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奥黛丽女仆.mtl</w:t>
        <w:br/>
        <w:t>o Body_奥黛丽女仆</w:t>
        <w:br/>
        <w:t>v 0.897307 20.356293 0.338749</w:t>
        <w:br/>
        <w:t>v 0.906966 20.345209 0.323214</w:t>
        <w:br/>
        <w:t>v 0.910280 20.348085 0.317991</w:t>
        <w:br/>
        <w:t>v 0.910280 20.348085 0.317991</w:t>
        <w:br/>
        <w:t>v 0.885649 20.356386 0.313064</w:t>
        <w:br/>
        <w:t>v 0.897307 20.356293 0.338749</w:t>
        <w:br/>
        <w:t>v -0.964886 20.491901 0.205509</w:t>
        <w:br/>
        <w:t>v -1.017582 20.483871 0.134018</w:t>
        <w:br/>
        <w:t>v -1.002600 20.470152 0.126771</w:t>
        <w:br/>
        <w:t>v -0.951507 20.477972 0.195912</w:t>
        <w:br/>
        <w:t>v -1.004306 20.391340 0.138642</w:t>
        <w:br/>
        <w:t>v -1.024110 20.366266 0.108685</w:t>
        <w:br/>
        <w:t>v -1.045968 20.358301 0.123843</w:t>
        <w:br/>
        <w:t>v -1.021865 20.379608 0.151188</w:t>
        <w:br/>
        <w:t>v -0.954063 20.399214 0.206488</w:t>
        <w:br/>
        <w:t>v -0.969412 20.387705 0.222092</w:t>
        <w:br/>
        <w:t>v -0.948803 20.373760 0.255220</w:t>
        <w:br/>
        <w:t>v -0.929421 20.381716 0.237697</w:t>
        <w:br/>
        <w:t>v -1.004306 20.391340 0.138642</w:t>
        <w:br/>
        <w:t>v -0.954063 20.399214 0.206488</w:t>
        <w:br/>
        <w:t>v -0.943519 20.512802 0.233543</w:t>
        <w:br/>
        <w:t>v -0.925930 20.500290 0.220494</w:t>
        <w:br/>
        <w:t>v -0.925930 20.500290 0.220494</w:t>
        <w:br/>
        <w:t>v -0.929421 20.381716 0.237697</w:t>
        <w:br/>
        <w:t>v -0.885647 20.356386 0.313063</w:t>
        <w:br/>
        <w:t>v -0.879638 20.542885 0.285913</w:t>
        <w:br/>
        <w:t>v -0.897878 20.522261 0.247911</w:t>
        <w:br/>
        <w:t>v -0.902567 20.366789 0.270947</w:t>
        <w:br/>
        <w:t>v -0.897305 20.356293 0.338748</w:t>
        <w:br/>
        <w:t>v -0.891921 20.550367 0.310874</w:t>
        <w:br/>
        <w:t>v -0.891921 20.550367 0.310874</w:t>
        <w:br/>
        <w:t>v -0.902624 20.553581 0.288600</w:t>
        <w:br/>
        <w:t>v -0.879638 20.542885 0.285913</w:t>
        <w:br/>
        <w:t>v -0.922004 20.534243 0.262652</w:t>
        <w:br/>
        <w:t>v -0.897878 20.522261 0.247911</w:t>
        <w:br/>
        <w:t>v -1.020721 20.486174 0.091327</w:t>
        <w:br/>
        <w:t>v -1.024110 20.366266 0.108685</w:t>
        <w:br/>
        <w:t>v -1.044029 20.502064 0.048641</w:t>
        <w:br/>
        <w:t>v -1.049222 20.341572 0.072037</w:t>
        <w:br/>
        <w:t>v -1.109261 20.517181 0.054876</w:t>
        <w:br/>
        <w:t>v -1.101960 20.517838 0.027170</w:t>
        <w:br/>
        <w:t>v -1.083832 20.524738 0.043421</w:t>
        <w:br/>
        <w:t>v -1.101960 20.517838 0.027170</w:t>
        <w:br/>
        <w:t>v -1.074026 20.512810 0.023030</w:t>
        <w:br/>
        <w:t>v -1.083832 20.524738 0.043421</w:t>
        <w:br/>
        <w:t>v -1.096748 20.349447 0.113405</w:t>
        <w:br/>
        <w:t>v -1.072978 20.335106 0.093610</w:t>
        <w:br/>
        <w:t>v -1.090271 20.320095 0.074394</w:t>
        <w:br/>
        <w:t>v -1.114268 20.332169 0.081668</w:t>
        <w:br/>
        <w:t>v -1.107144 20.323801 0.055239</w:t>
        <w:br/>
        <w:t>v -1.107144 20.323801 0.055239</w:t>
        <w:br/>
        <w:t>v -1.090271 20.320095 0.074394</w:t>
        <w:br/>
        <w:t>v -1.079638 20.326324 0.050749</w:t>
        <w:br/>
        <w:t>v -1.049222 20.341572 0.072037</w:t>
        <w:br/>
        <w:t>v -1.072978 20.335106 0.093610</w:t>
        <w:br/>
        <w:t>v -1.020721 20.486174 0.091327</w:t>
        <w:br/>
        <w:t>v -1.040935 20.498260 0.101869</w:t>
        <w:br/>
        <w:t>v -1.067225 20.514341 0.066292</w:t>
        <w:br/>
        <w:t>v -1.044029 20.502064 0.048641</w:t>
        <w:br/>
        <w:t>v -1.107144 20.323801 0.055239</w:t>
        <w:br/>
        <w:t>v -1.079638 20.326324 0.050749</w:t>
        <w:br/>
        <w:t>v -1.074026 20.512810 0.023030</w:t>
        <w:br/>
        <w:t>v -1.101960 20.517838 0.027170</w:t>
        <w:br/>
        <w:t>v -1.067225 20.514341 0.066292</w:t>
        <w:br/>
        <w:t>v -1.092574 20.508236 0.090490</w:t>
        <w:br/>
        <w:t>v -1.114268 20.332169 0.081668</w:t>
        <w:br/>
        <w:t>v -1.107144 20.323801 0.055239</w:t>
        <w:br/>
        <w:t>v -1.101960 20.517838 0.027170</w:t>
        <w:br/>
        <w:t>v -1.109261 20.517181 0.054876</w:t>
        <w:br/>
        <w:t>v -1.092574 20.508236 0.090490</w:t>
        <w:br/>
        <w:t>v -1.096748 20.349447 0.113405</w:t>
        <w:br/>
        <w:t>v -1.040935 20.498260 0.101869</w:t>
        <w:br/>
        <w:t>v -1.060065 20.491650 0.123666</w:t>
        <w:br/>
        <w:t>v -1.017582 20.483871 0.134018</w:t>
        <w:br/>
        <w:t>v -1.033228 20.473568 0.151797</w:t>
        <w:br/>
        <w:t>v -1.060065 20.491650 0.123666</w:t>
        <w:br/>
        <w:t>v -1.033228 20.473568 0.151797</w:t>
        <w:br/>
        <w:t>v -1.036418 20.394144 0.163404</w:t>
        <w:br/>
        <w:t>v -1.064040 20.372271 0.141391</w:t>
        <w:br/>
        <w:t>v -0.969412 20.387705 0.222092</w:t>
        <w:br/>
        <w:t>v -1.021865 20.379608 0.151188</w:t>
        <w:br/>
        <w:t>v -1.036418 20.394144 0.163404</w:t>
        <w:br/>
        <w:t>v -0.986877 20.401806 0.230477</w:t>
        <w:br/>
        <w:t>v -1.021865 20.379608 0.151188</w:t>
        <w:br/>
        <w:t>v -1.045968 20.358301 0.123843</w:t>
        <w:br/>
        <w:t>v -1.064040 20.372271 0.141391</w:t>
        <w:br/>
        <w:t>v -0.986877 20.401806 0.230477</w:t>
        <w:br/>
        <w:t>v -0.984509 20.481312 0.218124</w:t>
        <w:br/>
        <w:t>v -0.964886 20.491901 0.205509</w:t>
        <w:br/>
        <w:t>v -0.964886 20.491901 0.205509</w:t>
        <w:br/>
        <w:t>v -0.943519 20.512802 0.233543</w:t>
        <w:br/>
        <w:t>v -0.967459 20.505322 0.248333</w:t>
        <w:br/>
        <w:t>v -0.971380 20.386980 0.265864</w:t>
        <w:br/>
        <w:t>v -0.948803 20.373760 0.255220</w:t>
        <w:br/>
        <w:t>v -0.969412 20.387705 0.222092</w:t>
        <w:br/>
        <w:t>v -0.967459 20.505322 0.248333</w:t>
        <w:br/>
        <w:t>v -0.971380 20.386980 0.265864</w:t>
        <w:br/>
        <w:t>v -0.927802 20.359921 0.289181</w:t>
        <w:br/>
        <w:t>v -0.954379 20.373610 0.303779</w:t>
        <w:br/>
        <w:t>v -0.925243 20.361399 0.337341</w:t>
        <w:br/>
        <w:t>v -0.910278 20.348085 0.317990</w:t>
        <w:br/>
        <w:t>v -0.920068 20.546482 0.310736</w:t>
        <w:br/>
        <w:t>v -0.925243 20.361399 0.337341</w:t>
        <w:br/>
        <w:t>v -0.954379 20.373610 0.303779</w:t>
        <w:br/>
        <w:t>v -0.950049 20.527546 0.281676</w:t>
        <w:br/>
        <w:t>v -0.897305 20.356293 0.338748</w:t>
        <w:br/>
        <w:t>v -0.906963 20.345209 0.323213</w:t>
        <w:br/>
        <w:t>v -0.897305 20.356293 0.338748</w:t>
        <w:br/>
        <w:t>v -0.885647 20.356386 0.313063</w:t>
        <w:br/>
        <w:t>v -0.910278 20.348085 0.317990</w:t>
        <w:br/>
        <w:t>v -0.906963 20.345209 0.323213</w:t>
        <w:br/>
        <w:t>v -0.897305 20.356293 0.338748</w:t>
        <w:br/>
        <w:t>v -0.891921 20.550367 0.310874</w:t>
        <w:br/>
        <w:t>v -0.891921 20.550367 0.310874</w:t>
        <w:br/>
        <w:t>v -0.920068 20.546482 0.310736</w:t>
        <w:br/>
        <w:t>v -0.902624 20.553581 0.288600</w:t>
        <w:br/>
        <w:t>v -0.950049 20.527546 0.281676</w:t>
        <w:br/>
        <w:t>v -0.922004 20.534243 0.262652</w:t>
        <w:br/>
        <w:t>v -0.902567 20.366789 0.270947</w:t>
        <w:br/>
        <w:t>v -0.927802 20.359921 0.289181</w:t>
        <w:br/>
        <w:t>v 0.964888 20.491901 0.205509</w:t>
        <w:br/>
        <w:t>v 0.951509 20.477972 0.195912</w:t>
        <w:br/>
        <w:t>v 1.002602 20.470152 0.126771</w:t>
        <w:br/>
        <w:t>v 1.017584 20.483871 0.134019</w:t>
        <w:br/>
        <w:t>v 1.045970 20.358301 0.123844</w:t>
        <w:br/>
        <w:t>v 1.024112 20.366266 0.108686</w:t>
        <w:br/>
        <w:t>v 1.004308 20.391340 0.138642</w:t>
        <w:br/>
        <w:t>v 1.021867 20.379608 0.151188</w:t>
        <w:br/>
        <w:t>v 0.969414 20.387705 0.222093</w:t>
        <w:br/>
        <w:t>v 0.954065 20.399214 0.206489</w:t>
        <w:br/>
        <w:t>v 0.948804 20.373760 0.255220</w:t>
        <w:br/>
        <w:t>v 0.929423 20.381716 0.237698</w:t>
        <w:br/>
        <w:t>v 1.004308 20.391340 0.138642</w:t>
        <w:br/>
        <w:t>v 0.954065 20.399214 0.206489</w:t>
        <w:br/>
        <w:t>v 0.925932 20.500290 0.220495</w:t>
        <w:br/>
        <w:t>v 0.943521 20.512802 0.233543</w:t>
        <w:br/>
        <w:t>v 0.925932 20.500290 0.220495</w:t>
        <w:br/>
        <w:t>v 0.929423 20.381716 0.237698</w:t>
        <w:br/>
        <w:t>v 0.879640 20.542885 0.285914</w:t>
        <w:br/>
        <w:t>v 0.885649 20.356386 0.313064</w:t>
        <w:br/>
        <w:t>v 0.902569 20.366789 0.270947</w:t>
        <w:br/>
        <w:t>v 0.897880 20.522261 0.247911</w:t>
        <w:br/>
        <w:t>v 0.897307 20.356293 0.338749</w:t>
        <w:br/>
        <w:t>v 0.891923 20.550367 0.310875</w:t>
        <w:br/>
        <w:t>v 0.902626 20.553581 0.288600</w:t>
        <w:br/>
        <w:t>v 0.891923 20.550367 0.310875</w:t>
        <w:br/>
        <w:t>v 0.879640 20.542885 0.285914</w:t>
        <w:br/>
        <w:t>v 0.897880 20.522261 0.247911</w:t>
        <w:br/>
        <w:t>v 0.922006 20.534243 0.262652</w:t>
        <w:br/>
        <w:t>v 1.020724 20.486174 0.091328</w:t>
        <w:br/>
        <w:t>v 1.024112 20.366266 0.108686</w:t>
        <w:br/>
        <w:t>v 1.049224 20.341572 0.072038</w:t>
        <w:br/>
        <w:t>v 1.044031 20.502064 0.048641</w:t>
        <w:br/>
        <w:t>v 1.101963 20.517838 0.027171</w:t>
        <w:br/>
        <w:t>v 1.109263 20.517181 0.054876</w:t>
        <w:br/>
        <w:t>v 1.083834 20.524738 0.043422</w:t>
        <w:br/>
        <w:t>v 1.074028 20.512810 0.023031</w:t>
        <w:br/>
        <w:t>v 1.101963 20.517838 0.027171</w:t>
        <w:br/>
        <w:t>v 1.083834 20.524738 0.043422</w:t>
        <w:br/>
        <w:t>v 1.090273 20.320095 0.074394</w:t>
        <w:br/>
        <w:t>v 1.072980 20.335106 0.093610</w:t>
        <w:br/>
        <w:t>v 1.096750 20.349447 0.113406</w:t>
        <w:br/>
        <w:t>v 1.114270 20.332169 0.081669</w:t>
        <w:br/>
        <w:t>v 1.107147 20.323801 0.055239</w:t>
        <w:br/>
        <w:t>v 1.090273 20.320095 0.074394</w:t>
        <w:br/>
        <w:t>v 1.107147 20.323801 0.055239</w:t>
        <w:br/>
        <w:t>v 1.079640 20.326324 0.050750</w:t>
        <w:br/>
        <w:t>v 1.072980 20.335106 0.093610</w:t>
        <w:br/>
        <w:t>v 1.049224 20.341572 0.072038</w:t>
        <w:br/>
        <w:t>v 1.040937 20.498260 0.101869</w:t>
        <w:br/>
        <w:t>v 1.020724 20.486174 0.091328</w:t>
        <w:br/>
        <w:t>v 1.044031 20.502064 0.048641</w:t>
        <w:br/>
        <w:t>v 1.067227 20.514341 0.066293</w:t>
        <w:br/>
        <w:t>v 1.074028 20.512810 0.023031</w:t>
        <w:br/>
        <w:t>v 1.079640 20.326324 0.050750</w:t>
        <w:br/>
        <w:t>v 1.107147 20.323801 0.055239</w:t>
        <w:br/>
        <w:t>v 1.101963 20.517838 0.027171</w:t>
        <w:br/>
        <w:t>v 1.067227 20.514341 0.066293</w:t>
        <w:br/>
        <w:t>v 1.092576 20.508236 0.090490</w:t>
        <w:br/>
        <w:t>v 1.114270 20.332169 0.081669</w:t>
        <w:br/>
        <w:t>v 1.109263 20.517181 0.054876</w:t>
        <w:br/>
        <w:t>v 1.101963 20.517838 0.027171</w:t>
        <w:br/>
        <w:t>v 1.107147 20.323801 0.055239</w:t>
        <w:br/>
        <w:t>v 1.096750 20.349447 0.113406</w:t>
        <w:br/>
        <w:t>v 1.092576 20.508236 0.090490</w:t>
        <w:br/>
        <w:t>v 1.060067 20.491650 0.123667</w:t>
        <w:br/>
        <w:t>v 1.040937 20.498260 0.101869</w:t>
        <w:br/>
        <w:t>v 1.033230 20.473568 0.151797</w:t>
        <w:br/>
        <w:t>v 1.017584 20.483871 0.134019</w:t>
        <w:br/>
        <w:t>v 1.064042 20.372271 0.141392</w:t>
        <w:br/>
        <w:t>v 1.036420 20.394144 0.163405</w:t>
        <w:br/>
        <w:t>v 1.033230 20.473568 0.151797</w:t>
        <w:br/>
        <w:t>v 1.060067 20.491650 0.123667</w:t>
        <w:br/>
        <w:t>v 1.036420 20.394144 0.163405</w:t>
        <w:br/>
        <w:t>v 1.021867 20.379608 0.151188</w:t>
        <w:br/>
        <w:t>v 0.969414 20.387705 0.222093</w:t>
        <w:br/>
        <w:t>v 0.986879 20.401806 0.230477</w:t>
        <w:br/>
        <w:t>v 1.064042 20.372271 0.141392</w:t>
        <w:br/>
        <w:t>v 1.045970 20.358301 0.123844</w:t>
        <w:br/>
        <w:t>v 1.021867 20.379608 0.151188</w:t>
        <w:br/>
        <w:t>v 0.984511 20.481312 0.218124</w:t>
        <w:br/>
        <w:t>v 0.986879 20.401806 0.230477</w:t>
        <w:br/>
        <w:t>v 0.964888 20.491901 0.205509</w:t>
        <w:br/>
        <w:t>v 0.943521 20.512802 0.233543</w:t>
        <w:br/>
        <w:t>v 0.964888 20.491901 0.205509</w:t>
        <w:br/>
        <w:t>v 0.967461 20.505322 0.248333</w:t>
        <w:br/>
        <w:t>v 0.969414 20.387705 0.222093</w:t>
        <w:br/>
        <w:t>v 0.948804 20.373760 0.255220</w:t>
        <w:br/>
        <w:t>v 0.971382 20.386980 0.265864</w:t>
        <w:br/>
        <w:t>v 0.971382 20.386980 0.265864</w:t>
        <w:br/>
        <w:t>v 0.967461 20.505322 0.248333</w:t>
        <w:br/>
        <w:t>v 0.954382 20.373610 0.303780</w:t>
        <w:br/>
        <w:t>v 0.927804 20.359921 0.289181</w:t>
        <w:br/>
        <w:t>v 0.910280 20.348085 0.317991</w:t>
        <w:br/>
        <w:t>v 0.925245 20.361399 0.337341</w:t>
        <w:br/>
        <w:t>v 0.925245 20.361399 0.337341</w:t>
        <w:br/>
        <w:t>v 0.920070 20.546482 0.310737</w:t>
        <w:br/>
        <w:t>v 0.950051 20.527546 0.281676</w:t>
        <w:br/>
        <w:t>v 0.954382 20.373610 0.303780</w:t>
        <w:br/>
        <w:t>v 0.906966 20.345209 0.323214</w:t>
        <w:br/>
        <w:t>v 0.897307 20.356293 0.338749</w:t>
        <w:br/>
        <w:t>v 0.910280 20.348085 0.317991</w:t>
        <w:br/>
        <w:t>v 0.885649 20.356386 0.313064</w:t>
        <w:br/>
        <w:t>v 0.897307 20.356293 0.338749</w:t>
        <w:br/>
        <w:t>v 0.906966 20.345209 0.323214</w:t>
        <w:br/>
        <w:t>v 0.897307 20.356293 0.338749</w:t>
        <w:br/>
        <w:t>v 0.891923 20.550367 0.310875</w:t>
        <w:br/>
        <w:t>v 0.920070 20.546482 0.310737</w:t>
        <w:br/>
        <w:t>v 0.891923 20.550367 0.310875</w:t>
        <w:br/>
        <w:t>v 0.902626 20.553581 0.288600</w:t>
        <w:br/>
        <w:t>v 0.950051 20.527546 0.281676</w:t>
        <w:br/>
        <w:t>v 0.922006 20.534243 0.262652</w:t>
        <w:br/>
        <w:t>v 0.927804 20.359921 0.289181</w:t>
        <w:br/>
        <w:t>v 0.902569 20.366789 0.270947</w:t>
        <w:br/>
        <w:t>v -0.969244 20.513956 0.075941</w:t>
        <w:br/>
        <w:t>v -0.960187 20.510122 0.063418</w:t>
        <w:br/>
        <w:t>v -0.913905 20.554295 0.088290</w:t>
        <w:br/>
        <w:t>v -0.924539 20.555162 0.102042</w:t>
        <w:br/>
        <w:t>v -0.791858 20.750069 0.222306</w:t>
        <w:br/>
        <w:t>v -0.799756 20.745584 0.237585</w:t>
        <w:br/>
        <w:t>v -0.854082 20.631788 0.177788</w:t>
        <w:br/>
        <w:t>v -0.844263 20.634409 0.163427</w:t>
        <w:br/>
        <w:t>v -0.854082 20.631788 0.177788</w:t>
        <w:br/>
        <w:t>v -0.767203 20.576269 0.229216</w:t>
        <w:br/>
        <w:t>v -0.924539 20.555162 0.102042</w:t>
        <w:br/>
        <w:t>v -0.799756 20.745584 0.237585</w:t>
        <w:br/>
        <w:t>v -0.732852 20.769440 0.284758</w:t>
        <w:br/>
        <w:t>v -0.681343 20.805086 0.312186</w:t>
        <w:br/>
        <w:t>v -0.566926 20.774408 0.362043</w:t>
        <w:br/>
        <w:t>v -0.641197 20.854710 0.313895</w:t>
        <w:br/>
        <w:t>v -0.635830 20.854061 0.297948</w:t>
        <w:br/>
        <w:t>v -0.641197 20.854710 0.313895</w:t>
        <w:br/>
        <w:t>v -0.681343 20.805086 0.312186</w:t>
        <w:br/>
        <w:t>v -0.678659 20.809731 0.296106</w:t>
        <w:br/>
        <w:t>v -0.727973 20.775934 0.269394</w:t>
        <w:br/>
        <w:t>v -0.732852 20.769440 0.284758</w:t>
        <w:br/>
        <w:t>v -0.577029 20.876719 0.350325</w:t>
        <w:br/>
        <w:t>v -0.577029 20.876719 0.350325</w:t>
        <w:br/>
        <w:t>v -0.567751 20.874256 0.335620</w:t>
        <w:br/>
        <w:t>v -0.969244 20.513956 0.075941</w:t>
        <w:br/>
        <w:t>v -0.860852 20.436234 0.151830</w:t>
        <w:br/>
        <w:t>v -0.969244 20.513956 0.075941</w:t>
        <w:br/>
        <w:t>v -0.860852 20.436234 0.151830</w:t>
        <w:br/>
        <w:t>v -0.851803 20.432392 0.139307</w:t>
        <w:br/>
        <w:t>v -0.960187 20.510122 0.063418</w:t>
        <w:br/>
        <w:t>v -0.830698 20.408770 0.082029</w:t>
        <w:br/>
        <w:t>v -0.914377 20.400221 0.154013</w:t>
        <w:br/>
        <w:t>v -0.973940 20.203402 0.081687</w:t>
        <w:br/>
        <w:t>v -0.891885 20.215979 0.008869</w:t>
        <w:br/>
        <w:t>v -0.760003 20.381645 0.282197</w:t>
        <w:br/>
        <w:t>v -0.914377 20.400221 0.154013</w:t>
        <w:br/>
        <w:t>v -0.816788 20.586143 0.238467</w:t>
        <w:br/>
        <w:t>v -0.683691 20.742840 0.329147</w:t>
        <w:br/>
        <w:t>v -0.524358 20.626671 0.474974</w:t>
        <w:br/>
        <w:t>v -0.601407 20.740984 0.256915</w:t>
        <w:br/>
        <w:t>v -0.683691 20.742840 0.329147</w:t>
        <w:br/>
        <w:t>v -0.816788 20.586143 0.238467</w:t>
        <w:br/>
        <w:t>v -0.732689 20.589602 0.166770</w:t>
        <w:br/>
        <w:t>v -0.447029 20.859722 0.340863</w:t>
        <w:br/>
        <w:t>v -0.525791 20.866457 0.413624</w:t>
        <w:br/>
        <w:t>v -0.525791 20.866457 0.413624</w:t>
        <w:br/>
        <w:t>v -0.349396 20.960203 0.486092</w:t>
        <w:br/>
        <w:t>v -0.223660 20.775126 0.603839</w:t>
        <w:br/>
        <w:t>v -0.274430 20.950069 0.412268</w:t>
        <w:br/>
        <w:t>v -0.349396 20.960203 0.486092</w:t>
        <w:br/>
        <w:t>v -0.859190 20.132128 0.149749</w:t>
        <w:br/>
        <w:t>v -0.973940 20.203402 0.081687</w:t>
        <w:br/>
        <w:t>v -0.995973 20.020885 0.028747</w:t>
        <w:br/>
        <w:t>v -0.915045 20.035892 -0.044469</w:t>
        <w:br/>
        <w:t>v -0.862731 19.879765 0.084070</w:t>
        <w:br/>
        <w:t>v -0.995973 20.020885 0.028747</w:t>
        <w:br/>
        <w:t>v -0.916776 19.906389 -0.079726</w:t>
        <w:br/>
        <w:t>v -0.997741 19.890446 -0.006746</w:t>
        <w:br/>
        <w:t>v -0.997741 19.890446 -0.006746</w:t>
        <w:br/>
        <w:t>v -0.979986 19.759167 -0.033967</w:t>
        <w:br/>
        <w:t>v -0.901704 19.774029 -0.102510</w:t>
        <w:br/>
        <w:t>v -0.825372 19.644957 0.047763</w:t>
        <w:br/>
        <w:t>v -0.747097 19.659819 -0.020780</w:t>
        <w:br/>
        <w:t>v -0.825372 19.644957 0.047763</w:t>
        <w:br/>
        <w:t>v -0.979986 19.759167 -0.033967</w:t>
        <w:br/>
        <w:t>v -0.520652 20.927917 0.371878</w:t>
        <w:br/>
        <w:t>v -0.472349 20.992603 0.405621</w:t>
        <w:br/>
        <w:t>v -0.304575 20.907095 0.475983</w:t>
        <w:br/>
        <w:t>v -0.086046 21.108292 0.499103</w:t>
        <w:br/>
        <w:t>v 0.000001 21.164114 0.524747</w:t>
        <w:br/>
        <w:t>v 0.000001 21.174732 0.540561</w:t>
        <w:br/>
        <w:t>v -0.087037 21.117121 0.515625</w:t>
        <w:br/>
        <w:t>v -0.093921 20.977495 0.513656</w:t>
        <w:br/>
        <w:t>v -0.087037 21.117121 0.515625</w:t>
        <w:br/>
        <w:t>v 0.000001 21.174732 0.540561</w:t>
        <w:br/>
        <w:t>v 0.000001 20.999527 0.521466</w:t>
        <w:br/>
        <w:t>v -0.178780 21.075565 0.493591</w:t>
        <w:br/>
        <w:t>v -0.177148 21.069923 0.476666</w:t>
        <w:br/>
        <w:t>v -0.178780 21.075565 0.493591</w:t>
        <w:br/>
        <w:t>v -0.256121 21.069117 0.485910</w:t>
        <w:br/>
        <w:t>v -0.311164 21.018763 0.457772</w:t>
        <w:br/>
        <w:t>v -0.304668 21.013783 0.442603</w:t>
        <w:br/>
        <w:t>v -0.252858 21.065807 0.468835</w:t>
        <w:br/>
        <w:t>v -0.256121 21.069117 0.485910</w:t>
        <w:br/>
        <w:t>v -0.311164 21.018763 0.457772</w:t>
        <w:br/>
        <w:t>v -0.373121 20.998650 0.426650</w:t>
        <w:br/>
        <w:t>v -0.367715 20.994183 0.411894</w:t>
        <w:br/>
        <w:t>v -0.373121 20.998650 0.426650</w:t>
        <w:br/>
        <w:t>v -0.472349 20.992603 0.405621</w:t>
        <w:br/>
        <w:t>v -0.466982 20.992680 0.390184</w:t>
        <w:br/>
        <w:t>v -0.512358 20.928146 0.369305</w:t>
        <w:br/>
        <w:t>v -0.520652 20.927917 0.371878</w:t>
        <w:br/>
        <w:t>v 0.000001 21.041069 0.556105</w:t>
        <w:br/>
        <w:t>v 0.000001 20.815861 0.636406</w:t>
        <w:br/>
        <w:t>v -0.164790 21.021278 0.537664</w:t>
        <w:br/>
        <w:t>v 0.000001 21.029722 0.478011</w:t>
        <w:br/>
        <w:t>v 0.000001 21.041069 0.556105</w:t>
        <w:br/>
        <w:t>v -0.164790 21.021278 0.537664</w:t>
        <w:br/>
        <w:t>v -0.100452 21.010242 0.461303</w:t>
        <w:br/>
        <w:t>v -0.894848 20.437752 0.075839</w:t>
        <w:br/>
        <w:t>v -1.120142 20.592159 0.043722</w:t>
        <w:br/>
        <w:t>v -1.105093 20.660818 0.020964</w:t>
        <w:br/>
        <w:t>v -0.875263 20.511038 0.080769</w:t>
        <w:br/>
        <w:t>v -1.076749 20.726610 0.046078</w:t>
        <w:br/>
        <w:t>v -1.082573 20.750509 0.131950</w:t>
        <w:br/>
        <w:t>v -0.846240 20.569828 0.136594</w:t>
        <w:br/>
        <w:t>v -1.066563 20.801794 0.185697</w:t>
        <w:br/>
        <w:t>v -0.983923 20.900648 0.248242</w:t>
        <w:br/>
        <w:t>v -0.774761 20.664553 0.187452</w:t>
        <w:br/>
        <w:t>v -0.955091 20.922789 0.235104</w:t>
        <w:br/>
        <w:t>v -0.704192 20.694035 0.226889</w:t>
        <w:br/>
        <w:t>v -0.954382 20.919741 0.192985</w:t>
        <w:br/>
        <w:t>v -0.957851 20.926355 0.166888</w:t>
        <w:br/>
        <w:t>v -0.704192 20.694035 0.226889</w:t>
        <w:br/>
        <w:t>v -0.957851 20.926355 0.166888</w:t>
        <w:br/>
        <w:t>v -0.947940 20.946072 0.166980</w:t>
        <w:br/>
        <w:t>v -0.543198 20.853313 0.338240</w:t>
        <w:br/>
        <w:t>v -0.855481 21.055935 0.418225</w:t>
        <w:br/>
        <w:t>v -0.756245 21.131796 0.473500</w:t>
        <w:br/>
        <w:t>v -0.484757 20.906185 0.367457</w:t>
        <w:br/>
        <w:t>v -0.667109 21.193396 0.441176</w:t>
        <w:br/>
        <w:t>v -0.676807 21.202620 0.412561</w:t>
        <w:br/>
        <w:t>v -0.674184 21.218485 0.387044</w:t>
        <w:br/>
        <w:t>v -0.388200 20.949181 0.393550</w:t>
        <w:br/>
        <w:t>v -0.582045 21.295742 0.347277</w:t>
        <w:br/>
        <w:t>v -0.486895 21.340296 0.358930</w:t>
        <w:br/>
        <w:t>v -0.381247 21.363852 0.387088</w:t>
        <w:br/>
        <w:t>v -0.234471 20.999247 0.443845</w:t>
        <w:br/>
        <w:t>v -0.316942 21.362671 0.431867</w:t>
        <w:br/>
        <w:t>v -0.338593 21.337893 0.497169</w:t>
        <w:br/>
        <w:t>v -0.234471 20.999247 0.443845</w:t>
        <w:br/>
        <w:t>v -0.354694 21.320938 0.575215</w:t>
        <w:br/>
        <w:t>v -0.322523 21.328585 0.609189</w:t>
        <w:br/>
        <w:t>v -0.105904 21.047300 0.447206</w:t>
        <w:br/>
        <w:t>v -0.115107 21.391966 0.675469</w:t>
        <w:br/>
        <w:t>v 0.000001 21.394850 0.692062</w:t>
        <w:br/>
        <w:t>v 0.000001 21.067326 0.458531</w:t>
        <w:br/>
        <w:t>v -0.218628 21.368311 0.648933</w:t>
        <w:br/>
        <w:t>v -0.316942 21.362671 0.431867</w:t>
        <w:br/>
        <w:t>v -0.484757 20.906185 0.367457</w:t>
        <w:br/>
        <w:t>v -0.649301 21.245935 0.363572</w:t>
        <w:br/>
        <w:t>v -0.937511 20.964558 0.288860</w:t>
        <w:br/>
        <w:t>v -0.590719 20.798107 0.280553</w:t>
        <w:br/>
        <w:t>v -0.354694 21.320938 0.575215</w:t>
        <w:br/>
        <w:t>v -0.679780 21.178667 0.466381</w:t>
        <w:br/>
        <w:t>v -0.679780 21.178667 0.466381</w:t>
        <w:br/>
        <w:t>v -0.916058 20.989853 0.343181</w:t>
        <w:br/>
        <w:t>v -1.098827 20.662533 0.009746</w:t>
        <w:br/>
        <w:t>v -1.116757 20.591772 0.034499</w:t>
        <w:br/>
        <w:t>v -0.891036 20.438330 0.067026</w:t>
        <w:br/>
        <w:t>v -0.870277 20.515810 0.074365</w:t>
        <w:br/>
        <w:t>v -1.066609 20.735613 0.044270</w:t>
        <w:br/>
        <w:t>v -1.073181 20.758736 0.127164</w:t>
        <w:br/>
        <w:t>v -0.841879 20.579048 0.127062</w:t>
        <w:br/>
        <w:t>v -0.984198 20.897415 0.235510</w:t>
        <w:br/>
        <w:t>v -1.058254 20.806902 0.175395</w:t>
        <w:br/>
        <w:t>v -0.780707 20.661358 0.174731</w:t>
        <w:br/>
        <w:t>v -0.961205 20.914822 0.228815</w:t>
        <w:br/>
        <w:t>v -0.704830 20.693909 0.215237</w:t>
        <w:br/>
        <w:t>v -0.944403 20.950171 0.155393</w:t>
        <w:br/>
        <w:t>v -0.959955 20.923954 0.157548</w:t>
        <w:br/>
        <w:t>v -0.588470 20.804482 0.267946</w:t>
        <w:br/>
        <w:t>v -0.935346 20.973118 0.277655</w:t>
        <w:br/>
        <w:t>v -0.854261 21.067781 0.409789</w:t>
        <w:br/>
        <w:t>v -0.917034 20.999094 0.332241</w:t>
        <w:br/>
        <w:t>v -0.535913 20.863159 0.330075</w:t>
        <w:br/>
        <w:t>v -0.752845 21.140198 0.462223</w:t>
        <w:br/>
        <w:t>v -0.486339 20.903875 0.356426</w:t>
        <w:br/>
        <w:t>v -0.686108 21.177143 0.457638</w:t>
        <w:br/>
        <w:t>v -0.486339 20.903875 0.356426</w:t>
        <w:br/>
        <w:t>v -0.688227 21.195217 0.412692</w:t>
        <w:br/>
        <w:t>v -0.677844 21.187082 0.439980</w:t>
        <w:br/>
        <w:t>v -0.683744 21.212614 0.381147</w:t>
        <w:br/>
        <w:t>v -0.384044 20.947893 0.381318</w:t>
        <w:br/>
        <w:t>v -0.482108 21.339775 0.346243</w:t>
        <w:br/>
        <w:t>v -0.580673 21.294317 0.334532</w:t>
        <w:br/>
        <w:t>v -0.373936 21.364750 0.376461</w:t>
        <w:br/>
        <w:t>v -0.228137 21.004335 0.437609</w:t>
        <w:br/>
        <w:t>v -0.326563 21.338327 0.504356</w:t>
        <w:br/>
        <w:t>v -0.305842 21.364874 0.428264</w:t>
        <w:br/>
        <w:t>v -0.228137 21.004335 0.437609</w:t>
        <w:br/>
        <w:t>v -0.317529 21.335567 0.598534</w:t>
        <w:br/>
        <w:t>v -0.344814 21.325520 0.571394</w:t>
        <w:br/>
        <w:t>v -0.219009 21.375721 0.636370</w:t>
        <w:br/>
        <w:t>v -0.107932 21.054787 0.435712</w:t>
        <w:br/>
        <w:t>v -0.112889 21.399704 0.663074</w:t>
        <w:br/>
        <w:t>v 0.000001 21.402487 0.679332</w:t>
        <w:br/>
        <w:t>v 0.000001 21.074841 0.447883</w:t>
        <w:br/>
        <w:t>v -0.305842 21.364874 0.428264</w:t>
        <w:br/>
        <w:t>v -0.653783 21.242506 0.352678</w:t>
        <w:br/>
        <w:t>v -0.344814 21.325520 0.571394</w:t>
        <w:br/>
        <w:t>v -0.686108 21.177143 0.457638</w:t>
        <w:br/>
        <w:t>v 0.000001 21.394850 0.692062</w:t>
        <w:br/>
        <w:t>v -0.115107 21.391966 0.675469</w:t>
        <w:br/>
        <w:t>v -0.112889 21.399704 0.663074</w:t>
        <w:br/>
        <w:t>v 0.000001 21.402487 0.679332</w:t>
        <w:br/>
        <w:t>v -0.218628 21.368311 0.648933</w:t>
        <w:br/>
        <w:t>v -0.219009 21.375721 0.636370</w:t>
        <w:br/>
        <w:t>v -0.322523 21.328585 0.609189</w:t>
        <w:br/>
        <w:t>v -0.317529 21.335567 0.598534</w:t>
        <w:br/>
        <w:t>v -0.354694 21.320938 0.575215</w:t>
        <w:br/>
        <w:t>v -0.344814 21.325520 0.571394</w:t>
        <w:br/>
        <w:t>v -0.338593 21.337893 0.497169</w:t>
        <w:br/>
        <w:t>v -0.326563 21.338327 0.504356</w:t>
        <w:br/>
        <w:t>v -0.316942 21.362671 0.431867</w:t>
        <w:br/>
        <w:t>v -0.305842 21.364874 0.428264</w:t>
        <w:br/>
        <w:t>v -0.381247 21.363852 0.387088</w:t>
        <w:br/>
        <w:t>v -0.373936 21.364750 0.376461</w:t>
        <w:br/>
        <w:t>v -0.486895 21.340296 0.358930</w:t>
        <w:br/>
        <w:t>v -0.482108 21.339775 0.346243</w:t>
        <w:br/>
        <w:t>v -0.582045 21.295742 0.347277</w:t>
        <w:br/>
        <w:t>v -0.580673 21.294317 0.334532</w:t>
        <w:br/>
        <w:t>v -0.653783 21.242506 0.352678</w:t>
        <w:br/>
        <w:t>v -0.649301 21.245935 0.363572</w:t>
        <w:br/>
        <w:t>v -0.683744 21.212614 0.381147</w:t>
        <w:br/>
        <w:t>v -0.674184 21.218485 0.387044</w:t>
        <w:br/>
        <w:t>v -0.688227 21.195217 0.412692</w:t>
        <w:br/>
        <w:t>v -0.676807 21.202620 0.412561</w:t>
        <w:br/>
        <w:t>v -0.667109 21.193396 0.441176</w:t>
        <w:br/>
        <w:t>v -0.677844 21.187082 0.439980</w:t>
        <w:br/>
        <w:t>v -0.686108 21.177143 0.457638</w:t>
        <w:br/>
        <w:t>v -0.679780 21.178667 0.466381</w:t>
        <w:br/>
        <w:t>v -0.756245 21.131796 0.473500</w:t>
        <w:br/>
        <w:t>v -0.752845 21.140198 0.462223</w:t>
        <w:br/>
        <w:t>v -0.855481 21.055935 0.418225</w:t>
        <w:br/>
        <w:t>v -0.854261 21.067781 0.409789</w:t>
        <w:br/>
        <w:t>v -0.916058 20.989853 0.343181</w:t>
        <w:br/>
        <w:t>v -0.917034 20.999094 0.332241</w:t>
        <w:br/>
        <w:t>v -0.935346 20.973118 0.277655</w:t>
        <w:br/>
        <w:t>v -0.937511 20.964558 0.288860</w:t>
        <w:br/>
        <w:t>v -0.947940 20.946072 0.166980</w:t>
        <w:br/>
        <w:t>v -0.944403 20.950171 0.155393</w:t>
        <w:br/>
        <w:t>v -0.957851 20.926355 0.166888</w:t>
        <w:br/>
        <w:t>v -0.959955 20.923954 0.157548</w:t>
        <w:br/>
        <w:t>v -0.954382 20.919741 0.192985</w:t>
        <w:br/>
        <w:t>v -0.962196 20.911467 0.192583</w:t>
        <w:br/>
        <w:t>v -0.955091 20.922789 0.235104</w:t>
        <w:br/>
        <w:t>v -0.961205 20.914822 0.228815</w:t>
        <w:br/>
        <w:t>v -0.984198 20.897415 0.235510</w:t>
        <w:br/>
        <w:t>v -0.983923 20.900648 0.248242</w:t>
        <w:br/>
        <w:t>v -1.066563 20.801794 0.185697</w:t>
        <w:br/>
        <w:t>v -1.058254 20.806902 0.175395</w:t>
        <w:br/>
        <w:t>v -1.082573 20.750509 0.131950</w:t>
        <w:br/>
        <w:t>v -1.073181 20.758736 0.127164</w:t>
        <w:br/>
        <w:t>v -1.076749 20.726610 0.046078</w:t>
        <w:br/>
        <w:t>v -1.066609 20.735613 0.044270</w:t>
        <w:br/>
        <w:t>v -1.105093 20.660818 0.020964</w:t>
        <w:br/>
        <w:t>v -1.098827 20.662533 0.009746</w:t>
        <w:br/>
        <w:t>v -1.120142 20.592159 0.043722</w:t>
        <w:br/>
        <w:t>v -1.116757 20.591772 0.034499</w:t>
        <w:br/>
        <w:t>v -0.894848 20.437752 0.075839</w:t>
        <w:br/>
        <w:t>v -0.891036 20.438330 0.067026</w:t>
        <w:br/>
        <w:t>v -0.961205 20.914822 0.228815</w:t>
        <w:br/>
        <w:t>v -0.780707 20.661358 0.174731</w:t>
        <w:br/>
        <w:t>v -0.962196 20.911467 0.192583</w:t>
        <w:br/>
        <w:t>v -0.959955 20.923954 0.157548</w:t>
        <w:br/>
        <w:t>v 0.910280 20.348085 0.317991</w:t>
        <w:br/>
        <w:t>v 0.906966 20.345209 0.323214</w:t>
        <w:br/>
        <w:t>v 0.897307 20.356293 0.338749</w:t>
        <w:br/>
        <w:t>v 0.897307 20.356293 0.338749</w:t>
        <w:br/>
        <w:t>v 0.906966 20.345209 0.323214</w:t>
        <w:br/>
        <w:t>v 0.910280 20.348085 0.317991</w:t>
        <w:br/>
        <w:t>v 0.913907 20.554295 0.088290</w:t>
        <w:br/>
        <w:t>v 0.960190 20.510122 0.063418</w:t>
        <w:br/>
        <w:t>v 0.969247 20.513956 0.075941</w:t>
        <w:br/>
        <w:t>v 0.924542 20.555162 0.102042</w:t>
        <w:br/>
        <w:t>v 0.791861 20.750069 0.222306</w:t>
        <w:br/>
        <w:t>v 0.844266 20.634409 0.163427</w:t>
        <w:br/>
        <w:t>v 0.854085 20.631788 0.177788</w:t>
        <w:br/>
        <w:t>v 0.799759 20.745584 0.237585</w:t>
        <w:br/>
        <w:t>v 0.767205 20.576269 0.229216</w:t>
        <w:br/>
        <w:t>v 0.854085 20.631788 0.177788</w:t>
        <w:br/>
        <w:t>v 0.924542 20.555162 0.102042</w:t>
        <w:br/>
        <w:t>v 0.799759 20.745584 0.237585</w:t>
        <w:br/>
        <w:t>v 0.732854 20.769440 0.284758</w:t>
        <w:br/>
        <w:t>v 0.681346 20.805086 0.312186</w:t>
        <w:br/>
        <w:t>v 0.566929 20.774408 0.362043</w:t>
        <w:br/>
        <w:t>v 0.641200 20.854710 0.313895</w:t>
        <w:br/>
        <w:t>v 0.635833 20.854061 0.297948</w:t>
        <w:br/>
        <w:t>v 0.678662 20.809731 0.296106</w:t>
        <w:br/>
        <w:t>v 0.681346 20.805086 0.312186</w:t>
        <w:br/>
        <w:t>v 0.641200 20.854710 0.313895</w:t>
        <w:br/>
        <w:t>v 0.727975 20.775934 0.269394</w:t>
        <w:br/>
        <w:t>v 0.732854 20.769440 0.284758</w:t>
        <w:br/>
        <w:t>v 0.577032 20.876719 0.350325</w:t>
        <w:br/>
        <w:t>v 0.577032 20.876719 0.350325</w:t>
        <w:br/>
        <w:t>v 0.567754 20.874256 0.335620</w:t>
        <w:br/>
        <w:t>v 0.969247 20.513956 0.075941</w:t>
        <w:br/>
        <w:t>v 0.860855 20.436234 0.151830</w:t>
        <w:br/>
        <w:t>v 0.851806 20.432392 0.139307</w:t>
        <w:br/>
        <w:t>v 0.860855 20.436234 0.151830</w:t>
        <w:br/>
        <w:t>v 0.969247 20.513956 0.075941</w:t>
        <w:br/>
        <w:t>v 0.960190 20.510122 0.063418</w:t>
        <w:br/>
        <w:t>v 0.973943 20.203402 0.081687</w:t>
        <w:br/>
        <w:t>v 0.914380 20.400221 0.154013</w:t>
        <w:br/>
        <w:t>v 0.830701 20.408770 0.082029</w:t>
        <w:br/>
        <w:t>v 0.891888 20.215979 0.008869</w:t>
        <w:br/>
        <w:t>v 0.914380 20.400221 0.154013</w:t>
        <w:br/>
        <w:t>v 0.760006 20.381645 0.282197</w:t>
        <w:br/>
        <w:t>v 0.816790 20.586143 0.238467</w:t>
        <w:br/>
        <w:t>v 0.524360 20.626671 0.474974</w:t>
        <w:br/>
        <w:t>v 0.683694 20.742840 0.329147</w:t>
        <w:br/>
        <w:t>v 0.601409 20.740984 0.256915</w:t>
        <w:br/>
        <w:t>v 0.732691 20.589602 0.166770</w:t>
        <w:br/>
        <w:t>v 0.816790 20.586143 0.238467</w:t>
        <w:br/>
        <w:t>v 0.683694 20.742840 0.329147</w:t>
        <w:br/>
        <w:t>v 0.525794 20.866457 0.413624</w:t>
        <w:br/>
        <w:t>v 0.447031 20.859722 0.340863</w:t>
        <w:br/>
        <w:t>v 0.525794 20.866457 0.413624</w:t>
        <w:br/>
        <w:t>v 0.223663 20.775126 0.603839</w:t>
        <w:br/>
        <w:t>v 0.349399 20.960203 0.486092</w:t>
        <w:br/>
        <w:t>v 0.349399 20.960203 0.486092</w:t>
        <w:br/>
        <w:t>v 0.274433 20.950069 0.412268</w:t>
        <w:br/>
        <w:t>v 0.973943 20.203402 0.081687</w:t>
        <w:br/>
        <w:t>v 0.859193 20.132128 0.149749</w:t>
        <w:br/>
        <w:t>v 0.995975 20.020885 0.028747</w:t>
        <w:br/>
        <w:t>v 0.915048 20.035892 -0.044469</w:t>
        <w:br/>
        <w:t>v 0.995975 20.020885 0.028747</w:t>
        <w:br/>
        <w:t>v 0.862734 19.879765 0.084070</w:t>
        <w:br/>
        <w:t>v 0.916779 19.906389 -0.079726</w:t>
        <w:br/>
        <w:t>v 0.997744 19.890446 -0.006746</w:t>
        <w:br/>
        <w:t>v 0.997744 19.890446 -0.006746</w:t>
        <w:br/>
        <w:t>v 0.901707 19.774029 -0.102510</w:t>
        <w:br/>
        <w:t>v 0.979989 19.759167 -0.033967</w:t>
        <w:br/>
        <w:t>v 0.747100 19.659819 -0.020780</w:t>
        <w:br/>
        <w:t>v 0.825374 19.644957 0.047763</w:t>
        <w:br/>
        <w:t>v 0.979989 19.759167 -0.033967</w:t>
        <w:br/>
        <w:t>v 0.825374 19.644957 0.047763</w:t>
        <w:br/>
        <w:t>v 0.520655 20.927917 0.371878</w:t>
        <w:br/>
        <w:t>v 0.304578 20.907095 0.475983</w:t>
        <w:br/>
        <w:t>v 0.472352 20.992603 0.405621</w:t>
        <w:br/>
        <w:t>v 0.086049 21.108292 0.499103</w:t>
        <w:br/>
        <w:t>v 0.087040 21.117121 0.515625</w:t>
        <w:br/>
        <w:t>v 0.087040 21.117121 0.515625</w:t>
        <w:br/>
        <w:t>v 0.093924 20.977495 0.513656</w:t>
        <w:br/>
        <w:t>v 0.177151 21.069923 0.476666</w:t>
        <w:br/>
        <w:t>v 0.178782 21.075565 0.493591</w:t>
        <w:br/>
        <w:t>v 0.178782 21.075565 0.493591</w:t>
        <w:br/>
        <w:t>v 0.256124 21.069117 0.485910</w:t>
        <w:br/>
        <w:t>v 0.311166 21.018763 0.457772</w:t>
        <w:br/>
        <w:t>v 0.256124 21.069117 0.485910</w:t>
        <w:br/>
        <w:t>v 0.252861 21.065807 0.468835</w:t>
        <w:br/>
        <w:t>v 0.304671 21.013783 0.442603</w:t>
        <w:br/>
        <w:t>v 0.311166 21.018763 0.457772</w:t>
        <w:br/>
        <w:t>v 0.367718 20.994183 0.411894</w:t>
        <w:br/>
        <w:t>v 0.373123 20.998650 0.426650</w:t>
        <w:br/>
        <w:t>v 0.373123 20.998650 0.426650</w:t>
        <w:br/>
        <w:t>v 0.472352 20.992603 0.405621</w:t>
        <w:br/>
        <w:t>v 0.466985 20.992680 0.390184</w:t>
        <w:br/>
        <w:t>v 0.520655 20.927917 0.371878</w:t>
        <w:br/>
        <w:t>v 0.512361 20.928146 0.369305</w:t>
        <w:br/>
        <w:t>v 0.164793 21.021278 0.537664</w:t>
        <w:br/>
        <w:t>v 0.100455 21.010242 0.461303</w:t>
        <w:br/>
        <w:t>v 0.164793 21.021278 0.537664</w:t>
        <w:br/>
        <w:t>v 0.898548 20.449503 0.066622</w:t>
        <w:br/>
        <w:t>v 0.875265 20.511038 0.080769</w:t>
        <w:br/>
        <w:t>v 1.105096 20.660818 0.020964</w:t>
        <w:br/>
        <w:t>v 1.120145 20.592159 0.043722</w:t>
        <w:br/>
        <w:t>v 1.076751 20.726610 0.046078</w:t>
        <w:br/>
        <w:t>v 0.846242 20.569828 0.136594</w:t>
        <w:br/>
        <w:t>v 1.082576 20.750509 0.131950</w:t>
        <w:br/>
        <w:t>v 0.774764 20.664553 0.187452</w:t>
        <w:br/>
        <w:t>v 0.983926 20.900648 0.248242</w:t>
        <w:br/>
        <w:t>v 1.066566 20.801794 0.185697</w:t>
        <w:br/>
        <w:t>v 0.955094 20.922789 0.235104</w:t>
        <w:br/>
        <w:t>v 0.954385 20.919741 0.192985</w:t>
        <w:br/>
        <w:t>v 0.704194 20.694035 0.226889</w:t>
        <w:br/>
        <w:t>v 0.957854 20.926355 0.166888</w:t>
        <w:br/>
        <w:t>v 0.957854 20.926355 0.166888</w:t>
        <w:br/>
        <w:t>v 0.704194 20.694035 0.226889</w:t>
        <w:br/>
        <w:t>v 0.947943 20.946072 0.166980</w:t>
        <w:br/>
        <w:t>v 0.855484 21.055935 0.418225</w:t>
        <w:br/>
        <w:t>v 0.543200 20.853313 0.338240</w:t>
        <w:br/>
        <w:t>v 0.756247 21.131796 0.473500</w:t>
        <w:br/>
        <w:t>v 0.667112 21.193396 0.441176</w:t>
        <w:br/>
        <w:t>v 0.484760 20.906185 0.367457</w:t>
        <w:br/>
        <w:t>v 0.676809 21.202620 0.412561</w:t>
        <w:br/>
        <w:t>v 0.674187 21.218485 0.387044</w:t>
        <w:br/>
        <w:t>v 0.582048 21.295742 0.347277</w:t>
        <w:br/>
        <w:t>v 0.388203 20.949181 0.393550</w:t>
        <w:br/>
        <w:t>v 0.486898 21.340296 0.358930</w:t>
        <w:br/>
        <w:t>v 0.381250 21.363852 0.387088</w:t>
        <w:br/>
        <w:t>v 0.316945 21.362671 0.431867</w:t>
        <w:br/>
        <w:t>v 0.234474 20.999247 0.443845</w:t>
        <w:br/>
        <w:t>v 0.338596 21.337893 0.497169</w:t>
        <w:br/>
        <w:t>v 0.354697 21.320938 0.575215</w:t>
        <w:br/>
        <w:t>v 0.234474 20.999247 0.443845</w:t>
        <w:br/>
        <w:t>v 0.322525 21.328585 0.609189</w:t>
        <w:br/>
        <w:t>v 0.105907 21.047300 0.447206</w:t>
        <w:br/>
        <w:t>v 0.115110 21.391966 0.675469</w:t>
        <w:br/>
        <w:t>v 0.218631 21.368311 0.648933</w:t>
        <w:br/>
        <w:t>v 0.316945 21.362671 0.431867</w:t>
        <w:br/>
        <w:t>v 0.484760 20.906185 0.367457</w:t>
        <w:br/>
        <w:t>v 0.649303 21.245935 0.363572</w:t>
        <w:br/>
        <w:t>v 0.590722 20.798107 0.280553</w:t>
        <w:br/>
        <w:t>v 0.937514 20.964558 0.288860</w:t>
        <w:br/>
        <w:t>v 0.354697 21.320938 0.575215</w:t>
        <w:br/>
        <w:t>v 0.679783 21.178667 0.466381</w:t>
        <w:br/>
        <w:t>v 0.679783 21.178667 0.466381</w:t>
        <w:br/>
        <w:t>v 0.916061 20.989853 0.343181</w:t>
        <w:br/>
        <w:t>v 1.098829 20.662533 0.009746</w:t>
        <w:br/>
        <w:t>v 0.870280 20.515810 0.074365</w:t>
        <w:br/>
        <w:t>v 0.894736 20.450083 0.057809</w:t>
        <w:br/>
        <w:t>v 1.116760 20.591772 0.034499</w:t>
        <w:br/>
        <w:t>v 1.066612 20.735613 0.044270</w:t>
        <w:br/>
        <w:t>v 1.073183 20.758736 0.127164</w:t>
        <w:br/>
        <w:t>v 0.841882 20.579048 0.127062</w:t>
        <w:br/>
        <w:t>v 1.058256 20.806902 0.175395</w:t>
        <w:br/>
        <w:t>v 0.984201 20.897415 0.235510</w:t>
        <w:br/>
        <w:t>v 0.780710 20.661358 0.174731</w:t>
        <w:br/>
        <w:t>v 0.961208 20.914822 0.228815</w:t>
        <w:br/>
        <w:t>v 0.944406 20.950171 0.155393</w:t>
        <w:br/>
        <w:t>v 0.704833 20.693909 0.215237</w:t>
        <w:br/>
        <w:t>v 0.959958 20.923954 0.157548</w:t>
        <w:br/>
        <w:t>v 0.588473 20.804482 0.267946</w:t>
        <w:br/>
        <w:t>v 0.935349 20.973118 0.277655</w:t>
        <w:br/>
        <w:t>v 0.917037 20.999094 0.332241</w:t>
        <w:br/>
        <w:t>v 0.854264 21.067781 0.409789</w:t>
        <w:br/>
        <w:t>v 0.535916 20.863159 0.330075</w:t>
        <w:br/>
        <w:t>v 0.752847 21.140198 0.462223</w:t>
        <w:br/>
        <w:t>v 0.486342 20.903875 0.356426</w:t>
        <w:br/>
        <w:t>v 0.686110 21.177143 0.457638</w:t>
        <w:br/>
        <w:t>v 0.688230 21.195217 0.412692</w:t>
        <w:br/>
        <w:t>v 0.486342 20.903875 0.356426</w:t>
        <w:br/>
        <w:t>v 0.677846 21.187082 0.439980</w:t>
        <w:br/>
        <w:t>v 0.683747 21.212614 0.381147</w:t>
        <w:br/>
        <w:t>v 0.482110 21.339775 0.346243</w:t>
        <w:br/>
        <w:t>v 0.384046 20.947893 0.381318</w:t>
        <w:br/>
        <w:t>v 0.580676 21.294317 0.334532</w:t>
        <w:br/>
        <w:t>v 0.373939 21.364750 0.376461</w:t>
        <w:br/>
        <w:t>v 0.326566 21.338327 0.504356</w:t>
        <w:br/>
        <w:t>v 0.228140 21.004335 0.437609</w:t>
        <w:br/>
        <w:t>v 0.305845 21.364874 0.428264</w:t>
        <w:br/>
        <w:t>v 0.317532 21.335567 0.598534</w:t>
        <w:br/>
        <w:t>v 0.228140 21.004335 0.437609</w:t>
        <w:br/>
        <w:t>v 0.344817 21.325520 0.571394</w:t>
        <w:br/>
        <w:t>v 0.219012 21.375721 0.636370</w:t>
        <w:br/>
        <w:t>v 0.107935 21.054787 0.435712</w:t>
        <w:br/>
        <w:t>v 0.112892 21.399704 0.663074</w:t>
        <w:br/>
        <w:t>v 0.305845 21.364874 0.428264</w:t>
        <w:br/>
        <w:t>v 0.653786 21.242506 0.352678</w:t>
        <w:br/>
        <w:t>v 0.344817 21.325520 0.571394</w:t>
        <w:br/>
        <w:t>v 0.686110 21.177143 0.457638</w:t>
        <w:br/>
        <w:t>v 0.112892 21.399704 0.663074</w:t>
        <w:br/>
        <w:t>v 0.115110 21.391966 0.675469</w:t>
        <w:br/>
        <w:t>v 0.219012 21.375721 0.636370</w:t>
        <w:br/>
        <w:t>v 0.218631 21.368311 0.648933</w:t>
        <w:br/>
        <w:t>v 0.317532 21.335567 0.598534</w:t>
        <w:br/>
        <w:t>v 0.322525 21.328585 0.609189</w:t>
        <w:br/>
        <w:t>v 0.354697 21.320938 0.575215</w:t>
        <w:br/>
        <w:t>v 0.344817 21.325520 0.571394</w:t>
        <w:br/>
        <w:t>v 0.326566 21.338327 0.504356</w:t>
        <w:br/>
        <w:t>v 0.338596 21.337893 0.497169</w:t>
        <w:br/>
        <w:t>v 0.305845 21.364874 0.428264</w:t>
        <w:br/>
        <w:t>v 0.316945 21.362671 0.431867</w:t>
        <w:br/>
        <w:t>v 0.381250 21.363852 0.387088</w:t>
        <w:br/>
        <w:t>v 0.373939 21.364750 0.376461</w:t>
        <w:br/>
        <w:t>v 0.486898 21.340296 0.358930</w:t>
        <w:br/>
        <w:t>v 0.482110 21.339775 0.346243</w:t>
        <w:br/>
        <w:t>v 0.582048 21.295742 0.347277</w:t>
        <w:br/>
        <w:t>v 0.580676 21.294317 0.334532</w:t>
        <w:br/>
        <w:t>v 0.653786 21.242506 0.352678</w:t>
        <w:br/>
        <w:t>v 0.649303 21.245935 0.363572</w:t>
        <w:br/>
        <w:t>v 0.683747 21.212614 0.381147</w:t>
        <w:br/>
        <w:t>v 0.674187 21.218485 0.387044</w:t>
        <w:br/>
        <w:t>v 0.688230 21.195217 0.412692</w:t>
        <w:br/>
        <w:t>v 0.676809 21.202620 0.412561</w:t>
        <w:br/>
        <w:t>v 0.667112 21.193396 0.441176</w:t>
        <w:br/>
        <w:t>v 0.677846 21.187082 0.439980</w:t>
        <w:br/>
        <w:t>v 0.686110 21.177143 0.457638</w:t>
        <w:br/>
        <w:t>v 0.679783 21.178667 0.466381</w:t>
        <w:br/>
        <w:t>v 0.752847 21.140198 0.462223</w:t>
        <w:br/>
        <w:t>v 0.756247 21.131796 0.473500</w:t>
        <w:br/>
        <w:t>v 0.854264 21.067781 0.409789</w:t>
        <w:br/>
        <w:t>v 0.855484 21.055935 0.418225</w:t>
        <w:br/>
        <w:t>v 0.917037 20.999094 0.332241</w:t>
        <w:br/>
        <w:t>v 0.916061 20.989853 0.343181</w:t>
        <w:br/>
        <w:t>v 0.935349 20.973118 0.277655</w:t>
        <w:br/>
        <w:t>v 0.937514 20.964558 0.288860</w:t>
        <w:br/>
        <w:t>v 0.944406 20.950171 0.155393</w:t>
        <w:br/>
        <w:t>v 0.947943 20.946072 0.166980</w:t>
        <w:br/>
        <w:t>v 0.957854 20.926355 0.166888</w:t>
        <w:br/>
        <w:t>v 0.959958 20.923954 0.157548</w:t>
        <w:br/>
        <w:t>v 0.954385 20.919741 0.192985</w:t>
        <w:br/>
        <w:t>v 0.962199 20.911467 0.192583</w:t>
        <w:br/>
        <w:t>v 0.955094 20.922789 0.235104</w:t>
        <w:br/>
        <w:t>v 0.961208 20.914822 0.228815</w:t>
        <w:br/>
        <w:t>v 0.984201 20.897415 0.235510</w:t>
        <w:br/>
        <w:t>v 0.983926 20.900648 0.248242</w:t>
        <w:br/>
        <w:t>v 1.058256 20.806902 0.175395</w:t>
        <w:br/>
        <w:t>v 1.066566 20.801794 0.185697</w:t>
        <w:br/>
        <w:t>v 1.082576 20.750509 0.131950</w:t>
        <w:br/>
        <w:t>v 1.073183 20.758736 0.127164</w:t>
        <w:br/>
        <w:t>v 1.066612 20.735613 0.044270</w:t>
        <w:br/>
        <w:t>v 1.076751 20.726610 0.046078</w:t>
        <w:br/>
        <w:t>v 1.105096 20.660818 0.020964</w:t>
        <w:br/>
        <w:t>v 1.098829 20.662533 0.009746</w:t>
        <w:br/>
        <w:t>v 1.120145 20.592159 0.043722</w:t>
        <w:br/>
        <w:t>v 1.116760 20.591772 0.034499</w:t>
        <w:br/>
        <w:t>v 1.120145 20.592159 0.043722</w:t>
        <w:br/>
        <w:t>v 1.116760 20.591772 0.034499</w:t>
        <w:br/>
        <w:t>v 0.894736 20.450083 0.057809</w:t>
        <w:br/>
        <w:t>v 0.898548 20.449503 0.066622</w:t>
        <w:br/>
        <w:t>v 0.780710 20.661358 0.174731</w:t>
        <w:br/>
        <w:t>v 0.961208 20.914822 0.228815</w:t>
        <w:br/>
        <w:t>v 0.962199 20.911467 0.192583</w:t>
        <w:br/>
        <w:t>v 0.959958 20.923954 0.157548</w:t>
        <w:br/>
        <w:t>v -1.014655 20.411619 0.150528</w:t>
        <w:br/>
        <w:t>v -1.013996 20.405596 0.159871</w:t>
        <w:br/>
        <w:t>v -1.125885 19.979145 0.127855</w:t>
        <w:br/>
        <w:t>v -1.119778 19.980618 0.116252</w:t>
        <w:br/>
        <w:t>v -1.014655 20.411619 0.150528</w:t>
        <w:br/>
        <w:t>v -1.119778 19.980618 0.116252</w:t>
        <w:br/>
        <w:t>v -1.087038 19.883881 0.167339</w:t>
        <w:br/>
        <w:t>v -0.987484 20.406570 0.168366</w:t>
        <w:br/>
        <w:t>v -1.226503 19.566147 0.088137</w:t>
        <w:br/>
        <w:t>v -1.235386 19.568624 0.095860</w:t>
        <w:br/>
        <w:t>v -0.987484 20.406570 0.168366</w:t>
        <w:br/>
        <w:t>v -1.087038 19.883881 0.167339</w:t>
        <w:br/>
        <w:t>v -1.096319 19.884758 0.178537</w:t>
        <w:br/>
        <w:t>v -0.993397 20.405460 0.178007</w:t>
        <w:br/>
        <w:t>v -1.013996 20.405596 0.159871</w:t>
        <w:br/>
        <w:t>v -0.993397 20.405460 0.178007</w:t>
        <w:br/>
        <w:t>v -1.096319 19.884758 0.178537</w:t>
        <w:br/>
        <w:t>v -1.125885 19.979145 0.127855</w:t>
        <w:br/>
        <w:t>v -1.207160 19.419119 0.180464</w:t>
        <w:br/>
        <w:t>v -1.194484 19.415138 0.169447</w:t>
        <w:br/>
        <w:t>v -1.207160 19.419119 0.180464</w:t>
        <w:br/>
        <w:t>v -1.235386 19.568624 0.095860</w:t>
        <w:br/>
        <w:t>v -1.226503 19.566147 0.088137</w:t>
        <w:br/>
        <w:t>v -1.194484 19.415138 0.169447</w:t>
        <w:br/>
        <w:t>v -1.207160 19.419119 0.180464</w:t>
        <w:br/>
        <w:t>v -1.194484 19.415138 0.169447</w:t>
        <w:br/>
        <w:t>v -0.992899 19.820164 0.279858</w:t>
        <w:br/>
        <w:t>v -0.963885 20.418308 0.225506</w:t>
        <w:br/>
        <w:t>v -0.951783 20.420582 0.220064</w:t>
        <w:br/>
        <w:t>v -0.980325 19.819588 0.270027</w:t>
        <w:br/>
        <w:t>v -1.026972 19.249645 0.304946</w:t>
        <w:br/>
        <w:t>v -0.980325 19.819588 0.270027</w:t>
        <w:br/>
        <w:t>v -1.050174 19.872692 0.204709</w:t>
        <w:br/>
        <w:t>v -1.123098 19.377249 0.221276</w:t>
        <w:br/>
        <w:t>v -1.026972 19.249645 0.304946</w:t>
        <w:br/>
        <w:t>v -1.039198 19.248280 0.317265</w:t>
        <w:br/>
        <w:t>v -0.992899 19.820164 0.279858</w:t>
        <w:br/>
        <w:t>v -1.060316 19.874565 0.218444</w:t>
        <w:br/>
        <w:t>v -0.982637 20.408850 0.196980</w:t>
        <w:br/>
        <w:t>v -0.963885 20.418308 0.225506</w:t>
        <w:br/>
        <w:t>v -1.039198 19.248280 0.317265</w:t>
        <w:br/>
        <w:t>v -1.131549 19.376684 0.229991</w:t>
        <w:br/>
        <w:t>v -1.050174 19.872692 0.204709</w:t>
        <w:br/>
        <w:t>v -1.060316 19.874565 0.218444</w:t>
        <w:br/>
        <w:t>v -1.131549 19.376684 0.229991</w:t>
        <w:br/>
        <w:t>v -1.123098 19.377249 0.221276</w:t>
        <w:br/>
        <w:t>v -0.982637 20.408850 0.196980</w:t>
        <w:br/>
        <w:t>v -0.975543 20.405611 0.185313</w:t>
        <w:br/>
        <w:t>v -1.039198 19.248280 0.317265</w:t>
        <w:br/>
        <w:t>v -1.026972 19.249645 0.304946</w:t>
        <w:br/>
        <w:t>v -0.951783 20.420582 0.220064</w:t>
        <w:br/>
        <w:t>v -0.975543 20.405611 0.185313</w:t>
        <w:br/>
        <w:t>v 1.125885 19.979143 0.127855</w:t>
        <w:br/>
        <w:t>v 1.013998 20.405596 0.159872</w:t>
        <w:br/>
        <w:t>v 1.014657 20.411619 0.150528</w:t>
        <w:br/>
        <w:t>v 1.119778 19.980618 0.116252</w:t>
        <w:br/>
        <w:t>v 0.987486 20.406570 0.168366</w:t>
        <w:br/>
        <w:t>v 1.087038 19.883881 0.167339</w:t>
        <w:br/>
        <w:t>v 1.119778 19.980618 0.116252</w:t>
        <w:br/>
        <w:t>v 1.014657 20.411619 0.150528</w:t>
        <w:br/>
        <w:t>v 1.226502 19.566145 0.088136</w:t>
        <w:br/>
        <w:t>v 1.235386 19.568623 0.095859</w:t>
        <w:br/>
        <w:t>v 1.096319 19.884756 0.178537</w:t>
        <w:br/>
        <w:t>v 1.087038 19.883881 0.167339</w:t>
        <w:br/>
        <w:t>v 0.987486 20.406570 0.168366</w:t>
        <w:br/>
        <w:t>v 0.993398 20.405460 0.178008</w:t>
        <w:br/>
        <w:t>v 1.125885 19.979143 0.127855</w:t>
        <w:br/>
        <w:t>v 1.096319 19.884756 0.178537</w:t>
        <w:br/>
        <w:t>v 0.993398 20.405460 0.178008</w:t>
        <w:br/>
        <w:t>v 1.013998 20.405596 0.159872</w:t>
        <w:br/>
        <w:t>v 1.194483 19.415136 0.169446</w:t>
        <w:br/>
        <w:t>v 1.207159 19.419117 0.180463</w:t>
        <w:br/>
        <w:t>v 1.207159 19.419117 0.180463</w:t>
        <w:br/>
        <w:t>v 1.235386 19.568623 0.095859</w:t>
        <w:br/>
        <w:t>v 1.194483 19.415136 0.169446</w:t>
        <w:br/>
        <w:t>v 1.226502 19.566145 0.088136</w:t>
        <w:br/>
        <w:t>v 1.207159 19.419117 0.180463</w:t>
        <w:br/>
        <w:t>v 1.194483 19.415136 0.169446</w:t>
        <w:br/>
        <w:t>v 0.951785 20.420582 0.220065</w:t>
        <w:br/>
        <w:t>v 0.963887 20.418308 0.225506</w:t>
        <w:br/>
        <w:t>v 0.992899 19.820164 0.279858</w:t>
        <w:br/>
        <w:t>v 0.980325 19.819588 0.270027</w:t>
        <w:br/>
        <w:t>v 0.980325 19.819588 0.270027</w:t>
        <w:br/>
        <w:t>v 1.026972 19.249643 0.304945</w:t>
        <w:br/>
        <w:t>v 1.123098 19.377247 0.221275</w:t>
        <w:br/>
        <w:t>v 1.050174 19.872690 0.204709</w:t>
        <w:br/>
        <w:t>v 1.039198 19.248278 0.317265</w:t>
        <w:br/>
        <w:t>v 1.026972 19.249643 0.304945</w:t>
        <w:br/>
        <w:t>v 0.982638 20.408850 0.196981</w:t>
        <w:br/>
        <w:t>v 1.060316 19.874565 0.218444</w:t>
        <w:br/>
        <w:t>v 0.992899 19.820164 0.279858</w:t>
        <w:br/>
        <w:t>v 0.963887 20.418308 0.225506</w:t>
        <w:br/>
        <w:t>v 1.131549 19.376682 0.229990</w:t>
        <w:br/>
        <w:t>v 1.039198 19.248278 0.317265</w:t>
        <w:br/>
        <w:t>v 1.060316 19.874565 0.218444</w:t>
        <w:br/>
        <w:t>v 1.050174 19.872690 0.204709</w:t>
        <w:br/>
        <w:t>v 1.123098 19.377247 0.221275</w:t>
        <w:br/>
        <w:t>v 1.131549 19.376682 0.229990</w:t>
        <w:br/>
        <w:t>v 0.982638 20.408850 0.196981</w:t>
        <w:br/>
        <w:t>v 0.975545 20.405611 0.185313</w:t>
        <w:br/>
        <w:t>v 1.026972 19.249643 0.304945</w:t>
        <w:br/>
        <w:t>v 1.039198 19.248278 0.317265</w:t>
        <w:br/>
        <w:t>v 0.951785 20.420582 0.220065</w:t>
        <w:br/>
        <w:t>v 0.975545 20.405611 0.185313</w:t>
        <w:br/>
        <w:t>v -0.801578 18.815981 0.159889</w:t>
        <w:br/>
        <w:t>v -0.831193 18.642448 0.167461</w:t>
        <w:br/>
        <w:t>v -0.797244 18.626316 0.106769</w:t>
        <w:br/>
        <w:t>v -0.756700 18.798782 0.099807</w:t>
        <w:br/>
        <w:t>v -0.679971 18.799025 0.106151</w:t>
        <w:br/>
        <w:t>v -0.756700 18.798782 0.099807</w:t>
        <w:br/>
        <w:t>v -0.797244 18.626316 0.106769</w:t>
        <w:br/>
        <w:t>v -0.736990 18.617233 0.111223</w:t>
        <w:br/>
        <w:t>v -0.738551 18.811634 0.210372</w:t>
        <w:br/>
        <w:t>v -0.781469 18.633152 0.214563</w:t>
        <w:br/>
        <w:t>v -0.831193 18.642448 0.167461</w:t>
        <w:br/>
        <w:t>v -0.801578 18.815981 0.159889</w:t>
        <w:br/>
        <w:t>v -0.679971 18.799025 0.106151</w:t>
        <w:br/>
        <w:t>v -0.736990 18.617233 0.111223</w:t>
        <w:br/>
        <w:t>v -0.723163 18.609650 0.213838</w:t>
        <w:br/>
        <w:t>v -0.668991 18.779190 0.212334</w:t>
        <w:br/>
        <w:t>v -0.668991 18.779190 0.212334</w:t>
        <w:br/>
        <w:t>v -0.723163 18.609650 0.213838</w:t>
        <w:br/>
        <w:t>v -0.820739 18.658882 0.328783</w:t>
        <w:br/>
        <w:t>v -0.708224 18.625851 0.269897</w:t>
        <w:br/>
        <w:t>v -0.738551 18.811634 0.210372</w:t>
        <w:br/>
        <w:t>v -0.850719 18.845057 0.303886</w:t>
        <w:br/>
        <w:t>v -0.668991 18.779190 0.212334</w:t>
        <w:br/>
        <w:t>v -0.712792 19.029520 0.093792</w:t>
        <w:br/>
        <w:t>v -0.756411 19.033400 0.155064</w:t>
        <w:br/>
        <w:t>v -0.634234 19.020327 0.105040</w:t>
        <w:br/>
        <w:t>v -0.712792 19.029520 0.093792</w:t>
        <w:br/>
        <w:t>v -0.761309 18.895414 0.463965</w:t>
        <w:br/>
        <w:t>v -0.782768 18.702892 0.486846</w:t>
        <w:br/>
        <w:t>v -0.850719 18.845057 0.303886</w:t>
        <w:br/>
        <w:t>v -0.756411 19.033400 0.155064</w:t>
        <w:br/>
        <w:t>v -0.668991 18.779190 0.212334</w:t>
        <w:br/>
        <w:t>v -0.708224 18.625851 0.269897</w:t>
        <w:br/>
        <w:t>v -0.686116 18.706390 0.489724</w:t>
        <w:br/>
        <w:t>v -0.634234 19.020327 0.105040</w:t>
        <w:br/>
        <w:t>v -0.620776 19.015240 0.216737</w:t>
        <w:br/>
        <w:t>v -0.881409 19.031019 0.273776</w:t>
        <w:br/>
        <w:t>v -0.747566 19.200327 0.084931</w:t>
        <w:br/>
        <w:t>v -0.881409 19.031019 0.273776</w:t>
        <w:br/>
        <w:t>v -0.756411 19.033400 0.155064</w:t>
        <w:br/>
        <w:t>v -0.747566 19.200327 0.084931</w:t>
        <w:br/>
        <w:t>v -0.874648 19.225681 0.187312</w:t>
        <w:br/>
        <w:t>v -0.712895 19.045589 0.227780</w:t>
        <w:br/>
        <w:t>v -0.620776 19.015240 0.216737</w:t>
        <w:br/>
        <w:t>v -0.668991 18.779190 0.212334</w:t>
        <w:br/>
        <w:t>v -0.666631 18.900549 0.476906</w:t>
        <w:br/>
        <w:t>v -0.686116 18.706390 0.489724</w:t>
        <w:br/>
        <w:t>v -0.666265 19.236609 0.152928</w:t>
        <w:br/>
        <w:t>v -0.747566 19.200327 0.084931</w:t>
        <w:br/>
        <w:t>v -0.684857 19.097744 0.456772</w:t>
        <w:br/>
        <w:t>v -0.666631 18.900549 0.476906</w:t>
        <w:br/>
        <w:t>v -0.743634 19.224794 0.229670</w:t>
        <w:br/>
        <w:t>v -0.666265 19.236609 0.152928</w:t>
        <w:br/>
        <w:t>v -0.713389 19.237989 0.411865</w:t>
        <w:br/>
        <w:t>v -0.743634 19.224794 0.229670</w:t>
        <w:br/>
        <w:t>v -0.712895 19.045589 0.227780</w:t>
        <w:br/>
        <w:t>v -0.775723 19.087505 0.431388</w:t>
        <w:br/>
        <w:t>v -0.684857 19.097744 0.456772</w:t>
        <w:br/>
        <w:t>v -0.844780 19.235331 0.368829</w:t>
        <w:br/>
        <w:t>v -0.713389 19.237989 0.411865</w:t>
        <w:br/>
        <w:t>v -0.925823 18.403076 0.220320</w:t>
        <w:br/>
        <w:t>v -0.993671 18.416452 0.161665</w:t>
        <w:br/>
        <w:t>v -0.999679 18.407734 0.163089</w:t>
        <w:br/>
        <w:t>v -0.992060 18.425533 0.165449</w:t>
        <w:br/>
        <w:t>v -0.925823 18.403076 0.220320</w:t>
        <w:br/>
        <w:t>v -0.999679 18.407734 0.163089</w:t>
        <w:br/>
        <w:t>v -1.008472 18.408882 0.173743</w:t>
        <w:br/>
        <w:t>v -1.002052 18.425858 0.177091</w:t>
        <w:br/>
        <w:t>v -0.992060 18.425533 0.165449</w:t>
        <w:br/>
        <w:t>v -0.925823 18.403076 0.220320</w:t>
        <w:br/>
        <w:t>v -1.007336 18.417540 0.177890</w:t>
        <w:br/>
        <w:t>v -0.925823 18.403076 0.220320</w:t>
        <w:br/>
        <w:t>v -1.008472 18.408882 0.173743</w:t>
        <w:br/>
        <w:t>v -1.002052 18.425858 0.177091</w:t>
        <w:br/>
        <w:t>v -0.685404 19.501221 0.128959</w:t>
        <w:br/>
        <w:t>v -0.767796 19.483316 0.056007</w:t>
        <w:br/>
        <w:t>v -0.747566 19.200327 0.084931</w:t>
        <w:br/>
        <w:t>v -0.767796 19.483316 0.056007</w:t>
        <w:br/>
        <w:t>v -0.879379 19.470423 0.146465</w:t>
        <w:br/>
        <w:t>v -0.874648 19.225681 0.187312</w:t>
        <w:br/>
        <w:t>v -0.685404 19.501221 0.128959</w:t>
        <w:br/>
        <w:t>v -0.759864 19.458719 0.215824</w:t>
        <w:br/>
        <w:t>v -0.874648 19.225681 0.187312</w:t>
        <w:br/>
        <w:t>v -0.879379 19.470423 0.146465</w:t>
        <w:br/>
        <w:t>v -0.917070 19.264360 0.097950</w:t>
        <w:br/>
        <w:t>v -0.716894 19.371006 0.413781</w:t>
        <w:br/>
        <w:t>v -0.657988 18.905418 0.526688</w:t>
        <w:br/>
        <w:t>v -0.663196 18.894278 0.540028</w:t>
        <w:br/>
        <w:t>v -0.598014 18.891895 0.582882</w:t>
        <w:br/>
        <w:t>v -0.598014 18.891895 0.582882</w:t>
        <w:br/>
        <w:t>v -0.654391 18.914551 0.545436</w:t>
        <w:br/>
        <w:t>v -0.657988 18.905418 0.526688</w:t>
        <w:br/>
        <w:t>v -0.663196 18.894278 0.540028</w:t>
        <w:br/>
        <w:t>v -0.660548 18.902609 0.557952</w:t>
        <w:br/>
        <w:t>v -0.598014 18.891895 0.582882</w:t>
        <w:br/>
        <w:t>v -0.759864 19.458719 0.215824</w:t>
        <w:br/>
        <w:t>v -0.598014 18.891895 0.582882</w:t>
        <w:br/>
        <w:t>v -0.660548 18.902609 0.557952</w:t>
        <w:br/>
        <w:t>v -0.654391 18.914551 0.545436</w:t>
        <w:br/>
        <w:t>v -0.743271 19.658726 0.128332</w:t>
        <w:br/>
        <w:t>v -0.779646 19.657846 0.055731</w:t>
        <w:br/>
        <w:t>v -0.716894 19.371006 0.413781</w:t>
        <w:br/>
        <w:t>v -0.865780 19.062044 0.475246</w:t>
        <w:br/>
        <w:t>v -0.837534 19.081980 0.445568</w:t>
        <w:br/>
        <w:t>v -0.859748 19.155767 0.433283</w:t>
        <w:br/>
        <w:t>v -0.894725 19.141184 0.465990</w:t>
        <w:br/>
        <w:t>v -0.859748 19.155767 0.433283</w:t>
        <w:br/>
        <w:t>v -0.837534 19.081980 0.445568</w:t>
        <w:br/>
        <w:t>v -0.808266 19.091816 0.490387</w:t>
        <w:br/>
        <w:t>v -0.829334 19.164736 0.493815</w:t>
        <w:br/>
        <w:t>v -1.050666 19.266367 0.155820</w:t>
        <w:br/>
        <w:t>v -0.879379 19.470423 0.146465</w:t>
        <w:br/>
        <w:t>v -1.010460 19.455347 0.213502</w:t>
        <w:br/>
        <w:t>v -0.865780 19.062044 0.475246</w:t>
        <w:br/>
        <w:t>v -0.894725 19.141184 0.465990</w:t>
        <w:br/>
        <w:t>v -0.846511 19.077305 0.514206</w:t>
        <w:br/>
        <w:t>v -0.846511 19.077305 0.514206</w:t>
        <w:br/>
        <w:t>v -0.872256 19.157400 0.502771</w:t>
        <w:br/>
        <w:t>v -0.829334 19.164736 0.493815</w:t>
        <w:br/>
        <w:t>v -0.590602 18.947504 0.753509</w:t>
        <w:br/>
        <w:t>v -0.677616 18.997826 0.628562</w:t>
        <w:br/>
        <w:t>v -0.727419 19.020679 0.683731</w:t>
        <w:br/>
        <w:t>v -0.629516 18.974554 0.788814</w:t>
        <w:br/>
        <w:t>v -0.832713 19.233814 0.489991</w:t>
        <w:br/>
        <w:t>v -0.869076 19.233398 0.428553</w:t>
        <w:br/>
        <w:t>v -0.743271 19.658726 0.128332</w:t>
        <w:br/>
        <w:t>v -0.793759 19.640827 0.218632</w:t>
        <w:br/>
        <w:t>v -0.902922 19.658627 0.086339</w:t>
        <w:br/>
        <w:t>v -0.844780 19.235331 0.368829</w:t>
        <w:br/>
        <w:t>v -0.937227 19.250614 0.380638</w:t>
        <w:br/>
        <w:t>v -0.888969 19.485548 0.488619</w:t>
        <w:br/>
        <w:t>v -0.716894 19.371006 0.413781</w:t>
        <w:br/>
        <w:t>v -0.869076 19.233398 0.428553</w:t>
        <w:br/>
        <w:t>v -0.908167 19.225040 0.463015</w:t>
        <w:br/>
        <w:t>v -0.489779 18.944147 0.875997</w:t>
        <w:br/>
        <w:t>v -0.595450 19.049837 0.802988</w:t>
        <w:br/>
        <w:t>v -0.661832 19.104343 0.734687</w:t>
        <w:br/>
        <w:t>v -0.677616 18.997826 0.628562</w:t>
        <w:br/>
        <w:t>v -0.590602 18.947504 0.753509</w:t>
        <w:br/>
        <w:t>v -0.821203 19.215387 0.480791</w:t>
        <w:br/>
        <w:t>v -0.857346 19.200918 0.544563</w:t>
        <w:br/>
        <w:t>v -0.799225 19.099350 0.610981</w:t>
        <w:br/>
        <w:t>v -0.752164 19.091188 0.533522</w:t>
        <w:br/>
        <w:t>v -0.489779 18.944147 0.875997</w:t>
        <w:br/>
        <w:t>v -0.493852 18.995352 0.906302</w:t>
        <w:br/>
        <w:t>v -0.832713 19.233814 0.489991</w:t>
        <w:br/>
        <w:t>v -0.883814 19.235662 0.500886</w:t>
        <w:br/>
        <w:t>v -0.908167 19.225040 0.463015</w:t>
        <w:br/>
        <w:t>v -0.883814 19.235662 0.500886</w:t>
        <w:br/>
        <w:t>v -0.872256 19.157400 0.502771</w:t>
        <w:br/>
        <w:t>v -0.368630 18.981184 1.049879</w:t>
        <w:br/>
        <w:t>v -0.521576 18.971270 0.903685</w:t>
        <w:br/>
        <w:t>v -0.368630 18.981184 1.049879</w:t>
        <w:br/>
        <w:t>v -0.823756 19.322552 0.496354</w:t>
        <w:br/>
        <w:t>v -0.858678 19.323805 0.426631</w:t>
        <w:br/>
        <w:t>v -0.732602 19.275827 0.634474</w:t>
        <w:br/>
        <w:t>v -0.821203 19.215387 0.480791</w:t>
        <w:br/>
        <w:t>v -0.752164 19.091188 0.533522</w:t>
        <w:br/>
        <w:t>v -0.708352 19.184629 0.676025</w:t>
        <w:br/>
        <w:t>v -0.521576 18.971270 0.903685</w:t>
        <w:br/>
        <w:t>v -0.493852 18.995352 0.906302</w:t>
        <w:br/>
        <w:t>v -0.368630 18.981184 1.049879</w:t>
        <w:br/>
        <w:t>v -0.858678 19.323805 0.426631</w:t>
        <w:br/>
        <w:t>v -0.913159 19.320040 0.460185</w:t>
        <w:br/>
        <w:t>v -1.050666 19.266367 0.155820</w:t>
        <w:br/>
        <w:t>v -1.010460 19.455347 0.213502</w:t>
        <w:br/>
        <w:t>v -0.994556 19.464394 0.340790</w:t>
        <w:br/>
        <w:t>v -1.034199 19.264942 0.272155</w:t>
        <w:br/>
        <w:t>v -0.639567 18.999233 0.812810</w:t>
        <w:br/>
        <w:t>v -0.521576 18.971270 0.903685</w:t>
        <w:br/>
        <w:t>v -0.629516 18.974554 0.788814</w:t>
        <w:br/>
        <w:t>v -0.727419 19.020679 0.683731</w:t>
        <w:br/>
        <w:t>v -0.722209 19.048733 0.736966</w:t>
        <w:br/>
        <w:t>v -0.625794 19.026068 0.821402</w:t>
        <w:br/>
        <w:t>v -0.595450 19.049837 0.802988</w:t>
        <w:br/>
        <w:t>v -0.886521 19.307093 0.511442</w:t>
        <w:br/>
        <w:t>v -0.715796 19.463915 0.448472</w:t>
        <w:br/>
        <w:t>v -0.741866 19.474886 0.613720</w:t>
        <w:br/>
        <w:t>v -0.750332 19.375114 0.587975</w:t>
        <w:br/>
        <w:t>v -0.823756 19.322552 0.496354</w:t>
        <w:br/>
        <w:t>v -0.886521 19.307093 0.511442</w:t>
        <w:br/>
        <w:t>v -0.823756 19.322552 0.496354</w:t>
        <w:br/>
        <w:t>v -0.799225 19.099350 0.610981</w:t>
        <w:br/>
        <w:t>v -0.857346 19.200918 0.544563</w:t>
        <w:br/>
        <w:t>v -0.848814 19.233467 0.605164</w:t>
        <w:br/>
        <w:t>v -0.799044 19.131260 0.665659</w:t>
        <w:br/>
        <w:t>v -0.886521 19.307093 0.511442</w:t>
        <w:br/>
        <w:t>v -0.829458 19.849985 0.082243</w:t>
        <w:br/>
        <w:t>v -0.704663 19.081829 0.748834</w:t>
        <w:br/>
        <w:t>v -0.893578 19.655857 0.187541</w:t>
        <w:br/>
        <w:t>v -0.779646 19.657846 0.055731</w:t>
        <w:br/>
        <w:t>v -0.829458 19.849985 0.082243</w:t>
        <w:br/>
        <w:t>v -0.908597 19.852446 0.106473</w:t>
        <w:br/>
        <w:t>v -0.770676 19.162951 0.692094</w:t>
        <w:br/>
        <w:t>v -0.805906 19.257895 0.646205</w:t>
        <w:br/>
        <w:t>v -0.732602 19.275827 0.634474</w:t>
        <w:br/>
        <w:t>v -0.708352 19.184629 0.676025</w:t>
        <w:br/>
        <w:t>v -0.715796 19.463915 0.448472</w:t>
        <w:br/>
        <w:t>v -0.877227 19.343803 0.559497</w:t>
        <w:br/>
        <w:t>v -0.886521 19.307093 0.511442</w:t>
        <w:br/>
        <w:t>v -0.835229 19.358673 0.605770</w:t>
        <w:br/>
        <w:t>v -0.993888 19.673611 0.260122</w:t>
        <w:br/>
        <w:t>v -0.750332 19.375114 0.587975</w:t>
        <w:br/>
        <w:t>v -0.993888 19.673611 0.260122</w:t>
        <w:br/>
        <w:t>v -0.945925 19.855206 0.169434</w:t>
        <w:br/>
        <w:t>v -0.933606 19.899826 0.247628</w:t>
        <w:br/>
        <w:t>v -0.995429 19.897774 0.300653</w:t>
        <w:br/>
        <w:t>v -0.953612 19.678272 0.383239</w:t>
        <w:br/>
        <w:t>v -0.901591 19.673710 0.514364</w:t>
        <w:br/>
        <w:t>v -0.858176 20.074347 0.120905</w:t>
        <w:br/>
        <w:t>v -0.926198 20.074579 0.149130</w:t>
        <w:br/>
        <w:t>v -0.933606 19.899826 0.247628</w:t>
        <w:br/>
        <w:t>v -0.893578 19.655857 0.187541</w:t>
        <w:br/>
        <w:t>v -0.823329 19.588556 0.784009</w:t>
        <w:br/>
        <w:t>v -0.853530 19.464079 0.627192</w:t>
        <w:br/>
        <w:t>v -0.899717 19.478363 0.561573</w:t>
        <w:br/>
        <w:t>v -0.967074 20.078724 0.228200</w:t>
        <w:br/>
        <w:t>v -0.995429 19.897774 0.300653</w:t>
        <w:br/>
        <w:t>v -0.944016 20.090038 0.296002</w:t>
        <w:br/>
        <w:t>v -0.741866 19.474886 0.613720</w:t>
        <w:br/>
        <w:t>v -0.853530 19.464079 0.627192</w:t>
        <w:br/>
        <w:t>v -0.707803 19.571438 0.792169</w:t>
        <w:br/>
        <w:t>v -0.947852 19.881233 0.419060</w:t>
        <w:br/>
        <w:t>v -0.890505 19.861322 0.543961</w:t>
        <w:br/>
        <w:t>v -0.944016 20.090038 0.296002</w:t>
        <w:br/>
        <w:t>v -0.993190 20.091408 0.342268</w:t>
        <w:br/>
        <w:t>v -0.915983 20.285818 0.197076</w:t>
        <w:br/>
        <w:t>v -0.843630 20.276625 0.161368</w:t>
        <w:br/>
        <w:t>v -0.942274 20.285908 0.281041</w:t>
        <w:br/>
        <w:t>v -0.993190 20.091408 0.342268</w:t>
        <w:br/>
        <w:t>v -0.938340 20.067413 0.458895</w:t>
        <w:br/>
        <w:t>v -0.922758 20.280754 0.344432</w:t>
        <w:br/>
        <w:t>v -0.876761 20.039438 0.579742</w:t>
        <w:br/>
        <w:t>v -0.867485 20.463039 0.254553</w:t>
        <w:br/>
        <w:t>v -0.794002 20.412447 0.209125</w:t>
        <w:br/>
        <w:t>v -0.922758 20.280754 0.344432</w:t>
        <w:br/>
        <w:t>v -0.958544 20.282875 0.383684</w:t>
        <w:br/>
        <w:t>v -0.883111 20.454458 0.323111</w:t>
        <w:br/>
        <w:t>v -0.699402 20.586056 0.298440</w:t>
        <w:br/>
        <w:t>v -0.782128 20.620638 0.320890</w:t>
        <w:br/>
        <w:t>v -0.958544 20.282875 0.383684</w:t>
        <w:br/>
        <w:t>v -0.905747 20.249428 0.492807</w:t>
        <w:br/>
        <w:t>v -0.870583 20.441360 0.388660</w:t>
        <w:br/>
        <w:t>v -0.782128 20.620638 0.320890</w:t>
        <w:br/>
        <w:t>v -0.789866 20.606937 0.368998</w:t>
        <w:br/>
        <w:t>v -0.593170 20.687021 0.371966</w:t>
        <w:br/>
        <w:t>v -0.658997 20.756161 0.388481</w:t>
        <w:br/>
        <w:t>v -0.895785 20.452705 0.418383</w:t>
        <w:br/>
        <w:t>v -0.870583 20.441360 0.388660</w:t>
        <w:br/>
        <w:t>v -0.848326 20.219032 0.607149</w:t>
        <w:br/>
        <w:t>v -0.784203 20.587873 0.433745</w:t>
        <w:br/>
        <w:t>v -0.556170 20.834623 0.445049</w:t>
        <w:br/>
        <w:t>v -0.491315 20.754568 0.425770</w:t>
        <w:br/>
        <w:t>v -0.658997 20.756161 0.388481</w:t>
        <w:br/>
        <w:t>v -0.662811 20.749115 0.430311</w:t>
        <w:br/>
        <w:t>v -0.389031 20.798374 0.477936</w:t>
        <w:br/>
        <w:t>v -0.402663 20.899870 0.519290</w:t>
        <w:br/>
        <w:t>v -0.784203 20.587873 0.433745</w:t>
        <w:br/>
        <w:t>v -0.800612 20.607861 0.457835</w:t>
        <w:br/>
        <w:t>v -0.895785 20.452705 0.418383</w:t>
        <w:br/>
        <w:t>v -0.848842 20.425991 0.523153</w:t>
        <w:br/>
        <w:t>v -0.663402 20.722031 0.482542</w:t>
        <w:br/>
        <w:t>v -0.680853 20.747084 0.513366</w:t>
        <w:br/>
        <w:t>v -0.663402 20.722031 0.482542</w:t>
        <w:br/>
        <w:t>v -0.801472 20.395809 0.627573</w:t>
        <w:br/>
        <w:t>v -0.800612 20.607861 0.457835</w:t>
        <w:br/>
        <w:t>v -0.768323 20.572254 0.546309</w:t>
        <w:br/>
        <w:t>v -0.556170 20.834623 0.445049</w:t>
        <w:br/>
        <w:t>v -0.567887 20.825783 0.479038</w:t>
        <w:br/>
        <w:t>v -0.576879 20.796499 0.520434</w:t>
        <w:br/>
        <w:t>v -0.451795 20.902206 0.566691</w:t>
        <w:br/>
        <w:t>v -0.451795 20.902206 0.566691</w:t>
        <w:br/>
        <w:t>v -0.595020 20.825344 0.546130</w:t>
        <w:br/>
        <w:t>v -0.576879 20.796499 0.520434</w:t>
        <w:br/>
        <w:t>v -0.739637 20.524696 0.637779</w:t>
        <w:br/>
        <w:t>v -0.555848 20.809128 0.594549</w:t>
        <w:br/>
        <w:t>v -0.536396 20.786728 0.641171</w:t>
        <w:br/>
        <w:t>v -0.628297 20.666290 0.642119</w:t>
        <w:br/>
        <w:t>v -0.652205 20.709518 0.577492</w:t>
        <w:br/>
        <w:t>v -0.879379 19.470423 0.146465</w:t>
        <w:br/>
        <w:t>v -0.888969 19.485548 0.488619</w:t>
        <w:br/>
        <w:t>v -0.858678 19.323805 0.426631</w:t>
        <w:br/>
        <w:t>v -0.715796 19.463915 0.448472</w:t>
        <w:br/>
        <w:t>v -0.661832 19.104343 0.734687</w:t>
        <w:br/>
        <w:t>v -0.736652 18.948862 0.500139</w:t>
        <w:br/>
        <w:t>v -0.751367 18.928577 0.520272</w:t>
        <w:br/>
        <w:t>v -0.729213 18.965799 0.503840</w:t>
        <w:br/>
        <w:t>v -0.736652 18.948862 0.500139</w:t>
        <w:br/>
        <w:t>v -0.729213 18.965799 0.503840</w:t>
        <w:br/>
        <w:t>v -0.745750 18.945101 0.545757</w:t>
        <w:br/>
        <w:t>v -0.751367 18.928577 0.520272</w:t>
        <w:br/>
        <w:t>v -0.745750 18.945101 0.545757</w:t>
        <w:br/>
        <w:t>v -0.818795 18.986023 0.496500</w:t>
        <w:br/>
        <w:t>v -0.796750 19.007717 0.470246</w:t>
        <w:br/>
        <w:t>v -0.776166 19.022682 0.491137</w:t>
        <w:br/>
        <w:t>v -0.796750 19.007717 0.470246</w:t>
        <w:br/>
        <w:t>v -0.808266 19.091816 0.490387</w:t>
        <w:br/>
        <w:t>v -0.776166 19.022682 0.491137</w:t>
        <w:br/>
        <w:t>v -0.806216 19.003633 0.530156</w:t>
        <w:br/>
        <w:t>v -0.806216 19.003633 0.530156</w:t>
        <w:br/>
        <w:t>v -0.818795 18.986023 0.496500</w:t>
        <w:br/>
        <w:t>v -0.886521 19.307093 0.511442</w:t>
        <w:br/>
        <w:t>v -0.823756 19.322552 0.496354</w:t>
        <w:br/>
        <w:t>v -0.741866 19.474886 0.613720</w:t>
        <w:br/>
        <w:t>v -0.913159 19.320040 0.460185</w:t>
        <w:br/>
        <w:t>v -0.901424 19.658335 0.633270</w:t>
        <w:br/>
        <w:t>v -0.680853 20.747084 0.513366</w:t>
        <w:br/>
        <w:t>v -0.595020 20.825344 0.546130</w:t>
        <w:br/>
        <w:t>v -0.436906 20.901506 0.628027</w:t>
        <w:br/>
        <w:t>v -0.793759 19.640827 0.218632</w:t>
        <w:br/>
        <w:t>v -0.759864 19.458719 0.215824</w:t>
        <w:br/>
        <w:t>v -0.715341 19.659048 0.497762</w:t>
        <w:br/>
        <w:t>v -0.725613 19.879559 0.564718</w:t>
        <w:br/>
        <w:t>v -0.829458 19.849985 0.082243</w:t>
        <w:br/>
        <w:t>v -0.688466 20.062126 0.624558</w:t>
        <w:br/>
        <w:t>v -0.858176 20.074347 0.120905</w:t>
        <w:br/>
        <w:t>v -0.776953 19.728092 0.892696</w:t>
        <w:br/>
        <w:t>v -0.897601 19.831478 0.750894</w:t>
        <w:br/>
        <w:t>v -0.638443 19.705212 0.920161</w:t>
        <w:br/>
        <w:t>v -0.707803 19.571438 0.792169</w:t>
        <w:br/>
        <w:t>v -0.638443 19.705212 0.920161</w:t>
        <w:br/>
        <w:t>v -0.631348 20.208979 0.663979</w:t>
        <w:br/>
        <w:t>v -0.843630 20.276625 0.161368</w:t>
        <w:br/>
        <w:t>v -0.885279 20.025578 0.767112</w:t>
        <w:br/>
        <w:t>v -0.859205 20.210052 0.779414</w:t>
        <w:br/>
        <w:t>v -0.769005 20.216864 0.945995</w:t>
        <w:br/>
        <w:t>v -0.786505 20.042370 0.939524</w:t>
        <w:br/>
        <w:t>v -0.584030 19.841070 1.006023</w:t>
        <w:br/>
        <w:t>v -0.673482 19.645319 1.011556</w:t>
        <w:br/>
        <w:t>v -0.660558 19.635597 1.044139</w:t>
        <w:br/>
        <w:t>v -0.603831 19.491020 0.974947</w:t>
        <w:br/>
        <w:t>v -0.603831 19.491020 0.974947</w:t>
        <w:br/>
        <w:t>v -0.636865 19.653795 1.001172</w:t>
        <w:br/>
        <w:t>v -0.673482 19.645319 1.011556</w:t>
        <w:br/>
        <w:t>v -0.660558 19.635597 1.044139</w:t>
        <w:br/>
        <w:t>v -0.640323 19.644066 1.033886</w:t>
        <w:br/>
        <w:t>v -0.603831 19.491020 0.974947</w:t>
        <w:br/>
        <w:t>v -0.640323 19.644066 1.033886</w:t>
        <w:br/>
        <w:t>v -0.636865 19.653795 1.001172</w:t>
        <w:br/>
        <w:t>v -0.603831 19.491020 0.974947</w:t>
        <w:br/>
        <w:t>v -0.584030 19.841070 1.006023</w:t>
        <w:br/>
        <w:t>v -0.723960 19.890875 0.989140</w:t>
        <w:br/>
        <w:t>v -0.502652 20.363678 0.781773</w:t>
        <w:br/>
        <w:t>v -0.794002 20.412447 0.209125</w:t>
        <w:br/>
        <w:t>v -0.670886 20.252342 1.069830</w:t>
        <w:br/>
        <w:t>v -0.699334 20.051838 1.025454</w:t>
        <w:br/>
        <w:t>v -0.682697 19.732481 1.085636</w:t>
        <w:br/>
        <w:t>v -0.702124 19.738857 1.040447</w:t>
        <w:br/>
        <w:t>v -0.702124 19.738857 1.040447</w:t>
        <w:br/>
        <w:t>v -0.647917 19.746586 1.025011</w:t>
        <w:br/>
        <w:t>v -0.647790 19.738642 1.069898</w:t>
        <w:br/>
        <w:t>v -0.647917 19.746586 1.025011</w:t>
        <w:br/>
        <w:t>v -0.682697 19.732481 1.085636</w:t>
        <w:br/>
        <w:t>v -0.647790 19.738642 1.069898</w:t>
        <w:br/>
        <w:t>v -0.688500 19.977314 1.149915</w:t>
        <w:br/>
        <w:t>v -0.690833 19.853239 1.124922</w:t>
        <w:br/>
        <w:t>v -0.714076 19.852757 1.069962</w:t>
        <w:br/>
        <w:t>v -0.714862 19.973907 1.089278</w:t>
        <w:br/>
        <w:t>v -0.631515 19.970703 1.073331</w:t>
        <w:br/>
        <w:t>v -0.714862 19.973907 1.089278</w:t>
        <w:br/>
        <w:t>v -0.714076 19.852757 1.069962</w:t>
        <w:br/>
        <w:t>v -0.643959 19.855816 1.052317</w:t>
        <w:br/>
        <w:t>v -0.626556 19.973017 1.128799</w:t>
        <w:br/>
        <w:t>v -0.631515 19.970703 1.073331</w:t>
        <w:br/>
        <w:t>v -0.643959 19.855816 1.052317</w:t>
        <w:br/>
        <w:t>v -0.642810 19.852270 1.104947</w:t>
        <w:br/>
        <w:t>v -0.415075 20.526508 0.750718</w:t>
        <w:br/>
        <w:t>v -0.699402 20.586056 0.298440</w:t>
        <w:br/>
        <w:t>v -0.723483 20.385422 0.941155</w:t>
        <w:br/>
        <w:t>v -0.815967 20.391119 0.785803</w:t>
        <w:br/>
        <w:t>v -0.495174 20.008900 1.067252</w:t>
        <w:br/>
        <w:t>v -0.626147 20.056656 1.056957</w:t>
        <w:br/>
        <w:t>v -0.688500 19.977314 1.149915</w:t>
        <w:br/>
        <w:t>v -0.626556 19.973017 1.128799</w:t>
        <w:br/>
        <w:t>v -0.642810 19.852270 1.104947</w:t>
        <w:br/>
        <w:t>v -0.690833 19.853239 1.124922</w:t>
        <w:br/>
        <w:t>v -0.603119 20.107733 1.076396</w:t>
        <w:br/>
        <w:t>v -0.495174 20.008900 1.067252</w:t>
        <w:br/>
        <w:t>v -0.604561 20.085596 1.082489</w:t>
        <w:br/>
        <w:t>v -0.703157 20.094437 1.091876</w:t>
        <w:br/>
        <w:t>v -0.739637 20.524696 0.637779</w:t>
        <w:br/>
        <w:t>v -0.760191 20.510696 0.782326</w:t>
        <w:br/>
        <w:t>v -0.801472 20.395809 0.627573</w:t>
        <w:br/>
        <w:t>v -0.676921 20.101587 1.155142</w:t>
        <w:br/>
        <w:t>v -0.703157 20.094437 1.091876</w:t>
        <w:br/>
        <w:t>v -0.596206 20.093895 1.136508</w:t>
        <w:br/>
        <w:t>v -0.604561 20.085596 1.082489</w:t>
        <w:br/>
        <w:t>v -0.408287 20.184151 1.053619</w:t>
        <w:br/>
        <w:t>v -0.596206 20.093895 1.136508</w:t>
        <w:br/>
        <w:t>v -0.676921 20.101587 1.155142</w:t>
        <w:br/>
        <w:t>v -0.593170 20.687021 0.371966</w:t>
        <w:br/>
        <w:t>v -0.603119 20.107733 1.076396</w:t>
        <w:br/>
        <w:t>v -0.670886 20.252342 1.069830</w:t>
        <w:br/>
        <w:t>v -0.628297 20.666290 0.642119</w:t>
        <w:br/>
        <w:t>v -0.670169 20.653807 0.766063</w:t>
        <w:br/>
        <w:t>v -0.643909 20.266249 1.131547</w:t>
        <w:br/>
        <w:t>v -0.670886 20.252342 1.069830</w:t>
        <w:br/>
        <w:t>v -0.361328 19.639286 1.220429</w:t>
        <w:br/>
        <w:t>v -0.316622 19.566242 1.204898</w:t>
        <w:br/>
        <w:t>v -0.288781 19.583839 1.175021</w:t>
        <w:br/>
        <w:t>v -0.328413 19.659847 1.174383</w:t>
        <w:br/>
        <w:t>v -0.308104 19.563454 1.245329</w:t>
        <w:br/>
        <w:t>v -0.316622 19.566242 1.204898</w:t>
        <w:br/>
        <w:t>v -0.361328 19.639286 1.220429</w:t>
        <w:br/>
        <w:t>v -0.350971 19.629206 1.267638</w:t>
        <w:br/>
        <w:t>v -0.545828 20.236286 1.124646</w:t>
        <w:br/>
        <w:t>v -0.260453 19.582279 1.181853</w:t>
        <w:br/>
        <w:t>v -0.281974 19.677841 1.164866</w:t>
        <w:br/>
        <w:t>v -0.350105 19.776144 1.162742</w:t>
        <w:br/>
        <w:t>v -0.412787 19.757168 1.225433</w:t>
        <w:br/>
        <w:t>v -0.125880 19.466518 1.233127</w:t>
        <w:br/>
        <w:t>v -0.022533 19.422310 1.186013</w:t>
        <w:br/>
        <w:t>v -0.048364 19.451214 1.105124</w:t>
        <w:br/>
        <w:t>v -0.116937 19.487289 1.127807</w:t>
        <w:br/>
        <w:t>v -0.310593 20.696877 0.675464</w:t>
        <w:br/>
        <w:t>v -0.491315 20.754568 0.425770</w:t>
        <w:br/>
        <w:t>v -0.320494 19.789633 1.162804</w:t>
        <w:br/>
        <w:t>v -0.350971 19.629206 1.267638</w:t>
        <w:br/>
        <w:t>v -0.298349 19.644934 1.273670</w:t>
        <w:br/>
        <w:t>v -0.308104 19.563454 1.245329</w:t>
        <w:br/>
        <w:t>v -0.281974 19.677841 1.164866</w:t>
        <w:br/>
        <w:t>v -0.260453 19.582279 1.181853</w:t>
        <w:br/>
        <w:t>v -0.274242 19.570301 1.228742</w:t>
        <w:br/>
        <w:t>v -0.298349 19.644934 1.273670</w:t>
        <w:br/>
        <w:t>v -0.412787 19.757168 1.225433</w:t>
        <w:br/>
        <w:t>v -0.402831 19.747868 1.293029</w:t>
        <w:br/>
        <w:t>v -0.212039 19.538097 1.262342</w:t>
        <w:br/>
        <w:t>v -0.209691 19.559048 1.152088</w:t>
        <w:br/>
        <w:t>v -0.643909 20.266249 1.131547</w:t>
        <w:br/>
        <w:t>v -0.545828 20.236286 1.124646</w:t>
        <w:br/>
        <w:t>v -0.656543 20.505903 0.931326</w:t>
        <w:br/>
        <w:t>v -0.125880 19.466518 1.233127</w:t>
        <w:br/>
        <w:t>v 0.002460 19.405415 1.202288</w:t>
        <w:br/>
        <w:t>v -0.022533 19.422310 1.186013</w:t>
        <w:br/>
        <w:t>v -0.545828 20.236286 1.124646</w:t>
        <w:br/>
        <w:t>v -0.603119 20.107733 1.076396</w:t>
        <w:br/>
        <w:t>v -0.384925 20.055227 1.130323</w:t>
        <w:br/>
        <w:t>v -0.467669 20.059353 1.212629</w:t>
        <w:br/>
        <w:t>v -0.447190 19.882603 1.226291</w:t>
        <w:br/>
        <w:t>v -0.365888 19.897678 1.150046</w:t>
        <w:br/>
        <w:t>v -0.523193 20.495142 1.041861</w:t>
        <w:br/>
        <w:t>v -0.613997 20.386023 1.050925</w:t>
        <w:br/>
        <w:t>v -0.613997 20.386023 1.050925</w:t>
        <w:br/>
        <w:t>v -0.402831 19.747868 1.293029</w:t>
        <w:br/>
        <w:t>v -0.313121 19.743181 1.304023</w:t>
        <w:br/>
        <w:t>v -0.536396 20.786728 0.641171</w:t>
        <w:br/>
        <w:t>v -0.551733 20.800791 0.744612</w:t>
        <w:br/>
        <w:t>v -0.313121 19.743181 1.304023</w:t>
        <w:br/>
        <w:t>v -0.313037 19.764391 1.236586</w:t>
        <w:br/>
        <w:t>v -0.467669 20.059353 1.212629</w:t>
        <w:br/>
        <w:t>v -0.455833 20.072599 1.296441</w:t>
        <w:br/>
        <w:t>v -0.436617 19.877394 1.303220</w:t>
        <w:br/>
        <w:t>v -0.447190 19.882603 1.226291</w:t>
        <w:br/>
        <w:t>v -0.306305 19.741146 1.309880</w:t>
        <w:br/>
        <w:t>v -0.278676 19.641188 1.293168</w:t>
        <w:br/>
        <w:t>v -0.281974 19.677841 1.164866</w:t>
        <w:br/>
        <w:t>v -0.313037 19.764391 1.236586</w:t>
        <w:br/>
        <w:t>v -0.410664 20.220663 1.115447</w:t>
        <w:br/>
        <w:t>v 0.045140 19.424187 1.248265</w:t>
        <w:br/>
        <w:t>v -0.048439 19.489861 1.319636</w:t>
        <w:br/>
        <w:t>v -0.326768 20.322172 1.053218</w:t>
        <w:br/>
        <w:t>v -0.212039 19.538097 1.262342</w:t>
        <w:br/>
        <w:t>v -0.119322 19.567738 1.362628</w:t>
        <w:br/>
        <w:t>v -0.151373 20.573513 0.944256</w:t>
        <w:br/>
        <w:t>v -0.566583 20.396877 1.088891</w:t>
        <w:br/>
        <w:t>v -0.513786 20.376524 1.102857</w:t>
        <w:br/>
        <w:t>v -0.389031 20.798374 0.477936</w:t>
        <w:br/>
        <w:t>v -0.455833 20.072599 1.296441</w:t>
        <w:br/>
        <w:t>v -0.362735 20.066252 1.324301</w:t>
        <w:br/>
        <w:t>v -0.331767 19.851936 1.326517</w:t>
        <w:br/>
        <w:t>v -0.436617 19.877394 1.303220</w:t>
        <w:br/>
        <w:t>v -0.453803 20.773325 0.828889</w:t>
        <w:br/>
        <w:t>v -0.569177 20.652382 0.882983</w:t>
        <w:br/>
        <w:t>v -0.306305 19.741146 1.309880</w:t>
        <w:br/>
        <w:t>v -0.230375 19.781315 1.435110</w:t>
        <w:br/>
        <w:t>v -0.278676 19.641188 1.293168</w:t>
        <w:br/>
        <w:t>v -0.410664 20.220663 1.115447</w:t>
        <w:br/>
        <w:t>v -0.468040 20.233438 1.173815</w:t>
        <w:br/>
        <w:t>v -0.468040 20.233438 1.173815</w:t>
        <w:br/>
        <w:t>v -0.452508 20.265537 1.258119</w:t>
        <w:br/>
        <w:t>v -0.440235 20.639679 0.966716</w:t>
        <w:br/>
        <w:t>v -0.455757 20.367973 1.116200</w:t>
        <w:br/>
        <w:t>v -0.410664 20.220663 1.115447</w:t>
        <w:br/>
        <w:t>v -0.419626 20.897661 0.689007</w:t>
        <w:br/>
        <w:t>v -0.436906 20.901506 0.628027</w:t>
        <w:br/>
        <w:t>v -0.326768 20.322172 1.053218</w:t>
        <w:br/>
        <w:t>v -0.523193 20.495142 1.041861</w:t>
        <w:br/>
        <w:t>v -0.513786 20.376524 1.102857</w:t>
        <w:br/>
        <w:t>v -0.163898 20.848780 0.514702</w:t>
        <w:br/>
        <w:t>v -0.455757 20.367973 1.116200</w:t>
        <w:br/>
        <w:t>v -0.299759 20.095974 1.417113</w:t>
        <w:br/>
        <w:t>v -0.265299 19.910980 1.444291</w:t>
        <w:br/>
        <w:t>v -0.345609 20.945776 0.603530</w:t>
        <w:br/>
        <w:t>v -0.290888 20.915308 0.571979</w:t>
        <w:br/>
        <w:t>v -0.430631 20.429926 1.189205</w:t>
        <w:br/>
        <w:t>v -0.455757 20.367973 1.116200</w:t>
        <w:br/>
        <w:t>v -0.335749 20.432598 1.261403</w:t>
        <w:br/>
        <w:t>v -0.428112 20.504135 1.055623</w:t>
        <w:br/>
        <w:t>v -0.363118 20.744801 0.882915</w:t>
        <w:br/>
        <w:t>v -0.263539 20.916512 0.583200</w:t>
        <w:br/>
        <w:t>v -0.321287 20.951792 0.628419</w:t>
        <w:br/>
        <w:t>v -0.345609 20.945776 0.603530</w:t>
        <w:br/>
        <w:t>v -0.290888 20.915308 0.571979</w:t>
        <w:br/>
        <w:t>v -0.092436 20.726921 0.775265</w:t>
        <w:br/>
        <w:t>v -0.386080 20.617687 0.978233</w:t>
        <w:br/>
        <w:t>v -0.404709 20.542511 1.120896</w:t>
        <w:br/>
        <w:t>v -0.428112 20.504135 1.055623</w:t>
        <w:br/>
        <w:t>v -0.163898 20.848780 0.514702</w:t>
        <w:br/>
        <w:t>v -0.049363 19.808319 1.456307</w:t>
        <w:br/>
        <w:t>v -0.037697 19.700802 1.426854</w:t>
        <w:br/>
        <w:t>v -0.180763 19.662680 1.402510</w:t>
        <w:br/>
        <w:t>v -0.233222 20.900539 0.605788</w:t>
        <w:br/>
        <w:t>v -0.281737 20.908051 0.661639</w:t>
        <w:br/>
        <w:t>v -0.163898 20.848780 0.514702</w:t>
        <w:br/>
        <w:t>v -0.345858 20.862452 0.742069</w:t>
        <w:br/>
        <w:t>v -0.291789 20.798403 0.798589</w:t>
        <w:br/>
        <w:t>v -0.339566 20.714018 0.891321</w:t>
        <w:br/>
        <w:t>v -0.175872 20.879850 0.599050</w:t>
        <w:br/>
        <w:t>v -0.386080 20.617687 0.978233</w:t>
        <w:br/>
        <w:t>v -0.367951 20.651598 1.036539</w:t>
        <w:br/>
        <w:t>v -0.076942 19.933861 1.465962</w:t>
        <w:br/>
        <w:t>v -0.107158 20.105701 1.444664</w:t>
        <w:br/>
        <w:t>v -0.009705 19.717836 1.393894</w:t>
        <w:br/>
        <w:t>v -0.322675 20.278786 1.342774</w:t>
        <w:br/>
        <w:t>v -0.363617 20.272602 1.291666</w:t>
        <w:br/>
        <w:t>v -0.183654 20.900730 0.612654</w:t>
        <w:br/>
        <w:t>v -0.314327 20.561403 1.190702</w:t>
        <w:br/>
        <w:t>v -0.339566 20.714018 0.891321</w:t>
        <w:br/>
        <w:t>v -0.325870 20.751230 0.951199</w:t>
        <w:br/>
        <w:t>v -0.175872 20.879850 0.599050</w:t>
        <w:br/>
        <w:t>v -0.162291 20.955076 0.615348</w:t>
        <w:br/>
        <w:t>v -0.183654 20.900730 0.612654</w:t>
        <w:br/>
        <w:t>v -0.291789 20.798403 0.798589</w:t>
        <w:br/>
        <w:t>v -0.283940 20.837605 0.868443</w:t>
        <w:br/>
        <w:t>v -0.206342 20.955406 0.686405</w:t>
        <w:br/>
        <w:t>v -0.222509 20.895863 0.670433</w:t>
        <w:br/>
        <w:t>v -0.277833 20.680622 1.103506</w:t>
        <w:br/>
        <w:t>v 0.025646 20.861025 0.535984</w:t>
        <w:br/>
        <w:t>v 0.002287 21.050552 0.658231</w:t>
        <w:br/>
        <w:t>v -0.163898 20.848780 0.514702</w:t>
        <w:br/>
        <w:t>v 0.185023 20.734774 0.809948</w:t>
        <w:br/>
        <w:t>v 0.025646 20.861025 0.535984</w:t>
        <w:br/>
        <w:t>v -0.092436 20.726921 0.775265</w:t>
        <w:br/>
        <w:t>v -0.153980 20.433628 1.318297</w:t>
        <w:br/>
        <w:t>v -0.034448 21.059587 0.720757</w:t>
        <w:br/>
        <w:t>v -0.166598 20.552687 1.242133</w:t>
        <w:br/>
        <w:t>v -0.232121 20.795116 1.005063</w:t>
        <w:br/>
        <w:t>v -0.179614 20.896059 0.911254</w:t>
        <w:br/>
        <w:t>v 0.173975 20.857235 0.565460</w:t>
        <w:br/>
        <w:t>v 0.139132 20.961636 0.644693</w:t>
        <w:br/>
        <w:t>v -0.166455 20.673374 1.149686</w:t>
        <w:br/>
        <w:t>v -0.143267 20.805952 1.031937</w:t>
        <w:br/>
        <w:t>v 0.071289 21.007374 0.651777</w:t>
        <w:br/>
        <w:t>v 0.045356 21.018707 0.738135</w:t>
        <w:br/>
        <w:t>v 0.002287 21.050552 0.658231</w:t>
        <w:br/>
        <w:t>v 0.172637 20.887386 0.621721</w:t>
        <w:br/>
        <w:t>v 0.227886 20.862204 0.566181</w:t>
        <w:br/>
        <w:t>v -0.089239 20.911505 0.925947</w:t>
        <w:br/>
        <w:t>v -0.034448 21.059587 0.720757</w:t>
        <w:br/>
        <w:t>v -0.002360 20.996262 0.823247</w:t>
        <w:br/>
        <w:t>v 0.139132 20.961636 0.644693</w:t>
        <w:br/>
        <w:t>v 0.092314 20.913681 0.727095</w:t>
        <w:br/>
        <w:t>v -0.109808 20.786207 1.021351</w:t>
        <w:br/>
        <w:t>v -0.109424 20.985523 0.814746</w:t>
        <w:br/>
        <w:t>v 0.049530 20.694359 1.171221</w:t>
        <w:br/>
        <w:t>v -0.045769 20.863197 0.938130</w:t>
        <w:br/>
        <w:t>v 0.039487 20.796467 1.071725</w:t>
        <w:br/>
        <w:t>v 0.024322 20.918055 0.839925</w:t>
        <w:br/>
        <w:t>v -0.045769 20.863197 0.938130</w:t>
        <w:br/>
        <w:t>v 0.031180 20.880920 0.979676</w:t>
        <w:br/>
        <w:t>v 0.024322 20.918055 0.839925</w:t>
        <w:br/>
        <w:t>v 0.150931 20.904020 0.825258</w:t>
        <w:br/>
        <w:t>v 0.092314 20.913681 0.727095</w:t>
        <w:br/>
        <w:t>v 0.068685 19.481491 1.121487</w:t>
        <w:br/>
        <w:t>v -0.048364 19.451214 1.105124</w:t>
        <w:br/>
        <w:t>v 0.021920 19.416378 1.088387</w:t>
        <w:br/>
        <w:t>v 0.003322 19.604435 1.386884</w:t>
        <w:br/>
        <w:t>v 0.038470 19.526157 1.334687</w:t>
        <w:br/>
        <w:t>v 0.023357 19.629715 1.346554</w:t>
        <w:br/>
        <w:t>v 0.003322 19.604435 1.386884</w:t>
        <w:br/>
        <w:t>v -0.331767 19.851936 1.326517</w:t>
        <w:br/>
        <w:t>v -0.331767 19.851936 1.326517</w:t>
        <w:br/>
        <w:t>v -0.258894 20.856861 0.734906</w:t>
        <w:br/>
        <w:t>v -0.258894 20.856861 0.734906</w:t>
        <w:br/>
        <w:t>v -0.243169 20.907085 0.776596</w:t>
        <w:br/>
        <w:t>v -0.222509 20.895863 0.670433</w:t>
        <w:br/>
        <w:t>v -0.451795 20.902206 0.566691</w:t>
        <w:br/>
        <w:t>v -0.345609 20.945776 0.603530</w:t>
        <w:br/>
        <w:t>v 0.197072 20.886927 0.704509</w:t>
        <w:br/>
        <w:t>v -0.138189 20.276588 1.389831</w:t>
        <w:br/>
        <w:t>v 1.060644 17.886602 0.434461</w:t>
        <w:br/>
        <w:t>v 1.030992 17.991186 0.315707</w:t>
        <w:br/>
        <w:t>v 0.999041 17.984190 0.311195</w:t>
        <w:br/>
        <w:t>v 1.028868 17.878330 0.426457</w:t>
        <w:br/>
        <w:t>v 1.030992 17.991186 0.315707</w:t>
        <w:br/>
        <w:t>v 1.060644 17.886602 0.434461</w:t>
        <w:br/>
        <w:t>v 1.070062 17.918358 0.463877</w:t>
        <w:br/>
        <w:t>v 1.040622 18.016548 0.344712</w:t>
        <w:br/>
        <w:t>v 1.045780 17.813692 0.573472</w:t>
        <w:br/>
        <w:t>v 1.077994 17.826447 0.587034</w:t>
        <w:br/>
        <w:t>v 1.086362 17.869106 0.619084</w:t>
        <w:br/>
        <w:t>v 0.999041 17.984190 0.311195</w:t>
        <w:br/>
        <w:t>v 0.976696 18.012421 0.353868</w:t>
        <w:br/>
        <w:t>v 1.006785 17.917536 0.464702</w:t>
        <w:br/>
        <w:t>v 1.028868 17.878330 0.426457</w:t>
        <w:br/>
        <w:t>v 0.952876 18.155437 0.198423</w:t>
        <w:br/>
        <w:t>v 0.918040 18.148607 0.195793</w:t>
        <w:br/>
        <w:t>v 1.022573 17.868132 0.610088</w:t>
        <w:br/>
        <w:t>v 1.045780 17.813692 0.573472</w:t>
        <w:br/>
        <w:t>v 1.048478 17.943613 0.483657</w:t>
        <w:br/>
        <w:t>v 1.019863 18.035158 0.369642</w:t>
        <w:br/>
        <w:t>v 0.964805 18.174995 0.237710</w:t>
        <w:br/>
        <w:t>v 0.952876 18.155437 0.198423</w:t>
        <w:br/>
        <w:t>v 1.062705 17.900488 0.634916</w:t>
        <w:br/>
        <w:t>v 1.048478 17.943613 0.483657</w:t>
        <w:br/>
        <w:t>v 1.006785 17.917536 0.464702</w:t>
        <w:br/>
        <w:t>v 0.976696 18.012421 0.353868</w:t>
        <w:br/>
        <w:t>v 1.019863 18.035158 0.369642</w:t>
        <w:br/>
        <w:t>v 1.048791 17.793617 0.712533</w:t>
        <w:br/>
        <w:t>v 1.079468 17.807228 0.729673</w:t>
        <w:br/>
        <w:t>v 1.062705 17.900488 0.634916</w:t>
        <w:br/>
        <w:t>v 1.022573 17.868132 0.610088</w:t>
        <w:br/>
        <w:t>v 0.918040 18.148607 0.195793</w:t>
        <w:br/>
        <w:t>v 0.896519 18.165813 0.257022</w:t>
        <w:br/>
        <w:t>v 0.944608 18.186583 0.275428</w:t>
        <w:br/>
        <w:t>v 1.085250 17.852144 0.763613</w:t>
        <w:br/>
        <w:t>v 0.896519 18.165813 0.257022</w:t>
        <w:br/>
        <w:t>v 0.944608 18.186583 0.275428</w:t>
        <w:br/>
        <w:t>v 1.022885 17.852230 0.747775</w:t>
        <w:br/>
        <w:t>v 1.048791 17.793617 0.712533</w:t>
        <w:br/>
        <w:t>v 0.995730 17.004116 1.441779</w:t>
        <w:br/>
        <w:t>v 0.936250 17.072323 1.382782</w:t>
        <w:br/>
        <w:t>v 0.987611 16.987816 1.432487</w:t>
        <w:br/>
        <w:t>v 0.894445 17.219528 1.158767</w:t>
        <w:br/>
        <w:t>v 0.848130 17.213234 1.192721</w:t>
        <w:br/>
        <w:t>v 0.901802 17.186260 1.252856</w:t>
        <w:br/>
        <w:t>v 0.925021 17.044079 1.378885</w:t>
        <w:br/>
        <w:t>v 0.921674 17.026958 1.403883</w:t>
        <w:br/>
        <w:t>v 0.973547 16.982037 1.441222</w:t>
        <w:br/>
        <w:t>v 0.987611 16.987816 1.432487</w:t>
        <w:br/>
        <w:t>v 1.060145 17.885017 0.777334</w:t>
        <w:br/>
        <w:t>v 0.868166 18.345844 0.125808</w:t>
        <w:br/>
        <w:t>v 0.826210 18.336916 0.125938</w:t>
        <w:br/>
        <w:t>v 0.928518 17.027260 1.431047</w:t>
        <w:br/>
        <w:t>v 0.947791 17.054871 1.434455</w:t>
        <w:br/>
        <w:t>v 0.975208 17.008751 1.458316</w:t>
        <w:br/>
        <w:t>v 0.997941 16.944221 1.540862</w:t>
        <w:br/>
        <w:t>v 0.923860 17.171337 1.337184</w:t>
        <w:br/>
        <w:t>v 0.951914 17.198467 1.244211</w:t>
        <w:br/>
        <w:t>v 0.987111 17.013226 1.451872</w:t>
        <w:br/>
        <w:t>v 0.946717 17.077465 1.406540</w:t>
        <w:br/>
        <w:t>v 0.886689 18.359926 0.178084</w:t>
        <w:br/>
        <w:t>v 0.868166 18.345844 0.125808</w:t>
        <w:br/>
        <w:t>v 0.830605 17.073044 1.370464</w:t>
        <w:br/>
        <w:t>v 0.850265 17.050190 1.402264</w:t>
        <w:br/>
        <w:t>v 0.987111 17.013226 1.451872</w:t>
        <w:br/>
        <w:t>v 0.997941 16.944221 1.540862</w:t>
        <w:br/>
        <w:t>v 0.963792 16.989113 1.450231</w:t>
        <w:br/>
        <w:t>v 0.997941 16.944221 1.540862</w:t>
        <w:br/>
        <w:t>v 0.797669 17.283428 1.129239</w:t>
        <w:br/>
        <w:t>v 0.766018 17.290237 1.166553</w:t>
        <w:br/>
        <w:t>v 1.060145 17.885017 0.777334</w:t>
        <w:br/>
        <w:t>v 1.022885 17.852230 0.747775</w:t>
        <w:br/>
        <w:t>v 0.943333 17.283489 1.187813</w:t>
        <w:br/>
        <w:t>v 0.996492 17.257847 1.281336</w:t>
        <w:br/>
        <w:t>v 0.989248 17.320835 1.330925</w:t>
        <w:br/>
        <w:t>v 0.946218 17.348576 1.254313</w:t>
        <w:br/>
        <w:t>v 0.838662 17.107040 1.365659</w:t>
        <w:br/>
        <w:t>v 0.883278 17.049187 1.436460</w:t>
        <w:br/>
        <w:t>v 0.878744 17.112389 1.389237</w:t>
        <w:br/>
        <w:t>v 0.998828 17.242756 1.386369</w:t>
        <w:br/>
        <w:t>v 0.992445 17.298866 1.411943</w:t>
        <w:br/>
        <w:t>v 1.032666 17.778986 0.853963</w:t>
        <w:br/>
        <w:t>v 1.061007 17.787445 0.872451</w:t>
        <w:br/>
        <w:t>v 0.861221 18.362341 0.227351</w:t>
        <w:br/>
        <w:t>v 0.826210 18.336916 0.125938</w:t>
        <w:br/>
        <w:t>v 0.807412 18.342220 0.209891</w:t>
        <w:br/>
        <w:t>v 0.858135 17.333107 1.133667</w:t>
        <w:br/>
        <w:t>v 0.859609 17.375698 1.196258</w:t>
        <w:br/>
        <w:t>v 0.907922 17.165138 1.411609</w:t>
        <w:br/>
        <w:t>v 0.964529 17.188995 1.351618</w:t>
        <w:br/>
        <w:t>v 1.063842 17.826855 0.904978</w:t>
        <w:br/>
        <w:t>v 0.852314 17.285275 1.261937</w:t>
        <w:br/>
        <w:t>v 0.942571 17.335079 1.347931</w:t>
        <w:br/>
        <w:t>v 0.891797 17.263271 1.307509</w:t>
        <w:br/>
        <w:t>v 0.948828 17.322083 1.408316</w:t>
        <w:br/>
        <w:t>v 0.807412 18.342220 0.209891</w:t>
        <w:br/>
        <w:t>v 0.861221 18.362341 0.227351</w:t>
        <w:br/>
        <w:t>v 1.003700 17.834190 0.884723</w:t>
        <w:br/>
        <w:t>v 1.032666 17.778986 0.853963</w:t>
        <w:br/>
        <w:t>v 0.748455 17.099731 1.410512</w:t>
        <w:br/>
        <w:t>v 0.798642 17.080132 1.433007</w:t>
        <w:br/>
        <w:t>v 0.849741 17.076321 1.459675</w:t>
        <w:br/>
        <w:t>v 0.905086 17.076397 1.428404</w:t>
        <w:br/>
        <w:t>v 0.812681 17.145039 1.404835</w:t>
        <w:br/>
        <w:t>v 0.938474 17.228210 1.478538</w:t>
        <w:br/>
        <w:t>v 0.741448 17.136097 1.398049</w:t>
        <w:br/>
        <w:t>v 1.037874 17.859821 0.916098</w:t>
        <w:br/>
        <w:t>v 0.909596 17.249573 1.366086</w:t>
        <w:br/>
        <w:t>v 0.896031 17.306675 1.467897</w:t>
        <w:br/>
        <w:t>v 0.886176 17.238853 1.422696</w:t>
        <w:br/>
        <w:t>v 0.704540 17.363037 1.117138</w:t>
        <w:br/>
        <w:t>v 0.678522 17.379539 1.147133</w:t>
        <w:br/>
        <w:t>v 0.800492 17.449928 1.180627</w:t>
        <w:br/>
        <w:t>v 0.804401 17.413025 1.127915</w:t>
        <w:br/>
        <w:t>v 0.905761 17.353779 1.292303</w:t>
        <w:br/>
        <w:t>v 0.989248 17.320835 1.330925</w:t>
        <w:br/>
        <w:t>v 0.942571 17.335079 1.347931</w:t>
        <w:br/>
        <w:t>v 0.784142 17.340973 1.217214</w:t>
        <w:br/>
        <w:t>v 0.905761 17.353779 1.292303</w:t>
        <w:br/>
        <w:t>v 0.865143 17.548164 0.977754</w:t>
        <w:br/>
        <w:t>v 0.864569 17.559593 1.021895</w:t>
        <w:br/>
        <w:t>v 0.919989 17.622158 1.039118</w:t>
        <w:br/>
        <w:t>v 0.925372 17.612717 0.994468</w:t>
        <w:br/>
        <w:t>v 0.840000 17.565552 0.961177</w:t>
        <w:br/>
        <w:t>v 0.865143 17.548164 0.977754</w:t>
        <w:br/>
        <w:t>v 0.925372 17.612717 0.994468</w:t>
        <w:br/>
        <w:t>v 0.900941 17.631184 0.976390</w:t>
        <w:br/>
        <w:t>v 0.887100 17.160187 1.443280</w:t>
        <w:br/>
        <w:t>v 0.893095 17.169266 1.482320</w:t>
        <w:br/>
        <w:t>v 0.928756 17.181999 1.444813</w:t>
        <w:br/>
        <w:t>v 1.037874 17.859821 0.916098</w:t>
        <w:br/>
        <w:t>v 1.003700 17.834190 0.884723</w:t>
        <w:br/>
        <w:t>v 0.830906 17.381989 1.234039</w:t>
        <w:br/>
        <w:t>v 1.029543 17.746483 0.972298</w:t>
        <w:br/>
        <w:t>v 1.002626 17.747787 0.955548</w:t>
        <w:br/>
        <w:t>v 0.992445 17.298866 1.411943</w:t>
        <w:br/>
        <w:t>v 0.948828 17.322083 1.408316</w:t>
        <w:br/>
        <w:t>v 0.840000 17.565552 0.961177</w:t>
        <w:br/>
        <w:t>v 0.900941 17.631184 0.976390</w:t>
        <w:br/>
        <w:t>v 0.862470 17.668713 1.023472</w:t>
        <w:br/>
        <w:t>v 0.806450 17.604916 1.009508</w:t>
        <w:br/>
        <w:t>v 0.984065 17.685455 0.999096</w:t>
        <w:br/>
        <w:t>v 0.957885 17.695782 0.980388</w:t>
        <w:br/>
        <w:t>v 0.981842 17.704124 1.038787</w:t>
        <w:br/>
        <w:t>v 0.984065 17.685455 0.999096</w:t>
        <w:br/>
        <w:t>v 0.848979 17.109848 1.479112</w:t>
        <w:br/>
        <w:t>v 0.872798 17.100510 1.437330</w:t>
        <w:br/>
        <w:t>v 0.836840 17.587971 1.050375</w:t>
        <w:br/>
        <w:t>v 0.888900 17.649979 1.065775</w:t>
        <w:br/>
        <w:t>v 1.029543 17.746483 0.972298</w:t>
        <w:br/>
        <w:t>v 1.029868 17.774544 1.004214</w:t>
        <w:br/>
        <w:t>v 0.797468 17.173340 1.432741</w:t>
        <w:br/>
        <w:t>v 0.719777 17.176388 1.447120</w:t>
        <w:br/>
        <w:t>v 0.970963 17.794262 0.985332</w:t>
        <w:br/>
        <w:t>v 1.002626 17.747787 0.955548</w:t>
        <w:br/>
        <w:t>v 0.730731 17.142040 1.469383</w:t>
        <w:br/>
        <w:t>v 0.788912 17.120396 1.481358</w:t>
        <w:br/>
        <w:t>v 0.957885 17.695782 0.980388</w:t>
        <w:br/>
        <w:t>v 0.922887 17.737873 1.019402</w:t>
        <w:br/>
        <w:t>v 0.815767 17.273613 1.498843</w:t>
        <w:br/>
        <w:t>v 0.848267 17.224972 1.451364</w:t>
        <w:br/>
        <w:t>v 0.874959 17.147964 1.451481</w:t>
        <w:br/>
        <w:t>v 0.867852 17.145184 1.489609</w:t>
        <w:br/>
        <w:t>v 0.806450 17.604916 1.009508</w:t>
        <w:br/>
        <w:t>v 0.862470 17.668713 1.023472</w:t>
        <w:br/>
        <w:t>v 0.888900 17.649979 1.065775</w:t>
        <w:br/>
        <w:t>v 0.836840 17.587971 1.050375</w:t>
        <w:br/>
        <w:t>v 0.874847 17.203213 1.517394</w:t>
        <w:br/>
        <w:t>v 0.926408 17.277954 1.488962</w:t>
        <w:br/>
        <w:t>v 0.896031 17.306675 1.467897</w:t>
        <w:br/>
        <w:t>v 0.952664 17.733437 1.059589</w:t>
        <w:br/>
        <w:t>v 0.866890 17.126350 1.447206</w:t>
        <w:br/>
        <w:t>v 0.830906 17.381989 1.234039</w:t>
        <w:br/>
        <w:t>v 0.707850 17.427719 1.195837</w:t>
        <w:br/>
        <w:t>v 0.768404 17.457241 1.216335</w:t>
        <w:br/>
        <w:t>v 1.002901 17.804241 1.018943</w:t>
        <w:br/>
        <w:t>v 0.768404 17.457241 1.216335</w:t>
        <w:br/>
        <w:t>v 0.922887 17.737873 1.019402</w:t>
        <w:br/>
        <w:t>v 0.952664 17.733437 1.059589</w:t>
        <w:br/>
        <w:t>v 0.792948 18.624908 0.106796</w:t>
        <w:br/>
        <w:t>v 0.732694 18.616404 0.111906</w:t>
        <w:br/>
        <w:t>v 0.741448 17.136097 1.398049</w:t>
        <w:br/>
        <w:t>v 0.719777 17.176388 1.447120</w:t>
        <w:br/>
        <w:t>v 0.826897 18.638716 0.166875</w:t>
        <w:br/>
        <w:t>v 0.792948 18.624908 0.106796</w:t>
        <w:br/>
        <w:t>v 1.002901 17.804241 1.018943</w:t>
        <w:br/>
        <w:t>v 0.970963 17.794262 0.985332</w:t>
        <w:br/>
        <w:t>v 0.806848 17.202805 1.456861</w:t>
        <w:br/>
        <w:t>v 0.738400 17.223972 1.491808</w:t>
        <w:br/>
        <w:t>v 0.661285 17.462952 1.103362</w:t>
        <w:br/>
        <w:t>v 0.597521 17.503162 1.114804</w:t>
        <w:br/>
        <w:t>v 0.768454 17.549145 1.184134</w:t>
        <w:br/>
        <w:t>v 0.788926 17.509956 1.125898</w:t>
        <w:br/>
        <w:t>v 0.814080 17.163563 1.519836</w:t>
        <w:br/>
        <w:t>v 0.839574 17.242931 1.526262</w:t>
        <w:br/>
        <w:t>v 0.756711 17.191860 1.519978</w:t>
        <w:br/>
        <w:t>v 0.777173 18.633150 0.214563</w:t>
        <w:br/>
        <w:t>v 0.826897 18.638716 0.166875</w:t>
        <w:br/>
        <w:t>v 0.933353 18.103828 0.594901</w:t>
        <w:br/>
        <w:t>v 0.899180 18.226889 0.472960</w:t>
        <w:br/>
        <w:t>v 0.807512 18.204189 0.437828</w:t>
        <w:br/>
        <w:t>v 0.843634 18.084324 0.561760</w:t>
        <w:br/>
        <w:t>v 0.815767 17.273613 1.498843</w:t>
        <w:br/>
        <w:t>v 0.954825 18.013575 0.751848</w:t>
        <w:br/>
        <w:t>v 0.866042 17.994020 0.715985</w:t>
        <w:br/>
        <w:t>v 0.732694 18.616404 0.111906</w:t>
        <w:br/>
        <w:t>v 0.718867 18.608107 0.214962</w:t>
        <w:br/>
        <w:t>v 0.738400 17.223972 1.491808</w:t>
        <w:br/>
        <w:t>v 0.718867 18.608107 0.214962</w:t>
        <w:br/>
        <w:t>v 0.851778 18.426813 0.393115</w:t>
        <w:br/>
        <w:t>v 0.758974 18.396273 0.345877</w:t>
        <w:br/>
        <w:t>v 0.866442 17.928343 0.861546</w:t>
        <w:br/>
        <w:t>v 0.956861 17.948805 0.905332</w:t>
        <w:br/>
        <w:t>v 0.700093 17.551266 1.204170</w:t>
        <w:br/>
        <w:t>v 0.768454 17.549145 1.184134</w:t>
        <w:br/>
        <w:t>v 0.756711 17.191860 1.519978</w:t>
        <w:br/>
        <w:t>v 0.630783 17.541328 1.194090</w:t>
        <w:br/>
        <w:t>v 0.899180 18.226889 0.472960</w:t>
        <w:br/>
        <w:t>v 0.933353 18.103828 0.594901</w:t>
        <w:br/>
        <w:t>v 0.864806 18.206284 0.774875</w:t>
        <w:br/>
        <w:t>v 0.846120 18.310339 0.638925</w:t>
        <w:br/>
        <w:t>v 0.954825 18.013575 0.751848</w:t>
        <w:br/>
        <w:t>v 0.875572 18.137505 0.940838</w:t>
        <w:br/>
        <w:t>v 0.762971 17.652637 1.205374</w:t>
        <w:br/>
        <w:t>v 0.823088 17.609180 1.129279</w:t>
        <w:br/>
        <w:t>v 0.661623 17.572998 1.091501</w:t>
        <w:br/>
        <w:t>v 0.563173 17.633881 1.113682</w:t>
        <w:br/>
        <w:t>v 0.866292 17.855057 0.981426</w:t>
        <w:br/>
        <w:t>v 0.949966 17.868015 1.024600</w:t>
        <w:br/>
        <w:t>v 0.810684 18.145872 0.922137</w:t>
        <w:br/>
        <w:t>v 0.866042 17.994020 0.715985</w:t>
        <w:br/>
        <w:t>v 0.843634 18.084324 0.561760</w:t>
        <w:br/>
        <w:t>v 0.796520 18.211657 0.756145</w:t>
        <w:br/>
        <w:t>v 0.808536 18.493721 0.541193</w:t>
        <w:br/>
        <w:t>v 0.851778 18.426813 0.393115</w:t>
        <w:br/>
        <w:t>v 0.832468 17.773689 1.059855</w:t>
        <w:br/>
        <w:t>v 0.928732 17.779793 1.093390</w:t>
        <w:br/>
        <w:t>v 0.956861 17.948805 0.905332</w:t>
        <w:br/>
        <w:t>v 0.883991 18.085052 1.107052</w:t>
        <w:br/>
        <w:t>v 0.807512 18.204189 0.437828</w:t>
        <w:br/>
        <w:t>v 0.770864 18.311409 0.621062</w:t>
        <w:br/>
        <w:t>v 0.661623 17.572998 1.091501</w:t>
        <w:br/>
        <w:t>v 0.823088 17.609180 1.129279</w:t>
        <w:br/>
        <w:t>v 0.899380 17.704304 1.126386</w:t>
        <w:br/>
        <w:t>v 0.710386 17.691025 1.081912</w:t>
        <w:br/>
        <w:t>v 0.816168 18.091753 1.078425</w:t>
        <w:br/>
        <w:t>v 0.866442 17.928343 0.861546</w:t>
        <w:br/>
        <w:t>v 0.682819 17.668564 1.211713</w:t>
        <w:br/>
        <w:t>v 0.949966 17.868015 1.024600</w:t>
        <w:br/>
        <w:t>v 0.873662 18.008087 1.229122</w:t>
        <w:br/>
        <w:t>v 0.758974 18.396273 0.345877</w:t>
        <w:br/>
        <w:t>v 0.724100 18.495125 0.530791</w:t>
        <w:br/>
        <w:t>v 0.816443 18.658882 0.328783</w:t>
        <w:br/>
        <w:t>v 0.703928 18.622046 0.272165</w:t>
        <w:br/>
        <w:t>v 0.834504 17.867416 1.276778</w:t>
        <w:br/>
        <w:t>v 0.928732 17.779793 1.093390</w:t>
        <w:br/>
        <w:t>v 0.805089 18.014107 1.193574</w:t>
        <w:br/>
        <w:t>v 0.866292 17.855057 0.981426</w:t>
        <w:br/>
        <w:t>v 0.766830 17.877457 1.244178</w:t>
        <w:br/>
        <w:t>v 0.600969 17.658085 1.184469</w:t>
        <w:br/>
        <w:t>v 0.722639 17.769547 1.242288</w:t>
        <w:br/>
        <w:t>v 0.832468 17.773689 1.059855</w:t>
        <w:br/>
        <w:t>v 0.686479 17.738152 1.157701</w:t>
        <w:br/>
        <w:t>v 0.797283 18.813610 0.159889</w:t>
        <w:br/>
        <w:t>v 0.752404 18.797916 0.099801</w:t>
        <w:br/>
        <w:t>v 0.752404 18.797916 0.099801</w:t>
        <w:br/>
        <w:t>v 0.675675 18.797028 0.107531</w:t>
        <w:br/>
        <w:t>v 0.864806 18.206284 0.774875</w:t>
        <w:br/>
        <w:t>v 0.796520 18.211657 0.756145</w:t>
        <w:br/>
        <w:t>v 0.770864 18.311409 0.621062</w:t>
        <w:br/>
        <w:t>v 0.846120 18.310339 0.638925</w:t>
        <w:br/>
        <w:t>v 0.778472 18.702894 0.486845</w:t>
        <w:br/>
        <w:t>v 0.816443 18.658882 0.328783</w:t>
        <w:br/>
        <w:t>v 0.785753 17.758301 1.244903</w:t>
        <w:br/>
        <w:t>v 0.734255 18.811638 0.210372</w:t>
        <w:br/>
        <w:t>v 0.797283 18.813610 0.159889</w:t>
        <w:br/>
        <w:t>v 0.875572 18.137505 0.940838</w:t>
        <w:br/>
        <w:t>v 0.810684 18.145872 0.922137</w:t>
        <w:br/>
        <w:t>v 0.724100 18.495125 0.530791</w:t>
        <w:br/>
        <w:t>v 0.808536 18.493721 0.541193</w:t>
        <w:br/>
        <w:t>v 0.675675 18.797028 0.107531</w:t>
        <w:br/>
        <w:t>v 0.664696 18.776505 0.214106</w:t>
        <w:br/>
        <w:t>v 0.703928 18.622046 0.272165</w:t>
        <w:br/>
        <w:t>v 0.681820 18.706427 0.489726</w:t>
        <w:br/>
        <w:t>v 0.883991 18.085052 1.107052</w:t>
        <w:br/>
        <w:t>v 0.816168 18.091753 1.078425</w:t>
        <w:br/>
        <w:t>v 0.834504 17.867416 1.276778</w:t>
        <w:br/>
        <w:t>v 0.664696 18.776505 0.214106</w:t>
        <w:br/>
        <w:t>v 0.734255 18.811638 0.210372</w:t>
        <w:br/>
        <w:t>v 0.766830 17.877457 1.244178</w:t>
        <w:br/>
        <w:t>v 0.805089 18.014107 1.193574</w:t>
        <w:br/>
        <w:t>v 0.873662 18.008087 1.229122</w:t>
        <w:br/>
        <w:t>v 0.813595 18.852951 0.291125</w:t>
        <w:br/>
        <w:t>v 0.664696 18.776505 0.214106</w:t>
        <w:br/>
        <w:t>v 0.752416 19.033190 0.155092</w:t>
        <w:br/>
        <w:t>v 0.708641 19.029449 0.093809</w:t>
        <w:br/>
        <w:t>v 0.708641 19.029449 0.093809</w:t>
        <w:br/>
        <w:t>v 0.629848 19.019918 0.105476</w:t>
        <w:br/>
        <w:t>v 0.757001 18.895515 0.463967</w:t>
        <w:br/>
        <w:t>v 0.752416 19.033190 0.155092</w:t>
        <w:br/>
        <w:t>v 0.681820 18.706427 0.489726</w:t>
        <w:br/>
        <w:t>v 0.778472 18.702894 0.486845</w:t>
        <w:br/>
        <w:t>v 0.827262 19.044024 0.250049</w:t>
        <w:br/>
        <w:t>v 0.752416 19.033190 0.155092</w:t>
        <w:br/>
        <w:t>v 0.664696 18.776505 0.214106</w:t>
        <w:br/>
        <w:t>v 0.666944 18.900524 0.476919</w:t>
        <w:br/>
        <w:t>v 0.629848 19.019918 0.105476</w:t>
        <w:br/>
        <w:t>v 0.616412 19.014151 0.217602</w:t>
        <w:br/>
        <w:t>v 0.771905 19.087509 0.431435</w:t>
        <w:br/>
        <w:t>v 0.743062 19.200325 0.084922</w:t>
        <w:br/>
        <w:t>v 0.871041 19.225691 0.187362</w:t>
        <w:br/>
        <w:t>v 0.616412 19.014151 0.217602</w:t>
        <w:br/>
        <w:t>v 0.699350 19.044750 0.228580</w:t>
        <w:br/>
        <w:t>v 0.666944 18.900524 0.476919</w:t>
        <w:br/>
        <w:t>v 0.743062 19.200325 0.084922</w:t>
        <w:br/>
        <w:t>v 0.699350 19.044750 0.228580</w:t>
        <w:br/>
        <w:t>v 0.688889 19.097744 0.456773</w:t>
        <w:br/>
        <w:t>v 0.661806 19.236609 0.152923</w:t>
        <w:br/>
        <w:t>v 0.661806 19.236609 0.152923</w:t>
        <w:br/>
        <w:t>v 0.739057 19.224792 0.229660</w:t>
        <w:br/>
        <w:t>v 0.739057 19.224792 0.229660</w:t>
        <w:br/>
        <w:t>v 0.716010 19.237976 0.411871</w:t>
        <w:br/>
        <w:t>v 0.757001 18.895515 0.463967</w:t>
        <w:br/>
        <w:t>v 0.688889 19.097744 0.456773</w:t>
        <w:br/>
        <w:t>v 0.840735 19.235312 0.368892</w:t>
        <w:br/>
        <w:t>v 0.716010 19.237976 0.411871</w:t>
        <w:br/>
        <w:t>v 0.743062 19.200325 0.084922</w:t>
        <w:br/>
        <w:t>v 0.763414 19.483318 0.056007</w:t>
        <w:br/>
        <w:t>v 0.681053 19.501223 0.128961</w:t>
        <w:br/>
        <w:t>v 0.873576 19.470213 0.146314</w:t>
        <w:br/>
        <w:t>v 0.763414 19.483318 0.056007</w:t>
        <w:br/>
        <w:t>v 0.743062 19.200325 0.084922</w:t>
        <w:br/>
        <w:t>v 0.871041 19.225691 0.187362</w:t>
        <w:br/>
        <w:t>v 0.777106 19.518492 0.215464</w:t>
        <w:br/>
        <w:t>v 0.681053 19.501223 0.128961</w:t>
        <w:br/>
        <w:t>v 0.873576 19.470213 0.146314</w:t>
        <w:br/>
        <w:t>v 0.871041 19.225691 0.187362</w:t>
        <w:br/>
        <w:t>v 0.913484 19.264359 0.098013</w:t>
        <w:br/>
        <w:t>v 0.726257 19.370855 0.413792</w:t>
        <w:br/>
        <w:t>v 0.658887 18.894279 0.540027</w:t>
        <w:br/>
        <w:t>v 0.653679 18.905418 0.526687</w:t>
        <w:br/>
        <w:t>v 0.593682 18.892067 0.582909</w:t>
        <w:br/>
        <w:t>v 0.650081 18.914551 0.545435</w:t>
        <w:br/>
        <w:t>v 0.593682 18.892067 0.582909</w:t>
        <w:br/>
        <w:t>v 0.653679 18.905418 0.526687</w:t>
        <w:br/>
        <w:t>v 0.656239 18.902611 0.557951</w:t>
        <w:br/>
        <w:t>v 0.658887 18.894279 0.540027</w:t>
        <w:br/>
        <w:t>v 0.593682 18.892067 0.582909</w:t>
        <w:br/>
        <w:t>v 0.777106 19.518492 0.215464</w:t>
        <w:br/>
        <w:t>v 0.656239 18.902611 0.557951</w:t>
        <w:br/>
        <w:t>v 0.593682 18.892067 0.582909</w:t>
        <w:br/>
        <w:t>v 0.650081 18.914551 0.545435</w:t>
        <w:br/>
        <w:t>v 0.774888 19.657846 0.055700</w:t>
        <w:br/>
        <w:t>v 0.726257 19.370855 0.413792</w:t>
        <w:br/>
        <w:t>v 0.846670 19.156174 0.433514</w:t>
        <w:br/>
        <w:t>v 0.833061 19.081978 0.445559</w:t>
        <w:br/>
        <w:t>v 0.861315 19.062046 0.475238</w:t>
        <w:br/>
        <w:t>v 0.890198 19.141186 0.465978</w:t>
        <w:br/>
        <w:t>v 0.833061 19.081978 0.445559</w:t>
        <w:br/>
        <w:t>v 0.846670 19.156174 0.433514</w:t>
        <w:br/>
        <w:t>v 0.825705 19.164742 0.493878</w:t>
        <w:br/>
        <w:t>v 0.804371 19.091816 0.490427</w:t>
        <w:br/>
        <w:t>v 0.913484 19.264359 0.098013</w:t>
        <w:br/>
        <w:t>v 1.046086 19.266369 0.155798</w:t>
        <w:br/>
        <w:t>v 0.873576 19.470213 0.146314</w:t>
        <w:br/>
        <w:t>v 0.890198 19.141186 0.465978</w:t>
        <w:br/>
        <w:t>v 0.861315 19.062046 0.475238</w:t>
        <w:br/>
        <w:t>v 0.842024 19.077305 0.514197</w:t>
        <w:br/>
        <w:t>v 0.868239 19.157410 0.502802</w:t>
        <w:br/>
        <w:t>v 0.842024 19.077305 0.514197</w:t>
        <w:br/>
        <w:t>v 0.825705 19.164742 0.493878</w:t>
        <w:br/>
        <w:t>v 0.586236 18.947788 0.753564</w:t>
        <w:br/>
        <w:t>v 0.625149 18.974834 0.788866</w:t>
        <w:br/>
        <w:t>v 0.723014 19.020733 0.683750</w:t>
        <w:br/>
        <w:t>v 0.673282 18.997826 0.628575</w:t>
        <w:br/>
        <w:t>v 0.841872 19.233250 0.429011</w:t>
        <w:br/>
        <w:t>v 0.828668 19.233784 0.490017</w:t>
        <w:br/>
        <w:t>v 0.796670 19.642275 0.208427</w:t>
        <w:br/>
        <w:t>v 0.738697 19.658726 0.128312</w:t>
        <w:br/>
        <w:t>v 0.897685 19.658646 0.091497</w:t>
        <w:br/>
        <w:t>v 0.914632 19.486994 0.489139</w:t>
        <w:br/>
        <w:t>v 0.932560 19.250618 0.380611</w:t>
        <w:br/>
        <w:t>v 0.840735 19.235312 0.368892</w:t>
        <w:br/>
        <w:t>v 0.726257 19.370855 0.413792</w:t>
        <w:br/>
        <w:t>v 0.841872 19.233250 0.429011</w:t>
        <w:br/>
        <w:t>v 0.903969 19.225040 0.463028</w:t>
        <w:br/>
        <w:t>v 0.485449 18.944252 0.876019</w:t>
        <w:br/>
        <w:t>v 0.673282 18.997826 0.628575</w:t>
        <w:br/>
        <w:t>v 0.656866 19.104652 0.734688</w:t>
        <w:br/>
        <w:t>v 0.591282 19.050102 0.803045</w:t>
        <w:br/>
        <w:t>v 0.586236 18.947788 0.753564</w:t>
        <w:br/>
        <w:t>v 0.795371 19.099358 0.611020</w:t>
        <w:br/>
        <w:t>v 0.848413 19.200928 0.558012</w:t>
        <w:br/>
        <w:t>v 0.800923 19.215378 0.480798</w:t>
        <w:br/>
        <w:t>v 0.748281 19.091194 0.533565</w:t>
        <w:br/>
        <w:t>v 0.489543 18.995354 0.906303</w:t>
        <w:br/>
        <w:t>v 0.485449 18.944252 0.876019</w:t>
        <w:br/>
        <w:t>v 0.828668 19.233784 0.490017</w:t>
        <w:br/>
        <w:t>v 0.880149 19.235634 0.500941</w:t>
        <w:br/>
        <w:t>v 0.880149 19.235634 0.500941</w:t>
        <w:br/>
        <w:t>v 0.903969 19.225040 0.463028</w:t>
        <w:br/>
        <w:t>v 0.868239 19.157410 0.502802</w:t>
        <w:br/>
        <w:t>v 0.364369 18.980942 1.049840</w:t>
        <w:br/>
        <w:t>v 0.517260 18.971302 0.903692</w:t>
        <w:br/>
        <w:t>v 0.364369 18.980942 1.049840</w:t>
        <w:br/>
        <w:t>v 0.804710 19.322582 0.426560</w:t>
        <w:br/>
        <w:t>v 0.792270 19.322456 0.496347</w:t>
        <w:br/>
        <w:t>v 0.727909 19.275856 0.634494</w:t>
        <w:br/>
        <w:t>v 0.703796 19.184628 0.676042</w:t>
        <w:br/>
        <w:t>v 0.748281 19.091194 0.533565</w:t>
        <w:br/>
        <w:t>v 0.800923 19.215378 0.480798</w:t>
        <w:br/>
        <w:t>v 0.489543 18.995354 0.906303</w:t>
        <w:br/>
        <w:t>v 0.517260 18.971302 0.903692</w:t>
        <w:br/>
        <w:t>v 0.364369 18.980942 1.049840</w:t>
        <w:br/>
        <w:t>v 0.908467 19.319847 0.460140</w:t>
        <w:br/>
        <w:t>v 0.804710 19.322582 0.426560</w:t>
        <w:br/>
        <w:t>v 0.993359 19.447874 0.330497</w:t>
        <w:br/>
        <w:t>v 1.005597 19.454992 0.213429</w:t>
        <w:br/>
        <w:t>v 1.046086 19.266369 0.155798</w:t>
        <w:br/>
        <w:t>v 1.029608 19.264946 0.272133</w:t>
        <w:br/>
        <w:t>v 0.517260 18.971302 0.903692</w:t>
        <w:br/>
        <w:t>v 0.635213 18.999516 0.812859</w:t>
        <w:br/>
        <w:t>v 0.625149 18.974834 0.788866</w:t>
        <w:br/>
        <w:t>v 0.718099 19.048920 0.737017</w:t>
        <w:br/>
        <w:t>v 0.723014 19.020733 0.683750</w:t>
        <w:br/>
        <w:t>v 0.591282 19.050102 0.803045</w:t>
        <w:br/>
        <w:t>v 0.621563 19.026340 0.821454</w:t>
        <w:br/>
        <w:t>v 0.882479 19.306953 0.511456</w:t>
        <w:br/>
        <w:t>v 0.726719 19.463905 0.448401</w:t>
        <w:br/>
        <w:t>v 0.737854 19.474888 0.613751</w:t>
        <w:br/>
        <w:t>v 0.726719 19.463905 0.448401</w:t>
        <w:br/>
        <w:t>v 0.736919 19.375126 0.587991</w:t>
        <w:br/>
        <w:t>v 0.792270 19.322456 0.496347</w:t>
        <w:br/>
        <w:t>v 0.792270 19.322456 0.496347</w:t>
        <w:br/>
        <w:t>v 0.882479 19.306953 0.511456</w:t>
        <w:br/>
        <w:t>v 0.838553 19.233425 0.610566</w:t>
        <w:br/>
        <w:t>v 0.848413 19.200928 0.558012</w:t>
        <w:br/>
        <w:t>v 0.795371 19.099358 0.611020</w:t>
        <w:br/>
        <w:t>v 0.795321 19.131268 0.665702</w:t>
        <w:br/>
        <w:t>v 0.882479 19.306953 0.511456</w:t>
        <w:br/>
        <w:t>v 0.824860 19.849911 0.082210</w:t>
        <w:br/>
        <w:t>v 0.738697 19.658726 0.128312</w:t>
        <w:br/>
        <w:t>v 0.700677 19.082031 0.748889</w:t>
        <w:br/>
        <w:t>v 0.914632 19.486994 0.489139</w:t>
        <w:br/>
        <w:t>v 0.888220 19.655857 0.187450</w:t>
        <w:br/>
        <w:t>v 1.005597 19.454992 0.213429</w:t>
        <w:br/>
        <w:t>v 0.903637 19.852272 0.109297</w:t>
        <w:br/>
        <w:t>v 0.824860 19.849911 0.082210</w:t>
        <w:br/>
        <w:t>v 0.774888 19.657846 0.055700</w:t>
        <w:br/>
        <w:t>v 0.824860 19.849911 0.082210</w:t>
        <w:br/>
        <w:t>v 0.727909 19.275856 0.634494</w:t>
        <w:br/>
        <w:t>v 0.798834 19.257816 0.651723</w:t>
        <w:br/>
        <w:t>v 0.766524 19.162952 0.692115</w:t>
        <w:br/>
        <w:t>v 0.703796 19.184628 0.676042</w:t>
        <w:br/>
        <w:t>v 0.726719 19.463905 0.448401</w:t>
        <w:br/>
        <w:t>v 0.872832 19.343613 0.559481</w:t>
        <w:br/>
        <w:t>v 0.882479 19.306953 0.511456</w:t>
        <w:br/>
        <w:t>v 0.113338 19.560032 1.152338</w:t>
        <w:br/>
        <w:t>v -0.116937 19.487289 1.127807</w:t>
        <w:br/>
        <w:t>v 0.719811 19.661922 0.487821</w:t>
        <w:br/>
        <w:t>v 0.726719 19.463905 0.448401</w:t>
        <w:br/>
        <w:t>v 0.777106 19.518492 0.215464</w:t>
        <w:br/>
        <w:t>v 0.796670 19.642275 0.208427</w:t>
        <w:br/>
        <w:t>v 0.825912 19.358536 0.605776</w:t>
        <w:br/>
        <w:t>v 0.988786 19.673191 0.260007</w:t>
        <w:br/>
        <w:t>v 0.736919 19.375126 0.587991</w:t>
        <w:br/>
        <w:t>v 0.964560 19.656691 0.370334</w:t>
        <w:br/>
        <w:t>v 0.988786 19.673191 0.260007</w:t>
        <w:br/>
        <w:t>v 0.940833 19.854959 0.169312</w:t>
        <w:br/>
        <w:t>v 0.150450 19.646267 1.161286</w:t>
        <w:br/>
        <w:t>v -0.209691 19.559048 1.152088</w:t>
        <w:br/>
        <w:t>v 0.907033 19.504194 0.567256</w:t>
        <w:br/>
        <w:t>v 0.914632 19.486994 0.489139</w:t>
        <w:br/>
        <w:t>v 0.769542 19.546991 0.781091</w:t>
        <w:br/>
        <w:t>v 0.807271 19.463907 0.626388</w:t>
        <w:br/>
        <w:t>v 0.704255 19.538666 0.772517</w:t>
        <w:br/>
        <w:t>v 0.649463 19.598558 0.863219</w:t>
        <w:br/>
        <w:t>v 0.704255 19.538666 0.772517</w:t>
        <w:br/>
        <w:t>v 0.824860 19.849911 0.082210</w:t>
        <w:br/>
        <w:t>v 0.759386 19.890589 0.545118</w:t>
        <w:br/>
        <w:t>v 0.200610 19.845554 1.162817</w:t>
        <w:br/>
        <w:t>v 0.178664 19.737728 1.160282</w:t>
        <w:br/>
        <w:t>v 0.990673 19.897669 0.300588</w:t>
        <w:br/>
        <w:t>v 0.926878 19.897352 0.247190</w:t>
        <w:br/>
        <w:t>v 0.923828 19.675167 0.514828</w:t>
        <w:br/>
        <w:t>v 0.921447 20.074560 0.151813</w:t>
        <w:br/>
        <w:t>v 0.853295 20.074329 0.120812</w:t>
        <w:br/>
        <w:t>v 0.144552 19.552437 1.205585</w:t>
        <w:br/>
        <w:t>v 0.068685 19.481491 1.121487</w:t>
        <w:br/>
        <w:t>v 0.090968 19.484001 1.168076</w:t>
        <w:br/>
        <w:t>v 0.217048 19.953299 1.152562</w:t>
        <w:br/>
        <w:t>v 0.231062 20.032251 1.129617</w:t>
        <w:br/>
        <w:t>v 0.926878 19.897352 0.247190</w:t>
        <w:br/>
        <w:t>v 0.888220 19.655857 0.187450</w:t>
        <w:br/>
        <w:t>v 0.858285 19.517347 0.627323</w:t>
        <w:br/>
        <w:t>v 0.870591 19.670361 0.723037</w:t>
        <w:br/>
        <w:t>v 0.081138 19.492233 1.235213</w:t>
        <w:br/>
        <w:t>v 0.087595 19.461533 1.261368</w:t>
        <w:br/>
        <w:t>v 0.038470 19.526157 1.334687</w:t>
        <w:br/>
        <w:t>v 0.055870 19.555473 1.300288</w:t>
        <w:br/>
        <w:t>v 0.081138 19.492233 1.235213</w:t>
        <w:br/>
        <w:t>v 0.962297 20.078705 0.228117</w:t>
        <w:br/>
        <w:t>v 0.961415 19.884815 0.412010</w:t>
        <w:br/>
        <w:t>v 0.990673 19.897669 0.300588</w:t>
        <w:br/>
        <w:t>v 0.739662 20.068626 0.605488</w:t>
        <w:br/>
        <w:t>v 0.853295 20.074329 0.120812</w:t>
        <w:br/>
        <w:t>v 0.094877 19.554661 1.289996</w:t>
        <w:br/>
        <w:t>v 0.055870 19.555473 1.300288</w:t>
        <w:br/>
        <w:t>v 0.150450 19.646267 1.161286</w:t>
        <w:br/>
        <w:t>v 0.113338 19.560032 1.152338</w:t>
        <w:br/>
        <w:t>v 0.567083 19.515301 0.981401</w:t>
        <w:br/>
        <w:t>v 0.591092 19.511969 1.002411</w:t>
        <w:br/>
        <w:t>v 0.650114 19.465492 0.931983</w:t>
        <w:br/>
        <w:t>v 0.580790 19.673771 0.957520</w:t>
        <w:br/>
        <w:t>v 0.595022 19.543266 0.982233</w:t>
        <w:br/>
        <w:t>v 0.567083 19.515301 0.981401</w:t>
        <w:br/>
        <w:t>v 0.650114 19.465492 0.931983</w:t>
        <w:br/>
        <w:t>v 0.591092 19.511969 1.002411</w:t>
        <w:br/>
        <w:t>v 0.605404 19.535849 1.006407</w:t>
        <w:br/>
        <w:t>v 0.650114 19.465492 0.931983</w:t>
        <w:br/>
        <w:t>v 0.939212 20.090019 0.295915</w:t>
        <w:br/>
        <w:t>v 0.828736 19.651043 0.732020</w:t>
        <w:br/>
        <w:t>v 0.595022 19.543266 0.982233</w:t>
        <w:br/>
        <w:t>v 0.650114 19.465492 0.931983</w:t>
        <w:br/>
        <w:t>v 0.605404 19.535849 1.006407</w:t>
        <w:br/>
        <w:t>v 0.911308 19.862068 0.544351</w:t>
        <w:br/>
        <w:t>v 0.274709 20.280447 1.111487</w:t>
        <w:br/>
        <w:t>v 0.988633 20.091389 0.342224</w:t>
        <w:br/>
        <w:t>v 0.939212 20.090019 0.295915</w:t>
        <w:br/>
        <w:t>v 0.908615 19.857357 0.663422</w:t>
        <w:br/>
        <w:t>v 0.911308 19.862068 0.544351</w:t>
        <w:br/>
        <w:t>v 0.923828 19.675167 0.514828</w:t>
        <w:br/>
        <w:t>v 0.909690 19.670694 0.607255</w:t>
        <w:br/>
        <w:t>v 0.911405 20.285801 0.196466</w:t>
        <w:br/>
        <w:t>v 0.838903 20.276525 0.161296</w:t>
        <w:br/>
        <w:t>v 0.241179 19.835215 1.263541</w:t>
        <w:br/>
        <w:t>v 0.200610 19.845554 1.162817</w:t>
        <w:br/>
        <w:t>v 0.178664 19.737728 1.160282</w:t>
        <w:br/>
        <w:t>v 0.216248 19.727158 1.252874</w:t>
        <w:br/>
        <w:t>v 0.285244 20.409225 1.097648</w:t>
        <w:br/>
        <w:t>v 0.838903 20.276525 0.161296</w:t>
        <w:br/>
        <w:t>v 0.929334 20.277502 0.276708</w:t>
        <w:br/>
        <w:t>v 0.960351 20.065918 0.456490</w:t>
        <w:br/>
        <w:t>v 0.988633 20.091389 0.342224</w:t>
        <w:br/>
        <w:t>v 0.580790 19.673771 0.957520</w:t>
        <w:br/>
        <w:t>v 0.662037 19.696419 0.991526</w:t>
        <w:br/>
        <w:t>v 0.734386 19.609657 0.887117</w:t>
        <w:br/>
        <w:t>v 0.649463 19.598558 0.863219</w:t>
        <w:br/>
        <w:t>v 0.119134 19.829443 1.413851</w:t>
        <w:br/>
        <w:t>v 0.117386 19.720285 1.395709</w:t>
        <w:br/>
        <w:t>v 0.458282 19.877089 1.124547</w:t>
        <w:br/>
        <w:t>v 0.531877 19.762661 1.049131</w:t>
        <w:br/>
        <w:t>v 0.343551 19.808479 1.147747</w:t>
        <w:br/>
        <w:t>v 0.384591 19.807682 1.209118</w:t>
        <w:br/>
        <w:t>v 0.402619 19.707420 1.108010</w:t>
        <w:br/>
        <w:t>v 0.343551 19.808479 1.147747</w:t>
        <w:br/>
        <w:t>v 0.402619 19.707420 1.108010</w:t>
        <w:br/>
        <w:t>v 0.498882 19.753822 1.081335</w:t>
        <w:br/>
        <w:t>v 0.484010 19.816458 1.103789</w:t>
        <w:br/>
        <w:t>v 0.918195 20.280746 0.344387</w:t>
        <w:br/>
        <w:t>v 0.896783 20.039522 0.580068</w:t>
        <w:br/>
        <w:t>v 0.268921 20.052847 1.241807</w:t>
        <w:br/>
        <w:t>v 0.234285 20.037483 1.205397</w:t>
        <w:br/>
        <w:t>v 0.253932 19.951809 1.271384</w:t>
        <w:br/>
        <w:t>v 0.874641 20.433203 0.243930</w:t>
        <w:br/>
        <w:t>v 0.789153 20.412399 0.209037</w:t>
        <w:br/>
        <w:t>v 0.242510 20.580753 1.030073</w:t>
        <w:br/>
        <w:t>v -0.151373 20.573513 0.944256</w:t>
        <w:br/>
        <w:t>v -0.326768 20.322172 1.053218</w:t>
        <w:br/>
        <w:t>v 0.458282 19.877089 1.124547</w:t>
        <w:br/>
        <w:t>v 0.484010 19.816458 1.103789</w:t>
        <w:br/>
        <w:t>v 0.475187 19.947453 1.183666</w:t>
        <w:br/>
        <w:t>v 0.588015 20.396402 0.686693</w:t>
        <w:br/>
        <w:t>v 0.676897 20.237761 0.658817</w:t>
        <w:br/>
        <w:t>v 0.789153 20.412399 0.209037</w:t>
        <w:br/>
        <w:t>v 0.954000 20.282875 0.383641</w:t>
        <w:br/>
        <w:t>v 0.918195 20.280746 0.344387</w:t>
        <w:br/>
        <w:t>v 0.738119 19.819710 0.980995</w:t>
        <w:br/>
        <w:t>v 0.475187 19.947453 1.183666</w:t>
        <w:br/>
        <w:t>v 0.531877 19.762661 1.049131</w:t>
        <w:br/>
        <w:t>v 0.458282 19.877089 1.124547</w:t>
        <w:br/>
        <w:t>v 0.886897 20.426910 0.317877</w:t>
        <w:br/>
        <w:t>v 0.384591 19.807682 1.209118</w:t>
        <w:br/>
        <w:t>v 0.488872 19.843294 1.193838</w:t>
        <w:br/>
        <w:t>v 0.513495 19.734833 1.146951</w:t>
        <w:br/>
        <w:t>v 0.446628 19.702745 1.155655</w:t>
        <w:br/>
        <w:t>v 0.374578 20.110540 1.168599</w:t>
        <w:br/>
        <w:t>v 0.832090 20.023460 0.897133</w:t>
        <w:br/>
        <w:t>v 0.893175 20.042095 0.724927</w:t>
        <w:br/>
        <w:t>v 0.862047 19.851721 0.817843</w:t>
        <w:br/>
        <w:t>v 0.810199 20.568895 0.296905</w:t>
        <w:br/>
        <w:t>v 0.727735 20.545046 0.275057</w:t>
        <w:br/>
        <w:t>v 0.234285 20.037483 1.205397</w:t>
        <w:br/>
        <w:t>v 0.288781 19.917984 1.188123</w:t>
        <w:br/>
        <w:t>v 0.458282 19.877089 1.124547</w:t>
        <w:br/>
        <w:t>v 0.374578 20.110540 1.168599</w:t>
        <w:br/>
        <w:t>v 0.939796 20.224010 0.496035</w:t>
        <w:br/>
        <w:t>v 0.268921 20.052847 1.241807</w:t>
        <w:br/>
        <w:t>v 0.328757 19.921644 1.241696</w:t>
        <w:br/>
        <w:t>v 0.234285 20.037483 1.205397</w:t>
        <w:br/>
        <w:t>v 0.879714 20.418518 0.383415</w:t>
        <w:br/>
        <w:t>v 0.475187 19.947453 1.183666</w:t>
        <w:br/>
        <w:t>v 0.497148 19.823803 1.151025</w:t>
        <w:br/>
        <w:t>v 0.488872 19.843294 1.193838</w:t>
        <w:br/>
        <w:t>v 0.823376 20.549257 0.352460</w:t>
        <w:br/>
        <w:t>v 0.810199 20.568895 0.296905</w:t>
        <w:br/>
        <w:t>v 0.072950 20.454079 1.309984</w:t>
        <w:br/>
        <w:t>v 0.091735 20.285135 1.383730</w:t>
        <w:br/>
        <w:t>v 0.738112 20.665993 0.343233</w:t>
        <w:br/>
        <w:t>v 0.727735 20.545046 0.275057</w:t>
        <w:br/>
        <w:t>v 0.692611 19.990852 1.058589</w:t>
        <w:br/>
        <w:t>v 0.595760 19.794180 1.089662</w:t>
        <w:br/>
        <w:t>v 0.902215 20.418625 0.411756</w:t>
        <w:br/>
        <w:t>v 0.879714 20.418518 0.383415</w:t>
        <w:br/>
        <w:t>v 0.918195 20.280746 0.344387</w:t>
        <w:br/>
        <w:t>v 0.874650 20.192268 0.603400</w:t>
        <w:br/>
        <w:t>v 0.870097 20.223610 0.771231</w:t>
        <w:br/>
        <w:t>v 0.874650 20.192268 0.603400</w:t>
        <w:br/>
        <w:t>v 0.896783 20.039522 0.580068</w:t>
        <w:br/>
        <w:t>v 0.286863 20.298233 1.167390</w:t>
        <w:br/>
        <w:t>v 0.274709 20.280447 1.111487</w:t>
        <w:br/>
        <w:t>v 0.231062 20.032251 1.129617</w:t>
        <w:br/>
        <w:t>v 0.234285 20.037483 1.205397</w:t>
        <w:br/>
        <w:t>v 0.497887 20.564060 0.647936</w:t>
        <w:br/>
        <w:t>v 0.658687 20.621191 0.322307</w:t>
        <w:br/>
        <w:t>v 0.588608 20.687012 0.371944</w:t>
        <w:br/>
        <w:t>v 0.286863 20.298233 1.167390</w:t>
        <w:br/>
        <w:t>v 0.816071 20.531685 0.416008</w:t>
        <w:br/>
        <w:t>v 0.369564 20.702816 0.687151</w:t>
        <w:br/>
        <w:t>v 0.486709 20.754543 0.425744</w:t>
        <w:br/>
        <w:t>v 0.654555 20.756243 0.388481</w:t>
        <w:br/>
        <w:t>v 0.658687 20.621191 0.322307</w:t>
        <w:br/>
        <w:t>v 0.384440 20.798336 0.477910</w:t>
        <w:br/>
        <w:t>v 0.588608 20.687012 0.371944</w:t>
        <w:br/>
        <w:t>v 0.551631 20.834660 0.445037</w:t>
        <w:br/>
        <w:t>v 0.486709 20.754543 0.425744</w:t>
        <w:br/>
        <w:t>v 0.742321 20.657032 0.389817</w:t>
        <w:br/>
        <w:t>v 0.738112 20.665993 0.343233</w:t>
        <w:br/>
        <w:t>v 0.185023 20.734774 0.809948</w:t>
        <w:br/>
        <w:t>v 0.294175 20.817719 0.534451</w:t>
        <w:br/>
        <w:t>v 0.435126 20.874998 0.501941</w:t>
        <w:br/>
        <w:t>v 0.314401 20.864134 0.542875</w:t>
        <w:br/>
        <w:t>v 0.384440 20.798336 0.477910</w:t>
        <w:br/>
        <w:t>v 0.060060 20.573318 1.245742</w:t>
        <w:br/>
        <w:t>v 0.286863 20.298233 1.167390</w:t>
        <w:br/>
        <w:t>v 0.832576 20.546463 0.440999</w:t>
        <w:br/>
        <w:t>v 0.816071 20.531685 0.416008</w:t>
        <w:br/>
        <w:t>v 0.227886 20.862204 0.566181</w:t>
        <w:br/>
        <w:t>v 0.294175 20.817719 0.534451</w:t>
        <w:br/>
        <w:t>v 0.422593 20.100645 1.189735</w:t>
        <w:br/>
        <w:t>v 0.409728 20.096870 1.216152</w:t>
        <w:br/>
        <w:t>v 0.352044 20.296638 1.190618</w:t>
        <w:br/>
        <w:t>v 0.242510 20.580753 1.030073</w:t>
        <w:br/>
        <w:t>v 0.285244 20.409225 1.097648</w:t>
        <w:br/>
        <w:t>v 0.297560 20.915157 0.651124</w:t>
        <w:br/>
        <w:t>v 0.899036 20.377762 0.532039</w:t>
        <w:br/>
        <w:t>v 0.738241 20.634249 0.449624</w:t>
        <w:br/>
        <w:t>v 0.285244 20.409225 1.097648</w:t>
        <w:br/>
        <w:t>v 0.285244 20.409225 1.097648</w:t>
        <w:br/>
        <w:t>v 0.658369 20.749201 0.430311</w:t>
        <w:br/>
        <w:t>v 0.654555 20.756243 0.388481</w:t>
        <w:br/>
        <w:t>v 0.247134 20.419853 1.194294</w:t>
        <w:br/>
        <w:t>v 0.293649 20.428066 1.175089</w:t>
        <w:br/>
        <w:t>v 0.260005 20.295200 1.219866</w:t>
        <w:br/>
        <w:t>v 0.781098 20.200085 0.949620</w:t>
        <w:br/>
        <w:t>v 0.327061 20.867376 0.597124</w:t>
        <w:br/>
        <w:t>v 0.314401 20.864134 0.542875</w:t>
        <w:br/>
        <w:t>v 0.767303 20.640905 0.469731</w:t>
        <w:br/>
        <w:t>v 0.738241 20.634249 0.449624</w:t>
        <w:br/>
        <w:t>v 0.341839 20.863117 0.628629</w:t>
        <w:br/>
        <w:t>v 0.341839 20.863117 0.628629</w:t>
        <w:br/>
        <w:t>v 0.575855 20.325226 1.088428</w:t>
        <w:br/>
        <w:t>v 0.638084 20.164822 1.097296</w:t>
        <w:br/>
        <w:t>v 0.843937 20.344120 0.622605</w:t>
        <w:br/>
        <w:t>v 0.235078 20.434546 1.223946</w:t>
        <w:br/>
        <w:t>v 0.830711 20.502750 0.553251</w:t>
        <w:br/>
        <w:t>v 0.836358 20.379070 0.804300</w:t>
        <w:br/>
        <w:t>v 0.843937 20.344120 0.622605</w:t>
        <w:br/>
        <w:t>v 0.563381 20.825842 0.479031</w:t>
        <w:br/>
        <w:t>v 0.551631 20.834660 0.445037</w:t>
        <w:br/>
        <w:t>v 0.454475 20.869253 0.533843</w:t>
        <w:br/>
        <w:t>v 0.435126 20.874998 0.501941</w:t>
        <w:br/>
        <w:t>v 0.470673 20.850771 0.566892</w:t>
        <w:br/>
        <w:t>v 0.659972 20.720892 0.482074</w:t>
        <w:br/>
        <w:t>v 0.572403 20.796577 0.520431</w:t>
        <w:br/>
        <w:t>v 0.388109 20.928440 0.677060</w:t>
        <w:br/>
        <w:t>v 0.236535 20.865799 0.780324</w:t>
        <w:br/>
        <w:t>v 0.388109 20.928440 0.677060</w:t>
        <w:br/>
        <w:t>v 0.316996 20.914833 0.761729</w:t>
        <w:br/>
        <w:t>v 0.472264 20.845211 0.592388</w:t>
        <w:br/>
        <w:t>v 0.341839 20.863117 0.628629</w:t>
        <w:br/>
        <w:t>v 0.470673 20.850771 0.566892</w:t>
        <w:br/>
        <w:t>v 0.220759 20.543001 1.183505</w:t>
        <w:br/>
        <w:t>v 0.584621 20.813906 0.551538</w:t>
        <w:br/>
        <w:t>v 0.572403 20.796577 0.520431</w:t>
        <w:br/>
        <w:t>v 0.786692 20.470272 0.634342</w:t>
        <w:br/>
        <w:t>v 0.465869 20.817694 0.636919</w:t>
        <w:br/>
        <w:t>v 0.474772 20.830818 0.619236</w:t>
        <w:br/>
        <w:t>v 0.465869 20.817694 0.636919</w:t>
        <w:br/>
        <w:t>v 0.168885 20.869064 0.937832</w:t>
        <w:br/>
        <w:t>v 0.781942 20.504150 0.803852</w:t>
        <w:br/>
        <w:t>v 0.786692 20.470272 0.634342</w:t>
        <w:br/>
        <w:t>v 0.659972 20.720892 0.482074</w:t>
        <w:br/>
        <w:t>v 0.686442 20.735424 0.507553</w:t>
        <w:br/>
        <w:t>v 0.725014 20.358845 0.963783</w:t>
        <w:br/>
        <w:t>v 0.585508 20.773514 0.606687</w:t>
        <w:br/>
        <w:t>v 0.564478 20.749832 0.646426</w:t>
        <w:br/>
        <w:t>v 0.725232 20.574467 0.639821</w:t>
        <w:br/>
        <w:t>v 0.761427 20.601143 0.568548</w:t>
        <w:br/>
        <w:t>v 0.304276 20.821690 0.873102</w:t>
        <w:br/>
        <w:t>v 0.525565 20.449955 1.067248</w:t>
        <w:br/>
        <w:t>v 0.678271 20.692400 0.587587</w:t>
        <w:br/>
        <w:t>v 0.647004 20.665987 0.642131</w:t>
        <w:br/>
        <w:t>v 0.458571 20.927227 0.716982</w:t>
        <w:br/>
        <w:t>v 0.395800 20.901695 0.818998</w:t>
        <w:br/>
        <w:t>v 0.715013 20.625870 0.792462</w:t>
        <w:br/>
        <w:t>v 0.725232 20.574467 0.639821</w:t>
        <w:br/>
        <w:t>v 0.564478 20.749832 0.646426</w:t>
        <w:br/>
        <w:t>v 0.458571 20.927227 0.716982</w:t>
        <w:br/>
        <w:t>v 0.187742 20.772900 1.032263</w:t>
        <w:br/>
        <w:t>v 0.207216 20.658411 1.107764</w:t>
        <w:br/>
        <w:t>v 0.629047 20.745373 0.774804</w:t>
        <w:br/>
        <w:t>v 0.533509 20.866621 0.754939</w:t>
        <w:br/>
        <w:t>v 0.647004 20.665987 0.642131</w:t>
        <w:br/>
        <w:t>v 0.255274 20.530699 1.151692</w:t>
        <w:br/>
        <w:t>v 0.482647 20.555098 1.043031</w:t>
        <w:br/>
        <w:t>v 0.229410 20.527874 1.161565</w:t>
        <w:br/>
        <w:t>v 0.371380 20.748531 0.949979</w:t>
        <w:br/>
        <w:t>v 0.476256 20.832874 0.878736</w:t>
        <w:br/>
        <w:t>v 0.433247 20.653349 1.007587</w:t>
        <w:br/>
        <w:t>v 0.666406 20.481873 0.952299</w:t>
        <w:br/>
        <w:t>v 0.607409 20.602528 0.939396</w:t>
        <w:br/>
        <w:t>v 0.547309 20.722612 0.917850</w:t>
        <w:br/>
        <w:t>v 0.217048 19.953299 1.152562</w:t>
        <w:br/>
        <w:t>v -0.022533 19.422310 1.186013</w:t>
        <w:br/>
        <w:t>v 0.021920 19.416378 1.088387</w:t>
        <w:br/>
        <w:t>v 0.187008 19.639072 1.232668</w:t>
        <w:br/>
        <w:t>v 0.108842 19.634266 1.348289</w:t>
        <w:br/>
        <w:t>v -0.009705 19.717836 1.393894</w:t>
        <w:br/>
        <w:t>v 0.023357 19.629715 1.346554</w:t>
        <w:br/>
        <w:t>v 0.087595 19.461533 1.261368</w:t>
        <w:br/>
        <w:t>v 0.763414 19.483318 0.056007</w:t>
        <w:br/>
        <w:t>v 0.873576 19.470213 0.146314</w:t>
        <w:br/>
        <w:t>v 0.460308 19.949131 1.215392</w:t>
        <w:br/>
        <w:t>v 0.288781 19.917984 1.188123</w:t>
        <w:br/>
        <w:t>v 0.513495 19.734833 1.146951</w:t>
        <w:br/>
        <w:t>v 0.498882 19.753822 1.081335</w:t>
        <w:br/>
        <w:t>v 0.484010 19.816458 1.103789</w:t>
        <w:br/>
        <w:t>v 0.823036 19.847513 0.834757</w:t>
        <w:br/>
        <w:t>v 0.726719 19.463905 0.448401</w:t>
        <w:br/>
        <w:t>v 0.914632 19.486994 0.489139</w:t>
        <w:br/>
        <w:t>v 0.656866 19.104652 0.734688</w:t>
        <w:br/>
        <w:t>v 0.253932 19.951809 1.271384</w:t>
        <w:br/>
        <w:t>v 0.117885 19.949123 1.423894</w:t>
        <w:br/>
        <w:t>v 0.732300 18.948864 0.500137</w:t>
        <w:br/>
        <w:t>v 0.747024 18.928577 0.520270</w:t>
        <w:br/>
        <w:t>v 0.732300 18.948864 0.500137</w:t>
        <w:br/>
        <w:t>v 0.724863 18.965797 0.503838</w:t>
        <w:br/>
        <w:t>v 0.724863 18.965797 0.503838</w:t>
        <w:br/>
        <w:t>v 0.741393 18.945099 0.545754</w:t>
        <w:br/>
        <w:t>v 0.741393 18.945099 0.545754</w:t>
        <w:br/>
        <w:t>v 0.747024 18.928577 0.520270</w:t>
        <w:br/>
        <w:t>v 0.792333 19.007717 0.470241</w:t>
        <w:br/>
        <w:t>v 0.814373 18.986023 0.496496</w:t>
        <w:br/>
        <w:t>v 0.771734 19.022682 0.491132</w:t>
        <w:br/>
        <w:t>v 0.792333 19.007717 0.470241</w:t>
        <w:br/>
        <w:t>v 0.771734 19.022682 0.491132</w:t>
        <w:br/>
        <w:t>v 0.804371 19.091816 0.490427</w:t>
        <w:br/>
        <w:t>v 0.801800 19.003635 0.530151</w:t>
        <w:br/>
        <w:t>v 0.801800 19.003635 0.530151</w:t>
        <w:br/>
        <w:t>v 0.814373 18.986023 0.496496</w:t>
        <w:br/>
        <w:t>v 0.882479 19.306953 0.511456</w:t>
        <w:br/>
        <w:t>v 0.792270 19.322456 0.496347</w:t>
        <w:br/>
        <w:t>v 0.737854 19.474888 0.613751</w:t>
        <w:br/>
        <w:t>v 0.247411 20.297771 1.248411</w:t>
        <w:br/>
        <w:t>v 0.908467 19.319847 0.460140</w:t>
        <w:br/>
        <w:t>v 0.882479 19.306953 0.511456</w:t>
        <w:br/>
        <w:t>v 0.914632 19.486994 0.489139</w:t>
        <w:br/>
        <w:t>v 0.253921 20.099129 1.265144</w:t>
        <w:br/>
        <w:t>v 0.107645 20.117197 1.422427</w:t>
        <w:br/>
        <w:t>v 0.268921 20.052847 1.241807</w:t>
        <w:br/>
        <w:t>v 0.737854 19.474888 0.613751</w:t>
        <w:br/>
        <w:t>v 0.769542 19.546991 0.781091</w:t>
        <w:br/>
        <w:t>v 0.807271 19.463907 0.626388</w:t>
        <w:br/>
        <w:t>v 0.710386 17.691025 1.081912</w:t>
        <w:br/>
        <w:t>v 0.597521 17.503162 1.114804</w:t>
        <w:br/>
        <w:t>v 0.563173 17.633881 1.113682</w:t>
        <w:br/>
        <w:t>v 0.600969 17.658085 1.184469</w:t>
        <w:br/>
        <w:t>v 0.630783 17.541328 1.194090</w:t>
        <w:br/>
        <w:t>v 0.678522 17.379539 1.147133</w:t>
        <w:br/>
        <w:t>v 0.766018 17.290237 1.166553</w:t>
        <w:br/>
        <w:t>v 0.707850 17.427719 1.195837</w:t>
        <w:br/>
        <w:t>v 0.784142 17.340973 1.217214</w:t>
        <w:br/>
        <w:t>v 0.848130 17.213234 1.192721</w:t>
        <w:br/>
        <w:t>v 0.852314 17.285275 1.261937</w:t>
        <w:br/>
        <w:t>v 0.891797 17.263271 1.307509</w:t>
        <w:br/>
        <w:t>v 0.901802 17.186260 1.252856</w:t>
        <w:br/>
        <w:t>v 0.909596 17.249573 1.366086</w:t>
        <w:br/>
        <w:t>v 0.923860 17.171337 1.337184</w:t>
        <w:br/>
        <w:t>v 0.886176 17.238853 1.422696</w:t>
        <w:br/>
        <w:t>v 0.848267 17.224972 1.451364</w:t>
        <w:br/>
        <w:t>v 0.907922 17.165138 1.411609</w:t>
        <w:br/>
        <w:t>v 0.887100 17.160187 1.443280</w:t>
        <w:br/>
        <w:t>v 0.806848 17.202805 1.456861</w:t>
        <w:br/>
        <w:t>v 0.797468 17.173340 1.432741</w:t>
        <w:br/>
        <w:t>v 0.874959 17.147964 1.451481</w:t>
        <w:br/>
        <w:t>v 0.866890 17.126350 1.447206</w:t>
        <w:br/>
        <w:t>v 0.812681 17.145039 1.404835</w:t>
        <w:br/>
        <w:t>v 0.872798 17.100510 1.437330</w:t>
        <w:br/>
        <w:t>v 0.878744 17.112389 1.389237</w:t>
        <w:br/>
        <w:t>v 0.905086 17.076397 1.428404</w:t>
        <w:br/>
        <w:t>v 0.946717 17.077465 1.406540</w:t>
        <w:br/>
        <w:t>v 0.722639 17.769547 1.242288</w:t>
        <w:br/>
        <w:t>v 0.997941 16.944221 1.540862</w:t>
        <w:br/>
        <w:t>v 0.563173 17.633881 1.113682</w:t>
        <w:br/>
        <w:t>v 0.600969 17.658085 1.184469</w:t>
        <w:br/>
        <w:t>v 0.710386 17.691025 1.081912</w:t>
        <w:br/>
        <w:t>v 0.928518 17.027260 1.431047</w:t>
        <w:br/>
        <w:t>v 0.963792 16.989113 1.450231</w:t>
        <w:br/>
        <w:t>v 0.883278 17.049187 1.436460</w:t>
        <w:br/>
        <w:t>v 0.849741 17.076321 1.459675</w:t>
        <w:br/>
        <w:t>v 0.848979 17.109848 1.479112</w:t>
        <w:br/>
        <w:t>v 0.893095 17.169266 1.482320</w:t>
        <w:br/>
        <w:t>v 0.867852 17.145184 1.489609</w:t>
        <w:br/>
        <w:t>v 0.928756 17.181999 1.444813</w:t>
        <w:br/>
        <w:t>v 0.951914 17.198467 1.244211</w:t>
        <w:br/>
        <w:t>v 0.964529 17.188995 1.351618</w:t>
        <w:br/>
        <w:t>v 0.894445 17.219528 1.158767</w:t>
        <w:br/>
        <w:t>v 0.704540 17.363037 1.117138</w:t>
        <w:br/>
        <w:t>v 0.797669 17.283428 1.129239</w:t>
        <w:br/>
        <w:t>v 0.804401 17.413025 1.127915</w:t>
        <w:br/>
        <w:t>v 0.788926 17.509956 1.125898</w:t>
        <w:br/>
        <w:t>v 0.661285 17.462952 1.103362</w:t>
        <w:br/>
        <w:t>v 0.899380 17.704304 1.126386</w:t>
        <w:br/>
        <w:t>v 0.584621 20.813906 0.551538</w:t>
        <w:br/>
        <w:t>v 0.686442 20.735424 0.507553</w:t>
        <w:br/>
        <w:t>v 0.767303 20.640905 0.469731</w:t>
        <w:br/>
        <w:t>v -0.715796 19.463915 0.448472</w:t>
        <w:br/>
        <w:t>v -0.741866 19.474886 0.613720</w:t>
        <w:br/>
        <w:t>v -0.888969 19.485548 0.488619</w:t>
        <w:br/>
        <w:t>v 0.737854 19.474888 0.613751</w:t>
        <w:br/>
        <w:t>v -0.858678 19.323805 0.426631</w:t>
        <w:br/>
        <w:t>v 0.172637 20.887386 0.621721</w:t>
        <w:br/>
        <w:t>v 0.997941 16.944221 1.540862</w:t>
        <w:br/>
        <w:t>v 0.849741 17.076321 1.459675</w:t>
        <w:br/>
        <w:t>v 0.872798 17.100510 1.437330</w:t>
        <w:br/>
        <w:t>v 0.848979 17.109848 1.479112</w:t>
        <w:br/>
        <w:t>v 0.797994 17.496815 0.996267</w:t>
        <w:br/>
        <w:t>v 0.729284 17.442188 1.024999</w:t>
        <w:br/>
        <w:t>v 0.717992 17.457615 1.041241</w:t>
        <w:br/>
        <w:t>v 0.777622 17.521629 1.021266</w:t>
        <w:br/>
        <w:t>v 0.717992 17.457615 1.041241</w:t>
        <w:br/>
        <w:t>v 0.698070 17.462292 1.023749</w:t>
        <w:br/>
        <w:t>v 0.748607 17.533184 0.989242</w:t>
        <w:br/>
        <w:t>v 0.777622 17.521629 1.021266</w:t>
        <w:br/>
        <w:t>v 0.772588 17.497574 0.948534</w:t>
        <w:br/>
        <w:t>v 0.748607 17.533184 0.989242</w:t>
        <w:br/>
        <w:t>v 0.698070 17.462292 1.023749</w:t>
        <w:br/>
        <w:t>v 0.710773 17.439648 0.998146</w:t>
        <w:br/>
        <w:t>v 0.794447 17.484554 0.960661</w:t>
        <w:br/>
        <w:t>v 0.772588 17.497574 0.948534</w:t>
        <w:br/>
        <w:t>v 0.710773 17.439648 0.998146</w:t>
        <w:br/>
        <w:t>v 0.724962 17.432949 1.003945</w:t>
        <w:br/>
        <w:t>v 0.794447 17.484554 0.960661</w:t>
        <w:br/>
        <w:t>v 0.724962 17.432949 1.003945</w:t>
        <w:br/>
        <w:t>v 0.657551 17.394226 1.078746</w:t>
        <w:br/>
        <w:t>v 0.657551 17.394226 1.078746</w:t>
        <w:br/>
        <w:t>v 0.657551 17.394226 1.078746</w:t>
        <w:br/>
        <w:t>v 0.657551 17.394226 1.078746</w:t>
        <w:br/>
        <w:t>v -0.888969 19.485548 0.488619</w:t>
        <w:br/>
        <w:t>v -0.901591 19.673710 0.514364</w:t>
        <w:br/>
        <w:t>v -0.890505 19.861322 0.543961</w:t>
        <w:br/>
        <w:t>v -0.876761 20.039438 0.579742</w:t>
        <w:br/>
        <w:t>v -0.848326 20.219032 0.607149</w:t>
        <w:br/>
        <w:t>v -0.792654 19.869837 0.919608</w:t>
        <w:br/>
        <w:t>v -1.003337 17.984188 0.311194</w:t>
        <w:br/>
        <w:t>v -1.035288 17.991188 0.315706</w:t>
        <w:br/>
        <w:t>v -1.064940 17.886604 0.434461</w:t>
        <w:br/>
        <w:t>v -1.033165 17.878330 0.426457</w:t>
        <w:br/>
        <w:t>v -1.074358 17.918358 0.463876</w:t>
        <w:br/>
        <w:t>v -1.064940 17.886604 0.434461</w:t>
        <w:br/>
        <w:t>v -1.035288 17.991188 0.315706</w:t>
        <w:br/>
        <w:t>v -1.044918 18.016552 0.344712</w:t>
        <w:br/>
        <w:t>v -1.082289 17.826447 0.587034</w:t>
        <w:br/>
        <w:t>v -1.050076 17.813690 0.573471</w:t>
        <w:br/>
        <w:t>v -1.090658 17.869102 0.619084</w:t>
        <w:br/>
        <w:t>v -1.082289 17.826447 0.587034</w:t>
        <w:br/>
        <w:t>v -1.064940 17.886604 0.434461</w:t>
        <w:br/>
        <w:t>v -1.011081 17.917538 0.464701</w:t>
        <w:br/>
        <w:t>v -0.980992 18.012424 0.353868</w:t>
        <w:br/>
        <w:t>v -1.003337 17.984188 0.311194</w:t>
        <w:br/>
        <w:t>v -1.033165 17.878330 0.426457</w:t>
        <w:br/>
        <w:t>v -0.922337 18.148605 0.195793</w:t>
        <w:br/>
        <w:t>v -0.957173 18.155434 0.198422</w:t>
        <w:br/>
        <w:t>v -1.026869 17.868130 0.610088</w:t>
        <w:br/>
        <w:t>v -1.050076 17.813690 0.573471</w:t>
        <w:br/>
        <w:t>v -1.052775 17.943611 0.483656</w:t>
        <w:br/>
        <w:t>v -1.024159 18.035156 0.369642</w:t>
        <w:br/>
        <w:t>v -0.957173 18.155434 0.198422</w:t>
        <w:br/>
        <w:t>v -0.969101 18.174995 0.237710</w:t>
        <w:br/>
        <w:t>v -1.067001 17.900490 0.634916</w:t>
        <w:br/>
        <w:t>v -0.980992 18.012424 0.353868</w:t>
        <w:br/>
        <w:t>v -1.011081 17.917538 0.464701</w:t>
        <w:br/>
        <w:t>v -1.052775 17.943611 0.483656</w:t>
        <w:br/>
        <w:t>v -1.024159 18.035156 0.369642</w:t>
        <w:br/>
        <w:t>v -1.083763 17.807228 0.729673</w:t>
        <w:br/>
        <w:t>v -1.053087 17.793617 0.712533</w:t>
        <w:br/>
        <w:t>v -1.067001 17.900490 0.634916</w:t>
        <w:br/>
        <w:t>v -1.026869 17.868130 0.610088</w:t>
        <w:br/>
        <w:t>v -0.922337 18.148605 0.195793</w:t>
        <w:br/>
        <w:t>v -0.900815 18.165813 0.257022</w:t>
        <w:br/>
        <w:t>v -0.948904 18.186584 0.275427</w:t>
        <w:br/>
        <w:t>v -1.089546 17.852142 0.763613</w:t>
        <w:br/>
        <w:t>v -1.083763 17.807228 0.729673</w:t>
        <w:br/>
        <w:t>v -0.900815 18.165813 0.257022</w:t>
        <w:br/>
        <w:t>v -0.948904 18.186584 0.275427</w:t>
        <w:br/>
        <w:t>v -1.027181 17.852230 0.747775</w:t>
        <w:br/>
        <w:t>v -1.053087 17.793617 0.712533</w:t>
        <w:br/>
        <w:t>v -0.940548 17.072323 1.382782</w:t>
        <w:br/>
        <w:t>v -1.000027 17.004116 1.441779</w:t>
        <w:br/>
        <w:t>v -0.991909 16.987816 1.432487</w:t>
        <w:br/>
        <w:t>v -0.852427 17.213234 1.192721</w:t>
        <w:br/>
        <w:t>v -0.898742 17.219528 1.158768</w:t>
        <w:br/>
        <w:t>v -0.906099 17.186260 1.252856</w:t>
        <w:br/>
        <w:t>v -0.977844 16.982037 1.441223</w:t>
        <w:br/>
        <w:t>v -0.925971 17.026958 1.403883</w:t>
        <w:br/>
        <w:t>v -0.929319 17.044079 1.378885</w:t>
        <w:br/>
        <w:t>v -0.991909 16.987816 1.432487</w:t>
        <w:br/>
        <w:t>v -1.064441 17.885017 0.777334</w:t>
        <w:br/>
        <w:t>v -0.830507 18.336918 0.125938</w:t>
        <w:br/>
        <w:t>v -0.872462 18.345844 0.125808</w:t>
        <w:br/>
        <w:t>v -0.952089 17.054871 1.434455</w:t>
        <w:br/>
        <w:t>v -0.932816 17.027260 1.431047</w:t>
        <w:br/>
        <w:t>v -0.979506 17.008751 1.458316</w:t>
        <w:br/>
        <w:t>v -1.002238 16.944221 1.540862</w:t>
        <w:br/>
        <w:t>v -0.928157 17.171337 1.337185</w:t>
        <w:br/>
        <w:t>v -0.956211 17.198467 1.244211</w:t>
        <w:br/>
        <w:t>v -0.991409 17.013226 1.451872</w:t>
        <w:br/>
        <w:t>v -1.000027 17.004116 1.441779</w:t>
        <w:br/>
        <w:t>v -0.951015 17.077465 1.406540</w:t>
        <w:br/>
        <w:t>v -0.872462 18.345844 0.125808</w:t>
        <w:br/>
        <w:t>v -0.890985 18.359928 0.178084</w:t>
        <w:br/>
        <w:t>v -0.834903 17.073044 1.370464</w:t>
        <w:br/>
        <w:t>v -0.854563 17.050190 1.402264</w:t>
        <w:br/>
        <w:t>v -1.002238 16.944221 1.540862</w:t>
        <w:br/>
        <w:t>v -0.968089 16.989113 1.450231</w:t>
        <w:br/>
        <w:t>v -1.002238 16.944221 1.540862</w:t>
        <w:br/>
        <w:t>v -0.770314 17.290237 1.166553</w:t>
        <w:br/>
        <w:t>v -0.801965 17.285603 1.128076</w:t>
        <w:br/>
        <w:t>v -1.064441 17.885017 0.777334</w:t>
        <w:br/>
        <w:t>v -1.027181 17.852230 0.747775</w:t>
        <w:br/>
        <w:t>v -0.993545 17.322655 1.329927</w:t>
        <w:br/>
        <w:t>v -1.000789 17.262562 1.278799</w:t>
        <w:br/>
        <w:t>v -0.947630 17.288795 1.184992</w:t>
        <w:br/>
        <w:t>v -0.950515 17.350586 1.253214</w:t>
        <w:br/>
        <w:t>v -0.842959 17.107040 1.365659</w:t>
        <w:br/>
        <w:t>v -0.887575 17.049187 1.436460</w:t>
        <w:br/>
        <w:t>v -0.883041 17.112389 1.389237</w:t>
        <w:br/>
        <w:t>v -0.940548 17.072323 1.382782</w:t>
        <w:br/>
        <w:t>v -0.996743 17.300461 1.411105</w:t>
        <w:br/>
        <w:t>v -1.003125 17.242756 1.386369</w:t>
        <w:br/>
        <w:t>v -1.065303 17.787445 0.872451</w:t>
        <w:br/>
        <w:t>v -1.036962 17.778988 0.853963</w:t>
        <w:br/>
        <w:t>v -0.865517 18.362343 0.227351</w:t>
        <w:br/>
        <w:t>v -0.830507 18.336918 0.125938</w:t>
        <w:br/>
        <w:t>v -0.811708 18.342220 0.209891</w:t>
        <w:br/>
        <w:t>v -0.862432 17.333107 1.133667</w:t>
        <w:br/>
        <w:t>v -0.863906 17.375694 1.196259</w:t>
        <w:br/>
        <w:t>v -0.912219 17.165138 1.411609</w:t>
        <w:br/>
        <w:t>v -0.968826 17.188995 1.351618</w:t>
        <w:br/>
        <w:t>v -1.068138 17.826855 0.904978</w:t>
        <w:br/>
        <w:t>v -1.065303 17.787445 0.872451</w:t>
        <w:br/>
        <w:t>v -0.946868 17.335079 1.347931</w:t>
        <w:br/>
        <w:t>v -0.856611 17.285275 1.261937</w:t>
        <w:br/>
        <w:t>v -0.896094 17.263271 1.307509</w:t>
        <w:br/>
        <w:t>v -0.953126 17.322083 1.408316</w:t>
        <w:br/>
        <w:t>v -0.913893 17.249573 1.366086</w:t>
        <w:br/>
        <w:t>v -0.811708 18.342220 0.209891</w:t>
        <w:br/>
        <w:t>v -0.865517 18.362343 0.227351</w:t>
        <w:br/>
        <w:t>v -1.007996 17.834190 0.884723</w:t>
        <w:br/>
        <w:t>v -1.036962 17.778988 0.853963</w:t>
        <w:br/>
        <w:t>v -0.752753 17.099731 1.410512</w:t>
        <w:br/>
        <w:t>v -0.802940 17.080132 1.433007</w:t>
        <w:br/>
        <w:t>v -0.854038 17.076321 1.459675</w:t>
        <w:br/>
        <w:t>v -0.909384 17.076397 1.428404</w:t>
        <w:br/>
        <w:t>v -0.816979 17.145035 1.404835</w:t>
        <w:br/>
        <w:t>v -0.842959 17.107040 1.365659</w:t>
        <w:br/>
        <w:t>v -0.942771 17.229530 1.477834</w:t>
        <w:br/>
        <w:t>v -0.745746 17.136097 1.398049</w:t>
        <w:br/>
        <w:t>v -1.042170 17.859821 0.916098</w:t>
        <w:br/>
        <w:t>v -0.900328 17.306675 1.467897</w:t>
        <w:br/>
        <w:t>v -0.890473 17.238853 1.422696</w:t>
        <w:br/>
        <w:t>v -0.682819 17.379538 1.147133</w:t>
        <w:br/>
        <w:t>v -0.708836 17.366093 1.115519</w:t>
        <w:br/>
        <w:t>v -0.804788 17.449926 1.180628</w:t>
        <w:br/>
        <w:t>v -0.808698 17.413025 1.127916</w:t>
        <w:br/>
        <w:t>v -0.993545 17.322655 1.329927</w:t>
        <w:br/>
        <w:t>v -0.910058 17.353779 1.292303</w:t>
        <w:br/>
        <w:t>v -0.946868 17.335079 1.347931</w:t>
        <w:br/>
        <w:t>v -0.835203 17.381987 1.234039</w:t>
        <w:br/>
        <w:t>v -0.788438 17.340973 1.217214</w:t>
        <w:br/>
        <w:t>v -0.910058 17.353779 1.292303</w:t>
        <w:br/>
        <w:t>v -0.924285 17.622152 1.039119</w:t>
        <w:br/>
        <w:t>v -0.868865 17.559591 1.021896</w:t>
        <w:br/>
        <w:t>v -0.869439 17.548164 0.977754</w:t>
        <w:br/>
        <w:t>v -0.929668 17.612713 0.994469</w:t>
        <w:br/>
        <w:t>v -0.929668 17.612713 0.994469</w:t>
        <w:br/>
        <w:t>v -0.869439 17.548164 0.977754</w:t>
        <w:br/>
        <w:t>v -0.844296 17.565548 0.961177</w:t>
        <w:br/>
        <w:t>v -0.905237 17.631184 0.976390</w:t>
        <w:br/>
        <w:t>v -0.897393 17.169262 1.482320</w:t>
        <w:br/>
        <w:t>v -0.891398 17.160187 1.443280</w:t>
        <w:br/>
        <w:t>v -0.933053 17.181999 1.444813</w:t>
        <w:br/>
        <w:t>v -1.042170 17.859821 0.916098</w:t>
        <w:br/>
        <w:t>v -1.007996 17.834190 0.884723</w:t>
        <w:br/>
        <w:t>v -0.835203 17.381987 1.234039</w:t>
        <w:br/>
        <w:t>v -1.033839 17.746481 0.972298</w:t>
        <w:br/>
        <w:t>v -0.953126 17.322083 1.408316</w:t>
        <w:br/>
        <w:t>v -0.996743 17.300461 1.411105</w:t>
        <w:br/>
        <w:t>v -0.866766 17.668709 1.023473</w:t>
        <w:br/>
        <w:t>v -0.905237 17.631184 0.976390</w:t>
        <w:br/>
        <w:t>v -0.844296 17.565548 0.961177</w:t>
        <w:br/>
        <w:t>v -0.810746 17.604914 1.009509</w:t>
        <w:br/>
        <w:t>v -0.988361 17.685452 0.999096</w:t>
        <w:br/>
        <w:t>v -0.962181 17.695778 0.980388</w:t>
        <w:br/>
        <w:t>v -0.986138 17.704123 1.038788</w:t>
        <w:br/>
        <w:t>v -0.988361 17.685452 0.999096</w:t>
        <w:br/>
        <w:t>v -0.853276 17.109848 1.479112</w:t>
        <w:br/>
        <w:t>v -0.877096 17.100510 1.437330</w:t>
        <w:br/>
        <w:t>v -0.893196 17.649975 1.065776</w:t>
        <w:br/>
        <w:t>v -0.841136 17.587967 1.050375</w:t>
        <w:br/>
        <w:t>v -1.006922 17.747786 0.955548</w:t>
        <w:br/>
        <w:t>v -1.034164 17.774540 1.004215</w:t>
        <w:br/>
        <w:t>v -1.033839 17.746481 0.972298</w:t>
        <w:br/>
        <w:t>v -1.033839 17.746481 0.972298</w:t>
        <w:br/>
        <w:t>v -0.724075 17.176388 1.447120</w:t>
        <w:br/>
        <w:t>v -0.801766 17.173340 1.432741</w:t>
        <w:br/>
        <w:t>v -0.745746 17.136097 1.398049</w:t>
        <w:br/>
        <w:t>v -0.975259 17.794262 0.985333</w:t>
        <w:br/>
        <w:t>v -1.006922 17.747786 0.955548</w:t>
        <w:br/>
        <w:t>v -0.735029 17.142040 1.469383</w:t>
        <w:br/>
        <w:t>v -0.793210 17.120396 1.481358</w:t>
        <w:br/>
        <w:t>v -0.927183 17.737869 1.019403</w:t>
        <w:br/>
        <w:t>v -0.962181 17.695778 0.980388</w:t>
        <w:br/>
        <w:t>v -0.820064 17.273613 1.498843</w:t>
        <w:br/>
        <w:t>v -0.852564 17.224972 1.451365</w:t>
        <w:br/>
        <w:t>v -0.872150 17.145184 1.489609</w:t>
        <w:br/>
        <w:t>v -0.879257 17.147964 1.451481</w:t>
        <w:br/>
        <w:t>v -0.893196 17.649975 1.065776</w:t>
        <w:br/>
        <w:t>v -0.866766 17.668709 1.023473</w:t>
        <w:br/>
        <w:t>v -0.810746 17.604914 1.009509</w:t>
        <w:br/>
        <w:t>v -0.841136 17.587967 1.050375</w:t>
        <w:br/>
        <w:t>v -0.879144 17.203789 1.517057</w:t>
        <w:br/>
        <w:t>v -0.930705 17.279217 1.488291</w:t>
        <w:br/>
        <w:t>v -0.900328 17.306675 1.467897</w:t>
        <w:br/>
        <w:t>v -0.956960 17.733433 1.059590</w:t>
        <w:br/>
        <w:t>v -0.871188 17.126350 1.447206</w:t>
        <w:br/>
        <w:t>v -0.772700 17.457237 1.216335</w:t>
        <w:br/>
        <w:t>v -0.712146 17.427715 1.195837</w:t>
        <w:br/>
        <w:t>v -1.007197 17.804237 1.018943</w:t>
        <w:br/>
        <w:t>v -0.772700 17.457237 1.216335</w:t>
        <w:br/>
        <w:t>v -0.956960 17.733433 1.059590</w:t>
        <w:br/>
        <w:t>v -0.927183 17.737869 1.019403</w:t>
        <w:br/>
        <w:t>v -0.797244 18.626316 0.106769</w:t>
        <w:br/>
        <w:t>v -0.724075 17.176388 1.447120</w:t>
        <w:br/>
        <w:t>v -0.745746 17.136097 1.398049</w:t>
        <w:br/>
        <w:t>v -0.975259 17.794262 0.985333</w:t>
        <w:br/>
        <w:t>v -0.811146 17.202805 1.456861</w:t>
        <w:br/>
        <w:t>v -0.742698 17.223972 1.491808</w:t>
        <w:br/>
        <w:t>v -0.601817 17.503159 1.114805</w:t>
        <w:br/>
        <w:t>v -0.772750 17.549145 1.184134</w:t>
        <w:br/>
        <w:t>v -0.793222 17.509954 1.125898</w:t>
        <w:br/>
        <w:t>v -1.007197 17.804237 1.018943</w:t>
        <w:br/>
        <w:t>v -0.843871 17.242931 1.526262</w:t>
        <w:br/>
        <w:t>v -0.818378 17.163563 1.519836</w:t>
        <w:br/>
        <w:t>v -0.761009 17.191860 1.519979</w:t>
        <w:br/>
        <w:t>v -0.811808 18.210114 0.434625</w:t>
        <w:br/>
        <w:t>v -0.903476 18.226887 0.472959</w:t>
        <w:br/>
        <w:t>v -0.937650 18.103828 0.594900</w:t>
        <w:br/>
        <w:t>v -0.847930 18.090721 0.558348</w:t>
        <w:br/>
        <w:t>v -0.820064 17.273613 1.498843</w:t>
        <w:br/>
        <w:t>v -0.959121 18.013577 0.751848</w:t>
        <w:br/>
        <w:t>v -0.870338 18.000698 0.712445</w:t>
        <w:br/>
        <w:t>v -0.742698 17.223972 1.491808</w:t>
        <w:br/>
        <w:t>v -0.763270 18.401360 0.343041</w:t>
        <w:br/>
        <w:t>v -0.856074 18.426815 0.393115</w:t>
        <w:br/>
        <w:t>v -0.961157 17.948807 0.905332</w:t>
        <w:br/>
        <w:t>v -0.870738 17.935112 0.857971</w:t>
        <w:br/>
        <w:t>v -0.704390 17.551260 1.204170</w:t>
        <w:br/>
        <w:t>v -0.772700 17.457237 1.216335</w:t>
        <w:br/>
        <w:t>v -0.772750 17.549145 1.184134</w:t>
        <w:br/>
        <w:t>v -0.761009 17.191860 1.519979</w:t>
        <w:br/>
        <w:t>v -0.635080 17.541327 1.194091</w:t>
        <w:br/>
        <w:t>v -0.869102 18.206284 0.774875</w:t>
        <w:br/>
        <w:t>v -0.937650 18.103828 0.594900</w:t>
        <w:br/>
        <w:t>v -0.903476 18.226887 0.472959</w:t>
        <w:br/>
        <w:t>v -0.850416 18.310337 0.638925</w:t>
        <w:br/>
        <w:t>v -0.879869 18.137505 0.940838</w:t>
        <w:br/>
        <w:t>v -0.959121 18.013577 0.751848</w:t>
        <w:br/>
        <w:t>v -0.767267 17.652637 1.205375</w:t>
        <w:br/>
        <w:t>v -0.827384 17.609180 1.129279</w:t>
        <w:br/>
        <w:t>v -0.567469 17.633877 1.113683</w:t>
        <w:br/>
        <w:t>v -0.665919 17.576513 1.089685</w:t>
        <w:br/>
        <w:t>v -0.665582 17.466257 1.101634</w:t>
        <w:br/>
        <w:t>v -0.954262 17.868013 1.024600</w:t>
        <w:br/>
        <w:t>v -0.870588 17.861778 0.977881</w:t>
        <w:br/>
        <w:t>v -0.814980 18.145874 0.922137</w:t>
        <w:br/>
        <w:t>v -0.800816 18.211658 0.756145</w:t>
        <w:br/>
        <w:t>v -0.847930 18.090721 0.558348</w:t>
        <w:br/>
        <w:t>v -0.870338 18.000698 0.712445</w:t>
        <w:br/>
        <w:t>v -0.812832 18.493721 0.541192</w:t>
        <w:br/>
        <w:t>v -0.856074 18.426815 0.393115</w:t>
        <w:br/>
        <w:t>v -0.933028 17.779787 1.093390</w:t>
        <w:br/>
        <w:t>v -0.888287 18.085052 1.107052</w:t>
        <w:br/>
        <w:t>v -0.961157 17.948807 0.905332</w:t>
        <w:br/>
        <w:t>v -0.775161 18.311413 0.621062</w:t>
        <w:br/>
        <w:t>v -0.811808 18.210114 0.434625</w:t>
        <w:br/>
        <w:t>v -0.903676 17.704300 1.126386</w:t>
        <w:br/>
        <w:t>v -0.827384 17.609180 1.129279</w:t>
        <w:br/>
        <w:t>v -0.665919 17.576513 1.089685</w:t>
        <w:br/>
        <w:t>v -0.714682 17.694733 1.080014</w:t>
        <w:br/>
        <w:t>v -0.820464 18.091755 1.078425</w:t>
        <w:br/>
        <w:t>v -0.870738 17.935112 0.857971</w:t>
        <w:br/>
        <w:t>v -0.687115 17.668562 1.211713</w:t>
        <w:br/>
        <w:t>v -0.704390 17.551260 1.204170</w:t>
        <w:br/>
        <w:t>v -0.687115 17.668562 1.211713</w:t>
        <w:br/>
        <w:t>v -0.877957 18.008085 1.229122</w:t>
        <w:br/>
        <w:t>v -0.954262 17.868013 1.024600</w:t>
        <w:br/>
        <w:t>v -0.728396 18.495125 0.530791</w:t>
        <w:br/>
        <w:t>v -0.763270 18.401360 0.343041</w:t>
        <w:br/>
        <w:t>v -0.836764 17.781477 1.055746</w:t>
        <w:br/>
        <w:t>v -0.838800 17.867411 1.276779</w:t>
        <w:br/>
        <w:t>v -0.933028 17.779787 1.093390</w:t>
        <w:br/>
        <w:t>v -0.809385 18.014103 1.193574</w:t>
        <w:br/>
        <w:t>v -0.870588 17.861778 0.977881</w:t>
        <w:br/>
        <w:t>v -0.836764 17.781477 1.055746</w:t>
        <w:br/>
        <w:t>v -0.771126 17.877455 1.244178</w:t>
        <w:br/>
        <w:t>v -0.726935 17.769547 1.242288</w:t>
        <w:br/>
        <w:t>v -0.605265 17.658083 1.184470</w:t>
        <w:br/>
        <w:t>v -0.690775 17.738148 1.157701</w:t>
        <w:br/>
        <w:t>v -0.775161 18.311413 0.621062</w:t>
        <w:br/>
        <w:t>v -0.800816 18.211658 0.756145</w:t>
        <w:br/>
        <w:t>v -0.869102 18.206284 0.774875</w:t>
        <w:br/>
        <w:t>v -0.850416 18.310337 0.638925</w:t>
        <w:br/>
        <w:t>v -0.820739 18.658882 0.328783</w:t>
        <w:br/>
        <w:t>v -0.790049 17.758299 1.244903</w:t>
        <w:br/>
        <w:t>v -0.879869 18.137505 0.940838</w:t>
        <w:br/>
        <w:t>v -0.814980 18.145874 0.922137</w:t>
        <w:br/>
        <w:t>v -0.728396 18.495125 0.530791</w:t>
        <w:br/>
        <w:t>v -0.812832 18.493721 0.541192</w:t>
        <w:br/>
        <w:t>v -0.888287 18.085052 1.107052</w:t>
        <w:br/>
        <w:t>v -0.820464 18.091755 1.078425</w:t>
        <w:br/>
        <w:t>v -0.726935 17.769547 1.242288</w:t>
        <w:br/>
        <w:t>v -0.838800 17.867411 1.276779</w:t>
        <w:br/>
        <w:t>v -0.809385 18.014103 1.193574</w:t>
        <w:br/>
        <w:t>v -0.771126 17.877455 1.244178</w:t>
        <w:br/>
        <w:t>v -0.877957 18.008085 1.229122</w:t>
        <w:br/>
        <w:t>v -0.714682 17.694733 1.080014</w:t>
        <w:br/>
        <w:t>v -0.567469 17.633877 1.113683</w:t>
        <w:br/>
        <w:t>v -0.601817 17.503159 1.114805</w:t>
        <w:br/>
        <w:t>v -0.682819 17.379538 1.147133</w:t>
        <w:br/>
        <w:t>v -0.770314 17.290237 1.166553</w:t>
        <w:br/>
        <w:t>v -0.852427 17.213234 1.192721</w:t>
        <w:br/>
        <w:t>v -0.906099 17.186260 1.252856</w:t>
        <w:br/>
        <w:t>v -0.928157 17.171337 1.337185</w:t>
        <w:br/>
        <w:t>v -0.912219 17.165138 1.411609</w:t>
        <w:br/>
        <w:t>v -0.891398 17.160187 1.443280</w:t>
        <w:br/>
        <w:t>v -0.879257 17.147964 1.451481</w:t>
        <w:br/>
        <w:t>v -0.871188 17.126350 1.447206</w:t>
        <w:br/>
        <w:t>v -0.877096 17.100510 1.437330</w:t>
        <w:br/>
        <w:t>v -0.909384 17.076397 1.428404</w:t>
        <w:br/>
        <w:t>v -0.726935 17.769547 1.242288</w:t>
        <w:br/>
        <w:t>v -0.567469 17.633877 1.113683</w:t>
        <w:br/>
        <w:t>v -0.605265 17.658083 1.184470</w:t>
        <w:br/>
        <w:t>v -0.714682 17.694733 1.080014</w:t>
        <w:br/>
        <w:t>v -0.968089 16.989113 1.450231</w:t>
        <w:br/>
        <w:t>v -0.932816 17.027260 1.431047</w:t>
        <w:br/>
        <w:t>v -0.887575 17.049187 1.436460</w:t>
        <w:br/>
        <w:t>v -0.854038 17.076321 1.459675</w:t>
        <w:br/>
        <w:t>v -0.853276 17.109848 1.479112</w:t>
        <w:br/>
        <w:t>v -0.897393 17.169262 1.482320</w:t>
        <w:br/>
        <w:t>v -0.872150 17.145184 1.489609</w:t>
        <w:br/>
        <w:t>v -0.933053 17.181999 1.444813</w:t>
        <w:br/>
        <w:t>v -0.968826 17.188995 1.351618</w:t>
        <w:br/>
        <w:t>v -0.956211 17.198467 1.244211</w:t>
        <w:br/>
        <w:t>v -0.898742 17.219528 1.158768</w:t>
        <w:br/>
        <w:t>v -0.708836 17.366093 1.115519</w:t>
        <w:br/>
        <w:t>v -0.808698 17.413025 1.127916</w:t>
        <w:br/>
        <w:t>v -0.801965 17.285603 1.128076</w:t>
        <w:br/>
        <w:t>v -0.665582 17.466257 1.101634</w:t>
        <w:br/>
        <w:t>v -0.793222 17.509954 1.125898</w:t>
        <w:br/>
        <w:t>v -0.903676 17.704300 1.126386</w:t>
        <w:br/>
        <w:t>v -1.002238 16.944221 1.540862</w:t>
        <w:br/>
        <w:t>v -0.854038 17.076321 1.459675</w:t>
        <w:br/>
        <w:t>v -0.877096 17.100510 1.437330</w:t>
        <w:br/>
        <w:t>v -0.853276 17.109848 1.479112</w:t>
        <w:br/>
        <w:t>v -0.802290 17.496811 0.996267</w:t>
        <w:br/>
        <w:t>v -0.781918 17.521629 1.021267</w:t>
        <w:br/>
        <w:t>v -0.722289 17.457613 1.041242</w:t>
        <w:br/>
        <w:t>v -0.733580 17.442184 1.025000</w:t>
        <w:br/>
        <w:t>v -0.752903 17.533182 0.989242</w:t>
        <w:br/>
        <w:t>v -0.702366 17.462288 1.023750</w:t>
        <w:br/>
        <w:t>v -0.722289 17.457613 1.041242</w:t>
        <w:br/>
        <w:t>v -0.781918 17.521629 1.021267</w:t>
        <w:br/>
        <w:t>v -0.702366 17.462288 1.023750</w:t>
        <w:br/>
        <w:t>v -0.752903 17.533182 0.989242</w:t>
        <w:br/>
        <w:t>v -0.776885 17.497570 0.948535</w:t>
        <w:br/>
        <w:t>v -0.715069 17.439646 0.998146</w:t>
        <w:br/>
        <w:t>v -0.715069 17.439646 0.998146</w:t>
        <w:br/>
        <w:t>v -0.776885 17.497570 0.948535</w:t>
        <w:br/>
        <w:t>v -0.798743 17.484552 0.960662</w:t>
        <w:br/>
        <w:t>v -0.729258 17.432947 1.003945</w:t>
        <w:br/>
        <w:t>v -0.798743 17.484552 0.960662</w:t>
        <w:br/>
        <w:t>v -0.729258 17.432947 1.003945</w:t>
        <w:br/>
        <w:t>v -0.661847 17.394226 1.078747</w:t>
        <w:br/>
        <w:t>v -0.661847 17.394226 1.078747</w:t>
        <w:br/>
        <w:t>v -0.661847 17.394226 1.078747</w:t>
        <w:br/>
        <w:t>v -0.661847 17.394226 1.078747</w:t>
        <w:br/>
        <w:t>v -0.874648 19.225681 0.187312</w:t>
        <w:br/>
        <w:t>v -0.844780 19.235331 0.368829</w:t>
        <w:br/>
        <w:t>v 0.989373 18.416456 0.161665</w:t>
        <w:br/>
        <w:t>v 0.921525 18.403078 0.220321</w:t>
        <w:br/>
        <w:t>v 0.995381 18.407742 0.163089</w:t>
        <w:br/>
        <w:t>v 1.068738 18.451395 0.097833</w:t>
        <w:br/>
        <w:t>v 1.049328 18.468744 0.105318</w:t>
        <w:br/>
        <w:t>v 0.987762 18.425537 0.165450</w:t>
        <w:br/>
        <w:t>v 0.995381 18.407742 0.163089</w:t>
        <w:br/>
        <w:t>v 0.921525 18.403078 0.220321</w:t>
        <w:br/>
        <w:t>v 1.004174 18.408888 0.173744</w:t>
        <w:br/>
        <w:t>v 1.043570 18.485464 0.123875</w:t>
        <w:br/>
        <w:t>v 1.068738 18.451395 0.097833</w:t>
        <w:br/>
        <w:t>v 1.084251 18.452387 0.118766</w:t>
        <w:br/>
        <w:t>v 0.987762 18.425537 0.165450</w:t>
        <w:br/>
        <w:t>v 0.997754 18.425863 0.177091</w:t>
        <w:br/>
        <w:t>v 0.921525 18.403078 0.220321</w:t>
        <w:br/>
        <w:t>v 0.921525 18.403078 0.220321</w:t>
        <w:br/>
        <w:t>v 1.003038 18.417543 0.177890</w:t>
        <w:br/>
        <w:t>v 1.004174 18.408888 0.173744</w:t>
        <w:br/>
        <w:t>v 0.997754 18.425863 0.177091</w:t>
        <w:br/>
        <w:t>v 1.078580 18.656521 0.041961</w:t>
        <w:br/>
        <w:t>v 1.081341 18.555840 0.062169</w:t>
        <w:br/>
        <w:t>v 1.118475 18.534304 0.036151</w:t>
        <w:br/>
        <w:t>v 1.133364 18.638622 -0.006876</w:t>
        <w:br/>
        <w:t>v 1.084251 18.452387 0.118766</w:t>
        <w:br/>
        <w:t>v 1.081428 18.467596 0.134159</w:t>
        <w:br/>
        <w:t>v 1.043570 18.485464 0.123875</w:t>
        <w:br/>
        <w:t>v 1.068251 18.483536 0.140152</w:t>
        <w:br/>
        <w:t>v 1.069925 18.676628 0.111202</w:t>
        <w:br/>
        <w:t>v 1.072997 18.576906 0.104758</w:t>
        <w:br/>
        <w:t>v 1.133364 18.638622 -0.006876</w:t>
        <w:br/>
        <w:t>v 1.118475 18.534304 0.036151</w:t>
        <w:br/>
        <w:t>v 1.143094 18.535725 0.065353</w:t>
        <w:br/>
        <w:t>v 1.170198 18.641424 0.029429</w:t>
        <w:br/>
        <w:t>v 1.164777 18.661335 0.083775</w:t>
        <w:br/>
        <w:t>v 1.139047 18.555098 0.099258</w:t>
        <w:br/>
        <w:t>v 1.127643 18.679449 0.122497</w:t>
        <w:br/>
        <w:t>v 1.114853 18.575071 0.120189</w:t>
        <w:br/>
        <w:t>v 1.069925 18.676628 0.111202</w:t>
        <w:br/>
        <w:t>v 1.037100 18.779676 0.041443</w:t>
        <w:br/>
        <w:t>v 1.104601 18.777498 -0.023799</w:t>
        <w:br/>
        <w:t>v 1.032983 18.793226 0.139322</w:t>
        <w:br/>
        <w:t>v 1.104601 18.777498 -0.023799</w:t>
        <w:br/>
        <w:t>v 1.166269 18.786667 0.021737</w:t>
        <w:br/>
        <w:t>v 1.155592 18.801800 0.098562</w:t>
        <w:br/>
        <w:t>v 1.032983 18.793226 0.139322</w:t>
        <w:br/>
        <w:t>v 1.105043 18.808329 0.144527</w:t>
        <w:br/>
        <w:t>v 0.952090 18.916344 0.079193</w:t>
        <w:br/>
        <w:t>v 1.031940 18.941456 -0.003008</w:t>
        <w:br/>
        <w:t>v 0.953972 18.919350 0.188563</w:t>
        <w:br/>
        <w:t>v 1.031940 18.941456 -0.003008</w:t>
        <w:br/>
        <w:t>v 1.131849 18.961899 0.052839</w:t>
        <w:br/>
        <w:t>v 1.116039 18.962238 0.148365</w:t>
        <w:br/>
        <w:t>v 1.131849 18.961899 0.052839</w:t>
        <w:br/>
        <w:t>v 0.952583 19.106823 0.045427</w:t>
        <w:br/>
        <w:t>v 0.869071 19.058723 0.146122</w:t>
        <w:br/>
        <w:t>v 0.953972 18.919350 0.188563</w:t>
        <w:br/>
        <w:t>v 1.046898 18.951260 0.197170</w:t>
        <w:br/>
        <w:t>v 0.877477 19.040970 0.252720</w:t>
        <w:br/>
        <w:t>v 1.081855 19.133457 0.108403</w:t>
        <w:br/>
        <w:t>v 0.952583 19.106823 0.045427</w:t>
        <w:br/>
        <w:t>v 1.065630 19.117908 0.213725</w:t>
        <w:br/>
        <w:t>v 1.081855 19.133457 0.108403</w:t>
        <w:br/>
        <w:t>v 0.877477 19.040970 0.252720</w:t>
        <w:br/>
        <w:t>v 0.983522 19.085155 0.270995</w:t>
        <w:br/>
        <w:t>v 1.072997 18.576906 0.104758</w:t>
        <w:br/>
        <w:t>v 0.840735 19.235312 0.368892</w:t>
        <w:br/>
        <w:t>v -1.053625 18.468740 0.105318</w:t>
        <w:br/>
        <w:t>v -1.073036 18.451391 0.097832</w:t>
        <w:br/>
        <w:t>v -1.047867 18.485462 0.123874</w:t>
        <w:br/>
        <w:t>v -1.073036 18.451391 0.097832</w:t>
        <w:br/>
        <w:t>v -1.088549 18.452385 0.118765</w:t>
        <w:br/>
        <w:t>v -1.122773 18.534302 0.036150</w:t>
        <w:br/>
        <w:t>v -1.085639 18.555834 0.062168</w:t>
        <w:br/>
        <w:t>v -1.082878 18.656517 0.041961</w:t>
        <w:br/>
        <w:t>v -1.137661 18.638620 -0.006876</w:t>
        <w:br/>
        <w:t>v -1.088549 18.452385 0.118765</w:t>
        <w:br/>
        <w:t>v -1.085726 18.467594 0.134159</w:t>
        <w:br/>
        <w:t>v -1.072548 18.483534 0.140151</w:t>
        <w:br/>
        <w:t>v -1.047867 18.485462 0.123874</w:t>
        <w:br/>
        <w:t>v -1.077295 18.576902 0.104757</w:t>
        <w:br/>
        <w:t>v -1.074222 18.676624 0.111202</w:t>
        <w:br/>
        <w:t>v -1.072548 18.483534 0.140151</w:t>
        <w:br/>
        <w:t>v -1.147392 18.535723 0.065353</w:t>
        <w:br/>
        <w:t>v -1.122773 18.534302 0.036150</w:t>
        <w:br/>
        <w:t>v -1.137661 18.638620 -0.006876</w:t>
        <w:br/>
        <w:t>v -1.174496 18.641422 0.029429</w:t>
        <w:br/>
        <w:t>v -1.169075 18.661331 0.083774</w:t>
        <w:br/>
        <w:t>v -1.143345 18.555094 0.099258</w:t>
        <w:br/>
        <w:t>v -1.077295 18.576902 0.104757</w:t>
        <w:br/>
        <w:t>v -1.119151 18.575068 0.120189</w:t>
        <w:br/>
        <w:t>v -1.131941 18.679447 0.122496</w:t>
        <w:br/>
        <w:t>v -1.074222 18.676624 0.111202</w:t>
        <w:br/>
        <w:t>v -1.041427 18.779675 0.041444</w:t>
        <w:br/>
        <w:t>v -1.108923 18.777496 -0.023798</w:t>
        <w:br/>
        <w:t>v -1.037314 18.793222 0.139323</w:t>
        <w:br/>
        <w:t>v -1.108923 18.777496 -0.023798</w:t>
        <w:br/>
        <w:t>v -1.170581 18.786665 0.021738</w:t>
        <w:br/>
        <w:t>v -1.170581 18.786665 0.021738</w:t>
        <w:br/>
        <w:t>v -1.159907 18.801798 0.098563</w:t>
        <w:br/>
        <w:t>v -1.037314 18.793222 0.139323</w:t>
        <w:br/>
        <w:t>v -1.109369 18.808327 0.144528</w:t>
        <w:br/>
        <w:t>v -0.956480 18.916346 0.079197</w:t>
        <w:br/>
        <w:t>v -1.036324 18.941452 -0.003005</w:t>
        <w:br/>
        <w:t>v -0.958360 18.919350 0.188566</w:t>
        <w:br/>
        <w:t>v -1.036324 18.941452 -0.003005</w:t>
        <w:br/>
        <w:t>v -1.136204 18.961899 0.052842</w:t>
        <w:br/>
        <w:t>v -1.136204 18.961899 0.052842</w:t>
        <w:br/>
        <w:t>v -1.120399 18.962236 0.148368</w:t>
        <w:br/>
        <w:t>v -1.051273 18.951260 0.197173</w:t>
        <w:br/>
        <w:t>v -0.958360 18.919350 0.188566</w:t>
        <w:br/>
        <w:t>v -0.881919 19.040966 0.252726</w:t>
        <w:br/>
        <w:t>v -0.873524 19.058723 0.146128</w:t>
        <w:br/>
        <w:t>v -0.957074 19.106819 0.045437</w:t>
        <w:br/>
        <w:t>v -1.086306 19.133459 0.108412</w:t>
        <w:br/>
        <w:t>v -1.086306 19.133459 0.108412</w:t>
        <w:br/>
        <w:t>v -1.070076 19.117907 0.213734</w:t>
        <w:br/>
        <w:t>v -0.881919 19.040966 0.252726</w:t>
        <w:br/>
        <w:t>v -0.987989 19.085157 0.271004</w:t>
        <w:br/>
        <w:t>v -0.957074 19.106819 0.045437</w:t>
        <w:br/>
        <w:t>v -0.917070 19.264360 0.097950</w:t>
        <w:br/>
        <w:t>v -0.844780 19.235331 0.368829</w:t>
        <w:br/>
        <w:t>v 0.144027 19.386662 1.091510</w:t>
        <w:br/>
        <w:t>v 0.170208 19.423759 1.109621</w:t>
        <w:br/>
        <w:t>v 0.123468 19.457211 1.172086</w:t>
        <w:br/>
        <w:t>v 0.070421 19.394009 1.127507</w:t>
        <w:br/>
        <w:t>v 0.067136 19.387711 1.164529</w:t>
        <w:br/>
        <w:t>v 0.137732 19.382515 1.113718</w:t>
        <w:br/>
        <w:t>v 0.144027 19.386662 1.091510</w:t>
        <w:br/>
        <w:t>v 0.070421 19.394009 1.127507</w:t>
        <w:br/>
        <w:t>v 0.093116 19.402889 1.196030</w:t>
        <w:br/>
        <w:t>v 0.149623 19.391247 1.130867</w:t>
        <w:br/>
        <w:t>v 0.122681 19.432629 1.197704</w:t>
        <w:br/>
        <w:t>v 0.166998 19.409096 1.125846</w:t>
        <w:br/>
        <w:t>v 0.123468 19.457211 1.172086</w:t>
        <w:br/>
        <w:t>v 0.170208 19.423759 1.109621</w:t>
        <w:br/>
        <w:t>v 0.219258 19.393383 1.059297</w:t>
        <w:br/>
        <w:t>v 0.081138 19.492233 1.235213</w:t>
        <w:br/>
        <w:t>v 0.219258 19.393383 1.059297</w:t>
        <w:br/>
        <w:t>v 0.081138 19.492233 1.235213</w:t>
        <w:br/>
        <w:t>v -0.022533 19.422310 1.186013</w:t>
        <w:br/>
        <w:t>v 0.219258 19.393383 1.059297</w:t>
        <w:br/>
        <w:t>v -0.056970 19.392796 1.154349</w:t>
        <w:br/>
        <w:t>v -0.089757 19.368389 1.114854</w:t>
        <w:br/>
        <w:t>v -0.100025 19.380619 1.055150</w:t>
        <w:br/>
        <w:t>v -0.074519 19.412704 1.081292</w:t>
        <w:br/>
        <w:t>v -0.087209 19.357773 1.047968</w:t>
        <w:br/>
        <w:t>v -0.048364 19.375786 1.067540</w:t>
        <w:br/>
        <w:t>v -0.074519 19.412704 1.081292</w:t>
        <w:br/>
        <w:t>v -0.100025 19.380619 1.055150</w:t>
        <w:br/>
        <w:t>v -0.087209 19.357773 1.047968</w:t>
        <w:br/>
        <w:t>v -0.089757 19.368389 1.114854</w:t>
        <w:br/>
        <w:t>v -0.056970 19.392796 1.154349</w:t>
        <w:br/>
        <w:t>v -0.048364 19.375786 1.067540</w:t>
        <w:br/>
        <w:t>v -0.142642 19.334866 1.011695</w:t>
        <w:br/>
        <w:t>v -0.142642 19.334866 1.011695</w:t>
        <w:br/>
        <w:t>v -0.048364 19.451214 1.105124</w:t>
        <w:br/>
        <w:t>v -0.022533 19.422310 1.186013</w:t>
        <w:br/>
        <w:t>v -0.142642 19.334866 1.011695</w:t>
        <w:br/>
        <w:t>v -0.227965 19.489498 1.157959</w:t>
        <w:br/>
        <w:t>v -0.258167 19.532391 1.170662</w:t>
        <w:br/>
        <w:t>v -0.280500 19.520626 1.193831</w:t>
        <w:br/>
        <w:t>v -0.244015 19.483463 1.177694</w:t>
        <w:br/>
        <w:t>v -0.275541 19.521572 1.222684</w:t>
        <w:br/>
        <w:t>v -0.240755 19.484589 1.191696</w:t>
        <w:br/>
        <w:t>v -0.244015 19.483463 1.177694</w:t>
        <w:br/>
        <w:t>v -0.280500 19.520626 1.193831</w:t>
        <w:br/>
        <w:t>v -0.275541 19.521572 1.222684</w:t>
        <w:br/>
        <w:t>v -0.253083 19.529446 1.208483</w:t>
        <w:br/>
        <w:t>v -0.225517 19.487587 1.183502</w:t>
        <w:br/>
        <w:t>v -0.240755 19.484589 1.191696</w:t>
        <w:br/>
        <w:t>v -0.216948 19.492931 1.169413</w:t>
        <w:br/>
        <w:t>v -0.240780 19.538498 1.179805</w:t>
        <w:br/>
        <w:t>v -0.258167 19.532391 1.170662</w:t>
        <w:br/>
        <w:t>v -0.227965 19.489498 1.157959</w:t>
        <w:br/>
        <w:t>v -0.253083 19.529446 1.208483</w:t>
        <w:br/>
        <w:t>v -0.240780 19.538498 1.179805</w:t>
        <w:br/>
        <w:t>v -0.216948 19.492931 1.169413</w:t>
        <w:br/>
        <w:t>v -0.225517 19.487587 1.183502</w:t>
        <w:br/>
        <w:t>v -0.179177 19.430218 1.122148</w:t>
        <w:br/>
        <w:t>v -0.179177 19.430218 1.122148</w:t>
        <w:br/>
        <w:t>v -0.179177 19.430218 1.122148</w:t>
        <w:br/>
        <w:t>v -0.179177 19.430218 1.122148</w:t>
        <w:br/>
        <w:t>v -0.179177 19.430218 1.122148</w:t>
        <w:br/>
        <w:t>v -0.274242 19.570301 1.228742</w:t>
        <w:br/>
        <w:t>v 0.543246 19.566248 1.057208</w:t>
        <w:br/>
        <w:t>v 0.508213 19.569685 1.025293</w:t>
        <w:br/>
        <w:t>v 0.449018 19.639233 1.071169</w:t>
        <w:br/>
        <w:t>v 0.492189 19.633972 1.111742</w:t>
        <w:br/>
        <w:t>v 0.540868 19.673454 1.108911</w:t>
        <w:br/>
        <w:t>v 0.574381 19.593477 1.052354</w:t>
        <w:br/>
        <w:t>v 0.543246 19.566248 1.057208</w:t>
        <w:br/>
        <w:t>v 0.492189 19.633972 1.111742</w:t>
        <w:br/>
        <w:t>v 0.561735 19.602083 1.015454</w:t>
        <w:br/>
        <w:t>v 0.525186 19.687168 1.055646</w:t>
        <w:br/>
        <w:t>v 0.449018 19.639233 1.071169</w:t>
        <w:br/>
        <w:t>v 0.508213 19.569685 1.025293</w:t>
        <w:br/>
        <w:t>v 0.561735 19.602083 1.015454</w:t>
        <w:br/>
        <w:t>v 0.574381 19.593477 1.052354</w:t>
        <w:br/>
        <w:t>v 0.540868 19.673454 1.108911</w:t>
        <w:br/>
        <w:t>v 0.525186 19.687168 1.055646</w:t>
        <w:br/>
        <w:t>v 0.446628 19.702745 1.155655</w:t>
        <w:br/>
        <w:t>v 0.173975 20.857235 0.565460</w:t>
        <w:br/>
        <w:t>v 0.227886 20.862204 0.566181</w:t>
        <w:br/>
        <w:t>v 0.227886 20.862204 0.566181</w:t>
        <w:br/>
        <w:t>v -0.175872 20.879850 0.599050</w:t>
        <w:br/>
        <w:t>v -0.163898 20.848780 0.514702</w:t>
        <w:br/>
        <w:t>v 0.629848 19.019918 0.105476</w:t>
        <w:br/>
        <w:t>v 0.743062 19.200325 0.084922</w:t>
        <w:br/>
        <w:t>v -0.183654 20.900730 0.612654</w:t>
        <w:br/>
        <w:t>v -0.747566 19.200327 0.084931</w:t>
        <w:br/>
        <w:t>v 0.217048 19.953299 1.152562</w:t>
        <w:br/>
        <w:t>v -0.163898 20.848780 0.514702</w:t>
        <w:br/>
        <w:t>v -0.591200 19.254227 -0.559247</w:t>
        <w:br/>
        <w:t>v -0.406802 19.179361 -0.718706</w:t>
        <w:br/>
        <w:t>v -0.435151 19.378990 -0.898456</w:t>
        <w:br/>
        <w:t>v -0.649701 19.440161 -0.712206</w:t>
        <w:br/>
        <w:t>v -0.385486 19.652424 -1.012130</w:t>
        <w:br/>
        <w:t>v -0.622919 19.675276 -0.841325</w:t>
        <w:br/>
        <w:t>v -0.791048 19.434862 -0.407721</w:t>
        <w:br/>
        <w:t>v -0.790492 19.572041 -0.582981</w:t>
        <w:br/>
        <w:t>v -0.182066 19.371752 -0.999602</w:t>
        <w:br/>
        <w:t>v -0.182123 19.154329 -0.817654</w:t>
        <w:br/>
        <w:t>v -0.498420 19.109694 -0.437015</w:t>
        <w:br/>
        <w:t>v -0.340365 19.044807 -0.550540</w:t>
        <w:br/>
        <w:t>v -0.746120 19.749418 -0.733326</w:t>
        <w:br/>
        <w:t>v -0.159934 19.645163 -1.096460</w:t>
        <w:br/>
        <w:t>v -0.647869 19.218092 -0.317545</w:t>
        <w:br/>
        <w:t>v -0.169632 19.012980 -0.627567</w:t>
        <w:br/>
        <w:t>v -0.329899 19.928926 -1.047579</w:t>
        <w:br/>
        <w:t>v -0.540613 19.922392 -0.907283</w:t>
        <w:br/>
        <w:t>v -0.614935 19.955471 -0.866081</w:t>
        <w:br/>
        <w:t>v -0.912205 19.780085 -0.414388</w:t>
        <w:br/>
        <w:t>v -0.839822 19.876465 -0.624689</w:t>
        <w:br/>
        <w:t>v -0.262799 18.919119 -0.361612</w:t>
        <w:br/>
        <w:t>v -0.364347 18.975700 -0.287403</w:t>
        <w:br/>
        <w:t>v -0.496484 19.070572 -0.224888</w:t>
        <w:br/>
        <w:t>v -0.767178 19.380817 -0.190127</w:t>
        <w:br/>
        <w:t>v 0.000001 19.372288 -1.012149</w:t>
        <w:br/>
        <w:t>v 0.000001 19.149143 -0.833963</w:t>
        <w:br/>
        <w:t>v -0.145755 19.925213 -1.120675</w:t>
        <w:br/>
        <w:t>v -0.147749 18.891607 -0.397597</w:t>
        <w:br/>
        <w:t>v -0.671415 20.029551 -0.826802</w:t>
        <w:br/>
        <w:t>v -0.232247 18.894327 -0.343354</w:t>
        <w:br/>
        <w:t>v -0.321904 18.902699 -0.266304</w:t>
        <w:br/>
        <w:t>v -0.361237 18.950106 -0.245988</w:t>
        <w:br/>
        <w:t>v -0.402355 18.943821 -0.213604</w:t>
        <w:br/>
        <w:t>v -0.433982 19.012531 -0.208498</w:t>
        <w:br/>
        <w:t>v 0.000198 19.645111 -1.103752</w:t>
        <w:br/>
        <w:t>v -0.660959 19.170778 -0.105117</w:t>
        <w:br/>
        <w:t>v -0.128764 18.822218 -0.371359</w:t>
        <w:br/>
        <w:t>v 0.000001 19.002020 -0.646060</w:t>
        <w:br/>
        <w:t>v -0.480359 19.021803 -0.110979</w:t>
        <w:br/>
        <w:t>v -0.868951 19.641926 -0.107887</w:t>
        <w:br/>
        <w:t>v -0.917639 19.712616 -0.248301</w:t>
        <w:br/>
        <w:t>v -0.960124 19.943172 -0.344883</w:t>
        <w:br/>
        <w:t>v -0.887796 19.998798 -0.538775</w:t>
        <w:br/>
        <w:t>v 0.000001 18.879337 -0.412215</w:t>
        <w:br/>
        <w:t>v -0.700488 20.101671 -0.781084</w:t>
        <w:br/>
        <w:t>v 0.000001 18.844780 -0.395092</w:t>
        <w:br/>
        <w:t>v -0.440775 20.176682 -0.941249</w:t>
        <w:br/>
        <w:t>v -0.764381 19.315903 -0.146350</w:t>
        <w:br/>
        <w:t>v -0.281390 20.222670 -1.039635</w:t>
        <w:br/>
        <w:t>v -0.248235 19.075546 -0.066329</w:t>
        <w:br/>
        <w:t>v -0.361237 18.950106 -0.245988</w:t>
        <w:br/>
        <w:t>v -0.402355 18.943821 -0.213604</w:t>
        <w:br/>
        <w:t>v -0.295612 19.051428 -0.061722</w:t>
        <w:br/>
        <w:t>v -0.232247 18.894327 -0.343354</w:t>
        <w:br/>
        <w:t>v -0.321904 18.902699 -0.266304</w:t>
        <w:br/>
        <w:t>v -0.231848 19.043482 -0.111000</w:t>
        <w:br/>
        <w:t>v -0.382146 19.058897 -0.024700</w:t>
        <w:br/>
        <w:t>v -0.614070 19.177713 -0.023206</w:t>
        <w:br/>
        <w:t>v -0.323253 19.105860 -0.057602</w:t>
        <w:br/>
        <w:t>v -0.295612 19.051428 -0.061722</w:t>
        <w:br/>
        <w:t>v -0.402355 18.943821 -0.213604</w:t>
        <w:br/>
        <w:t>v -0.433982 19.012531 -0.208498</w:t>
        <w:br/>
        <w:t>v -0.161738 18.981403 -0.125923</w:t>
        <w:br/>
        <w:t>v -0.128764 18.822218 -0.371359</w:t>
        <w:br/>
        <w:t>v 0.001897 19.924265 -1.127828</w:t>
        <w:br/>
        <w:t>v -0.970453 19.901272 -0.184409</w:t>
        <w:br/>
        <w:t>v -0.764381 19.315903 -0.146350</w:t>
        <w:br/>
        <w:t>v -0.504359 20.198961 -0.900219</w:t>
        <w:br/>
        <w:t>v -0.382146 19.058897 -0.024700</w:t>
        <w:br/>
        <w:t>v -0.323253 19.105860 -0.057602</w:t>
        <w:br/>
        <w:t>v -0.433982 19.012531 -0.208498</w:t>
        <w:br/>
        <w:t>v -0.480359 19.021803 -0.110979</w:t>
        <w:br/>
        <w:t>v 0.182125 19.154331 -0.817655</w:t>
        <w:br/>
        <w:t>v 0.185547 19.371311 -0.998758</w:t>
        <w:br/>
        <w:t>v 0.000001 19.372288 -1.012149</w:t>
        <w:br/>
        <w:t>v 0.000001 19.149143 -0.833963</w:t>
        <w:br/>
        <w:t>v -0.852512 20.016745 -0.511253</w:t>
        <w:br/>
        <w:t>v -0.887796 19.998798 -0.538775</w:t>
        <w:br/>
        <w:t>v -0.700488 20.101671 -0.781084</w:t>
        <w:br/>
        <w:t>v -0.676047 20.110977 -0.733888</w:t>
        <w:br/>
        <w:t>v 0.169635 19.012980 -0.627567</w:t>
        <w:br/>
        <w:t>v 0.000001 19.002020 -0.646060</w:t>
        <w:br/>
        <w:t>v 0.000001 18.993290 -0.114692</w:t>
        <w:br/>
        <w:t>v 0.000001 18.844780 -0.395092</w:t>
        <w:br/>
        <w:t>v -0.077802 18.954477 -0.135287</w:t>
        <w:br/>
        <w:t>v -0.921344 19.961752 -0.325138</w:t>
        <w:br/>
        <w:t>v -0.960124 19.943172 -0.344883</w:t>
        <w:br/>
        <w:t>v -0.140609 20.207516 -1.100486</w:t>
        <w:br/>
        <w:t>v 0.147751 18.891607 -0.397597</w:t>
        <w:br/>
        <w:t>v 0.000001 18.879337 -0.412215</w:t>
        <w:br/>
        <w:t>v 0.000001 18.844780 -0.395092</w:t>
        <w:br/>
        <w:t>v 0.128766 18.822218 -0.371359</w:t>
        <w:br/>
        <w:t>v -0.504359 20.198961 -0.900219</w:t>
        <w:br/>
        <w:t>v -0.577810 19.481400 -0.102736</w:t>
        <w:br/>
        <w:t>v -0.614070 19.177713 -0.023206</w:t>
        <w:br/>
        <w:t>v -0.764381 19.315903 -0.146350</w:t>
        <w:br/>
        <w:t>v -0.676047 20.110977 -0.733888</w:t>
        <w:br/>
        <w:t>v -0.732951 20.228878 -0.779953</w:t>
        <w:br/>
        <w:t>v -0.948748 20.158300 -0.521109</w:t>
        <w:br/>
        <w:t>v -0.852512 20.016745 -0.511253</w:t>
        <w:br/>
        <w:t>v 0.178968 19.642590 -1.091682</w:t>
        <w:br/>
        <w:t>v 0.000198 19.645111 -1.103752</w:t>
        <w:br/>
        <w:t>v -0.502190 20.289141 -0.900144</w:t>
        <w:br/>
        <w:t>v -0.763678 20.327511 -0.777249</w:t>
        <w:br/>
        <w:t>v -0.921344 19.961752 -0.325138</w:t>
        <w:br/>
        <w:t>v -0.614070 19.177713 -0.023206</w:t>
        <w:br/>
        <w:t>v -0.473064 19.229191 -0.099380</w:t>
        <w:br/>
        <w:t>v -0.382146 19.058897 -0.024700</w:t>
        <w:br/>
        <w:t>v -0.513650 20.390190 -0.902749</w:t>
        <w:br/>
        <w:t>v -0.937199 19.916094 -0.172565</w:t>
        <w:br/>
        <w:t>v -0.970453 19.901272 -0.184409</w:t>
        <w:br/>
        <w:t>v -1.037088 20.277279 -0.295587</w:t>
        <w:br/>
        <w:t>v -1.021756 20.122505 -0.318207</w:t>
        <w:br/>
        <w:t>v -0.966725 20.287546 -0.507760</w:t>
        <w:br/>
        <w:t>v -0.764381 19.315903 -0.146350</w:t>
        <w:br/>
        <w:t>v -0.713232 19.442137 0.003277</w:t>
        <w:br/>
        <w:t>v -0.577810 19.481400 -0.102736</w:t>
        <w:br/>
        <w:t>v -0.923859 19.853785 -0.052671</w:t>
        <w:br/>
        <w:t>v -0.577810 19.481400 -0.102736</w:t>
        <w:br/>
        <w:t>v -0.442650 19.313684 -0.220891</w:t>
        <w:br/>
        <w:t>v -0.371467 19.168848 -0.150190</w:t>
        <w:br/>
        <w:t>v -0.315044 20.460812 -0.974915</w:t>
        <w:br/>
        <w:t>v -0.323253 19.105860 -0.057602</w:t>
        <w:br/>
        <w:t>v 0.000001 18.993290 -0.114692</w:t>
        <w:br/>
        <w:t>v 0.077805 18.954477 -0.135287</w:t>
        <w:br/>
        <w:t>v 0.128766 18.822218 -0.371359</w:t>
        <w:br/>
        <w:t>v 0.000001 18.844780 -0.395092</w:t>
        <w:br/>
        <w:t>v 0.002111 20.204666 -1.110552</w:t>
        <w:br/>
        <w:t>v -0.295612 19.051428 -0.061722</w:t>
        <w:br/>
        <w:t>v -0.917175 20.345913 -0.448158</w:t>
        <w:br/>
        <w:t>v -0.763678 20.327511 -0.777249</w:t>
        <w:br/>
        <w:t>v -0.726979 20.360073 -0.725397</w:t>
        <w:br/>
        <w:t>v -0.371467 19.168848 -0.150190</w:t>
        <w:br/>
        <w:t>v -0.248235 19.075546 -0.066329</w:t>
        <w:br/>
        <w:t>v -0.295612 19.051428 -0.061722</w:t>
        <w:br/>
        <w:t>v -0.138002 20.398582 -1.047053</w:t>
        <w:br/>
        <w:t>v -0.240562 20.430054 -1.005463</w:t>
        <w:br/>
        <w:t>v -0.204256 19.141655 -0.174558</w:t>
        <w:br/>
        <w:t>v -0.242914 19.261921 -0.279069</w:t>
        <w:br/>
        <w:t>v -0.499326 20.420813 -0.858301</w:t>
        <w:br/>
        <w:t>v -0.513650 20.390190 -0.902749</w:t>
        <w:br/>
        <w:t>v -0.713232 19.442137 0.003277</w:t>
        <w:br/>
        <w:t>v -0.751528 19.468208 0.088076</w:t>
        <w:br/>
        <w:t>v 0.169753 19.921799 -1.114414</w:t>
        <w:br/>
        <w:t>v 0.001897 19.924265 -1.127828</w:t>
        <w:br/>
        <w:t>v 0.262801 18.919119 -0.361612</w:t>
        <w:br/>
        <w:t>v 0.232250 18.894327 -0.343354</w:t>
        <w:br/>
        <w:t>v -0.231848 19.043482 -0.111000</w:t>
        <w:br/>
        <w:t>v -0.161738 18.981403 -0.125923</w:t>
        <w:br/>
        <w:t>v -0.077802 18.954477 -0.135287</w:t>
        <w:br/>
        <w:t>v -0.904624 19.861961 -0.047514</w:t>
        <w:br/>
        <w:t>v -0.923859 19.853785 -0.052671</w:t>
        <w:br/>
        <w:t>v -0.751528 19.468208 0.088076</w:t>
        <w:br/>
        <w:t>v 0.340367 19.044807 -0.550540</w:t>
        <w:br/>
        <w:t>v 0.406805 19.179361 -0.718706</w:t>
        <w:br/>
        <w:t>v 0.446831 19.377546 -0.895806</w:t>
        <w:br/>
        <w:t>v -1.025184 20.091942 -0.137901</w:t>
        <w:br/>
        <w:t>v -0.979713 20.357084 -0.237118</w:t>
        <w:br/>
        <w:t>v -0.373273 20.517054 -1.066799</w:t>
        <w:br/>
        <w:t>v -0.453129 20.609833 -1.002780</w:t>
        <w:br/>
        <w:t>v -0.504827 20.606806 -0.901532</w:t>
        <w:br/>
        <w:t>v -0.422214 20.507835 -0.984419</w:t>
        <w:br/>
        <w:t>v -0.467542 20.573832 -0.883077</w:t>
        <w:br/>
        <w:t>v -0.731297 20.450064 -0.723307</w:t>
        <w:br/>
        <w:t>v -0.726979 20.360073 -0.725397</w:t>
        <w:br/>
        <w:t>v -0.499326 20.420813 -0.858301</w:t>
        <w:br/>
        <w:t>v -0.822437 19.794163 0.088593</w:t>
        <w:br/>
        <w:t>v -0.394051 20.501362 -0.945347</w:t>
        <w:br/>
        <w:t>v -0.315044 20.460812 -0.974915</w:t>
        <w:br/>
        <w:t>v -0.296353 20.443132 -1.056765</w:t>
        <w:br/>
        <w:t>v 0.231850 19.043482 -0.111000</w:t>
        <w:br/>
        <w:t>v 0.232250 18.894327 -0.343354</w:t>
        <w:br/>
        <w:t>v 0.161741 18.981403 -0.125923</w:t>
        <w:br/>
        <w:t>v 0.424348 19.646708 -1.002095</w:t>
        <w:br/>
        <w:t>v 0.000001 18.993290 -0.114692</w:t>
        <w:br/>
        <w:t>v 0.000001 19.157551 -0.160590</w:t>
        <w:br/>
        <w:t>v -0.514683 20.688568 -0.773885</w:t>
        <w:br/>
        <w:t>v -0.467542 20.573832 -0.883077</w:t>
        <w:br/>
        <w:t>v 0.000001 19.260838 -0.296243</w:t>
        <w:br/>
        <w:t>v -0.731297 20.450064 -0.723307</w:t>
        <w:br/>
        <w:t>v -0.706111 20.470524 -0.697887</w:t>
        <w:br/>
        <w:t>v -0.904624 19.861961 -0.047514</w:t>
        <w:br/>
        <w:t>v -0.941196 20.064400 -0.003749</w:t>
        <w:br/>
        <w:t>v -0.376592 20.629519 -1.104222</w:t>
        <w:br/>
        <w:t>v -0.406526 20.657995 -1.036044</w:t>
        <w:br/>
        <w:t>v 0.364349 18.975700 -0.287403</w:t>
        <w:br/>
        <w:t>v 0.321907 18.902699 -0.266304</w:t>
        <w:br/>
        <w:t>v -0.822437 19.794163 0.088593</w:t>
        <w:br/>
        <w:t>v 0.002111 20.204666 -1.110552</w:t>
        <w:br/>
        <w:t>v 0.163777 20.204973 -1.094502</w:t>
        <w:br/>
        <w:t>v 0.204258 19.141655 -0.174558</w:t>
        <w:br/>
        <w:t>v 0.077805 18.954477 -0.135287</w:t>
        <w:br/>
        <w:t>v 0.379353 19.920433 -1.032230</w:t>
        <w:br/>
        <w:t>v -0.467542 20.573832 -0.883077</w:t>
        <w:br/>
        <w:t>v -0.507231 20.552164 -0.794004</w:t>
        <w:br/>
        <w:t>v -0.230105 20.648230 -1.153858</w:t>
        <w:br/>
        <w:t>v -0.311207 20.572987 -1.139701</w:t>
        <w:br/>
        <w:t>v -0.969622 20.361187 -0.058185</w:t>
        <w:br/>
        <w:t>v -1.023813 20.268524 -0.100987</w:t>
        <w:br/>
        <w:t>v -0.490904 20.711828 -0.768958</w:t>
        <w:br/>
        <w:t>v -0.514683 20.688568 -0.773885</w:t>
        <w:br/>
        <w:t>v -0.504827 20.606806 -0.901532</w:t>
        <w:br/>
        <w:t>v -0.491106 20.681919 -0.834519</w:t>
        <w:br/>
        <w:t>v 0.498422 19.109694 -0.437015</w:t>
        <w:br/>
        <w:t>v -0.458568 20.714369 -1.015496</w:t>
        <w:br/>
        <w:t>v -0.507991 20.708580 -0.914395</w:t>
        <w:br/>
        <w:t>v -0.460405 20.652004 -0.941902</w:t>
        <w:br/>
        <w:t>v -0.250002 20.475500 -1.112819</w:t>
        <w:br/>
        <w:t>v -0.118987 20.448784 -1.114233</w:t>
        <w:br/>
        <w:t>v -0.177152 20.538694 -1.149650</w:t>
        <w:br/>
        <w:t>v -0.929617 20.254137 0.054430</w:t>
        <w:br/>
        <w:t>v -0.306780 20.676043 -1.109981</w:t>
        <w:br/>
        <w:t>v -0.507231 20.552164 -0.794004</w:t>
        <w:br/>
        <w:t>v -0.514683 20.688568 -0.773885</w:t>
        <w:br/>
        <w:t>v -0.706111 20.470524 -0.697887</w:t>
        <w:br/>
        <w:t>v 0.321907 18.902699 -0.266304</w:t>
        <w:br/>
        <w:t>v 0.161741 18.981403 -0.125923</w:t>
        <w:br/>
        <w:t>v -0.840312 20.629896 -0.526649</w:t>
        <w:br/>
        <w:t>v -0.944310 20.552370 -0.280379</w:t>
        <w:br/>
        <w:t>v -0.514349 20.791441 -0.971213</w:t>
        <w:br/>
        <w:t>v 0.361240 18.950106 -0.245988</w:t>
        <w:br/>
        <w:t>v 0.242917 19.261921 -0.279069</w:t>
        <w:br/>
        <w:t>v -0.263386 20.754557 -1.035877</w:t>
        <w:br/>
        <w:t>v -0.315625 20.814066 -1.033514</w:t>
        <w:br/>
        <w:t>v -0.373623 20.736246 -1.068812</w:t>
        <w:br/>
        <w:t>v 0.248237 19.075546 -0.066329</w:t>
        <w:br/>
        <w:t>v 0.361240 18.950106 -0.245988</w:t>
        <w:br/>
        <w:t>v -0.052261 20.436537 -1.149830</w:t>
        <w:br/>
        <w:t>v 0.035887 20.512331 -1.162643</w:t>
        <w:br/>
        <w:t>v -0.033881 20.508179 -1.128939</w:t>
        <w:br/>
        <w:t>v -0.525429 20.738295 -0.779607</w:t>
        <w:br/>
        <w:t>v -0.491106 20.681919 -0.834519</w:t>
        <w:br/>
        <w:t>v 0.591202 19.254227 -0.559247</w:t>
        <w:br/>
        <w:t>v 0.402358 18.943821 -0.213604</w:t>
        <w:br/>
        <w:t>v 0.231850 19.043482 -0.111000</w:t>
        <w:br/>
        <w:t>v 0.326894 20.217407 -1.025911</w:t>
        <w:br/>
        <w:t>v 0.043421 20.578537 -1.106619</w:t>
        <w:br/>
        <w:t>v -0.098659 20.610657 -1.138121</w:t>
        <w:br/>
        <w:t>v 0.650085 19.440098 -0.712084</w:t>
        <w:br/>
        <w:t>v 0.199694 20.561146 -1.165208</w:t>
        <w:br/>
        <w:t>v 0.141104 20.461519 -1.149870</w:t>
        <w:br/>
        <w:t>v -0.361266 20.839529 -0.988945</w:t>
        <w:br/>
        <w:t>v -0.489313 20.869797 -0.974844</w:t>
        <w:br/>
        <w:t>v 0.433984 19.012531 -0.208498</w:t>
        <w:br/>
        <w:t>v 0.295614 19.051428 -0.061722</w:t>
        <w:br/>
        <w:t>v 0.402358 18.943821 -0.213604</w:t>
        <w:br/>
        <w:t>v 0.140816 20.390787 -1.096515</w:t>
        <w:br/>
        <w:t>v 0.009785 20.380045 -1.115934</w:t>
        <w:br/>
        <w:t>v 0.002277 20.380026 -1.062475</w:t>
        <w:br/>
        <w:t>v 0.123321 20.386431 -1.048778</w:t>
        <w:br/>
        <w:t>v 0.371469 19.168848 -0.150190</w:t>
        <w:br/>
        <w:t>v 0.248237 19.075546 -0.066329</w:t>
        <w:br/>
        <w:t>v -0.559999 20.789660 -0.844718</w:t>
        <w:br/>
        <w:t>v -0.557466 20.831318 -0.705445</w:t>
        <w:br/>
        <w:t>v -0.540638 20.913385 -0.893532</w:t>
        <w:br/>
        <w:t>v -0.903687 20.360636 0.076181</w:t>
        <w:br/>
        <w:t>v 0.643088 19.672182 -0.836032</w:t>
        <w:br/>
        <w:t>v -0.952589 20.530769 -0.071833</w:t>
        <w:br/>
        <w:t>v 0.323255 19.105860 -0.057602</w:t>
        <w:br/>
        <w:t>v 0.433984 19.012531 -0.208498</w:t>
        <w:br/>
        <w:t>v 0.402358 18.943821 -0.213604</w:t>
        <w:br/>
        <w:t>v 0.295614 19.051428 -0.061722</w:t>
        <w:br/>
        <w:t>v -0.835414 20.243872 0.165765</w:t>
        <w:br/>
        <w:t>v -0.824123 20.038509 0.122135</w:t>
        <w:br/>
        <w:t>v 0.647871 19.218092 -0.317545</w:t>
        <w:br/>
        <w:t>v 0.496487 19.070572 -0.224887</w:t>
        <w:br/>
        <w:t>v 0.102747 20.594236 -1.135203</w:t>
        <w:br/>
        <w:t>v 0.442652 19.313684 -0.220891</w:t>
        <w:br/>
        <w:t>v -0.357265 20.852606 -0.938963</w:t>
        <w:br/>
        <w:t>v -0.459282 20.891956 -0.921750</w:t>
        <w:br/>
        <w:t>v -0.491654 20.953093 -0.824685</w:t>
        <w:br/>
        <w:t>v 0.590632 19.914267 -0.893391</w:t>
        <w:br/>
        <w:t>v 0.295614 19.051428 -0.061722</w:t>
        <w:br/>
        <w:t>v -0.748473 20.791826 -0.498923</w:t>
        <w:br/>
        <w:t>v -0.868685 20.735765 -0.276248</w:t>
        <w:br/>
        <w:t>v -0.094332 20.770262 -0.930902</w:t>
        <w:br/>
        <w:t>v -0.237605 20.697361 -1.022009</w:t>
        <w:br/>
        <w:t>v -0.201360 20.712523 -1.060185</w:t>
        <w:br/>
        <w:t>v 0.382149 19.058897 -0.024700</w:t>
        <w:br/>
        <w:t>v 0.480361 19.021803 -0.110978</w:t>
        <w:br/>
        <w:t>v 0.433984 19.012531 -0.208498</w:t>
        <w:br/>
        <w:t>v 0.323255 19.105860 -0.057602</w:t>
        <w:br/>
        <w:t>v 0.480361 19.021803 -0.110978</w:t>
        <w:br/>
        <w:t>v 0.295614 19.051428 -0.061722</w:t>
        <w:br/>
        <w:t>v 0.371469 19.168848 -0.150190</w:t>
        <w:br/>
        <w:t>v 0.323255 19.105860 -0.057602</w:t>
        <w:br/>
        <w:t>v 0.229381 20.656307 -1.142835</w:t>
        <w:br/>
        <w:t>v -0.237605 20.697361 -1.022009</w:t>
        <w:br/>
        <w:t>v -0.094332 20.770262 -0.930902</w:t>
        <w:br/>
        <w:t>v 0.288473 20.485613 -1.099885</w:t>
        <w:br/>
        <w:t>v -0.038295 20.779743 -0.946650</w:t>
        <w:br/>
        <w:t>v -0.131108 20.704622 -1.081448</w:t>
        <w:br/>
        <w:t>v -0.117589 20.795954 -0.931795</w:t>
        <w:br/>
        <w:t>v -0.145496 20.828556 -0.934748</w:t>
        <w:br/>
        <w:t>v -0.181531 20.835537 -0.914622</w:t>
        <w:br/>
        <w:t>v 0.791050 19.434860 -0.407720</w:t>
        <w:br/>
        <w:t>v -0.540638 20.913385 -0.893532</w:t>
        <w:br/>
        <w:t>v -0.550091 20.944283 -0.752915</w:t>
        <w:br/>
        <w:t>v -0.357265 20.852606 -0.938963</w:t>
        <w:br/>
        <w:t>v -0.351151 20.916698 -0.940041</w:t>
        <w:br/>
        <w:t>v -0.447447 20.976648 -0.914020</w:t>
        <w:br/>
        <w:t>v -0.459282 20.891956 -0.921750</w:t>
        <w:br/>
        <w:t>v 0.507993 20.168579 -0.919990</w:t>
        <w:br/>
        <w:t>v -0.900459 20.696115 -0.060733</w:t>
        <w:br/>
        <w:t>v -0.894769 20.513117 0.077750</w:t>
        <w:br/>
        <w:t>v -0.191248 20.840000 -0.885326</w:t>
        <w:br/>
        <w:t>v 0.022228 20.773335 -0.936276</w:t>
        <w:br/>
        <w:t>v -0.022182 20.683399 -1.064586</w:t>
        <w:br/>
        <w:t>v 0.323255 19.105860 -0.057602</w:t>
        <w:br/>
        <w:t>v 0.473067 19.229191 -0.099380</w:t>
        <w:br/>
        <w:t>v 0.382149 19.058897 -0.024700</w:t>
        <w:br/>
        <w:t>v -0.818739 20.357517 0.188683</w:t>
        <w:br/>
        <w:t>v -0.491654 20.953093 -0.824685</w:t>
        <w:br/>
        <w:t>v 0.660962 19.170778 -0.105117</w:t>
        <w:br/>
        <w:t>v 0.382149 19.058897 -0.024700</w:t>
        <w:br/>
        <w:t>v 0.614072 19.177713 -0.023206</w:t>
        <w:br/>
        <w:t>v 0.577812 19.481400 -0.102736</w:t>
        <w:br/>
        <w:t>v 0.790494 19.572041 -0.582981</w:t>
        <w:br/>
        <w:t>v 0.086157 20.647850 -1.035499</w:t>
        <w:br/>
        <w:t>v -0.191248 20.840000 -0.885326</w:t>
        <w:br/>
        <w:t>v -0.184721 20.870869 -0.887735</w:t>
        <w:br/>
        <w:t>v 0.767181 19.380817 -0.190127</w:t>
        <w:br/>
        <w:t>v -0.691251 20.831675 -0.446788</w:t>
        <w:br/>
        <w:t>v -0.801593 20.787741 -0.243582</w:t>
        <w:br/>
        <w:t>v 0.312898 20.587755 -1.120058</w:t>
        <w:br/>
        <w:t>v 0.614072 19.177713 -0.023206</w:t>
        <w:br/>
        <w:t>v 0.754451 19.747871 -0.730532</w:t>
        <w:br/>
        <w:t>v -0.476815 20.982018 -0.685277</w:t>
        <w:br/>
        <w:t>v -0.474204 21.017834 -0.804655</w:t>
        <w:br/>
        <w:t>v -0.337769 21.004778 -0.923901</w:t>
        <w:br/>
        <w:t>v 0.658803 19.947975 -0.853235</w:t>
        <w:br/>
        <w:t>v -0.785140 20.470089 0.223569</w:t>
        <w:br/>
        <w:t>v 0.126888 20.678329 -1.057459</w:t>
        <w:br/>
        <w:t>v 0.091022 20.775553 -0.931192</w:t>
        <w:br/>
        <w:t>v 0.072394 20.751879 -0.920439</w:t>
        <w:br/>
        <w:t>v 0.086157 20.647850 -1.035499</w:t>
        <w:br/>
        <w:t>v -0.430855 20.989868 -0.578400</w:t>
        <w:br/>
        <w:t>v -0.516596 20.964937 -0.589422</w:t>
        <w:br/>
        <w:t>v -0.843748 20.741745 -0.037140</w:t>
        <w:br/>
        <w:t>v 0.304919 20.432022 -0.988077</w:t>
        <w:br/>
        <w:t>v 0.345578 20.421328 -0.972694</w:t>
        <w:br/>
        <w:t>v 0.391114 20.431747 -1.024607</w:t>
        <w:br/>
        <w:t>v 0.331490 20.442471 -1.022887</w:t>
        <w:br/>
        <w:t>v -0.858907 20.646044 0.077197</w:t>
        <w:br/>
        <w:t>v -0.179203 20.916332 -0.882372</w:t>
        <w:br/>
        <w:t>v -0.423908 21.073645 -0.882316</w:t>
        <w:br/>
        <w:t>v -0.680887 20.902311 -0.457231</w:t>
        <w:br/>
        <w:t>v -0.802761 20.855448 -0.241732</w:t>
        <w:br/>
        <w:t>v 0.128749 20.821625 -0.928370</w:t>
        <w:br/>
        <w:t>v 0.211666 20.753756 -1.057468</w:t>
        <w:br/>
        <w:t>v 0.710768 20.021481 -0.812805</w:t>
        <w:br/>
        <w:t>v -0.823923 20.674702 0.087743</w:t>
        <w:br/>
        <w:t>v 0.416373 20.456938 -0.931426</w:t>
        <w:br/>
        <w:t>v 0.453627 20.465919 -0.988449</w:t>
        <w:br/>
        <w:t>v -0.846846 20.795395 -0.023179</w:t>
        <w:br/>
        <w:t>v 0.317611 20.693632 -1.091731</w:t>
        <w:br/>
        <w:t>v 0.387283 20.612400 -1.068630</w:t>
        <w:br/>
        <w:t>v -0.738338 20.575922 0.282776</w:t>
        <w:br/>
        <w:t>v 0.735157 20.091614 -0.763428</w:t>
        <w:br/>
        <w:t>v 0.578341 20.190220 -0.877997</w:t>
        <w:br/>
        <w:t>v 0.841817 19.875982 -0.623783</w:t>
        <w:br/>
        <w:t>v 0.764383 19.315903 -0.146350</w:t>
        <w:br/>
        <w:t>v -0.450548 21.040087 -0.646665</w:t>
        <w:br/>
        <w:t>v -0.401673 21.044172 -0.535097</w:t>
        <w:br/>
        <w:t>v -0.430855 20.989868 -0.578400</w:t>
        <w:br/>
        <w:t>v -0.318704 21.053959 -0.862238</w:t>
        <w:br/>
        <w:t>v -0.181684 20.943317 -0.846496</w:t>
        <w:br/>
        <w:t>v -0.430135 21.107666 -0.760751</w:t>
        <w:br/>
        <w:t>v -0.371096 21.131058 -0.811507</w:t>
        <w:br/>
        <w:t>v -0.827615 20.706615 0.098949</w:t>
        <w:br/>
        <w:t>v 0.764383 19.315903 -0.146350</w:t>
        <w:br/>
        <w:t>v 0.912208 19.780085 -0.414388</w:t>
        <w:br/>
        <w:t>v 0.174622 20.835157 -0.900034</w:t>
        <w:br/>
        <w:t>v 0.287257 20.779028 -1.014073</w:t>
        <w:br/>
        <w:t>v -0.688101 20.970402 -0.193595</w:t>
        <w:br/>
        <w:t>v -0.733115 20.930956 0.037411</w:t>
        <w:br/>
        <w:t>v 0.406506 20.750956 -1.066755</w:t>
        <w:br/>
        <w:t>v 0.383052 20.712467 -1.039612</w:t>
        <w:br/>
        <w:t>v 0.387283 20.612400 -1.068630</w:t>
        <w:br/>
        <w:t>v 0.431657 20.632380 -1.088047</w:t>
        <w:br/>
        <w:t>v 0.705013 20.105398 -0.724314</w:t>
        <w:br/>
        <w:t>v 0.578341 20.190220 -0.877997</w:t>
        <w:br/>
        <w:t>v 0.735157 20.091614 -0.763428</w:t>
        <w:br/>
        <w:t>v 0.917641 19.712616 -0.248301</w:t>
        <w:br/>
        <w:t>v 0.705013 20.105398 -0.724314</w:t>
        <w:br/>
        <w:t>v 0.776277 20.211300 -0.748708</w:t>
        <w:br/>
        <w:t>v -0.173616 20.944237 -0.820045</w:t>
        <w:br/>
        <w:t>v -0.291387 21.054428 -0.823821</w:t>
        <w:br/>
        <w:t>v 0.888247 19.998657 -0.538507</w:t>
        <w:br/>
        <w:t>v -0.352561 21.186222 -0.693970</w:t>
        <w:br/>
        <w:t>v 0.002150 20.875200 -0.828373</w:t>
        <w:br/>
        <w:t>v 0.002150 20.875200 -0.828373</w:t>
        <w:br/>
        <w:t>v 0.713234 19.442137 0.003277</w:t>
        <w:br/>
        <w:t>v 0.764383 19.315903 -0.146350</w:t>
        <w:br/>
        <w:t>v 0.577812 19.481400 -0.102736</w:t>
        <w:br/>
        <w:t>v 0.868953 19.641926 -0.107887</w:t>
        <w:br/>
        <w:t>v 0.713234 19.442137 0.003277</w:t>
        <w:br/>
        <w:t>v -0.328381 21.128798 -0.781114</w:t>
        <w:br/>
        <w:t>v 0.424689 20.809521 -1.063451</w:t>
        <w:br/>
        <w:t>v 0.481179 20.704918 -1.070400</w:t>
        <w:br/>
        <w:t>v 0.072394 20.751879 -0.920439</w:t>
        <w:br/>
        <w:t>v -0.706424 20.850679 0.192867</w:t>
        <w:br/>
        <w:t>v -0.140862 20.965801 -0.830429</w:t>
        <w:br/>
        <w:t>v -0.237031 21.095150 -0.836046</w:t>
        <w:br/>
        <w:t>v -0.291387 21.054428 -0.823821</w:t>
        <w:br/>
        <w:t>v -0.173616 20.944237 -0.820045</w:t>
        <w:br/>
        <w:t>v 0.457665 20.515137 -0.887024</w:t>
        <w:br/>
        <w:t>v 0.460551 20.497438 -0.919587</w:t>
        <w:br/>
        <w:t>v 0.561174 20.391897 -0.891910</w:t>
        <w:br/>
        <w:t>v 0.547669 20.420919 -0.848987</w:t>
        <w:br/>
        <w:t>v 0.341190 20.782644 -0.970260</w:t>
        <w:br/>
        <w:t>v 0.208416 20.833538 -0.873721</w:t>
        <w:br/>
        <w:t>v 0.810791 20.305773 -0.738406</w:t>
        <w:br/>
        <w:t>v 0.578364 20.281538 -0.875097</w:t>
        <w:br/>
        <w:t>v -0.108398 20.986622 -0.829748</w:t>
        <w:br/>
        <w:t>v 0.853218 20.016584 -0.510938</w:t>
        <w:br/>
        <w:t>v 0.888247 19.998657 -0.538507</w:t>
        <w:br/>
        <w:t>v -0.614082 20.721842 0.370380</w:t>
        <w:br/>
        <w:t>v 0.751530 19.468208 0.088076</w:t>
        <w:br/>
        <w:t>v -0.259232 21.179323 -0.773412</w:t>
        <w:br/>
        <w:t>v -0.328381 21.128798 -0.781114</w:t>
        <w:br/>
        <w:t>v 0.485659 20.573381 -1.033396</w:t>
        <w:br/>
        <w:t>v 0.539266 20.653505 -0.984300</w:t>
        <w:br/>
        <w:t>v 0.527394 20.789722 -1.030815</w:t>
        <w:br/>
        <w:t>v -0.073872 21.001194 -0.795946</w:t>
        <w:br/>
        <w:t>v -0.402757 20.964525 -0.584207</w:t>
        <w:br/>
        <w:t>v -0.348204 21.000647 -0.561590</w:t>
        <w:br/>
        <w:t>v -0.427870 21.064438 -0.394715</w:t>
        <w:br/>
        <w:t>v -0.461383 21.045643 -0.410052</w:t>
        <w:br/>
        <w:t>v 0.002150 20.875200 -0.828373</w:t>
        <w:br/>
        <w:t>v 0.208416 20.833538 -0.873721</w:t>
        <w:br/>
        <w:t>v 0.189868 20.856333 -0.883218</w:t>
        <w:br/>
        <w:t>v 0.810791 20.305773 -0.738406</w:t>
        <w:br/>
        <w:t>v 0.773176 20.342939 -0.694882</w:t>
        <w:br/>
        <w:t>v 0.185757 20.906353 -0.877500</w:t>
        <w:br/>
        <w:t>v -0.174593 21.129728 -0.829927</w:t>
        <w:br/>
        <w:t>v -0.049623 20.992283 -0.747775</w:t>
        <w:br/>
        <w:t>v 0.853218 20.016584 -0.510938</w:t>
        <w:br/>
        <w:t>v 0.022333 21.006433 -0.807711</w:t>
        <w:br/>
        <w:t>v -0.046609 20.998926 -0.772501</w:t>
        <w:br/>
        <w:t>v 0.190549 20.928099 -0.855650</w:t>
        <w:br/>
        <w:t>v -0.049623 20.992283 -0.747775</w:t>
        <w:br/>
        <w:t>v -0.398120 21.118595 -0.600659</w:t>
        <w:br/>
        <w:t>v 0.341190 20.782644 -0.970260</w:t>
        <w:br/>
        <w:t>v 0.343023 20.832767 -0.998172</w:t>
        <w:br/>
        <w:t>v 0.190549 20.928099 -0.855650</w:t>
        <w:br/>
        <w:t>v 0.201469 20.899851 -0.821034</w:t>
        <w:br/>
        <w:t>v 0.184987 20.918898 -0.829047</w:t>
        <w:br/>
        <w:t>v 0.160296 20.958866 -0.820183</w:t>
        <w:br/>
        <w:t>v 0.201469 20.899851 -0.821034</w:t>
        <w:br/>
        <w:t>v 0.085158 21.001518 -0.781660</w:t>
        <w:br/>
        <w:t>v 0.133494 20.985453 -0.792574</w:t>
        <w:br/>
        <w:t>v 0.960125 19.943172 -0.344883</w:t>
        <w:br/>
        <w:t>v 0.458050 20.894363 -1.038962</w:t>
        <w:br/>
        <w:t>v 0.110786 20.985600 -0.764758</w:t>
        <w:br/>
        <w:t>v 0.110786 20.985600 -0.764758</w:t>
        <w:br/>
        <w:t>v -0.551042 21.032530 0.107048</w:t>
        <w:br/>
        <w:t>v -0.525943 21.057446 -0.126112</w:t>
        <w:br/>
        <w:t>v 0.536189 20.831573 -0.987942</w:t>
        <w:br/>
        <w:t>v 0.546385 20.704231 -0.950428</w:t>
        <w:br/>
        <w:t>v 0.502676 20.585163 -0.865073</w:t>
        <w:br/>
        <w:t>v 0.347109 20.930090 -0.978491</w:t>
        <w:br/>
        <w:t>v -0.172593 21.222219 -0.752682</w:t>
        <w:br/>
        <w:t>v 0.785409 20.433712 -0.693930</w:t>
        <w:br/>
        <w:t>v 0.751530 19.468208 0.088076</w:t>
        <w:br/>
        <w:t>v 0.761106 20.456923 -0.673315</w:t>
        <w:br/>
        <w:t>v 0.524009 20.602840 -0.812426</w:t>
        <w:br/>
        <w:t>v 0.785409 20.433712 -0.693930</w:t>
        <w:br/>
        <w:t>v -0.097131 21.141788 -0.774122</w:t>
        <w:br/>
        <w:t>v 0.481237 20.613949 -0.832125</w:t>
        <w:br/>
        <w:t>v 0.524009 20.602840 -0.812426</w:t>
        <w:br/>
        <w:t>v 0.562612 20.659742 -0.854331</w:t>
        <w:br/>
        <w:t>v 0.489536 20.629435 -0.843281</w:t>
        <w:br/>
        <w:t>v -0.348204 21.000647 -0.561590</w:t>
        <w:br/>
        <w:t>v -0.402757 20.964525 -0.584207</w:t>
        <w:br/>
        <w:t>v -0.430855 20.989868 -0.578400</w:t>
        <w:br/>
        <w:t>v -0.401673 21.044172 -0.535097</w:t>
        <w:br/>
        <w:t>v 0.948519 20.158169 -0.520947</w:t>
        <w:br/>
        <w:t>v 0.921346 19.961752 -0.325138</w:t>
        <w:br/>
        <w:t>v 0.960125 19.943172 -0.344883</w:t>
        <w:br/>
        <w:t>v 0.970456 19.901272 -0.184409</w:t>
        <w:br/>
        <w:t>v 0.523069 20.877054 -0.935484</w:t>
        <w:br/>
        <w:t>v 0.483632 20.831640 -0.923702</w:t>
        <w:br/>
        <w:t>v 0.501843 20.735558 -0.900246</w:t>
        <w:br/>
        <w:t>v 0.561826 20.770130 -0.909971</w:t>
        <w:br/>
        <w:t>v 0.483632 20.831640 -0.923702</w:t>
        <w:br/>
        <w:t>v 0.501843 20.735558 -0.900246</w:t>
        <w:br/>
        <w:t>v -0.557308 20.948771 0.260918</w:t>
        <w:br/>
        <w:t>v 0.462200 20.932005 -0.983438</w:t>
        <w:br/>
        <w:t>v 0.358014 20.967449 -0.938345</w:t>
        <w:br/>
        <w:t>v -0.051361 21.227123 -0.707066</w:t>
        <w:br/>
        <w:t>v -0.291621 21.200989 -0.544382</w:t>
        <w:br/>
        <w:t>v -0.283797 21.174046 -0.685445</w:t>
        <w:br/>
        <w:t>v 0.917981 20.345528 -0.447522</w:t>
        <w:br/>
        <w:t>v 0.966342 20.287296 -0.507465</w:t>
        <w:br/>
        <w:t>v 0.923862 19.853785 -0.052671</w:t>
        <w:br/>
        <w:t>v 0.822439 19.794165 0.088593</w:t>
        <w:br/>
        <w:t>v 0.358014 20.967449 -0.938345</w:t>
        <w:br/>
        <w:t>v 0.360234 20.921009 -0.875481</w:t>
        <w:br/>
        <w:t>v -0.050746 21.113476 -0.711389</w:t>
        <w:br/>
        <w:t>v -0.492287 20.778311 0.438159</w:t>
        <w:br/>
        <w:t>v 0.921346 19.961752 -0.325138</w:t>
        <w:br/>
        <w:t>v 1.021758 20.122505 -0.318206</w:t>
        <w:br/>
        <w:t>v 0.436878 20.901659 -0.918055</w:t>
        <w:br/>
        <w:t>v 0.462200 20.932005 -0.983438</w:t>
        <w:br/>
        <w:t>v 0.917981 20.345528 -0.447522</w:t>
        <w:br/>
        <w:t>v 0.360234 20.921009 -0.875481</w:t>
        <w:br/>
        <w:t>v 0.347989 20.961357 -0.884963</w:t>
        <w:br/>
        <w:t>v 0.107685 21.136662 -0.805050</w:t>
        <w:br/>
        <w:t>v -0.045294 21.129812 -0.744550</w:t>
        <w:br/>
        <w:t>v -0.045294 21.129812 -0.744550</w:t>
        <w:br/>
        <w:t>v -0.050746 21.113476 -0.711389</w:t>
        <w:br/>
        <w:t>v 0.937201 19.916094 -0.172566</w:t>
        <w:br/>
        <w:t>v 0.970456 19.901272 -0.184409</w:t>
        <w:br/>
        <w:t>v -0.379667 21.136585 0.165195</w:t>
        <w:br/>
        <w:t>v -0.374000 21.178408 -0.088228</w:t>
        <w:br/>
        <w:t>v 0.436878 20.901659 -0.918055</w:t>
        <w:br/>
        <w:t>v 0.439923 20.947367 -0.925768</w:t>
        <w:br/>
        <w:t>v -0.091922 21.235170 -0.510621</w:t>
        <w:br/>
        <w:t>v -0.283797 21.174046 -0.685445</w:t>
        <w:br/>
        <w:t>v -0.200901 21.233095 -0.644214</w:t>
        <w:br/>
        <w:t>v 0.329510 21.036219 -0.863274</w:t>
        <w:br/>
        <w:t>v 0.219846 21.107407 -0.779078</w:t>
        <w:br/>
        <w:t>v -0.101375 21.097364 -0.486812</w:t>
        <w:br/>
        <w:t>v -0.288621 21.043392 -0.516667</w:t>
        <w:br/>
        <w:t>v -0.348642 21.113729 -0.490456</w:t>
        <w:br/>
        <w:t>v -0.183953 21.171511 -0.455356</w:t>
        <w:br/>
        <w:t>v 0.003003 21.177874 -0.681907</w:t>
        <w:br/>
        <w:t>v 0.904626 19.861961 -0.047514</w:t>
        <w:br/>
        <w:t>v 0.923862 19.853785 -0.052671</w:t>
        <w:br/>
        <w:t>v 1.037090 20.277279 -0.295586</w:t>
        <w:br/>
        <w:t>v 0.442486 21.035816 -0.891308</w:t>
        <w:br/>
        <w:t>v 0.031627 21.206718 -0.700747</w:t>
        <w:br/>
        <w:t>v 0.003003 21.177874 -0.681907</w:t>
        <w:br/>
        <w:t>v 0.252242 21.188263 -0.775899</w:t>
        <w:br/>
        <w:t>v 0.937201 19.916094 -0.172566</w:t>
        <w:br/>
        <w:t>v 0.613648 20.864834 -0.850216</w:t>
        <w:br/>
        <w:t>v 0.543001 20.972275 -0.884162</w:t>
        <w:br/>
        <w:t>v 0.296917 21.079393 -0.811142</w:t>
        <w:br/>
        <w:t>v -0.385875 21.059717 0.323453</w:t>
        <w:br/>
        <w:t>v 0.860307 20.601713 -0.489155</w:t>
        <w:br/>
        <w:t>v 0.674136 20.646757 -0.658009</w:t>
        <w:br/>
        <w:t>v 0.251167 21.079096 -0.764424</w:t>
        <w:br/>
        <w:t>v 0.251167 21.079096 -0.764424</w:t>
        <w:br/>
        <w:t>v 1.025188 20.091942 -0.137901</w:t>
        <w:br/>
        <w:t>v 0.904626 19.861961 -0.047514</w:t>
        <w:br/>
        <w:t>v 0.941198 20.064400 -0.003749</w:t>
        <w:br/>
        <w:t>v 0.824125 20.038509 0.122135</w:t>
        <w:br/>
        <w:t>v 0.358914 21.120934 -0.788328</w:t>
        <w:br/>
        <w:t>v 0.107685 21.136662 -0.805050</w:t>
        <w:br/>
        <w:t>v 0.979715 20.357084 -0.237118</w:t>
        <w:br/>
        <w:t>v -0.349596 20.884716 0.487189</w:t>
        <w:br/>
        <w:t>v 0.415765 21.084564 -0.831980</w:t>
        <w:br/>
        <w:t>v -0.089895 21.271942 -0.617053</w:t>
        <w:br/>
        <w:t>v -0.183764 21.172588 0.213948</w:t>
        <w:br/>
        <w:t>v -0.179480 21.205650 -0.051304</w:t>
        <w:br/>
        <w:t>v 0.366310 21.084015 -0.788216</w:t>
        <w:br/>
        <w:t>v 0.366310 21.084015 -0.788216</w:t>
        <w:br/>
        <w:t>v 0.518775 21.027187 -0.833147</w:t>
        <w:br/>
        <w:t>v 0.598302 20.918726 -0.806915</w:t>
        <w:br/>
        <w:t>v 0.944314 20.552666 -0.280366</w:t>
        <w:br/>
        <w:t>v 0.929620 20.254137 0.054430</w:t>
        <w:br/>
        <w:t>v 1.023816 20.268520 -0.100987</w:t>
        <w:br/>
        <w:t>v 0.969624 20.361183 -0.058185</w:t>
        <w:br/>
        <w:t>v -0.192342 21.102133 0.378939</w:t>
        <w:br/>
        <w:t>v 0.049159 21.259447 -0.483765</w:t>
        <w:br/>
        <w:t>v 0.084418 21.270538 -0.606274</w:t>
        <w:br/>
        <w:t>v 0.835416 20.243872 0.165765</w:t>
        <w:br/>
        <w:t>v 0.094105 21.097231 -0.461252</w:t>
        <w:br/>
        <w:t>v -0.059011 21.088552 -0.525874</w:t>
        <w:br/>
        <w:t>v -0.098557 21.124931 -0.513397</w:t>
        <w:br/>
        <w:t>v 0.050215 21.173855 -0.448461</w:t>
        <w:br/>
        <w:t>v 0.332886 21.188675 -0.544818</w:t>
        <w:br/>
        <w:t>v 0.288191 21.164928 -0.541546</w:t>
        <w:br/>
        <w:t>v 0.144728 21.208628 -0.614758</w:t>
        <w:br/>
        <w:t>v 0.183809 21.235641 -0.626075</w:t>
        <w:br/>
        <w:t>v 0.288191 21.164928 -0.541546</w:t>
        <w:br/>
        <w:t>v 0.237586 21.237226 -0.501949</w:t>
        <w:br/>
        <w:t>v 0.144728 21.208628 -0.614758</w:t>
        <w:br/>
        <w:t>v 0.049159 21.259447 -0.483765</w:t>
        <w:br/>
        <w:t>v 0.197943 21.174780 -0.432235</w:t>
        <w:br/>
        <w:t>v 0.000001 21.194059 0.225430</w:t>
        <w:br/>
        <w:t>v 0.000001 21.207689 -0.040010</w:t>
        <w:br/>
        <w:t>v -0.180424 20.936806 0.540389</w:t>
        <w:br/>
        <w:t>v 0.573645 20.855646 -0.640713</w:t>
        <w:br/>
        <w:t>v 0.534193 20.926313 -0.568570</w:t>
        <w:br/>
        <w:t>v 0.575245 21.008741 -0.558818</w:t>
        <w:br/>
        <w:t>v 0.630809 20.904446 -0.657568</w:t>
        <w:br/>
        <w:t>v 0.903689 20.360636 0.076181</w:t>
        <w:br/>
        <w:t>v 0.952586 20.531038 -0.071852</w:t>
        <w:br/>
        <w:t>v 0.871849 20.736013 -0.274927</w:t>
        <w:br/>
        <w:t>v 0.807275 20.787941 -0.241676</w:t>
        <w:br/>
        <w:t>v 0.726844 20.816275 -0.426217</w:t>
        <w:br/>
        <w:t>v 0.781966 20.765266 -0.462548</w:t>
        <w:br/>
        <w:t>v 0.397458 21.180904 -0.724186</w:t>
        <w:br/>
        <w:t>v 0.818742 20.357517 0.188683</w:t>
        <w:br/>
        <w:t>v 0.238166 21.078686 -0.469453</w:t>
        <w:br/>
        <w:t>v 0.374982 21.013874 -0.513240</w:t>
        <w:br/>
        <w:t>v 0.393331 21.062037 -0.483211</w:t>
        <w:br/>
        <w:t>v 0.418174 21.007692 -0.513435</w:t>
        <w:br/>
        <w:t>v 0.438236 21.093660 -0.480260</w:t>
        <w:br/>
        <w:t>v 0.809977 20.853304 -0.235490</w:t>
        <w:br/>
        <w:t>v 0.722307 20.886171 -0.439339</w:t>
        <w:br/>
        <w:t>v 0.325266 21.059860 -0.472383</w:t>
        <w:br/>
        <w:t>v 0.701672 20.970800 -0.172440</w:t>
        <w:br/>
        <w:t>v 0.637457 20.975183 -0.422708</w:t>
        <w:br/>
        <w:t>v 0.900449 20.696999 -0.060830</w:t>
        <w:br/>
        <w:t>v 0.000001 21.116428 0.414753</w:t>
        <w:br/>
        <w:t>v 0.894771 20.513391 0.077748</w:t>
        <w:br/>
        <w:t>v 0.785142 20.470272 0.223569</w:t>
        <w:br/>
        <w:t>v 0.843706 20.742891 -0.037276</w:t>
        <w:br/>
        <w:t>v 0.179450 21.205200 -0.051278</w:t>
        <w:br/>
        <w:t>v 0.183769 21.172379 0.213957</w:t>
        <w:br/>
        <w:t>v 0.000001 20.973339 0.545324</w:t>
        <w:br/>
        <w:t>v 0.846748 20.796619 -0.023342</w:t>
        <w:br/>
        <w:t>v 0.858907 20.646841 0.077149</w:t>
        <w:br/>
        <w:t>v 0.378726 21.176121 -0.086669</w:t>
        <w:br/>
        <w:t>v 0.379673 21.136395 0.165204</w:t>
        <w:br/>
        <w:t>v 0.738340 20.576517 0.282776</w:t>
        <w:br/>
        <w:t>v 0.823925 20.675659 0.087684</w:t>
        <w:br/>
        <w:t>v 0.733039 20.932295 0.037267</w:t>
        <w:br/>
        <w:t>v 0.537240 21.055162 -0.122906</w:t>
        <w:br/>
        <w:t>v 0.550776 21.053841 0.107364</w:t>
        <w:br/>
        <w:t>v 0.827603 20.707682 0.098876</w:t>
        <w:br/>
        <w:t>v 0.192344 21.102209 0.378937</w:t>
        <w:br/>
        <w:t>v 0.180427 20.937117 0.540389</w:t>
        <w:br/>
        <w:t>v 0.614085 20.723021 0.370380</w:t>
        <w:br/>
        <w:t>v 0.706339 20.852150 0.192760</w:t>
        <w:br/>
        <w:t>v 0.385874 21.060123 0.323438</w:t>
        <w:br/>
        <w:t>v 0.557289 20.950035 0.260858</w:t>
        <w:br/>
        <w:t>v 0.492290 20.779419 0.438159</w:t>
        <w:br/>
        <w:t>v 0.349598 20.885389 0.487189</w:t>
        <w:br/>
        <w:t>v -0.402398 20.510448 -0.911596</w:t>
        <w:br/>
        <w:t>v -0.240562 20.430054 -1.005463</w:t>
        <w:br/>
        <w:t>v -0.138002 20.398582 -1.047053</w:t>
        <w:br/>
        <w:t>v -0.114136 20.393356 -1.110002</w:t>
        <w:br/>
        <w:t>v -0.189563 20.419247 -1.074429</w:t>
        <w:br/>
        <w:t>v -0.493933 20.762878 -0.712975</w:t>
        <w:br/>
        <w:t>v -0.493698 20.814821 -0.658232</w:t>
        <w:br/>
        <w:t>v 0.345578 20.421328 -0.972694</w:t>
        <w:br/>
        <w:t>v -0.504283 20.858013 -0.654718</w:t>
        <w:br/>
        <w:t>v 0.416373 20.456938 -0.931426</w:t>
        <w:br/>
        <w:t>v -0.552471 20.898939 -0.657135</w:t>
        <w:br/>
        <w:t>v -0.516596 20.964937 -0.589422</w:t>
        <w:br/>
        <w:t>v -0.458377 20.928579 -0.601702</w:t>
        <w:br/>
        <w:t>v -0.504283 20.858013 -0.654718</w:t>
        <w:br/>
        <w:t>v 0.460551 20.497438 -0.919587</w:t>
        <w:br/>
        <w:t>v -0.576972 20.983179 -0.444997</w:t>
        <w:br/>
        <w:t>v -0.458377 20.928579 -0.601702</w:t>
        <w:br/>
        <w:t>v 0.580616 20.671265 -0.747160</w:t>
        <w:br/>
        <w:t>v 0.634961 20.742781 -0.793396</w:t>
        <w:br/>
        <w:t>v 0.586750 20.737137 -0.695275</w:t>
        <w:br/>
        <w:t>v 0.635226 20.798088 -0.749588</w:t>
        <w:br/>
        <w:t>v 0.559396 20.822098 -0.688281</w:t>
        <w:br/>
        <w:t>v 0.548009 20.802662 -0.663433</w:t>
        <w:br/>
        <w:t>v -0.059011 21.088552 -0.525874</w:t>
        <w:br/>
        <w:t>v -0.101375 21.097364 -0.486812</w:t>
        <w:br/>
        <w:t>v -0.183953 21.171511 -0.455356</w:t>
        <w:br/>
        <w:t>v -0.098557 21.124931 -0.513397</w:t>
        <w:br/>
        <w:t>v -0.001343 21.162470 -0.339405</w:t>
        <w:br/>
        <w:t>v 0.172321 21.157347 -0.324630</w:t>
        <w:br/>
        <w:t>v 0.350471 21.130836 -0.349108</w:t>
        <w:br/>
        <w:t>v 0.002277 20.380026 -1.062475</w:t>
        <w:br/>
        <w:t>v 0.460551 20.497438 -0.919587</w:t>
        <w:br/>
        <w:t>v -0.402398 20.510448 -0.911596</w:t>
        <w:br/>
        <w:t>v 0.123321 20.386431 -1.048778</w:t>
        <w:br/>
        <w:t>v 0.236542 20.404320 -1.014823</w:t>
        <w:br/>
        <w:t>v 0.236542 20.404320 -1.014823</w:t>
        <w:br/>
        <w:t>v 0.002277 20.380026 -1.062475</w:t>
        <w:br/>
        <w:t>v 0.259022 20.417109 -1.057043</w:t>
        <w:br/>
        <w:t>v 0.304919 20.432022 -0.988077</w:t>
        <w:br/>
        <w:t>v 0.457665 20.515137 -0.887024</w:t>
        <w:br/>
        <w:t>v 0.521632 20.531559 -0.935488</w:t>
        <w:br/>
        <w:t>v 0.522034 20.595415 -0.883623</w:t>
        <w:br/>
        <w:t>v 0.502676 20.585163 -0.865073</w:t>
        <w:br/>
        <w:t>v 0.481237 20.613949 -0.832125</w:t>
        <w:br/>
        <w:t>v 0.489536 20.629435 -0.843281</w:t>
        <w:br/>
        <w:t>v 0.580616 20.671265 -0.747160</w:t>
        <w:br/>
        <w:t>v 0.586750 20.737137 -0.695275</w:t>
        <w:br/>
        <w:t>v 0.548009 20.802662 -0.663433</w:t>
        <w:br/>
        <w:t>v 0.491269 21.073933 -0.365543</w:t>
        <w:br/>
        <w:t>v -0.164984 21.159208 -0.348439</w:t>
        <w:br/>
        <w:t>v -0.318552 21.122105 -0.376851</w:t>
        <w:br/>
        <w:t>v -0.101375 21.097364 -0.486812</w:t>
        <w:br/>
        <w:t>v 0.466135 21.075710 -0.363422</w:t>
        <w:br/>
        <w:t>v 0.348727 21.139482 -0.441964</w:t>
        <w:br/>
        <w:t>v 0.238166 21.078686 -0.469453</w:t>
        <w:br/>
        <w:t>v 0.094105 21.097231 -0.461252</w:t>
        <w:br/>
        <w:t>v -0.059011 21.088552 -0.525874</w:t>
        <w:br/>
        <w:t>v -0.493933 20.762878 -0.712975</w:t>
        <w:br/>
        <w:t>v -0.490904 20.711828 -0.768958</w:t>
        <w:br/>
        <w:t>v -0.490904 20.711828 -0.768958</w:t>
        <w:br/>
        <w:t>v -0.493698 20.814821 -0.658232</w:t>
        <w:br/>
        <w:t>v -0.394051 20.501362 -0.945347</w:t>
        <w:br/>
        <w:t>v 0.374982 21.013874 -0.513240</w:t>
        <w:br/>
        <w:t>v 0.418174 21.007692 -0.513435</w:t>
        <w:br/>
        <w:t>v 0.491120 21.108326 -0.647032</w:t>
        <w:br/>
        <w:t>v 0.575245 21.008741 -0.558818</w:t>
        <w:br/>
        <w:t>v 0.438236 21.093660 -0.480260</w:t>
        <w:br/>
        <w:t>v 0.573645 20.855646 -0.640713</w:t>
        <w:br/>
        <w:t>v 0.534193 20.926313 -0.568570</w:t>
        <w:br/>
        <w:t>v 0.548009 20.802662 -0.663433</w:t>
        <w:br/>
        <w:t>v 0.548009 20.802662 -0.663433</w:t>
        <w:br/>
        <w:t>v 0.559396 20.822098 -0.688281</w:t>
        <w:br/>
        <w:t>v -0.189563 20.419247 -1.074429</w:t>
        <w:br/>
        <w:t>v -0.114136 20.393356 -1.110002</w:t>
        <w:br/>
        <w:t>v 0.365501 20.511345 -1.055564</w:t>
        <w:br/>
        <w:t>v 0.365501 20.511345 -1.055564</w:t>
        <w:br/>
        <w:t>v 0.422097 20.513494 -1.061585</w:t>
        <w:br/>
        <w:t>v -0.514683 20.688568 -0.773885</w:t>
        <w:br/>
        <w:t>v -0.552471 20.898939 -0.657135</w:t>
        <w:br/>
        <w:t>v -0.550091 20.944283 -0.752915</w:t>
        <w:br/>
        <w:t>v -0.444410 20.807949 -1.045219</w:t>
        <w:br/>
        <w:t>v -0.489313 20.869797 -0.974844</w:t>
        <w:br/>
        <w:t>v -0.325411 20.684868 -1.070382</w:t>
        <w:br/>
        <w:t>v 0.555190 21.018953 -0.743500</w:t>
        <w:br/>
        <w:t>v 0.474586 21.101368 -0.787896</w:t>
        <w:br/>
        <w:t>v 0.520741 20.928326 -0.757028</w:t>
        <w:br/>
        <w:t>v 0.474586 21.101368 -0.787896</w:t>
        <w:br/>
        <w:t>v 0.460567 21.028454 -0.791458</w:t>
        <w:br/>
        <w:t>v 0.598302 20.918726 -0.806915</w:t>
        <w:br/>
        <w:t>v 0.520741 20.928326 -0.757028</w:t>
        <w:br/>
        <w:t>v 0.460567 21.028454 -0.791458</w:t>
        <w:br/>
        <w:t>v 0.518775 21.027187 -0.833147</w:t>
        <w:br/>
        <w:t>v -0.325411 20.684868 -1.070382</w:t>
        <w:br/>
        <w:t>v 0.383052 20.712467 -1.039612</w:t>
        <w:br/>
        <w:t>v 0.391114 20.431747 -1.024607</w:t>
        <w:br/>
        <w:t>v -0.460405 20.652004 -0.941902</w:t>
        <w:br/>
        <w:t>v -0.348642 21.113729 -0.490456</w:t>
        <w:br/>
        <w:t>v -0.183953 21.171511 -0.455356</w:t>
        <w:br/>
        <w:t>v -0.291621 21.200989 -0.544382</w:t>
        <w:br/>
        <w:t>v -0.185460 21.172646 -0.565576</w:t>
        <w:br/>
        <w:t>v -0.185460 21.172646 -0.565576</w:t>
        <w:br/>
        <w:t>v 0.348727 21.139482 -0.441964</w:t>
        <w:br/>
        <w:t>v 0.237586 21.237226 -0.501949</w:t>
        <w:br/>
        <w:t>v 0.393331 21.062037 -0.483211</w:t>
        <w:br/>
        <w:t>v 0.348727 21.139482 -0.441964</w:t>
        <w:br/>
        <w:t>v 0.630809 20.904446 -0.657568</w:t>
        <w:br/>
        <w:t>v 0.555190 21.018953 -0.743500</w:t>
        <w:br/>
        <w:t>v 0.415765 21.084564 -0.831980</w:t>
        <w:br/>
        <w:t>v 0.325266 21.059860 -0.472383</w:t>
        <w:br/>
        <w:t>v -0.288621 21.043392 -0.516667</w:t>
        <w:br/>
        <w:t>v -0.423908 21.073645 -0.882316</w:t>
        <w:br/>
        <w:t>v 0.630809 20.904446 -0.657568</w:t>
        <w:br/>
        <w:t>v 0.524009 20.602840 -0.812426</w:t>
        <w:br/>
        <w:t>v 0.481237 20.613949 -0.832125</w:t>
        <w:br/>
        <w:t>v 0.502676 20.585163 -0.865073</w:t>
        <w:br/>
        <w:t>v 0.764383 19.315903 -0.146350</w:t>
        <w:br/>
        <w:t>v 0.614072 19.177713 -0.023206</w:t>
        <w:br/>
        <w:t>v 0.577812 19.481400 -0.102736</w:t>
        <w:br/>
        <w:t>v -0.937199 19.916094 -0.172565</w:t>
        <w:br/>
        <w:t>v 0.050937 18.799644 -0.371333</w:t>
        <w:br/>
        <w:t>v 0.047915 18.794312 -0.336046</w:t>
        <w:br/>
        <w:t>v 0.077405 18.784470 -0.348299</w:t>
        <w:br/>
        <w:t>v -0.033673 18.847374 -0.376947</w:t>
        <w:br/>
        <w:t>v 0.009332 18.811401 -0.384882</w:t>
        <w:br/>
        <w:t>v 0.003961 18.792721 -0.427050</w:t>
        <w:br/>
        <w:t>v -0.056593 18.827702 -0.424157</w:t>
        <w:br/>
        <w:t>v -0.002697 18.784267 -0.449173</w:t>
        <w:br/>
        <w:t>v -0.070858 18.815636 -0.453650</w:t>
        <w:br/>
        <w:t>v -0.038332 18.735485 -0.512286</w:t>
        <w:br/>
        <w:t>v -0.115186 18.764559 -0.520337</w:t>
        <w:br/>
        <w:t>v -0.107205 18.504745 -0.564093</w:t>
        <w:br/>
        <w:t>v -0.131087 18.531210 -0.580959</w:t>
        <w:br/>
        <w:t>v -0.105256 18.533758 -0.577888</w:t>
        <w:br/>
        <w:t>v 0.046741 18.841362 -0.404996</w:t>
        <w:br/>
        <w:t>v 0.029841 18.817926 -0.444420</w:t>
        <w:br/>
        <w:t>v 0.091357 18.796953 -0.439581</w:t>
        <w:br/>
        <w:t>v 0.100500 18.818848 -0.393747</w:t>
        <w:br/>
        <w:t>v 0.015839 18.803217 -0.469570</w:t>
        <w:br/>
        <w:t>v -0.030338 18.818163 -0.470511</w:t>
        <w:br/>
        <w:t>v -0.078302 18.759861 -0.550514</w:t>
        <w:br/>
        <w:t>v -0.032986 18.743624 -0.546190</w:t>
        <w:br/>
        <w:t>v 0.086111 18.781885 -0.464187</w:t>
        <w:br/>
        <w:t>v 0.028242 18.799948 -0.469456</w:t>
        <w:br/>
        <w:t>v 0.077068 18.731335 -0.524422</w:t>
        <w:br/>
        <w:t>v 0.027243 18.741222 -0.533160</w:t>
        <w:br/>
        <w:t>v 0.069161 18.575451 -0.619245</w:t>
        <w:br/>
        <w:t>v 0.100912 18.530344 -0.619650</w:t>
        <w:br/>
        <w:t>v 0.115663 18.537170 -0.615541</w:t>
        <w:br/>
        <w:t>v 0.095778 18.582653 -0.611180</w:t>
        <w:br/>
        <w:t>v -0.015674 18.832251 -0.443948</w:t>
        <w:br/>
        <w:t>v 0.005647 18.854446 -0.401754</w:t>
        <w:br/>
        <w:t>v 0.065426 18.867371 -0.352353</w:t>
        <w:br/>
        <w:t>v 0.085024 18.897100 -0.274607</w:t>
        <w:br/>
        <w:t>v 0.076505 18.899958 -0.273687</w:t>
        <w:br/>
        <w:t>v 0.037298 18.876713 -0.348773</w:t>
        <w:br/>
        <w:t>v 0.027205 18.762171 -0.368495</w:t>
        <w:br/>
        <w:t>v 0.000538 18.773792 -0.371770</w:t>
        <w:br/>
        <w:t>v 0.024395 18.804260 -0.337671</w:t>
        <w:br/>
        <w:t>v 0.047915 18.794312 -0.336046</w:t>
        <w:br/>
        <w:t>v -0.002772 18.721010 -0.402288</w:t>
        <w:br/>
        <w:t>v -0.029864 18.731636 -0.405925</w:t>
        <w:br/>
        <w:t>v 0.000825 18.799034 -0.400563</w:t>
        <w:br/>
        <w:t>v 0.009332 18.811401 -0.384882</w:t>
        <w:br/>
        <w:t>v 0.006072 18.818539 -0.348551</w:t>
        <w:br/>
        <w:t>v -0.020658 18.789619 -0.384652</w:t>
        <w:br/>
        <w:t>v 0.034912 18.779976 -0.400234</w:t>
        <w:br/>
        <w:t>v 0.027205 18.762171 -0.368495</w:t>
        <w:br/>
        <w:t>v 0.047915 18.794312 -0.336046</w:t>
        <w:br/>
        <w:t>v 0.050937 18.799644 -0.371333</w:t>
        <w:br/>
        <w:t>v -0.051447 18.745852 -0.419200</w:t>
        <w:br/>
        <w:t>v -0.035097 18.751223 -0.437574</w:t>
        <w:br/>
        <w:t>v 0.082863 18.771767 -0.411387</w:t>
        <w:br/>
        <w:t>v -0.147986 18.585352 -0.603815</w:t>
        <w:br/>
        <w:t>v -0.096176 18.579706 -0.594260</w:t>
        <w:br/>
        <w:t>v -0.107854 18.528669 -0.590173</w:t>
        <w:br/>
        <w:t>v -0.099061 18.574541 -0.617670</w:t>
        <w:br/>
        <w:t>v -0.126141 18.575518 -0.621128</w:t>
        <w:br/>
        <w:t>v -0.120033 18.527689 -0.590221</w:t>
        <w:br/>
        <w:t>v 0.101949 18.847281 -0.339455</w:t>
        <w:br/>
        <w:t>v 0.006009 18.867947 -0.323255</w:t>
        <w:br/>
        <w:t>v 0.051874 18.841768 -0.306175</w:t>
        <w:br/>
        <w:t>v 0.024395 18.804260 -0.337671</w:t>
        <w:br/>
        <w:t>v 0.006072 18.818539 -0.348551</w:t>
        <w:br/>
        <w:t>v 0.086523 18.825806 -0.299937</w:t>
        <w:br/>
        <w:t>v 0.079765 18.649748 -0.583335</w:t>
        <w:br/>
        <w:t>v 0.041232 18.645660 -0.595349</w:t>
        <w:br/>
        <w:t>v -0.068397 18.656374 -0.445063</w:t>
        <w:br/>
        <w:t>v -0.041817 18.647400 -0.440093</w:t>
        <w:br/>
        <w:t>v -0.061265 18.594002 -0.467768</w:t>
        <w:br/>
        <w:t>v -0.041817 18.647400 -0.440093</w:t>
        <w:br/>
        <w:t>v -0.036096 18.657761 -0.464417</w:t>
        <w:br/>
        <w:t>v -0.061265 18.594002 -0.467768</w:t>
        <w:br/>
        <w:t>v -0.064500 18.665260 -0.472557</w:t>
        <w:br/>
        <w:t>v -0.078115 18.662373 -0.455983</w:t>
        <w:br/>
        <w:t>v -0.061265 18.594002 -0.467768</w:t>
        <w:br/>
        <w:t>v -0.075779 18.648897 -0.582275</w:t>
        <w:br/>
        <w:t>v -0.148911 18.675159 -0.589428</w:t>
        <w:br/>
        <w:t>v -0.078127 18.650154 -0.610283</w:t>
        <w:br/>
        <w:t>v -0.118334 18.662329 -0.616313</w:t>
        <w:br/>
        <w:t>v -0.107205 18.504745 -0.564093</w:t>
        <w:br/>
        <w:t>v -0.036096 18.657761 -0.464417</w:t>
        <w:br/>
        <w:t>v -0.064500 18.665260 -0.472557</w:t>
        <w:br/>
        <w:t>v -0.061265 18.594002 -0.467768</w:t>
        <w:br/>
        <w:t>v 0.000825 18.799034 -0.400563</w:t>
        <w:br/>
        <w:t>v -0.035097 18.751223 -0.437574</w:t>
        <w:br/>
        <w:t>v 0.002149 18.736797 -0.430958</w:t>
        <w:br/>
        <w:t>v 0.034912 18.779976 -0.400234</w:t>
        <w:br/>
        <w:t>v 0.050937 18.799644 -0.371333</w:t>
        <w:br/>
        <w:t>v 0.009332 18.811401 -0.384882</w:t>
        <w:br/>
        <w:t>v 0.002662 18.782555 -0.450385</w:t>
        <w:br/>
        <w:t>v 0.081102 18.761005 -0.436922</w:t>
        <w:br/>
        <w:t>v 0.076580 18.718288 -0.495465</w:t>
        <w:br/>
        <w:t>v 0.003261 18.734856 -0.512238</w:t>
        <w:br/>
        <w:t>v 0.082101 18.643473 -0.554778</w:t>
        <w:br/>
        <w:t>v 0.021497 18.642685 -0.577961</w:t>
        <w:br/>
        <w:t>v 0.098576 18.582865 -0.586567</w:t>
        <w:br/>
        <w:t>v 0.054347 18.572672 -0.604056</w:t>
        <w:br/>
        <w:t>v 0.116325 18.541088 -0.597583</w:t>
        <w:br/>
        <w:t>v 0.090994 18.527727 -0.608089</w:t>
        <w:br/>
        <w:t>v -0.020658 18.789619 -0.384652</w:t>
        <w:br/>
        <w:t>v 0.006072 18.818539 -0.348551</w:t>
        <w:br/>
        <w:t>v -0.051447 18.745852 -0.419200</w:t>
        <w:br/>
        <w:t>v -0.078115 18.662373 -0.455983</w:t>
        <w:br/>
        <w:t>v 0.086523 18.825806 -0.299937</w:t>
        <w:br/>
        <w:t>v 0.101949 18.847281 -0.339455</w:t>
        <w:br/>
        <w:t>v 0.100500 18.818848 -0.393747</w:t>
        <w:br/>
        <w:t>v 0.077405 18.784470 -0.348299</w:t>
        <w:br/>
        <w:t>v 0.091357 18.796953 -0.439581</w:t>
        <w:br/>
        <w:t>v 0.082863 18.771767 -0.411387</w:t>
        <w:br/>
        <w:t>v 0.086111 18.781885 -0.464187</w:t>
        <w:br/>
        <w:t>v 0.081102 18.761005 -0.436922</w:t>
        <w:br/>
        <w:t>v 0.077068 18.731335 -0.524422</w:t>
        <w:br/>
        <w:t>v 0.076580 18.718288 -0.495465</w:t>
        <w:br/>
        <w:t>v 0.079765 18.649748 -0.583335</w:t>
        <w:br/>
        <w:t>v 0.082101 18.643473 -0.554778</w:t>
        <w:br/>
        <w:t>v 0.098576 18.582865 -0.586567</w:t>
        <w:br/>
        <w:t>v 0.095778 18.582653 -0.611180</w:t>
        <w:br/>
        <w:t>v 0.116325 18.541088 -0.597583</w:t>
        <w:br/>
        <w:t>v 0.115663 18.537170 -0.615541</w:t>
        <w:br/>
        <w:t>v 0.069161 18.575451 -0.619245</w:t>
        <w:br/>
        <w:t>v 0.054347 18.572672 -0.604056</w:t>
        <w:br/>
        <w:t>v 0.090994 18.527727 -0.608089</w:t>
        <w:br/>
        <w:t>v 0.100912 18.530344 -0.619650</w:t>
        <w:br/>
        <w:t>v 0.021497 18.642685 -0.577961</w:t>
        <w:br/>
        <w:t>v 0.069161 18.575451 -0.619245</w:t>
        <w:br/>
        <w:t>v 0.041232 18.645660 -0.595349</w:t>
        <w:br/>
        <w:t>v 0.041232 18.645660 -0.595349</w:t>
        <w:br/>
        <w:t>v 0.027243 18.741222 -0.533160</w:t>
        <w:br/>
        <w:t>v 0.003261 18.734856 -0.512238</w:t>
        <w:br/>
        <w:t>v 0.028242 18.799948 -0.469456</w:t>
        <w:br/>
        <w:t>v 0.002662 18.782555 -0.450385</w:t>
        <w:br/>
        <w:t>v 0.029841 18.817926 -0.444420</w:t>
        <w:br/>
        <w:t>v 0.003961 18.792721 -0.427050</w:t>
        <w:br/>
        <w:t>v -0.002697 18.784267 -0.449173</w:t>
        <w:br/>
        <w:t>v 0.003961 18.792721 -0.427050</w:t>
        <w:br/>
        <w:t>v 0.029841 18.817926 -0.444420</w:t>
        <w:br/>
        <w:t>v 0.015839 18.803217 -0.469570</w:t>
        <w:br/>
        <w:t>v -0.032986 18.743624 -0.546190</w:t>
        <w:br/>
        <w:t>v -0.038332 18.735485 -0.512286</w:t>
        <w:br/>
        <w:t>v -0.078127 18.650154 -0.610283</w:t>
        <w:br/>
        <w:t>v -0.075779 18.648897 -0.582275</w:t>
        <w:br/>
        <w:t>v -0.096176 18.579706 -0.594260</w:t>
        <w:br/>
        <w:t>v -0.099061 18.574541 -0.617670</w:t>
        <w:br/>
        <w:t>v -0.105256 18.533758 -0.577888</w:t>
        <w:br/>
        <w:t>v -0.107854 18.528669 -0.590173</w:t>
        <w:br/>
        <w:t>v -0.107205 18.504745 -0.564093</w:t>
        <w:br/>
        <w:t>v -0.131087 18.531210 -0.580959</w:t>
        <w:br/>
        <w:t>v -0.147986 18.585352 -0.603815</w:t>
        <w:br/>
        <w:t>v -0.148911 18.675159 -0.589428</w:t>
        <w:br/>
        <w:t>v -0.115186 18.764559 -0.520337</w:t>
        <w:br/>
        <w:t>v -0.070858 18.815636 -0.453650</w:t>
        <w:br/>
        <w:t>v -0.056593 18.827702 -0.424157</w:t>
        <w:br/>
        <w:t>v -0.033673 18.847374 -0.376947</w:t>
        <w:br/>
        <w:t>v 0.006009 18.867947 -0.323255</w:t>
        <w:br/>
        <w:t>v 0.089658 18.878849 -0.256158</w:t>
        <w:br/>
        <w:t>v 0.096828 18.888817 -0.270118</w:t>
        <w:br/>
        <w:t>v 0.096828 18.888817 -0.270118</w:t>
        <w:br/>
        <w:t>v 0.065526 18.894905 -0.263108</w:t>
        <w:br/>
        <w:t>v 0.077055 18.886377 -0.258636</w:t>
        <w:br/>
        <w:t>v 0.065526 18.894905 -0.263108</w:t>
        <w:br/>
        <w:t>v -0.071470 18.711464 -0.440178</w:t>
        <w:br/>
        <w:t>v -0.050373 18.698147 -0.426349</w:t>
        <w:br/>
        <w:t>v -0.023706 18.687704 -0.422290</w:t>
        <w:br/>
        <w:t>v -0.023706 18.687704 -0.422290</w:t>
        <w:br/>
        <w:t>v -0.017198 18.700872 -0.450538</w:t>
        <w:br/>
        <w:t>v -0.017198 18.700872 -0.450538</w:t>
        <w:br/>
        <w:t>v -0.054882 18.715595 -0.458781</w:t>
        <w:br/>
        <w:t>v -0.054882 18.715595 -0.458781</w:t>
        <w:br/>
        <w:t>v -0.071470 18.711464 -0.440178</w:t>
        <w:br/>
        <w:t>v 0.002149 18.736797 -0.430958</w:t>
        <w:br/>
        <w:t>v -0.002772 18.721010 -0.402288</w:t>
        <w:br/>
        <w:t>v 0.148188 18.493757 -0.594596</w:t>
        <w:br/>
        <w:t>v 0.148188 18.493757 -0.594596</w:t>
        <w:br/>
        <w:t>v 0.148188 18.493757 -0.594596</w:t>
        <w:br/>
        <w:t>v 0.148188 18.493757 -0.594596</w:t>
        <w:br/>
        <w:t>v 0.089658 18.878849 -0.256158</w:t>
        <w:br/>
        <w:t>v -0.301882 18.955189 -0.196596</w:t>
        <w:br/>
        <w:t>v -0.276414 18.973724 -0.195526</w:t>
        <w:br/>
        <w:t>v -0.271043 18.968863 -0.203222</w:t>
        <w:br/>
        <w:t>v -0.289654 18.944931 -0.211816</w:t>
        <w:br/>
        <w:t>v -0.315297 18.916262 -0.218993</w:t>
        <w:br/>
        <w:t>v -0.346735 18.887634 -0.223010</w:t>
        <w:br/>
        <w:t>v -0.365259 18.904247 -0.200880</w:t>
        <w:br/>
        <w:t>v -0.333008 18.931688 -0.197941</w:t>
        <w:br/>
        <w:t>v -0.410375 18.861221 -0.203068</w:t>
        <w:br/>
        <w:t>v -0.391002 18.843910 -0.226713</w:t>
        <w:br/>
        <w:t>v -0.452930 18.820692 -0.203601</w:t>
        <w:br/>
        <w:t>v -0.433882 18.803574 -0.227020</w:t>
        <w:br/>
        <w:t>v -0.540576 18.674757 -0.199661</w:t>
        <w:br/>
        <w:t>v -0.531882 18.675280 -0.201695</w:t>
        <w:br/>
        <w:t>v -0.523101 18.650429 -0.205679</w:t>
        <w:br/>
        <w:t>v -0.271043 18.968863 -0.203222</w:t>
        <w:br/>
        <w:t>v -0.280198 18.975946 -0.206389</w:t>
        <w:br/>
        <w:t>v -0.309214 18.959518 -0.215898</w:t>
        <w:br/>
        <w:t>v -0.289654 18.944931 -0.211816</w:t>
        <w:br/>
        <w:t>v -0.523101 18.650429 -0.205679</w:t>
        <w:br/>
        <w:t>v -0.525237 18.672497 -0.206875</w:t>
        <w:br/>
        <w:t>v -0.538490 18.671587 -0.209986</w:t>
        <w:br/>
        <w:t>v -0.375876 18.909933 -0.222914</w:t>
        <w:br/>
        <w:t>v -0.346735 18.887634 -0.223010</w:t>
        <w:br/>
        <w:t>v -0.315297 18.916262 -0.218993</w:t>
        <w:br/>
        <w:t>v -0.343688 18.936987 -0.221234</w:t>
        <w:br/>
        <w:t>v -0.343688 18.936987 -0.221234</w:t>
        <w:br/>
        <w:t>v -0.352244 18.949995 -0.182208</w:t>
        <w:br/>
        <w:t>v -0.385606 18.923185 -0.184059</w:t>
        <w:br/>
        <w:t>v -0.375876 18.909933 -0.222914</w:t>
        <w:br/>
        <w:t>v -0.421254 18.867525 -0.225085</w:t>
        <w:br/>
        <w:t>v -0.391002 18.843910 -0.226713</w:t>
        <w:br/>
        <w:t>v -0.431996 18.880823 -0.184922</w:t>
        <w:br/>
        <w:t>v -0.421254 18.867525 -0.225085</w:t>
        <w:br/>
        <w:t>v -0.464171 18.827328 -0.225868</w:t>
        <w:br/>
        <w:t>v -0.433882 18.803574 -0.227020</w:t>
        <w:br/>
        <w:t>v -0.474476 18.840038 -0.185785</w:t>
        <w:br/>
        <w:t>v -0.464171 18.827328 -0.225868</w:t>
        <w:br/>
        <w:t>v -0.517880 18.702398 -0.211375</w:t>
        <w:br/>
        <w:t>v -0.540226 18.706095 -0.216105</w:t>
        <w:br/>
        <w:t>v -0.530321 18.708202 -0.199788</w:t>
        <w:br/>
        <w:t>v -0.517880 18.702398 -0.211375</w:t>
        <w:br/>
        <w:t>v -0.525237 18.672497 -0.206875</w:t>
        <w:br/>
        <w:t>v -0.546084 18.713121 -0.193669</w:t>
        <w:br/>
        <w:t>v -0.540576 18.674757 -0.199661</w:t>
        <w:br/>
        <w:t>v -0.538490 18.671587 -0.209986</w:t>
        <w:br/>
        <w:t>v -0.540226 18.706095 -0.216105</w:t>
        <w:br/>
        <w:t>v -0.309214 18.959518 -0.215898</w:t>
        <w:br/>
        <w:t>v -0.315584 18.967918 -0.184921</w:t>
        <w:br/>
        <w:t>v -0.280198 18.975946 -0.206389</w:t>
        <w:br/>
        <w:t>v -0.282472 18.979902 -0.189938</w:t>
        <w:br/>
        <w:t>v -0.523101 18.650429 -0.205679</w:t>
        <w:br/>
        <w:t>v -0.498320 18.790133 -0.225772</w:t>
        <w:br/>
        <w:t>v -0.468218 18.770298 -0.224540</w:t>
        <w:br/>
        <w:t>v -0.487241 18.785856 -0.203241</w:t>
        <w:br/>
        <w:t>v -0.468218 18.770298 -0.224540</w:t>
        <w:br/>
        <w:t>v -0.508787 18.802807 -0.187698</w:t>
        <w:br/>
        <w:t>v -0.498320 18.790133 -0.225772</w:t>
        <w:br/>
        <w:t>v -0.523838 18.751280 -0.223451</w:t>
        <w:br/>
        <w:t>v -0.494598 18.739185 -0.218868</w:t>
        <w:br/>
        <w:t>v -0.512122 18.750902 -0.201392</w:t>
        <w:br/>
        <w:t>v -0.494598 18.739185 -0.218868</w:t>
        <w:br/>
        <w:t>v -0.532794 18.762945 -0.190017</w:t>
        <w:br/>
        <w:t>v -0.523838 18.751280 -0.223451</w:t>
        <w:br/>
        <w:t>v -0.546084 18.713121 -0.193669</w:t>
        <w:br/>
        <w:t>v -0.532794 18.762945 -0.190017</w:t>
        <w:br/>
        <w:t>v -0.508787 18.802807 -0.187698</w:t>
        <w:br/>
        <w:t>v -0.474476 18.840038 -0.185785</w:t>
        <w:br/>
        <w:t>v -0.431996 18.880823 -0.184922</w:t>
        <w:br/>
        <w:t>v -0.385606 18.923185 -0.184059</w:t>
        <w:br/>
        <w:t>v -0.352244 18.949995 -0.182208</w:t>
        <w:br/>
        <w:t>v -0.315584 18.967918 -0.184921</w:t>
        <w:br/>
        <w:t>v -0.282472 18.979902 -0.189938</w:t>
        <w:br/>
        <w:t>v 0.208555 18.865536 -0.268524</w:t>
        <w:br/>
        <w:t>v 0.217049 18.870804 -0.263958</w:t>
        <w:br/>
        <w:t>v 0.260166 18.832478 -0.280560</w:t>
        <w:br/>
        <w:t>v 0.238382 18.819473 -0.289718</w:t>
        <w:br/>
        <w:t>v 0.323068 18.773617 -0.313041</w:t>
        <w:br/>
        <w:t>v 0.294652 18.755854 -0.324036</w:t>
        <w:br/>
        <w:t>v 0.476751 18.538315 -0.351315</w:t>
        <w:br/>
        <w:t>v 0.487006 18.536968 -0.353066</w:t>
        <w:br/>
        <w:t>v 0.466172 18.513010 -0.344577</w:t>
        <w:br/>
        <w:t>v 0.440054 18.592600 -0.367829</w:t>
        <w:br/>
        <w:t>v 0.463212 18.602247 -0.361068</w:t>
        <w:br/>
        <w:t>v 0.479637 18.558336 -0.355898</w:t>
        <w:br/>
        <w:t>v 0.464336 18.553875 -0.359621</w:t>
        <w:br/>
        <w:t>v 0.208555 18.865536 -0.268524</w:t>
        <w:br/>
        <w:t>v 0.238382 18.819473 -0.289718</w:t>
        <w:br/>
        <w:t>v 0.260653 18.832182 -0.308967</w:t>
        <w:br/>
        <w:t>v 0.216574 18.870514 -0.278302</w:t>
        <w:br/>
        <w:t>v 0.467571 18.535515 -0.353049</w:t>
        <w:br/>
        <w:t>v 0.466172 18.513010 -0.344577</w:t>
        <w:br/>
        <w:t>v 0.480499 18.532518 -0.362236</w:t>
        <w:br/>
        <w:t>v 0.325679 18.774809 -0.344240</w:t>
        <w:br/>
        <w:t>v 0.294652 18.755854 -0.324036</w:t>
        <w:br/>
        <w:t>v 0.281400 18.847172 -0.277674</w:t>
        <w:br/>
        <w:t>v 0.260653 18.832182 -0.308967</w:t>
        <w:br/>
        <w:t>v 0.325679 18.774809 -0.344240</w:t>
        <w:br/>
        <w:t>v 0.351297 18.793093 -0.309641</w:t>
        <w:br/>
        <w:t>v 0.483371 18.551760 -0.373364</w:t>
        <w:br/>
        <w:t>v 0.467246 18.597486 -0.388762</w:t>
        <w:br/>
        <w:t>v 0.440054 18.592600 -0.367829</w:t>
        <w:br/>
        <w:t>v 0.464336 18.553875 -0.359621</w:t>
        <w:br/>
        <w:t>v 0.483371 18.551760 -0.373364</w:t>
        <w:br/>
        <w:t>v 0.496087 18.560188 -0.358056</w:t>
        <w:br/>
        <w:t>v 0.487955 18.610491 -0.362726</w:t>
        <w:br/>
        <w:t>v 0.467246 18.597486 -0.388762</w:t>
        <w:br/>
        <w:t>v 0.380474 18.713905 -0.342010</w:t>
        <w:br/>
        <w:t>v 0.351297 18.695774 -0.353806</w:t>
        <w:br/>
        <w:t>v 0.383560 18.715464 -0.373632</w:t>
        <w:br/>
        <w:t>v 0.410052 18.733200 -0.338098</w:t>
        <w:br/>
        <w:t>v 0.383560 18.715464 -0.373632</w:t>
        <w:br/>
        <w:t>v 0.351297 18.695774 -0.353806</w:t>
        <w:br/>
        <w:t>v 0.467571 18.535515 -0.353049</w:t>
        <w:br/>
        <w:t>v 0.480499 18.532518 -0.362236</w:t>
        <w:br/>
        <w:t>v 0.487006 18.536968 -0.353066</w:t>
        <w:br/>
        <w:t>v 0.216574 18.870514 -0.278302</w:t>
        <w:br/>
        <w:t>v 0.225467 18.876986 -0.262179</w:t>
        <w:br/>
        <w:t>v 0.466172 18.513010 -0.344577</w:t>
        <w:br/>
        <w:t>v 0.431436 18.656500 -0.390599</w:t>
        <w:br/>
        <w:t>v 0.400409 18.641291 -0.369301</w:t>
        <w:br/>
        <w:t>v 0.428638 18.657303 -0.359494</w:t>
        <w:br/>
        <w:t>v 0.400409 18.641291 -0.369301</w:t>
        <w:br/>
        <w:t>v 0.431436 18.656500 -0.390599</w:t>
        <w:br/>
        <w:t>v 0.457878 18.673267 -0.357898</w:t>
        <w:br/>
        <w:t>v 0.496087 18.560188 -0.358056</w:t>
        <w:br/>
        <w:t>v 0.487955 18.610491 -0.362726</w:t>
        <w:br/>
        <w:t>v 0.457878 18.673267 -0.357898</w:t>
        <w:br/>
        <w:t>v 0.410052 18.733200 -0.338098</w:t>
        <w:br/>
        <w:t>v 0.351297 18.793093 -0.309641</w:t>
        <w:br/>
        <w:t>v 0.281400 18.847172 -0.277674</w:t>
        <w:br/>
        <w:t>v 0.225467 18.876986 -0.262179</w:t>
        <w:br/>
        <w:t>v -0.328090 14.253209 -0.778161</w:t>
        <w:br/>
        <w:t>v -0.511284 14.397233 -0.795174</w:t>
        <w:br/>
        <w:t>v -0.429850 14.491145 -0.784512</w:t>
        <w:br/>
        <w:t>v -0.283730 14.306694 -0.778728</w:t>
        <w:br/>
        <w:t>v -0.638439 14.214452 -0.819411</w:t>
        <w:br/>
        <w:t>v -0.416885 14.123309 -0.827614</w:t>
        <w:br/>
        <w:t>v -0.654845 14.180705 -0.801915</w:t>
        <w:br/>
        <w:t>v -0.435038 14.091290 -0.812942</w:t>
        <w:br/>
        <w:t>v -0.315147 14.275027 -0.642438</w:t>
        <w:br/>
        <w:t>v -0.511603 14.412034 -0.691571</w:t>
        <w:br/>
        <w:t>v -0.618883 14.254066 -0.716563</w:t>
        <w:br/>
        <w:t>v -0.406417 14.145835 -0.704431</w:t>
        <w:br/>
        <w:t>v -0.443538 14.503592 -0.745417</w:t>
        <w:br/>
        <w:t>v -0.246273 14.366768 -0.724216</w:t>
        <w:br/>
        <w:t>v -0.656580 14.179878 -0.783179</w:t>
        <w:br/>
        <w:t>v -0.437995 14.082895 -0.786317</w:t>
        <w:br/>
        <w:t>v -0.328090 14.253209 -0.778161</w:t>
        <w:br/>
        <w:t>v -0.329434 14.257634 -0.794963</w:t>
        <w:br/>
        <w:t>v -0.421647 14.123118 -0.843640</w:t>
        <w:br/>
        <w:t>v -0.416885 14.123309 -0.827614</w:t>
        <w:br/>
        <w:t>v -0.283730 14.306694 -0.778728</w:t>
        <w:br/>
        <w:t>v -0.287774 14.311575 -0.795518</w:t>
        <w:br/>
        <w:t>v -0.429850 14.491145 -0.784512</w:t>
        <w:br/>
        <w:t>v -0.511284 14.397233 -0.795174</w:t>
        <w:br/>
        <w:t>v -0.505635 14.396371 -0.811229</w:t>
        <w:br/>
        <w:t>v -0.427983 14.485080 -0.800974</w:t>
        <w:br/>
        <w:t>v -0.638439 14.214452 -0.819411</w:t>
        <w:br/>
        <w:t>v -0.635294 14.211099 -0.835647</w:t>
        <w:br/>
        <w:t>v -0.654845 14.180705 -0.801915</w:t>
        <w:br/>
        <w:t>v -0.655540 14.169819 -0.814564</w:t>
        <w:br/>
        <w:t>v -0.443497 14.083472 -0.825307</w:t>
        <w:br/>
        <w:t>v -0.435038 14.091290 -0.812942</w:t>
        <w:br/>
        <w:t>v -0.656580 14.179878 -0.783179</w:t>
        <w:br/>
        <w:t>v -0.660107 14.154534 -0.777214</w:t>
        <w:br/>
        <w:t>v -0.451194 14.068639 -0.785023</w:t>
        <w:br/>
        <w:t>v -0.437995 14.082895 -0.786317</w:t>
        <w:br/>
        <w:t>v -0.511603 14.412034 -0.691571</w:t>
        <w:br/>
        <w:t>v -0.510619 14.410348 -0.676012</w:t>
        <w:br/>
        <w:t>v -0.620737 14.235661 -0.707465</w:t>
        <w:br/>
        <w:t>v -0.618883 14.254066 -0.716563</w:t>
        <w:br/>
        <w:t>v -0.443538 14.503592 -0.745417</w:t>
        <w:br/>
        <w:t>v -0.441567 14.505348 -0.728619</w:t>
        <w:br/>
        <w:t>v -0.246273 14.366768 -0.724216</w:t>
        <w:br/>
        <w:t>v -0.315147 14.275027 -0.642438</w:t>
        <w:br/>
        <w:t>v -0.320656 14.278028 -0.628481</w:t>
        <w:br/>
        <w:t>v -0.250630 14.373191 -0.709047</w:t>
        <w:br/>
        <w:t>v -0.406417 14.145835 -0.704431</w:t>
        <w:br/>
        <w:t>v -0.417192 14.136709 -0.699173</w:t>
        <w:br/>
        <w:t>v -0.427983 14.485080 -0.800974</w:t>
        <w:br/>
        <w:t>v -0.505635 14.396371 -0.811229</w:t>
        <w:br/>
        <w:t>v -0.329434 14.257634 -0.794963</w:t>
        <w:br/>
        <w:t>v -0.287774 14.311575 -0.795518</w:t>
        <w:br/>
        <w:t>v -0.635294 14.211099 -0.835647</w:t>
        <w:br/>
        <w:t>v -0.421647 14.123118 -0.843640</w:t>
        <w:br/>
        <w:t>v -0.655540 14.169819 -0.814564</w:t>
        <w:br/>
        <w:t>v -0.443497 14.083472 -0.825307</w:t>
        <w:br/>
        <w:t>v -0.320656 14.278028 -0.628481</w:t>
        <w:br/>
        <w:t>v -0.417192 14.136709 -0.699173</w:t>
        <w:br/>
        <w:t>v -0.620737 14.235661 -0.707465</w:t>
        <w:br/>
        <w:t>v -0.510619 14.410348 -0.676012</w:t>
        <w:br/>
        <w:t>v -0.441567 14.505348 -0.728619</w:t>
        <w:br/>
        <w:t>v -0.250630 14.373191 -0.709047</w:t>
        <w:br/>
        <w:t>v -0.660107 14.154534 -0.777214</w:t>
        <w:br/>
        <w:t>v -0.451194 14.068639 -0.785023</w:t>
        <w:br/>
        <w:t>v -0.451194 14.068639 -0.785023</w:t>
        <w:br/>
        <w:t>v -0.660107 14.154534 -0.777214</w:t>
        <w:br/>
        <w:t>v 0.748503 14.538743 1.187315</w:t>
        <w:br/>
        <w:t>v 0.770844 14.416606 1.156774</w:t>
        <w:br/>
        <w:t>v 0.949811 14.493255 0.934783</w:t>
        <w:br/>
        <w:t>v 0.933294 14.605292 0.949599</w:t>
        <w:br/>
        <w:t>v 0.748503 14.538743 1.187315</w:t>
        <w:br/>
        <w:t>v 0.763302 14.523950 1.223557</w:t>
        <w:br/>
        <w:t>v 0.784891 14.413981 1.196047</w:t>
        <w:br/>
        <w:t>v 0.770844 14.416606 1.156774</w:t>
        <w:br/>
        <w:t>v 0.763302 14.523950 1.223557</w:t>
        <w:br/>
        <w:t>v 0.784380 14.597391 1.227603</w:t>
        <w:br/>
        <w:t>v 0.976493 14.656962 0.982971</w:t>
        <w:br/>
        <w:t>v 0.967960 14.602249 0.947513</w:t>
        <w:br/>
        <w:t>v 0.816334 14.613725 1.245976</w:t>
        <w:br/>
        <w:t>v 1.006758 14.671394 0.999341</w:t>
        <w:br/>
        <w:t>v 0.967960 14.602249 0.947513</w:t>
        <w:br/>
        <w:t>v 0.976493 14.656962 0.982971</w:t>
        <w:br/>
        <w:t>v 0.948791 14.670521 0.989579</w:t>
        <w:br/>
        <w:t>v 0.933294 14.605292 0.949599</w:t>
        <w:br/>
        <w:t>v 0.933294 14.605292 0.949599</w:t>
        <w:br/>
        <w:t>v 0.949811 14.493255 0.934783</w:t>
        <w:br/>
        <w:t>v 0.983564 14.500412 0.932361</w:t>
        <w:br/>
        <w:t>v 0.819503 14.269441 1.127567</w:t>
        <w:br/>
        <w:t>v 0.990296 14.335913 0.918275</w:t>
        <w:br/>
        <w:t>v 0.863767 14.176361 1.131452</w:t>
        <w:br/>
        <w:t>v 1.036544 14.256921 0.928071</w:t>
        <w:br/>
        <w:t>v 1.023328 14.351627 0.919304</w:t>
        <w:br/>
        <w:t>v 0.990296 14.335913 0.918275</w:t>
        <w:br/>
        <w:t>v 1.036544 14.256921 0.928071</w:t>
        <w:br/>
        <w:t>v 1.053602 14.291485 0.924059</w:t>
        <w:br/>
        <w:t>v 0.784891 14.413981 1.196047</w:t>
        <w:br/>
        <w:t>v 0.983564 14.500412 0.932361</w:t>
        <w:br/>
        <w:t>v 1.023328 14.351627 0.919304</w:t>
        <w:br/>
        <w:t>v 0.825460 14.272798 1.169598</w:t>
        <w:br/>
        <w:t>v 0.948791 14.670521 0.989579</w:t>
        <w:br/>
        <w:t>v 0.779599 14.624410 1.197961</w:t>
        <w:br/>
        <w:t>v 0.995627 14.694447 1.024293</w:t>
        <w:br/>
        <w:t>v 0.832837 14.649894 1.230596</w:t>
        <w:br/>
        <w:t>v 0.825460 14.272798 1.169598</w:t>
        <w:br/>
        <w:t>v 0.819503 14.269441 1.127567</w:t>
        <w:br/>
        <w:t>v 1.006758 14.671394 0.999341</w:t>
        <w:br/>
        <w:t>v 0.995627 14.694447 1.024293</w:t>
        <w:br/>
        <w:t>v 0.838949 14.520979 1.255221</w:t>
        <w:br/>
        <w:t>v 1.032663 14.605239 0.990023</w:t>
        <w:br/>
        <w:t>v 1.006758 14.671394 0.999341</w:t>
        <w:br/>
        <w:t>v 0.816334 14.613725 1.245976</w:t>
        <w:br/>
        <w:t>v 0.784380 14.597391 1.227603</w:t>
        <w:br/>
        <w:t>v 0.779599 14.624410 1.197961</w:t>
        <w:br/>
        <w:t>v 0.832837 14.649894 1.230596</w:t>
        <w:br/>
        <w:t>v 0.816334 14.613725 1.245976</w:t>
        <w:br/>
        <w:t>v 0.838949 14.520979 1.255221</w:t>
        <w:br/>
        <w:t>v 0.832837 14.649894 1.230596</w:t>
        <w:br/>
        <w:t>v 0.875168 14.534475 1.251341</w:t>
        <w:br/>
        <w:t>v 0.919360 14.327742 1.219373</w:t>
        <w:br/>
        <w:t>v 0.880183 14.318151 1.224058</w:t>
        <w:br/>
        <w:t>v 0.880183 14.318151 1.224058</w:t>
        <w:br/>
        <w:t>v 1.062105 14.416005 0.958613</w:t>
        <w:br/>
        <w:t>v 0.875168 14.534475 1.251341</w:t>
        <w:br/>
        <w:t>v 0.832837 14.649894 1.230596</w:t>
        <w:br/>
        <w:t>v 0.995627 14.694447 1.024293</w:t>
        <w:br/>
        <w:t>v 1.041024 14.598205 1.025069</w:t>
        <w:br/>
        <w:t>v 1.032663 14.605239 0.990023</w:t>
        <w:br/>
        <w:t>v 1.062105 14.416005 0.958613</w:t>
        <w:br/>
        <w:t>v 1.070007 14.411966 0.993866</w:t>
        <w:br/>
        <w:t>v 1.041024 14.598205 1.025069</w:t>
        <w:br/>
        <w:t>v 1.070007 14.411966 0.993866</w:t>
        <w:br/>
        <w:t>v 0.919360 14.327742 1.219373</w:t>
        <w:br/>
        <w:t>v 0.885332 14.219140 1.197340</w:t>
        <w:br/>
        <w:t>v 1.073762 14.315928 0.941894</w:t>
        <w:br/>
        <w:t>v 1.080785 14.303941 0.972665</w:t>
        <w:br/>
        <w:t>v 1.073762 14.315928 0.941894</w:t>
        <w:br/>
        <w:t>v 0.995627 14.694447 1.024293</w:t>
        <w:br/>
        <w:t>v 1.006758 14.671394 0.999341</w:t>
        <w:br/>
        <w:t>v 1.053602 14.291485 0.924059</w:t>
        <w:br/>
        <w:t>v 0.857366 14.197436 1.166781</w:t>
        <w:br/>
        <w:t>v 0.872069 14.194008 1.182107</w:t>
        <w:br/>
        <w:t>v 0.857366 14.197436 1.166781</w:t>
        <w:br/>
        <w:t>v 1.053602 14.291485 0.924059</w:t>
        <w:br/>
        <w:t>v 1.071185 14.295820 0.936147</w:t>
        <w:br/>
        <w:t>v 0.872069 14.194008 1.182107</w:t>
        <w:br/>
        <w:t>v 1.071185 14.295820 0.936147</w:t>
        <w:br/>
        <w:t>v 1.036544 14.256921 0.928071</w:t>
        <w:br/>
        <w:t>v 1.074821 14.264525 0.957951</w:t>
        <w:br/>
        <w:t>v 1.071185 14.295820 0.936147</w:t>
        <w:br/>
        <w:t>v 1.053602 14.291485 0.924059</w:t>
        <w:br/>
        <w:t>v 1.080785 14.303941 0.972665</w:t>
        <w:br/>
        <w:t>v 1.074821 14.264525 0.957951</w:t>
        <w:br/>
        <w:t>v 0.900682 14.177423 1.159284</w:t>
        <w:br/>
        <w:t>v 0.925860 14.213467 1.185252</w:t>
        <w:br/>
        <w:t>v 0.925860 14.213467 1.185252</w:t>
        <w:br/>
        <w:t>v 0.885332 14.219140 1.197340</w:t>
        <w:br/>
        <w:t>v 0.900682 14.177423 1.159284</w:t>
        <w:br/>
        <w:t>v 0.872069 14.194008 1.182107</w:t>
        <w:br/>
        <w:t>v 0.863767 14.176361 1.131452</w:t>
        <w:br/>
        <w:t>v 0.857366 14.197436 1.166781</w:t>
        <w:br/>
        <w:t>v 1.074821 14.264525 0.957951</w:t>
        <w:br/>
        <w:t>v 1.036544 14.256921 0.928071</w:t>
        <w:br/>
        <w:t>v 0.863767 14.176361 1.131452</w:t>
        <w:br/>
        <w:t>v 0.863767 14.176361 1.131452</w:t>
        <w:br/>
        <w:t>v 0.857366 14.197436 1.166781</w:t>
        <w:br/>
        <w:t>v -0.261804 13.472748 1.606327</w:t>
        <w:br/>
        <w:t>v -0.232370 13.618334 1.568232</w:t>
        <w:br/>
        <w:t>v -0.347231 13.642871 1.559310</w:t>
        <w:br/>
        <w:t>v -0.330692 13.476235 1.605430</w:t>
        <w:br/>
        <w:t>v -0.347221 13.644961 1.567392</w:t>
        <w:br/>
        <w:t>v -0.347231 13.642871 1.559310</w:t>
        <w:br/>
        <w:t>v -0.239341 13.970788 1.483204</w:t>
        <w:br/>
        <w:t>v -0.239464 13.972524 1.491122</w:t>
        <w:br/>
        <w:t>v -0.126857 14.257789 1.487259</w:t>
        <w:br/>
        <w:t>v -0.127319 14.258889 1.495103</w:t>
        <w:br/>
        <w:t>v -0.239464 13.972524 1.491122</w:t>
        <w:br/>
        <w:t>v -0.154276 13.933309 1.510846</w:t>
        <w:br/>
        <w:t>v -0.232370 13.620425 1.576315</w:t>
        <w:br/>
        <w:t>v -0.347221 13.644961 1.567392</w:t>
        <w:br/>
        <w:t>v -0.232370 13.618334 1.568232</w:t>
        <w:br/>
        <w:t>v -0.261804 13.472748 1.606327</w:t>
        <w:br/>
        <w:t>v -0.261795 13.474790 1.614173</w:t>
        <w:br/>
        <w:t>v -0.232370 13.620425 1.576315</w:t>
        <w:br/>
        <w:t>v -0.265240 13.372869 1.640415</w:t>
        <w:br/>
        <w:t>v -0.265248 13.370955 1.633069</w:t>
        <w:br/>
        <w:t>v -0.290739 13.367587 1.633937</w:t>
        <w:br/>
        <w:t>v -0.265248 13.370955 1.633069</w:t>
        <w:br/>
        <w:t>v -0.290730 13.369503 1.641298</w:t>
        <w:br/>
        <w:t>v -0.265240 13.372869 1.640415</w:t>
        <w:br/>
        <w:t>v -0.265248 13.370955 1.633069</w:t>
        <w:br/>
        <w:t>v -0.290739 13.367587 1.633937</w:t>
        <w:br/>
        <w:t>v -0.265240 13.372869 1.640415</w:t>
        <w:br/>
        <w:t>v -0.290730 13.369503 1.641298</w:t>
        <w:br/>
        <w:t>v -0.330681 13.478274 1.613256</w:t>
        <w:br/>
        <w:t>v -0.261795 13.474790 1.614173</w:t>
        <w:br/>
        <w:t>v -0.154139 13.931573 1.502858</w:t>
        <w:br/>
        <w:t>v -0.239341 13.970788 1.483204</w:t>
        <w:br/>
        <w:t>v -0.154276 13.933309 1.510846</w:t>
        <w:br/>
        <w:t>v -0.154139 13.931573 1.502858</w:t>
        <w:br/>
        <w:t>v -0.127319 14.258889 1.495103</w:t>
        <w:br/>
        <w:t>v -0.070369 14.222880 1.508707</w:t>
        <w:br/>
        <w:t>v -0.070369 14.222880 1.508707</w:t>
        <w:br/>
        <w:t>v -0.070000 14.221689 1.500785</w:t>
        <w:br/>
        <w:t>v -0.330681 13.478274 1.613256</w:t>
        <w:br/>
        <w:t>v -0.330692 13.476235 1.605430</w:t>
        <w:br/>
        <w:t>v -0.290730 13.369503 1.641298</w:t>
        <w:br/>
        <w:t>v -0.290739 13.367587 1.633937</w:t>
        <w:br/>
        <w:t>v -0.032101 14.356318 1.534169</w:t>
        <w:br/>
        <w:t>v -0.080745 14.385929 1.526965</w:t>
        <w:br/>
        <w:t>v -0.059363 14.426595 1.514128</w:t>
        <w:br/>
        <w:t>v -0.014625 14.401564 1.520666</w:t>
        <w:br/>
        <w:t>v -0.001795 14.412247 1.476872</w:t>
        <w:br/>
        <w:t>v -0.043792 14.430190 1.468683</w:t>
        <w:br/>
        <w:t>v -0.033626 14.407434 1.443892</w:t>
        <w:br/>
        <w:t>v 0.006303 14.399614 1.452734</w:t>
        <w:br/>
        <w:t>v -0.059363 14.426595 1.514128</w:t>
        <w:br/>
        <w:t>v -0.080745 14.385929 1.526965</w:t>
        <w:br/>
        <w:t>v -0.080503 14.384456 1.519253</w:t>
        <w:br/>
        <w:t>v -0.061702 14.421051 1.509191</w:t>
        <w:br/>
        <w:t>v -0.047015 14.423584 1.468098</w:t>
        <w:br/>
        <w:t>v -0.043792 14.430190 1.468683</w:t>
        <w:br/>
        <w:t>v -0.126857 14.257789 1.487259</w:t>
        <w:br/>
        <w:t>v -0.070000 14.221689 1.500785</w:t>
        <w:br/>
        <w:t>v -0.080503 14.384456 1.519253</w:t>
        <w:br/>
        <w:t>v -0.032064 14.354601 1.526502</w:t>
        <w:br/>
        <w:t>v -0.061702 14.421051 1.509191</w:t>
        <w:br/>
        <w:t>v -0.016842 14.396015 1.515665</w:t>
        <w:br/>
        <w:t>v -0.004921 14.405392 1.475940</w:t>
        <w:br/>
        <w:t>v -0.047015 14.423584 1.468098</w:t>
        <w:br/>
        <w:t>v -0.061702 14.421051 1.509191</w:t>
        <w:br/>
        <w:t>v -0.016842 14.396015 1.515665</w:t>
        <w:br/>
        <w:t>v -0.032101 14.356318 1.534169</w:t>
        <w:br/>
        <w:t>v -0.032064 14.354601 1.526502</w:t>
        <w:br/>
        <w:t>v -0.014625 14.401564 1.520666</w:t>
        <w:br/>
        <w:t>v -0.016842 14.396015 1.515665</w:t>
        <w:br/>
        <w:t>v -0.004921 14.405392 1.475940</w:t>
        <w:br/>
        <w:t>v -0.001795 14.412247 1.476872</w:t>
        <w:br/>
        <w:t>v 0.225397 13.451221 1.643566</w:t>
        <w:br/>
        <w:t>v 0.286067 13.428621 1.649500</w:t>
        <w:br/>
        <w:t>v 0.256475 13.325851 1.676069</w:t>
        <w:br/>
        <w:t>v 0.228517 13.333793 1.673926</w:t>
        <w:br/>
        <w:t>v 0.195968 13.614522 1.601221</w:t>
        <w:br/>
        <w:t>v 0.306621 13.614803 1.599537</w:t>
        <w:br/>
        <w:t>v 0.228520 13.331856 1.666489</w:t>
        <w:br/>
        <w:t>v 0.225400 13.449197 1.635790</w:t>
        <w:br/>
        <w:t>v 0.225397 13.451221 1.643566</w:t>
        <w:br/>
        <w:t>v 0.228517 13.333793 1.673926</w:t>
        <w:br/>
        <w:t>v 0.256475 13.325851 1.676069</w:t>
        <w:br/>
        <w:t>v 0.256478 13.323880 1.668487</w:t>
        <w:br/>
        <w:t>v 0.228520 13.331856 1.666489</w:t>
        <w:br/>
        <w:t>v 0.228517 13.333793 1.673926</w:t>
        <w:br/>
        <w:t>v 0.225400 13.449197 1.635790</w:t>
        <w:br/>
        <w:t>v 0.228520 13.331856 1.666489</w:t>
        <w:br/>
        <w:t>v 0.256478 13.323880 1.668487</w:t>
        <w:br/>
        <w:t>v 0.286071 13.426570 1.641620</w:t>
        <w:br/>
        <w:t>v 0.195978 13.612421 1.593176</w:t>
        <w:br/>
        <w:t>v 0.306641 13.612748 1.591423</w:t>
        <w:br/>
        <w:t>v 0.119731 13.920408 1.518393</w:t>
        <w:br/>
        <w:t>v 0.210590 13.948714 1.504776</w:t>
        <w:br/>
        <w:t>v 0.119575 13.922515 1.526451</w:t>
        <w:br/>
        <w:t>v 0.195968 13.614522 1.601221</w:t>
        <w:br/>
        <w:t>v 0.195978 13.612421 1.593176</w:t>
        <w:br/>
        <w:t>v 0.119731 13.920408 1.518393</w:t>
        <w:br/>
        <w:t>v 0.066036 14.150082 1.484675</w:t>
        <w:br/>
        <w:t>v 0.066788 14.147636 1.476596</w:t>
        <w:br/>
        <w:t>v 0.135543 14.185942 1.461078</w:t>
        <w:br/>
        <w:t>v 0.066788 14.147636 1.476596</w:t>
        <w:br/>
        <w:t>v 0.119575 13.922515 1.526451</w:t>
        <w:br/>
        <w:t>v 0.210784 13.950958 1.512736</w:t>
        <w:br/>
        <w:t>v 0.086732 14.335887 1.436917</w:t>
        <w:br/>
        <w:t>v 0.033002 14.300407 1.442885</w:t>
        <w:br/>
        <w:t>v 0.210784 13.950958 1.512736</w:t>
        <w:br/>
        <w:t>v 0.210590 13.948714 1.504776</w:t>
        <w:br/>
        <w:t>v 0.306641 13.612748 1.591423</w:t>
        <w:br/>
        <w:t>v 0.306621 13.614803 1.599537</w:t>
        <w:br/>
        <w:t>v 0.286071 13.426570 1.641620</w:t>
        <w:br/>
        <w:t>v 0.286067 13.428621 1.649500</w:t>
        <w:br/>
        <w:t>v 0.256478 13.323880 1.668487</w:t>
        <w:br/>
        <w:t>v 0.256475 13.325851 1.676069</w:t>
        <w:br/>
        <w:t>v 0.066036 14.150082 1.484675</w:t>
        <w:br/>
        <w:t>v 0.136057 14.189195 1.468940</w:t>
        <w:br/>
        <w:t>v 0.085791 14.338620 1.444955</w:t>
        <w:br/>
        <w:t>v 0.031415 14.302658 1.450862</w:t>
        <w:br/>
        <w:t>v 0.063451 14.389238 1.443939</w:t>
        <w:br/>
        <w:t>v 0.016122 14.366254 1.440877</w:t>
        <w:br/>
        <w:t>v 0.005012 14.402478 1.450748</w:t>
        <w:br/>
        <w:t>v 0.050204 14.409363 1.458337</w:t>
        <w:br/>
        <w:t>v -0.006993 14.429712 1.481125</w:t>
        <w:br/>
        <w:t>v 0.039178 14.422605 1.486031</w:t>
        <w:br/>
        <w:t>v 0.031415 14.302658 1.450862</w:t>
        <w:br/>
        <w:t>v 0.033002 14.300407 1.442885</w:t>
        <w:br/>
        <w:t>v 0.016122 14.366254 1.440877</w:t>
        <w:br/>
        <w:t>v 0.017984 14.367062 1.433158</w:t>
        <w:br/>
        <w:t>v 0.063451 14.389238 1.443939</w:t>
        <w:br/>
        <w:t>v 0.065057 14.390666 1.436423</w:t>
        <w:br/>
        <w:t>v 0.086732 14.335887 1.436917</w:t>
        <w:br/>
        <w:t>v 0.085791 14.338620 1.444955</w:t>
        <w:br/>
        <w:t>v 0.017984 14.367062 1.433158</w:t>
        <w:br/>
        <w:t>v 0.065057 14.390666 1.436423</w:t>
        <w:br/>
        <w:t>v 0.052086 14.414943 1.453780</w:t>
        <w:br/>
        <w:t>v 0.006955 14.407357 1.445340</w:t>
        <w:br/>
        <w:t>v 0.041412 14.430076 1.485454</w:t>
        <w:br/>
        <w:t>v -0.004840 14.437041 1.480022</w:t>
        <w:br/>
        <w:t>v 0.034287 14.426600 1.520974</w:t>
        <w:br/>
        <w:t>v -0.015097 14.439336 1.526176</w:t>
        <w:br/>
        <w:t>v 0.050204 14.409363 1.458337</w:t>
        <w:br/>
        <w:t>v 0.052086 14.414943 1.453780</w:t>
        <w:br/>
        <w:t>v 0.039178 14.422605 1.486031</w:t>
        <w:br/>
        <w:t>v 0.041412 14.430076 1.485454</w:t>
        <w:br/>
        <w:t>v 0.135543 14.185942 1.461078</w:t>
        <w:br/>
        <w:t>v 0.136057 14.189195 1.468940</w:t>
        <w:br/>
        <w:t>v 0.006303 14.399614 1.452734</w:t>
        <w:br/>
        <w:t>v 0.003600 14.396128 1.458130</w:t>
        <w:br/>
        <w:t>v 0.012248 14.373962 1.446089</w:t>
        <w:br/>
        <w:t>v 0.011835 14.376334 1.453478</w:t>
        <w:br/>
        <w:t>v -0.036599 14.404369 1.449303</w:t>
        <w:br/>
        <w:t>v 0.003600 14.396128 1.458130</w:t>
        <w:br/>
        <w:t>v 0.011835 14.376334 1.453478</w:t>
        <w:br/>
        <w:t>v -0.029880 14.377140 1.448999</w:t>
        <w:br/>
        <w:t>v 0.017272 14.356050 1.463636</w:t>
        <w:br/>
        <w:t>v -0.028154 14.353155 1.460927</w:t>
        <w:br/>
        <w:t>v 0.017820 14.349676 1.459365</w:t>
        <w:br/>
        <w:t>v 0.017272 14.356050 1.463636</w:t>
        <w:br/>
        <w:t>v 0.020779 14.354052 1.489932</w:t>
        <w:br/>
        <w:t>v 0.021848 14.347088 1.490733</w:t>
        <w:br/>
        <w:t>v 0.020779 14.354052 1.489932</w:t>
        <w:br/>
        <w:t>v -0.026396 14.346979 1.488516</w:t>
        <w:br/>
        <w:t>v 0.023404 14.370648 1.517039</w:t>
        <w:br/>
        <w:t>v 0.024927 14.366103 1.522067</w:t>
        <w:br/>
        <w:t>v 0.021848 14.347088 1.490733</w:t>
        <w:br/>
        <w:t>v 0.017820 14.349676 1.459365</w:t>
        <w:br/>
        <w:t>v -0.027521 14.346871 1.456246</w:t>
        <w:br/>
        <w:t>v -0.025228 14.339785 1.488849</w:t>
        <w:br/>
        <w:t>v 0.024927 14.366103 1.522067</w:t>
        <w:br/>
        <w:t>v -0.023177 14.358667 1.525320</w:t>
        <w:br/>
        <w:t>v 0.029656 14.399485 1.536341</w:t>
        <w:br/>
        <w:t>v 0.027379 14.399163 1.528754</w:t>
        <w:br/>
        <w:t>v 0.012248 14.373962 1.446089</w:t>
        <w:br/>
        <w:t>v -0.028983 14.374934 1.441478</w:t>
        <w:br/>
        <w:t>v -0.028983 14.374934 1.441478</w:t>
        <w:br/>
        <w:t>v -0.033626 14.407434 1.443892</w:t>
        <w:br/>
        <w:t>v -0.036599 14.404369 1.449303</w:t>
        <w:br/>
        <w:t>v -0.029880 14.377140 1.448999</w:t>
        <w:br/>
        <w:t>v -0.028154 14.353155 1.460927</w:t>
        <w:br/>
        <w:t>v -0.027521 14.346871 1.456246</w:t>
        <w:br/>
        <w:t>v 0.006955 14.407357 1.445340</w:t>
        <w:br/>
        <w:t>v 0.005012 14.402478 1.450748</w:t>
        <w:br/>
        <w:t>v -0.004840 14.437041 1.480022</w:t>
        <w:br/>
        <w:t>v -0.006993 14.429712 1.481125</w:t>
        <w:br/>
        <w:t>v -0.021211 14.403881 1.548256</w:t>
        <w:br/>
        <w:t>v 0.029656 14.399485 1.536341</w:t>
        <w:br/>
        <w:t>v -0.024780 14.363526 1.520368</w:t>
        <w:br/>
        <w:t>v -0.023390 14.403785 1.540638</w:t>
        <w:br/>
        <w:t>v -0.021211 14.403881 1.548256</w:t>
        <w:br/>
        <w:t>v -0.023177 14.358667 1.525320</w:t>
        <w:br/>
        <w:t>v 0.027379 14.399163 1.528754</w:t>
        <w:br/>
        <w:t>v -0.023390 14.403785 1.540638</w:t>
        <w:br/>
        <w:t>v -0.024780 14.363526 1.520368</w:t>
        <w:br/>
        <w:t>v 0.023404 14.370648 1.517039</w:t>
        <w:br/>
        <w:t>v 0.031695 14.420443 1.516399</w:t>
        <w:br/>
        <w:t>v -0.017614 14.433088 1.521718</w:t>
        <w:br/>
        <w:t>v -0.015097 14.439336 1.526176</w:t>
        <w:br/>
        <w:t>v -0.017614 14.433088 1.521718</w:t>
        <w:br/>
        <w:t>v -0.025228 14.339785 1.488849</w:t>
        <w:br/>
        <w:t>v -0.026396 14.346979 1.488516</w:t>
        <w:br/>
        <w:t>v 0.034287 14.426600 1.520974</w:t>
        <w:br/>
        <w:t>v 0.031695 14.420443 1.516399</w:t>
        <w:br/>
        <w:t>v -0.073767 14.386068 1.515631</w:t>
        <w:br/>
        <w:t>v -0.053662 14.335768 1.486513</w:t>
        <w:br/>
        <w:t>v 0.004952 14.359601 1.488878</w:t>
        <w:br/>
        <w:t>v -0.003789 14.395037 1.509480</w:t>
        <w:br/>
        <w:t>v 0.006401 14.357074 1.492844</w:t>
        <w:br/>
        <w:t>v 0.004952 14.359601 1.488878</w:t>
        <w:br/>
        <w:t>v -0.053662 14.335768 1.486513</w:t>
        <w:br/>
        <w:t>v -0.051148 14.332446 1.492477</w:t>
        <w:br/>
        <w:t>v -0.125603 14.272373 1.463740</w:t>
        <w:br/>
        <w:t>v -0.121255 14.268245 1.469971</w:t>
        <w:br/>
        <w:t>v -0.194336 14.196798 1.439306</w:t>
        <w:br/>
        <w:t>v -0.189067 14.192474 1.445606</w:t>
        <w:br/>
        <w:t>v -0.153557 14.311740 1.511654</w:t>
        <w:br/>
        <w:t>v -0.121255 14.268245 1.469971</w:t>
        <w:br/>
        <w:t>v -0.189067 14.192474 1.445606</w:t>
        <w:br/>
        <w:t>v -0.230573 14.225173 1.490955</w:t>
        <w:br/>
        <w:t>v -0.287749 14.107447 1.427220</w:t>
        <w:br/>
        <w:t>v -0.308284 14.152737 1.474182</w:t>
        <w:br/>
        <w:t>v -0.385444 14.078305 1.414427</w:t>
        <w:br/>
        <w:t>v -0.372907 14.124038 1.465210</w:t>
        <w:br/>
        <w:t>v -0.312047 14.158378 1.467993</w:t>
        <w:br/>
        <w:t>v -0.308284 14.152737 1.474182</w:t>
        <w:br/>
        <w:t>v -0.372907 14.124038 1.465210</w:t>
        <w:br/>
        <w:t>v -0.372748 14.131106 1.460105</w:t>
        <w:br/>
        <w:t>v -0.230573 14.225173 1.490955</w:t>
        <w:br/>
        <w:t>v -0.235918 14.229461 1.484585</w:t>
        <w:br/>
        <w:t>v -0.235918 14.229461 1.484585</w:t>
        <w:br/>
        <w:t>v -0.312047 14.158378 1.467993</w:t>
        <w:br/>
        <w:t>v -0.291257 14.113152 1.421000</w:t>
        <w:br/>
        <w:t>v -0.194336 14.196798 1.439306</w:t>
        <w:br/>
        <w:t>v -0.153557 14.311740 1.511654</w:t>
        <w:br/>
        <w:t>v -0.158212 14.315699 1.505485</w:t>
        <w:br/>
        <w:t>v -0.071030 14.382778 1.521601</w:t>
        <w:br/>
        <w:t>v -0.051148 14.332446 1.492477</w:t>
        <w:br/>
        <w:t>v -0.002561 14.392338 1.513504</w:t>
        <w:br/>
        <w:t>v 0.006401 14.357074 1.492844</w:t>
        <w:br/>
        <w:t>v -0.291257 14.113152 1.421000</w:t>
        <w:br/>
        <w:t>v -0.287749 14.107447 1.427220</w:t>
        <w:br/>
        <w:t>v -0.125603 14.272373 1.463740</w:t>
        <w:br/>
        <w:t>v -0.158212 14.315699 1.505485</w:t>
        <w:br/>
        <w:t>v -0.372748 14.131106 1.460105</w:t>
        <w:br/>
        <w:t>v -0.384572 14.085310 1.409154</w:t>
        <w:br/>
        <w:t>v 0.082233 14.396697 1.471162</w:t>
        <w:br/>
        <w:t>v 0.004952 14.359601 1.488878</w:t>
        <w:br/>
        <w:t>v 0.006401 14.357074 1.492844</w:t>
        <w:br/>
        <w:t>v 0.083787 14.391680 1.475065</w:t>
        <w:br/>
        <w:t>v 0.171533 14.418925 1.444807</w:t>
        <w:br/>
        <w:t>v 0.170764 14.412320 1.444425</w:t>
        <w:br/>
        <w:t>v 0.263962 14.410753 1.415346</w:t>
        <w:br/>
        <w:t>v 0.267249 14.417230 1.419268</w:t>
        <w:br/>
        <w:t>v 0.263962 14.410753 1.415346</w:t>
        <w:br/>
        <w:t>v 0.170764 14.412320 1.444425</w:t>
        <w:br/>
        <w:t>v 0.165249 14.421977 1.493969</w:t>
        <w:br/>
        <w:t>v 0.250566 14.397067 1.472346</w:t>
        <w:br/>
        <w:t>v 0.083787 14.391680 1.475065</w:t>
        <w:br/>
        <w:t>v 0.077787 14.429586 1.512727</w:t>
        <w:br/>
        <w:t>v 0.006401 14.357074 1.492844</w:t>
        <w:br/>
        <w:t>v -0.002561 14.392338 1.513504</w:t>
        <w:br/>
        <w:t>v 0.358365 14.372294 1.390606</w:t>
        <w:br/>
        <w:t>v 0.333699 14.350696 1.448118</w:t>
        <w:br/>
        <w:t>v 0.433779 14.291295 1.378692</w:t>
        <w:br/>
        <w:t>v 0.398893 14.274596 1.433057</w:t>
        <w:br/>
        <w:t>v 0.449278 14.210779 1.377100</w:t>
        <w:br/>
        <w:t>v 0.455081 14.211313 1.382380</w:t>
        <w:br/>
        <w:t>v 0.439748 14.295031 1.384004</w:t>
        <w:br/>
        <w:t>v 0.433779 14.291295 1.378692</w:t>
        <w:br/>
        <w:t>v 0.358365 14.372294 1.390606</w:t>
        <w:br/>
        <w:t>v 0.363140 14.377745 1.395730</w:t>
        <w:br/>
        <w:t>v 0.167194 14.428661 1.494029</w:t>
        <w:br/>
        <w:t>v 0.171533 14.418925 1.444807</w:t>
        <w:br/>
        <w:t>v 0.267249 14.417230 1.419268</w:t>
        <w:br/>
        <w:t>v 0.254301 14.403536 1.476219</w:t>
        <w:br/>
        <w:t>v 0.077373 14.434859 1.508531</w:t>
        <w:br/>
        <w:t>v 0.082233 14.396697 1.471162</w:t>
        <w:br/>
        <w:t>v 0.171533 14.418925 1.444807</w:t>
        <w:br/>
        <w:t>v 0.077787 14.429586 1.512727</w:t>
        <w:br/>
        <w:t>v 0.077373 14.434859 1.508531</w:t>
        <w:br/>
        <w:t>v 0.167194 14.428661 1.494029</w:t>
        <w:br/>
        <w:t>v 0.165249 14.421977 1.493969</w:t>
        <w:br/>
        <w:t>v -0.002561 14.392338 1.513504</w:t>
        <w:br/>
        <w:t>v -0.003789 14.395037 1.509480</w:t>
        <w:br/>
        <w:t>v -0.003789 14.395037 1.509480</w:t>
        <w:br/>
        <w:t>v 0.004952 14.359601 1.488878</w:t>
        <w:br/>
        <w:t>v -0.002561 14.392338 1.513504</w:t>
        <w:br/>
        <w:t>v -0.071030 14.382778 1.521601</w:t>
        <w:br/>
        <w:t>v -0.073767 14.386068 1.515631</w:t>
        <w:br/>
        <w:t>v -0.003789 14.395037 1.509480</w:t>
        <w:br/>
        <w:t>v 0.165249 14.421977 1.493969</w:t>
        <w:br/>
        <w:t>v 0.254301 14.403536 1.476219</w:t>
        <w:br/>
        <w:t>v 0.250566 14.397067 1.472346</w:t>
        <w:br/>
        <w:t>v 0.333699 14.350696 1.448118</w:t>
        <w:br/>
        <w:t>v 0.338538 14.356162 1.453330</w:t>
        <w:br/>
        <w:t>v 0.404822 14.278237 1.438546</w:t>
        <w:br/>
        <w:t>v 0.398893 14.274596 1.433057</w:t>
        <w:br/>
        <w:t>v 0.338538 14.356162 1.453330</w:t>
        <w:br/>
        <w:t>v 0.363140 14.377745 1.395730</w:t>
        <w:br/>
        <w:t>v 0.439748 14.295031 1.384004</w:t>
        <w:br/>
        <w:t>v 0.404822 14.278237 1.438546</w:t>
        <w:br/>
        <w:t>v 0.413665 14.209641 1.438252</w:t>
        <w:br/>
        <w:t>v 0.455081 14.211313 1.382380</w:t>
        <w:br/>
        <w:t>v 0.393236 14.184603 1.435698</w:t>
        <w:br/>
        <w:t>v 0.407887 14.209321 1.432701</w:t>
        <w:br/>
        <w:t>v 0.413665 14.209641 1.438252</w:t>
        <w:br/>
        <w:t>v 0.396038 14.180424 1.441511</w:t>
        <w:br/>
        <w:t>v 0.449278 14.210779 1.377100</w:t>
        <w:br/>
        <w:t>v 0.407887 14.209321 1.432701</w:t>
        <w:br/>
        <w:t>v 0.393236 14.184603 1.435698</w:t>
        <w:br/>
        <w:t>v 0.421131 14.159140 1.382202</w:t>
        <w:br/>
        <w:t>v 0.368243 14.177238 1.439984</w:t>
        <w:br/>
        <w:t>v 0.378960 14.135330 1.388804</w:t>
        <w:br/>
        <w:t>v 0.316608 14.195633 1.448521</w:t>
        <w:br/>
        <w:t>v 0.287775 14.142967 1.406418</w:t>
        <w:br/>
        <w:t>v 0.367990 14.171533 1.446527</w:t>
        <w:br/>
        <w:t>v 0.368243 14.177238 1.439984</w:t>
        <w:br/>
        <w:t>v 0.396038 14.180424 1.441511</w:t>
        <w:br/>
        <w:t>v 0.424578 14.155571 1.387812</w:t>
        <w:br/>
        <w:t>v 0.367990 14.171533 1.446527</w:t>
        <w:br/>
        <w:t>v 0.379362 14.129757 1.395111</w:t>
        <w:br/>
        <w:t>v 0.285025 14.138575 1.413936</w:t>
        <w:br/>
        <w:t>v 0.313564 14.191248 1.456170</w:t>
        <w:br/>
        <w:t>v 0.313564 14.191248 1.456170</w:t>
        <w:br/>
        <w:t>v 0.316608 14.195633 1.448521</w:t>
        <w:br/>
        <w:t>v 0.421131 14.159140 1.382202</w:t>
        <w:br/>
        <w:t>v 0.424578 14.155571 1.387812</w:t>
        <w:br/>
        <w:t>v 0.378960 14.135330 1.388804</w:t>
        <w:br/>
        <w:t>v 0.379362 14.129757 1.395111</w:t>
        <w:br/>
        <w:t>v -0.384572 14.085310 1.409154</w:t>
        <w:br/>
        <w:t>v -0.385444 14.078305 1.414427</w:t>
        <w:br/>
        <w:t>v -0.430786 14.101194 1.401606</w:t>
        <w:br/>
        <w:t>v -0.435501 14.095789 1.406088</w:t>
        <w:br/>
        <w:t>v -0.346285 14.345565 1.459375</w:t>
        <w:br/>
        <w:t>v -0.418843 14.244170 1.447310</w:t>
        <w:br/>
        <w:t>v -0.450906 14.250858 1.389347</w:t>
        <w:br/>
        <w:t>v -0.369559 14.360330 1.398529</w:t>
        <w:br/>
        <w:t>v -0.468235 14.151506 1.395298</w:t>
        <w:br/>
        <w:t>v -0.428935 14.162786 1.452405</w:t>
        <w:br/>
        <w:t>v -0.247299 14.410512 1.477401</w:t>
        <w:br/>
        <w:t>v -0.243509 14.403663 1.476470</w:t>
        <w:br/>
        <w:t>v -0.340509 14.339383 1.456497</w:t>
        <w:br/>
        <w:t>v -0.346285 14.345565 1.459375</w:t>
        <w:br/>
        <w:t>v -0.363800 14.354107 1.395478</w:t>
        <w:br/>
        <w:t>v -0.340509 14.339383 1.456497</w:t>
        <w:br/>
        <w:t>v -0.243509 14.403663 1.476470</w:t>
        <w:br/>
        <w:t>v -0.262103 14.406362 1.417832</w:t>
        <w:br/>
        <w:t>v -0.136234 14.435835 1.479058</w:t>
        <w:br/>
        <w:t>v -0.134803 14.430434 1.482516</w:t>
        <w:br/>
        <w:t>v 0.080481 14.380887 1.471407</w:t>
        <w:br/>
        <w:t>v 0.077876 14.377947 1.478683</w:t>
        <w:br/>
        <w:t>v -0.247299 14.410512 1.477401</w:t>
        <w:br/>
        <w:t>v -0.265288 14.413500 1.418897</w:t>
        <w:br/>
        <w:t>v -0.411398 14.240687 1.443977</w:t>
        <w:br/>
        <w:t>v -0.418843 14.244170 1.447310</w:t>
        <w:br/>
        <w:t>v -0.460714 14.152296 1.391500</w:t>
        <w:br/>
        <w:t>v -0.421460 14.163775 1.448740</w:t>
        <w:br/>
        <w:t>v -0.411398 14.240687 1.443977</w:t>
        <w:br/>
        <w:t>v -0.443478 14.247196 1.385843</w:t>
        <w:br/>
        <w:t>v -0.421460 14.163775 1.448740</w:t>
        <w:br/>
        <w:t>v -0.428935 14.162786 1.452405</w:t>
        <w:br/>
        <w:t>v -0.407035 14.129756 1.459167</w:t>
        <w:br/>
        <w:t>v -0.435501 14.095789 1.406088</w:t>
        <w:br/>
        <w:t>v -0.407035 14.129756 1.459167</w:t>
        <w:br/>
        <w:t>v -0.402977 14.135573 1.454829</w:t>
        <w:br/>
        <w:t>v -0.402977 14.135573 1.454829</w:t>
        <w:br/>
        <w:t>v -0.430786 14.101194 1.401606</w:t>
        <w:br/>
        <w:t>v -0.363800 14.354107 1.395478</w:t>
        <w:br/>
        <w:t>v -0.369559 14.360330 1.398529</w:t>
        <w:br/>
        <w:t>v -0.450906 14.250858 1.389347</w:t>
        <w:br/>
        <w:t>v -0.443478 14.247196 1.385843</w:t>
        <w:br/>
        <w:t>v -0.460714 14.152296 1.391500</w:t>
        <w:br/>
        <w:t>v -0.468235 14.151506 1.395298</w:t>
        <w:br/>
        <w:t>v -0.262103 14.406362 1.417832</w:t>
        <w:br/>
        <w:t>v -0.265288 14.413500 1.418897</w:t>
        <w:br/>
        <w:t>v -0.154003 14.407212 1.433630</w:t>
        <w:br/>
        <w:t>v -0.154484 14.412809 1.430096</w:t>
        <w:br/>
        <w:t>v -0.154484 14.412809 1.430096</w:t>
        <w:br/>
        <w:t>v -0.136234 14.435835 1.479058</w:t>
        <w:br/>
        <w:t>v 0.080481 14.380887 1.471407</w:t>
        <w:br/>
        <w:t>v -0.154484 14.412809 1.430096</w:t>
        <w:br/>
        <w:t>v 0.044182 14.350437 1.454459</w:t>
        <w:br/>
        <w:t>v 0.041939 14.347457 1.461692</w:t>
        <w:br/>
        <w:t>v 0.044182 14.350437 1.454459</w:t>
        <w:br/>
        <w:t>v -0.154484 14.412809 1.430096</w:t>
        <w:br/>
        <w:t>v 0.123856 14.278272 1.440573</w:t>
        <w:br/>
        <w:t>v 0.127800 14.281408 1.433748</w:t>
        <w:br/>
        <w:t>v 0.077876 14.377947 1.478683</w:t>
        <w:br/>
        <w:t>v 0.041939 14.347457 1.461692</w:t>
        <w:br/>
        <w:t>v -0.154003 14.407212 1.433630</w:t>
        <w:br/>
        <w:t>v -0.134803 14.430434 1.482516</w:t>
        <w:br/>
        <w:t>v 0.287775 14.142967 1.406418</w:t>
        <w:br/>
        <w:t>v 0.285025 14.138575 1.413936</w:t>
        <w:br/>
        <w:t>v 0.192531 14.208930 1.431088</w:t>
        <w:br/>
        <w:t>v 0.196954 14.212027 1.423735</w:t>
        <w:br/>
        <w:t>v 0.127800 14.281408 1.433748</w:t>
        <w:br/>
        <w:t>v 0.196954 14.212027 1.423735</w:t>
        <w:br/>
        <w:t>v 0.242663 14.247705 1.465896</w:t>
        <w:br/>
        <w:t>v 0.165642 14.314257 1.478611</w:t>
        <w:br/>
        <w:t>v 0.161578 14.311010 1.485342</w:t>
        <w:br/>
        <w:t>v 0.165642 14.314257 1.478611</w:t>
        <w:br/>
        <w:t>v 0.242663 14.247705 1.465896</w:t>
        <w:br/>
        <w:t>v 0.238439 14.244222 1.473235</w:t>
        <w:br/>
        <w:t>v 0.238439 14.244222 1.473235</w:t>
        <w:br/>
        <w:t>v 0.192531 14.208930 1.431088</w:t>
        <w:br/>
        <w:t>v 0.123856 14.278272 1.440573</w:t>
        <w:br/>
        <w:t>v 0.161578 14.311010 1.485342</w:t>
        <w:br/>
        <w:t>v -7.255781 13.964261 -0.088582</w:t>
        <w:br/>
        <w:t>v -7.231764 13.986848 -0.079494</w:t>
        <w:br/>
        <w:t>v -7.228276 13.990520 -0.084271</w:t>
        <w:br/>
        <w:t>v -7.237908 13.981283 -0.108919</w:t>
        <w:br/>
        <w:t>v -7.279562 13.944530 -0.108392</w:t>
        <w:br/>
        <w:t>v -7.249430 13.968366 -0.138704</w:t>
        <w:br/>
        <w:t>v -7.238881 13.977364 -0.157988</w:t>
        <w:br/>
        <w:t>v -7.256201 13.962589 -0.184972</w:t>
        <w:br/>
        <w:t>v -7.274953 13.946553 -0.171373</w:t>
        <w:br/>
        <w:t>v -7.223936 13.990597 -0.189825</w:t>
        <w:br/>
        <w:t>v -7.227408 13.987983 -0.194524</w:t>
        <w:br/>
        <w:t>v -7.284632 13.939467 -0.138698</w:t>
        <w:br/>
        <w:t>v -7.286569 13.938185 -0.110446</w:t>
        <w:br/>
        <w:t>v -7.283254 13.939197 -0.168664</w:t>
        <w:br/>
        <w:t>v -7.319074 13.907579 -0.141855</w:t>
        <w:br/>
        <w:t>v -7.294188 13.931140 -0.107989</w:t>
        <w:br/>
        <w:t>v -7.293123 13.930073 -0.173539</w:t>
        <w:br/>
        <w:t>v -7.337332 13.891909 -0.127076</w:t>
        <w:br/>
        <w:t>v -7.309584 13.916989 -0.087520</w:t>
        <w:br/>
        <w:t>v -7.333300 13.897240 -0.066989</w:t>
        <w:br/>
        <w:t>v -7.355422 13.877070 -0.098231</w:t>
        <w:br/>
        <w:t>v -7.364327 13.870748 -0.069798</w:t>
        <w:br/>
        <w:t>v -7.360150 13.874148 -0.063518</w:t>
        <w:br/>
        <w:t>v -7.336826 13.892314 -0.159940</w:t>
        <w:br/>
        <w:t>v -7.306073 13.915811 -0.196831</w:t>
        <w:br/>
        <w:t>v -7.349430 13.880399 -0.184351</w:t>
        <w:br/>
        <w:t>v -7.325224 13.900726 -0.213181</w:t>
        <w:br/>
        <w:t>v -7.356583 13.873250 -0.212078</w:t>
        <w:br/>
        <w:t>v -7.349649 13.879265 -0.220648</w:t>
        <w:br/>
        <w:t>v -7.261909 13.972446 -0.090893</w:t>
        <w:br/>
        <w:t>v -7.246418 13.987315 -0.107750</w:t>
        <w:br/>
        <w:t>v -7.236707 13.996589 -0.084498</w:t>
        <w:br/>
        <w:t>v -7.239153 13.993901 -0.081553</w:t>
        <w:br/>
        <w:t>v -7.285465 13.952862 -0.110899</w:t>
        <w:br/>
        <w:t>v -7.257712 13.974669 -0.138925</w:t>
        <w:br/>
        <w:t>v -7.280881 13.954935 -0.169173</w:t>
        <w:br/>
        <w:t>v -7.262138 13.970914 -0.182586</w:t>
        <w:br/>
        <w:t>v -7.247100 13.983749 -0.159307</w:t>
        <w:br/>
        <w:t>v -7.232037 13.997066 -0.189454</w:t>
        <w:br/>
        <w:t>v -7.234466 13.995323 -0.192250</w:t>
        <w:br/>
        <w:t>v -7.293292 13.945782 -0.113067</w:t>
        <w:br/>
        <w:t>v -7.291347 13.947140 -0.138933</w:t>
        <w:br/>
        <w:t>v -7.290119 13.946810 -0.166556</w:t>
        <w:br/>
        <w:t>v -7.301914 13.937864 -0.110230</w:t>
        <w:br/>
        <w:t>v -7.324706 13.916194 -0.142061</w:t>
        <w:br/>
        <w:t>v -7.301028 13.936779 -0.171964</w:t>
        <w:br/>
        <w:t>v -7.317483 13.923566 -0.089636</w:t>
        <w:br/>
        <w:t>v -7.342837 13.900694 -0.125442</w:t>
        <w:br/>
        <w:t>v -7.340530 13.904398 -0.069511</w:t>
        <w:br/>
        <w:t>v -7.366118 13.882393 -0.065840</w:t>
        <w:br/>
        <w:t>v -7.369338 13.879863 -0.070406</w:t>
        <w:br/>
        <w:t>v -7.360460 13.886224 -0.097213</w:t>
        <w:br/>
        <w:t>v -7.342007 13.901238 -0.161922</w:t>
        <w:br/>
        <w:t>v -7.313968 13.922523 -0.195308</w:t>
        <w:br/>
        <w:t>v -7.354355 13.889572 -0.185718</w:t>
        <w:br/>
        <w:t>v -7.332609 13.907890 -0.211106</w:t>
        <w:br/>
        <w:t>v -7.361811 13.882228 -0.211796</w:t>
        <w:br/>
        <w:t>v -7.356001 13.887312 -0.218689</w:t>
        <w:br/>
        <w:t>v -7.231764 13.986848 -0.079494</w:t>
        <w:br/>
        <w:t>v -7.239153 13.993901 -0.081553</w:t>
        <w:br/>
        <w:t>v -7.236707 13.996589 -0.084498</w:t>
        <w:br/>
        <w:t>v -7.228276 13.990520 -0.084271</w:t>
        <w:br/>
        <w:t>v -7.255781 13.964261 -0.088582</w:t>
        <w:br/>
        <w:t>v -7.261909 13.972446 -0.090893</w:t>
        <w:br/>
        <w:t>v -7.246418 13.987315 -0.107750</w:t>
        <w:br/>
        <w:t>v -7.237908 13.981283 -0.108919</w:t>
        <w:br/>
        <w:t>v -7.228276 13.990520 -0.084271</w:t>
        <w:br/>
        <w:t>v -7.236707 13.996589 -0.084498</w:t>
        <w:br/>
        <w:t>v -7.279562 13.944530 -0.108392</w:t>
        <w:br/>
        <w:t>v -7.285465 13.952862 -0.110899</w:t>
        <w:br/>
        <w:t>v -7.257712 13.974669 -0.138925</w:t>
        <w:br/>
        <w:t>v -7.249430 13.968366 -0.138704</w:t>
        <w:br/>
        <w:t>v -7.238881 13.977364 -0.157988</w:t>
        <w:br/>
        <w:t>v -7.249430 13.968366 -0.138704</w:t>
        <w:br/>
        <w:t>v -7.257712 13.974669 -0.138925</w:t>
        <w:br/>
        <w:t>v -7.247100 13.983749 -0.159307</w:t>
        <w:br/>
        <w:t>v -7.256201 13.962589 -0.184972</w:t>
        <w:br/>
        <w:t>v -7.262138 13.970914 -0.182586</w:t>
        <w:br/>
        <w:t>v -7.280881 13.954935 -0.169173</w:t>
        <w:br/>
        <w:t>v -7.274953 13.946553 -0.171373</w:t>
        <w:br/>
        <w:t>v -7.227408 13.987983 -0.194524</w:t>
        <w:br/>
        <w:t>v -7.234466 13.995323 -0.192250</w:t>
        <w:br/>
        <w:t>v -7.223936 13.990597 -0.189825</w:t>
        <w:br/>
        <w:t>v -7.232037 13.997066 -0.189454</w:t>
        <w:br/>
        <w:t>v -7.223936 13.990597 -0.189825</w:t>
        <w:br/>
        <w:t>v -7.232037 13.997066 -0.189454</w:t>
        <w:br/>
        <w:t>v -7.286569 13.938185 -0.110446</w:t>
        <w:br/>
        <w:t>v -7.293292 13.945782 -0.113067</w:t>
        <w:br/>
        <w:t>v -7.290119 13.946810 -0.166556</w:t>
        <w:br/>
        <w:t>v -7.283254 13.939197 -0.168664</w:t>
        <w:br/>
        <w:t>v -7.294188 13.931140 -0.107989</w:t>
        <w:br/>
        <w:t>v -7.301914 13.937864 -0.110230</w:t>
        <w:br/>
        <w:t>v -7.293123 13.930073 -0.173539</w:t>
        <w:br/>
        <w:t>v -7.301028 13.936779 -0.171964</w:t>
        <w:br/>
        <w:t>v -7.337332 13.891909 -0.127076</w:t>
        <w:br/>
        <w:t>v -7.319074 13.907579 -0.141855</w:t>
        <w:br/>
        <w:t>v -7.324706 13.916194 -0.142061</w:t>
        <w:br/>
        <w:t>v -7.342837 13.900694 -0.125442</w:t>
        <w:br/>
        <w:t>v -7.309584 13.916989 -0.087520</w:t>
        <w:br/>
        <w:t>v -7.317483 13.923566 -0.089636</w:t>
        <w:br/>
        <w:t>v -7.364327 13.870748 -0.069798</w:t>
        <w:br/>
        <w:t>v -7.355422 13.877070 -0.098231</w:t>
        <w:br/>
        <w:t>v -7.360460 13.886224 -0.097213</w:t>
        <w:br/>
        <w:t>v -7.369338 13.879863 -0.070406</w:t>
        <w:br/>
        <w:t>v -7.360150 13.874148 -0.063518</w:t>
        <w:br/>
        <w:t>v -7.366118 13.882393 -0.065840</w:t>
        <w:br/>
        <w:t>v -7.340530 13.904398 -0.069511</w:t>
        <w:br/>
        <w:t>v -7.333300 13.897240 -0.066989</w:t>
        <w:br/>
        <w:t>v -7.364327 13.870748 -0.069798</w:t>
        <w:br/>
        <w:t>v -7.369338 13.879863 -0.070406</w:t>
        <w:br/>
        <w:t>v -7.336826 13.892314 -0.159940</w:t>
        <w:br/>
        <w:t>v -7.342007 13.901238 -0.161922</w:t>
        <w:br/>
        <w:t>v -7.324706 13.916194 -0.142061</w:t>
        <w:br/>
        <w:t>v -7.319074 13.907579 -0.141855</w:t>
        <w:br/>
        <w:t>v -7.306073 13.915811 -0.196831</w:t>
        <w:br/>
        <w:t>v -7.313968 13.922523 -0.195308</w:t>
        <w:br/>
        <w:t>v -7.349430 13.880399 -0.184351</w:t>
        <w:br/>
        <w:t>v -7.354355 13.889572 -0.185718</w:t>
        <w:br/>
        <w:t>v -7.332609 13.907890 -0.211106</w:t>
        <w:br/>
        <w:t>v -7.325224 13.900726 -0.213181</w:t>
        <w:br/>
        <w:t>v -7.356583 13.873250 -0.212078</w:t>
        <w:br/>
        <w:t>v -7.361811 13.882228 -0.211796</w:t>
        <w:br/>
        <w:t>v -7.356583 13.873250 -0.212078</w:t>
        <w:br/>
        <w:t>v -7.349649 13.879265 -0.220648</w:t>
        <w:br/>
        <w:t>v -7.356001 13.887312 -0.218689</w:t>
        <w:br/>
        <w:t>v -7.361811 13.882228 -0.211796</w:t>
        <w:br/>
        <w:t>v -5.128491 15.566312 -0.238272</w:t>
        <w:br/>
        <w:t>v -5.105785 15.536836 -0.256537</w:t>
        <w:br/>
        <w:t>v -5.002135 15.702434 -0.253868</w:t>
        <w:br/>
        <w:t>v -5.044919 15.698900 -0.236404</w:t>
        <w:br/>
        <w:t>v -5.128491 15.566312 -0.238272</w:t>
        <w:br/>
        <w:t>v -5.044919 15.698900 -0.236404</w:t>
        <w:br/>
        <w:t>v -5.045042 15.697532 -0.142560</w:t>
        <w:br/>
        <w:t>v -5.127857 15.563796 -0.144334</w:t>
        <w:br/>
        <w:t>v -5.127857 15.563796 -0.144334</w:t>
        <w:br/>
        <w:t>v -5.045042 15.697532 -0.142560</w:t>
        <w:br/>
        <w:t>v -5.001946 15.700947 -0.124253</w:t>
        <w:br/>
        <w:t>v -5.104793 15.533712 -0.126838</w:t>
        <w:br/>
        <w:t>v -5.105785 15.536836 -0.256537</w:t>
        <w:br/>
        <w:t>v -5.104793 15.533712 -0.126838</w:t>
        <w:br/>
        <w:t>v -5.001946 15.700947 -0.124253</w:t>
        <w:br/>
        <w:t>v -5.002135 15.702434 -0.253868</w:t>
        <w:br/>
        <w:t>v -5.104793 15.533712 -0.126838</w:t>
        <w:br/>
        <w:t>v -5.105785 15.536836 -0.256537</w:t>
        <w:br/>
        <w:t>v -5.128491 15.566312 -0.238272</w:t>
        <w:br/>
        <w:t>v -5.127857 15.563796 -0.144334</w:t>
        <w:br/>
        <w:t>v -5.002135 15.702434 -0.253868</w:t>
        <w:br/>
        <w:t>v -5.001946 15.700947 -0.124253</w:t>
        <w:br/>
        <w:t>v -5.192258 15.450624 -0.150421</w:t>
        <w:br/>
        <w:t>v -5.118639 15.563490 -0.148521</w:t>
        <w:br/>
        <w:t>v -5.103485 15.560541 -0.139328</w:t>
        <w:br/>
        <w:t>v -5.178062 15.443249 -0.141110</w:t>
        <w:br/>
        <w:t>v -5.566658 15.070848 -0.147987</w:t>
        <w:br/>
        <w:t>v -5.381461 15.228435 -0.149203</w:t>
        <w:br/>
        <w:t>v -5.369551 15.217772 -0.140034</w:t>
        <w:br/>
        <w:t>v -5.557345 15.058252 -0.138519</w:t>
        <w:br/>
        <w:t>v -5.193661 15.453891 -0.236632</w:t>
        <w:br/>
        <w:t>v -5.179833 15.447124 -0.245989</w:t>
        <w:br/>
        <w:t>v -5.103515 15.561859 -0.243490</w:t>
        <w:br/>
        <w:t>v -5.118599 15.564734 -0.234711</w:t>
        <w:br/>
        <w:t>v -5.383858 15.232278 -0.235581</w:t>
        <w:br/>
        <w:t>v -5.568941 15.072689 -0.234710</w:t>
        <w:br/>
        <w:t>v -5.560094 15.060488 -0.243938</w:t>
        <w:br/>
        <w:t>v -5.372468 15.222408 -0.244989</w:t>
        <w:br/>
        <w:t>v -5.383858 15.232278 -0.235581</w:t>
        <w:br/>
        <w:t>v -5.568941 15.072689 -0.234710</w:t>
        <w:br/>
        <w:t>v -5.560094 15.060488 -0.243938</w:t>
        <w:br/>
        <w:t>v -5.557345 15.058252 -0.138519</w:t>
        <w:br/>
        <w:t>v -5.369551 15.217772 -0.140034</w:t>
        <w:br/>
        <w:t>v -5.372468 15.222408 -0.244989</w:t>
        <w:br/>
        <w:t>v -5.949217 14.862614 -0.136978</w:t>
        <w:br/>
        <w:t>v -5.951818 14.862614 -0.241105</w:t>
        <w:br/>
        <w:t>v -5.951490 14.878123 -0.232980</w:t>
        <w:br/>
        <w:t>v -5.949368 14.878116 -0.146639</w:t>
        <w:br/>
        <w:t>v -5.103485 15.560541 -0.139328</w:t>
        <w:br/>
        <w:t>v -5.103515 15.561859 -0.243490</w:t>
        <w:br/>
        <w:t>v -5.179833 15.447124 -0.245989</w:t>
        <w:br/>
        <w:t>v -5.178062 15.443249 -0.141110</w:t>
        <w:br/>
        <w:t>v -5.103485 15.560541 -0.139328</w:t>
        <w:br/>
        <w:t>v -5.118639 15.563490 -0.148521</w:t>
        <w:br/>
        <w:t>v -5.118599 15.564734 -0.234711</w:t>
        <w:br/>
        <w:t>v -5.103515 15.561859 -0.243490</w:t>
        <w:br/>
        <w:t>v -5.268742 15.352944 -0.150453</w:t>
        <w:br/>
        <w:t>v -5.270676 15.356849 -0.236681</w:t>
        <w:br/>
        <w:t>v -5.270676 15.356849 -0.236681</w:t>
        <w:br/>
        <w:t>v -5.257820 15.348665 -0.246102</w:t>
        <w:br/>
        <w:t>v -5.257820 15.348665 -0.246102</w:t>
        <w:br/>
        <w:t>v -5.255429 15.343989 -0.141270</w:t>
        <w:br/>
        <w:t>v -5.255429 15.343989 -0.141270</w:t>
        <w:br/>
        <w:t>v -5.802828 14.942477 -0.147503</w:t>
        <w:br/>
        <w:t>v -5.804936 14.942742 -0.234100</w:t>
        <w:br/>
        <w:t>v -5.801194 14.928392 -0.242716</w:t>
        <w:br/>
        <w:t>v -5.804936 14.942742 -0.234100</w:t>
        <w:br/>
        <w:t>v -5.801194 14.928392 -0.242716</w:t>
        <w:br/>
        <w:t>v -5.798635 14.928071 -0.137860</w:t>
        <w:br/>
        <w:t>v -5.798635 14.928071 -0.137860</w:t>
        <w:br/>
        <w:t>v -5.949217 14.862614 -0.136978</w:t>
        <w:br/>
        <w:t>v -5.949368 14.878116 -0.146639</w:t>
        <w:br/>
        <w:t>v -5.951490 14.878123 -0.232980</w:t>
        <w:br/>
        <w:t>v -5.951818 14.862614 -0.241105</w:t>
        <w:br/>
        <w:t>v -5.951490 14.878123 -0.232980</w:t>
        <w:br/>
        <w:t>v -5.951818 14.862614 -0.241105</w:t>
        <w:br/>
        <w:t>v -5.949217 14.862614 -0.136978</w:t>
        <w:br/>
        <w:t>v 7.255022 13.963587 -0.097908</w:t>
        <w:br/>
        <w:t>v 7.237129 13.980623 -0.118214</w:t>
        <w:br/>
        <w:t>v 7.227524 13.989845 -0.093549</w:t>
        <w:br/>
        <w:t>v 7.231018 13.986170 -0.088779</w:t>
        <w:br/>
        <w:t>v 7.278780 13.943865 -0.117759</w:t>
        <w:br/>
        <w:t>v 7.248617 13.967730 -0.148021</w:t>
        <w:br/>
        <w:t>v 7.274101 13.945936 -0.180733</w:t>
        <w:br/>
        <w:t>v 7.255337 13.961983 -0.194300</w:t>
        <w:br/>
        <w:t>v 7.238049 13.976740 -0.167286</w:t>
        <w:br/>
        <w:t>v 7.223070 13.989998 -0.199098</w:t>
        <w:br/>
        <w:t>v 7.226538 13.987389 -0.203803</w:t>
        <w:br/>
        <w:t>v 7.285782 13.937519 -0.119825</w:t>
        <w:br/>
        <w:t>v 7.283814 13.938826 -0.148074</w:t>
        <w:br/>
        <w:t>v 7.282404 13.938576 -0.178039</w:t>
        <w:br/>
        <w:t>v 7.293404 13.930473 -0.117381</w:t>
        <w:br/>
        <w:t>v 7.318249 13.906935 -0.151291</w:t>
        <w:br/>
        <w:t>v 7.292267 13.929455 -0.182931</w:t>
        <w:br/>
        <w:t>v 7.308819 13.916306 -0.096939</w:t>
        <w:br/>
        <w:t>v 7.336521 13.891251 -0.136543</w:t>
        <w:br/>
        <w:t>v 7.332554 13.896538 -0.076448</w:t>
        <w:br/>
        <w:t>v 7.359405 13.873442 -0.073023</w:t>
        <w:br/>
        <w:t>v 7.363575 13.870045 -0.079310</w:t>
        <w:br/>
        <w:t>v 7.354640 13.876390 -0.107729</w:t>
        <w:br/>
        <w:t>v 7.335980 13.891680 -0.169406</w:t>
        <w:br/>
        <w:t>v 7.305190 13.915207 -0.206247</w:t>
        <w:br/>
        <w:t>v 7.348556 13.879782 -0.193840</w:t>
        <w:br/>
        <w:t>v 7.324321 13.900131 -0.222628</w:t>
        <w:br/>
        <w:t>v 7.355677 13.872650 -0.221579</w:t>
        <w:br/>
        <w:t>v 7.348735 13.878672 -0.230137</w:t>
        <w:br/>
        <w:t>v 7.261148 13.971773 -0.100221</w:t>
        <w:br/>
        <w:t>v 7.238405 13.993225 -0.090840</w:t>
        <w:br/>
        <w:t>v 7.235956 13.995913 -0.093781</w:t>
        <w:br/>
        <w:t>v 7.245641 13.986654 -0.117050</w:t>
        <w:br/>
        <w:t>v 7.284680 13.952198 -0.120266</w:t>
        <w:br/>
        <w:t>v 7.256900 13.974030 -0.148246</w:t>
        <w:br/>
        <w:t>v 7.246268 13.983128 -0.168610</w:t>
        <w:br/>
        <w:t>v 7.261278 13.970304 -0.191915</w:t>
        <w:br/>
        <w:t>v 7.280033 13.954315 -0.178533</w:t>
        <w:br/>
        <w:t>v 7.231173 13.996468 -0.198731</w:t>
        <w:br/>
        <w:t>v 7.233598 13.994726 -0.201531</w:t>
        <w:br/>
        <w:t>v 7.290531 13.946495 -0.148310</w:t>
        <w:br/>
        <w:t>v 7.292502 13.945120 -0.122447</w:t>
        <w:br/>
        <w:t>v 7.289274 13.946186 -0.175933</w:t>
        <w:br/>
        <w:t>v 7.323883 13.915548 -0.151497</w:t>
        <w:br/>
        <w:t>v 7.301128 13.937197 -0.119625</w:t>
        <w:br/>
        <w:t>v 7.300175 13.936157 -0.181359</w:t>
        <w:br/>
        <w:t>v 7.342029 13.900034 -0.134909</w:t>
        <w:br/>
        <w:t>v 7.316717 13.922884 -0.099058</w:t>
        <w:br/>
        <w:t>v 7.339782 13.903698 -0.078972</w:t>
        <w:br/>
        <w:t>v 7.359680 13.885542 -0.106710</w:t>
        <w:br/>
        <w:t>v 7.368586 13.879158 -0.079916</w:t>
        <w:br/>
        <w:t>v 7.365371 13.881685 -0.075345</w:t>
        <w:br/>
        <w:t>v 7.341160 13.900604 -0.171387</w:t>
        <w:br/>
        <w:t>v 7.313088 13.921917 -0.204727</w:t>
        <w:br/>
        <w:t>v 7.353481 13.888952 -0.195205</w:t>
        <w:br/>
        <w:t>v 7.331709 13.907291 -0.220556</w:t>
        <w:br/>
        <w:t>v 7.360907 13.881628 -0.221297</w:t>
        <w:br/>
        <w:t>v 7.355091 13.886719 -0.228180</w:t>
        <w:br/>
        <w:t>v 7.235956 13.995913 -0.093781</w:t>
        <w:br/>
        <w:t>v 7.238405 13.993225 -0.090840</w:t>
        <w:br/>
        <w:t>v 7.231018 13.986170 -0.088779</w:t>
        <w:br/>
        <w:t>v 7.227524 13.989845 -0.093549</w:t>
        <w:br/>
        <w:t>v 7.261148 13.971773 -0.100221</w:t>
        <w:br/>
        <w:t>v 7.255022 13.963587 -0.097908</w:t>
        <w:br/>
        <w:t>v 7.245641 13.986654 -0.117050</w:t>
        <w:br/>
        <w:t>v 7.235956 13.995913 -0.093781</w:t>
        <w:br/>
        <w:t>v 7.227524 13.989845 -0.093549</w:t>
        <w:br/>
        <w:t>v 7.237129 13.980623 -0.118214</w:t>
        <w:br/>
        <w:t>v 7.284680 13.952198 -0.120266</w:t>
        <w:br/>
        <w:t>v 7.278780 13.943865 -0.117759</w:t>
        <w:br/>
        <w:t>v 7.248617 13.967730 -0.148021</w:t>
        <w:br/>
        <w:t>v 7.256900 13.974030 -0.148246</w:t>
        <w:br/>
        <w:t>v 7.256900 13.974030 -0.148246</w:t>
        <w:br/>
        <w:t>v 7.248617 13.967730 -0.148021</w:t>
        <w:br/>
        <w:t>v 7.238049 13.976740 -0.167286</w:t>
        <w:br/>
        <w:t>v 7.246268 13.983128 -0.168610</w:t>
        <w:br/>
        <w:t>v 7.280033 13.954315 -0.178533</w:t>
        <w:br/>
        <w:t>v 7.261278 13.970304 -0.191915</w:t>
        <w:br/>
        <w:t>v 7.255337 13.961983 -0.194300</w:t>
        <w:br/>
        <w:t>v 7.274101 13.945936 -0.180733</w:t>
        <w:br/>
        <w:t>v 7.233598 13.994726 -0.201531</w:t>
        <w:br/>
        <w:t>v 7.226538 13.987389 -0.203803</w:t>
        <w:br/>
        <w:t>v 7.231173 13.996468 -0.198731</w:t>
        <w:br/>
        <w:t>v 7.223070 13.989998 -0.199098</w:t>
        <w:br/>
        <w:t>v 7.223070 13.989998 -0.199098</w:t>
        <w:br/>
        <w:t>v 7.231173 13.996468 -0.198731</w:t>
        <w:br/>
        <w:t>v 7.292502 13.945120 -0.122447</w:t>
        <w:br/>
        <w:t>v 7.285782 13.937519 -0.119825</w:t>
        <w:br/>
        <w:t>v 7.282404 13.938576 -0.178039</w:t>
        <w:br/>
        <w:t>v 7.289274 13.946186 -0.175933</w:t>
        <w:br/>
        <w:t>v 7.301128 13.937197 -0.119625</w:t>
        <w:br/>
        <w:t>v 7.293404 13.930473 -0.117381</w:t>
        <w:br/>
        <w:t>v 7.292267 13.929455 -0.182931</w:t>
        <w:br/>
        <w:t>v 7.300175 13.936157 -0.181359</w:t>
        <w:br/>
        <w:t>v 7.336521 13.891251 -0.136543</w:t>
        <w:br/>
        <w:t>v 7.342029 13.900034 -0.134909</w:t>
        <w:br/>
        <w:t>v 7.323883 13.915548 -0.151497</w:t>
        <w:br/>
        <w:t>v 7.318249 13.906935 -0.151291</w:t>
        <w:br/>
        <w:t>v 7.316717 13.922884 -0.099058</w:t>
        <w:br/>
        <w:t>v 7.308819 13.916306 -0.096939</w:t>
        <w:br/>
        <w:t>v 7.363575 13.870045 -0.079310</w:t>
        <w:br/>
        <w:t>v 7.368586 13.879158 -0.079916</w:t>
        <w:br/>
        <w:t>v 7.359680 13.885542 -0.106710</w:t>
        <w:br/>
        <w:t>v 7.354640 13.876390 -0.107729</w:t>
        <w:br/>
        <w:t>v 7.339782 13.903698 -0.078972</w:t>
        <w:br/>
        <w:t>v 7.365371 13.881685 -0.075345</w:t>
        <w:br/>
        <w:t>v 7.359405 13.873442 -0.073023</w:t>
        <w:br/>
        <w:t>v 7.332554 13.896538 -0.076448</w:t>
        <w:br/>
        <w:t>v 7.368586 13.879158 -0.079916</w:t>
        <w:br/>
        <w:t>v 7.363575 13.870045 -0.079310</w:t>
        <w:br/>
        <w:t>v 7.323883 13.915548 -0.151497</w:t>
        <w:br/>
        <w:t>v 7.341160 13.900604 -0.171387</w:t>
        <w:br/>
        <w:t>v 7.335980 13.891680 -0.169406</w:t>
        <w:br/>
        <w:t>v 7.318249 13.906935 -0.151291</w:t>
        <w:br/>
        <w:t>v 7.305190 13.915207 -0.206247</w:t>
        <w:br/>
        <w:t>v 7.313088 13.921917 -0.204727</w:t>
        <w:br/>
        <w:t>v 7.353481 13.888952 -0.195205</w:t>
        <w:br/>
        <w:t>v 7.348556 13.879782 -0.193840</w:t>
        <w:br/>
        <w:t>v 7.331709 13.907291 -0.220556</w:t>
        <w:br/>
        <w:t>v 7.324321 13.900131 -0.222628</w:t>
        <w:br/>
        <w:t>v 7.360907 13.881628 -0.221297</w:t>
        <w:br/>
        <w:t>v 7.355677 13.872650 -0.221579</w:t>
        <w:br/>
        <w:t>v 7.355677 13.872650 -0.221579</w:t>
        <w:br/>
        <w:t>v 7.360907 13.881628 -0.221297</w:t>
        <w:br/>
        <w:t>v 7.355091 13.886719 -0.228180</w:t>
        <w:br/>
        <w:t>v 7.348735 13.878672 -0.230137</w:t>
        <w:br/>
        <w:t>v 5.128204 15.565964 -0.244161</w:t>
        <w:br/>
        <w:t>v 5.044647 15.698558 -0.242106</w:t>
        <w:br/>
        <w:t>v 5.001844 15.702108 -0.259521</w:t>
        <w:br/>
        <w:t>v 5.105474 15.536505 -0.262423</w:t>
        <w:br/>
        <w:t>v 5.044870 15.697124 -0.148263</w:t>
        <w:br/>
        <w:t>v 5.044647 15.698558 -0.242106</w:t>
        <w:br/>
        <w:t>v 5.128204 15.565964 -0.244161</w:t>
        <w:br/>
        <w:t>v 5.127671 15.563379 -0.150225</w:t>
        <w:br/>
        <w:t>v 5.127671 15.563379 -0.150225</w:t>
        <w:br/>
        <w:t>v 5.104622 15.533287 -0.132725</w:t>
        <w:br/>
        <w:t>v 5.001796 15.700527 -0.129908</w:t>
        <w:br/>
        <w:t>v 5.044870 15.697124 -0.148263</w:t>
        <w:br/>
        <w:t>v 5.001796 15.700527 -0.129908</w:t>
        <w:br/>
        <w:t>v 5.104622 15.533287 -0.132725</w:t>
        <w:br/>
        <w:t>v 5.105474 15.536505 -0.262423</w:t>
        <w:br/>
        <w:t>v 5.001844 15.702108 -0.259521</w:t>
        <w:br/>
        <w:t>v 5.104622 15.533287 -0.132725</w:t>
        <w:br/>
        <w:t>v 5.127671 15.563379 -0.150225</w:t>
        <w:br/>
        <w:t>v 5.128204 15.565964 -0.244161</w:t>
        <w:br/>
        <w:t>v 5.105474 15.536505 -0.262423</w:t>
        <w:br/>
        <w:t>v 5.001796 15.700527 -0.129908</w:t>
        <w:br/>
        <w:t>v 5.001844 15.702108 -0.259521</w:t>
        <w:br/>
        <w:t>v 5.103302 15.560127 -0.145195</w:t>
        <w:br/>
        <w:t>v 5.118448 15.563080 -0.154401</w:t>
        <w:br/>
        <w:t>v 5.192053 15.450206 -0.156464</w:t>
        <w:br/>
        <w:t>v 5.177867 15.442827 -0.147143</w:t>
        <w:br/>
        <w:t>v 5.369335 15.217331 -0.146438</w:t>
        <w:br/>
        <w:t>v 5.381235 15.227997 -0.155612</w:t>
        <w:br/>
        <w:t>v 5.566419 15.070395 -0.154712</w:t>
        <w:br/>
        <w:t>v 5.557115 15.057793 -0.145243</w:t>
        <w:br/>
        <w:t>v 5.193365 15.453537 -0.242673</w:t>
        <w:br/>
        <w:t>v 5.118315 15.564387 -0.240591</w:t>
        <w:br/>
        <w:t>v 5.103222 15.561521 -0.249355</w:t>
        <w:br/>
        <w:t>v 5.179525 15.446778 -0.252021</w:t>
        <w:br/>
        <w:t>v 5.383540 15.231902 -0.241990</w:t>
        <w:br/>
        <w:t>v 5.568607 15.072298 -0.241435</w:t>
        <w:br/>
        <w:t>v 5.383540 15.231902 -0.241990</w:t>
        <w:br/>
        <w:t>v 5.372138 15.222043 -0.251393</w:t>
        <w:br/>
        <w:t>v 5.559750 15.060102 -0.250663</w:t>
        <w:br/>
        <w:t>v 5.568607 15.072298 -0.241435</w:t>
        <w:br/>
        <w:t>v 5.369335 15.217331 -0.146438</w:t>
        <w:br/>
        <w:t>v 5.557115 15.057793 -0.145243</w:t>
        <w:br/>
        <w:t>v 5.559750 15.060102 -0.250663</w:t>
        <w:br/>
        <w:t>v 5.372138 15.222043 -0.251393</w:t>
        <w:br/>
        <w:t>v 5.948968 14.862114 -0.144268</w:t>
        <w:br/>
        <w:t>v 5.949111 14.877622 -0.153918</w:t>
        <w:br/>
        <w:t>v 5.951140 14.877692 -0.240261</w:t>
        <w:br/>
        <w:t>v 5.951457 14.862188 -0.248397</w:t>
        <w:br/>
        <w:t>v 5.179525 15.446778 -0.252021</w:t>
        <w:br/>
        <w:t>v 5.103222 15.561521 -0.249355</w:t>
        <w:br/>
        <w:t>v 5.103302 15.560127 -0.145195</w:t>
        <w:br/>
        <w:t>v 5.177867 15.442827 -0.147143</w:t>
        <w:br/>
        <w:t>v 5.118315 15.564387 -0.240591</w:t>
        <w:br/>
        <w:t>v 5.118448 15.563080 -0.154401</w:t>
        <w:br/>
        <w:t>v 5.103302 15.560127 -0.145195</w:t>
        <w:br/>
        <w:t>v 5.103222 15.561521 -0.249355</w:t>
        <w:br/>
        <w:t>v 5.270370 15.356487 -0.242877</w:t>
        <w:br/>
        <w:t>v 5.268529 15.352520 -0.156650</w:t>
        <w:br/>
        <w:t>v 5.270370 15.356487 -0.242877</w:t>
        <w:br/>
        <w:t>v 5.257502 15.348313 -0.252290</w:t>
        <w:br/>
        <w:t>v 5.255224 15.343559 -0.147459</w:t>
        <w:br/>
        <w:t>v 5.257502 15.348313 -0.252290</w:t>
        <w:br/>
        <w:t>v 5.255224 15.343559 -0.147459</w:t>
        <w:br/>
        <w:t>v 5.804590 14.942327 -0.241175</w:t>
        <w:br/>
        <w:t>v 5.802574 14.941998 -0.154576</w:t>
        <w:br/>
        <w:t>v 5.800836 14.927983 -0.249798</w:t>
        <w:br/>
        <w:t>v 5.804590 14.942327 -0.241175</w:t>
        <w:br/>
        <w:t>v 5.800836 14.927983 -0.249798</w:t>
        <w:br/>
        <w:t>v 5.798391 14.927584 -0.144939</w:t>
        <w:br/>
        <w:t>v 5.798391 14.927584 -0.144939</w:t>
        <w:br/>
        <w:t>v 5.949111 14.877622 -0.153918</w:t>
        <w:br/>
        <w:t>v 5.948968 14.862114 -0.144268</w:t>
        <w:br/>
        <w:t>v 5.951140 14.877692 -0.240261</w:t>
        <w:br/>
        <w:t>v 5.951457 14.862188 -0.248397</w:t>
        <w:br/>
        <w:t>v 5.951140 14.877692 -0.240261</w:t>
        <w:br/>
        <w:t>v 5.948968 14.862114 -0.144268</w:t>
        <w:br/>
        <w:t>v 5.951457 14.862188 -0.248397</w:t>
        <w:br/>
        <w:t>v 1.023406 1.084078 -0.296334</w:t>
        <w:br/>
        <w:t>v 1.035186 1.102278 -0.288692</w:t>
        <w:br/>
        <w:t>v 1.055938 1.092180 -0.286391</w:t>
        <w:br/>
        <w:t>v 1.039827 1.072391 -0.295064</w:t>
        <w:br/>
        <w:t>v 1.060634 1.116263 -0.282147</w:t>
        <w:br/>
        <w:t>v 1.037504 1.115123 -0.286473</w:t>
        <w:br/>
        <w:t>v 1.035186 1.102278 -0.288692</w:t>
        <w:br/>
        <w:t>v 1.040523 1.106997 -0.320776</w:t>
        <w:br/>
        <w:t>v 1.042901 1.119881 -0.318565</w:t>
        <w:br/>
        <w:t>v 1.037504 1.115123 -0.286473</w:t>
        <w:br/>
        <w:t>v 1.035682 1.133519 -0.318019</w:t>
        <w:br/>
        <w:t>v 1.030200 1.128728 -0.285897</w:t>
        <w:br/>
        <w:t>v 1.066031 1.121005 -0.314244</w:t>
        <w:br/>
        <w:t>v 1.042901 1.119881 -0.318565</w:t>
        <w:br/>
        <w:t>v 1.040523 1.106997 -0.320776</w:t>
        <w:br/>
        <w:t>v 1.061244 1.096888 -0.318475</w:t>
        <w:br/>
        <w:t>v 1.052400 1.147920 -0.312953</w:t>
        <w:br/>
        <w:t>v 1.007878 1.168489 -0.318132</w:t>
        <w:br/>
        <w:t>v 0.998578 1.149300 -0.322574</w:t>
        <w:br/>
        <w:t>v 1.035682 1.133519 -0.318019</w:t>
        <w:br/>
        <w:t>v 0.932222 1.171126 -0.329855</w:t>
        <w:br/>
        <w:t>v 0.937772 1.188889 -0.326495</w:t>
        <w:br/>
        <w:t>v 1.002275 1.163671 -0.285993</w:t>
        <w:br/>
        <w:t>v 0.932694 1.184513 -0.297185</w:t>
        <w:br/>
        <w:t>v 0.937772 1.188889 -0.326495</w:t>
        <w:br/>
        <w:t>v 1.007878 1.168489 -0.318132</w:t>
        <w:br/>
        <w:t>v 0.932222 1.171126 -0.329855</w:t>
        <w:br/>
        <w:t>v 0.927175 1.166590 -0.300799</w:t>
        <w:br/>
        <w:t>v 0.993012 1.144482 -0.290439</w:t>
        <w:br/>
        <w:t>v 0.998578 1.149300 -0.322574</w:t>
        <w:br/>
        <w:t>v 1.046881 1.143140 -0.280811</w:t>
        <w:br/>
        <w:t>v 1.052400 1.147920 -0.312953</w:t>
        <w:br/>
        <w:t>v 1.060634 1.116263 -0.282147</w:t>
        <w:br/>
        <w:t>v 1.066031 1.121005 -0.314244</w:t>
        <w:br/>
        <w:t>v 1.028224 1.088321 -0.325664</w:t>
        <w:br/>
        <w:t>v 1.044661 1.076672 -0.324349</w:t>
        <w:br/>
        <w:t>v 1.028224 1.088321 -0.325664</w:t>
        <w:br/>
        <w:t>v 1.023406 1.084078 -0.296334</w:t>
        <w:br/>
        <w:t>v 1.055938 1.092180 -0.286391</w:t>
        <w:br/>
        <w:t>v 1.061244 1.096888 -0.318475</w:t>
        <w:br/>
        <w:t>v 1.044661 1.076672 -0.324349</w:t>
        <w:br/>
        <w:t>v 1.039827 1.072391 -0.295064</w:t>
        <w:br/>
        <w:t>v 1.030200 1.128728 -0.285897</w:t>
        <w:br/>
        <w:t>v 1.046881 1.143140 -0.280811</w:t>
        <w:br/>
        <w:t>v 0.993012 1.144482 -0.290439</w:t>
        <w:br/>
        <w:t>v 1.002275 1.163671 -0.285993</w:t>
        <w:br/>
        <w:t>v 0.927175 1.166590 -0.300799</w:t>
        <w:br/>
        <w:t>v 0.932694 1.184513 -0.297185</w:t>
        <w:br/>
        <w:t>v 0.991149 1.089809 -0.209370</w:t>
        <w:br/>
        <w:t>v 1.016327 1.141341 -0.400100</w:t>
        <w:br/>
        <w:t>v 1.045713 1.143436 -0.387813</w:t>
        <w:br/>
        <w:t>v 1.022188 1.095929 -0.210951</w:t>
        <w:br/>
        <w:t>v 1.076768 0.890645 -0.249143</w:t>
        <w:br/>
        <w:t>v 0.991149 1.089809 -0.209370</w:t>
        <w:br/>
        <w:t>v 1.022188 1.095929 -0.210951</w:t>
        <w:br/>
        <w:t>v 1.102006 0.910985 -0.247926</w:t>
        <w:br/>
        <w:t>v 1.094347 0.943658 -0.269616</w:t>
        <w:br/>
        <w:t>v 1.102006 0.910985 -0.247926</w:t>
        <w:br/>
        <w:t>v 1.022188 1.095929 -0.210951</w:t>
        <w:br/>
        <w:t>v 1.036718 1.077422 -0.242812</w:t>
        <w:br/>
        <w:t>v 1.052956 1.110731 -0.366239</w:t>
        <w:br/>
        <w:t>v 1.045713 1.143436 -0.387813</w:t>
        <w:br/>
        <w:t>v 1.065333 0.939871 -0.280372</w:t>
        <w:br/>
        <w:t>v 1.094347 0.943658 -0.269616</w:t>
        <w:br/>
        <w:t>v 1.036718 1.077422 -0.242812</w:t>
        <w:br/>
        <w:t>v 1.013022 1.061852 -0.256151</w:t>
        <w:br/>
        <w:t>v 1.102006 0.910985 -0.247926</w:t>
        <w:br/>
        <w:t>v 1.123829 0.958624 -0.424661</w:t>
        <w:br/>
        <w:t>v 1.100511 0.942050 -0.440094</w:t>
        <w:br/>
        <w:t>v 1.076768 0.890645 -0.249143</w:t>
        <w:br/>
        <w:t>v 1.076768 0.890645 -0.249143</w:t>
        <w:br/>
        <w:t>v 1.065333 0.939871 -0.280372</w:t>
        <w:br/>
        <w:t>v 1.013022 1.061852 -0.256151</w:t>
        <w:br/>
        <w:t>v 0.991149 1.089809 -0.209370</w:t>
        <w:br/>
        <w:t>v 1.079074 0.970251 -0.393151</w:t>
        <w:br/>
        <w:t>v 1.100511 0.942050 -0.440094</w:t>
        <w:br/>
        <w:t>v 1.079074 0.970251 -0.393151</w:t>
        <w:br/>
        <w:t>v 1.109238 0.977030 -0.392928</w:t>
        <w:br/>
        <w:t>v 1.094347 0.943658 -0.269616</w:t>
        <w:br/>
        <w:t>v 1.065333 0.939871 -0.280372</w:t>
        <w:br/>
        <w:t>v 1.016327 1.141341 -0.400100</w:t>
        <w:br/>
        <w:t>v 1.027773 1.092277 -0.368777</w:t>
        <w:br/>
        <w:t>v 1.052956 1.110731 -0.366239</w:t>
        <w:br/>
        <w:t>v 1.027773 1.092277 -0.368777</w:t>
        <w:br/>
        <w:t>v 1.013022 1.061852 -0.256151</w:t>
        <w:br/>
        <w:t>v 1.036718 1.077422 -0.242812</w:t>
        <w:br/>
        <w:t>v 1.052956 1.110731 -0.366239</w:t>
        <w:br/>
        <w:t>v 1.109238 0.977030 -0.392928</w:t>
        <w:br/>
        <w:t>v 1.079074 0.970251 -0.393151</w:t>
        <w:br/>
        <w:t>v 1.027773 1.092277 -0.368777</w:t>
        <w:br/>
        <w:t>v 1.100511 0.942050 -0.440094</w:t>
        <w:br/>
        <w:t>v 1.123829 0.958624 -0.424661</w:t>
        <w:br/>
        <w:t>v 1.045713 1.143436 -0.387813</w:t>
        <w:br/>
        <w:t>v 1.016327 1.141341 -0.400100</w:t>
        <w:br/>
        <w:t>v 1.123829 0.958624 -0.424661</w:t>
        <w:br/>
        <w:t>v 1.109238 0.977030 -0.392928</w:t>
        <w:br/>
        <w:t>v 0.965617 2.293511 -0.258282</w:t>
        <w:br/>
        <w:t>v 1.007173 2.354980 -0.262279</w:t>
        <w:br/>
        <w:t>v 1.014555 2.318936 -0.259082</w:t>
        <w:br/>
        <w:t>v 1.018017 2.319281 -0.324363</w:t>
        <w:br/>
        <w:t>v 1.006885 2.282152 -0.321318</w:t>
        <w:br/>
        <w:t>v 1.006628 2.288129 -0.257194</w:t>
        <w:br/>
        <w:t>v 1.014555 2.318936 -0.259082</w:t>
        <w:br/>
        <w:t>v 0.988000 2.282145 -0.256889</w:t>
        <w:br/>
        <w:t>v 0.983944 2.274172 -0.321585</w:t>
        <w:br/>
        <w:t>v 0.958262 2.282299 -0.323748</w:t>
        <w:br/>
        <w:t>v 0.965617 2.293511 -0.258282</w:t>
        <w:br/>
        <w:t>v 1.018017 2.319281 -0.324363</w:t>
        <w:br/>
        <w:t>v 0.958262 2.282299 -0.323748</w:t>
        <w:br/>
        <w:t>v 0.983944 2.274172 -0.321585</w:t>
        <w:br/>
        <w:t>v 1.006885 2.282152 -0.321318</w:t>
        <w:br/>
        <w:t>v 0.923554 2.309136 -0.328142</w:t>
        <w:br/>
        <w:t>v 0.919696 2.320301 -0.262984</w:t>
        <w:br/>
        <w:t>v 0.885535 2.379342 -0.336750</w:t>
        <w:br/>
        <w:t>v 0.884395 2.297750 -0.328258</w:t>
        <w:br/>
        <w:t>v 0.923554 2.309136 -0.328142</w:t>
        <w:br/>
        <w:t>v 0.827214 2.223729 -0.250210</w:t>
        <w:br/>
        <w:t>v 0.877313 2.303308 -0.262315</w:t>
        <w:br/>
        <w:t>v 0.884395 2.297750 -0.328258</w:t>
        <w:br/>
        <w:t>v 0.839536 2.219549 -0.316838</w:t>
        <w:br/>
        <w:t>v 0.979340 2.374179 -0.330823</w:t>
        <w:br/>
        <w:t>v 1.009054 2.361766 -0.328067</w:t>
        <w:br/>
        <w:t>v 0.981352 2.365379 -0.264317</w:t>
        <w:br/>
        <w:t>v 0.895960 2.369751 -0.268453</w:t>
        <w:br/>
        <w:t>v 0.885535 2.379342 -0.336750</w:t>
        <w:br/>
        <w:t>v 0.979340 2.374179 -0.330823</w:t>
        <w:br/>
        <w:t>v 1.007173 2.354980 -0.262279</w:t>
        <w:br/>
        <w:t>v 1.009054 2.361766 -0.328067</w:t>
        <w:br/>
        <w:t>v 0.919696 2.320301 -0.262984</w:t>
        <w:br/>
        <w:t>v 0.895960 2.369751 -0.268453</w:t>
        <w:br/>
        <w:t>v 0.655870 2.367254 -0.256435</w:t>
        <w:br/>
        <w:t>v 0.648672 2.379548 -0.325196</w:t>
        <w:br/>
        <w:t>v 0.655870 2.367254 -0.256435</w:t>
        <w:br/>
        <w:t>v 0.550409 2.362566 -0.238583</w:t>
        <w:br/>
        <w:t>v 0.546586 2.371779 -0.306572</w:t>
        <w:br/>
        <w:t>v 0.563990 2.290557 -0.233197</w:t>
        <w:br/>
        <w:t>v 0.550409 2.362566 -0.238583</w:t>
        <w:br/>
        <w:t>v 0.520456 2.351268 -0.231509</w:t>
        <w:br/>
        <w:t>v 0.510288 2.314673 -0.225856</w:t>
        <w:br/>
        <w:t>v 0.537941 2.278390 -0.227378</w:t>
        <w:br/>
        <w:t>v 0.564486 2.279699 -0.300328</w:t>
        <w:br/>
        <w:t>v 0.534767 2.270734 -0.293360</w:t>
        <w:br/>
        <w:t>v 0.537941 2.278390 -0.227378</w:t>
        <w:br/>
        <w:t>v 0.563990 2.290557 -0.233197</w:t>
        <w:br/>
        <w:t>v 0.611314 2.309066 -0.312123</w:t>
        <w:br/>
        <w:t>v 0.607010 2.315780 -0.244227</w:t>
        <w:br/>
        <w:t>v 0.607010 2.315780 -0.244227</w:t>
        <w:br/>
        <w:t>v 0.657208 2.300864 -0.249580</w:t>
        <w:br/>
        <w:t>v 0.650867 2.297489 -0.316340</w:t>
        <w:br/>
        <w:t>v 0.657208 2.300864 -0.249580</w:t>
        <w:br/>
        <w:t>v 0.698036 2.222989 -0.242716</w:t>
        <w:br/>
        <w:t>v 0.690089 2.218613 -0.308605</w:t>
        <w:br/>
        <w:t>v 0.827214 2.223729 -0.250210</w:t>
        <w:br/>
        <w:t>v 0.698036 2.222989 -0.242716</w:t>
        <w:br/>
        <w:t>v 0.877313 2.303308 -0.262315</w:t>
        <w:br/>
        <w:t>v 0.981352 2.365379 -0.264317</w:t>
        <w:br/>
        <w:t>v 0.988000 2.282145 -0.256889</w:t>
        <w:br/>
        <w:t>v 1.006628 2.288129 -0.257194</w:t>
        <w:br/>
        <w:t>v 0.564486 2.279699 -0.300328</w:t>
        <w:br/>
        <w:t>v 0.611314 2.309066 -0.312123</w:t>
        <w:br/>
        <w:t>v 0.648672 2.379548 -0.325196</w:t>
        <w:br/>
        <w:t>v 0.534767 2.270734 -0.293360</w:t>
        <w:br/>
        <w:t>v 0.499196 2.315183 -0.291387</w:t>
        <w:br/>
        <w:t>v 0.509445 2.278054 -0.289127</w:t>
        <w:br/>
        <w:t>v 0.517326 2.283841 -0.224440</w:t>
        <w:br/>
        <w:t>v 0.509445 2.278054 -0.289127</w:t>
        <w:br/>
        <w:t>v 0.499196 2.315183 -0.291387</w:t>
        <w:br/>
        <w:t>v 0.510288 2.314673 -0.225856</w:t>
        <w:br/>
        <w:t>v 0.517326 2.283841 -0.224440</w:t>
        <w:br/>
        <w:t>v 0.509445 2.278054 -0.289127</w:t>
        <w:br/>
        <w:t>v 0.511670 2.358348 -0.298099</w:t>
        <w:br/>
        <w:t>v 0.520456 2.351268 -0.231509</w:t>
        <w:br/>
        <w:t>v 0.690089 2.218613 -0.308605</w:t>
        <w:br/>
        <w:t>v 0.650867 2.297489 -0.316340</w:t>
        <w:br/>
        <w:t>v 0.839536 2.219549 -0.316838</w:t>
        <w:br/>
        <w:t>v 0.789619 2.045809 -0.286443</w:t>
        <w:br/>
        <w:t>v 0.748594 2.010297 -0.278992</w:t>
        <w:br/>
        <w:t>v 0.725569 2.054374 -0.217743</w:t>
        <w:br/>
        <w:t>v 0.710783 2.042373 -0.279680</w:t>
        <w:br/>
        <w:t>v 0.725569 2.054374 -0.217743</w:t>
        <w:br/>
        <w:t>v 0.757184 2.024017 -0.216715</w:t>
        <w:br/>
        <w:t>v 0.748594 2.010297 -0.278992</w:t>
        <w:br/>
        <w:t>v 0.757184 2.024017 -0.216715</w:t>
        <w:br/>
        <w:t>v 0.789973 2.050261 -0.222597</w:t>
        <w:br/>
        <w:t>v 0.789619 2.045809 -0.286443</w:t>
        <w:br/>
        <w:t>v 0.748594 2.010297 -0.278992</w:t>
        <w:br/>
        <w:t>v 0.757184 2.024017 -0.216715</w:t>
        <w:br/>
        <w:t>v 0.710783 2.042373 -0.279680</w:t>
        <w:br/>
        <w:t>v 0.511670 2.358348 -0.298099</w:t>
        <w:br/>
        <w:t>v 0.546586 2.371779 -0.306572</w:t>
        <w:br/>
        <w:t>v 0.789973 2.050261 -0.222597</w:t>
        <w:br/>
        <w:t>v 0.517326 2.283841 -0.224440</w:t>
        <w:br/>
        <w:t>v 1.121249 1.847087 -0.428043</w:t>
        <w:br/>
        <w:t>v 1.116061 1.854607 -0.399828</w:t>
        <w:br/>
        <w:t>v 1.279820 1.668885 -0.313516</w:t>
        <w:br/>
        <w:t>v 1.282808 1.663004 -0.336700</w:t>
        <w:br/>
        <w:t>v 1.222731 1.993935 -0.447012</w:t>
        <w:br/>
        <w:t>v 1.426795 1.831142 -0.409655</w:t>
        <w:br/>
        <w:t>v 1.279820 1.668885 -0.313516</w:t>
        <w:br/>
        <w:t>v 1.116061 1.854607 -0.399828</w:t>
        <w:br/>
        <w:t>v 1.224514 1.990887 -0.473223</w:t>
        <w:br/>
        <w:t>v 1.121249 1.847087 -0.428043</w:t>
        <w:br/>
        <w:t>v 1.282808 1.663004 -0.336700</w:t>
        <w:br/>
        <w:t>v 1.428694 1.821841 -0.429588</w:t>
        <w:br/>
        <w:t>v 1.428694 1.821841 -0.429588</w:t>
        <w:br/>
        <w:t>v 1.426795 1.831142 -0.409655</w:t>
        <w:br/>
        <w:t>v 1.222731 1.993935 -0.447012</w:t>
        <w:br/>
        <w:t>v 1.224514 1.990887 -0.473223</w:t>
        <w:br/>
        <w:t>v 1.428694 1.821841 -0.429588</w:t>
        <w:br/>
        <w:t>v 1.282808 1.663004 -0.336700</w:t>
        <w:br/>
        <w:t>v 1.279820 1.668885 -0.313516</w:t>
        <w:br/>
        <w:t>v 1.426795 1.831142 -0.409655</w:t>
        <w:br/>
        <w:t>v 0.890208 2.292645 -0.474103</w:t>
        <w:br/>
        <w:t>v 0.865813 2.206106 -0.462978</w:t>
        <w:br/>
        <w:t>v 0.792321 2.363137 -0.502708</w:t>
        <w:br/>
        <w:t>v 0.893669 2.300585 -0.500541</w:t>
        <w:br/>
        <w:t>v 0.890208 2.292645 -0.474103</w:t>
        <w:br/>
        <w:t>v 0.794235 2.353638 -0.474725</w:t>
        <w:br/>
        <w:t>v 0.791132 2.290850 -0.463910</w:t>
        <w:br/>
        <w:t>v 0.794235 2.353638 -0.474725</w:t>
        <w:br/>
        <w:t>v 0.866727 2.200922 -0.486569</w:t>
        <w:br/>
        <w:t>v 0.865813 2.206106 -0.462978</w:t>
        <w:br/>
        <w:t>v 0.893669 2.300585 -0.500541</w:t>
        <w:br/>
        <w:t>v 0.866727 2.200922 -0.486569</w:t>
        <w:br/>
        <w:t>v 0.792321 2.363137 -0.502708</w:t>
        <w:br/>
        <w:t>v 0.789073 2.284442 -0.488428</w:t>
        <w:br/>
        <w:t>v 0.686955 2.208042 -0.481063</w:t>
        <w:br/>
        <w:t>v 0.671868 2.303463 -0.506837</w:t>
        <w:br/>
        <w:t>v 0.791132 2.290850 -0.463910</w:t>
        <w:br/>
        <w:t>v 0.789073 2.284442 -0.488428</w:t>
        <w:br/>
        <w:t>v 0.686955 2.208042 -0.481063</w:t>
        <w:br/>
        <w:t>v 0.691994 2.213036 -0.456747</w:t>
        <w:br/>
        <w:t>v 0.791132 2.290850 -0.463910</w:t>
        <w:br/>
        <w:t>v 0.789073 2.284442 -0.488428</w:t>
        <w:br/>
        <w:t>v 0.371323 1.860138 -0.406951</w:t>
        <w:br/>
        <w:t>v 0.382251 1.861472 -0.384882</w:t>
        <w:br/>
        <w:t>v 0.691994 2.213036 -0.456747</w:t>
        <w:br/>
        <w:t>v 0.678600 2.296301 -0.479556</w:t>
        <w:br/>
        <w:t>v 0.371323 1.860138 -0.406951</w:t>
        <w:br/>
        <w:t>v 0.281342 2.021111 -0.439991</w:t>
        <w:br/>
        <w:t>v 0.281342 2.021111 -0.439991</w:t>
        <w:br/>
        <w:t>v 0.671868 2.303463 -0.506837</w:t>
        <w:br/>
        <w:t>v 0.678600 2.296301 -0.479556</w:t>
        <w:br/>
        <w:t>v 0.286991 2.018931 -0.420619</w:t>
        <w:br/>
        <w:t>v 0.382251 1.861472 -0.384882</w:t>
        <w:br/>
        <w:t>v 0.286991 2.018931 -0.420619</w:t>
        <w:br/>
        <w:t>v 0.794235 2.353638 -0.474725</w:t>
        <w:br/>
        <w:t>v 0.792321 2.363137 -0.502708</w:t>
        <w:br/>
        <w:t>v 0.241760 1.691146 -0.285478</w:t>
        <w:br/>
        <w:t>v 0.232680 1.691242 -0.306806</w:t>
        <w:br/>
        <w:t>v 0.095311 1.878812 -0.361283</w:t>
        <w:br/>
        <w:t>v 0.103620 1.881477 -0.346004</w:t>
        <w:br/>
        <w:t>v 0.232680 1.691242 -0.306806</w:t>
        <w:br/>
        <w:t>v 0.095311 1.878812 -0.361283</w:t>
        <w:br/>
        <w:t>v 0.103620 1.881477 -0.346004</w:t>
        <w:br/>
        <w:t>v 0.095311 1.878812 -0.361283</w:t>
        <w:br/>
        <w:t>v 0.241760 1.691146 -0.285478</w:t>
        <w:br/>
        <w:t>v 0.103620 1.881477 -0.346004</w:t>
        <w:br/>
        <w:t>v 0.232680 1.691242 -0.306806</w:t>
        <w:br/>
        <w:t>v 0.241760 1.691146 -0.285478</w:t>
        <w:br/>
        <w:t>v 0.925501 2.495474 -0.515614</w:t>
        <w:br/>
        <w:t>v 0.920572 2.340547 -0.517969</w:t>
        <w:br/>
        <w:t>v 0.749483 2.338212 -0.448748</w:t>
        <w:br/>
        <w:t>v 0.747836 2.496757 -0.445656</w:t>
        <w:br/>
        <w:t>v 0.560130 2.337021 -0.468180</w:t>
        <w:br/>
        <w:t>v 0.564845 2.494456 -0.468530</w:t>
        <w:br/>
        <w:t>v 0.412161 2.327870 -0.594495</w:t>
        <w:br/>
        <w:t>v 0.419843 2.483502 -0.597772</w:t>
        <w:br/>
        <w:t>v 0.337131 2.320032 -0.780954</w:t>
        <w:br/>
        <w:t>v 0.347808 2.473828 -0.785736</w:t>
        <w:br/>
        <w:t>v 0.355006 2.322686 -0.980471</w:t>
        <w:br/>
        <w:t>v 0.365930 2.475127 -0.983925</w:t>
        <w:br/>
        <w:t>v 0.998751 2.333172 -0.674299</w:t>
        <w:br/>
        <w:t>v 1.003863 2.486063 -0.663900</w:t>
        <w:br/>
        <w:t>v 1.019325 2.342074 -0.868946</w:t>
        <w:br/>
        <w:t>v 1.022016 2.494043 -0.852930</w:t>
        <w:br/>
        <w:t>v 0.961018 2.502074 -1.063010</w:t>
        <w:br/>
        <w:t>v 0.958098 2.351855 -1.085307</w:t>
        <w:br/>
        <w:t>v 0.663533 2.347081 -1.235950</w:t>
        <w:br/>
        <w:t>v 0.820857 2.346475 -1.188830</w:t>
        <w:br/>
        <w:t>v 0.824736 2.497304 -1.166454</w:t>
        <w:br/>
        <w:t>v 0.668837 2.498667 -1.217941</w:t>
        <w:br/>
        <w:t>v 0.491129 2.492507 -1.149234</w:t>
        <w:br/>
        <w:t>v 0.365930 2.475127 -0.983925</w:t>
        <w:br/>
        <w:t>v 0.355006 2.322686 -0.980471</w:t>
        <w:br/>
        <w:t>v 0.485194 2.340580 -1.159283</w:t>
        <w:br/>
        <w:t>v 0.742831 2.337994 -0.508394</w:t>
        <w:br/>
        <w:t>v 0.749483 2.338212 -0.448748</w:t>
        <w:br/>
        <w:t>v 0.920572 2.340547 -0.517969</w:t>
        <w:br/>
        <w:t>v 0.883119 2.340467 -0.564494</w:t>
        <w:br/>
        <w:t>v 0.925501 2.495474 -0.515614</w:t>
        <w:br/>
        <w:t>v 0.747836 2.496757 -0.445656</w:t>
        <w:br/>
        <w:t>v 0.740951 2.495651 -0.510932</w:t>
        <w:br/>
        <w:t>v 0.884244 2.494910 -0.566576</w:t>
        <w:br/>
        <w:t>v 0.560130 2.337021 -0.468180</w:t>
        <w:br/>
        <w:t>v 0.581966 2.336307 -0.522802</w:t>
        <w:br/>
        <w:t>v 0.564845 2.494456 -0.468530</w:t>
        <w:br/>
        <w:t>v 0.588808 2.493026 -0.528069</w:t>
        <w:br/>
        <w:t>v 0.455350 2.327585 -0.629875</w:t>
        <w:br/>
        <w:t>v 0.412161 2.327870 -0.594495</w:t>
        <w:br/>
        <w:t>v 0.419843 2.483502 -0.597772</w:t>
        <w:br/>
        <w:t>v 0.467261 2.482882 -0.635596</w:t>
        <w:br/>
        <w:t>v 0.347808 2.473828 -0.785736</w:t>
        <w:br/>
        <w:t>v 0.406662 2.474118 -0.792951</w:t>
        <w:br/>
        <w:t>v 0.390860 2.320283 -0.789027</w:t>
        <w:br/>
        <w:t>v 0.337131 2.320032 -0.780954</w:t>
        <w:br/>
        <w:t>v 0.365930 2.475127 -0.983925</w:t>
        <w:br/>
        <w:t>v 0.421319 2.475348 -0.958946</w:t>
        <w:br/>
        <w:t>v 0.355006 2.322686 -0.980471</w:t>
        <w:br/>
        <w:t>v 0.405585 2.322733 -0.959523</w:t>
        <w:br/>
        <w:t>v 0.946788 2.486765 -0.687168</w:t>
        <w:br/>
        <w:t>v 1.003863 2.486063 -0.663900</w:t>
        <w:br/>
        <w:t>v 0.998751 2.333172 -0.674299</w:t>
        <w:br/>
        <w:t>v 0.946750 2.333977 -0.694678</w:t>
        <w:br/>
        <w:t>v 0.962566 2.493299 -0.849123</w:t>
        <w:br/>
        <w:t>v 1.022016 2.494043 -0.852930</w:t>
        <w:br/>
        <w:t>v 1.019325 2.342074 -0.868946</w:t>
        <w:br/>
        <w:t>v 0.965005 2.341465 -0.864887</w:t>
        <w:br/>
        <w:t>v 0.958098 2.351855 -1.085307</w:t>
        <w:br/>
        <w:t>v 0.916198 2.348471 -1.046798</w:t>
        <w:br/>
        <w:t>v 0.961018 2.502074 -1.063010</w:t>
        <w:br/>
        <w:t>v 0.914917 2.498636 -1.021970</w:t>
        <w:br/>
        <w:t>v 0.668837 2.498667 -1.217941</w:t>
        <w:br/>
        <w:t>v 0.824736 2.497304 -1.166454</w:t>
        <w:br/>
        <w:t>v 0.800050 2.494114 -1.109754</w:t>
        <w:br/>
        <w:t>v 0.671699 2.495340 -1.153945</w:t>
        <w:br/>
        <w:t>v 0.798173 2.343317 -1.136409</w:t>
        <w:br/>
        <w:t>v 0.820857 2.346475 -1.188830</w:t>
        <w:br/>
        <w:t>v 0.663533 2.347081 -1.235950</w:t>
        <w:br/>
        <w:t>v 0.665990 2.343889 -1.177586</w:t>
        <w:br/>
        <w:t>v 0.485194 2.340580 -1.159283</w:t>
        <w:br/>
        <w:t>v 0.355006 2.322686 -0.980471</w:t>
        <w:br/>
        <w:t>v 0.405585 2.322733 -0.959523</w:t>
        <w:br/>
        <w:t>v 0.515176 2.338460 -1.111378</w:t>
        <w:br/>
        <w:t>v 0.421319 2.475348 -0.958946</w:t>
        <w:br/>
        <w:t>v 0.365930 2.475127 -0.983925</w:t>
        <w:br/>
        <w:t>v 0.491129 2.492507 -1.149234</w:t>
        <w:br/>
        <w:t>v 0.524395 2.490316 -1.096006</w:t>
        <w:br/>
        <w:t>v 1.021052 2.330001 -0.972213</w:t>
        <w:br/>
        <w:t>v 1.024034 2.320182 -0.959432</w:t>
        <w:br/>
        <w:t>v 1.026141 2.345016 -0.945229</w:t>
        <w:br/>
        <w:t>v 1.011411 2.346636 -0.856190</w:t>
        <w:br/>
        <w:t>v 0.998576 2.347796 -0.935544</w:t>
        <w:br/>
        <w:t>v 1.026141 2.345016 -0.945229</w:t>
        <w:br/>
        <w:t>v 1.043611 2.343764 -0.861181</w:t>
        <w:br/>
        <w:t>v 1.007562 2.498286 -0.850123</w:t>
        <w:br/>
        <w:t>v 1.011411 2.346636 -0.856190</w:t>
        <w:br/>
        <w:t>v 1.043611 2.343764 -0.861181</w:t>
        <w:br/>
        <w:t>v 1.039588 2.499551 -0.855224</w:t>
        <w:br/>
        <w:t>v 1.015730 2.331775 -0.823608</w:t>
        <w:br/>
        <w:t>v 1.015471 2.316191 -0.836822</w:t>
        <w:br/>
        <w:t>v 1.011411 2.346636 -0.856190</w:t>
        <w:br/>
        <w:t>v 0.993042 2.318211 -0.956755</w:t>
        <w:br/>
        <w:t>v 0.998576 2.347796 -0.935544</w:t>
        <w:br/>
        <w:t>v 1.015471 2.316191 -0.836822</w:t>
        <w:br/>
        <w:t>v 1.047207 2.318279 -0.847988</w:t>
        <w:br/>
        <w:t>v 1.024034 2.320182 -0.959432</w:t>
        <w:br/>
        <w:t>v 0.993042 2.318211 -0.956755</w:t>
        <w:br/>
        <w:t>v 1.047207 2.318279 -0.847988</w:t>
        <w:br/>
        <w:t>v 1.043611 2.343764 -0.861181</w:t>
        <w:br/>
        <w:t>v 1.047207 2.318279 -0.847988</w:t>
        <w:br/>
        <w:t>v 1.015471 2.316191 -0.836822</w:t>
        <w:br/>
        <w:t>v 1.015730 2.331775 -0.823608</w:t>
        <w:br/>
        <w:t>v 1.049200 2.334857 -0.835679</w:t>
        <w:br/>
        <w:t>v 1.013763 2.509708 -0.815369</w:t>
        <w:br/>
        <w:t>v 1.045090 2.505580 -0.827713</w:t>
        <w:br/>
        <w:t>v 1.007562 2.498286 -0.850123</w:t>
        <w:br/>
        <w:t>v 1.013763 2.509708 -0.815369</w:t>
        <w:br/>
        <w:t>v 1.049200 2.334857 -0.835679</w:t>
        <w:br/>
        <w:t>v 1.021052 2.330001 -0.972213</w:t>
        <w:br/>
        <w:t>v 0.991053 2.328909 -0.971611</w:t>
        <w:br/>
        <w:t>v 1.019878 2.383999 -0.969085</w:t>
        <w:br/>
        <w:t>v 0.991030 2.382718 -0.968286</w:t>
        <w:br/>
        <w:t>v 0.988087 2.391356 -0.983950</w:t>
        <w:br/>
        <w:t>v 0.987302 2.458318 -0.978867</w:t>
        <w:br/>
        <w:t>v 0.988849 2.467094 -0.963341</w:t>
        <w:br/>
        <w:t>v 0.991030 2.382718 -0.968286</w:t>
        <w:br/>
        <w:t>v 1.019878 2.383999 -0.969085</w:t>
        <w:br/>
        <w:t>v 1.015701 2.392544 -0.987837</w:t>
        <w:br/>
        <w:t>v 0.988087 2.391356 -0.983950</w:t>
        <w:br/>
        <w:t>v 0.991030 2.382718 -0.968286</w:t>
        <w:br/>
        <w:t>v 0.991053 2.328909 -0.971611</w:t>
        <w:br/>
        <w:t>v 1.045090 2.505580 -0.827713</w:t>
        <w:br/>
        <w:t>v 1.041489 2.522704 -0.842288</w:t>
        <w:br/>
        <w:t>v 1.039588 2.499551 -0.855224</w:t>
        <w:br/>
        <w:t>v 1.010508 2.526183 -0.830624</w:t>
        <w:br/>
        <w:t>v 0.987736 2.528281 -0.945457</w:t>
        <w:br/>
        <w:t>v 1.019118 2.525144 -0.949778</w:t>
        <w:br/>
        <w:t>v 1.041489 2.522704 -0.842288</w:t>
        <w:br/>
        <w:t>v 0.987736 2.528281 -0.945457</w:t>
        <w:br/>
        <w:t>v 0.993648 2.499566 -0.928135</w:t>
        <w:br/>
        <w:t>v 0.986532 2.519379 -0.960261</w:t>
        <w:br/>
        <w:t>v 0.986532 2.519379 -0.960261</w:t>
        <w:br/>
        <w:t>v 1.016860 2.516909 -0.962008</w:t>
        <w:br/>
        <w:t>v 1.019118 2.525144 -0.949778</w:t>
        <w:br/>
        <w:t>v 1.016860 2.516909 -0.962008</w:t>
        <w:br/>
        <w:t>v 1.022381 2.501209 -0.937934</w:t>
        <w:br/>
        <w:t>v 1.007562 2.498286 -0.850123</w:t>
        <w:br/>
        <w:t>v 1.039588 2.499551 -0.855224</w:t>
        <w:br/>
        <w:t>v 1.022381 2.501209 -0.937934</w:t>
        <w:br/>
        <w:t>v 0.993648 2.499566 -0.928135</w:t>
        <w:br/>
        <w:t>v 1.018043 2.464338 -0.964859</w:t>
        <w:br/>
        <w:t>v 0.988849 2.467094 -0.963341</w:t>
        <w:br/>
        <w:t>v 0.987302 2.458318 -0.978867</w:t>
        <w:br/>
        <w:t>v 1.014534 2.455598 -0.983204</w:t>
        <w:br/>
        <w:t>v 1.019878 2.383999 -0.969085</w:t>
        <w:br/>
        <w:t>v 1.018043 2.464338 -0.964859</w:t>
        <w:br/>
        <w:t>v 1.015701 2.392544 -0.987837</w:t>
        <w:br/>
        <w:t>v 1.014534 2.455598 -0.983204</w:t>
        <w:br/>
        <w:t>v 1.010508 2.526183 -0.830624</w:t>
        <w:br/>
        <w:t>v 1.012255 2.412876 -1.001149</w:t>
        <w:br/>
        <w:t>v 1.011792 2.435977 -0.999619</w:t>
        <w:br/>
        <w:t>v 1.012255 2.412876 -1.001149</w:t>
        <w:br/>
        <w:t>v 1.011792 2.435977 -0.999619</w:t>
        <w:br/>
        <w:t>v 0.988834 2.437358 -0.996014</w:t>
        <w:br/>
        <w:t>v 0.989185 2.412868 -0.997720</w:t>
        <w:br/>
        <w:t>v 0.989185 2.412868 -0.997720</w:t>
        <w:br/>
        <w:t>v 0.988834 2.437358 -0.996014</w:t>
        <w:br/>
        <w:t>v 0.993648 2.499566 -0.928135</w:t>
        <w:br/>
        <w:t>v 1.022381 2.501209 -0.937934</w:t>
        <w:br/>
        <w:t>v 1.026141 2.345016 -0.945229</w:t>
        <w:br/>
        <w:t>v 0.998576 2.347796 -0.935544</w:t>
        <w:br/>
        <w:t>v 0.903628 2.184812 -0.293792</w:t>
        <w:br/>
        <w:t>v 0.839145 2.268121 -0.281564</w:t>
        <w:br/>
        <w:t>v 0.862565 2.305519 -0.294577</w:t>
        <w:br/>
        <w:t>v 0.926542 2.220113 -0.306260</w:t>
        <w:br/>
        <w:t>v 0.851496 2.313196 -0.327659</w:t>
        <w:br/>
        <w:t>v 0.823160 2.268222 -0.311912</w:t>
        <w:br/>
        <w:t>v 0.888629 2.181323 -0.323831</w:t>
        <w:br/>
        <w:t>v 0.918342 2.224138 -0.339704</w:t>
        <w:br/>
        <w:t>v 0.903628 2.184812 -0.293792</w:t>
        <w:br/>
        <w:t>v 0.888629 2.181323 -0.323831</w:t>
        <w:br/>
        <w:t>v 0.823160 2.268222 -0.311912</w:t>
        <w:br/>
        <w:t>v 0.839145 2.268121 -0.281564</w:t>
        <w:br/>
        <w:t>v 0.926542 2.220113 -0.306260</w:t>
        <w:br/>
        <w:t>v 0.862565 2.305519 -0.294577</w:t>
        <w:br/>
        <w:t>v 0.851496 2.313196 -0.327659</w:t>
        <w:br/>
        <w:t>v 0.918342 2.224138 -0.339704</w:t>
        <w:br/>
        <w:t>v 0.992747 2.085883 -0.314972</w:t>
        <w:br/>
        <w:t>v 0.985135 2.086163 -0.347392</w:t>
        <w:br/>
        <w:t>v 0.989242 1.985876 -0.342482</w:t>
        <w:br/>
        <w:t>v 0.985135 2.086163 -0.347392</w:t>
        <w:br/>
        <w:t>v 0.941869 2.089022 -0.331515</w:t>
        <w:br/>
        <w:t>v 0.938751 2.033663 -0.324947</w:t>
        <w:br/>
        <w:t>v 0.954342 2.029678 -0.295467</w:t>
        <w:br/>
        <w:t>v 0.938751 2.033663 -0.324947</w:t>
        <w:br/>
        <w:t>v 0.941869 2.089022 -0.331515</w:t>
        <w:br/>
        <w:t>v 0.957559 2.090201 -0.302103</w:t>
        <w:br/>
        <w:t>v 0.954342 2.029678 -0.295467</w:t>
        <w:br/>
        <w:t>v 0.930205 2.027028 -0.285837</w:t>
        <w:br/>
        <w:t>v 0.918082 2.031829 -0.316802</w:t>
        <w:br/>
        <w:t>v 0.938751 2.033663 -0.324947</w:t>
        <w:br/>
        <w:t>v 0.989242 1.985876 -0.342482</w:t>
        <w:br/>
        <w:t>v 0.996744 1.991315 -0.310650</w:t>
        <w:br/>
        <w:t>v 0.989242 1.985876 -0.342482</w:t>
        <w:br/>
        <w:t>v 0.933291 1.976895 -0.319287</w:t>
        <w:br/>
        <w:t>v 0.944938 1.982754 -0.289142</w:t>
        <w:br/>
        <w:t>v 0.996744 1.991315 -0.310650</w:t>
        <w:br/>
        <w:t>v 0.875876 2.058483 -0.303284</w:t>
        <w:br/>
        <w:t>v 0.855016 2.005096 -0.289835</w:t>
        <w:br/>
        <w:t>v 0.933291 1.976895 -0.319287</w:t>
        <w:br/>
        <w:t>v 0.918082 2.031829 -0.316802</w:t>
        <w:br/>
        <w:t>v 0.992747 2.085883 -0.314972</w:t>
        <w:br/>
        <w:t>v 0.957559 2.090201 -0.302103</w:t>
        <w:br/>
        <w:t>v 0.885350 2.054048 -0.270953</w:t>
        <w:br/>
        <w:t>v 0.875876 2.058483 -0.303284</w:t>
        <w:br/>
        <w:t>v 0.797014 2.139203 -0.285626</w:t>
        <w:br/>
        <w:t>v 0.805852 2.133588 -0.252171</w:t>
        <w:br/>
        <w:t>v 0.805852 2.133588 -0.252171</w:t>
        <w:br/>
        <w:t>v 0.885350 2.054048 -0.270953</w:t>
        <w:br/>
        <w:t>v 0.869091 2.010563 -0.260516</w:t>
        <w:br/>
        <w:t>v 0.780031 2.077535 -0.234616</w:t>
        <w:br/>
        <w:t>v 0.869091 2.010563 -0.260516</w:t>
        <w:br/>
        <w:t>v 0.855016 2.005096 -0.289835</w:t>
        <w:br/>
        <w:t>v 0.766062 2.071557 -0.264119</w:t>
        <w:br/>
        <w:t>v 0.780031 2.077535 -0.234616</w:t>
        <w:br/>
        <w:t>v 0.797014 2.139203 -0.285626</w:t>
        <w:br/>
        <w:t>v 0.766062 2.071557 -0.264119</w:t>
        <w:br/>
        <w:t>v 0.944938 1.982754 -0.289142</w:t>
        <w:br/>
        <w:t>v 0.930205 2.027028 -0.285837</w:t>
        <w:br/>
        <w:t>v 0.996744 1.991315 -0.310650</w:t>
        <w:br/>
        <w:t>v 0.954342 2.029678 -0.295467</w:t>
        <w:br/>
        <w:t>v 0.574591 2.108565 -0.282317</w:t>
        <w:br/>
        <w:t>v 0.632925 2.205550 -0.287372</w:t>
        <w:br/>
        <w:t>v 0.646757 2.203117 -0.318905</w:t>
        <w:br/>
        <w:t>v 0.589428 2.109243 -0.313685</w:t>
        <w:br/>
        <w:t>v 0.600630 2.230625 -0.334922</w:t>
        <w:br/>
        <w:t>v 0.594460 2.226885 -0.300373</w:t>
        <w:br/>
        <w:t>v 0.516753 2.083300 -0.291563</w:t>
        <w:br/>
        <w:t>v 0.519795 2.081908 -0.325037</w:t>
        <w:br/>
        <w:t>v 0.516753 2.083300 -0.291563</w:t>
        <w:br/>
        <w:t>v 0.594460 2.226885 -0.300373</w:t>
        <w:br/>
        <w:t>v 0.632925 2.205550 -0.287372</w:t>
        <w:br/>
        <w:t>v 0.574591 2.108565 -0.282317</w:t>
        <w:br/>
        <w:t>v 0.711865 2.283700 -0.281076</w:t>
        <w:br/>
        <w:t>v 0.687714 2.317987 -0.293785</w:t>
        <w:br/>
        <w:t>v 0.698936 2.324856 -0.327458</w:t>
        <w:br/>
        <w:t>v 0.687714 2.317987 -0.293785</w:t>
        <w:br/>
        <w:t>v 0.727665 2.283290 -0.312094</w:t>
        <w:br/>
        <w:t>v 0.711865 2.283700 -0.281076</w:t>
        <w:br/>
        <w:t>v 0.565183 2.046976 -0.274235</w:t>
        <w:br/>
        <w:t>v 0.579423 2.051374 -0.305762</w:t>
        <w:br/>
        <w:t>v 0.622824 2.057664 -0.295944</w:t>
        <w:br/>
        <w:t>v 0.614213 2.052707 -0.262732</w:t>
        <w:br/>
        <w:t>v 0.565183 2.046976 -0.274235</w:t>
        <w:br/>
        <w:t>v 0.579423 2.051374 -0.305762</w:t>
        <w:br/>
        <w:t>v 0.565183 2.046976 -0.274235</w:t>
        <w:br/>
        <w:t>v 0.521893 2.001211 -0.280241</w:t>
        <w:br/>
        <w:t>v 0.614213 2.052707 -0.262732</w:t>
        <w:br/>
        <w:t>v 0.613519 2.001560 -0.256157</w:t>
        <w:br/>
        <w:t>v 0.519795 2.081908 -0.325037</w:t>
        <w:br/>
        <w:t>v 0.589428 2.109243 -0.313685</w:t>
        <w:br/>
        <w:t>v 0.646757 2.203117 -0.318905</w:t>
        <w:br/>
        <w:t>v 0.600630 2.230625 -0.334922</w:t>
        <w:br/>
        <w:t>v 0.727665 2.283290 -0.312094</w:t>
        <w:br/>
        <w:t>v 0.698936 2.324856 -0.327458</w:t>
        <w:br/>
        <w:t>v 0.526557 1.995882 -0.312492</w:t>
        <w:br/>
        <w:t>v 0.579423 2.051374 -0.305762</w:t>
        <w:br/>
        <w:t>v 0.622824 2.057664 -0.295944</w:t>
        <w:br/>
        <w:t>v 0.622906 1.995949 -0.287194</w:t>
        <w:br/>
        <w:t>v 0.744094 2.057533 -0.264941</w:t>
        <w:br/>
        <w:t>v 0.721031 2.129730 -0.285631</w:t>
        <w:br/>
        <w:t>v 0.721031 2.129730 -0.285631</w:t>
        <w:br/>
        <w:t>v 0.713091 2.123637 -0.251226</w:t>
        <w:br/>
        <w:t>v 0.613519 2.001560 -0.256157</w:t>
        <w:br/>
        <w:t>v 0.733533 2.063262 -0.234045</w:t>
        <w:br/>
        <w:t>v 0.744094 2.057533 -0.264941</w:t>
        <w:br/>
        <w:t>v 0.622906 1.995949 -0.287194</w:t>
        <w:br/>
        <w:t>v 0.526557 1.995882 -0.312492</w:t>
        <w:br/>
        <w:t>v 0.521893 2.001211 -0.280241</w:t>
        <w:br/>
        <w:t>v 0.521893 2.001211 -0.280241</w:t>
        <w:br/>
        <w:t>v 0.526557 1.995882 -0.312492</w:t>
        <w:br/>
        <w:t>v 0.713091 2.123637 -0.251226</w:t>
        <w:br/>
        <w:t>v 0.733533 2.063262 -0.234045</w:t>
        <w:br/>
        <w:t>v -1.023406 1.084079 -0.296334</w:t>
        <w:br/>
        <w:t>v -1.039827 1.072392 -0.295064</w:t>
        <w:br/>
        <w:t>v -1.055938 1.092181 -0.286391</w:t>
        <w:br/>
        <w:t>v -1.035186 1.102278 -0.288692</w:t>
        <w:br/>
        <w:t>v -1.060634 1.116264 -0.282147</w:t>
        <w:br/>
        <w:t>v -1.037504 1.115124 -0.286473</w:t>
        <w:br/>
        <w:t>v -1.042901 1.119881 -0.318565</w:t>
        <w:br/>
        <w:t>v -1.040523 1.106997 -0.320776</w:t>
        <w:br/>
        <w:t>v -1.035186 1.102278 -0.288692</w:t>
        <w:br/>
        <w:t>v -1.037504 1.115124 -0.286473</w:t>
        <w:br/>
        <w:t>v -1.030200 1.128728 -0.285897</w:t>
        <w:br/>
        <w:t>v -1.035682 1.133520 -0.318019</w:t>
        <w:br/>
        <w:t>v -1.040523 1.106997 -0.320776</w:t>
        <w:br/>
        <w:t>v -1.042901 1.119881 -0.318565</w:t>
        <w:br/>
        <w:t>v -1.066031 1.121006 -0.314244</w:t>
        <w:br/>
        <w:t>v -1.061244 1.096888 -0.318475</w:t>
        <w:br/>
        <w:t>v -1.052400 1.147921 -0.312953</w:t>
        <w:br/>
        <w:t>v -1.035682 1.133520 -0.318019</w:t>
        <w:br/>
        <w:t>v -0.998578 1.149301 -0.322575</w:t>
        <w:br/>
        <w:t>v -1.007878 1.168489 -0.318132</w:t>
        <w:br/>
        <w:t>v -0.932222 1.171127 -0.329855</w:t>
        <w:br/>
        <w:t>v -0.937772 1.188890 -0.326495</w:t>
        <w:br/>
        <w:t>v -0.937772 1.188890 -0.326495</w:t>
        <w:br/>
        <w:t>v -0.932694 1.184514 -0.297185</w:t>
        <w:br/>
        <w:t>v -1.002275 1.163671 -0.285993</w:t>
        <w:br/>
        <w:t>v -1.007878 1.168489 -0.318132</w:t>
        <w:br/>
        <w:t>v -0.993012 1.144483 -0.290439</w:t>
        <w:br/>
        <w:t>v -0.927175 1.166591 -0.300799</w:t>
        <w:br/>
        <w:t>v -0.932222 1.171127 -0.329855</w:t>
        <w:br/>
        <w:t>v -0.998578 1.149301 -0.322575</w:t>
        <w:br/>
        <w:t>v -1.046881 1.143141 -0.280811</w:t>
        <w:br/>
        <w:t>v -1.052400 1.147921 -0.312953</w:t>
        <w:br/>
        <w:t>v -1.060634 1.116264 -0.282147</w:t>
        <w:br/>
        <w:t>v -1.066031 1.121006 -0.314244</w:t>
        <w:br/>
        <w:t>v -1.028224 1.088321 -0.325664</w:t>
        <w:br/>
        <w:t>v -1.044661 1.076672 -0.324349</w:t>
        <w:br/>
        <w:t>v -1.028224 1.088321 -0.325664</w:t>
        <w:br/>
        <w:t>v -1.023406 1.084079 -0.296334</w:t>
        <w:br/>
        <w:t>v -1.044661 1.076672 -0.324349</w:t>
        <w:br/>
        <w:t>v -1.061244 1.096888 -0.318475</w:t>
        <w:br/>
        <w:t>v -1.055938 1.092181 -0.286391</w:t>
        <w:br/>
        <w:t>v -1.039827 1.072392 -0.295064</w:t>
        <w:br/>
        <w:t>v -1.030200 1.128728 -0.285897</w:t>
        <w:br/>
        <w:t>v -1.046881 1.143141 -0.280811</w:t>
        <w:br/>
        <w:t>v -1.002275 1.163671 -0.285993</w:t>
        <w:br/>
        <w:t>v -0.993012 1.144483 -0.290439</w:t>
        <w:br/>
        <w:t>v -0.932694 1.184514 -0.297185</w:t>
        <w:br/>
        <w:t>v -0.927175 1.166591 -0.300799</w:t>
        <w:br/>
        <w:t>v -1.007173 2.354980 -0.262280</w:t>
        <w:br/>
        <w:t>v -0.965617 2.293511 -0.258283</w:t>
        <w:br/>
        <w:t>v -1.014555 2.318935 -0.259084</w:t>
        <w:br/>
        <w:t>v -1.018017 2.319280 -0.324365</w:t>
        <w:br/>
        <w:t>v -1.014555 2.318935 -0.259084</w:t>
        <w:br/>
        <w:t>v -1.006628 2.288128 -0.257196</w:t>
        <w:br/>
        <w:t>v -1.006886 2.282151 -0.321320</w:t>
        <w:br/>
        <w:t>v -0.958262 2.282298 -0.323750</w:t>
        <w:br/>
        <w:t>v -0.983944 2.274172 -0.321587</w:t>
        <w:br/>
        <w:t>v -0.988000 2.282144 -0.256890</w:t>
        <w:br/>
        <w:t>v -0.965617 2.293511 -0.258283</w:t>
        <w:br/>
        <w:t>v -0.958262 2.282298 -0.323750</w:t>
        <w:br/>
        <w:t>v -1.018017 2.319280 -0.324365</w:t>
        <w:br/>
        <w:t>v -0.983944 2.274172 -0.321587</w:t>
        <w:br/>
        <w:t>v -1.006886 2.282151 -0.321320</w:t>
        <w:br/>
        <w:t>v -0.923554 2.309135 -0.328144</w:t>
        <w:br/>
        <w:t>v -0.919696 2.320300 -0.262986</w:t>
        <w:br/>
        <w:t>v -0.884395 2.297749 -0.328260</w:t>
        <w:br/>
        <w:t>v -0.885535 2.379341 -0.336752</w:t>
        <w:br/>
        <w:t>v -0.923554 2.309135 -0.328144</w:t>
        <w:br/>
        <w:t>v -0.827215 2.223728 -0.250212</w:t>
        <w:br/>
        <w:t>v -0.839536 2.219548 -0.316840</w:t>
        <w:br/>
        <w:t>v -0.884395 2.297749 -0.328260</w:t>
        <w:br/>
        <w:t>v -0.877313 2.303307 -0.262317</w:t>
        <w:br/>
        <w:t>v -0.979340 2.374178 -0.330824</w:t>
        <w:br/>
        <w:t>v -1.009055 2.361765 -0.328069</w:t>
        <w:br/>
        <w:t>v -0.981352 2.365378 -0.264319</w:t>
        <w:br/>
        <w:t>v -0.979340 2.374178 -0.330824</w:t>
        <w:br/>
        <w:t>v -0.885535 2.379341 -0.336752</w:t>
        <w:br/>
        <w:t>v -0.895960 2.369750 -0.268455</w:t>
        <w:br/>
        <w:t>v -1.007173 2.354980 -0.262280</w:t>
        <w:br/>
        <w:t>v -1.009055 2.361765 -0.328069</w:t>
        <w:br/>
        <w:t>v -0.895960 2.369750 -0.268455</w:t>
        <w:br/>
        <w:t>v -0.919696 2.320300 -0.262986</w:t>
        <w:br/>
        <w:t>v -0.655870 2.367254 -0.256437</w:t>
        <w:br/>
        <w:t>v -0.648672 2.379547 -0.325198</w:t>
        <w:br/>
        <w:t>v -0.655870 2.367254 -0.256437</w:t>
        <w:br/>
        <w:t>v -0.546586 2.371778 -0.306574</w:t>
        <w:br/>
        <w:t>v -0.550409 2.362565 -0.238585</w:t>
        <w:br/>
        <w:t>v -0.550409 2.362565 -0.238585</w:t>
        <w:br/>
        <w:t>v -0.563990 2.290556 -0.233199</w:t>
        <w:br/>
        <w:t>v -0.520456 2.351267 -0.231511</w:t>
        <w:br/>
        <w:t>v -0.510288 2.314672 -0.225858</w:t>
        <w:br/>
        <w:t>v -0.537941 2.278389 -0.227380</w:t>
        <w:br/>
        <w:t>v -0.564486 2.279699 -0.300330</w:t>
        <w:br/>
        <w:t>v -0.563990 2.290556 -0.233199</w:t>
        <w:br/>
        <w:t>v -0.537941 2.278389 -0.227380</w:t>
        <w:br/>
        <w:t>v -0.534767 2.270733 -0.293362</w:t>
        <w:br/>
        <w:t>v -0.611314 2.309065 -0.312125</w:t>
        <w:br/>
        <w:t>v -0.607011 2.315779 -0.244229</w:t>
        <w:br/>
        <w:t>v -0.607011 2.315779 -0.244229</w:t>
        <w:br/>
        <w:t>v -0.657208 2.300864 -0.249582</w:t>
        <w:br/>
        <w:t>v -0.650867 2.297488 -0.316341</w:t>
        <w:br/>
        <w:t>v -0.657208 2.300864 -0.249582</w:t>
        <w:br/>
        <w:t>v -0.698036 2.222989 -0.242718</w:t>
        <w:br/>
        <w:t>v -0.690089 2.218613 -0.308607</w:t>
        <w:br/>
        <w:t>v -0.698036 2.222989 -0.242718</w:t>
        <w:br/>
        <w:t>v -0.827215 2.223728 -0.250212</w:t>
        <w:br/>
        <w:t>v -0.877313 2.303307 -0.262317</w:t>
        <w:br/>
        <w:t>v -0.981352 2.365378 -0.264319</w:t>
        <w:br/>
        <w:t>v -0.988000 2.282144 -0.256890</w:t>
        <w:br/>
        <w:t>v -1.006628 2.288128 -0.257196</w:t>
        <w:br/>
        <w:t>v -0.611314 2.309065 -0.312125</w:t>
        <w:br/>
        <w:t>v -0.564486 2.279699 -0.300330</w:t>
        <w:br/>
        <w:t>v -0.648672 2.379547 -0.325198</w:t>
        <w:br/>
        <w:t>v -0.499196 2.315183 -0.291389</w:t>
        <w:br/>
        <w:t>v -0.534767 2.270733 -0.293362</w:t>
        <w:br/>
        <w:t>v -0.509446 2.278054 -0.289128</w:t>
        <w:br/>
        <w:t>v -0.499196 2.315183 -0.291389</w:t>
        <w:br/>
        <w:t>v -0.509446 2.278054 -0.289128</w:t>
        <w:br/>
        <w:t>v -0.517326 2.283840 -0.224442</w:t>
        <w:br/>
        <w:t>v -0.510288 2.314672 -0.225858</w:t>
        <w:br/>
        <w:t>v -0.517326 2.283840 -0.224442</w:t>
        <w:br/>
        <w:t>v -0.509446 2.278054 -0.289128</w:t>
        <w:br/>
        <w:t>v -0.511670 2.358347 -0.298101</w:t>
        <w:br/>
        <w:t>v -0.520456 2.351267 -0.231511</w:t>
        <w:br/>
        <w:t>v -0.690089 2.218613 -0.308607</w:t>
        <w:br/>
        <w:t>v -0.650867 2.297488 -0.316341</w:t>
        <w:br/>
        <w:t>v -0.839536 2.219548 -0.316840</w:t>
        <w:br/>
        <w:t>v -0.789619 2.045808 -0.286445</w:t>
        <w:br/>
        <w:t>v -0.748594 2.010296 -0.278994</w:t>
        <w:br/>
        <w:t>v -0.710783 2.042372 -0.279682</w:t>
        <w:br/>
        <w:t>v -0.725569 2.054374 -0.217745</w:t>
        <w:br/>
        <w:t>v -0.725569 2.054374 -0.217745</w:t>
        <w:br/>
        <w:t>v -0.757184 2.024016 -0.216717</w:t>
        <w:br/>
        <w:t>v -0.748594 2.010296 -0.278994</w:t>
        <w:br/>
        <w:t>v -0.757184 2.024016 -0.216717</w:t>
        <w:br/>
        <w:t>v -0.748594 2.010296 -0.278994</w:t>
        <w:br/>
        <w:t>v -0.789619 2.045808 -0.286445</w:t>
        <w:br/>
        <w:t>v -0.789973 2.050261 -0.222598</w:t>
        <w:br/>
        <w:t>v -0.757184 2.024016 -0.216717</w:t>
        <w:br/>
        <w:t>v -0.710783 2.042372 -0.279682</w:t>
        <w:br/>
        <w:t>v -0.511670 2.358347 -0.298101</w:t>
        <w:br/>
        <w:t>v -0.546586 2.371778 -0.306574</w:t>
        <w:br/>
        <w:t>v -0.789973 2.050261 -0.222598</w:t>
        <w:br/>
        <w:t>v -0.517326 2.283840 -0.224442</w:t>
        <w:br/>
        <w:t>v -0.749483 2.338212 -0.448750</w:t>
        <w:br/>
        <w:t>v -0.920572 2.340546 -0.517971</w:t>
        <w:br/>
        <w:t>v -0.925501 2.495473 -0.515616</w:t>
        <w:br/>
        <w:t>v -0.747836 2.496756 -0.445658</w:t>
        <w:br/>
        <w:t>v -0.560130 2.337020 -0.468182</w:t>
        <w:br/>
        <w:t>v -0.564845 2.494456 -0.468532</w:t>
        <w:br/>
        <w:t>v -0.412161 2.327870 -0.594496</w:t>
        <w:br/>
        <w:t>v -0.419843 2.483501 -0.597774</w:t>
        <w:br/>
        <w:t>v -0.347808 2.473827 -0.785738</w:t>
        <w:br/>
        <w:t>v -0.337131 2.320031 -0.780956</w:t>
        <w:br/>
        <w:t>v -0.365930 2.475127 -0.983927</w:t>
        <w:br/>
        <w:t>v -0.355006 2.322685 -0.980473</w:t>
        <w:br/>
        <w:t>v -0.998751 2.333171 -0.674300</w:t>
        <w:br/>
        <w:t>v -1.003863 2.486063 -0.663902</w:t>
        <w:br/>
        <w:t>v -1.019325 2.342073 -0.868948</w:t>
        <w:br/>
        <w:t>v -1.022017 2.494042 -0.852932</w:t>
        <w:br/>
        <w:t>v -0.958098 2.351854 -1.085308</w:t>
        <w:br/>
        <w:t>v -0.961018 2.502073 -1.063012</w:t>
        <w:br/>
        <w:t>v -0.824737 2.497303 -1.166456</w:t>
        <w:br/>
        <w:t>v -0.820857 2.346474 -1.188832</w:t>
        <w:br/>
        <w:t>v -0.663533 2.347081 -1.235952</w:t>
        <w:br/>
        <w:t>v -0.668837 2.498667 -1.217942</w:t>
        <w:br/>
        <w:t>v -0.355006 2.322685 -0.980473</w:t>
        <w:br/>
        <w:t>v -0.365930 2.475127 -0.983927</w:t>
        <w:br/>
        <w:t>v -0.491129 2.492506 -1.149236</w:t>
        <w:br/>
        <w:t>v -0.485194 2.340579 -1.159285</w:t>
        <w:br/>
        <w:t>v -0.742832 2.337993 -0.508396</w:t>
        <w:br/>
        <w:t>v -0.883120 2.340466 -0.564495</w:t>
        <w:br/>
        <w:t>v -0.920572 2.340546 -0.517971</w:t>
        <w:br/>
        <w:t>v -0.749483 2.338212 -0.448750</w:t>
        <w:br/>
        <w:t>v -0.740951 2.495651 -0.510934</w:t>
        <w:br/>
        <w:t>v -0.747836 2.496756 -0.445658</w:t>
        <w:br/>
        <w:t>v -0.925501 2.495473 -0.515616</w:t>
        <w:br/>
        <w:t>v -0.884244 2.494909 -0.566578</w:t>
        <w:br/>
        <w:t>v -0.560130 2.337020 -0.468182</w:t>
        <w:br/>
        <w:t>v -0.581966 2.336306 -0.522804</w:t>
        <w:br/>
        <w:t>v -0.588808 2.493026 -0.528071</w:t>
        <w:br/>
        <w:t>v -0.564845 2.494456 -0.468532</w:t>
        <w:br/>
        <w:t>v -0.455350 2.327584 -0.629877</w:t>
        <w:br/>
        <w:t>v -0.412161 2.327870 -0.594496</w:t>
        <w:br/>
        <w:t>v -0.467261 2.482881 -0.635598</w:t>
        <w:br/>
        <w:t>v -0.419843 2.483501 -0.597774</w:t>
        <w:br/>
        <w:t>v -0.406662 2.474118 -0.792953</w:t>
        <w:br/>
        <w:t>v -0.347808 2.473827 -0.785738</w:t>
        <w:br/>
        <w:t>v -0.390860 2.320283 -0.789029</w:t>
        <w:br/>
        <w:t>v -0.337131 2.320031 -0.780956</w:t>
        <w:br/>
        <w:t>v -0.421319 2.475347 -0.958948</w:t>
        <w:br/>
        <w:t>v -0.365930 2.475127 -0.983927</w:t>
        <w:br/>
        <w:t>v -0.355006 2.322685 -0.980473</w:t>
        <w:br/>
        <w:t>v -0.405585 2.322732 -0.959525</w:t>
        <w:br/>
        <w:t>v -0.946788 2.486765 -0.687170</w:t>
        <w:br/>
        <w:t>v -1.003863 2.486063 -0.663902</w:t>
        <w:br/>
        <w:t>v -0.946751 2.333977 -0.694680</w:t>
        <w:br/>
        <w:t>v -0.998751 2.333171 -0.674300</w:t>
        <w:br/>
        <w:t>v -0.962566 2.493298 -0.849125</w:t>
        <w:br/>
        <w:t>v -1.022017 2.494042 -0.852932</w:t>
        <w:br/>
        <w:t>v -0.965005 2.341464 -0.864889</w:t>
        <w:br/>
        <w:t>v -1.019325 2.342073 -0.868948</w:t>
        <w:br/>
        <w:t>v -0.958098 2.351854 -1.085308</w:t>
        <w:br/>
        <w:t>v -0.916199 2.348470 -1.046800</w:t>
        <w:br/>
        <w:t>v -0.961018 2.502073 -1.063012</w:t>
        <w:br/>
        <w:t>v -0.914917 2.498635 -1.021972</w:t>
        <w:br/>
        <w:t>v -0.800050 2.494114 -1.109756</w:t>
        <w:br/>
        <w:t>v -0.824737 2.497303 -1.166456</w:t>
        <w:br/>
        <w:t>v -0.668837 2.498667 -1.217942</w:t>
        <w:br/>
        <w:t>v -0.671699 2.495339 -1.153947</w:t>
        <w:br/>
        <w:t>v -0.798173 2.343316 -1.136410</w:t>
        <w:br/>
        <w:t>v -0.665990 2.343888 -1.177587</w:t>
        <w:br/>
        <w:t>v -0.663533 2.347081 -1.235952</w:t>
        <w:br/>
        <w:t>v -0.820857 2.346474 -1.188832</w:t>
        <w:br/>
        <w:t>v -0.405585 2.322732 -0.959525</w:t>
        <w:br/>
        <w:t>v -0.355006 2.322685 -0.980473</w:t>
        <w:br/>
        <w:t>v -0.485194 2.340579 -1.159285</w:t>
        <w:br/>
        <w:t>v -0.515176 2.338459 -1.111380</w:t>
        <w:br/>
        <w:t>v -0.421319 2.475347 -0.958948</w:t>
        <w:br/>
        <w:t>v -0.524395 2.490315 -1.096007</w:t>
        <w:br/>
        <w:t>v -0.491129 2.492506 -1.149236</w:t>
        <w:br/>
        <w:t>v -0.365930 2.475127 -0.983927</w:t>
        <w:br/>
        <w:t>v -1.045713 1.143437 -0.387813</w:t>
        <w:br/>
        <w:t>v -1.016327 1.141341 -0.400100</w:t>
        <w:br/>
        <w:t>v -0.991149 1.089810 -0.209370</w:t>
        <w:br/>
        <w:t>v -1.022188 1.095930 -0.210951</w:t>
        <w:br/>
        <w:t>v -1.022188 1.095930 -0.210951</w:t>
        <w:br/>
        <w:t>v -0.991149 1.089810 -0.209370</w:t>
        <w:br/>
        <w:t>v -1.076768 0.890646 -0.249143</w:t>
        <w:br/>
        <w:t>v -1.102006 0.910986 -0.247926</w:t>
        <w:br/>
        <w:t>v -1.022188 1.095930 -0.210951</w:t>
        <w:br/>
        <w:t>v -1.102006 0.910986 -0.247926</w:t>
        <w:br/>
        <w:t>v -1.094347 0.943659 -0.269616</w:t>
        <w:br/>
        <w:t>v -1.036718 1.077422 -0.242812</w:t>
        <w:br/>
        <w:t>v -1.052956 1.110732 -0.366239</w:t>
        <w:br/>
        <w:t>v -1.045713 1.143437 -0.387813</w:t>
        <w:br/>
        <w:t>v -1.036718 1.077422 -0.242812</w:t>
        <w:br/>
        <w:t>v -1.094347 0.943659 -0.269616</w:t>
        <w:br/>
        <w:t>v -1.065333 0.939871 -0.280372</w:t>
        <w:br/>
        <w:t>v -1.013022 1.061853 -0.256151</w:t>
        <w:br/>
        <w:t>v -1.100511 0.942051 -0.440094</w:t>
        <w:br/>
        <w:t>v -1.123829 0.958624 -0.424661</w:t>
        <w:br/>
        <w:t>v -1.102006 0.910986 -0.247926</w:t>
        <w:br/>
        <w:t>v -1.076768 0.890646 -0.249143</w:t>
        <w:br/>
        <w:t>v -1.013022 1.061853 -0.256151</w:t>
        <w:br/>
        <w:t>v -1.065333 0.939871 -0.280372</w:t>
        <w:br/>
        <w:t>v -1.076768 0.890646 -0.249143</w:t>
        <w:br/>
        <w:t>v -0.991149 1.089810 -0.209370</w:t>
        <w:br/>
        <w:t>v -1.079074 0.970252 -0.393151</w:t>
        <w:br/>
        <w:t>v -1.100511 0.942051 -0.440094</w:t>
        <w:br/>
        <w:t>v -1.079074 0.970252 -0.393151</w:t>
        <w:br/>
        <w:t>v -1.065333 0.939871 -0.280372</w:t>
        <w:br/>
        <w:t>v -1.094347 0.943659 -0.269616</w:t>
        <w:br/>
        <w:t>v -1.109238 0.977031 -0.392928</w:t>
        <w:br/>
        <w:t>v -1.016327 1.141341 -0.400100</w:t>
        <w:br/>
        <w:t>v -1.027773 1.092277 -0.368777</w:t>
        <w:br/>
        <w:t>v -1.013022 1.061853 -0.256151</w:t>
        <w:br/>
        <w:t>v -1.027773 1.092277 -0.368777</w:t>
        <w:br/>
        <w:t>v -1.052956 1.110732 -0.366239</w:t>
        <w:br/>
        <w:t>v -1.036718 1.077422 -0.242812</w:t>
        <w:br/>
        <w:t>v -1.052956 1.110732 -0.366239</w:t>
        <w:br/>
        <w:t>v -1.027773 1.092277 -0.368777</w:t>
        <w:br/>
        <w:t>v -1.079074 0.970252 -0.393151</w:t>
        <w:br/>
        <w:t>v -1.109238 0.977031 -0.392928</w:t>
        <w:br/>
        <w:t>v -1.100511 0.942051 -0.440094</w:t>
        <w:br/>
        <w:t>v -1.016327 1.141341 -0.400100</w:t>
        <w:br/>
        <w:t>v -1.045713 1.143437 -0.387813</w:t>
        <w:br/>
        <w:t>v -1.123829 0.958624 -0.424661</w:t>
        <w:br/>
        <w:t>v -1.109238 0.977031 -0.392928</w:t>
        <w:br/>
        <w:t>v -1.123829 0.958624 -0.424661</w:t>
        <w:br/>
        <w:t>v -1.121249 1.847086 -0.428044</w:t>
        <w:br/>
        <w:t>v -1.282809 1.663003 -0.336701</w:t>
        <w:br/>
        <w:t>v -1.279820 1.668885 -0.313518</w:t>
        <w:br/>
        <w:t>v -1.116061 1.854607 -0.399830</w:t>
        <w:br/>
        <w:t>v -1.222731 1.993934 -0.447013</w:t>
        <w:br/>
        <w:t>v -1.116061 1.854607 -0.399830</w:t>
        <w:br/>
        <w:t>v -1.279820 1.668885 -0.313518</w:t>
        <w:br/>
        <w:t>v -1.426795 1.831141 -0.409657</w:t>
        <w:br/>
        <w:t>v -1.282809 1.663003 -0.336701</w:t>
        <w:br/>
        <w:t>v -1.121249 1.847086 -0.428044</w:t>
        <w:br/>
        <w:t>v -1.224515 1.990887 -0.473225</w:t>
        <w:br/>
        <w:t>v -1.428694 1.821840 -0.429589</w:t>
        <w:br/>
        <w:t>v -1.428694 1.821840 -0.429589</w:t>
        <w:br/>
        <w:t>v -1.224515 1.990887 -0.473225</w:t>
        <w:br/>
        <w:t>v -1.222731 1.993934 -0.447013</w:t>
        <w:br/>
        <w:t>v -1.426795 1.831141 -0.409657</w:t>
        <w:br/>
        <w:t>v -1.428694 1.821840 -0.429589</w:t>
        <w:br/>
        <w:t>v -1.426795 1.831141 -0.409657</w:t>
        <w:br/>
        <w:t>v -1.279820 1.668885 -0.313518</w:t>
        <w:br/>
        <w:t>v -1.282809 1.663003 -0.336701</w:t>
        <w:br/>
        <w:t>v -0.890208 2.292645 -0.474105</w:t>
        <w:br/>
        <w:t>v -0.865813 2.206105 -0.462980</w:t>
        <w:br/>
        <w:t>v -0.890208 2.292645 -0.474105</w:t>
        <w:br/>
        <w:t>v -0.893669 2.300584 -0.500543</w:t>
        <w:br/>
        <w:t>v -0.792321 2.363136 -0.502710</w:t>
        <w:br/>
        <w:t>v -0.794235 2.353637 -0.474727</w:t>
        <w:br/>
        <w:t>v -0.794235 2.353637 -0.474727</w:t>
        <w:br/>
        <w:t>v -0.791132 2.290849 -0.463912</w:t>
        <w:br/>
        <w:t>v -0.865813 2.206105 -0.462980</w:t>
        <w:br/>
        <w:t>v -0.866728 2.200921 -0.486571</w:t>
        <w:br/>
        <w:t>v -0.866728 2.200921 -0.486571</w:t>
        <w:br/>
        <w:t>v -0.893669 2.300584 -0.500543</w:t>
        <w:br/>
        <w:t>v -0.792321 2.363136 -0.502710</w:t>
        <w:br/>
        <w:t>v -0.789074 2.284441 -0.488430</w:t>
        <w:br/>
        <w:t>v -0.686955 2.208042 -0.481065</w:t>
        <w:br/>
        <w:t>v -0.671868 2.303462 -0.506839</w:t>
        <w:br/>
        <w:t>v -0.791132 2.290849 -0.463912</w:t>
        <w:br/>
        <w:t>v -0.789074 2.284441 -0.488430</w:t>
        <w:br/>
        <w:t>v -0.791132 2.290849 -0.463912</w:t>
        <w:br/>
        <w:t>v -0.691995 2.213035 -0.456749</w:t>
        <w:br/>
        <w:t>v -0.686955 2.208042 -0.481065</w:t>
        <w:br/>
        <w:t>v -0.789074 2.284441 -0.488430</w:t>
        <w:br/>
        <w:t>v -0.382251 1.861472 -0.384884</w:t>
        <w:br/>
        <w:t>v -0.371323 1.860137 -0.406952</w:t>
        <w:br/>
        <w:t>v -0.691995 2.213035 -0.456749</w:t>
        <w:br/>
        <w:t>v -0.678600 2.296300 -0.479558</w:t>
        <w:br/>
        <w:t>v -0.371323 1.860137 -0.406952</w:t>
        <w:br/>
        <w:t>v -0.281342 2.021111 -0.439993</w:t>
        <w:br/>
        <w:t>v -0.678600 2.296300 -0.479558</w:t>
        <w:br/>
        <w:t>v -0.671868 2.303462 -0.506839</w:t>
        <w:br/>
        <w:t>v -0.281342 2.021111 -0.439993</w:t>
        <w:br/>
        <w:t>v -0.286991 2.018930 -0.420621</w:t>
        <w:br/>
        <w:t>v -0.286991 2.018930 -0.420621</w:t>
        <w:br/>
        <w:t>v -0.382251 1.861472 -0.384884</w:t>
        <w:br/>
        <w:t>v -0.794235 2.353637 -0.474727</w:t>
        <w:br/>
        <w:t>v -0.792321 2.363136 -0.502710</w:t>
        <w:br/>
        <w:t>v -0.095311 1.878811 -0.361285</w:t>
        <w:br/>
        <w:t>v -0.232680 1.691241 -0.306808</w:t>
        <w:br/>
        <w:t>v -0.241760 1.691146 -0.285480</w:t>
        <w:br/>
        <w:t>v -0.103620 1.881476 -0.346006</w:t>
        <w:br/>
        <w:t>v -0.232680 1.691241 -0.306808</w:t>
        <w:br/>
        <w:t>v -0.095311 1.878811 -0.361285</w:t>
        <w:br/>
        <w:t>v -0.095311 1.878811 -0.361285</w:t>
        <w:br/>
        <w:t>v -0.103620 1.881476 -0.346006</w:t>
        <w:br/>
        <w:t>v -0.241760 1.691146 -0.285480</w:t>
        <w:br/>
        <w:t>v -0.103620 1.881476 -0.346006</w:t>
        <w:br/>
        <w:t>v -0.241760 1.691146 -0.285480</w:t>
        <w:br/>
        <w:t>v -0.232680 1.691241 -0.306808</w:t>
        <w:br/>
        <w:t>v -1.024034 2.320181 -0.959434</w:t>
        <w:br/>
        <w:t>v -1.021052 2.330001 -0.972215</w:t>
        <w:br/>
        <w:t>v -1.026141 2.345015 -0.945231</w:t>
        <w:br/>
        <w:t>v -1.011412 2.346635 -0.856192</w:t>
        <w:br/>
        <w:t>v -1.043612 2.343763 -0.861183</w:t>
        <w:br/>
        <w:t>v -1.026141 2.345015 -0.945231</w:t>
        <w:br/>
        <w:t>v -0.998576 2.347795 -0.935546</w:t>
        <w:br/>
        <w:t>v -1.043612 2.343763 -0.861183</w:t>
        <w:br/>
        <w:t>v -1.011412 2.346635 -0.856192</w:t>
        <w:br/>
        <w:t>v -1.007562 2.498285 -0.850125</w:t>
        <w:br/>
        <w:t>v -1.039589 2.499550 -0.855226</w:t>
        <w:br/>
        <w:t>v -1.015471 2.316190 -0.836824</w:t>
        <w:br/>
        <w:t>v -1.015730 2.331774 -0.823610</w:t>
        <w:br/>
        <w:t>v -1.011412 2.346635 -0.856192</w:t>
        <w:br/>
        <w:t>v -0.993043 2.318210 -0.956757</w:t>
        <w:br/>
        <w:t>v -0.998576 2.347795 -0.935546</w:t>
        <w:br/>
        <w:t>v -1.015471 2.316190 -0.836824</w:t>
        <w:br/>
        <w:t>v -0.993043 2.318210 -0.956757</w:t>
        <w:br/>
        <w:t>v -1.024034 2.320181 -0.959434</w:t>
        <w:br/>
        <w:t>v -1.047207 2.318278 -0.847990</w:t>
        <w:br/>
        <w:t>v -1.043612 2.343763 -0.861183</w:t>
        <w:br/>
        <w:t>v -1.047207 2.318278 -0.847990</w:t>
        <w:br/>
        <w:t>v -1.047207 2.318278 -0.847990</w:t>
        <w:br/>
        <w:t>v -1.049200 2.334857 -0.835681</w:t>
        <w:br/>
        <w:t>v -1.015730 2.331774 -0.823610</w:t>
        <w:br/>
        <w:t>v -1.015471 2.316190 -0.836824</w:t>
        <w:br/>
        <w:t>v -1.045090 2.505579 -0.827715</w:t>
        <w:br/>
        <w:t>v -1.013764 2.509707 -0.815371</w:t>
        <w:br/>
        <w:t>v -1.007562 2.498285 -0.850125</w:t>
        <w:br/>
        <w:t>v -1.013764 2.509707 -0.815371</w:t>
        <w:br/>
        <w:t>v -1.049200 2.334857 -0.835681</w:t>
        <w:br/>
        <w:t>v -0.991053 2.328908 -0.971613</w:t>
        <w:br/>
        <w:t>v -1.021052 2.330001 -0.972215</w:t>
        <w:br/>
        <w:t>v -0.991030 2.382717 -0.968288</w:t>
        <w:br/>
        <w:t>v -1.019879 2.383999 -0.969087</w:t>
        <w:br/>
        <w:t>v -0.988850 2.467093 -0.963342</w:t>
        <w:br/>
        <w:t>v -0.987302 2.458317 -0.978869</w:t>
        <w:br/>
        <w:t>v -0.988087 2.391355 -0.983952</w:t>
        <w:br/>
        <w:t>v -0.991030 2.382717 -0.968288</w:t>
        <w:br/>
        <w:t>v -1.019879 2.383999 -0.969087</w:t>
        <w:br/>
        <w:t>v -0.991030 2.382717 -0.968288</w:t>
        <w:br/>
        <w:t>v -0.988087 2.391355 -0.983952</w:t>
        <w:br/>
        <w:t>v -1.015702 2.392544 -0.987839</w:t>
        <w:br/>
        <w:t>v -0.991053 2.328908 -0.971613</w:t>
        <w:br/>
        <w:t>v -1.041490 2.522703 -0.842290</w:t>
        <w:br/>
        <w:t>v -1.045090 2.505579 -0.827715</w:t>
        <w:br/>
        <w:t>v -1.039589 2.499550 -0.855226</w:t>
        <w:br/>
        <w:t>v -1.019118 2.525144 -0.949780</w:t>
        <w:br/>
        <w:t>v -0.987737 2.528280 -0.945459</w:t>
        <w:br/>
        <w:t>v -1.010508 2.526182 -0.830626</w:t>
        <w:br/>
        <w:t>v -1.041490 2.522703 -0.842290</w:t>
        <w:br/>
        <w:t>v -0.993648 2.499565 -0.928137</w:t>
        <w:br/>
        <w:t>v -0.987737 2.528280 -0.945459</w:t>
        <w:br/>
        <w:t>v -0.986532 2.519378 -0.960263</w:t>
        <w:br/>
        <w:t>v -1.016860 2.516908 -0.962010</w:t>
        <w:br/>
        <w:t>v -0.986532 2.519378 -0.960263</w:t>
        <w:br/>
        <w:t>v -1.016860 2.516908 -0.962010</w:t>
        <w:br/>
        <w:t>v -1.019118 2.525144 -0.949780</w:t>
        <w:br/>
        <w:t>v -1.022382 2.501208 -0.937936</w:t>
        <w:br/>
        <w:t>v -1.022382 2.501208 -0.937936</w:t>
        <w:br/>
        <w:t>v -1.039589 2.499550 -0.855226</w:t>
        <w:br/>
        <w:t>v -1.007562 2.498285 -0.850125</w:t>
        <w:br/>
        <w:t>v -0.993648 2.499565 -0.928137</w:t>
        <w:br/>
        <w:t>v -0.987302 2.458317 -0.978869</w:t>
        <w:br/>
        <w:t>v -0.988850 2.467093 -0.963342</w:t>
        <w:br/>
        <w:t>v -1.018043 2.464338 -0.964861</w:t>
        <w:br/>
        <w:t>v -1.014534 2.455597 -0.983207</w:t>
        <w:br/>
        <w:t>v -1.019879 2.383999 -0.969087</w:t>
        <w:br/>
        <w:t>v -1.018043 2.464338 -0.964861</w:t>
        <w:br/>
        <w:t>v -1.015702 2.392544 -0.987839</w:t>
        <w:br/>
        <w:t>v -1.014534 2.455597 -0.983207</w:t>
        <w:br/>
        <w:t>v -1.010508 2.526182 -0.830626</w:t>
        <w:br/>
        <w:t>v -1.012255 2.412875 -1.001150</w:t>
        <w:br/>
        <w:t>v -1.011793 2.435976 -0.999621</w:t>
        <w:br/>
        <w:t>v -1.012255 2.412875 -1.001150</w:t>
        <w:br/>
        <w:t>v -0.989185 2.412867 -0.997722</w:t>
        <w:br/>
        <w:t>v -0.988834 2.437358 -0.996016</w:t>
        <w:br/>
        <w:t>v -1.011793 2.435976 -0.999621</w:t>
        <w:br/>
        <w:t>v -0.988834 2.437358 -0.996016</w:t>
        <w:br/>
        <w:t>v -0.989185 2.412867 -0.997722</w:t>
        <w:br/>
        <w:t>v -0.993648 2.499565 -0.928137</w:t>
        <w:br/>
        <w:t>v -0.998576 2.347795 -0.935546</w:t>
        <w:br/>
        <w:t>v -1.026141 2.345015 -0.945231</w:t>
        <w:br/>
        <w:t>v -1.022382 2.501208 -0.937936</w:t>
        <w:br/>
        <w:t>v -0.862565 2.305518 -0.294579</w:t>
        <w:br/>
        <w:t>v -0.839145 2.268120 -0.281566</w:t>
        <w:br/>
        <w:t>v -0.903628 2.184812 -0.293794</w:t>
        <w:br/>
        <w:t>v -0.926542 2.220113 -0.306262</w:t>
        <w:br/>
        <w:t>v -0.888629 2.181323 -0.323833</w:t>
        <w:br/>
        <w:t>v -0.823161 2.268221 -0.311914</w:t>
        <w:br/>
        <w:t>v -0.851496 2.313195 -0.327661</w:t>
        <w:br/>
        <w:t>v -0.918342 2.224138 -0.339706</w:t>
        <w:br/>
        <w:t>v -0.823161 2.268221 -0.311914</w:t>
        <w:br/>
        <w:t>v -0.888629 2.181323 -0.323833</w:t>
        <w:br/>
        <w:t>v -0.903628 2.184812 -0.293794</w:t>
        <w:br/>
        <w:t>v -0.839145 2.268120 -0.281566</w:t>
        <w:br/>
        <w:t>v -0.851496 2.313195 -0.327661</w:t>
        <w:br/>
        <w:t>v -0.862565 2.305518 -0.294579</w:t>
        <w:br/>
        <w:t>v -0.926542 2.220113 -0.306262</w:t>
        <w:br/>
        <w:t>v -0.918342 2.224138 -0.339706</w:t>
        <w:br/>
        <w:t>v -0.992748 2.085882 -0.314974</w:t>
        <w:br/>
        <w:t>v -0.985136 2.086162 -0.347394</w:t>
        <w:br/>
        <w:t>v -0.989243 1.985875 -0.342484</w:t>
        <w:br/>
        <w:t>v -0.938752 2.033662 -0.324949</w:t>
        <w:br/>
        <w:t>v -0.941870 2.089021 -0.331517</w:t>
        <w:br/>
        <w:t>v -0.985136 2.086162 -0.347394</w:t>
        <w:br/>
        <w:t>v -0.941870 2.089021 -0.331517</w:t>
        <w:br/>
        <w:t>v -0.938752 2.033662 -0.324949</w:t>
        <w:br/>
        <w:t>v -0.954342 2.029677 -0.295469</w:t>
        <w:br/>
        <w:t>v -0.957559 2.090201 -0.302105</w:t>
        <w:br/>
        <w:t>v -0.954342 2.029677 -0.295469</w:t>
        <w:br/>
        <w:t>v -0.938752 2.033662 -0.324949</w:t>
        <w:br/>
        <w:t>v -0.905926 2.037395 -0.312631</w:t>
        <w:br/>
        <w:t>v -0.917003 2.032751 -0.281176</w:t>
        <w:br/>
        <w:t>v -0.989243 1.985875 -0.342484</w:t>
        <w:br/>
        <w:t>v -0.996744 1.991315 -0.310652</w:t>
        <w:br/>
        <w:t>v -0.989243 1.985875 -0.342484</w:t>
        <w:br/>
        <w:t>v -0.996744 1.991315 -0.310652</w:t>
        <w:br/>
        <w:t>v -0.920655 1.988807 -0.279649</w:t>
        <w:br/>
        <w:t>v -0.908016 1.983065 -0.309433</w:t>
        <w:br/>
        <w:t>v -0.905926 2.037395 -0.312631</w:t>
        <w:br/>
        <w:t>v -0.908016 1.983065 -0.309433</w:t>
        <w:br/>
        <w:t>v -0.992748 2.085882 -0.314974</w:t>
        <w:br/>
        <w:t>v -0.957559 2.090201 -0.302105</w:t>
        <w:br/>
        <w:t>v -0.857981 2.074004 -0.298112</w:t>
        <w:br/>
        <w:t>v -0.866899 2.069621 -0.265397</w:t>
        <w:br/>
        <w:t>v -0.797015 2.139202 -0.285628</w:t>
        <w:br/>
        <w:t>v -0.805852 2.133587 -0.252173</w:t>
        <w:br/>
        <w:t>v -0.805852 2.133587 -0.252173</w:t>
        <w:br/>
        <w:t>v -0.780031 2.077535 -0.234617</w:t>
        <w:br/>
        <w:t>v -0.841810 2.026265 -0.250882</w:t>
        <w:br/>
        <w:t>v -0.866899 2.069621 -0.265397</w:t>
        <w:br/>
        <w:t>v -0.920655 1.988807 -0.279649</w:t>
        <w:br/>
        <w:t>v -0.917003 2.032751 -0.281176</w:t>
        <w:br/>
        <w:t>v -0.841810 2.026265 -0.250882</w:t>
        <w:br/>
        <w:t>v -0.827291 2.020955 -0.280097</w:t>
        <w:br/>
        <w:t>v -0.780031 2.077535 -0.234617</w:t>
        <w:br/>
        <w:t>v -0.766063 2.071556 -0.264121</w:t>
        <w:br/>
        <w:t>v -0.797015 2.139202 -0.285628</w:t>
        <w:br/>
        <w:t>v -0.857981 2.074004 -0.298112</w:t>
        <w:br/>
        <w:t>v -0.827291 2.020955 -0.280097</w:t>
        <w:br/>
        <w:t>v -0.766063 2.071556 -0.264121</w:t>
        <w:br/>
        <w:t>v -0.996744 1.991315 -0.310652</w:t>
        <w:br/>
        <w:t>v -0.954342 2.029677 -0.295469</w:t>
        <w:br/>
        <w:t>v -0.574591 2.108564 -0.282319</w:t>
        <w:br/>
        <w:t>v -0.589429 2.109242 -0.313686</w:t>
        <w:br/>
        <w:t>v -0.646757 2.203117 -0.318907</w:t>
        <w:br/>
        <w:t>v -0.632925 2.205550 -0.287374</w:t>
        <w:br/>
        <w:t>v -0.516753 2.083299 -0.291565</w:t>
        <w:br/>
        <w:t>v -0.594460 2.226884 -0.300375</w:t>
        <w:br/>
        <w:t>v -0.600631 2.230625 -0.334923</w:t>
        <w:br/>
        <w:t>v -0.519796 2.081907 -0.325039</w:t>
        <w:br/>
        <w:t>v -0.516753 2.083299 -0.291565</w:t>
        <w:br/>
        <w:t>v -0.574591 2.108564 -0.282319</w:t>
        <w:br/>
        <w:t>v -0.632925 2.205550 -0.287374</w:t>
        <w:br/>
        <w:t>v -0.594460 2.226884 -0.300375</w:t>
        <w:br/>
        <w:t>v -0.711865 2.283699 -0.281078</w:t>
        <w:br/>
        <w:t>v -0.687714 2.317986 -0.293787</w:t>
        <w:br/>
        <w:t>v -0.698936 2.324855 -0.327460</w:t>
        <w:br/>
        <w:t>v -0.687714 2.317986 -0.293787</w:t>
        <w:br/>
        <w:t>v -0.727666 2.283289 -0.312095</w:t>
        <w:br/>
        <w:t>v -0.711865 2.283699 -0.281078</w:t>
        <w:br/>
        <w:t>v -0.565184 2.046975 -0.274237</w:t>
        <w:br/>
        <w:t>v -0.579423 2.051374 -0.305763</w:t>
        <w:br/>
        <w:t>v -0.565184 2.046975 -0.274237</w:t>
        <w:br/>
        <w:t>v -0.614213 2.052706 -0.262734</w:t>
        <w:br/>
        <w:t>v -0.622824 2.057663 -0.295946</w:t>
        <w:br/>
        <w:t>v -0.579423 2.051374 -0.305763</w:t>
        <w:br/>
        <w:t>v -0.521893 2.001210 -0.280243</w:t>
        <w:br/>
        <w:t>v -0.565184 2.046975 -0.274237</w:t>
        <w:br/>
        <w:t>v -0.614213 2.052706 -0.262734</w:t>
        <w:br/>
        <w:t>v -0.613519 2.001559 -0.256159</w:t>
        <w:br/>
        <w:t>v -0.646757 2.203117 -0.318907</w:t>
        <w:br/>
        <w:t>v -0.589429 2.109242 -0.313686</w:t>
        <w:br/>
        <w:t>v -0.519796 2.081907 -0.325039</w:t>
        <w:br/>
        <w:t>v -0.600631 2.230625 -0.334923</w:t>
        <w:br/>
        <w:t>v -0.698936 2.324855 -0.327460</w:t>
        <w:br/>
        <w:t>v -0.727666 2.283289 -0.312095</w:t>
        <w:br/>
        <w:t>v -0.526557 1.995882 -0.312494</w:t>
        <w:br/>
        <w:t>v -0.579423 2.051374 -0.305763</w:t>
        <w:br/>
        <w:t>v -0.622824 2.057663 -0.295946</w:t>
        <w:br/>
        <w:t>v -0.622906 1.995948 -0.287196</w:t>
        <w:br/>
        <w:t>v -0.721031 2.129730 -0.285633</w:t>
        <w:br/>
        <w:t>v -0.744094 2.057532 -0.264942</w:t>
        <w:br/>
        <w:t>v -0.721031 2.129730 -0.285633</w:t>
        <w:br/>
        <w:t>v -0.713091 2.123636 -0.251228</w:t>
        <w:br/>
        <w:t>v -0.744094 2.057532 -0.264942</w:t>
        <w:br/>
        <w:t>v -0.733534 2.063261 -0.234047</w:t>
        <w:br/>
        <w:t>v -0.613519 2.001559 -0.256159</w:t>
        <w:br/>
        <w:t>v -0.622906 1.995948 -0.287196</w:t>
        <w:br/>
        <w:t>v -0.526557 1.995882 -0.312494</w:t>
        <w:br/>
        <w:t>v -0.521893 2.001210 -0.280243</w:t>
        <w:br/>
        <w:t>v -0.521893 2.001210 -0.280243</w:t>
        <w:br/>
        <w:t>v -0.526557 1.995882 -0.312494</w:t>
        <w:br/>
        <w:t>v -0.713091 2.123636 -0.251228</w:t>
        <w:br/>
        <w:t>v -0.733534 2.063261 -0.234047</w:t>
        <w:br/>
        <w:t>v -0.212895 16.606615 1.560537</w:t>
        <w:br/>
        <w:t>v -0.213363 16.605761 1.556058</w:t>
        <w:br/>
        <w:t>v -0.171989 16.673523 1.497909</w:t>
        <w:br/>
        <w:t>v -0.170393 16.671942 1.502574</w:t>
        <w:br/>
        <w:t>v -0.136568 16.739979 1.450789</w:t>
        <w:br/>
        <w:t>v -0.134854 16.738184 1.455134</w:t>
        <w:br/>
        <w:t>v -0.092445 16.802374 1.412986</w:t>
        <w:br/>
        <w:t>v -0.091155 16.801165 1.417093</w:t>
        <w:br/>
        <w:t>v -0.050153 16.836527 1.395669</w:t>
        <w:br/>
        <w:t>v -0.049241 16.835690 1.399760</w:t>
        <w:br/>
        <w:t>v -0.119475 16.579258 1.538179</w:t>
        <w:br/>
        <w:t>v -0.094345 16.661310 1.476522</w:t>
        <w:br/>
        <w:t>v -0.136568 16.739979 1.450789</w:t>
        <w:br/>
        <w:t>v -0.171989 16.673523 1.497909</w:t>
        <w:br/>
        <w:t>v -0.094372 16.663240 1.481634</w:t>
        <w:br/>
        <w:t>v -0.064243 16.750975 1.428958</w:t>
        <w:br/>
        <w:t>v -0.063175 16.748756 1.424215</w:t>
        <w:br/>
        <w:t>v -0.094345 16.661310 1.476522</w:t>
        <w:br/>
        <w:t>v -0.040299 16.804588 1.408036</w:t>
        <w:br/>
        <w:t>v -0.038407 16.800304 1.404420</w:t>
        <w:br/>
        <w:t>v -0.063175 16.748756 1.424215</w:t>
        <w:br/>
        <w:t>v -0.038407 16.800304 1.404420</w:t>
        <w:br/>
        <w:t>v -0.050153 16.836527 1.395669</w:t>
        <w:br/>
        <w:t>v -0.092445 16.802374 1.412986</w:t>
        <w:br/>
        <w:t>v -0.149659 16.492733 1.609858</w:t>
        <w:br/>
        <w:t>v -0.213363 16.605761 1.556058</w:t>
        <w:br/>
        <w:t>v -0.119327 16.581427 1.543072</w:t>
        <w:br/>
        <w:t>v -0.119475 16.579258 1.538179</w:t>
        <w:br/>
        <w:t>v -0.091155 16.801165 1.417093</w:t>
        <w:br/>
        <w:t>v -0.064243 16.750975 1.428958</w:t>
        <w:br/>
        <w:t>v -0.094372 16.663240 1.481634</w:t>
        <w:br/>
        <w:t>v -0.134854 16.738184 1.455134</w:t>
        <w:br/>
        <w:t>v -0.091155 16.801165 1.417093</w:t>
        <w:br/>
        <w:t>v -0.049241 16.835690 1.399760</w:t>
        <w:br/>
        <w:t>v -0.040299 16.804588 1.408036</w:t>
        <w:br/>
        <w:t>v -0.049241 16.835690 1.399760</w:t>
        <w:br/>
        <w:t>v 0.000000 16.848207 1.396840</w:t>
        <w:br/>
        <w:t>v 0.000000 16.823780 1.403687</w:t>
        <w:br/>
        <w:t>v 0.000000 16.848516 1.392185</w:t>
        <w:br/>
        <w:t>v 0.000000 16.848207 1.396840</w:t>
        <w:br/>
        <w:t>v -0.245262 16.553505 1.605662</w:t>
        <w:br/>
        <w:t>v -0.245539 16.552502 1.602089</w:t>
        <w:br/>
        <w:t>v -0.174678 16.430796 1.660931</w:t>
        <w:br/>
        <w:t>v -0.174870 16.429628 1.657400</w:t>
        <w:br/>
        <w:t>v -0.174678 16.430796 1.660931</w:t>
        <w:br/>
        <w:t>v -0.149436 16.494291 1.614605</w:t>
        <w:br/>
        <w:t>v -0.149659 16.492733 1.609858</w:t>
        <w:br/>
        <w:t>v -0.174870 16.429628 1.657400</w:t>
        <w:br/>
        <w:t>v -0.174870 16.429628 1.657400</w:t>
        <w:br/>
        <w:t>v -0.245539 16.552502 1.602089</w:t>
        <w:br/>
        <w:t>v -0.174678 16.430796 1.660931</w:t>
        <w:br/>
        <w:t>v -0.245262 16.553505 1.605662</w:t>
        <w:br/>
        <w:t>v -0.212895 16.606615 1.560537</w:t>
        <w:br/>
        <w:t>v -0.149436 16.494291 1.614605</w:t>
        <w:br/>
        <w:t>v -0.119327 16.581427 1.543072</w:t>
        <w:br/>
        <w:t>v -0.170393 16.671942 1.502574</w:t>
        <w:br/>
        <w:t>v 0.000000 16.848516 1.392185</w:t>
        <w:br/>
        <w:t>v 0.000000 16.818409 1.400045</w:t>
        <w:br/>
        <w:t>v 0.000000 16.823780 1.403687</w:t>
        <w:br/>
        <w:t>v 0.000000 16.818409 1.400045</w:t>
        <w:br/>
        <w:t>v 0.212888 16.606627 1.560538</w:t>
        <w:br/>
        <w:t>v 0.170387 16.671957 1.502573</w:t>
        <w:br/>
        <w:t>v 0.171982 16.673538 1.497907</w:t>
        <w:br/>
        <w:t>v 0.213356 16.605768 1.556059</w:t>
        <w:br/>
        <w:t>v 0.134850 16.738194 1.455131</w:t>
        <w:br/>
        <w:t>v 0.136563 16.739990 1.450789</w:t>
        <w:br/>
        <w:t>v 0.091153 16.801172 1.417090</w:t>
        <w:br/>
        <w:t>v 0.092443 16.802385 1.412983</w:t>
        <w:br/>
        <w:t>v 0.050152 16.836531 1.395668</w:t>
        <w:br/>
        <w:t>v 0.049241 16.835693 1.399759</w:t>
        <w:br/>
        <w:t>v 0.136563 16.739990 1.450789</w:t>
        <w:br/>
        <w:t>v 0.094343 16.661322 1.476518</w:t>
        <w:br/>
        <w:t>v 0.119472 16.579269 1.538177</w:t>
        <w:br/>
        <w:t>v 0.171982 16.673538 1.497907</w:t>
        <w:br/>
        <w:t>v 0.094370 16.663250 1.481631</w:t>
        <w:br/>
        <w:t>v 0.094343 16.661322 1.476518</w:t>
        <w:br/>
        <w:t>v 0.063174 16.748764 1.424215</w:t>
        <w:br/>
        <w:t>v 0.064242 16.750978 1.428958</w:t>
        <w:br/>
        <w:t>v 0.040298 16.804596 1.408035</w:t>
        <w:br/>
        <w:t>v 0.038407 16.800312 1.404418</w:t>
        <w:br/>
        <w:t>v 0.063174 16.748764 1.424215</w:t>
        <w:br/>
        <w:t>v 0.092443 16.802385 1.412983</w:t>
        <w:br/>
        <w:t>v 0.050152 16.836531 1.395668</w:t>
        <w:br/>
        <w:t>v 0.038407 16.800312 1.404418</w:t>
        <w:br/>
        <w:t>v 0.149656 16.492748 1.609854</w:t>
        <w:br/>
        <w:t>v 0.213356 16.605768 1.556059</w:t>
        <w:br/>
        <w:t>v 0.119324 16.581438 1.543069</w:t>
        <w:br/>
        <w:t>v 0.119472 16.579269 1.538177</w:t>
        <w:br/>
        <w:t>v 0.094370 16.663250 1.481631</w:t>
        <w:br/>
        <w:t>v 0.064242 16.750978 1.428958</w:t>
        <w:br/>
        <w:t>v 0.091153 16.801172 1.417090</w:t>
        <w:br/>
        <w:t>v 0.134850 16.738194 1.455131</w:t>
        <w:br/>
        <w:t>v 0.049241 16.835693 1.399759</w:t>
        <w:br/>
        <w:t>v 0.091153 16.801172 1.417090</w:t>
        <w:br/>
        <w:t>v 0.040298 16.804596 1.408035</w:t>
        <w:br/>
        <w:t>v 0.049241 16.835693 1.399759</w:t>
        <w:br/>
        <w:t>v 0.245532 16.552511 1.602091</w:t>
        <w:br/>
        <w:t>v 0.245255 16.553513 1.605664</w:t>
        <w:br/>
        <w:t>v 0.174867 16.429640 1.657396</w:t>
        <w:br/>
        <w:t>v 0.174675 16.430807 1.660927</w:t>
        <w:br/>
        <w:t>v 0.174675 16.430807 1.660927</w:t>
        <w:br/>
        <w:t>v 0.174867 16.429640 1.657396</w:t>
        <w:br/>
        <w:t>v 0.149656 16.492748 1.609854</w:t>
        <w:br/>
        <w:t>v 0.149433 16.494310 1.614601</w:t>
        <w:br/>
        <w:t>v 0.174867 16.429640 1.657396</w:t>
        <w:br/>
        <w:t>v 0.245532 16.552511 1.602091</w:t>
        <w:br/>
        <w:t>v 0.212888 16.606627 1.560538</w:t>
        <w:br/>
        <w:t>v 0.245255 16.553513 1.605664</w:t>
        <w:br/>
        <w:t>v 0.174675 16.430807 1.660927</w:t>
        <w:br/>
        <w:t>v 0.149433 16.494310 1.614601</w:t>
        <w:br/>
        <w:t>v 0.119324 16.581438 1.543069</w:t>
        <w:br/>
        <w:t>v 0.170387 16.671957 1.502573</w:t>
        <w:br/>
        <w:t>v -0.878342 14.564734 0.707736</w:t>
        <w:br/>
        <w:t>v -0.909231 14.579237 0.733161</w:t>
        <w:br/>
        <w:t>v -0.962512 14.204699 0.890663</w:t>
        <w:br/>
        <w:t>v -0.925905 14.191912 0.855906</w:t>
        <w:br/>
        <w:t>v -1.007008 13.914299 0.997573</w:t>
        <w:br/>
        <w:t>v -1.040491 13.927649 1.032456</w:t>
        <w:br/>
        <w:t>v -1.132211 13.620965 1.130820</w:t>
        <w:br/>
        <w:t>v -1.100468 13.607141 1.095309</w:t>
        <w:br/>
        <w:t>v -1.235044 13.034681 1.241019</w:t>
        <w:br/>
        <w:t>v -1.221406 13.028688 1.216284</w:t>
        <w:br/>
        <w:t>v -0.839074 14.210604 1.104744</w:t>
        <w:br/>
        <w:t>v -0.962512 14.204699 0.890663</w:t>
        <w:br/>
        <w:t>v -0.909231 14.579237 0.733161</w:t>
        <w:br/>
        <w:t>v -0.774286 14.588823 0.978964</w:t>
        <w:br/>
        <w:t>v -0.958014 13.604663 1.248053</w:t>
        <w:br/>
        <w:t>v -1.100468 13.607141 1.095309</w:t>
        <w:br/>
        <w:t>v -1.221406 13.028688 1.216284</w:t>
        <w:br/>
        <w:t>v -1.069362 13.038958 1.361617</w:t>
        <w:br/>
        <w:t>v -0.878342 14.564734 0.707736</w:t>
        <w:br/>
        <w:t>v -0.925905 14.191912 0.855906</w:t>
        <w:br/>
        <w:t>v -0.793530 14.198868 1.085846</w:t>
        <w:br/>
        <w:t>v -0.733758 14.575640 0.970080</w:t>
        <w:br/>
        <w:t>v -0.793530 14.198868 1.085846</w:t>
        <w:br/>
        <w:t>v -0.839074 14.210604 1.104744</w:t>
        <w:br/>
        <w:t>v -0.774286 14.588823 0.978964</w:t>
        <w:br/>
        <w:t>v -0.733758 14.575640 0.970080</w:t>
        <w:br/>
        <w:t>v -1.000617 13.617982 1.270459</w:t>
        <w:br/>
        <w:t>v -0.913380 13.929180 1.190016</w:t>
        <w:br/>
        <w:t>v -0.869932 13.916672 1.169308</w:t>
        <w:br/>
        <w:t>v -0.958014 13.604663 1.248053</w:t>
        <w:br/>
        <w:t>v -1.098446 13.037452 1.376427</w:t>
        <w:br/>
        <w:t>v -1.069362 13.038958 1.361617</w:t>
        <w:br/>
        <w:t>v -1.098446 13.037452 1.376427</w:t>
        <w:br/>
        <w:t>v -1.235044 13.034681 1.241019</w:t>
        <w:br/>
        <w:t>v -1.132211 13.620965 1.130820</w:t>
        <w:br/>
        <w:t>v -1.000617 13.617982 1.270459</w:t>
        <w:br/>
        <w:t>v -1.040491 13.927649 1.032456</w:t>
        <w:br/>
        <w:t>v -0.913380 13.929180 1.190016</w:t>
        <w:br/>
        <w:t>v -1.007008 13.914299 0.997573</w:t>
        <w:br/>
        <w:t>v -0.869932 13.916672 1.169308</w:t>
        <w:br/>
        <w:t>v 1.729396 12.714849 1.283519</w:t>
        <w:br/>
        <w:t>v 1.732169 12.600844 1.292600</w:t>
        <w:br/>
        <w:t>v 1.750728 12.600446 1.285263</w:t>
        <w:br/>
        <w:t>v 1.747779 12.712994 1.276715</w:t>
        <w:br/>
        <w:t>v 1.734229 12.600206 1.330004</w:t>
        <w:br/>
        <w:t>v 1.726910 12.600680 1.311656</w:t>
        <w:br/>
        <w:t>v 1.724347 12.716392 1.302045</w:t>
        <w:br/>
        <w:t>v 1.731808 12.716953 1.320015</w:t>
        <w:br/>
        <w:t>v 1.771876 12.599193 1.327801</w:t>
        <w:br/>
        <w:t>v 1.753394 12.599589 1.335140</w:t>
        <w:br/>
        <w:t>v 1.750954 12.715796 1.325292</w:t>
        <w:br/>
        <w:t>v 1.769253 12.713961 1.318464</w:t>
        <w:br/>
        <w:t>v 1.766847 12.711889 1.282278</w:t>
        <w:br/>
        <w:t>v 1.770105 12.599839 1.290327</w:t>
        <w:br/>
        <w:t>v 1.777189 12.599345 1.308704</w:t>
        <w:br/>
        <w:t>v 1.774257 12.712414 1.300134</w:t>
        <w:br/>
        <w:t>v 1.724347 12.716392 1.302045</w:t>
        <w:br/>
        <w:t>v 1.726910 12.600680 1.311656</w:t>
        <w:br/>
        <w:t>v 1.764511 12.407211 1.297749</w:t>
        <w:br/>
        <w:t>v 1.745970 12.407166 1.305053</w:t>
        <w:br/>
        <w:t>v 1.783792 12.407275 1.302848</w:t>
        <w:br/>
        <w:t>v 1.748224 12.406630 1.342360</w:t>
        <w:br/>
        <w:t>v 1.740814 12.406835 1.324067</w:t>
        <w:br/>
        <w:t>v 1.740814 12.406835 1.324067</w:t>
        <w:br/>
        <w:t>v 1.785776 12.406738 1.340102</w:t>
        <w:br/>
        <w:t>v 1.767371 12.406653 1.347441</w:t>
        <w:br/>
        <w:t>v 1.790964 12.407094 1.321087</w:t>
        <w:br/>
        <w:t>v 1.767610 12.395488 1.336302</w:t>
        <w:br/>
        <w:t>v 1.752859 12.396124 1.324357</w:t>
        <w:br/>
        <w:t>v 1.757430 12.395686 1.334401</w:t>
        <w:br/>
        <w:t>v 1.776484 12.395528 1.332457</w:t>
        <w:br/>
        <w:t>v 1.765879 12.396531 1.309715</w:t>
        <w:br/>
        <w:t>v 1.755577 12.396514 1.313527</w:t>
        <w:br/>
        <w:t>v 1.779353 12.395864 1.322926</w:t>
        <w:br/>
        <w:t>v 1.775965 12.396284 1.313126</w:t>
        <w:br/>
        <w:t>v 1.765879 12.396531 1.309715</w:t>
        <w:br/>
        <w:t>v 1.775965 12.396284 1.313126</w:t>
        <w:br/>
        <w:t>v 1.755577 12.396514 1.313527</w:t>
        <w:br/>
        <w:t>v 1.779353 12.395864 1.322926</w:t>
        <w:br/>
        <w:t>v 1.752859 12.396124 1.324357</w:t>
        <w:br/>
        <w:t>v 1.757430 12.395686 1.334401</w:t>
        <w:br/>
        <w:t>v 1.752859 12.396124 1.324357</w:t>
        <w:br/>
        <w:t>v 1.767610 12.395488 1.336302</w:t>
        <w:br/>
        <w:t>v 1.776484 12.395528 1.332457</w:t>
        <w:br/>
        <w:t>v 1.699570 13.147710 1.238107</w:t>
        <w:br/>
        <w:t>v 1.725175 12.889698 1.242571</w:t>
        <w:br/>
        <w:t>v 1.743373 12.890564 1.245935</w:t>
        <w:br/>
        <w:t>v 1.717771 13.148574 1.241471</w:t>
        <w:br/>
        <w:t>v 1.727998 13.149221 1.256411</w:t>
        <w:br/>
        <w:t>v 1.753588 12.891232 1.260872</w:t>
        <w:br/>
        <w:t>v 1.724267 13.149308 1.274174</w:t>
        <w:br/>
        <w:t>v 1.749841 12.891298 1.278637</w:t>
        <w:br/>
        <w:t>v 1.708762 13.148749 1.284354</w:t>
        <w:br/>
        <w:t>v 1.734331 12.890743 1.288817</w:t>
        <w:br/>
        <w:t>v 1.716133 12.889882 1.285455</w:t>
        <w:br/>
        <w:t>v 1.690637 13.147905 1.280992</w:t>
        <w:br/>
        <w:t>v 1.680350 13.147236 1.266052</w:t>
        <w:br/>
        <w:t>v 1.705913 12.889206 1.270514</w:t>
        <w:br/>
        <w:t>v 1.684058 13.147139 1.248290</w:t>
        <w:br/>
        <w:t>v 1.680350 13.147236 1.266052</w:t>
        <w:br/>
        <w:t>v 1.705913 12.889206 1.270514</w:t>
        <w:br/>
        <w:t>v 1.709654 12.889147 1.252752</w:t>
        <w:br/>
        <w:t>v 1.831828 12.787392 1.277056</w:t>
        <w:br/>
        <w:t>v 1.803896 12.872488 1.259177</w:t>
        <w:br/>
        <w:t>v 1.776492 12.866444 1.212255</w:t>
        <w:br/>
        <w:t>v 1.800004 12.785202 1.216386</w:t>
        <w:br/>
        <w:t>v 1.815238 12.790627 1.343342</w:t>
        <w:br/>
        <w:t>v 1.790605 12.879068 1.311977</w:t>
        <w:br/>
        <w:t>v 1.741846 12.882402 1.338731</w:t>
        <w:br/>
        <w:t>v 1.753102 12.793427 1.373911</w:t>
        <w:br/>
        <w:t>v 1.687431 12.880838 1.326302</w:t>
        <w:br/>
        <w:t>v 1.684530 12.794326 1.357713</w:t>
        <w:br/>
        <w:t>v 1.659823 12.874765 1.279298</w:t>
        <w:br/>
        <w:t>v 1.653649 12.790243 1.298731</w:t>
        <w:br/>
        <w:t>v 1.672851 12.868154 1.226358</w:t>
        <w:br/>
        <w:t>v 1.659823 12.874765 1.279298</w:t>
        <w:br/>
        <w:t>v 1.653649 12.790243 1.298731</w:t>
        <w:br/>
        <w:t>v 1.671612 12.781965 1.232629</w:t>
        <w:br/>
        <w:t>v 1.735409 12.780999 1.201763</w:t>
        <w:br/>
        <w:t>v 1.721881 12.864822 1.199621</w:t>
        <w:br/>
        <w:t>v 1.753588 12.891232 1.260872</w:t>
        <w:br/>
        <w:t>v 1.743373 12.890564 1.245935</w:t>
        <w:br/>
        <w:t>v 1.749841 12.891298 1.278637</w:t>
        <w:br/>
        <w:t>v 1.734331 12.890743 1.288817</w:t>
        <w:br/>
        <w:t>v 1.687431 12.880838 1.326302</w:t>
        <w:br/>
        <w:t>v 1.716133 12.889882 1.285455</w:t>
        <w:br/>
        <w:t>v 1.705913 12.889206 1.270514</w:t>
        <w:br/>
        <w:t>v 1.659823 12.874765 1.279298</w:t>
        <w:br/>
        <w:t>v 1.672851 12.868154 1.226358</w:t>
        <w:br/>
        <w:t>v 1.709654 12.889147 1.252752</w:t>
        <w:br/>
        <w:t>v 1.705913 12.889206 1.270514</w:t>
        <w:br/>
        <w:t>v 1.659823 12.874765 1.279298</w:t>
        <w:br/>
        <w:t>v 1.721881 12.864822 1.199621</w:t>
        <w:br/>
        <w:t>v 1.725175 12.889698 1.242571</w:t>
        <w:br/>
        <w:t>v 1.800004 12.785202 1.216386</w:t>
        <w:br/>
        <w:t>v 1.763545 12.721333 1.234333</w:t>
        <w:br/>
        <w:t>v 1.747779 12.712994 1.276715</w:t>
        <w:br/>
        <w:t>v 1.766847 12.711889 1.282278</w:t>
        <w:br/>
        <w:t>v 1.695459 12.717038 1.261785</w:t>
        <w:br/>
        <w:t>v 1.729396 12.714849 1.283519</w:t>
        <w:br/>
        <w:t>v 1.672920 12.725883 1.313971</w:t>
        <w:br/>
        <w:t>v 1.724347 12.716392 1.302045</w:t>
        <w:br/>
        <w:t>v 1.672920 12.725883 1.313971</w:t>
        <w:br/>
        <w:t>v 1.815238 12.790627 1.343342</w:t>
        <w:br/>
        <w:t>v 1.672920 12.725883 1.313971</w:t>
        <w:br/>
        <w:t>v 1.724347 12.716392 1.302045</w:t>
        <w:br/>
        <w:t>v 1.731808 12.716953 1.320015</w:t>
        <w:br/>
        <w:t>v 1.775800 13.176544 1.121232</w:t>
        <w:br/>
        <w:t>v 1.743099 13.236854 1.115442</w:t>
        <w:br/>
        <w:t>v 1.719124 13.208095 1.096316</w:t>
        <w:br/>
        <w:t>v 1.779505 13.242546 1.136778</w:t>
        <w:br/>
        <w:t>v 1.716754 13.167278 1.086708</w:t>
        <w:br/>
        <w:t>v 1.736912 13.130010 1.090287</w:t>
        <w:br/>
        <w:t>v 1.771880 13.110510 1.105685</w:t>
        <w:br/>
        <w:t>v 1.808284 13.116243 1.127020</w:t>
        <w:br/>
        <w:t>v 1.832215 13.144985 1.146146</w:t>
        <w:br/>
        <w:t>v 1.834556 13.185789 1.155754</w:t>
        <w:br/>
        <w:t>v 1.814428 13.223061 1.152174</w:t>
        <w:br/>
        <w:t>v 1.600996 13.118947 1.418444</w:t>
        <w:br/>
        <w:t>v 1.568563 13.179254 1.412651</w:t>
        <w:br/>
        <w:t>v 1.604939 13.184961 1.433989</w:t>
        <w:br/>
        <w:t>v 1.544513 13.150487 1.393527</w:t>
        <w:br/>
        <w:t>v 1.542001 13.109682 1.383921</w:t>
        <w:br/>
        <w:t>v 1.561998 13.072411 1.387498</w:t>
        <w:br/>
        <w:t>v 1.596856 13.052906 1.402895</w:t>
        <w:br/>
        <w:t>v 1.633225 13.058636 1.424232</w:t>
        <w:br/>
        <w:t>v 1.657227 13.087372 1.443356</w:t>
        <w:br/>
        <w:t>v 1.659712 13.128180 1.452965</w:t>
        <w:br/>
        <w:t>v 1.639743 13.165471 1.449386</w:t>
        <w:br/>
        <w:t>v 1.719124 13.208095 1.096316</w:t>
        <w:br/>
        <w:t>v 1.743099 13.236854 1.115442</w:t>
        <w:br/>
        <w:t>v 1.568563 13.179254 1.412651</w:t>
        <w:br/>
        <w:t>v 1.544513 13.150487 1.393527</w:t>
        <w:br/>
        <w:t>v 1.716754 13.167278 1.086708</w:t>
        <w:br/>
        <w:t>v 1.542001 13.109682 1.383921</w:t>
        <w:br/>
        <w:t>v 1.736912 13.130010 1.090287</w:t>
        <w:br/>
        <w:t>v 1.561998 13.072411 1.387498</w:t>
        <w:br/>
        <w:t>v 1.771880 13.110510 1.105685</w:t>
        <w:br/>
        <w:t>v 1.736912 13.130010 1.090287</w:t>
        <w:br/>
        <w:t>v 1.561998 13.072411 1.387498</w:t>
        <w:br/>
        <w:t>v 1.596856 13.052906 1.402895</w:t>
        <w:br/>
        <w:t>v 1.808284 13.116243 1.127020</w:t>
        <w:br/>
        <w:t>v 1.633225 13.058636 1.424232</w:t>
        <w:br/>
        <w:t>v 1.832215 13.144985 1.146146</w:t>
        <w:br/>
        <w:t>v 1.657227 13.087372 1.443356</w:t>
        <w:br/>
        <w:t>v 1.834556 13.185789 1.155754</w:t>
        <w:br/>
        <w:t>v 1.659712 13.128180 1.452965</w:t>
        <w:br/>
        <w:t>v 1.814428 13.223061 1.152174</w:t>
        <w:br/>
        <w:t>v 1.639743 13.165471 1.449386</w:t>
        <w:br/>
        <w:t>v 1.604939 13.184961 1.433989</w:t>
        <w:br/>
        <w:t>v 1.779505 13.242546 1.136778</w:t>
        <w:br/>
        <w:t>v -0.814945 14.755882 1.122957</w:t>
        <w:br/>
        <w:t>v -0.837237 14.795280 1.111077</w:t>
        <w:br/>
        <w:t>v -1.016384 14.802557 0.842850</w:t>
        <w:br/>
        <w:t>v -1.018484 14.762670 0.816255</w:t>
        <w:br/>
        <w:t>v -0.882543 14.771367 1.163107</w:t>
        <w:br/>
        <w:t>v -1.083897 14.778288 0.858127</w:t>
        <w:br/>
        <w:t>v -1.055129 14.811403 0.866770</w:t>
        <w:br/>
        <w:t>v -0.876656 14.804022 1.134414</w:t>
        <w:br/>
        <w:t>v -1.083897 14.778288 0.858127</w:t>
        <w:br/>
        <w:t>v -0.882543 14.771367 1.163107</w:t>
        <w:br/>
        <w:t>v -0.887679 14.719756 1.133842</w:t>
        <w:br/>
        <w:t>v -1.054481 14.724750 0.882168</w:t>
        <w:br/>
        <w:t>v -1.054481 14.724750 0.882168</w:t>
        <w:br/>
        <w:t>v -0.887679 14.719756 1.133842</w:t>
        <w:br/>
        <w:t>v -0.849975 14.710889 1.111635</w:t>
        <w:br/>
        <w:t>v -1.016898 14.715756 0.858790</w:t>
        <w:br/>
        <w:t>v -0.876656 14.804022 1.134414</w:t>
        <w:br/>
        <w:t>v -0.837237 14.795280 1.111077</w:t>
        <w:br/>
        <w:t>v -0.814945 14.755882 1.122957</w:t>
        <w:br/>
        <w:t>v -0.882543 14.771367 1.163107</w:t>
        <w:br/>
        <w:t>v -1.018484 14.762670 0.816255</w:t>
        <w:br/>
        <w:t>v -1.016898 14.715756 0.858790</w:t>
        <w:br/>
        <w:t>v -0.849975 14.710889 1.111635</w:t>
        <w:br/>
        <w:t>v -0.814945 14.755882 1.122957</w:t>
        <w:br/>
        <w:t>v -0.882543 14.771367 1.163107</w:t>
        <w:br/>
        <w:t>v -0.814945 14.755882 1.122957</w:t>
        <w:br/>
        <w:t>v -0.849975 14.710889 1.111635</w:t>
        <w:br/>
        <w:t>v -0.887679 14.719756 1.133842</w:t>
        <w:br/>
        <w:t>v -1.055129 14.811403 0.866770</w:t>
        <w:br/>
        <w:t>v -1.016384 14.802557 0.842850</w:t>
        <w:br/>
        <w:t>v -1.083897 14.778288 0.858127</w:t>
        <w:br/>
        <w:t>v -1.018484 14.762670 0.816255</w:t>
        <w:br/>
        <w:t>v -1.083897 14.778288 0.858127</w:t>
        <w:br/>
        <w:t>v -1.018484 14.762670 0.816255</w:t>
        <w:br/>
        <w:t>v -0.966016 14.749096 0.875314</w:t>
        <w:br/>
        <w:t>v -0.886860 14.739260 0.975857</w:t>
        <w:br/>
        <w:t>v -0.880164 14.748585 0.971059</w:t>
        <w:br/>
        <w:t>v -0.958444 14.758344 0.872074</w:t>
        <w:br/>
        <w:t>v -0.776851 14.783471 1.051742</w:t>
        <w:br/>
        <w:t>v -0.773914 14.784407 1.038805</w:t>
        <w:br/>
        <w:t>v -0.769840 14.740910 1.036225</w:t>
        <w:br/>
        <w:t>v -0.772719 14.739988 1.049169</w:t>
        <w:br/>
        <w:t>v -0.788556 14.739542 1.059380</w:t>
        <w:br/>
        <w:t>v -0.772719 14.739988 1.049169</w:t>
        <w:br/>
        <w:t>v -0.776931 14.731681 1.041072</w:t>
        <w:br/>
        <w:t>v -0.792732 14.731239 1.051289</w:t>
        <w:br/>
        <w:t>v -0.798734 14.792676 1.054725</w:t>
        <w:br/>
        <w:t>v -0.782756 14.793156 1.044476</w:t>
        <w:br/>
        <w:t>v -0.776851 14.783471 1.051742</w:t>
        <w:br/>
        <w:t>v -0.792814 14.783010 1.061989</w:t>
        <w:br/>
        <w:t>v -0.812729 15.268055 1.078441</w:t>
        <w:br/>
        <w:t>v -0.796118 15.269271 1.068102</w:t>
        <w:br/>
        <w:t>v -0.790328 15.256532 1.074737</w:t>
        <w:br/>
        <w:t>v -0.806934 15.255393 1.085070</w:t>
        <w:br/>
        <w:t>v -0.790100 15.207827 1.070476</w:t>
        <w:br/>
        <w:t>v -0.790328 15.256532 1.074737</w:t>
        <w:br/>
        <w:t>v -0.787687 15.258208 1.062045</w:t>
        <w:br/>
        <w:t>v -0.787327 15.209432 1.057786</w:t>
        <w:br/>
        <w:t>v -0.906662 15.222049 0.995481</w:t>
        <w:br/>
        <w:t>v -0.915236 15.233436 1.001459</w:t>
        <w:br/>
        <w:t>v -1.007995 15.215669 0.899039</w:t>
        <w:br/>
        <w:t>v -0.997859 15.203997 0.894708</w:t>
        <w:br/>
        <w:t>v -0.812158 15.196128 1.072394</w:t>
        <w:br/>
        <w:t>v -0.806677 15.206758 1.080789</w:t>
        <w:br/>
        <w:t>v -0.790100 15.207827 1.070476</w:t>
        <w:br/>
        <w:t>v -0.795590 15.197177 1.062083</w:t>
        <w:br/>
        <w:t>v -1.005842 15.197062 0.883669</w:t>
        <w:br/>
        <w:t>v -1.019242 15.206092 0.883478</w:t>
        <w:br/>
        <w:t>v -0.988984 14.757343 0.892576</w:t>
        <w:br/>
        <w:t>v -0.910940 14.747627 0.991364</w:t>
        <w:br/>
        <w:t>v -0.902229 14.738782 0.986011</w:t>
        <w:br/>
        <w:t>v -0.981265 14.748599 0.885567</w:t>
        <w:br/>
        <w:t>v -0.805812 14.783487 1.059306</w:t>
        <w:br/>
        <w:t>v -0.792814 14.783010 1.061989</w:t>
        <w:br/>
        <w:t>v -0.788556 14.739542 1.059380</w:t>
        <w:br/>
        <w:t>v -0.801486 14.740018 1.056655</w:t>
        <w:br/>
        <w:t>v -0.806677 15.206758 1.080789</w:t>
        <w:br/>
        <w:t>v -0.820469 15.207766 1.078414</w:t>
        <w:br/>
        <w:t>v -0.820891 15.256422 1.082713</w:t>
        <w:br/>
        <w:t>v -0.806934 15.255393 1.085070</w:t>
        <w:br/>
        <w:t>v -1.030373 15.203101 0.915364</w:t>
        <w:br/>
        <w:t>v -1.024248 15.214750 0.909368</w:t>
        <w:br/>
        <w:t>v -0.931487 15.232484 1.011734</w:t>
        <w:br/>
        <w:t>v -0.939154 15.220927 1.016025</w:t>
        <w:br/>
        <w:t>v -1.038334 15.196172 0.904320</w:t>
        <w:br/>
        <w:t>v -1.035480 15.205656 0.893803</w:t>
        <w:br/>
        <w:t>v -0.976989 14.757830 0.860528</w:t>
        <w:br/>
        <w:t>v -0.966255 14.764537 0.861627</w:t>
        <w:br/>
        <w:t>v -0.992244 14.757335 0.870796</w:t>
        <w:br/>
        <w:t>v -0.996806 14.763533 0.882200</w:t>
        <w:br/>
        <w:t>v -0.970776 14.777540 0.857934</w:t>
        <w:br/>
        <w:t>v -0.983591 14.776159 0.855315</w:t>
        <w:br/>
        <w:t>v -1.022478 15.187133 0.876016</w:t>
        <w:br/>
        <w:t>v -1.008139 15.183656 0.878362</w:t>
        <w:br/>
        <w:t>v -0.998652 14.775658 0.865572</w:t>
        <w:br/>
        <w:t>v -1.001382 14.776525 0.878510</w:t>
        <w:br/>
        <w:t>v -1.038712 15.186694 0.886339</w:t>
        <w:br/>
        <w:t>v -1.040625 15.182767 0.899009</w:t>
        <w:br/>
        <w:t>v -0.996806 14.763533 0.882200</w:t>
        <w:br/>
        <w:t>v -0.979975 14.809148 0.918392</w:t>
        <w:br/>
        <w:t>v -0.974351 14.800702 0.924691</w:t>
        <w:br/>
        <w:t>v -0.988984 14.757343 0.892576</w:t>
        <w:br/>
        <w:t>v -0.916084 14.792757 0.993914</w:t>
        <w:br/>
        <w:t>v -0.910940 14.747627 0.991364</w:t>
        <w:br/>
        <w:t>v -1.005842 15.197062 0.883669</w:t>
        <w:br/>
        <w:t>v -0.975297 15.144576 0.913702</w:t>
        <w:br/>
        <w:t>v -0.970578 15.153236 0.921005</w:t>
        <w:br/>
        <w:t>v -0.997859 15.203997 0.894708</w:t>
        <w:br/>
        <w:t>v -0.904811 15.173502 0.991475</w:t>
        <w:br/>
        <w:t>v -0.906662 15.222049 0.995481</w:t>
        <w:br/>
        <w:t>v -0.792814 14.783010 1.061989</w:t>
        <w:br/>
        <w:t>v -1.008139 15.183656 0.878362</w:t>
        <w:br/>
        <w:t>v -0.949137 14.810188 0.897893</w:t>
        <w:br/>
        <w:t>v -0.970776 14.777540 0.857934</w:t>
        <w:br/>
        <w:t>v -0.966255 14.764537 0.861627</w:t>
        <w:br/>
        <w:t>v -0.943551 14.801734 0.904203</w:t>
        <w:br/>
        <w:t>v -0.772719 14.739988 1.049169</w:t>
        <w:br/>
        <w:t>v -0.769840 14.740910 1.036225</w:t>
        <w:br/>
        <w:t>v -0.773914 14.784407 1.038805</w:t>
        <w:br/>
        <w:t>v -0.787687 15.258208 1.062045</w:t>
        <w:br/>
        <w:t>v -0.787327 15.209432 1.057786</w:t>
        <w:br/>
        <w:t>v -0.801486 14.740018 1.056655</w:t>
        <w:br/>
        <w:t>v -0.805812 14.783487 1.059306</w:t>
        <w:br/>
        <w:t>v -0.820891 15.256422 1.082713</w:t>
        <w:br/>
        <w:t>v -0.820469 15.207766 1.078414</w:t>
        <w:br/>
        <w:t>v -0.958444 14.758344 0.872074</w:t>
        <w:br/>
        <w:t>v -0.880164 14.748585 0.971059</w:t>
        <w:br/>
        <w:t>v -0.885096 14.793737 0.973552</w:t>
        <w:br/>
        <w:t>v -1.007778 15.143616 0.934352</w:t>
        <w:br/>
        <w:t>v -1.040625 15.182767 0.899009</w:t>
        <w:br/>
        <w:t>v -1.038334 15.196172 0.904320</w:t>
        <w:br/>
        <w:t>v -1.001382 14.776525 0.878510</w:t>
        <w:br/>
        <w:t>v -0.967998 14.818781 0.921548</w:t>
        <w:br/>
        <w:t>v -0.952553 14.819402 0.911305</w:t>
        <w:br/>
        <w:t>v -0.946956 14.810951 0.917634</w:t>
        <w:br/>
        <w:t>v -0.962382 14.810340 0.927870</w:t>
        <w:br/>
        <w:t>v -0.943551 14.801734 0.904203</w:t>
        <w:br/>
        <w:t>v -0.949137 14.810188 0.897893</w:t>
        <w:br/>
        <w:t>v -0.992871 15.134117 0.936302</w:t>
        <w:br/>
        <w:t>v -0.988123 15.142786 0.943631</w:t>
        <w:br/>
        <w:t>v -0.971880 15.143542 0.933306</w:t>
        <w:br/>
        <w:t>v -0.976638 15.134866 0.925980</w:t>
        <w:br/>
        <w:t>v -0.970578 15.153236 0.921005</w:t>
        <w:br/>
        <w:t>v -0.975297 15.144576 0.913702</w:t>
        <w:br/>
        <w:t>v -0.979975 14.809148 0.918392</w:t>
        <w:br/>
        <w:t>v -0.974351 14.800702 0.924691</w:t>
        <w:br/>
        <w:t>v -1.007778 15.143616 0.934352</w:t>
        <w:br/>
        <w:t>v -1.003077 15.152273 0.941657</w:t>
        <w:br/>
        <w:t>v -0.885096 14.793737 0.973552</w:t>
        <w:br/>
        <w:t>v -0.893887 14.803304 0.979147</w:t>
        <w:br/>
        <w:t>v -0.912613 15.161569 0.995806</w:t>
        <w:br/>
        <w:t>v -0.904811 15.173502 0.991475</w:t>
        <w:br/>
        <w:t>v -0.909405 14.802710 0.989328</w:t>
        <w:br/>
        <w:t>v -0.916084 14.792757 0.993914</w:t>
        <w:br/>
        <w:t>v -0.937264 15.172406 1.012006</w:t>
        <w:br/>
        <w:t>v -0.928837 15.160747 1.006072</w:t>
        <w:br/>
        <w:t>v -1.030373 15.203101 0.915364</w:t>
        <w:br/>
        <w:t>v -1.003077 15.152273 0.941657</w:t>
        <w:br/>
        <w:t>v -0.939154 15.220927 1.016025</w:t>
        <w:br/>
        <w:t>v -0.937264 15.172406 1.012006</w:t>
        <w:br/>
        <w:t>v -0.787687 15.258208 1.062045</w:t>
        <w:br/>
        <w:t>v -0.787327 15.209432 1.057786</w:t>
        <w:br/>
        <w:t>v -0.795590 15.197177 1.062083</w:t>
        <w:br/>
        <w:t>v -0.796118 15.269271 1.068102</w:t>
        <w:br/>
        <w:t>v -0.812729 15.268055 1.078441</w:t>
        <w:br/>
        <w:t>v -0.787687 15.258208 1.062045</w:t>
        <w:br/>
        <w:t>v -0.773914 14.784407 1.038805</w:t>
        <w:br/>
        <w:t>v -0.769840 14.740910 1.036225</w:t>
        <w:br/>
        <w:t>v -0.773914 14.784407 1.038805</w:t>
        <w:br/>
        <w:t>v -0.769840 14.740910 1.036225</w:t>
        <w:br/>
        <w:t>v -1.192335 9.183552 0.701728</w:t>
        <w:br/>
        <w:t>v -1.164316 9.037927 0.678309</w:t>
        <w:br/>
        <w:t>v -1.247640 9.031485 0.591852</w:t>
        <w:br/>
        <w:t>v -1.276086 9.178909 0.615109</w:t>
        <w:br/>
        <w:t>v -1.192335 9.183552 0.701728</w:t>
        <w:br/>
        <w:t>v -1.169272 9.191244 0.679061</w:t>
        <w:br/>
        <w:t>v -1.141335 9.045581 0.655718</w:t>
        <w:br/>
        <w:t>v -1.164316 9.037927 0.678309</w:t>
        <w:br/>
        <w:t>v -1.224641 9.039169 0.569225</w:t>
        <w:br/>
        <w:t>v -1.141335 9.045581 0.655718</w:t>
        <w:br/>
        <w:t>v -1.169272 9.191244 0.679061</w:t>
        <w:br/>
        <w:t>v -1.253132 9.186571 0.592559</w:t>
        <w:br/>
        <w:t>v -1.276086 9.178909 0.615109</w:t>
        <w:br/>
        <w:t>v -1.253132 9.186571 0.592559</w:t>
        <w:br/>
        <w:t>v -1.169272 9.191244 0.679061</w:t>
        <w:br/>
        <w:t>v -1.192335 9.183552 0.701728</w:t>
        <w:br/>
        <w:t>v -1.247640 9.031485 0.591852</w:t>
        <w:br/>
        <w:t>v -1.224641 9.039169 0.569225</w:t>
        <w:br/>
        <w:t>v -1.253132 9.186571 0.592559</w:t>
        <w:br/>
        <w:t>v -1.276086 9.178909 0.615109</w:t>
        <w:br/>
        <w:t>v -1.141335 9.045581 0.655718</w:t>
        <w:br/>
        <w:t>v -1.224641 9.039169 0.569225</w:t>
        <w:br/>
        <w:t>v -1.247640 9.031485 0.591852</w:t>
        <w:br/>
        <w:t>v -1.164316 9.037927 0.678309</w:t>
        <w:br/>
        <w:t>v 0.003166 14.769235 1.409198</w:t>
        <w:br/>
        <w:t>v -0.060974 14.688261 1.399203</w:t>
        <w:br/>
        <w:t>v 0.001949 14.680548 1.403717</w:t>
        <w:br/>
        <w:t>v 0.065038 14.682591 1.399805</w:t>
        <w:br/>
        <w:t>v 0.001949 14.680548 1.403717</w:t>
        <w:br/>
        <w:t>v 0.001899 14.683621 1.423983</w:t>
        <w:br/>
        <w:t>v 0.063824 14.684938 1.420682</w:t>
        <w:br/>
        <w:t>v -0.060974 14.688261 1.399203</w:t>
        <w:br/>
        <w:t>v -0.059982 14.690761 1.420053</w:t>
        <w:br/>
        <w:t>v -0.099925 14.725668 1.395761</w:t>
        <w:br/>
        <w:t>v -0.098791 14.726700 1.417211</w:t>
        <w:br/>
        <w:t>v -0.151608 14.786189 1.396220</w:t>
        <w:br/>
        <w:t>v -0.149664 14.784973 1.417410</w:t>
        <w:br/>
        <w:t>v -0.149664 14.784973 1.417410</w:t>
        <w:br/>
        <w:t>v -0.174529 14.844217 1.425819</w:t>
        <w:br/>
        <w:t>v -0.127632 14.892779 1.441560</w:t>
        <w:br/>
        <w:t>v -0.078343 14.857102 1.439423</w:t>
        <w:br/>
        <w:t>v -0.078343 14.857102 1.439423</w:t>
        <w:br/>
        <w:t>v -0.127632 14.892779 1.441560</w:t>
        <w:br/>
        <w:t>v -0.123707 14.904354 1.423689</w:t>
        <w:br/>
        <w:t>v -0.072380 14.866625 1.420734</w:t>
        <w:br/>
        <w:t>v -0.171309 14.925360 1.425612</w:t>
        <w:br/>
        <w:t>v -0.170708 14.913913 1.440510</w:t>
        <w:br/>
        <w:t>v -0.178430 14.849226 1.405894</w:t>
        <w:br/>
        <w:t>v -0.123707 14.904354 1.423689</w:t>
        <w:br/>
        <w:t>v -0.171309 14.925360 1.425612</w:t>
        <w:br/>
        <w:t>v -0.188110 14.906683 1.419726</w:t>
        <w:br/>
        <w:t>v -0.151608 14.786189 1.396220</w:t>
        <w:br/>
        <w:t>v -0.072380 14.866625 1.420734</w:t>
        <w:br/>
        <w:t>v -0.030648 14.805055 1.435192</w:t>
        <w:br/>
        <w:t>v -0.025852 14.814010 1.415800</w:t>
        <w:br/>
        <w:t>v -0.099925 14.725668 1.395761</w:t>
        <w:br/>
        <w:t>v -0.025852 14.814010 1.415800</w:t>
        <w:br/>
        <w:t>v -0.174529 14.844217 1.425819</w:t>
        <w:br/>
        <w:t>v -0.178430 14.849226 1.405894</w:t>
        <w:br/>
        <w:t>v -0.188110 14.906683 1.419726</w:t>
        <w:br/>
        <w:t>v -0.183627 14.899657 1.435756</w:t>
        <w:br/>
        <w:t>v -0.170708 14.913913 1.440510</w:t>
        <w:br/>
        <w:t>v -0.183627 14.899657 1.435756</w:t>
        <w:br/>
        <w:t>v -0.171309 14.925360 1.425612</w:t>
        <w:br/>
        <w:t>v -0.170708 14.913913 1.440510</w:t>
        <w:br/>
        <w:t>v -0.098791 14.726700 1.417211</w:t>
        <w:br/>
        <w:t>v -0.030648 14.805055 1.435192</w:t>
        <w:br/>
        <w:t>v 0.003047 14.755380 1.431055</w:t>
        <w:br/>
        <w:t>v -0.059982 14.690761 1.420053</w:t>
        <w:br/>
        <w:t>v 0.001899 14.683621 1.423983</w:t>
        <w:br/>
        <w:t>v 0.033270 14.811407 1.414645</w:t>
        <w:br/>
        <w:t>v 0.037993 14.802535 1.434150</w:t>
        <w:br/>
        <w:t>v 0.003047 14.755380 1.431055</w:t>
        <w:br/>
        <w:t>v 0.003166 14.769235 1.409198</w:t>
        <w:br/>
        <w:t>v 0.081031 14.861220 1.417912</w:t>
        <w:br/>
        <w:t>v 0.087074 14.851899 1.436788</w:t>
        <w:br/>
        <w:t>v 0.137414 14.884359 1.437176</w:t>
        <w:br/>
        <w:t>v 0.183646 14.829796 1.421895</w:t>
        <w:br/>
        <w:t>v 0.157083 14.772052 1.416600</w:t>
        <w:br/>
        <w:t>v 0.087074 14.851899 1.436788</w:t>
        <w:br/>
        <w:t>v 0.158631 14.772038 1.395468</w:t>
        <w:br/>
        <w:t>v 0.105163 14.716448 1.395765</w:t>
        <w:br/>
        <w:t>v 0.104142 14.718057 1.417184</w:t>
        <w:br/>
        <w:t>v 0.157083 14.772052 1.416600</w:t>
        <w:br/>
        <w:t>v 0.104142 14.718057 1.417184</w:t>
        <w:br/>
        <w:t>v 0.037993 14.802535 1.434150</w:t>
        <w:br/>
        <w:t>v 0.063824 14.684938 1.420682</w:t>
        <w:br/>
        <w:t>v 0.081031 14.861220 1.417912</w:t>
        <w:br/>
        <w:t>v 0.033270 14.811407 1.414645</w:t>
        <w:br/>
        <w:t>v 0.105163 14.716448 1.395765</w:t>
        <w:br/>
        <w:t>v 0.158631 14.772038 1.395468</w:t>
        <w:br/>
        <w:t>v 0.183646 14.829796 1.421895</w:t>
        <w:br/>
        <w:t>v 0.187047 14.833566 1.401883</w:t>
        <w:br/>
        <w:t>v 0.133341 14.895682 1.419073</w:t>
        <w:br/>
        <w:t>v 0.187047 14.833566 1.401883</w:t>
        <w:br/>
        <w:t>v 0.137414 14.884359 1.437176</w:t>
        <w:br/>
        <w:t>v 0.133341 14.895682 1.419073</w:t>
        <w:br/>
        <w:t>v 0.181703 14.913033 1.419620</w:t>
        <w:br/>
        <w:t>v 0.181165 14.901870 1.434699</w:t>
        <w:br/>
        <w:t>v 0.181703 14.913033 1.419620</w:t>
        <w:br/>
        <w:t>v 0.198134 14.892034 1.413878</w:t>
        <w:br/>
        <w:t>v 0.193896 14.885732 1.429996</w:t>
        <w:br/>
        <w:t>v 0.181165 14.901870 1.434699</w:t>
        <w:br/>
        <w:t>v 0.181703 14.913033 1.419620</w:t>
        <w:br/>
        <w:t>v 0.198134 14.892034 1.413878</w:t>
        <w:br/>
        <w:t>v 0.181165 14.901870 1.434699</w:t>
        <w:br/>
        <w:t>v 0.193896 14.885732 1.429996</w:t>
        <w:br/>
        <w:t>v 0.003047 14.755380 1.431055</w:t>
        <w:br/>
        <w:t>v 0.003166 14.769235 1.409198</w:t>
        <w:br/>
        <w:t>v 0.065038 14.682591 1.399805</w:t>
        <w:br/>
        <w:t>v 0.428098 14.491140 -0.784528</w:t>
        <w:br/>
        <w:t>v 0.509222 14.397223 -0.795202</w:t>
        <w:br/>
        <w:t>v 0.325470 14.253208 -0.778164</w:t>
        <w:br/>
        <w:t>v 0.281312 14.306695 -0.778724</w:t>
        <w:br/>
        <w:t>v 0.635636 14.214447 -0.819422</w:t>
        <w:br/>
        <w:t>v 0.413739 14.123306 -0.827619</w:t>
        <w:br/>
        <w:t>v 0.651915 14.180700 -0.801924</w:t>
        <w:br/>
        <w:t>v 0.431784 14.091290 -0.812946</w:t>
        <w:br/>
        <w:t>v 0.312708 14.275027 -0.642439</w:t>
        <w:br/>
        <w:t>v 0.403468 14.145827 -0.704444</w:t>
        <w:br/>
        <w:t>v 0.616312 14.254056 -0.716585</w:t>
        <w:br/>
        <w:t>v 0.509680 14.412024 -0.691603</w:t>
        <w:br/>
        <w:t>v 0.441859 14.503588 -0.745436</w:t>
        <w:br/>
        <w:t>v 0.244098 14.366771 -0.724204</w:t>
        <w:br/>
        <w:t>v 0.653660 14.179872 -0.783191</w:t>
        <w:br/>
        <w:t>v 0.434735 14.082893 -0.786322</w:t>
        <w:br/>
        <w:t>v 0.418489 14.123117 -0.843644</w:t>
        <w:br/>
        <w:t>v 0.326817 14.257633 -0.794966</w:t>
        <w:br/>
        <w:t>v 0.325470 14.253208 -0.778164</w:t>
        <w:br/>
        <w:t>v 0.413739 14.123306 -0.827619</w:t>
        <w:br/>
        <w:t>v 0.285361 14.311576 -0.795515</w:t>
        <w:br/>
        <w:t>v 0.281312 14.306695 -0.778724</w:t>
        <w:br/>
        <w:t>v 0.428098 14.491140 -0.784528</w:t>
        <w:br/>
        <w:t>v 0.426199 14.485075 -0.800991</w:t>
        <w:br/>
        <w:t>v 0.503557 14.396362 -0.811256</w:t>
        <w:br/>
        <w:t>v 0.509222 14.397223 -0.795202</w:t>
        <w:br/>
        <w:t>v 0.632471 14.211095 -0.835656</w:t>
        <w:br/>
        <w:t>v 0.635636 14.214447 -0.819422</w:t>
        <w:br/>
        <w:t>v 0.652559 14.169816 -0.814570</w:t>
        <w:br/>
        <w:t>v 0.651915 14.180700 -0.801924</w:t>
        <w:br/>
        <w:t>v 0.440205 14.083470 -0.825308</w:t>
        <w:br/>
        <w:t>v 0.431784 14.091290 -0.812946</w:t>
        <w:br/>
        <w:t>v 0.657091 14.154530 -0.777223</w:t>
        <w:br/>
        <w:t>v 0.653660 14.179872 -0.783191</w:t>
        <w:br/>
        <w:t>v 0.434735 14.082893 -0.786322</w:t>
        <w:br/>
        <w:t>v 0.447884 14.068637 -0.785026</w:t>
        <w:br/>
        <w:t>v 0.618103 14.235650 -0.707487</w:t>
        <w:br/>
        <w:t>v 0.508704 14.410336 -0.676044</w:t>
        <w:br/>
        <w:t>v 0.509680 14.412024 -0.691603</w:t>
        <w:br/>
        <w:t>v 0.616312 14.254056 -0.716585</w:t>
        <w:br/>
        <w:t>v 0.439906 14.505343 -0.728638</w:t>
        <w:br/>
        <w:t>v 0.441859 14.503588 -0.745436</w:t>
        <w:br/>
        <w:t>v 0.244098 14.366771 -0.724204</w:t>
        <w:br/>
        <w:t>v 0.248488 14.373196 -0.709036</w:t>
        <w:br/>
        <w:t>v 0.318241 14.278028 -0.628482</w:t>
        <w:br/>
        <w:t>v 0.312708 14.275027 -0.642439</w:t>
        <w:br/>
        <w:t>v 0.414216 14.136703 -0.699186</w:t>
        <w:br/>
        <w:t>v 0.403468 14.145827 -0.704444</w:t>
        <w:br/>
        <w:t>v 0.326817 14.257633 -0.794966</w:t>
        <w:br/>
        <w:t>v 0.503557 14.396362 -0.811256</w:t>
        <w:br/>
        <w:t>v 0.426199 14.485075 -0.800991</w:t>
        <w:br/>
        <w:t>v 0.285361 14.311576 -0.795515</w:t>
        <w:br/>
        <w:t>v 0.632471 14.211095 -0.835656</w:t>
        <w:br/>
        <w:t>v 0.418489 14.123117 -0.843644</w:t>
        <w:br/>
        <w:t>v 0.652559 14.169816 -0.814570</w:t>
        <w:br/>
        <w:t>v 0.440205 14.083470 -0.825308</w:t>
        <w:br/>
        <w:t>v 0.618103 14.235650 -0.707487</w:t>
        <w:br/>
        <w:t>v 0.414216 14.136703 -0.699186</w:t>
        <w:br/>
        <w:t>v 0.318241 14.278028 -0.628482</w:t>
        <w:br/>
        <w:t>v 0.508704 14.410336 -0.676044</w:t>
        <w:br/>
        <w:t>v 0.439906 14.505343 -0.728638</w:t>
        <w:br/>
        <w:t>v 0.248488 14.373196 -0.709036</w:t>
        <w:br/>
        <w:t>v 0.657091 14.154530 -0.777223</w:t>
        <w:br/>
        <w:t>v 0.447884 14.068637 -0.785026</w:t>
        <w:br/>
        <w:t>v 0.657091 14.154530 -0.777223</w:t>
        <w:br/>
        <w:t>v 0.447884 14.068637 -0.785026</w:t>
        <w:br/>
        <w:t>v 1.007405 14.874229 1.051730</w:t>
        <w:br/>
        <w:t>v 0.829362 14.831530 1.243816</w:t>
        <w:br/>
        <w:t>v 0.840849 14.734749 1.238779</w:t>
        <w:br/>
        <w:t>v 1.016858 14.776463 1.041323</w:t>
        <w:br/>
        <w:t>v 0.991518 15.006310 1.064716</w:t>
        <w:br/>
        <w:t>v 0.811875 14.963736 1.251454</w:t>
        <w:br/>
        <w:t>v 0.984137 15.160411 1.088404</w:t>
        <w:br/>
        <w:t>v 0.799704 15.106047 1.268817</w:t>
        <w:br/>
        <w:t>v 0.978438 15.340468 1.115284</w:t>
        <w:br/>
        <w:t>v 0.790349 15.285749 1.300799</w:t>
        <w:br/>
        <w:t>v 0.955558 15.489543 1.124855</w:t>
        <w:br/>
        <w:t>v 0.770016 15.423701 1.311986</w:t>
        <w:br/>
        <w:t>v 0.916509 15.571586 1.115760</w:t>
        <w:br/>
        <w:t>v 0.739629 15.502540 1.299996</w:t>
        <w:br/>
        <w:t>v 0.893920 15.584294 1.106750</w:t>
        <w:br/>
        <w:t>v 0.885874 15.548844 1.093054</w:t>
        <w:br/>
        <w:t>v 0.716575 15.482675 1.263290</w:t>
        <w:br/>
        <w:t>v 0.723544 15.508737 1.282484</w:t>
        <w:br/>
        <w:t>v 0.740275 15.278227 1.240621</w:t>
        <w:br/>
        <w:t>v 0.721718 15.436345 1.257923</w:t>
        <w:br/>
        <w:t>v 0.888011 15.501167 1.085582</w:t>
        <w:br/>
        <w:t>v 0.906349 15.353352 1.072581</w:t>
        <w:br/>
        <w:t>v 0.783580 15.084186 1.236116</w:t>
        <w:br/>
        <w:t>v 0.740275 15.278227 1.240621</w:t>
        <w:br/>
        <w:t>v 0.906349 15.353352 1.072581</w:t>
        <w:br/>
        <w:t>v 0.958013 15.125850 1.063548</w:t>
        <w:br/>
        <w:t>v 0.987936 14.932293 1.045980</w:t>
        <w:br/>
        <w:t>v 0.806893 14.882251 1.228724</w:t>
        <w:br/>
        <w:t>v 0.808565 14.721570 1.201506</w:t>
        <w:br/>
        <w:t>v 0.977380 14.757380 1.012526</w:t>
        <w:br/>
        <w:t>v 0.822773 14.712851 1.216838</w:t>
        <w:br/>
        <w:t>v 0.993355 14.751520 1.021810</w:t>
        <w:br/>
        <w:t>v 0.808565 14.721570 1.201506</w:t>
        <w:br/>
        <w:t>v 0.977380 14.757380 1.012526</w:t>
        <w:br/>
        <w:t>v 0.850970 14.730041 1.246342</w:t>
        <w:br/>
        <w:t>v 0.841291 14.834398 1.253870</w:t>
        <w:br/>
        <w:t>v 1.019096 14.877048 1.061553</w:t>
        <w:br/>
        <w:t>v 1.026469 14.771752 1.048763</w:t>
        <w:br/>
        <w:t>v 0.824101 14.966272 1.261786</w:t>
        <w:br/>
        <w:t>v 1.003578 15.008563 1.074652</w:t>
        <w:br/>
        <w:t>v 0.812235 15.106817 1.279029</w:t>
        <w:br/>
        <w:t>v 0.996515 15.160539 1.098156</w:t>
        <w:br/>
        <w:t>v 0.802268 15.288270 1.311472</w:t>
        <w:br/>
        <w:t>v 0.990062 15.341951 1.125369</w:t>
        <w:br/>
        <w:t>v 0.780048 15.430514 1.323184</w:t>
        <w:br/>
        <w:t>v 0.965448 15.495365 1.135497</w:t>
        <w:br/>
        <w:t>v 0.744543 15.519879 1.307269</w:t>
        <w:br/>
        <w:t>v 0.921686 15.588437 1.122941</w:t>
        <w:br/>
        <w:t>v 0.702550 15.494075 1.254051</w:t>
        <w:br/>
        <w:t>v 0.876785 15.553250 1.083292</w:t>
        <w:br/>
        <w:t>v 0.890179 15.607923 1.106370</w:t>
        <w:br/>
        <w:t>v 0.718633 15.533704 1.281339</w:t>
        <w:br/>
        <w:t>v 0.875742 15.505694 1.075277</w:t>
        <w:br/>
        <w:t>v 0.710044 15.442946 1.248743</w:t>
        <w:br/>
        <w:t>v 0.727970 15.278826 1.230023</w:t>
        <w:br/>
        <w:t>v 0.894027 15.355083 1.062022</w:t>
        <w:br/>
        <w:t>v 0.894027 15.355083 1.062022</w:t>
        <w:br/>
        <w:t>v 0.727970 15.278826 1.230023</w:t>
        <w:br/>
        <w:t>v 0.771240 15.082489 1.225484</w:t>
        <w:br/>
        <w:t>v 0.945688 15.124642 1.053243</w:t>
        <w:br/>
        <w:t>v 0.794402 14.882016 1.218885</w:t>
        <w:br/>
        <w:t>v 0.975581 14.932167 1.036370</w:t>
        <w:br/>
        <w:t>v 0.799905 14.714471 1.194494</w:t>
        <w:br/>
        <w:t>v 0.968548 14.750341 1.005165</w:t>
        <w:br/>
        <w:t>v 0.994521 14.739079 1.021865</w:t>
        <w:br/>
        <w:t>v 0.824596 14.700371 1.217483</w:t>
        <w:br/>
        <w:t>v 0.799905 14.714471 1.194494</w:t>
        <w:br/>
        <w:t>v 0.968548 14.750341 1.005165</w:t>
        <w:br/>
        <w:t>v 0.829362 14.831530 1.243816</w:t>
        <w:br/>
        <w:t>v 0.841291 14.834398 1.253870</w:t>
        <w:br/>
        <w:t>v 0.850970 14.730041 1.246342</w:t>
        <w:br/>
        <w:t>v 0.840849 14.734749 1.238779</w:t>
        <w:br/>
        <w:t>v 1.007405 14.874229 1.051730</w:t>
        <w:br/>
        <w:t>v 1.016858 14.776463 1.041323</w:t>
        <w:br/>
        <w:t>v 1.026469 14.771752 1.048763</w:t>
        <w:br/>
        <w:t>v 1.019096 14.877048 1.061553</w:t>
        <w:br/>
        <w:t>v 0.811875 14.963736 1.251454</w:t>
        <w:br/>
        <w:t>v 0.824101 14.966272 1.261786</w:t>
        <w:br/>
        <w:t>v 1.003578 15.008563 1.074652</w:t>
        <w:br/>
        <w:t>v 0.991518 15.006310 1.064716</w:t>
        <w:br/>
        <w:t>v 0.799704 15.106047 1.268817</w:t>
        <w:br/>
        <w:t>v 0.812235 15.106817 1.279029</w:t>
        <w:br/>
        <w:t>v 0.996515 15.160539 1.098156</w:t>
        <w:br/>
        <w:t>v 0.984137 15.160411 1.088404</w:t>
        <w:br/>
        <w:t>v 0.790349 15.285749 1.300799</w:t>
        <w:br/>
        <w:t>v 0.802268 15.288270 1.311472</w:t>
        <w:br/>
        <w:t>v 0.990062 15.341951 1.125369</w:t>
        <w:br/>
        <w:t>v 0.978438 15.340468 1.115284</w:t>
        <w:br/>
        <w:t>v 0.770016 15.423701 1.311986</w:t>
        <w:br/>
        <w:t>v 0.780048 15.430514 1.323184</w:t>
        <w:br/>
        <w:t>v 0.965448 15.495365 1.135497</w:t>
        <w:br/>
        <w:t>v 0.955558 15.489543 1.124855</w:t>
        <w:br/>
        <w:t>v 0.739629 15.502540 1.299996</w:t>
        <w:br/>
        <w:t>v 0.744543 15.519879 1.307269</w:t>
        <w:br/>
        <w:t>v 0.921686 15.588437 1.122941</w:t>
        <w:br/>
        <w:t>v 0.916509 15.571586 1.115760</w:t>
        <w:br/>
        <w:t>v 0.716575 15.482675 1.263290</w:t>
        <w:br/>
        <w:t>v 0.702550 15.494075 1.254051</w:t>
        <w:br/>
        <w:t>v 0.718633 15.533704 1.281339</w:t>
        <w:br/>
        <w:t>v 0.723544 15.508737 1.282484</w:t>
        <w:br/>
        <w:t>v 0.885874 15.548844 1.093054</w:t>
        <w:br/>
        <w:t>v 0.893920 15.584294 1.106750</w:t>
        <w:br/>
        <w:t>v 0.890179 15.607923 1.106370</w:t>
        <w:br/>
        <w:t>v 0.876785 15.553250 1.083292</w:t>
        <w:br/>
        <w:t>v 0.740275 15.278227 1.240621</w:t>
        <w:br/>
        <w:t>v 0.727970 15.278826 1.230023</w:t>
        <w:br/>
        <w:t>v 0.710044 15.442946 1.248743</w:t>
        <w:br/>
        <w:t>v 0.721718 15.436345 1.257923</w:t>
        <w:br/>
        <w:t>v 0.906349 15.353352 1.072581</w:t>
        <w:br/>
        <w:t>v 0.888011 15.501167 1.085582</w:t>
        <w:br/>
        <w:t>v 0.875742 15.505694 1.075277</w:t>
        <w:br/>
        <w:t>v 0.894027 15.355083 1.062022</w:t>
        <w:br/>
        <w:t>v 0.783580 15.084186 1.236116</w:t>
        <w:br/>
        <w:t>v 0.771240 15.082489 1.225484</w:t>
        <w:br/>
        <w:t>v 0.727970 15.278826 1.230023</w:t>
        <w:br/>
        <w:t>v 0.740275 15.278227 1.240621</w:t>
        <w:br/>
        <w:t>v 0.958013 15.125850 1.063548</w:t>
        <w:br/>
        <w:t>v 0.906349 15.353352 1.072581</w:t>
        <w:br/>
        <w:t>v 0.894027 15.355083 1.062022</w:t>
        <w:br/>
        <w:t>v 0.945688 15.124642 1.053243</w:t>
        <w:br/>
        <w:t>v 0.806893 14.882251 1.228724</w:t>
        <w:br/>
        <w:t>v 0.794402 14.882016 1.218885</w:t>
        <w:br/>
        <w:t>v 0.975581 14.932167 1.036370</w:t>
        <w:br/>
        <w:t>v 0.987936 14.932293 1.045980</w:t>
        <w:br/>
        <w:t>v 0.808565 14.721570 1.201506</w:t>
        <w:br/>
        <w:t>v 0.799905 14.714471 1.194494</w:t>
        <w:br/>
        <w:t>v 0.968548 14.750341 1.005165</w:t>
        <w:br/>
        <w:t>v 0.977380 14.757380 1.012526</w:t>
        <w:br/>
        <w:t>v 0.993355 14.751520 1.021810</w:t>
        <w:br/>
        <w:t>v 0.994521 14.739079 1.021865</w:t>
        <w:br/>
        <w:t>v 0.822773 14.712851 1.216838</w:t>
        <w:br/>
        <w:t>v 0.824596 14.700371 1.217483</w:t>
        <w:br/>
        <w:t>v 0.893920 15.584294 1.106750</w:t>
        <w:br/>
        <w:t>v 0.723544 15.508737 1.282484</w:t>
        <w:br/>
        <w:t>v 0.718633 15.533704 1.281339</w:t>
        <w:br/>
        <w:t>v 0.890179 15.607923 1.106370</w:t>
        <w:br/>
        <w:t>v 1.353457 14.182901 1.461561</w:t>
        <w:br/>
        <w:t>v 1.388748 14.192448 1.482337</w:t>
        <w:br/>
        <w:t>v 1.387214 14.172832 1.496235</w:t>
        <w:br/>
        <w:t>v 1.351742 14.161126 1.476994</w:t>
        <w:br/>
        <w:t>v 1.395337 14.151336 1.497417</w:t>
        <w:br/>
        <w:t>v 1.360748 14.137294 1.478304</w:t>
        <w:br/>
        <w:t>v 1.537076 13.902371 1.368072</w:t>
        <w:br/>
        <w:t>v 1.568241 13.921086 1.389363</w:t>
        <w:br/>
        <w:t>v 1.365679 14.195018 1.436809</w:t>
        <w:br/>
        <w:t>v 1.400275 14.203864 1.459027</w:t>
        <w:br/>
        <w:t>v 1.485094 14.230996 1.244947</w:t>
        <w:br/>
        <w:t>v 1.519140 14.239694 1.268081</w:t>
        <w:br/>
        <w:t>v 1.503235 14.228075 1.220701</w:t>
        <w:br/>
        <w:t>v 1.519942 14.211849 1.206521</w:t>
        <w:br/>
        <w:t>v 1.551262 14.222314 1.232480</w:t>
        <w:br/>
        <w:t>v 1.536222 14.236918 1.245245</w:t>
        <w:br/>
        <w:t>v 1.529704 14.188218 1.206782</w:t>
        <w:br/>
        <w:t>v 1.560060 14.200999 1.232713</w:t>
        <w:br/>
        <w:t>v 1.558364 13.908751 1.334071</w:t>
        <w:br/>
        <w:t>v 1.588189 13.927064 1.357482</w:t>
        <w:br/>
        <w:t>v 1.568241 13.921086 1.389363</w:t>
        <w:br/>
        <w:t>v 1.560060 14.200999 1.232713</w:t>
        <w:br/>
        <w:t>v 1.588189 13.927064 1.357482</w:t>
        <w:br/>
        <w:t>v 1.395337 14.151336 1.497417</w:t>
        <w:br/>
        <w:t>v 1.551262 14.222314 1.232480</w:t>
        <w:br/>
        <w:t>v 1.536222 14.236918 1.245245</w:t>
        <w:br/>
        <w:t>v 1.519140 14.239694 1.268081</w:t>
        <w:br/>
        <w:t>v 1.387214 14.172832 1.496235</w:t>
        <w:br/>
        <w:t>v 1.388748 14.192448 1.482337</w:t>
        <w:br/>
        <w:t>v 1.400275 14.203864 1.459027</w:t>
        <w:br/>
        <w:t>v 1.558364 13.908751 1.334071</w:t>
        <w:br/>
        <w:t>v 1.360748 14.137294 1.478304</w:t>
        <w:br/>
        <w:t>v 1.537076 13.902371 1.368072</w:t>
        <w:br/>
        <w:t>v 1.529704 14.188218 1.206782</w:t>
        <w:br/>
        <w:t>v 1.351742 14.161126 1.476994</w:t>
        <w:br/>
        <w:t>v 1.353457 14.182901 1.461561</w:t>
        <w:br/>
        <w:t>v 1.365679 14.195018 1.436809</w:t>
        <w:br/>
        <w:t>v 1.519942 14.211849 1.206521</w:t>
        <w:br/>
        <w:t>v 1.503235 14.228075 1.220701</w:t>
        <w:br/>
        <w:t>v 1.485094 14.230996 1.244947</w:t>
        <w:br/>
        <w:t>v -1.130599 14.079171 0.867216</w:t>
        <w:br/>
        <w:t>v -1.162728 14.116927 0.808463</w:t>
        <w:br/>
        <w:t>v -1.176520 14.120415 0.817813</w:t>
        <w:br/>
        <w:t>v -1.144964 14.082772 0.876918</w:t>
        <w:br/>
        <w:t>v -0.796846 14.643173 1.263302</w:t>
        <w:br/>
        <w:t>v -1.176520 14.120415 0.817813</w:t>
        <w:br/>
        <w:t>v -1.122658 14.656578 0.766243</w:t>
        <w:br/>
        <w:t>v -1.144964 14.082772 0.876918</w:t>
        <w:br/>
        <w:t>v -0.838680 14.268553 1.285968</w:t>
        <w:br/>
        <w:t>v -1.122658 14.656578 0.766243</w:t>
        <w:br/>
        <w:t>v -1.108781 14.653041 0.756940</w:t>
        <w:br/>
        <w:t>v -0.782239 14.639622 1.254826</w:t>
        <w:br/>
        <w:t>v -0.796846 14.643173 1.263302</w:t>
        <w:br/>
        <w:t>v -1.122658 14.656578 0.766243</w:t>
        <w:br/>
        <w:t>v -1.108781 14.653041 0.756940</w:t>
        <w:br/>
        <w:t>v -1.162728 14.116927 0.808463</w:t>
        <w:br/>
        <w:t>v -0.782239 14.639622 1.254826</w:t>
        <w:br/>
        <w:t>v -1.108781 14.653041 0.756940</w:t>
        <w:br/>
        <w:t>v -1.130599 14.079171 0.867216</w:t>
        <w:br/>
        <w:t>v -0.824345 14.264931 1.276941</w:t>
        <w:br/>
        <w:t>v -0.824345 14.264931 1.276941</w:t>
        <w:br/>
        <w:t>v -0.838680 14.268553 1.285968</w:t>
        <w:br/>
        <w:t>v -0.796846 14.643173 1.263302</w:t>
        <w:br/>
        <w:t>v -0.782239 14.639622 1.254826</w:t>
        <w:br/>
        <w:t>v -1.158398 13.992629 0.882614</w:t>
        <w:br/>
        <w:t>v -0.883266 13.893165 1.314688</w:t>
        <w:br/>
        <w:t>v -1.143868 13.989076 0.872902</w:t>
        <w:br/>
        <w:t>v -1.130599 14.079171 0.867216</w:t>
        <w:br/>
        <w:t>v -1.144964 14.082772 0.876918</w:t>
        <w:br/>
        <w:t>v -1.158398 13.992629 0.882614</w:t>
        <w:br/>
        <w:t>v -1.202168 13.952160 0.829998</w:t>
        <w:br/>
        <w:t>v -1.188154 13.948728 0.820648</w:t>
        <w:br/>
        <w:t>v -1.188154 13.948728 0.820648</w:t>
        <w:br/>
        <w:t>v -1.195939 13.898165 0.823089</w:t>
        <w:br/>
        <w:t>v -0.868886 13.889665 1.305180</w:t>
        <w:br/>
        <w:t>v -1.143868 13.989076 0.872902</w:t>
        <w:br/>
        <w:t>v -1.202168 13.952160 0.829998</w:t>
        <w:br/>
        <w:t>v -1.209967 13.901580 0.832463</w:t>
        <w:br/>
        <w:t>v -0.868886 13.889665 1.305180</w:t>
        <w:br/>
        <w:t>v -1.195939 13.898165 0.823089</w:t>
        <w:br/>
        <w:t>v -1.209967 13.901580 0.832463</w:t>
        <w:br/>
        <w:t>v -0.883266 13.893165 1.314688</w:t>
        <w:br/>
        <w:t>v -0.868886 13.889665 1.305180</w:t>
        <w:br/>
        <w:t>v -0.883266 13.893165 1.314688</w:t>
        <w:br/>
        <w:t>v -1.195939 13.898165 0.823089</w:t>
        <w:br/>
        <w:t>v -1.209967 13.901580 0.832463</w:t>
        <w:br/>
        <w:t>v -0.357633 14.123049 -0.782842</w:t>
        <w:br/>
        <w:t>v -0.400250 14.137802 -0.698001</w:t>
        <w:br/>
        <w:t>v -0.478383 13.956752 -0.695133</w:t>
        <w:br/>
        <w:t>v -0.446321 13.957753 -0.781815</w:t>
        <w:br/>
        <w:t>v -0.476039 14.269629 -0.702147</w:t>
        <w:br/>
        <w:t>v -0.448903 14.274014 -0.786506</w:t>
        <w:br/>
        <w:t>v -0.512537 14.425545 -0.790598</w:t>
        <w:br/>
        <w:t>v -0.531900 14.402384 -0.706359</w:t>
        <w:br/>
        <w:t>v -0.338931 13.848634 -0.695133</w:t>
        <w:br/>
        <w:t>v -0.214320 13.967031 -0.695143</w:t>
        <w:br/>
        <w:t>v -0.231453 14.000624 -0.781815</w:t>
        <w:br/>
        <w:t>v -0.355649 13.891218 -0.781815</w:t>
        <w:br/>
        <w:t>v -0.110440 14.125979 -0.698077</w:t>
        <w:br/>
        <w:t>v -0.125666 14.158141 -0.783825</w:t>
        <w:br/>
        <w:t>v -0.431460 13.797235 -0.695133</w:t>
        <w:br/>
        <w:t>v -0.418836 13.855368 -0.781815</w:t>
        <w:br/>
        <w:t>v -0.455183 13.876147 -0.781815</w:t>
        <w:br/>
        <w:t>v -0.483987 13.832639 -0.695133</w:t>
        <w:br/>
        <w:t>v -0.602345 14.395434 -0.713678</w:t>
        <w:br/>
        <w:t>v -0.531900 14.402384 -0.706359</w:t>
        <w:br/>
        <w:t>v -0.512537 14.425545 -0.790598</w:t>
        <w:br/>
        <w:t>v -0.584923 14.417852 -0.787469</w:t>
        <w:br/>
        <w:t>v -0.512537 14.425545 -0.790598</w:t>
        <w:br/>
        <w:t>v -0.539196 14.521141 -0.792722</w:t>
        <w:br/>
        <w:t>v -0.602894 14.496150 -0.788796</w:t>
        <w:br/>
        <w:t>v -0.584923 14.417852 -0.787469</w:t>
        <w:br/>
        <w:t>v -0.636251 14.482927 -0.776441</w:t>
        <w:br/>
        <w:t>v -0.620864 14.410438 -0.773664</w:t>
        <w:br/>
        <w:t>v -0.629891 14.398349 -0.746046</w:t>
        <w:br/>
        <w:t>v -0.620864 14.410438 -0.773664</w:t>
        <w:br/>
        <w:t>v -0.650764 14.483705 -0.749476</w:t>
        <w:br/>
        <w:t>v -0.628882 14.498127 -0.716867</w:t>
        <w:br/>
        <w:t>v -0.602345 14.395434 -0.713678</w:t>
        <w:br/>
        <w:t>v -0.629891 14.398349 -0.746046</w:t>
        <w:br/>
        <w:t>v -0.650764 14.483705 -0.749476</w:t>
        <w:br/>
        <w:t>v -0.629891 14.398349 -0.746046</w:t>
        <w:br/>
        <w:t>v -0.636251 14.482927 -0.776441</w:t>
        <w:br/>
        <w:t>v -0.602894 14.496150 -0.788796</w:t>
        <w:br/>
        <w:t>v -0.650764 14.483705 -0.749476</w:t>
        <w:br/>
        <w:t>v -0.628882 14.498127 -0.716867</w:t>
        <w:br/>
        <w:t>v -0.539196 14.521141 -0.792722</w:t>
        <w:br/>
        <w:t>v -0.577670 14.525935 -0.710026</w:t>
        <w:br/>
        <w:t>v -0.577670 14.525935 -0.710026</w:t>
        <w:br/>
        <w:t>v -0.531900 14.402384 -0.706359</w:t>
        <w:br/>
        <w:t>v -0.594017 14.680173 -0.794970</w:t>
        <w:br/>
        <w:t>v -0.618742 14.642010 -0.711398</w:t>
        <w:br/>
        <w:t>v -0.577670 14.525935 -0.710026</w:t>
        <w:br/>
        <w:t>v -0.539196 14.521141 -0.792722</w:t>
        <w:br/>
        <w:t>v -0.692529 14.632944 -0.709989</w:t>
        <w:br/>
        <w:t>v -0.618742 14.642010 -0.711398</w:t>
        <w:br/>
        <w:t>v -0.594017 14.680173 -0.794970</w:t>
        <w:br/>
        <w:t>v -0.669995 14.663731 -0.793377</w:t>
        <w:br/>
        <w:t>v -0.728766 14.848525 -0.791159</w:t>
        <w:br/>
        <w:t>v -0.759225 14.835892 -0.706734</w:t>
        <w:br/>
        <w:t>v -0.692529 14.632944 -0.709989</w:t>
        <w:br/>
        <w:t>v -0.669995 14.663731 -0.793377</w:t>
        <w:br/>
        <w:t>v -0.833627 15.037160 -0.699042</w:t>
        <w:br/>
        <w:t>v -0.789308 15.030616 -0.787004</w:t>
        <w:br/>
        <w:t>v -0.677967 14.893156 -0.790671</w:t>
        <w:br/>
        <w:t>v -0.679543 14.926152 -0.702717</w:t>
        <w:br/>
        <w:t>v -0.713311 15.008194 -0.698911</w:t>
        <w:br/>
        <w:t>v -0.727724 15.014487 -0.786664</w:t>
        <w:br/>
        <w:t>v -0.613256 15.005960 -0.696997</w:t>
        <w:br/>
        <w:t>v -0.679543 14.926152 -0.702717</w:t>
        <w:br/>
        <w:t>v -0.677967 14.893156 -0.790671</w:t>
        <w:br/>
        <w:t>v -0.580742 15.010804 -0.785977</w:t>
        <w:br/>
        <w:t>v -0.711830 15.166360 -0.688483</w:t>
        <w:br/>
        <w:t>v -0.700364 15.123776 -0.780212</w:t>
        <w:br/>
        <w:t>v -0.241605 14.929981 -0.789591</w:t>
        <w:br/>
        <w:t>v -0.232459 14.955540 -0.698806</w:t>
        <w:br/>
        <w:t>v -0.711830 15.166360 -0.688483</w:t>
        <w:br/>
        <w:t>v -0.700364 15.123776 -0.780212</w:t>
        <w:br/>
        <w:t>v -0.727724 15.014487 -0.786664</w:t>
        <w:br/>
        <w:t>v -0.713311 15.008194 -0.698911</w:t>
        <w:br/>
        <w:t>v -0.678058 15.039684 -0.695546</w:t>
        <w:br/>
        <w:t>v -0.677128 15.060755 -0.783508</w:t>
        <w:br/>
        <w:t>v -0.678058 15.039684 -0.695546</w:t>
        <w:br/>
        <w:t>v -0.613256 15.005960 -0.696997</w:t>
        <w:br/>
        <w:t>v -0.580742 15.010804 -0.785977</w:t>
        <w:br/>
        <w:t>v -0.677128 15.060755 -0.783508</w:t>
        <w:br/>
        <w:t>v -0.001571 14.126152 -0.697795</w:t>
        <w:br/>
        <w:t>v -0.001518 14.158321 -0.783490</w:t>
        <w:br/>
        <w:t>v -0.000254 14.929448 -0.790321</w:t>
        <w:br/>
        <w:t>v -0.000233 14.954903 -0.700110</w:t>
        <w:br/>
        <w:t>v -0.713311 15.008194 -0.698911</w:t>
        <w:br/>
        <w:t>v -0.833627 15.037160 -0.699042</w:t>
        <w:br/>
        <w:t>v -0.711830 15.166360 -0.688483</w:t>
        <w:br/>
        <w:t>v -0.678058 15.039684 -0.695546</w:t>
        <w:br/>
        <w:t>v -0.677128 15.060755 -0.783508</w:t>
        <w:br/>
        <w:t>v -0.700364 15.123776 -0.780212</w:t>
        <w:br/>
        <w:t>v -0.789308 15.030616 -0.787004</w:t>
        <w:br/>
        <w:t>v -0.727724 15.014487 -0.786664</w:t>
        <w:br/>
        <w:t>v -0.232459 14.955540 -0.698806</w:t>
        <w:br/>
        <w:t>v -0.613256 15.005960 -0.696997</w:t>
        <w:br/>
        <w:t>v -0.679543 14.926152 -0.702717</w:t>
        <w:br/>
        <w:t>v -0.759225 14.835892 -0.706734</w:t>
        <w:br/>
        <w:t>v -0.001571 14.126152 -0.697795</w:t>
        <w:br/>
        <w:t>v -0.110440 14.125979 -0.698077</w:t>
        <w:br/>
        <w:t>v -0.000233 14.954903 -0.700110</w:t>
        <w:br/>
        <w:t>v -0.618742 14.642010 -0.711398</w:t>
        <w:br/>
        <w:t>v -0.692529 14.632944 -0.709989</w:t>
        <w:br/>
        <w:t>v -0.577670 14.525935 -0.710026</w:t>
        <w:br/>
        <w:t>v -0.476039 14.269629 -0.702147</w:t>
        <w:br/>
        <w:t>v -0.531900 14.402384 -0.706359</w:t>
        <w:br/>
        <w:t>v -0.214320 13.967031 -0.695143</w:t>
        <w:br/>
        <w:t>v -0.400250 14.137802 -0.698001</w:t>
        <w:br/>
        <w:t>v -0.338931 13.848634 -0.695133</w:t>
        <w:br/>
        <w:t>v -0.478383 13.956752 -0.695133</w:t>
        <w:br/>
        <w:t>v -0.431460 13.797235 -0.695133</w:t>
        <w:br/>
        <w:t>v -0.483987 13.832639 -0.695133</w:t>
        <w:br/>
        <w:t>v -0.580742 15.010804 -0.785977</w:t>
        <w:br/>
        <w:t>v -0.241605 14.929981 -0.789591</w:t>
        <w:br/>
        <w:t>v -0.677967 14.893156 -0.790671</w:t>
        <w:br/>
        <w:t>v -0.728766 14.848525 -0.791159</w:t>
        <w:br/>
        <w:t>v -0.125666 14.158141 -0.783825</w:t>
        <w:br/>
        <w:t>v -0.001518 14.158321 -0.783490</w:t>
        <w:br/>
        <w:t>v -0.000254 14.929448 -0.790321</w:t>
        <w:br/>
        <w:t>v -0.669995 14.663731 -0.793377</w:t>
        <w:br/>
        <w:t>v -0.594017 14.680173 -0.794970</w:t>
        <w:br/>
        <w:t>v -0.539196 14.521141 -0.792722</w:t>
        <w:br/>
        <w:t>v -0.512537 14.425545 -0.790598</w:t>
        <w:br/>
        <w:t>v -0.448903 14.274014 -0.786506</w:t>
        <w:br/>
        <w:t>v -0.231453 14.000624 -0.781815</w:t>
        <w:br/>
        <w:t>v -0.357633 14.123049 -0.782842</w:t>
        <w:br/>
        <w:t>v -0.355649 13.891218 -0.781815</w:t>
        <w:br/>
        <w:t>v -0.446321 13.957753 -0.781815</w:t>
        <w:br/>
        <w:t>v -0.455183 13.876147 -0.781815</w:t>
        <w:br/>
        <w:t>v -0.418836 13.855368 -0.781815</w:t>
        <w:br/>
        <w:t>v 0.474746 13.956752 -0.695133</w:t>
        <w:br/>
        <w:t>v 0.397274 14.137794 -0.698013</w:t>
        <w:br/>
        <w:t>v 0.354519 14.123047 -0.782847</w:t>
        <w:br/>
        <w:t>v 0.442593 13.957753 -0.781815</w:t>
        <w:br/>
        <w:t>v 0.473579 14.269617 -0.702174</w:t>
        <w:br/>
        <w:t>v 0.446371 14.274006 -0.786525</w:t>
        <w:br/>
        <w:t>v 0.510580 14.425536 -0.790626</w:t>
        <w:br/>
        <w:t>v 0.529932 14.402373 -0.706393</w:t>
        <w:br/>
        <w:t>v 0.227861 14.000624 -0.781815</w:t>
        <w:br/>
        <w:t>v 0.210644 13.967030 -0.695144</w:t>
        <w:br/>
        <w:t>v 0.334864 13.848634 -0.695133</w:t>
        <w:br/>
        <w:t>v 0.351663 13.891218 -0.781815</w:t>
        <w:br/>
        <w:t>v 0.122650 14.158144 -0.783822</w:t>
        <w:br/>
        <w:t>v 0.107314 14.125983 -0.698072</w:t>
        <w:br/>
        <w:t>v 0.451156 13.876147 -0.781815</w:t>
        <w:br/>
        <w:t>v 0.414725 13.855368 -0.781815</w:t>
        <w:br/>
        <w:t>v 0.427221 13.797235 -0.695133</w:t>
        <w:br/>
        <w:t>v 0.479896 13.832639 -0.695133</w:t>
        <w:br/>
        <w:t>v 0.510580 14.425536 -0.790626</w:t>
        <w:br/>
        <w:t>v 0.529932 14.402373 -0.706393</w:t>
        <w:br/>
        <w:t>v 0.600301 14.395427 -0.713701</w:t>
        <w:br/>
        <w:t>v 0.582918 14.417847 -0.787487</w:t>
        <w:br/>
        <w:t>v 0.601158 14.496145 -0.788816</w:t>
        <w:br/>
        <w:t>v 0.537579 14.521134 -0.792749</w:t>
        <w:br/>
        <w:t>v 0.510580 14.425536 -0.790626</w:t>
        <w:br/>
        <w:t>v 0.582918 14.417847 -0.787487</w:t>
        <w:br/>
        <w:t>v 0.618829 14.410431 -0.773687</w:t>
        <w:br/>
        <w:t>v 0.634468 14.482921 -0.776465</w:t>
        <w:br/>
        <w:t>v 0.627828 14.398339 -0.746072</w:t>
        <w:br/>
        <w:t>v 0.618829 14.410431 -0.773687</w:t>
        <w:br/>
        <w:t>v 0.600301 14.395427 -0.713701</w:t>
        <w:br/>
        <w:t>v 0.627189 14.498120 -0.716892</w:t>
        <w:br/>
        <w:t>v 0.648997 14.483696 -0.749504</w:t>
        <w:br/>
        <w:t>v 0.627828 14.398339 -0.746072</w:t>
        <w:br/>
        <w:t>v 0.627828 14.398339 -0.746072</w:t>
        <w:br/>
        <w:t>v 0.648997 14.483696 -0.749504</w:t>
        <w:br/>
        <w:t>v 0.601158 14.496145 -0.788816</w:t>
        <w:br/>
        <w:t>v 0.634468 14.482921 -0.776465</w:t>
        <w:br/>
        <w:t>v 0.648997 14.483696 -0.749504</w:t>
        <w:br/>
        <w:t>v 0.627189 14.498120 -0.716892</w:t>
        <w:br/>
        <w:t>v 0.576087 14.525930 -0.710043</w:t>
        <w:br/>
        <w:t>v 0.537579 14.521134 -0.792749</w:t>
        <w:br/>
        <w:t>v 0.529932 14.402373 -0.706393</w:t>
        <w:br/>
        <w:t>v 0.576087 14.525930 -0.710043</w:t>
        <w:br/>
        <w:t>v 0.592875 14.680173 -0.794980</w:t>
        <w:br/>
        <w:t>v 0.537579 14.521134 -0.792749</w:t>
        <w:br/>
        <w:t>v 0.576087 14.525930 -0.710043</w:t>
        <w:br/>
        <w:t>v 0.617514 14.642011 -0.711408</w:t>
        <w:br/>
        <w:t>v 0.691267 14.632943 -0.710009</w:t>
        <w:br/>
        <w:t>v 0.668792 14.663729 -0.793397</w:t>
        <w:br/>
        <w:t>v 0.592875 14.680173 -0.794980</w:t>
        <w:br/>
        <w:t>v 0.617514 14.642011 -0.711408</w:t>
        <w:br/>
        <w:t>v 0.691267 14.632943 -0.710009</w:t>
        <w:br/>
        <w:t>v 0.758501 14.835896 -0.706721</w:t>
        <w:br/>
        <w:t>v 0.728066 14.848526 -0.791158</w:t>
        <w:br/>
        <w:t>v 0.668792 14.663729 -0.793397</w:t>
        <w:br/>
        <w:t>v 0.833324 15.037161 -0.699032</w:t>
        <w:br/>
        <w:t>v 0.788982 15.030618 -0.786992</w:t>
        <w:br/>
        <w:t>v 0.712953 15.008198 -0.698892</w:t>
        <w:br/>
        <w:t>v 0.679033 14.926154 -0.702702</w:t>
        <w:br/>
        <w:t>v 0.677375 14.893159 -0.790665</w:t>
        <w:br/>
        <w:t>v 0.727376 15.014489 -0.786652</w:t>
        <w:br/>
        <w:t>v 0.677375 14.893159 -0.790665</w:t>
        <w:br/>
        <w:t>v 0.679033 14.926154 -0.702702</w:t>
        <w:br/>
        <w:t>v 0.612896 15.005962 -0.696984</w:t>
        <w:br/>
        <w:t>v 0.580394 15.010804 -0.785971</w:t>
        <w:br/>
        <w:t>v 0.711685 15.166360 -0.688468</w:t>
        <w:br/>
        <w:t>v 0.700177 15.123778 -0.780199</w:t>
        <w:br/>
        <w:t>v 0.711685 15.166360 -0.688468</w:t>
        <w:br/>
        <w:t>v 0.232018 14.955540 -0.698815</w:t>
        <w:br/>
        <w:t>v 0.241106 14.929980 -0.789598</w:t>
        <w:br/>
        <w:t>v 0.700177 15.123778 -0.780199</w:t>
        <w:br/>
        <w:t>v 0.727376 15.014489 -0.786652</w:t>
        <w:br/>
        <w:t>v 0.676852 15.060758 -0.783494</w:t>
        <w:br/>
        <w:t>v 0.677749 15.039688 -0.695529</w:t>
        <w:br/>
        <w:t>v 0.712953 15.008198 -0.698892</w:t>
        <w:br/>
        <w:t>v 0.580394 15.010804 -0.785971</w:t>
        <w:br/>
        <w:t>v 0.612896 15.005962 -0.696984</w:t>
        <w:br/>
        <w:t>v 0.677749 15.039688 -0.695529</w:t>
        <w:br/>
        <w:t>v 0.676852 15.060758 -0.783494</w:t>
        <w:br/>
        <w:t>v 0.711685 15.166360 -0.688468</w:t>
        <w:br/>
        <w:t>v 0.833324 15.037161 -0.699032</w:t>
        <w:br/>
        <w:t>v 0.712953 15.008198 -0.698892</w:t>
        <w:br/>
        <w:t>v 0.677749 15.039688 -0.695529</w:t>
        <w:br/>
        <w:t>v 0.788982 15.030618 -0.786992</w:t>
        <w:br/>
        <w:t>v 0.700177 15.123778 -0.780199</w:t>
        <w:br/>
        <w:t>v 0.676852 15.060758 -0.783494</w:t>
        <w:br/>
        <w:t>v 0.727376 15.014489 -0.786652</w:t>
        <w:br/>
        <w:t>v 0.232018 14.955540 -0.698815</w:t>
        <w:br/>
        <w:t>v 0.612896 15.005962 -0.696984</w:t>
        <w:br/>
        <w:t>v 0.758501 14.835896 -0.706721</w:t>
        <w:br/>
        <w:t>v 0.679033 14.926154 -0.702702</w:t>
        <w:br/>
        <w:t>v 0.107314 14.125983 -0.698072</w:t>
        <w:br/>
        <w:t>v 0.691267 14.632943 -0.710009</w:t>
        <w:br/>
        <w:t>v 0.617514 14.642011 -0.711408</w:t>
        <w:br/>
        <w:t>v 0.576087 14.525930 -0.710043</w:t>
        <w:br/>
        <w:t>v 0.529932 14.402373 -0.706393</w:t>
        <w:br/>
        <w:t>v 0.473579 14.269617 -0.702174</w:t>
        <w:br/>
        <w:t>v 0.397274 14.137794 -0.698013</w:t>
        <w:br/>
        <w:t>v 0.210644 13.967030 -0.695144</w:t>
        <w:br/>
        <w:t>v 0.474746 13.956752 -0.695133</w:t>
        <w:br/>
        <w:t>v 0.334864 13.848634 -0.695133</w:t>
        <w:br/>
        <w:t>v 0.479896 13.832639 -0.695133</w:t>
        <w:br/>
        <w:t>v 0.427221 13.797235 -0.695133</w:t>
        <w:br/>
        <w:t>v 0.241106 14.929980 -0.789598</w:t>
        <w:br/>
        <w:t>v 0.580394 15.010804 -0.785971</w:t>
        <w:br/>
        <w:t>v 0.677375 14.893159 -0.790665</w:t>
        <w:br/>
        <w:t>v 0.728066 14.848526 -0.791158</w:t>
        <w:br/>
        <w:t>v 0.122650 14.158144 -0.783822</w:t>
        <w:br/>
        <w:t>v 0.668792 14.663729 -0.793397</w:t>
        <w:br/>
        <w:t>v 0.592875 14.680173 -0.794980</w:t>
        <w:br/>
        <w:t>v 0.537579 14.521134 -0.792749</w:t>
        <w:br/>
        <w:t>v 0.510580 14.425536 -0.790626</w:t>
        <w:br/>
        <w:t>v 0.446371 14.274006 -0.786525</w:t>
        <w:br/>
        <w:t>v 0.227861 14.000624 -0.781815</w:t>
        <w:br/>
        <w:t>v 0.354519 14.123047 -0.782847</w:t>
        <w:br/>
        <w:t>v 0.351663 13.891218 -0.781815</w:t>
        <w:br/>
        <w:t>v 0.442593 13.957753 -0.781815</w:t>
        <w:br/>
        <w:t>v 0.414725 13.855368 -0.781815</w:t>
        <w:br/>
        <w:t>v 0.451156 13.876147 -0.781815</w:t>
        <w:br/>
        <w:t>v -0.183173 14.046925 -0.692970</w:t>
        <w:br/>
        <w:t>v -0.188272 14.118177 -0.691893</w:t>
        <w:br/>
        <w:t>v 0.192883 14.118182 -0.691883</w:t>
        <w:br/>
        <w:t>v 0.187498 14.046928 -0.692965</w:t>
        <w:br/>
        <w:t>v -0.157172 14.119216 -0.849321</w:t>
        <w:br/>
        <w:t>v -0.183173 14.046925 -0.692970</w:t>
        <w:br/>
        <w:t>v 0.187498 14.046928 -0.692965</w:t>
        <w:br/>
        <w:t>v 0.161700 14.119216 -0.849321</w:t>
        <w:br/>
        <w:t>v -0.158953 14.186998 -0.853202</w:t>
        <w:br/>
        <w:t>v -0.157172 14.119216 -0.849321</w:t>
        <w:br/>
        <w:t>v 0.161700 14.119216 -0.849321</w:t>
        <w:br/>
        <w:t>v 0.163742 14.186999 -0.853200</w:t>
        <w:br/>
        <w:t>v 0.003100 14.567997 -0.863121</w:t>
        <w:br/>
        <w:t>v 0.294150 14.283046 -0.854416</w:t>
        <w:br/>
        <w:t>v 0.384886 14.413219 -0.857941</w:t>
        <w:br/>
        <w:t>v 0.417632 14.567813 -0.861494</w:t>
        <w:br/>
        <w:t>v 0.497218 14.566163 -0.707255</w:t>
        <w:br/>
        <w:t>v 0.458355 14.752049 -0.704041</w:t>
        <w:br/>
        <w:t>v 0.386339 14.723444 -0.863287</w:t>
        <w:br/>
        <w:t>v 0.417632 14.567813 -0.861494</w:t>
        <w:br/>
        <w:t>v 0.386339 14.723444 -0.863287</w:t>
        <w:br/>
        <w:t>v 0.295897 14.855888 -0.861132</w:t>
        <w:br/>
        <w:t>v 0.351392 14.908998 -0.695968</w:t>
        <w:br/>
        <w:t>v 0.295897 14.855888 -0.861132</w:t>
        <w:br/>
        <w:t>v 0.195945 15.025183 -0.687346</w:t>
        <w:br/>
        <w:t>v 0.165189 14.953202 -0.859423</w:t>
        <w:br/>
        <w:t>v 0.165189 14.953202 -0.859423</w:t>
        <w:br/>
        <w:t>v 0.384886 14.413219 -0.857941</w:t>
        <w:br/>
        <w:t>v 0.456741 14.383710 -0.702170</w:t>
        <w:br/>
        <w:t>v 0.497218 14.566163 -0.707255</w:t>
        <w:br/>
        <w:t>v 0.456741 14.383710 -0.702170</w:t>
        <w:br/>
        <w:t>v 0.192168 14.489743 -0.701105</w:t>
        <w:br/>
        <w:t>v 0.208174 14.565885 -0.702345</w:t>
        <w:br/>
        <w:t>v 0.294150 14.283046 -0.854416</w:t>
        <w:br/>
        <w:t>v 0.347672 14.231017 -0.696663</w:t>
        <w:br/>
        <w:t>v 0.347672 14.231017 -0.696663</w:t>
        <w:br/>
        <w:t>v 0.147292 14.425903 -0.698853</w:t>
        <w:br/>
        <w:t>v 0.192542 14.642818 -0.701566</w:t>
        <w:br/>
        <w:t>v 0.458355 14.752049 -0.704041</w:t>
        <w:br/>
        <w:t>v 0.147900 14.708191 -0.699677</w:t>
        <w:br/>
        <w:t>v 0.351392 14.908998 -0.695968</w:t>
        <w:br/>
        <w:t>v 0.208174 14.565885 -0.702345</w:t>
        <w:br/>
        <w:t>v 0.150150 14.594823 -0.450100</w:t>
        <w:br/>
        <w:t>v 0.192542 14.642818 -0.701566</w:t>
        <w:br/>
        <w:t>v 0.086169 14.688500 -0.445658</w:t>
        <w:br/>
        <w:t>v 0.147900 14.708191 -0.699677</w:t>
        <w:br/>
        <w:t>v 0.163742 14.186999 -0.853200</w:t>
        <w:br/>
        <w:t>v 0.192883 14.118182 -0.691883</w:t>
        <w:br/>
        <w:t>v 0.187498 14.046928 -0.692965</w:t>
        <w:br/>
        <w:t>v 0.161700 14.119216 -0.849321</w:t>
        <w:br/>
        <w:t>v -0.157892 14.953201 -0.859437</w:t>
        <w:br/>
        <w:t>v -0.098964 15.021873 -0.853972</w:t>
        <w:br/>
        <w:t>v 0.106397 15.021894 -0.853933</w:t>
        <w:br/>
        <w:t>v -0.116336 15.097922 -0.684988</w:t>
        <w:br/>
        <w:t>v -0.098964 15.021873 -0.853972</w:t>
        <w:br/>
        <w:t>v 0.106397 15.021894 -0.853933</w:t>
        <w:br/>
        <w:t>v 0.123933 15.097956 -0.684859</w:t>
        <w:br/>
        <w:t>v -0.188384 15.025166 -0.687163</w:t>
        <w:br/>
        <w:t>v -0.157892 14.953201 -0.859437</w:t>
        <w:br/>
        <w:t>v -0.288857 14.855883 -0.861145</w:t>
        <w:br/>
        <w:t>v -0.288857 14.855883 -0.861145</w:t>
        <w:br/>
        <w:t>v -0.344130 14.909005 -0.695987</w:t>
        <w:br/>
        <w:t>v 0.195945 15.025183 -0.687346</w:t>
        <w:br/>
        <w:t>v -0.188384 15.025166 -0.687163</w:t>
        <w:br/>
        <w:t>v -0.116336 15.097922 -0.684988</w:t>
        <w:br/>
        <w:t>v 0.123933 15.097956 -0.684859</w:t>
        <w:br/>
        <w:t>v -0.379685 14.723442 -0.863338</w:t>
        <w:br/>
        <w:t>v -0.379685 14.723442 -0.863338</w:t>
        <w:br/>
        <w:t>v -0.451496 14.752076 -0.704068</w:t>
        <w:br/>
        <w:t>v -0.490933 14.566140 -0.707387</w:t>
        <w:br/>
        <w:t>v -0.411470 14.567800 -0.861569</w:t>
        <w:br/>
        <w:t>v -0.490933 14.566140 -0.707387</w:t>
        <w:br/>
        <w:t>v -0.451496 14.752076 -0.704068</w:t>
        <w:br/>
        <w:t>v -0.185915 14.642818 -0.701588</w:t>
        <w:br/>
        <w:t>v -0.201786 14.565878 -0.702380</w:t>
        <w:br/>
        <w:t>v -0.186049 14.489737 -0.701133</w:t>
        <w:br/>
        <w:t>v -0.451075 14.383674 -0.702266</w:t>
        <w:br/>
        <w:t>v -0.079936 14.444340 -0.452018</w:t>
        <w:br/>
        <w:t>v -0.141429 14.425905 -0.698844</w:t>
        <w:br/>
        <w:t>v -0.186049 14.489737 -0.701133</w:t>
        <w:br/>
        <w:t>v -0.143693 14.537228 -0.451853</w:t>
        <w:br/>
        <w:t>v -0.141429 14.425905 -0.698844</w:t>
        <w:br/>
        <w:t>v -0.342566 14.231009 -0.696680</w:t>
        <w:br/>
        <w:t>v -0.201786 14.565878 -0.702380</w:t>
        <w:br/>
        <w:t>v -0.120706 14.648017 -0.447738</w:t>
        <w:br/>
        <w:t>v -0.185915 14.642818 -0.701588</w:t>
        <w:br/>
        <w:t>v -0.141103 14.708185 -0.699688</w:t>
        <w:br/>
        <w:t>v -0.451075 14.383674 -0.702266</w:t>
        <w:br/>
        <w:t>v -0.379274 14.413208 -0.857980</w:t>
        <w:br/>
        <w:t>v -0.411470 14.567800 -0.861569</w:t>
        <w:br/>
        <w:t>v -0.379274 14.413208 -0.857980</w:t>
        <w:br/>
        <w:t>v -0.342566 14.231009 -0.696680</w:t>
        <w:br/>
        <w:t>v -0.289004 14.283048 -0.854411</w:t>
        <w:br/>
        <w:t>v -0.289004 14.283048 -0.854411</w:t>
        <w:br/>
        <w:t>v -0.141103 14.708185 -0.699688</w:t>
        <w:br/>
        <w:t>v -0.344130 14.909005 -0.695987</w:t>
        <w:br/>
        <w:t>v -0.188272 14.118177 -0.691893</w:t>
        <w:br/>
        <w:t>v -0.158953 14.186998 -0.853202</w:t>
        <w:br/>
        <w:t>v -0.183173 14.046925 -0.692970</w:t>
        <w:br/>
        <w:t>v -0.157172 14.119216 -0.849321</w:t>
        <w:br/>
        <w:t>v -0.075075 14.383611 -0.696765</w:t>
        <w:br/>
        <w:t>v 0.002804 14.368941 -0.695658</w:t>
        <w:br/>
        <w:t>v 0.080762 14.383589 -0.696820</w:t>
        <w:br/>
        <w:t>v -0.075075 14.383611 -0.696765</w:t>
        <w:br/>
        <w:t>v 0.032196 14.422935 -0.451502</w:t>
        <w:br/>
        <w:t>v 0.002804 14.368941 -0.695658</w:t>
        <w:br/>
        <w:t>v 0.080762 14.383589 -0.696820</w:t>
        <w:br/>
        <w:t>v 0.127719 14.484352 -0.452479</w:t>
        <w:br/>
        <w:t>v 0.147292 14.425903 -0.698853</w:t>
        <w:br/>
        <w:t>v 0.192168 14.489743 -0.701105</w:t>
        <w:br/>
        <w:t>v 0.127719 14.484352 -0.452479</w:t>
        <w:br/>
        <w:t>v 0.192168 14.489743 -0.701105</w:t>
        <w:br/>
        <w:t>v -0.074554 14.751629 -0.698097</w:t>
        <w:br/>
        <w:t>v -0.025486 14.710424 -0.444117</w:t>
        <w:br/>
        <w:t>v 0.003464 14.766682 -0.697476</w:t>
        <w:br/>
        <w:t>v 0.081459 14.751653 -0.698085</w:t>
        <w:br/>
        <w:t>v 0.081459 14.751653 -0.698085</w:t>
        <w:br/>
        <w:t>v 0.003464 14.766682 -0.697476</w:t>
        <w:br/>
        <w:t>v -0.074554 14.751629 -0.698097</w:t>
        <w:br/>
        <w:t>v -0.029150 14.530728 -2.186866</w:t>
        <w:br/>
        <w:t>v -0.029151 14.513992 -2.210432</w:t>
        <w:br/>
        <w:t>v 0.028440 14.513992 -2.210432</w:t>
        <w:br/>
        <w:t>v 0.028440 14.530728 -2.186866</w:t>
        <w:br/>
        <w:t>v -0.029123 14.513998 -2.239557</w:t>
        <w:br/>
        <w:t>v 0.028453 14.513998 -2.239557</w:t>
        <w:br/>
        <w:t>v -0.029078 14.530746 -2.263116</w:t>
        <w:br/>
        <w:t>v 0.028475 14.530746 -2.263116</w:t>
        <w:br/>
        <w:t>v -0.029078 14.530746 -2.263116</w:t>
        <w:br/>
        <w:t>v -0.029035 14.557837 -2.272110</w:t>
        <w:br/>
        <w:t>v 0.028495 14.557837 -2.272110</w:t>
        <w:br/>
        <w:t>v 0.028475 14.530746 -2.263116</w:t>
        <w:br/>
        <w:t>v -0.029009 14.584924 -2.263104</w:t>
        <w:br/>
        <w:t>v 0.028507 14.584924 -2.263104</w:t>
        <w:br/>
        <w:t>v -0.029008 14.601662 -2.239538</w:t>
        <w:br/>
        <w:t>v 0.028508 14.601662 -2.239538</w:t>
        <w:br/>
        <w:t>v -0.029032 14.601654 -2.210413</w:t>
        <w:br/>
        <w:t>v 0.028496 14.601654 -2.210413</w:t>
        <w:br/>
        <w:t>v -0.029074 14.584908 -2.186854</w:t>
        <w:br/>
        <w:t>v 0.028476 14.584908 -2.186854</w:t>
        <w:br/>
        <w:t>v -0.029120 14.557817 -2.177860</w:t>
        <w:br/>
        <w:t>v 0.028455 14.557817 -2.177860</w:t>
        <w:br/>
        <w:t>v -0.029006 14.557845 -2.305015</w:t>
        <w:br/>
        <w:t>v -0.029035 14.557837 -2.272110</w:t>
        <w:br/>
        <w:t>v -0.029078 14.530746 -2.263116</w:t>
        <w:br/>
        <w:t>v -0.029057 14.524248 -2.295013</w:t>
        <w:br/>
        <w:t>v 0.028509 14.557845 -2.305015</w:t>
        <w:br/>
        <w:t>v 0.028485 14.524248 -2.295013</w:t>
        <w:br/>
        <w:t>v 0.028475 14.530746 -2.263116</w:t>
        <w:br/>
        <w:t>v 0.028495 14.557837 -2.272110</w:t>
        <w:br/>
        <w:t>v 0.028455 14.557817 -2.177860</w:t>
        <w:br/>
        <w:t>v 0.028440 14.530728 -2.186866</w:t>
        <w:br/>
        <w:t>v 0.028392 14.506989 -2.118811</w:t>
        <w:br/>
        <w:t>v 0.028433 14.557817 -2.127953</w:t>
        <w:br/>
        <w:t>v -0.029252 14.506989 -2.118811</w:t>
        <w:br/>
        <w:t>v -0.029150 14.530728 -2.186866</w:t>
        <w:br/>
        <w:t>v -0.029120 14.557817 -2.177860</w:t>
        <w:br/>
        <w:t>v -0.029165 14.557817 -2.127953</w:t>
        <w:br/>
        <w:t>v -0.029123 14.513998 -2.239557</w:t>
        <w:br/>
        <w:t>v -0.029149 14.480793 -2.259632</w:t>
        <w:br/>
        <w:t>v -0.029241 14.475446 -2.178205</w:t>
        <w:br/>
        <w:t>v -0.029151 14.513992 -2.210432</w:t>
        <w:br/>
        <w:t>v -0.030046 14.388528 -1.501481</w:t>
        <w:br/>
        <w:t>v -0.029740 14.519225 -1.506947</w:t>
        <w:br/>
        <w:t>v -0.029764 14.517026 -1.471515</w:t>
        <w:br/>
        <w:t>v -0.029974 14.436659 -1.427490</w:t>
        <w:br/>
        <w:t>v -0.030277 14.308801 -1.442972</w:t>
        <w:br/>
        <w:t>v -0.030217 14.317210 -1.502914</w:t>
        <w:br/>
        <w:t>v -0.029399 14.412433 -2.125441</w:t>
        <w:br/>
        <w:t>v -0.029371 14.454507 -2.086872</w:t>
        <w:br/>
        <w:t>v -0.030521 14.205054 -1.466648</w:t>
        <w:br/>
        <w:t>v -0.030412 14.232337 -1.521694</w:t>
        <w:br/>
        <w:t>v -0.030706 14.115570 -1.517304</w:t>
        <w:br/>
        <w:t>v -0.030553 14.160163 -1.565432</w:t>
        <w:br/>
        <w:t>v -0.030788 14.051665 -1.596994</w:t>
        <w:br/>
        <w:t>v -0.030612 14.111105 -1.628337</w:t>
        <w:br/>
        <w:t>v -0.030745 14.022707 -1.696137</w:t>
        <w:br/>
        <w:t>v -0.030576 14.091078 -1.703573</w:t>
        <w:br/>
        <w:t>v -0.030583 14.036322 -1.797127</w:t>
        <w:br/>
        <w:t>v -0.030450 14.104627 -1.780505</w:t>
        <w:br/>
        <w:t>v -0.030347 14.087477 -1.885769</w:t>
        <w:br/>
        <w:t>v -0.030268 14.148938 -1.844931</w:t>
        <w:br/>
        <w:t>v -0.030088 14.166278 -1.951237</w:t>
        <w:br/>
        <w:t>v -0.030075 14.214451 -1.884784</w:t>
        <w:br/>
        <w:t>v -0.029850 14.260072 -1.986874</w:t>
        <w:br/>
        <w:t>v -0.029888 14.298786 -1.891649</w:t>
        <w:br/>
        <w:t>v -0.029703 14.329950 -1.994539</w:t>
        <w:br/>
        <w:t>v -0.029561 14.407781 -1.988726</w:t>
        <w:br/>
        <w:t>v -0.029747 14.383819 -1.859269</w:t>
        <w:br/>
        <w:t>v -0.029549 14.362999 -2.070828</w:t>
        <w:br/>
        <w:t>v -0.029489 14.417991 -2.036462</w:t>
        <w:br/>
        <w:t>v -0.029633 14.420284 -1.898097</w:t>
        <w:br/>
        <w:t>v -0.029564 14.473987 -1.860331</w:t>
        <w:br/>
        <w:t>v -0.029788 14.390798 -1.804848</w:t>
        <w:br/>
        <w:t>v -0.029580 14.489053 -1.810876</w:t>
        <w:br/>
        <w:t>v -0.029676 14.459233 -1.771098</w:t>
        <w:br/>
        <w:t>v -0.029759 14.421031 -1.768571</w:t>
        <w:br/>
        <w:t>v -0.029584 14.598606 -1.471515</w:t>
        <w:br/>
        <w:t>v -0.029571 14.596408 -1.506947</w:t>
        <w:br/>
        <w:t>v -0.029311 14.727103 -1.501480</w:t>
        <w:br/>
        <w:t>v -0.029435 14.678973 -1.427490</w:t>
        <w:br/>
        <w:t>v -0.029181 14.798423 -1.502914</w:t>
        <w:br/>
        <w:t>v -0.029187 14.806833 -1.442972</w:t>
        <w:br/>
        <w:t>v -0.028972 14.593193 -2.295019</w:t>
        <w:br/>
        <w:t>v -0.029009 14.584924 -2.263104</w:t>
        <w:br/>
        <w:t>v -0.028954 14.633022 -2.259674</w:t>
        <w:br/>
        <w:t>v -0.029008 14.601662 -2.239538</w:t>
        <w:br/>
        <w:t>v -0.029008 14.640188 -2.178205</w:t>
        <w:br/>
        <w:t>v -0.029032 14.601654 -2.210413</w:t>
        <w:br/>
        <w:t>v -0.029074 14.584908 -2.186854</w:t>
        <w:br/>
        <w:t>v -0.029012 14.910580 -1.466648</w:t>
        <w:br/>
        <w:t>v -0.029037 14.883298 -1.521694</w:t>
        <w:br/>
        <w:t>v -0.028880 15.000064 -1.517303</w:t>
        <w:br/>
        <w:t>v -0.028922 14.955470 -1.565432</w:t>
        <w:br/>
        <w:t>v -0.028793 15.063966 -1.596994</w:t>
        <w:br/>
        <w:t>v -0.028846 15.004528 -1.628337</w:t>
        <w:br/>
        <w:t>v -0.028805 15.024554 -1.703573</w:t>
        <w:br/>
        <w:t>v -0.028748 15.092925 -1.696137</w:t>
        <w:br/>
        <w:t>v -0.028796 15.011006 -1.780505</w:t>
        <w:br/>
        <w:t>v -0.028736 15.079309 -1.797127</w:t>
        <w:br/>
        <w:t>v -0.028817 14.966694 -1.844931</w:t>
        <w:br/>
        <w:t>v -0.028751 15.028156 -1.885769</w:t>
        <w:br/>
        <w:t>v -0.028869 14.901184 -1.884784</w:t>
        <w:br/>
        <w:t>v -0.028795 14.949355 -1.951236</w:t>
        <w:br/>
        <w:t>v -0.028968 14.816846 -1.891649</w:t>
        <w:br/>
        <w:t>v -0.028872 14.855561 -1.986874</w:t>
        <w:br/>
        <w:t>v -0.028950 14.785684 -1.994539</w:t>
        <w:br/>
        <w:t>v -0.029058 14.707853 -1.988726</w:t>
        <w:br/>
        <w:t>v -0.029109 14.731814 -1.859269</w:t>
        <w:br/>
        <w:t>v -0.029099 14.608645 -2.118811</w:t>
        <w:br/>
        <w:t>v -0.028968 14.703199 -2.125441</w:t>
        <w:br/>
        <w:t>v -0.029052 14.661124 -2.086872</w:t>
        <w:br/>
        <w:t>v -0.028944 14.752633 -2.070828</w:t>
        <w:br/>
        <w:t>v -0.029039 14.697641 -2.036462</w:t>
        <w:br/>
        <w:t>v -0.029140 14.695350 -1.898097</w:t>
        <w:br/>
        <w:t>v -0.029156 14.723871 -1.804848</w:t>
        <w:br/>
        <w:t>v -0.029258 14.640038 -1.860331</w:t>
        <w:br/>
        <w:t>v -0.029318 14.626927 -1.810063</w:t>
        <w:br/>
        <w:t>v -0.029293 14.656399 -1.771098</w:t>
        <w:br/>
        <w:t>v -0.029227 14.694603 -1.768571</w:t>
        <w:br/>
        <w:t>v 0.028441 14.480793 -2.259632</w:t>
        <w:br/>
        <w:t>v 0.028453 14.513998 -2.239557</w:t>
        <w:br/>
        <w:t>v 0.028397 14.475446 -2.178205</w:t>
        <w:br/>
        <w:t>v 0.028440 14.513992 -2.210432</w:t>
        <w:br/>
        <w:t>v 0.028149 14.517026 -1.471515</w:t>
        <w:br/>
        <w:t>v 0.028160 14.519225 -1.506947</w:t>
        <w:br/>
        <w:t>v 0.028015 14.388528 -1.501481</w:t>
        <w:br/>
        <w:t>v 0.028049 14.436659 -1.427490</w:t>
        <w:br/>
        <w:t>v 0.027933 14.317210 -1.502914</w:t>
        <w:br/>
        <w:t>v 0.027905 14.308801 -1.442972</w:t>
        <w:br/>
        <w:t>v 0.028322 14.412433 -2.125441</w:t>
        <w:br/>
        <w:t>v 0.028335 14.454507 -2.086872</w:t>
        <w:br/>
        <w:t>v 0.027789 14.205054 -1.466648</w:t>
        <w:br/>
        <w:t>v 0.027841 14.232337 -1.521694</w:t>
        <w:br/>
        <w:t>v 0.027701 14.115570 -1.517304</w:t>
        <w:br/>
        <w:t>v 0.027774 14.160163 -1.565432</w:t>
        <w:br/>
        <w:t>v 0.027662 14.051665 -1.596994</w:t>
        <w:br/>
        <w:t>v 0.027746 14.111105 -1.628337</w:t>
        <w:br/>
        <w:t>v 0.027763 14.091078 -1.703573</w:t>
        <w:br/>
        <w:t>v 0.027683 14.022707 -1.696137</w:t>
        <w:br/>
        <w:t>v 0.027823 14.104627 -1.780505</w:t>
        <w:br/>
        <w:t>v 0.027760 14.036322 -1.797127</w:t>
        <w:br/>
        <w:t>v 0.027909 14.148938 -1.844931</w:t>
        <w:br/>
        <w:t>v 0.027872 14.087477 -1.885769</w:t>
        <w:br/>
        <w:t>v 0.028001 14.214451 -1.884784</w:t>
        <w:br/>
        <w:t>v 0.027994 14.166278 -1.951237</w:t>
        <w:br/>
        <w:t>v 0.028090 14.298786 -1.891649</w:t>
        <w:br/>
        <w:t>v 0.028108 14.260072 -1.986874</w:t>
        <w:br/>
        <w:t>v 0.028178 14.329950 -1.994539</w:t>
        <w:br/>
        <w:t>v 0.028251 14.362999 -2.070828</w:t>
        <w:br/>
        <w:t>v 0.028279 14.417991 -2.036462</w:t>
        <w:br/>
        <w:t>v 0.028245 14.407781 -1.988726</w:t>
        <w:br/>
        <w:t>v 0.028157 14.383819 -1.859269</w:t>
        <w:br/>
        <w:t>v 0.028211 14.420284 -1.898097</w:t>
        <w:br/>
        <w:t>v 0.028137 14.390798 -1.804848</w:t>
        <w:br/>
        <w:t>v 0.028243 14.473987 -1.860331</w:t>
        <w:br/>
        <w:t>v 0.028236 14.489053 -1.810876</w:t>
        <w:br/>
        <w:t>v 0.028190 14.459233 -1.771098</w:t>
        <w:br/>
        <w:t>v 0.028151 14.421031 -1.768571</w:t>
        <w:br/>
        <w:t>v 0.028364 14.727103 -1.501480</w:t>
        <w:br/>
        <w:t>v 0.028240 14.596408 -1.506947</w:t>
        <w:br/>
        <w:t>v 0.028234 14.598606 -1.471515</w:t>
        <w:br/>
        <w:t>v 0.028305 14.678973 -1.427490</w:t>
        <w:br/>
        <w:t>v 0.028423 14.806833 -1.442972</w:t>
        <w:br/>
        <w:t>v 0.028426 14.798423 -1.502914</w:t>
        <w:br/>
        <w:t>v 0.028507 14.584924 -2.263104</w:t>
        <w:br/>
        <w:t>v 0.028525 14.593193 -2.295019</w:t>
        <w:br/>
        <w:t>v 0.028508 14.601662 -2.239538</w:t>
        <w:br/>
        <w:t>v 0.028533 14.633022 -2.259674</w:t>
        <w:br/>
        <w:t>v 0.028508 14.640188 -2.178205</w:t>
        <w:br/>
        <w:t>v 0.028496 14.601654 -2.210413</w:t>
        <w:br/>
        <w:t>v 0.028476 14.584908 -2.186854</w:t>
        <w:br/>
        <w:t>v 0.028506 14.910580 -1.466648</w:t>
        <w:br/>
        <w:t>v 0.028494 14.883298 -1.521694</w:t>
        <w:br/>
        <w:t>v 0.028569 15.000064 -1.517303</w:t>
        <w:br/>
        <w:t>v 0.028549 14.955470 -1.565432</w:t>
        <w:br/>
        <w:t>v 0.028610 15.063966 -1.596994</w:t>
        <w:br/>
        <w:t>v 0.028585 15.004528 -1.628337</w:t>
        <w:br/>
        <w:t>v 0.028631 15.092925 -1.696137</w:t>
        <w:br/>
        <w:t>v 0.028604 15.024554 -1.703573</w:t>
        <w:br/>
        <w:t>v 0.028637 15.079309 -1.797127</w:t>
        <w:br/>
        <w:t>v 0.028609 15.011006 -1.780505</w:t>
        <w:br/>
        <w:t>v 0.028630 15.028156 -1.885769</w:t>
        <w:br/>
        <w:t>v 0.028599 14.966694 -1.844931</w:t>
        <w:br/>
        <w:t>v 0.028609 14.949355 -1.951236</w:t>
        <w:br/>
        <w:t>v 0.028574 14.901184 -1.884784</w:t>
        <w:br/>
        <w:t>v 0.028572 14.855561 -1.986874</w:t>
        <w:br/>
        <w:t>v 0.028527 14.816846 -1.891649</w:t>
        <w:br/>
        <w:t>v 0.028535 14.785684 -1.994539</w:t>
        <w:br/>
        <w:t>v 0.028484 14.707853 -1.988726</w:t>
        <w:br/>
        <w:t>v 0.028460 14.731814 -1.859269</w:t>
        <w:br/>
        <w:t>v 0.028464 14.608645 -2.118811</w:t>
        <w:br/>
        <w:t>v 0.028527 14.703199 -2.125441</w:t>
        <w:br/>
        <w:t>v 0.028487 14.661124 -2.086872</w:t>
        <w:br/>
        <w:t>v 0.028538 14.752633 -2.070828</w:t>
        <w:br/>
        <w:t>v 0.028493 14.697641 -2.036462</w:t>
        <w:br/>
        <w:t>v 0.028445 14.695350 -1.898097</w:t>
        <w:br/>
        <w:t>v 0.028389 14.640038 -1.860331</w:t>
        <w:br/>
        <w:t>v 0.028438 14.723871 -1.804848</w:t>
        <w:br/>
        <w:t>v 0.028361 14.626927 -1.810063</w:t>
        <w:br/>
        <w:t>v 0.028404 14.694603 -1.768571</w:t>
        <w:br/>
        <w:t>v 0.028373 14.656399 -1.771098</w:t>
        <w:br/>
        <w:t>v 0.027760 14.036322 -1.797127</w:t>
        <w:br/>
        <w:t>v -0.030583 14.036322 -1.797127</w:t>
        <w:br/>
        <w:t>v -0.030745 14.022707 -1.696137</w:t>
        <w:br/>
        <w:t>v 0.027683 14.022707 -1.696137</w:t>
        <w:br/>
        <w:t>v -0.030788 14.051665 -1.596994</w:t>
        <w:br/>
        <w:t>v 0.027662 14.051665 -1.596994</w:t>
        <w:br/>
        <w:t>v 0.027872 14.087477 -1.885769</w:t>
        <w:br/>
        <w:t>v -0.030347 14.087477 -1.885769</w:t>
        <w:br/>
        <w:t>v -0.030706 14.115570 -1.517304</w:t>
        <w:br/>
        <w:t>v 0.027701 14.115570 -1.517304</w:t>
        <w:br/>
        <w:t>v -0.030521 14.205054 -1.466648</w:t>
        <w:br/>
        <w:t>v 0.027789 14.205054 -1.466648</w:t>
        <w:br/>
        <w:t>v 0.027774 14.160163 -1.565432</w:t>
        <w:br/>
        <w:t>v -0.030553 14.160163 -1.565432</w:t>
        <w:br/>
        <w:t>v -0.030612 14.111105 -1.628337</w:t>
        <w:br/>
        <w:t>v 0.027746 14.111105 -1.628337</w:t>
        <w:br/>
        <w:t>v -0.030576 14.091078 -1.703573</w:t>
        <w:br/>
        <w:t>v 0.027763 14.091078 -1.703573</w:t>
        <w:br/>
        <w:t>v 0.027841 14.232337 -1.521694</w:t>
        <w:br/>
        <w:t>v -0.030412 14.232337 -1.521694</w:t>
        <w:br/>
        <w:t>v -0.030450 14.104627 -1.780505</w:t>
        <w:br/>
        <w:t>v 0.027823 14.104627 -1.780505</w:t>
        <w:br/>
        <w:t>v -0.030268 14.148938 -1.844931</w:t>
        <w:br/>
        <w:t>v 0.027909 14.148938 -1.844931</w:t>
        <w:br/>
        <w:t>v -0.030277 14.308801 -1.442972</w:t>
        <w:br/>
        <w:t>v 0.027905 14.308801 -1.442972</w:t>
        <w:br/>
        <w:t>v 0.027933 14.317210 -1.502914</w:t>
        <w:br/>
        <w:t>v -0.030217 14.317210 -1.502914</w:t>
        <w:br/>
        <w:t>v 0.028015 14.388528 -1.501481</w:t>
        <w:br/>
        <w:t>v -0.030046 14.388528 -1.501481</w:t>
        <w:br/>
        <w:t>v -0.029974 14.436659 -1.427490</w:t>
        <w:br/>
        <w:t>v 0.028049 14.436659 -1.427490</w:t>
        <w:br/>
        <w:t>v 0.028160 14.519225 -1.506947</w:t>
        <w:br/>
        <w:t>v -0.029740 14.519225 -1.506947</w:t>
        <w:br/>
        <w:t>v -0.029764 14.517026 -1.471515</w:t>
        <w:br/>
        <w:t>v 0.028149 14.517026 -1.471515</w:t>
        <w:br/>
        <w:t>v 0.027994 14.166278 -1.951237</w:t>
        <w:br/>
        <w:t>v -0.030088 14.166278 -1.951237</w:t>
        <w:br/>
        <w:t>v -0.030075 14.214451 -1.884784</w:t>
        <w:br/>
        <w:t>v 0.028001 14.214451 -1.884784</w:t>
        <w:br/>
        <w:t>v -0.029888 14.298786 -1.891649</w:t>
        <w:br/>
        <w:t>v 0.028090 14.298786 -1.891649</w:t>
        <w:br/>
        <w:t>v 0.028108 14.260072 -1.986874</w:t>
        <w:br/>
        <w:t>v -0.029850 14.260072 -1.986874</w:t>
        <w:br/>
        <w:t>v 0.028178 14.329950 -1.994539</w:t>
        <w:br/>
        <w:t>v -0.029703 14.329950 -1.994539</w:t>
        <w:br/>
        <w:t>v -0.029747 14.383819 -1.859269</w:t>
        <w:br/>
        <w:t>v 0.028157 14.383819 -1.859269</w:t>
        <w:br/>
        <w:t>v 0.028251 14.362999 -2.070828</w:t>
        <w:br/>
        <w:t>v -0.029549 14.362999 -2.070828</w:t>
        <w:br/>
        <w:t>v -0.029703 14.329950 -1.994539</w:t>
        <w:br/>
        <w:t>v 0.028178 14.329950 -1.994539</w:t>
        <w:br/>
        <w:t>v 0.028322 14.412433 -2.125441</w:t>
        <w:br/>
        <w:t>v -0.029399 14.412433 -2.125441</w:t>
        <w:br/>
        <w:t>v -0.029788 14.390798 -1.804848</w:t>
        <w:br/>
        <w:t>v 0.028137 14.390798 -1.804848</w:t>
        <w:br/>
        <w:t>v 0.028157 14.383819 -1.859269</w:t>
        <w:br/>
        <w:t>v -0.029747 14.383819 -1.859269</w:t>
        <w:br/>
        <w:t>v 0.028211 14.420284 -1.898097</w:t>
        <w:br/>
        <w:t>v -0.029633 14.420284 -1.898097</w:t>
        <w:br/>
        <w:t>v -0.029561 14.407781 -1.988726</w:t>
        <w:br/>
        <w:t>v 0.028245 14.407781 -1.988726</w:t>
        <w:br/>
        <w:t>v -0.029489 14.417991 -2.036462</w:t>
        <w:br/>
        <w:t>v 0.028279 14.417991 -2.036462</w:t>
        <w:br/>
        <w:t>v 0.028243 14.473987 -1.860331</w:t>
        <w:br/>
        <w:t>v -0.029564 14.473987 -1.860331</w:t>
        <w:br/>
        <w:t>v -0.029371 14.454507 -2.086872</w:t>
        <w:br/>
        <w:t>v 0.028335 14.454507 -2.086872</w:t>
        <w:br/>
        <w:t>v 0.028236 14.489053 -1.810876</w:t>
        <w:br/>
        <w:t>v -0.029580 14.489053 -1.810876</w:t>
        <w:br/>
        <w:t>v -0.029676 14.459233 -1.771098</w:t>
        <w:br/>
        <w:t>v 0.028190 14.459233 -1.771098</w:t>
        <w:br/>
        <w:t>v 0.028151 14.421031 -1.768571</w:t>
        <w:br/>
        <w:t>v -0.029759 14.421031 -1.768571</w:t>
        <w:br/>
        <w:t>v -0.029252 14.506989 -2.118811</w:t>
        <w:br/>
        <w:t>v 0.028392 14.506989 -2.118811</w:t>
        <w:br/>
        <w:t>v 0.028397 14.475446 -2.178205</w:t>
        <w:br/>
        <w:t>v -0.029241 14.475446 -2.178205</w:t>
        <w:br/>
        <w:t>v 0.028441 14.480793 -2.259632</w:t>
        <w:br/>
        <w:t>v -0.029149 14.480793 -2.259632</w:t>
        <w:br/>
        <w:t>v -0.029165 14.557817 -2.127953</w:t>
        <w:br/>
        <w:t>v 0.028433 14.557817 -2.127953</w:t>
        <w:br/>
        <w:t>v -0.029099 14.608645 -2.118811</w:t>
        <w:br/>
        <w:t>v 0.028464 14.608645 -2.118811</w:t>
        <w:br/>
        <w:t>v 0.028485 14.524248 -2.295013</w:t>
        <w:br/>
        <w:t>v -0.029057 14.524248 -2.295013</w:t>
        <w:br/>
        <w:t>v 0.028509 14.557845 -2.305015</w:t>
        <w:br/>
        <w:t>v -0.029006 14.557845 -2.305015</w:t>
        <w:br/>
        <w:t>v 0.028525 14.593193 -2.295019</w:t>
        <w:br/>
        <w:t>v -0.028972 14.593193 -2.295019</w:t>
        <w:br/>
        <w:t>v 0.028533 14.633022 -2.259674</w:t>
        <w:br/>
        <w:t>v -0.028954 14.633022 -2.259674</w:t>
        <w:br/>
        <w:t>v -0.029052 14.661124 -2.086872</w:t>
        <w:br/>
        <w:t>v 0.028487 14.661124 -2.086872</w:t>
        <w:br/>
        <w:t>v 0.028610 15.063966 -1.596994</w:t>
        <w:br/>
        <w:t>v -0.028793 15.063966 -1.596994</w:t>
        <w:br/>
        <w:t>v -0.028748 15.092925 -1.696137</w:t>
        <w:br/>
        <w:t>v 0.028631 15.092925 -1.696137</w:t>
        <w:br/>
        <w:t>v -0.028736 15.079309 -1.797127</w:t>
        <w:br/>
        <w:t>v 0.028637 15.079309 -1.797127</w:t>
        <w:br/>
        <w:t>v 0.028569 15.000064 -1.517303</w:t>
        <w:br/>
        <w:t>v -0.028880 15.000064 -1.517303</w:t>
        <w:br/>
        <w:t>v -0.028751 15.028156 -1.885769</w:t>
        <w:br/>
        <w:t>v 0.028630 15.028156 -1.885769</w:t>
        <w:br/>
        <w:t>v 0.028506 14.910580 -1.466648</w:t>
        <w:br/>
        <w:t>v -0.029012 14.910580 -1.466648</w:t>
        <w:br/>
        <w:t>v 0.028604 15.024554 -1.703573</w:t>
        <w:br/>
        <w:t>v -0.028805 15.024554 -1.703573</w:t>
        <w:br/>
        <w:t>v -0.028846 15.004528 -1.628337</w:t>
        <w:br/>
        <w:t>v 0.028585 15.004528 -1.628337</w:t>
        <w:br/>
        <w:t>v -0.028922 14.955470 -1.565432</w:t>
        <w:br/>
        <w:t>v 0.028549 14.955470 -1.565432</w:t>
        <w:br/>
        <w:t>v 0.028609 15.011006 -1.780505</w:t>
        <w:br/>
        <w:t>v -0.028796 15.011006 -1.780505</w:t>
        <w:br/>
        <w:t>v -0.029037 14.883298 -1.521694</w:t>
        <w:br/>
        <w:t>v 0.028494 14.883298 -1.521694</w:t>
        <w:br/>
        <w:t>v 0.028599 14.966694 -1.844931</w:t>
        <w:br/>
        <w:t>v -0.028817 14.966694 -1.844931</w:t>
        <w:br/>
        <w:t>v 0.028423 14.806833 -1.442972</w:t>
        <w:br/>
        <w:t>v -0.029187 14.806833 -1.442972</w:t>
        <w:br/>
        <w:t>v -0.029181 14.798423 -1.502914</w:t>
        <w:br/>
        <w:t>v 0.028426 14.798423 -1.502914</w:t>
        <w:br/>
        <w:t>v -0.029311 14.727103 -1.501480</w:t>
        <w:br/>
        <w:t>v 0.028364 14.727103 -1.501480</w:t>
        <w:br/>
        <w:t>v 0.028305 14.678973 -1.427490</w:t>
        <w:br/>
        <w:t>v -0.029435 14.678973 -1.427490</w:t>
        <w:br/>
        <w:t>v -0.029571 14.596408 -1.506947</w:t>
        <w:br/>
        <w:t>v 0.028240 14.596408 -1.506947</w:t>
        <w:br/>
        <w:t>v 0.028234 14.598606 -1.471515</w:t>
        <w:br/>
        <w:t>v -0.029584 14.598606 -1.471515</w:t>
        <w:br/>
        <w:t>v -0.028795 14.949355 -1.951236</w:t>
        <w:br/>
        <w:t>v 0.028609 14.949355 -1.951236</w:t>
        <w:br/>
        <w:t>v 0.028574 14.901184 -1.884784</w:t>
        <w:br/>
        <w:t>v -0.028869 14.901184 -1.884784</w:t>
        <w:br/>
        <w:t>v 0.028527 14.816846 -1.891649</w:t>
        <w:br/>
        <w:t>v -0.028968 14.816846 -1.891649</w:t>
        <w:br/>
        <w:t>v -0.028872 14.855561 -1.986874</w:t>
        <w:br/>
        <w:t>v 0.028572 14.855561 -1.986874</w:t>
        <w:br/>
        <w:t>v -0.028950 14.785684 -1.994539</w:t>
        <w:br/>
        <w:t>v 0.028535 14.785684 -1.994539</w:t>
        <w:br/>
        <w:t>v 0.028460 14.731814 -1.859269</w:t>
        <w:br/>
        <w:t>v -0.029109 14.731814 -1.859269</w:t>
        <w:br/>
        <w:t>v -0.028944 14.752633 -2.070828</w:t>
        <w:br/>
        <w:t>v 0.028538 14.752633 -2.070828</w:t>
        <w:br/>
        <w:t>v 0.028535 14.785684 -1.994539</w:t>
        <w:br/>
        <w:t>v -0.028950 14.785684 -1.994539</w:t>
        <w:br/>
        <w:t>v -0.028968 14.703199 -2.125441</w:t>
        <w:br/>
        <w:t>v 0.028527 14.703199 -2.125441</w:t>
        <w:br/>
        <w:t>v 0.028438 14.723871 -1.804848</w:t>
        <w:br/>
        <w:t>v -0.029156 14.723871 -1.804848</w:t>
        <w:br/>
        <w:t>v -0.029109 14.731814 -1.859269</w:t>
        <w:br/>
        <w:t>v 0.028460 14.731814 -1.859269</w:t>
        <w:br/>
        <w:t>v 0.028404 14.694603 -1.768571</w:t>
        <w:br/>
        <w:t>v -0.029227 14.694603 -1.768571</w:t>
        <w:br/>
        <w:t>v 0.028493 14.697641 -2.036462</w:t>
        <w:br/>
        <w:t>v -0.029039 14.697641 -2.036462</w:t>
        <w:br/>
        <w:t>v -0.029058 14.707853 -1.988726</w:t>
        <w:br/>
        <w:t>v 0.028484 14.707853 -1.988726</w:t>
        <w:br/>
        <w:t>v -0.029140 14.695350 -1.898097</w:t>
        <w:br/>
        <w:t>v 0.028445 14.695350 -1.898097</w:t>
        <w:br/>
        <w:t>v -0.029258 14.640038 -1.860331</w:t>
        <w:br/>
        <w:t>v 0.028389 14.640038 -1.860331</w:t>
        <w:br/>
        <w:t>v 0.028373 14.656399 -1.771098</w:t>
        <w:br/>
        <w:t>v -0.029293 14.656399 -1.771098</w:t>
        <w:br/>
        <w:t>v -0.029008 14.640188 -2.178205</w:t>
        <w:br/>
        <w:t>v 0.028508 14.640188 -2.178205</w:t>
        <w:br/>
        <w:t>v -0.029318 14.626927 -1.810063</w:t>
        <w:br/>
        <w:t>v 0.028361 14.626927 -1.810063</w:t>
        <w:br/>
        <w:t>v 0.034521 14.811177 -1.455912</w:t>
        <w:br/>
        <w:t>v 0.034421 14.706618 -1.319796</w:t>
        <w:br/>
        <w:t>v -0.035517 14.706618 -1.319796</w:t>
        <w:br/>
        <w:t>v -0.035267 14.811177 -1.455912</w:t>
        <w:br/>
        <w:t>v 0.034325 14.590935 -1.371203</w:t>
        <w:br/>
        <w:t>v 0.034407 14.674025 -1.425041</w:t>
        <w:br/>
        <w:t>v -0.035553 14.674025 -1.425041</w:t>
        <w:br/>
        <w:t>v -0.035760 14.590935 -1.371203</w:t>
        <w:br/>
        <w:t>v 0.034521 14.811177 -1.455912</w:t>
        <w:br/>
        <w:t>v -0.035267 14.811177 -1.455912</w:t>
        <w:br/>
        <w:t>v 0.034365 14.642165 -1.319798</w:t>
        <w:br/>
        <w:t>v -0.035659 14.642165 -1.319798</w:t>
        <w:br/>
        <w:t>v 0.034365 14.642165 -1.319798</w:t>
        <w:br/>
        <w:t>v 0.034359 14.640133 -1.278525</w:t>
        <w:br/>
        <w:t>v -0.035675 14.640133 -1.278525</w:t>
        <w:br/>
        <w:t>v -0.035659 14.642165 -1.319798</w:t>
        <w:br/>
        <w:t>v 0.034409 14.703143 -1.209743</w:t>
        <w:br/>
        <w:t>v -0.035547 14.703143 -1.209743</w:t>
        <w:br/>
        <w:t>v 0.034368 14.658123 -1.172817</w:t>
        <w:br/>
        <w:t>v 0.034308 14.590935 -1.214813</w:t>
        <w:br/>
        <w:t>v -0.035803 14.590935 -1.214813</w:t>
        <w:br/>
        <w:t>v -0.035652 14.658123 -1.172817</w:t>
        <w:br/>
        <w:t>v 0.034406 14.701754 -1.162682</w:t>
        <w:br/>
        <w:t>v -0.035556 14.701754 -1.162682</w:t>
        <w:br/>
        <w:t>v 0.034406 14.701754 -1.162682</w:t>
        <w:br/>
        <w:t>v -0.035556 14.701754 -1.162682</w:t>
        <w:br/>
        <w:t>v -0.035517 14.706618 -1.319796</w:t>
        <w:br/>
        <w:t>v -0.035553 14.674025 -1.425041</w:t>
        <w:br/>
        <w:t>v -0.035267 14.811177 -1.455912</w:t>
        <w:br/>
        <w:t>v -0.035659 14.642165 -1.319798</w:t>
        <w:br/>
        <w:t>v -0.035760 14.590935 -1.371203</w:t>
        <w:br/>
        <w:t>v -0.035803 14.590935 -1.214813</w:t>
        <w:br/>
        <w:t>v -0.035675 14.640133 -1.278525</w:t>
        <w:br/>
        <w:t>v -0.035652 14.658123 -1.172817</w:t>
        <w:br/>
        <w:t>v -0.035547 14.703143 -1.209743</w:t>
        <w:br/>
        <w:t>v -0.035556 14.701754 -1.162682</w:t>
        <w:br/>
        <w:t>v 0.034407 14.674025 -1.425041</w:t>
        <w:br/>
        <w:t>v 0.034421 14.706618 -1.319796</w:t>
        <w:br/>
        <w:t>v 0.034521 14.811177 -1.455912</w:t>
        <w:br/>
        <w:t>v 0.034365 14.642165 -1.319798</w:t>
        <w:br/>
        <w:t>v 0.034325 14.590935 -1.371203</w:t>
        <w:br/>
        <w:t>v 0.034308 14.590935 -1.214813</w:t>
        <w:br/>
        <w:t>v 0.034359 14.640133 -1.278525</w:t>
        <w:br/>
        <w:t>v 0.034409 14.703143 -1.209743</w:t>
        <w:br/>
        <w:t>v 0.034368 14.658123 -1.172817</w:t>
        <w:br/>
        <w:t>v 0.034406 14.701754 -1.162682</w:t>
        <w:br/>
        <w:t>v 0.034058 14.304989 -1.455913</w:t>
        <w:br/>
        <w:t>v 0.034191 14.442142 -1.425041</w:t>
        <w:br/>
        <w:t>v -0.036097 14.442142 -1.425041</w:t>
        <w:br/>
        <w:t>v -0.036432 14.304989 -1.455913</w:t>
        <w:br/>
        <w:t>v 0.034262 14.525233 -1.371203</w:t>
        <w:br/>
        <w:t>v -0.035917 14.525233 -1.371203</w:t>
        <w:br/>
        <w:t>v 0.034138 14.409551 -1.319796</w:t>
        <w:br/>
        <w:t>v 0.034058 14.304989 -1.455913</w:t>
        <w:br/>
        <w:t>v -0.036432 14.304989 -1.455913</w:t>
        <w:br/>
        <w:t>v -0.036229 14.409551 -1.319796</w:t>
        <w:br/>
        <w:t>v 0.034204 14.474001 -1.319798</w:t>
        <w:br/>
        <w:t>v -0.036064 14.474001 -1.319798</w:t>
        <w:br/>
        <w:t>v 0.034201 14.476034 -1.278525</w:t>
        <w:br/>
        <w:t>v 0.034204 14.474001 -1.319798</w:t>
        <w:br/>
        <w:t>v -0.036064 14.474001 -1.319798</w:t>
        <w:br/>
        <w:t>v -0.036072 14.476034 -1.278525</w:t>
        <w:br/>
        <w:t>v 0.034129 14.413024 -1.209743</w:t>
        <w:br/>
        <w:t>v -0.036252 14.413024 -1.209743</w:t>
        <w:br/>
        <w:t>v 0.034173 14.458046 -1.172817</w:t>
        <w:br/>
        <w:t>v 0.034128 14.414412 -1.162682</w:t>
        <w:br/>
        <w:t>v -0.036256 14.414412 -1.162682</w:t>
        <w:br/>
        <w:t>v -0.036141 14.458046 -1.172817</w:t>
        <w:br/>
        <w:t>v 0.034128 14.414412 -1.162682</w:t>
        <w:br/>
        <w:t>v -0.036256 14.414412 -1.162682</w:t>
        <w:br/>
        <w:t>v 0.034244 14.525233 -1.214813</w:t>
        <w:br/>
        <w:t>v -0.035964 14.525233 -1.214813</w:t>
        <w:br/>
        <w:t>v -0.036097 14.442142 -1.425041</w:t>
        <w:br/>
        <w:t>v -0.036229 14.409551 -1.319796</w:t>
        <w:br/>
        <w:t>v -0.036432 14.304989 -1.455913</w:t>
        <w:br/>
        <w:t>v -0.036064 14.474001 -1.319798</w:t>
        <w:br/>
        <w:t>v -0.035917 14.525233 -1.371203</w:t>
        <w:br/>
        <w:t>v -0.035964 14.525233 -1.214813</w:t>
        <w:br/>
        <w:t>v -0.036072 14.476034 -1.278525</w:t>
        <w:br/>
        <w:t>v -0.036252 14.413024 -1.209743</w:t>
        <w:br/>
        <w:t>v -0.036141 14.458046 -1.172817</w:t>
        <w:br/>
        <w:t>v -0.036256 14.414412 -1.162682</w:t>
        <w:br/>
        <w:t>v 0.034138 14.409551 -1.319796</w:t>
        <w:br/>
        <w:t>v 0.034191 14.442142 -1.425041</w:t>
        <w:br/>
        <w:t>v 0.034058 14.304989 -1.455913</w:t>
        <w:br/>
        <w:t>v 0.034204 14.474001 -1.319798</w:t>
        <w:br/>
        <w:t>v 0.034262 14.525233 -1.371203</w:t>
        <w:br/>
        <w:t>v 0.034244 14.525233 -1.214813</w:t>
        <w:br/>
        <w:t>v 0.034201 14.476034 -1.278525</w:t>
        <w:br/>
        <w:t>v 0.034173 14.458046 -1.172817</w:t>
        <w:br/>
        <w:t>v 0.034129 14.413024 -1.209743</w:t>
        <w:br/>
        <w:t>v 0.034128 14.414412 -1.162682</w:t>
        <w:br/>
        <w:t>v 0.292257 14.678891 -0.697529</w:t>
        <w:br/>
        <w:t>v 0.289219 14.887520 -0.688052</w:t>
        <w:br/>
        <w:t>v 0.273731 14.884092 -0.604212</w:t>
        <w:br/>
        <w:t>v 0.277626 14.679644 -0.616810</w:t>
        <w:br/>
        <w:t>v 0.101747 15.148520 -0.583768</w:t>
        <w:br/>
        <w:t>v 0.110836 15.162847 -0.668478</w:t>
        <w:br/>
        <w:t>v 0.289219 14.887520 -0.688052</w:t>
        <w:br/>
        <w:t>v 0.292257 14.678891 -0.697529</w:t>
        <w:br/>
        <w:t>v 0.317609 14.623297 -0.698427</w:t>
        <w:br/>
        <w:t>v 0.312790 14.930843 -0.684886</w:t>
        <w:br/>
        <w:t>v 0.135273 15.206048 -0.665363</w:t>
        <w:br/>
        <w:t>v 0.110836 15.162847 -0.668478</w:t>
        <w:br/>
        <w:t>v -0.135395 15.206049 -0.665360</w:t>
        <w:br/>
        <w:t>v -0.110979 15.162848 -0.668472</w:t>
        <w:br/>
        <w:t>v -0.313264 14.930844 -0.684882</w:t>
        <w:br/>
        <w:t>v -0.289790 14.887521 -0.688046</w:t>
        <w:br/>
        <w:t>v -0.313264 14.930844 -0.684882</w:t>
        <w:br/>
        <w:t>v -0.135395 15.206049 -0.665360</w:t>
        <w:br/>
        <w:t>v -0.144464 15.222981 -0.578540</w:t>
        <w:br/>
        <w:t>v -0.330483 14.937203 -0.599470</w:t>
        <w:br/>
        <w:t>v 0.135273 15.206048 -0.665363</w:t>
        <w:br/>
        <w:t>v 0.144356 15.222980 -0.578542</w:t>
        <w:br/>
        <w:t>v 0.101747 15.148520 -0.583768</w:t>
        <w:br/>
        <w:t>v -0.101930 15.148520 -0.583759</w:t>
        <w:br/>
        <w:t>v -0.144464 15.222981 -0.578540</w:t>
        <w:br/>
        <w:t>v 0.144356 15.222980 -0.578542</w:t>
        <w:br/>
        <w:t>v -0.274305 14.884093 -0.604205</w:t>
        <w:br/>
        <w:t>v -0.330483 14.937203 -0.599470</w:t>
        <w:br/>
        <w:t>v -0.110979 15.162848 -0.668472</w:t>
        <w:br/>
        <w:t>v -0.101930 15.148520 -0.583759</w:t>
        <w:br/>
        <w:t>v 0.330039 14.937202 -0.599471</w:t>
        <w:br/>
        <w:t>v 0.273731 14.884092 -0.604212</w:t>
        <w:br/>
        <w:t>v 0.312790 14.930843 -0.684886</w:t>
        <w:br/>
        <w:t>v 0.330039 14.937202 -0.599471</w:t>
        <w:br/>
        <w:t>v -0.337055 14.607512 -0.619812</w:t>
        <w:br/>
        <w:t>v -0.318882 14.623299 -0.698425</w:t>
        <w:br/>
        <w:t>v 0.335776 14.607512 -0.619814</w:t>
        <w:br/>
        <w:t>v 0.317609 14.623297 -0.698427</w:t>
        <w:br/>
        <w:t>v -0.318882 14.623299 -0.698425</w:t>
        <w:br/>
        <w:t>v -0.337055 14.607512 -0.619812</w:t>
        <w:br/>
        <w:t>v -0.318882 14.623299 -0.698425</w:t>
        <w:br/>
        <w:t>v -0.293367 14.678894 -0.697525</w:t>
        <w:br/>
        <w:t>v -0.289790 14.887521 -0.688046</w:t>
        <w:br/>
        <w:t>v -0.274305 14.884093 -0.604205</w:t>
        <w:br/>
        <w:t>v 0.317609 14.623297 -0.698427</w:t>
        <w:br/>
        <w:t>v 0.335776 14.607512 -0.619814</w:t>
        <w:br/>
        <w:t>v 0.335776 14.607512 -0.619814</w:t>
        <w:br/>
        <w:t>v 0.277626 14.679644 -0.616810</w:t>
        <w:br/>
        <w:t>v -0.293367 14.678894 -0.697525</w:t>
        <w:br/>
        <w:t>v -0.278710 14.679646 -0.616803</w:t>
        <w:br/>
        <w:t>v -0.278710 14.679646 -0.616803</w:t>
        <w:br/>
        <w:t>v -0.337055 14.607512 -0.619812</w:t>
        <w:br/>
        <w:t>v -0.278710 14.679646 -0.616803</w:t>
        <w:br/>
        <w:t>v -0.293367 14.678894 -0.697525</w:t>
        <w:br/>
        <w:t>v 0.292257 14.678891 -0.697529</w:t>
        <w:br/>
        <w:t>v 0.277626 14.679644 -0.616810</w:t>
        <w:br/>
        <w:t>v 0.522373 17.771616 -0.730647</w:t>
        <w:br/>
        <w:t>v 0.477781 17.761461 -0.742353</w:t>
        <w:br/>
        <w:t>v 0.518014 17.853832 -0.669384</w:t>
        <w:br/>
        <w:t>v 0.543756 17.820818 -0.692095</w:t>
        <w:br/>
        <w:t>v 0.667406 17.726553 -0.753567</w:t>
        <w:br/>
        <w:t>v 0.693196 17.693863 -0.775579</w:t>
        <w:br/>
        <w:t>v 0.733424 17.786226 -0.702617</w:t>
        <w:br/>
        <w:t>v 0.688789 17.775759 -0.715022</w:t>
        <w:br/>
        <w:t>v 0.733424 17.786226 -0.702617</w:t>
        <w:br/>
        <w:t>v 0.734233 17.797007 -0.719229</w:t>
        <w:br/>
        <w:t>v 0.694008 17.704609 -0.792104</w:t>
        <w:br/>
        <w:t>v 0.693196 17.693863 -0.775579</w:t>
        <w:br/>
        <w:t>v 0.518014 17.853832 -0.669384</w:t>
        <w:br/>
        <w:t>v 0.518821 17.864635 -0.686026</w:t>
        <w:br/>
        <w:t>v 0.734233 17.797007 -0.719229</w:t>
        <w:br/>
        <w:t>v 0.733424 17.786226 -0.702617</w:t>
        <w:br/>
        <w:t>v 0.478591 17.772226 -0.758908</w:t>
        <w:br/>
        <w:t>v 0.477781 17.761461 -0.742353</w:t>
        <w:br/>
        <w:t>v 0.693196 17.693863 -0.775579</w:t>
        <w:br/>
        <w:t>v 0.694008 17.704609 -0.792104</w:t>
        <w:br/>
        <w:t>v 0.694008 17.704609 -0.792104</w:t>
        <w:br/>
        <w:t>v 0.734233 17.797007 -0.719229</w:t>
        <w:br/>
        <w:t>v 0.690063 17.787477 -0.730511</w:t>
        <w:br/>
        <w:t>v 0.668674 17.738216 -0.768989</w:t>
        <w:br/>
        <w:t>v 0.545049 17.832705 -0.707811</w:t>
        <w:br/>
        <w:t>v 0.543756 17.820818 -0.692095</w:t>
        <w:br/>
        <w:t>v 0.688789 17.775759 -0.715022</w:t>
        <w:br/>
        <w:t>v 0.690063 17.787477 -0.730511</w:t>
        <w:br/>
        <w:t>v 0.518821 17.864635 -0.686026</w:t>
        <w:br/>
        <w:t>v 0.545049 17.832705 -0.707811</w:t>
        <w:br/>
        <w:t>v 0.667406 17.726553 -0.753567</w:t>
        <w:br/>
        <w:t>v 0.668674 17.738216 -0.768989</w:t>
        <w:br/>
        <w:t>v 0.690063 17.787477 -0.730511</w:t>
        <w:br/>
        <w:t>v 0.688789 17.775759 -0.715022</w:t>
        <w:br/>
        <w:t>v 0.522373 17.771616 -0.730647</w:t>
        <w:br/>
        <w:t>v 0.523660 17.783451 -0.746291</w:t>
        <w:br/>
        <w:t>v 0.668674 17.738216 -0.768989</w:t>
        <w:br/>
        <w:t>v 0.667406 17.726553 -0.753567</w:t>
        <w:br/>
        <w:t>v 0.545049 17.832705 -0.707811</w:t>
        <w:br/>
        <w:t>v 0.523660 17.783451 -0.746291</w:t>
        <w:br/>
        <w:t>v 0.522373 17.771616 -0.730647</w:t>
        <w:br/>
        <w:t>v 0.543756 17.820818 -0.692095</w:t>
        <w:br/>
        <w:t>v 0.478591 17.772226 -0.758908</w:t>
        <w:br/>
        <w:t>v 0.523660 17.783451 -0.746291</w:t>
        <w:br/>
        <w:t>v 0.478591 17.772226 -0.758908</w:t>
        <w:br/>
        <w:t>v 0.518821 17.864635 -0.686026</w:t>
        <w:br/>
        <w:t>v 0.518014 17.853832 -0.669384</w:t>
        <w:br/>
        <w:t>v 0.477781 17.761461 -0.742353</w:t>
        <w:br/>
        <w:t>v 0.786873 17.899181 -0.637680</w:t>
        <w:br/>
        <w:t>v 0.778935 17.881182 -0.651984</w:t>
        <w:br/>
        <w:t>v 0.777961 17.872389 -0.640367</w:t>
        <w:br/>
        <w:t>v 0.785891 17.890379 -0.626057</w:t>
        <w:br/>
        <w:t>v 0.750597 17.940201 -0.610899</w:t>
        <w:br/>
        <w:t>v 0.749483 17.930124 -0.597621</w:t>
        <w:br/>
        <w:t>v 0.785891 17.890379 -0.626057</w:t>
        <w:br/>
        <w:t>v 0.777961 17.872389 -0.640367</w:t>
        <w:br/>
        <w:t>v 0.716617 17.852020 -0.659567</w:t>
        <w:br/>
        <w:t>v 0.749483 17.930124 -0.597621</w:t>
        <w:br/>
        <w:t>v 0.717726 17.862089 -0.672854</w:t>
        <w:br/>
        <w:t>v 0.778935 17.881182 -0.651984</w:t>
        <w:br/>
        <w:t>v 0.786873 17.899181 -0.637680</w:t>
        <w:br/>
        <w:t>v 0.750597 17.940201 -0.610899</w:t>
        <w:br/>
        <w:t>v 0.716617 17.852020 -0.659567</w:t>
        <w:br/>
        <w:t>v 0.717726 17.862089 -0.672854</w:t>
        <w:br/>
        <w:t>v 0.586643 17.904129 -0.651934</w:t>
        <w:br/>
        <w:t>v 0.556111 17.952642 -0.616419</w:t>
        <w:br/>
        <w:t>v 0.555145 17.943832 -0.604810</w:t>
        <w:br/>
        <w:t>v 0.585533 17.894058 -0.638646</w:t>
        <w:br/>
        <w:t>v 0.586643 17.904129 -0.651934</w:t>
        <w:br/>
        <w:t>v 0.623295 17.980885 -0.590431</w:t>
        <w:br/>
        <w:t>v 0.564255 17.970568 -0.602153</w:t>
        <w:br/>
        <w:t>v 0.556111 17.952642 -0.616419</w:t>
        <w:br/>
        <w:t>v 0.563290 17.961756 -0.590533</w:t>
        <w:br/>
        <w:t>v 0.622183 17.970812 -0.577150</w:t>
        <w:br/>
        <w:t>v 0.585533 17.894058 -0.638646</w:t>
        <w:br/>
        <w:t>v 0.555145 17.943832 -0.604810</w:t>
        <w:br/>
        <w:t>v 0.563290 17.961756 -0.590533</w:t>
        <w:br/>
        <w:t>v 0.564255 17.970568 -0.602153</w:t>
        <w:br/>
        <w:t>v 0.623295 17.980885 -0.590431</w:t>
        <w:br/>
        <w:t>v 0.622183 17.970812 -0.577150</w:t>
        <w:br/>
        <w:t>v 0.674351 17.882387 -0.663730</w:t>
        <w:br/>
        <w:t>v 0.634270 17.895241 -0.657341</w:t>
        <w:br/>
        <w:t>v 0.632259 17.877028 -0.633313</w:t>
        <w:br/>
        <w:t>v 0.672341 17.864162 -0.639703</w:t>
        <w:br/>
        <w:t>v 0.570260 17.849552 -0.697130</w:t>
        <w:br/>
        <w:t>v 0.568268 17.831472 -0.673280</w:t>
        <w:br/>
        <w:t>v 0.632259 17.877028 -0.633313</w:t>
        <w:br/>
        <w:t>v 0.634270 17.895241 -0.657341</w:t>
        <w:br/>
        <w:t>v 0.717596 17.802286 -0.720621</w:t>
        <w:br/>
        <w:t>v 0.693302 17.894180 -0.653257</w:t>
        <w:br/>
        <w:t>v 0.674351 17.882387 -0.663730</w:t>
        <w:br/>
        <w:t>v 0.686569 17.812241 -0.715674</w:t>
        <w:br/>
        <w:t>v 0.686569 17.812241 -0.715674</w:t>
        <w:br/>
        <w:t>v 0.684577 17.794155 -0.691816</w:t>
        <w:br/>
        <w:t>v 0.753067 17.772179 -0.702733</w:t>
        <w:br/>
        <w:t>v 0.717596 17.802286 -0.720621</w:t>
        <w:br/>
        <w:t>v 0.674351 17.882387 -0.663730</w:t>
        <w:br/>
        <w:t>v 0.672341 17.864162 -0.639703</w:t>
        <w:br/>
        <w:t>v 0.684577 17.794155 -0.691816</w:t>
        <w:br/>
        <w:t>v 0.686569 17.812241 -0.715674</w:t>
        <w:br/>
        <w:t>v 0.814970 17.993401 -0.566253</w:t>
        <w:br/>
        <w:t>v 0.813034 17.975843 -0.543080</w:t>
        <w:br/>
        <w:t>v 0.614378 18.039581 -0.511419</w:t>
        <w:br/>
        <w:t>v 0.616311 18.057112 -0.534548</w:t>
        <w:br/>
        <w:t>v 0.627862 18.090012 -0.508649</w:t>
        <w:br/>
        <w:t>v 0.616311 18.057112 -0.534548</w:t>
        <w:br/>
        <w:t>v 0.614378 18.039581 -0.511419</w:t>
        <w:br/>
        <w:t>v 0.625927 18.072458 -0.485489</w:t>
        <w:br/>
        <w:t>v 0.591636 18.100674 -0.503590</w:t>
        <w:br/>
        <w:t>v 0.627862 18.090012 -0.508649</w:t>
        <w:br/>
        <w:t>v 0.625927 18.072458 -0.485489</w:t>
        <w:br/>
        <w:t>v 0.589701 18.083124 -0.480440</w:t>
        <w:br/>
        <w:t>v 0.594898 17.972816 -0.563741</w:t>
        <w:br/>
        <w:t>v 0.618510 17.961924 -0.570023</w:t>
        <w:br/>
        <w:t>v 0.620435 17.979420 -0.593104</w:t>
        <w:br/>
        <w:t>v 0.596824 17.990313 -0.586818</w:t>
        <w:br/>
        <w:t>v 0.596824 17.990313 -0.586818</w:t>
        <w:br/>
        <w:t>v 0.620435 17.979420 -0.593104</w:t>
        <w:br/>
        <w:t>v 0.628899 17.989738 -0.597433</w:t>
        <w:br/>
        <w:t>v 0.601644 18.000658 -0.590977</w:t>
        <w:br/>
        <w:t>v 0.574484 18.048710 -0.557125</w:t>
        <w:br/>
        <w:t>v 0.565965 18.042410 -0.549898</w:t>
        <w:br/>
        <w:t>v 0.565965 18.042410 -0.549898</w:t>
        <w:br/>
        <w:t>v 0.564038 18.024902 -0.526800</w:t>
        <w:br/>
        <w:t>v 0.591985 17.912241 -0.609971</w:t>
        <w:br/>
        <w:t>v 0.593911 17.929703 -0.633003</w:t>
        <w:br/>
        <w:t>v 0.620435 17.979420 -0.593104</w:t>
        <w:br/>
        <w:t>v 0.618510 17.961924 -0.570023</w:t>
        <w:br/>
        <w:t>v 0.589701 18.083124 -0.480440</w:t>
        <w:br/>
        <w:t>v 0.591636 18.100674 -0.503590</w:t>
        <w:br/>
        <w:t>v 0.595601 18.099483 -0.516568</w:t>
        <w:br/>
        <w:t>v 0.591636 18.100674 -0.503590</w:t>
        <w:br/>
        <w:t>v 0.627862 18.090012 -0.508649</w:t>
        <w:br/>
        <w:t>v 0.591636 18.100674 -0.503590</w:t>
        <w:br/>
        <w:t>v 0.595601 18.099483 -0.516568</w:t>
        <w:br/>
        <w:t>v 0.620552 18.092703 -0.519627</w:t>
        <w:br/>
        <w:t>v 0.609009 18.058517 -0.546953</w:t>
        <w:br/>
        <w:t>v 0.616311 18.057112 -0.534548</w:t>
        <w:br/>
        <w:t>v 0.627862 18.090012 -0.508649</w:t>
        <w:br/>
        <w:t>v 0.620552 18.092703 -0.519627</w:t>
        <w:br/>
        <w:t>v 0.628294 17.927195 -0.644892</w:t>
        <w:br/>
        <w:t>v 0.600538 17.933510 -0.642283</w:t>
        <w:br/>
        <w:t>v 0.516121 17.877823 -0.691231</w:t>
        <w:br/>
        <w:t>v 0.539607 17.870577 -0.694764</w:t>
        <w:br/>
        <w:t>v 0.539233 17.859509 -0.692181</w:t>
        <w:br/>
        <w:t>v 0.629294 17.914715 -0.643053</w:t>
        <w:br/>
        <w:t>v 0.501696 17.870852 -0.685321</w:t>
        <w:br/>
        <w:t>v 0.501696 17.870852 -0.685321</w:t>
        <w:br/>
        <w:t>v 0.516121 17.877823 -0.691231</w:t>
        <w:br/>
        <w:t>v 0.593911 17.929703 -0.633003</w:t>
        <w:br/>
        <w:t>v 0.499780 17.853443 -0.662365</w:t>
        <w:br/>
        <w:t>v 0.501696 17.870852 -0.685321</w:t>
        <w:br/>
        <w:t>v 0.539233 17.859509 -0.692181</w:t>
        <w:br/>
        <w:t>v 0.501696 17.870852 -0.685321</w:t>
        <w:br/>
        <w:t>v 0.499780 17.853443 -0.662365</w:t>
        <w:br/>
        <w:t>v 0.628899 17.989738 -0.597433</w:t>
        <w:br/>
        <w:t>v 0.620435 17.979420 -0.593104</w:t>
        <w:br/>
        <w:t>v 0.700650 17.903999 -0.656435</w:t>
        <w:br/>
        <w:t>v 0.722873 17.811804 -0.724014</w:t>
        <w:br/>
        <w:t>v 0.754991 17.789627 -0.725741</w:t>
        <w:br/>
        <w:t>v 0.746135 17.804066 -0.727940</w:t>
        <w:br/>
        <w:t>v 0.726417 17.893139 -0.662372</w:t>
        <w:br/>
        <w:t>v 0.749154 17.951170 -0.616627</w:t>
        <w:br/>
        <w:t>v 0.746135 17.804066 -0.727940</w:t>
        <w:br/>
        <w:t>v 0.754991 17.789627 -0.725741</w:t>
        <w:br/>
        <w:t>v 0.732002 17.885422 -0.655045</w:t>
        <w:br/>
        <w:t>v 0.751054 17.937536 -0.613950</w:t>
        <w:br/>
        <w:t>v 0.749154 17.951170 -0.616627</w:t>
        <w:br/>
        <w:t>v 0.817901 17.991529 -0.580291</w:t>
        <w:br/>
        <w:t>v 0.814970 17.993401 -0.566253</w:t>
        <w:br/>
        <w:t>v 0.616311 18.057112 -0.534548</w:t>
        <w:br/>
        <w:t>v 0.867552 18.012197 -0.547626</w:t>
        <w:br/>
        <w:t>v 0.865614 17.994598 -0.524415</w:t>
        <w:br/>
        <w:t>v 0.830133 18.006933 -0.518039</w:t>
        <w:br/>
        <w:t>v 0.832074 18.024525 -0.541241</w:t>
        <w:br/>
        <w:t>v 0.836143 18.023567 -0.554032</w:t>
        <w:br/>
        <w:t>v 0.832074 18.024525 -0.541241</w:t>
        <w:br/>
        <w:t>v 0.814970 17.993401 -0.566253</w:t>
        <w:br/>
        <w:t>v 0.836123 17.964809 -0.598884</w:t>
        <w:br/>
        <w:t>v 0.860142 18.014652 -0.558786</w:t>
        <w:br/>
        <w:t>v 0.867552 18.012197 -0.547626</w:t>
        <w:br/>
        <w:t>v 0.832074 18.024525 -0.541241</w:t>
        <w:br/>
        <w:t>v 0.814970 17.993401 -0.566253</w:t>
        <w:br/>
        <w:t>v 0.832074 18.024525 -0.541241</w:t>
        <w:br/>
        <w:t>v 0.830133 18.006933 -0.518039</w:t>
        <w:br/>
        <w:t>v 0.813034 17.975843 -0.543080</w:t>
        <w:br/>
        <w:t>v 0.839238 17.936609 -0.570657</w:t>
        <w:br/>
        <w:t>v 0.865614 17.994598 -0.524415</w:t>
        <w:br/>
        <w:t>v 0.867552 18.012197 -0.547626</w:t>
        <w:br/>
        <w:t>v 0.841170 17.954166 -0.593815</w:t>
        <w:br/>
        <w:t>v 0.867552 18.012197 -0.547626</w:t>
        <w:br/>
        <w:t>v 0.860142 18.014652 -0.558786</w:t>
        <w:br/>
        <w:t>v 0.841170 17.954166 -0.593815</w:t>
        <w:br/>
        <w:t>v 0.778249 17.944031 -0.619160</w:t>
        <w:br/>
        <w:t>v 0.777265 17.932447 -0.615617</w:t>
        <w:br/>
        <w:t>v 0.777265 17.932447 -0.615617</w:t>
        <w:br/>
        <w:t>v 0.775337 17.914925 -0.592498</w:t>
        <w:br/>
        <w:t>v 0.754991 17.789627 -0.725741</w:t>
        <w:br/>
        <w:t>v 0.753067 17.772179 -0.702733</w:t>
        <w:br/>
        <w:t>v 0.730075 17.867935 -0.631980</w:t>
        <w:br/>
        <w:t>v 0.732002 17.885422 -0.655045</w:t>
        <w:br/>
        <w:t>v 0.749125 17.920013 -0.590840</w:t>
        <w:br/>
        <w:t>v 0.751054 17.937536 -0.613950</w:t>
        <w:br/>
        <w:t>v 0.751054 17.937536 -0.613950</w:t>
        <w:br/>
        <w:t>v 0.749125 17.920013 -0.590840</w:t>
        <w:br/>
        <w:t>v 0.751054 17.937536 -0.613950</w:t>
        <w:br/>
        <w:t>v 0.634270 17.895241 -0.657341</w:t>
        <w:br/>
        <w:t>v 0.539233 17.859509 -0.692181</w:t>
        <w:br/>
        <w:t>v 0.570260 17.849552 -0.697130</w:t>
        <w:br/>
        <w:t>v 0.753067 17.772179 -0.702733</w:t>
        <w:br/>
        <w:t>v 0.684577 17.794155 -0.691816</w:t>
        <w:br/>
        <w:t>v 0.672341 17.864162 -0.639703</w:t>
        <w:br/>
        <w:t>v 0.730075 17.867935 -0.631980</w:t>
        <w:br/>
        <w:t>v 0.499780 17.853443 -0.662365</w:t>
        <w:br/>
        <w:t>v 0.591985 17.912241 -0.609971</w:t>
        <w:br/>
        <w:t>v 0.632259 17.877028 -0.633313</w:t>
        <w:br/>
        <w:t>v 0.568268 17.831472 -0.673280</w:t>
        <w:br/>
        <w:t>v 0.830133 18.006933 -0.518039</w:t>
        <w:br/>
        <w:t>v 0.865614 17.994598 -0.524415</w:t>
        <w:br/>
        <w:t>v 0.839238 17.936609 -0.570657</w:t>
        <w:br/>
        <w:t>v 0.813034 17.975843 -0.543080</w:t>
        <w:br/>
        <w:t>v 0.775337 17.914925 -0.592498</w:t>
        <w:br/>
        <w:t>v 0.594898 17.972816 -0.563741</w:t>
        <w:br/>
        <w:t>v 0.614378 18.039581 -0.511419</w:t>
        <w:br/>
        <w:t>v 0.618510 17.961924 -0.570023</w:t>
        <w:br/>
        <w:t>v 0.564038 18.024902 -0.526800</w:t>
        <w:br/>
        <w:t>v 0.589701 18.083124 -0.480440</w:t>
        <w:br/>
        <w:t>v 0.625927 18.072458 -0.485489</w:t>
        <w:br/>
        <w:t>v 0.749125 17.920013 -0.590840</w:t>
        <w:br/>
        <w:t>v 0.570260 17.849552 -0.697130</w:t>
        <w:br/>
        <w:t>v 0.568268 17.831472 -0.673280</w:t>
        <w:br/>
        <w:t>v 0.754991 17.789627 -0.725741</w:t>
        <w:br/>
        <w:t>v -0.522373 17.771616 -0.730647</w:t>
        <w:br/>
        <w:t>v -0.543755 17.820818 -0.692094</w:t>
        <w:br/>
        <w:t>v -0.518014 17.853832 -0.669383</w:t>
        <w:br/>
        <w:t>v -0.477781 17.761461 -0.742353</w:t>
        <w:br/>
        <w:t>v -0.693196 17.693863 -0.775579</w:t>
        <w:br/>
        <w:t>v -0.667405 17.726553 -0.753567</w:t>
        <w:br/>
        <w:t>v -0.733424 17.786226 -0.702617</w:t>
        <w:br/>
        <w:t>v -0.688788 17.775759 -0.715022</w:t>
        <w:br/>
        <w:t>v -0.694008 17.704609 -0.792103</w:t>
        <w:br/>
        <w:t>v -0.734232 17.797007 -0.719229</w:t>
        <w:br/>
        <w:t>v -0.733424 17.786226 -0.702617</w:t>
        <w:br/>
        <w:t>v -0.693196 17.693863 -0.775579</w:t>
        <w:br/>
        <w:t>v -0.734232 17.797007 -0.719229</w:t>
        <w:br/>
        <w:t>v -0.518820 17.864635 -0.686026</w:t>
        <w:br/>
        <w:t>v -0.518014 17.853832 -0.669383</w:t>
        <w:br/>
        <w:t>v -0.733424 17.786226 -0.702617</w:t>
        <w:br/>
        <w:t>v -0.693196 17.693863 -0.775579</w:t>
        <w:br/>
        <w:t>v -0.477781 17.761461 -0.742353</w:t>
        <w:br/>
        <w:t>v -0.478591 17.772226 -0.758908</w:t>
        <w:br/>
        <w:t>v -0.694008 17.704609 -0.792103</w:t>
        <w:br/>
        <w:t>v -0.690063 17.787477 -0.730511</w:t>
        <w:br/>
        <w:t>v -0.734232 17.797007 -0.719229</w:t>
        <w:br/>
        <w:t>v -0.694008 17.704609 -0.792103</w:t>
        <w:br/>
        <w:t>v -0.668674 17.738216 -0.768989</w:t>
        <w:br/>
        <w:t>v -0.688788 17.775759 -0.715022</w:t>
        <w:br/>
        <w:t>v -0.543755 17.820818 -0.692094</w:t>
        <w:br/>
        <w:t>v -0.545048 17.832705 -0.707811</w:t>
        <w:br/>
        <w:t>v -0.690063 17.787477 -0.730511</w:t>
        <w:br/>
        <w:t>v -0.545048 17.832705 -0.707811</w:t>
        <w:br/>
        <w:t>v -0.518820 17.864635 -0.686026</w:t>
        <w:br/>
        <w:t>v -0.690063 17.787477 -0.730511</w:t>
        <w:br/>
        <w:t>v -0.668674 17.738216 -0.768989</w:t>
        <w:br/>
        <w:t>v -0.667405 17.726553 -0.753567</w:t>
        <w:br/>
        <w:t>v -0.688788 17.775759 -0.715022</w:t>
        <w:br/>
        <w:t>v -0.668674 17.738216 -0.768989</w:t>
        <w:br/>
        <w:t>v -0.523660 17.783451 -0.746291</w:t>
        <w:br/>
        <w:t>v -0.522373 17.771616 -0.730647</w:t>
        <w:br/>
        <w:t>v -0.667405 17.726553 -0.753567</w:t>
        <w:br/>
        <w:t>v -0.522373 17.771616 -0.730647</w:t>
        <w:br/>
        <w:t>v -0.523660 17.783451 -0.746291</w:t>
        <w:br/>
        <w:t>v -0.545048 17.832705 -0.707811</w:t>
        <w:br/>
        <w:t>v -0.543755 17.820818 -0.692094</w:t>
        <w:br/>
        <w:t>v -0.478591 17.772226 -0.758908</w:t>
        <w:br/>
        <w:t>v -0.523660 17.783451 -0.746291</w:t>
        <w:br/>
        <w:t>v -0.518014 17.853832 -0.669383</w:t>
        <w:br/>
        <w:t>v -0.518820 17.864635 -0.686026</w:t>
        <w:br/>
        <w:t>v -0.478591 17.772226 -0.758908</w:t>
        <w:br/>
        <w:t>v -0.477781 17.761461 -0.742353</w:t>
        <w:br/>
        <w:t>v -0.777961 17.872389 -0.640367</w:t>
        <w:br/>
        <w:t>v -0.778935 17.881182 -0.651984</w:t>
        <w:br/>
        <w:t>v -0.786872 17.899181 -0.637680</w:t>
        <w:br/>
        <w:t>v -0.785891 17.890379 -0.626057</w:t>
        <w:br/>
        <w:t>v -0.750597 17.940201 -0.610899</w:t>
        <w:br/>
        <w:t>v -0.749483 17.930124 -0.597621</w:t>
        <w:br/>
        <w:t>v -0.716616 17.852020 -0.659567</w:t>
        <w:br/>
        <w:t>v -0.777961 17.872389 -0.640367</w:t>
        <w:br/>
        <w:t>v -0.785891 17.890379 -0.626057</w:t>
        <w:br/>
        <w:t>v -0.749483 17.930124 -0.597621</w:t>
        <w:br/>
        <w:t>v -0.717725 17.862089 -0.672854</w:t>
        <w:br/>
        <w:t>v -0.750597 17.940201 -0.610899</w:t>
        <w:br/>
        <w:t>v -0.786872 17.899181 -0.637680</w:t>
        <w:br/>
        <w:t>v -0.778935 17.881182 -0.651984</w:t>
        <w:br/>
        <w:t>v -0.716616 17.852020 -0.659567</w:t>
        <w:br/>
        <w:t>v -0.717725 17.862089 -0.672854</w:t>
        <w:br/>
        <w:t>v -0.555144 17.943832 -0.604810</w:t>
        <w:br/>
        <w:t>v -0.556111 17.952642 -0.616418</w:t>
        <w:br/>
        <w:t>v -0.586642 17.904129 -0.651934</w:t>
        <w:br/>
        <w:t>v -0.585533 17.894058 -0.638645</w:t>
        <w:br/>
        <w:t>v -0.586642 17.904129 -0.651934</w:t>
        <w:br/>
        <w:t>v -0.556111 17.952642 -0.616418</w:t>
        <w:br/>
        <w:t>v -0.564254 17.970568 -0.602153</w:t>
        <w:br/>
        <w:t>v -0.623295 17.980885 -0.590431</w:t>
        <w:br/>
        <w:t>v -0.563290 17.961756 -0.590533</w:t>
        <w:br/>
        <w:t>v -0.555144 17.943832 -0.604810</w:t>
        <w:br/>
        <w:t>v -0.585533 17.894058 -0.638645</w:t>
        <w:br/>
        <w:t>v -0.622182 17.970812 -0.577150</w:t>
        <w:br/>
        <w:t>v -0.623295 17.980885 -0.590431</w:t>
        <w:br/>
        <w:t>v -0.564254 17.970568 -0.602153</w:t>
        <w:br/>
        <w:t>v -0.563290 17.961756 -0.590533</w:t>
        <w:br/>
        <w:t>v -0.622182 17.970812 -0.577150</w:t>
        <w:br/>
        <w:t>v -0.632258 17.877028 -0.633313</w:t>
        <w:br/>
        <w:t>v -0.634269 17.895241 -0.657341</w:t>
        <w:br/>
        <w:t>v -0.674350 17.882387 -0.663730</w:t>
        <w:br/>
        <w:t>v -0.672341 17.864162 -0.639702</w:t>
        <w:br/>
        <w:t>v -0.632258 17.877028 -0.633313</w:t>
        <w:br/>
        <w:t>v -0.568267 17.831472 -0.673280</w:t>
        <w:br/>
        <w:t>v -0.570259 17.849552 -0.697130</w:t>
        <w:br/>
        <w:t>v -0.634269 17.895241 -0.657341</w:t>
        <w:br/>
        <w:t>v -0.717596 17.802286 -0.720621</w:t>
        <w:br/>
        <w:t>v -0.686568 17.812241 -0.715674</w:t>
        <w:br/>
        <w:t>v -0.674350 17.882387 -0.663730</w:t>
        <w:br/>
        <w:t>v -0.693301 17.894180 -0.653257</w:t>
        <w:br/>
        <w:t>v -0.753066 17.772179 -0.702733</w:t>
        <w:br/>
        <w:t>v -0.684576 17.794155 -0.691816</w:t>
        <w:br/>
        <w:t>v -0.686568 17.812241 -0.715674</w:t>
        <w:br/>
        <w:t>v -0.717596 17.802286 -0.720621</w:t>
        <w:br/>
        <w:t>v -0.684576 17.794155 -0.691816</w:t>
        <w:br/>
        <w:t>v -0.672341 17.864162 -0.639702</w:t>
        <w:br/>
        <w:t>v -0.674350 17.882387 -0.663730</w:t>
        <w:br/>
        <w:t>v -0.686568 17.812241 -0.715674</w:t>
        <w:br/>
        <w:t>v -0.614378 18.039581 -0.511419</w:t>
        <w:br/>
        <w:t>v -0.813034 17.975843 -0.543079</w:t>
        <w:br/>
        <w:t>v -0.814970 17.993401 -0.566253</w:t>
        <w:br/>
        <w:t>v -0.616311 18.057112 -0.534548</w:t>
        <w:br/>
        <w:t>v -0.614378 18.039581 -0.511419</w:t>
        <w:br/>
        <w:t>v -0.616311 18.057112 -0.534548</w:t>
        <w:br/>
        <w:t>v -0.627862 18.090012 -0.508649</w:t>
        <w:br/>
        <w:t>v -0.625927 18.072458 -0.485489</w:t>
        <w:br/>
        <w:t>v -0.625927 18.072458 -0.485489</w:t>
        <w:br/>
        <w:t>v -0.627862 18.090012 -0.508649</w:t>
        <w:br/>
        <w:t>v -0.591636 18.100674 -0.503589</w:t>
        <w:br/>
        <w:t>v -0.589701 18.083124 -0.480440</w:t>
        <w:br/>
        <w:t>v -0.620435 17.979420 -0.593104</w:t>
        <w:br/>
        <w:t>v -0.618509 17.961924 -0.570022</w:t>
        <w:br/>
        <w:t>v -0.594898 17.972816 -0.563741</w:t>
        <w:br/>
        <w:t>v -0.596823 17.990313 -0.586818</w:t>
        <w:br/>
        <w:t>v -0.628899 17.989738 -0.597433</w:t>
        <w:br/>
        <w:t>v -0.620435 17.979420 -0.593104</w:t>
        <w:br/>
        <w:t>v -0.596823 17.990313 -0.586818</w:t>
        <w:br/>
        <w:t>v -0.601643 18.000658 -0.590977</w:t>
        <w:br/>
        <w:t>v -0.574483 18.048710 -0.557124</w:t>
        <w:br/>
        <w:t>v -0.565965 18.042410 -0.549898</w:t>
        <w:br/>
        <w:t>v -0.565965 18.042410 -0.549898</w:t>
        <w:br/>
        <w:t>v -0.564037 18.024902 -0.526800</w:t>
        <w:br/>
        <w:t>v -0.620435 17.979420 -0.593104</w:t>
        <w:br/>
        <w:t>v -0.593910 17.929703 -0.633003</w:t>
        <w:br/>
        <w:t>v -0.591985 17.912241 -0.609971</w:t>
        <w:br/>
        <w:t>v -0.618509 17.961924 -0.570022</w:t>
        <w:br/>
        <w:t>v -0.589701 18.083124 -0.480440</w:t>
        <w:br/>
        <w:t>v -0.591636 18.100674 -0.503589</w:t>
        <w:br/>
        <w:t>v -0.591636 18.100674 -0.503589</w:t>
        <w:br/>
        <w:t>v -0.595600 18.099483 -0.516568</w:t>
        <w:br/>
        <w:t>v -0.595600 18.099483 -0.516568</w:t>
        <w:br/>
        <w:t>v -0.591636 18.100674 -0.503589</w:t>
        <w:br/>
        <w:t>v -0.627862 18.090012 -0.508649</w:t>
        <w:br/>
        <w:t>v -0.620552 18.092703 -0.519627</w:t>
        <w:br/>
        <w:t>v -0.627862 18.090012 -0.508649</w:t>
        <w:br/>
        <w:t>v -0.616311 18.057112 -0.534548</w:t>
        <w:br/>
        <w:t>v -0.609008 18.058517 -0.546953</w:t>
        <w:br/>
        <w:t>v -0.620552 18.092703 -0.519627</w:t>
        <w:br/>
        <w:t>v -0.516121 17.877823 -0.691231</w:t>
        <w:br/>
        <w:t>v -0.600538 17.933510 -0.642282</w:t>
        <w:br/>
        <w:t>v -0.628294 17.927195 -0.644892</w:t>
        <w:br/>
        <w:t>v -0.539606 17.870577 -0.694764</w:t>
        <w:br/>
        <w:t>v -0.539233 17.859509 -0.692181</w:t>
        <w:br/>
        <w:t>v -0.629293 17.914715 -0.643053</w:t>
        <w:br/>
        <w:t>v -0.501696 17.870852 -0.685321</w:t>
        <w:br/>
        <w:t>v -0.501696 17.870852 -0.685321</w:t>
        <w:br/>
        <w:t>v -0.593910 17.929703 -0.633003</w:t>
        <w:br/>
        <w:t>v -0.516121 17.877823 -0.691231</w:t>
        <w:br/>
        <w:t>v -0.499779 17.853443 -0.662365</w:t>
        <w:br/>
        <w:t>v -0.501696 17.870852 -0.685321</w:t>
        <w:br/>
        <w:t>v -0.501696 17.870852 -0.685321</w:t>
        <w:br/>
        <w:t>v -0.539233 17.859509 -0.692181</w:t>
        <w:br/>
        <w:t>v -0.499779 17.853443 -0.662365</w:t>
        <w:br/>
        <w:t>v -0.620435 17.979420 -0.593104</w:t>
        <w:br/>
        <w:t>v -0.628899 17.989738 -0.597433</w:t>
        <w:br/>
        <w:t>v -0.700649 17.903999 -0.656435</w:t>
        <w:br/>
        <w:t>v -0.722872 17.811804 -0.724014</w:t>
        <w:br/>
        <w:t>v -0.754990 17.789627 -0.725741</w:t>
        <w:br/>
        <w:t>v -0.746134 17.804066 -0.727940</w:t>
        <w:br/>
        <w:t>v -0.726416 17.893139 -0.662372</w:t>
        <w:br/>
        <w:t>v -0.749154 17.951170 -0.616626</w:t>
        <w:br/>
        <w:t>v -0.754990 17.789627 -0.725741</w:t>
        <w:br/>
        <w:t>v -0.746134 17.804066 -0.727940</w:t>
        <w:br/>
        <w:t>v -0.732002 17.885422 -0.655045</w:t>
        <w:br/>
        <w:t>v -0.749154 17.951170 -0.616626</w:t>
        <w:br/>
        <w:t>v -0.751054 17.937536 -0.613949</w:t>
        <w:br/>
        <w:t>v -0.817901 17.991529 -0.580290</w:t>
        <w:br/>
        <w:t>v -0.814970 17.993401 -0.566253</w:t>
        <w:br/>
        <w:t>v -0.616311 18.057112 -0.534548</w:t>
        <w:br/>
        <w:t>v -0.830134 18.006933 -0.518039</w:t>
        <w:br/>
        <w:t>v -0.865614 17.994598 -0.524415</w:t>
        <w:br/>
        <w:t>v -0.867552 18.012197 -0.547625</w:t>
        <w:br/>
        <w:t>v -0.832074 18.024525 -0.541240</w:t>
        <w:br/>
        <w:t>v -0.814970 17.993401 -0.566253</w:t>
        <w:br/>
        <w:t>v -0.832074 18.024525 -0.541240</w:t>
        <w:br/>
        <w:t>v -0.836143 18.023567 -0.554032</w:t>
        <w:br/>
        <w:t>v -0.836123 17.964809 -0.598883</w:t>
        <w:br/>
        <w:t>v -0.860142 18.014652 -0.558786</w:t>
        <w:br/>
        <w:t>v -0.832074 18.024525 -0.541240</w:t>
        <w:br/>
        <w:t>v -0.867552 18.012197 -0.547625</w:t>
        <w:br/>
        <w:t>v -0.830134 18.006933 -0.518039</w:t>
        <w:br/>
        <w:t>v -0.832074 18.024525 -0.541240</w:t>
        <w:br/>
        <w:t>v -0.814970 17.993401 -0.566253</w:t>
        <w:br/>
        <w:t>v -0.813034 17.975843 -0.543079</w:t>
        <w:br/>
        <w:t>v -0.867552 18.012197 -0.547625</w:t>
        <w:br/>
        <w:t>v -0.865614 17.994598 -0.524415</w:t>
        <w:br/>
        <w:t>v -0.839238 17.936609 -0.570657</w:t>
        <w:br/>
        <w:t>v -0.841170 17.954166 -0.593815</w:t>
        <w:br/>
        <w:t>v -0.860142 18.014652 -0.558786</w:t>
        <w:br/>
        <w:t>v -0.867552 18.012197 -0.547625</w:t>
        <w:br/>
        <w:t>v -0.841170 17.954166 -0.593815</w:t>
        <w:br/>
        <w:t>v -0.777265 17.932447 -0.615617</w:t>
        <w:br/>
        <w:t>v -0.778249 17.944031 -0.619160</w:t>
        <w:br/>
        <w:t>v -0.777265 17.932447 -0.615617</w:t>
        <w:br/>
        <w:t>v -0.775336 17.914925 -0.592498</w:t>
        <w:br/>
        <w:t>v -0.730074 17.867935 -0.631980</w:t>
        <w:br/>
        <w:t>v -0.753066 17.772179 -0.702733</w:t>
        <w:br/>
        <w:t>v -0.754990 17.789627 -0.725741</w:t>
        <w:br/>
        <w:t>v -0.732002 17.885422 -0.655045</w:t>
        <w:br/>
        <w:t>v -0.749125 17.920013 -0.590840</w:t>
        <w:br/>
        <w:t>v -0.751054 17.937536 -0.613949</w:t>
        <w:br/>
        <w:t>v -0.749125 17.920013 -0.590840</w:t>
        <w:br/>
        <w:t>v -0.751054 17.937536 -0.613949</w:t>
        <w:br/>
        <w:t>v -0.751054 17.937536 -0.613949</w:t>
        <w:br/>
        <w:t>v -0.539233 17.859509 -0.692181</w:t>
        <w:br/>
        <w:t>v -0.634269 17.895241 -0.657341</w:t>
        <w:br/>
        <w:t>v -0.570259 17.849552 -0.697130</w:t>
        <w:br/>
        <w:t>v -0.672341 17.864162 -0.639702</w:t>
        <w:br/>
        <w:t>v -0.684576 17.794155 -0.691816</w:t>
        <w:br/>
        <w:t>v -0.753066 17.772179 -0.702733</w:t>
        <w:br/>
        <w:t>v -0.730074 17.867935 -0.631980</w:t>
        <w:br/>
        <w:t>v -0.632258 17.877028 -0.633313</w:t>
        <w:br/>
        <w:t>v -0.591985 17.912241 -0.609971</w:t>
        <w:br/>
        <w:t>v -0.499779 17.853443 -0.662365</w:t>
        <w:br/>
        <w:t>v -0.568267 17.831472 -0.673280</w:t>
        <w:br/>
        <w:t>v -0.830134 18.006933 -0.518039</w:t>
        <w:br/>
        <w:t>v -0.813034 17.975843 -0.543079</w:t>
        <w:br/>
        <w:t>v -0.839238 17.936609 -0.570657</w:t>
        <w:br/>
        <w:t>v -0.865614 17.994598 -0.524415</w:t>
        <w:br/>
        <w:t>v -0.775336 17.914925 -0.592498</w:t>
        <w:br/>
        <w:t>v -0.614378 18.039581 -0.511419</w:t>
        <w:br/>
        <w:t>v -0.594898 17.972816 -0.563741</w:t>
        <w:br/>
        <w:t>v -0.618509 17.961924 -0.570022</w:t>
        <w:br/>
        <w:t>v -0.564037 18.024902 -0.526800</w:t>
        <w:br/>
        <w:t>v -0.625927 18.072458 -0.485489</w:t>
        <w:br/>
        <w:t>v -0.589701 18.083124 -0.480440</w:t>
        <w:br/>
        <w:t>v -0.749125 17.920013 -0.590840</w:t>
        <w:br/>
        <w:t>v -0.570259 17.849552 -0.697130</w:t>
        <w:br/>
        <w:t>v -0.568267 17.831472 -0.673280</w:t>
        <w:br/>
        <w:t>v -0.754990 17.789627 -0.725741</w:t>
        <w:br/>
        <w:t>v -0.116306 18.248644 -0.501340</w:t>
        <w:br/>
        <w:t>v -0.113070 18.125099 -0.591575</w:t>
        <w:br/>
        <w:t>v -0.001897 18.136305 -0.597999</w:t>
        <w:br/>
        <w:t>v -0.003690 18.249607 -0.514873</w:t>
        <w:br/>
        <w:t>v -0.118446 18.100327 -0.629645</w:t>
        <w:br/>
        <w:t>v -0.004818 18.111464 -0.632783</w:t>
        <w:br/>
        <w:t>v -0.321577 18.135422 -0.523294</w:t>
        <w:br/>
        <w:t>v -0.291775 18.254887 -0.431868</w:t>
        <w:br/>
        <w:t>v -0.344532 18.261089 -0.384311</w:t>
        <w:br/>
        <w:t>v -0.393107 18.148375 -0.467076</w:t>
        <w:br/>
        <w:t>v -0.338874 18.121511 -0.559338</w:t>
        <w:br/>
        <w:t>v -0.417583 18.142416 -0.491381</w:t>
        <w:br/>
        <w:t>v -0.397181 18.275719 -0.308938</w:t>
        <w:br/>
        <w:t>v -0.447643 18.171837 -0.364163</w:t>
        <w:br/>
        <w:t>v -0.474708 18.168749 -0.378546</w:t>
        <w:br/>
        <w:t>v -0.117039 18.009964 -0.660393</w:t>
        <w:br/>
        <w:t>v -0.002140 18.023609 -0.661339</w:t>
        <w:br/>
        <w:t>v -0.355998 18.043573 -0.591245</w:t>
        <w:br/>
        <w:t>v -0.449995 18.085041 -0.513164</w:t>
        <w:br/>
        <w:t>v -0.515459 18.127131 -0.395516</w:t>
        <w:br/>
        <w:t>v -0.471557 18.183405 -0.129796</w:t>
        <w:br/>
        <w:t>v -0.440382 18.286919 -0.114238</w:t>
        <w:br/>
        <w:t>v -0.427753 18.277502 -0.006645</w:t>
        <w:br/>
        <w:t>v -0.454410 18.168501 -0.016875</w:t>
        <w:br/>
        <w:t>v -0.545882 18.150093 -0.143533</w:t>
        <w:br/>
        <w:t>v -0.498230 18.183767 -0.133731</w:t>
        <w:br/>
        <w:t>v -0.480543 18.170574 -0.020547</w:t>
        <w:br/>
        <w:t>v -0.530832 18.134907 -0.030156</w:t>
        <w:br/>
        <w:t>v -0.471557 18.183405 -0.129796</w:t>
        <w:br/>
        <w:t>v -0.454410 18.168501 -0.016875</w:t>
        <w:br/>
        <w:t>v -0.428524 18.152567 0.067765</w:t>
        <w:br/>
        <w:t>v -0.401517 18.266228 0.078594</w:t>
        <w:br/>
        <w:t>v -0.359203 18.250671 0.156139</w:t>
        <w:br/>
        <w:t>v -0.389323 18.135986 0.146916</w:t>
        <w:br/>
        <w:t>v -0.513092 18.110626 0.065666</w:t>
        <w:br/>
        <w:t>v -0.454611 18.152990 0.063256</w:t>
        <w:br/>
        <w:t>v -0.418089 18.131689 0.142598</w:t>
        <w:br/>
        <w:t>v -0.480012 18.077444 0.153199</w:t>
        <w:br/>
        <w:t>v -0.428524 18.152567 0.067765</w:t>
        <w:br/>
        <w:t>v -0.389323 18.135986 0.146916</w:t>
        <w:br/>
        <w:t>v -0.351482 18.120600 0.214582</w:t>
        <w:br/>
        <w:t>v -0.317347 18.233194 0.215243</w:t>
        <w:br/>
        <w:t>v -0.266077 18.217642 0.265953</w:t>
        <w:br/>
        <w:t>v -0.301401 18.112951 0.270402</w:t>
        <w:br/>
        <w:t>v -0.382855 18.107172 0.222625</w:t>
        <w:br/>
        <w:t>v -0.332469 18.091055 0.288779</w:t>
        <w:br/>
        <w:t>v -0.435588 18.033661 0.232116</w:t>
        <w:br/>
        <w:t>v -0.371509 18.004826 0.294434</w:t>
        <w:br/>
        <w:t>v -0.140842 18.202795 0.346837</w:t>
        <w:br/>
        <w:t>v -0.144316 18.131207 0.347719</w:t>
        <w:br/>
        <w:t>v -0.227213 18.116388 0.317743</w:t>
        <w:br/>
        <w:t>v -0.207208 18.207415 0.312859</w:t>
        <w:br/>
        <w:t>v -0.156827 18.098539 0.371904</w:t>
        <w:br/>
        <w:t>v -0.250991 18.087828 0.341504</w:t>
        <w:br/>
        <w:t>v -0.280920 17.990866 0.345011</w:t>
        <w:br/>
        <w:t>v -0.179953 17.996832 0.374045</w:t>
        <w:br/>
        <w:t>v -0.075256 18.152834 0.364977</w:t>
        <w:br/>
        <w:t>v -0.072712 18.200943 0.367259</w:t>
        <w:br/>
        <w:t>v -0.002044 18.203222 0.374334</w:t>
        <w:br/>
        <w:t>v -0.004328 18.170815 0.373846</w:t>
        <w:br/>
        <w:t>v -0.083225 18.112661 0.386966</w:t>
        <w:br/>
        <w:t>v -0.009591 18.131910 0.390919</w:t>
        <w:br/>
        <w:t>v -0.097606 18.012667 0.386139</w:t>
        <w:br/>
        <w:t>v -0.016399 18.037600 0.385964</w:t>
        <w:br/>
        <w:t>v 0.219867 18.264229 -0.470820</w:t>
        <w:br/>
        <w:t>v 0.113609 18.255199 -0.509038</w:t>
        <w:br/>
        <w:t>v 0.120196 18.175060 -0.553180</w:t>
        <w:br/>
        <w:t>v 0.232990 18.219986 -0.478810</w:t>
        <w:br/>
        <w:t>v 0.129682 18.152719 -0.598659</w:t>
        <w:br/>
        <w:t>v 0.246353 18.203142 -0.527170</w:t>
        <w:br/>
        <w:t>v 0.131639 18.048748 -0.631107</w:t>
        <w:br/>
        <w:t>v 0.251154 18.086718 -0.571245</w:t>
        <w:br/>
        <w:t>v 0.123186 18.173975 0.375255</w:t>
        <w:br/>
        <w:t>v 0.109979 18.215084 0.364817</w:t>
        <w:br/>
        <w:t>v 0.122007 18.092329 0.365072</w:t>
        <w:br/>
        <w:t>v 0.281088 18.243502 0.260505</w:t>
        <w:br/>
        <w:t>v 0.290163 18.195843 0.268806</w:t>
        <w:br/>
        <w:t>v 0.354509 18.281984 -0.340942</w:t>
        <w:br/>
        <w:t>v 0.381665 18.262253 -0.376059</w:t>
        <w:br/>
        <w:t>v 0.412093 18.175163 -0.431733</w:t>
        <w:br/>
        <w:t>v 0.412347 18.299995 -0.182315</w:t>
        <w:br/>
        <w:t>v 0.446783 18.281319 -0.203344</w:t>
        <w:br/>
        <w:t>v 0.493776 18.200981 -0.231962</w:t>
        <w:br/>
        <w:t>v 0.450705 18.207758 -0.001591</w:t>
        <w:br/>
        <w:t>v 0.411213 18.278616 -0.016100</w:t>
        <w:br/>
        <w:t>v 0.387611 18.219475 0.147186</w:t>
        <w:br/>
        <w:t>v 0.369354 18.258104 0.147568</w:t>
        <w:br/>
        <w:t>v 0.336378 18.219810 0.241709</w:t>
        <w:br/>
        <w:t>v 0.326219 18.238474 0.245144</w:t>
        <w:br/>
        <w:t>v -0.111808 18.228403 -0.473697</w:t>
        <w:br/>
        <w:t>v -0.116306 18.248644 -0.501340</w:t>
        <w:br/>
        <w:t>v -0.003690 18.249607 -0.514873</w:t>
        <w:br/>
        <w:t>v -0.004013 18.229534 -0.487179</w:t>
        <w:br/>
        <w:t>v -0.277106 18.234394 -0.408447</w:t>
        <w:br/>
        <w:t>v -0.325097 18.241600 -0.365045</w:t>
        <w:br/>
        <w:t>v -0.344532 18.261089 -0.384311</w:t>
        <w:br/>
        <w:t>v -0.291775 18.254887 -0.431868</w:t>
        <w:br/>
        <w:t>v -0.371704 18.258663 -0.295815</w:t>
        <w:br/>
        <w:t>v -0.397181 18.275719 -0.308938</w:t>
        <w:br/>
        <w:t>v -0.005513 18.016726 -0.602053</w:t>
        <w:br/>
        <w:t>v -0.002140 18.023609 -0.661339</w:t>
        <w:br/>
        <w:t>v -0.117039 18.009964 -0.660393</w:t>
        <w:br/>
        <w:t>v -0.108791 18.003841 -0.600911</w:t>
        <w:br/>
        <w:t>v -0.324555 18.032026 -0.540768</w:t>
        <w:br/>
        <w:t>v -0.355998 18.043573 -0.591245</w:t>
        <w:br/>
        <w:t>v -0.449995 18.085041 -0.513164</w:t>
        <w:br/>
        <w:t>v -0.410126 18.067930 -0.472597</w:t>
        <w:br/>
        <w:t>v -0.469217 18.103771 -0.368810</w:t>
        <w:br/>
        <w:t>v -0.515459 18.127131 -0.395516</w:t>
        <w:br/>
        <w:t>v -0.395605 18.268898 -0.014379</w:t>
        <w:br/>
        <w:t>v -0.427753 18.277502 -0.006645</w:t>
        <w:br/>
        <w:t>v -0.440382 18.286919 -0.114238</w:t>
        <w:br/>
        <w:t>v -0.408212 18.275955 -0.115034</w:t>
        <w:br/>
        <w:t>v -0.483185 18.105499 -0.044119</w:t>
        <w:br/>
        <w:t>v -0.496964 18.121870 -0.145005</w:t>
        <w:br/>
        <w:t>v -0.545882 18.150093 -0.143533</w:t>
        <w:br/>
        <w:t>v -0.530832 18.134907 -0.030156</w:t>
        <w:br/>
        <w:t>v -0.330617 18.243681 0.138187</w:t>
        <w:br/>
        <w:t>v -0.359203 18.250671 0.156139</w:t>
        <w:br/>
        <w:t>v -0.401517 18.266228 0.078594</w:t>
        <w:br/>
        <w:t>v -0.370503 18.258699 0.065531</w:t>
        <w:br/>
        <w:t>v -0.466166 18.082415 0.041948</w:t>
        <w:br/>
        <w:t>v -0.513092 18.110626 0.065666</w:t>
        <w:br/>
        <w:t>v -0.480012 18.077444 0.153199</w:t>
        <w:br/>
        <w:t>v -0.434930 18.054058 0.120566</w:t>
        <w:br/>
        <w:t>v -0.244620 18.211689 0.239954</w:t>
        <w:br/>
        <w:t>v -0.266077 18.217642 0.265953</w:t>
        <w:br/>
        <w:t>v -0.317347 18.233194 0.215243</w:t>
        <w:br/>
        <w:t>v -0.291972 18.226540 0.192921</w:t>
        <w:br/>
        <w:t>v -0.393908 18.021727 0.190643</w:t>
        <w:br/>
        <w:t>v -0.435588 18.033661 0.232116</w:t>
        <w:br/>
        <w:t>v -0.371509 18.004826 0.294434</w:t>
        <w:br/>
        <w:t>v -0.335786 17.998882 0.245636</w:t>
        <w:br/>
        <w:t>v -0.190338 18.203302 0.283344</w:t>
        <w:br/>
        <w:t>v -0.129071 18.200230 0.314728</w:t>
        <w:br/>
        <w:t>v -0.140842 18.202795 0.346837</w:t>
        <w:br/>
        <w:t>v -0.207208 18.207415 0.312859</w:t>
        <w:br/>
        <w:t>v -0.163415 17.999500 0.314441</w:t>
        <w:br/>
        <w:t>v -0.253801 17.990154 0.289708</w:t>
        <w:br/>
        <w:t>v -0.280920 17.990866 0.345011</w:t>
        <w:br/>
        <w:t>v -0.179953 17.996832 0.374045</w:t>
        <w:br/>
        <w:t>v 0.000844 18.200577 0.340029</w:t>
        <w:br/>
        <w:t>v -0.002044 18.203222 0.374334</w:t>
        <w:br/>
        <w:t>v -0.072712 18.200943 0.367259</w:t>
        <w:br/>
        <w:t>v -0.065351 18.199205 0.333428</w:t>
        <w:br/>
        <w:t>v -0.018208 18.042299 0.324370</w:t>
        <w:br/>
        <w:t>v -0.090174 18.017046 0.324628</w:t>
        <w:br/>
        <w:t>v -0.097606 18.012667 0.386139</w:t>
        <w:br/>
        <w:t>v -0.016399 18.037600 0.385964</w:t>
        <w:br/>
        <w:t>v 0.211364 18.241371 -0.446519</w:t>
        <w:br/>
        <w:t>v 0.108559 18.234379 -0.482131</w:t>
        <w:br/>
        <w:t>v 0.113609 18.255199 -0.509038</w:t>
        <w:br/>
        <w:t>v 0.219867 18.264229 -0.470820</w:t>
        <w:br/>
        <w:t>v 0.223225 18.074348 -0.520161</w:t>
        <w:br/>
        <w:t>v 0.251154 18.086718 -0.571245</w:t>
        <w:br/>
        <w:t>v 0.131639 18.048748 -0.631107</w:t>
        <w:br/>
        <w:t>v 0.115250 18.039707 -0.574418</w:t>
        <w:br/>
        <w:t>v 0.101822 18.206566 0.333252</w:t>
        <w:br/>
        <w:t>v 0.109979 18.215084 0.364817</w:t>
        <w:br/>
        <w:t>v 0.122007 18.092329 0.365072</w:t>
        <w:br/>
        <w:t>v 0.102090 18.093676 0.307115</w:t>
        <w:br/>
        <w:t>v 0.264046 18.237024 0.231479</w:t>
        <w:br/>
        <w:t>v 0.281088 18.243502 0.260505</w:t>
        <w:br/>
        <w:t>v 0.254832 18.189600 0.218452</w:t>
        <w:br/>
        <w:t>v 0.290163 18.195843 0.268806</w:t>
        <w:br/>
        <w:t>v 0.343218 18.253233 -0.326522</w:t>
        <w:br/>
        <w:t>v 0.354509 18.281984 -0.340942</w:t>
        <w:br/>
        <w:t>v 0.366843 18.154549 -0.397336</w:t>
        <w:br/>
        <w:t>v 0.412093 18.175163 -0.431733</w:t>
        <w:br/>
        <w:t>v 0.412347 18.299995 -0.182315</w:t>
        <w:br/>
        <w:t>v 0.397054 18.269558 -0.180220</w:t>
        <w:br/>
        <w:t>v 0.438048 18.178444 -0.223392</w:t>
        <w:br/>
        <w:t>v 0.493776 18.200981 -0.231962</w:t>
        <w:br/>
        <w:t>v 0.396244 18.185837 -0.016593</w:t>
        <w:br/>
        <w:t>v 0.450705 18.207758 -0.001591</w:t>
        <w:br/>
        <w:t>v 0.387627 18.255672 -0.023132</w:t>
        <w:br/>
        <w:t>v 0.411213 18.278616 -0.016100</w:t>
        <w:br/>
        <w:t>v 0.337424 18.198606 0.119316</w:t>
        <w:br/>
        <w:t>v 0.387611 18.219475 0.147186</w:t>
        <w:br/>
        <w:t>v 0.369354 18.258104 0.147568</w:t>
        <w:br/>
        <w:t>v 0.340713 18.243299 0.134852</w:t>
        <w:br/>
        <w:t>v 0.289256 18.200562 0.206186</w:t>
        <w:br/>
        <w:t>v 0.336378 18.219810 0.241709</w:t>
        <w:br/>
        <w:t>v 0.297813 18.225403 0.229876</w:t>
        <w:br/>
        <w:t>v 0.326219 18.238474 0.245144</w:t>
        <w:br/>
        <w:t>v -0.234412 18.107302 -0.597678</w:t>
        <w:br/>
        <w:t>v -0.228086 18.128801 -0.554886</w:t>
        <w:br/>
        <w:t>v -0.232208 18.014423 -0.633427</w:t>
        <w:br/>
        <w:t>v -0.212614 18.007002 -0.576823</w:t>
        <w:br/>
        <w:t>v -0.232208 18.014423 -0.633427</w:t>
        <w:br/>
        <w:t>v -0.216646 18.231171 -0.436879</w:t>
        <w:br/>
        <w:t>v -0.225890 18.251884 -0.463040</w:t>
        <w:br/>
        <w:t>v -0.225890 18.251884 -0.463040</w:t>
        <w:br/>
        <w:t>v -0.396583 18.272039 -0.216825</w:t>
        <w:br/>
        <w:t>v -0.426377 18.286274 -0.222947</w:t>
        <w:br/>
        <w:t>v -0.494008 18.122580 -0.247656</w:t>
        <w:br/>
        <w:t>v -0.542881 18.149780 -0.258844</w:t>
        <w:br/>
        <w:t>v -0.495498 18.183647 -0.249703</w:t>
        <w:br/>
        <w:t>v -0.542881 18.149780 -0.258844</w:t>
        <w:br/>
        <w:t>v -0.467533 18.186249 -0.245345</w:t>
        <w:br/>
        <w:t>v -0.426377 18.286274 -0.222947</w:t>
        <w:br/>
        <w:t>v -0.812147 14.602983 -0.000129</w:t>
        <w:br/>
        <w:t>v -0.824635 14.598622 -0.031597</w:t>
        <w:br/>
        <w:t>v -0.769405 14.737822 -0.126184</w:t>
        <w:br/>
        <w:t>v -0.759232 14.749437 -0.095562</w:t>
        <w:br/>
        <w:t>v -0.624804 15.024321 -0.309432</w:t>
        <w:br/>
        <w:t>v -0.620640 15.036994 -0.279222</w:t>
        <w:br/>
        <w:t>v -0.430799 14.970637 -0.287910</w:t>
        <w:br/>
        <w:t>v -0.589837 14.664769 -0.148064</w:t>
        <w:br/>
        <w:t>v -0.759232 14.749437 -0.095562</w:t>
        <w:br/>
        <w:t>v -0.620640 15.036994 -0.279222</w:t>
        <w:br/>
        <w:t>v -0.700290 14.539949 -0.088271</w:t>
        <w:br/>
        <w:t>v -0.812147 14.602983 -0.000129</w:t>
        <w:br/>
        <w:t>v -0.722764 14.542232 -0.110715</w:t>
        <w:br/>
        <w:t>v -0.700290 14.539949 -0.088271</w:t>
        <w:br/>
        <w:t>v -0.589837 14.664769 -0.148064</w:t>
        <w:br/>
        <w:t>v -0.616939 14.661788 -0.168130</w:t>
        <w:br/>
        <w:t>v -0.430799 14.970637 -0.287910</w:t>
        <w:br/>
        <w:t>v -0.452714 14.964448 -0.311322</w:t>
        <w:br/>
        <w:t>v -0.294283 15.284190 -0.426541</w:t>
        <w:br/>
        <w:t>v -0.311324 15.278287 -0.452155</w:t>
        <w:br/>
        <w:t>v -0.155517 15.605660 -0.547290</w:t>
        <w:br/>
        <w:t>v -0.168639 15.599573 -0.575066</w:t>
        <w:br/>
        <w:t>v -0.155517 15.605660 -0.547290</w:t>
        <w:br/>
        <w:t>v -0.294283 15.284190 -0.426541</w:t>
        <w:br/>
        <w:t>v -0.494067 15.341569 -0.432905</w:t>
        <w:br/>
        <w:t>v -0.361330 15.666530 -0.543976</w:t>
        <w:br/>
        <w:t>v -0.009473 15.865627 -0.639073</w:t>
        <w:br/>
        <w:t>v -0.222516 15.929541 -0.645416</w:t>
        <w:br/>
        <w:t>v -0.492038 15.330380 -0.461726</w:t>
        <w:br/>
        <w:t>v -0.354386 15.654891 -0.572384</w:t>
        <w:br/>
        <w:t>v -0.361330 15.666530 -0.543976</w:t>
        <w:br/>
        <w:t>v -0.494067 15.341569 -0.432905</w:t>
        <w:br/>
        <w:t>v -0.211510 15.918446 -0.673654</w:t>
        <w:br/>
        <w:t>v -0.222516 15.929541 -0.645416</w:t>
        <w:br/>
        <w:t>v -0.009473 15.865627 -0.639073</w:t>
        <w:br/>
        <w:t>v -0.019059 15.860281 -0.668450</w:t>
        <w:br/>
        <w:t>v 0.142264 16.157032 -0.706874</w:t>
        <w:br/>
        <w:t>v -0.069663 16.222727 -0.716370</w:t>
        <w:br/>
        <w:t>v 0.142264 16.157032 -0.706874</w:t>
        <w:br/>
        <w:t>v 0.135327 16.153805 -0.737428</w:t>
        <w:br/>
        <w:t>v -0.311324 15.278287 -0.452155</w:t>
        <w:br/>
        <w:t>v -0.492038 15.330380 -0.461726</w:t>
        <w:br/>
        <w:t>v -0.624804 15.024321 -0.309432</w:t>
        <w:br/>
        <w:t>v -0.452714 14.964448 -0.311322</w:t>
        <w:br/>
        <w:t>v -0.769405 14.737822 -0.126184</w:t>
        <w:br/>
        <w:t>v -0.616939 14.661788 -0.168130</w:t>
        <w:br/>
        <w:t>v -0.168639 15.599573 -0.575066</w:t>
        <w:br/>
        <w:t>v -0.354386 15.654891 -0.572384</w:t>
        <w:br/>
        <w:t>v -0.824635 14.598622 -0.031597</w:t>
        <w:br/>
        <w:t>v -0.722764 14.542232 -0.110715</w:t>
        <w:br/>
        <w:t>v 0.585335 17.846350 -0.602480</w:t>
        <w:br/>
        <w:t>v 0.593069 17.863804 -0.623513</w:t>
        <w:br/>
        <w:t>v 0.702914 17.856623 -0.643392</w:t>
        <w:br/>
        <w:t>v 0.710204 17.838371 -0.624262</w:t>
        <w:br/>
        <w:t>v 0.702914 17.856623 -0.643392</w:t>
        <w:br/>
        <w:t>v 0.593069 17.863804 -0.623513</w:t>
        <w:br/>
        <w:t>v 0.552335 17.811640 -0.674982</w:t>
        <w:br/>
        <w:t>v 0.686487 17.788109 -0.723206</w:t>
        <w:br/>
        <w:t>v 0.593069 17.863804 -0.623513</w:t>
        <w:br/>
        <w:t>v 0.585335 17.846350 -0.602480</w:t>
        <w:br/>
        <w:t>v 0.541401 17.794250 -0.651598</w:t>
        <w:br/>
        <w:t>v 0.552335 17.811640 -0.674982</w:t>
        <w:br/>
        <w:t>v 0.539786 17.810423 -0.741490</w:t>
        <w:br/>
        <w:t>v 0.529224 17.796041 -0.717764</w:t>
        <w:br/>
        <w:t>v 0.511957 17.767693 -0.759106</w:t>
        <w:br/>
        <w:t>v 0.523083 17.780783 -0.784648</w:t>
        <w:br/>
        <w:t>v 0.500975 17.711765 -0.788454</w:t>
        <w:br/>
        <w:t>v 0.489509 17.699463 -0.761816</w:t>
        <w:br/>
        <w:t>v 0.417728 17.470917 -0.781806</w:t>
        <w:br/>
        <w:t>v 0.430147 17.476616 -0.812081</w:t>
        <w:br/>
        <w:t>v 0.489509 17.699463 -0.761816</w:t>
        <w:br/>
        <w:t>v 0.664739 17.656641 -0.799937</w:t>
        <w:br/>
        <w:t>v 0.607316 17.407684 -0.813559</w:t>
        <w:br/>
        <w:t>v 0.417728 17.470917 -0.781806</w:t>
        <w:br/>
        <w:t>v 0.504467 17.093828 -0.806128</w:t>
        <w:br/>
        <w:t>v 0.314792 17.178961 -0.808639</w:t>
        <w:br/>
        <w:t>v 0.400448 16.773651 -0.789088</w:t>
        <w:br/>
        <w:t>v 0.198749 16.850208 -0.813060</w:t>
        <w:br/>
        <w:t>v 0.314792 17.178961 -0.808639</w:t>
        <w:br/>
        <w:t>v 0.328112 17.179371 -0.839256</w:t>
        <w:br/>
        <w:t>v 0.500975 17.711765 -0.788454</w:t>
        <w:br/>
        <w:t>v 0.430147 17.476616 -0.812081</w:t>
        <w:br/>
        <w:t>v 0.600890 17.419561 -0.842148</w:t>
        <w:br/>
        <w:t>v 0.656430 17.673473 -0.822873</w:t>
        <w:br/>
        <w:t>v 0.499769 17.101437 -0.838356</w:t>
        <w:br/>
        <w:t>v 0.328112 17.179371 -0.839256</w:t>
        <w:br/>
        <w:t>v 0.198749 16.850208 -0.813060</w:t>
        <w:br/>
        <w:t>v 0.212838 16.846926 -0.843245</w:t>
        <w:br/>
        <w:t>v 0.075287 16.533710 -0.777316</w:t>
        <w:br/>
        <w:t>v 0.282986 16.464735 -0.754618</w:t>
        <w:br/>
        <w:t>v 0.075287 16.533710 -0.777316</w:t>
        <w:br/>
        <w:t>v 0.089779 16.527241 -0.806506</w:t>
        <w:br/>
        <w:t>v 0.600890 17.419561 -0.842148</w:t>
        <w:br/>
        <w:t>v 0.499769 17.101437 -0.838356</w:t>
        <w:br/>
        <w:t>v 0.504467 17.093828 -0.806128</w:t>
        <w:br/>
        <w:t>v 0.607316 17.407684 -0.813559</w:t>
        <w:br/>
        <w:t>v 0.395905 16.776918 -0.822245</w:t>
        <w:br/>
        <w:t>v 0.400448 16.773651 -0.789088</w:t>
        <w:br/>
        <w:t>v 0.282986 16.464735 -0.754618</w:t>
        <w:br/>
        <w:t>v 0.277870 16.464249 -0.786943</w:t>
        <w:br/>
        <w:t>v 0.395905 16.776918 -0.822245</w:t>
        <w:br/>
        <w:t>v 0.212838 16.846926 -0.843245</w:t>
        <w:br/>
        <w:t>v 0.089779 16.527241 -0.806506</w:t>
        <w:br/>
        <w:t>v 0.277870 16.464249 -0.786943</w:t>
        <w:br/>
        <w:t>v -0.056100 16.213514 -0.744779</w:t>
        <w:br/>
        <w:t>v 0.135327 16.153805 -0.737428</w:t>
        <w:br/>
        <w:t>v 0.656430 17.673473 -0.822873</w:t>
        <w:br/>
        <w:t>v 0.664739 17.656641 -0.799937</w:t>
        <w:br/>
        <w:t>v 0.675603 17.727184 -0.788802</w:t>
        <w:br/>
        <w:t>v 0.511957 17.767693 -0.759106</w:t>
        <w:br/>
        <w:t>v 0.529224 17.796041 -0.717764</w:t>
        <w:br/>
        <w:t>v 0.683598 17.760130 -0.754481</w:t>
        <w:br/>
        <w:t>v 0.696733 17.768902 -0.702966</w:t>
        <w:br/>
        <w:t>v 0.686487 17.788109 -0.723206</w:t>
        <w:br/>
        <w:t>v 0.674955 17.777554 -0.774628</w:t>
        <w:br/>
        <w:t>v 0.683598 17.760130 -0.754481</w:t>
        <w:br/>
        <w:t>v 0.710204 17.838371 -0.624262</w:t>
        <w:br/>
        <w:t>v 0.702914 17.856623 -0.643392</w:t>
        <w:br/>
        <w:t>v 0.674955 17.777554 -0.774628</w:t>
        <w:br/>
        <w:t>v 0.539786 17.810423 -0.741490</w:t>
        <w:br/>
        <w:t>v 0.667168 17.744240 -0.810688</w:t>
        <w:br/>
        <w:t>v 0.675603 17.727184 -0.788802</w:t>
        <w:br/>
        <w:t>v 0.541401 17.794250 -0.651598</w:t>
        <w:br/>
        <w:t>v 0.696733 17.768902 -0.702966</w:t>
        <w:br/>
        <w:t>v 0.667168 17.744240 -0.810688</w:t>
        <w:br/>
        <w:t>v 0.523083 17.780783 -0.784648</w:t>
        <w:br/>
        <w:t>v 0.710204 17.838371 -0.624262</w:t>
        <w:br/>
        <w:t>v 0.585335 17.846350 -0.602480</w:t>
        <w:br/>
        <w:t>v -0.019059 15.860281 -0.668450</w:t>
        <w:br/>
        <w:t>v -0.211510 15.918446 -0.673654</w:t>
        <w:br/>
        <w:t>v -0.056100 16.213514 -0.744779</w:t>
        <w:br/>
        <w:t>v -0.069663 16.222727 -0.716370</w:t>
        <w:br/>
        <w:t>v 0.756976 14.754085 -0.107705</w:t>
        <w:br/>
        <w:t>v 0.815354 14.608379 -0.020283</w:t>
        <w:br/>
        <w:t>v 0.802874 14.612558 0.010860</w:t>
        <w:br/>
        <w:t>v 0.747245 14.765567 -0.077275</w:t>
        <w:br/>
        <w:t>v 0.604813 15.060942 -0.250717</w:t>
        <w:br/>
        <w:t>v 0.608806 15.047779 -0.281398</w:t>
        <w:br/>
        <w:t>v 0.477779 15.355834 -0.415440</w:t>
        <w:br/>
        <w:t>v 0.475607 15.343462 -0.446509</w:t>
        <w:br/>
        <w:t>v 0.366451 15.645583 -0.553302</w:t>
        <w:br/>
        <w:t>v 0.360576 15.632892 -0.583143</w:t>
        <w:br/>
        <w:t>v 0.237177 15.877430 -0.698636</w:t>
        <w:br/>
        <w:t>v 0.246764 15.889750 -0.669577</w:t>
        <w:br/>
        <w:t>v 0.078402 16.187820 -0.786595</w:t>
        <w:br/>
        <w:t>v 0.091396 16.197931 -0.758211</w:t>
        <w:br/>
        <w:t>v -0.118963 16.134995 -0.738238</w:t>
        <w:br/>
        <w:t>v 0.091396 16.197931 -0.758211</w:t>
        <w:br/>
        <w:t>v 0.246764 15.889750 -0.669577</w:t>
        <w:br/>
        <w:t>v 0.039447 15.832724 -0.662444</w:t>
        <w:br/>
        <w:t>v -0.268134 16.438046 -0.773107</w:t>
        <w:br/>
        <w:t>v -0.059745 16.507957 -0.797589</w:t>
        <w:br/>
        <w:t>v -0.059745 16.507957 -0.797589</w:t>
        <w:br/>
        <w:t>v -0.188956 16.819832 -0.812198</w:t>
        <w:br/>
        <w:t>v -0.203110 16.815859 -0.841948</w:t>
        <w:br/>
        <w:t>v -0.074026 16.500566 -0.826248</w:t>
        <w:br/>
        <w:t>v -0.074026 16.500566 -0.826248</w:t>
        <w:br/>
        <w:t>v -0.203110 16.815859 -0.841948</w:t>
        <w:br/>
        <w:t>v -0.389491 16.747030 -0.817297</w:t>
        <w:br/>
        <w:t>v -0.262909 16.436867 -0.804481</w:t>
        <w:br/>
        <w:t>v -0.314952 17.137066 -0.841681</w:t>
        <w:br/>
        <w:t>v -0.301830 17.137222 -0.811852</w:t>
        <w:br/>
        <w:t>v -0.314952 17.137066 -0.841681</w:t>
        <w:br/>
        <w:t>v -0.492029 17.064251 -0.823414</w:t>
        <w:br/>
        <w:t>v -0.111541 16.130608 -0.769243</w:t>
        <w:br/>
        <w:t>v 0.050186 15.825708 -0.693391</w:t>
        <w:br/>
        <w:t>v 0.237177 15.877430 -0.698636</w:t>
        <w:br/>
        <w:t>v 0.078402 16.187820 -0.786595</w:t>
        <w:br/>
        <w:t>v -0.394132 16.744152 -0.784174</w:t>
        <w:br/>
        <w:t>v -0.188956 16.819832 -0.812198</w:t>
        <w:br/>
        <w:t>v -0.497335 17.056837 -0.790424</w:t>
        <w:br/>
        <w:t>v -0.301830 17.137222 -0.811852</w:t>
        <w:br/>
        <w:t>v -0.394132 16.744152 -0.784174</w:t>
        <w:br/>
        <w:t>v -0.268134 16.438046 -0.773107</w:t>
        <w:br/>
        <w:t>v -0.262909 16.436867 -0.804481</w:t>
        <w:br/>
        <w:t>v -0.389491 16.747030 -0.817297</w:t>
        <w:br/>
        <w:t>v -0.492029 17.064251 -0.823414</w:t>
        <w:br/>
        <w:t>v -0.497335 17.056837 -0.790424</w:t>
        <w:br/>
        <w:t>v -0.118963 16.134995 -0.738238</w:t>
        <w:br/>
        <w:t>v 0.039447 15.832724 -0.662444</w:t>
        <w:br/>
        <w:t>v 0.050186 15.825708 -0.693391</w:t>
        <w:br/>
        <w:t>v -0.111541 16.130608 -0.769243</w:t>
        <w:br/>
        <w:t>v 0.366451 15.645583 -0.553302</w:t>
        <w:br/>
        <w:t>v 0.164476 15.585636 -0.568787</w:t>
        <w:br/>
        <w:t>v 0.164476 15.585636 -0.568787</w:t>
        <w:br/>
        <w:t>v 0.178699 15.578887 -0.598187</w:t>
        <w:br/>
        <w:t>v 0.178699 15.578887 -0.598187</w:t>
        <w:br/>
        <w:t>v 0.360576 15.632892 -0.583143</w:t>
        <w:br/>
        <w:t>v 0.296748 15.289309 -0.481304</w:t>
        <w:br/>
        <w:t>v 0.475607 15.343462 -0.446509</w:t>
        <w:br/>
        <w:t>v 0.436958 14.985413 -0.336310</w:t>
        <w:br/>
        <w:t>v 0.608806 15.047779 -0.281398</w:t>
        <w:br/>
        <w:t>v 0.279784 15.295547 -0.454288</w:t>
        <w:br/>
        <w:t>v 0.415184 14.991655 -0.312770</w:t>
        <w:br/>
        <w:t>v 0.436958 14.985413 -0.336310</w:t>
        <w:br/>
        <w:t>v 0.296748 15.289309 -0.481304</w:t>
        <w:br/>
        <w:t>v 0.604813 15.060942 -0.250717</w:t>
        <w:br/>
        <w:t>v 0.415184 14.991655 -0.312770</w:t>
        <w:br/>
        <w:t>v 0.279784 15.295547 -0.454288</w:t>
        <w:br/>
        <w:t>v 0.477779 15.355834 -0.415440</w:t>
        <w:br/>
        <w:t>v 0.747245 14.765567 -0.077275</w:t>
        <w:br/>
        <w:t>v 0.576146 14.680039 -0.169029</w:t>
        <w:br/>
        <w:t>v 0.576146 14.680039 -0.169029</w:t>
        <w:br/>
        <w:t>v 0.603347 14.677014 -0.189151</w:t>
        <w:br/>
        <w:t>v 0.802874 14.612558 0.010860</w:t>
        <w:br/>
        <w:t>v 0.690263 14.550054 -0.075610</w:t>
        <w:br/>
        <w:t>v 0.690263 14.550054 -0.075610</w:t>
        <w:br/>
        <w:t>v 0.712736 14.552476 -0.097793</w:t>
        <w:br/>
        <w:t>v 0.603347 14.677014 -0.189151</w:t>
        <w:br/>
        <w:t>v 0.756976 14.754085 -0.107705</w:t>
        <w:br/>
        <w:t>v 0.712736 14.552476 -0.097793</w:t>
        <w:br/>
        <w:t>v 0.815354 14.608379 -0.020283</w:t>
        <w:br/>
        <w:t>v -0.596493 17.867058 -0.642419</w:t>
        <w:br/>
        <w:t>v -0.538176 17.814360 -0.701471</w:t>
        <w:br/>
        <w:t>v -0.526575 17.797493 -0.679508</w:t>
        <w:br/>
        <w:t>v -0.587907 17.849388 -0.622954</w:t>
        <w:br/>
        <w:t>v -0.526575 17.797493 -0.679508</w:t>
        <w:br/>
        <w:t>v -0.700698 17.763008 -0.695719</w:t>
        <w:br/>
        <w:t>v -0.720527 17.825598 -0.631230</w:t>
        <w:br/>
        <w:t>v -0.587907 17.849388 -0.622954</w:t>
        <w:br/>
        <w:t>v -0.720527 17.825598 -0.631230</w:t>
        <w:br/>
        <w:t>v -0.700698 17.763008 -0.695719</w:t>
        <w:br/>
        <w:t>v -0.690742 17.783684 -0.716148</w:t>
        <w:br/>
        <w:t>v -0.713753 17.845629 -0.649919</w:t>
        <w:br/>
        <w:t>v -0.521162 17.788757 -0.742338</w:t>
        <w:br/>
        <w:t>v -0.683901 17.748169 -0.766836</w:t>
        <w:br/>
        <w:t>v -0.657178 17.626980 -0.792588</w:t>
        <w:br/>
        <w:t>v -0.672037 17.712753 -0.787310</w:t>
        <w:br/>
        <w:t>v -0.509821 17.761694 -0.763775</w:t>
        <w:br/>
        <w:t>v -0.480385 17.678856 -0.772133</w:t>
        <w:br/>
        <w:t>v -0.595454 17.366962 -0.788856</w:t>
        <w:br/>
        <w:t>v -0.407203 17.443949 -0.791283</w:t>
        <w:br/>
        <w:t>v -0.407203 17.443949 -0.791283</w:t>
        <w:br/>
        <w:t>v -0.480385 17.678856 -0.772133</w:t>
        <w:br/>
        <w:t>v -0.491727 17.690325 -0.797478</w:t>
        <w:br/>
        <w:t>v -0.418787 17.448528 -0.818990</w:t>
        <w:br/>
        <w:t>v -0.521022 17.774593 -0.787020</w:t>
        <w:br/>
        <w:t>v -0.509821 17.761694 -0.763775</w:t>
        <w:br/>
        <w:t>v -0.588257 17.379374 -0.817717</w:t>
        <w:br/>
        <w:t>v -0.418787 17.448528 -0.818990</w:t>
        <w:br/>
        <w:t>v -0.491727 17.690325 -0.797478</w:t>
        <w:br/>
        <w:t>v -0.648488 17.644552 -0.816817</w:t>
        <w:br/>
        <w:t>v -0.648488 17.644552 -0.816817</w:t>
        <w:br/>
        <w:t>v -0.657178 17.626980 -0.792588</w:t>
        <w:br/>
        <w:t>v -0.595454 17.366962 -0.788856</w:t>
        <w:br/>
        <w:t>v -0.588257 17.379374 -0.817717</w:t>
        <w:br/>
        <w:t>v -0.521022 17.774593 -0.787020</w:t>
        <w:br/>
        <w:t>v -0.663360 17.730890 -0.809177</w:t>
        <w:br/>
        <w:t>v -0.663360 17.730890 -0.809177</w:t>
        <w:br/>
        <w:t>v -0.672037 17.712753 -0.787310</w:t>
        <w:br/>
        <w:t>v -0.532308 17.802219 -0.764750</w:t>
        <w:br/>
        <w:t>v -0.521162 17.788757 -0.742338</w:t>
        <w:br/>
        <w:t>v -0.713753 17.845629 -0.649919</w:t>
        <w:br/>
        <w:t>v -0.690742 17.783684 -0.716148</w:t>
        <w:br/>
        <w:t>v -0.538176 17.814360 -0.701471</w:t>
        <w:br/>
        <w:t>v -0.596493 17.867058 -0.642419</w:t>
        <w:br/>
        <w:t>v -0.675229 17.766531 -0.787766</w:t>
        <w:br/>
        <w:t>v -0.532308 17.802219 -0.764750</w:t>
        <w:br/>
        <w:t>v -0.683901 17.748169 -0.766836</w:t>
        <w:br/>
        <w:t>v -0.675229 17.766531 -0.787766</w:t>
        <w:br/>
        <w:t>v -0.596493 17.867058 -0.642419</w:t>
        <w:br/>
        <w:t>v -0.587907 17.849388 -0.622954</w:t>
        <w:br/>
        <w:t>v -0.720527 17.825598 -0.631230</w:t>
        <w:br/>
        <w:t>v -0.713753 17.845629 -0.649919</w:t>
        <w:br/>
        <w:t>v 1.656170 13.952655 1.147972</w:t>
        <w:br/>
        <w:t>v 1.532124 13.915398 1.346555</w:t>
        <w:br/>
        <w:t>v 1.442930 14.139817 1.339153</w:t>
        <w:br/>
        <w:t>v 1.566227 14.177073 1.140570</w:t>
        <w:br/>
        <w:t>v 1.300347 13.818415 0.906875</w:t>
        <w:br/>
        <w:t>v 1.211786 14.042783 0.899495</w:t>
        <w:br/>
        <w:t>v 1.087871 14.005561 1.098231</w:t>
        <w:br/>
        <w:t>v 1.175946 13.781165 1.105459</w:t>
        <w:br/>
        <w:t>v 1.449369 14.119641 0.674853</w:t>
        <w:br/>
        <w:t>v 1.539320 13.895240 0.682254</w:t>
        <w:br/>
        <w:t>v 1.757143 13.977556 0.830139</w:t>
        <w:br/>
        <w:t>v 1.666272 14.202007 0.822738</w:t>
        <w:br/>
        <w:t>v 1.168680 13.801325 1.769760</w:t>
        <w:br/>
        <w:t>v 0.950279 13.718957 1.621875</w:t>
        <w:br/>
        <w:t>v 0.863530 13.943396 1.615154</w:t>
        <w:br/>
        <w:t>v 1.081518 14.025732 1.762359</w:t>
        <w:br/>
        <w:t>v 1.120466 14.040030 1.773879</w:t>
        <w:br/>
        <w:t>v 1.207679 13.815587 1.781280</w:t>
        <w:br/>
        <w:t>v 1.163679 14.055091 1.763968</w:t>
        <w:br/>
        <w:t>v 1.250953 13.830666 1.771369</w:t>
        <w:br/>
        <w:t>v 1.195039 14.065311 1.736320</w:t>
        <w:br/>
        <w:t>v 1.282379 13.840883 1.743722</w:t>
        <w:br/>
        <w:t>v 1.689155 14.214328 0.941987</w:t>
        <w:br/>
        <w:t>v 1.700694 14.216997 0.900782</w:t>
        <w:br/>
        <w:t>v 1.791555 13.992600 0.908183</w:t>
        <w:br/>
        <w:t>v 1.779885 13.989913 0.949389</w:t>
        <w:br/>
        <w:t>v 1.692002 14.212299 0.855385</w:t>
        <w:br/>
        <w:t>v 1.782899 13.987900 0.862786</w:t>
        <w:br/>
        <w:t>v 0.924094 13.708652 1.589225</w:t>
        <w:br/>
        <w:t>v 0.837417 13.933080 1.582850</w:t>
        <w:br/>
        <w:t>v 0.915099 13.703969 1.543827</w:t>
        <w:br/>
        <w:t>v 0.828446 13.928382 1.537857</w:t>
        <w:br/>
        <w:t>v 0.926667 13.706664 1.502626</w:t>
        <w:br/>
        <w:t>v 0.839968 13.931054 1.496938</w:t>
        <w:br/>
        <w:t>v 1.456381 13.865875 0.680641</w:t>
        <w:br/>
        <w:t>v 1.366866 14.090302 0.673242</w:t>
        <w:br/>
        <w:t>v 1.335318 14.080058 0.700895</w:t>
        <w:br/>
        <w:t>v 1.424643 13.855667 0.708291</w:t>
        <w:br/>
        <w:t>v 1.500045 13.880949 0.670730</w:t>
        <w:br/>
        <w:t>v 1.410266 14.105388 0.663329</w:t>
        <w:br/>
        <w:t>v 1.738073 13.971594 0.853458</w:t>
        <w:br/>
        <w:t>v 1.526516 13.891645 0.709877</w:t>
        <w:br/>
        <w:t>v 1.436623 14.116075 0.702476</w:t>
        <w:br/>
        <w:t>v 1.647277 14.196009 0.846058</w:t>
        <w:br/>
        <w:t>v 1.181525 13.804905 1.742133</w:t>
        <w:br/>
        <w:t>v 1.094303 14.029320 1.734734</w:t>
        <w:br/>
        <w:t>v 0.882708 13.949373 1.591935</w:t>
        <w:br/>
        <w:t>v 0.969533 13.724946 1.598551</w:t>
        <w:br/>
        <w:t>v 1.209523 13.815188 1.751572</w:t>
        <w:br/>
        <w:t>v 1.122271 14.039602 1.744171</w:t>
        <w:br/>
        <w:t>v 1.238470 13.825262 1.744943</w:t>
        <w:br/>
        <w:t>v 1.151171 14.049700 1.737541</w:t>
        <w:br/>
        <w:t>v 1.260618 13.832410 1.724023</w:t>
        <w:br/>
        <w:t>v 1.173272 14.056843 1.716621</w:t>
        <w:br/>
        <w:t>v 1.763388 13.982490 0.906792</w:t>
        <w:br/>
        <w:t>v 1.672587 14.206910 0.899391</w:t>
        <w:br/>
        <w:t>v 1.663290 14.204590 0.928998</w:t>
        <w:br/>
        <w:t>v 1.753903 13.980168 0.936399</w:t>
        <w:br/>
        <w:t>v 1.757595 13.979358 0.876439</w:t>
        <w:br/>
        <w:t>v 1.666769 14.203776 0.869037</w:t>
        <w:br/>
        <w:t>v 0.862937 13.941620 1.569218</w:t>
        <w:br/>
        <w:t>v 0.949706 13.717203 1.575576</w:t>
        <w:br/>
        <w:t>v 0.856939 13.938478 1.539125</w:t>
        <w:br/>
        <w:t>v 0.943695 13.714056 1.545218</w:t>
        <w:br/>
        <w:t>v 0.866331 13.940784 1.509701</w:t>
        <w:br/>
        <w:t>v 0.953121 13.716379 1.515611</w:t>
        <w:br/>
        <w:t>v 1.469113 13.871266 0.707067</w:t>
        <w:br/>
        <w:t>v 1.446758 13.864123 0.727989</w:t>
        <w:br/>
        <w:t>v 1.357324 14.088544 0.720589</w:t>
        <w:br/>
        <w:t>v 1.379496 14.095701 0.699665</w:t>
        <w:br/>
        <w:t>v 1.498306 13.881353 0.700443</w:t>
        <w:br/>
        <w:t>v 1.408536 14.105769 0.693041</w:t>
        <w:br/>
        <w:t>v 1.508242 13.906290 1.330211</w:t>
        <w:br/>
        <w:t>v 1.532124 13.915398 1.346555</w:t>
        <w:br/>
        <w:t>v 1.656170 13.952655 1.147972</w:t>
        <w:br/>
        <w:t>v 1.631255 13.943229 1.133305</w:t>
        <w:br/>
        <w:t>v 1.419065 14.130715 1.322809</w:t>
        <w:br/>
        <w:t>v 1.541335 14.167653 1.125903</w:t>
        <w:br/>
        <w:t>v 1.566227 14.177073 1.140570</w:t>
        <w:br/>
        <w:t>v 1.442930 14.139817 1.339153</w:t>
        <w:br/>
        <w:t>v 1.112081 14.014666 1.114503</w:t>
        <w:br/>
        <w:t>v 1.087871 14.005561 1.098231</w:t>
        <w:br/>
        <w:t>v 1.211786 14.042783 0.899495</w:t>
        <w:br/>
        <w:t>v 1.234806 14.051590 0.917503</w:t>
        <w:br/>
        <w:t>v 1.175946 13.781165 1.105459</w:t>
        <w:br/>
        <w:t>v 1.200322 13.790252 1.121800</w:t>
        <w:br/>
        <w:t>v 1.323634 13.827187 0.924894</w:t>
        <w:br/>
        <w:t>v 1.300347 13.818415 0.906875</w:t>
        <w:br/>
        <w:t>v 1.757143 13.977556 0.830139</w:t>
        <w:br/>
        <w:t>v 1.539320 13.895240 0.682254</w:t>
        <w:br/>
        <w:t>v 1.526516 13.891645 0.709877</w:t>
        <w:br/>
        <w:t>v 1.738073 13.971594 0.853458</w:t>
        <w:br/>
        <w:t>v 1.449369 14.119641 0.674853</w:t>
        <w:br/>
        <w:t>v 1.666272 14.202007 0.822738</w:t>
        <w:br/>
        <w:t>v 1.647277 14.196009 0.846058</w:t>
        <w:br/>
        <w:t>v 1.436623 14.116075 0.702476</w:t>
        <w:br/>
        <w:t>v 0.950279 13.718957 1.621875</w:t>
        <w:br/>
        <w:t>v 1.168680 13.801325 1.769760</w:t>
        <w:br/>
        <w:t>v 1.181525 13.804905 1.742133</w:t>
        <w:br/>
        <w:t>v 0.969533 13.724946 1.598551</w:t>
        <w:br/>
        <w:t>v 1.081518 14.025732 1.762359</w:t>
        <w:br/>
        <w:t>v 0.863530 13.943396 1.615154</w:t>
        <w:br/>
        <w:t>v 0.882708 13.949373 1.591935</w:t>
        <w:br/>
        <w:t>v 1.094303 14.029320 1.734734</w:t>
        <w:br/>
        <w:t>v 1.207679 13.815587 1.781280</w:t>
        <w:br/>
        <w:t>v 1.209523 13.815188 1.751572</w:t>
        <w:br/>
        <w:t>v 1.122271 14.039602 1.744171</w:t>
        <w:br/>
        <w:t>v 1.120466 14.040030 1.773879</w:t>
        <w:br/>
        <w:t>v 1.250953 13.830666 1.771369</w:t>
        <w:br/>
        <w:t>v 1.238470 13.825262 1.744943</w:t>
        <w:br/>
        <w:t>v 1.163679 14.055091 1.763968</w:t>
        <w:br/>
        <w:t>v 1.151171 14.049700 1.737541</w:t>
        <w:br/>
        <w:t>v 1.260618 13.832410 1.724023</w:t>
        <w:br/>
        <w:t>v 1.282379 13.840883 1.743722</w:t>
        <w:br/>
        <w:t>v 1.173272 14.056843 1.716621</w:t>
        <w:br/>
        <w:t>v 1.195039 14.065311 1.736320</w:t>
        <w:br/>
        <w:t>v 1.791555 13.992600 0.908183</w:t>
        <w:br/>
        <w:t>v 1.763388 13.982490 0.906792</w:t>
        <w:br/>
        <w:t>v 1.753903 13.980168 0.936399</w:t>
        <w:br/>
        <w:t>v 1.779885 13.989913 0.949389</w:t>
        <w:br/>
        <w:t>v 1.663290 14.204590 0.928998</w:t>
        <w:br/>
        <w:t>v 1.672587 14.206910 0.899391</w:t>
        <w:br/>
        <w:t>v 1.700694 14.216997 0.900782</w:t>
        <w:br/>
        <w:t>v 1.689155 14.214328 0.941987</w:t>
        <w:br/>
        <w:t>v 1.782899 13.987900 0.862786</w:t>
        <w:br/>
        <w:t>v 1.757595 13.979358 0.876439</w:t>
        <w:br/>
        <w:t>v 1.692002 14.212299 0.855385</w:t>
        <w:br/>
        <w:t>v 1.666769 14.203776 0.869037</w:t>
        <w:br/>
        <w:t>v 0.837417 13.933080 1.582850</w:t>
        <w:br/>
        <w:t>v 0.862937 13.941620 1.569218</w:t>
        <w:br/>
        <w:t>v 0.949706 13.717203 1.575576</w:t>
        <w:br/>
        <w:t>v 0.924094 13.708652 1.589225</w:t>
        <w:br/>
        <w:t>v 0.828446 13.928382 1.537857</w:t>
        <w:br/>
        <w:t>v 0.856939 13.938478 1.539125</w:t>
        <w:br/>
        <w:t>v 0.915099 13.703969 1.543827</w:t>
        <w:br/>
        <w:t>v 0.943695 13.714056 1.545218</w:t>
        <w:br/>
        <w:t>v 0.866331 13.940784 1.509701</w:t>
        <w:br/>
        <w:t>v 0.839968 13.931054 1.496938</w:t>
        <w:br/>
        <w:t>v 0.953121 13.716379 1.515611</w:t>
        <w:br/>
        <w:t>v 0.926667 13.706664 1.502626</w:t>
        <w:br/>
        <w:t>v 1.366866 14.090302 0.673242</w:t>
        <w:br/>
        <w:t>v 1.379496 14.095701 0.699665</w:t>
        <w:br/>
        <w:t>v 1.357324 14.088544 0.720589</w:t>
        <w:br/>
        <w:t>v 1.335318 14.080058 0.700895</w:t>
        <w:br/>
        <w:t>v 1.446758 13.864123 0.727989</w:t>
        <w:br/>
        <w:t>v 1.469113 13.871266 0.707067</w:t>
        <w:br/>
        <w:t>v 1.456381 13.865875 0.680641</w:t>
        <w:br/>
        <w:t>v 1.424643 13.855667 0.708291</w:t>
        <w:br/>
        <w:t>v 1.410266 14.105388 0.663329</w:t>
        <w:br/>
        <w:t>v 1.408536 14.105769 0.693041</w:t>
        <w:br/>
        <w:t>v 1.500045 13.880949 0.670730</w:t>
        <w:br/>
        <w:t>v 1.498306 13.881353 0.700443</w:t>
        <w:br/>
        <w:t>v 1.319111 14.102563 1.537737</w:t>
        <w:br/>
        <w:t>v 1.296307 14.093780 1.519715</w:t>
        <w:br/>
        <w:t>v 1.407347 13.878141 1.545139</w:t>
        <w:br/>
        <w:t>v 1.319111 14.102563 1.537737</w:t>
        <w:br/>
        <w:t>v 1.384539 13.869350 1.527117</w:t>
        <w:br/>
        <w:t>v 1.407347 13.878141 1.545139</w:t>
        <w:br/>
        <w:t>v 1.051571 13.743914 1.304042</w:t>
        <w:br/>
        <w:t>v 1.076977 13.753315 1.318705</w:t>
        <w:br/>
        <w:t>v 0.964114 13.968309 1.298237</w:t>
        <w:br/>
        <w:t>v 1.051571 13.743914 1.304042</w:t>
        <w:br/>
        <w:t>v 0.989422 13.977724 1.312660</w:t>
        <w:br/>
        <w:t>v 0.964114 13.968309 1.298237</w:t>
        <w:br/>
        <w:t>v 0.926667 13.706664 1.502626</w:t>
        <w:br/>
        <w:t>v 0.953121 13.716379 1.515611</w:t>
        <w:br/>
        <w:t>v 0.839968 13.931054 1.496938</w:t>
        <w:br/>
        <w:t>v 0.926667 13.706664 1.502626</w:t>
        <w:br/>
        <w:t>v 0.866331 13.940784 1.509701</w:t>
        <w:br/>
        <w:t>v 0.839968 13.931054 1.496938</w:t>
        <w:br/>
        <w:t>v -0.000745 14.620377 1.453641</w:t>
        <w:br/>
        <w:t>v -0.001232 14.325813 1.441776</w:t>
        <w:br/>
        <w:t>v -0.239406 14.320039 1.414806</w:t>
        <w:br/>
        <w:t>v -0.243378 14.618922 1.419130</w:t>
        <w:br/>
        <w:t>v -0.498878 14.625065 1.328576</w:t>
        <w:br/>
        <w:t>v -0.497852 14.324661 1.346521</w:t>
        <w:br/>
        <w:t>v -0.228380 14.651404 1.354603</w:t>
        <w:br/>
        <w:t>v -0.000683 14.652593 1.385781</w:t>
        <w:br/>
        <w:t>v -0.000745 14.620377 1.453641</w:t>
        <w:br/>
        <w:t>v -0.243378 14.618922 1.419130</w:t>
        <w:br/>
        <w:t>v -0.498878 14.625065 1.328576</w:t>
        <w:br/>
        <w:t>v -0.472553 14.657932 1.269307</w:t>
        <w:br/>
        <w:t>v -0.219496 14.276422 1.331092</w:t>
        <w:br/>
        <w:t>v -0.453923 14.279537 1.262193</w:t>
        <w:br/>
        <w:t>v -0.497852 14.324661 1.346521</w:t>
        <w:br/>
        <w:t>v -0.239406 14.320039 1.414806</w:t>
        <w:br/>
        <w:t>v -1.019910 14.669048 0.339764</w:t>
        <w:br/>
        <w:t>v -1.024480 14.372448 0.324631</w:t>
        <w:br/>
        <w:t>v -0.975121 14.372852 0.108280</w:t>
        <w:br/>
        <w:t>v -0.959215 14.663356 0.141250</w:t>
        <w:br/>
        <w:t>v -1.024480 14.372448 0.324631</w:t>
        <w:br/>
        <w:t>v -1.027507 14.368569 0.530688</w:t>
        <w:br/>
        <w:t>v -0.930052 14.306604 0.556753</w:t>
        <w:br/>
        <w:t>v -0.935752 14.310408 0.356273</w:t>
        <w:br/>
        <w:t>v -0.937931 14.351593 0.984742</w:t>
        <w:br/>
        <w:t>v -1.031618 14.362278 0.745398</w:t>
        <w:br/>
        <w:t>v -1.023843 14.665659 0.720854</w:t>
        <w:br/>
        <w:t>v -0.923794 14.656549 0.945589</w:t>
        <w:br/>
        <w:t>v -1.031618 14.362278 0.745398</w:t>
        <w:br/>
        <w:t>v -0.937931 14.351593 0.984742</w:t>
        <w:br/>
        <w:t>v -0.851819 14.300215 0.982055</w:t>
        <w:br/>
        <w:t>v -0.934094 14.305085 0.764168</w:t>
        <w:br/>
        <w:t>v -0.752497 14.337972 1.194223</w:t>
        <w:br/>
        <w:t>v -0.743914 14.641600 1.167348</w:t>
        <w:br/>
        <w:t>v -1.023843 14.665659 0.720854</w:t>
        <w:br/>
        <w:t>v -0.970650 14.693401 0.713398</w:t>
        <w:br/>
        <w:t>v -0.875614 14.685808 0.925338</w:t>
        <w:br/>
        <w:t>v -0.923794 14.656549 0.945589</w:t>
        <w:br/>
        <w:t>v -0.904968 14.317343 0.142370</w:t>
        <w:br/>
        <w:t>v -0.975121 14.372852 0.108280</w:t>
        <w:br/>
        <w:t>v -1.024480 14.372448 0.324631</w:t>
        <w:br/>
        <w:t>v -0.787817 14.304749 -0.059463</w:t>
        <w:br/>
        <w:t>v -0.841359 14.353185 -0.098587</w:t>
        <w:br/>
        <w:t>v -0.841359 14.353185 -0.098587</w:t>
        <w:br/>
        <w:t>v -0.831753 14.651554 -0.079962</w:t>
        <w:br/>
        <w:t>v -0.831753 14.651554 -0.079962</w:t>
        <w:br/>
        <w:t>v -0.789907 14.680142 -0.046238</w:t>
        <w:br/>
        <w:t>v -0.912582 14.689945 0.163028</w:t>
        <w:br/>
        <w:t>v -0.959215 14.663356 0.141250</w:t>
        <w:br/>
        <w:t>v -0.309342 14.634360 -0.219968</w:t>
        <w:br/>
        <w:t>v -0.462186 14.644245 -0.207627</w:t>
        <w:br/>
        <w:t>v -0.483640 14.609176 -0.253514</w:t>
        <w:br/>
        <w:t>v -0.322167 14.597717 -0.266241</w:t>
        <w:br/>
        <w:t>v -0.669328 14.337918 -0.207675</w:t>
        <w:br/>
        <w:t>v -0.628984 14.293619 -0.158822</w:t>
        <w:br/>
        <w:t>v -0.460066 14.279011 -0.208033</w:t>
        <w:br/>
        <w:t>v -0.488179 14.320640 -0.260341</w:t>
        <w:br/>
        <w:t>v -0.483640 14.609176 -0.253514</w:t>
        <w:br/>
        <w:t>v -0.488179 14.320640 -0.260341</w:t>
        <w:br/>
        <w:t>v -0.325994 14.308575 -0.286229</w:t>
        <w:br/>
        <w:t>v -0.322167 14.597717 -0.266241</w:t>
        <w:br/>
        <w:t>v -0.308561 14.268562 -0.233942</w:t>
        <w:br/>
        <w:t>v -0.325994 14.308575 -0.286229</w:t>
        <w:br/>
        <w:t>v -0.157355 14.302382 -0.284460</w:t>
        <w:br/>
        <w:t>v -0.154955 14.592079 -0.266030</w:t>
        <w:br/>
        <w:t>v -0.154955 14.592079 -0.266030</w:t>
        <w:br/>
        <w:t>v -0.149341 14.629462 -0.216596</w:t>
        <w:br/>
        <w:t>v -0.000598 14.590384 -0.266475</w:t>
        <w:br/>
        <w:t>v -0.000522 14.627917 -0.216593</w:t>
        <w:br/>
        <w:t>v -0.001063 14.300152 -0.281603</w:t>
        <w:br/>
        <w:t>v -0.000598 14.590384 -0.266475</w:t>
        <w:br/>
        <w:t>v -0.157355 14.302382 -0.284460</w:t>
        <w:br/>
        <w:t>v -0.149348 14.262908 -0.227402</w:t>
        <w:br/>
        <w:t>v -0.000784 14.260651 -0.224932</w:t>
        <w:br/>
        <w:t>v -0.001063 14.300152 -0.281603</w:t>
        <w:br/>
        <w:t>v -0.662766 14.626409 -0.228916</w:t>
        <w:br/>
        <w:t>v -0.669328 14.337918 -0.207675</w:t>
        <w:br/>
        <w:t>v -0.662766 14.626409 -0.228916</w:t>
        <w:br/>
        <w:t>v -0.631641 14.659003 -0.184933</w:t>
        <w:br/>
        <w:t>v -0.001232 14.325813 1.441776</w:t>
        <w:br/>
        <w:t>v -0.000983 14.282934 1.359423</w:t>
        <w:br/>
        <w:t>v -0.705267 14.672635 1.124229</w:t>
        <w:br/>
        <w:t>v -0.743914 14.641600 1.167348</w:t>
        <w:br/>
        <w:t>v -0.682123 14.290241 1.151642</w:t>
        <w:br/>
        <w:t>v -0.752497 14.337972 1.194223</w:t>
        <w:br/>
        <w:t>v -1.027507 14.368569 0.530688</w:t>
        <w:br/>
        <w:t>v -1.026587 14.669567 0.526081</w:t>
        <w:br/>
        <w:t>v -1.026587 14.669567 0.526081</w:t>
        <w:br/>
        <w:t>v -0.973515 14.696063 0.528050</w:t>
        <w:br/>
        <w:t>v -1.019910 14.669048 0.339764</w:t>
        <w:br/>
        <w:t>v -0.968469 14.695004 0.351102</w:t>
        <w:br/>
        <w:t>v 0.236340 14.320035 1.414813</w:t>
        <w:br/>
        <w:t>v 0.241337 14.618903 1.419142</w:t>
        <w:br/>
        <w:t>v 0.495670 14.625067 1.328574</w:t>
        <w:br/>
        <w:t>v 0.494000 14.324657 1.346522</w:t>
        <w:br/>
        <w:t>v 0.226486 14.651381 1.354612</w:t>
        <w:br/>
        <w:t>v 0.241337 14.618903 1.419142</w:t>
        <w:br/>
        <w:t>v 0.469470 14.657924 1.269302</w:t>
        <w:br/>
        <w:t>v 0.495670 14.625067 1.328574</w:t>
        <w:br/>
        <w:t>v 0.494000 14.324657 1.346522</w:t>
        <w:br/>
        <w:t>v 0.450896 14.279538 1.262188</w:t>
        <w:br/>
        <w:t>v 0.217071 14.276422 1.331091</w:t>
        <w:br/>
        <w:t>v 0.236340 14.320035 1.414813</w:t>
        <w:br/>
        <w:t>v 0.973354 14.372844 0.108275</w:t>
        <w:br/>
        <w:t>v 1.022623 14.372440 0.324629</w:t>
        <w:br/>
        <w:t>v 1.018239 14.669048 0.339764</w:t>
        <w:br/>
        <w:t>v 0.958035 14.663356 0.141249</w:t>
        <w:br/>
        <w:t>v 1.022623 14.372440 0.324629</w:t>
        <w:br/>
        <w:t>v 0.934368 14.310407 0.356273</w:t>
        <w:br/>
        <w:t>v 0.928509 14.306604 0.556750</w:t>
        <w:br/>
        <w:t>v 1.025547 14.368563 0.530690</w:t>
        <w:br/>
        <w:t>v 0.935699 14.351586 0.984742</w:t>
        <w:br/>
        <w:t>v 0.921570 14.656549 0.945533</w:t>
        <w:br/>
        <w:t>v 1.021896 14.665656 0.720820</w:t>
        <w:br/>
        <w:t>v 1.029518 14.362268 0.745396</w:t>
        <w:br/>
        <w:t>v 0.850021 14.300214 0.982029</w:t>
        <w:br/>
        <w:t>v 0.935699 14.351586 0.984742</w:t>
        <w:br/>
        <w:t>v 1.029518 14.362268 0.745396</w:t>
        <w:br/>
        <w:t>v 0.932398 14.305084 0.764149</w:t>
        <w:br/>
        <w:t>v 0.748881 14.337963 1.194293</w:t>
        <w:br/>
        <w:t>v 0.740539 14.641601 1.167351</w:t>
        <w:br/>
        <w:t>v 1.021896 14.665656 0.720820</w:t>
        <w:br/>
        <w:t>v 0.921570 14.656549 0.945533</w:t>
        <w:br/>
        <w:t>v 0.873160 14.685818 0.925272</w:t>
        <w:br/>
        <w:t>v 0.968571 14.693408 0.713351</w:t>
        <w:br/>
        <w:t>v 0.973354 14.372844 0.108275</w:t>
        <w:br/>
        <w:t>v 0.903701 14.317341 0.142369</w:t>
        <w:br/>
        <w:t>v 1.022623 14.372440 0.324629</w:t>
        <w:br/>
        <w:t>v 0.839618 14.353179 -0.098593</w:t>
        <w:br/>
        <w:t>v 0.786610 14.304749 -0.059464</w:t>
        <w:br/>
        <w:t>v 0.839618 14.353179 -0.098593</w:t>
        <w:br/>
        <w:t>v 0.830894 14.651554 -0.079964</w:t>
        <w:br/>
        <w:t>v 0.830894 14.651554 -0.079964</w:t>
        <w:br/>
        <w:t>v 0.958035 14.663356 0.141249</w:t>
        <w:br/>
        <w:t>v 0.911355 14.689951 0.163032</w:t>
        <w:br/>
        <w:t>v 0.789153 14.680143 -0.046237</w:t>
        <w:br/>
        <w:t>v 0.308386 14.634358 -0.219970</w:t>
        <w:br/>
        <w:t>v 0.321076 14.597715 -0.266242</w:t>
        <w:br/>
        <w:t>v 0.482688 14.609176 -0.253515</w:t>
        <w:br/>
        <w:t>v 0.461349 14.644243 -0.207629</w:t>
        <w:br/>
        <w:t>v 0.667636 14.337914 -0.207680</w:t>
        <w:br/>
        <w:t>v 0.486401 14.320640 -0.260343</w:t>
        <w:br/>
        <w:t>v 0.458820 14.279004 -0.208042</w:t>
        <w:br/>
        <w:t>v 0.627857 14.293619 -0.158822</w:t>
        <w:br/>
        <w:t>v 0.324006 14.308574 -0.286230</w:t>
        <w:br/>
        <w:t>v 0.486401 14.320640 -0.260343</w:t>
        <w:br/>
        <w:t>v 0.482688 14.609176 -0.253515</w:t>
        <w:br/>
        <w:t>v 0.321076 14.597715 -0.266242</w:t>
        <w:br/>
        <w:t>v 0.324006 14.308574 -0.286230</w:t>
        <w:br/>
        <w:t>v 0.307110 14.268563 -0.233941</w:t>
        <w:br/>
        <w:t>v 0.153785 14.592078 -0.266032</w:t>
        <w:br/>
        <w:t>v 0.155259 14.302382 -0.284459</w:t>
        <w:br/>
        <w:t>v 0.148319 14.629460 -0.216598</w:t>
        <w:br/>
        <w:t>v 0.153785 14.592078 -0.266032</w:t>
        <w:br/>
        <w:t>v 0.155259 14.302382 -0.284459</w:t>
        <w:br/>
        <w:t>v 0.147809 14.262909 -0.227401</w:t>
        <w:br/>
        <w:t>v 0.661878 14.626408 -0.228918</w:t>
        <w:br/>
        <w:t>v 0.667636 14.337914 -0.207680</w:t>
        <w:br/>
        <w:t>v 0.661878 14.626408 -0.228918</w:t>
        <w:br/>
        <w:t>v 0.630884 14.659000 -0.184935</w:t>
        <w:br/>
        <w:t>v 0.701894 14.672643 1.124205</w:t>
        <w:br/>
        <w:t>v 0.740539 14.641601 1.167351</w:t>
        <w:br/>
        <w:t>v 0.748881 14.337963 1.194293</w:t>
        <w:br/>
        <w:t>v 0.679178 14.290241 1.151660</w:t>
        <w:br/>
        <w:t>v 1.024726 14.669567 0.526080</w:t>
        <w:br/>
        <w:t>v 1.025547 14.368563 0.530690</w:t>
        <w:br/>
        <w:t>v 0.971543 14.696075 0.528038</w:t>
        <w:br/>
        <w:t>v 1.024726 14.669567 0.526080</w:t>
        <w:br/>
        <w:t>v 1.018239 14.669048 0.339764</w:t>
        <w:br/>
        <w:t>v 0.966702 14.695015 0.351104</w:t>
        <w:br/>
        <w:t>v 4.210864 15.313474 -0.469602</w:t>
        <w:br/>
        <w:t>v 4.279737 15.354778 -0.555953</w:t>
        <w:br/>
        <w:t>v 4.398125 15.247667 -0.534980</w:t>
        <w:br/>
        <w:t>v 4.339022 15.217091 -0.450966</w:t>
        <w:br/>
        <w:t>v 4.377692 15.390770 -0.606481</w:t>
        <w:br/>
        <w:t>v 4.487435 15.420257 -0.620400</w:t>
        <w:br/>
        <w:t>v 4.576931 15.309487 -0.604550</w:t>
        <w:br/>
        <w:t>v 4.483789 15.279620 -0.585460</w:t>
        <w:br/>
        <w:t>v 4.820170 15.509696 -0.491822</w:t>
        <w:br/>
        <w:t>v 4.917759 15.513618 -0.425350</w:t>
        <w:br/>
        <w:t>v 4.995184 15.409636 -0.434392</w:t>
        <w:br/>
        <w:t>v 4.902507 15.394245 -0.499883</w:t>
        <w:br/>
        <w:t>v 5.056872 15.501282 -0.275300</w:t>
        <w:br/>
        <w:t>v 5.076992 15.496181 -0.222317</w:t>
        <w:br/>
        <w:t>v 5.149103 15.411485 -0.220203</w:t>
        <w:br/>
        <w:t>v 5.127206 15.414104 -0.286649</w:t>
        <w:br/>
        <w:t>v 4.999197 15.509762 -0.350521</w:t>
        <w:br/>
        <w:t>v 5.070646 15.414613 -0.363341</w:t>
        <w:br/>
        <w:t>v 4.163077 15.265652 -0.232643</w:t>
        <w:br/>
        <w:t>v 4.177954 15.283450 -0.355094</w:t>
        <w:br/>
        <w:t>v 4.311285 15.196444 -0.344438</w:t>
        <w:br/>
        <w:t>v 4.298324 15.189252 -0.231236</w:t>
        <w:br/>
        <w:t>v 4.584201 15.066409 -0.355278</w:t>
        <w:br/>
        <w:t>v 4.570242 15.057697 -0.223166</w:t>
        <w:br/>
        <w:t>v 4.647645 15.115396 -0.500846</w:t>
        <w:br/>
        <w:t>v 4.723516 15.175812 -0.562737</w:t>
        <w:br/>
        <w:t>v 5.045473 15.131501 -0.215244</w:t>
        <w:br/>
        <w:t>v 4.860852 15.340850 -0.541641</w:t>
        <w:br/>
        <w:t>v 4.774021 15.292786 -0.576239</w:t>
        <w:br/>
        <w:t>v 5.656663 14.052989 -0.373100</w:t>
        <w:br/>
        <w:t>v 5.689329 13.825544 -0.342101</w:t>
        <w:br/>
        <w:t>v 5.657523 13.804494 -0.205153</w:t>
        <w:br/>
        <w:t>v 5.628323 14.030945 -0.210158</w:t>
        <w:br/>
        <w:t>v 5.749612 13.874431 -0.461893</w:t>
        <w:br/>
        <w:t>v 5.762287 14.125575 -0.525661</w:t>
        <w:br/>
        <w:t>v 5.837364 13.946737 -0.558158</w:t>
        <w:br/>
        <w:t>v 5.903767 14.033389 -0.661370</w:t>
        <w:br/>
        <w:t>v 5.991342 14.143865 -0.684490</w:t>
        <w:br/>
        <w:t>v 5.870366 14.269947 -0.624394</w:t>
        <w:br/>
        <w:t>v 5.988345 14.441855 -0.620883</w:t>
        <w:br/>
        <w:t>v 6.076977 14.261674 -0.692450</w:t>
        <w:br/>
        <w:t>v 6.151783 14.393437 -0.718689</w:t>
        <w:br/>
        <w:t>v 6.090194 14.617731 -0.572618</w:t>
        <w:br/>
        <w:t>v 6.218853 14.514201 -0.689104</w:t>
        <w:br/>
        <w:t>v 6.331586 14.688208 -0.500465</w:t>
        <w:br/>
        <w:t>v 6.279850 14.612517 -0.608526</w:t>
        <w:br/>
        <w:t>v 6.162294 14.714898 -0.450570</w:t>
        <w:br/>
        <w:t>v 6.181750 14.759751 -0.336939</w:t>
        <w:br/>
        <w:t>v 6.355738 14.741085 -0.362040</w:t>
        <w:br/>
        <w:t>v 6.184895 14.779068 -0.210981</w:t>
        <w:br/>
        <w:t>v 6.363790 14.766449 -0.211040</w:t>
        <w:br/>
        <w:t>v 5.675562 14.444407 -0.222537</w:t>
        <w:br/>
        <w:t>v 5.670486 14.445810 -0.310523</w:t>
        <w:br/>
        <w:t>v 5.726919 14.497313 -0.391231</w:t>
        <w:br/>
        <w:t>v 5.818399 14.632328 -0.427300</w:t>
        <w:br/>
        <w:t>v 5.874686 14.730866 -0.398657</w:t>
        <w:br/>
        <w:t>v 5.910468 14.785071 -0.305726</w:t>
        <w:br/>
        <w:t>v 5.914035 14.803442 -0.221725</w:t>
        <w:br/>
        <w:t>v 5.770678 14.558706 -0.431304</w:t>
        <w:br/>
        <w:t>v 4.722986 15.482776 -0.550519</w:t>
        <w:br/>
        <w:t>v 4.395894 15.254019 0.081908</w:t>
        <w:br/>
        <w:t>v 4.282550 15.350163 0.098313</w:t>
        <w:br/>
        <w:t>v 4.210186 15.304978 0.008158</w:t>
        <w:br/>
        <w:t>v 4.335032 15.218851 -0.006858</w:t>
        <w:br/>
        <w:t>v 4.581144 15.309637 0.156044</w:t>
        <w:br/>
        <w:t>v 4.491746 15.420251 0.168014</w:t>
        <w:br/>
        <w:t>v 4.383011 15.390409 0.152087</w:t>
        <w:br/>
        <w:t>v 4.486332 15.285399 0.135028</w:t>
        <w:br/>
        <w:t>v 4.777404 15.289253 0.131861</w:t>
        <w:br/>
        <w:t>v 4.621102 15.429923 0.149742</w:t>
        <w:br/>
        <w:t>v 4.997476 15.412174 -0.010767</w:t>
        <w:br/>
        <w:t>v 4.914392 15.517816 -0.021711</w:t>
        <w:br/>
        <w:t>v 4.820548 15.509715 0.041849</w:t>
        <w:br/>
        <w:t>v 4.909338 15.391980 0.053201</w:t>
        <w:br/>
        <w:t>v 5.127504 15.414526 -0.153463</w:t>
        <w:br/>
        <w:t>v 5.056753 15.501055 -0.169114</w:t>
        <w:br/>
        <w:t>v 4.996782 15.511790 -0.093092</w:t>
        <w:br/>
        <w:t>v 5.071921 15.416717 -0.078933</w:t>
        <w:br/>
        <w:t>v 4.307017 15.197516 -0.116771</w:t>
        <w:br/>
        <w:t>v 4.176479 15.276967 -0.109261</w:t>
        <w:br/>
        <w:t>v 4.585252 15.070654 -0.089594</w:t>
        <w:br/>
        <w:t>v 4.650340 15.118041 0.060606</w:t>
        <w:br/>
        <w:t>v 4.723194 15.172650 0.125056</w:t>
        <w:br/>
        <w:t>v 5.045473 15.131501 -0.215244</w:t>
        <w:br/>
        <w:t>v 5.664654 14.051525 -0.057477</w:t>
        <w:br/>
        <w:t>v 5.689677 13.820974 -0.075302</w:t>
        <w:br/>
        <w:t>v 5.745676 13.868533 0.043590</w:t>
        <w:br/>
        <w:t>v 5.839267 13.942936 0.129797</w:t>
        <w:br/>
        <w:t>v 5.780309 14.123309 0.082051</w:t>
        <w:br/>
        <w:t>v 5.912158 14.037194 0.225113</w:t>
        <w:br/>
        <w:t>v 5.990974 14.144248 0.277286</w:t>
        <w:br/>
        <w:t>v 5.881681 14.263124 0.185992</w:t>
        <w:br/>
        <w:t>v 5.995115 14.433525 0.185943</w:t>
        <w:br/>
        <w:t>v 6.080500 14.262686 0.273062</w:t>
        <w:br/>
        <w:t>v 6.155965 14.390189 0.293366</w:t>
        <w:br/>
        <w:t>v 6.097288 14.604579 0.133004</w:t>
        <w:br/>
        <w:t>v 6.224078 14.511694 0.263806</w:t>
        <w:br/>
        <w:t>v 6.286449 14.617109 0.191068</w:t>
        <w:br/>
        <w:t>v 6.337966 14.694469 0.081173</w:t>
        <w:br/>
        <w:t>v 6.164728 14.709764 0.023103</w:t>
        <w:br/>
        <w:t>v 6.361501 14.749205 -0.058385</w:t>
        <w:br/>
        <w:t>v 6.182719 14.759317 -0.086097</w:t>
        <w:br/>
        <w:t>v 5.672554 14.446610 -0.137543</w:t>
        <w:br/>
        <w:t>v 5.736897 14.500917 -0.068267</w:t>
        <w:br/>
        <w:t>v 5.875309 14.725961 -0.054981</w:t>
        <w:br/>
        <w:t>v 5.820862 14.629249 -0.027963</w:t>
        <w:br/>
        <w:t>v 5.911644 14.787921 -0.138022</w:t>
        <w:br/>
        <w:t>v 5.778149 14.560355 -0.025511</w:t>
        <w:br/>
        <w:t>v 4.724275 15.481380 0.100042</w:t>
        <w:br/>
        <w:t>v 4.868882 15.336889 0.094316</w:t>
        <w:br/>
        <w:t>v 4.619056 15.431161 -0.600110</w:t>
        <w:br/>
        <w:t>v 4.385150 15.222798 -0.560927</w:t>
        <w:br/>
        <w:t>v 4.265572 15.333441 -0.583576</w:t>
        <w:br/>
        <w:t>v 4.192407 15.285870 -0.487476</w:t>
        <w:br/>
        <w:t>v 4.322212 15.187097 -0.467630</w:t>
        <w:br/>
        <w:t>v 4.577105 15.300258 -0.641627</w:t>
        <w:br/>
        <w:t>v 4.488371 15.415339 -0.657776</w:t>
        <w:br/>
        <w:t>v 4.370294 15.377391 -0.640934</w:t>
        <w:br/>
        <w:t>v 4.476831 15.262471 -0.618888</w:t>
        <w:br/>
        <w:t>v 4.627554 15.434201 -0.636904</w:t>
        <w:br/>
        <w:t>v 4.782583 15.292754 -0.613476</w:t>
        <w:br/>
        <w:t>v 4.874814 15.349995 -0.576013</w:t>
        <w:br/>
        <w:t>v 4.736517 15.493294 -0.584458</w:t>
        <w:br/>
        <w:t>v 5.015820 15.427331 -0.461241</w:t>
        <w:br/>
        <w:t>v 4.938283 15.531303 -0.452054</w:t>
        <w:br/>
        <w:t>v 4.837314 15.524290 -0.522584</w:t>
        <w:br/>
        <w:t>v 4.919805 15.408701 -0.530733</w:t>
        <w:br/>
        <w:t>v 5.177742 15.436776 -0.220377</w:t>
        <w:br/>
        <w:t>v 5.105311 15.520587 -0.222440</w:t>
        <w:br/>
        <w:t>v 5.083824 15.524537 -0.288181</w:t>
        <w:br/>
        <w:t>v 5.154127 15.437602 -0.300179</w:t>
        <w:br/>
        <w:t>v 5.094393 15.435518 -0.384765</w:t>
        <w:br/>
        <w:t>v 5.023099 15.530612 -0.371474</w:t>
        <w:br/>
        <w:t>v 4.280256 15.155587 -0.231477</w:t>
        <w:br/>
        <w:t>v 4.293159 15.163811 -0.352591</w:t>
        <w:br/>
        <w:t>v 4.158275 15.252182 -0.364147</w:t>
        <w:br/>
        <w:t>v 4.143733 15.233094 -0.233252</w:t>
        <w:br/>
        <w:t>v 4.570218 15.032619 -0.366351</w:t>
        <w:br/>
        <w:t>v 4.554555 15.022858 -0.223332</w:t>
        <w:br/>
        <w:t>v 4.629967 15.080528 -0.504159</w:t>
        <w:br/>
        <w:t>v 4.723305 15.159916 -0.597481</w:t>
        <w:br/>
        <w:t>v 5.168696 15.334288 -0.399520</w:t>
        <w:br/>
        <w:t>v 5.095100 15.256402 -0.502791</w:t>
        <w:br/>
        <w:t>v 5.020442 15.159606 -0.551467</w:t>
        <w:br/>
        <w:t>v 4.941886 15.057137 -0.541593</w:t>
        <w:br/>
        <w:t>v 4.880332 14.976052 -0.455982</w:t>
        <w:br/>
        <w:t>v 4.840849 14.923407 -0.338521</w:t>
        <w:br/>
        <w:t>v 4.827926 14.905333 -0.217338</w:t>
        <w:br/>
        <w:t>v 5.261519 15.342548 -0.217994</w:t>
        <w:br/>
        <w:t>v 5.244977 15.336582 -0.301169</w:t>
        <w:br/>
        <w:t>v 5.358109 15.206991 -0.318662</w:t>
        <w:br/>
        <w:t>v 5.311515 15.147927 -0.421685</w:t>
        <w:br/>
        <w:t>v 5.254267 15.060566 -0.489835</w:t>
        <w:br/>
        <w:t>v 5.134212 14.862128 -0.433701</w:t>
        <w:br/>
        <w:t>v 5.186003 14.950402 -0.504193</w:t>
        <w:br/>
        <w:t>v 5.101715 14.807586 -0.322268</w:t>
        <w:br/>
        <w:t>v 5.090600 14.789917 -0.212816</w:t>
        <w:br/>
        <w:t>v 5.622602 14.047413 -0.389492</w:t>
        <w:br/>
        <w:t>v 5.590612 14.024837 -0.209470</w:t>
        <w:br/>
        <w:t>v 5.620696 13.799290 -0.204530</w:t>
        <w:br/>
        <w:t>v 5.654752 13.818987 -0.355704</w:t>
        <w:br/>
        <w:t>v 5.719424 13.869561 -0.484328</w:t>
        <w:br/>
        <w:t>v 5.808214 13.943532 -0.582578</w:t>
        <w:br/>
        <w:t>v 5.734720 14.123013 -0.551820</w:t>
        <w:br/>
        <w:t>v 5.876993 14.032176 -0.688005</w:t>
        <w:br/>
        <w:t>v 5.973887 14.148078 -0.717474</w:t>
        <w:br/>
        <w:t>v 5.851736 14.274256 -0.657814</w:t>
        <w:br/>
        <w:t>v 5.976673 14.455956 -0.653953</w:t>
        <w:br/>
        <w:t>v 6.062488 14.266795 -0.727253</w:t>
        <w:br/>
        <w:t>v 6.135908 14.403424 -0.751263</w:t>
        <w:br/>
        <w:t>v 6.083868 14.642044 -0.601409</w:t>
        <w:br/>
        <w:t>v 6.209428 14.535238 -0.718800</w:t>
        <w:br/>
        <w:t>v 6.276291 14.640818 -0.633602</w:t>
        <w:br/>
        <w:t>v 6.331126 14.721483 -0.518551</w:t>
        <w:br/>
        <w:t>v 6.163474 14.748160 -0.469336</w:t>
        <w:br/>
        <w:t>v 6.358049 14.777625 -0.372139</w:t>
        <w:br/>
        <w:t>v 6.185746 14.796302 -0.347329</w:t>
        <w:br/>
        <w:t>v 6.189416 14.817006 -0.211373</w:t>
        <w:br/>
        <w:t>v 6.366308 14.804159 -0.211567</w:t>
        <w:br/>
        <w:t>v 5.559906 15.064747 -0.211650</w:t>
        <w:br/>
        <w:t>v 5.373967 15.226590 -0.214692</w:t>
        <w:br/>
        <w:t>v 5.555319 15.050364 -0.293857</w:t>
        <w:br/>
        <w:t>v 5.522316 14.995578 -0.394370</w:t>
        <w:br/>
        <w:t>v 5.469177 14.909208 -0.452412</w:t>
        <w:br/>
        <w:t>v 5.354945 14.722397 -0.423335</w:t>
        <w:br/>
        <w:t>v 5.407262 14.806968 -0.478736</w:t>
        <w:br/>
        <w:t>v 5.326769 14.676907 -0.315480</w:t>
        <w:br/>
        <w:t>v 5.321003 14.668690 -0.210856</w:t>
        <w:br/>
        <w:t>v 5.784945 14.905893 -0.311303</w:t>
        <w:br/>
        <w:t>v 5.787338 14.923717 -0.210840</w:t>
        <w:br/>
        <w:t>v 5.747585 14.843361 -0.421985</w:t>
        <w:br/>
        <w:t>v 5.686835 14.746378 -0.487455</w:t>
        <w:br/>
        <w:t>v 5.551623 14.534723 -0.435689</w:t>
        <w:br/>
        <w:t>v 5.620023 14.633246 -0.496515</w:t>
        <w:br/>
        <w:t>v 5.509039 14.479851 -0.322937</w:t>
        <w:br/>
        <w:t>v 5.512470 14.480637 -0.210952</w:t>
        <w:br/>
        <w:t>v 5.942387 14.832840 -0.346568</w:t>
        <w:br/>
        <w:t>v 5.949900 14.861810 -0.211066</w:t>
        <w:br/>
        <w:t>v 5.888316 14.753028 -0.480912</w:t>
        <w:br/>
        <w:t>v 5.814090 14.626006 -0.535871</w:t>
        <w:br/>
        <w:t>v 5.642929 14.381824 -0.480486</w:t>
        <w:br/>
        <w:t>v 5.723954 14.484648 -0.551183</w:t>
        <w:br/>
        <w:t>v 5.581600 14.316592 -0.354347</w:t>
        <w:br/>
        <w:t>v 5.559062 14.300179 -0.211083</w:t>
        <w:br/>
        <w:t>v 4.382647 15.229407 0.107958</w:t>
        <w:br/>
        <w:t>v 4.318474 15.188659 0.009703</w:t>
        <w:br/>
        <w:t>v 4.192434 15.276894 0.025878</w:t>
        <w:br/>
        <w:t>v 4.268589 15.328725 0.125996</w:t>
        <w:br/>
        <w:t>v 4.580069 15.301147 0.193283</w:t>
        <w:br/>
        <w:t>v 4.478300 15.268808 0.168497</w:t>
        <w:br/>
        <w:t>v 4.375016 15.377203 0.186501</w:t>
        <w:br/>
        <w:t>v 4.491873 15.415913 0.205419</w:t>
        <w:br/>
        <w:t>v 4.785478 15.291304 0.169151</w:t>
        <w:br/>
        <w:t>v 4.629045 15.433936 0.186548</w:t>
        <w:br/>
        <w:t>v 4.882278 15.347276 0.128559</w:t>
        <w:br/>
        <w:t>v 4.737337 15.492798 0.133907</w:t>
        <w:br/>
        <w:t>v 5.017461 15.430597 0.016088</w:t>
        <w:br/>
        <w:t>v 4.925918 15.407131 0.084112</w:t>
        <w:br/>
        <w:t>v 4.836957 15.525078 0.072637</w:t>
        <w:br/>
        <w:t>v 4.934209 15.536297 0.004984</w:t>
        <w:br/>
        <w:t>v 5.154158 15.438583 -0.140395</w:t>
        <w:br/>
        <w:t>v 5.095215 15.438414 -0.057804</w:t>
        <w:br/>
        <w:t>v 5.020170 15.533435 -0.072419</w:t>
        <w:br/>
        <w:t>v 5.083403 15.524897 -0.156619</w:t>
        <w:br/>
        <w:t>v 4.289198 15.164626 -0.108990</w:t>
        <w:br/>
        <w:t>v 4.280256 15.155587 -0.231477</w:t>
        <w:br/>
        <w:t>v 4.143733 15.233094 -0.233252</w:t>
        <w:br/>
        <w:t>v 4.157351 15.245166 -0.101053</w:t>
        <w:br/>
        <w:t>v 4.570163 15.037224 -0.078887</w:t>
        <w:br/>
        <w:t>v 4.554555 15.022858 -0.223332</w:t>
        <w:br/>
        <w:t>v 4.629142 15.083127 0.061231</w:t>
        <w:br/>
        <w:t>v 4.721275 15.158703 0.160575</w:t>
        <w:br/>
        <w:t>v 5.246030 15.337053 -0.135392</w:t>
        <w:br/>
        <w:t>v 5.172253 15.338105 -0.041397</w:t>
        <w:br/>
        <w:t>v 5.098506 15.255075 0.064492</w:t>
        <w:br/>
        <w:t>v 4.939270 15.046992 0.121313</w:t>
        <w:br/>
        <w:t>v 4.873905 14.962694 0.034187</w:t>
        <w:br/>
        <w:t>v 4.836115 14.914746 -0.093317</w:t>
        <w:br/>
        <w:t>v 4.827926 14.905333 -0.217338</w:t>
        <w:br/>
        <w:t>v 5.356009 15.206921 -0.111445</w:t>
        <w:br/>
        <w:t>v 5.310198 15.146234 -0.006446</w:t>
        <w:br/>
        <w:t>v 5.022497 15.155469 0.119006</w:t>
        <w:br/>
        <w:t>v 5.252571 15.056759 0.062488</w:t>
        <w:br/>
        <w:t>v 5.184250 14.944207 0.079390</w:t>
        <w:br/>
        <w:t>v 5.131362 14.852008 0.013051</w:t>
        <w:br/>
        <w:t>v 5.097744 14.798272 -0.101018</w:t>
        <w:br/>
        <w:t>v 5.090600 14.789917 -0.212816</w:t>
        <w:br/>
        <w:t>v 5.631120 14.047614 -0.039587</w:t>
        <w:br/>
        <w:t>v 5.654621 13.816094 -0.061669</w:t>
        <w:br/>
        <w:t>v 5.620696 13.799290 -0.204530</w:t>
        <w:br/>
        <w:t>v 5.590612 14.024837 -0.209470</w:t>
        <w:br/>
        <w:t>v 5.715345 13.867290 0.065853</w:t>
        <w:br/>
        <w:t>v 5.752713 14.122779 0.108302</w:t>
        <w:br/>
        <w:t>v 5.810187 13.944776 0.154353</w:t>
        <w:br/>
        <w:t>v 5.882849 14.038341 0.249481</w:t>
        <w:br/>
        <w:t>v 5.969918 14.149953 0.307355</w:t>
        <w:br/>
        <w:t>v 5.861204 14.269794 0.218548</w:t>
        <w:br/>
        <w:t>v 5.982041 14.448278 0.218284</w:t>
        <w:br/>
        <w:t>v 6.063959 14.270832 0.306388</w:t>
        <w:br/>
        <w:t>v 6.138534 14.402164 0.324579</w:t>
        <w:br/>
        <w:t>v 6.089025 14.628385 0.161726</w:t>
        <w:br/>
        <w:t>v 6.211039 14.532984 0.292335</w:t>
        <w:br/>
        <w:t>v 6.334070 14.727420 0.099398</w:t>
        <w:br/>
        <w:t>v 6.278059 14.644784 0.215661</w:t>
        <w:br/>
        <w:t>v 6.163911 14.742288 0.043141</w:t>
        <w:br/>
        <w:t>v 6.186062 14.795880 -0.075513</w:t>
        <w:br/>
        <w:t>v 6.362053 14.785754 -0.048542</w:t>
        <w:br/>
        <w:t>v 5.556881 15.052074 -0.128768</w:t>
        <w:br/>
        <w:t>v 5.523206 14.996113 -0.030821</w:t>
        <w:br/>
        <w:t>v 5.470748 14.910818 0.025512</w:t>
        <w:br/>
        <w:t>v 5.358247 14.725483 -0.002189</w:t>
        <w:br/>
        <w:t>v 5.409661 14.809860 0.052176</w:t>
        <w:br/>
        <w:t>v 5.328901 14.678413 -0.107261</w:t>
        <w:br/>
        <w:t>v 5.321003 14.668690 -0.210856</w:t>
        <w:br/>
        <w:t>v 5.785762 14.906604 -0.110090</w:t>
        <w:br/>
        <w:t>v 5.747791 14.841293 -0.005552</w:t>
        <w:br/>
        <w:t>v 5.688758 14.746119 0.057015</w:t>
        <w:br/>
        <w:t>v 5.558281 14.538451 0.006597</w:t>
        <w:br/>
        <w:t>v 5.624444 14.635603 0.064711</w:t>
        <w:br/>
        <w:t>v 5.514665 14.483124 -0.101251</w:t>
        <w:br/>
        <w:t>v 5.512470 14.480637 -0.210952</w:t>
        <w:br/>
        <w:t>v 5.943882 14.836432 -0.074116</w:t>
        <w:br/>
        <w:t>v 5.889948 14.746513 0.046097</w:t>
        <w:br/>
        <w:t>v 5.818259 14.621536 0.098173</w:t>
        <w:br/>
        <w:t>v 5.647714 14.383386 0.047917</w:t>
        <w:br/>
        <w:t>v 5.733380 14.484149 0.110074</w:t>
        <w:br/>
        <w:t>v 5.580871 14.318788 -0.067065</w:t>
        <w:br/>
        <w:t>v 5.559062 14.300179 -0.211083</w:t>
        <w:br/>
        <w:t>v 4.279737 15.354778 -0.555953</w:t>
        <w:br/>
        <w:t>v 4.210864 15.313474 -0.469602</w:t>
        <w:br/>
        <w:t>v 4.192407 15.285870 -0.487476</w:t>
        <w:br/>
        <w:t>v 4.265572 15.333441 -0.583576</w:t>
        <w:br/>
        <w:t>v 4.487435 15.420257 -0.620400</w:t>
        <w:br/>
        <w:t>v 4.377692 15.390770 -0.606481</w:t>
        <w:br/>
        <w:t>v 4.370294 15.377391 -0.640934</w:t>
        <w:br/>
        <w:t>v 4.488371 15.415339 -0.657776</w:t>
        <w:br/>
        <w:t>v 4.938283 15.531303 -0.452054</w:t>
        <w:br/>
        <w:t>v 4.917759 15.513618 -0.425350</w:t>
        <w:br/>
        <w:t>v 4.820170 15.509696 -0.491822</w:t>
        <w:br/>
        <w:t>v 4.837314 15.524290 -0.522584</w:t>
        <w:br/>
        <w:t>v 5.056872 15.501282 -0.275300</w:t>
        <w:br/>
        <w:t>v 5.083824 15.524537 -0.288181</w:t>
        <w:br/>
        <w:t>v 5.105311 15.520587 -0.222440</w:t>
        <w:br/>
        <w:t>v 5.076992 15.496181 -0.222317</w:t>
        <w:br/>
        <w:t>v 4.999197 15.509762 -0.350521</w:t>
        <w:br/>
        <w:t>v 5.023099 15.530612 -0.371474</w:t>
        <w:br/>
        <w:t>v 4.177954 15.283450 -0.355094</w:t>
        <w:br/>
        <w:t>v 4.163077 15.265652 -0.232643</w:t>
        <w:br/>
        <w:t>v 4.143733 15.233094 -0.233252</w:t>
        <w:br/>
        <w:t>v 4.158275 15.252182 -0.364147</w:t>
        <w:br/>
        <w:t>v 5.689329 13.825544 -0.342101</w:t>
        <w:br/>
        <w:t>v 5.654752 13.818987 -0.355704</w:t>
        <w:br/>
        <w:t>v 5.620696 13.799290 -0.204530</w:t>
        <w:br/>
        <w:t>v 5.657523 13.804494 -0.205153</w:t>
        <w:br/>
        <w:t>v 5.749612 13.874431 -0.461893</w:t>
        <w:br/>
        <w:t>v 5.719424 13.869561 -0.484328</w:t>
        <w:br/>
        <w:t>v 5.837364 13.946737 -0.558158</w:t>
        <w:br/>
        <w:t>v 5.808214 13.943532 -0.582578</w:t>
        <w:br/>
        <w:t>v 5.903767 14.033389 -0.661370</w:t>
        <w:br/>
        <w:t>v 5.876993 14.032176 -0.688005</w:t>
        <w:br/>
        <w:t>v 5.991342 14.143865 -0.684490</w:t>
        <w:br/>
        <w:t>v 5.973887 14.148078 -0.717474</w:t>
        <w:br/>
        <w:t>v 6.076977 14.261674 -0.692450</w:t>
        <w:br/>
        <w:t>v 6.062488 14.266795 -0.727253</w:t>
        <w:br/>
        <w:t>v 6.151783 14.393437 -0.718689</w:t>
        <w:br/>
        <w:t>v 6.135908 14.403424 -0.751263</w:t>
        <w:br/>
        <w:t>v 6.218853 14.514201 -0.689104</w:t>
        <w:br/>
        <w:t>v 6.209428 14.535238 -0.718800</w:t>
        <w:br/>
        <w:t>v 6.331586 14.688208 -0.500465</w:t>
        <w:br/>
        <w:t>v 6.331126 14.721483 -0.518551</w:t>
        <w:br/>
        <w:t>v 6.276291 14.640818 -0.633602</w:t>
        <w:br/>
        <w:t>v 6.279850 14.612517 -0.608526</w:t>
        <w:br/>
        <w:t>v 6.355738 14.741085 -0.362040</w:t>
        <w:br/>
        <w:t>v 6.358049 14.777625 -0.372139</w:t>
        <w:br/>
        <w:t>v 6.363790 14.766449 -0.211040</w:t>
        <w:br/>
        <w:t>v 6.366308 14.804159 -0.211567</w:t>
        <w:br/>
        <w:t>v 4.722986 15.482776 -0.550519</w:t>
        <w:br/>
        <w:t>v 4.736517 15.493294 -0.584458</w:t>
        <w:br/>
        <w:t>v 4.282550 15.350163 0.098313</w:t>
        <w:br/>
        <w:t>v 4.268589 15.328725 0.125996</w:t>
        <w:br/>
        <w:t>v 4.192434 15.276894 0.025878</w:t>
        <w:br/>
        <w:t>v 4.210186 15.304978 0.008158</w:t>
        <w:br/>
        <w:t>v 4.491746 15.420251 0.168014</w:t>
        <w:br/>
        <w:t>v 4.491873 15.415913 0.205419</w:t>
        <w:br/>
        <w:t>v 4.375016 15.377203 0.186501</w:t>
        <w:br/>
        <w:t>v 4.383011 15.390409 0.152087</w:t>
        <w:br/>
        <w:t>v 4.621102 15.429923 0.149742</w:t>
        <w:br/>
        <w:t>v 4.629045 15.433936 0.186548</w:t>
        <w:br/>
        <w:t>v 4.836957 15.525078 0.072637</w:t>
        <w:br/>
        <w:t>v 4.820548 15.509715 0.041849</w:t>
        <w:br/>
        <w:t>v 4.914392 15.517816 -0.021711</w:t>
        <w:br/>
        <w:t>v 4.934209 15.536297 0.004984</w:t>
        <w:br/>
        <w:t>v 5.020170 15.533435 -0.072419</w:t>
        <w:br/>
        <w:t>v 4.996782 15.511790 -0.093092</w:t>
        <w:br/>
        <w:t>v 5.056753 15.501055 -0.169114</w:t>
        <w:br/>
        <w:t>v 5.083403 15.524897 -0.156619</w:t>
        <w:br/>
        <w:t>v 4.176479 15.276967 -0.109261</w:t>
        <w:br/>
        <w:t>v 4.157351 15.245166 -0.101053</w:t>
        <w:br/>
        <w:t>v 4.143733 15.233094 -0.233252</w:t>
        <w:br/>
        <w:t>v 4.163077 15.265652 -0.232643</w:t>
        <w:br/>
        <w:t>v 5.689677 13.820974 -0.075302</w:t>
        <w:br/>
        <w:t>v 5.657523 13.804494 -0.205153</w:t>
        <w:br/>
        <w:t>v 5.620696 13.799290 -0.204530</w:t>
        <w:br/>
        <w:t>v 5.654621 13.816094 -0.061669</w:t>
        <w:br/>
        <w:t>v 5.715345 13.867290 0.065853</w:t>
        <w:br/>
        <w:t>v 5.745676 13.868533 0.043590</w:t>
        <w:br/>
        <w:t>v 5.839267 13.942936 0.129797</w:t>
        <w:br/>
        <w:t>v 5.810187 13.944776 0.154353</w:t>
        <w:br/>
        <w:t>v 5.882849 14.038341 0.249481</w:t>
        <w:br/>
        <w:t>v 5.912158 14.037194 0.225113</w:t>
        <w:br/>
        <w:t>v 5.990974 14.144248 0.277286</w:t>
        <w:br/>
        <w:t>v 5.969918 14.149953 0.307355</w:t>
        <w:br/>
        <w:t>v 6.080500 14.262686 0.273062</w:t>
        <w:br/>
        <w:t>v 6.063959 14.270832 0.306388</w:t>
        <w:br/>
        <w:t>v 6.138534 14.402164 0.324579</w:t>
        <w:br/>
        <w:t>v 6.155965 14.390189 0.293366</w:t>
        <w:br/>
        <w:t>v 6.211039 14.532984 0.292335</w:t>
        <w:br/>
        <w:t>v 6.224078 14.511694 0.263806</w:t>
        <w:br/>
        <w:t>v 6.337966 14.694469 0.081173</w:t>
        <w:br/>
        <w:t>v 6.286449 14.617109 0.191068</w:t>
        <w:br/>
        <w:t>v 6.278059 14.644784 0.215661</w:t>
        <w:br/>
        <w:t>v 6.334070 14.727420 0.099398</w:t>
        <w:br/>
        <w:t>v 6.361501 14.749205 -0.058385</w:t>
        <w:br/>
        <w:t>v 6.362053 14.785754 -0.048542</w:t>
        <w:br/>
        <w:t>v 4.737337 15.492798 0.133907</w:t>
        <w:br/>
        <w:t>v 4.724275 15.481380 0.100042</w:t>
        <w:br/>
        <w:t>v 4.619056 15.431161 -0.600110</w:t>
        <w:br/>
        <w:t>v 4.627554 15.434201 -0.636904</w:t>
        <w:br/>
        <w:t>v 5.652561 14.703231 -0.202440</w:t>
        <w:br/>
        <w:t>v 5.652561 14.703231 -0.202440</w:t>
        <w:br/>
        <w:t>v -4.398758 15.247728 -0.529647</w:t>
        <w:br/>
        <w:t>v -4.280383 15.354813 -0.550826</w:t>
        <w:br/>
        <w:t>v -4.211421 15.313566 -0.464520</w:t>
        <w:br/>
        <w:t>v -4.339568 15.217208 -0.445675</w:t>
        <w:br/>
        <w:t>v -4.577633 15.309518 -0.599069</w:t>
        <w:br/>
        <w:t>v -4.488143 15.420263 -0.615096</w:t>
        <w:br/>
        <w:t>v -4.378389 15.390777 -0.601274</w:t>
        <w:br/>
        <w:t>v -4.484474 15.279654 -0.580058</w:t>
        <w:br/>
        <w:t>v -4.995693 15.409830 -0.428532</w:t>
        <w:br/>
        <w:t>v -4.918249 15.513814 -0.419649</w:t>
        <w:br/>
        <w:t>v -4.820731 15.509832 -0.486224</w:t>
        <w:br/>
        <w:t>v -4.903089 15.394385 -0.494112</w:t>
        <w:br/>
        <w:t>v -5.149379 15.411849 -0.214179</w:t>
        <w:br/>
        <w:t>v -5.077263 15.496539 -0.216432</w:t>
        <w:br/>
        <w:t>v -5.057200 15.501599 -0.269441</w:t>
        <w:br/>
        <w:t>v -5.127555 15.414421 -0.280650</w:t>
        <w:br/>
        <w:t>v -5.071077 15.414864 -0.357403</w:t>
        <w:br/>
        <w:t>v -4.999607 15.510016 -0.344730</w:t>
        <w:br/>
        <w:t>v -4.311719 15.196635 -0.339162</w:t>
        <w:br/>
        <w:t>v -4.178390 15.283621 -0.350025</w:t>
        <w:br/>
        <w:t>v -4.163383 15.265911 -0.227577</w:t>
        <w:br/>
        <w:t>v -4.298635 15.189526 -0.225968</w:t>
        <w:br/>
        <w:t>v -4.584659 15.066622 -0.349611</w:t>
        <w:br/>
        <w:t>v -4.570558 15.058003 -0.217509</w:t>
        <w:br/>
        <w:t>v -4.648254 15.115509 -0.495147</w:t>
        <w:br/>
        <w:t>v -4.724186 15.175887 -0.557000</w:t>
        <w:br/>
        <w:t>v -5.045772 15.131859 -0.209127</w:t>
        <w:br/>
        <w:t>v -4.861484 15.340953 -0.535876</w:t>
        <w:br/>
        <w:t>v -4.774694 15.292855 -0.570532</w:t>
        <w:br/>
        <w:t>v -5.657239 14.053292 -0.365536</w:t>
        <w:br/>
        <w:t>v -5.628726 14.031366 -0.202609</w:t>
        <w:br/>
        <w:t>v -5.657943 13.804921 -0.197407</w:t>
        <w:br/>
        <w:t>v -5.689893 13.825874 -0.334335</w:t>
        <w:br/>
        <w:t>v -5.750303 13.874681 -0.454098</w:t>
        <w:br/>
        <w:t>v -5.838151 13.946926 -0.550321</w:t>
        <w:br/>
        <w:t>v -5.763021 14.125778 -0.518035</w:t>
        <w:br/>
        <w:t>v -5.904657 14.033509 -0.653524</w:t>
        <w:br/>
        <w:t>v -5.992245 14.143975 -0.676631</w:t>
        <w:br/>
        <w:t>v -5.871193 14.270089 -0.616757</w:t>
        <w:br/>
        <w:t>v -5.989150 14.442014 -0.613244</w:t>
        <w:br/>
        <w:t>v -6.077878 14.261788 -0.684584</w:t>
        <w:br/>
        <w:t>v -6.152699 14.393540 -0.710838</w:t>
        <w:br/>
        <w:t>v -6.090930 14.617934 -0.564997</w:t>
        <w:br/>
        <w:t>v -6.219725 14.514333 -0.681269</w:t>
        <w:br/>
        <w:t>v -6.280625 14.612712 -0.600697</w:t>
        <w:br/>
        <w:t>v -6.332236 14.688487 -0.492636</w:t>
        <w:br/>
        <w:t>v -6.162888 14.715198 -0.442942</w:t>
        <w:br/>
        <w:t>v -6.356234 14.741467 -0.354223</w:t>
        <w:br/>
        <w:t>v -6.182217 14.760135 -0.329323</w:t>
        <w:br/>
        <w:t>v -6.185224 14.779544 -0.203376</w:t>
        <w:br/>
        <w:t>v -6.364120 14.766944 -0.203233</w:t>
        <w:br/>
        <w:t>v -5.670956 14.446162 -0.303230</w:t>
        <w:br/>
        <w:t>v -5.675937 14.444823 -0.215238</w:t>
        <w:br/>
        <w:t>v -5.727470 14.497611 -0.383915</w:t>
        <w:br/>
        <w:t>v -5.875222 14.731174 -0.391352</w:t>
        <w:br/>
        <w:t>v -5.818977 14.632608 -0.419984</w:t>
        <w:br/>
        <w:t>v -5.910899 14.785450 -0.298421</w:t>
        <w:br/>
        <w:t>v -5.914374 14.803884 -0.214431</w:t>
        <w:br/>
        <w:t>v -5.771266 14.558979 -0.423985</w:t>
        <w:br/>
        <w:t>v -4.723612 15.482860 -0.545007</w:t>
        <w:br/>
        <w:t>v -4.395861 15.254531 0.087233</w:t>
        <w:br/>
        <w:t>v -4.335097 15.219291 -0.001572</w:t>
        <w:br/>
        <w:t>v -4.210228 15.305418 0.013246</w:t>
        <w:br/>
        <w:t>v -4.282490 15.350675 0.103446</w:t>
        <w:br/>
        <w:t>v -4.581024 15.310221 0.161529</w:t>
        <w:br/>
        <w:t>v -4.486238 15.285959 0.140428</w:t>
        <w:br/>
        <w:t>v -4.382889 15.390970 0.157299</w:t>
        <w:br/>
        <w:t>v -4.491603 15.420835 0.173322</w:t>
        <w:br/>
        <w:t>v -4.777313 15.289840 0.137573</w:t>
        <w:br/>
        <w:t>v -4.620978 15.430508 0.155183</w:t>
        <w:br/>
        <w:t>v -4.997527 15.412680 -0.004907</w:t>
        <w:br/>
        <w:t>v -4.909321 15.392523 0.058980</w:t>
        <w:br/>
        <w:t>v -4.820531 15.510240 0.047447</w:t>
        <w:br/>
        <w:t>v -4.914444 15.518304 -0.016018</w:t>
        <w:br/>
        <w:t>v -5.127709 15.414939 -0.147464</w:t>
        <w:br/>
        <w:t>v -5.072044 15.417176 -0.072995</w:t>
        <w:br/>
        <w:t>v -4.996912 15.512233 -0.087305</w:t>
        <w:br/>
        <w:t>v -5.056966 15.501451 -0.163255</w:t>
        <w:br/>
        <w:t>v -4.307205 15.197875 -0.111500</w:t>
        <w:br/>
        <w:t>v -4.176651 15.277317 -0.104190</w:t>
        <w:br/>
        <w:t>v -4.585422 15.071060 -0.083930</w:t>
        <w:br/>
        <w:t>v -4.650342 15.118562 0.066305</w:t>
        <w:br/>
        <w:t>v -4.723121 15.173228 0.130794</w:t>
        <w:br/>
        <w:t>v -5.045772 15.131859 -0.209127</w:t>
        <w:br/>
        <w:t>v -5.664891 14.052060 -0.049903</w:t>
        <w:br/>
        <w:t>v -5.689954 13.821499 -0.067533</w:t>
        <w:br/>
        <w:t>v -5.745821 13.869150 0.051385</w:t>
        <w:br/>
        <w:t>v -5.780386 14.123959 0.089698</w:t>
        <w:br/>
        <w:t>v -5.839310 13.943626 0.137638</w:t>
        <w:br/>
        <w:t>v -5.912090 14.037963 0.232965</w:t>
        <w:br/>
        <w:t>v -5.990838 14.145061 0.285144</w:t>
        <w:br/>
        <w:t>v -5.881632 14.263859 0.193646</w:t>
        <w:br/>
        <w:t>v -5.995049 14.434274 0.193595</w:t>
        <w:br/>
        <w:t>v -6.080357 14.263505 0.280930</w:t>
        <w:br/>
        <w:t>v -6.155787 14.391030 0.301223</w:t>
        <w:br/>
        <w:t>v -6.097262 14.605298 0.140641</w:t>
        <w:br/>
        <w:t>v -6.223920 14.512521 0.271648</w:t>
        <w:br/>
        <w:t>v -6.337988 14.695176 0.089005</w:t>
        <w:br/>
        <w:t>v -6.286360 14.617888 0.198900</w:t>
        <w:br/>
        <w:t>v -6.164811 14.710407 0.030737</w:t>
        <w:br/>
        <w:t>v -6.182915 14.759885 -0.078481</w:t>
        <w:br/>
        <w:t>v -6.361667 14.749808 -0.050568</w:t>
        <w:br/>
        <w:t>v -5.672837 14.447089 -0.130249</w:t>
        <w:br/>
        <w:t>v -5.737100 14.501451 -0.060943</w:t>
        <w:br/>
        <w:t>v -5.821009 14.629820 -0.020642</w:t>
        <w:br/>
        <w:t>v -5.875475 14.726520 -0.047672</w:t>
        <w:br/>
        <w:t>v -5.911893 14.788422 -0.130719</w:t>
        <w:br/>
        <w:t>v -5.778301 14.560924 -0.018186</w:t>
        <w:br/>
        <w:t>v -4.868826 15.337460 0.100092</w:t>
        <w:br/>
        <w:t>v -4.724198 15.481939 0.105557</w:t>
        <w:br/>
        <w:t>v -4.619742 15.431197 -0.594672</w:t>
        <w:br/>
        <w:t>v -4.192986 15.285945 -0.482393</w:t>
        <w:br/>
        <w:t>v -4.266249 15.333455 -0.578449</w:t>
        <w:br/>
        <w:t>v -4.385814 15.222841 -0.555589</w:t>
        <w:br/>
        <w:t>v -4.322779 15.187200 -0.462335</w:t>
        <w:br/>
        <w:t>v -4.371029 15.377373 -0.635725</w:t>
        <w:br/>
        <w:t>v -4.489121 15.415322 -0.652468</w:t>
        <w:br/>
        <w:t>v -4.577848 15.300260 -0.636139</w:t>
        <w:br/>
        <w:t>v -4.477554 15.262479 -0.613480</w:t>
        <w:br/>
        <w:t>v -4.875481 15.350073 -0.570239</w:t>
        <w:br/>
        <w:t>v -4.783296 15.292797 -0.607760</w:t>
        <w:br/>
        <w:t>v -4.628279 15.434214 -0.631460</w:t>
        <w:br/>
        <w:t>v -4.737179 15.493353 -0.578939</w:t>
        <w:br/>
        <w:t>v -4.837907 15.524406 -0.516979</w:t>
        <w:br/>
        <w:t>v -4.938799 15.531483 -0.446344</w:t>
        <w:br/>
        <w:t>v -5.016356 15.427509 -0.455372</w:t>
        <w:br/>
        <w:t>v -4.920418 15.408820 -0.524954</w:t>
        <w:br/>
        <w:t>v -5.084163 15.524849 -0.282309</w:t>
        <w:br/>
        <w:t>v -5.105580 15.520947 -0.216542</w:t>
        <w:br/>
        <w:t>v -5.178017 15.437145 -0.214340</w:t>
        <w:br/>
        <w:t>v -5.154487 15.437911 -0.294168</w:t>
        <w:br/>
        <w:t>v -5.023529 15.530856 -0.365672</w:t>
        <w:br/>
        <w:t>v -5.094846 15.435760 -0.378817</w:t>
        <w:br/>
        <w:t>v -4.280571 15.155858 -0.226204</w:t>
        <w:br/>
        <w:t>v -4.144042 15.233350 -0.228184</w:t>
        <w:br/>
        <w:t>v -4.158724 15.252343 -0.359077</w:t>
        <w:br/>
        <w:t>v -4.293604 15.163995 -0.347311</w:t>
        <w:br/>
        <w:t>v -4.570690 15.032822 -0.360676</w:t>
        <w:br/>
        <w:t>v -4.554875 15.023162 -0.217666</w:t>
        <w:br/>
        <w:t>v -4.630583 15.080634 -0.498454</w:t>
        <w:br/>
        <w:t>v -4.724014 15.159963 -0.591733</w:t>
        <w:br/>
        <w:t>v -5.169174 15.334524 -0.393418</w:t>
        <w:br/>
        <w:t>v -5.095697 15.256556 -0.496712</w:t>
        <w:br/>
        <w:t>v -5.021101 15.159718 -0.545398</w:t>
        <w:br/>
        <w:t>v -4.942546 15.057248 -0.535534</w:t>
        <w:br/>
        <w:t>v -4.880908 14.976218 -0.449929</w:t>
        <w:br/>
        <w:t>v -4.841303 14.923656 -0.332474</w:t>
        <w:br/>
        <w:t>v -4.828250 14.905670 -0.211291</w:t>
        <w:br/>
        <w:t>v -5.261800 15.342928 -0.211798</w:t>
        <w:br/>
        <w:t>v -5.245348 15.336900 -0.294986</w:t>
        <w:br/>
        <w:t>v -5.358512 15.207307 -0.312262</w:t>
        <w:br/>
        <w:t>v -5.312036 15.148163 -0.415292</w:t>
        <w:br/>
        <w:t>v -5.254869 15.060745 -0.483440</w:t>
        <w:br/>
        <w:t>v -5.186633 14.950562 -0.497792</w:t>
        <w:br/>
        <w:t>v -5.134775 14.862336 -0.427291</w:t>
        <w:br/>
        <w:t>v -5.102163 14.807872 -0.315854</w:t>
        <w:br/>
        <w:t>v -5.090930 14.790281 -0.206401</w:t>
        <w:br/>
        <w:t>v -5.623196 14.047702 -0.381960</w:t>
        <w:br/>
        <w:t>v -5.655334 13.819304 -0.347971</w:t>
        <w:br/>
        <w:t>v -5.621116 13.799714 -0.196820</w:t>
        <w:br/>
        <w:t>v -5.591014 14.025256 -0.201956</w:t>
        <w:br/>
        <w:t>v -5.720139 13.869791 -0.476562</w:t>
        <w:br/>
        <w:t>v -5.735484 14.123197 -0.544222</w:t>
        <w:br/>
        <w:t>v -5.809026 13.943699 -0.574770</w:t>
        <w:br/>
        <w:t>v -5.877912 14.032273 -0.680187</w:t>
        <w:br/>
        <w:t>v -5.974826 14.148162 -0.709637</w:t>
        <w:br/>
        <w:t>v -5.852598 14.274373 -0.650200</w:t>
        <w:br/>
        <w:t>v -5.977512 14.456089 -0.646337</w:t>
        <w:br/>
        <w:t>v -6.063425 14.266883 -0.719407</w:t>
        <w:br/>
        <w:t>v -6.136858 14.403501 -0.743437</w:t>
        <w:br/>
        <w:t>v -6.084632 14.642223 -0.593813</w:t>
        <w:br/>
        <w:t>v -6.210330 14.535346 -0.710991</w:t>
        <w:br/>
        <w:t>v -6.331793 14.721749 -0.510746</w:t>
        <w:br/>
        <w:t>v -6.277090 14.640994 -0.625797</w:t>
        <w:br/>
        <w:t>v -6.164085 14.748445 -0.461731</w:t>
        <w:br/>
        <w:t>v -6.186221 14.796679 -0.339735</w:t>
        <w:br/>
        <w:t>v -6.358552 14.778001 -0.364346</w:t>
        <w:br/>
        <w:t>v -6.189742 14.817482 -0.203791</w:t>
        <w:br/>
        <w:t>v -6.366635 14.804653 -0.203784</w:t>
        <w:br/>
        <w:t>v -5.374256 15.226985 -0.208290</w:t>
        <w:br/>
        <w:t>v -5.560207 15.065161 -0.204929</w:t>
        <w:br/>
        <w:t>v -5.555712 15.050714 -0.287129</w:t>
        <w:br/>
        <w:t>v -5.522824 14.995855 -0.387638</w:t>
        <w:br/>
        <w:t>v -5.469755 14.909437 -0.445675</w:t>
        <w:br/>
        <w:t>v -5.355511 14.722635 -0.416585</w:t>
        <w:br/>
        <w:t>v -5.407878 14.807171 -0.471991</w:t>
        <w:br/>
        <w:t>v -5.327222 14.677221 -0.308727</w:t>
        <w:br/>
        <w:t>v -5.321344 14.669081 -0.204104</w:t>
        <w:br/>
        <w:t>v -5.785370 14.906256 -0.304223</w:t>
        <w:br/>
        <w:t>v -5.787653 14.924154 -0.203770</w:t>
        <w:br/>
        <w:t>v -5.748137 14.843638 -0.414899</w:t>
        <w:br/>
        <w:t>v -5.687466 14.746602 -0.480364</w:t>
        <w:br/>
        <w:t>v -5.552219 14.534971 -0.428589</w:t>
        <w:br/>
        <w:t>v -5.620676 14.633459 -0.489414</w:t>
        <w:br/>
        <w:t>v -5.509520 14.480178 -0.315844</w:t>
        <w:br/>
        <w:t>v -5.512829 14.481046 -0.203855</w:t>
        <w:br/>
        <w:t>v -5.942857 14.833193 -0.339264</w:t>
        <w:br/>
        <w:t>v -5.950221 14.862264 -0.203775</w:t>
        <w:br/>
        <w:t>v -5.888939 14.753278 -0.473608</w:t>
        <w:br/>
        <w:t>v -5.814786 14.626208 -0.528554</w:t>
        <w:br/>
        <w:t>v -5.643589 14.382050 -0.473176</w:t>
        <w:br/>
        <w:t>v -5.724679 14.484830 -0.543861</w:t>
        <w:br/>
        <w:t>v -5.582130 14.316903 -0.347056</w:t>
        <w:br/>
        <w:t>v -5.559440 14.300592 -0.203804</w:t>
        <w:br/>
        <w:t>v -4.382587 15.229936 0.113287</w:t>
        <w:br/>
        <w:t>v -4.268501 15.329257 0.131130</w:t>
        <w:br/>
        <w:t>v -4.192460 15.277345 0.030967</w:t>
        <w:br/>
        <w:t>v -4.318525 15.189110 0.014992</w:t>
        <w:br/>
        <w:t>v -4.579910 15.301759 0.198773</w:t>
        <w:br/>
        <w:t>v -4.491690 15.416526 0.210729</w:t>
        <w:br/>
        <w:t>v -4.374858 15.377790 0.191714</w:t>
        <w:br/>
        <w:t>v -4.478171 15.269391 0.173900</w:t>
        <w:br/>
        <w:t>v -4.785347 15.291917 0.174870</w:t>
        <w:br/>
        <w:t>v -4.628880 15.434549 0.191993</w:t>
        <w:br/>
        <w:t>v -4.882185 15.347869 0.134342</w:t>
        <w:br/>
        <w:t>v -4.737223 15.493383 0.139427</w:t>
        <w:br/>
        <w:t>v -5.017481 15.431124 0.021956</w:t>
        <w:br/>
        <w:t>v -4.934230 15.536809 0.010685</w:t>
        <w:br/>
        <w:t>v -4.836906 15.525629 0.078241</w:t>
        <w:br/>
        <w:t>v -4.925868 15.407697 0.089898</w:t>
        <w:br/>
        <w:t>v -5.154347 15.439010 -0.134385</w:t>
        <w:br/>
        <w:t>v -5.083601 15.525303 -0.150748</w:t>
        <w:br/>
        <w:t>v -5.020276 15.533898 -0.066623</w:t>
        <w:br/>
        <w:t>v -5.095315 15.438894 -0.051857</w:t>
        <w:br/>
        <w:t>v -4.289380 15.164988 -0.103715</w:t>
        <w:br/>
        <w:t>v -4.157517 15.245520 -0.095979</w:t>
        <w:br/>
        <w:t>v -4.144042 15.233350 -0.228184</w:t>
        <w:br/>
        <w:t>v -4.280571 15.155858 -0.226204</w:t>
        <w:br/>
        <w:t>v -4.570324 15.037635 -0.073215</w:t>
        <w:br/>
        <w:t>v -4.554875 15.023162 -0.217666</w:t>
        <w:br/>
        <w:t>v -4.629147 15.083649 0.066933</w:t>
        <w:br/>
        <w:t>v -4.721166 15.159305 0.166322</w:t>
        <w:br/>
        <w:t>v -5.246223 15.337492 -0.129208</w:t>
        <w:br/>
        <w:t>v -5.172345 15.338605 -0.035294</w:t>
        <w:br/>
        <w:t>v -5.098491 15.255644 0.070575</w:t>
        <w:br/>
        <w:t>v -4.939216 15.047586 0.127376</w:t>
        <w:br/>
        <w:t>v -4.873952 14.963219 0.040242</w:t>
        <w:br/>
        <w:t>v -4.836305 14.915173 -0.087268</w:t>
        <w:br/>
        <w:t>v -4.828250 14.905670 -0.211291</w:t>
        <w:br/>
        <w:t>v -5.356188 15.207388 -0.105048</w:t>
        <w:br/>
        <w:t>v -5.310271 15.146771 -0.000054</w:t>
        <w:br/>
        <w:t>v -5.022433 15.156070 0.125081</w:t>
        <w:br/>
        <w:t>v -5.252577 15.057341 0.068883</w:t>
        <w:br/>
        <w:t>v -5.131443 14.852544 0.019465</w:t>
        <w:br/>
        <w:t>v -5.184249 14.944794 0.085794</w:t>
        <w:br/>
        <w:t>v -5.097953 14.798719 -0.094601</w:t>
        <w:br/>
        <w:t>v -5.090930 14.790281 -0.206401</w:t>
        <w:br/>
        <w:t>v -5.631337 14.048161 -0.032046</w:t>
        <w:br/>
        <w:t>v -5.591014 14.025256 -0.201956</w:t>
        <w:br/>
        <w:t>v -5.621116 13.799714 -0.196820</w:t>
        <w:br/>
        <w:t>v -5.654884 13.816627 -0.053934</w:t>
        <w:br/>
        <w:t>v -5.715466 13.867922 0.073616</w:t>
        <w:br/>
        <w:t>v -5.810204 13.945481 0.162161</w:t>
        <w:br/>
        <w:t>v -5.752762 14.123445 0.115919</w:t>
        <w:br/>
        <w:t>v -5.882754 14.039122 0.257300</w:t>
        <w:br/>
        <w:t>v -5.969749 14.150786 0.315186</w:t>
        <w:br/>
        <w:t>v -5.861119 14.270552 0.226175</w:t>
        <w:br/>
        <w:t>v -5.981939 14.449049 0.225911</w:t>
        <w:br/>
        <w:t>v -6.063779 14.271674 0.314232</w:t>
        <w:br/>
        <w:t>v -6.138322 14.403028 0.332408</w:t>
        <w:br/>
        <w:t>v -6.088967 14.629125 0.169336</w:t>
        <w:br/>
        <w:t>v -6.210848 14.533830 0.300147</w:t>
        <w:br/>
        <w:t>v -6.277941 14.645579 0.223464</w:t>
        <w:br/>
        <w:t>v -6.334068 14.728137 0.107201</w:t>
        <w:br/>
        <w:t>v -6.163970 14.742946 0.050750</w:t>
        <w:br/>
        <w:t>v -6.362206 14.786366 -0.040751</w:t>
        <w:br/>
        <w:t>v -6.186243 14.796455 -0.067919</w:t>
        <w:br/>
        <w:t>v -5.557095 15.052547 -0.122041</w:t>
        <w:br/>
        <w:t>v -5.523319 14.996655 -0.024089</w:t>
        <w:br/>
        <w:t>v -5.470808 14.911396 0.032249</w:t>
        <w:br/>
        <w:t>v -5.358356 14.726028 0.004562</w:t>
        <w:br/>
        <w:t>v -5.409703 14.810452 0.058921</w:t>
        <w:br/>
        <w:t>v -5.329129 14.678881 -0.100507</w:t>
        <w:br/>
        <w:t>v -5.321344 14.669081 -0.204104</w:t>
        <w:br/>
        <w:t>v -5.785971 14.907113 -0.103010</w:t>
        <w:br/>
        <w:t>v -5.747893 14.841874 0.001536</w:t>
        <w:br/>
        <w:t>v -5.688801 14.746742 0.064108</w:t>
        <w:br/>
        <w:t>v -5.558400 14.539024 0.013701</w:t>
        <w:br/>
        <w:t>v -5.624491 14.636225 0.071815</w:t>
        <w:br/>
        <w:t>v -5.514905 14.483612 -0.094154</w:t>
        <w:br/>
        <w:t>v -5.512829 14.481046 -0.203855</w:t>
        <w:br/>
        <w:t>v -5.944056 14.836983 -0.066813</w:t>
        <w:br/>
        <w:t>v -5.890003 14.747149 0.053407</w:t>
        <w:br/>
        <w:t>v -5.818269 14.622201 0.105496</w:t>
        <w:br/>
        <w:t>v -5.647803 14.383997 0.055230</w:t>
        <w:br/>
        <w:t>v -5.733391 14.484813 0.117406</w:t>
        <w:br/>
        <w:t>v -5.581091 14.319308 -0.059777</w:t>
        <w:br/>
        <w:t>v -5.559440 14.300592 -0.203804</w:t>
        <w:br/>
        <w:t>v -4.280383 15.354813 -0.550826</w:t>
        <w:br/>
        <w:t>v -4.266249 15.333455 -0.578449</w:t>
        <w:br/>
        <w:t>v -4.192986 15.285945 -0.482393</w:t>
        <w:br/>
        <w:t>v -4.211421 15.313566 -0.464520</w:t>
        <w:br/>
        <w:t>v -4.488143 15.420263 -0.615096</w:t>
        <w:br/>
        <w:t>v -4.489121 15.415322 -0.652468</w:t>
        <w:br/>
        <w:t>v -4.371029 15.377373 -0.635725</w:t>
        <w:br/>
        <w:t>v -4.378389 15.390777 -0.601274</w:t>
        <w:br/>
        <w:t>v -4.820731 15.509832 -0.486224</w:t>
        <w:br/>
        <w:t>v -4.918249 15.513814 -0.419649</w:t>
        <w:br/>
        <w:t>v -4.938799 15.531483 -0.446344</w:t>
        <w:br/>
        <w:t>v -4.837907 15.524406 -0.516979</w:t>
        <w:br/>
        <w:t>v -5.105580 15.520947 -0.216542</w:t>
        <w:br/>
        <w:t>v -5.084163 15.524849 -0.282309</w:t>
        <w:br/>
        <w:t>v -5.057200 15.501599 -0.269441</w:t>
        <w:br/>
        <w:t>v -5.077263 15.496539 -0.216432</w:t>
        <w:br/>
        <w:t>v -4.999607 15.510016 -0.344730</w:t>
        <w:br/>
        <w:t>v -5.023529 15.530856 -0.365672</w:t>
        <w:br/>
        <w:t>v -4.178390 15.283621 -0.350025</w:t>
        <w:br/>
        <w:t>v -4.158724 15.252343 -0.359077</w:t>
        <w:br/>
        <w:t>v -4.144042 15.233350 -0.228184</w:t>
        <w:br/>
        <w:t>v -4.163383 15.265911 -0.227577</w:t>
        <w:br/>
        <w:t>v -5.621116 13.799714 -0.196820</w:t>
        <w:br/>
        <w:t>v -5.655334 13.819304 -0.347971</w:t>
        <w:br/>
        <w:t>v -5.689893 13.825874 -0.334335</w:t>
        <w:br/>
        <w:t>v -5.657943 13.804921 -0.197407</w:t>
        <w:br/>
        <w:t>v -5.720139 13.869791 -0.476562</w:t>
        <w:br/>
        <w:t>v -5.750303 13.874681 -0.454098</w:t>
        <w:br/>
        <w:t>v -5.809026 13.943699 -0.574770</w:t>
        <w:br/>
        <w:t>v -5.838151 13.946926 -0.550321</w:t>
        <w:br/>
        <w:t>v -5.877912 14.032273 -0.680187</w:t>
        <w:br/>
        <w:t>v -5.904657 14.033509 -0.653524</w:t>
        <w:br/>
        <w:t>v -5.974826 14.148162 -0.709637</w:t>
        <w:br/>
        <w:t>v -5.992245 14.143975 -0.676631</w:t>
        <w:br/>
        <w:t>v -6.063425 14.266883 -0.719407</w:t>
        <w:br/>
        <w:t>v -6.077878 14.261788 -0.684584</w:t>
        <w:br/>
        <w:t>v -6.136858 14.403501 -0.743437</w:t>
        <w:br/>
        <w:t>v -6.152699 14.393540 -0.710838</w:t>
        <w:br/>
        <w:t>v -6.210330 14.535346 -0.710991</w:t>
        <w:br/>
        <w:t>v -6.219725 14.514333 -0.681269</w:t>
        <w:br/>
        <w:t>v -6.277090 14.640994 -0.625797</w:t>
        <w:br/>
        <w:t>v -6.331793 14.721749 -0.510746</w:t>
        <w:br/>
        <w:t>v -6.332236 14.688487 -0.492636</w:t>
        <w:br/>
        <w:t>v -6.280625 14.612712 -0.600697</w:t>
        <w:br/>
        <w:t>v -6.358552 14.778001 -0.364346</w:t>
        <w:br/>
        <w:t>v -6.356234 14.741467 -0.354223</w:t>
        <w:br/>
        <w:t>v -6.366635 14.804653 -0.203784</w:t>
        <w:br/>
        <w:t>v -6.364120 14.766944 -0.203233</w:t>
        <w:br/>
        <w:t>v -4.737179 15.493353 -0.578939</w:t>
        <w:br/>
        <w:t>v -4.723612 15.482860 -0.545007</w:t>
        <w:br/>
        <w:t>v -4.192460 15.277345 0.030967</w:t>
        <w:br/>
        <w:t>v -4.268501 15.329257 0.131130</w:t>
        <w:br/>
        <w:t>v -4.282490 15.350675 0.103446</w:t>
        <w:br/>
        <w:t>v -4.210228 15.305418 0.013246</w:t>
        <w:br/>
        <w:t>v -4.374858 15.377790 0.191714</w:t>
        <w:br/>
        <w:t>v -4.491690 15.416526 0.210729</w:t>
        <w:br/>
        <w:t>v -4.491603 15.420835 0.173322</w:t>
        <w:br/>
        <w:t>v -4.382889 15.390970 0.157299</w:t>
        <w:br/>
        <w:t>v -4.628880 15.434549 0.191993</w:t>
        <w:br/>
        <w:t>v -4.620978 15.430508 0.155183</w:t>
        <w:br/>
        <w:t>v -4.914444 15.518304 -0.016018</w:t>
        <w:br/>
        <w:t>v -4.820531 15.510240 0.047447</w:t>
        <w:br/>
        <w:t>v -4.836906 15.525629 0.078241</w:t>
        <w:br/>
        <w:t>v -4.934230 15.536809 0.010685</w:t>
        <w:br/>
        <w:t>v -5.056966 15.501451 -0.163255</w:t>
        <w:br/>
        <w:t>v -4.996912 15.512233 -0.087305</w:t>
        <w:br/>
        <w:t>v -5.020276 15.533898 -0.066623</w:t>
        <w:br/>
        <w:t>v -5.083601 15.525303 -0.150748</w:t>
        <w:br/>
        <w:t>v -4.144042 15.233350 -0.228184</w:t>
        <w:br/>
        <w:t>v -4.157517 15.245520 -0.095979</w:t>
        <w:br/>
        <w:t>v -4.176651 15.277317 -0.104190</w:t>
        <w:br/>
        <w:t>v -4.163383 15.265911 -0.227577</w:t>
        <w:br/>
        <w:t>v -5.689954 13.821499 -0.067533</w:t>
        <w:br/>
        <w:t>v -5.654884 13.816627 -0.053934</w:t>
        <w:br/>
        <w:t>v -5.621116 13.799714 -0.196820</w:t>
        <w:br/>
        <w:t>v -5.657943 13.804921 -0.197407</w:t>
        <w:br/>
        <w:t>v -5.715466 13.867922 0.073616</w:t>
        <w:br/>
        <w:t>v -5.745821 13.869150 0.051385</w:t>
        <w:br/>
        <w:t>v -5.839310 13.943626 0.137638</w:t>
        <w:br/>
        <w:t>v -5.810204 13.945481 0.162161</w:t>
        <w:br/>
        <w:t>v -5.882754 14.039122 0.257300</w:t>
        <w:br/>
        <w:t>v -5.912090 14.037963 0.232965</w:t>
        <w:br/>
        <w:t>v -5.990838 14.145061 0.285144</w:t>
        <w:br/>
        <w:t>v -5.969749 14.150786 0.315186</w:t>
        <w:br/>
        <w:t>v -6.080357 14.263505 0.280930</w:t>
        <w:br/>
        <w:t>v -6.063779 14.271674 0.314232</w:t>
        <w:br/>
        <w:t>v -6.138322 14.403028 0.332408</w:t>
        <w:br/>
        <w:t>v -6.155787 14.391030 0.301223</w:t>
        <w:br/>
        <w:t>v -6.210848 14.533830 0.300147</w:t>
        <w:br/>
        <w:t>v -6.223920 14.512521 0.271648</w:t>
        <w:br/>
        <w:t>v -6.337988 14.695176 0.089005</w:t>
        <w:br/>
        <w:t>v -6.334068 14.728137 0.107201</w:t>
        <w:br/>
        <w:t>v -6.277941 14.645579 0.223464</w:t>
        <w:br/>
        <w:t>v -6.286360 14.617888 0.198900</w:t>
        <w:br/>
        <w:t>v -6.361667 14.749808 -0.050568</w:t>
        <w:br/>
        <w:t>v -6.362206 14.786366 -0.040751</w:t>
        <w:br/>
        <w:t>v -4.737223 15.493383 0.139427</w:t>
        <w:br/>
        <w:t>v -4.724198 15.481939 0.105557</w:t>
        <w:br/>
        <w:t>v -4.619742 15.431197 -0.594672</w:t>
        <w:br/>
        <w:t>v -4.628279 15.434214 -0.631460</w:t>
        <w:br/>
        <w:t>v -5.652890 14.703659 -0.195354</w:t>
        <w:br/>
        <w:t>v -5.652890 14.703659 -0.195354</w:t>
        <w:br/>
        <w:t>v 1.057126 17.203630 0.506854</w:t>
        <w:br/>
        <w:t>v 1.086853 17.141977 0.523609</w:t>
        <w:br/>
        <w:t>v 1.133896 17.117628 0.509610</w:t>
        <w:br/>
        <w:t>v 1.076159 17.233561 0.477697</w:t>
        <w:br/>
        <w:t>v 0.959686 17.132326 0.613009</w:t>
        <w:br/>
        <w:t>v 0.940863 17.102896 0.641630</w:t>
        <w:br/>
        <w:t>v 0.894253 17.218817 0.609720</w:t>
        <w:br/>
        <w:t>v 0.934404 17.193979 0.596261</w:t>
        <w:br/>
        <w:t>v 0.894253 17.218817 0.609720</w:t>
        <w:br/>
        <w:t>v 0.906389 17.224497 0.625395</w:t>
        <w:br/>
        <w:t>v 0.952580 17.108568 0.657229</w:t>
        <w:br/>
        <w:t>v 0.940863 17.102896 0.641630</w:t>
        <w:br/>
        <w:t>v 1.076159 17.233561 0.477697</w:t>
        <w:br/>
        <w:t>v 1.086344 17.239252 0.493400</w:t>
        <w:br/>
        <w:t>v 0.906389 17.224497 0.625395</w:t>
        <w:br/>
        <w:t>v 0.894253 17.218817 0.609720</w:t>
        <w:br/>
        <w:t>v 1.142912 17.123312 0.525237</w:t>
        <w:br/>
        <w:t>v 1.133896 17.117628 0.509610</w:t>
        <w:br/>
        <w:t>v 0.940863 17.102896 0.641630</w:t>
        <w:br/>
        <w:t>v 0.952580 17.108568 0.657229</w:t>
        <w:br/>
        <w:t>v 0.970447 17.139265 0.627999</w:t>
        <w:br/>
        <w:t>v 0.952580 17.108568 0.657229</w:t>
        <w:br/>
        <w:t>v 0.906389 17.224497 0.625395</w:t>
        <w:br/>
        <w:t>v 0.945584 17.200951 0.611317</w:t>
        <w:br/>
        <w:t>v 1.066908 17.210701 0.522131</w:t>
        <w:br/>
        <w:t>v 1.057126 17.203630 0.506854</w:t>
        <w:br/>
        <w:t>v 0.934404 17.193979 0.596261</w:t>
        <w:br/>
        <w:t>v 0.945584 17.200951 0.611317</w:t>
        <w:br/>
        <w:t>v 1.066908 17.210701 0.522131</w:t>
        <w:br/>
        <w:t>v 1.086344 17.239252 0.493400</w:t>
        <w:br/>
        <w:t>v 0.970447 17.139265 0.627999</w:t>
        <w:br/>
        <w:t>v 0.945584 17.200951 0.611317</w:t>
        <w:br/>
        <w:t>v 0.934404 17.193979 0.596261</w:t>
        <w:br/>
        <w:t>v 0.959686 17.132326 0.613009</w:t>
        <w:br/>
        <w:t>v 1.086853 17.141977 0.523609</w:t>
        <w:br/>
        <w:t>v 1.095885 17.149019 0.538816</w:t>
        <w:br/>
        <w:t>v 0.970447 17.139265 0.627999</w:t>
        <w:br/>
        <w:t>v 0.959686 17.132326 0.613009</w:t>
        <w:br/>
        <w:t>v 1.095885 17.149019 0.538816</w:t>
        <w:br/>
        <w:t>v 1.086853 17.141977 0.523609</w:t>
        <w:br/>
        <w:t>v 1.057126 17.203630 0.506854</w:t>
        <w:br/>
        <w:t>v 1.066908 17.210701 0.522131</w:t>
        <w:br/>
        <w:t>v 1.142912 17.123312 0.525237</w:t>
        <w:br/>
        <w:t>v 1.095885 17.149019 0.538816</w:t>
        <w:br/>
        <w:t>v 1.142912 17.123312 0.525237</w:t>
        <w:br/>
        <w:t>v 1.086344 17.239252 0.493400</w:t>
        <w:br/>
        <w:t>v 1.076159 17.233561 0.477697</w:t>
        <w:br/>
        <w:t>v 1.133896 17.117628 0.509610</w:t>
        <w:br/>
        <w:t>v 0.858292 17.332466 0.599807</w:t>
        <w:br/>
        <w:t>v 0.849985 17.327221 0.588505</w:t>
        <w:br/>
        <w:t>v 0.841753 17.349852 0.582255</w:t>
        <w:br/>
        <w:t>v 0.850024 17.355104 0.593566</w:t>
        <w:br/>
        <w:t>v 0.869587 17.384756 0.543435</w:t>
        <w:br/>
        <w:t>v 0.878790 17.390764 0.556356</w:t>
        <w:br/>
        <w:t>v 0.841753 17.349852 0.582255</w:t>
        <w:br/>
        <w:t>v 0.849985 17.327221 0.588505</w:t>
        <w:br/>
        <w:t>v 0.904071 17.286968 0.571222</w:t>
        <w:br/>
        <w:t>v 0.869587 17.384756 0.543435</w:t>
        <w:br/>
        <w:t>v 0.913434 17.292973 0.584147</w:t>
        <w:br/>
        <w:t>v 0.858292 17.332466 0.599807</w:t>
        <w:br/>
        <w:t>v 0.850024 17.355104 0.593566</w:t>
        <w:br/>
        <w:t>v 0.878790 17.390764 0.556356</w:t>
        <w:br/>
        <w:t>v 0.913434 17.292973 0.584147</w:t>
        <w:br/>
        <w:t>v 0.904071 17.286968 0.571222</w:t>
        <w:br/>
        <w:t>v 1.022110 17.302961 0.503308</w:t>
        <w:br/>
        <w:t>v 1.045006 17.349451 0.462387</w:t>
        <w:br/>
        <w:t>v 1.037607 17.344194 0.451094</w:t>
        <w:br/>
        <w:t>v 1.013317 17.296959 0.490381</w:t>
        <w:br/>
        <w:t>v 1.022110 17.302961 0.503308</w:t>
        <w:br/>
        <w:t>v 0.985923 17.400379 0.477706</w:t>
        <w:br/>
        <w:t>v 1.037172 17.372066 0.456277</w:t>
        <w:br/>
        <w:t>v 1.045006 17.349451 0.462387</w:t>
        <w:br/>
        <w:t>v 1.029716 17.366814 0.444975</w:t>
        <w:br/>
        <w:t>v 0.977297 17.394373 0.464783</w:t>
        <w:br/>
        <w:t>v 1.013317 17.296959 0.490381</w:t>
        <w:br/>
        <w:t>v 1.037607 17.344194 0.451094</w:t>
        <w:br/>
        <w:t>v 1.029716 17.366814 0.444975</w:t>
        <w:br/>
        <w:t>v 1.037172 17.372066 0.456277</w:t>
        <w:br/>
        <w:t>v 0.985923 17.400379 0.477706</w:t>
        <w:br/>
        <w:t>v 0.977297 17.394373 0.464783</w:t>
        <w:br/>
        <w:t>v 0.949654 17.302784 0.556183</w:t>
        <w:br/>
        <w:t>v 0.982712 17.305840 0.531472</w:t>
        <w:br/>
        <w:t>v 0.966548 17.294977 0.508093</w:t>
        <w:br/>
        <w:t>v 0.933188 17.291916 0.532806</w:t>
        <w:br/>
        <w:t>v 1.043768 17.235851 0.527735</w:t>
        <w:br/>
        <w:t>v 1.028175 17.225071 0.504532</w:t>
        <w:br/>
        <w:t>v 0.966548 17.294977 0.508093</w:t>
        <w:br/>
        <w:t>v 0.982712 17.305840 0.531472</w:t>
        <w:br/>
        <w:t>v 0.947547 17.226980 0.599446</w:t>
        <w:br/>
        <w:t>v 0.922273 17.224611 0.618577</w:t>
        <w:br/>
        <w:t>v 0.932180 17.321545 0.558224</w:t>
        <w:br/>
        <w:t>v 0.949654 17.302784 0.556183</w:t>
        <w:br/>
        <w:t>v 0.947547 17.226980 0.599446</w:t>
        <w:br/>
        <w:t>v 0.930448 17.216198 0.576236</w:t>
        <w:br/>
        <w:t>v 0.873846 17.210968 0.618462</w:t>
        <w:br/>
        <w:t>v 0.922273 17.224611 0.618577</w:t>
        <w:br/>
        <w:t>v 0.933188 17.291916 0.532806</w:t>
        <w:br/>
        <w:t>v 0.930448 17.216198 0.576236</w:t>
        <w:br/>
        <w:t>v 0.947547 17.226980 0.599446</w:t>
        <w:br/>
        <w:t>v 0.949654 17.302784 0.556183</w:t>
        <w:br/>
        <w:t>v 0.823641 17.469122 0.556922</w:t>
        <w:br/>
        <w:t>v 0.808008 17.458654 0.534378</w:t>
        <w:br/>
        <w:t>v 0.978760 17.473810 0.411905</w:t>
        <w:br/>
        <w:t>v 0.993940 17.484262 0.434406</w:t>
        <w:br/>
        <w:t>v 0.984887 17.524797 0.421689</w:t>
        <w:br/>
        <w:t>v 0.993940 17.484262 0.434406</w:t>
        <w:br/>
        <w:t>v 0.978760 17.473810 0.411905</w:t>
        <w:br/>
        <w:t>v 0.969686 17.514330 0.399157</w:t>
        <w:br/>
        <w:t>v 1.016072 17.526480 0.399864</w:t>
        <w:br/>
        <w:t>v 0.984887 17.524797 0.421689</w:t>
        <w:br/>
        <w:t>v 0.969686 17.514330 0.399157</w:t>
        <w:br/>
        <w:t>v 1.000877 17.516016 0.377343</w:t>
        <w:br/>
        <w:t>v 0.994507 17.392670 0.439548</w:t>
        <w:br/>
        <w:t>v 0.974031 17.387112 0.455906</w:t>
        <w:br/>
        <w:t>v 0.989010 17.397545 0.478360</w:t>
        <w:br/>
        <w:t>v 1.009470 17.403099 0.461998</w:t>
        <w:br/>
        <w:t>v 1.009470 17.403099 0.461998</w:t>
        <w:br/>
        <w:t>v 0.989010 17.397545 0.478360</w:t>
        <w:br/>
        <w:t>v 0.987575 17.408150 0.487463</w:t>
        <w:br/>
        <w:t>v 1.010951 17.412819 0.469086</w:t>
        <w:br/>
        <w:t>v 1.035143 17.459318 0.431266</w:t>
        <w:br/>
        <w:t>v 1.036559 17.453201 0.420083</w:t>
        <w:br/>
        <w:t>v 1.036559 17.453201 0.420083</w:t>
        <w:br/>
        <w:t>v 1.021401 17.442764 0.397613</w:t>
        <w:br/>
        <w:t>v 1.014089 17.333689 0.493566</w:t>
        <w:br/>
        <w:t>v 0.989010 17.397545 0.478360</w:t>
        <w:br/>
        <w:t>v 0.974031 17.387112 0.455906</w:t>
        <w:br/>
        <w:t>v 0.999010 17.323278 0.471158</w:t>
        <w:br/>
        <w:t>v 1.000877 17.516016 0.377343</w:t>
        <w:br/>
        <w:t>v 1.016072 17.526480 0.399864</w:t>
        <w:br/>
        <w:t>v 1.018221 17.522900 0.412831</w:t>
        <w:br/>
        <w:t>v 1.016072 17.526480 0.399864</w:t>
        <w:br/>
        <w:t>v 0.984887 17.524797 0.421689</w:t>
        <w:br/>
        <w:t>v 1.016072 17.526480 0.399864</w:t>
        <w:br/>
        <w:t>v 1.018221 17.522900 0.412831</w:t>
        <w:br/>
        <w:t>v 0.996756 17.522377 0.427558</w:t>
        <w:br/>
        <w:t>v 1.005975 17.480268 0.441363</w:t>
        <w:br/>
        <w:t>v 0.993940 17.484262 0.434406</w:t>
        <w:br/>
        <w:t>v 0.984887 17.524797 0.421689</w:t>
        <w:br/>
        <w:t>v 0.996756 17.522377 0.427558</w:t>
        <w:br/>
        <w:t>v 0.990775 17.337215 0.521102</w:t>
        <w:br/>
        <w:t>v 1.014343 17.336445 0.505268</w:t>
        <w:br/>
        <w:t>v 1.094525 17.249331 0.497809</w:t>
        <w:br/>
        <w:t>v 1.074229 17.247862 0.512139</w:t>
        <w:br/>
        <w:t>v 1.070392 17.238222 0.508603</w:t>
        <w:br/>
        <w:t>v 0.985216 17.326427 0.518759</w:t>
        <w:br/>
        <w:t>v 1.102605 17.240673 0.484641</w:t>
        <w:br/>
        <w:t>v 1.102605 17.240673 0.484641</w:t>
        <w:br/>
        <w:t>v 1.094525 17.249331 0.497809</w:t>
        <w:br/>
        <w:t>v 1.014089 17.333689 0.493566</w:t>
        <w:br/>
        <w:t>v 1.089018 17.230297 0.462309</w:t>
        <w:br/>
        <w:t>v 1.102605 17.240673 0.484641</w:t>
        <w:br/>
        <w:t>v 1.070392 17.238222 0.508603</w:t>
        <w:br/>
        <w:t>v 1.102605 17.240673 0.484641</w:t>
        <w:br/>
        <w:t>v 1.089018 17.230297 0.462309</w:t>
        <w:br/>
        <w:t>v 0.987575 17.408150 0.487463</w:t>
        <w:br/>
        <w:t>v 0.989010 17.397545 0.478360</w:t>
        <w:br/>
        <w:t>v 0.930886 17.331711 0.565722</w:t>
        <w:br/>
        <w:t>v 0.922849 17.233892 0.625162</w:t>
        <w:br/>
        <w:t>v 0.890935 17.221375 0.640847</w:t>
        <w:br/>
        <w:t>v 0.903901 17.231804 0.639661</w:t>
        <w:br/>
        <w:t>v 0.909981 17.326851 0.582898</w:t>
        <w:br/>
        <w:t>v 0.886570 17.398981 0.561626</w:t>
        <w:br/>
        <w:t>v 0.903901 17.231804 0.639661</w:t>
        <w:br/>
        <w:t>v 0.890935 17.221375 0.640847</w:t>
        <w:br/>
        <w:t>v 0.899159 17.323168 0.578731</w:t>
        <w:br/>
        <w:t>v 0.879064 17.387590 0.558914</w:t>
        <w:br/>
        <w:t>v 0.886570 17.398981 0.561626</w:t>
        <w:br/>
        <w:t>v 0.827400 17.464346 0.570188</w:t>
        <w:br/>
        <w:t>v 0.823641 17.469122 0.556922</w:t>
        <w:br/>
        <w:t>v 0.993940 17.484262 0.434406</w:t>
        <w:br/>
        <w:t>v 0.778843 17.505453 0.570025</w:t>
        <w:br/>
        <w:t>v 0.763316 17.494959 0.547446</w:t>
        <w:br/>
        <w:t>v 0.793739 17.498743 0.525055</w:t>
        <w:br/>
        <w:t>v 0.809081 17.509233 0.547628</w:t>
        <w:br/>
        <w:t>v 0.827400 17.464346 0.570188</w:t>
        <w:br/>
        <w:t>v 0.811368 17.505947 0.560514</w:t>
        <w:br/>
        <w:t>v 0.809081 17.509233 0.547628</w:t>
        <w:br/>
        <w:t>v 0.823641 17.469122 0.556922</w:t>
        <w:br/>
        <w:t>v 0.812755 17.439375 0.592625</w:t>
        <w:br/>
        <w:t>v 0.790999 17.502739 0.575975</w:t>
        <w:br/>
        <w:t>v 0.778843 17.505453 0.570025</w:t>
        <w:br/>
        <w:t>v 0.809081 17.509233 0.547628</w:t>
        <w:br/>
        <w:t>v 0.823641 17.469122 0.556922</w:t>
        <w:br/>
        <w:t>v 0.809081 17.509233 0.547628</w:t>
        <w:br/>
        <w:t>v 0.793739 17.498743 0.525055</w:t>
        <w:br/>
        <w:t>v 0.808008 17.458654 0.534378</w:t>
        <w:br/>
        <w:t>v 0.763316 17.494959 0.547446</w:t>
        <w:br/>
        <w:t>v 0.778843 17.505453 0.570025</w:t>
        <w:br/>
        <w:t>v 0.802499 17.432236 0.589802</w:t>
        <w:br/>
        <w:t>v 0.786401 17.421768 0.567273</w:t>
        <w:br/>
        <w:t>v 0.778843 17.505453 0.570025</w:t>
        <w:br/>
        <w:t>v 0.790999 17.502739 0.575975</w:t>
        <w:br/>
        <w:t>v 0.802499 17.432236 0.589802</w:t>
        <w:br/>
        <w:t>v 0.862261 17.399363 0.577999</w:t>
        <w:br/>
        <w:t>v 0.857284 17.389349 0.573279</w:t>
        <w:br/>
        <w:t>v 0.857284 17.389349 0.573279</w:t>
        <w:br/>
        <w:t>v 0.841089 17.378901 0.550790</w:t>
        <w:br/>
        <w:t>v 0.890935 17.221375 0.640847</w:t>
        <w:br/>
        <w:t>v 0.873846 17.210968 0.618462</w:t>
        <w:br/>
        <w:t>v 0.882977 17.312740 0.556291</w:t>
        <w:br/>
        <w:t>v 0.899159 17.323168 0.578731</w:t>
        <w:br/>
        <w:t>v 0.863054 17.377144 0.536432</w:t>
        <w:br/>
        <w:t>v 0.879064 17.387590 0.558914</w:t>
        <w:br/>
        <w:t>v 0.879064 17.387590 0.558914</w:t>
        <w:br/>
        <w:t>v 0.863054 17.377144 0.536432</w:t>
        <w:br/>
        <w:t>v 0.879064 17.387590 0.558914</w:t>
        <w:br/>
        <w:t>v 0.982712 17.305840 0.531472</w:t>
        <w:br/>
        <w:t>v 1.070392 17.238222 0.508603</w:t>
        <w:br/>
        <w:t>v 1.043768 17.235851 0.527735</w:t>
        <w:br/>
        <w:t>v 0.873846 17.210968 0.618462</w:t>
        <w:br/>
        <w:t>v 0.930448 17.216198 0.576236</w:t>
        <w:br/>
        <w:t>v 0.933188 17.291916 0.532806</w:t>
        <w:br/>
        <w:t>v 0.882977 17.312740 0.556291</w:t>
        <w:br/>
        <w:t>v 1.089018 17.230297 0.462309</w:t>
        <w:br/>
        <w:t>v 0.999010 17.323278 0.471158</w:t>
        <w:br/>
        <w:t>v 0.966548 17.294977 0.508093</w:t>
        <w:br/>
        <w:t>v 1.028175 17.225071 0.504532</w:t>
        <w:br/>
        <w:t>v 0.793739 17.498743 0.525055</w:t>
        <w:br/>
        <w:t>v 0.763316 17.494959 0.547446</w:t>
        <w:br/>
        <w:t>v 0.786401 17.421768 0.567273</w:t>
        <w:br/>
        <w:t>v 0.808008 17.458654 0.534378</w:t>
        <w:br/>
        <w:t>v 0.841089 17.378901 0.550790</w:t>
        <w:br/>
        <w:t>v 0.994507 17.392670 0.439548</w:t>
        <w:br/>
        <w:t>v 0.978760 17.473810 0.411905</w:t>
        <w:br/>
        <w:t>v 0.974031 17.387112 0.455906</w:t>
        <w:br/>
        <w:t>v 1.021401 17.442764 0.397613</w:t>
        <w:br/>
        <w:t>v 1.000877 17.516016 0.377343</w:t>
        <w:br/>
        <w:t>v 0.969686 17.514330 0.399157</w:t>
        <w:br/>
        <w:t>v 0.863054 17.377144 0.536432</w:t>
        <w:br/>
        <w:t>v 1.043768 17.235851 0.527735</w:t>
        <w:br/>
        <w:t>v 1.028175 17.225071 0.504532</w:t>
        <w:br/>
        <w:t>v 0.890935 17.221375 0.640847</w:t>
        <w:br/>
        <w:t>v -1.133713 17.117628 0.509610</w:t>
        <w:br/>
        <w:t>v -1.086697 17.141977 0.523609</w:t>
        <w:br/>
        <w:t>v -1.057016 17.203630 0.506854</w:t>
        <w:br/>
        <w:t>v -1.076065 17.233561 0.477697</w:t>
        <w:br/>
        <w:t>v -0.940740 17.102896 0.641630</w:t>
        <w:br/>
        <w:t>v -0.959569 17.132326 0.613009</w:t>
        <w:br/>
        <w:t>v -0.894198 17.218817 0.609720</w:t>
        <w:br/>
        <w:t>v -0.934325 17.193979 0.596261</w:t>
        <w:br/>
        <w:t>v -0.952465 17.108568 0.657229</w:t>
        <w:br/>
        <w:t>v -0.906338 17.224497 0.625395</w:t>
        <w:br/>
        <w:t>v -0.894198 17.218817 0.609720</w:t>
        <w:br/>
        <w:t>v -0.940740 17.102896 0.641630</w:t>
        <w:br/>
        <w:t>v -0.906338 17.224497 0.625395</w:t>
        <w:br/>
        <w:t>v -1.086253 17.239252 0.493400</w:t>
        <w:br/>
        <w:t>v -1.076065 17.233561 0.477697</w:t>
        <w:br/>
        <w:t>v -0.894198 17.218817 0.609720</w:t>
        <w:br/>
        <w:t>v -0.940740 17.102896 0.641630</w:t>
        <w:br/>
        <w:t>v -1.133713 17.117628 0.509610</w:t>
        <w:br/>
        <w:t>v -1.142735 17.123312 0.525237</w:t>
        <w:br/>
        <w:t>v -0.952465 17.108568 0.657229</w:t>
        <w:br/>
        <w:t>v -0.970337 17.139265 0.627999</w:t>
        <w:br/>
        <w:t>v -0.945511 17.200951 0.611317</w:t>
        <w:br/>
        <w:t>v -0.906338 17.224497 0.625395</w:t>
        <w:br/>
        <w:t>v -0.952465 17.108568 0.657229</w:t>
        <w:br/>
        <w:t>v -0.934325 17.193979 0.596261</w:t>
        <w:br/>
        <w:t>v -1.057016 17.203630 0.506854</w:t>
        <w:br/>
        <w:t>v -1.066802 17.210701 0.522131</w:t>
        <w:br/>
        <w:t>v -0.945511 17.200951 0.611317</w:t>
        <w:br/>
        <w:t>v -1.066802 17.210701 0.522131</w:t>
        <w:br/>
        <w:t>v -1.086253 17.239252 0.493400</w:t>
        <w:br/>
        <w:t>v -0.970337 17.139265 0.627999</w:t>
        <w:br/>
        <w:t>v -0.959569 17.132326 0.613009</w:t>
        <w:br/>
        <w:t>v -0.934325 17.193979 0.596261</w:t>
        <w:br/>
        <w:t>v -0.945511 17.200951 0.611317</w:t>
        <w:br/>
        <w:t>v -0.970337 17.139265 0.627999</w:t>
        <w:br/>
        <w:t>v -1.095735 17.149019 0.538816</w:t>
        <w:br/>
        <w:t>v -1.086697 17.141977 0.523609</w:t>
        <w:br/>
        <w:t>v -0.959569 17.132326 0.613009</w:t>
        <w:br/>
        <w:t>v -1.095735 17.149019 0.538816</w:t>
        <w:br/>
        <w:t>v -1.066802 17.210701 0.522131</w:t>
        <w:br/>
        <w:t>v -1.057016 17.203630 0.506854</w:t>
        <w:br/>
        <w:t>v -1.086697 17.141977 0.523609</w:t>
        <w:br/>
        <w:t>v -1.142735 17.123312 0.525237</w:t>
        <w:br/>
        <w:t>v -1.095735 17.149019 0.538816</w:t>
        <w:br/>
        <w:t>v -1.076065 17.233561 0.477697</w:t>
        <w:br/>
        <w:t>v -1.086253 17.239252 0.493400</w:t>
        <w:br/>
        <w:t>v -1.142735 17.123312 0.525237</w:t>
        <w:br/>
        <w:t>v -1.133713 17.117628 0.509610</w:t>
        <w:br/>
        <w:t>v -0.858285 17.332466 0.599807</w:t>
        <w:br/>
        <w:t>v -0.850022 17.355104 0.593566</w:t>
        <w:br/>
        <w:t>v -0.841749 17.349852 0.582255</w:t>
        <w:br/>
        <w:t>v -0.849977 17.327221 0.588505</w:t>
        <w:br/>
        <w:t>v -0.878788 17.390764 0.556356</w:t>
        <w:br/>
        <w:t>v -0.869585 17.384756 0.543435</w:t>
        <w:br/>
        <w:t>v -0.904042 17.286968 0.571222</w:t>
        <w:br/>
        <w:t>v -0.849977 17.327221 0.588505</w:t>
        <w:br/>
        <w:t>v -0.841749 17.349852 0.582255</w:t>
        <w:br/>
        <w:t>v -0.869585 17.384756 0.543435</w:t>
        <w:br/>
        <w:t>v -0.913408 17.292973 0.584147</w:t>
        <w:br/>
        <w:t>v -0.878788 17.390764 0.556356</w:t>
        <w:br/>
        <w:t>v -0.850022 17.355104 0.593566</w:t>
        <w:br/>
        <w:t>v -0.858285 17.332466 0.599807</w:t>
        <w:br/>
        <w:t>v -0.904042 17.286968 0.571222</w:t>
        <w:br/>
        <w:t>v -0.913408 17.292973 0.584147</w:t>
        <w:br/>
        <w:t>v -1.037580 17.344194 0.451094</w:t>
        <w:br/>
        <w:t>v -1.044981 17.349451 0.462387</w:t>
        <w:br/>
        <w:t>v -1.022066 17.302961 0.503308</w:t>
        <w:br/>
        <w:t>v -1.013270 17.296959 0.490381</w:t>
        <w:br/>
        <w:t>v -1.022066 17.302961 0.503308</w:t>
        <w:br/>
        <w:t>v -1.044981 17.349451 0.462387</w:t>
        <w:br/>
        <w:t>v -1.037156 17.372066 0.456277</w:t>
        <w:br/>
        <w:t>v -0.985918 17.400379 0.477706</w:t>
        <w:br/>
        <w:t>v -1.029698 17.366814 0.444975</w:t>
        <w:br/>
        <w:t>v -1.037580 17.344194 0.451094</w:t>
        <w:br/>
        <w:t>v -1.013270 17.296959 0.490381</w:t>
        <w:br/>
        <w:t>v -0.977291 17.394373 0.464783</w:t>
        <w:br/>
        <w:t>v -0.985918 17.400379 0.477706</w:t>
        <w:br/>
        <w:t>v -1.037156 17.372066 0.456277</w:t>
        <w:br/>
        <w:t>v -1.029698 17.366814 0.444975</w:t>
        <w:br/>
        <w:t>v -0.977291 17.394373 0.464783</w:t>
        <w:br/>
        <w:t>v -0.966510 17.294977 0.508093</w:t>
        <w:br/>
        <w:t>v -0.982677 17.305840 0.531472</w:t>
        <w:br/>
        <w:t>v -0.949625 17.302784 0.556183</w:t>
        <w:br/>
        <w:t>v -0.933153 17.291916 0.532806</w:t>
        <w:br/>
        <w:t>v -0.966510 17.294977 0.508093</w:t>
        <w:br/>
        <w:t>v -1.028085 17.225071 0.504532</w:t>
        <w:br/>
        <w:t>v -1.043683 17.235851 0.527735</w:t>
        <w:br/>
        <w:t>v -0.982677 17.305840 0.531472</w:t>
        <w:br/>
        <w:t>v -0.932160 17.321545 0.558224</w:t>
        <w:br/>
        <w:t>v -0.922218 17.224611 0.618577</w:t>
        <w:br/>
        <w:t>v -0.947486 17.226980 0.599446</w:t>
        <w:br/>
        <w:t>v -0.949625 17.302784 0.556183</w:t>
        <w:br/>
        <w:t>v -0.873792 17.210968 0.618462</w:t>
        <w:br/>
        <w:t>v -0.930378 17.216198 0.576236</w:t>
        <w:br/>
        <w:t>v -0.947486 17.226980 0.599446</w:t>
        <w:br/>
        <w:t>v -0.922218 17.224611 0.618577</w:t>
        <w:br/>
        <w:t>v -0.933153 17.291916 0.532806</w:t>
        <w:br/>
        <w:t>v -0.949625 17.302784 0.556183</w:t>
        <w:br/>
        <w:t>v -0.947486 17.226980 0.599446</w:t>
        <w:br/>
        <w:t>v -0.930378 17.216198 0.576236</w:t>
        <w:br/>
        <w:t>v -0.978759 17.473810 0.411905</w:t>
        <w:br/>
        <w:t>v -0.808007 17.458654 0.534378</w:t>
        <w:br/>
        <w:t>v -0.823640 17.469122 0.556922</w:t>
        <w:br/>
        <w:t>v -0.993939 17.484262 0.434406</w:t>
        <w:br/>
        <w:t>v -0.978759 17.473810 0.411905</w:t>
        <w:br/>
        <w:t>v -0.993939 17.484262 0.434406</w:t>
        <w:br/>
        <w:t>v -0.984886 17.524797 0.421689</w:t>
        <w:br/>
        <w:t>v -0.969685 17.514330 0.399158</w:t>
        <w:br/>
        <w:t>v -0.969685 17.514330 0.399158</w:t>
        <w:br/>
        <w:t>v -0.984886 17.524797 0.421689</w:t>
        <w:br/>
        <w:t>v -1.016070 17.526480 0.399864</w:t>
        <w:br/>
        <w:t>v -1.000876 17.516016 0.377343</w:t>
        <w:br/>
        <w:t>v -0.989004 17.397545 0.478360</w:t>
        <w:br/>
        <w:t>v -0.974023 17.387112 0.455906</w:t>
        <w:br/>
        <w:t>v -0.994500 17.392670 0.439548</w:t>
        <w:br/>
        <w:t>v -1.009464 17.403099 0.461997</w:t>
        <w:br/>
        <w:t>v -0.987571 17.408150 0.487463</w:t>
        <w:br/>
        <w:t>v -0.989004 17.397545 0.478360</w:t>
        <w:br/>
        <w:t>v -1.009464 17.403099 0.461997</w:t>
        <w:br/>
        <w:t>v -1.010947 17.412819 0.469086</w:t>
        <w:br/>
        <w:t>v -1.035142 17.459318 0.431267</w:t>
        <w:br/>
        <w:t>v -1.036558 17.453201 0.420083</w:t>
        <w:br/>
        <w:t>v -1.036558 17.453201 0.420083</w:t>
        <w:br/>
        <w:t>v -1.021399 17.442764 0.397613</w:t>
        <w:br/>
        <w:t>v -1.014060 17.333689 0.493566</w:t>
        <w:br/>
        <w:t>v -0.998977 17.323278 0.471158</w:t>
        <w:br/>
        <w:t>v -0.974023 17.387112 0.455906</w:t>
        <w:br/>
        <w:t>v -0.989004 17.397545 0.478360</w:t>
        <w:br/>
        <w:t>v -1.000876 17.516016 0.377343</w:t>
        <w:br/>
        <w:t>v -1.016070 17.526480 0.399864</w:t>
        <w:br/>
        <w:t>v -1.016070 17.526480 0.399864</w:t>
        <w:br/>
        <w:t>v -1.018220 17.522900 0.412831</w:t>
        <w:br/>
        <w:t>v -1.018220 17.522900 0.412831</w:t>
        <w:br/>
        <w:t>v -1.016070 17.526480 0.399864</w:t>
        <w:br/>
        <w:t>v -0.984886 17.524797 0.421689</w:t>
        <w:br/>
        <w:t>v -0.996755 17.522377 0.427558</w:t>
        <w:br/>
        <w:t>v -0.984886 17.524797 0.421689</w:t>
        <w:br/>
        <w:t>v -0.993939 17.484262 0.434406</w:t>
        <w:br/>
        <w:t>v -1.005974 17.480268 0.441363</w:t>
        <w:br/>
        <w:t>v -0.996755 17.522377 0.427558</w:t>
        <w:br/>
        <w:t>v -1.094440 17.249331 0.497809</w:t>
        <w:br/>
        <w:t>v -1.014315 17.336445 0.505268</w:t>
        <w:br/>
        <w:t>v -0.990752 17.337215 0.521102</w:t>
        <w:br/>
        <w:t>v -1.074146 17.247862 0.512139</w:t>
        <w:br/>
        <w:t>v -1.070303 17.238222 0.508603</w:t>
        <w:br/>
        <w:t>v -0.985189 17.326427 0.518759</w:t>
        <w:br/>
        <w:t>v -1.102513 17.240673 0.484641</w:t>
        <w:br/>
        <w:t>v -1.102513 17.240673 0.484641</w:t>
        <w:br/>
        <w:t>v -1.014060 17.333689 0.493566</w:t>
        <w:br/>
        <w:t>v -1.094440 17.249331 0.497809</w:t>
        <w:br/>
        <w:t>v -1.102513 17.240673 0.484641</w:t>
        <w:br/>
        <w:t>v -1.088919 17.230297 0.462309</w:t>
        <w:br/>
        <w:t>v -1.102513 17.240673 0.484641</w:t>
        <w:br/>
        <w:t>v -1.070303 17.238222 0.508603</w:t>
        <w:br/>
        <w:t>v -1.088919 17.230297 0.462309</w:t>
        <w:br/>
        <w:t>v -0.989004 17.397545 0.478360</w:t>
        <w:br/>
        <w:t>v -0.987571 17.408150 0.487463</w:t>
        <w:br/>
        <w:t>v -0.930870 17.331711 0.565722</w:t>
        <w:br/>
        <w:t>v -0.922800 17.233892 0.625162</w:t>
        <w:br/>
        <w:t>v -0.890888 17.221375 0.640847</w:t>
        <w:br/>
        <w:t>v -0.903857 17.231804 0.639661</w:t>
        <w:br/>
        <w:t>v -0.909967 17.326851 0.582898</w:t>
        <w:br/>
        <w:t>v -0.886569 17.398981 0.561626</w:t>
        <w:br/>
        <w:t>v -0.890888 17.221375 0.640847</w:t>
        <w:br/>
        <w:t>v -0.903857 17.231804 0.639661</w:t>
        <w:br/>
        <w:t>v -0.899145 17.323168 0.578731</w:t>
        <w:br/>
        <w:t>v -0.886569 17.398981 0.561626</w:t>
        <w:br/>
        <w:t>v -0.879062 17.387590 0.558914</w:t>
        <w:br/>
        <w:t>v -0.827399 17.464346 0.570188</w:t>
        <w:br/>
        <w:t>v -0.823640 17.469122 0.556922</w:t>
        <w:br/>
        <w:t>v -0.993939 17.484262 0.434406</w:t>
        <w:br/>
        <w:t>v -0.793738 17.498743 0.525055</w:t>
        <w:br/>
        <w:t>v -0.763315 17.494959 0.547446</w:t>
        <w:br/>
        <w:t>v -0.778843 17.505453 0.570026</w:t>
        <w:br/>
        <w:t>v -0.809080 17.509233 0.547628</w:t>
        <w:br/>
        <w:t>v -0.827399 17.464346 0.570188</w:t>
        <w:br/>
        <w:t>v -0.823640 17.469122 0.556922</w:t>
        <w:br/>
        <w:t>v -0.809080 17.509233 0.547628</w:t>
        <w:br/>
        <w:t>v -0.811367 17.505947 0.560514</w:t>
        <w:br/>
        <w:t>v -0.812755 17.439375 0.592625</w:t>
        <w:br/>
        <w:t>v -0.790998 17.502739 0.575975</w:t>
        <w:br/>
        <w:t>v -0.809080 17.509233 0.547628</w:t>
        <w:br/>
        <w:t>v -0.778843 17.505453 0.570026</w:t>
        <w:br/>
        <w:t>v -0.793738 17.498743 0.525055</w:t>
        <w:br/>
        <w:t>v -0.809080 17.509233 0.547628</w:t>
        <w:br/>
        <w:t>v -0.823640 17.469122 0.556922</w:t>
        <w:br/>
        <w:t>v -0.808007 17.458654 0.534378</w:t>
        <w:br/>
        <w:t>v -0.763315 17.494959 0.547446</w:t>
        <w:br/>
        <w:t>v -0.786401 17.421768 0.567273</w:t>
        <w:br/>
        <w:t>v -0.802499 17.432236 0.589802</w:t>
        <w:br/>
        <w:t>v -0.778843 17.505453 0.570026</w:t>
        <w:br/>
        <w:t>v -0.790998 17.502739 0.575975</w:t>
        <w:br/>
        <w:t>v -0.778843 17.505453 0.570026</w:t>
        <w:br/>
        <w:t>v -0.802499 17.432236 0.589802</w:t>
        <w:br/>
        <w:t>v -0.857283 17.389349 0.573279</w:t>
        <w:br/>
        <w:t>v -0.862261 17.399363 0.577999</w:t>
        <w:br/>
        <w:t>v -0.857283 17.389349 0.573279</w:t>
        <w:br/>
        <w:t>v -0.841087 17.378901 0.550790</w:t>
        <w:br/>
        <w:t>v -0.882959 17.312740 0.556291</w:t>
        <w:br/>
        <w:t>v -0.873792 17.210968 0.618462</w:t>
        <w:br/>
        <w:t>v -0.890888 17.221375 0.640847</w:t>
        <w:br/>
        <w:t>v -0.899145 17.323168 0.578731</w:t>
        <w:br/>
        <w:t>v -0.863051 17.377144 0.536432</w:t>
        <w:br/>
        <w:t>v -0.879062 17.387590 0.558914</w:t>
        <w:br/>
        <w:t>v -0.863051 17.377144 0.536432</w:t>
        <w:br/>
        <w:t>v -0.879062 17.387590 0.558914</w:t>
        <w:br/>
        <w:t>v -0.879062 17.387590 0.558914</w:t>
        <w:br/>
        <w:t>v -1.070303 17.238222 0.508603</w:t>
        <w:br/>
        <w:t>v -0.982677 17.305840 0.531472</w:t>
        <w:br/>
        <w:t>v -1.043683 17.235851 0.527735</w:t>
        <w:br/>
        <w:t>v -0.933153 17.291916 0.532806</w:t>
        <w:br/>
        <w:t>v -0.930378 17.216198 0.576236</w:t>
        <w:br/>
        <w:t>v -0.873792 17.210968 0.618462</w:t>
        <w:br/>
        <w:t>v -0.882959 17.312740 0.556291</w:t>
        <w:br/>
        <w:t>v -0.966510 17.294977 0.508093</w:t>
        <w:br/>
        <w:t>v -0.998977 17.323278 0.471158</w:t>
        <w:br/>
        <w:t>v -1.088919 17.230297 0.462309</w:t>
        <w:br/>
        <w:t>v -1.028085 17.225071 0.504532</w:t>
        <w:br/>
        <w:t>v -0.793738 17.498743 0.525055</w:t>
        <w:br/>
        <w:t>v -0.808007 17.458654 0.534378</w:t>
        <w:br/>
        <w:t>v -0.786401 17.421768 0.567273</w:t>
        <w:br/>
        <w:t>v -0.763315 17.494959 0.547446</w:t>
        <w:br/>
        <w:t>v -0.841087 17.378901 0.550790</w:t>
        <w:br/>
        <w:t>v -0.978759 17.473810 0.411905</w:t>
        <w:br/>
        <w:t>v -0.994500 17.392670 0.439548</w:t>
        <w:br/>
        <w:t>v -0.974023 17.387112 0.455906</w:t>
        <w:br/>
        <w:t>v -1.021399 17.442764 0.397613</w:t>
        <w:br/>
        <w:t>v -0.969685 17.514330 0.399158</w:t>
        <w:br/>
        <w:t>v -1.000876 17.516016 0.377343</w:t>
        <w:br/>
        <w:t>v -0.863051 17.377144 0.536432</w:t>
        <w:br/>
        <w:t>v -1.043683 17.235851 0.527735</w:t>
        <w:br/>
        <w:t>v -1.028085 17.225071 0.504532</w:t>
        <w:br/>
        <w:t>v -0.890888 17.221375 0.640847</w:t>
        <w:br/>
        <w:t>v 0.381005 17.874924 0.344411</w:t>
        <w:br/>
        <w:t>v 0.439483 17.890814 0.379472</w:t>
        <w:br/>
        <w:t>v 0.374731 18.306362 0.282475</w:t>
        <w:br/>
        <w:t>v 0.370084 18.303358 0.283877</w:t>
        <w:br/>
        <w:t>v 0.616883 17.946390 0.318702</w:t>
        <w:br/>
        <w:t>v 0.535393 17.918777 0.351303</w:t>
        <w:br/>
        <w:t>v 0.606484 17.680956 0.438044</w:t>
        <w:br/>
        <w:t>v 0.671393 17.766188 0.385880</w:t>
        <w:br/>
        <w:t>v 0.625556 17.486748 0.552040</w:t>
        <w:br/>
        <w:t>v 0.687868 17.639175 0.424785</w:t>
        <w:br/>
        <w:t>v 0.401854 17.595961 0.525586</w:t>
        <w:br/>
        <w:t>v 0.482668 17.644302 0.509868</w:t>
        <w:br/>
        <w:t>v 0.488687 17.346272 0.668935</w:t>
        <w:br/>
        <w:t>v 0.381983 18.311710 0.278972</w:t>
        <w:br/>
        <w:t>v 0.374393 18.306765 0.284191</w:t>
        <w:br/>
        <w:t>v 0.434118 17.899651 0.398313</w:t>
        <w:br/>
        <w:t>v 0.365358 17.882153 0.366031</w:t>
        <w:br/>
        <w:t>v 0.368440 18.303885 0.286462</w:t>
        <w:br/>
        <w:t>v 0.616767 17.955368 0.345071</w:t>
        <w:br/>
        <w:t>v 0.674814 17.778404 0.410590</w:t>
        <w:br/>
        <w:t>v 0.603552 17.689955 0.463426</w:t>
        <w:br/>
        <w:t>v 0.528892 17.923725 0.374613</w:t>
        <w:br/>
        <w:t>v 0.694280 17.652328 0.448618</w:t>
        <w:br/>
        <w:t>v 0.631311 17.500589 0.575652</w:t>
        <w:br/>
        <w:t>v 0.385508 17.606922 0.546809</w:t>
        <w:br/>
        <w:t>v 0.476727 17.653858 0.532240</w:t>
        <w:br/>
        <w:t>v 0.483828 17.358789 0.691720</w:t>
        <w:br/>
        <w:t>v 0.381928 18.312531 0.282050</w:t>
        <w:br/>
        <w:t>v 0.381005 17.874924 0.344411</w:t>
        <w:br/>
        <w:t>v 0.370084 18.303358 0.283877</w:t>
        <w:br/>
        <w:t>v 0.368440 18.303885 0.286462</w:t>
        <w:br/>
        <w:t>v 0.365358 17.882153 0.366031</w:t>
        <w:br/>
        <w:t>v 0.671393 17.766188 0.385880</w:t>
        <w:br/>
        <w:t>v 0.674814 17.778404 0.410590</w:t>
        <w:br/>
        <w:t>v 0.616767 17.955368 0.345071</w:t>
        <w:br/>
        <w:t>v 0.616883 17.946390 0.318702</w:t>
        <w:br/>
        <w:t>v 0.687868 17.639175 0.424785</w:t>
        <w:br/>
        <w:t>v 0.694280 17.652328 0.448618</w:t>
        <w:br/>
        <w:t>v 0.625556 17.486748 0.552040</w:t>
        <w:br/>
        <w:t>v 0.631311 17.500589 0.575652</w:t>
        <w:br/>
        <w:t>v 0.385508 17.606922 0.546809</w:t>
        <w:br/>
        <w:t>v 0.401854 17.595961 0.525586</w:t>
        <w:br/>
        <w:t>v 0.488687 17.346272 0.668935</w:t>
        <w:br/>
        <w:t>v 0.483828 17.358789 0.691720</w:t>
        <w:br/>
        <w:t>v 0.488687 17.346272 0.668935</w:t>
        <w:br/>
        <w:t>v 0.483828 17.358789 0.691720</w:t>
        <w:br/>
        <w:t>v 0.381928 18.312531 0.282050</w:t>
        <w:br/>
        <w:t>v 0.381983 18.311710 0.278972</w:t>
        <w:br/>
        <w:t>v 0.294982 17.923637 0.313620</w:t>
        <w:br/>
        <w:t>v 0.295303 18.151596 0.216493</w:t>
        <w:br/>
        <w:t>v 0.268056 18.172411 0.248832</w:t>
        <w:br/>
        <w:t>v 0.213896 17.974697 0.314470</w:t>
        <w:br/>
        <w:t>v 0.276003 17.639791 0.492271</w:t>
        <w:br/>
        <w:t>v 0.151182 17.726297 0.456096</w:t>
        <w:br/>
        <w:t>v 0.157274 17.446358 0.636402</w:t>
        <w:br/>
        <w:t>v 0.238985 17.367718 0.705925</w:t>
        <w:br/>
        <w:t>v 0.242527 18.198412 0.285329</w:t>
        <w:br/>
        <w:t>v 0.132509 18.016649 0.338744</w:t>
        <w:br/>
        <w:t>v 0.018806 17.806269 0.434795</w:t>
        <w:br/>
        <w:t>v 0.035406 17.605089 0.553507</w:t>
        <w:br/>
        <w:t>v 0.003633 17.704958 0.486234</w:t>
        <w:br/>
        <w:t>v 0.309704 17.931978 0.335439</w:t>
        <w:br/>
        <w:t>v 0.224283 17.977163 0.335468</w:t>
        <w:br/>
        <w:t>v 0.283748 18.174076 0.271700</w:t>
        <w:br/>
        <w:t>v 0.312175 18.156046 0.238348</w:t>
        <w:br/>
        <w:t>v 0.283322 17.653229 0.514958</w:t>
        <w:br/>
        <w:t>v 0.155084 17.733826 0.478943</w:t>
        <w:br/>
        <w:t>v 0.241081 17.382469 0.729593</w:t>
        <w:br/>
        <w:t>v 0.161721 17.460999 0.659691</w:t>
        <w:br/>
        <w:t>v 0.143552 18.021032 0.363204</w:t>
        <w:br/>
        <w:t>v 0.257039 18.197287 0.309209</w:t>
        <w:br/>
        <w:t>v 0.025994 17.818478 0.458768</w:t>
        <w:br/>
        <w:t>v 0.010416 17.718655 0.509785</w:t>
        <w:br/>
        <w:t>v 0.295303 18.151596 0.216493</w:t>
        <w:br/>
        <w:t>v 0.294982 17.923637 0.313620</w:t>
        <w:br/>
        <w:t>v 0.309704 17.931978 0.335439</w:t>
        <w:br/>
        <w:t>v 0.312175 18.156046 0.238348</w:t>
        <w:br/>
        <w:t>v 0.276003 17.639791 0.492271</w:t>
        <w:br/>
        <w:t>v 0.283322 17.653229 0.514958</w:t>
        <w:br/>
        <w:t>v 0.238985 17.367718 0.705925</w:t>
        <w:br/>
        <w:t>v 0.241081 17.382469 0.729593</w:t>
        <w:br/>
        <w:t>v 0.157274 17.446358 0.636402</w:t>
        <w:br/>
        <w:t>v 0.161721 17.460999 0.659691</w:t>
        <w:br/>
        <w:t>v 0.241081 17.382469 0.729593</w:t>
        <w:br/>
        <w:t>v 0.238985 17.367718 0.705925</w:t>
        <w:br/>
        <w:t>v 0.132509 18.016649 0.338744</w:t>
        <w:br/>
        <w:t>v 0.242527 18.198412 0.285329</w:t>
        <w:br/>
        <w:t>v 0.257039 18.197287 0.309209</w:t>
        <w:br/>
        <w:t>v 0.143552 18.021032 0.363204</w:t>
        <w:br/>
        <w:t>v 0.018806 17.806269 0.434795</w:t>
        <w:br/>
        <w:t>v 0.025994 17.818478 0.458768</w:t>
        <w:br/>
        <w:t>v 0.003633 17.704958 0.486234</w:t>
        <w:br/>
        <w:t>v 0.010416 17.718655 0.509785</w:t>
        <w:br/>
        <w:t>v 0.035406 17.605089 0.553507</w:t>
        <w:br/>
        <w:t>v 0.042239 17.619738 0.576506</w:t>
        <w:br/>
        <w:t>v 0.042239 17.619738 0.576506</w:t>
        <w:br/>
        <w:t>v 0.364986 18.241936 0.224674</w:t>
        <w:br/>
        <w:t>v 0.348114 18.237482 0.202819</w:t>
        <w:br/>
        <w:t>v 0.348114 18.237482 0.202819</w:t>
        <w:br/>
        <w:t>v 0.320867 18.258299 0.235158</w:t>
        <w:br/>
        <w:t>v 0.364986 18.241936 0.224674</w:t>
        <w:br/>
        <w:t>v 0.336559 18.259964 0.258026</w:t>
        <w:br/>
        <w:t>v 0.295339 18.284298 0.271654</w:t>
        <w:br/>
        <w:t>v 0.309850 18.283175 0.295535</w:t>
        <w:br/>
        <w:t>v 0.295339 18.284298 0.271654</w:t>
        <w:br/>
        <w:t>v 0.309850 18.283175 0.295535</w:t>
        <w:br/>
        <w:t>v 0.345072 18.396694 0.345339</w:t>
        <w:br/>
        <w:t>v 0.360699 18.485243 0.360669</w:t>
        <w:br/>
        <w:t>v 0.374547 18.490475 0.351068</w:t>
        <w:br/>
        <w:t>v 0.394134 18.415234 0.311320</w:t>
        <w:br/>
        <w:t>v 0.190937 18.267668 0.429773</w:t>
        <w:br/>
        <w:t>v 0.257245 18.296400 0.384962</w:t>
        <w:br/>
        <w:t>v 0.253601 18.239046 0.369765</w:t>
        <w:br/>
        <w:t>v 0.190342 18.258291 0.427290</w:t>
        <w:br/>
        <w:t>v 0.341102 18.398237 0.340456</w:t>
        <w:br/>
        <w:t>v 0.390164 18.416779 0.306437</w:t>
        <w:br/>
        <w:t>v 0.370577 18.492020 0.346185</w:t>
        <w:br/>
        <w:t>v 0.356729 18.486786 0.355786</w:t>
        <w:br/>
        <w:t>v 0.186967 18.269213 0.424891</w:t>
        <w:br/>
        <w:t>v 0.186372 18.259838 0.422407</w:t>
        <w:br/>
        <w:t>v 0.249631 18.240593 0.364882</w:t>
        <w:br/>
        <w:t>v 0.253276 18.297949 0.380079</w:t>
        <w:br/>
        <w:t>v 0.394134 18.415234 0.311320</w:t>
        <w:br/>
        <w:t>v 0.374547 18.490475 0.351068</w:t>
        <w:br/>
        <w:t>v 0.370577 18.492020 0.346185</w:t>
        <w:br/>
        <w:t>v 0.390164 18.416779 0.306437</w:t>
        <w:br/>
        <w:t>v 0.360699 18.485243 0.360669</w:t>
        <w:br/>
        <w:t>v 0.356729 18.486786 0.355786</w:t>
        <w:br/>
        <w:t>v 0.370577 18.492020 0.346185</w:t>
        <w:br/>
        <w:t>v 0.374547 18.490475 0.351068</w:t>
        <w:br/>
        <w:t>v 0.360699 18.485243 0.360669</w:t>
        <w:br/>
        <w:t>v 0.345072 18.396694 0.345339</w:t>
        <w:br/>
        <w:t>v 0.341102 18.398237 0.340456</w:t>
        <w:br/>
        <w:t>v 0.356729 18.486786 0.355786</w:t>
        <w:br/>
        <w:t>v 0.257245 18.296400 0.384962</w:t>
        <w:br/>
        <w:t>v 0.190937 18.267668 0.429773</w:t>
        <w:br/>
        <w:t>v 0.186967 18.269213 0.424891</w:t>
        <w:br/>
        <w:t>v 0.253276 18.297949 0.380079</w:t>
        <w:br/>
        <w:t>v 0.190937 18.267668 0.429773</w:t>
        <w:br/>
        <w:t>v 0.190342 18.258291 0.427290</w:t>
        <w:br/>
        <w:t>v 0.186372 18.259838 0.422407</w:t>
        <w:br/>
        <w:t>v 0.186967 18.269213 0.424891</w:t>
        <w:br/>
        <w:t>v 0.190342 18.258291 0.427290</w:t>
        <w:br/>
        <w:t>v 0.253601 18.239046 0.369765</w:t>
        <w:br/>
        <w:t>v 0.249631 18.240593 0.364882</w:t>
        <w:br/>
        <w:t>v 0.186372 18.259838 0.422407</w:t>
        <w:br/>
        <w:t>v 0.482937 18.411961 0.197855</w:t>
        <w:br/>
        <w:t>v 0.503409 18.353312 0.162641</w:t>
        <w:br/>
        <w:t>v 0.521916 18.346100 0.185396</w:t>
        <w:br/>
        <w:t>v 0.501513 18.404728 0.220709</w:t>
        <w:br/>
        <w:t>v 0.443896 18.451988 0.242269</w:t>
        <w:br/>
        <w:t>v 0.462544 18.444731 0.265212</w:t>
        <w:br/>
        <w:t>v 0.392229 18.467297 0.289122</w:t>
        <w:br/>
        <w:t>v 0.410938 18.460012 0.312135</w:t>
        <w:br/>
        <w:t>v 0.335804 18.455559 0.331281</w:t>
        <w:br/>
        <w:t>v 0.354549 18.448259 0.354339</w:t>
        <w:br/>
        <w:t>v 0.301962 18.411259 0.385398</w:t>
        <w:br/>
        <w:t>v 0.283209 18.418558 0.362327</w:t>
        <w:br/>
        <w:t>v 0.242452 18.361931 0.377533</w:t>
        <w:br/>
        <w:t>v 0.261185 18.354639 0.400580</w:t>
        <w:br/>
        <w:t>v 0.219739 18.294298 0.374586</w:t>
        <w:br/>
        <w:t>v 0.238426 18.287024 0.397576</w:t>
        <w:br/>
        <w:t>v 0.218526 18.225952 0.353933</w:t>
        <w:br/>
        <w:t>v 0.237148 18.218706 0.376843</w:t>
        <w:br/>
        <w:t>v 0.238999 18.167303 0.318719</w:t>
        <w:br/>
        <w:t>v 0.257546 18.160080 0.341537</w:t>
        <w:br/>
        <w:t>v 0.278040 18.127275 0.274304</w:t>
        <w:br/>
        <w:t>v 0.296515 18.120083 0.297034</w:t>
        <w:br/>
        <w:t>v 0.329707 18.111967 0.227452</w:t>
        <w:br/>
        <w:t>v 0.348123 18.104797 0.250109</w:t>
        <w:br/>
        <w:t>v 0.386132 18.123703 0.185293</w:t>
        <w:br/>
        <w:t>v 0.329707 18.111967 0.227452</w:t>
        <w:br/>
        <w:t>v 0.348123 18.104797 0.250109</w:t>
        <w:br/>
        <w:t>v 0.404512 18.116552 0.207906</w:t>
        <w:br/>
        <w:t>v 0.438727 18.160706 0.154247</w:t>
        <w:br/>
        <w:t>v 0.457097 18.153553 0.176849</w:t>
        <w:br/>
        <w:t>v 0.479483 18.217333 0.139040</w:t>
        <w:br/>
        <w:t>v 0.497874 18.210175 0.161667</w:t>
        <w:br/>
        <w:t>v 0.520638 18.277781 0.164663</w:t>
        <w:br/>
        <w:t>v 0.502197 18.284966 0.141988</w:t>
        <w:br/>
        <w:t>v 0.414360 18.343180 0.231833</w:t>
        <w:br/>
        <w:t>v 0.423322 18.317507 0.216418</w:t>
        <w:br/>
        <w:t>v 0.503409 18.353312 0.162641</w:t>
        <w:br/>
        <w:t>v 0.482937 18.411961 0.197855</w:t>
        <w:br/>
        <w:t>v 0.397270 18.360703 0.251275</w:t>
        <w:br/>
        <w:t>v 0.443896 18.451988 0.242269</w:t>
        <w:br/>
        <w:t>v 0.374653 18.367405 0.271785</w:t>
        <w:br/>
        <w:t>v 0.392229 18.467297 0.289122</w:t>
        <w:br/>
        <w:t>v 0.349952 18.362265 0.290240</w:t>
        <w:br/>
        <w:t>v 0.335804 18.455559 0.331281</w:t>
        <w:br/>
        <w:t>v 0.326929 18.346069 0.303831</w:t>
        <w:br/>
        <w:t>v 0.283209 18.418558 0.362327</w:t>
        <w:br/>
        <w:t>v 0.309087 18.321281 0.310487</w:t>
        <w:br/>
        <w:t>v 0.242452 18.361931 0.377533</w:t>
        <w:br/>
        <w:t>v 0.299145 18.291674 0.309197</w:t>
        <w:br/>
        <w:t>v 0.219739 18.294298 0.374586</w:t>
        <w:br/>
        <w:t>v 0.298614 18.261757 0.300156</w:t>
        <w:br/>
        <w:t>v 0.218526 18.225952 0.353933</w:t>
        <w:br/>
        <w:t>v 0.307576 18.236084 0.284741</w:t>
        <w:br/>
        <w:t>v 0.238999 18.167303 0.318719</w:t>
        <w:br/>
        <w:t>v 0.324666 18.218561 0.265299</w:t>
        <w:br/>
        <w:t>v 0.278040 18.127275 0.274304</w:t>
        <w:br/>
        <w:t>v 0.347283 18.211861 0.244789</w:t>
        <w:br/>
        <w:t>v 0.329707 18.111967 0.227452</w:t>
        <w:br/>
        <w:t>v 0.371984 18.216997 0.226334</w:t>
        <w:br/>
        <w:t>v 0.386132 18.123703 0.185293</w:t>
        <w:br/>
        <w:t>v 0.395007 18.233194 0.212743</w:t>
        <w:br/>
        <w:t>v 0.438727 18.160706 0.154247</w:t>
        <w:br/>
        <w:t>v 0.412848 18.257982 0.206087</w:t>
        <w:br/>
        <w:t>v 0.479483 18.217333 0.139040</w:t>
        <w:br/>
        <w:t>v 0.422791 18.287588 0.207377</w:t>
        <w:br/>
        <w:t>v 0.502197 18.284966 0.141988</w:t>
        <w:br/>
        <w:t>v 0.414360 18.343180 0.231833</w:t>
        <w:br/>
        <w:t>v 0.365547 18.344521 0.189268</w:t>
        <w:br/>
        <w:t>v 0.373321 18.322378 0.176636</w:t>
        <w:br/>
        <w:t>v 0.423322 18.317507 0.216418</w:t>
        <w:br/>
        <w:t>v 0.297135 18.305668 0.184508</w:t>
        <w:br/>
        <w:t>v 0.350821 18.359556 0.205762</w:t>
        <w:br/>
        <w:t>v 0.397270 18.360703 0.251275</w:t>
        <w:br/>
        <w:t>v 0.331565 18.365158 0.223417</w:t>
        <w:br/>
        <w:t>v 0.374653 18.367405 0.271785</w:t>
        <w:br/>
        <w:t>v 0.310838 18.360500 0.239483</w:t>
        <w:br/>
        <w:t>v 0.349952 18.362265 0.290240</w:t>
        <w:br/>
        <w:t>v 0.291884 18.346386 0.251481</w:t>
        <w:br/>
        <w:t>v 0.326929 18.346069 0.303831</w:t>
        <w:br/>
        <w:t>v 0.277608 18.325090 0.257608</w:t>
        <w:br/>
        <w:t>v 0.309087 18.321281 0.310487</w:t>
        <w:br/>
        <w:t>v 0.270106 18.299973 0.256980</w:t>
        <w:br/>
        <w:t>v 0.299145 18.291674 0.309197</w:t>
        <w:br/>
        <w:t>v 0.270415 18.274860 0.249826</w:t>
        <w:br/>
        <w:t>v 0.298614 18.261757 0.300156</w:t>
        <w:br/>
        <w:t>v 0.278377 18.253454 0.237289</w:t>
        <w:br/>
        <w:t>v 0.307576 18.236084 0.284741</w:t>
        <w:br/>
        <w:t>v 0.292762 18.238852 0.221244</w:t>
        <w:br/>
        <w:t>v 0.324666 18.218561 0.265299</w:t>
        <w:br/>
        <w:t>v 0.311443 18.233179 0.203996</w:t>
        <w:br/>
        <w:t>v 0.347283 18.211861 0.244789</w:t>
        <w:br/>
        <w:t>v 0.331737 18.237305 0.188098</w:t>
        <w:br/>
        <w:t>v 0.371984 18.216997 0.226334</w:t>
        <w:br/>
        <w:t>v 0.350653 18.250736 0.175932</w:t>
        <w:br/>
        <w:t>v 0.395007 18.233194 0.212743</w:t>
        <w:br/>
        <w:t>v 0.365306 18.271599 0.169401</w:t>
        <w:br/>
        <w:t>v 0.412848 18.257982 0.206087</w:t>
        <w:br/>
        <w:t>v 0.373344 18.296791 0.169581</w:t>
        <w:br/>
        <w:t>v 0.422791 18.287588 0.207377</w:t>
        <w:br/>
        <w:t>v 0.379530 18.282404 0.281122</w:t>
        <w:br/>
        <w:t>v 0.462544 18.444731 0.265212</w:t>
        <w:br/>
        <w:t>v 0.501513 18.404728 0.220709</w:t>
        <w:br/>
        <w:t>v 0.410938 18.460012 0.312135</w:t>
        <w:br/>
        <w:t>v 0.261185 18.354639 0.400580</w:t>
        <w:br/>
        <w:t>v 0.301962 18.411259 0.385398</w:t>
        <w:br/>
        <w:t>v 0.238426 18.287024 0.397576</w:t>
        <w:br/>
        <w:t>v 0.237148 18.218706 0.376843</w:t>
        <w:br/>
        <w:t>v 0.257546 18.160080 0.341537</w:t>
        <w:br/>
        <w:t>v 0.296515 18.120083 0.297034</w:t>
        <w:br/>
        <w:t>v 0.348123 18.104797 0.250109</w:t>
        <w:br/>
        <w:t>v 0.404512 18.116552 0.207906</w:t>
        <w:br/>
        <w:t>v 0.457097 18.153553 0.176849</w:t>
        <w:br/>
        <w:t>v 0.497874 18.210175 0.161667</w:t>
        <w:br/>
        <w:t>v 0.520638 18.277781 0.164663</w:t>
        <w:br/>
        <w:t>v 0.354549 18.448259 0.354339</w:t>
        <w:br/>
        <w:t>v 0.521916 18.346100 0.185396</w:t>
        <w:br/>
        <w:t>v 0.402212 18.214897 0.197622</w:t>
        <w:br/>
        <w:t>v 0.381497 18.273996 0.178367</w:t>
        <w:br/>
        <w:t>v 0.316504 18.275715 0.239703</w:t>
        <w:br/>
        <w:t>v 0.333278 18.214577 0.260501</w:t>
        <w:br/>
        <w:t>v 0.494701 18.194923 0.017473</w:t>
        <w:br/>
        <w:t>v 0.464110 18.249372 0.003531</w:t>
        <w:br/>
        <w:t>v 0.425350 18.256115 0.082301</w:t>
        <w:br/>
        <w:t>v 0.450630 18.198786 0.099477</w:t>
        <w:br/>
        <w:t>v 0.537631 18.182291 -0.163662</w:t>
        <w:br/>
        <w:t>v 0.497576 18.230621 -0.168517</w:t>
        <w:br/>
        <w:t>v 0.488607 18.241884 -0.080410</w:t>
        <w:br/>
        <w:t>v 0.524300 18.190727 -0.070381</w:t>
        <w:br/>
        <w:t>v 0.448189 18.183294 -0.362743</w:t>
        <w:br/>
        <w:t>v 0.491352 18.136969 -0.372285</w:t>
        <w:br/>
        <w:t>v 0.425045 18.096949 -0.473345</w:t>
        <w:br/>
        <w:t>v 0.384627 18.144722 -0.456032</w:t>
        <w:br/>
        <w:t>v 0.425045 18.096949 -0.473345</w:t>
        <w:br/>
        <w:t>v 0.491352 18.136969 -0.372285</w:t>
        <w:br/>
        <w:t>v 0.498037 18.153248 -0.380373</w:t>
        <w:br/>
        <w:t>v 0.429833 18.112654 -0.483462</w:t>
        <w:br/>
        <w:t>v 0.222457 17.999752 -0.631157</w:t>
        <w:br/>
        <w:t>v 0.335174 18.049385 -0.565267</w:t>
        <w:br/>
        <w:t>v 0.338329 18.064800 -0.576668</w:t>
        <w:br/>
        <w:t>v 0.223902 18.014771 -0.643580</w:t>
        <w:br/>
        <w:t>v 0.429833 18.112654 -0.483462</w:t>
        <w:br/>
        <w:t>v 0.498037 18.153248 -0.380373</w:t>
        <w:br/>
        <w:t>v 0.462455 18.191839 -0.372393</w:t>
        <w:br/>
        <w:t>v 0.396413 18.152578 -0.469121</w:t>
        <w:br/>
        <w:t>v 0.506415 18.248556 -0.078878</w:t>
        <w:br/>
        <w:t>v 0.514820 18.238478 -0.170691</w:t>
        <w:br/>
        <w:t>v 0.547838 18.198385 -0.166880</w:t>
        <w:br/>
        <w:t>v 0.535911 18.206108 -0.070828</w:t>
        <w:br/>
        <w:t>v 0.462455 18.191839 -0.372393</w:t>
        <w:br/>
        <w:t>v 0.448189 18.183294 -0.362743</w:t>
        <w:br/>
        <w:t>v 0.384627 18.144722 -0.456032</w:t>
        <w:br/>
        <w:t>v 0.396413 18.152578 -0.469121</w:t>
        <w:br/>
        <w:t>v 0.308454 18.106077 -0.557147</w:t>
        <w:br/>
        <w:t>v 0.299115 18.098736 -0.541605</w:t>
        <w:br/>
        <w:t>v 0.192939 18.050812 -0.602934</w:t>
        <w:br/>
        <w:t>v 0.199381 18.057451 -0.620341</w:t>
        <w:br/>
        <w:t>v 0.223902 18.014771 -0.643580</w:t>
        <w:br/>
        <w:t>v 0.338329 18.064800 -0.576668</w:t>
        <w:br/>
        <w:t>v 0.308454 18.106077 -0.557147</w:t>
        <w:br/>
        <w:t>v 0.199381 18.057451 -0.620341</w:t>
        <w:br/>
        <w:t>v 0.085817 18.010006 -0.641473</w:t>
        <w:br/>
        <w:t>v 0.106829 17.957479 -0.673362</w:t>
        <w:br/>
        <w:t>v -0.007017 17.930498 -0.692577</w:t>
        <w:br/>
        <w:t>v -0.015548 17.984310 -0.659092</w:t>
        <w:br/>
        <w:t>v 0.089541 18.016220 -0.660090</w:t>
        <w:br/>
        <w:t>v 0.085817 18.010006 -0.641473</w:t>
        <w:br/>
        <w:t>v -0.015548 17.984310 -0.659092</w:t>
        <w:br/>
        <w:t>v -0.014846 17.990170 -0.678303</w:t>
        <w:br/>
        <w:t>v 0.299115 18.098736 -0.541605</w:t>
        <w:br/>
        <w:t>v 0.335174 18.049385 -0.565267</w:t>
        <w:br/>
        <w:t>v 0.222457 17.999752 -0.631157</w:t>
        <w:br/>
        <w:t>v 0.192939 18.050812 -0.602934</w:t>
        <w:br/>
        <w:t>v 0.514820 18.238478 -0.170691</w:t>
        <w:br/>
        <w:t>v 0.506415 18.248556 -0.078878</w:t>
        <w:br/>
        <w:t>v 0.488607 18.241884 -0.080410</w:t>
        <w:br/>
        <w:t>v 0.497576 18.230621 -0.168517</w:t>
        <w:br/>
        <w:t>v 0.507843 18.209240 0.018989</w:t>
        <w:br/>
        <w:t>v 0.464733 18.212053 0.102959</w:t>
        <w:br/>
        <w:t>v 0.443787 18.259628 0.088846</w:t>
        <w:br/>
        <w:t>v 0.482475 18.254534 0.007585</w:t>
        <w:br/>
        <w:t>v 0.482475 18.254534 0.007585</w:t>
        <w:br/>
        <w:t>v 0.443787 18.259628 0.088846</w:t>
        <w:br/>
        <w:t>v 0.425350 18.256115 0.082301</w:t>
        <w:br/>
        <w:t>v 0.464110 18.249372 0.003531</w:t>
        <w:br/>
        <w:t>v 0.400986 18.275856 0.183684</w:t>
        <w:br/>
        <w:t>v 0.418116 18.227228 0.199522</w:t>
        <w:br/>
        <w:t>v 0.351246 18.225700 0.261641</w:t>
        <w:br/>
        <w:t>v 0.337730 18.274910 0.244832</w:t>
        <w:br/>
        <w:t>v 0.400986 18.275856 0.183684</w:t>
        <w:br/>
        <w:t>v 0.337730 18.274910 0.244832</w:t>
        <w:br/>
        <w:t>v 0.316504 18.275715 0.239703</w:t>
        <w:br/>
        <w:t>v 0.381497 18.273996 0.178367</w:t>
        <w:br/>
        <w:t>v 0.524300 18.190727 -0.070381</w:t>
        <w:br/>
        <w:t>v 0.535911 18.206108 -0.070828</w:t>
        <w:br/>
        <w:t>v 0.547838 18.198385 -0.166880</w:t>
        <w:br/>
        <w:t>v 0.537631 18.182291 -0.163662</w:t>
        <w:br/>
        <w:t>v 0.450630 18.198786 0.099477</w:t>
        <w:br/>
        <w:t>v 0.464733 18.212053 0.102959</w:t>
        <w:br/>
        <w:t>v 0.507843 18.209240 0.018989</w:t>
        <w:br/>
        <w:t>v 0.494701 18.194923 0.017473</w:t>
        <w:br/>
        <w:t>v 0.418116 18.227228 0.199522</w:t>
        <w:br/>
        <w:t>v 0.402212 18.214897 0.197622</w:t>
        <w:br/>
        <w:t>v 0.333278 18.214577 0.260501</w:t>
        <w:br/>
        <w:t>v 0.351246 18.225700 0.261641</w:t>
        <w:br/>
        <w:t>v 0.199449 17.975132 0.303686</w:t>
        <w:br/>
        <w:t>v 0.252217 18.111620 0.268064</w:t>
        <w:br/>
        <w:t>v 0.207934 18.137766 0.296560</w:t>
        <w:br/>
        <w:t>v 0.162576 18.013409 0.324727</w:t>
        <w:br/>
        <w:t>v 0.056766 17.796244 0.397310</w:t>
        <w:br/>
        <w:t>v 0.136929 17.858410 0.362216</w:t>
        <w:br/>
        <w:t>v 0.109102 17.906923 0.375596</w:t>
        <w:br/>
        <w:t>v 0.037607 17.851400 0.405032</w:t>
        <w:br/>
        <w:t>v 0.172894 18.007231 0.339734</w:t>
        <w:br/>
        <w:t>v 0.162576 18.013409 0.324727</w:t>
        <w:br/>
        <w:t>v 0.207934 18.137766 0.296560</w:t>
        <w:br/>
        <w:t>v 0.220632 18.131983 0.309611</w:t>
        <w:br/>
        <w:t>v 0.202392 17.976145 0.322314</w:t>
        <w:br/>
        <w:t>v 0.172894 18.007231 0.339734</w:t>
        <w:br/>
        <w:t>v 0.220632 18.131983 0.309611</w:t>
        <w:br/>
        <w:t>v 0.256282 18.110416 0.286367</w:t>
        <w:br/>
        <w:t>v 0.116519 17.900351 0.392187</w:t>
        <w:br/>
        <w:t>v 0.138454 17.861353 0.381018</w:t>
        <w:br/>
        <w:t>v 0.056569 17.800344 0.416245</w:t>
        <w:br/>
        <w:t>v 0.041608 17.844440 0.422821</w:t>
        <w:br/>
        <w:t>v -0.133361 17.808990 0.461598</w:t>
        <w:br/>
        <w:t>v -0.045806 17.812307 0.449357</w:t>
        <w:br/>
        <w:t>v -0.038939 17.764812 0.446829</w:t>
        <w:br/>
        <w:t>v -0.135145 17.760210 0.462103</w:t>
        <w:br/>
        <w:t>v -0.255861 17.859245 0.437217</w:t>
        <w:br/>
        <w:t>v -0.198241 17.828339 0.457115</w:t>
        <w:br/>
        <w:t>v -0.207346 17.780327 0.459841</w:t>
        <w:br/>
        <w:t>v -0.271729 17.812870 0.439830</w:t>
        <w:br/>
        <w:t>v -0.360537 17.933296 0.354329</w:t>
        <w:br/>
        <w:t>v -0.313306 17.894922 0.401155</w:t>
        <w:br/>
        <w:t>v -0.334887 17.849407 0.399036</w:t>
        <w:br/>
        <w:t>v -0.386987 17.890076 0.346752</w:t>
        <w:br/>
        <w:t>v -0.203099 17.773251 0.442661</w:t>
        <w:br/>
        <w:t>v -0.266221 17.805126 0.423604</w:t>
        <w:br/>
        <w:t>v -0.271729 17.812870 0.439830</w:t>
        <w:br/>
        <w:t>v -0.207346 17.780327 0.459841</w:t>
        <w:br/>
        <w:t>v -0.246442 17.862150 0.420281</w:t>
        <w:br/>
        <w:t>v -0.266221 17.805126 0.423604</w:t>
        <w:br/>
        <w:t>v -0.203099 17.773251 0.442661</w:t>
        <w:br/>
        <w:t>v -0.191849 17.832821 0.439017</w:t>
        <w:br/>
        <w:t>v -0.313306 17.894922 0.401155</w:t>
        <w:br/>
        <w:t>v -0.360537 17.933296 0.354329</w:t>
        <w:br/>
        <w:t>v -0.347005 17.933640 0.340773</w:t>
        <w:br/>
        <w:t>v -0.301453 17.896780 0.385737</w:t>
        <w:br/>
        <w:t>v -0.328045 17.841295 0.383310</w:t>
        <w:br/>
        <w:t>v -0.301453 17.896780 0.385737</w:t>
        <w:br/>
        <w:t>v -0.347005 17.933640 0.340773</w:t>
        <w:br/>
        <w:t>v -0.379462 17.881258 0.331672</w:t>
        <w:br/>
        <w:t>v -0.191849 17.832821 0.439017</w:t>
        <w:br/>
        <w:t>v -0.198241 17.828339 0.457115</w:t>
        <w:br/>
        <w:t>v -0.255861 17.859245 0.437217</w:t>
        <w:br/>
        <w:t>v -0.246442 17.862150 0.420281</w:t>
        <w:br/>
        <w:t>v -0.037312 17.759380 0.428186</w:t>
        <w:br/>
        <w:t>v -0.132316 17.753777 0.444111</w:t>
        <w:br/>
        <w:t>v -0.135145 17.760210 0.462103</w:t>
        <w:br/>
        <w:t>v -0.038939 17.764812 0.446829</w:t>
        <w:br/>
        <w:t>v -0.037312 17.759380 0.428186</w:t>
        <w:br/>
        <w:t>v -0.046298 17.818871 0.430907</w:t>
        <w:br/>
        <w:t>v -0.130386 17.814684 0.443089</w:t>
        <w:br/>
        <w:t>v -0.132316 17.753777 0.444111</w:t>
        <w:br/>
        <w:t>v -0.334887 17.849407 0.399036</w:t>
        <w:br/>
        <w:t>v -0.328045 17.841295 0.383310</w:t>
        <w:br/>
        <w:t>v -0.379462 17.881258 0.331672</w:t>
        <w:br/>
        <w:t>v -0.386987 17.890076 0.346752</w:t>
        <w:br/>
        <w:t>v -0.478531 17.999561 0.221269</w:t>
        <w:br/>
        <w:t>v -0.437498 17.944744 0.287118</w:t>
        <w:br/>
        <w:t>v -0.430181 17.934246 0.273483</w:t>
        <w:br/>
        <w:t>v -0.472866 17.987101 0.209588</w:t>
        <w:br/>
        <w:t>v -0.443291 18.032663 0.229669</w:t>
        <w:br/>
        <w:t>v -0.406992 17.984482 0.296037</w:t>
        <w:br/>
        <w:t>v -0.437498 17.944744 0.287118</w:t>
        <w:br/>
        <w:t>v -0.478531 17.999561 0.221269</w:t>
        <w:br/>
        <w:t>v -0.046298 17.818871 0.430907</w:t>
        <w:br/>
        <w:t>v -0.045806 17.812307 0.449357</w:t>
        <w:br/>
        <w:t>v -0.133361 17.808990 0.461598</w:t>
        <w:br/>
        <w:t>v -0.130386 17.814684 0.443089</w:t>
        <w:br/>
        <w:t>v 0.109102 17.906923 0.375596</w:t>
        <w:br/>
        <w:t>v 0.116519 17.900351 0.392187</w:t>
        <w:br/>
        <w:t>v 0.041608 17.844440 0.422821</w:t>
        <w:br/>
        <w:t>v 0.037607 17.851400 0.405032</w:t>
        <w:br/>
        <w:t>v 0.202392 17.976145 0.322314</w:t>
        <w:br/>
        <w:t>v 0.256282 18.110416 0.286367</w:t>
        <w:br/>
        <w:t>v 0.252217 18.111620 0.268064</w:t>
        <w:br/>
        <w:t>v 0.199449 17.975132 0.303686</w:t>
        <w:br/>
        <w:t>v 0.056569 17.800344 0.416245</w:t>
        <w:br/>
        <w:t>v 0.138454 17.861353 0.381018</w:t>
        <w:br/>
        <w:t>v 0.136929 17.858410 0.362216</w:t>
        <w:br/>
        <w:t>v 0.056766 17.796244 0.397310</w:t>
        <w:br/>
        <w:t>v -0.007017 17.930498 -0.692577</w:t>
        <w:br/>
        <w:t>v 0.106829 17.957479 -0.673362</w:t>
        <w:br/>
        <w:t>v 0.107027 17.972330 -0.686335</w:t>
        <w:br/>
        <w:t>v -0.007703 17.945295 -0.705784</w:t>
        <w:br/>
        <w:t>v 0.089541 18.016220 -0.660090</w:t>
        <w:br/>
        <w:t>v -0.014846 17.990170 -0.678303</w:t>
        <w:br/>
        <w:t>v -0.007703 17.945295 -0.705784</w:t>
        <w:br/>
        <w:t>v 0.107027 17.972330 -0.686335</w:t>
        <w:br/>
        <w:t>v -0.240908 17.947760 -0.683827</w:t>
        <w:br/>
        <w:t>v -0.125773 17.936346 -0.705728</w:t>
        <w:br/>
        <w:t>v -0.121707 17.981516 -0.679406</w:t>
        <w:br/>
        <w:t>v -0.226027 17.992273 -0.660939</w:t>
        <w:br/>
        <w:t>v -0.238408 17.933031 -0.670604</w:t>
        <w:br/>
        <w:t>v -0.240908 17.947760 -0.683827</w:t>
        <w:br/>
        <w:t>v -0.344388 17.976862 -0.640736</w:t>
        <w:br/>
        <w:t>v -0.341068 17.962084 -0.627786</w:t>
        <w:br/>
        <w:t>v -0.119185 17.975866 -0.660257</w:t>
        <w:br/>
        <w:t>v -0.124178 17.921606 -0.692421</w:t>
        <w:br/>
        <w:t>v -0.238408 17.933031 -0.670604</w:t>
        <w:br/>
        <w:t>v -0.220361 17.986574 -0.642567</w:t>
        <w:br/>
        <w:t>v -0.310332 18.013615 -0.606255</w:t>
        <w:br/>
        <w:t>v -0.341068 17.962084 -0.627786</w:t>
        <w:br/>
        <w:t>v -0.413557 17.998266 -0.568917</w:t>
        <w:br/>
        <w:t>v -0.473735 18.050682 -0.493641</w:t>
        <w:br/>
        <w:t>v -0.427269 18.092295 -0.485627</w:t>
        <w:br/>
        <w:t>v -0.374380 18.046629 -0.554110</w:t>
        <w:br/>
        <w:t>v -0.521008 18.096910 -0.390795</w:t>
        <w:br/>
        <w:t>v -0.468773 18.126276 -0.383675</w:t>
        <w:br/>
        <w:t>v -0.438952 18.100430 -0.498848</w:t>
        <w:br/>
        <w:t>v -0.427269 18.092295 -0.485627</w:t>
        <w:br/>
        <w:t>v -0.468773 18.126276 -0.383675</w:t>
        <w:br/>
        <w:t>v -0.480182 18.137735 -0.392927</w:t>
        <w:br/>
        <w:t>v -0.480182 18.137735 -0.392927</w:t>
        <w:br/>
        <w:t>v -0.522813 18.113529 -0.398743</w:t>
        <w:br/>
        <w:t>v -0.477295 18.065891 -0.505370</w:t>
        <w:br/>
        <w:t>v -0.438952 18.100430 -0.498848</w:t>
        <w:br/>
        <w:t>v -0.417480 18.013180 -0.581496</w:t>
        <w:br/>
        <w:t>v -0.385048 18.053370 -0.569398</w:t>
        <w:br/>
        <w:t>v -0.385048 18.053370 -0.569398</w:t>
        <w:br/>
        <w:t>v -0.374380 18.046629 -0.554110</w:t>
        <w:br/>
        <w:t>v -0.318978 18.019691 -0.623180</w:t>
        <w:br/>
        <w:t>v -0.344388 17.976862 -0.640736</w:t>
        <w:br/>
        <w:t>v -0.318978 18.019691 -0.623180</w:t>
        <w:br/>
        <w:t>v -0.226027 17.992273 -0.660939</w:t>
        <w:br/>
        <w:t>v -0.220361 17.986574 -0.642567</w:t>
        <w:br/>
        <w:t>v -0.310332 18.013615 -0.606255</w:t>
        <w:br/>
        <w:t>v -0.521008 18.096910 -0.390795</w:t>
        <w:br/>
        <w:t>v -0.473735 18.050682 -0.493641</w:t>
        <w:br/>
        <w:t>v -0.477295 18.065891 -0.505370</w:t>
        <w:br/>
        <w:t>v -0.522813 18.113529 -0.398743</w:t>
        <w:br/>
        <w:t>v -0.413557 17.998266 -0.568917</w:t>
        <w:br/>
        <w:t>v -0.417480 18.013180 -0.581496</w:t>
        <w:br/>
        <w:t>v -0.549630 18.122866 -0.262053</w:t>
        <w:br/>
        <w:t>v -0.548936 18.140484 -0.265905</w:t>
        <w:br/>
        <w:t>v -0.549630 18.122866 -0.262053</w:t>
        <w:br/>
        <w:t>v -0.492397 18.139931 -0.256689</w:t>
        <w:br/>
        <w:t>v -0.492397 18.139931 -0.256689</w:t>
        <w:br/>
        <w:t>v -0.502606 18.154360 -0.261523</w:t>
        <w:br/>
        <w:t>v -0.548936 18.140484 -0.265905</w:t>
        <w:br/>
        <w:t>v -0.502606 18.154360 -0.261523</w:t>
        <w:br/>
        <w:t>v -0.509319 18.148928 -0.125145</w:t>
        <w:br/>
        <w:t>v -0.557039 18.137663 -0.128740</w:t>
        <w:br/>
        <w:t>v -0.499271 18.133680 -0.125399</w:t>
        <w:br/>
        <w:t>v -0.509319 18.148928 -0.125145</w:t>
        <w:br/>
        <w:t>v -0.121707 17.981516 -0.679406</w:t>
        <w:br/>
        <w:t>v -0.119185 17.975866 -0.660257</w:t>
        <w:br/>
        <w:t>v -0.124178 17.921606 -0.692421</w:t>
        <w:br/>
        <w:t>v -0.125773 17.936346 -0.705728</w:t>
        <w:br/>
        <w:t>v -0.472866 17.987101 0.209588</w:t>
        <w:br/>
        <w:t>v -0.430181 17.934246 0.273483</w:t>
        <w:br/>
        <w:t>v -0.392834 17.982504 0.284321</w:t>
        <w:br/>
        <w:t>v -0.429614 18.027525 0.219883</w:t>
        <w:br/>
        <w:t>v -0.429614 18.027525 0.219883</w:t>
        <w:br/>
        <w:t>v -0.392834 17.982504 0.284321</w:t>
        <w:br/>
        <w:t>v -0.406992 17.984482 0.296037</w:t>
        <w:br/>
        <w:t>v -0.443291 18.032663 0.229669</w:t>
        <w:br/>
        <w:t>v -0.470079 18.068901 0.164684</w:t>
        <w:br/>
        <w:t>v -0.457679 18.060074 0.156757</w:t>
        <w:br/>
        <w:t>v -0.457679 18.060074 0.156757</w:t>
        <w:br/>
        <w:t>v -0.507170 18.030247 0.149094</w:t>
        <w:br/>
        <w:t>v -0.510228 18.044685 0.158332</w:t>
        <w:br/>
        <w:t>v -0.507170 18.030247 0.149094</w:t>
        <w:br/>
        <w:t>v -0.557039 18.137663 -0.128740</w:t>
        <w:br/>
        <w:t>v -0.549621 18.110340 0.013078</w:t>
        <w:br/>
        <w:t>v -0.550166 18.093117 0.009327</w:t>
        <w:br/>
        <w:t>v -0.558022 18.119881 -0.129551</w:t>
        <w:br/>
        <w:t>v -0.558022 18.119881 -0.129551</w:t>
        <w:br/>
        <w:t>v -0.499271 18.133680 -0.125399</w:t>
        <w:br/>
        <w:t>v -0.550166 18.093117 0.009327</w:t>
        <w:br/>
        <w:t>v -0.492579 18.111605 0.013901</w:t>
        <w:br/>
        <w:t>v -0.502949 18.125858 0.017039</w:t>
        <w:br/>
        <w:t>v -0.549621 18.110340 0.013078</w:t>
        <w:br/>
        <w:t>v -0.510228 18.044685 0.158332</w:t>
        <w:br/>
        <w:t>v -0.470079 18.068901 0.164684</w:t>
        <w:br/>
        <w:t>v -0.492579 18.111605 0.013901</w:t>
        <w:br/>
        <w:t>v -0.502949 18.125858 0.017039</w:t>
        <w:br/>
        <w:t>v 0.501506 18.222273 -0.261783</w:t>
        <w:br/>
        <w:t>v 0.485397 18.213774 -0.256083</w:t>
        <w:br/>
        <w:t>v 0.536685 18.183661 -0.262849</w:t>
        <w:br/>
        <w:t>v 0.501506 18.222273 -0.261783</w:t>
        <w:br/>
        <w:t>v 0.536685 18.183661 -0.262849</w:t>
        <w:br/>
        <w:t>v 0.528131 18.167273 -0.257186</w:t>
        <w:br/>
        <w:t>v 0.485397 18.213774 -0.256083</w:t>
        <w:br/>
        <w:t>v 0.528131 18.167273 -0.257186</w:t>
        <w:br/>
        <w:t>v -0.533657 18.080158 0.087704</w:t>
        <w:br/>
        <w:t>v -0.489189 18.096220 0.093400</w:t>
        <w:br/>
        <w:t>v -0.533108 18.064182 0.080914</w:t>
        <w:br/>
        <w:t>v -0.533657 18.080158 0.087704</w:t>
        <w:br/>
        <w:t>v -0.478123 18.084166 0.087582</w:t>
        <w:br/>
        <w:t>v -0.533108 18.064182 0.080914</w:t>
        <w:br/>
        <w:t>v -0.489189 18.096220 0.093400</w:t>
        <w:br/>
        <w:t>v -0.478123 18.084166 0.087582</w:t>
        <w:br/>
        <w:t>v 0.367559 18.227858 0.259745</w:t>
        <w:br/>
        <w:t>v 0.361902 18.232355 0.240983</w:t>
        <w:br/>
        <w:t>v 0.367559 18.227858 0.259745</w:t>
        <w:br/>
        <w:t>v 0.325627 18.243181 0.289533</w:t>
        <w:br/>
        <w:t>v 0.325627 18.243181 0.289533</w:t>
        <w:br/>
        <w:t>v 0.309574 18.250679 0.278385</w:t>
        <w:br/>
        <w:t>v 0.361902 18.232355 0.240983</w:t>
        <w:br/>
        <w:t>v 0.309574 18.250679 0.278385</w:t>
        <w:br/>
        <w:t>v -0.401621 14.212768 -0.777000</w:t>
        <w:br/>
        <w:t>v -0.403489 14.202452 -0.750107</w:t>
        <w:br/>
        <w:t>v -0.533809 14.272681 -0.735207</w:t>
        <w:br/>
        <w:t>v -0.530765 14.282508 -0.762151</w:t>
        <w:br/>
        <w:t>v -0.316991 14.127127 -0.773551</w:t>
        <w:br/>
        <w:t>v -0.318040 14.139740 -0.799829</w:t>
        <w:br/>
        <w:t>v -0.416839 13.975289 -0.864165</w:t>
        <w:br/>
        <w:t>v -0.316991 14.127127 -0.773551</w:t>
        <w:br/>
        <w:t>v -0.318040 14.139740 -0.799829</w:t>
        <w:br/>
        <w:t>v -0.415539 13.991456 -0.888410</w:t>
        <w:br/>
        <w:t>v -0.450079 14.048127 -0.865039</w:t>
        <w:br/>
        <w:t>v -0.455720 14.040340 -0.837228</w:t>
        <w:br/>
        <w:t>v -0.672898 14.160129 -0.809486</w:t>
        <w:br/>
        <w:t>v -0.674322 14.171940 -0.836312</w:t>
        <w:br/>
        <w:t>v -0.391089 14.138026 -0.811406</w:t>
        <w:br/>
        <w:t>v -0.400865 14.124010 -0.787397</w:t>
        <w:br/>
        <w:t>v -0.455720 14.040340 -0.837228</w:t>
        <w:br/>
        <w:t>v -0.450079 14.048127 -0.865039</w:t>
        <w:br/>
        <w:t>v -0.616076 14.262678 -0.783424</w:t>
        <w:br/>
        <w:t>v -0.618807 14.244576 -0.760381</w:t>
        <w:br/>
        <w:t>v -0.400865 14.124010 -0.787397</w:t>
        <w:br/>
        <w:t>v -0.391089 14.138026 -0.811406</w:t>
        <w:br/>
        <w:t>v -0.672898 14.160129 -0.809486</w:t>
        <w:br/>
        <w:t>v -0.618807 14.244576 -0.760381</w:t>
        <w:br/>
        <w:t>v -0.616076 14.262678 -0.783424</w:t>
        <w:br/>
        <w:t>v -0.674322 14.171940 -0.836312</w:t>
        <w:br/>
        <w:t>v -0.663641 14.309497 -0.735780</w:t>
        <w:br/>
        <w:t>v -0.656791 14.318290 -0.762663</w:t>
        <w:br/>
        <w:t>v -0.763800 14.152237 -0.827034</w:t>
        <w:br/>
        <w:t>v -0.737695 14.100423 -0.849153</w:t>
        <w:br/>
        <w:t>v -0.728847 14.112916 -0.874136</w:t>
        <w:br/>
        <w:t>v -0.754967 14.164701 -0.852018</w:t>
        <w:br/>
        <w:t>v -0.656791 14.318290 -0.762663</w:t>
        <w:br/>
        <w:t>v -0.663641 14.309497 -0.735780</w:t>
        <w:br/>
        <w:t>v -1.027691 13.668958 -1.109111</w:t>
        <w:br/>
        <w:t>v -1.017518 13.682940 -1.133186</w:t>
        <w:br/>
        <w:t>v -0.485205 13.978136 -0.905524</w:t>
        <w:br/>
        <w:t>v -0.486525 13.961984 -0.881280</w:t>
        <w:br/>
        <w:t>v -0.774617 13.530804 -1.141057</w:t>
        <w:br/>
        <w:t>v -0.771886 13.548778 -1.164212</w:t>
        <w:br/>
        <w:t>v -1.017518 13.682940 -1.133186</w:t>
        <w:br/>
        <w:t>v -1.027691 13.668958 -1.109111</w:t>
        <w:br/>
        <w:t>v -0.774617 13.530804 -1.141057</w:t>
        <w:br/>
        <w:t>v -0.771886 13.548778 -1.164212</w:t>
        <w:br/>
        <w:t>v -0.316991 14.127127 -0.773551</w:t>
        <w:br/>
        <w:t>v -0.400865 14.124010 -0.787397</w:t>
        <w:br/>
        <w:t>v -0.403489 14.202452 -0.750107</w:t>
        <w:br/>
        <w:t>v -0.618807 14.244576 -0.760381</w:t>
        <w:br/>
        <w:t>v -0.533809 14.272681 -0.735207</w:t>
        <w:br/>
        <w:t>v -0.663641 14.309497 -0.735780</w:t>
        <w:br/>
        <w:t>v -0.455720 14.040340 -0.837228</w:t>
        <w:br/>
        <w:t>v -0.486525 13.961984 -0.881280</w:t>
        <w:br/>
        <w:t>v -0.737695 14.100423 -0.849153</w:t>
        <w:br/>
        <w:t>v -0.672898 14.160129 -0.809486</w:t>
        <w:br/>
        <w:t>v -0.763800 14.152237 -0.827034</w:t>
        <w:br/>
        <w:t>v -0.416839 13.975289 -0.864165</w:t>
        <w:br/>
        <w:t>v -0.774617 13.530804 -1.141057</w:t>
        <w:br/>
        <w:t>v -1.027691 13.668958 -1.109111</w:t>
        <w:br/>
        <w:t>v -0.391089 14.138026 -0.811406</w:t>
        <w:br/>
        <w:t>v -0.318040 14.139740 -0.799829</w:t>
        <w:br/>
        <w:t>v -0.401621 14.212768 -0.777000</w:t>
        <w:br/>
        <w:t>v -0.616076 14.262678 -0.783424</w:t>
        <w:br/>
        <w:t>v -0.530765 14.282508 -0.762151</w:t>
        <w:br/>
        <w:t>v -0.656791 14.318290 -0.762663</w:t>
        <w:br/>
        <w:t>v -0.728847 14.112916 -0.874136</w:t>
        <w:br/>
        <w:t>v -0.485205 13.978136 -0.905524</w:t>
        <w:br/>
        <w:t>v -0.450079 14.048127 -0.865039</w:t>
        <w:br/>
        <w:t>v -0.674322 14.171940 -0.836312</w:t>
        <w:br/>
        <w:t>v -0.754967 14.164701 -0.852018</w:t>
        <w:br/>
        <w:t>v -0.415539 13.991456 -0.888410</w:t>
        <w:br/>
        <w:t>v -1.017518 13.682940 -1.133186</w:t>
        <w:br/>
        <w:t>v -0.771886 13.548778 -1.164212</w:t>
        <w:br/>
        <w:t>v -0.489857 13.810275 -0.951588</w:t>
        <w:br/>
        <w:t>v -0.603787 13.786042 -0.980747</w:t>
        <w:br/>
        <w:t>v -0.500832 13.934306 -0.890782</w:t>
        <w:br/>
        <w:t>v -0.481396 13.824650 -0.943086</w:t>
        <w:br/>
        <w:t>v -0.756981 14.074998 -0.858248</w:t>
        <w:br/>
        <w:t>v -0.854535 13.923323 -0.949001</w:t>
        <w:br/>
        <w:t>v -0.882991 14.025982 -0.901706</w:t>
        <w:br/>
        <w:t>v -0.872831 14.039484 -0.893408</w:t>
        <w:br/>
        <w:t>v -0.495772 13.950211 -0.922249</w:t>
        <w:br/>
        <w:t>v -0.751818 14.090906 -0.889715</w:t>
        <w:br/>
        <w:t>v -0.849291 13.939229 -0.980468</w:t>
        <w:br/>
        <w:t>v -0.598594 13.801946 -1.012214</w:t>
        <w:br/>
        <w:t>v -0.484774 13.826181 -0.983055</w:t>
        <w:br/>
        <w:t>v -0.476317 13.840558 -0.974554</w:t>
        <w:br/>
        <w:t>v -0.877772 14.041894 -0.933173</w:t>
        <w:br/>
        <w:t>v -0.867617 14.055394 -0.924875</w:t>
        <w:br/>
        <w:t>v -0.495772 13.950211 -0.922249</w:t>
        <w:br/>
        <w:t>v -0.500832 13.934306 -0.890782</w:t>
        <w:br/>
        <w:t>v -0.756981 14.074998 -0.858248</w:t>
        <w:br/>
        <w:t>v -0.751818 14.090906 -0.889715</w:t>
        <w:br/>
        <w:t>v -0.603787 13.786042 -0.980747</w:t>
        <w:br/>
        <w:t>v -0.598594 13.801946 -1.012214</w:t>
        <w:br/>
        <w:t>v -0.849291 13.939229 -0.980468</w:t>
        <w:br/>
        <w:t>v -0.854535 13.923323 -0.949001</w:t>
        <w:br/>
        <w:t>v -0.476317 13.840558 -0.974554</w:t>
        <w:br/>
        <w:t>v -0.481396 13.824650 -0.943086</w:t>
        <w:br/>
        <w:t>v -0.489857 13.810275 -0.951588</w:t>
        <w:br/>
        <w:t>v -0.484774 13.826181 -0.983055</w:t>
        <w:br/>
        <w:t>v -0.877772 14.041894 -0.933173</w:t>
        <w:br/>
        <w:t>v -0.882991 14.025982 -0.901706</w:t>
        <w:br/>
        <w:t>v -0.854535 13.923323 -0.949001</w:t>
        <w:br/>
        <w:t>v -0.849291 13.939229 -0.980468</w:t>
        <w:br/>
        <w:t>v -0.867617 14.055394 -0.924875</w:t>
        <w:br/>
        <w:t>v -0.872831 14.039484 -0.893408</w:t>
        <w:br/>
        <w:t>v -0.784350 14.022574 -0.878417</w:t>
        <w:br/>
        <w:t>v -0.687161 14.004860 -0.872821</w:t>
        <w:br/>
        <w:t>v -0.720389 13.919454 -0.920698</w:t>
        <w:br/>
        <w:t>v -0.781407 13.958606 -0.910116</w:t>
        <w:br/>
        <w:t>v -0.750503 14.109994 -0.829447</w:t>
        <w:br/>
        <w:t>v -0.735358 14.111237 -0.826557</w:t>
        <w:br/>
        <w:t>v -0.829726 13.949347 -0.921972</w:t>
        <w:br/>
        <w:t>v -0.734329 13.889979 -0.937587</w:t>
        <w:br/>
        <w:t>v -0.868954 13.942896 -0.931063</w:t>
        <w:br/>
        <w:t>v -0.806675 13.837276 -0.974838</w:t>
        <w:br/>
        <w:t>v -0.907302 13.826813 -0.995081</w:t>
        <w:br/>
        <w:t>v -0.938588 13.898603 -0.963702</w:t>
        <w:br/>
        <w:t>v -0.979422 13.841928 -0.998231</w:t>
        <w:br/>
        <w:t>v -0.982558 13.863413 -0.987906</w:t>
        <w:br/>
        <w:t>v -0.547708 13.892769 -0.908434</w:t>
        <w:br/>
        <w:t>v -0.611803 13.865670 -0.931605</w:t>
        <w:br/>
        <w:t>v -0.678618 13.896568 -0.925990</w:t>
        <w:br/>
        <w:t>v -0.610322 13.962718 -0.882566</w:t>
        <w:br/>
        <w:t>v -0.478143 13.960277 -0.864068</w:t>
        <w:br/>
        <w:t>v -0.483994 13.973052 -0.858511</w:t>
        <w:br/>
        <w:t>v -0.598321 13.822591 -0.951284</w:t>
        <w:br/>
        <w:t>v -0.701084 13.871777 -0.941797</w:t>
        <w:br/>
        <w:t>v -0.586316 13.788082 -0.966863</w:t>
        <w:br/>
        <w:t>v -0.719308 13.789463 -0.985896</w:t>
        <w:br/>
        <w:t>v -0.597235 13.711740 -1.006915</w:t>
        <w:br/>
        <w:t>v -0.682674 13.703916 -1.023498</w:t>
        <w:br/>
        <w:t>v -0.611293 13.660364 -1.034861</w:t>
        <w:br/>
        <w:t>v -0.633953 13.653008 -1.041917</w:t>
        <w:br/>
        <w:t>v -0.776516 14.046594 -0.925926</w:t>
        <w:br/>
        <w:t>v -0.773543 13.982616 -0.957625</w:t>
        <w:br/>
        <w:t>v -0.712539 13.943474 -0.968207</w:t>
        <w:br/>
        <w:t>v -0.679367 14.028873 -0.920331</w:t>
        <w:br/>
        <w:t>v -0.742730 14.134007 -0.876956</w:t>
        <w:br/>
        <w:t>v -0.727591 14.135249 -0.874066</w:t>
        <w:br/>
        <w:t>v -0.821831 13.973361 -0.969482</w:t>
        <w:br/>
        <w:t>v -0.726455 13.914002 -0.985096</w:t>
        <w:br/>
        <w:t>v -0.861039 13.966923 -0.978572</w:t>
        <w:br/>
        <w:t>v -0.798735 13.861294 -1.022348</w:t>
        <w:br/>
        <w:t>v -0.930615 13.922626 -1.011212</w:t>
        <w:br/>
        <w:t>v -0.899307 13.850832 -1.042590</w:t>
        <w:br/>
        <w:t>v -0.974424 13.887433 -1.035415</w:t>
        <w:br/>
        <w:t>v -0.971278 13.865939 -1.045740</w:t>
        <w:br/>
        <w:t>v -0.540042 13.916784 -0.955944</w:t>
        <w:br/>
        <w:t>v -0.602553 13.986730 -0.930075</w:t>
        <w:br/>
        <w:t>v -0.670779 13.920590 -0.973499</w:t>
        <w:br/>
        <w:t>v -0.603995 13.889693 -0.979115</w:t>
        <w:br/>
        <w:t>v -0.470523 13.984295 -0.911577</w:t>
        <w:br/>
        <w:t>v -0.476376 13.997066 -0.906019</w:t>
        <w:br/>
        <w:t>v -0.590508 13.846608 -0.998794</w:t>
        <w:br/>
        <w:t>v -0.693223 13.895789 -0.989306</w:t>
        <w:br/>
        <w:t>v -0.578527 13.812107 -1.014372</w:t>
        <w:br/>
        <w:t>v -0.711399 13.813482 -1.033405</w:t>
        <w:br/>
        <w:t>v -0.674756 13.727930 -1.071008</w:t>
        <w:br/>
        <w:t>v -0.589404 13.735748 -1.054425</w:t>
        <w:br/>
        <w:t>v -0.626043 13.677026 -1.089427</w:t>
        <w:br/>
        <w:t>v -0.603425 13.684372 -1.082370</w:t>
        <w:br/>
        <w:t>v -0.776516 14.046594 -0.925926</w:t>
        <w:br/>
        <w:t>v -0.784350 14.022574 -0.878417</w:t>
        <w:br/>
        <w:t>v -0.781407 13.958606 -0.910116</w:t>
        <w:br/>
        <w:t>v -0.773543 13.982616 -0.957625</w:t>
        <w:br/>
        <w:t>v -0.720389 13.919454 -0.920698</w:t>
        <w:br/>
        <w:t>v -0.687161 14.004860 -0.872821</w:t>
        <w:br/>
        <w:t>v -0.679367 14.028873 -0.920331</w:t>
        <w:br/>
        <w:t>v -0.712539 13.943474 -0.968207</w:t>
        <w:br/>
        <w:t>v -0.742730 14.134007 -0.876956</w:t>
        <w:br/>
        <w:t>v -0.750503 14.109994 -0.829447</w:t>
        <w:br/>
        <w:t>v -0.727591 14.135249 -0.874066</w:t>
        <w:br/>
        <w:t>v -0.735358 14.111237 -0.826557</w:t>
        <w:br/>
        <w:t>v -0.750503 14.109994 -0.829447</w:t>
        <w:br/>
        <w:t>v -0.742730 14.134007 -0.876956</w:t>
        <w:br/>
        <w:t>v -0.735358 14.111237 -0.826557</w:t>
        <w:br/>
        <w:t>v -0.727591 14.135249 -0.874066</w:t>
        <w:br/>
        <w:t>v -0.773543 13.982616 -0.957625</w:t>
        <w:br/>
        <w:t>v -0.781407 13.958606 -0.910116</w:t>
        <w:br/>
        <w:t>v -0.829726 13.949347 -0.921972</w:t>
        <w:br/>
        <w:t>v -0.821831 13.973361 -0.969482</w:t>
        <w:br/>
        <w:t>v -0.806675 13.837276 -0.974838</w:t>
        <w:br/>
        <w:t>v -0.734329 13.889979 -0.937587</w:t>
        <w:br/>
        <w:t>v -0.726455 13.914002 -0.985096</w:t>
        <w:br/>
        <w:t>v -0.798735 13.861294 -1.022348</w:t>
        <w:br/>
        <w:t>v -0.868954 13.942896 -0.931063</w:t>
        <w:br/>
        <w:t>v -0.861039 13.966923 -0.978572</w:t>
        <w:br/>
        <w:t>v -0.938588 13.898603 -0.963702</w:t>
        <w:br/>
        <w:t>v -0.930615 13.922626 -1.011212</w:t>
        <w:br/>
        <w:t>v -0.907302 13.826813 -0.995081</w:t>
        <w:br/>
        <w:t>v -0.899307 13.850832 -1.042590</w:t>
        <w:br/>
        <w:t>v -0.974424 13.887433 -1.035415</w:t>
        <w:br/>
        <w:t>v -0.982558 13.863413 -0.987906</w:t>
        <w:br/>
        <w:t>v -0.979422 13.841928 -0.998231</w:t>
        <w:br/>
        <w:t>v -0.971278 13.865939 -1.045740</w:t>
        <w:br/>
        <w:t>v -0.979422 13.841928 -0.998231</w:t>
        <w:br/>
        <w:t>v -0.971278 13.865939 -1.045740</w:t>
        <w:br/>
        <w:t>v -0.602553 13.986730 -0.930075</w:t>
        <w:br/>
        <w:t>v -0.610322 13.962718 -0.882566</w:t>
        <w:br/>
        <w:t>v -0.678618 13.896568 -0.925990</w:t>
        <w:br/>
        <w:t>v -0.670779 13.920590 -0.973499</w:t>
        <w:br/>
        <w:t>v -0.611803 13.865670 -0.931605</w:t>
        <w:br/>
        <w:t>v -0.547708 13.892769 -0.908434</w:t>
        <w:br/>
        <w:t>v -0.540042 13.916784 -0.955944</w:t>
        <w:br/>
        <w:t>v -0.603995 13.889693 -0.979115</w:t>
        <w:br/>
        <w:t>v -0.476376 13.997066 -0.906019</w:t>
        <w:br/>
        <w:t>v -0.483994 13.973052 -0.858511</w:t>
        <w:br/>
        <w:t>v -0.470523 13.984295 -0.911577</w:t>
        <w:br/>
        <w:t>v -0.478143 13.960277 -0.864068</w:t>
        <w:br/>
        <w:t>v -0.483994 13.973052 -0.858511</w:t>
        <w:br/>
        <w:t>v -0.476376 13.997066 -0.906019</w:t>
        <w:br/>
        <w:t>v -0.478143 13.960277 -0.864068</w:t>
        <w:br/>
        <w:t>v -0.470523 13.984295 -0.911577</w:t>
        <w:br/>
        <w:t>v -0.590508 13.846608 -0.998794</w:t>
        <w:br/>
        <w:t>v -0.598321 13.822591 -0.951284</w:t>
        <w:br/>
        <w:t>v -0.611803 13.865670 -0.931605</w:t>
        <w:br/>
        <w:t>v -0.603995 13.889693 -0.979115</w:t>
        <w:br/>
        <w:t>v -0.578527 13.812107 -1.014372</w:t>
        <w:br/>
        <w:t>v -0.586316 13.788082 -0.966863</w:t>
        <w:br/>
        <w:t>v -0.693223 13.895789 -0.989306</w:t>
        <w:br/>
        <w:t>v -0.701084 13.871777 -0.941797</w:t>
        <w:br/>
        <w:t>v -0.719308 13.789463 -0.985896</w:t>
        <w:br/>
        <w:t>v -0.711399 13.813482 -1.033405</w:t>
        <w:br/>
        <w:t>v -0.682674 13.703916 -1.023498</w:t>
        <w:br/>
        <w:t>v -0.674756 13.727930 -1.071008</w:t>
        <w:br/>
        <w:t>v -0.589404 13.735748 -1.054425</w:t>
        <w:br/>
        <w:t>v -0.597235 13.711740 -1.006915</w:t>
        <w:br/>
        <w:t>v -0.633953 13.653008 -1.041917</w:t>
        <w:br/>
        <w:t>v -0.626043 13.677026 -1.089427</w:t>
        <w:br/>
        <w:t>v -0.603425 13.684372 -1.082370</w:t>
        <w:br/>
        <w:t>v -0.611293 13.660364 -1.034861</w:t>
        <w:br/>
        <w:t>v -0.633953 13.653008 -1.041917</w:t>
        <w:br/>
        <w:t>v -0.626043 13.677026 -1.089427</w:t>
        <w:br/>
        <w:t>v -0.734329 13.889979 -0.937587</w:t>
        <w:br/>
        <w:t>v -0.701084 13.871777 -0.941797</w:t>
        <w:br/>
        <w:t>v -0.693223 13.895789 -0.989306</w:t>
        <w:br/>
        <w:t>v -0.726455 13.914002 -0.985096</w:t>
        <w:br/>
        <w:t>v -0.670779 13.920590 -0.973499</w:t>
        <w:br/>
        <w:t>v -0.678618 13.896568 -0.925990</w:t>
        <w:br/>
        <w:t>v -0.720389 13.919454 -0.920698</w:t>
        <w:br/>
        <w:t>v -0.712539 13.943474 -0.968207</w:t>
        <w:br/>
        <w:t>v -1.076970 13.718963 -1.139343</w:t>
        <w:br/>
        <w:t>v -1.086422 13.691625 -1.085268</w:t>
        <w:br/>
        <w:t>v -1.082240 13.678588 -1.091442</w:t>
        <w:br/>
        <w:t>v -1.073013 13.705950 -1.145303</w:t>
        <w:br/>
        <w:t>v -0.955846 13.879775 -1.040575</w:t>
        <w:br/>
        <w:t>v -0.964828 13.852430 -0.986714</w:t>
        <w:br/>
        <w:t>v -0.979782 13.849535 -0.990390</w:t>
        <w:br/>
        <w:t>v -0.970441 13.876927 -1.044170</w:t>
        <w:br/>
        <w:t>v -0.609083 13.679186 -1.089897</w:t>
        <w:br/>
        <w:t>v -0.618125 13.651792 -1.036117</w:t>
        <w:br/>
        <w:t>v -0.622287 13.665088 -1.030035</w:t>
        <w:br/>
        <w:t>v -0.613132 13.692217 -1.083946</w:t>
        <w:br/>
        <w:t>v -0.738751 13.491260 -1.134764</w:t>
        <w:br/>
        <w:t>v -0.723728 13.494154 -1.131091</w:t>
        <w:br/>
        <w:t>v -0.714736 13.521214 -1.185071</w:t>
        <w:br/>
        <w:t>v -0.729431 13.518376 -1.188675</w:t>
        <w:br/>
        <w:t>v -1.001470 13.713717 -1.130776</w:t>
        <w:br/>
        <w:t>v -1.010758 13.686434 -1.076898</w:t>
        <w:br/>
        <w:t>v -1.014904 13.699836 -1.070715</w:t>
        <w:br/>
        <w:t>v -1.005597 13.727057 -1.124805</w:t>
        <w:br/>
        <w:t>v -0.945663 13.816196 -1.071098</w:t>
        <w:br/>
        <w:t>v -0.970441 13.876927 -1.044170</w:t>
        <w:br/>
        <w:t>v -1.076970 13.718963 -1.139343</w:t>
        <w:br/>
        <w:t>v -1.005597 13.727057 -1.124805</w:t>
        <w:br/>
        <w:t>v -0.755345 13.579184 -1.161885</w:t>
        <w:br/>
        <w:t>v -1.001470 13.713717 -1.130776</w:t>
        <w:br/>
        <w:t>v -1.073013 13.705950 -1.145303</w:t>
        <w:br/>
        <w:t>v -0.729431 13.518376 -1.188675</w:t>
        <w:br/>
        <w:t>v -0.954823 13.788816 -1.016949</w:t>
        <w:br/>
        <w:t>v -0.939797 13.791684 -1.013480</w:t>
        <w:br/>
        <w:t>v -0.930762 13.818975 -1.067357</w:t>
        <w:br/>
        <w:t>v -0.945663 13.816196 -1.071098</w:t>
        <w:br/>
        <w:t>v -0.930762 13.818975 -1.067357</w:t>
        <w:br/>
        <w:t>v -0.684847 13.684449 -1.098466</w:t>
        <w:br/>
        <w:t>v -0.613132 13.692217 -1.083946</w:t>
        <w:br/>
        <w:t>v -0.955846 13.879775 -1.040575</w:t>
        <w:br/>
        <w:t>v -0.684847 13.684449 -1.098466</w:t>
        <w:br/>
        <w:t>v -0.693873 13.657162 -1.044509</w:t>
        <w:br/>
        <w:t>v -0.689716 13.643785 -1.050658</w:t>
        <w:br/>
        <w:t>v -0.680608 13.671205 -1.104627</w:t>
        <w:br/>
        <w:t>v -0.740304 13.582058 -1.158334</w:t>
        <w:br/>
        <w:t>v -0.714736 13.521214 -1.185071</w:t>
        <w:br/>
        <w:t>v -0.609083 13.679186 -1.089897</w:t>
        <w:br/>
        <w:t>v -0.680608 13.671205 -1.104627</w:t>
        <w:br/>
        <w:t>v -0.740304 13.582058 -1.158334</w:t>
        <w:br/>
        <w:t>v -0.749444 13.554693 -1.104186</w:t>
        <w:br/>
        <w:t>v -0.764519 13.551983 -1.107990</w:t>
        <w:br/>
        <w:t>v -0.755345 13.579184 -1.161885</w:t>
        <w:br/>
        <w:t>v -1.082240 13.678588 -1.091442</w:t>
        <w:br/>
        <w:t>v -1.010758 13.686434 -1.076898</w:t>
        <w:br/>
        <w:t>v -0.764519 13.551983 -1.107990</w:t>
        <w:br/>
        <w:t>v -0.738751 13.491260 -1.134764</w:t>
        <w:br/>
        <w:t>v -0.954823 13.788816 -1.016949</w:t>
        <w:br/>
        <w:t>v -1.014904 13.699836 -1.070715</w:t>
        <w:br/>
        <w:t>v -1.086422 13.691625 -1.085268</w:t>
        <w:br/>
        <w:t>v -0.979782 13.849535 -0.990390</w:t>
        <w:br/>
        <w:t>v -0.622287 13.665088 -1.030035</w:t>
        <w:br/>
        <w:t>v -0.693873 13.657162 -1.044509</w:t>
        <w:br/>
        <w:t>v -0.939797 13.791684 -1.013480</w:t>
        <w:br/>
        <w:t>v -0.964828 13.852430 -0.986714</w:t>
        <w:br/>
        <w:t>v -0.749444 13.554693 -1.104186</w:t>
        <w:br/>
        <w:t>v -0.689716 13.643785 -1.050658</w:t>
        <w:br/>
        <w:t>v -0.618125 13.651792 -1.036117</w:t>
        <w:br/>
        <w:t>v -0.723728 13.494154 -1.131091</w:t>
        <w:br/>
        <w:t>v -0.613132 13.692217 -1.083946</w:t>
        <w:br/>
        <w:t>v -0.622287 13.665088 -1.030035</w:t>
        <w:br/>
        <w:t>v -1.010758 13.686434 -1.076898</w:t>
        <w:br/>
        <w:t>v -1.001470 13.713717 -1.130776</w:t>
        <w:br/>
        <w:t>v -2.228625 11.759669 -2.344146</w:t>
        <w:br/>
        <w:t>v -2.189753 11.823952 -2.303419</w:t>
        <w:br/>
        <w:t>v -2.219711 11.828589 -2.278204</w:t>
        <w:br/>
        <w:t>v -2.261956 11.766263 -2.318585</w:t>
        <w:br/>
        <w:t>v -2.230798 11.779099 -2.190170</w:t>
        <w:br/>
        <w:t>v -2.272954 11.717005 -2.230950</w:t>
        <w:br/>
        <w:t>v -2.212887 11.755724 -2.174670</w:t>
        <w:br/>
        <w:t>v -2.251821 11.691846 -2.216143</w:t>
        <w:br/>
        <w:t>v -1.997086 11.550266 -2.261177</w:t>
        <w:br/>
        <w:t>v -1.956996 11.614147 -2.219782</w:t>
        <w:br/>
        <w:t>v -1.927185 11.607886 -2.240194</w:t>
        <w:br/>
        <w:t>v -1.971531 11.546137 -2.280760</w:t>
        <w:br/>
        <w:t>v -1.971531 11.546137 -2.280760</w:t>
        <w:br/>
        <w:t>v -1.927185 11.607886 -2.240194</w:t>
        <w:br/>
        <w:t>v -1.906924 11.662424 -2.334552</w:t>
        <w:br/>
        <w:t>v -1.951267 11.600464 -2.374748</w:t>
        <w:br/>
        <w:t>v -1.951267 11.600464 -2.374748</w:t>
        <w:br/>
        <w:t>v -1.906924 11.662424 -2.334552</w:t>
        <w:br/>
        <w:t>v -1.931543 11.686227 -2.342883</w:t>
        <w:br/>
        <w:t>v -1.971490 11.621956 -2.383544</w:t>
        <w:br/>
        <w:t>v -2.219711 11.828589 -2.278204</w:t>
        <w:br/>
        <w:t>v -2.189753 11.823952 -2.303419</w:t>
        <w:br/>
        <w:t>v -2.181757 11.817664 -2.277711</w:t>
        <w:br/>
        <w:t>v -2.198010 11.822596 -2.266582</w:t>
        <w:br/>
        <w:t>v -2.231920 11.734717 -2.330533</w:t>
        <w:br/>
        <w:t>v -2.228625 11.759669 -2.344146</w:t>
        <w:br/>
        <w:t>v -2.261956 11.766263 -2.318585</w:t>
        <w:br/>
        <w:t>v -2.251562 11.741604 -2.319057</w:t>
        <w:br/>
        <w:t>v -2.272954 11.717005 -2.230950</w:t>
        <w:br/>
        <w:t>v -2.258334 11.702674 -2.249600</w:t>
        <w:br/>
        <w:t>v -2.204619 11.783433 -2.196725</w:t>
        <w:br/>
        <w:t>v -2.230798 11.779099 -2.190170</w:t>
        <w:br/>
        <w:t>v -2.251821 11.691846 -2.216143</w:t>
        <w:br/>
        <w:t>v -2.246347 11.690192 -2.243666</w:t>
        <w:br/>
        <w:t>v -2.212887 11.755724 -2.174670</w:t>
        <w:br/>
        <w:t>v -2.195998 11.772737 -2.190096</w:t>
        <w:br/>
        <w:t>v -1.953969 11.637675 -2.234662</w:t>
        <w:br/>
        <w:t>v -1.956996 11.614147 -2.219782</w:t>
        <w:br/>
        <w:t>v -1.997086 11.550266 -2.261177</w:t>
        <w:br/>
        <w:t>v -2.005755 11.555136 -2.288147</w:t>
        <w:br/>
        <w:t>v -1.971531 11.546137 -2.280760</w:t>
        <w:br/>
        <w:t>v -1.993557 11.551281 -2.294199</w:t>
        <w:br/>
        <w:t>v -1.927185 11.607886 -2.240194</w:t>
        <w:br/>
        <w:t>v -1.937521 11.631689 -2.241541</w:t>
        <w:br/>
        <w:t>v -1.937521 11.631689 -2.241541</w:t>
        <w:br/>
        <w:t>v -1.920108 11.675287 -2.315705</w:t>
        <w:br/>
        <w:t>v -1.906924 11.662424 -2.334552</w:t>
        <w:br/>
        <w:t>v -1.927185 11.607886 -2.240194</w:t>
        <w:br/>
        <w:t>v -1.993557 11.551281 -2.294199</w:t>
        <w:br/>
        <w:t>v -1.971531 11.546137 -2.280760</w:t>
        <w:br/>
        <w:t>v -1.951267 11.600464 -2.374748</w:t>
        <w:br/>
        <w:t>v -1.975924 11.594669 -2.367991</w:t>
        <w:br/>
        <w:t>v -1.935370 11.686275 -2.314330</w:t>
        <w:br/>
        <w:t>v -1.931543 11.686227 -2.342883</w:t>
        <w:br/>
        <w:t>v -1.951267 11.600464 -2.374748</w:t>
        <w:br/>
        <w:t>v -1.971490 11.621956 -2.383544</w:t>
        <w:br/>
        <w:t>v -1.986927 11.603353 -2.367079</w:t>
        <w:br/>
        <w:t>v 0.531348 14.272667 -0.735238</w:t>
        <w:br/>
        <w:t>v 0.400710 14.202446 -0.750120</w:t>
        <w:br/>
        <w:t>v 0.398856 14.212761 -0.777012</w:t>
        <w:br/>
        <w:t>v 0.528321 14.282494 -0.762180</w:t>
        <w:br/>
        <w:t>v 0.313903 14.127127 -0.773552</w:t>
        <w:br/>
        <w:t>v 0.314977 14.139739 -0.799830</w:t>
        <w:br/>
        <w:t>v 0.413099 13.975289 -0.864165</w:t>
        <w:br/>
        <w:t>v 0.411842 13.991456 -0.888410</w:t>
        <w:br/>
        <w:t>v 0.314977 14.139739 -0.799830</w:t>
        <w:br/>
        <w:t>v 0.313903 14.127127 -0.773552</w:t>
        <w:br/>
        <w:t>v 0.669874 14.160126 -0.809492</w:t>
        <w:br/>
        <w:t>v 0.452255 14.040340 -0.837228</w:t>
        <w:br/>
        <w:t>v 0.446621 14.048127 -0.865039</w:t>
        <w:br/>
        <w:t>v 0.671328 14.171938 -0.836315</w:t>
        <w:br/>
        <w:t>v 0.452255 14.040340 -0.837228</w:t>
        <w:br/>
        <w:t>v 0.397754 14.124007 -0.787404</w:t>
        <w:br/>
        <w:t>v 0.388009 14.138022 -0.811412</w:t>
        <w:br/>
        <w:t>v 0.446621 14.048127 -0.865039</w:t>
        <w:br/>
        <w:t>v 0.397754 14.124007 -0.787404</w:t>
        <w:br/>
        <w:t>v 0.616167 14.244566 -0.760400</w:t>
        <w:br/>
        <w:t>v 0.613489 14.262671 -0.783442</w:t>
        <w:br/>
        <w:t>v 0.388009 14.138022 -0.811412</w:t>
        <w:br/>
        <w:t>v 0.669874 14.160126 -0.809492</w:t>
        <w:br/>
        <w:t>v 0.671328 14.171938 -0.836315</w:t>
        <w:br/>
        <w:t>v 0.613489 14.262671 -0.783442</w:t>
        <w:br/>
        <w:t>v 0.616167 14.244566 -0.760400</w:t>
        <w:br/>
        <w:t>v 0.654416 14.318278 -0.762689</w:t>
        <w:br/>
        <w:t>v 0.661252 14.309485 -0.735808</w:t>
        <w:br/>
        <w:t>v 0.760706 14.152237 -0.827034</w:t>
        <w:br/>
        <w:t>v 0.751911 14.164701 -0.852018</w:t>
        <w:br/>
        <w:t>v 0.725587 14.112916 -0.874136</w:t>
        <w:br/>
        <w:t>v 0.734395 14.100423 -0.849153</w:t>
        <w:br/>
        <w:t>v 0.661252 14.309485 -0.735808</w:t>
        <w:br/>
        <w:t>v 0.654416 14.318278 -0.762689</w:t>
        <w:br/>
        <w:t>v 1.012715 13.682940 -1.133186</w:t>
        <w:br/>
        <w:t>v 1.022819 13.668958 -1.109111</w:t>
        <w:br/>
        <w:t>v 0.481463 13.978136 -0.905524</w:t>
        <w:br/>
        <w:t>v 0.482739 13.961984 -0.881280</w:t>
        <w:br/>
        <w:t>v 0.769281 13.530804 -1.141057</w:t>
        <w:br/>
        <w:t>v 0.766622 13.548778 -1.164212</w:t>
        <w:br/>
        <w:t>v 0.769281 13.530804 -1.141057</w:t>
        <w:br/>
        <w:t>v 1.022819 13.668958 -1.109111</w:t>
        <w:br/>
        <w:t>v 1.012715 13.682940 -1.133186</w:t>
        <w:br/>
        <w:t>v 0.766622 13.548778 -1.164212</w:t>
        <w:br/>
        <w:t>v 0.397754 14.124007 -0.787404</w:t>
        <w:br/>
        <w:t>v 0.313903 14.127127 -0.773552</w:t>
        <w:br/>
        <w:t>v 0.400710 14.202446 -0.750120</w:t>
        <w:br/>
        <w:t>v 0.616167 14.244566 -0.760400</w:t>
        <w:br/>
        <w:t>v 0.531348 14.272667 -0.735238</w:t>
        <w:br/>
        <w:t>v 0.661252 14.309485 -0.735808</w:t>
        <w:br/>
        <w:t>v 0.734395 14.100423 -0.849153</w:t>
        <w:br/>
        <w:t>v 0.482739 13.961984 -0.881280</w:t>
        <w:br/>
        <w:t>v 0.452255 14.040340 -0.837228</w:t>
        <w:br/>
        <w:t>v 0.669874 14.160126 -0.809492</w:t>
        <w:br/>
        <w:t>v 0.760706 14.152237 -0.827034</w:t>
        <w:br/>
        <w:t>v 0.413099 13.975289 -0.864165</w:t>
        <w:br/>
        <w:t>v 1.022819 13.668958 -1.109111</w:t>
        <w:br/>
        <w:t>v 0.769281 13.530804 -1.141057</w:t>
        <w:br/>
        <w:t>v 0.314977 14.139739 -0.799830</w:t>
        <w:br/>
        <w:t>v 0.388009 14.138022 -0.811412</w:t>
        <w:br/>
        <w:t>v 0.398856 14.212761 -0.777012</w:t>
        <w:br/>
        <w:t>v 0.613489 14.262671 -0.783442</w:t>
        <w:br/>
        <w:t>v 0.528321 14.282494 -0.762180</w:t>
        <w:br/>
        <w:t>v 0.654416 14.318278 -0.762689</w:t>
        <w:br/>
        <w:t>v 0.446621 14.048127 -0.865039</w:t>
        <w:br/>
        <w:t>v 0.481463 13.978136 -0.905524</w:t>
        <w:br/>
        <w:t>v 0.725587 14.112916 -0.874136</w:t>
        <w:br/>
        <w:t>v 0.671328 14.171938 -0.836315</w:t>
        <w:br/>
        <w:t>v 0.751911 14.164701 -0.852018</w:t>
        <w:br/>
        <w:t>v 0.411842 13.991456 -0.888410</w:t>
        <w:br/>
        <w:t>v 0.766622 13.548778 -1.164212</w:t>
        <w:br/>
        <w:t>v 1.012715 13.682940 -1.133186</w:t>
        <w:br/>
        <w:t>v 0.496940 13.934306 -0.890782</w:t>
        <w:br/>
        <w:t>v 0.599335 13.786042 -0.980747</w:t>
        <w:br/>
        <w:t>v 0.485466 13.810275 -0.951588</w:t>
        <w:br/>
        <w:t>v 0.477058 13.824650 -0.943086</w:t>
        <w:br/>
        <w:t>v 0.879384 14.025982 -0.901706</w:t>
        <w:br/>
        <w:t>v 0.850517 13.923323 -0.949001</w:t>
        <w:br/>
        <w:t>v 0.753575 14.074998 -0.858248</w:t>
        <w:br/>
        <w:t>v 0.869277 14.039484 -0.893408</w:t>
        <w:br/>
        <w:t>v 0.491919 13.950211 -0.922249</w:t>
        <w:br/>
        <w:t>v 0.594203 13.801946 -1.012214</w:t>
        <w:br/>
        <w:t>v 0.845330 13.939229 -0.980468</w:t>
        <w:br/>
        <w:t>v 0.748462 14.090906 -0.889715</w:t>
        <w:br/>
        <w:t>v 0.480425 13.826181 -0.983055</w:t>
        <w:br/>
        <w:t>v 0.472021 13.840558 -0.974554</w:t>
        <w:br/>
        <w:t>v 0.874217 14.041894 -0.933173</w:t>
        <w:br/>
        <w:t>v 0.864115 14.055394 -0.924875</w:t>
        <w:br/>
        <w:t>v 0.753575 14.074998 -0.858248</w:t>
        <w:br/>
        <w:t>v 0.496940 13.934306 -0.890782</w:t>
        <w:br/>
        <w:t>v 0.491919 13.950211 -0.922249</w:t>
        <w:br/>
        <w:t>v 0.748462 14.090906 -0.889715</w:t>
        <w:br/>
        <w:t>v 0.845330 13.939229 -0.980468</w:t>
        <w:br/>
        <w:t>v 0.594203 13.801946 -1.012214</w:t>
        <w:br/>
        <w:t>v 0.599335 13.786042 -0.980747</w:t>
        <w:br/>
        <w:t>v 0.850517 13.923323 -0.949001</w:t>
        <w:br/>
        <w:t>v 0.477058 13.824650 -0.943086</w:t>
        <w:br/>
        <w:t>v 0.472021 13.840558 -0.974554</w:t>
        <w:br/>
        <w:t>v 0.485466 13.810275 -0.951588</w:t>
        <w:br/>
        <w:t>v 0.480425 13.826181 -0.983055</w:t>
        <w:br/>
        <w:t>v 0.850517 13.923323 -0.949001</w:t>
        <w:br/>
        <w:t>v 0.879384 14.025982 -0.901706</w:t>
        <w:br/>
        <w:t>v 0.874217 14.041894 -0.933173</w:t>
        <w:br/>
        <w:t>v 0.845330 13.939229 -0.980468</w:t>
        <w:br/>
        <w:t>v 0.869277 14.039484 -0.893408</w:t>
        <w:br/>
        <w:t>v 0.864115 14.055394 -0.924875</w:t>
        <w:br/>
        <w:t>v 0.780730 14.022574 -0.878417</w:t>
        <w:br/>
        <w:t>v 0.777531 13.958606 -0.910116</w:t>
        <w:br/>
        <w:t>v 0.716374 13.919454 -0.920698</w:t>
        <w:br/>
        <w:t>v 0.683498 14.004860 -0.872821</w:t>
        <w:br/>
        <w:t>v 0.747248 14.109994 -0.829447</w:t>
        <w:br/>
        <w:t>v 0.732111 14.111237 -0.826557</w:t>
        <w:br/>
        <w:t>v 0.825810 13.949347 -0.921972</w:t>
        <w:br/>
        <w:t>v 0.730195 13.889979 -0.937587</w:t>
        <w:br/>
        <w:t>v 0.865017 13.942896 -0.931063</w:t>
        <w:br/>
        <w:t>v 0.802328 13.837276 -0.974838</w:t>
        <w:br/>
        <w:t>v 0.934499 13.898603 -0.963702</w:t>
        <w:br/>
        <w:t>v 0.902932 13.826813 -0.995081</w:t>
        <w:br/>
        <w:t>v 0.978328 13.863413 -0.987906</w:t>
        <w:br/>
        <w:t>v 0.975116 13.841928 -0.998231</w:t>
        <w:br/>
        <w:t>v 0.543674 13.892769 -0.908434</w:t>
        <w:br/>
        <w:t>v 0.606536 13.962718 -0.882566</w:t>
        <w:br/>
        <w:t>v 0.674532 13.896568 -0.925990</w:t>
        <w:br/>
        <w:t>v 0.607640 13.865670 -0.931605</w:t>
        <w:br/>
        <w:t>v 0.474360 13.960277 -0.864068</w:t>
        <w:br/>
        <w:t>v 0.480266 13.973052 -0.858511</w:t>
        <w:br/>
        <w:t>v 0.594007 13.822591 -0.951284</w:t>
        <w:br/>
        <w:t>v 0.696891 13.871777 -0.941797</w:t>
        <w:br/>
        <w:t>v 0.581876 13.788082 -0.966863</w:t>
        <w:br/>
        <w:t>v 0.714802 13.789463 -0.985896</w:t>
        <w:br/>
        <w:t>v 0.677885 13.703916 -1.023498</w:t>
        <w:br/>
        <w:t>v 0.592519 13.711740 -1.006915</w:t>
        <w:br/>
        <w:t>v 0.629026 13.653008 -1.041917</w:t>
        <w:br/>
        <w:t>v 0.606401 13.660364 -1.034861</w:t>
        <w:br/>
        <w:t>v 0.772975 14.046594 -0.925926</w:t>
        <w:br/>
        <w:t>v 0.675784 14.028873 -0.920331</w:t>
        <w:br/>
        <w:t>v 0.708609 13.943474 -0.968207</w:t>
        <w:br/>
        <w:t>v 0.769750 13.982616 -0.957625</w:t>
        <w:br/>
        <w:t>v 0.739548 14.134007 -0.876956</w:t>
        <w:br/>
        <w:t>v 0.724417 14.135249 -0.874066</w:t>
        <w:br/>
        <w:t>v 0.817999 13.973361 -0.969482</w:t>
        <w:br/>
        <w:t>v 0.722407 13.914002 -0.985096</w:t>
        <w:br/>
        <w:t>v 0.857186 13.966923 -0.978572</w:t>
        <w:br/>
        <w:t>v 0.794479 13.861294 -1.022348</w:t>
        <w:br/>
        <w:t>v 0.895028 13.850832 -1.042590</w:t>
        <w:br/>
        <w:t>v 0.926613 13.922626 -1.011212</w:t>
        <w:br/>
        <w:t>v 0.967081 13.865939 -1.045740</w:t>
        <w:br/>
        <w:t>v 0.970302 13.887433 -1.035415</w:t>
        <w:br/>
        <w:t>v 0.536068 13.916784 -0.955944</w:t>
        <w:br/>
        <w:t>v 0.599919 13.889693 -0.979115</w:t>
        <w:br/>
        <w:t>v 0.666779 13.920590 -0.973499</w:t>
        <w:br/>
        <w:t>v 0.598848 13.986730 -0.930075</w:t>
        <w:br/>
        <w:t>v 0.466797 13.984295 -0.911577</w:t>
        <w:br/>
        <w:t>v 0.472704 13.997066 -0.906019</w:t>
        <w:br/>
        <w:t>v 0.586283 13.846608 -0.998794</w:t>
        <w:br/>
        <w:t>v 0.689119 13.895789 -0.989306</w:t>
        <w:br/>
        <w:t>v 0.574170 13.812107 -1.014372</w:t>
        <w:br/>
        <w:t>v 0.706987 13.813482 -1.033405</w:t>
        <w:br/>
        <w:t>v 0.584776 13.735748 -1.054425</w:t>
        <w:br/>
        <w:t>v 0.670064 13.727930 -1.071008</w:t>
        <w:br/>
        <w:t>v 0.598627 13.684372 -1.082370</w:t>
        <w:br/>
        <w:t>v 0.621215 13.677026 -1.089427</w:t>
        <w:br/>
        <w:t>v 0.777531 13.958606 -0.910116</w:t>
        <w:br/>
        <w:t>v 0.780730 14.022574 -0.878417</w:t>
        <w:br/>
        <w:t>v 0.772975 14.046594 -0.925926</w:t>
        <w:br/>
        <w:t>v 0.769750 13.982616 -0.957625</w:t>
        <w:br/>
        <w:t>v 0.683498 14.004860 -0.872821</w:t>
        <w:br/>
        <w:t>v 0.716374 13.919454 -0.920698</w:t>
        <w:br/>
        <w:t>v 0.708609 13.943474 -0.968207</w:t>
        <w:br/>
        <w:t>v 0.675784 14.028873 -0.920331</w:t>
        <w:br/>
        <w:t>v 0.747248 14.109994 -0.829447</w:t>
        <w:br/>
        <w:t>v 0.739548 14.134007 -0.876956</w:t>
        <w:br/>
        <w:t>v 0.747248 14.109994 -0.829447</w:t>
        <w:br/>
        <w:t>v 0.732111 14.111237 -0.826557</w:t>
        <w:br/>
        <w:t>v 0.724417 14.135249 -0.874066</w:t>
        <w:br/>
        <w:t>v 0.739548 14.134007 -0.876956</w:t>
        <w:br/>
        <w:t>v 0.732111 14.111237 -0.826557</w:t>
        <w:br/>
        <w:t>v 0.724417 14.135249 -0.874066</w:t>
        <w:br/>
        <w:t>v 0.825810 13.949347 -0.921972</w:t>
        <w:br/>
        <w:t>v 0.777531 13.958606 -0.910116</w:t>
        <w:br/>
        <w:t>v 0.769750 13.982616 -0.957625</w:t>
        <w:br/>
        <w:t>v 0.817999 13.973361 -0.969482</w:t>
        <w:br/>
        <w:t>v 0.802328 13.837276 -0.974838</w:t>
        <w:br/>
        <w:t>v 0.794479 13.861294 -1.022348</w:t>
        <w:br/>
        <w:t>v 0.722407 13.914002 -0.985096</w:t>
        <w:br/>
        <w:t>v 0.730195 13.889979 -0.937587</w:t>
        <w:br/>
        <w:t>v 0.865017 13.942896 -0.931063</w:t>
        <w:br/>
        <w:t>v 0.857186 13.966923 -0.978572</w:t>
        <w:br/>
        <w:t>v 0.934499 13.898603 -0.963702</w:t>
        <w:br/>
        <w:t>v 0.926613 13.922626 -1.011212</w:t>
        <w:br/>
        <w:t>v 0.902932 13.826813 -0.995081</w:t>
        <w:br/>
        <w:t>v 0.895028 13.850832 -1.042590</w:t>
        <w:br/>
        <w:t>v 0.975116 13.841928 -0.998231</w:t>
        <w:br/>
        <w:t>v 0.978328 13.863413 -0.987906</w:t>
        <w:br/>
        <w:t>v 0.970302 13.887433 -1.035415</w:t>
        <w:br/>
        <w:t>v 0.967081 13.865939 -1.045740</w:t>
        <w:br/>
        <w:t>v 0.975116 13.841928 -0.998231</w:t>
        <w:br/>
        <w:t>v 0.967081 13.865939 -1.045740</w:t>
        <w:br/>
        <w:t>v 0.674532 13.896568 -0.925990</w:t>
        <w:br/>
        <w:t>v 0.606536 13.962718 -0.882566</w:t>
        <w:br/>
        <w:t>v 0.598848 13.986730 -0.930075</w:t>
        <w:br/>
        <w:t>v 0.666779 13.920590 -0.973499</w:t>
        <w:br/>
        <w:t>v 0.607640 13.865670 -0.931605</w:t>
        <w:br/>
        <w:t>v 0.599919 13.889693 -0.979115</w:t>
        <w:br/>
        <w:t>v 0.536068 13.916784 -0.955944</w:t>
        <w:br/>
        <w:t>v 0.543674 13.892769 -0.908434</w:t>
        <w:br/>
        <w:t>v 0.480266 13.973052 -0.858511</w:t>
        <w:br/>
        <w:t>v 0.472704 13.997066 -0.906019</w:t>
        <w:br/>
        <w:t>v 0.480266 13.973052 -0.858511</w:t>
        <w:br/>
        <w:t>v 0.474360 13.960277 -0.864068</w:t>
        <w:br/>
        <w:t>v 0.466797 13.984295 -0.911577</w:t>
        <w:br/>
        <w:t>v 0.472704 13.997066 -0.906019</w:t>
        <w:br/>
        <w:t>v 0.466797 13.984295 -0.911577</w:t>
        <w:br/>
        <w:t>v 0.474360 13.960277 -0.864068</w:t>
        <w:br/>
        <w:t>v 0.607640 13.865670 -0.931605</w:t>
        <w:br/>
        <w:t>v 0.594007 13.822591 -0.951284</w:t>
        <w:br/>
        <w:t>v 0.586283 13.846608 -0.998794</w:t>
        <w:br/>
        <w:t>v 0.599919 13.889693 -0.979115</w:t>
        <w:br/>
        <w:t>v 0.581876 13.788082 -0.966863</w:t>
        <w:br/>
        <w:t>v 0.574170 13.812107 -1.014372</w:t>
        <w:br/>
        <w:t>v 0.714802 13.789463 -0.985896</w:t>
        <w:br/>
        <w:t>v 0.696891 13.871777 -0.941797</w:t>
        <w:br/>
        <w:t>v 0.689119 13.895789 -0.989306</w:t>
        <w:br/>
        <w:t>v 0.706987 13.813482 -1.033405</w:t>
        <w:br/>
        <w:t>v 0.677885 13.703916 -1.023498</w:t>
        <w:br/>
        <w:t>v 0.670064 13.727930 -1.071008</w:t>
        <w:br/>
        <w:t>v 0.592519 13.711740 -1.006915</w:t>
        <w:br/>
        <w:t>v 0.584776 13.735748 -1.054425</w:t>
        <w:br/>
        <w:t>v 0.621215 13.677026 -1.089427</w:t>
        <w:br/>
        <w:t>v 0.629026 13.653008 -1.041917</w:t>
        <w:br/>
        <w:t>v 0.606401 13.660364 -1.034861</w:t>
        <w:br/>
        <w:t>v 0.598627 13.684372 -1.082370</w:t>
        <w:br/>
        <w:t>v 0.629026 13.653008 -1.041917</w:t>
        <w:br/>
        <w:t>v 0.621215 13.677026 -1.089427</w:t>
        <w:br/>
        <w:t>v 0.730195 13.889979 -0.937587</w:t>
        <w:br/>
        <w:t>v 0.722407 13.914002 -0.985096</w:t>
        <w:br/>
        <w:t>v 0.689119 13.895789 -0.989306</w:t>
        <w:br/>
        <w:t>v 0.696891 13.871777 -0.941797</w:t>
        <w:br/>
        <w:t>v 0.716374 13.919454 -0.920698</w:t>
        <w:br/>
        <w:t>v 0.674532 13.896568 -0.925990</w:t>
        <w:br/>
        <w:t>v 0.666779 13.920590 -0.973499</w:t>
        <w:br/>
        <w:t>v 0.708609 13.943474 -0.968207</w:t>
        <w:br/>
        <w:t>v 1.077384 13.678588 -1.091442</w:t>
        <w:br/>
        <w:t>v 1.081605 13.691625 -1.085268</w:t>
        <w:br/>
        <w:t>v 1.072288 13.718963 -1.139343</w:t>
        <w:br/>
        <w:t>v 1.068292 13.705950 -1.145303</w:t>
        <w:br/>
        <w:t>v 0.975502 13.849535 -0.990390</w:t>
        <w:br/>
        <w:t>v 0.960564 13.852430 -0.986714</w:t>
        <w:br/>
        <w:t>v 0.951698 13.879775 -1.040575</w:t>
        <w:br/>
        <w:t>v 0.966285 13.876927 -1.044170</w:t>
        <w:br/>
        <w:t>v 0.617406 13.665088 -1.030035</w:t>
        <w:br/>
        <w:t>v 0.613204 13.651792 -1.036117</w:t>
        <w:br/>
        <w:t>v 0.604270 13.679186 -1.089897</w:t>
        <w:br/>
        <w:t>v 0.608362 13.692217 -1.083946</w:t>
        <w:br/>
        <w:t>v 0.733305 13.491260 -1.134764</w:t>
        <w:br/>
        <w:t>v 0.724109 13.518376 -1.188675</w:t>
        <w:br/>
        <w:t>v 0.709424 13.521214 -1.185071</w:t>
        <w:br/>
        <w:t>v 0.718294 13.494154 -1.131091</w:t>
        <w:br/>
        <w:t>v 1.010114 13.699836 -1.070715</w:t>
        <w:br/>
        <w:t>v 1.005927 13.686434 -1.076898</w:t>
        <w:br/>
        <w:t>v 0.996774 13.713717 -1.130776</w:t>
        <w:br/>
        <w:t>v 1.000940 13.727057 -1.124805</w:t>
        <w:br/>
        <w:t>v 0.941282 13.816196 -1.071098</w:t>
        <w:br/>
        <w:t>v 1.000940 13.727057 -1.124805</w:t>
        <w:br/>
        <w:t>v 1.072288 13.718963 -1.139343</w:t>
        <w:br/>
        <w:t>v 0.966285 13.876927 -1.044170</w:t>
        <w:br/>
        <w:t>v 1.068292 13.705950 -1.145303</w:t>
        <w:br/>
        <w:t>v 0.996774 13.713717 -1.130776</w:t>
        <w:br/>
        <w:t>v 0.750176 13.579184 -1.161885</w:t>
        <w:br/>
        <w:t>v 0.724109 13.518376 -1.188675</w:t>
        <w:br/>
        <w:t>v 0.950336 13.788816 -1.016949</w:t>
        <w:br/>
        <w:t>v 0.941282 13.816196 -1.071098</w:t>
        <w:br/>
        <w:t>v 0.926383 13.818975 -1.067357</w:t>
        <w:br/>
        <w:t>v 0.935312 13.791684 -1.013480</w:t>
        <w:br/>
        <w:t>v 0.608362 13.692217 -1.083946</w:t>
        <w:br/>
        <w:t>v 0.680011 13.684449 -1.098466</w:t>
        <w:br/>
        <w:t>v 0.926383 13.818975 -1.067357</w:t>
        <w:br/>
        <w:t>v 0.951698 13.879775 -1.040575</w:t>
        <w:br/>
        <w:t>v 0.684725 13.643785 -1.050658</w:t>
        <w:br/>
        <w:t>v 0.688923 13.657162 -1.044509</w:t>
        <w:br/>
        <w:t>v 0.680011 13.684449 -1.098466</w:t>
        <w:br/>
        <w:t>v 0.675732 13.671205 -1.104627</w:t>
        <w:br/>
        <w:t>v 0.735146 13.582058 -1.158334</w:t>
        <w:br/>
        <w:t>v 0.675732 13.671205 -1.104627</w:t>
        <w:br/>
        <w:t>v 0.604270 13.679186 -1.089897</w:t>
        <w:br/>
        <w:t>v 0.709424 13.521214 -1.185071</w:t>
        <w:br/>
        <w:t>v 0.759230 13.551983 -1.107990</w:t>
        <w:br/>
        <w:t>v 0.744165 13.554693 -1.104186</w:t>
        <w:br/>
        <w:t>v 0.735146 13.582058 -1.158334</w:t>
        <w:br/>
        <w:t>v 0.750176 13.579184 -1.161885</w:t>
        <w:br/>
        <w:t>v 0.759230 13.551983 -1.107990</w:t>
        <w:br/>
        <w:t>v 1.005927 13.686434 -1.076898</w:t>
        <w:br/>
        <w:t>v 1.077384 13.678588 -1.091442</w:t>
        <w:br/>
        <w:t>v 0.733305 13.491260 -1.134764</w:t>
        <w:br/>
        <w:t>v 0.950336 13.788816 -1.016949</w:t>
        <w:br/>
        <w:t>v 0.975502 13.849535 -0.990390</w:t>
        <w:br/>
        <w:t>v 1.081605 13.691625 -1.085268</w:t>
        <w:br/>
        <w:t>v 1.010114 13.699836 -1.070715</w:t>
        <w:br/>
        <w:t>v 0.935312 13.791684 -1.013480</w:t>
        <w:br/>
        <w:t>v 0.688923 13.657162 -1.044509</w:t>
        <w:br/>
        <w:t>v 0.617406 13.665088 -1.030035</w:t>
        <w:br/>
        <w:t>v 0.960564 13.852430 -0.986714</w:t>
        <w:br/>
        <w:t>v 0.744165 13.554693 -1.104186</w:t>
        <w:br/>
        <w:t>v 0.718294 13.494154 -1.131091</w:t>
        <w:br/>
        <w:t>v 0.613204 13.651792 -1.036117</w:t>
        <w:br/>
        <w:t>v 0.684725 13.643785 -1.050658</w:t>
        <w:br/>
        <w:t>v 0.617406 13.665088 -1.030035</w:t>
        <w:br/>
        <w:t>v 0.608362 13.692217 -1.083946</w:t>
        <w:br/>
        <w:t>v 1.005927 13.686434 -1.076898</w:t>
        <w:br/>
        <w:t>v 0.996774 13.713717 -1.130776</w:t>
        <w:br/>
        <w:t>v 2.216555 11.828589 -2.278204</w:t>
        <w:br/>
        <w:t>v 2.186621 11.823952 -2.303419</w:t>
        <w:br/>
        <w:t>v 2.225661 11.759669 -2.344146</w:t>
        <w:br/>
        <w:t>v 2.258976 11.766263 -2.318585</w:t>
        <w:br/>
        <w:t>v 2.269673 11.717005 -2.230950</w:t>
        <w:br/>
        <w:t>v 2.227332 11.779099 -2.190170</w:t>
        <w:br/>
        <w:t>v 2.248413 11.691846 -2.216143</w:t>
        <w:br/>
        <w:t>v 2.209316 11.755724 -2.174670</w:t>
        <w:br/>
        <w:t>v 1.993176 11.550266 -2.261177</w:t>
        <w:br/>
        <w:t>v 1.952987 11.614147 -2.219782</w:t>
        <w:br/>
        <w:t>v 1.967630 11.546137 -2.280760</w:t>
        <w:br/>
        <w:t>v 1.923175 11.607886 -2.240194</w:t>
        <w:br/>
        <w:t>v 1.903268 11.662424 -2.334552</w:t>
        <w:br/>
        <w:t>v 1.923175 11.607886 -2.240194</w:t>
        <w:br/>
        <w:t>v 1.967630 11.546137 -2.280760</w:t>
        <w:br/>
        <w:t>v 1.947713 11.600464 -2.374748</w:t>
        <w:br/>
        <w:t>v 1.927972 11.686227 -2.342883</w:t>
        <w:br/>
        <w:t>v 1.903268 11.662424 -2.334552</w:t>
        <w:br/>
        <w:t>v 1.947713 11.600464 -2.374748</w:t>
        <w:br/>
        <w:t>v 1.968030 11.621956 -2.383544</w:t>
        <w:br/>
        <w:t>v 2.178517 11.817664 -2.277711</w:t>
        <w:br/>
        <w:t>v 2.186621 11.823952 -2.303419</w:t>
        <w:br/>
        <w:t>v 2.216555 11.828589 -2.278204</w:t>
        <w:br/>
        <w:t>v 2.194767 11.822596 -2.266582</w:t>
        <w:br/>
        <w:t>v 2.228902 11.734717 -2.330533</w:t>
        <w:br/>
        <w:t>v 2.248548 11.741604 -2.319057</w:t>
        <w:br/>
        <w:t>v 2.258976 11.766263 -2.318585</w:t>
        <w:br/>
        <w:t>v 2.225661 11.759669 -2.344146</w:t>
        <w:br/>
        <w:t>v 2.255059 11.702674 -2.249600</w:t>
        <w:br/>
        <w:t>v 2.269673 11.717005 -2.230950</w:t>
        <w:br/>
        <w:t>v 2.201123 11.783433 -2.196725</w:t>
        <w:br/>
        <w:t>v 2.227332 11.779099 -2.190170</w:t>
        <w:br/>
        <w:t>v 2.243011 11.690192 -2.243666</w:t>
        <w:br/>
        <w:t>v 2.248413 11.691846 -2.216143</w:t>
        <w:br/>
        <w:t>v 2.209316 11.755724 -2.174670</w:t>
        <w:br/>
        <w:t>v 2.192455 11.772737 -2.190096</w:t>
        <w:br/>
        <w:t>v 1.950039 11.637675 -2.234662</w:t>
        <w:br/>
        <w:t>v 1.952987 11.614147 -2.219782</w:t>
        <w:br/>
        <w:t>v 2.001952 11.555136 -2.288147</w:t>
        <w:br/>
        <w:t>v 1.993176 11.550266 -2.261177</w:t>
        <w:br/>
        <w:t>v 1.989745 11.551281 -2.294199</w:t>
        <w:br/>
        <w:t>v 1.967630 11.546137 -2.280760</w:t>
        <w:br/>
        <w:t>v 1.923175 11.607886 -2.240194</w:t>
        <w:br/>
        <w:t>v 1.933573 11.631689 -2.241541</w:t>
        <w:br/>
        <w:t>v 1.903268 11.662424 -2.334552</w:t>
        <w:br/>
        <w:t>v 1.916416 11.675287 -2.315705</w:t>
        <w:br/>
        <w:t>v 1.933573 11.631689 -2.241541</w:t>
        <w:br/>
        <w:t>v 1.923175 11.607886 -2.240194</w:t>
        <w:br/>
        <w:t>v 1.989745 11.551281 -2.294199</w:t>
        <w:br/>
        <w:t>v 1.972381 11.594669 -2.367991</w:t>
        <w:br/>
        <w:t>v 1.947713 11.600464 -2.374748</w:t>
        <w:br/>
        <w:t>v 1.967630 11.546137 -2.280760</w:t>
        <w:br/>
        <w:t>v 1.931708 11.686275 -2.314330</w:t>
        <w:br/>
        <w:t>v 1.927972 11.686227 -2.342883</w:t>
        <w:br/>
        <w:t>v 1.983412 11.603353 -2.367079</w:t>
        <w:br/>
        <w:t>v 1.968030 11.621956 -2.383544</w:t>
        <w:br/>
        <w:t>v 0.193132 16.188175 1.580861</w:t>
        <w:br/>
        <w:t>v 0.207906 16.163465 1.574770</w:t>
        <w:br/>
        <w:t>v 0.207571 16.157579 1.597076</w:t>
        <w:br/>
        <w:t>v 0.192856 16.182396 1.603154</w:t>
        <w:br/>
        <w:t>v 0.195524 16.094780 1.580651</w:t>
        <w:br/>
        <w:t>v 0.195816 16.101215 1.558390</w:t>
        <w:br/>
        <w:t>v 0.163527 16.039719 1.543459</w:t>
        <w:br/>
        <w:t>v 0.163329 16.033438 1.565659</w:t>
        <w:br/>
        <w:t>v 0.133492 16.193880 1.579318</w:t>
        <w:br/>
        <w:t>v 0.133392 16.188236 1.601542</w:t>
        <w:br/>
        <w:t>v 0.051112 16.169687 1.568948</w:t>
        <w:br/>
        <w:t>v 0.051102 16.164968 1.590814</w:t>
        <w:br/>
        <w:t>v 0.022773 16.089224 1.569319</w:t>
        <w:br/>
        <w:t>v 0.022777 16.093466 1.547718</w:t>
        <w:br/>
        <w:t>v 0.130185 15.994749 1.554291</w:t>
        <w:br/>
        <w:t>v 0.130335 16.000450 1.532464</w:t>
        <w:br/>
        <w:t>v 0.107691 15.976002 1.526993</w:t>
        <w:br/>
        <w:t>v 0.107573 15.970446 1.548744</w:t>
        <w:br/>
        <w:t>v 0.025376 15.996075 1.548780</w:t>
        <w:br/>
        <w:t>v 0.025383 16.000200 1.527336</w:t>
        <w:br/>
        <w:t>v 0.097419 15.940113 1.542616</w:t>
        <w:br/>
        <w:t>v 0.097526 15.945568 1.520886</w:t>
        <w:br/>
        <w:t>v -0.022778 16.000267 1.527348</w:t>
        <w:br/>
        <w:t>v 0.025383 16.000200 1.527336</w:t>
        <w:br/>
        <w:t>v 0.025376 15.996075 1.548780</w:t>
        <w:br/>
        <w:t>v -0.022752 15.996166 1.548784</w:t>
        <w:br/>
        <w:t>v 0.115749 15.922428 1.517165</w:t>
        <w:br/>
        <w:t>v 0.131852 15.880877 1.508714</w:t>
        <w:br/>
        <w:t>v 0.131663 15.875433 1.530482</w:t>
        <w:br/>
        <w:t>v 0.115606 15.916977 1.538942</w:t>
        <w:br/>
        <w:t>v 0.128642 15.843388 1.498788</w:t>
        <w:br/>
        <w:t>v 0.128444 15.837732 1.520684</w:t>
        <w:br/>
        <w:t>v 0.106354 15.832354 1.494969</w:t>
        <w:br/>
        <w:t>v 0.106195 15.826702 1.516760</w:t>
        <w:br/>
        <w:t>v 0.079171 15.845818 1.498465</w:t>
        <w:br/>
        <w:t>v 0.029184 15.885960 1.508770</w:t>
        <w:br/>
        <w:t>v 0.029171 15.881498 1.530450</w:t>
        <w:br/>
        <w:t>v 0.079074 15.840508 1.519953</w:t>
        <w:br/>
        <w:t>v 0.023846 15.954519 1.519804</w:t>
        <w:br/>
        <w:t>v 0.023840 15.949999 1.541580</w:t>
        <w:br/>
        <w:t>v 0.023840 15.949999 1.541580</w:t>
        <w:br/>
        <w:t>v 0.023846 15.954519 1.519804</w:t>
        <w:br/>
        <w:t>v -0.021310 15.954567 1.519826</w:t>
        <w:br/>
        <w:t>v -0.021281 15.950066 1.541594</w:t>
        <w:br/>
        <w:t>v -0.130633 16.188709 1.601478</w:t>
        <w:br/>
        <w:t>v -0.130741 16.194338 1.579257</w:t>
        <w:br/>
        <w:t>v -0.048325 16.169905 1.568861</w:t>
        <w:br/>
        <w:t>v -0.048312 16.165201 1.590721</w:t>
        <w:br/>
        <w:t>v -0.190158 16.182774 1.603059</w:t>
        <w:br/>
        <w:t>v -0.190448 16.188543 1.580771</w:t>
        <w:br/>
        <w:t>v -0.205311 16.163832 1.574659</w:t>
        <w:br/>
        <w:t>v -0.204957 16.157957 1.596959</w:t>
        <w:br/>
        <w:t>v -0.193081 16.095310 1.580502</w:t>
        <w:br/>
        <w:t>v -0.193400 16.101727 1.558248</w:t>
        <w:br/>
        <w:t>v -0.160986 16.034132 1.565466</w:t>
        <w:br/>
        <w:t>v -0.161220 16.040396 1.543274</w:t>
        <w:br/>
        <w:t>v -0.127850 15.995378 1.554219</w:t>
        <w:br/>
        <w:t>v -0.128035 16.001057 1.532398</w:t>
        <w:br/>
        <w:t>v -0.020041 16.093599 1.547669</w:t>
        <w:br/>
        <w:t>v -0.020029 16.089373 1.569264</w:t>
        <w:br/>
        <w:t>v -0.022778 16.000267 1.527348</w:t>
        <w:br/>
        <w:t>v -0.022752 15.996166 1.548784</w:t>
        <w:br/>
        <w:t>v -0.105200 15.970854 1.548621</w:t>
        <w:br/>
        <w:t>v -0.105354 15.976406 1.526868</w:t>
        <w:br/>
        <w:t>v -0.095085 15.940479 1.542526</w:t>
        <w:br/>
        <w:t>v -0.095228 15.945917 1.520803</w:t>
        <w:br/>
        <w:t>v -0.126754 15.843977 1.498648</w:t>
        <w:br/>
        <w:t>v -0.129880 15.881401 1.508660</w:t>
        <w:br/>
        <w:t>v -0.129643 15.875977 1.530422</w:t>
        <w:br/>
        <w:t>v -0.126506 15.838406 1.520512</w:t>
        <w:br/>
        <w:t>v -0.104145 15.826881 1.516655</w:t>
        <w:br/>
        <w:t>v -0.104353 15.832525 1.494869</w:t>
        <w:br/>
        <w:t>v -0.076885 15.840525 1.520069</w:t>
        <w:br/>
        <w:t>v -0.077023 15.845818 1.498588</w:t>
        <w:br/>
        <w:t>v -0.026732 15.881495 1.530489</w:t>
        <w:br/>
        <w:t>v -0.026775 15.885937 1.508817</w:t>
        <w:br/>
        <w:t>v -0.113598 15.923031 1.517085</w:t>
        <w:br/>
        <w:t>v -0.113414 15.917599 1.538855</w:t>
        <w:br/>
        <w:t>v -0.021281 15.950066 1.541594</w:t>
        <w:br/>
        <w:t>v -0.021310 15.954567 1.519826</w:t>
        <w:br/>
        <w:t>v 0.193132 16.188175 1.580861</w:t>
        <w:br/>
        <w:t>v 0.133492 16.193880 1.579318</w:t>
        <w:br/>
        <w:t>v 0.195816 16.101215 1.558390</w:t>
        <w:br/>
        <w:t>v 0.207906 16.163465 1.574770</w:t>
        <w:br/>
        <w:t>v 0.163527 16.039719 1.543459</w:t>
        <w:br/>
        <w:t>v 0.051112 16.169687 1.568948</w:t>
        <w:br/>
        <w:t>v 0.022777 16.093466 1.547718</w:t>
        <w:br/>
        <w:t>v 0.130335 16.000450 1.532464</w:t>
        <w:br/>
        <w:t>v 0.107691 15.976002 1.526993</w:t>
        <w:br/>
        <w:t>v 0.025383 16.000200 1.527336</w:t>
        <w:br/>
        <w:t>v 0.131852 15.880877 1.508714</w:t>
        <w:br/>
        <w:t>v 0.079171 15.845818 1.498465</w:t>
        <w:br/>
        <w:t>v 0.106354 15.832354 1.494969</w:t>
        <w:br/>
        <w:t>v 0.128642 15.843388 1.498788</w:t>
        <w:br/>
        <w:t>v 0.115749 15.922428 1.517165</w:t>
        <w:br/>
        <w:t>v 0.029184 15.885960 1.508770</w:t>
        <w:br/>
        <w:t>v 0.097526 15.945568 1.520886</w:t>
        <w:br/>
        <w:t>v 0.023846 15.954519 1.519804</w:t>
        <w:br/>
        <w:t>v -0.190448 16.188543 1.580771</w:t>
        <w:br/>
        <w:t>v -0.205311 16.163832 1.574659</w:t>
        <w:br/>
        <w:t>v -0.193400 16.101727 1.558248</w:t>
        <w:br/>
        <w:t>v -0.130741 16.194338 1.579257</w:t>
        <w:br/>
        <w:t>v -0.161220 16.040396 1.543274</w:t>
        <w:br/>
        <w:t>v -0.048325 16.169905 1.568861</w:t>
        <w:br/>
        <w:t>v -0.128035 16.001057 1.532398</w:t>
        <w:br/>
        <w:t>v -0.020041 16.093599 1.547669</w:t>
        <w:br/>
        <w:t>v -0.105354 15.976406 1.526868</w:t>
        <w:br/>
        <w:t>v -0.022778 16.000267 1.527348</w:t>
        <w:br/>
        <w:t>v -0.104353 15.832525 1.494869</w:t>
        <w:br/>
        <w:t>v -0.077023 15.845818 1.498588</w:t>
        <w:br/>
        <w:t>v -0.129880 15.881401 1.508660</w:t>
        <w:br/>
        <w:t>v -0.126754 15.843977 1.498648</w:t>
        <w:br/>
        <w:t>v -0.026775 15.885937 1.508817</w:t>
        <w:br/>
        <w:t>v -0.113598 15.923031 1.517085</w:t>
        <w:br/>
        <w:t>v -0.021310 15.954567 1.519826</w:t>
        <w:br/>
        <w:t>v -0.095228 15.945917 1.520803</w:t>
        <w:br/>
        <w:t>v 0.195524 16.094780 1.580651</w:t>
        <w:br/>
        <w:t>v 0.133392 16.188236 1.601542</w:t>
        <w:br/>
        <w:t>v 0.192856 16.182396 1.603154</w:t>
        <w:br/>
        <w:t>v 0.207571 16.157579 1.597076</w:t>
        <w:br/>
        <w:t>v 0.163329 16.033438 1.565659</w:t>
        <w:br/>
        <w:t>v 0.051102 16.164968 1.590814</w:t>
        <w:br/>
        <w:t>v 0.130185 15.994749 1.554291</w:t>
        <w:br/>
        <w:t>v 0.022773 16.089224 1.569319</w:t>
        <w:br/>
        <w:t>v 0.107573 15.970446 1.548744</w:t>
        <w:br/>
        <w:t>v 0.025376 15.996075 1.548780</w:t>
        <w:br/>
        <w:t>v 0.131663 15.875433 1.530482</w:t>
        <w:br/>
        <w:t>v 0.128444 15.837732 1.520684</w:t>
        <w:br/>
        <w:t>v 0.106195 15.826702 1.516760</w:t>
        <w:br/>
        <w:t>v 0.079074 15.840508 1.519953</w:t>
        <w:br/>
        <w:t>v 0.029171 15.881498 1.530450</w:t>
        <w:br/>
        <w:t>v 0.115606 15.916977 1.538942</w:t>
        <w:br/>
        <w:t>v 0.023840 15.949999 1.541580</w:t>
        <w:br/>
        <w:t>v 0.097419 15.940113 1.542616</w:t>
        <w:br/>
        <w:t>v -0.190158 16.182774 1.603059</w:t>
        <w:br/>
        <w:t>v -0.130633 16.188709 1.601478</w:t>
        <w:br/>
        <w:t>v -0.193081 16.095310 1.580502</w:t>
        <w:br/>
        <w:t>v -0.204957 16.157957 1.596959</w:t>
        <w:br/>
        <w:t>v -0.048312 16.165201 1.590721</w:t>
        <w:br/>
        <w:t>v -0.160986 16.034132 1.565466</w:t>
        <w:br/>
        <w:t>v -0.020029 16.089373 1.569264</w:t>
        <w:br/>
        <w:t>v -0.127850 15.995378 1.554219</w:t>
        <w:br/>
        <w:t>v -0.105200 15.970854 1.548621</w:t>
        <w:br/>
        <w:t>v -0.022752 15.996166 1.548784</w:t>
        <w:br/>
        <w:t>v -0.104145 15.826881 1.516655</w:t>
        <w:br/>
        <w:t>v -0.126506 15.838406 1.520512</w:t>
        <w:br/>
        <w:t>v -0.129643 15.875977 1.530422</w:t>
        <w:br/>
        <w:t>v -0.076885 15.840525 1.520069</w:t>
        <w:br/>
        <w:t>v -0.113414 15.917599 1.538855</w:t>
        <w:br/>
        <w:t>v -0.026732 15.881495 1.530489</w:t>
        <w:br/>
        <w:t>v -0.095085 15.940479 1.542526</w:t>
        <w:br/>
        <w:t>v -0.021281 15.950066 1.541594</w:t>
        <w:br/>
        <w:t>v 0.100926 16.020494 1.609167</w:t>
        <w:br/>
        <w:t>v 0.110667 15.990791 1.610462</w:t>
        <w:br/>
        <w:t>v 0.087532 16.010803 1.606299</w:t>
        <w:br/>
        <w:t>v 0.133846 15.971823 1.601679</w:t>
        <w:br/>
        <w:t>v 0.120443 15.963184 1.599297</w:t>
        <w:br/>
        <w:t>v 0.068574 15.998957 1.576410</w:t>
        <w:br/>
        <w:t>v 0.084098 16.002056 1.550689</w:t>
        <w:br/>
        <w:t>v 0.087663 16.021038 1.554131</w:t>
        <w:br/>
        <w:t>v 0.075513 16.026310 1.575789</w:t>
        <w:br/>
        <w:t>v 0.146211 15.966436 1.574519</w:t>
        <w:br/>
        <w:t>v 0.153140 15.990175 1.580627</w:t>
        <w:br/>
        <w:t>v 0.137708 16.000652 1.553437</w:t>
        <w:br/>
        <w:t>v 0.134163 15.982416 1.549773</w:t>
        <w:br/>
        <w:t>v 0.083970 15.991894 1.602671</w:t>
        <w:br/>
        <w:t>v 0.119329 16.016258 1.610333</w:t>
        <w:br/>
        <w:t>v 0.089299 15.976404 1.600073</w:t>
        <w:br/>
        <w:t>v 0.132018 16.004869 1.609037</w:t>
        <w:br/>
        <w:t>v 0.102001 15.966461 1.598806</w:t>
        <w:br/>
        <w:t>v 0.137387 15.989176 1.606035</w:t>
        <w:br/>
        <w:t>v 0.121995 16.037125 1.587847</w:t>
        <w:br/>
        <w:t>v 0.119562 16.027941 1.557665</w:t>
        <w:br/>
        <w:t>v 0.132305 16.016441 1.556395</w:t>
        <w:br/>
        <w:t>v 0.143851 16.017311 1.585621</w:t>
        <w:br/>
        <w:t>v 0.099523 15.955770 1.570186</w:t>
        <w:br/>
        <w:t>v 0.102202 15.976852 1.547188</w:t>
        <w:br/>
        <w:t>v 0.089452 15.986818 1.548459</w:t>
        <w:br/>
        <w:t>v 0.077708 15.972673 1.572356</w:t>
        <w:br/>
        <w:t>v 0.068574 15.998957 1.576410</w:t>
        <w:br/>
        <w:t>v 0.075494 16.024267 1.587016</w:t>
        <w:br/>
        <w:t>v 0.077708 15.972673 1.572356</w:t>
        <w:br/>
        <w:t>v 0.125710 15.953140 1.571130</w:t>
        <w:br/>
        <w:t>v 0.146211 15.966436 1.574519</w:t>
        <w:br/>
        <w:t>v 0.153140 15.990175 1.580627</w:t>
        <w:br/>
        <w:t>v 0.143851 16.017311 1.585621</w:t>
        <w:br/>
        <w:t>v 0.101097 16.031681 1.556850</w:t>
        <w:br/>
        <w:t>v 0.110935 16.003988 1.545907</w:t>
        <w:br/>
        <w:t>v 0.120711 15.973537 1.547614</w:t>
        <w:br/>
        <w:t>v 0.095914 16.042271 1.580233</w:t>
        <w:br/>
        <w:t>v 0.095882 16.039757 1.591406</w:t>
        <w:br/>
        <w:t>v -0.048297 16.042635 1.578531</w:t>
        <w:br/>
        <w:t>v -0.026220 16.056904 1.581007</w:t>
        <w:br/>
        <w:t>v -0.033205 16.079103 1.586420</w:t>
        <w:br/>
        <w:t>v -0.061879 16.062944 1.583721</w:t>
        <w:br/>
        <w:t>v 0.008725 16.060867 1.581387</w:t>
        <w:br/>
        <w:t>v 0.012372 16.082592 1.586621</w:t>
        <w:br/>
        <w:t>v -0.059740 16.022934 1.574483</w:t>
        <w:br/>
        <w:t>v -0.085575 16.027269 1.576970</w:t>
        <w:br/>
        <w:t>v -0.110073 16.013269 1.575924</w:t>
        <w:br/>
        <w:t>v -0.042349 16.003225 1.569864</w:t>
        <w:br/>
        <w:t>v -0.123731 15.986654 1.571756</w:t>
        <w:br/>
        <w:t>v -0.039928 15.975922 1.565044</w:t>
        <w:br/>
        <w:t>v -0.053388 15.951748 1.561747</w:t>
        <w:br/>
        <w:t>v -0.121348 15.959829 1.566753</w:t>
        <w:br/>
        <w:t>v -0.103746 15.942507 1.562435</w:t>
        <w:br/>
        <w:t>v -0.077717 15.939198 1.560764</w:t>
        <w:br/>
        <w:t>v 0.064336 16.066162 1.584620</w:t>
        <w:br/>
        <w:t>v 0.050743 16.045792 1.579402</w:t>
        <w:br/>
        <w:t>v 0.075513 16.026310 1.575789</w:t>
        <w:br/>
        <w:t>v 0.095914 16.042271 1.580233</w:t>
        <w:br/>
        <w:t>v 0.125710 15.953140 1.571130</w:t>
        <w:br/>
        <w:t>v 0.012373 16.080963 1.596887</w:t>
        <w:br/>
        <w:t>v 0.008726 16.059256 1.591628</w:t>
        <w:br/>
        <w:t>v -0.026213 16.055296 1.591251</w:t>
        <w:br/>
        <w:t>v -0.033199 16.077471 1.596689</w:t>
        <w:br/>
        <w:t>v -0.048283 16.041023 1.588770</w:t>
        <w:br/>
        <w:t>v -0.061861 16.061314 1.593988</w:t>
        <w:br/>
        <w:t>v -0.059717 16.021118 1.584887</w:t>
        <w:br/>
        <w:t>v -0.085537 16.025345 1.587439</w:t>
        <w:br/>
        <w:t>v -0.042332 16.001362 1.580294</w:t>
        <w:br/>
        <w:t>v -0.110014 16.011150 1.586217</w:t>
        <w:br/>
        <w:t>v -0.039911 15.974091 1.575443</w:t>
        <w:br/>
        <w:t>v -0.123657 15.984585 1.582032</w:t>
        <w:br/>
        <w:t>v -0.053361 15.949936 1.572123</w:t>
        <w:br/>
        <w:t>v -0.077673 15.937195 1.570969</w:t>
        <w:br/>
        <w:t>v -0.103680 15.940483 1.572658</w:t>
        <w:br/>
        <w:t>v -0.121271 15.957794 1.577004</w:t>
        <w:br/>
        <w:t>v 0.064326 16.064524 1.594893</w:t>
        <w:br/>
        <w:t>v 0.050737 16.044172 1.589646</w:t>
        <w:br/>
        <w:t>v 0.095882 16.039757 1.591406</w:t>
        <w:br/>
        <w:t>v 0.075494 16.024267 1.587016</w:t>
        <w:br/>
        <w:t>v 0.121995 16.037125 1.587847</w:t>
        <w:br/>
        <w:t>v 0.099523 15.955770 1.570186</w:t>
        <w:br/>
        <w:t>v 0.077708 15.972673 1.572356</w:t>
        <w:br/>
        <w:t>v 0.012372 16.082592 1.586621</w:t>
        <w:br/>
        <w:t>v 0.012373 16.080963 1.596887</w:t>
        <w:br/>
        <w:t>v -0.033199 16.077471 1.596689</w:t>
        <w:br/>
        <w:t>v -0.033205 16.079103 1.586420</w:t>
        <w:br/>
        <w:t>v 0.008725 16.060867 1.581387</w:t>
        <w:br/>
        <w:t>v -0.026220 16.056904 1.581007</w:t>
        <w:br/>
        <w:t>v -0.026213 16.055296 1.591251</w:t>
        <w:br/>
        <w:t>v 0.008726 16.059256 1.591628</w:t>
        <w:br/>
        <w:t>v -0.061861 16.061314 1.593988</w:t>
        <w:br/>
        <w:t>v -0.061879 16.062944 1.583721</w:t>
        <w:br/>
        <w:t>v -0.048297 16.042635 1.578531</w:t>
        <w:br/>
        <w:t>v -0.048283 16.041023 1.588770</w:t>
        <w:br/>
        <w:t>v -0.085537 16.025345 1.587439</w:t>
        <w:br/>
        <w:t>v -0.085575 16.027269 1.576970</w:t>
        <w:br/>
        <w:t>v -0.059740 16.022934 1.574483</w:t>
        <w:br/>
        <w:t>v -0.059717 16.021118 1.584887</w:t>
        <w:br/>
        <w:t>v -0.110014 16.011150 1.586217</w:t>
        <w:br/>
        <w:t>v -0.110073 16.013269 1.575924</w:t>
        <w:br/>
        <w:t>v -0.059717 16.021118 1.584887</w:t>
        <w:br/>
        <w:t>v -0.059740 16.022934 1.574483</w:t>
        <w:br/>
        <w:t>v -0.042349 16.003225 1.569864</w:t>
        <w:br/>
        <w:t>v -0.042332 16.001362 1.580294</w:t>
        <w:br/>
        <w:t>v -0.053388 15.951748 1.561747</w:t>
        <w:br/>
        <w:t>v -0.077717 15.939198 1.560764</w:t>
        <w:br/>
        <w:t>v -0.077673 15.937195 1.570969</w:t>
        <w:br/>
        <w:t>v -0.053361 15.949936 1.572123</w:t>
        <w:br/>
        <w:t>v -0.121271 15.957794 1.577004</w:t>
        <w:br/>
        <w:t>v -0.103680 15.940483 1.572658</w:t>
        <w:br/>
        <w:t>v -0.103746 15.942507 1.562435</w:t>
        <w:br/>
        <w:t>v -0.121348 15.959829 1.566753</w:t>
        <w:br/>
        <w:t>v -0.123657 15.984585 1.582032</w:t>
        <w:br/>
        <w:t>v -0.123731 15.986654 1.571756</w:t>
        <w:br/>
        <w:t>v -0.039911 15.974091 1.575443</w:t>
        <w:br/>
        <w:t>v -0.039928 15.975922 1.565044</w:t>
        <w:br/>
        <w:t>v 0.050737 16.044172 1.589646</w:t>
        <w:br/>
        <w:t>v 0.050743 16.045792 1.579402</w:t>
        <w:br/>
        <w:t>v 0.064326 16.064524 1.594893</w:t>
        <w:br/>
        <w:t>v 0.064336 16.066162 1.584620</w:t>
        <w:br/>
        <w:t>v 0.075494 16.024267 1.587016</w:t>
        <w:br/>
        <w:t>v 0.075513 16.026310 1.575789</w:t>
        <w:br/>
        <w:t>v 0.095882 16.039757 1.591406</w:t>
        <w:br/>
        <w:t>v 0.095914 16.042271 1.580233</w:t>
        <w:br/>
        <w:t>v -0.040617 15.711481 1.481990</w:t>
        <w:br/>
        <w:t>v 0.039366 15.711498 1.481954</w:t>
        <w:br/>
        <w:t>v 0.009317 15.821590 1.493272</w:t>
        <w:br/>
        <w:t>v -0.010336 15.821596 1.493262</w:t>
        <w:br/>
        <w:t>v 0.007617 15.673697 1.472305</w:t>
        <w:br/>
        <w:t>v -0.008717 15.673651 1.472350</w:t>
        <w:br/>
        <w:t>v 0.034785 15.710110 1.490278</w:t>
        <w:br/>
        <w:t>v 0.006086 15.816774 1.501729</w:t>
        <w:br/>
        <w:t>v 0.009317 15.821590 1.493272</w:t>
        <w:br/>
        <w:t>v 0.039366 15.711498 1.481954</w:t>
        <w:br/>
        <w:t>v -0.007081 15.816776 1.501721</w:t>
        <w:br/>
        <w:t>v -0.010336 15.821596 1.493262</w:t>
        <w:br/>
        <w:t>v 0.009317 15.821590 1.493272</w:t>
        <w:br/>
        <w:t>v 0.006086 15.816774 1.501729</w:t>
        <w:br/>
        <w:t>v -0.035993 15.710089 1.490316</w:t>
        <w:br/>
        <w:t>v -0.040617 15.711481 1.481990</w:t>
        <w:br/>
        <w:t>v -0.010336 15.821596 1.493262</w:t>
        <w:br/>
        <w:t>v -0.007081 15.816776 1.501721</w:t>
        <w:br/>
        <w:t>v -0.006568 15.675859 1.481531</w:t>
        <w:br/>
        <w:t>v -0.008717 15.673651 1.472350</w:t>
        <w:br/>
        <w:t>v 0.007617 15.673697 1.472305</w:t>
        <w:br/>
        <w:t>v 0.005494 15.675907 1.481484</w:t>
        <w:br/>
        <w:t>v -0.006568 15.675859 1.481531</w:t>
        <w:br/>
        <w:t>v -0.008717 15.673651 1.472350</w:t>
        <w:br/>
        <w:t>v 0.006086 15.816774 1.501729</w:t>
        <w:br/>
        <w:t>v 0.034785 15.710110 1.490278</w:t>
        <w:br/>
        <w:t>v -0.035993 15.710089 1.490316</w:t>
        <w:br/>
        <w:t>v -0.007081 15.816776 1.501721</w:t>
        <w:br/>
        <w:t>v 0.005494 15.675907 1.481484</w:t>
        <w:br/>
        <w:t>v -0.006568 15.675859 1.481531</w:t>
        <w:br/>
        <w:t>v 0.419623 16.870007 1.525355</w:t>
        <w:br/>
        <w:t>v 0.344366 16.708334 1.554057</w:t>
        <w:br/>
        <w:t>v 0.355591 16.705145 1.574651</w:t>
        <w:br/>
        <w:t>v 0.433876 16.866667 1.545680</w:t>
        <w:br/>
        <w:t>v 0.391109 16.885742 1.553674</w:t>
        <w:br/>
        <w:t>v 0.316207 16.732416 1.575236</w:t>
        <w:br/>
        <w:t>v 0.247169 16.754429 1.536582</w:t>
        <w:br/>
        <w:t>v 0.302297 16.902433 1.511018</w:t>
        <w:br/>
        <w:t>v 0.072184 16.878424 1.402007</w:t>
        <w:br/>
        <w:t>v 0.175406 16.892366 1.441035</w:t>
        <w:br/>
        <w:t>v 0.151205 16.787975 1.468307</w:t>
        <w:br/>
        <w:t>v 0.069168 16.821608 1.419854</w:t>
        <w:br/>
        <w:t>v 0.000000 16.826271 1.409702</w:t>
        <w:br/>
        <w:t>v 0.000000 16.862972 1.397922</w:t>
        <w:br/>
        <w:t>v 0.425308 16.870964 1.557898</w:t>
        <w:br/>
        <w:t>v 0.348639 16.712156 1.585490</w:t>
        <w:br/>
        <w:t>v 0.355591 16.705145 1.574651</w:t>
        <w:br/>
        <w:t>v 0.348639 16.712156 1.585490</w:t>
        <w:br/>
        <w:t>v 0.425308 16.870964 1.557898</w:t>
        <w:br/>
        <w:t>v 0.433876 16.866667 1.545680</w:t>
        <w:br/>
        <w:t>v 0.093894 16.879002 1.385697</w:t>
        <w:br/>
        <w:t>v 0.085511 16.801760 1.406706</w:t>
        <w:br/>
        <w:t>v 0.175686 16.767801 1.445684</w:t>
        <w:br/>
        <w:t>v 0.202188 16.884426 1.422397</w:t>
        <w:br/>
        <w:t>v 0.000000 16.823092 1.394446</w:t>
        <w:br/>
        <w:t>v 0.000000 16.860134 1.382389</w:t>
        <w:br/>
        <w:t>v 0.338769 16.885132 1.478532</w:t>
        <w:br/>
        <w:t>v 0.279531 16.726046 1.505859</w:t>
        <w:br/>
        <w:t>v 0.433876 16.866667 1.545680</w:t>
        <w:br/>
        <w:t>v 0.425308 16.870964 1.557898</w:t>
        <w:br/>
        <w:t>v 0.391109 16.885742 1.553674</w:t>
        <w:br/>
        <w:t>v 0.419623 16.870007 1.525355</w:t>
        <w:br/>
        <w:t>v 0.302297 16.902433 1.511018</w:t>
        <w:br/>
        <w:t>v 0.338769 16.885132 1.478532</w:t>
        <w:br/>
        <w:t>v 0.202188 16.884426 1.422397</w:t>
        <w:br/>
        <w:t>v 0.175406 16.892366 1.441035</w:t>
        <w:br/>
        <w:t>v 0.072184 16.878424 1.402007</w:t>
        <w:br/>
        <w:t>v 0.093894 16.879002 1.385697</w:t>
        <w:br/>
        <w:t>v 0.000000 16.826271 1.409702</w:t>
        <w:br/>
        <w:t>v 0.069168 16.821608 1.419854</w:t>
        <w:br/>
        <w:t>v 0.085511 16.801760 1.406706</w:t>
        <w:br/>
        <w:t>v 0.000000 16.823092 1.394446</w:t>
        <w:br/>
        <w:t>v 0.000000 16.862972 1.397922</w:t>
        <w:br/>
        <w:t>v 0.000000 16.860134 1.382389</w:t>
        <w:br/>
        <w:t>v 0.316207 16.732416 1.575236</w:t>
        <w:br/>
        <w:t>v 0.348639 16.712156 1.585490</w:t>
        <w:br/>
        <w:t>v 0.355591 16.705145 1.574651</w:t>
        <w:br/>
        <w:t>v 0.344366 16.708334 1.554057</w:t>
        <w:br/>
        <w:t>v 0.151205 16.787975 1.468307</w:t>
        <w:br/>
        <w:t>v 0.175686 16.767801 1.445684</w:t>
        <w:br/>
        <w:t>v 0.247169 16.754429 1.536582</w:t>
        <w:br/>
        <w:t>v 0.279531 16.726046 1.505859</w:t>
        <w:br/>
        <w:t>v -0.355605 16.705147 1.574646</w:t>
        <w:br/>
        <w:t>v -0.344380 16.708326 1.554053</w:t>
        <w:br/>
        <w:t>v -0.419639 16.870012 1.525351</w:t>
        <w:br/>
        <w:t>v -0.433892 16.866673 1.545675</w:t>
        <w:br/>
        <w:t>v -0.247178 16.754425 1.536579</w:t>
        <w:br/>
        <w:t>v -0.316219 16.732409 1.575233</w:t>
        <w:br/>
        <w:t>v -0.391123 16.885740 1.553670</w:t>
        <w:br/>
        <w:t>v -0.302310 16.902435 1.511016</w:t>
        <w:br/>
        <w:t>v -0.072185 16.878416 1.402011</w:t>
        <w:br/>
        <w:t>v -0.069169 16.821596 1.419858</w:t>
        <w:br/>
        <w:t>v -0.151210 16.787966 1.468310</w:t>
        <w:br/>
        <w:t>v -0.175412 16.892363 1.441037</w:t>
        <w:br/>
        <w:t>v -0.348652 16.712151 1.585486</w:t>
        <w:br/>
        <w:t>v -0.425324 16.870970 1.557894</w:t>
        <w:br/>
        <w:t>v -0.425324 16.870970 1.557894</w:t>
        <w:br/>
        <w:t>v -0.348652 16.712151 1.585486</w:t>
        <w:br/>
        <w:t>v -0.355605 16.705147 1.574646</w:t>
        <w:br/>
        <w:t>v -0.433892 16.866673 1.545675</w:t>
        <w:br/>
        <w:t>v -0.175693 16.767790 1.445686</w:t>
        <w:br/>
        <w:t>v -0.085513 16.801752 1.406709</w:t>
        <w:br/>
        <w:t>v -0.093896 16.878990 1.385700</w:t>
        <w:br/>
        <w:t>v -0.202196 16.884422 1.422398</w:t>
        <w:br/>
        <w:t>v -0.279542 16.726042 1.505855</w:t>
        <w:br/>
        <w:t>v -0.338783 16.885138 1.478528</w:t>
        <w:br/>
        <w:t>v -0.391123 16.885740 1.553670</w:t>
        <w:br/>
        <w:t>v -0.425324 16.870970 1.557894</w:t>
        <w:br/>
        <w:t>v -0.433892 16.866673 1.545675</w:t>
        <w:br/>
        <w:t>v -0.419639 16.870012 1.525351</w:t>
        <w:br/>
        <w:t>v -0.302310 16.902435 1.511016</w:t>
        <w:br/>
        <w:t>v -0.338783 16.885138 1.478528</w:t>
        <w:br/>
        <w:t>v -0.072185 16.878416 1.402011</w:t>
        <w:br/>
        <w:t>v -0.175412 16.892363 1.441037</w:t>
        <w:br/>
        <w:t>v -0.202196 16.884422 1.422398</w:t>
        <w:br/>
        <w:t>v -0.093896 16.878990 1.385700</w:t>
        <w:br/>
        <w:t>v -0.085513 16.801752 1.406709</w:t>
        <w:br/>
        <w:t>v -0.069169 16.821596 1.419858</w:t>
        <w:br/>
        <w:t>v -0.355605 16.705147 1.574646</w:t>
        <w:br/>
        <w:t>v -0.348652 16.712151 1.585486</w:t>
        <w:br/>
        <w:t>v -0.316219 16.732409 1.575233</w:t>
        <w:br/>
        <w:t>v -0.344380 16.708326 1.554053</w:t>
        <w:br/>
        <w:t>v -0.175693 16.767790 1.445686</w:t>
        <w:br/>
        <w:t>v -0.151210 16.787966 1.468310</w:t>
        <w:br/>
        <w:t>v -0.247178 16.754425 1.536579</w:t>
        <w:br/>
        <w:t>v -0.279542 16.726042 1.505855</w:t>
        <w:br/>
        <w:t>v 0.952059 18.041172 -0.033929</w:t>
        <w:br/>
        <w:t>v 0.693287 18.089771 -0.001072</w:t>
        <w:br/>
        <w:t>v 0.679427 18.120327 -0.133329</w:t>
        <w:br/>
        <w:t>v 0.933890 18.063633 -0.162251</w:t>
        <w:br/>
        <w:t>v 0.556417 17.974613 -0.549968</w:t>
        <w:br/>
        <w:t>v 0.831199 17.885513 -0.584369</w:t>
        <w:br/>
        <w:t>v 0.829423 17.919682 -0.597933</w:t>
        <w:br/>
        <w:t>v 0.577465 18.000877 -0.566346</w:t>
        <w:br/>
        <w:t>v 0.831199 17.885513 -0.584369</w:t>
        <w:br/>
        <w:t>v 0.887437 17.990330 -0.444355</w:t>
        <w:br/>
        <w:t>v 0.878569 18.019802 -0.455267</w:t>
        <w:br/>
        <w:t>v 0.829423 17.919682 -0.597933</w:t>
        <w:br/>
        <w:t>v 1.009624 17.449568 0.366393</w:t>
        <w:br/>
        <w:t>v 1.012875 17.470514 0.409777</w:t>
        <w:br/>
        <w:t>v 1.002776 17.568134 0.389575</w:t>
        <w:br/>
        <w:t>v 1.004182 17.548592 0.354317</w:t>
        <w:br/>
        <w:t>v 0.979505 17.915176 0.200230</w:t>
        <w:br/>
        <w:t>v 0.967729 17.986544 0.092550</w:t>
        <w:br/>
        <w:t>v 0.977759 17.958172 0.072734</w:t>
        <w:br/>
        <w:t>v 0.989746 17.890684 0.180071</w:t>
        <w:br/>
        <w:t>v 0.988270 17.809498 0.297991</w:t>
        <w:br/>
        <w:t>v 0.997387 17.788425 0.274449</w:t>
        <w:br/>
        <w:t>v 1.001570 17.650362 0.334055</w:t>
        <w:br/>
        <w:t>v 0.996180 17.668674 0.362963</w:t>
        <w:br/>
        <w:t>v 0.801898 17.422802 0.562999</w:t>
        <w:br/>
        <w:t>v 1.012875 17.470514 0.409777</w:t>
        <w:br/>
        <w:t>v 1.009624 17.449568 0.366393</w:t>
        <w:br/>
        <w:t>v 0.778795 17.397629 0.533417</w:t>
        <w:br/>
        <w:t>v 0.988270 17.809498 0.297991</w:t>
        <w:br/>
        <w:t>v 0.996180 17.668674 0.362963</w:t>
        <w:br/>
        <w:t>v 0.747626 17.633598 0.462971</w:t>
        <w:br/>
        <w:t>v 0.724509 17.788433 0.366745</w:t>
        <w:br/>
        <w:t>v 0.801898 17.422802 0.562999</w:t>
        <w:br/>
        <w:t>v 0.770745 17.526556 0.515749</w:t>
        <w:br/>
        <w:t>v 1.002776 17.568134 0.389575</w:t>
        <w:br/>
        <w:t>v 1.012875 17.470514 0.409777</w:t>
        <w:br/>
        <w:t>v 0.778795 17.397629 0.533417</w:t>
        <w:br/>
        <w:t>v 0.748619 17.504614 0.493847</w:t>
        <w:br/>
        <w:t>v 0.770745 17.526556 0.515749</w:t>
        <w:br/>
        <w:t>v 0.801898 17.422802 0.562999</w:t>
        <w:br/>
        <w:t>v 0.693361 17.892611 0.240677</w:t>
        <w:br/>
        <w:t>v 0.685346 17.996939 0.121192</w:t>
        <w:br/>
        <w:t>v 0.703193 18.018469 0.140157</w:t>
        <w:br/>
        <w:t>v 0.711727 17.915316 0.253902</w:t>
        <w:br/>
        <w:t>v 0.726051 17.614069 0.446307</w:t>
        <w:br/>
        <w:t>v 0.704871 17.767864 0.352471</w:t>
        <w:br/>
        <w:t>v 0.724509 17.788433 0.366745</w:t>
        <w:br/>
        <w:t>v 0.747626 17.633598 0.462971</w:t>
        <w:br/>
        <w:t>v 0.829423 17.919682 -0.597933</w:t>
        <w:br/>
        <w:t>v 0.878569 18.019802 -0.455267</w:t>
        <w:br/>
        <w:t>v 0.623986 18.087618 -0.418902</w:t>
        <w:br/>
        <w:t>v 0.577465 18.000877 -0.566346</w:t>
        <w:br/>
        <w:t>v 0.623986 18.087618 -0.418902</w:t>
        <w:br/>
        <w:t>v 0.606495 18.067541 -0.403853</w:t>
        <w:br/>
        <w:t>v 0.556417 17.974613 -0.549968</w:t>
        <w:br/>
        <w:t>v 0.577465 18.000877 -0.566346</w:t>
        <w:br/>
        <w:t>v 0.942832 18.031893 -0.168559</w:t>
        <w:br/>
        <w:t>v 0.961329 18.010477 -0.045873</w:t>
        <w:br/>
        <w:t>v 0.952059 18.041172 -0.033929</w:t>
        <w:br/>
        <w:t>v 0.933890 18.063633 -0.162251</w:t>
        <w:br/>
        <w:t>v 0.693287 18.089771 -0.001072</w:t>
        <w:br/>
        <w:t>v 0.675337 18.065128 -0.008191</w:t>
        <w:br/>
        <w:t>v 0.661177 18.097094 -0.135167</w:t>
        <w:br/>
        <w:t>v 0.679427 18.120327 -0.133329</w:t>
        <w:br/>
        <w:t>v 0.913128 18.063581 -0.298599</w:t>
        <w:br/>
        <w:t>v 0.922403 18.032621 -0.295242</w:t>
        <w:br/>
        <w:t>v 0.640681 18.098927 -0.267532</w:t>
        <w:br/>
        <w:t>v 0.658766 18.120220 -0.272675</w:t>
        <w:br/>
        <w:t>v 0.658766 18.120220 -0.272675</w:t>
        <w:br/>
        <w:t>v 0.913128 18.063581 -0.298599</w:t>
        <w:br/>
        <w:t>v 0.967729 17.986544 0.092550</w:t>
        <w:br/>
        <w:t>v 0.703193 18.018469 0.140157</w:t>
        <w:br/>
        <w:t>v 0.711727 17.915316 0.253902</w:t>
        <w:br/>
        <w:t>v 0.979505 17.915176 0.200230</w:t>
        <w:br/>
        <w:t>v -0.952059 18.041172 -0.033929</w:t>
        <w:br/>
        <w:t>v -0.933890 18.063633 -0.162250</w:t>
        <w:br/>
        <w:t>v -0.679426 18.120327 -0.133329</w:t>
        <w:br/>
        <w:t>v -0.693286 18.089771 -0.001072</w:t>
        <w:br/>
        <w:t>v -0.829423 17.919682 -0.597933</w:t>
        <w:br/>
        <w:t>v -0.831199 17.885513 -0.584368</w:t>
        <w:br/>
        <w:t>v -0.556416 17.974613 -0.549968</w:t>
        <w:br/>
        <w:t>v -0.577465 18.000877 -0.566345</w:t>
        <w:br/>
        <w:t>v -0.831199 17.885513 -0.584368</w:t>
        <w:br/>
        <w:t>v -0.829423 17.919682 -0.597933</w:t>
        <w:br/>
        <w:t>v -0.878569 18.019802 -0.455266</w:t>
        <w:br/>
        <w:t>v -0.887437 17.990330 -0.444354</w:t>
        <w:br/>
        <w:t>v -1.002774 17.568134 0.389575</w:t>
        <w:br/>
        <w:t>v -1.012873 17.470514 0.409777</w:t>
        <w:br/>
        <w:t>v -1.009622 17.449568 0.366393</w:t>
        <w:br/>
        <w:t>v -1.004181 17.548592 0.354317</w:t>
        <w:br/>
        <w:t>v -0.979505 17.915176 0.200230</w:t>
        <w:br/>
        <w:t>v -0.989746 17.890684 0.180071</w:t>
        <w:br/>
        <w:t>v -0.977760 17.958172 0.072735</w:t>
        <w:br/>
        <w:t>v -0.967729 17.986544 0.092551</w:t>
        <w:br/>
        <w:t>v -0.988270 17.809498 0.297991</w:t>
        <w:br/>
        <w:t>v -0.996179 17.668674 0.362964</w:t>
        <w:br/>
        <w:t>v -1.001570 17.650362 0.334056</w:t>
        <w:br/>
        <w:t>v -0.997386 17.788425 0.274449</w:t>
        <w:br/>
        <w:t>v -1.009622 17.449568 0.366393</w:t>
        <w:br/>
        <w:t>v -1.012873 17.470514 0.409777</w:t>
        <w:br/>
        <w:t>v -0.801898 17.422802 0.562999</w:t>
        <w:br/>
        <w:t>v -0.778794 17.397629 0.533417</w:t>
        <w:br/>
        <w:t>v -0.747625 17.633598 0.462972</w:t>
        <w:br/>
        <w:t>v -0.996179 17.668674 0.362964</w:t>
        <w:br/>
        <w:t>v -0.988270 17.809498 0.297991</w:t>
        <w:br/>
        <w:t>v -0.724509 17.788433 0.366745</w:t>
        <w:br/>
        <w:t>v -1.002774 17.568134 0.389575</w:t>
        <w:br/>
        <w:t>v -0.770744 17.526556 0.515749</w:t>
        <w:br/>
        <w:t>v -0.801898 17.422802 0.562999</w:t>
        <w:br/>
        <w:t>v -1.012873 17.470514 0.409777</w:t>
        <w:br/>
        <w:t>v -0.770744 17.526556 0.515749</w:t>
        <w:br/>
        <w:t>v -0.748618 17.504614 0.493847</w:t>
        <w:br/>
        <w:t>v -0.778794 17.397629 0.533417</w:t>
        <w:br/>
        <w:t>v -0.801898 17.422802 0.562999</w:t>
        <w:br/>
        <w:t>v -0.693360 17.892611 0.240677</w:t>
        <w:br/>
        <w:t>v -0.711727 17.915316 0.253902</w:t>
        <w:br/>
        <w:t>v -0.703192 18.018469 0.140158</w:t>
        <w:br/>
        <w:t>v -0.685346 17.996939 0.121192</w:t>
        <w:br/>
        <w:t>v -0.726050 17.614069 0.446307</w:t>
        <w:br/>
        <w:t>v -0.747625 17.633598 0.462972</w:t>
        <w:br/>
        <w:t>v -0.724509 17.788433 0.366745</w:t>
        <w:br/>
        <w:t>v -0.704870 17.767864 0.352471</w:t>
        <w:br/>
        <w:t>v -0.829423 17.919682 -0.597933</w:t>
        <w:br/>
        <w:t>v -0.577465 18.000877 -0.566345</w:t>
        <w:br/>
        <w:t>v -0.623985 18.087618 -0.418902</w:t>
        <w:br/>
        <w:t>v -0.878569 18.019802 -0.455266</w:t>
        <w:br/>
        <w:t>v -0.623985 18.087618 -0.418902</w:t>
        <w:br/>
        <w:t>v -0.577465 18.000877 -0.566345</w:t>
        <w:br/>
        <w:t>v -0.556416 17.974613 -0.549968</w:t>
        <w:br/>
        <w:t>v -0.606495 18.067541 -0.403853</w:t>
        <w:br/>
        <w:t>v -0.952059 18.041172 -0.033929</w:t>
        <w:br/>
        <w:t>v -0.961329 18.010477 -0.045872</w:t>
        <w:br/>
        <w:t>v -0.942832 18.031893 -0.168559</w:t>
        <w:br/>
        <w:t>v -0.933890 18.063633 -0.162250</w:t>
        <w:br/>
        <w:t>v -0.693286 18.089771 -0.001072</w:t>
        <w:br/>
        <w:t>v -0.679426 18.120327 -0.133329</w:t>
        <w:br/>
        <w:t>v -0.661176 18.097094 -0.135167</w:t>
        <w:br/>
        <w:t>v -0.675336 18.065128 -0.008191</w:t>
        <w:br/>
        <w:t>v -0.913128 18.063581 -0.298599</w:t>
        <w:br/>
        <w:t>v -0.922403 18.032621 -0.295242</w:t>
        <w:br/>
        <w:t>v -0.658765 18.120220 -0.272675</w:t>
        <w:br/>
        <w:t>v -0.640680 18.098927 -0.267531</w:t>
        <w:br/>
        <w:t>v -0.913128 18.063581 -0.298599</w:t>
        <w:br/>
        <w:t>v -0.658765 18.120220 -0.272675</w:t>
        <w:br/>
        <w:t>v -0.967729 17.986544 0.092551</w:t>
        <w:br/>
        <w:t>v -0.703192 18.018469 0.140158</w:t>
        <w:br/>
        <w:t>v -0.711727 17.915316 0.253902</w:t>
        <w:br/>
        <w:t>v -0.979505 17.915176 0.200230</w:t>
        <w:br/>
        <w:t>v 1.660500 11.703459 -0.352988</w:t>
        <w:br/>
        <w:t>v 1.829913 11.757487 -0.107746</w:t>
        <w:br/>
        <w:t>v 1.859607 11.379750 -0.190191</w:t>
        <w:br/>
        <w:t>v 1.745244 11.344098 -0.325502</w:t>
        <w:br/>
        <w:t>v 1.885986 11.812498 0.201654</w:t>
        <w:br/>
        <w:t>v 1.905372 11.448882 0.051534</w:t>
        <w:br/>
        <w:t>v 1.914575 11.431270 -0.052781</w:t>
        <w:br/>
        <w:t>v 1.628789 11.369039 -0.429862</w:t>
        <w:br/>
        <w:t>v 1.575944 11.330802 -0.551950</w:t>
        <w:br/>
        <w:t>v 1.466372 11.661810 -0.539880</w:t>
        <w:br/>
        <w:t>v 1.467981 11.287525 -0.614618</w:t>
        <w:br/>
        <w:t>v 1.312416 11.293066 -0.715540</w:t>
        <w:br/>
        <w:t>v 1.217258 11.613725 -0.661425</w:t>
        <w:br/>
        <w:t>v 2.019479 11.481392 0.197683</w:t>
        <w:br/>
        <w:t>v 2.011507 11.512048 0.302339</w:t>
        <w:br/>
        <w:t>v 1.858707 11.839035 0.479605</w:t>
        <w:br/>
        <w:t>v 1.945711 11.496486 0.327336</w:t>
        <w:br/>
        <w:t>v 1.882475 11.489845 0.588205</w:t>
        <w:br/>
        <w:t>v 1.773296 11.774482 0.732286</w:t>
        <w:br/>
        <w:t>v 1.911263 11.511420 0.640946</w:t>
        <w:br/>
        <w:t>v 1.064523 11.600174 -0.691272</w:t>
        <w:br/>
        <w:t>v 1.219674 11.328355 -0.755089</w:t>
        <w:br/>
        <w:t>v 1.202526 11.322955 -0.705691</w:t>
        <w:br/>
        <w:t>v 1.064523 11.600174 -0.691272</w:t>
        <w:br/>
        <w:t>v 1.219674 11.328355 -0.755089</w:t>
        <w:br/>
        <w:t>v 0.957580 11.591695 -0.701146</w:t>
        <w:br/>
        <w:t>v 1.202526 11.322955 -0.705691</w:t>
        <w:br/>
        <w:t>v 1.010510 11.310138 -0.783570</w:t>
        <w:br/>
        <w:t>v 0.418350 11.464824 -0.525301</w:t>
        <w:br/>
        <w:t>v 0.691718 11.515477 -0.681674</w:t>
        <w:br/>
        <w:t>v 0.707468 11.225505 -0.809469</w:t>
        <w:br/>
        <w:t>v 0.425026 11.199293 -0.609988</w:t>
        <w:br/>
        <w:t>v 0.423366 11.186969 -0.542923</w:t>
        <w:br/>
        <w:t>v 0.377464 11.185692 -0.490120</w:t>
        <w:br/>
        <w:t>v 1.925028 11.498347 0.718335</w:t>
        <w:br/>
        <w:t>v 1.848368 11.434069 0.825441</w:t>
        <w:br/>
        <w:t>v 1.528943 11.382671 1.168582</w:t>
        <w:br/>
        <w:t>v 1.436870 11.706365 1.087157</w:t>
        <w:br/>
        <w:t>v 1.434648 11.370186 1.151460</w:t>
        <w:br/>
        <w:t>v 1.323230 11.665550 1.145347</w:t>
        <w:br/>
        <w:t>v 0.332074 11.183677 -0.439959</w:t>
        <w:br/>
        <w:t>v 0.259923 11.175524 -0.426870</w:t>
        <w:br/>
        <w:t>v 0.285055 11.453808 -0.368791</w:t>
        <w:br/>
        <w:t>v 0.200043 11.162582 -0.335195</w:t>
        <w:br/>
        <w:t>v 0.122276 11.156522 -0.193412</w:t>
        <w:br/>
        <w:t>v 0.038248 11.222558 0.089068</w:t>
        <w:br/>
        <w:t>v 0.179411 11.457849 0.040204</w:t>
        <w:br/>
        <w:t>v 0.215614 11.460885 -0.132563</w:t>
        <w:br/>
        <w:t>v 1.335399 11.341433 1.236020</w:t>
        <w:br/>
        <w:t>v 1.335399 11.341433 1.236020</w:t>
        <w:br/>
        <w:t>v 1.323230 11.665550 1.145347</w:t>
        <w:br/>
        <w:t>v 1.347731 11.339915 1.299889</w:t>
        <w:br/>
        <w:t>v 1.333703 11.326985 1.321759</w:t>
        <w:br/>
        <w:t>v 0.743862 11.247760 1.356666</w:t>
        <w:br/>
        <w:t>v 0.728601 11.536977 1.218138</w:t>
        <w:br/>
        <w:t>v 0.728601 11.536977 1.218138</w:t>
        <w:br/>
        <w:t>v 0.763236 11.234401 1.279376</w:t>
        <w:br/>
        <w:t>v 0.743862 11.247760 1.356666</w:t>
        <w:br/>
        <w:t>v 0.072389 11.190441 0.163726</w:t>
        <w:br/>
        <w:t>v 0.148029 11.447676 0.215569</w:t>
        <w:br/>
        <w:t>v 0.118913 11.444613 0.347745</w:t>
        <w:br/>
        <w:t>v 0.148029 11.447676 0.215569</w:t>
        <w:br/>
        <w:t>v 0.072389 11.190441 0.163726</w:t>
        <w:br/>
        <w:t>v 0.076960 11.188914 0.325114</w:t>
        <w:br/>
        <w:t>v 0.086315 11.173945 0.495696</w:t>
        <w:br/>
        <w:t>v 0.086747 11.177483 0.565270</w:t>
        <w:br/>
        <w:t>v 0.144568 11.427444 0.505403</w:t>
        <w:br/>
        <w:t>v 0.086747 11.177483 0.565270</w:t>
        <w:br/>
        <w:t>v 0.058059 11.199967 0.578937</w:t>
        <w:br/>
        <w:t>v 0.144568 11.427444 0.505403</w:t>
        <w:br/>
        <w:t>v 0.735007 11.218604 1.214665</w:t>
        <w:br/>
        <w:t>v 0.763236 11.234401 1.279376</w:t>
        <w:br/>
        <w:t>v 0.688134 11.529412 1.227058</w:t>
        <w:br/>
        <w:t>v 0.534641 11.501419 1.170481</w:t>
        <w:br/>
        <w:t>v 0.382324 11.470614 1.061135</w:t>
        <w:br/>
        <w:t>v 0.392606 11.169364 1.105377</w:t>
        <w:br/>
        <w:t>v 0.518514 11.182314 1.188880</w:t>
        <w:br/>
        <w:t>v 0.330301 11.185266 1.109226</w:t>
        <w:br/>
        <w:t>v 0.300944 11.462009 0.895902</w:t>
        <w:br/>
        <w:t>v 0.229205 11.177526 1.030164</w:t>
        <w:br/>
        <w:t>v 0.225070 11.448450 0.769710</w:t>
        <w:br/>
        <w:t>v 0.131883 11.176562 0.888711</w:t>
        <w:br/>
        <w:t>v 0.191658 11.430982 0.655705</w:t>
        <w:br/>
        <w:t>v 0.083931 11.191876 0.735258</w:t>
        <w:br/>
        <w:t>v 0.061255 11.202365 0.610479</w:t>
        <w:br/>
        <w:t>v 0.058059 11.199967 0.578937</w:t>
        <w:br/>
        <w:t>v 1.854817 11.761320 -0.115946</w:t>
        <w:br/>
        <w:t>v 1.681763 11.705216 -0.367064</w:t>
        <w:br/>
        <w:t>v 1.883045 11.380797 -0.202930</w:t>
        <w:br/>
        <w:t>v 1.770619 11.344455 -0.335086</w:t>
        <w:br/>
        <w:t>v 1.930144 11.455024 0.046429</w:t>
        <w:br/>
        <w:t>v 1.911805 11.817841 0.202011</w:t>
        <w:br/>
        <w:t>v 1.937013 11.435761 -0.064682</w:t>
        <w:br/>
        <w:t>v 1.649083 11.371719 -0.444950</w:t>
        <w:br/>
        <w:t>v 1.594354 11.335087 -0.569127</w:t>
        <w:br/>
        <w:t>v 1.482021 11.666050 -0.559070</w:t>
        <w:br/>
        <w:t>v 1.482638 11.292246 -0.634551</w:t>
        <w:br/>
        <w:t>v 1.322818 11.299112 -0.737731</w:t>
        <w:br/>
        <w:t>v 1.227478 11.619773 -0.683616</w:t>
        <w:br/>
        <w:t>v 2.046125 11.487707 0.195976</w:t>
        <w:br/>
        <w:t>v 2.033121 11.519658 0.312787</w:t>
        <w:br/>
        <w:t>v 1.884976 11.842464 0.485118</w:t>
        <w:br/>
        <w:t>v 1.972409 11.498299 0.333624</w:t>
        <w:br/>
        <w:t>v 1.909754 11.491507 0.592454</w:t>
        <w:br/>
        <w:t>v 1.937699 11.517343 0.642651</w:t>
        <w:br/>
        <w:t>v 1.822568 11.779558 0.742117</w:t>
        <w:br/>
        <w:t>v 1.070021 11.602728 -0.715176</w:t>
        <w:br/>
        <w:t>v 1.212630 11.326800 -0.770948</w:t>
        <w:br/>
        <w:t>v 1.070021 11.602728 -0.715176</w:t>
        <w:br/>
        <w:t>v 1.192853 11.317470 -0.722535</w:t>
        <w:br/>
        <w:t>v 1.212630 11.326800 -0.770948</w:t>
        <w:br/>
        <w:t>v 1.192853 11.317470 -0.722535</w:t>
        <w:br/>
        <w:t>v 0.957960 11.592669 -0.725975</w:t>
        <w:br/>
        <w:t>v 1.018763 11.311810 -0.805750</w:t>
        <w:br/>
        <w:t>v 0.401566 11.468009 -0.543597</w:t>
        <w:br/>
        <w:t>v 0.405351 11.202147 -0.621203</w:t>
        <w:br/>
        <w:t>v 0.699672 11.229723 -0.832306</w:t>
        <w:br/>
        <w:t>v 0.683976 11.519696 -0.704510</w:t>
        <w:br/>
        <w:t>v 0.400693 11.187300 -0.552142</w:t>
        <w:br/>
        <w:t>v 0.357672 11.186355 -0.506421</w:t>
        <w:br/>
        <w:t>v 1.949418 11.506013 0.723748</w:t>
        <w:br/>
        <w:t>v 1.870054 11.440887 0.838980</w:t>
        <w:br/>
        <w:t>v 1.531836 11.384239 1.188644</w:t>
        <w:br/>
        <w:t>v 1.451711 11.708189 1.107098</w:t>
        <w:br/>
        <w:t>v 1.443267 11.368820 1.171535</w:t>
        <w:br/>
        <w:t>v 1.332054 11.667910 1.168189</w:t>
        <w:br/>
        <w:t>v 0.246319 11.180606 -0.445426</w:t>
        <w:br/>
        <w:t>v 0.319152 11.186987 -0.459741</w:t>
        <w:br/>
        <w:t>v 0.263213 11.457644 -0.380949</w:t>
        <w:br/>
        <w:t>v 0.177511 11.168191 -0.346128</w:t>
        <w:br/>
        <w:t>v 0.156529 11.468537 0.035347</w:t>
        <w:br/>
        <w:t>v 0.016417 11.231585 0.090240</w:t>
        <w:br/>
        <w:t>v 0.099142 11.164802 -0.201316</w:t>
        <w:br/>
        <w:t>v 0.192470 11.469166 -0.140467</w:t>
        <w:br/>
        <w:t>v 1.358975 11.342949 1.240824</w:t>
        <w:br/>
        <w:t>v 1.332054 11.667910 1.168189</w:t>
        <w:br/>
        <w:t>v 1.358975 11.342949 1.240824</w:t>
        <w:br/>
        <w:t>v 1.371017 11.343163 1.304846</w:t>
        <w:br/>
        <w:t>v 1.347030 11.332283 1.340760</w:t>
        <w:br/>
        <w:t>v 0.731006 11.250457 1.367429</w:t>
        <w:br/>
        <w:t>v 0.718995 11.539675 1.238461</w:t>
        <w:br/>
        <w:t>v 0.740584 11.232531 1.286461</w:t>
        <w:br/>
        <w:t>v 0.718995 11.539675 1.238461</w:t>
        <w:br/>
        <w:t>v 0.731006 11.250457 1.367429</w:t>
        <w:br/>
        <w:t>v 0.123902 11.456145 0.212918</w:t>
        <w:br/>
        <w:t>v 0.053432 11.193764 0.170648</w:t>
        <w:br/>
        <w:t>v 0.094664 11.449497 0.348543</w:t>
        <w:br/>
        <w:t>v 0.051690 11.193798 0.325912</w:t>
        <w:br/>
        <w:t>v 0.053432 11.193764 0.170648</w:t>
        <w:br/>
        <w:t>v 0.123902 11.456145 0.212918</w:t>
        <w:br/>
        <w:t>v 0.067966 11.179932 0.552859</w:t>
        <w:br/>
        <w:t>v 0.064331 11.179019 0.496560</w:t>
        <w:br/>
        <w:t>v 0.122964 11.435875 0.510656</w:t>
        <w:br/>
        <w:t>v 0.039722 11.203913 0.566667</w:t>
        <w:br/>
        <w:t>v 0.067966 11.179932 0.552859</w:t>
        <w:br/>
        <w:t>v 0.122964 11.435875 0.510656</w:t>
        <w:br/>
        <w:t>v 0.740584 11.232531 1.286461</w:t>
        <w:br/>
        <w:t>v 0.720800 11.216325 1.234658</w:t>
        <w:br/>
        <w:t>v 0.673869 11.527133 1.240312</w:t>
        <w:br/>
        <w:t>v 0.524510 11.499116 1.193425</w:t>
        <w:br/>
        <w:t>v 0.509022 11.180011 1.211823</w:t>
        <w:br/>
        <w:t>v 0.387415 11.171335 1.128978</w:t>
        <w:br/>
        <w:t>v 0.366600 11.474673 1.079340</w:t>
        <w:br/>
        <w:t>v 0.320936 11.191471 1.128541</w:t>
        <w:br/>
        <w:t>v 0.280542 11.471762 0.907825</w:t>
        <w:br/>
        <w:t>v 0.208809 11.187278 1.042087</w:t>
        <w:br/>
        <w:t>v 0.206065 11.460241 0.777843</w:t>
        <w:br/>
        <w:t>v 0.110587 11.188354 0.896845</w:t>
        <w:br/>
        <w:t>v 0.172248 11.443321 0.661901</w:t>
        <w:br/>
        <w:t>v 0.062169 11.204216 0.741453</w:t>
        <w:br/>
        <w:t>v 0.038164 11.212812 0.612281</w:t>
        <w:br/>
        <w:t>v 1.745244 11.344098 -0.325502</w:t>
        <w:br/>
        <w:t>v 1.859607 11.379750 -0.190191</w:t>
        <w:br/>
        <w:t>v 1.883045 11.380797 -0.202930</w:t>
        <w:br/>
        <w:t>v 1.770619 11.344455 -0.335086</w:t>
        <w:br/>
        <w:t>v 1.914575 11.431270 -0.052781</w:t>
        <w:br/>
        <w:t>v 1.937013 11.435761 -0.064682</w:t>
        <w:br/>
        <w:t>v 1.628789 11.369039 -0.429862</w:t>
        <w:br/>
        <w:t>v 1.649083 11.371719 -0.444950</w:t>
        <w:br/>
        <w:t>v 1.594354 11.335087 -0.569127</w:t>
        <w:br/>
        <w:t>v 1.575944 11.330802 -0.551950</w:t>
        <w:br/>
        <w:t>v 1.467981 11.287525 -0.614618</w:t>
        <w:br/>
        <w:t>v 1.482638 11.292246 -0.634551</w:t>
        <w:br/>
        <w:t>v 1.322818 11.299112 -0.737731</w:t>
        <w:br/>
        <w:t>v 1.312416 11.293066 -0.715540</w:t>
        <w:br/>
        <w:t>v 1.905372 11.448882 0.051534</w:t>
        <w:br/>
        <w:t>v 2.019479 11.481392 0.197683</w:t>
        <w:br/>
        <w:t>v 2.046125 11.487707 0.195976</w:t>
        <w:br/>
        <w:t>v 1.930144 11.455024 0.046429</w:t>
        <w:br/>
        <w:t>v 2.011507 11.512048 0.302339</w:t>
        <w:br/>
        <w:t>v 2.033121 11.519658 0.312787</w:t>
        <w:br/>
        <w:t>v 1.945711 11.496486 0.327336</w:t>
        <w:br/>
        <w:t>v 1.972409 11.498299 0.333624</w:t>
        <w:br/>
        <w:t>v 1.882475 11.489845 0.588205</w:t>
        <w:br/>
        <w:t>v 1.909754 11.491507 0.592454</w:t>
        <w:br/>
        <w:t>v 1.911263 11.511420 0.640946</w:t>
        <w:br/>
        <w:t>v 1.937699 11.517343 0.642651</w:t>
        <w:br/>
        <w:t>v 1.212630 11.326800 -0.770948</w:t>
        <w:br/>
        <w:t>v 1.219674 11.328355 -0.755089</w:t>
        <w:br/>
        <w:t>v 1.202526 11.322955 -0.705691</w:t>
        <w:br/>
        <w:t>v 1.212630 11.326800 -0.770948</w:t>
        <w:br/>
        <w:t>v 1.192853 11.317470 -0.722535</w:t>
        <w:br/>
        <w:t>v 1.018763 11.311810 -0.805750</w:t>
        <w:br/>
        <w:t>v 1.010510 11.310138 -0.783570</w:t>
        <w:br/>
        <w:t>v 0.405351 11.202147 -0.621203</w:t>
        <w:br/>
        <w:t>v 0.425026 11.199293 -0.609988</w:t>
        <w:br/>
        <w:t>v 0.707468 11.225505 -0.809469</w:t>
        <w:br/>
        <w:t>v 0.699672 11.229723 -0.832306</w:t>
        <w:br/>
        <w:t>v 0.423366 11.186969 -0.542923</w:t>
        <w:br/>
        <w:t>v 0.400693 11.187300 -0.552142</w:t>
        <w:br/>
        <w:t>v 0.357672 11.186355 -0.506421</w:t>
        <w:br/>
        <w:t>v 0.377464 11.185692 -0.490120</w:t>
        <w:br/>
        <w:t>v 1.925028 11.498347 0.718335</w:t>
        <w:br/>
        <w:t>v 1.949418 11.506013 0.723748</w:t>
        <w:br/>
        <w:t>v 1.531836 11.384239 1.188644</w:t>
        <w:br/>
        <w:t>v 1.870054 11.440887 0.838980</w:t>
        <w:br/>
        <w:t>v 1.848368 11.434069 0.825441</w:t>
        <w:br/>
        <w:t>v 1.528943 11.382671 1.168582</w:t>
        <w:br/>
        <w:t>v 1.434648 11.370186 1.151460</w:t>
        <w:br/>
        <w:t>v 1.443267 11.368820 1.171535</w:t>
        <w:br/>
        <w:t>v 0.332074 11.183677 -0.439959</w:t>
        <w:br/>
        <w:t>v 0.319152 11.186987 -0.459741</w:t>
        <w:br/>
        <w:t>v 0.246319 11.180606 -0.445426</w:t>
        <w:br/>
        <w:t>v 0.259923 11.175524 -0.426870</w:t>
        <w:br/>
        <w:t>v 0.200043 11.162582 -0.335195</w:t>
        <w:br/>
        <w:t>v 0.177511 11.168191 -0.346128</w:t>
        <w:br/>
        <w:t>v 0.016417 11.231585 0.090240</w:t>
        <w:br/>
        <w:t>v 0.038248 11.222558 0.089068</w:t>
        <w:br/>
        <w:t>v 0.122276 11.156522 -0.193412</w:t>
        <w:br/>
        <w:t>v 0.099142 11.164802 -0.201316</w:t>
        <w:br/>
        <w:t>v 1.335399 11.341433 1.236020</w:t>
        <w:br/>
        <w:t>v 1.358975 11.342949 1.240824</w:t>
        <w:br/>
        <w:t>v 1.347731 11.339915 1.299889</w:t>
        <w:br/>
        <w:t>v 1.371017 11.343163 1.304846</w:t>
        <w:br/>
        <w:t>v 1.333703 11.326985 1.321759</w:t>
        <w:br/>
        <w:t>v 1.347030 11.332283 1.340760</w:t>
        <w:br/>
        <w:t>v 0.743862 11.247760 1.356666</w:t>
        <w:br/>
        <w:t>v 0.731006 11.250457 1.367429</w:t>
        <w:br/>
        <w:t>v 0.763236 11.234401 1.279376</w:t>
        <w:br/>
        <w:t>v 0.740584 11.232531 1.286461</w:t>
        <w:br/>
        <w:t>v 0.072389 11.190441 0.163726</w:t>
        <w:br/>
        <w:t>v 0.053432 11.193764 0.170648</w:t>
        <w:br/>
        <w:t>v 0.072389 11.190441 0.163726</w:t>
        <w:br/>
        <w:t>v 0.053432 11.193764 0.170648</w:t>
        <w:br/>
        <w:t>v 0.051690 11.193798 0.325912</w:t>
        <w:br/>
        <w:t>v 0.076960 11.188914 0.325114</w:t>
        <w:br/>
        <w:t>v 0.086747 11.177483 0.565270</w:t>
        <w:br/>
        <w:t>v 0.086315 11.173945 0.495696</w:t>
        <w:br/>
        <w:t>v 0.064331 11.179019 0.496560</w:t>
        <w:br/>
        <w:t>v 0.067966 11.179932 0.552859</w:t>
        <w:br/>
        <w:t>v 0.039722 11.203913 0.566667</w:t>
        <w:br/>
        <w:t>v 0.058059 11.199967 0.578937</w:t>
        <w:br/>
        <w:t>v 0.735007 11.218604 1.214665</w:t>
        <w:br/>
        <w:t>v 0.720800 11.216325 1.234658</w:t>
        <w:br/>
        <w:t>v 0.509022 11.180011 1.211823</w:t>
        <w:br/>
        <w:t>v 0.518514 11.182314 1.188880</w:t>
        <w:br/>
        <w:t>v 0.392606 11.169364 1.105377</w:t>
        <w:br/>
        <w:t>v 0.387415 11.171335 1.128978</w:t>
        <w:br/>
        <w:t>v 0.330301 11.185266 1.109226</w:t>
        <w:br/>
        <w:t>v 0.320936 11.191471 1.128541</w:t>
        <w:br/>
        <w:t>v 0.229205 11.177526 1.030164</w:t>
        <w:br/>
        <w:t>v 0.208809 11.187278 1.042087</w:t>
        <w:br/>
        <w:t>v 0.131883 11.176562 0.888711</w:t>
        <w:br/>
        <w:t>v 0.110587 11.188354 0.896845</w:t>
        <w:br/>
        <w:t>v 0.083931 11.191876 0.735258</w:t>
        <w:br/>
        <w:t>v 0.062169 11.204216 0.741453</w:t>
        <w:br/>
        <w:t>v 0.061255 11.202365 0.610479</w:t>
        <w:br/>
        <w:t>v 0.038164 11.212812 0.612281</w:t>
        <w:br/>
        <w:t>v -1.836358 11.757486 -0.107746</w:t>
        <w:br/>
        <w:t>v -1.666955 11.703457 -0.352988</w:t>
        <w:br/>
        <w:t>v -1.865922 11.379748 -0.190192</w:t>
        <w:br/>
        <w:t>v -1.751553 11.344096 -0.325502</w:t>
        <w:br/>
        <w:t>v -1.911700 11.448880 0.051533</w:t>
        <w:br/>
        <w:t>v -1.892426 11.812496 0.201653</w:t>
        <w:br/>
        <w:t>v -1.920928 11.431268 -0.052781</w:t>
        <w:br/>
        <w:t>v -1.635109 11.369037 -0.429863</w:t>
        <w:br/>
        <w:t>v -1.582185 11.330800 -0.551951</w:t>
        <w:br/>
        <w:t>v -1.472854 11.661808 -0.539880</w:t>
        <w:br/>
        <w:t>v -1.474227 11.287523 -0.614618</w:t>
        <w:br/>
        <w:t>v -1.223735 11.613724 -0.661426</w:t>
        <w:br/>
        <w:t>v -1.318700 11.293064 -0.715541</w:t>
        <w:br/>
        <w:t>v -2.025846 11.481390 0.197683</w:t>
        <w:br/>
        <w:t>v -2.017882 11.512046 0.302339</w:t>
        <w:br/>
        <w:t>v -1.865139 11.839033 0.479604</w:t>
        <w:br/>
        <w:t>v -1.952066 11.496484 0.327336</w:t>
        <w:br/>
        <w:t>v -1.888857 11.489843 0.588204</w:t>
        <w:br/>
        <w:t>v -1.917679 11.511418 0.640946</w:t>
        <w:br/>
        <w:t>v -1.779737 11.774481 0.732286</w:t>
        <w:br/>
        <w:t>v -1.070973 11.600172 -0.691273</w:t>
        <w:br/>
        <w:t>v -1.225964 11.328353 -0.755089</w:t>
        <w:br/>
        <w:t>v -1.070973 11.600172 -0.691273</w:t>
        <w:br/>
        <w:t>v -1.208834 11.322953 -0.705691</w:t>
        <w:br/>
        <w:t>v -1.225964 11.328353 -0.755089</w:t>
        <w:br/>
        <w:t>v -1.208834 11.322953 -0.705691</w:t>
        <w:br/>
        <w:t>v -0.964074 11.591694 -0.701146</w:t>
        <w:br/>
        <w:t>v -1.016919 11.310136 -0.783570</w:t>
        <w:br/>
        <w:t>v -0.713814 11.225503 -0.809470</w:t>
        <w:br/>
        <w:t>v -0.698202 11.515476 -0.681674</w:t>
        <w:br/>
        <w:t>v -0.424833 11.464823 -0.525301</w:t>
        <w:br/>
        <w:t>v -0.431385 11.199291 -0.609989</w:t>
        <w:br/>
        <w:t>v -0.429748 11.186967 -0.542923</w:t>
        <w:br/>
        <w:t>v -0.383858 11.185690 -0.490120</w:t>
        <w:br/>
        <w:t>v -1.931494 11.498345 0.718335</w:t>
        <w:br/>
        <w:t>v -1.854808 11.434067 0.825440</w:t>
        <w:br/>
        <w:t>v -1.535201 11.382669 1.168582</w:t>
        <w:br/>
        <w:t>v -1.443342 11.706364 1.087157</w:t>
        <w:br/>
        <w:t>v -1.440936 11.370184 1.151459</w:t>
        <w:br/>
        <w:t>v -1.329722 11.665548 1.145347</w:t>
        <w:br/>
        <w:t>v -0.266270 11.175522 -0.426871</w:t>
        <w:br/>
        <w:t>v -0.338451 11.183675 -0.439960</w:t>
        <w:br/>
        <w:t>v -0.291528 11.453806 -0.368791</w:t>
        <w:br/>
        <w:t>v -0.206429 11.162580 -0.335196</w:t>
        <w:br/>
        <w:t>v -0.185883 11.457848 0.040204</w:t>
        <w:br/>
        <w:t>v -0.044670 11.222556 0.089068</w:t>
        <w:br/>
        <w:t>v -0.128619 11.156520 -0.193413</w:t>
        <w:br/>
        <w:t>v -0.222079 11.460884 -0.132564</w:t>
        <w:br/>
        <w:t>v -1.341655 11.341431 1.236019</w:t>
        <w:br/>
        <w:t>v -1.329722 11.665548 1.145347</w:t>
        <w:br/>
        <w:t>v -1.341655 11.341431 1.236019</w:t>
        <w:br/>
        <w:t>v -1.353997 11.339913 1.299889</w:t>
        <w:br/>
        <w:t>v -1.339979 11.326983 1.321759</w:t>
        <w:br/>
        <w:t>v -0.750264 11.247758 1.356665</w:t>
        <w:br/>
        <w:t>v -0.735091 11.536976 1.218137</w:t>
        <w:br/>
        <w:t>v -0.769593 11.234399 1.279375</w:t>
        <w:br/>
        <w:t>v -0.735091 11.536976 1.218137</w:t>
        <w:br/>
        <w:t>v -0.750264 11.247758 1.356665</w:t>
        <w:br/>
        <w:t>v -0.154493 11.447674 0.215569</w:t>
        <w:br/>
        <w:t>v -0.078813 11.190439 0.163725</w:t>
        <w:br/>
        <w:t>v -0.078813 11.190439 0.163725</w:t>
        <w:br/>
        <w:t>v -0.154493 11.447674 0.215569</w:t>
        <w:br/>
        <w:t>v -0.125361 11.444613 0.347745</w:t>
        <w:br/>
        <w:t>v -0.083341 11.188912 0.325114</w:t>
        <w:br/>
        <w:t>v -0.093108 11.177481 0.565269</w:t>
        <w:br/>
        <w:t>v -0.092704 11.173944 0.495695</w:t>
        <w:br/>
        <w:t>v -0.151056 11.427443 0.505403</w:t>
        <w:br/>
        <w:t>v -0.064430 11.199965 0.578937</w:t>
        <w:br/>
        <w:t>v -0.093108 11.177481 0.565269</w:t>
        <w:br/>
        <w:t>v -0.151056 11.427443 0.505403</w:t>
        <w:br/>
        <w:t>v -0.769593 11.234399 1.279375</w:t>
        <w:br/>
        <w:t>v -0.741286 11.218602 1.214665</w:t>
        <w:br/>
        <w:t>v -0.694621 11.529411 1.227058</w:t>
        <w:br/>
        <w:t>v -0.398882 11.169362 1.105376</w:t>
        <w:br/>
        <w:t>v -0.388793 11.470613 1.061134</w:t>
        <w:br/>
        <w:t>v -0.541140 11.501417 1.170481</w:t>
        <w:br/>
        <w:t>v -0.524777 11.182312 1.188879</w:t>
        <w:br/>
        <w:t>v -0.336613 11.185264 1.109226</w:t>
        <w:br/>
        <w:t>v -0.235521 11.177524 1.030164</w:t>
        <w:br/>
        <w:t>v -0.307415 11.462008 0.895902</w:t>
        <w:br/>
        <w:t>v -0.231536 11.448448 0.769709</w:t>
        <w:br/>
        <w:t>v -0.138204 11.176560 0.888711</w:t>
        <w:br/>
        <w:t>v -0.090306 11.191875 0.735258</w:t>
        <w:br/>
        <w:t>v -0.198119 11.430981 0.655705</w:t>
        <w:br/>
        <w:t>v -0.067610 11.202363 0.610479</w:t>
        <w:br/>
        <w:t>v -0.064430 11.199965 0.578937</w:t>
        <w:br/>
        <w:t>v -1.688228 11.705215 -0.367064</w:t>
        <w:br/>
        <w:t>v -1.861280 11.761318 -0.115946</w:t>
        <w:br/>
        <w:t>v -1.889392 11.380795 -0.202930</w:t>
        <w:br/>
        <w:t>v -1.776962 11.344453 -0.335086</w:t>
        <w:br/>
        <w:t>v -1.918263 11.817839 0.202010</w:t>
        <w:br/>
        <w:t>v -1.936478 11.455022 0.046429</w:t>
        <w:br/>
        <w:t>v -1.943393 11.435760 -0.064682</w:t>
        <w:br/>
        <w:t>v -1.655403 11.371717 -0.444950</w:t>
        <w:br/>
        <w:t>v -1.600597 11.335085 -0.569127</w:t>
        <w:br/>
        <w:t>v -1.488509 11.666048 -0.559070</w:t>
        <w:br/>
        <w:t>v -1.488880 11.292244 -0.634551</w:t>
        <w:br/>
        <w:t>v -1.329136 11.299110 -0.737731</w:t>
        <w:br/>
        <w:t>v -1.233963 11.619772 -0.683616</w:t>
        <w:br/>
        <w:t>v -2.052498 11.487705 0.195976</w:t>
        <w:br/>
        <w:t>v -2.039510 11.519656 0.312786</w:t>
        <w:br/>
        <w:t>v -1.891427 11.842463 0.485118</w:t>
        <w:br/>
        <w:t>v -1.978777 11.498297 0.333624</w:t>
        <w:br/>
        <w:t>v -1.916156 11.491505 0.592454</w:t>
        <w:br/>
        <w:t>v -1.944126 11.517341 0.642651</w:t>
        <w:br/>
        <w:t>v -1.829043 11.779556 0.742117</w:t>
        <w:br/>
        <w:t>v -1.076470 11.602726 -0.715176</w:t>
        <w:br/>
        <w:t>v -1.218922 11.326798 -0.770949</w:t>
        <w:br/>
        <w:t>v -1.199167 11.317468 -0.722535</w:t>
        <w:br/>
        <w:t>v -1.076470 11.602726 -0.715176</w:t>
        <w:br/>
        <w:t>v -1.218922 11.326798 -0.770949</w:t>
        <w:br/>
        <w:t>v -0.964459 11.592667 -0.725975</w:t>
        <w:br/>
        <w:t>v -1.199167 11.317468 -0.722535</w:t>
        <w:br/>
        <w:t>v -1.025171 11.311809 -0.805751</w:t>
        <w:br/>
        <w:t>v -0.706010 11.229721 -0.832306</w:t>
        <w:br/>
        <w:t>v -0.411707 11.202145 -0.621203</w:t>
        <w:br/>
        <w:t>v -0.408056 11.468008 -0.543598</w:t>
        <w:br/>
        <w:t>v -0.690468 11.519695 -0.704511</w:t>
        <w:br/>
        <w:t>v -0.407075 11.187298 -0.552142</w:t>
        <w:br/>
        <w:t>v -0.364062 11.186353 -0.506421</w:t>
        <w:br/>
        <w:t>v -1.955893 11.506011 0.723748</w:t>
        <w:br/>
        <w:t>v -1.538104 11.384237 1.188643</w:t>
        <w:br/>
        <w:t>v -1.876504 11.440886 0.838979</w:t>
        <w:br/>
        <w:t>v -1.458179 11.708187 1.107098</w:t>
        <w:br/>
        <w:t>v -1.449554 11.368818 1.171535</w:t>
        <w:br/>
        <w:t>v -1.338550 11.667908 1.168188</w:t>
        <w:br/>
        <w:t>v -0.325532 11.186985 -0.459741</w:t>
        <w:br/>
        <w:t>v -0.252672 11.180604 -0.445426</w:t>
        <w:br/>
        <w:t>v -0.269696 11.457644 -0.380950</w:t>
        <w:br/>
        <w:t>v -0.183895 11.168189 -0.346128</w:t>
        <w:br/>
        <w:t>v -0.105495 11.164800 -0.201316</w:t>
        <w:br/>
        <w:t>v -0.022843 11.231583 0.090240</w:t>
        <w:br/>
        <w:t>v -0.163011 11.468536 0.035347</w:t>
        <w:br/>
        <w:t>v -0.198947 11.469164 -0.140467</w:t>
        <w:br/>
        <w:t>v -1.365234 11.342947 1.240824</w:t>
        <w:br/>
        <w:t>v -1.365234 11.342947 1.240824</w:t>
        <w:br/>
        <w:t>v -1.338550 11.667908 1.168188</w:t>
        <w:br/>
        <w:t>v -1.377290 11.343162 1.304846</w:t>
        <w:br/>
        <w:t>v -1.353335 11.332281 1.340760</w:t>
        <w:br/>
        <w:t>v -0.737407 11.250455 1.367429</w:t>
        <w:br/>
        <w:t>v -0.725490 11.539673 1.238460</w:t>
        <w:br/>
        <w:t>v -0.725490 11.539673 1.238460</w:t>
        <w:br/>
        <w:t>v -0.746937 11.232529 1.286461</w:t>
        <w:br/>
        <w:t>v -0.737407 11.250455 1.367429</w:t>
        <w:br/>
        <w:t>v -0.059858 11.193762 0.170648</w:t>
        <w:br/>
        <w:t>v -0.130366 11.456144 0.212917</w:t>
        <w:br/>
        <w:t>v -0.059858 11.193762 0.170648</w:t>
        <w:br/>
        <w:t>v -0.058070 11.193796 0.325911</w:t>
        <w:br/>
        <w:t>v -0.101108 11.449495 0.348542</w:t>
        <w:br/>
        <w:t>v -0.130366 11.456144 0.212917</w:t>
        <w:br/>
        <w:t>v -0.070720 11.179017 0.496559</w:t>
        <w:br/>
        <w:t>v -0.074333 11.179930 0.552859</w:t>
        <w:br/>
        <w:t>v -0.129459 11.435873 0.510656</w:t>
        <w:br/>
        <w:t>v -0.074333 11.179930 0.552859</w:t>
        <w:br/>
        <w:t>v -0.046102 11.203911 0.566666</w:t>
        <w:br/>
        <w:t>v -0.129459 11.435873 0.510656</w:t>
        <w:br/>
        <w:t>v -0.727091 11.216323 1.234657</w:t>
        <w:br/>
        <w:t>v -0.746937 11.232529 1.286461</w:t>
        <w:br/>
        <w:t>v -0.680356 11.527132 1.240311</w:t>
        <w:br/>
        <w:t>v -0.393681 11.171333 1.128978</w:t>
        <w:br/>
        <w:t>v -0.515282 11.180009 1.211823</w:t>
        <w:br/>
        <w:t>v -0.531007 11.499115 1.193425</w:t>
        <w:br/>
        <w:t>v -0.373067 11.474672 1.079340</w:t>
        <w:br/>
        <w:t>v -0.327245 11.191469 1.128540</w:t>
        <w:br/>
        <w:t>v -0.287024 11.471760 0.907825</w:t>
        <w:br/>
        <w:t>v -0.215126 11.187276 1.042087</w:t>
        <w:br/>
        <w:t>v -0.212534 11.460239 0.777843</w:t>
        <w:br/>
        <w:t>v -0.116918 11.188353 0.896844</w:t>
        <w:br/>
        <w:t>v -0.178712 11.443319 0.661900</w:t>
        <w:br/>
        <w:t>v -0.068547 11.204214 0.741453</w:t>
        <w:br/>
        <w:t>v -0.044525 11.212811 0.612280</w:t>
        <w:br/>
        <w:t>v -1.889392 11.380795 -0.202930</w:t>
        <w:br/>
        <w:t>v -1.865922 11.379748 -0.190192</w:t>
        <w:br/>
        <w:t>v -1.751553 11.344096 -0.325502</w:t>
        <w:br/>
        <w:t>v -1.776962 11.344453 -0.335086</w:t>
        <w:br/>
        <w:t>v -1.943393 11.435760 -0.064682</w:t>
        <w:br/>
        <w:t>v -1.920928 11.431268 -0.052781</w:t>
        <w:br/>
        <w:t>v -1.635109 11.369037 -0.429863</w:t>
        <w:br/>
        <w:t>v -1.655403 11.371717 -0.444950</w:t>
        <w:br/>
        <w:t>v -1.600597 11.335085 -0.569127</w:t>
        <w:br/>
        <w:t>v -1.582185 11.330800 -0.551951</w:t>
        <w:br/>
        <w:t>v -1.474227 11.287523 -0.614618</w:t>
        <w:br/>
        <w:t>v -1.488880 11.292244 -0.634551</w:t>
        <w:br/>
        <w:t>v -1.329136 11.299110 -0.737731</w:t>
        <w:br/>
        <w:t>v -1.318700 11.293064 -0.715541</w:t>
        <w:br/>
        <w:t>v -1.911700 11.448880 0.051533</w:t>
        <w:br/>
        <w:t>v -1.936478 11.455022 0.046429</w:t>
        <w:br/>
        <w:t>v -2.052498 11.487705 0.195976</w:t>
        <w:br/>
        <w:t>v -2.025846 11.481390 0.197683</w:t>
        <w:br/>
        <w:t>v -2.039510 11.519656 0.312786</w:t>
        <w:br/>
        <w:t>v -2.017882 11.512046 0.302339</w:t>
        <w:br/>
        <w:t>v -1.978777 11.498297 0.333624</w:t>
        <w:br/>
        <w:t>v -1.952066 11.496484 0.327336</w:t>
        <w:br/>
        <w:t>v -1.888857 11.489843 0.588204</w:t>
        <w:br/>
        <w:t>v -1.916156 11.491505 0.592454</w:t>
        <w:br/>
        <w:t>v -1.944126 11.517341 0.642651</w:t>
        <w:br/>
        <w:t>v -1.917679 11.511418 0.640946</w:t>
        <w:br/>
        <w:t>v -1.218922 11.326798 -0.770949</w:t>
        <w:br/>
        <w:t>v -1.225964 11.328353 -0.755089</w:t>
        <w:br/>
        <w:t>v -1.218922 11.326798 -0.770949</w:t>
        <w:br/>
        <w:t>v -1.208834 11.322953 -0.705691</w:t>
        <w:br/>
        <w:t>v -1.199167 11.317468 -0.722535</w:t>
        <w:br/>
        <w:t>v -1.025171 11.311809 -0.805751</w:t>
        <w:br/>
        <w:t>v -1.016919 11.310136 -0.783570</w:t>
        <w:br/>
        <w:t>v -0.713814 11.225503 -0.809470</w:t>
        <w:br/>
        <w:t>v -0.431385 11.199291 -0.609989</w:t>
        <w:br/>
        <w:t>v -0.411707 11.202145 -0.621203</w:t>
        <w:br/>
        <w:t>v -0.706010 11.229721 -0.832306</w:t>
        <w:br/>
        <w:t>v -0.429748 11.186967 -0.542923</w:t>
        <w:br/>
        <w:t>v -0.407075 11.187298 -0.552142</w:t>
        <w:br/>
        <w:t>v -0.364062 11.186353 -0.506421</w:t>
        <w:br/>
        <w:t>v -0.383858 11.185690 -0.490120</w:t>
        <w:br/>
        <w:t>v -1.955893 11.506011 0.723748</w:t>
        <w:br/>
        <w:t>v -1.931494 11.498345 0.718335</w:t>
        <w:br/>
        <w:t>v -1.854808 11.434067 0.825440</w:t>
        <w:br/>
        <w:t>v -1.876504 11.440886 0.838979</w:t>
        <w:br/>
        <w:t>v -1.538104 11.384237 1.188643</w:t>
        <w:br/>
        <w:t>v -1.535201 11.382669 1.168582</w:t>
        <w:br/>
        <w:t>v -1.449554 11.368818 1.171535</w:t>
        <w:br/>
        <w:t>v -1.440936 11.370184 1.151459</w:t>
        <w:br/>
        <w:t>v -0.252672 11.180604 -0.445426</w:t>
        <w:br/>
        <w:t>v -0.325532 11.186985 -0.459741</w:t>
        <w:br/>
        <w:t>v -0.338451 11.183675 -0.439960</w:t>
        <w:br/>
        <w:t>v -0.266270 11.175522 -0.426871</w:t>
        <w:br/>
        <w:t>v -0.206429 11.162580 -0.335196</w:t>
        <w:br/>
        <w:t>v -0.183895 11.168189 -0.346128</w:t>
        <w:br/>
        <w:t>v -0.128619 11.156520 -0.193413</w:t>
        <w:br/>
        <w:t>v -0.044670 11.222556 0.089068</w:t>
        <w:br/>
        <w:t>v -0.022843 11.231583 0.090240</w:t>
        <w:br/>
        <w:t>v -0.105495 11.164800 -0.201316</w:t>
        <w:br/>
        <w:t>v -1.365234 11.342947 1.240824</w:t>
        <w:br/>
        <w:t>v -1.341655 11.341431 1.236019</w:t>
        <w:br/>
        <w:t>v -1.377290 11.343162 1.304846</w:t>
        <w:br/>
        <w:t>v -1.353997 11.339913 1.299889</w:t>
        <w:br/>
        <w:t>v -1.353335 11.332281 1.340760</w:t>
        <w:br/>
        <w:t>v -1.339979 11.326983 1.321759</w:t>
        <w:br/>
        <w:t>v -0.750264 11.247758 1.356665</w:t>
        <w:br/>
        <w:t>v -0.737407 11.250455 1.367429</w:t>
        <w:br/>
        <w:t>v -0.746937 11.232529 1.286461</w:t>
        <w:br/>
        <w:t>v -0.769593 11.234399 1.279375</w:t>
        <w:br/>
        <w:t>v -0.078813 11.190439 0.163725</w:t>
        <w:br/>
        <w:t>v -0.059858 11.193762 0.170648</w:t>
        <w:br/>
        <w:t>v -0.058070 11.193796 0.325911</w:t>
        <w:br/>
        <w:t>v -0.059858 11.193762 0.170648</w:t>
        <w:br/>
        <w:t>v -0.078813 11.190439 0.163725</w:t>
        <w:br/>
        <w:t>v -0.083341 11.188912 0.325114</w:t>
        <w:br/>
        <w:t>v -0.070720 11.179017 0.496559</w:t>
        <w:br/>
        <w:t>v -0.092704 11.173944 0.495695</w:t>
        <w:br/>
        <w:t>v -0.093108 11.177481 0.565269</w:t>
        <w:br/>
        <w:t>v -0.074333 11.179930 0.552859</w:t>
        <w:br/>
        <w:t>v -0.046102 11.203911 0.566666</w:t>
        <w:br/>
        <w:t>v -0.064430 11.199965 0.578937</w:t>
        <w:br/>
        <w:t>v -0.727091 11.216323 1.234657</w:t>
        <w:br/>
        <w:t>v -0.741286 11.218602 1.214665</w:t>
        <w:br/>
        <w:t>v -0.515282 11.180009 1.211823</w:t>
        <w:br/>
        <w:t>v -0.393681 11.171333 1.128978</w:t>
        <w:br/>
        <w:t>v -0.398882 11.169362 1.105376</w:t>
        <w:br/>
        <w:t>v -0.524777 11.182312 1.188879</w:t>
        <w:br/>
        <w:t>v -0.327245 11.191469 1.128540</w:t>
        <w:br/>
        <w:t>v -0.336613 11.185264 1.109226</w:t>
        <w:br/>
        <w:t>v -0.215126 11.187276 1.042087</w:t>
        <w:br/>
        <w:t>v -0.235521 11.177524 1.030164</w:t>
        <w:br/>
        <w:t>v -0.116918 11.188353 0.896844</w:t>
        <w:br/>
        <w:t>v -0.138204 11.176560 0.888711</w:t>
        <w:br/>
        <w:t>v -0.068547 11.204214 0.741453</w:t>
        <w:br/>
        <w:t>v -0.090306 11.191875 0.735258</w:t>
        <w:br/>
        <w:t>v -0.044525 11.212811 0.612280</w:t>
        <w:br/>
        <w:t>v -0.067610 11.202363 0.610479</w:t>
        <w:br/>
        <w:t>v -2.705554 16.369473 0.091429</w:t>
        <w:br/>
        <w:t>v -2.527224 16.469671 0.090883</w:t>
        <w:br/>
        <w:t>v -2.461544 16.362841 -0.049791</w:t>
        <w:br/>
        <w:t>v -2.631433 16.252974 -0.044672</w:t>
        <w:br/>
        <w:t>v -2.440702 16.328178 -0.255004</w:t>
        <w:br/>
        <w:t>v -2.608654 16.218554 -0.257219</w:t>
        <w:br/>
        <w:t>v -2.608654 16.218554 -0.257219</w:t>
        <w:br/>
        <w:t>v -2.440702 16.328178 -0.255004</w:t>
        <w:br/>
        <w:t>v -2.466083 16.374088 -0.475801</w:t>
        <w:br/>
        <w:t>v -2.634638 16.266941 -0.481630</w:t>
        <w:br/>
        <w:t>v -2.768012 16.495892 -0.639934</w:t>
        <w:br/>
        <w:t>v -2.599260 16.607149 -0.637374</w:t>
        <w:br/>
        <w:t>v -2.643521 16.684082 -0.624489</w:t>
        <w:br/>
        <w:t>v -2.820755 16.584778 -0.617751</w:t>
        <w:br/>
        <w:t>v -2.783020 16.924547 -0.327518</w:t>
        <w:br/>
        <w:t>v -2.954544 16.805820 -0.335564</w:t>
        <w:br/>
        <w:t>v -2.905441 16.726164 -0.514327</w:t>
        <w:br/>
        <w:t>v -2.737289 16.846378 -0.508989</w:t>
        <w:br/>
        <w:t>v -2.774983 16.908930 -0.119816</w:t>
        <w:br/>
        <w:t>v -2.942555 16.781418 -0.125612</w:t>
        <w:br/>
        <w:t>v -2.703384 16.782383 0.068281</w:t>
        <w:br/>
        <w:t>v -2.880390 16.672199 0.058942</w:t>
        <w:br/>
        <w:t>v -2.668151 16.282736 -0.072837</w:t>
        <w:br/>
        <w:t>v -2.732818 16.389442 0.034436</w:t>
        <w:br/>
        <w:t>v -2.705554 16.369473 0.091429</w:t>
        <w:br/>
        <w:t>v -2.631433 16.252974 -0.044672</w:t>
        <w:br/>
        <w:t>v -2.471815 16.415424 -0.081790</w:t>
        <w:br/>
        <w:t>v -2.461544 16.362841 -0.049791</w:t>
        <w:br/>
        <w:t>v -2.527224 16.469671 0.090883</w:t>
        <w:br/>
        <w:t>v -2.527076 16.510752 0.027029</w:t>
        <w:br/>
        <w:t>v -2.608654 16.218554 -0.257219</w:t>
        <w:br/>
        <w:t>v -2.648964 16.254349 -0.257273</w:t>
        <w:br/>
        <w:t>v -2.454972 16.387468 -0.255000</w:t>
        <w:br/>
        <w:t>v -2.440702 16.328178 -0.255004</w:t>
        <w:br/>
        <w:t>v -2.648964 16.254349 -0.257273</w:t>
        <w:br/>
        <w:t>v -2.608654 16.218554 -0.257219</w:t>
        <w:br/>
        <w:t>v -2.634638 16.266941 -0.481630</w:t>
        <w:br/>
        <w:t>v -2.671206 16.296061 -0.453808</w:t>
        <w:br/>
        <w:t>v -2.466083 16.374088 -0.475801</w:t>
        <w:br/>
        <w:t>v -2.440702 16.328178 -0.255004</w:t>
        <w:br/>
        <w:t>v -2.454972 16.387468 -0.255000</w:t>
        <w:br/>
        <w:t>v -2.476166 16.425835 -0.443407</w:t>
        <w:br/>
        <w:t>v -2.768012 16.495892 -0.639934</w:t>
        <w:br/>
        <w:t>v -2.820755 16.584778 -0.617751</w:t>
        <w:br/>
        <w:t>v -2.848536 16.596403 -0.549145</w:t>
        <w:br/>
        <w:t>v -2.781728 16.485245 -0.587845</w:t>
        <w:br/>
        <w:t>v -2.643521 16.684082 -0.624489</w:t>
        <w:br/>
        <w:t>v -2.599260 16.607149 -0.637374</w:t>
        <w:br/>
        <w:t>v -2.583757 16.614143 -0.576948</w:t>
        <w:br/>
        <w:t>v -2.621257 16.679338 -0.567405</w:t>
        <w:br/>
        <w:t>v -2.901460 16.684757 -0.479599</w:t>
        <w:br/>
        <w:t>v -2.905441 16.726164 -0.514327</w:t>
        <w:br/>
        <w:t>v -2.954544 16.805820 -0.335564</w:t>
        <w:br/>
        <w:t>v -2.944489 16.753994 -0.325990</w:t>
        <w:br/>
        <w:t>v -2.700862 16.817114 -0.468997</w:t>
        <w:br/>
        <w:t>v -2.739621 16.883379 -0.316682</w:t>
        <w:br/>
        <w:t>v -2.783020 16.924547 -0.327518</w:t>
        <w:br/>
        <w:t>v -2.737289 16.846378 -0.508989</w:t>
        <w:br/>
        <w:t>v -2.942555 16.781418 -0.125612</w:t>
        <w:br/>
        <w:t>v -2.934001 16.732443 -0.145463</w:t>
        <w:br/>
        <w:t>v -2.774983 16.908930 -0.119816</w:t>
        <w:br/>
        <w:t>v -2.732965 16.870430 -0.142641</w:t>
        <w:br/>
        <w:t>v -2.880390 16.672199 0.058942</w:t>
        <w:br/>
        <w:t>v -2.864151 16.610781 0.023849</w:t>
        <w:br/>
        <w:t>v -2.656534 16.732990 0.019001</w:t>
        <w:br/>
        <w:t>v -2.703384 16.782383 0.068281</w:t>
        <w:br/>
        <w:t>v -2.781049 16.503386 0.106352</w:t>
        <w:br/>
        <w:t>v -2.774662 16.460392 0.049295</w:t>
        <w:br/>
        <w:t>v -2.835989 16.596378 0.092148</w:t>
        <w:br/>
        <w:t>v -2.781049 16.503386 0.106352</w:t>
        <w:br/>
        <w:t>v -2.835989 16.596378 0.092148</w:t>
        <w:br/>
        <w:t>v -2.659207 16.705620 0.099706</w:t>
        <w:br/>
        <w:t>v -2.604431 16.610270 0.111896</w:t>
        <w:br/>
        <w:t>v -2.572753 16.584925 0.039315</w:t>
        <w:br/>
        <w:t>v -2.604431 16.610270 0.111896</w:t>
        <w:br/>
        <w:t>v -2.659207 16.705620 0.099706</w:t>
        <w:br/>
        <w:t>v -2.733295 16.422621 0.101150</w:t>
        <w:br/>
        <w:t>v -2.557734 16.529049 0.104562</w:t>
        <w:br/>
        <w:t>v -2.557734 16.529049 0.104562</w:t>
        <w:br/>
        <w:t>v -2.733295 16.422621 0.101150</w:t>
        <w:br/>
        <w:t>v -2.865011 16.659000 -0.580828</w:t>
        <w:br/>
        <w:t>v -2.686974 16.759434 -0.588916</w:t>
        <w:br/>
        <w:t>v -2.660738 16.747791 -0.533924</w:t>
        <w:br/>
        <w:t>v -2.865011 16.659000 -0.580828</w:t>
        <w:br/>
        <w:t>v -2.686974 16.759434 -0.588916</w:t>
        <w:br/>
        <w:t>v -2.735670 16.405081 -0.561390</w:t>
        <w:br/>
        <w:t>v -2.729949 16.431280 -0.631871</w:t>
        <w:br/>
        <w:t>v -2.555015 16.529985 -0.617767</w:t>
        <w:br/>
        <w:t>v -2.551090 16.557163 -0.561280</w:t>
        <w:br/>
        <w:t>v -2.729949 16.431280 -0.631871</w:t>
        <w:br/>
        <w:t>v -2.555015 16.529985 -0.617767</w:t>
        <w:br/>
        <w:t>v -2.512745 16.456102 -0.577956</w:t>
        <w:br/>
        <w:t>v -2.512443 16.489613 -0.525100</w:t>
        <w:br/>
        <w:t>v -2.687488 16.358562 -0.590207</w:t>
        <w:br/>
        <w:t>v -2.735670 16.405081 -0.561390</w:t>
        <w:br/>
        <w:t>v -2.687488 16.358562 -0.590207</w:t>
        <w:br/>
        <w:t>v -2.512745 16.456102 -0.577956</w:t>
        <w:br/>
        <w:t>v -2.885225 16.620361 0.080750</w:t>
        <w:br/>
        <w:t>v -2.780800 16.449226 0.110550</w:t>
        <w:br/>
        <w:t>v -2.732720 16.377361 -0.618321</w:t>
        <w:br/>
        <w:t>v -2.529130 16.526552 -0.540829</w:t>
        <w:br/>
        <w:t>v -2.503993 16.507305 -0.603682</w:t>
        <w:br/>
        <w:t>v -2.870424 16.608173 -0.605433</w:t>
        <w:br/>
        <w:t>v -2.636346 16.713285 -0.549474</w:t>
        <w:br/>
        <w:t>v -2.641276 16.739695 -0.613980</w:t>
        <w:br/>
        <w:t>v -2.679116 16.756626 0.112174</w:t>
        <w:br/>
        <w:t>v -2.870888 16.637461 0.102674</w:t>
        <w:br/>
        <w:t>v -2.885225 16.620361 0.080750</w:t>
        <w:br/>
        <w:t>v -2.655944 16.762888 0.092145</w:t>
        <w:br/>
        <w:t>v -2.679116 16.756626 0.112174</w:t>
        <w:br/>
        <w:t>v -2.870888 16.637461 0.102674</w:t>
        <w:br/>
        <w:t>v -2.573423 16.571028 0.137402</w:t>
        <w:br/>
        <w:t>v -2.761212 16.458729 0.132972</w:t>
        <w:br/>
        <w:t>v -2.554955 16.583998 0.115775</w:t>
        <w:br/>
        <w:t>v -2.573423 16.571028 0.137402</w:t>
        <w:br/>
        <w:t>v -2.761212 16.458729 0.132972</w:t>
        <w:br/>
        <w:t>v -2.708731 16.381136 -0.638035</w:t>
        <w:br/>
        <w:t>v -2.517548 16.487705 -0.623906</w:t>
        <w:br/>
        <w:t>v -2.732720 16.377361 -0.618321</w:t>
        <w:br/>
        <w:t>v -2.517548 16.487705 -0.623906</w:t>
        <w:br/>
        <w:t>v -2.708731 16.381136 -0.638035</w:t>
        <w:br/>
        <w:t>v -2.856697 16.627117 -0.626155</w:t>
        <w:br/>
        <w:t>v -2.664542 16.734390 -0.634182</w:t>
        <w:br/>
        <w:t>v -2.870424 16.608173 -0.605433</w:t>
        <w:br/>
        <w:t>v -2.664542 16.734390 -0.634182</w:t>
        <w:br/>
        <w:t>v -2.856697 16.627117 -0.626155</w:t>
        <w:br/>
        <w:t>v -2.655944 16.762888 0.092145</w:t>
        <w:br/>
        <w:t>v -2.554955 16.583998 0.115775</w:t>
        <w:br/>
        <w:t>v 2.705713 16.369123 0.088771</w:t>
        <w:br/>
        <w:t>v 2.631429 16.252733 -0.047335</w:t>
        <w:br/>
        <w:t>v 2.461545 16.362623 -0.052183</w:t>
        <w:br/>
        <w:t>v 2.527393 16.469339 0.088498</w:t>
        <w:br/>
        <w:t>v 2.440472 16.328115 -0.257400</w:t>
        <w:br/>
        <w:t>v 2.608410 16.218473 -0.259882</w:t>
        <w:br/>
        <w:t>v 2.465613 16.374186 -0.478190</w:t>
        <w:br/>
        <w:t>v 2.440472 16.328115 -0.257400</w:t>
        <w:br/>
        <w:t>v 2.608410 16.218473 -0.259882</w:t>
        <w:br/>
        <w:t>v 2.634151 16.267029 -0.484285</w:t>
        <w:br/>
        <w:t>v 2.767372 16.496086 -0.642566</w:t>
        <w:br/>
        <w:t>v 2.820149 16.584948 -0.620375</w:t>
        <w:br/>
        <w:t>v 2.642917 16.684275 -0.626842</w:t>
        <w:br/>
        <w:t>v 2.598634 16.607353 -0.639736</w:t>
        <w:br/>
        <w:t>v 2.904964 16.726248 -0.516939</w:t>
        <w:br/>
        <w:t>v 2.954274 16.805767 -0.338171</w:t>
        <w:br/>
        <w:t>v 2.782771 16.924505 -0.329846</w:t>
        <w:br/>
        <w:t>v 2.736831 16.846476 -0.511325</w:t>
        <w:br/>
        <w:t>v 2.942516 16.781206 -0.128224</w:t>
        <w:br/>
        <w:t>v 2.774963 16.908731 -0.122147</w:t>
        <w:br/>
        <w:t>v 2.880544 16.671860 0.056317</w:t>
        <w:br/>
        <w:t>v 2.703559 16.782049 0.065935</w:t>
        <w:br/>
        <w:t>v 2.705713 16.369123 0.088771</w:t>
        <w:br/>
        <w:t>v 2.732916 16.389135 0.031762</w:t>
        <w:br/>
        <w:t>v 2.668119 16.282515 -0.075519</w:t>
        <w:br/>
        <w:t>v 2.631429 16.252733 -0.047335</w:t>
        <w:br/>
        <w:t>v 2.471786 16.415226 -0.084154</w:t>
        <w:br/>
        <w:t>v 2.527177 16.510468 0.024675</w:t>
        <w:br/>
        <w:t>v 2.527393 16.469339 0.088498</w:t>
        <w:br/>
        <w:t>v 2.461545 16.362623 -0.052183</w:t>
        <w:br/>
        <w:t>v 2.648724 16.254267 -0.259954</w:t>
        <w:br/>
        <w:t>v 2.608410 16.218473 -0.259882</w:t>
        <w:br/>
        <w:t>v 2.454748 16.387402 -0.257367</w:t>
        <w:br/>
        <w:t>v 2.440472 16.328115 -0.257400</w:t>
        <w:br/>
        <w:t>v 2.648724 16.254267 -0.259954</w:t>
        <w:br/>
        <w:t>v 2.670752 16.296122 -0.456482</w:t>
        <w:br/>
        <w:t>v 2.634151 16.267029 -0.484285</w:t>
        <w:br/>
        <w:t>v 2.608410 16.218473 -0.259882</w:t>
        <w:br/>
        <w:t>v 2.454748 16.387402 -0.257367</w:t>
        <w:br/>
        <w:t>v 2.440472 16.328115 -0.257400</w:t>
        <w:br/>
        <w:t>v 2.465613 16.374186 -0.478190</w:t>
        <w:br/>
        <w:t>v 2.475737 16.425909 -0.445768</w:t>
        <w:br/>
        <w:t>v 2.848008 16.596519 -0.551791</w:t>
        <w:br/>
        <w:t>v 2.820149 16.584948 -0.620375</w:t>
        <w:br/>
        <w:t>v 2.767372 16.496086 -0.642566</w:t>
        <w:br/>
        <w:t>v 2.781145 16.485395 -0.590500</w:t>
        <w:br/>
        <w:t>v 2.583199 16.614309 -0.579288</w:t>
        <w:br/>
        <w:t>v 2.598634 16.607353 -0.639736</w:t>
        <w:br/>
        <w:t>v 2.642917 16.684275 -0.626842</w:t>
        <w:br/>
        <w:t>v 2.620717 16.679491 -0.569737</w:t>
        <w:br/>
        <w:t>v 2.901018 16.684814 -0.482238</w:t>
        <w:br/>
        <w:t>v 2.944224 16.753933 -0.328625</w:t>
        <w:br/>
        <w:t>v 2.954274 16.805767 -0.338171</w:t>
        <w:br/>
        <w:t>v 2.904964 16.726248 -0.516939</w:t>
        <w:br/>
        <w:t>v 2.782771 16.924505 -0.329846</w:t>
        <w:br/>
        <w:t>v 2.739380 16.883335 -0.318992</w:t>
        <w:br/>
        <w:t>v 2.700445 16.817186 -0.471314</w:t>
        <w:br/>
        <w:t>v 2.736831 16.846476 -0.511325</w:t>
        <w:br/>
        <w:t>v 2.933934 16.732248 -0.148102</w:t>
        <w:br/>
        <w:t>v 2.942516 16.781206 -0.128224</w:t>
        <w:br/>
        <w:t>v 2.774963 16.908731 -0.122147</w:t>
        <w:br/>
        <w:t>v 2.732915 16.870255 -0.144954</w:t>
        <w:br/>
        <w:t>v 2.864259 16.610466 0.021196</w:t>
        <w:br/>
        <w:t>v 2.880544 16.671860 0.056317</w:t>
        <w:br/>
        <w:t>v 2.656650 16.732702 0.016670</w:t>
        <w:br/>
        <w:t>v 2.703559 16.782049 0.065935</w:t>
        <w:br/>
        <w:t>v 2.781238 16.503019 0.103711</w:t>
        <w:br/>
        <w:t>v 2.836172 16.596016 0.089515</w:t>
        <w:br/>
        <w:t>v 2.774784 16.460068 0.046628</w:t>
        <w:br/>
        <w:t>v 2.659409 16.705267 0.097351</w:t>
        <w:br/>
        <w:t>v 2.836172 16.596016 0.089515</w:t>
        <w:br/>
        <w:t>v 2.781238 16.503019 0.103711</w:t>
        <w:br/>
        <w:t>v 2.604637 16.609913 0.109531</w:t>
        <w:br/>
        <w:t>v 2.604637 16.609913 0.109531</w:t>
        <w:br/>
        <w:t>v 2.572876 16.584629 0.036965</w:t>
        <w:br/>
        <w:t>v 2.659409 16.705267 0.097351</w:t>
        <w:br/>
        <w:t>v 2.733470 16.422260 0.098501</w:t>
        <w:br/>
        <w:t>v 2.557923 16.528704 0.102187</w:t>
        <w:br/>
        <w:t>v 2.557923 16.528704 0.102187</w:t>
        <w:br/>
        <w:t>v 2.733470 16.422260 0.098501</w:t>
        <w:br/>
        <w:t>v 2.864454 16.659140 -0.583445</w:t>
        <w:br/>
        <w:t>v 2.660243 16.747915 -0.536249</w:t>
        <w:br/>
        <w:t>v 2.686418 16.759596 -0.591261</w:t>
        <w:br/>
        <w:t>v 2.864454 16.659140 -0.583445</w:t>
        <w:br/>
        <w:t>v 2.686418 16.759596 -0.591261</w:t>
        <w:br/>
        <w:t>v 2.735109 16.405218 -0.564054</w:t>
        <w:br/>
        <w:t>v 2.729311 16.431469 -0.634510</w:t>
        <w:br/>
        <w:t>v 2.550544 16.557318 -0.563626</w:t>
        <w:br/>
        <w:t>v 2.554403 16.530182 -0.620137</w:t>
        <w:br/>
        <w:t>v 2.729311 16.431469 -0.634510</w:t>
        <w:br/>
        <w:t>v 2.554403 16.530182 -0.620137</w:t>
        <w:br/>
        <w:t>v 2.512170 16.456272 -0.580335</w:t>
        <w:br/>
        <w:t>v 2.511930 16.489746 -0.527453</w:t>
        <w:br/>
        <w:t>v 2.735109 16.405218 -0.564054</w:t>
        <w:br/>
        <w:t>v 2.686890 16.358725 -0.592853</w:t>
        <w:br/>
        <w:t>v 2.686890 16.358725 -0.592853</w:t>
        <w:br/>
        <w:t>v 2.512170 16.456272 -0.580335</w:t>
        <w:br/>
        <w:t>v 2.885398 16.620001 0.078081</w:t>
        <w:br/>
        <w:t>v 2.780988 16.448853 0.107868</w:t>
        <w:br/>
        <w:t>v 2.732093 16.377542 -0.621002</w:t>
        <w:br/>
        <w:t>v 2.503395 16.507498 -0.606013</w:t>
        <w:br/>
        <w:t>v 2.528604 16.526697 -0.543173</w:t>
        <w:br/>
        <w:t>v 2.869835 16.608330 -0.608095</w:t>
        <w:br/>
        <w:t>v 2.635829 16.713423 -0.551797</w:t>
        <w:br/>
        <w:t>v 2.640691 16.739883 -0.616289</w:t>
        <w:br/>
        <w:t>v 2.679338 16.756264 0.109835</w:t>
        <w:br/>
        <w:t>v 2.871086 16.637087 0.100033</w:t>
        <w:br/>
        <w:t>v 2.885398 16.620001 0.078081</w:t>
        <w:br/>
        <w:t>v 2.656144 16.762545 0.089837</w:t>
        <w:br/>
        <w:t>v 2.871086 16.637087 0.100033</w:t>
        <w:br/>
        <w:t>v 2.679338 16.756264 0.109835</w:t>
        <w:br/>
        <w:t>v 2.573654 16.570658 0.135041</w:t>
        <w:br/>
        <w:t>v 2.761426 16.458345 0.130319</w:t>
        <w:br/>
        <w:t>v 2.555163 16.583647 0.113445</w:t>
        <w:br/>
        <w:t>v 2.573654 16.570658 0.135041</w:t>
        <w:br/>
        <w:t>v 2.761426 16.458345 0.130319</w:t>
        <w:br/>
        <w:t>v 2.708082 16.381334 -0.640687</w:t>
        <w:br/>
        <w:t>v 2.516926 16.487913 -0.626266</w:t>
        <w:br/>
        <w:t>v 2.732093 16.377542 -0.621002</w:t>
        <w:br/>
        <w:t>v 2.516926 16.487913 -0.626266</w:t>
        <w:br/>
        <w:t>v 2.708082 16.381334 -0.640687</w:t>
        <w:br/>
        <w:t>v 2.856086 16.627289 -0.628787</w:t>
        <w:br/>
        <w:t>v 2.663934 16.734589 -0.636521</w:t>
        <w:br/>
        <w:t>v 2.869835 16.608330 -0.608095</w:t>
        <w:br/>
        <w:t>v 2.663934 16.734589 -0.636521</w:t>
        <w:br/>
        <w:t>v 2.856086 16.627289 -0.628787</w:t>
        <w:br/>
        <w:t>v 2.656144 16.762545 0.089837</w:t>
        <w:br/>
        <w:t>v 2.555163 16.583647 0.113445</w:t>
        <w:br/>
        <w:t>v -0.928902 15.018387 0.996734</w:t>
        <w:br/>
        <w:t>v -0.933821 15.094829 0.972536</w:t>
        <w:br/>
        <w:t>v -0.964995 15.031793 0.941116</w:t>
        <w:br/>
        <w:t>v -0.982294 15.082306 0.904323</w:t>
        <w:br/>
        <w:t>v -0.971427 15.139479 0.907320</w:t>
        <w:br/>
        <w:t>v -0.990906 15.139761 0.927906</w:t>
        <w:br/>
        <w:t>v -0.971427 15.139479 0.907320</w:t>
        <w:br/>
        <w:t>v -0.937210 15.169516 0.948212</w:t>
        <w:br/>
        <w:t>v -0.960498 15.166606 0.964442</w:t>
        <w:br/>
        <w:t>v -0.899450 15.155757 1.004052</w:t>
        <w:br/>
        <w:t>v -0.926669 15.154340 1.014217</w:t>
        <w:br/>
        <w:t>v -0.937210 15.169516 0.948212</w:t>
        <w:br/>
        <w:t>v -0.899450 15.155757 1.004052</w:t>
        <w:br/>
        <w:t>v -1.000353 15.088782 0.925224</w:t>
        <w:br/>
        <w:t>v -0.982294 15.082306 0.904323</w:t>
        <w:br/>
        <w:t>v -0.984577 15.043789 0.958094</w:t>
        <w:br/>
        <w:t>v -0.964995 15.031793 0.941116</w:t>
        <w:br/>
        <w:t>v -0.957087 15.099924 0.986209</w:t>
        <w:br/>
        <w:t>v -0.984577 15.043789 0.958094</w:t>
        <w:br/>
        <w:t>v -1.000353 15.088782 0.925224</w:t>
        <w:br/>
        <w:t>v -0.952180 15.031807 1.007715</w:t>
        <w:br/>
        <w:t>v -0.990906 15.139761 0.927906</w:t>
        <w:br/>
        <w:t>v -0.952180 15.031807 1.007715</w:t>
        <w:br/>
        <w:t>v -0.928902 15.018387 0.996734</w:t>
        <w:br/>
        <w:t>v -0.893903 15.049659 1.038733</w:t>
        <w:br/>
        <w:t>v -0.928902 15.018387 0.996734</w:t>
        <w:br/>
        <w:t>v -0.952180 15.031807 1.007715</w:t>
        <w:br/>
        <w:t>v -0.921066 15.059629 1.045107</w:t>
        <w:br/>
        <w:t>v -0.893903 15.049659 1.038733</w:t>
        <w:br/>
        <w:t>v -0.921066 15.059629 1.045107</w:t>
        <w:br/>
        <w:t>v -0.881309 15.106518 1.041918</w:t>
        <w:br/>
        <w:t>v -0.910158 15.110349 1.047913</w:t>
        <w:br/>
        <w:t>v -0.881309 15.106518 1.041918</w:t>
        <w:br/>
        <w:t>v -0.926669 15.154340 1.014217</w:t>
        <w:br/>
        <w:t>v -0.910158 15.110349 1.047913</w:t>
        <w:br/>
        <w:t>v -0.960498 15.166606 0.964442</w:t>
        <w:br/>
        <w:t>v 1.537510 13.843643 1.360707</w:t>
        <w:br/>
        <w:t>v 1.564361 13.831414 1.362291</w:t>
        <w:br/>
        <w:t>v 1.578998 13.835809 1.338937</w:t>
        <w:br/>
        <w:t>v 1.562862 13.851244 1.320253</w:t>
        <w:br/>
        <w:t>v 1.557624 13.852357 1.403408</w:t>
        <w:br/>
        <w:t>v 1.575970 13.836445 1.386945</w:t>
        <w:br/>
        <w:t>v 1.557624 13.852357 1.403408</w:t>
        <w:br/>
        <w:t>v 1.603060 13.868670 1.405660</w:t>
        <w:br/>
        <w:t>v 1.602205 13.845855 1.388246</w:t>
        <w:br/>
        <w:t>v 1.575970 13.836445 1.386945</w:t>
        <w:br/>
        <w:t>v 1.628390 13.876245 1.365207</w:t>
        <w:br/>
        <w:t>v 1.616831 13.850236 1.364891</w:t>
        <w:br/>
        <w:t>v 1.608309 13.867545 1.322500</w:t>
        <w:br/>
        <w:t>v 1.605234 13.845194 1.340238</w:t>
        <w:br/>
        <w:t>v 1.605234 13.845194 1.340238</w:t>
        <w:br/>
        <w:t>v 1.608309 13.867545 1.322500</w:t>
        <w:br/>
        <w:t>v 1.518398 13.881558 1.359232</w:t>
        <w:br/>
        <w:t>v 1.545698 13.889732 1.315654</w:t>
        <w:br/>
        <w:t>v 1.518398 13.881558 1.359232</w:t>
        <w:br/>
        <w:t>v 1.540078 13.890945 1.405239</w:t>
        <w:br/>
        <w:t>v 1.540078 13.890945 1.405239</w:t>
        <w:br/>
        <w:t>v 1.589024 13.908517 1.407663</w:t>
        <w:br/>
        <w:t>v 1.616291 13.916688 1.364084</w:t>
        <w:br/>
        <w:t>v 1.594651 13.907301 1.318074</w:t>
        <w:br/>
        <w:t>v 1.616291 13.916688 1.364084</w:t>
        <w:br/>
        <w:t>v 1.594651 13.907301 1.318074</w:t>
        <w:br/>
        <w:t>v 1.528352 13.921897 1.359292</w:t>
        <w:br/>
        <w:t>v 1.542969 13.926267 1.335937</w:t>
        <w:br/>
        <w:t>v 1.539972 13.926914 1.383944</w:t>
        <w:br/>
        <w:t>v 1.539972 13.926914 1.383944</w:t>
        <w:br/>
        <w:t>v 1.566194 13.936325 1.385245</w:t>
        <w:br/>
        <w:t>v 1.540078 13.890945 1.405239</w:t>
        <w:br/>
        <w:t>v 1.580803 13.940707 1.361892</w:t>
        <w:br/>
        <w:t>v 1.569196 13.935677 1.337238</w:t>
        <w:br/>
        <w:t>v 1.594651 13.907301 1.318074</w:t>
        <w:br/>
        <w:t>v 1.569196 13.935677 1.337238</w:t>
        <w:br/>
        <w:t>v 1.593399 13.833830 1.363822</w:t>
        <w:br/>
        <w:t>v 1.593399 13.833830 1.363822</w:t>
        <w:br/>
        <w:t>v 1.551812 13.938301 1.360357</w:t>
        <w:br/>
        <w:t>v 1.551812 13.938301 1.360357</w:t>
        <w:br/>
        <w:t>v 0.969051 13.673272 1.521663</w:t>
        <w:br/>
        <w:t>v 0.963782 13.671980 1.539267</w:t>
        <w:br/>
        <w:t>v 0.938056 13.686143 1.540292</w:t>
        <w:br/>
        <w:t>v 0.946486 13.686822 1.513775</w:t>
        <w:br/>
        <w:t>v 0.967828 13.673635 1.547780</w:t>
        <w:br/>
        <w:t>v 0.947375 13.689149 1.559360</w:t>
        <w:br/>
        <w:t>v 1.228125 13.769815 1.718033</w:t>
        <w:br/>
        <w:t>v 1.214738 13.787459 1.734130</w:t>
        <w:br/>
        <w:t>v 1.240656 13.774066 1.720175</w:t>
        <w:br/>
        <w:t>v 1.237470 13.796423 1.738006</w:t>
        <w:br/>
        <w:t>v 1.251300 13.776860 1.712413</w:t>
        <w:br/>
        <w:t>v 1.257458 13.800448 1.723789</w:t>
        <w:br/>
        <w:t>v 1.372154 13.818377 1.509726</w:t>
        <w:br/>
        <w:t>v 1.378324 13.841928 1.520900</w:t>
        <w:br/>
        <w:t>v 1.380194 13.827836 1.490529</w:t>
        <w:br/>
        <w:t>v 1.383055 13.847179 1.510803</w:t>
        <w:br/>
        <w:t>v 1.380129 13.848063 1.479953</w:t>
        <w:br/>
        <w:t>v 1.382632 13.857911 1.504852</w:t>
        <w:br/>
        <w:t>v 1.292660 14.203744 1.387595</w:t>
        <w:br/>
        <w:t>v 1.295597 14.211308 1.412855</w:t>
        <w:br/>
        <w:t>v 1.281541 14.265020 1.367609</w:t>
        <w:br/>
        <w:t>v 1.283926 14.275945 1.391830</w:t>
        <w:br/>
        <w:t>v 1.282156 14.319966 1.337242</w:t>
        <w:br/>
        <w:t>v 1.284471 14.336101 1.358663</w:t>
        <w:br/>
        <w:t>v 0.953572 13.645486 1.541511</w:t>
        <w:br/>
        <w:t>v 0.963782 13.671980 1.539267</w:t>
        <w:br/>
        <w:t>v 0.969051 13.673272 1.521663</w:t>
        <w:br/>
        <w:t>v 0.961049 13.648692 1.514916</w:t>
        <w:br/>
        <w:t>v 0.962361 13.649893 1.560544</w:t>
        <w:br/>
        <w:t>v 0.967828 13.673635 1.547780</w:t>
        <w:br/>
        <w:t>v 1.229202 13.748833 1.735072</w:t>
        <w:br/>
        <w:t>v 1.228125 13.769815 1.718033</w:t>
        <w:br/>
        <w:t>v 1.251634 13.755012 1.738925</w:t>
        <w:br/>
        <w:t>v 1.240656 13.774066 1.720175</w:t>
        <w:br/>
        <w:t>v 1.269816 13.761181 1.725240</w:t>
        <w:br/>
        <w:t>v 1.251300 13.776860 1.712413</w:t>
        <w:br/>
        <w:t>v 1.394669 13.804290 1.516994</w:t>
        <w:br/>
        <w:t>v 1.372154 13.818377 1.509726</w:t>
        <w:br/>
        <w:t>v 1.407614 13.818748 1.489065</w:t>
        <w:br/>
        <w:t>v 1.380194 13.827836 1.490529</w:t>
        <w:br/>
        <w:t>v 1.406518 13.848530 1.472659</w:t>
        <w:br/>
        <w:t>v 1.380129 13.848063 1.479953</w:t>
        <w:br/>
        <w:t>v 1.318147 14.206422 1.379666</w:t>
        <w:br/>
        <w:t>v 1.292660 14.203744 1.387595</w:t>
        <w:br/>
        <w:t>v 1.307533 14.264159 1.360726</w:t>
        <w:br/>
        <w:t>v 1.281541 14.265020 1.367609</w:t>
        <w:br/>
        <w:t>v 1.307793 14.313641 1.333205</w:t>
        <w:br/>
        <w:t>v 1.282156 14.319966 1.337242</w:t>
        <w:br/>
        <w:t>v 0.927835 13.659660 1.542536</w:t>
        <w:br/>
        <w:t>v 0.953572 13.645486 1.541511</w:t>
        <w:br/>
        <w:t>v 0.961049 13.648692 1.514916</w:t>
        <w:br/>
        <w:t>v 0.938474 13.662252 1.507027</w:t>
        <w:br/>
        <w:t>v 0.941899 13.665423 1.572126</w:t>
        <w:br/>
        <w:t>v 0.962361 13.649893 1.560544</w:t>
        <w:br/>
        <w:t>v 1.215812 13.766480 1.751171</w:t>
        <w:br/>
        <w:t>v 1.229202 13.748833 1.735072</w:t>
        <w:br/>
        <w:t>v 1.248440 13.777368 1.756754</w:t>
        <w:br/>
        <w:t>v 1.251634 13.755012 1.738925</w:t>
        <w:br/>
        <w:t>v 1.275961 13.784780 1.736616</w:t>
        <w:br/>
        <w:t>v 1.269816 13.761181 1.725240</w:t>
        <w:br/>
        <w:t>v 1.400827 13.827822 1.528167</w:t>
        <w:br/>
        <w:t>v 1.394669 13.804290 1.516994</w:t>
        <w:br/>
        <w:t>v 1.410466 13.838062 1.509341</w:t>
        <w:br/>
        <w:t>v 1.407614 13.818748 1.489065</w:t>
        <w:br/>
        <w:t>v 1.409019 13.858342 1.497558</w:t>
        <w:br/>
        <w:t>v 1.406518 13.848530 1.472659</w:t>
        <w:br/>
        <w:t>v 1.321081 14.213989 1.404930</w:t>
        <w:br/>
        <w:t>v 1.318147 14.206422 1.379666</w:t>
        <w:br/>
        <w:t>v 1.309878 14.275055 1.384957</w:t>
        <w:br/>
        <w:t>v 1.307533 14.264159 1.360726</w:t>
        <w:br/>
        <w:t>v 1.310071 14.329759 1.354625</w:t>
        <w:br/>
        <w:t>v 1.307793 14.313641 1.333205</w:t>
        <w:br/>
        <w:t>v 0.927835 13.659660 1.542536</w:t>
        <w:br/>
        <w:t>v 0.938474 13.662252 1.507027</w:t>
        <w:br/>
        <w:t>v 0.946486 13.686822 1.513775</w:t>
        <w:br/>
        <w:t>v 0.938056 13.686143 1.540292</w:t>
        <w:br/>
        <w:t>v 0.947375 13.689149 1.559360</w:t>
        <w:br/>
        <w:t>v 0.941899 13.665423 1.572126</w:t>
        <w:br/>
        <w:t>v 1.214738 13.787459 1.734130</w:t>
        <w:br/>
        <w:t>v 1.215812 13.766480 1.751171</w:t>
        <w:br/>
        <w:t>v 1.248440 13.777368 1.756754</w:t>
        <w:br/>
        <w:t>v 1.237470 13.796423 1.738006</w:t>
        <w:br/>
        <w:t>v 1.257458 13.800448 1.723789</w:t>
        <w:br/>
        <w:t>v 1.275961 13.784780 1.736616</w:t>
        <w:br/>
        <w:t>v 1.378324 13.841928 1.520900</w:t>
        <w:br/>
        <w:t>v 1.400827 13.827822 1.528167</w:t>
        <w:br/>
        <w:t>v 1.410466 13.838062 1.509341</w:t>
        <w:br/>
        <w:t>v 1.383055 13.847179 1.510803</w:t>
        <w:br/>
        <w:t>v 1.382632 13.857911 1.504852</w:t>
        <w:br/>
        <w:t>v 1.409019 13.858342 1.497558</w:t>
        <w:br/>
        <w:t>v 1.295597 14.211308 1.412855</w:t>
        <w:br/>
        <w:t>v 1.321081 14.213989 1.404930</w:t>
        <w:br/>
        <w:t>v 1.283926 14.275945 1.391830</w:t>
        <w:br/>
        <w:t>v 1.309878 14.275055 1.384957</w:t>
        <w:br/>
        <w:t>v 1.284471 14.336101 1.358663</w:t>
        <w:br/>
        <w:t>v 1.310071 14.329759 1.354625</w:t>
        <w:br/>
        <w:t>v 1.192079 13.737957 1.103464</w:t>
        <w:br/>
        <w:t>v 1.198683 13.762147 1.112264</w:t>
        <w:br/>
        <w:t>v 1.072844 13.724485 1.313020</w:t>
        <w:br/>
        <w:t>v 1.065540 13.700105 1.305245</w:t>
        <w:br/>
        <w:t>v 1.065540 13.700105 1.305245</w:t>
        <w:br/>
        <w:t>v 1.087544 13.686356 1.314160</w:t>
        <w:br/>
        <w:t>v 1.213524 13.724017 1.113404</w:t>
        <w:br/>
        <w:t>v 1.192079 13.737957 1.103464</w:t>
        <w:br/>
        <w:t>v 1.213524 13.724017 1.113404</w:t>
        <w:br/>
        <w:t>v 1.087544 13.686356 1.314160</w:t>
        <w:br/>
        <w:t>v 1.094837 13.710737 1.321934</w:t>
        <w:br/>
        <w:t>v 1.220118 13.748204 1.122205</w:t>
        <w:br/>
        <w:t>v 1.220118 13.748204 1.122205</w:t>
        <w:br/>
        <w:t>v 1.094837 13.710737 1.321934</w:t>
        <w:br/>
        <w:t>v 1.072844 13.724485 1.313020</w:t>
        <w:br/>
        <w:t>v 1.198683 13.762147 1.112264</w:t>
        <w:br/>
        <w:t>v 1.472191 13.822309 0.675434</w:t>
        <w:br/>
        <w:t>v 1.469965 13.845175 0.692422</w:t>
        <w:br/>
        <w:t>v 1.450190 13.837472 0.710754</w:t>
        <w:br/>
        <w:t>v 1.445077 13.813661 0.699900</w:t>
        <w:br/>
        <w:t>v 1.504007 13.833398 0.676654</w:t>
        <w:br/>
        <w:t>v 1.490716 13.851610 0.693228</w:t>
        <w:br/>
        <w:t>v 1.772206 13.932912 0.863972</w:t>
        <w:br/>
        <w:t>v 1.752560 13.948409 0.876042</w:t>
        <w:br/>
        <w:t>v 1.790371 13.939446 0.892677</w:t>
        <w:br/>
        <w:t>v 1.764938 13.954273 0.896436</w:t>
        <w:br/>
        <w:t>v 1.760969 13.951124 0.920535</w:t>
        <w:br/>
        <w:t>v 1.784045 13.936723 0.926618</w:t>
        <w:br/>
        <w:t>v 1.630581 13.917397 1.118505</w:t>
        <w:br/>
        <w:t>v 1.650186 13.902386 1.130673</w:t>
        <w:br/>
        <w:t>v 1.636126 13.905552 1.149618</w:t>
        <w:br/>
        <w:t>v 1.622885 13.918947 1.128218</w:t>
        <w:br/>
        <w:t>v 1.615405 13.927587 1.133411</w:t>
        <w:br/>
        <w:t>v 1.621217 13.921844 1.159107</w:t>
        <w:br/>
        <w:t>v 1.426573 14.250826 1.202120</w:t>
        <w:br/>
        <w:t>v 1.431079 14.247159 1.228054</w:t>
        <w:br/>
        <w:t>v 1.391791 14.308168 1.219496</w:t>
        <w:br/>
        <w:t>v 1.397765 14.301406 1.244393</w:t>
        <w:br/>
        <w:t>v 1.362047 14.345053 1.272468</w:t>
        <w:br/>
        <w:t>v 1.352941 14.356170 1.250556</w:t>
        <w:br/>
        <w:t>v 1.470358 13.823138 0.722747</w:t>
        <w:br/>
        <w:t>v 1.450190 13.837472 0.710754</w:t>
        <w:br/>
        <w:t>v 1.469965 13.845175 0.692422</w:t>
        <w:br/>
        <w:t>v 1.483799 13.827414 0.710618</w:t>
        <w:br/>
        <w:t>v 1.490716 13.851610 0.693228</w:t>
        <w:br/>
        <w:t>v 1.492955 13.830602 0.710969</w:t>
        <w:br/>
        <w:t>v 1.748021 13.925317 0.889050</w:t>
        <w:br/>
        <w:t>v 1.752560 13.948409 0.876042</w:t>
        <w:br/>
        <w:t>v 1.764938 13.954273 0.896436</w:t>
        <w:br/>
        <w:t>v 1.754988 13.927910 0.900096</w:t>
        <w:br/>
        <w:t>v 1.760969 13.951124 0.920535</w:t>
        <w:br/>
        <w:t>v 1.752576 13.926776 0.913188</w:t>
        <w:br/>
        <w:t>v 1.630581 13.917397 1.118505</w:t>
        <w:br/>
        <w:t>v 1.622246 13.893176 1.111016</w:t>
        <w:br/>
        <w:t>v 1.622885 13.918947 1.128218</w:t>
        <w:br/>
        <w:t>v 1.607251 13.895749 1.128514</w:t>
        <w:br/>
        <w:t>v 1.615405 13.927587 1.133411</w:t>
        <w:br/>
        <w:t>v 1.594063 13.912088 1.138670</w:t>
        <w:br/>
        <w:t>v 1.404461 14.237444 1.207872</w:t>
        <w:br/>
        <w:t>v 1.426573 14.250826 1.202120</w:t>
        <w:br/>
        <w:t>v 1.391791 14.308168 1.219496</w:t>
        <w:br/>
        <w:t>v 1.371454 14.291797 1.224328</w:t>
        <w:br/>
        <w:t>v 1.352941 14.356170 1.250556</w:t>
        <w:br/>
        <w:t>v 1.335723 14.335645 1.252679</w:t>
        <w:br/>
        <w:t>v 1.470358 13.823138 0.722747</w:t>
        <w:br/>
        <w:t>v 1.483799 13.827414 0.710618</w:t>
        <w:br/>
        <w:t>v 1.486039 13.804537 0.693631</w:t>
        <w:br/>
        <w:t>v 1.465255 13.799339 0.711892</w:t>
        <w:br/>
        <w:t>v 1.492955 13.830602 0.710969</w:t>
        <w:br/>
        <w:t>v 1.506260 13.812391 0.694395</w:t>
        <w:br/>
        <w:t>v 1.767683 13.909796 0.876982</w:t>
        <w:br/>
        <w:t>v 1.748021 13.925317 0.889050</w:t>
        <w:br/>
        <w:t>v 1.754988 13.927910 0.900096</w:t>
        <w:br/>
        <w:t>v 1.780441 13.913057 0.896337</w:t>
        <w:br/>
        <w:t>v 1.752576 13.926776 0.913188</w:t>
        <w:br/>
        <w:t>v 1.775669 13.912354 0.919271</w:t>
        <w:br/>
        <w:t>v 1.622246 13.893176 1.111016</w:t>
        <w:br/>
        <w:t>v 1.641864 13.878163 1.123183</w:t>
        <w:br/>
        <w:t>v 1.607251 13.895749 1.128514</w:t>
        <w:br/>
        <w:t>v 1.620495 13.882352 1.149914</w:t>
        <w:br/>
        <w:t>v 1.594063 13.912088 1.138670</w:t>
        <w:br/>
        <w:t>v 1.599871 13.906353 1.164366</w:t>
        <w:br/>
        <w:t>v 1.404461 14.237444 1.207872</w:t>
        <w:br/>
        <w:t>v 1.408940 14.233768 1.233804</w:t>
        <w:br/>
        <w:t>v 1.371454 14.291797 1.224328</w:t>
        <w:br/>
        <w:t>v 1.377404 14.285032 1.249218</w:t>
        <w:br/>
        <w:t>v 1.344881 14.324534 1.274577</w:t>
        <w:br/>
        <w:t>v 1.335723 14.335645 1.252679</w:t>
        <w:br/>
        <w:t>v 1.465255 13.799339 0.711892</w:t>
        <w:br/>
        <w:t>v 1.486039 13.804537 0.693631</w:t>
        <w:br/>
        <w:t>v 1.472191 13.822309 0.675434</w:t>
        <w:br/>
        <w:t>v 1.445077 13.813661 0.699900</w:t>
        <w:br/>
        <w:t>v 1.506260 13.812391 0.694395</w:t>
        <w:br/>
        <w:t>v 1.504007 13.833398 0.676654</w:t>
        <w:br/>
        <w:t>v 1.767683 13.909796 0.876982</w:t>
        <w:br/>
        <w:t>v 1.772206 13.932912 0.863972</w:t>
        <w:br/>
        <w:t>v 1.780441 13.913057 0.896337</w:t>
        <w:br/>
        <w:t>v 1.790371 13.939446 0.892677</w:t>
        <w:br/>
        <w:t>v 1.775669 13.912354 0.919271</w:t>
        <w:br/>
        <w:t>v 1.784045 13.936723 0.926618</w:t>
        <w:br/>
        <w:t>v 1.641864 13.878163 1.123183</w:t>
        <w:br/>
        <w:t>v 1.650186 13.902386 1.130673</w:t>
        <w:br/>
        <w:t>v 1.620495 13.882352 1.149914</w:t>
        <w:br/>
        <w:t>v 1.636126 13.905552 1.149618</w:t>
        <w:br/>
        <w:t>v 1.599871 13.906353 1.164366</w:t>
        <w:br/>
        <w:t>v 1.621217 13.921844 1.159107</w:t>
        <w:br/>
        <w:t>v 1.408940 14.233768 1.233804</w:t>
        <w:br/>
        <w:t>v 1.431079 14.247159 1.228054</w:t>
        <w:br/>
        <w:t>v 1.377404 14.285032 1.249218</w:t>
        <w:br/>
        <w:t>v 1.397765 14.301406 1.244393</w:t>
        <w:br/>
        <w:t>v 1.344881 14.324534 1.274577</w:t>
        <w:br/>
        <w:t>v 1.362047 14.345053 1.272468</w:t>
        <w:br/>
        <w:t>v 1.300178 14.355041 1.294929</w:t>
        <w:br/>
        <w:t>v 1.306031 14.384174 1.304249</w:t>
        <w:br/>
        <w:t>v 1.306031 14.384174 1.304249</w:t>
        <w:br/>
        <w:t>v 1.300178 14.355041 1.294929</w:t>
        <w:br/>
        <w:t>v 1.321001 14.334540 1.303626</w:t>
        <w:br/>
        <w:t>v 1.300178 14.355041 1.294929</w:t>
        <w:br/>
        <w:t>v 1.300178 14.355041 1.294929</w:t>
        <w:br/>
        <w:t>v 1.321001 14.334540 1.303626</w:t>
        <w:br/>
        <w:t>v 1.326749 14.363460 1.312878</w:t>
        <w:br/>
        <w:t>v 1.321001 14.334540 1.303626</w:t>
        <w:br/>
        <w:t>v 1.321001 14.334540 1.303626</w:t>
        <w:br/>
        <w:t>v 1.326749 14.363460 1.312878</w:t>
        <w:br/>
        <w:t>v 1.326749 14.363460 1.312878</w:t>
        <w:br/>
        <w:t>v 1.306031 14.384174 1.304249</w:t>
        <w:br/>
        <w:t>v 1.306031 14.384174 1.304249</w:t>
        <w:br/>
        <w:t>v 1.326749 14.363460 1.312878</w:t>
        <w:br/>
        <w:t>v 1.318625 13.775809 0.901682</w:t>
        <w:br/>
        <w:t>v 1.324505 13.799809 0.911509</w:t>
        <w:br/>
        <w:t>v 1.339466 13.761678 0.912648</w:t>
        <w:br/>
        <w:t>v 1.318625 13.775809 0.901682</w:t>
        <w:br/>
        <w:t>v 1.339466 13.761678 0.912648</w:t>
        <w:br/>
        <w:t>v 1.345336 13.785671 0.922476</w:t>
        <w:br/>
        <w:t>v 1.345336 13.785671 0.922476</w:t>
        <w:br/>
        <w:t>v 1.324505 13.799809 0.911509</w:t>
        <w:br/>
        <w:t>v 0.791187 14.719090 1.220589</w:t>
        <w:br/>
        <w:t>v 0.980055 14.763741 0.991532</w:t>
        <w:br/>
        <w:t>v 0.976463 14.805116 0.952687</w:t>
        <w:br/>
        <w:t>v 0.747191 14.741114 1.230085</w:t>
        <w:br/>
        <w:t>v 0.747191 14.741114 1.230085</w:t>
        <w:br/>
        <w:t>v 0.976463 14.805116 0.952687</w:t>
        <w:br/>
        <w:t>v 1.013011 14.844876 0.949166</w:t>
        <w:br/>
        <w:t>v 0.747685 14.766533 1.268371</w:t>
        <w:br/>
        <w:t>v 0.976463 14.805116 0.952687</w:t>
        <w:br/>
        <w:t>v 0.980055 14.763741 0.991532</w:t>
        <w:br/>
        <w:t>v 0.990685 14.710453 0.982247</w:t>
        <w:br/>
        <w:t>v 0.991183 14.719704 0.943333</w:t>
        <w:br/>
        <w:t>v 0.991101 14.669422 0.985994</w:t>
        <w:br/>
        <w:t>v 0.990569 14.655801 0.951666</w:t>
        <w:br/>
        <w:t>v 1.013011 14.844876 0.949166</w:t>
        <w:br/>
        <w:t>v 0.976463 14.805116 0.952687</w:t>
        <w:br/>
        <w:t>v 0.991183 14.719704 0.943333</w:t>
        <w:br/>
        <w:t>v 1.028629 14.733747 0.941041</w:t>
        <w:br/>
        <w:t>v 1.027594 14.727649 0.979919</w:t>
        <w:br/>
        <w:t>v 1.014192 14.807521 0.989732</w:t>
        <w:br/>
        <w:t>v 1.013011 14.844876 0.949166</w:t>
        <w:br/>
        <w:t>v 1.028629 14.733747 0.941041</w:t>
        <w:br/>
        <w:t>v 1.026790 14.667775 0.987399</w:t>
        <w:br/>
        <w:t>v 1.026307 14.654044 0.953169</w:t>
        <w:br/>
        <w:t>v 0.990569 14.655801 0.951666</w:t>
        <w:br/>
        <w:t>v 1.026307 14.654044 0.953169</w:t>
        <w:br/>
        <w:t>v 0.751394 14.669473 1.240051</w:t>
        <w:br/>
        <w:t>v 0.755377 14.678373 1.277157</w:t>
        <w:br/>
        <w:t>v 0.751394 14.669473 1.240051</w:t>
        <w:br/>
        <w:t>v 0.792244 14.668925 1.229569</w:t>
        <w:br/>
        <w:t>v 0.768212 14.612966 1.231066</w:t>
        <w:br/>
        <w:t>v 0.776754 14.608293 1.265612</w:t>
        <w:br/>
        <w:t>v 0.824162 14.539603 1.213041</w:t>
        <w:br/>
        <w:t>v 0.808912 14.553486 1.184997</w:t>
        <w:br/>
        <w:t>v 0.792244 14.668925 1.229569</w:t>
        <w:br/>
        <w:t>v 0.796174 14.678920 1.266631</w:t>
        <w:br/>
        <w:t>v 0.793192 14.746555 1.257394</w:t>
        <w:br/>
        <w:t>v 0.791187 14.719090 1.220589</w:t>
        <w:br/>
        <w:t>v 1.014192 14.807521 0.989732</w:t>
        <w:br/>
        <w:t>v 0.980055 14.763741 0.991532</w:t>
        <w:br/>
        <w:t>v 0.796174 14.678920 1.266631</w:t>
        <w:br/>
        <w:t>v 0.755377 14.678373 1.277157</w:t>
        <w:br/>
        <w:t>v 0.747685 14.766533 1.268371</w:t>
        <w:br/>
        <w:t>v 0.793192 14.746555 1.257394</w:t>
        <w:br/>
        <w:t>v 1.013011 14.844876 0.949166</w:t>
        <w:br/>
        <w:t>v 1.014192 14.807521 0.989732</w:t>
        <w:br/>
        <w:t>v 0.990685 14.710453 0.982247</w:t>
        <w:br/>
        <w:t>v 0.980055 14.763741 0.991532</w:t>
        <w:br/>
        <w:t>v 1.014192 14.807521 0.989732</w:t>
        <w:br/>
        <w:t>v 1.027594 14.727649 0.979919</w:t>
        <w:br/>
        <w:t>v 0.991101 14.669422 0.985994</w:t>
        <w:br/>
        <w:t>v 1.026790 14.667775 0.987399</w:t>
        <w:br/>
        <w:t>v 0.974130 14.585206 1.054954</w:t>
        <w:br/>
        <w:t>v 0.943393 14.597201 1.046414</w:t>
        <w:br/>
        <w:t>v 0.803143 14.630135 1.223741</w:t>
        <w:br/>
        <w:t>v 0.811514 14.625617 1.258329</w:t>
        <w:br/>
        <w:t>v 0.824162 14.539603 1.213041</w:t>
        <w:br/>
        <w:t>v 0.776754 14.608293 1.265612</w:t>
        <w:br/>
        <w:t>v 0.811514 14.625617 1.258329</w:t>
        <w:br/>
        <w:t>v 0.850190 14.568235 1.214036</w:t>
        <w:br/>
        <w:t>v 0.910962 14.553267 1.138142</w:t>
        <w:br/>
        <w:t>v 0.895199 14.521741 1.124801</w:t>
        <w:br/>
        <w:t>v 0.835204 14.582219 1.185866</w:t>
        <w:br/>
        <w:t>v 0.850190 14.568235 1.214036</w:t>
        <w:br/>
        <w:t>v 0.803143 14.630135 1.223741</w:t>
        <w:br/>
        <w:t>v 0.768212 14.612966 1.231066</w:t>
        <w:br/>
        <w:t>v 0.808912 14.553486 1.184997</w:t>
        <w:br/>
        <w:t>v 0.835204 14.582219 1.185866</w:t>
        <w:br/>
        <w:t>v 0.871780 14.538007 1.106538</w:t>
        <w:br/>
        <w:t>v 0.887824 14.569683 1.119747</w:t>
        <w:br/>
        <w:t>v 0.887824 14.569683 1.119747</w:t>
        <w:br/>
        <w:t>v 0.910962 14.553267 1.138142</w:t>
        <w:br/>
        <w:t>v 0.943393 14.597201 1.046414</w:t>
        <w:br/>
        <w:t>v 0.937180 14.570860 1.020957</w:t>
        <w:br/>
        <w:t>v 0.937180 14.570860 1.020957</w:t>
        <w:br/>
        <w:t>v 0.968101 14.558947 1.029494</w:t>
        <w:br/>
        <w:t>v 0.871780 14.538007 1.106538</w:t>
        <w:br/>
        <w:t>v 0.895199 14.521741 1.124801</w:t>
        <w:br/>
        <w:t>v 0.974130 14.585206 1.054954</w:t>
        <w:br/>
        <w:t>v 0.968101 14.558947 1.029494</w:t>
        <w:br/>
        <w:t>v 6.135819 14.890692 -0.045900</w:t>
        <w:br/>
        <w:t>v 6.041613 14.878128 -0.161666</w:t>
        <w:br/>
        <w:t>v 5.967831 14.885932 -0.163160</w:t>
        <w:br/>
        <w:t>v 5.921806 14.944161 -0.024139</w:t>
        <w:br/>
        <w:t>v 6.041061 14.876425 -0.241121</w:t>
        <w:br/>
        <w:t>v 6.117156 14.888881 -0.330718</w:t>
        <w:br/>
        <w:t>v 5.922328 14.960633 -0.357120</w:t>
        <w:br/>
        <w:t>v 5.971790 14.892756 -0.243576</w:t>
        <w:br/>
        <w:t>v 6.149164 14.889302 -0.404979</w:t>
        <w:br/>
        <w:t>v 5.903066 14.984656 -0.421976</w:t>
        <w:br/>
        <w:t>v 6.149257 14.863941 -0.427433</w:t>
        <w:br/>
        <w:t>v 5.894077 14.959725 -0.457792</w:t>
        <w:br/>
        <w:t>v 5.889071 14.924737 -0.440880</w:t>
        <w:br/>
        <w:t>v 6.136781 14.843742 -0.415702</w:t>
        <w:br/>
        <w:t>v 6.113817 14.831920 -0.377552</w:t>
        <w:br/>
        <w:t>v 5.914666 14.911316 -0.368647</w:t>
        <w:br/>
        <w:t>v 5.971790 14.892756 -0.243576</w:t>
        <w:br/>
        <w:t>v 6.041061 14.876425 -0.241121</w:t>
        <w:br/>
        <w:t>v 5.894077 14.959725 -0.457792</w:t>
        <w:br/>
        <w:t>v 6.149257 14.863941 -0.427433</w:t>
        <w:br/>
        <w:t>v 6.041613 14.878128 -0.161666</w:t>
        <w:br/>
        <w:t>v 6.078341 14.862386 -0.097599</w:t>
        <w:br/>
        <w:t>v 5.930942 14.879060 -0.082469</w:t>
        <w:br/>
        <w:t>v 5.967831 14.885932 -0.163160</w:t>
        <w:br/>
        <w:t>v 6.124874 14.830788 -0.023114</w:t>
        <w:br/>
        <w:t>v 5.896667 14.879129 -0.004515</w:t>
        <w:br/>
        <w:t>v 5.892273 14.910289 0.069922</w:t>
        <w:br/>
        <w:t>v 6.153634 14.836736 0.023507</w:t>
        <w:br/>
        <w:t>v 6.159097 14.856142 0.029077</w:t>
        <w:br/>
        <w:t>v 5.901245 14.931563 0.056973</w:t>
        <w:br/>
        <w:t>v 5.883947 14.885031 0.061696</w:t>
        <w:br/>
        <w:t>v 6.145462 14.827715 0.004886</w:t>
        <w:br/>
        <w:t>v 5.902810 14.938747 0.062073</w:t>
        <w:br/>
        <w:t>v 5.922569 14.951364 -0.024015</w:t>
        <w:br/>
        <w:t>v 6.039334 14.934883 -0.034016</w:t>
        <w:br/>
        <w:t>v 6.049204 14.908060 0.054813</w:t>
        <w:br/>
        <w:t>v 6.140596 14.900126 -0.045487</w:t>
        <w:br/>
        <w:t>v 6.155310 14.884074 -0.003230</w:t>
        <w:br/>
        <w:t>v 6.014052 14.919969 -0.158098</w:t>
        <w:br/>
        <w:t>v 5.971610 14.915325 -0.164833</w:t>
        <w:br/>
        <w:t>v 6.055524 14.903393 -0.161048</w:t>
        <w:br/>
        <w:t>v 5.975370 14.918509 -0.244406</w:t>
        <w:br/>
        <w:t>v 6.024730 14.915477 -0.250648</w:t>
        <w:br/>
        <w:t>v 6.056400 14.896804 -0.236541</w:t>
        <w:br/>
        <w:t>v 6.020015 14.960136 -0.345537</w:t>
        <w:br/>
        <w:t>v 6.124339 14.901513 -0.326332</w:t>
        <w:br/>
        <w:t>v 6.155803 14.899916 -0.410595</w:t>
        <w:br/>
        <w:t>v 6.023796 14.966606 -0.427405</w:t>
        <w:br/>
        <w:t>v 6.047372 14.895863 -0.468230</w:t>
        <w:br/>
        <w:t>v 6.152247 14.862970 -0.439737</w:t>
        <w:br/>
        <w:t>v 5.907100 14.996569 -0.427336</w:t>
        <w:br/>
        <w:t>v 5.894690 14.960368 -0.468955</w:t>
        <w:br/>
        <w:t>v 6.022806 14.842257 -0.396415</w:t>
        <w:br/>
        <w:t>v 6.112792 14.820909 -0.380485</w:t>
        <w:br/>
        <w:t>v 6.136167 14.833972 -0.424852</w:t>
        <w:br/>
        <w:t>v 6.037369 14.859775 -0.438116</w:t>
        <w:br/>
        <w:t>v 5.886489 14.918731 -0.446157</w:t>
        <w:br/>
        <w:t>v 5.907705 14.897808 -0.371274</w:t>
        <w:br/>
        <w:t>v 6.005923 14.852201 -0.246966</w:t>
        <w:br/>
        <w:t>v 6.035372 14.852474 -0.239499</w:t>
        <w:br/>
        <w:t>v 5.962340 14.873957 -0.238785</w:t>
        <w:br/>
        <w:t>v 6.035044 14.851893 -0.164402</w:t>
        <w:br/>
        <w:t>v 6.002601 14.850382 -0.160047</w:t>
        <w:br/>
        <w:t>v 5.966149 14.877067 -0.161611</w:t>
        <w:br/>
        <w:t>v 5.894690 14.960368 -0.468955</w:t>
        <w:br/>
        <w:t>v 6.047372 14.895863 -0.468230</w:t>
        <w:br/>
        <w:t>v 6.152247 14.862970 -0.439737</w:t>
        <w:br/>
        <w:t>v 5.929779 14.869871 -0.082433</w:t>
        <w:br/>
        <w:t>v 5.991283 14.862155 -0.084962</w:t>
        <w:br/>
        <w:t>v 6.077219 14.850531 -0.097944</w:t>
        <w:br/>
        <w:t>v 6.123398 14.822415 -0.024338</w:t>
        <w:br/>
        <w:t>v 5.994807 14.834742 -0.001042</w:t>
        <w:br/>
        <w:t>v 5.894304 14.868946 -0.005152</w:t>
        <w:br/>
        <w:t>v 5.886773 14.869544 0.031575</w:t>
        <w:br/>
        <w:t>v 5.882065 14.879179 0.066541</w:t>
        <w:br/>
        <w:t>v 6.006207 14.831493 0.066509</w:t>
        <w:br/>
        <w:t>v 6.145726 14.820512 0.008656</w:t>
        <w:br/>
        <w:t>v 6.157061 14.834460 0.032384</w:t>
        <w:br/>
        <w:t>v 6.040709 14.876013 0.076251</w:t>
        <w:br/>
        <w:t>v 6.049204 14.908060 0.054813</w:t>
        <w:br/>
        <w:t>v 6.162568 14.858080 0.035276</w:t>
        <w:br/>
        <w:t>v 6.006207 14.831493 0.066509</w:t>
        <w:br/>
        <w:t>v 5.892586 14.911340 0.076434</w:t>
        <w:br/>
        <w:t>v 5.882065 14.879179 0.066541</w:t>
        <w:br/>
        <w:t>v 5.921806 14.944161 -0.024139</w:t>
        <w:br/>
        <w:t>v 5.922569 14.951364 -0.024015</w:t>
        <w:br/>
        <w:t>v 5.902810 14.938747 0.062073</w:t>
        <w:br/>
        <w:t>v 5.901245 14.931563 0.056973</w:t>
        <w:br/>
        <w:t>v 6.135819 14.890692 -0.045900</w:t>
        <w:br/>
        <w:t>v 6.151187 14.878386 -0.006536</w:t>
        <w:br/>
        <w:t>v 6.155310 14.884074 -0.003230</w:t>
        <w:br/>
        <w:t>v 6.140596 14.900126 -0.045487</w:t>
        <w:br/>
        <w:t>v 5.967831 14.885932 -0.163160</w:t>
        <w:br/>
        <w:t>v 5.971610 14.915325 -0.164833</w:t>
        <w:br/>
        <w:t>v 6.041613 14.878128 -0.161666</w:t>
        <w:br/>
        <w:t>v 6.055524 14.903393 -0.161048</w:t>
        <w:br/>
        <w:t>v 5.966149 14.877067 -0.161611</w:t>
        <w:br/>
        <w:t>v 5.956294 14.888919 -0.166125</w:t>
        <w:br/>
        <w:t>v 5.971610 14.915325 -0.164833</w:t>
        <w:br/>
        <w:t>v 5.967831 14.885932 -0.163160</w:t>
        <w:br/>
        <w:t>v 6.055524 14.903393 -0.161048</w:t>
        <w:br/>
        <w:t>v 6.056400 14.896804 -0.236541</w:t>
        <w:br/>
        <w:t>v 6.051877 14.874828 -0.236449</w:t>
        <w:br/>
        <w:t>v 6.051160 14.876507 -0.165316</w:t>
        <w:br/>
        <w:t>v 5.956294 14.888919 -0.166125</w:t>
        <w:br/>
        <w:t>v 5.957376 14.895668 -0.240422</w:t>
        <w:br/>
        <w:t>v 5.971790 14.892756 -0.243576</w:t>
        <w:br/>
        <w:t>v 5.922328 14.960633 -0.357120</w:t>
        <w:br/>
        <w:t>v 5.925375 14.975063 -0.353055</w:t>
        <w:br/>
        <w:t>v 5.975370 14.918509 -0.244406</w:t>
        <w:br/>
        <w:t>v 6.041061 14.876425 -0.241121</w:t>
        <w:br/>
        <w:t>v 6.056400 14.896804 -0.236541</w:t>
        <w:br/>
        <w:t>v 6.124339 14.901513 -0.326332</w:t>
        <w:br/>
        <w:t>v 6.117156 14.888881 -0.330718</w:t>
        <w:br/>
        <w:t>v 5.903066 14.984656 -0.421976</w:t>
        <w:br/>
        <w:t>v 5.907100 14.996569 -0.427336</w:t>
        <w:br/>
        <w:t>v 6.155803 14.899916 -0.410595</w:t>
        <w:br/>
        <w:t>v 6.149164 14.889302 -0.404979</w:t>
        <w:br/>
        <w:t>v 6.152247 14.862970 -0.439737</w:t>
        <w:br/>
        <w:t>v 6.149257 14.863941 -0.427433</w:t>
        <w:br/>
        <w:t>v 5.894077 14.959725 -0.457792</w:t>
        <w:br/>
        <w:t>v 5.894690 14.960368 -0.468955</w:t>
        <w:br/>
        <w:t>v 6.113817 14.831920 -0.377552</w:t>
        <w:br/>
        <w:t>v 6.136781 14.843742 -0.415702</w:t>
        <w:br/>
        <w:t>v 6.136167 14.833972 -0.424852</w:t>
        <w:br/>
        <w:t>v 6.112792 14.820909 -0.380485</w:t>
        <w:br/>
        <w:t>v 5.914666 14.911316 -0.368647</w:t>
        <w:br/>
        <w:t>v 5.907705 14.897808 -0.371274</w:t>
        <w:br/>
        <w:t>v 5.886489 14.918731 -0.446157</w:t>
        <w:br/>
        <w:t>v 5.889071 14.924737 -0.440880</w:t>
        <w:br/>
        <w:t>v 6.041061 14.876425 -0.241121</w:t>
        <w:br/>
        <w:t>v 6.035372 14.852474 -0.239499</w:t>
        <w:br/>
        <w:t>v 5.971790 14.892756 -0.243576</w:t>
        <w:br/>
        <w:t>v 5.962340 14.873957 -0.238785</w:t>
        <w:br/>
        <w:t>v 5.967831 14.885932 -0.163160</w:t>
        <w:br/>
        <w:t>v 5.930942 14.879060 -0.082469</w:t>
        <w:br/>
        <w:t>v 5.929779 14.869871 -0.082433</w:t>
        <w:br/>
        <w:t>v 5.966149 14.877067 -0.161611</w:t>
        <w:br/>
        <w:t>v 6.078341 14.862386 -0.097599</w:t>
        <w:br/>
        <w:t>v 6.041613 14.878128 -0.161666</w:t>
        <w:br/>
        <w:t>v 6.035044 14.851893 -0.164402</w:t>
        <w:br/>
        <w:t>v 6.077219 14.850531 -0.097944</w:t>
        <w:br/>
        <w:t>v 6.123398 14.822415 -0.024338</w:t>
        <w:br/>
        <w:t>v 6.124874 14.830788 -0.023114</w:t>
        <w:br/>
        <w:t>v 5.896667 14.879129 -0.004515</w:t>
        <w:br/>
        <w:t>v 5.894304 14.868946 -0.005152</w:t>
        <w:br/>
        <w:t>v 5.888895 14.877563 0.029471</w:t>
        <w:br/>
        <w:t>v 5.883947 14.885031 0.061696</w:t>
        <w:br/>
        <w:t>v 5.882065 14.879179 0.066541</w:t>
        <w:br/>
        <w:t>v 5.886773 14.869544 0.031575</w:t>
        <w:br/>
        <w:t>v 6.145726 14.820512 0.008656</w:t>
        <w:br/>
        <w:t>v 6.145462 14.827715 0.004886</w:t>
        <w:br/>
        <w:t>v 6.153634 14.836736 0.023507</w:t>
        <w:br/>
        <w:t>v 6.157061 14.834460 0.032384</w:t>
        <w:br/>
        <w:t>v 6.162568 14.858080 0.035276</w:t>
        <w:br/>
        <w:t>v 6.159097 14.856142 0.029077</w:t>
        <w:br/>
        <w:t>v 5.892273 14.910289 0.069922</w:t>
        <w:br/>
        <w:t>v 5.892586 14.911340 0.076434</w:t>
        <w:br/>
        <w:t>v 5.957376 14.895668 -0.240422</w:t>
        <w:br/>
        <w:t>v 5.971790 14.892756 -0.243576</w:t>
        <w:br/>
        <w:t>v 5.975370 14.918509 -0.244406</w:t>
        <w:br/>
        <w:t>v 5.971790 14.892756 -0.243576</w:t>
        <w:br/>
        <w:t>v 5.962340 14.873957 -0.238785</w:t>
        <w:br/>
        <w:t>v 5.957376 14.895668 -0.240422</w:t>
        <w:br/>
        <w:t>v 5.956294 14.888919 -0.166125</w:t>
        <w:br/>
        <w:t>v 5.966149 14.877067 -0.161611</w:t>
        <w:br/>
        <w:t>v 5.962340 14.873957 -0.238785</w:t>
        <w:br/>
        <w:t>v 6.056400 14.896804 -0.236541</w:t>
        <w:br/>
        <w:t>v 6.041061 14.876425 -0.241121</w:t>
        <w:br/>
        <w:t>v 6.035372 14.852474 -0.239499</w:t>
        <w:br/>
        <w:t>v 6.051877 14.874828 -0.236449</w:t>
        <w:br/>
        <w:t>v 6.035044 14.851893 -0.164402</w:t>
        <w:br/>
        <w:t>v 6.041613 14.878128 -0.161666</w:t>
        <w:br/>
        <w:t>v 6.055524 14.903393 -0.161048</w:t>
        <w:br/>
        <w:t>v 6.051160 14.876507 -0.165316</w:t>
        <w:br/>
        <w:t>v 5.925375 14.975063 -0.353055</w:t>
        <w:br/>
        <w:t>v 5.888895 14.877563 0.029471</w:t>
        <w:br/>
        <w:t>v 5.901245 14.931563 0.056973</w:t>
        <w:br/>
        <w:t>v 6.151187 14.878386 -0.006536</w:t>
        <w:br/>
        <w:t>v -6.135958 14.891282 -0.038429</w:t>
        <w:br/>
        <w:t>v -5.921917 14.944747 -0.016939</w:t>
        <w:br/>
        <w:t>v -5.968097 14.886419 -0.155867</w:t>
        <w:br/>
        <w:t>v -6.041879 14.878627 -0.154288</w:t>
        <w:br/>
        <w:t>v -6.041413 14.876864 -0.233743</w:t>
        <w:br/>
        <w:t>v -5.972143 14.893186 -0.236284</w:t>
        <w:br/>
        <w:t>v -5.922798 14.960977 -0.349931</w:t>
        <w:br/>
        <w:t>v -6.117603 14.889262 -0.323266</w:t>
        <w:br/>
        <w:t>v -5.903603 14.984949 -0.414825</w:t>
        <w:br/>
        <w:t>v -6.149691 14.889633 -0.397493</w:t>
        <w:br/>
        <w:t>v -6.149811 14.864255 -0.419928</w:t>
        <w:br/>
        <w:t>v -5.894656 14.959992 -0.450633</w:t>
        <w:br/>
        <w:t>v -6.114321 14.832269 -0.370062</w:t>
        <w:br/>
        <w:t>v -6.137325 14.844065 -0.408196</w:t>
        <w:br/>
        <w:t>v -5.889634 14.925016 -0.433700</w:t>
        <w:br/>
        <w:t>v -5.915152 14.911649 -0.361430</w:t>
        <w:br/>
        <w:t>v -5.972143 14.893186 -0.236284</w:t>
        <w:br/>
        <w:t>v -6.041413 14.876864 -0.233743</w:t>
        <w:br/>
        <w:t>v -6.149811 14.864255 -0.419928</w:t>
        <w:br/>
        <w:t>v -5.894656 14.959992 -0.450633</w:t>
        <w:br/>
        <w:t>v -6.041879 14.878627 -0.154288</w:t>
        <w:br/>
        <w:t>v -5.968097 14.886419 -0.155867</w:t>
        <w:br/>
        <w:t>v -5.931121 14.879603 -0.075212</w:t>
        <w:br/>
        <w:t>v -6.078538 14.862933 -0.090170</w:t>
        <w:br/>
        <w:t>v -6.124994 14.831395 -0.015612</w:t>
        <w:br/>
        <w:t>v -5.896763 14.879726 0.002705</w:t>
        <w:br/>
        <w:t>v -6.159159 14.856791 0.036597</w:t>
        <w:br/>
        <w:t>v -6.153703 14.837379 0.031036</w:t>
        <w:br/>
        <w:t>v -5.892286 14.910940 0.077115</w:t>
        <w:br/>
        <w:t>v -5.901270 14.932206 0.064160</w:t>
        <w:br/>
        <w:t>v -6.145554 14.828344 0.012413</w:t>
        <w:br/>
        <w:t>v -5.883972 14.885676 0.068899</w:t>
        <w:br/>
        <w:t>v -6.039457 14.935475 -0.026682</w:t>
        <w:br/>
        <w:t>v -5.922679 14.951949 -0.016819</w:t>
        <w:br/>
        <w:t>v -5.902828 14.939394 0.069256</w:t>
        <w:br/>
        <w:t>v -6.049234 14.908717 0.062177</w:t>
        <w:br/>
        <w:t>v -6.140735 14.900719 -0.038018</w:t>
        <w:br/>
        <w:t>v -6.155404 14.884700 0.004266</w:t>
        <w:br/>
        <w:t>v -6.014310 14.920465 -0.150780</w:t>
        <w:br/>
        <w:t>v -5.971875 14.915813 -0.157558</w:t>
        <w:br/>
        <w:t>v -6.055788 14.903892 -0.153673</w:t>
        <w:br/>
        <w:t>v -6.025089 14.915909 -0.243316</w:t>
        <w:br/>
        <w:t>v -5.975721 14.918941 -0.237129</w:t>
        <w:br/>
        <w:t>v -6.056745 14.897249 -0.229161</w:t>
        <w:br/>
        <w:t>v -6.020472 14.960497 -0.338242</w:t>
        <w:br/>
        <w:t>v -6.124780 14.901899 -0.318882</w:t>
        <w:br/>
        <w:t>v -6.156336 14.900242 -0.403109</w:t>
        <w:br/>
        <w:t>v -6.024340 14.966908 -0.420110</w:t>
        <w:br/>
        <w:t>v -6.152815 14.863277 -0.432228</w:t>
        <w:br/>
        <w:t>v -6.047967 14.896136 -0.460859</w:t>
        <w:br/>
        <w:t>v -5.895281 14.960628 -0.461795</w:t>
        <w:br/>
        <w:t>v -5.907643 14.996860 -0.420190</w:t>
        <w:br/>
        <w:t>v -6.136722 14.834288 -0.417340</w:t>
        <w:br/>
        <w:t>v -6.113300 14.821254 -0.372988</w:t>
        <w:br/>
        <w:t>v -6.023329 14.842582 -0.389031</w:t>
        <w:br/>
        <w:t>v -6.037935 14.860070 -0.430729</w:t>
        <w:br/>
        <w:t>v -5.887059 14.919004 -0.438976</w:t>
        <w:br/>
        <w:t>v -5.908195 14.898139 -0.364055</w:t>
        <w:br/>
        <w:t>v -6.035724 14.852915 -0.232109</w:t>
        <w:br/>
        <w:t>v -6.006285 14.852635 -0.239608</w:t>
        <w:br/>
        <w:t>v -5.962689 14.874393 -0.231489</w:t>
        <w:br/>
        <w:t>v -6.035315 14.852388 -0.157012</w:t>
        <w:br/>
        <w:t>v -6.002867 14.850877 -0.152692</w:t>
        <w:br/>
        <w:t>v -5.966415 14.877557 -0.154313</w:t>
        <w:br/>
        <w:t>v -5.895281 14.960628 -0.461795</w:t>
        <w:br/>
        <w:t>v -6.047967 14.896136 -0.460859</w:t>
        <w:br/>
        <w:t>v -6.152815 14.863277 -0.432228</w:t>
        <w:br/>
        <w:t>v -5.991467 14.862703 -0.077627</w:t>
        <w:br/>
        <w:t>v -5.929961 14.870415 -0.075170</w:t>
        <w:br/>
        <w:t>v -6.077418 14.851077 -0.090507</w:t>
        <w:br/>
        <w:t>v -6.123521 14.823022 -0.016832</w:t>
        <w:br/>
        <w:t>v -5.994903 14.835352 0.006317</w:t>
        <w:br/>
        <w:t>v -5.894402 14.869542 0.002073</w:t>
        <w:br/>
        <w:t>v -5.882086 14.879827 0.073746</w:t>
        <w:br/>
        <w:t>v -5.886832 14.870169 0.038791</w:t>
        <w:br/>
        <w:t>v -6.006231 14.832154 0.073883</w:t>
        <w:br/>
        <w:t>v -6.145814 14.821145 0.016188</w:t>
        <w:br/>
        <w:t>v -6.049234 14.908717 0.062177</w:t>
        <w:br/>
        <w:t>v -6.040719 14.876683 0.083629</w:t>
        <w:br/>
        <w:t>v -6.157121 14.835111 0.039919</w:t>
        <w:br/>
        <w:t>v -6.162622 14.858733 0.042799</w:t>
        <w:br/>
        <w:t>v -6.006231 14.832154 0.073883</w:t>
        <w:br/>
        <w:t>v -5.892592 14.911996 0.083627</w:t>
        <w:br/>
        <w:t>v -5.882086 14.879827 0.073746</w:t>
        <w:br/>
        <w:t>v -5.902828 14.939394 0.069256</w:t>
        <w:br/>
        <w:t>v -5.922679 14.951949 -0.016819</w:t>
        <w:br/>
        <w:t>v -5.921917 14.944747 -0.016939</w:t>
        <w:br/>
        <w:t>v -5.901270 14.932206 0.064160</w:t>
        <w:br/>
        <w:t>v -6.135958 14.891282 -0.038429</w:t>
        <w:br/>
        <w:t>v -6.140735 14.900719 -0.038018</w:t>
        <w:br/>
        <w:t>v -6.155404 14.884700 0.004266</w:t>
        <w:br/>
        <w:t>v -6.151285 14.879009 0.000960</w:t>
        <w:br/>
        <w:t>v -5.971875 14.915813 -0.157558</w:t>
        <w:br/>
        <w:t>v -5.968097 14.886419 -0.155867</w:t>
        <w:br/>
        <w:t>v -6.041879 14.878627 -0.154288</w:t>
        <w:br/>
        <w:t>v -6.055788 14.903892 -0.153673</w:t>
        <w:br/>
        <w:t>v -5.971875 14.915813 -0.157558</w:t>
        <w:br/>
        <w:t>v -5.956563 14.889403 -0.158847</w:t>
        <w:br/>
        <w:t>v -5.966415 14.877557 -0.154313</w:t>
        <w:br/>
        <w:t>v -5.968097 14.886419 -0.155867</w:t>
        <w:br/>
        <w:t>v -6.055788 14.903892 -0.153673</w:t>
        <w:br/>
        <w:t>v -6.051430 14.877005 -0.157927</w:t>
        <w:br/>
        <w:t>v -6.052224 14.875273 -0.229058</w:t>
        <w:br/>
        <w:t>v -6.056745 14.897249 -0.229161</w:t>
        <w:br/>
        <w:t>v -5.957725 14.896100 -0.233148</w:t>
        <w:br/>
        <w:t>v -5.956563 14.889403 -0.158847</w:t>
        <w:br/>
        <w:t>v -5.972143 14.893186 -0.236284</w:t>
        <w:br/>
        <w:t>v -5.975721 14.918941 -0.237129</w:t>
        <w:br/>
        <w:t>v -5.925838 14.975409 -0.345873</w:t>
        <w:br/>
        <w:t>v -5.922798 14.960977 -0.349931</w:t>
        <w:br/>
        <w:t>v -6.124780 14.901899 -0.318882</w:t>
        <w:br/>
        <w:t>v -6.056745 14.897249 -0.229161</w:t>
        <w:br/>
        <w:t>v -6.041413 14.876864 -0.233743</w:t>
        <w:br/>
        <w:t>v -6.117603 14.889262 -0.323266</w:t>
        <w:br/>
        <w:t>v -5.907643 14.996860 -0.420190</w:t>
        <w:br/>
        <w:t>v -5.903603 14.984949 -0.414825</w:t>
        <w:br/>
        <w:t>v -6.156336 14.900242 -0.403109</w:t>
        <w:br/>
        <w:t>v -6.149691 14.889633 -0.397493</w:t>
        <w:br/>
        <w:t>v -6.152815 14.863277 -0.432228</w:t>
        <w:br/>
        <w:t>v -6.149811 14.864255 -0.419928</w:t>
        <w:br/>
        <w:t>v -5.895281 14.960628 -0.461795</w:t>
        <w:br/>
        <w:t>v -5.894656 14.959992 -0.450633</w:t>
        <w:br/>
        <w:t>v -6.114321 14.832269 -0.370062</w:t>
        <w:br/>
        <w:t>v -6.113300 14.821254 -0.372988</w:t>
        <w:br/>
        <w:t>v -6.136722 14.834288 -0.417340</w:t>
        <w:br/>
        <w:t>v -6.137325 14.844065 -0.408196</w:t>
        <w:br/>
        <w:t>v -5.887059 14.919004 -0.438976</w:t>
        <w:br/>
        <w:t>v -5.908195 14.898139 -0.364055</w:t>
        <w:br/>
        <w:t>v -5.915152 14.911649 -0.361430</w:t>
        <w:br/>
        <w:t>v -5.889634 14.925016 -0.433700</w:t>
        <w:br/>
        <w:t>v -6.041413 14.876864 -0.233743</w:t>
        <w:br/>
        <w:t>v -6.035724 14.852915 -0.232109</w:t>
        <w:br/>
        <w:t>v -5.972143 14.893186 -0.236284</w:t>
        <w:br/>
        <w:t>v -5.962689 14.874393 -0.231489</w:t>
        <w:br/>
        <w:t>v -5.968097 14.886419 -0.155867</w:t>
        <w:br/>
        <w:t>v -5.966415 14.877557 -0.154313</w:t>
        <w:br/>
        <w:t>v -5.929961 14.870415 -0.075170</w:t>
        <w:br/>
        <w:t>v -5.931121 14.879603 -0.075212</w:t>
        <w:br/>
        <w:t>v -6.078538 14.862933 -0.090170</w:t>
        <w:br/>
        <w:t>v -6.077418 14.851077 -0.090507</w:t>
        <w:br/>
        <w:t>v -6.035315 14.852388 -0.157012</w:t>
        <w:br/>
        <w:t>v -6.041879 14.878627 -0.154288</w:t>
        <w:br/>
        <w:t>v -6.123521 14.823022 -0.016832</w:t>
        <w:br/>
        <w:t>v -6.124994 14.831395 -0.015612</w:t>
        <w:br/>
        <w:t>v -5.894402 14.869542 0.002073</w:t>
        <w:br/>
        <w:t>v -5.896763 14.879726 0.002705</w:t>
        <w:br/>
        <w:t>v -5.888955 14.878186 0.036684</w:t>
        <w:br/>
        <w:t>v -5.886832 14.870169 0.038791</w:t>
        <w:br/>
        <w:t>v -5.882086 14.879827 0.073746</w:t>
        <w:br/>
        <w:t>v -5.883972 14.885676 0.068899</w:t>
        <w:br/>
        <w:t>v -6.145814 14.821145 0.016188</w:t>
        <w:br/>
        <w:t>v -6.145554 14.828344 0.012413</w:t>
        <w:br/>
        <w:t>v -6.162622 14.858733 0.042799</w:t>
        <w:br/>
        <w:t>v -6.157121 14.835111 0.039919</w:t>
        <w:br/>
        <w:t>v -6.153703 14.837379 0.031036</w:t>
        <w:br/>
        <w:t>v -6.159159 14.856791 0.036597</w:t>
        <w:br/>
        <w:t>v -5.892286 14.910940 0.077115</w:t>
        <w:br/>
        <w:t>v -5.892592 14.911996 0.083627</w:t>
        <w:br/>
        <w:t>v -5.972143 14.893186 -0.236284</w:t>
        <w:br/>
        <w:t>v -5.957725 14.896100 -0.233148</w:t>
        <w:br/>
        <w:t>v -5.975721 14.918941 -0.237129</w:t>
        <w:br/>
        <w:t>v -5.972143 14.893186 -0.236284</w:t>
        <w:br/>
        <w:t>v -5.962689 14.874393 -0.231489</w:t>
        <w:br/>
        <w:t>v -5.966415 14.877557 -0.154313</w:t>
        <w:br/>
        <w:t>v -5.956563 14.889403 -0.158847</w:t>
        <w:br/>
        <w:t>v -5.957725 14.896100 -0.233148</w:t>
        <w:br/>
        <w:t>v -5.962689 14.874393 -0.231489</w:t>
        <w:br/>
        <w:t>v -6.035724 14.852915 -0.232109</w:t>
        <w:br/>
        <w:t>v -6.041413 14.876864 -0.233743</w:t>
        <w:br/>
        <w:t>v -6.056745 14.897249 -0.229161</w:t>
        <w:br/>
        <w:t>v -6.052224 14.875273 -0.229058</w:t>
        <w:br/>
        <w:t>v -6.055788 14.903892 -0.153673</w:t>
        <w:br/>
        <w:t>v -6.041879 14.878627 -0.154288</w:t>
        <w:br/>
        <w:t>v -6.035315 14.852388 -0.157012</w:t>
        <w:br/>
        <w:t>v -6.051430 14.877005 -0.157927</w:t>
        <w:br/>
        <w:t>v -5.925838 14.975409 -0.345873</w:t>
        <w:br/>
        <w:t>v -5.888955 14.878186 0.036684</w:t>
        <w:br/>
        <w:t>v -6.151285 14.879009 0.000960</w:t>
        <w:br/>
        <w:t>v -5.901270 14.932206 0.064160</w:t>
        <w:br/>
        <w:t>v -0.003251 11.444417 -1.470549</w:t>
        <w:br/>
        <w:t>v 0.440980 11.483966 -1.392483</w:t>
        <w:br/>
        <w:t>v 0.552355 11.072876 -1.610816</w:t>
        <w:br/>
        <w:t>v -0.003251 11.039871 -1.654975</w:t>
        <w:br/>
        <w:t>v 1.172042 11.105330 -1.448054</w:t>
        <w:br/>
        <w:t>v 1.008443 11.511388 -1.349839</w:t>
        <w:br/>
        <w:t>v 1.237350 11.107795 -1.444603</w:t>
        <w:br/>
        <w:t>v 1.277748 11.578803 -1.276293</w:t>
        <w:br/>
        <w:t>v 1.451736 11.145438 -1.371887</w:t>
        <w:br/>
        <w:t>v 1.422259 11.587433 -1.098123</w:t>
        <w:br/>
        <w:t>v 1.616153 11.628068 -0.977644</w:t>
        <w:br/>
        <w:t>v 1.806907 11.243793 -1.102061</w:t>
        <w:br/>
        <w:t>v 1.643219 11.199402 -1.248595</w:t>
        <w:br/>
        <w:t>v 1.141047 11.103385 -1.493469</w:t>
        <w:br/>
        <w:t>v 1.810063 11.642259 -0.764207</w:t>
        <w:br/>
        <w:t>v 1.913495 11.273591 -0.911275</w:t>
        <w:br/>
        <w:t>v 1.922292 11.269674 -0.791666</w:t>
        <w:br/>
        <w:t>v 1.970149 11.272528 -0.619107</w:t>
        <w:br/>
        <w:t>v -0.003251 10.249351 -1.844694</w:t>
        <w:br/>
        <w:t>v -0.003251 10.646261 -1.756305</w:t>
        <w:br/>
        <w:t>v 0.591414 10.686255 -1.707356</w:t>
        <w:br/>
        <w:t>v 0.637519 10.277248 -1.795629</w:t>
        <w:br/>
        <w:t>v 1.224602 10.724283 -1.583198</w:t>
        <w:br/>
        <w:t>v 1.330904 10.297796 -1.680107</w:t>
        <w:br/>
        <w:t>v 1.255340 10.725947 -1.533967</w:t>
        <w:br/>
        <w:t>v 1.364528 10.296476 -1.629384</w:t>
        <w:br/>
        <w:t>v 1.325759 10.730459 -1.533253</w:t>
        <w:br/>
        <w:t>v 1.429689 10.329440 -1.625263</w:t>
        <w:br/>
        <w:t>v 1.533421 10.778881 -1.455595</w:t>
        <w:br/>
        <w:t>v 1.616631 10.420503 -1.533518</w:t>
        <w:br/>
        <w:t>v 1.713464 10.846457 -1.320886</w:t>
        <w:br/>
        <w:t>v 1.784178 10.490056 -1.382257</w:t>
        <w:br/>
        <w:t>v 1.869856 10.903642 -1.169045</w:t>
        <w:br/>
        <w:t>v 1.931055 10.560532 -1.222324</w:t>
        <w:br/>
        <w:t>v 1.971741 10.941916 -0.975608</w:t>
        <w:br/>
        <w:t>v 2.028725 10.607611 -1.025588</w:t>
        <w:br/>
        <w:t>v 1.979710 10.936234 -0.851384</w:t>
        <w:br/>
        <w:t>v 2.036285 10.600291 -0.894931</w:t>
        <w:br/>
        <w:t>v 2.005022 10.932643 -0.723992</w:t>
        <w:br/>
        <w:t>v 2.069855 10.596939 -0.760922</w:t>
        <w:br/>
        <w:t>v 2.361707 11.447580 -0.207630</w:t>
        <w:br/>
        <w:t>v 2.468904 11.173561 -0.222524</w:t>
        <w:br/>
        <w:t>v 2.452376 11.104524 -0.458213</w:t>
        <w:br/>
        <w:t>v 2.340569 11.394196 -0.418618</w:t>
        <w:br/>
        <w:t>v 1.988866 11.649828 -0.461692</w:t>
        <w:br/>
        <w:t>v 2.097737 11.304574 -0.569900</w:t>
        <w:br/>
        <w:t>v 1.988866 11.649828 -0.461692</w:t>
        <w:br/>
        <w:t>v 2.181801 11.328986 -0.636411</w:t>
        <w:br/>
        <w:t>v 2.254828 11.356535 -0.609184</w:t>
        <w:br/>
        <w:t>v 2.131282 11.697405 -0.098782</w:t>
        <w:br/>
        <w:t>v 2.073855 10.952518 -0.621782</w:t>
        <w:br/>
        <w:t>v 2.167357 10.981615 -0.613737</w:t>
        <w:br/>
        <w:t>v 2.232846 11.004725 -0.669596</w:t>
        <w:br/>
        <w:t>v 2.259629 11.013565 -0.713163</w:t>
        <w:br/>
        <w:t>v 2.302910 11.031541 -0.716953</w:t>
        <w:br/>
        <w:t>v 2.359636 11.058144 -0.677820</w:t>
        <w:br/>
        <w:t>v 2.151946 10.629588 -0.663194</w:t>
        <w:br/>
        <w:t>v 2.248005 10.694117 -0.662567</w:t>
        <w:br/>
        <w:t>v 2.303996 10.771760 -0.721018</w:t>
        <w:br/>
        <w:t>v 2.311471 10.844432 -0.758295</w:t>
        <w:br/>
        <w:t>v 2.345567 10.908580 -0.749659</w:t>
        <w:br/>
        <w:t>v 2.388808 10.981816 -0.695912</w:t>
        <w:br/>
        <w:t>v 2.309629 11.443879 -0.067514</w:t>
        <w:br/>
        <w:t>v 2.258901 11.436692 0.072793</w:t>
        <w:br/>
        <w:t>v 2.109659 11.727093 0.201278</w:t>
        <w:br/>
        <w:t>v 2.298393 11.468336 0.183462</w:t>
        <w:br/>
        <w:t>v 2.383459 11.239613 -0.075503</w:t>
        <w:br/>
        <w:t>v 2.298385 11.332555 0.073078</w:t>
        <w:br/>
        <w:t>v 0.669646 9.994917 -1.855749</w:t>
        <w:br/>
        <w:t>v -0.003251 10.005207 -1.897955</w:t>
        <w:br/>
        <w:t>v 2.097737 11.304574 -0.569900</w:t>
        <w:br/>
        <w:t>v -0.003251 9.761253 -1.951272</w:t>
        <w:br/>
        <w:t>v -1.198215 11.328672 -1.292356</w:t>
        <w:br/>
        <w:t>v -1.280500 11.302084 -1.040150</w:t>
        <w:br/>
        <w:t>v -1.284363 10.981840 -1.058973</w:t>
        <w:br/>
        <w:t>v -1.210679 11.014249 -1.323787</w:t>
        <w:br/>
        <w:t>v -1.198215 11.328672 -1.292356</w:t>
        <w:br/>
        <w:t>v -1.210679 11.014249 -1.323787</w:t>
        <w:br/>
        <w:t>v -1.017295 10.935345 -1.396503</w:t>
        <w:br/>
        <w:t>v -0.875448 11.220816 -1.335546</w:t>
        <w:br/>
        <w:t>v -1.524833 11.375377 -0.943944</w:t>
        <w:br/>
        <w:t>v -1.461399 11.036426 -0.978981</w:t>
        <w:br/>
        <w:t>v -1.649098 11.120919 -0.954673</w:t>
        <w:br/>
        <w:t>v -0.781393 10.815928 -1.376920</w:t>
        <w:br/>
        <w:t>v -0.609127 10.724010 -1.345436</w:t>
        <w:br/>
        <w:t>v -0.586381 11.102603 -1.273124</w:t>
        <w:br/>
        <w:t>v -1.755561 11.443216 -0.831075</w:t>
        <w:br/>
        <w:t>v -1.810004 11.168825 -0.868281</w:t>
        <w:br/>
        <w:t>v -1.921569 11.155941 -0.678445</w:t>
        <w:br/>
        <w:t>v -1.866403 11.435597 -0.651739</w:t>
        <w:br/>
        <w:t>v -1.916943 11.401191 -0.486535</w:t>
        <w:br/>
        <w:t>v -1.967652 11.108020 -0.506339</w:t>
        <w:br/>
        <w:t>v -1.905610 11.375409 -0.340961</w:t>
        <w:br/>
        <w:t>v -1.969052 11.076046 -0.359180</w:t>
        <w:br/>
        <w:t>v -2.014635 11.432996 -0.143050</w:t>
        <w:br/>
        <w:t>v -2.101490 11.155956 -0.156334</w:t>
        <w:br/>
        <w:t>v -2.158518 11.538982 0.026700</w:t>
        <w:br/>
        <w:t>v -2.258832 11.298404 0.023651</w:t>
        <w:br/>
        <w:t>v -0.586381 11.102603 -1.273124</w:t>
        <w:br/>
        <w:t>v -0.609127 10.724010 -1.345436</w:t>
        <w:br/>
        <w:t>v -0.553024 10.738549 -1.426263</w:t>
        <w:br/>
        <w:t>v -0.529189 11.114153 -1.351619</w:t>
        <w:br/>
        <w:t>v -0.003251 10.681982 -1.583195</w:t>
        <w:br/>
        <w:t>v -0.003251 11.068784 -1.486226</w:t>
        <w:br/>
        <w:t>v -0.368415 11.122163 -1.497310</w:t>
        <w:br/>
        <w:t>v -0.258468 10.729645 -1.617486</w:t>
        <w:br/>
        <w:t>v -0.481622 10.767800 -1.553556</w:t>
        <w:br/>
        <w:t>v -2.131114 11.601555 0.519844</w:t>
        <w:br/>
        <w:t>v -2.018912 11.544713 0.659192</w:t>
        <w:br/>
        <w:t>v -2.096292 11.302947 0.693127</w:t>
        <w:br/>
        <w:t>v -2.233836 11.385564 0.566652</w:t>
        <w:br/>
        <w:t>v -2.270213 11.370759 0.291280</w:t>
        <w:br/>
        <w:t>v -2.167730 11.591375 0.268689</w:t>
        <w:br/>
        <w:t>v -1.938190 11.220246 0.773527</w:t>
        <w:br/>
        <w:t>v -1.883035 11.484841 0.753624</w:t>
        <w:br/>
        <w:t>v -1.821499 11.464893 0.961258</w:t>
        <w:br/>
        <w:t>v -1.876177 11.193534 0.995610</w:t>
        <w:br/>
        <w:t>v -1.781913 11.449365 1.165874</w:t>
        <w:br/>
        <w:t>v -1.844297 11.174498 1.211953</w:t>
        <w:br/>
        <w:t>v -1.642177 11.403775 1.347423</w:t>
        <w:br/>
        <w:t>v -1.703858 11.113287 1.384091</w:t>
        <w:br/>
        <w:t>v -1.502782 11.013090 1.489742</w:t>
        <w:br/>
        <w:t>v -1.441711 11.328089 1.467332</w:t>
        <w:br/>
        <w:t>v -1.214433 10.904842 1.463787</w:t>
        <w:br/>
        <w:t>v -1.160811 11.245424 1.461534</w:t>
        <w:br/>
        <w:t>v -0.844947 11.185978 1.418960</w:t>
        <w:br/>
        <w:t>v -0.885194 10.829011 1.406228</w:t>
        <w:br/>
        <w:t>v -0.844947 11.185978 1.418960</w:t>
        <w:br/>
        <w:t>v -0.887028 11.154363 1.511768</w:t>
        <w:br/>
        <w:t>v -0.933261 10.786898 1.506263</w:t>
        <w:br/>
        <w:t>v -0.885194 10.829011 1.406228</w:t>
        <w:br/>
        <w:t>v -0.850596 11.155859 1.642700</w:t>
        <w:br/>
        <w:t>v -0.907631 10.788918 1.654337</w:t>
        <w:br/>
        <w:t>v -0.689268 11.164483 1.743478</w:t>
        <w:br/>
        <w:t>v -0.734396 10.800308 1.769823</w:t>
        <w:br/>
        <w:t>v -0.481654 10.790176 1.821780</w:t>
        <w:br/>
        <w:t>v -0.489667 11.146988 1.743891</w:t>
        <w:br/>
        <w:t>v -0.362113 11.135809 1.744155</w:t>
        <w:br/>
        <w:t>v -0.182682 11.108312 1.691164</w:t>
        <w:br/>
        <w:t>v -0.003252 11.080814 1.638172</w:t>
        <w:br/>
        <w:t>v -0.003252 10.694751 1.686136</w:t>
        <w:br/>
        <w:t>v -0.265799 10.739403 1.759301</w:t>
        <w:br/>
        <w:t>v -0.227588 11.469007 1.762765</w:t>
        <w:br/>
        <w:t>v -0.003252 11.457239 1.770863</w:t>
        <w:br/>
        <w:t>v -0.457270 11.516198 1.738316</w:t>
        <w:br/>
        <w:t>v -0.891768 11.571718 1.642930</w:t>
        <w:br/>
        <w:t>v -0.760293 11.562477 1.699929</w:t>
        <w:br/>
        <w:t>v -0.964902 11.590362 1.519898</w:t>
        <w:br/>
        <w:t>v -1.162082 11.632565 1.492218</w:t>
        <w:br/>
        <w:t>v -0.964902 11.590362 1.519898</w:t>
        <w:br/>
        <w:t>v -1.422359 11.722546 1.438948</w:t>
        <w:br/>
        <w:t>v -1.602828 11.761195 1.291230</w:t>
        <w:br/>
        <w:t>v -1.683732 11.789298 1.157630</w:t>
        <w:br/>
        <w:t>v -1.754042 11.797503 1.010046</w:t>
        <w:br/>
        <w:t>v -1.847669 11.836328 0.739190</w:t>
        <w:br/>
        <w:t>v -1.977149 11.909473 0.516810</w:t>
        <w:br/>
        <w:t>v -2.116163 11.727093 0.201279</w:t>
        <w:br/>
        <w:t>v -2.137785 11.697405 -0.098782</w:t>
        <w:br/>
        <w:t>v -1.995368 11.649828 -0.461692</w:t>
        <w:br/>
        <w:t>v -1.816565 11.642259 -0.764208</w:t>
        <w:br/>
        <w:t>v -1.622656 11.628068 -0.977645</w:t>
        <w:br/>
        <w:t>v -1.428762 11.587433 -1.098124</w:t>
        <w:br/>
        <w:t>v -1.284250 11.578803 -1.276293</w:t>
        <w:br/>
        <w:t>v -1.014946 11.511388 -1.349839</w:t>
        <w:br/>
        <w:t>v -0.447482 11.483966 -1.392483</w:t>
        <w:br/>
        <w:t>v -0.003251 11.444417 -1.470549</w:t>
        <w:br/>
        <w:t>v -0.344836 11.485377 1.767979</w:t>
        <w:br/>
        <w:t>v -2.074944 11.920057 0.231340</w:t>
        <w:br/>
        <w:t>v -2.058406 12.095501 0.286964</w:t>
        <w:br/>
        <w:t>v 2.081862 11.462971 0.859467</w:t>
        <w:br/>
        <w:t>v 2.087962 11.468370 0.871748</w:t>
        <w:br/>
        <w:t>v 2.143988 11.492776 0.853185</w:t>
        <w:br/>
        <w:t>v 2.140513 11.487730 0.839396</w:t>
        <w:br/>
        <w:t>v 1.949365 11.383330 1.400532</w:t>
        <w:br/>
        <w:t>v 1.939174 11.374646 1.393126</w:t>
        <w:br/>
        <w:t>v 1.889046 11.360712 1.431158</w:t>
        <w:br/>
        <w:t>v 1.893283 11.367199 1.442560</w:t>
        <w:br/>
        <w:t>v 1.993278 11.444849 0.990569</w:t>
        <w:br/>
        <w:t>v 1.997928 11.430328 1.083119</w:t>
        <w:br/>
        <w:t>v 2.011780 11.436954 1.085254</w:t>
        <w:br/>
        <w:t>v 2.006721 11.451393 0.994740</w:t>
        <w:br/>
        <w:t>v 2.020658 11.449127 0.917670</w:t>
        <w:br/>
        <w:t>v 2.031844 11.455647 0.925277</w:t>
        <w:br/>
        <w:t>v 1.994724 11.399103 1.317335</w:t>
        <w:br/>
        <w:t>v 1.982939 11.390594 1.312465</w:t>
        <w:br/>
        <w:t>v 1.785172 11.261430 1.525122</w:t>
        <w:br/>
        <w:t>v 1.827866 11.330442 1.449465</w:t>
        <w:br/>
        <w:t>v 1.823503 11.324896 1.437402</w:t>
        <w:br/>
        <w:t>v 1.775701 11.254937 1.515003</w:t>
        <w:br/>
        <w:t>v 1.719168 11.201351 1.594198</w:t>
        <w:br/>
        <w:t>v 1.726139 11.207142 1.606134</w:t>
        <w:br/>
        <w:t>v 1.269317 11.101183 1.629232</w:t>
        <w:br/>
        <w:t>v 1.274588 11.104368 1.642882</w:t>
        <w:br/>
        <w:t>v 1.334619 11.110079 1.639151</w:t>
        <w:br/>
        <w:t>v 1.337143 11.108735 1.625417</w:t>
        <w:br/>
        <w:t>v 1.505521 11.143147 1.669289</w:t>
        <w:br/>
        <w:t>v 1.506530 11.147541 1.683660</w:t>
        <w:br/>
        <w:t>v 1.623207 11.167523 1.662334</w:t>
        <w:br/>
        <w:t>v 1.619826 11.162609 1.648520</w:t>
        <w:br/>
        <w:t>v 1.421212 11.130291 1.668742</w:t>
        <w:br/>
        <w:t>v 1.421078 11.134108 1.683333</w:t>
        <w:br/>
        <w:t>v 1.161757 11.103832 1.716332</w:t>
        <w:br/>
        <w:t>v 1.174328 11.107304 1.719497</w:t>
        <w:br/>
        <w:t>v 1.207743 11.104452 1.679143</w:t>
        <w:br/>
        <w:t>v 1.198784 11.100712 1.667467</w:t>
        <w:br/>
        <w:t>v 1.105437 11.025229 1.816531</w:t>
        <w:br/>
        <w:t>v 1.107525 11.023984 1.802761</w:t>
        <w:br/>
        <w:t>v 1.054587 11.017734 1.772769</w:t>
        <w:br/>
        <w:t>v 1.049109 11.017109 1.786742</w:t>
        <w:br/>
        <w:t>v 1.157950 11.048160 1.825480</w:t>
        <w:br/>
        <w:t>v 1.153097 11.043675 1.811985</w:t>
        <w:br/>
        <w:t>v 0.987558 11.019887 1.758798</w:t>
        <w:br/>
        <w:t>v 0.988498 11.020859 1.773154</w:t>
        <w:br/>
        <w:t>v 0.933022 11.027580 1.784457</w:t>
        <w:br/>
        <w:t>v 0.943068 11.030807 1.792974</w:t>
        <w:br/>
        <w:t>v 0.933923 11.034422 1.828587</w:t>
        <w:br/>
        <w:t>v 0.919641 11.030451 1.830116</w:t>
        <w:br/>
        <w:t>v 0.954188 11.031929 1.870078</w:t>
        <w:br/>
        <w:t>v 0.940162 11.027596 1.871133</w:t>
        <w:br/>
        <w:t>v 0.935583 11.007986 1.913568</w:t>
        <w:br/>
        <w:t>v 0.945931 11.013297 1.921854</w:t>
        <w:br/>
        <w:t>v 0.857586 10.950583 1.979242</w:t>
        <w:br/>
        <w:t>v 0.863557 10.955906 1.992126</w:t>
        <w:br/>
        <w:t>v 0.616522 10.884649 2.108313</w:t>
        <w:br/>
        <w:t>v 0.741598 10.904637 2.054904</w:t>
        <w:br/>
        <w:t>v 0.736585 10.899401 2.041604</w:t>
        <w:br/>
        <w:t>v 0.613347 10.879753 2.094453</w:t>
        <w:br/>
        <w:t>v 0.455831 10.882410 2.003883</w:t>
        <w:br/>
        <w:t>v 0.447268 10.881966 2.013894</w:t>
        <w:br/>
        <w:t>v 0.462139 10.889894 2.055690</w:t>
        <w:br/>
        <w:t>v 0.474508 10.890686 2.047341</w:t>
        <w:br/>
        <w:t>v 0.401089 10.855973 1.997528</w:t>
        <w:br/>
        <w:t>v 0.406208 10.858210 2.009003</w:t>
        <w:br/>
        <w:t>v 2.297275 11.822659 0.345380</w:t>
        <w:br/>
        <w:t>v 2.309060 11.830872 0.350698</w:t>
        <w:br/>
        <w:t>v 2.210415 11.951246 0.333361</w:t>
        <w:br/>
        <w:t>v 2.200943 11.940931 0.327293</w:t>
        <w:br/>
        <w:t>v 1.202718 11.083880 1.793366</w:t>
        <w:br/>
        <w:t>v 1.192111 11.079744 1.789145</w:t>
        <w:br/>
        <w:t>v 0.516554 10.882705 2.083469</w:t>
        <w:br/>
        <w:t>v 0.512352 10.885107 2.096383</w:t>
        <w:br/>
        <w:t>v 0.380098 10.837924 2.052046</w:t>
        <w:br/>
        <w:t>v 0.368959 10.835013 2.042125</w:t>
        <w:br/>
        <w:t>v 0.143310 10.806164 2.217650</w:t>
        <w:br/>
        <w:t>v 0.282980 10.817401 2.128860</w:t>
        <w:br/>
        <w:t>v 0.274280 10.814724 2.116632</w:t>
        <w:br/>
        <w:t>v 0.138405 10.802398 2.204154</w:t>
        <w:br/>
        <w:t>v -0.003252 10.799494 2.244563</w:t>
        <w:br/>
        <w:t>v -0.003252 10.795051 2.230267</w:t>
        <w:br/>
        <w:t>v 1.378892 11.119510 1.648593</w:t>
        <w:br/>
        <w:t>v 1.374688 11.121179 1.662403</w:t>
        <w:br/>
        <w:t>v 2.015240 11.416818 1.202242</w:t>
        <w:br/>
        <w:t>v 2.001837 11.409416 1.200187</w:t>
        <w:br/>
        <w:t>v 2.198165 11.532359 0.859872</w:t>
        <w:br/>
        <w:t>v 2.192729 11.525295 0.847836</w:t>
        <w:br/>
        <w:t>v 2.051903 12.095501 0.286963</w:t>
        <w:br/>
        <w:t>v 2.357920 11.704512 0.375912</w:t>
        <w:br/>
        <w:t>v 2.334775 11.668381 0.553029</w:t>
        <w:br/>
        <w:t>v 2.345858 11.677288 0.558684</w:t>
        <w:br/>
        <w:t>v 2.370219 11.712984 0.379890</w:t>
        <w:br/>
        <w:t>v 2.350320 11.731512 0.341937</w:t>
        <w:br/>
        <w:t>v 2.363184 11.738985 0.346213</w:t>
        <w:br/>
        <w:t>v 2.258609 11.578727 0.766472</w:t>
        <w:br/>
        <w:t>v 2.267231 11.587331 0.775379</w:t>
        <w:br/>
        <w:t>v -0.003250 12.548715 0.289213</w:t>
        <w:br/>
        <w:t>v 0.809330 12.248045 -1.136345</w:t>
        <w:br/>
        <w:t>v 0.511454 12.244624 -1.104675</w:t>
        <w:br/>
        <w:t>v 0.373138 12.242736 -1.189736</w:t>
        <w:br/>
        <w:t>v 1.100648 12.251749 -1.105609</w:t>
        <w:br/>
        <w:t>v 1.260339 10.980754 -1.044055</w:t>
        <w:br/>
        <w:t>v 1.189666 11.011334 -1.308259</w:t>
        <w:br/>
        <w:t>v 1.175234 11.325810 -1.273252</w:t>
        <w:br/>
        <w:t>v 1.254751 11.300691 -1.023421</w:t>
        <w:br/>
        <w:t>v 1.010787 10.931315 -1.372167</w:t>
        <w:br/>
        <w:t>v 0.871527 11.217010 -1.310981</w:t>
        <w:br/>
        <w:t>v 1.175234 11.325810 -1.273252</w:t>
        <w:br/>
        <w:t>v 1.189666 11.011334 -1.308259</w:t>
        <w:br/>
        <w:t>v 1.407589 12.256971 -0.821746</w:t>
        <w:br/>
        <w:t>v 1.219218 12.254920 -0.930838</w:t>
        <w:br/>
        <w:t>v 1.508456 11.372345 -0.921036</w:t>
        <w:br/>
        <w:t>v 1.448646 11.034837 -0.955089</w:t>
        <w:br/>
        <w:t>v 1.407589 12.256971 -0.821746</w:t>
        <w:br/>
        <w:t>v 1.441914 11.962579 -0.861600</w:t>
        <w:br/>
        <w:t>v 1.235434 11.936981 -0.968851</w:t>
        <w:br/>
        <w:t>v 1.219218 12.254920 -0.930838</w:t>
        <w:br/>
        <w:t>v 1.636113 11.117198 -0.931177</w:t>
        <w:br/>
        <w:t>v 0.780512 10.812226 -1.352866</w:t>
        <w:br/>
        <w:t>v 0.595477 10.720064 -1.326859</w:t>
        <w:br/>
        <w:t>v 0.571343 11.097886 -1.250006</w:t>
        <w:br/>
        <w:t>v 1.787189 11.163464 -0.851178</w:t>
        <w:br/>
        <w:t>v 1.731586 11.437840 -0.813380</w:t>
        <w:br/>
        <w:t>v 1.891577 11.150885 -0.669727</w:t>
        <w:br/>
        <w:t>v 1.836353 11.430273 -0.642609</w:t>
        <w:br/>
        <w:t>v 1.935946 11.103456 -0.504455</w:t>
        <w:br/>
        <w:t>v 1.885011 11.396774 -0.483873</w:t>
        <w:br/>
        <w:t>v 1.589101 12.258468 -0.669642</w:t>
        <w:br/>
        <w:t>v 1.630997 11.985365 -0.725799</w:t>
        <w:br/>
        <w:t>v 1.939327 11.070935 -0.353200</w:t>
        <w:br/>
        <w:t>v 1.874511 11.370282 -0.334731</w:t>
        <w:br/>
        <w:t>v 1.988508 11.426277 -0.128114</w:t>
        <w:br/>
        <w:t>v 2.076056 11.149952 -0.140567</w:t>
        <w:br/>
        <w:t>v 2.130298 11.530102 0.037163</w:t>
        <w:br/>
        <w:t>v 2.231966 11.290527 0.034211</w:t>
        <w:br/>
        <w:t>v 1.734970 12.260015 -0.111462</w:t>
        <w:br/>
        <w:t>v 1.794568 11.973036 -0.165457</w:t>
        <w:br/>
        <w:t>v 1.754378 11.980146 -0.480618</w:t>
        <w:br/>
        <w:t>v 1.700836 12.260266 -0.416331</w:t>
        <w:br/>
        <w:t>v 0.525807 10.733563 -1.412103</w:t>
        <w:br/>
        <w:t>v 0.502550 11.109603 -1.336496</w:t>
        <w:br/>
        <w:t>v 0.571343 11.097886 -1.250006</w:t>
        <w:br/>
        <w:t>v 0.595477 10.720064 -1.326859</w:t>
        <w:br/>
        <w:t>v -0.003251 10.674949 -1.559413</w:t>
        <w:br/>
        <w:t>v -0.003251 11.062260 -1.462112</w:t>
        <w:br/>
        <w:t>v 0.353021 11.115798 -1.474716</w:t>
        <w:br/>
        <w:t>v 0.250388 10.723329 -1.593802</w:t>
        <w:br/>
        <w:t>v 0.462017 10.761945 -1.534351</w:t>
        <w:br/>
        <w:t>v 1.861861 12.260100 0.182185</w:t>
        <w:br/>
        <w:t>v 1.944586 12.023182 0.158859</w:t>
        <w:br/>
        <w:t>v 2.076354 11.296000 0.673174</w:t>
        <w:br/>
        <w:t>v 2.207897 11.375879 0.556383</w:t>
        <w:br/>
        <w:t>v 2.103767 11.590265 0.510087</w:t>
        <w:br/>
        <w:t>v 1.997287 11.537142 0.640337</w:t>
        <w:br/>
        <w:t>v 2.240112 11.360714 0.291643</w:t>
        <w:br/>
        <w:t>v 2.137969 11.580227 0.268418</w:t>
        <w:br/>
        <w:t>v 1.856393 11.478875 0.739004</w:t>
        <w:br/>
        <w:t>v 1.913827 11.215045 0.759077</w:t>
        <w:br/>
        <w:t>v 1.774544 12.259071 0.517677</w:t>
        <w:br/>
        <w:t>v 1.865167 12.026195 0.526169</w:t>
        <w:br/>
        <w:t>v 1.790389 11.459501 0.955294</w:t>
        <w:br/>
        <w:t>v 1.845055 11.188086 0.989908</w:t>
        <w:br/>
        <w:t>v 1.752677 11.442852 1.155668</w:t>
        <w:br/>
        <w:t>v 1.815803 11.168618 1.201861</w:t>
        <w:br/>
        <w:t>v 1.619313 11.398090 1.328864</w:t>
        <w:br/>
        <w:t>v 1.682137 11.108056 1.365157</w:t>
        <w:br/>
        <w:t>v 1.631869 12.257192 0.687133</w:t>
        <w:br/>
        <w:t>v 1.547103 12.255740 0.929504</w:t>
        <w:br/>
        <w:t>v 1.630623 11.989091 0.971704</w:t>
        <w:br/>
        <w:t>v 1.715858 11.999558 0.704518</w:t>
        <w:br/>
        <w:t>v 1.404978 12.253850 1.176370</w:t>
        <w:br/>
        <w:t>v 1.481274 11.970528 1.236209</w:t>
        <w:br/>
        <w:t>v 1.212536 12.252699 1.312847</w:t>
        <w:br/>
        <w:t>v 1.404978 12.253850 1.176370</w:t>
        <w:br/>
        <w:t>v 1.491463 11.010621 1.466259</w:t>
        <w:br/>
        <w:t>v 1.429319 11.325427 1.443146</w:t>
        <w:br/>
        <w:t>v 1.210776 10.904945 1.438991</w:t>
        <w:br/>
        <w:t>v 1.156482 11.245431 1.436640</w:t>
        <w:br/>
        <w:t>v 0.955341 12.251407 1.345654</w:t>
        <w:br/>
        <w:t>v 0.677977 12.247123 1.414392</w:t>
        <w:br/>
        <w:t>v 0.718695 11.892427 1.394215</w:t>
        <w:br/>
        <w:t>v 1.028621 11.917332 1.389968</w:t>
        <w:br/>
        <w:t>v 0.955341 12.251407 1.345654</w:t>
        <w:br/>
        <w:t>v 0.818151 11.183918 1.403488</w:t>
        <w:br/>
        <w:t>v 0.868687 10.828004 1.398514</w:t>
        <w:br/>
        <w:t>v 0.818151 11.183918 1.403488</w:t>
        <w:br/>
        <w:t>v 0.854801 11.151109 1.513209</w:t>
        <w:br/>
        <w:t>v 0.902180 10.783802 1.508319</w:t>
        <w:br/>
        <w:t>v 0.868687 10.828004 1.398514</w:t>
        <w:br/>
        <w:t>v 0.823230 11.152511 1.628184</w:t>
        <w:br/>
        <w:t>v 0.881262 10.785790 1.641519</w:t>
        <w:br/>
        <w:t>v 0.675099 11.161243 1.719829</w:t>
        <w:br/>
        <w:t>v 0.719567 10.796811 1.747290</w:t>
        <w:br/>
        <w:t>v 0.359810 11.132801 1.719687</w:t>
        <w:br/>
        <w:t>v 0.478131 10.786792 1.797704</w:t>
        <w:br/>
        <w:t>v 0.587692 12.245802 1.556776</w:t>
        <w:br/>
        <w:t>v 0.677977 12.247123 1.414392</w:t>
        <w:br/>
        <w:t>v 0.751995 11.882242 1.483904</w:t>
        <w:br/>
        <w:t>v 0.718695 11.892427 1.394215</w:t>
        <w:br/>
        <w:t>v 0.677977 12.247123 1.414392</w:t>
        <w:br/>
        <w:t>v -0.003251 10.691950 1.662491</w:t>
        <w:br/>
        <w:t>v 0.267268 10.736644 1.735685</w:t>
        <w:br/>
        <w:t>v -0.003252 11.078066 1.614580</w:t>
        <w:br/>
        <w:t>v -0.003251 12.239178 1.498507</w:t>
        <w:br/>
        <w:t>v -0.003251 11.852120 1.534149</w:t>
        <w:br/>
        <w:t>v 0.316054 11.872944 1.622522</w:t>
        <w:br/>
        <w:t>v 0.287053 12.242627 1.572246</w:t>
        <w:br/>
        <w:t>v -0.003252 12.237367 -1.230918</w:t>
        <w:br/>
        <w:t>v 1.700836 12.260266 -0.416331</w:t>
        <w:br/>
        <w:t>v 1.589101 12.258468 -0.669642</w:t>
        <w:br/>
        <w:t>v 0.287053 12.242627 1.572246</w:t>
        <w:br/>
        <w:t>v -0.003251 12.239178 1.498507</w:t>
        <w:br/>
        <w:t>v 1.631869 12.257192 0.687133</w:t>
        <w:br/>
        <w:t>v 1.774544 12.259071 0.517677</w:t>
        <w:br/>
        <w:t>v 1.547103 12.255740 0.929504</w:t>
        <w:br/>
        <w:t>v 0.830039 11.905770 -1.199508</w:t>
        <w:br/>
        <w:t>v 0.531134 11.861891 -1.143484</w:t>
        <w:br/>
        <w:t>v 0.511454 12.244624 -1.104675</w:t>
        <w:br/>
        <w:t>v 0.809330 12.248045 -1.136345</w:t>
        <w:br/>
        <w:t>v 0.395321 11.865510 -1.256221</w:t>
        <w:br/>
        <w:t>v 0.373138 12.242736 -1.189736</w:t>
        <w:br/>
        <w:t>v 1.135413 11.946409 -1.179460</w:t>
        <w:br/>
        <w:t>v 1.100648 12.251749 -1.105609</w:t>
        <w:br/>
        <w:t>v 1.734970 12.260015 -0.111462</w:t>
        <w:br/>
        <w:t>v 1.861861 12.260100 0.182185</w:t>
        <w:br/>
        <w:t>v 1.212536 12.252699 1.312847</w:t>
        <w:br/>
        <w:t>v 1.290518 11.945383 1.368525</w:t>
        <w:br/>
        <w:t>v 0.643430 11.882819 1.603413</w:t>
        <w:br/>
        <w:t>v 0.587692 12.245802 1.556776</w:t>
        <w:br/>
        <w:t>v -0.003252 11.843655 -1.299225</w:t>
        <w:br/>
        <w:t>v -0.003252 12.237367 -1.230918</w:t>
        <w:br/>
        <w:t>v 0.848791 11.562764 -1.260962</w:t>
        <w:br/>
        <w:t>v 1.166018 11.640437 -1.244589</w:t>
        <w:br/>
        <w:t>v 1.251750 11.619831 -1.005125</w:t>
        <w:br/>
        <w:t>v 1.166018 11.640437 -1.244589</w:t>
        <w:br/>
        <w:t>v 1.476251 11.668577 -0.900009</w:t>
        <w:br/>
        <w:t>v 1.675243 11.712336 -0.778593</w:t>
        <w:br/>
        <w:t>v 1.807830 11.699968 -0.541394</w:t>
        <w:br/>
        <w:t>v 1.854532 11.686079 -0.218697</w:t>
        <w:br/>
        <w:t>v 2.030391 11.785831 0.140281</w:t>
        <w:br/>
        <w:t>v 1.957229 11.792439 0.536090</w:t>
        <w:br/>
        <w:t>v 1.800165 11.742407 0.721110</w:t>
        <w:br/>
        <w:t>v 1.713754 11.723251 1.014052</w:t>
        <w:br/>
        <w:t>v 1.557043 11.687643 1.294472</w:t>
        <w:br/>
        <w:t>v 1.367485 11.639189 1.422508</w:t>
        <w:br/>
        <w:t>v 1.101568 11.584428 1.434331</w:t>
        <w:br/>
        <w:t>v 0.777075 11.539467 1.416331</w:t>
        <w:br/>
        <w:t>v 0.808234 11.517651 1.514824</w:t>
        <w:br/>
        <w:t>v 0.777075 11.539467 1.416331</w:t>
        <w:br/>
        <w:t>v 0.767684 11.518297 1.613234</w:t>
        <w:br/>
        <w:t>v 0.630773 11.524510 1.691551</w:t>
        <w:br/>
        <w:t>v 0.346242 11.503547 1.673018</w:t>
        <w:br/>
        <w:t>v -0.003252 11.464515 1.568737</w:t>
        <w:br/>
        <w:t>v 0.351017 11.490045 -1.386655</w:t>
        <w:br/>
        <w:t>v -0.003251 11.449825 -1.366419</w:t>
        <w:br/>
        <w:t>v 0.480062 11.486087 -1.261683</w:t>
        <w:br/>
        <w:t>v 0.550061 11.477536 -1.180550</w:t>
        <w:br/>
        <w:t>v 1.277860 10.981840 -1.058973</w:t>
        <w:br/>
        <w:t>v 1.273998 11.302084 -1.040150</w:t>
        <w:br/>
        <w:t>v 1.191713 11.328672 -1.292356</w:t>
        <w:br/>
        <w:t>v 1.204177 11.014249 -1.323787</w:t>
        <w:br/>
        <w:t>v 1.010792 10.935345 -1.396503</w:t>
        <w:br/>
        <w:t>v 1.204177 11.014249 -1.323787</w:t>
        <w:br/>
        <w:t>v 1.191713 11.328672 -1.292356</w:t>
        <w:br/>
        <w:t>v 0.868946 11.220816 -1.335546</w:t>
        <w:br/>
        <w:t>v 1.518330 11.375377 -0.943944</w:t>
        <w:br/>
        <w:t>v 1.454896 11.036426 -0.978981</w:t>
        <w:br/>
        <w:t>v 1.642596 11.120919 -0.954673</w:t>
        <w:br/>
        <w:t>v 0.774890 10.815928 -1.376920</w:t>
        <w:br/>
        <w:t>v 0.579879 11.102603 -1.273124</w:t>
        <w:br/>
        <w:t>v 0.602625 10.724010 -1.345436</w:t>
        <w:br/>
        <w:t>v 1.803502 11.168825 -0.868281</w:t>
        <w:br/>
        <w:t>v 1.749058 11.443216 -0.831075</w:t>
        <w:br/>
        <w:t>v 1.915067 11.155941 -0.678445</w:t>
        <w:br/>
        <w:t>v 1.859901 11.435597 -0.651739</w:t>
        <w:br/>
        <w:t>v 1.961150 11.108020 -0.506339</w:t>
        <w:br/>
        <w:t>v 1.910440 11.401191 -0.486535</w:t>
        <w:br/>
        <w:t>v 1.962550 11.076046 -0.359180</w:t>
        <w:br/>
        <w:t>v 1.899107 11.375409 -0.340961</w:t>
        <w:br/>
        <w:t>v 2.094988 11.155956 -0.156333</w:t>
        <w:br/>
        <w:t>v 2.008132 11.432996 -0.143049</w:t>
        <w:br/>
        <w:t>v 2.152015 11.538982 0.026700</w:t>
        <w:br/>
        <w:t>v 2.252329 11.298403 0.023652</w:t>
        <w:br/>
        <w:t>v 0.522687 11.114153 -1.351619</w:t>
        <w:br/>
        <w:t>v 0.546521 10.738549 -1.426263</w:t>
        <w:br/>
        <w:t>v 0.602625 10.724010 -1.345436</w:t>
        <w:br/>
        <w:t>v 0.579879 11.102603 -1.273124</w:t>
        <w:br/>
        <w:t>v 0.361912 11.122163 -1.497310</w:t>
        <w:br/>
        <w:t>v 0.251965 10.729645 -1.617486</w:t>
        <w:br/>
        <w:t>v 0.475120 10.767800 -1.553556</w:t>
        <w:br/>
        <w:t>v 2.124611 11.601555 0.519843</w:t>
        <w:br/>
        <w:t>v 2.227334 11.385562 0.566653</w:t>
        <w:br/>
        <w:t>v 2.089789 11.302944 0.693128</w:t>
        <w:br/>
        <w:t>v 2.012408 11.544713 0.659191</w:t>
        <w:br/>
        <w:t>v 2.161226 11.591375 0.268689</w:t>
        <w:br/>
        <w:t>v 2.263710 11.370758 0.291281</w:t>
        <w:br/>
        <w:t>v 1.931687 11.220244 0.773527</w:t>
        <w:br/>
        <w:t>v 1.876532 11.484841 0.753623</w:t>
        <w:br/>
        <w:t>v 1.869674 11.193532 0.995610</w:t>
        <w:br/>
        <w:t>v 1.814996 11.464892 0.961258</w:t>
        <w:br/>
        <w:t>v 1.837794 11.174497 1.211953</w:t>
        <w:br/>
        <w:t>v 1.775410 11.449364 1.165874</w:t>
        <w:br/>
        <w:t>v 1.697355 11.113287 1.384090</w:t>
        <w:br/>
        <w:t>v 1.635675 11.403775 1.347422</w:t>
        <w:br/>
        <w:t>v 1.496279 11.013090 1.489741</w:t>
        <w:br/>
        <w:t>v 1.435208 11.328089 1.467331</w:t>
        <w:br/>
        <w:t>v 1.207930 10.904842 1.463787</w:t>
        <w:br/>
        <w:t>v 1.154308 11.245424 1.461533</w:t>
        <w:br/>
        <w:t>v 0.878690 10.829011 1.406228</w:t>
        <w:br/>
        <w:t>v 0.838444 11.185978 1.418960</w:t>
        <w:br/>
        <w:t>v 0.926758 10.786898 1.506263</w:t>
        <w:br/>
        <w:t>v 0.880525 11.154363 1.511768</w:t>
        <w:br/>
        <w:t>v 0.838444 11.185978 1.418960</w:t>
        <w:br/>
        <w:t>v 0.878690 10.829011 1.406228</w:t>
        <w:br/>
        <w:t>v 0.901128 10.788918 1.654337</w:t>
        <w:br/>
        <w:t>v 0.844093 11.155859 1.642700</w:t>
        <w:br/>
        <w:t>v 0.727893 10.800308 1.769823</w:t>
        <w:br/>
        <w:t>v 0.682765 11.164483 1.743478</w:t>
        <w:br/>
        <w:t>v 0.483164 11.146988 1.743891</w:t>
        <w:br/>
        <w:t>v 0.475151 10.790176 1.821780</w:t>
        <w:br/>
        <w:t>v 0.355610 11.135809 1.744155</w:t>
        <w:br/>
        <w:t>v 0.176179 11.108312 1.691164</w:t>
        <w:br/>
        <w:t>v 0.259295 10.739403 1.759301</w:t>
        <w:br/>
        <w:t>v 0.221085 11.469007 1.762765</w:t>
        <w:br/>
        <w:t>v 0.450768 11.516198 1.738315</w:t>
        <w:br/>
        <w:t>v 0.885266 11.571718 1.642930</w:t>
        <w:br/>
        <w:t>v 0.753791 11.562477 1.699929</w:t>
        <w:br/>
        <w:t>v 0.958400 11.590362 1.519897</w:t>
        <w:br/>
        <w:t>v 0.958400 11.590362 1.519897</w:t>
        <w:br/>
        <w:t>v 1.155581 11.632566 1.492217</w:t>
        <w:br/>
        <w:t>v 1.415857 11.722548 1.438948</w:t>
        <w:br/>
        <w:t>v 1.596326 11.761198 1.291229</w:t>
        <w:br/>
        <w:t>v 1.677230 11.789299 1.157629</w:t>
        <w:br/>
        <w:t>v 1.747540 11.797504 1.010045</w:t>
        <w:br/>
        <w:t>v 1.841166 11.836328 0.739189</w:t>
        <w:br/>
        <w:t>v 1.970646 11.909473 0.516810</w:t>
        <w:br/>
        <w:t>v 2.109659 11.727093 0.201278</w:t>
        <w:br/>
        <w:t>v 2.131282 11.697405 -0.098782</w:t>
        <w:br/>
        <w:t>v 1.988866 11.649828 -0.461692</w:t>
        <w:br/>
        <w:t>v 1.810063 11.642259 -0.764207</w:t>
        <w:br/>
        <w:t>v 1.616153 11.628068 -0.977644</w:t>
        <w:br/>
        <w:t>v 1.422259 11.587433 -1.098123</w:t>
        <w:br/>
        <w:t>v 1.277748 11.578803 -1.276293</w:t>
        <w:br/>
        <w:t>v 1.008443 11.511388 -1.349839</w:t>
        <w:br/>
        <w:t>v 0.440980 11.483966 -1.392483</w:t>
        <w:br/>
        <w:t>v 1.260339 10.980754 -1.044055</w:t>
        <w:br/>
        <w:t>v 1.277860 10.981840 -1.058973</w:t>
        <w:br/>
        <w:t>v 1.204177 11.014249 -1.323787</w:t>
        <w:br/>
        <w:t>v 1.189666 11.011334 -1.308259</w:t>
        <w:br/>
        <w:t>v 1.010792 10.935345 -1.396503</w:t>
        <w:br/>
        <w:t>v 1.010787 10.931315 -1.372167</w:t>
        <w:br/>
        <w:t>v 1.448646 11.034837 -0.955089</w:t>
        <w:br/>
        <w:t>v 1.454896 11.036426 -0.978981</w:t>
        <w:br/>
        <w:t>v 1.642596 11.120919 -0.954673</w:t>
        <w:br/>
        <w:t>v 1.636113 11.117198 -0.931177</w:t>
        <w:br/>
        <w:t>v 0.774890 10.815928 -1.376920</w:t>
        <w:br/>
        <w:t>v 0.780512 10.812226 -1.352866</w:t>
        <w:br/>
        <w:t>v 0.602625 10.724010 -1.345436</w:t>
        <w:br/>
        <w:t>v 0.595477 10.720064 -1.326859</w:t>
        <w:br/>
        <w:t>v 1.787189 11.163464 -0.851178</w:t>
        <w:br/>
        <w:t>v 1.803502 11.168825 -0.868281</w:t>
        <w:br/>
        <w:t>v 1.891577 11.150885 -0.669727</w:t>
        <w:br/>
        <w:t>v 1.915067 11.155941 -0.678445</w:t>
        <w:br/>
        <w:t>v 1.961150 11.108020 -0.506339</w:t>
        <w:br/>
        <w:t>v 1.935946 11.103456 -0.504455</w:t>
        <w:br/>
        <w:t>v 1.939327 11.070935 -0.353200</w:t>
        <w:br/>
        <w:t>v 1.962550 11.076046 -0.359180</w:t>
        <w:br/>
        <w:t>v 2.076056 11.149952 -0.140567</w:t>
        <w:br/>
        <w:t>v 2.094988 11.155956 -0.156333</w:t>
        <w:br/>
        <w:t>v 2.231966 11.290527 0.034211</w:t>
        <w:br/>
        <w:t>v 2.252329 11.298403 0.023652</w:t>
        <w:br/>
        <w:t>v 0.546521 10.738549 -1.426263</w:t>
        <w:br/>
        <w:t>v 0.525807 10.733563 -1.412103</w:t>
        <w:br/>
        <w:t>v 0.251965 10.729645 -1.617486</w:t>
        <w:br/>
        <w:t>v -0.003251 10.681982 -1.583195</w:t>
        <w:br/>
        <w:t>v -0.003251 10.674949 -1.559413</w:t>
        <w:br/>
        <w:t>v 0.250388 10.723329 -1.593802</w:t>
        <w:br/>
        <w:t>v 0.462017 10.761945 -1.534351</w:t>
        <w:br/>
        <w:t>v 0.475120 10.767800 -1.553556</w:t>
        <w:br/>
        <w:t>v 2.076354 11.296000 0.673174</w:t>
        <w:br/>
        <w:t>v 2.089789 11.302944 0.693128</w:t>
        <w:br/>
        <w:t>v 2.227334 11.385562 0.566653</w:t>
        <w:br/>
        <w:t>v 2.207897 11.375879 0.556383</w:t>
        <w:br/>
        <w:t>v 2.263710 11.370758 0.291281</w:t>
        <w:br/>
        <w:t>v 2.240112 11.360714 0.291643</w:t>
        <w:br/>
        <w:t>v 1.913827 11.215045 0.759077</w:t>
        <w:br/>
        <w:t>v 1.931687 11.220244 0.773527</w:t>
        <w:br/>
        <w:t>v 1.845055 11.188086 0.989908</w:t>
        <w:br/>
        <w:t>v 1.869674 11.193532 0.995610</w:t>
        <w:br/>
        <w:t>v 1.815803 11.168618 1.201861</w:t>
        <w:br/>
        <w:t>v 1.837794 11.174497 1.211953</w:t>
        <w:br/>
        <w:t>v 1.682137 11.108056 1.365157</w:t>
        <w:br/>
        <w:t>v 1.697355 11.113287 1.384090</w:t>
        <w:br/>
        <w:t>v 1.491463 11.010621 1.466259</w:t>
        <w:br/>
        <w:t>v 1.496279 11.013090 1.489741</w:t>
        <w:br/>
        <w:t>v 1.210776 10.904945 1.438991</w:t>
        <w:br/>
        <w:t>v 1.207930 10.904842 1.463787</w:t>
        <w:br/>
        <w:t>v 0.868687 10.828004 1.398514</w:t>
        <w:br/>
        <w:t>v 0.878690 10.829011 1.406228</w:t>
        <w:br/>
        <w:t>v 0.902180 10.783802 1.508319</w:t>
        <w:br/>
        <w:t>v 0.926758 10.786898 1.506263</w:t>
        <w:br/>
        <w:t>v 0.901128 10.788918 1.654337</w:t>
        <w:br/>
        <w:t>v 0.881262 10.785790 1.641519</w:t>
        <w:br/>
        <w:t>v 0.719567 10.796811 1.747290</w:t>
        <w:br/>
        <w:t>v 0.727893 10.800308 1.769823</w:t>
        <w:br/>
        <w:t>v 0.478131 10.786792 1.797704</w:t>
        <w:br/>
        <w:t>v 0.475151 10.790176 1.821780</w:t>
        <w:br/>
        <w:t>v -0.003251 10.691950 1.662491</w:t>
        <w:br/>
        <w:t>v -0.003252 10.694751 1.686136</w:t>
        <w:br/>
        <w:t>v 0.259295 10.739403 1.759301</w:t>
        <w:br/>
        <w:t>v 0.267268 10.736644 1.735685</w:t>
        <w:br/>
        <w:t>v 1.419510 13.776472 0.390591</w:t>
        <w:br/>
        <w:t>v 1.196972 13.776471 0.316348</w:t>
        <w:br/>
        <w:t>v 1.009721 14.016667 0.303892</w:t>
        <w:br/>
        <w:t>v 1.214517 14.031129 0.420616</w:t>
        <w:br/>
        <w:t>v 1.967041 12.874483 0.283475</w:t>
        <w:br/>
        <w:t>v 2.062072 12.874483 0.302313</w:t>
        <w:br/>
        <w:t>v 2.262194 12.520405 0.256242</w:t>
        <w:br/>
        <w:t>v 2.147655 12.520352 0.236963</w:t>
        <w:br/>
        <w:t>v 2.025030 12.874483 0.392232</w:t>
        <w:br/>
        <w:t>v 2.214696 12.520382 0.375134</w:t>
        <w:br/>
        <w:t>v 2.262194 12.520405 0.256242</w:t>
        <w:br/>
        <w:t>v 2.062072 12.874483 0.302313</w:t>
        <w:br/>
        <w:t>v 2.418741 12.268436 0.239734</w:t>
        <w:br/>
        <w:t>v 2.285076 12.278564 0.206635</w:t>
        <w:br/>
        <w:t>v 2.056043 12.520309 0.560131</w:t>
        <w:br/>
        <w:t>v 1.901733 12.874483 0.548069</w:t>
        <w:br/>
        <w:t>v 1.731688 12.874482 0.714123</w:t>
        <w:br/>
        <w:t>v 1.844239 12.520213 0.756328</w:t>
        <w:br/>
        <w:t>v 1.857011 13.166315 0.418169</w:t>
        <w:br/>
        <w:t>v 1.681174 13.465075 0.448003</w:t>
        <w:br/>
        <w:t>v 1.577664 13.465075 0.552462</w:t>
        <w:br/>
        <w:t>v 1.755349 13.166316 0.549496</w:t>
        <w:br/>
        <w:t>v 1.471113 13.465075 0.662904</w:t>
        <w:br/>
        <w:t>v 1.615989 13.166317 0.689037</w:t>
        <w:br/>
        <w:t>v 1.706847 13.465075 0.385890</w:t>
        <w:br/>
        <w:t>v 1.470447 13.776472 0.426815</w:t>
        <w:br/>
        <w:t>v 1.449113 13.776470 0.478430</w:t>
        <w:br/>
        <w:t>v 1.809281 13.166316 0.318743</w:t>
        <w:br/>
        <w:t>v 1.529969 13.166315 0.291020</w:t>
        <w:br/>
        <w:t>v 1.377077 13.465075 0.340748</w:t>
        <w:br/>
        <w:t>v 1.619615 13.465075 0.357023</w:t>
        <w:br/>
        <w:t>v 1.239688 14.030000 0.460637</w:t>
        <w:br/>
        <w:t>v 0.935655 14.356941 0.328029</w:t>
        <w:br/>
        <w:t>v 1.219396 14.031953 0.503860</w:t>
        <w:br/>
        <w:t>v 0.932112 14.355702 0.526817</w:t>
        <w:br/>
        <w:t>v 1.172255 14.032364 0.568525</w:t>
        <w:br/>
        <w:t>v 0.930682 14.354541 0.741766</w:t>
        <w:br/>
        <w:t>v 1.120582 14.033755 0.632610</w:t>
        <w:br/>
        <w:t>v 1.306299 13.776472 0.644443</w:t>
        <w:br/>
        <w:t>v 1.194563 13.776472 0.780467</w:t>
        <w:br/>
        <w:t>v 1.322572 13.465075 0.823026</w:t>
        <w:br/>
        <w:t>v 1.385812 13.776472 0.559914</w:t>
        <w:br/>
        <w:t>v 1.611736 12.520105 0.968017</w:t>
        <w:br/>
        <w:t>v 1.635910 12.388792 0.981971</w:t>
        <w:br/>
        <w:t>v 1.902401 12.328459 0.783535</w:t>
        <w:br/>
        <w:t>v 1.041162 14.057332 0.741974</w:t>
        <w:br/>
        <w:t>v 1.706847 13.465075 0.385890</w:t>
        <w:br/>
        <w:t>v 1.470447 13.776472 0.426815</w:t>
        <w:br/>
        <w:t>v 2.556794 11.955755 0.162939</w:t>
        <w:br/>
        <w:t>v 2.528476 12.109112 0.228300</w:t>
        <w:br/>
        <w:t>v 2.068440 11.920057 0.231339</w:t>
        <w:br/>
        <w:t>v 2.329797 11.743626 0.204285</w:t>
        <w:br/>
        <w:t>v 2.109659 11.727093 0.201278</w:t>
        <w:br/>
        <w:t>v 2.051903 12.095501 0.286963</w:t>
        <w:br/>
        <w:t>v 2.387411 11.966314 0.179404</w:t>
        <w:br/>
        <w:t>v 1.888994 13.166316 0.342116</w:t>
        <w:br/>
        <w:t>v 1.646241 12.874481 0.270281</w:t>
        <w:br/>
        <w:t>v 1.888994 13.166316 0.342116</w:t>
        <w:br/>
        <w:t>v 1.421871 13.166317 0.876398</w:t>
        <w:br/>
        <w:t>v 1.508894 12.874482 0.923909</w:t>
        <w:br/>
        <w:t>v 1.847838 12.520215 0.288972</w:t>
        <w:br/>
        <w:t>v 2.350398 12.270840 0.376478</w:t>
        <w:br/>
        <w:t>v 2.418741 12.268436 0.239734</w:t>
        <w:br/>
        <w:t>v 2.373824 12.228655 0.376806</w:t>
        <w:br/>
        <w:t>v 2.528476 12.109112 0.228300</w:t>
        <w:br/>
        <w:t>v 2.152882 12.293454 0.574752</w:t>
        <w:br/>
        <w:t>v 2.486483 11.792179 0.161113</w:t>
        <w:br/>
        <w:t>v 2.384707 11.630190 0.198062</w:t>
        <w:br/>
        <w:t>v 2.298393 11.468336 0.183462</w:t>
        <w:br/>
        <w:t>v 0.515228 14.031603 -0.348583</w:t>
        <w:br/>
        <w:t>v 0.588056 13.776471 -0.520837</w:t>
        <w:br/>
        <w:t>v 0.775570 13.776471 -0.501463</w:t>
        <w:br/>
        <w:t>v 0.676469 14.037535 -0.339514</w:t>
        <w:br/>
        <w:t>v 0.785839 14.041317 -0.303614</w:t>
        <w:br/>
        <w:t>v 0.906045 13.776471 -0.451856</w:t>
        <w:br/>
        <w:t>v 1.021370 13.776471 -0.376938</w:t>
        <w:br/>
        <w:t>v 0.880355 14.044779 -0.249294</w:t>
        <w:br/>
        <w:t>v 1.123318 13.776471 -0.279688</w:t>
        <w:br/>
        <w:t>v 0.965237 14.047680 -0.180558</w:t>
        <w:br/>
        <w:t>v 0.991716 13.166316 -0.803262</w:t>
        <w:br/>
        <w:t>v 1.080902 12.874481 -0.927578</w:t>
        <w:br/>
        <w:t>v 1.273692 12.874481 -0.836364</w:t>
        <w:br/>
        <w:t>v 1.167403 13.166316 -0.722174</w:t>
        <w:br/>
        <w:t>v 0.980607 12.249507 -1.192777</w:t>
        <w:br/>
        <w:t>v 1.058188 11.875222 -1.302036</w:t>
        <w:br/>
        <w:t>v 1.312020 11.892712 -1.235469</w:t>
        <w:br/>
        <w:t>v 1.231903 12.256483 -1.132489</w:t>
        <w:br/>
        <w:t>v 1.354304 13.776470 0.077223</w:t>
        <w:br/>
        <w:t>v 1.154749 14.054782 0.125452</w:t>
        <w:br/>
        <w:t>v 1.096141 14.052565 0.015475</w:t>
        <w:br/>
        <w:t>v 1.270330 13.776470 -0.058230</w:t>
        <w:br/>
        <w:t>v 1.357318 13.776471 0.258912</w:t>
        <w:br/>
        <w:t>v 1.192603 14.055140 0.284419</w:t>
        <w:br/>
        <w:t>v 1.526503 13.465075 0.029026</w:t>
        <w:br/>
        <w:t>v 1.463185 13.465075 -0.127596</w:t>
        <w:br/>
        <w:t>v 1.619252 13.166316 -0.206619</w:t>
        <w:br/>
        <w:t>v 1.689741 13.166315 -0.025867</w:t>
        <w:br/>
        <w:t>v 1.973178 12.506045 -0.143159</w:t>
        <w:br/>
        <w:t>v 1.875414 12.520225 -0.365029</w:t>
        <w:br/>
        <w:t>v 1.966716 12.276880 -0.429097</w:t>
        <w:br/>
        <w:t>v 2.052454 12.279261 -0.278495</w:t>
        <w:br/>
        <w:t>v 1.664405 12.874480 -0.274272</w:t>
        <w:br/>
        <w:t>v 1.786566 12.505917 -0.364052</w:t>
        <w:br/>
        <w:t>v 1.875414 12.520225 -0.365029</w:t>
        <w:br/>
        <w:t>v 1.744630 12.874480 -0.278375</w:t>
        <w:br/>
        <w:t>v 1.407799 13.465075 -0.127864</w:t>
        <w:br/>
        <w:t>v 1.463185 13.465075 -0.127596</w:t>
        <w:br/>
        <w:t>v 1.447256 13.776472 0.366717</w:t>
        <w:br/>
        <w:t>v 1.246132 14.057118 0.406871</w:t>
        <w:br/>
        <w:t>v 1.692008 12.520141 -0.646202</w:t>
        <w:br/>
        <w:t>v 1.720288 12.520154 -0.476356</w:t>
        <w:br/>
        <w:t>v 1.612316 12.874480 -0.396416</w:t>
        <w:br/>
        <w:t>v 1.576789 12.874481 -0.556210</w:t>
        <w:br/>
        <w:t>v 1.447075 13.166315 -0.472283</w:t>
        <w:br/>
        <w:t>v 1.284233 13.465075 -0.373637</w:t>
        <w:br/>
        <w:t>v 1.171948 13.465075 -0.494019</w:t>
        <w:br/>
        <w:t>v 1.322872 13.166316 -0.615394</w:t>
        <w:br/>
        <w:t>v 0.749716 13.166315 -0.856467</w:t>
        <w:br/>
        <w:t>v 0.669717 13.465074 -0.705343</w:t>
        <w:br/>
        <w:t>v 0.313658 13.465075 -0.785628</w:t>
        <w:br/>
        <w:t>v 0.348767 13.166314 -0.939674</w:t>
        <w:br/>
        <w:t>v 0.246473 14.022238 -0.414129</w:t>
        <w:br/>
        <w:t>v -0.001653 14.014367 -0.431853</w:t>
        <w:br/>
        <w:t>v -0.002187 13.776471 -0.606600</w:t>
        <w:br/>
        <w:t>v 0.276459 13.776471 -0.585728</w:t>
        <w:br/>
        <w:t>v -0.003251 11.050541 -1.695758</w:t>
        <w:br/>
        <w:t>v 0.557840 11.083709 -1.651214</w:t>
        <w:br/>
        <w:t>v 0.521244 11.470169 -1.550051</w:t>
        <w:br/>
        <w:t>v -0.003251 11.444298 -1.591045</w:t>
        <w:br/>
        <w:t>v 1.678657 13.166316 0.205734</w:t>
        <w:br/>
        <w:t>v 1.525859 13.465075 0.233502</w:t>
        <w:br/>
        <w:t>v 1.929408 12.520251 0.081038</w:t>
        <w:br/>
        <w:t>v 2.083738 12.280128 -0.108098</w:t>
        <w:br/>
        <w:t>v 2.025459 12.278509 0.051283</w:t>
        <w:br/>
        <w:t>v 2.206303 11.968958 -0.154267</w:t>
        <w:br/>
        <w:t>v 2.138757 11.969486 0.025571</w:t>
        <w:br/>
        <w:t>v 2.168031 11.969469 -0.341156</w:t>
        <w:br/>
        <w:t>v 2.272871 11.690613 -0.388309</w:t>
        <w:br/>
        <w:t>v 2.302113 11.722458 -0.180846</w:t>
        <w:br/>
        <w:t>v 2.040969 12.278945 0.184260</w:t>
        <w:br/>
        <w:t>v 1.941337 12.520257 0.205433</w:t>
        <w:br/>
        <w:t>v 2.297001 12.520421 0.237130</w:t>
        <w:br/>
        <w:t>v 2.095542 12.874483 0.283775</w:t>
        <w:br/>
        <w:t>v 1.979777 12.874483 0.244247</w:t>
        <w:br/>
        <w:t>v 2.154770 12.520355 0.195749</w:t>
        <w:br/>
        <w:t>v 2.060922 12.874483 0.409053</w:t>
        <w:br/>
        <w:t>v 2.095542 12.874483 0.283775</w:t>
        <w:br/>
        <w:t>v 2.297001 12.520421 0.237130</w:t>
        <w:br/>
        <w:t>v 2.250934 12.520398 0.393174</w:t>
        <w:br/>
        <w:t>v 2.087236 12.520324 0.587035</w:t>
        <w:br/>
        <w:t>v 1.873121 12.520225 0.786109</w:t>
        <w:br/>
        <w:t>v 1.760393 12.874482 0.743243</w:t>
        <w:br/>
        <w:t>v 1.932958 12.874483 0.573991</w:t>
        <w:br/>
        <w:t>v 1.893950 13.166316 0.434419</w:t>
        <w:br/>
        <w:t>v 1.786855 13.166315 0.574679</w:t>
        <w:br/>
        <w:t>v 1.608657 13.465075 0.576982</w:t>
        <w:br/>
        <w:t>v 1.716454 13.465075 0.463983</w:t>
        <w:br/>
        <w:t>v 1.499939 13.465076 0.690608</w:t>
        <w:br/>
        <w:t>v 1.644785 13.166316 0.717567</w:t>
        <w:br/>
        <w:t>v 1.741215 13.465075 0.372212</w:t>
        <w:br/>
        <w:t>v 1.481904 13.776472 0.494032</w:t>
        <w:br/>
        <w:t>v 1.503683 13.776472 0.417694</w:t>
        <w:br/>
        <w:t>v 1.828217 13.166315 0.283090</w:t>
        <w:br/>
        <w:t>v 1.643104 13.465075 0.325929</w:t>
        <w:br/>
        <w:t>v 2.069973 11.653822 -0.597483</w:t>
        <w:br/>
        <w:t>v 1.972327 11.971502 -0.517672</w:t>
        <w:br/>
        <w:t>v 1.913682 11.965300 -0.473554</w:t>
        <w:br/>
        <w:t>v 2.000394 11.637857 -0.543614</w:t>
        <w:br/>
        <w:t>v 1.882815 12.274551 -0.440881</w:t>
        <w:br/>
        <w:t>v 1.833481 12.273181 -0.403454</w:t>
        <w:br/>
        <w:t>v 1.135865 11.497186 -1.397318</w:t>
        <w:br/>
        <w:t>v 1.002604 11.873338 -1.341895</w:t>
        <w:br/>
        <w:t>v 1.081851 11.495228 -1.438501</w:t>
        <w:br/>
        <w:t>v 1.190278 11.117125 -1.484533</w:t>
        <w:br/>
        <w:t>v 1.242589 11.118284 -1.485122</w:t>
        <w:br/>
        <w:t>v 1.468298 11.157142 -1.409125</w:t>
        <w:br/>
        <w:t>v 1.389596 11.525373 -1.325763</w:t>
        <w:br/>
        <w:t>v 1.776065 11.595291 -1.060079</w:t>
        <w:br/>
        <w:t>v 1.896466 11.614693 -0.858100</w:t>
        <w:br/>
        <w:t>v 1.833206 11.944735 -0.788158</w:t>
        <w:br/>
        <w:t>v 1.707430 11.933609 -0.984724</w:t>
        <w:br/>
        <w:t>v 1.921261 11.612621 -0.665610</w:t>
        <w:br/>
        <w:t>v 1.855775 11.943945 -0.604133</w:t>
        <w:br/>
        <w:t>v 1.667369 11.210856 -1.281868</w:t>
        <w:br/>
        <w:t>v 1.839323 11.254613 -1.128313</w:t>
        <w:br/>
        <w:t>v 1.596887 11.564314 -1.208046</w:t>
        <w:br/>
        <w:t>v 1.523292 11.915629 -1.125671</w:t>
        <w:br/>
        <w:t>v 1.375265 12.520000 -0.951220</w:t>
        <w:br/>
        <w:t>v 1.442496 12.262329 -1.029981</w:t>
        <w:br/>
        <w:t>v 1.628429 12.267490 -0.898162</w:t>
        <w:br/>
        <w:t>v 1.557989 12.520082 -0.824669</w:t>
        <w:br/>
        <w:t>v 1.272501 14.057972 0.458663</w:t>
        <w:br/>
        <w:t>v 0.967776 14.358169 0.527458</w:t>
        <w:br/>
        <w:t>v 0.953449 14.356783 0.319830</w:t>
        <w:br/>
        <w:t>v 1.250847 14.057209 0.519288</w:t>
        <w:br/>
        <w:t>v 1.203957 14.055602 0.586659</w:t>
        <w:br/>
        <w:t>v 1.154010 14.053953 0.651613</w:t>
        <w:br/>
        <w:t>v 0.966070 14.358123 0.754410</w:t>
        <w:br/>
        <w:t>v 1.350642 13.465075 0.851852</w:t>
        <w:br/>
        <w:t>v 1.222672 13.776472 0.806926</w:t>
        <w:br/>
        <w:t>v 1.334834 13.776472 0.669999</w:t>
        <w:br/>
        <w:t>v 1.415722 13.776472 0.582848</w:t>
        <w:br/>
        <w:t>v 1.639795 12.520117 0.998615</w:t>
        <w:br/>
        <w:t>v 1.930611 12.340521 0.813459</w:t>
        <w:br/>
        <w:t>v 1.663517 12.400474 1.012573</w:t>
        <w:br/>
        <w:t>v 0.326362 14.287416 -0.267434</w:t>
        <w:br/>
        <w:t>v 0.152794 14.284073 -0.279900</w:t>
        <w:br/>
        <w:t>v 0.520839 14.302100 -0.232680</w:t>
        <w:br/>
        <w:t>v 0.704973 14.325096 -0.171731</w:t>
        <w:br/>
        <w:t>v 0.832309 14.340898 -0.072982</w:t>
        <w:br/>
        <w:t>v 1.029975 14.050026 -0.084516</w:t>
        <w:br/>
        <w:t>v 0.921454 14.353817 0.094019</w:t>
        <w:br/>
        <w:t>v -0.001085 14.284643 -0.277137</w:t>
        <w:br/>
        <w:t>v 1.071828 14.072745 0.767032</w:t>
        <w:br/>
        <w:t>v 1.195764 13.776470 -0.165031</w:t>
        <w:br/>
        <w:t>v 1.344976 13.465075 -0.242331</w:t>
        <w:br/>
        <w:t>v 1.741215 13.465075 0.372212</w:t>
        <w:br/>
        <w:t>v 1.503683 13.776472 0.417694</w:t>
        <w:br/>
        <w:t>v -0.003258 12.874480 -1.099051</w:t>
        <w:br/>
        <w:t>v -0.003260 12.519378 -1.239085</w:t>
        <w:br/>
        <w:t>v 0.410642 12.519566 -1.220710</w:t>
        <w:br/>
        <w:t>v 0.376807 12.874481 -1.081407</w:t>
        <w:br/>
        <w:t>v 1.759710 12.271134 -0.710609</w:t>
        <w:br/>
        <w:t>v 1.784297 12.271817 -0.534126</w:t>
        <w:br/>
        <w:t>v -0.003252 12.221925 -1.348835</w:t>
        <w:br/>
        <w:t>v 0.440532 12.234513 -1.320587</w:t>
        <w:br/>
        <w:t>v 2.069089 11.970551 -0.504590</w:t>
        <w:br/>
        <w:t>v 0.483322 11.854186 -1.440701</w:t>
        <w:br/>
        <w:t>v -0.003252 11.835303 -1.477012</w:t>
        <w:br/>
        <w:t>v 2.564223 11.965271 0.124593</w:t>
        <w:br/>
        <w:t>v 2.555467 12.127220 0.217887</w:t>
        <w:br/>
        <w:t>v 2.452785 12.290375 0.224732</w:t>
        <w:br/>
        <w:t>v 2.290223 12.285862 0.165412</w:t>
        <w:br/>
        <w:t>v 1.163454 11.115616 -1.527581</w:t>
        <w:br/>
        <w:t>v 1.954457 11.282658 -0.923303</w:t>
        <w:br/>
        <w:t>v 1.964918 11.277454 -0.797823</w:t>
        <w:br/>
        <w:t>v 2.002098 11.282063 -0.646367</w:t>
        <w:br/>
        <w:t>v 2.000394 11.637857 -0.543614</w:t>
        <w:br/>
        <w:t>v 1.913682 11.965300 -0.473554</w:t>
        <w:br/>
        <w:t>v 2.172768 11.671223 -0.573928</w:t>
        <w:br/>
        <w:t>v -0.003251 10.258451 -1.885856</w:t>
        <w:br/>
        <w:t>v 0.642832 10.286665 -1.836401</w:t>
        <w:br/>
        <w:t>v 0.596843 10.696404 -1.747938</w:t>
        <w:br/>
        <w:t>v -0.003251 10.656059 -1.797306</w:t>
        <w:br/>
        <w:t>v 1.353293 10.308652 -1.709579</w:t>
        <w:br/>
        <w:t>v 1.249098 10.736726 -1.615877</w:t>
        <w:br/>
        <w:t>v 1.379799 10.306295 -1.659131</w:t>
        <w:br/>
        <w:t>v 1.274786 10.738110 -1.569742</w:t>
        <w:br/>
        <w:t>v 1.379799 10.306295 -1.659131</w:t>
        <w:br/>
        <w:t>v 1.432938 10.338863 -1.665019</w:t>
        <w:br/>
        <w:t>v 1.329774 10.740463 -1.574022</w:t>
        <w:br/>
        <w:t>v 1.274786 10.738110 -1.569742</w:t>
        <w:br/>
        <w:t>v 1.635491 10.431913 -1.569319</w:t>
        <w:br/>
        <w:t>v 1.551627 10.790509 -1.492142</w:t>
        <w:br/>
        <w:t>v 1.810932 10.500673 -1.413808</w:t>
        <w:br/>
        <w:t>v 1.739203 10.857495 -1.353185</w:t>
        <w:br/>
        <w:t>v 1.903044 10.913822 -1.194656</w:t>
        <w:br/>
        <w:t>v 1.964398 10.569988 -1.247147</w:t>
        <w:br/>
        <w:t>v 2.069138 10.615623 -1.036669</w:t>
        <w:br/>
        <w:t>v 2.012901 10.950574 -0.987308</w:t>
        <w:br/>
        <w:t>v 2.022503 10.943871 -0.856567</w:t>
        <w:br/>
        <w:t>v 2.078973 10.607793 -0.900291</w:t>
        <w:br/>
        <w:t>v 2.108207 10.605636 -0.777159</w:t>
        <w:br/>
        <w:t>v 2.044657 10.941625 -0.739648</w:t>
        <w:br/>
        <w:t>v 2.256372 11.712486 -0.043602</w:t>
        <w:br/>
        <w:t>v 2.325311 11.742874 0.162357</w:t>
        <w:br/>
        <w:t>v 2.169127 11.969088 0.166619</w:t>
        <w:br/>
        <w:t>v 2.224035 11.709265 0.156273</w:t>
        <w:br/>
        <w:t>v 2.210555 11.701811 0.075380</w:t>
        <w:br/>
        <w:t>v 2.224035 11.709265 0.156273</w:t>
        <w:br/>
        <w:t>v 2.169127 11.969088 0.166619</w:t>
        <w:br/>
        <w:t>v 2.040969 12.278945 0.184260</w:t>
        <w:br/>
        <w:t>v 2.382178 11.967035 0.137555</w:t>
        <w:br/>
        <w:t>v 0.884290 13.465074 -0.656929</w:t>
        <w:br/>
        <w:t>v 1.037069 13.465075 -0.586739</w:t>
        <w:br/>
        <w:t>v -0.002759 13.465075 -0.799390</w:t>
        <w:br/>
        <w:t>v 1.922988 13.166315 0.325361</w:t>
        <w:br/>
        <w:t>v 1.549335 13.166316 -0.203403</w:t>
        <w:br/>
        <w:t>v 1.619252 13.166316 -0.206619</w:t>
        <w:br/>
        <w:t>v 1.493694 13.166316 -0.324490</w:t>
        <w:br/>
        <w:t>v 1.549335 13.166316 -0.203403</w:t>
        <w:br/>
        <w:t>v -0.003098 13.166315 -0.956601</w:t>
        <w:br/>
        <w:t>v 1.744630 12.874480 -0.278375</w:t>
        <w:br/>
        <w:t>v 1.822061 12.874481 -0.078449</w:t>
        <w:br/>
        <w:t>v 1.444370 12.874481 -0.717652</w:t>
        <w:br/>
        <w:t>v 0.818296 12.874481 -0.993168</w:t>
        <w:br/>
        <w:t>v 1.801141 12.874482 0.178677</w:t>
        <w:br/>
        <w:t>v 1.922988 13.166315 0.325361</w:t>
        <w:br/>
        <w:t>v 1.449798 13.166317 0.906080</w:t>
        <w:br/>
        <w:t>v 1.664405 12.874480 -0.274272</w:t>
        <w:br/>
        <w:t>v 1.801141 12.874482 0.178677</w:t>
        <w:br/>
        <w:t>v 1.169579 12.519907 -1.060751</w:t>
        <w:br/>
        <w:t>v 0.864827 12.519770 -1.143809</w:t>
        <w:br/>
        <w:t>v 0.922579 12.519796 -1.115434</w:t>
        <w:br/>
        <w:t>v 1.536621 12.874482 0.954067</w:t>
        <w:br/>
        <w:t>v 1.941337 12.520257 0.205433</w:t>
        <w:br/>
        <w:t>v 1.786566 12.505917 -0.364052</w:t>
        <w:br/>
        <w:t>v 0.923693 12.247928 -1.232098</w:t>
        <w:br/>
        <w:t>v 2.452785 12.290375 0.224732</w:t>
        <w:br/>
        <w:t>v 2.384576 12.288481 0.396141</w:t>
        <w:br/>
        <w:t>v 1.833481 12.273181 -0.403454</w:t>
        <w:br/>
        <w:t>v 2.555467 12.127220 0.217887</w:t>
        <w:br/>
        <w:t>v 2.407009 12.246239 0.396834</w:t>
        <w:br/>
        <w:t>v 2.490607 11.120060 -0.470562</w:t>
        <w:br/>
        <w:t>v 2.508642 11.187534 -0.219069</w:t>
        <w:br/>
        <w:t>v 2.402782 11.462012 -0.204457</w:t>
        <w:br/>
        <w:t>v 2.379013 11.409732 -0.431664</w:t>
        <w:br/>
        <w:t>v 2.479295 11.792048 0.119800</w:t>
        <w:br/>
        <w:t>v 2.171044 11.336935 -0.676499</w:t>
        <w:br/>
        <w:t>v 2.088670 11.310205 -0.610759</w:t>
        <w:br/>
        <w:t>v 2.279533 11.372197 -0.640295</w:t>
        <w:br/>
        <w:t>v 2.093368 10.960211 -0.658744</w:t>
        <w:br/>
        <w:t>v 2.152026 10.982784 -0.653216</w:t>
        <w:br/>
        <w:t>v 2.199538 11.001167 -0.696787</w:t>
        <w:br/>
        <w:t>v 2.235729 11.015209 -0.748471</w:t>
        <w:br/>
        <w:t>v 2.308390 11.043204 -0.757119</w:t>
        <w:br/>
        <w:t>v 2.388332 11.073876 -0.705547</w:t>
        <w:br/>
        <w:t>v 2.168009 10.636855 -0.696222</w:t>
        <w:br/>
        <w:t>v 2.231269 10.695245 -0.698249</w:t>
        <w:br/>
        <w:t>v 2.270545 10.767977 -0.747756</w:t>
        <w:br/>
        <w:t>v 2.289516 10.845883 -0.790603</w:t>
        <w:br/>
        <w:t>v 2.350984 10.919626 -0.787598</w:t>
        <w:br/>
        <w:t>v 2.416353 10.997073 -0.722336</w:t>
        <w:br/>
        <w:t>v 2.348827 11.456617 -0.053540</w:t>
        <w:br/>
        <w:t>v 2.300327 11.450434 0.074448</w:t>
        <w:br/>
        <w:t>v 2.318561 11.475377 0.156304</w:t>
        <w:br/>
        <w:t>v 2.318561 11.475377 0.156304</w:t>
        <w:br/>
        <w:t>v 2.379440 11.629223 0.156659</w:t>
        <w:br/>
        <w:t>v 2.422619 11.252396 -0.061473</w:t>
        <w:br/>
        <w:t>v 2.337818 11.345448 0.074059</w:t>
        <w:br/>
        <w:t>v -0.003251 10.014215 -1.939137</w:t>
        <w:br/>
        <w:t>v 0.674867 10.004096 -1.896525</w:t>
        <w:br/>
        <w:t>v 2.088670 11.310205 -0.610759</w:t>
        <w:br/>
        <w:t>v -0.003251 9.770219 -1.992366</w:t>
        <w:br/>
        <w:t>v 1.350642 13.465075 0.851852</w:t>
        <w:br/>
        <w:t>v 1.322572 13.465075 0.823026</w:t>
        <w:br/>
        <w:t>v 1.194563 13.776472 0.780467</w:t>
        <w:br/>
        <w:t>v 1.222672 13.776472 0.806926</w:t>
        <w:br/>
        <w:t>v 1.663517 12.400474 1.012573</w:t>
        <w:br/>
        <w:t>v 1.635910 12.388792 0.981971</w:t>
        <w:br/>
        <w:t>v 1.611736 12.520105 0.968017</w:t>
        <w:br/>
        <w:t>v 1.639795 12.520117 0.998615</w:t>
        <w:br/>
        <w:t>v 1.635910 12.388792 0.981971</w:t>
        <w:br/>
        <w:t>v 1.663517 12.400474 1.012573</w:t>
        <w:br/>
        <w:t>v 1.930611 12.340521 0.813459</w:t>
        <w:br/>
        <w:t>v 1.902401 12.328459 0.783535</w:t>
        <w:br/>
        <w:t>v 0.930682 14.354541 0.741766</w:t>
        <w:br/>
        <w:t>v 0.966070 14.358123 0.754410</w:t>
        <w:br/>
        <w:t>v 1.071828 14.072745 0.767032</w:t>
        <w:br/>
        <w:t>v 1.041162 14.057332 0.741974</w:t>
        <w:br/>
        <w:t>v 2.528476 12.109112 0.228300</w:t>
        <w:br/>
        <w:t>v 2.555467 12.127220 0.217887</w:t>
        <w:br/>
        <w:t>v 2.564223 11.965271 0.124593</w:t>
        <w:br/>
        <w:t>v 2.556794 11.955755 0.162939</w:t>
        <w:br/>
        <w:t>v 1.353293 10.308652 -1.709579</w:t>
        <w:br/>
        <w:t>v 1.330904 10.297796 -1.680107</w:t>
        <w:br/>
        <w:t>v 1.364528 10.296476 -1.629384</w:t>
        <w:br/>
        <w:t>v 1.379799 10.306295 -1.659131</w:t>
        <w:br/>
        <w:t>v 1.429689 10.329440 -1.625263</w:t>
        <w:br/>
        <w:t>v 1.432938 10.338863 -1.665019</w:t>
        <w:br/>
        <w:t>v 1.616631 10.420503 -1.533518</w:t>
        <w:br/>
        <w:t>v 1.635491 10.431913 -1.569319</w:t>
        <w:br/>
        <w:t>v 1.784178 10.490056 -1.382257</w:t>
        <w:br/>
        <w:t>v 1.810932 10.500673 -1.413808</w:t>
        <w:br/>
        <w:t>v 1.964398 10.569988 -1.247147</w:t>
        <w:br/>
        <w:t>v 1.931055 10.560532 -1.222324</w:t>
        <w:br/>
        <w:t>v 2.028725 10.607611 -1.025588</w:t>
        <w:br/>
        <w:t>v 2.069138 10.615623 -1.036669</w:t>
        <w:br/>
        <w:t>v 2.036285 10.600291 -0.894931</w:t>
        <w:br/>
        <w:t>v 2.078973 10.607793 -0.900291</w:t>
        <w:br/>
        <w:t>v 2.069855 10.596939 -0.760922</w:t>
        <w:br/>
        <w:t>v 2.108207 10.605636 -0.777159</w:t>
        <w:br/>
        <w:t>v 1.449798 13.166317 0.906080</w:t>
        <w:br/>
        <w:t>v 1.421871 13.166317 0.876398</w:t>
        <w:br/>
        <w:t>v 1.536621 12.874482 0.954067</w:t>
        <w:br/>
        <w:t>v 1.508894 12.874482 0.923909</w:t>
        <w:br/>
        <w:t>v 2.182920 12.307023 0.602202</w:t>
        <w:br/>
        <w:t>v 2.152882 12.293454 0.574752</w:t>
        <w:br/>
        <w:t>v 2.407009 12.246239 0.396834</w:t>
        <w:br/>
        <w:t>v 2.373824 12.228655 0.376806</w:t>
        <w:br/>
        <w:t>v 2.555467 12.127220 0.217887</w:t>
        <w:br/>
        <w:t>v 2.528476 12.109112 0.228300</w:t>
        <w:br/>
        <w:t>v 2.452376 11.104524 -0.458213</w:t>
        <w:br/>
        <w:t>v 2.468904 11.173561 -0.222524</w:t>
        <w:br/>
        <w:t>v 2.508642 11.187534 -0.219069</w:t>
        <w:br/>
        <w:t>v 2.490607 11.120060 -0.470562</w:t>
        <w:br/>
        <w:t>v 2.486483 11.792179 0.161113</w:t>
        <w:br/>
        <w:t>v 2.479295 11.792048 0.119800</w:t>
        <w:br/>
        <w:t>v 2.168009 10.636855 -0.696222</w:t>
        <w:br/>
        <w:t>v 2.151946 10.629588 -0.663194</w:t>
        <w:br/>
        <w:t>v 2.248005 10.694117 -0.662567</w:t>
        <w:br/>
        <w:t>v 2.231269 10.695245 -0.698249</w:t>
        <w:br/>
        <w:t>v 2.270545 10.767977 -0.747756</w:t>
        <w:br/>
        <w:t>v 2.303996 10.771760 -0.721018</w:t>
        <w:br/>
        <w:t>v 2.289516 10.845883 -0.790603</w:t>
        <w:br/>
        <w:t>v 2.311471 10.844432 -0.758295</w:t>
        <w:br/>
        <w:t>v 2.345567 10.908580 -0.749659</w:t>
        <w:br/>
        <w:t>v 2.350984 10.919626 -0.787598</w:t>
        <w:br/>
        <w:t>v 2.416353 10.997073 -0.722336</w:t>
        <w:br/>
        <w:t>v 2.388808 10.981816 -0.695912</w:t>
        <w:br/>
        <w:t>v 2.379440 11.629223 0.156659</w:t>
        <w:br/>
        <w:t>v 2.318561 11.475377 0.156304</w:t>
        <w:br/>
        <w:t>v 2.298393 11.468336 0.183462</w:t>
        <w:br/>
        <w:t>v 2.384707 11.630190 0.198062</w:t>
        <w:br/>
        <w:t>v 2.383459 11.239613 -0.075503</w:t>
        <w:br/>
        <w:t>v 2.422619 11.252396 -0.061473</w:t>
        <w:br/>
        <w:t>v 2.298385 11.332555 0.073078</w:t>
        <w:br/>
        <w:t>v 2.337818 11.345448 0.074059</w:t>
        <w:br/>
        <w:t>v 2.298393 11.468336 0.183462</w:t>
        <w:br/>
        <w:t>v 2.318561 11.475377 0.156304</w:t>
        <w:br/>
        <w:t>v 0.674867 10.004096 -1.896525</w:t>
        <w:br/>
        <w:t>v 0.669646 9.994917 -1.855749</w:t>
        <w:br/>
        <w:t>v -0.003251 9.770219 -1.992366</w:t>
        <w:br/>
        <w:t>v -0.003251 9.761253 -1.951272</w:t>
        <w:br/>
        <w:t>v 2.182920 12.307023 0.602202</w:t>
        <w:br/>
        <w:t>v 0.085360 11.241646 2.036896</w:t>
        <w:br/>
        <w:t>v 0.147097 11.040765 2.134854</w:t>
        <w:br/>
        <w:t>v 0.303115 11.041344 2.051471</w:t>
        <w:br/>
        <w:t>v 0.233678 11.235530 2.005712</w:t>
        <w:br/>
        <w:t>v -0.003252 11.249629 2.035787</w:t>
        <w:br/>
        <w:t>v -0.003252 11.036570 2.148880</w:t>
        <w:br/>
        <w:t>v 2.073498 11.760511 0.737644</w:t>
        <w:br/>
        <w:t>v 1.841166 11.836328 0.739189</w:t>
        <w:br/>
        <w:t>v 2.192729 11.525295 0.847836</w:t>
        <w:br/>
        <w:t>v 2.081862 11.462971 0.859467</w:t>
        <w:br/>
        <w:t>v 2.140513 11.487730 0.839396</w:t>
        <w:br/>
        <w:t>v 1.889046 11.360712 1.431158</w:t>
        <w:br/>
        <w:t>v 1.939174 11.374646 1.393126</w:t>
        <w:br/>
        <w:t>v 1.677230 11.789299 1.157629</w:t>
        <w:br/>
        <w:t>v 1.596326 11.761198 1.291229</w:t>
        <w:br/>
        <w:t>v 1.747540 11.797504 1.010045</w:t>
        <w:br/>
        <w:t>v 1.997928 11.430328 1.083119</w:t>
        <w:br/>
        <w:t>v 1.993278 11.444849 0.990569</w:t>
        <w:br/>
        <w:t>v 2.020658 11.449127 0.917670</w:t>
        <w:br/>
        <w:t>v 1.982939 11.390594 1.312465</w:t>
        <w:br/>
        <w:t>v 1.415857 11.722548 1.438948</w:t>
        <w:br/>
        <w:t>v 1.775701 11.254937 1.515003</w:t>
        <w:br/>
        <w:t>v 1.823503 11.324896 1.437402</w:t>
        <w:br/>
        <w:t>v 1.719168 11.201351 1.594198</w:t>
        <w:br/>
        <w:t>v 0.958400 11.590362 1.519897</w:t>
        <w:br/>
        <w:t>v 1.269317 11.101183 1.629232</w:t>
        <w:br/>
        <w:t>v 1.337143 11.108735 1.625417</w:t>
        <w:br/>
        <w:t>v 1.155581 11.632566 1.492217</w:t>
        <w:br/>
        <w:t>v 1.505521 11.143147 1.669289</w:t>
        <w:br/>
        <w:t>v 1.619826 11.162609 1.648520</w:t>
        <w:br/>
        <w:t>v 1.421212 11.130291 1.668742</w:t>
        <w:br/>
        <w:t>v 0.885266 11.571718 1.642930</w:t>
        <w:br/>
        <w:t>v 1.161757 11.103832 1.716332</w:t>
        <w:br/>
        <w:t>v 1.198784 11.100712 1.667467</w:t>
        <w:br/>
        <w:t>v 0.753791 11.562477 1.699929</w:t>
        <w:br/>
        <w:t>v 1.054587 11.017734 1.772769</w:t>
        <w:br/>
        <w:t>v 1.107525 11.023984 1.802761</w:t>
        <w:br/>
        <w:t>v 1.153097 11.043675 1.811985</w:t>
        <w:br/>
        <w:t>v 0.987558 11.019887 1.758798</w:t>
        <w:br/>
        <w:t>v 0.933022 11.027580 1.784457</w:t>
        <w:br/>
        <w:t>v 0.753791 11.562477 1.699929</w:t>
        <w:br/>
        <w:t>v 0.919641 11.030451 1.830116</w:t>
        <w:br/>
        <w:t>v 0.935583 11.007986 1.913568</w:t>
        <w:br/>
        <w:t>v 0.940162 11.027596 1.871133</w:t>
        <w:br/>
        <w:t>v 0.450768 11.516198 1.738315</w:t>
        <w:br/>
        <w:t>v 0.857586 10.950583 1.979242</w:t>
        <w:br/>
        <w:t>v 0.613347 10.879753 2.094453</w:t>
        <w:br/>
        <w:t>v 0.736585 10.899401 2.041604</w:t>
        <w:br/>
        <w:t>v 0.455831 10.882410 2.003883</w:t>
        <w:br/>
        <w:t>v 0.474508 10.890686 2.047341</w:t>
        <w:br/>
        <w:t>v 0.338333 11.485377 1.767979</w:t>
        <w:br/>
        <w:t>v 0.350327 11.059286 1.974811</w:t>
        <w:br/>
        <w:t>v 0.401089 10.855973 1.997528</w:t>
        <w:br/>
        <w:t>v 2.139117 11.918165 0.451246</w:t>
        <w:br/>
        <w:t>v 2.272270 11.794487 0.449392</w:t>
        <w:br/>
        <w:t>v 2.297275 11.822659 0.345380</w:t>
        <w:br/>
        <w:t>v 2.200943 11.940931 0.327293</w:t>
        <w:br/>
        <w:t>v 1.192111 11.079744 1.789145</w:t>
        <w:br/>
        <w:t>v 0.885266 11.571718 1.642930</w:t>
        <w:br/>
        <w:t>v 1.192111 11.079744 1.789145</w:t>
        <w:br/>
        <w:t>v 0.313191 11.254981 1.945584</w:t>
        <w:br/>
        <w:t>v -0.003252 11.457239 1.770863</w:t>
        <w:br/>
        <w:t>v 0.221085 11.469007 1.762765</w:t>
        <w:br/>
        <w:t>v 0.338333 11.485377 1.767979</w:t>
        <w:br/>
        <w:t>v 0.516554 10.882705 2.083469</w:t>
        <w:br/>
        <w:t>v 0.368959 10.835013 2.042125</w:t>
        <w:br/>
        <w:t>v 0.401089 10.855973 1.997528</w:t>
        <w:br/>
        <w:t>v 0.138405 10.802398 2.204154</w:t>
        <w:br/>
        <w:t>v 0.274280 10.814724 2.116632</w:t>
        <w:br/>
        <w:t>v -0.003252 10.795051 2.230267</w:t>
        <w:br/>
        <w:t>v 0.455831 10.882410 2.003883</w:t>
        <w:br/>
        <w:t>v 1.378892 11.119510 1.648593</w:t>
        <w:br/>
        <w:t>v 2.001837 11.409416 1.200187</w:t>
        <w:br/>
        <w:t>v 2.097211 11.891916 0.547065</w:t>
        <w:br/>
        <w:t>v 2.240365 11.767565 0.553492</w:t>
        <w:br/>
        <w:t>v 1.970646 11.909473 0.516810</w:t>
        <w:br/>
        <w:t>v 2.051903 12.095501 0.286963</w:t>
        <w:br/>
        <w:t>v 2.334775 11.668381 0.553029</w:t>
        <w:br/>
        <w:t>v 2.357920 11.704512 0.375912</w:t>
        <w:br/>
        <w:t>v 2.258609 11.578727 0.766472</w:t>
        <w:br/>
        <w:t>v 2.350320 11.731512 0.341937</w:t>
        <w:br/>
        <w:t>v -0.091863 11.241646 2.036896</w:t>
        <w:br/>
        <w:t>v -0.240181 11.235530 2.005712</w:t>
        <w:br/>
        <w:t>v -0.309618 11.041344 2.051471</w:t>
        <w:br/>
        <w:t>v -0.153600 11.040765 2.134854</w:t>
        <w:br/>
        <w:t>v -1.847711 11.836313 0.739146</w:t>
        <w:br/>
        <w:t>v -2.080001 11.760511 0.737645</w:t>
        <w:br/>
        <w:t>v -2.199232 11.525298 0.847835</w:t>
        <w:br/>
        <w:t>v -2.147016 11.487733 0.839396</w:t>
        <w:br/>
        <w:t>v -2.088365 11.462974 0.859467</w:t>
        <w:br/>
        <w:t>v -1.895549 11.360712 1.431158</w:t>
        <w:br/>
        <w:t>v -1.602688 11.761199 1.291383</w:t>
        <w:br/>
        <w:t>v -1.683753 11.789135 1.157743</w:t>
        <w:br/>
        <w:t>v -1.945677 11.374647 1.393127</w:t>
        <w:br/>
        <w:t>v -1.999780 11.444851 0.990569</w:t>
        <w:br/>
        <w:t>v -2.004430 11.430330 1.083119</w:t>
        <w:br/>
        <w:t>v -1.754170 11.797300 1.009996</w:t>
        <w:br/>
        <w:t>v -2.027161 11.449129 0.917670</w:t>
        <w:br/>
        <w:t>v -1.989442 11.390595 1.312465</w:t>
        <w:br/>
        <w:t>v -1.782204 11.254937 1.515004</w:t>
        <w:br/>
        <w:t>v -1.422338 11.722704 1.438922</w:t>
        <w:br/>
        <w:t>v -1.830006 11.324896 1.437402</w:t>
        <w:br/>
        <w:t>v -1.725671 11.201351 1.594199</w:t>
        <w:br/>
        <w:t>v -1.343646 11.108735 1.625418</w:t>
        <w:br/>
        <w:t>v -1.275819 11.101183 1.629232</w:t>
        <w:br/>
        <w:t>v -0.964902 11.590362 1.519898</w:t>
        <w:br/>
        <w:t>v -1.162082 11.632565 1.492218</w:t>
        <w:br/>
        <w:t>v -1.512024 11.143147 1.669290</w:t>
        <w:br/>
        <w:t>v -1.626329 11.162609 1.648521</w:t>
        <w:br/>
        <w:t>v -1.427715 11.130291 1.668743</w:t>
        <w:br/>
        <w:t>v -1.205286 11.100712 1.667467</w:t>
        <w:br/>
        <w:t>v -1.168260 11.103832 1.716333</w:t>
        <w:br/>
        <w:t>v -0.891768 11.571718 1.642930</w:t>
        <w:br/>
        <w:t>v -1.061090 11.017734 1.772769</w:t>
        <w:br/>
        <w:t>v -0.760293 11.562477 1.699929</w:t>
        <w:br/>
        <w:t>v -1.114028 11.023984 1.802761</w:t>
        <w:br/>
        <w:t>v -1.159600 11.043675 1.811985</w:t>
        <w:br/>
        <w:t>v -0.994061 11.019887 1.758798</w:t>
        <w:br/>
        <w:t>v -0.939525 11.027580 1.784457</w:t>
        <w:br/>
        <w:t>v -0.926144 11.030451 1.830116</w:t>
        <w:br/>
        <w:t>v -0.760293 11.562477 1.699929</w:t>
        <w:br/>
        <w:t>v -0.946665 11.027596 1.871133</w:t>
        <w:br/>
        <w:t>v -0.942086 11.007986 1.913568</w:t>
        <w:br/>
        <w:t>v -0.457270 11.516198 1.738316</w:t>
        <w:br/>
        <w:t>v -0.864089 10.950583 1.979242</w:t>
        <w:br/>
        <w:t>v -0.743088 10.899401 2.041604</w:t>
        <w:br/>
        <w:t>v -0.619850 10.879753 2.094453</w:t>
        <w:br/>
        <w:t>v -0.481012 10.890686 2.047341</w:t>
        <w:br/>
        <w:t>v -0.462334 10.882410 2.003883</w:t>
        <w:br/>
        <w:t>v -0.344836 11.485377 1.767979</w:t>
        <w:br/>
        <w:t>v -0.407592 10.855973 1.997528</w:t>
        <w:br/>
        <w:t>v -0.356830 11.059286 1.974811</w:t>
        <w:br/>
        <w:t>v -2.303778 11.822659 0.345380</w:t>
        <w:br/>
        <w:t>v -2.278774 11.794487 0.449393</w:t>
        <w:br/>
        <w:t>v -2.145620 11.918165 0.451247</w:t>
        <w:br/>
        <w:t>v -2.207447 11.940931 0.327294</w:t>
        <w:br/>
        <w:t>v -1.198614 11.079744 1.789145</w:t>
        <w:br/>
        <w:t>v -1.198614 11.079744 1.789145</w:t>
        <w:br/>
        <w:t>v -0.891768 11.571718 1.642930</w:t>
        <w:br/>
        <w:t>v -0.319694 11.254981 1.945584</w:t>
        <w:br/>
        <w:t>v -0.227588 11.469007 1.762765</w:t>
        <w:br/>
        <w:t>v -0.344836 11.485377 1.767979</w:t>
        <w:br/>
        <w:t>v -0.523058 10.882705 2.083469</w:t>
        <w:br/>
        <w:t>v -0.407592 10.855973 1.997528</w:t>
        <w:br/>
        <w:t>v -0.375462 10.835013 2.042125</w:t>
        <w:br/>
        <w:t>v -0.144908 10.802398 2.204154</w:t>
        <w:br/>
        <w:t>v -0.280783 10.814724 2.116632</w:t>
        <w:br/>
        <w:t>v -0.462334 10.882410 2.003883</w:t>
        <w:br/>
        <w:t>v -1.385395 11.119510 1.648593</w:t>
        <w:br/>
        <w:t>v -2.008339 11.409417 1.200188</w:t>
        <w:br/>
        <w:t>v -2.103715 11.891916 0.547066</w:t>
        <w:br/>
        <w:t>v -2.246869 11.767565 0.553493</w:t>
        <w:br/>
        <w:t>v -1.977136 11.909483 0.516819</w:t>
        <w:br/>
        <w:t>v -2.058406 12.095501 0.286964</w:t>
        <w:br/>
        <w:t>v -2.364424 11.704512 0.375913</w:t>
        <w:br/>
        <w:t>v -2.341279 11.668381 0.553029</w:t>
        <w:br/>
        <w:t>v -2.265112 11.578727 0.766473</w:t>
        <w:br/>
        <w:t>v -2.356824 11.731512 0.341937</w:t>
        <w:br/>
        <w:t>v 0.312665 11.045658 2.062642</w:t>
        <w:br/>
        <w:t>v 0.151443 11.045959 2.148390</w:t>
        <w:br/>
        <w:t>v 0.087571 11.247903 2.050461</w:t>
        <w:br/>
        <w:t>v 0.240299 11.240771 2.018349</w:t>
        <w:br/>
        <w:t>v -0.003252 11.256166 2.049386</w:t>
        <w:br/>
        <w:t>v -0.003252 11.042257 2.162855</w:t>
        <w:br/>
        <w:t>v -0.003890 12.519378 1.807408</w:t>
        <w:br/>
        <w:t>v 0.314057 12.519519 1.773527</w:t>
        <w:br/>
        <w:t>v 0.326647 12.212309 1.815424</w:t>
        <w:br/>
        <w:t>v -0.003880 12.212199 1.854508</w:t>
        <w:br/>
        <w:t>v 0.163135 11.794466 1.911291</w:t>
        <w:br/>
        <w:t>v 0.644367 11.830039 1.796435</w:t>
        <w:br/>
        <w:t>v 0.649986 12.218268 1.730059</w:t>
        <w:br/>
        <w:t>v 0.782539 11.849652 1.733111</w:t>
        <w:br/>
        <w:t>v 1.673256 12.246637 0.957449</w:t>
        <w:br/>
        <w:t>v 1.759685 11.846387 1.059285</w:t>
        <w:br/>
        <w:t>v 1.723379 11.828030 1.178796</w:t>
        <w:br/>
        <w:t>v 1.808621 12.254068 0.662024</w:t>
        <w:br/>
        <w:t>v 1.913561 11.952662 0.723934</w:t>
        <w:br/>
        <w:t>v 1.849018 11.910475 0.791131</w:t>
        <w:br/>
        <w:t>v 1.952071 12.016602 0.542445</w:t>
        <w:br/>
        <w:t>v 1.913561 11.952662 0.723934</w:t>
        <w:br/>
        <w:t>v 2.081526 11.769554 0.746937</w:t>
        <w:br/>
        <w:t>v 2.198165 11.532359 0.859872</w:t>
        <w:br/>
        <w:t>v 2.143988 11.492776 0.853185</w:t>
        <w:br/>
        <w:t>v 2.087962 11.468370 0.871748</w:t>
        <w:br/>
        <w:t>v 1.849018 11.910475 0.791131</w:t>
        <w:br/>
        <w:t>v 2.015240 11.416818 1.202242</w:t>
        <w:br/>
        <w:t>v 1.759685 11.846387 1.059285</w:t>
        <w:br/>
        <w:t>v 1.797101 11.875645 0.948983</w:t>
        <w:br/>
        <w:t>v 1.723379 11.828030 1.178796</w:t>
        <w:br/>
        <w:t>v 1.949365 11.383330 1.400532</w:t>
        <w:br/>
        <w:t>v 1.893283 11.367199 1.442560</w:t>
        <w:br/>
        <w:t>v 1.637174 11.824099 1.288129</w:t>
        <w:br/>
        <w:t>v 2.006721 11.451393 0.994740</w:t>
        <w:br/>
        <w:t>v 2.011780 11.436954 1.085254</w:t>
        <w:br/>
        <w:t>v 2.031844 11.455647 0.925277</w:t>
        <w:br/>
        <w:t>v 1.994724 11.399103 1.317335</w:t>
        <w:br/>
        <w:t>v 1.785172 11.261430 1.525122</w:t>
        <w:br/>
        <w:t>v 1.519110 11.823391 1.403443</w:t>
        <w:br/>
        <w:t>v 1.827866 11.330442 1.449465</w:t>
        <w:br/>
        <w:t>v 1.726139 11.207142 1.606134</w:t>
        <w:br/>
        <w:t>v 1.451808 11.787193 1.477150</w:t>
        <w:br/>
        <w:t>v 1.192558 11.580927 1.564185</w:t>
        <w:br/>
        <w:t>v 1.334619 11.110079 1.639151</w:t>
        <w:br/>
        <w:t>v 1.274588 11.104368 1.642882</w:t>
        <w:br/>
        <w:t>v 1.133091 11.551614 1.595748</w:t>
        <w:br/>
        <w:t>v 1.506530 11.147541 1.683660</w:t>
        <w:br/>
        <w:t>v 1.393614 11.741684 1.521925</w:t>
        <w:br/>
        <w:t>v 1.623207 11.167523 1.662334</w:t>
        <w:br/>
        <w:t>v 1.421078 11.134108 1.683333</w:t>
        <w:br/>
        <w:t>v 1.280292 11.621218 1.539599</w:t>
        <w:br/>
        <w:t>v 1.033414 11.552157 1.662791</w:t>
        <w:br/>
        <w:t>v 1.207743 11.104452 1.679143</w:t>
        <w:br/>
        <w:t>v 1.174328 11.107304 1.719497</w:t>
        <w:br/>
        <w:t>v 1.049109 11.017109 1.786742</w:t>
        <w:br/>
        <w:t>v 0.863987 11.571755 1.747601</w:t>
        <w:br/>
        <w:t>v 1.105437 11.025229 1.816531</w:t>
        <w:br/>
        <w:t>v 0.951490 11.565436 1.706900</w:t>
        <w:br/>
        <w:t>v 1.157950 11.048160 1.825480</w:t>
        <w:br/>
        <w:t>v 0.988498 11.020859 1.773154</w:t>
        <w:br/>
        <w:t>v 0.776819 11.557527 1.783010</w:t>
        <w:br/>
        <w:t>v 0.943068 11.030807 1.792974</w:t>
        <w:br/>
        <w:t>v 0.933923 11.034422 1.828587</w:t>
        <w:br/>
        <w:t>v 0.954188 11.031929 1.870078</w:t>
        <w:br/>
        <w:t>v 0.945931 11.013297 1.921854</w:t>
        <w:br/>
        <w:t>v 0.863557 10.955906 1.992126</w:t>
        <w:br/>
        <w:t>v 0.693401 11.531866 1.817822</w:t>
        <w:br/>
        <w:t>v 0.586026 11.470526 1.879324</w:t>
        <w:br/>
        <w:t>v 0.741598 10.904637 2.054904</w:t>
        <w:br/>
        <w:t>v 0.616522 10.884649 2.108313</w:t>
        <w:br/>
        <w:t>v 0.508607 11.440296 1.908506</w:t>
        <w:br/>
        <w:t>v 0.462139 10.889894 2.055690</w:t>
        <w:br/>
        <w:t>v 0.447268 10.881966 2.013894</w:t>
        <w:br/>
        <w:t>v 0.355185 11.420674 1.955121</w:t>
        <w:br/>
        <w:t>v 0.406208 10.858210 2.009003</w:t>
        <w:br/>
        <w:t>v 0.355780 11.062503 1.988589</w:t>
        <w:br/>
        <w:t>v 0.447268 10.881966 2.013894</w:t>
        <w:br/>
        <w:t>v 0.435225 11.812961 1.851574</w:t>
        <w:br/>
        <w:t>v 1.517488 12.242662 1.247009</w:t>
        <w:br/>
        <w:t>v 1.431552 12.012455 1.395635</w:t>
        <w:br/>
        <w:t>v 1.323368 11.976778 1.475282</w:t>
        <w:br/>
        <w:t>v 1.253423 12.236321 1.442873</w:t>
        <w:br/>
        <w:t>v 1.637174 11.824099 1.288129</w:t>
        <w:br/>
        <w:t>v 1.519110 11.823391 1.403443</w:t>
        <w:br/>
        <w:t>v 1.797101 11.875645 0.948983</w:t>
        <w:br/>
        <w:t>v 0.336148 11.801902 1.887284</w:t>
        <w:br/>
        <w:t>v 1.960045 12.267817 0.284102</w:t>
        <w:br/>
        <w:t>v 2.051903 12.095501 0.286963</w:t>
        <w:br/>
        <w:t>v 1.978898 12.038195 0.451352</w:t>
        <w:br/>
        <w:t>v 2.309060 11.830872 0.350698</w:t>
        <w:br/>
        <w:t>v 2.283575 11.803610 0.454529</w:t>
        <w:br/>
        <w:t>v 2.148365 11.928686 0.457404</w:t>
        <w:br/>
        <w:t>v 2.210415 11.951246 0.333361</w:t>
        <w:br/>
        <w:t>v 1.202718 11.083880 1.793366</w:t>
        <w:br/>
        <w:t>v 1.019463 11.889886 1.603217</w:t>
        <w:br/>
        <w:t>v 0.951267 12.224232 1.583086</w:t>
        <w:br/>
        <w:t>v 1.202718 11.083880 1.793366</w:t>
        <w:br/>
        <w:t>v 1.033414 11.552157 1.662791</w:t>
        <w:br/>
        <w:t>v 1.174328 11.107304 1.719497</w:t>
        <w:br/>
        <w:t>v -0.003252 11.473787 1.992161</w:t>
        <w:br/>
        <w:t>v 0.220557 11.441229 1.974748</w:t>
        <w:br/>
        <w:t>v -0.003252 11.449115 1.968877</w:t>
        <w:br/>
        <w:t>v 0.316299 11.258169 1.960026</w:t>
        <w:br/>
        <w:t>v -0.003252 11.449115 1.968877</w:t>
        <w:br/>
        <w:t>v 0.355185 11.420674 1.955121</w:t>
        <w:br/>
        <w:t>v 0.406208 10.858210 2.009003</w:t>
        <w:br/>
        <w:t>v 0.380098 10.837924 2.052046</w:t>
        <w:br/>
        <w:t>v 0.282980 10.817401 2.128860</w:t>
        <w:br/>
        <w:t>v 0.143310 10.806164 2.217650</w:t>
        <w:br/>
        <w:t>v -0.003252 10.799494 2.244563</w:t>
        <w:br/>
        <w:t>v -0.003251 11.799607 1.922346</w:t>
        <w:br/>
        <w:t>v 0.512352 10.885107 2.096383</w:t>
        <w:br/>
        <w:t>v 0.776819 11.557527 1.783010</w:t>
        <w:br/>
        <w:t>v 1.088908 11.902062 1.563903</w:t>
        <w:br/>
        <w:t>v 1.374688 11.121179 1.662403</w:t>
        <w:br/>
        <w:t>v 2.106119 11.902296 0.553894</w:t>
        <w:br/>
        <w:t>v 2.250520 11.777130 0.559888</w:t>
        <w:br/>
        <w:t>v 1.952071 12.016602 0.542445</w:t>
        <w:br/>
        <w:t>v 1.978898 12.038195 0.451352</w:t>
        <w:br/>
        <w:t>v 2.051903 12.095501 0.286963</w:t>
        <w:br/>
        <w:t>v 2.370219 11.712984 0.379890</w:t>
        <w:br/>
        <w:t>v 2.345858 11.677288 0.558684</w:t>
        <w:br/>
        <w:t>v 2.267231 11.587331 0.775379</w:t>
        <w:br/>
        <w:t>v 2.363184 11.738985 0.346213</w:t>
        <w:br/>
        <w:t>v 0.295989 12.874480 1.698002</w:t>
        <w:br/>
        <w:t>v -0.003243 12.874480 1.728511</w:t>
        <w:br/>
        <w:t>v 0.595822 12.874481 1.642914</w:t>
        <w:br/>
        <w:t>v 0.629653 12.519663 1.699441</w:t>
        <w:br/>
        <w:t>v 0.918889 12.519793 1.538413</w:t>
        <w:br/>
        <w:t>v 0.898525 12.874481 1.507133</w:t>
        <w:br/>
        <w:t>v 1.123865 12.874478 1.315793</w:t>
        <w:br/>
        <w:t>v 1.197242 12.519918 1.391401</w:t>
        <w:br/>
        <w:t>v 1.453424 12.520034 1.203080</w:t>
        <w:br/>
        <w:t>v 1.362935 12.874480 1.136703</w:t>
        <w:br/>
        <w:t>v 1.611546 12.520105 0.931194</w:t>
        <w:br/>
        <w:t>v 1.526792 12.874482 0.898117</w:t>
        <w:br/>
        <w:t>v 1.723741 12.520157 0.638505</w:t>
        <w:br/>
        <w:t>v 1.613263 12.874482 0.613844</w:t>
        <w:br/>
        <w:t>v 1.847838 12.520215 0.288972</w:t>
        <w:br/>
        <w:t>v 1.646241 12.874481 0.270281</w:t>
        <w:br/>
        <w:t>v 0.212880 14.026380 1.432394</w:t>
        <w:br/>
        <w:t>v 0.000663 14.019291 1.397524</w:t>
        <w:br/>
        <w:t>v -0.001229 14.317924 1.392122</w:t>
        <w:br/>
        <w:t>v 0.194428 14.316282 1.381553</w:t>
        <w:br/>
        <w:t>v 0.495202 14.325313 1.321542</w:t>
        <w:br/>
        <w:t>v 0.512492 14.037400 1.357897</w:t>
        <w:br/>
        <w:t>v 0.715997 14.335583 1.173214</w:t>
        <w:br/>
        <w:t>v 0.752749 14.044965 1.196487</w:t>
        <w:br/>
        <w:t>v 0.871182 14.353440 0.925228</w:t>
        <w:br/>
        <w:t>v 0.912249 14.054715 0.978912</w:t>
        <w:br/>
        <w:t>v 0.906159 14.357255 0.692796</w:t>
        <w:br/>
        <w:t>v 1.026426 14.069482 0.773616</w:t>
        <w:br/>
        <w:t>v 1.066286 14.074267 0.570963</w:t>
        <w:br/>
        <w:t>v 1.040392 14.072416 0.705217</w:t>
        <w:br/>
        <w:t>v 0.993445 14.248726 0.556034</w:t>
        <w:br/>
        <w:t>v 1.047591 14.070426 0.364496</w:t>
        <w:br/>
        <w:t>v 0.935655 14.356941 0.328029</w:t>
        <w:br/>
        <w:t>v 1.009721 14.016667 0.303892</w:t>
        <w:br/>
        <w:t>v 1.518290 13.166316 0.558837</w:t>
        <w:br/>
        <w:t>v 1.529969 13.166315 0.291020</w:t>
        <w:br/>
        <w:t>v 1.505506 13.166316 0.703451</w:t>
        <w:br/>
        <w:t>v 1.432041 13.166317 0.827140</w:t>
        <w:br/>
        <w:t>v 1.283162 13.166314 1.063948</w:t>
        <w:br/>
        <w:t>v 1.064993 13.166313 1.258218</w:t>
        <w:br/>
        <w:t>v 0.853333 13.166315 1.461198</w:t>
        <w:br/>
        <w:t>v 0.280851 13.166316 1.613908</w:t>
        <w:br/>
        <w:t>v 0.565947 13.166316 1.550722</w:t>
        <w:br/>
        <w:t>v -0.002327 13.166317 1.656505</w:t>
        <w:br/>
        <w:t>v 1.402074 13.465075 0.500937</w:t>
        <w:br/>
        <w:t>v 1.377077 13.465075 0.340748</w:t>
        <w:br/>
        <w:t>v 1.345287 13.166315 1.004189</w:t>
        <w:br/>
        <w:t>v 1.342929 13.465075 0.753534</w:t>
        <w:br/>
        <w:t>v 1.187046 13.465075 0.974644</w:t>
        <w:br/>
        <w:t>v 1.038455 13.465075 1.193042</w:t>
        <w:br/>
        <w:t>v 0.526284 13.465075 1.438689</w:t>
        <w:br/>
        <w:t>v 0.794363 13.465074 1.343100</w:t>
        <w:br/>
        <w:t>v 0.254516 13.465074 1.512617</w:t>
        <w:br/>
        <w:t>v -0.002453 13.465073 1.570258</w:t>
        <w:br/>
        <w:t>v 1.196972 13.776471 0.316348</w:t>
        <w:br/>
        <w:t>v 1.211909 13.776472 0.434377</w:t>
        <w:br/>
        <w:t>v 1.301150 13.465075 0.851915</w:t>
        <w:br/>
        <w:t>v 1.202829 13.776472 0.670006</w:t>
        <w:br/>
        <w:t>v 1.109209 13.776472 0.874323</w:t>
        <w:br/>
        <w:t>v 0.953007 13.776472 1.062418</w:t>
        <w:br/>
        <w:t>v 0.738834 13.776472 1.225118</w:t>
        <w:br/>
        <w:t>v 0.502352 13.776471 1.359349</w:t>
        <w:br/>
        <w:t>v 0.228819 13.776470 1.461046</w:t>
        <w:br/>
        <w:t>v 1.057712 13.776472 0.981820</w:t>
        <w:br/>
        <w:t>v 1.054828 13.976997 0.807480</w:t>
        <w:br/>
        <w:t>v 0.228335 13.869486 1.469202</w:t>
        <w:br/>
        <w:t>v -0.003609 13.776469 1.499383</w:t>
        <w:br/>
        <w:t>v 1.280292 11.621218 1.539599</w:t>
        <w:br/>
        <w:t>v 1.192558 11.580927 1.564185</w:t>
        <w:br/>
        <w:t>v 1.133091 11.551614 1.595748</w:t>
        <w:br/>
        <w:t>v 1.033414 11.552157 1.662791</w:t>
        <w:br/>
        <w:t>v 0.951490 11.565436 1.706900</w:t>
        <w:br/>
        <w:t>v 0.863987 11.571755 1.747601</w:t>
        <w:br/>
        <w:t>v 0.776819 11.557527 1.783010</w:t>
        <w:br/>
        <w:t>v 0.693401 11.531866 1.817822</w:t>
        <w:br/>
        <w:t>v 0.586026 11.470526 1.879324</w:t>
        <w:br/>
        <w:t>v 0.508607 11.440296 1.908506</w:t>
        <w:br/>
        <w:t>v 0.355185 11.420674 1.955121</w:t>
        <w:br/>
        <w:t>v 0.220557 11.441229 1.974748</w:t>
        <w:br/>
        <w:t>v -0.003252 11.473787 1.992161</w:t>
        <w:br/>
        <w:t>v -0.094074 11.247903 2.050461</w:t>
        <w:br/>
        <w:t>v -0.157946 11.045959 2.148390</w:t>
        <w:br/>
        <w:t>v -0.319168 11.045658 2.062642</w:t>
        <w:br/>
        <w:t>v -0.246803 11.240771 2.018349</w:t>
        <w:br/>
        <w:t>v -0.322853 12.519520 1.788599</w:t>
        <w:br/>
        <w:t>v -0.334050 12.215774 1.823272</w:t>
        <w:br/>
        <w:t>v -0.661859 12.219549 1.743195</w:t>
        <w:br/>
        <w:t>v -0.634042 12.519663 1.693856</w:t>
        <w:br/>
        <w:t>v -1.201492 12.519918 1.390918</w:t>
        <w:br/>
        <w:t>v -1.259759 12.237927 1.440378</w:t>
        <w:br/>
        <w:t>v -1.419673 12.243661 1.382195</w:t>
        <w:br/>
        <w:t>v -1.351403 12.519988 1.326946</w:t>
        <w:br/>
        <w:t>v -1.594723 12.520094 0.920881</w:t>
        <w:br/>
        <w:t>v -1.657630 12.245369 0.947710</w:t>
        <w:br/>
        <w:t>v -1.817627 12.254750 0.662992</w:t>
        <w:br/>
        <w:t>v -1.728603 12.520154 0.637164</w:t>
        <w:br/>
        <w:t>v -0.169637 11.794466 1.911291</w:t>
        <w:br/>
        <w:t>v -0.650869 11.830039 1.796435</w:t>
        <w:br/>
        <w:t>v -0.789041 11.849652 1.733111</w:t>
        <w:br/>
        <w:t>v -1.525612 11.823389 1.403444</w:t>
        <w:br/>
        <w:t>v -1.448896 12.014590 1.408753</w:t>
        <w:br/>
        <w:t>v -1.458309 11.787191 1.477151</w:t>
        <w:br/>
        <w:t>v -1.766187 11.846386 1.059285</w:t>
        <w:br/>
        <w:t>v -1.729881 11.828029 1.178796</w:t>
        <w:br/>
        <w:t>v -1.920064 11.952662 0.723935</w:t>
        <w:br/>
        <w:t>v -1.855520 11.910475 0.791132</w:t>
        <w:br/>
        <w:t>v -1.958574 12.016603 0.542446</w:t>
        <w:br/>
        <w:t>v -2.088029 11.769554 0.746938</w:t>
        <w:br/>
        <w:t>v -1.920064 11.952662 0.723935</w:t>
        <w:br/>
        <w:t>v -2.204667 11.532362 0.859872</w:t>
        <w:br/>
        <w:t>v -2.094465 11.468373 0.871748</w:t>
        <w:br/>
        <w:t>v -2.150491 11.492779 0.853184</w:t>
        <w:br/>
        <w:t>v -1.855520 11.910475 0.791132</w:t>
        <w:br/>
        <w:t>v -1.766187 11.846386 1.059285</w:t>
        <w:br/>
        <w:t>v -2.021743 11.416819 1.202243</w:t>
        <w:br/>
        <w:t>v -1.803604 11.875644 0.948983</w:t>
        <w:br/>
        <w:t>v -1.729881 11.828029 1.178796</w:t>
        <w:br/>
        <w:t>v -1.643676 11.824097 1.288130</w:t>
        <w:br/>
        <w:t>v -1.899786 11.367199 1.442561</w:t>
        <w:br/>
        <w:t>v -1.955868 11.383331 1.400533</w:t>
        <w:br/>
        <w:t>v -2.018282 11.436955 1.085254</w:t>
        <w:br/>
        <w:t>v -2.013224 11.451395 0.994740</w:t>
        <w:br/>
        <w:t>v -2.038347 11.455648 0.925276</w:t>
        <w:br/>
        <w:t>v -2.001227 11.399104 1.317335</w:t>
        <w:br/>
        <w:t>v -1.525612 11.823389 1.403444</w:t>
        <w:br/>
        <w:t>v -1.791674 11.261430 1.525122</w:t>
        <w:br/>
        <w:t>v -1.834368 11.330442 1.449465</w:t>
        <w:br/>
        <w:t>v -1.732642 11.207142 1.606134</w:t>
        <w:br/>
        <w:t>v -1.458309 11.787191 1.477151</w:t>
        <w:br/>
        <w:t>v -1.281091 11.104368 1.642882</w:t>
        <w:br/>
        <w:t>v -1.341123 11.110079 1.639152</w:t>
        <w:br/>
        <w:t>v -1.199060 11.580926 1.564185</w:t>
        <w:br/>
        <w:t>v -1.139594 11.551615 1.595749</w:t>
        <w:br/>
        <w:t>v -1.400116 11.741682 1.521925</w:t>
        <w:br/>
        <w:t>v -1.513033 11.147541 1.683660</w:t>
        <w:br/>
        <w:t>v -1.629710 11.167523 1.662335</w:t>
        <w:br/>
        <w:t>v -1.286793 11.621217 1.539599</w:t>
        <w:br/>
        <w:t>v -1.427581 11.134108 1.683334</w:t>
        <w:br/>
        <w:t>v -1.039916 11.552157 1.662792</w:t>
        <w:br/>
        <w:t>v -1.180831 11.107304 1.719497</w:t>
        <w:br/>
        <w:t>v -1.214246 11.104452 1.679143</w:t>
        <w:br/>
        <w:t>v -0.870489 11.571755 1.747601</w:t>
        <w:br/>
        <w:t>v -1.055612 11.017109 1.786743</w:t>
        <w:br/>
        <w:t>v -1.111940 11.025229 1.816531</w:t>
        <w:br/>
        <w:t>v -1.164453 11.048160 1.825480</w:t>
        <w:br/>
        <w:t>v -0.957992 11.565436 1.706901</w:t>
        <w:br/>
        <w:t>v -0.995002 11.020859 1.773154</w:t>
        <w:br/>
        <w:t>v -0.783321 11.557527 1.783010</w:t>
        <w:br/>
        <w:t>v -0.949571 11.030807 1.792974</w:t>
        <w:br/>
        <w:t>v -0.940426 11.034422 1.828587</w:t>
        <w:br/>
        <w:t>v -0.952435 11.013297 1.921854</w:t>
        <w:br/>
        <w:t>v -0.960691 11.031929 1.870078</w:t>
        <w:br/>
        <w:t>v -0.870060 10.955906 1.992126</w:t>
        <w:br/>
        <w:t>v -0.699903 11.531866 1.817822</w:t>
        <w:br/>
        <w:t>v -0.592529 11.470526 1.879324</w:t>
        <w:br/>
        <w:t>v -0.515110 11.440296 1.908506</w:t>
        <w:br/>
        <w:t>v -0.623025 10.884649 2.108312</w:t>
        <w:br/>
        <w:t>v -0.748101 10.904637 2.054904</w:t>
        <w:br/>
        <w:t>v -0.453771 10.881966 2.013894</w:t>
        <w:br/>
        <w:t>v -0.468642 10.889894 2.055690</w:t>
        <w:br/>
        <w:t>v -0.361689 11.420674 1.955121</w:t>
        <w:br/>
        <w:t>v -0.362283 11.062503 1.988589</w:t>
        <w:br/>
        <w:t>v -0.412711 10.858210 2.009003</w:t>
        <w:br/>
        <w:t>v -0.453771 10.881966 2.013894</w:t>
        <w:br/>
        <w:t>v -0.441728 11.812961 1.851574</w:t>
        <w:br/>
        <w:t>v -1.329870 11.976777 1.475283</w:t>
        <w:br/>
        <w:t>v -1.400116 11.741682 1.521925</w:t>
        <w:br/>
        <w:t>v -1.095410 11.902061 1.563903</w:t>
        <w:br/>
        <w:t>v -1.286793 11.621217 1.539599</w:t>
        <w:br/>
        <w:t>v -1.524470 12.243792 1.252986</w:t>
        <w:br/>
        <w:t>v -1.643676 11.824097 1.288130</w:t>
        <w:br/>
        <w:t>v -1.803604 11.875644 0.948983</w:t>
        <w:br/>
        <w:t>v -0.342651 11.801902 1.887284</w:t>
        <w:br/>
        <w:t>v -2.058406 12.095501 0.286964</w:t>
        <w:br/>
        <w:t>v -1.966547 12.267814 0.284101</w:t>
        <w:br/>
        <w:t>v -1.985401 12.038196 0.451352</w:t>
        <w:br/>
        <w:t>v -2.315564 11.830872 0.350699</w:t>
        <w:br/>
        <w:t>v -2.216919 11.951246 0.333361</w:t>
        <w:br/>
        <w:t>v -2.154869 11.928686 0.457405</w:t>
        <w:br/>
        <w:t>v -2.290078 11.803610 0.454529</w:t>
        <w:br/>
        <w:t>v -1.209221 11.083880 1.793366</w:t>
        <w:br/>
        <w:t>v -1.025965 11.889885 1.603217</w:t>
        <w:br/>
        <w:t>v -0.960212 12.226709 1.591833</w:t>
        <w:br/>
        <w:t>v -1.039916 11.552157 1.662792</w:t>
        <w:br/>
        <w:t>v -1.209221 11.083880 1.793366</w:t>
        <w:br/>
        <w:t>v -1.180831 11.107304 1.719497</w:t>
        <w:br/>
        <w:t>v -0.227060 11.441229 1.974748</w:t>
        <w:br/>
        <w:t>v -0.322802 11.258169 1.960026</w:t>
        <w:br/>
        <w:t>v -0.361689 11.420674 1.955121</w:t>
        <w:br/>
        <w:t>v -0.518855 10.885107 2.096383</w:t>
        <w:br/>
        <w:t>v -0.386601 10.837924 2.052046</w:t>
        <w:br/>
        <w:t>v -0.412711 10.858210 2.009003</w:t>
        <w:br/>
        <w:t>v -0.149813 10.806164 2.217650</w:t>
        <w:br/>
        <w:t>v -0.289483 10.817401 2.128860</w:t>
        <w:br/>
        <w:t>v -0.783321 11.557527 1.783010</w:t>
        <w:br/>
        <w:t>v -1.381191 11.121179 1.662403</w:t>
        <w:br/>
        <w:t>v -2.112622 11.902296 0.553894</w:t>
        <w:br/>
        <w:t>v -2.257024 11.777130 0.559888</w:t>
        <w:br/>
        <w:t>v -1.958574 12.016603 0.542446</w:t>
        <w:br/>
        <w:t>v -2.058406 12.095501 0.286964</w:t>
        <w:br/>
        <w:t>v -1.985401 12.038196 0.451352</w:t>
        <w:br/>
        <w:t>v -2.352361 11.677288 0.558685</w:t>
        <w:br/>
        <w:t>v -2.376723 11.712984 0.379890</w:t>
        <w:br/>
        <w:t>v -2.273734 11.587331 0.775380</w:t>
        <w:br/>
        <w:t>v -2.369688 11.738985 0.346214</w:t>
        <w:br/>
        <w:t>v -0.303990 12.874480 1.712644</w:t>
        <w:br/>
        <w:t>v -0.612965 12.874479 1.664213</w:t>
        <w:br/>
        <w:t>v -0.873635 12.874479 1.493925</w:t>
        <w:br/>
        <w:t>v -1.122960 12.874481 1.322279</w:t>
        <w:br/>
        <w:t>v -0.923473 12.519793 1.553215</w:t>
        <w:br/>
        <w:t>v -1.364644 12.874481 1.147146</w:t>
        <w:br/>
        <w:t>v -1.465087 12.520036 1.214164</w:t>
        <w:br/>
        <w:t>v -1.498410 12.874482 0.880822</w:t>
        <w:br/>
        <w:t>v -1.624673 12.874479 0.615906</w:t>
        <w:br/>
        <w:t>v -1.854338 12.520212 0.288954</w:t>
        <w:br/>
        <w:t>v -1.652732 12.874480 0.270272</w:t>
        <w:br/>
        <w:t>v -0.210377 14.019585 1.389789</w:t>
        <w:br/>
        <w:t>v -0.194847 14.316050 1.376155</w:t>
        <w:br/>
        <w:t>v -0.484013 14.026685 1.322532</w:t>
        <w:br/>
        <w:t>v -0.483464 14.323863 1.321626</w:t>
        <w:br/>
        <w:t>v -0.706055 14.097728 1.186266</w:t>
        <w:br/>
        <w:t>v -0.699223 14.332903 1.203436</w:t>
        <w:br/>
        <w:t>v -0.866611 14.350331 0.982294</w:t>
        <w:br/>
        <w:t>v -0.887423 14.184624 0.998225</w:t>
        <w:br/>
        <w:t>v -0.932808 14.354546 0.741771</w:t>
        <w:br/>
        <w:t>v -0.948928 14.201235 0.771513</w:t>
        <w:br/>
        <w:t>v -0.934090 14.355703 0.526817</w:t>
        <w:br/>
        <w:t>v -0.937508 14.356944 0.328029</w:t>
        <w:br/>
        <w:t>v -1.056955 14.064352 0.592319</w:t>
        <w:br/>
        <w:t>v -1.105937 14.072130 0.378068</w:t>
        <w:br/>
        <w:t>v -1.105937 14.072130 0.378068</w:t>
        <w:br/>
        <w:t>v -1.012872 14.016675 0.303893</w:t>
        <w:br/>
        <w:t>v -0.937508 14.356944 0.328029</w:t>
        <w:br/>
        <w:t>v -1.536193 13.166314 0.291014</w:t>
        <w:br/>
        <w:t>v -1.526619 13.166316 0.568491</w:t>
        <w:br/>
        <w:t>v -1.433701 13.166317 0.820459</w:t>
        <w:br/>
        <w:t>v -1.379481 13.166317 0.951161</w:t>
        <w:br/>
        <w:t>v -1.286320 13.166315 1.059893</w:t>
        <w:br/>
        <w:t>v -1.073623 13.166315 1.251367</w:t>
        <w:br/>
        <w:t>v -0.854835 13.166314 1.448570</w:t>
        <w:br/>
        <w:t>v -0.598939 13.001294 1.620788</w:t>
        <w:br/>
        <w:t>v -0.730520 13.166314 1.538559</w:t>
        <w:br/>
        <w:t>v -0.581804 13.166314 1.574931</w:t>
        <w:br/>
        <w:t>v -0.283813 13.166315 1.641343</w:t>
        <w:br/>
        <w:t>v -1.382524 13.465073 0.340748</w:t>
        <w:br/>
        <w:t>v -1.410285 13.465073 0.506096</w:t>
        <w:br/>
        <w:t>v -1.350438 13.465074 0.747224</w:t>
        <w:br/>
        <w:t>v -1.212552 13.465075 0.979797</w:t>
        <w:br/>
        <w:t>v -1.043979 13.465074 1.193042</w:t>
        <w:br/>
        <w:t>v -0.846547 13.314126 1.425012</w:t>
        <w:br/>
        <w:t>v -0.940252 13.465074 1.295187</w:t>
        <w:br/>
        <w:t>v -0.820029 13.465074 1.373869</w:t>
        <w:br/>
        <w:t>v -0.539682 13.465075 1.460581</w:t>
        <w:br/>
        <w:t>v -0.412911 13.465075 1.533359</w:t>
        <w:br/>
        <w:t>v -0.265616 13.465073 1.605395</w:t>
        <w:br/>
        <w:t>v -1.201246 13.776469 0.316348</w:t>
        <w:br/>
        <w:t>v -1.247375 13.776469 0.440647</w:t>
        <w:br/>
        <w:t>v -1.219620 13.776470 0.666788</w:t>
        <w:br/>
        <w:t>v -1.128378 13.776471 0.894035</w:t>
        <w:br/>
        <w:t>v -1.020968 13.629087 1.159604</w:t>
        <w:br/>
        <w:t>v -1.073550 13.776471 1.013436</w:t>
        <w:br/>
        <w:t>v -0.973406 13.776470 1.103720</w:t>
        <w:br/>
        <w:t>v -0.538866 13.607595 1.449010</w:t>
        <w:br/>
        <w:t>v -0.661212 13.776471 1.358006</w:t>
        <w:br/>
        <w:t>v -0.538975 13.776469 1.448358</w:t>
        <w:br/>
        <w:t>v -0.239299 13.776470 1.494034</w:t>
        <w:br/>
        <w:t>v -1.078286 13.930770 0.857895</w:t>
        <w:br/>
        <w:t>v -0.977698 14.048405 0.799776</w:t>
        <w:br/>
        <w:t>v -0.919969 13.916339 1.051228</w:t>
        <w:br/>
        <w:t>v -0.906899 14.049964 1.029655</w:t>
        <w:br/>
        <w:t>v -0.761721 13.913788 1.273269</w:t>
        <w:br/>
        <w:t>v -0.831064 14.061986 1.152692</w:t>
        <w:br/>
        <w:t>v -0.717315 14.033661 1.201111</w:t>
        <w:br/>
        <w:t>v -1.199060 11.580926 1.564185</w:t>
        <w:br/>
        <w:t>v -1.139594 11.551615 1.595749</w:t>
        <w:br/>
        <w:t>v -1.039916 11.552157 1.662792</w:t>
        <w:br/>
        <w:t>v -0.957992 11.565436 1.706901</w:t>
        <w:br/>
        <w:t>v -0.870489 11.571755 1.747601</w:t>
        <w:br/>
        <w:t>v -0.783321 11.557527 1.783010</w:t>
        <w:br/>
        <w:t>v -0.699903 11.531866 1.817822</w:t>
        <w:br/>
        <w:t>v -0.592529 11.470526 1.879324</w:t>
        <w:br/>
        <w:t>v -0.515110 11.440296 1.908506</w:t>
        <w:br/>
        <w:t>v -0.361689 11.420674 1.955121</w:t>
        <w:br/>
        <w:t>v -0.227060 11.441229 1.974748</w:t>
        <w:br/>
        <w:t>v 1.393614 11.741684 1.521925</w:t>
        <w:br/>
        <w:t>v 1.451808 11.787193 1.477150</w:t>
        <w:br/>
        <w:t>v -0.758787 13.776470 1.263821</w:t>
        <w:br/>
        <w:t>v -0.777009 13.591746 1.287636</w:t>
        <w:br/>
        <w:t>v 0.879472 14.357533 0.495978</w:t>
        <w:br/>
        <w:t>v -2.150491 11.492779 0.853184</w:t>
        <w:br/>
        <w:t>v -2.094465 11.468373 0.871748</w:t>
        <w:br/>
        <w:t>v -2.088365 11.462974 0.859467</w:t>
        <w:br/>
        <w:t>v -2.147016 11.487733 0.839396</w:t>
        <w:br/>
        <w:t>v -1.895549 11.360712 1.431158</w:t>
        <w:br/>
        <w:t>v -1.945677 11.374647 1.393127</w:t>
        <w:br/>
        <w:t>v -1.955868 11.383331 1.400533</w:t>
        <w:br/>
        <w:t>v -1.899786 11.367199 1.442561</w:t>
        <w:br/>
        <w:t>v -2.018282 11.436955 1.085254</w:t>
        <w:br/>
        <w:t>v -2.004430 11.430330 1.083119</w:t>
        <w:br/>
        <w:t>v -1.999780 11.444851 0.990569</w:t>
        <w:br/>
        <w:t>v -2.013224 11.451395 0.994740</w:t>
        <w:br/>
        <w:t>v -2.038347 11.455648 0.925276</w:t>
        <w:br/>
        <w:t>v -2.027161 11.449129 0.917670</w:t>
        <w:br/>
        <w:t>v -1.989442 11.390595 1.312465</w:t>
        <w:br/>
        <w:t>v -2.001227 11.399104 1.317335</w:t>
        <w:br/>
        <w:t>v -1.830006 11.324896 1.437402</w:t>
        <w:br/>
        <w:t>v -1.834368 11.330442 1.449465</w:t>
        <w:br/>
        <w:t>v -1.791674 11.261430 1.525122</w:t>
        <w:br/>
        <w:t>v -1.782204 11.254937 1.515004</w:t>
        <w:br/>
        <w:t>v -1.732642 11.207142 1.606134</w:t>
        <w:br/>
        <w:t>v -1.725671 11.201351 1.594199</w:t>
        <w:br/>
        <w:t>v -1.341123 11.110079 1.639152</w:t>
        <w:br/>
        <w:t>v -1.281091 11.104368 1.642882</w:t>
        <w:br/>
        <w:t>v -1.275819 11.101183 1.629232</w:t>
        <w:br/>
        <w:t>v -1.343646 11.108735 1.625418</w:t>
        <w:br/>
        <w:t>v -1.512024 11.143147 1.669290</w:t>
        <w:br/>
        <w:t>v -1.626329 11.162609 1.648521</w:t>
        <w:br/>
        <w:t>v -1.629710 11.167523 1.662335</w:t>
        <w:br/>
        <w:t>v -1.513033 11.147541 1.683660</w:t>
        <w:br/>
        <w:t>v -1.427715 11.130291 1.668743</w:t>
        <w:br/>
        <w:t>v -1.427581 11.134108 1.683334</w:t>
        <w:br/>
        <w:t>v -1.168260 11.103832 1.716333</w:t>
        <w:br/>
        <w:t>v -1.205286 11.100712 1.667467</w:t>
        <w:br/>
        <w:t>v -1.214246 11.104452 1.679143</w:t>
        <w:br/>
        <w:t>v -1.180831 11.107304 1.719497</w:t>
        <w:br/>
        <w:t>v -1.061090 11.017734 1.772769</w:t>
        <w:br/>
        <w:t>v -1.114028 11.023984 1.802761</w:t>
        <w:br/>
        <w:t>v -1.111940 11.025229 1.816531</w:t>
        <w:br/>
        <w:t>v -1.055612 11.017109 1.786743</w:t>
        <w:br/>
        <w:t>v -1.159600 11.043675 1.811985</w:t>
        <w:br/>
        <w:t>v -1.164453 11.048160 1.825480</w:t>
        <w:br/>
        <w:t>v -0.994061 11.019887 1.758798</w:t>
        <w:br/>
        <w:t>v -0.995002 11.020859 1.773154</w:t>
        <w:br/>
        <w:t>v -0.949571 11.030807 1.792974</w:t>
        <w:br/>
        <w:t>v -0.939525 11.027580 1.784457</w:t>
        <w:br/>
        <w:t>v -0.940426 11.034422 1.828587</w:t>
        <w:br/>
        <w:t>v -0.926144 11.030451 1.830116</w:t>
        <w:br/>
        <w:t>v -0.942086 11.007986 1.913568</w:t>
        <w:br/>
        <w:t>v -0.946665 11.027596 1.871133</w:t>
        <w:br/>
        <w:t>v -0.960691 11.031929 1.870078</w:t>
        <w:br/>
        <w:t>v -0.952435 11.013297 1.921854</w:t>
        <w:br/>
        <w:t>v -0.864089 10.950583 1.979242</w:t>
        <w:br/>
        <w:t>v -0.870060 10.955906 1.992126</w:t>
        <w:br/>
        <w:t>v -0.743088 10.899401 2.041604</w:t>
        <w:br/>
        <w:t>v -0.748101 10.904637 2.054904</w:t>
        <w:br/>
        <w:t>v -0.623025 10.884649 2.108312</w:t>
        <w:br/>
        <w:t>v -0.619850 10.879753 2.094453</w:t>
        <w:br/>
        <w:t>v -0.462334 10.882410 2.003883</w:t>
        <w:br/>
        <w:t>v -0.481012 10.890686 2.047341</w:t>
        <w:br/>
        <w:t>v -0.468642 10.889894 2.055690</w:t>
        <w:br/>
        <w:t>v -0.453771 10.881966 2.013894</w:t>
        <w:br/>
        <w:t>v -0.412711 10.858210 2.009003</w:t>
        <w:br/>
        <w:t>v -0.407592 10.855973 1.997528</w:t>
        <w:br/>
        <w:t>v -2.216919 11.951246 0.333361</w:t>
        <w:br/>
        <w:t>v -2.315564 11.830872 0.350699</w:t>
        <w:br/>
        <w:t>v -2.303778 11.822659 0.345380</w:t>
        <w:br/>
        <w:t>v -2.207447 11.940931 0.327294</w:t>
        <w:br/>
        <w:t>v -1.198614 11.079744 1.789145</w:t>
        <w:br/>
        <w:t>v -1.209221 11.083880 1.793366</w:t>
        <w:br/>
        <w:t>v -1.198614 11.079744 1.789145</w:t>
        <w:br/>
        <w:t>v -0.523058 10.882705 2.083469</w:t>
        <w:br/>
        <w:t>v -0.518855 10.885107 2.096383</w:t>
        <w:br/>
        <w:t>v -0.386601 10.837924 2.052046</w:t>
        <w:br/>
        <w:t>v -0.375462 10.835013 2.042125</w:t>
        <w:br/>
        <w:t>v -0.280783 10.814724 2.116632</w:t>
        <w:br/>
        <w:t>v -0.289483 10.817401 2.128860</w:t>
        <w:br/>
        <w:t>v -0.149813 10.806164 2.217650</w:t>
        <w:br/>
        <w:t>v -0.144908 10.802398 2.204154</w:t>
        <w:br/>
        <w:t>v -1.381191 11.121179 1.662403</w:t>
        <w:br/>
        <w:t>v -1.385395 11.119510 1.648593</w:t>
        <w:br/>
        <w:t>v -2.021743 11.416819 1.202243</w:t>
        <w:br/>
        <w:t>v -2.008339 11.409417 1.200188</w:t>
        <w:br/>
        <w:t>v -2.199232 11.525298 0.847835</w:t>
        <w:br/>
        <w:t>v -2.204667 11.532362 0.859872</w:t>
        <w:br/>
        <w:t>v -2.058406 12.095501 0.286964</w:t>
        <w:br/>
        <w:t>v -2.352361 11.677288 0.558685</w:t>
        <w:br/>
        <w:t>v -2.341279 11.668381 0.553029</w:t>
        <w:br/>
        <w:t>v -2.364424 11.704512 0.375913</w:t>
        <w:br/>
        <w:t>v -2.376723 11.712984 0.379890</w:t>
        <w:br/>
        <w:t>v -2.356824 11.731512 0.341937</w:t>
        <w:br/>
        <w:t>v -2.369688 11.738985 0.346214</w:t>
        <w:br/>
        <w:t>v -2.273734 11.587331 0.775380</w:t>
        <w:br/>
        <w:t>v -2.265112 11.578727 0.766473</w:t>
        <w:br/>
        <w:t>v -0.517957 12.244623 -1.104676</w:t>
        <w:br/>
        <w:t>v -0.815832 12.248043 -1.136346</w:t>
        <w:br/>
        <w:t>v -0.379641 12.242735 -1.189736</w:t>
        <w:br/>
        <w:t>v -1.107151 12.251747 -1.105610</w:t>
        <w:br/>
        <w:t>v -1.266842 10.980754 -1.044055</w:t>
        <w:br/>
        <w:t>v -1.261253 11.300691 -1.023421</w:t>
        <w:br/>
        <w:t>v -1.181736 11.325810 -1.273252</w:t>
        <w:br/>
        <w:t>v -1.196169 11.011334 -1.308259</w:t>
        <w:br/>
        <w:t>v -1.017290 10.931315 -1.372167</w:t>
        <w:br/>
        <w:t>v -1.196169 11.011334 -1.308259</w:t>
        <w:br/>
        <w:t>v -1.181736 11.325810 -1.273252</w:t>
        <w:br/>
        <w:t>v -0.878030 11.217010 -1.310981</w:t>
        <w:br/>
        <w:t>v -1.225721 12.254919 -0.930838</w:t>
        <w:br/>
        <w:t>v -1.414091 12.256970 -0.821747</w:t>
        <w:br/>
        <w:t>v -1.455148 11.034837 -0.955089</w:t>
        <w:br/>
        <w:t>v -1.514959 11.372345 -0.921036</w:t>
        <w:br/>
        <w:t>v -1.414091 12.256970 -0.821747</w:t>
        <w:br/>
        <w:t>v -1.225721 12.254919 -0.930838</w:t>
        <w:br/>
        <w:t>v -1.241936 11.936980 -0.968852</w:t>
        <w:br/>
        <w:t>v -1.448416 11.962579 -0.861601</w:t>
        <w:br/>
        <w:t>v -1.642615 11.117198 -0.931177</w:t>
        <w:br/>
        <w:t>v -0.787015 10.812226 -1.352866</w:t>
        <w:br/>
        <w:t>v -0.577845 11.097886 -1.250006</w:t>
        <w:br/>
        <w:t>v -0.601979 10.720064 -1.326859</w:t>
        <w:br/>
        <w:t>v -1.793692 11.163464 -0.851178</w:t>
        <w:br/>
        <w:t>v -1.738089 11.437840 -0.813380</w:t>
        <w:br/>
        <w:t>v -1.898080 11.150885 -0.669727</w:t>
        <w:br/>
        <w:t>v -1.842855 11.430273 -0.642609</w:t>
        <w:br/>
        <w:t>v -1.942448 11.103456 -0.504455</w:t>
        <w:br/>
        <w:t>v -1.891513 11.396774 -0.483873</w:t>
        <w:br/>
        <w:t>v -1.637499 11.985365 -0.725800</w:t>
        <w:br/>
        <w:t>v -1.595603 12.258467 -0.669642</w:t>
        <w:br/>
        <w:t>v -1.945830 11.070935 -0.353200</w:t>
        <w:br/>
        <w:t>v -1.881014 11.370282 -0.334731</w:t>
        <w:br/>
        <w:t>v -1.995010 11.426277 -0.128114</w:t>
        <w:br/>
        <w:t>v -2.082559 11.149952 -0.140567</w:t>
        <w:br/>
        <w:t>v -2.136802 11.530102 0.037163</w:t>
        <w:br/>
        <w:t>v -2.238469 11.290528 0.034210</w:t>
        <w:br/>
        <w:t>v -1.741472 12.260017 -0.111462</w:t>
        <w:br/>
        <w:t>v -1.707339 12.260268 -0.416331</w:t>
        <w:br/>
        <w:t>v -1.760880 11.980146 -0.480618</w:t>
        <w:br/>
        <w:t>v -1.801070 11.973036 -0.165457</w:t>
        <w:br/>
        <w:t>v -0.577845 11.097886 -1.250006</w:t>
        <w:br/>
        <w:t>v -0.509053 11.109603 -1.336496</w:t>
        <w:br/>
        <w:t>v -0.532310 10.733563 -1.412103</w:t>
        <w:br/>
        <w:t>v -0.601979 10.720064 -1.326859</w:t>
        <w:br/>
        <w:t>v -0.256890 10.723329 -1.593802</w:t>
        <w:br/>
        <w:t>v -0.359523 11.115798 -1.474716</w:t>
        <w:br/>
        <w:t>v -0.003251 11.062260 -1.462112</w:t>
        <w:br/>
        <w:t>v -0.468520 10.761945 -1.534351</w:t>
        <w:br/>
        <w:t>v -1.868363 12.260098 0.182185</w:t>
        <w:br/>
        <w:t>v -1.951089 12.023182 0.158859</w:t>
        <w:br/>
        <w:t>v -2.082857 11.296003 0.673173</w:t>
        <w:br/>
        <w:t>v -2.003790 11.537142 0.640338</w:t>
        <w:br/>
        <w:t>v -2.110271 11.590265 0.510087</w:t>
        <w:br/>
        <w:t>v -2.214399 11.375881 0.556382</w:t>
        <w:br/>
        <w:t>v -2.144473 11.580227 0.268419</w:t>
        <w:br/>
        <w:t>v -2.246614 11.360715 0.291642</w:t>
        <w:br/>
        <w:t>v -1.920329 11.215047 0.759076</w:t>
        <w:br/>
        <w:t>v -1.862895 11.478875 0.739005</w:t>
        <w:br/>
        <w:t>v -1.871670 12.026195 0.526170</w:t>
        <w:br/>
        <w:t>v -1.781046 12.259068 0.517676</w:t>
        <w:br/>
        <w:t>v -1.851558 11.188087 0.989909</w:t>
        <w:br/>
        <w:t>v -1.796892 11.459502 0.955294</w:t>
        <w:br/>
        <w:t>v -1.822305 11.168619 1.201862</w:t>
        <w:br/>
        <w:t>v -1.759180 11.442853 1.155669</w:t>
        <w:br/>
        <w:t>v -1.688640 11.108056 1.365158</w:t>
        <w:br/>
        <w:t>v -1.625816 11.398090 1.328864</w:t>
        <w:br/>
        <w:t>v -1.637125 11.989090 0.971705</w:t>
        <w:br/>
        <w:t>v -1.553605 12.255739 0.929503</w:t>
        <w:br/>
        <w:t>v -1.638371 12.257189 0.687132</w:t>
        <w:br/>
        <w:t>v -1.722361 11.999558 0.704519</w:t>
        <w:br/>
        <w:t>v -1.487776 11.970525 1.236210</w:t>
        <w:br/>
        <w:t>v -1.411480 12.253851 1.176370</w:t>
        <w:br/>
        <w:t>v -1.411480 12.253851 1.176370</w:t>
        <w:br/>
        <w:t>v -1.219038 12.252701 1.312847</w:t>
        <w:br/>
        <w:t>v -1.497966 11.010621 1.466259</w:t>
        <w:br/>
        <w:t>v -1.435822 11.325427 1.443147</w:t>
        <w:br/>
        <w:t>v -1.217279 10.904945 1.438991</w:t>
        <w:br/>
        <w:t>v -1.162985 11.245431 1.436640</w:t>
        <w:br/>
        <w:t>v -0.961843 12.251406 1.345654</w:t>
        <w:br/>
        <w:t>v -0.684480 12.247123 1.414392</w:t>
        <w:br/>
        <w:t>v -0.961843 12.251406 1.345654</w:t>
        <w:br/>
        <w:t>v -1.035123 11.917331 1.389968</w:t>
        <w:br/>
        <w:t>v -0.725197 11.892427 1.394215</w:t>
        <w:br/>
        <w:t>v -0.875190 10.828004 1.398514</w:t>
        <w:br/>
        <w:t>v -0.824655 11.183918 1.403488</w:t>
        <w:br/>
        <w:t>v -0.908683 10.783802 1.508319</w:t>
        <w:br/>
        <w:t>v -0.861304 11.151109 1.513209</w:t>
        <w:br/>
        <w:t>v -0.824655 11.183918 1.403488</w:t>
        <w:br/>
        <w:t>v -0.875190 10.828004 1.398514</w:t>
        <w:br/>
        <w:t>v -0.829733 11.152511 1.628184</w:t>
        <w:br/>
        <w:t>v -0.887765 10.785790 1.641519</w:t>
        <w:br/>
        <w:t>v -0.681602 11.161243 1.719829</w:t>
        <w:br/>
        <w:t>v -0.726070 10.796811 1.747290</w:t>
        <w:br/>
        <w:t>v -0.366313 11.132801 1.719687</w:t>
        <w:br/>
        <w:t>v -0.484635 10.786792 1.797704</w:t>
        <w:br/>
        <w:t>v -0.684480 12.247123 1.414392</w:t>
        <w:br/>
        <w:t>v -0.594195 12.245802 1.556776</w:t>
        <w:br/>
        <w:t>v -0.684480 12.247123 1.414392</w:t>
        <w:br/>
        <w:t>v -0.725197 11.892427 1.394215</w:t>
        <w:br/>
        <w:t>v -0.758497 11.882242 1.483904</w:t>
        <w:br/>
        <w:t>v -0.003251 10.691950 1.662491</w:t>
        <w:br/>
        <w:t>v -0.273771 10.736644 1.735685</w:t>
        <w:br/>
        <w:t>v -0.322556 11.872944 1.622523</w:t>
        <w:br/>
        <w:t>v -0.293555 12.242627 1.572246</w:t>
        <w:br/>
        <w:t>v -1.595603 12.258467 -0.669642</w:t>
        <w:br/>
        <w:t>v -1.707339 12.260268 -0.416331</w:t>
        <w:br/>
        <w:t>v -0.293555 12.242627 1.572246</w:t>
        <w:br/>
        <w:t>v -1.781046 12.259068 0.517676</w:t>
        <w:br/>
        <w:t>v -1.638371 12.257189 0.687132</w:t>
        <w:br/>
        <w:t>v -1.553605 12.255739 0.929503</w:t>
        <w:br/>
        <w:t>v -0.836542 11.905767 -1.199508</w:t>
        <w:br/>
        <w:t>v -0.815832 12.248043 -1.136346</w:t>
        <w:br/>
        <w:t>v -0.517957 12.244623 -1.104676</w:t>
        <w:br/>
        <w:t>v -0.537637 11.861889 -1.143484</w:t>
        <w:br/>
        <w:t>v -0.401824 11.865509 -1.256222</w:t>
        <w:br/>
        <w:t>v -0.379641 12.242735 -1.189736</w:t>
        <w:br/>
        <w:t>v -1.141916 11.946407 -1.179460</w:t>
        <w:br/>
        <w:t>v -1.107151 12.251747 -1.105610</w:t>
        <w:br/>
        <w:t>v -1.741472 12.260017 -0.111462</w:t>
        <w:br/>
        <w:t>v -1.868363 12.260098 0.182185</w:t>
        <w:br/>
        <w:t>v -1.297020 11.945380 1.368526</w:t>
        <w:br/>
        <w:t>v -1.219038 12.252701 1.312847</w:t>
        <w:br/>
        <w:t>v -0.649932 11.882818 1.603413</w:t>
        <w:br/>
        <w:t>v -0.594195 12.245802 1.556776</w:t>
        <w:br/>
        <w:t>v -0.003252 12.237367 -1.230918</w:t>
        <w:br/>
        <w:t>v -0.855294 11.562761 -1.260963</w:t>
        <w:br/>
        <w:t>v -1.172521 11.640436 -1.244590</w:t>
        <w:br/>
        <w:t>v -1.172521 11.640436 -1.244590</w:t>
        <w:br/>
        <w:t>v -1.258252 11.619830 -1.005126</w:t>
        <w:br/>
        <w:t>v -1.482754 11.668577 -0.900010</w:t>
        <w:br/>
        <w:t>v -1.681746 11.712336 -0.778594</w:t>
        <w:br/>
        <w:t>v -1.814332 11.699968 -0.541395</w:t>
        <w:br/>
        <w:t>v -1.861034 11.686079 -0.218697</w:t>
        <w:br/>
        <w:t>v -2.036894 11.785831 0.140281</w:t>
        <w:br/>
        <w:t>v -1.963732 11.792439 0.536091</w:t>
        <w:br/>
        <w:t>v -1.806668 11.742407 0.721111</w:t>
        <w:br/>
        <w:t>v -1.720256 11.723250 1.014052</w:t>
        <w:br/>
        <w:t>v -1.563545 11.687640 1.294472</w:t>
        <w:br/>
        <w:t>v -1.373987 11.639187 1.422509</w:t>
        <w:br/>
        <w:t>v -1.108070 11.584427 1.434331</w:t>
        <w:br/>
        <w:t>v -0.783577 11.539467 1.416331</w:t>
        <w:br/>
        <w:t>v -0.783577 11.539467 1.416331</w:t>
        <w:br/>
        <w:t>v -0.814736 11.517651 1.514824</w:t>
        <w:br/>
        <w:t>v -0.774186 11.518297 1.613235</w:t>
        <w:br/>
        <w:t>v -0.637276 11.524510 1.691551</w:t>
        <w:br/>
        <w:t>v -0.352745 11.503547 1.673018</w:t>
        <w:br/>
        <w:t>v -0.357519 11.490045 -1.386655</w:t>
        <w:br/>
        <w:t>v -0.486565 11.486086 -1.261683</w:t>
        <w:br/>
        <w:t>v -0.556564 11.477535 -1.180551</w:t>
        <w:br/>
        <w:t>v -1.266842 10.980754 -1.044055</w:t>
        <w:br/>
        <w:t>v -1.196169 11.011334 -1.308259</w:t>
        <w:br/>
        <w:t>v -1.210679 11.014249 -1.323787</w:t>
        <w:br/>
        <w:t>v -1.284363 10.981840 -1.058973</w:t>
        <w:br/>
        <w:t>v -1.017290 10.931315 -1.372167</w:t>
        <w:br/>
        <w:t>v -1.017295 10.935345 -1.396503</w:t>
        <w:br/>
        <w:t>v -1.461399 11.036426 -0.978981</w:t>
        <w:br/>
        <w:t>v -1.455148 11.034837 -0.955089</w:t>
        <w:br/>
        <w:t>v -1.649098 11.120919 -0.954673</w:t>
        <w:br/>
        <w:t>v -1.642615 11.117198 -0.931177</w:t>
        <w:br/>
        <w:t>v -0.787015 10.812226 -1.352866</w:t>
        <w:br/>
        <w:t>v -0.781393 10.815928 -1.376920</w:t>
        <w:br/>
        <w:t>v -0.601979 10.720064 -1.326859</w:t>
        <w:br/>
        <w:t>v -0.609127 10.724010 -1.345436</w:t>
        <w:br/>
        <w:t>v -1.810004 11.168825 -0.868281</w:t>
        <w:br/>
        <w:t>v -1.793692 11.163464 -0.851178</w:t>
        <w:br/>
        <w:t>v -1.921569 11.155941 -0.678445</w:t>
        <w:br/>
        <w:t>v -1.898080 11.150885 -0.669727</w:t>
        <w:br/>
        <w:t>v -1.967652 11.108020 -0.506339</w:t>
        <w:br/>
        <w:t>v -1.942448 11.103456 -0.504455</w:t>
        <w:br/>
        <w:t>v -1.945830 11.070935 -0.353200</w:t>
        <w:br/>
        <w:t>v -1.969052 11.076046 -0.359180</w:t>
        <w:br/>
        <w:t>v -2.101490 11.155956 -0.156334</w:t>
        <w:br/>
        <w:t>v -2.082559 11.149952 -0.140567</w:t>
        <w:br/>
        <w:t>v -2.258832 11.298404 0.023651</w:t>
        <w:br/>
        <w:t>v -2.238469 11.290528 0.034210</w:t>
        <w:br/>
        <w:t>v -0.532310 10.733563 -1.412103</w:t>
        <w:br/>
        <w:t>v -0.553024 10.738549 -1.426263</w:t>
        <w:br/>
        <w:t>v -0.258468 10.729645 -1.617486</w:t>
        <w:br/>
        <w:t>v -0.256890 10.723329 -1.593802</w:t>
        <w:br/>
        <w:t>v -0.481622 10.767800 -1.553556</w:t>
        <w:br/>
        <w:t>v -0.468520 10.761945 -1.534351</w:t>
        <w:br/>
        <w:t>v -2.082857 11.296003 0.673173</w:t>
        <w:br/>
        <w:t>v -2.214399 11.375881 0.556382</w:t>
        <w:br/>
        <w:t>v -2.233836 11.385564 0.566652</w:t>
        <w:br/>
        <w:t>v -2.096292 11.302947 0.693127</w:t>
        <w:br/>
        <w:t>v -2.246614 11.360715 0.291642</w:t>
        <w:br/>
        <w:t>v -2.270213 11.370759 0.291280</w:t>
        <w:br/>
        <w:t>v -1.920329 11.215047 0.759076</w:t>
        <w:br/>
        <w:t>v -1.938190 11.220246 0.773527</w:t>
        <w:br/>
        <w:t>v -1.876177 11.193534 0.995610</w:t>
        <w:br/>
        <w:t>v -1.851558 11.188087 0.989909</w:t>
        <w:br/>
        <w:t>v -1.844297 11.174498 1.211953</w:t>
        <w:br/>
        <w:t>v -1.822305 11.168619 1.201862</w:t>
        <w:br/>
        <w:t>v -1.703858 11.113287 1.384091</w:t>
        <w:br/>
        <w:t>v -1.688640 11.108056 1.365158</w:t>
        <w:br/>
        <w:t>v -1.502782 11.013090 1.489742</w:t>
        <w:br/>
        <w:t>v -1.497966 11.010621 1.466259</w:t>
        <w:br/>
        <w:t>v -1.217279 10.904945 1.438991</w:t>
        <w:br/>
        <w:t>v -1.214433 10.904842 1.463787</w:t>
        <w:br/>
        <w:t>v -0.885194 10.829011 1.406228</w:t>
        <w:br/>
        <w:t>v -0.875190 10.828004 1.398514</w:t>
        <w:br/>
        <w:t>v -0.933261 10.786898 1.506263</w:t>
        <w:br/>
        <w:t>v -0.908683 10.783802 1.508319</w:t>
        <w:br/>
        <w:t>v -0.907631 10.788918 1.654337</w:t>
        <w:br/>
        <w:t>v -0.887765 10.785790 1.641519</w:t>
        <w:br/>
        <w:t>v -0.726070 10.796811 1.747290</w:t>
        <w:br/>
        <w:t>v -0.734396 10.800308 1.769823</w:t>
        <w:br/>
        <w:t>v -0.481654 10.790176 1.821780</w:t>
        <w:br/>
        <w:t>v -0.484635 10.786792 1.797704</w:t>
        <w:br/>
        <w:t>v -0.265799 10.739403 1.759301</w:t>
        <w:br/>
        <w:t>v -0.273771 10.736644 1.735685</w:t>
        <w:br/>
        <w:t>v -1.012872 14.016675 0.303893</w:t>
        <w:br/>
        <w:t>v -1.201246 13.776469 0.316348</w:t>
        <w:br/>
        <w:t>v -1.423973 13.776469 0.390591</w:t>
        <w:br/>
        <w:t>v -1.217742 14.031137 0.420616</w:t>
        <w:br/>
        <w:t>v -0.558857 11.072876 -1.610816</w:t>
        <w:br/>
        <w:t>v -0.447482 11.483966 -1.392483</w:t>
        <w:br/>
        <w:t>v -2.268695 12.520402 0.256221</w:t>
        <w:br/>
        <w:t>v -2.068576 12.874480 0.302302</w:t>
        <w:br/>
        <w:t>v -1.973540 12.874480 0.283465</w:t>
        <w:br/>
        <w:t>v -2.154152 12.520350 0.236943</w:t>
        <w:br/>
        <w:t>v -2.268695 12.520402 0.256221</w:t>
        <w:br/>
        <w:t>v -2.221195 12.520379 0.375114</w:t>
        <w:br/>
        <w:t>v -2.031532 12.874480 0.392222</w:t>
        <w:br/>
        <w:t>v -2.068576 12.874480 0.302302</w:t>
        <w:br/>
        <w:t>v -2.062540 12.520307 0.560111</w:t>
        <w:br/>
        <w:t>v -1.850734 12.520210 0.756311</w:t>
        <w:br/>
        <w:t>v -1.738189 12.874479 0.714114</w:t>
        <w:br/>
        <w:t>v -1.908234 12.874480 0.548059</w:t>
        <w:br/>
        <w:t>v -1.863221 13.166315 0.418160</w:t>
        <w:br/>
        <w:t>v -1.761556 13.166314 0.549488</w:t>
        <w:br/>
        <w:t>v -1.583225 13.465073 0.552462</w:t>
        <w:br/>
        <w:t>v -1.686681 13.465074 0.448003</w:t>
        <w:br/>
        <w:t>v -1.476629 13.465075 0.662904</w:t>
        <w:br/>
        <w:t>v -1.622239 13.166316 0.689030</w:t>
        <w:br/>
        <w:t>v -1.712395 13.465074 0.385890</w:t>
        <w:br/>
        <w:t>v -1.453575 13.776467 0.478430</w:t>
        <w:br/>
        <w:t>v -1.474925 13.776469 0.426816</w:t>
        <w:br/>
        <w:t>v -1.815486 13.166314 0.318735</w:t>
        <w:br/>
        <w:t>v -1.625181 13.465074 0.357022</w:t>
        <w:br/>
        <w:t>v -1.382524 13.465073 0.340748</w:t>
        <w:br/>
        <w:t>v -1.536193 13.166314 0.291014</w:t>
        <w:br/>
        <w:t>v -1.014946 11.511388 -1.349839</w:t>
        <w:br/>
        <w:t>v -1.178544 11.105330 -1.448054</w:t>
        <w:br/>
        <w:t>v -1.243852 11.107795 -1.444603</w:t>
        <w:br/>
        <w:t>v -1.458238 11.145438 -1.371887</w:t>
        <w:br/>
        <w:t>v -1.284250 11.578803 -1.276293</w:t>
        <w:br/>
        <w:t>v -1.428762 11.587433 -1.098124</w:t>
        <w:br/>
        <w:t>v -1.649721 11.199402 -1.248595</w:t>
        <w:br/>
        <w:t>v -1.813409 11.243793 -1.102061</w:t>
        <w:br/>
        <w:t>v -1.622656 11.628068 -0.977645</w:t>
        <w:br/>
        <w:t>v -1.242941 14.030007 0.460637</w:t>
        <w:br/>
        <w:t>v -0.937508 14.356944 0.328029</w:t>
        <w:br/>
        <w:t>v -1.222651 14.031962 0.503859</w:t>
        <w:br/>
        <w:t>v -0.934090 14.355703 0.526817</w:t>
        <w:br/>
        <w:t>v -1.175501 14.032376 0.568523</w:t>
        <w:br/>
        <w:t>v -1.123820 14.033766 0.632608</w:t>
        <w:br/>
        <w:t>v -0.932808 14.354546 0.741771</w:t>
        <w:br/>
        <w:t>v -1.199008 13.776471 0.780467</w:t>
        <w:br/>
        <w:t>v -1.310747 13.776470 0.644443</w:t>
        <w:br/>
        <w:t>v -1.328249 13.465075 0.823026</w:t>
        <w:br/>
        <w:t>v -1.390258 13.776469 0.559914</w:t>
        <w:br/>
        <w:t>v -1.618228 12.520103 0.968003</w:t>
        <w:br/>
        <w:t>v -1.908903 12.328456 0.783534</w:t>
        <w:br/>
        <w:t>v -1.642412 12.388790 0.981971</w:t>
        <w:br/>
        <w:t>v -1.044429 14.057345 0.741969</w:t>
        <w:br/>
        <w:t>v -1.712395 13.465074 0.385890</w:t>
        <w:br/>
        <w:t>v -1.474925 13.776469 0.426816</w:t>
        <w:br/>
        <w:t>v -2.563298 11.955755 0.162939</w:t>
        <w:br/>
        <w:t>v -2.534980 12.109112 0.228300</w:t>
        <w:br/>
        <w:t>v -2.425245 12.268436 0.239734</w:t>
        <w:br/>
        <w:t>v -2.291580 12.278564 0.206636</w:t>
        <w:br/>
        <w:t>v -1.147549 11.103385 -1.493469</w:t>
        <w:br/>
        <w:t>v -1.919997 11.273591 -0.911275</w:t>
        <w:br/>
        <w:t>v -1.816565 11.642259 -0.764208</w:t>
        <w:br/>
        <w:t>v -1.928795 11.269674 -0.791666</w:t>
        <w:br/>
        <w:t>v -1.976651 11.272528 -0.619107</w:t>
        <w:br/>
        <w:t>v -0.597917 10.686255 -1.707356</w:t>
        <w:br/>
        <w:t>v -0.644022 10.277248 -1.795629</w:t>
        <w:br/>
        <w:t>v -1.337407 10.297796 -1.680107</w:t>
        <w:br/>
        <w:t>v -1.231104 10.724283 -1.583198</w:t>
        <w:br/>
        <w:t>v -1.371031 10.296476 -1.629384</w:t>
        <w:br/>
        <w:t>v -1.261842 10.725947 -1.533967</w:t>
        <w:br/>
        <w:t>v -1.436192 10.329440 -1.625263</w:t>
        <w:br/>
        <w:t>v -1.332261 10.730459 -1.533253</w:t>
        <w:br/>
        <w:t>v -1.623134 10.420503 -1.533518</w:t>
        <w:br/>
        <w:t>v -1.539923 10.778881 -1.455595</w:t>
        <w:br/>
        <w:t>v -1.790680 10.490056 -1.382257</w:t>
        <w:br/>
        <w:t>v -1.719966 10.846457 -1.320886</w:t>
        <w:br/>
        <w:t>v -1.876359 10.903642 -1.169045</w:t>
        <w:br/>
        <w:t>v -1.937557 10.560532 -1.222324</w:t>
        <w:br/>
        <w:t>v -1.978244 10.941916 -0.975608</w:t>
        <w:br/>
        <w:t>v -2.035228 10.607611 -1.025588</w:t>
        <w:br/>
        <w:t>v -2.042788 10.600291 -0.894931</w:t>
        <w:br/>
        <w:t>v -1.986212 10.936234 -0.851384</w:t>
        <w:br/>
        <w:t>v -2.076358 10.596939 -0.760922</w:t>
        <w:br/>
        <w:t>v -2.011525 10.932643 -0.723992</w:t>
        <w:br/>
        <w:t>v -2.336301 11.743626 0.204286</w:t>
        <w:br/>
        <w:t>v -2.074944 11.920057 0.231340</w:t>
        <w:br/>
        <w:t>v -2.116163 11.727093 0.201279</w:t>
        <w:br/>
        <w:t>v -1.966547 12.267814 0.284101</w:t>
        <w:br/>
        <w:t>v -2.058406 12.095501 0.286964</w:t>
        <w:br/>
        <w:t>v -2.393915 11.966314 0.179404</w:t>
        <w:br/>
        <w:t>v -1.895233 13.166314 0.342107</w:t>
        <w:br/>
        <w:t>v -1.652732 12.874480 0.270272</w:t>
        <w:br/>
        <w:t>v -1.895233 13.166314 0.342107</w:t>
        <w:br/>
        <w:t>v -1.428217 13.166317 0.876392</w:t>
        <w:br/>
        <w:t>v -1.515392 12.874482 0.923901</w:t>
        <w:br/>
        <w:t>v -1.854338 12.520212 0.288954</w:t>
        <w:br/>
        <w:t>v -2.356902 12.270840 0.376479</w:t>
        <w:br/>
        <w:t>v -2.425245 12.268436 0.239734</w:t>
        <w:br/>
        <w:t>v -2.534980 12.109112 0.228300</w:t>
        <w:br/>
        <w:t>v -2.380328 12.228655 0.376806</w:t>
        <w:br/>
        <w:t>v -2.159386 12.293454 0.574753</w:t>
        <w:br/>
        <w:t>v -2.368210 11.447580 -0.207630</w:t>
        <w:br/>
        <w:t>v -2.347072 11.394196 -0.418618</w:t>
        <w:br/>
        <w:t>v -2.458879 11.104524 -0.458213</w:t>
        <w:br/>
        <w:t>v -2.475407 11.173562 -0.222525</w:t>
        <w:br/>
        <w:t>v -2.492987 11.792179 0.161114</w:t>
        <w:br/>
        <w:t>v -2.074944 11.920057 0.231340</w:t>
        <w:br/>
        <w:t>v -1.995368 11.649828 -0.461692</w:t>
        <w:br/>
        <w:t>v -1.995368 11.649828 -0.461692</w:t>
        <w:br/>
        <w:t>v -2.104240 11.304574 -0.569900</w:t>
        <w:br/>
        <w:t>v -2.188304 11.328986 -0.636411</w:t>
        <w:br/>
        <w:t>v -2.261332 11.356535 -0.609184</w:t>
        <w:br/>
        <w:t>v -2.137785 11.697405 -0.098782</w:t>
        <w:br/>
        <w:t>v -2.080358 10.952518 -0.621782</w:t>
        <w:br/>
        <w:t>v -2.173861 10.981615 -0.613737</w:t>
        <w:br/>
        <w:t>v -2.239350 11.004725 -0.669596</w:t>
        <w:br/>
        <w:t>v -2.266132 11.013565 -0.713163</w:t>
        <w:br/>
        <w:t>v -2.309413 11.031541 -0.716953</w:t>
        <w:br/>
        <w:t>v -2.366139 11.058144 -0.677820</w:t>
        <w:br/>
        <w:t>v -2.158449 10.629588 -0.663194</w:t>
        <w:br/>
        <w:t>v -2.254508 10.694117 -0.662567</w:t>
        <w:br/>
        <w:t>v -2.310499 10.771760 -0.721018</w:t>
        <w:br/>
        <w:t>v -2.317974 10.844432 -0.758295</w:t>
        <w:br/>
        <w:t>v -2.352070 10.908580 -0.749659</w:t>
        <w:br/>
        <w:t>v -2.395312 10.981816 -0.695912</w:t>
        <w:br/>
        <w:t>v -2.316131 11.443880 -0.067515</w:t>
        <w:br/>
        <w:t>v -2.265403 11.436693 0.072792</w:t>
        <w:br/>
        <w:t>v -2.304896 11.468337 0.183462</w:t>
        <w:br/>
        <w:t>v -2.116163 11.727093 0.201279</w:t>
        <w:br/>
        <w:t>v -2.391211 11.630190 0.198062</w:t>
        <w:br/>
        <w:t>v -2.304896 11.468337 0.183462</w:t>
        <w:br/>
        <w:t>v -2.389961 11.239614 -0.075504</w:t>
        <w:br/>
        <w:t>v -2.304887 11.332556 0.073077</w:t>
        <w:br/>
        <w:t>v -0.676149 9.994917 -1.855749</w:t>
        <w:br/>
        <w:t>v -2.104240 11.304574 -0.569900</w:t>
        <w:br/>
        <w:t>v -0.779688 13.776472 -0.501463</w:t>
        <w:br/>
        <w:t>v -0.592111 13.776472 -0.520841</w:t>
        <w:br/>
        <w:t>v -0.518038 14.031621 -0.348591</w:t>
        <w:br/>
        <w:t>v -0.679332 14.037553 -0.339516</w:t>
        <w:br/>
        <w:t>v -1.025585 13.776472 -0.376937</w:t>
        <w:br/>
        <w:t>v -0.910230 13.776472 -0.451855</w:t>
        <w:br/>
        <w:t>v -0.788764 14.041330 -0.303612</w:t>
        <w:br/>
        <w:t>v -0.883298 14.044795 -0.249283</w:t>
        <w:br/>
        <w:t>v -1.127574 13.776472 -0.279688</w:t>
        <w:br/>
        <w:t>v -0.968251 14.047692 -0.180547</w:t>
        <w:br/>
        <w:t>v -1.280198 12.874481 -0.836370</w:t>
        <w:br/>
        <w:t>v -1.087409 12.874481 -0.927583</w:t>
        <w:br/>
        <w:t>v -0.997915 13.166315 -0.803267</w:t>
        <w:br/>
        <w:t>v -1.173603 13.166316 -0.722179</w:t>
        <w:br/>
        <w:t>v -1.318522 11.892711 -1.235469</w:t>
        <w:br/>
        <w:t>v -1.064691 11.875219 -1.302037</w:t>
        <w:br/>
        <w:t>v -0.987110 12.249504 -1.192777</w:t>
        <w:br/>
        <w:t>v -1.238406 12.256482 -1.132490</w:t>
        <w:br/>
        <w:t>v -1.099227 14.052577 0.015482</w:t>
        <w:br/>
        <w:t>v -1.157890 14.054796 0.125458</w:t>
        <w:br/>
        <w:t>v -1.358685 13.776470 0.077223</w:t>
        <w:br/>
        <w:t>v -1.274670 13.776470 -0.058230</w:t>
        <w:br/>
        <w:t>v -1.195670 14.055155 0.284422</w:t>
        <w:br/>
        <w:t>v -1.361754 13.776470 0.258912</w:t>
        <w:br/>
        <w:t>v -1.531979 13.465075 0.029027</w:t>
        <w:br/>
        <w:t>v -1.695945 13.166316 -0.025874</w:t>
        <w:br/>
        <w:t>v -1.625491 13.166316 -0.206626</w:t>
        <w:br/>
        <w:t>v -1.468668 13.465075 -0.127595</w:t>
        <w:br/>
        <w:t>v -1.978003 12.506042 -0.152176</w:t>
        <w:br/>
        <w:t>v -2.058956 12.279261 -0.278495</w:t>
        <w:br/>
        <w:t>v -1.973218 12.276880 -0.429098</w:t>
        <w:br/>
        <w:t>v -1.881913 12.520226 -0.365045</w:t>
        <w:br/>
        <w:t>v -1.670906 12.874482 -0.274279</w:t>
        <w:br/>
        <w:t>v -1.751131 12.874482 -0.278383</w:t>
        <w:br/>
        <w:t>v -1.881913 12.520226 -0.365045</w:t>
        <w:br/>
        <w:t>v -1.790485 12.505917 -0.362106</w:t>
        <w:br/>
        <w:t>v -1.413256 13.465075 -0.127864</w:t>
        <w:br/>
        <w:t>v -1.468668 13.465075 -0.127595</w:t>
        <w:br/>
        <w:t>v -1.249270 14.057131 0.406871</w:t>
        <w:br/>
        <w:t>v -1.451749 13.776469 0.366717</w:t>
        <w:br/>
        <w:t>v -1.618818 12.874482 -0.396424</w:t>
        <w:br/>
        <w:t>v -1.726790 12.520156 -0.476372</w:t>
        <w:br/>
        <w:t>v -1.698511 12.520142 -0.646217</w:t>
        <w:br/>
        <w:t>v -1.583292 12.874481 -0.556217</w:t>
        <w:br/>
        <w:t>v -1.453272 13.166315 -0.472289</w:t>
        <w:br/>
        <w:t>v -1.329084 13.166316 -0.615400</w:t>
        <w:br/>
        <w:t>v -1.177375 13.465075 -0.494019</w:t>
        <w:br/>
        <w:t>v -1.289656 13.465075 -0.373637</w:t>
        <w:br/>
        <w:t>v -0.319067 13.465075 -0.785631</w:t>
        <w:br/>
        <w:t>v -0.675054 13.465075 -0.705350</w:t>
        <w:br/>
        <w:t>v -0.755914 13.166316 -0.856470</w:t>
        <w:br/>
        <w:t>v -0.354985 13.166316 -0.939676</w:t>
        <w:br/>
        <w:t>v -0.249643 14.022247 -0.414127</w:t>
        <w:br/>
        <w:t>v -0.280695 13.776472 -0.585736</w:t>
        <w:br/>
        <w:t>v -0.527746 11.470169 -1.550051</w:t>
        <w:br/>
        <w:t>v -0.564343 11.083709 -1.651214</w:t>
        <w:br/>
        <w:t>v -1.531412 13.465075 0.233502</w:t>
        <w:br/>
        <w:t>v -1.684896 13.166314 0.205726</w:t>
        <w:br/>
        <w:t>v -1.935903 12.520250 0.081021</w:t>
        <w:br/>
        <w:t>v -2.031962 12.278509 0.051283</w:t>
        <w:br/>
        <w:t>v -2.090241 12.280128 -0.108098</w:t>
        <w:br/>
        <w:t>v -2.145260 11.969486 0.025571</w:t>
        <w:br/>
        <w:t>v -2.212806 11.968958 -0.154267</w:t>
        <w:br/>
        <w:t>v -2.308616 11.722458 -0.180846</w:t>
        <w:br/>
        <w:t>v -2.279372 11.690613 -0.388309</w:t>
        <w:br/>
        <w:t>v -2.174533 11.969469 -0.341156</w:t>
        <w:br/>
        <w:t>v -2.303493 12.520417 0.237109</w:t>
        <w:br/>
        <w:t>v -2.161263 12.520354 0.195729</w:t>
        <w:br/>
        <w:t>v -1.986273 12.874480 0.244236</w:t>
        <w:br/>
        <w:t>v -2.102036 12.874480 0.283764</w:t>
        <w:br/>
        <w:t>v -2.067417 12.874480 0.409042</w:t>
        <w:br/>
        <w:t>v -2.257424 12.520395 0.393154</w:t>
        <w:br/>
        <w:t>v -2.303493 12.520417 0.237109</w:t>
        <w:br/>
        <w:t>v -2.102036 12.874480 0.283764</w:t>
        <w:br/>
        <w:t>v -2.459290 12.290375 0.224732</w:t>
        <w:br/>
        <w:t>v -2.296727 12.285862 0.165412</w:t>
        <w:br/>
        <w:t>v -1.766887 12.874479 0.743234</w:t>
        <w:br/>
        <w:t>v -1.879609 12.520224 0.786092</w:t>
        <w:br/>
        <w:t>v -2.093725 12.520321 0.587016</w:t>
        <w:br/>
        <w:t>v -1.939452 12.874480 0.573981</w:t>
        <w:br/>
        <w:t>v -1.900167 13.166315 0.434411</w:t>
        <w:br/>
        <w:t>v -1.721972 13.465075 0.463983</w:t>
        <w:br/>
        <w:t>v -1.614235 13.465075 0.576982</w:t>
        <w:br/>
        <w:t>v -1.793073 13.166315 0.574671</w:t>
        <w:br/>
        <w:t>v -1.505470 13.465075 0.690608</w:t>
        <w:br/>
        <w:t>v -1.651018 13.166315 0.717560</w:t>
        <w:br/>
        <w:t>v -1.746761 13.465074 0.372212</w:t>
        <w:br/>
        <w:t>v -1.508183 13.776469 0.417694</w:t>
        <w:br/>
        <w:t>v -1.486394 13.776469 0.494032</w:t>
        <w:br/>
        <w:t>v -1.834438 13.166315 0.283082</w:t>
        <w:br/>
        <w:t>v -1.648682 13.465075 0.325929</w:t>
        <w:br/>
        <w:t>v -2.076475 11.653822 -0.597484</w:t>
        <w:br/>
        <w:t>v -2.006895 11.637857 -0.543614</w:t>
        <w:br/>
        <w:t>v -1.920184 11.965300 -0.473555</w:t>
        <w:br/>
        <w:t>v -1.978829 11.971502 -0.517672</w:t>
        <w:br/>
        <w:t>v -1.839983 12.273182 -0.403454</w:t>
        <w:br/>
        <w:t>v -1.889317 12.274551 -0.440881</w:t>
        <w:br/>
        <w:t>v -1.009106 11.873335 -1.341896</w:t>
        <w:br/>
        <w:t>v -1.142367 11.497186 -1.397318</w:t>
        <w:br/>
        <w:t>v -1.088353 11.495228 -1.438501</w:t>
        <w:br/>
        <w:t>v -1.196780 11.117125 -1.484533</w:t>
        <w:br/>
        <w:t>v -1.249092 11.118284 -1.485122</w:t>
        <w:br/>
        <w:t>v -1.474801 11.157142 -1.409125</w:t>
        <w:br/>
        <w:t>v -1.396099 11.525373 -1.325763</w:t>
        <w:br/>
        <w:t>v -1.782568 11.595291 -1.060079</w:t>
        <w:br/>
        <w:t>v -1.713933 11.933609 -0.984725</w:t>
        <w:br/>
        <w:t>v -1.839708 11.944735 -0.788159</w:t>
        <w:br/>
        <w:t>v -1.902968 11.614693 -0.858101</w:t>
        <w:br/>
        <w:t>v -1.862277 11.943945 -0.604134</w:t>
        <w:br/>
        <w:t>v -1.927763 11.612621 -0.665611</w:t>
        <w:br/>
        <w:t>v -1.673872 11.210856 -1.281868</w:t>
        <w:br/>
        <w:t>v -1.603389 11.564314 -1.208046</w:t>
        <w:br/>
        <w:t>v -1.845826 11.254613 -1.128313</w:t>
        <w:br/>
        <w:t>v -1.529794 11.915629 -1.125672</w:t>
        <w:br/>
        <w:t>v -1.381773 12.520000 -0.951233</w:t>
        <w:br/>
        <w:t>v -1.564496 12.520082 -0.824684</w:t>
        <w:br/>
        <w:t>v -1.634931 12.267489 -0.898163</w:t>
        <w:br/>
        <w:t>v -1.448998 12.262328 -1.029982</w:t>
        <w:br/>
        <w:t>v -1.275657 14.057984 0.458663</w:t>
        <w:br/>
        <w:t>v -0.955317 14.356788 0.319831</w:t>
        <w:br/>
        <w:t>v -0.969759 14.358173 0.527457</w:t>
        <w:br/>
        <w:t>v -1.254018 14.057221 0.519286</w:t>
        <w:br/>
        <w:t>v -1.207131 14.055616 0.586656</w:t>
        <w:br/>
        <w:t>v -0.968188 14.358130 0.754413</w:t>
        <w:br/>
        <w:t>v -1.157189 14.053967 0.651609</w:t>
        <w:br/>
        <w:t>v -1.227132 13.776471 0.806926</w:t>
        <w:br/>
        <w:t>v -1.356343 13.465075 0.851852</w:t>
        <w:br/>
        <w:t>v -1.339293 13.776470 0.670000</w:t>
        <w:br/>
        <w:t>v -1.420199 13.776469 0.582848</w:t>
        <w:br/>
        <w:t>v -1.646282 12.520117 0.998601</w:t>
        <w:br/>
        <w:t>v -1.670019 12.400472 1.012573</w:t>
        <w:br/>
        <w:t>v -1.937113 12.340518 0.813458</w:t>
        <w:br/>
        <w:t>v -0.154930 14.284073 -0.279902</w:t>
        <w:br/>
        <w:t>v -0.328387 14.287416 -0.267438</w:t>
        <w:br/>
        <w:t>v -0.522597 14.302105 -0.232685</w:t>
        <w:br/>
        <w:t>v -0.706684 14.325105 -0.171720</w:t>
        <w:br/>
        <w:t>v -0.834069 14.340902 -0.072976</w:t>
        <w:br/>
        <w:t>v -0.923251 14.353823 0.094023</w:t>
        <w:br/>
        <w:t>v -1.032997 14.050041 -0.084505</w:t>
        <w:br/>
        <w:t>v -1.075056 14.072761 0.767025</w:t>
        <w:br/>
        <w:t>v -1.200051 13.776471 -0.165031</w:t>
        <w:br/>
        <w:t>v -1.350427 13.465075 -0.242330</w:t>
        <w:br/>
        <w:t>v -1.508183 13.776469 0.417694</w:t>
        <w:br/>
        <w:t>v -1.746761 13.465074 0.372212</w:t>
        <w:br/>
        <w:t>v -0.383321 12.874480 -1.081409</w:t>
        <w:br/>
        <w:t>v -0.417159 12.519563 -1.220713</w:t>
        <w:br/>
        <w:t>v -1.176090 12.519908 -1.060762</w:t>
        <w:br/>
        <w:t>v -1.790798 12.271816 -0.534126</w:t>
        <w:br/>
        <w:t>v -1.766212 12.271133 -0.710610</w:t>
        <w:br/>
        <w:t>v -0.447035 12.234512 -1.320587</w:t>
        <w:br/>
        <w:t>v -2.075591 11.970551 -0.504591</w:t>
        <w:br/>
        <w:t>v -0.489825 11.854185 -1.440701</w:t>
        <w:br/>
        <w:t>v -2.561971 12.127220 0.217888</w:t>
        <w:br/>
        <w:t>v -2.570727 11.965271 0.124594</w:t>
        <w:br/>
        <w:t>v -1.169956 11.115616 -1.527581</w:t>
        <w:br/>
        <w:t>v -1.960960 11.282658 -0.923303</w:t>
        <w:br/>
        <w:t>v -1.971421 11.277454 -0.797823</w:t>
        <w:br/>
        <w:t>v -2.008601 11.282063 -0.646367</w:t>
        <w:br/>
        <w:t>v -1.920184 11.965300 -0.473555</w:t>
        <w:br/>
        <w:t>v -2.006895 11.637857 -0.543614</w:t>
        <w:br/>
        <w:t>v -2.179270 11.671223 -0.573928</w:t>
        <w:br/>
        <w:t>v -0.603345 10.696404 -1.747938</w:t>
        <w:br/>
        <w:t>v -0.649335 10.286665 -1.836401</w:t>
        <w:br/>
        <w:t>v -1.255601 10.736726 -1.615877</w:t>
        <w:br/>
        <w:t>v -1.359795 10.308652 -1.709579</w:t>
        <w:br/>
        <w:t>v -1.281288 10.738110 -1.569742</w:t>
        <w:br/>
        <w:t>v -1.386302 10.306295 -1.659131</w:t>
        <w:br/>
        <w:t>v -1.336277 10.740463 -1.574022</w:t>
        <w:br/>
        <w:t>v -1.439441 10.338863 -1.665019</w:t>
        <w:br/>
        <w:t>v -1.386302 10.306295 -1.659131</w:t>
        <w:br/>
        <w:t>v -1.281288 10.738110 -1.569742</w:t>
        <w:br/>
        <w:t>v -1.558130 10.790509 -1.492142</w:t>
        <w:br/>
        <w:t>v -1.641993 10.431913 -1.569319</w:t>
        <w:br/>
        <w:t>v -1.745705 10.857495 -1.353185</w:t>
        <w:br/>
        <w:t>v -1.817435 10.500673 -1.413808</w:t>
        <w:br/>
        <w:t>v -1.909546 10.913822 -1.194656</w:t>
        <w:br/>
        <w:t>v -1.970901 10.569988 -1.247147</w:t>
        <w:br/>
        <w:t>v -2.019404 10.950574 -0.987308</w:t>
        <w:br/>
        <w:t>v -2.075640 10.615623 -1.036669</w:t>
        <w:br/>
        <w:t>v -2.029006 10.943871 -0.856567</w:t>
        <w:br/>
        <w:t>v -2.085475 10.607793 -0.900291</w:t>
        <w:br/>
        <w:t>v -2.051159 10.941625 -0.739648</w:t>
        <w:br/>
        <w:t>v -2.114710 10.605636 -0.777159</w:t>
        <w:br/>
        <w:t>v -2.262875 11.712486 -0.043602</w:t>
        <w:br/>
        <w:t>v -2.175631 11.969088 0.166619</w:t>
        <w:br/>
        <w:t>v -2.331815 11.742874 0.162358</w:t>
        <w:br/>
        <w:t>v -2.230539 11.709265 0.156274</w:t>
        <w:br/>
        <w:t>v -2.217058 11.701811 0.075380</w:t>
        <w:br/>
        <w:t>v -2.230539 11.709265 0.156274</w:t>
        <w:br/>
        <w:t>v -2.175631 11.969088 0.166619</w:t>
        <w:br/>
        <w:t>v -2.388682 11.967035 0.137556</w:t>
        <w:br/>
        <w:t>v -2.047471 12.278942 0.184259</w:t>
        <w:br/>
        <w:t>v -0.889641 13.465075 -0.656931</w:t>
        <w:br/>
        <w:t>v -1.042470 13.465075 -0.586739</w:t>
        <w:br/>
        <w:t>v -1.929231 13.166315 0.325352</w:t>
        <w:br/>
        <w:t>v -1.625491 13.166316 -0.206626</w:t>
        <w:br/>
        <w:t>v -1.555545 13.166316 -0.203409</w:t>
        <w:br/>
        <w:t>v -1.499903 13.166316 -0.324496</w:t>
        <w:br/>
        <w:t>v -1.555545 13.166316 -0.203409</w:t>
        <w:br/>
        <w:t>v -1.751131 12.874482 -0.278383</w:t>
        <w:br/>
        <w:t>v -1.828560 12.874482 -0.078457</w:t>
        <w:br/>
        <w:t>v -1.450875 12.874481 -0.717659</w:t>
        <w:br/>
        <w:t>v -0.824806 12.874480 -0.993172</w:t>
        <w:br/>
        <w:t>v -1.807638 12.874480 0.178668</w:t>
        <w:br/>
        <w:t>v -1.929231 13.166315 0.325352</w:t>
        <w:br/>
        <w:t>v -1.456069 13.166316 0.906073</w:t>
        <w:br/>
        <w:t>v -1.670906 12.874482 -0.274279</w:t>
        <w:br/>
        <w:t>v -1.807638 12.874480 0.178668</w:t>
        <w:br/>
        <w:t>v -0.929092 12.519795 -1.115442</w:t>
        <w:br/>
        <w:t>v -0.871341 12.519771 -1.143816</w:t>
        <w:br/>
        <w:t>v -1.543114 12.874482 0.954059</w:t>
        <w:br/>
        <w:t>v -1.947831 12.520254 0.205415</w:t>
        <w:br/>
        <w:t>v -1.790485 12.505917 -0.362106</w:t>
        <w:br/>
        <w:t>v -0.930196 12.247925 -1.232099</w:t>
        <w:br/>
        <w:t>v -1.839983 12.273182 -0.403454</w:t>
        <w:br/>
        <w:t>v -2.391080 12.288481 0.396141</w:t>
        <w:br/>
        <w:t>v -2.459290 12.290375 0.224732</w:t>
        <w:br/>
        <w:t>v -1.947831 12.520254 0.205415</w:t>
        <w:br/>
        <w:t>v -2.047471 12.278942 0.184259</w:t>
        <w:br/>
        <w:t>v -2.561971 12.127220 0.217888</w:t>
        <w:br/>
        <w:t>v -2.413514 12.246239 0.396834</w:t>
        <w:br/>
        <w:t>v -2.497110 11.120060 -0.470562</w:t>
        <w:br/>
        <w:t>v -2.385516 11.409732 -0.431664</w:t>
        <w:br/>
        <w:t>v -2.409285 11.462013 -0.204458</w:t>
        <w:br/>
        <w:t>v -2.515145 11.187535 -0.219070</w:t>
        <w:br/>
        <w:t>v -2.485799 11.792048 0.119801</w:t>
        <w:br/>
        <w:t>v -2.177547 11.336935 -0.676499</w:t>
        <w:br/>
        <w:t>v -2.095172 11.310205 -0.610759</w:t>
        <w:br/>
        <w:t>v -2.286036 11.372197 -0.640295</w:t>
        <w:br/>
        <w:t>v -2.099871 10.960211 -0.658744</w:t>
        <w:br/>
        <w:t>v -2.158529 10.982784 -0.653216</w:t>
        <w:br/>
        <w:t>v -2.206040 11.001167 -0.696787</w:t>
        <w:br/>
        <w:t>v -2.242232 11.015209 -0.748471</w:t>
        <w:br/>
        <w:t>v -2.314893 11.043204 -0.757119</w:t>
        <w:br/>
        <w:t>v -2.394835 11.073876 -0.705547</w:t>
        <w:br/>
        <w:t>v -2.174512 10.636855 -0.696222</w:t>
        <w:br/>
        <w:t>v -2.237772 10.695245 -0.698249</w:t>
        <w:br/>
        <w:t>v -2.277048 10.767977 -0.747756</w:t>
        <w:br/>
        <w:t>v -2.296019 10.845883 -0.790603</w:t>
        <w:br/>
        <w:t>v -2.357486 10.919626 -0.787598</w:t>
        <w:br/>
        <w:t>v -2.422856 10.997073 -0.722336</w:t>
        <w:br/>
        <w:t>v -2.355329 11.456618 -0.053541</w:t>
        <w:br/>
        <w:t>v -2.306829 11.450435 0.074447</w:t>
        <w:br/>
        <w:t>v -2.325063 11.475378 0.156303</w:t>
        <w:br/>
        <w:t>v -2.385945 11.629223 0.156660</w:t>
        <w:br/>
        <w:t>v -2.325063 11.475378 0.156303</w:t>
        <w:br/>
        <w:t>v -2.429122 11.252397 -0.061474</w:t>
        <w:br/>
        <w:t>v -2.344321 11.345449 0.074058</w:t>
        <w:br/>
        <w:t>v -0.681370 10.004096 -1.896525</w:t>
        <w:br/>
        <w:t>v -2.095172 11.310205 -0.610759</w:t>
        <w:br/>
        <w:t>v -1.356343 13.465075 0.851852</w:t>
        <w:br/>
        <w:t>v -1.227132 13.776471 0.806926</w:t>
        <w:br/>
        <w:t>v -1.199008 13.776471 0.780467</w:t>
        <w:br/>
        <w:t>v -1.328249 13.465075 0.823026</w:t>
        <w:br/>
        <w:t>v -1.937113 12.340518 0.813458</w:t>
        <w:br/>
        <w:t>v -1.670019 12.400472 1.012573</w:t>
        <w:br/>
        <w:t>v -1.642412 12.388790 0.981971</w:t>
        <w:br/>
        <w:t>v -1.908903 12.328456 0.783534</w:t>
        <w:br/>
        <w:t>v -0.932808 14.354546 0.741771</w:t>
        <w:br/>
        <w:t>v -1.044429 14.057345 0.741969</w:t>
        <w:br/>
        <w:t>v -1.075056 14.072761 0.767025</w:t>
        <w:br/>
        <w:t>v -0.968188 14.358130 0.754413</w:t>
        <w:br/>
        <w:t>v -2.563298 11.955755 0.162939</w:t>
        <w:br/>
        <w:t>v -2.570727 11.965271 0.124594</w:t>
        <w:br/>
        <w:t>v -2.561971 12.127220 0.217888</w:t>
        <w:br/>
        <w:t>v -2.534980 12.109112 0.228300</w:t>
        <w:br/>
        <w:t>v -1.371031 10.296476 -1.629384</w:t>
        <w:br/>
        <w:t>v -1.337407 10.297796 -1.680107</w:t>
        <w:br/>
        <w:t>v -1.359795 10.308652 -1.709579</w:t>
        <w:br/>
        <w:t>v -1.386302 10.306295 -1.659131</w:t>
        <w:br/>
        <w:t>v -1.439441 10.338863 -1.665019</w:t>
        <w:br/>
        <w:t>v -1.436192 10.329440 -1.625263</w:t>
        <w:br/>
        <w:t>v -1.623134 10.420503 -1.533518</w:t>
        <w:br/>
        <w:t>v -1.641993 10.431913 -1.569319</w:t>
        <w:br/>
        <w:t>v -1.817435 10.500673 -1.413808</w:t>
        <w:br/>
        <w:t>v -1.790680 10.490056 -1.382257</w:t>
        <w:br/>
        <w:t>v -1.970901 10.569988 -1.247147</w:t>
        <w:br/>
        <w:t>v -1.937557 10.560532 -1.222324</w:t>
        <w:br/>
        <w:t>v -2.075640 10.615623 -1.036669</w:t>
        <w:br/>
        <w:t>v -2.035228 10.607611 -1.025588</w:t>
        <w:br/>
        <w:t>v -2.042788 10.600291 -0.894931</w:t>
        <w:br/>
        <w:t>v -2.085475 10.607793 -0.900291</w:t>
        <w:br/>
        <w:t>v -2.114710 10.605636 -0.777159</w:t>
        <w:br/>
        <w:t>v -2.076358 10.596939 -0.760922</w:t>
        <w:br/>
        <w:t>v -1.456069 13.166316 0.906073</w:t>
        <w:br/>
        <w:t>v -1.428217 13.166317 0.876392</w:t>
        <w:br/>
        <w:t>v -1.543114 12.874482 0.954059</w:t>
        <w:br/>
        <w:t>v -1.515392 12.874482 0.923901</w:t>
        <w:br/>
        <w:t>v -2.159386 12.293454 0.574753</w:t>
        <w:br/>
        <w:t>v -2.189423 12.307023 0.602203</w:t>
        <w:br/>
        <w:t>v -1.618228 12.520103 0.968003</w:t>
        <w:br/>
        <w:t>v -1.646282 12.520117 0.998601</w:t>
        <w:br/>
        <w:t>v -2.380328 12.228655 0.376806</w:t>
        <w:br/>
        <w:t>v -2.413514 12.246239 0.396834</w:t>
        <w:br/>
        <w:t>v -2.561971 12.127220 0.217888</w:t>
        <w:br/>
        <w:t>v -2.534980 12.109112 0.228300</w:t>
        <w:br/>
        <w:t>v -2.515145 11.187535 -0.219070</w:t>
        <w:br/>
        <w:t>v -2.475407 11.173562 -0.222525</w:t>
        <w:br/>
        <w:t>v -2.458879 11.104524 -0.458213</w:t>
        <w:br/>
        <w:t>v -2.497110 11.120060 -0.470562</w:t>
        <w:br/>
        <w:t>v -2.492987 11.792179 0.161114</w:t>
        <w:br/>
        <w:t>v -2.485799 11.792048 0.119801</w:t>
        <w:br/>
        <w:t>v -2.174512 10.636855 -0.696222</w:t>
        <w:br/>
        <w:t>v -2.158449 10.629588 -0.663194</w:t>
        <w:br/>
        <w:t>v -2.237772 10.695245 -0.698249</w:t>
        <w:br/>
        <w:t>v -2.254508 10.694117 -0.662567</w:t>
        <w:br/>
        <w:t>v -2.277048 10.767977 -0.747756</w:t>
        <w:br/>
        <w:t>v -2.310499 10.771760 -0.721018</w:t>
        <w:br/>
        <w:t>v -2.296019 10.845883 -0.790603</w:t>
        <w:br/>
        <w:t>v -2.317974 10.844432 -0.758295</w:t>
        <w:br/>
        <w:t>v -2.352070 10.908580 -0.749659</w:t>
        <w:br/>
        <w:t>v -2.357486 10.919626 -0.787598</w:t>
        <w:br/>
        <w:t>v -2.422856 10.997073 -0.722336</w:t>
        <w:br/>
        <w:t>v -2.395312 10.981816 -0.695912</w:t>
        <w:br/>
        <w:t>v -2.304896 11.468337 0.183462</w:t>
        <w:br/>
        <w:t>v -2.325063 11.475378 0.156303</w:t>
        <w:br/>
        <w:t>v -2.385945 11.629223 0.156660</w:t>
        <w:br/>
        <w:t>v -2.391211 11.630190 0.198062</w:t>
        <w:br/>
        <w:t>v -2.429122 11.252397 -0.061474</w:t>
        <w:br/>
        <w:t>v -2.389961 11.239614 -0.075504</w:t>
        <w:br/>
        <w:t>v -2.344321 11.345449 0.074058</w:t>
        <w:br/>
        <w:t>v -2.304887 11.332556 0.073077</w:t>
        <w:br/>
        <w:t>v -2.325063 11.475378 0.156303</w:t>
        <w:br/>
        <w:t>v -2.304896 11.468337 0.183462</w:t>
        <w:br/>
        <w:t>v -0.676149 9.994917 -1.855749</w:t>
        <w:br/>
        <w:t>v -0.681370 10.004096 -1.896525</w:t>
        <w:br/>
        <w:t>v -2.189423 12.307023 0.602203</w:t>
        <w:br/>
        <w:t>v 0.338333 11.485377 1.767979</w:t>
        <w:br/>
        <w:t>v 1.960045 12.267817 0.284102</w:t>
        <w:br/>
        <w:t>v 2.068440 11.920057 0.231339</w:t>
        <w:br/>
        <w:t>v 2.051903 12.095501 0.286963</w:t>
        <w:br/>
        <w:t>v -1.670019 12.400472 1.012573</w:t>
        <w:br/>
        <w:t>v -1.642412 12.388790 0.981971</w:t>
        <w:br/>
        <w:t>v 6.253706 14.551199 -0.265438</w:t>
        <w:br/>
        <w:t>v 6.240321 14.563280 -0.099745</w:t>
        <w:br/>
        <w:t>v 6.144620 14.625819 -0.129605</w:t>
        <w:br/>
        <w:t>v 6.142955 14.612577 -0.253329</w:t>
        <w:br/>
        <w:t>v 6.216560 14.499149 -0.389125</w:t>
        <w:br/>
        <w:t>v 6.111484 14.561708 -0.360494</w:t>
        <w:br/>
        <w:t>v 6.191626 14.072987 0.113404</w:t>
        <w:br/>
        <w:t>v 6.111603 14.170229 0.047793</w:t>
        <w:br/>
        <w:t>v 6.146689 14.183556 0.203853</w:t>
        <w:br/>
        <w:t>v 6.273860 13.984948 0.203450</w:t>
        <w:br/>
        <w:t>v 6.238149 14.052171 0.296868</w:t>
        <w:br/>
        <w:t>v 6.134270 14.597778 -0.021240</w:t>
        <w:br/>
        <w:t>v 6.058178 14.475986 -0.406534</w:t>
        <w:br/>
        <w:t>v 6.152551 14.405005 -0.443448</w:t>
        <w:br/>
        <w:t>v 7.021321 13.912208 -0.029833</w:t>
        <w:br/>
        <w:t>v 7.059354 14.016788 -0.045400</w:t>
        <w:br/>
        <w:t>v 7.097597 13.992762 -0.060960</w:t>
        <w:br/>
        <w:t>v 7.063485 13.904587 -0.045545</w:t>
        <w:br/>
        <w:t>v 7.021625 13.832392 -0.069456</w:t>
        <w:br/>
        <w:t>v 7.000921 13.811337 -0.141356</w:t>
        <w:br/>
        <w:t>v 6.919636 13.822417 -0.132414</w:t>
        <w:br/>
        <w:t>v 6.942495 13.838155 -0.049170</w:t>
        <w:br/>
        <w:t>v 7.063485 13.904587 -0.045545</w:t>
        <w:br/>
        <w:t>v 7.021321 13.912208 -0.029833</w:t>
        <w:br/>
        <w:t>v 7.005355 13.929696 -0.018572</w:t>
        <w:br/>
        <w:t>v 7.020102 14.039584 -0.029994</w:t>
        <w:br/>
        <w:t>v 7.008454 13.943861 -0.242737</w:t>
        <w:br/>
        <w:t>v 7.046191 14.043106 -0.221535</w:t>
        <w:br/>
        <w:t>v 6.991146 14.047327 -0.265105</w:t>
        <w:br/>
        <w:t>v 6.987527 13.963641 -0.261791</w:t>
        <w:br/>
        <w:t>v 6.914929 13.873669 -0.241114</w:t>
        <w:br/>
        <w:t>v 6.930486 13.845805 -0.205863</w:t>
        <w:br/>
        <w:t>v 7.008454 13.943861 -0.242737</w:t>
        <w:br/>
        <w:t>v 6.803107 13.905453 0.169583</w:t>
        <w:br/>
        <w:t>v 6.903034 13.881833 0.163955</w:t>
        <w:br/>
        <w:t>v 6.890728 13.844070 0.079393</w:t>
        <w:br/>
        <w:t>v 6.812489 13.860258 0.072394</w:t>
        <w:br/>
        <w:t>v 6.977158 13.853496 0.144860</w:t>
        <w:br/>
        <w:t>v 6.965851 13.822555 0.070065</w:t>
        <w:br/>
        <w:t>v 6.995164 13.913340 -0.013243</w:t>
        <w:br/>
        <w:t>v 7.024606 13.997576 0.022146</w:t>
        <w:br/>
        <w:t>v 6.995164 13.913340 -0.013243</w:t>
        <w:br/>
        <w:t>v 7.005355 13.929696 -0.018572</w:t>
        <w:br/>
        <w:t>v 6.932781 13.862249 -0.018619</w:t>
        <w:br/>
        <w:t>v 6.847913 13.844055 -0.017619</w:t>
        <w:br/>
        <w:t>v 6.916256 13.853176 0.008779</w:t>
        <w:br/>
        <w:t>v 6.912987 14.109503 0.116990</w:t>
        <w:br/>
        <w:t>v 6.825374 14.144497 0.133508</w:t>
        <w:br/>
        <w:t>v 6.953621 14.091192 0.039172</w:t>
        <w:br/>
        <w:t>v 7.026643 14.021468 0.092712</w:t>
        <w:br/>
        <w:t>v 6.978014 14.062002 0.104107</w:t>
        <w:br/>
        <w:t>v 6.991030 14.053085 0.033105</w:t>
        <w:br/>
        <w:t>v 7.129267 13.858426 -0.301900</w:t>
        <w:br/>
        <w:t>v 7.087403 13.791355 -0.307288</w:t>
        <w:br/>
        <w:t>v 6.984245 13.846799 -0.292111</w:t>
        <w:br/>
        <w:t>v 7.043489 13.920221 -0.294760</w:t>
        <w:br/>
        <w:t>v 7.129267 13.858426 -0.301900</w:t>
        <w:br/>
        <w:t>v 7.043489 13.920221 -0.294760</w:t>
        <w:br/>
        <w:t>v 7.060586 13.981605 -0.334352</w:t>
        <w:br/>
        <w:t>v 7.154703 13.908025 -0.340189</w:t>
        <w:br/>
        <w:t>v 7.061457 13.756851 -0.358690</w:t>
        <w:br/>
        <w:t>v 6.955109 13.805904 -0.352229</w:t>
        <w:br/>
        <w:t>v 7.053724 13.997709 -0.399026</w:t>
        <w:br/>
        <w:t>v 7.157387 13.920105 -0.399310</w:t>
        <w:br/>
        <w:t>v 6.991621 13.942201 -0.278141</w:t>
        <w:br/>
        <w:t>v 6.914929 13.873669 -0.241114</w:t>
        <w:br/>
        <w:t>v 6.987527 13.963641 -0.261791</w:t>
        <w:br/>
        <w:t>v 6.888680 13.842716 -0.272623</w:t>
        <w:br/>
        <w:t>v 6.991621 13.942201 -0.278141</w:t>
        <w:br/>
        <w:t>v 7.011409 14.022714 -0.319000</w:t>
        <w:br/>
        <w:t>v 6.904610 14.114836 -0.394807</w:t>
        <w:br/>
        <w:t>v 6.947243 14.109043 -0.283169</w:t>
        <w:br/>
        <w:t>v 6.818316 14.167976 -0.388316</w:t>
        <w:br/>
        <w:t>v 7.100905 13.831067 -0.455453</w:t>
        <w:br/>
        <w:t>v 6.996508 13.890851 -0.456052</w:t>
        <w:br/>
        <w:t>v 6.962132 13.823331 -0.417164</w:t>
        <w:br/>
        <w:t>v 7.070357 13.775228 -0.418547</w:t>
        <w:br/>
        <w:t>v 7.029083 13.962971 -0.448436</w:t>
        <w:br/>
        <w:t>v 6.996508 13.890851 -0.456052</w:t>
        <w:br/>
        <w:t>v 7.100905 13.831067 -0.455453</w:t>
        <w:br/>
        <w:t>v 7.135916 13.889215 -0.446154</w:t>
        <w:br/>
        <w:t>v 6.901924 14.010721 -0.492779</w:t>
        <w:br/>
        <w:t>v 6.895555 13.927584 -0.476772</w:t>
        <w:br/>
        <w:t>v 6.940991 13.909470 -0.464919</w:t>
        <w:br/>
        <w:t>v 6.973841 14.002269 -0.459039</w:t>
        <w:br/>
        <w:t>v 6.831005 13.862043 -0.452569</w:t>
        <w:br/>
        <w:t>v 6.868511 13.840122 -0.424331</w:t>
        <w:br/>
        <w:t>v 6.940991 13.909470 -0.464919</w:t>
        <w:br/>
        <w:t>v 6.855261 14.079762 -0.490404</w:t>
        <w:br/>
        <w:t>v 7.039582 13.809368 -0.520422</w:t>
        <w:br/>
        <w:t>v 6.926094 13.887014 -0.505422</w:t>
        <w:br/>
        <w:t>v 6.942175 13.938105 -0.536598</w:t>
        <w:br/>
        <w:t>v 7.055871 13.850098 -0.551878</w:t>
        <w:br/>
        <w:t>v 7.039582 13.809368 -0.520422</w:t>
        <w:br/>
        <w:t>v 7.007874 13.763893 -0.525616</w:t>
        <w:br/>
        <w:t>v 6.880474 13.837000 -0.506164</w:t>
        <w:br/>
        <w:t>v 6.926094 13.887014 -0.505422</w:t>
        <w:br/>
        <w:t>v 6.986217 13.741098 -0.567491</w:t>
        <w:br/>
        <w:t>v 6.853561 13.816696 -0.553316</w:t>
        <w:br/>
        <w:t>v 6.935143 13.952091 -0.591331</w:t>
        <w:br/>
        <w:t>v 7.054297 13.860577 -0.602983</w:t>
        <w:br/>
        <w:t>v 6.868625 13.914354 -0.486999</w:t>
        <w:br/>
        <w:t>v 6.895555 13.927584 -0.476772</w:t>
        <w:br/>
        <w:t>v 6.887108 13.986135 -0.522070</w:t>
        <w:br/>
        <w:t>v 6.868625 13.914354 -0.486999</w:t>
        <w:br/>
        <w:t>v 6.800344 13.864763 -0.474991</w:t>
        <w:br/>
        <w:t>v 6.764277 13.856667 -0.427532</w:t>
        <w:br/>
        <w:t>v 6.837216 14.034250 -0.578805</w:t>
        <w:br/>
        <w:t>v 6.860971 14.029118 -0.521994</w:t>
        <w:br/>
        <w:t>v 6.800348 14.073051 -0.567810</w:t>
        <w:br/>
        <w:t>v 6.914188 13.926636 -0.637776</w:t>
        <w:br/>
        <w:t>v 6.885350 13.880396 -0.652180</w:t>
        <w:br/>
        <w:t>v 7.009789 13.791933 -0.656974</w:t>
        <w:br/>
        <w:t>v 7.036035 13.836758 -0.644492</w:t>
        <w:br/>
        <w:t>v 6.987466 13.752550 -0.622475</w:t>
        <w:br/>
        <w:t>v 6.857624 13.835936 -0.614949</w:t>
        <w:br/>
        <w:t>v 6.756244 13.898617 -0.605274</w:t>
        <w:br/>
        <w:t>v 6.762093 13.864344 -0.532566</w:t>
        <w:br/>
        <w:t>v 6.682446 13.929482 -0.573920</w:t>
        <w:br/>
        <w:t>v 6.581624 13.976471 -0.515085</w:t>
        <w:br/>
        <w:t>v 6.632122 13.909752 -0.363843</w:t>
        <w:br/>
        <w:t>v 6.703045 13.882883 -0.493593</w:t>
        <w:br/>
        <w:t>v 6.724295 14.131273 -0.536521</w:t>
        <w:br/>
        <w:t>v 6.618401 14.057470 -0.577852</w:t>
        <w:br/>
        <w:t>v 6.705794 13.998129 -0.620836</w:t>
        <w:br/>
        <w:t>v 6.758968 14.051550 -0.607323</w:t>
        <w:br/>
        <w:t>v 6.381947 13.873800 0.303087</w:t>
        <w:br/>
        <w:t>v 6.334055 13.919834 0.266504</w:t>
        <w:br/>
        <w:t>v 6.305215 13.972837 0.345104</w:t>
        <w:br/>
        <w:t>v 6.355514 13.915209 0.371724</w:t>
        <w:br/>
        <w:t>v 6.454236 13.879837 0.248291</w:t>
        <w:br/>
        <w:t>v 6.422870 13.906821 0.205614</w:t>
        <w:br/>
        <w:t>v 6.391499 13.974174 0.413493</w:t>
        <w:br/>
        <w:t>v 6.346919 14.038258 0.386586</w:t>
        <w:br/>
        <w:t>v 6.424328 14.083946 0.381718</w:t>
        <w:br/>
        <w:t>v 6.456611 14.018436 0.408836</w:t>
        <w:br/>
        <w:t>v 6.576499 13.971185 0.326397</w:t>
        <w:br/>
        <w:t>v 6.580909 13.995556 0.275540</w:t>
        <w:br/>
        <w:t>v 6.535592 13.934063 0.221474</w:t>
        <w:br/>
        <w:t>v 6.564818 13.897361 0.291839</w:t>
        <w:br/>
        <w:t>v 6.564788 14.070624 0.306663</w:t>
        <w:br/>
        <w:t>v 6.576499 13.971185 0.326397</w:t>
        <w:br/>
        <w:t>v 6.519142 14.032564 0.364511</w:t>
        <w:br/>
        <w:t>v 6.576499 13.971185 0.326397</w:t>
        <w:br/>
        <w:t>v 6.580909 13.995556 0.275540</w:t>
        <w:br/>
        <w:t>v 6.496140 14.094954 0.346716</w:t>
        <w:br/>
        <w:t>v 6.712440 14.205656 -0.453024</w:t>
        <w:br/>
        <w:t>v 6.602793 14.214941 -0.507741</w:t>
        <w:br/>
        <w:t>v 6.707277 13.893360 0.008061</w:t>
        <w:br/>
        <w:t>v 6.818981 13.844751 -0.117033</w:t>
        <w:br/>
        <w:t>v 6.681690 13.892437 -0.173635</w:t>
        <w:br/>
        <w:t>v 6.644895 14.069784 0.262530</w:t>
        <w:br/>
        <w:t>v 6.674325 14.144457 0.223677</w:t>
        <w:br/>
        <w:t>v 6.766085 14.109327 0.203106</w:t>
        <w:br/>
        <w:t>v 6.725935 14.045012 0.237286</w:t>
        <w:br/>
        <w:t>v 6.701717 13.998045 0.230768</w:t>
        <w:br/>
        <w:t>v 6.624411 14.005009 0.251003</w:t>
        <w:br/>
        <w:t>v 6.685613 13.936853 0.168885</w:t>
        <w:br/>
        <w:t>v 6.594661 13.951403 0.191343</w:t>
        <w:br/>
        <w:t>v 6.624411 14.005009 0.251003</w:t>
        <w:br/>
        <w:t>v 6.701717 13.998045 0.230768</w:t>
        <w:br/>
        <w:t>v 6.773280 13.849525 -0.321235</w:t>
        <w:br/>
        <w:t>v 6.175924 14.175327 -0.277193</w:t>
        <w:br/>
        <w:t>v 6.138783 14.158426 -0.097763</w:t>
        <w:br/>
        <w:t>v 6.295246 14.036409 -0.037411</w:t>
        <w:br/>
        <w:t>v 6.306082 14.077358 -0.264044</w:t>
        <w:br/>
        <w:t>v 6.328886 14.134794 -0.435411</w:t>
        <w:br/>
        <w:t>v 6.247556 14.193708 -0.408485</w:t>
        <w:br/>
        <w:t>v 6.396355 14.199102 -0.509658</w:t>
        <w:br/>
        <w:t>v 6.509035 14.137865 -0.544789</w:t>
        <w:br/>
        <w:t>v 6.451034 14.052120 -0.472074</w:t>
        <w:br/>
        <w:t>v 6.446986 14.000723 -0.302124</w:t>
        <w:br/>
        <w:t>v 6.379704 13.951639 0.112389</w:t>
        <w:br/>
        <w:t>v 6.530886 13.937435 0.070534</w:t>
        <w:br/>
        <w:t>v 6.285025 14.125053 0.339597</w:t>
        <w:br/>
        <w:t>v 6.377408 14.172628 0.328076</w:t>
        <w:br/>
        <w:t>v 6.835225 13.847431 -0.218206</w:t>
        <w:br/>
        <w:t>v 6.978139 14.069153 -0.318871</w:t>
        <w:br/>
        <w:t>v 6.939906 14.044788 -0.461761</w:t>
        <w:br/>
        <w:t>v 6.580909 13.995556 0.275540</w:t>
        <w:br/>
        <w:t>v 6.818501 13.989359 0.220894</w:t>
        <w:br/>
        <w:t>v 6.818501 13.989359 0.220894</w:t>
        <w:br/>
        <w:t>v 6.198798 14.502855 0.068312</w:t>
        <w:br/>
        <w:t>v 6.370223 14.426893 0.086269</w:t>
        <w:br/>
        <w:t>v 6.257378 14.398880 0.174072</w:t>
        <w:br/>
        <w:t>v 6.096677 14.399771 0.148671</w:t>
        <w:br/>
        <w:t>v 6.024271 14.470481 0.096301</w:t>
        <w:br/>
        <w:t>v 6.083874 14.551433 0.058144</w:t>
        <w:br/>
        <w:t>v 6.229332 14.193901 0.277679</w:t>
        <w:br/>
        <w:t>v 6.366517 14.193908 0.314006</w:t>
        <w:br/>
        <w:t>v 6.975370 13.922276 0.183407</w:t>
        <w:br/>
        <w:t>v 6.919538 13.954697 0.199909</w:t>
        <w:br/>
        <w:t>v 6.953984 14.027323 0.168772</w:t>
        <w:br/>
        <w:t>v 7.009346 13.992100 0.152517</w:t>
        <w:br/>
        <w:t>v 6.869761 14.077450 0.184371</w:t>
        <w:br/>
        <w:t>v 6.803197 14.008369 -0.625468</w:t>
        <w:br/>
        <w:t>v 6.766018 13.960468 -0.639846</w:t>
        <w:br/>
        <w:t>v 6.815952 13.927563 -0.648037</w:t>
        <w:br/>
        <w:t>v 6.849795 13.971708 -0.632374</w:t>
        <w:br/>
        <w:t>v 6.975370 13.922276 0.183407</w:t>
        <w:br/>
        <w:t>v 6.601285 13.688179 0.503119</w:t>
        <w:br/>
        <w:t>v 6.620135 13.674177 0.446001</w:t>
        <w:br/>
        <w:t>v 6.556214 13.731417 0.403799</w:t>
        <w:br/>
        <w:t>v 6.532198 13.748149 0.457825</w:t>
        <w:br/>
        <w:t>v 6.668302 13.627659 0.478754</w:t>
        <w:br/>
        <w:t>v 6.649266 13.640929 0.527510</w:t>
        <w:br/>
        <w:t>v 6.706259 13.591512 0.567553</w:t>
        <w:br/>
        <w:t>v 6.726859 13.575257 0.527345</w:t>
        <w:br/>
        <w:t>v 6.601285 13.688179 0.503119</w:t>
        <w:br/>
        <w:t>v 6.607369 13.737397 0.523365</w:t>
        <w:br/>
        <w:t>v 6.625965 13.720741 0.534488</w:t>
        <w:br/>
        <w:t>v 6.662844 13.693035 0.414610</w:t>
        <w:br/>
        <w:t>v 6.605184 13.750750 0.366576</w:t>
        <w:br/>
        <w:t>v 6.764428 13.590651 0.502788</w:t>
        <w:br/>
        <w:t>v 6.707674 13.645050 0.449918</w:t>
        <w:br/>
        <w:t>v 6.834589 13.546096 0.608850</w:t>
        <w:br/>
        <w:t>v 6.808118 13.558451 0.557007</w:t>
        <w:br/>
        <w:t>v 6.774180 13.545035 0.575040</w:t>
        <w:br/>
        <w:t>v 6.800188 13.537273 0.616655</w:t>
        <w:br/>
        <w:t>v 6.842523 13.560238 0.657034</w:t>
        <w:br/>
        <w:t>v 6.845800 13.552440 0.651641</w:t>
        <w:br/>
        <w:t>v 6.827749 13.553679 0.656898</w:t>
        <w:br/>
        <w:t>v 6.551310 13.791903 0.493302</w:t>
        <w:br/>
        <w:t>v 6.446432 13.905626 0.441349</w:t>
        <w:br/>
        <w:t>v 6.500912 13.948301 0.437898</w:t>
        <w:br/>
        <w:t>v 6.595171 13.831302 0.493239</w:t>
        <w:br/>
        <w:t>v 6.355514 13.915209 0.371724</w:t>
        <w:br/>
        <w:t>v 6.305215 13.972837 0.345104</w:t>
        <w:br/>
        <w:t>v 6.766229 13.580953 0.627099</w:t>
        <w:br/>
        <w:t>v 6.800277 13.606474 0.632037</w:t>
        <w:br/>
        <w:t>v 6.812627 13.545870 0.647898</w:t>
        <w:br/>
        <w:t>v 6.650473 13.794856 0.372925</w:t>
        <w:br/>
        <w:t>v 6.664609 13.836244 0.410567</w:t>
        <w:br/>
        <w:t>v 6.719127 13.770601 0.463184</w:t>
        <w:br/>
        <w:t>v 6.704126 13.730894 0.421044</w:t>
        <w:br/>
        <w:t>v 6.719127 13.770601 0.463184</w:t>
        <w:br/>
        <w:t>v 6.712414 13.759099 0.514766</w:t>
        <w:br/>
        <w:t>v 6.699068 13.773512 0.506084</w:t>
        <w:br/>
        <w:t>v 6.835127 13.589962 0.555834</w:t>
        <w:br/>
        <w:t>v 6.852819 13.576228 0.597314</w:t>
        <w:br/>
        <w:t>v 6.551364 13.964126 0.397426</w:t>
        <w:br/>
        <w:t>v 6.638817 13.849566 0.459646</w:t>
        <w:br/>
        <w:t>v 6.842523 13.560238 0.657034</w:t>
        <w:br/>
        <w:t>v 6.851443 13.569684 0.649756</w:t>
        <w:br/>
        <w:t>v 6.797135 13.626518 0.505970</w:t>
        <w:br/>
        <w:t>v 6.745471 13.681714 0.455735</w:t>
        <w:br/>
        <w:t>v 6.664609 13.836244 0.410567</w:t>
        <w:br/>
        <w:t>v 6.507001 13.841788 0.291316</w:t>
        <w:br/>
        <w:t>v 6.445333 13.823659 0.339666</w:t>
        <w:br/>
        <w:t>v 6.532198 13.748149 0.457825</w:t>
        <w:br/>
        <w:t>v 6.419877 13.852880 0.402068</w:t>
        <w:br/>
        <w:t>v 6.759774 13.553353 0.604147</w:t>
        <w:br/>
        <w:t>v 6.806533 13.664180 0.535004</w:t>
        <w:br/>
        <w:t>v 6.759959 13.717954 0.492090</w:t>
        <w:br/>
        <w:t>v 6.677779 13.739378 0.544724</w:t>
        <w:br/>
        <w:t>v 6.663170 13.754833 0.534979</w:t>
        <w:br/>
        <w:t>v 6.638898 13.706541 0.541986</w:t>
        <w:br/>
        <w:t>v 6.842841 13.616312 0.574228</w:t>
        <w:br/>
        <w:t>v 6.806533 13.664180 0.535004</w:t>
        <w:br/>
        <w:t>v 6.842841 13.616312 0.574228</w:t>
        <w:br/>
        <w:t>v 6.827174 13.625934 0.605775</w:t>
        <w:br/>
        <w:t>v 6.785716 13.675906 0.572173</w:t>
        <w:br/>
        <w:t>v 6.856036 13.577188 0.633145</w:t>
        <w:br/>
        <w:t>v 6.845800 13.552440 0.651641</w:t>
        <w:br/>
        <w:t>v 6.851443 13.569684 0.649756</w:t>
        <w:br/>
        <w:t>v 6.717278 13.628748 0.593302</w:t>
        <w:br/>
        <w:t>v 6.766229 13.580953 0.627099</w:t>
        <w:br/>
        <w:t>v 6.759774 13.553353 0.604147</w:t>
        <w:br/>
        <w:t>v 6.706259 13.591512 0.567553</w:t>
        <w:br/>
        <w:t>v 6.852819 13.576228 0.597314</w:t>
        <w:br/>
        <w:t>v 6.856036 13.577188 0.633145</w:t>
        <w:br/>
        <w:t>v 6.812627 13.545870 0.647898</w:t>
        <w:br/>
        <w:t>v 6.800188 13.537273 0.616655</w:t>
        <w:br/>
        <w:t>v 7.051849 13.965080 0.141913</w:t>
        <w:br/>
        <w:t>v 7.022564 13.904861 0.170341</w:t>
        <w:br/>
        <w:t>v 7.022564 13.904861 0.170341</w:t>
        <w:br/>
        <w:t>v 7.241193 13.835042 0.119747</w:t>
        <w:br/>
        <w:t>v 7.299240 13.795301 0.115285</w:t>
        <w:br/>
        <w:t>v 7.289905 13.748056 0.136314</w:t>
        <w:br/>
        <w:t>v 7.209575 13.787247 0.142598</w:t>
        <w:br/>
        <w:t>v 7.065631 13.798915 0.124412</w:t>
        <w:br/>
        <w:t>v 7.100342 13.855481 0.154558</w:t>
        <w:br/>
        <w:t>v 7.209575 13.787247 0.142598</w:t>
        <w:br/>
        <w:t>v 7.175809 13.737577 0.114079</w:t>
        <w:br/>
        <w:t>v 7.518704 13.605771 0.117926</w:t>
        <w:br/>
        <w:t>v 7.495028 13.567603 0.094240</w:t>
        <w:br/>
        <w:t>v 7.363469 13.636720 0.102479</w:t>
        <w:br/>
        <w:t>v 7.394113 13.673041 0.127089</w:t>
        <w:br/>
        <w:t>v 7.053067 13.776022 0.060258</w:t>
        <w:br/>
        <w:t>v 7.163284 13.719564 0.054771</w:t>
        <w:br/>
        <w:t>v 7.351361 13.624421 0.050103</w:t>
        <w:br/>
        <w:t>v 7.485887 13.556738 0.047418</w:t>
        <w:br/>
        <w:t>v 7.677725 13.496753 0.048133</w:t>
        <w:br/>
        <w:t>v 7.679549 13.502195 0.081941</w:t>
        <w:br/>
        <w:t>v 7.725477 13.506578 0.079763</w:t>
        <w:br/>
        <w:t>v 7.728131 13.501505 0.052154</w:t>
        <w:br/>
        <w:t>v 7.752534 13.518898 0.055114</w:t>
        <w:br/>
        <w:t>v 7.725477 13.506578 0.079763</w:t>
        <w:br/>
        <w:t>v 7.744773 13.521361 0.077496</w:t>
        <w:br/>
        <w:t>v 7.066759 13.992866 0.085575</w:t>
        <w:br/>
        <w:t>v 7.563297 13.621105 0.098235</w:t>
        <w:br/>
        <w:t>v 7.576846 13.636208 0.059221</w:t>
        <w:br/>
        <w:t>v 7.646018 13.593482 0.056605</w:t>
        <w:br/>
        <w:t>v 7.640614 13.576556 0.093578</w:t>
        <w:br/>
        <w:t>v 7.034714 13.903103 -0.010959</w:t>
        <w:br/>
        <w:t>v 7.061021 13.967358 0.023256</w:t>
        <w:br/>
        <w:t>v 7.243254 13.847767 0.018422</w:t>
        <w:br/>
        <w:t>v 7.210975 13.804811 -0.011750</w:t>
        <w:br/>
        <w:t>v 7.289127 13.767035 -0.009214</w:t>
        <w:br/>
        <w:t>v 7.300715 13.809273 0.018502</w:t>
        <w:br/>
        <w:t>v 7.179732 13.748250 0.001826</w:t>
        <w:br/>
        <w:t>v 7.251719 13.710812 0.002737</w:t>
        <w:br/>
        <w:t>v 7.289127 13.767035 -0.009214</w:t>
        <w:br/>
        <w:t>v 7.210975 13.804811 -0.011750</w:t>
        <w:br/>
        <w:t>v 7.071509 13.802583 0.000980</w:t>
        <w:br/>
        <w:t>v 7.107561 13.862542 -0.013987</w:t>
        <w:br/>
        <w:t>v 7.107561 13.862542 -0.013987</w:t>
        <w:br/>
        <w:t>v 7.138209 13.915711 0.019518</w:t>
        <w:br/>
        <w:t>v 6.987778 13.842749 0.006618</w:t>
        <w:br/>
        <w:t>v 7.235779 13.683769 0.052400</w:t>
        <w:br/>
        <w:t>v 7.498493 13.579315 0.006142</w:t>
        <w:br/>
        <w:t>v 7.366381 13.648383 0.004378</w:t>
        <w:br/>
        <w:t>v 7.728478 13.515315 0.027040</w:t>
        <w:br/>
        <w:t>v 7.683112 13.513499 0.017945</w:t>
        <w:br/>
        <w:t>v 7.568487 13.631181 0.019859</w:t>
        <w:br/>
        <w:t>v 7.644074 13.586519 0.021769</w:t>
        <w:br/>
        <w:t>v 7.620837 13.548927 0.107176</w:t>
        <w:br/>
        <w:t>v 7.603534 13.522347 0.087510</w:t>
        <w:br/>
        <w:t>v 7.596615 13.513612 0.046542</w:t>
        <w:br/>
        <w:t>v 7.605984 13.534151 0.010289</w:t>
        <w:br/>
        <w:t>v 7.690123 13.520536 0.096558</w:t>
        <w:br/>
        <w:t>v 7.696511 13.535406 0.012946</w:t>
        <w:br/>
        <w:t>v 7.624745 13.565752 0.002488</w:t>
        <w:br/>
        <w:t>v 7.524377 13.623775 -0.004417</w:t>
        <w:br/>
        <w:t>v 7.289905 13.748056 0.136314</w:t>
        <w:br/>
        <w:t>v 7.248055 13.699636 0.108669</w:t>
        <w:br/>
        <w:t>v 7.545354 13.646601 0.019533</w:t>
        <w:br/>
        <w:t>v 7.524377 13.623775 -0.004417</w:t>
        <w:br/>
        <w:t>v 7.424930 13.709229 0.107535</w:t>
        <w:br/>
        <w:t>v 7.520426 13.647526 0.100686</w:t>
        <w:br/>
        <w:t>v 7.518704 13.605771 0.117926</w:t>
        <w:br/>
        <w:t>v 7.394113 13.673041 0.127089</w:t>
        <w:br/>
        <w:t>v 7.532145 13.665442 0.060000</w:t>
        <w:br/>
        <w:t>v 7.440132 13.728071 0.062863</w:t>
        <w:br/>
        <w:t>v 7.428736 13.720874 0.016734</w:t>
        <w:br/>
        <w:t>v 7.397075 13.690784 -0.008625</w:t>
        <w:br/>
        <w:t>v 7.525530 13.658505 0.018159</w:t>
        <w:br/>
        <w:t>v 7.397075 13.690784 -0.008625</w:t>
        <w:br/>
        <w:t>v 7.620837 13.548927 0.107176</w:t>
        <w:br/>
        <w:t>v 7.744773 13.521361 0.077496</w:t>
        <w:br/>
        <w:t>v 7.725477 13.506578 0.079763</w:t>
        <w:br/>
        <w:t>v 7.690123 13.520536 0.096558</w:t>
        <w:br/>
        <w:t>v 7.705736 13.542995 0.086482</w:t>
        <w:br/>
        <w:t>v 7.709280 13.551870 0.027580</w:t>
        <w:br/>
        <w:t>v 7.624745 13.565752 0.002488</w:t>
        <w:br/>
        <w:t>v 7.696511 13.535406 0.012946</w:t>
        <w:br/>
        <w:t>v 7.747645 13.535277 0.056335</w:t>
        <w:br/>
        <w:t>v 7.744773 13.521361 0.077496</w:t>
        <w:br/>
        <w:t>v 7.705736 13.542995 0.086482</w:t>
        <w:br/>
        <w:t>v 7.707191 13.558926 0.056783</w:t>
        <w:br/>
        <w:t>v 7.709280 13.551870 0.027580</w:t>
        <w:br/>
        <w:t>v 7.759514 13.525167 0.044749</w:t>
        <w:br/>
        <w:t>v 7.752534 13.518898 0.055114</w:t>
        <w:br/>
        <w:t>v 7.763018 13.522495 0.056114</w:t>
        <w:br/>
        <w:t>v 7.728478 13.515315 0.027040</w:t>
        <w:br/>
        <w:t>v 7.746958 13.529152 0.033996</w:t>
        <w:br/>
        <w:t>v 7.306270 13.877825 -0.108902</w:t>
        <w:br/>
        <w:t>v 7.354379 13.836304 -0.102934</w:t>
        <w:br/>
        <w:t>v 7.346286 13.781878 -0.081484</w:t>
        <w:br/>
        <w:t>v 7.261358 13.815029 -0.074305</w:t>
        <w:br/>
        <w:t>v 7.111232 13.803783 -0.084813</w:t>
        <w:br/>
        <w:t>v 7.146536 13.868246 -0.061003</w:t>
        <w:br/>
        <w:t>v 7.261358 13.815029 -0.074305</w:t>
        <w:br/>
        <w:t>v 7.230651 13.757975 -0.098404</w:t>
        <w:br/>
        <w:t>v 7.435917 13.653993 -0.117451</w:t>
        <w:br/>
        <w:t>v 7.465059 13.697430 -0.093414</w:t>
        <w:br/>
        <w:t>v 7.612854 13.618205 -0.107379</w:t>
        <w:br/>
        <w:t>v 7.593587 13.575565 -0.130969</w:t>
        <w:br/>
        <w:t>v 7.612854 13.618205 -0.107379</w:t>
        <w:br/>
        <w:t>v 7.662698 13.635717 -0.129589</w:t>
        <w:br/>
        <w:t>v 7.766714 13.580500 -0.138585</w:t>
        <w:br/>
        <w:t>v 7.745407 13.551216 -0.123975</w:t>
        <w:br/>
        <w:t>v 7.497232 13.738401 -0.114957</w:t>
        <w:br/>
        <w:t>v 7.611658 13.665283 -0.125134</w:t>
        <w:br/>
        <w:t>v 7.465059 13.697430 -0.093414</w:t>
        <w:br/>
        <w:t>v 7.217463 13.737606 -0.159545</w:t>
        <w:br/>
        <w:t>v 7.095000 13.782328 -0.150148</w:t>
        <w:br/>
        <w:t>v 7.423242 13.637328 -0.174147</w:t>
        <w:br/>
        <w:t>v 7.582519 13.562461 -0.182294</w:t>
        <w:br/>
        <w:t>v 7.873482 13.496820 -0.185538</w:t>
        <w:br/>
        <w:t>v 7.820825 13.488684 -0.187104</w:t>
        <w:br/>
        <w:t>v 7.824225 13.497072 -0.150748</w:t>
        <w:br/>
        <w:t>v 7.868917 13.502678 -0.156688</w:t>
        <w:br/>
        <w:t>v 7.900795 13.523123 -0.184423</w:t>
        <w:br/>
        <w:t>v 7.898774 13.530502 -0.171828</w:t>
        <w:br/>
        <w:t>v 7.904365 13.531811 -0.184077</w:t>
        <w:br/>
        <w:t>v 7.674596 13.651882 -0.169720</w:t>
        <w:br/>
        <w:t>v 7.766184 13.597734 -0.174894</w:t>
        <w:br/>
        <w:t>v 7.622675 13.683969 -0.166885</w:t>
        <w:br/>
        <w:t>v 7.511477 13.758249 -0.161186</w:t>
        <w:br/>
        <w:t>v 7.305054 13.887352 -0.206519</w:t>
        <w:br/>
        <w:t>v 7.263251 13.830387 -0.234484</w:t>
        <w:br/>
        <w:t>v 7.344170 13.793997 -0.236064</w:t>
        <w:br/>
        <w:t>v 7.355026 13.844725 -0.206828</w:t>
        <w:br/>
        <w:t>v 7.231772 13.769186 -0.217954</w:t>
        <w:br/>
        <w:t>v 7.304940 13.732830 -0.220198</w:t>
        <w:br/>
        <w:t>v 7.344170 13.793997 -0.236064</w:t>
        <w:br/>
        <w:t>v 7.263251 13.830387 -0.234484</w:t>
        <w:br/>
        <w:t>v 7.148091 13.891035 -0.232010</w:t>
        <w:br/>
        <w:t>v 7.111204 13.818159 -0.212796</w:t>
        <w:br/>
        <w:t>v 7.148091 13.891035 -0.232010</w:t>
        <w:br/>
        <w:t>v 7.181618 13.959400 -0.208391</w:t>
        <w:br/>
        <w:t>v 7.763279 13.585505 -0.213940</w:t>
        <w:br/>
        <w:t>v 7.662930 13.643963 -0.212826</w:t>
        <w:br/>
        <w:t>v 7.614503 13.630554 -0.237568</w:t>
        <w:br/>
        <w:t>v 7.739052 13.558399 -0.233205</w:t>
        <w:br/>
        <w:t>v 7.591259 13.583979 -0.225529</w:t>
        <w:br/>
        <w:t>v 7.721842 13.529749 -0.222380</w:t>
        <w:br/>
        <w:t>v 7.739052 13.558399 -0.233205</w:t>
        <w:br/>
        <w:t>v 7.614503 13.630554 -0.237568</w:t>
        <w:br/>
        <w:t>v 7.435484 13.662431 -0.223743</w:t>
        <w:br/>
        <w:t>v 7.465865 13.709764 -0.237883</w:t>
        <w:br/>
        <w:t>v 7.498440 13.746943 -0.210326</w:t>
        <w:br/>
        <w:t>v 7.465865 13.709764 -0.237883</w:t>
        <w:br/>
        <w:t>v 7.613894 13.673931 -0.211966</w:t>
        <w:br/>
        <w:t>v 7.292665 13.704655 -0.165718</w:t>
        <w:br/>
        <w:t>v 7.867738 13.507713 -0.212029</w:t>
        <w:br/>
        <w:t>v 7.820240 13.501369 -0.218129</w:t>
        <w:br/>
        <w:t>v 7.397033 13.815707 -0.208571</w:t>
        <w:br/>
        <w:t>v 7.413762 13.827191 -0.155925</w:t>
        <w:br/>
        <w:t>v 7.306285 13.724123 -0.105979</w:t>
        <w:br/>
        <w:t>v 7.727098 13.524723 -0.141912</w:t>
        <w:br/>
        <w:t>v 7.716895 13.513618 -0.185138</w:t>
        <w:br/>
        <w:t>v 7.745407 13.551216 -0.123975</w:t>
        <w:br/>
        <w:t>v 7.832588 13.515926 -0.139335</w:t>
        <w:br/>
        <w:t>v 7.827995 13.522049 -0.225201</w:t>
        <w:br/>
        <w:t>v 7.346286 13.781878 -0.081484</w:t>
        <w:br/>
        <w:t>v 7.316559 13.891665 -0.150453</w:t>
        <w:br/>
        <w:t>v 7.366663 13.860462 -0.153558</w:t>
        <w:br/>
        <w:t>v 7.766184 13.597734 -0.174894</w:t>
        <w:br/>
        <w:t>v 7.792482 13.582483 -0.176065</w:t>
        <w:br/>
        <w:t>v 7.797218 13.574583 -0.152544</w:t>
        <w:br/>
        <w:t>v 7.795284 13.577475 -0.201291</w:t>
        <w:br/>
        <w:t>v 7.832588 13.515926 -0.139335</w:t>
        <w:br/>
        <w:t>v 7.840528 13.544634 -0.148863</w:t>
        <w:br/>
        <w:t>v 7.885505 13.523945 -0.160281</w:t>
        <w:br/>
        <w:t>v 7.868917 13.502678 -0.156688</w:t>
        <w:br/>
        <w:t>v 7.827995 13.522049 -0.225201</w:t>
        <w:br/>
        <w:t>v 7.839020 13.548912 -0.211943</w:t>
        <w:br/>
        <w:t>v 7.840528 13.544634 -0.148863</w:t>
        <w:br/>
        <w:t>v 7.853116 13.554348 -0.179784</w:t>
        <w:br/>
        <w:t>v 7.898774 13.530502 -0.171828</w:t>
        <w:br/>
        <w:t>v 7.885505 13.523945 -0.160281</w:t>
        <w:br/>
        <w:t>v 7.897691 13.532806 -0.195876</w:t>
        <w:br/>
        <w:t>v 7.904365 13.531811 -0.184077</w:t>
        <w:br/>
        <w:t>v 7.897691 13.532806 -0.195876</w:t>
        <w:br/>
        <w:t>v 7.867738 13.507713 -0.212029</w:t>
        <w:br/>
        <w:t>v 7.885141 13.528393 -0.207173</w:t>
        <w:br/>
        <w:t>v 7.248152 13.846001 -0.347507</w:t>
        <w:br/>
        <w:t>v 7.308143 13.808488 -0.353654</w:t>
        <w:br/>
        <w:t>v 7.310001 13.760670 -0.322576</w:t>
        <w:br/>
        <w:t>v 7.225616 13.800252 -0.312409</w:t>
        <w:br/>
        <w:t>v 7.225616 13.800252 -0.312409</w:t>
        <w:br/>
        <w:t>v 7.189444 13.739804 -0.319518</w:t>
        <w:br/>
        <w:t>v 7.270402 13.699848 -0.329417</w:t>
        <w:br/>
        <w:t>v 7.310001 13.760670 -0.322576</w:t>
        <w:br/>
        <w:t>v 7.446290 13.664839 -0.333902</w:t>
        <w:br/>
        <w:t>v 7.417886 13.618699 -0.343738</w:t>
        <w:br/>
        <w:t>v 7.587319 13.588657 -0.351359</w:t>
        <w:br/>
        <w:t>v 7.564413 13.542929 -0.359387</w:t>
        <w:br/>
        <w:t>v 7.470496 13.699066 -0.366691</w:t>
        <w:br/>
        <w:t>v 7.583956 13.625485 -0.378545</w:t>
        <w:br/>
        <w:t>v 7.587319 13.588657 -0.351359</w:t>
        <w:br/>
        <w:t>v 7.446290 13.664839 -0.333902</w:t>
        <w:br/>
        <w:t>v 7.356460 13.776696 -0.357295</w:t>
        <w:br/>
        <w:t>v 7.166638 13.707063 -0.367284</w:t>
        <w:br/>
        <w:t>v 7.248547 13.667936 -0.375067</w:t>
        <w:br/>
        <w:t>v 7.399236 13.590860 -0.386903</w:t>
        <w:br/>
        <w:t>v 7.547536 13.519434 -0.399620</w:t>
        <w:br/>
        <w:t>v 7.740602 13.473619 -0.391136</w:t>
        <w:br/>
        <w:t>v 7.784736 13.478933 -0.401399</w:t>
        <w:br/>
        <w:t>v 7.794878 13.467294 -0.434667</w:t>
        <w:br/>
        <w:t>v 7.732670 13.458553 -0.421878</w:t>
        <w:br/>
        <w:t>v 7.818123 13.486666 -0.441506</w:t>
        <w:br/>
        <w:t>v 7.817240 13.494930 -0.430433</w:t>
        <w:br/>
        <w:t>v 7.820124 13.493241 -0.442401</w:t>
        <w:br/>
        <w:t>v 7.586458 13.631594 -0.425812</w:t>
        <w:br/>
        <w:t>v 7.474862 13.705858 -0.418253</w:t>
        <w:br/>
        <w:t>v 7.361785 13.782180 -0.410707</w:t>
        <w:br/>
        <w:t>v 7.250024 13.856298 -0.403897</w:t>
        <w:br/>
        <w:t>v 7.308764 13.817191 -0.407775</w:t>
        <w:br/>
        <w:t>v 7.700114 13.557527 -0.393183</w:t>
        <w:br/>
        <w:t>v 7.629023 13.597676 -0.384223</w:t>
        <w:br/>
        <w:t>v 7.632822 13.602078 -0.429529</w:t>
        <w:br/>
        <w:t>v 7.691778 13.566555 -0.433560</w:t>
        <w:br/>
        <w:t>v 7.230891 13.827806 -0.449730</w:t>
        <w:br/>
        <w:t>v 7.199221 13.774838 -0.461332</w:t>
        <w:br/>
        <w:t>v 7.283514 13.735016 -0.467421</w:t>
        <w:br/>
        <w:t>v 7.291259 13.790192 -0.452558</w:t>
        <w:br/>
        <w:t>v 7.172858 13.724277 -0.427020</w:t>
        <w:br/>
        <w:t>v 7.253560 13.682310 -0.433003</w:t>
        <w:br/>
        <w:t>v 7.283514 13.735016 -0.467421</w:t>
        <w:br/>
        <w:t>v 7.199221 13.774838 -0.461332</w:t>
        <w:br/>
        <w:t>v 7.456370 13.683218 -0.459565</w:t>
        <w:br/>
        <w:t>v 7.425618 13.642019 -0.470790</w:t>
        <w:br/>
        <w:t>v 7.569183 13.566198 -0.476353</w:t>
        <w:br/>
        <w:t>v 7.572526 13.610485 -0.463977</w:t>
        <w:br/>
        <w:t>v 7.402995 13.602231 -0.440840</w:t>
        <w:br/>
        <w:t>v 7.547972 13.527517 -0.448175</w:t>
        <w:br/>
        <w:t>v 7.569183 13.566198 -0.476353</w:t>
        <w:br/>
        <w:t>v 7.425618 13.642019 -0.470790</w:t>
        <w:br/>
        <w:t>v 7.339469 13.759097 -0.454479</w:t>
        <w:br/>
        <w:t>v 7.774335 13.464248 -0.463072</w:t>
        <w:br/>
        <w:t>v 7.728817 13.461108 -0.455617</w:t>
        <w:br/>
        <w:t>v 7.616329 13.583448 -0.465822</w:t>
        <w:br/>
        <w:t>v 7.685561 13.543405 -0.467684</w:t>
        <w:br/>
        <w:t>v 7.683978 13.530444 -0.366481</w:t>
        <w:br/>
        <w:t>v 7.665894 13.499265 -0.374455</w:t>
        <w:br/>
        <w:t>v 7.649551 13.479803 -0.409903</w:t>
        <w:br/>
        <w:t>v 7.647902 13.486336 -0.451701</w:t>
        <w:br/>
        <w:t>v 7.753958 13.495803 -0.384817</w:t>
        <w:br/>
        <w:t>v 7.737833 13.477343 -0.472067</w:t>
        <w:br/>
        <w:t>v 7.662120 13.510613 -0.474518</w:t>
        <w:br/>
        <w:t>v 7.662120 13.510613 -0.474518</w:t>
        <w:br/>
        <w:t>v 7.683978 13.530444 -0.366481</w:t>
        <w:br/>
        <w:t>v 7.714502 13.541497 -0.457160</w:t>
        <w:br/>
        <w:t>v 7.765560 13.518981 -0.404814</w:t>
        <w:br/>
        <w:t>v 7.753958 13.495803 -0.384817</w:t>
        <w:br/>
        <w:t>v 7.753364 13.506914 -0.466851</w:t>
        <w:br/>
        <w:t>v 7.737833 13.477343 -0.472067</w:t>
        <w:br/>
        <w:t>v 7.765560 13.518981 -0.404814</w:t>
        <w:br/>
        <w:t>v 7.773019 13.520640 -0.438745</w:t>
        <w:br/>
        <w:t>v 7.817240 13.494930 -0.430433</w:t>
        <w:br/>
        <w:t>v 7.809106 13.490110 -0.418975</w:t>
        <w:br/>
        <w:t>v 7.820124 13.493241 -0.442401</w:t>
        <w:br/>
        <w:t>v 7.813162 13.491077 -0.452812</w:t>
        <w:br/>
        <w:t>v 7.774335 13.464248 -0.463072</w:t>
        <w:br/>
        <w:t>v 7.800863 13.481997 -0.459956</w:t>
        <w:br/>
        <w:t>v 7.121839 13.802338 -0.564387</w:t>
        <w:br/>
        <w:t>v 7.118699 13.762918 -0.535450</w:t>
        <w:br/>
        <w:t>v 7.296897 13.631895 -0.561372</w:t>
        <w:br/>
        <w:t>v 7.271964 13.595247 -0.564321</w:t>
        <w:br/>
        <w:t>v 7.168467 13.659572 -0.548878</w:t>
        <w:br/>
        <w:t>v 7.198132 13.696649 -0.545900</w:t>
        <w:br/>
        <w:t>v 7.221193 13.722152 -0.577449</w:t>
        <w:br/>
        <w:t>v 7.294405 13.664571 -0.586326</w:t>
        <w:br/>
        <w:t>v 7.296897 13.631895 -0.561372</w:t>
        <w:br/>
        <w:t>v 7.198132 13.696649 -0.545900</w:t>
        <w:br/>
        <w:t>v 7.078811 13.719555 -0.536206</w:t>
        <w:br/>
        <w:t>v 7.149385 13.636016 -0.585694</w:t>
        <w:br/>
        <w:t>v 7.058267 13.696621 -0.575459</w:t>
        <w:br/>
        <w:t>v 7.255785 13.575107 -0.597799</w:t>
        <w:br/>
        <w:t>v 7.425819 13.524932 -0.597155</w:t>
        <w:br/>
        <w:t>v 7.460194 13.526182 -0.609098</w:t>
        <w:br/>
        <w:t>v 7.465440 13.516369 -0.634401</w:t>
        <w:br/>
        <w:t>v 7.417396 13.511207 -0.621264</w:t>
        <w:br/>
        <w:t>v 7.488370 13.532151 -0.643515</w:t>
        <w:br/>
        <w:t>v 7.488178 13.540438 -0.635006</w:t>
        <w:br/>
        <w:t>v 7.489281 13.538074 -0.644647</w:t>
        <w:br/>
        <w:t>v 7.293895 13.667814 -0.626030</w:t>
        <w:br/>
        <w:t>v 7.223747 13.725657 -0.621698</w:t>
        <w:br/>
        <w:t>v 7.393197 13.599623 -0.601836</w:t>
        <w:br/>
        <w:t>v 7.331466 13.638567 -0.591314</w:t>
        <w:br/>
        <w:t>v 7.332960 13.639742 -0.628869</w:t>
        <w:br/>
        <w:t>v 7.383673 13.606588 -0.633444</w:t>
        <w:br/>
        <w:t>v 7.089742 13.740019 -0.662230</w:t>
        <w:br/>
        <w:t>v 7.101945 13.787889 -0.650067</w:t>
        <w:br/>
        <w:t>v 7.059647 13.703032 -0.627053</w:t>
        <w:br/>
        <w:t>v 7.202437 13.705519 -0.656140</w:t>
        <w:br/>
        <w:t>v 7.170825 13.670644 -0.662633</w:t>
        <w:br/>
        <w:t>v 7.271719 13.609350 -0.665218</w:t>
        <w:br/>
        <w:t>v 7.277356 13.649309 -0.657093</w:t>
        <w:br/>
        <w:t>v 7.150572 13.641724 -0.632980</w:t>
        <w:br/>
        <w:t>v 7.255279 13.579616 -0.638520</w:t>
        <w:br/>
        <w:t>v 7.139085 13.758178 -0.653242</w:t>
        <w:br/>
        <w:t>v 7.448839 13.513381 -0.655343</w:t>
        <w:br/>
        <w:t>v 7.412158 13.511352 -0.648887</w:t>
        <w:br/>
        <w:t>v 7.163268 13.777893 -0.616484</w:t>
        <w:br/>
        <w:t>v 7.315647 13.623295 -0.657800</w:t>
        <w:br/>
        <w:t>v 7.377569 13.585353 -0.659178</w:t>
        <w:br/>
        <w:t>v 7.379676 13.576112 -0.577885</w:t>
        <w:br/>
        <w:t>v 7.360694 13.549258 -0.581376</w:t>
        <w:br/>
        <w:t>v 7.347073 13.531683 -0.608740</w:t>
        <w:br/>
        <w:t>v 7.345150 13.534817 -0.643048</w:t>
        <w:br/>
        <w:t>v 7.158780 13.774411 -0.570373</w:t>
        <w:br/>
        <w:t>v 7.118699 13.762918 -0.535450</w:t>
        <w:br/>
        <w:t>v 7.439315 13.543161 -0.594259</w:t>
        <w:br/>
        <w:t>v 7.419826 13.524532 -0.662229</w:t>
        <w:br/>
        <w:t>v 7.356106 13.554942 -0.662906</w:t>
        <w:br/>
        <w:t>v 7.379676 13.576112 -0.577885</w:t>
        <w:br/>
        <w:t>v 7.410146 13.593221 -0.616690</w:t>
        <w:br/>
        <w:t>v 7.435781 13.550740 -0.660629</w:t>
        <w:br/>
        <w:t>v 7.451620 13.564288 -0.640651</w:t>
        <w:br/>
        <w:t>v 7.400539 13.584406 -0.652305</w:t>
        <w:br/>
        <w:t>v 7.439315 13.543161 -0.594259</w:t>
        <w:br/>
        <w:t>v 7.448389 13.563339 -0.612783</w:t>
        <w:br/>
        <w:t>v 7.481481 13.536595 -0.623988</w:t>
        <w:br/>
        <w:t>v 7.460194 13.526182 -0.609098</w:t>
        <w:br/>
        <w:t>v 7.435781 13.550740 -0.660629</w:t>
        <w:br/>
        <w:t>v 7.448389 13.563339 -0.612783</w:t>
        <w:br/>
        <w:t>v 7.451620 13.564288 -0.640651</w:t>
        <w:br/>
        <w:t>v 7.488178 13.540438 -0.635006</w:t>
        <w:br/>
        <w:t>v 7.481481 13.536595 -0.623988</w:t>
        <w:br/>
        <w:t>v 7.489281 13.538074 -0.644647</w:t>
        <w:br/>
        <w:t>v 7.483934 13.535632 -0.652606</w:t>
        <w:br/>
        <w:t>v 7.448839 13.513381 -0.655343</w:t>
        <w:br/>
        <w:t>v 7.473948 13.527295 -0.656828</w:t>
        <w:br/>
        <w:t>v 6.919538 13.954697 0.199909</w:t>
        <w:br/>
        <w:t>v 6.238149 14.052171 0.296868</w:t>
        <w:br/>
        <w:t>v 6.479009 13.968950 -0.111963</w:t>
        <w:br/>
        <w:t>v 6.146689 14.183556 0.203853</w:t>
        <w:br/>
        <w:t>v 6.214704 14.215288 -0.418102</w:t>
        <w:br/>
        <w:t>v 6.261809 14.321062 -0.486011</w:t>
        <w:br/>
        <w:t>v 6.093290 14.300028 -0.380838</w:t>
        <w:br/>
        <w:t>v 6.336506 14.425982 -0.427598</w:t>
        <w:br/>
        <w:t>v 6.385380 14.478836 -0.289091</w:t>
        <w:br/>
        <w:t>v 6.392050 14.481041 -0.104876</w:t>
        <w:br/>
        <w:t>v 6.872050 14.218361 -0.134680</w:t>
        <w:br/>
        <w:t>v 6.845018 14.211979 0.021678</w:t>
        <w:br/>
        <w:t>v 6.733395 14.277739 0.034170</w:t>
        <w:br/>
        <w:t>v 6.730072 14.304461 -0.136284</w:t>
        <w:br/>
        <w:t>v 6.964112 14.071416 -0.398434</w:t>
        <w:br/>
        <w:t>v 6.419877 13.852880 0.402068</w:t>
        <w:br/>
        <w:t>v 7.255431 13.858240 0.070240</w:t>
        <w:br/>
        <w:t>v 7.133197 13.909585 0.128810</w:t>
        <w:br/>
        <w:t>v 7.148901 13.934156 0.076482</w:t>
        <w:br/>
        <w:t>v 7.100342 13.855481 0.154558</w:t>
        <w:br/>
        <w:t>v 7.146536 13.868246 -0.061003</w:t>
        <w:br/>
        <w:t>v 7.181694 13.946846 -0.081147</w:t>
        <w:br/>
        <w:t>v 7.397820 13.807502 -0.106144</w:t>
        <w:br/>
        <w:t>v 7.311613 13.817203 0.067769</w:t>
        <w:br/>
        <w:t>v 7.121650 13.810917 -0.611465</w:t>
        <w:br/>
        <w:t>v 6.683616 13.791893 0.493289</w:t>
        <w:br/>
        <w:t>v 6.644248 13.774737 0.522839</w:t>
        <w:br/>
        <w:t>v 7.024531 14.098648 -0.227661</w:t>
        <w:br/>
        <w:t>v 6.981127 14.149208 -0.126864</w:t>
        <w:br/>
        <w:t>v 6.958304 14.137392 -0.269615</w:t>
        <w:br/>
        <w:t>v 7.003105 14.034760 -0.397877</w:t>
        <w:br/>
        <w:t>v 6.875649 13.998760 -0.584478</w:t>
        <w:br/>
        <w:t>v 6.076265 14.232445 0.166175</w:t>
        <w:br/>
        <w:t>v 6.029553 14.306660 0.115150</w:t>
        <w:br/>
        <w:t>v 6.144415 14.328476 0.211735</w:t>
        <w:br/>
        <w:t>v 6.580909 13.995556 0.275540</w:t>
        <w:br/>
        <w:t>v 7.094477 14.012060 -0.209808</w:t>
        <w:br/>
        <w:t>v 7.058005 13.934473 -0.233816</w:t>
        <w:br/>
        <w:t>v 6.683656 14.165380 0.199743</w:t>
        <w:br/>
        <w:t>v 6.583209 14.181049 0.255218</w:t>
        <w:br/>
        <w:t>v 6.470766 14.188707 0.291362</w:t>
        <w:br/>
        <w:t>v 7.809106 13.490110 -0.418975</w:t>
        <w:br/>
        <w:t>v 7.784736 13.478933 -0.401399</w:t>
        <w:br/>
        <w:t>v 7.460194 13.526182 -0.609098</w:t>
        <w:br/>
        <w:t>v 7.481481 13.536595 -0.623988</w:t>
        <w:br/>
        <w:t>v 7.465440 13.516369 -0.634401</w:t>
        <w:br/>
        <w:t>v 7.473948 13.527295 -0.656828</w:t>
        <w:br/>
        <w:t>v 7.448839 13.513381 -0.655343</w:t>
        <w:br/>
        <w:t>v 7.784736 13.478933 -0.401399</w:t>
        <w:br/>
        <w:t>v 7.809106 13.490110 -0.418975</w:t>
        <w:br/>
        <w:t>v 7.794878 13.467294 -0.434667</w:t>
        <w:br/>
        <w:t>v 7.800863 13.481997 -0.459956</w:t>
        <w:br/>
        <w:t>v 7.774335 13.464248 -0.463072</w:t>
        <w:br/>
        <w:t>v 7.323328 13.779606 0.113807</w:t>
        <w:br/>
        <w:t>v 7.338376 13.798267 0.066872</w:t>
        <w:br/>
        <w:t>v 7.326082 13.792681 0.018749</w:t>
        <w:br/>
        <w:t>v 7.343691 13.778977 0.017879</w:t>
        <w:br/>
        <w:t>v 7.358812 13.784417 0.066059</w:t>
        <w:br/>
        <w:t>v 7.341006 13.766895 0.113234</w:t>
        <w:br/>
        <w:t>v 7.539316 13.636415 0.099484</w:t>
        <w:br/>
        <w:t>v 7.552302 13.652029 0.059878</w:t>
        <w:br/>
        <w:t>v 7.379290 13.821819 -0.105044</w:t>
        <w:br/>
        <w:t>v 7.392656 13.842756 -0.154910</w:t>
        <w:br/>
        <w:t>v 7.379008 13.829725 -0.207490</w:t>
        <w:br/>
        <w:t>v 7.632238 13.653819 -0.127198</w:t>
        <w:br/>
        <w:t>v 7.644357 13.670305 -0.168024</w:t>
        <w:br/>
        <w:t>v 7.634328 13.662351 -0.212044</w:t>
        <w:br/>
        <w:t>v 7.334836 13.792360 -0.356456</w:t>
        <w:br/>
        <w:t>v 7.337787 13.798294 -0.409491</w:t>
        <w:br/>
        <w:t>v 7.318107 13.774254 -0.453525</w:t>
        <w:br/>
        <w:t>v 7.605451 13.612535 -0.381854</w:t>
        <w:br/>
        <w:t>v 7.608963 13.617072 -0.427852</w:t>
        <w:br/>
        <w:t>v 7.593553 13.598251 -0.464858</w:t>
        <w:br/>
        <w:t>v 7.143931 13.787304 -0.568869</w:t>
        <w:br/>
        <w:t>v 7.146386 13.791992 -0.614514</w:t>
        <w:br/>
        <w:t>v 7.124589 13.771475 -0.652021</w:t>
        <w:br/>
        <w:t>v 7.312085 13.652460 -0.588859</w:t>
        <w:br/>
        <w:t>v 7.312962 13.653739 -0.627228</w:t>
        <w:br/>
        <w:t>v 7.296034 13.637209 -0.657261</w:t>
        <w:br/>
        <w:t>v 6.649266 13.640929 0.527510</w:t>
        <w:br/>
        <w:t>v 6.668796 13.675926 0.560048</w:t>
        <w:br/>
        <w:t>v 6.704656 13.709884 0.562731</w:t>
        <w:br/>
        <w:t>v 6.746036 13.666129 0.591573</w:t>
        <w:br/>
        <w:t>v 6.740954 13.725950 0.535842</w:t>
        <w:br/>
        <w:t>v 6.759959 13.717954 0.492090</w:t>
        <w:br/>
        <w:t>v 7.007869 14.074741 -0.248379</w:t>
        <w:br/>
        <w:t>v 6.932781 13.862249 -0.018619</w:t>
        <w:br/>
        <w:t>v 7.005355 13.929696 -0.018572</w:t>
        <w:br/>
        <w:t>v 7.014638 13.846378 -0.207458</w:t>
        <w:br/>
        <w:t>v 6.864388 13.826739 -0.342626</w:t>
        <w:br/>
        <w:t>v 7.058005 13.934473 -0.233816</w:t>
        <w:br/>
        <w:t>v 7.034714 13.903103 -0.010959</w:t>
        <w:br/>
        <w:t>v 6.800344 13.864763 -0.474991</w:t>
        <w:br/>
        <w:t>v 6.573735 14.350239 0.052764</w:t>
        <w:br/>
        <w:t>v 6.586959 14.274002 0.186067</w:t>
        <w:br/>
        <w:t>v 6.436643 14.311424 0.222381</w:t>
        <w:br/>
        <w:t>v 5.968487 14.332364 -0.241998</w:t>
        <w:br/>
        <w:t>v 5.955565 14.319657 -0.122391</w:t>
        <w:br/>
        <w:t>v 6.045529 14.225039 -0.110272</w:t>
        <w:br/>
        <w:t>v 6.063261 14.237606 -0.248295</w:t>
        <w:br/>
        <w:t>v 5.952295 14.337521 -0.014599</w:t>
        <w:br/>
        <w:t>v 6.023502 14.243677 0.012607</w:t>
        <w:br/>
        <w:t>v 6.001379 14.385710 -0.352238</w:t>
        <w:br/>
        <w:t>v 5.969929 14.388309 0.066932</w:t>
        <w:br/>
        <w:t>v 5.969929 14.388309 0.066932</w:t>
        <w:br/>
        <w:t>v 6.029553 14.306660 0.115150</w:t>
        <w:br/>
        <w:t>v 6.470813 14.333179 -0.473956</w:t>
        <w:br/>
        <w:t>v 6.539482 14.387518 -0.322934</w:t>
        <w:br/>
        <w:t>v 6.565107 14.392622 -0.120871</w:t>
        <w:br/>
        <w:t>v 6.689089 14.292316 -0.354278</w:t>
        <w:br/>
        <w:t>v 6.713452 14.227396 0.162545</w:t>
        <w:br/>
        <w:t>v 6.317321 14.302509 0.266222</w:t>
        <w:br/>
        <w:t>v 6.987527 13.963641 -0.261791</w:t>
        <w:br/>
        <w:t>v 6.868625 13.914354 -0.486999</w:t>
        <w:br/>
        <w:t>v 6.895555 13.927584 -0.476772</w:t>
        <w:br/>
        <w:t>v 6.916256 13.853176 0.008779</w:t>
        <w:br/>
        <w:t>v 7.757806 13.521441 0.067073</w:t>
        <w:br/>
        <w:t>v 7.744773 13.521361 0.077496</w:t>
        <w:br/>
        <w:t>v 7.757806 13.521441 0.067073</w:t>
        <w:br/>
        <w:t>v 7.759514 13.525167 0.044749</w:t>
        <w:br/>
        <w:t>v 7.746958 13.529152 0.033996</w:t>
        <w:br/>
        <w:t>v 7.763018 13.522495 0.056114</w:t>
        <w:br/>
        <w:t>v 7.746958 13.529152 0.033996</w:t>
        <w:br/>
        <w:t>v 7.672900 13.577465 0.034037</w:t>
        <w:br/>
        <w:t>v 7.672900 13.577465 0.034037</w:t>
        <w:br/>
        <w:t>v 7.669976 13.579467 0.056180</w:t>
        <w:br/>
        <w:t>v 7.669094 13.572546 0.079929</w:t>
        <w:br/>
        <w:t>v 7.669094 13.572546 0.079929</w:t>
        <w:br/>
        <w:t>v 7.646018 13.593482 0.056605</w:t>
        <w:br/>
        <w:t>v 7.728131 13.501505 0.052154</w:t>
        <w:br/>
        <w:t>v 7.795284 13.577475 -0.201291</w:t>
        <w:br/>
        <w:t>v 7.839020 13.548912 -0.211943</w:t>
        <w:br/>
        <w:t>v 7.797218 13.574583 -0.152544</w:t>
        <w:br/>
        <w:t>v 7.900795 13.523123 -0.184423</w:t>
        <w:br/>
        <w:t>v 7.885505 13.523945 -0.160281</w:t>
        <w:br/>
        <w:t>v 7.873482 13.496820 -0.185538</w:t>
        <w:br/>
        <w:t>v 7.885141 13.528393 -0.207173</w:t>
        <w:br/>
        <w:t>v 7.885505 13.523945 -0.160281</w:t>
        <w:br/>
        <w:t>v 7.885141 13.528393 -0.207173</w:t>
        <w:br/>
        <w:t>v 7.714502 13.541497 -0.457160</w:t>
        <w:br/>
        <w:t>v 7.753364 13.506914 -0.466851</w:t>
        <w:br/>
        <w:t>v 7.691778 13.566555 -0.433560</w:t>
        <w:br/>
        <w:t>v 7.716419 13.551935 -0.434844</w:t>
        <w:br/>
        <w:t>v 7.724146 13.549716 -0.411077</w:t>
        <w:br/>
        <w:t>v 7.724146 13.549716 -0.411077</w:t>
        <w:br/>
        <w:t>v 7.800863 13.481997 -0.459956</w:t>
        <w:br/>
        <w:t>v 7.818123 13.486666 -0.441506</w:t>
        <w:br/>
        <w:t>v 7.813162 13.491077 -0.452812</w:t>
        <w:br/>
        <w:t>v 7.800863 13.481997 -0.459956</w:t>
        <w:br/>
        <w:t>v 7.809106 13.490110 -0.418975</w:t>
        <w:br/>
        <w:t>v 7.383673 13.606588 -0.633444</w:t>
        <w:br/>
        <w:t>v 7.401429 13.595204 -0.635045</w:t>
        <w:br/>
        <w:t>v 7.400539 13.584406 -0.652305</w:t>
        <w:br/>
        <w:t>v 7.410146 13.593221 -0.616690</w:t>
        <w:br/>
        <w:t>v 7.473948 13.527295 -0.656828</w:t>
        <w:br/>
        <w:t>v 7.488370 13.532151 -0.643515</w:t>
        <w:br/>
        <w:t>v 7.483934 13.535632 -0.652606</w:t>
        <w:br/>
        <w:t>v 6.786963 13.657940 0.593882</w:t>
        <w:br/>
        <w:t>v 6.827174 13.625934 0.605775</w:t>
        <w:br/>
        <w:t>v 6.786963 13.657940 0.593882</w:t>
        <w:br/>
        <w:t>v 6.761227 13.649477 0.602615</w:t>
        <w:br/>
        <w:t>v 6.743650 13.626734 0.608796</w:t>
        <w:br/>
        <w:t>v 6.743650 13.626734 0.608796</w:t>
        <w:br/>
        <w:t>v 6.746036 13.666129 0.591573</w:t>
        <w:br/>
        <w:t>v 6.856036 13.577188 0.633145</w:t>
        <w:br/>
        <w:t>v 6.845800 13.552440 0.651641</w:t>
        <w:br/>
        <w:t>v 6.834589 13.546096 0.608850</w:t>
        <w:br/>
        <w:t>v 6.845800 13.552440 0.651641</w:t>
        <w:br/>
        <w:t>v 6.812627 13.545870 0.647898</w:t>
        <w:br/>
        <w:t>v 5.753976 14.876406 -0.155451</w:t>
        <w:br/>
        <w:t>v 5.755926 14.870407 -0.247981</w:t>
        <w:br/>
        <w:t>v 5.730135 14.845312 -0.049088</w:t>
        <w:br/>
        <w:t>v 5.699390 14.801519 0.005483</w:t>
        <w:br/>
        <w:t>v 6.715477 14.236477 -0.439415</w:t>
        <w:br/>
        <w:t>v 6.603963 14.245533 -0.506139</w:t>
        <w:br/>
        <w:t>v 6.602793 14.214941 -0.507741</w:t>
        <w:br/>
        <w:t>v 6.712440 14.205656 -0.453024</w:t>
        <w:br/>
        <w:t>v 6.823764 14.200361 -0.370187</w:t>
        <w:br/>
        <w:t>v 6.818316 14.167976 -0.388316</w:t>
        <w:br/>
        <w:t>v 6.947243 14.109043 -0.283169</w:t>
        <w:br/>
        <w:t>v 7.007869 14.074741 -0.248379</w:t>
        <w:br/>
        <w:t>v 7.306026 13.925695 -0.147493</w:t>
        <w:br/>
        <w:t>v 7.316559 13.891665 -0.150453</w:t>
        <w:br/>
        <w:t>v 7.306270 13.877825 -0.108902</w:t>
        <w:br/>
        <w:t>v 7.305298 13.915781 -0.116301</w:t>
        <w:br/>
        <w:t>v 7.299224 13.924992 -0.193330</w:t>
        <w:br/>
        <w:t>v 7.305054 13.887352 -0.206519</w:t>
        <w:br/>
        <w:t>v 7.194574 13.987530 -0.195930</w:t>
        <w:br/>
        <w:t>v 7.181618 13.959400 -0.208391</w:t>
        <w:br/>
        <w:t>v 7.299224 13.924992 -0.193330</w:t>
        <w:br/>
        <w:t>v 7.112847 14.038637 -0.193132</w:t>
        <w:br/>
        <w:t>v 7.094477 14.012060 -0.209808</w:t>
        <w:br/>
        <w:t>v 7.052462 14.071927 -0.036085</w:t>
        <w:br/>
        <w:t>v 7.020102 14.039584 -0.029994</w:t>
        <w:br/>
        <w:t>v 6.953621 14.091192 0.039172</w:t>
        <w:br/>
        <w:t>v 6.959710 14.122051 0.020096</w:t>
        <w:br/>
        <w:t>v 7.092581 14.041698 -0.061476</w:t>
        <w:br/>
        <w:t>v 7.059354 14.016788 -0.045400</w:t>
        <w:br/>
        <w:t>v 7.126671 14.020214 -0.075638</w:t>
        <w:br/>
        <w:t>v 7.097597 13.992762 -0.060960</w:t>
        <w:br/>
        <w:t>v 7.192071 13.981030 -0.095437</w:t>
        <w:br/>
        <w:t>v 7.181694 13.946846 -0.081147</w:t>
        <w:br/>
        <w:t>v 5.678368 14.738008 -0.395227</w:t>
        <w:br/>
        <w:t>v 5.626346 14.650015 -0.353544</w:t>
        <w:br/>
        <w:t>v 5.726736 14.828403 -0.348211</w:t>
        <w:br/>
        <w:t>v 5.583949 14.586590 -0.148261</w:t>
        <w:br/>
        <w:t>v 5.587155 14.601995 -0.048455</w:t>
        <w:br/>
        <w:t>v 5.594564 14.598007 -0.259732</w:t>
        <w:br/>
        <w:t>v 5.651591 14.729572 0.042155</w:t>
        <w:br/>
        <w:t>v 6.953621 14.091192 0.039172</w:t>
        <w:br/>
        <w:t>v 6.825374 14.144497 0.133508</w:t>
        <w:br/>
        <w:t>v 6.824753 14.180182 0.118959</w:t>
        <w:br/>
        <w:t>v 6.683656 14.165380 0.199743</w:t>
        <w:br/>
        <w:t>v 6.696854 14.210611 0.197770</w:t>
        <w:br/>
        <w:t>v 5.607951 14.646468 0.021916</w:t>
        <w:br/>
        <w:t>v 5.607951 14.646468 0.021916</w:t>
        <w:br/>
        <w:t>v 6.075069 14.182224 0.045935</w:t>
        <w:br/>
        <w:t>v 6.111603 14.170229 0.047793</w:t>
        <w:br/>
        <w:t>v 6.138783 14.158426 -0.097763</w:t>
        <w:br/>
        <w:t>v 6.094802 14.168316 -0.103468</w:t>
        <w:br/>
        <w:t>v 6.113362 14.214453 0.198732</w:t>
        <w:br/>
        <w:t>v 6.146689 14.183556 0.203853</w:t>
        <w:br/>
        <w:t>v 6.113362 14.214453 0.198732</w:t>
        <w:br/>
        <w:t>v 6.214720 14.231617 0.281558</w:t>
        <w:br/>
        <w:t>v 6.229332 14.193901 0.277679</w:t>
        <w:br/>
        <w:t>v 6.146689 14.183556 0.203853</w:t>
        <w:br/>
        <w:t>v 6.175924 14.175327 -0.277193</w:t>
        <w:br/>
        <w:t>v 6.134666 14.183149 -0.279884</w:t>
        <w:br/>
        <w:t>v 6.247556 14.193708 -0.408485</w:t>
        <w:br/>
        <w:t>v 6.396355 14.199102 -0.509658</w:t>
        <w:br/>
        <w:t>v 6.389759 14.239962 -0.516818</w:t>
        <w:br/>
        <w:t>v 7.064782 14.069260 -0.201409</w:t>
        <w:br/>
        <w:t>v 7.046191 14.043106 -0.221535</w:t>
        <w:br/>
        <w:t>v 6.583209 14.181049 0.255218</w:t>
        <w:br/>
        <w:t>v 6.588498 14.219540 0.244065</w:t>
        <w:br/>
        <w:t>v 6.470766 14.188707 0.291362</w:t>
        <w:br/>
        <w:t>v 6.473586 14.231422 0.280348</w:t>
        <w:br/>
        <w:t>v 6.366517 14.193908 0.314006</w:t>
        <w:br/>
        <w:t>v 6.361505 14.233480 0.299673</w:t>
        <w:br/>
        <w:t>v 7.204494 13.989365 -0.140720</w:t>
        <w:br/>
        <w:t>v 7.194574 13.987530 -0.195930</w:t>
        <w:br/>
        <w:t>v 7.037628 14.108028 -0.128493</w:t>
        <w:br/>
        <w:t>v 7.083919 14.071241 -0.130680</w:t>
        <w:br/>
        <w:t>v 7.092581 14.041698 -0.061476</w:t>
        <w:br/>
        <w:t>v 6.076265 14.232445 0.166175</w:t>
        <w:br/>
        <w:t>v 7.118129 14.047182 -0.133492</w:t>
        <w:br/>
        <w:t>v -0.214631 14.461207 -0.439266</w:t>
        <w:br/>
        <w:t>v -0.194776 14.845632 -0.462548</w:t>
        <w:br/>
        <w:t>v -0.000362 14.816876 -0.422158</w:t>
        <w:br/>
        <w:t>v -0.000806 14.489502 -0.391556</w:t>
        <w:br/>
        <w:t>v -0.390493 14.916130 -0.543254</w:t>
        <w:br/>
        <w:t>v -0.423575 14.529374 -0.505158</w:t>
        <w:br/>
        <w:t>v -0.603987 14.532434 -0.561281</w:t>
        <w:br/>
        <w:t>v -0.572255 14.978046 -0.608870</w:t>
        <w:br/>
        <w:t>v -0.804283 14.494037 -0.633540</w:t>
        <w:br/>
        <w:t>v -0.819891 15.034362 -0.665883</w:t>
        <w:br/>
        <w:t>v -1.049295 14.702477 -0.653394</w:t>
        <w:br/>
        <w:t>v -1.085032 15.059413 -0.697341</w:t>
        <w:br/>
        <w:t>v -0.998118 14.350611 -0.600988</w:t>
        <w:br/>
        <w:t>v -0.976128 14.134609 -0.692762</w:t>
        <w:br/>
        <w:t>v -0.726927 14.072730 -0.691237</w:t>
        <w:br/>
        <w:t>v -0.703236 13.965815 -0.711548</w:t>
        <w:br/>
        <w:t>v -0.926087 13.788517 -0.756095</w:t>
        <w:br/>
        <w:t>v -0.955125 13.947681 -0.719899</w:t>
        <w:br/>
        <w:t>v -0.514141 14.144776 -0.621403</w:t>
        <w:br/>
        <w:t>v -0.373116 14.282146 -0.541705</w:t>
        <w:br/>
        <w:t>v -1.196765 15.047940 -0.661871</w:t>
        <w:br/>
        <w:t>v -1.226571 14.592449 -0.579774</w:t>
        <w:br/>
        <w:t>v -1.276377 14.788170 -0.625188</w:t>
        <w:br/>
        <w:t>v -1.115539 14.369686 -0.536927</w:t>
        <w:br/>
        <w:t>v -1.087834 14.099439 -0.642006</w:t>
        <w:br/>
        <w:t>v -1.068547 14.278989 -0.542064</w:t>
        <w:br/>
        <w:t>v -1.051810 13.747700 -0.718192</w:t>
        <w:br/>
        <w:t>v -1.098331 13.915506 -0.701802</w:t>
        <w:br/>
        <w:t>v -1.366343 14.991120 -0.544658</w:t>
        <w:br/>
        <w:t>v -1.303140 15.028367 -0.608253</w:t>
        <w:br/>
        <w:t>v -1.282425 14.563011 -0.490788</w:t>
        <w:br/>
        <w:t>v -1.353570 14.772464 -0.504588</w:t>
        <w:br/>
        <w:t>v -1.132851 14.323222 -0.440007</w:t>
        <w:br/>
        <w:t>v -1.129323 14.094189 -0.524039</w:t>
        <w:br/>
        <w:t>v -1.118411 14.250173 -0.462967</w:t>
        <w:br/>
        <w:t>v -1.136259 13.948160 -0.592436</w:t>
        <w:br/>
        <w:t>v -1.121960 13.802387 -0.626894</w:t>
        <w:br/>
        <w:t>v -1.396774 14.892207 -0.374262</w:t>
        <w:br/>
        <w:t>v -1.286147 14.624630 -0.357758</w:t>
        <w:br/>
        <w:t>v -1.101811 14.292865 -0.379101</w:t>
        <w:br/>
        <w:t>v -1.098259 14.088692 -0.420701</w:t>
        <w:br/>
        <w:t>v -1.097344 13.922240 -0.453346</w:t>
        <w:br/>
        <w:t>v -1.015445 14.169570 -0.334348</w:t>
        <w:br/>
        <w:t>v -0.971032 14.021702 -0.333640</w:t>
        <w:br/>
        <w:t>v -1.088577 14.433643 -0.298938</w:t>
        <w:br/>
        <w:t>v -1.272526 14.808498 -0.219482</w:t>
        <w:br/>
        <w:t>v -0.883392 14.429716 -0.269870</w:t>
        <w:br/>
        <w:t>v -0.904673 14.759882 -0.183502</w:t>
        <w:br/>
        <w:t>v -1.159810 14.783287 -0.181439</w:t>
        <w:br/>
        <w:t>v -0.789201 14.187474 -0.286821</w:t>
        <w:br/>
        <w:t>v -0.499181 14.387299 -0.315872</w:t>
        <w:br/>
        <w:t>v -0.578258 14.744189 -0.251268</w:t>
        <w:br/>
        <w:t>v -0.272412 14.477018 -0.347614</w:t>
        <w:br/>
        <w:t>v -0.295468 14.729407 -0.324500</w:t>
        <w:br/>
        <w:t>v -0.000469 14.720335 -0.377278</w:t>
        <w:br/>
        <w:t>v -0.000741 14.524154 -0.366488</w:t>
        <w:br/>
        <w:t>v -0.000373 14.812444 -0.450411</w:t>
        <w:br/>
        <w:t>v -0.188129 14.839673 -0.490193</w:t>
        <w:br/>
        <w:t>v -0.208872 14.465702 -0.465690</w:t>
        <w:br/>
        <w:t>v -0.000823 14.486587 -0.419205</w:t>
        <w:br/>
        <w:t>v -0.381791 14.908423 -0.570356</w:t>
        <w:br/>
        <w:t>v -0.415664 14.530815 -0.531720</w:t>
        <w:br/>
        <w:t>v -0.563617 14.971162 -0.636391</w:t>
        <w:br/>
        <w:t>v -0.595080 14.533279 -0.587035</w:t>
        <w:br/>
        <w:t>v -0.813570 15.030242 -0.693891</w:t>
        <w:br/>
        <w:t>v -0.797795 14.495426 -0.659305</w:t>
        <w:br/>
        <w:t>v -1.085951 15.058089 -0.723932</w:t>
        <w:br/>
        <w:t>v -1.048898 14.696536 -0.679657</w:t>
        <w:br/>
        <w:t>v -1.004079 14.352611 -0.627065</w:t>
        <w:br/>
        <w:t>v -0.982572 14.143237 -0.718629</w:t>
        <w:br/>
        <w:t>v -0.929292 13.791921 -0.783341</w:t>
        <w:br/>
        <w:t>v -0.698435 13.970417 -0.738544</w:t>
        <w:br/>
        <w:t>v -0.722119 14.078692 -0.718189</w:t>
        <w:br/>
        <w:t>v -0.958764 13.952245 -0.747309</w:t>
        <w:br/>
        <w:t>v -0.507396 14.152732 -0.647109</w:t>
        <w:br/>
        <w:t>v -0.367986 14.293724 -0.567022</w:t>
        <w:br/>
        <w:t>v -1.204002 15.046739 -0.685394</w:t>
        <w:br/>
        <w:t>v -1.317277 15.027232 -0.628690</w:t>
        <w:br/>
        <w:t>v -1.290725 14.782763 -0.646878</w:t>
        <w:br/>
        <w:t>v -1.239773 14.582045 -0.600072</w:t>
        <w:br/>
        <w:t>v -1.131894 14.361173 -0.555963</w:t>
        <w:br/>
        <w:t>v -1.108201 14.106934 -0.660100</w:t>
        <w:br/>
        <w:t>v -1.089203 14.281420 -0.559557</w:t>
        <w:br/>
        <w:t>v -1.068855 13.745480 -0.736638</w:t>
        <w:br/>
        <w:t>v -1.118366 13.916028 -0.721975</w:t>
        <w:br/>
        <w:t>v -1.387305 14.988475 -0.558172</w:t>
        <w:br/>
        <w:t>v -1.422908 14.937843 -0.472076</w:t>
        <w:br/>
        <w:t>v -1.377950 14.764928 -0.510501</w:t>
        <w:br/>
        <w:t>v -1.305258 14.550314 -0.494792</w:t>
        <w:br/>
        <w:t>v -1.157539 14.312128 -0.439915</w:t>
        <w:br/>
        <w:t>v -1.146114 14.248958 -0.464362</w:t>
        <w:br/>
        <w:t>v -1.157872 14.095939 -0.525214</w:t>
        <w:br/>
        <w:t>v -1.164902 13.945026 -0.593527</w:t>
        <w:br/>
        <w:t>v -1.148251 13.795032 -0.627454</w:t>
        <w:br/>
        <w:t>v -1.419985 14.885036 -0.369670</w:t>
        <w:br/>
        <w:t>v -1.377689 14.838966 -0.279064</w:t>
        <w:br/>
        <w:t>v -1.306982 14.613480 -0.343845</w:t>
        <w:br/>
        <w:t>v -1.122907 14.285425 -0.362014</w:t>
        <w:br/>
        <w:t>v -1.121590 14.083837 -0.405188</w:t>
        <w:br/>
        <w:t>v -1.118392 13.914183 -0.437880</w:t>
        <w:br/>
        <w:t>v -1.027344 14.165375 -0.309106</w:t>
        <w:br/>
        <w:t>v -0.981626 14.015844 -0.308974</w:t>
        <w:br/>
        <w:t>v -1.288034 14.798900 -0.199927</w:t>
        <w:br/>
        <w:t>v -0.884334 14.423673 -0.242148</w:t>
        <w:br/>
        <w:t>v -1.099492 14.425809 -0.273858</w:t>
        <w:br/>
        <w:t>v -1.169982 14.773771 -0.157772</w:t>
        <w:br/>
        <w:t>v -0.904459 14.752659 -0.156564</w:t>
        <w:br/>
        <w:t>v -0.791418 14.185340 -0.259074</w:t>
        <w:br/>
        <w:t>v -0.572803 14.739141 -0.224361</w:t>
        <w:br/>
        <w:t>v -0.496795 14.386650 -0.287538</w:t>
        <w:br/>
        <w:t>v -0.289798 14.728013 -0.297124</w:t>
        <w:br/>
        <w:t>v -0.269134 14.475340 -0.319238</w:t>
        <w:br/>
        <w:t>v -0.000459 14.721386 -0.349227</w:t>
        <w:br/>
        <w:t>v -0.000732 14.521841 -0.338248</w:t>
        <w:br/>
        <w:t>v -0.188129 14.839673 -0.490193</w:t>
        <w:br/>
        <w:t>v -0.000373 14.812444 -0.450411</w:t>
        <w:br/>
        <w:t>v -0.000362 14.816876 -0.422158</w:t>
        <w:br/>
        <w:t>v -0.194776 14.845632 -0.462548</w:t>
        <w:br/>
        <w:t>v -0.208872 14.465702 -0.465690</w:t>
        <w:br/>
        <w:t>v -0.214631 14.461207 -0.439266</w:t>
        <w:br/>
        <w:t>v -0.000806 14.489502 -0.391556</w:t>
        <w:br/>
        <w:t>v -0.000823 14.486587 -0.419205</w:t>
        <w:br/>
        <w:t>v -0.381791 14.908423 -0.570356</w:t>
        <w:br/>
        <w:t>v -0.390493 14.916130 -0.543254</w:t>
        <w:br/>
        <w:t>v -0.572255 14.978046 -0.608870</w:t>
        <w:br/>
        <w:t>v -0.563617 14.971162 -0.636391</w:t>
        <w:br/>
        <w:t>v -0.819891 15.034362 -0.665883</w:t>
        <w:br/>
        <w:t>v -0.813570 15.030242 -0.693891</w:t>
        <w:br/>
        <w:t>v -1.085032 15.059413 -0.697341</w:t>
        <w:br/>
        <w:t>v -1.085951 15.058089 -0.723932</w:t>
        <w:br/>
        <w:t>v -0.929292 13.791921 -0.783341</w:t>
        <w:br/>
        <w:t>v -0.926087 13.788517 -0.756095</w:t>
        <w:br/>
        <w:t>v -0.703236 13.965815 -0.711548</w:t>
        <w:br/>
        <w:t>v -0.698435 13.970417 -0.738544</w:t>
        <w:br/>
        <w:t>v -0.367986 14.293724 -0.567022</w:t>
        <w:br/>
        <w:t>v -0.507396 14.152732 -0.647109</w:t>
        <w:br/>
        <w:t>v -0.514141 14.144776 -0.621403</w:t>
        <w:br/>
        <w:t>v -0.373116 14.282146 -0.541705</w:t>
        <w:br/>
        <w:t>v -1.303140 15.028367 -0.608253</w:t>
        <w:br/>
        <w:t>v -1.317277 15.027232 -0.628690</w:t>
        <w:br/>
        <w:t>v -1.204002 15.046739 -0.685394</w:t>
        <w:br/>
        <w:t>v -1.196765 15.047940 -0.661871</w:t>
        <w:br/>
        <w:t>v -1.068855 13.745480 -0.736638</w:t>
        <w:br/>
        <w:t>v -1.051810 13.747700 -0.718192</w:t>
        <w:br/>
        <w:t>v -1.387305 14.988475 -0.558172</w:t>
        <w:br/>
        <w:t>v -1.366343 14.991120 -0.544658</w:t>
        <w:br/>
        <w:t>v -1.148251 13.795032 -0.627454</w:t>
        <w:br/>
        <w:t>v -1.121960 13.802387 -0.626894</w:t>
        <w:br/>
        <w:t>v -1.419985 14.885036 -0.369670</w:t>
        <w:br/>
        <w:t>v -1.422908 14.937843 -0.472076</w:t>
        <w:br/>
        <w:t>v -1.399387 14.942670 -0.467198</w:t>
        <w:br/>
        <w:t>v -1.396774 14.892207 -0.374262</w:t>
        <w:br/>
        <w:t>v -1.118392 13.914183 -0.437880</w:t>
        <w:br/>
        <w:t>v -1.097344 13.922240 -0.453346</w:t>
        <w:br/>
        <w:t>v -0.981626 14.015844 -0.308974</w:t>
        <w:br/>
        <w:t>v -0.971032 14.021702 -0.333640</w:t>
        <w:br/>
        <w:t>v -1.288034 14.798900 -0.199927</w:t>
        <w:br/>
        <w:t>v -1.377689 14.838966 -0.279064</w:t>
        <w:br/>
        <w:t>v -1.357549 14.848116 -0.291966</w:t>
        <w:br/>
        <w:t>v -1.272526 14.808498 -0.219482</w:t>
        <w:br/>
        <w:t>v -1.169982 14.773771 -0.157772</w:t>
        <w:br/>
        <w:t>v -1.159810 14.783287 -0.181439</w:t>
        <w:br/>
        <w:t>v -0.904673 14.759882 -0.183502</w:t>
        <w:br/>
        <w:t>v -0.904459 14.752659 -0.156564</w:t>
        <w:br/>
        <w:t>v -0.791418 14.185340 -0.259074</w:t>
        <w:br/>
        <w:t>v -0.789201 14.187474 -0.286821</w:t>
        <w:br/>
        <w:t>v -0.578258 14.744189 -0.251268</w:t>
        <w:br/>
        <w:t>v -0.572803 14.739141 -0.224361</w:t>
        <w:br/>
        <w:t>v -0.496795 14.386650 -0.287538</w:t>
        <w:br/>
        <w:t>v -0.499181 14.387299 -0.315872</w:t>
        <w:br/>
        <w:t>v -0.295468 14.729407 -0.324500</w:t>
        <w:br/>
        <w:t>v -0.289798 14.728013 -0.297124</w:t>
        <w:br/>
        <w:t>v -0.269134 14.475340 -0.319238</w:t>
        <w:br/>
        <w:t>v -0.272412 14.477018 -0.347614</w:t>
        <w:br/>
        <w:t>v -0.000469 14.720335 -0.377278</w:t>
        <w:br/>
        <w:t>v -0.000459 14.721386 -0.349227</w:t>
        <w:br/>
        <w:t>v -0.000732 14.521841 -0.338248</w:t>
        <w:br/>
        <w:t>v -0.000741 14.524154 -0.366488</w:t>
        <w:br/>
        <w:t>v -1.357549 14.848116 -0.291966</w:t>
        <w:br/>
        <w:t>v -1.399387 14.942670 -0.467198</w:t>
        <w:br/>
        <w:t>v 0.212932 14.461207 -0.439270</w:t>
        <w:br/>
        <w:t>v 0.194120 14.845633 -0.462543</w:t>
        <w:br/>
        <w:t>v 0.390011 14.916133 -0.543244</w:t>
        <w:br/>
        <w:t>v 0.422161 14.529375 -0.505161</w:t>
        <w:br/>
        <w:t>v 0.571862 14.978046 -0.608859</w:t>
        <w:br/>
        <w:t>v 0.602527 14.532432 -0.561294</w:t>
        <w:br/>
        <w:t>v 0.819583 15.034366 -0.665873</w:t>
        <w:br/>
        <w:t>v 0.802613 14.494028 -0.633568</w:t>
        <w:br/>
        <w:t>v 1.084786 15.059413 -0.697339</w:t>
        <w:br/>
        <w:t>v 1.048260 14.702475 -0.653424</w:t>
        <w:br/>
        <w:t>v 0.995964 14.350592 -0.601030</w:t>
        <w:br/>
        <w:t>v 0.973017 14.134609 -0.692762</w:t>
        <w:br/>
        <w:t>v 0.921659 13.788517 -0.756095</w:t>
        <w:br/>
        <w:t>v 0.699531 13.965815 -0.711548</w:t>
        <w:br/>
        <w:t>v 0.723642 14.072726 -0.691241</w:t>
        <w:br/>
        <w:t>v 0.951292 13.947681 -0.719899</w:t>
        <w:br/>
        <w:t>v 0.511305 14.144760 -0.621429</w:t>
        <w:br/>
        <w:t>v 0.370824 14.282141 -0.541717</w:t>
        <w:br/>
        <w:t>v 1.196496 15.047940 -0.661871</w:t>
        <w:br/>
        <w:t>v 1.275524 14.788170 -0.625199</w:t>
        <w:br/>
        <w:t>v 1.225179 14.592443 -0.579799</w:t>
        <w:br/>
        <w:t>v 1.113469 14.369667 -0.536968</w:t>
        <w:br/>
        <w:t>v 1.066142 14.278969 -0.542099</w:t>
        <w:br/>
        <w:t>v 1.084592 14.099439 -0.642006</w:t>
        <w:br/>
        <w:t>v 1.094355 13.915506 -0.701802</w:t>
        <w:br/>
        <w:t>v 1.047227 13.747700 -0.718192</w:t>
        <w:br/>
        <w:t>v 1.302832 15.028367 -0.608253</w:t>
        <w:br/>
        <w:t>v 1.365957 14.991121 -0.544659</w:t>
        <w:br/>
        <w:t>v 1.352698 14.772463 -0.504604</w:t>
        <w:br/>
        <w:t>v 1.280975 14.563003 -0.490818</w:t>
        <w:br/>
        <w:t>v 1.130633 14.323203 -0.440040</w:t>
        <w:br/>
        <w:t>v 1.115895 14.250157 -0.462991</w:t>
        <w:br/>
        <w:t>v 1.126125 14.094189 -0.524039</w:t>
        <w:br/>
        <w:t>v 1.132459 13.948160 -0.592435</w:t>
        <w:br/>
        <w:t>v 1.117606 13.802387 -0.626894</w:t>
        <w:br/>
        <w:t>v 1.396198 14.892208 -0.374271</w:t>
        <w:br/>
        <w:t>v 1.284940 14.624621 -0.357792</w:t>
        <w:br/>
        <w:t>v 1.099530 14.292843 -0.379135</w:t>
        <w:br/>
        <w:t>v 1.095110 14.088689 -0.420703</w:t>
        <w:br/>
        <w:t>v 1.093540 13.922240 -0.453346</w:t>
        <w:br/>
        <w:t>v 1.012760 14.169552 -0.334370</w:t>
        <w:br/>
        <w:t>v 0.967811 14.021694 -0.333647</w:t>
        <w:br/>
        <w:t>v 1.086868 14.433624 -0.298975</w:t>
        <w:br/>
        <w:t>v 1.271900 14.808485 -0.219532</w:t>
        <w:br/>
        <w:t>v 1.159108 14.783282 -0.181460</w:t>
        <w:br/>
        <w:t>v 0.903991 14.759880 -0.183510</w:t>
        <w:br/>
        <w:t>v 0.881822 14.429698 -0.269903</w:t>
        <w:br/>
        <w:t>v 0.786827 14.187457 -0.286843</w:t>
        <w:br/>
        <w:t>v 0.577617 14.744194 -0.251260</w:t>
        <w:br/>
        <w:t>v 0.497559 14.387297 -0.315876</w:t>
        <w:br/>
        <w:t>v 0.294647 14.729403 -0.324505</w:t>
        <w:br/>
        <w:t>v 0.270861 14.477029 -0.347597</w:t>
        <w:br/>
        <w:t>v 0.207165 14.465702 -0.465693</w:t>
        <w:br/>
        <w:t>v 0.187451 14.839674 -0.490190</w:t>
        <w:br/>
        <w:t>v 0.414230 14.530818 -0.531724</w:t>
        <w:br/>
        <w:t>v 0.381286 14.908424 -0.570348</w:t>
        <w:br/>
        <w:t>v 0.593605 14.533277 -0.587048</w:t>
        <w:br/>
        <w:t>v 0.563212 14.971165 -0.636383</w:t>
        <w:br/>
        <w:t>v 0.796107 14.495420 -0.659332</w:t>
        <w:br/>
        <w:t>v 0.813254 15.030244 -0.693882</w:t>
        <w:br/>
        <w:t>v 1.047833 14.696534 -0.679685</w:t>
        <w:br/>
        <w:t>v 1.085701 15.058089 -0.723931</w:t>
        <w:br/>
        <w:t>v 1.001905 14.352593 -0.627105</w:t>
        <w:br/>
        <w:t>v 0.979475 14.143237 -0.718629</w:t>
        <w:br/>
        <w:t>v 0.718831 14.078691 -0.718191</w:t>
        <w:br/>
        <w:t>v 0.694723 13.970417 -0.738544</w:t>
        <w:br/>
        <w:t>v 0.924857 13.791921 -0.783341</w:t>
        <w:br/>
        <w:t>v 0.954927 13.952245 -0.747309</w:t>
        <w:br/>
        <w:t>v 0.504562 14.152717 -0.647135</w:t>
        <w:br/>
        <w:t>v 0.365706 14.293719 -0.567033</w:t>
        <w:br/>
        <w:t>v 1.316961 15.027232 -0.628691</w:t>
        <w:br/>
        <w:t>v 1.203727 15.046739 -0.685394</w:t>
        <w:br/>
        <w:t>v 1.289847 14.782763 -0.646887</w:t>
        <w:br/>
        <w:t>v 1.238330 14.582040 -0.600094</w:t>
        <w:br/>
        <w:t>v 1.129765 14.361155 -0.556000</w:t>
        <w:br/>
        <w:t>v 1.104967 14.106934 -0.660100</w:t>
        <w:br/>
        <w:t>v 1.086777 14.281403 -0.559588</w:t>
        <w:br/>
        <w:t>v 1.064248 13.745480 -0.736638</w:t>
        <w:br/>
        <w:t>v 1.114372 13.916028 -0.721974</w:t>
        <w:br/>
        <w:t>v 1.422410 14.937844 -0.472080</w:t>
        <w:br/>
        <w:t>v 1.386905 14.988475 -0.558173</w:t>
        <w:br/>
        <w:t>v 1.377047 14.764927 -0.510515</w:t>
        <w:br/>
        <w:t>v 1.303751 14.550305 -0.494821</w:t>
        <w:br/>
        <w:t>v 1.155269 14.312110 -0.439947</w:t>
        <w:br/>
        <w:t>v 1.154666 14.095939 -0.525214</w:t>
        <w:br/>
        <w:t>v 1.143578 14.248945 -0.464385</w:t>
        <w:br/>
        <w:t>v 1.161079 13.945026 -0.593527</w:t>
        <w:br/>
        <w:t>v 1.143858 13.795032 -0.627454</w:t>
        <w:br/>
        <w:t>v 1.377039 14.838963 -0.279088</w:t>
        <w:br/>
        <w:t>v 1.419387 14.885037 -0.369680</w:t>
        <w:br/>
        <w:t>v 1.305735 14.613471 -0.343880</w:t>
        <w:br/>
        <w:t>v 1.120603 14.285402 -0.362048</w:t>
        <w:br/>
        <w:t>v 1.118413 14.083837 -0.405188</w:t>
        <w:br/>
        <w:t>v 1.114551 13.914183 -0.437880</w:t>
        <w:br/>
        <w:t>v 1.024659 14.165354 -0.309128</w:t>
        <w:br/>
        <w:t>v 0.978383 14.015840 -0.308978</w:t>
        <w:br/>
        <w:t>v 1.287388 14.798886 -0.199978</w:t>
        <w:br/>
        <w:t>v 1.169257 14.773768 -0.157793</w:t>
        <w:br/>
        <w:t>v 1.097758 14.425789 -0.273895</w:t>
        <w:br/>
        <w:t>v 0.882714 14.423667 -0.242160</w:t>
        <w:br/>
        <w:t>v 0.903766 14.752659 -0.156572</w:t>
        <w:br/>
        <w:t>v 0.789073 14.185321 -0.259095</w:t>
        <w:br/>
        <w:t>v 0.495201 14.386647 -0.287542</w:t>
        <w:br/>
        <w:t>v 0.572168 14.739146 -0.224347</w:t>
        <w:br/>
        <w:t>v 0.267605 14.475351 -0.319221</w:t>
        <w:br/>
        <w:t>v 0.288993 14.728011 -0.297129</w:t>
        <w:br/>
        <w:t>v 0.187451 14.839674 -0.490190</w:t>
        <w:br/>
        <w:t>v 0.194120 14.845633 -0.462543</w:t>
        <w:br/>
        <w:t>v 0.212932 14.461207 -0.439270</w:t>
        <w:br/>
        <w:t>v 0.207165 14.465702 -0.465693</w:t>
        <w:br/>
        <w:t>v 0.381286 14.908424 -0.570348</w:t>
        <w:br/>
        <w:t>v 0.390011 14.916133 -0.543244</w:t>
        <w:br/>
        <w:t>v 0.563212 14.971165 -0.636383</w:t>
        <w:br/>
        <w:t>v 0.571862 14.978046 -0.608859</w:t>
        <w:br/>
        <w:t>v 0.813254 15.030244 -0.693882</w:t>
        <w:br/>
        <w:t>v 0.819583 15.034366 -0.665873</w:t>
        <w:br/>
        <w:t>v 1.085701 15.058089 -0.723931</w:t>
        <w:br/>
        <w:t>v 1.084786 15.059413 -0.697339</w:t>
        <w:br/>
        <w:t>v 0.699531 13.965815 -0.711548</w:t>
        <w:br/>
        <w:t>v 0.921659 13.788517 -0.756095</w:t>
        <w:br/>
        <w:t>v 0.924857 13.791921 -0.783341</w:t>
        <w:br/>
        <w:t>v 0.694723 13.970417 -0.738544</w:t>
        <w:br/>
        <w:t>v 0.365706 14.293719 -0.567033</w:t>
        <w:br/>
        <w:t>v 0.370824 14.282141 -0.541717</w:t>
        <w:br/>
        <w:t>v 0.511305 14.144760 -0.621429</w:t>
        <w:br/>
        <w:t>v 0.504562 14.152717 -0.647135</w:t>
        <w:br/>
        <w:t>v 1.302832 15.028367 -0.608253</w:t>
        <w:br/>
        <w:t>v 1.196496 15.047940 -0.661871</w:t>
        <w:br/>
        <w:t>v 1.203727 15.046739 -0.685394</w:t>
        <w:br/>
        <w:t>v 1.316961 15.027232 -0.628691</w:t>
        <w:br/>
        <w:t>v 1.047227 13.747700 -0.718192</w:t>
        <w:br/>
        <w:t>v 1.064248 13.745480 -0.736638</w:t>
        <w:br/>
        <w:t>v 1.386905 14.988475 -0.558173</w:t>
        <w:br/>
        <w:t>v 1.365957 14.991121 -0.544659</w:t>
        <w:br/>
        <w:t>v 1.117606 13.802387 -0.626894</w:t>
        <w:br/>
        <w:t>v 1.143858 13.795032 -0.627454</w:t>
        <w:br/>
        <w:t>v 1.419387 14.885037 -0.369680</w:t>
        <w:br/>
        <w:t>v 1.396198 14.892208 -0.374271</w:t>
        <w:br/>
        <w:t>v 1.398905 14.942672 -0.467202</w:t>
        <w:br/>
        <w:t>v 1.422410 14.937844 -0.472080</w:t>
        <w:br/>
        <w:t>v 1.093540 13.922240 -0.453346</w:t>
        <w:br/>
        <w:t>v 1.114551 13.914183 -0.437880</w:t>
        <w:br/>
        <w:t>v 0.967811 14.021694 -0.333647</w:t>
        <w:br/>
        <w:t>v 0.978383 14.015840 -0.308978</w:t>
        <w:br/>
        <w:t>v 1.287388 14.798886 -0.199978</w:t>
        <w:br/>
        <w:t>v 1.271900 14.808485 -0.219532</w:t>
        <w:br/>
        <w:t>v 1.356907 14.848116 -0.291983</w:t>
        <w:br/>
        <w:t>v 1.377039 14.838963 -0.279088</w:t>
        <w:br/>
        <w:t>v 0.903991 14.759880 -0.183510</w:t>
        <w:br/>
        <w:t>v 1.159108 14.783282 -0.181460</w:t>
        <w:br/>
        <w:t>v 1.169257 14.773768 -0.157793</w:t>
        <w:br/>
        <w:t>v 0.903766 14.752659 -0.156572</w:t>
        <w:br/>
        <w:t>v 0.786827 14.187457 -0.286843</w:t>
        <w:br/>
        <w:t>v 0.789073 14.185321 -0.259095</w:t>
        <w:br/>
        <w:t>v 0.577617 14.744194 -0.251260</w:t>
        <w:br/>
        <w:t>v 0.572168 14.739146 -0.224347</w:t>
        <w:br/>
        <w:t>v 0.497559 14.387297 -0.315876</w:t>
        <w:br/>
        <w:t>v 0.495201 14.386647 -0.287542</w:t>
        <w:br/>
        <w:t>v 0.294647 14.729403 -0.324505</w:t>
        <w:br/>
        <w:t>v 0.288993 14.728011 -0.297129</w:t>
        <w:br/>
        <w:t>v 0.270861 14.477029 -0.347597</w:t>
        <w:br/>
        <w:t>v 0.267605 14.475351 -0.319221</w:t>
        <w:br/>
        <w:t>v 1.356907 14.848116 -0.291983</w:t>
        <w:br/>
        <w:t>v 1.398905 14.942672 -0.467202</w:t>
        <w:br/>
        <w:t>v -6.144877 14.626351 -0.121931</w:t>
        <w:br/>
        <w:t>v -6.240551 14.563844 -0.091923</w:t>
        <w:br/>
        <w:t>v -6.254116 14.551643 -0.257593</w:t>
        <w:br/>
        <w:t>v -6.143347 14.613019 -0.245647</w:t>
        <w:br/>
        <w:t>v -6.217110 14.499499 -0.381282</w:t>
        <w:br/>
        <w:t>v -6.111997 14.562070 -0.352810</w:t>
        <w:br/>
        <w:t>v -6.111713 14.170886 0.055762</w:t>
        <w:br/>
        <w:t>v -6.191675 14.073701 0.121530</w:t>
        <w:br/>
        <w:t>v -6.146629 14.184332 0.211850</w:t>
        <w:br/>
        <w:t>v -6.273819 13.985737 0.211730</w:t>
        <w:br/>
        <w:t>v -6.238001 14.053022 0.305059</w:t>
        <w:br/>
        <w:t>v -6.134412 14.598387 -0.013558</w:t>
        <w:br/>
        <w:t>v -6.153168 14.405308 -0.435606</w:t>
        <w:br/>
        <w:t>v -6.058750 14.476306 -0.398845</w:t>
        <w:br/>
        <w:t>v -7.098319 13.993442 -0.050693</w:t>
        <w:br/>
        <w:t>v -7.060083 14.017473 -0.031532</w:t>
        <w:br/>
        <w:t>v -7.021873 13.912902 -0.020713</w:t>
        <w:br/>
        <w:t>v -7.064148 13.905273 -0.036379</w:t>
        <w:br/>
        <w:t>v -6.920261 13.823024 -0.123336</w:t>
        <w:br/>
        <w:t>v -7.001701 13.811946 -0.132191</w:t>
        <w:br/>
        <w:t>v -7.022325 13.833056 -0.060284</w:t>
        <w:br/>
        <w:t>v -6.943003 13.838822 -0.040077</w:t>
        <w:br/>
        <w:t>v -7.064148 13.905273 -0.036379</w:t>
        <w:br/>
        <w:t>v -7.021873 13.912902 -0.020713</w:t>
        <w:br/>
        <w:t>v -7.021002 14.040283 -0.021035</w:t>
        <w:br/>
        <w:t>v -7.006477 13.930404 -0.009579</w:t>
        <w:br/>
        <w:t>v -6.990899 14.047842 -0.256166</w:t>
        <w:br/>
        <w:t>v -7.047003 14.043664 -0.212487</w:t>
        <w:br/>
        <w:t>v -7.009303 13.944396 -0.233658</w:t>
        <w:br/>
        <w:t>v -6.987278 13.964158 -0.252794</w:t>
        <w:br/>
        <w:t>v -6.931189 13.846360 -0.196790</w:t>
        <w:br/>
        <w:t>v -6.914846 13.874197 -0.232112</w:t>
        <w:br/>
        <w:t>v -7.009303 13.944396 -0.233658</w:t>
        <w:br/>
        <w:t>v -6.892120 13.844829 0.088260</w:t>
        <w:br/>
        <w:t>v -6.904328 13.882655 0.172809</w:t>
        <w:br/>
        <w:t>v -6.803695 13.906264 0.178410</w:t>
        <w:br/>
        <w:t>v -6.813187 13.861000 0.081265</w:t>
        <w:br/>
        <w:t>v -6.968078 13.823328 0.078912</w:t>
        <w:br/>
        <w:t>v -6.979296 13.854325 0.153698</w:t>
        <w:br/>
        <w:t>v -7.026492 13.998327 0.030986</w:t>
        <w:br/>
        <w:t>v -6.997108 13.914059 -0.004377</w:t>
        <w:br/>
        <w:t>v -7.006477 13.930404 -0.009579</w:t>
        <w:br/>
        <w:t>v -6.997108 13.914059 -0.004377</w:t>
        <w:br/>
        <w:t>v -6.933696 13.862942 -0.009628</w:t>
        <w:br/>
        <w:t>v -6.848548 13.844738 -0.008671</w:t>
        <w:br/>
        <w:t>v -6.917606 13.853889 0.017684</w:t>
        <w:br/>
        <w:t>v -6.825394 14.145290 0.142267</w:t>
        <w:br/>
        <w:t>v -6.913600 14.110294 0.125790</w:t>
        <w:br/>
        <w:t>v -6.954322 14.091933 0.048029</w:t>
        <w:br/>
        <w:t>v -6.979221 14.062796 0.112931</w:t>
        <w:br/>
        <w:t>v -7.028447 14.022270 0.101537</w:t>
        <w:br/>
        <w:t>v -6.992315 14.053831 0.041950</w:t>
        <w:br/>
        <w:t>v -6.982622 13.847285 -0.283103</w:t>
        <w:br/>
        <w:t>v -7.085554 13.791819 -0.298144</w:t>
        <w:br/>
        <w:t>v -7.127418 13.858891 -0.292759</w:t>
        <w:br/>
        <w:t>v -7.041874 13.920702 -0.285741</w:t>
        <w:br/>
        <w:t>v -7.059019 13.982055 -0.325359</w:t>
        <w:br/>
        <w:t>v -7.041874 13.920702 -0.285741</w:t>
        <w:br/>
        <w:t>v -7.127418 13.858891 -0.292759</w:t>
        <w:br/>
        <w:t>v -7.152900 13.908459 -0.331057</w:t>
        <w:br/>
        <w:t>v -6.953547 13.806349 -0.343222</w:t>
        <w:br/>
        <w:t>v -7.059659 13.757280 -0.349548</w:t>
        <w:br/>
        <w:t>v -7.052228 13.998114 -0.390053</w:t>
        <w:br/>
        <w:t>v -7.155649 13.920497 -0.390184</w:t>
        <w:br/>
        <w:t>v -6.914846 13.874197 -0.232112</w:t>
        <w:br/>
        <w:t>v -6.989990 13.942697 -0.269195</w:t>
        <w:br/>
        <w:t>v -6.987278 13.964158 -0.252794</w:t>
        <w:br/>
        <w:t>v -6.887865 13.843224 -0.263661</w:t>
        <w:br/>
        <w:t>v -6.989990 13.942697 -0.269195</w:t>
        <w:br/>
        <w:t>v -7.009827 14.023179 -0.310091</w:t>
        <w:br/>
        <w:t>v -6.947499 14.109543 -0.274274</w:t>
        <w:br/>
        <w:t>v -6.904625 14.115251 -0.385979</w:t>
        <w:br/>
        <w:t>v -6.818898 14.168387 -0.379581</w:t>
        <w:br/>
        <w:t>v -6.960642 13.823729 -0.408162</w:t>
        <w:br/>
        <w:t>v -6.995066 13.891215 -0.447063</w:t>
        <w:br/>
        <w:t>v -7.099220 13.831422 -0.446322</w:t>
        <w:br/>
        <w:t>v -7.068627 13.775611 -0.409409</w:t>
        <w:br/>
        <w:t>v -7.099220 13.831422 -0.446322</w:t>
        <w:br/>
        <w:t>v -6.995066 13.891215 -0.447063</w:t>
        <w:br/>
        <w:t>v -7.027637 13.963340 -0.439464</w:t>
        <w:br/>
        <w:t>v -7.134225 13.889575 -0.437029</w:t>
        <w:br/>
        <w:t>v -6.939559 13.909832 -0.456003</w:t>
        <w:br/>
        <w:t>v -6.893629 13.927930 -0.468142</w:t>
        <w:br/>
        <w:t>v -6.900918 14.011058 -0.484077</w:t>
        <w:br/>
        <w:t>v -6.972410 14.002634 -0.450156</w:t>
        <w:br/>
        <w:t>v -6.867623 13.840518 -0.415404</w:t>
        <w:br/>
        <w:t>v -6.829765 13.862414 -0.443864</w:t>
        <w:br/>
        <w:t>v -6.939559 13.909832 -0.456003</w:t>
        <w:br/>
        <w:t>v -6.855120 14.080104 -0.481680</w:t>
        <w:br/>
        <w:t>v -6.938841 13.938379 -0.528282</w:t>
        <w:br/>
        <w:t>v -6.922713 13.887313 -0.497088</w:t>
        <w:br/>
        <w:t>v -7.035739 13.809622 -0.511992</w:t>
        <w:br/>
        <w:t>v -7.052074 13.850326 -0.543459</w:t>
        <w:br/>
        <w:t>v -6.877083 13.837310 -0.497845</w:t>
        <w:br/>
        <w:t>v -7.004024 13.764152 -0.517190</w:t>
        <w:br/>
        <w:t>v -7.035739 13.809622 -0.511992</w:t>
        <w:br/>
        <w:t>v -6.922713 13.887313 -0.497088</w:t>
        <w:br/>
        <w:t>v -6.850216 13.816979 -0.545012</w:t>
        <w:br/>
        <w:t>v -6.982405 13.741334 -0.559073</w:t>
        <w:br/>
        <w:t>v -6.931873 13.952330 -0.583031</w:t>
        <w:br/>
        <w:t>v -7.050558 13.860767 -0.594572</w:t>
        <w:br/>
        <w:t>v -6.865916 13.914685 -0.478625</w:t>
        <w:br/>
        <w:t>v -6.893629 13.927930 -0.468142</w:t>
        <w:br/>
        <w:t>v -6.865916 13.914685 -0.478625</w:t>
        <w:br/>
        <w:t>v -6.884450 13.986438 -0.513726</w:t>
        <w:br/>
        <w:t>v -6.763727 13.857055 -0.418793</w:t>
        <w:br/>
        <w:t>v -6.798758 13.865116 -0.466456</w:t>
        <w:br/>
        <w:t>v -6.859451 14.029428 -0.513509</w:t>
        <w:br/>
        <w:t>v -6.835758 14.034519 -0.570350</w:t>
        <w:br/>
        <w:t>v -6.800008 14.073331 -0.559223</w:t>
        <w:br/>
        <w:t>v -7.006089 13.792101 -0.648565</w:t>
        <w:br/>
        <w:t>v -6.882128 13.880601 -0.643885</w:t>
        <w:br/>
        <w:t>v -6.910960 13.926847 -0.629482</w:t>
        <w:br/>
        <w:t>v -7.032333 13.836928 -0.636085</w:t>
        <w:br/>
        <w:t>v -6.983717 13.752748 -0.614063</w:t>
        <w:br/>
        <w:t>v -6.854349 13.836176 -0.606654</w:t>
        <w:br/>
        <w:t>v -6.760569 13.864655 -0.524072</w:t>
        <w:br/>
        <w:t>v -6.754803 13.898872 -0.596810</w:t>
        <w:br/>
        <w:t>v -6.632703 13.910163 -0.355120</w:t>
        <w:br/>
        <w:t>v -6.582362 13.976766 -0.506466</w:t>
        <w:br/>
        <w:t>v -6.682113 13.929755 -0.565357</w:t>
        <w:br/>
        <w:t>v -6.702625 13.883221 -0.484975</w:t>
        <w:br/>
        <w:t>v -6.705512 13.998369 -0.612298</w:t>
        <w:br/>
        <w:t>v -6.619199 14.057722 -0.569252</w:t>
        <w:br/>
        <w:t>v -6.725041 14.131567 -0.527861</w:t>
        <w:br/>
        <w:t>v -6.758670 14.051801 -0.598766</w:t>
        <w:br/>
        <w:t>v -6.305024 13.973732 0.353426</w:t>
        <w:br/>
        <w:t>v -6.333953 13.920674 0.274896</w:t>
        <w:br/>
        <w:t>v -6.381811 13.874672 0.311564</w:t>
        <w:br/>
        <w:t>v -6.355299 13.916130 0.380142</w:t>
        <w:br/>
        <w:t>v -6.422836 13.907627 0.214111</w:t>
        <w:br/>
        <w:t>v -6.454158 13.880676 0.256842</w:t>
        <w:br/>
        <w:t>v -6.424085 14.084881 0.390087</w:t>
        <w:br/>
        <w:t>v -6.346674 14.039186 0.394905</w:t>
        <w:br/>
        <w:t>v -6.391233 13.975130 0.421907</w:t>
        <w:br/>
        <w:t>v -6.456346 14.019392 0.417289</w:t>
        <w:br/>
        <w:t>v -6.535537 13.934890 0.230073</w:t>
        <w:br/>
        <w:t>v -6.580789 13.996427 0.284144</w:t>
        <w:br/>
        <w:t>v -6.576328 13.972094 0.335014</w:t>
        <w:br/>
        <w:t>v -6.564692 13.898244 0.300496</w:t>
        <w:br/>
        <w:t>v -6.576328 13.972094 0.335014</w:t>
        <w:br/>
        <w:t>v -6.564629 14.071518 0.315194</w:t>
        <w:br/>
        <w:t>v -6.518923 14.033495 0.373020</w:t>
        <w:br/>
        <w:t>v -6.576328 13.972094 0.335014</w:t>
        <w:br/>
        <w:t>v -6.580789 13.996427 0.284144</w:t>
        <w:br/>
        <w:t>v -6.495934 14.095868 0.355155</w:t>
        <w:br/>
        <w:t>v -6.713089 14.206010 -0.444431</w:t>
        <w:br/>
        <w:t>v -6.603500 14.215241 -0.499273</w:t>
        <w:br/>
        <w:t>v -6.819422 13.845358 -0.108069</w:t>
        <w:br/>
        <w:t>v -6.707459 13.894048 0.016875</w:t>
        <w:br/>
        <w:t>v -6.682067 13.892989 -0.164847</w:t>
        <w:br/>
        <w:t>v -6.766034 14.110165 0.211826</w:t>
        <w:br/>
        <w:t>v -6.674249 14.145300 0.232273</w:t>
        <w:br/>
        <w:t>v -6.644784 14.070653 0.271149</w:t>
        <w:br/>
        <w:t>v -6.725854 14.045869 0.246010</w:t>
        <w:br/>
        <w:t>v -6.624319 14.005868 0.259647</w:t>
        <w:br/>
        <w:t>v -6.701647 13.998897 0.239500</w:t>
        <w:br/>
        <w:t>v -6.624319 14.005868 0.259647</w:t>
        <w:br/>
        <w:t>v -6.594638 13.952214 0.199994</w:t>
        <w:br/>
        <w:t>v -6.685616 13.937658 0.177645</w:t>
        <w:br/>
        <w:t>v -6.701647 13.998897 0.239500</w:t>
        <w:br/>
        <w:t>v -6.773063 13.849993 -0.312367</w:t>
        <w:br/>
        <w:t>v -6.295462 14.037022 -0.029145</w:t>
        <w:br/>
        <w:t>v -6.139053 14.158980 -0.089756</w:t>
        <w:br/>
        <w:t>v -6.176386 14.175754 -0.269157</w:t>
        <w:br/>
        <w:t>v -6.306539 14.077809 -0.255796</w:t>
        <w:br/>
        <w:t>v -6.329523 14.135119 -0.427181</w:t>
        <w:br/>
        <w:t>v -6.248157 14.194048 -0.400385</w:t>
        <w:br/>
        <w:t>v -6.397065 14.199384 -0.501402</w:t>
        <w:br/>
        <w:t>v -6.509789 14.138131 -0.536367</w:t>
        <w:br/>
        <w:t>v -6.451718 14.052434 -0.463651</w:t>
        <w:br/>
        <w:t>v -6.447493 14.001158 -0.293669</w:t>
        <w:br/>
        <w:t>v -6.379766 13.952371 0.120807</w:t>
        <w:br/>
        <w:t>v -6.530995 13.938152 0.079126</w:t>
        <w:br/>
        <w:t>v -6.284823 14.125940 0.347786</w:t>
        <w:br/>
        <w:t>v -6.377215 14.173516 0.336330</w:t>
        <w:br/>
        <w:t>v -6.835337 13.847972 -0.209251</w:t>
        <w:br/>
        <w:t>v -6.976909 14.069623 -0.310008</w:t>
        <w:br/>
        <w:t>v -6.938830 14.045155 -0.452921</w:t>
        <w:br/>
        <w:t>v -6.580789 13.996427 0.284144</w:t>
        <w:br/>
        <w:t>v -6.819018 13.990210 0.229678</w:t>
        <w:br/>
        <w:t>v -6.819018 13.990210 0.229678</w:t>
        <w:br/>
        <w:t>v -6.370266 14.427607 0.094330</w:t>
        <w:br/>
        <w:t>v -6.198853 14.503536 0.076133</w:t>
        <w:br/>
        <w:t>v -6.257330 14.399645 0.182031</w:t>
        <w:br/>
        <w:t>v -6.024300 14.471167 0.103957</w:t>
        <w:br/>
        <w:t>v -6.096656 14.400500 0.156457</w:t>
        <w:br/>
        <w:t>v -6.083936 14.552096 0.065806</w:t>
        <w:br/>
        <w:t>v -6.366338 14.194785 0.322233</w:t>
        <w:br/>
        <w:t>v -6.229192 14.194738 0.285757</w:t>
        <w:br/>
        <w:t>v -6.955129 14.028158 0.177595</w:t>
        <w:br/>
        <w:t>v -6.920664 13.955551 0.208746</w:t>
        <w:br/>
        <w:t>v -6.977099 13.923127 0.192245</w:t>
        <w:br/>
        <w:t>v -7.011091 13.992940 0.161343</w:t>
        <w:br/>
        <w:t>v -6.870306 14.078283 0.193147</w:t>
        <w:br/>
        <w:t>v -6.813420 13.927786 -0.639729</w:t>
        <w:br/>
        <w:t>v -6.764619 13.960699 -0.631416</w:t>
        <w:br/>
        <w:t>v -6.801786 14.008606 -0.617031</w:t>
        <w:br/>
        <w:t>v -6.847254 13.971936 -0.624060</w:t>
        <w:br/>
        <w:t>v -6.977099 13.923127 0.192245</w:t>
        <w:br/>
        <w:t>v -6.555983 13.732379 0.412569</w:t>
        <w:br/>
        <w:t>v -6.619865 13.675180 0.454882</w:t>
        <w:br/>
        <w:t>v -6.600952 13.689220 0.511969</w:t>
        <w:br/>
        <w:t>v -6.531909 13.749151 0.466557</w:t>
        <w:br/>
        <w:t>v -6.705865 13.592613 0.576588</w:t>
        <w:br/>
        <w:t>v -6.648912 13.641998 0.536447</w:t>
        <w:br/>
        <w:t>v -6.668001 13.628691 0.487722</w:t>
        <w:br/>
        <w:t>v -6.726512 13.576332 0.536414</w:t>
        <w:br/>
        <w:t>v -6.607009 13.738454 0.532185</w:t>
        <w:br/>
        <w:t>v -6.600952 13.689220 0.511969</w:t>
        <w:br/>
        <w:t>v -6.625594 13.721809 0.543341</w:t>
        <w:br/>
        <w:t>v -6.604992 13.751692 0.375384</w:t>
        <w:br/>
        <w:t>v -6.662605 13.694019 0.423523</w:t>
        <w:br/>
        <w:t>v -6.707402 13.646067 0.458915</w:t>
        <w:br/>
        <w:t>v -6.764106 13.591711 0.511887</w:t>
        <w:br/>
        <w:t>v -6.773784 13.546152 0.584182</w:t>
        <w:br/>
        <w:t>v -6.807740 13.559555 0.566176</w:t>
        <w:br/>
        <w:t>v -6.834157 13.547241 0.618056</w:t>
        <w:br/>
        <w:t>v -6.799748 13.538422 0.625831</w:t>
        <w:br/>
        <w:t>v -6.845322 13.553617 0.660855</w:t>
        <w:br/>
        <w:t>v -6.842037 13.561420 0.666238</w:t>
        <w:br/>
        <w:t>v -6.827263 13.554859 0.666092</w:t>
        <w:br/>
        <w:t>v -6.500623 13.949285 0.446450</w:t>
        <w:br/>
        <w:t>v -6.446143 13.906606 0.449872</w:t>
        <w:br/>
        <w:t>v -6.550976 13.792932 0.502023</w:t>
        <w:br/>
        <w:t>v -6.594834 13.832334 0.501978</w:t>
        <w:br/>
        <w:t>v -6.355299 13.916130 0.380142</w:t>
        <w:br/>
        <w:t>v -6.305024 13.973732 0.353426</w:t>
        <w:br/>
        <w:t>v -6.799813 13.607632 0.641162</w:t>
        <w:br/>
        <w:t>v -6.765772 13.582106 0.636206</w:t>
        <w:br/>
        <w:t>v -6.812152 13.547043 0.657081</w:t>
        <w:br/>
        <w:t>v -6.650269 13.795806 0.381750</w:t>
        <w:br/>
        <w:t>v -6.664361 13.837221 0.419377</w:t>
        <w:br/>
        <w:t>v -6.718827 13.771627 0.472102</w:t>
        <w:br/>
        <w:t>v -6.703877 13.731887 0.429974</w:t>
        <w:br/>
        <w:t>v -6.712060 13.760164 0.523685</w:t>
        <w:br/>
        <w:t>v -6.718827 13.771627 0.472102</w:t>
        <w:br/>
        <w:t>v -6.698724 13.774569 0.514978</w:t>
        <w:br/>
        <w:t>v -6.834747 13.591068 0.565009</w:t>
        <w:br/>
        <w:t>v -6.852396 13.577366 0.606518</w:t>
        <w:br/>
        <w:t>v -6.638514 13.850577 0.468419</w:t>
        <w:br/>
        <w:t>v -6.551117 13.965082 0.406021</w:t>
        <w:br/>
        <w:t>v -6.842037 13.561420 0.666238</w:t>
        <w:br/>
        <w:t>v -6.850962 13.570862 0.658963</w:t>
        <w:br/>
        <w:t>v -6.745190 13.682739 0.464746</w:t>
        <w:br/>
        <w:t>v -6.796805 13.627586 0.515077</w:t>
        <w:br/>
        <w:t>v -6.664361 13.837221 0.419377</w:t>
        <w:br/>
        <w:t>v -6.445162 13.824564 0.348248</w:t>
        <w:br/>
        <w:t>v -6.506881 13.842665 0.299952</w:t>
        <w:br/>
        <w:t>v -6.531909 13.749151 0.466557</w:t>
        <w:br/>
        <w:t>v -6.419636 13.853829 0.410602</w:t>
        <w:br/>
        <w:t>v -6.759346 13.554487 0.613267</w:t>
        <w:br/>
        <w:t>v -6.759635 13.719007 0.501090</w:t>
        <w:br/>
        <w:t>v -6.806168 13.665268 0.544094</w:t>
        <w:br/>
        <w:t>v -6.662796 13.755906 0.543847</w:t>
        <w:br/>
        <w:t>v -6.677397 13.740459 0.553620</w:t>
        <w:br/>
        <w:t>v -6.638520 13.707617 0.550864</w:t>
        <w:br/>
        <w:t>v -6.842438 13.617434 0.583392</w:t>
        <w:br/>
        <w:t>v -6.826736 13.627077 0.614916</w:t>
        <w:br/>
        <w:t>v -6.842438 13.617434 0.583392</w:t>
        <w:br/>
        <w:t>v -6.806168 13.665268 0.544094</w:t>
        <w:br/>
        <w:t>v -6.785310 13.677019 0.581232</w:t>
        <w:br/>
        <w:t>v -6.845322 13.553617 0.660855</w:t>
        <w:br/>
        <w:t>v -6.855574 13.578354 0.642352</w:t>
        <w:br/>
        <w:t>v -6.850962 13.570862 0.658963</w:t>
        <w:br/>
        <w:t>v -6.759346 13.554487 0.613267</w:t>
        <w:br/>
        <w:t>v -6.765772 13.582106 0.636206</w:t>
        <w:br/>
        <w:t>v -6.716855 13.629871 0.602322</w:t>
        <w:br/>
        <w:t>v -6.705865 13.592613 0.576588</w:t>
        <w:br/>
        <w:t>v -6.855574 13.578354 0.642352</w:t>
        <w:br/>
        <w:t>v -6.852396 13.577366 0.606518</w:t>
        <w:br/>
        <w:t>v -6.812152 13.547043 0.657081</w:t>
        <w:br/>
        <w:t>v -6.799748 13.538422 0.625831</w:t>
        <w:br/>
        <w:t>v -7.053959 13.965926 0.150756</w:t>
        <w:br/>
        <w:t>v -7.024661 13.905721 0.179194</w:t>
        <w:br/>
        <w:t>v -7.024661 13.905721 0.179194</w:t>
        <w:br/>
        <w:t>v -7.292315 13.748969 0.145529</w:t>
        <w:br/>
        <w:t>v -7.301660 13.796200 0.124478</w:t>
        <w:br/>
        <w:t>v -7.243597 13.835931 0.128850</w:t>
        <w:br/>
        <w:t>v -7.211967 13.788140 0.151699</w:t>
        <w:br/>
        <w:t>v -7.211967 13.788140 0.151699</w:t>
        <w:br/>
        <w:t>v -7.102702 13.856353 0.163495</w:t>
        <w:br/>
        <w:t>v -7.068040 13.799755 0.133350</w:t>
        <w:br/>
        <w:t>v -7.178247 13.738444 0.123178</w:t>
        <w:br/>
        <w:t>v -7.365948 13.637629 0.111849</w:t>
        <w:br/>
        <w:t>v -7.497536 13.568547 0.103799</w:t>
        <w:br/>
        <w:t>v -7.521176 13.606737 0.127484</w:t>
        <w:br/>
        <w:t>v -7.396554 13.673977 0.136468</w:t>
        <w:br/>
        <w:t>v -7.055551 13.776815 0.069199</w:t>
        <w:br/>
        <w:t>v -7.165791 13.720387 0.063869</w:t>
        <w:br/>
        <w:t>v -7.353899 13.625292 0.059468</w:t>
        <w:br/>
        <w:t>v -7.488449 13.557647 0.056975</w:t>
        <w:br/>
        <w:t>v -7.728018 13.507581 0.089613</w:t>
        <w:br/>
        <w:t>v -7.682090 13.503185 0.091744</w:t>
        <w:br/>
        <w:t>v -7.680304 13.497719 0.057938</w:t>
        <w:br/>
        <w:t>v -7.730704 13.502489 0.062010</w:t>
        <w:br/>
        <w:t>v -7.728018 13.507581 0.089613</w:t>
        <w:br/>
        <w:t>v -7.755099 13.519890 0.064984</w:t>
        <w:br/>
        <w:t>v -7.747313 13.522367 0.087357</w:t>
        <w:br/>
        <w:t>v -7.068923 13.993677 0.094415</w:t>
        <w:br/>
        <w:t>v -7.648561 13.594443 0.066310</w:t>
        <w:br/>
        <w:t>v -7.579371 13.637152 0.068822</w:t>
        <w:br/>
        <w:t>v -7.565785 13.622070 0.107832</w:t>
        <w:br/>
        <w:t>v -7.643122 13.577542 0.103288</w:t>
        <w:br/>
        <w:t>v -7.063261 13.968125 0.032107</w:t>
        <w:br/>
        <w:t>v -7.037006 13.903839 -0.002093</w:t>
        <w:br/>
        <w:t>v -7.291689 13.767847 -0.000012</w:t>
        <w:br/>
        <w:t>v -7.213530 13.805602 -0.002659</w:t>
        <w:br/>
        <w:t>v -7.245764 13.848587 0.027519</w:t>
        <w:br/>
        <w:t>v -7.303236 13.810109 0.027687</w:t>
        <w:br/>
        <w:t>v -7.291689 13.767847 -0.000012</w:t>
        <w:br/>
        <w:t>v -7.254285 13.711622 0.011936</w:t>
        <w:br/>
        <w:t>v -7.182288 13.749041 0.010922</w:t>
        <w:br/>
        <w:t>v -7.213530 13.805602 -0.002659</w:t>
        <w:br/>
        <w:t>v -7.074050 13.803341 0.009922</w:t>
        <w:br/>
        <w:t>v -7.110101 13.863300 -0.005047</w:t>
        <w:br/>
        <w:t>v -7.110101 13.863300 -0.005047</w:t>
        <w:br/>
        <w:t>v -7.140698 13.916500 0.028455</w:t>
        <w:br/>
        <w:t>v -6.990067 13.843485 0.015475</w:t>
        <w:br/>
        <w:t>v -7.238298 13.684609 0.061600</w:t>
        <w:br/>
        <w:t>v -7.368962 13.649227 0.013744</w:t>
        <w:br/>
        <w:t>v -7.501093 13.580200 0.015697</w:t>
        <w:br/>
        <w:t>v -7.731075 13.516281 0.036887</w:t>
        <w:br/>
        <w:t>v -7.685718 13.514447 0.027745</w:t>
        <w:br/>
        <w:t>v -7.646655 13.587458 0.031477</w:t>
        <w:br/>
        <w:t>v -7.571057 13.632095 0.029454</w:t>
        <w:br/>
        <w:t>v -7.623337 13.549916 0.116884</w:t>
        <w:br/>
        <w:t>v -7.606063 13.523318 0.097217</w:t>
        <w:br/>
        <w:t>v -7.599191 13.514552 0.056248</w:t>
        <w:br/>
        <w:t>v -7.608593 13.535070 0.019991</w:t>
        <w:br/>
        <w:t>v -7.692643 13.521539 0.106360</w:t>
        <w:br/>
        <w:t>v -7.699116 13.536352 0.022745</w:t>
        <w:br/>
        <w:t>v -7.627354 13.566671 0.012189</w:t>
        <w:br/>
        <w:t>v -7.526977 13.624660 0.005136</w:t>
        <w:br/>
        <w:t>v -7.292315 13.748969 0.145529</w:t>
        <w:br/>
        <w:t>v -7.250509 13.700519 0.117871</w:t>
        <w:br/>
        <w:t>v -7.547920 13.647507 0.029093</w:t>
        <w:br/>
        <w:t>v -7.526977 13.624660 0.005136</w:t>
        <w:br/>
        <w:t>v -7.521176 13.606737 0.127484</w:t>
        <w:br/>
        <w:t>v -7.522904 13.648479 0.110218</w:t>
        <w:br/>
        <w:t>v -7.427382 13.710160 0.116922</w:t>
        <w:br/>
        <w:t>v -7.396554 13.673977 0.136468</w:t>
        <w:br/>
        <w:t>v -7.534663 13.666372 0.069532</w:t>
        <w:br/>
        <w:t>v -7.442627 13.728975 0.072254</w:t>
        <w:br/>
        <w:t>v -7.399658 13.691629 0.000745</w:t>
        <w:br/>
        <w:t>v -7.431284 13.721745 0.026117</w:t>
        <w:br/>
        <w:t>v -7.528094 13.659405 0.027690</w:t>
        <w:br/>
        <w:t>v -7.399658 13.691629 0.000745</w:t>
        <w:br/>
        <w:t>v -7.623337 13.549916 0.116884</w:t>
        <w:br/>
        <w:t>v -7.692643 13.521539 0.106360</w:t>
        <w:br/>
        <w:t>v -7.728018 13.507581 0.089613</w:t>
        <w:br/>
        <w:t>v -7.747313 13.522367 0.087357</w:t>
        <w:br/>
        <w:t>v -7.708260 13.543996 0.096285</w:t>
        <w:br/>
        <w:t>v -7.627354 13.566671 0.012189</w:t>
        <w:br/>
        <w:t>v -7.711864 13.552832 0.037381</w:t>
        <w:br/>
        <w:t>v -7.699116 13.536352 0.022745</w:t>
        <w:br/>
        <w:t>v -7.747313 13.522367 0.087357</w:t>
        <w:br/>
        <w:t>v -7.750205 13.536268 0.066189</w:t>
        <w:br/>
        <w:t>v -7.708260 13.543996 0.096285</w:t>
        <w:br/>
        <w:t>v -7.709743 13.559906 0.066577</w:t>
        <w:br/>
        <w:t>v -7.711864 13.552832 0.037381</w:t>
        <w:br/>
        <w:t>v -7.755099 13.519890 0.064984</w:t>
        <w:br/>
        <w:t>v -7.762089 13.526153 0.054623</w:t>
        <w:br/>
        <w:t>v -7.765579 13.523493 0.065993</w:t>
        <w:br/>
        <w:t>v -7.749542 13.530128 0.043853</w:t>
        <w:br/>
        <w:t>v -7.731075 13.516281 0.036887</w:t>
        <w:br/>
        <w:t>v -7.347053 13.782579 -0.071926</w:t>
        <w:br/>
        <w:t>v -7.355162 13.836989 -0.093407</w:t>
        <w:br/>
        <w:t>v -7.307054 13.878500 -0.099458</w:t>
        <w:br/>
        <w:t>v -7.262113 13.815722 -0.064864</w:t>
        <w:br/>
        <w:t>v -7.262113 13.815722 -0.064864</w:t>
        <w:br/>
        <w:t>v -7.147268 13.868934 -0.051725</w:t>
        <w:br/>
        <w:t>v -7.112000 13.804450 -0.075527</w:t>
        <w:br/>
        <w:t>v -7.231439 13.758645 -0.088955</w:t>
        <w:br/>
        <w:t>v -7.613667 13.618925 -0.097415</w:t>
        <w:br/>
        <w:t>v -7.465849 13.698137 -0.083666</w:t>
        <w:br/>
        <w:t>v -7.436738 13.654680 -0.107703</w:t>
        <w:br/>
        <w:t>v -7.594435 13.576267 -0.120995</w:t>
        <w:br/>
        <w:t>v -7.767569 13.581222 -0.128429</w:t>
        <w:br/>
        <w:t>v -7.663534 13.636433 -0.119584</w:t>
        <w:br/>
        <w:t>v -7.613667 13.618925 -0.097415</w:t>
        <w:br/>
        <w:t>v -7.746251 13.551948 -0.113820</w:t>
        <w:br/>
        <w:t>v -7.612487 13.665989 -0.115205</w:t>
        <w:br/>
        <w:t>v -7.498039 13.739100 -0.105205</w:t>
        <w:br/>
        <w:t>v -7.465849 13.698137 -0.083666</w:t>
        <w:br/>
        <w:t>v -7.095840 13.782942 -0.140863</w:t>
        <w:br/>
        <w:t>v -7.218321 13.738232 -0.150095</w:t>
        <w:br/>
        <w:t>v -7.424127 13.637973 -0.164401</w:t>
        <w:br/>
        <w:t>v -7.583424 13.563126 -0.172323</w:t>
        <w:br/>
        <w:t>v -7.825105 13.497794 -0.140469</w:t>
        <w:br/>
        <w:t>v -7.821745 13.489380 -0.176823</w:t>
        <w:br/>
        <w:t>v -7.874399 13.497526 -0.175206</w:t>
        <w:br/>
        <w:t>v -7.869801 13.503402 -0.146364</w:t>
        <w:br/>
        <w:t>v -7.899672 13.531219 -0.161492</w:t>
        <w:br/>
        <w:t>v -7.901707 13.523831 -0.174080</w:t>
        <w:br/>
        <w:t>v -7.905275 13.532519 -0.173736</w:t>
        <w:br/>
        <w:t>v -7.675474 13.652569 -0.159714</w:t>
        <w:br/>
        <w:t>v -7.767076 13.598430 -0.164751</w:t>
        <w:br/>
        <w:t>v -7.623547 13.684647 -0.156958</w:t>
        <w:br/>
        <w:t>v -7.512331 13.758915 -0.151432</w:t>
        <w:br/>
        <w:t>v -7.345101 13.794584 -0.226518</w:t>
        <w:br/>
        <w:t>v -7.264177 13.830964 -0.225052</w:t>
        <w:br/>
        <w:t>v -7.305941 13.887958 -0.197083</w:t>
        <w:br/>
        <w:t>v -7.355919 13.845335 -0.197307</w:t>
        <w:br/>
        <w:t>v -7.345101 13.794584 -0.226518</w:t>
        <w:br/>
        <w:t>v -7.305862 13.733425 -0.210650</w:t>
        <w:br/>
        <w:t>v -7.232688 13.769770 -0.208512</w:t>
        <w:br/>
        <w:t>v -7.264177 13.830964 -0.225052</w:t>
        <w:br/>
        <w:t>v -7.112108 13.818731 -0.203519</w:t>
        <w:br/>
        <w:t>v -7.149005 13.891598 -0.222746</w:t>
        <w:br/>
        <w:t>v -7.149005 13.891598 -0.222746</w:t>
        <w:br/>
        <w:t>v -7.182497 13.959987 -0.199140</w:t>
        <w:br/>
        <w:t>v -7.615458 13.631182 -0.227611</w:t>
        <w:br/>
        <w:t>v -7.663857 13.644618 -0.202827</w:t>
        <w:br/>
        <w:t>v -7.764214 13.586172 -0.203791</w:t>
        <w:br/>
        <w:t>v -7.740012 13.559052 -0.223062</w:t>
        <w:br/>
        <w:t>v -7.740012 13.559052 -0.223062</w:t>
        <w:br/>
        <w:t>v -7.722794 13.530406 -0.212235</w:t>
        <w:br/>
        <w:t>v -7.592208 13.584612 -0.215564</w:t>
        <w:br/>
        <w:t>v -7.615458 13.631182 -0.227611</w:t>
        <w:br/>
        <w:t>v -7.436419 13.663041 -0.214002</w:t>
        <w:br/>
        <w:t>v -7.466809 13.710368 -0.228143</w:t>
        <w:br/>
        <w:t>v -7.466809 13.710368 -0.228143</w:t>
        <w:br/>
        <w:t>v -7.499350 13.747571 -0.200578</w:t>
        <w:br/>
        <w:t>v -7.614816 13.674574 -0.202041</w:t>
        <w:br/>
        <w:t>v -7.293532 13.705284 -0.156163</w:t>
        <w:br/>
        <w:t>v -7.821192 13.502043 -0.207858</w:t>
        <w:br/>
        <w:t>v -7.868682 13.508397 -0.201711</w:t>
        <w:br/>
        <w:t>v -7.397932 13.816324 -0.198982</w:t>
        <w:br/>
        <w:t>v -7.414602 13.827847 -0.146327</w:t>
        <w:br/>
        <w:t>v -7.307086 13.724800 -0.096423</w:t>
        <w:br/>
        <w:t>v -7.717810 13.514302 -0.174987</w:t>
        <w:br/>
        <w:t>v -7.727963 13.525438 -0.131758</w:t>
        <w:br/>
        <w:t>v -7.746251 13.551948 -0.113820</w:t>
        <w:br/>
        <w:t>v -7.833451 13.516658 -0.129061</w:t>
        <w:br/>
        <w:t>v -7.828952 13.522719 -0.214936</w:t>
        <w:br/>
        <w:t>v -7.347053 13.782579 -0.071926</w:t>
        <w:br/>
        <w:t>v -7.367496 13.861113 -0.144036</w:t>
        <w:br/>
        <w:t>v -7.317385 13.892309 -0.141008</w:t>
        <w:br/>
        <w:t>v -7.793378 13.583182 -0.165882</w:t>
        <w:br/>
        <w:t>v -7.767076 13.598430 -0.164751</w:t>
        <w:br/>
        <w:t>v -7.798088 13.575301 -0.142350</w:t>
        <w:br/>
        <w:t>v -7.796207 13.578156 -0.191102</w:t>
        <w:br/>
        <w:t>v -7.886391 13.524669 -0.149955</w:t>
        <w:br/>
        <w:t>v -7.841400 13.545362 -0.138601</w:t>
        <w:br/>
        <w:t>v -7.833451 13.516658 -0.129061</w:t>
        <w:br/>
        <w:t>v -7.869801 13.503402 -0.146364</w:t>
        <w:br/>
        <w:t>v -7.839957 13.549592 -0.201685</w:t>
        <w:br/>
        <w:t>v -7.828952 13.522719 -0.214936</w:t>
        <w:br/>
        <w:t>v -7.899672 13.531219 -0.161492</w:t>
        <w:br/>
        <w:t>v -7.854018 13.555054 -0.169515</w:t>
        <w:br/>
        <w:t>v -7.841400 13.545362 -0.138601</w:t>
        <w:br/>
        <w:t>v -7.886391 13.524669 -0.149955</w:t>
        <w:br/>
        <w:t>v -7.898613 13.533505 -0.185544</w:t>
        <w:br/>
        <w:t>v -7.905275 13.532519 -0.173736</w:t>
        <w:br/>
        <w:t>v -7.898613 13.533505 -0.185544</w:t>
        <w:br/>
        <w:t>v -7.886077 13.529083 -0.196850</w:t>
        <w:br/>
        <w:t>v -7.868682 13.508397 -0.201711</w:t>
        <w:br/>
        <w:t>v -7.308165 13.761101 -0.313170</w:t>
        <w:br/>
        <w:t>v -7.306346 13.808899 -0.344284</w:t>
        <w:br/>
        <w:t>v -7.246352 13.846421 -0.338229</w:t>
        <w:br/>
        <w:t>v -7.223774 13.800701 -0.303122</w:t>
        <w:br/>
        <w:t>v -7.187603 13.740251 -0.310226</w:t>
        <w:br/>
        <w:t>v -7.223774 13.800701 -0.303122</w:t>
        <w:br/>
        <w:t>v -7.444457 13.665246 -0.324280</w:t>
        <w:br/>
        <w:t>v -7.308165 13.761101 -0.313170</w:t>
        <w:br/>
        <w:t>v -7.268569 13.700277 -0.320010</w:t>
        <w:br/>
        <w:t>v -7.416059 13.619102 -0.334113</w:t>
        <w:br/>
        <w:t>v -7.585499 13.589044 -0.341529</w:t>
        <w:br/>
        <w:t>v -7.562596 13.543309 -0.349547</w:t>
        <w:br/>
        <w:t>v -7.585499 13.589044 -0.341529</w:t>
        <w:br/>
        <w:t>v -7.582168 13.625850 -0.368745</w:t>
        <w:br/>
        <w:t>v -7.468702 13.699449 -0.357068</w:t>
        <w:br/>
        <w:t>v -7.444457 13.665246 -0.324280</w:t>
        <w:br/>
        <w:t>v -7.354664 13.777096 -0.347851</w:t>
        <w:br/>
        <w:t>v -7.164846 13.707478 -0.357992</w:t>
        <w:br/>
        <w:t>v -7.246759 13.668337 -0.365660</w:t>
        <w:br/>
        <w:t>v -7.397454 13.591232 -0.377278</w:t>
        <w:br/>
        <w:t>v -7.545762 13.519790 -0.389782</w:t>
        <w:br/>
        <w:t>v -7.793138 13.467600 -0.424523</w:t>
        <w:br/>
        <w:t>v -7.782961 13.479265 -0.391275</w:t>
        <w:br/>
        <w:t>v -7.738814 13.473963 -0.381055</w:t>
        <w:br/>
        <w:t>v -7.730913 13.458876 -0.411796</w:t>
        <w:br/>
        <w:t>v -7.815496 13.495236 -0.420286</w:t>
        <w:br/>
        <w:t>v -7.816391 13.486966 -0.431351</w:t>
        <w:br/>
        <w:t>v -7.818393 13.493540 -0.432249</w:t>
        <w:br/>
        <w:t>v -7.584722 13.631924 -0.416014</w:t>
        <w:br/>
        <w:t>v -7.473124 13.706203 -0.408630</w:t>
        <w:br/>
        <w:t>v -7.360046 13.782541 -0.401262</w:t>
        <w:br/>
        <w:t>v -7.248284 13.856679 -0.394624</w:t>
        <w:br/>
        <w:t>v -7.307027 13.817560 -0.398411</w:t>
        <w:br/>
        <w:t>v -7.631088 13.602403 -0.419659</w:t>
        <w:br/>
        <w:t>v -7.627239 13.598034 -0.374354</w:t>
        <w:br/>
        <w:t>v -7.698336 13.557872 -0.383208</w:t>
        <w:br/>
        <w:t>v -7.690044 13.566872 -0.423600</w:t>
        <w:br/>
        <w:t>v -7.281833 13.735342 -0.458025</w:t>
        <w:br/>
        <w:t>v -7.197536 13.775180 -0.452055</w:t>
        <w:br/>
        <w:t>v -7.229200 13.828153 -0.440457</w:t>
        <w:br/>
        <w:t>v -7.289568 13.790529 -0.443193</w:t>
        <w:br/>
        <w:t>v -7.281833 13.735342 -0.458025</w:t>
        <w:br/>
        <w:t>v -7.251836 13.682666 -0.423600</w:t>
        <w:br/>
        <w:t>v -7.171133 13.724646 -0.417734</w:t>
        <w:br/>
        <w:t>v -7.197536 13.775180 -0.452055</w:t>
        <w:br/>
        <w:t>v -7.567495 13.566495 -0.466526</w:t>
        <w:br/>
        <w:t>v -7.423932 13.642328 -0.461174</w:t>
        <w:br/>
        <w:t>v -7.454675 13.683533 -0.449946</w:t>
        <w:br/>
        <w:t>v -7.570830 13.610786 -0.454178</w:t>
        <w:br/>
        <w:t>v -7.567495 13.566495 -0.466526</w:t>
        <w:br/>
        <w:t>v -7.546250 13.527837 -0.438342</w:t>
        <w:br/>
        <w:t>v -7.401273 13.602566 -0.431219</w:t>
        <w:br/>
        <w:t>v -7.423932 13.642328 -0.461174</w:t>
        <w:br/>
        <w:t>v -7.337777 13.759426 -0.445041</w:t>
        <w:br/>
        <w:t>v -7.727098 13.461407 -0.445540</w:t>
        <w:br/>
        <w:t>v -7.772625 13.464534 -0.452948</w:t>
        <w:br/>
        <w:t>v -7.683863 13.543695 -0.457714</w:t>
        <w:br/>
        <w:t>v -7.614631 13.583748 -0.455956</w:t>
        <w:br/>
        <w:t>v -7.664090 13.499627 -0.364474</w:t>
        <w:br/>
        <w:t>v -7.682169 13.530810 -0.356503</w:t>
        <w:br/>
        <w:t>v -7.647784 13.480141 -0.399926</w:t>
        <w:br/>
        <w:t>v -7.646180 13.486641 -0.441730</w:t>
        <w:br/>
        <w:t>v -7.752167 13.496149 -0.374738</w:t>
        <w:br/>
        <w:t>v -7.736134 13.477625 -0.461992</w:t>
        <w:br/>
        <w:t>v -7.660425 13.510904 -0.464549</w:t>
        <w:br/>
        <w:t>v -7.660425 13.510904 -0.464549</w:t>
        <w:br/>
        <w:t>v -7.682169 13.530810 -0.356503</w:t>
        <w:br/>
        <w:t>v -7.712792 13.541794 -0.447157</w:t>
        <w:br/>
        <w:t>v -7.752167 13.496149 -0.374738</w:t>
        <w:br/>
        <w:t>v -7.763790 13.519312 -0.394740</w:t>
        <w:br/>
        <w:t>v -7.751660 13.507202 -0.456781</w:t>
        <w:br/>
        <w:t>v -7.736134 13.477625 -0.461992</w:t>
        <w:br/>
        <w:t>v -7.815496 13.495236 -0.420286</w:t>
        <w:br/>
        <w:t>v -7.771287 13.520946 -0.428664</w:t>
        <w:br/>
        <w:t>v -7.763790 13.519312 -0.394740</w:t>
        <w:br/>
        <w:t>v -7.807350 13.490428 -0.408832</w:t>
        <w:br/>
        <w:t>v -7.818393 13.493540 -0.432249</w:t>
        <w:br/>
        <w:t>v -7.811441 13.491367 -0.442666</w:t>
        <w:br/>
        <w:t>v -7.799150 13.482284 -0.449817</w:t>
        <w:br/>
        <w:t>v -7.772625 13.464534 -0.452948</w:t>
        <w:br/>
        <w:t>v -7.114858 13.763139 -0.526903</w:t>
        <w:br/>
        <w:t>v -7.118041 13.802539 -0.555863</w:t>
        <w:br/>
        <w:t>v -7.164610 13.659771 -0.540206</w:t>
        <w:br/>
        <w:t>v -7.268107 13.595407 -0.555494</w:t>
        <w:br/>
        <w:t>v -7.293046 13.632051 -0.552543</w:t>
        <w:br/>
        <w:t>v -7.194283 13.696841 -0.537222</w:t>
        <w:br/>
        <w:t>v -7.293046 13.632051 -0.552543</w:t>
        <w:br/>
        <w:t>v -7.290590 13.664709 -0.577522</w:t>
        <w:br/>
        <w:t>v -7.217386 13.722319 -0.568763</w:t>
        <w:br/>
        <w:t>v -7.194283 13.696841 -0.537222</w:t>
        <w:br/>
        <w:t>v -7.145563 13.636196 -0.577026</w:t>
        <w:br/>
        <w:t>v -7.074958 13.719789 -0.527673</w:t>
        <w:br/>
        <w:t>v -7.054452 13.696832 -0.566932</w:t>
        <w:br/>
        <w:t>v -7.251958 13.575250 -0.588976</w:t>
        <w:br/>
        <w:t>v -7.461636 13.516429 -0.625311</w:t>
        <w:br/>
        <w:t>v -7.456366 13.526259 -0.600020</w:t>
        <w:br/>
        <w:t>v -7.421977 13.525026 -0.588114</w:t>
        <w:br/>
        <w:t>v -7.413576 13.511289 -0.612222</w:t>
        <w:br/>
        <w:t>v -7.484381 13.540489 -0.625908</w:t>
        <w:br/>
        <w:t>v -7.484581 13.532198 -0.634411</w:t>
        <w:br/>
        <w:t>v -7.485495 13.538119 -0.635546</w:t>
        <w:br/>
        <w:t>v -7.290125 13.667925 -0.617228</w:t>
        <w:br/>
        <w:t>v -7.219988 13.725792 -0.613012</w:t>
        <w:br/>
        <w:t>v -7.329185 13.639842 -0.620006</w:t>
        <w:br/>
        <w:t>v -7.327649 13.638692 -0.582453</w:t>
        <w:br/>
        <w:t>v -7.389380 13.599724 -0.592881</w:t>
        <w:br/>
        <w:t>v -7.379893 13.606670 -0.624503</w:t>
        <w:br/>
        <w:t>v -7.086033 13.740161 -0.653698</w:t>
        <w:br/>
        <w:t>v -7.098236 13.788036 -0.641555</w:t>
        <w:br/>
        <w:t>v -7.055889 13.703206 -0.618529</w:t>
        <w:br/>
        <w:t>v -7.267974 13.609442 -0.656401</w:t>
        <w:br/>
        <w:t>v -7.167096 13.670765 -0.653966</w:t>
        <w:br/>
        <w:t>v -7.198711 13.705638 -0.647463</w:t>
        <w:br/>
        <w:t>v -7.273614 13.649405 -0.648297</w:t>
        <w:br/>
        <w:t>v -7.251496 13.579729 -0.629700</w:t>
        <w:br/>
        <w:t>v -7.146802 13.641872 -0.624315</w:t>
        <w:br/>
        <w:t>v -7.135369 13.758313 -0.644670</w:t>
        <w:br/>
        <w:t>v -7.408368 13.511415 -0.639851</w:t>
        <w:br/>
        <w:t>v -7.445058 13.513431 -0.646269</w:t>
        <w:br/>
        <w:t>v -7.159518 13.778049 -0.607899</w:t>
        <w:br/>
        <w:t>v -7.373812 13.585420 -0.650229</w:t>
        <w:br/>
        <w:t>v -7.311898 13.623381 -0.648944</w:t>
        <w:br/>
        <w:t>v -7.375828 13.576233 -0.568929</w:t>
        <w:br/>
        <w:t>v -7.356842 13.549381 -0.572422</w:t>
        <w:br/>
        <w:t>v -7.343246 13.531793 -0.599789</w:t>
        <w:br/>
        <w:t>v -7.341360 13.534904 -0.634101</w:t>
        <w:br/>
        <w:t>v -7.154979 13.774599 -0.561790</w:t>
        <w:br/>
        <w:t>v -7.114858 13.763139 -0.526903</w:t>
        <w:br/>
        <w:t>v -7.435474 13.543256 -0.585216</w:t>
        <w:br/>
        <w:t>v -7.416054 13.524586 -0.653194</w:t>
        <w:br/>
        <w:t>v -7.352344 13.555013 -0.653960</w:t>
        <w:br/>
        <w:t>v -7.375828 13.576233 -0.568929</w:t>
        <w:br/>
        <w:t>v -7.406344 13.593309 -0.607712</w:t>
        <w:br/>
        <w:t>v -7.447836 13.564346 -0.631609</w:t>
        <w:br/>
        <w:t>v -7.432014 13.550789 -0.651595</w:t>
        <w:br/>
        <w:t>v -7.396774 13.584472 -0.643332</w:t>
        <w:br/>
        <w:t>v -7.477672 13.536657 -0.614895</w:t>
        <w:br/>
        <w:t>v -7.444574 13.563417 -0.603744</w:t>
        <w:br/>
        <w:t>v -7.435474 13.543256 -0.585216</w:t>
        <w:br/>
        <w:t>v -7.456366 13.526259 -0.600020</w:t>
        <w:br/>
        <w:t>v -7.432014 13.550789 -0.651595</w:t>
        <w:br/>
        <w:t>v -7.484381 13.540489 -0.625908</w:t>
        <w:br/>
        <w:t>v -7.447836 13.564346 -0.631609</w:t>
        <w:br/>
        <w:t>v -7.444574 13.563417 -0.603744</w:t>
        <w:br/>
        <w:t>v -7.477672 13.536657 -0.614895</w:t>
        <w:br/>
        <w:t>v -7.485495 13.538119 -0.635546</w:t>
        <w:br/>
        <w:t>v -7.480155 13.535673 -0.643510</w:t>
        <w:br/>
        <w:t>v -7.470171 13.527336 -0.647737</w:t>
        <w:br/>
        <w:t>v -7.445058 13.513431 -0.646269</w:t>
        <w:br/>
        <w:t>v -6.920664 13.955551 0.208746</w:t>
        <w:br/>
        <w:t>v -6.238001 14.053022 0.305059</w:t>
        <w:br/>
        <w:t>v -6.479312 13.969529 -0.103450</w:t>
        <w:br/>
        <w:t>v -6.146629 14.184332 0.211850</w:t>
        <w:br/>
        <w:t>v -6.262483 14.321345 -0.477989</w:t>
        <w:br/>
        <w:t>v -6.215314 14.215617 -0.410054</w:t>
        <w:br/>
        <w:t>v -6.093850 14.300370 -0.372983</w:t>
        <w:br/>
        <w:t>v -6.385825 14.479276 -0.281051</w:t>
        <w:br/>
        <w:t>v -6.337104 14.426315 -0.419572</w:t>
        <w:br/>
        <w:t>v -6.392296 14.481617 -0.096831</w:t>
        <w:br/>
        <w:t>v -6.733510 14.278448 0.042733</w:t>
        <w:br/>
        <w:t>v -6.845153 14.212691 0.030409</w:t>
        <w:br/>
        <w:t>v -6.872354 14.218963 -0.125925</w:t>
        <w:br/>
        <w:t>v -6.730368 14.305046 -0.127744</w:t>
        <w:br/>
        <w:t>v -6.962970 14.071828 -0.389588</w:t>
        <w:br/>
        <w:t>v -6.419636 13.853829 0.410602</w:t>
        <w:br/>
        <w:t>v -7.135571 13.910449 0.137746</w:t>
        <w:br/>
        <w:t>v -7.257882 13.859098 0.079343</w:t>
        <w:br/>
        <w:t>v -7.151322 13.934987 0.085419</w:t>
        <w:br/>
        <w:t>v -7.102702 13.856353 0.163495</w:t>
        <w:br/>
        <w:t>v -7.147268 13.868934 -0.051725</w:t>
        <w:br/>
        <w:t>v -7.182437 13.947524 -0.071888</w:t>
        <w:br/>
        <w:t>v -7.398609 13.808193 -0.096549</w:t>
        <w:br/>
        <w:t>v -7.314078 13.818075 0.076960</w:t>
        <w:br/>
        <w:t>v -7.117906 13.811085 -0.602948</w:t>
        <w:br/>
        <w:t>v -6.683282 13.792934 0.502153</w:t>
        <w:br/>
        <w:t>v -6.643885 13.775799 0.531672</w:t>
        <w:br/>
        <w:t>v -6.981546 14.149826 -0.117947</w:t>
        <w:br/>
        <w:t>v -7.025295 14.099196 -0.218674</w:t>
        <w:br/>
        <w:t>v -6.958543 14.137904 -0.260729</w:t>
        <w:br/>
        <w:t>v -7.001610 14.035169 -0.388986</w:t>
        <w:br/>
        <w:t>v -6.873062 13.999018 -0.576155</w:t>
        <w:br/>
        <w:t>v -6.029577 14.307359 0.122931</w:t>
        <w:br/>
        <w:t>v -6.076243 14.233186 0.174061</w:t>
        <w:br/>
        <w:t>v -6.144333 14.329256 0.219624</w:t>
        <w:br/>
        <w:t>v -6.580789 13.996427 0.284144</w:t>
        <w:br/>
        <w:t>v -7.095304 14.012633 -0.200687</w:t>
        <w:br/>
        <w:t>v -7.058868 13.935023 -0.224678</w:t>
        <w:br/>
        <w:t>v -6.683604 14.166207 0.208334</w:t>
        <w:br/>
        <w:t>v -6.583096 14.181908 0.263689</w:t>
        <w:br/>
        <w:t>v -6.470611 14.189577 0.299705</w:t>
        <w:br/>
        <w:t>v -7.782961 13.479265 -0.391275</w:t>
        <w:br/>
        <w:t>v -7.807350 13.490428 -0.408832</w:t>
        <w:br/>
        <w:t>v -7.477672 13.536657 -0.614895</w:t>
        <w:br/>
        <w:t>v -7.456366 13.526259 -0.600020</w:t>
        <w:br/>
        <w:t>v -7.461636 13.516429 -0.625311</w:t>
        <w:br/>
        <w:t>v -7.470171 13.527336 -0.647737</w:t>
        <w:br/>
        <w:t>v -7.445058 13.513431 -0.646269</w:t>
        <w:br/>
        <w:t>v -7.807350 13.490428 -0.408832</w:t>
        <w:br/>
        <w:t>v -7.782961 13.479265 -0.391275</w:t>
        <w:br/>
        <w:t>v -7.793138 13.467600 -0.424523</w:t>
        <w:br/>
        <w:t>v -7.799150 13.482284 -0.449817</w:t>
        <w:br/>
        <w:t>v -7.772625 13.464534 -0.452948</w:t>
        <w:br/>
        <w:t>v -7.325753 13.780512 0.123037</w:t>
        <w:br/>
        <w:t>v -7.340848 13.799146 0.076105</w:t>
        <w:br/>
        <w:t>v -7.328608 13.793523 0.027972</w:t>
        <w:br/>
        <w:t>v -7.361287 13.785303 0.075324</w:t>
        <w:br/>
        <w:t>v -7.346220 13.779824 0.027131</w:t>
        <w:br/>
        <w:t>v -7.343436 13.767805 0.122491</w:t>
        <w:br/>
        <w:t>v -7.541800 13.637374 0.109044</w:t>
        <w:br/>
        <w:t>v -7.554823 13.652966 0.069441</w:t>
        <w:br/>
        <w:t>v -7.380076 13.822506 -0.095479</w:t>
        <w:br/>
        <w:t>v -7.393495 13.843409 -0.145347</w:t>
        <w:br/>
        <w:t>v -7.379904 13.830338 -0.197932</w:t>
        <w:br/>
        <w:t>v -7.633069 13.654528 -0.117239</w:t>
        <w:br/>
        <w:t>v -7.645231 13.670988 -0.158063</w:t>
        <w:br/>
        <w:t>v -7.635250 13.662998 -0.202089</w:t>
        <w:br/>
        <w:t>v -7.333040 13.792765 -0.347047</w:t>
        <w:br/>
        <w:t>v -7.336049 13.798660 -0.400082</w:t>
        <w:br/>
        <w:t>v -7.316415 13.774589 -0.444119</w:t>
        <w:br/>
        <w:t>v -7.603666 13.612895 -0.372021</w:t>
        <w:br/>
        <w:t>v -7.607227 13.617399 -0.418019</w:t>
        <w:br/>
        <w:t>v -7.591857 13.598552 -0.455028</w:t>
        <w:br/>
        <w:t>v -7.140134 13.787497 -0.560311</w:t>
        <w:br/>
        <w:t>v -7.142640 13.792152 -0.605958</w:t>
        <w:br/>
        <w:t>v -7.120877 13.771616 -0.643474</w:t>
        <w:br/>
        <w:t>v -7.308270 13.652594 -0.580028</w:t>
        <w:br/>
        <w:t>v -7.309188 13.653847 -0.618397</w:t>
        <w:br/>
        <w:t>v -7.292289 13.637299 -0.648436</w:t>
        <w:br/>
        <w:t>v -6.668402 13.677019 0.568980</w:t>
        <w:br/>
        <w:t>v -6.648912 13.641998 0.536447</w:t>
        <w:br/>
        <w:t>v -6.704256 13.710983 0.571677</w:t>
        <w:br/>
        <w:t>v -6.745609 13.667253 0.600596</w:t>
        <w:br/>
        <w:t>v -6.740583 13.727034 0.544816</w:t>
        <w:br/>
        <w:t>v -6.759635 13.719007 0.501090</w:t>
        <w:br/>
        <w:t>v -7.008660 14.075274 -0.239392</w:t>
        <w:br/>
        <w:t>v -6.933696 13.862942 -0.009628</w:t>
        <w:br/>
        <w:t>v -7.006477 13.930404 -0.009579</w:t>
        <w:br/>
        <w:t>v -7.015484 13.846939 -0.198303</w:t>
        <w:br/>
        <w:t>v -6.863506 13.827193 -0.333687</w:t>
        <w:br/>
        <w:t>v -7.058868 13.935023 -0.224678</w:t>
        <w:br/>
        <w:t>v -7.037006 13.903839 -0.002093</w:t>
        <w:br/>
        <w:t>v -6.798758 13.865116 -0.466456</w:t>
        <w:br/>
        <w:t>v -6.586911 14.274808 0.194474</w:t>
        <w:br/>
        <w:t>v -6.573822 14.350946 0.061101</w:t>
        <w:br/>
        <w:t>v -6.436549 14.312242 0.230598</w:t>
        <w:br/>
        <w:t>v -6.045805 14.225575 -0.102413</w:t>
        <w:br/>
        <w:t>v -5.955845 14.320177 -0.114698</w:t>
        <w:br/>
        <w:t>v -5.968894 14.332797 -0.234301</w:t>
        <w:br/>
        <w:t>v -6.063684 14.238043 -0.240426</w:t>
        <w:br/>
        <w:t>v -5.952456 14.338118 -0.006924</w:t>
        <w:br/>
        <w:t>v -6.023644 14.244301 0.020427</w:t>
        <w:br/>
        <w:t>v -6.001901 14.386067 -0.344544</w:t>
        <w:br/>
        <w:t>v -5.969997 14.388968 0.074589</w:t>
        <w:br/>
        <w:t>v -6.029577 14.307359 0.122931</w:t>
        <w:br/>
        <w:t>v -5.969997 14.388968 0.074589</w:t>
        <w:br/>
        <w:t>v -6.539971 14.387948 -0.314661</w:t>
        <w:br/>
        <w:t>v -6.471472 14.333494 -0.465718</w:t>
        <w:br/>
        <w:t>v -6.565378 14.393203 -0.112574</w:t>
        <w:br/>
        <w:t>v -6.689622 14.292739 -0.345773</w:t>
        <w:br/>
        <w:t>v -6.713433 14.228198 0.171123</w:t>
        <w:br/>
        <w:t>v -6.317181 14.303347 0.274316</w:t>
        <w:br/>
        <w:t>v -6.987278 13.964158 -0.252794</w:t>
        <w:br/>
        <w:t>v -6.865916 13.914685 -0.478625</w:t>
        <w:br/>
        <w:t>v -6.893629 13.927930 -0.468142</w:t>
        <w:br/>
        <w:t>v -6.917606 13.853889 0.017684</w:t>
        <w:br/>
        <w:t>v -7.760357 13.522443 0.076948</w:t>
        <w:br/>
        <w:t>v -7.747313 13.522367 0.087357</w:t>
        <w:br/>
        <w:t>v -7.760357 13.522443 0.076948</w:t>
        <w:br/>
        <w:t>v -7.762089 13.526153 0.054623</w:t>
        <w:br/>
        <w:t>v -7.749542 13.530128 0.043853</w:t>
        <w:br/>
        <w:t>v -7.765579 13.523493 0.065993</w:t>
        <w:br/>
        <w:t>v -7.749542 13.530128 0.043853</w:t>
        <w:br/>
        <w:t>v -7.675471 13.578421 0.043782</w:t>
        <w:br/>
        <w:t>v -7.675471 13.578421 0.043782</w:t>
        <w:br/>
        <w:t>v -7.672523 13.580436 0.065920</w:t>
        <w:br/>
        <w:t>v -7.671616 13.573530 0.089673</w:t>
        <w:br/>
        <w:t>v -7.671616 13.573530 0.089673</w:t>
        <w:br/>
        <w:t>v -7.648561 13.594443 0.066310</w:t>
        <w:br/>
        <w:t>v -7.730704 13.502489 0.062010</w:t>
        <w:br/>
        <w:t>v -7.796207 13.578156 -0.191102</w:t>
        <w:br/>
        <w:t>v -7.839957 13.549592 -0.201685</w:t>
        <w:br/>
        <w:t>v -7.798088 13.575301 -0.142350</w:t>
        <w:br/>
        <w:t>v -7.901707 13.523831 -0.174080</w:t>
        <w:br/>
        <w:t>v -7.886391 13.524669 -0.149955</w:t>
        <w:br/>
        <w:t>v -7.874399 13.497526 -0.175206</w:t>
        <w:br/>
        <w:t>v -7.886077 13.529083 -0.196850</w:t>
        <w:br/>
        <w:t>v -7.886391 13.524669 -0.149955</w:t>
        <w:br/>
        <w:t>v -7.886077 13.529083 -0.196850</w:t>
        <w:br/>
        <w:t>v -7.712792 13.541794 -0.447157</w:t>
        <w:br/>
        <w:t>v -7.751660 13.507202 -0.456781</w:t>
        <w:br/>
        <w:t>v -7.690044 13.566872 -0.423600</w:t>
        <w:br/>
        <w:t>v -7.714685 13.552250 -0.424847</w:t>
        <w:br/>
        <w:t>v -7.722386 13.550047 -0.401070</w:t>
        <w:br/>
        <w:t>v -7.722386 13.550047 -0.401070</w:t>
        <w:br/>
        <w:t>v -7.799150 13.482284 -0.449817</w:t>
        <w:br/>
        <w:t>v -7.816391 13.486966 -0.431351</w:t>
        <w:br/>
        <w:t>v -7.811441 13.491367 -0.442666</w:t>
        <w:br/>
        <w:t>v -7.799150 13.482284 -0.449817</w:t>
        <w:br/>
        <w:t>v -7.807350 13.490428 -0.408832</w:t>
        <w:br/>
        <w:t>v -7.379893 13.606670 -0.624503</w:t>
        <w:br/>
        <w:t>v -7.397648 13.595281 -0.626078</w:t>
        <w:br/>
        <w:t>v -7.396774 13.584472 -0.643332</w:t>
        <w:br/>
        <w:t>v -7.406344 13.593309 -0.607712</w:t>
        <w:br/>
        <w:t>v -7.470171 13.527336 -0.647737</w:t>
        <w:br/>
        <w:t>v -7.484581 13.532198 -0.634411</w:t>
        <w:br/>
        <w:t>v -7.480155 13.535673 -0.643510</w:t>
        <w:br/>
        <w:t>v -6.786534 13.659069 0.602955</w:t>
        <w:br/>
        <w:t>v -6.826736 13.627077 0.614916</w:t>
        <w:br/>
        <w:t>v -6.786534 13.659069 0.602955</w:t>
        <w:br/>
        <w:t>v -6.760789 13.650610 0.611667</w:t>
        <w:br/>
        <w:t>v -6.743209 13.627871 0.617845</w:t>
        <w:br/>
        <w:t>v -6.743209 13.627871 0.617845</w:t>
        <w:br/>
        <w:t>v -6.745609 13.667253 0.600596</w:t>
        <w:br/>
        <w:t>v -6.855574 13.578354 0.642352</w:t>
        <w:br/>
        <w:t>v -6.845322 13.553617 0.660855</w:t>
        <w:br/>
        <w:t>v -6.834157 13.547241 0.618056</w:t>
        <w:br/>
        <w:t>v -6.845322 13.553617 0.660855</w:t>
        <w:br/>
        <w:t>v -6.812152 13.547043 0.657081</w:t>
        <w:br/>
        <w:t>v -5.756274 14.870789 -0.240635</w:t>
        <w:br/>
        <w:t>v -5.754223 14.876857 -0.148112</w:t>
        <w:br/>
        <w:t>v -5.730270 14.845837 -0.041752</w:t>
        <w:br/>
        <w:t>v -5.699471 14.802081 0.012817</w:t>
        <w:br/>
        <w:t>v -6.603500 14.215241 -0.499273</w:t>
        <w:br/>
        <w:t>v -6.604666 14.245836 -0.497692</w:t>
        <w:br/>
        <w:t>v -6.716108 14.236837 -0.430841</w:t>
        <w:br/>
        <w:t>v -6.713089 14.206010 -0.444431</w:t>
        <w:br/>
        <w:t>v -6.818898 14.168387 -0.379581</w:t>
        <w:br/>
        <w:t>v -6.824322 14.200787 -0.361470</w:t>
        <w:br/>
        <w:t>v -6.947499 14.109543 -0.274274</w:t>
        <w:br/>
        <w:t>v -7.008660 14.075274 -0.239392</w:t>
        <w:br/>
        <w:t>v -7.307054 13.878500 -0.099458</w:t>
        <w:br/>
        <w:t>v -7.317385 13.892309 -0.141008</w:t>
        <w:br/>
        <w:t>v -7.306844 13.926343 -0.138084</w:t>
        <w:br/>
        <w:t>v -7.306084 13.916449 -0.106886</w:t>
        <w:br/>
        <w:t>v -7.305941 13.887958 -0.197083</w:t>
        <w:br/>
        <w:t>v -7.300092 13.925604 -0.183928</w:t>
        <w:br/>
        <w:t>v -7.182497 13.959987 -0.199140</w:t>
        <w:br/>
        <w:t>v -7.195437 13.988126 -0.186686</w:t>
        <w:br/>
        <w:t>v -7.300092 13.925604 -0.183928</w:t>
        <w:br/>
        <w:t>v -7.095304 14.012633 -0.200687</w:t>
        <w:br/>
        <w:t>v -7.113652 14.039222 -0.184010</w:t>
        <w:br/>
        <w:t>v -6.954322 14.091933 0.048029</w:t>
        <w:br/>
        <w:t>v -7.021002 14.040283 -0.021035</w:t>
        <w:br/>
        <w:t>v -7.052906 14.072618 -0.027041</w:t>
        <w:br/>
        <w:t>v -6.960425 14.122779 0.028937</w:t>
        <w:br/>
        <w:t>v -7.060083 14.017473 -0.031532</w:t>
        <w:br/>
        <w:t>v -7.093220 14.042377 -0.052378</w:t>
        <w:br/>
        <w:t>v -7.098319 13.993442 -0.050693</w:t>
        <w:br/>
        <w:t>v -7.127351 14.020885 -0.066488</w:t>
        <w:br/>
        <w:t>v -7.182437 13.947524 -0.071888</w:t>
        <w:br/>
        <w:t>v -7.192826 13.981698 -0.086191</w:t>
        <w:br/>
        <w:t>v -5.626829 14.650308 -0.346177</w:t>
        <w:br/>
        <w:t>v -5.678887 14.738274 -0.387868</w:t>
        <w:br/>
        <w:t>v -5.727196 14.828711 -0.340866</w:t>
        <w:br/>
        <w:t>v -5.587313 14.602508 -0.041095</w:t>
        <w:br/>
        <w:t>v -5.584218 14.587028 -0.140894</w:t>
        <w:br/>
        <w:t>v -5.594952 14.598366 -0.252361</w:t>
        <w:br/>
        <w:t>v -5.651639 14.730156 0.049490</w:t>
        <w:br/>
        <w:t>v -6.825394 14.145290 0.142267</w:t>
        <w:br/>
        <w:t>v -6.954322 14.091933 0.048029</w:t>
        <w:br/>
        <w:t>v -6.824786 14.180962 0.127691</w:t>
        <w:br/>
        <w:t>v -6.683604 14.166207 0.208334</w:t>
        <w:br/>
        <w:t>v -6.696798 14.211438 0.206342</w:t>
        <w:br/>
        <w:t>v -5.608029 14.647032 0.029265</w:t>
        <w:br/>
        <w:t>v -5.608029 14.647032 0.029265</w:t>
        <w:br/>
        <w:t>v -6.139053 14.158980 -0.089756</w:t>
        <w:br/>
        <w:t>v -6.111713 14.170886 0.055762</w:t>
        <w:br/>
        <w:t>v -6.075181 14.182876 0.053856</w:t>
        <w:br/>
        <w:t>v -6.095077 14.168861 -0.095515</w:t>
        <w:br/>
        <w:t>v -6.146629 14.184332 0.211850</w:t>
        <w:br/>
        <w:t>v -6.113306 14.215221 0.206670</w:t>
        <w:br/>
        <w:t>v -6.229192 14.194738 0.285757</w:t>
        <w:br/>
        <w:t>v -6.214571 14.232454 0.289593</w:t>
        <w:br/>
        <w:t>v -6.113306 14.215221 0.206670</w:t>
        <w:br/>
        <w:t>v -6.146629 14.184332 0.211850</w:t>
        <w:br/>
        <w:t>v -6.176386 14.175754 -0.269157</w:t>
        <w:br/>
        <w:t>v -6.135130 14.183570 -0.271899</w:t>
        <w:br/>
        <w:t>v -6.248157 14.194048 -0.400385</w:t>
        <w:br/>
        <w:t>v -6.397065 14.199384 -0.501402</w:t>
        <w:br/>
        <w:t>v -6.390472 14.240236 -0.508599</w:t>
        <w:br/>
        <w:t>v -7.065568 14.069832 -0.192360</w:t>
        <w:br/>
        <w:t>v -7.047003 14.043664 -0.212487</w:t>
        <w:br/>
        <w:t>v -6.583096 14.181908 0.263689</w:t>
        <w:br/>
        <w:t>v -6.588392 14.220387 0.252514</w:t>
        <w:br/>
        <w:t>v -6.470611 14.189577 0.299705</w:t>
        <w:br/>
        <w:t>v -6.473438 14.232286 0.288663</w:t>
        <w:br/>
        <w:t>v -6.361336 14.234347 0.307866</w:t>
        <w:br/>
        <w:t>v -6.366338 14.194785 0.322233</w:t>
        <w:br/>
        <w:t>v -7.195437 13.988126 -0.186686</w:t>
        <w:br/>
        <w:t>v -7.205297 13.990001 -0.131467</w:t>
        <w:br/>
        <w:t>v -7.038284 14.108649 -0.119499</w:t>
        <w:br/>
        <w:t>v -7.084629 14.071869 -0.121612</w:t>
        <w:br/>
        <w:t>v -6.076243 14.233186 0.174061</w:t>
        <w:br/>
        <w:t>v -7.118869 14.047813 -0.124371</w:t>
        <w:br/>
        <w:t>v 0.055643 11.612773 -0.232477</w:t>
        <w:br/>
        <w:t>v 0.116035 11.591424 -0.382172</w:t>
        <w:br/>
        <w:t>v 0.101870 11.655187 -0.553891</w:t>
        <w:br/>
        <w:t>v -0.003251 11.670281 -0.454741</w:t>
        <w:br/>
        <w:t>v 0.097579 11.537112 -0.210178</w:t>
        <w:br/>
        <w:t>v 0.069434 11.506956 0.070524</w:t>
        <w:br/>
        <w:t>v 0.081225 11.455447 0.070524</w:t>
        <w:br/>
        <w:t>v 0.128809 11.483988 -0.227963</w:t>
        <w:br/>
        <w:t>v 0.088536 11.445651 0.505905</w:t>
        <w:br/>
        <w:t>v 0.072084 11.386931 0.483712</w:t>
        <w:br/>
        <w:t>v 0.066029 11.382280 0.070524</w:t>
        <w:br/>
        <w:t>v 0.081225 11.455447 0.070524</w:t>
        <w:br/>
        <w:t>v 0.197433 11.464325 0.920914</w:t>
        <w:br/>
        <w:t>v 0.186900 11.417397 0.924990</w:t>
        <w:br/>
        <w:t>v 0.404504 11.602301 1.164842</w:t>
        <w:br/>
        <w:t>v 0.422490 11.526273 1.179219</w:t>
        <w:br/>
        <w:t>v 0.201043 11.504792 0.908993</w:t>
        <w:br/>
        <w:t>v 0.716075 11.591295 1.289847</w:t>
        <w:br/>
        <w:t>v 0.739319 11.518204 1.290779</w:t>
        <w:br/>
        <w:t>v 0.451290 11.465332 1.180370</w:t>
        <w:br/>
        <w:t>v 1.028141 11.655365 1.281710</w:t>
        <w:br/>
        <w:t>v 1.045493 11.573075 1.285601</w:t>
        <w:br/>
        <w:t>v 1.326793 11.711832 1.202124</w:t>
        <w:br/>
        <w:t>v 1.341873 11.625574 1.216399</w:t>
        <w:br/>
        <w:t>v 0.690740 11.707082 1.262617</w:t>
        <w:br/>
        <w:t>v 0.183620 11.585877 0.893364</w:t>
        <w:br/>
        <w:t>v 0.379259 11.717813 1.139275</w:t>
        <w:br/>
        <w:t>v 0.090061 11.515803 0.481983</w:t>
        <w:br/>
        <w:t>v 0.069434 11.506956 0.070524</w:t>
        <w:br/>
        <w:t>v 0.163831 11.668484 0.898048</w:t>
        <w:br/>
        <w:t>v 0.323459 11.858551 1.136385</w:t>
        <w:br/>
        <w:t>v 0.119926 11.728306 0.963044</w:t>
        <w:br/>
        <w:t>v 0.064879 11.601430 0.479689</w:t>
        <w:br/>
        <w:t>v 0.224735 11.963349 1.181819</w:t>
        <w:br/>
        <w:t>v 0.651502 11.893838 1.244213</w:t>
        <w:br/>
        <w:t>v 0.939458 12.048230 1.244452</w:t>
        <w:br/>
        <w:t>v 0.995264 11.797805 1.264969</w:t>
        <w:br/>
        <w:t>v 0.594465 12.083004 1.230259</w:t>
        <w:br/>
        <w:t>v 0.860798 12.293445 1.227283</w:t>
        <w:br/>
        <w:t>v 1.230762 12.100553 1.150142</w:t>
        <w:br/>
        <w:t>v 1.175901 12.336484 1.125864</w:t>
        <w:br/>
        <w:t>v 1.277969 11.862454 1.167004</w:t>
        <w:br/>
        <w:t>v 0.242083 11.482833 -0.451978</w:t>
        <w:br/>
        <w:t>v 0.140781 11.454523 -0.216025</w:t>
        <w:br/>
        <w:t>v 0.124675 11.388932 -0.207600</w:t>
        <w:br/>
        <w:t>v 0.229273 11.404752 -0.434669</w:t>
        <w:br/>
        <w:t>v 0.205345 11.595777 -0.543423</w:t>
        <w:br/>
        <w:t>v 0.405939 11.510773 -0.611505</w:t>
        <w:br/>
        <w:t>v 0.413467 11.435650 -0.598342</w:t>
        <w:br/>
        <w:t>v 0.627408 11.650697 -0.775992</w:t>
        <w:br/>
        <w:t>v 0.388764 11.614234 -0.692774</w:t>
        <w:br/>
        <w:t>v 0.640940 11.553536 -0.724478</w:t>
        <w:br/>
        <w:t>v 0.066029 11.382280 0.070524</w:t>
        <w:br/>
        <w:t>v 0.638577 11.474332 -0.726874</w:t>
        <w:br/>
        <w:t>v 0.943629 11.528286 -0.781205</w:t>
        <w:br/>
        <w:t>v 0.937869 11.612183 -0.768723</w:t>
        <w:br/>
        <w:t>v 1.290827 11.591379 -0.713749</w:t>
        <w:br/>
        <w:t>v 1.282996 11.672592 -0.723105</w:t>
        <w:br/>
        <w:t>v 0.045150 11.582606 0.070523</w:t>
        <w:br/>
        <w:t>v -0.003251 11.634545 -0.244430</w:t>
        <w:br/>
        <w:t>v -0.003251 11.624129 0.070523</w:t>
        <w:br/>
        <w:t>v 0.092531 11.803676 -0.775035</w:t>
        <w:br/>
        <w:t>v -0.003251 11.819355 -0.745917</w:t>
        <w:br/>
        <w:t>v 0.198513 11.805743 -0.837799</w:t>
        <w:br/>
        <w:t>v 0.202613 12.037423 -0.979422</w:t>
        <w:br/>
        <w:t>v 0.086174 12.032628 -0.942222</w:t>
        <w:br/>
        <w:t>v 0.202122 12.308810 -1.028832</w:t>
        <w:br/>
        <w:t>v 0.077946 12.280863 -1.007169</w:t>
        <w:br/>
        <w:t>v 0.377200 12.038939 -1.016246</w:t>
        <w:br/>
        <w:t>v 0.387281 12.332177 -1.045363</w:t>
        <w:br/>
        <w:t>v 0.364273 11.774130 -0.873014</w:t>
        <w:br/>
        <w:t>v 0.666716 12.041738 -1.016509</w:t>
        <w:br/>
        <w:t>v 0.631925 11.787258 -0.887039</w:t>
        <w:br/>
        <w:t>v 0.682146 12.349551 -1.042735</w:t>
        <w:br/>
        <w:t>v 0.178968 12.722630 -0.836953</w:t>
        <w:br/>
        <w:t>v 0.366219 12.722459 -0.851303</w:t>
        <w:br/>
        <w:t>v 0.070135 12.722727 -0.828143</w:t>
        <w:br/>
        <w:t>v -0.003251 12.270652 -0.991160</w:t>
        <w:br/>
        <w:t>v -0.003251 12.034145 -0.924348</w:t>
        <w:br/>
        <w:t>v -0.003251 12.722794 -0.844145</w:t>
        <w:br/>
        <w:t>v 0.045150 11.582606 0.070523</w:t>
        <w:br/>
        <w:t>v -0.003251 11.624129 0.070523</w:t>
        <w:br/>
        <w:t>v -0.003251 11.635488 0.442789</w:t>
        <w:br/>
        <w:t>v -0.003251 11.718780 0.910459</w:t>
        <w:br/>
        <w:t>v -0.003251 11.952458 1.155816</w:t>
        <w:br/>
        <w:t>v -0.003251 12.281249 1.246729</w:t>
        <w:br/>
        <w:t>v 0.270180 12.268266 1.259987</w:t>
        <w:br/>
        <w:t>v 0.359845 12.722466 1.300917</w:t>
        <w:br/>
        <w:t>v -0.003251 12.722794 1.299779</w:t>
        <w:br/>
        <w:t>v 0.755310 12.722109 1.223462</w:t>
        <w:br/>
        <w:t>v 0.465017 12.213891 1.252358</w:t>
        <w:br/>
        <w:t>v -0.003251 13.607153 1.251215</w:t>
        <w:br/>
        <w:t>v 0.297201 13.605306 1.235203</w:t>
        <w:br/>
        <w:t>v 0.916634 11.793538 -0.846749</w:t>
        <w:br/>
        <w:t>v 1.271337 11.812103 -0.773847</w:t>
        <w:br/>
        <w:t>v 1.563502 11.717057 -0.586992</w:t>
        <w:br/>
        <w:t>v 1.519780 11.850800 -0.619694</w:t>
        <w:br/>
        <w:t>v 1.798323 11.759467 -0.374859</w:t>
        <w:br/>
        <w:t>v 1.743378 11.898901 -0.396042</w:t>
        <w:br/>
        <w:t>v 1.906381 11.792332 -0.117344</w:t>
        <w:br/>
        <w:t>v 1.842414 11.946600 -0.128578</w:t>
        <w:br/>
        <w:t>v 1.955124 11.895351 0.157117</w:t>
        <w:br/>
        <w:t>v 1.931179 11.998096 0.154709</w:t>
        <w:br/>
        <w:t>v 1.885331 11.973804 0.461374</w:t>
        <w:br/>
        <w:t>v 1.807559 12.205506 0.436162</w:t>
        <w:br/>
        <w:t>v 1.845292 12.217631 0.136055</w:t>
        <w:br/>
        <w:t>v 1.697986 12.171843 0.722145</w:t>
        <w:br/>
        <w:t>v 1.610324 12.409218 0.707506</w:t>
        <w:br/>
        <w:t>v 1.727062 12.423390 0.434962</w:t>
        <w:br/>
        <w:t>v 1.355179 12.721566 0.910929</w:t>
        <w:br/>
        <w:t>v 1.532634 12.721410 0.700384</w:t>
        <w:br/>
        <w:t>v 1.422583 12.379510 0.955882</w:t>
        <w:br/>
        <w:t>v 1.216895 13.599650 0.306535</w:t>
        <w:br/>
        <w:t>v 1.213595 13.599671 0.116949</w:t>
        <w:br/>
        <w:t>v 1.666251 12.721288 -0.129828</w:t>
        <w:br/>
        <w:t>v 1.686041 12.721267 0.162620</w:t>
        <w:br/>
        <w:t>v 1.773428 12.432372 0.143383</w:t>
        <w:br/>
        <w:t>v 1.643138 12.721307 0.429444</w:t>
        <w:br/>
        <w:t>v 1.120227 13.600246 0.712328</w:t>
        <w:br/>
        <w:t>v 1.193514 13.599794 0.492452</w:t>
        <w:br/>
        <w:t>v 1.098269 12.721800 1.088522</w:t>
        <w:br/>
        <w:t>v 1.500113 12.139282 0.990658</w:t>
        <w:br/>
        <w:t>v 1.797248 11.946115 0.754178</w:t>
        <w:br/>
        <w:t>v 1.575505 11.910479 1.024329</w:t>
        <w:br/>
        <w:t>v 1.856759 11.790160 0.782524</w:t>
        <w:br/>
        <w:t>v 1.950633 11.807816 0.475849</w:t>
        <w:br/>
        <w:t>v 1.638935 11.756772 1.054849</w:t>
        <w:br/>
        <w:t>v 1.771345 12.177852 -0.154946</w:t>
        <w:br/>
        <w:t>v 1.687010 12.129394 -0.426856</w:t>
        <w:br/>
        <w:t>v 1.723907 12.397668 -0.166510</w:t>
        <w:br/>
        <w:t>v 1.636287 12.381644 -0.436017</w:t>
        <w:br/>
        <w:t>v 1.482931 12.378823 -0.659267</w:t>
        <w:br/>
        <w:t>v 1.498976 12.093006 -0.666427</w:t>
        <w:br/>
        <w:t>v 1.276584 12.068306 -0.822102</w:t>
        <w:br/>
        <w:t>v 1.584441 12.721362 -0.396744</w:t>
        <w:br/>
        <w:t>v 1.790542 11.672462 -0.350607</w:t>
        <w:br/>
        <w:t>v 1.915571 11.697002 -0.113645</w:t>
        <w:br/>
        <w:t>v 1.981791 11.712069 0.172536</w:t>
        <w:br/>
        <w:t>v 1.966428 11.808198 0.164525</w:t>
        <w:br/>
        <w:t>v 1.563904 11.634866 -0.558770</w:t>
        <w:br/>
        <w:t>v 1.963047 11.712686 0.470575</w:t>
        <w:br/>
        <w:t>v 1.870870 11.698444 0.792704</w:t>
        <w:br/>
        <w:t>v 1.649897 11.669013 1.054907</w:t>
        <w:br/>
        <w:t>v 0.984526 12.050002 -0.961836</w:t>
        <w:br/>
        <w:t>v 1.268200 12.378602 -0.791819</w:t>
        <w:br/>
        <w:t>v 0.991910 12.364357 -0.983623</w:t>
        <w:br/>
        <w:t>v 0.460777 13.604299 -0.448760</w:t>
        <w:br/>
        <w:t>v 0.652623 12.722200 -0.858386</w:t>
        <w:br/>
        <w:t>v 0.948585 12.721933 -0.813574</w:t>
        <w:br/>
        <w:t>v 0.669130 13.603018 -0.408443</w:t>
        <w:br/>
        <w:t>v 1.432954 12.721495 -0.567169</w:t>
        <w:br/>
        <w:t>v 1.156424 13.600022 -0.019996</w:t>
        <w:br/>
        <w:t>v 1.045488 13.600705 -0.154026</w:t>
        <w:br/>
        <w:t>v 1.217071 12.721692 -0.648820</w:t>
        <w:br/>
        <w:t>v 0.878970 13.601728 -0.272257</w:t>
        <w:br/>
        <w:t>v 0.268672 13.605480 -0.436928</w:t>
        <w:br/>
        <w:t>v 0.072084 11.386931 0.483712</w:t>
        <w:br/>
        <w:t>v 0.164215 11.383745 0.751139</w:t>
        <w:br/>
        <w:t>v 0.123951 11.363415 0.455306</w:t>
        <w:br/>
        <w:t>v 0.308269 11.417974 1.007030</w:t>
        <w:br/>
        <w:t>v 0.186900 11.417397 0.924990</w:t>
        <w:br/>
        <w:t>v 0.739319 11.518204 1.290779</w:t>
        <w:br/>
        <w:t>v 0.534597 11.468841 1.173126</w:t>
        <w:br/>
        <w:t>v 1.045493 11.573075 1.285601</w:t>
        <w:br/>
        <w:t>v 0.829954 11.528916 1.227395</w:t>
        <w:br/>
        <w:t>v 1.341873 11.625574 1.216399</w:t>
        <w:br/>
        <w:t>v 1.118134 11.585147 1.200658</w:t>
        <w:br/>
        <w:t>v 1.649897 11.669013 1.054907</w:t>
        <w:br/>
        <w:t>v 1.377848 11.632439 1.123832</w:t>
        <w:br/>
        <w:t>v 1.870870 11.698444 0.792704</w:t>
        <w:br/>
        <w:t>v 1.663419 11.672753 0.913464</w:t>
        <w:br/>
        <w:t>v 1.853291 11.692995 0.663105</w:t>
        <w:br/>
        <w:t>v 1.963047 11.712686 0.470575</w:t>
        <w:br/>
        <w:t>v 1.913712 11.694163 0.399938</w:t>
        <w:br/>
        <w:t>v 1.915571 11.697002 -0.113645</w:t>
        <w:br/>
        <w:t>v 1.902994 11.681478 0.124873</w:t>
        <w:br/>
        <w:t>v 1.981791 11.712069 0.172536</w:t>
        <w:br/>
        <w:t>v 1.824179 11.653131 -0.199519</w:t>
        <w:br/>
        <w:t>v 1.616585 11.618842 -0.434984</w:t>
        <w:br/>
        <w:t>v 1.336410 11.556754 -0.617982</w:t>
        <w:br/>
        <w:t>v 0.943629 11.528286 -0.781205</w:t>
        <w:br/>
        <w:t>v 0.996825 11.486423 -0.712785</w:t>
        <w:br/>
        <w:t>v 0.655567 11.421870 -0.650238</w:t>
        <w:br/>
        <w:t>v 0.392122 11.376639 -0.483161</w:t>
        <w:br/>
        <w:t>v 0.229273 11.404752 -0.434669</w:t>
        <w:br/>
        <w:t>v 0.224732 11.351596 -0.281745</w:t>
        <w:br/>
        <w:t>v 0.124675 11.388932 -0.207600</w:t>
        <w:br/>
        <w:t>v 0.133487 11.342706 -0.049196</w:t>
        <w:br/>
        <w:t>v 0.066029 11.382280 0.070524</w:t>
        <w:br/>
        <w:t>v 0.095917 11.347380 0.200865</w:t>
        <w:br/>
        <w:t>v 0.133487 11.342706 -0.049196</w:t>
        <w:br/>
        <w:t>v 0.110020 13.606456 -0.397405</w:t>
        <w:br/>
        <w:t>v 0.584379 13.603539 1.154258</w:t>
        <w:br/>
        <w:t>v 1.005871 13.600948 0.883251</w:t>
        <w:br/>
        <w:t>v 0.830879 13.602025 1.034754</w:t>
        <w:br/>
        <w:t>v -0.003250 13.607153 -0.301392</w:t>
        <w:br/>
        <w:t>v -0.108372 11.655186 -0.553891</w:t>
        <w:br/>
        <w:t>v -0.122537 11.591423 -0.382172</w:t>
        <w:br/>
        <w:t>v -0.062144 11.612772 -0.232477</w:t>
        <w:br/>
        <w:t>v -0.104081 11.537111 -0.210178</w:t>
        <w:br/>
        <w:t>v -0.135311 11.483987 -0.227963</w:t>
        <w:br/>
        <w:t>v -0.087727 11.455446 0.070523</w:t>
        <w:br/>
        <w:t>v -0.075936 11.506955 0.070523</w:t>
        <w:br/>
        <w:t>v -0.072531 11.382278 0.070524</w:t>
        <w:br/>
        <w:t>v -0.078586 11.386930 0.483712</w:t>
        <w:br/>
        <w:t>v -0.095038 11.445650 0.505905</w:t>
        <w:br/>
        <w:t>v -0.087727 11.455446 0.070523</w:t>
        <w:br/>
        <w:t>v -0.193403 11.417395 0.924990</w:t>
        <w:br/>
        <w:t>v -0.203935 11.464323 0.920913</w:t>
        <w:br/>
        <w:t>v -0.411006 11.602300 1.164841</w:t>
        <w:br/>
        <w:t>v -0.207545 11.504791 0.908993</w:t>
        <w:br/>
        <w:t>v -0.428992 11.526272 1.179219</w:t>
        <w:br/>
        <w:t>v -0.745821 11.518202 1.290779</w:t>
        <w:br/>
        <w:t>v -0.722577 11.591293 1.289847</w:t>
        <w:br/>
        <w:t>v -0.457792 11.465330 1.180370</w:t>
        <w:br/>
        <w:t>v -1.051996 11.573074 1.285601</w:t>
        <w:br/>
        <w:t>v -1.034643 11.655363 1.281710</w:t>
        <w:br/>
        <w:t>v -1.348375 11.625572 1.216399</w:t>
        <w:br/>
        <w:t>v -1.333296 11.711830 1.202124</w:t>
        <w:br/>
        <w:t>v -0.697242 11.707081 1.262617</w:t>
        <w:br/>
        <w:t>v -0.385761 11.717812 1.139275</w:t>
        <w:br/>
        <w:t>v -0.190122 11.585876 0.893364</w:t>
        <w:br/>
        <w:t>v -0.096562 11.515802 0.481982</w:t>
        <w:br/>
        <w:t>v -0.075936 11.506955 0.070523</w:t>
        <w:br/>
        <w:t>v -0.170332 11.668483 0.898048</w:t>
        <w:br/>
        <w:t>v -0.329960 11.858550 1.136385</w:t>
        <w:br/>
        <w:t>v -0.126427 11.728305 0.963043</w:t>
        <w:br/>
        <w:t>v -0.071380 11.601429 0.479689</w:t>
        <w:br/>
        <w:t>v -0.231236 11.963348 1.181819</w:t>
        <w:br/>
        <w:t>v -0.658004 11.893837 1.244213</w:t>
        <w:br/>
        <w:t>v -0.945960 12.048229 1.244452</w:t>
        <w:br/>
        <w:t>v -1.001766 11.797804 1.264968</w:t>
        <w:br/>
        <w:t>v -0.867300 12.293444 1.227283</w:t>
        <w:br/>
        <w:t>v -0.600966 12.083003 1.230259</w:t>
        <w:br/>
        <w:t>v -1.237264 12.100552 1.150141</w:t>
        <w:br/>
        <w:t>v -1.182403 12.336483 1.125864</w:t>
        <w:br/>
        <w:t>v -1.284471 11.862453 1.167004</w:t>
        <w:br/>
        <w:t>v -0.131177 11.388931 -0.207601</w:t>
        <w:br/>
        <w:t>v -0.147283 11.454521 -0.216025</w:t>
        <w:br/>
        <w:t>v -0.248585 11.482832 -0.451979</w:t>
        <w:br/>
        <w:t>v -0.235775 11.404751 -0.434669</w:t>
        <w:br/>
        <w:t>v -0.211847 11.595776 -0.543423</w:t>
        <w:br/>
        <w:t>v -0.412441 11.510771 -0.611506</w:t>
        <w:br/>
        <w:t>v -0.419969 11.435648 -0.598342</w:t>
        <w:br/>
        <w:t>v -0.395266 11.614233 -0.692774</w:t>
        <w:br/>
        <w:t>v -0.633910 11.650696 -0.781017</w:t>
        <w:br/>
        <w:t>v -0.647442 11.553535 -0.725163</w:t>
        <w:br/>
        <w:t>v -0.072531 11.382278 0.070524</w:t>
        <w:br/>
        <w:t>v -0.645079 11.474331 -0.726875</w:t>
        <w:br/>
        <w:t>v -0.944371 11.612181 -0.772448</w:t>
        <w:br/>
        <w:t>v -0.950131 11.528284 -0.781945</w:t>
        <w:br/>
        <w:t>v -1.289498 11.672590 -0.723105</w:t>
        <w:br/>
        <w:t>v -1.297329 11.591377 -0.713750</w:t>
        <w:br/>
        <w:t>v -0.051651 11.582605 0.070523</w:t>
        <w:br/>
        <w:t>v -0.003251 11.624129 0.070523</w:t>
        <w:br/>
        <w:t>v -0.099033 11.803675 -0.775035</w:t>
        <w:br/>
        <w:t>v -0.209115 12.037422 -0.979422</w:t>
        <w:br/>
        <w:t>v -0.205015 11.805742 -0.837799</w:t>
        <w:br/>
        <w:t>v -0.092676 12.032627 -0.942223</w:t>
        <w:br/>
        <w:t>v -0.084447 12.280862 -1.007170</w:t>
        <w:br/>
        <w:t>v -0.208623 12.308809 -1.028832</w:t>
        <w:br/>
        <w:t>v -0.393783 12.332176 -1.045363</w:t>
        <w:br/>
        <w:t>v -0.383702 12.038939 -1.016246</w:t>
        <w:br/>
        <w:t>v -0.370774 11.774129 -0.873014</w:t>
        <w:br/>
        <w:t>v -0.673218 12.041737 -1.040696</w:t>
        <w:br/>
        <w:t>v -0.638427 11.787257 -0.903790</w:t>
        <w:br/>
        <w:t>v -0.688648 12.349550 -1.056272</w:t>
        <w:br/>
        <w:t>v -0.185470 12.722630 -0.836953</w:t>
        <w:br/>
        <w:t>v -0.372721 12.722458 -0.851304</w:t>
        <w:br/>
        <w:t>v -0.076636 12.722727 -0.828143</w:t>
        <w:br/>
        <w:t>v -0.003251 11.624129 0.070523</w:t>
        <w:br/>
        <w:t>v -0.051651 11.582605 0.070523</w:t>
        <w:br/>
        <w:t>v -0.003251 11.635488 0.442789</w:t>
        <w:br/>
        <w:t>v -0.276681 12.268266 1.259987</w:t>
        <w:br/>
        <w:t>v -0.366347 12.722466 1.300917</w:t>
        <w:br/>
        <w:t>v -0.761811 12.722109 1.223462</w:t>
        <w:br/>
        <w:t>v -0.471519 12.213890 1.252357</w:t>
        <w:br/>
        <w:t>v -0.303702 13.605306 1.235203</w:t>
        <w:br/>
        <w:t>v -0.923136 11.793537 -0.864440</w:t>
        <w:br/>
        <w:t>v -1.277839 11.812102 -0.774370</w:t>
        <w:br/>
        <w:t>v -1.526282 11.850799 -0.619695</w:t>
        <w:br/>
        <w:t>v -1.570004 11.717056 -0.586992</w:t>
        <w:br/>
        <w:t>v -1.804825 11.759466 -0.374859</w:t>
        <w:br/>
        <w:t>v -1.749880 11.898900 -0.396042</w:t>
        <w:br/>
        <w:t>v -1.912883 11.792330 -0.117345</w:t>
        <w:br/>
        <w:t>v -1.848916 11.946599 -0.128579</w:t>
        <w:br/>
        <w:t>v -1.937681 11.998096 0.154708</w:t>
        <w:br/>
        <w:t>v -1.961626 11.895350 0.157116</w:t>
        <w:br/>
        <w:t>v -1.851794 12.217630 0.136055</w:t>
        <w:br/>
        <w:t>v -1.814061 12.205505 0.436161</w:t>
        <w:br/>
        <w:t>v -1.891833 11.973804 0.461374</w:t>
        <w:br/>
        <w:t>v -1.733564 12.423389 0.434962</w:t>
        <w:br/>
        <w:t>v -1.616826 12.409217 0.707506</w:t>
        <w:br/>
        <w:t>v -1.704489 12.171842 0.722145</w:t>
        <w:br/>
        <w:t>v -1.361680 12.721565 0.910929</w:t>
        <w:br/>
        <w:t>v -1.429084 12.379509 0.955881</w:t>
        <w:br/>
        <w:t>v -1.539135 12.721409 0.700384</w:t>
        <w:br/>
        <w:t>v -1.223396 13.599650 0.306535</w:t>
        <w:br/>
        <w:t>v -1.692542 12.721266 0.162620</w:t>
        <w:br/>
        <w:t>v -1.672752 12.721287 -0.129828</w:t>
        <w:br/>
        <w:t>v -1.220096 13.599671 0.116949</w:t>
        <w:br/>
        <w:t>v -1.649640 12.721306 0.429444</w:t>
        <w:br/>
        <w:t>v -1.779929 12.432371 0.143383</w:t>
        <w:br/>
        <w:t>v -1.200016 13.599794 0.492452</w:t>
        <w:br/>
        <w:t>v -1.126728 13.600246 0.712328</w:t>
        <w:br/>
        <w:t>v -1.104770 12.721800 1.088522</w:t>
        <w:br/>
        <w:t>v -1.506615 12.139281 0.990658</w:t>
        <w:br/>
        <w:t>v -1.582007 11.910478 1.024328</w:t>
        <w:br/>
        <w:t>v -1.803750 11.946115 0.754178</w:t>
        <w:br/>
        <w:t>v -1.863261 11.790159 0.782524</w:t>
        <w:br/>
        <w:t>v -1.957135 11.807814 0.475849</w:t>
        <w:br/>
        <w:t>v -1.645437 11.756771 1.054849</w:t>
        <w:br/>
        <w:t>v -1.777846 12.177851 -0.154946</w:t>
        <w:br/>
        <w:t>v -1.730409 12.397667 -0.166511</w:t>
        <w:br/>
        <w:t>v -1.693512 12.129393 -0.426856</w:t>
        <w:br/>
        <w:t>v -1.642788 12.381643 -0.436753</w:t>
        <w:br/>
        <w:t>v -1.489433 12.378822 -0.677100</w:t>
        <w:br/>
        <w:t>v -1.505478 12.093005 -0.667231</w:t>
        <w:br/>
        <w:t>v -1.283086 12.068305 -0.836855</w:t>
        <w:br/>
        <w:t>v -1.590943 12.721361 -0.397280</w:t>
        <w:br/>
        <w:t>v -1.922073 11.697001 -0.113645</w:t>
        <w:br/>
        <w:t>v -1.797044 11.672461 -0.350608</w:t>
        <w:br/>
        <w:t>v -1.972930 11.808197 0.164525</w:t>
        <w:br/>
        <w:t>v -1.988293 11.712067 0.172536</w:t>
        <w:br/>
        <w:t>v -1.570406 11.634865 -0.558770</w:t>
        <w:br/>
        <w:t>v -1.969549 11.712684 0.470575</w:t>
        <w:br/>
        <w:t>v -1.877372 11.698442 0.792704</w:t>
        <w:br/>
        <w:t>v -1.656399 11.669012 1.054907</w:t>
        <w:br/>
        <w:t>v -0.991028 12.050001 -1.005263</w:t>
        <w:br/>
        <w:t>v -0.998412 12.364356 -1.026128</w:t>
        <w:br/>
        <w:t>v -1.274702 12.378601 -0.835867</w:t>
        <w:br/>
        <w:t>v -0.955086 12.721933 -0.855764</w:t>
        <w:br/>
        <w:t>v -0.659125 12.722200 -0.885773</w:t>
        <w:br/>
        <w:t>v -0.467278 13.604299 -0.453616</w:t>
        <w:br/>
        <w:t>v -0.675631 13.603018 -0.413858</w:t>
        <w:br/>
        <w:t>v -1.162925 13.600022 -0.019996</w:t>
        <w:br/>
        <w:t>v -1.439456 12.721495 -0.568625</w:t>
        <w:br/>
        <w:t>v -1.051989 13.600705 -0.154026</w:t>
        <w:br/>
        <w:t>v -1.223572 12.721691 -0.660648</w:t>
        <w:br/>
        <w:t>v -0.885471 13.601728 -0.272257</w:t>
        <w:br/>
        <w:t>v -0.275173 13.605480 -0.436928</w:t>
        <w:br/>
        <w:t>v -0.170717 11.383743 0.751139</w:t>
        <w:br/>
        <w:t>v -0.078586 11.386930 0.483712</w:t>
        <w:br/>
        <w:t>v -0.130453 11.363413 0.455305</w:t>
        <w:br/>
        <w:t>v -0.314771 11.417973 1.007030</w:t>
        <w:br/>
        <w:t>v -0.193403 11.417395 0.924990</w:t>
        <w:br/>
        <w:t>v -0.541099 11.468840 1.173126</w:t>
        <w:br/>
        <w:t>v -0.745821 11.518202 1.290779</w:t>
        <w:br/>
        <w:t>v -0.836457 11.528915 1.227395</w:t>
        <w:br/>
        <w:t>v -1.051996 11.573074 1.285601</w:t>
        <w:br/>
        <w:t>v -1.124636 11.585146 1.200657</w:t>
        <w:br/>
        <w:t>v -1.348375 11.625572 1.216399</w:t>
        <w:br/>
        <w:t>v -1.384351 11.632437 1.123832</w:t>
        <w:br/>
        <w:t>v -1.656399 11.669012 1.054907</w:t>
        <w:br/>
        <w:t>v -1.669921 11.672752 0.913464</w:t>
        <w:br/>
        <w:t>v -1.877372 11.698442 0.792704</w:t>
        <w:br/>
        <w:t>v -1.859794 11.692993 0.663104</w:t>
        <w:br/>
        <w:t>v -1.920214 11.694161 0.399938</w:t>
        <w:br/>
        <w:t>v -1.969549 11.712684 0.470575</w:t>
        <w:br/>
        <w:t>v -1.909496 11.681476 0.124873</w:t>
        <w:br/>
        <w:t>v -1.922073 11.697001 -0.113645</w:t>
        <w:br/>
        <w:t>v -1.988293 11.712067 0.172536</w:t>
        <w:br/>
        <w:t>v -1.830681 11.653130 -0.199519</w:t>
        <w:br/>
        <w:t>v -1.623087 11.618841 -0.434985</w:t>
        <w:br/>
        <w:t>v -1.342912 11.556753 -0.617982</w:t>
        <w:br/>
        <w:t>v -1.003328 11.486422 -0.712785</w:t>
        <w:br/>
        <w:t>v -0.662069 11.421869 -0.650239</w:t>
        <w:br/>
        <w:t>v -0.398625 11.376638 -0.483162</w:t>
        <w:br/>
        <w:t>v -0.231234 11.351595 -0.281745</w:t>
        <w:br/>
        <w:t>v -0.235775 11.404751 -0.434669</w:t>
        <w:br/>
        <w:t>v -0.139989 11.342705 -0.049196</w:t>
        <w:br/>
        <w:t>v -0.131177 11.388931 -0.207601</w:t>
        <w:br/>
        <w:t>v -0.102419 11.347378 0.200865</w:t>
        <w:br/>
        <w:t>v -0.072531 11.382278 0.070524</w:t>
        <w:br/>
        <w:t>v -0.139989 11.342705 -0.049196</w:t>
        <w:br/>
        <w:t>v -0.116521 13.606456 -0.397405</w:t>
        <w:br/>
        <w:t>v -0.590880 13.603539 1.154258</w:t>
        <w:br/>
        <w:t>v -1.012372 13.600948 0.883251</w:t>
        <w:br/>
        <w:t>v -0.837380 13.602025 1.034754</w:t>
        <w:br/>
        <w:t>v 0.147475 10.668406 0.669478</w:t>
        <w:br/>
        <w:t>v 0.137128 11.116570 0.722066</w:t>
        <w:br/>
        <w:t>v 0.270743 11.116842 0.969675</w:t>
        <w:br/>
        <w:t>v 0.281205 10.665730 0.905940</w:t>
        <w:br/>
        <w:t>v 1.122090 11.118324 1.194608</w:t>
        <w:br/>
        <w:t>v 1.095916 10.654491 1.137916</w:t>
        <w:br/>
        <w:t>v 0.817264 10.657872 1.148813</w:t>
        <w:br/>
        <w:t>v 0.829564 11.117505 1.201733</w:t>
        <w:br/>
        <w:t>v 1.640747 11.119952 0.921540</w:t>
        <w:br/>
        <w:t>v 1.574540 10.647442 0.859851</w:t>
        <w:br/>
        <w:t>v 1.360111 10.651631 1.043534</w:t>
        <w:br/>
        <w:t>v 1.380863 11.119242 1.087761</w:t>
        <w:br/>
        <w:t>v 1.701444 10.645911 -0.200150</w:t>
        <w:br/>
        <w:t>v 1.765658 10.643602 0.055694</w:t>
        <w:br/>
        <w:t>v 1.858077 11.119496 0.094384</w:t>
        <w:br/>
        <w:t>v 1.788992 11.119586 -0.204237</w:t>
        <w:br/>
        <w:t>v 1.590931 11.118466 -0.426953</w:t>
        <w:br/>
        <w:t>v 1.529934 10.649138 -0.440286</w:t>
        <w:br/>
        <w:t>v 0.087370 10.669817 0.143890</w:t>
        <w:br/>
        <w:t>v 0.084954 11.115647 0.185174</w:t>
        <w:br/>
        <w:t>v 0.092645 11.116169 0.433395</w:t>
        <w:br/>
        <w:t>v 0.094694 10.669739 0.383559</w:t>
        <w:br/>
        <w:t>v 1.118134 11.585147 1.200658</w:t>
        <w:br/>
        <w:t>v 1.377848 11.632439 1.123832</w:t>
        <w:br/>
        <w:t>v 0.224175 11.114753 -0.272116</w:t>
        <w:br/>
        <w:t>v 0.223468 10.667497 -0.315717</w:t>
        <w:br/>
        <w:t>v 0.377902 10.665120 -0.517595</w:t>
        <w:br/>
        <w:t>v 0.388131 11.114632 -0.491752</w:t>
        <w:br/>
        <w:t>v 0.211546 9.773736 0.532906</w:t>
        <w:br/>
        <w:t>v 0.191687 10.159012 0.580124</w:t>
        <w:br/>
        <w:t>v 0.319220 10.158427 0.803300</w:t>
        <w:br/>
        <w:t>v 0.317773 9.774881 0.759299</w:t>
        <w:br/>
        <w:t>v 0.772923 9.777935 0.995529</w:t>
        <w:br/>
        <w:t>v 0.796768 10.163450 1.066115</w:t>
        <w:br/>
        <w:t>v 1.287283 10.173936 0.958212</w:t>
        <w:br/>
        <w:t>v 1.237600 9.796184 0.883794</w:t>
        <w:br/>
        <w:t>v 1.501916 10.175631 0.741006</w:t>
        <w:br/>
        <w:t>v 1.467215 9.801511 0.618110</w:t>
        <w:br/>
        <w:t>v 1.685958 10.169128 0.283089</w:t>
        <w:br/>
        <w:t>v 1.610065 9.799874 0.247582</w:t>
        <w:br/>
        <w:t>v 1.634632 10.173247 0.581067</w:t>
        <w:br/>
        <w:t>v 1.205486 10.163173 -0.654590</w:t>
        <w:br/>
        <w:t>v 0.883836 10.156591 -0.709212</w:t>
        <w:br/>
        <w:t>v 0.873586 9.793930 -0.680251</w:t>
        <w:br/>
        <w:t>v 1.161419 9.798963 -0.633457</w:t>
        <w:br/>
        <w:t>v 0.150994 9.778119 -0.025367</w:t>
        <w:br/>
        <w:t>v 0.112671 10.156099 0.072253</w:t>
        <w:br/>
        <w:t>v 0.125807 10.158950 0.321144</w:t>
        <w:br/>
        <w:t>v 0.138682 9.778631 0.285628</w:t>
        <w:br/>
        <w:t>v 0.164215 11.383745 0.751139</w:t>
        <w:br/>
        <w:t>v 0.308269 11.417974 1.007030</w:t>
        <w:br/>
        <w:t>v 1.902994 11.681478 0.124873</w:t>
        <w:br/>
        <w:t>v 1.824179 11.653131 -0.199519</w:t>
        <w:br/>
        <w:t>v 0.969790 11.115518 -0.714165</w:t>
        <w:br/>
        <w:t>v 1.315298 11.116737 -0.627379</w:t>
        <w:br/>
        <w:t>v 1.336410 11.556754 -0.617982</w:t>
        <w:br/>
        <w:t>v 0.996825 11.486423 -0.712785</w:t>
        <w:br/>
        <w:t>v 0.095917 11.347380 0.200865</w:t>
        <w:br/>
        <w:t>v 0.123951 11.363415 0.455306</w:t>
        <w:br/>
        <w:t>v 0.122207 11.115120 -0.058369</w:t>
        <w:br/>
        <w:t>v 0.224732 11.351596 -0.281745</w:t>
        <w:br/>
        <w:t>v 0.133487 11.342706 -0.049196</w:t>
        <w:br/>
        <w:t>v 1.616585 11.618842 -0.434984</w:t>
        <w:br/>
        <w:t>v 0.534597 11.468841 1.173126</w:t>
        <w:br/>
        <w:t>v 0.516005 11.117073 1.150046</w:t>
        <w:br/>
        <w:t>v 1.663419 11.672753 0.913464</w:t>
        <w:br/>
        <w:t>v 1.853291 11.692995 0.663105</w:t>
        <w:br/>
        <w:t>v 1.807805 11.119905 0.652163</w:t>
        <w:br/>
        <w:t>v 1.862194 11.119658 0.376740</w:t>
        <w:br/>
        <w:t>v 1.913712 11.694163 0.399938</w:t>
        <w:br/>
        <w:t>v 0.630222 11.114814 -0.652464</w:t>
        <w:br/>
        <w:t>v 0.655567 11.421870 -0.650238</w:t>
        <w:br/>
        <w:t>v 0.392122 11.376639 -0.483161</w:t>
        <w:br/>
        <w:t>v 1.282147 10.653605 -0.654718</w:t>
        <w:br/>
        <w:t>v 0.125807 10.158950 0.321144</w:t>
        <w:br/>
        <w:t>v 0.094694 10.669739 0.383559</w:t>
        <w:br/>
        <w:t>v 0.502922 10.662061 1.093309</w:t>
        <w:br/>
        <w:t>v 1.802089 10.642468 0.329941</w:t>
        <w:br/>
        <w:t>v 1.422839 10.167098 -0.459478</w:t>
        <w:br/>
        <w:t>v 0.928977 10.657511 -0.726278</w:t>
        <w:br/>
        <w:t>v 0.610796 10.661922 -0.672258</w:t>
        <w:br/>
        <w:t>v 0.232065 10.151994 -0.332744</w:t>
        <w:br/>
        <w:t>v 0.128948 10.669131 -0.074794</w:t>
        <w:br/>
        <w:t>v 0.141062 10.153449 -0.086593</w:t>
        <w:br/>
        <w:t>v 0.829954 11.528916 1.227395</w:t>
        <w:br/>
        <w:t>v 1.736237 10.643998 0.623464</w:t>
        <w:br/>
        <w:t>v 0.592636 10.153728 -0.679174</w:t>
        <w:br/>
        <w:t>v 0.633014 9.792506 -0.672570</w:t>
        <w:br/>
        <w:t>v 0.655567 11.421870 -0.650238</w:t>
        <w:br/>
        <w:t>v 0.385023 10.152475 -0.538586</w:t>
        <w:br/>
        <w:t>v 0.092645 11.116169 0.433395</w:t>
        <w:br/>
        <w:t>v 0.138682 9.778631 0.285628</w:t>
        <w:br/>
        <w:t>v 0.123951 11.363415 0.455306</w:t>
        <w:br/>
        <w:t>v 0.509997 10.160022 0.997607</w:t>
        <w:br/>
        <w:t>v 0.520295 9.774902 0.927995</w:t>
        <w:br/>
        <w:t>v 1.334510 9.803566 -0.482301</w:t>
        <w:br/>
        <w:t>v 1.556957 9.796255 -0.120582</w:t>
        <w:br/>
        <w:t>v 1.643492 10.168784 -0.105920</w:t>
        <w:br/>
        <w:t>v 0.413319 9.782178 -0.541732</w:t>
        <w:br/>
        <w:t>v 0.260942 9.776905 -0.369421</w:t>
        <w:br/>
        <w:t>v 1.428437 9.211476 -0.128852</w:t>
        <w:br/>
        <w:t>v 1.146075 9.216654 -0.548997</w:t>
        <w:br/>
        <w:t>v 1.149037 9.157519 -0.563047</w:t>
        <w:br/>
        <w:t>v 1.433285 9.152601 -0.137659</w:t>
        <w:br/>
        <w:t>v 1.466196 9.204811 0.195583</w:t>
        <w:br/>
        <w:t>v 1.470629 9.146205 0.194709</w:t>
        <w:br/>
        <w:t>v 0.773536 9.210836 -0.641322</w:t>
        <w:br/>
        <w:t>v 0.771379 9.151354 -0.658362</w:t>
        <w:br/>
        <w:t>v 0.759546 9.177020 0.836878</w:t>
        <w:br/>
        <w:t>v 1.108768 9.189227 0.710800</w:t>
        <w:br/>
        <w:t>v 1.132868 9.136567 0.701814</w:t>
        <w:br/>
        <w:t>v 0.755368 9.118365 0.841792</w:t>
        <w:br/>
        <w:t>v 0.545475 9.114912 0.794724</w:t>
        <w:br/>
        <w:t>v 0.547595 9.173745 0.789723</w:t>
        <w:br/>
        <w:t>v 1.282512 9.197065 0.499840</w:t>
        <w:br/>
        <w:t>v 1.303765 9.138734 0.498077</w:t>
        <w:br/>
        <w:t>v 0.354845 9.113199 0.645100</w:t>
        <w:br/>
        <w:t>v 0.363721 9.173145 0.639898</w:t>
        <w:br/>
        <w:t>v 0.445759 9.200942 -0.512767</w:t>
        <w:br/>
        <w:t>v 0.438659 9.141248 -0.527978</w:t>
        <w:br/>
        <w:t>v 0.191079 9.186328 -0.088234</w:t>
        <w:br/>
        <w:t>v 0.179731 9.126307 -0.096769</w:t>
        <w:br/>
        <w:t>v 0.179036 9.178391 0.243469</w:t>
        <w:br/>
        <w:t>v 0.167615 9.118226 0.242878</w:t>
        <w:br/>
        <w:t>v 0.167615 9.118226 0.242878</w:t>
        <w:br/>
        <w:t>v 0.179036 9.178391 0.243469</w:t>
        <w:br/>
        <w:t>v 1.161912 9.276955 -0.569589</w:t>
        <w:br/>
        <w:t>v 1.455731 9.271239 -0.132182</w:t>
        <w:br/>
        <w:t>v 1.168431 9.245479 0.759451</w:t>
        <w:br/>
        <w:t>v 0.761618 9.234717 0.871550</w:t>
        <w:br/>
        <w:t>v 0.536178 9.231446 0.821783</w:t>
        <w:br/>
        <w:t>v 0.160873 9.237672 0.251864</w:t>
        <w:br/>
        <w:t>v 1.495798 9.263947 0.201695</w:t>
        <w:br/>
        <w:t>v 0.774329 9.271173 -0.663867</w:t>
        <w:br/>
        <w:t>v 0.173436 9.245890 -0.089661</w:t>
        <w:br/>
        <w:t>v 0.160873 9.237672 0.251864</w:t>
        <w:br/>
        <w:t>v 0.433812 9.260960 -0.530257</w:t>
        <w:br/>
        <w:t>v 0.349235 9.231926 0.663733</w:t>
        <w:br/>
        <w:t>v 1.341508 9.255513 0.523137</w:t>
        <w:br/>
        <w:t>v 1.428437 9.211476 -0.128852</w:t>
        <w:br/>
        <w:t>v 1.466196 9.204811 0.195583</w:t>
        <w:br/>
        <w:t>v 1.495798 9.263947 0.201695</w:t>
        <w:br/>
        <w:t>v 1.455731 9.271239 -0.132182</w:t>
        <w:br/>
        <w:t>v 1.282512 9.197065 0.499840</w:t>
        <w:br/>
        <w:t>v 1.341508 9.255513 0.523137</w:t>
        <w:br/>
        <w:t>v 1.108768 9.189227 0.710800</w:t>
        <w:br/>
        <w:t>v 1.168431 9.245479 0.759451</w:t>
        <w:br/>
        <w:t>v 0.759546 9.177020 0.836878</w:t>
        <w:br/>
        <w:t>v 0.761618 9.234717 0.871550</w:t>
        <w:br/>
        <w:t>v 1.108768 9.189227 0.710800</w:t>
        <w:br/>
        <w:t>v 0.547595 9.173745 0.789723</w:t>
        <w:br/>
        <w:t>v 0.536178 9.231446 0.821783</w:t>
        <w:br/>
        <w:t>v 0.363721 9.173145 0.639898</w:t>
        <w:br/>
        <w:t>v 0.349235 9.231926 0.663733</w:t>
        <w:br/>
        <w:t>v 0.179036 9.178391 0.243469</w:t>
        <w:br/>
        <w:t>v 0.160873 9.237672 0.251864</w:t>
        <w:br/>
        <w:t>v 0.191079 9.186328 -0.088234</w:t>
        <w:br/>
        <w:t>v 0.173436 9.245890 -0.089661</w:t>
        <w:br/>
        <w:t>v 0.160873 9.237672 0.251864</w:t>
        <w:br/>
        <w:t>v 0.179036 9.178391 0.243469</w:t>
        <w:br/>
        <w:t>v 0.445759 9.200942 -0.512767</w:t>
        <w:br/>
        <w:t>v 0.433812 9.260960 -0.530257</w:t>
        <w:br/>
        <w:t>v 0.773536 9.210836 -0.641322</w:t>
        <w:br/>
        <w:t>v 0.774329 9.271173 -0.663867</w:t>
        <w:br/>
        <w:t>v 1.146075 9.216654 -0.548997</w:t>
        <w:br/>
        <w:t>v 1.161912 9.276955 -0.569589</w:t>
        <w:br/>
        <w:t>v -0.276978 11.116840 0.969675</w:t>
        <w:br/>
        <w:t>v -0.143419 11.116569 0.722066</w:t>
        <w:br/>
        <w:t>v -0.152668 10.668405 0.669477</w:t>
        <w:br/>
        <w:t>v -0.286323 10.665729 0.905939</w:t>
        <w:br/>
        <w:t>v -1.128397 11.118322 1.194608</w:t>
        <w:br/>
        <w:t>v -0.835937 11.117503 1.201732</w:t>
        <w:br/>
        <w:t>v -0.823160 10.657870 1.148812</w:t>
        <w:br/>
        <w:t>v -1.101672 10.654490 1.137915</w:t>
        <w:br/>
        <w:t>v -1.646903 11.119950 0.886959</w:t>
        <w:br/>
        <w:t>v -1.386941 11.119240 1.087760</w:t>
        <w:br/>
        <w:t>v -1.365552 10.651629 1.043534</w:t>
        <w:br/>
        <w:t>v -1.579428 10.647440 0.859851</w:t>
        <w:br/>
        <w:t>v -1.864155 11.119493 0.089521</w:t>
        <w:br/>
        <w:t>v -1.787272 10.643600 0.055693</w:t>
        <w:br/>
        <w:t>v -1.723743 10.645909 -0.200151</w:t>
        <w:br/>
        <w:t>v -1.792335 11.119560 -0.209255</w:t>
        <w:br/>
        <w:t>v -1.535412 10.649137 -0.440286</w:t>
        <w:br/>
        <w:t>v -1.597020 11.118464 -0.426953</w:t>
        <w:br/>
        <w:t>v -0.098964 11.116167 0.433395</w:t>
        <w:br/>
        <w:t>v -0.091298 11.115645 0.185173</w:t>
        <w:br/>
        <w:t>v -0.092689 10.669815 0.143889</w:t>
        <w:br/>
        <w:t>v -0.099957 10.669737 0.383559</w:t>
        <w:br/>
        <w:t>v -1.384351 11.632437 1.123832</w:t>
        <w:br/>
        <w:t>v -1.124636 11.585146 1.200657</w:t>
        <w:br/>
        <w:t>v -0.383120 10.665118 -0.517596</w:t>
        <w:br/>
        <w:t>v -0.228772 10.667495 -0.315717</w:t>
        <w:br/>
        <w:t>v -0.230513 11.114751 -0.272117</w:t>
        <w:br/>
        <w:t>v -0.394434 11.114630 -0.491752</w:t>
        <w:br/>
        <w:t>v -0.314771 11.417973 1.007030</w:t>
        <w:br/>
        <w:t>v -0.170717 11.383743 0.751139</w:t>
        <w:br/>
        <w:t>v -1.909496 11.681476 0.124873</w:t>
        <w:br/>
        <w:t>v -1.830681 11.653130 -0.199519</w:t>
        <w:br/>
        <w:t>v -1.342912 11.556753 -0.617982</w:t>
        <w:br/>
        <w:t>v -1.321396 11.116735 -0.627380</w:t>
        <w:br/>
        <w:t>v -0.975903 11.115516 -0.714166</w:t>
        <w:br/>
        <w:t>v -1.003328 11.486422 -0.712785</w:t>
        <w:br/>
        <w:t>v -0.130453 11.363413 0.455305</w:t>
        <w:br/>
        <w:t>v -0.102419 11.347378 0.200865</w:t>
        <w:br/>
        <w:t>v -0.128557 11.115118 -0.058369</w:t>
        <w:br/>
        <w:t>v -0.139989 11.342705 -0.049196</w:t>
        <w:br/>
        <w:t>v -0.231234 11.351595 -0.281745</w:t>
        <w:br/>
        <w:t>v -1.623087 11.618841 -0.434985</w:t>
        <w:br/>
        <w:t>v -0.522155 11.117071 1.150046</w:t>
        <w:br/>
        <w:t>v -0.541099 11.468840 1.173126</w:t>
        <w:br/>
        <w:t>v -1.859794 11.692993 0.663104</w:t>
        <w:br/>
        <w:t>v -1.669921 11.672752 0.913464</w:t>
        <w:br/>
        <w:t>v -1.813998 11.119903 0.652162</w:t>
        <w:br/>
        <w:t>v -1.868056 11.119656 0.376740</w:t>
        <w:br/>
        <w:t>v -1.920214 11.694161 0.399938</w:t>
        <w:br/>
        <w:t>v -0.398625 11.376638 -0.483162</w:t>
        <w:br/>
        <w:t>v -0.662069 11.421869 -0.650239</w:t>
        <w:br/>
        <w:t>v -0.636452 11.114812 -0.652464</w:t>
        <w:br/>
        <w:t>v -1.287474 10.653603 -0.654718</w:t>
        <w:br/>
        <w:t>v -0.508458 10.662059 1.093308</w:t>
        <w:br/>
        <w:t>v -1.823400 10.642467 0.329941</w:t>
        <w:br/>
        <w:t>v -0.934210 10.657509 -0.726278</w:t>
        <w:br/>
        <w:t>v -0.616009 10.661920 -0.672259</w:t>
        <w:br/>
        <w:t>v -0.836457 11.528915 1.227395</w:t>
        <w:br/>
        <w:t>v -1.757801 10.643996 0.623464</w:t>
        <w:br/>
        <w:t>v -0.662069 11.421869 -0.650239</w:t>
        <w:br/>
        <w:t>v -0.134285 10.669129 -0.074794</w:t>
        <w:br/>
        <w:t>v -0.098964 11.116167 0.433395</w:t>
        <w:br/>
        <w:t>v -0.099957 10.669737 0.383559</w:t>
        <w:br/>
        <w:t>v -0.130453 11.363413 0.455305</w:t>
        <w:br/>
        <w:t>v -0.308342 10.291232 0.834965</w:t>
        <w:br/>
        <w:t>v -0.178023 10.291233 0.606399</w:t>
        <w:br/>
        <w:t>v -0.206268 10.275188 0.581448</w:t>
        <w:br/>
        <w:t>v -0.330806 10.275188 0.801422</w:t>
        <w:br/>
        <w:t>v -0.142781 10.275188 0.322926</w:t>
        <w:br/>
        <w:t>v -0.113718 10.291233 0.334142</w:t>
        <w:br/>
        <w:t>v -0.507307 10.291233 1.028662</w:t>
        <w:br/>
        <w:t>v -0.521827 10.275188 0.988886</w:t>
        <w:br/>
        <w:t>v -0.132861 10.067082 0.310234</w:t>
        <w:br/>
        <w:t>v -0.200328 10.067081 0.566841</w:t>
        <w:br/>
        <w:t>v -0.211730 10.076877 0.566502</w:t>
        <w:br/>
        <w:t>v -0.146598 10.076875 0.313668</w:t>
        <w:br/>
        <w:t>v -0.333120 10.076875 0.785650</w:t>
        <w:br/>
        <w:t>v -0.322040 10.067082 0.790841</w:t>
        <w:br/>
        <w:t>v -0.522873 10.076875 0.971220</w:t>
        <w:br/>
        <w:t>v -0.516726 10.067081 0.978222</w:t>
        <w:br/>
        <w:t>v -0.127546 10.067081 0.042408</w:t>
        <w:br/>
        <w:t>v -0.132861 10.067082 0.310234</w:t>
        <w:br/>
        <w:t>v -0.146598 10.076875 0.313668</w:t>
        <w:br/>
        <w:t>v -0.138121 10.076875 0.060568</w:t>
        <w:br/>
        <w:t>v -0.131338 10.275188 0.079472</w:t>
        <w:br/>
        <w:t>v -0.142781 10.275188 0.322926</w:t>
        <w:br/>
        <w:t>v -0.113718 10.291233 0.334142</w:t>
        <w:br/>
        <w:t>v -0.101075 10.291232 0.086955</w:t>
        <w:br/>
        <w:t>v -0.803241 10.275188 1.053926</w:t>
        <w:br/>
        <w:t>v -0.800903 10.291232 1.094457</w:t>
        <w:br/>
        <w:t>v -0.798131 10.076875 1.037622</w:t>
        <w:br/>
        <w:t>v -0.794308 10.067081 1.046522</w:t>
        <w:br/>
        <w:t>v -1.075045 10.075734 1.015954</w:t>
        <w:br/>
        <w:t>v -1.073928 10.062789 1.024264</w:t>
        <w:br/>
        <w:t>v -1.083617 10.271003 1.036117</w:t>
        <w:br/>
        <w:t>v -1.088000 10.286887 1.067237</w:t>
        <w:br/>
        <w:t>v -1.669713 10.291233 0.597753</w:t>
        <w:br/>
        <w:t>v -1.629343 10.275188 0.580610</w:t>
        <w:br/>
        <w:t>v -1.689859 10.275188 0.284217</w:t>
        <w:br/>
        <w:t>v -1.727800 10.291233 0.292994</w:t>
        <w:br/>
        <w:t>v -1.546001 10.076875 0.646169</w:t>
        <w:br/>
        <w:t>v -1.551243 10.067081 0.648878</w:t>
        <w:br/>
        <w:t>v -1.648357 10.067081 0.272836</w:t>
        <w:br/>
        <w:t>v -1.642615 10.076875 0.276000</w:t>
        <w:br/>
        <w:t>v -1.649820 10.275188 -0.103717</w:t>
        <w:br/>
        <w:t>v -1.687355 10.291232 -0.115542</w:t>
        <w:br/>
        <w:t>v -1.604747 10.067081 -0.110120</w:t>
        <w:br/>
        <w:t>v -1.600629 10.076875 -0.102952</w:t>
        <w:br/>
        <w:t>v -1.447985 10.275188 -0.395951</w:t>
        <w:br/>
        <w:t>v -1.477749 10.291232 -0.417757</w:t>
        <w:br/>
        <w:t>v -1.431108 10.067081 -0.404257</w:t>
        <w:br/>
        <w:t>v -1.428400 10.076875 -0.393139</w:t>
        <w:br/>
        <w:t>v -0.899233 10.291232 -0.721195</w:t>
        <w:br/>
        <w:t>v -0.894169 10.275188 -0.690354</w:t>
        <w:br/>
        <w:t>v -0.607935 10.275188 -0.646869</w:t>
        <w:br/>
        <w:t>v -0.598329 10.291233 -0.674979</w:t>
        <w:br/>
        <w:t>v -1.240585 10.291233 -0.659826</w:t>
        <w:br/>
        <w:t>v -1.223472 10.275188 -0.632245</w:t>
        <w:br/>
        <w:t>v -0.399716 10.275188 -0.520300</w:t>
        <w:br/>
        <w:t>v -0.380538 10.291232 -0.542154</w:t>
        <w:br/>
        <w:t>v -0.884411 10.067081 -0.707425</w:t>
        <w:br/>
        <w:t>v -0.886318 10.076875 -0.688794</w:t>
        <w:br/>
        <w:t>v -1.212393 10.076875 -0.631692</w:t>
        <w:br/>
        <w:t>v -1.214271 10.067082 -0.645268</w:t>
        <w:br/>
        <w:t>v -0.609929 10.076875 -0.646838</w:t>
        <w:br/>
        <w:t>v -0.608344 10.067081 -0.665303</w:t>
        <w:br/>
        <w:t>v -0.403599 10.076875 -0.522636</w:t>
        <w:br/>
        <w:t>v -0.396797 10.067081 -0.539504</w:t>
        <w:br/>
        <w:t>v -0.147240 10.067081 -0.067678</w:t>
        <w:br/>
        <w:t>v -0.161702 10.076875 -0.069996</w:t>
        <w:br/>
        <w:t>v -0.243457 10.067081 -0.343296</w:t>
        <w:br/>
        <w:t>v -0.253877 10.076877 -0.327178</w:t>
        <w:br/>
        <w:t>v -0.160379 10.275188 -0.076836</w:t>
        <w:br/>
        <w:t>v -0.134129 10.291233 -0.087415</w:t>
        <w:br/>
        <w:t>v -0.226515 10.291232 -0.335048</w:t>
        <w:br/>
        <w:t>v -0.250493 10.275188 -0.321001</w:t>
        <w:br/>
        <w:t>v -0.306862 10.256787 0.818819</w:t>
        <w:br/>
        <w:t>v -0.178304 10.257298 0.592045</w:t>
        <w:br/>
        <w:t>v -0.184086 10.089960 0.577098</w:t>
        <w:br/>
        <w:t>v -0.309535 10.089451 0.803047</w:t>
        <w:br/>
        <w:t>v -0.117064 10.090414 0.317776</w:t>
        <w:br/>
        <w:t>v -0.112967 10.257751 0.327033</w:t>
        <w:br/>
        <w:t>v -0.507378 10.256367 1.013476</w:t>
        <w:br/>
        <w:t>v -0.508832 10.089030 0.995810</w:t>
        <w:br/>
        <w:t>v -0.798288 10.088763 1.066200</w:t>
        <w:br/>
        <w:t>v -0.802855 10.256100 1.082503</w:t>
        <w:br/>
        <w:t>v -1.086318 10.250641 1.055924</w:t>
        <w:br/>
        <w:t>v -1.079070 10.090374 1.041282</w:t>
        <w:br/>
        <w:t>v -1.719200 10.255314 0.285560</w:t>
        <w:br/>
        <w:t>v -1.656424 10.255716 0.591085</w:t>
        <w:br/>
        <w:t>v -1.572528 10.086772 0.658142</w:t>
        <w:br/>
        <w:t>v -1.672572 10.087977 0.277342</w:t>
        <w:br/>
        <w:t>v -1.630075 10.088987 -0.111169</w:t>
        <w:br/>
        <w:t>v -1.678658 10.256325 -0.111934</w:t>
        <w:br/>
        <w:t>v -0.600065 10.091547 -0.673931</w:t>
        <w:br/>
        <w:t>v -0.597699 10.258883 -0.673961</w:t>
        <w:br/>
        <w:t>v -0.894683 10.258835 -0.719447</w:t>
        <w:br/>
        <w:t>v -0.887303 10.091498 -0.717887</w:t>
        <w:br/>
        <w:t>v -1.235691 10.258207 -0.657639</w:t>
        <w:br/>
        <w:t>v -1.225606 10.090864 -0.657031</w:t>
        <w:br/>
        <w:t>v -1.471396 10.257003 -0.414989</w:t>
        <w:br/>
        <w:t>v -1.452381 10.089651 -0.412262</w:t>
        <w:br/>
        <w:t>v -0.132802 10.091101 -0.077544</w:t>
        <w:br/>
        <w:t>v -0.108362 10.090816 0.058546</w:t>
        <w:br/>
        <w:t>v -0.101308 10.258155 0.077450</w:t>
        <w:br/>
        <w:t>v -0.131189 10.258437 -0.084384</w:t>
        <w:br/>
        <w:t>v -0.112967 10.257751 0.327033</w:t>
        <w:br/>
        <w:t>v -0.117064 10.090414 0.317776</w:t>
        <w:br/>
        <w:t>v -0.223987 10.258642 -0.334711</w:t>
        <w:br/>
        <w:t>v -0.227717 10.091307 -0.340888</w:t>
        <w:br/>
        <w:t>v -0.383744 10.091479 -0.543916</w:t>
        <w:br/>
        <w:t>v -0.379579 10.258817 -0.541579</w:t>
        <w:br/>
        <w:t>v -0.113718 10.291233 0.334142</w:t>
        <w:br/>
        <w:t>v -0.178023 10.291233 0.606399</w:t>
        <w:br/>
        <w:t>v -1.336738 10.290923 0.965775</w:t>
        <w:br/>
        <w:t>v -1.088000 10.286887 1.067237</w:t>
        <w:br/>
        <w:t>v -1.497968 10.290612 0.812002</w:t>
        <w:br/>
        <w:t>v -1.687355 10.291232 -0.115542</w:t>
        <w:br/>
        <w:t>v -1.477749 10.291232 -0.417757</w:t>
        <w:br/>
        <w:t>v -0.101075 10.291232 0.086955</w:t>
        <w:br/>
        <w:t>v -0.113718 10.291233 0.334142</w:t>
        <w:br/>
        <w:t>v -0.226515 10.291232 -0.335048</w:t>
        <w:br/>
        <w:t>v -0.134129 10.291233 -0.087415</w:t>
        <w:br/>
        <w:t>v -1.727800 10.291233 0.292994</w:t>
        <w:br/>
        <w:t>v -1.669713 10.291233 0.597753</w:t>
        <w:br/>
        <w:t>v -0.598329 10.291233 -0.674979</w:t>
        <w:br/>
        <w:t>v -0.899233 10.291232 -0.721195</w:t>
        <w:br/>
        <w:t>v -0.380538 10.291232 -0.542154</w:t>
        <w:br/>
        <w:t>v -0.800903 10.291232 1.094457</w:t>
        <w:br/>
        <w:t>v -0.308342 10.291232 0.834965</w:t>
        <w:br/>
        <w:t>v -0.507307 10.291233 1.028662</w:t>
        <w:br/>
        <w:t>v -1.240585 10.291233 -0.659826</w:t>
        <w:br/>
        <w:t>v -1.240585 10.291233 -0.659826</w:t>
        <w:br/>
        <w:t>v -0.178023 10.291233 0.606399</w:t>
        <w:br/>
        <w:t>v -0.207411 9.869945 0.548055</w:t>
        <w:br/>
        <w:t>v -0.139197 9.869967 0.290853</w:t>
        <w:br/>
        <w:t>v -0.161739 9.844691 0.283264</w:t>
        <w:br/>
        <w:t>v -0.228518 9.844721 0.535381</w:t>
        <w:br/>
        <w:t>v -0.172834 9.844776 -0.022759</w:t>
        <w:br/>
        <w:t>v -0.161739 9.844691 0.283264</w:t>
        <w:br/>
        <w:t>v -0.139197 9.869967 0.290853</w:t>
        <w:br/>
        <w:t>v -0.150346 9.870081 -0.025375</w:t>
        <w:br/>
        <w:t>v -0.253641 9.870157 -0.357389</w:t>
        <w:br/>
        <w:t>v -0.274480 9.844834 -0.347332</w:t>
        <w:br/>
        <w:t>v -0.320758 9.870000 0.773483</w:t>
        <w:br/>
        <w:t>v -0.335996 9.844725 0.752037</w:t>
        <w:br/>
        <w:t>v -0.406681 9.869992 -0.540695</w:t>
        <w:br/>
        <w:t>v -0.421299 9.844622 -0.521439</w:t>
        <w:br/>
        <w:t>v -0.519811 9.869838 0.950182</w:t>
        <w:br/>
        <w:t>v -0.530140 9.844915 0.921972</w:t>
        <w:br/>
        <w:t>v -0.621924 9.870092 -0.664428</w:t>
        <w:br/>
        <w:t>v -0.633032 9.844751 -0.641526</w:t>
        <w:br/>
        <w:t>v -0.783219 9.866622 1.018003</w:t>
        <w:br/>
        <w:t>v -0.783618 9.841782 0.987569</w:t>
        <w:br/>
        <w:t>v -1.053810 9.838031 0.965472</w:t>
        <w:br/>
        <w:t>v -1.055954 9.862777 0.995509</w:t>
        <w:br/>
        <w:t>v -0.326069 9.630469 0.742456</w:t>
        <w:br/>
        <w:t>v -0.339031 9.654435 0.731891</w:t>
        <w:br/>
        <w:t>v -0.246168 9.654390 0.536452</w:t>
        <w:br/>
        <w:t>v -0.233687 9.630423 0.546552</w:t>
        <w:br/>
        <w:t>v -0.524866 9.630610 0.908753</w:t>
        <w:br/>
        <w:t>v -0.532952 9.654238 0.894946</w:t>
        <w:br/>
        <w:t>v -0.176361 9.654411 0.268330</w:t>
        <w:br/>
        <w:t>v -0.159676 9.630247 0.269008</w:t>
        <w:br/>
        <w:t>v -0.775945 9.650966 0.958042</w:t>
        <w:br/>
        <w:t>v -0.772617 9.627559 0.972631</w:t>
        <w:br/>
        <w:t>v -1.040208 9.647121 0.935041</w:t>
        <w:br/>
        <w:t>v -1.036276 9.623824 0.948806</w:t>
        <w:br/>
        <w:t>v -0.169781 9.630158 -0.052578</w:t>
        <w:br/>
        <w:t>v -0.159676 9.630247 0.269008</w:t>
        <w:br/>
        <w:t>v -0.176361 9.654411 0.268330</w:t>
        <w:br/>
        <w:t>v -0.186256 9.654383 -0.042974</w:t>
        <w:br/>
        <w:t>v -1.572307 9.630738 0.238959</w:t>
        <w:br/>
        <w:t>v -1.561704 9.654199 0.240042</w:t>
        <w:br/>
        <w:t>v -1.442464 9.654187 0.570908</w:t>
        <w:br/>
        <w:t>v -1.452063 9.630821 0.577216</w:t>
        <w:br/>
        <w:t>v -1.502798 9.869868 0.617341</w:t>
        <w:br/>
        <w:t>v -1.479082 9.845011 0.600455</w:t>
        <w:br/>
        <w:t>v -1.587660 9.844970 0.253308</w:t>
        <w:br/>
        <w:t>v -1.614613 9.869860 0.259211</w:t>
        <w:br/>
        <w:t>v -1.550473 9.844887 -0.109443</w:t>
        <w:br/>
        <w:t>v -1.576530 9.869869 -0.115807</w:t>
        <w:br/>
        <w:t>v -1.525457 9.630567 -0.122694</w:t>
        <w:br/>
        <w:t>v -1.499411 9.654273 -0.113985</w:t>
        <w:br/>
        <w:t>v -1.380016 9.844937 -0.384894</w:t>
        <w:br/>
        <w:t>v -1.401861 9.870033 -0.400837</w:t>
        <w:br/>
        <w:t>v -1.373767 9.630679 -0.398871</w:t>
        <w:br/>
        <w:t>v -1.368417 9.654557 -0.383443</w:t>
        <w:br/>
        <w:t>v -1.192971 9.869833 -0.621867</w:t>
        <w:br/>
        <w:t>v -1.178669 9.844704 -0.596744</w:t>
        <w:br/>
        <w:t>v -1.158896 9.630311 -0.605514</w:t>
        <w:br/>
        <w:t>v -1.155968 9.654467 -0.586498</w:t>
        <w:br/>
        <w:t>v -0.858446 9.630424 -0.695623</w:t>
        <w:br/>
        <w:t>v -0.863189 9.654647 -0.674272</w:t>
        <w:br/>
        <w:t>v -0.658122 9.654719 -0.640787</w:t>
        <w:br/>
        <w:t>v -0.661217 9.630516 -0.663315</w:t>
        <w:br/>
        <w:t>v -0.429536 9.654531 -0.520742</w:t>
        <w:br/>
        <w:t>v -0.419462 9.630258 -0.539510</w:t>
        <w:br/>
        <w:t>v -0.879894 9.870045 -0.705231</w:t>
        <w:br/>
        <w:t>v -0.877001 9.844644 -0.680391</w:t>
        <w:br/>
        <w:t>v -0.297883 9.654281 -0.369369</w:t>
        <w:br/>
        <w:t>v -0.287281 9.630204 -0.385837</w:t>
        <w:br/>
        <w:t>v -0.132382 9.827020 0.286459</w:t>
        <w:br/>
        <w:t>v -0.143658 9.827684 -0.027774</w:t>
        <w:br/>
        <w:t>v -0.157357 9.667782 -0.047989</w:t>
        <w:br/>
        <w:t>v -0.147273 9.667212 0.271525</w:t>
        <w:br/>
        <w:t>v -0.200591 9.827021 0.545386</w:t>
        <w:br/>
        <w:t>v -0.132382 9.827020 0.286459</w:t>
        <w:br/>
        <w:t>v -0.147273 9.667212 0.271525</w:t>
        <w:br/>
        <w:t>v -0.218583 9.667171 0.546458</w:t>
        <w:br/>
        <w:t>v -0.248744 9.828500 -0.361300</w:t>
        <w:br/>
        <w:t>v -0.272373 9.668463 -0.383337</w:t>
        <w:br/>
        <w:t>v -0.312765 9.826785 0.769359</w:t>
        <w:br/>
        <w:t>v -0.316078 9.666969 0.749213</w:t>
        <w:br/>
        <w:t>v -0.402450 9.828562 -0.543740</w:t>
        <w:br/>
        <w:t>v -0.411015 9.668914 -0.543043</w:t>
        <w:br/>
        <w:t>v -0.516377 9.825788 0.947031</w:t>
        <w:br/>
        <w:t>v -0.519632 9.665645 0.920005</w:t>
        <w:br/>
        <w:t>v -0.783139 9.821720 1.015691</w:t>
        <w:br/>
        <w:t>v -0.776037 9.661463 0.986165</w:t>
        <w:br/>
        <w:t>v -1.052971 9.657678 0.959726</w:t>
        <w:br/>
        <w:t>v -1.067335 9.817728 0.989972</w:t>
        <w:br/>
        <w:t>v -1.591233 9.665085 0.241232</w:t>
        <w:br/>
        <w:t>v -1.616466 9.825305 0.254498</w:t>
        <w:br/>
        <w:t>v -1.503903 9.824925 0.613301</w:t>
        <w:br/>
        <w:t>v -1.468077 9.664662 0.583753</w:t>
        <w:br/>
        <w:t>v -1.544562 9.665568 -0.122370</w:t>
        <w:br/>
        <w:t>v -1.578562 9.825655 -0.117828</w:t>
        <w:br/>
        <w:t>v -1.391812 9.666680 -0.401948</w:t>
        <w:br/>
        <w:t>v -1.402601 9.826612 -0.403585</w:t>
        <w:br/>
        <w:t>v -0.623616 9.828802 -0.668932</w:t>
        <w:br/>
        <w:t>v -0.879276 9.828443 -0.709055</w:t>
        <w:br/>
        <w:t>v -0.865676 9.668874 -0.702936</w:t>
        <w:br/>
        <w:t>v -0.648905 9.669204 -0.668192</w:t>
        <w:br/>
        <w:t>v -1.192227 9.827696 -0.622495</w:t>
        <w:br/>
        <w:t>v -1.169944 9.667955 -0.612255</w:t>
        <w:br/>
        <w:t>v -0.884411 10.067081 -0.707425</w:t>
        <w:br/>
        <w:t>v -1.214271 10.067082 -0.645268</w:t>
        <w:br/>
        <w:t>v -0.608344 10.067081 -0.665303</w:t>
        <w:br/>
        <w:t>v -0.396797 10.067081 -0.539504</w:t>
        <w:br/>
        <w:t>v -1.333548 10.062950 0.902759</w:t>
        <w:br/>
        <w:t>v -1.307575 9.867241 0.866347</w:t>
        <w:br/>
        <w:t>v -1.288500 9.842421 0.836336</w:t>
        <w:br/>
        <w:t>v -1.328864 10.076959 0.891632</w:t>
        <w:br/>
        <w:t>v -1.398945 9.842565 0.718910</w:t>
        <w:br/>
        <w:t>v -1.421837 9.861540 0.733690</w:t>
        <w:br/>
        <w:t>v -1.454416 10.066101 0.782191</w:t>
        <w:br/>
        <w:t>v -1.442617 10.075877 0.776558</w:t>
        <w:br/>
        <w:t>v -1.497968 10.290612 0.812002</w:t>
        <w:br/>
        <w:t>v -1.467853 10.271844 0.793758</w:t>
        <w:br/>
        <w:t>v -1.442617 10.075877 0.776558</w:t>
        <w:br/>
        <w:t>v -1.454416 10.066101 0.782191</w:t>
        <w:br/>
        <w:t>v -1.491169 10.252330 0.811233</w:t>
        <w:br/>
        <w:t>v -1.461125 10.081482 0.802955</w:t>
        <w:br/>
        <w:t>v -1.347268 9.651889 0.693945</w:t>
        <w:br/>
        <w:t>v -1.370713 9.630673 0.710597</w:t>
        <w:br/>
        <w:t>v -1.421837 9.861540 0.733690</w:t>
        <w:br/>
        <w:t>v -1.398945 9.842565 0.718910</w:t>
        <w:br/>
        <w:t>v -1.415777 9.823590 0.744075</w:t>
        <w:br/>
        <w:t>v -1.370920 9.661407 0.714554</w:t>
        <w:br/>
        <w:t>v -1.258710 9.650063 0.796613</w:t>
        <w:br/>
        <w:t>v -1.271398 9.627643 0.812962</w:t>
        <w:br/>
        <w:t>v -1.282434 9.659119 0.816996</w:t>
        <w:br/>
        <w:t>v -1.314413 9.821120 0.854304</w:t>
        <w:br/>
        <w:t>v -1.288500 9.842421 0.836336</w:t>
        <w:br/>
        <w:t>v -1.307575 9.867241 0.866347</w:t>
        <w:br/>
        <w:t>v -1.333548 10.062950 0.902759</w:t>
        <w:br/>
        <w:t>v -1.328864 10.076959 0.891632</w:t>
        <w:br/>
        <w:t>v -1.194377 9.267807 0.706343</w:t>
        <w:br/>
        <w:t>v -1.275643 9.275952 0.624921</w:t>
        <w:br/>
        <w:t>v -1.352936 10.091959 0.907184</w:t>
        <w:br/>
        <w:t>v -1.333948 10.253615 0.954497</w:t>
        <w:br/>
        <w:t>v -1.336738 10.290923 0.965775</w:t>
        <w:br/>
        <w:t>v -1.316123 10.273517 0.932399</w:t>
        <w:br/>
        <w:t>v -0.206268 10.275188 0.581448</w:t>
        <w:br/>
        <w:t>v -0.178304 10.257298 0.592045</w:t>
        <w:br/>
        <w:t>v -0.306862 10.256787 0.818819</w:t>
        <w:br/>
        <w:t>v -0.330806 10.275188 0.801422</w:t>
        <w:br/>
        <w:t>v -0.333120 10.076875 0.785650</w:t>
        <w:br/>
        <w:t>v -0.309535 10.089451 0.803047</w:t>
        <w:br/>
        <w:t>v -0.184086 10.089960 0.577098</w:t>
        <w:br/>
        <w:t>v -0.211730 10.076877 0.566502</w:t>
        <w:br/>
        <w:t>v -0.117064 10.090414 0.317776</w:t>
        <w:br/>
        <w:t>v -0.146598 10.076875 0.313668</w:t>
        <w:br/>
        <w:t>v -0.142781 10.275188 0.322926</w:t>
        <w:br/>
        <w:t>v -0.112967 10.257751 0.327033</w:t>
        <w:br/>
        <w:t>v -0.507378 10.256367 1.013476</w:t>
        <w:br/>
        <w:t>v -0.521827 10.275188 0.988886</w:t>
        <w:br/>
        <w:t>v -0.522873 10.076875 0.971220</w:t>
        <w:br/>
        <w:t>v -0.508832 10.089030 0.995810</w:t>
        <w:br/>
        <w:t>v -0.798131 10.076875 1.037622</w:t>
        <w:br/>
        <w:t>v -0.798288 10.088763 1.066200</w:t>
        <w:br/>
        <w:t>v -0.802855 10.256100 1.082503</w:t>
        <w:br/>
        <w:t>v -0.803241 10.275188 1.053926</w:t>
        <w:br/>
        <w:t>v -1.083617 10.271003 1.036117</w:t>
        <w:br/>
        <w:t>v -1.075045 10.075734 1.015954</w:t>
        <w:br/>
        <w:t>v -1.629343 10.275188 0.580610</w:t>
        <w:br/>
        <w:t>v -1.656424 10.255716 0.591085</w:t>
        <w:br/>
        <w:t>v -1.719200 10.255314 0.285560</w:t>
        <w:br/>
        <w:t>v -1.689859 10.275188 0.284217</w:t>
        <w:br/>
        <w:t>v -1.642615 10.076875 0.276000</w:t>
        <w:br/>
        <w:t>v -1.546001 10.076875 0.646169</w:t>
        <w:br/>
        <w:t>v -1.678658 10.256325 -0.111934</w:t>
        <w:br/>
        <w:t>v -1.649820 10.275188 -0.103717</w:t>
        <w:br/>
        <w:t>v -1.600629 10.076875 -0.102952</w:t>
        <w:br/>
        <w:t>v -0.894169 10.275188 -0.690354</w:t>
        <w:br/>
        <w:t>v -0.894683 10.258835 -0.719447</w:t>
        <w:br/>
        <w:t>v -0.597699 10.258883 -0.673961</w:t>
        <w:br/>
        <w:t>v -0.607935 10.275188 -0.646869</w:t>
        <w:br/>
        <w:t>v -0.609929 10.076875 -0.646838</w:t>
        <w:br/>
        <w:t>v -0.600065 10.091547 -0.673931</w:t>
        <w:br/>
        <w:t>v -0.887303 10.091498 -0.717887</w:t>
        <w:br/>
        <w:t>v -0.886318 10.076875 -0.688794</w:t>
        <w:br/>
        <w:t>v -1.225606 10.090864 -0.657031</w:t>
        <w:br/>
        <w:t>v -1.212393 10.076875 -0.631692</w:t>
        <w:br/>
        <w:t>v -1.223472 10.275188 -0.632245</w:t>
        <w:br/>
        <w:t>v -1.235691 10.258207 -0.657639</w:t>
        <w:br/>
        <w:t>v -1.428400 10.076875 -0.393139</w:t>
        <w:br/>
        <w:t>v -1.447985 10.275188 -0.395951</w:t>
        <w:br/>
        <w:t>v -1.471396 10.257003 -0.414989</w:t>
        <w:br/>
        <w:t>v -0.108362 10.090816 0.058546</w:t>
        <w:br/>
        <w:t>v -0.132802 10.091101 -0.077544</w:t>
        <w:br/>
        <w:t>v -0.161702 10.076875 -0.069996</w:t>
        <w:br/>
        <w:t>v -0.138121 10.076875 0.060568</w:t>
        <w:br/>
        <w:t>v -0.101308 10.258155 0.077450</w:t>
        <w:br/>
        <w:t>v -0.131338 10.275188 0.079472</w:t>
        <w:br/>
        <w:t>v -0.160379 10.275188 -0.076836</w:t>
        <w:br/>
        <w:t>v -0.131189 10.258437 -0.084384</w:t>
        <w:br/>
        <w:t>v -0.112967 10.257751 0.327033</w:t>
        <w:br/>
        <w:t>v -0.142781 10.275188 0.322926</w:t>
        <w:br/>
        <w:t>v -0.146598 10.076875 0.313668</w:t>
        <w:br/>
        <w:t>v -0.117064 10.090414 0.317776</w:t>
        <w:br/>
        <w:t>v -0.227717 10.091307 -0.340888</w:t>
        <w:br/>
        <w:t>v -0.253877 10.076877 -0.327178</w:t>
        <w:br/>
        <w:t>v -0.250493 10.275188 -0.321001</w:t>
        <w:br/>
        <w:t>v -0.223987 10.258642 -0.334711</w:t>
        <w:br/>
        <w:t>v -0.383744 10.091479 -0.543916</w:t>
        <w:br/>
        <w:t>v -0.403599 10.076875 -0.522636</w:t>
        <w:br/>
        <w:t>v -0.399716 10.275188 -0.520300</w:t>
        <w:br/>
        <w:t>v -0.379579 10.258817 -0.541579</w:t>
        <w:br/>
        <w:t>v -1.461125 10.081482 0.802955</w:t>
        <w:br/>
        <w:t>v -1.442617 10.075877 0.776558</w:t>
        <w:br/>
        <w:t>v -1.328864 10.076959 0.891632</w:t>
        <w:br/>
        <w:t>v -1.491169 10.252330 0.811233</w:t>
        <w:br/>
        <w:t>v -1.467853 10.271844 0.793758</w:t>
        <w:br/>
        <w:t>v -1.316123 10.273517 0.932399</w:t>
        <w:br/>
        <w:t>v -1.333948 10.253615 0.954497</w:t>
        <w:br/>
        <w:t>v -0.172834 9.844776 -0.022759</w:t>
        <w:br/>
        <w:t>v -0.143658 9.827684 -0.027774</w:t>
        <w:br/>
        <w:t>v -0.132382 9.827020 0.286459</w:t>
        <w:br/>
        <w:t>v -0.161739 9.844691 0.283264</w:t>
        <w:br/>
        <w:t>v -0.176361 9.654411 0.268330</w:t>
        <w:br/>
        <w:t>v -0.147273 9.667212 0.271525</w:t>
        <w:br/>
        <w:t>v -0.157357 9.667782 -0.047989</w:t>
        <w:br/>
        <w:t>v -0.186256 9.654383 -0.042974</w:t>
        <w:br/>
        <w:t>v -0.228518 9.844721 0.535381</w:t>
        <w:br/>
        <w:t>v -0.161739 9.844691 0.283264</w:t>
        <w:br/>
        <w:t>v -0.132382 9.827020 0.286459</w:t>
        <w:br/>
        <w:t>v -0.200591 9.827021 0.545386</w:t>
        <w:br/>
        <w:t>v -0.246168 9.654390 0.536452</w:t>
        <w:br/>
        <w:t>v -0.218583 9.667171 0.546458</w:t>
        <w:br/>
        <w:t>v -0.147273 9.667212 0.271525</w:t>
        <w:br/>
        <w:t>v -0.176361 9.654411 0.268330</w:t>
        <w:br/>
        <w:t>v -0.274480 9.844834 -0.347332</w:t>
        <w:br/>
        <w:t>v -0.248744 9.828500 -0.361300</w:t>
        <w:br/>
        <w:t>v -0.272373 9.668463 -0.383337</w:t>
        <w:br/>
        <w:t>v -0.297883 9.654281 -0.369369</w:t>
        <w:br/>
        <w:t>v -0.312765 9.826785 0.769359</w:t>
        <w:br/>
        <w:t>v -0.335996 9.844725 0.752037</w:t>
        <w:br/>
        <w:t>v -0.339031 9.654435 0.731891</w:t>
        <w:br/>
        <w:t>v -0.316078 9.666969 0.749213</w:t>
        <w:br/>
        <w:t>v -0.421299 9.844622 -0.521439</w:t>
        <w:br/>
        <w:t>v -0.402450 9.828562 -0.543740</w:t>
        <w:br/>
        <w:t>v -0.411015 9.668914 -0.543043</w:t>
        <w:br/>
        <w:t>v -0.429536 9.654531 -0.520742</w:t>
        <w:br/>
        <w:t>v -0.516377 9.825788 0.947031</w:t>
        <w:br/>
        <w:t>v -0.530140 9.844915 0.921972</w:t>
        <w:br/>
        <w:t>v -0.532952 9.654238 0.894946</w:t>
        <w:br/>
        <w:t>v -0.783139 9.821720 1.015691</w:t>
        <w:br/>
        <w:t>v -0.783618 9.841782 0.987569</w:t>
        <w:br/>
        <w:t>v -0.775945 9.650966 0.958042</w:t>
        <w:br/>
        <w:t>v -1.067335 9.817728 0.989972</w:t>
        <w:br/>
        <w:t>v -1.053810 9.838031 0.965472</w:t>
        <w:br/>
        <w:t>v -1.040208 9.647121 0.935041</w:t>
        <w:br/>
        <w:t>v -1.479082 9.845011 0.600455</w:t>
        <w:br/>
        <w:t>v -1.503903 9.824925 0.613301</w:t>
        <w:br/>
        <w:t>v -1.616466 9.825305 0.254498</w:t>
        <w:br/>
        <w:t>v -1.587660 9.844970 0.253308</w:t>
        <w:br/>
        <w:t>v -1.442464 9.654187 0.570908</w:t>
        <w:br/>
        <w:t>v -1.561704 9.654199 0.240042</w:t>
        <w:br/>
        <w:t>v -1.578562 9.825655 -0.117828</w:t>
        <w:br/>
        <w:t>v -1.550473 9.844887 -0.109443</w:t>
        <w:br/>
        <w:t>v -1.499411 9.654273 -0.113985</w:t>
        <w:br/>
        <w:t>v -1.544562 9.665568 -0.122370</w:t>
        <w:br/>
        <w:t>v -1.402601 9.826612 -0.403585</w:t>
        <w:br/>
        <w:t>v -1.380016 9.844937 -0.384894</w:t>
        <w:br/>
        <w:t>v -1.368417 9.654557 -0.383443</w:t>
        <w:br/>
        <w:t>v -1.391812 9.666680 -0.401948</w:t>
        <w:br/>
        <w:t>v -0.879276 9.828443 -0.709055</w:t>
        <w:br/>
        <w:t>v -0.623616 9.828802 -0.668932</w:t>
        <w:br/>
        <w:t>v -0.633032 9.844751 -0.641526</w:t>
        <w:br/>
        <w:t>v -0.877001 9.844644 -0.680391</w:t>
        <w:br/>
        <w:t>v -0.865676 9.668874 -0.702936</w:t>
        <w:br/>
        <w:t>v -0.863189 9.654647 -0.674272</w:t>
        <w:br/>
        <w:t>v -0.658122 9.654719 -0.640787</w:t>
        <w:br/>
        <w:t>v -0.648905 9.669204 -0.668192</w:t>
        <w:br/>
        <w:t>v -1.178669 9.844704 -0.596744</w:t>
        <w:br/>
        <w:t>v -1.192227 9.827696 -0.622495</w:t>
        <w:br/>
        <w:t>v -1.169944 9.667955 -0.612255</w:t>
        <w:br/>
        <w:t>v -1.155968 9.654467 -0.586498</w:t>
        <w:br/>
        <w:t>v -1.398945 9.842565 0.718910</w:t>
        <w:br/>
        <w:t>v -1.415777 9.823590 0.744075</w:t>
        <w:br/>
        <w:t>v -1.347268 9.651889 0.693945</w:t>
        <w:br/>
        <w:t>v -1.314413 9.821120 0.854304</w:t>
        <w:br/>
        <w:t>v -1.288500 9.842421 0.836336</w:t>
        <w:br/>
        <w:t>v -1.258710 9.650063 0.796613</w:t>
        <w:br/>
        <w:t>v -1.273548 9.273841 0.617053</w:t>
        <w:br/>
        <w:t>v -1.347268 9.651889 0.693945</w:t>
        <w:br/>
        <w:t>v -1.370920 9.661407 0.714554</w:t>
        <w:br/>
        <w:t>v -1.275643 9.275952 0.624921</w:t>
        <w:br/>
        <w:t>v -1.461125 10.081482 0.802955</w:t>
        <w:br/>
        <w:t>v -1.415777 9.823590 0.744075</w:t>
        <w:br/>
        <w:t>v -1.398945 9.842565 0.718910</w:t>
        <w:br/>
        <w:t>v -1.442617 10.075877 0.776558</w:t>
        <w:br/>
        <w:t>v -1.352936 10.091959 0.907184</w:t>
        <w:br/>
        <w:t>v -1.328864 10.076959 0.891632</w:t>
        <w:br/>
        <w:t>v -1.288500 9.842421 0.836336</w:t>
        <w:br/>
        <w:t>v -1.314413 9.821120 0.854304</w:t>
        <w:br/>
        <w:t>v -1.258710 9.650063 0.796613</w:t>
        <w:br/>
        <w:t>v -1.271398 9.627643 0.812962</w:t>
        <w:br/>
        <w:t>v -1.184500 9.264938 0.706287</w:t>
        <w:br/>
        <w:t>v -1.184500 9.264938 0.706287</w:t>
        <w:br/>
        <w:t>v -1.194377 9.267807 0.706343</w:t>
        <w:br/>
        <w:t>v -1.258710 9.650063 0.796613</w:t>
        <w:br/>
        <w:t>v -1.370713 9.630673 0.710597</w:t>
        <w:br/>
        <w:t>v -1.347268 9.651889 0.693945</w:t>
        <w:br/>
        <w:t>v -1.273548 9.273841 0.617053</w:t>
        <w:br/>
        <w:t>v -1.462636 9.291588 -0.134883</w:t>
        <w:br/>
        <w:t>v -1.427215 9.238350 -0.126917</w:t>
        <w:br/>
        <w:t>v -1.147702 9.234661 -0.545771</w:t>
        <w:br/>
        <w:t>v -1.170500 9.287955 -0.572555</w:t>
        <w:br/>
        <w:t>v -1.502014 9.287452 0.199984</w:t>
        <w:br/>
        <w:t>v -1.464845 9.234578 0.194724</w:t>
        <w:br/>
        <w:t>v -0.777065 9.217529 -0.638982</w:t>
        <w:br/>
        <w:t>v -0.782841 9.270177 -0.669446</w:t>
        <w:br/>
        <w:t>v -0.762062 9.190947 0.835305</w:t>
        <w:br/>
        <w:t>v -0.981908 9.202774 0.774945</w:t>
        <w:br/>
        <w:t>v -0.997407 9.253784 0.808515</w:t>
        <w:br/>
        <w:t>v -0.768131 9.241871 0.870395</w:t>
        <w:br/>
        <w:t>v -0.547924 9.180981 0.788486</w:t>
        <w:br/>
        <w:t>v -0.542047 9.231521 0.821050</w:t>
        <w:br/>
        <w:t>v -1.184500 9.264938 0.706287</w:t>
        <w:br/>
        <w:t>v -1.179784 9.207950 0.704777</w:t>
        <w:br/>
        <w:t>v -0.367918 9.174580 0.639800</w:t>
        <w:br/>
        <w:t>v -0.355616 9.225329 0.664725</w:t>
        <w:br/>
        <w:t>v -1.321127 9.233184 0.489590</w:t>
        <w:br/>
        <w:t>v -1.363680 9.281309 0.515050</w:t>
        <w:br/>
        <w:t>v -0.449428 9.198833 -0.511141</w:t>
        <w:br/>
        <w:t>v -0.440496 9.250702 -0.535794</w:t>
        <w:br/>
        <w:t>v -0.181312 9.172891 0.244826</w:t>
        <w:br/>
        <w:t>v -0.163820 9.223687 0.252221</w:t>
        <w:br/>
        <w:t>v -0.175558 9.230431 -0.091230</w:t>
        <w:br/>
        <w:t>v -0.192733 9.179371 -0.085310</w:t>
        <w:br/>
        <w:t>v -0.181312 9.172891 0.244826</w:t>
        <w:br/>
        <w:t>v -0.163820 9.223687 0.252221</w:t>
        <w:br/>
        <w:t>v -1.273548 9.273841 0.617053</w:t>
        <w:br/>
        <w:t>v -0.355616 9.225329 0.664725</w:t>
        <w:br/>
        <w:t>v -0.163820 9.223687 0.252221</w:t>
        <w:br/>
        <w:t>v -0.440496 9.250702 -0.535794</w:t>
        <w:br/>
        <w:t>v -0.175558 9.230431 -0.091230</w:t>
        <w:br/>
        <w:t>v -1.462636 9.291588 -0.134883</w:t>
        <w:br/>
        <w:t>v -0.768131 9.241871 0.870395</w:t>
        <w:br/>
        <w:t>v -0.997407 9.253784 0.808515</w:t>
        <w:br/>
        <w:t>v -0.542047 9.231521 0.821050</w:t>
        <w:br/>
        <w:t>v -1.502014 9.287452 0.199984</w:t>
        <w:br/>
        <w:t>v -0.782841 9.270177 -0.669446</w:t>
        <w:br/>
        <w:t>v -1.170500 9.287955 -0.572555</w:t>
        <w:br/>
        <w:t>v -1.363680 9.281309 0.515050</w:t>
        <w:br/>
        <w:t>v -0.163820 9.223687 0.252221</w:t>
        <w:br/>
        <w:t>v -1.273548 9.273841 0.617053</w:t>
        <w:br/>
        <w:t>v -1.184500 9.264938 0.706287</w:t>
        <w:br/>
        <w:t>v -1.179784 9.207950 0.704777</w:t>
        <w:br/>
        <w:t>v -1.179784 9.207950 0.704777</w:t>
        <w:br/>
        <w:t>v -0.981908 9.202774 0.774945</w:t>
        <w:br/>
        <w:t>v -1.157123 9.136867 0.673543</w:t>
        <w:br/>
        <w:t>v -0.762062 9.190947 0.835305</w:t>
        <w:br/>
        <w:t>v -0.756017 9.118363 0.841791</w:t>
        <w:br/>
        <w:t>v -0.547924 9.180981 0.788486</w:t>
        <w:br/>
        <w:t>v -0.546024 9.114910 0.794723</w:t>
        <w:br/>
        <w:t>v -0.367918 9.174580 0.639800</w:t>
        <w:br/>
        <w:t>v -0.355283 9.113197 0.645099</w:t>
        <w:br/>
        <w:t>v -0.181312 9.172891 0.244826</w:t>
        <w:br/>
        <w:t>v -0.167928 9.118224 0.242877</w:t>
        <w:br/>
        <w:t>v -0.181312 9.172891 0.244826</w:t>
        <w:br/>
        <w:t>v -0.192733 9.179371 -0.085310</w:t>
        <w:br/>
        <w:t>v -0.180383 9.126306 -0.096769</w:t>
        <w:br/>
        <w:t>v -0.167928 9.118224 0.242877</w:t>
        <w:br/>
        <w:t>v -0.449428 9.198833 -0.511141</w:t>
        <w:br/>
        <w:t>v -0.440184 9.141246 -0.527978</w:t>
        <w:br/>
        <w:t>v -0.777065 9.217529 -0.638982</w:t>
        <w:br/>
        <w:t>v -0.773259 9.151352 -0.658363</w:t>
        <w:br/>
        <w:t>v -1.147702 9.234661 -0.545771</w:t>
        <w:br/>
        <w:t>v -1.150466 9.157517 -0.563048</w:t>
        <w:br/>
        <w:t>v -1.427215 9.238350 -0.126917</w:t>
        <w:br/>
        <w:t>v -1.434281 9.152599 -0.137660</w:t>
        <w:br/>
        <w:t>v -1.464845 9.234578 0.194724</w:t>
        <w:br/>
        <w:t>v -1.471272 9.146203 0.194708</w:t>
        <w:br/>
        <w:t>v -1.321127 9.233184 0.489590</w:t>
        <w:br/>
        <w:t>v -1.240846 9.137929 0.573624</w:t>
        <w:br/>
        <w:t>v -1.265666 9.212150 0.612330</w:t>
        <w:br/>
        <w:t>v -1.265666 9.212150 0.612330</w:t>
        <w:br/>
        <w:t>v 0.327056 1.715996 -0.791942</w:t>
        <w:br/>
        <w:t>v 0.333836 1.563828 -0.807732</w:t>
        <w:br/>
        <w:t>v 0.334911 1.731244 -0.946618</w:t>
        <w:br/>
        <w:t>v 0.335666 1.916920 -0.780628</w:t>
        <w:br/>
        <w:t>v 0.362738 1.888504 -1.017207</w:t>
        <w:br/>
        <w:t>v 0.405371 1.699269 -0.600655</w:t>
        <w:br/>
        <w:t>v 0.327056 1.715996 -0.791942</w:t>
        <w:br/>
        <w:t>v 0.335666 1.916920 -0.780628</w:t>
        <w:br/>
        <w:t>v 0.418151 1.890075 -0.608357</w:t>
        <w:br/>
        <w:t>v 0.376246 1.359835 -0.600755</w:t>
        <w:br/>
        <w:t>v 0.333836 1.563828 -0.807732</w:t>
        <w:br/>
        <w:t>v 0.380699 2.159629 -0.999894</w:t>
        <w:br/>
        <w:t>v 0.479780 1.324449 -0.391933</w:t>
        <w:br/>
        <w:t>v 0.413979 1.198916 -0.419897</w:t>
        <w:br/>
        <w:t>v 0.475736 1.064479 -0.241942</w:t>
        <w:br/>
        <w:t>v 0.917511 1.315185 -0.394960</w:t>
        <w:br/>
        <w:t>v 0.919784 1.031852 -0.197708</w:t>
        <w:br/>
        <w:t>v 0.751550 1.320195 -0.273198</w:t>
        <w:br/>
        <w:t>v 1.024117 1.317847 -0.608284</w:t>
        <w:br/>
        <w:t>v 1.008620 1.699268 -0.647935</w:t>
        <w:br/>
        <w:t>v 1.027459 1.487713 -0.790178</w:t>
        <w:br/>
        <w:t>v 0.996571 1.147222 -0.418348</w:t>
        <w:br/>
        <w:t>v 0.970187 1.047199 -0.261753</w:t>
        <w:br/>
        <w:t>v 0.889926 1.699268 -0.470135</w:t>
        <w:br/>
        <w:t>v 0.741269 1.699269 -0.395387</w:t>
        <w:br/>
        <w:t>v 0.741897 2.038836 -0.470667</w:t>
        <w:br/>
        <w:t>v 0.896595 2.045783 -0.543049</w:t>
        <w:br/>
        <w:t>v 0.747069 2.396430 -0.477422</w:t>
        <w:br/>
        <w:t>v 0.886805 2.401852 -0.547201</w:t>
        <w:br/>
        <w:t>v 0.965607 2.419081 -0.679073</w:t>
        <w:br/>
        <w:t>v 0.979409 2.068408 -0.679075</w:t>
        <w:br/>
        <w:t>v 0.985353 1.916871 -0.654593</w:t>
        <w:br/>
        <w:t>v 0.564778 1.699269 -0.414248</w:t>
        <w:br/>
        <w:t>v 0.558578 2.053505 -0.502730</w:t>
        <w:br/>
        <w:t>v 0.601974 1.309329 -0.276146</w:t>
        <w:br/>
        <w:t>v 0.713448 1.082757 -0.169099</w:t>
        <w:br/>
        <w:t>v 0.539130 1.045276 -0.192046</w:t>
        <w:br/>
        <w:t>v 1.034087 1.696131 -0.945099</w:t>
        <w:br/>
        <w:t>v 1.030427 1.875754 -0.790721</w:t>
        <w:br/>
        <w:t>v 1.014710 2.098454 -0.842040</w:t>
        <w:br/>
        <w:t>v 0.971650 2.140087 -1.046064</w:t>
        <w:br/>
        <w:t>v 1.022615 1.888503 -1.028397</w:t>
        <w:br/>
        <w:t>v 0.977212 2.445479 -0.854273</w:t>
        <w:br/>
        <w:t>v 0.930591 2.469974 -1.002717</w:t>
        <w:br/>
        <w:t>v 0.897851 2.803226 -1.045103</w:t>
        <w:br/>
        <w:t>v 0.981586 2.789187 -0.856309</w:t>
        <w:br/>
        <w:t>v 0.910931 3.194543 -1.055440</w:t>
        <w:br/>
        <w:t>v 1.011513 3.189100 -0.843787</w:t>
        <w:br/>
        <w:t>v 0.668545 3.021673 -1.137890</w:t>
        <w:br/>
        <w:t>v 0.766040 2.979215 -1.104226</w:t>
        <w:br/>
        <w:t>v 0.670478 3.200824 -1.128484</w:t>
        <w:br/>
        <w:t>v 0.968265 2.778803 -0.670915</w:t>
        <w:br/>
        <w:t>v 0.890898 2.773842 -0.541267</w:t>
        <w:br/>
        <w:t>v 0.912390 3.155872 -0.513104</w:t>
        <w:br/>
        <w:t>v 0.998106 3.179028 -0.647757</w:t>
        <w:br/>
        <w:t>v 1.043889 3.571937 -0.616263</w:t>
        <w:br/>
        <w:t>v 0.942891 3.548486 -0.471397</w:t>
        <w:br/>
        <w:t>v 1.062970 3.583719 -0.827364</w:t>
        <w:br/>
        <w:t>v 0.752427 2.773994 -0.463799</w:t>
        <w:br/>
        <w:t>v 0.756621 3.142233 -0.435437</w:t>
        <w:br/>
        <w:t>v 0.355126 2.116671 -0.779563</w:t>
        <w:br/>
        <w:t>v 0.434305 2.080685 -0.613147</w:t>
        <w:br/>
        <w:t>v 0.377020 2.456228 -0.776765</w:t>
        <w:br/>
        <w:t>v 0.446076 2.424990 -0.589821</w:t>
        <w:br/>
        <w:t>v 0.355126 2.116671 -0.779563</w:t>
        <w:br/>
        <w:t>v 0.392552 2.480262 -0.939755</w:t>
        <w:br/>
        <w:t>v 0.377020 2.456228 -0.776765</w:t>
        <w:br/>
        <w:t>v 0.420601 2.804683 -0.781831</w:t>
        <w:br/>
        <w:t>v 0.427547 2.816401 -1.011148</w:t>
        <w:br/>
        <w:t>v 0.497135 3.202703 -1.010669</w:t>
        <w:br/>
        <w:t>v 0.429916 3.198925 -0.787233</w:t>
        <w:br/>
        <w:t>v 0.470809 2.791199 -0.578271</w:t>
        <w:br/>
        <w:t>v 0.420601 2.804683 -0.781831</w:t>
        <w:br/>
        <w:t>v 0.429916 3.198925 -0.787233</w:t>
        <w:br/>
        <w:t>v 0.478084 3.180264 -0.567592</w:t>
        <w:br/>
        <w:t>v 0.461502 3.595969 -1.019860</w:t>
        <w:br/>
        <w:t>v 0.408600 3.588143 -0.788782</w:t>
        <w:br/>
        <w:t>v 0.408600 3.588143 -0.788782</w:t>
        <w:br/>
        <w:t>v 0.448433 3.568558 -0.551200</w:t>
        <w:br/>
        <w:t>v 0.567489 3.153180 -0.444849</w:t>
        <w:br/>
        <w:t>v 0.554104 3.543831 -0.411245</w:t>
        <w:br/>
        <w:t>v 0.376207 3.979333 -0.784132</w:t>
        <w:br/>
        <w:t>v 0.409936 3.958360 -0.529569</w:t>
        <w:br/>
        <w:t>v 0.344836 4.375810 -0.772138</w:t>
        <w:br/>
        <w:t>v 0.379309 4.353189 -0.502848</w:t>
        <w:br/>
        <w:t>v 0.524236 4.330546 -0.328426</w:t>
        <w:br/>
        <w:t>v 0.539089 3.935481 -0.372716</w:t>
        <w:br/>
        <w:t>v 0.762604 3.533879 -0.389183</w:t>
        <w:br/>
        <w:t>v 0.768461 3.926567 -0.319488</w:t>
        <w:br/>
        <w:t>v 0.975920 3.941473 -0.422752</w:t>
        <w:br/>
        <w:t>v 0.576063 2.780335 -0.470328</w:t>
        <w:br/>
        <w:t>v 0.577840 2.405118 -0.492503</w:t>
        <w:br/>
        <w:t>v 0.454112 3.991292 -1.029179</w:t>
        <w:br/>
        <w:t>v 0.376207 3.979333 -0.784132</w:t>
        <w:br/>
        <w:t>v 0.717661 4.394317 -1.144244</w:t>
        <w:br/>
        <w:t>v 0.444688 4.391969 -1.040014</w:t>
        <w:br/>
        <w:t>v 0.702232 3.991687 -1.139971</w:t>
        <w:br/>
        <w:t>v 0.731917 4.812316 -1.165424</w:t>
        <w:br/>
        <w:t>v 0.439605 4.807056 -1.048203</w:t>
        <w:br/>
        <w:t>v 0.745460 5.246188 -1.174445</w:t>
        <w:br/>
        <w:t>v 0.438663 5.236101 -1.049031</w:t>
        <w:br/>
        <w:t>v 0.312662 4.785925 -0.750690</w:t>
        <w:br/>
        <w:t>v 0.290825 5.208248 -0.717002</w:t>
        <w:br/>
        <w:t>v 0.344836 4.375810 -0.772138</w:t>
        <w:br/>
        <w:t>v 1.034665 4.389492 -1.067798</w:t>
        <w:br/>
        <w:t>v 0.996070 3.986065 -1.066986</w:t>
        <w:br/>
        <w:t>v 1.070530 4.807162 -1.069547</w:t>
        <w:br/>
        <w:t>v 0.686083 3.595269 -1.130581</w:t>
        <w:br/>
        <w:t>v 0.480069 2.917557 -1.063972</w:t>
        <w:br/>
        <w:t>v 0.950984 3.589286 -1.060189</w:t>
        <w:br/>
        <w:t>v 1.116706 3.979912 -0.804542</w:t>
        <w:br/>
        <w:t>v 0.773985 4.328021 -0.253994</w:t>
        <w:br/>
        <w:t>v 1.007556 4.338169 -0.370792</w:t>
        <w:br/>
        <w:t>v 0.779105 4.724051 -0.174941</w:t>
        <w:br/>
        <w:t>v 1.040064 4.743607 -0.308535</w:t>
        <w:br/>
        <w:t>v 0.779790 5.132360 -0.084185</w:t>
        <w:br/>
        <w:t>v 1.065614 5.155005 -0.239640</w:t>
        <w:br/>
        <w:t>v 0.772817 5.504961 -0.007330</w:t>
        <w:br/>
        <w:t>v 1.067325 5.548057 -0.167580</w:t>
        <w:br/>
        <w:t>v 0.486387 5.895093 -0.078106</w:t>
        <w:br/>
        <w:t>v 0.755153 5.850051 0.069591</w:t>
        <w:br/>
        <w:t>v 0.490311 5.532421 -0.145353</w:t>
        <w:br/>
        <w:t>v 0.311570 5.942546 -0.272208</w:t>
        <w:br/>
        <w:t>v 0.317241 5.571143 -0.339324</w:t>
        <w:br/>
        <w:t>v 0.271562 5.618162 -0.669059</w:t>
        <w:br/>
        <w:t>v 0.277045 5.997788 -0.603110</w:t>
        <w:br/>
        <w:t>v 1.120565 5.661483 -1.034068</w:t>
        <w:br/>
        <w:t>v 1.323672 5.630898 -0.663835</w:t>
        <w:br/>
        <w:t>v 1.344182 6.013024 -0.594133</w:t>
        <w:br/>
        <w:t>v 1.122008 6.050651 -0.976058</w:t>
        <w:br/>
        <w:t>v 1.269058 5.967687 -0.319585</w:t>
        <w:br/>
        <w:t>v 1.270086 5.593399 -0.376638</w:t>
        <w:br/>
        <w:t>v 1.054151 5.906391 -0.100496</w:t>
        <w:br/>
        <w:t>v 1.242335 5.189739 -0.436980</w:t>
        <w:br/>
        <w:t>v 0.496651 5.143528 -0.213853</w:t>
        <w:br/>
        <w:t>v 0.508238 4.734186 -0.273015</w:t>
        <w:br/>
        <w:t>v 0.338839 5.174360 -0.411101</w:t>
        <w:br/>
        <w:t>v 0.350697 4.759939 -0.465474</w:t>
        <w:br/>
        <w:t>v 0.312662 4.785925 -0.750690</w:t>
        <w:br/>
        <w:t>v 0.290825 5.208248 -0.717002</w:t>
        <w:br/>
        <w:t>v 1.193827 4.772157 -0.492394</w:t>
        <w:br/>
        <w:t>v 1.276464 5.218246 -0.714868</w:t>
        <w:br/>
        <w:t>v 1.221797 4.794161 -0.749609</w:t>
        <w:br/>
        <w:t>v 1.100953 5.239121 -1.061965</w:t>
        <w:br/>
        <w:t>v 0.755104 5.667363 -1.179100</w:t>
        <w:br/>
        <w:t>v 0.433900 5.654981 -1.035469</w:t>
        <w:br/>
        <w:t>v 0.271562 5.618162 -0.669059</w:t>
        <w:br/>
        <w:t>v 0.752822 6.062185 -1.144693</w:t>
        <w:br/>
        <w:t>v 0.442072 6.043818 -0.993435</w:t>
        <w:br/>
        <w:t>v 0.277045 5.997788 -0.603110</w:t>
        <w:br/>
        <w:t>v 1.168950 4.380854 -0.778554</w:t>
        <w:br/>
        <w:t>v 1.094588 3.965419 -0.579324</w:t>
        <w:br/>
        <w:t>v 1.144300 4.363065 -0.538610</w:t>
        <w:br/>
        <w:t>v 0.196329 7.488052 0.032309</w:t>
        <w:br/>
        <w:t>v 0.235489 7.534026 -0.253600</w:t>
        <w:br/>
        <w:t>v 0.225650 7.864921 -0.228991</w:t>
        <w:br/>
        <w:t>v 0.203891 7.830317 0.086228</w:t>
        <w:br/>
        <w:t>v 0.216535 8.501839 -0.163107</w:t>
        <w:br/>
        <w:t>v 0.190315 8.494026 0.166157</w:t>
        <w:br/>
        <w:t>v 0.335235 8.493944 0.515664</w:t>
        <w:br/>
        <w:t>v 0.325240 7.828619 0.333372</w:t>
        <w:br/>
        <w:t>v 0.331324 7.487681 0.258303</w:t>
        <w:br/>
        <w:t>v 0.651756 7.837166 0.555429</w:t>
        <w:br/>
        <w:t>v 0.626668 7.506512 0.481998</w:t>
        <w:br/>
        <w:t>v 0.706067 8.520010 0.706201</w:t>
        <w:br/>
        <w:t>v 1.012625 7.866704 0.409189</w:t>
        <w:br/>
        <w:t>v 0.999949 7.534907 0.348437</w:t>
        <w:br/>
        <w:t>v 1.067524 8.555195 0.558417</w:t>
        <w:br/>
        <w:t>v 1.210299 7.922749 0.152066</w:t>
        <w:br/>
        <w:t>v 1.282521 8.574711 0.335709</w:t>
        <w:br/>
        <w:t>v 1.171500 7.573033 0.065915</w:t>
        <w:br/>
        <w:t>v 1.347433 8.577398 0.166910</w:t>
        <w:br/>
        <w:t>v 1.337380 8.582676 -0.173618</w:t>
        <w:br/>
        <w:t>v 1.225112 7.964828 -0.236129</w:t>
        <w:br/>
        <w:t>v 1.186410 7.614110 -0.276428</w:t>
        <w:br/>
        <w:t>v 1.189879 7.285368 -0.295379</w:t>
        <w:br/>
        <w:t>v 1.163781 7.236944 0.052935</w:t>
        <w:br/>
        <w:t>v 0.966498 7.237923 0.317273</w:t>
        <w:br/>
        <w:t>v 0.602990 7.221133 0.462838</w:t>
        <w:br/>
        <w:t>v 0.381260 7.193455 0.220343</w:t>
        <w:br/>
        <w:t>v 0.209263 7.155793 -0.045117</w:t>
        <w:br/>
        <w:t>v 0.602990 7.221133 0.462838</w:t>
        <w:br/>
        <w:t>v 0.239760 7.226393 -0.308987</w:t>
        <w:br/>
        <w:t>v 0.250342 6.868565 -0.118179</w:t>
        <w:br/>
        <w:t>v 0.304452 6.636056 -0.156808</w:t>
        <w:br/>
        <w:t>v 0.308837 6.681181 -0.447944</w:t>
        <w:br/>
        <w:t>v 0.259415 6.912613 -0.386629</w:t>
        <w:br/>
        <w:t>v 0.938966 6.973775 0.261021</w:t>
        <w:br/>
        <w:t>v 0.627584 6.924098 0.383008</w:t>
        <w:br/>
        <w:t>v 0.997223 6.549805 0.062167</w:t>
        <w:br/>
        <w:t>v 0.690921 6.479059 0.218237</w:t>
        <w:br/>
        <w:t>v 0.663028 6.696369 0.297362</w:t>
        <w:br/>
        <w:t>v 0.950346 6.762892 0.172948</w:t>
        <w:br/>
        <w:t>v 0.455508 6.392357 -0.905334</w:t>
        <w:br/>
        <w:t>v 0.290504 6.340794 -0.530694</w:t>
        <w:br/>
        <w:t>v 0.464253 6.728846 -0.775480</w:t>
        <w:br/>
        <w:t>v 0.735257 6.402791 -1.047424</w:t>
        <w:br/>
        <w:t>v 0.708643 6.733729 -0.931261</w:t>
        <w:br/>
        <w:t>v 1.227250 6.634289 -0.174734</w:t>
        <w:br/>
        <w:t>v 1.243377 6.302876 -0.255036</w:t>
        <w:br/>
        <w:t>v 1.025011 6.221587 -0.029061</w:t>
        <w:br/>
        <w:t>v 0.726599 6.167306 0.140608</w:t>
        <w:br/>
        <w:t>v 0.305970 6.280683 -0.217033</w:t>
        <w:br/>
        <w:t>v 0.290504 6.340794 -0.530694</w:t>
        <w:br/>
        <w:t>v 0.993748 7.646036 -0.523988</w:t>
        <w:br/>
        <w:t>v 1.000844 7.303675 -0.541667</w:t>
        <w:br/>
        <w:t>v 1.003842 7.983614 -0.519714</w:t>
        <w:br/>
        <w:t>v 1.054502 8.571804 -0.521391</w:t>
        <w:br/>
        <w:t>v 1.035847 7.018956 -0.609392</w:t>
        <w:br/>
        <w:t>v 1.228475 7.003457 -0.339393</w:t>
        <w:br/>
        <w:t>v 1.311645 6.360248 -0.521661</w:t>
        <w:br/>
        <w:t>v 1.108012 6.402093 -0.882751</w:t>
        <w:br/>
        <w:t>v 0.672899 7.626694 -0.637720</w:t>
        <w:br/>
        <w:t>v 0.457164 7.586374 -0.523643</w:t>
        <w:br/>
        <w:t>v 0.463261 7.229915 -0.588701</w:t>
        <w:br/>
        <w:t>v 0.663906 7.273931 -0.715064</w:t>
        <w:br/>
        <w:t>v 0.235489 7.534026 -0.253600</w:t>
        <w:br/>
        <w:t>v 0.239760 7.226393 -0.308987</w:t>
        <w:br/>
        <w:t>v 0.447864 7.922266 -0.514368</w:t>
        <w:br/>
        <w:t>v 0.225650 7.864921 -0.228991</w:t>
        <w:br/>
        <w:t>v 0.442435 8.523737 -0.523826</w:t>
        <w:br/>
        <w:t>v 0.216535 8.501839 -0.163107</w:t>
        <w:br/>
        <w:t>v 0.690974 7.964185 -0.623735</w:t>
        <w:br/>
        <w:t>v 0.733436 8.546242 -0.632446</w:t>
        <w:br/>
        <w:t>v 0.259415 6.912613 -0.386629</w:t>
        <w:br/>
        <w:t>v 0.308837 6.681181 -0.447944</w:t>
        <w:br/>
        <w:t>v 0.459677 6.979893 -0.652734</w:t>
        <w:br/>
        <w:t>v 0.684458 7.011696 -0.819165</w:t>
        <w:br/>
        <w:t>v 0.690921 6.479059 0.218237</w:t>
        <w:br/>
        <w:t>v 0.467229 6.549655 0.064919</w:t>
        <w:br/>
        <w:t>v 0.450668 6.783132 0.121796</w:t>
        <w:br/>
        <w:t>v 0.663028 6.696369 0.297362</w:t>
        <w:br/>
        <w:t>v 0.418407 7.001934 0.180465</w:t>
        <w:br/>
        <w:t>v 1.030558 7.052030 0.175901</w:t>
        <w:br/>
        <w:t>v 1.058185 6.828983 0.054945</w:t>
        <w:br/>
        <w:t>v 0.684458 7.011696 -0.819165</w:t>
        <w:br/>
        <w:t>v 1.076971 6.740160 -0.751072</w:t>
        <w:br/>
        <w:t>v 0.480216 6.223189 -0.009750</w:t>
        <w:br/>
        <w:t>v 0.627584 6.924098 0.383008</w:t>
        <w:br/>
        <w:t>v 0.726599 6.167306 0.140608</w:t>
        <w:br/>
        <w:t>v 1.201888 6.911057 -0.093262</w:t>
        <w:br/>
        <w:t>v 1.263351 6.724642 -0.441656</w:t>
        <w:br/>
        <w:t>v 0.849048 2.909379 -1.064137</w:t>
        <w:br/>
        <w:t>v 0.553294 2.998358 -1.110805</w:t>
        <w:br/>
        <w:t>v 1.024117 1.317847 -0.608284</w:t>
        <w:br/>
        <w:t>v 1.027459 1.487713 -0.790178</w:t>
        <w:br/>
        <w:t>v 1.063537 1.490786 -0.793028</w:t>
        <w:br/>
        <w:t>v 1.062045 1.312873 -0.611499</w:t>
        <w:br/>
        <w:t>v 0.996571 1.147222 -0.418348</w:t>
        <w:br/>
        <w:t>v 1.038337 1.170450 -0.435303</w:t>
        <w:br/>
        <w:t>v 1.006575 1.044549 -0.249601</w:t>
        <w:br/>
        <w:t>v 0.970187 1.047199 -0.261753</w:t>
        <w:br/>
        <w:t>v 0.934438 1.048411 -0.165503</w:t>
        <w:br/>
        <w:t>v 0.919784 1.031852 -0.197708</w:t>
        <w:br/>
        <w:t>v 0.714679 1.102588 -0.140270</w:t>
        <w:br/>
        <w:t>v 0.713448 1.082757 -0.169099</w:t>
        <w:br/>
        <w:t>v 0.475736 1.064479 -0.241942</w:t>
        <w:br/>
        <w:t>v 0.539130 1.045276 -0.192046</w:t>
        <w:br/>
        <w:t>v 0.529741 1.055053 -0.156005</w:t>
        <w:br/>
        <w:t>v 0.455131 1.062014 -0.229018</w:t>
        <w:br/>
        <w:t>v 0.455131 1.062014 -0.229018</w:t>
        <w:br/>
        <w:t>v 0.402855 1.185979 -0.415487</w:t>
        <w:br/>
        <w:t>v 0.413979 1.198916 -0.419897</w:t>
        <w:br/>
        <w:t>v 0.475736 1.064479 -0.241942</w:t>
        <w:br/>
        <w:t>v 0.357540 1.344158 -0.625548</w:t>
        <w:br/>
        <w:t>v 0.376246 1.359835 -0.600755</w:t>
        <w:br/>
        <w:t>v 0.316248 1.548271 -0.828332</w:t>
        <w:br/>
        <w:t>v 0.333836 1.563828 -0.807732</w:t>
        <w:br/>
        <w:t>v 0.314500 1.719389 -0.956258</w:t>
        <w:br/>
        <w:t>v 0.334911 1.731244 -0.946618</w:t>
        <w:br/>
        <w:t>v 0.344440 1.888504 -1.037890</w:t>
        <w:br/>
        <w:t>v 0.362738 1.888504 -1.017207</w:t>
        <w:br/>
        <w:t>v 0.380699 2.159629 -0.999894</w:t>
        <w:br/>
        <w:t>v 0.366547 2.162579 -1.018483</w:t>
        <w:br/>
        <w:t>v 0.381603 2.485116 -0.966493</w:t>
        <w:br/>
        <w:t>v 0.392552 2.480262 -0.939755</w:t>
        <w:br/>
        <w:t>v 0.425472 2.818780 -1.047801</w:t>
        <w:br/>
        <w:t>v 0.427547 2.816401 -1.011148</w:t>
        <w:br/>
        <w:t>v 0.472062 2.910611 -1.102712</w:t>
        <w:br/>
        <w:t>v 0.480069 2.917557 -1.063972</w:t>
        <w:br/>
        <w:t>v 0.549464 2.982035 -1.153196</w:t>
        <w:br/>
        <w:t>v 0.553294 2.998358 -1.110805</w:t>
        <w:br/>
        <w:t>v 0.661718 3.000782 -1.181766</w:t>
        <w:br/>
        <w:t>v 0.771555 2.966219 -1.156310</w:t>
        <w:br/>
        <w:t>v 0.766040 2.979215 -1.104226</w:t>
        <w:br/>
        <w:t>v 0.668545 3.021673 -1.137890</w:t>
        <w:br/>
        <w:t>v 0.847147 2.910964 -1.118531</w:t>
        <w:br/>
        <w:t>v 0.849048 2.909379 -1.064137</w:t>
        <w:br/>
        <w:t>v 0.882616 2.805861 -1.089500</w:t>
        <w:br/>
        <w:t>v 0.930488 2.476566 -1.045726</w:t>
        <w:br/>
        <w:t>v 0.930591 2.469974 -1.002717</w:t>
        <w:br/>
        <w:t>v 0.897851 2.803226 -1.045103</w:t>
        <w:br/>
        <w:t>v 1.022615 1.888503 -1.028397</w:t>
        <w:br/>
        <w:t>v 0.971650 2.140087 -1.046064</w:t>
        <w:br/>
        <w:t>v 0.983110 2.147303 -1.085907</w:t>
        <w:br/>
        <w:t>v 1.042120 1.888503 -1.048935</w:t>
        <w:br/>
        <w:t>v 1.063880 1.665230 -0.947030</w:t>
        <w:br/>
        <w:t>v 1.034087 1.696131 -0.945099</w:t>
        <w:br/>
        <w:t>v 0.914120 0.932456 0.042104</w:t>
        <w:br/>
        <w:t>v 0.724101 0.974511 0.038928</w:t>
        <w:br/>
        <w:t>v 0.714679 1.102588 -0.140270</w:t>
        <w:br/>
        <w:t>v 0.934438 1.048411 -0.165503</w:t>
        <w:br/>
        <w:t>v 1.006575 1.044549 -0.249601</w:t>
        <w:br/>
        <w:t>v 1.045300 0.875096 -0.010016</w:t>
        <w:br/>
        <w:t>v 0.528338 0.944394 0.011966</w:t>
        <w:br/>
        <w:t>v 0.529741 1.055053 -0.156005</w:t>
        <w:br/>
        <w:t>v 0.455131 1.062014 -0.229018</w:t>
        <w:br/>
        <w:t>v 0.388338 0.868257 -0.052486</w:t>
        <w:br/>
        <w:t>v 0.877133 0.886184 0.223749</w:t>
        <w:br/>
        <w:t>v 0.707575 0.907900 0.227754</w:t>
        <w:br/>
        <w:t>v 0.533375 0.883420 0.210658</w:t>
        <w:br/>
        <w:t>v 0.384556 0.808150 0.169521</w:t>
        <w:br/>
        <w:t>v 1.008113 0.830279 0.218545</w:t>
        <w:br/>
        <w:t>v 0.524595 0.836147 0.417384</w:t>
        <w:br/>
        <w:t>v 0.693645 0.872117 0.427302</w:t>
        <w:br/>
        <w:t>v 0.404212 0.767073 0.398772</w:t>
        <w:br/>
        <w:t>v 0.860550 0.851454 0.429595</w:t>
        <w:br/>
        <w:t>v 0.973115 0.792457 0.440588</w:t>
        <w:br/>
        <w:t>v 0.685305 0.776545 0.597883</w:t>
        <w:br/>
        <w:t>v 0.529801 0.750767 0.573819</w:t>
        <w:br/>
        <w:t>v 0.851783 0.758741 0.581438</w:t>
        <w:br/>
        <w:t>v 0.945295 0.722390 0.554077</w:t>
        <w:br/>
        <w:t>v 0.439257 0.714668 0.524983</w:t>
        <w:br/>
        <w:t>v 0.518907 0.470859 0.663157</w:t>
        <w:br/>
        <w:t>v 0.514482 0.600933 0.626221</w:t>
        <w:br/>
        <w:t>v 0.682941 0.620616 0.671888</w:t>
        <w:br/>
        <w:t>v 0.674538 0.478461 0.708149</w:t>
        <w:br/>
        <w:t>v 0.412111 0.593535 0.540248</w:t>
        <w:br/>
        <w:t>v 0.402358 0.457028 0.551749</w:t>
        <w:br/>
        <w:t>v 0.842029 0.619062 0.655779</w:t>
        <w:br/>
        <w:t>v 0.844945 0.483678 0.690422</w:t>
        <w:br/>
        <w:t>v 0.967585 0.593126 0.600552</w:t>
        <w:br/>
        <w:t>v 0.985831 0.462238 0.604915</w:t>
        <w:br/>
        <w:t>v 1.118412 0.672925 0.216460</w:t>
        <w:br/>
        <w:t>v 1.069203 0.639799 0.445662</w:t>
        <w:br/>
        <w:t>v 1.127616 0.707861 -0.033987</w:t>
        <w:br/>
        <w:t>v 1.093963 0.443021 0.458715</w:t>
        <w:br/>
        <w:t>v 1.157347 0.432470 0.234354</w:t>
        <w:br/>
        <w:t>v 1.139265 0.449512 -0.072706</w:t>
        <w:br/>
        <w:t>v 0.318206 0.645645 0.146804</w:t>
        <w:br/>
        <w:t>v 0.343861 0.629336 0.393930</w:t>
        <w:br/>
        <w:t>v 0.349509 0.706854 -0.080333</w:t>
        <w:br/>
        <w:t>v 0.322509 0.434706 0.348640</w:t>
        <w:br/>
        <w:t>v 0.318676 0.425323 0.061844</w:t>
        <w:br/>
        <w:t>v 0.364896 0.516403 -0.167637</w:t>
        <w:br/>
        <w:t>v 1.006575 1.044549 -0.249601</w:t>
        <w:br/>
        <w:t>v 1.094690 0.790582 -0.288227</w:t>
        <w:br/>
        <w:t>v 1.097963 0.557358 -0.304392</w:t>
        <w:br/>
        <w:t>v 0.455131 1.062014 -0.229018</w:t>
        <w:br/>
        <w:t>v 0.390226 0.858434 -0.270511</w:t>
        <w:br/>
        <w:t>v 1.038337 1.170450 -0.435303</w:t>
        <w:br/>
        <w:t>v 1.069380 0.919619 -0.464718</w:t>
        <w:br/>
        <w:t>v 1.062045 1.312873 -0.611499</w:t>
        <w:br/>
        <w:t>v 1.064193 1.052656 -0.670755</w:t>
        <w:br/>
        <w:t>v 1.063537 1.490786 -0.793028</w:t>
        <w:br/>
        <w:t>v 1.062580 1.232824 -0.884031</w:t>
        <w:br/>
        <w:t>v 1.074028 0.718183 -0.489665</w:t>
        <w:br/>
        <w:t>v 1.057992 0.891356 -0.701328</w:t>
        <w:br/>
        <w:t>v 1.055724 1.093031 -0.952731</w:t>
        <w:br/>
        <w:t>v 1.063880 1.665230 -0.947030</w:t>
        <w:br/>
        <w:t>v 1.055071 1.488764 -1.081719</w:t>
        <w:br/>
        <w:t>v 1.033318 1.305346 -1.199364</w:t>
        <w:br/>
        <w:t>v 1.042120 1.888503 -1.048935</w:t>
        <w:br/>
        <w:t>v 1.009481 1.699182 -1.200399</w:t>
        <w:br/>
        <w:t>v 0.962538 1.458566 -1.358387</w:t>
        <w:br/>
        <w:t>v 0.780971 2.813100 -1.149544</w:t>
        <w:br/>
        <w:t>v 0.771555 2.966219 -1.156310</w:t>
        <w:br/>
        <w:t>v 0.661718 3.000782 -1.181766</w:t>
        <w:br/>
        <w:t>v 0.669969 2.818428 -1.176536</w:t>
        <w:br/>
        <w:t>v 0.882616 2.805861 -1.089500</w:t>
        <w:br/>
        <w:t>v 0.847147 2.910964 -1.118531</w:t>
        <w:br/>
        <w:t>v 0.549464 2.982035 -1.153196</w:t>
        <w:br/>
        <w:t>v 0.514664 2.821079 -1.132083</w:t>
        <w:br/>
        <w:t>v 0.472062 2.910611 -1.102712</w:t>
        <w:br/>
        <w:t>v 0.425472 2.818780 -1.047801</w:t>
        <w:br/>
        <w:t>v 0.807232 2.497210 -1.150174</w:t>
        <w:br/>
        <w:t>v 0.930488 2.476566 -1.045726</w:t>
        <w:br/>
        <w:t>v 0.666328 2.507902 -1.185310</w:t>
        <w:br/>
        <w:t>v 0.509122 2.505852 -1.133246</w:t>
        <w:br/>
        <w:t>v 0.381603 2.485116 -0.966493</w:t>
        <w:br/>
        <w:t>v 0.425472 2.818780 -1.047801</w:t>
        <w:br/>
        <w:t>v 0.873754 2.174146 -1.198129</w:t>
        <w:br/>
        <w:t>v 0.983110 2.147303 -1.085907</w:t>
        <w:br/>
        <w:t>v 0.679253 2.195095 -1.259857</w:t>
        <w:br/>
        <w:t>v 0.483416 2.186669 -1.170119</w:t>
        <w:br/>
        <w:t>v 0.366547 2.162579 -1.018483</w:t>
        <w:br/>
        <w:t>v 0.381603 2.485116 -0.966493</w:t>
        <w:br/>
        <w:t>v 0.983110 2.147303 -1.085907</w:t>
        <w:br/>
        <w:t>v 0.902618 1.992099 -1.255104</w:t>
        <w:br/>
        <w:t>v 0.689973 2.024909 -1.333630</w:t>
        <w:br/>
        <w:t>v 0.476535 1.992099 -1.236439</w:t>
        <w:br/>
        <w:t>v 0.344440 1.888504 -1.037890</w:t>
        <w:br/>
        <w:t>v 0.891709 1.789029 -1.346816</w:t>
        <w:br/>
        <w:t>v 0.691386 1.833259 -1.421315</w:t>
        <w:br/>
        <w:t>v 0.499901 1.789030 -1.357960</w:t>
        <w:br/>
        <w:t>v 0.373149 1.699182 -1.228755</w:t>
        <w:br/>
        <w:t>v 0.874908 1.554173 -1.450631</w:t>
        <w:br/>
        <w:t>v 0.704676 1.613644 -1.495943</w:t>
        <w:br/>
        <w:t>v 0.539322 1.579744 -1.456207</w:t>
        <w:br/>
        <w:t>v 0.426409 1.475272 -1.348507</w:t>
        <w:br/>
        <w:t>v 0.312785 1.564603 -1.060177</w:t>
        <w:br/>
        <w:t>v 0.344440 1.888504 -1.037890</w:t>
        <w:br/>
        <w:t>v 0.314500 1.719389 -0.956258</w:t>
        <w:br/>
        <w:t>v 0.363732 1.351271 -1.207613</w:t>
        <w:br/>
        <w:t>v 0.316248 1.548271 -0.828332</w:t>
        <w:br/>
        <w:t>v 0.331838 1.375491 -0.884605</w:t>
        <w:br/>
        <w:t>v 0.370732 1.231525 -0.723328</w:t>
        <w:br/>
        <w:t>v 0.357540 1.344158 -0.625548</w:t>
        <w:br/>
        <w:t>v 0.369354 1.195869 -1.023278</w:t>
        <w:br/>
        <w:t>v 0.418998 1.045504 -0.839907</w:t>
        <w:br/>
        <w:t>v 0.407721 1.009687 -0.473474</w:t>
        <w:br/>
        <w:t>v 0.370732 1.231525 -0.723328</w:t>
        <w:br/>
        <w:t>v 0.357540 1.344158 -0.625548</w:t>
        <w:br/>
        <w:t>v 0.402855 1.185979 -0.415487</w:t>
        <w:br/>
        <w:t>v 0.402855 1.185979 -0.415487</w:t>
        <w:br/>
        <w:t>v 0.424577 0.685729 -0.404933</w:t>
        <w:br/>
        <w:t>v 0.443110 0.869222 -0.632128</w:t>
        <w:br/>
        <w:t>v 0.418998 1.045504 -0.839907</w:t>
        <w:br/>
        <w:t>v 0.531479 1.533504 -1.508688</w:t>
        <w:br/>
        <w:t>v 0.701230 1.576319 -1.555515</w:t>
        <w:br/>
        <w:t>v 0.704676 1.613644 -1.495943</w:t>
        <w:br/>
        <w:t>v 0.539322 1.579744 -1.456207</w:t>
        <w:br/>
        <w:t>v 0.426409 1.475272 -1.348507</w:t>
        <w:br/>
        <w:t>v 0.427304 1.441094 -1.410029</w:t>
        <w:br/>
        <w:t>v 0.363732 1.351271 -1.207613</w:t>
        <w:br/>
        <w:t>v 0.353626 1.296930 -1.251188</w:t>
        <w:br/>
        <w:t>v 0.369354 1.195869 -1.023278</w:t>
        <w:br/>
        <w:t>v 0.338771 1.154368 -1.071197</w:t>
        <w:br/>
        <w:t>v 0.418998 1.045504 -0.839907</w:t>
        <w:br/>
        <w:t>v 0.379861 0.997668 -0.873580</w:t>
        <w:br/>
        <w:t>v 0.408185 0.811634 -0.652568</w:t>
        <w:br/>
        <w:t>v 0.379861 0.997668 -0.873580</w:t>
        <w:br/>
        <w:t>v 0.418998 1.045504 -0.839907</w:t>
        <w:br/>
        <w:t>v 0.443110 0.869222 -0.632128</w:t>
        <w:br/>
        <w:t>v 0.398294 0.631893 -0.441876</w:t>
        <w:br/>
        <w:t>v 0.424577 0.685729 -0.404933</w:t>
        <w:br/>
        <w:t>v 0.364896 0.516403 -0.167637</w:t>
        <w:br/>
        <w:t>v 0.349052 0.463276 -0.211000</w:t>
        <w:br/>
        <w:t>v 0.318676 0.425323 0.061844</w:t>
        <w:br/>
        <w:t>v 0.283400 0.369295 0.037961</w:t>
        <w:br/>
        <w:t>v 0.322509 0.434706 0.348640</w:t>
        <w:br/>
        <w:t>v 0.272221 0.386394 0.358177</w:t>
        <w:br/>
        <w:t>v 0.402358 0.457028 0.551749</w:t>
        <w:br/>
        <w:t>v 0.361864 0.406951 0.580146</w:t>
        <w:br/>
        <w:t>v 0.518907 0.470859 0.663157</w:t>
        <w:br/>
        <w:t>v 0.500823 0.415755 0.703036</w:t>
        <w:br/>
        <w:t>v 0.674383 0.427647 0.756851</w:t>
        <w:br/>
        <w:t>v 0.674538 0.478461 0.708149</w:t>
        <w:br/>
        <w:t>v 0.844945 0.483678 0.690422</w:t>
        <w:br/>
        <w:t>v 0.858249 0.432298 0.736650</w:t>
        <w:br/>
        <w:t>v 0.985831 0.462238 0.604915</w:t>
        <w:br/>
        <w:t>v 1.028749 0.420066 0.641431</w:t>
        <w:br/>
        <w:t>v 1.136553 0.388907 0.473265</w:t>
        <w:br/>
        <w:t>v 1.093963 0.443021 0.458715</w:t>
        <w:br/>
        <w:t>v 1.157347 0.432470 0.234354</w:t>
        <w:br/>
        <w:t>v 1.195551 0.373927 0.226164</w:t>
        <w:br/>
        <w:t>v 1.139265 0.449512 -0.072706</w:t>
        <w:br/>
        <w:t>v 1.177173 0.390273 -0.075459</w:t>
        <w:br/>
        <w:t>v 1.097963 0.557358 -0.304392</w:t>
        <w:br/>
        <w:t>v 1.125241 0.500783 -0.336158</w:t>
        <w:br/>
        <w:t>v 1.074028 0.718183 -0.489665</w:t>
        <w:br/>
        <w:t>v 1.104280 0.657480 -0.508479</w:t>
        <w:br/>
        <w:t>v 1.057992 0.891356 -0.701328</w:t>
        <w:br/>
        <w:t>v 1.097038 0.840538 -0.730428</w:t>
        <w:br/>
        <w:t>v 1.055724 1.093031 -0.952731</w:t>
        <w:br/>
        <w:t>v 1.085035 1.033364 -0.975852</w:t>
        <w:br/>
        <w:t>v 1.033318 1.305346 -1.199364</w:t>
        <w:br/>
        <w:t>v 1.065526 1.250635 -1.229748</w:t>
        <w:br/>
        <w:t>v 0.962538 1.458566 -1.358387</w:t>
        <w:br/>
        <w:t>v 0.993711 1.400179 -1.382325</w:t>
        <w:br/>
        <w:t>v 0.874908 1.554173 -1.450631</w:t>
        <w:br/>
        <w:t>v 0.878612 1.518098 -1.510954</w:t>
        <w:br/>
        <w:t>v 0.873051 0.141008 0.736819</w:t>
        <w:br/>
        <w:t>v 0.688912 0.152691 0.770456</w:t>
        <w:br/>
        <w:t>v 0.674383 0.427647 0.756851</w:t>
        <w:br/>
        <w:t>v 0.858249 0.432298 0.736650</w:t>
        <w:br/>
        <w:t>v 0.486002 0.145416 0.707037</w:t>
        <w:br/>
        <w:t>v 0.500823 0.415755 0.703036</w:t>
        <w:br/>
        <w:t>v 0.362847 0.126421 0.595843</w:t>
        <w:br/>
        <w:t>v 0.361864 0.406951 0.580146</w:t>
        <w:br/>
        <w:t>v 0.280645 0.081093 0.357570</w:t>
        <w:br/>
        <w:t>v 0.272221 0.386394 0.358177</w:t>
        <w:br/>
        <w:t>v 0.295027 0.058697 -0.020555</w:t>
        <w:br/>
        <w:t>v 0.283400 0.369295 0.037961</w:t>
        <w:br/>
        <w:t>v 0.361282 0.189119 -0.371336</w:t>
        <w:br/>
        <w:t>v 0.349052 0.463276 -0.211000</w:t>
        <w:br/>
        <w:t>v 1.028749 0.420066 0.641431</w:t>
        <w:br/>
        <w:t>v 1.023696 0.118267 0.643558</w:t>
        <w:br/>
        <w:t>v 1.137505 0.078717 0.461545</w:t>
        <w:br/>
        <w:t>v 1.136553 0.388907 0.473265</w:t>
        <w:br/>
        <w:t>v 1.183881 0.068245 0.191279</w:t>
        <w:br/>
        <w:t>v 1.195551 0.373927 0.226164</w:t>
        <w:br/>
        <w:t>v 1.177173 0.390273 -0.075459</w:t>
        <w:br/>
        <w:t>v 1.157843 0.059621 -0.134562</w:t>
        <w:br/>
        <w:t>v 1.125241 0.500783 -0.336158</w:t>
        <w:br/>
        <w:t>v 1.094098 0.159734 -0.428759</w:t>
        <w:br/>
        <w:t>v 1.104280 0.657480 -0.508479</w:t>
        <w:br/>
        <w:t>v 1.094305 0.551899 -0.557589</w:t>
        <w:br/>
        <w:t>v 1.097038 0.840538 -0.730428</w:t>
        <w:br/>
        <w:t>v 1.073200 0.713558 -0.800368</w:t>
        <w:br/>
        <w:t>v 1.085035 1.033364 -0.975852</w:t>
        <w:br/>
        <w:t>v 1.053254 0.756857 -0.961909</w:t>
        <w:br/>
        <w:t>v 1.065526 1.250635 -1.229748</w:t>
        <w:br/>
        <w:t>v 1.026511 0.637675 -1.166805</w:t>
        <w:br/>
        <w:t>v 0.567464 1.250876 -1.499361</w:t>
        <w:br/>
        <w:t>v 0.711383 1.250876 -1.524394</w:t>
        <w:br/>
        <w:t>v 0.701230 1.576319 -1.555515</w:t>
        <w:br/>
        <w:t>v 0.531479 1.533504 -1.508688</w:t>
        <w:br/>
        <w:t>v 0.829962 1.250876 -1.501103</w:t>
        <w:br/>
        <w:t>v 0.878612 1.518098 -1.510954</w:t>
        <w:br/>
        <w:t>v 0.447175 1.250875 -1.410401</w:t>
        <w:br/>
        <w:t>v 0.427304 1.441094 -1.410029</w:t>
        <w:br/>
        <w:t>v 0.878612 1.518098 -1.510954</w:t>
        <w:br/>
        <w:t>v 0.968876 1.250876 -1.408803</w:t>
        <w:br/>
        <w:t>v 0.993711 1.400179 -1.382325</w:t>
        <w:br/>
        <w:t>v 0.368144 1.250875 -1.257181</w:t>
        <w:br/>
        <w:t>v 0.353626 1.296930 -1.251188</w:t>
        <w:br/>
        <w:t>v 0.338771 1.154368 -1.071197</w:t>
        <w:br/>
        <w:t>v 0.404498 0.555972 -0.524795</w:t>
        <w:br/>
        <w:t>v 0.398294 0.631893 -0.441876</w:t>
        <w:br/>
        <w:t>v 0.396143 0.707771 -0.745311</w:t>
        <w:br/>
        <w:t>v 0.408185 0.811634 -0.652568</w:t>
        <w:br/>
        <w:t>v 0.382207 0.741326 -0.961909</w:t>
        <w:br/>
        <w:t>v 0.379861 0.997668 -0.873580</w:t>
        <w:br/>
        <w:t>v 0.959344 0.640480 -1.332760</w:t>
        <w:br/>
        <w:t>v 0.839094 0.639801 -1.451438</w:t>
        <w:br/>
        <w:t>v 0.706316 0.639740 -1.485629</w:t>
        <w:br/>
        <w:t>v 0.555882 0.640337 -1.438989</w:t>
        <w:br/>
        <w:t>v 0.468500 0.639942 -1.349866</w:t>
        <w:br/>
        <w:t>v 0.415514 0.639404 -1.229134</w:t>
        <w:br/>
        <w:t>v 0.394605 0.593691 -1.088295</w:t>
        <w:br/>
        <w:t>v 0.379861 0.997668 -0.873580</w:t>
        <w:br/>
        <w:t>v 0.382207 0.741326 -0.961909</w:t>
        <w:br/>
        <w:t>v 1.031923 0.027732 -1.120220</w:t>
        <w:br/>
        <w:t>v 1.051177 0.027883 -0.961909</w:t>
        <w:br/>
        <w:t>v 0.393093 0.027884 -1.058035</w:t>
        <w:br/>
        <w:t>v 0.413034 0.028049 -0.961909</w:t>
        <w:br/>
        <w:t>v 0.990281 0.027879 -1.286858</w:t>
        <w:br/>
        <w:t>v 0.870641 0.027761 -1.430536</w:t>
        <w:br/>
        <w:t>v 0.716389 0.027614 -1.466611</w:t>
        <w:br/>
        <w:t>v 0.536301 0.027495 -1.419611</w:t>
        <w:br/>
        <w:t>v 0.446150 0.027750 -1.312966</w:t>
        <w:br/>
        <w:t>v 0.407475 0.027855 -1.179464</w:t>
        <w:br/>
        <w:t>v 1.073200 0.713558 -0.800368</w:t>
        <w:br/>
        <w:t>v 1.053254 0.756857 -0.961909</w:t>
        <w:br/>
        <w:t>v 0.382207 0.741326 -0.961909</w:t>
        <w:br/>
        <w:t>v 0.396143 0.707771 -0.745311</w:t>
        <w:br/>
        <w:t>v 0.404498 0.555972 -0.524795</w:t>
        <w:br/>
        <w:t>v 1.094305 0.551899 -0.557589</w:t>
        <w:br/>
        <w:t>v 0.382207 0.741326 -0.961909</w:t>
        <w:br/>
        <w:t>v 1.053254 0.756857 -0.961909</w:t>
        <w:br/>
        <w:t>v 1.051177 0.027883 -0.961909</w:t>
        <w:br/>
        <w:t>v 0.413034 0.028049 -0.961909</w:t>
        <w:br/>
        <w:t>v 0.361282 0.189119 -0.371336</w:t>
        <w:br/>
        <w:t>v 1.094098 0.159734 -0.428759</w:t>
        <w:br/>
        <w:t>v 1.094098 0.159734 -0.428759</w:t>
        <w:br/>
        <w:t>v 0.361282 0.189119 -0.371336</w:t>
        <w:br/>
        <w:t>v 0.295027 0.058697 -0.020555</w:t>
        <w:br/>
        <w:t>v 1.157843 0.059621 -0.134562</w:t>
        <w:br/>
        <w:t>v 0.280645 0.081093 0.357570</w:t>
        <w:br/>
        <w:t>v 1.183881 0.068245 0.191279</w:t>
        <w:br/>
        <w:t>v 0.362847 0.126421 0.595843</w:t>
        <w:br/>
        <w:t>v 1.137505 0.078717 0.461545</w:t>
        <w:br/>
        <w:t>v 0.486002 0.145416 0.707037</w:t>
        <w:br/>
        <w:t>v 1.023696 0.118267 0.643558</w:t>
        <w:br/>
        <w:t>v 1.051177 0.027883 -0.961909</w:t>
        <w:br/>
        <w:t>v 1.031923 0.027732 -1.120220</w:t>
        <w:br/>
        <w:t>v 0.393093 0.027884 -1.058035</w:t>
        <w:br/>
        <w:t>v 0.413034 0.028049 -0.961909</w:t>
        <w:br/>
        <w:t>v 0.990281 0.027879 -1.286858</w:t>
        <w:br/>
        <w:t>v 0.407475 0.027855 -1.179464</w:t>
        <w:br/>
        <w:t>v 0.536301 0.027495 -1.419611</w:t>
        <w:br/>
        <w:t>v 0.870641 0.027761 -1.430536</w:t>
        <w:br/>
        <w:t>v 0.716389 0.027614 -1.466611</w:t>
        <w:br/>
        <w:t>v 0.688912 0.152691 0.770456</w:t>
        <w:br/>
        <w:t>v 0.873051 0.141008 0.736819</w:t>
        <w:br/>
        <w:t>v 1.149037 9.157519 -0.563047</w:t>
        <w:br/>
        <w:t>v 0.771379 9.151354 -0.658362</w:t>
        <w:br/>
        <w:t>v 1.433285 9.152601 -0.137659</w:t>
        <w:br/>
        <w:t>v 0.755368 9.118365 0.841792</w:t>
        <w:br/>
        <w:t>v 1.132868 9.136567 0.701814</w:t>
        <w:br/>
        <w:t>v 0.354845 9.113199 0.645100</w:t>
        <w:br/>
        <w:t>v 0.545475 9.114912 0.794724</w:t>
        <w:br/>
        <w:t>v 0.438659 9.141248 -0.527978</w:t>
        <w:br/>
        <w:t>v 0.179731 9.126307 -0.096769</w:t>
        <w:br/>
        <w:t>v 0.167615 9.118226 0.242878</w:t>
        <w:br/>
        <w:t>v 1.303765 9.138734 0.498077</w:t>
        <w:br/>
        <w:t>v 0.179731 9.126307 -0.096769</w:t>
        <w:br/>
        <w:t>v 1.470629 9.146205 0.194709</w:t>
        <w:br/>
        <w:t>v 0.446150 0.027750 -1.312966</w:t>
        <w:br/>
        <w:t>v -0.333836 1.563829 -0.807732</w:t>
        <w:br/>
        <w:t>v -0.327056 1.715997 -0.791942</w:t>
        <w:br/>
        <w:t>v -0.334911 1.731244 -0.946618</w:t>
        <w:br/>
        <w:t>v -0.335666 1.916920 -0.780629</w:t>
        <w:br/>
        <w:t>v -0.362738 1.888504 -1.017208</w:t>
        <w:br/>
        <w:t>v -0.335666 1.916920 -0.780629</w:t>
        <w:br/>
        <w:t>v -0.327056 1.715997 -0.791942</w:t>
        <w:br/>
        <w:t>v -0.405371 1.699270 -0.600655</w:t>
        <w:br/>
        <w:t>v -0.418151 1.890075 -0.608357</w:t>
        <w:br/>
        <w:t>v -0.376246 1.359835 -0.600755</w:t>
        <w:br/>
        <w:t>v -0.333836 1.563829 -0.807732</w:t>
        <w:br/>
        <w:t>v -0.380699 2.159628 -0.999895</w:t>
        <w:br/>
        <w:t>v -0.413979 1.198917 -0.419897</w:t>
        <w:br/>
        <w:t>v -0.479780 1.324449 -0.391933</w:t>
        <w:br/>
        <w:t>v -0.475736 1.064480 -0.241942</w:t>
        <w:br/>
        <w:t>v -0.919784 1.031852 -0.197708</w:t>
        <w:br/>
        <w:t>v -0.917511 1.315185 -0.394960</w:t>
        <w:br/>
        <w:t>v -0.751550 1.320196 -0.273198</w:t>
        <w:br/>
        <w:t>v -1.008620 1.699269 -0.647935</w:t>
        <w:br/>
        <w:t>v -1.024117 1.317848 -0.608284</w:t>
        <w:br/>
        <w:t>v -1.027459 1.487714 -0.790178</w:t>
        <w:br/>
        <w:t>v -0.970187 1.047199 -0.261753</w:t>
        <w:br/>
        <w:t>v -0.996571 1.147223 -0.418348</w:t>
        <w:br/>
        <w:t>v -0.889926 1.699269 -0.470136</w:t>
        <w:br/>
        <w:t>v -0.741269 1.699269 -0.395388</w:t>
        <w:br/>
        <w:t>v -0.896595 2.045783 -0.543051</w:t>
        <w:br/>
        <w:t>v -0.741897 2.038836 -0.470669</w:t>
        <w:br/>
        <w:t>v -0.886805 2.401851 -0.547203</w:t>
        <w:br/>
        <w:t>v -0.747069 2.396429 -0.477424</w:t>
        <w:br/>
        <w:t>v -0.979410 2.068407 -0.679077</w:t>
        <w:br/>
        <w:t>v -0.965607 2.419080 -0.679075</w:t>
        <w:br/>
        <w:t>v -0.985353 1.916871 -0.654594</w:t>
        <w:br/>
        <w:t>v -0.558578 2.053505 -0.502731</w:t>
        <w:br/>
        <w:t>v -0.564778 1.699269 -0.414249</w:t>
        <w:br/>
        <w:t>v -0.601974 1.309329 -0.276146</w:t>
        <w:br/>
        <w:t>v -0.713448 1.082757 -0.169099</w:t>
        <w:br/>
        <w:t>v -0.539130 1.045277 -0.192046</w:t>
        <w:br/>
        <w:t>v -1.034087 1.696131 -0.945099</w:t>
        <w:br/>
        <w:t>v -1.030427 1.875754 -0.790721</w:t>
        <w:br/>
        <w:t>v -1.014710 2.098454 -0.842042</w:t>
        <w:br/>
        <w:t>v -0.971650 2.140087 -1.046065</w:t>
        <w:br/>
        <w:t>v -1.022615 1.888503 -1.028398</w:t>
        <w:br/>
        <w:t>v -0.977212 2.445479 -0.854275</w:t>
        <w:br/>
        <w:t>v -0.930591 2.469973 -1.002718</w:t>
        <w:br/>
        <w:t>v -0.897851 2.803225 -1.045105</w:t>
        <w:br/>
        <w:t>v -0.981586 2.789186 -0.856311</w:t>
        <w:br/>
        <w:t>v -0.910931 3.194542 -1.055442</w:t>
        <w:br/>
        <w:t>v -1.011514 3.189100 -0.843788</w:t>
        <w:br/>
        <w:t>v -0.668545 3.021673 -1.137891</w:t>
        <w:br/>
        <w:t>v -0.670478 3.200823 -1.128485</w:t>
        <w:br/>
        <w:t>v -0.766040 2.979214 -1.104228</w:t>
        <w:br/>
        <w:t>v -0.968265 2.778803 -0.670916</w:t>
        <w:br/>
        <w:t>v -0.890898 2.773841 -0.541269</w:t>
        <w:br/>
        <w:t>v -0.998106 3.179028 -0.647759</w:t>
        <w:br/>
        <w:t>v -0.912390 3.155871 -0.513106</w:t>
        <w:br/>
        <w:t>v -1.043889 3.571937 -0.616264</w:t>
        <w:br/>
        <w:t>v -0.942891 3.548486 -0.471399</w:t>
        <w:br/>
        <w:t>v -1.062970 3.583718 -0.827366</w:t>
        <w:br/>
        <w:t>v -0.752427 2.773993 -0.463800</w:t>
        <w:br/>
        <w:t>v -0.756622 3.142233 -0.435439</w:t>
        <w:br/>
        <w:t>v -0.355126 2.116671 -0.779565</w:t>
        <w:br/>
        <w:t>v -0.434305 2.080684 -0.613149</w:t>
        <w:br/>
        <w:t>v -0.446076 2.424990 -0.589823</w:t>
        <w:br/>
        <w:t>v -0.377020 2.456227 -0.776767</w:t>
        <w:br/>
        <w:t>v -0.392552 2.480261 -0.939757</w:t>
        <w:br/>
        <w:t>v -0.355126 2.116671 -0.779565</w:t>
        <w:br/>
        <w:t>v -0.377020 2.456227 -0.776767</w:t>
        <w:br/>
        <w:t>v -0.497135 3.202702 -1.010670</w:t>
        <w:br/>
        <w:t>v -0.427547 2.816400 -1.011150</w:t>
        <w:br/>
        <w:t>v -0.420601 2.804683 -0.781833</w:t>
        <w:br/>
        <w:t>v -0.429916 3.198924 -0.787235</w:t>
        <w:br/>
        <w:t>v -0.470809 2.791198 -0.578272</w:t>
        <w:br/>
        <w:t>v -0.478084 3.180264 -0.567594</w:t>
        <w:br/>
        <w:t>v -0.429916 3.198924 -0.787235</w:t>
        <w:br/>
        <w:t>v -0.420601 2.804683 -0.781833</w:t>
        <w:br/>
        <w:t>v -0.408600 3.588142 -0.788784</w:t>
        <w:br/>
        <w:t>v -0.461502 3.595968 -1.019862</w:t>
        <w:br/>
        <w:t>v -0.408600 3.588142 -0.788784</w:t>
        <w:br/>
        <w:t>v -0.448433 3.568557 -0.551201</w:t>
        <w:br/>
        <w:t>v -0.567489 3.153180 -0.444851</w:t>
        <w:br/>
        <w:t>v -0.554105 3.543831 -0.411246</w:t>
        <w:br/>
        <w:t>v -0.376207 3.979333 -0.784134</w:t>
        <w:br/>
        <w:t>v -0.409936 3.958360 -0.529571</w:t>
        <w:br/>
        <w:t>v -0.344836 4.375810 -0.772140</w:t>
        <w:br/>
        <w:t>v -0.379309 4.353189 -0.502849</w:t>
        <w:br/>
        <w:t>v -0.539089 3.935481 -0.372718</w:t>
        <w:br/>
        <w:t>v -0.524236 4.330546 -0.328428</w:t>
        <w:br/>
        <w:t>v -0.762604 3.533879 -0.389185</w:t>
        <w:br/>
        <w:t>v -0.768462 3.926566 -0.319490</w:t>
        <w:br/>
        <w:t>v -0.975920 3.941472 -0.422754</w:t>
        <w:br/>
        <w:t>v -0.576063 2.780334 -0.470330</w:t>
        <w:br/>
        <w:t>v -0.577841 2.405117 -0.492504</w:t>
        <w:br/>
        <w:t>v -0.454112 3.991291 -1.029181</w:t>
        <w:br/>
        <w:t>v -0.376207 3.979333 -0.784134</w:t>
        <w:br/>
        <w:t>v -0.717661 4.394317 -1.144245</w:t>
        <w:br/>
        <w:t>v -0.702232 3.991687 -1.139973</w:t>
        <w:br/>
        <w:t>v -0.444688 4.391968 -1.040015</w:t>
        <w:br/>
        <w:t>v -0.731918 4.812315 -1.165426</w:t>
        <w:br/>
        <w:t>v -0.439605 4.807056 -1.048205</w:t>
        <w:br/>
        <w:t>v -0.745460 5.246188 -1.174447</w:t>
        <w:br/>
        <w:t>v -0.438663 5.236100 -1.049032</w:t>
        <w:br/>
        <w:t>v -0.312662 4.785924 -0.750692</w:t>
        <w:br/>
        <w:t>v -0.290825 5.208247 -0.717004</w:t>
        <w:br/>
        <w:t>v -0.344836 4.375810 -0.772140</w:t>
        <w:br/>
        <w:t>v -1.034665 4.389491 -1.067800</w:t>
        <w:br/>
        <w:t>v -0.996070 3.986065 -1.066987</w:t>
        <w:br/>
        <w:t>v -1.070530 4.807161 -1.069549</w:t>
        <w:br/>
        <w:t>v -0.686083 3.595268 -1.130583</w:t>
        <w:br/>
        <w:t>v -0.480069 2.917556 -1.063974</w:t>
        <w:br/>
        <w:t>v -0.950984 3.589286 -1.060191</w:t>
        <w:br/>
        <w:t>v -1.116706 3.979911 -0.804543</w:t>
        <w:br/>
        <w:t>v -0.773986 4.328020 -0.253996</w:t>
        <w:br/>
        <w:t>v -1.007556 4.338168 -0.370793</w:t>
        <w:br/>
        <w:t>v -1.040064 4.743606 -0.308536</w:t>
        <w:br/>
        <w:t>v -0.779105 4.724051 -0.174943</w:t>
        <w:br/>
        <w:t>v -1.065614 5.155005 -0.239641</w:t>
        <w:br/>
        <w:t>v -0.779790 5.132360 -0.084187</w:t>
        <w:br/>
        <w:t>v -1.067326 5.548057 -0.167582</w:t>
        <w:br/>
        <w:t>v -0.772817 5.504961 -0.007332</w:t>
        <w:br/>
        <w:t>v -0.486387 5.895092 -0.078107</w:t>
        <w:br/>
        <w:t>v -0.490311 5.532421 -0.145355</w:t>
        <w:br/>
        <w:t>v -0.755153 5.850051 0.069589</w:t>
        <w:br/>
        <w:t>v -0.311570 5.942546 -0.272210</w:t>
        <w:br/>
        <w:t>v -0.277045 5.997788 -0.603111</w:t>
        <w:br/>
        <w:t>v -0.271562 5.618162 -0.669060</w:t>
        <w:br/>
        <w:t>v -0.317241 5.571142 -0.339326</w:t>
        <w:br/>
        <w:t>v -1.120565 5.661482 -1.034069</w:t>
        <w:br/>
        <w:t>v -1.122008 6.050651 -0.976059</w:t>
        <w:br/>
        <w:t>v -1.344182 6.013024 -0.594135</w:t>
        <w:br/>
        <w:t>v -1.323672 5.630898 -0.663836</w:t>
        <w:br/>
        <w:t>v -1.269058 5.967687 -0.319587</w:t>
        <w:br/>
        <w:t>v -1.270086 5.593399 -0.376640</w:t>
        <w:br/>
        <w:t>v -1.054151 5.906391 -0.100497</w:t>
        <w:br/>
        <w:t>v -1.242336 5.189739 -0.436982</w:t>
        <w:br/>
        <w:t>v -0.496651 5.143527 -0.213855</w:t>
        <w:br/>
        <w:t>v -0.508238 4.734186 -0.273017</w:t>
        <w:br/>
        <w:t>v -0.338839 5.174360 -0.411103</w:t>
        <w:br/>
        <w:t>v -0.350697 4.759939 -0.465475</w:t>
        <w:br/>
        <w:t>v -0.290825 5.208247 -0.717004</w:t>
        <w:br/>
        <w:t>v -0.312662 4.785924 -0.750692</w:t>
        <w:br/>
        <w:t>v -1.193827 4.772157 -0.492395</w:t>
        <w:br/>
        <w:t>v -1.221797 4.794160 -0.749610</w:t>
        <w:br/>
        <w:t>v -1.276464 5.218246 -0.714870</w:t>
        <w:br/>
        <w:t>v -1.100953 5.239121 -1.061967</w:t>
        <w:br/>
        <w:t>v -0.755105 5.667362 -1.179102</w:t>
        <w:br/>
        <w:t>v -0.433900 5.654980 -1.035471</w:t>
        <w:br/>
        <w:t>v -0.271562 5.618162 -0.669060</w:t>
        <w:br/>
        <w:t>v -0.752823 6.062185 -1.144695</w:t>
        <w:br/>
        <w:t>v -0.442072 6.043818 -0.993437</w:t>
        <w:br/>
        <w:t>v -0.277045 5.997788 -0.603111</w:t>
        <w:br/>
        <w:t>v -1.168951 4.380854 -0.778556</w:t>
        <w:br/>
        <w:t>v -1.144300 4.363064 -0.538612</w:t>
        <w:br/>
        <w:t>v -1.094588 3.965418 -0.579326</w:t>
        <w:br/>
        <w:t>v -0.225650 7.864919 -0.228991</w:t>
        <w:br/>
        <w:t>v -0.235489 7.534024 -0.253601</w:t>
        <w:br/>
        <w:t>v -0.196329 7.488050 0.032309</w:t>
        <w:br/>
        <w:t>v -0.203891 7.830315 0.086227</w:t>
        <w:br/>
        <w:t>v -0.190315 8.494024 0.166156</w:t>
        <w:br/>
        <w:t>v -0.216614 8.501837 -0.163107</w:t>
        <w:br/>
        <w:t>v -0.335235 8.493942 0.515664</w:t>
        <w:br/>
        <w:t>v -0.325240 7.828617 0.333372</w:t>
        <w:br/>
        <w:t>v -0.331324 7.487679 0.258302</w:t>
        <w:br/>
        <w:t>v -0.651756 7.837164 0.555429</w:t>
        <w:br/>
        <w:t>v -0.626668 7.506510 0.481997</w:t>
        <w:br/>
        <w:t>v -0.706067 8.520008 0.706200</w:t>
        <w:br/>
        <w:t>v -0.999949 7.534905 0.348436</w:t>
        <w:br/>
        <w:t>v -1.012625 7.866703 0.409188</w:t>
        <w:br/>
        <w:t>v -1.067523 8.555193 0.558417</w:t>
        <w:br/>
        <w:t>v -1.210299 7.922747 0.152065</w:t>
        <w:br/>
        <w:t>v -1.282521 8.574709 0.335709</w:t>
        <w:br/>
        <w:t>v -1.171500 7.573031 0.065914</w:t>
        <w:br/>
        <w:t>v -1.225111 7.964826 -0.236130</w:t>
        <w:br/>
        <w:t>v -1.337405 8.582674 -0.173618</w:t>
        <w:br/>
        <w:t>v -1.347433 8.577396 0.166909</w:t>
        <w:br/>
        <w:t>v -1.186409 7.614109 -0.276429</w:t>
        <w:br/>
        <w:t>v -1.163781 7.236943 0.052934</w:t>
        <w:br/>
        <w:t>v -1.189879 7.285367 -0.295380</w:t>
        <w:br/>
        <w:t>v -0.966498 7.237922 0.317272</w:t>
        <w:br/>
        <w:t>v -0.602990 7.221132 0.462837</w:t>
        <w:br/>
        <w:t>v -0.209263 7.155792 -0.045118</w:t>
        <w:br/>
        <w:t>v -0.381260 7.193454 0.220342</w:t>
        <w:br/>
        <w:t>v -0.602990 7.221132 0.462837</w:t>
        <w:br/>
        <w:t>v -0.239760 7.226392 -0.308988</w:t>
        <w:br/>
        <w:t>v -0.308837 6.681181 -0.447946</w:t>
        <w:br/>
        <w:t>v -0.304452 6.636056 -0.156810</w:t>
        <w:br/>
        <w:t>v -0.250342 6.868564 -0.118180</w:t>
        <w:br/>
        <w:t>v -0.259415 6.912612 -0.386631</w:t>
        <w:br/>
        <w:t>v -0.627584 6.924098 0.383007</w:t>
        <w:br/>
        <w:t>v -0.938966 6.973774 0.261020</w:t>
        <w:br/>
        <w:t>v -0.663028 6.696368 0.297361</w:t>
        <w:br/>
        <w:t>v -0.690921 6.479058 0.218236</w:t>
        <w:br/>
        <w:t>v -0.997223 6.549804 0.062166</w:t>
        <w:br/>
        <w:t>v -0.950346 6.762891 0.172947</w:t>
        <w:br/>
        <w:t>v -0.290504 6.340794 -0.530695</w:t>
        <w:br/>
        <w:t>v -0.455508 6.392357 -0.905335</w:t>
        <w:br/>
        <w:t>v -0.735257 6.402791 -1.047426</w:t>
        <w:br/>
        <w:t>v -0.464253 6.728846 -0.775481</w:t>
        <w:br/>
        <w:t>v -0.708643 6.733729 -0.931262</w:t>
        <w:br/>
        <w:t>v -1.025011 6.221587 -0.029062</w:t>
        <w:br/>
        <w:t>v -1.243377 6.302876 -0.255037</w:t>
        <w:br/>
        <w:t>v -1.227250 6.634288 -0.174735</w:t>
        <w:br/>
        <w:t>v -0.726599 6.167306 0.140607</w:t>
        <w:br/>
        <w:t>v -0.305970 6.280683 -0.217035</w:t>
        <w:br/>
        <w:t>v -0.290504 6.340794 -0.530695</w:t>
        <w:br/>
        <w:t>v -0.993748 7.646034 -0.523988</w:t>
        <w:br/>
        <w:t>v -1.000844 7.303674 -0.541668</w:t>
        <w:br/>
        <w:t>v -1.003842 7.983613 -0.519714</w:t>
        <w:br/>
        <w:t>v -1.054827 8.571802 -0.521392</w:t>
        <w:br/>
        <w:t>v -1.035847 7.018955 -0.609393</w:t>
        <w:br/>
        <w:t>v -1.228475 7.003456 -0.339394</w:t>
        <w:br/>
        <w:t>v -1.311645 6.360248 -0.521663</w:t>
        <w:br/>
        <w:t>v -1.108012 6.402093 -0.882753</w:t>
        <w:br/>
        <w:t>v -0.463261 7.229914 -0.588702</w:t>
        <w:br/>
        <w:t>v -0.457164 7.586372 -0.523644</w:t>
        <w:br/>
        <w:t>v -0.672899 7.626692 -0.637721</w:t>
        <w:br/>
        <w:t>v -0.663905 7.273930 -0.715065</w:t>
        <w:br/>
        <w:t>v -0.239760 7.226392 -0.308988</w:t>
        <w:br/>
        <w:t>v -0.235489 7.534024 -0.253601</w:t>
        <w:br/>
        <w:t>v -0.447864 7.922265 -0.514369</w:t>
        <w:br/>
        <w:t>v -0.225650 7.864919 -0.228991</w:t>
        <w:br/>
        <w:t>v -0.216614 8.501837 -0.163107</w:t>
        <w:br/>
        <w:t>v -0.442895 8.523735 -0.523827</w:t>
        <w:br/>
        <w:t>v -0.733930 8.546240 -0.632446</w:t>
        <w:br/>
        <w:t>v -0.690974 7.964183 -0.623735</w:t>
        <w:br/>
        <w:t>v -0.308837 6.681181 -0.447946</w:t>
        <w:br/>
        <w:t>v -0.259415 6.912612 -0.386631</w:t>
        <w:br/>
        <w:t>v -0.459677 6.979892 -0.652735</w:t>
        <w:br/>
        <w:t>v -0.684458 7.011695 -0.819166</w:t>
        <w:br/>
        <w:t>v -0.450668 6.783131 0.121794</w:t>
        <w:br/>
        <w:t>v -0.467229 6.549654 0.064918</w:t>
        <w:br/>
        <w:t>v -0.690921 6.479058 0.218236</w:t>
        <w:br/>
        <w:t>v -0.663028 6.696368 0.297361</w:t>
        <w:br/>
        <w:t>v -0.418407 7.001933 0.180464</w:t>
        <w:br/>
        <w:t>v -1.030558 7.052029 0.175900</w:t>
        <w:br/>
        <w:t>v -1.058185 6.828982 0.054944</w:t>
        <w:br/>
        <w:t>v -0.684458 7.011695 -0.819166</w:t>
        <w:br/>
        <w:t>v -1.076971 6.740160 -0.751073</w:t>
        <w:br/>
        <w:t>v -0.480216 6.223189 -0.009751</w:t>
        <w:br/>
        <w:t>v -0.627584 6.924098 0.383007</w:t>
        <w:br/>
        <w:t>v -0.726599 6.167306 0.140607</w:t>
        <w:br/>
        <w:t>v -1.201888 6.911057 -0.093263</w:t>
        <w:br/>
        <w:t>v -1.263351 6.724642 -0.441657</w:t>
        <w:br/>
        <w:t>v -0.849048 2.909378 -1.064139</w:t>
        <w:br/>
        <w:t>v -0.553294 2.998357 -1.110807</w:t>
        <w:br/>
        <w:t>v -1.063537 1.490787 -0.793028</w:t>
        <w:br/>
        <w:t>v -1.027459 1.487714 -0.790178</w:t>
        <w:br/>
        <w:t>v -1.024117 1.317848 -0.608284</w:t>
        <w:br/>
        <w:t>v -1.062045 1.312874 -0.611499</w:t>
        <w:br/>
        <w:t>v -0.996571 1.147223 -0.418348</w:t>
        <w:br/>
        <w:t>v -1.038337 1.170451 -0.435303</w:t>
        <w:br/>
        <w:t>v -0.970187 1.047199 -0.261753</w:t>
        <w:br/>
        <w:t>v -1.006575 1.044549 -0.249601</w:t>
        <w:br/>
        <w:t>v -0.934438 1.048411 -0.165503</w:t>
        <w:br/>
        <w:t>v -0.919784 1.031852 -0.197708</w:t>
        <w:br/>
        <w:t>v -0.713448 1.082757 -0.169099</w:t>
        <w:br/>
        <w:t>v -0.714679 1.102589 -0.140270</w:t>
        <w:br/>
        <w:t>v -0.529741 1.055054 -0.156005</w:t>
        <w:br/>
        <w:t>v -0.539130 1.045277 -0.192046</w:t>
        <w:br/>
        <w:t>v -0.475736 1.064480 -0.241942</w:t>
        <w:br/>
        <w:t>v -0.455131 1.062014 -0.229018</w:t>
        <w:br/>
        <w:t>v -0.413979 1.198917 -0.419897</w:t>
        <w:br/>
        <w:t>v -0.402855 1.185979 -0.415487</w:t>
        <w:br/>
        <w:t>v -0.455131 1.062014 -0.229018</w:t>
        <w:br/>
        <w:t>v -0.475736 1.064480 -0.241942</w:t>
        <w:br/>
        <w:t>v -0.357540 1.344158 -0.625548</w:t>
        <w:br/>
        <w:t>v -0.376246 1.359835 -0.600755</w:t>
        <w:br/>
        <w:t>v -0.316248 1.548272 -0.828332</w:t>
        <w:br/>
        <w:t>v -0.333836 1.563829 -0.807732</w:t>
        <w:br/>
        <w:t>v -0.334911 1.731244 -0.946618</w:t>
        <w:br/>
        <w:t>v -0.314500 1.719389 -0.956258</w:t>
        <w:br/>
        <w:t>v -0.362738 1.888504 -1.017208</w:t>
        <w:br/>
        <w:t>v -0.344440 1.888504 -1.037891</w:t>
        <w:br/>
        <w:t>v -0.380699 2.159628 -0.999895</w:t>
        <w:br/>
        <w:t>v -0.366547 2.162578 -1.018484</w:t>
        <w:br/>
        <w:t>v -0.381603 2.485115 -0.966495</w:t>
        <w:br/>
        <w:t>v -0.392552 2.480261 -0.939757</w:t>
        <w:br/>
        <w:t>v -0.425472 2.818779 -1.047803</w:t>
        <w:br/>
        <w:t>v -0.427547 2.816400 -1.011150</w:t>
        <w:br/>
        <w:t>v -0.480069 2.917556 -1.063974</w:t>
        <w:br/>
        <w:t>v -0.472062 2.910611 -1.102714</w:t>
        <w:br/>
        <w:t>v -0.553294 2.998357 -1.110807</w:t>
        <w:br/>
        <w:t>v -0.549464 2.982034 -1.153198</w:t>
        <w:br/>
        <w:t>v -0.766040 2.979214 -1.104228</w:t>
        <w:br/>
        <w:t>v -0.771555 2.966218 -1.156311</w:t>
        <w:br/>
        <w:t>v -0.661718 3.000782 -1.181768</w:t>
        <w:br/>
        <w:t>v -0.668545 3.021673 -1.137891</w:t>
        <w:br/>
        <w:t>v -0.849048 2.909378 -1.064139</w:t>
        <w:br/>
        <w:t>v -0.847147 2.910964 -1.118533</w:t>
        <w:br/>
        <w:t>v -0.930591 2.469973 -1.002718</w:t>
        <w:br/>
        <w:t>v -0.930488 2.476565 -1.045727</w:t>
        <w:br/>
        <w:t>v -0.882616 2.805861 -1.089502</w:t>
        <w:br/>
        <w:t>v -0.897851 2.803225 -1.045105</w:t>
        <w:br/>
        <w:t>v -0.983110 2.147303 -1.085908</w:t>
        <w:br/>
        <w:t>v -0.971650 2.140087 -1.046065</w:t>
        <w:br/>
        <w:t>v -1.022615 1.888503 -1.028398</w:t>
        <w:br/>
        <w:t>v -1.042120 1.888503 -1.048936</w:t>
        <w:br/>
        <w:t>v -1.063880 1.665231 -0.947030</w:t>
        <w:br/>
        <w:t>v -1.034087 1.696131 -0.945099</w:t>
        <w:br/>
        <w:t>v -0.914120 0.932457 0.042104</w:t>
        <w:br/>
        <w:t>v -0.934438 1.048411 -0.165503</w:t>
        <w:br/>
        <w:t>v -0.714679 1.102589 -0.140270</w:t>
        <w:br/>
        <w:t>v -0.724101 0.974512 0.038928</w:t>
        <w:br/>
        <w:t>v -1.006575 1.044549 -0.249601</w:t>
        <w:br/>
        <w:t>v -1.045300 0.875096 -0.010016</w:t>
        <w:br/>
        <w:t>v -0.529741 1.055054 -0.156005</w:t>
        <w:br/>
        <w:t>v -0.528338 0.944394 0.011966</w:t>
        <w:br/>
        <w:t>v -0.455131 1.062014 -0.229018</w:t>
        <w:br/>
        <w:t>v -0.388338 0.868258 -0.052486</w:t>
        <w:br/>
        <w:t>v -0.707575 0.907901 0.227754</w:t>
        <w:br/>
        <w:t>v -0.877133 0.886184 0.223749</w:t>
        <w:br/>
        <w:t>v -0.533375 0.883420 0.210658</w:t>
        <w:br/>
        <w:t>v -0.384556 0.808151 0.169521</w:t>
        <w:br/>
        <w:t>v -1.008113 0.830280 0.218545</w:t>
        <w:br/>
        <w:t>v -0.524595 0.836147 0.417384</w:t>
        <w:br/>
        <w:t>v -0.693645 0.872117 0.427302</w:t>
        <w:br/>
        <w:t>v -0.404212 0.767074 0.398772</w:t>
        <w:br/>
        <w:t>v -0.860550 0.851454 0.429595</w:t>
        <w:br/>
        <w:t>v -0.973115 0.792458 0.440588</w:t>
        <w:br/>
        <w:t>v -0.529801 0.750767 0.573819</w:t>
        <w:br/>
        <w:t>v -0.685305 0.776545 0.597883</w:t>
        <w:br/>
        <w:t>v -0.851783 0.758741 0.581438</w:t>
        <w:br/>
        <w:t>v -0.945295 0.722390 0.554077</w:t>
        <w:br/>
        <w:t>v -0.439257 0.714669 0.524983</w:t>
        <w:br/>
        <w:t>v -0.518907 0.470860 0.663157</w:t>
        <w:br/>
        <w:t>v -0.674538 0.478461 0.708149</w:t>
        <w:br/>
        <w:t>v -0.682941 0.620617 0.671888</w:t>
        <w:br/>
        <w:t>v -0.514482 0.600934 0.626221</w:t>
        <w:br/>
        <w:t>v -0.412111 0.593535 0.540248</w:t>
        <w:br/>
        <w:t>v -0.402358 0.457029 0.551749</w:t>
        <w:br/>
        <w:t>v -0.844945 0.483679 0.690422</w:t>
        <w:br/>
        <w:t>v -0.842029 0.619063 0.655779</w:t>
        <w:br/>
        <w:t>v -0.985831 0.462239 0.604915</w:t>
        <w:br/>
        <w:t>v -0.967585 0.593127 0.600552</w:t>
        <w:br/>
        <w:t>v -1.069203 0.639800 0.445662</w:t>
        <w:br/>
        <w:t>v -1.118412 0.672925 0.216460</w:t>
        <w:br/>
        <w:t>v -1.127616 0.707861 -0.033987</w:t>
        <w:br/>
        <w:t>v -1.093963 0.443021 0.458715</w:t>
        <w:br/>
        <w:t>v -1.157347 0.432471 0.234354</w:t>
        <w:br/>
        <w:t>v -1.139265 0.449513 -0.072706</w:t>
        <w:br/>
        <w:t>v -0.318206 0.645645 0.146804</w:t>
        <w:br/>
        <w:t>v -0.343861 0.629336 0.393930</w:t>
        <w:br/>
        <w:t>v -0.349509 0.706855 -0.080333</w:t>
        <w:br/>
        <w:t>v -0.322509 0.434707 0.348640</w:t>
        <w:br/>
        <w:t>v -0.318676 0.425324 0.061844</w:t>
        <w:br/>
        <w:t>v -0.364896 0.516403 -0.167637</w:t>
        <w:br/>
        <w:t>v -1.094690 0.790582 -0.288227</w:t>
        <w:br/>
        <w:t>v -1.006575 1.044549 -0.249601</w:t>
        <w:br/>
        <w:t>v -1.097963 0.557359 -0.304392</w:t>
        <w:br/>
        <w:t>v -0.455131 1.062014 -0.229018</w:t>
        <w:br/>
        <w:t>v -0.390226 0.858434 -0.270511</w:t>
        <w:br/>
        <w:t>v -1.038337 1.170451 -0.435303</w:t>
        <w:br/>
        <w:t>v -1.069380 0.919620 -0.464718</w:t>
        <w:br/>
        <w:t>v -1.064193 1.052657 -0.670755</w:t>
        <w:br/>
        <w:t>v -1.062045 1.312874 -0.611499</w:t>
        <w:br/>
        <w:t>v -1.062580 1.232825 -0.884031</w:t>
        <w:br/>
        <w:t>v -1.063537 1.490787 -0.793028</w:t>
        <w:br/>
        <w:t>v -1.074028 0.718183 -0.489665</w:t>
        <w:br/>
        <w:t>v -1.057992 0.891357 -0.701328</w:t>
        <w:br/>
        <w:t>v -1.055724 1.093032 -0.952731</w:t>
        <w:br/>
        <w:t>v -1.063880 1.665231 -0.947030</w:t>
        <w:br/>
        <w:t>v -1.055071 1.488765 -1.081719</w:t>
        <w:br/>
        <w:t>v -1.033318 1.305347 -1.199364</w:t>
        <w:br/>
        <w:t>v -1.042120 1.888503 -1.048936</w:t>
        <w:br/>
        <w:t>v -1.009481 1.699182 -1.200399</w:t>
        <w:br/>
        <w:t>v -0.962538 1.458567 -1.358387</w:t>
        <w:br/>
        <w:t>v -0.661718 3.000782 -1.181768</w:t>
        <w:br/>
        <w:t>v -0.771555 2.966218 -1.156311</w:t>
        <w:br/>
        <w:t>v -0.780971 2.813100 -1.149546</w:t>
        <w:br/>
        <w:t>v -0.669969 2.818428 -1.176538</w:t>
        <w:br/>
        <w:t>v -0.882616 2.805861 -1.089502</w:t>
        <w:br/>
        <w:t>v -0.847147 2.910964 -1.118533</w:t>
        <w:br/>
        <w:t>v -0.514664 2.821078 -1.132085</w:t>
        <w:br/>
        <w:t>v -0.549464 2.982034 -1.153198</w:t>
        <w:br/>
        <w:t>v -0.425472 2.818779 -1.047803</w:t>
        <w:br/>
        <w:t>v -0.472062 2.910611 -1.102714</w:t>
        <w:br/>
        <w:t>v -0.930488 2.476565 -1.045727</w:t>
        <w:br/>
        <w:t>v -0.807232 2.497209 -1.150176</w:t>
        <w:br/>
        <w:t>v -0.666328 2.507901 -1.185312</w:t>
        <w:br/>
        <w:t>v -0.509122 2.505851 -1.133248</w:t>
        <w:br/>
        <w:t>v -0.381603 2.485115 -0.966495</w:t>
        <w:br/>
        <w:t>v -0.425472 2.818779 -1.047803</w:t>
        <w:br/>
        <w:t>v -0.983110 2.147303 -1.085908</w:t>
        <w:br/>
        <w:t>v -0.873754 2.174146 -1.198130</w:t>
        <w:br/>
        <w:t>v -0.679253 2.195095 -1.259858</w:t>
        <w:br/>
        <w:t>v -0.483416 2.186669 -1.170120</w:t>
        <w:br/>
        <w:t>v -0.366547 2.162578 -1.018484</w:t>
        <w:br/>
        <w:t>v -0.381603 2.485115 -0.966495</w:t>
        <w:br/>
        <w:t>v -0.983110 2.147303 -1.085908</w:t>
        <w:br/>
        <w:t>v -0.902618 1.992099 -1.255105</w:t>
        <w:br/>
        <w:t>v -0.689974 2.024909 -1.333631</w:t>
        <w:br/>
        <w:t>v -0.476535 1.992099 -1.236439</w:t>
        <w:br/>
        <w:t>v -0.344440 1.888504 -1.037891</w:t>
        <w:br/>
        <w:t>v -0.891709 1.789030 -1.346817</w:t>
        <w:br/>
        <w:t>v -0.691386 1.833259 -1.421315</w:t>
        <w:br/>
        <w:t>v -0.499901 1.789030 -1.357961</w:t>
        <w:br/>
        <w:t>v -0.373149 1.699183 -1.228755</w:t>
        <w:br/>
        <w:t>v -0.874908 1.554173 -1.450631</w:t>
        <w:br/>
        <w:t>v -0.704676 1.613644 -1.495943</w:t>
        <w:br/>
        <w:t>v -0.539322 1.579744 -1.456207</w:t>
        <w:br/>
        <w:t>v -0.426409 1.475273 -1.348507</w:t>
        <w:br/>
        <w:t>v -0.344440 1.888504 -1.037891</w:t>
        <w:br/>
        <w:t>v -0.312785 1.564604 -1.060177</w:t>
        <w:br/>
        <w:t>v -0.314500 1.719389 -0.956258</w:t>
        <w:br/>
        <w:t>v -0.363732 1.351272 -1.207613</w:t>
        <w:br/>
        <w:t>v -0.331838 1.375491 -0.884605</w:t>
        <w:br/>
        <w:t>v -0.316248 1.548272 -0.828332</w:t>
        <w:br/>
        <w:t>v -0.370732 1.231525 -0.723328</w:t>
        <w:br/>
        <w:t>v -0.357540 1.344158 -0.625548</w:t>
        <w:br/>
        <w:t>v -0.369354 1.195870 -1.023278</w:t>
        <w:br/>
        <w:t>v -0.418998 1.045505 -0.839907</w:t>
        <w:br/>
        <w:t>v -0.357540 1.344158 -0.625548</w:t>
        <w:br/>
        <w:t>v -0.370732 1.231525 -0.723328</w:t>
        <w:br/>
        <w:t>v -0.407721 1.009687 -0.473474</w:t>
        <w:br/>
        <w:t>v -0.402855 1.185979 -0.415487</w:t>
        <w:br/>
        <w:t>v -0.402855 1.185979 -0.415487</w:t>
        <w:br/>
        <w:t>v -0.424577 0.685730 -0.404933</w:t>
        <w:br/>
        <w:t>v -0.443110 0.869223 -0.632128</w:t>
        <w:br/>
        <w:t>v -0.418998 1.045505 -0.839907</w:t>
        <w:br/>
        <w:t>v -0.704676 1.613644 -1.495943</w:t>
        <w:br/>
        <w:t>v -0.701230 1.576319 -1.555515</w:t>
        <w:br/>
        <w:t>v -0.531479 1.533504 -1.508688</w:t>
        <w:br/>
        <w:t>v -0.539322 1.579744 -1.456207</w:t>
        <w:br/>
        <w:t>v -0.426409 1.475273 -1.348507</w:t>
        <w:br/>
        <w:t>v -0.427304 1.441095 -1.410029</w:t>
        <w:br/>
        <w:t>v -0.353626 1.296931 -1.251188</w:t>
        <w:br/>
        <w:t>v -0.363732 1.351272 -1.207613</w:t>
        <w:br/>
        <w:t>v -0.369354 1.195870 -1.023278</w:t>
        <w:br/>
        <w:t>v -0.338771 1.154369 -1.071197</w:t>
        <w:br/>
        <w:t>v -0.418998 1.045505 -0.839907</w:t>
        <w:br/>
        <w:t>v -0.379861 0.997668 -0.873580</w:t>
        <w:br/>
        <w:t>v -0.418998 1.045505 -0.839907</w:t>
        <w:br/>
        <w:t>v -0.379861 0.997668 -0.873580</w:t>
        <w:br/>
        <w:t>v -0.408185 0.811635 -0.652568</w:t>
        <w:br/>
        <w:t>v -0.443110 0.869223 -0.632128</w:t>
        <w:br/>
        <w:t>v -0.398294 0.631894 -0.441876</w:t>
        <w:br/>
        <w:t>v -0.424577 0.685730 -0.404933</w:t>
        <w:br/>
        <w:t>v -0.349052 0.463276 -0.211000</w:t>
        <w:br/>
        <w:t>v -0.364896 0.516403 -0.167637</w:t>
        <w:br/>
        <w:t>v -0.318676 0.425324 0.061844</w:t>
        <w:br/>
        <w:t>v -0.283400 0.369296 0.037961</w:t>
        <w:br/>
        <w:t>v -0.322509 0.434707 0.348640</w:t>
        <w:br/>
        <w:t>v -0.272221 0.386394 0.358177</w:t>
        <w:br/>
        <w:t>v -0.402358 0.457029 0.551749</w:t>
        <w:br/>
        <w:t>v -0.361864 0.406952 0.580146</w:t>
        <w:br/>
        <w:t>v -0.500823 0.415755 0.703036</w:t>
        <w:br/>
        <w:t>v -0.518907 0.470860 0.663157</w:t>
        <w:br/>
        <w:t>v -0.674383 0.427648 0.756851</w:t>
        <w:br/>
        <w:t>v -0.674538 0.478461 0.708149</w:t>
        <w:br/>
        <w:t>v -0.858249 0.432298 0.736650</w:t>
        <w:br/>
        <w:t>v -0.844945 0.483679 0.690422</w:t>
        <w:br/>
        <w:t>v -1.028749 0.420067 0.641431</w:t>
        <w:br/>
        <w:t>v -0.985831 0.462239 0.604915</w:t>
        <w:br/>
        <w:t>v -1.136553 0.388908 0.473265</w:t>
        <w:br/>
        <w:t>v -1.093963 0.443021 0.458715</w:t>
        <w:br/>
        <w:t>v -1.195551 0.373928 0.226164</w:t>
        <w:br/>
        <w:t>v -1.157347 0.432471 0.234354</w:t>
        <w:br/>
        <w:t>v -1.177173 0.390274 -0.075460</w:t>
        <w:br/>
        <w:t>v -1.139265 0.449513 -0.072706</w:t>
        <w:br/>
        <w:t>v -1.097963 0.557359 -0.304392</w:t>
        <w:br/>
        <w:t>v -1.125241 0.500783 -0.336158</w:t>
        <w:br/>
        <w:t>v -1.074028 0.718183 -0.489665</w:t>
        <w:br/>
        <w:t>v -1.104280 0.657481 -0.508480</w:t>
        <w:br/>
        <w:t>v -1.097038 0.840538 -0.730428</w:t>
        <w:br/>
        <w:t>v -1.057992 0.891357 -0.701328</w:t>
        <w:br/>
        <w:t>v -1.055724 1.093032 -0.952731</w:t>
        <w:br/>
        <w:t>v -1.085035 1.033364 -0.975852</w:t>
        <w:br/>
        <w:t>v -1.033318 1.305347 -1.199364</w:t>
        <w:br/>
        <w:t>v -1.065526 1.250636 -1.229748</w:t>
        <w:br/>
        <w:t>v -0.962538 1.458567 -1.358387</w:t>
        <w:br/>
        <w:t>v -0.993711 1.400179 -1.382325</w:t>
        <w:br/>
        <w:t>v -0.874908 1.554173 -1.450631</w:t>
        <w:br/>
        <w:t>v -0.878612 1.518098 -1.510954</w:t>
        <w:br/>
        <w:t>v -0.873051 0.141009 0.736819</w:t>
        <w:br/>
        <w:t>v -0.858249 0.432298 0.736650</w:t>
        <w:br/>
        <w:t>v -0.674383 0.427648 0.756851</w:t>
        <w:br/>
        <w:t>v -0.688912 0.152692 0.770456</w:t>
        <w:br/>
        <w:t>v -0.500823 0.415755 0.703036</w:t>
        <w:br/>
        <w:t>v -0.486002 0.145416 0.707037</w:t>
        <w:br/>
        <w:t>v -0.362847 0.126421 0.595843</w:t>
        <w:br/>
        <w:t>v -0.361864 0.406952 0.580146</w:t>
        <w:br/>
        <w:t>v -0.280645 0.081093 0.357570</w:t>
        <w:br/>
        <w:t>v -0.272221 0.386394 0.358177</w:t>
        <w:br/>
        <w:t>v -0.283400 0.369296 0.037961</w:t>
        <w:br/>
        <w:t>v -0.295027 0.058697 -0.020555</w:t>
        <w:br/>
        <w:t>v -0.349052 0.463276 -0.211000</w:t>
        <w:br/>
        <w:t>v -0.361282 0.189120 -0.371336</w:t>
        <w:br/>
        <w:t>v -1.023696 0.118268 0.643558</w:t>
        <w:br/>
        <w:t>v -1.028749 0.420067 0.641431</w:t>
        <w:br/>
        <w:t>v -1.137505 0.078717 0.461545</w:t>
        <w:br/>
        <w:t>v -1.136553 0.388908 0.473265</w:t>
        <w:br/>
        <w:t>v -1.183881 0.068245 0.191279</w:t>
        <w:br/>
        <w:t>v -1.195551 0.373928 0.226164</w:t>
        <w:br/>
        <w:t>v -1.157843 0.059621 -0.134562</w:t>
        <w:br/>
        <w:t>v -1.177173 0.390274 -0.075460</w:t>
        <w:br/>
        <w:t>v -1.094098 0.159734 -0.428759</w:t>
        <w:br/>
        <w:t>v -1.125241 0.500783 -0.336158</w:t>
        <w:br/>
        <w:t>v -1.104280 0.657481 -0.508480</w:t>
        <w:br/>
        <w:t>v -1.094305 0.551900 -0.557589</w:t>
        <w:br/>
        <w:t>v -1.073200 0.713558 -0.800368</w:t>
        <w:br/>
        <w:t>v -1.097038 0.840538 -0.730428</w:t>
        <w:br/>
        <w:t>v -1.085035 1.033364 -0.975852</w:t>
        <w:br/>
        <w:t>v -1.053254 0.756857 -0.961909</w:t>
        <w:br/>
        <w:t>v -1.026511 0.637676 -1.166805</w:t>
        <w:br/>
        <w:t>v -1.065526 1.250636 -1.229748</w:t>
        <w:br/>
        <w:t>v -0.567464 1.250876 -1.499361</w:t>
        <w:br/>
        <w:t>v -0.531479 1.533504 -1.508688</w:t>
        <w:br/>
        <w:t>v -0.701230 1.576319 -1.555515</w:t>
        <w:br/>
        <w:t>v -0.711383 1.250877 -1.524394</w:t>
        <w:br/>
        <w:t>v -0.878612 1.518098 -1.510954</w:t>
        <w:br/>
        <w:t>v -0.829962 1.250877 -1.501103</w:t>
        <w:br/>
        <w:t>v -0.447175 1.250876 -1.410401</w:t>
        <w:br/>
        <w:t>v -0.427304 1.441095 -1.410029</w:t>
        <w:br/>
        <w:t>v -0.878612 1.518098 -1.510954</w:t>
        <w:br/>
        <w:t>v -0.993711 1.400179 -1.382325</w:t>
        <w:br/>
        <w:t>v -0.968876 1.250876 -1.408803</w:t>
        <w:br/>
        <w:t>v -0.368145 1.250875 -1.257181</w:t>
        <w:br/>
        <w:t>v -0.353626 1.296931 -1.251188</w:t>
        <w:br/>
        <w:t>v -0.338771 1.154369 -1.071197</w:t>
        <w:br/>
        <w:t>v -0.398294 0.631894 -0.441876</w:t>
        <w:br/>
        <w:t>v -0.404498 0.555973 -0.524795</w:t>
        <w:br/>
        <w:t>v -0.408185 0.811635 -0.652568</w:t>
        <w:br/>
        <w:t>v -0.396143 0.707771 -0.745311</w:t>
        <w:br/>
        <w:t>v -0.382207 0.741327 -0.961909</w:t>
        <w:br/>
        <w:t>v -0.379861 0.997668 -0.873580</w:t>
        <w:br/>
        <w:t>v -0.959344 0.640481 -1.332760</w:t>
        <w:br/>
        <w:t>v -0.839094 0.639801 -1.451438</w:t>
        <w:br/>
        <w:t>v -0.706316 0.639741 -1.485629</w:t>
        <w:br/>
        <w:t>v -0.555882 0.640337 -1.438989</w:t>
        <w:br/>
        <w:t>v -0.468500 0.639943 -1.349866</w:t>
        <w:br/>
        <w:t>v -0.415514 0.639404 -1.229134</w:t>
        <w:br/>
        <w:t>v -0.394605 0.593691 -1.088295</w:t>
        <w:br/>
        <w:t>v -0.379861 0.997668 -0.873580</w:t>
        <w:br/>
        <w:t>v -0.382207 0.741327 -0.961909</w:t>
        <w:br/>
        <w:t>v -1.031923 0.027733 -1.120220</w:t>
        <w:br/>
        <w:t>v -1.051177 0.027883 -0.961909</w:t>
        <w:br/>
        <w:t>v -0.393093 0.027884 -1.058035</w:t>
        <w:br/>
        <w:t>v -0.413034 0.028049 -0.961909</w:t>
        <w:br/>
        <w:t>v -0.990281 0.027880 -1.286858</w:t>
        <w:br/>
        <w:t>v -0.870641 0.027762 -1.430536</w:t>
        <w:br/>
        <w:t>v -0.716389 0.027615 -1.466611</w:t>
        <w:br/>
        <w:t>v -0.536301 0.027495 -1.419611</w:t>
        <w:br/>
        <w:t>v -0.446150 0.027750 -1.312966</w:t>
        <w:br/>
        <w:t>v -0.407475 0.027856 -1.179464</w:t>
        <w:br/>
        <w:t>v -0.382207 0.741327 -0.961909</w:t>
        <w:br/>
        <w:t>v -1.053254 0.756857 -0.961909</w:t>
        <w:br/>
        <w:t>v -1.073200 0.713558 -0.800368</w:t>
        <w:br/>
        <w:t>v -0.396143 0.707771 -0.745311</w:t>
        <w:br/>
        <w:t>v -1.094305 0.551900 -0.557589</w:t>
        <w:br/>
        <w:t>v -0.404498 0.555973 -0.524795</w:t>
        <w:br/>
        <w:t>v -0.382207 0.741327 -0.961909</w:t>
        <w:br/>
        <w:t>v -0.413034 0.028049 -0.961909</w:t>
        <w:br/>
        <w:t>v -1.051177 0.027883 -0.961909</w:t>
        <w:br/>
        <w:t>v -1.053254 0.756857 -0.961909</w:t>
        <w:br/>
        <w:t>v -0.361282 0.189120 -0.371336</w:t>
        <w:br/>
        <w:t>v -1.094098 0.159734 -0.428759</w:t>
        <w:br/>
        <w:t>v -1.094098 0.159734 -0.428759</w:t>
        <w:br/>
        <w:t>v -1.157843 0.059621 -0.134562</w:t>
        <w:br/>
        <w:t>v -0.295027 0.058697 -0.020555</w:t>
        <w:br/>
        <w:t>v -0.361282 0.189120 -0.371336</w:t>
        <w:br/>
        <w:t>v -1.183881 0.068245 0.191279</w:t>
        <w:br/>
        <w:t>v -0.280645 0.081093 0.357570</w:t>
        <w:br/>
        <w:t>v -1.137505 0.078717 0.461545</w:t>
        <w:br/>
        <w:t>v -0.362847 0.126421 0.595843</w:t>
        <w:br/>
        <w:t>v -1.023696 0.118268 0.643558</w:t>
        <w:br/>
        <w:t>v -0.486002 0.145416 0.707037</w:t>
        <w:br/>
        <w:t>v -0.393093 0.027884 -1.058035</w:t>
        <w:br/>
        <w:t>v -1.031923 0.027733 -1.120220</w:t>
        <w:br/>
        <w:t>v -1.051177 0.027883 -0.961909</w:t>
        <w:br/>
        <w:t>v -0.413034 0.028049 -0.961909</w:t>
        <w:br/>
        <w:t>v -0.990281 0.027880 -1.286858</w:t>
        <w:br/>
        <w:t>v -0.407475 0.027856 -1.179464</w:t>
        <w:br/>
        <w:t>v -0.870641 0.027762 -1.430536</w:t>
        <w:br/>
        <w:t>v -0.536301 0.027495 -1.419611</w:t>
        <w:br/>
        <w:t>v -0.716389 0.027615 -1.466611</w:t>
        <w:br/>
        <w:t>v -0.873051 0.141009 0.736819</w:t>
        <w:br/>
        <w:t>v -0.688912 0.152692 0.770456</w:t>
        <w:br/>
        <w:t>v -0.773259 9.151352 -0.658363</w:t>
        <w:br/>
        <w:t>v -1.150466 9.157517 -0.563048</w:t>
        <w:br/>
        <w:t>v -1.434281 9.152599 -0.137660</w:t>
        <w:br/>
        <w:t>v -1.157123 9.136867 0.673543</w:t>
        <w:br/>
        <w:t>v -0.756017 9.118363 0.841791</w:t>
        <w:br/>
        <w:t>v -0.355283 9.113197 0.645099</w:t>
        <w:br/>
        <w:t>v -0.546024 9.114910 0.794723</w:t>
        <w:br/>
        <w:t>v -0.180383 9.126306 -0.096769</w:t>
        <w:br/>
        <w:t>v -0.440184 9.141246 -0.527978</w:t>
        <w:br/>
        <w:t>v -0.167928 9.118224 0.242877</w:t>
        <w:br/>
        <w:t>v -0.180383 9.126306 -0.096769</w:t>
        <w:br/>
        <w:t>v -1.471272 9.146203 0.194708</w:t>
        <w:br/>
        <w:t>v -1.240846 9.137929 0.573624</w:t>
        <w:br/>
        <w:t>v -0.446150 0.027750 -1.312966</w:t>
        <w:br/>
        <w:t>v -1.240846 9.137929 0.573624</w:t>
        <w:br/>
        <w:t>v -1.157123 9.136867 0.673543</w:t>
        <w:br/>
        <w:t>v -1.273548 9.273841 0.617053</w:t>
        <w:br/>
        <w:t>v -1.265666 9.212150 0.612330</w:t>
        <w:br/>
        <w:t>v -1.037713 15.146626 0.800001</w:t>
        <w:br/>
        <w:t>v -1.005215 14.855509 0.784258</w:t>
        <w:br/>
        <w:t>v -0.986817 14.851848 0.761508</w:t>
        <w:br/>
        <w:t>v -1.020037 15.152021 0.777786</w:t>
        <w:br/>
        <w:t>v 0.693554 14.507969 1.227264</w:t>
        <w:br/>
        <w:t>v 0.584361 14.342325 1.301021</w:t>
        <w:br/>
        <w:t>v 0.587382 14.345250 1.318165</w:t>
        <w:br/>
        <w:t>v 0.688150 14.503966 1.245798</w:t>
        <w:br/>
        <w:t>v -0.098733 14.472496 1.449507</w:t>
        <w:br/>
        <w:t>v -0.072518 14.536242 1.468310</w:t>
        <w:br/>
        <w:t>v -0.001164 14.720727 1.464827</w:t>
        <w:br/>
        <w:t>v 0.008107 14.749886 1.450306</w:t>
        <w:br/>
        <w:t>v -0.100568 14.475298 1.479832</w:t>
        <w:br/>
        <w:t>v -0.070839 14.540648 1.481951</w:t>
        <w:br/>
        <w:t>v -0.098733 14.472496 1.449507</w:t>
        <w:br/>
        <w:t>v 0.008107 14.749886 1.450306</w:t>
        <w:br/>
        <w:t>v -0.197975 14.834837 1.434162</w:t>
        <w:br/>
        <w:t>v -0.305528 14.552609 1.413980</w:t>
        <w:br/>
        <w:t>v -0.100568 14.475298 1.479832</w:t>
        <w:br/>
        <w:t>v 0.004681 14.748350 1.480096</w:t>
        <w:br/>
        <w:t>v -0.002933 14.716201 1.478719</w:t>
        <w:br/>
        <w:t>v -0.070839 14.540648 1.481951</w:t>
        <w:br/>
        <w:t>v -0.100568 14.475298 1.479832</w:t>
        <w:br/>
        <w:t>v -0.098733 14.472496 1.449507</w:t>
        <w:br/>
        <w:t>v -0.305528 14.552609 1.413980</w:t>
        <w:br/>
        <w:t>v -0.304261 14.556856 1.444568</w:t>
        <w:br/>
        <w:t>v -0.002933 14.716201 1.478719</w:t>
        <w:br/>
        <w:t>v 0.004681 14.748350 1.480096</w:t>
        <w:br/>
        <w:t>v -0.197975 14.834837 1.434162</w:t>
        <w:br/>
        <w:t>v 0.008107 14.749886 1.450306</w:t>
        <w:br/>
        <w:t>v 0.004681 14.748350 1.480096</w:t>
        <w:br/>
        <w:t>v -0.199617 14.830563 1.464584</w:t>
        <w:br/>
        <w:t>v -0.466255 14.919328 1.395191</w:t>
        <w:br/>
        <w:t>v -0.460109 14.924456 1.367251</w:t>
        <w:br/>
        <w:t>v -0.986817 14.851848 0.761508</w:t>
        <w:br/>
        <w:t>v -1.005215 14.855509 0.784258</w:t>
        <w:br/>
        <w:t>v -0.847559 14.765401 1.053457</w:t>
        <w:br/>
        <w:t>v -0.829057 14.761425 1.031161</w:t>
        <w:br/>
        <w:t>v -0.721979 14.708101 1.227532</w:t>
        <w:br/>
        <w:t>v -0.710670 14.705224 1.201996</w:t>
        <w:br/>
        <w:t>v 0.121436 14.485987 1.445078</w:t>
        <w:br/>
        <w:t>v -0.072518 14.536242 1.468310</w:t>
        <w:br/>
        <w:t>v -0.070839 14.540648 1.481951</w:t>
        <w:br/>
        <w:t>v 0.122242 14.490021 1.463195</w:t>
        <w:br/>
        <w:t>v 0.288045 14.440826 1.433234</w:t>
        <w:br/>
        <w:t>v 0.286695 14.437064 1.415164</w:t>
        <w:br/>
        <w:t>v -0.070839 14.540648 1.481951</w:t>
        <w:br/>
        <w:t>v -0.002933 14.716201 1.478719</w:t>
        <w:br/>
        <w:t>v 0.185220 14.659530 1.467010</w:t>
        <w:br/>
        <w:t>v 0.122242 14.490021 1.463195</w:t>
        <w:br/>
        <w:t>v 0.121436 14.485987 1.445078</w:t>
        <w:br/>
        <w:t>v 0.286695 14.437064 1.415164</w:t>
        <w:br/>
        <w:t>v 0.369349 14.614577 1.403159</w:t>
        <w:br/>
        <w:t>v 0.188014 14.663692 1.448887</w:t>
        <w:br/>
        <w:t>v 0.185220 14.659530 1.467010</w:t>
        <w:br/>
        <w:t>v 0.188014 14.663692 1.448887</w:t>
        <w:br/>
        <w:t>v 0.369349 14.614577 1.403159</w:t>
        <w:br/>
        <w:t>v 0.365674 14.610478 1.421468</w:t>
        <w:br/>
        <w:t>v 0.444897 14.383287 1.374602</w:t>
        <w:br/>
        <w:t>v 0.443097 14.379807 1.357040</w:t>
        <w:br/>
        <w:t>v 0.543302 14.565264 1.331750</w:t>
        <w:br/>
        <w:t>v 0.443097 14.379807 1.357040</w:t>
        <w:br/>
        <w:t>v 0.543302 14.565264 1.331750</w:t>
        <w:br/>
        <w:t>v 0.538741 14.561165 1.349865</w:t>
        <w:br/>
        <w:t>v -0.710670 14.705224 1.201996</w:t>
        <w:br/>
        <w:t>v -0.687359 14.993433 1.233456</w:t>
        <w:br/>
        <w:t>v -0.846120 15.054637 1.050187</w:t>
        <w:br/>
        <w:t>v -0.829057 14.761425 1.031161</w:t>
        <w:br/>
        <w:t>v -0.519548 14.632609 1.336198</w:t>
        <w:br/>
        <w:t>v -0.460109 14.924456 1.367251</w:t>
        <w:br/>
        <w:t>v -0.523836 14.636938 1.364062</w:t>
        <w:br/>
        <w:t>v -0.519548 14.632609 1.336198</w:t>
        <w:br/>
        <w:t>v -0.699513 14.987694 1.258278</w:t>
        <w:br/>
        <w:t>v -0.687359 14.993433 1.233456</w:t>
        <w:br/>
        <w:t>v -0.865767 15.049595 1.071966</w:t>
        <w:br/>
        <w:t>v -0.846120 15.054637 1.050187</w:t>
        <w:br/>
        <w:t>v -1.020037 15.152021 0.777786</w:t>
        <w:br/>
        <w:t>v -0.986817 14.851848 0.761508</w:t>
        <w:br/>
        <w:t>v -1.037713 15.146626 0.800001</w:t>
        <w:br/>
        <w:t>v -1.020037 15.152021 0.777786</w:t>
        <w:br/>
        <w:t>v -0.721979 14.708101 1.227532</w:t>
        <w:br/>
        <w:t>v -0.847559 14.765401 1.053457</w:t>
        <w:br/>
        <w:t>v -0.865767 15.049595 1.071966</w:t>
        <w:br/>
        <w:t>v -0.699513 14.987694 1.258278</w:t>
        <w:br/>
        <w:t>v 0.288045 14.440826 1.433234</w:t>
        <w:br/>
        <w:t>v 0.365674 14.610478 1.421468</w:t>
        <w:br/>
        <w:t>v 0.538741 14.561165 1.349865</w:t>
        <w:br/>
        <w:t>v 0.444897 14.383287 1.374602</w:t>
        <w:br/>
        <w:t>v -0.304261 14.556856 1.444568</w:t>
        <w:br/>
        <w:t>v -0.523836 14.636938 1.364062</w:t>
        <w:br/>
        <w:t>v -0.466255 14.919328 1.395191</w:t>
        <w:br/>
        <w:t>v -0.199617 14.830563 1.464584</w:t>
        <w:br/>
        <w:t>v 0.004681 14.748350 1.480096</w:t>
        <w:br/>
        <w:t>v -0.100568 14.475298 1.479832</w:t>
        <w:br/>
        <w:t>v -1.037713 15.146626 0.800001</w:t>
        <w:br/>
        <w:t>v -1.005215 14.855509 0.784258</w:t>
        <w:br/>
        <w:t>v -0.072518 14.536242 1.468310</w:t>
        <w:br/>
        <w:t>v -0.001164 14.720727 1.464827</w:t>
        <w:br/>
        <w:t>v -0.002933 14.716201 1.478719</w:t>
        <w:br/>
        <w:t>v -0.001164 14.720727 1.464827</w:t>
        <w:br/>
        <w:t>v 0.587382 14.345250 1.318165</w:t>
        <w:br/>
        <w:t>v 0.584361 14.342325 1.301021</w:t>
        <w:br/>
        <w:t>v 0.688150 14.503966 1.245798</w:t>
        <w:br/>
        <w:t>v 0.587382 14.345250 1.318165</w:t>
        <w:br/>
        <w:t>v 0.693554 14.507969 1.227264</w:t>
        <w:br/>
        <w:t>v 0.688150 14.503966 1.245798</w:t>
        <w:br/>
        <w:t>v 0.584361 14.342325 1.301021</w:t>
        <w:br/>
        <w:t>v 0.693554 14.507969 1.227264</w:t>
        <w:br/>
        <w:t>v 1.375161 13.293092 1.647247</w:t>
        <w:br/>
        <w:t>v 1.379906 13.254031 1.642377</w:t>
        <w:br/>
        <w:t>v 1.287776 13.240313 1.656483</w:t>
        <w:br/>
        <w:t>v 1.376480 13.220926 1.633777</w:t>
        <w:br/>
        <w:t>v 1.356205 13.194277 1.616324</w:t>
        <w:br/>
        <w:t>v 1.330527 13.184619 1.598989</w:t>
        <w:br/>
        <w:t>v 1.297415 13.191326 1.580433</w:t>
        <w:br/>
        <w:t>v 1.272661 13.213968 1.570039</w:t>
        <w:br/>
        <w:t>v 1.250074 13.246143 1.562838</w:t>
        <w:br/>
        <w:t>v 1.822763 13.398046 0.815575</w:t>
        <w:br/>
        <w:t>v 1.850410 13.392682 0.903202</w:t>
        <w:br/>
        <w:t>v 1.845178 13.431753 0.908072</w:t>
        <w:br/>
        <w:t>v 1.847335 13.359581 0.894607</w:t>
        <w:br/>
        <w:t>v 1.827197 13.332937 0.877153</w:t>
        <w:br/>
        <w:t>v 1.801413 13.323268 0.859818</w:t>
        <w:br/>
        <w:t>v 1.767960 13.329988 0.841263</w:t>
        <w:br/>
        <w:t>v 1.742767 13.352630 0.830867</w:t>
        <w:br/>
        <w:t>v 1.719663 13.384799 0.823664</w:t>
        <w:br/>
        <w:t>v 0.896660 14.315540 1.576635</w:t>
        <w:br/>
        <w:t>v 0.898106 14.258248 1.631894</w:t>
        <w:br/>
        <w:t>v 0.876336 14.290053 1.559937</w:t>
        <w:br/>
        <w:t>v 0.871727 14.264329 1.551473</w:t>
        <w:br/>
        <w:t>v 0.878189 14.219877 1.544527</w:t>
        <w:br/>
        <w:t>v 0.927225 14.327844 1.595732</w:t>
        <w:br/>
        <w:t>v 0.957480 14.322433 1.610826</w:t>
        <w:br/>
        <w:t>v 0.976052 14.305760 1.617272</w:t>
        <w:br/>
        <w:t>v 0.997200 14.266644 1.620380</w:t>
        <w:br/>
        <w:t>v 1.437075 14.603134 0.816111</w:t>
        <w:br/>
        <w:t>v 1.432468 14.649986 0.819142</w:t>
        <w:br/>
        <w:t>v 1.280430 14.583902 0.704856</w:t>
        <w:br/>
        <w:t>v 1.324428 14.554954 0.731482</w:t>
        <w:br/>
        <w:t>v 0.894892 14.444745 1.675928</w:t>
        <w:br/>
        <w:t>v 0.774393 14.396366 1.603048</w:t>
        <w:br/>
        <w:t>v 0.724396 14.424227 1.583826</w:t>
        <w:br/>
        <w:t>v 0.886259 14.491108 1.681122</w:t>
        <w:br/>
        <w:t>v 1.910976 13.257191 0.836837</w:t>
        <w:br/>
        <w:t>v 1.887724 13.299397 0.831433</w:t>
        <w:br/>
        <w:t>v 1.845160 13.283469 0.802813</w:t>
        <w:br/>
        <w:t>v 1.856709 13.236901 0.800352</w:t>
        <w:br/>
        <w:t>v 1.371093 13.098660 1.681848</w:t>
        <w:br/>
        <w:t>v 1.317028 13.078379 1.645363</w:t>
        <w:br/>
        <w:t>v 1.306073 13.124949 1.647822</w:t>
        <w:br/>
        <w:t>v 1.348493 13.140900 1.676444</w:t>
        <w:br/>
        <w:t>v 0.756494 14.358009 1.584862</w:t>
        <w:br/>
        <w:t>v 0.709415 14.376541 1.564876</w:t>
        <w:br/>
        <w:t>v 0.709067 14.405871 1.571668</w:t>
        <w:br/>
        <w:t>v 0.757091 14.378648 1.590032</w:t>
        <w:br/>
        <w:t>v 1.305176 14.516180 0.713539</w:t>
        <w:br/>
        <w:t>v 1.307063 14.537101 0.717545</w:t>
        <w:br/>
        <w:t>v 1.264327 14.565248 0.692169</w:t>
        <w:br/>
        <w:t>v 1.262117 14.535260 0.687419</w:t>
        <w:br/>
        <w:t>v 0.921091 14.431289 1.686887</w:t>
        <w:br/>
        <w:t>v 0.925169 14.477316 1.698635</w:t>
        <w:br/>
        <w:t>v 1.460403 14.589493 0.830140</w:t>
        <w:br/>
        <w:t>v 1.465738 14.635822 0.841306</w:t>
        <w:br/>
        <w:t>v 0.945316 14.401645 1.693570</w:t>
        <w:br/>
        <w:t>v 0.961580 14.442646 1.710928</w:t>
        <w:br/>
        <w:t>v 1.482122 14.559597 0.839772</w:t>
        <w:br/>
        <w:t>v 1.497723 14.600815 0.857739</w:t>
        <w:br/>
        <w:t>v 0.979586 14.321817 1.695322</w:t>
        <w:br/>
        <w:t>v 0.963591 14.364234 1.695549</w:t>
        <w:br/>
        <w:t>v 0.990574 14.395763 1.717020</w:t>
        <w:br/>
        <w:t>v 1.014622 14.341336 1.719046</w:t>
        <w:br/>
        <w:t>v 1.511922 14.479555 0.845650</w:t>
        <w:br/>
        <w:t>v 1.544707 14.499263 0.870912</w:t>
        <w:br/>
        <w:t>v 1.523672 14.553696 0.866837</w:t>
        <w:br/>
        <w:t>v 1.498183 14.522030 0.844016</w:t>
        <w:br/>
        <w:t>v 1.381753 13.279992 1.723888</w:t>
        <w:br/>
        <w:t>v 1.421506 13.289305 1.749807</w:t>
        <w:br/>
        <w:t>v 1.435743 13.208847 1.742524</w:t>
        <w:br/>
        <w:t>v 1.394938 13.215968 1.719207</w:t>
        <w:br/>
        <w:t>v 1.919496 13.438514 0.878877</w:t>
        <w:br/>
        <w:t>v 1.933588 13.374479 0.874196</w:t>
        <w:br/>
        <w:t>v 1.974731 13.367357 0.897513</w:t>
        <w:br/>
        <w:t>v 1.959359 13.447824 0.904798</w:t>
        <w:br/>
        <w:t>v 1.417305 13.139073 1.717650</w:t>
        <w:br/>
        <w:t>v 1.383092 13.167709 1.702565</w:t>
        <w:br/>
        <w:t>v 1.922255 13.326220 0.857553</w:t>
        <w:br/>
        <w:t>v 1.957037 13.297585 0.872639</w:t>
        <w:br/>
        <w:t>v 1.255160 13.078200 1.608229</w:t>
        <w:br/>
        <w:t>v 1.262063 13.122271 1.620905</w:t>
        <w:br/>
        <w:t>v 1.800814 13.280781 0.775893</w:t>
        <w:br/>
        <w:t>v 1.794310 13.236700 0.763218</w:t>
        <w:br/>
        <w:t>v 1.220801 13.150584 1.601722</w:t>
        <w:br/>
        <w:t>v 1.194448 13.118252 1.579712</w:t>
        <w:br/>
        <w:t>v 1.758896 13.309106 0.756712</w:t>
        <w:br/>
        <w:t>v 1.732685 13.276773 0.734701</w:t>
        <w:br/>
        <w:t>v 1.187788 13.207195 1.593041</w:t>
        <w:br/>
        <w:t>v 1.151201 13.187835 1.567453</w:t>
        <w:br/>
        <w:t>v 1.725013 13.365717 0.748031</w:t>
        <w:br/>
        <w:t>v 1.688413 13.346344 0.722444</w:t>
        <w:br/>
        <w:t>v 0.963591 14.364234 1.695549</w:t>
        <w:br/>
        <w:t>v 0.979586 14.321817 1.695322</w:t>
        <w:br/>
        <w:t>v 1.013708 14.331474 1.643559</w:t>
        <w:br/>
        <w:t>v 0.997992 14.373862 1.643971</w:t>
        <w:br/>
        <w:t>v 0.921091 14.431289 1.686887</w:t>
        <w:br/>
        <w:t>v 0.945316 14.401645 1.693570</w:t>
        <w:br/>
        <w:t>v 0.979850 14.411263 1.642073</w:t>
        <w:br/>
        <w:t>v 0.955598 14.440943 1.635368</w:t>
        <w:br/>
        <w:t>v 0.894892 14.444745 1.675928</w:t>
        <w:br/>
        <w:t>v 0.929243 14.454457 1.624299</w:t>
        <w:br/>
        <w:t>v 0.809083 14.406050 1.551558</w:t>
        <w:br/>
        <w:t>v 0.774393 14.396366 1.603048</w:t>
        <w:br/>
        <w:t>v 0.757091 14.378648 1.590032</w:t>
        <w:br/>
        <w:t>v 0.791785 14.388323 1.538565</w:t>
        <w:br/>
        <w:t>v 0.791090 14.367676 1.533373</w:t>
        <w:br/>
        <w:t>v 0.756494 14.358009 1.584862</w:t>
        <w:br/>
        <w:t>v 1.187788 13.207195 1.593041</w:t>
        <w:br/>
        <w:t>v 1.221708 13.217111 1.540195</w:t>
        <w:br/>
        <w:t>v 1.254751 13.160493 1.548873</w:t>
        <w:br/>
        <w:t>v 1.220801 13.150584 1.601722</w:t>
        <w:br/>
        <w:t>v 1.296018 13.132194 1.568054</w:t>
        <w:br/>
        <w:t>v 1.262063 13.122271 1.620905</w:t>
        <w:br/>
        <w:t>v 1.340017 13.134869 1.594973</w:t>
        <w:br/>
        <w:t>v 1.306073 13.124949 1.647822</w:t>
        <w:br/>
        <w:t>v 1.382418 13.150787 1.623595</w:t>
        <w:br/>
        <w:t>v 1.348493 13.140900 1.676444</w:t>
        <w:br/>
        <w:t>v 1.416991 13.177627 1.649713</w:t>
        <w:br/>
        <w:t>v 1.383092 13.167709 1.702565</w:t>
        <w:br/>
        <w:t>v 1.394938 13.215968 1.719207</w:t>
        <w:br/>
        <w:t>v 1.428813 13.225854 1.666362</w:t>
        <w:br/>
        <w:t>v 1.381753 13.279992 1.723888</w:t>
        <w:br/>
        <w:t>v 1.415594 13.289917 1.671045</w:t>
        <w:br/>
        <w:t>v 1.933588 13.374479 0.874196</w:t>
        <w:br/>
        <w:t>v 1.919496 13.438514 0.878877</w:t>
        <w:br/>
        <w:t>v 1.885926 13.428579 0.931870</w:t>
        <w:br/>
        <w:t>v 1.899990 13.364520 0.927189</w:t>
        <w:br/>
        <w:t>v 1.922255 13.326220 0.857553</w:t>
        <w:br/>
        <w:t>v 1.888631 13.316278 0.910545</w:t>
        <w:br/>
        <w:t>v 1.854084 13.289457 0.884427</w:t>
        <w:br/>
        <w:t>v 1.887724 13.299397 0.831433</w:t>
        <w:br/>
        <w:t>v 1.811504 13.273521 0.855804</w:t>
        <w:br/>
        <w:t>v 1.845160 13.283469 0.802813</w:t>
        <w:br/>
        <w:t>v 1.767152 13.270837 0.828884</w:t>
        <w:br/>
        <w:t>v 1.800814 13.280781 0.775893</w:t>
        <w:br/>
        <w:t>v 1.725243 13.299151 0.809703</w:t>
        <w:br/>
        <w:t>v 1.758896 13.309106 0.756712</w:t>
        <w:br/>
        <w:t>v 1.691356 13.355776 0.801021</w:t>
        <w:br/>
        <w:t>v 1.725013 13.365717 0.748031</w:t>
        <w:br/>
        <w:t>v 1.307063 14.537101 0.717545</w:t>
        <w:br/>
        <w:t>v 1.305176 14.516180 0.713539</w:t>
        <w:br/>
        <w:t>v 1.274142 14.505780 0.767699</w:t>
        <w:br/>
        <w:t>v 1.276047 14.526693 0.771760</w:t>
        <w:br/>
        <w:t>v 1.293416 14.544591 0.785688</w:t>
        <w:br/>
        <w:t>v 1.324428 14.554954 0.731482</w:t>
        <w:br/>
        <w:t>v 1.406045 14.592929 0.869998</w:t>
        <w:br/>
        <w:t>v 1.437075 14.603134 0.816111</w:t>
        <w:br/>
        <w:t>v 1.429320 14.579298 0.883899</w:t>
        <w:br/>
        <w:t>v 1.460403 14.589493 0.830140</w:t>
        <w:br/>
        <w:t>v 1.450942 14.549438 0.893388</w:t>
        <w:br/>
        <w:t>v 1.482122 14.559597 0.839772</w:t>
        <w:br/>
        <w:t>v 1.480265 14.471970 0.900990</w:t>
        <w:br/>
        <w:t>v 1.511922 14.479555 0.845650</w:t>
        <w:br/>
        <w:t>v 1.498183 14.522030 0.844016</w:t>
        <w:br/>
        <w:t>v 1.466872 14.511887 0.897505</w:t>
        <w:br/>
        <w:t>v 1.429440 14.416184 0.785356</w:t>
        <w:br/>
        <w:t>v 1.371527 14.453029 0.823936</w:t>
        <w:br/>
        <w:t>v 1.351583 14.427312 0.806686</w:t>
        <w:br/>
        <w:t>v 1.346139 14.401457 0.799052</w:t>
        <w:br/>
        <w:t>v 1.350214 14.360734 0.793112</w:t>
        <w:br/>
        <w:t>v 1.400291 14.465490 0.845067</w:t>
        <w:br/>
        <w:t>v 1.428123 14.460157 0.862683</w:t>
        <w:br/>
        <w:t>v 1.444839 14.443495 0.870912</w:t>
        <w:br/>
        <w:t>v 1.463366 14.404447 0.876264</w:t>
        <w:br/>
        <w:t>v 1.428813 13.225854 1.666362</w:t>
        <w:br/>
        <w:t>v 1.379906 13.254031 1.642377</w:t>
        <w:br/>
        <w:t>v 1.375161 13.293092 1.647247</w:t>
        <w:br/>
        <w:t>v 1.415594 13.289917 1.671045</w:t>
        <w:br/>
        <w:t>v 1.416991 13.177627 1.649713</w:t>
        <w:br/>
        <w:t>v 1.376480 13.220926 1.633777</w:t>
        <w:br/>
        <w:t>v 1.382418 13.150787 1.623595</w:t>
        <w:br/>
        <w:t>v 1.356205 13.194277 1.616324</w:t>
        <w:br/>
        <w:t>v 1.340017 13.134869 1.594973</w:t>
        <w:br/>
        <w:t>v 1.330527 13.184619 1.598989</w:t>
        <w:br/>
        <w:t>v 1.297415 13.191326 1.580433</w:t>
        <w:br/>
        <w:t>v 1.296018 13.132194 1.568054</w:t>
        <w:br/>
        <w:t>v 1.272661 13.213968 1.570039</w:t>
        <w:br/>
        <w:t>v 1.254751 13.160493 1.548873</w:t>
        <w:br/>
        <w:t>v 1.250074 13.246143 1.562838</w:t>
        <w:br/>
        <w:t>v 1.221708 13.217111 1.540195</w:t>
        <w:br/>
        <w:t>v 0.791785 14.388323 1.538565</w:t>
        <w:br/>
        <w:t>v 0.871727 14.264329 1.551473</w:t>
        <w:br/>
        <w:t>v 0.878189 14.219877 1.544527</w:t>
        <w:br/>
        <w:t>v 0.791090 14.367676 1.533373</w:t>
        <w:br/>
        <w:t>v 0.809083 14.406050 1.551558</w:t>
        <w:br/>
        <w:t>v 0.876336 14.290053 1.559937</w:t>
        <w:br/>
        <w:t>v 0.929243 14.454457 1.624299</w:t>
        <w:br/>
        <w:t>v 0.896660 14.315540 1.576635</w:t>
        <w:br/>
        <w:t>v 0.955598 14.440943 1.635368</w:t>
        <w:br/>
        <w:t>v 0.927225 14.327844 1.595732</w:t>
        <w:br/>
        <w:t>v 0.957480 14.322433 1.610826</w:t>
        <w:br/>
        <w:t>v 0.979850 14.411263 1.642073</w:t>
        <w:br/>
        <w:t>v 0.976052 14.305760 1.617272</w:t>
        <w:br/>
        <w:t>v 0.997992 14.373862 1.643971</w:t>
        <w:br/>
        <w:t>v 0.997200 14.266644 1.620380</w:t>
        <w:br/>
        <w:t>v 1.013708 14.331474 1.643559</w:t>
        <w:br/>
        <w:t>v 1.406045 14.592929 0.869998</w:t>
        <w:br/>
        <w:t>v 1.293416 14.544591 0.785688</w:t>
        <w:br/>
        <w:t>v 1.351583 14.427312 0.806686</w:t>
        <w:br/>
        <w:t>v 1.371527 14.453029 0.823936</w:t>
        <w:br/>
        <w:t>v 1.276047 14.526693 0.771760</w:t>
        <w:br/>
        <w:t>v 1.346139 14.401457 0.799052</w:t>
        <w:br/>
        <w:t>v 1.274142 14.505780 0.767699</w:t>
        <w:br/>
        <w:t>v 1.350214 14.360734 0.793112</w:t>
        <w:br/>
        <w:t>v 1.719663 13.384799 0.823664</w:t>
        <w:br/>
        <w:t>v 1.691356 13.355776 0.801021</w:t>
        <w:br/>
        <w:t>v 1.725243 13.299151 0.809703</w:t>
        <w:br/>
        <w:t>v 1.742767 13.352630 0.830867</w:t>
        <w:br/>
        <w:t>v 1.444839 14.443495 0.870912</w:t>
        <w:br/>
        <w:t>v 1.466872 14.511887 0.897505</w:t>
        <w:br/>
        <w:t>v 1.450942 14.549438 0.893388</w:t>
        <w:br/>
        <w:t>v 1.428123 14.460157 0.862683</w:t>
        <w:br/>
        <w:t>v 1.429320 14.579298 0.883899</w:t>
        <w:br/>
        <w:t>v 1.400291 14.465490 0.845067</w:t>
        <w:br/>
        <w:t>v 1.463366 14.404447 0.876264</w:t>
        <w:br/>
        <w:t>v 1.480265 14.471970 0.900990</w:t>
        <w:br/>
        <w:t>v 1.888631 13.316278 0.910545</w:t>
        <w:br/>
        <w:t>v 1.899990 13.364520 0.927189</w:t>
        <w:br/>
        <w:t>v 1.850410 13.392682 0.903202</w:t>
        <w:br/>
        <w:t>v 1.847335 13.359581 0.894607</w:t>
        <w:br/>
        <w:t>v 1.885926 13.428579 0.931870</w:t>
        <w:br/>
        <w:t>v 1.845178 13.431753 0.908072</w:t>
        <w:br/>
        <w:t>v 1.827197 13.332937 0.877153</w:t>
        <w:br/>
        <w:t>v 1.854084 13.289457 0.884427</w:t>
        <w:br/>
        <w:t>v 1.801413 13.323268 0.859818</w:t>
        <w:br/>
        <w:t>v 1.811504 13.273521 0.855804</w:t>
        <w:br/>
        <w:t>v 1.767960 13.329988 0.841263</w:t>
        <w:br/>
        <w:t>v 1.767152 13.270837 0.828884</w:t>
        <w:br/>
        <w:t>v 0.991488 14.483981 1.138597</w:t>
        <w:br/>
        <w:t>v 0.709067 14.405871 1.571668</w:t>
        <w:br/>
        <w:t>v 0.709415 14.376541 1.564876</w:t>
        <w:br/>
        <w:t>v 0.990580 14.454380 1.132484</w:t>
        <w:br/>
        <w:t>v 1.007687 14.502458 1.150980</w:t>
        <w:br/>
        <w:t>v 0.724396 14.424227 1.583826</w:t>
        <w:br/>
        <w:t>v 1.166771 14.569401 1.254346</w:t>
        <w:br/>
        <w:t>v 0.886259 14.491108 1.681122</w:t>
        <w:br/>
        <w:t>v 1.202850 14.555493 1.273425</w:t>
        <w:br/>
        <w:t>v 0.925169 14.477316 1.698635</w:t>
        <w:br/>
        <w:t>v 1.236746 14.520701 1.286979</w:t>
        <w:br/>
        <w:t>v 0.961580 14.442646 1.710928</w:t>
        <w:br/>
        <w:t>v 1.263138 14.473792 1.293784</w:t>
        <w:br/>
        <w:t>v 0.990574 14.395763 1.717020</w:t>
        <w:br/>
        <w:t>v 1.284334 14.419544 1.296020</w:t>
        <w:br/>
        <w:t>v 1.014622 14.341336 1.719046</w:t>
        <w:br/>
        <w:t>v 1.705797 13.288102 1.320018</w:t>
        <w:br/>
        <w:t>v 1.435743 13.208847 1.742524</w:t>
        <w:br/>
        <w:t>v 1.421506 13.289305 1.749807</w:t>
        <w:br/>
        <w:t>v 1.691098 13.368564 1.327303</w:t>
        <w:br/>
        <w:t>v 1.687673 13.218329 1.295145</w:t>
        <w:br/>
        <w:t>v 1.417305 13.139073 1.717650</w:t>
        <w:br/>
        <w:t>v 1.641551 13.177924 1.259343</w:t>
        <w:br/>
        <w:t>v 1.371093 13.098660 1.681848</w:t>
        <w:br/>
        <w:t>v 1.317028 13.078379 1.645363</w:t>
        <w:br/>
        <w:t>v 1.587435 13.157640 1.222857</w:t>
        <w:br/>
        <w:t>v 1.255160 13.078200 1.608229</w:t>
        <w:br/>
        <w:t>v 1.525381 13.157450 1.185723</w:t>
        <w:br/>
        <w:t>v 1.194448 13.118252 1.579712</w:t>
        <w:br/>
        <w:t>v 1.464306 13.197513 1.157206</w:t>
        <w:br/>
        <w:t>v 1.151201 13.187835 1.567453</w:t>
        <w:br/>
        <w:t>v 1.420616 13.267089 1.144948</w:t>
        <w:br/>
        <w:t>v 1.523672 14.553696 0.866837</w:t>
        <w:br/>
        <w:t>v 1.544707 14.499263 0.870912</w:t>
        <w:br/>
        <w:t>v 1.497723 14.600815 0.857739</w:t>
        <w:br/>
        <w:t>v 1.465738 14.635822 0.841306</w:t>
        <w:br/>
        <w:t>v 1.432468 14.649986 0.819142</w:t>
        <w:br/>
        <w:t>v 1.280430 14.583902 0.704856</w:t>
        <w:br/>
        <w:t>v 1.264327 14.565248 0.692169</w:t>
        <w:br/>
        <w:t>v 1.262117 14.535260 0.687419</w:t>
        <w:br/>
        <w:t>v 1.732685 13.276773 0.734701</w:t>
        <w:br/>
        <w:t>v 1.688413 13.346344 0.722444</w:t>
        <w:br/>
        <w:t>v 1.794310 13.236700 0.763218</w:t>
        <w:br/>
        <w:t>v 1.856709 13.236901 0.800352</w:t>
        <w:br/>
        <w:t>v 1.910976 13.257191 0.836837</w:t>
        <w:br/>
        <w:t>v 1.957037 13.297585 0.872639</w:t>
        <w:br/>
        <w:t>v 1.974731 13.367357 0.897513</w:t>
        <w:br/>
        <w:t>v 1.959359 13.447824 0.904798</w:t>
        <w:br/>
        <w:t>v 0.962174 13.991748 1.539946</w:t>
        <w:br/>
        <w:t>v 0.992136 14.005453 1.630789</w:t>
        <w:br/>
        <w:t>v 1.169612 13.547042 1.646191</w:t>
        <w:br/>
        <w:t>v 1.139458 13.533217 1.553632</w:t>
        <w:br/>
        <w:t>v 1.139458 13.533217 1.553632</w:t>
        <w:br/>
        <w:t>v 1.104339 13.520095 1.530048</w:t>
        <w:br/>
        <w:t>v 0.926320 13.978258 1.516145</w:t>
        <w:br/>
        <w:t>v 0.962174 13.991748 1.539946</w:t>
        <w:br/>
        <w:t>v 1.104339 13.520095 1.530048</w:t>
        <w:br/>
        <w:t>v 1.071075 13.510185 1.582877</w:t>
        <w:br/>
        <w:t>v 0.893274 13.968353 1.568741</w:t>
        <w:br/>
        <w:t>v 0.926320 13.978258 1.516145</w:t>
        <w:br/>
        <w:t>v 1.071075 13.510185 1.582877</w:t>
        <w:br/>
        <w:t>v 1.032882 13.495918 1.557239</w:t>
        <w:br/>
        <w:t>v 0.855527 13.954180 1.543699</w:t>
        <w:br/>
        <w:t>v 0.893274 13.968353 1.568741</w:t>
        <w:br/>
        <w:t>v 1.299853 13.575173 1.134735</w:t>
        <w:br/>
        <w:t>v 1.119216 14.033429 1.119728</w:t>
        <w:br/>
        <w:t>v 0.855527 13.954180 1.543699</w:t>
        <w:br/>
        <w:t>v 1.032882 13.495918 1.557239</w:t>
        <w:br/>
        <w:t>v 1.565624 13.654428 0.712230</w:t>
        <w:br/>
        <w:t>v 1.382332 14.112672 0.697042</w:t>
        <w:br/>
        <w:t>v 1.603633 13.668694 0.737867</w:t>
        <w:br/>
        <w:t>v 1.419734 14.126862 0.722510</w:t>
        <w:br/>
        <w:t>v 1.382332 14.112672 0.697042</w:t>
        <w:br/>
        <w:t>v 1.565624 13.654428 0.712230</w:t>
        <w:br/>
        <w:t>v 1.603633 13.668694 0.737867</w:t>
        <w:br/>
        <w:t>v 1.570246 13.658754 0.790855</w:t>
        <w:br/>
        <w:t>v 1.386989 14.116910 0.775500</w:t>
        <w:br/>
        <w:t>v 1.419734 14.126862 0.722510</w:t>
        <w:br/>
        <w:t>v 1.605570 13.671967 0.814042</w:t>
        <w:br/>
        <w:t>v 1.423405 14.130651 0.798665</w:t>
        <w:br/>
        <w:t>v 1.386989 14.116910 0.775500</w:t>
        <w:br/>
        <w:t>v 1.570246 13.658754 0.790855</w:t>
        <w:br/>
        <w:t>v 1.699520 13.704722 0.805704</w:t>
        <w:br/>
        <w:t>v 1.514640 14.162922 0.791262</w:t>
        <w:br/>
        <w:t>v 1.423405 14.130651 0.798665</w:t>
        <w:br/>
        <w:t>v 1.605570 13.671967 0.814042</w:t>
        <w:br/>
        <w:t>v 1.699520 13.704722 0.805704</w:t>
        <w:br/>
        <w:t>v 1.729597 13.718554 0.898329</w:t>
        <w:br/>
        <w:t>v 1.544538 14.176598 0.882745</w:t>
        <w:br/>
        <w:t>v 1.514640 14.162922 0.791262</w:t>
        <w:br/>
        <w:t>v 1.764394 13.731704 0.922397</w:t>
        <w:br/>
        <w:t>v 1.579898 14.190084 0.908088</w:t>
        <w:br/>
        <w:t>v 1.544538 14.176598 0.882745</w:t>
        <w:br/>
        <w:t>v 1.729597 13.718554 0.898329</w:t>
        <w:br/>
        <w:t>v 1.797644 13.741566 0.868830</w:t>
        <w:br/>
        <w:t>v 1.612163 14.199825 0.853638</w:t>
        <w:br/>
        <w:t>v 1.579898 14.190084 0.908088</w:t>
        <w:br/>
        <w:t>v 1.764394 13.731704 0.922397</w:t>
        <w:br/>
        <w:t>v 1.835488 13.755898 0.894585</w:t>
        <w:br/>
        <w:t>v 1.649775 14.214156 0.879393</w:t>
        <w:br/>
        <w:t>v 1.612163 14.199825 0.853638</w:t>
        <w:br/>
        <w:t>v 1.797644 13.741566 0.868830</w:t>
        <w:br/>
        <w:t>v 1.835488 13.755898 0.894585</w:t>
        <w:br/>
        <w:t>v 1.570007 13.676643 1.317089</w:t>
        <w:br/>
        <w:t>v 1.387845 14.134902 1.301897</w:t>
        <w:br/>
        <w:t>v 1.649775 14.214156 0.879393</w:t>
        <w:br/>
        <w:t>v 1.302519 13.597389 1.739594</w:t>
        <w:br/>
        <w:t>v 1.124271 14.055647 1.724402</w:t>
        <w:br/>
        <w:t>v 1.264681 13.583056 1.713840</w:t>
        <w:br/>
        <w:t>v 1.298318 13.592968 1.661014</w:t>
        <w:br/>
        <w:t>v 1.119480 14.051223 1.645845</w:t>
        <w:br/>
        <w:t>v 1.086540 14.041316 1.698647</w:t>
        <w:br/>
        <w:t>v 1.086540 14.041316 1.698647</w:t>
        <w:br/>
        <w:t>v 1.124271 14.055647 1.724402</w:t>
        <w:br/>
        <w:t>v 1.302519 13.597389 1.739594</w:t>
        <w:br/>
        <w:t>v 1.264681 13.583056 1.713840</w:t>
        <w:br/>
        <w:t>v 1.298318 13.592968 1.661014</w:t>
        <w:br/>
        <w:t>v 1.263712 13.579894 1.637520</w:t>
        <w:br/>
        <w:t>v 1.084445 14.037933 1.621972</w:t>
        <w:br/>
        <w:t>v 1.119480 14.051223 1.645845</w:t>
        <w:br/>
        <w:t>v 1.263712 13.579894 1.637520</w:t>
        <w:br/>
        <w:t>v 1.169612 13.547042 1.646191</w:t>
        <w:br/>
        <w:t>v 0.992136 14.005453 1.630789</w:t>
        <w:br/>
        <w:t>v 1.084445 14.037933 1.621972</w:t>
        <w:br/>
        <w:t>v 1.421506 13.289305 1.749807</w:t>
        <w:br/>
        <w:t>v 1.381753 13.279992 1.723888</w:t>
        <w:br/>
        <w:t>v 1.688413 13.346344 0.722444</w:t>
        <w:br/>
        <w:t>v 1.725013 13.365717 0.748031</w:t>
        <w:br/>
        <w:t>v 1.151201 13.187835 1.567453</w:t>
        <w:br/>
        <w:t>v 1.420616 13.267089 1.144948</w:t>
        <w:br/>
        <w:t>v 0.709415 14.376541 1.564876</w:t>
        <w:br/>
        <w:t>v 0.990580 14.454380 1.132484</w:t>
        <w:br/>
        <w:t>v 1.262117 14.535260 0.687419</w:t>
        <w:br/>
        <w:t>v 1.688413 13.346344 0.722444</w:t>
        <w:br/>
        <w:t>v -0.731707 15.424710 -0.305588</w:t>
        <w:br/>
        <w:t>v -0.941934 15.377151 -0.124804</w:t>
        <w:br/>
        <w:t>v -0.970496 15.322150 -0.146979</w:t>
        <w:br/>
        <w:t>v -0.754640 15.374907 -0.342057</w:t>
        <w:br/>
        <w:t>v -1.085771 15.553411 -0.030392</w:t>
        <w:br/>
        <w:t>v -0.970496 15.322150 -0.146979</w:t>
        <w:br/>
        <w:t>v -0.941934 15.377151 -0.124804</w:t>
        <w:br/>
        <w:t>v -1.017593 15.541168 -0.049298</w:t>
        <w:br/>
        <w:t>v -0.543667 15.457883 -0.411068</w:t>
        <w:br/>
        <w:t>v -0.575306 15.407095 -0.447095</w:t>
        <w:br/>
        <w:t>v -1.023162 15.224254 0.684412</w:t>
        <w:br/>
        <w:t>v -1.067805 15.187724 0.685314</w:t>
        <w:br/>
        <w:t>v -1.112904 15.215092 0.458507</w:t>
        <w:br/>
        <w:t>v -1.070485 15.244241 0.471925</w:t>
        <w:br/>
        <w:t>v -1.015382 15.074098 0.282981</w:t>
        <w:br/>
        <w:t>v -0.951142 15.117435 0.055231</w:t>
        <w:br/>
        <w:t>v -0.993210 15.133951 0.041521</w:t>
        <w:br/>
        <w:t>v -1.057843 15.095473 0.269116</w:t>
        <w:br/>
        <w:t>v 1.208738 15.801804 0.452348</w:t>
        <w:br/>
        <w:t>v 1.207340 15.831119 0.269580</w:t>
        <w:br/>
        <w:t>v 1.241078 15.809491 0.238040</w:t>
        <w:br/>
        <w:t>v 1.238333 15.767182 0.468711</w:t>
        <w:br/>
        <w:t>v 1.241078 15.809491 0.238040</w:t>
        <w:br/>
        <w:t>v 1.207340 15.831119 0.269580</w:t>
        <w:br/>
        <w:t>v 1.246320 16.001867 0.376212</w:t>
        <w:br/>
        <w:t>v 1.287428 15.990532 0.352700</w:t>
        <w:br/>
        <w:t>v 1.287034 16.381529 0.571139</w:t>
        <w:br/>
        <w:t>v 1.257369 16.571249 0.630034</w:t>
        <w:br/>
        <w:t>v 1.308595 16.590092 0.625648</w:t>
        <w:br/>
        <w:t>v 1.334853 16.387882 0.551569</w:t>
        <w:br/>
        <w:t>v 0.221614 15.195943 1.454865</w:t>
        <w:br/>
        <w:t>v 0.221755 15.176809 1.415920</w:t>
        <w:br/>
        <w:t>v 0.001334 15.141575 1.436943</w:t>
        <w:br/>
        <w:t>v 0.000404 15.157741 1.467242</w:t>
        <w:br/>
        <w:t>v -0.219889 15.109081 1.402598</w:t>
        <w:br/>
        <w:t>v -0.511276 15.075256 1.313434</w:t>
        <w:br/>
        <w:t>v -0.530577 15.098360 1.344521</w:t>
        <w:br/>
        <w:t>v -0.220598 15.129674 1.426494</w:t>
        <w:br/>
        <w:t>v 1.014197 15.550832 -0.162545</w:t>
        <w:br/>
        <w:t>v 1.117740 15.604775 0.044587</w:t>
        <w:br/>
        <w:t>v 1.154318 15.621985 0.036239</w:t>
        <w:br/>
        <w:t>v 1.050790 15.566545 -0.180024</w:t>
        <w:br/>
        <w:t>v 1.163846 15.606542 0.264566</w:t>
        <w:br/>
        <w:t>v 1.195987 15.627156 0.252267</w:t>
        <w:br/>
        <w:t>v 1.215533 15.817178 0.056208</w:t>
        <w:br/>
        <w:t>v 1.179757 15.848383 0.053096</w:t>
        <w:br/>
        <w:t>v 1.085862 15.781669 -0.206996</w:t>
        <w:br/>
        <w:t>v 1.121510 15.746807 -0.216774</w:t>
        <w:br/>
        <w:t>v 0.992592 15.679862 -0.381645</w:t>
        <w:br/>
        <w:t>v 0.951029 15.719535 -0.357370</w:t>
        <w:br/>
        <w:t>v 0.764529 15.675809 -0.438081</w:t>
        <w:br/>
        <w:t>v 0.800885 15.630919 -0.472280</w:t>
        <w:br/>
        <w:t>v 1.225440 16.021217 0.180708</w:t>
        <w:br/>
        <w:t>v 1.179757 15.848383 0.053096</w:t>
        <w:br/>
        <w:t>v 1.215533 15.817178 0.056208</w:t>
        <w:br/>
        <w:t>v 1.269321 15.998323 0.189625</w:t>
        <w:br/>
        <w:t>v 1.157371 17.042871 0.560992</w:t>
        <w:br/>
        <w:t>v 1.078012 17.088312 0.504386</w:t>
        <w:br/>
        <w:t>v 1.135708 17.009960 0.538154</w:t>
        <w:br/>
        <w:t>v 1.115139 17.125568 0.562273</w:t>
        <w:br/>
        <w:t>v 1.057763 17.147457 0.499927</w:t>
        <w:br/>
        <w:t>v 1.067165 17.169123 0.520948</w:t>
        <w:br/>
        <w:t>v 1.087053 17.165539 0.546968</w:t>
        <w:br/>
        <w:t>v 1.022478 17.006823 0.666366</w:t>
        <w:br/>
        <w:t>v 1.018413 17.115738 0.652434</w:t>
        <w:br/>
        <w:t>v 1.076515 17.038515 0.669020</w:t>
        <w:br/>
        <w:t>v 0.967983 17.072336 0.585653</w:t>
        <w:br/>
        <w:t>v 0.983940 17.151997 0.630020</w:t>
        <w:br/>
        <w:t>v 0.961612 17.154676 0.602902</w:t>
        <w:br/>
        <w:t>v 0.949248 17.132811 0.581979</w:t>
        <w:br/>
        <w:t>v -0.024540 15.527815 -0.428801</w:t>
        <w:br/>
        <w:t>v -0.201284 15.500564 -0.437334</w:t>
        <w:br/>
        <w:t>v -0.199667 15.441279 -0.481596</w:t>
        <w:br/>
        <w:t>v -0.020041 15.468321 -0.473842</w:t>
        <w:br/>
        <w:t>v -0.545305 15.239109 -0.379197</w:t>
        <w:br/>
        <w:t>v -0.527070 15.222285 -0.345966</w:t>
        <w:br/>
        <w:t>v -0.336760 15.254169 -0.400942</w:t>
        <w:br/>
        <w:t>v -0.355961 15.269998 -0.434588</w:t>
        <w:br/>
        <w:t>v -0.019432 15.288894 -0.389990</w:t>
        <w:br/>
        <w:t>v 0.148246 15.314752 -0.413642</w:t>
        <w:br/>
        <w:t>v 0.150214 15.327842 -0.449221</w:t>
        <w:br/>
        <w:t>v -0.022892 15.300441 -0.425701</w:t>
        <w:br/>
        <w:t>v -1.096646 15.553556 0.136545</w:t>
        <w:br/>
        <w:t>v -1.030196 15.339060 0.053578</w:t>
        <w:br/>
        <w:t>v -1.056675 15.307993 0.009385</w:t>
        <w:br/>
        <w:t>v -1.144148 15.560018 0.118127</w:t>
        <w:br/>
        <w:t>v -1.284256 16.195421 0.477488</w:t>
        <w:br/>
        <w:t>v -1.250114 16.004869 0.372328</w:t>
        <w:br/>
        <w:t>v -1.298907 16.003857 0.356579</w:t>
        <w:br/>
        <w:t>v -1.329725 16.194351 0.459086</w:t>
        <w:br/>
        <w:t>v -1.273465 16.576838 0.636602</w:t>
        <w:br/>
        <w:t>v -1.292634 16.386580 0.569228</w:t>
        <w:br/>
        <w:t>v -1.335693 16.392231 0.555766</w:t>
        <w:br/>
        <w:t>v -1.317064 16.590076 0.622620</w:t>
        <w:br/>
        <w:t>v -1.052395 15.054512 0.697227</w:t>
        <w:br/>
        <w:t>v -1.018093 15.033385 0.689910</w:t>
        <w:br/>
        <w:t>v -1.034979 15.052002 0.457537</w:t>
        <w:br/>
        <w:t>v -1.074094 15.071587 0.458514</w:t>
        <w:br/>
        <w:t>v -0.756427 15.049868 1.141799</w:t>
        <w:br/>
        <w:t>v -0.941873 15.035233 0.903085</w:t>
        <w:br/>
        <w:t>v -0.976007 15.052138 0.915755</w:t>
        <w:br/>
        <w:t>v -0.789206 15.070978 1.161663</w:t>
        <w:br/>
        <w:t>v -0.779892 15.215331 1.132199</w:t>
        <w:br/>
        <w:t>v -0.815749 15.183617 1.162076</w:t>
        <w:br/>
        <w:t>v -0.986053 15.174654 0.908802</w:t>
        <w:br/>
        <w:t>v -0.944448 15.214452 0.895986</w:t>
        <w:br/>
        <w:t>v 1.198999 15.588168 0.483219</w:t>
        <w:br/>
        <w:t>v 1.166589 15.566260 0.474801</w:t>
        <w:br/>
        <w:t>v 1.119411 15.494042 0.692835</w:t>
        <w:br/>
        <w:t>v 1.152773 15.523365 0.709490</w:t>
        <w:br/>
        <w:t>v 0.999246 15.417501 0.932889</w:t>
        <w:br/>
        <w:t>v 1.035586 15.445930 0.949850</w:t>
        <w:br/>
        <w:t>v 1.311809 16.608379 0.468870</w:t>
        <w:br/>
        <w:t>v 1.266445 16.594622 0.455145</w:t>
        <w:br/>
        <w:t>v 1.286693 16.407139 0.382768</w:t>
        <w:br/>
        <w:t>v 1.334718 16.405205 0.397652</w:t>
        <w:br/>
        <w:t>v 1.203621 16.762121 0.664521</w:t>
        <w:br/>
        <w:t>v 1.244071 16.785521 0.661999</w:t>
        <w:br/>
        <w:t>v 0.509409 15.392903 1.388572</w:t>
        <w:br/>
        <w:t>v 0.506792 15.424046 1.354978</w:t>
        <w:br/>
        <w:t>v 0.800645 15.527553 1.202487</w:t>
        <w:br/>
        <w:t>v 0.835619 15.492534 1.227566</w:t>
        <w:br/>
        <w:t>v 0.830242 15.344447 1.203036</w:t>
        <w:br/>
        <w:t>v 0.792096 15.316191 1.164940</w:t>
        <w:br/>
        <w:t>v 0.500642 15.231374 1.323960</w:t>
        <w:br/>
        <w:t>v 0.511474 15.254657 1.356570</w:t>
        <w:br/>
        <w:t>v -1.104032 16.976240 0.681364</w:t>
        <w:br/>
        <w:t>v -1.067160 16.943855 0.677768</w:t>
        <w:br/>
        <w:t>v -1.189741 16.758430 0.677869</w:t>
        <w:br/>
        <w:t>v -1.233222 16.781616 0.669803</w:t>
        <w:br/>
        <w:t>v -0.983979 17.047667 0.634438</w:t>
        <w:br/>
        <w:t>v -1.037975 17.077929 0.665967</w:t>
        <w:br/>
        <w:t>v -0.998662 17.137690 0.645309</w:t>
        <w:br/>
        <w:t>v -0.972350 17.157104 0.619185</w:t>
        <w:br/>
        <w:t>v -0.953625 17.146290 0.593414</w:t>
        <w:br/>
        <w:t>v -0.956507 17.092714 0.584926</w:t>
        <w:br/>
        <w:t>v -1.265900 16.199081 0.299630</w:t>
        <w:br/>
        <w:t>v -1.289443 16.398952 0.393020</w:t>
        <w:br/>
        <w:t>v -1.332777 16.406702 0.414227</w:t>
        <w:br/>
        <w:t>v -1.315842 16.198753 0.317828</w:t>
        <w:br/>
        <w:t>v -1.212394 16.766523 0.501863</w:t>
        <w:br/>
        <w:t>v -1.155678 16.946083 0.529129</w:t>
        <w:br/>
        <w:t>v -1.172791 16.974857 0.561303</w:t>
        <w:br/>
        <w:t>v -1.248221 16.785360 0.527114</w:t>
        <w:br/>
        <w:t>v -1.107828 17.062422 0.529930</w:t>
        <w:br/>
        <w:t>v -1.131790 17.085304 0.571941</w:t>
        <w:br/>
        <w:t>v 1.217989 16.783514 0.496117</w:t>
        <w:br/>
        <w:t>v 1.257725 16.792702 0.516407</w:t>
        <w:br/>
        <w:t>v -1.098608 17.149572 0.563101</w:t>
        <w:br/>
        <w:t>v -1.074923 17.171116 0.539960</w:t>
        <w:br/>
        <w:t>v -1.058614 17.160721 0.514383</w:t>
        <w:br/>
        <w:t>v -1.064763 17.107172 0.506274</w:t>
        <w:br/>
        <w:t>v -0.867945 15.157828 -0.108891</w:t>
        <w:br/>
        <w:t>v -0.906885 15.172553 -0.124718</w:t>
        <w:br/>
        <w:t>v -0.993210 15.133951 0.041521</w:t>
        <w:br/>
        <w:t>v -0.951142 15.117435 0.055231</w:t>
        <w:br/>
        <w:t>v -1.085771 15.553411 -0.030392</w:t>
        <w:br/>
        <w:t>v -1.196900 15.793383 0.096041</w:t>
        <w:br/>
        <w:t>v -1.241379 15.808599 0.248119</w:t>
        <w:br/>
        <w:t>v -1.144148 15.560018 0.118127</w:t>
        <w:br/>
        <w:t>v 1.215533 15.817178 0.056208</w:t>
        <w:br/>
        <w:t>v 1.241078 15.809491 0.238040</w:t>
        <w:br/>
        <w:t>v 1.287428 15.990532 0.352700</w:t>
        <w:br/>
        <w:t>v 1.269321 15.998323 0.189625</w:t>
        <w:br/>
        <w:t>v 1.050790 15.566545 -0.180024</w:t>
        <w:br/>
        <w:t>v 1.154318 15.621985 0.036239</w:t>
        <w:br/>
        <w:t>v 1.215533 15.817178 0.056208</w:t>
        <w:br/>
        <w:t>v 1.121510 15.746807 -0.216774</w:t>
        <w:br/>
        <w:t>v 1.241078 15.809491 0.238040</w:t>
        <w:br/>
        <w:t>v 1.195987 15.627156 0.252267</w:t>
        <w:br/>
        <w:t>v 1.238333 15.767182 0.468711</w:t>
        <w:br/>
        <w:t>v 1.198999 15.588168 0.483219</w:t>
        <w:br/>
        <w:t>v 1.152773 15.523365 0.709490</w:t>
        <w:br/>
        <w:t>v 1.184133 15.710983 0.710452</w:t>
        <w:br/>
        <w:t>v -0.986053 15.174654 0.908802</w:t>
        <w:br/>
        <w:t>v -0.815749 15.183617 1.162076</w:t>
        <w:br/>
        <w:t>v -0.789206 15.070978 1.161663</w:t>
        <w:br/>
        <w:t>v -0.976007 15.052138 0.915755</w:t>
        <w:br/>
        <w:t>v -1.112904 15.215092 0.458507</w:t>
        <w:br/>
        <w:t>v -1.067805 15.187724 0.685314</w:t>
        <w:br/>
        <w:t>v -1.052395 15.054512 0.697227</w:t>
        <w:br/>
        <w:t>v -1.074094 15.071587 0.458514</w:t>
        <w:br/>
        <w:t>v -1.118729 15.253061 0.261552</w:t>
        <w:br/>
        <w:t>v -1.057843 15.095473 0.269116</w:t>
        <w:br/>
        <w:t>v 1.078012 17.088312 0.504386</w:t>
        <w:br/>
        <w:t>v 0.967983 17.072336 0.585653</w:t>
        <w:br/>
        <w:t>v 1.022478 17.006823 0.666366</w:t>
        <w:br/>
        <w:t>v 1.135708 17.009960 0.538154</w:t>
        <w:br/>
        <w:t>v -1.064763 17.107172 0.506274</w:t>
        <w:br/>
        <w:t>v -0.956507 17.092714 0.584926</w:t>
        <w:br/>
        <w:t>v -0.953625 17.146290 0.593414</w:t>
        <w:br/>
        <w:t>v -1.058614 17.160721 0.514383</w:t>
        <w:br/>
        <w:t>v -1.058614 17.160721 0.514383</w:t>
        <w:br/>
        <w:t>v -0.953625 17.146290 0.593414</w:t>
        <w:br/>
        <w:t>v -0.972350 17.157104 0.619185</w:t>
        <w:br/>
        <w:t>v -1.074923 17.171116 0.539960</w:t>
        <w:br/>
        <w:t>v -1.098608 17.149572 0.563101</w:t>
        <w:br/>
        <w:t>v -0.998662 17.137690 0.645309</w:t>
        <w:br/>
        <w:t>v -1.037975 17.077929 0.665967</w:t>
        <w:br/>
        <w:t>v -1.131790 17.085304 0.571941</w:t>
        <w:br/>
        <w:t>v -1.104032 16.976240 0.681364</w:t>
        <w:br/>
        <w:t>v -1.172791 16.974857 0.561303</w:t>
        <w:br/>
        <w:t>v -1.233222 16.781616 0.669803</w:t>
        <w:br/>
        <w:t>v -1.248221 16.785360 0.527114</w:t>
        <w:br/>
        <w:t>v -1.317064 16.590076 0.622620</w:t>
        <w:br/>
        <w:t>v -1.335693 16.392231 0.555766</w:t>
        <w:br/>
        <w:t>v -1.332777 16.406702 0.414227</w:t>
        <w:br/>
        <w:t>v -1.306354 16.603186 0.477329</w:t>
        <w:br/>
        <w:t>v -1.329725 16.194351 0.459086</w:t>
        <w:br/>
        <w:t>v -1.315842 16.198753 0.317828</w:t>
        <w:br/>
        <w:t>v -1.298907 16.003857 0.356579</w:t>
        <w:br/>
        <w:t>v -1.272204 15.999357 0.210385</w:t>
        <w:br/>
        <w:t>v 0.949248 17.132811 0.581979</w:t>
        <w:br/>
        <w:t>v 1.057763 17.147457 0.499927</w:t>
        <w:br/>
        <w:t>v 0.961612 17.154676 0.602902</w:t>
        <w:br/>
        <w:t>v 0.949248 17.132811 0.581979</w:t>
        <w:br/>
        <w:t>v 1.057763 17.147457 0.499927</w:t>
        <w:br/>
        <w:t>v 1.067165 17.169123 0.520948</w:t>
        <w:br/>
        <w:t>v 1.087053 17.165539 0.546968</w:t>
        <w:br/>
        <w:t>v 0.983940 17.151997 0.630020</w:t>
        <w:br/>
        <w:t>v 1.115139 17.125568 0.562273</w:t>
        <w:br/>
        <w:t>v 1.018413 17.115738 0.652434</w:t>
        <w:br/>
        <w:t>v 1.157371 17.042871 0.560992</w:t>
        <w:br/>
        <w:t>v 1.076515 17.038515 0.669020</w:t>
        <w:br/>
        <w:t>v 1.257725 16.792702 0.516407</w:t>
        <w:br/>
        <w:t>v 1.244071 16.785521 0.661999</w:t>
        <w:br/>
        <w:t>v 1.311809 16.608379 0.468870</w:t>
        <w:br/>
        <w:t>v 1.308595 16.590092 0.625648</w:t>
        <w:br/>
        <w:t>v 1.334718 16.405205 0.397652</w:t>
        <w:br/>
        <w:t>v 1.334853 16.387882 0.551569</w:t>
        <w:br/>
        <w:t>v -0.754640 15.374907 -0.342057</w:t>
        <w:br/>
        <w:t>v -0.970496 15.322150 -0.146979</w:t>
        <w:br/>
        <w:t>v -0.906885 15.172553 -0.124718</w:t>
        <w:br/>
        <w:t>v -0.711240 15.219676 -0.306040</w:t>
        <w:br/>
        <w:t>v -1.056675 15.307993 0.009385</w:t>
        <w:br/>
        <w:t>v -0.993210 15.133951 0.041521</w:t>
        <w:br/>
        <w:t>v -0.545305 15.239109 -0.379197</w:t>
        <w:br/>
        <w:t>v -0.355961 15.269998 -0.434588</w:t>
        <w:br/>
        <w:t>v -0.384248 15.430751 -0.485395</w:t>
        <w:br/>
        <w:t>v -0.575306 15.407095 -0.447095</w:t>
        <w:br/>
        <w:t>v -1.107828 17.062422 0.529930</w:t>
        <w:br/>
        <w:t>v -0.983979 17.047667 0.634438</w:t>
        <w:br/>
        <w:t>v -1.067805 15.187724 0.685314</w:t>
        <w:br/>
        <w:t>v -1.118729 15.253061 0.261552</w:t>
        <w:br/>
        <w:t>v -1.069260 15.291924 0.277847</w:t>
        <w:br/>
        <w:t>v 1.281993 16.185301 0.478135</w:t>
        <w:br/>
        <w:t>v 1.325895 16.182623 0.458511</w:t>
        <w:br/>
        <w:t>v 1.325895 16.182623 0.458511</w:t>
        <w:br/>
        <w:t>v 1.318978 16.192654 0.302502</w:t>
        <w:br/>
        <w:t>v 1.318978 16.192654 0.302502</w:t>
        <w:br/>
        <w:t>v 1.269025 16.205301 0.289079</w:t>
        <w:br/>
        <w:t>v 1.217989 16.783514 0.496117</w:t>
        <w:br/>
        <w:t>v 1.203621 16.762121 0.664521</w:t>
        <w:br/>
        <w:t>v -1.155678 16.946083 0.529129</w:t>
        <w:br/>
        <w:t>v -1.067160 16.943855 0.677768</w:t>
        <w:br/>
        <w:t>v -0.380598 15.485385 -0.443375</w:t>
        <w:br/>
        <w:t>v -0.384248 15.430751 -0.485395</w:t>
        <w:br/>
        <w:t>v -0.185691 15.286395 -0.432708</w:t>
        <w:br/>
        <w:t>v -0.199667 15.441279 -0.481596</w:t>
        <w:br/>
        <w:t>v -0.174743 15.273887 -0.397389</w:t>
        <w:br/>
        <w:t>v -0.185691 15.286395 -0.432708</w:t>
        <w:br/>
        <w:t>v -0.022892 15.300441 -0.425701</w:t>
        <w:br/>
        <w:t>v -0.020041 15.468321 -0.473842</w:t>
        <w:br/>
        <w:t>v 0.161664 15.500160 -0.499457</w:t>
        <w:br/>
        <w:t>v 0.156438 15.557260 -0.455737</w:t>
        <w:br/>
        <w:t>v 0.150214 15.327842 -0.449221</w:t>
        <w:br/>
        <w:t>v 0.161664 15.500160 -0.499457</w:t>
        <w:br/>
        <w:t>v 0.563921 15.634465 -0.471859</w:t>
        <w:br/>
        <w:t>v 0.572550 15.579687 -0.511191</w:t>
        <w:br/>
        <w:t>v 0.340612 15.366721 -0.464268</w:t>
        <w:br/>
        <w:t>v 0.357751 15.538218 -0.523031</w:t>
        <w:br/>
        <w:t>v 0.332168 15.352916 -0.428794</w:t>
        <w:br/>
        <w:t>v 0.340612 15.366721 -0.464268</w:t>
        <w:br/>
        <w:t>v 0.550622 15.414746 -0.430497</w:t>
        <w:br/>
        <w:t>v 0.540699 15.405717 -0.393841</w:t>
        <w:br/>
        <w:t>v 0.357751 15.538218 -0.523031</w:t>
        <w:br/>
        <w:t>v 0.348941 15.593086 -0.481648</w:t>
        <w:br/>
        <w:t>v 0.572550 15.579687 -0.511191</w:t>
        <w:br/>
        <w:t>v 0.550622 15.414746 -0.430497</w:t>
        <w:br/>
        <w:t>v 0.687403 15.440255 -0.346391</w:t>
        <w:br/>
        <w:t>v 0.718527 15.455861 -0.378184</w:t>
        <w:br/>
        <w:t>v 0.718527 15.455861 -0.378184</w:t>
        <w:br/>
        <w:t>v 0.800885 15.630919 -0.472280</w:t>
        <w:br/>
        <w:t>v 0.992592 15.679862 -0.381645</w:t>
        <w:br/>
        <w:t>v 0.895694 15.519128 -0.288787</w:t>
        <w:br/>
        <w:t>v 0.858667 15.502160 -0.263209</w:t>
        <w:br/>
        <w:t>v 0.895694 15.519128 -0.288787</w:t>
        <w:br/>
        <w:t>v 1.157181 15.747790 0.686672</w:t>
        <w:br/>
        <w:t>v 1.184133 15.710983 0.710452</w:t>
        <w:br/>
        <w:t>v 1.048832 15.611531 0.976615</w:t>
        <w:br/>
        <w:t>v 1.012247 15.644635 0.962487</w:t>
        <w:br/>
        <w:t>v 1.035586 15.445930 0.949850</w:t>
        <w:br/>
        <w:t>v 1.048832 15.611531 0.976615</w:t>
        <w:br/>
        <w:t>v 1.184133 15.710983 0.710452</w:t>
        <w:br/>
        <w:t>v -0.711240 15.219676 -0.306040</w:t>
        <w:br/>
        <w:t>v -0.680826 15.202409 -0.280494</w:t>
        <w:br/>
        <w:t>v -0.501714 15.244628 1.331839</w:t>
        <w:br/>
        <w:t>v -0.528167 15.217880 1.359775</w:t>
        <w:br/>
        <w:t>v -0.528167 15.217880 1.359775</w:t>
        <w:br/>
        <w:t>v -0.530577 15.098360 1.344521</w:t>
        <w:br/>
        <w:t>v -0.205309 15.285564 1.431847</w:t>
        <w:br/>
        <w:t>v -0.219434 15.255366 1.482989</w:t>
        <w:br/>
        <w:t>v -0.219434 15.255366 1.482989</w:t>
        <w:br/>
        <w:t>v -0.220598 15.129674 1.426494</w:t>
        <w:br/>
        <w:t>v 0.008844 15.312482 1.450470</w:t>
        <w:br/>
        <w:t>v 0.001364 15.291531 1.493456</w:t>
        <w:br/>
        <w:t>v 0.001364 15.291531 1.493456</w:t>
        <w:br/>
        <w:t>v 0.000404 15.157741 1.467242</w:t>
        <w:br/>
        <w:t>v 0.219925 15.350144 1.429237</w:t>
        <w:br/>
        <w:t>v 0.214319 15.325142 1.469608</w:t>
        <w:br/>
        <w:t>v 0.214319 15.325142 1.469608</w:t>
        <w:br/>
        <w:t>v 0.221614 15.195943 1.454865</w:t>
        <w:br/>
        <w:t>v 0.509409 15.392903 1.388572</w:t>
        <w:br/>
        <w:t>v 0.511474 15.254657 1.356570</w:t>
        <w:br/>
        <w:t>v 0.835619 15.492534 1.227566</w:t>
        <w:br/>
        <w:t>v 0.830242 15.344447 1.203036</w:t>
        <w:br/>
        <w:t>v -1.190185 15.806274 0.261516</w:t>
        <w:br/>
        <w:t>v -1.241379 15.808599 0.248119</w:t>
        <w:br/>
        <w:t>v -1.131228 15.786753 0.073376</w:t>
        <w:br/>
        <w:t>v -1.196900 15.793383 0.096041</w:t>
        <w:br/>
        <w:t>v -0.970496 15.322150 -0.146979</w:t>
        <w:br/>
        <w:t>v -1.056675 15.307993 0.009385</w:t>
        <w:br/>
        <w:t>v -1.272204 15.999357 0.210385</w:t>
        <w:br/>
        <w:t>v -1.217296 15.999710 0.190489</w:t>
        <w:br/>
        <w:t>v -1.306354 16.603186 0.477329</w:t>
        <w:br/>
        <w:t>v -1.264751 16.594286 0.456845</w:t>
        <w:br/>
        <w:t>v -1.248221 16.785360 0.527114</w:t>
        <w:br/>
        <w:t>v -1.056675 15.307993 0.009385</w:t>
        <w:br/>
        <w:t>v -1.030196 15.339060 0.053578</w:t>
        <w:br/>
        <w:t>v -1.056675 15.307993 0.009385</w:t>
        <w:br/>
        <w:t>v -0.993210 15.133951 0.041521</w:t>
        <w:br/>
        <w:t>v -1.423508 10.155786 0.802638</w:t>
        <w:br/>
        <w:t>v -1.428562 10.191628 0.807232</w:t>
        <w:br/>
        <w:t>v -1.542235 10.184745 0.803820</w:t>
        <w:br/>
        <w:t>v -1.538014 10.148855 0.798990</w:t>
        <w:br/>
        <w:t>v -1.423508 10.155786 0.802638</w:t>
        <w:br/>
        <w:t>v -1.538014 10.148855 0.798990</w:t>
        <w:br/>
        <w:t>v -1.553015 10.155174 0.815090</w:t>
        <w:br/>
        <w:t>v -1.423397 10.162955 0.824258</w:t>
        <w:br/>
        <w:t>v -1.428562 10.191628 0.807232</w:t>
        <w:br/>
        <w:t>v -1.427270 10.178815 0.826120</w:t>
        <w:br/>
        <w:t>v -1.555431 10.173960 0.817577</w:t>
        <w:br/>
        <w:t>v -1.542235 10.184745 0.803820</w:t>
        <w:br/>
        <w:t>v -1.423397 10.162955 0.824258</w:t>
        <w:br/>
        <w:t>v -1.553015 10.155174 0.815090</w:t>
        <w:br/>
        <w:t>v -1.555431 10.173960 0.817577</w:t>
        <w:br/>
        <w:t>v -1.427270 10.178815 0.826120</w:t>
        <w:br/>
        <w:t>v -1.542235 10.184745 0.803820</w:t>
        <w:br/>
        <w:t>v -1.553009 10.184810 0.784364</w:t>
        <w:br/>
        <w:t>v -1.547494 10.148980 0.779951</w:t>
        <w:br/>
        <w:t>v -1.538014 10.148855 0.798990</w:t>
        <w:br/>
        <w:t>v -1.534361 10.152046 0.760033</w:t>
        <w:br/>
        <w:t>v -1.550412 10.160675 0.745487</w:t>
        <w:br/>
        <w:t>v -1.570670 10.156098 0.779165</w:t>
        <w:br/>
        <w:t>v -1.547494 10.148980 0.779951</w:t>
        <w:br/>
        <w:t>v -1.574674 10.174785 0.781179</w:t>
        <w:br/>
        <w:t>v -1.553009 10.184810 0.784364</w:t>
        <w:br/>
        <w:t>v -1.550412 10.160675 0.745487</w:t>
        <w:br/>
        <w:t>v -1.555129 10.179348 0.746774</w:t>
        <w:br/>
        <w:t>v -1.574674 10.174785 0.781179</w:t>
        <w:br/>
        <w:t>v -1.570670 10.156098 0.779165</w:t>
        <w:br/>
        <w:t>v -1.555129 10.179348 0.746774</w:t>
        <w:br/>
        <w:t>v -1.540451 10.187899 0.763823</w:t>
        <w:br/>
        <w:t>v -1.466310 10.184524 0.748042</w:t>
        <w:br/>
        <w:t>v -1.476891 10.192162 0.768443</w:t>
        <w:br/>
        <w:t>v -1.555129 10.179348 0.746774</w:t>
        <w:br/>
        <w:t>v -1.550412 10.160675 0.745487</w:t>
        <w:br/>
        <w:t>v -1.462296 10.165786 0.747261</w:t>
        <w:br/>
        <w:t>v -1.466310 10.184524 0.748042</w:t>
        <w:br/>
        <w:t>v -1.471396 10.156216 0.765034</w:t>
        <w:br/>
        <w:t>v -1.462296 10.165786 0.747261</w:t>
        <w:br/>
        <w:t>v -1.471396 10.156216 0.765034</w:t>
        <w:br/>
        <w:t>v -1.534361 10.152046 0.760033</w:t>
        <w:br/>
        <w:t>v -1.540451 10.187899 0.763823</w:t>
        <w:br/>
        <w:t>v -1.476891 10.192162 0.768443</w:t>
        <w:br/>
        <w:t>v -1.534361 10.152046 0.760033</w:t>
        <w:br/>
        <w:t>v -1.547494 10.148980 0.779951</w:t>
        <w:br/>
        <w:t>v -1.553009 10.184810 0.784364</w:t>
        <w:br/>
        <w:t>v -1.540451 10.187899 0.763823</w:t>
        <w:br/>
        <w:t>v -1.479365 10.082057 0.738380</w:t>
        <w:br/>
        <w:t>v -1.494678 10.067833 0.723093</w:t>
        <w:br/>
        <w:t>v -1.458616 10.088143 0.681058</w:t>
        <w:br/>
        <w:t>v -1.449807 10.096714 0.703086</w:t>
        <w:br/>
        <w:t>v -1.524881 10.073983 0.755365</w:t>
        <w:br/>
        <w:t>v -1.501496 10.085568 0.762702</w:t>
        <w:br/>
        <w:t>v -1.545360 10.260287 0.769131</w:t>
        <w:br/>
        <w:t>v -1.524881 10.073983 0.755365</w:t>
        <w:br/>
        <w:t>v -1.501496 10.085568 0.762702</w:t>
        <w:br/>
        <w:t>v -1.519609 10.253356 0.775931</w:t>
        <w:br/>
        <w:t>v -1.519609 10.253356 0.775931</w:t>
        <w:br/>
        <w:t>v -1.501496 10.085568 0.762702</w:t>
        <w:br/>
        <w:t>v -1.495850 10.073482 0.782253</w:t>
        <w:br/>
        <w:t>v -1.517848 10.260666 0.798608</w:t>
        <w:br/>
        <w:t>v -1.543762 10.266997 0.791116</w:t>
        <w:br/>
        <w:t>v -1.517848 10.260666 0.798608</w:t>
        <w:br/>
        <w:t>v -1.495850 10.073482 0.782253</w:t>
        <w:br/>
        <w:t>v -1.519337 10.062543 0.774267</w:t>
        <w:br/>
        <w:t>v -1.543762 10.266997 0.791116</w:t>
        <w:br/>
        <w:t>v -1.545360 10.260287 0.769131</w:t>
        <w:br/>
        <w:t>v -1.532740 10.281658 0.751417</w:t>
        <w:br/>
        <w:t>v -1.524463 10.295068 0.766166</w:t>
        <w:br/>
        <w:t>v -1.524463 10.295068 0.766166</w:t>
        <w:br/>
        <w:t>v -1.504176 10.283160 0.779007</w:t>
        <w:br/>
        <w:t>v -1.519337 10.062543 0.774267</w:t>
        <w:br/>
        <w:t>v -1.524881 10.073983 0.755365</w:t>
        <w:br/>
        <w:t>v -1.494678 10.067833 0.723093</w:t>
        <w:br/>
        <w:t>v -1.479643 10.053045 0.731671</w:t>
        <w:br/>
        <w:t>v -1.464078 10.066788 0.747396</w:t>
        <w:br/>
        <w:t>v -1.479643 10.053045 0.731671</w:t>
        <w:br/>
        <w:t>v -1.519337 10.062543 0.774267</w:t>
        <w:br/>
        <w:t>v -1.495850 10.073482 0.782253</w:t>
        <w:br/>
        <w:t>v -1.426906 10.088300 0.703377</w:t>
        <w:br/>
        <w:t>v -1.435991 10.079960 0.681050</w:t>
        <w:br/>
        <w:t>v -1.426906 10.088300 0.703377</w:t>
        <w:br/>
        <w:t>v -1.464078 10.066788 0.747396</w:t>
        <w:br/>
        <w:t>v -1.479365 10.082057 0.738380</w:t>
        <w:br/>
        <w:t>v -1.449807 10.096714 0.703086</w:t>
        <w:br/>
        <w:t>v -1.504176 10.283160 0.779007</w:t>
        <w:br/>
        <w:t>v -1.512666 10.268998 0.763741</w:t>
        <w:br/>
        <w:t>v -1.463500 10.282659 0.731753</w:t>
        <w:br/>
        <w:t>v -1.481658 10.268903 0.726215</w:t>
        <w:br/>
        <w:t>v -1.493638 10.281926 0.706486</w:t>
        <w:br/>
        <w:t>v -1.532740 10.281658 0.751417</w:t>
        <w:br/>
        <w:t>v -1.512666 10.268998 0.763741</w:t>
        <w:br/>
        <w:t>v -1.481658 10.268903 0.726215</w:t>
        <w:br/>
        <w:t>v -1.435991 10.079960 0.681050</w:t>
        <w:br/>
        <w:t>v -1.458616 10.088143 0.681058</w:t>
        <w:br/>
        <w:t>v -1.475797 10.294762 0.711719</w:t>
        <w:br/>
        <w:t>v -1.463500 10.282659 0.731753</w:t>
        <w:br/>
        <w:t>v -1.493638 10.281926 0.706486</w:t>
        <w:br/>
        <w:t>v -1.475797 10.294762 0.711719</w:t>
        <w:br/>
        <w:t>v -1.304094 10.159890 0.967232</w:t>
        <w:br/>
        <w:t>v -1.283204 10.152773 0.961037</w:t>
        <w:br/>
        <w:t>v -1.280317 10.085861 0.950288</w:t>
        <w:br/>
        <w:t>v -1.298048 10.075807 0.951380</w:t>
        <w:br/>
        <w:t>v -1.266230 10.199396 0.978757</w:t>
        <w:br/>
        <w:t>v -1.263737 10.161124 0.973082</w:t>
        <w:br/>
        <w:t>v -1.254163 10.180586 0.981817</w:t>
        <w:br/>
        <w:t>v -1.254163 10.180586 0.981817</w:t>
        <w:br/>
        <w:t>v -1.273922 10.178526 0.988389</w:t>
        <w:br/>
        <w:t>v -1.286014 10.191720 0.984632</w:t>
        <w:br/>
        <w:t>v -1.266230 10.199396 0.978757</w:t>
        <w:br/>
        <w:t>v -1.280317 10.085861 0.950288</w:t>
        <w:br/>
        <w:t>v -1.345211 10.262896 0.947979</w:t>
        <w:br/>
        <w:t>v -1.327720 10.085483 0.924553</w:t>
        <w:br/>
        <w:t>v -1.283204 10.152773 0.961037</w:t>
        <w:br/>
        <w:t>v -1.286756 10.206991 0.969071</w:t>
        <w:br/>
        <w:t>v -1.296465 10.263078 0.974115</w:t>
        <w:br/>
        <w:t>v -1.307268 10.196909 0.973910</w:t>
        <w:br/>
        <w:t>v -1.286756 10.206991 0.969071</w:t>
        <w:br/>
        <w:t>v -1.320490 10.272442 0.983862</w:t>
        <w:br/>
        <w:t>v -1.296465 10.263078 0.974115</w:t>
        <w:br/>
        <w:t>v -1.329374 10.289806 0.915880</w:t>
        <w:br/>
        <w:t>v -1.345211 10.262896 0.947979</w:t>
        <w:br/>
        <w:t>v -1.296465 10.263078 0.974115</w:t>
        <w:br/>
        <w:t>v -1.282214 10.289130 0.943085</w:t>
        <w:br/>
        <w:t>v -1.327720 10.085483 0.924553</w:t>
        <w:br/>
        <w:t>v -1.345211 10.262896 0.947979</w:t>
        <w:br/>
        <w:t>v -1.342454 10.272997 0.971796</w:t>
        <w:br/>
        <w:t>v -1.318912 10.074622 0.939393</w:t>
        <w:br/>
        <w:t>v -1.285884 10.054999 0.872531</w:t>
        <w:br/>
        <w:t>v -1.302815 10.067416 0.872366</w:t>
        <w:br/>
        <w:t>v -1.327720 10.085483 0.924553</w:t>
        <w:br/>
        <w:t>v -1.318912 10.074622 0.939393</w:t>
        <w:br/>
        <w:t>v -1.302815 10.067416 0.872366</w:t>
        <w:br/>
        <w:t>v -1.255517 10.067848 0.896260</w:t>
        <w:br/>
        <w:t>v -1.280317 10.085861 0.950288</w:t>
        <w:br/>
        <w:t>v -1.327720 10.085483 0.924553</w:t>
        <w:br/>
        <w:t>v -1.298048 10.075807 0.951380</w:t>
        <w:br/>
        <w:t>v -1.265252 10.055379 0.883068</w:t>
        <w:br/>
        <w:t>v -1.285884 10.054999 0.872531</w:t>
        <w:br/>
        <w:t>v -1.318912 10.074622 0.939393</w:t>
        <w:br/>
        <w:t>v -1.342454 10.272997 0.971796</w:t>
        <w:br/>
        <w:t>v -1.298048 10.075807 0.951380</w:t>
        <w:br/>
        <w:t>v -1.318912 10.074622 0.939393</w:t>
        <w:br/>
        <w:t>v -1.304094 10.159890 0.967232</w:t>
        <w:br/>
        <w:t>v -1.307268 10.196909 0.973910</w:t>
        <w:br/>
        <w:t>v -1.320490 10.272442 0.983862</w:t>
        <w:br/>
        <w:t>v -1.286014 10.191720 0.984632</w:t>
        <w:br/>
        <w:t>v -1.283717 10.165155 0.979853</w:t>
        <w:br/>
        <w:t>v -1.273922 10.178526 0.988389</w:t>
        <w:br/>
        <w:t>v -1.263737 10.161124 0.973082</w:t>
        <w:br/>
        <w:t>v -1.283717 10.165155 0.979853</w:t>
        <w:br/>
        <w:t>v -1.320490 10.272442 0.983862</w:t>
        <w:br/>
        <w:t>v -1.294106 10.301638 0.933630</w:t>
        <w:br/>
        <w:t>v -1.282214 10.289130 0.943085</w:t>
        <w:br/>
        <w:t>v -1.296465 10.263078 0.974115</w:t>
        <w:br/>
        <w:t>v -1.320490 10.272442 0.983862</w:t>
        <w:br/>
        <w:t>v -1.342454 10.272997 0.971796</w:t>
        <w:br/>
        <w:t>v -1.315075 10.301886 0.921506</w:t>
        <w:br/>
        <w:t>v -1.294106 10.301638 0.933630</w:t>
        <w:br/>
        <w:t>v -1.329374 10.289806 0.915880</w:t>
        <w:br/>
        <w:t>v -1.315075 10.301886 0.921506</w:t>
        <w:br/>
        <w:t>v -1.342454 10.272997 0.971796</w:t>
        <w:br/>
        <w:t>v -1.345211 10.262896 0.947979</w:t>
        <w:br/>
        <w:t>v -1.265252 10.055379 0.883068</w:t>
        <w:br/>
        <w:t>v -1.298048 10.075807 0.951380</w:t>
        <w:br/>
        <w:t>v -1.280317 10.085861 0.950288</w:t>
        <w:br/>
        <w:t>v -1.255517 10.067848 0.896260</w:t>
        <w:br/>
        <w:t>v -1.213092 2.520301 -0.340570</w:t>
        <w:br/>
        <w:t>v -1.154632 2.063002 -0.345815</w:t>
        <w:br/>
        <w:t>v -1.101888 2.076475 -0.315604</w:t>
        <w:br/>
        <w:t>v -1.115328 2.501099 -0.305761</w:t>
        <w:br/>
        <w:t>v -0.963990 2.136262 -0.341221</w:t>
        <w:br/>
        <w:t>v -0.974879 2.419713 -0.343222</w:t>
        <w:br/>
        <w:t>v -0.837382 2.230526 -0.405668</w:t>
        <w:br/>
        <w:t>v -0.851361 2.370637 -0.395204</w:t>
        <w:br/>
        <w:t>v -0.518072 2.132744 -0.297090</w:t>
        <w:br/>
        <w:t>v -0.506747 2.470993 -0.327898</w:t>
        <w:br/>
        <w:t>v -0.610182 2.424345 -0.356499</w:t>
        <w:br/>
        <w:t>v -0.620598 2.185436 -0.330972</w:t>
        <w:br/>
        <w:t>v -0.414117 2.083760 -0.313677</w:t>
        <w:br/>
        <w:t>v -0.383052 2.506848 -0.330627</w:t>
        <w:br/>
        <w:t>v -0.309894 2.509228 -0.375389</w:t>
        <w:br/>
        <w:t>v -0.365070 2.072994 -0.343320</w:t>
        <w:br/>
        <w:t>v -0.321047 2.510314 -0.417694</w:t>
        <w:br/>
        <w:t>v -0.309894 2.509228 -0.375389</w:t>
        <w:br/>
        <w:t>v -0.365070 2.072994 -0.343320</w:t>
        <w:br/>
        <w:t>v -0.381506 2.072577 -0.380818</w:t>
        <w:br/>
        <w:t>v -0.437590 2.100812 -0.400176</w:t>
        <w:br/>
        <w:t>v -0.378622 2.499734 -0.438644</w:t>
        <w:br/>
        <w:t>v -0.530804 2.184852 -0.398004</w:t>
        <w:br/>
        <w:t>v -0.508352 2.456197 -0.437732</w:t>
        <w:br/>
        <w:t>v -0.625363 2.248871 -0.389294</w:t>
        <w:br/>
        <w:t>v -0.615778 2.406200 -0.427062</w:t>
        <w:br/>
        <w:t>v -0.685403 2.249239 -0.395354</w:t>
        <w:br/>
        <w:t>v -0.699564 2.380650 -0.391255</w:t>
        <w:br/>
        <w:t>v -0.913095 2.372689 -0.422571</w:t>
        <w:br/>
        <w:t>v -0.851361 2.370637 -0.395204</w:t>
        <w:br/>
        <w:t>v -0.837382 2.230526 -0.405668</w:t>
        <w:br/>
        <w:t>v -0.903813 2.235063 -0.398947</w:t>
        <w:br/>
        <w:t>v -0.987624 2.148523 -0.438372</w:t>
        <w:br/>
        <w:t>v -0.998596 2.438094 -0.423761</w:t>
        <w:br/>
        <w:t>v -1.085201 2.084546 -0.445719</w:t>
        <w:br/>
        <w:t>v -1.112590 2.481166 -0.424211</w:t>
        <w:br/>
        <w:t>v -1.193436 2.502268 -0.409348</w:t>
        <w:br/>
        <w:t>v -1.160407 2.057822 -0.395222</w:t>
        <w:br/>
        <w:t>v -1.160407 2.057822 -0.395222</w:t>
        <w:br/>
        <w:t>v -1.154632 2.063002 -0.345815</w:t>
        <w:br/>
        <w:t>v -1.213092 2.520301 -0.340570</w:t>
        <w:br/>
        <w:t>v -1.193436 2.502268 -0.409348</w:t>
        <w:br/>
        <w:t>v -1.135714 2.311711 -0.271799</w:t>
        <w:br/>
        <w:t>v -1.104830 2.073449 -0.299744</w:t>
        <w:br/>
        <w:t>v -1.167112 2.059978 -0.338226</w:t>
        <w:br/>
        <w:t>v -1.208355 2.305182 -0.326369</w:t>
        <w:br/>
        <w:t>v -1.225835 2.521638 -0.334618</w:t>
        <w:br/>
        <w:t>v -1.116684 2.503782 -0.290419</w:t>
        <w:br/>
        <w:t>v -0.969525 2.305583 -0.307696</w:t>
        <w:br/>
        <w:t>v -0.969546 2.422785 -0.327167</w:t>
        <w:br/>
        <w:t>v -0.958662 2.132055 -0.325857</w:t>
        <w:br/>
        <w:t>v -0.848118 2.361687 -0.358965</w:t>
        <w:br/>
        <w:t>v -0.842810 2.295341 -0.338093</w:t>
        <w:br/>
        <w:t>v -0.841926 2.236710 -0.380938</w:t>
        <w:br/>
        <w:t>v -0.613356 2.427974 -0.340077</w:t>
        <w:br/>
        <w:t>v -0.596918 2.291981 -0.302636</w:t>
        <w:br/>
        <w:t>v -0.703685 2.306996 -0.326854</w:t>
        <w:br/>
        <w:t>v -0.704491 2.374511 -0.349696</w:t>
        <w:br/>
        <w:t>v -0.626902 2.182532 -0.315318</w:t>
        <w:br/>
        <w:t>v -0.697384 2.238605 -0.352841</w:t>
        <w:br/>
        <w:t>v -0.505577 2.467398 -0.308079</w:t>
        <w:br/>
        <w:t>v -0.487903 2.293234 -0.289046</w:t>
        <w:br/>
        <w:t>v -0.519455 2.130581 -0.280522</w:t>
        <w:br/>
        <w:t>v -0.377597 2.508314 -0.315451</w:t>
        <w:br/>
        <w:t>v -0.353258 2.286099 -0.300886</w:t>
        <w:br/>
        <w:t>v -0.407619 2.080894 -0.298652</w:t>
        <w:br/>
        <w:t>v -0.296187 2.510857 -0.371054</w:t>
        <w:br/>
        <w:t>v -0.296251 2.288766 -0.362474</w:t>
        <w:br/>
        <w:t>v -0.352146 2.068015 -0.338732</w:t>
        <w:br/>
        <w:t>v -0.309415 2.511278 -0.427847</w:t>
        <w:br/>
        <w:t>v -0.308959 2.295100 -0.427845</w:t>
        <w:br/>
        <w:t>v -0.296251 2.288766 -0.362474</w:t>
        <w:br/>
        <w:t>v -0.296187 2.510857 -0.371054</w:t>
        <w:br/>
        <w:t>v -0.371896 2.066118 -0.390623</w:t>
        <w:br/>
        <w:t>v -0.352146 2.068015 -0.338732</w:t>
        <w:br/>
        <w:t>v -0.389028 2.296946 -0.460285</w:t>
        <w:br/>
        <w:t>v -0.437214 2.095088 -0.415997</w:t>
        <w:br/>
        <w:t>v -0.375712 2.501173 -0.455098</w:t>
        <w:br/>
        <w:t>v -0.504692 2.302890 -0.452019</w:t>
        <w:br/>
        <w:t>v -0.534974 2.178846 -0.413519</w:t>
        <w:br/>
        <w:t>v -0.509993 2.457958 -0.454749</w:t>
        <w:br/>
        <w:t>v -0.617653 2.409258 -0.443824</w:t>
        <w:br/>
        <w:t>v -0.611049 2.313142 -0.438110</w:t>
        <w:br/>
        <w:t>v -0.627703 2.240607 -0.403842</w:t>
        <w:br/>
        <w:t>v -0.693888 2.315911 -0.444987</w:t>
        <w:br/>
        <w:t>v -0.699564 2.367313 -0.433412</w:t>
        <w:br/>
        <w:t>v -0.703306 2.265265 -0.425280</w:t>
        <w:br/>
        <w:t>v -0.850260 2.306995 -0.450290</w:t>
        <w:br/>
        <w:t>v -0.849877 2.357796 -0.432060</w:t>
        <w:br/>
        <w:t>v -0.913260 2.374475 -0.439547</w:t>
        <w:br/>
        <w:t>v -0.905848 2.299331 -0.443067</w:t>
        <w:br/>
        <w:t>v -0.899299 2.226989 -0.412734</w:t>
        <w:br/>
        <w:t>v -0.841851 2.249443 -0.427244</w:t>
        <w:br/>
        <w:t>v -0.998367 2.438126 -0.440955</w:t>
        <w:br/>
        <w:t>v -1.001595 2.292907 -0.455650</w:t>
        <w:br/>
        <w:t>v -0.983154 2.144704 -0.453892</w:t>
        <w:br/>
        <w:t>v -1.089473 2.082311 -0.461430</w:t>
        <w:br/>
        <w:t>v -1.119913 2.300486 -0.456763</w:t>
        <w:br/>
        <w:t>v -1.114692 2.481691 -0.441051</w:t>
        <w:br/>
        <w:t>v -1.204349 2.502588 -0.418998</w:t>
        <w:br/>
        <w:t>v -1.204037 2.295403 -0.413891</w:t>
        <w:br/>
        <w:t>v -1.173466 2.055102 -0.402258</w:t>
        <w:br/>
        <w:t>v -1.204349 2.502588 -0.418998</w:t>
        <w:br/>
        <w:t>v -1.225835 2.521638 -0.334618</w:t>
        <w:br/>
        <w:t>v -1.208355 2.305182 -0.326369</w:t>
        <w:br/>
        <w:t>v -1.173466 2.055102 -0.402258</w:t>
        <w:br/>
        <w:t>v -1.167112 2.059978 -0.338226</w:t>
        <w:br/>
        <w:t>v -1.104830 2.073449 -0.299744</w:t>
        <w:br/>
        <w:t>v -1.101888 2.076475 -0.315604</w:t>
        <w:br/>
        <w:t>v -1.154632 2.063002 -0.345815</w:t>
        <w:br/>
        <w:t>v -1.225835 2.521638 -0.334618</w:t>
        <w:br/>
        <w:t>v -1.213092 2.520301 -0.340570</w:t>
        <w:br/>
        <w:t>v -1.115328 2.501099 -0.305761</w:t>
        <w:br/>
        <w:t>v -1.116684 2.503782 -0.290419</w:t>
        <w:br/>
        <w:t>v -0.974879 2.419713 -0.343222</w:t>
        <w:br/>
        <w:t>v -0.969546 2.422785 -0.327167</w:t>
        <w:br/>
        <w:t>v -0.958662 2.132055 -0.325857</w:t>
        <w:br/>
        <w:t>v -0.963990 2.136262 -0.341221</w:t>
        <w:br/>
        <w:t>v -0.851361 2.370637 -0.395204</w:t>
        <w:br/>
        <w:t>v -0.848118 2.361687 -0.358965</w:t>
        <w:br/>
        <w:t>v -0.841926 2.236710 -0.380938</w:t>
        <w:br/>
        <w:t>v -0.837382 2.230526 -0.405668</w:t>
        <w:br/>
        <w:t>v -0.913260 2.374475 -0.439547</w:t>
        <w:br/>
        <w:t>v -0.849877 2.357796 -0.432060</w:t>
        <w:br/>
        <w:t>v -0.851361 2.370637 -0.395204</w:t>
        <w:br/>
        <w:t>v -0.913095 2.372689 -0.422571</w:t>
        <w:br/>
        <w:t>v -0.841851 2.249443 -0.427244</w:t>
        <w:br/>
        <w:t>v -0.899299 2.226989 -0.412734</w:t>
        <w:br/>
        <w:t>v -0.903813 2.235063 -0.398947</w:t>
        <w:br/>
        <w:t>v -0.837382 2.230526 -0.405668</w:t>
        <w:br/>
        <w:t>v -0.998367 2.438126 -0.440955</w:t>
        <w:br/>
        <w:t>v -0.998596 2.438094 -0.423761</w:t>
        <w:br/>
        <w:t>v -0.983154 2.144704 -0.453892</w:t>
        <w:br/>
        <w:t>v -0.987624 2.148523 -0.438372</w:t>
        <w:br/>
        <w:t>v -1.089473 2.082311 -0.461430</w:t>
        <w:br/>
        <w:t>v -1.085201 2.084546 -0.445719</w:t>
        <w:br/>
        <w:t>v -1.114692 2.481691 -0.441051</w:t>
        <w:br/>
        <w:t>v -1.112590 2.481166 -0.424211</w:t>
        <w:br/>
        <w:t>v -1.204349 2.502588 -0.418998</w:t>
        <w:br/>
        <w:t>v -1.193436 2.502268 -0.409348</w:t>
        <w:br/>
        <w:t>v -1.173466 2.055102 -0.402258</w:t>
        <w:br/>
        <w:t>v -1.160407 2.057822 -0.395222</w:t>
        <w:br/>
        <w:t>v -0.613356 2.427974 -0.340077</w:t>
        <w:br/>
        <w:t>v -0.704491 2.374511 -0.349696</w:t>
        <w:br/>
        <w:t>v -0.699564 2.380650 -0.391255</w:t>
        <w:br/>
        <w:t>v -0.610182 2.424345 -0.356499</w:t>
        <w:br/>
        <w:t>v -0.626902 2.182532 -0.315318</w:t>
        <w:br/>
        <w:t>v -0.620598 2.185436 -0.330972</w:t>
        <w:br/>
        <w:t>v -0.685403 2.249239 -0.395354</w:t>
        <w:br/>
        <w:t>v -0.697384 2.238605 -0.352841</w:t>
        <w:br/>
        <w:t>v -0.505577 2.467398 -0.308079</w:t>
        <w:br/>
        <w:t>v -0.506747 2.470993 -0.327898</w:t>
        <w:br/>
        <w:t>v -0.519455 2.130581 -0.280522</w:t>
        <w:br/>
        <w:t>v -0.518072 2.132744 -0.297090</w:t>
        <w:br/>
        <w:t>v -0.377597 2.508314 -0.315451</w:t>
        <w:br/>
        <w:t>v -0.383052 2.506848 -0.330627</w:t>
        <w:br/>
        <w:t>v -0.407619 2.080894 -0.298652</w:t>
        <w:br/>
        <w:t>v -0.414117 2.083760 -0.313677</w:t>
        <w:br/>
        <w:t>v -0.296187 2.510857 -0.371054</w:t>
        <w:br/>
        <w:t>v -0.309894 2.509228 -0.375389</w:t>
        <w:br/>
        <w:t>v -0.352146 2.068015 -0.338732</w:t>
        <w:br/>
        <w:t>v -0.365070 2.072994 -0.343320</w:t>
        <w:br/>
        <w:t>v -0.321047 2.510314 -0.417694</w:t>
        <w:br/>
        <w:t>v -0.309415 2.511278 -0.427847</w:t>
        <w:br/>
        <w:t>v -0.371896 2.066118 -0.390623</w:t>
        <w:br/>
        <w:t>v -0.381506 2.072577 -0.380818</w:t>
        <w:br/>
        <w:t>v -0.437214 2.095088 -0.415997</w:t>
        <w:br/>
        <w:t>v -0.437590 2.100812 -0.400176</w:t>
        <w:br/>
        <w:t>v -0.378622 2.499734 -0.438644</w:t>
        <w:br/>
        <w:t>v -0.375712 2.501173 -0.455098</w:t>
        <w:br/>
        <w:t>v -0.534974 2.178846 -0.413519</w:t>
        <w:br/>
        <w:t>v -0.530804 2.184852 -0.398004</w:t>
        <w:br/>
        <w:t>v -0.508352 2.456197 -0.437732</w:t>
        <w:br/>
        <w:t>v -0.509993 2.457958 -0.454749</w:t>
        <w:br/>
        <w:t>v -0.615778 2.406200 -0.427062</w:t>
        <w:br/>
        <w:t>v -0.617653 2.409258 -0.443824</w:t>
        <w:br/>
        <w:t>v -0.627703 2.240607 -0.403842</w:t>
        <w:br/>
        <w:t>v -0.625363 2.248871 -0.389294</w:t>
        <w:br/>
        <w:t>v -0.699564 2.380650 -0.391255</w:t>
        <w:br/>
        <w:t>v -0.699564 2.367313 -0.433412</w:t>
        <w:br/>
        <w:t>v -0.703306 2.265265 -0.425280</w:t>
        <w:br/>
        <w:t>v -0.685403 2.249239 -0.395354</w:t>
        <w:br/>
        <w:t>v -0.699564 2.380650 -0.391255</w:t>
        <w:br/>
        <w:t>v -0.704491 2.374511 -0.349696</w:t>
        <w:br/>
        <w:t>v -0.848118 2.361687 -0.358965</w:t>
        <w:br/>
        <w:t>v -0.851361 2.370637 -0.395204</w:t>
        <w:br/>
        <w:t>v -0.685403 2.249239 -0.395354</w:t>
        <w:br/>
        <w:t>v -0.837382 2.230526 -0.405668</w:t>
        <w:br/>
        <w:t>v -0.841926 2.236710 -0.380938</w:t>
        <w:br/>
        <w:t>v -0.697384 2.238605 -0.352841</w:t>
        <w:br/>
        <w:t>v -0.850260 2.306995 -0.450290</w:t>
        <w:br/>
        <w:t>v -0.693888 2.315911 -0.444987</w:t>
        <w:br/>
        <w:t>v -0.699564 2.367313 -0.433412</w:t>
        <w:br/>
        <w:t>v -0.849877 2.357796 -0.432060</w:t>
        <w:br/>
        <w:t>v -0.699564 2.367313 -0.433412</w:t>
        <w:br/>
        <w:t>v -0.703306 2.265265 -0.425280</w:t>
        <w:br/>
        <w:t>v -0.841851 2.249443 -0.427244</w:t>
        <w:br/>
        <w:t>v -0.841851 2.249443 -0.427244</w:t>
        <w:br/>
        <w:t>v -0.703306 2.265265 -0.425280</w:t>
        <w:br/>
        <w:t>v -0.699564 2.380650 -0.391255</w:t>
        <w:br/>
        <w:t>v -0.685403 2.249239 -0.395354</w:t>
        <w:br/>
        <w:t>v 1.213092 2.520302 -0.340568</w:t>
        <w:br/>
        <w:t>v 1.115328 2.501100 -0.305759</w:t>
        <w:br/>
        <w:t>v 1.101888 2.076476 -0.315603</w:t>
        <w:br/>
        <w:t>v 1.154632 2.063002 -0.345813</w:t>
        <w:br/>
        <w:t>v 0.963990 2.136262 -0.341219</w:t>
        <w:br/>
        <w:t>v 0.974879 2.419714 -0.343220</w:t>
        <w:br/>
        <w:t>v 0.851361 2.370637 -0.395202</w:t>
        <w:br/>
        <w:t>v 0.837382 2.230527 -0.405666</w:t>
        <w:br/>
        <w:t>v 0.610182 2.424346 -0.356497</w:t>
        <w:br/>
        <w:t>v 0.506746 2.470994 -0.327896</w:t>
        <w:br/>
        <w:t>v 0.518072 2.132744 -0.297088</w:t>
        <w:br/>
        <w:t>v 0.620598 2.185436 -0.330970</w:t>
        <w:br/>
        <w:t>v 0.383052 2.506849 -0.330625</w:t>
        <w:br/>
        <w:t>v 0.414117 2.083761 -0.313675</w:t>
        <w:br/>
        <w:t>v 0.309894 2.509229 -0.375387</w:t>
        <w:br/>
        <w:t>v 0.365070 2.072995 -0.343318</w:t>
        <w:br/>
        <w:t>v 0.365070 2.072995 -0.343318</w:t>
        <w:br/>
        <w:t>v 0.309894 2.509229 -0.375387</w:t>
        <w:br/>
        <w:t>v 0.321047 2.510314 -0.417693</w:t>
        <w:br/>
        <w:t>v 0.381506 2.072578 -0.380816</w:t>
        <w:br/>
        <w:t>v 0.378622 2.499735 -0.438642</w:t>
        <w:br/>
        <w:t>v 0.437590 2.100813 -0.400174</w:t>
        <w:br/>
        <w:t>v 0.508352 2.456198 -0.437730</w:t>
        <w:br/>
        <w:t>v 0.530804 2.184852 -0.398002</w:t>
        <w:br/>
        <w:t>v 0.615778 2.406201 -0.427060</w:t>
        <w:br/>
        <w:t>v 0.625362 2.248872 -0.389292</w:t>
        <w:br/>
        <w:t>v 0.685403 2.249240 -0.395352</w:t>
        <w:br/>
        <w:t>v 0.699564 2.380651 -0.391253</w:t>
        <w:br/>
        <w:t>v 0.837382 2.230527 -0.405666</w:t>
        <w:br/>
        <w:t>v 0.851361 2.370637 -0.395202</w:t>
        <w:br/>
        <w:t>v 0.913095 2.372690 -0.422569</w:t>
        <w:br/>
        <w:t>v 0.903813 2.235064 -0.398945</w:t>
        <w:br/>
        <w:t>v 0.998596 2.438095 -0.423759</w:t>
        <w:br/>
        <w:t>v 0.987624 2.148524 -0.438370</w:t>
        <w:br/>
        <w:t>v 1.112590 2.481166 -0.424209</w:t>
        <w:br/>
        <w:t>v 1.085201 2.084547 -0.445717</w:t>
        <w:br/>
        <w:t>v 1.193436 2.502269 -0.409346</w:t>
        <w:br/>
        <w:t>v 1.160407 2.057822 -0.395220</w:t>
        <w:br/>
        <w:t>v 1.160407 2.057822 -0.395220</w:t>
        <w:br/>
        <w:t>v 1.193436 2.502269 -0.409346</w:t>
        <w:br/>
        <w:t>v 1.213092 2.520302 -0.340568</w:t>
        <w:br/>
        <w:t>v 1.154632 2.063002 -0.345813</w:t>
        <w:br/>
        <w:t>v 1.167112 2.059978 -0.338224</w:t>
        <w:br/>
        <w:t>v 1.104830 2.073450 -0.299742</w:t>
        <w:br/>
        <w:t>v 1.135714 2.311711 -0.271797</w:t>
        <w:br/>
        <w:t>v 1.208355 2.305183 -0.326367</w:t>
        <w:br/>
        <w:t>v 1.116684 2.503783 -0.290417</w:t>
        <w:br/>
        <w:t>v 1.225835 2.521638 -0.334616</w:t>
        <w:br/>
        <w:t>v 0.969525 2.305583 -0.307694</w:t>
        <w:br/>
        <w:t>v 0.969546 2.422786 -0.327166</w:t>
        <w:br/>
        <w:t>v 0.958662 2.132056 -0.325855</w:t>
        <w:br/>
        <w:t>v 0.842810 2.295341 -0.338091</w:t>
        <w:br/>
        <w:t>v 0.848118 2.361688 -0.358963</w:t>
        <w:br/>
        <w:t>v 0.841925 2.236710 -0.380936</w:t>
        <w:br/>
        <w:t>v 0.703685 2.306997 -0.326853</w:t>
        <w:br/>
        <w:t>v 0.596918 2.291981 -0.302634</w:t>
        <w:br/>
        <w:t>v 0.613356 2.427975 -0.340075</w:t>
        <w:br/>
        <w:t>v 0.704491 2.374512 -0.349694</w:t>
        <w:br/>
        <w:t>v 0.697384 2.238606 -0.352839</w:t>
        <w:br/>
        <w:t>v 0.626902 2.182532 -0.315317</w:t>
        <w:br/>
        <w:t>v 0.487903 2.293235 -0.289044</w:t>
        <w:br/>
        <w:t>v 0.505577 2.467399 -0.308077</w:t>
        <w:br/>
        <w:t>v 0.519455 2.130581 -0.280520</w:t>
        <w:br/>
        <w:t>v 0.353258 2.286100 -0.300884</w:t>
        <w:br/>
        <w:t>v 0.377597 2.508315 -0.315449</w:t>
        <w:br/>
        <w:t>v 0.407619 2.080895 -0.298650</w:t>
        <w:br/>
        <w:t>v 0.296251 2.288767 -0.362472</w:t>
        <w:br/>
        <w:t>v 0.296187 2.510858 -0.371052</w:t>
        <w:br/>
        <w:t>v 0.352146 2.068016 -0.338730</w:t>
        <w:br/>
        <w:t>v 0.296251 2.288767 -0.362472</w:t>
        <w:br/>
        <w:t>v 0.308959 2.295101 -0.427843</w:t>
        <w:br/>
        <w:t>v 0.309415 2.511279 -0.427846</w:t>
        <w:br/>
        <w:t>v 0.296187 2.510858 -0.371052</w:t>
        <w:br/>
        <w:t>v 0.352146 2.068016 -0.338730</w:t>
        <w:br/>
        <w:t>v 0.371896 2.066119 -0.390622</w:t>
        <w:br/>
        <w:t>v 0.437214 2.095089 -0.415995</w:t>
        <w:br/>
        <w:t>v 0.389027 2.296946 -0.460283</w:t>
        <w:br/>
        <w:t>v 0.375712 2.501173 -0.455096</w:t>
        <w:br/>
        <w:t>v 0.504692 2.302890 -0.452017</w:t>
        <w:br/>
        <w:t>v 0.534974 2.178847 -0.413517</w:t>
        <w:br/>
        <w:t>v 0.509993 2.457959 -0.454747</w:t>
        <w:br/>
        <w:t>v 0.611049 2.313143 -0.438108</w:t>
        <w:br/>
        <w:t>v 0.617653 2.409259 -0.443822</w:t>
        <w:br/>
        <w:t>v 0.627703 2.240608 -0.403840</w:t>
        <w:br/>
        <w:t>v 0.693888 2.315912 -0.444985</w:t>
        <w:br/>
        <w:t>v 0.699564 2.367314 -0.433410</w:t>
        <w:br/>
        <w:t>v 0.703306 2.265265 -0.425278</w:t>
        <w:br/>
        <w:t>v 0.913259 2.374475 -0.439546</w:t>
        <w:br/>
        <w:t>v 0.849877 2.357797 -0.432058</w:t>
        <w:br/>
        <w:t>v 0.850260 2.306996 -0.450288</w:t>
        <w:br/>
        <w:t>v 0.905848 2.299331 -0.443066</w:t>
        <w:br/>
        <w:t>v 0.841850 2.249444 -0.427242</w:t>
        <w:br/>
        <w:t>v 0.899298 2.226990 -0.412732</w:t>
        <w:br/>
        <w:t>v 1.001594 2.292908 -0.455648</w:t>
        <w:br/>
        <w:t>v 0.998366 2.438126 -0.440953</w:t>
        <w:br/>
        <w:t>v 0.983153 2.144705 -0.453891</w:t>
        <w:br/>
        <w:t>v 1.089473 2.082312 -0.461428</w:t>
        <w:br/>
        <w:t>v 1.119913 2.300487 -0.456761</w:t>
        <w:br/>
        <w:t>v 1.114692 2.481692 -0.441050</w:t>
        <w:br/>
        <w:t>v 1.204036 2.295403 -0.413889</w:t>
        <w:br/>
        <w:t>v 1.204348 2.502589 -0.418996</w:t>
        <w:br/>
        <w:t>v 1.173466 2.055102 -0.402256</w:t>
        <w:br/>
        <w:t>v 1.225835 2.521638 -0.334616</w:t>
        <w:br/>
        <w:t>v 1.204348 2.502589 -0.418996</w:t>
        <w:br/>
        <w:t>v 1.208355 2.305183 -0.326367</w:t>
        <w:br/>
        <w:t>v 1.173466 2.055102 -0.402256</w:t>
        <w:br/>
        <w:t>v 1.101888 2.076476 -0.315603</w:t>
        <w:br/>
        <w:t>v 1.104830 2.073450 -0.299742</w:t>
        <w:br/>
        <w:t>v 1.167112 2.059978 -0.338224</w:t>
        <w:br/>
        <w:t>v 1.154632 2.063002 -0.345813</w:t>
        <w:br/>
        <w:t>v 1.115328 2.501100 -0.305759</w:t>
        <w:br/>
        <w:t>v 1.213092 2.520302 -0.340568</w:t>
        <w:br/>
        <w:t>v 1.225835 2.521638 -0.334616</w:t>
        <w:br/>
        <w:t>v 1.116684 2.503783 -0.290417</w:t>
        <w:br/>
        <w:t>v 0.974879 2.419714 -0.343220</w:t>
        <w:br/>
        <w:t>v 0.969546 2.422786 -0.327166</w:t>
        <w:br/>
        <w:t>v 0.963990 2.136262 -0.341219</w:t>
        <w:br/>
        <w:t>v 0.958662 2.132056 -0.325855</w:t>
        <w:br/>
        <w:t>v 0.851361 2.370637 -0.395202</w:t>
        <w:br/>
        <w:t>v 0.848118 2.361688 -0.358963</w:t>
        <w:br/>
        <w:t>v 0.837382 2.230527 -0.405666</w:t>
        <w:br/>
        <w:t>v 0.841925 2.236710 -0.380936</w:t>
        <w:br/>
        <w:t>v 0.851361 2.370637 -0.395202</w:t>
        <w:br/>
        <w:t>v 0.849877 2.357797 -0.432058</w:t>
        <w:br/>
        <w:t>v 0.913259 2.374475 -0.439546</w:t>
        <w:br/>
        <w:t>v 0.913095 2.372690 -0.422569</w:t>
        <w:br/>
        <w:t>v 0.903813 2.235064 -0.398945</w:t>
        <w:br/>
        <w:t>v 0.899298 2.226990 -0.412732</w:t>
        <w:br/>
        <w:t>v 0.841850 2.249444 -0.427242</w:t>
        <w:br/>
        <w:t>v 0.837382 2.230527 -0.405666</w:t>
        <w:br/>
        <w:t>v 0.998366 2.438126 -0.440953</w:t>
        <w:br/>
        <w:t>v 0.998596 2.438095 -0.423759</w:t>
        <w:br/>
        <w:t>v 0.987624 2.148524 -0.438370</w:t>
        <w:br/>
        <w:t>v 0.983153 2.144705 -0.453891</w:t>
        <w:br/>
        <w:t>v 1.085201 2.084547 -0.445717</w:t>
        <w:br/>
        <w:t>v 1.089473 2.082312 -0.461428</w:t>
        <w:br/>
        <w:t>v 1.114692 2.481692 -0.441050</w:t>
        <w:br/>
        <w:t>v 1.112590 2.481166 -0.424209</w:t>
        <w:br/>
        <w:t>v 1.204348 2.502589 -0.418996</w:t>
        <w:br/>
        <w:t>v 1.193436 2.502269 -0.409346</w:t>
        <w:br/>
        <w:t>v 1.160407 2.057822 -0.395220</w:t>
        <w:br/>
        <w:t>v 1.173466 2.055102 -0.402256</w:t>
        <w:br/>
        <w:t>v 0.699564 2.380651 -0.391253</w:t>
        <w:br/>
        <w:t>v 0.704491 2.374512 -0.349694</w:t>
        <w:br/>
        <w:t>v 0.613356 2.427975 -0.340075</w:t>
        <w:br/>
        <w:t>v 0.610182 2.424346 -0.356497</w:t>
        <w:br/>
        <w:t>v 0.685403 2.249240 -0.395352</w:t>
        <w:br/>
        <w:t>v 0.620598 2.185436 -0.330970</w:t>
        <w:br/>
        <w:t>v 0.626902 2.182532 -0.315317</w:t>
        <w:br/>
        <w:t>v 0.697384 2.238606 -0.352839</w:t>
        <w:br/>
        <w:t>v 0.505577 2.467399 -0.308077</w:t>
        <w:br/>
        <w:t>v 0.506746 2.470994 -0.327896</w:t>
        <w:br/>
        <w:t>v 0.518072 2.132744 -0.297088</w:t>
        <w:br/>
        <w:t>v 0.519455 2.130581 -0.280520</w:t>
        <w:br/>
        <w:t>v 0.377597 2.508315 -0.315449</w:t>
        <w:br/>
        <w:t>v 0.383052 2.506849 -0.330625</w:t>
        <w:br/>
        <w:t>v 0.414117 2.083761 -0.313675</w:t>
        <w:br/>
        <w:t>v 0.407619 2.080895 -0.298650</w:t>
        <w:br/>
        <w:t>v 0.296187 2.510858 -0.371052</w:t>
        <w:br/>
        <w:t>v 0.309894 2.509229 -0.375387</w:t>
        <w:br/>
        <w:t>v 0.365070 2.072995 -0.343318</w:t>
        <w:br/>
        <w:t>v 0.352146 2.068016 -0.338730</w:t>
        <w:br/>
        <w:t>v 0.321047 2.510314 -0.417693</w:t>
        <w:br/>
        <w:t>v 0.309415 2.511279 -0.427846</w:t>
        <w:br/>
        <w:t>v 0.381506 2.072578 -0.380816</w:t>
        <w:br/>
        <w:t>v 0.371896 2.066119 -0.390622</w:t>
        <w:br/>
        <w:t>v 0.437590 2.100813 -0.400174</w:t>
        <w:br/>
        <w:t>v 0.437214 2.095089 -0.415995</w:t>
        <w:br/>
        <w:t>v 0.378622 2.499735 -0.438642</w:t>
        <w:br/>
        <w:t>v 0.375712 2.501173 -0.455096</w:t>
        <w:br/>
        <w:t>v 0.530804 2.184852 -0.398002</w:t>
        <w:br/>
        <w:t>v 0.534974 2.178847 -0.413517</w:t>
        <w:br/>
        <w:t>v 0.508352 2.456198 -0.437730</w:t>
        <w:br/>
        <w:t>v 0.509993 2.457959 -0.454747</w:t>
        <w:br/>
        <w:t>v 0.615778 2.406201 -0.427060</w:t>
        <w:br/>
        <w:t>v 0.617653 2.409259 -0.443822</w:t>
        <w:br/>
        <w:t>v 0.625362 2.248872 -0.389292</w:t>
        <w:br/>
        <w:t>v 0.627703 2.240608 -0.403840</w:t>
        <w:br/>
        <w:t>v 0.699564 2.380651 -0.391253</w:t>
        <w:br/>
        <w:t>v 0.699564 2.367314 -0.433410</w:t>
        <w:br/>
        <w:t>v 0.685403 2.249240 -0.395352</w:t>
        <w:br/>
        <w:t>v 0.703306 2.265265 -0.425278</w:t>
        <w:br/>
        <w:t>v 0.848118 2.361688 -0.358963</w:t>
        <w:br/>
        <w:t>v 0.704491 2.374512 -0.349694</w:t>
        <w:br/>
        <w:t>v 0.699564 2.380651 -0.391253</w:t>
        <w:br/>
        <w:t>v 0.851361 2.370637 -0.395202</w:t>
        <w:br/>
        <w:t>v 0.841925 2.236710 -0.380936</w:t>
        <w:br/>
        <w:t>v 0.837382 2.230527 -0.405666</w:t>
        <w:br/>
        <w:t>v 0.685403 2.249240 -0.395352</w:t>
        <w:br/>
        <w:t>v 0.697384 2.238606 -0.352839</w:t>
        <w:br/>
        <w:t>v 0.699564 2.367314 -0.433410</w:t>
        <w:br/>
        <w:t>v 0.693888 2.315912 -0.444985</w:t>
        <w:br/>
        <w:t>v 0.850260 2.306996 -0.450288</w:t>
        <w:br/>
        <w:t>v 0.849877 2.357797 -0.432058</w:t>
        <w:br/>
        <w:t>v 0.699564 2.367314 -0.433410</w:t>
        <w:br/>
        <w:t>v 0.841850 2.249444 -0.427242</w:t>
        <w:br/>
        <w:t>v 0.703306 2.265265 -0.425278</w:t>
        <w:br/>
        <w:t>v 0.703306 2.265265 -0.425278</w:t>
        <w:br/>
        <w:t>v 0.841850 2.249444 -0.427242</w:t>
        <w:br/>
        <w:t>v 0.699564 2.380651 -0.391253</w:t>
        <w:br/>
        <w:t>v 0.685403 2.249240 -0.395352</w:t>
        <w:br/>
        <w:t>v -0.883518 14.668341 1.140439</w:t>
        <w:br/>
        <w:t>v -0.855378 14.656301 1.127282</w:t>
        <w:br/>
        <w:t>v -0.870742 14.638577 1.106045</w:t>
        <w:br/>
        <w:t>v -0.898883 14.650404 1.119362</w:t>
        <w:br/>
        <w:t>v -0.781985 14.716952 1.279230</w:t>
        <w:br/>
        <w:t>v -1.130136 14.748940 0.754485</w:t>
        <w:br/>
        <w:t>v -0.791198 14.738008 1.261917</w:t>
        <w:br/>
        <w:t>v -0.784192 14.686086 1.283900</w:t>
        <w:br/>
        <w:t>v -0.796640 14.665596 1.271599</w:t>
        <w:br/>
        <w:t>v -0.883518 14.668341 1.140439</w:t>
        <w:br/>
        <w:t>v -0.898883 14.650404 1.119362</w:t>
        <w:br/>
        <w:t>v -1.140008 14.728194 0.742626</w:t>
        <w:br/>
        <w:t>v -1.140467 14.697017 0.746527</w:t>
        <w:br/>
        <w:t>v -1.044174 14.673109 0.896155</w:t>
        <w:br/>
        <w:t>v -1.130968 14.675759 0.764319</w:t>
        <w:br/>
        <w:t>v -1.030530 14.654354 0.922083</w:t>
        <w:br/>
        <w:t>v -0.796640 14.665596 1.271599</w:t>
        <w:br/>
        <w:t>v -0.784192 14.686086 1.283900</w:t>
        <w:br/>
        <w:t>v -0.754236 14.677513 1.273236</w:t>
        <w:br/>
        <w:t>v -0.768122 14.654045 1.259696</w:t>
        <w:br/>
        <w:t>v -0.855378 14.656301 1.127282</w:t>
        <w:br/>
        <w:t>v -0.883518 14.668341 1.140439</w:t>
        <w:br/>
        <w:t>v -1.030530 14.654354 0.922083</w:t>
        <w:br/>
        <w:t>v -1.005131 14.642552 0.903572</w:t>
        <w:br/>
        <w:t>v -0.791198 14.738008 1.261917</w:t>
        <w:br/>
        <w:t>v -0.761809 14.735980 1.247718</w:t>
        <w:br/>
        <w:t>v -0.751506 14.711968 1.267837</w:t>
        <w:br/>
        <w:t>v -0.781985 14.716952 1.279230</w:t>
        <w:br/>
        <w:t>v -1.130136 14.748940 0.754485</w:t>
        <w:br/>
        <w:t>v -1.105618 14.747091 0.734475</w:t>
        <w:br/>
        <w:t>v -1.140008 14.728194 0.742626</w:t>
        <w:br/>
        <w:t>v -1.117098 14.723431 0.720969</w:t>
        <w:br/>
        <w:t>v -1.018749 14.661100 0.877777</w:t>
        <w:br/>
        <w:t>v -1.044174 14.673109 0.896155</w:t>
        <w:br/>
        <w:t>v -1.107431 14.664360 0.745037</w:t>
        <w:br/>
        <w:t>v -1.130968 14.675759 0.764319</w:t>
        <w:br/>
        <w:t>v -1.117813 14.688650 0.725344</w:t>
        <w:br/>
        <w:t>v -1.140467 14.697017 0.746527</w:t>
        <w:br/>
        <w:t>v -1.018749 14.661100 0.877777</w:t>
        <w:br/>
        <w:t>v -1.117813 14.688650 0.725344</w:t>
        <w:br/>
        <w:t>v -1.107431 14.664360 0.745037</w:t>
        <w:br/>
        <w:t>v -1.117098 14.723431 0.720969</w:t>
        <w:br/>
        <w:t>v -1.105618 14.747091 0.734475</w:t>
        <w:br/>
        <w:t>v -0.761809 14.735980 1.247718</w:t>
        <w:br/>
        <w:t>v -1.005131 14.642552 0.903572</w:t>
        <w:br/>
        <w:t>v -0.751506 14.711968 1.267837</w:t>
        <w:br/>
        <w:t>v -0.754236 14.677513 1.273236</w:t>
        <w:br/>
        <w:t>v -0.855378 14.656301 1.127282</w:t>
        <w:br/>
        <w:t>v -0.768122 14.654045 1.259696</w:t>
        <w:br/>
        <w:t>v -0.870742 14.638577 1.106045</w:t>
        <w:br/>
        <w:t>v -0.360614 15.162189 1.363401</w:t>
        <w:br/>
        <w:t>v -0.370163 15.195426 1.366110</w:t>
        <w:br/>
        <w:t>v -0.493354 15.177284 1.411551</w:t>
        <w:br/>
        <w:t>v -0.485036 15.144555 1.409246</w:t>
        <w:br/>
        <w:t>v -0.360614 15.162189 1.363401</w:t>
        <w:br/>
        <w:t>v -0.485036 15.144555 1.409246</w:t>
        <w:br/>
        <w:t>v -0.492862 15.149792 1.431872</w:t>
        <w:br/>
        <w:t>v -0.348656 15.170178 1.384463</w:t>
        <w:br/>
        <w:t>v -0.370163 15.195426 1.366110</w:t>
        <w:br/>
        <w:t>v -0.352004 15.185693 1.384060</w:t>
        <w:br/>
        <w:t>v -0.497411 15.166886 1.433146</w:t>
        <w:br/>
        <w:t>v -0.493354 15.177284 1.411551</w:t>
        <w:br/>
        <w:t>v -0.348656 15.170178 1.384463</w:t>
        <w:br/>
        <w:t>v -0.492862 15.149792 1.431872</w:t>
        <w:br/>
        <w:t>v -0.497411 15.166886 1.433146</w:t>
        <w:br/>
        <w:t>v -0.352004 15.185693 1.384060</w:t>
        <w:br/>
        <w:t>v -0.516408 15.173927 1.396366</w:t>
        <w:br/>
        <w:t>v -0.506296 15.141513 1.393705</w:t>
        <w:br/>
        <w:t>v -0.504282 15.144398 1.366698</w:t>
        <w:br/>
        <w:t>v -0.531942 15.148624 1.358026</w:t>
        <w:br/>
        <w:t>v -0.533046 15.144607 1.402564</w:t>
        <w:br/>
        <w:t>v -0.506296 15.141513 1.393705</w:t>
        <w:br/>
        <w:t>v -0.539735 15.161372 1.404176</w:t>
        <w:br/>
        <w:t>v -0.516408 15.173927 1.396366</w:t>
        <w:br/>
        <w:t>v -0.533046 15.144607 1.402564</w:t>
        <w:br/>
        <w:t>v -0.531942 15.148624 1.358026</w:t>
        <w:br/>
        <w:t>v -0.539997 15.165163 1.359330</w:t>
        <w:br/>
        <w:t>v -0.539735 15.161372 1.404176</w:t>
        <w:br/>
        <w:t>v -0.539997 15.165163 1.359330</w:t>
        <w:br/>
        <w:t>v -0.515540 15.176633 1.369094</w:t>
        <w:br/>
        <w:t>v -0.443032 15.182388 1.320182</w:t>
        <w:br/>
        <w:t>v -0.444476 15.189562 1.345248</w:t>
        <w:br/>
        <w:t>v -0.539997 15.165163 1.359330</w:t>
        <w:br/>
        <w:t>v -0.531942 15.148624 1.358026</w:t>
        <w:br/>
        <w:t>v -0.435540 15.165586 1.320014</w:t>
        <w:br/>
        <w:t>v -0.443032 15.182388 1.320182</w:t>
        <w:br/>
        <w:t>v -0.433730 15.156578 1.344164</w:t>
        <w:br/>
        <w:t>v -0.435540 15.165586 1.320014</w:t>
        <w:br/>
        <w:t>v -0.433730 15.156578 1.344164</w:t>
        <w:br/>
        <w:t>v -0.504282 15.144398 1.366698</w:t>
        <w:br/>
        <w:t>v -0.515540 15.176633 1.369094</w:t>
        <w:br/>
        <w:t>v -0.444476 15.189562 1.345248</w:t>
        <w:br/>
        <w:t>v -0.515540 15.176633 1.369094</w:t>
        <w:br/>
        <w:t>v -0.504282 15.144398 1.366698</w:t>
        <w:br/>
        <w:t>v -0.506296 15.141513 1.393705</w:t>
        <w:br/>
        <w:t>v -0.516408 15.173927 1.396366</w:t>
        <w:br/>
        <w:t>v -0.441607 15.086016 1.328133</w:t>
        <w:br/>
        <w:t>v -0.463424 15.069439 1.321372</w:t>
        <w:br/>
        <w:t>v -0.451242 15.090447 1.257416</w:t>
        <w:br/>
        <w:t>v -0.431573 15.101096 1.276149</w:t>
        <w:br/>
        <w:t>v -0.479835 15.074536 1.367403</w:t>
        <w:br/>
        <w:t>v -0.453047 15.088778 1.363130</w:t>
        <w:br/>
        <w:t>v -0.530205 15.244380 1.367610</w:t>
        <w:br/>
        <w:t>v -0.479835 15.074536 1.367403</w:t>
        <w:br/>
        <w:t>v -0.453047 15.088778 1.363130</w:t>
        <w:br/>
        <w:t>v -0.496979 15.242537 1.363643</w:t>
        <w:br/>
        <w:t>v -0.496979 15.242537 1.363643</w:t>
        <w:br/>
        <w:t>v -0.453047 15.088778 1.363130</w:t>
        <w:br/>
        <w:t>v -0.433513 15.078728 1.383375</w:t>
        <w:br/>
        <w:t>v -0.482868 15.251356 1.385114</w:t>
        <w:br/>
        <w:t>v -0.516288 15.252531 1.388417</w:t>
        <w:br/>
        <w:t>v -0.482868 15.251356 1.385114</w:t>
        <w:br/>
        <w:t>v -0.433513 15.078728 1.383375</w:t>
        <w:br/>
        <w:t>v -0.460704 15.065071 1.387192</w:t>
        <w:br/>
        <w:t>v -0.516288 15.252531 1.388417</w:t>
        <w:br/>
        <w:t>v -0.530205 15.244380 1.367610</w:t>
        <w:br/>
        <w:t>v -0.530716 15.263396 1.341272</w:t>
        <w:br/>
        <w:t>v -0.514931 15.277590 1.350788</w:t>
        <w:br/>
        <w:t>v -0.514931 15.277590 1.350788</w:t>
        <w:br/>
        <w:t>v -0.483298 15.271255 1.356059</w:t>
        <w:br/>
        <w:t>v -0.460704 15.065071 1.387192</w:t>
        <w:br/>
        <w:t>v -0.479835 15.074536 1.367403</w:t>
        <w:br/>
        <w:t>v -0.463424 15.069439 1.321372</w:t>
        <w:br/>
        <w:t>v -0.479835 15.074536 1.367403</w:t>
        <w:br/>
        <w:t>v -0.460704 15.065071 1.387192</w:t>
        <w:br/>
        <w:t>v -0.438870 15.056979 1.326501</w:t>
        <w:br/>
        <w:t>v -0.416637 15.073147 1.333802</w:t>
        <w:br/>
        <w:t>v -0.438870 15.056979 1.326501</w:t>
        <w:br/>
        <w:t>v -0.460704 15.065071 1.387192</w:t>
        <w:br/>
        <w:t>v -0.433513 15.078728 1.383375</w:t>
        <w:br/>
        <w:t>v -0.404204 15.095180 1.267557</w:t>
        <w:br/>
        <w:t>v -0.424159 15.084743 1.248794</w:t>
        <w:br/>
        <w:t>v -0.404204 15.095180 1.267557</w:t>
        <w:br/>
        <w:t>v -0.416637 15.073147 1.333802</w:t>
        <w:br/>
        <w:t>v -0.441607 15.086016 1.328133</w:t>
        <w:br/>
        <w:t>v -0.431573 15.101096 1.276149</w:t>
        <w:br/>
        <w:t>v -0.433513 15.078728 1.383375</w:t>
        <w:br/>
        <w:t>v -0.453047 15.088778 1.363130</w:t>
        <w:br/>
        <w:t>v -0.483298 15.271255 1.356059</w:t>
        <w:br/>
        <w:t>v -0.499256 15.256217 1.346116</w:t>
        <w:br/>
        <w:t>v -0.466450 15.272781 1.289656</w:t>
        <w:br/>
        <w:t>v -0.487331 15.257457 1.293858</w:t>
        <w:br/>
        <w:t>v -0.514531 15.265533 1.277985</w:t>
        <w:br/>
        <w:t>v -0.530716 15.263396 1.341272</w:t>
        <w:br/>
        <w:t>v -0.499256 15.256217 1.346116</w:t>
        <w:br/>
        <w:t>v -0.487331 15.257457 1.293858</w:t>
        <w:br/>
        <w:t>v -0.499256 15.256217 1.346116</w:t>
        <w:br/>
        <w:t>v -0.424159 15.084743 1.248794</w:t>
        <w:br/>
        <w:t>v -0.451242 15.090447 1.257416</w:t>
        <w:br/>
        <w:t>v -0.493812 15.279884 1.273684</w:t>
        <w:br/>
        <w:t>v -0.466450 15.272781 1.289656</w:t>
        <w:br/>
        <w:t>v -0.514531 15.265533 1.277985</w:t>
        <w:br/>
        <w:t>v -0.493812 15.279884 1.273684</w:t>
        <w:br/>
        <w:t>v -0.140337 15.196423 1.500939</w:t>
        <w:br/>
        <w:t>v -0.119664 15.192912 1.487648</w:t>
        <w:br/>
        <w:t>v -0.110622 15.135356 1.477096</w:t>
        <w:br/>
        <w:t>v -0.127491 15.124111 1.484719</w:t>
        <w:br/>
        <w:t>v -0.101761 15.235886 1.499127</w:t>
        <w:br/>
        <w:t>v -0.095638 15.203547 1.493582</w:t>
        <w:br/>
        <w:t>v -0.085053 15.222076 1.498654</w:t>
        <w:br/>
        <w:t>v -0.085053 15.222076 1.498654</w:t>
        <w:br/>
        <w:t>v -0.102870 15.217518 1.513330</w:t>
        <w:br/>
        <w:t>v -0.118982 15.226815 1.512591</w:t>
        <w:br/>
        <w:t>v -0.101761 15.235886 1.499127</w:t>
        <w:br/>
        <w:t>v -0.110622 15.135356 1.477096</w:t>
        <w:br/>
        <w:t>v -0.207053 15.278391 1.486538</w:t>
        <w:br/>
        <w:t>v -0.171327 15.127227 1.465113</w:t>
        <w:br/>
        <w:t>v -0.119664 15.192912 1.487648</w:t>
        <w:br/>
        <w:t>v -0.128307 15.238987 1.494883</w:t>
        <w:br/>
        <w:t>v -0.144792 15.285638 1.499700</w:t>
        <w:br/>
        <w:t>v -0.146451 15.227893 1.507326</w:t>
        <w:br/>
        <w:t>v -0.128307 15.238987 1.494883</w:t>
        <w:br/>
        <w:t>v -0.167109 15.291042 1.516945</w:t>
        <w:br/>
        <w:t>v -0.144792 15.285638 1.499700</w:t>
        <w:br/>
        <w:t>v -0.207241 15.305950 1.431549</w:t>
        <w:br/>
        <w:t>v -0.207053 15.278391 1.486538</w:t>
        <w:br/>
        <w:t>v -0.144792 15.285638 1.499700</w:t>
        <w:br/>
        <w:t>v -0.149855 15.308866 1.444921</w:t>
        <w:br/>
        <w:t>v -0.171327 15.127227 1.465113</w:t>
        <w:br/>
        <w:t>v -0.207053 15.278391 1.486538</w:t>
        <w:br/>
        <w:t>v -0.195349 15.288331 1.510631</w:t>
        <w:br/>
        <w:t>v -0.154273 15.119620 1.478711</w:t>
        <w:br/>
        <w:t>v -0.141523 15.104531 1.394206</w:t>
        <w:br/>
        <w:t>v -0.161995 15.112926 1.399830</w:t>
        <w:br/>
        <w:t>v -0.171327 15.127227 1.465113</w:t>
        <w:br/>
        <w:t>v -0.154273 15.119620 1.478711</w:t>
        <w:br/>
        <w:t>v -0.161995 15.112926 1.399830</w:t>
        <w:br/>
        <w:t>v -0.102125 15.121196 1.409353</w:t>
        <w:br/>
        <w:t>v -0.110622 15.135356 1.477096</w:t>
        <w:br/>
        <w:t>v -0.171327 15.127227 1.465113</w:t>
        <w:br/>
        <w:t>v -0.127491 15.124111 1.484719</w:t>
        <w:br/>
        <w:t>v -0.115443 15.108333 1.398463</w:t>
        <w:br/>
        <w:t>v -0.141523 15.104531 1.394206</w:t>
        <w:br/>
        <w:t>v -0.154273 15.119620 1.478711</w:t>
        <w:br/>
        <w:t>v -0.195349 15.288331 1.510631</w:t>
        <w:br/>
        <w:t>v -0.127491 15.124111 1.484719</w:t>
        <w:br/>
        <w:t>v -0.154273 15.119620 1.478711</w:t>
        <w:br/>
        <w:t>v -0.140337 15.196423 1.500939</w:t>
        <w:br/>
        <w:t>v -0.146451 15.227893 1.507326</w:t>
        <w:br/>
        <w:t>v -0.167109 15.291042 1.516945</w:t>
        <w:br/>
        <w:t>v -0.118982 15.226815 1.512591</w:t>
        <w:br/>
        <w:t>v -0.114568 15.204270 1.507962</w:t>
        <w:br/>
        <w:t>v -0.102870 15.217518 1.513330</w:t>
        <w:br/>
        <w:t>v -0.085053 15.222076 1.498654</w:t>
        <w:br/>
        <w:t>v -0.095638 15.203547 1.493582</w:t>
        <w:br/>
        <w:t>v -0.114568 15.204270 1.507962</w:t>
        <w:br/>
        <w:t>v -0.167109 15.291042 1.516945</w:t>
        <w:br/>
        <w:t>v -0.165177 15.319963 1.439851</w:t>
        <w:br/>
        <w:t>v -0.149855 15.308866 1.444921</w:t>
        <w:br/>
        <w:t>v -0.144792 15.285638 1.499700</w:t>
        <w:br/>
        <w:t>v -0.167109 15.291042 1.516945</w:t>
        <w:br/>
        <w:t>v -0.195349 15.288331 1.510631</w:t>
        <w:br/>
        <w:t>v -0.191666 15.317056 1.437144</w:t>
        <w:br/>
        <w:t>v -0.165177 15.319963 1.439851</w:t>
        <w:br/>
        <w:t>v -0.207241 15.305950 1.431549</w:t>
        <w:br/>
        <w:t>v -0.191666 15.317056 1.437144</w:t>
        <w:br/>
        <w:t>v -0.195349 15.288331 1.510631</w:t>
        <w:br/>
        <w:t>v -0.207053 15.278391 1.486538</w:t>
        <w:br/>
        <w:t>v -0.115443 15.108333 1.398463</w:t>
        <w:br/>
        <w:t>v -0.127491 15.124111 1.484719</w:t>
        <w:br/>
        <w:t>v -0.110622 15.135356 1.477096</w:t>
        <w:br/>
        <w:t>v -0.102125 15.121196 1.409353</w:t>
        <w:br/>
        <w:t>v 0.057885 14.633626 -0.961532</w:t>
        <w:br/>
        <w:t>v 0.057965 14.740144 -0.961918</w:t>
        <w:br/>
        <w:t>v -0.058989 14.740144 -0.961921</w:t>
        <w:br/>
        <w:t>v -0.059239 14.633626 -0.961537</w:t>
        <w:br/>
        <w:t>v -0.060716 14.742087 -0.613604</w:t>
        <w:br/>
        <w:t>v -0.058989 14.740144 -0.961921</w:t>
        <w:br/>
        <w:t>v 0.057965 14.740144 -0.961918</w:t>
        <w:br/>
        <w:t>v 0.059749 14.742083 -0.613617</w:t>
        <w:br/>
        <w:t>v 0.057438 14.374150 -0.957989</w:t>
        <w:br/>
        <w:t>v 0.059090 14.368109 -0.614679</w:t>
        <w:br/>
        <w:t>v 0.059749 14.742083 -0.613617</w:t>
        <w:br/>
        <w:t>v 0.057647 14.481086 -0.959685</w:t>
        <w:br/>
        <w:t>v 0.057655 14.499672 -0.966290</w:t>
        <w:br/>
        <w:t>v 0.057832 14.615087 -0.967652</w:t>
        <w:br/>
        <w:t>v 0.057885 14.633626 -0.961532</w:t>
        <w:br/>
        <w:t>v 0.057965 14.740144 -0.961918</w:t>
        <w:br/>
        <w:t>v -0.059521 14.481085 -0.959693</w:t>
        <w:br/>
        <w:t>v -0.059699 14.374148 -0.957995</w:t>
        <w:br/>
        <w:t>v 0.057438 14.374150 -0.957989</w:t>
        <w:br/>
        <w:t>v 0.057647 14.481086 -0.959685</w:t>
        <w:br/>
        <w:t>v -0.060716 14.742087 -0.613604</w:t>
        <w:br/>
        <w:t>v -0.061281 14.368102 -0.614697</w:t>
        <w:br/>
        <w:t>v -0.059699 14.374148 -0.957995</w:t>
        <w:br/>
        <w:t>v -0.059521 14.481085 -0.959693</w:t>
        <w:br/>
        <w:t>v -0.059465 14.499671 -0.966297</w:t>
        <w:br/>
        <w:t>v -0.059248 14.615085 -0.967657</w:t>
        <w:br/>
        <w:t>v -0.059239 14.633626 -0.961537</w:t>
        <w:br/>
        <w:t>v -0.058989 14.740144 -0.961921</w:t>
        <w:br/>
        <w:t>v 0.059090 14.368109 -0.614679</w:t>
        <w:br/>
        <w:t>v 0.057438 14.374150 -0.957989</w:t>
        <w:br/>
        <w:t>v -0.059699 14.374148 -0.957995</w:t>
        <w:br/>
        <w:t>v -0.061281 14.368102 -0.614697</w:t>
        <w:br/>
        <w:t>v -0.040727 14.604871 -1.038568</w:t>
        <w:br/>
        <w:t>v -0.040621 14.605098 -1.510269</w:t>
        <w:br/>
        <w:t>v 0.040964 14.603797 -1.510269</w:t>
        <w:br/>
        <w:t>v 0.041051 14.603456 -1.037175</w:t>
        <w:br/>
        <w:t>v 0.041051 14.603456 -1.037175</w:t>
        <w:br/>
        <w:t>v 0.040964 14.603797 -1.510269</w:t>
        <w:br/>
        <w:t>v 0.039244 14.511070 -1.510269</w:t>
        <w:br/>
        <w:t>v 0.039147 14.510887 -1.036545</w:t>
        <w:br/>
        <w:t>v -0.042490 14.512371 -1.510269</w:t>
        <w:br/>
        <w:t>v -0.042712 14.512298 -1.037966</w:t>
        <w:br/>
        <w:t>v 0.039147 14.510887 -1.036545</w:t>
        <w:br/>
        <w:t>v 0.039244 14.511070 -1.510269</w:t>
        <w:br/>
        <w:t>v -0.040621 14.605098 -1.510269</w:t>
        <w:br/>
        <w:t>v -0.040727 14.604871 -1.038568</w:t>
        <w:br/>
        <w:t>v -0.042712 14.512298 -1.037966</w:t>
        <w:br/>
        <w:t>v -0.042490 14.512371 -1.510269</w:t>
        <w:br/>
        <w:t>v -0.059248 14.615085 -0.967657</w:t>
        <w:br/>
        <w:t>v 0.057832 14.615087 -0.967652</w:t>
        <w:br/>
        <w:t>v 0.057655 14.499672 -0.966290</w:t>
        <w:br/>
        <w:t>v -0.059465 14.499671 -0.966297</w:t>
        <w:br/>
        <w:t>v -0.042245 14.601308 -1.559459</w:t>
        <w:br/>
        <w:t>v 0.039327 14.601307 -1.559684</w:t>
        <w:br/>
        <w:t>v 0.039327 14.601307 -1.559684</w:t>
        <w:br/>
        <w:t>v 0.039256 14.514326 -1.553137</w:t>
        <w:br/>
        <w:t>v 0.039256 14.514326 -1.553137</w:t>
        <w:br/>
        <w:t>v -0.042457 14.514327 -1.552912</w:t>
        <w:br/>
        <w:t>v -0.042457 14.514327 -1.552912</w:t>
        <w:br/>
        <w:t>v -0.042245 14.601308 -1.559459</w:t>
        <w:br/>
        <w:t>v 0.039331 14.596214 -1.596416</w:t>
        <w:br/>
        <w:t>v -0.042232 14.596214 -1.596416</w:t>
        <w:br/>
        <w:t>v 0.039331 14.596214 -1.596416</w:t>
        <w:br/>
        <w:t>v 0.039270 14.518887 -1.596416</w:t>
        <w:br/>
        <w:t>v -0.042415 14.518887 -1.596416</w:t>
        <w:br/>
        <w:t>v 0.039270 14.518887 -1.596416</w:t>
        <w:br/>
        <w:t>v -0.042415 14.518887 -1.596416</w:t>
        <w:br/>
        <w:t>v -0.042232 14.596214 -1.596416</w:t>
        <w:br/>
        <w:t>v -0.042337 14.533271 -1.652984</w:t>
        <w:br/>
        <w:t>v 0.039296 14.533268 -1.652981</w:t>
        <w:br/>
        <w:t>v 0.039308 14.557549 -1.624439</w:t>
        <w:br/>
        <w:t>v -0.042302 14.557549 -1.624439</w:t>
        <w:br/>
        <w:t>v -0.042142 14.625133 -1.633834</w:t>
        <w:br/>
        <w:t>v 0.039362 14.625136 -1.633847</w:t>
        <w:br/>
        <w:t>v 0.039339 14.599064 -1.618956</w:t>
        <w:br/>
        <w:t>v -0.042211 14.599061 -1.618959</w:t>
        <w:br/>
        <w:t>v -0.042089 14.634702 -1.679690</w:t>
        <w:br/>
        <w:t>v -0.042142 14.625133 -1.633834</w:t>
        <w:br/>
        <w:t>v -0.042211 14.599061 -1.618959</w:t>
        <w:br/>
        <w:t>v -0.042225 14.581831 -1.652985</w:t>
        <w:br/>
        <w:t>v -0.042541 14.457170 -1.627857</w:t>
        <w:br/>
        <w:t>v 0.039228 14.457219 -1.627828</w:t>
        <w:br/>
        <w:t>v 0.039216 14.452771 -1.600450</w:t>
        <w:br/>
        <w:t>v -0.042575 14.452862 -1.600441</w:t>
        <w:br/>
        <w:t>v -0.042677 14.423756 -1.564604</w:t>
        <w:br/>
        <w:t>v 0.039182 14.423558 -1.564578</w:t>
        <w:br/>
        <w:t>v 0.039179 14.407327 -1.605079</w:t>
        <w:br/>
        <w:t>v -0.042686 14.407417 -1.605070</w:t>
        <w:br/>
        <w:t>v 0.039201 14.416903 -1.651249</w:t>
        <w:br/>
        <w:t>v -0.042621 14.416851 -1.651278</w:t>
        <w:br/>
        <w:t>v -0.042575 14.452862 -1.600441</w:t>
        <w:br/>
        <w:t>v -0.042686 14.407417 -1.605070</w:t>
        <w:br/>
        <w:t>v -0.042621 14.416851 -1.651278</w:t>
        <w:br/>
        <w:t>v -0.042541 14.457170 -1.627857</w:t>
        <w:br/>
        <w:t>v -0.042487 14.476436 -1.635726</w:t>
        <w:br/>
        <w:t>v -0.042517 14.451227 -1.673074</w:t>
        <w:br/>
        <w:t>v -0.042487 14.476436 -1.635726</w:t>
        <w:br/>
        <w:t>v 0.039246 14.476484 -1.635700</w:t>
        <w:br/>
        <w:t>v -0.042433 14.500465 -1.631345</w:t>
        <w:br/>
        <w:t>v -0.042410 14.495236 -1.673980</w:t>
        <w:br/>
        <w:t>v -0.042433 14.500465 -1.631345</w:t>
        <w:br/>
        <w:t>v 0.039264 14.500465 -1.631341</w:t>
        <w:br/>
        <w:t>v -0.042517 14.451227 -1.673074</w:t>
        <w:br/>
        <w:t>v 0.039236 14.451278 -1.673048</w:t>
        <w:br/>
        <w:t>v 0.039272 14.495234 -1.673976</w:t>
        <w:br/>
        <w:t>v -0.042410 14.495236 -1.673980</w:t>
        <w:br/>
        <w:t>v -0.042405 14.516039 -1.618960</w:t>
        <w:br/>
        <w:t>v 0.039274 14.516038 -1.618956</w:t>
        <w:br/>
        <w:t>v -0.042337 14.533271 -1.652984</w:t>
        <w:br/>
        <w:t>v -0.042405 14.516039 -1.618960</w:t>
        <w:br/>
        <w:t>v -0.042302 14.557549 -1.624439</w:t>
        <w:br/>
        <w:t>v -0.041984 14.707729 -1.605074</w:t>
        <w:br/>
        <w:t>v 0.039415 14.707729 -1.605074</w:t>
        <w:br/>
        <w:t>v 0.039396 14.691309 -1.564609</w:t>
        <w:br/>
        <w:t>v -0.042041 14.691581 -1.564574</w:t>
        <w:br/>
        <w:t>v -0.041975 14.698375 -1.651637</w:t>
        <w:br/>
        <w:t>v 0.039417 14.696623 -1.651289</w:t>
        <w:br/>
        <w:t>v -0.042092 14.647189 -1.636456</w:t>
        <w:br/>
        <w:t>v -0.042017 14.670716 -1.674428</w:t>
        <w:br/>
        <w:t>v -0.041975 14.698375 -1.651637</w:t>
        <w:br/>
        <w:t>v -0.042063 14.663202 -1.629068</w:t>
        <w:br/>
        <w:t>v -0.042017 14.670716 -1.674428</w:t>
        <w:br/>
        <w:t>v 0.039403 14.669733 -1.673874</w:t>
        <w:br/>
        <w:t>v -0.042063 14.663202 -1.629068</w:t>
        <w:br/>
        <w:t>v -0.042083 14.662287 -1.600445</w:t>
        <w:br/>
        <w:t>v 0.039382 14.662285 -1.600445</w:t>
        <w:br/>
        <w:t>v 0.039381 14.654058 -1.626215</w:t>
        <w:br/>
        <w:t>v -0.042083 14.662287 -1.600445</w:t>
        <w:br/>
        <w:t>v -0.041984 14.707729 -1.605074</w:t>
        <w:br/>
        <w:t>v 0.039373 14.641096 -1.633844</w:t>
        <w:br/>
        <w:t>v -0.042092 14.647189 -1.636456</w:t>
        <w:br/>
        <w:t>v -0.042225 14.581831 -1.652985</w:t>
        <w:br/>
        <w:t>v 0.039334 14.581833 -1.652981</w:t>
        <w:br/>
        <w:t>v 0.039379 14.634702 -1.679692</w:t>
        <w:br/>
        <w:t>v -0.042089 14.634702 -1.679690</w:t>
        <w:br/>
        <w:t>v -0.042302 14.557549 -1.624439</w:t>
        <w:br/>
        <w:t>v 0.039308 14.557549 -1.624439</w:t>
        <w:br/>
        <w:t>v 0.039216 14.452771 -1.600450</w:t>
        <w:br/>
        <w:t>v 0.039228 14.457219 -1.627828</w:t>
        <w:br/>
        <w:t>v 0.039201 14.416903 -1.651249</w:t>
        <w:br/>
        <w:t>v 0.039179 14.407327 -1.605079</w:t>
        <w:br/>
        <w:t>v 0.039246 14.476484 -1.635700</w:t>
        <w:br/>
        <w:t>v 0.039236 14.451278 -1.673048</w:t>
        <w:br/>
        <w:t>v 0.039264 14.500465 -1.631341</w:t>
        <w:br/>
        <w:t>v 0.039272 14.495234 -1.673976</w:t>
        <w:br/>
        <w:t>v 0.039274 14.516038 -1.618956</w:t>
        <w:br/>
        <w:t>v 0.039296 14.533268 -1.652981</w:t>
        <w:br/>
        <w:t>v 0.039382 14.662285 -1.600445</w:t>
        <w:br/>
        <w:t>v 0.039415 14.707729 -1.605074</w:t>
        <w:br/>
        <w:t>v 0.039417 14.696623 -1.651289</w:t>
        <w:br/>
        <w:t>v 0.039381 14.654058 -1.626215</w:t>
        <w:br/>
        <w:t>v 0.039373 14.641096 -1.633844</w:t>
        <w:br/>
        <w:t>v 0.039403 14.669733 -1.673874</w:t>
        <w:br/>
        <w:t>v 0.039362 14.625136 -1.633847</w:t>
        <w:br/>
        <w:t>v 0.039379 14.634702 -1.679692</w:t>
        <w:br/>
        <w:t>v 0.039334 14.581833 -1.652981</w:t>
        <w:br/>
        <w:t>v 0.039339 14.599064 -1.618956</w:t>
        <w:br/>
        <w:t>v 0.039308 14.557549 -1.624439</w:t>
        <w:br/>
        <w:t>v -0.042677 14.423756 -1.564604</w:t>
        <w:br/>
        <w:t>v -0.042571 14.463977 -1.569852</w:t>
        <w:br/>
        <w:t>v -0.042624 14.446433 -1.558112</w:t>
        <w:br/>
        <w:t>v -0.042571 14.463977 -1.569852</w:t>
        <w:br/>
        <w:t>v 0.039218 14.463779 -1.569826</w:t>
        <w:br/>
        <w:t>v 0.039200 14.446433 -1.558112</w:t>
        <w:br/>
        <w:t>v -0.042624 14.446433 -1.558112</w:t>
        <w:br/>
        <w:t>v -0.042094 14.668672 -1.558112</w:t>
        <w:br/>
        <w:t>v 0.039378 14.668672 -1.558112</w:t>
        <w:br/>
        <w:t>v 0.039367 14.651089 -1.569856</w:t>
        <w:br/>
        <w:t>v -0.042125 14.651359 -1.569821</w:t>
        <w:br/>
        <w:t>v -0.042094 14.668672 -1.558112</w:t>
        <w:br/>
        <w:t>v -0.042125 14.651359 -1.569821</w:t>
        <w:br/>
        <w:t>v -0.042041 14.691581 -1.564574</w:t>
        <w:br/>
        <w:t>v 0.039200 14.446433 -1.558112</w:t>
        <w:br/>
        <w:t>v 0.039218 14.463779 -1.569826</w:t>
        <w:br/>
        <w:t>v 0.039182 14.423558 -1.564578</w:t>
        <w:br/>
        <w:t>v 0.039396 14.691309 -1.564609</w:t>
        <w:br/>
        <w:t>v 0.039367 14.651089 -1.569856</w:t>
        <w:br/>
        <w:t>v 0.039378 14.668672 -1.558112</w:t>
        <w:br/>
        <w:t>v -0.042571 14.463977 -1.569852</w:t>
        <w:br/>
        <w:t>v 0.039218 14.463779 -1.569826</w:t>
        <w:br/>
        <w:t>v -0.042125 14.651359 -1.569821</w:t>
        <w:br/>
        <w:t>v 0.039367 14.651089 -1.569856</w:t>
        <w:br/>
        <w:t>v -0.059248 14.615085 -0.967657</w:t>
        <w:br/>
        <w:t>v 0.057832 14.615087 -0.967652</w:t>
        <w:br/>
        <w:t>v 0.057655 14.499672 -0.966290</w:t>
        <w:br/>
        <w:t>v -0.059465 14.499671 -0.966297</w:t>
        <w:br/>
        <w:t>v -5.270236 15.119144 -0.020822</w:t>
        <w:br/>
        <w:t>v -5.307535 15.192266 -0.206891</w:t>
        <w:br/>
        <w:t>v -5.145033 15.318727 -0.211004</w:t>
        <w:br/>
        <w:t>v -5.105410 15.239219 -0.012371</w:t>
        <w:br/>
        <w:t>v -5.058853 15.158278 -0.505440</w:t>
        <w:br/>
        <w:t>v -5.224658 15.045520 -0.473332</w:t>
        <w:br/>
        <w:t>v -5.154996 14.928458 -0.447732</w:t>
        <w:br/>
        <w:t>v -4.984770 15.026565 -0.482894</w:t>
        <w:br/>
        <w:t>v -5.124677 15.275753 -0.407228</w:t>
        <w:br/>
        <w:t>v -5.289736 15.151781 -0.386835</w:t>
        <w:br/>
        <w:t>v -4.300451 15.791189 0.020268</w:t>
        <w:br/>
        <w:t>v -4.379519 15.930279 -0.205135</w:t>
        <w:br/>
        <w:t>v -4.169403 16.052851 -0.198603</w:t>
        <w:br/>
        <w:t>v -4.088372 15.920971 0.002792</w:t>
        <w:br/>
        <w:t>v -4.195289 15.617226 0.095492</w:t>
        <w:br/>
        <w:t>v -3.981953 15.748301 0.079759</w:t>
        <w:br/>
        <w:t>v -4.259719 15.691309 -0.601394</w:t>
        <w:br/>
        <w:t>v -4.062737 15.816696 -0.600900</w:t>
        <w:br/>
        <w:t>v -4.155223 16.008202 -0.446629</w:t>
        <w:br/>
        <w:t>v -4.358555 15.882681 -0.458268</w:t>
        <w:br/>
        <w:t>v -4.973380 14.995397 0.038951</w:t>
        <w:br/>
        <w:t>v -4.676578 15.155573 0.056164</w:t>
        <w:br/>
        <w:t>v -4.625279 15.069589 -0.054288</w:t>
        <w:br/>
        <w:t>v -4.932543 14.927032 -0.059222</w:t>
        <w:br/>
        <w:t>v -4.063850 15.392956 -0.489539</w:t>
        <w:br/>
        <w:t>v -4.022358 15.330196 -0.283812</w:t>
        <w:br/>
        <w:t>v -3.816554 15.460772 -0.287536</w:t>
        <w:br/>
        <w:t>v -3.861163 15.513674 -0.482638</w:t>
        <w:br/>
        <w:t>v -3.873930 16.037292 -0.031375</w:t>
        <w:br/>
        <w:t>v -3.981858 15.980701 -0.012857</w:t>
        <w:br/>
        <w:t>v -4.056828 16.096485 -0.194653</w:t>
        <w:br/>
        <w:t>v -3.942080 16.135874 -0.192761</w:t>
        <w:br/>
        <w:t>v -4.934390 14.937376 -0.374611</w:t>
        <w:br/>
        <w:t>v -4.636339 15.088406 -0.429554</w:t>
        <w:br/>
        <w:t>v -4.701744 15.194777 -0.538095</w:t>
        <w:br/>
        <w:t>v -3.889622 15.588924 0.045282</w:t>
        <w:br/>
        <w:t>v -4.102287 15.467108 0.061290</w:t>
        <w:br/>
        <w:t>v -5.040089 15.110001 0.062989</w:t>
        <w:br/>
        <w:t>v -4.834554 15.430526 0.003491</w:t>
        <w:br/>
        <w:t>v -4.751784 15.281181 0.081677</w:t>
        <w:br/>
        <w:t>v -3.832771 15.492130 -0.078559</w:t>
        <w:br/>
        <w:t>v -4.041972 15.365374 -0.062889</w:t>
        <w:br/>
        <w:t>v -4.918337 14.906187 -0.212568</w:t>
        <w:br/>
        <w:t>v -4.609004 15.043358 -0.243762</w:t>
        <w:br/>
        <w:t>v -4.560821 15.617858 0.016093</w:t>
        <w:br/>
        <w:t>v -4.630055 15.745050 -0.209141</w:t>
        <w:br/>
        <w:t>v -4.464050 15.454134 0.091781</w:t>
        <w:br/>
        <w:t>v -4.380547 15.317706 0.064669</w:t>
        <w:br/>
        <w:t>v -4.320870 15.217767 -0.052653</w:t>
        <w:br/>
        <w:t>v -4.339046 15.243782 -0.472183</w:t>
        <w:br/>
        <w:t>v -4.301714 15.185565 -0.269489</w:t>
        <w:br/>
        <w:t>v -4.604677 15.690855 -0.449569</w:t>
        <w:br/>
        <w:t>v -4.516750 15.522367 -0.581612</w:t>
        <w:br/>
        <w:t>v -3.954588 15.890194 -0.604469</w:t>
        <w:br/>
        <w:t>v -4.037864 16.058537 -0.437177</w:t>
        <w:br/>
        <w:t>v -3.947147 15.631666 -0.599684</w:t>
        <w:br/>
        <w:t>v -3.757014 15.580282 -0.479221</w:t>
        <w:br/>
        <w:t>v -3.839570 15.700666 -0.599076</w:t>
        <w:br/>
        <w:t>v -3.789337 15.654547 0.030260</w:t>
        <w:br/>
        <w:t>v -3.881158 15.813330 0.060909</w:t>
        <w:br/>
        <w:t>v -3.780943 15.878906 0.039833</w:t>
        <w:br/>
        <w:t>v -3.690762 15.722843 0.014754</w:t>
        <w:br/>
        <w:t>v -3.656402 15.651909 -0.479207</w:t>
        <w:br/>
        <w:t>v -3.720005 15.533833 -0.289649</w:t>
        <w:br/>
        <w:t>v -3.624619 15.608635 -0.291847</w:t>
        <w:br/>
        <w:t>v -3.781442 15.866669 -0.616821</w:t>
        <w:br/>
        <w:t>v -3.843058 15.970085 -0.608649</w:t>
        <w:br/>
        <w:t>v -4.148589 15.515354 -0.599274</w:t>
        <w:br/>
        <w:t>v -4.416942 15.363105 -0.580005</w:t>
        <w:br/>
        <w:t>v -3.734072 15.559071 -0.088382</w:t>
        <w:br/>
        <w:t>v -3.917390 16.116495 -0.432171</w:t>
        <w:br/>
        <w:t>v -4.609004 15.043358 -0.243762</w:t>
        <w:br/>
        <w:t>v -4.918337 14.906187 -0.212568</w:t>
        <w:br/>
        <w:t>v -4.022358 15.330196 -0.283812</w:t>
        <w:br/>
        <w:t>v -4.301714 15.185565 -0.269489</w:t>
        <w:br/>
        <w:t>v -3.816554 15.460772 -0.287536</w:t>
        <w:br/>
        <w:t>v -3.624619 15.608635 -0.291847</w:t>
        <w:br/>
        <w:t>v -3.720005 15.533833 -0.289649</w:t>
        <w:br/>
        <w:t>v -3.636516 15.627876 -0.097336</w:t>
        <w:br/>
        <w:t>v -5.097394 14.823636 -0.194456</w:t>
        <w:br/>
        <w:t>v -5.113239 14.843376 -0.058311</w:t>
        <w:br/>
        <w:t>v -5.216074 15.006888 0.045625</w:t>
        <w:br/>
        <w:t>v -5.152194 14.903427 0.026260</w:t>
        <w:br/>
        <w:t>v -5.109860 14.850234 -0.342987</w:t>
        <w:br/>
        <w:t>v -5.097394 14.823636 -0.194456</w:t>
        <w:br/>
        <w:t>v -1.253651 17.938309 -0.249034</w:t>
        <w:br/>
        <w:t>v -1.243722 17.840326 -0.463615</w:t>
        <w:br/>
        <w:t>v -1.092838 17.843546 -0.478208</w:t>
        <w:br/>
        <w:t>v -1.090403 17.962585 -0.251665</w:t>
        <w:br/>
        <w:t>v -1.086046 17.937422 -0.058795</w:t>
        <w:br/>
        <w:t>v -1.238515 17.921461 -0.062300</w:t>
        <w:br/>
        <w:t>v -1.030318 17.508150 0.270587</w:t>
        <w:br/>
        <w:t>v -1.024859 17.373371 0.307743</w:t>
        <w:br/>
        <w:t>v -1.131219 17.465715 0.223087</w:t>
        <w:br/>
        <w:t>v -1.077052 17.880793 0.068262</w:t>
        <w:br/>
        <w:t>v -1.223423 17.874386 0.034836</w:t>
        <w:br/>
        <w:t>v -0.945983 17.935743 -0.056414</w:t>
        <w:br/>
        <w:t>v -0.942468 17.866751 0.099569</w:t>
        <w:br/>
        <w:t>v -0.922868 17.487011 0.343401</w:t>
        <w:br/>
        <w:t>v -1.101456 17.626236 -0.635881</w:t>
        <w:br/>
        <w:t>v -1.233009 17.620750 -0.615803</w:t>
        <w:br/>
        <w:t>v -0.962434 17.617214 -0.654465</w:t>
        <w:br/>
        <w:t>v -0.944885 17.847103 -0.490566</w:t>
        <w:br/>
        <w:t>v -0.140476 17.340927 -0.716430</w:t>
        <w:br/>
        <w:t>v -0.149685 17.584867 -0.691387</w:t>
        <w:br/>
        <w:t>v -0.249413 17.586630 -0.701869</w:t>
        <w:br/>
        <w:t>v -0.249421 17.343275 -0.734133</w:t>
        <w:br/>
        <w:t>v -0.431131 17.597462 -0.701336</w:t>
        <w:br/>
        <w:t>v -0.441762 17.350397 -0.746042</w:t>
        <w:br/>
        <w:t>v -0.827191 17.376133 -0.728198</w:t>
        <w:br/>
        <w:t>v -0.650271 17.363075 -0.741102</w:t>
        <w:br/>
        <w:t>v -0.628022 17.605230 -0.689785</w:t>
        <w:br/>
        <w:t>v -0.806151 17.612228 -0.672532</w:t>
        <w:br/>
        <w:t>v -0.985301 17.390177 -0.708806</w:t>
        <w:br/>
        <w:t>v -1.120736 17.411125 -0.684998</w:t>
        <w:br/>
        <w:t>v -1.229762 17.427111 -0.661390</w:t>
        <w:br/>
        <w:t>v -0.962434 17.617214 -0.654465</w:t>
        <w:br/>
        <w:t>v -0.985301 17.390177 -0.708806</w:t>
        <w:br/>
        <w:t>v -0.939427 17.962389 -0.256467</w:t>
        <w:br/>
        <w:t>v -0.852566 17.133558 -0.721096</w:t>
        <w:br/>
        <w:t>v -0.673869 17.114605 -0.736620</w:t>
        <w:br/>
        <w:t>v -1.016335 17.162748 -0.695934</w:t>
        <w:br/>
        <w:t>v -1.140058 17.184649 -0.651334</w:t>
        <w:br/>
        <w:t>v -1.230860 17.252472 -0.624641</w:t>
        <w:br/>
        <w:t>v -0.456861 17.098642 -0.745939</w:t>
        <w:br/>
        <w:t>v -0.255519 17.089775 -0.731163</w:t>
        <w:br/>
        <w:t>v -0.142827 17.086382 -0.709478</w:t>
        <w:br/>
        <w:t>v -1.135842 17.260946 0.229976</w:t>
        <w:br/>
        <w:t>v -1.104824 17.140757 0.307151</w:t>
        <w:br/>
        <w:t>v -1.194098 17.002256 0.183421</w:t>
        <w:br/>
        <w:t>v -1.186769 17.127970 0.145480</w:t>
        <w:br/>
        <w:t>v -1.208695 16.996950 -0.250941</w:t>
        <w:br/>
        <w:t>v -1.215033 17.052826 0.001854</w:t>
        <w:br/>
        <w:t>v -1.184437 16.853720 0.045054</w:t>
        <w:br/>
        <w:t>v -1.204849 16.881317 -0.215160</w:t>
        <w:br/>
        <w:t>v -0.476015 16.857470 -0.710138</w:t>
        <w:br/>
        <w:t>v -0.265904 16.851206 -0.724633</w:t>
        <w:br/>
        <w:t>v -0.150759 16.843605 -0.701657</w:t>
        <w:br/>
        <w:t>v -1.204849 16.881317 -0.215160</w:t>
        <w:br/>
        <w:t>v -1.185756 16.865831 -0.427765</w:t>
        <w:br/>
        <w:t>v -1.188396 17.020153 -0.487305</w:t>
        <w:br/>
        <w:t>v -1.208695 16.996950 -0.250941</w:t>
        <w:br/>
        <w:t>v -1.103942 16.915775 -0.616604</w:t>
        <w:br/>
        <w:t>v -0.895171 16.875751 -0.693544</w:t>
        <w:br/>
        <w:t>v -0.709731 16.858566 -0.712548</w:t>
        <w:br/>
        <w:t>v -1.016335 17.162748 -0.695934</w:t>
        <w:br/>
        <w:t>v -1.103942 16.915775 -0.616604</w:t>
        <w:br/>
        <w:t>v -1.056138 17.727486 0.183177</w:t>
        <w:br/>
        <w:t>v -1.189191 17.718987 0.139443</w:t>
        <w:br/>
        <w:t>v -0.931536 17.726606 0.229738</w:t>
        <w:br/>
        <w:t>v -1.284495 17.465458 0.165712</w:t>
        <w:br/>
        <w:t>v -1.426252 17.415596 0.141014</w:t>
        <w:br/>
        <w:t>v -1.516263 17.612400 0.069067</w:t>
        <w:br/>
        <w:t>v -1.349638 17.683334 0.096160</w:t>
        <w:br/>
        <w:t>v -1.299395 17.118999 -0.020135</w:t>
        <w:br/>
        <w:t>v -1.244238 17.094456 -0.008492</w:t>
        <w:br/>
        <w:t>v -1.224553 17.051655 -0.258787</w:t>
        <w:br/>
        <w:t>v -1.280465 17.070160 -0.263759</w:t>
        <w:br/>
        <w:t>v -1.245041 17.187862 0.105009</w:t>
        <w:br/>
        <w:t>v -1.238034 17.273651 0.168428</w:t>
        <w:br/>
        <w:t>v -1.337595 17.234123 0.127151</w:t>
        <w:br/>
        <w:t>v -1.304911 17.126911 -0.474284</w:t>
        <w:br/>
        <w:t>v -1.280465 17.070160 -0.263759</w:t>
        <w:br/>
        <w:t>v -1.224553 17.051655 -0.258787</w:t>
        <w:br/>
        <w:t>v -1.228847 17.102249 -0.477771</w:t>
        <w:br/>
        <w:t>v -1.394463 17.233334 -0.589547</w:t>
        <w:br/>
        <w:t>v -1.320911 17.257141 -0.601898</w:t>
        <w:br/>
        <w:t>v -1.521395 17.150620 -0.583646</w:t>
        <w:br/>
        <w:t>v -1.458082 17.049534 -0.467220</w:t>
        <w:br/>
        <w:t>v -1.433030 17.008713 -0.257427</w:t>
        <w:br/>
        <w:t>v -1.433030 17.008713 -0.257427</w:t>
        <w:br/>
        <w:t>v -1.451734 17.064838 -0.024819</w:t>
        <w:br/>
        <w:t>v -1.502357 17.149475 0.103308</w:t>
        <w:br/>
        <w:t>v -1.591905 17.311138 0.123754</w:t>
        <w:br/>
        <w:t>v -1.745943 16.853420 -0.047423</w:t>
        <w:br/>
        <w:t>v -1.796735 16.959023 0.076752</w:t>
        <w:br/>
        <w:t>v -1.367803 17.593269 -0.596144</w:t>
        <w:br/>
        <w:t>v -1.400555 17.786221 -0.453353</w:t>
        <w:br/>
        <w:t>v -1.343812 17.418819 -0.638510</w:t>
        <w:br/>
        <w:t>v -1.506181 17.535473 -0.582617</w:t>
        <w:br/>
        <w:t>v -1.454921 17.381508 -0.625799</w:t>
        <w:br/>
        <w:t>v -1.602034 17.292534 -0.612269</w:t>
        <w:br/>
        <w:t>v -1.818242 16.959656 -0.576577</w:t>
        <w:br/>
        <w:t>v -1.760735 16.867928 -0.465958</w:t>
        <w:br/>
        <w:t>v -1.675013 17.428005 -0.569101</w:t>
        <w:br/>
        <w:t>v -1.888524 17.080975 -0.601960</w:t>
        <w:br/>
        <w:t>v -1.563107 17.719292 -0.444397</w:t>
        <w:br/>
        <w:t>v -1.731821 16.825275 -0.255537</w:t>
        <w:br/>
        <w:t>v -2.351630 16.441969 -0.061718</w:t>
        <w:br/>
        <w:t>v -2.406369 16.541563 0.061655</w:t>
        <w:br/>
        <w:t>v -2.095415 16.733402 0.064263</w:t>
        <w:br/>
        <w:t>v -2.048151 16.646851 -0.057054</w:t>
        <w:br/>
        <w:t>v -1.577812 17.761726 -0.061490</w:t>
        <w:br/>
        <w:t>v -1.696660 17.495583 0.052618</w:t>
        <w:br/>
        <w:t>v -1.765389 17.622696 -0.077863</w:t>
        <w:br/>
        <w:t>v -1.387789 17.847870 -0.042717</w:t>
        <w:br/>
        <w:t>v -1.422932 17.875114 -0.248701</w:t>
        <w:br/>
        <w:t>v -1.593360 17.784687 -0.252172</w:t>
        <w:br/>
        <w:t>v -1.962351 17.211773 -0.557472</w:t>
        <w:br/>
        <w:t>v -2.499855 16.708437 0.091416</w:t>
        <w:br/>
        <w:t>v -2.595596 16.877087 0.019844</w:t>
        <w:br/>
        <w:t>v -2.296766 17.082733 0.028106</w:t>
        <w:br/>
        <w:t>v -2.194230 16.905678 0.096772</w:t>
        <w:br/>
        <w:t>v -2.360848 16.468599 -0.468138</w:t>
        <w:br/>
        <w:t>v -2.060491 16.667801 -0.465103</w:t>
        <w:br/>
        <w:t>v -2.115996 16.762527 -0.574059</w:t>
        <w:br/>
        <w:t>v -2.417913 16.571493 -0.575568</w:t>
        <w:br/>
        <w:t>v -1.892563 17.108471 0.108788</w:t>
        <w:br/>
        <w:t>v -2.073116 17.413639 -0.272536</w:t>
        <w:br/>
        <w:t>v -1.784306 17.647869 -0.259572</w:t>
        <w:br/>
        <w:t>v -2.059174 17.393799 -0.090540</w:t>
        <w:br/>
        <w:t>v -1.748436 17.574959 -0.437724</w:t>
        <w:br/>
        <w:t>v -2.032236 17.338394 -0.439945</w:t>
        <w:br/>
        <w:t>v -2.032409 16.624702 -0.255393</w:t>
        <w:br/>
        <w:t>v -2.331519 16.421482 -0.263143</w:t>
        <w:br/>
        <w:t>v -2.613410 16.916647 -0.468500</w:t>
        <w:br/>
        <w:t>v -2.319858 17.121964 -0.450250</w:t>
        <w:br/>
        <w:t>v -2.364882 17.199360 -0.288321</w:t>
        <w:br/>
        <w:t>v -2.657315 16.989433 -0.306165</w:t>
        <w:br/>
        <w:t>v -2.354410 17.182068 -0.104564</w:t>
        <w:br/>
        <w:t>v -2.649788 16.973776 -0.121287</w:t>
        <w:br/>
        <w:t>v -2.744884 16.358625 -0.586878</w:t>
        <w:br/>
        <w:t>v -2.581398 16.465055 -0.581223</w:t>
        <w:br/>
        <w:t>v -2.647450 16.583254 -0.613674</w:t>
        <w:br/>
        <w:t>v -2.811343 16.478870 -0.625155</w:t>
        <w:br/>
        <w:t>v -2.679461 16.219469 -0.069315</w:t>
        <w:br/>
        <w:t>v -2.516000 16.333296 -0.065517</w:t>
        <w:br/>
        <w:t>v -2.494990 16.315769 -0.269198</w:t>
        <w:br/>
        <w:t>v -2.657554 16.204905 -0.275253</w:t>
        <w:br/>
        <w:t>v -1.731821 16.825275 -0.255537</w:t>
        <w:br/>
        <w:t>v -2.690153 16.259411 -0.475024</w:t>
        <w:br/>
        <w:t>v -2.657554 16.204905 -0.275253</w:t>
        <w:br/>
        <w:t>v -2.494990 16.315769 -0.269198</w:t>
        <w:br/>
        <w:t>v -2.525955 16.366579 -0.471581</w:t>
        <w:br/>
        <w:t>v -1.998402 17.290760 0.039443</w:t>
        <w:br/>
        <w:t>v -2.572609 16.430458 0.062115</w:t>
        <w:br/>
        <w:t>v -2.667820 16.600946 0.092435</w:t>
        <w:br/>
        <w:t>v -2.516000 16.333296 -0.065517</w:t>
        <w:br/>
        <w:t>v -2.552165 16.808262 -0.566370</w:t>
        <w:br/>
        <w:t>v -2.254396 17.005234 -0.554182</w:t>
        <w:br/>
        <w:t>v -2.483557 16.687635 -0.602193</w:t>
        <w:br/>
        <w:t>v -2.183028 16.880028 -0.596747</w:t>
        <w:br/>
        <w:t>v -2.761481 16.767227 0.018239</w:t>
        <w:br/>
        <w:t>v -2.667820 16.600946 0.092435</w:t>
        <w:br/>
        <w:t>v -2.835786 16.493456 0.093454</w:t>
        <w:br/>
        <w:t>v -2.927366 16.657368 0.016634</w:t>
        <w:br/>
        <w:t>v -2.716298 16.704235 -0.580607</w:t>
        <w:br/>
        <w:t>v -2.880431 16.600208 -0.594845</w:t>
        <w:br/>
        <w:t>v -2.777019 16.810057 -0.482778</w:t>
        <w:br/>
        <w:t>v -2.940626 16.703468 -0.497056</w:t>
        <w:br/>
        <w:t>v -2.820169 16.878931 -0.317024</w:t>
        <w:br/>
        <w:t>v -2.983023 16.768435 -0.327883</w:t>
        <w:br/>
        <w:t>v -2.814436 16.863844 -0.128704</w:t>
        <w:br/>
        <w:t>v -2.820169 16.878931 -0.317024</w:t>
        <w:br/>
        <w:t>v -2.761481 16.767227 0.018239</w:t>
        <w:br/>
        <w:t>v -2.032409 16.624702 -0.255393</w:t>
        <w:br/>
        <w:t>v -2.331519 16.421482 -0.263143</w:t>
        <w:br/>
        <w:t>v 0.000001 17.339258 -0.715712</w:t>
        <w:br/>
        <w:t>v 0.000001 17.588734 -0.692753</w:t>
        <w:br/>
        <w:t>v 0.000001 17.083487 -0.706923</w:t>
        <w:br/>
        <w:t>v -0.000002 16.839188 -0.697011</w:t>
        <w:br/>
        <w:t>v -1.064958 17.095783 0.455244</w:t>
        <w:br/>
        <w:t>v -1.168772 16.918940 0.398976</w:t>
        <w:br/>
        <w:t>v -1.104824 17.140757 0.307151</w:t>
        <w:br/>
        <w:t>v -1.168772 16.918940 0.398976</w:t>
        <w:br/>
        <w:t>v -1.168633 16.836969 0.224174</w:t>
        <w:br/>
        <w:t>v -0.695462 16.959253 1.289472</w:t>
        <w:br/>
        <w:t>v -0.761366 16.844080 1.417982</w:t>
        <w:br/>
        <w:t>v -0.875587 16.857182 1.348123</w:t>
        <w:br/>
        <w:t>v -0.823298 16.954464 1.248471</w:t>
        <w:br/>
        <w:t>v -0.621830 17.050051 1.153855</w:t>
        <w:br/>
        <w:t>v -0.783413 17.048271 1.096949</w:t>
        <w:br/>
        <w:t>v -1.117750 16.798815 0.871810</w:t>
        <w:br/>
        <w:t>v -1.001572 16.964796 0.873704</w:t>
        <w:br/>
        <w:t>v -1.117683 16.755697 1.077142</w:t>
        <w:br/>
        <w:t>v -0.894328 17.075033 0.883300</w:t>
        <w:br/>
        <w:t>v -0.923062 16.994844 1.063385</w:t>
        <w:br/>
        <w:t>v -0.738208 17.140518 0.933835</w:t>
        <w:br/>
        <w:t>v -1.013158 17.026297 0.659001</w:t>
        <w:br/>
        <w:t>v -1.120645 16.855215 0.644204</w:t>
        <w:br/>
        <w:t>v -0.923592 17.260818 0.456156</w:t>
        <w:br/>
        <w:t>v -0.890230 17.167339 0.682070</w:t>
        <w:br/>
        <w:t>v -0.697716 17.239220 0.765460</w:t>
        <w:br/>
        <w:t>v -0.968095 16.867588 1.245053</w:t>
        <w:br/>
        <w:t>v -0.465246 16.996397 1.231736</w:t>
        <w:br/>
        <w:t>v -0.576623 16.915955 1.348410</w:t>
        <w:br/>
        <w:t>v -0.341957 16.886007 1.321885</w:t>
        <w:br/>
        <w:t>v -0.480475 16.822132 1.422330</w:t>
        <w:br/>
        <w:t>v -0.626150 16.837986 1.435443</w:t>
        <w:br/>
        <w:t>v -0.542676 17.144915 1.006130</w:t>
        <w:br/>
        <w:t>v -0.353910 17.073652 1.093818</w:t>
        <w:br/>
        <w:t>v -0.218447 16.942787 1.199774</w:t>
        <w:br/>
        <w:t>v -0.680485 17.382984 0.566333</w:t>
        <w:br/>
        <w:t>v -0.416677 17.343954 0.696159</w:t>
        <w:br/>
        <w:t>v -0.471622 17.239349 0.866452</w:t>
        <w:br/>
        <w:t>v -0.190946 17.296501 0.786205</w:t>
        <w:br/>
        <w:t>v -0.234158 17.136688 0.952458</w:t>
        <w:br/>
        <w:t>v -0.922868 17.487011 0.343401</w:t>
        <w:br/>
        <w:t>v -0.769078 17.524771 0.413176</w:t>
        <w:br/>
        <w:t>v -1.024859 17.373371 0.307743</w:t>
        <w:br/>
        <w:t>v -0.137039 16.975595 1.101697</w:t>
        <w:br/>
        <w:t>v 0.000001 17.240133 0.827656</w:t>
        <w:br/>
        <w:t>v 0.000001 17.024437 1.026732</w:t>
        <w:br/>
        <w:t>v -0.251403 17.774040 0.411070</w:t>
        <w:br/>
        <w:t>v -0.149936 17.776999 0.425798</w:t>
        <w:br/>
        <w:t>v -0.130550 17.497898 0.607725</w:t>
        <w:br/>
        <w:t>v -0.311000 17.527767 0.571016</w:t>
        <w:br/>
        <w:t>v -0.248026 17.840776 0.343014</w:t>
        <w:br/>
        <w:t>v -0.151541 17.811693 0.360562</w:t>
        <w:br/>
        <w:t>v -0.221042 17.930096 -0.610505</w:t>
        <w:br/>
        <w:t>v -0.085761 17.789539 0.359392</w:t>
        <w:br/>
        <w:t>v -0.065928 17.718014 0.459043</w:t>
        <w:br/>
        <w:t>v 0.000001 17.796553 0.359211</w:t>
        <w:br/>
        <w:t>v 0.000001 17.701639 0.439990</w:t>
        <w:br/>
        <w:t>v 0.000001 17.450714 0.626898</w:t>
        <w:br/>
        <w:t>v -0.156542 17.958014 0.281920</w:t>
        <w:br/>
        <w:t>v 0.000001 17.951326 0.300373</w:t>
        <w:br/>
        <w:t>v -0.366016 17.774885 0.389867</w:t>
        <w:br/>
        <w:t>v -0.423900 17.955994 -0.576150</w:t>
        <w:br/>
        <w:t>v -0.579140 17.940813 -0.503310</w:t>
        <w:br/>
        <w:t>v -0.795044 17.862045 -0.505657</w:t>
        <w:br/>
        <w:t>v -0.944885 17.847103 -0.490566</w:t>
        <w:br/>
        <w:t>v -0.297598 17.995338 0.220084</w:t>
        <w:br/>
        <w:t>v -0.546045 19.085585 0.040751</w:t>
        <w:br/>
        <w:t>v -0.529082 19.148937 -0.170557</w:t>
        <w:br/>
        <w:t>v -0.656248 19.271708 -0.173080</w:t>
        <w:br/>
        <w:t>v -0.661112 19.196508 -0.067510</w:t>
        <w:br/>
        <w:t>v -0.734451 19.306068 -0.105831</w:t>
        <w:br/>
        <w:t>v 0.000001 18.519360 0.361225</w:t>
        <w:br/>
        <w:t>v -0.090869 18.541618 0.321167</w:t>
        <w:br/>
        <w:t>v -0.100535 18.631783 0.358437</w:t>
        <w:br/>
        <w:t>v 0.000001 18.600412 0.404729</w:t>
        <w:br/>
        <w:t>v -0.309784 18.850496 -0.025780</w:t>
        <w:br/>
        <w:t>v -0.285472 18.897289 -0.170592</w:t>
        <w:br/>
        <w:t>v -0.420526 19.093025 -0.220369</w:t>
        <w:br/>
        <w:t>v -0.490175 18.991518 0.000038</w:t>
        <w:br/>
        <w:t>v 0.000001 19.058842 -0.418469</w:t>
        <w:br/>
        <w:t>v -0.193665 19.063278 -0.334875</w:t>
        <w:br/>
        <w:t>v -0.179138 18.920404 -0.263035</w:t>
        <w:br/>
        <w:t>v 0.000001 18.920740 -0.315241</w:t>
        <w:br/>
        <w:t>v -0.441457 18.932724 0.106333</w:t>
        <w:br/>
        <w:t>v -0.326190 18.791033 0.203041</w:t>
        <w:br/>
        <w:t>v -0.263623 18.726414 0.193839</w:t>
        <w:br/>
        <w:t>v -0.301429 18.783714 0.097367</w:t>
        <w:br/>
        <w:t>v -0.274483 18.692337 -0.065212</w:t>
        <w:br/>
        <w:t>v -0.253743 18.735039 -0.171926</w:t>
        <w:br/>
        <w:t>v -0.212263 18.692930 0.297657</w:t>
        <w:br/>
        <w:t>v -0.160465 18.571571 0.253214</w:t>
        <w:br/>
        <w:t>v -0.501588 19.021120 0.066298</w:t>
        <w:br/>
        <w:t>v -0.159188 18.753830 -0.259936</w:t>
        <w:br/>
        <w:t>v 0.000001 18.757565 -0.294651</w:t>
        <w:br/>
        <w:t>v -0.297995 18.207001 0.109155</w:t>
        <w:br/>
        <w:t>v -0.425577 18.029301 0.133410</w:t>
        <w:br/>
        <w:t>v -0.486025 18.060749 -0.029243</w:t>
        <w:br/>
        <w:t>v -0.336280 18.236641 -0.003239</w:t>
        <w:br/>
        <w:t>v -0.220375 18.232880 -0.433209</w:t>
        <w:br/>
        <w:t>v 0.000001 18.233131 -0.467193</w:t>
        <w:br/>
        <w:t>v 0.000001 18.334648 -0.410052</w:t>
        <w:br/>
        <w:t>v -0.193532 18.338148 -0.371940</w:t>
        <w:br/>
        <w:t>v -0.343458 18.283716 -0.165288</w:t>
        <w:br/>
        <w:t>v -0.445181 18.150440 -0.218889</w:t>
        <w:br/>
        <w:t>v -0.294823 18.335236 -0.293898</w:t>
        <w:br/>
        <w:t>v -0.347342 18.212181 -0.375846</w:t>
        <w:br/>
        <w:t>v -0.176482 18.464857 -0.310826</w:t>
        <w:br/>
        <w:t>v 0.000000 18.471384 -0.339462</w:t>
        <w:br/>
        <w:t>v -0.265137 18.455532 -0.229056</w:t>
        <w:br/>
        <w:t>v -0.297065 18.428043 -0.130622</w:t>
        <w:br/>
        <w:t>v -0.273733 18.383049 0.015554</w:t>
        <w:br/>
        <w:t>v -0.238683 18.345541 0.121418</w:t>
        <w:br/>
        <w:t>v -0.220604 18.159519 0.191924</w:t>
        <w:br/>
        <w:t>v -0.190792 18.313887 0.199986</w:t>
        <w:br/>
        <w:t>v -0.119995 18.111979 0.250663</w:t>
        <w:br/>
        <w:t>v -0.106589 18.272308 0.261546</w:t>
        <w:br/>
        <w:t>v 0.000000 18.086281 0.266219</w:t>
        <w:br/>
        <w:t>v 0.000000 18.253317 0.289954</w:t>
        <w:br/>
        <w:t>v -0.160050 18.618288 -0.271503</w:t>
        <w:br/>
        <w:t>v 0.000000 18.628002 -0.301210</w:t>
        <w:br/>
        <w:t>v -0.255779 18.647221 0.069072</w:t>
        <w:br/>
        <w:t>v -0.252009 18.512672 0.045808</w:t>
        <w:br/>
        <w:t>v -0.271507 18.556423 -0.087744</w:t>
        <w:br/>
        <w:t>v -0.237201 18.589762 -0.191984</w:t>
        <w:br/>
        <w:t>v -0.094868 18.421045 0.289547</w:t>
        <w:br/>
        <w:t>v -0.164254 18.452560 0.224403</w:t>
        <w:br/>
        <w:t>v -0.212355 18.606800 0.168422</w:t>
        <w:br/>
        <w:t>v -0.208052 18.480593 0.146266</w:t>
        <w:br/>
        <w:t>v 0.000000 18.396284 0.325510</w:t>
        <w:br/>
        <w:t>v 0.000001 17.919361 -0.634912</w:t>
        <w:br/>
        <w:t>v -0.606790 17.519976 0.487505</w:t>
        <w:br/>
        <w:t>v 0.000000 16.766535 1.211966</w:t>
        <w:br/>
        <w:t>v -0.074513 16.777620 1.224133</w:t>
        <w:br/>
        <w:t>v -0.155972 16.785303 1.292116</w:t>
        <w:br/>
        <w:t>v -0.304042 16.797535 1.373061</w:t>
        <w:br/>
        <w:t>v -0.490317 16.707890 -0.722707</w:t>
        <w:br/>
        <w:t>v -0.220136 16.580542 -0.696483</w:t>
        <w:br/>
        <w:t>v -0.000005 16.522755 -0.679209</w:t>
        <w:br/>
        <w:t>v -0.974193 16.725845 1.305499</w:t>
        <w:br/>
        <w:t>v -0.702250 16.713808 1.464235</w:t>
        <w:br/>
        <w:t>v -0.099555 16.655125 1.295323</w:t>
        <w:br/>
        <w:t>v 0.000000 16.641375 1.254039</w:t>
        <w:br/>
        <w:t>v -0.369504 16.678339 1.436571</w:t>
        <w:br/>
        <w:t>v -4.788804 15.340732 -0.548930</w:t>
        <w:br/>
        <w:t>v -4.865117 15.483242 -0.432433</w:t>
        <w:br/>
        <w:t>v -4.889254 15.533971 -0.211977</w:t>
        <w:br/>
        <w:t>v -3.529518 15.700609 -0.102926</w:t>
        <w:br/>
        <w:t>v -3.586430 15.793533 0.005074</w:t>
        <w:br/>
        <w:t>v -3.420447 15.936995 -0.593495</w:t>
        <w:br/>
        <w:t>v -3.507776 15.885092 -0.602596</w:t>
        <w:br/>
        <w:t>v -3.451615 15.807009 -0.497278</w:t>
        <w:br/>
        <w:t>v -3.599367 16.238222 -0.529861</w:t>
        <w:br/>
        <w:t>v -3.710840 16.257025 -0.410012</w:t>
        <w:br/>
        <w:t>v -3.684101 16.179028 -0.531466</w:t>
        <w:br/>
        <w:t>v -3.475860 15.860037 0.009342</w:t>
        <w:br/>
        <w:t>v -3.569854 16.015024 0.015285</w:t>
        <w:br/>
        <w:t>v -3.455870 16.088097 0.031055</w:t>
        <w:br/>
        <w:t>v -3.369689 15.949187 -0.019671</w:t>
        <w:br/>
        <w:t>v -3.310958 15.849436 -0.109048</w:t>
        <w:br/>
        <w:t>v -3.658796 16.165588 -0.042174</w:t>
        <w:br/>
        <w:t>v -3.549010 16.243912 -0.025534</w:t>
        <w:br/>
        <w:t>v -3.597620 16.331051 -0.185500</w:t>
        <w:br/>
        <w:t>v -3.720542 16.268728 -0.189051</w:t>
        <w:br/>
        <w:t>v -3.820056 16.196215 -0.423494</w:t>
        <w:br/>
        <w:t>v -3.822877 16.188457 -0.195596</w:t>
        <w:br/>
        <w:t>v -3.766177 16.118183 -0.527715</w:t>
        <w:br/>
        <w:t>v -3.556209 15.732836 -0.485588</w:t>
        <w:br/>
        <w:t>v -3.518897 15.683268 -0.294089</w:t>
        <w:br/>
        <w:t>v -3.637912 15.893406 -0.620357</w:t>
        <w:br/>
        <w:t>v -3.552865 15.954805 -0.630532</w:t>
        <w:br/>
        <w:t>v -3.578893 15.998932 -0.639807</w:t>
        <w:br/>
        <w:t>v -3.667270 15.944054 -0.630620</w:t>
        <w:br/>
        <w:t>v -3.604743 15.828110 -0.591231</w:t>
        <w:br/>
        <w:t>v -3.431659 15.979406 -0.628186</w:t>
        <w:br/>
        <w:t>v -3.381783 16.007925 -0.632484</w:t>
        <w:br/>
        <w:t>v -3.404234 16.041279 -0.662801</w:t>
        <w:br/>
        <w:t>v -3.450425 16.016081 -0.659129</w:t>
        <w:br/>
        <w:t>v -3.511358 16.122963 -0.635469</w:t>
        <w:br/>
        <w:t>v -3.478483 16.069448 -0.654703</w:t>
        <w:br/>
        <w:t>v -3.437528 16.093382 -0.658228</w:t>
        <w:br/>
        <w:t>v -3.470012 16.149443 -0.637700</w:t>
        <w:br/>
        <w:t>v -3.722990 16.041109 -0.600936</w:t>
        <w:br/>
        <w:t>v -3.637752 16.099255 -0.599061</w:t>
        <w:br/>
        <w:t>v -3.284438 15.815557 -0.296422</w:t>
        <w:br/>
        <w:t>v -3.312660 15.875177 -0.488791</w:t>
        <w:br/>
        <w:t>v -3.596772 16.342686 -0.389531</w:t>
        <w:br/>
        <w:t>v -3.539850 16.163506 -0.583651</w:t>
        <w:br/>
        <w:t>v -3.763319 16.093349 -0.048483</w:t>
        <w:br/>
        <w:t>v -3.676109 15.945974 0.025415</w:t>
        <w:br/>
        <w:t>v -3.518897 15.683268 -0.294089</w:t>
        <w:br/>
        <w:t>v -3.427316 15.780060 -0.112321</w:t>
        <w:br/>
        <w:t>v -3.284438 15.815557 -0.296422</w:t>
        <w:br/>
        <w:t>v -3.407265 15.749306 -0.297164</w:t>
        <w:br/>
        <w:t>v -3.475171 16.415873 -0.365919</w:t>
        <w:br/>
        <w:t>v -3.536206 16.379444 -0.376897</w:t>
        <w:br/>
        <w:t>v -3.497297 16.321018 -0.525670</w:t>
        <w:br/>
        <w:t>v -3.427800 16.368349 -0.520853</w:t>
        <w:br/>
        <w:t>v -3.503121 16.185507 -0.582197</w:t>
        <w:br/>
        <w:t>v -3.440746 16.225044 -0.578490</w:t>
        <w:br/>
        <w:t>v -3.563504 16.262043 -0.526964</w:t>
        <w:br/>
        <w:t>v -3.382142 16.127125 -0.651571</w:t>
        <w:br/>
        <w:t>v -3.413776 16.183201 -0.631270</w:t>
        <w:br/>
        <w:t>v -3.359309 15.967611 -0.592859</w:t>
        <w:br/>
        <w:t>v -3.243110 15.917713 -0.479841</w:t>
        <w:br/>
        <w:t>v -3.302745 16.001785 -0.595301</w:t>
        <w:br/>
        <w:t>v -3.140610 15.921894 -0.292661</w:t>
        <w:br/>
        <w:t>v -3.210017 15.869083 -0.294960</w:t>
        <w:br/>
        <w:t>v -3.236137 15.891026 -0.106172</w:t>
        <w:br/>
        <w:t>v -3.163844 15.928432 -0.101027</w:t>
        <w:br/>
        <w:t>v -2.934931 16.110380 -0.472728</w:t>
        <w:br/>
        <w:t>v -3.066832 16.030098 -0.468712</w:t>
        <w:br/>
        <w:t>v -3.041775 15.982321 -0.289753</w:t>
        <w:br/>
        <w:t>v -2.905983 16.057402 -0.285101</w:t>
        <w:br/>
        <w:t>v -3.367027 16.276823 -0.572630</w:t>
        <w:br/>
        <w:t>v -3.304895 16.455856 -0.516246</w:t>
        <w:br/>
        <w:t>v -3.348374 16.506830 -0.353974</w:t>
        <w:br/>
        <w:t>v -3.348230 16.489889 -0.167511</w:t>
        <w:br/>
        <w:t>v -3.478792 16.399933 -0.179477</w:t>
        <w:br/>
        <w:t>v -3.300689 16.399008 -0.013113</w:t>
        <w:br/>
        <w:t>v -3.220363 16.583952 -0.154520</w:t>
        <w:br/>
        <w:t>v -3.171514 16.488380 0.000206</w:t>
        <w:br/>
        <w:t>v -3.209412 16.248470 0.063465</w:t>
        <w:br/>
        <w:t>v -3.082527 16.330866 0.071264</w:t>
        <w:br/>
        <w:t>v -3.114776 16.085052 0.037102</w:t>
        <w:br/>
        <w:t>v -2.988447 16.165323 0.040990</w:t>
        <w:br/>
        <w:t>v -3.056205 15.993269 -0.095629</w:t>
        <w:br/>
        <w:t>v -2.929244 16.071360 -0.088817</w:t>
        <w:br/>
        <w:t>v -3.407265 15.749306 -0.297164</w:t>
        <w:br/>
        <w:t>v -3.537359 16.364124 -0.183084</w:t>
        <w:br/>
        <w:t>v -3.489099 16.279465 -0.024650</w:t>
        <w:br/>
        <w:t>v -3.342848 16.161537 0.053114</w:t>
        <w:br/>
        <w:t>v -3.397738 16.125601 0.042203</w:t>
        <w:br/>
        <w:t>v -3.432074 16.312939 -0.024007</w:t>
        <w:br/>
        <w:t>v -3.054537 16.328730 -0.636840</w:t>
        <w:br/>
        <w:t>v -2.985958 16.207415 -0.587291</w:t>
        <w:br/>
        <w:t>v -2.905983 16.057402 -0.285101</w:t>
        <w:br/>
        <w:t>v -2.738850 16.319357 0.037142</w:t>
        <w:br/>
        <w:t>v -2.979084 16.753914 -0.136122</w:t>
        <w:br/>
        <w:t>v -3.223033 16.601177 -0.347382</w:t>
        <w:br/>
        <w:t>v -3.180825 16.543447 -0.514874</w:t>
        <w:br/>
        <w:t>v -3.121837 16.445671 -0.610626</w:t>
        <w:br/>
        <w:t>v 5.270139 15.118627 -0.027191</w:t>
        <w:br/>
        <w:t>v 5.105335 15.238710 -0.018474</w:t>
        <w:br/>
        <w:t>v 5.144750 15.318357 -0.217092</w:t>
        <w:br/>
        <w:t>v 5.307245 15.191881 -0.213247</w:t>
        <w:br/>
        <w:t>v 5.154419 14.928263 -0.454115</w:t>
        <w:br/>
        <w:t>v 5.224063 15.045337 -0.479705</w:t>
        <w:br/>
        <w:t>v 5.058236 15.158134 -0.511552</w:t>
        <w:br/>
        <w:t>v 4.984164 15.026412 -0.489022</w:t>
        <w:br/>
        <w:t>v 5.124177 15.275529 -0.413325</w:t>
        <w:br/>
        <w:t>v 5.289246 15.151525 -0.393201</w:t>
        <w:br/>
        <w:t>v 4.169207 16.052567 -0.203101</w:t>
        <w:br/>
        <w:t>v 4.379305 15.929980 -0.209949</w:t>
        <w:br/>
        <w:t>v 4.300467 15.790734 0.015437</w:t>
        <w:br/>
        <w:t>v 4.088383 15.920551 -0.001714</w:t>
        <w:br/>
        <w:t>v 4.195369 15.616729 0.090648</w:t>
        <w:br/>
        <w:t>v 3.982029 15.747832 0.075241</w:t>
        <w:br/>
        <w:t>v 4.154756 16.008102 -0.451144</w:t>
        <w:br/>
        <w:t>v 4.062084 15.816719 -0.605455</w:t>
        <w:br/>
        <w:t>v 4.259052 15.691313 -0.606253</w:t>
        <w:br/>
        <w:t>v 4.358064 15.882572 -0.463094</w:t>
        <w:br/>
        <w:t>v 4.625143 15.069157 -0.059996</w:t>
        <w:br/>
        <w:t>v 4.676568 15.155056 0.050463</w:t>
        <w:br/>
        <w:t>v 4.973335 14.994864 0.032813</w:t>
        <w:br/>
        <w:t>v 4.932385 14.926574 -0.065367</w:t>
        <w:br/>
        <w:t>v 3.816204 15.460590 -0.292085</w:t>
        <w:br/>
        <w:t>v 4.021999 15.329992 -0.288679</w:t>
        <w:br/>
        <w:t>v 4.063275 15.392899 -0.494404</w:t>
        <w:br/>
        <w:t>v 3.860609 15.513631 -0.487196</w:t>
        <w:br/>
        <w:t>v 4.056641 16.096210 -0.198997</w:t>
        <w:br/>
        <w:t>v 3.981856 15.980302 -0.017205</w:t>
        <w:br/>
        <w:t>v 3.873914 16.036917 -0.035565</w:t>
        <w:br/>
        <w:t>v 3.941899 16.135609 -0.196953</w:t>
        <w:br/>
        <w:t>v 4.701096 15.194693 -0.543794</w:t>
        <w:br/>
        <w:t>v 4.635799 15.088246 -0.435260</w:t>
        <w:br/>
        <w:t>v 4.933893 14.937150 -0.380749</w:t>
        <w:br/>
        <w:t>v 4.102315 15.466644 0.056437</w:t>
        <w:br/>
        <w:t>v 3.889644 15.588494 0.040748</w:t>
        <w:br/>
        <w:t>v 4.834516 15.430032 -0.002180</w:t>
        <w:br/>
        <w:t>v 5.040082 15.109443 0.056862</w:t>
        <w:br/>
        <w:t>v 4.751815 15.280638 0.075986</w:t>
        <w:br/>
        <w:t>v 4.041855 15.365005 -0.067751</w:t>
        <w:br/>
        <w:t>v 3.832649 15.491795 -0.083102</w:t>
        <w:br/>
        <w:t>v 4.608659 15.043066 -0.249472</w:t>
        <w:br/>
        <w:t>v 4.918012 14.905844 -0.218712</w:t>
        <w:br/>
        <w:t>v 4.629819 15.744731 -0.214361</w:t>
        <w:br/>
        <w:t>v 4.560815 15.617382 0.010855</w:t>
        <w:br/>
        <w:t>v 4.464108 15.453609 0.086528</w:t>
        <w:br/>
        <w:t>v 4.380563 15.317212 0.059406</w:t>
        <w:br/>
        <w:t>v 4.320748 15.217363 -0.057924</w:t>
        <w:br/>
        <w:t>v 4.301356 15.185323 -0.274763</w:t>
        <w:br/>
        <w:t>v 4.338475 15.243685 -0.477455</w:t>
        <w:br/>
        <w:t>v 4.516089 15.522330 -0.586872</w:t>
        <w:br/>
        <w:t>v 4.604176 15.690714 -0.454801</w:t>
        <w:br/>
        <w:t>v 4.037411 16.058441 -0.441528</w:t>
        <w:br/>
        <w:t>v 3.954116 15.890282 -0.604470</w:t>
        <w:br/>
        <w:t>v 3.756469 15.580247 -0.483617</w:t>
        <w:br/>
        <w:t>v 3.839571 15.700671 -0.599077</w:t>
        <w:br/>
        <w:t>v 3.726622 15.773875 -0.603085</w:t>
        <w:br/>
        <w:t>v 3.655864 15.651885 -0.483443</w:t>
        <w:br/>
        <w:t>v 3.780989 15.878491 0.035628</w:t>
        <w:br/>
        <w:t>v 3.881221 15.812887 0.056548</w:t>
        <w:br/>
        <w:t>v 3.789349 15.654139 0.025882</w:t>
        <w:br/>
        <w:t>v 3.690764 15.722455 0.010533</w:t>
        <w:br/>
        <w:t>v 3.719659 15.533664 -0.294039</w:t>
        <w:br/>
        <w:t>v 3.947147 15.631669 -0.599684</w:t>
        <w:br/>
        <w:t>v 4.147908 15.515368 -0.604142</w:t>
        <w:br/>
        <w:t>v 4.416266 15.363077 -0.585274</w:t>
        <w:br/>
        <w:t>v 3.733947 15.558752 -0.092770</w:t>
        <w:br/>
        <w:t>v 3.636388 15.627575 -0.101568</w:t>
        <w:br/>
        <w:t>v 3.916949 16.116409 -0.436350</w:t>
        <w:br/>
        <w:t>v 4.608659 15.043066 -0.249472</w:t>
        <w:br/>
        <w:t>v 4.918012 14.905844 -0.218712</w:t>
        <w:br/>
        <w:t>v 4.301356 15.185323 -0.274763</w:t>
        <w:br/>
        <w:t>v 4.021999 15.329992 -0.288679</w:t>
        <w:br/>
        <w:t>v 3.816204 15.460590 -0.292085</w:t>
        <w:br/>
        <w:t>v 3.719659 15.533664 -0.294039</w:t>
        <w:br/>
        <w:t>v 3.624279 15.608477 -0.296081</w:t>
        <w:br/>
        <w:t>v 5.113074 14.842900 -0.064711</w:t>
        <w:br/>
        <w:t>v 5.097080 14.823260 -0.200854</w:t>
        <w:br/>
        <w:t>v 5.216037 15.006328 0.039233</w:t>
        <w:br/>
        <w:t>v 5.152125 14.902885 0.019861</w:t>
        <w:br/>
        <w:t>v 5.109388 14.849967 -0.349379</w:t>
        <w:br/>
        <w:t>v 5.097080 14.823260 -0.200854</w:t>
        <w:br/>
        <w:t>v 1.253621 17.938332 -0.248988</w:t>
        <w:br/>
        <w:t>v 1.090397 17.962591 -0.251636</w:t>
        <w:br/>
        <w:t>v 1.092803 17.843565 -0.478187</w:t>
        <w:br/>
        <w:t>v 1.243559 17.840414 -0.463594</w:t>
        <w:br/>
        <w:t>v 1.086063 17.937418 -0.058767</w:t>
        <w:br/>
        <w:t>v 1.238594 17.921425 -0.062252</w:t>
        <w:br/>
        <w:t>v 1.024926 17.373341 0.307745</w:t>
        <w:br/>
        <w:t>v 1.030371 17.508127 0.270598</w:t>
        <w:br/>
        <w:t>v 1.131334 17.465658 0.223074</w:t>
        <w:br/>
        <w:t>v 1.077084 17.880781 0.068288</w:t>
        <w:br/>
        <w:t>v 1.223557 17.874321 0.034879</w:t>
        <w:br/>
        <w:t>v 0.942469 17.866751 0.099569</w:t>
        <w:br/>
        <w:t>v 0.945983 17.935743 -0.056414</w:t>
        <w:br/>
        <w:t>v 0.922869 17.487011 0.343401</w:t>
        <w:br/>
        <w:t>v 1.101400 17.626263 -0.635873</w:t>
        <w:br/>
        <w:t>v 1.232746 17.620890 -0.615844</w:t>
        <w:br/>
        <w:t>v 0.962435 17.617214 -0.654465</w:t>
        <w:br/>
        <w:t>v 0.944886 17.847103 -0.490566</w:t>
        <w:br/>
        <w:t>v 0.249414 17.586630 -0.701869</w:t>
        <w:br/>
        <w:t>v 0.149686 17.584867 -0.691387</w:t>
        <w:br/>
        <w:t>v 0.140477 17.340927 -0.716430</w:t>
        <w:br/>
        <w:t>v 0.249422 17.343275 -0.734133</w:t>
        <w:br/>
        <w:t>v 0.431132 17.597462 -0.701336</w:t>
        <w:br/>
        <w:t>v 0.441764 17.350397 -0.746042</w:t>
        <w:br/>
        <w:t>v 0.628023 17.605230 -0.689785</w:t>
        <w:br/>
        <w:t>v 0.650273 17.363075 -0.741102</w:t>
        <w:br/>
        <w:t>v 0.827193 17.376133 -0.728198</w:t>
        <w:br/>
        <w:t>v 0.806152 17.612228 -0.672532</w:t>
        <w:br/>
        <w:t>v 0.985303 17.390177 -0.708806</w:t>
        <w:br/>
        <w:t>v 1.120672 17.411156 -0.685004</w:t>
        <w:br/>
        <w:t>v 1.229464 17.427263 -0.661491</w:t>
        <w:br/>
        <w:t>v 0.985303 17.390177 -0.708806</w:t>
        <w:br/>
        <w:t>v 0.962435 17.617214 -0.654465</w:t>
        <w:br/>
        <w:t>v 0.939427 17.962389 -0.256467</w:t>
        <w:br/>
        <w:t>v 0.852567 17.133558 -0.721096</w:t>
        <w:br/>
        <w:t>v 0.673870 17.114605 -0.736620</w:t>
        <w:br/>
        <w:t>v 1.016338 17.162748 -0.695934</w:t>
        <w:br/>
        <w:t>v 1.139997 17.184677 -0.651356</w:t>
        <w:br/>
        <w:t>v 1.230574 17.252613 -0.624800</w:t>
        <w:br/>
        <w:t>v 0.456862 17.098642 -0.745939</w:t>
        <w:br/>
        <w:t>v 0.255520 17.089775 -0.731163</w:t>
        <w:br/>
        <w:t>v 0.142828 17.086382 -0.709478</w:t>
        <w:br/>
        <w:t>v 1.136011 17.260885 0.229930</w:t>
        <w:br/>
        <w:t>v 1.104984 17.140779 0.307151</w:t>
        <w:br/>
        <w:t>v 1.194259 17.002256 0.183421</w:t>
        <w:br/>
        <w:t>v 1.186957 17.127928 0.145399</w:t>
        <w:br/>
        <w:t>v 1.184442 16.853720 0.045054</w:t>
        <w:br/>
        <w:t>v 1.215131 17.052797 0.001754</w:t>
        <w:br/>
        <w:t>v 1.208681 16.996954 -0.250981</w:t>
        <w:br/>
        <w:t>v 1.204848 16.881317 -0.215160</w:t>
        <w:br/>
        <w:t>v 0.476011 16.857470 -0.710138</w:t>
        <w:br/>
        <w:t>v 0.265900 16.851206 -0.724633</w:t>
        <w:br/>
        <w:t>v 0.150755 16.843605 -0.701657</w:t>
        <w:br/>
        <w:t>v 1.188356 17.020170 -0.487342</w:t>
        <w:br/>
        <w:t>v 1.185757 16.865831 -0.427765</w:t>
        <w:br/>
        <w:t>v 1.204848 16.881317 -0.215160</w:t>
        <w:br/>
        <w:t>v 1.208681 16.996954 -0.250981</w:t>
        <w:br/>
        <w:t>v 1.103940 16.915775 -0.616604</w:t>
        <w:br/>
        <w:t>v 0.895166 16.875751 -0.693544</w:t>
        <w:br/>
        <w:t>v 0.709727 16.858566 -0.712548</w:t>
        <w:br/>
        <w:t>v 1.016338 17.162748 -0.695934</w:t>
        <w:br/>
        <w:t>v 1.103940 16.915775 -0.616604</w:t>
        <w:br/>
        <w:t>v 1.189378 17.718891 0.139458</w:t>
        <w:br/>
        <w:t>v 1.056182 17.727467 0.183196</w:t>
        <w:br/>
        <w:t>v 0.931537 17.726606 0.229738</w:t>
        <w:br/>
        <w:t>v 1.284776 17.465286 0.165528</w:t>
        <w:br/>
        <w:t>v 1.349873 17.683193 0.096025</w:t>
        <w:br/>
        <w:t>v 1.516506 17.612221 0.068692</w:t>
        <w:br/>
        <w:t>v 1.426550 17.415379 0.140608</w:t>
        <w:br/>
        <w:t>v 1.224477 17.051682 -0.259009</w:t>
        <w:br/>
        <w:t>v 1.244333 17.094398 -0.008713</w:t>
        <w:br/>
        <w:t>v 1.299513 17.118870 -0.020604</w:t>
        <w:br/>
        <w:t>v 1.280323 17.070210 -0.264648</w:t>
        <w:br/>
        <w:t>v 1.245225 17.187767 0.104818</w:t>
        <w:br/>
        <w:t>v 1.238240 17.273537 0.168269</w:t>
        <w:br/>
        <w:t>v 1.337869 17.233917 0.126717</w:t>
        <w:br/>
        <w:t>v 1.224477 17.051682 -0.259009</w:t>
        <w:br/>
        <w:t>v 1.280323 17.070210 -0.264648</w:t>
        <w:br/>
        <w:t>v 1.304557 17.127094 -0.474829</w:t>
        <w:br/>
        <w:t>v 1.228644 17.102348 -0.477979</w:t>
        <w:br/>
        <w:t>v 1.393995 17.233578 -0.590035</w:t>
        <w:br/>
        <w:t>v 1.320509 17.257351 -0.602223</w:t>
        <w:br/>
        <w:t>v 1.457689 17.049721 -0.467976</w:t>
        <w:br/>
        <w:t>v 1.520881 17.150887 -0.584400</w:t>
        <w:br/>
        <w:t>v 1.432876 17.008747 -0.258185</w:t>
        <w:br/>
        <w:t>v 1.451842 17.064705 -0.025566</w:t>
        <w:br/>
        <w:t>v 1.432876 17.008747 -0.258185</w:t>
        <w:br/>
        <w:t>v 1.592201 17.310886 0.123038</w:t>
        <w:br/>
        <w:t>v 1.502612 17.149246 0.102574</w:t>
        <w:br/>
        <w:t>v 1.745998 16.853275 -0.048652</w:t>
        <w:br/>
        <w:t>v 1.796940 16.958778 0.075545</w:t>
        <w:br/>
        <w:t>v 1.367430 17.593468 -0.596339</w:t>
        <w:br/>
        <w:t>v 1.400321 17.786343 -0.453481</w:t>
        <w:br/>
        <w:t>v 1.343390 17.419044 -0.638772</w:t>
        <w:br/>
        <w:t>v 1.454378 17.381695 -0.626297</w:t>
        <w:br/>
        <w:t>v 1.505748 17.535702 -0.583029</w:t>
        <w:br/>
        <w:t>v 1.601533 17.292805 -0.612979</w:t>
        <w:br/>
        <w:t>v 1.760326 16.868088 -0.467193</w:t>
        <w:br/>
        <w:t>v 1.817681 16.959690 -0.577804</w:t>
        <w:br/>
        <w:t>v 1.674543 17.428253 -0.569826</w:t>
        <w:br/>
        <w:t>v 1.887985 17.081226 -0.603178</w:t>
        <w:br/>
        <w:t>v 1.562834 17.719433 -0.444752</w:t>
        <w:br/>
        <w:t>v 1.731642 16.825287 -0.256771</w:t>
        <w:br/>
        <w:t>v 2.351627 16.441771 -0.063930</w:t>
        <w:br/>
        <w:t>v 2.048175 16.646679 -0.058775</w:t>
        <w:br/>
        <w:t>v 2.095582 16.733135 0.062554</w:t>
        <w:br/>
        <w:t>v 2.406512 16.541267 0.059458</w:t>
        <w:br/>
        <w:t>v 1.577935 17.761623 -0.061834</w:t>
        <w:br/>
        <w:t>v 1.765491 17.622570 -0.078548</w:t>
        <w:br/>
        <w:t>v 1.696895 17.495365 0.051919</w:t>
        <w:br/>
        <w:t>v 1.387916 17.847794 -0.042803</w:t>
        <w:br/>
        <w:t>v 1.422882 17.875134 -0.248803</w:t>
        <w:br/>
        <w:t>v 1.593289 17.784702 -0.252518</w:t>
        <w:br/>
        <w:t>v 1.961875 17.211987 -0.558676</w:t>
        <w:br/>
        <w:t>v 2.296927 17.082474 0.026436</w:t>
        <w:br/>
        <w:t>v 2.595729 16.876802 0.017688</w:t>
        <w:br/>
        <w:t>v 2.500049 16.708105 0.089240</w:t>
        <w:br/>
        <w:t>v 2.194449 16.905376 0.095082</w:t>
        <w:br/>
        <w:t>v 2.115458 16.762737 -0.575768</w:t>
        <w:br/>
        <w:t>v 2.060064 16.667934 -0.466822</w:t>
        <w:br/>
        <w:t>v 2.360397 16.468702 -0.470339</w:t>
        <w:br/>
        <w:t>v 2.417353 16.571674 -0.577756</w:t>
        <w:br/>
        <w:t>v 1.892818 17.108192 0.107585</w:t>
        <w:br/>
        <w:t>v 1.784207 17.647877 -0.260259</w:t>
        <w:br/>
        <w:t>v 2.072978 17.413628 -0.273712</w:t>
        <w:br/>
        <w:t>v 2.059236 17.393654 -0.091716</w:t>
        <w:br/>
        <w:t>v 2.031905 17.338509 -0.441132</w:t>
        <w:br/>
        <w:t>v 1.748129 17.575100 -0.438424</w:t>
        <w:br/>
        <w:t>v 2.331290 16.421436 -0.265347</w:t>
        <w:br/>
        <w:t>v 2.032210 16.624680 -0.257113</w:t>
        <w:br/>
        <w:t>v 2.364706 17.199329 -0.289980</w:t>
        <w:br/>
        <w:t>v 2.319494 17.122059 -0.451916</w:t>
        <w:br/>
        <w:t>v 2.613005 16.916727 -0.470606</w:t>
        <w:br/>
        <w:t>v 2.657096 16.989386 -0.308305</w:t>
        <w:br/>
        <w:t>v 2.354435 17.181896 -0.106224</w:t>
        <w:br/>
        <w:t>v 2.649774 16.973589 -0.123430</w:t>
        <w:br/>
        <w:t>v 2.646825 16.583443 -0.608896</w:t>
        <w:br/>
        <w:t>v 2.580821 16.465225 -0.578364</w:t>
        <w:br/>
        <w:t>v 2.742455 16.359100 -0.575534</w:t>
        <w:br/>
        <w:t>v 2.808397 16.479456 -0.611326</w:t>
        <w:br/>
        <w:t>v 2.515981 16.333082 -0.067992</w:t>
        <w:br/>
        <w:t>v 2.494745 16.315712 -0.271662</w:t>
        <w:br/>
        <w:t>v 1.731642 16.825287 -0.256771</w:t>
        <w:br/>
        <w:t>v 2.689549 16.259506 -0.476862</w:t>
        <w:br/>
        <w:t>v 2.525489 16.366667 -0.473873</w:t>
        <w:br/>
        <w:t>v 2.494745 16.315712 -0.271662</w:t>
        <w:br/>
        <w:t>v 2.657290 16.204836 -0.277981</w:t>
        <w:br/>
        <w:t>v 1.998598 17.290524 0.038258</w:t>
        <w:br/>
        <w:t>v 2.738944 16.319044 0.034410</w:t>
        <w:br/>
        <w:t>v 2.572742 16.430145 0.059650</w:t>
        <w:br/>
        <w:t>v 2.668004 16.600597 0.089992</w:t>
        <w:br/>
        <w:t>v 2.835960 16.493092 0.090744</w:t>
        <w:br/>
        <w:t>v 2.679425 16.219242 -0.072056</w:t>
        <w:br/>
        <w:t>v 2.515981 16.333082 -0.067992</w:t>
        <w:br/>
        <w:t>v 2.253904 17.005413 -0.555863</w:t>
        <w:br/>
        <w:t>v 2.551640 16.808420 -0.567241</w:t>
        <w:br/>
        <w:t>v 2.182476 16.880245 -0.598442</w:t>
        <w:br/>
        <w:t>v 2.482980 16.687830 -0.604246</w:t>
        <w:br/>
        <w:t>v 2.761600 16.766928 0.015817</w:t>
        <w:br/>
        <w:t>v 2.927472 16.657053 0.013945</w:t>
        <w:br/>
        <w:t>v 2.646825 16.583443 -0.608896</w:t>
        <w:br/>
        <w:t>v 2.715267 16.704473 -0.574867</w:t>
        <w:br/>
        <w:t>v 2.776450 16.810156 -0.484038</w:t>
        <w:br/>
        <w:t>v 2.819927 16.878876 -0.319427</w:t>
        <w:br/>
        <w:t>v 2.982758 16.768370 -0.330550</w:t>
        <w:br/>
        <w:t>v 2.979030 16.753706 -0.138795</w:t>
        <w:br/>
        <w:t>v 2.814401 16.863649 -0.131113</w:t>
        <w:br/>
        <w:t>v 2.819927 16.878876 -0.319427</w:t>
        <w:br/>
        <w:t>v 2.032210 16.624680 -0.257113</w:t>
        <w:br/>
        <w:t>v 2.331290 16.421436 -0.265347</w:t>
        <w:br/>
        <w:t>v 1.168946 16.918940 0.398976</w:t>
        <w:br/>
        <w:t>v 1.065159 17.095783 0.455244</w:t>
        <w:br/>
        <w:t>v 1.104984 17.140779 0.307151</w:t>
        <w:br/>
        <w:t>v 1.168655 16.836969 0.224174</w:t>
        <w:br/>
        <w:t>v 1.168946 16.918940 0.398976</w:t>
        <w:br/>
        <w:t>v 0.695436 16.959265 1.289461</w:t>
        <w:br/>
        <w:t>v 0.823242 16.954468 1.248462</w:t>
        <w:br/>
        <w:t>v 0.875448 16.857187 1.348107</w:t>
        <w:br/>
        <w:t>v 0.761295 16.844093 1.417968</w:t>
        <w:br/>
        <w:t>v 0.621806 17.050053 1.153851</w:t>
        <w:br/>
        <w:t>v 0.783393 17.048273 1.096944</w:t>
        <w:br/>
        <w:t>v 1.001601 16.964794 0.873703</w:t>
        <w:br/>
        <w:t>v 1.117924 16.798813 0.871808</w:t>
        <w:br/>
        <w:t>v 1.117688 16.755695 1.077143</w:t>
        <w:br/>
        <w:t>v 0.923011 16.994846 1.063381</w:t>
        <w:br/>
        <w:t>v 0.894346 17.075031 0.883299</w:t>
        <w:br/>
        <w:t>v 0.738192 17.140518 0.933834</w:t>
        <w:br/>
        <w:t>v 1.013309 17.026295 0.659001</w:t>
        <w:br/>
        <w:t>v 1.120838 16.855213 0.644204</w:t>
        <w:br/>
        <w:t>v 0.923648 17.260818 0.456156</w:t>
        <w:br/>
        <w:t>v 0.890298 17.167336 0.682070</w:t>
        <w:br/>
        <w:t>v 0.697707 17.239218 0.765460</w:t>
        <w:br/>
        <w:t>v 0.967901 16.867590 1.245046</w:t>
        <w:br/>
        <w:t>v 0.465225 16.996386 1.231739</w:t>
        <w:br/>
        <w:t>v 0.576599 16.915943 1.348416</w:t>
        <w:br/>
        <w:t>v 0.480455 16.822123 1.422336</w:t>
        <w:br/>
        <w:t>v 0.341942 16.886002 1.321887</w:t>
        <w:br/>
        <w:t>v 0.626125 16.837984 1.435438</w:t>
        <w:br/>
        <w:t>v 0.542656 17.144913 1.006129</w:t>
        <w:br/>
        <w:t>v 0.353894 17.073650 1.093818</w:t>
        <w:br/>
        <w:t>v 0.218437 16.942781 1.199774</w:t>
        <w:br/>
        <w:t>v 0.471610 17.239347 0.866452</w:t>
        <w:br/>
        <w:t>v 0.416674 17.343954 0.696159</w:t>
        <w:br/>
        <w:t>v 0.680484 17.382984 0.566333</w:t>
        <w:br/>
        <w:t>v 0.234152 17.136686 0.952458</w:t>
        <w:br/>
        <w:t>v 0.190947 17.296501 0.786204</w:t>
        <w:br/>
        <w:t>v 0.922869 17.487011 0.343401</w:t>
        <w:br/>
        <w:t>v 0.769079 17.524771 0.413176</w:t>
        <w:br/>
        <w:t>v 1.024926 17.373341 0.307745</w:t>
        <w:br/>
        <w:t>v 0.137035 16.975594 1.101697</w:t>
        <w:br/>
        <w:t>v 0.130551 17.497898 0.607725</w:t>
        <w:br/>
        <w:t>v 0.149938 17.776999 0.425798</w:t>
        <w:br/>
        <w:t>v 0.251404 17.774040 0.411070</w:t>
        <w:br/>
        <w:t>v 0.311002 17.527767 0.571016</w:t>
        <w:br/>
        <w:t>v 0.248027 17.840776 0.343014</w:t>
        <w:br/>
        <w:t>v 0.151543 17.811693 0.360562</w:t>
        <w:br/>
        <w:t>v 0.221043 17.930096 -0.610505</w:t>
        <w:br/>
        <w:t>v 0.065930 17.718014 0.459043</w:t>
        <w:br/>
        <w:t>v 0.085762 17.789539 0.359392</w:t>
        <w:br/>
        <w:t>v 0.156544 17.958014 0.281920</w:t>
        <w:br/>
        <w:t>v 0.366017 17.774885 0.389867</w:t>
        <w:br/>
        <w:t>v 0.423901 17.955994 -0.576150</w:t>
        <w:br/>
        <w:t>v 0.579141 17.940813 -0.503310</w:t>
        <w:br/>
        <w:t>v 0.944886 17.847103 -0.490566</w:t>
        <w:br/>
        <w:t>v 0.795045 17.862045 -0.505657</w:t>
        <w:br/>
        <w:t>v 0.297599 17.995338 0.220084</w:t>
        <w:br/>
        <w:t>v 0.656250 19.271708 -0.173080</w:t>
        <w:br/>
        <w:t>v 0.529085 19.148937 -0.170557</w:t>
        <w:br/>
        <w:t>v 0.546047 19.085585 0.040751</w:t>
        <w:br/>
        <w:t>v 0.661114 19.196508 -0.067510</w:t>
        <w:br/>
        <w:t>v 0.734453 19.306068 -0.105831</w:t>
        <w:br/>
        <w:t>v 0.100537 18.631783 0.358437</w:t>
        <w:br/>
        <w:t>v 0.090870 18.541618 0.321167</w:t>
        <w:br/>
        <w:t>v 0.420528 19.093025 -0.220369</w:t>
        <w:br/>
        <w:t>v 0.285474 18.897289 -0.170592</w:t>
        <w:br/>
        <w:t>v 0.309786 18.850496 -0.025780</w:t>
        <w:br/>
        <w:t>v 0.490178 18.991518 0.000038</w:t>
        <w:br/>
        <w:t>v 0.179140 18.920404 -0.263035</w:t>
        <w:br/>
        <w:t>v 0.193667 19.063278 -0.334875</w:t>
        <w:br/>
        <w:t>v 0.263625 18.726414 0.193839</w:t>
        <w:br/>
        <w:t>v 0.326192 18.791033 0.203041</w:t>
        <w:br/>
        <w:t>v 0.441459 18.932724 0.106333</w:t>
        <w:br/>
        <w:t>v 0.301431 18.783714 0.097367</w:t>
        <w:br/>
        <w:t>v 0.253744 18.735039 -0.171926</w:t>
        <w:br/>
        <w:t>v 0.274484 18.692337 -0.065212</w:t>
        <w:br/>
        <w:t>v 0.212265 18.692930 0.297657</w:t>
        <w:br/>
        <w:t>v 0.160466 18.571571 0.253214</w:t>
        <w:br/>
        <w:t>v 0.501590 19.021120 0.066298</w:t>
        <w:br/>
        <w:t>v 0.159189 18.753830 -0.259936</w:t>
        <w:br/>
        <w:t>v 0.486026 18.060749 -0.029243</w:t>
        <w:br/>
        <w:t>v 0.425579 18.029301 0.133410</w:t>
        <w:br/>
        <w:t>v 0.297996 18.207001 0.109155</w:t>
        <w:br/>
        <w:t>v 0.336281 18.236641 -0.003239</w:t>
        <w:br/>
        <w:t>v 0.220376 18.232880 -0.433209</w:t>
        <w:br/>
        <w:t>v 0.193533 18.338148 -0.371940</w:t>
        <w:br/>
        <w:t>v 0.343459 18.283716 -0.165288</w:t>
        <w:br/>
        <w:t>v 0.445183 18.150440 -0.218889</w:t>
        <w:br/>
        <w:t>v 0.294824 18.335236 -0.293898</w:t>
        <w:br/>
        <w:t>v 0.347343 18.212181 -0.375846</w:t>
        <w:br/>
        <w:t>v 0.176483 18.464857 -0.310826</w:t>
        <w:br/>
        <w:t>v 0.265138 18.455532 -0.229056</w:t>
        <w:br/>
        <w:t>v 0.297065 18.428043 -0.130622</w:t>
        <w:br/>
        <w:t>v 0.273733 18.383049 0.015554</w:t>
        <w:br/>
        <w:t>v 0.238684 18.345541 0.121418</w:t>
        <w:br/>
        <w:t>v 0.220605 18.159519 0.191924</w:t>
        <w:br/>
        <w:t>v 0.190792 18.313887 0.199986</w:t>
        <w:br/>
        <w:t>v 0.119996 18.111979 0.250663</w:t>
        <w:br/>
        <w:t>v 0.106590 18.272308 0.261546</w:t>
        <w:br/>
        <w:t>v 0.160050 18.618288 -0.271503</w:t>
        <w:br/>
        <w:t>v 0.252010 18.512672 0.045808</w:t>
        <w:br/>
        <w:t>v 0.255780 18.647221 0.069072</w:t>
        <w:br/>
        <w:t>v 0.271507 18.556423 -0.087744</w:t>
        <w:br/>
        <w:t>v 0.237201 18.589762 -0.191984</w:t>
        <w:br/>
        <w:t>v 0.164254 18.452560 0.224403</w:t>
        <w:br/>
        <w:t>v 0.094868 18.421045 0.289547</w:t>
        <w:br/>
        <w:t>v 0.208052 18.480593 0.146266</w:t>
        <w:br/>
        <w:t>v 0.212356 18.606800 0.168421</w:t>
        <w:br/>
        <w:t>v 0.606792 17.519976 0.487505</w:t>
        <w:br/>
        <w:t>v 0.074512 16.777624 1.224132</w:t>
        <w:br/>
        <w:t>v 0.155965 16.785305 1.292119</w:t>
        <w:br/>
        <w:t>v 0.304028 16.797533 1.373064</w:t>
        <w:br/>
        <w:t>v 0.490309 16.707890 -0.722707</w:t>
        <w:br/>
        <w:t>v 0.220128 16.580542 -0.696483</w:t>
        <w:br/>
        <w:t>v 0.973836 16.725851 1.305485</w:t>
        <w:br/>
        <w:t>v 0.702152 16.713802 1.464223</w:t>
        <w:br/>
        <w:t>v 0.099551 16.655130 1.295325</w:t>
        <w:br/>
        <w:t>v 0.369488 16.678335 1.436578</w:t>
        <w:br/>
        <w:t>v 4.788159 15.340645 -0.554616</w:t>
        <w:br/>
        <w:t>v 4.864612 15.483064 -0.438098</w:t>
        <w:br/>
        <w:t>v 4.888992 15.533628 -0.217632</w:t>
        <w:br/>
        <w:t>v 3.529392 15.700324 -0.106990</w:t>
        <w:br/>
        <w:t>v 3.586429 15.793159 0.001016</w:t>
        <w:br/>
        <w:t>v 3.508911 15.891526 -0.582705</w:t>
        <w:br/>
        <w:t>v 3.419975 15.937080 -0.593495</w:t>
        <w:br/>
        <w:t>v 3.451071 15.807019 -0.501181</w:t>
        <w:br/>
        <w:t>v 3.683628 16.179113 -0.531467</w:t>
        <w:br/>
        <w:t>v 3.710436 16.256941 -0.413866</w:t>
        <w:br/>
        <w:t>v 3.598895 16.238308 -0.529861</w:t>
        <w:br/>
        <w:t>v 3.475872 15.859674 0.005451</w:t>
        <w:br/>
        <w:t>v 3.369680 15.948855 -0.023380</w:t>
        <w:br/>
        <w:t>v 3.455930 16.087717 0.027354</w:t>
        <w:br/>
        <w:t>v 3.569888 16.014645 0.011406</w:t>
        <w:br/>
        <w:t>v 3.310840 15.849174 -0.112767</w:t>
        <w:br/>
        <w:t>v 3.549024 16.243565 -0.029222</w:t>
        <w:br/>
        <w:t>v 3.658782 16.165243 -0.046039</w:t>
        <w:br/>
        <w:t>v 3.597468 16.330818 -0.189177</w:t>
        <w:br/>
        <w:t>v 3.720379 16.268486 -0.192907</w:t>
        <w:br/>
        <w:t>v 3.819631 16.196133 -0.427510</w:t>
        <w:br/>
        <w:t>v 3.822698 16.188208 -0.199621</w:t>
        <w:br/>
        <w:t>v 3.765705 16.118271 -0.527715</w:t>
        <w:br/>
        <w:t>v 3.842586 15.970175 -0.608650</w:t>
        <w:br/>
        <w:t>v 3.624279 15.608477 -0.296081</w:t>
        <w:br/>
        <w:t>v 3.555670 15.732826 -0.489658</w:t>
        <w:br/>
        <w:t>v 3.518561 15.683123 -0.298154</w:t>
        <w:br/>
        <w:t>v 3.666797 15.944139 -0.630621</w:t>
        <w:br/>
        <w:t>v 3.637439 15.893491 -0.620356</w:t>
        <w:br/>
        <w:t>v 3.781442 15.866673 -0.616821</w:t>
        <w:br/>
        <w:t>v 3.607235 15.842242 -0.574950</w:t>
        <w:br/>
        <w:t>v 3.552392 15.954892 -0.630531</w:t>
        <w:br/>
        <w:t>v 3.722517 16.041195 -0.600936</w:t>
        <w:br/>
        <w:t>v 3.637279 16.099340 -0.599062</w:t>
        <w:br/>
        <w:t>v 3.578421 15.999017 -0.639807</w:t>
        <w:br/>
        <w:t>v 3.312382 15.875039 -0.492553</w:t>
        <w:br/>
        <w:t>v 3.284112 15.815438 -0.300137</w:t>
        <w:br/>
        <w:t>v 3.596397 16.342602 -0.393198</w:t>
        <w:br/>
        <w:t>v 3.539378 16.163589 -0.583651</w:t>
        <w:br/>
        <w:t>v 3.763290 16.092997 -0.052513</w:t>
        <w:br/>
        <w:t>v 3.676145 15.945577 0.021371</w:t>
        <w:br/>
        <w:t>v 3.518561 15.683123 -0.298154</w:t>
        <w:br/>
        <w:t>v 3.284112 15.815438 -0.300137</w:t>
        <w:br/>
        <w:t>v 3.427187 15.779788 -0.116218</w:t>
        <w:br/>
        <w:t>v 3.406932 15.749172 -0.301061</w:t>
        <w:br/>
        <w:t>v 3.563032 16.262129 -0.526964</w:t>
        <w:br/>
        <w:t>v 3.496824 16.321104 -0.525670</w:t>
        <w:br/>
        <w:t>v 3.440273 16.225132 -0.578490</w:t>
        <w:br/>
        <w:t>v 3.502649 16.185591 -0.582197</w:t>
        <w:br/>
        <w:t>v 3.381742 16.007694 -0.632820</w:t>
        <w:br/>
        <w:t>v 3.328123 16.036585 -0.630155</w:t>
        <w:br/>
        <w:t>v 3.302273 16.001871 -0.595301</w:t>
        <w:br/>
        <w:t>v 3.358836 15.967698 -0.592859</w:t>
        <w:br/>
        <w:t>v 3.240030 15.919219 -0.482566</w:t>
        <w:br/>
        <w:t>v 3.160593 15.930079 -0.104362</w:t>
        <w:br/>
        <w:t>v 3.137905 15.923246 -0.296064</w:t>
        <w:br/>
        <w:t>v 3.041471 15.982220 -0.293076</w:t>
        <w:br/>
        <w:t>v 3.056118 15.993024 -0.098960</w:t>
        <w:br/>
        <w:t>v 3.163018 15.970559 -0.470669</w:t>
        <w:br/>
        <w:t>v 3.068160 16.029812 -0.468191</w:t>
        <w:br/>
        <w:t>v 3.041471 15.982220 -0.293076</w:t>
        <w:br/>
        <w:t>v 3.137905 15.923246 -0.296064</w:t>
        <w:br/>
        <w:t>v 3.226685 16.062618 -0.574807</w:t>
        <w:br/>
        <w:t>v 3.130651 16.125435 -0.556019</w:t>
        <w:br/>
        <w:t>v 3.263797 16.120419 -0.608309</w:t>
        <w:br/>
        <w:t>v 3.196138 16.248730 -0.598498</w:t>
        <w:br/>
        <w:t>v 3.304895 16.455858 -0.516246</w:t>
        <w:br/>
        <w:t>v 3.250212 16.354574 -0.584413</w:t>
        <w:br/>
        <w:t>v 3.366554 16.276909 -0.572630</w:t>
        <w:br/>
        <w:t>v 3.474828 16.415787 -0.369397</w:t>
        <w:br/>
        <w:t>v 3.348054 16.506748 -0.357243</w:t>
        <w:br/>
        <w:t>v 3.427328 16.368435 -0.520853</w:t>
        <w:br/>
        <w:t>v 3.348114 16.489668 -0.170794</w:t>
        <w:br/>
        <w:t>v 3.478653 16.399710 -0.182971</w:t>
        <w:br/>
        <w:t>v 3.432098 16.312603 -0.027515</w:t>
        <w:br/>
        <w:t>v 3.300734 16.398676 -0.016411</w:t>
        <w:br/>
        <w:t>v 3.337275 16.164846 0.050040</w:t>
        <w:br/>
        <w:t>v 3.209526 16.248091 0.060155</w:t>
        <w:br/>
        <w:t>v 3.230779 16.015041 0.018122</w:t>
        <w:br/>
        <w:t>v 3.114845 16.084703 0.033776</w:t>
        <w:br/>
        <w:t>v 3.406932 15.749172 -0.301061</w:t>
        <w:br/>
        <w:t>v 3.535849 16.379360 -0.380470</w:t>
        <w:br/>
        <w:t>v 3.537212 16.363895 -0.186670</w:t>
        <w:br/>
        <w:t>v 3.489118 16.279125 -0.028245</w:t>
        <w:br/>
        <w:t>v 2.992137 16.206345 -0.577595</w:t>
        <w:br/>
        <w:t>v 3.066967 16.326580 -0.607594</w:t>
        <w:br/>
        <w:t>v 2.934547 16.110411 -0.475615</w:t>
        <w:br/>
        <w:t>v 2.905693 16.057316 -0.288216</w:t>
        <w:br/>
        <w:t>v 2.657290 16.204836 -0.277981</w:t>
        <w:br/>
        <w:t>v 2.929172 16.071125 -0.091948</w:t>
        <w:br/>
        <w:t>v 2.905693 16.057316 -0.288216</w:t>
        <w:br/>
        <w:t>v 2.988528 16.164980 0.037864</w:t>
        <w:br/>
        <w:t>v 3.082659 16.330494 0.068157</w:t>
        <w:br/>
        <w:t>v 3.171582 16.488050 -0.002881</w:t>
        <w:br/>
        <w:t>v 3.220271 16.583733 -0.157590</w:t>
        <w:br/>
        <w:t>v 3.222730 16.601103 -0.350442</w:t>
        <w:br/>
        <w:t>v 2.939885 16.703585 -0.497721</w:t>
        <w:br/>
        <w:t>v 3.186495 16.542418 -0.502717</w:t>
        <w:br/>
        <w:t>v 2.878003 16.600681 -0.584374</w:t>
        <w:br/>
        <w:t>v 3.134889 16.433725 -0.580479</w:t>
        <w:br/>
        <w:t>v -2.581398 16.465055 -0.581223</w:t>
        <w:br/>
        <w:t>v -2.647450 16.583254 -0.613674</w:t>
        <w:br/>
        <w:t>v -2.494990 16.315769 -0.269198</w:t>
        <w:br/>
        <w:t>v -2.525955 16.366579 -0.471581</w:t>
        <w:br/>
        <w:t>v -2.494990 16.315769 -0.269198</w:t>
        <w:br/>
        <w:t>v -2.572609 16.430458 0.062115</w:t>
        <w:br/>
        <w:t>v -2.716298 16.704235 -0.580607</w:t>
        <w:br/>
        <w:t>v -2.777019 16.810057 -0.482778</w:t>
        <w:br/>
        <w:t>v -2.814436 16.863844 -0.128704</w:t>
        <w:br/>
        <w:t>v 2.580821 16.465225 -0.578364</w:t>
        <w:br/>
        <w:t>v 2.494745 16.315712 -0.271662</w:t>
        <w:br/>
        <w:t>v 2.525489 16.366667 -0.473873</w:t>
        <w:br/>
        <w:t>v 2.494745 16.315712 -0.271662</w:t>
        <w:br/>
        <w:t>v 2.572742 16.430145 0.059650</w:t>
        <w:br/>
        <w:t>v 2.668004 16.600597 0.089992</w:t>
        <w:br/>
        <w:t>v 2.761600 16.766928 0.015817</w:t>
        <w:br/>
        <w:t>v 2.715267 16.704473 -0.574867</w:t>
        <w:br/>
        <w:t>v 2.776450 16.810156 -0.484038</w:t>
        <w:br/>
        <w:t>v 2.814401 16.863649 -0.131113</w:t>
        <w:br/>
        <w:t>v 0.094642 16.863516 1.300829</w:t>
        <w:br/>
        <w:t>v 0.000083 16.832624 1.259148</w:t>
        <w:br/>
        <w:t>v 0.000083 16.825960 1.240460</w:t>
        <w:br/>
        <w:t>v 0.101004 16.856274 1.280737</w:t>
        <w:br/>
        <w:t>v 0.000083 16.719616 1.213509</w:t>
        <w:br/>
        <w:t>v 0.092226 16.743084 1.261630</w:t>
        <w:br/>
        <w:t>v 0.101004 16.856274 1.280737</w:t>
        <w:br/>
        <w:t>v 0.000083 16.825960 1.240460</w:t>
        <w:br/>
        <w:t>v 0.176754 16.762325 1.325952</w:t>
        <w:br/>
        <w:t>v 0.194744 16.895697 1.332681</w:t>
        <w:br/>
        <w:t>v 0.194744 16.895697 1.332681</w:t>
        <w:br/>
        <w:t>v 0.189300 16.894676 1.346076</w:t>
        <w:br/>
        <w:t>v 0.094642 16.863516 1.300829</w:t>
        <w:br/>
        <w:t>v 0.189300 16.894676 1.346076</w:t>
        <w:br/>
        <w:t>v 0.110761 16.778908 1.321119</w:t>
        <w:br/>
        <w:t>v 0.212584 16.906828 1.392405</w:t>
        <w:br/>
        <w:t>v 0.196932 16.820335 1.383766</w:t>
        <w:br/>
        <w:t>v 0.224802 16.913065 1.383315</w:t>
        <w:br/>
        <w:t>v 0.212584 16.906828 1.392405</w:t>
        <w:br/>
        <w:t>v 0.263364 16.801306 1.380269</w:t>
        <w:br/>
        <w:t>v 0.266226 16.917971 1.440747</w:t>
        <w:br/>
        <w:t>v 0.224802 16.913065 1.383315</w:t>
        <w:br/>
        <w:t>v 0.266226 16.917971 1.440747</w:t>
        <w:br/>
        <w:t>v 0.261287 16.912279 1.457819</w:t>
        <w:br/>
        <w:t>v 0.212584 16.906828 1.392405</w:t>
        <w:br/>
        <w:t>v 0.125292 16.608608 1.270015</w:t>
        <w:br/>
        <w:t>v 0.000083 16.590677 1.190227</w:t>
        <w:br/>
        <w:t>v 0.254104 16.647047 1.356370</w:t>
        <w:br/>
        <w:t>v -0.000007 15.989729 1.462846</w:t>
        <w:br/>
        <w:t>v 0.000075 16.211863 1.430940</w:t>
        <w:br/>
        <w:t>v 0.111056 16.226841 1.474390</w:t>
        <w:br/>
        <w:t>v 0.063273 16.038294 1.470147</w:t>
        <w:br/>
        <w:t>v 0.000083 16.463463 1.405280</w:t>
        <w:br/>
        <w:t>v 0.102494 16.476776 1.447072</w:t>
        <w:br/>
        <w:t>v 0.288636 16.748550 1.489382</w:t>
        <w:br/>
        <w:t>v 0.195695 16.725916 1.431623</w:t>
        <w:br/>
        <w:t>v 0.283240 16.837393 1.458351</w:t>
        <w:br/>
        <w:t>v 0.402813 16.761166 1.532865</w:t>
        <w:br/>
        <w:t>v 0.344567 16.851686 1.486170</w:t>
        <w:br/>
        <w:t>v 0.325050 16.934620 1.484668</w:t>
        <w:br/>
        <w:t>v 0.382214 16.928459 1.460725</w:t>
        <w:br/>
        <w:t>v 0.394653 16.855936 1.479056</w:t>
        <w:br/>
        <w:t>v 0.325050 16.934620 1.484668</w:t>
        <w:br/>
        <w:t>v 0.316612 16.940670 1.463643</w:t>
        <w:br/>
        <w:t>v 0.376099 16.930492 1.439765</w:t>
        <w:br/>
        <w:t>v 0.382214 16.928459 1.460725</w:t>
        <w:br/>
        <w:t>v 0.350812 16.817629 1.442751</w:t>
        <w:br/>
        <w:t>v 0.316612 16.940670 1.463643</w:t>
        <w:br/>
        <w:t>v 0.446608 16.824181 1.457450</w:t>
        <w:br/>
        <w:t>v 0.376099 16.930492 1.439765</w:t>
        <w:br/>
        <w:t>v 0.261287 16.912279 1.457819</w:t>
        <w:br/>
        <w:t>v 0.477587 16.854622 1.494459</w:t>
        <w:br/>
        <w:t>v 0.432841 16.925465 1.478290</w:t>
        <w:br/>
        <w:t>v 0.432841 16.925465 1.478290</w:t>
        <w:br/>
        <w:t>v 0.439124 16.930908 1.460581</w:t>
        <w:br/>
        <w:t>v 0.466392 16.941687 1.496932</w:t>
        <w:br/>
        <w:t>v 0.468259 16.945675 1.478661</w:t>
        <w:br/>
        <w:t>v 0.529799 16.826651 1.500631</w:t>
        <w:br/>
        <w:t>v 0.468259 16.945675 1.478661</w:t>
        <w:br/>
        <w:t>v 0.439124 16.930908 1.460581</w:t>
        <w:br/>
        <w:t>v 0.513597 16.859798 1.509451</w:t>
        <w:br/>
        <w:t>v 0.466392 16.941687 1.496932</w:t>
        <w:br/>
        <w:t>v 0.527254 16.766027 1.540235</w:t>
        <w:br/>
        <w:t>v 0.517307 16.544153 1.643110</w:t>
        <w:br/>
        <w:t>v 0.652882 16.781652 1.513158</w:t>
        <w:br/>
        <w:t>v 0.640450 16.567034 1.641097</w:t>
        <w:br/>
        <w:t>v 0.514435 16.482277 1.679131</w:t>
        <w:br/>
        <w:t>v 0.401817 16.530582 1.622838</w:t>
        <w:br/>
        <w:t>v 0.292895 16.517883 1.574829</w:t>
        <w:br/>
        <w:t>v 0.774063 16.804153 1.474101</w:t>
        <w:br/>
        <w:t>v 0.753254 16.630905 1.584087</w:t>
        <w:br/>
        <w:t>v 0.879316 16.811888 1.419507</w:t>
        <w:br/>
        <w:t>v 0.858226 16.680416 1.498263</w:t>
        <w:br/>
        <w:t>v 0.771398 16.903955 1.425961</w:t>
        <w:br/>
        <w:t>v 0.703795 16.887781 1.446398</w:t>
        <w:br/>
        <w:t>v 0.672663 16.872221 1.447187</w:t>
        <w:br/>
        <w:t>v 0.633395 16.866724 1.466505</w:t>
        <w:br/>
        <w:t>v 0.554347 16.866529 1.495695</w:t>
        <w:br/>
        <w:t>v 0.195414 16.499924 1.511564</w:t>
        <w:br/>
        <w:t>v 0.098538 16.701887 1.381968</w:t>
        <w:br/>
        <w:t>v 0.996449 16.943266 1.161595</w:t>
        <w:br/>
        <w:t>v 1.022688 16.954811 1.056321</w:t>
        <w:br/>
        <w:t>v 1.047275 16.889000 1.028072</w:t>
        <w:br/>
        <w:t>v 1.034551 16.873188 1.127041</w:t>
        <w:br/>
        <w:t>v 1.034488 16.969112 1.011061</w:t>
        <w:br/>
        <w:t>v 1.016952 17.017626 1.083857</w:t>
        <w:br/>
        <w:t>v 1.037744 17.039925 1.045692</w:t>
        <w:br/>
        <w:t>v 1.025944 16.979897 0.949818</w:t>
        <w:br/>
        <w:t>v 1.029296 17.070183 0.962391</w:t>
        <w:br/>
        <w:t>v 1.026715 17.045109 0.856462</w:t>
        <w:br/>
        <w:t>v 1.029273 17.041508 0.794358</w:t>
        <w:br/>
        <w:t>v 1.034217 16.981119 0.787118</w:t>
        <w:br/>
        <w:t>v 1.029278 16.977135 0.846168</w:t>
        <w:br/>
        <w:t>v 1.012097 17.044464 0.790703</w:t>
        <w:br/>
        <w:t>v 1.026990 17.052660 0.761257</w:t>
        <w:br/>
        <w:t>v 1.041975 17.052641 0.766808</w:t>
        <w:br/>
        <w:t>v 1.029273 17.041508 0.794358</w:t>
        <w:br/>
        <w:t>v 1.026715 17.045109 0.856462</w:t>
        <w:br/>
        <w:t>v 1.008083 17.043085 0.855827</w:t>
        <w:br/>
        <w:t>v 1.041975 17.052641 0.766808</w:t>
        <w:br/>
        <w:t>v 1.075832 16.826792 1.101066</w:t>
        <w:br/>
        <w:t>v 1.076236 16.925941 0.731927</w:t>
        <w:br/>
        <w:t>v 1.097119 16.889629 0.747773</w:t>
        <w:br/>
        <w:t>v 1.089923 16.868164 0.919061</w:t>
        <w:br/>
        <w:t>v 1.053392 16.901949 0.929967</w:t>
        <w:br/>
        <w:t>v 1.118255 16.916378 0.590050</w:t>
        <w:br/>
        <w:t>v 0.994518 17.011023 1.143945</w:t>
        <w:br/>
        <w:t>v 0.982195 16.935593 1.233445</w:t>
        <w:br/>
        <w:t>v 0.998516 17.013729 1.228599</w:t>
        <w:br/>
        <w:t>v 0.975371 17.011322 1.140419</w:t>
        <w:br/>
        <w:t>v 0.994518 17.011023 1.143945</w:t>
        <w:br/>
        <w:t>v 0.998516 17.013729 1.228599</w:t>
        <w:br/>
        <w:t>v 0.976580 17.021784 1.225271</w:t>
        <w:br/>
        <w:t>v 1.004871 17.021420 1.064140</w:t>
        <w:br/>
        <w:t>v 1.016952 17.017626 1.083857</w:t>
        <w:br/>
        <w:t>v 0.991073 16.906767 1.167608</w:t>
        <w:br/>
        <w:t>v 1.016969 16.924622 1.032901</w:t>
        <w:br/>
        <w:t>v 1.004871 17.021420 1.064140</w:t>
        <w:br/>
        <w:t>v 0.975371 17.011322 1.140419</w:t>
        <w:br/>
        <w:t>v 1.021128 16.937212 0.988873</w:t>
        <w:br/>
        <w:t>v 1.023778 17.043154 1.031919</w:t>
        <w:br/>
        <w:t>v 0.990560 16.792963 1.034390</w:t>
        <w:br/>
        <w:t>v 1.010474 17.067633 0.958331</w:t>
        <w:br/>
        <w:t>v 1.014727 16.937654 0.950280</w:t>
        <w:br/>
        <w:t>v 0.964200 16.758459 1.206558</w:t>
        <w:br/>
        <w:t>v 0.975127 16.894821 1.232509</w:t>
        <w:br/>
        <w:t>v 0.944421 16.876436 1.301432</w:t>
        <w:br/>
        <w:t>v 0.932333 16.711622 1.286764</w:t>
        <w:br/>
        <w:t>v 0.976580 17.021784 1.225271</w:t>
        <w:br/>
        <w:t>v 0.949229 16.994854 1.290541</w:t>
        <w:br/>
        <w:t>v 0.884212 16.856318 1.359477</w:t>
        <w:br/>
        <w:t>v 0.877331 16.988743 1.321714</w:t>
        <w:br/>
        <w:t>v 0.962400 16.988844 1.306653</w:t>
        <w:br/>
        <w:t>v 0.949229 16.994854 1.290541</w:t>
        <w:br/>
        <w:t>v 0.879416 16.896742 1.365103</w:t>
        <w:br/>
        <w:t>v 0.877663 16.982935 1.343862</w:t>
        <w:br/>
        <w:t>v 0.962400 16.988844 1.306653</w:t>
        <w:br/>
        <w:t>v 0.950731 16.912813 1.309850</w:t>
        <w:br/>
        <w:t>v 0.844966 16.892977 1.377190</w:t>
        <w:br/>
        <w:t>v 0.836800 16.979919 1.351711</w:t>
        <w:br/>
        <w:t>v 0.828483 16.902624 1.404663</w:t>
        <w:br/>
        <w:t>v 0.815467 16.988417 1.378143</w:t>
        <w:br/>
        <w:t>v 0.755920 17.001360 1.402502</w:t>
        <w:br/>
        <w:t>v 0.971019 16.828392 1.329197</w:t>
        <w:br/>
        <w:t>v 0.877663 16.982935 1.343862</w:t>
        <w:br/>
        <w:t>v 0.877331 16.988743 1.321714</w:t>
        <w:br/>
        <w:t>v 0.836800 16.979919 1.351711</w:t>
        <w:br/>
        <w:t>v 0.829918 16.980343 1.340135</w:t>
        <w:br/>
        <w:t>v 0.845935 16.851545 1.376671</w:t>
        <w:br/>
        <w:t>v 0.829918 16.980343 1.340135</w:t>
        <w:br/>
        <w:t>v 0.801254 16.987333 1.369162</w:t>
        <w:br/>
        <w:t>v 0.826197 16.861158 1.408062</w:t>
        <w:br/>
        <w:t>v 0.745595 17.001528 1.384958</w:t>
        <w:br/>
        <w:t>v 0.773854 16.857965 1.426868</w:t>
        <w:br/>
        <w:t>v 0.745595 17.001528 1.384958</w:t>
        <w:br/>
        <w:t>v 0.801254 16.987333 1.369162</w:t>
        <w:br/>
        <w:t>v 0.815467 16.988417 1.378143</w:t>
        <w:br/>
        <w:t>v 0.755920 17.001360 1.402502</w:t>
        <w:br/>
        <w:t>v 0.707391 16.845682 1.443752</w:t>
        <w:br/>
        <w:t>v 0.707297 16.971888 1.413847</w:t>
        <w:br/>
        <w:t>v 0.708491 16.970718 1.430301</w:t>
        <w:br/>
        <w:t>v 0.707297 16.971888 1.413847</w:t>
        <w:br/>
        <w:t>v 0.976812 16.729717 1.382852</w:t>
        <w:br/>
        <w:t>v 0.997346 16.848671 1.250343</w:t>
        <w:br/>
        <w:t>v 1.035218 16.779953 1.263032</w:t>
        <w:br/>
        <w:t>v 0.557815 16.823406 1.489875</w:t>
        <w:br/>
        <w:t>v 0.533442 16.672369 1.437298</w:t>
        <w:br/>
        <w:t>v 0.524354 16.963121 1.462059</w:t>
        <w:br/>
        <w:t>v 0.524354 16.963121 1.462059</w:t>
        <w:br/>
        <w:t>v 0.531875 16.962149 1.482602</w:t>
        <w:br/>
        <w:t>v 0.531875 16.962149 1.482602</w:t>
        <w:br/>
        <w:t>v 0.616560 16.944136 1.455167</w:t>
        <w:br/>
        <w:t>v 0.674847 16.948141 1.434388</w:t>
        <w:br/>
        <w:t>v 0.674847 16.948141 1.434388</w:t>
        <w:br/>
        <w:t>v 0.676649 16.947615 1.417275</w:t>
        <w:br/>
        <w:t>v 0.632582 16.827620 1.463198</w:t>
        <w:br/>
        <w:t>v 0.674159 16.833010 1.443445</w:t>
        <w:br/>
        <w:t>v 0.676649 16.947615 1.417275</w:t>
        <w:br/>
        <w:t>v 0.609121 16.941111 1.437042</w:t>
        <w:br/>
        <w:t>v 0.661132 16.686750 1.402543</w:t>
        <w:br/>
        <w:t>v 0.784529 16.702791 1.378531</w:t>
        <w:br/>
        <w:t>v 0.616560 16.944136 1.455167</w:t>
        <w:br/>
        <w:t>v 0.609121 16.941111 1.437042</w:t>
        <w:br/>
        <w:t>v 0.708491 16.970718 1.430301</w:t>
        <w:br/>
        <w:t>v 0.408591 16.669575 1.398185</w:t>
        <w:br/>
        <w:t>v 0.891247 16.711744 1.330663</w:t>
        <w:br/>
        <w:t>v 0.295306 16.299982 1.633088</w:t>
        <w:br/>
        <w:t>v 0.400828 16.396780 1.674228</w:t>
        <w:br/>
        <w:t>v 1.045825 16.992186 0.709052</w:t>
        <w:br/>
        <w:t>v 1.062596 16.983959 0.651312</w:t>
        <w:br/>
        <w:t>v 1.040356 17.071831 0.721219</w:t>
        <w:br/>
        <w:t>v 1.049474 17.041019 0.660256</w:t>
        <w:br/>
        <w:t>v 1.049474 17.041019 0.660256</w:t>
        <w:br/>
        <w:t>v 1.040356 17.071831 0.721219</w:t>
        <w:br/>
        <w:t>v 1.022527 17.072031 0.722765</w:t>
        <w:br/>
        <w:t>v 1.034469 17.040592 0.668700</w:t>
        <w:br/>
        <w:t>v 1.022527 17.072031 0.722765</w:t>
        <w:br/>
        <w:t>v 1.039209 16.960304 0.707978</w:t>
        <w:br/>
        <w:t>v 1.045962 16.975903 0.653322</w:t>
        <w:br/>
        <w:t>v 1.034469 17.040592 0.668700</w:t>
        <w:br/>
        <w:t>v 1.033149 16.953894 0.772918</w:t>
        <w:br/>
        <w:t>v 1.026990 17.052660 0.761257</w:t>
        <w:br/>
        <w:t>v 1.016427 16.808399 0.843067</w:t>
        <w:br/>
        <w:t>v 1.022788 16.837122 0.734889</w:t>
        <w:br/>
        <w:t>v 1.020646 16.945190 0.802670</w:t>
        <w:br/>
        <w:t>v 1.012097 17.044464 0.790703</w:t>
        <w:br/>
        <w:t>v 1.008083 17.043085 0.855827</w:t>
        <w:br/>
        <w:t>v 1.021241 16.943985 0.851854</w:t>
        <w:br/>
        <w:t>v 1.056430 16.782339 0.651043</w:t>
        <w:br/>
        <w:t>v 1.029296 17.070183 0.962391</w:t>
        <w:br/>
        <w:t>v 1.010474 17.067633 0.958331</w:t>
        <w:br/>
        <w:t>v 1.037744 17.039925 1.045692</w:t>
        <w:br/>
        <w:t>v 1.023778 17.043154 1.031919</w:t>
        <w:br/>
        <w:t>v 0.203990 16.253141 1.552470</w:t>
        <w:br/>
        <w:t>v 0.205192 16.201715 1.564184</w:t>
        <w:br/>
        <w:t>v 0.125004 16.120146 1.501514</w:t>
        <w:br/>
        <w:t>v 0.000083 16.755543 1.302303</w:t>
        <w:br/>
        <w:t>v 0.000083 16.832624 1.259148</w:t>
        <w:br/>
        <w:t>v 0.000083 16.674698 1.342488</w:t>
        <w:br/>
        <w:t>v 0.153670 17.845036 -0.616850</w:t>
        <w:br/>
        <w:t>v 0.217231 17.607185 -0.809084</w:t>
        <w:br/>
        <w:t>v 0.000083 17.583042 -0.856295</w:t>
        <w:br/>
        <w:t>v 0.000084 17.859049 -0.637344</w:t>
        <w:br/>
        <w:t>v 0.363701 17.609407 -0.757838</w:t>
        <w:br/>
        <w:t>v 0.281410 17.584061 -0.759315</w:t>
        <w:br/>
        <w:t>v 0.176115 17.837612 -0.622029</w:t>
        <w:br/>
        <w:t>v 0.222451 17.851732 -0.617809</w:t>
        <w:br/>
        <w:t>v 0.105226 18.002127 0.286412</w:t>
        <w:br/>
        <w:t>v 0.248881 17.852247 0.351096</w:t>
        <w:br/>
        <w:t>v 0.374289 17.861467 0.216562</w:t>
        <w:br/>
        <w:t>v 0.214698 18.006023 0.163688</w:t>
        <w:br/>
        <w:t>v 0.571127 17.539904 0.507320</w:t>
        <w:br/>
        <w:t>v 0.720782 17.404745 0.540139</w:t>
        <w:br/>
        <w:t>v 0.790843 17.457436 0.372787</w:t>
        <w:br/>
        <w:t>v 0.695632 17.559320 0.344978</w:t>
        <w:br/>
        <w:t>v 0.569585 17.690901 0.295583</w:t>
        <w:br/>
        <w:t>v 0.355142 17.753021 0.409069</w:t>
        <w:br/>
        <w:t>v 0.880539 17.265968 0.557152</w:t>
        <w:br/>
        <w:t>v 0.882912 17.273148 0.386471</w:t>
        <w:br/>
        <w:t>v 1.041697 17.120329 0.452648</w:t>
        <w:br/>
        <w:t>v 0.951137 17.154657 0.276477</w:t>
        <w:br/>
        <w:t>v 1.129233 17.047937 0.338052</w:t>
        <w:br/>
        <w:t>v 1.094249 17.017933 0.148965</w:t>
        <w:br/>
        <w:t>v 0.095745 18.307528 0.342324</w:t>
        <w:br/>
        <w:t>v 0.130700 18.284897 0.382545</w:t>
        <w:br/>
        <w:t>v 0.063437 18.182821 0.280307</w:t>
        <w:br/>
        <w:t>v 0.138488 18.121731 0.209197</w:t>
        <w:br/>
        <w:t>v 0.250307 18.204380 0.176412</w:t>
        <w:br/>
        <w:t>v 0.301320 18.338324 0.219638</w:t>
        <w:br/>
        <w:t>v 0.261284 18.310783 0.274599</w:t>
        <w:br/>
        <w:t>v 0.130590 18.311934 0.315994</w:t>
        <w:br/>
        <w:t>v 0.095745 18.307528 0.342324</w:t>
        <w:br/>
        <w:t>v 0.063437 18.182821 0.280307</w:t>
        <w:br/>
        <w:t>v 0.288983 18.352808 0.170388</w:t>
        <w:br/>
        <w:t>v 0.343243 18.202391 0.039264</w:t>
        <w:br/>
        <w:t>v 0.410818 18.374603 0.052851</w:t>
        <w:br/>
        <w:t>v 0.367981 18.356636 0.165824</w:t>
        <w:br/>
        <w:t>v 0.367981 18.356636 0.165824</w:t>
        <w:br/>
        <w:t>v 0.288983 18.352808 0.170388</w:t>
        <w:br/>
        <w:t>v 0.250307 18.204380 0.176412</w:t>
        <w:br/>
        <w:t>v 0.368956 18.394382 -0.106288</w:t>
        <w:br/>
        <w:t>v 0.400663 18.387537 -0.057393</w:t>
        <w:br/>
        <w:t>v 0.368201 18.203590 -0.112660</w:t>
        <w:br/>
        <w:t>v 0.418694 18.399204 -0.206546</w:t>
        <w:br/>
        <w:t>v 0.376044 18.205551 -0.207028</w:t>
        <w:br/>
        <w:t>v 0.340173 18.219164 -0.305298</w:t>
        <w:br/>
        <w:t>v 0.379156 18.424795 -0.325700</w:t>
        <w:br/>
        <w:t>v 0.247437 18.404970 -0.378425</w:t>
        <w:br/>
        <w:t>v 0.294838 18.426296 -0.388972</w:t>
        <w:br/>
        <w:t>v 0.216070 18.231472 -0.372166</w:t>
        <w:br/>
        <w:t>v 0.253088 18.415297 -0.420310</w:t>
        <w:br/>
        <w:t>v 0.216070 18.231472 -0.372166</w:t>
        <w:br/>
        <w:t>v 0.178086 18.184969 -0.448942</w:t>
        <w:br/>
        <w:t>v 0.213440 18.415297 -0.454572</w:t>
        <w:br/>
        <w:t>v 0.247437 18.404970 -0.378425</w:t>
        <w:br/>
        <w:t>v 0.112009 18.402187 -0.459653</w:t>
        <w:br/>
        <w:t>v 0.098588 18.133842 -0.454428</w:t>
        <w:br/>
        <w:t>v 0.000084 18.120674 -0.517767</w:t>
        <w:br/>
        <w:t>v 0.000082 18.381313 -0.414776</w:t>
        <w:br/>
        <w:t>v 0.197834 18.307375 0.310381</w:t>
        <w:br/>
        <w:t>v 0.130700 18.284897 0.382545</w:t>
        <w:br/>
        <w:t>v 0.123803 18.281448 0.395964</w:t>
        <w:br/>
        <w:t>v 0.086711 18.282555 0.400602</w:t>
        <w:br/>
        <w:t>v 0.000082 18.549204 -0.378844</w:t>
        <w:br/>
        <w:t>v 0.125189 18.582548 -0.499044</w:t>
        <w:br/>
        <w:t>v 0.247671 18.574778 -0.502242</w:t>
        <w:br/>
        <w:t>v 0.288319 18.551176 -0.441934</w:t>
        <w:br/>
        <w:t>v 0.268193 18.511057 -0.382684</w:t>
        <w:br/>
        <w:t>v 0.268193 18.511057 -0.382684</w:t>
        <w:br/>
        <w:t>v 0.313301 18.558268 -0.399682</w:t>
        <w:br/>
        <w:t>v 0.401280 18.569633 -0.330495</w:t>
        <w:br/>
        <w:t>v 0.448700 18.544514 -0.214411</w:t>
        <w:br/>
        <w:t>v 0.375723 18.531734 -0.090020</w:t>
        <w:br/>
        <w:t>v 0.368956 18.394382 -0.106288</w:t>
        <w:br/>
        <w:t>v 0.375723 18.531734 -0.090020</w:t>
        <w:br/>
        <w:t>v 0.430115 18.535715 -0.076485</w:t>
        <w:br/>
        <w:t>v 0.473121 18.505045 0.071381</w:t>
        <w:br/>
        <w:t>v 0.429679 18.474941 0.178668</w:t>
        <w:br/>
        <w:t>v 0.429679 18.474941 0.178668</w:t>
        <w:br/>
        <w:t>v 0.315513 18.456520 0.181738</w:t>
        <w:br/>
        <w:t>v 0.315513 18.456520 0.181738</w:t>
        <w:br/>
        <w:t>v 0.365914 18.456575 0.237100</w:t>
        <w:br/>
        <w:t>v 0.324458 18.437725 0.311026</w:t>
        <w:br/>
        <w:t>v 0.248069 18.425032 0.361466</w:t>
        <w:br/>
        <w:t>v 0.169726 18.415691 0.384502</w:t>
        <w:br/>
        <w:t>v 0.135208 18.398542 0.421192</w:t>
        <w:br/>
        <w:t>v 0.166695 18.373688 0.463303</w:t>
        <w:br/>
        <w:t>v 0.135208 18.398542 0.421192</w:t>
        <w:br/>
        <w:t>v 0.163982 18.357443 0.471370</w:t>
        <w:br/>
        <w:t>v 0.163982 18.357443 0.471370</w:t>
        <w:br/>
        <w:t>v 0.107773 18.338711 0.461304</w:t>
        <w:br/>
        <w:t>v 0.071654 18.314363 0.432596</w:t>
        <w:br/>
        <w:t>v 0.042541 18.280193 0.395292</w:t>
        <w:br/>
        <w:t>v 0.021616 18.245623 0.353448</w:t>
        <w:br/>
        <w:t>v 0.010576 18.189800 0.272327</w:t>
        <w:br/>
        <w:t>v 0.010576 18.189800 0.272327</w:t>
        <w:br/>
        <w:t>v 0.105226 18.002127 0.286412</w:t>
        <w:br/>
        <w:t>v 0.063437 18.182821 0.280307</w:t>
        <w:br/>
        <w:t>v 0.138488 18.121731 0.209197</w:t>
        <w:br/>
        <w:t>v 0.000084 18.034760 -0.600377</w:t>
        <w:br/>
        <w:t>v 0.000083 17.869184 -0.727634</w:t>
        <w:br/>
        <w:t>v 0.162345 17.855104 -0.702623</w:t>
        <w:br/>
        <w:t>v 0.091728 18.025749 -0.595609</w:t>
        <w:br/>
        <w:t>v 0.224995 17.615749 -0.822675</w:t>
        <w:br/>
        <w:t>v 0.000083 17.591478 -0.872791</w:t>
        <w:br/>
        <w:t>v 0.408202 17.977854 -0.578334</w:t>
        <w:br/>
        <w:t>v 0.281433 18.061371 -0.550937</w:t>
        <w:br/>
        <w:t>v 0.123441 18.026226 -0.584819</w:t>
        <w:br/>
        <w:t>v 0.219776 17.859282 -0.676435</w:t>
        <w:br/>
        <w:t>v 0.183344 17.846710 -0.674853</w:t>
        <w:br/>
        <w:t>v 0.421179 17.804306 -0.684536</w:t>
        <w:br/>
        <w:t>v 0.363504 17.615503 -0.775937</w:t>
        <w:br/>
        <w:t>v 0.286502 17.591179 -0.773638</w:t>
        <w:br/>
        <w:t>v 0.596797 17.902006 -0.597913</w:t>
        <w:br/>
        <w:t>v 0.602845 17.982912 -0.519856</w:t>
        <w:br/>
        <w:t>v 0.420677 18.087673 -0.488436</w:t>
        <w:br/>
        <w:t>v 0.432251 18.147863 -0.382451</w:t>
        <w:br/>
        <w:t>v 0.608850 18.052841 -0.401318</w:t>
        <w:br/>
        <w:t>v 0.104523 18.005215 0.303728</w:t>
        <w:br/>
        <w:t>v 0.243817 18.069042 0.232369</w:t>
        <w:br/>
        <w:t>v 0.399931 17.931437 0.282890</w:t>
        <w:br/>
        <w:t>v 0.576766 17.550158 0.521942</w:t>
        <w:br/>
        <w:t>v 0.780870 17.618050 0.403024</w:t>
        <w:br/>
        <w:t>v 0.728798 17.414309 0.554190</w:t>
        <w:br/>
        <w:t>v 0.355325 17.768017 0.421131</w:t>
        <w:br/>
        <w:t>v 0.252120 17.863113 0.365784</w:t>
        <w:br/>
        <w:t>v 0.608426 17.747761 0.366665</w:t>
        <w:br/>
        <w:t>v 0.950124 17.410767 0.383737</w:t>
        <w:br/>
        <w:t>v 0.972026 17.315731 0.438241</w:t>
        <w:br/>
        <w:t>v 0.820307 17.525110 0.439082</w:t>
        <w:br/>
        <w:t>v 1.056235 17.185080 0.365836</w:t>
        <w:br/>
        <w:t>v 1.055993 17.123636 0.462438</w:t>
        <w:br/>
        <w:t>v 0.892835 17.272989 0.569322</w:t>
        <w:br/>
        <w:t>v 0.459799 18.177774 -0.251377</w:t>
        <w:br/>
        <w:t>v 0.611241 18.104355 -0.263737</w:t>
        <w:br/>
        <w:t>v 0.430465 18.161020 0.005166</w:t>
        <w:br/>
        <w:t>v 0.419230 18.090439 0.138016</w:t>
        <w:br/>
        <w:t>v 0.370809 18.129887 0.123416</w:t>
        <w:br/>
        <w:t>v 0.637070 18.000023 0.090306</w:t>
        <w:br/>
        <w:t>v 0.645267 18.063721 -0.005932</w:t>
        <w:br/>
        <w:t>v 0.629221 17.897228 0.228288</w:t>
        <w:br/>
        <w:t>v 0.973602 17.620855 0.317890</w:t>
        <w:br/>
        <w:t>v 0.966308 17.501541 0.317648</w:t>
        <w:br/>
        <w:t>v 0.819277 17.954430 0.091686</w:t>
        <w:br/>
        <w:t>v 0.812418 17.880686 0.198369</w:t>
        <w:br/>
        <w:t>v 0.147962 18.282537 0.375653</w:t>
        <w:br/>
        <w:t>v 0.113504 18.301666 0.343452</w:t>
        <w:br/>
        <w:t>v 0.084615 18.175268 0.291384</w:t>
        <w:br/>
        <w:t>v 0.318324 18.330456 0.219620</w:t>
        <w:br/>
        <w:t>v 0.249006 18.185562 0.227705</w:t>
        <w:br/>
        <w:t>v 0.200546 18.168337 0.274020</w:t>
        <w:br/>
        <w:t>v 0.273271 18.302271 0.286213</w:t>
        <w:br/>
        <w:t>v 0.113504 18.301666 0.343452</w:t>
        <w:br/>
        <w:t>v 0.136076 18.302347 0.331128</w:t>
        <w:br/>
        <w:t>v 0.084615 18.175268 0.291384</w:t>
        <w:br/>
        <w:t>v 0.303597 18.347017 0.180583</w:t>
        <w:br/>
        <w:t>v 0.264116 18.202333 0.186528</w:t>
        <w:br/>
        <w:t>v 0.428046 18.367310 0.053852</w:t>
        <w:br/>
        <w:t>v 0.360994 18.205473 0.044595</w:t>
        <w:br/>
        <w:t>v 0.307908 18.201536 0.175206</w:t>
        <w:br/>
        <w:t>v 0.378089 18.351213 0.180638</w:t>
        <w:br/>
        <w:t>v 0.378089 18.351213 0.180638</w:t>
        <w:br/>
        <w:t>v 0.307908 18.201536 0.175206</w:t>
        <w:br/>
        <w:t>v 0.264116 18.202333 0.186528</w:t>
        <w:br/>
        <w:t>v 0.303597 18.347017 0.180583</w:t>
        <w:br/>
        <w:t>v 0.417427 18.383856 -0.065213</w:t>
        <w:br/>
        <w:t>v 0.387523 18.393188 -0.109047</w:t>
        <w:br/>
        <w:t>v 0.385266 18.211107 -0.110737</w:t>
        <w:br/>
        <w:t>v 0.437167 18.396229 -0.205590</w:t>
        <w:br/>
        <w:t>v 0.392707 18.213856 -0.209837</w:t>
        <w:br/>
        <w:t>v 0.393982 18.421618 -0.336706</w:t>
        <w:br/>
        <w:t>v 0.354521 18.226635 -0.315191</w:t>
        <w:br/>
        <w:t>v 0.387523 18.393188 -0.109047</w:t>
        <w:br/>
        <w:t>v 0.297639 18.425316 -0.407472</w:t>
        <w:br/>
        <w:t>v 0.259601 18.403357 -0.392583</w:t>
        <w:br/>
        <w:t>v 0.249421 18.242170 -0.411906</w:t>
        <w:br/>
        <w:t>v 0.278146 18.240473 -0.398156</w:t>
        <w:br/>
        <w:t>v 0.270613 18.411419 -0.425679</w:t>
        <w:br/>
        <w:t>v 0.221353 18.411869 -0.471206</w:t>
        <w:br/>
        <w:t>v 0.183435 18.191162 -0.466184</w:t>
        <w:br/>
        <w:t>v 0.227210 18.223326 -0.435481</w:t>
        <w:br/>
        <w:t>v 0.259601 18.403357 -0.392583</w:t>
        <w:br/>
        <w:t>v 0.249421 18.242170 -0.411906</w:t>
        <w:br/>
        <w:t>v 0.109341 18.402435 -0.478197</w:t>
        <w:br/>
        <w:t>v 0.000082 18.384138 -0.433297</w:t>
        <w:br/>
        <w:t>v 0.000084 18.129293 -0.534978</w:t>
        <w:br/>
        <w:t>v 0.104390 18.148584 -0.501275</w:t>
        <w:br/>
        <w:t>v 0.202730 18.299030 0.326427</w:t>
        <w:br/>
        <w:t>v 0.130892 18.181723 0.282813</w:t>
        <w:br/>
        <w:t>v 0.134967 18.268250 0.403185</w:t>
        <w:br/>
        <w:t>v 0.147962 18.282537 0.375653</w:t>
        <w:br/>
        <w:t>v 0.050584 18.175520 0.299684</w:t>
        <w:br/>
        <w:t>v 0.087157 18.268522 0.413009</w:t>
        <w:br/>
        <w:t>v 0.119832 18.580475 -0.515678</w:t>
        <w:br/>
        <w:t>v 0.000082 18.549623 -0.393947</w:t>
        <w:br/>
        <w:t>v 0.254442 18.569672 -0.517358</w:t>
        <w:br/>
        <w:t>v 0.303538 18.546926 -0.444618</w:t>
        <w:br/>
        <w:t>v 0.272094 18.510115 -0.387406</w:t>
        <w:br/>
        <w:t>v 0.303538 18.546926 -0.444618</w:t>
        <w:br/>
        <w:t>v 0.314086 18.557661 -0.415247</w:t>
        <w:br/>
        <w:t>v 0.272094 18.510115 -0.387406</w:t>
        <w:br/>
        <w:t>v 0.415379 18.566942 -0.341381</w:t>
        <w:br/>
        <w:t>v 0.314086 18.557661 -0.415247</w:t>
        <w:br/>
        <w:t>v 0.465317 18.542028 -0.213064</w:t>
        <w:br/>
        <w:t>v 0.388782 18.530144 -0.098644</w:t>
        <w:br/>
        <w:t>v 0.443822 18.532280 -0.086588</w:t>
        <w:br/>
        <w:t>v 0.388782 18.530144 -0.098644</w:t>
        <w:br/>
        <w:t>v 0.489788 18.498159 0.071732</w:t>
        <w:br/>
        <w:t>v 0.437465 18.470240 0.190599</w:t>
        <w:br/>
        <w:t>v 0.336188 18.453432 0.185653</w:t>
        <w:br/>
        <w:t>v 0.437465 18.470240 0.190599</w:t>
        <w:br/>
        <w:t>v 0.380743 18.449505 0.234664</w:t>
        <w:br/>
        <w:t>v 0.336188 18.453432 0.185653</w:t>
        <w:br/>
        <w:t>v 0.336775 18.428656 0.320747</w:t>
        <w:br/>
        <w:t>v 0.254426 18.415628 0.376021</w:t>
        <w:br/>
        <w:t>v 0.176327 18.404995 0.397755</w:t>
        <w:br/>
        <w:t>v 0.147211 18.395033 0.420934</w:t>
        <w:br/>
        <w:t>v 0.182214 18.371979 0.458004</w:t>
        <w:br/>
        <w:t>v 0.147211 18.395033 0.420934</w:t>
        <w:br/>
        <w:t>v 0.174033 18.346502 0.477881</w:t>
        <w:br/>
        <w:t>v 0.174033 18.346502 0.477881</w:t>
        <w:br/>
        <w:t>v 0.108870 18.325048 0.473899</w:t>
        <w:br/>
        <w:t>v 0.070730 18.300856 0.445549</w:t>
        <w:br/>
        <w:t>v 0.041786 18.266319 0.407845</w:t>
        <w:br/>
        <w:t>v 0.020202 18.231155 0.365238</w:t>
        <w:br/>
        <w:t>v 0.006822 18.181826 0.287008</w:t>
        <w:br/>
        <w:t>v 0.360994 18.205473 0.044595</w:t>
        <w:br/>
        <w:t>v 0.385266 18.211107 -0.110737</w:t>
        <w:br/>
        <w:t>v 0.453518 18.176899 -0.137680</w:t>
        <w:br/>
        <w:t>v 0.383382 18.137230 -0.449309</w:t>
        <w:br/>
        <w:t>v 0.227210 18.223326 -0.435481</w:t>
        <w:br/>
        <w:t>v 0.354521 18.226635 -0.315191</w:t>
        <w:br/>
        <w:t>v 0.392707 18.213856 -0.209837</w:t>
        <w:br/>
        <w:t>v 0.000083 17.583042 -0.856295</w:t>
        <w:br/>
        <w:t>v 0.217231 17.607185 -0.809084</w:t>
        <w:br/>
        <w:t>v 0.224995 17.615749 -0.822675</w:t>
        <w:br/>
        <w:t>v 0.000083 17.591478 -0.872791</w:t>
        <w:br/>
        <w:t>v 0.281410 17.584061 -0.759315</w:t>
        <w:br/>
        <w:t>v 0.363701 17.609407 -0.757838</w:t>
        <w:br/>
        <w:t>v 0.363504 17.615503 -0.775937</w:t>
        <w:br/>
        <w:t>v 0.286502 17.591179 -0.773638</w:t>
        <w:br/>
        <w:t>v 0.105226 18.002127 0.286412</w:t>
        <w:br/>
        <w:t>v 0.104523 18.005215 0.303728</w:t>
        <w:br/>
        <w:t>v 0.252120 17.863113 0.365784</w:t>
        <w:br/>
        <w:t>v 0.248881 17.852247 0.351096</w:t>
        <w:br/>
        <w:t>v 0.571127 17.539904 0.507320</w:t>
        <w:br/>
        <w:t>v 0.576766 17.550158 0.521942</w:t>
        <w:br/>
        <w:t>v 0.728798 17.414309 0.554190</w:t>
        <w:br/>
        <w:t>v 0.720782 17.404745 0.540139</w:t>
        <w:br/>
        <w:t>v 0.355142 17.753021 0.409069</w:t>
        <w:br/>
        <w:t>v 0.355325 17.768017 0.421131</w:t>
        <w:br/>
        <w:t>v 0.892835 17.272989 0.569322</w:t>
        <w:br/>
        <w:t>v 0.880539 17.265968 0.557152</w:t>
        <w:br/>
        <w:t>v 1.055993 17.123636 0.462438</w:t>
        <w:br/>
        <w:t>v 1.041697 17.120329 0.452648</w:t>
        <w:br/>
        <w:t>v 1.144390 17.052536 0.344434</w:t>
        <w:br/>
        <w:t>v 1.129233 17.047937 0.338052</w:t>
        <w:br/>
        <w:t>v 0.000082 18.549204 -0.378844</w:t>
        <w:br/>
        <w:t>v 0.000082 18.549623 -0.393947</w:t>
        <w:br/>
        <w:t>v 0.119832 18.580475 -0.515678</w:t>
        <w:br/>
        <w:t>v 0.125189 18.582548 -0.499044</w:t>
        <w:br/>
        <w:t>v 0.254442 18.569672 -0.517358</w:t>
        <w:br/>
        <w:t>v 0.247671 18.574778 -0.502242</w:t>
        <w:br/>
        <w:t>v 0.303538 18.546926 -0.444618</w:t>
        <w:br/>
        <w:t>v 0.288319 18.551176 -0.441934</w:t>
        <w:br/>
        <w:t>v 0.268193 18.511057 -0.382684</w:t>
        <w:br/>
        <w:t>v 0.303538 18.546926 -0.444618</w:t>
        <w:br/>
        <w:t>v 0.272094 18.510115 -0.387406</w:t>
        <w:br/>
        <w:t>v 0.268193 18.511057 -0.382684</w:t>
        <w:br/>
        <w:t>v 0.272094 18.510115 -0.387406</w:t>
        <w:br/>
        <w:t>v 0.314086 18.557661 -0.415247</w:t>
        <w:br/>
        <w:t>v 0.313301 18.558268 -0.399682</w:t>
        <w:br/>
        <w:t>v 0.401280 18.569633 -0.330495</w:t>
        <w:br/>
        <w:t>v 0.314086 18.557661 -0.415247</w:t>
        <w:br/>
        <w:t>v 0.415379 18.566942 -0.341381</w:t>
        <w:br/>
        <w:t>v 0.465317 18.542028 -0.213064</w:t>
        <w:br/>
        <w:t>v 0.448700 18.544514 -0.214411</w:t>
        <w:br/>
        <w:t>v 0.375723 18.531734 -0.090020</w:t>
        <w:br/>
        <w:t>v 0.388782 18.530144 -0.098644</w:t>
        <w:br/>
        <w:t>v 0.443822 18.532280 -0.086588</w:t>
        <w:br/>
        <w:t>v 0.430115 18.535715 -0.076485</w:t>
        <w:br/>
        <w:t>v 0.489788 18.498159 0.071732</w:t>
        <w:br/>
        <w:t>v 0.473121 18.505045 0.071381</w:t>
        <w:br/>
        <w:t>v 0.437465 18.470240 0.190599</w:t>
        <w:br/>
        <w:t>v 0.429679 18.474941 0.178668</w:t>
        <w:br/>
        <w:t>v 0.315513 18.456520 0.181738</w:t>
        <w:br/>
        <w:t>v 0.437465 18.470240 0.190599</w:t>
        <w:br/>
        <w:t>v 0.336188 18.453432 0.185653</w:t>
        <w:br/>
        <w:t>v 0.315513 18.456520 0.181738</w:t>
        <w:br/>
        <w:t>v 0.336188 18.453432 0.185653</w:t>
        <w:br/>
        <w:t>v 0.380743 18.449505 0.234664</w:t>
        <w:br/>
        <w:t>v 0.365914 18.456575 0.237100</w:t>
        <w:br/>
        <w:t>v 0.324458 18.437725 0.311026</w:t>
        <w:br/>
        <w:t>v 0.336775 18.428656 0.320747</w:t>
        <w:br/>
        <w:t>v 0.254426 18.415628 0.376021</w:t>
        <w:br/>
        <w:t>v 0.248069 18.425032 0.361466</w:t>
        <w:br/>
        <w:t>v 0.169726 18.415691 0.384502</w:t>
        <w:br/>
        <w:t>v 0.176327 18.404995 0.397755</w:t>
        <w:br/>
        <w:t>v 0.147211 18.395033 0.420934</w:t>
        <w:br/>
        <w:t>v 0.135208 18.398542 0.421192</w:t>
        <w:br/>
        <w:t>v 0.182214 18.371979 0.458004</w:t>
        <w:br/>
        <w:t>v 0.166695 18.373688 0.463303</w:t>
        <w:br/>
        <w:t>v 0.174033 18.346502 0.477881</w:t>
        <w:br/>
        <w:t>v 0.163982 18.357443 0.471370</w:t>
        <w:br/>
        <w:t>v 0.107773 18.338711 0.461304</w:t>
        <w:br/>
        <w:t>v 0.108870 18.325048 0.473899</w:t>
        <w:br/>
        <w:t>v 0.071654 18.314363 0.432596</w:t>
        <w:br/>
        <w:t>v 0.070730 18.300856 0.445549</w:t>
        <w:br/>
        <w:t>v 0.041786 18.266319 0.407845</w:t>
        <w:br/>
        <w:t>v 0.042541 18.280193 0.395292</w:t>
        <w:br/>
        <w:t>v 0.020202 18.231155 0.365238</w:t>
        <w:br/>
        <w:t>v 0.021616 18.245623 0.353448</w:t>
        <w:br/>
        <w:t>v 0.010576 18.189800 0.272327</w:t>
        <w:br/>
        <w:t>v 0.006822 18.181826 0.287008</w:t>
        <w:br/>
        <w:t>v 1.169465 17.010830 0.280960</w:t>
        <w:br/>
        <w:t>v 1.159848 16.963743 0.088292</w:t>
        <w:br/>
        <w:t>v 1.185686 17.016096 0.285632</w:t>
        <w:br/>
        <w:t>v 1.169465 17.010830 0.280960</w:t>
        <w:br/>
        <w:t>v 1.185686 17.016096 0.285632</w:t>
        <w:br/>
        <w:t>v 1.184767 17.059099 0.240576</w:t>
        <w:br/>
        <w:t>v 1.227769 17.018030 0.174758</w:t>
        <w:br/>
        <w:t>v 1.233474 16.978521 0.226089</w:t>
        <w:br/>
        <w:t>v 1.215481 16.972569 0.223222</w:t>
        <w:br/>
        <w:t>v 1.230168 17.024479 -0.006136</w:t>
        <w:br/>
        <w:t>v 1.233474 16.978521 0.226089</w:t>
        <w:br/>
        <w:t>v 1.215481 16.972569 0.223222</w:t>
        <w:br/>
        <w:t>v 1.307702 16.964388 0.022048</w:t>
        <w:br/>
        <w:t>v 0.636499 18.096811 -0.126352</w:t>
        <w:br/>
        <w:t>v 0.915210 16.973648 -0.948586</w:t>
        <w:br/>
        <w:t>v 0.920363 16.981253 -0.903531</w:t>
        <w:br/>
        <w:t>v 0.606330 17.157152 -0.780846</w:t>
        <w:br/>
        <w:t>v 0.701751 17.136000 -0.882972</w:t>
        <w:br/>
        <w:t>v 0.680372 17.475840 -0.736458</w:t>
        <w:br/>
        <w:t>v 0.877319 17.406403 -0.883223</w:t>
        <w:br/>
        <w:t>v 0.791401 17.284389 -0.919072</w:t>
        <w:br/>
        <w:t>v 0.652658 17.366262 -0.775580</w:t>
        <w:br/>
        <w:t>v 0.678807 17.516029 -0.728988</w:t>
        <w:br/>
        <w:t>v 0.944291 17.475182 -0.833298</w:t>
        <w:br/>
        <w:t>v 0.944291 17.475182 -0.833298</w:t>
        <w:br/>
        <w:t>v 0.678807 17.516029 -0.728988</w:t>
        <w:br/>
        <w:t>v 0.942714 17.497738 -0.909691</w:t>
        <w:br/>
        <w:t>v 0.940316 17.506220 -0.949956</w:t>
        <w:br/>
        <w:t>v 0.705246 17.618761 -0.686333</w:t>
        <w:br/>
        <w:t>v 0.748500 17.718607 -0.662150</w:t>
        <w:br/>
        <w:t>v 1.144350 17.837957 -0.895538</w:t>
        <w:br/>
        <w:t>v 1.078652 17.664204 -0.958966</w:t>
        <w:br/>
        <w:t>v 0.683075 17.555044 -0.733410</w:t>
        <w:br/>
        <w:t>v 0.980954 17.553638 -0.975027</w:t>
        <w:br/>
        <w:t>v 0.940316 17.506220 -0.949956</w:t>
        <w:br/>
        <w:t>v 0.775530 17.773949 -0.605260</w:t>
        <w:br/>
        <w:t>v 1.155097 17.895481 -0.784536</w:t>
        <w:br/>
        <w:t>v 0.817756 17.826954 -0.505935</w:t>
        <w:br/>
        <w:t>v 1.174597 17.887323 -0.711468</w:t>
        <w:br/>
        <w:t>v 1.174597 17.887323 -0.711468</w:t>
        <w:br/>
        <w:t>v 0.817756 17.826954 -0.505935</w:t>
        <w:br/>
        <w:t>v 1.141585 17.944195 -0.708189</w:t>
        <w:br/>
        <w:t>v 0.867080 17.889944 -0.414418</w:t>
        <w:br/>
        <w:t>v 0.909640 17.929016 -0.294104</w:t>
        <w:br/>
        <w:t>v 1.164930 18.203789 -0.440501</w:t>
        <w:br/>
        <w:t>v 1.126267 18.136559 -0.603180</w:t>
        <w:br/>
        <w:t>v 1.126556 18.021694 -0.708248</w:t>
        <w:br/>
        <w:t>v 0.905026 17.947210 -0.207383</w:t>
        <w:br/>
        <w:t>v 1.205050 18.205208 -0.330382</w:t>
        <w:br/>
        <w:t>v 1.224520 18.163204 -0.291763</w:t>
        <w:br/>
        <w:t>v 1.229424 18.099297 -0.248374</w:t>
        <w:br/>
        <w:t>v 0.920439 17.932898 -0.133836</w:t>
        <w:br/>
        <w:t>v 1.222839 18.096432 -0.136926</w:t>
        <w:br/>
        <w:t>v 0.956325 17.953693 -0.023131</w:t>
        <w:br/>
        <w:t>v 1.168626 18.226402 -0.009620</w:t>
        <w:br/>
        <w:t>v 1.178423 18.172804 -0.095466</w:t>
        <w:br/>
        <w:t>v 1.222839 18.096432 -0.136926</w:t>
        <w:br/>
        <w:t>v 0.920439 17.932898 -0.133836</w:t>
        <w:br/>
        <w:t>v 1.167813 18.161139 0.143936</w:t>
        <w:br/>
        <w:t>v 1.003736 17.889463 0.112762</w:t>
        <w:br/>
        <w:t>v 1.170936 18.055866 0.227721</w:t>
        <w:br/>
        <w:t>v 1.173259 17.991583 0.232723</w:t>
        <w:br/>
        <w:t>v 1.002038 17.857706 0.162752</w:t>
        <w:br/>
        <w:t>v 1.177822 17.964853 0.197662</w:t>
        <w:br/>
        <w:t>v 1.179307 17.931925 0.166935</w:t>
        <w:br/>
        <w:t>v 1.002038 17.857706 0.162752</w:t>
        <w:br/>
        <w:t>v 1.173235 17.876106 0.192828</w:t>
        <w:br/>
        <w:t>v 1.179307 17.931925 0.166935</w:t>
        <w:br/>
        <w:t>v 1.173259 17.991583 0.232723</w:t>
        <w:br/>
        <w:t>v 1.002038 17.857706 0.162752</w:t>
        <w:br/>
        <w:t>v 1.010509 17.818882 0.213739</w:t>
        <w:br/>
        <w:t>v 1.167922 17.945787 0.298704</w:t>
        <w:br/>
        <w:t>v 1.176802 17.895094 0.251431</w:t>
        <w:br/>
        <w:t>v 1.143750 17.922348 0.343873</w:t>
        <w:br/>
        <w:t>v 1.126183 17.857452 0.389258</w:t>
        <w:br/>
        <w:t>v 1.173235 17.876106 0.192828</w:t>
        <w:br/>
        <w:t>v 1.097536 17.631607 0.414023</w:t>
        <w:br/>
        <w:t>v 0.987792 17.617928 0.291959</w:t>
        <w:br/>
        <w:t>v 1.097504 17.552641 0.371018</w:t>
        <w:br/>
        <w:t>v 1.003422 17.743174 0.249996</w:t>
        <w:br/>
        <w:t>v 1.116338 17.738596 0.406599</w:t>
        <w:br/>
        <w:t>v 1.091506 17.485657 0.353793</w:t>
        <w:br/>
        <w:t>v 0.971016 17.504292 0.309091</w:t>
        <w:br/>
        <w:t>v 1.064076 17.441851 0.416381</w:t>
        <w:br/>
        <w:t>v 1.058368 17.397669 0.388256</w:t>
        <w:br/>
        <w:t>v 1.053503 17.358627 0.359989</w:t>
        <w:br/>
        <w:t>v 0.995514 17.374632 0.347232</w:t>
        <w:br/>
        <w:t>v 1.049822 17.292549 0.328542</w:t>
        <w:br/>
        <w:t>v 1.209400 17.083961 0.168951</w:t>
        <w:br/>
        <w:t>v 1.273487 17.026777 0.222037</w:t>
        <w:br/>
        <w:t>v 1.154577 17.147038 0.243732</w:t>
        <w:br/>
        <w:t>v 1.294254 16.995815 0.154066</w:t>
        <w:br/>
        <w:t>v 1.287564 17.001627 0.187470</w:t>
        <w:br/>
        <w:t>v 1.283791 17.016584 0.098801</w:t>
        <w:br/>
        <w:t>v 1.249760 17.067827 0.259924</w:t>
        <w:br/>
        <w:t>v 1.225621 17.094664 0.297537</w:t>
        <w:br/>
        <w:t>v 0.730839 17.182598 -0.903675</w:t>
        <w:br/>
        <w:t>v 0.622877 17.245140 -0.775882</w:t>
        <w:br/>
        <w:t>v 0.920363 16.981253 -0.903531</w:t>
        <w:br/>
        <w:t>v 0.895947 16.948738 -0.866289</w:t>
        <w:br/>
        <w:t>v 1.209772 17.095825 0.332050</w:t>
        <w:br/>
        <w:t>v 1.179523 17.147409 0.407324</w:t>
        <w:br/>
        <w:t>v 1.187199 17.117525 0.399715</w:t>
        <w:br/>
        <w:t>v 1.179523 17.147409 0.407324</w:t>
        <w:br/>
        <w:t>v 1.174842 17.171680 0.386010</w:t>
        <w:br/>
        <w:t>v 1.049822 17.292549 0.328542</w:t>
        <w:br/>
        <w:t>v 1.175740 17.188292 0.357249</w:t>
        <w:br/>
        <w:t>v 1.175326 17.215231 0.343027</w:t>
        <w:br/>
        <w:t>v 1.173149 17.244637 0.351046</w:t>
        <w:br/>
        <w:t>v 1.171414 17.261818 0.383360</w:t>
        <w:br/>
        <w:t>v 1.172157 17.271784 0.443422</w:t>
        <w:br/>
        <w:t>v 1.162626 17.315596 0.501836</w:t>
        <w:br/>
        <w:t>v 1.167755 17.382860 0.552487</w:t>
        <w:br/>
        <w:t>v 1.177349 17.439047 0.562828</w:t>
        <w:br/>
        <w:t>v 1.072173 17.475309 0.419350</w:t>
        <w:br/>
        <w:t>v 1.186242 17.454443 0.543801</w:t>
        <w:br/>
        <w:t>v 1.081519 17.486837 0.393436</w:t>
        <w:br/>
        <w:t>v 1.195972 17.447155 0.511958</w:t>
        <w:br/>
        <w:t>v 1.207648 17.438725 0.474985</w:t>
        <w:br/>
        <w:t>v 1.091506 17.485657 0.353793</w:t>
        <w:br/>
        <w:t>v 1.221153 17.449251 0.444455</w:t>
        <w:br/>
        <w:t>v 1.234701 17.483063 0.433307</w:t>
        <w:br/>
        <w:t>v 1.245018 17.524685 0.447909</w:t>
        <w:br/>
        <w:t>v 1.252473 17.568256 0.484166</w:t>
        <w:br/>
        <w:t>v 1.260638 17.618143 0.528766</w:t>
        <w:br/>
        <w:t>v 1.274462 17.683987 0.560706</w:t>
        <w:br/>
        <w:t>v 1.296135 17.761221 0.560255</w:t>
        <w:br/>
        <w:t>v 1.320595 17.840488 0.521763</w:t>
        <w:br/>
        <w:t>v 1.346403 17.909271 0.459254</w:t>
        <w:br/>
        <w:t>v 1.359776 17.942680 0.406754</w:t>
        <w:br/>
        <w:t>v 1.359776 17.942680 0.406754</w:t>
        <w:br/>
        <w:t>v 1.353256 17.932564 0.369029</w:t>
        <w:br/>
        <w:t>v 1.338779 17.899157 0.335179</w:t>
        <w:br/>
        <w:t>v 1.329837 17.870869 0.296483</w:t>
        <w:br/>
        <w:t>v 1.332563 17.870352 0.246726</w:t>
        <w:br/>
        <w:t>v 1.344504 17.906225 0.200788</w:t>
        <w:br/>
        <w:t>v 1.358810 17.960342 0.180430</w:t>
        <w:br/>
        <w:t>v 1.367161 18.009642 0.192584</w:t>
        <w:br/>
        <w:t>v 1.371893 18.039808 0.235323</w:t>
        <w:br/>
        <w:t>v 1.377030 18.070786 0.294175</w:t>
        <w:br/>
        <w:t>v 1.386508 18.143068 0.323363</w:t>
        <w:br/>
        <w:t>v 1.393573 18.233356 0.276018</w:t>
        <w:br/>
        <w:t>v 1.398577 18.309496 0.177001</w:t>
        <w:br/>
        <w:t>v 1.408558 18.352957 0.067982</w:t>
        <w:br/>
        <w:t>v 1.418093 18.359924 -0.012650</w:t>
        <w:br/>
        <w:t>v 1.421995 18.329306 -0.058267</w:t>
        <w:br/>
        <w:t>v 1.419722 18.267967 -0.071922</w:t>
        <w:br/>
        <w:t>v 1.424842 18.216806 -0.099512</w:t>
        <w:br/>
        <w:t>v 1.438321 18.192194 -0.166383</w:t>
        <w:br/>
        <w:t>v 1.474779 18.193184 -0.255385</w:t>
        <w:br/>
        <w:t>v 1.464489 18.229605 -0.335215</w:t>
        <w:br/>
        <w:t>v 1.463422 18.289959 -0.370341</w:t>
        <w:br/>
        <w:t>v 1.469005 18.341894 -0.372935</w:t>
        <w:br/>
        <w:t>v 1.464424 18.367319 -0.409505</w:t>
        <w:br/>
        <w:t>v 1.440643 18.372141 -0.491066</w:t>
        <w:br/>
        <w:t>v 1.413144 18.351362 -0.592608</w:t>
        <w:br/>
        <w:t>v 1.393393 18.305706 -0.695372</w:t>
        <w:br/>
        <w:t>v 1.383616 18.239119 -0.787671</w:t>
        <w:br/>
        <w:t>v 1.388479 18.158670 -0.857959</w:t>
        <w:br/>
        <w:t>v 1.398981 18.081841 -0.892201</w:t>
        <w:br/>
        <w:t>v 1.401848 18.035015 -0.883815</w:t>
        <w:br/>
        <w:t>v 1.401848 18.035015 -0.883815</w:t>
        <w:br/>
        <w:t>v 1.396731 18.019653 -0.840863</w:t>
        <w:br/>
        <w:t>v 1.141585 17.944195 -0.708189</w:t>
        <w:br/>
        <w:t>v 1.394913 17.990967 -0.792118</w:t>
        <w:br/>
        <w:t>v 1.396422 17.941042 -0.778495</w:t>
        <w:br/>
        <w:t>v 1.400882 17.891005 -0.807922</w:t>
        <w:br/>
        <w:t>v 1.407744 17.864920 -0.863983</w:t>
        <w:br/>
        <w:t>v 1.400882 17.891005 -0.807922</w:t>
        <w:br/>
        <w:t>v 1.416049 17.882124 -0.920825</w:t>
        <w:br/>
        <w:t>v 1.422291 17.920084 -0.964248</w:t>
        <w:br/>
        <w:t>v 1.421226 17.946785 -1.002538</w:t>
        <w:br/>
        <w:t>v 1.407334 17.926237 -1.065760</w:t>
        <w:br/>
        <w:t>v 1.421226 17.946785 -1.002538</w:t>
        <w:br/>
        <w:t>v 1.384422 17.842524 -1.131862</w:t>
        <w:br/>
        <w:t>v 1.359697 17.719580 -1.164540</w:t>
        <w:br/>
        <w:t>v 1.316511 17.596598 -1.161522</w:t>
        <w:br/>
        <w:t>v 1.273303 17.498734 -1.128549</w:t>
        <w:br/>
        <w:t>v 1.245096 17.445187 -1.083800</w:t>
        <w:br/>
        <w:t>v 1.244266 17.435558 -1.036023</w:t>
        <w:br/>
        <w:t>v 1.258273 17.445841 -0.982202</w:t>
        <w:br/>
        <w:t>v 1.259965 17.439751 -0.916366</w:t>
        <w:br/>
        <w:t>v 1.259965 17.439751 -0.916366</w:t>
        <w:br/>
        <w:t>v 1.230796 17.383255 -0.904330</w:t>
        <w:br/>
        <w:t>v 1.198753 17.321821 -0.948218</w:t>
        <w:br/>
        <w:t>v 1.159209 17.257990 -1.004090</w:t>
        <w:br/>
        <w:t>v 1.107825 17.188765 -1.044822</w:t>
        <w:br/>
        <w:t>v 1.044768 17.112633 -1.053935</w:t>
        <w:br/>
        <w:t>v 0.979367 17.038887 -1.033288</w:t>
        <w:br/>
        <w:t>v 0.930177 16.986078 -0.992950</w:t>
        <w:br/>
        <w:t>v 0.780490 16.858557 -0.851851</w:t>
        <w:br/>
        <w:t>v 0.606330 17.157152 -0.780846</w:t>
        <w:br/>
        <w:t>v 0.842481 16.900455 -0.854678</w:t>
        <w:br/>
        <w:t>v 0.719614 16.818838 -0.845839</w:t>
        <w:br/>
        <w:t>v 0.578379 16.964836 -0.769297</w:t>
        <w:br/>
        <w:t>v 0.667135 16.779118 -0.832729</w:t>
        <w:br/>
        <w:t>v 0.649051 16.758102 -0.830468</w:t>
        <w:br/>
        <w:t>v 0.649051 16.758102 -0.830468</w:t>
        <w:br/>
        <w:t>v 0.693383 16.731085 -0.795188</w:t>
        <w:br/>
        <w:t>v 0.578379 16.964836 -0.769297</w:t>
        <w:br/>
        <w:t>v 0.693383 16.731085 -0.795188</w:t>
        <w:br/>
        <w:t>v 0.677190 16.693230 -0.767569</w:t>
        <w:br/>
        <w:t>v 0.556026 16.772421 -0.756949</w:t>
        <w:br/>
        <w:t>v 0.629087 16.643917 -0.781371</w:t>
        <w:br/>
        <w:t>v 0.572509 16.596220 -0.821351</w:t>
        <w:br/>
        <w:t>v 0.361269 16.670950 -0.744948</w:t>
        <w:br/>
        <w:t>v 0.511782 16.545588 -0.849021</w:t>
        <w:br/>
        <w:t>v 0.456273 16.502081 -0.855349</w:t>
        <w:br/>
        <w:t>v 0.445283 16.432125 -0.818828</w:t>
        <w:br/>
        <w:t>v 0.361269 16.670950 -0.744948</w:t>
        <w:br/>
        <w:t>v 0.434347 16.467314 -0.843091</w:t>
        <w:br/>
        <w:t>v 0.446630 16.400675 -0.795376</w:t>
        <w:br/>
        <w:t>v 0.419335 16.382427 -0.787700</w:t>
        <w:br/>
        <w:t>v 0.376936 16.370588 -0.785258</w:t>
        <w:br/>
        <w:t>v 0.326233 16.579559 -0.734866</w:t>
        <w:br/>
        <w:t>v 0.343308 16.357601 -0.774074</w:t>
        <w:br/>
        <w:t>v 0.287252 16.513832 -0.729600</w:t>
        <w:br/>
        <w:t>v 0.335985 16.342339 -0.748746</w:t>
        <w:br/>
        <w:t>v 0.352904 16.328970 -0.730472</w:t>
        <w:br/>
        <w:t>v 0.363094 16.312004 -0.708395</w:t>
        <w:br/>
        <w:t>v 0.261590 16.455496 -0.717358</w:t>
        <w:br/>
        <w:t>v 0.343516 16.284567 -0.692749</w:t>
        <w:br/>
        <w:t>v 0.220606 16.416323 -0.708769</w:t>
        <w:br/>
        <w:t>v 0.261590 16.455496 -0.717358</w:t>
        <w:br/>
        <w:t>v 0.363094 16.312004 -0.708395</w:t>
        <w:br/>
        <w:t>v 0.311983 16.259094 -0.692852</w:t>
        <w:br/>
        <w:t>v 0.282467 16.237576 -0.713186</w:t>
        <w:br/>
        <w:t>v 0.193992 16.347855 -0.694759</w:t>
        <w:br/>
        <w:t>v 0.254189 16.218626 -0.713338</w:t>
        <w:br/>
        <w:t>v 0.236052 16.205473 -0.686875</w:t>
        <w:br/>
        <w:t>v 0.164201 16.270025 -0.670530</w:t>
        <w:br/>
        <w:t>v 0.212580 16.185478 -0.664578</w:t>
        <w:br/>
        <w:t>v 0.181724 16.152767 -0.654478</w:t>
        <w:br/>
        <w:t>v 0.130142 16.202362 -0.647323</w:t>
        <w:br/>
        <w:t>v 0.089765 16.127274 -0.621289</w:t>
        <w:br/>
        <w:t>v 0.135224 16.092491 -0.633404</w:t>
        <w:br/>
        <w:t>v 0.119184 16.006527 -0.606998</w:t>
        <w:br/>
        <w:t>v 0.076994 16.025406 -0.591778</w:t>
        <w:br/>
        <w:t>v 0.114536 15.939989 -0.583757</w:t>
        <w:br/>
        <w:t>v 0.077820 15.946913 -0.569605</w:t>
        <w:br/>
        <w:t>v 0.912070 16.970654 -0.908464</w:t>
        <w:br/>
        <w:t>v 0.906773 16.959522 -0.949801</w:t>
        <w:br/>
        <w:t>v 0.516146 17.179340 -0.755038</w:t>
        <w:br/>
        <w:t>v 0.689172 17.127542 -0.894256</w:t>
        <w:br/>
        <w:t>v 0.570173 17.377937 -0.741196</w:t>
        <w:br/>
        <w:t>v 0.783408 17.289278 -0.935655</w:t>
        <w:br/>
        <w:t>v 0.873646 17.417059 -0.898315</w:t>
        <w:br/>
        <w:t>v 0.599105 17.490063 -0.740639</w:t>
        <w:br/>
        <w:t>v 0.933590 17.466633 -0.848742</w:t>
        <w:br/>
        <w:t>v 0.599105 17.490063 -0.740639</w:t>
        <w:br/>
        <w:t>v 0.933590 17.466633 -0.848742</w:t>
        <w:br/>
        <w:t>v 0.933655 17.479969 -0.911296</w:t>
        <w:br/>
        <w:t>v 0.925591 17.495375 -0.961732</w:t>
        <w:br/>
        <w:t>v 0.681737 17.664623 -0.659703</w:t>
        <w:br/>
        <w:t>v 1.065043 17.671293 -0.973743</w:t>
        <w:br/>
        <w:t>v 1.129962 17.850563 -0.906490</w:t>
        <w:br/>
        <w:t>v 0.712932 17.771528 -0.667301</w:t>
        <w:br/>
        <w:t>v 0.648814 17.581116 -0.700516</w:t>
        <w:br/>
        <w:t>v 0.966842 17.555107 -0.991150</w:t>
        <w:br/>
        <w:t>v 0.925591 17.495375 -0.961732</w:t>
        <w:br/>
        <w:t>v 1.145707 17.914576 -0.783006</w:t>
        <w:br/>
        <w:t>v 0.771893 17.853416 -0.608410</w:t>
        <w:br/>
        <w:t>v 1.164416 17.901474 -0.722910</w:t>
        <w:br/>
        <w:t>v 0.821670 17.872198 -0.525315</w:t>
        <w:br/>
        <w:t>v 0.821670 17.872198 -0.525315</w:t>
        <w:br/>
        <w:t>v 1.164416 17.901474 -0.722910</w:t>
        <w:br/>
        <w:t>v 1.137424 17.939133 -0.725194</w:t>
        <w:br/>
        <w:t>v 0.854665 17.935133 -0.448968</w:t>
        <w:br/>
        <w:t>v 1.114241 18.150141 -0.608994</w:t>
        <w:br/>
        <w:t>v 1.152492 18.218935 -0.440613</w:t>
        <w:br/>
        <w:t>v 0.897062 18.000843 -0.353321</w:t>
        <w:br/>
        <w:t>v 1.112314 18.030302 -0.720667</w:t>
        <w:br/>
        <w:t>v 1.195872 18.220230 -0.322611</w:t>
        <w:br/>
        <w:t>v 0.920026 18.037546 -0.221194</w:t>
        <w:br/>
        <w:t>v 1.220975 18.174477 -0.276914</w:t>
        <w:br/>
        <w:t>v 1.221842 18.115086 -0.239416</w:t>
        <w:br/>
        <w:t>v 1.214243 18.111584 -0.145819</w:t>
        <w:br/>
        <w:t>v 0.938607 18.001471 -0.119702</w:t>
        <w:br/>
        <w:t>v 1.159705 18.241199 -0.009120</w:t>
        <w:br/>
        <w:t>v 1.174071 18.184200 -0.108997</w:t>
        <w:br/>
        <w:t>v 1.214243 18.111584 -0.145819</w:t>
        <w:br/>
        <w:t>v 0.964074 17.923016 0.113002</w:t>
        <w:br/>
        <w:t>v 1.158882 18.172604 0.154154</w:t>
        <w:br/>
        <w:t>v 1.163533 18.060621 0.243704</w:t>
        <w:br/>
        <w:t>v 0.952248 18.004059 -0.018040</w:t>
        <w:br/>
        <w:t>v 0.975512 17.886082 0.178569</w:t>
        <w:br/>
        <w:t>v 1.168986 17.984358 0.249489</w:t>
        <w:br/>
        <w:t>v 1.175310 17.940956 0.203457</w:t>
        <w:br/>
        <w:t>v 0.975512 17.886082 0.178569</w:t>
        <w:br/>
        <w:t>v 1.175310 17.940956 0.203457</w:t>
        <w:br/>
        <w:t>v 1.170084 17.895903 0.211609</w:t>
        <w:br/>
        <w:t>v 1.168986 17.984358 0.249489</w:t>
        <w:br/>
        <w:t>v 0.979481 17.848169 0.212231</w:t>
        <w:br/>
        <w:t>v 1.167643 17.964022 0.298469</w:t>
        <w:br/>
        <w:t>v 1.140143 17.936625 0.353536</w:t>
        <w:br/>
        <w:t>v 1.121246 17.866793 0.403080</w:t>
        <w:br/>
        <w:t>v 0.975512 17.886082 0.178569</w:t>
        <w:br/>
        <w:t>v 1.179273 17.912098 0.244682</w:t>
        <w:br/>
        <w:t>v 1.089241 17.498825 0.367172</w:t>
        <w:br/>
        <w:t>v 0.966308 17.501541 0.317648</w:t>
        <w:br/>
        <w:t>v 1.092275 17.546806 0.387306</w:t>
        <w:br/>
        <w:t>v 1.110527 17.740786 0.422667</w:t>
        <w:br/>
        <w:t>v 0.983007 17.772793 0.280823</w:t>
        <w:br/>
        <w:t>v 1.091727 17.629858 0.430371</w:t>
        <w:br/>
        <w:t>v 0.973602 17.620855 0.317890</w:t>
        <w:br/>
        <w:t>v 1.054841 17.439968 0.430522</w:t>
        <w:br/>
        <w:t>v 1.066516 17.485807 0.432674</w:t>
        <w:br/>
        <w:t>v 1.048060 17.390512 0.400259</w:t>
        <w:br/>
        <w:t>v 0.950124 17.410767 0.383737</w:t>
        <w:br/>
        <w:t>v 1.044026 17.350712 0.360646</w:t>
        <w:br/>
        <w:t>v 1.045168 17.308203 0.352229</w:t>
        <w:br/>
        <w:t>v 0.950124 17.410767 0.383737</w:t>
        <w:br/>
        <w:t>v 0.972026 17.315731 0.438241</w:t>
        <w:br/>
        <w:t>v 1.043902 17.255432 0.376081</w:t>
        <w:br/>
        <w:t>v 1.056235 17.185080 0.365836</w:t>
        <w:br/>
        <w:t>v 1.271126 17.017801 0.237400</w:t>
        <w:br/>
        <w:t>v 1.286990 16.989359 0.200245</w:t>
        <w:br/>
        <w:t>v 1.227769 17.018030 0.174758</w:t>
        <w:br/>
        <w:t>v 1.296896 16.979498 0.161868</w:t>
        <w:br/>
        <w:t>v 1.226062 17.079172 0.299022</w:t>
        <w:br/>
        <w:t>v 1.247883 17.056532 0.271833</w:t>
        <w:br/>
        <w:t>v 1.130480 17.113653 0.342475</w:t>
        <w:br/>
        <w:t>v 1.307487 16.972864 0.105130</w:t>
        <w:br/>
        <w:t>v 1.307702 16.964388 0.022048</w:t>
        <w:br/>
        <w:t>v 0.720635 17.182840 -0.919847</w:t>
        <w:br/>
        <w:t>v 0.516146 17.179340 -0.755038</w:t>
        <w:br/>
        <w:t>v 1.184767 17.059099 0.240576</w:t>
        <w:br/>
        <w:t>v 0.888074 16.947279 -0.882913</w:t>
        <w:br/>
        <w:t>v 0.912070 16.970654 -0.908464</w:t>
        <w:br/>
        <w:t>v 1.209432 17.079933 0.330060</w:t>
        <w:br/>
        <w:t>v 1.056235 17.185080 0.365836</w:t>
        <w:br/>
        <w:t>v 1.194445 17.085030 0.373490</w:t>
        <w:br/>
        <w:t>v 1.181986 17.110268 0.412656</w:t>
        <w:br/>
        <w:t>v 1.043902 17.255432 0.376081</w:t>
        <w:br/>
        <w:t>v 1.175304 17.150513 0.423751</w:t>
        <w:br/>
        <w:t>v 1.173653 17.183216 0.398952</w:t>
        <w:br/>
        <w:t>v 1.175800 17.199854 0.369901</w:t>
        <w:br/>
        <w:t>v 1.173311 17.217276 0.359429</w:t>
        <w:br/>
        <w:t>v 1.169129 17.236393 0.365521</w:t>
        <w:br/>
        <w:t>v 1.173311 17.217276 0.359429</w:t>
        <w:br/>
        <w:t>v 1.045168 17.308203 0.352229</w:t>
        <w:br/>
        <w:t>v 1.166766 17.249327 0.392832</w:t>
        <w:br/>
        <w:t>v 1.166564 17.259647 0.451851</w:t>
        <w:br/>
        <w:t>v 1.156003 17.307247 0.513154</w:t>
        <w:br/>
        <w:t>v 1.161317 17.381197 0.566395</w:t>
        <w:br/>
        <w:t>v 1.173272 17.448780 0.574542</w:t>
        <w:br/>
        <w:t>v 1.082241 17.505516 0.396163</w:t>
        <w:br/>
        <w:t>v 1.186659 17.472281 0.547704</w:t>
        <w:br/>
        <w:t>v 1.198601 17.465910 0.510549</w:t>
        <w:br/>
        <w:t>v 1.089241 17.498825 0.367172</w:t>
        <w:br/>
        <w:t>v 1.209065 17.457365 0.476554</w:t>
        <w:br/>
        <w:t>v 1.219389 17.462877 0.455163</w:t>
        <w:br/>
        <w:t>v 1.230676 17.485117 0.449974</w:t>
        <w:br/>
        <w:t>v 1.241240 17.517599 0.464071</w:t>
        <w:br/>
        <w:t>v 1.248938 17.558708 0.499257</w:t>
        <w:br/>
        <w:t>v 1.256332 17.613745 0.544696</w:t>
        <w:br/>
        <w:t>v 1.269018 17.684288 0.577354</w:t>
        <w:br/>
        <w:t>v 1.291035 17.764725 0.576412</w:t>
        <w:br/>
        <w:t>v 1.317462 17.849590 0.536470</w:t>
        <w:br/>
        <w:t>v 1.346226 17.922812 0.470111</w:t>
        <w:br/>
        <w:t>v 1.363472 17.958075 0.406008</w:t>
        <w:br/>
        <w:t>v 1.359586 17.945610 0.357347</w:t>
        <w:br/>
        <w:t>v 1.345246 17.911226 0.322347</w:t>
        <w:br/>
        <w:t>v 1.335425 17.885839 0.288199</w:t>
        <w:br/>
        <w:t>v 1.170084 17.895903 0.211609</w:t>
        <w:br/>
        <w:t>v 1.334639 17.885307 0.250754</w:t>
        <w:br/>
        <w:t>v 1.342881 17.915909 0.215851</w:t>
        <w:br/>
        <w:t>v 1.355405 17.961821 0.198327</w:t>
        <w:br/>
        <w:t>v 1.365027 18.000595 0.207097</w:t>
        <w:br/>
        <w:t>v 1.370598 18.025194 0.246037</w:t>
        <w:br/>
        <w:t>v 1.373599 18.061769 0.308461</w:t>
        <w:br/>
        <w:t>v 1.381448 18.144907 0.340000</w:t>
        <w:br/>
        <w:t>v 1.387083 18.243090 0.289219</w:t>
        <w:br/>
        <w:t>v 1.392459 18.322952 0.186249</w:t>
        <w:br/>
        <w:t>v 1.402042 18.368437 0.073061</w:t>
        <w:br/>
        <w:t>v 1.414738 18.374586 -0.017127</w:t>
        <w:br/>
        <w:t>v 1.425602 18.337873 -0.073009</w:t>
        <w:br/>
        <w:t>v 1.425459 18.274260 -0.089087</w:t>
        <w:br/>
        <w:t>v 1.425525 18.229137 -0.110349</w:t>
        <w:br/>
        <w:t>v 1.434536 18.208954 -0.168856</w:t>
        <w:br/>
        <w:t>v 1.469362 18.209850 -0.251634</w:t>
        <w:br/>
        <w:t>v 1.464600 18.242376 -0.323552</w:t>
        <w:br/>
        <w:t>v 1.467907 18.295469 -0.353324</w:t>
        <w:br/>
        <w:t>v 1.471728 18.349022 -0.357503</w:t>
        <w:br/>
        <w:t>v 1.460413 18.381727 -0.401528</w:t>
        <w:br/>
        <w:t>v 1.433519 18.388107 -0.489736</w:t>
        <w:br/>
        <w:t>v 1.404773 18.366741 -0.595183</w:t>
        <w:br/>
        <w:t>v 1.384436 18.320078 -0.701246</w:t>
        <w:br/>
        <w:t>v 1.374305 18.251741 -0.796913</w:t>
        <w:br/>
        <w:t>v 1.377688 18.168148 -0.870526</w:t>
        <w:br/>
        <w:t>v 1.390402 18.085407 -0.907994</w:t>
        <w:br/>
        <w:t>v 1.399369 18.026972 -0.897952</w:t>
        <w:br/>
        <w:t>v 1.399945 18.003168 -0.850678</w:t>
        <w:br/>
        <w:t>v 1.395280 17.980888 -0.805513</w:t>
        <w:br/>
        <w:t>v 1.392187 17.943283 -0.795763</w:t>
        <w:br/>
        <w:t>v 1.396330 17.903727 -0.818553</w:t>
        <w:br/>
        <w:t>v 1.407118 17.882303 -0.862935</w:t>
        <w:br/>
        <w:t>v 1.396330 17.903727 -0.818553</w:t>
        <w:br/>
        <w:t>v 1.419260 17.896273 -0.910445</w:t>
        <w:br/>
        <w:t>v 1.424908 17.934170 -0.953214</w:t>
        <w:br/>
        <w:t>v 1.418106 17.963757 -1.001236</w:t>
        <w:br/>
        <w:t>v 1.400030 17.940786 -1.074574</w:t>
        <w:br/>
        <w:t>v 1.418106 17.963757 -1.001236</w:t>
        <w:br/>
        <w:t>v 1.377132 17.851940 -1.144997</w:t>
        <w:br/>
        <w:t>v 1.352711 17.725527 -1.179774</w:t>
        <w:br/>
        <w:t>v 1.310306 17.599985 -1.178130</w:t>
        <w:br/>
        <w:t>v 1.266713 17.496462 -1.145115</w:t>
        <w:br/>
        <w:t>v 1.236988 17.433401 -1.093935</w:t>
        <w:br/>
        <w:t>v 1.237234 17.417774 -1.036474</w:t>
        <w:br/>
        <w:t>v 1.251818 17.427464 -0.979697</w:t>
        <w:br/>
        <w:t>v 1.253941 17.431051 -0.924783</w:t>
        <w:br/>
        <w:t>v 1.228752 17.389429 -0.921102</w:t>
        <w:br/>
        <w:t>v 1.253941 17.431051 -0.924783</w:t>
        <w:br/>
        <w:t>v 1.199792 17.332758 -0.963594</w:t>
        <w:br/>
        <w:t>v 1.158413 17.267649 -1.020234</w:t>
        <w:br/>
        <w:t>v 1.103748 17.195044 -1.061949</w:t>
        <w:br/>
        <w:t>v 1.037503 17.114971 -1.071222</w:t>
        <w:br/>
        <w:t>v 0.970091 17.037695 -1.049835</w:t>
        <w:br/>
        <w:t>v 0.919960 16.978289 -1.004750</w:t>
        <w:br/>
        <w:t>v 0.775948 16.862209 -0.869874</w:t>
        <w:br/>
        <w:t>v 0.837615 16.903521 -0.872692</w:t>
        <w:br/>
        <w:t>v 0.713873 16.821598 -0.863705</w:t>
        <w:br/>
        <w:t>v 0.477054 17.034758 -0.754324</w:t>
        <w:br/>
        <w:t>v 0.659356 16.780504 -0.850097</w:t>
        <w:br/>
        <w:t>v 0.637382 16.754131 -0.834974</w:t>
        <w:br/>
        <w:t>v 0.676204 16.724789 -0.799321</w:t>
        <w:br/>
        <w:t>v 0.637382 16.754131 -0.834974</w:t>
        <w:br/>
        <w:t>v 0.477054 17.034758 -0.754324</w:t>
        <w:br/>
        <w:t>v 0.673197 16.692858 -0.784381</w:t>
        <w:br/>
        <w:t>v 0.676204 16.724789 -0.799321</w:t>
        <w:br/>
        <w:t>v 0.453855 16.901556 -0.772459</w:t>
        <w:br/>
        <w:t>v 0.575953 16.602985 -0.838037</w:t>
        <w:br/>
        <w:t>v 0.633738 16.648232 -0.798728</w:t>
        <w:br/>
        <w:t>v 0.396387 16.761686 -0.772489</w:t>
        <w:br/>
        <w:t>v 0.446238 16.506582 -0.870163</w:t>
        <w:br/>
        <w:t>v 0.509571 16.552689 -0.866135</w:t>
        <w:br/>
        <w:t>v 0.361269 16.670950 -0.744948</w:t>
        <w:br/>
        <w:t>v 0.427033 16.430223 -0.823699</w:t>
        <w:br/>
        <w:t>v 0.416972 16.467142 -0.848935</w:t>
        <w:br/>
        <w:t>v 0.434788 16.401840 -0.809346</w:t>
        <w:br/>
        <w:t>v 0.413956 16.385687 -0.805559</w:t>
        <w:br/>
        <w:t>v 0.434788 16.401840 -0.809346</w:t>
        <w:br/>
        <w:t>v 0.361269 16.670950 -0.744948</w:t>
        <w:br/>
        <w:t>v 0.320181 16.582607 -0.752367</w:t>
        <w:br/>
        <w:t>v 0.370486 16.373638 -0.802759</w:t>
        <w:br/>
        <w:t>v 0.329666 16.357529 -0.786560</w:t>
        <w:br/>
        <w:t>v 0.275568 16.512966 -0.744035</w:t>
        <w:br/>
        <w:t>v 0.319125 16.338894 -0.758773</w:t>
        <w:br/>
        <w:t>v 0.353486 16.305250 -0.715137</w:t>
        <w:br/>
        <w:t>v 0.336733 16.322365 -0.734161</w:t>
        <w:br/>
        <w:t>v 0.253183 16.451109 -0.732387</w:t>
        <w:br/>
        <w:t>v 0.337940 16.288273 -0.710753</w:t>
        <w:br/>
        <w:t>v 0.353486 16.305250 -0.715137</w:t>
        <w:br/>
        <w:t>v 0.253183 16.451109 -0.732387</w:t>
        <w:br/>
        <w:t>v 0.220225 16.414520 -0.727143</w:t>
        <w:br/>
        <w:t>v 0.311159 16.264265 -0.711522</w:t>
        <w:br/>
        <w:t>v 0.189125 16.346771 -0.711838</w:t>
        <w:br/>
        <w:t>v 0.276511 16.240816 -0.731186</w:t>
        <w:br/>
        <w:t>v 0.247379 16.218111 -0.730471</w:t>
        <w:br/>
        <w:t>v 0.157136 16.267296 -0.687475</w:t>
        <w:br/>
        <w:t>v 0.224858 16.200977 -0.701979</w:t>
        <w:br/>
        <w:t>v 0.205471 16.181351 -0.681132</w:t>
        <w:br/>
        <w:t>v 0.126693 16.199667 -0.665656</w:t>
        <w:br/>
        <w:t>v 0.178248 16.150099 -0.672852</w:t>
        <w:br/>
        <w:t>v 0.116803 16.002472 -0.625150</w:t>
        <w:br/>
        <w:t>v 0.131580 16.089182 -0.651634</w:t>
        <w:br/>
        <w:t>v 0.086157 16.123941 -0.639491</w:t>
        <w:br/>
        <w:t>v 0.074631 16.021336 -0.609891</w:t>
        <w:br/>
        <w:t>v 0.113102 15.935474 -0.601820</w:t>
        <w:br/>
        <w:t>v 0.076394 15.942383 -0.587622</w:t>
        <w:br/>
        <w:t>v 0.920363 16.981253 -0.903531</w:t>
        <w:br/>
        <w:t>v 0.915210 16.973648 -0.948586</w:t>
        <w:br/>
        <w:t>v 0.906773 16.959522 -0.949801</w:t>
        <w:br/>
        <w:t>v 0.912070 16.970654 -0.908464</w:t>
        <w:br/>
        <w:t>v 1.287564 17.001627 0.187470</w:t>
        <w:br/>
        <w:t>v 1.286990 16.989359 0.200245</w:t>
        <w:br/>
        <w:t>v 1.271126 17.017801 0.237400</w:t>
        <w:br/>
        <w:t>v 1.273487 17.026777 0.222037</w:t>
        <w:br/>
        <w:t>v 1.294254 16.995815 0.154066</w:t>
        <w:br/>
        <w:t>v 1.296896 16.979498 0.161868</w:t>
        <w:br/>
        <w:t>v 1.225621 17.094664 0.297537</w:t>
        <w:br/>
        <w:t>v 1.249760 17.067827 0.259924</w:t>
        <w:br/>
        <w:t>v 1.247883 17.056532 0.271833</w:t>
        <w:br/>
        <w:t>v 1.226062 17.079172 0.299022</w:t>
        <w:br/>
        <w:t>v 1.301661 16.991741 0.102604</w:t>
        <w:br/>
        <w:t>v 1.307487 16.972864 0.105130</w:t>
        <w:br/>
        <w:t>v 0.888074 16.947279 -0.882913</w:t>
        <w:br/>
        <w:t>v 0.895947 16.948738 -0.866289</w:t>
        <w:br/>
        <w:t>v 1.209772 17.095825 0.332050</w:t>
        <w:br/>
        <w:t>v 1.209432 17.079933 0.330060</w:t>
        <w:br/>
        <w:t>v 1.194445 17.085030 0.373490</w:t>
        <w:br/>
        <w:t>v 1.197549 17.098650 0.368326</w:t>
        <w:br/>
        <w:t>v 1.181986 17.110268 0.412656</w:t>
        <w:br/>
        <w:t>v 1.187199 17.117525 0.399715</w:t>
        <w:br/>
        <w:t>v 1.187199 17.117525 0.399715</w:t>
        <w:br/>
        <w:t>v 1.175304 17.150513 0.423751</w:t>
        <w:br/>
        <w:t>v 1.179523 17.147409 0.407324</w:t>
        <w:br/>
        <w:t>v 1.174842 17.171680 0.386010</w:t>
        <w:br/>
        <w:t>v 1.173653 17.183216 0.398952</w:t>
        <w:br/>
        <w:t>v 1.175740 17.188292 0.357249</w:t>
        <w:br/>
        <w:t>v 1.175800 17.199854 0.369901</w:t>
        <w:br/>
        <w:t>v 1.175326 17.215231 0.343027</w:t>
        <w:br/>
        <w:t>v 1.173311 17.217276 0.359429</w:t>
        <w:br/>
        <w:t>v 1.173311 17.217276 0.359429</w:t>
        <w:br/>
        <w:t>v 1.169129 17.236393 0.365521</w:t>
        <w:br/>
        <w:t>v 1.173149 17.244637 0.351046</w:t>
        <w:br/>
        <w:t>v 1.166766 17.249327 0.392832</w:t>
        <w:br/>
        <w:t>v 1.171414 17.261818 0.383360</w:t>
        <w:br/>
        <w:t>v 1.166564 17.259647 0.451851</w:t>
        <w:br/>
        <w:t>v 1.172157 17.271784 0.443422</w:t>
        <w:br/>
        <w:t>v 1.156003 17.307247 0.513154</w:t>
        <w:br/>
        <w:t>v 1.162626 17.315596 0.501836</w:t>
        <w:br/>
        <w:t>v 1.161317 17.381197 0.566395</w:t>
        <w:br/>
        <w:t>v 1.167755 17.382860 0.552487</w:t>
        <w:br/>
        <w:t>v 1.173272 17.448780 0.574542</w:t>
        <w:br/>
        <w:t>v 1.177349 17.439047 0.562828</w:t>
        <w:br/>
        <w:t>v 1.186659 17.472281 0.547704</w:t>
        <w:br/>
        <w:t>v 1.186242 17.454443 0.543801</w:t>
        <w:br/>
        <w:t>v 1.195972 17.447155 0.511958</w:t>
        <w:br/>
        <w:t>v 1.198601 17.465910 0.510549</w:t>
        <w:br/>
        <w:t>v 1.207648 17.438725 0.474985</w:t>
        <w:br/>
        <w:t>v 1.209065 17.457365 0.476554</w:t>
        <w:br/>
        <w:t>v 1.221153 17.449251 0.444455</w:t>
        <w:br/>
        <w:t>v 1.219389 17.462877 0.455163</w:t>
        <w:br/>
        <w:t>v 1.230676 17.485117 0.449974</w:t>
        <w:br/>
        <w:t>v 1.234701 17.483063 0.433307</w:t>
        <w:br/>
        <w:t>v 1.241240 17.517599 0.464071</w:t>
        <w:br/>
        <w:t>v 1.245018 17.524685 0.447909</w:t>
        <w:br/>
        <w:t>v 1.248938 17.558708 0.499257</w:t>
        <w:br/>
        <w:t>v 1.252473 17.568256 0.484166</w:t>
        <w:br/>
        <w:t>v 1.256332 17.613745 0.544696</w:t>
        <w:br/>
        <w:t>v 1.260638 17.618143 0.528766</w:t>
        <w:br/>
        <w:t>v 1.269018 17.684288 0.577354</w:t>
        <w:br/>
        <w:t>v 1.274462 17.683987 0.560706</w:t>
        <w:br/>
        <w:t>v 1.291035 17.764725 0.576412</w:t>
        <w:br/>
        <w:t>v 1.296135 17.761221 0.560255</w:t>
        <w:br/>
        <w:t>v 1.320595 17.840488 0.521763</w:t>
        <w:br/>
        <w:t>v 1.317462 17.849590 0.536470</w:t>
        <w:br/>
        <w:t>v 1.346403 17.909271 0.459254</w:t>
        <w:br/>
        <w:t>v 1.346226 17.922812 0.470111</w:t>
        <w:br/>
        <w:t>v 1.363472 17.958075 0.406008</w:t>
        <w:br/>
        <w:t>v 1.359776 17.942680 0.406754</w:t>
        <w:br/>
        <w:t>v 1.359586 17.945610 0.357347</w:t>
        <w:br/>
        <w:t>v 1.353256 17.932564 0.369029</w:t>
        <w:br/>
        <w:t>v 1.338779 17.899157 0.335179</w:t>
        <w:br/>
        <w:t>v 1.345246 17.911226 0.322347</w:t>
        <w:br/>
        <w:t>v 1.329837 17.870869 0.296483</w:t>
        <w:br/>
        <w:t>v 1.335425 17.885839 0.288199</w:t>
        <w:br/>
        <w:t>v 1.334639 17.885307 0.250754</w:t>
        <w:br/>
        <w:t>v 1.332563 17.870352 0.246726</w:t>
        <w:br/>
        <w:t>v 1.342881 17.915909 0.215851</w:t>
        <w:br/>
        <w:t>v 1.344504 17.906225 0.200788</w:t>
        <w:br/>
        <w:t>v 1.358810 17.960342 0.180430</w:t>
        <w:br/>
        <w:t>v 1.355405 17.961821 0.198327</w:t>
        <w:br/>
        <w:t>v 1.367161 18.009642 0.192584</w:t>
        <w:br/>
        <w:t>v 1.365027 18.000595 0.207097</w:t>
        <w:br/>
        <w:t>v 1.370598 18.025194 0.246037</w:t>
        <w:br/>
        <w:t>v 1.371893 18.039808 0.235323</w:t>
        <w:br/>
        <w:t>v 1.373599 18.061769 0.308461</w:t>
        <w:br/>
        <w:t>v 1.377030 18.070786 0.294175</w:t>
        <w:br/>
        <w:t>v 1.381448 18.144907 0.340000</w:t>
        <w:br/>
        <w:t>v 1.386508 18.143068 0.323363</w:t>
        <w:br/>
        <w:t>v 1.393573 18.233356 0.276018</w:t>
        <w:br/>
        <w:t>v 1.387083 18.243090 0.289219</w:t>
        <w:br/>
        <w:t>v 1.398577 18.309496 0.177001</w:t>
        <w:br/>
        <w:t>v 1.392459 18.322952 0.186249</w:t>
        <w:br/>
        <w:t>v 1.408558 18.352957 0.067982</w:t>
        <w:br/>
        <w:t>v 1.402042 18.368437 0.073061</w:t>
        <w:br/>
        <w:t>v 1.418093 18.359924 -0.012650</w:t>
        <w:br/>
        <w:t>v 1.414738 18.374586 -0.017127</w:t>
        <w:br/>
        <w:t>v 1.425602 18.337873 -0.073009</w:t>
        <w:br/>
        <w:t>v 1.421995 18.329306 -0.058267</w:t>
        <w:br/>
        <w:t>v 1.419722 18.267967 -0.071922</w:t>
        <w:br/>
        <w:t>v 1.425459 18.274260 -0.089087</w:t>
        <w:br/>
        <w:t>v 1.424842 18.216806 -0.099512</w:t>
        <w:br/>
        <w:t>v 1.425525 18.229137 -0.110349</w:t>
        <w:br/>
        <w:t>v 1.434536 18.208954 -0.168856</w:t>
        <w:br/>
        <w:t>v 1.438321 18.192194 -0.166383</w:t>
        <w:br/>
        <w:t>v 1.474779 18.193184 -0.255385</w:t>
        <w:br/>
        <w:t>v 1.469362 18.209850 -0.251634</w:t>
        <w:br/>
        <w:t>v 1.464489 18.229605 -0.335215</w:t>
        <w:br/>
        <w:t>v 1.464600 18.242376 -0.323552</w:t>
        <w:br/>
        <w:t>v 1.467907 18.295469 -0.353324</w:t>
        <w:br/>
        <w:t>v 1.463422 18.289959 -0.370341</w:t>
        <w:br/>
        <w:t>v 1.471728 18.349022 -0.357503</w:t>
        <w:br/>
        <w:t>v 1.469005 18.341894 -0.372935</w:t>
        <w:br/>
        <w:t>v 1.464424 18.367319 -0.409505</w:t>
        <w:br/>
        <w:t>v 1.460413 18.381727 -0.401528</w:t>
        <w:br/>
        <w:t>v 1.440643 18.372141 -0.491066</w:t>
        <w:br/>
        <w:t>v 1.433519 18.388107 -0.489736</w:t>
        <w:br/>
        <w:t>v 1.413144 18.351362 -0.592608</w:t>
        <w:br/>
        <w:t>v 1.404773 18.366741 -0.595183</w:t>
        <w:br/>
        <w:t>v 1.393393 18.305706 -0.695372</w:t>
        <w:br/>
        <w:t>v 1.384436 18.320078 -0.701246</w:t>
        <w:br/>
        <w:t>v 1.383616 18.239119 -0.787671</w:t>
        <w:br/>
        <w:t>v 1.374305 18.251741 -0.796913</w:t>
        <w:br/>
        <w:t>v 1.388479 18.158670 -0.857959</w:t>
        <w:br/>
        <w:t>v 1.377688 18.168148 -0.870526</w:t>
        <w:br/>
        <w:t>v 1.398981 18.081841 -0.892201</w:t>
        <w:br/>
        <w:t>v 1.390402 18.085407 -0.907994</w:t>
        <w:br/>
        <w:t>v 1.401848 18.035015 -0.883815</w:t>
        <w:br/>
        <w:t>v 1.399369 18.026972 -0.897952</w:t>
        <w:br/>
        <w:t>v 1.396731 18.019653 -0.840863</w:t>
        <w:br/>
        <w:t>v 1.401848 18.035015 -0.883815</w:t>
        <w:br/>
        <w:t>v 1.399945 18.003168 -0.850678</w:t>
        <w:br/>
        <w:t>v 1.394913 17.990967 -0.792118</w:t>
        <w:br/>
        <w:t>v 1.395280 17.980888 -0.805513</w:t>
        <w:br/>
        <w:t>v 1.396422 17.941042 -0.778495</w:t>
        <w:br/>
        <w:t>v 1.392187 17.943283 -0.795763</w:t>
        <w:br/>
        <w:t>v 1.396330 17.903727 -0.818553</w:t>
        <w:br/>
        <w:t>v 1.400882 17.891005 -0.807922</w:t>
        <w:br/>
        <w:t>v 1.407744 17.864920 -0.863983</w:t>
        <w:br/>
        <w:t>v 1.407118 17.882303 -0.862935</w:t>
        <w:br/>
        <w:t>v 1.416049 17.882124 -0.920825</w:t>
        <w:br/>
        <w:t>v 1.419260 17.896273 -0.910445</w:t>
        <w:br/>
        <w:t>v 1.424908 17.934170 -0.953214</w:t>
        <w:br/>
        <w:t>v 1.422291 17.920084 -0.964248</w:t>
        <w:br/>
        <w:t>v 1.418106 17.963757 -1.001236</w:t>
        <w:br/>
        <w:t>v 1.421226 17.946785 -1.002538</w:t>
        <w:br/>
        <w:t>v 1.400030 17.940786 -1.074574</w:t>
        <w:br/>
        <w:t>v 1.407334 17.926237 -1.065760</w:t>
        <w:br/>
        <w:t>v 1.384422 17.842524 -1.131862</w:t>
        <w:br/>
        <w:t>v 1.377132 17.851940 -1.144997</w:t>
        <w:br/>
        <w:t>v 1.359697 17.719580 -1.164540</w:t>
        <w:br/>
        <w:t>v 1.352711 17.725527 -1.179774</w:t>
        <w:br/>
        <w:t>v 1.316511 17.596598 -1.161522</w:t>
        <w:br/>
        <w:t>v 1.310306 17.599985 -1.178130</w:t>
        <w:br/>
        <w:t>v 1.273303 17.498734 -1.128549</w:t>
        <w:br/>
        <w:t>v 1.266713 17.496462 -1.145115</w:t>
        <w:br/>
        <w:t>v 1.245096 17.445187 -1.083800</w:t>
        <w:br/>
        <w:t>v 1.236988 17.433401 -1.093935</w:t>
        <w:br/>
        <w:t>v 1.244266 17.435558 -1.036023</w:t>
        <w:br/>
        <w:t>v 1.237234 17.417774 -1.036474</w:t>
        <w:br/>
        <w:t>v 1.258273 17.445841 -0.982202</w:t>
        <w:br/>
        <w:t>v 1.251818 17.427464 -0.979697</w:t>
        <w:br/>
        <w:t>v 1.259965 17.439751 -0.916366</w:t>
        <w:br/>
        <w:t>v 1.253941 17.431051 -0.924783</w:t>
        <w:br/>
        <w:t>v 1.228752 17.389429 -0.921102</w:t>
        <w:br/>
        <w:t>v 1.230796 17.383255 -0.904330</w:t>
        <w:br/>
        <w:t>v 1.199792 17.332758 -0.963594</w:t>
        <w:br/>
        <w:t>v 1.198753 17.321821 -0.948218</w:t>
        <w:br/>
        <w:t>v 1.158413 17.267649 -1.020234</w:t>
        <w:br/>
        <w:t>v 1.159209 17.257990 -1.004090</w:t>
        <w:br/>
        <w:t>v 1.103748 17.195044 -1.061949</w:t>
        <w:br/>
        <w:t>v 1.107825 17.188765 -1.044822</w:t>
        <w:br/>
        <w:t>v 1.037503 17.114971 -1.071222</w:t>
        <w:br/>
        <w:t>v 1.044768 17.112633 -1.053935</w:t>
        <w:br/>
        <w:t>v 0.970091 17.037695 -1.049835</w:t>
        <w:br/>
        <w:t>v 0.979367 17.038887 -1.033288</w:t>
        <w:br/>
        <w:t>v 0.919960 16.978289 -1.004750</w:t>
        <w:br/>
        <w:t>v 0.930177 16.986078 -0.992950</w:t>
        <w:br/>
        <w:t>v 0.842481 16.900455 -0.854678</w:t>
        <w:br/>
        <w:t>v 0.837615 16.903521 -0.872692</w:t>
        <w:br/>
        <w:t>v 0.775948 16.862209 -0.869874</w:t>
        <w:br/>
        <w:t>v 0.780490 16.858557 -0.851851</w:t>
        <w:br/>
        <w:t>v 0.713873 16.821598 -0.863705</w:t>
        <w:br/>
        <w:t>v 0.719614 16.818838 -0.845839</w:t>
        <w:br/>
        <w:t>v 0.659356 16.780504 -0.850097</w:t>
        <w:br/>
        <w:t>v 0.667135 16.779118 -0.832729</w:t>
        <w:br/>
        <w:t>v 0.637382 16.754131 -0.834974</w:t>
        <w:br/>
        <w:t>v 0.649051 16.758102 -0.830468</w:t>
        <w:br/>
        <w:t>v 0.693383 16.731085 -0.795188</w:t>
        <w:br/>
        <w:t>v 0.649051 16.758102 -0.830468</w:t>
        <w:br/>
        <w:t>v 0.676204 16.724789 -0.799321</w:t>
        <w:br/>
        <w:t>v 0.677190 16.693230 -0.767569</w:t>
        <w:br/>
        <w:t>v 0.673197 16.692858 -0.784381</w:t>
        <w:br/>
        <w:t>v 0.629087 16.643917 -0.781371</w:t>
        <w:br/>
        <w:t>v 0.633738 16.648232 -0.798728</w:t>
        <w:br/>
        <w:t>v 0.575953 16.602985 -0.838037</w:t>
        <w:br/>
        <w:t>v 0.572509 16.596220 -0.821351</w:t>
        <w:br/>
        <w:t>v 0.511782 16.545588 -0.849021</w:t>
        <w:br/>
        <w:t>v 0.509571 16.552689 -0.866135</w:t>
        <w:br/>
        <w:t>v 0.446238 16.506582 -0.870163</w:t>
        <w:br/>
        <w:t>v 0.456273 16.502081 -0.855349</w:t>
        <w:br/>
        <w:t>v 0.445283 16.432125 -0.818828</w:t>
        <w:br/>
        <w:t>v 0.434347 16.467314 -0.843091</w:t>
        <w:br/>
        <w:t>v 0.416972 16.467142 -0.848935</w:t>
        <w:br/>
        <w:t>v 0.427033 16.430223 -0.823699</w:t>
        <w:br/>
        <w:t>v 0.446630 16.400675 -0.795376</w:t>
        <w:br/>
        <w:t>v 0.434788 16.401840 -0.809346</w:t>
        <w:br/>
        <w:t>v 0.413956 16.385687 -0.805559</w:t>
        <w:br/>
        <w:t>v 0.419335 16.382427 -0.787700</w:t>
        <w:br/>
        <w:t>v 0.370486 16.373638 -0.802759</w:t>
        <w:br/>
        <w:t>v 0.376936 16.370588 -0.785258</w:t>
        <w:br/>
        <w:t>v 0.329666 16.357529 -0.786560</w:t>
        <w:br/>
        <w:t>v 0.343308 16.357601 -0.774074</w:t>
        <w:br/>
        <w:t>v 0.326233 16.579559 -0.734866</w:t>
        <w:br/>
        <w:t>v 0.287252 16.513832 -0.729600</w:t>
        <w:br/>
        <w:t>v 0.275568 16.512966 -0.744035</w:t>
        <w:br/>
        <w:t>v 0.320181 16.582607 -0.752367</w:t>
        <w:br/>
        <w:t>v 0.335985 16.342339 -0.748746</w:t>
        <w:br/>
        <w:t>v 0.319125 16.338894 -0.758773</w:t>
        <w:br/>
        <w:t>v 0.363094 16.312004 -0.708395</w:t>
        <w:br/>
        <w:t>v 0.352904 16.328970 -0.730472</w:t>
        <w:br/>
        <w:t>v 0.336733 16.322365 -0.734161</w:t>
        <w:br/>
        <w:t>v 0.353486 16.305250 -0.715137</w:t>
        <w:br/>
        <w:t>v 0.261590 16.455496 -0.717358</w:t>
        <w:br/>
        <w:t>v 0.253183 16.451109 -0.732387</w:t>
        <w:br/>
        <w:t>v 0.337940 16.288273 -0.710753</w:t>
        <w:br/>
        <w:t>v 0.343516 16.284567 -0.692749</w:t>
        <w:br/>
        <w:t>v 0.220606 16.416323 -0.708769</w:t>
        <w:br/>
        <w:t>v 0.220225 16.414520 -0.727143</w:t>
        <w:br/>
        <w:t>v 0.311983 16.259094 -0.692852</w:t>
        <w:br/>
        <w:t>v 0.311159 16.264265 -0.711522</w:t>
        <w:br/>
        <w:t>v 0.193992 16.347855 -0.694759</w:t>
        <w:br/>
        <w:t>v 0.189125 16.346771 -0.711838</w:t>
        <w:br/>
        <w:t>v 0.276511 16.240816 -0.731186</w:t>
        <w:br/>
        <w:t>v 0.282467 16.237576 -0.713186</w:t>
        <w:br/>
        <w:t>v 0.247379 16.218111 -0.730471</w:t>
        <w:br/>
        <w:t>v 0.254189 16.218626 -0.713338</w:t>
        <w:br/>
        <w:t>v 0.164201 16.270025 -0.670530</w:t>
        <w:br/>
        <w:t>v 0.157136 16.267296 -0.687475</w:t>
        <w:br/>
        <w:t>v 0.236052 16.205473 -0.686875</w:t>
        <w:br/>
        <w:t>v 0.224858 16.200977 -0.701979</w:t>
        <w:br/>
        <w:t>v 0.212580 16.185478 -0.664578</w:t>
        <w:br/>
        <w:t>v 0.205471 16.181351 -0.681132</w:t>
        <w:br/>
        <w:t>v 0.130142 16.202362 -0.647323</w:t>
        <w:br/>
        <w:t>v 0.126693 16.199667 -0.665656</w:t>
        <w:br/>
        <w:t>v 0.178248 16.150099 -0.672852</w:t>
        <w:br/>
        <w:t>v 0.181724 16.152767 -0.654478</w:t>
        <w:br/>
        <w:t>v 0.119184 16.006527 -0.606998</w:t>
        <w:br/>
        <w:t>v 0.135224 16.092491 -0.633404</w:t>
        <w:br/>
        <w:t>v 0.131580 16.089182 -0.651634</w:t>
        <w:br/>
        <w:t>v 0.116803 16.002472 -0.625150</w:t>
        <w:br/>
        <w:t>v 0.076994 16.025406 -0.591778</w:t>
        <w:br/>
        <w:t>v 0.074631 16.021336 -0.609891</w:t>
        <w:br/>
        <w:t>v 0.086157 16.123941 -0.639491</w:t>
        <w:br/>
        <w:t>v 0.089765 16.127274 -0.621289</w:t>
        <w:br/>
        <w:t>v 0.114536 15.939989 -0.583757</w:t>
        <w:br/>
        <w:t>v 0.113102 15.935474 -0.601820</w:t>
        <w:br/>
        <w:t>v 0.077820 15.946913 -0.569605</w:t>
        <w:br/>
        <w:t>v 0.114536 15.939989 -0.583757</w:t>
        <w:br/>
        <w:t>v 0.113102 15.935474 -0.601820</w:t>
        <w:br/>
        <w:t>v 0.076394 15.942383 -0.587622</w:t>
        <w:br/>
        <w:t>v 0.077820 15.946913 -0.569605</w:t>
        <w:br/>
        <w:t>v 0.076394 15.942383 -0.587622</w:t>
        <w:br/>
        <w:t>v 0.971016 17.504292 0.309091</w:t>
        <w:br/>
        <w:t>v 1.360699 16.967129 -0.031997</w:t>
        <w:br/>
        <w:t>v 1.366907 17.004444 0.064181</w:t>
        <w:br/>
        <w:t>v 1.230168 17.024479 -0.006136</w:t>
        <w:br/>
        <w:t>v 1.108217 17.184685 0.136491</w:t>
        <w:br/>
        <w:t>v 1.185804 17.098505 0.061164</w:t>
        <w:br/>
        <w:t>v 1.350191 17.044353 0.151759</w:t>
        <w:br/>
        <w:t>v 1.343219 17.073727 0.191231</w:t>
        <w:br/>
        <w:t>v 1.331134 17.102825 0.209329</w:t>
        <w:br/>
        <w:t>v 1.139673 17.217833 0.257804</w:t>
        <w:br/>
        <w:t>v 1.322984 17.129103 0.215580</w:t>
        <w:br/>
        <w:t>v 1.133536 17.283268 0.232635</w:t>
        <w:br/>
        <w:t>v 1.316778 17.170258 0.214765</w:t>
        <w:br/>
        <w:t>v 1.301621 17.227743 0.213550</w:t>
        <w:br/>
        <w:t>v 1.293427 17.266605 0.220623</w:t>
        <w:br/>
        <w:t>v 1.139183 17.379997 0.258385</w:t>
        <w:br/>
        <w:t>v 1.277639 17.326925 0.236776</w:t>
        <w:br/>
        <w:t>v 1.262110 17.395580 0.265077</w:t>
        <w:br/>
        <w:t>v 1.260208 17.436029 0.314217</w:t>
        <w:br/>
        <w:t>v 1.144540 17.450529 0.312837</w:t>
        <w:br/>
        <w:t>v 1.270696 17.429707 0.356251</w:t>
        <w:br/>
        <w:t>v 1.290889 17.415941 0.393903</w:t>
        <w:br/>
        <w:t>v 1.162197 17.466511 0.354858</w:t>
        <w:br/>
        <w:t>v 1.319073 17.424278 0.416459</w:t>
        <w:br/>
        <w:t>v 1.360083 17.480370 0.417641</w:t>
        <w:br/>
        <w:t>v 1.181134 17.524899 0.353694</w:t>
        <w:br/>
        <w:t>v 1.162197 17.466511 0.354858</w:t>
        <w:br/>
        <w:t>v 1.400488 17.572083 0.394730</w:t>
        <w:br/>
        <w:t>v 1.193479 17.598288 0.342054</w:t>
        <w:br/>
        <w:t>v 1.425332 17.661917 0.363156</w:t>
        <w:br/>
        <w:t>v 1.205850 17.671436 0.314945</w:t>
        <w:br/>
        <w:t>v 1.444940 17.728621 0.319362</w:t>
        <w:br/>
        <w:t>v 1.218677 17.731737 0.282738</w:t>
        <w:br/>
        <w:t>v 1.453051 17.760393 0.284913</w:t>
        <w:br/>
        <w:t>v 1.224239 17.768156 0.250898</w:t>
        <w:br/>
        <w:t>v 1.443701 17.769300 0.256390</w:t>
        <w:br/>
        <w:t>v 1.214020 17.772535 0.210847</w:t>
        <w:br/>
        <w:t>v 1.426883 17.766960 0.226409</w:t>
        <w:br/>
        <w:t>v 1.415682 17.764185 0.187121</w:t>
        <w:br/>
        <w:t>v 1.419753 17.778677 0.135729</w:t>
        <w:br/>
        <w:t>v 1.210162 17.789570 0.156105</w:t>
        <w:br/>
        <w:t>v 1.439001 17.826092 0.086156</w:t>
        <w:br/>
        <w:t>v 1.217254 17.831772 0.119853</w:t>
        <w:br/>
        <w:t>v 1.463560 17.888264 0.064101</w:t>
        <w:br/>
        <w:t>v 1.228255 17.881903 0.100946</w:t>
        <w:br/>
        <w:t>v 1.491517 17.948051 0.074514</w:t>
        <w:br/>
        <w:t>v 1.246424 17.944559 0.110380</w:t>
        <w:br/>
        <w:t>v 1.517165 17.988976 0.111457</w:t>
        <w:br/>
        <w:t>v 1.541688 18.014996 0.146557</w:t>
        <w:br/>
        <w:t>v 1.264790 17.977400 0.131646</w:t>
        <w:br/>
        <w:t>v 1.560840 18.053108 0.156660</w:t>
        <w:br/>
        <w:t>v 1.273103 18.006458 0.126123</w:t>
        <w:br/>
        <w:t>v 1.569473 18.100210 0.135941</w:t>
        <w:br/>
        <w:t>v 1.274467 18.041866 0.097503</w:t>
        <w:br/>
        <w:t>v 1.578854 18.143452 0.067511</w:t>
        <w:br/>
        <w:t>v 1.272259 18.071781 0.045025</w:t>
        <w:br/>
        <w:t>v 1.589341 18.161674 -0.018461</w:t>
        <w:br/>
        <w:t>v 1.264666 18.095070 -0.009270</w:t>
        <w:br/>
        <w:t>v 1.251859 18.091427 -0.054832</w:t>
        <w:br/>
        <w:t>v 1.589922 18.158798 -0.073454</w:t>
        <w:br/>
        <w:t>v 1.593263 18.134659 -0.095218</w:t>
        <w:br/>
        <w:t>v 1.237899 18.043182 -0.093514</w:t>
        <w:br/>
        <w:t>v 1.596470 18.093460 -0.112548</w:t>
        <w:br/>
        <w:t>v 1.597325 18.048239 -0.139324</w:t>
        <w:br/>
        <w:t>v 1.608977 18.011160 -0.209693</w:t>
        <w:br/>
        <w:t>v 1.303473 17.992990 -0.155898</w:t>
        <w:br/>
        <w:t>v 1.587278 18.007511 -0.294436</w:t>
        <w:br/>
        <w:t>v 1.299009 17.986519 -0.226962</w:t>
        <w:br/>
        <w:t>v 1.580069 18.043631 -0.357505</w:t>
        <w:br/>
        <w:t>v 1.280251 18.010855 -0.289692</w:t>
        <w:br/>
        <w:t>v 1.573590 18.095430 -0.372671</w:t>
        <w:br/>
        <w:t>v 1.268139 18.045618 -0.310624</w:t>
        <w:br/>
        <w:t>v 1.574603 18.133341 -0.380577</w:t>
        <w:br/>
        <w:t>v 1.262566 18.073673 -0.332149</w:t>
        <w:br/>
        <w:t>v 1.576413 18.155716 -0.401227</w:t>
        <w:br/>
        <w:t>v 1.577284 18.160828 -0.449192</w:t>
        <w:br/>
        <w:t>v 1.255163 18.075386 -0.379472</w:t>
        <w:br/>
        <w:t>v 1.575435 18.150780 -0.518332</w:t>
        <w:br/>
        <w:t>v 1.241163 18.042095 -0.466019</w:t>
        <w:br/>
        <w:t>v 1.566938 18.115730 -0.594902</w:t>
        <w:br/>
        <w:t>v 1.554094 18.050188 -0.672160</w:t>
        <w:br/>
        <w:t>v 1.235763 17.964151 -0.573901</w:t>
        <w:br/>
        <w:t>v 1.546618 17.983124 -0.720333</w:t>
        <w:br/>
        <w:t>v 1.541549 17.942644 -0.725682</w:t>
        <w:br/>
        <w:t>v 1.236990 17.902622 -0.601522</w:t>
        <w:br/>
        <w:t>v 1.536681 17.919518 -0.704750</w:t>
        <w:br/>
        <w:t>v 1.230197 17.864351 -0.578521</w:t>
        <w:br/>
        <w:t>v 1.531904 17.904440 -0.664308</w:t>
        <w:br/>
        <w:t>v 1.527713 17.876427 -0.626914</w:t>
        <w:br/>
        <w:t>v 1.226000 17.793921 -0.584317</w:t>
        <w:br/>
        <w:t>v 1.520401 17.833435 -0.613418</w:t>
        <w:br/>
        <w:t>v 1.511829 17.785666 -0.632647</w:t>
        <w:br/>
        <w:t>v 1.508938 17.751442 -0.673997</w:t>
        <w:br/>
        <w:t>v 1.227427 17.747904 -0.625645</w:t>
        <w:br/>
        <w:t>v 1.511594 17.736530 -0.720619</w:t>
        <w:br/>
        <w:t>v 1.232055 17.735344 -0.658957</w:t>
        <w:br/>
        <w:t>v 1.516050 17.737177 -0.762747</w:t>
        <w:br/>
        <w:t>v 1.237044 17.733513 -0.687585</w:t>
        <w:br/>
        <w:t>v 1.518652 17.737089 -0.796822</w:t>
        <w:br/>
        <w:t>v 1.239912 17.729420 -0.709984</w:t>
        <w:br/>
        <w:t>v 1.513846 17.712540 -0.839341</w:t>
        <w:br/>
        <w:t>v 1.235099 17.703072 -0.742938</w:t>
        <w:br/>
        <w:t>v 1.218460 17.651932 -0.781596</w:t>
        <w:br/>
        <w:t>v 1.496239 17.650602 -0.891119</w:t>
        <w:br/>
        <w:t>v 1.187824 17.588982 -0.807258</w:t>
        <w:br/>
        <w:t>v 1.454823 17.569899 -0.921832</w:t>
        <w:br/>
        <w:t>v 1.147026 17.527937 -0.811239</w:t>
        <w:br/>
        <w:t>v 1.398296 17.489407 -0.926611</w:t>
        <w:br/>
        <w:t>v 1.106390 17.490156 -0.803312</w:t>
        <w:br/>
        <w:t>v 1.352561 17.433853 -0.907734</w:t>
        <w:br/>
        <w:t>v 1.097475 17.477741 -0.762368</w:t>
        <w:br/>
        <w:t>v 1.106390 17.490156 -0.803312</w:t>
        <w:br/>
        <w:t>v 1.352561 17.433853 -0.907734</w:t>
        <w:br/>
        <w:t>v 1.346846 17.416595 -0.844440</w:t>
        <w:br/>
        <w:t>v 1.340681 17.390831 -0.760183</w:t>
        <w:br/>
        <w:t>v 1.088782 17.455809 -0.706236</w:t>
        <w:br/>
        <w:t>v 1.307287 17.331034 -0.684902</w:t>
        <w:br/>
        <w:t>v 1.030815 17.383556 -0.658246</w:t>
        <w:br/>
        <w:t>v 1.278501 17.265629 -0.664118</w:t>
        <w:br/>
        <w:t>v 1.261200 17.224783 -0.690370</w:t>
        <w:br/>
        <w:t>v 0.983602 17.331440 -0.714082</w:t>
        <w:br/>
        <w:t>v 1.030815 17.383556 -0.658246</w:t>
        <w:br/>
        <w:t>v 0.893949 17.214396 -0.821039</w:t>
        <w:br/>
        <w:t>v 0.944719 17.302679 -0.788377</w:t>
        <w:br/>
        <w:t>v 1.227359 17.191292 -0.833883</w:t>
        <w:br/>
        <w:t>v 1.192286 17.111877 -0.841879</w:t>
        <w:br/>
        <w:t>v 1.136650 17.034754 -0.822737</w:t>
        <w:br/>
        <w:t>v 0.854872 17.144012 -0.811409</w:t>
        <w:br/>
        <w:t>v 1.139673 17.217833 0.257804</w:t>
        <w:br/>
        <w:t>v 1.007169 17.344131 0.223109</w:t>
        <w:br/>
        <w:t>v 1.007169 17.344131 0.223109</w:t>
        <w:br/>
        <w:t>v 0.998951 17.443737 0.233209</w:t>
        <w:br/>
        <w:t>v 0.973985 17.509747 0.233375</w:t>
        <w:br/>
        <w:t>v 0.990091 17.595739 0.216716</w:t>
        <w:br/>
        <w:t>v 1.002033 17.700949 0.182242</w:t>
        <w:br/>
        <w:t>v 1.005815 17.758896 0.160547</w:t>
        <w:br/>
        <w:t>v 0.996908 17.797985 0.108245</w:t>
        <w:br/>
        <w:t>v 1.000275 17.833685 0.061642</w:t>
        <w:br/>
        <w:t>v 0.963008 17.878725 -0.042740</w:t>
        <w:br/>
        <w:t>v 0.932767 17.896564 -0.136222</w:t>
        <w:br/>
        <w:t>v 0.918523 17.871441 -0.212328</w:t>
        <w:br/>
        <w:t>v 0.923737 17.857042 -0.289325</w:t>
        <w:br/>
        <w:t>v 0.889625 17.821163 -0.379256</w:t>
        <w:br/>
        <w:t>v 1.236990 17.902622 -0.601522</w:t>
        <w:br/>
        <w:t>v 0.840454 17.773397 -0.452101</w:t>
        <w:br/>
        <w:t>v 0.840454 17.773397 -0.452101</w:t>
        <w:br/>
        <w:t>v 0.800221 17.715473 -0.551493</w:t>
        <w:br/>
        <w:t>v 0.778051 17.675009 -0.591840</w:t>
        <w:br/>
        <w:t>v 0.701809 17.639618 -0.635908</w:t>
        <w:br/>
        <w:t>v 0.663475 17.585110 -0.662686</w:t>
        <w:br/>
        <w:t>v 0.663475 17.585110 -0.662686</w:t>
        <w:br/>
        <w:t>v 0.666971 17.514091 -0.689699</w:t>
        <w:br/>
        <w:t>v 0.646383 17.467274 -0.698931</w:t>
        <w:br/>
        <w:t>v 0.666971 17.514091 -0.689699</w:t>
        <w:br/>
        <w:t>v 0.569167 17.376051 -0.729704</w:t>
        <w:br/>
        <w:t>v 1.081701 16.958410 -0.697888</w:t>
        <w:br/>
        <w:t>v 0.824921 17.055655 -0.753468</w:t>
        <w:br/>
        <w:t>v 1.105235 16.981745 -0.777152</w:t>
        <w:br/>
        <w:t>v 1.247007 17.000299 -0.490284</w:t>
        <w:br/>
        <w:t>v 1.272841 16.989096 -0.387757</w:t>
        <w:br/>
        <w:t>v 1.245804 16.951054 -0.353511</w:t>
        <w:br/>
        <w:t>v 1.198599 16.955030 -0.487301</w:t>
        <w:br/>
        <w:t>v 1.172927 16.948996 -0.610973</w:t>
        <w:br/>
        <w:t>v 1.203810 16.975737 -0.718454</w:t>
        <w:br/>
        <w:t>v 1.313623 16.930412 -0.322701</w:t>
        <w:br/>
        <w:t>v 1.332177 16.955730 -0.269829</w:t>
        <w:br/>
        <w:t>v 1.280437 16.955551 -0.264705</w:t>
        <w:br/>
        <w:t>v 1.315172 17.003387 -0.255986</w:t>
        <w:br/>
        <w:t>v 1.255981 16.942039 -0.573987</w:t>
        <w:br/>
        <w:t>v 1.258803 16.962038 -0.522197</w:t>
        <w:br/>
        <w:t>v 0.824921 17.055655 -0.753468</w:t>
        <w:br/>
        <w:t>v 0.515897 17.177265 -0.734004</w:t>
        <w:br/>
        <w:t>v 1.105235 16.981745 -0.777152</w:t>
        <w:br/>
        <w:t>v 1.081701 16.958410 -0.697888</w:t>
        <w:br/>
        <w:t>v 0.926601 16.765438 -0.561368</w:t>
        <w:br/>
        <w:t>v 0.739092 16.804483 -0.652977</w:t>
        <w:br/>
        <w:t>v 0.824921 17.055655 -0.753468</w:t>
        <w:br/>
        <w:t>v 1.044541 16.734137 -0.424244</w:t>
        <w:br/>
        <w:t>v 1.172927 16.948996 -0.610973</w:t>
        <w:br/>
        <w:t>v 1.198599 16.955030 -0.487301</w:t>
        <w:br/>
        <w:t>v 1.245804 16.951054 -0.353511</w:t>
        <w:br/>
        <w:t>v 1.130727 16.743292 -0.219489</w:t>
        <w:br/>
        <w:t>v 1.280437 16.955551 -0.264705</w:t>
        <w:br/>
        <w:t>v 1.294110 16.961126 -0.125649</w:t>
        <w:br/>
        <w:t>v 1.181144 16.759338 -0.000307</w:t>
        <w:br/>
        <w:t>v 1.230168 17.024479 -0.006136</w:t>
        <w:br/>
        <w:t>v 1.215481 16.972569 0.223222</w:t>
        <w:br/>
        <w:t>v 1.151217 16.772072 0.230102</w:t>
        <w:br/>
        <w:t>v 1.148963 16.960104 0.426613</w:t>
        <w:br/>
        <w:t>v 1.106552 16.749235 0.428399</w:t>
        <w:br/>
        <w:t>v 1.118255 16.916378 0.590050</w:t>
        <w:br/>
        <w:t>v 1.056430 16.782339 0.651043</w:t>
        <w:br/>
        <w:t>v 0.438046 16.918486 -0.753908</w:t>
        <w:br/>
        <w:t>v 0.480203 17.034576 -0.737861</w:t>
        <w:br/>
        <w:t>v 0.447777 16.925167 -0.728427</w:t>
        <w:br/>
        <w:t>v 1.247007 17.000299 -0.490284</w:t>
        <w:br/>
        <w:t>v 1.294110 16.961126 -0.125649</w:t>
        <w:br/>
        <w:t>v 1.338272 16.997429 -0.178482</w:t>
        <w:br/>
        <w:t>v 1.354180 16.944075 -0.143019</w:t>
        <w:br/>
        <w:t>v 1.364748 16.933434 -0.092938</w:t>
        <w:br/>
        <w:t>v 1.360699 16.967129 -0.031997</w:t>
        <w:br/>
        <w:t>v 1.230168 17.024479 -0.006136</w:t>
        <w:br/>
        <w:t>v 1.294110 16.961126 -0.125649</w:t>
        <w:br/>
        <w:t>v 1.315172 17.003387 -0.255986</w:t>
        <w:br/>
        <w:t>v 1.338272 16.997429 -0.178482</w:t>
        <w:br/>
        <w:t>v 1.294110 16.961126 -0.125649</w:t>
        <w:br/>
        <w:t>v 1.280437 16.955551 -0.264705</w:t>
        <w:br/>
        <w:t>v 1.245804 16.951054 -0.353511</w:t>
        <w:br/>
        <w:t>v 1.272841 16.989096 -0.387757</w:t>
        <w:br/>
        <w:t>v 1.293994 16.948675 -0.378118</w:t>
        <w:br/>
        <w:t>v 1.245804 16.951054 -0.353511</w:t>
        <w:br/>
        <w:t>v 1.247395 16.945999 -0.666335</w:t>
        <w:br/>
        <w:t>v 0.983602 17.331440 -0.714082</w:t>
        <w:br/>
        <w:t>v 1.251506 17.228205 -0.745250</w:t>
        <w:br/>
        <w:t>v 1.241942 17.224333 -0.797790</w:t>
        <w:br/>
        <w:t>v 1.371962 16.991005 0.075217</w:t>
        <w:br/>
        <w:t>v 1.315174 16.975727 0.038484</w:t>
        <w:br/>
        <w:t>v 1.283791 17.016584 0.098801</w:t>
        <w:br/>
        <w:t>v 1.154577 17.147038 0.243732</w:t>
        <w:br/>
        <w:t>v 1.353474 17.030844 0.165724</w:t>
        <w:br/>
        <w:t>v 1.209400 17.083961 0.168951</w:t>
        <w:br/>
        <w:t>v 1.340902 17.062561 0.218093</w:t>
        <w:br/>
        <w:t>v 1.143600 17.229599 0.294573</w:t>
        <w:br/>
        <w:t>v 1.326723 17.105862 0.239445</w:t>
        <w:br/>
        <w:t>v 1.317356 17.151052 0.243269</w:t>
        <w:br/>
        <w:t>v 1.306420 17.234728 0.243730</w:t>
        <w:br/>
        <w:t>v 1.317216 17.186327 0.239727</w:t>
        <w:br/>
        <w:t>v 1.142395 17.275927 0.277695</w:t>
        <w:br/>
        <w:t>v 1.297710 17.264412 0.248746</w:t>
        <w:br/>
        <w:t>v 1.140819 17.363062 0.298797</w:t>
        <w:br/>
        <w:t>v 1.280765 17.318352 0.263249</w:t>
        <w:br/>
        <w:t>v 1.264618 17.381413 0.287161</w:t>
        <w:br/>
        <w:t>v 1.143149 17.418667 0.336716</w:t>
        <w:br/>
        <w:t>v 1.261517 17.416563 0.327133</w:t>
        <w:br/>
        <w:t>v 1.270644 17.408415 0.363864</w:t>
        <w:br/>
        <w:t>v 1.261517 17.416563 0.327133</w:t>
        <w:br/>
        <w:t>v 1.143149 17.418667 0.336716</w:t>
        <w:br/>
        <w:t>v 1.288597 17.397144 0.405003</w:t>
        <w:br/>
        <w:t>v 1.155881 17.445505 0.383061</w:t>
        <w:br/>
        <w:t>v 1.314233 17.414230 0.433030</w:t>
        <w:br/>
        <w:t>v 1.355992 17.480583 0.436678</w:t>
        <w:br/>
        <w:t>v 1.155881 17.445505 0.383061</w:t>
        <w:br/>
        <w:t>v 1.175861 17.524805 0.378889</w:t>
        <w:br/>
        <w:t>v 1.399044 17.578833 0.412378</w:t>
        <w:br/>
        <w:t>v 1.188422 17.608219 0.371578</w:t>
        <w:br/>
        <w:t>v 1.426774 17.672132 0.380082</w:t>
        <w:br/>
        <w:t>v 1.202651 17.685709 0.341518</w:t>
        <w:br/>
        <w:t>v 1.447190 17.741278 0.333965</w:t>
        <w:br/>
        <w:t>v 1.217039 17.749588 0.305924</w:t>
        <w:br/>
        <w:t>v 1.456040 17.776161 0.294793</w:t>
        <w:br/>
        <w:t>v 1.225057 17.794783 0.261917</w:t>
        <w:br/>
        <w:t>v 1.447651 17.787640 0.259525</w:t>
        <w:br/>
        <w:t>v 1.216556 17.804361 0.212601</w:t>
        <w:br/>
        <w:t>v 1.431577 17.786125 0.225674</w:t>
        <w:br/>
        <w:t>v 1.420390 17.782946 0.189118</w:t>
        <w:br/>
        <w:t>v 1.423163 17.794649 0.145663</w:t>
        <w:br/>
        <w:t>v 1.212385 17.815081 0.168563</w:t>
        <w:br/>
        <w:t>v 1.441402 17.835909 0.102869</w:t>
        <w:br/>
        <w:t>v 1.219005 17.855968 0.151519</w:t>
        <w:br/>
        <w:t>v 1.465820 17.890825 0.083195</w:t>
        <w:br/>
        <w:t>v 1.230023 17.895914 0.133531</w:t>
        <w:br/>
        <w:t>v 1.493369 17.942047 0.091548</w:t>
        <w:br/>
        <w:t>v 1.248573 17.943972 0.137020</w:t>
        <w:br/>
        <w:t>v 1.519712 17.977825 0.125718</w:t>
        <w:br/>
        <w:t>v 1.543207 18.009134 0.162720</w:t>
        <w:br/>
        <w:t>v 1.264247 17.982998 0.158820</w:t>
        <w:br/>
        <w:t>v 1.559875 18.058262 0.174150</w:t>
        <w:br/>
        <w:t>v 1.268338 18.029812 0.152161</w:t>
        <w:br/>
        <w:t>v 1.565900 18.114428 0.149889</w:t>
        <w:br/>
        <w:t>v 1.266392 18.076071 0.115359</w:t>
        <w:br/>
        <w:t>v 1.574572 18.163202 0.076098</w:t>
        <w:br/>
        <w:t>v 1.262353 18.114094 0.055768</w:t>
        <w:br/>
        <w:t>v 1.586079 18.183222 -0.015328</w:t>
        <w:br/>
        <w:t>v 1.253199 18.145992 -0.003302</w:t>
        <w:br/>
        <w:t>v 1.242808 18.139795 -0.067891</w:t>
        <w:br/>
        <w:t>v 1.589223 18.178488 -0.079043</w:t>
        <w:br/>
        <w:t>v 1.599509 18.150469 -0.108428</w:t>
        <w:br/>
        <w:t>v 1.232097 18.089430 -0.114616</w:t>
        <w:br/>
        <w:t>v 1.604611 18.108139 -0.128221</w:t>
        <w:br/>
        <w:t>v 1.600222 18.066216 -0.153216</w:t>
        <w:br/>
        <w:t>v 1.607446 18.033674 -0.213828</w:t>
        <w:br/>
        <w:t>v 1.278213 18.048033 -0.161943</w:t>
        <w:br/>
        <w:t>v 1.273783 18.042128 -0.218202</w:t>
        <w:br/>
        <w:t>v 1.583151 18.029812 -0.289918</w:t>
        <w:br/>
        <w:t>v 1.579823 18.059032 -0.344191</w:t>
        <w:br/>
        <w:t>v 1.264097 18.057795 -0.265666</w:t>
        <w:br/>
        <w:t>v 1.257468 18.085989 -0.281288</w:t>
        <w:br/>
        <w:t>v 1.576030 18.106071 -0.355081</w:t>
        <w:br/>
        <w:t>v 1.575752 18.147877 -0.365421</w:t>
        <w:br/>
        <w:t>v 1.245654 18.121407 -0.314142</w:t>
        <w:br/>
        <w:t>v 1.575187 18.174982 -0.393427</w:t>
        <w:br/>
        <w:t>v 1.572953 18.181767 -0.448857</w:t>
        <w:br/>
        <w:t>v 1.228827 18.125374 -0.378172</w:t>
        <w:br/>
        <w:t>v 1.206026 18.090239 -0.470860</w:t>
        <w:br/>
        <w:t>v 1.569775 18.171593 -0.522100</w:t>
        <w:br/>
        <w:t>v 1.560299 18.136730 -0.601044</w:t>
        <w:br/>
        <w:t>v 1.546713 18.069284 -0.682017</w:t>
        <w:br/>
        <w:t>v 1.187423 18.043583 -0.568010</w:t>
        <w:br/>
        <w:t>v 1.540058 17.996099 -0.736193</w:t>
        <w:br/>
        <w:t>v 1.198155 17.972778 -0.623301</w:t>
        <w:br/>
        <w:t>v 1.537450 17.947826 -0.744928</w:t>
        <w:br/>
        <w:t>v 1.535575 17.916462 -0.723140</w:t>
        <w:br/>
        <w:t>v 1.212442 17.907425 -0.622072</w:t>
        <w:br/>
        <w:t>v 1.531879 17.897800 -0.682120</w:t>
        <w:br/>
        <w:t>v 1.208669 17.861849 -0.600553</w:t>
        <w:br/>
        <w:t>v 1.526467 17.874317 -0.646343</w:t>
        <w:br/>
        <w:t>v 1.517933 17.840101 -0.631577</w:t>
        <w:br/>
        <w:t>v 1.207472 17.808214 -0.622405</w:t>
        <w:br/>
        <w:t>v 1.509105 17.801027 -0.645589</w:t>
        <w:br/>
        <w:t>v 1.507022 17.771778 -0.680803</w:t>
        <w:br/>
        <w:t>v 1.510014 17.758547 -0.721710</w:t>
        <w:br/>
        <w:t>v 1.215622 17.784389 -0.659608</w:t>
        <w:br/>
        <w:t>v 1.514691 17.759089 -0.761638</w:t>
        <w:br/>
        <w:t>v 1.222237 17.780224 -0.686258</w:t>
        <w:br/>
        <w:t>v 1.516834 17.757208 -0.800160</w:t>
        <w:br/>
        <w:t>v 1.227242 17.769978 -0.716098</w:t>
        <w:br/>
        <w:t>v 1.511380 17.728643 -0.849665</w:t>
        <w:br/>
        <w:t>v 1.225999 17.731792 -0.759299</w:t>
        <w:br/>
        <w:t>v 1.493835 17.661945 -0.906314</w:t>
        <w:br/>
        <w:t>v 1.210954 17.670504 -0.804271</w:t>
        <w:br/>
        <w:t>v 1.179238 17.600660 -0.833292</w:t>
        <w:br/>
        <w:t>v 1.451348 17.576738 -0.939552</w:t>
        <w:br/>
        <w:t>v 1.137228 17.529839 -0.834453</w:t>
        <w:br/>
        <w:t>v 1.392732 17.490322 -0.944159</w:t>
        <w:br/>
        <w:t>v 1.090547 17.475332 -0.823877</w:t>
        <w:br/>
        <w:t>v 1.345766 17.424223 -0.919546</w:t>
        <w:br/>
        <w:t>v 1.345766 17.424223 -0.919546</w:t>
        <w:br/>
        <w:t>v 1.090547 17.475332 -0.823877</w:t>
        <w:br/>
        <w:t>v 1.081568 17.452873 -0.773367</w:t>
        <w:br/>
        <w:t>v 1.339151 17.399443 -0.850381</w:t>
        <w:br/>
        <w:t>v 1.075553 17.434174 -0.721360</w:t>
        <w:br/>
        <w:t>v 1.333679 17.375130 -0.768635</w:t>
        <w:br/>
        <w:t>v 1.033276 17.395401 -0.702245</w:t>
        <w:br/>
        <w:t>v 1.305326 17.324137 -0.699720</w:t>
        <w:br/>
        <w:t>v 1.002298 17.355352 -0.723264</w:t>
        <w:br/>
        <w:t>v 1.267034 17.238152 -0.697576</w:t>
        <w:br/>
        <w:t>v 1.281922 17.270340 -0.679344</w:t>
        <w:br/>
        <w:t>v 1.033276 17.395401 -0.702245</w:t>
        <w:br/>
        <w:t>v 1.228888 17.199846 -0.849703</w:t>
        <w:br/>
        <w:t>v 0.952578 17.319700 -0.809451</w:t>
        <w:br/>
        <w:t>v 0.890563 17.215937 -0.848187</w:t>
        <w:br/>
        <w:t>v 1.189950 17.112293 -0.860341</w:t>
        <w:br/>
        <w:t>v 0.846780 17.134439 -0.837741</w:t>
        <w:br/>
        <w:t>v 1.131805 17.027267 -0.838648</w:t>
        <w:br/>
        <w:t>v 1.103750 17.218912 0.288708</w:t>
        <w:br/>
        <w:t>v 1.049822 17.292549 0.328542</w:t>
        <w:br/>
        <w:t>v 0.995514 17.374632 0.347232</w:t>
        <w:br/>
        <w:t>v 1.143149 17.418667 0.336716</w:t>
        <w:br/>
        <w:t>v 0.971016 17.504292 0.309091</w:t>
        <w:br/>
        <w:t>v 0.971016 17.504292 0.309091</w:t>
        <w:br/>
        <w:t>v 0.987792 17.617928 0.291959</w:t>
        <w:br/>
        <w:t>v 1.003422 17.743174 0.249996</w:t>
        <w:br/>
        <w:t>v 1.010509 17.818882 0.213739</w:t>
        <w:br/>
        <w:t>v 1.002038 17.857706 0.162752</w:t>
        <w:br/>
        <w:t>v 1.003736 17.889463 0.112762</w:t>
        <w:br/>
        <w:t>v 0.956325 17.953693 -0.023131</w:t>
        <w:br/>
        <w:t>v 0.920439 17.932898 -0.133836</w:t>
        <w:br/>
        <w:t>v 0.905026 17.947210 -0.207383</w:t>
        <w:br/>
        <w:t>v 0.909640 17.929016 -0.294104</w:t>
        <w:br/>
        <w:t>v 0.867080 17.889944 -0.414418</w:t>
        <w:br/>
        <w:t>v 0.817756 17.826954 -0.505935</w:t>
        <w:br/>
        <w:t>v 0.817756 17.826954 -0.505935</w:t>
        <w:br/>
        <w:t>v 0.775530 17.773949 -0.605260</w:t>
        <w:br/>
        <w:t>v 0.748500 17.718607 -0.662150</w:t>
        <w:br/>
        <w:t>v 0.705246 17.618761 -0.686333</w:t>
        <w:br/>
        <w:t>v 0.683075 17.555044 -0.733410</w:t>
        <w:br/>
        <w:t>v 0.678807 17.516029 -0.728988</w:t>
        <w:br/>
        <w:t>v 0.678807 17.516029 -0.728988</w:t>
        <w:br/>
        <w:t>v 0.680372 17.475840 -0.736458</w:t>
        <w:br/>
        <w:t>v 0.652658 17.366262 -0.775580</w:t>
        <w:br/>
        <w:t>v 0.622877 17.245140 -0.775882</w:t>
        <w:br/>
        <w:t>v 0.820534 17.049055 -0.760751</w:t>
        <w:br/>
        <w:t>v 1.099425 16.941458 -0.702380</w:t>
        <w:br/>
        <w:t>v 1.098171 16.966593 -0.786040</w:t>
        <w:br/>
        <w:t>v 1.249618 16.991179 -0.482178</w:t>
        <w:br/>
        <w:t>v 1.209696 16.933014 -0.486193</w:t>
        <w:br/>
        <w:t>v 1.273053 16.981554 -0.396809</w:t>
        <w:br/>
        <w:t>v 1.197434 16.954500 -0.723518</w:t>
        <w:br/>
        <w:t>v 1.234022 16.933519 -0.677419</w:t>
        <w:br/>
        <w:t>v 1.339625 16.948997 -0.261096</w:t>
        <w:br/>
        <w:t>v 1.315970 16.913105 -0.322202</w:t>
        <w:br/>
        <w:t>v 1.292459 16.934771 -0.256525</w:t>
        <w:br/>
        <w:t>v 1.318611 16.992840 -0.247507</w:t>
        <w:br/>
        <w:t>v 1.257372 16.955030 -0.513987</w:t>
        <w:br/>
        <w:t>v 1.255501 16.924490 -0.572360</w:t>
        <w:br/>
        <w:t>v 0.820534 17.049055 -0.760751</w:t>
        <w:br/>
        <w:t>v 0.797988 16.894089 -0.762667</w:t>
        <w:br/>
        <w:t>v 1.017403 16.747822 -0.699992</w:t>
        <w:br/>
        <w:t>v 1.099425 16.941458 -0.702380</w:t>
        <w:br/>
        <w:t>v 1.174698 16.750797 -0.525221</w:t>
        <w:br/>
        <w:t>v 1.179314 16.918634 -0.609941</w:t>
        <w:br/>
        <w:t>v 1.209696 16.933014 -0.486193</w:t>
        <w:br/>
        <w:t>v 1.247660 16.766771 -0.287472</w:t>
        <w:br/>
        <w:t>v 1.254657 16.931171 -0.360966</w:t>
        <w:br/>
        <w:t>v 1.305938 16.787422 -0.044973</w:t>
        <w:br/>
        <w:t>v 1.304528 16.939707 -0.124300</w:t>
        <w:br/>
        <w:t>v 1.292459 16.934771 -0.256525</w:t>
        <w:br/>
        <w:t>v 1.297296 16.803473 0.211961</w:t>
        <w:br/>
        <w:t>v 1.233474 16.978521 0.226089</w:t>
        <w:br/>
        <w:t>v 1.307702 16.964388 0.022048</w:t>
        <w:br/>
        <w:t>v 0.788694 16.490303 -0.730010</w:t>
        <w:br/>
        <w:t>v 0.989716 16.511345 -0.647583</w:t>
        <w:br/>
        <w:t>v 0.779839 16.741339 -0.764581</w:t>
        <w:br/>
        <w:t>v 0.796629 16.288263 -0.669093</w:t>
        <w:br/>
        <w:t>v 0.793510 16.086876 -0.598937</w:t>
        <w:br/>
        <w:t>v 0.962844 16.120234 -0.480846</w:t>
        <w:br/>
        <w:t>v 0.980163 16.312321 -0.567447</w:t>
        <w:br/>
        <w:t>v 1.084712 16.147469 -0.302260</w:t>
        <w:br/>
        <w:t>v 1.108562 16.339605 -0.381296</w:t>
        <w:br/>
        <w:t>v 1.285573 16.195267 0.134823</w:t>
        <w:br/>
        <w:t>v 1.305209 16.385460 0.056751</w:t>
        <w:br/>
        <w:t>v 1.240733 16.363171 -0.168128</w:t>
        <w:br/>
        <w:t>v 1.214558 16.174089 -0.086785</w:t>
        <w:br/>
        <w:t>v 1.183376 15.981308 -0.020012</w:t>
        <w:br/>
        <w:t>v 1.070544 15.953629 -0.227805</w:t>
        <w:br/>
        <w:t>v 1.010821 15.760610 -0.190443</w:t>
        <w:br/>
        <w:t>v 1.132672 15.778886 0.020055</w:t>
        <w:br/>
        <w:t>v 1.249659 16.002340 0.201175</w:t>
        <w:br/>
        <w:t>v 1.212523 15.790627 0.239189</w:t>
        <w:br/>
        <w:t>v 0.934977 15.929369 -0.408665</w:t>
        <w:br/>
        <w:t>v 0.870355 15.725570 -0.334638</w:t>
        <w:br/>
        <w:t>v 1.142675 16.533066 -0.464657</w:t>
        <w:br/>
        <w:t>v 0.772874 15.898691 -0.525089</w:t>
        <w:br/>
        <w:t>v 0.552736 15.883635 -0.567880</w:t>
        <w:br/>
        <w:t>v 0.542426 15.652118 -0.484606</w:t>
        <w:br/>
        <w:t>v 0.734076 15.710898 -0.420203</w:t>
        <w:br/>
        <w:t>v 0.573772 16.069159 -0.649826</w:t>
        <w:br/>
        <w:t>v 0.394821 16.058165 -0.640948</w:t>
        <w:br/>
        <w:t>v 0.379867 15.870596 -0.570907</w:t>
        <w:br/>
        <w:t>v 0.341592 15.331357 -0.395049</w:t>
        <w:br/>
        <w:t>v 0.519302 15.353875 -0.379805</w:t>
        <w:br/>
        <w:t>v 0.357032 15.635480 -0.490381</w:t>
        <w:br/>
        <w:t>v 0.709997 15.438969 -0.311244</w:t>
        <w:br/>
        <w:t>v 0.583670 16.262592 -0.714170</w:t>
        <w:br/>
        <w:t>v 0.556026 16.772421 -0.756949</w:t>
        <w:br/>
        <w:t>v 0.361269 16.670950 -0.744948</w:t>
        <w:br/>
        <w:t>v 0.379261 16.455214 -0.722534</w:t>
        <w:br/>
        <w:t>v 0.580318 16.474932 -0.747978</w:t>
        <w:br/>
        <w:t>v 0.399995 16.252216 -0.697578</w:t>
        <w:br/>
        <w:t>v -0.000056 15.876623 1.494482</w:t>
        <w:br/>
        <w:t>v 0.110639 15.909508 1.518678</w:t>
        <w:br/>
        <w:t>v 0.227299 15.694667 1.505969</w:t>
        <w:br/>
        <w:t>v -0.000129 15.685555 1.506375</w:t>
        <w:br/>
        <w:t>v 0.215842 15.397207 1.442604</w:t>
        <w:br/>
        <w:t>v -0.000130 15.391363 1.467350</w:t>
        <w:br/>
        <w:t>v 0.058500 16.039980 1.492279</w:t>
        <w:br/>
        <w:t>v -0.000000 15.989904 1.476600</w:t>
        <w:br/>
        <w:t>v 0.220243 15.115642 1.396659</w:t>
        <w:br/>
        <w:t>v -0.000194 15.110035 1.425930</w:t>
        <w:br/>
        <w:t>v 0.226229 14.843801 1.377025</w:t>
        <w:br/>
        <w:t>v -0.000369 14.840032 1.412019</w:t>
        <w:br/>
        <w:t>v 0.499182 15.406838 1.354299</w:t>
        <w:br/>
        <w:t>v 0.516724 15.645569 1.407826</w:t>
        <w:br/>
        <w:t>v 1.296520 16.181339 0.762538</w:t>
        <w:br/>
        <w:t>v 1.316728 16.383410 0.698223</w:t>
        <w:br/>
        <w:t>v 1.304059 16.396770 0.514767</w:t>
        <w:br/>
        <w:t>v 1.284667 16.192352 0.580313</w:t>
        <w:br/>
        <w:t>v 1.216289 16.761921 0.602132</w:t>
        <w:br/>
        <w:t>v 1.282226 16.580372 0.636380</w:t>
        <w:br/>
        <w:t>v 1.292801 16.583771 0.815880</w:t>
        <w:br/>
        <w:t>v 1.202381 16.756876 0.773242</w:t>
        <w:br/>
        <w:t>v 1.268774 16.586237 0.998623</w:t>
        <w:br/>
        <w:t>v 1.182822 16.740763 0.952106</w:t>
        <w:br/>
        <w:t>v 1.233388 16.579193 1.157452</w:t>
        <w:br/>
        <w:t>v 1.170641 16.721766 1.129523</w:t>
        <w:br/>
        <w:t>v 1.273890 16.437784 1.200592</w:t>
        <w:br/>
        <w:t>v 1.264090 16.317303 1.278244</w:t>
        <w:br/>
        <w:t>v 1.200547 16.402792 1.368060</w:t>
        <w:br/>
        <w:t>v 1.232494 16.462702 1.287674</w:t>
        <w:br/>
        <w:t>v 1.307894 16.405689 1.059696</w:t>
        <w:br/>
        <w:t>v 1.292683 16.247225 1.140127</w:t>
        <w:br/>
        <w:t>v 1.111176 16.880112 0.922069</w:t>
        <w:br/>
        <w:t>v 1.119178 16.896858 0.748734</w:t>
        <w:br/>
        <w:t>v 1.100990 16.843847 1.108072</w:t>
        <w:br/>
        <w:t>v 1.130872 16.679939 1.284003</w:t>
        <w:br/>
        <w:t>v 1.056710 16.795523 1.273290</w:t>
        <w:br/>
        <w:t>v 1.237603 16.779499 0.427748</w:t>
        <w:br/>
        <w:t>v 1.174729 16.963604 0.427917</w:t>
        <w:br/>
        <w:t>v 1.140263 16.923183 0.590282</w:t>
        <w:br/>
        <w:t>v 1.281410 16.591499 0.460865</w:t>
        <w:br/>
        <w:t>v 1.316936 16.601723 0.232591</w:t>
        <w:br/>
        <w:t>v 1.324874 16.396532 0.873996</w:t>
        <w:br/>
        <w:t>v 1.311517 16.207018 0.960033</w:t>
        <w:br/>
        <w:t>v 1.235358 16.100510 1.237941</w:t>
        <w:br/>
        <w:t>v 1.250727 16.053673 1.068803</w:t>
        <w:br/>
        <w:t>v 1.135340 15.910022 1.180088</w:t>
        <w:br/>
        <w:t>v 1.126996 15.979966 1.338491</w:t>
        <w:br/>
        <w:t>v 0.791215 15.767363 1.443824</w:t>
        <w:br/>
        <w:t>v 0.597910 15.797055 1.559534</w:t>
        <w:br/>
        <w:t>v 0.634915 15.890961 1.644414</w:t>
        <w:br/>
        <w:t>v 0.799612 15.850644 1.562320</w:t>
        <w:br/>
        <w:t>v 1.085844 16.100395 1.509599</w:t>
        <w:br/>
        <w:t>v 1.190795 16.193369 1.402408</w:t>
        <w:br/>
        <w:t>v 0.785754 15.718972 1.329398</w:t>
        <w:br/>
        <w:t>v 0.554545 15.735044 1.467536</w:t>
        <w:br/>
        <w:t>v 1.225460 15.979954 0.870366</w:t>
        <w:br/>
        <w:t>v 1.136681 15.873309 1.001298</w:t>
        <w:br/>
        <w:t>v 1.195883 15.951672 0.672318</w:t>
        <w:br/>
        <w:t>v 0.760299 15.413500 1.179472</w:t>
        <w:br/>
        <w:t>v 0.782910 15.640954 1.238217</w:t>
        <w:br/>
        <w:t>v 0.988135 15.714257 0.984369</w:t>
        <w:br/>
        <w:t>v 0.953241 15.443297 0.942408</w:t>
        <w:br/>
        <w:t>v 1.114114 15.771424 0.703320</w:t>
        <w:br/>
        <w:t>v 1.060011 15.460193 0.712768</w:t>
        <w:br/>
        <w:t>v 1.121659 15.832459 0.779117</w:t>
        <w:br/>
        <w:t>v 1.311049 16.406820 0.289863</w:t>
        <w:br/>
        <w:t>v 1.283558 16.211792 0.361724</w:t>
        <w:br/>
        <w:t>v 1.232044 16.013201 0.423413</w:t>
        <w:br/>
        <w:t>v 1.174551 15.787788 0.462354</w:t>
        <w:br/>
        <w:t>v 1.124364 15.475646 0.494291</w:t>
        <w:br/>
        <w:t>v 1.061159 15.496997 0.052947</w:t>
        <w:br/>
        <w:t>v 0.979033 15.163451 0.105436</w:t>
        <w:br/>
        <w:t>v 1.067383 15.168392 0.306429</w:t>
        <w:br/>
        <w:t>v 1.160639 15.492635 0.270460</w:t>
        <w:br/>
        <w:t>v 0.924332 15.504377 -0.161759</w:t>
        <w:br/>
        <w:t>v 0.838083 15.150520 -0.077976</w:t>
        <w:br/>
        <w:t>v 1.043330 15.162631 0.511120</w:t>
        <w:br/>
        <w:t>v 0.732466 15.151855 1.137345</w:t>
        <w:br/>
        <w:t>v 0.903814 15.159883 0.915167</w:t>
        <w:br/>
        <w:t>v 0.990308 15.160340 0.709751</w:t>
        <w:br/>
        <w:t>v 0.982604 14.860888 0.710940</w:t>
        <w:br/>
        <w:t>v 1.030553 14.856054 0.519309</w:t>
        <w:br/>
        <w:t>v 0.659785 15.127645 -0.220921</w:t>
        <w:br/>
        <w:t>v 0.636487 14.818160 -0.169861</w:t>
        <w:br/>
        <w:t>v 0.800368 14.841496 -0.033660</w:t>
        <w:br/>
        <w:t>v 0.637494 14.577789 -0.147973</w:t>
        <w:br/>
        <w:t>v 0.826181 14.594355 -0.014247</w:t>
        <w:br/>
        <w:t>v 1.067102 16.629704 1.414090</w:t>
        <w:br/>
        <w:t>v 0.995167 16.744125 1.397133</w:t>
        <w:br/>
        <w:t>v 0.968174 16.580099 1.534007</w:t>
        <w:br/>
        <w:t>v 0.874875 16.691906 1.517795</w:t>
        <w:br/>
        <w:t>v 0.855871 16.529726 1.628071</w:t>
        <w:br/>
        <w:t>v 0.762367 16.637854 1.603470</w:t>
        <w:br/>
        <w:t>v 0.647989 16.568443 1.667320</w:t>
        <w:br/>
        <w:t>v 0.726083 16.456434 1.714462</w:t>
        <w:br/>
        <w:t>v 0.590492 16.375122 1.758379</w:t>
        <w:br/>
        <w:t>v 0.518301 16.481869 1.712468</w:t>
        <w:br/>
        <w:t>v 0.813067 16.336620 1.727349</w:t>
        <w:br/>
        <w:t>v 0.670656 16.244913 1.758308</w:t>
        <w:br/>
        <w:t>v 1.049047 16.458088 1.537145</w:t>
        <w:br/>
        <w:t>v 0.949547 16.408058 1.644583</w:t>
        <w:br/>
        <w:t>v 1.138551 16.508505 1.408689</w:t>
        <w:br/>
        <w:t>v 1.197274 16.550447 1.289732</w:t>
        <w:br/>
        <w:t>v 0.200752 16.049444 -0.606095</w:t>
        <w:br/>
        <w:t>v 0.206292 16.243982 -0.667357</w:t>
        <w:br/>
        <w:t>v 0.000083 16.240467 -0.654351</w:t>
        <w:br/>
        <w:t>v 0.000071 16.045925 -0.590104</w:t>
        <w:br/>
        <w:t>v 0.206024 16.428085 -0.695924</w:t>
        <w:br/>
        <w:t>v 0.207876 16.527504 -0.715850</w:t>
        <w:br/>
        <w:t>v 0.000083 16.433125 -0.700495</w:t>
        <w:br/>
        <w:t>v 0.196620 15.974568 1.563244</w:t>
        <w:br/>
        <w:t>v 0.359359 15.807730 1.555366</w:t>
        <w:br/>
        <w:t>v 0.272775 16.059237 1.630491</w:t>
        <w:br/>
        <w:t>v 0.421110 15.890033 1.636825</w:t>
        <w:br/>
        <w:t>v 0.357233 16.165962 1.704111</w:t>
        <w:br/>
        <w:t>v 0.484831 16.011271 1.702345</w:t>
        <w:br/>
        <w:t>v 0.559028 16.146746 1.751500</w:t>
        <w:br/>
        <w:t>v 0.463149 16.274635 1.754939</w:t>
        <w:br/>
        <w:t>v 1.317652 16.575539 -0.007824</w:t>
        <w:br/>
        <w:t>v 1.242341 16.554321 -0.241654</w:t>
        <w:br/>
        <w:t>v 0.502544 15.136247 1.316116</w:t>
        <w:br/>
        <w:t>v 0.715865 14.860082 1.134535</w:t>
        <w:br/>
        <w:t>v 0.490045 14.855282 1.292643</w:t>
        <w:br/>
        <w:t>v 0.485812 14.607719 1.296988</w:t>
        <w:br/>
        <w:t>v 0.225889 14.608312 1.385480</w:t>
        <w:br/>
        <w:t>v 0.713551 14.613810 1.145822</w:t>
        <w:br/>
        <w:t>v 0.179033 15.619360 -0.455254</w:t>
        <w:br/>
        <w:t>v 0.000037 15.614008 -0.427375</w:t>
        <w:br/>
        <w:t>v 0.000023 15.311967 -0.335289</w:t>
        <w:br/>
        <w:t>v 0.170681 15.315797 -0.363569</w:t>
        <w:br/>
        <w:t>v 0.191661 15.857506 -0.539338</w:t>
        <w:br/>
        <w:t>v 0.000052 15.851398 -0.519590</w:t>
        <w:br/>
        <w:t>v 0.323809 15.035547 -0.308280</w:t>
        <w:br/>
        <w:t>v 0.484034 15.061170 -0.279309</w:t>
        <w:br/>
        <w:t>v 0.164942 15.020988 -0.286679</w:t>
        <w:br/>
        <w:t>v 0.319956 14.753197 -0.263305</w:t>
        <w:br/>
        <w:t>v 0.475194 14.777773 -0.224229</w:t>
        <w:br/>
        <w:t>v 0.922978 14.850211 0.143286</w:t>
        <w:br/>
        <w:t>v 1.018799 14.854028 0.327930</w:t>
        <w:br/>
        <w:t>v 0.934190 14.602991 0.154629</w:t>
        <w:br/>
        <w:t>v 1.014072 14.609857 0.340806</w:t>
        <w:br/>
        <w:t>v 1.036028 14.609602 0.536348</w:t>
        <w:br/>
        <w:t>v 0.883102 14.616088 0.932620</w:t>
        <w:br/>
        <w:t>v 0.886068 14.865555 0.910887</w:t>
        <w:br/>
        <w:t>v 0.992763 14.611004 0.731901</w:t>
        <w:br/>
        <w:t>v -0.000670 14.608320 1.414592</w:t>
        <w:br/>
        <w:t>v -0.000602 14.512796 -0.233561</w:t>
        <w:br/>
        <w:t>v 0.155575 14.517525 -0.240342</w:t>
        <w:br/>
        <w:t>v 0.160229 14.738550 -0.254734</w:t>
        <w:br/>
        <w:t>v -0.000313 14.733957 -0.234185</w:t>
        <w:br/>
        <w:t>v 0.316584 14.531219 -0.233317</w:t>
        <w:br/>
        <w:t>v 0.476275 14.554647 -0.204860</w:t>
        <w:br/>
        <w:t>v -0.000083 15.017382 -0.258740</w:t>
        <w:br/>
        <w:t>v 0.886615 16.188366 1.680022</w:t>
        <w:br/>
        <w:t>v 0.946997 16.026083 1.588156</w:t>
        <w:br/>
        <w:t>v 0.795376 15.961590 1.649395</w:t>
        <w:br/>
        <w:t>v 0.751835 16.115732 1.708285</w:t>
        <w:br/>
        <w:t>v 0.988197 15.810862 1.301093</w:t>
        <w:br/>
        <w:t>v 0.979182 15.878166 1.445766</w:t>
        <w:br/>
        <w:t>v 0.986662 15.780478 1.165238</w:t>
        <w:br/>
        <w:t>v 0.673492 16.025396 1.706403</w:t>
        <w:br/>
        <w:t>v 1.024334 16.263411 1.607921</w:t>
        <w:br/>
        <w:t>v 1.122769 16.334110 1.506750</w:t>
        <w:br/>
        <w:t>v 0.578379 16.964836 -0.769297</w:t>
        <w:br/>
        <w:t>v 0.114689 16.114225 1.531979</w:t>
        <w:br/>
        <w:t>v 0.193217 16.196070 1.593755</w:t>
        <w:br/>
        <w:t>v 0.285370 16.297928 1.662145</w:t>
        <w:br/>
        <w:t>v 0.395325 16.395973 1.704999</w:t>
        <w:br/>
        <w:t>v 1.337132 16.985912 -0.179963</w:t>
        <w:br/>
        <w:t>v 1.304528 16.939707 -0.124300</w:t>
        <w:br/>
        <w:t>v 1.358316 16.930004 -0.145962</w:t>
        <w:br/>
        <w:t>v 1.366763 16.918545 -0.089678</w:t>
        <w:br/>
        <w:t>v 1.307702 16.964388 0.022048</w:t>
        <w:br/>
        <w:t>v 1.318611 16.992840 -0.247507</w:t>
        <w:br/>
        <w:t>v 1.292459 16.934771 -0.256525</w:t>
        <w:br/>
        <w:t>v 1.337132 16.985912 -0.179963</w:t>
        <w:br/>
        <w:t>v 1.273053 16.981554 -0.396809</w:t>
        <w:br/>
        <w:t>v 1.254657 16.931171 -0.360966</w:t>
        <w:br/>
        <w:t>v 1.295167 16.943148 -0.388344</w:t>
        <w:br/>
        <w:t>v 1.254657 16.931171 -0.360966</w:t>
        <w:br/>
        <w:t>v 1.209696 16.933014 -0.486193</w:t>
        <w:br/>
        <w:t>v 1.179314 16.918634 -0.609941</w:t>
        <w:br/>
        <w:t>v 1.267034 17.238152 -0.697576</w:t>
        <w:br/>
        <w:t>v 1.002298 17.355352 -0.723264</w:t>
        <w:br/>
        <w:t>v 1.257830 17.245020 -0.748664</w:t>
        <w:br/>
        <w:t>v 1.246579 17.239237 -0.807056</w:t>
        <w:br/>
        <w:t>v 1.360699 16.967129 -0.031997</w:t>
        <w:br/>
        <w:t>v 1.365382 16.956949 -0.022618</w:t>
        <w:br/>
        <w:t>v 1.371962 16.991005 0.075217</w:t>
        <w:br/>
        <w:t>v 1.366907 17.004444 0.064181</w:t>
        <w:br/>
        <w:t>v 1.353474 17.030844 0.165724</w:t>
        <w:br/>
        <w:t>v 1.350191 17.044353 0.151759</w:t>
        <w:br/>
        <w:t>v 1.340902 17.062561 0.218093</w:t>
        <w:br/>
        <w:t>v 1.343219 17.073727 0.191231</w:t>
        <w:br/>
        <w:t>v 1.326723 17.105862 0.239445</w:t>
        <w:br/>
        <w:t>v 1.331134 17.102825 0.209329</w:t>
        <w:br/>
        <w:t>v 1.317356 17.151052 0.243269</w:t>
        <w:br/>
        <w:t>v 1.322984 17.129103 0.215580</w:t>
        <w:br/>
        <w:t>v 1.316778 17.170258 0.214765</w:t>
        <w:br/>
        <w:t>v 1.317216 17.186327 0.239727</w:t>
        <w:br/>
        <w:t>v 1.306420 17.234728 0.243730</w:t>
        <w:br/>
        <w:t>v 1.301621 17.227743 0.213550</w:t>
        <w:br/>
        <w:t>v 1.297710 17.264412 0.248746</w:t>
        <w:br/>
        <w:t>v 1.293427 17.266605 0.220623</w:t>
        <w:br/>
        <w:t>v 1.280765 17.318352 0.263249</w:t>
        <w:br/>
        <w:t>v 1.277639 17.326925 0.236776</w:t>
        <w:br/>
        <w:t>v 1.262110 17.395580 0.265077</w:t>
        <w:br/>
        <w:t>v 1.264618 17.381413 0.287161</w:t>
        <w:br/>
        <w:t>v 1.261517 17.416563 0.327133</w:t>
        <w:br/>
        <w:t>v 1.260208 17.436029 0.314217</w:t>
        <w:br/>
        <w:t>v 1.270644 17.408415 0.363864</w:t>
        <w:br/>
        <w:t>v 1.270696 17.429707 0.356251</w:t>
        <w:br/>
        <w:t>v 1.288597 17.397144 0.405003</w:t>
        <w:br/>
        <w:t>v 1.290889 17.415941 0.393903</w:t>
        <w:br/>
        <w:t>v 1.314233 17.414230 0.433030</w:t>
        <w:br/>
        <w:t>v 1.319073 17.424278 0.416459</w:t>
        <w:br/>
        <w:t>v 1.360083 17.480370 0.417641</w:t>
        <w:br/>
        <w:t>v 1.319073 17.424278 0.416459</w:t>
        <w:br/>
        <w:t>v 1.355992 17.480583 0.436678</w:t>
        <w:br/>
        <w:t>v 1.400488 17.572083 0.394730</w:t>
        <w:br/>
        <w:t>v 1.399044 17.578833 0.412378</w:t>
        <w:br/>
        <w:t>v 1.426774 17.672132 0.380082</w:t>
        <w:br/>
        <w:t>v 1.425332 17.661917 0.363156</w:t>
        <w:br/>
        <w:t>v 1.447190 17.741278 0.333965</w:t>
        <w:br/>
        <w:t>v 1.444940 17.728621 0.319362</w:t>
        <w:br/>
        <w:t>v 1.456040 17.776161 0.294793</w:t>
        <w:br/>
        <w:t>v 1.453051 17.760393 0.284913</w:t>
        <w:br/>
        <w:t>v 1.443701 17.769300 0.256390</w:t>
        <w:br/>
        <w:t>v 1.447651 17.787640 0.259525</w:t>
        <w:br/>
        <w:t>v 1.426883 17.766960 0.226409</w:t>
        <w:br/>
        <w:t>v 1.431577 17.786125 0.225674</w:t>
        <w:br/>
        <w:t>v 1.415682 17.764185 0.187121</w:t>
        <w:br/>
        <w:t>v 1.420390 17.782946 0.189118</w:t>
        <w:br/>
        <w:t>v 1.419753 17.778677 0.135729</w:t>
        <w:br/>
        <w:t>v 1.423163 17.794649 0.145663</w:t>
        <w:br/>
        <w:t>v 1.439001 17.826092 0.086156</w:t>
        <w:br/>
        <w:t>v 1.441402 17.835909 0.102869</w:t>
        <w:br/>
        <w:t>v 1.465820 17.890825 0.083195</w:t>
        <w:br/>
        <w:t>v 1.463560 17.888264 0.064101</w:t>
        <w:br/>
        <w:t>v 1.493369 17.942047 0.091548</w:t>
        <w:br/>
        <w:t>v 1.491517 17.948051 0.074514</w:t>
        <w:br/>
        <w:t>v 1.519712 17.977825 0.125718</w:t>
        <w:br/>
        <w:t>v 1.517165 17.988976 0.111457</w:t>
        <w:br/>
        <w:t>v 1.543207 18.009134 0.162720</w:t>
        <w:br/>
        <w:t>v 1.541688 18.014996 0.146557</w:t>
        <w:br/>
        <w:t>v 1.559875 18.058262 0.174150</w:t>
        <w:br/>
        <w:t>v 1.560840 18.053108 0.156660</w:t>
        <w:br/>
        <w:t>v 1.565900 18.114428 0.149889</w:t>
        <w:br/>
        <w:t>v 1.569473 18.100210 0.135941</w:t>
        <w:br/>
        <w:t>v 1.578854 18.143452 0.067511</w:t>
        <w:br/>
        <w:t>v 1.574572 18.163202 0.076098</w:t>
        <w:br/>
        <w:t>v 1.589341 18.161674 -0.018461</w:t>
        <w:br/>
        <w:t>v 1.586079 18.183222 -0.015328</w:t>
        <w:br/>
        <w:t>v 1.589922 18.158798 -0.073454</w:t>
        <w:br/>
        <w:t>v 1.589223 18.178488 -0.079043</w:t>
        <w:br/>
        <w:t>v 1.593263 18.134659 -0.095218</w:t>
        <w:br/>
        <w:t>v 1.599509 18.150469 -0.108428</w:t>
        <w:br/>
        <w:t>v 1.596470 18.093460 -0.112548</w:t>
        <w:br/>
        <w:t>v 1.604611 18.108139 -0.128221</w:t>
        <w:br/>
        <w:t>v 1.597325 18.048239 -0.139324</w:t>
        <w:br/>
        <w:t>v 1.600222 18.066216 -0.153216</w:t>
        <w:br/>
        <w:t>v 1.608977 18.011160 -0.209693</w:t>
        <w:br/>
        <w:t>v 1.607446 18.033674 -0.213828</w:t>
        <w:br/>
        <w:t>v 1.587278 18.007511 -0.294436</w:t>
        <w:br/>
        <w:t>v 1.583151 18.029812 -0.289918</w:t>
        <w:br/>
        <w:t>v 1.579823 18.059032 -0.344191</w:t>
        <w:br/>
        <w:t>v 1.580069 18.043631 -0.357505</w:t>
        <w:br/>
        <w:t>v 1.576030 18.106071 -0.355081</w:t>
        <w:br/>
        <w:t>v 1.573590 18.095430 -0.372671</w:t>
        <w:br/>
        <w:t>v 1.575752 18.147877 -0.365421</w:t>
        <w:br/>
        <w:t>v 1.574603 18.133341 -0.380577</w:t>
        <w:br/>
        <w:t>v 1.575187 18.174982 -0.393427</w:t>
        <w:br/>
        <w:t>v 1.576413 18.155716 -0.401227</w:t>
        <w:br/>
        <w:t>v 1.577284 18.160828 -0.449192</w:t>
        <w:br/>
        <w:t>v 1.572953 18.181767 -0.448857</w:t>
        <w:br/>
        <w:t>v 1.575435 18.150780 -0.518332</w:t>
        <w:br/>
        <w:t>v 1.569775 18.171593 -0.522100</w:t>
        <w:br/>
        <w:t>v 1.566938 18.115730 -0.594902</w:t>
        <w:br/>
        <w:t>v 1.560299 18.136730 -0.601044</w:t>
        <w:br/>
        <w:t>v 1.554094 18.050188 -0.672160</w:t>
        <w:br/>
        <w:t>v 1.546713 18.069284 -0.682017</w:t>
        <w:br/>
        <w:t>v 1.546618 17.983124 -0.720333</w:t>
        <w:br/>
        <w:t>v 1.540058 17.996099 -0.736193</w:t>
        <w:br/>
        <w:t>v 1.541549 17.942644 -0.725682</w:t>
        <w:br/>
        <w:t>v 1.537450 17.947826 -0.744928</w:t>
        <w:br/>
        <w:t>v 1.536681 17.919518 -0.704750</w:t>
        <w:br/>
        <w:t>v 1.535575 17.916462 -0.723140</w:t>
        <w:br/>
        <w:t>v 1.531904 17.904440 -0.664308</w:t>
        <w:br/>
        <w:t>v 1.531879 17.897800 -0.682120</w:t>
        <w:br/>
        <w:t>v 1.527713 17.876427 -0.626914</w:t>
        <w:br/>
        <w:t>v 1.526467 17.874317 -0.646343</w:t>
        <w:br/>
        <w:t>v 1.520401 17.833435 -0.613418</w:t>
        <w:br/>
        <w:t>v 1.517933 17.840101 -0.631577</w:t>
        <w:br/>
        <w:t>v 1.511829 17.785666 -0.632647</w:t>
        <w:br/>
        <w:t>v 1.509105 17.801027 -0.645589</w:t>
        <w:br/>
        <w:t>v 1.508938 17.751442 -0.673997</w:t>
        <w:br/>
        <w:t>v 1.507022 17.771778 -0.680803</w:t>
        <w:br/>
        <w:t>v 1.511594 17.736530 -0.720619</w:t>
        <w:br/>
        <w:t>v 1.510014 17.758547 -0.721710</w:t>
        <w:br/>
        <w:t>v 1.514691 17.759089 -0.761638</w:t>
        <w:br/>
        <w:t>v 1.516050 17.737177 -0.762747</w:t>
        <w:br/>
        <w:t>v 1.516834 17.757208 -0.800160</w:t>
        <w:br/>
        <w:t>v 1.518652 17.737089 -0.796822</w:t>
        <w:br/>
        <w:t>v 1.513846 17.712540 -0.839341</w:t>
        <w:br/>
        <w:t>v 1.511380 17.728643 -0.849665</w:t>
        <w:br/>
        <w:t>v 1.496239 17.650602 -0.891119</w:t>
        <w:br/>
        <w:t>v 1.493835 17.661945 -0.906314</w:t>
        <w:br/>
        <w:t>v 1.454823 17.569899 -0.921832</w:t>
        <w:br/>
        <w:t>v 1.451348 17.576738 -0.939552</w:t>
        <w:br/>
        <w:t>v 1.398296 17.489407 -0.926611</w:t>
        <w:br/>
        <w:t>v 1.392732 17.490322 -0.944159</w:t>
        <w:br/>
        <w:t>v 1.345766 17.424223 -0.919546</w:t>
        <w:br/>
        <w:t>v 1.352561 17.433853 -0.907734</w:t>
        <w:br/>
        <w:t>v 1.346846 17.416595 -0.844440</w:t>
        <w:br/>
        <w:t>v 1.339151 17.399443 -0.850381</w:t>
        <w:br/>
        <w:t>v 1.340681 17.390831 -0.760183</w:t>
        <w:br/>
        <w:t>v 1.333679 17.375130 -0.768635</w:t>
        <w:br/>
        <w:t>v 1.307287 17.331034 -0.684902</w:t>
        <w:br/>
        <w:t>v 1.305326 17.324137 -0.699720</w:t>
        <w:br/>
        <w:t>v 1.261200 17.224783 -0.690370</w:t>
        <w:br/>
        <w:t>v 1.278501 17.265629 -0.664118</w:t>
        <w:br/>
        <w:t>v 1.281922 17.270340 -0.679344</w:t>
        <w:br/>
        <w:t>v 1.267034 17.238152 -0.697576</w:t>
        <w:br/>
        <w:t>v 1.192286 17.111877 -0.841879</w:t>
        <w:br/>
        <w:t>v 1.227359 17.191292 -0.833883</w:t>
        <w:br/>
        <w:t>v 1.228888 17.199846 -0.849703</w:t>
        <w:br/>
        <w:t>v 1.189950 17.112293 -0.860341</w:t>
        <w:br/>
        <w:t>v 1.131805 17.027267 -0.838648</w:t>
        <w:br/>
        <w:t>v 1.136650 17.034754 -0.822737</w:t>
        <w:br/>
        <w:t>v 1.273053 16.981554 -0.396809</w:t>
        <w:br/>
        <w:t>v 1.272841 16.989096 -0.387757</w:t>
        <w:br/>
        <w:t>v 1.247007 17.000299 -0.490284</w:t>
        <w:br/>
        <w:t>v 1.249618 16.991179 -0.482178</w:t>
        <w:br/>
        <w:t>v 1.339625 16.948997 -0.261096</w:t>
        <w:br/>
        <w:t>v 1.332177 16.955730 -0.269829</w:t>
        <w:br/>
        <w:t>v 1.313623 16.930412 -0.322701</w:t>
        <w:br/>
        <w:t>v 1.315970 16.913105 -0.322202</w:t>
        <w:br/>
        <w:t>v 1.315172 17.003387 -0.255986</w:t>
        <w:br/>
        <w:t>v 1.318611 16.992840 -0.247507</w:t>
        <w:br/>
        <w:t>v 1.258803 16.962038 -0.522197</w:t>
        <w:br/>
        <w:t>v 1.255981 16.942039 -0.573987</w:t>
        <w:br/>
        <w:t>v 1.255501 16.924490 -0.572360</w:t>
        <w:br/>
        <w:t>v 1.257372 16.955030 -0.513987</w:t>
        <w:br/>
        <w:t>v 1.098171 16.966593 -0.786040</w:t>
        <w:br/>
        <w:t>v 1.105235 16.981745 -0.777152</w:t>
        <w:br/>
        <w:t>v -0.000007 15.989729 1.462846</w:t>
        <w:br/>
        <w:t>v 0.063273 16.038294 1.470147</w:t>
        <w:br/>
        <w:t>v 0.058500 16.039980 1.492279</w:t>
        <w:br/>
        <w:t>v -0.000000 15.989904 1.476600</w:t>
        <w:br/>
        <w:t>v 1.111176 16.880112 0.922069</w:t>
        <w:br/>
        <w:t>v 1.089923 16.868164 0.919061</w:t>
        <w:br/>
        <w:t>v 1.097119 16.889629 0.747773</w:t>
        <w:br/>
        <w:t>v 1.119178 16.896858 0.748734</w:t>
        <w:br/>
        <w:t>v 1.100990 16.843847 1.108072</w:t>
        <w:br/>
        <w:t>v 1.075832 16.826792 1.101066</w:t>
        <w:br/>
        <w:t>v 1.035218 16.779953 1.263032</w:t>
        <w:br/>
        <w:t>v 1.056710 16.795523 1.273290</w:t>
        <w:br/>
        <w:t>v 1.148963 16.960104 0.426613</w:t>
        <w:br/>
        <w:t>v 1.215481 16.972569 0.223222</w:t>
        <w:br/>
        <w:t>v 1.233474 16.978521 0.226089</w:t>
        <w:br/>
        <w:t>v 1.174729 16.963604 0.427917</w:t>
        <w:br/>
        <w:t>v 1.118255 16.916378 0.590050</w:t>
        <w:br/>
        <w:t>v 1.140263 16.923183 0.590282</w:t>
        <w:br/>
        <w:t>v 0.976812 16.729717 1.382852</w:t>
        <w:br/>
        <w:t>v 0.995167 16.744125 1.397133</w:t>
        <w:br/>
        <w:t>v 0.858226 16.680416 1.498263</w:t>
        <w:br/>
        <w:t>v 0.874875 16.691906 1.517795</w:t>
        <w:br/>
        <w:t>v 0.753254 16.630905 1.584087</w:t>
        <w:br/>
        <w:t>v 0.762367 16.637854 1.603470</w:t>
        <w:br/>
        <w:t>v 0.518301 16.481869 1.712468</w:t>
        <w:br/>
        <w:t>v 0.514435 16.482277 1.679131</w:t>
        <w:br/>
        <w:t>v 0.640450 16.567034 1.641097</w:t>
        <w:br/>
        <w:t>v 0.647989 16.568443 1.667320</w:t>
        <w:br/>
        <w:t>v 0.200840 16.544436 -0.689742</w:t>
        <w:br/>
        <w:t>v 0.000083 16.452927 -0.676462</w:t>
        <w:br/>
        <w:t>v 0.000083 16.433125 -0.700495</w:t>
        <w:br/>
        <w:t>v 0.207876 16.527504 -0.715850</w:t>
        <w:br/>
        <w:t>v 0.207876 16.527504 -0.715850</w:t>
        <w:br/>
        <w:t>v 0.361269 16.670950 -0.744948</w:t>
        <w:br/>
        <w:t>v 0.347766 16.681208 -0.730408</w:t>
        <w:br/>
        <w:t>v 0.125004 16.120146 1.501514</w:t>
        <w:br/>
        <w:t>v 0.114689 16.114225 1.531979</w:t>
        <w:br/>
        <w:t>v 0.205192 16.201715 1.564184</w:t>
        <w:br/>
        <w:t>v 0.193217 16.196070 1.593755</w:t>
        <w:br/>
        <w:t>v 0.295306 16.299982 1.633088</w:t>
        <w:br/>
        <w:t>v 0.285370 16.297928 1.662145</w:t>
        <w:br/>
        <w:t>v 0.400828 16.396780 1.674228</w:t>
        <w:br/>
        <w:t>v 0.395325 16.395973 1.704999</w:t>
        <w:br/>
        <w:t>v 1.203810 16.975737 -0.718454</w:t>
        <w:br/>
        <w:t>v 1.105235 16.981745 -0.777152</w:t>
        <w:br/>
        <w:t>v 1.098171 16.966593 -0.786040</w:t>
        <w:br/>
        <w:t>v 1.197434 16.954500 -0.723518</w:t>
        <w:br/>
        <w:t>v 1.338272 16.997429 -0.178482</w:t>
        <w:br/>
        <w:t>v 1.337132 16.985912 -0.179963</w:t>
        <w:br/>
        <w:t>v 1.358316 16.930004 -0.145962</w:t>
        <w:br/>
        <w:t>v 1.354180 16.944075 -0.143019</w:t>
        <w:br/>
        <w:t>v 1.360699 16.967129 -0.031997</w:t>
        <w:br/>
        <w:t>v 1.364748 16.933434 -0.092938</w:t>
        <w:br/>
        <w:t>v 1.366763 16.918545 -0.089678</w:t>
        <w:br/>
        <w:t>v 1.365382 16.956949 -0.022618</w:t>
        <w:br/>
        <w:t>v 1.295167 16.943148 -0.388344</w:t>
        <w:br/>
        <w:t>v 1.293994 16.948675 -0.378118</w:t>
        <w:br/>
        <w:t>v 1.247395 16.945999 -0.666335</w:t>
        <w:br/>
        <w:t>v 1.234022 16.933519 -0.677419</w:t>
        <w:br/>
        <w:t>v 1.255501 16.924490 -0.572360</w:t>
        <w:br/>
        <w:t>v 1.257830 17.245020 -0.748664</w:t>
        <w:br/>
        <w:t>v 1.251506 17.228205 -0.745250</w:t>
        <w:br/>
        <w:t>v 1.241942 17.224333 -0.797790</w:t>
        <w:br/>
        <w:t>v 1.246579 17.239237 -0.807056</w:t>
        <w:br/>
        <w:t>v 0.480203 17.034576 -0.737861</w:t>
        <w:br/>
        <w:t>v 0.515897 17.177265 -0.734004</w:t>
        <w:br/>
        <w:t>v 0.606330 17.157152 -0.780846</w:t>
        <w:br/>
        <w:t>v 1.307702 16.964388 0.022048</w:t>
        <w:br/>
        <w:t>v 1.307702 16.964388 0.022048</w:t>
        <w:br/>
        <w:t>v 1.301661 16.991741 0.102604</w:t>
        <w:br/>
        <w:t>v 1.365382 16.956949 -0.022618</w:t>
        <w:br/>
        <w:t>v 0.441084 17.614346 -0.753314</w:t>
        <w:br/>
        <w:t>v 0.441440 17.627653 -0.761205</w:t>
        <w:br/>
        <w:t>v 0.646383 17.467274 -0.698931</w:t>
        <w:br/>
        <w:t>v 0.599105 17.490063 -0.740639</w:t>
        <w:br/>
        <w:t>v 0.666971 17.514091 -0.689699</w:t>
        <w:br/>
        <w:t>v 0.648814 17.581116 -0.700516</w:t>
        <w:br/>
        <w:t>v 0.681737 17.664623 -0.659703</w:t>
        <w:br/>
        <w:t>v 0.701809 17.639618 -0.635908</w:t>
        <w:br/>
        <w:t>v 0.663475 17.585110 -0.662686</w:t>
        <w:br/>
        <w:t>v 0.570173 17.377937 -0.741196</w:t>
        <w:br/>
        <w:t>v 0.569167 17.376051 -0.729704</w:t>
        <w:br/>
        <w:t>v 0.570173 17.377937 -0.741196</w:t>
        <w:br/>
        <w:t>v 0.515897 17.177265 -0.734004</w:t>
        <w:br/>
        <w:t>v 0.516146 17.179340 -0.755038</w:t>
        <w:br/>
        <w:t>v 0.396387 16.761686 -0.772489</w:t>
        <w:br/>
        <w:t>v 0.453855 16.901556 -0.772459</w:t>
        <w:br/>
        <w:t>v 0.438046 16.918486 -0.753908</w:t>
        <w:br/>
        <w:t>v 0.384289 16.769905 -0.757346</w:t>
        <w:br/>
        <w:t>v 0.480203 17.034576 -0.737861</w:t>
        <w:br/>
        <w:t>v 0.477054 17.034758 -0.754324</w:t>
        <w:br/>
        <w:t>v 0.453855 16.901556 -0.772459</w:t>
        <w:br/>
        <w:t>v 0.477054 17.034758 -0.754324</w:t>
        <w:br/>
        <w:t>v 0.438046 16.918486 -0.753908</w:t>
        <w:br/>
        <w:t>v 0.361269 16.670950 -0.744948</w:t>
        <w:br/>
        <w:t>v 0.606330 17.157152 -0.780846</w:t>
        <w:br/>
        <w:t>v 0.788974 17.745813 0.310994</w:t>
        <w:br/>
        <w:t>v 1.307702 16.964388 0.022048</w:t>
        <w:br/>
        <w:t>v 1.365382 16.956949 -0.022618</w:t>
        <w:br/>
        <w:t>v 1.304528 16.939707 -0.124300</w:t>
        <w:br/>
        <w:t>v 1.254657 16.931171 -0.360966</w:t>
        <w:br/>
        <w:t>v 0.823445 18.019377 -0.017590</w:t>
        <w:br/>
        <w:t>v 0.828371 18.052124 -0.122012</w:t>
        <w:br/>
        <w:t>v 0.600155 17.777052 -0.662760</w:t>
        <w:br/>
        <w:t>v 0.604847 17.661802 -0.694859</w:t>
        <w:br/>
        <w:t>v 0.601220 17.652523 -0.730871</w:t>
        <w:br/>
        <w:t>v 0.983007 17.772793 0.280823</w:t>
        <w:br/>
        <w:t>v 0.975512 17.886082 0.178569</w:t>
        <w:br/>
        <w:t>v 0.979481 17.848169 0.212231</w:t>
        <w:br/>
        <w:t>v 0.964074 17.923016 0.113002</w:t>
        <w:br/>
        <w:t>v 0.952248 18.004059 -0.018040</w:t>
        <w:br/>
        <w:t>v 0.938607 18.001471 -0.119702</w:t>
        <w:br/>
        <w:t>v 0.920026 18.037546 -0.221194</w:t>
        <w:br/>
        <w:t>v 0.816400 18.022081 -0.266555</w:t>
        <w:br/>
        <w:t>v 0.800807 17.962559 -0.409708</w:t>
        <w:br/>
        <w:t>v 0.897062 18.000843 -0.353321</w:t>
        <w:br/>
        <w:t>v 0.821670 17.872198 -0.525315</w:t>
        <w:br/>
        <w:t>v 0.854665 17.935133 -0.448968</w:t>
        <w:br/>
        <w:t>v 0.787022 17.900661 -0.504586</w:t>
        <w:br/>
        <w:t>v 0.771893 17.853416 -0.608410</w:t>
        <w:br/>
        <w:t>v 1.130480 17.113653 0.342475</w:t>
        <w:br/>
        <w:t>v 1.144390 17.052536 0.344434</w:t>
        <w:br/>
        <w:t>v 1.103750 17.218912 0.288708</w:t>
        <w:br/>
        <w:t>v 1.197549 17.098650 0.368326</w:t>
        <w:br/>
        <w:t>v 0.712932 17.771528 -0.667301</w:t>
        <w:br/>
        <w:t>v 0.701809 17.639618 -0.635908</w:t>
        <w:br/>
        <w:t>v 0.681737 17.664623 -0.659703</w:t>
        <w:br/>
        <w:t>v 0.601220 17.652523 -0.730871</w:t>
        <w:br/>
        <w:t>v 0.681737 17.664623 -0.659703</w:t>
        <w:br/>
        <w:t>v 0.441440 17.627653 -0.761205</w:t>
        <w:br/>
        <w:t>v 0.441084 17.614346 -0.753314</w:t>
        <w:br/>
        <w:t>v 0.415060 17.808327 -0.603228</w:t>
        <w:br/>
        <w:t>v 0.604847 17.661802 -0.694859</w:t>
        <w:br/>
        <w:t>v 0.592870 17.739067 -0.603884</w:t>
        <w:br/>
        <w:t>v 0.701809 17.639618 -0.635908</w:t>
        <w:br/>
        <w:t>v 0.297033 16.853415 -0.804054</w:t>
        <w:br/>
        <w:t>v 0.235291 16.836201 -0.829074</w:t>
        <w:br/>
        <w:t>v 0.322522 16.706713 -0.738897</w:t>
        <w:br/>
        <w:t>v 0.368056 16.878248 -0.747352</w:t>
        <w:br/>
        <w:t>v 0.447777 16.925167 -0.728427</w:t>
        <w:br/>
        <w:t>v 0.455091 16.738949 -0.726134</w:t>
        <w:br/>
        <w:t>v 0.193303 16.804165 -0.762882</w:t>
        <w:br/>
        <w:t>v 0.225518 16.663139 -0.716461</w:t>
        <w:br/>
        <w:t>v 0.139073 16.631231 -0.706213</w:t>
        <w:br/>
        <w:t>v 0.145592 16.766249 -0.797644</w:t>
        <w:br/>
        <w:t>v 0.237722 16.839268 -0.811814</w:t>
        <w:br/>
        <w:t>v 0.288331 16.855045 -0.789724</w:t>
        <w:br/>
        <w:t>v 0.325196 16.703474 -0.724261</w:t>
        <w:br/>
        <w:t>v 0.319480 16.858742 -0.760108</w:t>
        <w:br/>
        <w:t>v 0.368056 16.878248 -0.747352</w:t>
        <w:br/>
        <w:t>v 0.371090 16.879128 -0.766085</w:t>
        <w:br/>
        <w:t>v 0.319480 16.858742 -0.760108</w:t>
        <w:br/>
        <w:t>v 0.327551 16.858751 -0.774696</w:t>
        <w:br/>
        <w:t>v 0.073406 16.607536 -0.688884</w:t>
        <w:br/>
        <w:t>v 0.055416 16.751074 -0.741964</w:t>
        <w:br/>
        <w:t>v 0.079388 16.766939 -0.759652</w:t>
        <w:br/>
        <w:t>v 0.190564 16.801821 -0.781227</w:t>
        <w:br/>
        <w:t>v 0.145463 16.761526 -0.812186</w:t>
        <w:br/>
        <w:t>v 0.134276 16.633862 -0.720793</w:t>
        <w:br/>
        <w:t>v 0.221734 16.667662 -0.731324</w:t>
        <w:br/>
        <w:t>v 0.193303 16.804165 -0.762882</w:t>
        <w:br/>
        <w:t>v 0.145592 16.766249 -0.797644</w:t>
        <w:br/>
        <w:t>v 0.145463 16.761526 -0.812186</w:t>
        <w:br/>
        <w:t>v 0.190564 16.801821 -0.781227</w:t>
        <w:br/>
        <w:t>v 0.000083 16.590460 -0.678678</w:t>
        <w:br/>
        <w:t>v 0.024959 16.714897 -0.748471</w:t>
        <w:br/>
        <w:t>v 0.079388 16.766939 -0.759652</w:t>
        <w:br/>
        <w:t>v 0.080630 16.762339 -0.775701</w:t>
        <w:br/>
        <w:t>v 0.106547 16.771399 -0.783504</w:t>
        <w:br/>
        <w:t>v 0.110922 16.773773 -0.770948</w:t>
        <w:br/>
        <w:t>v 0.055416 16.751074 -0.741964</w:t>
        <w:br/>
        <w:t>v 0.055677 16.745804 -0.759757</w:t>
        <w:br/>
        <w:t>v 0.110922 16.773773 -0.770948</w:t>
        <w:br/>
        <w:t>v 0.145592 16.766249 -0.797644</w:t>
        <w:br/>
        <w:t>v 0.235291 16.836201 -0.829074</w:t>
        <w:br/>
        <w:t>v 0.237722 16.839268 -0.811814</w:t>
        <w:br/>
        <w:t>v 0.327551 16.858751 -0.774696</w:t>
        <w:br/>
        <w:t>v 0.297033 16.853415 -0.804054</w:t>
        <w:br/>
        <w:t>v 0.288331 16.855045 -0.789724</w:t>
        <w:br/>
        <w:t>v 0.145463 16.761526 -0.812186</w:t>
        <w:br/>
        <w:t>v 0.106547 16.771399 -0.783504</w:t>
        <w:br/>
        <w:t>v 0.134276 16.633862 -0.720793</w:t>
        <w:br/>
        <w:t>v 0.000083 16.694889 -0.756027</w:t>
        <w:br/>
        <w:t>v 0.000083 16.592588 -0.694296</w:t>
        <w:br/>
        <w:t>v 0.025395 16.707499 -0.764553</w:t>
        <w:br/>
        <w:t>v 0.055677 16.745804 -0.759757</w:t>
        <w:br/>
        <w:t>v 0.069026 16.609573 -0.703833</w:t>
        <w:br/>
        <w:t>v 0.080630 16.762339 -0.775701</w:t>
        <w:br/>
        <w:t>v 0.024959 16.714897 -0.748471</w:t>
        <w:br/>
        <w:t>v 0.025395 16.707499 -0.764553</w:t>
        <w:br/>
        <w:t>v 0.000083 16.701838 -0.745134</w:t>
        <w:br/>
        <w:t>v 0.000083 16.694889 -0.756027</w:t>
        <w:br/>
        <w:t>v 0.000083 16.701838 -0.745134</w:t>
        <w:br/>
        <w:t>v 0.000083 16.452927 -0.676462</w:t>
        <w:br/>
        <w:t>v 0.200840 16.544436 -0.689742</w:t>
        <w:br/>
        <w:t>v 0.347766 16.681208 -0.730408</w:t>
        <w:br/>
        <w:t>v 0.384289 16.769905 -0.757346</w:t>
        <w:br/>
        <w:t>v 0.371090 16.879128 -0.766085</w:t>
        <w:br/>
        <w:t>v 0.438046 16.918486 -0.753908</w:t>
        <w:br/>
        <w:t>v 1.045962 16.975903 0.653322</w:t>
        <w:br/>
        <w:t>v 1.045962 16.975903 0.653322</w:t>
        <w:br/>
        <w:t>v 1.062596 16.983959 0.651312</w:t>
        <w:br/>
        <w:t>v 1.118255 16.916378 0.590050</w:t>
        <w:br/>
        <w:t>v 1.097475 17.477741 -0.762368</w:t>
        <w:br/>
        <w:t>v -0.094476 16.863516 1.300829</w:t>
        <w:br/>
        <w:t>v -0.100838 16.856274 1.280737</w:t>
        <w:br/>
        <w:t>v -0.100838 16.856274 1.280737</w:t>
        <w:br/>
        <w:t>v -0.092060 16.743084 1.261630</w:t>
        <w:br/>
        <w:t>v -0.194579 16.895699 1.332681</w:t>
        <w:br/>
        <w:t>v -0.176589 16.762323 1.325952</w:t>
        <w:br/>
        <w:t>v -0.189136 16.894678 1.346076</w:t>
        <w:br/>
        <w:t>v -0.194579 16.895699 1.332681</w:t>
        <w:br/>
        <w:t>v -0.189136 16.894678 1.346076</w:t>
        <w:br/>
        <w:t>v -0.094476 16.863516 1.300829</w:t>
        <w:br/>
        <w:t>v -0.110595 16.778910 1.321118</w:t>
        <w:br/>
        <w:t>v -0.212419 16.906834 1.392406</w:t>
        <w:br/>
        <w:t>v -0.196767 16.820337 1.383767</w:t>
        <w:br/>
        <w:t>v -0.212419 16.906834 1.392406</w:t>
        <w:br/>
        <w:t>v -0.224638 16.913067 1.383316</w:t>
        <w:br/>
        <w:t>v -0.224638 16.913067 1.383316</w:t>
        <w:br/>
        <w:t>v -0.266062 16.917973 1.440747</w:t>
        <w:br/>
        <w:t>v -0.306849 16.808897 1.411857</w:t>
        <w:br/>
        <w:t>v -0.212419 16.906834 1.392406</w:t>
        <w:br/>
        <w:t>v -0.261122 16.912285 1.457820</w:t>
        <w:br/>
        <w:t>v -0.266062 16.917973 1.440747</w:t>
        <w:br/>
        <w:t>v -0.125127 16.608608 1.270014</w:t>
        <w:br/>
        <w:t>v -0.253940 16.647049 1.356370</w:t>
        <w:br/>
        <w:t>v -0.063392 16.038357 1.470125</w:t>
        <w:br/>
        <w:t>v -0.110983 16.226866 1.474407</w:t>
        <w:br/>
        <w:t>v -0.102329 16.476778 1.447072</w:t>
        <w:br/>
        <w:t>v -0.288472 16.748552 1.489383</w:t>
        <w:br/>
        <w:t>v -0.283076 16.837395 1.458353</w:t>
        <w:br/>
        <w:t>v -0.195531 16.725918 1.431623</w:t>
        <w:br/>
        <w:t>v -0.402649 16.761168 1.532866</w:t>
        <w:br/>
        <w:t>v -0.344403 16.851688 1.486172</w:t>
        <w:br/>
        <w:t>v -0.394489 16.855938 1.479058</w:t>
        <w:br/>
        <w:t>v -0.382050 16.928461 1.460726</w:t>
        <w:br/>
        <w:t>v -0.324886 16.934622 1.484669</w:t>
        <w:br/>
        <w:t>v -0.375935 16.930494 1.439767</w:t>
        <w:br/>
        <w:t>v -0.316448 16.940672 1.463644</w:t>
        <w:br/>
        <w:t>v -0.324886 16.934622 1.484669</w:t>
        <w:br/>
        <w:t>v -0.382050 16.928461 1.460726</w:t>
        <w:br/>
        <w:t>v -0.316448 16.940672 1.463644</w:t>
        <w:br/>
        <w:t>v -0.375935 16.930494 1.439767</w:t>
        <w:br/>
        <w:t>v -0.396271 16.824118 1.452045</w:t>
        <w:br/>
        <w:t>v -0.261122 16.912285 1.457820</w:t>
        <w:br/>
        <w:t>v -0.477423 16.854628 1.494460</w:t>
        <w:br/>
        <w:t>v -0.432677 16.925467 1.478292</w:t>
        <w:br/>
        <w:t>v -0.432677 16.925467 1.478292</w:t>
        <w:br/>
        <w:t>v -0.438959 16.930910 1.460583</w:t>
        <w:br/>
        <w:t>v -0.466228 16.941689 1.496933</w:t>
        <w:br/>
        <w:t>v -0.468094 16.945677 1.478663</w:t>
        <w:br/>
        <w:t>v -0.438959 16.930910 1.460583</w:t>
        <w:br/>
        <w:t>v -0.468094 16.945677 1.478663</w:t>
        <w:br/>
        <w:t>v -0.529635 16.826656 1.500632</w:t>
        <w:br/>
        <w:t>v -0.497214 16.825371 1.462493</w:t>
        <w:br/>
        <w:t>v -0.513433 16.859800 1.509452</w:t>
        <w:br/>
        <w:t>v -0.466228 16.941689 1.496933</w:t>
        <w:br/>
        <w:t>v -0.527089 16.766029 1.540236</w:t>
        <w:br/>
        <w:t>v -0.652723 16.781654 1.513160</w:t>
        <w:br/>
        <w:t>v -0.517153 16.544155 1.643134</w:t>
        <w:br/>
        <w:t>v -0.640347 16.567041 1.641145</w:t>
        <w:br/>
        <w:t>v -0.514288 16.482277 1.679165</w:t>
        <w:br/>
        <w:t>v -0.401652 16.530582 1.622836</w:t>
        <w:br/>
        <w:t>v -0.292730 16.517885 1.574828</w:t>
        <w:br/>
        <w:t>v -0.773949 16.804155 1.474113</w:t>
        <w:br/>
        <w:t>v -0.753205 16.630905 1.584124</w:t>
        <w:br/>
        <w:t>v -0.879277 16.811897 1.419527</w:t>
        <w:br/>
        <w:t>v -0.858242 16.680429 1.498302</w:t>
        <w:br/>
        <w:t>v -0.771248 16.903957 1.425962</w:t>
        <w:br/>
        <w:t>v -0.703634 16.887787 1.446399</w:t>
        <w:br/>
        <w:t>v -0.672500 16.872223 1.447188</w:t>
        <w:br/>
        <w:t>v -0.633231 16.866726 1.466506</w:t>
        <w:br/>
        <w:t>v -0.554182 16.866531 1.495696</w:t>
        <w:br/>
        <w:t>v -0.195249 16.499920 1.511563</w:t>
        <w:br/>
        <w:t>v -0.098373 16.701885 1.381967</w:t>
        <w:br/>
        <w:t>v -0.996382 16.943268 1.161597</w:t>
        <w:br/>
        <w:t>v -1.034473 16.873190 1.127043</w:t>
        <w:br/>
        <w:t>v -1.047123 16.889002 1.028073</w:t>
        <w:br/>
        <w:t>v -1.022578 16.954813 1.056322</w:t>
        <w:br/>
        <w:t>v -1.034356 16.969114 1.011062</w:t>
        <w:br/>
        <w:t>v -1.016831 17.017628 1.083858</w:t>
        <w:br/>
        <w:t>v -1.037610 17.039927 1.045693</w:t>
        <w:br/>
        <w:t>v -1.025785 16.979898 0.949819</w:t>
        <w:br/>
        <w:t>v -1.029132 17.070185 0.962392</w:t>
        <w:br/>
        <w:t>v -1.033955 16.981121 0.787119</w:t>
        <w:br/>
        <w:t>v -1.029029 17.041510 0.794359</w:t>
        <w:br/>
        <w:t>v -1.026504 17.045111 0.856463</w:t>
        <w:br/>
        <w:t>v -1.029050 16.977137 0.846169</w:t>
        <w:br/>
        <w:t>v -1.011847 17.044466 0.790703</w:t>
        <w:br/>
        <w:t>v -1.029029 17.041510 0.794359</w:t>
        <w:br/>
        <w:t>v -1.041721 17.052643 0.766809</w:t>
        <w:br/>
        <w:t>v -1.026728 17.052662 0.761257</w:t>
        <w:br/>
        <w:t>v -1.026504 17.045111 0.856463</w:t>
        <w:br/>
        <w:t>v -1.007868 17.043087 0.855828</w:t>
        <w:br/>
        <w:t>v -1.041721 17.052643 0.766809</w:t>
        <w:br/>
        <w:t>v -1.075697 16.826794 1.101067</w:t>
        <w:br/>
        <w:t>v -1.089666 16.868166 0.919061</w:t>
        <w:br/>
        <w:t>v -1.096770 16.889631 0.747773</w:t>
        <w:br/>
        <w:t>v -1.075899 16.925943 0.731927</w:t>
        <w:br/>
        <w:t>v -1.053179 16.901951 0.929968</w:t>
        <w:br/>
        <w:t>v -1.117939 16.916384 0.590048</w:t>
        <w:br/>
        <w:t>v -0.994400 17.011024 1.143946</w:t>
        <w:br/>
        <w:t>v -0.998394 17.013731 1.228601</w:t>
        <w:br/>
        <w:t>v -0.982140 16.935595 1.233447</w:t>
        <w:br/>
        <w:t>v -0.998394 17.013731 1.228601</w:t>
        <w:br/>
        <w:t>v -0.994400 17.011024 1.143946</w:t>
        <w:br/>
        <w:t>v -0.975248 17.011324 1.140420</w:t>
        <w:br/>
        <w:t>v -0.976448 17.021790 1.225273</w:t>
        <w:br/>
        <w:t>v -1.004743 17.021421 1.064141</w:t>
        <w:br/>
        <w:t>v -1.016831 17.017628 1.083858</w:t>
        <w:br/>
        <w:t>v -0.991028 16.906773 1.167610</w:t>
        <w:br/>
        <w:t>v -0.975248 17.011324 1.140420</w:t>
        <w:br/>
        <w:t>v -1.004743 17.021421 1.064141</w:t>
        <w:br/>
        <w:t>v -1.016848 16.924623 1.032902</w:t>
        <w:br/>
        <w:t>v -1.023637 17.043156 1.031920</w:t>
        <w:br/>
        <w:t>v -1.020983 16.937214 0.988874</w:t>
        <w:br/>
        <w:t>v -0.990448 16.792967 1.034391</w:t>
        <w:br/>
        <w:t>v -1.010306 17.067635 0.958332</w:t>
        <w:br/>
        <w:t>v -1.014563 16.937656 0.950281</w:t>
        <w:br/>
        <w:t>v -0.964274 16.758463 1.206568</w:t>
        <w:br/>
        <w:t>v -0.975108 16.894827 1.232511</w:t>
        <w:br/>
        <w:t>v -0.932498 16.711628 1.286781</w:t>
        <w:br/>
        <w:t>v -0.944399 16.876438 1.301439</w:t>
        <w:br/>
        <w:t>v -0.976448 17.021790 1.225273</w:t>
        <w:br/>
        <w:t>v -0.949102 16.994860 1.290543</w:t>
        <w:br/>
        <w:t>v -0.884159 16.856323 1.359489</w:t>
        <w:br/>
        <w:t>v -0.877186 16.988745 1.321718</w:t>
        <w:br/>
        <w:t>v -0.949102 16.994860 1.290543</w:t>
        <w:br/>
        <w:t>v -0.962278 16.988850 1.306655</w:t>
        <w:br/>
        <w:t>v -0.962278 16.988850 1.306655</w:t>
        <w:br/>
        <w:t>v -0.877518 16.982941 1.343867</w:t>
        <w:br/>
        <w:t>v -0.879324 16.896748 1.365110</w:t>
        <w:br/>
        <w:t>v -0.950670 16.912819 1.309854</w:t>
        <w:br/>
        <w:t>v -0.836647 16.979925 1.351716</w:t>
        <w:br/>
        <w:t>v -0.844858 16.892986 1.377197</w:t>
        <w:br/>
        <w:t>v -0.815307 16.988420 1.378148</w:t>
        <w:br/>
        <w:t>v -0.828356 16.902634 1.404671</w:t>
        <w:br/>
        <w:t>v -0.755756 17.001362 1.402503</w:t>
        <w:br/>
        <w:t>v -0.971059 16.828398 1.329207</w:t>
        <w:br/>
        <w:t>v -0.877518 16.982941 1.343867</w:t>
        <w:br/>
        <w:t>v -0.877186 16.988745 1.321718</w:t>
        <w:br/>
        <w:t>v -0.836647 16.979925 1.351716</w:t>
        <w:br/>
        <w:t>v -0.829765 16.980349 1.340140</w:t>
        <w:br/>
        <w:t>v -0.801092 16.987339 1.369167</w:t>
        <w:br/>
        <w:t>v -0.829765 16.980349 1.340140</w:t>
        <w:br/>
        <w:t>v -0.845861 16.851555 1.376685</w:t>
        <w:br/>
        <w:t>v -0.826096 16.861170 1.408075</w:t>
        <w:br/>
        <w:t>v -0.745431 17.001530 1.384959</w:t>
        <w:br/>
        <w:t>v -0.773726 16.857967 1.426870</w:t>
        <w:br/>
        <w:t>v -0.745431 17.001530 1.384959</w:t>
        <w:br/>
        <w:t>v -0.755756 17.001362 1.402503</w:t>
        <w:br/>
        <w:t>v -0.815307 16.988420 1.378148</w:t>
        <w:br/>
        <w:t>v -0.801092 16.987339 1.369167</w:t>
        <w:br/>
        <w:t>v -0.707241 16.845688 1.443754</w:t>
        <w:br/>
        <w:t>v -0.707133 16.971889 1.413848</w:t>
        <w:br/>
        <w:t>v -0.708327 16.970720 1.430302</w:t>
        <w:br/>
        <w:t>v -0.707133 16.971889 1.413848</w:t>
        <w:br/>
        <w:t>v -0.976942 16.729723 1.382868</w:t>
        <w:br/>
        <w:t>v -0.997370 16.848673 1.250348</w:t>
        <w:br/>
        <w:t>v -1.035294 16.779955 1.263038</w:t>
        <w:br/>
        <w:t>v -0.557651 16.823408 1.489876</w:t>
        <w:br/>
        <w:t>v -0.533292 16.672371 1.437300</w:t>
        <w:br/>
        <w:t>v -0.468094 16.945677 1.478663</w:t>
        <w:br/>
        <w:t>v -0.524190 16.963123 1.462060</w:t>
        <w:br/>
        <w:t>v -0.531711 16.962151 1.482603</w:t>
        <w:br/>
        <w:t>v -0.524190 16.963123 1.462060</w:t>
        <w:br/>
        <w:t>v -0.531711 16.962151 1.482603</w:t>
        <w:br/>
        <w:t>v -0.616396 16.944138 1.455168</w:t>
        <w:br/>
        <w:t>v -0.674683 16.948143 1.434389</w:t>
        <w:br/>
        <w:t>v -0.674683 16.948143 1.434389</w:t>
        <w:br/>
        <w:t>v -0.676485 16.947617 1.417276</w:t>
        <w:br/>
        <w:t>v -0.632419 16.827621 1.463199</w:t>
        <w:br/>
        <w:t>v -0.608957 16.941113 1.437042</w:t>
        <w:br/>
        <w:t>v -0.676485 16.947617 1.417276</w:t>
        <w:br/>
        <w:t>v -0.674003 16.833012 1.443447</w:t>
        <w:br/>
        <w:t>v -0.784546 16.702803 1.378564</w:t>
        <w:br/>
        <w:t>v -0.661047 16.686752 1.402558</w:t>
        <w:br/>
        <w:t>v -0.608957 16.941113 1.437042</w:t>
        <w:br/>
        <w:t>v -0.616396 16.944138 1.455168</w:t>
        <w:br/>
        <w:t>v -0.708327 16.970720 1.430302</w:t>
        <w:br/>
        <w:t>v -0.533292 16.672371 1.437300</w:t>
        <w:br/>
        <w:t>v -0.408427 16.669577 1.398186</w:t>
        <w:br/>
        <w:t>v -0.891376 16.711750 1.330686</w:t>
        <w:br/>
        <w:t>v -0.295235 16.300064 1.633049</w:t>
        <w:br/>
        <w:t>v -0.400679 16.396811 1.674210</w:t>
        <w:br/>
        <w:t>v -1.045528 16.992188 0.709053</w:t>
        <w:br/>
        <w:t>v -1.062278 16.983961 0.651312</w:t>
        <w:br/>
        <w:t>v -1.049162 17.041021 0.660257</w:t>
        <w:br/>
        <w:t>v -1.040084 17.071833 0.721220</w:t>
        <w:br/>
        <w:t>v -1.022251 17.072033 0.722765</w:t>
        <w:br/>
        <w:t>v -1.040084 17.071833 0.721220</w:t>
        <w:br/>
        <w:t>v -1.049162 17.041021 0.660257</w:t>
        <w:br/>
        <w:t>v -1.034155 17.040594 0.668701</w:t>
        <w:br/>
        <w:t>v -1.022251 17.072033 0.722765</w:t>
        <w:br/>
        <w:t>v -1.034155 17.040594 0.668701</w:t>
        <w:br/>
        <w:t>v -1.045636 16.975903 0.653322</w:t>
        <w:br/>
        <w:t>v -1.038898 16.960306 0.707978</w:t>
        <w:br/>
        <w:t>v -1.032867 16.953896 0.772919</w:t>
        <w:br/>
        <w:t>v -1.026728 17.052662 0.761257</w:t>
        <w:br/>
        <w:t>v -1.022454 16.837124 0.734889</w:t>
        <w:br/>
        <w:t>v -1.016154 16.808401 0.843067</w:t>
        <w:br/>
        <w:t>v -1.020383 16.945192 0.802670</w:t>
        <w:br/>
        <w:t>v -1.011847 17.044466 0.790703</w:t>
        <w:br/>
        <w:t>v -1.021009 16.943987 0.851854</w:t>
        <w:br/>
        <w:t>v -1.007868 17.043087 0.855828</w:t>
        <w:br/>
        <w:t>v -1.056107 16.782345 0.651042</w:t>
        <w:br/>
        <w:t>v -1.010306 17.067635 0.958332</w:t>
        <w:br/>
        <w:t>v -1.029132 17.070185 0.962392</w:t>
        <w:br/>
        <w:t>v -1.023637 17.043156 1.031920</w:t>
        <w:br/>
        <w:t>v -1.037610 17.039927 1.045693</w:t>
        <w:br/>
        <w:t>v -0.203961 16.253216 1.552453</w:t>
        <w:br/>
        <w:t>v -0.205248 16.201839 1.564154</w:t>
        <w:br/>
        <w:t>v -0.125117 16.120287 1.501496</w:t>
        <w:br/>
        <w:t>v -0.153502 17.845036 -0.616851</w:t>
        <w:br/>
        <w:t>v -0.217063 17.607185 -0.809087</w:t>
        <w:br/>
        <w:t>v -0.363532 17.609407 -0.757843</w:t>
        <w:br/>
        <w:t>v -0.222282 17.851732 -0.617813</w:t>
        <w:br/>
        <w:t>v -0.175948 17.837612 -0.622031</w:t>
        <w:br/>
        <w:t>v -0.281241 17.584061 -0.759319</w:t>
        <w:br/>
        <w:t>v -0.105061 18.002127 0.286412</w:t>
        <w:br/>
        <w:t>v -0.214532 18.006023 0.163688</w:t>
        <w:br/>
        <w:t>v -0.374123 17.861467 0.216562</w:t>
        <w:br/>
        <w:t>v -0.248716 17.852247 0.351096</w:t>
        <w:br/>
        <w:t>v -0.790678 17.457436 0.372787</w:t>
        <w:br/>
        <w:t>v -0.720617 17.404745 0.540139</w:t>
        <w:br/>
        <w:t>v -0.570961 17.539904 0.507320</w:t>
        <w:br/>
        <w:t>v -0.695467 17.559320 0.344978</w:t>
        <w:br/>
        <w:t>v -0.569420 17.690901 0.295583</w:t>
        <w:br/>
        <w:t>v -0.354976 17.753021 0.409069</w:t>
        <w:br/>
        <w:t>v -0.882704 17.273148 0.386471</w:t>
        <w:br/>
        <w:t>v -0.880335 17.265968 0.557152</w:t>
        <w:br/>
        <w:t>v -0.950837 17.154657 0.276476</w:t>
        <w:br/>
        <w:t>v -1.041374 17.120329 0.452647</w:t>
        <w:br/>
        <w:t>v -1.093885 17.017939 0.148965</w:t>
        <w:br/>
        <w:t>v -1.128903 17.047934 0.338050</w:t>
        <w:br/>
        <w:t>v -0.130535 18.284897 0.382545</w:t>
        <w:br/>
        <w:t>v -0.095580 18.307528 0.342324</w:t>
        <w:br/>
        <w:t>v -0.063272 18.182821 0.280307</w:t>
        <w:br/>
        <w:t>v -0.301154 18.338324 0.219638</w:t>
        <w:br/>
        <w:t>v -0.250141 18.204380 0.176412</w:t>
        <w:br/>
        <w:t>v -0.138323 18.121731 0.209197</w:t>
        <w:br/>
        <w:t>v -0.261120 18.310783 0.274599</w:t>
        <w:br/>
        <w:t>v -0.095580 18.307528 0.342324</w:t>
        <w:br/>
        <w:t>v -0.130425 18.311934 0.315994</w:t>
        <w:br/>
        <w:t>v -0.063272 18.182821 0.280307</w:t>
        <w:br/>
        <w:t>v -0.288818 18.352808 0.170388</w:t>
        <w:br/>
        <w:t>v -0.410653 18.374603 0.052851</w:t>
        <w:br/>
        <w:t>v -0.343875 18.204136 0.030633</w:t>
        <w:br/>
        <w:t>v -0.367816 18.356636 0.165824</w:t>
        <w:br/>
        <w:t>v -0.288818 18.352808 0.170388</w:t>
        <w:br/>
        <w:t>v -0.367816 18.356636 0.165824</w:t>
        <w:br/>
        <w:t>v -0.250141 18.204380 0.176412</w:t>
        <w:br/>
        <w:t>v -0.400498 18.387537 -0.057392</w:t>
        <w:br/>
        <w:t>v -0.368791 18.394382 -0.106288</w:t>
        <w:br/>
        <w:t>v -0.368034 18.203590 -0.112658</w:t>
        <w:br/>
        <w:t>v -0.418529 18.399204 -0.206546</w:t>
        <w:br/>
        <w:t>v -0.375877 18.205551 -0.207026</w:t>
        <w:br/>
        <w:t>v -0.378991 18.424795 -0.325700</w:t>
        <w:br/>
        <w:t>v -0.340007 18.219164 -0.305296</w:t>
        <w:br/>
        <w:t>v -0.294673 18.426296 -0.388972</w:t>
        <w:br/>
        <w:t>v -0.247272 18.404970 -0.378425</w:t>
        <w:br/>
        <w:t>v -0.215904 18.231472 -0.372165</w:t>
        <w:br/>
        <w:t>v -0.252923 18.415297 -0.420310</w:t>
        <w:br/>
        <w:t>v -0.213275 18.415297 -0.454572</w:t>
        <w:br/>
        <w:t>v -0.177919 18.184967 -0.448942</w:t>
        <w:br/>
        <w:t>v -0.215904 18.231472 -0.372165</w:t>
        <w:br/>
        <w:t>v -0.247272 18.404970 -0.378425</w:t>
        <w:br/>
        <w:t>v -0.111844 18.402187 -0.459653</w:t>
        <w:br/>
        <w:t>v -0.098421 18.133842 -0.454428</w:t>
        <w:br/>
        <w:t>v -0.197669 18.307375 0.310381</w:t>
        <w:br/>
        <w:t>v -0.123638 18.281448 0.395964</w:t>
        <w:br/>
        <w:t>v -0.130535 18.284897 0.382545</w:t>
        <w:br/>
        <w:t>v -0.086546 18.282555 0.400602</w:t>
        <w:br/>
        <w:t>v -0.125024 18.582548 -0.499044</w:t>
        <w:br/>
        <w:t>v 0.000082 18.549204 -0.378844</w:t>
        <w:br/>
        <w:t>v -0.247506 18.574778 -0.502242</w:t>
        <w:br/>
        <w:t>v -0.288154 18.551176 -0.441934</w:t>
        <w:br/>
        <w:t>v -0.268028 18.511057 -0.382684</w:t>
        <w:br/>
        <w:t>v -0.313136 18.558268 -0.399682</w:t>
        <w:br/>
        <w:t>v -0.268028 18.511057 -0.382684</w:t>
        <w:br/>
        <w:t>v -0.401115 18.569633 -0.330495</w:t>
        <w:br/>
        <w:t>v -0.448536 18.544514 -0.214411</w:t>
        <w:br/>
        <w:t>v -0.375558 18.531734 -0.090020</w:t>
        <w:br/>
        <w:t>v -0.368791 18.394382 -0.106288</w:t>
        <w:br/>
        <w:t>v -0.429950 18.535715 -0.076485</w:t>
        <w:br/>
        <w:t>v -0.375558 18.531734 -0.090020</w:t>
        <w:br/>
        <w:t>v -0.472956 18.505045 0.071381</w:t>
        <w:br/>
        <w:t>v -0.429514 18.474941 0.178668</w:t>
        <w:br/>
        <w:t>v -0.315348 18.456520 0.181738</w:t>
        <w:br/>
        <w:t>v -0.429514 18.474941 0.178668</w:t>
        <w:br/>
        <w:t>v -0.365750 18.456575 0.237100</w:t>
        <w:br/>
        <w:t>v -0.315348 18.456520 0.181738</w:t>
        <w:br/>
        <w:t>v -0.324293 18.437725 0.311027</w:t>
        <w:br/>
        <w:t>v -0.247904 18.425032 0.361466</w:t>
        <w:br/>
        <w:t>v -0.169561 18.415691 0.384502</w:t>
        <w:br/>
        <w:t>v -0.135043 18.398542 0.421192</w:t>
        <w:br/>
        <w:t>v -0.166530 18.373688 0.463303</w:t>
        <w:br/>
        <w:t>v -0.135043 18.398542 0.421192</w:t>
        <w:br/>
        <w:t>v -0.163817 18.357443 0.471370</w:t>
        <w:br/>
        <w:t>v -0.163817 18.357443 0.471370</w:t>
        <w:br/>
        <w:t>v -0.107608 18.338711 0.461304</w:t>
        <w:br/>
        <w:t>v -0.071489 18.314363 0.432596</w:t>
        <w:br/>
        <w:t>v -0.042376 18.280193 0.395292</w:t>
        <w:br/>
        <w:t>v -0.021451 18.245623 0.353448</w:t>
        <w:br/>
        <w:t>v -0.010411 18.189800 0.272327</w:t>
        <w:br/>
        <w:t>v -0.105061 18.002127 0.286412</w:t>
        <w:br/>
        <w:t>v -0.010411 18.189800 0.272327</w:t>
        <w:br/>
        <w:t>v -0.063272 18.182821 0.280307</w:t>
        <w:br/>
        <w:t>v -0.138323 18.121731 0.209197</w:t>
        <w:br/>
        <w:t>v -0.091560 18.025749 -0.595610</w:t>
        <w:br/>
        <w:t>v -0.162177 17.855104 -0.702627</w:t>
        <w:br/>
        <w:t>v -0.224827 17.615749 -0.822678</w:t>
        <w:br/>
        <w:t>v -0.123274 18.026226 -0.584820</w:t>
        <w:br/>
        <w:t>v -0.281266 18.061371 -0.550939</w:t>
        <w:br/>
        <w:t>v -0.408035 17.977854 -0.578336</w:t>
        <w:br/>
        <w:t>v -0.219608 17.859282 -0.676439</w:t>
        <w:br/>
        <w:t>v -0.183175 17.846710 -0.674857</w:t>
        <w:br/>
        <w:t>v -0.421010 17.804306 -0.684541</w:t>
        <w:br/>
        <w:t>v -0.363335 17.615505 -0.775942</w:t>
        <w:br/>
        <w:t>v -0.286333 17.591179 -0.773642</w:t>
        <w:br/>
        <w:t>v -0.420510 18.087673 -0.488436</w:t>
        <w:br/>
        <w:t>v -0.602679 17.982912 -0.519856</w:t>
        <w:br/>
        <w:t>v -0.596631 17.902006 -0.597914</w:t>
        <w:br/>
        <w:t>v -0.432086 18.147863 -0.382450</w:t>
        <w:br/>
        <w:t>v -0.608684 18.052843 -0.401318</w:t>
        <w:br/>
        <w:t>v -0.243651 18.069042 0.232369</w:t>
        <w:br/>
        <w:t>v -0.104357 18.005215 0.303728</w:t>
        <w:br/>
        <w:t>v -0.399765 17.931437 0.282890</w:t>
        <w:br/>
        <w:t>v -0.780705 17.618050 0.403024</w:t>
        <w:br/>
        <w:t>v -0.576601 17.550158 0.521942</w:t>
        <w:br/>
        <w:t>v -0.728632 17.414309 0.554190</w:t>
        <w:br/>
        <w:t>v -0.251954 17.863113 0.365784</w:t>
        <w:br/>
        <w:t>v -0.355159 17.768017 0.421131</w:t>
        <w:br/>
        <w:t>v -0.608261 17.747761 0.366666</w:t>
        <w:br/>
        <w:t>v -0.971832 17.315731 0.438241</w:t>
        <w:br/>
        <w:t>v -0.949958 17.410767 0.383737</w:t>
        <w:br/>
        <w:t>v -0.820142 17.525110 0.439082</w:t>
        <w:br/>
        <w:t>v -0.892634 17.272989 0.569322</w:t>
        <w:br/>
        <w:t>v -1.055672 17.123636 0.462438</w:t>
        <w:br/>
        <w:t>v -1.055973 17.185080 0.365837</w:t>
        <w:br/>
        <w:t>v -0.459632 18.177774 -0.251376</w:t>
        <w:br/>
        <w:t>v -0.611074 18.104357 -0.263737</w:t>
        <w:br/>
        <w:t>v -0.419064 18.090439 0.138016</w:t>
        <w:br/>
        <w:t>v -0.429616 18.163366 -0.004244</w:t>
        <w:br/>
        <w:t>v -0.370644 18.129887 0.123416</w:t>
        <w:br/>
        <w:t>v -0.636906 18.000023 0.090307</w:t>
        <w:br/>
        <w:t>v -0.639740 18.067953 -0.016492</w:t>
        <w:br/>
        <w:t>v -0.629055 17.897228 0.228288</w:t>
        <w:br/>
        <w:t>v -0.966148 17.501537 0.317648</w:t>
        <w:br/>
        <w:t>v -0.973459 17.620855 0.317890</w:t>
        <w:br/>
        <w:t>v -0.812255 17.880686 0.198369</w:t>
        <w:br/>
        <w:t>v -0.819118 17.954432 0.091687</w:t>
        <w:br/>
        <w:t>v -0.113339 18.301666 0.343452</w:t>
        <w:br/>
        <w:t>v -0.147797 18.282537 0.375653</w:t>
        <w:br/>
        <w:t>v -0.084450 18.175268 0.291384</w:t>
        <w:br/>
        <w:t>v -0.200380 18.168337 0.274020</w:t>
        <w:br/>
        <w:t>v -0.248841 18.185562 0.227705</w:t>
        <w:br/>
        <w:t>v -0.318159 18.330456 0.219620</w:t>
        <w:br/>
        <w:t>v -0.273106 18.302271 0.286213</w:t>
        <w:br/>
        <w:t>v -0.135911 18.302347 0.331128</w:t>
        <w:br/>
        <w:t>v -0.113339 18.301666 0.343452</w:t>
        <w:br/>
        <w:t>v -0.084450 18.175268 0.291384</w:t>
        <w:br/>
        <w:t>v -0.263951 18.202333 0.186528</w:t>
        <w:br/>
        <w:t>v -0.303432 18.347017 0.180583</w:t>
        <w:br/>
        <w:t>v -0.307742 18.201536 0.175206</w:t>
        <w:br/>
        <w:t>v -0.361515 18.207306 0.036091</w:t>
        <w:br/>
        <w:t>v -0.427881 18.367310 0.053852</w:t>
        <w:br/>
        <w:t>v -0.377924 18.351213 0.180638</w:t>
        <w:br/>
        <w:t>v -0.263951 18.202333 0.186528</w:t>
        <w:br/>
        <w:t>v -0.307742 18.201536 0.175206</w:t>
        <w:br/>
        <w:t>v -0.377924 18.351213 0.180638</w:t>
        <w:br/>
        <w:t>v -0.303432 18.347017 0.180583</w:t>
        <w:br/>
        <w:t>v -0.387358 18.393188 -0.109046</w:t>
        <w:br/>
        <w:t>v -0.417262 18.383858 -0.065212</w:t>
        <w:br/>
        <w:t>v -0.385098 18.211107 -0.110736</w:t>
        <w:br/>
        <w:t>v -0.437002 18.396229 -0.205590</w:t>
        <w:br/>
        <w:t>v -0.392541 18.213856 -0.209836</w:t>
        <w:br/>
        <w:t>v -0.379686 18.226654 -0.315355</w:t>
        <w:br/>
        <w:t>v -0.393817 18.421618 -0.336706</w:t>
        <w:br/>
        <w:t>v -0.387358 18.393188 -0.109046</w:t>
        <w:br/>
        <w:t>v -0.297474 18.425316 -0.407471</w:t>
        <w:br/>
        <w:t>v -0.304276 18.240292 -0.396767</w:t>
        <w:br/>
        <w:t>v -0.274695 18.232941 -0.411732</w:t>
        <w:br/>
        <w:t>v -0.259436 18.403357 -0.392583</w:t>
        <w:br/>
        <w:t>v -0.270448 18.411419 -0.425679</w:t>
        <w:br/>
        <w:t>v -0.227044 18.223326 -0.435481</w:t>
        <w:br/>
        <w:t>v -0.183269 18.191162 -0.466184</w:t>
        <w:br/>
        <w:t>v -0.221188 18.411869 -0.471206</w:t>
        <w:br/>
        <w:t>v -0.259436 18.403357 -0.392583</w:t>
        <w:br/>
        <w:t>v -0.274695 18.232941 -0.411732</w:t>
        <w:br/>
        <w:t>v -0.109176 18.402435 -0.478197</w:t>
        <w:br/>
        <w:t>v -0.104223 18.148584 -0.501275</w:t>
        <w:br/>
        <w:t>v -0.130727 18.181723 0.282813</w:t>
        <w:br/>
        <w:t>v -0.202565 18.299030 0.326427</w:t>
        <w:br/>
        <w:t>v -0.147797 18.282537 0.375653</w:t>
        <w:br/>
        <w:t>v -0.134802 18.268250 0.403185</w:t>
        <w:br/>
        <w:t>v -0.050419 18.175520 0.299684</w:t>
        <w:br/>
        <w:t>v -0.086992 18.268522 0.413009</w:t>
        <w:br/>
        <w:t>v 0.000082 18.549623 -0.393947</w:t>
        <w:br/>
        <w:t>v -0.119667 18.580475 -0.515678</w:t>
        <w:br/>
        <w:t>v -0.254277 18.569672 -0.517358</w:t>
        <w:br/>
        <w:t>v -0.303374 18.546926 -0.444618</w:t>
        <w:br/>
        <w:t>v -0.303374 18.546926 -0.444618</w:t>
        <w:br/>
        <w:t>v -0.271929 18.510115 -0.387406</w:t>
        <w:br/>
        <w:t>v -0.271929 18.510115 -0.387406</w:t>
        <w:br/>
        <w:t>v -0.313921 18.557661 -0.415247</w:t>
        <w:br/>
        <w:t>v -0.313921 18.557661 -0.415247</w:t>
        <w:br/>
        <w:t>v -0.415214 18.566942 -0.341381</w:t>
        <w:br/>
        <w:t>v -0.465152 18.542028 -0.213064</w:t>
        <w:br/>
        <w:t>v -0.388617 18.530144 -0.098644</w:t>
        <w:br/>
        <w:t>v -0.388617 18.530144 -0.098644</w:t>
        <w:br/>
        <w:t>v -0.443657 18.532280 -0.086588</w:t>
        <w:br/>
        <w:t>v -0.489624 18.498159 0.071732</w:t>
        <w:br/>
        <w:t>v -0.437300 18.470240 0.190599</w:t>
        <w:br/>
        <w:t>v -0.437300 18.470240 0.190599</w:t>
        <w:br/>
        <w:t>v -0.336023 18.453432 0.185653</w:t>
        <w:br/>
        <w:t>v -0.336023 18.453432 0.185653</w:t>
        <w:br/>
        <w:t>v -0.380578 18.449505 0.234664</w:t>
        <w:br/>
        <w:t>v -0.336610 18.428656 0.320747</w:t>
        <w:br/>
        <w:t>v -0.254261 18.415628 0.376021</w:t>
        <w:br/>
        <w:t>v -0.176162 18.404995 0.397755</w:t>
        <w:br/>
        <w:t>v -0.147046 18.395033 0.420934</w:t>
        <w:br/>
        <w:t>v -0.182049 18.371979 0.458004</w:t>
        <w:br/>
        <w:t>v -0.147046 18.395033 0.420934</w:t>
        <w:br/>
        <w:t>v -0.173868 18.346502 0.477881</w:t>
        <w:br/>
        <w:t>v -0.173868 18.346502 0.477881</w:t>
        <w:br/>
        <w:t>v -0.108705 18.325048 0.473899</w:t>
        <w:br/>
        <w:t>v -0.070565 18.300856 0.445549</w:t>
        <w:br/>
        <w:t>v -0.041621 18.266319 0.407845</w:t>
        <w:br/>
        <w:t>v -0.020037 18.231155 0.365238</w:t>
        <w:br/>
        <w:t>v -0.006656 18.181826 0.287008</w:t>
        <w:br/>
        <w:t>v -0.453350 18.176901 -0.137679</w:t>
        <w:br/>
        <w:t>v -0.385098 18.211107 -0.110736</w:t>
        <w:br/>
        <w:t>v -0.361515 18.207306 0.036091</w:t>
        <w:br/>
        <w:t>v -0.383216 18.137230 -0.449309</w:t>
        <w:br/>
        <w:t>v -0.392541 18.213856 -0.209836</w:t>
        <w:br/>
        <w:t>v -0.224827 17.615749 -0.822678</w:t>
        <w:br/>
        <w:t>v -0.217063 17.607185 -0.809087</w:t>
        <w:br/>
        <w:t>v -0.281241 17.584061 -0.759319</w:t>
        <w:br/>
        <w:t>v -0.286333 17.591179 -0.773642</w:t>
        <w:br/>
        <w:t>v -0.363335 17.615505 -0.775942</w:t>
        <w:br/>
        <w:t>v -0.363532 17.609407 -0.757843</w:t>
        <w:br/>
        <w:t>v -0.251954 17.863113 0.365784</w:t>
        <w:br/>
        <w:t>v -0.104357 18.005215 0.303728</w:t>
        <w:br/>
        <w:t>v -0.105061 18.002127 0.286412</w:t>
        <w:br/>
        <w:t>v -0.248716 17.852247 0.351096</w:t>
        <w:br/>
        <w:t>v -0.728632 17.414309 0.554190</w:t>
        <w:br/>
        <w:t>v -0.576601 17.550158 0.521942</w:t>
        <w:br/>
        <w:t>v -0.570961 17.539904 0.507320</w:t>
        <w:br/>
        <w:t>v -0.720617 17.404745 0.540139</w:t>
        <w:br/>
        <w:t>v -0.355159 17.768017 0.421131</w:t>
        <w:br/>
        <w:t>v -0.354976 17.753021 0.409069</w:t>
        <w:br/>
        <w:t>v -0.892634 17.272989 0.569322</w:t>
        <w:br/>
        <w:t>v -0.880335 17.265968 0.557152</w:t>
        <w:br/>
        <w:t>v -1.041374 17.120329 0.452647</w:t>
        <w:br/>
        <w:t>v -1.055672 17.123636 0.462438</w:t>
        <w:br/>
        <w:t>v -1.128903 17.047934 0.338050</w:t>
        <w:br/>
        <w:t>v -1.144081 17.052532 0.344433</w:t>
        <w:br/>
        <w:t>v -0.119667 18.580475 -0.515678</w:t>
        <w:br/>
        <w:t>v -0.125024 18.582548 -0.499044</w:t>
        <w:br/>
        <w:t>v -0.254277 18.569672 -0.517358</w:t>
        <w:br/>
        <w:t>v -0.247506 18.574778 -0.502242</w:t>
        <w:br/>
        <w:t>v -0.288154 18.551176 -0.441934</w:t>
        <w:br/>
        <w:t>v -0.303374 18.546926 -0.444618</w:t>
        <w:br/>
        <w:t>v -0.268028 18.511057 -0.382684</w:t>
        <w:br/>
        <w:t>v -0.271929 18.510115 -0.387406</w:t>
        <w:br/>
        <w:t>v -0.303374 18.546926 -0.444618</w:t>
        <w:br/>
        <w:t>v -0.313921 18.557661 -0.415247</w:t>
        <w:br/>
        <w:t>v -0.271929 18.510115 -0.387406</w:t>
        <w:br/>
        <w:t>v -0.268028 18.511057 -0.382684</w:t>
        <w:br/>
        <w:t>v -0.313136 18.558268 -0.399682</w:t>
        <w:br/>
        <w:t>v -0.401115 18.569633 -0.330495</w:t>
        <w:br/>
        <w:t>v -0.415214 18.566942 -0.341381</w:t>
        <w:br/>
        <w:t>v -0.313921 18.557661 -0.415247</w:t>
        <w:br/>
        <w:t>v -0.465152 18.542028 -0.213064</w:t>
        <w:br/>
        <w:t>v -0.448536 18.544514 -0.214411</w:t>
        <w:br/>
        <w:t>v -0.375558 18.531734 -0.090020</w:t>
        <w:br/>
        <w:t>v -0.388617 18.530144 -0.098644</w:t>
        <w:br/>
        <w:t>v -0.443657 18.532280 -0.086588</w:t>
        <w:br/>
        <w:t>v -0.429950 18.535715 -0.076485</w:t>
        <w:br/>
        <w:t>v -0.489624 18.498159 0.071732</w:t>
        <w:br/>
        <w:t>v -0.472956 18.505045 0.071381</w:t>
        <w:br/>
        <w:t>v -0.437300 18.470240 0.190599</w:t>
        <w:br/>
        <w:t>v -0.429514 18.474941 0.178668</w:t>
        <w:br/>
        <w:t>v -0.315348 18.456520 0.181738</w:t>
        <w:br/>
        <w:t>v -0.336023 18.453432 0.185653</w:t>
        <w:br/>
        <w:t>v -0.437300 18.470240 0.190599</w:t>
        <w:br/>
        <w:t>v -0.380578 18.449505 0.234664</w:t>
        <w:br/>
        <w:t>v -0.336023 18.453432 0.185653</w:t>
        <w:br/>
        <w:t>v -0.315348 18.456520 0.181738</w:t>
        <w:br/>
        <w:t>v -0.365750 18.456575 0.237100</w:t>
        <w:br/>
        <w:t>v -0.324293 18.437725 0.311027</w:t>
        <w:br/>
        <w:t>v -0.336610 18.428656 0.320747</w:t>
        <w:br/>
        <w:t>v -0.247904 18.425032 0.361466</w:t>
        <w:br/>
        <w:t>v -0.254261 18.415628 0.376021</w:t>
        <w:br/>
        <w:t>v -0.169561 18.415691 0.384502</w:t>
        <w:br/>
        <w:t>v -0.176162 18.404995 0.397755</w:t>
        <w:br/>
        <w:t>v -0.135043 18.398542 0.421192</w:t>
        <w:br/>
        <w:t>v -0.147046 18.395033 0.420934</w:t>
        <w:br/>
        <w:t>v -0.182049 18.371979 0.458004</w:t>
        <w:br/>
        <w:t>v -0.166530 18.373688 0.463303</w:t>
        <w:br/>
        <w:t>v -0.173868 18.346502 0.477881</w:t>
        <w:br/>
        <w:t>v -0.163817 18.357443 0.471370</w:t>
        <w:br/>
        <w:t>v -0.107608 18.338711 0.461304</w:t>
        <w:br/>
        <w:t>v -0.108705 18.325048 0.473899</w:t>
        <w:br/>
        <w:t>v -0.071489 18.314363 0.432596</w:t>
        <w:br/>
        <w:t>v -0.070565 18.300856 0.445549</w:t>
        <w:br/>
        <w:t>v -0.041621 18.266319 0.407845</w:t>
        <w:br/>
        <w:t>v -0.042376 18.280193 0.395292</w:t>
        <w:br/>
        <w:t>v -0.021451 18.245623 0.353448</w:t>
        <w:br/>
        <w:t>v -0.020037 18.231155 0.365238</w:t>
        <w:br/>
        <w:t>v -0.010411 18.189800 0.272327</w:t>
        <w:br/>
        <w:t>v -0.006656 18.181826 0.287008</w:t>
        <w:br/>
        <w:t>v -1.159482 16.963753 0.088288</w:t>
        <w:br/>
        <w:t>v -1.169153 17.010828 0.280958</w:t>
        <w:br/>
        <w:t>v -1.185384 17.016092 0.285630</w:t>
        <w:br/>
        <w:t>v -1.169153 17.010828 0.280958</w:t>
        <w:br/>
        <w:t>v -1.185384 17.016092 0.285630</w:t>
        <w:br/>
        <w:t>v -1.233184 16.978518 0.226089</w:t>
        <w:br/>
        <w:t>v -1.227491 17.018028 0.174758</w:t>
        <w:br/>
        <w:t>v -1.184490 17.059095 0.240576</w:t>
        <w:br/>
        <w:t>v -1.229928 17.024481 -0.006138</w:t>
        <w:br/>
        <w:t>v -1.215181 16.972569 0.223223</w:t>
        <w:br/>
        <w:t>v -1.233184 16.978518 0.226089</w:t>
        <w:br/>
        <w:t>v -1.215181 16.972569 0.223223</w:t>
        <w:br/>
        <w:t>v -1.307485 16.964384 0.022052</w:t>
        <w:br/>
        <w:t>v -0.636331 18.096811 -0.126350</w:t>
        <w:br/>
        <w:t>v -0.920193 16.981253 -0.903532</w:t>
        <w:br/>
        <w:t>v -0.915043 16.973646 -0.948586</w:t>
        <w:br/>
        <w:t>v -0.606163 17.157154 -0.780848</w:t>
        <w:br/>
        <w:t>v -0.701589 17.136003 -0.882974</w:t>
        <w:br/>
        <w:t>v -0.791235 17.284391 -0.919076</w:t>
        <w:br/>
        <w:t>v -0.877119 17.406406 -0.883221</w:t>
        <w:br/>
        <w:t>v -0.680203 17.475840 -0.736463</w:t>
        <w:br/>
        <w:t>v -0.652489 17.366262 -0.775584</w:t>
        <w:br/>
        <w:t>v -0.678638 17.516033 -0.728992</w:t>
        <w:br/>
        <w:t>v -0.944057 17.475189 -0.833293</w:t>
        <w:br/>
        <w:t>v -0.678638 17.516033 -0.728992</w:t>
        <w:br/>
        <w:t>v -0.944057 17.475189 -0.833293</w:t>
        <w:br/>
        <w:t>v -0.942486 17.497742 -0.909685</w:t>
        <w:br/>
        <w:t>v -0.940088 17.506229 -0.949950</w:t>
        <w:br/>
        <w:t>v -0.705077 17.618761 -0.686337</w:t>
        <w:br/>
        <w:t>v -1.078436 17.664204 -0.958959</w:t>
        <w:br/>
        <w:t>v -1.144143 17.837961 -0.895530</w:t>
        <w:br/>
        <w:t>v -0.748322 17.718609 -0.662151</w:t>
        <w:br/>
        <w:t>v -0.682906 17.555044 -0.733415</w:t>
        <w:br/>
        <w:t>v -0.980722 17.553648 -0.975020</w:t>
        <w:br/>
        <w:t>v -0.940088 17.506229 -0.949950</w:t>
        <w:br/>
        <w:t>v -1.154893 17.895485 -0.784527</w:t>
        <w:br/>
        <w:t>v -0.775349 17.773947 -0.605259</w:t>
        <w:br/>
        <w:t>v -1.174401 17.887323 -0.711459</w:t>
        <w:br/>
        <w:t>v -0.817573 17.826954 -0.505932</w:t>
        <w:br/>
        <w:t>v -0.817573 17.826954 -0.505932</w:t>
        <w:br/>
        <w:t>v -1.174401 17.887323 -0.711459</w:t>
        <w:br/>
        <w:t>v -1.141386 17.944201 -0.708182</w:t>
        <w:br/>
        <w:t>v -0.866904 17.889948 -0.414413</w:t>
        <w:br/>
        <w:t>v -1.126106 18.136559 -0.603179</w:t>
        <w:br/>
        <w:t>v -1.164755 18.203789 -0.440498</w:t>
        <w:br/>
        <w:t>v -0.909471 17.929014 -0.294099</w:t>
        <w:br/>
        <w:t>v -1.126365 18.021704 -0.708243</w:t>
        <w:br/>
        <w:t>v -1.204873 18.205212 -0.330378</w:t>
        <w:br/>
        <w:t>v -0.904860 17.947212 -0.207378</w:t>
        <w:br/>
        <w:t>v -1.224343 18.163206 -0.291759</w:t>
        <w:br/>
        <w:t>v -1.229238 18.099298 -0.248371</w:t>
        <w:br/>
        <w:t>v -0.920267 17.932898 -0.133831</w:t>
        <w:br/>
        <w:t>v -1.181267 18.102146 -0.139006</w:t>
        <w:br/>
        <w:t>v -1.178257 18.172806 -0.095465</w:t>
        <w:br/>
        <w:t>v -1.168468 18.226406 -0.009619</w:t>
        <w:br/>
        <w:t>v -0.956170 17.953690 -0.023131</w:t>
        <w:br/>
        <w:t>v -1.003585 17.889465 0.112762</w:t>
        <w:br/>
        <w:t>v -1.167674 18.161139 0.143936</w:t>
        <w:br/>
        <w:t>v -1.170809 18.055866 0.227721</w:t>
        <w:br/>
        <w:t>v -1.001889 17.857706 0.162752</w:t>
        <w:br/>
        <w:t>v -1.173139 17.991583 0.232723</w:t>
        <w:br/>
        <w:t>v -1.177703 17.964853 0.197662</w:t>
        <w:br/>
        <w:t>v -1.001889 17.857706 0.162752</w:t>
        <w:br/>
        <w:t>v -1.179191 17.931917 0.166935</w:t>
        <w:br/>
        <w:t>v -1.173123 17.876102 0.192828</w:t>
        <w:br/>
        <w:t>v -1.179191 17.931917 0.166935</w:t>
        <w:br/>
        <w:t>v -1.173139 17.991583 0.232723</w:t>
        <w:br/>
        <w:t>v -1.001889 17.857706 0.162752</w:t>
        <w:br/>
        <w:t>v -1.176689 17.895094 0.251431</w:t>
        <w:br/>
        <w:t>v -1.167807 17.945784 0.298704</w:t>
        <w:br/>
        <w:t>v -1.010366 17.818882 0.213739</w:t>
        <w:br/>
        <w:t>v -1.143639 17.922346 0.343873</w:t>
        <w:br/>
        <w:t>v -1.126074 17.857449 0.389258</w:t>
        <w:br/>
        <w:t>v -1.173123 17.876102 0.192828</w:t>
        <w:br/>
        <w:t>v -0.987646 17.617928 0.291960</w:t>
        <w:br/>
        <w:t>v -1.097429 17.631603 0.414023</w:t>
        <w:br/>
        <w:t>v -1.097394 17.552639 0.371018</w:t>
        <w:br/>
        <w:t>v -1.116233 17.738588 0.406600</w:t>
        <w:br/>
        <w:t>v -1.003279 17.743176 0.249996</w:t>
        <w:br/>
        <w:t>v -1.091392 17.485653 0.353793</w:t>
        <w:br/>
        <w:t>v -0.970858 17.504290 0.309091</w:t>
        <w:br/>
        <w:t>v -1.063951 17.441845 0.416381</w:t>
        <w:br/>
        <w:t>v -1.058232 17.397663 0.388256</w:t>
        <w:br/>
        <w:t>v -0.995345 17.374632 0.347232</w:t>
        <w:br/>
        <w:t>v -1.053351 17.358627 0.359989</w:t>
        <w:br/>
        <w:t>v -1.049635 17.292549 0.328543</w:t>
        <w:br/>
        <w:t>v -1.273226 17.026775 0.222038</w:t>
        <w:br/>
        <w:t>v -1.209157 17.083965 0.168951</w:t>
        <w:br/>
        <w:t>v -1.154357 17.147034 0.243733</w:t>
        <w:br/>
        <w:t>v -1.287305 17.001619 0.187472</w:t>
        <w:br/>
        <w:t>v -1.294002 16.995811 0.154069</w:t>
        <w:br/>
        <w:t>v -1.283552 17.016582 0.098803</w:t>
        <w:br/>
        <w:t>v -1.225381 17.094660 0.297537</w:t>
        <w:br/>
        <w:t>v -1.249510 17.067827 0.259924</w:t>
        <w:br/>
        <w:t>v -0.730677 17.182602 -0.903678</w:t>
        <w:br/>
        <w:t>v -0.622710 17.245140 -0.775885</w:t>
        <w:br/>
        <w:t>v -0.895779 16.948738 -0.866289</w:t>
        <w:br/>
        <w:t>v -0.920193 16.981253 -0.903532</w:t>
        <w:br/>
        <w:t>v -1.209528 17.095821 0.332050</w:t>
        <w:br/>
        <w:t>v -1.179298 17.147406 0.407324</w:t>
        <w:br/>
        <w:t>v -1.186956 17.117525 0.399714</w:t>
        <w:br/>
        <w:t>v -1.174633 17.171677 0.386011</w:t>
        <w:br/>
        <w:t>v -1.179298 17.147406 0.407324</w:t>
        <w:br/>
        <w:t>v -1.049635 17.292549 0.328543</w:t>
        <w:br/>
        <w:t>v -1.175543 17.188290 0.357250</w:t>
        <w:br/>
        <w:t>v -1.175144 17.215227 0.343028</w:t>
        <w:br/>
        <w:t>v -1.172979 17.244633 0.351047</w:t>
        <w:br/>
        <w:t>v -1.171249 17.261818 0.383361</w:t>
        <w:br/>
        <w:t>v -1.172001 17.271784 0.443424</w:t>
        <w:br/>
        <w:t>v -1.162502 17.315588 0.501837</w:t>
        <w:br/>
        <w:t>v -1.167657 17.382851 0.552487</w:t>
        <w:br/>
        <w:t>v -1.072056 17.475306 0.419350</w:t>
        <w:br/>
        <w:t>v -1.177255 17.439043 0.562829</w:t>
        <w:br/>
        <w:t>v -1.081403 17.486834 0.393436</w:t>
        <w:br/>
        <w:t>v -1.186148 17.454435 0.543801</w:t>
        <w:br/>
        <w:t>v -1.195877 17.447144 0.511958</w:t>
        <w:br/>
        <w:t>v -1.091392 17.485653 0.353793</w:t>
        <w:br/>
        <w:t>v -1.207549 17.438713 0.474985</w:t>
        <w:br/>
        <w:t>v -1.221052 17.449244 0.444456</w:t>
        <w:br/>
        <w:t>v -1.234598 17.483055 0.433307</w:t>
        <w:br/>
        <w:t>v -1.244915 17.524675 0.447909</w:t>
        <w:br/>
        <w:t>v -1.252371 17.568249 0.484166</w:t>
        <w:br/>
        <w:t>v -1.260536 17.618135 0.528766</w:t>
        <w:br/>
        <w:t>v -1.274354 17.683981 0.560706</w:t>
        <w:br/>
        <w:t>v -1.296017 17.761213 0.560255</w:t>
        <w:br/>
        <w:t>v -1.320467 17.840487 0.521763</w:t>
        <w:br/>
        <w:t>v -1.346267 17.909269 0.459254</w:t>
        <w:br/>
        <w:t>v -1.359635 17.942678 0.406755</w:t>
        <w:br/>
        <w:t>v -1.359635 17.942678 0.406755</w:t>
        <w:br/>
        <w:t>v -1.353117 17.932568 0.369029</w:t>
        <w:br/>
        <w:t>v -1.338646 17.899153 0.335179</w:t>
        <w:br/>
        <w:t>v -1.329709 17.870865 0.296483</w:t>
        <w:br/>
        <w:t>v -1.332436 17.870356 0.246726</w:t>
        <w:br/>
        <w:t>v -1.344374 17.906218 0.200789</w:t>
        <w:br/>
        <w:t>v -1.358675 17.960339 0.180431</w:t>
        <w:br/>
        <w:t>v -1.367025 18.009644 0.192584</w:t>
        <w:br/>
        <w:t>v -1.371755 18.039804 0.235324</w:t>
        <w:br/>
        <w:t>v -1.376890 18.070780 0.294175</w:t>
        <w:br/>
        <w:t>v -1.386363 18.143066 0.323364</w:t>
        <w:br/>
        <w:t>v -1.393425 18.233355 0.276018</w:t>
        <w:br/>
        <w:t>v -1.398428 18.309494 0.177002</w:t>
        <w:br/>
        <w:t>v -1.408405 18.352955 0.067983</w:t>
        <w:br/>
        <w:t>v -1.417938 18.359924 -0.012649</w:t>
        <w:br/>
        <w:t>v -1.421843 18.329302 -0.058265</w:t>
        <w:br/>
        <w:t>v -1.419572 18.267967 -0.071920</w:t>
        <w:br/>
        <w:t>v -1.424692 18.216806 -0.099509</w:t>
        <w:br/>
        <w:t>v -1.438173 18.192196 -0.166381</w:t>
        <w:br/>
        <w:t>v -1.474596 18.193176 -0.255392</w:t>
        <w:br/>
        <w:t>v -1.464342 18.229599 -0.335211</w:t>
        <w:br/>
        <w:t>v -1.463267 18.289957 -0.370338</w:t>
        <w:br/>
        <w:t>v -1.468848 18.341898 -0.372932</w:t>
        <w:br/>
        <w:t>v -1.464266 18.367319 -0.409503</w:t>
        <w:br/>
        <w:t>v -1.440487 18.372141 -0.491064</w:t>
        <w:br/>
        <w:t>v -1.412988 18.351362 -0.592607</w:t>
        <w:br/>
        <w:t>v -1.393240 18.305706 -0.695372</w:t>
        <w:br/>
        <w:t>v -1.383471 18.239122 -0.787671</w:t>
        <w:br/>
        <w:t>v -1.388342 18.158674 -0.857960</w:t>
        <w:br/>
        <w:t>v -1.398853 18.081846 -0.892201</w:t>
        <w:br/>
        <w:t>v -1.401723 18.035017 -0.883814</w:t>
        <w:br/>
        <w:t>v -1.396605 18.019651 -0.840861</w:t>
        <w:br/>
        <w:t>v -1.401723 18.035017 -0.883814</w:t>
        <w:br/>
        <w:t>v -1.141386 17.944201 -0.708182</w:t>
        <w:br/>
        <w:t>v -1.394785 17.990967 -0.792115</w:t>
        <w:br/>
        <w:t>v -1.396297 17.941042 -0.778492</w:t>
        <w:br/>
        <w:t>v -1.400762 17.891003 -0.807918</w:t>
        <w:br/>
        <w:t>v -1.407628 17.864910 -0.863979</w:t>
        <w:br/>
        <w:t>v -1.400762 17.891003 -0.807918</w:t>
        <w:br/>
        <w:t>v -1.415935 17.882120 -0.920823</w:t>
        <w:br/>
        <w:t>v -1.422176 17.920084 -0.964248</w:t>
        <w:br/>
        <w:t>v -1.421110 17.946783 -1.002538</w:t>
        <w:br/>
        <w:t>v -1.407218 17.926237 -1.065761</w:t>
        <w:br/>
        <w:t>v -1.421110 17.946783 -1.002538</w:t>
        <w:br/>
        <w:t>v -1.384307 17.842516 -1.131862</w:t>
        <w:br/>
        <w:t>v -1.359581 17.719576 -1.164537</w:t>
        <w:br/>
        <w:t>v -1.316400 17.596592 -1.161519</w:t>
        <w:br/>
        <w:t>v -1.273195 17.498724 -1.128547</w:t>
        <w:br/>
        <w:t>v -1.244985 17.445183 -1.083799</w:t>
        <w:br/>
        <w:t>v -1.244153 17.435553 -1.036021</w:t>
        <w:br/>
        <w:t>v -1.258162 17.445839 -0.982200</w:t>
        <w:br/>
        <w:t>v -1.259849 17.439747 -0.916362</w:t>
        <w:br/>
        <w:t>v -1.230670 17.383257 -0.904327</w:t>
        <w:br/>
        <w:t>v -1.259849 17.439747 -0.916362</w:t>
        <w:br/>
        <w:t>v -1.198612 17.321817 -0.948216</w:t>
        <w:br/>
        <w:t>v -1.159057 17.257986 -1.004089</w:t>
        <w:br/>
        <w:t>v -1.107663 17.188761 -1.044821</w:t>
        <w:br/>
        <w:t>v -1.044593 17.112627 -1.053936</w:t>
        <w:br/>
        <w:t>v -0.979192 17.038881 -1.033289</w:t>
        <w:br/>
        <w:t>v -0.930008 16.986074 -0.992950</w:t>
        <w:br/>
        <w:t>v -0.606163 17.157154 -0.780848</w:t>
        <w:br/>
        <w:t>v -0.780329 16.858561 -0.851852</w:t>
        <w:br/>
        <w:t>v -0.842319 16.900457 -0.854678</w:t>
        <w:br/>
        <w:t>v -0.719452 16.818840 -0.845840</w:t>
        <w:br/>
        <w:t>v -0.578214 16.964836 -0.769297</w:t>
        <w:br/>
        <w:t>v -0.666969 16.779118 -0.832729</w:t>
        <w:br/>
        <w:t>v -0.648885 16.758102 -0.830468</w:t>
        <w:br/>
        <w:t>v -0.693217 16.731085 -0.795188</w:t>
        <w:br/>
        <w:t>v -0.648885 16.758102 -0.830468</w:t>
        <w:br/>
        <w:t>v -0.578214 16.964836 -0.769297</w:t>
        <w:br/>
        <w:t>v -0.677024 16.693230 -0.767569</w:t>
        <w:br/>
        <w:t>v -0.693217 16.731085 -0.795188</w:t>
        <w:br/>
        <w:t>v -0.555860 16.772421 -0.756949</w:t>
        <w:br/>
        <w:t>v -0.572343 16.596220 -0.821351</w:t>
        <w:br/>
        <w:t>v -0.628922 16.643917 -0.781371</w:t>
        <w:br/>
        <w:t>v -0.361103 16.670950 -0.744948</w:t>
        <w:br/>
        <w:t>v -0.456107 16.502081 -0.855349</w:t>
        <w:br/>
        <w:t>v -0.511616 16.545588 -0.849021</w:t>
        <w:br/>
        <w:t>v -0.361103 16.670950 -0.744948</w:t>
        <w:br/>
        <w:t>v -0.445118 16.432125 -0.818828</w:t>
        <w:br/>
        <w:t>v -0.434181 16.467314 -0.843091</w:t>
        <w:br/>
        <w:t>v -0.446464 16.400675 -0.795376</w:t>
        <w:br/>
        <w:t>v -0.419169 16.382427 -0.787700</w:t>
        <w:br/>
        <w:t>v -0.326067 16.579559 -0.734866</w:t>
        <w:br/>
        <w:t>v -0.376770 16.370588 -0.785258</w:t>
        <w:br/>
        <w:t>v -0.343142 16.357601 -0.774074</w:t>
        <w:br/>
        <w:t>v -0.287086 16.513832 -0.729600</w:t>
        <w:br/>
        <w:t>v -0.335819 16.342339 -0.748746</w:t>
        <w:br/>
        <w:t>v -0.362928 16.312004 -0.708395</w:t>
        <w:br/>
        <w:t>v -0.352738 16.328970 -0.730472</w:t>
        <w:br/>
        <w:t>v -0.261424 16.455496 -0.717358</w:t>
        <w:br/>
        <w:t>v -0.343350 16.284567 -0.692749</w:t>
        <w:br/>
        <w:t>v -0.362928 16.312004 -0.708395</w:t>
        <w:br/>
        <w:t>v -0.261424 16.455496 -0.717358</w:t>
        <w:br/>
        <w:t>v -0.220440 16.416323 -0.708769</w:t>
        <w:br/>
        <w:t>v -0.311817 16.259094 -0.692852</w:t>
        <w:br/>
        <w:t>v -0.193826 16.347855 -0.694759</w:t>
        <w:br/>
        <w:t>v -0.282302 16.237576 -0.713186</w:t>
        <w:br/>
        <w:t>v -0.254025 16.218626 -0.713338</w:t>
        <w:br/>
        <w:t>v -0.164036 16.270025 -0.670530</w:t>
        <w:br/>
        <w:t>v -0.235889 16.205473 -0.686875</w:t>
        <w:br/>
        <w:t>v -0.212418 16.185478 -0.664577</w:t>
        <w:br/>
        <w:t>v -0.129979 16.202362 -0.647323</w:t>
        <w:br/>
        <w:t>v -0.181566 16.152767 -0.654478</w:t>
        <w:br/>
        <w:t>v -0.119048 16.006527 -0.606999</w:t>
        <w:br/>
        <w:t>v -0.135073 16.092491 -0.633404</w:t>
        <w:br/>
        <w:t>v -0.089610 16.127274 -0.621289</w:t>
        <w:br/>
        <w:t>v -0.076855 16.025406 -0.591778</w:t>
        <w:br/>
        <w:t>v -0.114413 15.939989 -0.583757</w:t>
        <w:br/>
        <w:t>v -0.077695 15.946913 -0.569606</w:t>
        <w:br/>
        <w:t>v -0.906606 16.959522 -0.949801</w:t>
        <w:br/>
        <w:t>v -0.911903 16.970652 -0.908464</w:t>
        <w:br/>
        <w:t>v -0.515979 17.179340 -0.755039</w:t>
        <w:br/>
        <w:t>v -0.689012 17.127546 -0.894258</w:t>
        <w:br/>
        <w:t>v -0.570005 17.377937 -0.741200</w:t>
        <w:br/>
        <w:t>v -0.598937 17.490063 -0.740644</w:t>
        <w:br/>
        <w:t>v -0.873445 17.417065 -0.898313</w:t>
        <w:br/>
        <w:t>v -0.783242 17.289282 -0.935659</w:t>
        <w:br/>
        <w:t>v -0.933365 17.466640 -0.848737</w:t>
        <w:br/>
        <w:t>v -0.933365 17.466640 -0.848737</w:t>
        <w:br/>
        <w:t>v -0.598937 17.490063 -0.740644</w:t>
        <w:br/>
        <w:t>v -0.933430 17.479975 -0.911291</w:t>
        <w:br/>
        <w:t>v -0.925366 17.495380 -0.961727</w:t>
        <w:br/>
        <w:t>v -0.681569 17.664623 -0.659707</w:t>
        <w:br/>
        <w:t>v -0.712756 17.771528 -0.667302</w:t>
        <w:br/>
        <w:t>v -1.129751 17.850569 -0.906482</w:t>
        <w:br/>
        <w:t>v -1.064825 17.671303 -0.973735</w:t>
        <w:br/>
        <w:t>v -0.648645 17.581116 -0.700520</w:t>
        <w:br/>
        <w:t>v -0.966608 17.555113 -0.991143</w:t>
        <w:br/>
        <w:t>v -0.925366 17.495380 -0.961727</w:t>
        <w:br/>
        <w:t>v -0.771710 17.853416 -0.608409</w:t>
        <w:br/>
        <w:t>v -1.145502 17.914579 -0.782999</w:t>
        <w:br/>
        <w:t>v -0.821486 17.872194 -0.525312</w:t>
        <w:br/>
        <w:t>v -1.164215 17.901478 -0.722902</w:t>
        <w:br/>
        <w:t>v -1.164215 17.901478 -0.722902</w:t>
        <w:br/>
        <w:t>v -0.821486 17.872194 -0.525312</w:t>
        <w:br/>
        <w:t>v -1.137223 17.939137 -0.725187</w:t>
        <w:br/>
        <w:t>v -0.854489 17.935133 -0.448964</w:t>
        <w:br/>
        <w:t>v -0.896895 18.000849 -0.353317</w:t>
        <w:br/>
        <w:t>v -1.152317 18.218939 -0.440611</w:t>
        <w:br/>
        <w:t>v -1.114080 18.150145 -0.608993</w:t>
        <w:br/>
        <w:t>v -1.112125 18.030304 -0.720662</w:t>
        <w:br/>
        <w:t>v -0.919865 18.037546 -0.221191</w:t>
        <w:br/>
        <w:t>v -1.195693 18.220234 -0.322607</w:t>
        <w:br/>
        <w:t>v -1.220797 18.174480 -0.276910</w:t>
        <w:br/>
        <w:t>v -1.221655 18.115088 -0.239413</w:t>
        <w:br/>
        <w:t>v -0.917028 18.007282 -0.126982</w:t>
        <w:br/>
        <w:t>v -1.175263 18.117172 -0.147967</w:t>
        <w:br/>
        <w:t>v -1.159548 18.241203 -0.009119</w:t>
        <w:br/>
        <w:t>v -0.952094 18.004059 -0.018040</w:t>
        <w:br/>
        <w:t>v -1.175263 18.117172 -0.147967</w:t>
        <w:br/>
        <w:t>v -0.917028 18.007282 -0.126982</w:t>
        <w:br/>
        <w:t>v -1.173905 18.184202 -0.108996</w:t>
        <w:br/>
        <w:t>v -1.158743 18.172600 0.154154</w:t>
        <w:br/>
        <w:t>v -0.963923 17.923016 0.113002</w:t>
        <w:br/>
        <w:t>v -1.163406 18.060621 0.243704</w:t>
        <w:br/>
        <w:t>v -1.168867 17.984354 0.249489</w:t>
        <w:br/>
        <w:t>v -0.975363 17.886084 0.178569</w:t>
        <w:br/>
        <w:t>v -1.175194 17.940956 0.203457</w:t>
        <w:br/>
        <w:t>v -1.175194 17.940956 0.203457</w:t>
        <w:br/>
        <w:t>v -0.975363 17.886084 0.178569</w:t>
        <w:br/>
        <w:t>v -1.169970 17.895899 0.211609</w:t>
        <w:br/>
        <w:t>v -1.168867 17.984354 0.249489</w:t>
        <w:br/>
        <w:t>v -1.167527 17.964018 0.298469</w:t>
        <w:br/>
        <w:t>v -0.979333 17.848167 0.212231</w:t>
        <w:br/>
        <w:t>v -1.140031 17.936623 0.353536</w:t>
        <w:br/>
        <w:t>v -1.121137 17.866791 0.403080</w:t>
        <w:br/>
        <w:t>v -1.179159 17.912094 0.244682</w:t>
        <w:br/>
        <w:t>v -0.975363 17.886084 0.178569</w:t>
        <w:br/>
        <w:t>v -1.091617 17.629848 0.430371</w:t>
        <w:br/>
        <w:t>v -0.966148 17.501537 0.317648</w:t>
        <w:br/>
        <w:t>v -1.092164 17.546799 0.387306</w:t>
        <w:br/>
        <w:t>v -0.982866 17.772791 0.280823</w:t>
        <w:br/>
        <w:t>v -1.110420 17.740786 0.422668</w:t>
        <w:br/>
        <w:t>v -0.973459 17.620855 0.317890</w:t>
        <w:br/>
        <w:t>v -1.054716 17.439968 0.430522</w:t>
        <w:br/>
        <w:t>v -1.066397 17.485806 0.432674</w:t>
        <w:br/>
        <w:t>v -1.047918 17.390507 0.400259</w:t>
        <w:br/>
        <w:t>v -1.043868 17.350708 0.360646</w:t>
        <w:br/>
        <w:t>v -0.949958 17.410767 0.383737</w:t>
        <w:br/>
        <w:t>v -1.044988 17.308203 0.352229</w:t>
        <w:br/>
        <w:t>v -0.949958 17.410767 0.383737</w:t>
        <w:br/>
        <w:t>v -0.971832 17.315731 0.438241</w:t>
        <w:br/>
        <w:t>v -1.043693 17.255428 0.376082</w:t>
        <w:br/>
        <w:t>v -1.055973 17.185080 0.365837</w:t>
        <w:br/>
        <w:t>v -1.286724 16.989353 0.200246</w:t>
        <w:br/>
        <w:t>v -1.270857 17.017794 0.237401</w:t>
        <w:br/>
        <w:t>v -1.227491 17.018028 0.174758</w:t>
        <w:br/>
        <w:t>v -1.296640 16.979492 0.161871</w:t>
        <w:br/>
        <w:t>v -1.247624 17.056530 0.271833</w:t>
        <w:br/>
        <w:t>v -1.225812 17.079168 0.299021</w:t>
        <w:br/>
        <w:t>v -1.130204 17.113651 0.342475</w:t>
        <w:br/>
        <w:t>v -1.307485 16.964384 0.022052</w:t>
        <w:br/>
        <w:t>v -1.307258 16.972862 0.105135</w:t>
        <w:br/>
        <w:t>v -0.720473 17.182846 -0.919850</w:t>
        <w:br/>
        <w:t>v -0.515979 17.179340 -0.755039</w:t>
        <w:br/>
        <w:t>v -1.184490 17.059095 0.240576</w:t>
        <w:br/>
        <w:t>v -0.911903 16.970652 -0.908464</w:t>
        <w:br/>
        <w:t>v -0.887910 16.947281 -0.882913</w:t>
        <w:br/>
        <w:t>v -1.209177 17.079929 0.330059</w:t>
        <w:br/>
        <w:t>v -1.194183 17.085028 0.373490</w:t>
        <w:br/>
        <w:t>v -1.055973 17.185080 0.365837</w:t>
        <w:br/>
        <w:t>v -1.181736 17.110268 0.412656</w:t>
        <w:br/>
        <w:t>v -1.175080 17.150511 0.423751</w:t>
        <w:br/>
        <w:t>v -1.043693 17.255428 0.376082</w:t>
        <w:br/>
        <w:t>v -1.173449 17.183210 0.398953</w:t>
        <w:br/>
        <w:t>v -1.175608 17.199846 0.369902</w:t>
        <w:br/>
        <w:t>v -1.173128 17.217276 0.359430</w:t>
        <w:br/>
        <w:t>v -1.173128 17.217276 0.359430</w:t>
        <w:br/>
        <w:t>v -1.168952 17.236385 0.365522</w:t>
        <w:br/>
        <w:t>v -1.044988 17.308203 0.352229</w:t>
        <w:br/>
        <w:t>v -1.166593 17.249321 0.392833</w:t>
        <w:br/>
        <w:t>v -1.166399 17.259647 0.451852</w:t>
        <w:br/>
        <w:t>v -1.155871 17.307241 0.513155</w:t>
        <w:br/>
        <w:t>v -1.161219 17.381187 0.566395</w:t>
        <w:br/>
        <w:t>v -1.173179 17.448772 0.574542</w:t>
        <w:br/>
        <w:t>v -1.186566 17.472269 0.547705</w:t>
        <w:br/>
        <w:t>v -1.082127 17.505516 0.396163</w:t>
        <w:br/>
        <w:t>v -1.198505 17.465900 0.510549</w:t>
        <w:br/>
        <w:t>v -1.208967 17.457359 0.476554</w:t>
        <w:br/>
        <w:t>v -1.089127 17.498819 0.367172</w:t>
        <w:br/>
        <w:t>v -1.219289 17.462870 0.455163</w:t>
        <w:br/>
        <w:t>v -1.230574 17.485113 0.449974</w:t>
        <w:br/>
        <w:t>v -1.089127 17.498819 0.367172</w:t>
        <w:br/>
        <w:t>v -1.241137 17.517590 0.464071</w:t>
        <w:br/>
        <w:t>v -1.248837 17.558706 0.499257</w:t>
        <w:br/>
        <w:t>v -1.256231 17.613735 0.544696</w:t>
        <w:br/>
        <w:t>v -1.268912 17.684282 0.577354</w:t>
        <w:br/>
        <w:t>v -1.290919 17.764717 0.576412</w:t>
        <w:br/>
        <w:t>v -1.317334 17.849588 0.536470</w:t>
        <w:br/>
        <w:t>v -1.346090 17.922810 0.470111</w:t>
        <w:br/>
        <w:t>v -1.363330 17.958075 0.406009</w:t>
        <w:br/>
        <w:t>v -1.359446 17.945610 0.357347</w:t>
        <w:br/>
        <w:t>v -1.345112 17.911224 0.322347</w:t>
        <w:br/>
        <w:t>v -1.335295 17.885834 0.288199</w:t>
        <w:br/>
        <w:t>v -1.334511 17.885303 0.250754</w:t>
        <w:br/>
        <w:t>v -1.169970 17.895899 0.211609</w:t>
        <w:br/>
        <w:t>v -1.342751 17.915907 0.215851</w:t>
        <w:br/>
        <w:t>v -1.355272 17.961817 0.198327</w:t>
        <w:br/>
        <w:t>v -1.364892 18.000595 0.207097</w:t>
        <w:br/>
        <w:t>v -1.370460 18.025194 0.246037</w:t>
        <w:br/>
        <w:t>v -1.373459 18.061768 0.308462</w:t>
        <w:br/>
        <w:t>v -1.381304 18.144903 0.340001</w:t>
        <w:br/>
        <w:t>v -1.386935 18.243090 0.289219</w:t>
        <w:br/>
        <w:t>v -1.392310 18.322952 0.186250</w:t>
        <w:br/>
        <w:t>v -1.401888 18.368439 0.073062</w:t>
        <w:br/>
        <w:t>v -1.414582 18.374586 -0.017125</w:t>
        <w:br/>
        <w:t>v -1.425449 18.337872 -0.073007</w:t>
        <w:br/>
        <w:t>v -1.425307 18.274254 -0.089085</w:t>
        <w:br/>
        <w:t>v -1.425373 18.229137 -0.110346</w:t>
        <w:br/>
        <w:t>v -1.434383 18.208948 -0.168854</w:t>
        <w:br/>
        <w:t>v -1.469178 18.209848 -0.251640</w:t>
        <w:br/>
        <w:t>v -1.464455 18.242376 -0.323548</w:t>
        <w:br/>
        <w:t>v -1.467754 18.295467 -0.353320</w:t>
        <w:br/>
        <w:t>v -1.471575 18.349022 -0.357500</w:t>
        <w:br/>
        <w:t>v -1.460253 18.381725 -0.401525</w:t>
        <w:br/>
        <w:t>v -1.433361 18.388105 -0.489734</w:t>
        <w:br/>
        <w:t>v -1.404615 18.366741 -0.595182</w:t>
        <w:br/>
        <w:t>v -1.384283 18.320078 -0.701247</w:t>
        <w:br/>
        <w:t>v -1.374159 18.251745 -0.796914</w:t>
        <w:br/>
        <w:t>v -1.377548 18.168152 -0.870527</w:t>
        <w:br/>
        <w:t>v -1.390273 18.085403 -0.907994</w:t>
        <w:br/>
        <w:t>v -1.399244 18.026972 -0.897951</w:t>
        <w:br/>
        <w:t>v -1.399820 18.003164 -0.850676</w:t>
        <w:br/>
        <w:t>v -1.395156 17.980885 -0.805511</w:t>
        <w:br/>
        <w:t>v -1.392061 17.943285 -0.795760</w:t>
        <w:br/>
        <w:t>v -1.396206 17.903727 -0.818549</w:t>
        <w:br/>
        <w:t>v -1.407000 17.882305 -0.862931</w:t>
        <w:br/>
        <w:t>v -1.396206 17.903727 -0.818549</w:t>
        <w:br/>
        <w:t>v -1.419146 17.896275 -0.910443</w:t>
        <w:br/>
        <w:t>v -1.424793 17.934168 -0.953214</w:t>
        <w:br/>
        <w:t>v -1.417989 17.963757 -1.001237</w:t>
        <w:br/>
        <w:t>v -1.399912 17.940784 -1.074574</w:t>
        <w:br/>
        <w:t>v -1.417989 17.963757 -1.001237</w:t>
        <w:br/>
        <w:t>v -1.377016 17.851933 -1.144997</w:t>
        <w:br/>
        <w:t>v -1.352594 17.725521 -1.179772</w:t>
        <w:br/>
        <w:t>v -1.310194 17.599979 -1.178127</w:t>
        <w:br/>
        <w:t>v -1.266605 17.496452 -1.145113</w:t>
        <w:br/>
        <w:t>v -1.236879 17.433401 -1.093934</w:t>
        <w:br/>
        <w:t>v -1.237121 17.417774 -1.036472</w:t>
        <w:br/>
        <w:t>v -1.251704 17.427458 -0.979695</w:t>
        <w:br/>
        <w:t>v -1.253823 17.431042 -0.924780</w:t>
        <w:br/>
        <w:t>v -1.253823 17.431042 -0.924780</w:t>
        <w:br/>
        <w:t>v -1.228626 17.389427 -0.921099</w:t>
        <w:br/>
        <w:t>v -1.199654 17.332764 -0.963593</w:t>
        <w:br/>
        <w:t>v -1.158262 17.267649 -1.020233</w:t>
        <w:br/>
        <w:t>v -1.103588 17.195038 -1.061949</w:t>
        <w:br/>
        <w:t>v -1.037325 17.114969 -1.071223</w:t>
        <w:br/>
        <w:t>v -0.969918 17.037689 -1.049836</w:t>
        <w:br/>
        <w:t>v -0.919791 16.978287 -1.004749</w:t>
        <w:br/>
        <w:t>v -0.775788 16.862211 -0.869874</w:t>
        <w:br/>
        <w:t>v -0.837454 16.903524 -0.872693</w:t>
        <w:br/>
        <w:t>v -0.713711 16.821600 -0.863706</w:t>
        <w:br/>
        <w:t>v -0.476888 17.034758 -0.754324</w:t>
        <w:br/>
        <w:t>v -0.659190 16.780504 -0.850097</w:t>
        <w:br/>
        <w:t>v -0.637216 16.754131 -0.834974</w:t>
        <w:br/>
        <w:t>v -0.637216 16.754131 -0.834974</w:t>
        <w:br/>
        <w:t>v -0.676039 16.724789 -0.799321</w:t>
        <w:br/>
        <w:t>v -0.476888 17.034758 -0.754324</w:t>
        <w:br/>
        <w:t>v -0.676039 16.724789 -0.799321</w:t>
        <w:br/>
        <w:t>v -0.673032 16.692858 -0.784381</w:t>
        <w:br/>
        <w:t>v -0.453689 16.901556 -0.772459</w:t>
        <w:br/>
        <w:t>v -0.633573 16.648232 -0.798728</w:t>
        <w:br/>
        <w:t>v -0.575787 16.602985 -0.838037</w:t>
        <w:br/>
        <w:t>v -0.396222 16.761686 -0.772489</w:t>
        <w:br/>
        <w:t>v -0.509405 16.552689 -0.866135</w:t>
        <w:br/>
        <w:t>v -0.446072 16.506582 -0.870163</w:t>
        <w:br/>
        <w:t>v -0.426867 16.430223 -0.823699</w:t>
        <w:br/>
        <w:t>v -0.361103 16.670950 -0.744948</w:t>
        <w:br/>
        <w:t>v -0.416806 16.467142 -0.848935</w:t>
        <w:br/>
        <w:t>v -0.434623 16.401840 -0.809346</w:t>
        <w:br/>
        <w:t>v -0.434623 16.401840 -0.809346</w:t>
        <w:br/>
        <w:t>v -0.413791 16.385687 -0.805559</w:t>
        <w:br/>
        <w:t>v -0.361103 16.670950 -0.744948</w:t>
        <w:br/>
        <w:t>v -0.370321 16.373638 -0.802759</w:t>
        <w:br/>
        <w:t>v -0.320016 16.582607 -0.752367</w:t>
        <w:br/>
        <w:t>v -0.329500 16.357529 -0.786561</w:t>
        <w:br/>
        <w:t>v -0.275402 16.512966 -0.744035</w:t>
        <w:br/>
        <w:t>v -0.318959 16.338894 -0.758773</w:t>
        <w:br/>
        <w:t>v -0.336567 16.322365 -0.734161</w:t>
        <w:br/>
        <w:t>v -0.353320 16.305250 -0.715137</w:t>
        <w:br/>
        <w:t>v -0.253017 16.451109 -0.732387</w:t>
        <w:br/>
        <w:t>v -0.337774 16.288273 -0.710753</w:t>
        <w:br/>
        <w:t>v -0.220059 16.414520 -0.727143</w:t>
        <w:br/>
        <w:t>v -0.253017 16.451109 -0.732387</w:t>
        <w:br/>
        <w:t>v -0.353320 16.305250 -0.715137</w:t>
        <w:br/>
        <w:t>v -0.310993 16.264265 -0.711522</w:t>
        <w:br/>
        <w:t>v -0.276345 16.240816 -0.731186</w:t>
        <w:br/>
        <w:t>v -0.188960 16.346771 -0.711838</w:t>
        <w:br/>
        <w:t>v -0.247214 16.218111 -0.730471</w:t>
        <w:br/>
        <w:t>v -0.224695 16.200977 -0.701979</w:t>
        <w:br/>
        <w:t>v -0.156970 16.267296 -0.687475</w:t>
        <w:br/>
        <w:t>v -0.205309 16.181351 -0.681132</w:t>
        <w:br/>
        <w:t>v -0.178089 16.150099 -0.672852</w:t>
        <w:br/>
        <w:t>v -0.126530 16.199667 -0.665656</w:t>
        <w:br/>
        <w:t>v -0.086001 16.123941 -0.639491</w:t>
        <w:br/>
        <w:t>v -0.131429 16.089182 -0.651634</w:t>
        <w:br/>
        <w:t>v -0.116667 16.002472 -0.625150</w:t>
        <w:br/>
        <w:t>v -0.074491 16.021336 -0.609891</w:t>
        <w:br/>
        <w:t>v -0.112979 15.935474 -0.601820</w:t>
        <w:br/>
        <w:t>v -0.076268 15.942383 -0.587622</w:t>
        <w:br/>
        <w:t>v -0.920193 16.981253 -0.903532</w:t>
        <w:br/>
        <w:t>v -0.911903 16.970652 -0.908464</w:t>
        <w:br/>
        <w:t>v -0.906606 16.959522 -0.949801</w:t>
        <w:br/>
        <w:t>v -0.915043 16.973646 -0.948586</w:t>
        <w:br/>
        <w:t>v -1.270857 17.017794 0.237401</w:t>
        <w:br/>
        <w:t>v -1.286724 16.989353 0.200246</w:t>
        <w:br/>
        <w:t>v -1.287305 17.001619 0.187472</w:t>
        <w:br/>
        <w:t>v -1.273226 17.026775 0.222038</w:t>
        <w:br/>
        <w:t>v -1.296640 16.979492 0.161871</w:t>
        <w:br/>
        <w:t>v -1.294002 16.995811 0.154069</w:t>
        <w:br/>
        <w:t>v -1.225381 17.094660 0.297537</w:t>
        <w:br/>
        <w:t>v -1.225812 17.079168 0.299021</w:t>
        <w:br/>
        <w:t>v -1.247624 17.056530 0.271833</w:t>
        <w:br/>
        <w:t>v -1.249510 17.067827 0.259924</w:t>
        <w:br/>
        <w:t>v -1.307258 16.972862 0.105135</w:t>
        <w:br/>
        <w:t>v -1.301431 16.991741 0.102607</w:t>
        <w:br/>
        <w:t>v -0.887910 16.947281 -0.882913</w:t>
        <w:br/>
        <w:t>v -0.895779 16.948738 -0.866289</w:t>
        <w:br/>
        <w:t>v -1.209528 17.095821 0.332050</w:t>
        <w:br/>
        <w:t>v -1.209177 17.079929 0.330059</w:t>
        <w:br/>
        <w:t>v -1.194183 17.085028 0.373490</w:t>
        <w:br/>
        <w:t>v -1.197298 17.098648 0.368326</w:t>
        <w:br/>
        <w:t>v -1.181736 17.110268 0.412656</w:t>
        <w:br/>
        <w:t>v -1.186956 17.117525 0.399714</w:t>
        <w:br/>
        <w:t>v -1.175080 17.150511 0.423751</w:t>
        <w:br/>
        <w:t>v -1.186956 17.117525 0.399714</w:t>
        <w:br/>
        <w:t>v -1.179298 17.147406 0.407324</w:t>
        <w:br/>
        <w:t>v -1.174633 17.171677 0.386011</w:t>
        <w:br/>
        <w:t>v -1.173449 17.183210 0.398953</w:t>
        <w:br/>
        <w:t>v -1.175543 17.188290 0.357250</w:t>
        <w:br/>
        <w:t>v -1.175608 17.199846 0.369902</w:t>
        <w:br/>
        <w:t>v -1.175144 17.215227 0.343028</w:t>
        <w:br/>
        <w:t>v -1.173128 17.217276 0.359430</w:t>
        <w:br/>
        <w:t>v -1.168952 17.236385 0.365522</w:t>
        <w:br/>
        <w:t>v -1.173128 17.217276 0.359430</w:t>
        <w:br/>
        <w:t>v -1.172979 17.244633 0.351047</w:t>
        <w:br/>
        <w:t>v -1.166593 17.249321 0.392833</w:t>
        <w:br/>
        <w:t>v -1.171249 17.261818 0.383361</w:t>
        <w:br/>
        <w:t>v -1.166399 17.259647 0.451852</w:t>
        <w:br/>
        <w:t>v -1.172001 17.271784 0.443424</w:t>
        <w:br/>
        <w:t>v -1.155871 17.307241 0.513155</w:t>
        <w:br/>
        <w:t>v -1.162502 17.315588 0.501837</w:t>
        <w:br/>
        <w:t>v -1.161219 17.381187 0.566395</w:t>
        <w:br/>
        <w:t>v -1.167657 17.382851 0.552487</w:t>
        <w:br/>
        <w:t>v -1.173179 17.448772 0.574542</w:t>
        <w:br/>
        <w:t>v -1.177255 17.439043 0.562829</w:t>
        <w:br/>
        <w:t>v -1.186148 17.454435 0.543801</w:t>
        <w:br/>
        <w:t>v -1.186566 17.472269 0.547705</w:t>
        <w:br/>
        <w:t>v -1.195877 17.447144 0.511958</w:t>
        <w:br/>
        <w:t>v -1.198505 17.465900 0.510549</w:t>
        <w:br/>
        <w:t>v -1.207549 17.438713 0.474985</w:t>
        <w:br/>
        <w:t>v -1.208967 17.457359 0.476554</w:t>
        <w:br/>
        <w:t>v -1.221052 17.449244 0.444456</w:t>
        <w:br/>
        <w:t>v -1.219289 17.462870 0.455163</w:t>
        <w:br/>
        <w:t>v -1.230574 17.485113 0.449974</w:t>
        <w:br/>
        <w:t>v -1.234598 17.483055 0.433307</w:t>
        <w:br/>
        <w:t>v -1.241137 17.517590 0.464071</w:t>
        <w:br/>
        <w:t>v -1.244915 17.524675 0.447909</w:t>
        <w:br/>
        <w:t>v -1.248837 17.558706 0.499257</w:t>
        <w:br/>
        <w:t>v -1.252371 17.568249 0.484166</w:t>
        <w:br/>
        <w:t>v -1.256231 17.613735 0.544696</w:t>
        <w:br/>
        <w:t>v -1.260536 17.618135 0.528766</w:t>
        <w:br/>
        <w:t>v -1.268912 17.684282 0.577354</w:t>
        <w:br/>
        <w:t>v -1.274354 17.683981 0.560706</w:t>
        <w:br/>
        <w:t>v -1.296017 17.761213 0.560255</w:t>
        <w:br/>
        <w:t>v -1.290919 17.764717 0.576412</w:t>
        <w:br/>
        <w:t>v -1.320467 17.840487 0.521763</w:t>
        <w:br/>
        <w:t>v -1.317334 17.849588 0.536470</w:t>
        <w:br/>
        <w:t>v -1.346267 17.909269 0.459254</w:t>
        <w:br/>
        <w:t>v -1.346090 17.922810 0.470111</w:t>
        <w:br/>
        <w:t>v -1.363330 17.958075 0.406009</w:t>
        <w:br/>
        <w:t>v -1.359635 17.942678 0.406755</w:t>
        <w:br/>
        <w:t>v -1.359446 17.945610 0.357347</w:t>
        <w:br/>
        <w:t>v -1.353117 17.932568 0.369029</w:t>
        <w:br/>
        <w:t>v -1.338646 17.899153 0.335179</w:t>
        <w:br/>
        <w:t>v -1.345112 17.911224 0.322347</w:t>
        <w:br/>
        <w:t>v -1.329709 17.870865 0.296483</w:t>
        <w:br/>
        <w:t>v -1.335295 17.885834 0.288199</w:t>
        <w:br/>
        <w:t>v -1.334511 17.885303 0.250754</w:t>
        <w:br/>
        <w:t>v -1.332436 17.870356 0.246726</w:t>
        <w:br/>
        <w:t>v -1.342751 17.915907 0.215851</w:t>
        <w:br/>
        <w:t>v -1.344374 17.906218 0.200789</w:t>
        <w:br/>
        <w:t>v -1.358675 17.960339 0.180431</w:t>
        <w:br/>
        <w:t>v -1.355272 17.961817 0.198327</w:t>
        <w:br/>
        <w:t>v -1.367025 18.009644 0.192584</w:t>
        <w:br/>
        <w:t>v -1.364892 18.000595 0.207097</w:t>
        <w:br/>
        <w:t>v -1.370460 18.025194 0.246037</w:t>
        <w:br/>
        <w:t>v -1.371755 18.039804 0.235324</w:t>
        <w:br/>
        <w:t>v -1.373459 18.061768 0.308462</w:t>
        <w:br/>
        <w:t>v -1.376890 18.070780 0.294175</w:t>
        <w:br/>
        <w:t>v -1.381304 18.144903 0.340001</w:t>
        <w:br/>
        <w:t>v -1.386363 18.143066 0.323364</w:t>
        <w:br/>
        <w:t>v -1.393425 18.233355 0.276018</w:t>
        <w:br/>
        <w:t>v -1.386935 18.243090 0.289219</w:t>
        <w:br/>
        <w:t>v -1.398428 18.309494 0.177002</w:t>
        <w:br/>
        <w:t>v -1.392310 18.322952 0.186250</w:t>
        <w:br/>
        <w:t>v -1.408405 18.352955 0.067983</w:t>
        <w:br/>
        <w:t>v -1.401888 18.368439 0.073062</w:t>
        <w:br/>
        <w:t>v -1.417938 18.359924 -0.012649</w:t>
        <w:br/>
        <w:t>v -1.414582 18.374586 -0.017125</w:t>
        <w:br/>
        <w:t>v -1.425449 18.337872 -0.073007</w:t>
        <w:br/>
        <w:t>v -1.421843 18.329302 -0.058265</w:t>
        <w:br/>
        <w:t>v -1.419572 18.267967 -0.071920</w:t>
        <w:br/>
        <w:t>v -1.425307 18.274254 -0.089085</w:t>
        <w:br/>
        <w:t>v -1.424692 18.216806 -0.099509</w:t>
        <w:br/>
        <w:t>v -1.425373 18.229137 -0.110346</w:t>
        <w:br/>
        <w:t>v -1.434383 18.208948 -0.168854</w:t>
        <w:br/>
        <w:t>v -1.438173 18.192196 -0.166381</w:t>
        <w:br/>
        <w:t>v -1.474596 18.193176 -0.255392</w:t>
        <w:br/>
        <w:t>v -1.469178 18.209848 -0.251640</w:t>
        <w:br/>
        <w:t>v -1.464342 18.229599 -0.335211</w:t>
        <w:br/>
        <w:t>v -1.464455 18.242376 -0.323548</w:t>
        <w:br/>
        <w:t>v -1.467754 18.295467 -0.353320</w:t>
        <w:br/>
        <w:t>v -1.463267 18.289957 -0.370338</w:t>
        <w:br/>
        <w:t>v -1.471575 18.349022 -0.357500</w:t>
        <w:br/>
        <w:t>v -1.468848 18.341898 -0.372932</w:t>
        <w:br/>
        <w:t>v -1.464266 18.367319 -0.409503</w:t>
        <w:br/>
        <w:t>v -1.460253 18.381725 -0.401525</w:t>
        <w:br/>
        <w:t>v -1.440487 18.372141 -0.491064</w:t>
        <w:br/>
        <w:t>v -1.433361 18.388105 -0.489734</w:t>
        <w:br/>
        <w:t>v -1.412988 18.351362 -0.592607</w:t>
        <w:br/>
        <w:t>v -1.404615 18.366741 -0.595182</w:t>
        <w:br/>
        <w:t>v -1.393240 18.305706 -0.695372</w:t>
        <w:br/>
        <w:t>v -1.384283 18.320078 -0.701247</w:t>
        <w:br/>
        <w:t>v -1.383471 18.239122 -0.787671</w:t>
        <w:br/>
        <w:t>v -1.374159 18.251745 -0.796914</w:t>
        <w:br/>
        <w:t>v -1.388342 18.158674 -0.857960</w:t>
        <w:br/>
        <w:t>v -1.377548 18.168152 -0.870527</w:t>
        <w:br/>
        <w:t>v -1.398853 18.081846 -0.892201</w:t>
        <w:br/>
        <w:t>v -1.390273 18.085403 -0.907994</w:t>
        <w:br/>
        <w:t>v -1.401723 18.035017 -0.883814</w:t>
        <w:br/>
        <w:t>v -1.399244 18.026972 -0.897951</w:t>
        <w:br/>
        <w:t>v -1.396605 18.019651 -0.840861</w:t>
        <w:br/>
        <w:t>v -1.399820 18.003164 -0.850676</w:t>
        <w:br/>
        <w:t>v -1.401723 18.035017 -0.883814</w:t>
        <w:br/>
        <w:t>v -1.394785 17.990967 -0.792115</w:t>
        <w:br/>
        <w:t>v -1.395156 17.980885 -0.805511</w:t>
        <w:br/>
        <w:t>v -1.396297 17.941042 -0.778492</w:t>
        <w:br/>
        <w:t>v -1.392061 17.943285 -0.795760</w:t>
        <w:br/>
        <w:t>v -1.396206 17.903727 -0.818549</w:t>
        <w:br/>
        <w:t>v -1.400762 17.891003 -0.807918</w:t>
        <w:br/>
        <w:t>v -1.407628 17.864910 -0.863979</w:t>
        <w:br/>
        <w:t>v -1.407000 17.882305 -0.862931</w:t>
        <w:br/>
        <w:t>v -1.415935 17.882120 -0.920823</w:t>
        <w:br/>
        <w:t>v -1.419146 17.896275 -0.910443</w:t>
        <w:br/>
        <w:t>v -1.424793 17.934168 -0.953214</w:t>
        <w:br/>
        <w:t>v -1.422176 17.920084 -0.964248</w:t>
        <w:br/>
        <w:t>v -1.417989 17.963757 -1.001237</w:t>
        <w:br/>
        <w:t>v -1.421110 17.946783 -1.002538</w:t>
        <w:br/>
        <w:t>v -1.407218 17.926237 -1.065761</w:t>
        <w:br/>
        <w:t>v -1.399912 17.940784 -1.074574</w:t>
        <w:br/>
        <w:t>v -1.384307 17.842516 -1.131862</w:t>
        <w:br/>
        <w:t>v -1.377016 17.851933 -1.144997</w:t>
        <w:br/>
        <w:t>v -1.359581 17.719576 -1.164537</w:t>
        <w:br/>
        <w:t>v -1.352594 17.725521 -1.179772</w:t>
        <w:br/>
        <w:t>v -1.316400 17.596592 -1.161519</w:t>
        <w:br/>
        <w:t>v -1.310194 17.599979 -1.178127</w:t>
        <w:br/>
        <w:t>v -1.273195 17.498724 -1.128547</w:t>
        <w:br/>
        <w:t>v -1.266605 17.496452 -1.145113</w:t>
        <w:br/>
        <w:t>v -1.244985 17.445183 -1.083799</w:t>
        <w:br/>
        <w:t>v -1.236879 17.433401 -1.093934</w:t>
        <w:br/>
        <w:t>v -1.244153 17.435553 -1.036021</w:t>
        <w:br/>
        <w:t>v -1.237121 17.417774 -1.036472</w:t>
        <w:br/>
        <w:t>v -1.258162 17.445839 -0.982200</w:t>
        <w:br/>
        <w:t>v -1.251704 17.427458 -0.979695</w:t>
        <w:br/>
        <w:t>v -1.259849 17.439747 -0.916362</w:t>
        <w:br/>
        <w:t>v -1.253823 17.431042 -0.924780</w:t>
        <w:br/>
        <w:t>v -1.228626 17.389427 -0.921099</w:t>
        <w:br/>
        <w:t>v -1.230670 17.383257 -0.904327</w:t>
        <w:br/>
        <w:t>v -1.199654 17.332764 -0.963593</w:t>
        <w:br/>
        <w:t>v -1.198612 17.321817 -0.948216</w:t>
        <w:br/>
        <w:t>v -1.158262 17.267649 -1.020233</w:t>
        <w:br/>
        <w:t>v -1.159057 17.257986 -1.004089</w:t>
        <w:br/>
        <w:t>v -1.103588 17.195038 -1.061949</w:t>
        <w:br/>
        <w:t>v -1.107663 17.188761 -1.044821</w:t>
        <w:br/>
        <w:t>v -1.037325 17.114969 -1.071223</w:t>
        <w:br/>
        <w:t>v -1.044593 17.112627 -1.053936</w:t>
        <w:br/>
        <w:t>v -0.969918 17.037689 -1.049836</w:t>
        <w:br/>
        <w:t>v -0.979192 17.038881 -1.033289</w:t>
        <w:br/>
        <w:t>v -0.919791 16.978287 -1.004749</w:t>
        <w:br/>
        <w:t>v -0.930008 16.986074 -0.992950</w:t>
        <w:br/>
        <w:t>v -0.775788 16.862211 -0.869874</w:t>
        <w:br/>
        <w:t>v -0.837454 16.903524 -0.872693</w:t>
        <w:br/>
        <w:t>v -0.842319 16.900457 -0.854678</w:t>
        <w:br/>
        <w:t>v -0.780329 16.858561 -0.851852</w:t>
        <w:br/>
        <w:t>v -0.713711 16.821600 -0.863706</w:t>
        <w:br/>
        <w:t>v -0.719452 16.818840 -0.845840</w:t>
        <w:br/>
        <w:t>v -0.666969 16.779118 -0.832729</w:t>
        <w:br/>
        <w:t>v -0.659190 16.780504 -0.850097</w:t>
        <w:br/>
        <w:t>v -0.637216 16.754131 -0.834974</w:t>
        <w:br/>
        <w:t>v -0.648885 16.758102 -0.830468</w:t>
        <w:br/>
        <w:t>v -0.693217 16.731085 -0.795188</w:t>
        <w:br/>
        <w:t>v -0.676039 16.724789 -0.799321</w:t>
        <w:br/>
        <w:t>v -0.648885 16.758102 -0.830468</w:t>
        <w:br/>
        <w:t>v -0.677024 16.693230 -0.767569</w:t>
        <w:br/>
        <w:t>v -0.673032 16.692858 -0.784381</w:t>
        <w:br/>
        <w:t>v -0.575787 16.602985 -0.838037</w:t>
        <w:br/>
        <w:t>v -0.633573 16.648232 -0.798728</w:t>
        <w:br/>
        <w:t>v -0.628922 16.643917 -0.781371</w:t>
        <w:br/>
        <w:t>v -0.572343 16.596220 -0.821351</w:t>
        <w:br/>
        <w:t>v -0.446072 16.506582 -0.870163</w:t>
        <w:br/>
        <w:t>v -0.509405 16.552689 -0.866135</w:t>
        <w:br/>
        <w:t>v -0.511616 16.545588 -0.849021</w:t>
        <w:br/>
        <w:t>v -0.456107 16.502081 -0.855349</w:t>
        <w:br/>
        <w:t>v -0.445118 16.432125 -0.818828</w:t>
        <w:br/>
        <w:t>v -0.426867 16.430223 -0.823699</w:t>
        <w:br/>
        <w:t>v -0.416806 16.467142 -0.848935</w:t>
        <w:br/>
        <w:t>v -0.434181 16.467314 -0.843091</w:t>
        <w:br/>
        <w:t>v -0.446464 16.400675 -0.795376</w:t>
        <w:br/>
        <w:t>v -0.434623 16.401840 -0.809346</w:t>
        <w:br/>
        <w:t>v -0.413791 16.385687 -0.805559</w:t>
        <w:br/>
        <w:t>v -0.419169 16.382427 -0.787700</w:t>
        <w:br/>
        <w:t>v -0.370321 16.373638 -0.802759</w:t>
        <w:br/>
        <w:t>v -0.376770 16.370588 -0.785258</w:t>
        <w:br/>
        <w:t>v -0.329500 16.357529 -0.786561</w:t>
        <w:br/>
        <w:t>v -0.343142 16.357601 -0.774074</w:t>
        <w:br/>
        <w:t>v -0.326067 16.579559 -0.734866</w:t>
        <w:br/>
        <w:t>v -0.320016 16.582607 -0.752367</w:t>
        <w:br/>
        <w:t>v -0.275402 16.512966 -0.744035</w:t>
        <w:br/>
        <w:t>v -0.287086 16.513832 -0.729600</w:t>
        <w:br/>
        <w:t>v -0.335819 16.342339 -0.748746</w:t>
        <w:br/>
        <w:t>v -0.318959 16.338894 -0.758773</w:t>
        <w:br/>
        <w:t>v -0.362928 16.312004 -0.708395</w:t>
        <w:br/>
        <w:t>v -0.353320 16.305250 -0.715137</w:t>
        <w:br/>
        <w:t>v -0.336567 16.322365 -0.734161</w:t>
        <w:br/>
        <w:t>v -0.352738 16.328970 -0.730472</w:t>
        <w:br/>
        <w:t>v -0.253017 16.451109 -0.732387</w:t>
        <w:br/>
        <w:t>v -0.261424 16.455496 -0.717358</w:t>
        <w:br/>
        <w:t>v -0.337774 16.288273 -0.710753</w:t>
        <w:br/>
        <w:t>v -0.343350 16.284567 -0.692749</w:t>
        <w:br/>
        <w:t>v -0.220059 16.414520 -0.727143</w:t>
        <w:br/>
        <w:t>v -0.220440 16.416323 -0.708769</w:t>
        <w:br/>
        <w:t>v -0.311817 16.259094 -0.692852</w:t>
        <w:br/>
        <w:t>v -0.310993 16.264265 -0.711522</w:t>
        <w:br/>
        <w:t>v -0.188960 16.346771 -0.711838</w:t>
        <w:br/>
        <w:t>v -0.193826 16.347855 -0.694759</w:t>
        <w:br/>
        <w:t>v -0.276345 16.240816 -0.731186</w:t>
        <w:br/>
        <w:t>v -0.282302 16.237576 -0.713186</w:t>
        <w:br/>
        <w:t>v -0.247214 16.218111 -0.730471</w:t>
        <w:br/>
        <w:t>v -0.254025 16.218626 -0.713338</w:t>
        <w:br/>
        <w:t>v -0.156970 16.267296 -0.687475</w:t>
        <w:br/>
        <w:t>v -0.164036 16.270025 -0.670530</w:t>
        <w:br/>
        <w:t>v -0.235889 16.205473 -0.686875</w:t>
        <w:br/>
        <w:t>v -0.224695 16.200977 -0.701979</w:t>
        <w:br/>
        <w:t>v -0.212418 16.185478 -0.664577</w:t>
        <w:br/>
        <w:t>v -0.205309 16.181351 -0.681132</w:t>
        <w:br/>
        <w:t>v -0.126530 16.199667 -0.665656</w:t>
        <w:br/>
        <w:t>v -0.129979 16.202362 -0.647323</w:t>
        <w:br/>
        <w:t>v -0.178089 16.150099 -0.672852</w:t>
        <w:br/>
        <w:t>v -0.181566 16.152767 -0.654478</w:t>
        <w:br/>
        <w:t>v -0.119048 16.006527 -0.606999</w:t>
        <w:br/>
        <w:t>v -0.116667 16.002472 -0.625150</w:t>
        <w:br/>
        <w:t>v -0.131429 16.089182 -0.651634</w:t>
        <w:br/>
        <w:t>v -0.135073 16.092491 -0.633404</w:t>
        <w:br/>
        <w:t>v -0.086001 16.123941 -0.639491</w:t>
        <w:br/>
        <w:t>v -0.074491 16.021336 -0.609891</w:t>
        <w:br/>
        <w:t>v -0.076855 16.025406 -0.591778</w:t>
        <w:br/>
        <w:t>v -0.089610 16.127274 -0.621289</w:t>
        <w:br/>
        <w:t>v -0.114413 15.939989 -0.583757</w:t>
        <w:br/>
        <w:t>v -0.112979 15.935474 -0.601820</w:t>
        <w:br/>
        <w:t>v -0.077695 15.946913 -0.569606</w:t>
        <w:br/>
        <w:t>v -0.076268 15.942383 -0.587622</w:t>
        <w:br/>
        <w:t>v -0.112979 15.935474 -0.601820</w:t>
        <w:br/>
        <w:t>v -0.114413 15.939989 -0.583757</w:t>
        <w:br/>
        <w:t>v -0.077695 15.946913 -0.569606</w:t>
        <w:br/>
        <w:t>v -0.076268 15.942383 -0.587622</w:t>
        <w:br/>
        <w:t>v -0.970858 17.504290 0.309091</w:t>
        <w:br/>
        <w:t>v -1.366724 17.004440 0.064189</w:t>
        <w:br/>
        <w:t>v -1.360525 16.967125 -0.031991</w:t>
        <w:br/>
        <w:t>v -1.229928 17.024481 -0.006138</w:t>
        <w:br/>
        <w:t>v -1.185564 17.098509 0.061161</w:t>
        <w:br/>
        <w:t>v -1.108004 17.184685 0.136492</w:t>
        <w:br/>
        <w:t>v -1.349972 17.044350 0.151763</w:t>
        <w:br/>
        <w:t>v -1.342986 17.073727 0.191233</w:t>
        <w:br/>
        <w:t>v -1.139491 17.217831 0.257805</w:t>
        <w:br/>
        <w:t>v -1.330906 17.102827 0.209331</w:t>
        <w:br/>
        <w:t>v -1.322765 17.129107 0.215582</w:t>
        <w:br/>
        <w:t>v -1.316589 17.170258 0.214766</w:t>
        <w:br/>
        <w:t>v -1.133385 17.283260 0.232636</w:t>
        <w:br/>
        <w:t>v -1.301461 17.227743 0.213550</w:t>
        <w:br/>
        <w:t>v -1.293283 17.266602 0.220624</w:t>
        <w:br/>
        <w:t>v -1.139072 17.379993 0.258386</w:t>
        <w:br/>
        <w:t>v -1.277517 17.326920 0.236776</w:t>
        <w:br/>
        <w:t>v -1.261999 17.395576 0.265078</w:t>
        <w:br/>
        <w:t>v -1.144442 17.450523 0.312837</w:t>
        <w:br/>
        <w:t>v -1.260097 17.436022 0.314217</w:t>
        <w:br/>
        <w:t>v -1.270580 17.429701 0.356251</w:t>
        <w:br/>
        <w:t>v -1.290759 17.415941 0.393903</w:t>
        <w:br/>
        <w:t>v -1.162102 17.466503 0.354858</w:t>
        <w:br/>
        <w:t>v -1.318928 17.424276 0.416458</w:t>
        <w:br/>
        <w:t>v -1.359922 17.480364 0.417641</w:t>
        <w:br/>
        <w:t>v -1.162102 17.466503 0.354858</w:t>
        <w:br/>
        <w:t>v -1.181040 17.524893 0.353694</w:t>
        <w:br/>
        <w:t>v -1.400317 17.572084 0.394730</w:t>
        <w:br/>
        <w:t>v -1.193385 17.598280 0.342054</w:t>
        <w:br/>
        <w:t>v -1.425145 17.661919 0.363156</w:t>
        <w:br/>
        <w:t>v -1.205755 17.671432 0.314945</w:t>
        <w:br/>
        <w:t>v -1.444747 17.728628 0.319362</w:t>
        <w:br/>
        <w:t>v -1.218578 17.731730 0.282738</w:t>
        <w:br/>
        <w:t>v -1.452860 17.760395 0.284913</w:t>
        <w:br/>
        <w:t>v -1.224136 17.768150 0.250898</w:t>
        <w:br/>
        <w:t>v -1.443519 17.769304 0.256390</w:t>
        <w:br/>
        <w:t>v -1.213917 17.772526 0.210847</w:t>
        <w:br/>
        <w:t>v -1.426712 17.766964 0.226409</w:t>
        <w:br/>
        <w:t>v -1.415522 17.764187 0.187122</w:t>
        <w:br/>
        <w:t>v -1.419598 17.778677 0.135730</w:t>
        <w:br/>
        <w:t>v -1.210053 17.789564 0.156106</w:t>
        <w:br/>
        <w:t>v -1.438847 17.826094 0.086157</w:t>
        <w:br/>
        <w:t>v -1.217140 17.831762 0.119854</w:t>
        <w:br/>
        <w:t>v -1.463404 17.888260 0.064102</w:t>
        <w:br/>
        <w:t>v -1.228136 17.881901 0.100946</w:t>
        <w:br/>
        <w:t>v -1.491358 17.948055 0.074514</w:t>
        <w:br/>
        <w:t>v -1.246299 17.944555 0.110381</w:t>
        <w:br/>
        <w:t>v -1.517000 17.988974 0.111458</w:t>
        <w:br/>
        <w:t>v -1.541513 18.014997 0.146557</w:t>
        <w:br/>
        <w:t>v -1.264666 17.977396 0.131647</w:t>
        <w:br/>
        <w:t>v -1.560661 18.053108 0.156661</w:t>
        <w:br/>
        <w:t>v -1.272977 18.006453 0.126124</w:t>
        <w:br/>
        <w:t>v -1.569300 18.100210 0.135941</w:t>
        <w:br/>
        <w:t>v -1.274335 18.041857 0.097504</w:t>
        <w:br/>
        <w:t>v -1.578691 18.143452 0.067511</w:t>
        <w:br/>
        <w:t>v -1.272120 18.071779 0.045026</w:t>
        <w:br/>
        <w:t>v -1.589188 18.161673 -0.018461</w:t>
        <w:br/>
        <w:t>v -1.264520 18.095068 -0.009269</w:t>
        <w:br/>
        <w:t>v -1.251699 18.091429 -0.054832</w:t>
        <w:br/>
        <w:t>v -1.589780 18.158800 -0.073452</w:t>
        <w:br/>
        <w:t>v -1.593144 18.134661 -0.095211</w:t>
        <w:br/>
        <w:t>v -1.237733 18.043182 -0.093514</w:t>
        <w:br/>
        <w:t>v -1.596357 18.093460 -0.112539</w:t>
        <w:br/>
        <w:t>v -1.597200 18.048239 -0.139318</w:t>
        <w:br/>
        <w:t>v -1.227329 18.000446 -0.155469</w:t>
        <w:br/>
        <w:t>v -1.577108 18.014933 -0.194874</w:t>
        <w:br/>
        <w:t>v -1.587160 18.007505 -0.294437</w:t>
        <w:br/>
        <w:t>v -1.298826 17.986521 -0.226956</w:t>
        <w:br/>
        <w:t>v -1.579945 18.043627 -0.357506</w:t>
        <w:br/>
        <w:t>v -1.280075 18.010859 -0.289685</w:t>
        <w:br/>
        <w:t>v -1.267970 18.045616 -0.310617</w:t>
        <w:br/>
        <w:t>v -1.573462 18.095430 -0.372671</w:t>
        <w:br/>
        <w:t>v -1.574472 18.133341 -0.380577</w:t>
        <w:br/>
        <w:t>v -1.262395 18.073679 -0.332143</w:t>
        <w:br/>
        <w:t>v -1.576280 18.155712 -0.401228</w:t>
        <w:br/>
        <w:t>v -1.577150 18.160822 -0.449193</w:t>
        <w:br/>
        <w:t>v -1.254990 18.075392 -0.379466</w:t>
        <w:br/>
        <w:t>v -1.575301 18.150776 -0.518333</w:t>
        <w:br/>
        <w:t>v -1.240992 18.042095 -0.466012</w:t>
        <w:br/>
        <w:t>v -1.566810 18.115730 -0.594903</w:t>
        <w:br/>
        <w:t>v -1.553974 18.050177 -0.672161</w:t>
        <w:br/>
        <w:t>v -1.235590 17.964153 -0.573893</w:t>
        <w:br/>
        <w:t>v -1.546500 17.983124 -0.720333</w:t>
        <w:br/>
        <w:t>v -1.541435 17.942644 -0.725681</w:t>
        <w:br/>
        <w:t>v -1.236819 17.902628 -0.601513</w:t>
        <w:br/>
        <w:t>v -1.536570 17.919510 -0.704748</w:t>
        <w:br/>
        <w:t>v -1.230025 17.864355 -0.578511</w:t>
        <w:br/>
        <w:t>v -1.531792 17.904440 -0.664305</w:t>
        <w:br/>
        <w:t>v -1.527601 17.876421 -0.626911</w:t>
        <w:br/>
        <w:t>v -1.225827 17.793919 -0.584306</w:t>
        <w:br/>
        <w:t>v -1.520290 17.833429 -0.613414</w:t>
        <w:br/>
        <w:t>v -1.511719 17.785664 -0.632641</w:t>
        <w:br/>
        <w:t>v -1.508827 17.751438 -0.673991</w:t>
        <w:br/>
        <w:t>v -1.227256 17.747906 -0.625634</w:t>
        <w:br/>
        <w:t>v -1.511485 17.736528 -0.720613</w:t>
        <w:br/>
        <w:t>v -1.231883 17.735346 -0.658946</w:t>
        <w:br/>
        <w:t>v -1.515940 17.737173 -0.762741</w:t>
        <w:br/>
        <w:t>v -1.236872 17.733513 -0.687574</w:t>
        <w:br/>
        <w:t>v -1.518541 17.737089 -0.796818</w:t>
        <w:br/>
        <w:t>v -1.239739 17.729420 -0.709973</w:t>
        <w:br/>
        <w:t>v -1.513735 17.712536 -0.839336</w:t>
        <w:br/>
        <w:t>v -1.234922 17.703075 -0.742927</w:t>
        <w:br/>
        <w:t>v -1.218277 17.651939 -0.781586</w:t>
        <w:br/>
        <w:t>v -1.496124 17.650602 -0.891113</w:t>
        <w:br/>
        <w:t>v -1.187629 17.588984 -0.807248</w:t>
        <w:br/>
        <w:t>v -1.454708 17.569902 -0.921825</w:t>
        <w:br/>
        <w:t>v -1.146812 17.527943 -0.811229</w:t>
        <w:br/>
        <w:t>v -1.398180 17.489403 -0.926606</w:t>
        <w:br/>
        <w:t>v -1.106167 17.490156 -0.803304</w:t>
        <w:br/>
        <w:t>v -1.352453 17.433846 -0.907729</w:t>
        <w:br/>
        <w:t>v -1.352453 17.433846 -0.907729</w:t>
        <w:br/>
        <w:t>v -1.106167 17.490156 -0.803304</w:t>
        <w:br/>
        <w:t>v -1.097247 17.477743 -0.762358</w:t>
        <w:br/>
        <w:t>v -1.346741 17.416592 -0.844434</w:t>
        <w:br/>
        <w:t>v -1.088551 17.455812 -0.706225</w:t>
        <w:br/>
        <w:t>v -1.340578 17.390827 -0.760177</w:t>
        <w:br/>
        <w:t>v -1.030581 17.383560 -0.658236</w:t>
        <w:br/>
        <w:t>v -1.307180 17.331026 -0.684896</w:t>
        <w:br/>
        <w:t>v -0.983383 17.331448 -0.714077</w:t>
        <w:br/>
        <w:t>v -1.261069 17.224779 -0.690365</w:t>
        <w:br/>
        <w:t>v -1.278378 17.265625 -0.664112</w:t>
        <w:br/>
        <w:t>v -1.030581 17.383560 -0.658236</w:t>
        <w:br/>
        <w:t>v -1.227219 17.191290 -0.833881</w:t>
        <w:br/>
        <w:t>v -0.944511 17.302687 -0.788374</w:t>
        <w:br/>
        <w:t>v -0.893773 17.214397 -0.821040</w:t>
        <w:br/>
        <w:t>v -1.192127 17.111877 -0.841877</w:t>
        <w:br/>
        <w:t>v -0.854708 17.144016 -0.811412</w:t>
        <w:br/>
        <w:t>v -1.136476 17.034752 -0.822737</w:t>
        <w:br/>
        <w:t>v -1.139491 17.217831 0.257805</w:t>
        <w:br/>
        <w:t>v -1.006997 17.344133 0.223109</w:t>
        <w:br/>
        <w:t>v -1.006997 17.344133 0.223109</w:t>
        <w:br/>
        <w:t>v -0.998783 17.443739 0.233209</w:t>
        <w:br/>
        <w:t>v -0.973823 17.509747 0.233375</w:t>
        <w:br/>
        <w:t>v -0.989940 17.595739 0.216715</w:t>
        <w:br/>
        <w:t>v -1.001885 17.700951 0.182241</w:t>
        <w:br/>
        <w:t>v -1.005667 17.758896 0.160547</w:t>
        <w:br/>
        <w:t>v -0.996757 17.797981 0.108245</w:t>
        <w:br/>
        <w:t>v -1.000122 17.833685 0.061642</w:t>
        <w:br/>
        <w:t>v -0.962851 17.878727 -0.042740</w:t>
        <w:br/>
        <w:t>v -0.932591 17.896568 -0.136217</w:t>
        <w:br/>
        <w:t>v -0.918352 17.871443 -0.212322</w:t>
        <w:br/>
        <w:t>v -0.923561 17.857048 -0.289318</w:t>
        <w:br/>
        <w:t>v -0.889437 17.821163 -0.379248</w:t>
        <w:br/>
        <w:t>v -0.840263 17.773399 -0.452094</w:t>
        <w:br/>
        <w:t>v -1.236819 17.902628 -0.601513</w:t>
        <w:br/>
        <w:t>v -0.840263 17.773399 -0.452094</w:t>
        <w:br/>
        <w:t>v -0.800034 17.715475 -0.551490</w:t>
        <w:br/>
        <w:t>v -0.777868 17.675013 -0.591839</w:t>
        <w:br/>
        <w:t>v -0.701641 17.639618 -0.635912</w:t>
        <w:br/>
        <w:t>v -0.663306 17.585112 -0.662690</w:t>
        <w:br/>
        <w:t>v -0.663306 17.585112 -0.662690</w:t>
        <w:br/>
        <w:t>v -0.666802 17.514091 -0.689704</w:t>
        <w:br/>
        <w:t>v -0.646215 17.467276 -0.698936</w:t>
        <w:br/>
        <w:t>v -0.666802 17.514091 -0.689704</w:t>
        <w:br/>
        <w:t>v -0.568999 17.376053 -0.729709</w:t>
        <w:br/>
        <w:t>v -0.824761 17.055658 -0.753470</w:t>
        <w:br/>
        <w:t>v -1.081513 16.958408 -0.697888</w:t>
        <w:br/>
        <w:t>v -1.105052 16.981745 -0.777152</w:t>
        <w:br/>
        <w:t>v -1.245629 16.951052 -0.353508</w:t>
        <w:br/>
        <w:t>v -1.272671 16.989092 -0.387754</w:t>
        <w:br/>
        <w:t>v -1.246843 17.000296 -0.490281</w:t>
        <w:br/>
        <w:t>v -1.198430 16.955027 -0.487300</w:t>
        <w:br/>
        <w:t>v -1.172754 16.948992 -0.610972</w:t>
        <w:br/>
        <w:t>v -1.203645 16.975731 -0.718454</w:t>
        <w:br/>
        <w:t>v -1.332001 16.955730 -0.269825</w:t>
        <w:br/>
        <w:t>v -1.313449 16.930410 -0.322699</w:t>
        <w:br/>
        <w:t>v -1.280259 16.955551 -0.264701</w:t>
        <w:br/>
        <w:t>v -1.315002 17.003386 -0.255981</w:t>
        <w:br/>
        <w:t>v -1.258641 16.962034 -0.522195</w:t>
        <w:br/>
        <w:t>v -1.255823 16.942036 -0.573987</w:t>
        <w:br/>
        <w:t>v -0.515730 17.177265 -0.734006</w:t>
        <w:br/>
        <w:t>v -0.824761 17.055658 -0.753470</w:t>
        <w:br/>
        <w:t>v -1.105052 16.981745 -0.777152</w:t>
        <w:br/>
        <w:t>v -1.081513 16.958408 -0.697888</w:t>
        <w:br/>
        <w:t>v -0.824761 17.055658 -0.753470</w:t>
        <w:br/>
        <w:t>v -0.738931 16.804485 -0.652978</w:t>
        <w:br/>
        <w:t>v -0.926430 16.765442 -0.561369</w:t>
        <w:br/>
        <w:t>v -1.044371 16.734135 -0.424245</w:t>
        <w:br/>
        <w:t>v -1.172754 16.948992 -0.610972</w:t>
        <w:br/>
        <w:t>v -1.130591 16.743292 -0.219487</w:t>
        <w:br/>
        <w:t>v -1.245629 16.951052 -0.353508</w:t>
        <w:br/>
        <w:t>v -1.198430 16.955027 -0.487300</w:t>
        <w:br/>
        <w:t>v -1.181046 16.759340 -0.000307</w:t>
        <w:br/>
        <w:t>v -1.293929 16.961123 -0.125646</w:t>
        <w:br/>
        <w:t>v -1.280259 16.955551 -0.264701</w:t>
        <w:br/>
        <w:t>v -1.151084 16.772076 0.230102</w:t>
        <w:br/>
        <w:t>v -1.215181 16.972569 0.223223</w:t>
        <w:br/>
        <w:t>v -1.229928 17.024481 -0.006138</w:t>
        <w:br/>
        <w:t>v -1.106400 16.749241 0.428398</w:t>
        <w:br/>
        <w:t>v -1.148630 16.960104 0.426611</w:t>
        <w:br/>
        <w:t>v -1.056107 16.782345 0.651042</w:t>
        <w:br/>
        <w:t>v -1.117939 16.916384 0.590048</w:t>
        <w:br/>
        <w:t>v -0.480037 17.034576 -0.737861</w:t>
        <w:br/>
        <w:t>v -0.437880 16.918486 -0.753908</w:t>
        <w:br/>
        <w:t>v -0.447611 16.925167 -0.728427</w:t>
        <w:br/>
        <w:t>v -1.246843 17.000296 -0.490281</w:t>
        <w:br/>
        <w:t>v -1.320366 16.999498 -0.174655</w:t>
        <w:br/>
        <w:t>v -1.293929 16.961123 -0.125646</w:t>
        <w:br/>
        <w:t>v -1.354005 16.944071 -0.143017</w:t>
        <w:br/>
        <w:t>v -1.364563 16.933430 -0.092936</w:t>
        <w:br/>
        <w:t>v -1.293929 16.961123 -0.125646</w:t>
        <w:br/>
        <w:t>v -1.229928 17.024481 -0.006138</w:t>
        <w:br/>
        <w:t>v -1.360525 16.967125 -0.031991</w:t>
        <w:br/>
        <w:t>v -1.293929 16.961123 -0.125646</w:t>
        <w:br/>
        <w:t>v -1.320366 16.999498 -0.174655</w:t>
        <w:br/>
        <w:t>v -1.315002 17.003386 -0.255981</w:t>
        <w:br/>
        <w:t>v -1.280259 16.955551 -0.264701</w:t>
        <w:br/>
        <w:t>v -1.272671 16.989092 -0.387754</w:t>
        <w:br/>
        <w:t>v -1.245629 16.951052 -0.353508</w:t>
        <w:br/>
        <w:t>v -1.293823 16.948671 -0.378115</w:t>
        <w:br/>
        <w:t>v -1.245629 16.951052 -0.353508</w:t>
        <w:br/>
        <w:t>v -1.247235 16.945993 -0.666335</w:t>
        <w:br/>
        <w:t>v -0.983383 17.331448 -0.714077</w:t>
        <w:br/>
        <w:t>v -1.251374 17.228207 -0.745246</w:t>
        <w:br/>
        <w:t>v -1.241808 17.224333 -0.797787</w:t>
        <w:br/>
        <w:t>v -1.314958 16.975725 0.038488</w:t>
        <w:br/>
        <w:t>v -1.371772 16.990995 0.075225</w:t>
        <w:br/>
        <w:t>v -1.283552 17.016582 0.098803</w:t>
        <w:br/>
        <w:t>v -1.353240 17.030840 0.165727</w:t>
        <w:br/>
        <w:t>v -1.154357 17.147034 0.243733</w:t>
        <w:br/>
        <w:t>v -1.209157 17.083965 0.168951</w:t>
        <w:br/>
        <w:t>v -1.340654 17.062561 0.218095</w:t>
        <w:br/>
        <w:t>v -1.143420 17.229591 0.294574</w:t>
        <w:br/>
        <w:t>v -1.326484 17.105865 0.239446</w:t>
        <w:br/>
        <w:t>v -1.317143 17.151054 0.243270</w:t>
        <w:br/>
        <w:t>v -1.317027 17.186327 0.239728</w:t>
        <w:br/>
        <w:t>v -1.306257 17.234726 0.243730</w:t>
        <w:br/>
        <w:t>v -1.142239 17.275923 0.277696</w:t>
        <w:br/>
        <w:t>v -1.297561 17.264412 0.248747</w:t>
        <w:br/>
        <w:t>v -1.140703 17.363062 0.298797</w:t>
        <w:br/>
        <w:t>v -1.280637 17.318348 0.263249</w:t>
        <w:br/>
        <w:t>v -1.264505 17.381409 0.287161</w:t>
        <w:br/>
        <w:t>v -1.143048 17.418663 0.336716</w:t>
        <w:br/>
        <w:t>v -1.261406 17.416559 0.327133</w:t>
        <w:br/>
        <w:t>v -1.261406 17.416559 0.327133</w:t>
        <w:br/>
        <w:t>v -1.270527 17.408413 0.363864</w:t>
        <w:br/>
        <w:t>v -1.143048 17.418663 0.336716</w:t>
        <w:br/>
        <w:t>v -1.288468 17.397142 0.405003</w:t>
        <w:br/>
        <w:t>v -1.155787 17.445496 0.383061</w:t>
        <w:br/>
        <w:t>v -1.314088 17.414227 0.433030</w:t>
        <w:br/>
        <w:t>v -1.355832 17.480585 0.436678</w:t>
        <w:br/>
        <w:t>v -1.175766 17.524794 0.378889</w:t>
        <w:br/>
        <w:t>v -1.155787 17.445496 0.383061</w:t>
        <w:br/>
        <w:t>v -1.398871 17.578835 0.412378</w:t>
        <w:br/>
        <w:t>v -1.188328 17.608212 0.371578</w:t>
        <w:br/>
        <w:t>v -1.426587 17.672138 0.380082</w:t>
        <w:br/>
        <w:t>v -1.202556 17.685698 0.341518</w:t>
        <w:br/>
        <w:t>v -1.446995 17.741280 0.333966</w:t>
        <w:br/>
        <w:t>v -1.216939 17.749578 0.305924</w:t>
        <w:br/>
        <w:t>v -1.455851 17.776163 0.294793</w:t>
        <w:br/>
        <w:t>v -1.224953 17.794781 0.261917</w:t>
        <w:br/>
        <w:t>v -1.447469 17.787647 0.259526</w:t>
        <w:br/>
        <w:t>v -1.216451 17.804350 0.212601</w:t>
        <w:br/>
        <w:t>v -1.431406 17.786129 0.225675</w:t>
        <w:br/>
        <w:t>v -1.420228 17.782949 0.189118</w:t>
        <w:br/>
        <w:t>v -1.423006 17.794649 0.145664</w:t>
        <w:br/>
        <w:t>v -1.212277 17.815075 0.168563</w:t>
        <w:br/>
        <w:t>v -1.441246 17.835907 0.102870</w:t>
        <w:br/>
        <w:t>v -1.218894 17.855963 0.151520</w:t>
        <w:br/>
        <w:t>v -1.465660 17.890827 0.083196</w:t>
        <w:br/>
        <w:t>v -1.229906 17.895912 0.133532</w:t>
        <w:br/>
        <w:t>v -1.493207 17.942055 0.091549</w:t>
        <w:br/>
        <w:t>v -1.248452 17.943970 0.137020</w:t>
        <w:br/>
        <w:t>v -1.519543 17.977825 0.125719</w:t>
        <w:br/>
        <w:t>v -1.543030 18.009130 0.162721</w:t>
        <w:br/>
        <w:t>v -1.264126 17.982994 0.158820</w:t>
        <w:br/>
        <w:t>v -1.559694 18.058264 0.174150</w:t>
        <w:br/>
        <w:t>v -1.268213 18.029810 0.152161</w:t>
        <w:br/>
        <w:t>v -1.565726 18.114426 0.149890</w:t>
        <w:br/>
        <w:t>v -1.266259 18.076069 0.115359</w:t>
        <w:br/>
        <w:t>v -1.574410 18.163202 0.076098</w:t>
        <w:br/>
        <w:t>v -1.262210 18.114098 0.055769</w:t>
        <w:br/>
        <w:t>v -1.585927 18.183220 -0.015328</w:t>
        <w:br/>
        <w:t>v -1.253044 18.145996 -0.003301</w:t>
        <w:br/>
        <w:t>v -1.242642 18.139793 -0.067890</w:t>
        <w:br/>
        <w:t>v -1.589087 18.178482 -0.079040</w:t>
        <w:br/>
        <w:t>v -1.599399 18.150469 -0.108419</w:t>
        <w:br/>
        <w:t>v -1.231924 18.089436 -0.114616</w:t>
        <w:br/>
        <w:t>v -1.604509 18.108141 -0.128210</w:t>
        <w:br/>
        <w:t>v -1.600077 18.066216 -0.153215</w:t>
        <w:br/>
        <w:t>v -1.219527 18.054508 -0.163570</w:t>
        <w:br/>
        <w:t>v -1.578457 18.037060 -0.201350</w:t>
        <w:br/>
        <w:t>v -1.583037 18.029800 -0.289917</w:t>
        <w:br/>
        <w:t>v -1.273594 18.042130 -0.218198</w:t>
        <w:br/>
        <w:t>v -1.579701 18.059032 -0.344191</w:t>
        <w:br/>
        <w:t>v -1.263914 18.057795 -0.265661</w:t>
        <w:br/>
        <w:t>v -1.575905 18.106068 -0.355080</w:t>
        <w:br/>
        <w:t>v -1.257286 18.085995 -0.281284</w:t>
        <w:br/>
        <w:t>v -1.575624 18.147877 -0.365421</w:t>
        <w:br/>
        <w:t>v -1.245481 18.121410 -0.314138</w:t>
        <w:br/>
        <w:t>v -1.575053 18.174978 -0.393427</w:t>
        <w:br/>
        <w:t>v -1.572819 18.181761 -0.448857</w:t>
        <w:br/>
        <w:t>v -1.228655 18.125368 -0.378168</w:t>
        <w:br/>
        <w:t>v -1.205847 18.090242 -0.470855</w:t>
        <w:br/>
        <w:t>v -1.569640 18.171589 -0.522100</w:t>
        <w:br/>
        <w:t>v -1.560171 18.136723 -0.601045</w:t>
        <w:br/>
        <w:t>v -1.546592 18.069279 -0.682019</w:t>
        <w:br/>
        <w:t>v -1.187240 18.043589 -0.568004</w:t>
        <w:br/>
        <w:t>v -1.539941 17.996096 -0.736193</w:t>
        <w:br/>
        <w:t>v -1.197978 17.972778 -0.623294</w:t>
        <w:br/>
        <w:t>v -1.537337 17.947821 -0.744928</w:t>
        <w:br/>
        <w:t>v -1.535464 17.916464 -0.723138</w:t>
        <w:br/>
        <w:t>v -1.212268 17.907425 -0.622063</w:t>
        <w:br/>
        <w:t>v -1.531768 17.897800 -0.682118</w:t>
        <w:br/>
        <w:t>v -1.208492 17.861853 -0.600544</w:t>
        <w:br/>
        <w:t>v -1.526356 17.874315 -0.646340</w:t>
        <w:br/>
        <w:t>v -1.517822 17.840099 -0.631572</w:t>
        <w:br/>
        <w:t>v -1.207298 17.808218 -0.622395</w:t>
        <w:br/>
        <w:t>v -1.508995 17.801027 -0.645583</w:t>
        <w:br/>
        <w:t>v -1.506914 17.771769 -0.680798</w:t>
        <w:br/>
        <w:t>v -1.509906 17.758539 -0.721704</w:t>
        <w:br/>
        <w:t>v -1.215447 17.784389 -0.659598</w:t>
        <w:br/>
        <w:t>v -1.514582 17.759089 -0.761633</w:t>
        <w:br/>
        <w:t>v -1.222062 17.780228 -0.686248</w:t>
        <w:br/>
        <w:t>v -1.516725 17.757198 -0.800156</w:t>
        <w:br/>
        <w:t>v -1.227067 17.769981 -0.716088</w:t>
        <w:br/>
        <w:t>v -1.511268 17.728645 -0.849660</w:t>
        <w:br/>
        <w:t>v -1.225822 17.731796 -0.759289</w:t>
        <w:br/>
        <w:t>v -1.493721 17.661945 -0.906308</w:t>
        <w:br/>
        <w:t>v -1.210770 17.670500 -0.804261</w:t>
        <w:br/>
        <w:t>v -1.179041 17.600668 -0.833282</w:t>
        <w:br/>
        <w:t>v -1.451232 17.576733 -0.939545</w:t>
        <w:br/>
        <w:t>v -1.137014 17.529842 -0.834444</w:t>
        <w:br/>
        <w:t>v -1.392615 17.490316 -0.944154</w:t>
        <w:br/>
        <w:t>v -1.090321 17.475334 -0.823869</w:t>
        <w:br/>
        <w:t>v -1.345659 17.424217 -0.919541</w:t>
        <w:br/>
        <w:t>v -1.081336 17.452875 -0.773358</w:t>
        <w:br/>
        <w:t>v -1.090321 17.475334 -0.823869</w:t>
        <w:br/>
        <w:t>v -1.345659 17.424217 -0.919541</w:t>
        <w:br/>
        <w:t>v -1.339049 17.399441 -0.850376</w:t>
        <w:br/>
        <w:t>v -1.333574 17.375122 -0.768629</w:t>
        <w:br/>
        <w:t>v -1.075318 17.434177 -0.721351</w:t>
        <w:br/>
        <w:t>v -1.305221 17.324137 -0.699715</w:t>
        <w:br/>
        <w:t>v -1.033040 17.395409 -0.702236</w:t>
        <w:br/>
        <w:t>v -1.281802 17.270336 -0.679339</w:t>
        <w:br/>
        <w:t>v -1.266907 17.238152 -0.697572</w:t>
        <w:br/>
        <w:t>v -1.002071 17.355358 -0.723257</w:t>
        <w:br/>
        <w:t>v -1.033040 17.395409 -0.702236</w:t>
        <w:br/>
        <w:t>v -0.890387 17.215940 -0.848188</w:t>
        <w:br/>
        <w:t>v -0.952366 17.319706 -0.809448</w:t>
        <w:br/>
        <w:t>v -1.228750 17.199846 -0.849700</w:t>
        <w:br/>
        <w:t>v -1.189792 17.112293 -0.860340</w:t>
        <w:br/>
        <w:t>v -1.131633 17.027264 -0.838649</w:t>
        <w:br/>
        <w:t>v -0.846616 17.134443 -0.837744</w:t>
        <w:br/>
        <w:t>v -1.103547 17.218908 0.288709</w:t>
        <w:br/>
        <w:t>v -1.049635 17.292549 0.328543</w:t>
        <w:br/>
        <w:t>v -0.995345 17.374632 0.347232</w:t>
        <w:br/>
        <w:t>v -1.143048 17.418663 0.336716</w:t>
        <w:br/>
        <w:t>v -0.970858 17.504290 0.309091</w:t>
        <w:br/>
        <w:t>v -0.970858 17.504290 0.309091</w:t>
        <w:br/>
        <w:t>v -0.987646 17.617928 0.291960</w:t>
        <w:br/>
        <w:t>v -1.003279 17.743176 0.249996</w:t>
        <w:br/>
        <w:t>v -1.010366 17.818882 0.213739</w:t>
        <w:br/>
        <w:t>v -1.001889 17.857706 0.162752</w:t>
        <w:br/>
        <w:t>v -1.003585 17.889465 0.112762</w:t>
        <w:br/>
        <w:t>v -0.956170 17.953690 -0.023131</w:t>
        <w:br/>
        <w:t>v -0.920267 17.932898 -0.133831</w:t>
        <w:br/>
        <w:t>v -0.904860 17.947212 -0.207378</w:t>
        <w:br/>
        <w:t>v -0.909471 17.929014 -0.294099</w:t>
        <w:br/>
        <w:t>v -0.866904 17.889948 -0.414413</w:t>
        <w:br/>
        <w:t>v -0.817573 17.826954 -0.505932</w:t>
        <w:br/>
        <w:t>v -0.817573 17.826954 -0.505932</w:t>
        <w:br/>
        <w:t>v -0.775349 17.773947 -0.605259</w:t>
        <w:br/>
        <w:t>v -0.748322 17.718609 -0.662151</w:t>
        <w:br/>
        <w:t>v -0.705077 17.618761 -0.686337</w:t>
        <w:br/>
        <w:t>v -0.682906 17.555044 -0.733415</w:t>
        <w:br/>
        <w:t>v -0.678638 17.516033 -0.728992</w:t>
        <w:br/>
        <w:t>v -0.680203 17.475840 -0.736463</w:t>
        <w:br/>
        <w:t>v -0.678638 17.516033 -0.728992</w:t>
        <w:br/>
        <w:t>v -0.652489 17.366262 -0.775584</w:t>
        <w:br/>
        <w:t>v -0.622710 17.245140 -0.775885</w:t>
        <w:br/>
        <w:t>v -1.099238 16.941454 -0.702380</w:t>
        <w:br/>
        <w:t>v -0.820374 17.049061 -0.760753</w:t>
        <w:br/>
        <w:t>v -1.097987 16.966587 -0.786040</w:t>
        <w:br/>
        <w:t>v -1.209526 16.933008 -0.486192</w:t>
        <w:br/>
        <w:t>v -1.249451 16.991173 -0.482175</w:t>
        <w:br/>
        <w:t>v -1.272883 16.981550 -0.396806</w:t>
        <w:br/>
        <w:t>v -1.197263 16.954500 -0.723518</w:t>
        <w:br/>
        <w:t>v -1.233857 16.933516 -0.677418</w:t>
        <w:br/>
        <w:t>v -1.315796 16.913103 -0.322199</w:t>
        <w:br/>
        <w:t>v -1.339450 16.948996 -0.261093</w:t>
        <w:br/>
        <w:t>v -1.292281 16.934769 -0.256521</w:t>
        <w:br/>
        <w:t>v -1.318440 16.992840 -0.247502</w:t>
        <w:br/>
        <w:t>v -1.255341 16.924486 -0.572359</w:t>
        <w:br/>
        <w:t>v -1.257210 16.955027 -0.513985</w:t>
        <w:br/>
        <w:t>v -0.820374 17.049061 -0.760753</w:t>
        <w:br/>
        <w:t>v -1.099238 16.941454 -0.702380</w:t>
        <w:br/>
        <w:t>v -1.017222 16.747824 -0.699994</w:t>
        <w:br/>
        <w:t>v -0.797829 16.894094 -0.762668</w:t>
        <w:br/>
        <w:t>v -1.174525 16.750792 -0.525222</w:t>
        <w:br/>
        <w:t>v -1.179141 16.918631 -0.609940</w:t>
        <w:br/>
        <w:t>v -1.247483 16.766768 -0.287472</w:t>
        <w:br/>
        <w:t>v -1.209526 16.933008 -0.486192</w:t>
        <w:br/>
        <w:t>v -1.254483 16.931171 -0.360964</w:t>
        <w:br/>
        <w:t>v -1.292281 16.934769 -0.256521</w:t>
        <w:br/>
        <w:t>v -1.304340 16.939703 -0.124297</w:t>
        <w:br/>
        <w:t>v -1.305824 16.787420 -0.044970</w:t>
        <w:br/>
        <w:t>v -1.307485 16.964384 0.022052</w:t>
        <w:br/>
        <w:t>v -1.233184 16.978518 0.226089</w:t>
        <w:br/>
        <w:t>v -1.297139 16.803467 0.211963</w:t>
        <w:br/>
        <w:t>v -0.788543 16.490303 -0.730018</w:t>
        <w:br/>
        <w:t>v -0.779675 16.741341 -0.764581</w:t>
        <w:br/>
        <w:t>v -0.989552 16.511339 -0.647592</w:t>
        <w:br/>
        <w:t>v -0.796484 16.288258 -0.669104</w:t>
        <w:br/>
        <w:t>v -0.980011 16.312317 -0.567460</w:t>
        <w:br/>
        <w:t>v -0.962708 16.120224 -0.480855</w:t>
        <w:br/>
        <w:t>v -0.793377 16.086872 -0.598944</w:t>
        <w:br/>
        <w:t>v -1.108476 16.339598 -0.381302</w:t>
        <w:br/>
        <w:t>v -1.084786 16.147469 -0.302246</w:t>
        <w:br/>
        <w:t>v -1.240989 16.363176 -0.168117</w:t>
        <w:br/>
        <w:t>v -1.306068 16.385487 0.056777</w:t>
        <w:br/>
        <w:t>v -1.287951 16.195164 0.135328</w:t>
        <w:br/>
        <w:t>v -1.215685 16.174097 -0.086740</w:t>
        <w:br/>
        <w:t>v -1.185923 15.981293 -0.020066</w:t>
        <w:br/>
        <w:t>v -1.071189 15.953623 -0.227812</w:t>
        <w:br/>
        <w:t>v -1.136189 15.778837 0.019837</w:t>
        <w:br/>
        <w:t>v -1.011971 15.760600 -0.190506</w:t>
        <w:br/>
        <w:t>v -1.254357 16.003225 0.202658</w:t>
        <w:br/>
        <w:t>v -1.218670 15.791438 0.239377</w:t>
        <w:br/>
        <w:t>v -0.934875 15.929369 -0.408665</w:t>
        <w:br/>
        <w:t>v -0.870370 15.725570 -0.334641</w:t>
        <w:br/>
        <w:t>v -1.142520 16.533066 -0.464665</w:t>
        <w:br/>
        <w:t>v -0.542345 15.652107 -0.484600</w:t>
        <w:br/>
        <w:t>v -0.552630 15.883631 -0.567878</w:t>
        <w:br/>
        <w:t>v -0.772764 15.898691 -0.525086</w:t>
        <w:br/>
        <w:t>v -0.733999 15.710885 -0.420201</w:t>
        <w:br/>
        <w:t>v -0.573631 16.069159 -0.649826</w:t>
        <w:br/>
        <w:t>v -0.379763 15.870596 -0.570906</w:t>
        <w:br/>
        <w:t>v -0.394680 16.058165 -0.640948</w:t>
        <w:br/>
        <w:t>v -0.341525 15.331347 -0.395040</w:t>
        <w:br/>
        <w:t>v -0.356952 15.635469 -0.490376</w:t>
        <w:br/>
        <w:t>v -0.519227 15.353868 -0.379802</w:t>
        <w:br/>
        <w:t>v -0.709946 15.438919 -0.311243</w:t>
        <w:br/>
        <w:t>v -0.583509 16.262592 -0.714174</w:t>
        <w:br/>
        <w:t>v -0.555860 16.772421 -0.756949</w:t>
        <w:br/>
        <w:t>v -0.580153 16.474932 -0.747978</w:t>
        <w:br/>
        <w:t>v -0.379096 16.455214 -0.722534</w:t>
        <w:br/>
        <w:t>v -0.361103 16.670950 -0.744948</w:t>
        <w:br/>
        <w:t>v -0.399830 16.252216 -0.697578</w:t>
        <w:br/>
        <w:t>v -0.228930 15.694674 1.505982</w:t>
        <w:br/>
        <w:t>v -0.111110 15.909695 1.518631</w:t>
        <w:br/>
        <w:t>v -0.217502 15.397208 1.442609</w:t>
        <w:br/>
        <w:t>v -0.058571 16.040049 1.492254</w:t>
        <w:br/>
        <w:t>v -0.222112 15.115653 1.396650</w:t>
        <w:br/>
        <w:t>v -0.227941 14.843833 1.377012</w:t>
        <w:br/>
        <w:t>v -0.503480 15.406363 1.354470</w:t>
        <w:br/>
        <w:t>v -0.521058 15.645203 1.407894</w:t>
        <w:br/>
        <w:t>v -1.305920 16.396685 0.514790</w:t>
        <w:br/>
        <w:t>v -1.318768 16.383421 0.698271</w:t>
        <w:br/>
        <w:t>v -1.301574 16.181345 0.762568</w:t>
        <w:br/>
        <w:t>v -1.289022 16.191628 0.579058</w:t>
        <w:br/>
        <w:t>v -1.292843 16.583773 0.815881</w:t>
        <w:br/>
        <w:t>v -1.282396 16.580374 0.636381</w:t>
        <w:br/>
        <w:t>v -1.215931 16.761927 0.602130</w:t>
        <w:br/>
        <w:t>v -1.201946 16.756886 0.773239</w:t>
        <w:br/>
        <w:t>v -1.268829 16.586233 0.998614</w:t>
        <w:br/>
        <w:t>v -1.182542 16.740768 0.952104</w:t>
        <w:br/>
        <w:t>v -1.170521 16.721758 1.129516</w:t>
        <w:br/>
        <w:t>v -1.233554 16.579184 1.157439</w:t>
        <w:br/>
        <w:t>v -1.274958 16.437769 1.200591</w:t>
        <w:br/>
        <w:t>v -1.233186 16.462688 1.287681</w:t>
        <w:br/>
        <w:t>v -1.201413 16.402781 1.368080</w:t>
        <w:br/>
        <w:t>v -1.266199 16.317308 1.278319</w:t>
        <w:br/>
        <w:t>v -1.296660 16.247272 1.140220</w:t>
        <w:br/>
        <w:t>v -1.309498 16.405678 1.059704</w:t>
        <w:br/>
        <w:t>v -1.118821 16.896860 0.748733</w:t>
        <w:br/>
        <w:t>v -1.110914 16.880114 0.922069</w:t>
        <w:br/>
        <w:t>v -1.100847 16.843849 1.108072</w:t>
        <w:br/>
        <w:t>v -1.131024 16.679939 1.284001</w:t>
        <w:br/>
        <w:t>v -1.056777 16.795525 1.273293</w:t>
        <w:br/>
        <w:t>v -1.174408 16.963600 0.427915</w:t>
        <w:br/>
        <w:t>v -1.237404 16.779499 0.427748</w:t>
        <w:br/>
        <w:t>v -1.139949 16.923189 0.590280</w:t>
        <w:br/>
        <w:t>v -1.281746 16.591503 0.460868</w:t>
        <w:br/>
        <w:t>v -1.317215 16.601732 0.232593</w:t>
        <w:br/>
        <w:t>v -1.316150 16.207020 0.960093</w:t>
        <w:br/>
        <w:t>v -1.326997 16.396534 0.874032</w:t>
        <w:br/>
        <w:t>v -1.240334 16.100634 1.238197</w:t>
        <w:br/>
        <w:t>v -1.257397 16.053801 1.068939</w:t>
        <w:br/>
        <w:t>v -1.131092 15.980209 1.338619</w:t>
        <w:br/>
        <w:t>v -1.141850 15.910374 1.180142</w:t>
        <w:br/>
        <w:t>v -0.637003 15.890907 1.644372</w:t>
        <w:br/>
        <w:t>v -0.601126 15.796790 1.559593</w:t>
        <w:br/>
        <w:t>v -0.795635 15.767377 1.443742</w:t>
        <w:br/>
        <w:t>v -0.802628 15.850873 1.562135</w:t>
        <w:br/>
        <w:t>v -1.087984 16.100353 1.509665</w:t>
        <w:br/>
        <w:t>v -1.193131 16.193403 1.402542</w:t>
        <w:br/>
        <w:t>v -0.558590 15.734614 1.467647</w:t>
        <w:br/>
        <w:t>v -0.791141 15.718530 1.329560</w:t>
        <w:br/>
        <w:t>v -1.144015 15.873435 1.001393</w:t>
        <w:br/>
        <w:t>v -1.232897 15.979995 0.870446</w:t>
        <w:br/>
        <w:t>v -1.203543 15.955770 0.670491</w:t>
        <w:br/>
        <w:t>v -0.766100 15.412761 1.179800</w:t>
        <w:br/>
        <w:t>v -0.958971 15.442634 0.942748</w:t>
        <w:br/>
        <w:t>v -0.994295 15.713881 0.984591</w:t>
        <w:br/>
        <w:t>v -0.788690 15.640226 1.238570</w:t>
        <w:br/>
        <w:t>v -1.065867 15.459439 0.713110</w:t>
        <w:br/>
        <w:t>v -1.121594 15.771421 0.703155</w:t>
        <w:br/>
        <w:t>v -1.128970 15.832251 0.779237</w:t>
        <w:br/>
        <w:t>v -1.312635 16.406849 0.289944</w:t>
        <w:br/>
        <w:t>v -1.287262 16.210770 0.362261</w:t>
        <w:br/>
        <w:t>v -1.238426 16.014961 0.422970</w:t>
        <w:br/>
        <w:t>v -1.182946 15.789968 0.461535</w:t>
        <w:br/>
        <w:t>v -1.131224 15.474896 0.494152</w:t>
        <w:br/>
        <w:t>v -1.072703 15.168145 0.306157</w:t>
        <w:br/>
        <w:t>v -0.982400 15.163476 0.105146</w:t>
        <w:br/>
        <w:t>v -1.065055 15.497081 0.052560</w:t>
        <w:br/>
        <w:t>v -1.166395 15.492134 0.269952</w:t>
        <w:br/>
        <w:t>v -0.925398 15.504403 -0.161860</w:t>
        <w:br/>
        <w:t>v -0.839119 15.150544 -0.078065</w:t>
        <w:br/>
        <w:t>v -1.048671 15.162151 0.511168</w:t>
        <w:br/>
        <w:t>v -0.737927 15.151572 1.137473</w:t>
        <w:br/>
        <w:t>v -0.908881 15.159588 0.915330</w:t>
        <w:br/>
        <w:t>v -0.995047 15.159941 0.709944</w:t>
        <w:br/>
        <w:t>v -0.985371 14.860875 0.710979</w:t>
        <w:br/>
        <w:t>v -1.033479 14.856025 0.519310</w:t>
        <w:br/>
        <w:t>v -0.659819 15.127596 -0.220925</w:t>
        <w:br/>
        <w:t>v -0.636788 14.818144 -0.169861</w:t>
        <w:br/>
        <w:t>v -0.800931 14.841496 -0.033672</w:t>
        <w:br/>
        <w:t>v -0.826954 14.594355 -0.014247</w:t>
        <w:br/>
        <w:t>v -0.638232 14.577790 -0.147972</w:t>
        <w:br/>
        <w:t>v -0.995279 16.744127 1.397147</w:t>
        <w:br/>
        <w:t>v -1.067397 16.629705 1.414096</w:t>
        <w:br/>
        <w:t>v -0.874878 16.691919 1.517833</w:t>
        <w:br/>
        <w:t>v -0.968334 16.580103 1.534036</w:t>
        <w:br/>
        <w:t>v -0.762307 16.637856 1.603507</w:t>
        <w:br/>
        <w:t>v -0.855953 16.529734 1.628112</w:t>
        <w:br/>
        <w:t>v -0.590440 16.375175 1.758413</w:t>
        <w:br/>
        <w:t>v -0.726076 16.456432 1.714531</w:t>
        <w:br/>
        <w:t>v -0.647878 16.568449 1.667368</w:t>
        <w:br/>
        <w:t>v -0.518148 16.481867 1.712502</w:t>
        <w:br/>
        <w:t>v -0.670967 16.244947 1.758359</w:t>
        <w:br/>
        <w:t>v -0.813394 16.336580 1.727428</w:t>
        <w:br/>
        <w:t>v -0.949882 16.408045 1.644611</w:t>
        <w:br/>
        <w:t>v -1.049431 16.458084 1.537158</w:t>
        <w:br/>
        <w:t>v -1.139053 16.508503 1.408689</w:t>
        <w:br/>
        <w:t>v -1.197631 16.550444 1.289726</w:t>
        <w:br/>
        <w:t>v -0.200610 16.049444 -0.606095</w:t>
        <w:br/>
        <w:t>v -0.206126 16.243982 -0.667357</w:t>
        <w:br/>
        <w:t>v -0.207710 16.527504 -0.715850</w:t>
        <w:br/>
        <w:t>v -0.205858 16.428085 -0.695924</w:t>
        <w:br/>
        <w:t>v -0.197192 15.974740 1.563191</w:t>
        <w:br/>
        <w:t>v -0.361444 15.807574 1.555520</w:t>
        <w:br/>
        <w:t>v -0.273201 16.059364 1.630442</w:t>
        <w:br/>
        <w:t>v -0.422728 15.889885 1.636892</w:t>
        <w:br/>
        <w:t>v -0.357407 16.166037 1.704058</w:t>
        <w:br/>
        <w:t>v -0.485779 16.011236 1.702341</w:t>
        <w:br/>
        <w:t>v -0.463145 16.274645 1.754942</w:t>
        <w:br/>
        <w:t>v -0.559507 16.146730 1.751542</w:t>
        <w:br/>
        <w:t>v -1.317863 16.575542 -0.007823</w:t>
        <w:br/>
        <w:t>v -1.242333 16.554321 -0.241654</w:t>
        <w:br/>
        <w:t>v -0.506949 15.136260 1.316125</w:t>
        <w:br/>
        <w:t>v -0.493751 14.855342 1.292620</w:t>
        <w:br/>
        <w:t>v -0.719983 14.860085 1.134545</w:t>
        <w:br/>
        <w:t>v -0.227702 14.608327 1.385473</w:t>
        <w:br/>
        <w:t>v -0.488739 14.607717 1.296995</w:t>
        <w:br/>
        <w:t>v -0.716605 14.613802 1.145838</w:t>
        <w:br/>
        <w:t>v -0.178956 15.619350 -0.455250</w:t>
        <w:br/>
        <w:t>v -0.170633 15.315794 -0.363570</w:t>
        <w:br/>
        <w:t>v -0.191558 15.857504 -0.539338</w:t>
        <w:br/>
        <w:t>v -0.323930 15.035543 -0.308284</w:t>
        <w:br/>
        <w:t>v -0.484071 15.061169 -0.279312</w:t>
        <w:br/>
        <w:t>v -0.165103 15.020986 -0.286679</w:t>
        <w:br/>
        <w:t>v -0.320494 14.753197 -0.263304</w:t>
        <w:br/>
        <w:t>v -0.475584 14.777773 -0.224229</w:t>
        <w:br/>
        <w:t>v -0.924682 14.850178 0.143252</w:t>
        <w:br/>
        <w:t>v -1.021565 14.853982 0.327902</w:t>
        <w:br/>
        <w:t>v -1.015609 14.609833 0.340783</w:t>
        <w:br/>
        <w:t>v -0.935340 14.602974 0.154612</w:t>
        <w:br/>
        <w:t>v -1.037627 14.609588 0.536342</w:t>
        <w:br/>
        <w:t>v -0.885084 14.616074 0.932689</w:t>
        <w:br/>
        <w:t>v -0.994372 14.610999 0.731949</w:t>
        <w:br/>
        <w:t>v -0.889331 14.865560 0.910935</w:t>
        <w:br/>
        <w:t>v -0.160844 14.738552 -0.254733</w:t>
        <w:br/>
        <w:t>v -0.156751 14.517525 -0.240341</w:t>
        <w:br/>
        <w:t>v -0.317647 14.531219 -0.233316</w:t>
        <w:br/>
        <w:t>v -0.477144 14.554648 -0.204859</w:t>
        <w:br/>
        <w:t>v -0.887650 16.188362 1.680080</w:t>
        <w:br/>
        <w:t>v -0.752778 16.115744 1.708260</w:t>
        <w:br/>
        <w:t>v -0.797076 15.961741 1.649220</w:t>
        <w:br/>
        <w:t>v -0.949184 16.026285 1.588134</w:t>
        <w:br/>
        <w:t>v -0.993033 15.811037 1.301019</w:t>
        <w:br/>
        <w:t>v -0.982765 15.878401 1.445635</w:t>
        <w:br/>
        <w:t>v -0.992148 15.780515 1.165228</w:t>
        <w:br/>
        <w:t>v -0.674678 16.025423 1.706329</w:t>
        <w:br/>
        <w:t>v -1.025318 16.263391 1.607963</w:t>
        <w:br/>
        <w:t>v -1.123657 16.334103 1.506769</w:t>
        <w:br/>
        <w:t>v -0.578214 16.964836 -0.769297</w:t>
        <w:br/>
        <w:t>v -0.114741 16.114382 1.531963</w:t>
        <w:br/>
        <w:t>v -0.193218 16.196198 1.593726</w:t>
        <w:br/>
        <w:t>v -0.285264 16.298018 1.662105</w:t>
        <w:br/>
        <w:t>v -0.395163 16.396006 1.704978</w:t>
        <w:br/>
        <w:t>v -1.304340 16.939703 -0.124297</w:t>
        <w:br/>
        <w:t>v -1.321883 16.987675 -0.176706</w:t>
        <w:br/>
        <w:t>v -1.358140 16.930002 -0.145959</w:t>
        <w:br/>
        <w:t>v -1.366577 16.918539 -0.089676</w:t>
        <w:br/>
        <w:t>v -1.307485 16.964384 0.022052</w:t>
        <w:br/>
        <w:t>v -1.292281 16.934769 -0.256521</w:t>
        <w:br/>
        <w:t>v -1.318440 16.992840 -0.247502</w:t>
        <w:br/>
        <w:t>v -1.321883 16.987675 -0.176706</w:t>
        <w:br/>
        <w:t>v -1.254483 16.931171 -0.360964</w:t>
        <w:br/>
        <w:t>v -1.272883 16.981550 -0.396806</w:t>
        <w:br/>
        <w:t>v -1.294998 16.943146 -0.388341</w:t>
        <w:br/>
        <w:t>v -1.254483 16.931171 -0.360964</w:t>
        <w:br/>
        <w:t>v -1.209526 16.933008 -0.486192</w:t>
        <w:br/>
        <w:t>v -1.179141 16.918631 -0.609940</w:t>
        <w:br/>
        <w:t>v -1.002071 17.355358 -0.723257</w:t>
        <w:br/>
        <w:t>v -1.266907 17.238152 -0.697572</w:t>
        <w:br/>
        <w:t>v -1.257702 17.245024 -0.748660</w:t>
        <w:br/>
        <w:t>v -1.246449 17.239237 -0.807053</w:t>
        <w:br/>
        <w:t>v -1.371772 16.990995 0.075225</w:t>
        <w:br/>
        <w:t>v -1.365207 16.956945 -0.022611</w:t>
        <w:br/>
        <w:t>v -1.360525 16.967125 -0.031991</w:t>
        <w:br/>
        <w:t>v -1.366724 17.004440 0.064189</w:t>
        <w:br/>
        <w:t>v -1.353240 17.030840 0.165727</w:t>
        <w:br/>
        <w:t>v -1.349972 17.044350 0.151763</w:t>
        <w:br/>
        <w:t>v -1.340654 17.062561 0.218095</w:t>
        <w:br/>
        <w:t>v -1.342986 17.073727 0.191233</w:t>
        <w:br/>
        <w:t>v -1.326484 17.105865 0.239446</w:t>
        <w:br/>
        <w:t>v -1.330906 17.102827 0.209331</w:t>
        <w:br/>
        <w:t>v -1.317143 17.151054 0.243270</w:t>
        <w:br/>
        <w:t>v -1.322765 17.129107 0.215582</w:t>
        <w:br/>
        <w:t>v -1.306257 17.234726 0.243730</w:t>
        <w:br/>
        <w:t>v -1.317027 17.186327 0.239728</w:t>
        <w:br/>
        <w:t>v -1.316589 17.170258 0.214766</w:t>
        <w:br/>
        <w:t>v -1.301461 17.227743 0.213550</w:t>
        <w:br/>
        <w:t>v -1.297561 17.264412 0.248747</w:t>
        <w:br/>
        <w:t>v -1.293283 17.266602 0.220624</w:t>
        <w:br/>
        <w:t>v -1.280637 17.318348 0.263249</w:t>
        <w:br/>
        <w:t>v -1.277517 17.326920 0.236776</w:t>
        <w:br/>
        <w:t>v -1.261999 17.395576 0.265078</w:t>
        <w:br/>
        <w:t>v -1.264505 17.381409 0.287161</w:t>
        <w:br/>
        <w:t>v -1.261406 17.416559 0.327133</w:t>
        <w:br/>
        <w:t>v -1.260097 17.436022 0.314217</w:t>
        <w:br/>
        <w:t>v -1.270527 17.408413 0.363864</w:t>
        <w:br/>
        <w:t>v -1.270580 17.429701 0.356251</w:t>
        <w:br/>
        <w:t>v -1.288468 17.397142 0.405003</w:t>
        <w:br/>
        <w:t>v -1.290759 17.415941 0.393903</w:t>
        <w:br/>
        <w:t>v -1.318928 17.424276 0.416458</w:t>
        <w:br/>
        <w:t>v -1.314088 17.414227 0.433030</w:t>
        <w:br/>
        <w:t>v -1.359922 17.480364 0.417641</w:t>
        <w:br/>
        <w:t>v -1.355832 17.480585 0.436678</w:t>
        <w:br/>
        <w:t>v -1.318928 17.424276 0.416458</w:t>
        <w:br/>
        <w:t>v -1.400317 17.572084 0.394730</w:t>
        <w:br/>
        <w:t>v -1.398871 17.578835 0.412378</w:t>
        <w:br/>
        <w:t>v -1.426587 17.672138 0.380082</w:t>
        <w:br/>
        <w:t>v -1.425145 17.661919 0.363156</w:t>
        <w:br/>
        <w:t>v -1.446995 17.741280 0.333966</w:t>
        <w:br/>
        <w:t>v -1.444747 17.728628 0.319362</w:t>
        <w:br/>
        <w:t>v -1.455851 17.776163 0.294793</w:t>
        <w:br/>
        <w:t>v -1.452860 17.760395 0.284913</w:t>
        <w:br/>
        <w:t>v -1.443519 17.769304 0.256390</w:t>
        <w:br/>
        <w:t>v -1.447469 17.787647 0.259526</w:t>
        <w:br/>
        <w:t>v -1.426712 17.766964 0.226409</w:t>
        <w:br/>
        <w:t>v -1.431406 17.786129 0.225675</w:t>
        <w:br/>
        <w:t>v -1.415522 17.764187 0.187122</w:t>
        <w:br/>
        <w:t>v -1.420228 17.782949 0.189118</w:t>
        <w:br/>
        <w:t>v -1.419598 17.778677 0.135730</w:t>
        <w:br/>
        <w:t>v -1.423006 17.794649 0.145664</w:t>
        <w:br/>
        <w:t>v -1.438847 17.826094 0.086157</w:t>
        <w:br/>
        <w:t>v -1.441246 17.835907 0.102870</w:t>
        <w:br/>
        <w:t>v -1.465660 17.890827 0.083196</w:t>
        <w:br/>
        <w:t>v -1.463404 17.888260 0.064102</w:t>
        <w:br/>
        <w:t>v -1.493207 17.942055 0.091549</w:t>
        <w:br/>
        <w:t>v -1.491358 17.948055 0.074514</w:t>
        <w:br/>
        <w:t>v -1.519543 17.977825 0.125719</w:t>
        <w:br/>
        <w:t>v -1.517000 17.988974 0.111458</w:t>
        <w:br/>
        <w:t>v -1.543030 18.009130 0.162721</w:t>
        <w:br/>
        <w:t>v -1.541513 18.014997 0.146557</w:t>
        <w:br/>
        <w:t>v -1.559694 18.058264 0.174150</w:t>
        <w:br/>
        <w:t>v -1.560661 18.053108 0.156661</w:t>
        <w:br/>
        <w:t>v -1.565726 18.114426 0.149890</w:t>
        <w:br/>
        <w:t>v -1.569300 18.100210 0.135941</w:t>
        <w:br/>
        <w:t>v -1.578691 18.143452 0.067511</w:t>
        <w:br/>
        <w:t>v -1.574410 18.163202 0.076098</w:t>
        <w:br/>
        <w:t>v -1.589188 18.161673 -0.018461</w:t>
        <w:br/>
        <w:t>v -1.585927 18.183220 -0.015328</w:t>
        <w:br/>
        <w:t>v -1.589780 18.158800 -0.073452</w:t>
        <w:br/>
        <w:t>v -1.589087 18.178482 -0.079040</w:t>
        <w:br/>
        <w:t>v -1.593144 18.134661 -0.095211</w:t>
        <w:br/>
        <w:t>v -1.599399 18.150469 -0.108419</w:t>
        <w:br/>
        <w:t>v -1.596357 18.093460 -0.112539</w:t>
        <w:br/>
        <w:t>v -1.604509 18.108141 -0.128210</w:t>
        <w:br/>
        <w:t>v -1.597200 18.048239 -0.139318</w:t>
        <w:br/>
        <w:t>v -1.600077 18.066216 -0.153215</w:t>
        <w:br/>
        <w:t>v -1.577108 18.014933 -0.194874</w:t>
        <w:br/>
        <w:t>v -1.578457 18.037060 -0.201350</w:t>
        <w:br/>
        <w:t>v -1.587160 18.007505 -0.294437</w:t>
        <w:br/>
        <w:t>v -1.583037 18.029800 -0.289917</w:t>
        <w:br/>
        <w:t>v -1.579701 18.059032 -0.344191</w:t>
        <w:br/>
        <w:t>v -1.579945 18.043627 -0.357506</w:t>
        <w:br/>
        <w:t>v -1.575905 18.106068 -0.355080</w:t>
        <w:br/>
        <w:t>v -1.573462 18.095430 -0.372671</w:t>
        <w:br/>
        <w:t>v -1.575624 18.147877 -0.365421</w:t>
        <w:br/>
        <w:t>v -1.574472 18.133341 -0.380577</w:t>
        <w:br/>
        <w:t>v -1.575053 18.174978 -0.393427</w:t>
        <w:br/>
        <w:t>v -1.576280 18.155712 -0.401228</w:t>
        <w:br/>
        <w:t>v -1.577150 18.160822 -0.449193</w:t>
        <w:br/>
        <w:t>v -1.572819 18.181761 -0.448857</w:t>
        <w:br/>
        <w:t>v -1.575301 18.150776 -0.518333</w:t>
        <w:br/>
        <w:t>v -1.569640 18.171589 -0.522100</w:t>
        <w:br/>
        <w:t>v -1.566810 18.115730 -0.594903</w:t>
        <w:br/>
        <w:t>v -1.560171 18.136723 -0.601045</w:t>
        <w:br/>
        <w:t>v -1.553974 18.050177 -0.672161</w:t>
        <w:br/>
        <w:t>v -1.546592 18.069279 -0.682019</w:t>
        <w:br/>
        <w:t>v -1.546500 17.983124 -0.720333</w:t>
        <w:br/>
        <w:t>v -1.539941 17.996096 -0.736193</w:t>
        <w:br/>
        <w:t>v -1.541435 17.942644 -0.725681</w:t>
        <w:br/>
        <w:t>v -1.537337 17.947821 -0.744928</w:t>
        <w:br/>
        <w:t>v -1.536570 17.919510 -0.704748</w:t>
        <w:br/>
        <w:t>v -1.535464 17.916464 -0.723138</w:t>
        <w:br/>
        <w:t>v -1.531792 17.904440 -0.664305</w:t>
        <w:br/>
        <w:t>v -1.531768 17.897800 -0.682118</w:t>
        <w:br/>
        <w:t>v -1.527601 17.876421 -0.626911</w:t>
        <w:br/>
        <w:t>v -1.526356 17.874315 -0.646340</w:t>
        <w:br/>
        <w:t>v -1.520290 17.833429 -0.613414</w:t>
        <w:br/>
        <w:t>v -1.517822 17.840099 -0.631572</w:t>
        <w:br/>
        <w:t>v -1.511719 17.785664 -0.632641</w:t>
        <w:br/>
        <w:t>v -1.508995 17.801027 -0.645583</w:t>
        <w:br/>
        <w:t>v -1.508827 17.751438 -0.673991</w:t>
        <w:br/>
        <w:t>v -1.506914 17.771769 -0.680798</w:t>
        <w:br/>
        <w:t>v -1.511485 17.736528 -0.720613</w:t>
        <w:br/>
        <w:t>v -1.509906 17.758539 -0.721704</w:t>
        <w:br/>
        <w:t>v -1.514582 17.759089 -0.761633</w:t>
        <w:br/>
        <w:t>v -1.515940 17.737173 -0.762741</w:t>
        <w:br/>
        <w:t>v -1.516725 17.757198 -0.800156</w:t>
        <w:br/>
        <w:t>v -1.518541 17.737089 -0.796818</w:t>
        <w:br/>
        <w:t>v -1.513735 17.712536 -0.839336</w:t>
        <w:br/>
        <w:t>v -1.511268 17.728645 -0.849660</w:t>
        <w:br/>
        <w:t>v -1.496124 17.650602 -0.891113</w:t>
        <w:br/>
        <w:t>v -1.493721 17.661945 -0.906308</w:t>
        <w:br/>
        <w:t>v -1.454708 17.569902 -0.921825</w:t>
        <w:br/>
        <w:t>v -1.451232 17.576733 -0.939545</w:t>
        <w:br/>
        <w:t>v -1.398180 17.489403 -0.926606</w:t>
        <w:br/>
        <w:t>v -1.392615 17.490316 -0.944154</w:t>
        <w:br/>
        <w:t>v -1.345659 17.424217 -0.919541</w:t>
        <w:br/>
        <w:t>v -1.352453 17.433846 -0.907729</w:t>
        <w:br/>
        <w:t>v -1.346741 17.416592 -0.844434</w:t>
        <w:br/>
        <w:t>v -1.339049 17.399441 -0.850376</w:t>
        <w:br/>
        <w:t>v -1.340578 17.390827 -0.760177</w:t>
        <w:br/>
        <w:t>v -1.333574 17.375122 -0.768629</w:t>
        <w:br/>
        <w:t>v -1.307180 17.331026 -0.684896</w:t>
        <w:br/>
        <w:t>v -1.305221 17.324137 -0.699715</w:t>
        <w:br/>
        <w:t>v -1.261069 17.224779 -0.690365</w:t>
        <w:br/>
        <w:t>v -1.266907 17.238152 -0.697572</w:t>
        <w:br/>
        <w:t>v -1.281802 17.270336 -0.679339</w:t>
        <w:br/>
        <w:t>v -1.278378 17.265625 -0.664112</w:t>
        <w:br/>
        <w:t>v -1.192127 17.111877 -0.841877</w:t>
        <w:br/>
        <w:t>v -1.189792 17.112293 -0.860340</w:t>
        <w:br/>
        <w:t>v -1.228750 17.199846 -0.849700</w:t>
        <w:br/>
        <w:t>v -1.227219 17.191290 -0.833881</w:t>
        <w:br/>
        <w:t>v -1.131633 17.027264 -0.838649</w:t>
        <w:br/>
        <w:t>v -1.136476 17.034752 -0.822737</w:t>
        <w:br/>
        <w:t>v -1.246843 17.000296 -0.490281</w:t>
        <w:br/>
        <w:t>v -1.272671 16.989092 -0.387754</w:t>
        <w:br/>
        <w:t>v -1.272883 16.981550 -0.396806</w:t>
        <w:br/>
        <w:t>v -1.249451 16.991173 -0.482175</w:t>
        <w:br/>
        <w:t>v -1.313449 16.930410 -0.322699</w:t>
        <w:br/>
        <w:t>v -1.332001 16.955730 -0.269825</w:t>
        <w:br/>
        <w:t>v -1.339450 16.948996 -0.261093</w:t>
        <w:br/>
        <w:t>v -1.315796 16.913103 -0.322199</w:t>
        <w:br/>
        <w:t>v -1.315002 17.003386 -0.255981</w:t>
        <w:br/>
        <w:t>v -1.318440 16.992840 -0.247502</w:t>
        <w:br/>
        <w:t>v -1.258641 16.962034 -0.522195</w:t>
        <w:br/>
        <w:t>v -1.257210 16.955027 -0.513985</w:t>
        <w:br/>
        <w:t>v -1.255341 16.924486 -0.572359</w:t>
        <w:br/>
        <w:t>v -1.255823 16.942036 -0.573987</w:t>
        <w:br/>
        <w:t>v -1.097987 16.966587 -0.786040</w:t>
        <w:br/>
        <w:t>v -1.105052 16.981745 -0.777152</w:t>
        <w:br/>
        <w:t>v -0.000007 15.989729 1.462846</w:t>
        <w:br/>
        <w:t>v -0.000000 15.989904 1.476600</w:t>
        <w:br/>
        <w:t>v -0.058571 16.040049 1.492254</w:t>
        <w:br/>
        <w:t>v -0.063392 16.038357 1.470125</w:t>
        <w:br/>
        <w:t>v -1.096770 16.889631 0.747773</w:t>
        <w:br/>
        <w:t>v -1.089666 16.868166 0.919061</w:t>
        <w:br/>
        <w:t>v -1.110914 16.880114 0.922069</w:t>
        <w:br/>
        <w:t>v -1.118821 16.896860 0.748733</w:t>
        <w:br/>
        <w:t>v -1.075697 16.826794 1.101067</w:t>
        <w:br/>
        <w:t>v -1.100847 16.843849 1.108072</w:t>
        <w:br/>
        <w:t>v -1.035294 16.779955 1.263038</w:t>
        <w:br/>
        <w:t>v -1.056777 16.795525 1.273293</w:t>
        <w:br/>
        <w:t>v -1.148630 16.960104 0.426611</w:t>
        <w:br/>
        <w:t>v -1.174408 16.963600 0.427915</w:t>
        <w:br/>
        <w:t>v -1.233184 16.978518 0.226089</w:t>
        <w:br/>
        <w:t>v -1.215181 16.972569 0.223223</w:t>
        <w:br/>
        <w:t>v -1.117939 16.916384 0.590048</w:t>
        <w:br/>
        <w:t>v -1.139949 16.923189 0.590280</w:t>
        <w:br/>
        <w:t>v -0.976942 16.729723 1.382868</w:t>
        <w:br/>
        <w:t>v -0.995279 16.744127 1.397147</w:t>
        <w:br/>
        <w:t>v -0.858242 16.680429 1.498302</w:t>
        <w:br/>
        <w:t>v -0.874878 16.691919 1.517833</w:t>
        <w:br/>
        <w:t>v -0.753205 16.630905 1.584124</w:t>
        <w:br/>
        <w:t>v -0.762307 16.637856 1.603507</w:t>
        <w:br/>
        <w:t>v -0.640347 16.567041 1.641145</w:t>
        <w:br/>
        <w:t>v -0.514288 16.482277 1.679165</w:t>
        <w:br/>
        <w:t>v -0.518148 16.481867 1.712502</w:t>
        <w:br/>
        <w:t>v -0.647878 16.568449 1.667368</w:t>
        <w:br/>
        <w:t>v -0.200674 16.544436 -0.689742</w:t>
        <w:br/>
        <w:t>v -0.207710 16.527504 -0.715850</w:t>
        <w:br/>
        <w:t>v -0.361103 16.670950 -0.744948</w:t>
        <w:br/>
        <w:t>v -0.207710 16.527504 -0.715850</w:t>
        <w:br/>
        <w:t>v -0.347600 16.681208 -0.730408</w:t>
        <w:br/>
        <w:t>v -0.114741 16.114382 1.531963</w:t>
        <w:br/>
        <w:t>v -0.125117 16.120287 1.501496</w:t>
        <w:br/>
        <w:t>v -0.193218 16.196198 1.593726</w:t>
        <w:br/>
        <w:t>v -0.205248 16.201839 1.564154</w:t>
        <w:br/>
        <w:t>v -0.285264 16.298018 1.662105</w:t>
        <w:br/>
        <w:t>v -0.295235 16.300064 1.633049</w:t>
        <w:br/>
        <w:t>v -0.395163 16.396006 1.704978</w:t>
        <w:br/>
        <w:t>v -0.400679 16.396811 1.674210</w:t>
        <w:br/>
        <w:t>v -1.203645 16.975731 -0.718454</w:t>
        <w:br/>
        <w:t>v -1.197263 16.954500 -0.723518</w:t>
        <w:br/>
        <w:t>v -1.097987 16.966587 -0.786040</w:t>
        <w:br/>
        <w:t>v -1.105052 16.981745 -0.777152</w:t>
        <w:br/>
        <w:t>v -1.358140 16.930002 -0.145959</w:t>
        <w:br/>
        <w:t>v -1.321883 16.987675 -0.176706</w:t>
        <w:br/>
        <w:t>v -1.320366 16.999498 -0.174655</w:t>
        <w:br/>
        <w:t>v -1.354005 16.944071 -0.143017</w:t>
        <w:br/>
        <w:t>v -1.360525 16.967125 -0.031991</w:t>
        <w:br/>
        <w:t>v -1.365207 16.956945 -0.022611</w:t>
        <w:br/>
        <w:t>v -1.366577 16.918539 -0.089676</w:t>
        <w:br/>
        <w:t>v -1.364563 16.933430 -0.092936</w:t>
        <w:br/>
        <w:t>v -1.294998 16.943146 -0.388341</w:t>
        <w:br/>
        <w:t>v -1.293823 16.948671 -0.378115</w:t>
        <w:br/>
        <w:t>v -1.247235 16.945993 -0.666335</w:t>
        <w:br/>
        <w:t>v -1.233857 16.933516 -0.677418</w:t>
        <w:br/>
        <w:t>v -1.255341 16.924486 -0.572359</w:t>
        <w:br/>
        <w:t>v -1.257702 17.245024 -0.748660</w:t>
        <w:br/>
        <w:t>v -1.251374 17.228207 -0.745246</w:t>
        <w:br/>
        <w:t>v -1.246449 17.239237 -0.807053</w:t>
        <w:br/>
        <w:t>v -1.241808 17.224333 -0.797787</w:t>
        <w:br/>
        <w:t>v -0.515730 17.177265 -0.734006</w:t>
        <w:br/>
        <w:t>v -0.480037 17.034576 -0.737861</w:t>
        <w:br/>
        <w:t>v -0.606163 17.157154 -0.780848</w:t>
        <w:br/>
        <w:t>v -1.307485 16.964384 0.022052</w:t>
        <w:br/>
        <w:t>v -1.307485 16.964384 0.022052</w:t>
        <w:br/>
        <w:t>v -1.301431 16.991741 0.102607</w:t>
        <w:br/>
        <w:t>v -1.365207 16.956945 -0.022611</w:t>
        <w:br/>
        <w:t>v -0.441271 17.627655 -0.761210</w:t>
        <w:br/>
        <w:t>v -0.440916 17.614346 -0.753319</w:t>
        <w:br/>
        <w:t>v -0.598937 17.490063 -0.740644</w:t>
        <w:br/>
        <w:t>v -0.646215 17.467276 -0.698936</w:t>
        <w:br/>
        <w:t>v -0.666802 17.514091 -0.689704</w:t>
        <w:br/>
        <w:t>v -0.701641 17.639618 -0.635912</w:t>
        <w:br/>
        <w:t>v -0.681569 17.664623 -0.659707</w:t>
        <w:br/>
        <w:t>v -0.648645 17.581116 -0.700520</w:t>
        <w:br/>
        <w:t>v -0.663306 17.585112 -0.662690</w:t>
        <w:br/>
        <w:t>v -0.570005 17.377937 -0.741200</w:t>
        <w:br/>
        <w:t>v -0.568999 17.376053 -0.729709</w:t>
        <w:br/>
        <w:t>v -0.515730 17.177265 -0.734006</w:t>
        <w:br/>
        <w:t>v -0.570005 17.377937 -0.741200</w:t>
        <w:br/>
        <w:t>v -0.515979 17.179340 -0.755039</w:t>
        <w:br/>
        <w:t>v -0.437880 16.918486 -0.753908</w:t>
        <w:br/>
        <w:t>v -0.453689 16.901556 -0.772459</w:t>
        <w:br/>
        <w:t>v -0.396222 16.761686 -0.772489</w:t>
        <w:br/>
        <w:t>v -0.384123 16.769905 -0.757346</w:t>
        <w:br/>
        <w:t>v -0.476888 17.034758 -0.754324</w:t>
        <w:br/>
        <w:t>v -0.480037 17.034576 -0.737861</w:t>
        <w:br/>
        <w:t>v -0.453689 16.901556 -0.772459</w:t>
        <w:br/>
        <w:t>v -0.437880 16.918486 -0.753908</w:t>
        <w:br/>
        <w:t>v -0.476888 17.034758 -0.754324</w:t>
        <w:br/>
        <w:t>v -0.361103 16.670950 -0.744948</w:t>
        <w:br/>
        <w:t>v -0.606163 17.157154 -0.780848</w:t>
        <w:br/>
        <w:t>v -0.788808 17.745813 0.310994</w:t>
        <w:br/>
        <w:t>v -1.307485 16.964384 0.022052</w:t>
        <w:br/>
        <w:t>v -1.365207 16.956945 -0.022611</w:t>
        <w:br/>
        <w:t>v -1.304340 16.939703 -0.124297</w:t>
        <w:br/>
        <w:t>v -1.254483 16.931171 -0.360964</w:t>
        <w:br/>
        <w:t>v -0.823287 18.019377 -0.017590</w:t>
        <w:br/>
        <w:t>v -0.828203 18.052128 -0.122011</w:t>
        <w:br/>
        <w:t>v -0.599988 17.777052 -0.662763</w:t>
        <w:br/>
        <w:t>v -0.601052 17.652523 -0.730876</w:t>
        <w:br/>
        <w:t>v -0.604678 17.661802 -0.694863</w:t>
        <w:br/>
        <w:t>v -0.982866 17.772791 0.280823</w:t>
        <w:br/>
        <w:t>v -0.975363 17.886084 0.178569</w:t>
        <w:br/>
        <w:t>v -0.979333 17.848167 0.212231</w:t>
        <w:br/>
        <w:t>v -0.963923 17.923016 0.113002</w:t>
        <w:br/>
        <w:t>v -0.952094 18.004059 -0.018040</w:t>
        <w:br/>
        <w:t>v -0.917028 18.007282 -0.126982</w:t>
        <w:br/>
        <w:t>v -0.919865 18.037546 -0.221191</w:t>
        <w:br/>
        <w:t>v -0.800627 17.962559 -0.409704</w:t>
        <w:br/>
        <w:t>v -0.816226 18.022083 -0.266551</w:t>
        <w:br/>
        <w:t>v -0.896895 18.000849 -0.353317</w:t>
        <w:br/>
        <w:t>v -0.854489 17.935133 -0.448964</w:t>
        <w:br/>
        <w:t>v -0.821486 17.872194 -0.525312</w:t>
        <w:br/>
        <w:t>v -0.786840 17.900665 -0.504583</w:t>
        <w:br/>
        <w:t>v -0.771710 17.853416 -0.608409</w:t>
        <w:br/>
        <w:t>v -1.144081 17.052532 0.344433</w:t>
        <w:br/>
        <w:t>v -1.130204 17.113651 0.342475</w:t>
        <w:br/>
        <w:t>v -1.103547 17.218908 0.288709</w:t>
        <w:br/>
        <w:t>v -1.197298 17.098648 0.368326</w:t>
        <w:br/>
        <w:t>v -0.712756 17.771528 -0.667302</w:t>
        <w:br/>
        <w:t>v -0.681569 17.664623 -0.659707</w:t>
        <w:br/>
        <w:t>v -0.701641 17.639618 -0.635912</w:t>
        <w:br/>
        <w:t>v -0.601052 17.652523 -0.730876</w:t>
        <w:br/>
        <w:t>v -0.681569 17.664623 -0.659707</w:t>
        <w:br/>
        <w:t>v -0.441271 17.627655 -0.761210</w:t>
        <w:br/>
        <w:t>v -0.440916 17.614346 -0.753319</w:t>
        <w:br/>
        <w:t>v -0.414891 17.808329 -0.603232</w:t>
        <w:br/>
        <w:t>v -0.604678 17.661802 -0.694863</w:t>
        <w:br/>
        <w:t>v -0.592703 17.739067 -0.603887</w:t>
        <w:br/>
        <w:t>v -0.701641 17.639618 -0.635912</w:t>
        <w:br/>
        <w:t>v -0.235125 16.836201 -0.829074</w:t>
        <w:br/>
        <w:t>v -0.296867 16.853415 -0.804054</w:t>
        <w:br/>
        <w:t>v -0.322356 16.706713 -0.738897</w:t>
        <w:br/>
        <w:t>v -0.447611 16.925167 -0.728427</w:t>
        <w:br/>
        <w:t>v -0.367891 16.878248 -0.747352</w:t>
        <w:br/>
        <w:t>v -0.454925 16.738949 -0.726134</w:t>
        <w:br/>
        <w:t>v -0.193138 16.804165 -0.762882</w:t>
        <w:br/>
        <w:t>v -0.145426 16.766249 -0.797644</w:t>
        <w:br/>
        <w:t>v -0.138907 16.631231 -0.706213</w:t>
        <w:br/>
        <w:t>v -0.225352 16.663139 -0.716461</w:t>
        <w:br/>
        <w:t>v -0.288166 16.855045 -0.789724</w:t>
        <w:br/>
        <w:t>v -0.237556 16.839268 -0.811814</w:t>
        <w:br/>
        <w:t>v -0.325030 16.703474 -0.724261</w:t>
        <w:br/>
        <w:t>v -0.319314 16.858742 -0.760108</w:t>
        <w:br/>
        <w:t>v -0.370924 16.879128 -0.766085</w:t>
        <w:br/>
        <w:t>v -0.367891 16.878248 -0.747352</w:t>
        <w:br/>
        <w:t>v -0.319314 16.858742 -0.760108</w:t>
        <w:br/>
        <w:t>v -0.327385 16.858751 -0.774696</w:t>
        <w:br/>
        <w:t>v -0.079222 16.766939 -0.759652</w:t>
        <w:br/>
        <w:t>v -0.055250 16.751074 -0.741964</w:t>
        <w:br/>
        <w:t>v -0.073240 16.607536 -0.688884</w:t>
        <w:br/>
        <w:t>v -0.190398 16.801821 -0.781227</w:t>
        <w:br/>
        <w:t>v -0.221568 16.667662 -0.731324</w:t>
        <w:br/>
        <w:t>v -0.134110 16.633862 -0.720793</w:t>
        <w:br/>
        <w:t>v -0.145298 16.761526 -0.812186</w:t>
        <w:br/>
        <w:t>v -0.193138 16.804165 -0.762882</w:t>
        <w:br/>
        <w:t>v -0.190398 16.801821 -0.781227</w:t>
        <w:br/>
        <w:t>v -0.145298 16.761526 -0.812186</w:t>
        <w:br/>
        <w:t>v -0.145426 16.766249 -0.797644</w:t>
        <w:br/>
        <w:t>v -0.024793 16.714897 -0.748471</w:t>
        <w:br/>
        <w:t>v -0.106381 16.771399 -0.783504</w:t>
        <w:br/>
        <w:t>v -0.080464 16.762339 -0.775701</w:t>
        <w:br/>
        <w:t>v -0.079222 16.766939 -0.759652</w:t>
        <w:br/>
        <w:t>v -0.110756 16.773773 -0.770948</w:t>
        <w:br/>
        <w:t>v -0.055250 16.751074 -0.741964</w:t>
        <w:br/>
        <w:t>v -0.055511 16.745804 -0.759757</w:t>
        <w:br/>
        <w:t>v -0.110756 16.773773 -0.770948</w:t>
        <w:br/>
        <w:t>v -0.145426 16.766249 -0.797644</w:t>
        <w:br/>
        <w:t>v -0.235125 16.836201 -0.829074</w:t>
        <w:br/>
        <w:t>v -0.237556 16.839268 -0.811814</w:t>
        <w:br/>
        <w:t>v -0.327385 16.858751 -0.774696</w:t>
        <w:br/>
        <w:t>v -0.288166 16.855045 -0.789724</w:t>
        <w:br/>
        <w:t>v -0.296867 16.853415 -0.804054</w:t>
        <w:br/>
        <w:t>v -0.106381 16.771399 -0.783504</w:t>
        <w:br/>
        <w:t>v -0.145298 16.761526 -0.812186</w:t>
        <w:br/>
        <w:t>v -0.134110 16.633862 -0.720793</w:t>
        <w:br/>
        <w:t>v -0.025229 16.707499 -0.764553</w:t>
        <w:br/>
        <w:t>v -0.055511 16.745804 -0.759757</w:t>
        <w:br/>
        <w:t>v -0.068860 16.609573 -0.703833</w:t>
        <w:br/>
        <w:t>v -0.080464 16.762339 -0.775701</w:t>
        <w:br/>
        <w:t>v -0.025229 16.707499 -0.764553</w:t>
        <w:br/>
        <w:t>v -0.024793 16.714897 -0.748471</w:t>
        <w:br/>
        <w:t>v -0.200674 16.544436 -0.689742</w:t>
        <w:br/>
        <w:t>v -0.347600 16.681208 -0.730408</w:t>
        <w:br/>
        <w:t>v -0.384123 16.769905 -0.757346</w:t>
        <w:br/>
        <w:t>v -0.370924 16.879128 -0.766085</w:t>
        <w:br/>
        <w:t>v -0.437880 16.918486 -0.753908</w:t>
        <w:br/>
        <w:t>v -1.045636 16.975903 0.653322</w:t>
        <w:br/>
        <w:t>v -1.062278 16.983961 0.651312</w:t>
        <w:br/>
        <w:t>v -1.045636 16.975903 0.653322</w:t>
        <w:br/>
        <w:t>v -1.117939 16.916384 0.590048</w:t>
        <w:br/>
        <w:t>v -1.097247 17.477743 -0.762358</w:t>
        <w:br/>
        <w:t>v 0.966308 17.501541 0.317648</w:t>
        <w:br/>
        <w:t>v -0.966148 17.501537 0.317648</w:t>
        <w:br/>
        <w:t>v 0.966308 17.501541 0.317648</w:t>
        <w:br/>
        <w:t>v 1.048060 17.390512 0.400259</w:t>
        <w:br/>
        <w:t>v -1.047918 17.390507 0.400259</w:t>
        <w:br/>
        <w:t>v -0.966148 17.501537 0.317648</w:t>
        <w:br/>
        <w:t>v 1.077955 1.091586 -0.344020</w:t>
        <w:br/>
        <w:t>v 1.055747 1.057628 -0.351535</w:t>
        <w:br/>
        <w:t>v 1.023664 1.018787 -0.261402</w:t>
        <w:br/>
        <w:t>v 1.044701 1.056685 -0.253125</w:t>
        <w:br/>
        <w:t>v 1.077955 1.091586 -0.344020</w:t>
        <w:br/>
        <w:t>v 1.054840 1.090732 -0.359879</w:t>
        <w:br/>
        <w:t>v 1.035602 1.065972 -0.362788</w:t>
        <w:br/>
        <w:t>v 1.055747 1.057628 -0.351535</w:t>
        <w:br/>
        <w:t>v 1.023664 1.018787 -0.261402</w:t>
        <w:br/>
        <w:t>v 0.988454 0.979777 -0.275794</w:t>
        <w:br/>
        <w:t>v 0.965339 0.984908 -0.270127</w:t>
        <w:br/>
        <w:t>v 0.997484 1.020962 -0.256805</w:t>
        <w:br/>
        <w:t>v 1.019581 1.022260 -0.365733</w:t>
        <w:br/>
        <w:t>v 1.035663 0.866188 -0.401922</w:t>
        <w:br/>
        <w:t>v 1.012522 0.834007 -0.307370</w:t>
        <w:br/>
        <w:t>v 0.988454 0.979777 -0.275794</w:t>
        <w:br/>
        <w:t>v 1.012522 0.834007 -0.307370</w:t>
        <w:br/>
        <w:t>v 0.993707 0.828640 -0.304085</w:t>
        <w:br/>
        <w:t>v 1.044701 1.056685 -0.253125</w:t>
        <w:br/>
        <w:t>v 1.015136 1.050186 -0.250964</w:t>
        <w:br/>
        <w:t>v 1.044701 1.056685 -0.253125</w:t>
        <w:br/>
        <w:t>v 1.006453 1.087511 -0.258962</w:t>
        <w:br/>
        <w:t>v 1.045882 1.122859 -0.348989</w:t>
        <w:br/>
        <w:t>v 1.077955 1.091586 -0.344020</w:t>
        <w:br/>
        <w:t>v 1.029488 1.114123 -0.366568</w:t>
        <w:br/>
        <w:t>v 1.045882 1.122859 -0.348989</w:t>
        <w:br/>
        <w:t>v 0.982302 1.073508 -0.256962</w:t>
        <w:br/>
        <w:t>v 1.006453 1.087511 -0.258962</w:t>
        <w:br/>
        <w:t>v 1.001948 1.033970 -0.374470</w:t>
        <w:br/>
        <w:t>v 1.019581 1.022260 -0.365733</w:t>
        <w:br/>
        <w:t>v 1.035663 0.866188 -0.401922</w:t>
        <w:br/>
        <w:t>v 1.020115 0.865836 -0.413024</w:t>
        <w:br/>
        <w:t>v 0.410204 2.486145 -0.887408</w:t>
        <w:br/>
        <w:t>v 0.371475 2.378012 -0.773597</w:t>
        <w:br/>
        <w:t>v 0.358548 2.288725 -0.821165</w:t>
        <w:br/>
        <w:t>v 0.408725 2.397730 -0.928226</w:t>
        <w:br/>
        <w:t>v 0.428699 2.394959 -0.932034</w:t>
        <w:br/>
        <w:t>v 0.408725 2.397730 -0.928226</w:t>
        <w:br/>
        <w:t>v 0.358548 2.288725 -0.821165</w:t>
        <w:br/>
        <w:t>v 0.378600 2.284765 -0.828110</w:t>
        <w:br/>
        <w:t>v 0.358548 2.288725 -0.821165</w:t>
        <w:br/>
        <w:t>v 0.347023 2.159166 -0.724479</w:t>
        <w:br/>
        <w:t>v 0.361642 2.154830 -0.735580</w:t>
        <w:br/>
        <w:t>v 0.380744 2.034142 -0.632108</w:t>
        <w:br/>
        <w:t>v 0.390905 2.028102 -0.646344</w:t>
        <w:br/>
        <w:t>v 0.444748 1.914321 -0.543510</w:t>
        <w:br/>
        <w:t>v 0.450808 1.906331 -0.559679</w:t>
        <w:br/>
        <w:t>v 0.520767 1.800074 -0.457932</w:t>
        <w:br/>
        <w:t>v 0.522374 1.790724 -0.474583</w:t>
        <w:br/>
        <w:t>v 0.598125 1.680700 -0.383047</w:t>
        <w:br/>
        <w:t>v 0.595259 1.670156 -0.399798</w:t>
        <w:br/>
        <w:t>v 0.586582 1.881585 -0.441158</w:t>
        <w:br/>
        <w:t>v 0.502123 1.998494 -0.512527</w:t>
        <w:br/>
        <w:t>v 0.518013 2.003643 -0.523357</w:t>
        <w:br/>
        <w:t>v 0.600005 1.884541 -0.455487</w:t>
        <w:br/>
        <w:t>v 0.684635 1.754938 -0.410346</w:t>
        <w:br/>
        <w:t>v 0.674865 1.754398 -0.392862</w:t>
        <w:br/>
        <w:t>v 0.672803 1.542261 -0.348031</w:t>
        <w:br/>
        <w:t>v 0.679627 1.554530 -0.329222</w:t>
        <w:br/>
        <w:t>v 0.598125 1.680700 -0.383047</w:t>
        <w:br/>
        <w:t>v 0.586582 1.881585 -0.441158</w:t>
        <w:br/>
        <w:t>v 0.674865 1.754398 -0.392862</w:t>
        <w:br/>
        <w:t>v 0.502123 1.998494 -0.512527</w:t>
        <w:br/>
        <w:t>v 0.520767 1.800074 -0.457932</w:t>
        <w:br/>
        <w:t>v 0.444748 1.914321 -0.543510</w:t>
        <w:br/>
        <w:t>v 0.380744 2.034142 -0.632108</w:t>
        <w:br/>
        <w:t>v 0.428382 2.122261 -0.594302</w:t>
        <w:br/>
        <w:t>v 0.428382 2.122261 -0.594302</w:t>
        <w:br/>
        <w:t>v 0.445892 2.129923 -0.600594</w:t>
        <w:br/>
        <w:t>v 0.374959 2.248579 -0.674578</w:t>
        <w:br/>
        <w:t>v 0.394009 2.258261 -0.676569</w:t>
        <w:br/>
        <w:t>v 0.374959 2.248579 -0.674578</w:t>
        <w:br/>
        <w:t>v 0.347023 2.159166 -0.724479</w:t>
        <w:br/>
        <w:t>v 0.374959 2.248579 -0.674578</w:t>
        <w:br/>
        <w:t>v 0.371475 2.378012 -0.773597</w:t>
        <w:br/>
        <w:t>v 0.392684 2.388193 -0.772541</w:t>
        <w:br/>
        <w:t>v 0.371475 2.378012 -0.773597</w:t>
        <w:br/>
        <w:t>v 0.410204 2.486145 -0.887408</w:t>
        <w:br/>
        <w:t>v 0.429674 2.497321 -0.884562</w:t>
        <w:br/>
        <w:t>v 0.935119 1.096030 -0.264495</w:t>
        <w:br/>
        <w:t>v 0.954681 1.111933 -0.267337</w:t>
        <w:br/>
        <w:t>v 0.975044 1.194855 -0.350248</w:t>
        <w:br/>
        <w:t>v 0.965446 1.186076 -0.367579</w:t>
        <w:br/>
        <w:t>v 0.988454 1.139515 -0.372456</w:t>
        <w:br/>
        <w:t>v 0.999325 1.150116 -0.355556</w:t>
        <w:br/>
        <w:t>v 0.954681 1.111933 -0.267337</w:t>
        <w:br/>
        <w:t>v 0.927114 1.153916 -0.266222</w:t>
        <w:br/>
        <w:t>v 0.975044 1.194855 -0.350248</w:t>
        <w:br/>
        <w:t>v 0.999325 1.150116 -0.355556</w:t>
        <w:br/>
        <w:t>v 0.834397 1.292472 -0.283636</w:t>
        <w:br/>
        <w:t>v 0.927114 1.153916 -0.266222</w:t>
        <w:br/>
        <w:t>v 0.908574 1.139363 -0.265705</w:t>
        <w:br/>
        <w:t>v 0.820133 1.278104 -0.295807</w:t>
        <w:br/>
        <w:t>v 0.927114 1.153916 -0.266222</w:t>
        <w:br/>
        <w:t>v 0.744239 1.415859 -0.307179</w:t>
        <w:br/>
        <w:t>v 0.754537 1.430101 -0.285901</w:t>
        <w:br/>
        <w:t>v 0.774810 1.573715 -0.357728</w:t>
        <w:br/>
        <w:t>v 0.775129 1.568007 -0.387661</w:t>
        <w:br/>
        <w:t>v 0.888177 1.318555 -0.383692</w:t>
        <w:br/>
        <w:t>v 0.892812 1.325790 -0.358556</w:t>
        <w:br/>
        <w:t>v 0.756122 1.618870 -0.357276</w:t>
        <w:br/>
        <w:t>v 0.761483 1.616343 -0.380748</w:t>
        <w:br/>
        <w:t>v 0.834397 1.292472 -0.283636</w:t>
        <w:br/>
        <w:t>v 0.754537 1.430101 -0.285901</w:t>
        <w:br/>
        <w:t>v 0.774810 1.573715 -0.357728</w:t>
        <w:br/>
        <w:t>v 0.892812 1.325790 -0.358556</w:t>
        <w:br/>
        <w:t>v 0.679627 1.554530 -0.329222</w:t>
        <w:br/>
        <w:t>v 0.756122 1.618870 -0.357276</w:t>
        <w:br/>
        <w:t>v 0.485883 1.081839 -0.221515</w:t>
        <w:br/>
        <w:t>v 0.502612 1.075713 -0.228870</w:t>
        <w:br/>
        <w:t>v 0.450731 0.955654 -0.292072</w:t>
        <w:br/>
        <w:t>v 0.434245 0.965264 -0.289351</w:t>
        <w:br/>
        <w:t>v 0.444680 1.122975 -0.307851</w:t>
        <w:br/>
        <w:t>v 0.434565 0.990770 -0.370721</w:t>
        <w:br/>
        <w:t>v 0.447460 0.985148 -0.385957</w:t>
        <w:br/>
        <w:t>v 0.454733 1.120807 -0.323599</w:t>
        <w:br/>
        <w:t>v 0.434565 0.990770 -0.370721</w:t>
        <w:br/>
        <w:t>v 0.444680 1.122975 -0.307851</w:t>
        <w:br/>
        <w:t>v 0.485883 1.081839 -0.221515</w:t>
        <w:br/>
        <w:t>v 0.434245 0.965264 -0.289351</w:t>
        <w:br/>
        <w:t>v 0.569182 1.191573 -0.236250</w:t>
        <w:br/>
        <w:t>v 0.553100 1.199512 -0.227820</w:t>
        <w:br/>
        <w:t>v 0.705007 1.479606 -0.297445</w:t>
        <w:br/>
        <w:t>v 0.622414 1.330563 -0.254247</w:t>
        <w:br/>
        <w:t>v 0.641596 1.545373 -0.335831</w:t>
        <w:br/>
        <w:t>v 0.498062 1.244783 -0.303748</w:t>
        <w:br/>
        <w:t>v 0.553100 1.199512 -0.227820</w:t>
        <w:br/>
        <w:t>v 0.705007 1.479606 -0.297445</w:t>
        <w:br/>
        <w:t>v 0.715464 1.469602 -0.310251</w:t>
        <w:br/>
        <w:t>v 0.635880 1.321418 -0.265139</w:t>
        <w:br/>
        <w:t>v 0.622414 1.330563 -0.254247</w:t>
        <w:br/>
        <w:t>v 0.503549 1.243679 -0.323527</w:t>
        <w:br/>
        <w:t>v 0.498062 1.244783 -0.303748</w:t>
        <w:br/>
        <w:t>v 0.559589 1.378869 -0.311569</w:t>
        <w:br/>
        <w:t>v 0.561474 1.377809 -0.331712</w:t>
        <w:br/>
        <w:t>v 0.639648 1.544620 -0.355337</w:t>
        <w:br/>
        <w:t>v 0.641596 1.545373 -0.335831</w:t>
        <w:br/>
        <w:t>v 0.985592 2.365356 -0.951167</w:t>
        <w:br/>
        <w:t>v 1.006404 2.287456 -0.860863</w:t>
        <w:br/>
        <w:t>v 1.010534 2.373643 -0.802567</w:t>
        <w:br/>
        <w:t>v 0.986180 2.428862 -0.870069</w:t>
        <w:br/>
        <w:t>v 1.010428 2.173617 -0.757648</w:t>
        <w:br/>
        <w:t>v 0.998894 2.259428 -0.699792</w:t>
        <w:br/>
        <w:t>v 0.998894 2.259428 -0.699792</w:t>
        <w:br/>
        <w:t>v 0.980674 2.265868 -0.699902</w:t>
        <w:br/>
        <w:t>v 0.992332 2.381531 -0.798583</w:t>
        <w:br/>
        <w:t>v 1.010534 2.373643 -0.802567</w:t>
        <w:br/>
        <w:t>v 0.957663 2.144753 -0.609083</w:t>
        <w:br/>
        <w:t>v 0.939385 2.150001 -0.613541</w:t>
        <w:br/>
        <w:t>v 0.899853 2.016346 -0.526120</w:t>
        <w:br/>
        <w:t>v 0.882613 2.020623 -0.534308</w:t>
        <w:br/>
        <w:t>v 0.946883 1.932194 -0.571110</w:t>
        <w:br/>
        <w:t>v 0.895286 1.808386 -0.478777</w:t>
        <w:br/>
        <w:t>v 0.899853 2.016346 -0.526120</w:t>
        <w:br/>
        <w:t>v 0.829657 1.885988 -0.465683</w:t>
        <w:br/>
        <w:t>v 0.814713 1.889393 -0.476841</w:t>
        <w:br/>
        <w:t>v 0.938161 1.923621 -0.586162</w:t>
        <w:br/>
        <w:t>v 0.946883 1.932194 -0.571110</w:t>
        <w:br/>
        <w:t>v 0.991380 2.060465 -0.660098</w:t>
        <w:br/>
        <w:t>v 0.978434 2.052455 -0.673541</w:t>
        <w:br/>
        <w:t>v 0.891089 1.799499 -0.494193</w:t>
        <w:br/>
        <w:t>v 0.895286 1.808386 -0.478777</w:t>
        <w:br/>
        <w:t>v 0.946883 1.932194 -0.571110</w:t>
        <w:br/>
        <w:t>v 0.726285 1.707169 -0.380014</w:t>
        <w:br/>
        <w:t>v 0.714836 1.709305 -0.393792</w:t>
        <w:br/>
        <w:t>v 0.829657 1.885988 -0.465683</w:t>
        <w:br/>
        <w:t>v 0.780541 1.611194 -0.367914</w:t>
        <w:br/>
        <w:t>v 0.726285 1.707169 -0.380014</w:t>
        <w:br/>
        <w:t>v 0.781463 1.601912 -0.382790</w:t>
        <w:br/>
        <w:t>v 0.780541 1.611194 -0.367914</w:t>
        <w:br/>
        <w:t>v 0.957663 2.144753 -0.609083</w:t>
        <w:br/>
        <w:t>v 0.991380 2.060465 -0.660098</w:t>
        <w:br/>
        <w:t>v 0.991380 2.060465 -0.660098</w:t>
        <w:br/>
        <w:t>v 0.993652 2.166701 -0.768001</w:t>
        <w:br/>
        <w:t>v 1.010428 2.173617 -0.757648</w:t>
        <w:br/>
        <w:t>v 1.006404 2.287456 -0.860863</w:t>
        <w:br/>
        <w:t>v 0.986754 2.282015 -0.867180</w:t>
        <w:br/>
        <w:t>v 0.965595 2.363656 -0.950740</w:t>
        <w:br/>
        <w:t>v 0.985592 2.365356 -0.951167</w:t>
        <w:br/>
        <w:t>v 0.967624 2.437031 -0.863727</w:t>
        <w:br/>
        <w:t>v 0.986180 2.428862 -0.870069</w:t>
        <w:br/>
        <w:t>v 0.652996 1.575776 -0.322586</w:t>
        <w:br/>
        <w:t>v 0.647786 1.575167 -0.341043</w:t>
        <w:br/>
        <w:t>v 0.708028 1.698125 -0.379367</w:t>
        <w:br/>
        <w:t>v 0.716670 1.695728 -0.362888</w:t>
        <w:br/>
        <w:t>v 0.718204 1.503791 -0.290322</w:t>
        <w:br/>
        <w:t>v 0.652996 1.575776 -0.322586</w:t>
        <w:br/>
        <w:t>v 0.716670 1.695728 -0.362888</w:t>
        <w:br/>
        <w:t>v 0.769846 1.596005 -0.340159</w:t>
        <w:br/>
        <w:t>v 0.773400 1.586798 -0.355528</w:t>
        <w:br/>
        <w:t>v 0.725490 1.492845 -0.304155</w:t>
        <w:br/>
        <w:t>v 0.718204 1.503791 -0.290322</w:t>
        <w:br/>
        <w:t>v 0.769846 1.596005 -0.340159</w:t>
        <w:br/>
        <w:t>v 0.780541 1.611194 -0.367914</w:t>
        <w:br/>
        <w:t>v 0.718204 1.503791 -0.290322</w:t>
        <w:br/>
        <w:t>v 0.652996 1.575776 -0.322586</w:t>
        <w:br/>
        <w:t>v 0.559589 1.378869 -0.311569</w:t>
        <w:br/>
        <w:t>v 0.498062 1.244783 -0.303748</w:t>
        <w:br/>
        <w:t>v 0.598125 1.680700 -0.383047</w:t>
        <w:br/>
        <w:t>v 0.899853 2.016346 -0.526120</w:t>
        <w:br/>
        <w:t>v -1.023664 1.018788 -0.261402</w:t>
        <w:br/>
        <w:t>v -1.055747 1.057629 -0.351535</w:t>
        <w:br/>
        <w:t>v -1.077955 1.091586 -0.344020</w:t>
        <w:br/>
        <w:t>v -1.044701 1.056685 -0.253125</w:t>
        <w:br/>
        <w:t>v -1.035602 1.065973 -0.362788</w:t>
        <w:br/>
        <w:t>v -1.054840 1.090732 -0.359879</w:t>
        <w:br/>
        <w:t>v -1.077955 1.091586 -0.344020</w:t>
        <w:br/>
        <w:t>v -1.055747 1.057629 -0.351535</w:t>
        <w:br/>
        <w:t>v -0.965339 0.984909 -0.270127</w:t>
        <w:br/>
        <w:t>v -0.988454 0.979778 -0.275794</w:t>
        <w:br/>
        <w:t>v -1.023664 1.018788 -0.261402</w:t>
        <w:br/>
        <w:t>v -0.997484 1.020963 -0.256805</w:t>
        <w:br/>
        <w:t>v -1.012522 0.834008 -0.307370</w:t>
        <w:br/>
        <w:t>v -1.035663 0.866189 -0.401922</w:t>
        <w:br/>
        <w:t>v -1.019581 1.022260 -0.365733</w:t>
        <w:br/>
        <w:t>v -0.988454 0.979778 -0.275794</w:t>
        <w:br/>
        <w:t>v -0.993707 0.828641 -0.304085</w:t>
        <w:br/>
        <w:t>v -1.012522 0.834008 -0.307370</w:t>
        <w:br/>
        <w:t>v -1.044701 1.056685 -0.253125</w:t>
        <w:br/>
        <w:t>v -1.015136 1.050186 -0.250964</w:t>
        <w:br/>
        <w:t>v -1.045882 1.122860 -0.348989</w:t>
        <w:br/>
        <w:t>v -1.006453 1.087511 -0.258962</w:t>
        <w:br/>
        <w:t>v -1.044701 1.056685 -0.253125</w:t>
        <w:br/>
        <w:t>v -1.077955 1.091586 -0.344020</w:t>
        <w:br/>
        <w:t>v -1.029488 1.114123 -0.366568</w:t>
        <w:br/>
        <w:t>v -1.045882 1.122860 -0.348989</w:t>
        <w:br/>
        <w:t>v -0.982302 1.073509 -0.256962</w:t>
        <w:br/>
        <w:t>v -1.006453 1.087511 -0.258962</w:t>
        <w:br/>
        <w:t>v -1.001948 1.033970 -0.374470</w:t>
        <w:br/>
        <w:t>v -1.019581 1.022260 -0.365733</w:t>
        <w:br/>
        <w:t>v -1.035663 0.866189 -0.401922</w:t>
        <w:br/>
        <w:t>v -1.020115 0.865836 -0.413024</w:t>
        <w:br/>
        <w:t>v -0.358548 2.288724 -0.821167</w:t>
        <w:br/>
        <w:t>v -0.371475 2.378011 -0.773599</w:t>
        <w:br/>
        <w:t>v -0.410204 2.486144 -0.887410</w:t>
        <w:br/>
        <w:t>v -0.408725 2.397729 -0.928228</w:t>
        <w:br/>
        <w:t>v -0.358548 2.288724 -0.821167</w:t>
        <w:br/>
        <w:t>v -0.408725 2.397729 -0.928228</w:t>
        <w:br/>
        <w:t>v -0.428699 2.394958 -0.932036</w:t>
        <w:br/>
        <w:t>v -0.378600 2.284765 -0.828112</w:t>
        <w:br/>
        <w:t>v -0.347023 2.159165 -0.724480</w:t>
        <w:br/>
        <w:t>v -0.358548 2.288724 -0.821167</w:t>
        <w:br/>
        <w:t>v -0.361642 2.154829 -0.735581</w:t>
        <w:br/>
        <w:t>v -0.380744 2.034142 -0.632109</w:t>
        <w:br/>
        <w:t>v -0.390905 2.028102 -0.646346</w:t>
        <w:br/>
        <w:t>v -0.444748 1.914321 -0.543511</w:t>
        <w:br/>
        <w:t>v -0.450808 1.906331 -0.559680</w:t>
        <w:br/>
        <w:t>v -0.520767 1.800074 -0.457933</w:t>
        <w:br/>
        <w:t>v -0.522374 1.790724 -0.474583</w:t>
        <w:br/>
        <w:t>v -0.595259 1.670157 -0.399798</w:t>
        <w:br/>
        <w:t>v -0.598125 1.680700 -0.383047</w:t>
        <w:br/>
        <w:t>v -0.518013 2.003643 -0.523358</w:t>
        <w:br/>
        <w:t>v -0.502123 1.998493 -0.512528</w:t>
        <w:br/>
        <w:t>v -0.586582 1.881585 -0.441159</w:t>
        <w:br/>
        <w:t>v -0.600005 1.884541 -0.455488</w:t>
        <w:br/>
        <w:t>v -0.674865 1.754398 -0.392863</w:t>
        <w:br/>
        <w:t>v -0.684635 1.754939 -0.410347</w:t>
        <w:br/>
        <w:t>v -0.672803 1.542261 -0.348032</w:t>
        <w:br/>
        <w:t>v -0.679627 1.554531 -0.329222</w:t>
        <w:br/>
        <w:t>v -0.586582 1.881585 -0.441159</w:t>
        <w:br/>
        <w:t>v -0.598125 1.680700 -0.383047</w:t>
        <w:br/>
        <w:t>v -0.674865 1.754398 -0.392863</w:t>
        <w:br/>
        <w:t>v -0.520767 1.800074 -0.457933</w:t>
        <w:br/>
        <w:t>v -0.502123 1.998493 -0.512528</w:t>
        <w:br/>
        <w:t>v -0.444748 1.914321 -0.543511</w:t>
        <w:br/>
        <w:t>v -0.428382 2.122260 -0.594304</w:t>
        <w:br/>
        <w:t>v -0.380744 2.034142 -0.632109</w:t>
        <w:br/>
        <w:t>v -0.445892 2.129922 -0.600596</w:t>
        <w:br/>
        <w:t>v -0.428382 2.122260 -0.594304</w:t>
        <w:br/>
        <w:t>v -0.394010 2.258260 -0.676571</w:t>
        <w:br/>
        <w:t>v -0.374959 2.248578 -0.674580</w:t>
        <w:br/>
        <w:t>v -0.347023 2.159165 -0.724480</w:t>
        <w:br/>
        <w:t>v -0.374959 2.248578 -0.674580</w:t>
        <w:br/>
        <w:t>v -0.374959 2.248578 -0.674580</w:t>
        <w:br/>
        <w:t>v -0.392685 2.388193 -0.772543</w:t>
        <w:br/>
        <w:t>v -0.371475 2.378011 -0.773599</w:t>
        <w:br/>
        <w:t>v -0.429675 2.497320 -0.884564</w:t>
        <w:br/>
        <w:t>v -0.410204 2.486144 -0.887410</w:t>
        <w:br/>
        <w:t>v -0.371475 2.378011 -0.773599</w:t>
        <w:br/>
        <w:t>v -0.935119 1.096031 -0.264495</w:t>
        <w:br/>
        <w:t>v -0.954681 1.111934 -0.267337</w:t>
        <w:br/>
        <w:t>v -0.988454 1.139516 -0.372456</w:t>
        <w:br/>
        <w:t>v -0.965446 1.186077 -0.367579</w:t>
        <w:br/>
        <w:t>v -0.975044 1.194855 -0.350248</w:t>
        <w:br/>
        <w:t>v -0.999325 1.150116 -0.355556</w:t>
        <w:br/>
        <w:t>v -0.975044 1.194855 -0.350248</w:t>
        <w:br/>
        <w:t>v -0.927114 1.153917 -0.266222</w:t>
        <w:br/>
        <w:t>v -0.954681 1.111934 -0.267337</w:t>
        <w:br/>
        <w:t>v -0.999325 1.150116 -0.355556</w:t>
        <w:br/>
        <w:t>v -0.908574 1.139363 -0.265705</w:t>
        <w:br/>
        <w:t>v -0.927114 1.153917 -0.266222</w:t>
        <w:br/>
        <w:t>v -0.834397 1.292472 -0.283636</w:t>
        <w:br/>
        <w:t>v -0.820133 1.278105 -0.295807</w:t>
        <w:br/>
        <w:t>v -0.927114 1.153917 -0.266222</w:t>
        <w:br/>
        <w:t>v -0.754537 1.430102 -0.285901</w:t>
        <w:br/>
        <w:t>v -0.744239 1.415860 -0.307179</w:t>
        <w:br/>
        <w:t>v -0.888177 1.318555 -0.383692</w:t>
        <w:br/>
        <w:t>v -0.775129 1.568008 -0.387661</w:t>
        <w:br/>
        <w:t>v -0.774810 1.573715 -0.357728</w:t>
        <w:br/>
        <w:t>v -0.892812 1.325791 -0.358556</w:t>
        <w:br/>
        <w:t>v -0.761483 1.616343 -0.380748</w:t>
        <w:br/>
        <w:t>v -0.756122 1.618871 -0.357276</w:t>
        <w:br/>
        <w:t>v -0.774810 1.573715 -0.357728</w:t>
        <w:br/>
        <w:t>v -0.754537 1.430102 -0.285901</w:t>
        <w:br/>
        <w:t>v -0.834397 1.292472 -0.283636</w:t>
        <w:br/>
        <w:t>v -0.892812 1.325791 -0.358556</w:t>
        <w:br/>
        <w:t>v -0.679627 1.554531 -0.329222</w:t>
        <w:br/>
        <w:t>v -0.756122 1.618871 -0.357276</w:t>
        <w:br/>
        <w:t>v -0.450731 0.955655 -0.292072</w:t>
        <w:br/>
        <w:t>v -0.502612 1.075714 -0.228870</w:t>
        <w:br/>
        <w:t>v -0.485883 1.081840 -0.221515</w:t>
        <w:br/>
        <w:t>v -0.434245 0.965264 -0.289351</w:t>
        <w:br/>
        <w:t>v -0.447460 0.985149 -0.385957</w:t>
        <w:br/>
        <w:t>v -0.434565 0.990771 -0.370721</w:t>
        <w:br/>
        <w:t>v -0.444680 1.122976 -0.307851</w:t>
        <w:br/>
        <w:t>v -0.454733 1.120807 -0.323599</w:t>
        <w:br/>
        <w:t>v -0.485883 1.081840 -0.221515</w:t>
        <w:br/>
        <w:t>v -0.444680 1.122976 -0.307851</w:t>
        <w:br/>
        <w:t>v -0.434565 0.990771 -0.370721</w:t>
        <w:br/>
        <w:t>v -0.434245 0.965264 -0.289351</w:t>
        <w:br/>
        <w:t>v -0.569182 1.191574 -0.236250</w:t>
        <w:br/>
        <w:t>v -0.553100 1.199513 -0.227820</w:t>
        <w:br/>
        <w:t>v -0.622414 1.330563 -0.254247</w:t>
        <w:br/>
        <w:t>v -0.705007 1.479606 -0.297445</w:t>
        <w:br/>
        <w:t>v -0.641596 1.545373 -0.335831</w:t>
        <w:br/>
        <w:t>v -0.553100 1.199513 -0.227820</w:t>
        <w:br/>
        <w:t>v -0.498062 1.244783 -0.303748</w:t>
        <w:br/>
        <w:t>v -0.705007 1.479606 -0.297445</w:t>
        <w:br/>
        <w:t>v -0.622414 1.330563 -0.254247</w:t>
        <w:br/>
        <w:t>v -0.635880 1.321419 -0.265139</w:t>
        <w:br/>
        <w:t>v -0.715464 1.469602 -0.310251</w:t>
        <w:br/>
        <w:t>v -0.503549 1.243679 -0.323527</w:t>
        <w:br/>
        <w:t>v -0.498062 1.244783 -0.303748</w:t>
        <w:br/>
        <w:t>v -0.639648 1.544620 -0.355337</w:t>
        <w:br/>
        <w:t>v -0.561474 1.377810 -0.331712</w:t>
        <w:br/>
        <w:t>v -0.559589 1.378870 -0.311569</w:t>
        <w:br/>
        <w:t>v -0.641596 1.545373 -0.335831</w:t>
        <w:br/>
        <w:t>v -1.010535 2.373643 -0.802569</w:t>
        <w:br/>
        <w:t>v -1.006404 2.287455 -0.860865</w:t>
        <w:br/>
        <w:t>v -0.985592 2.365355 -0.951169</w:t>
        <w:br/>
        <w:t>v -0.986180 2.428861 -0.870071</w:t>
        <w:br/>
        <w:t>v -0.998894 2.259427 -0.699794</w:t>
        <w:br/>
        <w:t>v -1.010428 2.173616 -0.757650</w:t>
        <w:br/>
        <w:t>v -0.992332 2.381530 -0.798585</w:t>
        <w:br/>
        <w:t>v -0.980674 2.265867 -0.699904</w:t>
        <w:br/>
        <w:t>v -0.998894 2.259427 -0.699794</w:t>
        <w:br/>
        <w:t>v -1.010535 2.373643 -0.802569</w:t>
        <w:br/>
        <w:t>v -0.957664 2.144752 -0.609085</w:t>
        <w:br/>
        <w:t>v -0.939386 2.150000 -0.613542</w:t>
        <w:br/>
        <w:t>v -0.899854 2.016346 -0.526122</w:t>
        <w:br/>
        <w:t>v -0.882613 2.020623 -0.534310</w:t>
        <w:br/>
        <w:t>v -0.895286 1.808386 -0.478777</w:t>
        <w:br/>
        <w:t>v -0.946883 1.932194 -0.571111</w:t>
        <w:br/>
        <w:t>v -0.899854 2.016346 -0.526122</w:t>
        <w:br/>
        <w:t>v -0.814713 1.889393 -0.476841</w:t>
        <w:br/>
        <w:t>v -0.829657 1.885988 -0.465684</w:t>
        <w:br/>
        <w:t>v -0.991380 2.060464 -0.660100</w:t>
        <w:br/>
        <w:t>v -0.946883 1.932194 -0.571111</w:t>
        <w:br/>
        <w:t>v -0.938162 1.923621 -0.586163</w:t>
        <w:br/>
        <w:t>v -0.978434 2.052454 -0.673542</w:t>
        <w:br/>
        <w:t>v -0.946883 1.932194 -0.571111</w:t>
        <w:br/>
        <w:t>v -0.895286 1.808386 -0.478777</w:t>
        <w:br/>
        <w:t>v -0.891089 1.799500 -0.494194</w:t>
        <w:br/>
        <w:t>v -0.726285 1.707169 -0.380014</w:t>
        <w:br/>
        <w:t>v -0.714836 1.709306 -0.393792</w:t>
        <w:br/>
        <w:t>v -0.780541 1.611194 -0.367914</w:t>
        <w:br/>
        <w:t>v -0.829657 1.885988 -0.465684</w:t>
        <w:br/>
        <w:t>v -0.726285 1.707169 -0.380014</w:t>
        <w:br/>
        <w:t>v -0.781463 1.601913 -0.382790</w:t>
        <w:br/>
        <w:t>v -0.780541 1.611194 -0.367914</w:t>
        <w:br/>
        <w:t>v -0.957664 2.144752 -0.609085</w:t>
        <w:br/>
        <w:t>v -0.991380 2.060464 -0.660100</w:t>
        <w:br/>
        <w:t>v -0.991380 2.060464 -0.660100</w:t>
        <w:br/>
        <w:t>v -0.993652 2.166700 -0.768003</w:t>
        <w:br/>
        <w:t>v -1.010428 2.173616 -0.757650</w:t>
        <w:br/>
        <w:t>v -0.986755 2.282015 -0.867182</w:t>
        <w:br/>
        <w:t>v -1.006404 2.287455 -0.860865</w:t>
        <w:br/>
        <w:t>v -0.965595 2.363655 -0.950742</w:t>
        <w:br/>
        <w:t>v -0.985592 2.365355 -0.951169</w:t>
        <w:br/>
        <w:t>v -0.986180 2.428861 -0.870071</w:t>
        <w:br/>
        <w:t>v -0.967624 2.437030 -0.863729</w:t>
        <w:br/>
        <w:t>v -0.708028 1.698125 -0.379367</w:t>
        <w:br/>
        <w:t>v -0.647786 1.575167 -0.341043</w:t>
        <w:br/>
        <w:t>v -0.652996 1.575777 -0.322587</w:t>
        <w:br/>
        <w:t>v -0.716670 1.695728 -0.362889</w:t>
        <w:br/>
        <w:t>v -0.716670 1.695728 -0.362889</w:t>
        <w:br/>
        <w:t>v -0.652996 1.575777 -0.322587</w:t>
        <w:br/>
        <w:t>v -0.718204 1.503791 -0.290322</w:t>
        <w:br/>
        <w:t>v -0.769846 1.596005 -0.340159</w:t>
        <w:br/>
        <w:t>v -0.718204 1.503791 -0.290322</w:t>
        <w:br/>
        <w:t>v -0.725490 1.492846 -0.304155</w:t>
        <w:br/>
        <w:t>v -0.773400 1.586799 -0.355528</w:t>
        <w:br/>
        <w:t>v -0.769846 1.596005 -0.340159</w:t>
        <w:br/>
        <w:t>v -0.780541 1.611194 -0.367914</w:t>
        <w:br/>
        <w:t>v -0.718204 1.503791 -0.290322</w:t>
        <w:br/>
        <w:t>v -0.652996 1.575777 -0.322587</w:t>
        <w:br/>
        <w:t>v -0.559589 1.378870 -0.311569</w:t>
        <w:br/>
        <w:t>v -0.498062 1.244783 -0.303748</w:t>
        <w:br/>
        <w:t>v -0.598125 1.680700 -0.383047</w:t>
        <w:br/>
        <w:t>v -0.899854 2.016346 -0.526122</w:t>
        <w:br/>
        <w:t>v -1.750312 10.857990 -1.826391</w:t>
        <w:br/>
        <w:t>v -1.881591 10.355843 -2.051450</w:t>
        <w:br/>
        <w:t>v -2.006364 10.146260 -2.133829</w:t>
        <w:br/>
        <w:t>v -2.257212 9.928172 -2.183714</w:t>
        <w:br/>
        <w:t>v -1.622817 10.200523 -2.167887</w:t>
        <w:br/>
        <w:t>v -0.748361 10.721613 -2.055670</w:t>
        <w:br/>
        <w:t>v -0.590128 11.484645 -1.731920</w:t>
        <w:br/>
        <w:t>v -0.665294 11.102324 -1.890769</w:t>
        <w:br/>
        <w:t>v -1.603115 11.158326 -1.707732</w:t>
        <w:br/>
        <w:t>v -1.429758 11.522526 -1.568224</w:t>
        <w:br/>
        <w:t>v -0.521908 11.860430 -1.574519</w:t>
        <w:br/>
        <w:t>v -1.259096 11.887320 -1.420037</w:t>
        <w:br/>
        <w:t>v -0.337024 12.851385 -1.102705</w:t>
        <w:br/>
        <w:t>v -0.401498 12.517700 -1.268306</w:t>
        <w:br/>
        <w:t>v -0.976729 12.515152 -1.161437</w:t>
        <w:br/>
        <w:t>v -0.809644 12.899180 -1.002555</w:t>
        <w:br/>
        <w:t>v -0.327462 12.994979 -1.042571</w:t>
        <w:br/>
        <w:t>v -0.732829 13.106869 -0.939718</w:t>
        <w:br/>
        <w:t>v -0.603567 12.697590 -1.356733</w:t>
        <w:br/>
        <w:t>v -0.563170 12.794436 -1.262737</w:t>
        <w:br/>
        <w:t>v -0.933211 13.025187 -1.135667</w:t>
        <w:br/>
        <w:t>v -1.012592 12.953851 -1.192088</w:t>
        <w:br/>
        <w:t>v -1.061302 12.949196 -1.207438</w:t>
        <w:br/>
        <w:t>v -0.617435 12.672726 -1.388319</w:t>
        <w:br/>
        <w:t>v -0.518256 12.912758 -1.177594</w:t>
        <w:br/>
        <w:t>v -0.851093 13.126198 -1.073866</w:t>
        <w:br/>
        <w:t>v -0.354583 13.034419 -1.047557</w:t>
        <w:br/>
        <w:t>v -0.735337 13.152803 -0.949408</w:t>
        <w:br/>
        <w:t>v -0.354583 13.034419 -1.047557</w:t>
        <w:br/>
        <w:t>v -0.753693 13.185576 -0.975943</w:t>
        <w:br/>
        <w:t>v -0.396097 13.054233 -1.067188</w:t>
        <w:br/>
        <w:t>v -0.442387 13.037718 -1.096289</w:t>
        <w:br/>
        <w:t>v -0.785356 13.187682 -1.010515</w:t>
        <w:br/>
        <w:t>v -1.109910 12.965919 -1.209775</w:t>
        <w:br/>
        <w:t>v -0.629564 12.665956 -1.417305</w:t>
        <w:br/>
        <w:t>v -0.641165 12.674120 -1.443363</w:t>
        <w:br/>
        <w:t>v -1.148564 12.998135 -1.199360</w:t>
        <w:br/>
        <w:t>v -1.167996 13.037590 -1.178154</w:t>
        <w:br/>
        <w:t>v -0.646652 12.690794 -1.452582</w:t>
        <w:br/>
        <w:t>v -1.148108 13.144728 -1.103145</w:t>
        <w:br/>
        <w:t>v -0.632944 12.775729 -1.402667</w:t>
        <w:br/>
        <w:t>v -1.055007 13.289904 -0.998280</w:t>
        <w:br/>
        <w:t>v -0.561429 12.965219 -1.274046</w:t>
        <w:br/>
        <w:t>v -0.883912 13.517125 -0.822073</w:t>
        <w:br/>
        <w:t>v -0.423749 13.276527 -1.069430</w:t>
        <w:br/>
        <w:t>v -0.698523 13.765909 -0.630865</w:t>
        <w:br/>
        <w:t>v -0.279638 13.613108 -0.809262</w:t>
        <w:br/>
        <w:t>v -0.132985 13.950569 -0.531933</w:t>
        <w:br/>
        <w:t>v -0.514661 14.022543 -0.448497</w:t>
        <w:br/>
        <w:t>v -0.354644 14.316073 -0.175464</w:t>
        <w:br/>
        <w:t>v -0.029686 14.299258 -0.226348</w:t>
        <w:br/>
        <w:t>v -0.963598 10.096540 -2.328965</w:t>
        <w:br/>
        <w:t>v -2.051402 10.147875 -2.183528</w:t>
        <w:br/>
        <w:t>v -1.901547 10.399381 -2.084733</w:t>
        <w:br/>
        <w:t>v -1.759499 10.859419 -1.883811</w:t>
        <w:br/>
        <w:t>v -2.252957 9.967009 -2.232640</w:t>
        <w:br/>
        <w:t>v -1.590516 10.212829 -2.224658</w:t>
        <w:br/>
        <w:t>v -0.784097 10.726554 -2.104580</w:t>
        <w:br/>
        <w:t>v -0.624166 11.486195 -1.781250</w:t>
        <w:br/>
        <w:t>v -1.439422 11.522999 -1.625728</w:t>
        <w:br/>
        <w:t>v -1.612435 11.158948 -1.765555</w:t>
        <w:br/>
        <w:t>v -0.699330 11.104381 -1.940538</w:t>
        <w:br/>
        <w:t>v -0.556683 11.861706 -1.623265</w:t>
        <w:br/>
        <w:t>v -1.269512 11.887720 -1.477702</w:t>
        <w:br/>
        <w:t>v -0.381790 12.869541 -1.133819</w:t>
        <w:br/>
        <w:t>v -0.812457 12.922871 -1.050473</w:t>
        <w:br/>
        <w:t>v -0.989787 12.515094 -1.219282</w:t>
        <w:br/>
        <w:t>v -0.440024 12.517529 -1.319011</w:t>
        <w:br/>
        <w:t>v -0.366600 12.976035 -1.077474</w:t>
        <w:br/>
        <w:t>v -0.759617 13.095139 -0.985141</w:t>
        <w:br/>
        <w:t>v -0.975694 12.901896 -1.188961</w:t>
        <w:br/>
        <w:t>v -0.534817 12.751878 -1.251268</w:t>
        <w:br/>
        <w:t>v -0.588348 12.644176 -1.351596</w:t>
        <w:br/>
        <w:t>v -0.902090 12.987750 -1.123965</w:t>
        <w:br/>
        <w:t>v -0.621467 12.624577 -1.396195</w:t>
        <w:br/>
        <w:t>v -1.047011 12.898865 -1.224020</w:t>
        <w:br/>
        <w:t>v -0.839537 13.095387 -1.058647</w:t>
        <w:br/>
        <w:t>v -0.488972 12.867910 -1.162674</w:t>
        <w:br/>
        <w:t>v -0.374404 12.993489 -1.075743</w:t>
        <w:br/>
        <w:t>v -0.759124 13.121314 -0.981387</w:t>
        <w:br/>
        <w:t>v -0.388081 13.003253 -1.079201</w:t>
        <w:br/>
        <w:t>v -0.766829 13.139185 -0.997432</w:t>
        <w:br/>
        <w:t>v -0.408870 12.993382 -1.088969</w:t>
        <w:br/>
        <w:t>v -0.785945 13.136471 -1.018636</w:t>
        <w:br/>
        <w:t>v -0.648720 12.630839 -1.438698</w:t>
        <w:br/>
        <w:t>v -1.112613 12.931910 -1.242674</w:t>
        <w:br/>
        <w:t>v -0.672742 12.692783 -1.487652</w:t>
        <w:br/>
        <w:t>v -1.161544 12.989344 -1.243010</w:t>
        <w:br/>
        <w:t>v -0.668355 12.658458 -1.474338</w:t>
        <w:br/>
        <w:t>v -1.179258 13.051398 -1.224694</w:t>
        <w:br/>
        <w:t>v -0.645954 12.797999 -1.430128</w:t>
        <w:br/>
        <w:t>v -1.147016 13.172908 -1.148301</w:t>
        <w:br/>
        <w:t>v -0.573842 12.989280 -1.300347</w:t>
        <w:br/>
        <w:t>v -1.053274 13.319872 -1.042276</w:t>
        <w:br/>
        <w:t>v -0.883774 13.548078 -0.865234</w:t>
        <w:br/>
        <w:t>v -0.437554 13.301569 -1.094896</w:t>
        <w:br/>
        <w:t>v -0.294772 13.638819 -0.834076</w:t>
        <w:br/>
        <w:t>v -0.699896 13.797529 -0.673373</w:t>
        <w:br/>
        <w:t>v -0.148396 13.974981 -0.557820</w:t>
        <w:br/>
        <w:t>v -0.516920 14.052759 -0.492335</w:t>
        <w:br/>
        <w:t>v -0.045288 14.322570 -0.254361</w:t>
        <w:br/>
        <w:t>v -0.357723 14.345023 -0.222030</w:t>
        <w:br/>
        <w:t>v -0.988525 10.135434 -2.369724</w:t>
        <w:br/>
        <w:t>v -2.051402 10.147875 -2.183528</w:t>
        <w:br/>
        <w:t>v -2.006364 10.146260 -2.133829</w:t>
        <w:br/>
        <w:t>v -1.881591 10.355843 -2.051450</w:t>
        <w:br/>
        <w:t>v -1.901547 10.399381 -2.084733</w:t>
        <w:br/>
        <w:t>v -1.750312 10.857990 -1.826391</w:t>
        <w:br/>
        <w:t>v -2.257212 9.928172 -2.183714</w:t>
        <w:br/>
        <w:t>v -2.252957 9.967009 -2.232640</w:t>
        <w:br/>
        <w:t>v -1.759499 10.859419 -1.883811</w:t>
        <w:br/>
        <w:t>v -1.590516 10.212829 -2.224658</w:t>
        <w:br/>
        <w:t>v -1.901547 10.399381 -2.084733</w:t>
        <w:br/>
        <w:t>v -1.881591 10.355843 -2.051450</w:t>
        <w:br/>
        <w:t>v -1.622817 10.200523 -2.167887</w:t>
        <w:br/>
        <w:t>v -0.748361 10.721613 -2.055670</w:t>
        <w:br/>
        <w:t>v -0.784097 10.726554 -2.104580</w:t>
        <w:br/>
        <w:t>v -0.988525 10.135434 -2.369724</w:t>
        <w:br/>
        <w:t>v -0.963598 10.096540 -2.328965</w:t>
        <w:br/>
        <w:t>v -1.612435 11.158948 -1.765555</w:t>
        <w:br/>
        <w:t>v -1.439422 11.522999 -1.625728</w:t>
        <w:br/>
        <w:t>v -1.429758 11.522526 -1.568224</w:t>
        <w:br/>
        <w:t>v -1.603115 11.158326 -1.707732</w:t>
        <w:br/>
        <w:t>v -0.665294 11.102324 -1.890769</w:t>
        <w:br/>
        <w:t>v -0.699330 11.104381 -1.940538</w:t>
        <w:br/>
        <w:t>v -1.269512 11.887720 -1.477702</w:t>
        <w:br/>
        <w:t>v -1.259096 11.887320 -1.420037</w:t>
        <w:br/>
        <w:t>v -1.112813 12.236870 -1.336715</w:t>
        <w:br/>
        <w:t>v -0.989787 12.515094 -1.219282</w:t>
        <w:br/>
        <w:t>v -0.976729 12.515152 -1.161437</w:t>
        <w:br/>
        <w:t>v -1.100635 12.236763 -1.279229</w:t>
        <w:br/>
        <w:t>v -0.812457 12.922871 -1.050473</w:t>
        <w:br/>
        <w:t>v -0.809644 12.899180 -1.002555</w:t>
        <w:br/>
        <w:t>v -0.759617 13.095139 -0.985141</w:t>
        <w:br/>
        <w:t>v -0.732829 13.106869 -0.939718</w:t>
        <w:br/>
        <w:t>v -0.327462 12.994979 -1.042571</w:t>
        <w:br/>
        <w:t>v -0.366600 12.976035 -1.077474</w:t>
        <w:br/>
        <w:t>v -0.381790 12.869541 -1.133819</w:t>
        <w:br/>
        <w:t>v -0.337024 12.851385 -1.102705</w:t>
        <w:br/>
        <w:t>v -0.975694 12.901896 -1.188961</w:t>
        <w:br/>
        <w:t>v -1.012592 12.953851 -1.192088</w:t>
        <w:br/>
        <w:t>v -0.933211 13.025187 -1.135667</w:t>
        <w:br/>
        <w:t>v -0.902090 12.987750 -1.123965</w:t>
        <w:br/>
        <w:t>v -0.603567 12.697590 -1.356733</w:t>
        <w:br/>
        <w:t>v -0.534817 12.751878 -1.251268</w:t>
        <w:br/>
        <w:t>v -0.563170 12.794436 -1.262737</w:t>
        <w:br/>
        <w:t>v -0.588348 12.644176 -1.351596</w:t>
        <w:br/>
        <w:t>v -0.617435 12.672726 -1.388319</w:t>
        <w:br/>
        <w:t>v -0.621467 12.624577 -1.396195</w:t>
        <w:br/>
        <w:t>v -1.047011 12.898865 -1.224020</w:t>
        <w:br/>
        <w:t>v -1.061302 12.949196 -1.207438</w:t>
        <w:br/>
        <w:t>v -0.851093 13.126198 -1.073866</w:t>
        <w:br/>
        <w:t>v -0.839537 13.095387 -1.058647</w:t>
        <w:br/>
        <w:t>v -0.488972 12.867910 -1.162674</w:t>
        <w:br/>
        <w:t>v -0.518256 12.912758 -1.177594</w:t>
        <w:br/>
        <w:t>v -0.354583 13.034419 -1.047557</w:t>
        <w:br/>
        <w:t>v -0.374404 12.993489 -1.075743</w:t>
        <w:br/>
        <w:t>v -0.759124 13.121314 -0.981387</w:t>
        <w:br/>
        <w:t>v -0.735337 13.152803 -0.949408</w:t>
        <w:br/>
        <w:t>v -0.766829 13.139185 -0.997432</w:t>
        <w:br/>
        <w:t>v -0.753693 13.185576 -0.975943</w:t>
        <w:br/>
        <w:t>v -0.408870 12.993382 -1.088969</w:t>
        <w:br/>
        <w:t>v -0.442387 13.037718 -1.096289</w:t>
        <w:br/>
        <w:t>v -0.785356 13.187682 -1.010515</w:t>
        <w:br/>
        <w:t>v -0.785945 13.136471 -1.018636</w:t>
        <w:br/>
        <w:t>v -1.112613 12.931910 -1.242674</w:t>
        <w:br/>
        <w:t>v -1.109910 12.965919 -1.209775</w:t>
        <w:br/>
        <w:t>v -0.629564 12.665956 -1.417305</w:t>
        <w:br/>
        <w:t>v -0.648720 12.630839 -1.438698</w:t>
        <w:br/>
        <w:t>v -0.646652 12.690794 -1.452582</w:t>
        <w:br/>
        <w:t>v -0.668355 12.658458 -1.474338</w:t>
        <w:br/>
        <w:t>v -0.641165 12.674120 -1.443363</w:t>
        <w:br/>
        <w:t>v -0.672742 12.692783 -1.487652</w:t>
        <w:br/>
        <w:t>v -1.179258 13.051398 -1.224694</w:t>
        <w:br/>
        <w:t>v -1.148564 12.998135 -1.199360</w:t>
        <w:br/>
        <w:t>v -1.161544 12.989344 -1.243010</w:t>
        <w:br/>
        <w:t>v -1.167996 13.037590 -1.178154</w:t>
        <w:br/>
        <w:t>v -0.645954 12.797999 -1.430128</w:t>
        <w:br/>
        <w:t>v -0.632944 12.775729 -1.402667</w:t>
        <w:br/>
        <w:t>v -1.147016 13.172908 -1.148301</w:t>
        <w:br/>
        <w:t>v -1.148108 13.144728 -1.103145</w:t>
        <w:br/>
        <w:t>v -0.561429 12.965219 -1.274046</w:t>
        <w:br/>
        <w:t>v -0.573842 12.989280 -1.300347</w:t>
        <w:br/>
        <w:t>v -1.053274 13.319872 -1.042276</w:t>
        <w:br/>
        <w:t>v -1.055007 13.289904 -0.998280</w:t>
        <w:br/>
        <w:t>v -0.437554 13.301569 -1.094896</w:t>
        <w:br/>
        <w:t>v -0.423749 13.276527 -1.069430</w:t>
        <w:br/>
        <w:t>v -0.883774 13.548078 -0.865234</w:t>
        <w:br/>
        <w:t>v -0.883912 13.517125 -0.822073</w:t>
        <w:br/>
        <w:t>v -0.699896 13.797529 -0.673373</w:t>
        <w:br/>
        <w:t>v -0.698523 13.765909 -0.630865</w:t>
        <w:br/>
        <w:t>v -0.279638 13.613108 -0.809262</w:t>
        <w:br/>
        <w:t>v -0.294772 13.638819 -0.834076</w:t>
        <w:br/>
        <w:t>v -0.132985 13.950569 -0.531933</w:t>
        <w:br/>
        <w:t>v -0.148396 13.974981 -0.557820</w:t>
        <w:br/>
        <w:t>v -0.514661 14.022543 -0.448497</w:t>
        <w:br/>
        <w:t>v -0.516920 14.052759 -0.492335</w:t>
        <w:br/>
        <w:t>v -0.357723 14.345023 -0.222030</w:t>
        <w:br/>
        <w:t>v -0.354644 14.316073 -0.175464</w:t>
        <w:br/>
        <w:t>v -0.029686 14.299258 -0.226348</w:t>
        <w:br/>
        <w:t>v -0.045288 14.322570 -0.254361</w:t>
        <w:br/>
        <w:t>v -2.006364 10.146260 -2.133829</w:t>
        <w:br/>
        <w:t>v -2.051402 10.147875 -2.183528</w:t>
        <w:br/>
        <w:t>v -1.590516 10.212829 -2.224658</w:t>
        <w:br/>
        <w:t>v -1.622817 10.200523 -2.167887</w:t>
        <w:br/>
        <w:t>v -2.257212 9.928172 -2.183714</w:t>
        <w:br/>
        <w:t>v -0.963598 10.096540 -2.328965</w:t>
        <w:br/>
        <w:t>v -0.988525 10.135434 -2.369724</w:t>
        <w:br/>
        <w:t>v -2.252957 9.967009 -2.232640</w:t>
        <w:br/>
        <w:t>v -0.396097 13.054233 -1.067188</w:t>
        <w:br/>
        <w:t>v -0.388081 13.003253 -1.079201</w:t>
        <w:br/>
        <w:t>v -0.374404 12.993489 -1.075743</w:t>
        <w:br/>
        <w:t>v -0.459094 12.231398 -1.408337</w:t>
        <w:br/>
        <w:t>v -1.100635 12.236763 -1.279229</w:t>
        <w:br/>
        <w:t>v -1.112813 12.236870 -1.336715</w:t>
        <w:br/>
        <w:t>v -0.495462 12.231705 -1.457098</w:t>
        <w:br/>
        <w:t>v -0.401498 12.517700 -1.268306</w:t>
        <w:br/>
        <w:t>v -0.440024 12.517529 -1.319011</w:t>
        <w:br/>
        <w:t>v -0.495462 12.231705 -1.457098</w:t>
        <w:br/>
        <w:t>v -0.459094 12.231398 -1.408337</w:t>
        <w:br/>
        <w:t>v -0.440024 12.517529 -1.319011</w:t>
        <w:br/>
        <w:t>v -0.556683 11.861706 -1.623265</w:t>
        <w:br/>
        <w:t>v -0.521908 11.860430 -1.574519</w:t>
        <w:br/>
        <w:t>v -0.624166 11.486195 -1.781250</w:t>
        <w:br/>
        <w:t>v -0.590128 11.484645 -1.731920</w:t>
        <w:br/>
        <w:t>v -1.112613 12.931910 -1.242674</w:t>
        <w:br/>
        <w:t>v -0.766829 13.139185 -0.997432</w:t>
        <w:br/>
        <w:t>v -0.388081 13.003253 -1.079201</w:t>
        <w:br/>
        <w:t>v 2.001206 10.146260 -2.133829</w:t>
        <w:br/>
        <w:t>v 1.875878 10.355843 -2.051450</w:t>
        <w:br/>
        <w:t>v 1.744235 10.857990 -1.826391</w:t>
        <w:br/>
        <w:t>v 2.253037 9.928172 -2.183714</w:t>
        <w:br/>
        <w:t>v 1.617090 10.200523 -2.167887</w:t>
        <w:br/>
        <w:t>v 0.742185 10.721613 -2.055670</w:t>
        <w:br/>
        <w:t>v 1.596913 11.158326 -1.707732</w:t>
        <w:br/>
        <w:t>v 0.658988 11.102324 -1.890769</w:t>
        <w:br/>
        <w:t>v 0.583735 11.484645 -1.731920</w:t>
        <w:br/>
        <w:t>v 1.423430 11.522526 -1.568224</w:t>
        <w:br/>
        <w:t>v 0.515462 11.860431 -1.574518</w:t>
        <w:br/>
        <w:t>v 1.252703 11.887321 -1.420036</w:t>
        <w:br/>
        <w:t>v 0.970239 12.515153 -1.161437</w:t>
        <w:br/>
        <w:t>v 0.395003 12.517701 -1.268306</w:t>
        <w:br/>
        <w:t>v 0.330531 12.851385 -1.102705</w:t>
        <w:br/>
        <w:t>v 0.803144 12.899181 -1.002555</w:t>
        <w:br/>
        <w:t>v 0.321017 12.994979 -1.042571</w:t>
        <w:br/>
        <w:t>v 0.726515 13.106868 -0.939718</w:t>
        <w:br/>
        <w:t>v 0.926867 13.025187 -1.135667</w:t>
        <w:br/>
        <w:t>v 0.556869 12.794437 -1.262737</w:t>
        <w:br/>
        <w:t>v 0.597303 12.697591 -1.356733</w:t>
        <w:br/>
        <w:t>v 1.006318 12.953852 -1.192089</w:t>
        <w:br/>
        <w:t>v 1.055042 12.949197 -1.207438</w:t>
        <w:br/>
        <w:t>v 0.611188 12.672727 -1.388319</w:t>
        <w:br/>
        <w:t>v 0.844795 13.126197 -1.073866</w:t>
        <w:br/>
        <w:t>v 0.511836 12.912759 -1.177594</w:t>
        <w:br/>
        <w:t>v 0.348163 13.034418 -1.047557</w:t>
        <w:br/>
        <w:t>v 0.729084 13.152802 -0.949408</w:t>
        <w:br/>
        <w:t>v 0.747481 13.185575 -0.975943</w:t>
        <w:br/>
        <w:t>v 0.348163 13.034418 -1.047557</w:t>
        <w:br/>
        <w:t>v 0.389691 13.054232 -1.067188</w:t>
        <w:br/>
        <w:t>v 0.435974 13.037717 -1.096289</w:t>
        <w:br/>
        <w:t>v 0.779138 13.187681 -1.010515</w:t>
        <w:br/>
        <w:t>v 0.623354 12.665956 -1.417305</w:t>
        <w:br/>
        <w:t>v 1.103662 12.965919 -1.209774</w:t>
        <w:br/>
        <w:t>v 1.161767 13.037591 -1.178154</w:t>
        <w:br/>
        <w:t>v 1.142328 12.998136 -1.199360</w:t>
        <w:br/>
        <w:t>v 0.635004 12.674121 -1.443363</w:t>
        <w:br/>
        <w:t>v 0.640523 12.690795 -1.452582</w:t>
        <w:br/>
        <w:t>v 1.141912 13.144728 -1.103145</w:t>
        <w:br/>
        <w:t>v 0.626842 12.775730 -1.402667</w:t>
        <w:br/>
        <w:t>v 1.048998 13.289903 -0.998281</w:t>
        <w:br/>
        <w:t>v 0.555143 12.965220 -1.274046</w:t>
        <w:br/>
        <w:t>v 0.878555 13.517124 -0.822073</w:t>
        <w:br/>
        <w:t>v 0.417702 13.276526 -1.069430</w:t>
        <w:br/>
        <w:t>v 0.274646 13.613108 -0.809262</w:t>
        <w:br/>
        <w:t>v 0.694196 13.765908 -0.630865</w:t>
        <w:br/>
        <w:t>v 0.129315 13.950570 -0.531932</w:t>
        <w:br/>
        <w:t>v 0.511615 14.022526 -0.448515</w:t>
        <w:br/>
        <w:t>v 0.027634 14.299255 -0.226352</w:t>
        <w:br/>
        <w:t>v 0.352855 14.316071 -0.175468</w:t>
        <w:br/>
        <w:t>v 0.957826 10.096540 -2.328965</w:t>
        <w:br/>
        <w:t>v 1.753541 10.859419 -1.883811</w:t>
        <w:br/>
        <w:t>v 1.895927 10.399381 -2.084733</w:t>
        <w:br/>
        <w:t>v 2.046448 10.147875 -2.183528</w:t>
        <w:br/>
        <w:t>v 2.248820 9.967009 -2.232640</w:t>
        <w:br/>
        <w:t>v 1.584880 10.212829 -2.224658</w:t>
        <w:br/>
        <w:t>v 0.778039 10.726554 -2.104580</w:t>
        <w:br/>
        <w:t>v 1.606341 11.158948 -1.765555</w:t>
        <w:br/>
        <w:t>v 1.433183 11.522999 -1.625728</w:t>
        <w:br/>
        <w:t>v 0.617845 11.486195 -1.781250</w:t>
        <w:br/>
        <w:t>v 0.693117 11.104381 -1.940538</w:t>
        <w:br/>
        <w:t>v 1.263187 11.887722 -1.477701</w:t>
        <w:br/>
        <w:t>v 0.550291 11.861707 -1.623265</w:t>
        <w:br/>
        <w:t>v 0.983327 12.515095 -1.219282</w:t>
        <w:br/>
        <w:t>v 0.805972 12.922872 -1.050473</w:t>
        <w:br/>
        <w:t>v 0.375296 12.869542 -1.133819</w:t>
        <w:br/>
        <w:t>v 0.433552 12.517529 -1.319011</w:t>
        <w:br/>
        <w:t>v 0.360129 12.976034 -1.077474</w:t>
        <w:br/>
        <w:t>v 0.753268 13.095138 -0.985141</w:t>
        <w:br/>
        <w:t>v 0.528505 12.751879 -1.251268</w:t>
        <w:br/>
        <w:t>v 0.969368 12.901897 -1.188961</w:t>
        <w:br/>
        <w:t>v 0.582021 12.644176 -1.351596</w:t>
        <w:br/>
        <w:t>v 0.895692 12.987751 -1.123965</w:t>
        <w:br/>
        <w:t>v 0.615198 12.624578 -1.396195</w:t>
        <w:br/>
        <w:t>v 1.040767 12.898866 -1.224020</w:t>
        <w:br/>
        <w:t>v 0.833191 13.095387 -1.058647</w:t>
        <w:br/>
        <w:t>v 0.482521 12.867911 -1.162674</w:t>
        <w:br/>
        <w:t>v 0.367944 12.993488 -1.075743</w:t>
        <w:br/>
        <w:t>v 0.752810 13.121313 -0.981387</w:t>
        <w:br/>
        <w:t>v 0.381629 13.003252 -1.079201</w:t>
        <w:br/>
        <w:t>v 0.760538 13.139184 -0.997432</w:t>
        <w:br/>
        <w:t>v 0.402412 12.993382 -1.088969</w:t>
        <w:br/>
        <w:t>v 0.779647 13.136470 -1.018636</w:t>
        <w:br/>
        <w:t>v 0.642531 12.630840 -1.438698</w:t>
        <w:br/>
        <w:t>v 1.106405 12.931911 -1.242674</w:t>
        <w:br/>
        <w:t>v 1.155377 12.989345 -1.243010</w:t>
        <w:br/>
        <w:t>v 0.666693 12.692784 -1.487652</w:t>
        <w:br/>
        <w:t>v 0.662254 12.658459 -1.474338</w:t>
        <w:br/>
        <w:t>v 1.173117 13.051399 -1.224694</w:t>
        <w:br/>
        <w:t>v 0.639926 12.798000 -1.430128</w:t>
        <w:br/>
        <w:t>v 1.140911 13.172908 -1.148301</w:t>
        <w:br/>
        <w:t>v 1.047353 13.319871 -1.042276</w:t>
        <w:br/>
        <w:t>v 0.567612 12.989281 -1.300347</w:t>
        <w:br/>
        <w:t>v 0.878481 13.548077 -0.865234</w:t>
        <w:br/>
        <w:t>v 0.431564 13.301568 -1.094896</w:t>
        <w:br/>
        <w:t>v 0.695621 13.797528 -0.673373</w:t>
        <w:br/>
        <w:t>v 0.289851 13.638819 -0.834076</w:t>
        <w:br/>
        <w:t>v 0.144799 13.974981 -0.557819</w:t>
        <w:br/>
        <w:t>v 0.513914 14.052743 -0.492356</w:t>
        <w:br/>
        <w:t>v 0.355964 14.345021 -0.222035</w:t>
        <w:br/>
        <w:t>v 0.043278 14.322565 -0.254367</w:t>
        <w:br/>
        <w:t>v 0.982899 10.135434 -2.369724</w:t>
        <w:br/>
        <w:t>v 1.875878 10.355843 -2.051450</w:t>
        <w:br/>
        <w:t>v 2.001206 10.146260 -2.133829</w:t>
        <w:br/>
        <w:t>v 2.046448 10.147875 -2.183528</w:t>
        <w:br/>
        <w:t>v 1.895927 10.399381 -2.084733</w:t>
        <w:br/>
        <w:t>v 1.744235 10.857990 -1.826391</w:t>
        <w:br/>
        <w:t>v 1.753541 10.859419 -1.883811</w:t>
        <w:br/>
        <w:t>v 2.248820 9.967009 -2.232640</w:t>
        <w:br/>
        <w:t>v 2.253037 9.928172 -2.183714</w:t>
        <w:br/>
        <w:t>v 1.875878 10.355843 -2.051450</w:t>
        <w:br/>
        <w:t>v 1.895927 10.399381 -2.084733</w:t>
        <w:br/>
        <w:t>v 1.584880 10.212829 -2.224658</w:t>
        <w:br/>
        <w:t>v 1.617090 10.200523 -2.167887</w:t>
        <w:br/>
        <w:t>v 0.982899 10.135434 -2.369724</w:t>
        <w:br/>
        <w:t>v 0.778039 10.726554 -2.104580</w:t>
        <w:br/>
        <w:t>v 0.742185 10.721613 -2.055670</w:t>
        <w:br/>
        <w:t>v 0.957826 10.096540 -2.328965</w:t>
        <w:br/>
        <w:t>v 1.423430 11.522526 -1.568224</w:t>
        <w:br/>
        <w:t>v 1.433183 11.522999 -1.625728</w:t>
        <w:br/>
        <w:t>v 1.606341 11.158948 -1.765555</w:t>
        <w:br/>
        <w:t>v 1.596913 11.158326 -1.707732</w:t>
        <w:br/>
        <w:t>v 0.658988 11.102324 -1.890769</w:t>
        <w:br/>
        <w:t>v 0.693117 11.104381 -1.940538</w:t>
        <w:br/>
        <w:t>v 1.252703 11.887321 -1.420036</w:t>
        <w:br/>
        <w:t>v 1.263187 11.887722 -1.477701</w:t>
        <w:br/>
        <w:t>v 0.970239 12.515153 -1.161437</w:t>
        <w:br/>
        <w:t>v 0.983327 12.515095 -1.219282</w:t>
        <w:br/>
        <w:t>v 1.106416 12.236872 -1.336715</w:t>
        <w:br/>
        <w:t>v 1.094192 12.236766 -1.279228</w:t>
        <w:br/>
        <w:t>v 0.803144 12.899181 -1.002555</w:t>
        <w:br/>
        <w:t>v 0.805972 12.922872 -1.050473</w:t>
        <w:br/>
        <w:t>v 0.726515 13.106868 -0.939718</w:t>
        <w:br/>
        <w:t>v 0.753268 13.095138 -0.985141</w:t>
        <w:br/>
        <w:t>v 0.375296 12.869542 -1.133819</w:t>
        <w:br/>
        <w:t>v 0.360129 12.976034 -1.077474</w:t>
        <w:br/>
        <w:t>v 0.321017 12.994979 -1.042571</w:t>
        <w:br/>
        <w:t>v 0.330531 12.851385 -1.102705</w:t>
        <w:br/>
        <w:t>v 0.926867 13.025187 -1.135667</w:t>
        <w:br/>
        <w:t>v 1.006318 12.953852 -1.192089</w:t>
        <w:br/>
        <w:t>v 0.969368 12.901897 -1.188961</w:t>
        <w:br/>
        <w:t>v 0.895692 12.987751 -1.123965</w:t>
        <w:br/>
        <w:t>v 0.528505 12.751879 -1.251268</w:t>
        <w:br/>
        <w:t>v 0.597303 12.697591 -1.356733</w:t>
        <w:br/>
        <w:t>v 0.556869 12.794437 -1.262737</w:t>
        <w:br/>
        <w:t>v 0.582021 12.644176 -1.351596</w:t>
        <w:br/>
        <w:t>v 0.611188 12.672727 -1.388319</w:t>
        <w:br/>
        <w:t>v 0.615198 12.624578 -1.396195</w:t>
        <w:br/>
        <w:t>v 1.040767 12.898866 -1.224020</w:t>
        <w:br/>
        <w:t>v 1.055042 12.949197 -1.207438</w:t>
        <w:br/>
        <w:t>v 0.844795 13.126197 -1.073866</w:t>
        <w:br/>
        <w:t>v 0.833191 13.095387 -1.058647</w:t>
        <w:br/>
        <w:t>v 0.511836 12.912759 -1.177594</w:t>
        <w:br/>
        <w:t>v 0.482521 12.867911 -1.162674</w:t>
        <w:br/>
        <w:t>v 0.367944 12.993488 -1.075743</w:t>
        <w:br/>
        <w:t>v 0.348163 13.034418 -1.047557</w:t>
        <w:br/>
        <w:t>v 0.729084 13.152802 -0.949408</w:t>
        <w:br/>
        <w:t>v 0.752810 13.121313 -0.981387</w:t>
        <w:br/>
        <w:t>v 0.747481 13.185575 -0.975943</w:t>
        <w:br/>
        <w:t>v 0.760538 13.139184 -0.997432</w:t>
        <w:br/>
        <w:t>v 0.435974 13.037717 -1.096289</w:t>
        <w:br/>
        <w:t>v 0.402412 12.993382 -1.088969</w:t>
        <w:br/>
        <w:t>v 0.779138 13.187681 -1.010515</w:t>
        <w:br/>
        <w:t>v 0.779647 13.136470 -1.018636</w:t>
        <w:br/>
        <w:t>v 1.106405 12.931911 -1.242674</w:t>
        <w:br/>
        <w:t>v 1.103662 12.965919 -1.209774</w:t>
        <w:br/>
        <w:t>v 0.623354 12.665956 -1.417305</w:t>
        <w:br/>
        <w:t>v 0.642531 12.630840 -1.438698</w:t>
        <w:br/>
        <w:t>v 0.662254 12.658459 -1.474338</w:t>
        <w:br/>
        <w:t>v 0.640523 12.690795 -1.452582</w:t>
        <w:br/>
        <w:t>v 0.635004 12.674121 -1.443363</w:t>
        <w:br/>
        <w:t>v 0.666693 12.692784 -1.487652</w:t>
        <w:br/>
        <w:t>v 1.142328 12.998136 -1.199360</w:t>
        <w:br/>
        <w:t>v 1.173117 13.051399 -1.224694</w:t>
        <w:br/>
        <w:t>v 1.155377 12.989345 -1.243010</w:t>
        <w:br/>
        <w:t>v 1.161767 13.037591 -1.178154</w:t>
        <w:br/>
        <w:t>v 0.639926 12.798000 -1.430128</w:t>
        <w:br/>
        <w:t>v 0.626842 12.775730 -1.402667</w:t>
        <w:br/>
        <w:t>v 1.141912 13.144728 -1.103145</w:t>
        <w:br/>
        <w:t>v 1.140911 13.172908 -1.148301</w:t>
        <w:br/>
        <w:t>v 0.567612 12.989281 -1.300347</w:t>
        <w:br/>
        <w:t>v 0.555143 12.965220 -1.274046</w:t>
        <w:br/>
        <w:t>v 1.048998 13.289903 -0.998281</w:t>
        <w:br/>
        <w:t>v 1.047353 13.319871 -1.042276</w:t>
        <w:br/>
        <w:t>v 0.431564 13.301568 -1.094896</w:t>
        <w:br/>
        <w:t>v 0.417702 13.276526 -1.069430</w:t>
        <w:br/>
        <w:t>v 0.878555 13.517124 -0.822073</w:t>
        <w:br/>
        <w:t>v 0.878481 13.548077 -0.865234</w:t>
        <w:br/>
        <w:t>v 0.694196 13.765908 -0.630865</w:t>
        <w:br/>
        <w:t>v 0.695621 13.797528 -0.673373</w:t>
        <w:br/>
        <w:t>v 0.274646 13.613108 -0.809262</w:t>
        <w:br/>
        <w:t>v 0.289851 13.638819 -0.834076</w:t>
        <w:br/>
        <w:t>v 0.144799 13.974981 -0.557819</w:t>
        <w:br/>
        <w:t>v 0.129315 13.950570 -0.531932</w:t>
        <w:br/>
        <w:t>v 0.511615 14.022526 -0.448515</w:t>
        <w:br/>
        <w:t>v 0.513914 14.052743 -0.492356</w:t>
        <w:br/>
        <w:t>v 0.352855 14.316071 -0.175468</w:t>
        <w:br/>
        <w:t>v 0.355964 14.345021 -0.222035</w:t>
        <w:br/>
        <w:t>v 0.043278 14.322565 -0.254367</w:t>
        <w:br/>
        <w:t>v 0.027634 14.299255 -0.226352</w:t>
        <w:br/>
        <w:t>v 2.001206 10.146260 -2.133829</w:t>
        <w:br/>
        <w:t>v 1.617090 10.200523 -2.167887</w:t>
        <w:br/>
        <w:t>v 1.584880 10.212829 -2.224658</w:t>
        <w:br/>
        <w:t>v 2.046448 10.147875 -2.183528</w:t>
        <w:br/>
        <w:t>v 2.253037 9.928172 -2.183714</w:t>
        <w:br/>
        <w:t>v 2.248820 9.967009 -2.232640</w:t>
        <w:br/>
        <w:t>v 0.982899 10.135434 -2.369724</w:t>
        <w:br/>
        <w:t>v 0.957826 10.096540 -2.328965</w:t>
        <w:br/>
        <w:t>v 0.367944 12.993488 -1.075743</w:t>
        <w:br/>
        <w:t>v 0.381629 13.003252 -1.079201</w:t>
        <w:br/>
        <w:t>v 0.389691 13.054232 -1.067188</w:t>
        <w:br/>
        <w:t>v 1.094192 12.236766 -1.279228</w:t>
        <w:br/>
        <w:t>v 0.452615 12.231400 -1.408337</w:t>
        <w:br/>
        <w:t>v 1.106416 12.236872 -1.336715</w:t>
        <w:br/>
        <w:t>v 0.489022 12.231706 -1.457098</w:t>
        <w:br/>
        <w:t>v 0.489022 12.231706 -1.457098</w:t>
        <w:br/>
        <w:t>v 0.433552 12.517529 -1.319011</w:t>
        <w:br/>
        <w:t>v 0.395003 12.517701 -1.268306</w:t>
        <w:br/>
        <w:t>v 0.452615 12.231400 -1.408337</w:t>
        <w:br/>
        <w:t>v 0.433552 12.517529 -1.319011</w:t>
        <w:br/>
        <w:t>v 0.550291 11.861707 -1.623265</w:t>
        <w:br/>
        <w:t>v 0.515462 11.860431 -1.574518</w:t>
        <w:br/>
        <w:t>v 0.617845 11.486195 -1.781250</w:t>
        <w:br/>
        <w:t>v 0.583735 11.484645 -1.731920</w:t>
        <w:br/>
        <w:t>v 1.106405 12.931911 -1.242674</w:t>
        <w:br/>
        <w:t>v 0.760538 13.139184 -0.997432</w:t>
        <w:br/>
        <w:t>v 0.381629 13.003252 -1.079201</w:t>
        <w:br/>
        <w:t>v -0.999490 13.053302 1.422140</w:t>
        <w:br/>
        <w:t>v -1.056421 13.044965 1.425342</w:t>
        <w:br/>
        <w:t>v -1.297566 13.035739 1.195886</w:t>
        <w:br/>
        <w:t>v -1.293996 13.042034 1.141975</w:t>
        <w:br/>
        <w:t>v -1.205061 12.954599 1.251065</w:t>
        <w:br/>
        <w:t>v -1.113096 12.958130 1.338842</w:t>
        <w:br/>
        <w:t>v -0.999490 13.053302 1.422140</w:t>
        <w:br/>
        <w:t>v -1.293996 13.042034 1.141975</w:t>
        <w:br/>
        <w:t>v -0.999490 13.053302 1.422140</w:t>
        <w:br/>
        <w:t>v -1.238878 12.755249 1.383068</w:t>
        <w:br/>
        <w:t>v -1.252513 12.800860 1.393342</w:t>
        <w:br/>
        <w:t>v -1.056421 13.044965 1.425342</w:t>
        <w:br/>
        <w:t>v -1.238878 12.755249 1.383068</w:t>
        <w:br/>
        <w:t>v -1.188835 12.862563 1.327427</w:t>
        <w:br/>
        <w:t>v -1.262737 12.999982 1.253406</w:t>
        <w:br/>
        <w:t>v -1.205061 12.954599 1.251065</w:t>
        <w:br/>
        <w:t>v -1.188835 12.862563 1.327427</w:t>
        <w:br/>
        <w:t>v -1.236544 12.852453 1.375520</w:t>
        <w:br/>
        <w:t>v -1.236544 12.852453 1.375520</w:t>
        <w:br/>
        <w:t>v -1.252513 12.800860 1.393342</w:t>
        <w:br/>
        <w:t>v -1.297566 13.035739 1.195886</w:t>
        <w:br/>
        <w:t>v -1.262737 12.999982 1.253406</w:t>
        <w:br/>
        <w:t>v -1.113096 12.958130 1.338842</w:t>
        <w:br/>
        <w:t>v -1.205061 12.954599 1.251065</w:t>
        <w:br/>
        <w:t>v -1.262737 12.999982 1.253406</w:t>
        <w:br/>
        <w:t>v -1.115429 13.005636 1.393990</w:t>
        <w:br/>
        <w:t>v -1.056421 13.044965 1.425342</w:t>
        <w:br/>
        <w:t>v -1.115429 13.005636 1.393990</w:t>
        <w:br/>
        <w:t>v -1.115429 13.005636 1.393990</w:t>
        <w:br/>
        <w:t>v -1.236544 12.852453 1.375520</w:t>
        <w:br/>
        <w:t>v -1.188835 12.862563 1.327427</w:t>
        <w:br/>
        <w:t>v -1.113096 12.958130 1.338842</w:t>
        <w:br/>
        <w:t>v -1.293996 13.042034 1.141975</w:t>
        <w:br/>
        <w:t>v -1.297566 13.035739 1.195886</w:t>
        <w:br/>
        <w:t>v -1.252513 12.800860 1.393342</w:t>
        <w:br/>
        <w:t>v -1.238878 12.755249 1.383068</w:t>
        <w:br/>
        <w:t>v 1.021970 14.344254 0.882350</w:t>
        <w:br/>
        <w:t>v 0.987907 14.605598 0.970537</w:t>
        <w:br/>
        <w:t>v 0.874445 14.539082 1.076810</w:t>
        <w:br/>
        <w:t>v 0.923474 14.315945 1.020739</w:t>
        <w:br/>
        <w:t>v 1.321441 14.521861 0.569203</w:t>
        <w:br/>
        <w:t>v 1.397059 14.726329 0.455053</w:t>
        <w:br/>
        <w:t>v 1.419940 14.993666 0.511026</w:t>
        <w:br/>
        <w:t>v 1.323374 14.913867 0.674824</w:t>
        <w:br/>
        <w:t>v 1.385766 14.461662 0.405125</w:t>
        <w:br/>
        <w:t>v 1.225752 14.247595 0.741826</w:t>
        <w:br/>
        <w:t>v 1.153703 14.760598 0.836883</w:t>
        <w:br/>
        <w:t>v 1.438340 15.005919 0.422723</w:t>
        <w:br/>
        <w:t>v 1.422829 14.677498 0.296818</w:t>
        <w:br/>
        <w:t>v 1.451884 14.835516 0.316063</w:t>
        <w:br/>
        <w:t>v 1.387815 14.489856 0.310617</w:t>
        <w:br/>
        <w:t>v 1.421504 14.986065 0.260442</w:t>
        <w:br/>
        <w:t>v 1.440104 15.008084 0.330611</w:t>
        <w:br/>
        <w:t>v 1.392717 14.653963 0.224772</w:t>
        <w:br/>
        <w:t>v 1.405310 14.821343 0.220489</w:t>
        <w:br/>
        <w:t>v 1.344752 14.445065 0.256866</w:t>
        <w:br/>
        <w:t>v 1.330299 14.893963 0.163818</w:t>
        <w:br/>
        <w:t>v 1.306288 14.674109 0.185294</w:t>
        <w:br/>
        <w:t>v 1.304103 14.407019 0.250782</w:t>
        <w:br/>
        <w:t>v 1.228386 14.485119 0.257844</w:t>
        <w:br/>
        <w:t>v 1.200625 14.776769 0.176678</w:t>
        <w:br/>
        <w:t>v 1.143511 14.432952 0.384366</w:t>
        <w:br/>
        <w:t>v 1.062777 14.648731 0.393425</w:t>
        <w:br/>
        <w:t>v 1.142802 14.724695 0.232265</w:t>
        <w:br/>
        <w:t>v 1.067291 14.335727 0.653031</w:t>
        <w:br/>
        <w:t>v 1.005029 14.580370 0.630797</w:t>
        <w:br/>
        <w:t>v 1.167110 14.254214 0.408805</w:t>
        <w:br/>
        <w:t>v 1.041942 14.363955 0.887555</w:t>
        <w:br/>
        <w:t>v 0.987190 14.534888 0.880320</w:t>
        <w:br/>
        <w:t>v 0.915183 14.338927 1.032691</w:t>
        <w:br/>
        <w:t>v 0.892016 14.470270 1.057914</w:t>
        <w:br/>
        <w:t>v 1.576659 14.085080 0.447233</w:t>
        <w:br/>
        <w:t>v 1.433103 14.153926 0.586552</w:t>
        <w:br/>
        <w:t>v 1.605885 14.077138 0.351806</w:t>
        <w:br/>
        <w:t>v 1.388521 14.418156 0.327013</w:t>
        <w:br/>
        <w:t>v 1.557176 14.115174 0.276617</w:t>
        <w:br/>
        <w:t>v 1.365249 14.396045 0.262624</w:t>
        <w:br/>
        <w:t>v 1.413115 14.165343 0.235049</w:t>
        <w:br/>
        <w:t>v 1.284049 14.187462 0.280270</w:t>
        <w:br/>
        <w:t>v 0.890922 14.541169 1.086350</w:t>
        <w:br/>
        <w:t>v 1.003245 14.604854 0.984893</w:t>
        <w:br/>
        <w:t>v 1.035541 14.350389 0.896827</w:t>
        <w:br/>
        <w:t>v 0.938807 14.318769 1.030111</w:t>
        <w:br/>
        <w:t>v 1.435427 14.997826 0.521092</w:t>
        <w:br/>
        <w:t>v 1.424420 14.727883 0.481873</w:t>
        <w:br/>
        <w:t>v 1.348902 14.527637 0.604118</w:t>
        <w:br/>
        <w:t>v 1.337985 14.914575 0.689840</w:t>
        <w:br/>
        <w:t>v 1.414942 14.470096 0.428912</w:t>
        <w:br/>
        <w:t>v 1.593948 14.092543 0.457232</w:t>
        <w:br/>
        <w:t>v 1.447636 14.160536 0.602024</w:t>
        <w:br/>
        <w:t>v 1.423008 14.236993 0.596215</w:t>
        <w:br/>
        <w:t>v 1.542631 14.204536 0.445262</w:t>
        <w:br/>
        <w:t>v 1.238133 14.257207 0.757801</w:t>
        <w:br/>
        <w:t>v 1.167062 14.758196 0.853010</w:t>
        <w:br/>
        <w:t>v 1.454244 15.011006 0.427430</w:t>
        <w:br/>
        <w:t>v 1.456067 15.014060 0.330080</w:t>
        <w:br/>
        <w:t>v 1.478303 14.839382 0.328583</w:t>
        <w:br/>
        <w:t>v 1.450356 14.677806 0.310179</w:t>
        <w:br/>
        <w:t>v 1.414945 14.492067 0.320513</w:t>
        <w:br/>
        <w:t>v 1.623893 14.082191 0.349346</w:t>
        <w:br/>
        <w:t>v 1.587076 14.208908 0.331728</w:t>
        <w:br/>
        <w:t>v 1.435452 14.991220 0.253254</w:t>
        <w:br/>
        <w:t>v 1.396119 14.949302 0.191381</w:t>
        <w:br/>
        <w:t>v 1.426712 14.823394 0.219409</w:t>
        <w:br/>
        <w:t>v 1.414440 14.652023 0.224469</w:t>
        <w:br/>
        <w:t>v 1.362378 14.443855 0.251270</w:t>
        <w:br/>
        <w:t>v 1.515631 14.218217 0.253808</w:t>
        <w:br/>
        <w:t>v 1.568774 14.115729 0.261019</w:t>
        <w:br/>
        <w:t>v 1.335777 14.893724 0.147576</w:t>
        <w:br/>
        <w:t>v 1.271166 14.834880 0.135222</w:t>
        <w:br/>
        <w:t>v 1.316704 14.669614 0.178357</w:t>
        <w:br/>
        <w:t>v 1.307761 14.404379 0.238963</w:t>
        <w:br/>
        <w:t>v 1.363626 14.273914 0.222828</w:t>
        <w:br/>
        <w:t>v 1.413238 14.161779 0.216254</w:t>
        <w:br/>
        <w:t>v 1.263373 14.293161 0.258626</w:t>
        <w:br/>
        <w:t>v 1.274430 14.181735 0.264093</w:t>
        <w:br/>
        <w:t>v 1.196697 14.770525 0.159557</w:t>
        <w:br/>
        <w:t>v 1.132509 14.424950 0.378707</w:t>
        <w:br/>
        <w:t>v 1.225361 14.478607 0.250817</w:t>
        <w:br/>
        <w:t>v 1.133128 14.716218 0.217803</w:t>
        <w:br/>
        <w:t>v 1.047391 14.638818 0.384544</w:t>
        <w:br/>
        <w:t>v 1.151970 14.248716 0.396783</w:t>
        <w:br/>
        <w:t>v 0.987006 14.571203 0.624345</w:t>
        <w:br/>
        <w:t>v 1.048804 14.330286 0.643232</w:t>
        <w:br/>
        <w:t>v 0.968172 14.528167 0.873581</w:t>
        <w:br/>
        <w:t>v 1.023758 14.357570 0.878241</w:t>
        <w:br/>
        <w:t>v 0.897825 14.332895 1.021485</w:t>
        <w:br/>
        <w:t>v 0.874048 14.466262 1.047392</w:t>
        <w:br/>
        <w:t>v 1.413452 14.428367 0.334330</w:t>
        <w:br/>
        <w:t>v 1.381880 14.402335 0.256314</w:t>
        <w:br/>
        <w:t>v 1.003245 14.604854 0.984893</w:t>
        <w:br/>
        <w:t>v 0.890922 14.541169 1.086350</w:t>
        <w:br/>
        <w:t>v 0.874445 14.539082 1.076810</w:t>
        <w:br/>
        <w:t>v 0.987907 14.605598 0.970537</w:t>
        <w:br/>
        <w:t>v 0.938807 14.318769 1.030111</w:t>
        <w:br/>
        <w:t>v 1.035541 14.350389 0.896827</w:t>
        <w:br/>
        <w:t>v 1.021970 14.344254 0.882350</w:t>
        <w:br/>
        <w:t>v 0.923474 14.315945 1.020739</w:t>
        <w:br/>
        <w:t>v 1.153703 14.760598 0.836883</w:t>
        <w:br/>
        <w:t>v 1.167062 14.758196 0.853010</w:t>
        <w:br/>
        <w:t>v 1.323374 14.913867 0.674824</w:t>
        <w:br/>
        <w:t>v 1.337985 14.914575 0.689840</w:t>
        <w:br/>
        <w:t>v 1.419940 14.993666 0.511026</w:t>
        <w:br/>
        <w:t>v 1.435427 14.997826 0.521092</w:t>
        <w:br/>
        <w:t>v 1.576659 14.085080 0.447233</w:t>
        <w:br/>
        <w:t>v 1.433103 14.153926 0.586552</w:t>
        <w:br/>
        <w:t>v 1.447636 14.160536 0.602024</w:t>
        <w:br/>
        <w:t>v 1.593948 14.092543 0.457232</w:t>
        <w:br/>
        <w:t>v 1.225752 14.247595 0.741826</w:t>
        <w:br/>
        <w:t>v 1.238133 14.257207 0.757801</w:t>
        <w:br/>
        <w:t>v 1.440104 15.008084 0.330611</w:t>
        <w:br/>
        <w:t>v 1.456067 15.014060 0.330080</w:t>
        <w:br/>
        <w:t>v 1.454244 15.011006 0.427430</w:t>
        <w:br/>
        <w:t>v 1.438340 15.005919 0.422723</w:t>
        <w:br/>
        <w:t>v 1.623893 14.082191 0.349346</w:t>
        <w:br/>
        <w:t>v 1.605885 14.077138 0.351806</w:t>
        <w:br/>
        <w:t>v 1.421504 14.986065 0.260442</w:t>
        <w:br/>
        <w:t>v 1.435452 14.991220 0.253254</w:t>
        <w:br/>
        <w:t>v 1.568774 14.115729 0.261019</w:t>
        <w:br/>
        <w:t>v 1.557176 14.115174 0.276617</w:t>
        <w:br/>
        <w:t>v 1.335777 14.893724 0.147576</w:t>
        <w:br/>
        <w:t>v 1.396119 14.949302 0.191381</w:t>
        <w:br/>
        <w:t>v 1.385897 14.946404 0.203837</w:t>
        <w:br/>
        <w:t>v 1.330299 14.893963 0.163818</w:t>
        <w:br/>
        <w:t>v 1.568774 14.115729 0.261019</w:t>
        <w:br/>
        <w:t>v 1.413238 14.161779 0.216254</w:t>
        <w:br/>
        <w:t>v 1.413115 14.165343 0.235049</w:t>
        <w:br/>
        <w:t>v 1.557176 14.115174 0.276617</w:t>
        <w:br/>
        <w:t>v 1.274430 14.181735 0.264093</w:t>
        <w:br/>
        <w:t>v 1.284049 14.187462 0.280270</w:t>
        <w:br/>
        <w:t>v 1.196697 14.770525 0.159557</w:t>
        <w:br/>
        <w:t>v 1.271166 14.834880 0.135222</w:t>
        <w:br/>
        <w:t>v 1.270007 14.838559 0.152891</w:t>
        <w:br/>
        <w:t>v 1.200625 14.776769 0.176678</w:t>
        <w:br/>
        <w:t>v 1.133128 14.716218 0.217803</w:t>
        <w:br/>
        <w:t>v 1.142802 14.724695 0.232265</w:t>
        <w:br/>
        <w:t>v 1.062777 14.648731 0.393425</w:t>
        <w:br/>
        <w:t>v 1.047391 14.638818 0.384544</w:t>
        <w:br/>
        <w:t>v 1.151970 14.248716 0.396783</w:t>
        <w:br/>
        <w:t>v 1.167110 14.254214 0.408805</w:t>
        <w:br/>
        <w:t>v 1.005029 14.580370 0.630797</w:t>
        <w:br/>
        <w:t>v 0.987006 14.571203 0.624345</w:t>
        <w:br/>
        <w:t>v 1.048804 14.330286 0.643232</w:t>
        <w:br/>
        <w:t>v 1.067291 14.335727 0.653031</w:t>
        <w:br/>
        <w:t>v 0.987190 14.534888 0.880320</w:t>
        <w:br/>
        <w:t>v 0.968172 14.528167 0.873581</w:t>
        <w:br/>
        <w:t>v 1.023758 14.357570 0.878241</w:t>
        <w:br/>
        <w:t>v 1.041942 14.363955 0.887555</w:t>
        <w:br/>
        <w:t>v 0.874048 14.466262 1.047392</w:t>
        <w:br/>
        <w:t>v 0.892016 14.470270 1.057914</w:t>
        <w:br/>
        <w:t>v 0.897825 14.332895 1.021485</w:t>
        <w:br/>
        <w:t>v 0.915183 14.338927 1.032691</w:t>
        <w:br/>
        <w:t>v 1.271166 14.834880 0.135222</w:t>
        <w:br/>
        <w:t>v 1.270007 14.838559 0.152891</w:t>
        <w:br/>
        <w:t>v 1.270007 14.838559 0.152891</w:t>
        <w:br/>
        <w:t>v 1.385897 14.946404 0.203837</w:t>
        <w:br/>
        <w:t>v 0.798218 14.528587 1.215825</w:t>
        <w:br/>
        <w:t>v 0.841359 14.262424 1.146950</w:t>
        <w:br/>
        <w:t>v 0.694353 14.568278 1.438663</w:t>
        <w:br/>
        <w:t>v 0.843577 14.066071 1.306894</w:t>
        <w:br/>
        <w:t>v 0.645990 14.201818 1.564103</w:t>
        <w:br/>
        <w:t>v 0.846475 13.852042 1.500909</w:t>
        <w:br/>
        <w:t>v 0.573112 14.598399 1.671957</w:t>
        <w:br/>
        <w:t>v 0.439690 14.585361 1.823126</w:t>
        <w:br/>
        <w:t>v 0.506028 14.325248 1.731129</w:t>
        <w:br/>
        <w:t>v 0.565648 14.058752 1.652181</w:t>
        <w:br/>
        <w:t>v 0.825504 13.689311 1.642403</w:t>
        <w:br/>
        <w:t>v 0.373629 14.555695 1.874618</w:t>
        <w:br/>
        <w:t>v 0.380212 14.352517 1.867237</w:t>
        <w:br/>
        <w:t>v 0.420196 14.206048 1.794806</w:t>
        <w:br/>
        <w:t>v 0.484511 14.045262 1.697046</w:t>
        <w:br/>
        <w:t>v 0.523909 13.982702 1.668467</w:t>
        <w:br/>
        <w:t>v 0.771626 13.628704 1.700398</w:t>
        <w:br/>
        <w:t>v 0.301482 14.516974 1.913444</w:t>
        <w:br/>
        <w:t>v 0.246239 14.470598 1.920032</w:t>
        <w:br/>
        <w:t>v 0.284390 14.312161 1.864442</w:t>
        <w:br/>
        <w:t>v 0.356786 14.163635 1.791264</w:t>
        <w:br/>
        <w:t>v 0.434932 13.992656 1.667458</w:t>
        <w:br/>
        <w:t>v 0.468716 13.939156 1.664944</w:t>
        <w:br/>
        <w:t>v 0.678514 13.636437 1.710688</w:t>
        <w:br/>
        <w:t>v 0.160844 14.371469 1.858350</w:t>
        <w:br/>
        <w:t>v 0.268022 14.194369 1.750316</w:t>
        <w:br/>
        <w:t>v 0.420004 13.965851 1.621461</w:t>
        <w:br/>
        <w:t>v 0.553427 13.696164 1.630243</w:t>
        <w:br/>
        <w:t>v 0.355961 14.072245 1.591531</w:t>
        <w:br/>
        <w:t>v 0.503829 13.773552 1.503333</w:t>
        <w:br/>
        <w:t>v 0.151451 14.310886 1.718146</w:t>
        <w:br/>
        <w:t>v 0.191889 14.303630 1.641128</w:t>
        <w:br/>
        <w:t>v 0.338151 14.316137 1.508621</w:t>
        <w:br/>
        <w:t>v 0.432534 14.097039 1.460129</w:t>
        <w:br/>
        <w:t>v 0.526470 13.939112 1.397116</w:t>
        <w:br/>
        <w:t>v 0.537525 14.359120 1.356166</w:t>
        <w:br/>
        <w:t>v 0.658997 14.159734 1.287442</w:t>
        <w:br/>
        <w:t>v 0.733542 14.419524 1.245282</w:t>
        <w:br/>
        <w:t>v 0.796705 14.260842 1.205203</w:t>
        <w:br/>
        <w:t>v 0.855149 14.271320 1.153677</w:t>
        <w:br/>
        <w:t>v 0.815822 14.531053 1.220072</w:t>
        <w:br/>
        <w:t>v 0.859198 14.078384 1.314419</w:t>
        <w:br/>
        <w:t>v 0.712075 14.569902 1.441268</w:t>
        <w:br/>
        <w:t>v 0.665438 14.206705 1.573147</w:t>
        <w:br/>
        <w:t>v 0.593714 14.599902 1.678535</w:t>
        <w:br/>
        <w:t>v 0.817654 13.926504 1.525368</w:t>
        <w:br/>
        <w:t>v 0.523533 14.323236 1.742538</w:t>
        <w:br/>
        <w:t>v 0.455342 14.587624 1.833758</w:t>
        <w:br/>
        <w:t>v 0.578596 14.062888 1.668243</w:t>
        <w:br/>
        <w:t>v 0.764908 13.793004 1.673705</w:t>
        <w:br/>
        <w:t>v 0.864927 13.860720 1.509043</w:t>
        <w:br/>
        <w:t>v 0.840484 13.695389 1.655318</w:t>
        <w:br/>
        <w:t>v 0.308420 14.516047 1.929295</w:t>
        <w:br/>
        <w:t>v 0.385161 14.556731 1.888093</w:t>
        <w:br/>
        <w:t>v 0.388586 14.348968 1.882848</w:t>
        <w:br/>
        <w:t>v 0.427216 14.198630 1.808930</w:t>
        <w:br/>
        <w:t>v 0.489811 14.038015 1.713959</w:t>
        <w:br/>
        <w:t>v 0.706606 13.730405 1.757733</w:t>
        <w:br/>
        <w:t>v 0.525140 13.983131 1.688219</w:t>
        <w:br/>
        <w:t>v 0.778185 13.626591 1.717686</w:t>
        <w:br/>
        <w:t>v 0.194757 14.411695 1.916554</w:t>
        <w:br/>
        <w:t>v 0.247101 14.466260 1.936620</w:t>
        <w:br/>
        <w:t>v 0.278973 14.302514 1.878657</w:t>
        <w:br/>
        <w:t>v 0.351034 14.148606 1.803717</w:t>
        <w:br/>
        <w:t>v 0.425990 13.979752 1.680094</w:t>
        <w:br/>
        <w:t>v 0.458022 13.934043 1.680619</w:t>
        <w:br/>
        <w:t>v 0.606772 13.720781 1.733887</w:t>
        <w:br/>
        <w:t>v 0.672494 13.625959 1.725488</w:t>
        <w:br/>
        <w:t>v 0.129671 14.321912 1.804242</w:t>
        <w:br/>
        <w:t>v 0.150619 14.359973 1.869216</w:t>
        <w:br/>
        <w:t>v 0.251891 14.179265 1.753983</w:t>
        <w:br/>
        <w:t>v 0.402306 13.954083 1.624361</w:t>
        <w:br/>
        <w:t>v 0.474241 13.801096 1.631528</w:t>
        <w:br/>
        <w:t>v 0.539219 13.684028 1.635167</w:t>
        <w:br/>
        <w:t>v 0.434884 13.868847 1.534896</w:t>
        <w:br/>
        <w:t>v 0.486168 13.763660 1.498139</w:t>
        <w:br/>
        <w:t>v 0.135546 14.297114 1.718059</w:t>
        <w:br/>
        <w:t>v 0.175748 14.290940 1.634644</w:t>
        <w:br/>
        <w:t>v 0.337214 14.060114 1.584412</w:t>
        <w:br/>
        <w:t>v 0.416973 14.087573 1.446484</w:t>
        <w:br/>
        <w:t>v 0.324171 14.307175 1.496238</w:t>
        <w:br/>
        <w:t>v 0.508598 13.932804 1.385989</w:t>
        <w:br/>
        <w:t>v 0.642315 14.155199 1.274470</w:t>
        <w:br/>
        <w:t>v 0.525152 14.352807 1.341582</w:t>
        <w:br/>
        <w:t>v 0.780546 14.255638 1.191925</w:t>
        <w:br/>
        <w:t>v 0.717937 14.415440 1.231036</w:t>
        <w:br/>
        <w:t>v 0.798218 14.528587 1.215825</w:t>
        <w:br/>
        <w:t>v 0.815822 14.531053 1.220072</w:t>
        <w:br/>
        <w:t>v 0.841359 14.262424 1.146950</w:t>
        <w:br/>
        <w:t>v 0.855149 14.271320 1.153677</w:t>
        <w:br/>
        <w:t>v 0.694353 14.568278 1.438663</w:t>
        <w:br/>
        <w:t>v 0.712075 14.569902 1.441268</w:t>
        <w:br/>
        <w:t>v 0.573112 14.598399 1.671957</w:t>
        <w:br/>
        <w:t>v 0.593714 14.599902 1.678535</w:t>
        <w:br/>
        <w:t>v 0.439690 14.585361 1.823126</w:t>
        <w:br/>
        <w:t>v 0.455342 14.587624 1.833758</w:t>
        <w:br/>
        <w:t>v 0.825504 13.689311 1.642403</w:t>
        <w:br/>
        <w:t>v 0.840484 13.695389 1.655318</w:t>
        <w:br/>
        <w:t>v 0.864927 13.860720 1.509043</w:t>
        <w:br/>
        <w:t>v 0.846475 13.852042 1.500909</w:t>
        <w:br/>
        <w:t>v 0.843577 14.066071 1.306894</w:t>
        <w:br/>
        <w:t>v 0.859198 14.078384 1.314419</w:t>
        <w:br/>
        <w:t>v 0.301482 14.516974 1.913444</w:t>
        <w:br/>
        <w:t>v 0.373629 14.555695 1.874618</w:t>
        <w:br/>
        <w:t>v 0.385161 14.556731 1.888093</w:t>
        <w:br/>
        <w:t>v 0.308420 14.516047 1.929295</w:t>
        <w:br/>
        <w:t>v 0.771626 13.628704 1.700398</w:t>
        <w:br/>
        <w:t>v 0.778185 13.626591 1.717686</w:t>
        <w:br/>
        <w:t>v 0.246239 14.470598 1.920032</w:t>
        <w:br/>
        <w:t>v 0.247101 14.466260 1.936620</w:t>
        <w:br/>
        <w:t>v 0.771626 13.628704 1.700398</w:t>
        <w:br/>
        <w:t>v 0.678514 13.636437 1.710688</w:t>
        <w:br/>
        <w:t>v 0.672494 13.625959 1.725488</w:t>
        <w:br/>
        <w:t>v 0.150619 14.359973 1.869216</w:t>
        <w:br/>
        <w:t>v 0.160844 14.371469 1.858350</w:t>
        <w:br/>
        <w:t>v 0.199644 14.419700 1.901970</w:t>
        <w:br/>
        <w:t>v 0.194757 14.411695 1.916554</w:t>
        <w:br/>
        <w:t>v 0.672494 13.625959 1.725488</w:t>
        <w:br/>
        <w:t>v 0.678514 13.636437 1.710688</w:t>
        <w:br/>
        <w:t>v 0.553427 13.696164 1.630243</w:t>
        <w:br/>
        <w:t>v 0.539219 13.684028 1.635167</w:t>
        <w:br/>
        <w:t>v 0.503829 13.773552 1.503333</w:t>
        <w:br/>
        <w:t>v 0.486168 13.763660 1.498139</w:t>
        <w:br/>
        <w:t>v 0.135546 14.297114 1.718059</w:t>
        <w:br/>
        <w:t>v 0.151451 14.310886 1.718146</w:t>
        <w:br/>
        <w:t>v 0.143297 14.335299 1.798735</w:t>
        <w:br/>
        <w:t>v 0.129671 14.321912 1.804242</w:t>
        <w:br/>
        <w:t>v 0.338151 14.316137 1.508621</w:t>
        <w:br/>
        <w:t>v 0.191889 14.303630 1.641128</w:t>
        <w:br/>
        <w:t>v 0.175748 14.290940 1.634644</w:t>
        <w:br/>
        <w:t>v 0.324171 14.307175 1.496238</w:t>
        <w:br/>
        <w:t>v 0.526470 13.939112 1.397116</w:t>
        <w:br/>
        <w:t>v 0.508598 13.932804 1.385989</w:t>
        <w:br/>
        <w:t>v 0.537525 14.359120 1.356166</w:t>
        <w:br/>
        <w:t>v 0.525152 14.352807 1.341582</w:t>
        <w:br/>
        <w:t>v 0.658997 14.159734 1.287442</w:t>
        <w:br/>
        <w:t>v 0.642315 14.155199 1.274470</w:t>
        <w:br/>
        <w:t>v 0.733542 14.419524 1.245282</w:t>
        <w:br/>
        <w:t>v 0.717937 14.415440 1.231036</w:t>
        <w:br/>
        <w:t>v 0.796705 14.260842 1.205203</w:t>
        <w:br/>
        <w:t>v 0.780546 14.255638 1.191925</w:t>
        <w:br/>
        <w:t>v 0.129671 14.321912 1.804242</w:t>
        <w:br/>
        <w:t>v 0.143297 14.335299 1.798735</w:t>
        <w:br/>
        <w:t>v 0.143297 14.335299 1.798735</w:t>
        <w:br/>
        <w:t>v 0.199644 14.419700 1.901970</w:t>
        <w:br/>
        <w:t>v 2.404701 16.710516 -0.731596</w:t>
        <w:br/>
        <w:t>v 2.598884 16.600182 -0.603014</w:t>
        <w:br/>
        <w:t>v 2.350832 16.655466 -0.677035</w:t>
        <w:br/>
        <w:t>v 2.252368 16.822681 -0.848841</w:t>
        <w:br/>
        <w:t>v 2.200824 16.745972 -0.784305</w:t>
        <w:br/>
        <w:t>v 2.346460 16.965191 -0.842422</w:t>
        <w:br/>
        <w:t>v 2.488748 16.832180 -0.713058</w:t>
        <w:br/>
        <w:t>v 2.559298 16.933897 -0.630362</w:t>
        <w:br/>
        <w:t>v 2.413605 17.092594 -0.723993</w:t>
        <w:br/>
        <w:t>v 2.582619 16.980196 -0.523153</w:t>
        <w:br/>
        <w:t>v 2.441297 17.129040 -0.615001</w:t>
        <w:br/>
        <w:t>v 2.661550 16.712069 -0.580872</w:t>
        <w:br/>
        <w:t>v 2.531624 16.494656 -0.570773</w:t>
        <w:br/>
        <w:t>v 2.329349 16.587196 -0.714680</w:t>
        <w:br/>
        <w:t>v 2.169916 16.682037 -0.774700</w:t>
        <w:br/>
        <w:t>v 2.153449 16.618114 -0.800545</w:t>
        <w:br/>
        <w:t>v 2.303702 16.484770 -0.685478</w:t>
        <w:br/>
        <w:t>v 2.138379 16.494183 -0.762756</w:t>
        <w:br/>
        <w:t>v 2.262169 16.408411 -0.596858</w:t>
        <w:br/>
        <w:t>v 2.097048 16.405781 -0.665692</w:t>
        <w:br/>
        <w:t>v 2.247874 16.416470 -0.479489</w:t>
        <w:br/>
        <w:t>v 2.072812 16.413179 -0.563630</w:t>
        <w:br/>
        <w:t>v 2.075919 16.387737 -0.493558</w:t>
        <w:br/>
        <w:t>v 2.247366 16.334341 -0.405793</w:t>
        <w:br/>
        <w:t>v 2.088047 16.323694 -0.427091</w:t>
        <w:br/>
        <w:t>v 2.481585 16.398748 -0.460474</w:t>
        <w:br/>
        <w:t>v 2.773094 16.890308 -0.322417</w:t>
        <w:br/>
        <w:t>v 2.729038 16.818865 -0.487549</w:t>
        <w:br/>
        <w:t>v 2.639161 17.034933 -0.443109</w:t>
        <w:br/>
        <w:t>v 2.669885 17.074602 -0.297699</w:t>
        <w:br/>
        <w:t>v 2.539621 17.208611 -0.471837</w:t>
        <w:br/>
        <w:t>v 2.473946 17.158463 -0.545375</w:t>
        <w:br/>
        <w:t>v 2.601180 17.243275 -0.307029</w:t>
        <w:br/>
        <w:t>v 2.677512 17.057613 -0.134925</w:t>
        <w:br/>
        <w:t>v 2.767013 16.875530 -0.138156</w:t>
        <w:br/>
        <w:t>v 2.609731 16.988214 -0.042195</w:t>
        <w:br/>
        <w:t>v 2.702274 16.776760 0.004070</w:t>
        <w:br/>
        <w:t>v 2.581636 17.234604 -0.117755</w:t>
        <w:br/>
        <w:t>v 2.498133 17.182014 -0.019487</w:t>
        <w:br/>
        <w:t>v 2.250309 16.356007 -0.133059</w:t>
        <w:br/>
        <w:t>v 2.100507 16.364946 -0.129585</w:t>
        <w:br/>
        <w:t>v 2.096855 16.297758 -0.271993</w:t>
        <w:br/>
        <w:t>v 2.249094 16.314859 -0.263215</w:t>
        <w:br/>
        <w:t>v 2.249094 16.314859 -0.263215</w:t>
        <w:br/>
        <w:t>v 2.096855 16.297758 -0.271993</w:t>
        <w:br/>
        <w:t>v 2.481092 16.387697 -0.073568</w:t>
        <w:br/>
        <w:t>v 2.460547 16.356611 -0.259379</w:t>
        <w:br/>
        <w:t>v 2.460547 16.356611 -0.259379</w:t>
        <w:br/>
        <w:t>v 2.241081 16.460516 -0.066000</w:t>
        <w:br/>
        <w:t>v 2.096861 16.462910 -0.077235</w:t>
        <w:br/>
        <w:t>v 2.579967 16.966520 0.075255</w:t>
        <w:br/>
        <w:t>v 2.168250 16.627274 0.280444</w:t>
        <w:br/>
        <w:t>v 2.297287 16.593710 0.198468</w:t>
        <w:br/>
        <w:t>v 2.335796 16.682476 0.181918</w:t>
        <w:br/>
        <w:t>v 2.184348 16.689613 0.276564</w:t>
        <w:br/>
        <w:t>v 2.618931 16.631142 0.067990</w:t>
        <w:br/>
        <w:t>v 2.540963 16.490334 0.044243</w:t>
        <w:br/>
        <w:t>v 2.274323 16.516705 0.170151</w:t>
        <w:br/>
        <w:t>v 2.137386 16.549034 0.235276</w:t>
        <w:br/>
        <w:t>v 2.215170 16.744343 0.303383</w:t>
        <w:br/>
        <w:t>v 2.424327 16.728598 0.226520</w:t>
        <w:br/>
        <w:t>v 2.504995 16.858912 0.162693</w:t>
        <w:br/>
        <w:t>v 2.276405 16.806133 0.334913</w:t>
        <w:br/>
        <w:t>v 2.368470 16.985378 0.266436</w:t>
        <w:br/>
        <w:t>v 2.434947 17.132156 0.160100</w:t>
        <w:br/>
        <w:t>v 2.448450 17.155952 0.056504</w:t>
        <w:br/>
        <w:t>v 2.222299 16.462339 0.064867</w:t>
        <w:br/>
        <w:t>v 2.087718 16.485451 0.117421</w:t>
        <w:br/>
        <w:t>v 2.078230 16.494785 -0.002811</w:t>
        <w:br/>
        <w:t>v 2.241081 16.460516 -0.066000</w:t>
        <w:br/>
        <w:t>v 2.608801 16.596308 -0.622698</w:t>
        <w:br/>
        <w:t>v 2.411030 16.699198 -0.749894</w:t>
        <w:br/>
        <w:t>v 2.357246 16.647135 -0.696845</w:t>
        <w:br/>
        <w:t>v 2.258494 16.812031 -0.866241</w:t>
        <w:br/>
        <w:t>v 2.206006 16.734425 -0.801887</w:t>
        <w:br/>
        <w:t>v 2.502245 16.831482 -0.730955</w:t>
        <w:br/>
        <w:t>v 2.359803 16.964336 -0.859515</w:t>
        <w:br/>
        <w:t>v 2.575894 16.940853 -0.643749</w:t>
        <w:br/>
        <w:t>v 2.430251 17.100143 -0.735965</w:t>
        <w:br/>
        <w:t>v 2.599108 16.988831 -0.535664</w:t>
        <w:br/>
        <w:t>v 2.458514 17.139076 -0.625103</w:t>
        <w:br/>
        <w:t>v 2.675342 16.713987 -0.597087</w:t>
        <w:br/>
        <w:t>v 2.339149 16.584604 -0.734685</w:t>
        <w:br/>
        <w:t>v 2.539382 16.483858 -0.587004</w:t>
        <w:br/>
        <w:t>v 2.179798 16.681515 -0.793567</w:t>
        <w:br/>
        <w:t>v 2.162994 16.617687 -0.819599</w:t>
        <w:br/>
        <w:t>v 2.145148 16.481787 -0.779014</w:t>
        <w:br/>
        <w:t>v 2.311517 16.471634 -0.701889</w:t>
        <w:br/>
        <w:t>v 2.099530 16.385836 -0.671479</w:t>
        <w:br/>
        <w:t>v 2.265173 16.387106 -0.603192</w:t>
        <w:br/>
        <w:t>v 2.074668 16.391647 -0.566767</w:t>
        <w:br/>
        <w:t>v 2.248680 16.395779 -0.488099</w:t>
        <w:br/>
        <w:t>v 2.079671 16.369783 -0.505451</w:t>
        <w:br/>
        <w:t>v 2.250379 16.314356 -0.415511</w:t>
        <w:br/>
        <w:t>v 2.090881 16.305058 -0.436893</w:t>
        <w:br/>
        <w:t>v 2.487532 16.379230 -0.468544</w:t>
        <w:br/>
        <w:t>v 2.745616 16.827307 -0.500007</w:t>
        <w:br/>
        <w:t>v 2.791454 16.900114 -0.327718</w:t>
        <w:br/>
        <w:t>v 2.656543 17.043774 -0.454187</w:t>
        <w:br/>
        <w:t>v 2.689724 17.084648 -0.300601</w:t>
        <w:br/>
        <w:t>v 2.556511 17.216106 -0.483617</w:t>
        <w:br/>
        <w:t>v 2.489719 17.166096 -0.559108</w:t>
        <w:br/>
        <w:t>v 2.620855 17.252441 -0.310142</w:t>
        <w:br/>
        <w:t>v 2.696115 17.066883 -0.126496</w:t>
        <w:br/>
        <w:t>v 2.784508 16.884867 -0.130525</w:t>
        <w:br/>
        <w:t>v 2.721228 16.784243 0.019110</w:t>
        <w:br/>
        <w:t>v 2.626480 16.997417 -0.030460</w:t>
        <w:br/>
        <w:t>v 2.599105 17.242767 -0.109229</w:t>
        <w:br/>
        <w:t>v 2.513609 17.189198 -0.004995</w:t>
        <w:br/>
        <w:t>v 2.098049 16.276320 -0.269599</w:t>
        <w:br/>
        <w:t>v 2.100184 16.348881 -0.115759</w:t>
        <w:br/>
        <w:t>v 2.250350 16.337772 -0.120002</w:t>
        <w:br/>
        <w:t>v 2.251548 16.292639 -0.261427</w:t>
        <w:br/>
        <w:t>v 2.251548 16.292639 -0.261427</w:t>
        <w:br/>
        <w:t>v 2.098049 16.276320 -0.269599</w:t>
        <w:br/>
        <w:t>v 2.482810 16.362692 -0.065714</w:t>
        <w:br/>
        <w:t>v 2.464491 16.335016 -0.258924</w:t>
        <w:br/>
        <w:t>v 2.464491 16.335016 -0.258924</w:t>
        <w:br/>
        <w:t>v 2.095759 16.446838 -0.063464</w:t>
        <w:br/>
        <w:t>v 2.237037 16.441092 -0.055545</w:t>
        <w:br/>
        <w:t>v 2.597343 16.974665 0.086862</w:t>
        <w:br/>
        <w:t>v 2.343406 16.671844 0.200141</w:t>
        <w:br/>
        <w:t>v 2.306450 16.586933 0.217784</w:t>
        <w:br/>
        <w:t>v 2.177685 16.620987 0.299012</w:t>
        <w:br/>
        <w:t>v 2.194711 16.682255 0.293912</w:t>
        <w:br/>
        <w:t>v 2.630296 16.628376 0.086752</w:t>
        <w:br/>
        <w:t>v 2.548504 16.463854 0.060044</w:t>
        <w:br/>
        <w:t>v 2.278941 16.500467 0.184916</w:t>
        <w:br/>
        <w:t>v 2.141084 16.533512 0.249537</w:t>
        <w:br/>
        <w:t>v 2.221879 16.729679 0.318747</w:t>
        <w:br/>
        <w:t>v 2.433773 16.718891 0.244395</w:t>
        <w:br/>
        <w:t>v 2.519297 16.860512 0.179895</w:t>
        <w:br/>
        <w:t>v 2.285281 16.798080 0.351482</w:t>
        <w:br/>
        <w:t>v 2.382620 16.987400 0.283537</w:t>
        <w:br/>
        <w:t>v 2.451176 17.140575 0.171240</w:t>
        <w:br/>
        <w:t>v 2.465260 17.166164 0.066313</w:t>
        <w:br/>
        <w:t>v 2.220511 16.440630 0.070200</w:t>
        <w:br/>
        <w:t>v 2.085619 16.464546 0.122161</w:t>
        <w:br/>
        <w:t>v 2.237037 16.441092 -0.055545</w:t>
        <w:br/>
        <w:t>v 2.075324 16.473392 0.000815</w:t>
        <w:br/>
        <w:t>v 2.200824 16.745972 -0.784305</w:t>
        <w:br/>
        <w:t>v 2.206006 16.734425 -0.801887</w:t>
        <w:br/>
        <w:t>v 2.258494 16.812031 -0.866241</w:t>
        <w:br/>
        <w:t>v 2.252368 16.822681 -0.848841</w:t>
        <w:br/>
        <w:t>v 2.359803 16.964336 -0.859515</w:t>
        <w:br/>
        <w:t>v 2.346460 16.965191 -0.842422</w:t>
        <w:br/>
        <w:t>v 2.413605 17.092594 -0.723993</w:t>
        <w:br/>
        <w:t>v 2.430251 17.100143 -0.735965</w:t>
        <w:br/>
        <w:t>v 2.441297 17.129040 -0.615001</w:t>
        <w:br/>
        <w:t>v 2.458514 17.139076 -0.625103</w:t>
        <w:br/>
        <w:t>v 2.169916 16.682037 -0.774700</w:t>
        <w:br/>
        <w:t>v 2.179798 16.681515 -0.793567</w:t>
        <w:br/>
        <w:t>v 2.153449 16.618114 -0.800545</w:t>
        <w:br/>
        <w:t>v 2.162994 16.617687 -0.819599</w:t>
        <w:br/>
        <w:t>v 2.138379 16.494183 -0.762756</w:t>
        <w:br/>
        <w:t>v 2.145148 16.481787 -0.779014</w:t>
        <w:br/>
        <w:t>v 2.097048 16.405781 -0.665692</w:t>
        <w:br/>
        <w:t>v 2.099530 16.385836 -0.671479</w:t>
        <w:br/>
        <w:t>v 2.072812 16.413179 -0.563630</w:t>
        <w:br/>
        <w:t>v 2.074668 16.391647 -0.566767</w:t>
        <w:br/>
        <w:t>v 2.075919 16.387737 -0.493558</w:t>
        <w:br/>
        <w:t>v 2.079671 16.369783 -0.505451</w:t>
        <w:br/>
        <w:t>v 2.088047 16.323694 -0.427091</w:t>
        <w:br/>
        <w:t>v 2.090881 16.305058 -0.436893</w:t>
        <w:br/>
        <w:t>v 2.473946 17.158463 -0.545375</w:t>
        <w:br/>
        <w:t>v 2.489719 17.166096 -0.559108</w:t>
        <w:br/>
        <w:t>v 2.556511 17.216106 -0.483617</w:t>
        <w:br/>
        <w:t>v 2.539621 17.208611 -0.471837</w:t>
        <w:br/>
        <w:t>v 2.620855 17.252441 -0.310142</w:t>
        <w:br/>
        <w:t>v 2.601180 17.243275 -0.307029</w:t>
        <w:br/>
        <w:t>v 2.599105 17.242767 -0.109229</w:t>
        <w:br/>
        <w:t>v 2.581636 17.234604 -0.117755</w:t>
        <w:br/>
        <w:t>v 2.498133 17.182014 -0.019487</w:t>
        <w:br/>
        <w:t>v 2.513609 17.189198 -0.004995</w:t>
        <w:br/>
        <w:t>v 2.100507 16.364946 -0.129585</w:t>
        <w:br/>
        <w:t>v 2.100184 16.348881 -0.115759</w:t>
        <w:br/>
        <w:t>v 2.098049 16.276320 -0.269599</w:t>
        <w:br/>
        <w:t>v 2.096855 16.297758 -0.271993</w:t>
        <w:br/>
        <w:t>v 2.096855 16.297758 -0.271993</w:t>
        <w:br/>
        <w:t>v 2.098049 16.276320 -0.269599</w:t>
        <w:br/>
        <w:t>v 2.096861 16.462910 -0.077235</w:t>
        <w:br/>
        <w:t>v 2.095759 16.446838 -0.063464</w:t>
        <w:br/>
        <w:t>v 2.184348 16.689613 0.276564</w:t>
        <w:br/>
        <w:t>v 2.194711 16.682255 0.293912</w:t>
        <w:br/>
        <w:t>v 2.177685 16.620987 0.299012</w:t>
        <w:br/>
        <w:t>v 2.168250 16.627274 0.280444</w:t>
        <w:br/>
        <w:t>v 2.137386 16.549034 0.235276</w:t>
        <w:br/>
        <w:t>v 2.141084 16.533512 0.249537</w:t>
        <w:br/>
        <w:t>v 2.215170 16.744343 0.303383</w:t>
        <w:br/>
        <w:t>v 2.221879 16.729679 0.318747</w:t>
        <w:br/>
        <w:t>v 2.276405 16.806133 0.334913</w:t>
        <w:br/>
        <w:t>v 2.285281 16.798080 0.351482</w:t>
        <w:br/>
        <w:t>v 2.368470 16.985378 0.266436</w:t>
        <w:br/>
        <w:t>v 2.382620 16.987400 0.283537</w:t>
        <w:br/>
        <w:t>v 2.448450 17.155952 0.056504</w:t>
        <w:br/>
        <w:t>v 2.465260 17.166164 0.066313</w:t>
        <w:br/>
        <w:t>v 2.451176 17.140575 0.171240</w:t>
        <w:br/>
        <w:t>v 2.434947 17.132156 0.160100</w:t>
        <w:br/>
        <w:t>v 2.078230 16.494785 -0.002811</w:t>
        <w:br/>
        <w:t>v 2.087718 16.485451 0.117421</w:t>
        <w:br/>
        <w:t>v 2.085619 16.464546 0.122161</w:t>
        <w:br/>
        <w:t>v 2.075324 16.473392 0.000815</w:t>
        <w:br/>
        <w:t>v -2.599468 16.600000 -0.600647</w:t>
        <w:br/>
        <w:t>v -2.405417 16.710218 -0.729526</w:t>
        <w:br/>
        <w:t>v -2.351494 16.655205 -0.674985</w:t>
        <w:br/>
        <w:t>v -2.253203 16.822281 -0.847024</w:t>
        <w:br/>
        <w:t>v -2.201595 16.745613 -0.782488</w:t>
        <w:br/>
        <w:t>v -2.489432 16.831907 -0.710986</w:t>
        <w:br/>
        <w:t>v -2.347273 16.964806 -0.840608</w:t>
        <w:br/>
        <w:t>v -2.559880 16.933691 -0.628289</w:t>
        <w:br/>
        <w:t>v -2.414274 17.092300 -0.722200</w:t>
        <w:br/>
        <w:t>v -2.583077 16.980074 -0.521089</w:t>
        <w:br/>
        <w:t>v -2.441841 17.128834 -0.613205</w:t>
        <w:br/>
        <w:t>v -2.662099 16.711910 -0.578519</w:t>
        <w:br/>
        <w:t>v -2.330059 16.586903 -0.712601</w:t>
        <w:br/>
        <w:t>v -2.532184 16.494492 -0.568401</w:t>
        <w:br/>
        <w:t>v -2.170684 16.681683 -0.772869</w:t>
        <w:br/>
        <w:t>v -2.154252 16.617741 -0.798684</w:t>
        <w:br/>
        <w:t>v -2.139153 16.493837 -0.760820</w:t>
        <w:br/>
        <w:t>v -2.304391 16.484499 -0.683351</w:t>
        <w:br/>
        <w:t>v -2.097723 16.405504 -0.663736</w:t>
        <w:br/>
        <w:t>v -2.262767 16.408199 -0.594721</w:t>
        <w:br/>
        <w:t>v -2.073373 16.412975 -0.561707</w:t>
        <w:br/>
        <w:t>v -2.248341 16.416346 -0.477373</w:t>
        <w:br/>
        <w:t>v -2.076405 16.387587 -0.491612</w:t>
        <w:br/>
        <w:t>v -2.088465 16.323593 -0.425084</w:t>
        <w:br/>
        <w:t>v -2.247759 16.334272 -0.403617</w:t>
        <w:br/>
        <w:t>v -2.482033 16.398663 -0.458086</w:t>
        <w:br/>
        <w:t>v -2.729473 16.818785 -0.485201</w:t>
        <w:br/>
        <w:t>v -2.773338 16.890360 -0.320074</w:t>
        <w:br/>
        <w:t>v -2.639525 17.034878 -0.441023</w:t>
        <w:br/>
        <w:t>v -2.670083 17.074657 -0.295609</w:t>
        <w:br/>
        <w:t>v -2.539998 17.208523 -0.469992</w:t>
        <w:br/>
        <w:t>v -2.474410 17.158314 -0.543565</w:t>
        <w:br/>
        <w:t>v -2.601372 17.243317 -0.305141</w:t>
        <w:br/>
        <w:t>v -2.767055 16.875717 -0.135809</w:t>
        <w:br/>
        <w:t>v -2.677531 17.057791 -0.132813</w:t>
        <w:br/>
        <w:t>v -2.702168 16.777048 0.006419</w:t>
        <w:br/>
        <w:t>v -2.609654 16.988455 -0.040107</w:t>
        <w:br/>
        <w:t>v -2.581619 17.234783 -0.115883</w:t>
        <w:br/>
        <w:t>v -2.498011 17.182259 -0.017668</w:t>
        <w:br/>
        <w:t>v -2.097105 16.297773 -0.269956</w:t>
        <w:br/>
        <w:t>v -2.100593 16.365072 -0.127595</w:t>
        <w:br/>
        <w:t>v -2.250398 16.356144 -0.130895</w:t>
        <w:br/>
        <w:t>v -2.249331 16.314898 -0.261022</w:t>
        <w:br/>
        <w:t>v -2.097105 16.297773 -0.269956</w:t>
        <w:br/>
        <w:t>v -2.249331 16.314898 -0.261022</w:t>
        <w:br/>
        <w:t>v -2.481112 16.387901 -0.071172</w:t>
        <w:br/>
        <w:t>v -2.460777 16.356676 -0.256983</w:t>
        <w:br/>
        <w:t>v -2.460777 16.356676 -0.256983</w:t>
        <w:br/>
        <w:t>v -2.096877 16.463070 -0.075322</w:t>
        <w:br/>
        <w:t>v -2.241085 16.460703 -0.063925</w:t>
        <w:br/>
        <w:t>v -2.579763 16.966848 0.077326</w:t>
        <w:br/>
        <w:t>v -2.335502 16.682854 0.183931</w:t>
        <w:br/>
        <w:t>v -2.296984 16.594099 0.200505</w:t>
        <w:br/>
        <w:t>v -2.167853 16.627708 0.282313</w:t>
        <w:br/>
        <w:t>v -2.183949 16.690048 0.278404</w:t>
        <w:br/>
        <w:t>v -2.618769 16.631468 0.070356</w:t>
        <w:br/>
        <w:t>v -2.540842 16.490633 0.046628</w:t>
        <w:br/>
        <w:t>v -2.274059 16.517069 0.172220</w:t>
        <w:br/>
        <w:t>v -2.137047 16.549435 0.237169</w:t>
        <w:br/>
        <w:t>v -2.214735 16.744804 0.305216</w:t>
        <w:br/>
        <w:t>v -2.423979 16.729021 0.228596</w:t>
        <w:br/>
        <w:t>v -2.504705 16.859297 0.164762</w:t>
        <w:br/>
        <w:t>v -2.275929 16.806622 0.336768</w:t>
        <w:br/>
        <w:t>v -2.368052 16.985825 0.268259</w:t>
        <w:br/>
        <w:t>v -2.434632 17.132530 0.161886</w:t>
        <w:br/>
        <w:t>v -2.448248 17.156250 0.058287</w:t>
        <w:br/>
        <w:t>v -2.222158 16.462622 0.066920</w:t>
        <w:br/>
        <w:t>v -2.241085 16.460703 -0.063925</w:t>
        <w:br/>
        <w:t>v -2.078160 16.495003 -0.000943</w:t>
        <w:br/>
        <w:t>v -2.087516 16.485756 0.119307</w:t>
        <w:br/>
        <w:t>v -2.411768 16.698891 -0.747809</w:t>
        <w:br/>
        <w:t>v -2.609409 16.596115 -0.620317</w:t>
        <w:br/>
        <w:t>v -2.357931 16.646860 -0.694781</w:t>
        <w:br/>
        <w:t>v -2.259349 16.811619 -0.864410</w:t>
        <w:br/>
        <w:t>v -2.206798 16.734051 -0.800056</w:t>
        <w:br/>
        <w:t>v -2.360636 16.963940 -0.857685</w:t>
        <w:br/>
        <w:t>v -2.502949 16.831196 -0.728868</w:t>
        <w:br/>
        <w:t>v -2.576489 16.940639 -0.641662</w:t>
        <w:br/>
        <w:t>v -2.430934 17.099850 -0.734159</w:t>
        <w:br/>
        <w:t>v -2.459069 17.138866 -0.623295</w:t>
        <w:br/>
        <w:t>v -2.599579 16.988701 -0.533588</w:t>
        <w:br/>
        <w:t>v -2.675909 16.713820 -0.594721</w:t>
        <w:br/>
        <w:t>v -2.339882 16.584299 -0.732594</w:t>
        <w:br/>
        <w:t>v -2.539961 16.483685 -0.584615</w:t>
        <w:br/>
        <w:t>v -2.180587 16.681152 -0.791725</w:t>
        <w:br/>
        <w:t>v -2.163818 16.617302 -0.817728</w:t>
        <w:br/>
        <w:t>v -2.312225 16.471352 -0.699744</w:t>
        <w:br/>
        <w:t>v -2.145941 16.481430 -0.777061</w:t>
        <w:br/>
        <w:t>v -2.265780 16.386892 -0.601036</w:t>
        <w:br/>
        <w:t>v -2.100213 16.385553 -0.669504</w:t>
        <w:br/>
        <w:t>v -2.249159 16.395649 -0.485967</w:t>
        <w:br/>
        <w:t>v -2.075234 16.391439 -0.564825</w:t>
        <w:br/>
        <w:t>v -2.080172 16.369625 -0.503487</w:t>
        <w:br/>
        <w:t>v -2.250786 16.314281 -0.413316</w:t>
        <w:br/>
        <w:t>v -2.091313 16.304953 -0.434868</w:t>
        <w:br/>
        <w:t>v -2.487991 16.379141 -0.466135</w:t>
        <w:br/>
        <w:t>v -2.791703 16.900160 -0.325363</w:t>
        <w:br/>
        <w:t>v -2.746064 16.827221 -0.497647</w:t>
        <w:br/>
        <w:t>v -2.656918 17.043711 -0.452088</w:t>
        <w:br/>
        <w:t>v -2.689925 17.084705 -0.298497</w:t>
        <w:br/>
        <w:t>v -2.556901 17.216011 -0.481758</w:t>
        <w:br/>
        <w:t>v -2.490198 17.165943 -0.557285</w:t>
        <w:br/>
        <w:t>v -2.621049 17.252483 -0.308239</w:t>
        <w:br/>
        <w:t>v -2.696124 17.067070 -0.124371</w:t>
        <w:br/>
        <w:t>v -2.784540 16.885063 -0.128166</w:t>
        <w:br/>
        <w:t>v -2.626390 16.997673 -0.028360</w:t>
        <w:br/>
        <w:t>v -2.721104 16.784542 0.021475</w:t>
        <w:br/>
        <w:t>v -2.599077 17.242958 -0.107344</w:t>
        <w:br/>
        <w:t>v -2.513471 17.189457 -0.003164</w:t>
        <w:br/>
        <w:t>v -2.250427 16.337921 -0.117825</w:t>
        <w:br/>
        <w:t>v -2.100255 16.349014 -0.113757</w:t>
        <w:br/>
        <w:t>v -2.098298 16.276337 -0.267545</w:t>
        <w:br/>
        <w:t>v -2.251786 16.292683 -0.259215</w:t>
        <w:br/>
        <w:t>v -2.251786 16.292683 -0.259215</w:t>
        <w:br/>
        <w:t>v -2.098298 16.276337 -0.267545</w:t>
        <w:br/>
        <w:t>v -2.482823 16.362902 -0.063298</w:t>
        <w:br/>
        <w:t>v -2.464722 16.335079 -0.256507</w:t>
        <w:br/>
        <w:t>v -2.464722 16.335079 -0.256507</w:t>
        <w:br/>
        <w:t>v -2.095761 16.447010 -0.061540</w:t>
        <w:br/>
        <w:t>v -2.237031 16.441282 -0.053461</w:t>
        <w:br/>
        <w:t>v -2.597125 16.975004 0.088946</w:t>
        <w:br/>
        <w:t>v -2.177268 16.621437 0.300896</w:t>
        <w:br/>
        <w:t>v -2.306127 16.587339 0.219836</w:t>
        <w:br/>
        <w:t>v -2.343094 16.672241 0.202170</w:t>
        <w:br/>
        <w:t>v -2.194294 16.682705 0.295769</w:t>
        <w:br/>
        <w:t>v -2.548368 16.464165 0.062457</w:t>
        <w:br/>
        <w:t>v -2.630113 16.628716 0.089133</w:t>
        <w:br/>
        <w:t>v -2.278663 16.500845 0.187002</w:t>
        <w:br/>
        <w:t>v -2.140731 16.533924 0.251446</w:t>
        <w:br/>
        <w:t>v -2.221428 16.730152 0.320598</w:t>
        <w:br/>
        <w:t>v -2.433407 16.719330 0.246490</w:t>
        <w:br/>
        <w:t>v -2.518987 16.860912 0.181978</w:t>
        <w:br/>
        <w:t>v -2.284788 16.798584 0.353352</w:t>
        <w:br/>
        <w:t>v -2.382182 16.987865 0.285374</w:t>
        <w:br/>
        <w:t>v -2.450848 17.140961 0.173038</w:t>
        <w:br/>
        <w:t>v -2.465045 17.166470 0.068108</w:t>
        <w:br/>
        <w:t>v -2.220365 16.440916 0.072267</w:t>
        <w:br/>
        <w:t>v -2.237031 16.441282 -0.053461</w:t>
        <w:br/>
        <w:t>v -2.085415 16.464859 0.124060</w:t>
        <w:br/>
        <w:t>v -2.075253 16.473610 0.002696</w:t>
        <w:br/>
        <w:t>v -2.259349 16.811619 -0.864410</w:t>
        <w:br/>
        <w:t>v -2.206798 16.734051 -0.800056</w:t>
        <w:br/>
        <w:t>v -2.201595 16.745613 -0.782488</w:t>
        <w:br/>
        <w:t>v -2.253203 16.822281 -0.847024</w:t>
        <w:br/>
        <w:t>v -2.360636 16.963940 -0.857685</w:t>
        <w:br/>
        <w:t>v -2.347273 16.964806 -0.840608</w:t>
        <w:br/>
        <w:t>v -2.414274 17.092300 -0.722200</w:t>
        <w:br/>
        <w:t>v -2.430934 17.099850 -0.734159</w:t>
        <w:br/>
        <w:t>v -2.441841 17.128834 -0.613205</w:t>
        <w:br/>
        <w:t>v -2.459069 17.138866 -0.623295</w:t>
        <w:br/>
        <w:t>v -2.180587 16.681152 -0.791725</w:t>
        <w:br/>
        <w:t>v -2.170684 16.681683 -0.772869</w:t>
        <w:br/>
        <w:t>v -2.163818 16.617302 -0.817728</w:t>
        <w:br/>
        <w:t>v -2.154252 16.617741 -0.798684</w:t>
        <w:br/>
        <w:t>v -2.145941 16.481430 -0.777061</w:t>
        <w:br/>
        <w:t>v -2.139153 16.493837 -0.760820</w:t>
        <w:br/>
        <w:t>v -2.100213 16.385553 -0.669504</w:t>
        <w:br/>
        <w:t>v -2.097723 16.405504 -0.663736</w:t>
        <w:br/>
        <w:t>v -2.075234 16.391439 -0.564825</w:t>
        <w:br/>
        <w:t>v -2.073373 16.412975 -0.561707</w:t>
        <w:br/>
        <w:t>v -2.080172 16.369625 -0.503487</w:t>
        <w:br/>
        <w:t>v -2.076405 16.387587 -0.491612</w:t>
        <w:br/>
        <w:t>v -2.091313 16.304953 -0.434868</w:t>
        <w:br/>
        <w:t>v -2.088465 16.323593 -0.425084</w:t>
        <w:br/>
        <w:t>v -2.556901 17.216011 -0.481758</w:t>
        <w:br/>
        <w:t>v -2.490198 17.165943 -0.557285</w:t>
        <w:br/>
        <w:t>v -2.474410 17.158314 -0.543565</w:t>
        <w:br/>
        <w:t>v -2.539998 17.208523 -0.469992</w:t>
        <w:br/>
        <w:t>v -2.621049 17.252483 -0.308239</w:t>
        <w:br/>
        <w:t>v -2.601372 17.243317 -0.305141</w:t>
        <w:br/>
        <w:t>v -2.599077 17.242958 -0.107344</w:t>
        <w:br/>
        <w:t>v -2.581619 17.234783 -0.115883</w:t>
        <w:br/>
        <w:t>v -2.498011 17.182259 -0.017668</w:t>
        <w:br/>
        <w:t>v -2.513471 17.189457 -0.003164</w:t>
        <w:br/>
        <w:t>v -2.098298 16.276337 -0.267545</w:t>
        <w:br/>
        <w:t>v -2.100255 16.349014 -0.113757</w:t>
        <w:br/>
        <w:t>v -2.100593 16.365072 -0.127595</w:t>
        <w:br/>
        <w:t>v -2.097105 16.297773 -0.269956</w:t>
        <w:br/>
        <w:t>v -2.098298 16.276337 -0.267545</w:t>
        <w:br/>
        <w:t>v -2.097105 16.297773 -0.269956</w:t>
        <w:br/>
        <w:t>v -2.095761 16.447010 -0.061540</w:t>
        <w:br/>
        <w:t>v -2.096877 16.463070 -0.075322</w:t>
        <w:br/>
        <w:t>v -2.177268 16.621437 0.300896</w:t>
        <w:br/>
        <w:t>v -2.194294 16.682705 0.295769</w:t>
        <w:br/>
        <w:t>v -2.183949 16.690048 0.278404</w:t>
        <w:br/>
        <w:t>v -2.167853 16.627708 0.282313</w:t>
        <w:br/>
        <w:t>v -2.137047 16.549435 0.237169</w:t>
        <w:br/>
        <w:t>v -2.140731 16.533924 0.251446</w:t>
        <w:br/>
        <w:t>v -2.221428 16.730152 0.320598</w:t>
        <w:br/>
        <w:t>v -2.214735 16.744804 0.305216</w:t>
        <w:br/>
        <w:t>v -2.284788 16.798584 0.353352</w:t>
        <w:br/>
        <w:t>v -2.275929 16.806622 0.336768</w:t>
        <w:br/>
        <w:t>v -2.382182 16.987865 0.285374</w:t>
        <w:br/>
        <w:t>v -2.368052 16.985825 0.268259</w:t>
        <w:br/>
        <w:t>v -2.450848 17.140961 0.173038</w:t>
        <w:br/>
        <w:t>v -2.465045 17.166470 0.068108</w:t>
        <w:br/>
        <w:t>v -2.448248 17.156250 0.058287</w:t>
        <w:br/>
        <w:t>v -2.434632 17.132530 0.161886</w:t>
        <w:br/>
        <w:t>v -2.085415 16.464859 0.124060</w:t>
        <w:br/>
        <w:t>v -2.087516 16.485756 0.119307</w:t>
        <w:br/>
        <w:t>v -2.078160 16.495003 -0.000943</w:t>
        <w:br/>
        <w:t>v -2.075253 16.473610 0.002696</w:t>
        <w:br/>
        <w:t>v 2.968448 9.756443 -3.291448</w:t>
        <w:br/>
        <w:t>v 3.003101 9.698679 -3.326096</w:t>
        <w:br/>
        <w:t>v 2.996755 9.718898 -3.366077</w:t>
        <w:br/>
        <w:t>v 2.961967 9.776654 -3.331428</w:t>
        <w:br/>
        <w:t>v 2.999600 9.851830 -3.247860</w:t>
        <w:br/>
        <w:t>v 2.993023 9.872045 -3.287840</w:t>
        <w:br/>
        <w:t>v 3.121839 9.678891 -3.354360</w:t>
        <w:br/>
        <w:t>v 3.115708 9.699105 -3.394341</w:t>
        <w:br/>
        <w:t>v 3.421141 9.955640 -3.311332</w:t>
        <w:br/>
        <w:t>v 3.427248 9.935426 -3.271351</w:t>
        <w:br/>
        <w:t>v 3.390107 9.992372 -3.236892</w:t>
        <w:br/>
        <w:t>v 3.383998 10.012586 -3.276873</w:t>
        <w:br/>
        <w:t>v 3.286681 10.012982 -3.210595</w:t>
        <w:br/>
        <w:t>v 3.280381 10.033192 -3.250575</w:t>
        <w:br/>
        <w:t>v 3.382647 9.847824 -3.359949</w:t>
        <w:br/>
        <w:t>v 3.388757 9.827619 -3.319969</w:t>
        <w:br/>
        <w:t>v 3.388757 9.827619 -3.319969</w:t>
        <w:br/>
        <w:t>v 3.382647 9.847824 -3.359949</w:t>
        <w:br/>
        <w:t>v 3.382647 9.847824 -3.359949</w:t>
        <w:br/>
        <w:t>v 3.421141 9.955640 -3.311332</w:t>
        <w:br/>
        <w:t>v 3.383998 10.012586 -3.276873</w:t>
        <w:br/>
        <w:t>v 3.280381 10.033192 -3.250575</w:t>
        <w:br/>
        <w:t>v 3.115708 9.699105 -3.394341</w:t>
        <w:br/>
        <w:t>v 2.993023 9.872045 -3.287840</w:t>
        <w:br/>
        <w:t>v 2.961967 9.776654 -3.331428</w:t>
        <w:br/>
        <w:t>v 2.996755 9.718898 -3.366077</w:t>
        <w:br/>
        <w:t>v 3.121839 9.678891 -3.354360</w:t>
        <w:br/>
        <w:t>v 3.003101 9.698679 -3.326096</w:t>
        <w:br/>
        <w:t>v 2.968448 9.756443 -3.291448</w:t>
        <w:br/>
        <w:t>v 2.999600 9.851830 -3.247860</w:t>
        <w:br/>
        <w:t>v 3.286681 10.012982 -3.210595</w:t>
        <w:br/>
        <w:t>v 3.388757 9.827619 -3.319969</w:t>
        <w:br/>
        <w:t>v 3.390107 9.992372 -3.236892</w:t>
        <w:br/>
        <w:t>v 3.427248 9.935426 -3.271351</w:t>
        <w:br/>
        <w:t>v 3.307526 10.281337 -3.043882</w:t>
        <w:br/>
        <w:t>v 3.290201 10.333973 -3.148004</w:t>
        <w:br/>
        <w:t>v 3.359571 10.157224 -3.248137</w:t>
        <w:br/>
        <w:t>v 3.375878 10.104626 -3.144071</w:t>
        <w:br/>
        <w:t>v 3.196893 10.221276 -3.057096</w:t>
        <w:br/>
        <w:t>v 3.119520 10.087587 -3.112877</w:t>
        <w:br/>
        <w:t>v 3.102052 10.140200 -3.216956</w:t>
        <w:br/>
        <w:t>v 3.179381 10.273903 -3.161212</w:t>
        <w:br/>
        <w:t>v 3.272196 10.292637 -3.032630</w:t>
        <w:br/>
        <w:t>v 3.254648 10.345276 -3.136761</w:t>
        <w:br/>
        <w:t>v 3.272196 10.292637 -3.032630</w:t>
        <w:br/>
        <w:t>v 3.254648 10.345276 -3.136761</w:t>
        <w:br/>
        <w:t>v 3.299490 9.905849 -3.232943</w:t>
        <w:br/>
        <w:t>v 3.283476 9.958431 -3.336953</w:t>
        <w:br/>
        <w:t>v 3.107203 9.984920 -3.163098</w:t>
        <w:br/>
        <w:t>v 3.090016 10.037516 -3.267149</w:t>
        <w:br/>
        <w:t>v 3.274884 9.743101 -3.444419</w:t>
        <w:br/>
        <w:t>v 3.290772 9.690551 -3.340472</w:t>
        <w:br/>
        <w:t>v 3.434725 9.671547 -3.372079</w:t>
        <w:br/>
        <w:t>v 3.418844 9.724089 -3.476009</w:t>
        <w:br/>
        <w:t>v 3.412452 9.890630 -3.390901</w:t>
        <w:br/>
        <w:t>v 3.428340 9.838063 -3.286923</w:t>
        <w:br/>
        <w:t>v 3.322886 9.870630 -3.254341</w:t>
        <w:br/>
        <w:t>v 3.306993 9.923204 -3.358339</w:t>
        <w:br/>
        <w:t>v 3.511262 9.811280 -3.446075</w:t>
        <w:br/>
        <w:t>v 3.527147 9.758737 -3.342125</w:t>
        <w:br/>
        <w:t>v 3.555496 9.683483 -3.384501</w:t>
        <w:br/>
        <w:t>v 3.539616 9.736019 -3.488424</w:t>
        <w:br/>
        <w:t>v 3.539616 9.736019 -3.488424</w:t>
        <w:br/>
        <w:t>v 3.555496 9.683483 -3.384501</w:t>
        <w:br/>
        <w:t>v 3.566763 9.708666 -3.373492</w:t>
        <w:br/>
        <w:t>v 3.550880 9.761209 -3.477422</w:t>
        <w:br/>
        <w:t>v 3.008536 10.024876 -3.127379</w:t>
        <w:br/>
        <w:t>v 2.850407 10.025108 -3.102461</w:t>
        <w:br/>
        <w:t>v 2.832104 10.077724 -3.206544</w:t>
        <w:br/>
        <w:t>v 2.990810 10.077485 -3.231449</w:t>
        <w:br/>
        <w:t>v 2.749187 9.996640 -3.101085</w:t>
        <w:br/>
        <w:t>v 2.730671 10.049253 -3.205165</w:t>
        <w:br/>
        <w:t>v 2.730671 10.049253 -3.205165</w:t>
        <w:br/>
        <w:t>v 2.749187 9.996640 -3.101085</w:t>
        <w:br/>
        <w:t>v 2.741730 9.961424 -3.117865</w:t>
        <w:br/>
        <w:t>v 2.723309 10.014021 -3.221938</w:t>
        <w:br/>
        <w:t>v 2.867206 9.818596 -3.210217</w:t>
        <w:br/>
        <w:t>v 2.849695 9.871178 -3.314236</w:t>
        <w:br/>
        <w:t>v 3.085863 9.786275 -3.260594</w:t>
        <w:br/>
        <w:t>v 3.069302 9.838841 -3.364586</w:t>
        <w:br/>
        <w:t>v 3.107203 9.984920 -3.163098</w:t>
        <w:br/>
        <w:t>v 3.090016 10.037516 -3.267149</w:t>
        <w:br/>
        <w:t>v 3.090801 9.802668 -3.386191</w:t>
        <w:br/>
        <w:t>v 3.107134 9.750104 -3.282212</w:t>
        <w:br/>
        <w:t>v 3.086872 9.647745 -3.330933</w:t>
        <w:br/>
        <w:t>v 3.070854 9.700291 -3.434882</w:t>
        <w:br/>
        <w:t>v 3.223980 9.615509 -3.501098</w:t>
        <w:br/>
        <w:t>v 3.239861 9.562982 -3.397185</w:t>
        <w:br/>
        <w:t>v 3.290772 9.690551 -3.340472</w:t>
        <w:br/>
        <w:t>v 3.274884 9.743101 -3.444419</w:t>
        <w:br/>
        <w:t>v 3.113964 9.528529 -3.395364</w:t>
        <w:br/>
        <w:t>v 3.098084 9.581060 -3.499275</w:t>
        <w:br/>
        <w:t>v 3.142008 9.472014 -3.428219</w:t>
        <w:br/>
        <w:t>v 3.126133 9.524536 -3.532112</w:t>
        <w:br/>
        <w:t>v 3.171005 9.469275 -3.434039</w:t>
        <w:br/>
        <w:t>v 3.155129 9.521787 -3.537930</w:t>
        <w:br/>
        <w:t>v 3.155129 9.521787 -3.537930</w:t>
        <w:br/>
        <w:t>v 3.171005 9.469275 -3.434039</w:t>
        <w:br/>
        <w:t>v 3.179381 10.273903 -3.161212</w:t>
        <w:br/>
        <w:t>v 3.290201 10.333973 -3.148004</w:t>
        <w:br/>
        <w:t>v 3.254648 10.345276 -3.136761</w:t>
        <w:br/>
        <w:t>v 3.102052 10.140200 -3.216956</w:t>
        <w:br/>
        <w:t>v 3.359571 10.157224 -3.248137</w:t>
        <w:br/>
        <w:t>v 3.090016 10.037516 -3.267149</w:t>
        <w:br/>
        <w:t>v 3.283476 9.958431 -3.336953</w:t>
        <w:br/>
        <w:t>v 2.723309 10.014021 -3.221938</w:t>
        <w:br/>
        <w:t>v 2.832104 10.077724 -3.206544</w:t>
        <w:br/>
        <w:t>v 2.730671 10.049253 -3.205165</w:t>
        <w:br/>
        <w:t>v 2.849695 9.871178 -3.314236</w:t>
        <w:br/>
        <w:t>v 2.990810 10.077485 -3.231449</w:t>
        <w:br/>
        <w:t>v 3.069302 9.838841 -3.364586</w:t>
        <w:br/>
        <w:t>v 3.090801 9.802668 -3.386191</w:t>
        <w:br/>
        <w:t>v 3.306993 9.923204 -3.358339</w:t>
        <w:br/>
        <w:t>v 3.418844 9.724089 -3.476009</w:t>
        <w:br/>
        <w:t>v 3.539616 9.736019 -3.488424</w:t>
        <w:br/>
        <w:t>v 3.550880 9.761209 -3.477422</w:t>
        <w:br/>
        <w:t>v 3.511262 9.811280 -3.446075</w:t>
        <w:br/>
        <w:t>v 3.412452 9.890630 -3.390901</w:t>
        <w:br/>
        <w:t>v 3.274884 9.743101 -3.444419</w:t>
        <w:br/>
        <w:t>v 3.070854 9.700291 -3.434882</w:t>
        <w:br/>
        <w:t>v 3.223980 9.615509 -3.501098</w:t>
        <w:br/>
        <w:t>v 3.098084 9.581060 -3.499275</w:t>
        <w:br/>
        <w:t>v 3.126133 9.524536 -3.532112</w:t>
        <w:br/>
        <w:t>v 3.155129 9.521787 -3.537930</w:t>
        <w:br/>
        <w:t>v 3.307526 10.281337 -3.043882</w:t>
        <w:br/>
        <w:t>v 3.196893 10.221276 -3.057096</w:t>
        <w:br/>
        <w:t>v 3.272196 10.292637 -3.032630</w:t>
        <w:br/>
        <w:t>v 3.375878 10.104626 -3.144071</w:t>
        <w:br/>
        <w:t>v 3.119520 10.087587 -3.112877</w:t>
        <w:br/>
        <w:t>v 3.299490 9.905849 -3.232943</w:t>
        <w:br/>
        <w:t>v 3.107203 9.984920 -3.163098</w:t>
        <w:br/>
        <w:t>v 2.850407 10.025108 -3.102461</w:t>
        <w:br/>
        <w:t>v 2.741730 9.961424 -3.117865</w:t>
        <w:br/>
        <w:t>v 2.749187 9.996640 -3.101085</w:t>
        <w:br/>
        <w:t>v 3.008536 10.024876 -3.127379</w:t>
        <w:br/>
        <w:t>v 2.867206 9.818596 -3.210217</w:t>
        <w:br/>
        <w:t>v 3.085863 9.786275 -3.260594</w:t>
        <w:br/>
        <w:t>v 3.322886 9.870630 -3.254341</w:t>
        <w:br/>
        <w:t>v 3.107134 9.750104 -3.282212</w:t>
        <w:br/>
        <w:t>v 3.239861 9.562982 -3.397185</w:t>
        <w:br/>
        <w:t>v 3.171005 9.469275 -3.434039</w:t>
        <w:br/>
        <w:t>v 3.142008 9.472014 -3.428219</w:t>
        <w:br/>
        <w:t>v 3.113964 9.528529 -3.395364</w:t>
        <w:br/>
        <w:t>v 3.086872 9.647745 -3.330933</w:t>
        <w:br/>
        <w:t>v 3.290772 9.690551 -3.340472</w:t>
        <w:br/>
        <w:t>v 3.428340 9.838063 -3.286923</w:t>
        <w:br/>
        <w:t>v 3.434725 9.671547 -3.372079</w:t>
        <w:br/>
        <w:t>v 3.527147 9.758737 -3.342125</w:t>
        <w:br/>
        <w:t>v 3.566763 9.708666 -3.373492</w:t>
        <w:br/>
        <w:t>v 3.555496 9.683483 -3.384501</w:t>
        <w:br/>
        <w:t>v -2.968548 9.756443 -3.291448</w:t>
        <w:br/>
        <w:t>v -2.962045 9.776654 -3.331428</w:t>
        <w:br/>
        <w:t>v -2.996785 9.718898 -3.366077</w:t>
        <w:br/>
        <w:t>v -3.003144 9.698679 -3.326096</w:t>
        <w:br/>
        <w:t>v -2.999746 9.851830 -3.247860</w:t>
        <w:br/>
        <w:t>v -2.993144 9.872045 -3.287840</w:t>
        <w:br/>
        <w:t>v -3.115708 9.699105 -3.394341</w:t>
        <w:br/>
        <w:t>v -3.121840 9.678891 -3.354360</w:t>
        <w:br/>
        <w:t>v -3.421141 9.955640 -3.311332</w:t>
        <w:br/>
        <w:t>v -3.383998 10.012586 -3.276873</w:t>
        <w:br/>
        <w:t>v -3.390107 9.992372 -3.236892</w:t>
        <w:br/>
        <w:t>v -3.427248 9.935426 -3.271351</w:t>
        <w:br/>
        <w:t>v -3.280396 10.033192 -3.250575</w:t>
        <w:br/>
        <w:t>v -3.286706 10.012982 -3.210595</w:t>
        <w:br/>
        <w:t>v -3.382647 9.847824 -3.359949</w:t>
        <w:br/>
        <w:t>v -3.388757 9.827619 -3.319969</w:t>
        <w:br/>
        <w:t>v -3.388757 9.827619 -3.319969</w:t>
        <w:br/>
        <w:t>v -3.382647 9.847824 -3.359949</w:t>
        <w:br/>
        <w:t>v -3.383998 10.012586 -3.276873</w:t>
        <w:br/>
        <w:t>v -3.421141 9.955640 -3.311332</w:t>
        <w:br/>
        <w:t>v -3.382647 9.847824 -3.359949</w:t>
        <w:br/>
        <w:t>v -3.280396 10.033192 -3.250575</w:t>
        <w:br/>
        <w:t>v -3.115708 9.699105 -3.394341</w:t>
        <w:br/>
        <w:t>v -2.993144 9.872045 -3.287840</w:t>
        <w:br/>
        <w:t>v -2.962045 9.776654 -3.331428</w:t>
        <w:br/>
        <w:t>v -2.996785 9.718898 -3.366077</w:t>
        <w:br/>
        <w:t>v -2.968548 9.756443 -3.291448</w:t>
        <w:br/>
        <w:t>v -3.003144 9.698679 -3.326096</w:t>
        <w:br/>
        <w:t>v -3.121840 9.678891 -3.354360</w:t>
        <w:br/>
        <w:t>v -2.999746 9.851830 -3.247860</w:t>
        <w:br/>
        <w:t>v -3.286706 10.012982 -3.210595</w:t>
        <w:br/>
        <w:t>v -3.388757 9.827619 -3.319969</w:t>
        <w:br/>
        <w:t>v -3.390107 9.992372 -3.236892</w:t>
        <w:br/>
        <w:t>v -3.427248 9.935426 -3.271351</w:t>
        <w:br/>
        <w:t>v -3.307682 10.281337 -3.043882</w:t>
        <w:br/>
        <w:t>v -3.375901 10.104626 -3.144071</w:t>
        <w:br/>
        <w:t>v -3.359574 10.157224 -3.248137</w:t>
        <w:br/>
        <w:t>v -3.290287 10.333973 -3.148004</w:t>
        <w:br/>
        <w:t>v -3.102214 10.140200 -3.216956</w:t>
        <w:br/>
        <w:t>v -3.119764 10.087587 -3.112877</w:t>
        <w:br/>
        <w:t>v -3.197137 10.221276 -3.057096</w:t>
        <w:br/>
        <w:t>v -3.179542 10.273903 -3.161212</w:t>
        <w:br/>
        <w:t>v -3.254770 10.345276 -3.136761</w:t>
        <w:br/>
        <w:t>v -3.272400 10.292637 -3.032630</w:t>
        <w:br/>
        <w:t>v -3.272400 10.292637 -3.032630</w:t>
        <w:br/>
        <w:t>v -3.254770 10.345276 -3.136761</w:t>
        <w:br/>
        <w:t>v -3.299496 9.905849 -3.232943</w:t>
        <w:br/>
        <w:t>v -3.283476 9.958431 -3.336953</w:t>
        <w:br/>
        <w:t>v -3.090123 10.037516 -3.267149</w:t>
        <w:br/>
        <w:t>v -3.107378 9.984920 -3.163098</w:t>
        <w:br/>
        <w:t>v -3.274884 9.743101 -3.444419</w:t>
        <w:br/>
        <w:t>v -3.418844 9.724089 -3.476009</w:t>
        <w:br/>
        <w:t>v -3.434725 9.671547 -3.372079</w:t>
        <w:br/>
        <w:t>v -3.290772 9.690551 -3.340472</w:t>
        <w:br/>
        <w:t>v -3.412452 9.890630 -3.390901</w:t>
        <w:br/>
        <w:t>v -3.306993 9.923204 -3.358339</w:t>
        <w:br/>
        <w:t>v -3.322886 9.870630 -3.254341</w:t>
        <w:br/>
        <w:t>v -3.428340 9.838063 -3.286923</w:t>
        <w:br/>
        <w:t>v -3.511262 9.811280 -3.446075</w:t>
        <w:br/>
        <w:t>v -3.527147 9.758737 -3.342125</w:t>
        <w:br/>
        <w:t>v -3.539616 9.736019 -3.488424</w:t>
        <w:br/>
        <w:t>v -3.555496 9.683483 -3.384501</w:t>
        <w:br/>
        <w:t>v -3.539616 9.736019 -3.488424</w:t>
        <w:br/>
        <w:t>v -3.550880 9.761209 -3.477422</w:t>
        <w:br/>
        <w:t>v -3.566763 9.708666 -3.373492</w:t>
        <w:br/>
        <w:t>v -3.555496 9.683483 -3.384501</w:t>
        <w:br/>
        <w:t>v -2.832569 10.077724 -3.206544</w:t>
        <w:br/>
        <w:t>v -2.851009 10.025108 -3.102461</w:t>
        <w:br/>
        <w:t>v -3.008876 10.024876 -3.127379</w:t>
        <w:br/>
        <w:t>v -2.991051 10.077485 -3.231449</w:t>
        <w:br/>
        <w:t>v -2.731261 10.049253 -3.205165</w:t>
        <w:br/>
        <w:t>v -2.749933 9.996640 -3.101085</w:t>
        <w:br/>
        <w:t>v -2.731261 10.049253 -3.205165</w:t>
        <w:br/>
        <w:t>v -2.723861 10.014021 -3.221938</w:t>
        <w:br/>
        <w:t>v -2.742432 9.961424 -3.117865</w:t>
        <w:br/>
        <w:t>v -2.749933 9.996640 -3.101085</w:t>
        <w:br/>
        <w:t>v -2.867507 9.818596 -3.210217</w:t>
        <w:br/>
        <w:t>v -2.849903 9.871178 -3.314236</w:t>
        <w:br/>
        <w:t>v -3.069326 9.838841 -3.364586</w:t>
        <w:br/>
        <w:t>v -3.085922 9.786275 -3.260594</w:t>
        <w:br/>
        <w:t>v -3.107378 9.984920 -3.163098</w:t>
        <w:br/>
        <w:t>v -3.090123 10.037516 -3.267149</w:t>
        <w:br/>
        <w:t>v -3.090809 9.802668 -3.386191</w:t>
        <w:br/>
        <w:t>v -3.070854 9.700291 -3.434882</w:t>
        <w:br/>
        <w:t>v -3.086878 9.647745 -3.330933</w:t>
        <w:br/>
        <w:t>v -3.107165 9.750104 -3.282212</w:t>
        <w:br/>
        <w:t>v -3.223980 9.615509 -3.501098</w:t>
        <w:br/>
        <w:t>v -3.274884 9.743101 -3.444419</w:t>
        <w:br/>
        <w:t>v -3.290772 9.690551 -3.340472</w:t>
        <w:br/>
        <w:t>v -3.239861 9.562982 -3.397185</w:t>
        <w:br/>
        <w:t>v -3.098084 9.581060 -3.499275</w:t>
        <w:br/>
        <w:t>v -3.113964 9.528529 -3.395364</w:t>
        <w:br/>
        <w:t>v -3.126133 9.524536 -3.532112</w:t>
        <w:br/>
        <w:t>v -3.142008 9.472014 -3.428219</w:t>
        <w:br/>
        <w:t>v -3.155129 9.521787 -3.537930</w:t>
        <w:br/>
        <w:t>v -3.171005 9.469275 -3.434039</w:t>
        <w:br/>
        <w:t>v -3.155129 9.521787 -3.537930</w:t>
        <w:br/>
        <w:t>v -3.171005 9.469275 -3.434039</w:t>
        <w:br/>
        <w:t>v -3.290287 10.333973 -3.148004</w:t>
        <w:br/>
        <w:t>v -3.179542 10.273903 -3.161212</w:t>
        <w:br/>
        <w:t>v -3.254770 10.345276 -3.136761</w:t>
        <w:br/>
        <w:t>v -3.102214 10.140200 -3.216956</w:t>
        <w:br/>
        <w:t>v -3.359574 10.157224 -3.248137</w:t>
        <w:br/>
        <w:t>v -3.090123 10.037516 -3.267149</w:t>
        <w:br/>
        <w:t>v -3.283476 9.958431 -3.336953</w:t>
        <w:br/>
        <w:t>v -2.832569 10.077724 -3.206544</w:t>
        <w:br/>
        <w:t>v -2.723861 10.014021 -3.221938</w:t>
        <w:br/>
        <w:t>v -2.731261 10.049253 -3.205165</w:t>
        <w:br/>
        <w:t>v -2.991051 10.077485 -3.231449</w:t>
        <w:br/>
        <w:t>v -2.849903 9.871178 -3.314236</w:t>
        <w:br/>
        <w:t>v -3.069326 9.838841 -3.364586</w:t>
        <w:br/>
        <w:t>v -3.306993 9.923204 -3.358339</w:t>
        <w:br/>
        <w:t>v -3.090809 9.802668 -3.386191</w:t>
        <w:br/>
        <w:t>v -3.550880 9.761209 -3.477422</w:t>
        <w:br/>
        <w:t>v -3.539616 9.736019 -3.488424</w:t>
        <w:br/>
        <w:t>v -3.418844 9.724089 -3.476009</w:t>
        <w:br/>
        <w:t>v -3.511262 9.811280 -3.446075</w:t>
        <w:br/>
        <w:t>v -3.412452 9.890630 -3.390901</w:t>
        <w:br/>
        <w:t>v -3.274884 9.743101 -3.444419</w:t>
        <w:br/>
        <w:t>v -3.223980 9.615509 -3.501098</w:t>
        <w:br/>
        <w:t>v -3.070854 9.700291 -3.434882</w:t>
        <w:br/>
        <w:t>v -3.098084 9.581060 -3.499275</w:t>
        <w:br/>
        <w:t>v -3.126133 9.524536 -3.532112</w:t>
        <w:br/>
        <w:t>v -3.155129 9.521787 -3.537930</w:t>
        <w:br/>
        <w:t>v -3.197137 10.221276 -3.057096</w:t>
        <w:br/>
        <w:t>v -3.307682 10.281337 -3.043882</w:t>
        <w:br/>
        <w:t>v -3.272400 10.292637 -3.032630</w:t>
        <w:br/>
        <w:t>v -3.119764 10.087587 -3.112877</w:t>
        <w:br/>
        <w:t>v -3.375901 10.104626 -3.144071</w:t>
        <w:br/>
        <w:t>v -3.107378 9.984920 -3.163098</w:t>
        <w:br/>
        <w:t>v -3.299496 9.905849 -3.232943</w:t>
        <w:br/>
        <w:t>v -2.742432 9.961424 -3.117865</w:t>
        <w:br/>
        <w:t>v -2.851009 10.025108 -3.102461</w:t>
        <w:br/>
        <w:t>v -2.749933 9.996640 -3.101085</w:t>
        <w:br/>
        <w:t>v -3.008876 10.024876 -3.127379</w:t>
        <w:br/>
        <w:t>v -2.867507 9.818596 -3.210217</w:t>
        <w:br/>
        <w:t>v -3.085922 9.786275 -3.260594</w:t>
        <w:br/>
        <w:t>v -3.107165 9.750104 -3.282212</w:t>
        <w:br/>
        <w:t>v -3.322886 9.870630 -3.254341</w:t>
        <w:br/>
        <w:t>v -3.142008 9.472014 -3.428219</w:t>
        <w:br/>
        <w:t>v -3.171005 9.469275 -3.434039</w:t>
        <w:br/>
        <w:t>v -3.239861 9.562982 -3.397185</w:t>
        <w:br/>
        <w:t>v -3.113964 9.528529 -3.395364</w:t>
        <w:br/>
        <w:t>v -3.086878 9.647745 -3.330933</w:t>
        <w:br/>
        <w:t>v -3.290772 9.690551 -3.340472</w:t>
        <w:br/>
        <w:t>v -3.434725 9.671547 -3.372079</w:t>
        <w:br/>
        <w:t>v -3.428340 9.838063 -3.286923</w:t>
        <w:br/>
        <w:t>v -3.527147 9.758737 -3.342125</w:t>
        <w:br/>
        <w:t>v -3.566763 9.708666 -3.373492</w:t>
        <w:br/>
        <w:t>v -3.555496 9.683483 -3.384501</w:t>
        <w:br/>
        <w:t>v -2.372821 11.025089 -2.595795</w:t>
        <w:br/>
        <w:t>v -1.999435 11.633873 -2.247685</w:t>
        <w:br/>
        <w:t>v -1.982155 11.644875 -2.267515</w:t>
        <w:br/>
        <w:t>v -2.356478 11.035192 -2.617915</w:t>
        <w:br/>
        <w:t>v -2.372821 11.025089 -2.595795</w:t>
        <w:br/>
        <w:t>v -2.559120 11.133788 -2.569438</w:t>
        <w:br/>
        <w:t>v -2.187463 11.744539 -2.220204</w:t>
        <w:br/>
        <w:t>v -1.999435 11.633873 -2.247685</w:t>
        <w:br/>
        <w:t>v -2.559120 11.133788 -2.569438</w:t>
        <w:br/>
        <w:t>v -2.562632 11.160404 -2.586111</w:t>
        <w:br/>
        <w:t>v -2.189764 11.773170 -2.233573</w:t>
        <w:br/>
        <w:t>v -2.187463 11.744539 -2.220204</w:t>
        <w:br/>
        <w:t>v -1.742306 12.037626 -2.041272</w:t>
        <w:br/>
        <w:t>v -1.784281 11.963168 -2.084584</w:t>
        <w:br/>
        <w:t>v -1.801988 11.951696 -2.065949</w:t>
        <w:br/>
        <w:t>v -1.762388 12.024529 -2.020771</w:t>
        <w:br/>
        <w:t>v -1.763980 12.070011 -1.998206</w:t>
        <w:br/>
        <w:t>v -1.762388 12.024529 -2.020771</w:t>
        <w:br/>
        <w:t>v -1.990528 12.063389 -2.037881</w:t>
        <w:br/>
        <w:t>v -1.801988 11.951696 -2.065949</w:t>
        <w:br/>
        <w:t>v -1.741922 12.081409 -2.019598</w:t>
        <w:br/>
        <w:t>v -1.763980 12.070011 -1.998206</w:t>
        <w:br/>
        <w:t>v -1.927199 12.174348 -1.999422</w:t>
        <w:br/>
        <w:t>v -1.926312 12.143945 -1.984857</w:t>
        <w:br/>
        <w:t>v -1.990528 12.063389 -2.037881</w:t>
        <w:br/>
        <w:t>v -1.992202 12.093071 -2.049525</w:t>
        <w:br/>
        <w:t>v -1.926312 12.143945 -1.984857</w:t>
        <w:br/>
        <w:t>v -1.879193 12.158110 -1.971240</w:t>
        <w:br/>
        <w:t>v -1.829405 12.152902 -1.966653</w:t>
        <w:br/>
        <w:t>v -1.829405 12.152902 -1.966653</w:t>
        <w:br/>
        <w:t>v -1.879193 12.158110 -1.971240</w:t>
        <w:br/>
        <w:t>v -1.880557 12.188558 -1.986222</w:t>
        <w:br/>
        <w:t>v -1.829954 12.182620 -1.982054</w:t>
        <w:br/>
        <w:t>v -1.795228 12.137998 -1.969750</w:t>
        <w:br/>
        <w:t>v -1.786827 12.158963 -1.987648</w:t>
        <w:br/>
        <w:t>v -1.774183 12.109676 -1.980385</w:t>
        <w:br/>
        <w:t>v -1.757353 12.123674 -2.000908</w:t>
        <w:br/>
        <w:t>v -1.795228 12.137998 -1.969750</w:t>
        <w:br/>
        <w:t>v -1.774183 12.109676 -1.980385</w:t>
        <w:br/>
        <w:t>v -3.097876 9.807523 -3.292016</w:t>
        <w:br/>
        <w:t>v -3.083835 9.815828 -3.318715</w:t>
        <w:br/>
        <w:t>v -3.296814 9.934876 -3.291188</w:t>
        <w:br/>
        <w:t>v -3.289055 9.912292 -3.267906</w:t>
        <w:br/>
        <w:t>v -2.187463 11.744539 -2.220204</w:t>
        <w:br/>
        <w:t>v -3.078731 9.840609 -3.322028</w:t>
        <w:br/>
        <w:t>v -2.719687 10.445755 -2.975998</w:t>
        <w:br/>
        <w:t>v -2.910249 10.554218 -2.950564</w:t>
        <w:br/>
        <w:t>v -3.273196 9.949217 -3.296513</w:t>
        <w:br/>
        <w:t>v -2.910249 10.554218 -2.950564</w:t>
        <w:br/>
        <w:t>v -2.928663 10.547641 -2.938649</w:t>
        <w:br/>
        <w:t>v -3.296814 9.934876 -3.291188</w:t>
        <w:br/>
        <w:t>v -3.273196 9.949217 -3.296513</w:t>
        <w:br/>
        <w:t>v -3.083835 9.815828 -3.318715</w:t>
        <w:br/>
        <w:t>v -2.722080 10.425510 -2.968315</w:t>
        <w:br/>
        <w:t>v -2.719687 10.445755 -2.975998</w:t>
        <w:br/>
        <w:t>v -3.078731 9.840609 -3.322028</w:t>
        <w:br/>
        <w:t>v -3.078731 9.840609 -3.322028</w:t>
        <w:br/>
        <w:t>v -3.273196 9.949217 -3.296513</w:t>
        <w:br/>
        <w:t>v -3.296814 9.934876 -3.291188</w:t>
        <w:br/>
        <w:t>v -3.083835 9.815828 -3.318715</w:t>
        <w:br/>
        <w:t>v -3.097876 9.807523 -3.292016</w:t>
        <w:br/>
        <w:t>v -2.737439 10.416306 -2.943906</w:t>
        <w:br/>
        <w:t>v -2.722080 10.425509 -2.968315</w:t>
        <w:br/>
        <w:t>v -3.083835 9.815828 -3.318715</w:t>
        <w:br/>
        <w:t>v -3.097876 9.807523 -3.292016</w:t>
        <w:br/>
        <w:t>v -3.289055 9.912292 -3.267906</w:t>
        <w:br/>
        <w:t>v -2.923409 10.523040 -2.918672</w:t>
        <w:br/>
        <w:t>v -2.737439 10.416306 -2.943906</w:t>
        <w:br/>
        <w:t>v -3.289055 9.912292 -3.267906</w:t>
        <w:br/>
        <w:t>v -3.296814 9.934876 -3.291188</w:t>
        <w:br/>
        <w:t>v -2.928664 10.547640 -2.938649</w:t>
        <w:br/>
        <w:t>v -2.923409 10.523040 -2.918672</w:t>
        <w:br/>
        <w:t>v -1.985340 11.656046 -2.283938</w:t>
        <w:br/>
        <w:t>v -2.356711 11.050900 -2.629967</w:t>
        <w:br/>
        <w:t>v -2.356477 11.035192 -2.617914</w:t>
        <w:br/>
        <w:t>v -1.982155 11.644875 -2.267515</w:t>
        <w:br/>
        <w:t>v -2.356711 11.050900 -2.629967</w:t>
        <w:br/>
        <w:t>v -1.985340 11.656046 -2.283938</w:t>
        <w:br/>
        <w:t>v -2.180524 11.764222 -2.258669</w:t>
        <w:br/>
        <w:t>v -2.548647 11.159221 -2.604616</w:t>
        <w:br/>
        <w:t>v -2.548647 11.159221 -2.604616</w:t>
        <w:br/>
        <w:t>v -2.180524 11.764222 -2.258669</w:t>
        <w:br/>
        <w:t>v -2.189764 11.773170 -2.233573</w:t>
        <w:br/>
        <w:t>v -2.562632 11.160404 -2.586111</w:t>
        <w:br/>
        <w:t>v -1.326514 12.632146 -1.704970</w:t>
        <w:br/>
        <w:t>v -1.642635 12.127082 -2.005172</w:t>
        <w:br/>
        <w:t>v -1.646429 12.116527 -1.981768</w:t>
        <w:br/>
        <w:t>v -1.329438 12.622650 -1.680929</w:t>
        <w:br/>
        <w:t>v -1.646429 12.116527 -1.981768</w:t>
        <w:br/>
        <w:t>v -1.915429 12.271838 -1.944120</w:t>
        <w:br/>
        <w:t>v -1.596650 12.785605 -1.638689</w:t>
        <w:br/>
        <w:t>v -1.329438 12.622650 -1.680929</w:t>
        <w:br/>
        <w:t>v -0.752368 13.523118 -1.139988</w:t>
        <w:br/>
        <w:t>v -1.043641 13.072886 -1.410458</w:t>
        <w:br/>
        <w:t>v -1.316660 13.229733 -1.371886</w:t>
        <w:br/>
        <w:t>v -1.027605 13.673862 -1.105083</w:t>
        <w:br/>
        <w:t>v -1.316660 13.229733 -1.371886</w:t>
        <w:br/>
        <w:t>v -1.313176 13.240216 -1.395333</w:t>
        <w:br/>
        <w:t>v -1.023671 13.685322 -1.127944</w:t>
        <w:br/>
        <w:t>v -1.027605 13.673862 -1.105083</w:t>
        <w:br/>
        <w:t>v -1.593652 12.795111 -1.662724</w:t>
        <w:br/>
        <w:t>v -1.911452 12.282401 -1.967519</w:t>
        <w:br/>
        <w:t>v -1.642635 12.127082 -2.005172</w:t>
        <w:br/>
        <w:t>v -1.326514 12.632146 -1.704970</w:t>
        <w:br/>
        <w:t>v -1.915429 12.271838 -1.944120</w:t>
        <w:br/>
        <w:t>v -1.911452 12.282401 -1.967519</w:t>
        <w:br/>
        <w:t>v -1.593652 12.795111 -1.662724</w:t>
        <w:br/>
        <w:t>v -1.596650 12.785605 -1.638689</w:t>
        <w:br/>
        <w:t>v -1.313176 13.240216 -1.395333</w:t>
        <w:br/>
        <w:t>v -1.040314 13.083358 -1.433910</w:t>
        <w:br/>
        <w:t>v -0.748549 13.534572 -1.162852</w:t>
        <w:br/>
        <w:t>v -1.023671 13.685322 -1.127944</w:t>
        <w:br/>
        <w:t>v -1.040314 13.083358 -1.433910</w:t>
        <w:br/>
        <w:t>v -1.043641 13.072886 -1.410458</w:t>
        <w:br/>
        <w:t>v -0.752368 13.523118 -1.139988</w:t>
        <w:br/>
        <w:t>v -0.748549 13.534572 -1.162852</w:t>
        <w:br/>
        <w:t>v -1.952640 11.622018 -2.305374</w:t>
        <w:br/>
        <w:t>v -2.223039 11.769692 -2.272315</w:t>
        <w:br/>
        <w:t>v -2.227713 11.758071 -2.249550</w:t>
        <w:br/>
        <w:t>v -1.957285 11.610403 -2.282607</w:t>
        <w:br/>
        <w:t>v -2.223039 11.769692 -2.272315</w:t>
        <w:br/>
        <w:t>v -1.952640 11.622018 -2.305374</w:t>
        <w:br/>
        <w:t>v -2.227713 11.758071 -2.249550</w:t>
        <w:br/>
        <w:t>v -2.223039 11.769692 -2.272315</w:t>
        <w:br/>
        <w:t>v -1.957285 11.610403 -2.282607</w:t>
        <w:br/>
        <w:t>v -2.227713 11.758071 -2.249550</w:t>
        <w:br/>
        <w:t>v -1.952640 11.622018 -2.305374</w:t>
        <w:br/>
        <w:t>v -1.957285 11.610403 -2.282607</w:t>
        <w:br/>
        <w:t>v 1.978387 11.644875 -2.267515</w:t>
        <w:br/>
        <w:t>v 1.995620 11.633873 -2.247685</w:t>
        <w:br/>
        <w:t>v 2.370179 11.025089 -2.595795</w:t>
        <w:br/>
        <w:t>v 2.353874 11.035192 -2.617915</w:t>
        <w:br/>
        <w:t>v 2.183985 11.744539 -2.220204</w:t>
        <w:br/>
        <w:t>v 2.556866 11.133788 -2.569438</w:t>
        <w:br/>
        <w:t>v 2.370179 11.025089 -2.595795</w:t>
        <w:br/>
        <w:t>v 1.995620 11.633873 -2.247685</w:t>
        <w:br/>
        <w:t>v 2.186355 11.773170 -2.233573</w:t>
        <w:br/>
        <w:t>v 2.560457 11.160404 -2.586111</w:t>
        <w:br/>
        <w:t>v 2.556866 11.133788 -2.569438</w:t>
        <w:br/>
        <w:t>v 2.183985 11.744539 -2.220204</w:t>
        <w:br/>
        <w:t>v 1.797588 11.951696 -2.065949</w:t>
        <w:br/>
        <w:t>v 1.779927 11.963168 -2.084584</w:t>
        <w:br/>
        <w:t>v 1.737815 12.037626 -2.041272</w:t>
        <w:br/>
        <w:t>v 1.757858 12.024529 -2.020771</w:t>
        <w:br/>
        <w:t>v 1.757858 12.024529 -2.020771</w:t>
        <w:br/>
        <w:t>v 1.759411 12.070011 -1.998206</w:t>
        <w:br/>
        <w:t>v 1.986459 12.063389 -2.037881</w:t>
        <w:br/>
        <w:t>v 1.797588 11.951696 -2.065949</w:t>
        <w:br/>
        <w:t>v 1.737391 12.081409 -2.019598</w:t>
        <w:br/>
        <w:t>v 1.759411 12.070011 -1.998206</w:t>
        <w:br/>
        <w:t>v 1.986459 12.063389 -2.037881</w:t>
        <w:br/>
        <w:t>v 1.922018 12.143945 -1.984857</w:t>
        <w:br/>
        <w:t>v 1.922983 12.174348 -1.999422</w:t>
        <w:br/>
        <w:t>v 1.988194 12.093071 -2.049525</w:t>
        <w:br/>
        <w:t>v 1.922018 12.143945 -1.984857</w:t>
        <w:br/>
        <w:t>v 1.874798 12.158110 -1.971240</w:t>
        <w:br/>
        <w:t>v 1.824925 12.152902 -1.966653</w:t>
        <w:br/>
        <w:t>v 1.876245 12.188558 -1.986222</w:t>
        <w:br/>
        <w:t>v 1.874798 12.158110 -1.971240</w:t>
        <w:br/>
        <w:t>v 1.824925 12.152902 -1.966653</w:t>
        <w:br/>
        <w:t>v 1.825557 12.182620 -1.982054</w:t>
        <w:br/>
        <w:t>v 1.790688 12.137998 -1.969750</w:t>
        <w:br/>
        <w:t>v 1.782347 12.158963 -1.987648</w:t>
        <w:br/>
        <w:t>v 1.769609 12.109676 -1.980385</w:t>
        <w:br/>
        <w:t>v 1.752825 12.123674 -2.000908</w:t>
        <w:br/>
        <w:t>v 1.790688 12.137998 -1.969750</w:t>
        <w:br/>
        <w:t>v 1.769609 12.109676 -1.980385</w:t>
        <w:br/>
        <w:t>v 3.296813 9.934876 -3.291188</w:t>
        <w:br/>
        <w:t>v 3.083800 9.815828 -3.318715</w:t>
        <w:br/>
        <w:t>v 3.097835 9.807523 -3.292016</w:t>
        <w:br/>
        <w:t>v 3.289052 9.912292 -3.267906</w:t>
        <w:br/>
        <w:t>v 2.183985 11.744539 -2.220204</w:t>
        <w:br/>
        <w:t>v 3.078691 9.840609 -3.322028</w:t>
        <w:br/>
        <w:t>v 3.273194 9.949217 -3.296513</w:t>
        <w:br/>
        <w:t>v 2.909347 10.554218 -2.950564</w:t>
        <w:br/>
        <w:t>v 2.718448 10.445755 -2.975998</w:t>
        <w:br/>
        <w:t>v 3.296813 9.934876 -3.291188</w:t>
        <w:br/>
        <w:t>v 2.927772 10.547641 -2.938649</w:t>
        <w:br/>
        <w:t>v 2.909347 10.554218 -2.950564</w:t>
        <w:br/>
        <w:t>v 3.273194 9.949217 -3.296513</w:t>
        <w:br/>
        <w:t>v 2.718448 10.445755 -2.975998</w:t>
        <w:br/>
        <w:t>v 2.720825 10.425510 -2.968315</w:t>
        <w:br/>
        <w:t>v 3.083800 9.815828 -3.318715</w:t>
        <w:br/>
        <w:t>v 3.078691 9.840609 -3.322028</w:t>
        <w:br/>
        <w:t>v 3.296813 9.934876 -3.291188</w:t>
        <w:br/>
        <w:t>v 3.273194 9.949217 -3.296513</w:t>
        <w:br/>
        <w:t>v 3.078691 9.840609 -3.322028</w:t>
        <w:br/>
        <w:t>v 3.083800 9.815828 -3.318715</w:t>
        <w:br/>
        <w:t>v 2.720826 10.425509 -2.968315</w:t>
        <w:br/>
        <w:t>v 2.736155 10.416306 -2.943906</w:t>
        <w:br/>
        <w:t>v 3.097835 9.807523 -3.292016</w:t>
        <w:br/>
        <w:t>v 3.083800 9.815828 -3.318715</w:t>
        <w:br/>
        <w:t>v 2.922461 10.523040 -2.918672</w:t>
        <w:br/>
        <w:t>v 3.289052 9.912292 -3.267906</w:t>
        <w:br/>
        <w:t>v 3.097835 9.807523 -3.292016</w:t>
        <w:br/>
        <w:t>v 2.736155 10.416306 -2.943906</w:t>
        <w:br/>
        <w:t>v 2.927773 10.547640 -2.938649</w:t>
        <w:br/>
        <w:t>v 3.296813 9.934876 -3.291188</w:t>
        <w:br/>
        <w:t>v 3.289052 9.912292 -3.267906</w:t>
        <w:br/>
        <w:t>v 2.922461 10.523040 -2.918672</w:t>
        <w:br/>
        <w:t>v 2.353874 11.035192 -2.617914</w:t>
        <w:br/>
        <w:t>v 2.354156 11.050900 -2.629967</w:t>
        <w:br/>
        <w:t>v 1.981646 11.656046 -2.283938</w:t>
        <w:br/>
        <w:t>v 1.978387 11.644875 -2.267515</w:t>
        <w:br/>
        <w:t>v 2.354156 11.050900 -2.629967</w:t>
        <w:br/>
        <w:t>v 2.546499 11.159221 -2.604616</w:t>
        <w:br/>
        <w:t>v 2.177177 11.764222 -2.258669</w:t>
        <w:br/>
        <w:t>v 1.981646 11.656046 -2.283938</w:t>
        <w:br/>
        <w:t>v 2.186355 11.773170 -2.233573</w:t>
        <w:br/>
        <w:t>v 2.177177 11.764222 -2.258669</w:t>
        <w:br/>
        <w:t>v 2.546499 11.159221 -2.604616</w:t>
        <w:br/>
        <w:t>v 2.560456 11.160404 -2.586111</w:t>
        <w:br/>
        <w:t>v 1.321169 12.632146 -1.704970</w:t>
        <w:br/>
        <w:t>v 1.324020 12.622650 -1.680929</w:t>
        <w:br/>
        <w:t>v 1.641662 12.116527 -1.981768</w:t>
        <w:br/>
        <w:t>v 1.637948 12.127082 -2.005172</w:t>
        <w:br/>
        <w:t>v 1.591591 12.785605 -1.638689</w:t>
        <w:br/>
        <w:t>v 1.911131 12.271838 -1.944120</w:t>
        <w:br/>
        <w:t>v 1.641662 12.116527 -1.981768</w:t>
        <w:br/>
        <w:t>v 1.324020 12.622650 -1.680929</w:t>
        <w:br/>
        <w:t>v 0.747014 13.523118 -1.139988</w:t>
        <w:br/>
        <w:t>v 1.022747 13.673862 -1.105083</w:t>
        <w:br/>
        <w:t>v 1.311139 13.229733 -1.371886</w:t>
        <w:br/>
        <w:t>v 1.037840 13.072886 -1.410458</w:t>
        <w:br/>
        <w:t>v 1.311139 13.229733 -1.371886</w:t>
        <w:br/>
        <w:t>v 1.022747 13.673862 -1.105083</w:t>
        <w:br/>
        <w:t>v 1.018870 13.685322 -1.127944</w:t>
        <w:br/>
        <w:t>v 1.307721 13.240216 -1.395333</w:t>
        <w:br/>
        <w:t>v 1.637948 12.127082 -2.005172</w:t>
        <w:br/>
        <w:t>v 1.907237 12.282401 -1.967519</w:t>
        <w:br/>
        <w:t>v 1.588661 12.795111 -1.662724</w:t>
        <w:br/>
        <w:t>v 1.321169 12.632146 -1.704970</w:t>
        <w:br/>
        <w:t>v 1.911131 12.271838 -1.944120</w:t>
        <w:br/>
        <w:t>v 1.591591 12.785605 -1.638689</w:t>
        <w:br/>
        <w:t>v 1.588661 12.795111 -1.662724</w:t>
        <w:br/>
        <w:t>v 1.907237 12.282401 -1.967519</w:t>
        <w:br/>
        <w:t>v 1.307721 13.240216 -1.395333</w:t>
        <w:br/>
        <w:t>v 1.018870 13.685322 -1.127944</w:t>
        <w:br/>
        <w:t>v 0.743247 13.534572 -1.162852</w:t>
        <w:br/>
        <w:t>v 1.034570 13.083358 -1.433910</w:t>
        <w:br/>
        <w:t>v 1.034570 13.083358 -1.433910</w:t>
        <w:br/>
        <w:t>v 0.743247 13.534572 -1.162852</w:t>
        <w:br/>
        <w:t>v 0.747014 13.523118 -1.139988</w:t>
        <w:br/>
        <w:t>v 1.037840 13.072886 -1.410458</w:t>
        <w:br/>
        <w:t>v 1.948899 11.622018 -2.305374</w:t>
        <w:br/>
        <w:t>v 1.953461 11.610403 -2.282607</w:t>
        <w:br/>
        <w:t>v 2.224424 11.758071 -2.249550</w:t>
        <w:br/>
        <w:t>v 2.219826 11.769692 -2.272315</w:t>
        <w:br/>
        <w:t>v 1.948899 11.622018 -2.305374</w:t>
        <w:br/>
        <w:t>v 2.219826 11.769692 -2.272315</w:t>
        <w:br/>
        <w:t>v 2.219826 11.769692 -2.272315</w:t>
        <w:br/>
        <w:t>v 2.224424 11.758071 -2.249550</w:t>
        <w:br/>
        <w:t>v 2.224424 11.758071 -2.249550</w:t>
        <w:br/>
        <w:t>v 1.953461 11.610403 -2.282607</w:t>
        <w:br/>
        <w:t>v 1.948899 11.622018 -2.305374</w:t>
        <w:br/>
        <w:t>v 1.953461 11.610403 -2.282607</w:t>
        <w:br/>
        <w:t>v 0.967364 12.579052 -1.091500</w:t>
        <w:br/>
        <w:t>v 0.736164 12.922904 -0.981420</w:t>
        <w:br/>
        <w:t>v 0.817688 12.944008 -0.955223</w:t>
        <w:br/>
        <w:t>v 0.765243 12.852157 -1.007838</w:t>
        <w:br/>
        <w:t>v 0.723877 12.800181 -1.039951</w:t>
        <w:br/>
        <w:t>v 0.854867 12.633203 -1.089596</w:t>
        <w:br/>
        <w:t>v 0.885917 12.557948 -1.117697</w:t>
        <w:br/>
        <w:t>v 0.781693 12.658809 -1.092740</w:t>
        <w:br/>
        <w:t>v 0.819209 12.949315 -1.026751</w:t>
        <w:br/>
        <w:t>v 0.817688 12.944008 -0.955223</w:t>
        <w:br/>
        <w:t>v 0.736164 12.922904 -0.981420</w:t>
        <w:br/>
        <w:t>v 0.774622 12.937772 -1.041079</w:t>
        <w:br/>
        <w:t>v 0.736164 12.922904 -0.981420</w:t>
        <w:br/>
        <w:t>v 0.765243 12.852157 -1.007838</w:t>
        <w:br/>
        <w:t>v 0.800279 12.875293 -1.064409</w:t>
        <w:br/>
        <w:t>v 0.774622 12.937772 -1.041079</w:t>
        <w:br/>
        <w:t>v 0.723877 12.800181 -1.039951</w:t>
        <w:br/>
        <w:t>v 0.758925 12.823318 -1.096522</w:t>
        <w:br/>
        <w:t>v 0.800279 12.875293 -1.064409</w:t>
        <w:br/>
        <w:t>v 0.765243 12.852157 -1.007838</w:t>
        <w:br/>
        <w:t>v 0.910338 12.606765 -1.164678</w:t>
        <w:br/>
        <w:t>v 0.885917 12.557948 -1.117697</w:t>
        <w:br/>
        <w:t>v 0.967364 12.579052 -1.091500</w:t>
        <w:br/>
        <w:t>v 0.954874 12.618307 -1.150351</w:t>
        <w:br/>
        <w:t>v 0.781693 12.658809 -1.092740</w:t>
        <w:br/>
        <w:t>v 0.854867 12.633203 -1.089596</w:t>
        <w:br/>
        <w:t>v 0.882826 12.673370 -1.139808</w:t>
        <w:br/>
        <w:t>v 0.809675 12.698978 -1.142952</w:t>
        <w:br/>
        <w:t>v 0.885917 12.557948 -1.117697</w:t>
        <w:br/>
        <w:t>v 0.910338 12.606765 -1.164678</w:t>
        <w:br/>
        <w:t>v 0.882826 12.673370 -1.139808</w:t>
        <w:br/>
        <w:t>v 0.854867 12.633203 -1.089596</w:t>
        <w:br/>
        <w:t>v 0.723877 12.800181 -1.039951</w:t>
        <w:br/>
        <w:t>v 0.781693 12.658809 -1.092740</w:t>
        <w:br/>
        <w:t>v 0.809675 12.698978 -1.142952</w:t>
        <w:br/>
        <w:t>v 0.758925 12.823318 -1.096522</w:t>
        <w:br/>
        <w:t>v 0.819209 12.949315 -1.026751</w:t>
        <w:br/>
        <w:t>v 0.954874 12.618307 -1.150351</w:t>
        <w:br/>
        <w:t>v 0.967364 12.579052 -1.091500</w:t>
        <w:br/>
        <w:t>v 0.817688 12.944008 -0.955223</w:t>
        <w:br/>
        <w:t>v 0.774622 12.937772 -1.041079</w:t>
        <w:br/>
        <w:t>v 0.954874 12.618307 -1.150351</w:t>
        <w:br/>
        <w:t>v 0.819209 12.949315 -1.026751</w:t>
        <w:br/>
        <w:t>v 0.800279 12.875293 -1.064409</w:t>
        <w:br/>
        <w:t>v 0.758925 12.823318 -1.096522</w:t>
        <w:br/>
        <w:t>v 0.882826 12.673370 -1.139808</w:t>
        <w:br/>
        <w:t>v 0.910338 12.606765 -1.164678</w:t>
        <w:br/>
        <w:t>v 0.809675 12.698978 -1.142952</w:t>
        <w:br/>
        <w:t>v -0.742640 12.922903 -0.981420</w:t>
        <w:br/>
        <w:t>v -0.973848 12.579051 -1.091500</w:t>
        <w:br/>
        <w:t>v -0.824172 12.944007 -0.955223</w:t>
        <w:br/>
        <w:t>v -0.771736 12.852156 -1.007838</w:t>
        <w:br/>
        <w:t>v -0.730331 12.800180 -1.039951</w:t>
        <w:br/>
        <w:t>v -0.861322 12.633202 -1.089596</w:t>
        <w:br/>
        <w:t>v -0.892412 12.557947 -1.117696</w:t>
        <w:br/>
        <w:t>v -0.788110 12.658808 -1.092740</w:t>
        <w:br/>
        <w:t>v -0.742640 12.922903 -0.981420</w:t>
        <w:br/>
        <w:t>v -0.824172 12.944007 -0.955223</w:t>
        <w:br/>
        <w:t>v -0.825691 12.949314 -1.026751</w:t>
        <w:br/>
        <w:t>v -0.781100 12.937771 -1.041079</w:t>
        <w:br/>
        <w:t>v -0.742640 12.922903 -0.981420</w:t>
        <w:br/>
        <w:t>v -0.781100 12.937771 -1.041079</w:t>
        <w:br/>
        <w:t>v -0.806765 12.875292 -1.064409</w:t>
        <w:br/>
        <w:t>v -0.771736 12.852156 -1.007838</w:t>
        <w:br/>
        <w:t>v -0.806765 12.875292 -1.064409</w:t>
        <w:br/>
        <w:t>v -0.765377 12.823318 -1.096522</w:t>
        <w:br/>
        <w:t>v -0.730331 12.800180 -1.039951</w:t>
        <w:br/>
        <w:t>v -0.771736 12.852156 -1.007838</w:t>
        <w:br/>
        <w:t>v -0.973848 12.579051 -1.091500</w:t>
        <w:br/>
        <w:t>v -0.892412 12.557947 -1.117696</w:t>
        <w:br/>
        <w:t>v -0.916810 12.606764 -1.164678</w:t>
        <w:br/>
        <w:t>v -0.961341 12.618306 -1.150351</w:t>
        <w:br/>
        <w:t>v -0.788110 12.658808 -1.092740</w:t>
        <w:br/>
        <w:t>v -0.816074 12.698977 -1.142952</w:t>
        <w:br/>
        <w:t>v -0.889257 12.673369 -1.139808</w:t>
        <w:br/>
        <w:t>v -0.861322 12.633202 -1.089596</w:t>
        <w:br/>
        <w:t>v -0.889257 12.673369 -1.139808</w:t>
        <w:br/>
        <w:t>v -0.916810 12.606764 -1.164678</w:t>
        <w:br/>
        <w:t>v -0.892412 12.557947 -1.117696</w:t>
        <w:br/>
        <w:t>v -0.861322 12.633202 -1.089596</w:t>
        <w:br/>
        <w:t>v -0.730331 12.800180 -1.039951</w:t>
        <w:br/>
        <w:t>v -0.765377 12.823318 -1.096522</w:t>
        <w:br/>
        <w:t>v -0.816074 12.698977 -1.142952</w:t>
        <w:br/>
        <w:t>v -0.788110 12.658808 -1.092740</w:t>
        <w:br/>
        <w:t>v -0.973848 12.579051 -1.091500</w:t>
        <w:br/>
        <w:t>v -0.961341 12.618306 -1.150351</w:t>
        <w:br/>
        <w:t>v -0.825691 12.949314 -1.026751</w:t>
        <w:br/>
        <w:t>v -0.824172 12.944007 -0.955223</w:t>
        <w:br/>
        <w:t>v -0.961341 12.618306 -1.150351</w:t>
        <w:br/>
        <w:t>v -0.781100 12.937771 -1.041079</w:t>
        <w:br/>
        <w:t>v -0.825691 12.949314 -1.026751</w:t>
        <w:br/>
        <w:t>v -0.806765 12.875292 -1.064409</w:t>
        <w:br/>
        <w:t>v -0.765377 12.823318 -1.096522</w:t>
        <w:br/>
        <w:t>v -0.889257 12.673369 -1.139808</w:t>
        <w:br/>
        <w:t>v -0.916810 12.606764 -1.164678</w:t>
        <w:br/>
        <w:t>v -0.816074 12.698977 -1.142952</w:t>
        <w:br/>
        <w:t>v 3.330913 16.222345 -0.614886</w:t>
        <w:br/>
        <w:t>v 3.413304 16.183285 -0.631270</w:t>
        <w:br/>
        <w:t>v 3.469539 16.149527 -0.637700</w:t>
        <w:br/>
        <w:t>v 3.546371 16.018269 -0.645556</w:t>
        <w:br/>
        <w:t>v 3.505278 15.981601 -0.631117</w:t>
        <w:br/>
        <w:t>v 3.208461 15.869705 -0.298518</w:t>
        <w:br/>
        <w:t>v 3.234426 15.891767 -0.109714</w:t>
        <w:br/>
        <w:t>v 3.208461 15.869705 -0.298518</w:t>
        <w:br/>
        <w:t>v 3.301648 15.983595 -0.007071</w:t>
        <w:br/>
        <w:t>v 3.394908 16.127115 0.038822</w:t>
        <w:br/>
        <w:t>v 3.369904 16.201159 -0.624459</w:t>
        <w:br/>
        <w:t>v 3.339076 16.147194 -0.639250</w:t>
        <w:br/>
        <w:t>v 3.382143 16.127123 -0.657763</w:t>
        <w:br/>
        <w:t>v 3.296443 16.066614 -0.620731</w:t>
        <w:br/>
        <w:t>v 3.299947 16.175293 -0.628604</w:t>
        <w:br/>
        <w:t>v 3.311206 16.093273 -0.638870</w:t>
        <w:br/>
        <w:t>v 3.346593 16.072630 -0.659104</w:t>
        <w:br/>
        <w:t>v 3.403762 16.041363 -0.662801</w:t>
        <w:br/>
        <w:t>v 3.437056 16.093470 -0.658229</w:t>
        <w:br/>
        <w:t>v 3.510886 16.123049 -0.635469</w:t>
        <w:br/>
        <w:t>v 3.478011 16.069536 -0.654703</w:t>
        <w:br/>
        <w:t>v 3.449952 16.016165 -0.659129</w:t>
        <w:br/>
        <w:t>v 3.431186 15.979490 -0.628187</w:t>
        <w:br/>
        <w:t>v 3.589179 16.098755 -0.626943</w:t>
        <w:br/>
        <w:t>v 3.551481 16.086037 -0.630280</w:t>
        <w:br/>
        <w:t>v -3.726621 15.773870 -0.603085</w:t>
        <w:br/>
        <w:t>v -3.041775 15.982321 -0.289753</w:t>
        <w:br/>
        <w:t>v -3.140610 15.921894 -0.292661</w:t>
        <w:br/>
        <w:t>v -3.163490 15.970473 -0.470669</w:t>
        <w:br/>
        <w:t>v -3.210017 15.869083 -0.294960</w:t>
        <w:br/>
        <w:t>v -3.118416 16.127586 -0.585534</w:t>
        <w:br/>
        <w:t>v -3.186034 16.250484 -0.632631</w:t>
        <w:br/>
        <w:t>v -3.245803 16.365013 -0.608101</w:t>
        <w:br/>
        <w:t>v -3.235069 16.012791 0.021051</w:t>
        <w:br/>
        <w:t>v -3.303758 15.982581 -0.003612</w:t>
        <w:br/>
        <w:t>v -3.331385 16.222260 -0.614886</w:t>
        <w:br/>
        <w:t>v -3.264270 16.120331 -0.608308</w:t>
        <w:br/>
        <w:t>v -3.300419 16.175207 -0.628603</w:t>
        <w:br/>
        <w:t>v -3.228216 16.060465 -0.586691</w:t>
        <w:br/>
        <w:t>v -3.370376 16.201073 -0.624459</w:t>
        <w:br/>
        <w:t>v -3.339075 16.147194 -0.639250</w:t>
        <w:br/>
        <w:t>v -3.296916 16.066528 -0.620731</w:t>
        <w:br/>
        <w:t>v -3.311205 16.093269 -0.638870</w:t>
        <w:br/>
        <w:t>v -3.347065 16.072540 -0.659104</w:t>
        <w:br/>
        <w:t>v -3.328596 16.036499 -0.630154</w:t>
        <w:br/>
        <w:t>v -3.505750 15.981514 -0.631117</w:t>
        <w:br/>
        <w:t>v -3.546844 16.018185 -0.645555</w:t>
        <w:br/>
        <w:t>v -3.589651 16.098669 -0.626943</w:t>
        <w:br/>
        <w:t>v -3.551953 16.085951 -0.630280</w:t>
        <w:br/>
        <w:t>v 0.338993 20.729950 -0.747405</w:t>
        <w:br/>
        <w:t>v 0.310227 20.767641 -0.690495</w:t>
        <w:br/>
        <w:t>v 0.311848 20.998217 -0.797103</w:t>
        <w:br/>
        <w:t>v 0.369074 20.885223 -0.831235</w:t>
        <w:br/>
        <w:t>v 0.209714 20.706057 -0.798375</w:t>
        <w:br/>
        <w:t>v 0.338993 20.729950 -0.747405</w:t>
        <w:br/>
        <w:t>v 0.369074 20.885223 -0.831235</w:t>
        <w:br/>
        <w:t>v 0.236211 20.832680 -0.876302</w:t>
        <w:br/>
        <w:t>v 0.319593 21.103653 -0.904726</w:t>
        <w:br/>
        <w:t>v 0.392053 20.964056 -0.951401</w:t>
        <w:br/>
        <w:t>v 0.392053 20.964056 -0.951401</w:t>
        <w:br/>
        <w:t>v 0.236555 20.862753 -0.946918</w:t>
        <w:br/>
        <w:t>v 0.201591 21.128271 -1.266156</w:t>
        <w:br/>
        <w:t>v 0.142651 21.066784 -1.379790</w:t>
        <w:br/>
        <w:t>v 0.206046 21.104330 -1.415850</w:t>
        <w:br/>
        <w:t>v 0.220747 21.146151 -1.270881</w:t>
        <w:br/>
        <w:t>v 0.343299 21.164806 -1.296844</w:t>
        <w:br/>
        <w:t>v 0.352594 21.115973 -1.419243</w:t>
        <w:br/>
        <w:t>v 0.465623 20.982769 -1.296101</w:t>
        <w:br/>
        <w:t>v 0.438056 21.021490 -1.197632</w:t>
        <w:br/>
        <w:t>v 0.438056 21.021490 -1.197632</w:t>
        <w:br/>
        <w:t>v 0.465623 20.982769 -1.296101</w:t>
        <w:br/>
        <w:t>v 0.260197 20.826723 -1.134979</w:t>
        <w:br/>
        <w:t>v 0.252014 20.883291 -1.065879</w:t>
        <w:br/>
        <w:t>v 0.114380 20.973003 -1.445895</w:t>
        <w:br/>
        <w:t>v 0.184406 20.990108 -1.495961</w:t>
        <w:br/>
        <w:t>v 0.357292 20.982002 -1.507961</w:t>
        <w:br/>
        <w:t>v 0.507583 20.870483 -1.388760</w:t>
        <w:br/>
        <w:t>v 0.507583 20.870483 -1.388760</w:t>
        <w:br/>
        <w:t>v 0.273125 20.729897 -1.199728</w:t>
        <w:br/>
        <w:t>v 0.057993 20.778824 -1.555595</w:t>
        <w:br/>
        <w:t>v 0.150550 20.806473 -1.590053</w:t>
        <w:br/>
        <w:t>v 0.356831 20.785042 -1.600098</w:t>
        <w:br/>
        <w:t>v 0.548975 20.684364 -1.485323</w:t>
        <w:br/>
        <w:t>v 0.548975 20.684364 -1.485323</w:t>
        <w:br/>
        <w:t>v 0.278505 20.592518 -1.286685</w:t>
        <w:br/>
        <w:t>v 0.026034 20.545746 -1.651882</w:t>
        <w:br/>
        <w:t>v 0.118952 20.558659 -1.682107</w:t>
        <w:br/>
        <w:t>v 0.350242 20.520531 -1.685355</w:t>
        <w:br/>
        <w:t>v 0.566728 20.416756 -1.582907</w:t>
        <w:br/>
        <w:t>v 0.566728 20.416756 -1.582907</w:t>
        <w:br/>
        <w:t>v 0.271864 20.368233 -1.385760</w:t>
        <w:br/>
        <w:t>v 0.009155 20.330582 -1.722403</w:t>
        <w:br/>
        <w:t>v 0.102188 20.360170 -1.745948</w:t>
        <w:br/>
        <w:t>v 0.334896 20.310831 -1.742673</w:t>
        <w:br/>
        <w:t>v 0.562198 20.219765 -1.644344</w:t>
        <w:br/>
        <w:t>v 0.562198 20.219765 -1.644344</w:t>
        <w:br/>
        <w:t>v 0.259747 20.177576 -1.448586</w:t>
        <w:br/>
        <w:t>v 0.003480 20.137981 -1.782093</w:t>
        <w:br/>
        <w:t>v 0.086484 20.169420 -1.799309</w:t>
        <w:br/>
        <w:t>v 0.319501 20.130186 -1.795013</w:t>
        <w:br/>
        <w:t>v 0.550404 20.057076 -1.683309</w:t>
        <w:br/>
        <w:t>v 0.550404 20.057076 -1.683309</w:t>
        <w:br/>
        <w:t>v 0.244235 20.005190 -1.499211</w:t>
        <w:br/>
        <w:t>v 0.003111 19.927410 -1.833174</w:t>
        <w:br/>
        <w:t>v 0.066750 19.964598 -1.852436</w:t>
        <w:br/>
        <w:t>v 0.302846 19.946030 -1.850749</w:t>
        <w:br/>
        <w:t>v 0.537030 19.900204 -1.715828</w:t>
        <w:br/>
        <w:t>v 0.537030 19.900204 -1.715828</w:t>
        <w:br/>
        <w:t>v 0.233022 19.834890 -1.524506</w:t>
        <w:br/>
        <w:t>v 0.000420 19.734867 -1.869381</w:t>
        <w:br/>
        <w:t>v 0.060873 19.751293 -1.888409</w:t>
        <w:br/>
        <w:t>v 0.286786 19.749912 -1.885018</w:t>
        <w:br/>
        <w:t>v 0.517268 19.709793 -1.735070</w:t>
        <w:br/>
        <w:t>v 0.517268 19.709793 -1.735070</w:t>
        <w:br/>
        <w:t>v 0.225872 19.661968 -1.546966</w:t>
        <w:br/>
        <w:t>v 0.061757 19.564243 -1.906977</w:t>
        <w:br/>
        <w:t>v 0.008041 19.548763 -1.873215</w:t>
        <w:br/>
        <w:t>v 0.020639 19.367813 -1.855127</w:t>
        <w:br/>
        <w:t>v 0.072153 19.378391 -1.900045</w:t>
        <w:br/>
        <w:t>v 0.545688 19.568516 -1.727994</w:t>
        <w:br/>
        <w:t>v 0.520468 19.566574 -1.709432</w:t>
        <w:br/>
        <w:t>v 0.044991 19.088387 -1.796545</w:t>
        <w:br/>
        <w:t>v 0.104466 19.089180 -1.851852</w:t>
        <w:br/>
        <w:t>v 0.354556 19.069023 -1.876794</w:t>
        <w:br/>
        <w:t>v 0.444249 19.090927 -1.777781</w:t>
        <w:br/>
        <w:t>v 0.470125 19.406151 -1.790921</w:t>
        <w:br/>
        <w:t>v 0.311197 19.372520 -1.916669</w:t>
        <w:br/>
        <w:t>v 0.637038 19.167957 -1.666473</w:t>
        <w:br/>
        <w:t>v 0.521864 19.170174 -1.622764</w:t>
        <w:br/>
        <w:t>v 0.517510 19.431137 -1.679947</w:t>
        <w:br/>
        <w:t>v 0.578677 19.436050 -1.716727</w:t>
        <w:br/>
        <w:t>v 0.392476 18.815712 -1.822415</w:t>
        <w:br/>
        <w:t>v 0.446955 18.836021 -1.749019</w:t>
        <w:br/>
        <w:t>v 0.698138 18.910587 -1.602726</w:t>
        <w:br/>
        <w:t>v 0.526657 18.912144 -1.558288</w:t>
        <w:br/>
        <w:t>v 0.423363 18.589447 -1.742497</w:t>
        <w:br/>
        <w:t>v 0.456537 18.593184 -1.707594</w:t>
        <w:br/>
        <w:t>v 0.757912 18.642523 -1.528438</w:t>
        <w:br/>
        <w:t>v 0.536232 18.606213 -1.469042</w:t>
        <w:br/>
        <w:t>v 0.813317 18.359442 -1.442210</w:t>
        <w:br/>
        <w:t>v 0.555897 18.378256 -1.393542</w:t>
        <w:br/>
        <w:t>v 0.053968 18.389416 -1.574858</w:t>
        <w:br/>
        <w:t>v -0.000430 18.370443 -1.428903</w:t>
        <w:br/>
        <w:t>v 0.000318 18.227285 -1.397622</w:t>
        <w:br/>
        <w:t>v 0.054847 18.260075 -1.544808</w:t>
        <w:br/>
        <w:t>v 0.833307 18.208603 -1.397668</w:t>
        <w:br/>
        <w:t>v 0.567492 18.237598 -1.354087</w:t>
        <w:br/>
        <w:t>v 0.060072 18.122244 -1.520198</w:t>
        <w:br/>
        <w:t>v 0.005219 18.084528 -1.367625</w:t>
        <w:br/>
        <w:t>v -0.000621 17.926128 -1.343202</w:t>
        <w:br/>
        <w:t>v 0.055535 17.922287 -1.500993</w:t>
        <w:br/>
        <w:t>v 0.834050 18.058109 -1.351878</w:t>
        <w:br/>
        <w:t>v 0.813688 17.878080 -1.300769</w:t>
        <w:br/>
        <w:t>v 0.539386 17.934385 -1.281680</w:t>
        <w:br/>
        <w:t>v 0.562254 18.098196 -1.317727</w:t>
        <w:br/>
        <w:t>v 0.051237 17.763775 -1.508927</w:t>
        <w:br/>
        <w:t>v -0.016069 17.743757 -1.327495</w:t>
        <w:br/>
        <w:t>v -0.040839 17.496262 -1.326098</w:t>
        <w:br/>
        <w:t>v 0.014775 17.533136 -1.546384</w:t>
        <w:br/>
        <w:t>v 0.603179 17.437109 -1.191597</w:t>
        <w:br/>
        <w:t>v 0.489646 17.705463 -1.238499</w:t>
        <w:br/>
        <w:t>v 0.735228 17.661808 -1.244695</w:t>
        <w:br/>
        <w:t>v -0.095887 17.260862 -1.356467</w:t>
        <w:br/>
        <w:t>v -0.027180 17.288210 -1.599611</w:t>
        <w:br/>
        <w:t>v 0.277352 17.204796 -1.628280</w:t>
        <w:br/>
        <w:t>v 0.443166 17.123674 -1.210633</w:t>
        <w:br/>
        <w:t>v 0.603179 17.437109 -1.191597</w:t>
        <w:br/>
        <w:t>v 0.336695 17.474112 -1.610764</w:t>
        <w:br/>
        <w:t>v 0.443166 17.123674 -1.210633</w:t>
        <w:br/>
        <w:t>v 0.221568 17.162868 -1.248398</w:t>
        <w:br/>
        <w:t>v 0.317071 17.442499 -1.222002</w:t>
        <w:br/>
        <w:t>v -0.144470 17.078983 -1.402801</w:t>
        <w:br/>
        <w:t>v -0.055848 17.107353 -1.655840</w:t>
        <w:br/>
        <w:t>v 0.226314 17.033350 -1.655477</w:t>
        <w:br/>
        <w:t>v 0.337780 16.865583 -1.310345</w:t>
        <w:br/>
        <w:t>v 0.337780 16.865583 -1.310345</w:t>
        <w:br/>
        <w:t>v 0.156606 16.965919 -1.278980</w:t>
        <w:br/>
        <w:t>v -0.191544 16.896952 -1.476489</w:t>
        <w:br/>
        <w:t>v -0.240227 16.716192 -1.570888</w:t>
        <w:br/>
        <w:t>v -0.146206 16.775543 -1.817046</w:t>
        <w:br/>
        <w:t>v -0.090617 16.939659 -1.749119</w:t>
        <w:br/>
        <w:t>v 0.083593 16.724813 -1.781604</w:t>
        <w:br/>
        <w:t>v 0.178723 16.560102 -1.487061</w:t>
        <w:br/>
        <w:t>v 0.257173 16.694853 -1.399025</w:t>
        <w:br/>
        <w:t>v 0.164808 16.876816 -1.708388</w:t>
        <w:br/>
        <w:t>v 0.086913 16.775997 -1.334135</w:t>
        <w:br/>
        <w:t>v 0.257173 16.694853 -1.399025</w:t>
        <w:br/>
        <w:t>v 0.178723 16.560102 -1.487061</w:t>
        <w:br/>
        <w:t>v 0.015387 16.585360 -1.407826</w:t>
        <w:br/>
        <w:t>v -0.287438 16.534409 -1.662168</w:t>
        <w:br/>
        <w:t>v -0.203723 16.609377 -1.885838</w:t>
        <w:br/>
        <w:t>v 0.007202 16.573599 -1.840633</w:t>
        <w:br/>
        <w:t>v 0.109295 16.441353 -1.573120</w:t>
        <w:br/>
        <w:t>v 0.109295 16.441353 -1.573120</w:t>
        <w:br/>
        <w:t>v -0.063178 16.430162 -1.500962</w:t>
        <w:br/>
        <w:t>v -0.312707 16.418051 -1.732007</w:t>
        <w:br/>
        <w:t>v -0.334192 16.215958 -1.807733</w:t>
        <w:br/>
        <w:t>v -0.267450 16.272791 -1.969310</w:t>
        <w:br/>
        <w:t>v -0.235814 16.492428 -1.921718</w:t>
        <w:br/>
        <w:t>v -0.100570 16.247082 -1.898937</w:t>
        <w:br/>
        <w:t>v -0.024177 16.177132 -1.706660</w:t>
        <w:br/>
        <w:t>v 0.051424 16.342037 -1.627984</w:t>
        <w:br/>
        <w:t>v -0.032563 16.464773 -1.869944</w:t>
        <w:br/>
        <w:t>v 0.051424 16.342037 -1.627984</w:t>
        <w:br/>
        <w:t>v -0.024177 16.177132 -1.706660</w:t>
        <w:br/>
        <w:t>v -0.155855 16.176735 -1.669544</w:t>
        <w:br/>
        <w:t>v -0.103310 16.333824 -1.565529</w:t>
        <w:br/>
        <w:t>v -0.271568 16.145641 -1.966378</w:t>
        <w:br/>
        <w:t>v -0.326432 16.111370 -1.819109</w:t>
        <w:br/>
        <w:t>v -0.304232 16.007845 -1.806078</w:t>
        <w:br/>
        <w:t>v -0.254923 16.023203 -1.937192</w:t>
        <w:br/>
        <w:t>v -0.122542 16.131832 -1.901997</w:t>
        <w:br/>
        <w:t>v -0.054703 16.094860 -1.727890</w:t>
        <w:br/>
        <w:t>v -0.054703 16.094860 -1.727890</w:t>
        <w:br/>
        <w:t>v -0.174865 16.092903 -1.692198</w:t>
        <w:br/>
        <w:t>v -0.223195 15.922664 -1.890545</w:t>
        <w:br/>
        <w:t>v -0.278426 15.911540 -1.770985</w:t>
        <w:br/>
        <w:t>v -0.242748 15.818597 -1.740236</w:t>
        <w:br/>
        <w:t>v -0.178710 15.825256 -1.848512</w:t>
        <w:br/>
        <w:t>v -0.126747 16.018322 -1.883690</w:t>
        <w:br/>
        <w:t>v -0.118637 15.917737 -1.836976</w:t>
        <w:br/>
        <w:t>v -0.071158 15.916002 -1.704324</w:t>
        <w:br/>
        <w:t>v -0.070859 16.008482 -1.729385</w:t>
        <w:br/>
        <w:t>v -0.177503 16.005320 -1.690619</w:t>
        <w:br/>
        <w:t>v -0.070859 16.008482 -1.729385</w:t>
        <w:br/>
        <w:t>v -0.071158 15.916002 -1.704324</w:t>
        <w:br/>
        <w:t>v -0.158168 15.915212 -1.663542</w:t>
        <w:br/>
        <w:t>v -0.139340 15.742466 -1.827468</w:t>
        <w:br/>
        <w:t>v -0.196786 15.722834 -1.726930</w:t>
        <w:br/>
        <w:t>v -0.142339 15.633704 -1.739452</w:t>
        <w:br/>
        <w:t>v -0.095630 15.660906 -1.827160</w:t>
        <w:br/>
        <w:t>v -0.095007 15.819340 -1.794965</w:t>
        <w:br/>
        <w:t>v -0.066819 15.739922 -1.780996</w:t>
        <w:br/>
        <w:t>v -0.032513 15.745082 -1.685533</w:t>
        <w:br/>
        <w:t>v -0.055114 15.824953 -1.683605</w:t>
        <w:br/>
        <w:t>v -0.032513 15.745082 -1.685533</w:t>
        <w:br/>
        <w:t>v -0.094947 15.741758 -1.636685</w:t>
        <w:br/>
        <w:t>v -0.125871 15.827412 -1.639963</w:t>
        <w:br/>
        <w:t>v -0.055114 15.824953 -1.683605</w:t>
        <w:br/>
        <w:t>v 0.029541 15.448154 -1.873402</w:t>
        <w:br/>
        <w:t>v 0.163461 15.329102 -2.034914</w:t>
        <w:br/>
        <w:t>v 0.032990 15.471377 -1.915200</w:t>
        <w:br/>
        <w:t>v 0.163461 15.329102 -2.034914</w:t>
        <w:br/>
        <w:t>v 0.079442 15.494727 -1.842937</w:t>
        <w:br/>
        <w:t>v 0.061419 15.479674 -1.887530</w:t>
        <w:br/>
        <w:t>v 0.163461 15.329102 -2.034914</w:t>
        <w:br/>
        <w:t>v 0.057944 15.450495 -1.812107</w:t>
        <w:br/>
        <w:t>v 0.079442 15.494727 -1.842937</w:t>
        <w:br/>
        <w:t>v 0.523620 19.564014 -1.749425</w:t>
        <w:br/>
        <w:t>v 0.545688 19.568516 -1.727994</w:t>
        <w:br/>
        <w:t>v 0.532860 19.426754 -1.752311</w:t>
        <w:br/>
        <w:t>v 0.563826 19.140121 -1.719036</w:t>
        <w:br/>
        <w:t>v 0.637038 19.167957 -1.666473</w:t>
        <w:br/>
        <w:t>v 0.578677 19.436050 -1.716727</w:t>
        <w:br/>
        <w:t>v 0.597659 18.881008 -1.665300</w:t>
        <w:br/>
        <w:t>v 0.698138 18.910587 -1.602726</w:t>
        <w:br/>
        <w:t>v 0.629730 18.623383 -1.610304</w:t>
        <w:br/>
        <w:t>v 0.757912 18.642523 -1.528438</w:t>
        <w:br/>
        <w:t>v 0.630221 18.353025 -1.549369</w:t>
        <w:br/>
        <w:t>v 0.813317 18.359442 -1.442210</w:t>
        <w:br/>
        <w:t>v 0.621808 18.209497 -1.522684</w:t>
        <w:br/>
        <w:t>v 0.833307 18.208603 -1.397668</w:t>
        <w:br/>
        <w:t>v 0.547564 17.905119 -1.487344</w:t>
        <w:br/>
        <w:t>v 0.813688 17.878080 -1.300769</w:t>
        <w:br/>
        <w:t>v 0.834050 18.058109 -1.351878</w:t>
        <w:br/>
        <w:t>v 0.595376 18.068527 -1.502877</w:t>
        <w:br/>
        <w:t>v 0.735228 17.661808 -1.244695</w:t>
        <w:br/>
        <w:t>v 0.483318 17.751730 -1.501390</w:t>
        <w:br/>
        <w:t>v 0.489592 19.554562 -1.768256</w:t>
        <w:br/>
        <w:t>v 0.294310 19.561066 -1.910573</w:t>
        <w:br/>
        <w:t>v 0.454120 18.348827 -1.664435</w:t>
        <w:br/>
        <w:t>v 0.484143 18.864910 -1.677988</w:t>
        <w:br/>
        <w:t>v 0.469426 19.122646 -1.725707</w:t>
        <w:br/>
        <w:t>v 0.485764 19.423096 -1.746877</w:t>
        <w:br/>
        <w:t>v 0.499141 19.562881 -1.743918</w:t>
        <w:br/>
        <w:t>v 0.499141 19.562881 -1.743918</w:t>
        <w:br/>
        <w:t>v 0.485764 19.423096 -1.746877</w:t>
        <w:br/>
        <w:t>v 0.469426 19.122646 -1.725707</w:t>
        <w:br/>
        <w:t>v 0.498625 18.612486 -1.620588</w:t>
        <w:br/>
        <w:t>v 0.502657 18.356728 -1.559718</w:t>
        <w:br/>
        <w:t>v 0.498632 18.216883 -1.531059</w:t>
        <w:br/>
        <w:t>v 0.482026 18.077419 -1.510371</w:t>
        <w:br/>
        <w:t>v 0.457267 17.921469 -1.499704</w:t>
        <w:br/>
        <w:t>v 0.424794 17.767204 -1.509196</w:t>
        <w:br/>
        <w:t>v 0.424794 17.767204 -1.509196</w:t>
        <w:br/>
        <w:t>v 0.408732 17.766680 -1.617251</w:t>
        <w:br/>
        <w:t>v 0.457267 17.921469 -1.499704</w:t>
        <w:br/>
        <w:t>v 0.435213 17.920748 -1.616743</w:t>
        <w:br/>
        <w:t>v 0.482026 18.077419 -1.510371</w:t>
        <w:br/>
        <w:t>v 0.498632 18.216883 -1.531059</w:t>
        <w:br/>
        <w:t>v 0.455517 18.212416 -1.639884</w:t>
        <w:br/>
        <w:t>v 0.449802 18.074257 -1.624284</w:t>
        <w:br/>
        <w:t>v 0.490389 19.548908 -1.703894</w:t>
        <w:br/>
        <w:t>v 0.225835 19.504219 -1.557029</w:t>
        <w:br/>
        <w:t>v 0.465526 19.406113 -1.665944</w:t>
        <w:br/>
        <w:t>v 0.410046 19.115108 -1.594566</w:t>
        <w:br/>
        <w:t>v 0.260141 19.093029 -1.524258</w:t>
        <w:br/>
        <w:t>v 0.234986 19.330933 -1.552075</w:t>
        <w:br/>
        <w:t>v 0.369340 18.829849 -1.522241</w:t>
        <w:br/>
        <w:t>v 0.297184 18.779732 -1.480733</w:t>
        <w:br/>
        <w:t>v 0.323639 18.526594 -1.439155</w:t>
        <w:br/>
        <w:t>v 0.338658 18.279615 -1.389284</w:t>
        <w:br/>
        <w:t>v 0.347448 18.144781 -1.354858</w:t>
        <w:br/>
        <w:t>v 0.352606 17.899471 -1.293187</w:t>
        <w:br/>
        <w:t>v 0.350847 18.009645 -1.323506</w:t>
        <w:br/>
        <w:t>v 0.339067 17.691124 -1.253653</w:t>
        <w:br/>
        <w:t>v 0.343299 21.164806 -1.296844</w:t>
        <w:br/>
        <w:t>v 0.330784 21.171400 -1.093371</w:t>
        <w:br/>
        <w:t>v 0.261138 21.143906 -1.107594</w:t>
        <w:br/>
        <w:t>v 0.412936 21.012913 -1.072832</w:t>
        <w:br/>
        <w:t>v 0.330784 21.171400 -1.093371</w:t>
        <w:br/>
        <w:t>v 0.412936 21.012913 -1.072832</w:t>
        <w:br/>
        <w:t>v 0.244314 20.884373 -1.007729</w:t>
        <w:br/>
        <w:t>v 0.301835 20.905746 -0.824684</w:t>
        <w:br/>
        <w:t>v 0.311848 20.998217 -0.797103</w:t>
        <w:br/>
        <w:t>v 0.310227 20.767641 -0.690495</w:t>
        <w:br/>
        <w:t>v 0.303400 20.712400 -0.747502</w:t>
        <w:br/>
        <w:t>v 0.287960 21.058903 -0.945273</w:t>
        <w:br/>
        <w:t>v 0.319593 21.103653 -0.904726</w:t>
        <w:br/>
        <w:t>v 0.352594 21.115973 -1.419243</w:t>
        <w:br/>
        <w:t>v 0.140254 18.848640 -1.774860</w:t>
        <w:br/>
        <w:t>v 0.392476 18.815712 -1.822415</w:t>
        <w:br/>
        <w:t>v 0.051237 17.763775 -1.508927</w:t>
        <w:br/>
        <w:t>v 0.014775 17.533136 -1.546384</w:t>
        <w:br/>
        <w:t>v 0.336695 17.474112 -1.610764</w:t>
        <w:br/>
        <w:t>v 0.408732 17.766680 -1.617251</w:t>
        <w:br/>
        <w:t>v -0.027180 17.288210 -1.599611</w:t>
        <w:br/>
        <w:t>v 0.277352 17.204796 -1.628280</w:t>
        <w:br/>
        <w:t>v -0.055848 17.107353 -1.655840</w:t>
        <w:br/>
        <w:t>v 0.226314 17.033350 -1.655477</w:t>
        <w:br/>
        <w:t>v -0.146206 16.775543 -1.817046</w:t>
        <w:br/>
        <w:t>v 0.083593 16.724813 -1.781604</w:t>
        <w:br/>
        <w:t>v 0.164808 16.876816 -1.708388</w:t>
        <w:br/>
        <w:t>v -0.090617 16.939659 -1.749119</w:t>
        <w:br/>
        <w:t>v -0.203723 16.609377 -1.885838</w:t>
        <w:br/>
        <w:t>v 0.007202 16.573599 -1.840633</w:t>
        <w:br/>
        <w:t>v 0.083593 16.724813 -1.781604</w:t>
        <w:br/>
        <w:t>v -0.267450 16.272791 -1.969310</w:t>
        <w:br/>
        <w:t>v -0.100570 16.247082 -1.898937</w:t>
        <w:br/>
        <w:t>v -0.032563 16.464773 -1.869944</w:t>
        <w:br/>
        <w:t>v -0.235814 16.492428 -1.921718</w:t>
        <w:br/>
        <w:t>v -0.271568 16.145641 -1.966378</w:t>
        <w:br/>
        <w:t>v -0.122542 16.131832 -1.901997</w:t>
        <w:br/>
        <w:t>v -0.254923 16.023203 -1.937192</w:t>
        <w:br/>
        <w:t>v -0.223195 15.922664 -1.890545</w:t>
        <w:br/>
        <w:t>v -0.118637 15.917737 -1.836976</w:t>
        <w:br/>
        <w:t>v -0.126747 16.018322 -1.883690</w:t>
        <w:br/>
        <w:t>v -0.178710 15.825256 -1.848512</w:t>
        <w:br/>
        <w:t>v -0.139340 15.742466 -1.827468</w:t>
        <w:br/>
        <w:t>v -0.066819 15.739922 -1.780996</w:t>
        <w:br/>
        <w:t>v -0.095007 15.819340 -1.794965</w:t>
        <w:br/>
        <w:t>v 0.163461 15.329102 -2.034914</w:t>
        <w:br/>
        <w:t>v 0.061419 15.479674 -1.887530</w:t>
        <w:br/>
        <w:t>v 0.032990 15.471377 -1.915200</w:t>
        <w:br/>
        <w:t>v -0.050478 15.519560 -1.804613</w:t>
        <w:br/>
        <w:t>v -0.034008 15.565141 -1.859571</w:t>
        <w:br/>
        <w:t>v -0.004326 15.670095 -1.707942</w:t>
        <w:br/>
        <w:t>v -0.033050 15.662056 -1.788699</w:t>
        <w:br/>
        <w:t>v 0.006834 15.578618 -1.823098</w:t>
        <w:br/>
        <w:t>v 0.035028 15.584301 -1.761223</w:t>
        <w:br/>
        <w:t>v -0.061834 15.659788 -1.655468</w:t>
        <w:br/>
        <w:t>v -0.004326 15.670095 -1.707942</w:t>
        <w:br/>
        <w:t>v 0.035028 15.584301 -1.761223</w:t>
        <w:br/>
        <w:t>v 0.005076 15.528499 -1.730869</w:t>
        <w:br/>
        <w:t>v -0.095630 15.660906 -1.827160</w:t>
        <w:br/>
        <w:t>v -0.034008 15.565141 -1.859571</w:t>
        <w:br/>
        <w:t>v 0.006834 15.578618 -1.823098</w:t>
        <w:br/>
        <w:t>v -0.033050 15.662056 -1.788699</w:t>
        <w:br/>
        <w:t>v 0.149585 20.866087 -0.880870</w:t>
        <w:br/>
        <w:t>v 0.080127 20.892899 -0.884534</w:t>
        <w:br/>
        <w:t>v 0.090994 20.742466 -0.791733</w:t>
        <w:br/>
        <w:t>v 0.142516 20.906670 -0.951319</w:t>
        <w:br/>
        <w:t>v 0.260197 20.826723 -1.134979</w:t>
        <w:br/>
        <w:t>v 0.119035 20.877022 -1.150595</w:t>
        <w:br/>
        <w:t>v 0.129327 20.926884 -1.073251</w:t>
        <w:br/>
        <w:t>v 0.252014 20.883291 -1.065879</w:t>
        <w:br/>
        <w:t>v 0.056126 20.212492 -1.489113</w:t>
        <w:br/>
        <w:t>v 0.047104 20.038706 -1.538349</w:t>
        <w:br/>
        <w:t>v 0.029430 19.861256 -1.580375</w:t>
        <w:br/>
        <w:t>v -0.002050 19.668163 -1.620129</w:t>
        <w:br/>
        <w:t>v 0.001971 19.500874 -1.613397</w:t>
        <w:br/>
        <w:t>v 0.003338 19.331734 -1.608564</w:t>
        <w:br/>
        <w:t>v -0.014988 19.088253 -1.567235</w:t>
        <w:br/>
        <w:t>v -0.030354 18.807404 -1.525563</w:t>
        <w:br/>
        <w:t>v -0.018043 18.625574 -1.491313</w:t>
        <w:br/>
        <w:t>v -0.000430 18.370443 -1.428903</w:t>
        <w:br/>
        <w:t>v 0.000318 18.227285 -1.397622</w:t>
        <w:br/>
        <w:t>v 0.005219 18.084528 -1.367625</w:t>
        <w:br/>
        <w:t>v -0.000621 17.926128 -1.343202</w:t>
        <w:br/>
        <w:t>v -0.016069 17.743757 -1.327495</w:t>
        <w:br/>
        <w:t>v -0.040839 17.496262 -1.326098</w:t>
        <w:br/>
        <w:t>v -0.095887 17.260862 -1.356467</w:t>
        <w:br/>
        <w:t>v -0.191544 16.896952 -1.476489</w:t>
        <w:br/>
        <w:t>v -0.144470 17.078983 -1.402801</w:t>
        <w:br/>
        <w:t>v -0.312707 16.418051 -1.732007</w:t>
        <w:br/>
        <w:t>v -0.287438 16.534409 -1.662168</w:t>
        <w:br/>
        <w:t>v -0.063178 16.430162 -1.500962</w:t>
        <w:br/>
        <w:t>v -0.334192 16.215958 -1.807733</w:t>
        <w:br/>
        <w:t>v -0.326432 16.111370 -1.819109</w:t>
        <w:br/>
        <w:t>v -0.177503 16.005320 -1.690619</w:t>
        <w:br/>
        <w:t>v -0.304232 16.007845 -1.806078</w:t>
        <w:br/>
        <w:t>v -0.278426 15.911540 -1.770985</w:t>
        <w:br/>
        <w:t>v -0.158168 15.915212 -1.663542</w:t>
        <w:br/>
        <w:t>v -0.125871 15.827412 -1.639963</w:t>
        <w:br/>
        <w:t>v -0.242748 15.818597 -1.740236</w:t>
        <w:br/>
        <w:t>v -0.196786 15.722834 -1.726930</w:t>
        <w:br/>
        <w:t>v -0.094947 15.741758 -1.636685</w:t>
        <w:br/>
        <w:t>v -0.061834 15.659788 -1.655468</w:t>
        <w:br/>
        <w:t>v -0.142339 15.633704 -1.739452</w:t>
        <w:br/>
        <w:t>v 0.029541 15.448154 -1.873402</w:t>
        <w:br/>
        <w:t>v 0.057944 15.450495 -1.812107</w:t>
        <w:br/>
        <w:t>v 0.163461 15.329102 -2.034914</w:t>
        <w:br/>
        <w:t>v 0.136578 20.928272 -1.014110</w:t>
        <w:br/>
        <w:t>v -0.050478 15.519560 -1.804613</w:t>
        <w:br/>
        <w:t>v 0.005076 15.528499 -1.730869</w:t>
        <w:br/>
        <w:t>v 0.502657 18.356728 -1.559718</w:t>
        <w:br/>
        <w:t>v 0.435213 17.920748 -1.616743</w:t>
        <w:br/>
        <w:t>v -0.050478 15.519560 -1.804613</w:t>
        <w:br/>
        <w:t>v 0.038903 18.873150 -1.751913</w:t>
        <w:br/>
        <w:t>v -0.030354 18.807404 -1.525563</w:t>
        <w:br/>
        <w:t>v -0.018043 18.625574 -1.491313</w:t>
        <w:br/>
        <w:t>v 0.059746 18.612480 -1.638596</w:t>
        <w:br/>
        <w:t>v -0.240227 16.716192 -1.570888</w:t>
        <w:br/>
        <w:t>v 0.273125 20.729897 -1.199728</w:t>
        <w:br/>
        <w:t>v 0.110084 20.793499 -1.224122</w:t>
        <w:br/>
        <w:t>v 0.096101 20.640961 -1.313516</w:t>
        <w:br/>
        <w:t>v 0.072468 20.425877 -1.415286</w:t>
        <w:br/>
        <w:t>v -0.059408 19.501392 -1.631919</w:t>
        <w:br/>
        <w:t>v -0.107318 19.331657 -1.643377</w:t>
        <w:br/>
        <w:t>v -0.091157 19.086800 -1.580407</w:t>
        <w:br/>
        <w:t>v 0.190566 18.605274 -1.693190</w:t>
        <w:br/>
        <w:t>v 0.423363 18.589447 -1.742497</w:t>
        <w:br/>
        <w:t>v 0.236822 18.376467 -1.640950</w:t>
        <w:br/>
        <w:t>v 0.454120 18.348827 -1.664435</w:t>
        <w:br/>
        <w:t>v 0.262201 18.240334 -1.623207</w:t>
        <w:br/>
        <w:t>v 0.455517 18.212416 -1.639884</w:t>
        <w:br/>
        <w:t>v 0.262201 18.240334 -1.623207</w:t>
        <w:br/>
        <w:t>v 0.283382 18.101061 -1.608489</w:t>
        <w:br/>
        <w:t>v 0.449802 18.074257 -1.624284</w:t>
        <w:br/>
        <w:t>v 0.455517 18.212416 -1.639884</w:t>
        <w:br/>
        <w:t>v 0.029115 18.640759 -1.695175</w:t>
        <w:br/>
        <w:t>v 0.010867 18.425264 -1.660094</w:t>
        <w:br/>
        <w:t>v 0.120786 18.419001 -1.796763</w:t>
        <w:br/>
        <w:t>v 0.103073 18.642879 -1.788989</w:t>
        <w:br/>
        <w:t>v 0.059746 18.612480 -1.638596</w:t>
        <w:br/>
        <w:t>v 0.053968 18.389416 -1.574859</w:t>
        <w:br/>
        <w:t>v 0.010867 18.425264 -1.660094</w:t>
        <w:br/>
        <w:t>v 0.029115 18.640759 -1.695175</w:t>
        <w:br/>
        <w:t>v 0.103073 18.642879 -1.788989</w:t>
        <w:br/>
        <w:t>v 0.120786 18.419001 -1.796763</w:t>
        <w:br/>
        <w:t>v 0.236822 18.376467 -1.640950</w:t>
        <w:br/>
        <w:t>v 0.190566 18.605274 -1.693190</w:t>
        <w:br/>
        <w:t>v -0.009732 17.953423 -1.657999</w:t>
        <w:br/>
        <w:t>v -0.019111 17.790691 -1.693478</w:t>
        <w:br/>
        <w:t>v 0.145879 17.818356 -1.855987</w:t>
        <w:br/>
        <w:t>v 0.156100 17.966806 -1.834397</w:t>
        <w:br/>
        <w:t>v -0.009732 17.953423 -1.657999</w:t>
        <w:br/>
        <w:t>v 0.055535 17.922287 -1.500993</w:t>
        <w:br/>
        <w:t>v 0.051241 17.763777 -1.508931</w:t>
        <w:br/>
        <w:t>v -0.019111 17.790691 -1.693478</w:t>
        <w:br/>
        <w:t>v 0.299393 17.930267 -1.632382</w:t>
        <w:br/>
        <w:t>v 0.156100 17.966806 -1.834397</w:t>
        <w:br/>
        <w:t>v 0.145879 17.818356 -1.855987</w:t>
        <w:br/>
        <w:t>v 0.303988 17.782867 -1.662479</w:t>
        <w:br/>
        <w:t>v -0.021855 17.568033 -1.750279</w:t>
        <w:br/>
        <w:t>v 0.122516 17.584877 -1.904948</w:t>
        <w:br/>
        <w:t>v 0.122516 17.584877 -1.904948</w:t>
        <w:br/>
        <w:t>v 0.288231 17.538729 -1.706500</w:t>
        <w:br/>
        <w:t>v 0.180381 16.711985 -1.821644</w:t>
        <w:br/>
        <w:t>v 0.333458 16.562668 -1.667719</w:t>
        <w:br/>
        <w:t>v 0.257899 16.725576 -1.842751</w:t>
        <w:br/>
        <w:t>v 0.305984 16.791496 -1.751637</w:t>
        <w:br/>
        <w:t>v 0.333458 16.562668 -1.667719</w:t>
        <w:br/>
        <w:t>v 0.201919 16.744154 -1.735107</w:t>
        <w:br/>
        <w:t>v 0.201919 16.744154 -1.735107</w:t>
        <w:br/>
        <w:t>v 0.333458 16.562668 -1.667719</w:t>
        <w:br/>
        <w:t>v 0.180381 16.711985 -1.821644</w:t>
        <w:br/>
        <w:t>v 0.257899 16.725576 -1.842751</w:t>
        <w:br/>
        <w:t>v 0.333458 16.562668 -1.667719</w:t>
        <w:br/>
        <w:t>v 0.305984 16.791496 -1.751637</w:t>
        <w:br/>
        <w:t>v 0.042531 17.065134 -1.881890</w:t>
        <w:br/>
        <w:t>v 0.097701 16.869493 -1.883704</w:t>
        <w:br/>
        <w:t>v 0.187357 16.882517 -1.928264</w:t>
        <w:br/>
        <w:t>v 0.147098 17.064814 -1.967886</w:t>
        <w:br/>
        <w:t>v 0.282846 16.923275 -1.793551</w:t>
        <w:br/>
        <w:t>v 0.146650 16.894415 -1.746934</w:t>
        <w:br/>
        <w:t>v 0.114175 17.050701 -1.721369</w:t>
        <w:br/>
        <w:t>v 0.265526 17.058168 -1.813202</w:t>
        <w:br/>
        <w:t>v 0.146650 16.894415 -1.746934</w:t>
        <w:br/>
        <w:t>v 0.097701 16.869493 -1.883704</w:t>
        <w:br/>
        <w:t>v 0.042531 17.065134 -1.881890</w:t>
        <w:br/>
        <w:t>v 0.114175 17.050701 -1.721369</w:t>
        <w:br/>
        <w:t>v 0.147098 17.064814 -1.967886</w:t>
        <w:br/>
        <w:t>v 0.187357 16.882517 -1.928264</w:t>
        <w:br/>
        <w:t>v 0.282846 16.923275 -1.793551</w:t>
        <w:br/>
        <w:t>v 0.265526 17.058168 -1.813202</w:t>
        <w:br/>
        <w:t>v 0.093942 18.878048 -1.813862</w:t>
        <w:br/>
        <w:t>v 0.038903 18.873150 -1.751913</w:t>
        <w:br/>
        <w:t>v 0.038903 18.873150 -1.751913</w:t>
        <w:br/>
        <w:t>v 0.190566 18.605274 -1.693190</w:t>
        <w:br/>
        <w:t>v 0.140254 18.848640 -1.774860</w:t>
        <w:br/>
        <w:t>v 0.093942 18.878048 -1.813862</w:t>
        <w:br/>
        <w:t>v 0.104466 19.089180 -1.851852</w:t>
        <w:br/>
        <w:t>v 0.044991 19.088387 -1.796545</w:t>
        <w:br/>
        <w:t>v 0.104466 19.089180 -1.851852</w:t>
        <w:br/>
        <w:t>v 0.001981 18.299198 -1.649789</w:t>
        <w:br/>
        <w:t>v 0.132853 18.298792 -1.809045</w:t>
        <w:br/>
        <w:t>v 0.054847 18.260075 -1.544809</w:t>
        <w:br/>
        <w:t>v 0.001981 18.299198 -1.649789</w:t>
        <w:br/>
        <w:t>v 0.132853 18.298792 -1.809045</w:t>
        <w:br/>
        <w:t>v 0.262201 18.240334 -1.623207</w:t>
        <w:br/>
        <w:t>v 0.000022 18.174967 -1.645243</w:t>
        <w:br/>
        <w:t>v 0.143491 18.177771 -1.812805</w:t>
        <w:br/>
        <w:t>v 0.060072 18.122244 -1.520199</w:t>
        <w:br/>
        <w:t>v 0.000022 18.174967 -1.645243</w:t>
        <w:br/>
        <w:t>v 0.143491 18.177771 -1.812805</w:t>
        <w:br/>
        <w:t>v 0.283382 18.101061 -1.608489</w:t>
        <w:br/>
        <w:t>v 0.299393 17.930267 -1.632382</w:t>
        <w:br/>
        <w:t>v 0.303988 17.782867 -1.662479</w:t>
        <w:br/>
        <w:t>v 0.051241 17.763777 -1.508931</w:t>
        <w:br/>
        <w:t>v 0.055535 17.922287 -1.500993</w:t>
        <w:br/>
        <w:t>v -0.002879 17.331619 -1.819182</w:t>
        <w:br/>
        <w:t>v 0.010900 17.206711 -1.860219</w:t>
        <w:br/>
        <w:t>v 0.123708 17.195253 -1.967479</w:t>
        <w:br/>
        <w:t>v 0.116420 17.327345 -1.956105</w:t>
        <w:br/>
        <w:t>v 0.087393 17.296680 -1.632803</w:t>
        <w:br/>
        <w:t>v 0.272233 17.289515 -1.768048</w:t>
        <w:br/>
        <w:t>v 0.264889 17.173794 -1.800100</w:t>
        <w:br/>
        <w:t>v 0.098732 17.173820 -1.680182</w:t>
        <w:br/>
        <w:t>v 0.087393 17.296680 -1.632803</w:t>
        <w:br/>
        <w:t>v 0.098732 17.173820 -1.680182</w:t>
        <w:br/>
        <w:t>v 0.010900 17.206711 -1.860219</w:t>
        <w:br/>
        <w:t>v -0.002879 17.331619 -1.819182</w:t>
        <w:br/>
        <w:t>v 0.116420 17.327345 -1.956105</w:t>
        <w:br/>
        <w:t>v 0.123708 17.195253 -1.967479</w:t>
        <w:br/>
        <w:t>v 0.264889 17.173794 -1.800100</w:t>
        <w:br/>
        <w:t>v 0.272233 17.289515 -1.768048</w:t>
        <w:br/>
        <w:t>v 0.049699 17.538538 -1.563431</w:t>
        <w:br/>
        <w:t>v -0.021855 17.568033 -1.750279</w:t>
        <w:br/>
        <w:t>v 0.288231 17.538729 -1.706500</w:t>
        <w:br/>
        <w:t>v 0.049699 17.538538 -1.563431</w:t>
        <w:br/>
        <w:t>v 0.283382 18.101061 -1.608489</w:t>
        <w:br/>
        <w:t>v -0.156797 18.631067 -1.890974</w:t>
        <w:br/>
        <w:t>v -0.113428 18.853867 -1.904709</w:t>
        <w:br/>
        <w:t>v -0.186496 18.913998 -1.737761</w:t>
        <w:br/>
        <w:t>v -0.244621 18.686916 -1.708592</w:t>
        <w:br/>
        <w:t>v 0.019519 18.638329 -1.686511</w:t>
        <w:br/>
        <w:t>v 0.038903 18.873150 -1.751913</w:t>
        <w:br/>
        <w:t>v -0.113428 18.853867 -1.904709</w:t>
        <w:br/>
        <w:t>v -0.156797 18.631067 -1.890974</w:t>
        <w:br/>
        <w:t>v -0.301488 18.497105 -1.681424</w:t>
        <w:br/>
        <w:t>v -0.197714 18.430195 -1.869813</w:t>
        <w:br/>
        <w:t>v 0.019519 18.638329 -1.686511</w:t>
        <w:br/>
        <w:t>v -0.011029 18.404474 -1.665915</w:t>
        <w:br/>
        <w:t>v -0.092283 18.393389 -1.493411</w:t>
        <w:br/>
        <w:t>v -0.047671 18.601004 -1.519451</w:t>
        <w:br/>
        <w:t>v -0.197714 18.430195 -1.869813</w:t>
        <w:br/>
        <w:t>v -0.011029 18.404474 -1.665915</w:t>
        <w:br/>
        <w:t>v -0.601316 17.172934 -1.460832</w:t>
        <w:br/>
        <w:t>v -0.554198 17.136471 -1.621937</w:t>
        <w:br/>
        <w:t>v -0.515045 17.420115 -1.662773</w:t>
        <w:br/>
        <w:t>v -0.570961 17.478420 -1.489867</w:t>
        <w:br/>
        <w:t>v -0.323426 17.367437 -1.531380</w:t>
        <w:br/>
        <w:t>v -0.389210 17.094927 -1.507039</w:t>
        <w:br/>
        <w:t>v -0.448846 17.144779 -1.309391</w:t>
        <w:br/>
        <w:t>v -0.409405 17.444416 -1.316321</w:t>
        <w:br/>
        <w:t>v -0.515045 17.420115 -1.662773</w:t>
        <w:br/>
        <w:t>v -0.554198 17.136471 -1.621937</w:t>
        <w:br/>
        <w:t>v -0.389210 17.094927 -1.507039</w:t>
        <w:br/>
        <w:t>v -0.323426 17.367437 -1.531380</w:t>
        <w:br/>
        <w:t>v -0.525020 16.797056 -1.593728</w:t>
        <w:br/>
        <w:t>v -0.550114 16.967915 -1.602629</w:t>
        <w:br/>
        <w:t>v -0.595472 16.990030 -1.458067</w:t>
        <w:br/>
        <w:t>v -0.566661 16.801952 -1.460377</w:t>
        <w:br/>
        <w:t>v -0.411988 16.947411 -1.508085</w:t>
        <w:br/>
        <w:t>v -0.459731 16.967943 -1.316020</w:t>
        <w:br/>
        <w:t>v -0.550114 16.967915 -1.602629</w:t>
        <w:br/>
        <w:t>v -0.411988 16.947411 -1.508085</w:t>
        <w:br/>
        <w:t>v -0.459745 16.443882 -1.514997</w:t>
        <w:br/>
        <w:t>v -0.434205 16.479511 -1.611460</w:t>
        <w:br/>
        <w:t>v -0.484093 16.634624 -1.596290</w:t>
        <w:br/>
        <w:t>v -0.524696 16.611444 -1.476948</w:t>
        <w:br/>
        <w:t>v -0.386760 16.615135 -1.510143</w:t>
        <w:br/>
        <w:t>v -0.420359 16.598036 -1.387271</w:t>
        <w:br/>
        <w:t>v -0.452265 16.782715 -1.342556</w:t>
        <w:br/>
        <w:t>v -0.410514 16.793169 -1.507367</w:t>
        <w:br/>
        <w:t>v -0.525020 16.797056 -1.593728</w:t>
        <w:br/>
        <w:t>v -0.484093 16.634624 -1.596290</w:t>
        <w:br/>
        <w:t>v -0.386760 16.615135 -1.510143</w:t>
        <w:br/>
        <w:t>v -0.410514 16.793169 -1.507367</w:t>
        <w:br/>
        <w:t>v -0.161588 16.102718 -1.690422</w:t>
        <w:br/>
        <w:t>v -0.270360 16.213352 -1.653772</w:t>
        <w:br/>
        <w:t>v -0.284749 16.178528 -1.623697</w:t>
        <w:br/>
        <w:t>v -0.235309 16.208296 -1.633644</w:t>
        <w:br/>
        <w:t>v -0.161588 16.102718 -1.690422</w:t>
        <w:br/>
        <w:t>v -0.253444 16.180096 -1.593755</w:t>
        <w:br/>
        <w:t>v -0.270360 16.213352 -1.653772</w:t>
        <w:br/>
        <w:t>v -0.161588 16.102718 -1.690422</w:t>
        <w:br/>
        <w:t>v -0.235309 16.208296 -1.633644</w:t>
        <w:br/>
        <w:t>v -0.047671 18.601004 -1.519451</w:t>
        <w:br/>
        <w:t>v -0.244621 18.686916 -1.708592</w:t>
        <w:br/>
        <w:t>v -0.186496 18.913998 -1.737761</w:t>
        <w:br/>
        <w:t>v -0.030354 18.807404 -1.525563</w:t>
        <w:br/>
        <w:t>v -0.092283 18.393389 -1.493411</w:t>
        <w:br/>
        <w:t>v -0.301488 18.497105 -1.681424</w:t>
        <w:br/>
        <w:t>v -0.409405 17.444416 -1.316321</w:t>
        <w:br/>
        <w:t>v -0.448846 17.144779 -1.309391</w:t>
        <w:br/>
        <w:t>v -0.601316 17.172934 -1.460832</w:t>
        <w:br/>
        <w:t>v -0.570961 17.478420 -1.489867</w:t>
        <w:br/>
        <w:t>v -0.459731 16.967943 -1.316020</w:t>
        <w:br/>
        <w:t>v -0.595472 16.990030 -1.458067</w:t>
        <w:br/>
        <w:t>v -0.420359 16.598036 -1.387271</w:t>
        <w:br/>
        <w:t>v -0.524696 16.611444 -1.476948</w:t>
        <w:br/>
        <w:t>v -0.566661 16.801952 -1.460377</w:t>
        <w:br/>
        <w:t>v -0.452265 16.782715 -1.342556</w:t>
        <w:br/>
        <w:t>v -0.253444 16.180096 -1.593755</w:t>
        <w:br/>
        <w:t>v -0.161588 16.102718 -1.690422</w:t>
        <w:br/>
        <w:t>v -0.284749 16.178528 -1.623697</w:t>
        <w:br/>
        <w:t>v -0.368337 16.347214 -1.629952</w:t>
        <w:br/>
        <w:t>v -0.385161 16.305143 -1.560713</w:t>
        <w:br/>
        <w:t>v -0.315368 16.284092 -1.522839</w:t>
        <w:br/>
        <w:t>v -0.294843 16.328840 -1.585471</w:t>
        <w:br/>
        <w:t>v -0.294843 16.328840 -1.585471</w:t>
        <w:br/>
        <w:t>v -0.368337 16.347214 -1.629952</w:t>
        <w:br/>
        <w:t>v -0.385161 16.305143 -1.560713</w:t>
        <w:br/>
        <w:t>v -0.315368 16.284092 -1.522839</w:t>
        <w:br/>
        <w:t>v -0.419500 17.785133 -1.740054</w:t>
        <w:br/>
        <w:t>v -0.497655 17.837225 -1.545828</w:t>
        <w:br/>
        <w:t>v -0.327036 17.744974 -1.359737</w:t>
        <w:br/>
        <w:t>v -0.206833 17.680237 -1.589329</w:t>
        <w:br/>
        <w:t>v -0.419500 17.785133 -1.740054</w:t>
        <w:br/>
        <w:t>v -0.206833 17.680237 -1.589329</w:t>
        <w:br/>
        <w:t>v -0.327036 17.744974 -1.359737</w:t>
        <w:br/>
        <w:t>v -0.497655 17.837225 -1.545828</w:t>
        <w:br/>
        <w:t>v -0.056466 18.170702 -1.658105</w:t>
        <w:br/>
        <w:t>v -0.123316 17.922659 -1.628752</w:t>
        <w:br/>
        <w:t>v -0.241573 17.968357 -1.406713</w:t>
        <w:br/>
        <w:t>v -0.156727 18.191744 -1.454793</w:t>
        <w:br/>
        <w:t>v -0.437240 18.074480 -1.598519</w:t>
        <w:br/>
        <w:t>v -0.339375 18.008286 -1.795618</w:t>
        <w:br/>
        <w:t>v -0.255843 18.233953 -1.841865</w:t>
        <w:br/>
        <w:t>v -0.363259 18.309566 -1.649401</w:t>
        <w:br/>
        <w:t>v -0.255843 18.233953 -1.841865</w:t>
        <w:br/>
        <w:t>v -0.339375 18.008286 -1.795618</w:t>
        <w:br/>
        <w:t>v -0.123316 17.922659 -1.628752</w:t>
        <w:br/>
        <w:t>v -0.056466 18.170702 -1.658105</w:t>
        <w:br/>
        <w:t>v -0.241573 17.968357 -1.406713</w:t>
        <w:br/>
        <w:t>v -0.437240 18.074480 -1.598519</w:t>
        <w:br/>
        <w:t>v -0.363259 18.309566 -1.649401</w:t>
        <w:br/>
        <w:t>v -0.156727 18.191744 -1.454793</w:t>
        <w:br/>
        <w:t>v -0.151299 19.348591 -1.747714</w:t>
        <w:br/>
        <w:t>v -0.066829 19.337677 -1.905176</w:t>
        <w:br/>
        <w:t>v -0.037116 19.544575 -1.888564</w:t>
        <w:br/>
        <w:t>v -0.166878 19.502792 -1.715562</w:t>
        <w:br/>
        <w:t>v -0.066829 19.337677 -1.905176</w:t>
        <w:br/>
        <w:t>v 0.020639 19.367813 -1.855127</w:t>
        <w:br/>
        <w:t>v 0.008041 19.548763 -1.873215</w:t>
        <w:br/>
        <w:t>v -0.037116 19.544575 -1.888564</w:t>
        <w:br/>
        <w:t>v -0.107318 19.331657 -1.643377</w:t>
        <w:br/>
        <w:t>v -0.150740 19.499290 -1.654694</w:t>
        <w:br/>
        <w:t>v -0.347167 16.448065 -1.544424</w:t>
        <w:br/>
        <w:t>v -0.368343 16.411919 -1.457227</w:t>
        <w:br/>
        <w:t>v -0.434205 16.479511 -1.611460</w:t>
        <w:br/>
        <w:t>v -0.347167 16.448065 -1.544424</w:t>
        <w:br/>
        <w:t>v -0.368343 16.411919 -1.457227</w:t>
        <w:br/>
        <w:t>v -0.459745 16.443882 -1.514997</w:t>
        <w:br/>
        <w:t>v -0.087727 19.090282 -1.917341</w:t>
        <w:br/>
        <w:t>v -0.160532 19.143112 -1.750356</w:t>
        <w:br/>
        <w:t>v 0.044991 19.088387 -1.796545</w:t>
        <w:br/>
        <w:t>v -0.087727 19.090282 -1.917341</w:t>
        <w:br/>
        <w:t>v -0.091157 19.086800 -1.580407</w:t>
        <w:br/>
        <w:t>v 0.038903 18.873150 -1.751913</w:t>
        <w:br/>
        <w:t>v -0.030354 18.807404 -1.525563</w:t>
        <w:br/>
        <w:t>v 0.000420 19.734867 -1.869381</w:t>
        <w:br/>
        <w:t>v -0.178973 19.617832 -1.649873</w:t>
        <w:br/>
        <w:t>v -0.096516 19.091606 -1.539979</w:t>
        <w:br/>
        <w:t>v -0.091157 19.086800 -1.580407</w:t>
        <w:br/>
        <w:t>v -0.107318 19.331657 -1.643377</w:t>
        <w:br/>
        <w:t>v -0.107318 19.331657 -1.643377</w:t>
        <w:br/>
        <w:t>v 0.003338 19.331734 -1.608564</w:t>
        <w:br/>
        <w:t>v 0.001123 19.086391 -1.512589</w:t>
        <w:br/>
        <w:t>v -0.096516 19.091606 -1.539979</w:t>
        <w:br/>
        <w:t>v -0.122688 18.371899 -1.221063</w:t>
        <w:br/>
        <w:t>v -0.061493 18.262081 -1.267532</w:t>
        <w:br/>
        <w:t>v -0.072433 18.610035 -1.412981</w:t>
        <w:br/>
        <w:t>v -0.102664 18.659815 -1.343230</w:t>
        <w:br/>
        <w:t>v 0.006149 18.655970 -1.336414</w:t>
        <w:br/>
        <w:t>v 0.009570 18.331228 -1.199096</w:t>
        <w:br/>
        <w:t>v -0.122688 18.371899 -1.221063</w:t>
        <w:br/>
        <w:t>v -0.102664 18.659815 -1.343230</w:t>
        <w:br/>
        <w:t>v 0.006149 18.655970 -1.336414</w:t>
        <w:br/>
        <w:t>v 0.018157 18.599634 -1.404033</w:t>
        <w:br/>
        <w:t>v 0.034723 18.239338 -1.263190</w:t>
        <w:br/>
        <w:t>v 0.009570 18.331228 -1.199096</w:t>
        <w:br/>
        <w:t>v -0.125298 18.151051 -1.131602</w:t>
        <w:br/>
        <w:t>v -0.042534 18.028732 -1.177118</w:t>
        <w:br/>
        <w:t>v 0.017117 18.116032 -1.114819</w:t>
        <w:br/>
        <w:t>v -0.125298 18.151051 -1.131602</w:t>
        <w:br/>
        <w:t>v 0.053140 18.031702 -1.179475</w:t>
        <w:br/>
        <w:t>v 0.017117 18.116032 -1.114819</w:t>
        <w:br/>
        <w:t>v -0.097212 17.928970 -1.054009</w:t>
        <w:br/>
        <w:t>v -0.044379 17.706806 -1.003921</w:t>
        <w:br/>
        <w:t>v 0.018878 17.690886 -1.084283</w:t>
        <w:br/>
        <w:t>v -0.011078 17.861940 -1.126277</w:t>
        <w:br/>
        <w:t>v -0.097212 17.928970 -1.054009</w:t>
        <w:br/>
        <w:t>v 0.028397 17.893667 -1.044789</w:t>
        <w:br/>
        <w:t>v 0.055490 17.690083 -1.000463</w:t>
        <w:br/>
        <w:t>v -0.044379 17.706806 -1.003921</w:t>
        <w:br/>
        <w:t>v 0.137581 17.494226 -1.054050</w:t>
        <w:br/>
        <w:t>v 0.105857 17.490007 -0.990175</w:t>
        <w:br/>
        <w:t>v 0.076761 17.589407 -0.989800</w:t>
        <w:br/>
        <w:t>v 0.116703 17.573832 -1.058637</w:t>
        <w:br/>
        <w:t>v 0.182449 17.249319 -1.038130</w:t>
        <w:br/>
        <w:t>v 0.273512 17.177362 -1.083565</w:t>
        <w:br/>
        <w:t>v 0.281570 17.194561 -1.100449</w:t>
        <w:br/>
        <w:t>v 0.198564 17.283712 -1.071900</w:t>
        <w:br/>
        <w:t>v 0.291866 17.180981 -1.083546</w:t>
        <w:br/>
        <w:t>v 0.273512 17.177362 -1.083565</w:t>
        <w:br/>
        <w:t>v 0.182449 17.249319 -1.038130</w:t>
        <w:br/>
        <w:t>v 0.219157 17.256556 -1.038094</w:t>
        <w:br/>
        <w:t>v 0.305209 17.191320 -1.099568</w:t>
        <w:br/>
        <w:t>v 0.245844 17.277235 -1.070138</w:t>
        <w:br/>
        <w:t>v 0.098828 17.358395 -1.004250</w:t>
        <w:br/>
        <w:t>v 0.122666 17.395443 -1.058694</w:t>
        <w:br/>
        <w:t>v 0.067608 17.521935 -1.064052</w:t>
        <w:br/>
        <w:t>v 0.036051 17.488974 -0.992697</w:t>
        <w:br/>
        <w:t>v 0.098828 17.358395 -1.004250</w:t>
        <w:br/>
        <w:t>v 0.152335 17.364376 -1.002869</w:t>
        <w:br/>
        <w:t>v 0.067608 17.521935 -1.064052</w:t>
        <w:br/>
        <w:t>v 0.122666 17.395443 -1.058694</w:t>
        <w:br/>
        <w:t>v 0.183229 17.380316 -1.053177</w:t>
        <w:br/>
        <w:t>v 0.137581 17.494226 -1.054050</w:t>
        <w:br/>
        <w:t>v -0.079309 18.805050 -1.480260</w:t>
        <w:br/>
        <w:t>v 0.007981 18.799744 -1.476402</w:t>
        <w:br/>
        <w:t>v -0.014988 19.088253 -1.567235</w:t>
        <w:br/>
        <w:t>v -0.091157 19.086800 -1.580407</w:t>
        <w:br/>
        <w:t>v -0.061493 18.262081 -1.267532</w:t>
        <w:br/>
        <w:t>v 0.034723 18.239338 -1.263190</w:t>
        <w:br/>
        <w:t>v 0.018157 18.599634 -1.404033</w:t>
        <w:br/>
        <w:t>v -0.072433 18.610035 -1.412981</w:t>
        <w:br/>
        <w:t>v -0.042534 18.028732 -1.177118</w:t>
        <w:br/>
        <w:t>v 0.053140 18.031702 -1.179475</w:t>
        <w:br/>
        <w:t>v 0.116703 17.573832 -1.058637</w:t>
        <w:br/>
        <w:t>v 0.039663 17.605772 -1.071129</w:t>
        <w:br/>
        <w:t>v 0.198564 17.283712 -1.071900</w:t>
        <w:br/>
        <w:t>v 0.281570 17.194561 -1.100449</w:t>
        <w:br/>
        <w:t>v 0.305209 17.191320 -1.099568</w:t>
        <w:br/>
        <w:t>v 0.245844 17.277235 -1.070138</w:t>
        <w:br/>
        <w:t>v 0.183229 17.380316 -1.053177</w:t>
        <w:br/>
        <w:t>v 0.007981 18.799744 -1.476402</w:t>
        <w:br/>
        <w:t>v 0.007696 18.861187 -1.418370</w:t>
        <w:br/>
        <w:t>v 0.001123 19.086391 -1.512589</w:t>
        <w:br/>
        <w:t>v -0.014988 19.088253 -1.567235</w:t>
        <w:br/>
        <w:t>v -0.079309 18.805050 -1.480260</w:t>
        <w:br/>
        <w:t>v -0.097429 18.868992 -1.443257</w:t>
        <w:br/>
        <w:t>v -0.097429 18.868992 -1.443257</w:t>
        <w:br/>
        <w:t>v 0.007696 18.861187 -1.418370</w:t>
        <w:br/>
        <w:t>v 0.074156 17.821482 -1.106668</w:t>
        <w:br/>
        <w:t>v 0.028397 17.893667 -1.044789</w:t>
        <w:br/>
        <w:t>v -0.011078 17.861940 -1.126277</w:t>
        <w:br/>
        <w:t>v 0.074156 17.821482 -1.106668</w:t>
        <w:br/>
        <w:t>v -0.008353 17.596836 -0.992334</w:t>
        <w:br/>
        <w:t>v 0.039663 17.605772 -1.071129</w:t>
        <w:br/>
        <w:t>v 0.076761 17.589407 -0.989800</w:t>
        <w:br/>
        <w:t>v -0.008353 17.596836 -0.992334</w:t>
        <w:br/>
        <w:t>v 0.101935 17.654446 -1.069243</w:t>
        <w:br/>
        <w:t>v 0.055490 17.690083 -1.000463</w:t>
        <w:br/>
        <w:t>v 0.101935 17.654446 -1.069243</w:t>
        <w:br/>
        <w:t>v 0.018878 17.690886 -1.084283</w:t>
        <w:br/>
        <w:t>v 0.003338 19.331734 -1.608564</w:t>
        <w:br/>
        <w:t>v 0.059933 20.883400 -0.951355</w:t>
        <w:br/>
        <w:t>v -0.057465 20.921345 -0.949682</w:t>
        <w:br/>
        <w:t>v -0.016314 20.882509 -0.871659</w:t>
        <w:br/>
        <w:t>v 0.079809 20.869907 -0.885850</w:t>
        <w:br/>
        <w:t>v -0.057465 20.921345 -0.949682</w:t>
        <w:br/>
        <w:t>v 0.067115 20.941061 -0.953131</w:t>
        <w:br/>
        <w:t>v 0.080127 20.892899 -0.884534</w:t>
        <w:br/>
        <w:t>v -0.016314 20.882509 -0.871659</w:t>
        <w:br/>
        <w:t>v 0.142516 20.906670 -0.951319</w:t>
        <w:br/>
        <w:t>v 0.149585 20.866087 -0.880870</w:t>
        <w:br/>
        <w:t>v 0.033957 20.886700 -0.997037</w:t>
        <w:br/>
        <w:t>v -0.089037 20.934790 -1.003492</w:t>
        <w:br/>
        <w:t>v -0.089037 20.934790 -1.003492</w:t>
        <w:br/>
        <w:t>v 0.050195 20.963465 -1.019227</w:t>
        <w:br/>
        <w:t>v 0.136578 20.928272 -1.014110</w:t>
        <w:br/>
        <w:t>v 0.017039 20.877251 -1.040850</w:t>
        <w:br/>
        <w:t>v -0.121191 20.924459 -1.055400</w:t>
        <w:br/>
        <w:t>v -0.121191 20.924459 -1.055400</w:t>
        <w:br/>
        <w:t>v 0.030957 20.961838 -1.079161</w:t>
        <w:br/>
        <w:t>v 0.129327 20.926884 -1.073251</w:t>
        <w:br/>
        <w:t>v -0.002544 20.837156 -1.089876</w:t>
        <w:br/>
        <w:t>v -0.155289 20.878626 -1.113092</w:t>
        <w:br/>
        <w:t>v -0.155289 20.878626 -1.113092</w:t>
        <w:br/>
        <w:t>v 0.006080 20.922310 -1.165797</w:t>
        <w:br/>
        <w:t>v 0.119035 20.877022 -1.150595</w:t>
        <w:br/>
        <w:t>v -0.018513 20.735657 -1.153367</w:t>
        <w:br/>
        <w:t>v -0.189583 20.782078 -1.183867</w:t>
        <w:br/>
        <w:t>v -0.189583 20.782078 -1.183867</w:t>
        <w:br/>
        <w:t>v -0.020641 20.844494 -1.243683</w:t>
        <w:br/>
        <w:t>v 0.110084 20.793499 -1.224122</w:t>
        <w:br/>
        <w:t>v -0.041148 20.597374 -1.215274</w:t>
        <w:br/>
        <w:t>v -0.215544 20.624630 -1.267155</w:t>
        <w:br/>
        <w:t>v -0.215544 20.624630 -1.267155</w:t>
        <w:br/>
        <w:t>v -0.050151 20.679455 -1.334896</w:t>
        <w:br/>
        <w:t>v 0.096101 20.640961 -1.313516</w:t>
        <w:br/>
        <w:t>v -0.067050 20.361427 -1.307188</w:t>
        <w:br/>
        <w:t>v -0.246671 20.396606 -1.361900</w:t>
        <w:br/>
        <w:t>v -0.246671 20.396606 -1.361900</w:t>
        <w:br/>
        <w:t>v -0.079046 20.473961 -1.431139</w:t>
        <w:br/>
        <w:t>v 0.072468 20.425877 -1.415286</w:t>
        <w:br/>
        <w:t>v -0.080870 20.177713 -1.366437</w:t>
        <w:br/>
        <w:t>v -0.271553 20.195484 -1.424945</w:t>
        <w:br/>
        <w:t>v -0.271553 20.195484 -1.424945</w:t>
        <w:br/>
        <w:t>v -0.109457 20.235458 -1.510468</w:t>
        <w:br/>
        <w:t>v 0.056126 20.212492 -1.489113</w:t>
        <w:br/>
        <w:t>v -0.080870 20.177713 -1.366437</w:t>
        <w:br/>
        <w:t>v -0.098109 19.975809 -1.418331</w:t>
        <w:br/>
        <w:t>v -0.297173 19.996105 -1.481713</w:t>
        <w:br/>
        <w:t>v -0.297173 19.996105 -1.481713</w:t>
        <w:br/>
        <w:t>v -0.134583 20.053965 -1.565325</w:t>
        <w:br/>
        <w:t>v 0.047104 20.038706 -1.538349</w:t>
        <w:br/>
        <w:t>v -0.098109 19.975809 -1.418331</w:t>
        <w:br/>
        <w:t>v -0.148961 19.597107 -1.488140</w:t>
        <w:br/>
        <w:t>v -0.365968 19.617615 -1.572228</w:t>
        <w:br/>
        <w:t>v -0.327730 19.826269 -1.529786</w:t>
        <w:br/>
        <w:t>v -0.119046 19.799444 -1.459930</w:t>
        <w:br/>
        <w:t>v -0.365968 19.617615 -1.572228</w:t>
        <w:br/>
        <w:t>v -0.178973 19.617832 -1.649873</w:t>
        <w:br/>
        <w:t>v -0.156376 19.856863 -1.619864</w:t>
        <w:br/>
        <w:t>v -0.327730 19.826269 -1.529786</w:t>
        <w:br/>
        <w:t>v -0.002050 19.668163 -1.620129</w:t>
        <w:br/>
        <w:t>v -0.148961 19.597107 -1.488140</w:t>
        <w:br/>
        <w:t>v -0.119046 19.799444 -1.459930</w:t>
        <w:br/>
        <w:t>v 0.029430 19.861256 -1.580375</w:t>
        <w:br/>
        <w:t>v -0.189060 19.347706 -1.512481</w:t>
        <w:br/>
        <w:t>v -0.421268 19.368893 -1.601876</w:t>
        <w:br/>
        <w:t>v -0.421268 19.368893 -1.601876</w:t>
        <w:br/>
        <w:t>v -0.231552 19.395111 -1.676483</w:t>
        <w:br/>
        <w:t>v -0.107318 19.331657 -1.643377</w:t>
        <w:br/>
        <w:t>v -0.150740 19.499290 -1.654694</w:t>
        <w:br/>
        <w:t>v -0.059408 19.501392 -1.631919</w:t>
        <w:br/>
        <w:t>v -0.189060 19.347706 -1.512481</w:t>
        <w:br/>
        <w:t>v -0.226234 19.145191 -1.519104</w:t>
        <w:br/>
        <w:t>v -0.473196 19.166668 -1.622790</w:t>
        <w:br/>
        <w:t>v -0.473196 19.166668 -1.622790</w:t>
        <w:br/>
        <w:t>v -0.306503 19.150818 -1.710502</w:t>
        <w:br/>
        <w:t>v -0.143929 19.161110 -1.643298</w:t>
        <w:br/>
        <w:t>v -0.143929 19.161110 -1.643298</w:t>
        <w:br/>
        <w:t>v -0.226234 19.145191 -1.519104</w:t>
        <w:br/>
        <w:t>v -0.107318 19.331657 -1.643377</w:t>
        <w:br/>
        <w:t>v -0.280342 18.932289 -1.509682</w:t>
        <w:br/>
        <w:t>v -0.525258 18.959789 -1.635679</w:t>
        <w:br/>
        <w:t>v -0.525258 18.959789 -1.635679</w:t>
        <w:br/>
        <w:t>v -0.360214 18.945232 -1.745295</w:t>
        <w:br/>
        <w:t>v -0.184817 18.976704 -1.641897</w:t>
        <w:br/>
        <w:t>v -0.184817 18.976704 -1.641897</w:t>
        <w:br/>
        <w:t>v -0.280342 18.932289 -1.509682</w:t>
        <w:br/>
        <w:t>v -0.334227 18.699196 -1.504627</w:t>
        <w:br/>
        <w:t>v -0.581409 18.734371 -1.643238</w:t>
        <w:br/>
        <w:t>v -0.581409 18.734371 -1.643238</w:t>
        <w:br/>
        <w:t>v -0.413390 18.735279 -1.785193</w:t>
        <w:br/>
        <w:t>v -0.413390 18.735279 -1.785193</w:t>
        <w:br/>
        <w:t>v -0.239326 18.763714 -1.633507</w:t>
        <w:br/>
        <w:t>v -0.239326 18.763714 -1.633507</w:t>
        <w:br/>
        <w:t>v -0.334227 18.699196 -1.504627</w:t>
        <w:br/>
        <w:t>v -0.379802 18.495010 -1.490416</w:t>
        <w:br/>
        <w:t>v -0.623088 18.550291 -1.653482</w:t>
        <w:br/>
        <w:t>v -0.623088 18.550291 -1.653482</w:t>
        <w:br/>
        <w:t>v -0.474790 18.544910 -1.818999</w:t>
        <w:br/>
        <w:t>v -0.474790 18.544910 -1.818999</w:t>
        <w:br/>
        <w:t>v -0.292328 18.566092 -1.636532</w:t>
        <w:br/>
        <w:t>v -0.292328 18.566092 -1.636532</w:t>
        <w:br/>
        <w:t>v -0.379802 18.495010 -1.490416</w:t>
        <w:br/>
        <w:t>v -0.456685 18.187426 -1.482180</w:t>
        <w:br/>
        <w:t>v -0.687232 18.267689 -1.665626</w:t>
        <w:br/>
        <w:t>v -0.687232 18.267689 -1.665626</w:t>
        <w:br/>
        <w:t>v -0.551134 18.267183 -1.857932</w:t>
        <w:br/>
        <w:t>v -0.551134 18.267183 -1.857932</w:t>
        <w:br/>
        <w:t>v -0.381831 18.275158 -1.643231</w:t>
        <w:br/>
        <w:t>v -0.381831 18.275158 -1.643231</w:t>
        <w:br/>
        <w:t>v -0.456685 18.187426 -1.482180</w:t>
        <w:br/>
        <w:t>v -0.537944 17.794529 -1.492080</w:t>
        <w:br/>
        <w:t>v -0.766504 17.870514 -1.677399</w:t>
        <w:br/>
        <w:t>v -0.766504 17.870514 -1.677399</w:t>
        <w:br/>
        <w:t>v -0.636439 17.919735 -1.889951</w:t>
        <w:br/>
        <w:t>v -0.636439 17.919735 -1.889951</w:t>
        <w:br/>
        <w:t>v -0.489985 17.865051 -1.667389</w:t>
        <w:br/>
        <w:t>v -0.489985 17.865051 -1.667389</w:t>
        <w:br/>
        <w:t>v -0.537944 17.794529 -1.492080</w:t>
        <w:br/>
        <w:t>v -0.381831 18.275158 -1.643231</w:t>
        <w:br/>
        <w:t>v -0.591743 17.423815 -1.529893</w:t>
        <w:br/>
        <w:t>v -0.823130 17.464815 -1.695287</w:t>
        <w:br/>
        <w:t>v -0.823130 17.464815 -1.695287</w:t>
        <w:br/>
        <w:t>v -0.694813 17.593479 -1.925121</w:t>
        <w:br/>
        <w:t>v -0.694813 17.593479 -1.925121</w:t>
        <w:br/>
        <w:t>v -0.565550 17.470009 -1.689669</w:t>
        <w:br/>
        <w:t>v -0.565550 17.470009 -1.689669</w:t>
        <w:br/>
        <w:t>v -0.591743 17.423815 -1.529893</w:t>
        <w:br/>
        <w:t>v -0.610932 17.103333 -1.607064</w:t>
        <w:br/>
        <w:t>v -0.818137 17.169985 -1.751482</w:t>
        <w:br/>
        <w:t>v -0.818137 17.169985 -1.751482</w:t>
        <w:br/>
        <w:t>v -0.693194 17.306353 -1.967352</w:t>
        <w:br/>
        <w:t>v -0.693194 17.306353 -1.967352</w:t>
        <w:br/>
        <w:t>v -0.585934 17.198109 -1.742447</w:t>
        <w:br/>
        <w:t>v -0.585934 17.198109 -1.742447</w:t>
        <w:br/>
        <w:t>v -0.610932 17.103333 -1.607064</w:t>
        <w:br/>
        <w:t>v -0.608110 16.901348 -1.682861</w:t>
        <w:br/>
        <w:t>v -0.769445 16.920700 -1.829827</w:t>
        <w:br/>
        <w:t>v -0.769445 16.920700 -1.829827</w:t>
        <w:br/>
        <w:t>v -0.666931 17.074633 -2.000331</w:t>
        <w:br/>
        <w:t>v -0.666931 17.074633 -2.000331</w:t>
        <w:br/>
        <w:t>v -0.577458 16.976545 -1.805544</w:t>
        <w:br/>
        <w:t>v -0.577458 16.976545 -1.805544</w:t>
        <w:br/>
        <w:t>v -0.608110 16.901348 -1.682861</w:t>
        <w:br/>
        <w:t>v -0.590535 16.700253 -1.790392</w:t>
        <w:br/>
        <w:t>v -0.696345 16.736010 -1.914050</w:t>
        <w:br/>
        <w:t>v -0.696345 16.736010 -1.914050</w:t>
        <w:br/>
        <w:t>v -0.603976 16.842955 -2.040006</w:t>
        <w:br/>
        <w:t>v -0.603976 16.842955 -2.040006</w:t>
        <w:br/>
        <w:t>v -0.565669 16.796820 -1.873248</w:t>
        <w:br/>
        <w:t>v -0.565669 16.796820 -1.873248</w:t>
        <w:br/>
        <w:t>v -0.590535 16.700253 -1.790392</w:t>
        <w:br/>
        <w:t>v -0.545667 16.550865 -1.884808</w:t>
        <w:br/>
        <w:t>v -0.602868 16.562037 -1.974000</w:t>
        <w:br/>
        <w:t>v -0.602868 16.562037 -1.974000</w:t>
        <w:br/>
        <w:t>v -0.541626 16.651260 -2.054920</w:t>
        <w:br/>
        <w:t>v -0.541626 16.651260 -2.054920</w:t>
        <w:br/>
        <w:t>v -0.513664 16.599791 -1.957277</w:t>
        <w:br/>
        <w:t>v -0.513664 16.599791 -1.957277</w:t>
        <w:br/>
        <w:t>v -0.545667 16.550865 -1.884808</w:t>
        <w:br/>
        <w:t>v -0.489381 16.455652 -1.938985</w:t>
        <w:br/>
        <w:t>v -0.527212 16.452955 -2.000641</w:t>
        <w:br/>
        <w:t>v -0.527212 16.452955 -2.000641</w:t>
        <w:br/>
        <w:t>v -0.476405 16.486862 -2.052436</w:t>
        <w:br/>
        <w:t>v -0.476405 16.486862 -2.052436</w:t>
        <w:br/>
        <w:t>v -0.460894 16.461727 -1.993461</w:t>
        <w:br/>
        <w:t>v -0.460894 16.461727 -1.993461</w:t>
        <w:br/>
        <w:t>v -0.489381 16.455652 -1.938985</w:t>
        <w:br/>
        <w:t>v -0.414473 16.353703 -1.975234</w:t>
        <w:br/>
        <w:t>v -0.438588 16.340445 -2.000930</w:t>
        <w:br/>
        <w:t>v -0.438588 16.340445 -2.000930</w:t>
        <w:br/>
        <w:t>v -0.405670 16.344189 -2.024108</w:t>
        <w:br/>
        <w:t>v -0.405670 16.344189 -2.024108</w:t>
        <w:br/>
        <w:t>v -0.401160 16.348269 -1.997465</w:t>
        <w:br/>
        <w:t>v -0.401160 16.348269 -1.997465</w:t>
        <w:br/>
        <w:t>v -0.414473 16.353703 -1.975234</w:t>
        <w:br/>
        <w:t>v -0.336774 16.232016 -1.975310</w:t>
        <w:br/>
        <w:t>v -0.336774 16.232016 -1.975310</w:t>
        <w:br/>
        <w:t>v -0.336774 16.232016 -1.975310</w:t>
        <w:br/>
        <w:t>v -0.336774 16.232016 -1.975310</w:t>
        <w:br/>
        <w:t>v 0.029430 19.861256 -1.580375</w:t>
        <w:br/>
        <w:t>v 0.000420 19.734867 -1.869381</w:t>
        <w:br/>
        <w:t>v -0.062271 20.880499 -0.620429</w:t>
        <w:br/>
        <w:t>v -0.223003 20.868244 -0.679618</w:t>
        <w:br/>
        <w:t>v -0.262094 20.974707 -0.759190</w:t>
        <w:br/>
        <w:t>v -0.112622 21.055613 -0.715947</w:t>
        <w:br/>
        <w:t>v 0.257329 20.811705 -0.633581</w:t>
        <w:br/>
        <w:t>v 0.142859 20.873631 -0.582751</w:t>
        <w:br/>
        <w:t>v 0.134742 21.063446 -0.679762</w:t>
        <w:br/>
        <w:t>v 0.246990 21.010220 -0.722593</w:t>
        <w:br/>
        <w:t>v -0.262094 20.974707 -0.759190</w:t>
        <w:br/>
        <w:t>v -0.223003 20.868244 -0.679618</w:t>
        <w:br/>
        <w:t>v -0.078654 20.777870 -0.769215</w:t>
        <w:br/>
        <w:t>v -0.113875 20.902117 -0.843529</w:t>
        <w:br/>
        <w:t>v -0.152080 21.181320 -0.812562</w:t>
        <w:br/>
        <w:t>v -0.296090 21.052731 -0.839759</w:t>
        <w:br/>
        <w:t>v 0.101086 21.253189 -0.828708</w:t>
        <w:br/>
        <w:t>v 0.222251 21.186224 -0.878535</w:t>
        <w:br/>
        <w:t>v -0.296090 21.052731 -0.839759</w:t>
        <w:br/>
        <w:t>v -0.138166 20.978691 -0.899967</w:t>
        <w:br/>
        <w:t>v -0.195506 21.248491 -0.911153</w:t>
        <w:br/>
        <w:t>v -0.319313 21.077118 -0.902283</w:t>
        <w:br/>
        <w:t>v 0.055649 21.354628 -0.975332</w:t>
        <w:br/>
        <w:t>v 0.185018 21.253786 -1.053307</w:t>
        <w:br/>
        <w:t>v -0.167090 21.007576 -0.954739</w:t>
        <w:br/>
        <w:t>v -0.319313 21.077118 -0.902283</w:t>
        <w:br/>
        <w:t>v -0.246055 21.266182 -1.036349</w:t>
        <w:br/>
        <w:t>v -0.345417 21.067667 -0.967804</w:t>
        <w:br/>
        <w:t>v -0.024113 21.388813 -1.191996</w:t>
        <w:br/>
        <w:t>v 0.137171 21.301685 -1.273125</w:t>
        <w:br/>
        <w:t>v -0.196145 21.003345 -1.013547</w:t>
        <w:br/>
        <w:t>v -0.345417 21.067667 -0.967804</w:t>
        <w:br/>
        <w:t>v -0.316824 21.202026 -1.183299</w:t>
        <w:br/>
        <w:t>v -0.382536 21.008549 -1.055141</w:t>
        <w:br/>
        <w:t>v -0.099470 21.330391 -1.365224</w:t>
        <w:br/>
        <w:t>v 0.090381 21.237877 -1.427674</w:t>
        <w:br/>
        <w:t>v -0.226379 20.966476 -1.076820</w:t>
        <w:br/>
        <w:t>v -0.382536 21.008549 -1.055141</w:t>
        <w:br/>
        <w:t>v -0.405408 21.015381 -1.353205</w:t>
        <w:br/>
        <w:t>v -0.441646 20.904461 -1.163009</w:t>
        <w:br/>
        <w:t>v -0.212961 21.122154 -1.575023</w:t>
        <w:br/>
        <w:t>v 0.027639 21.086136 -1.579586</w:t>
        <w:br/>
        <w:t>v 0.164146 21.011936 -1.497448</w:t>
        <w:br/>
        <w:t>v 0.114380 20.973003 -1.445895</w:t>
        <w:br/>
        <w:t>v 0.142651 21.066784 -1.379790</w:t>
        <w:br/>
        <w:t>v 0.191597 21.111107 -1.429839</w:t>
        <w:br/>
        <w:t>v -0.526184 20.696056 -1.322106</w:t>
        <w:br/>
        <w:t>v -0.473029 20.811283 -1.511888</w:t>
        <w:br/>
        <w:t>v -0.264116 20.921001 -1.700669</w:t>
        <w:br/>
        <w:t>v -0.018858 20.894047 -1.694230</w:t>
        <w:br/>
        <w:t>v -0.275926 20.876320 -1.166548</w:t>
        <w:br/>
        <w:t>v -0.352309 20.674335 -1.307367</w:t>
        <w:br/>
        <w:t>v -0.526184 20.696056 -1.322106</w:t>
        <w:br/>
        <w:t>v -0.441646 20.904461 -1.163009</w:t>
        <w:br/>
        <w:t>v -0.589949 20.438042 -1.466085</w:t>
        <w:br/>
        <w:t>v -0.531654 20.539787 -1.650291</w:t>
        <w:br/>
        <w:t>v -0.308973 20.641369 -1.838825</w:t>
        <w:br/>
        <w:t>v -0.051876 20.630524 -1.810771</w:t>
        <w:br/>
        <w:t>v -0.420012 20.422249 -1.435768</w:t>
        <w:br/>
        <w:t>v -0.589949 20.438042 -1.466085</w:t>
        <w:br/>
        <w:t>v -0.607602 20.205046 -1.570549</w:t>
        <w:br/>
        <w:t>v -0.556847 20.300638 -1.748739</w:t>
        <w:br/>
        <w:t>v -0.340415 20.409193 -1.939822</w:t>
        <w:br/>
        <w:t>v -0.068515 20.414644 -1.895839</w:t>
        <w:br/>
        <w:t>v -0.607602 20.205046 -1.570549</w:t>
        <w:br/>
        <w:t>v -0.452162 20.197565 -1.524785</w:t>
        <w:br/>
        <w:t>v -0.607221 20.001736 -1.668428</w:t>
        <w:br/>
        <w:t>v -0.558015 20.078964 -1.842213</w:t>
        <w:br/>
        <w:t>v -0.353132 20.196749 -2.032312</w:t>
        <w:br/>
        <w:t>v -0.072759 20.213026 -1.967025</w:t>
        <w:br/>
        <w:t>v -0.607221 20.001736 -1.668428</w:t>
        <w:br/>
        <w:t>v -0.467485 20.004513 -1.617687</w:t>
        <w:br/>
        <w:t>v -0.600145 19.775818 -1.775073</w:t>
        <w:br/>
        <w:t>v -0.542789 19.862331 -1.945890</w:t>
        <w:br/>
        <w:t>v -0.334859 19.976643 -2.116273</w:t>
        <w:br/>
        <w:t>v -0.063494 20.003548 -2.036830</w:t>
        <w:br/>
        <w:t>v -0.600145 19.775818 -1.775073</w:t>
        <w:br/>
        <w:t>v -0.473479 19.782999 -1.720241</w:t>
        <w:br/>
        <w:t>v -0.498750 19.504753 -2.117769</w:t>
        <w:br/>
        <w:t>v -0.525587 19.683460 -2.030575</w:t>
        <w:br/>
        <w:t>v -0.596193 19.602627 -1.856436</w:t>
        <w:br/>
        <w:t>v -0.585435 19.429668 -1.944292</w:t>
        <w:br/>
        <w:t>v -0.045656 19.814381 -2.085252</w:t>
        <w:br/>
        <w:t>v -0.310458 19.787701 -2.184887</w:t>
        <w:br/>
        <w:t>v -0.273959 19.598690 -2.248847</w:t>
        <w:br/>
        <w:t>v -0.008006 19.625496 -2.120575</w:t>
        <w:br/>
        <w:t>v -0.585435 19.429668 -1.944292</w:t>
        <w:br/>
        <w:t>v -0.596193 19.602627 -1.856436</w:t>
        <w:br/>
        <w:t>v -0.478357 19.609936 -1.801231</w:t>
        <w:br/>
        <w:t>v -0.478607 19.437565 -1.885409</w:t>
        <w:br/>
        <w:t>v -0.560391 19.231159 -2.037478</w:t>
        <w:br/>
        <w:t>v -0.460474 19.301708 -2.215191</w:t>
        <w:br/>
        <w:t>v -0.230786 19.399555 -2.303988</w:t>
        <w:br/>
        <w:t>v 0.043630 19.444260 -2.144694</w:t>
        <w:br/>
        <w:t>v -0.318241 18.888054 -2.387558</w:t>
        <w:br/>
        <w:t>v -0.407665 19.100834 -2.308864</w:t>
        <w:br/>
        <w:t>v -0.526401 19.023388 -2.156087</w:t>
        <w:br/>
        <w:t>v -0.477947 18.801266 -2.261239</w:t>
        <w:br/>
        <w:t>v 0.213609 19.050407 -2.149682</w:t>
        <w:br/>
        <w:t>v 0.114016 19.267151 -2.152202</w:t>
        <w:br/>
        <w:t>v -0.168657 19.205170 -2.348305</w:t>
        <w:br/>
        <w:t>v -0.062171 18.989620 -2.386626</w:t>
        <w:br/>
        <w:t>v -0.477947 18.801266 -2.261239</w:t>
        <w:br/>
        <w:t>v -0.526401 19.023388 -2.156087</w:t>
        <w:br/>
        <w:t>v -0.401608 19.041183 -2.000234</w:t>
        <w:br/>
        <w:t>v -0.360841 18.817951 -2.086414</w:t>
        <w:br/>
        <w:t>v -0.233187 18.659863 -2.440227</w:t>
        <w:br/>
        <w:t>v -0.318241 18.888054 -2.387558</w:t>
        <w:br/>
        <w:t>v -0.477947 18.801266 -2.261239</w:t>
        <w:br/>
        <w:t>v -0.411261 18.577562 -2.329551</w:t>
        <w:br/>
        <w:t>v 0.326363 18.816034 -2.103489</w:t>
        <w:br/>
        <w:t>v 0.058044 18.771040 -2.399463</w:t>
        <w:br/>
        <w:t>v -0.411261 18.577562 -2.329551</w:t>
        <w:br/>
        <w:t>v -0.301064 18.586039 -2.129017</w:t>
        <w:br/>
        <w:t>v -0.131449 18.436447 -2.455950</w:t>
        <w:br/>
        <w:t>v -0.311088 18.355350 -2.359733</w:t>
        <w:br/>
        <w:t>v 0.456544 18.570211 -2.029709</w:t>
        <w:br/>
        <w:t>v 0.204738 18.553598 -2.384781</w:t>
        <w:br/>
        <w:t>v -0.214385 18.348763 -2.127648</w:t>
        <w:br/>
        <w:t>v -0.311088 18.355350 -2.359733</w:t>
        <w:br/>
        <w:t>v -0.026167 18.216999 -2.448368</w:t>
        <w:br/>
        <w:t>v -0.211521 18.136650 -2.372271</w:t>
        <w:br/>
        <w:t>v 0.610381 18.321619 -1.931305</w:t>
        <w:br/>
        <w:t>v 0.371084 18.310171 -2.325772</w:t>
        <w:br/>
        <w:t>v -0.122930 18.131010 -2.110582</w:t>
        <w:br/>
        <w:t>v -0.211521 18.136650 -2.372271</w:t>
        <w:br/>
        <w:t>v 0.120989 17.955564 -2.409881</w:t>
        <w:br/>
        <w:t>v -0.082155 17.893707 -2.360746</w:t>
        <w:br/>
        <w:t>v -0.021970 17.896057 -2.105616</w:t>
        <w:br/>
        <w:t>v -0.082155 17.893707 -2.360746</w:t>
        <w:br/>
        <w:t>v 0.229718 17.750429 -2.360180</w:t>
        <w:br/>
        <w:t>v 0.020326 17.701893 -2.329161</w:t>
        <w:br/>
        <w:t>v 0.055492 17.699205 -2.068940</w:t>
        <w:br/>
        <w:t>v 0.020326 17.701893 -2.329161</w:t>
        <w:br/>
        <w:t>v 0.308149 17.573912 -2.309092</w:t>
        <w:br/>
        <w:t>v 0.085103 17.563633 -2.280976</w:t>
        <w:br/>
        <w:t>v 0.103361 17.572453 -2.032099</w:t>
        <w:br/>
        <w:t>v 0.085103 17.563633 -2.280976</w:t>
        <w:br/>
        <w:t>v 0.427992 17.243330 -2.150516</w:t>
        <w:br/>
        <w:t>v 0.382403 17.383188 -2.231708</w:t>
        <w:br/>
        <w:t>v 0.147292 17.418383 -2.219267</w:t>
        <w:br/>
        <w:t>v 0.193739 17.285507 -2.151764</w:t>
        <w:br/>
        <w:t>v 0.682715 17.194351 -1.885855</w:t>
        <w:br/>
        <w:t>v 0.649549 17.338106 -1.998267</w:t>
        <w:br/>
        <w:t>v 0.519537 17.358408 -2.139749</w:t>
        <w:br/>
        <w:t>v 0.556493 17.214064 -2.040546</w:t>
        <w:br/>
        <w:t>v 0.147292 17.418383 -2.219267</w:t>
        <w:br/>
        <w:t>v 0.150868 17.438879 -1.988754</w:t>
        <w:br/>
        <w:t>v 0.188817 17.311886 -1.941522</w:t>
        <w:br/>
        <w:t>v 0.193739 17.285507 -2.151764</w:t>
        <w:br/>
        <w:t>v 0.597891 16.901842 -1.800104</w:t>
        <w:br/>
        <w:t>v 0.584144 17.057646 -1.921386</w:t>
        <w:br/>
        <w:t>v 0.470120 17.078796 -2.044190</w:t>
        <w:br/>
        <w:t>v 0.503507 16.926626 -1.935721</w:t>
        <w:br/>
        <w:t>v 0.597651 16.696455 -1.654619</w:t>
        <w:br/>
        <w:t>v 0.530814 16.714849 -1.787930</w:t>
        <w:br/>
        <w:t>v 0.565057 16.540871 -1.554091</w:t>
        <w:br/>
        <w:t>v 0.523280 16.547619 -1.681752</w:t>
        <w:br/>
        <w:t>v 0.469334 16.379559 -1.594899</w:t>
        <w:br/>
        <w:t>v 0.493162 16.388245 -1.490875</w:t>
        <w:br/>
        <w:t>v 0.486427 16.418631 -1.390674</w:t>
        <w:br/>
        <w:t>v 0.389149 16.260096 -1.510716</w:t>
        <w:br/>
        <w:t>v 0.386240 16.286551 -1.451000</w:t>
        <w:br/>
        <w:t>v 0.244530 16.128101 -1.607022</w:t>
        <w:br/>
        <w:t>v -0.233187 18.659863 -2.440227</w:t>
        <w:br/>
        <w:t>v -0.201791 18.669020 -2.438382</w:t>
        <w:br/>
        <w:t>v -0.318241 18.888054 -2.387558</w:t>
        <w:br/>
        <w:t>v -0.083331 18.457359 -2.451554</w:t>
        <w:br/>
        <w:t>v -0.131449 18.436447 -2.455950</w:t>
        <w:br/>
        <w:t>v 0.043327 18.250580 -2.439548</w:t>
        <w:br/>
        <w:t>v -0.026167 18.216999 -2.448368</w:t>
        <w:br/>
        <w:t>v 0.219307 17.975595 -2.379469</w:t>
        <w:br/>
        <w:t>v 0.120989 17.955564 -2.409881</w:t>
        <w:br/>
        <w:t>v 0.352776 17.750111 -2.325908</w:t>
        <w:br/>
        <w:t>v 0.229718 17.750429 -2.360180</w:t>
        <w:br/>
        <w:t>v 0.439716 17.564135 -2.248875</w:t>
        <w:br/>
        <w:t>v 0.308149 17.573912 -2.309092</w:t>
        <w:br/>
        <w:t>v 0.303400 20.712400 -0.747502</w:t>
        <w:br/>
        <w:t>v 0.301835 20.905746 -0.824684</w:t>
        <w:br/>
        <w:t>v 0.287960 21.058903 -0.945273</w:t>
        <w:br/>
        <w:t>v 0.261138 21.143906 -1.107594</w:t>
        <w:br/>
        <w:t>v 0.228148 21.166777 -1.286797</w:t>
        <w:br/>
        <w:t>v 0.191597 21.111107 -1.429839</w:t>
        <w:br/>
        <w:t>v 0.164146 21.011936 -1.497448</w:t>
        <w:br/>
        <w:t>v 0.120140 20.824047 -1.604541</w:t>
        <w:br/>
        <w:t>v 0.093582 20.574184 -1.705017</w:t>
        <w:br/>
        <w:t>v 0.083646 20.368807 -1.782008</w:t>
        <w:br/>
        <w:t>v 0.081220 20.179323 -1.840516</w:t>
        <w:br/>
        <w:t>v 0.087210 19.977823 -1.910426</w:t>
        <w:br/>
        <w:t>v 0.125455 19.604282 -1.968428</w:t>
        <w:br/>
        <w:t>v 0.098832 19.791332 -1.956139</w:t>
        <w:br/>
        <w:t>v 0.164883 19.430527 -1.965880</w:t>
        <w:br/>
        <w:t>v 0.282744 19.039707 -1.925440</w:t>
        <w:br/>
        <w:t>v 0.212573 19.259510 -1.955675</w:t>
        <w:br/>
        <w:t>v 0.387058 18.797318 -1.859115</w:t>
        <w:br/>
        <w:t>v 0.511012 18.543072 -1.762569</w:t>
        <w:br/>
        <w:t>v 0.654940 18.303169 -1.646695</w:t>
        <w:br/>
        <w:t>v -0.162991 18.678171 -2.430907</w:t>
        <w:br/>
        <w:t>v -0.017286 18.488457 -2.407146</w:t>
        <w:br/>
        <w:t>v -0.162991 18.678171 -2.430907</w:t>
        <w:br/>
        <w:t>v -0.026667 18.478613 -2.441583</w:t>
        <w:br/>
        <w:t>v 0.146555 18.266659 -2.348078</w:t>
        <w:br/>
        <w:t>v 0.120548 18.279440 -2.411021</w:t>
        <w:br/>
        <w:t>v -0.165564 19.113564 -1.905762</w:t>
        <w:br/>
        <w:t>v -0.207590 19.304661 -1.847695</w:t>
        <w:br/>
        <w:t>v 0.044999 19.371254 -1.896372</w:t>
        <w:br/>
        <w:t>v 0.082042 19.194607 -1.890454</w:t>
        <w:br/>
        <w:t>v -0.114012 18.892204 -1.943532</w:t>
        <w:br/>
        <w:t>v 0.129278 18.972519 -1.875759</w:t>
        <w:br/>
        <w:t>v 0.221531 18.733414 -1.821187</w:t>
        <w:br/>
        <w:t>v -0.045759 18.653141 -1.933146</w:t>
        <w:br/>
        <w:t>v 0.319264 18.480507 -1.765926</w:t>
        <w:br/>
        <w:t>v 0.050838 18.415138 -1.890970</w:t>
        <w:br/>
        <w:t>v 0.423810 18.243683 -1.693294</w:t>
        <w:br/>
        <w:t>v 0.164807 18.192709 -1.822660</w:t>
        <w:br/>
        <w:t>v 0.090994 20.742466 -0.791733</w:t>
        <w:br/>
        <w:t>v 0.080127 20.892899 -0.884534</w:t>
        <w:br/>
        <w:t>v 0.067115 20.941061 -0.953131</w:t>
        <w:br/>
        <w:t>v 0.050195 20.963465 -1.019227</w:t>
        <w:br/>
        <w:t>v -0.327952 19.142784 -1.946568</w:t>
        <w:br/>
        <w:t>v -0.212051 19.450447 -1.754771</w:t>
        <w:br/>
        <w:t>v -0.207590 19.304661 -1.847695</w:t>
        <w:br/>
        <w:t>v -0.165564 19.113564 -1.905762</w:t>
        <w:br/>
        <w:t>v -0.114012 18.892204 -1.943532</w:t>
        <w:br/>
        <w:t>v -0.184621 18.613621 -2.016287</w:t>
        <w:br/>
        <w:t>v -0.045759 18.653141 -1.933146</w:t>
        <w:br/>
        <w:t>v 0.033197 18.408623 -1.890258</w:t>
        <w:br/>
        <w:t>v -0.093806 18.371672 -1.987590</w:t>
        <w:br/>
        <w:t>v 0.107192 18.180925 -1.846457</w:t>
        <w:br/>
        <w:t>v -0.013971 18.163197 -1.964392</w:t>
        <w:br/>
        <w:t>v 0.096261 17.918726 -1.931486</w:t>
        <w:br/>
        <w:t>v 0.177702 17.716311 -1.861843</w:t>
        <w:br/>
        <w:t>v 0.229164 17.576723 -1.805547</w:t>
        <w:br/>
        <w:t>v 0.267806 17.444387 -1.753141</w:t>
        <w:br/>
        <w:t>v 0.301930 17.321608 -1.705125</w:t>
        <w:br/>
        <w:t>v 0.238448 17.173756 -1.859438</w:t>
        <w:br/>
        <w:t>v 0.335444 17.194397 -1.646961</w:t>
        <w:br/>
        <w:t>v 0.361442 17.064455 -1.591841</w:t>
        <w:br/>
        <w:t>v 0.284211 17.038200 -1.785935</w:t>
        <w:br/>
        <w:t>v 0.383658 16.847563 -1.525238</w:t>
        <w:br/>
        <w:t>v 0.338411 16.825018 -1.697950</w:t>
        <w:br/>
        <w:t>v 0.369695 16.646431 -1.647364</w:t>
        <w:br/>
        <w:t>v 0.383522 16.671713 -1.497412</w:t>
        <w:br/>
        <w:t>v 0.373414 16.450258 -1.621453</w:t>
        <w:br/>
        <w:t>v 0.363670 16.480209 -1.507205</w:t>
        <w:br/>
        <w:t>v 0.344273 16.304365 -1.615860</w:t>
        <w:br/>
        <w:t>v 0.322403 16.339954 -1.541086</w:t>
        <w:br/>
        <w:t>v 0.244530 16.128101 -1.607022</w:t>
        <w:br/>
        <w:t>v 0.227710 21.143435 -1.118857</w:t>
        <w:br/>
        <w:t>v 0.261138 21.143906 -1.107594</w:t>
        <w:br/>
        <w:t>v 0.228148 21.166777 -1.286797</w:t>
        <w:br/>
        <w:t>v 0.201591 21.128271 -1.266156</w:t>
        <w:br/>
        <w:t>v 0.120140 20.824047 -1.604541</w:t>
        <w:br/>
        <w:t>v 0.057993 20.778824 -1.555595</w:t>
        <w:br/>
        <w:t>v 0.026034 20.545746 -1.651882</w:t>
        <w:br/>
        <w:t>v 0.093582 20.574184 -1.705017</w:t>
        <w:br/>
        <w:t>v 0.009155 20.330582 -1.722403</w:t>
        <w:br/>
        <w:t>v 0.083646 20.368807 -1.782008</w:t>
        <w:br/>
        <w:t>v 0.003480 20.137981 -1.782093</w:t>
        <w:br/>
        <w:t>v 0.081220 20.179323 -1.840516</w:t>
        <w:br/>
        <w:t>v 0.003111 19.927410 -1.833174</w:t>
        <w:br/>
        <w:t>v 0.087210 19.977823 -1.910426</w:t>
        <w:br/>
        <w:t>v 0.015972 19.551281 -1.884494</w:t>
        <w:br/>
        <w:t>v 0.000420 19.734867 -1.869381</w:t>
        <w:br/>
        <w:t>v 0.098832 19.791332 -1.956139</w:t>
        <w:br/>
        <w:t>v 0.125455 19.604282 -1.968428</w:t>
        <w:br/>
        <w:t>v 0.164883 19.430527 -1.965880</w:t>
        <w:br/>
        <w:t>v 0.212573 19.259510 -1.955675</w:t>
        <w:br/>
        <w:t>v 0.282744 19.039707 -1.925440</w:t>
        <w:br/>
        <w:t>v 0.387058 18.797318 -1.859115</w:t>
        <w:br/>
        <w:t>v 0.511012 18.543072 -1.762569</w:t>
        <w:br/>
        <w:t>v 0.654940 18.303169 -1.646695</w:t>
        <w:br/>
        <w:t>v 0.382403 17.383188 -2.231708</w:t>
        <w:br/>
        <w:t>v 0.427992 17.243330 -2.150516</w:t>
        <w:br/>
        <w:t>v 0.701349 17.033831 -1.744659</w:t>
        <w:br/>
        <w:t>v 0.642351 16.698318 -1.473402</w:t>
        <w:br/>
        <w:t>v 0.690282 16.873560 -1.605302</w:t>
        <w:br/>
        <w:t>v 0.577590 16.555309 -1.409613</w:t>
        <w:br/>
        <w:t>v 0.390022 16.248230 -1.565704</w:t>
        <w:br/>
        <w:t>v -0.026667 18.478613 -2.441583</w:t>
        <w:br/>
        <w:t>v -0.162991 18.678171 -2.430907</w:t>
        <w:br/>
        <w:t>v 0.330664 17.985624 -2.326335</w:t>
        <w:br/>
        <w:t>v 0.487470 17.746935 -2.241607</w:t>
        <w:br/>
        <w:t>v 0.576592 17.537727 -2.122977</w:t>
        <w:br/>
        <w:t>v 0.210340 17.936550 -1.791186</w:t>
        <w:br/>
        <w:t>v 0.295022 17.727358 -1.705578</w:t>
        <w:br/>
        <w:t>v 0.341925 17.580206 -1.629687</w:t>
        <w:br/>
        <w:t>v 0.374670 17.418558 -1.559157</w:t>
        <w:br/>
        <w:t>v 0.394627 17.321741 -1.511871</w:t>
        <w:br/>
        <w:t>v 0.417237 17.202736 -1.451359</w:t>
        <w:br/>
        <w:t>v 0.430557 17.078796 -1.402096</w:t>
        <w:br/>
        <w:t>v 0.426524 16.859625 -1.351134</w:t>
        <w:br/>
        <w:t>v 0.403455 16.676668 -1.349607</w:t>
        <w:br/>
        <w:t>v 0.366568 16.497585 -1.383665</w:t>
        <w:br/>
        <w:t>v 0.326797 16.361034 -1.450171</w:t>
        <w:br/>
        <w:t>v 0.156670 18.192387 -1.888793</w:t>
        <w:br/>
        <w:t>v 0.276979 17.964325 -1.850877</w:t>
        <w:br/>
        <w:t>v 0.210340 17.936550 -1.791186</w:t>
        <w:br/>
        <w:t>v 0.107192 18.180925 -1.846457</w:t>
        <w:br/>
        <w:t>v 0.384386 17.738459 -1.769388</w:t>
        <w:br/>
        <w:t>v 0.295022 17.727358 -1.705578</w:t>
        <w:br/>
        <w:t>v 0.487659 17.529465 -1.734723</w:t>
        <w:br/>
        <w:t>v 0.341925 17.580206 -1.629687</w:t>
        <w:br/>
        <w:t>v 0.557139 17.362474 -1.664382</w:t>
        <w:br/>
        <w:t>v 0.374670 17.418558 -1.559157</w:t>
        <w:br/>
        <w:t>v 0.394627 17.321741 -1.511871</w:t>
        <w:br/>
        <w:t>v 0.582420 17.232504 -1.595426</w:t>
        <w:br/>
        <w:t>v 0.583417 17.108643 -1.519894</w:t>
        <w:br/>
        <w:t>v 0.417237 17.202736 -1.451359</w:t>
        <w:br/>
        <w:t>v 0.430557 17.078796 -1.402096</w:t>
        <w:br/>
        <w:t>v 0.578151 16.982002 -1.439925</w:t>
        <w:br/>
        <w:t>v 0.544989 16.785961 -1.353810</w:t>
        <w:br/>
        <w:t>v 0.426524 16.859625 -1.351134</w:t>
        <w:br/>
        <w:t>v 0.492939 16.617905 -1.335491</w:t>
        <w:br/>
        <w:t>v 0.403455 16.676668 -1.349607</w:t>
        <w:br/>
        <w:t>v 0.429805 16.460651 -1.359211</w:t>
        <w:br/>
        <w:t>v 0.366568 16.497585 -1.383665</w:t>
        <w:br/>
        <w:t>v 0.355192 16.320135 -1.436339</w:t>
        <w:br/>
        <w:t>v 0.326797 16.361034 -1.450171</w:t>
        <w:br/>
        <w:t>v 0.244530 16.128101 -1.607022</w:t>
        <w:br/>
        <w:t>v 0.244530 16.128101 -1.607022</w:t>
        <w:br/>
        <w:t>v 0.367862 16.270721 -1.605836</w:t>
        <w:br/>
        <w:t>v 0.344273 16.304365 -1.615860</w:t>
        <w:br/>
        <w:t>v 0.425313 16.412947 -1.648715</w:t>
        <w:br/>
        <w:t>v 0.373414 16.450258 -1.621453</w:t>
        <w:br/>
        <w:t>v 0.441851 16.575932 -1.702592</w:t>
        <w:br/>
        <w:t>v 0.435846 16.746408 -1.784024</w:t>
        <w:br/>
        <w:t>v 0.395939 16.957022 -1.903330</w:t>
        <w:br/>
        <w:t>v 0.350330 17.114742 -1.999207</w:t>
        <w:br/>
        <w:t>v 0.330508 17.978840 -2.205403</w:t>
        <w:br/>
        <w:t>v 0.330664 17.985624 -2.326335</w:t>
        <w:br/>
        <w:t>v 0.454090 17.735651 -2.024159</w:t>
        <w:br/>
        <w:t>v 0.487470 17.746935 -2.241607</w:t>
        <w:br/>
        <w:t>v 0.487659 17.529465 -1.734723</w:t>
        <w:br/>
        <w:t>v 0.576592 17.537727 -2.122977</w:t>
        <w:br/>
        <w:t>v 0.582420 17.232504 -1.595426</w:t>
        <w:br/>
        <w:t>v 0.557139 17.362474 -1.664382</w:t>
        <w:br/>
        <w:t>v 0.649549 17.338106 -1.998267</w:t>
        <w:br/>
        <w:t>v 0.682715 17.194351 -1.885855</w:t>
        <w:br/>
        <w:t>v 0.578151 16.982002 -1.439925</w:t>
        <w:br/>
        <w:t>v 0.583417 17.108643 -1.519894</w:t>
        <w:br/>
        <w:t>v 0.701349 17.033831 -1.744659</w:t>
        <w:br/>
        <w:t>v 0.544989 16.785961 -1.353810</w:t>
        <w:br/>
        <w:t>v 0.492939 16.617905 -1.335491</w:t>
        <w:br/>
        <w:t>v 0.429805 16.460651 -1.359211</w:t>
        <w:br/>
        <w:t>v 0.355192 16.320135 -1.436339</w:t>
        <w:br/>
        <w:t>v 0.244530 16.128101 -1.607022</w:t>
        <w:br/>
        <w:t>v 0.390022 16.248230 -1.565704</w:t>
        <w:br/>
        <w:t>v 0.367862 16.270721 -1.605836</w:t>
        <w:br/>
        <w:t>v 0.469334 16.379559 -1.594899</w:t>
        <w:br/>
        <w:t>v 0.425313 16.412947 -1.648715</w:t>
        <w:br/>
        <w:t>v 0.441851 16.575932 -1.702592</w:t>
        <w:br/>
        <w:t>v 0.425313 16.412947 -1.648715</w:t>
        <w:br/>
        <w:t>v 0.523280 16.547619 -1.681752</w:t>
        <w:br/>
        <w:t>v 0.435846 16.746408 -1.784024</w:t>
        <w:br/>
        <w:t>v 0.441851 16.575932 -1.702592</w:t>
        <w:br/>
        <w:t>v 0.530814 16.714849 -1.787930</w:t>
        <w:br/>
        <w:t>v 0.395939 16.957022 -1.903330</w:t>
        <w:br/>
        <w:t>v 0.503507 16.926626 -1.935721</w:t>
        <w:br/>
        <w:t>v 0.300144 17.256922 -2.089533</w:t>
        <w:br/>
        <w:t>v 0.350330 17.114742 -1.999207</w:t>
        <w:br/>
        <w:t>v 0.470120 17.078796 -2.044190</w:t>
        <w:br/>
        <w:t>v 0.427992 17.243330 -2.150516</w:t>
        <w:br/>
        <w:t>v 0.549596 18.028584 -2.219954</w:t>
        <w:br/>
        <w:t>v 0.177152 18.284046 -2.386942</w:t>
        <w:br/>
        <w:t>v 0.390375 18.001568 -2.313023</w:t>
        <w:br/>
        <w:t>v 0.689691 17.773838 -2.082280</w:t>
        <w:br/>
        <w:t>v 0.546520 17.753006 -2.198192</w:t>
        <w:br/>
        <w:t>v 0.676654 17.515491 -2.025369</w:t>
        <w:br/>
        <w:t>v 0.801319 17.543489 -1.901101</w:t>
        <w:br/>
        <w:t>v 0.773225 18.083799 -1.513954</w:t>
        <w:br/>
        <w:t>v 0.766038 18.072880 -1.809876</w:t>
        <w:br/>
        <w:t>v 0.830944 17.819824 -1.345797</w:t>
        <w:br/>
        <w:t>v 0.878920 17.812469 -1.651547</w:t>
        <w:br/>
        <w:t>v 0.921538 17.609640 -1.505189</w:t>
        <w:br/>
        <w:t>v 0.822156 17.635973 -1.228975</w:t>
        <w:br/>
        <w:t>v 0.914423 17.433590 -1.375086</w:t>
        <w:br/>
        <w:t>v 0.780728 17.471256 -1.133093</w:t>
        <w:br/>
        <w:t>v 0.714275 17.318573 -1.071080</w:t>
        <w:br/>
        <w:t>v 0.854926 17.259092 -1.258917</w:t>
        <w:br/>
        <w:t>v 0.749771 17.088503 -1.171786</w:t>
        <w:br/>
        <w:t>v 0.622336 17.136688 -1.033301</w:t>
        <w:br/>
        <w:t>v 0.637886 16.939526 -1.123362</w:t>
        <w:br/>
        <w:t>v 0.552595 16.985945 -1.037528</w:t>
        <w:br/>
        <w:t>v 0.550520 16.838774 -1.113218</w:t>
        <w:br/>
        <w:t>v 0.493829 16.881083 -1.062901</w:t>
        <w:br/>
        <w:t>v 0.383650 16.679222 -1.142608</w:t>
        <w:br/>
        <w:t>v 0.403001 16.662035 -1.158683</w:t>
        <w:br/>
        <w:t>v 0.316632 16.560246 -1.215872</w:t>
        <w:br/>
        <w:t>v 0.864625 17.355129 -1.738224</w:t>
        <w:br/>
        <w:t>v 0.825067 17.171946 -1.540228</w:t>
        <w:br/>
        <w:t>v 0.774188 17.030569 -1.383919</w:t>
        <w:br/>
        <w:t>v 0.681036 16.899672 -1.257663</w:t>
        <w:br/>
        <w:t>v 0.527774 18.027973 -1.570478</w:t>
        <w:br/>
        <w:t>v 0.288322 17.962364 -1.729495</w:t>
        <w:br/>
        <w:t>v 0.606766 17.765276 -1.411116</w:t>
        <w:br/>
        <w:t>v 0.402937 17.726484 -1.572831</w:t>
        <w:br/>
        <w:t>v 0.605205 17.594929 -1.308010</w:t>
        <w:br/>
        <w:t>v 0.452570 17.550447 -1.434123</w:t>
        <w:br/>
        <w:t>v 0.590266 17.452122 -1.228700</w:t>
        <w:br/>
        <w:t>v 0.470303 17.424246 -1.347766</w:t>
        <w:br/>
        <w:t>v 0.458711 17.125463 -1.211167</w:t>
        <w:br/>
        <w:t>v 0.471366 17.290831 -1.272188</w:t>
        <w:br/>
        <w:t>v 0.560199 17.311720 -1.170377</w:t>
        <w:br/>
        <w:t>v 0.513785 17.138529 -1.134232</w:t>
        <w:br/>
        <w:t>v 0.433166 16.982235 -1.182904</w:t>
        <w:br/>
        <w:t>v 0.468610 16.990667 -1.121022</w:t>
        <w:br/>
        <w:t>v 0.414085 16.881054 -1.167717</w:t>
        <w:br/>
        <w:t>v 0.437800 16.883892 -1.124755</w:t>
        <w:br/>
        <w:t>v 0.773225 18.083799 -1.513954</w:t>
        <w:br/>
        <w:t>v 0.830944 17.819824 -1.345797</w:t>
        <w:br/>
        <w:t>v 0.822156 17.635973 -1.228975</w:t>
        <w:br/>
        <w:t>v 0.780728 17.471256 -1.133093</w:t>
        <w:br/>
        <w:t>v 0.714275 17.318573 -1.071080</w:t>
        <w:br/>
        <w:t>v 0.622336 17.136688 -1.033301</w:t>
        <w:br/>
        <w:t>v 0.552595 16.985945 -1.037528</w:t>
        <w:br/>
        <w:t>v 0.493829 16.881083 -1.062901</w:t>
        <w:br/>
        <w:t>v 0.449073 16.799913 -1.089993</w:t>
        <w:br/>
        <w:t>v 0.383650 16.679222 -1.142608</w:t>
        <w:br/>
        <w:t>v 0.362493 16.675301 -1.166536</w:t>
        <w:br/>
        <w:t>v 0.406983 16.791536 -1.137618</w:t>
        <w:br/>
        <w:t>v 0.353913 16.672201 -1.181125</w:t>
        <w:br/>
        <w:t>v 0.390012 16.785057 -1.166644</w:t>
        <w:br/>
        <w:t>v 0.546520 17.753006 -2.198192</w:t>
        <w:br/>
        <w:t>v 0.454090 17.735651 -2.024159</w:t>
        <w:br/>
        <w:t>v 0.584151 17.526236 -1.885050</w:t>
        <w:br/>
        <w:t>v 0.676654 17.515491 -2.025369</w:t>
        <w:br/>
        <w:t>v 0.330508 17.978840 -2.205403</w:t>
        <w:br/>
        <w:t>v 0.390375 18.001568 -2.313023</w:t>
        <w:br/>
        <w:t>v 0.177152 18.284046 -2.386942</w:t>
        <w:br/>
        <w:t>v 0.146555 18.266659 -2.348078</w:t>
        <w:br/>
        <w:t>v 0.765061 17.314137 -1.845347</w:t>
        <w:br/>
        <w:t>v 0.575241 16.809322 -1.193496</w:t>
        <w:br/>
        <w:t>v 0.411793 16.652422 -1.182111</w:t>
        <w:br/>
        <w:t>v 0.488262 16.765114 -1.121767</w:t>
        <w:br/>
        <w:t>v 0.506202 16.745470 -1.175496</w:t>
        <w:br/>
        <w:t>v 0.489007 16.944344 -1.251328</w:t>
        <w:br/>
        <w:t>v 0.433166 16.982235 -1.182904</w:t>
        <w:br/>
        <w:t>v 0.414085 16.881054 -1.167717</w:t>
        <w:br/>
        <w:t>v 0.446325 16.858326 -1.211074</w:t>
        <w:br/>
        <w:t>v 0.362426 16.665154 -1.193687</w:t>
        <w:br/>
        <w:t>v 0.353913 16.672201 -1.181125</w:t>
        <w:br/>
        <w:t>v 0.316632 16.560246 -1.215872</w:t>
        <w:br/>
        <w:t>v 0.531046 17.072229 -1.334959</w:t>
        <w:br/>
        <w:t>v 0.458711 17.125463 -1.211167</w:t>
        <w:br/>
        <w:t>v 0.547341 17.221287 -1.462961</w:t>
        <w:br/>
        <w:t>v 0.471366 17.290831 -1.272188</w:t>
        <w:br/>
        <w:t>v 0.542845 17.353806 -1.592932</w:t>
        <w:br/>
        <w:t>v 0.470303 17.424246 -1.347766</w:t>
        <w:br/>
        <w:t>v 0.276979 17.964325 -1.850877</w:t>
        <w:br/>
        <w:t>v 0.288322 17.962364 -1.729495</w:t>
        <w:br/>
        <w:t>v 0.402937 17.726484 -1.572831</w:t>
        <w:br/>
        <w:t>v 0.384386 17.738459 -1.769388</w:t>
        <w:br/>
        <w:t>v 0.156670 18.192387 -1.888793</w:t>
        <w:br/>
        <w:t>v 0.164807 18.192709 -1.822660</w:t>
        <w:br/>
        <w:t>v 0.579810 16.907124 -1.289098</w:t>
        <w:br/>
        <w:t>v 0.489007 16.944344 -1.251328</w:t>
        <w:br/>
        <w:t>v 0.446325 16.858326 -1.211074</w:t>
        <w:br/>
        <w:t>v 0.518289 16.828758 -1.233163</w:t>
        <w:br/>
        <w:t>v 0.389366 16.656393 -1.200256</w:t>
        <w:br/>
        <w:t>v 0.362426 16.665154 -1.193687</w:t>
        <w:br/>
        <w:t>v 0.316632 16.560246 -1.215872</w:t>
        <w:br/>
        <w:t>v 0.627221 17.033688 -1.393873</w:t>
        <w:br/>
        <w:t>v 0.531046 17.072229 -1.334959</w:t>
        <w:br/>
        <w:t>v 0.665575 17.171686 -1.561155</w:t>
        <w:br/>
        <w:t>v 0.547341 17.221287 -1.462961</w:t>
        <w:br/>
        <w:t>v 0.656364 17.342392 -1.745915</w:t>
        <w:br/>
        <w:t>v 0.542845 17.353806 -1.592932</w:t>
        <w:br/>
        <w:t>v 0.765061 17.314137 -1.845347</w:t>
        <w:br/>
        <w:t>v 0.452570 17.550447 -1.434123</w:t>
        <w:br/>
        <w:t>v 0.487659 17.529465 -1.734723</w:t>
        <w:br/>
        <w:t>v 0.487659 17.529465 -1.734723</w:t>
        <w:br/>
        <w:t>v -0.002221 18.497009 -2.425615</w:t>
        <w:br/>
        <w:t>v 0.665575 17.171686 -1.561155</w:t>
        <w:br/>
        <w:t>v 0.825067 17.171946 -1.540228</w:t>
        <w:br/>
        <w:t>v 0.864625 17.355129 -1.738224</w:t>
        <w:br/>
        <w:t>v 0.656364 17.342392 -1.745915</w:t>
        <w:br/>
        <w:t>v 0.627221 17.033688 -1.393873</w:t>
        <w:br/>
        <w:t>v 0.774188 17.030569 -1.383919</w:t>
        <w:br/>
        <w:t>v 0.579810 16.907124 -1.289098</w:t>
        <w:br/>
        <w:t>v 0.681036 16.899672 -1.257663</w:t>
        <w:br/>
        <w:t>v 0.518289 16.828758 -1.233163</w:t>
        <w:br/>
        <w:t>v 0.575241 16.809322 -1.193496</w:t>
        <w:br/>
        <w:t>v 0.389366 16.656393 -1.200256</w:t>
        <w:br/>
        <w:t>v 0.411793 16.652422 -1.182111</w:t>
        <w:br/>
        <w:t>v 0.506202 16.745470 -1.175496</w:t>
        <w:br/>
        <w:t>v 0.461086 16.753174 -1.204680</w:t>
        <w:br/>
        <w:t>v 0.766621 16.815372 -1.339005</w:t>
        <w:br/>
        <w:t>v 0.714054 16.742241 -1.282783</w:t>
        <w:br/>
        <w:t>v 0.713465 16.794905 -1.207942</w:t>
        <w:br/>
        <w:t>v 0.786145 16.868093 -1.255347</w:t>
        <w:br/>
        <w:t>v 0.605897 16.707270 -1.186341</w:t>
        <w:br/>
        <w:t>v 0.619395 16.667351 -1.252312</w:t>
        <w:br/>
        <w:t>v 0.533133 16.608418 -1.239506</w:t>
        <w:br/>
        <w:t>v 0.527802 16.631723 -1.186484</w:t>
        <w:br/>
        <w:t>v 0.313254 16.445446 -1.265023</w:t>
        <w:br/>
        <w:t>v 0.453901 16.569197 -1.204097</w:t>
        <w:br/>
        <w:t>v 0.438955 16.549255 -1.246308</w:t>
        <w:br/>
        <w:t>v 0.619395 16.667351 -1.252312</w:t>
        <w:br/>
        <w:t>v 0.714054 16.742241 -1.282783</w:t>
        <w:br/>
        <w:t>v 0.641153 16.807377 -1.255581</w:t>
        <w:br/>
        <w:t>v 0.571263 16.731054 -1.238123</w:t>
        <w:br/>
        <w:t>v 0.533133 16.608418 -1.239506</w:t>
        <w:br/>
        <w:t>v 0.495990 16.652935 -1.229737</w:t>
        <w:br/>
        <w:t>v 0.429667 16.583265 -1.238851</w:t>
        <w:br/>
        <w:t>v 0.438955 16.549255 -1.246308</w:t>
        <w:br/>
        <w:t>v 0.810995 16.900669 -1.413181</w:t>
        <w:br/>
        <w:t>v 0.721150 16.953093 -1.370322</w:t>
        <w:br/>
        <w:t>v 0.688203 16.875980 -1.306797</w:t>
        <w:br/>
        <w:t>v 0.766621 16.815372 -1.339005</w:t>
        <w:br/>
        <w:t>v 0.821320 17.146086 -1.669206</w:t>
        <w:br/>
        <w:t>v 0.712908 17.179447 -1.607708</w:t>
        <w:br/>
        <w:t>v 0.730259 17.023830 -1.439553</w:t>
        <w:br/>
        <w:t>v 0.831006 16.985577 -1.491219</w:t>
        <w:br/>
        <w:t>v 0.765061 17.314137 -1.845347</w:t>
        <w:br/>
        <w:t>v 0.656364 17.342392 -1.745915</w:t>
        <w:br/>
        <w:t>v 0.891756 17.188572 -1.557600</w:t>
        <w:br/>
        <w:t>v 0.864625 17.355129 -1.738224</w:t>
        <w:br/>
        <w:t>v 0.765061 17.314137 -1.845347</w:t>
        <w:br/>
        <w:t>v 0.821320 17.146086 -1.669206</w:t>
        <w:br/>
        <w:t>v 0.873925 17.031496 -1.393799</w:t>
        <w:br/>
        <w:t>v 0.831006 16.985577 -1.491219</w:t>
        <w:br/>
        <w:t>v 0.840868 16.951307 -1.321587</w:t>
        <w:br/>
        <w:t>v 0.810995 16.900669 -1.413181</w:t>
        <w:br/>
        <w:t>v 0.313254 16.445446 -1.265023</w:t>
        <w:br/>
        <w:t>v 0.478534 16.932884 -1.956331</w:t>
        <w:br/>
        <w:t>v 0.455204 17.082817 -2.053500</w:t>
        <w:br/>
        <w:t>v 0.240749 17.137232 -2.075004</w:t>
        <w:br/>
        <w:t>v 0.284604 16.985643 -1.994083</w:t>
        <w:br/>
        <w:t>v 0.240749 17.137232 -2.075004</w:t>
        <w:br/>
        <w:t>v 0.228202 17.175755 -1.885489</w:t>
        <w:br/>
        <w:t>v 0.260622 17.043165 -1.831176</w:t>
        <w:br/>
        <w:t>v 0.284604 16.985643 -1.994083</w:t>
        <w:br/>
        <w:t>v 0.500712 16.747948 -1.829381</w:t>
        <w:br/>
        <w:t>v 0.328693 16.804502 -1.904950</w:t>
        <w:br/>
        <w:t>v 0.300311 16.845179 -1.756569</w:t>
        <w:br/>
        <w:t>v 0.328693 16.804502 -1.904950</w:t>
        <w:br/>
        <w:t>v 0.485676 16.564026 -1.727870</w:t>
        <w:br/>
        <w:t>v 0.352337 16.625822 -1.826247</w:t>
        <w:br/>
        <w:t>v 0.352337 16.625822 -1.826247</w:t>
        <w:br/>
        <w:t>v 0.319216 16.646326 -1.718649</w:t>
        <w:br/>
        <w:t>v 0.355468 16.440254 -1.773474</w:t>
        <w:br/>
        <w:t>v 0.455396 16.398159 -1.661171</w:t>
        <w:br/>
        <w:t>v 0.347508 16.301863 -1.736472</w:t>
        <w:br/>
        <w:t>v 0.355468 16.440254 -1.773474</w:t>
        <w:br/>
        <w:t>v 0.318236 16.460140 -1.690672</w:t>
        <w:br/>
        <w:t>v 0.298316 16.321991 -1.681314</w:t>
        <w:br/>
        <w:t>v 0.415571 16.273689 -1.625898</w:t>
        <w:br/>
        <w:t>v 0.347508 16.301863 -1.736472</w:t>
        <w:br/>
        <w:t>v 0.307620 16.162731 -1.724393</w:t>
        <w:br/>
        <w:t>v 0.349969 16.124969 -1.614298</w:t>
        <w:br/>
        <w:t>v 0.257595 16.204716 -1.694176</w:t>
        <w:br/>
        <w:t>v 0.307620 16.162731 -1.724393</w:t>
        <w:br/>
        <w:t>v 0.231252 16.029589 -1.745740</w:t>
        <w:br/>
        <w:t>v 0.253795 16.005386 -1.670174</w:t>
        <w:br/>
        <w:t>v 0.191044 16.059834 -1.724362</w:t>
        <w:br/>
        <w:t>v 0.231252 16.029589 -1.745740</w:t>
        <w:br/>
        <w:t>v 0.137000 15.939853 -1.786858</w:t>
        <w:br/>
        <w:t>v 0.143260 15.933018 -1.738665</w:t>
        <w:br/>
        <w:t>v 0.137000 15.939853 -1.786858</w:t>
        <w:br/>
        <w:t>v 0.101404 15.960691 -1.776829</w:t>
        <w:br/>
        <w:t>v 0.026705 15.871257 -1.842362</w:t>
        <w:br/>
        <w:t>v 0.028209 15.866373 -1.817656</w:t>
        <w:br/>
        <w:t>v 0.026705 15.871257 -1.842362</w:t>
        <w:br/>
        <w:t>v 0.011060 15.891904 -1.835920</w:t>
        <w:br/>
        <w:t>v -0.097743 15.806519 -1.914133</w:t>
        <w:br/>
        <w:t>v -0.097743 15.806519 -1.914133</w:t>
        <w:br/>
        <w:t>v -0.466683 19.149406 -2.006963</w:t>
        <w:br/>
        <w:t>v -0.560391 19.231159 -2.037478</w:t>
        <w:br/>
        <w:t>v -0.470693 19.246307 -1.972457</w:t>
        <w:br/>
        <w:t>v 0.006080 20.922310 -1.165797</w:t>
        <w:br/>
        <w:t>v -0.226379 20.966476 -1.076820</w:t>
        <w:br/>
        <w:t>v -0.196145 21.003345 -1.013547</w:t>
        <w:br/>
        <w:t>v 0.030957 20.961838 -1.079161</w:t>
        <w:br/>
        <w:t>v -0.020641 20.844494 -1.243683</w:t>
        <w:br/>
        <w:t>v -0.275926 20.876320 -1.166548</w:t>
        <w:br/>
        <w:t>v -0.079046 20.473961 -1.431139</w:t>
        <w:br/>
        <w:t>v -0.420012 20.422249 -1.435768</w:t>
        <w:br/>
        <w:t>v -0.352309 20.674335 -1.307367</w:t>
        <w:br/>
        <w:t>v -0.050151 20.679455 -1.334896</w:t>
        <w:br/>
        <w:t>v -0.109457 20.235458 -1.510468</w:t>
        <w:br/>
        <w:t>v -0.452162 20.197565 -1.524785</w:t>
        <w:br/>
        <w:t>v -0.134583 20.053965 -1.565325</w:t>
        <w:br/>
        <w:t>v -0.483089 20.005251 -1.582479</w:t>
        <w:br/>
        <w:t>v -0.176864 19.617401 -1.648614</w:t>
        <w:br/>
        <w:t>v -0.528691 19.619526 -1.696613</w:t>
        <w:br/>
        <w:t>v -0.509329 19.788349 -1.656729</w:t>
        <w:br/>
        <w:t>v -0.156376 19.856863 -1.619864</w:t>
        <w:br/>
        <w:t>v -0.187717 19.392879 -1.664728</w:t>
        <w:br/>
        <w:t>v -0.550413 19.431297 -1.734433</w:t>
        <w:br/>
        <w:t>v -0.197097 19.082291 -1.680288</w:t>
        <w:br/>
        <w:t>v -0.590900 19.181870 -1.780439</w:t>
        <w:br/>
        <w:t>v -0.327952 19.142784 -1.946568</w:t>
        <w:br/>
        <w:t>v -0.209135 19.137321 -1.818762</w:t>
        <w:br/>
        <w:t>v -0.212051 19.450447 -1.754771</w:t>
        <w:br/>
        <w:t>v -0.232312 18.718376 -1.739904</w:t>
        <w:br/>
        <w:t>v -0.654321 18.843300 -1.837600</w:t>
        <w:br/>
        <w:t>v -0.654321 18.843300 -1.837600</w:t>
        <w:br/>
        <w:t>v -0.514480 18.885399 -2.082790</w:t>
        <w:br/>
        <w:t>v -0.466683 19.149406 -2.006963</w:t>
        <w:br/>
        <w:t>v -0.590900 19.181870 -1.780439</w:t>
        <w:br/>
        <w:t>v -0.401608 19.041183 -2.000234</w:t>
        <w:br/>
        <w:t>v -0.445617 18.861061 -2.046492</w:t>
        <w:br/>
        <w:t>v -0.253629 18.816521 -1.909410</w:t>
        <w:br/>
        <w:t>v -0.286844 18.407705 -1.805002</w:t>
        <w:br/>
        <w:t>v -0.718426 18.580786 -1.889678</w:t>
        <w:br/>
        <w:t>v -0.718426 18.580786 -1.889678</w:t>
        <w:br/>
        <w:t>v -0.577303 18.646746 -2.137633</w:t>
        <w:br/>
        <w:t>v -0.508382 18.639210 -2.148205</w:t>
        <w:br/>
        <w:t>v -0.445617 18.861061 -2.046492</w:t>
        <w:br/>
        <w:t>v -0.514480 18.885399 -2.082790</w:t>
        <w:br/>
        <w:t>v -0.349158 18.122931 -1.895218</w:t>
        <w:br/>
        <w:t>v -0.775854 18.323959 -1.945193</w:t>
        <w:br/>
        <w:t>v -0.775854 18.323959 -1.945193</w:t>
        <w:br/>
        <w:t>v -0.613957 18.398741 -2.183276</w:t>
        <w:br/>
        <w:t>v -0.421025 17.902203 -1.974580</w:t>
        <w:br/>
        <w:t>v -0.823928 18.089312 -2.010628</w:t>
        <w:br/>
        <w:t>v -0.823928 18.089312 -2.010628</w:t>
        <w:br/>
        <w:t>v -0.646340 18.127270 -2.241436</w:t>
        <w:br/>
        <w:t>v -0.490217 17.638674 -2.061554</w:t>
        <w:br/>
        <w:t>v -0.852960 17.847694 -2.075454</w:t>
        <w:br/>
        <w:t>v -0.852960 17.847694 -2.075454</w:t>
        <w:br/>
        <w:t>v -0.660794 17.862661 -2.296181</w:t>
        <w:br/>
        <w:t>v -0.520725 17.422853 -2.141305</w:t>
        <w:br/>
        <w:t>v -0.845433 17.524397 -2.159771</w:t>
        <w:br/>
        <w:t>v -0.845433 17.524397 -2.159771</w:t>
        <w:br/>
        <w:t>v -0.648396 17.543144 -2.347912</w:t>
        <w:br/>
        <w:t>v -0.506296 17.205002 -2.194910</w:t>
        <w:br/>
        <w:t>v -0.788006 17.283445 -2.203753</w:t>
        <w:br/>
        <w:t>v -0.788006 17.283445 -2.203753</w:t>
        <w:br/>
        <w:t>v -0.596526 17.297375 -2.373064</w:t>
        <w:br/>
        <w:t>v -0.443618 17.013720 -2.212361</w:t>
        <w:br/>
        <w:t>v -0.673043 17.056238 -2.225455</w:t>
        <w:br/>
        <w:t>v -0.673043 17.056238 -2.225455</w:t>
        <w:br/>
        <w:t>v -0.501892 17.057510 -2.353533</w:t>
        <w:br/>
        <w:t>v -0.596526 17.297375 -2.373064</w:t>
        <w:br/>
        <w:t>v -0.788006 17.283445 -2.203753</w:t>
        <w:br/>
        <w:t>v -0.354719 17.023317 -2.294084</w:t>
        <w:br/>
        <w:t>v -0.415770 17.225271 -2.300405</w:t>
        <w:br/>
        <w:t>v -0.541454 17.273998 -2.355340</w:t>
        <w:br/>
        <w:t>v -0.596526 17.297375 -2.373064</w:t>
        <w:br/>
        <w:t>v -0.501892 17.057510 -2.353533</w:t>
        <w:br/>
        <w:t>v -0.360317 16.870991 -2.210371</w:t>
        <w:br/>
        <w:t>v -0.547268 16.889568 -2.223372</w:t>
        <w:br/>
        <w:t>v -0.547268 16.889568 -2.223372</w:t>
        <w:br/>
        <w:t>v -0.398741 16.885319 -2.324830</w:t>
        <w:br/>
        <w:t>v -0.398741 16.885319 -2.324830</w:t>
        <w:br/>
        <w:t>v -0.290763 16.899300 -2.279019</w:t>
        <w:br/>
        <w:t>v -0.298199 16.780190 -2.198485</w:t>
        <w:br/>
        <w:t>v -0.431016 16.765673 -2.212807</w:t>
        <w:br/>
        <w:t>v -0.431016 16.765673 -2.212807</w:t>
        <w:br/>
        <w:t>v -0.312906 16.775158 -2.291906</w:t>
        <w:br/>
        <w:t>v -0.312906 16.775158 -2.291906</w:t>
        <w:br/>
        <w:t>v -0.215994 16.788042 -2.257109</w:t>
        <w:br/>
        <w:t>v -0.149979 16.660137 -2.164510</w:t>
        <w:br/>
        <w:t>v -0.176977 16.616138 -2.157211</w:t>
        <w:br/>
        <w:t>v -0.284643 16.662510 -2.184304</w:t>
        <w:br/>
        <w:t>v -0.223385 16.704224 -2.182753</w:t>
        <w:br/>
        <w:t>v -0.176977 16.616138 -2.157211</w:t>
        <w:br/>
        <w:t>v -0.128032 16.630434 -2.214374</w:t>
        <w:br/>
        <w:t>v -0.204027 16.681513 -2.245907</w:t>
        <w:br/>
        <w:t>v -0.284643 16.662510 -2.184304</w:t>
        <w:br/>
        <w:t>v -0.204027 16.681513 -2.245907</w:t>
        <w:br/>
        <w:t>v -0.128032 16.630434 -2.214374</w:t>
        <w:br/>
        <w:t>v -0.061985 16.660257 -2.196604</w:t>
        <w:br/>
        <w:t>v -0.138024 16.716057 -2.229576</w:t>
        <w:br/>
        <w:t>v 0.052794 16.598686 -2.112715</w:t>
        <w:br/>
        <w:t>v 0.054459 16.577791 -2.106504</w:t>
        <w:br/>
        <w:t>v -0.052344 16.583342 -2.128527</w:t>
        <w:br/>
        <w:t>v -0.040185 16.616859 -2.136029</w:t>
        <w:br/>
        <w:t>v -0.052344 16.583342 -2.128527</w:t>
        <w:br/>
        <w:t>v 0.054459 16.577791 -2.106504</w:t>
        <w:br/>
        <w:t>v 0.065150 16.581976 -2.124250</w:t>
        <w:br/>
        <w:t>v -0.026943 16.595839 -2.167236</w:t>
        <w:br/>
        <w:t>v 0.070817 16.602072 -2.131412</w:t>
        <w:br/>
        <w:t>v 0.004791 16.628504 -2.166399</w:t>
        <w:br/>
        <w:t>v -0.061985 16.660257 -2.196604</w:t>
        <w:br/>
        <w:t>v 0.004791 16.628504 -2.166399</w:t>
        <w:br/>
        <w:t>v -0.040185 16.616859 -2.136029</w:t>
        <w:br/>
        <w:t>v -0.149979 16.660137 -2.164510</w:t>
        <w:br/>
        <w:t>v -0.187717 19.392879 -1.664728</w:t>
        <w:br/>
        <w:t>v -0.176864 19.617401 -1.648614</w:t>
        <w:br/>
        <w:t>v -0.197097 19.082291 -1.680288</w:t>
        <w:br/>
        <w:t>v -0.232312 18.718376 -1.739904</w:t>
        <w:br/>
        <w:t>v -0.306548 18.529943 -1.959887</w:t>
        <w:br/>
        <w:t>v -0.286844 18.407705 -1.805002</w:t>
        <w:br/>
        <w:t>v -0.362096 18.261066 -2.043593</w:t>
        <w:br/>
        <w:t>v -0.349158 18.122931 -1.895218</w:t>
        <w:br/>
        <w:t>v -0.410333 18.015079 -2.129365</w:t>
        <w:br/>
        <w:t>v -0.421025 17.902203 -1.974580</w:t>
        <w:br/>
        <w:t>v -0.445875 17.748192 -2.204426</w:t>
        <w:br/>
        <w:t>v -0.490217 17.638674 -2.061554</w:t>
        <w:br/>
        <w:t>v -0.466708 17.457108 -2.278633</w:t>
        <w:br/>
        <w:t>v -0.520725 17.422853 -2.141305</w:t>
        <w:br/>
        <w:t>v -0.415770 17.225271 -2.300405</w:t>
        <w:br/>
        <w:t>v -0.506296 17.205002 -2.194910</w:t>
        <w:br/>
        <w:t>v -0.415770 17.225271 -2.300405</w:t>
        <w:br/>
        <w:t>v -0.354719 17.023317 -2.294084</w:t>
        <w:br/>
        <w:t>v -0.443618 17.013720 -2.212361</w:t>
        <w:br/>
        <w:t>v -0.506296 17.205002 -2.194910</w:t>
        <w:br/>
        <w:t>v -0.290763 16.899300 -2.279019</w:t>
        <w:br/>
        <w:t>v -0.360317 16.870991 -2.210371</w:t>
        <w:br/>
        <w:t>v -0.215994 16.788042 -2.257109</w:t>
        <w:br/>
        <w:t>v -0.298199 16.780190 -2.198485</w:t>
        <w:br/>
        <w:t>v -0.138024 16.716057 -2.229576</w:t>
        <w:br/>
        <w:t>v -0.223385 16.704224 -2.182753</w:t>
        <w:br/>
        <w:t>v 0.070817 16.602072 -2.131412</w:t>
        <w:br/>
        <w:t>v 0.052794 16.598686 -2.112715</w:t>
        <w:br/>
        <w:t>v -0.500224 18.621187 -2.097085</w:t>
        <w:br/>
        <w:t>v -0.544791 18.356869 -2.156164</w:t>
        <w:br/>
        <w:t>v -0.572418 18.088415 -2.210218</w:t>
        <w:br/>
        <w:t>v -0.592586 17.824284 -2.268861</w:t>
        <w:br/>
        <w:t>v -0.445875 17.748192 -2.204426</w:t>
        <w:br/>
        <w:t>v -0.588344 17.511122 -2.331548</w:t>
        <w:br/>
        <w:t>v -0.466708 17.457108 -2.278633</w:t>
        <w:br/>
        <w:t>v -0.541454 17.273998 -2.355340</w:t>
        <w:br/>
        <w:t>v -0.415770 17.225271 -2.300405</w:t>
        <w:br/>
        <w:t>v -0.554112 18.648249 -2.146706</w:t>
        <w:br/>
        <w:t>v -0.514480 18.885399 -2.082790</w:t>
        <w:br/>
        <w:t>v -0.577303 18.646746 -2.137633</w:t>
        <w:br/>
        <w:t>v -0.500224 18.621187 -2.097085</w:t>
        <w:br/>
        <w:t>v -0.534631 18.396517 -2.223986</w:t>
        <w:br/>
        <w:t>v -0.544791 18.356869 -2.156164</w:t>
        <w:br/>
        <w:t>v -0.541527 18.119024 -2.301527</w:t>
        <w:br/>
        <w:t>v -0.572418 18.088415 -2.210218</w:t>
        <w:br/>
        <w:t>v -0.544026 17.845356 -2.366632</w:t>
        <w:br/>
        <w:t>v -0.592586 17.824284 -2.268861</w:t>
        <w:br/>
        <w:t>v -0.508897 17.551437 -2.433092</w:t>
        <w:br/>
        <w:t>v -0.588344 17.511122 -2.331548</w:t>
        <w:br/>
        <w:t>v -0.449506 17.327650 -2.462200</w:t>
        <w:br/>
        <w:t>v -0.541454 17.273998 -2.355340</w:t>
        <w:br/>
        <w:t>v -0.557138 17.302326 -2.426266</w:t>
        <w:br/>
        <w:t>v -0.609822 17.542706 -2.397052</w:t>
        <w:br/>
        <w:t>v -0.648396 17.543144 -2.347912</w:t>
        <w:br/>
        <w:t>v -0.596526 17.297375 -2.373064</w:t>
        <w:br/>
        <w:t>v -0.626750 17.863220 -2.336062</w:t>
        <w:br/>
        <w:t>v -0.660794 17.862661 -2.296181</w:t>
        <w:br/>
        <w:t>v -0.616108 18.129747 -2.275693</w:t>
        <w:br/>
        <w:t>v -0.646340 18.127270 -2.241436</w:t>
        <w:br/>
        <w:t>v -0.588201 18.404802 -2.209836</w:t>
        <w:br/>
        <w:t>v -0.613957 18.398741 -2.183276</w:t>
        <w:br/>
        <w:t>v -0.444448 17.132660 -2.367567</w:t>
        <w:br/>
        <w:t>v -0.487036 17.121618 -2.378606</w:t>
        <w:br/>
        <w:t>v -0.596526 17.297375 -2.373064</w:t>
        <w:br/>
        <w:t>v -0.541454 17.273998 -2.355340</w:t>
        <w:br/>
        <w:t>v -0.487036 17.121618 -2.378606</w:t>
        <w:br/>
        <w:t>v -0.454817 17.124994 -2.428514</w:t>
        <w:br/>
        <w:t>v -0.366803 17.164701 -2.455444</w:t>
        <w:br/>
        <w:t>v -0.444448 17.132660 -2.367567</w:t>
        <w:br/>
        <w:t>v -0.324682 17.032978 -2.357069</w:t>
        <w:br/>
        <w:t>v -0.363871 17.014091 -2.365554</w:t>
        <w:br/>
        <w:t>v -0.363871 17.014091 -2.365554</w:t>
        <w:br/>
        <w:t>v -0.333607 17.022474 -2.411488</w:t>
        <w:br/>
        <w:t>v -0.278561 17.055834 -2.436306</w:t>
        <w:br/>
        <w:t>v -0.324682 17.032978 -2.357069</w:t>
        <w:br/>
        <w:t>v -0.154060 16.938776 -2.330979</w:t>
        <w:br/>
        <w:t>v -0.179924 16.920731 -2.338437</w:t>
        <w:br/>
        <w:t>v -0.179924 16.920731 -2.338437</w:t>
        <w:br/>
        <w:t>v -0.166900 16.922842 -2.367587</w:t>
        <w:br/>
        <w:t>v -0.136116 16.955288 -2.377568</w:t>
        <w:br/>
        <w:t>v -0.154060 16.938776 -2.330979</w:t>
        <w:br/>
        <w:t>v -0.005452 16.899593 -2.307445</w:t>
        <w:br/>
        <w:t>v -0.005452 16.899593 -2.307445</w:t>
        <w:br/>
        <w:t>v -0.005452 16.899593 -2.307445</w:t>
        <w:br/>
        <w:t>v -0.449506 17.327650 -2.462200</w:t>
        <w:br/>
        <w:t>v -0.508897 17.551437 -2.433092</w:t>
        <w:br/>
        <w:t>v -0.544026 17.845356 -2.366632</w:t>
        <w:br/>
        <w:t>v -0.541527 18.119024 -2.301527</w:t>
        <w:br/>
        <w:t>v -0.534631 18.396517 -2.223986</w:t>
        <w:br/>
        <w:t>v -0.508382 18.639210 -2.148205</w:t>
        <w:br/>
        <w:t>v -0.366803 17.164701 -2.455444</w:t>
        <w:br/>
        <w:t>v -0.278561 17.055834 -2.436306</w:t>
        <w:br/>
        <w:t>v -0.136116 16.955288 -2.377568</w:t>
        <w:br/>
        <w:t>v 0.133917 16.594294 -2.093785</w:t>
        <w:br/>
        <w:t>v 0.133917 16.594294 -2.093785</w:t>
        <w:br/>
        <w:t>v 0.133917 16.594294 -2.093785</w:t>
        <w:br/>
        <w:t>v -0.470693 19.246307 -1.972457</w:t>
        <w:br/>
        <w:t>v -0.478607 19.437565 -1.885409</w:t>
        <w:br/>
        <w:t>v -0.550413 19.431297 -1.734433</w:t>
        <w:br/>
        <w:t>v -0.478357 19.609936 -1.801231</w:t>
        <w:br/>
        <w:t>v -0.528691 19.619526 -1.696613</w:t>
        <w:br/>
        <w:t>v -0.473479 19.782999 -1.720241</w:t>
        <w:br/>
        <w:t>v -0.509329 19.788349 -1.656729</w:t>
        <w:br/>
        <w:t>v -0.467485 20.004513 -1.617687</w:t>
        <w:br/>
        <w:t>v -0.483089 20.005251 -1.582479</w:t>
        <w:br/>
        <w:t>v -0.452162 20.197565 -1.524785</w:t>
        <w:br/>
        <w:t>v -0.466683 19.149406 -2.006963</w:t>
        <w:br/>
        <w:t>v -0.514480 18.885399 -2.082790</w:t>
        <w:br/>
        <w:t>v -0.212051 19.450447 -1.754771</w:t>
        <w:br/>
        <w:t>v -0.017286 18.488457 -2.407146</w:t>
        <w:br/>
        <w:t>v 0.030957 20.961838 -1.079161</w:t>
        <w:br/>
        <w:t>v 0.049346 18.415472 -1.899794</w:t>
        <w:br/>
        <w:t>v 0.049346 18.415472 -1.899794</w:t>
        <w:br/>
        <w:t>v 0.033197 18.408623 -1.890258</w:t>
        <w:br/>
        <w:t>v -0.045759 18.653141 -1.933146</w:t>
        <w:br/>
        <w:t>v 0.300144 17.256922 -2.089533</w:t>
        <w:br/>
        <w:t>v 0.193739 17.285507 -2.151764</w:t>
        <w:br/>
        <w:t>v 0.188817 17.311886 -1.941522</w:t>
        <w:br/>
        <w:t>v 0.449073 16.799913 -1.089993</w:t>
        <w:br/>
        <w:t>v 0.390012 16.785057 -1.166644</w:t>
        <w:br/>
        <w:t>v 0.407171 16.770756 -1.191605</w:t>
        <w:br/>
        <w:t>v 0.407171 16.770756 -1.191605</w:t>
        <w:br/>
        <w:t>v 0.461086 16.753174 -1.204680</w:t>
        <w:br/>
        <w:t>v 0.316632 16.560246 -1.215872</w:t>
        <w:br/>
        <w:t>v 0.316632 16.560246 -1.215872</w:t>
        <w:br/>
        <w:t>v -0.176864 19.617401 -1.648614</w:t>
        <w:br/>
        <w:t>v 0.000420 19.734867 -1.869381</w:t>
        <w:br/>
        <w:t>v 0.036051 17.488974 -0.992697</w:t>
        <w:br/>
        <w:t>v 0.105857 17.490007 -0.990175</w:t>
        <w:br/>
        <w:t>v 0.383904 17.116249 -1.143565</w:t>
        <w:br/>
        <w:t>v 0.383904 17.116249 -1.143565</w:t>
        <w:br/>
        <w:t>v 0.383904 17.116249 -1.143565</w:t>
        <w:br/>
        <w:t>v 0.383904 17.116249 -1.143565</w:t>
        <w:br/>
        <w:t>v 0.300311 16.845179 -1.756569</w:t>
        <w:br/>
        <w:t>v 0.500712 16.747948 -1.829381</w:t>
        <w:br/>
        <w:t>v 0.485676 16.564026 -1.727870</w:t>
        <w:br/>
        <w:t>v 0.319216 16.646326 -1.718649</w:t>
        <w:br/>
        <w:t>v 0.260622 17.043165 -1.831176</w:t>
        <w:br/>
        <w:t>v 0.478534 16.932884 -1.956331</w:t>
        <w:br/>
        <w:t>v 0.228202 17.175755 -1.885489</w:t>
        <w:br/>
        <w:t>v 0.455204 17.082817 -2.053500</w:t>
        <w:br/>
        <w:t>v 0.188817 17.311886 -1.941522</w:t>
        <w:br/>
        <w:t>v 0.427992 17.243330 -2.150516</w:t>
        <w:br/>
        <w:t>v 0.455396 16.398159 -1.661171</w:t>
        <w:br/>
        <w:t>v 0.318236 16.460140 -1.690672</w:t>
        <w:br/>
        <w:t>v 0.415571 16.273689 -1.625898</w:t>
        <w:br/>
        <w:t>v 0.298316 16.321991 -1.681314</w:t>
        <w:br/>
        <w:t>v 0.349969 16.124969 -1.614298</w:t>
        <w:br/>
        <w:t>v 0.257595 16.204716 -1.694176</w:t>
        <w:br/>
        <w:t>v 0.253795 16.005386 -1.670174</w:t>
        <w:br/>
        <w:t>v 0.191044 16.059834 -1.724362</w:t>
        <w:br/>
        <w:t>v 0.143260 15.933018 -1.738665</w:t>
        <w:br/>
        <w:t>v 0.101404 15.960691 -1.776829</w:t>
        <w:br/>
        <w:t>v 0.028209 15.866373 -1.817656</w:t>
        <w:br/>
        <w:t>v 0.011060 15.891904 -1.835920</w:t>
        <w:br/>
        <w:t>v -0.097743 15.806519 -1.914133</w:t>
        <w:br/>
        <w:t>v 0.873925 17.031496 -1.393799</w:t>
        <w:br/>
        <w:t>v 0.730259 17.023830 -1.439553</w:t>
        <w:br/>
        <w:t>v 0.712908 17.179447 -1.607708</w:t>
        <w:br/>
        <w:t>v 0.891756 17.188572 -1.557600</w:t>
        <w:br/>
        <w:t>v 0.656364 17.342392 -1.745915</w:t>
        <w:br/>
        <w:t>v 0.864625 17.355129 -1.738224</w:t>
        <w:br/>
        <w:t>v 0.840868 16.951307 -1.321587</w:t>
        <w:br/>
        <w:t>v 0.721150 16.953093 -1.370322</w:t>
        <w:br/>
        <w:t>v 0.688203 16.875980 -1.306797</w:t>
        <w:br/>
        <w:t>v 0.786145 16.868093 -1.255347</w:t>
        <w:br/>
        <w:t>v 0.713465 16.794905 -1.207942</w:t>
        <w:br/>
        <w:t>v 0.641153 16.807377 -1.255581</w:t>
        <w:br/>
        <w:t>v 0.571263 16.731054 -1.238123</w:t>
        <w:br/>
        <w:t>v 0.605897 16.707270 -1.186341</w:t>
        <w:br/>
        <w:t>v 0.527802 16.631723 -1.186484</w:t>
        <w:br/>
        <w:t>v 0.495990 16.652935 -1.229737</w:t>
        <w:br/>
        <w:t>v 0.429667 16.583265 -1.238851</w:t>
        <w:br/>
        <w:t>v 0.453901 16.569197 -1.204097</w:t>
        <w:br/>
        <w:t>v 0.313254 16.445446 -1.265023</w:t>
        <w:br/>
        <w:t>v -0.103982 18.794067 0.844336</w:t>
        <w:br/>
        <w:t>v -0.129551 18.796829 0.830708</w:t>
        <w:br/>
        <w:t>v -0.126016 18.847353 0.843487</w:t>
        <w:br/>
        <w:t>v -0.100260 18.843706 0.857151</w:t>
        <w:br/>
        <w:t>v -0.070882 18.840998 0.867289</w:t>
        <w:br/>
        <w:t>v -0.073955 18.791620 0.854082</w:t>
        <w:br/>
        <w:t>v -0.148211 18.804035 0.800882</w:t>
        <w:br/>
        <w:t>v -0.145089 18.854965 0.813734</w:t>
        <w:br/>
        <w:t>v -0.032674 18.839392 0.873362</w:t>
        <w:br/>
        <w:t>v -0.033848 18.790028 0.860139</w:t>
        <w:br/>
        <w:t>v -0.166760 18.811501 0.766531</w:t>
        <w:br/>
        <w:t>v -0.162001 18.863871 0.776171</w:t>
        <w:br/>
        <w:t>v 0.000001 18.789551 0.861903</w:t>
        <w:br/>
        <w:t>v 0.000001 18.838751 0.875853</w:t>
        <w:br/>
        <w:t>v -0.184946 18.828793 0.679335</w:t>
        <w:br/>
        <w:t>v -0.182285 18.878685 0.685519</w:t>
        <w:br/>
        <w:t>v -0.116323 18.861240 0.788409</w:t>
        <w:br/>
        <w:t>v -0.106918 18.856501 0.807538</w:t>
        <w:br/>
        <w:t>v -0.126016 18.847353 0.843487</w:t>
        <w:br/>
        <w:t>v -0.145089 18.854965 0.813734</w:t>
        <w:br/>
        <w:t>v -0.126553 18.867592 0.756576</w:t>
        <w:br/>
        <w:t>v -0.162001 18.863871 0.776171</w:t>
        <w:br/>
        <w:t>v -0.182285 18.878685 0.685519</w:t>
        <w:br/>
        <w:t>v -0.142503 18.880215 0.684757</w:t>
        <w:br/>
        <w:t>v -0.063039 18.851116 0.829624</w:t>
        <w:br/>
        <w:t>v -0.029227 18.849550 0.835237</w:t>
        <w:br/>
        <w:t>v -0.032674 18.839392 0.873362</w:t>
        <w:br/>
        <w:t>v -0.070882 18.840998 0.867289</w:t>
        <w:br/>
        <w:t>v -0.100260 18.843706 0.857151</w:t>
        <w:br/>
        <w:t>v -0.088444 18.853251 0.820181</w:t>
        <w:br/>
        <w:t>v -0.106918 18.856501 0.807538</w:t>
        <w:br/>
        <w:t>v -0.116323 18.861240 0.788409</w:t>
        <w:br/>
        <w:t>v -0.119583 18.809225 0.776894</w:t>
        <w:br/>
        <w:t>v -0.109453 18.805380 0.795117</w:t>
        <w:br/>
        <w:t>v -0.126553 18.867592 0.756576</w:t>
        <w:br/>
        <w:t>v -0.129975 18.815590 0.745436</w:t>
        <w:br/>
        <w:t>v -0.090405 18.802401 0.808202</w:t>
        <w:br/>
        <w:t>v -0.088444 18.853251 0.820181</w:t>
        <w:br/>
        <w:t>v -0.142503 18.880215 0.684757</w:t>
        <w:br/>
        <w:t>v -0.144114 18.829031 0.677386</w:t>
        <w:br/>
        <w:t>v -0.065062 18.800373 0.816733</w:t>
        <w:br/>
        <w:t>v -0.063039 18.851116 0.829624</w:t>
        <w:br/>
        <w:t>v -0.030088 18.798864 0.822878</w:t>
        <w:br/>
        <w:t>v -0.029227 18.849550 0.835237</w:t>
        <w:br/>
        <w:t>v 0.000001 18.838751 0.875853</w:t>
        <w:br/>
        <w:t>v 0.000001 18.848890 0.837945</w:t>
        <w:br/>
        <w:t>v 0.000001 18.798052 0.825278</w:t>
        <w:br/>
        <w:t>v 0.000001 18.848890 0.837945</w:t>
        <w:br/>
        <w:t>v -0.164312 18.886347 0.570155</w:t>
        <w:br/>
        <w:t>v -0.159040 18.915377 0.572116</w:t>
        <w:br/>
        <w:t>v -0.157267 18.914377 0.616071</w:t>
        <w:br/>
        <w:t>v -0.162425 18.886129 0.614147</w:t>
        <w:br/>
        <w:t>v -0.159278 18.881268 0.529986</w:t>
        <w:br/>
        <w:t>v -0.155256 18.907902 0.531635</w:t>
        <w:br/>
        <w:t>v -0.093440 18.931564 0.526951</w:t>
        <w:br/>
        <w:t>v -0.093253 18.936861 0.568432</w:t>
        <w:br/>
        <w:t>v -0.159040 18.915377 0.572116</w:t>
        <w:br/>
        <w:t>v -0.033161 18.936872 0.521555</w:t>
        <w:br/>
        <w:t>v -0.034672 18.943621 0.565671</w:t>
        <w:br/>
        <w:t>v 0.000001 18.929138 0.517745</w:t>
        <w:br/>
        <w:t>v 0.000001 18.936714 0.563111</w:t>
        <w:br/>
        <w:t>v -0.093390 18.933989 0.614647</w:t>
        <w:br/>
        <w:t>v -0.035010 18.940458 0.614060</w:t>
        <w:br/>
        <w:t>v -0.157267 18.914377 0.616071</w:t>
        <w:br/>
        <w:t>v -0.152733 18.911312 0.650519</w:t>
        <w:br/>
        <w:t>v -0.093915 18.928524 0.649682</w:t>
        <w:br/>
        <w:t>v -0.156367 18.882059 0.649408</w:t>
        <w:br/>
        <w:t>v -0.152733 18.911312 0.650519</w:t>
        <w:br/>
        <w:t>v -0.146163 18.874067 0.484333</w:t>
        <w:br/>
        <w:t>v -0.140842 18.897379 0.478538</w:t>
        <w:br/>
        <w:t>v -0.092441 18.915545 0.474503</w:t>
        <w:br/>
        <w:t>v -0.031287 18.920465 0.472992</w:t>
        <w:br/>
        <w:t>v 0.000001 18.929644 0.612710</w:t>
        <w:br/>
        <w:t>v 0.000001 18.921021 0.649445</w:t>
        <w:br/>
        <w:t>v -0.034922 18.933760 0.649820</w:t>
        <w:br/>
        <w:t>v -0.034298 18.923141 0.691838</w:t>
        <w:br/>
        <w:t>v -0.090505 18.919079 0.692350</w:t>
        <w:br/>
        <w:t>v 0.000001 18.909264 0.692487</w:t>
        <w:br/>
        <w:t>v -0.144239 18.904526 0.692800</w:t>
        <w:br/>
        <w:t>v -0.145563 18.874969 0.692500</w:t>
        <w:br/>
        <w:t>v -0.144239 18.904526 0.692800</w:t>
        <w:br/>
        <w:t>v -0.135845 18.864611 0.736429</w:t>
        <w:br/>
        <w:t>v -0.134671 18.895212 0.736654</w:t>
        <w:br/>
        <w:t>v -0.087432 18.906406 0.734368</w:t>
        <w:br/>
        <w:t>v -0.134671 18.895212 0.736654</w:t>
        <w:br/>
        <w:t>v 0.000001 18.896284 0.731408</w:t>
        <w:br/>
        <w:t>v -0.033074 18.909121 0.731758</w:t>
        <w:br/>
        <w:t>v -0.085396 18.891598 0.768467</w:t>
        <w:br/>
        <w:t>v -0.125641 18.881182 0.769866</w:t>
        <w:br/>
        <w:t>v -0.125641 18.881182 0.769866</w:t>
        <w:br/>
        <w:t>v -0.124866 18.853304 0.768904</w:t>
        <w:br/>
        <w:t>v -0.030963 18.891310 0.766194</w:t>
        <w:br/>
        <w:t>v 0.000001 18.881639 0.766444</w:t>
        <w:br/>
        <w:t>v 0.000001 18.868677 0.792274</w:t>
        <w:br/>
        <w:t>v -0.031113 18.876726 0.791250</w:t>
        <w:br/>
        <w:t>v -0.115586 18.867821 0.792562</w:t>
        <w:br/>
        <w:t>v -0.082798 18.876919 0.792486</w:t>
        <w:br/>
        <w:t>v -0.115586 18.867821 0.792562</w:t>
        <w:br/>
        <w:t>v -0.029976 18.856791 0.816381</w:t>
        <w:br/>
        <w:t>v -0.079801 18.858871 0.813670</w:t>
        <w:br/>
        <w:t>v 0.000001 18.850647 0.819254</w:t>
        <w:br/>
        <w:t>v -0.099623 18.853868 0.815531</w:t>
        <w:br/>
        <w:t>v -0.099623 18.853868 0.815531</w:t>
        <w:br/>
        <w:t>v -0.111039 18.843338 0.790725</w:t>
        <w:br/>
        <w:t>v -0.093041 18.833748 0.806626</w:t>
        <w:br/>
        <w:t>v -0.075191 18.846704 0.828384</w:t>
        <w:br/>
        <w:t>v -0.065924 18.825031 0.818030</w:t>
        <w:br/>
        <w:t>v -0.075191 18.846704 0.828384</w:t>
        <w:br/>
        <w:t>v -0.028914 18.841284 0.836016</w:t>
        <w:br/>
        <w:t>v 0.000001 18.837521 0.838739</w:t>
        <w:br/>
        <w:t>v -0.028914 18.841284 0.836016</w:t>
        <w:br/>
        <w:t>v -0.023631 18.819721 0.826448</w:t>
        <w:br/>
        <w:t>v -0.106468 18.853535 0.563273</w:t>
        <w:br/>
        <w:t>v 0.000001 18.824583 0.555317</w:t>
        <w:br/>
        <w:t>v 0.000001 18.814547 0.510051</w:t>
        <w:br/>
        <w:t>v -0.103383 18.846943 0.521130</w:t>
        <w:br/>
        <w:t>v -0.124866 18.853304 0.768904</w:t>
        <w:br/>
        <w:t>v -0.111039 18.843338 0.790725</w:t>
        <w:br/>
        <w:t>v -0.071507 18.838255 0.787390</w:t>
        <w:br/>
        <w:t>v -0.076691 18.846151 0.763946</w:t>
        <w:br/>
        <w:t>v -0.145563 18.874969 0.692500</w:t>
        <w:br/>
        <w:t>v -0.135845 18.864611 0.736429</w:t>
        <w:br/>
        <w:t>v -0.085484 18.854578 0.729709</w:t>
        <w:br/>
        <w:t>v -0.094527 18.860569 0.688590</w:t>
        <w:br/>
        <w:t>v -0.103170 18.862637 0.645336</w:t>
        <w:br/>
        <w:t>v -0.156367 18.882059 0.649408</w:t>
        <w:br/>
        <w:t>v -0.106843 18.860569 0.609426</w:t>
        <w:br/>
        <w:t>v -0.162425 18.886129 0.614147</w:t>
        <w:br/>
        <w:t>v -0.164312 18.886347 0.570155</w:t>
        <w:br/>
        <w:t>v -0.159278 18.881268 0.529986</w:t>
        <w:br/>
        <w:t>v -0.146163 18.874067 0.484333</w:t>
        <w:br/>
        <w:t>v -0.100910 18.840815 0.470319</w:t>
        <w:br/>
        <w:t>v -0.065924 18.825031 0.818030</w:t>
        <w:br/>
        <w:t>v -0.023631 18.819721 0.826448</w:t>
        <w:br/>
        <w:t>v 0.000001 18.826553 0.804615</w:t>
        <w:br/>
        <w:t>v -0.068884 18.830902 0.804240</w:t>
        <w:br/>
        <w:t>v 0.000001 18.832020 0.787865</w:t>
        <w:br/>
        <w:t>v 0.000001 18.833485 0.602381</w:t>
        <w:br/>
        <w:t>v 0.000001 18.843697 0.686192</w:t>
        <w:br/>
        <w:t>v 0.000001 18.840080 0.642538</w:t>
        <w:br/>
        <w:t>v -0.093041 18.833748 0.806626</w:t>
        <w:br/>
        <w:t>v 0.000001 18.920515 0.472680</w:t>
        <w:br/>
        <w:t>v 0.000001 18.818211 0.829933</w:t>
        <w:br/>
        <w:t>v 0.000001 18.837521 0.838739</w:t>
        <w:br/>
        <w:t>v 0.000001 18.806772 0.448710</w:t>
        <w:br/>
        <w:t>v 0.000001 18.842159 0.723127</w:t>
        <w:br/>
        <w:t>v 0.000001 18.837402 0.761398</w:t>
        <w:br/>
        <w:t>v 0.000001 18.818211 0.829933</w:t>
        <w:br/>
        <w:t>v -0.070832 18.841841 0.867524</w:t>
        <w:br/>
        <w:t>v -0.100185 18.844542 0.857274</w:t>
        <w:br/>
        <w:t>v -0.104245 18.905197 0.872559</w:t>
        <w:br/>
        <w:t>v -0.073418 18.901302 0.883751</w:t>
        <w:br/>
        <w:t>v -0.032961 18.840212 0.873415</w:t>
        <w:br/>
        <w:t>v -0.033898 18.898424 0.890484</w:t>
        <w:br/>
        <w:t>v 0.000001 18.839571 0.876095</w:t>
        <w:br/>
        <w:t>v 0.000001 18.896954 0.893843</w:t>
        <w:br/>
        <w:t>v -0.070832 18.841841 0.867524</w:t>
        <w:br/>
        <w:t>v -0.063076 18.851969 0.828915</w:t>
        <w:br/>
        <w:t>v -0.088682 18.854284 0.820043</w:t>
        <w:br/>
        <w:t>v -0.100185 18.844542 0.857274</w:t>
        <w:br/>
        <w:t>v -0.032961 18.840212 0.873415</w:t>
        <w:br/>
        <w:t>v -0.029489 18.850597 0.835202</w:t>
        <w:br/>
        <w:t>v -0.106081 18.857292 0.807721</w:t>
        <w:br/>
        <w:t>v -0.125866 18.850008 0.837425</w:t>
        <w:br/>
        <w:t>v -0.125866 18.850008 0.837425</w:t>
        <w:br/>
        <w:t>v -0.130724 18.911985 0.852504</w:t>
        <w:br/>
        <w:t>v -0.116285 18.862181 0.787650</w:t>
        <w:br/>
        <w:t>v -0.144976 18.856133 0.812750</w:t>
        <w:br/>
        <w:t>v -0.150722 18.918913 0.826738</w:t>
        <w:br/>
        <w:t>v -0.144976 18.856133 0.812750</w:t>
        <w:br/>
        <w:t>v -0.162138 18.864416 0.776319</w:t>
        <w:br/>
        <w:t>v -0.168945 18.925451 0.788242</w:t>
        <w:br/>
        <w:t>v -0.182710 18.881649 0.685255</w:t>
        <w:br/>
        <w:t>v -0.187419 18.941448 0.694000</w:t>
        <w:br/>
        <w:t>v -0.126640 18.868540 0.756109</w:t>
        <w:br/>
        <w:t>v -0.162138 18.864416 0.776319</w:t>
        <w:br/>
        <w:t>v -0.142728 18.880276 0.684887</w:t>
        <w:br/>
        <w:t>v -0.182710 18.881649 0.685255</w:t>
        <w:br/>
        <w:t>v -0.119958 18.922916 0.800187</w:t>
        <w:br/>
        <w:t>v -0.116285 18.862181 0.787650</w:t>
        <w:br/>
        <w:t>v -0.106081 18.857292 0.807721</w:t>
        <w:br/>
        <w:t>v -0.107455 18.920055 0.820210</w:t>
        <w:br/>
        <w:t>v -0.131399 18.928743 0.767188</w:t>
        <w:br/>
        <w:t>v -0.126640 18.868540 0.756109</w:t>
        <w:br/>
        <w:t>v -0.088682 18.854284 0.820043</w:t>
        <w:br/>
        <w:t>v -0.090705 18.916855 0.833951</w:t>
        <w:br/>
        <w:t>v -0.145988 18.941536 0.694221</w:t>
        <w:br/>
        <w:t>v -0.142728 18.880276 0.684887</w:t>
        <w:br/>
        <w:t>v -0.063076 18.851969 0.828915</w:t>
        <w:br/>
        <w:t>v -0.064962 18.914745 0.843158</w:t>
        <w:br/>
        <w:t>v -0.029489 18.850597 0.835202</w:t>
        <w:br/>
        <w:t>v -0.030201 18.913122 0.848354</w:t>
        <w:br/>
        <w:t>v 0.000001 18.839571 0.876095</w:t>
        <w:br/>
        <w:t>v 0.000001 18.849697 0.838526</w:t>
        <w:br/>
        <w:t>v 0.000001 18.849697 0.838526</w:t>
        <w:br/>
        <w:t>v 0.000001 18.911283 0.854168</w:t>
        <w:br/>
        <w:t>v 0.126018 18.847353 0.843487</w:t>
        <w:br/>
        <w:t>v 0.129553 18.796829 0.830707</w:t>
        <w:br/>
        <w:t>v 0.103985 18.794067 0.844336</w:t>
        <w:br/>
        <w:t>v 0.100263 18.843706 0.857151</w:t>
        <w:br/>
        <w:t>v 0.070885 18.840998 0.867289</w:t>
        <w:br/>
        <w:t>v 0.073958 18.791620 0.854082</w:t>
        <w:br/>
        <w:t>v 0.145091 18.854965 0.813734</w:t>
        <w:br/>
        <w:t>v 0.148214 18.804035 0.800882</w:t>
        <w:br/>
        <w:t>v 0.032676 18.839392 0.873363</w:t>
        <w:br/>
        <w:t>v 0.033850 18.790030 0.860139</w:t>
        <w:br/>
        <w:t>v 0.162003 18.863871 0.776171</w:t>
        <w:br/>
        <w:t>v 0.166762 18.811501 0.766531</w:t>
        <w:br/>
        <w:t>v 0.000001 18.789551 0.861903</w:t>
        <w:br/>
        <w:t>v 0.000001 18.838751 0.875853</w:t>
        <w:br/>
        <w:t>v 0.184948 18.828793 0.679335</w:t>
        <w:br/>
        <w:t>v 0.182288 18.878685 0.685519</w:t>
        <w:br/>
        <w:t>v 0.126018 18.847353 0.843487</w:t>
        <w:br/>
        <w:t>v 0.106920 18.856501 0.807537</w:t>
        <w:br/>
        <w:t>v 0.116325 18.861240 0.788408</w:t>
        <w:br/>
        <w:t>v 0.145091 18.854965 0.813734</w:t>
        <w:br/>
        <w:t>v 0.126555 18.867592 0.756576</w:t>
        <w:br/>
        <w:t>v 0.162003 18.863871 0.776171</w:t>
        <w:br/>
        <w:t>v 0.142506 18.880215 0.684757</w:t>
        <w:br/>
        <w:t>v 0.182288 18.878685 0.685519</w:t>
        <w:br/>
        <w:t>v 0.032676 18.839392 0.873363</w:t>
        <w:br/>
        <w:t>v 0.029229 18.849550 0.835237</w:t>
        <w:br/>
        <w:t>v 0.063041 18.851116 0.829624</w:t>
        <w:br/>
        <w:t>v 0.070885 18.840998 0.867289</w:t>
        <w:br/>
        <w:t>v 0.088446 18.853251 0.820181</w:t>
        <w:br/>
        <w:t>v 0.100263 18.843706 0.857151</w:t>
        <w:br/>
        <w:t>v 0.119586 18.809225 0.776894</w:t>
        <w:br/>
        <w:t>v 0.116325 18.861240 0.788408</w:t>
        <w:br/>
        <w:t>v 0.106920 18.856501 0.807537</w:t>
        <w:br/>
        <w:t>v 0.109456 18.805380 0.795117</w:t>
        <w:br/>
        <w:t>v 0.129978 18.815590 0.745436</w:t>
        <w:br/>
        <w:t>v 0.126555 18.867592 0.756576</w:t>
        <w:br/>
        <w:t>v 0.088446 18.853251 0.820181</w:t>
        <w:br/>
        <w:t>v 0.090407 18.802401 0.808202</w:t>
        <w:br/>
        <w:t>v 0.144117 18.829031 0.677386</w:t>
        <w:br/>
        <w:t>v 0.142506 18.880215 0.684757</w:t>
        <w:br/>
        <w:t>v 0.063041 18.851116 0.829624</w:t>
        <w:br/>
        <w:t>v 0.065064 18.800373 0.816733</w:t>
        <w:br/>
        <w:t>v 0.029229 18.849550 0.835237</w:t>
        <w:br/>
        <w:t>v 0.030091 18.798864 0.822878</w:t>
        <w:br/>
        <w:t>v 0.000001 18.838751 0.875853</w:t>
        <w:br/>
        <w:t>v 0.000001 18.848890 0.837945</w:t>
        <w:br/>
        <w:t>v 0.000001 18.848890 0.837945</w:t>
        <w:br/>
        <w:t>v 0.000001 18.798052 0.825278</w:t>
        <w:br/>
        <w:t>v 0.157269 18.914377 0.616071</w:t>
        <w:br/>
        <w:t>v 0.159043 18.915377 0.572116</w:t>
        <w:br/>
        <w:t>v 0.164314 18.886347 0.570155</w:t>
        <w:br/>
        <w:t>v 0.162428 18.886129 0.614147</w:t>
        <w:br/>
        <w:t>v 0.155258 18.907902 0.531635</w:t>
        <w:br/>
        <w:t>v 0.159280 18.881268 0.529986</w:t>
        <w:br/>
        <w:t>v 0.159043 18.915377 0.572116</w:t>
        <w:br/>
        <w:t>v 0.093255 18.936861 0.568432</w:t>
        <w:br/>
        <w:t>v 0.093443 18.931564 0.526951</w:t>
        <w:br/>
        <w:t>v 0.034675 18.943621 0.565671</w:t>
        <w:br/>
        <w:t>v 0.033163 18.936872 0.521555</w:t>
        <w:br/>
        <w:t>v 0.093393 18.933989 0.614646</w:t>
        <w:br/>
        <w:t>v 0.035012 18.940458 0.614060</w:t>
        <w:br/>
        <w:t>v 0.157269 18.914377 0.616071</w:t>
        <w:br/>
        <w:t>v 0.152735 18.911312 0.650519</w:t>
        <w:br/>
        <w:t>v 0.093917 18.928524 0.649682</w:t>
        <w:br/>
        <w:t>v 0.156370 18.882059 0.649408</w:t>
        <w:br/>
        <w:t>v 0.152735 18.911312 0.650519</w:t>
        <w:br/>
        <w:t>v 0.146165 18.874067 0.484333</w:t>
        <w:br/>
        <w:t>v 0.140844 18.897379 0.478538</w:t>
        <w:br/>
        <w:t>v 0.092443 18.915545 0.474503</w:t>
        <w:br/>
        <w:t>v 0.031290 18.920465 0.472992</w:t>
        <w:br/>
        <w:t>v 0.034925 18.933760 0.649820</w:t>
        <w:br/>
        <w:t>v 0.090507 18.919079 0.692350</w:t>
        <w:br/>
        <w:t>v 0.034300 18.923141 0.691838</w:t>
        <w:br/>
        <w:t>v 0.144242 18.904526 0.692800</w:t>
        <w:br/>
        <w:t>v 0.145565 18.874969 0.692500</w:t>
        <w:br/>
        <w:t>v 0.144242 18.904526 0.692800</w:t>
        <w:br/>
        <w:t>v 0.135848 18.864611 0.736429</w:t>
        <w:br/>
        <w:t>v 0.134674 18.895212 0.736654</w:t>
        <w:br/>
        <w:t>v 0.134674 18.895212 0.736654</w:t>
        <w:br/>
        <w:t>v 0.087435 18.906406 0.734368</w:t>
        <w:br/>
        <w:t>v 0.033076 18.909121 0.731758</w:t>
        <w:br/>
        <w:t>v 0.125643 18.881182 0.769866</w:t>
        <w:br/>
        <w:t>v 0.085399 18.891598 0.768467</w:t>
        <w:br/>
        <w:t>v 0.124869 18.853304 0.768904</w:t>
        <w:br/>
        <w:t>v 0.125643 18.881182 0.769866</w:t>
        <w:br/>
        <w:t>v 0.030965 18.891310 0.766194</w:t>
        <w:br/>
        <w:t>v 0.031115 18.876726 0.791250</w:t>
        <w:br/>
        <w:t>v 0.115588 18.867821 0.792562</w:t>
        <w:br/>
        <w:t>v 0.082801 18.876919 0.792486</w:t>
        <w:br/>
        <w:t>v 0.115588 18.867821 0.792562</w:t>
        <w:br/>
        <w:t>v 0.079803 18.858871 0.813670</w:t>
        <w:br/>
        <w:t>v 0.029978 18.856791 0.816381</w:t>
        <w:br/>
        <w:t>v 0.099625 18.853868 0.815531</w:t>
        <w:br/>
        <w:t>v 0.111042 18.843338 0.790725</w:t>
        <w:br/>
        <w:t>v 0.099625 18.853868 0.815531</w:t>
        <w:br/>
        <w:t>v 0.093043 18.833748 0.806626</w:t>
        <w:br/>
        <w:t>v 0.075194 18.846704 0.828384</w:t>
        <w:br/>
        <w:t>v 0.065926 18.825031 0.818030</w:t>
        <w:br/>
        <w:t>v 0.075194 18.846704 0.828384</w:t>
        <w:br/>
        <w:t>v 0.028917 18.841284 0.836016</w:t>
        <w:br/>
        <w:t>v 0.023633 18.819721 0.826448</w:t>
        <w:br/>
        <w:t>v 0.028917 18.841284 0.836016</w:t>
        <w:br/>
        <w:t>v 0.106470 18.853535 0.563273</w:t>
        <w:br/>
        <w:t>v 0.103385 18.846943 0.521130</w:t>
        <w:br/>
        <w:t>v 0.071509 18.838255 0.787390</w:t>
        <w:br/>
        <w:t>v 0.111042 18.843338 0.790725</w:t>
        <w:br/>
        <w:t>v 0.124869 18.853304 0.768904</w:t>
        <w:br/>
        <w:t>v 0.076693 18.846151 0.763946</w:t>
        <w:br/>
        <w:t>v 0.085486 18.854578 0.729709</w:t>
        <w:br/>
        <w:t>v 0.135848 18.864611 0.736429</w:t>
        <w:br/>
        <w:t>v 0.145565 18.874969 0.692500</w:t>
        <w:br/>
        <w:t>v 0.094529 18.860569 0.688590</w:t>
        <w:br/>
        <w:t>v 0.156370 18.882059 0.649408</w:t>
        <w:br/>
        <w:t>v 0.103173 18.862637 0.645336</w:t>
        <w:br/>
        <w:t>v 0.162428 18.886129 0.614147</w:t>
        <w:br/>
        <w:t>v 0.106845 18.860569 0.609425</w:t>
        <w:br/>
        <w:t>v 0.164314 18.886347 0.570155</w:t>
        <w:br/>
        <w:t>v 0.159280 18.881268 0.529986</w:t>
        <w:br/>
        <w:t>v 0.146165 18.874067 0.484333</w:t>
        <w:br/>
        <w:t>v 0.100912 18.840815 0.470318</w:t>
        <w:br/>
        <w:t>v 0.023633 18.819721 0.826448</w:t>
        <w:br/>
        <w:t>v 0.065926 18.825031 0.818030</w:t>
        <w:br/>
        <w:t>v 0.068886 18.830902 0.804240</w:t>
        <w:br/>
        <w:t>v 0.093043 18.833748 0.806626</w:t>
        <w:br/>
        <w:t>v 0.104247 18.905197 0.872560</w:t>
        <w:br/>
        <w:t>v 0.100188 18.844542 0.857274</w:t>
        <w:br/>
        <w:t>v 0.070835 18.841841 0.867524</w:t>
        <w:br/>
        <w:t>v 0.073420 18.901302 0.883751</w:t>
        <w:br/>
        <w:t>v 0.032964 18.840212 0.873415</w:t>
        <w:br/>
        <w:t>v 0.033900 18.898424 0.890484</w:t>
        <w:br/>
        <w:t>v 0.000001 18.839571 0.876095</w:t>
        <w:br/>
        <w:t>v 0.000001 18.896954 0.893843</w:t>
        <w:br/>
        <w:t>v 0.088684 18.854284 0.820043</w:t>
        <w:br/>
        <w:t>v 0.063078 18.851969 0.828915</w:t>
        <w:br/>
        <w:t>v 0.070835 18.841841 0.867524</w:t>
        <w:br/>
        <w:t>v 0.100188 18.844542 0.857274</w:t>
        <w:br/>
        <w:t>v 0.029491 18.850597 0.835202</w:t>
        <w:br/>
        <w:t>v 0.032964 18.840212 0.873415</w:t>
        <w:br/>
        <w:t>v 0.106083 18.857292 0.807721</w:t>
        <w:br/>
        <w:t>v 0.125868 18.850008 0.837425</w:t>
        <w:br/>
        <w:t>v 0.130727 18.911985 0.852504</w:t>
        <w:br/>
        <w:t>v 0.125868 18.850008 0.837425</w:t>
        <w:br/>
        <w:t>v 0.116288 18.862181 0.787650</w:t>
        <w:br/>
        <w:t>v 0.144979 18.856133 0.812749</w:t>
        <w:br/>
        <w:t>v 0.150724 18.918913 0.826738</w:t>
        <w:br/>
        <w:t>v 0.144979 18.856133 0.812749</w:t>
        <w:br/>
        <w:t>v 0.168948 18.925451 0.788242</w:t>
        <w:br/>
        <w:t>v 0.162141 18.864416 0.776319</w:t>
        <w:br/>
        <w:t>v 0.187421 18.941448 0.694000</w:t>
        <w:br/>
        <w:t>v 0.182712 18.881649 0.685256</w:t>
        <w:br/>
        <w:t>v 0.162141 18.864416 0.776319</w:t>
        <w:br/>
        <w:t>v 0.126642 18.868540 0.756109</w:t>
        <w:br/>
        <w:t>v 0.142730 18.880276 0.684887</w:t>
        <w:br/>
        <w:t>v 0.182712 18.881649 0.685256</w:t>
        <w:br/>
        <w:t>v 0.106083 18.857292 0.807721</w:t>
        <w:br/>
        <w:t>v 0.116288 18.862181 0.787650</w:t>
        <w:br/>
        <w:t>v 0.119960 18.922916 0.800187</w:t>
        <w:br/>
        <w:t>v 0.107457 18.920055 0.820210</w:t>
        <w:br/>
        <w:t>v 0.131401 18.928743 0.767188</w:t>
        <w:br/>
        <w:t>v 0.126642 18.868540 0.756109</w:t>
        <w:br/>
        <w:t>v 0.090707 18.916855 0.833951</w:t>
        <w:br/>
        <w:t>v 0.088684 18.854284 0.820043</w:t>
        <w:br/>
        <w:t>v 0.145990 18.941536 0.694222</w:t>
        <w:br/>
        <w:t>v 0.142730 18.880276 0.684887</w:t>
        <w:br/>
        <w:t>v 0.064964 18.914745 0.843158</w:t>
        <w:br/>
        <w:t>v 0.063078 18.851969 0.828915</w:t>
        <w:br/>
        <w:t>v 0.030203 18.913122 0.848354</w:t>
        <w:br/>
        <w:t>v 0.029491 18.850597 0.835202</w:t>
        <w:br/>
        <w:t>v 0.000001 18.849697 0.838526</w:t>
        <w:br/>
        <w:t>v 0.000001 18.839571 0.876095</w:t>
        <w:br/>
        <w:t>v 0.000001 18.911283 0.854168</w:t>
        <w:br/>
        <w:t>v 0.000001 18.849697 0.838526</w:t>
        <w:br/>
        <w:t>v 0.611305 19.286066 0.773699</w:t>
        <w:br/>
        <w:t>v 0.609262 19.282900 0.781826</w:t>
        <w:br/>
        <w:t>v 0.599474 19.290361 0.793573</w:t>
        <w:br/>
        <w:t>v 0.602997 19.296011 0.782376</w:t>
        <w:br/>
        <w:t>v 0.602997 19.296011 0.782376</w:t>
        <w:br/>
        <w:t>v 0.596057 19.284451 0.787710</w:t>
        <w:br/>
        <w:t>v 0.606715 19.279551 0.776869</w:t>
        <w:br/>
        <w:t>v 0.611305 19.286066 0.773699</w:t>
        <w:br/>
        <w:t>v 0.599474 19.290361 0.793573</w:t>
        <w:br/>
        <w:t>v 0.609262 19.282900 0.781826</w:t>
        <w:br/>
        <w:t>v 0.606715 19.279551 0.776869</w:t>
        <w:br/>
        <w:t>v 0.596057 19.284451 0.787710</w:t>
        <w:br/>
        <w:t>v 0.591495 19.303442 0.787002</w:t>
        <w:br/>
        <w:t>v 0.587668 19.297125 0.803187</w:t>
        <w:br/>
        <w:t>v 0.591495 19.303442 0.787002</w:t>
        <w:br/>
        <w:t>v 0.582682 19.289108 0.794229</w:t>
        <w:br/>
        <w:t>v 0.587668 19.297125 0.803187</w:t>
        <w:br/>
        <w:t>v 0.582682 19.289108 0.794229</w:t>
        <w:br/>
        <w:t>v 0.619405 19.272593 0.763490</w:t>
        <w:br/>
        <w:t>v 0.619405 19.272593 0.763490</w:t>
        <w:br/>
        <w:t>v 0.619405 19.272593 0.763490</w:t>
        <w:br/>
        <w:t>v 0.584160 19.305758 0.789070</w:t>
        <w:br/>
        <w:t>v 0.576896 19.300932 0.799367</w:t>
        <w:br/>
        <w:t>v 0.584160 19.305758 0.789070</w:t>
        <w:br/>
        <w:t>v 0.568802 19.293179 0.798260</w:t>
        <w:br/>
        <w:t>v 0.568802 19.293179 0.798260</w:t>
        <w:br/>
        <w:t>v 0.642332 19.322966 0.763764</w:t>
        <w:br/>
        <w:t>v 0.657789 19.309267 0.749840</w:t>
        <w:br/>
        <w:t>v 0.645152 19.319208 0.767239</w:t>
        <w:br/>
        <w:t>v 0.632552 19.324286 0.773198</w:t>
        <w:br/>
        <w:t>v 0.635294 19.327154 0.767208</w:t>
        <w:br/>
        <w:t>v 0.642332 19.322966 0.763764</w:t>
        <w:br/>
        <w:t>v 0.635294 19.327154 0.767208</w:t>
        <w:br/>
        <w:t>v 0.629007 19.316265 0.771345</w:t>
        <w:br/>
        <w:t>v 0.639244 19.314098 0.766840</w:t>
        <w:br/>
        <w:t>v 0.639244 19.314098 0.766840</w:t>
        <w:br/>
        <w:t>v 0.629007 19.316265 0.771345</w:t>
        <w:br/>
        <w:t>v 0.632552 19.324286 0.773198</w:t>
        <w:br/>
        <w:t>v 0.645152 19.319208 0.767239</w:t>
        <w:br/>
        <w:t>v 0.620006 19.328320 0.775815</w:t>
        <w:br/>
        <w:t>v 0.627521 19.331068 0.768238</w:t>
        <w:br/>
        <w:t>v 0.627521 19.331068 0.768238</w:t>
        <w:br/>
        <w:t>v 0.618475 19.318697 0.773580</w:t>
        <w:br/>
        <w:t>v 0.618475 19.318697 0.773580</w:t>
        <w:br/>
        <w:t>v 0.620006 19.328320 0.775815</w:t>
        <w:br/>
        <w:t>v 0.609287 19.327543 0.773212</w:t>
        <w:br/>
        <w:t>v 0.617061 19.333691 0.768811</w:t>
        <w:br/>
        <w:t>v 0.617061 19.333691 0.768811</w:t>
        <w:br/>
        <w:t>v 0.607841 19.319954 0.771843</w:t>
        <w:br/>
        <w:t>v 0.609287 19.327543 0.773212</w:t>
        <w:br/>
        <w:t>v 0.607841 19.319954 0.771843</w:t>
        <w:br/>
        <w:t>v 0.657789 19.309267 0.749840</w:t>
        <w:br/>
        <w:t>v 0.657789 19.309267 0.749840</w:t>
        <w:br/>
        <w:t>v 0.462031 19.720325 1.054159</w:t>
        <w:br/>
        <w:t>v 0.474314 19.740229 1.075891</w:t>
        <w:br/>
        <w:t>v 0.548879 19.738720 1.027621</w:t>
        <w:br/>
        <w:t>v 0.536723 19.724716 1.009594</w:t>
        <w:br/>
        <w:t>v 0.387491 19.730919 1.116115</w:t>
        <w:br/>
        <w:t>v 0.385184 19.710360 1.085926</w:t>
        <w:br/>
        <w:t>v 0.227223 19.675905 1.132947</w:t>
        <w:br/>
        <w:t>v 0.263767 19.696537 1.153250</w:t>
        <w:br/>
        <w:t>v 0.267256 19.686243 1.126316</w:t>
        <w:br/>
        <w:t>v 0.327890 19.716629 1.139061</w:t>
        <w:br/>
        <w:t>v 0.325973 19.700523 1.108909</w:t>
        <w:br/>
        <w:t>v 0.653193 19.723089 0.903646</w:t>
        <w:br/>
        <w:t>v 0.667013 19.732180 0.904987</w:t>
        <w:br/>
        <w:t>v 0.751810 19.723764 0.753909</w:t>
        <w:br/>
        <w:t>v 0.196617 19.666138 1.136166</w:t>
        <w:br/>
        <w:t>v 0.223511 19.678896 1.144694</w:t>
        <w:br/>
        <w:t>v 0.653697 19.739399 0.899985</w:t>
        <w:br/>
        <w:t>v 0.751810 19.723764 0.753909</w:t>
        <w:br/>
        <w:t>v 0.667013 19.732180 0.904987</w:t>
        <w:br/>
        <w:t>v 0.548879 19.738720 1.027621</w:t>
        <w:br/>
        <w:t>v 0.539140 19.750982 1.007818</w:t>
        <w:br/>
        <w:t>v 0.599423 19.746328 0.962865</w:t>
        <w:br/>
        <w:t>v 0.611217 19.736696 0.977327</w:t>
        <w:br/>
        <w:t>v 0.474314 19.740229 1.075891</w:t>
        <w:br/>
        <w:t>v 0.461792 19.752150 1.052838</w:t>
        <w:br/>
        <w:t>v 0.387491 19.730919 1.116115</w:t>
        <w:br/>
        <w:t>v 0.379676 19.748291 1.093189</w:t>
        <w:br/>
        <w:t>v 0.327890 19.716629 1.139061</w:t>
        <w:br/>
        <w:t>v 0.319105 19.731022 1.119775</w:t>
        <w:br/>
        <w:t>v 0.263767 19.696537 1.153250</w:t>
        <w:br/>
        <w:t>v 0.259061 19.705240 1.136388</w:t>
        <w:br/>
        <w:t>v 0.223511 19.678896 1.144694</w:t>
        <w:br/>
        <w:t>v 0.221321 19.683374 1.138686</w:t>
        <w:br/>
        <w:t>v 0.196617 19.666138 1.136166</w:t>
        <w:br/>
        <w:t>v 0.611217 19.736696 0.977327</w:t>
        <w:br/>
        <w:t>v 0.595069 19.724913 0.966477</w:t>
        <w:br/>
        <w:t>v -0.438041 19.438530 0.867273</w:t>
        <w:br/>
        <w:t>v -0.446917 19.446541 0.868046</w:t>
        <w:br/>
        <w:t>v -0.434283 19.442513 0.870381</w:t>
        <w:br/>
        <w:t>v -0.431969 19.446968 0.873224</w:t>
        <w:br/>
        <w:t>v -0.431635 19.451427 0.875415</w:t>
        <w:br/>
        <w:t>v -0.433197 19.455322 0.876711</w:t>
        <w:br/>
        <w:t>v -0.436382 19.458149 0.876969</w:t>
        <w:br/>
        <w:t>v -0.440811 19.459549 0.876148</w:t>
        <w:br/>
        <w:t>v -0.446050 19.459431 0.874351</w:t>
        <w:br/>
        <w:t>v -0.451481 19.457764 0.871766</w:t>
        <w:br/>
        <w:t>v -0.456334 19.454746 0.868743</w:t>
        <w:br/>
        <w:t>v -0.459702 19.450596 0.865678</w:t>
        <w:br/>
        <w:t>v -0.461146 19.445820 0.862950</w:t>
        <w:br/>
        <w:t>v -0.460683 19.441044 0.860853</w:t>
        <w:br/>
        <w:t>v -0.458659 19.436951 0.859608</w:t>
        <w:br/>
        <w:t>v -0.455435 19.434113 0.859360</w:t>
        <w:br/>
        <w:t>v -0.451450 19.432892 0.860128</w:t>
        <w:br/>
        <w:t>v -0.447023 19.433350 0.861836</w:t>
        <w:br/>
        <w:t>v -0.442438 19.435322 0.864306</w:t>
        <w:br/>
        <w:t>v 0.397219 19.444183 0.880665</w:t>
        <w:br/>
        <w:t>v 0.405481 19.435001 0.875136</w:t>
        <w:br/>
        <w:t>v 0.400980 19.431223 0.874519</w:t>
        <w:br/>
        <w:t>v 0.396035 19.428993 0.874634</w:t>
        <w:br/>
        <w:t>v 0.391169 19.428616 0.875504</w:t>
        <w:br/>
        <w:t>v 0.387006 19.430119 0.877009</w:t>
        <w:br/>
        <w:t>v 0.384086 19.433338 0.878957</w:t>
        <w:br/>
        <w:t>v 0.382778 19.437830 0.881092</w:t>
        <w:br/>
        <w:t>v 0.383154 19.443102 0.883195</w:t>
        <w:br/>
        <w:t>v 0.385224 19.448526 0.885007</w:t>
        <w:br/>
        <w:t>v 0.388734 19.453413 0.886291</w:t>
        <w:br/>
        <w:t>v 0.393427 19.457165 0.886831</w:t>
        <w:br/>
        <w:t>v 0.398750 19.459288 0.886546</w:t>
        <w:br/>
        <w:t>v 0.403977 19.459579 0.885516</w:t>
        <w:br/>
        <w:t>v 0.408359 19.458023 0.883916</w:t>
        <w:br/>
        <w:t>v 0.411289 19.454815 0.881968</w:t>
        <w:br/>
        <w:t>v 0.412400 19.450373 0.879923</w:t>
        <w:br/>
        <w:t>v 0.411634 19.445179 0.877980</w:t>
        <w:br/>
        <w:t>v 0.409205 19.439838 0.876328</w:t>
        <w:br/>
        <w:t>v -0.599472 19.290361 0.793572</w:t>
        <w:br/>
        <w:t>v -0.609260 19.282900 0.781826</w:t>
        <w:br/>
        <w:t>v -0.611304 19.286066 0.773699</w:t>
        <w:br/>
        <w:t>v -0.602996 19.296011 0.782376</w:t>
        <w:br/>
        <w:t>v -0.606714 19.279551 0.776869</w:t>
        <w:br/>
        <w:t>v -0.596055 19.284451 0.787710</w:t>
        <w:br/>
        <w:t>v -0.602996 19.296011 0.782376</w:t>
        <w:br/>
        <w:t>v -0.611304 19.286066 0.773699</w:t>
        <w:br/>
        <w:t>v -0.606714 19.279551 0.776869</w:t>
        <w:br/>
        <w:t>v -0.609260 19.282900 0.781826</w:t>
        <w:br/>
        <w:t>v -0.599472 19.290361 0.793572</w:t>
        <w:br/>
        <w:t>v -0.596055 19.284451 0.787710</w:t>
        <w:br/>
        <w:t>v -0.591494 19.303442 0.787002</w:t>
        <w:br/>
        <w:t>v -0.587667 19.297125 0.803187</w:t>
        <w:br/>
        <w:t>v -0.582681 19.289108 0.794227</w:t>
        <w:br/>
        <w:t>v -0.591494 19.303442 0.787002</w:t>
        <w:br/>
        <w:t>v -0.587667 19.297125 0.803187</w:t>
        <w:br/>
        <w:t>v -0.582681 19.289108 0.794227</w:t>
        <w:br/>
        <w:t>v -0.619404 19.272593 0.763490</w:t>
        <w:br/>
        <w:t>v -0.619404 19.272593 0.763490</w:t>
        <w:br/>
        <w:t>v -0.619404 19.272593 0.763490</w:t>
        <w:br/>
        <w:t>v -0.584159 19.305758 0.789070</w:t>
        <w:br/>
        <w:t>v -0.576895 19.300932 0.799367</w:t>
        <w:br/>
        <w:t>v -0.568694 19.293201 0.798270</w:t>
        <w:br/>
        <w:t>v -0.584159 19.305758 0.789070</w:t>
        <w:br/>
        <w:t>v -0.568694 19.293201 0.798270</w:t>
        <w:br/>
        <w:t>v -0.657787 19.309267 0.749840</w:t>
        <w:br/>
        <w:t>v -0.642330 19.322966 0.763764</w:t>
        <w:br/>
        <w:t>v -0.645150 19.319208 0.767239</w:t>
        <w:br/>
        <w:t>v -0.632549 19.324286 0.773198</w:t>
        <w:br/>
        <w:t>v -0.635292 19.327154 0.767208</w:t>
        <w:br/>
        <w:t>v -0.628999 19.316261 0.771345</w:t>
        <w:br/>
        <w:t>v -0.635292 19.327154 0.767208</w:t>
        <w:br/>
        <w:t>v -0.642330 19.322966 0.763764</w:t>
        <w:br/>
        <w:t>v -0.639241 19.314098 0.766840</w:t>
        <w:br/>
        <w:t>v -0.632549 19.324286 0.773198</w:t>
        <w:br/>
        <w:t>v -0.628999 19.316261 0.771345</w:t>
        <w:br/>
        <w:t>v -0.639241 19.314098 0.766840</w:t>
        <w:br/>
        <w:t>v -0.645150 19.319208 0.767239</w:t>
        <w:br/>
        <w:t>v -0.620003 19.328320 0.775815</w:t>
        <w:br/>
        <w:t>v -0.627519 19.331068 0.768238</w:t>
        <w:br/>
        <w:t>v -0.618473 19.318697 0.773580</w:t>
        <w:br/>
        <w:t>v -0.627519 19.331068 0.768238</w:t>
        <w:br/>
        <w:t>v -0.620003 19.328320 0.775815</w:t>
        <w:br/>
        <w:t>v -0.618473 19.318697 0.773580</w:t>
        <w:br/>
        <w:t>v -0.609284 19.327543 0.773212</w:t>
        <w:br/>
        <w:t>v -0.617059 19.333691 0.768811</w:t>
        <w:br/>
        <w:t>v -0.607838 19.319954 0.771843</w:t>
        <w:br/>
        <w:t>v -0.617059 19.333691 0.768811</w:t>
        <w:br/>
        <w:t>v -0.609284 19.327543 0.773212</w:t>
        <w:br/>
        <w:t>v -0.607838 19.319954 0.771843</w:t>
        <w:br/>
        <w:t>v -0.657787 19.309267 0.749840</w:t>
        <w:br/>
        <w:t>v -0.657787 19.309267 0.749840</w:t>
        <w:br/>
        <w:t>v -0.548877 19.738720 1.027621</w:t>
        <w:br/>
        <w:t>v -0.474312 19.740229 1.075891</w:t>
        <w:br/>
        <w:t>v -0.462028 19.720325 1.054159</w:t>
        <w:br/>
        <w:t>v -0.536721 19.724716 1.009594</w:t>
        <w:br/>
        <w:t>v -0.387489 19.730919 1.116115</w:t>
        <w:br/>
        <w:t>v -0.385181 19.710360 1.085926</w:t>
        <w:br/>
        <w:t>v -0.263765 19.696537 1.153250</w:t>
        <w:br/>
        <w:t>v -0.227221 19.675905 1.132947</w:t>
        <w:br/>
        <w:t>v -0.267253 19.686243 1.126316</w:t>
        <w:br/>
        <w:t>v -0.327887 19.716629 1.139061</w:t>
        <w:br/>
        <w:t>v -0.325971 19.700523 1.108909</w:t>
        <w:br/>
        <w:t>v -0.667010 19.732180 0.904987</w:t>
        <w:br/>
        <w:t>v -0.653190 19.723089 0.903645</w:t>
        <w:br/>
        <w:t>v -0.751807 19.719961 0.753909</w:t>
        <w:br/>
        <w:t>v -0.196615 19.666138 1.136166</w:t>
        <w:br/>
        <w:t>v -0.223509 19.678896 1.144694</w:t>
        <w:br/>
        <w:t>v -0.751807 19.719961 0.753909</w:t>
        <w:br/>
        <w:t>v -0.653694 19.739401 0.899985</w:t>
        <w:br/>
        <w:t>v -0.667010 19.732180 0.904987</w:t>
        <w:br/>
        <w:t>v -0.599421 19.746328 0.962865</w:t>
        <w:br/>
        <w:t>v -0.539138 19.750982 1.007818</w:t>
        <w:br/>
        <w:t>v -0.548877 19.738720 1.027621</w:t>
        <w:br/>
        <w:t>v -0.611215 19.736696 0.977327</w:t>
        <w:br/>
        <w:t>v -0.461790 19.752150 1.052838</w:t>
        <w:br/>
        <w:t>v -0.474312 19.740229 1.075891</w:t>
        <w:br/>
        <w:t>v -0.379674 19.748291 1.093189</w:t>
        <w:br/>
        <w:t>v -0.387489 19.730919 1.116115</w:t>
        <w:br/>
        <w:t>v -0.327887 19.716629 1.139061</w:t>
        <w:br/>
        <w:t>v -0.319103 19.731022 1.119775</w:t>
        <w:br/>
        <w:t>v -0.259059 19.705240 1.136388</w:t>
        <w:br/>
        <w:t>v -0.263765 19.696537 1.153250</w:t>
        <w:br/>
        <w:t>v -0.223509 19.678896 1.144694</w:t>
        <w:br/>
        <w:t>v -0.221319 19.683374 1.138686</w:t>
        <w:br/>
        <w:t>v -0.196615 19.666138 1.136166</w:t>
        <w:br/>
        <w:t>v -0.595067 19.724913 0.966477</w:t>
        <w:br/>
        <w:t>v -0.611215 19.736696 0.977327</w:t>
        <w:br/>
        <w:t>v 0.540681 19.480497 0.890290</w:t>
        <w:br/>
        <w:t>v 0.561126 19.554760 0.936247</w:t>
        <w:br/>
        <w:t>v 0.545893 19.557032 0.945361</w:t>
        <w:br/>
        <w:t>v 0.506110 19.485065 0.904774</w:t>
        <w:br/>
        <w:t>v 0.473945 19.555191 0.976926</w:t>
        <w:br/>
        <w:t>v 0.469656 19.488005 0.917582</w:t>
        <w:br/>
        <w:t>v 0.416952 19.543905 0.981598</w:t>
        <w:br/>
        <w:t>v 0.421523 19.483377 0.927817</w:t>
        <w:br/>
        <w:t>v 0.369895 19.523169 0.979326</w:t>
        <w:br/>
        <w:t>v 0.339346 19.498959 0.983931</w:t>
        <w:br/>
        <w:t>v 0.348307 19.462893 0.930786</w:t>
        <w:br/>
        <w:t>v 0.378841 19.472223 0.932003</w:t>
        <w:br/>
        <w:t>v 0.281635 19.461533 0.954220</w:t>
        <w:br/>
        <w:t>v 0.254983 19.439503 0.940640</w:t>
        <w:br/>
        <w:t>v 0.267022 19.424091 0.923279</w:t>
        <w:br/>
        <w:t>v 0.294223 19.438637 0.926468</w:t>
        <w:br/>
        <w:t>v 0.232946 19.414955 0.926643</w:t>
        <w:br/>
        <w:t>v 0.239332 19.408260 0.922727</w:t>
        <w:br/>
        <w:t>v 0.631268 19.456387 0.815224</w:t>
        <w:br/>
        <w:t>v 0.668131 19.521128 0.830158</w:t>
        <w:br/>
        <w:t>v 0.628460 19.537117 0.876203</w:t>
        <w:br/>
        <w:t>v 0.602219 19.466503 0.848372</w:t>
        <w:br/>
        <w:t>v 0.585203 19.549881 0.919350</w:t>
        <w:br/>
        <w:t>v 0.572961 19.473974 0.870280</w:t>
        <w:br/>
        <w:t>v 0.540681 19.480497 0.890290</w:t>
        <w:br/>
        <w:t>v 0.506110 19.485065 0.904774</w:t>
        <w:br/>
        <w:t>v 0.508270 19.494644 0.936787</w:t>
        <w:br/>
        <w:t>v 0.541193 19.490316 0.922269</w:t>
        <w:br/>
        <w:t>v 0.469656 19.488005 0.917582</w:t>
        <w:br/>
        <w:t>v 0.473805 19.495781 0.949771</w:t>
        <w:br/>
        <w:t>v 0.421523 19.483377 0.927817</w:t>
        <w:br/>
        <w:t>v 0.423761 19.490608 0.958034</w:t>
        <w:br/>
        <w:t>v 0.378841 19.472223 0.932003</w:t>
        <w:br/>
        <w:t>v 0.379954 19.481897 0.960866</w:t>
        <w:br/>
        <w:t>v 0.339346 19.498959 0.983931</w:t>
        <w:br/>
        <w:t>v 0.375766 19.508385 0.999127</w:t>
        <w:br/>
        <w:t>v 0.343607 19.488674 0.988745</w:t>
        <w:br/>
        <w:t>v 0.348307 19.462893 0.930786</w:t>
        <w:br/>
        <w:t>v 0.348014 19.472063 0.957515</w:t>
        <w:br/>
        <w:t>v 0.292051 19.445122 0.944076</w:t>
        <w:br/>
        <w:t>v 0.294223 19.438637 0.926468</w:t>
        <w:br/>
        <w:t>v 0.267022 19.424091 0.923279</w:t>
        <w:br/>
        <w:t>v 0.264450 19.429468 0.935947</w:t>
        <w:br/>
        <w:t>v 0.254983 19.439503 0.940640</w:t>
        <w:br/>
        <w:t>v 0.281635 19.461533 0.954220</w:t>
        <w:br/>
        <w:t>v 0.286631 19.453989 0.962294</w:t>
        <w:br/>
        <w:t>v 0.259960 19.435215 0.947993</w:t>
        <w:br/>
        <w:t>v 0.239332 19.408260 0.922727</w:t>
        <w:br/>
        <w:t>v 0.238200 19.409386 0.927551</w:t>
        <w:br/>
        <w:t>v 0.232946 19.414955 0.926643</w:t>
        <w:br/>
        <w:t>v 0.235683 19.412241 0.934127</w:t>
        <w:br/>
        <w:t>v 0.610437 19.475922 0.873381</w:t>
        <w:br/>
        <w:t>v 0.648058 19.462730 0.836416</w:t>
        <w:br/>
        <w:t>v 0.631268 19.456387 0.815224</w:t>
        <w:br/>
        <w:t>v 0.602219 19.466503 0.848372</w:t>
        <w:br/>
        <w:t>v 0.668131 19.521128 0.830158</w:t>
        <w:br/>
        <w:t>v 0.675813 19.481678 0.855446</w:t>
        <w:br/>
        <w:t>v 0.621161 19.502514 0.908884</w:t>
        <w:br/>
        <w:t>v 0.628460 19.537117 0.876203</w:t>
        <w:br/>
        <w:t>v 0.720723 19.439823 0.745753</w:t>
        <w:br/>
        <w:t>v 0.721668 19.454462 0.792168</w:t>
        <w:br/>
        <w:t>v 0.740319 19.458071 0.771583</w:t>
        <w:br/>
        <w:t>v 0.740319 19.458071 0.771583</w:t>
        <w:br/>
        <w:t>v 0.721668 19.454462 0.792168</w:t>
        <w:br/>
        <w:t>v 0.685970 19.513128 0.805576</w:t>
        <w:br/>
        <w:t>v 0.721028 19.494549 0.764120</w:t>
        <w:br/>
        <w:t>v 0.720723 19.439823 0.745753</w:t>
        <w:br/>
        <w:t>v 0.721028 19.494549 0.764120</w:t>
        <w:br/>
        <w:t>v 0.685970 19.513128 0.805576</w:t>
        <w:br/>
        <w:t>v 0.660677 19.444748 0.780545</w:t>
        <w:br/>
        <w:t>v 0.760146 19.461990 0.753522</w:t>
        <w:br/>
        <w:t>v 0.757000 19.487537 0.737686</w:t>
        <w:br/>
        <w:t>v 0.795928 19.483784 0.716873</w:t>
        <w:br/>
        <w:t>v 0.797200 19.472855 0.727367</w:t>
        <w:br/>
        <w:t>v 0.798618 19.468756 0.712330</w:t>
        <w:br/>
        <w:t>v 0.795928 19.483784 0.716873</w:t>
        <w:br/>
        <w:t>v 0.757000 19.487537 0.737686</w:t>
        <w:br/>
        <w:t>v 0.757995 19.454268 0.727685</w:t>
        <w:br/>
        <w:t>v 0.798618 19.468756 0.712330</w:t>
        <w:br/>
        <w:t>v 0.757995 19.454268 0.727685</w:t>
        <w:br/>
        <w:t>v 0.760146 19.461990 0.753522</w:t>
        <w:br/>
        <w:t>v 0.797200 19.472855 0.727367</w:t>
        <w:br/>
        <w:t>v 0.219972 19.392725 0.927778</w:t>
        <w:br/>
        <w:t>v 0.219972 19.392725 0.927778</w:t>
        <w:br/>
        <w:t>v 0.219972 19.392725 0.927778</w:t>
        <w:br/>
        <w:t>v 0.671290 19.436117 0.793767</w:t>
        <w:br/>
        <w:t>v 0.660677 19.444748 0.780545</w:t>
        <w:br/>
        <w:t>v 0.674803 19.446777 0.802962</w:t>
        <w:br/>
        <w:t>v 0.695979 19.428411 0.776906</w:t>
        <w:br/>
        <w:t>v 0.679896 19.408762 0.766014</w:t>
        <w:br/>
        <w:t>v 0.663292 19.417912 0.782072</w:t>
        <w:br/>
        <w:t>v 0.671290 19.436117 0.793767</w:t>
        <w:br/>
        <w:t>v 0.684501 19.404701 0.741250</w:t>
        <w:br/>
        <w:t>v 0.703605 19.424770 0.741583</w:t>
        <w:br/>
        <w:t>v 0.614183 19.525604 0.960153</w:t>
        <w:br/>
        <w:t>v 0.574934 19.514469 0.940809</w:t>
        <w:br/>
        <w:t>v 0.585203 19.549881 0.919350</w:t>
        <w:br/>
        <w:t>v 0.615587 19.551336 0.936191</w:t>
        <w:br/>
        <w:t>v 0.651052 19.543898 0.913558</w:t>
        <w:br/>
        <w:t>v 0.615587 19.551336 0.936191</w:t>
        <w:br/>
        <w:t>v 0.645434 19.514851 0.937306</w:t>
        <w:br/>
        <w:t>v 0.651052 19.543898 0.913558</w:t>
        <w:br/>
        <w:t>v 0.628460 19.537117 0.876203</w:t>
        <w:br/>
        <w:t>v 0.621161 19.502514 0.908884</w:t>
        <w:br/>
        <w:t>v 0.574934 19.514469 0.940809</w:t>
        <w:br/>
        <w:t>v 0.614183 19.525604 0.960153</w:t>
        <w:br/>
        <w:t>v 0.645434 19.514851 0.937306</w:t>
        <w:br/>
        <w:t>v 0.621161 19.502514 0.908884</w:t>
        <w:br/>
        <w:t>v 0.647262 19.541317 0.974610</w:t>
        <w:br/>
        <w:t>v 0.643896 19.559095 0.955550</w:t>
        <w:br/>
        <w:t>v 0.667643 19.554035 0.937121</w:t>
        <w:br/>
        <w:t>v 0.643896 19.559095 0.955550</w:t>
        <w:br/>
        <w:t>v 0.666156 19.535126 0.956974</w:t>
        <w:br/>
        <w:t>v 0.667643 19.554035 0.937121</w:t>
        <w:br/>
        <w:t>v 0.647262 19.541317 0.974610</w:t>
        <w:br/>
        <w:t>v 0.666156 19.535126 0.956974</w:t>
        <w:br/>
        <w:t>v 0.676162 19.572725 0.967241</w:t>
        <w:br/>
        <w:t>v 0.703304 19.596470 0.969589</w:t>
        <w:br/>
        <w:t>v 0.678306 19.566395 0.979787</w:t>
        <w:br/>
        <w:t>v 0.683632 19.569067 0.955475</w:t>
        <w:br/>
        <w:t>v 0.703304 19.596470 0.969589</w:t>
        <w:br/>
        <w:t>v 0.676162 19.572725 0.967241</w:t>
        <w:br/>
        <w:t>v 0.683482 19.562714 0.969464</w:t>
        <w:br/>
        <w:t>v 0.703304 19.596470 0.969589</w:t>
        <w:br/>
        <w:t>v 0.683632 19.569067 0.955475</w:t>
        <w:br/>
        <w:t>v 0.678306 19.566395 0.979787</w:t>
        <w:br/>
        <w:t>v 0.545893 19.557032 0.945361</w:t>
        <w:br/>
        <w:t>v 0.517519 19.524443 0.971720</w:t>
        <w:br/>
        <w:t>v 0.478996 19.526350 0.986564</w:t>
        <w:br/>
        <w:t>v 0.473945 19.555191 0.976926</w:t>
        <w:br/>
        <w:t>v 0.666762 19.383600 0.748141</w:t>
        <w:br/>
        <w:t>v 0.663184 19.386631 0.763280</w:t>
        <w:br/>
        <w:t>v 0.651939 19.395601 0.773769</w:t>
        <w:br/>
        <w:t>v 0.626966 19.344419 0.769024</w:t>
        <w:br/>
        <w:t>v 0.643606 19.363018 0.766766</w:t>
        <w:br/>
        <w:t>v 0.645445 19.359789 0.756796</w:t>
        <w:br/>
        <w:t>v 0.628928 19.342197 0.763865</w:t>
        <w:br/>
        <w:t>v 0.623660 19.347923 0.772056</w:t>
        <w:br/>
        <w:t>v 0.635856 19.368380 0.771601</w:t>
        <w:br/>
        <w:t>v 0.609046 19.327616 0.773622</w:t>
        <w:br/>
        <w:t>v 0.655135 19.422569 0.771894</w:t>
        <w:br/>
        <w:t>v 0.684501 19.404701 0.741250</w:t>
        <w:br/>
        <w:t>v 0.703605 19.424770 0.741583</w:t>
        <w:br/>
        <w:t>v 0.621597 19.348999 0.768971</w:t>
        <w:br/>
        <w:t>v 0.628928 19.342197 0.763865</w:t>
        <w:br/>
        <w:t>v 0.645445 19.359789 0.756796</w:t>
        <w:br/>
        <w:t>v 0.633334 19.370281 0.764924</w:t>
        <w:br/>
        <w:t>v 0.645834 19.399323 0.766888</w:t>
        <w:br/>
        <w:t>v 0.666762 19.383600 0.748141</w:t>
        <w:br/>
        <w:t>v 0.609046 19.327616 0.773622</w:t>
        <w:br/>
        <w:t>v 0.339785 19.503401 0.998545</w:t>
        <w:br/>
        <w:t>v 0.338691 19.513153 1.010501</w:t>
        <w:br/>
        <w:t>v 0.373566 19.524099 1.011305</w:t>
        <w:br/>
        <w:t>v 0.375766 19.508385 0.999127</w:t>
        <w:br/>
        <w:t>v 0.370910 19.536787 1.003143</w:t>
        <w:br/>
        <w:t>v 0.336687 19.521902 1.005820</w:t>
        <w:br/>
        <w:t>v 0.420451 19.549911 0.994175</w:t>
        <w:br/>
        <w:t>v 0.425558 19.528080 1.002292</w:t>
        <w:br/>
        <w:t>v 0.425147 19.516781 0.995189</w:t>
        <w:br/>
        <w:t>v 0.315760 19.489904 0.977632</w:t>
        <w:br/>
        <w:t>v 0.309184 19.506598 1.001851</w:t>
        <w:br/>
        <w:t>v 0.370910 19.536787 1.003143</w:t>
        <w:br/>
        <w:t>v 0.373566 19.524099 1.011305</w:t>
        <w:br/>
        <w:t>v 0.420451 19.549911 0.994175</w:t>
        <w:br/>
        <w:t>v 0.295310 19.480793 0.973940</w:t>
        <w:br/>
        <w:t>v 0.288655 19.493607 0.994578</w:t>
        <w:br/>
        <w:t>v 0.336687 19.521902 1.005820</w:t>
        <w:br/>
        <w:t>v 0.338691 19.513153 1.010501</w:t>
        <w:br/>
        <w:t>v 0.293943 19.485249 0.990347</w:t>
        <w:br/>
        <w:t>v 0.291865 19.489473 0.998394</w:t>
        <w:br/>
        <w:t>v 0.312678 19.501116 1.005599</w:t>
        <w:br/>
        <w:t>v 0.315211 19.494511 0.995102</w:t>
        <w:br/>
        <w:t>v 0.309184 19.506598 1.001851</w:t>
        <w:br/>
        <w:t>v 0.312678 19.501116 1.005599</w:t>
        <w:br/>
        <w:t>v 0.315760 19.489904 0.977632</w:t>
        <w:br/>
        <w:t>v 0.339346 19.498959 0.983931</w:t>
        <w:br/>
        <w:t>v 0.295310 19.480793 0.973940</w:t>
        <w:br/>
        <w:t>v 0.291865 19.489473 0.998394</w:t>
        <w:br/>
        <w:t>v 0.288655 19.493607 0.994578</w:t>
        <w:br/>
        <w:t>v 0.246789 19.457451 0.967640</w:t>
        <w:br/>
        <w:t>v 0.273168 19.470510 0.970961</w:t>
        <w:br/>
        <w:t>v 0.268436 19.477297 0.984337</w:t>
        <w:br/>
        <w:t>v 0.273168 19.470510 0.970961</w:t>
        <w:br/>
        <w:t>v 0.246789 19.457451 0.967640</w:t>
        <w:br/>
        <w:t>v 0.270967 19.473829 0.982970</w:t>
        <w:br/>
        <w:t>v 0.268436 19.477297 0.984337</w:t>
        <w:br/>
        <w:t>v 0.843002 19.486307 0.702890</w:t>
        <w:br/>
        <w:t>v 0.843002 19.486307 0.702890</w:t>
        <w:br/>
        <w:t>v 0.843002 19.486307 0.702890</w:t>
        <w:br/>
        <w:t>v 0.235683 19.412241 0.934127</w:t>
        <w:br/>
        <w:t>v 0.259960 19.435215 0.947993</w:t>
        <w:br/>
        <w:t>v 0.286631 19.453989 0.962294</w:t>
        <w:br/>
        <w:t>v 0.343607 19.488674 0.988745</w:t>
        <w:br/>
        <w:t>v 0.517519 19.524443 0.971720</w:t>
        <w:br/>
        <w:t>v 0.551450 19.518169 0.953786</w:t>
        <w:br/>
        <w:t>v 0.621161 19.502514 0.908884</w:t>
        <w:br/>
        <w:t>v 0.675813 19.481678 0.855446</w:t>
        <w:br/>
        <w:t>v 0.623660 19.347923 0.772056</w:t>
        <w:br/>
        <w:t>v 0.621597 19.348999 0.768971</w:t>
        <w:br/>
        <w:t>v 0.633334 19.370281 0.764924</w:t>
        <w:br/>
        <w:t>v 0.635856 19.368380 0.771601</w:t>
        <w:br/>
        <w:t>v 0.645834 19.399323 0.766888</w:t>
        <w:br/>
        <w:t>v 0.655135 19.422569 0.771894</w:t>
        <w:br/>
        <w:t>v 0.663292 19.417912 0.782072</w:t>
        <w:br/>
        <w:t>v 0.651939 19.395601 0.773769</w:t>
        <w:br/>
        <w:t>v 0.674803 19.446777 0.802962</w:t>
        <w:br/>
        <w:t>v 0.609046 19.327616 0.773622</w:t>
        <w:br/>
        <w:t>v 0.321000 19.461004 0.952666</w:t>
        <w:br/>
        <w:t>v 0.321900 19.452116 0.929329</w:t>
        <w:br/>
        <w:t>v 0.310207 19.481859 0.966667</w:t>
        <w:br/>
        <w:t>v 0.317659 19.473446 0.978959</w:t>
        <w:br/>
        <w:t>v 0.660677 19.444748 0.780545</w:t>
        <w:br/>
        <w:t>v 0.551450 19.518169 0.953786</w:t>
        <w:br/>
        <w:t>v 0.561126 19.554760 0.936247</w:t>
        <w:br/>
        <w:t>v 0.585203 19.549881 0.919350</w:t>
        <w:br/>
        <w:t>v 0.574934 19.514469 0.940809</w:t>
        <w:br/>
        <w:t>v 0.571638 19.540203 0.976582</w:t>
        <w:br/>
        <w:t>v 0.562088 19.527590 0.964892</w:t>
        <w:br/>
        <w:t>v 0.556006 19.552584 0.959279</w:t>
        <w:br/>
        <w:t>v 0.564467 19.550945 0.967710</w:t>
        <w:br/>
        <w:t>v 0.571638 19.540203 0.976582</w:t>
        <w:br/>
        <w:t>v 0.571156 19.550394 0.961665</w:t>
        <w:br/>
        <w:t>v 0.566496 19.550035 0.952359</w:t>
        <w:br/>
        <w:t>v 0.562088 19.527590 0.964892</w:t>
        <w:br/>
        <w:t>v 0.556006 19.552584 0.959279</w:t>
        <w:br/>
        <w:t>v 0.566496 19.550035 0.952359</w:t>
        <w:br/>
        <w:t>v 0.571156 19.550394 0.961665</w:t>
        <w:br/>
        <w:t>v 0.564467 19.550945 0.967710</w:t>
        <w:br/>
        <w:t>v 0.683787 19.516312 0.838876</w:t>
        <w:br/>
        <w:t>v 0.668131 19.521128 0.830158</w:t>
        <w:br/>
        <w:t>v 0.685970 19.513128 0.805576</w:t>
        <w:br/>
        <w:t>v 0.696622 19.508009 0.821027</w:t>
        <w:br/>
        <w:t>v 0.690609 19.491627 0.859008</w:t>
        <w:br/>
        <w:t>v 0.675813 19.481678 0.855446</w:t>
        <w:br/>
        <w:t>v 0.668131 19.521128 0.830158</w:t>
        <w:br/>
        <w:t>v 0.683787 19.516312 0.838876</w:t>
        <w:br/>
        <w:t>v 0.690609 19.491627 0.859008</w:t>
        <w:br/>
        <w:t>v 0.696622 19.508009 0.821027</w:t>
        <w:br/>
        <w:t>v 0.685970 19.513128 0.805576</w:t>
        <w:br/>
        <w:t>v 0.675813 19.481678 0.855446</w:t>
        <w:br/>
        <w:t>v 0.708698 19.508650 0.837402</w:t>
        <w:br/>
        <w:t>v 0.728076 19.523115 0.859823</w:t>
        <w:br/>
        <w:t>v 0.700397 19.515516 0.849468</w:t>
        <w:br/>
        <w:t>v 0.705800 19.502291 0.861372</w:t>
        <w:br/>
        <w:t>v 0.708698 19.508650 0.837402</w:t>
        <w:br/>
        <w:t>v 0.705800 19.502291 0.861372</w:t>
        <w:br/>
        <w:t>v 0.700397 19.515516 0.849468</w:t>
        <w:br/>
        <w:t>v 0.728076 19.523115 0.859823</w:t>
        <w:br/>
        <w:t>v 0.728076 19.523115 0.859823</w:t>
        <w:br/>
        <w:t>v 0.573400 19.484802 0.899894</w:t>
        <w:br/>
        <w:t>v 0.574934 19.514469 0.940809</w:t>
        <w:br/>
        <w:t>v 0.572961 19.473974 0.870280</w:t>
        <w:br/>
        <w:t>v 0.579550 19.554045 0.979607</w:t>
        <w:br/>
        <w:t>v 0.579550 19.554045 0.979607</w:t>
        <w:br/>
        <w:t>v 0.579550 19.554045 0.979607</w:t>
        <w:br/>
        <w:t>v 0.551450 19.518169 0.953786</w:t>
        <w:br/>
        <w:t>v 0.545893 19.557032 0.945361</w:t>
        <w:br/>
        <w:t>v 0.561126 19.554760 0.936247</w:t>
        <w:br/>
        <w:t>v 0.545893 19.557032 0.945361</w:t>
        <w:br/>
        <w:t>v 0.561126 19.554760 0.936247</w:t>
        <w:br/>
        <w:t>v 0.551450 19.518169 0.953786</w:t>
        <w:br/>
        <w:t>v 0.317659 19.473446 0.978959</w:t>
        <w:br/>
        <w:t>v 0.310207 19.481859 0.966667</w:t>
        <w:br/>
        <w:t>v 0.321900 19.452116 0.929329</w:t>
        <w:br/>
        <w:t>v -0.545891 19.557032 0.945361</w:t>
        <w:br/>
        <w:t>v -0.561123 19.554760 0.936247</w:t>
        <w:br/>
        <w:t>v -0.540679 19.480497 0.890290</w:t>
        <w:br/>
        <w:t>v -0.506108 19.485065 0.904774</w:t>
        <w:br/>
        <w:t>v -0.473943 19.555191 0.976926</w:t>
        <w:br/>
        <w:t>v -0.469654 19.488005 0.917582</w:t>
        <w:br/>
        <w:t>v -0.421520 19.483377 0.927817</w:t>
        <w:br/>
        <w:t>v -0.416950 19.543907 0.981598</w:t>
        <w:br/>
        <w:t>v -0.348305 19.462893 0.930786</w:t>
        <w:br/>
        <w:t>v -0.339344 19.498959 0.983931</w:t>
        <w:br/>
        <w:t>v -0.369893 19.523169 0.979326</w:t>
        <w:br/>
        <w:t>v -0.378838 19.472223 0.932003</w:t>
        <w:br/>
        <w:t>v -0.267020 19.424091 0.923279</w:t>
        <w:br/>
        <w:t>v -0.254981 19.439503 0.940640</w:t>
        <w:br/>
        <w:t>v -0.281632 19.461533 0.954220</w:t>
        <w:br/>
        <w:t>v -0.294220 19.438637 0.926468</w:t>
        <w:br/>
        <w:t>v -0.239329 19.408260 0.922727</w:t>
        <w:br/>
        <w:t>v -0.232943 19.414955 0.926643</w:t>
        <w:br/>
        <w:t>v -0.628457 19.537117 0.876203</w:t>
        <w:br/>
        <w:t>v -0.668129 19.521128 0.830158</w:t>
        <w:br/>
        <w:t>v -0.631266 19.456387 0.815224</w:t>
        <w:br/>
        <w:t>v -0.602216 19.466503 0.848372</w:t>
        <w:br/>
        <w:t>v -0.572958 19.473974 0.870280</w:t>
        <w:br/>
        <w:t>v -0.585200 19.549881 0.919350</w:t>
        <w:br/>
        <w:t>v -0.508268 19.494644 0.936787</w:t>
        <w:br/>
        <w:t>v -0.506108 19.485065 0.904774</w:t>
        <w:br/>
        <w:t>v -0.540679 19.480497 0.890290</w:t>
        <w:br/>
        <w:t>v -0.541191 19.490316 0.922269</w:t>
        <w:br/>
        <w:t>v -0.473803 19.495781 0.949771</w:t>
        <w:br/>
        <w:t>v -0.469654 19.488005 0.917582</w:t>
        <w:br/>
        <w:t>v -0.423758 19.490608 0.958034</w:t>
        <w:br/>
        <w:t>v -0.421520 19.483377 0.927817</w:t>
        <w:br/>
        <w:t>v -0.378838 19.472223 0.932003</w:t>
        <w:br/>
        <w:t>v -0.379951 19.481897 0.960866</w:t>
        <w:br/>
        <w:t>v -0.375764 19.508385 0.999127</w:t>
        <w:br/>
        <w:t>v -0.339344 19.498959 0.983931</w:t>
        <w:br/>
        <w:t>v -0.343605 19.488674 0.988745</w:t>
        <w:br/>
        <w:t>v -0.348012 19.472063 0.957515</w:t>
        <w:br/>
        <w:t>v -0.348305 19.462893 0.930786</w:t>
        <w:br/>
        <w:t>v -0.267020 19.424091 0.923279</w:t>
        <w:br/>
        <w:t>v -0.294220 19.438637 0.926468</w:t>
        <w:br/>
        <w:t>v -0.292049 19.445122 0.944076</w:t>
        <w:br/>
        <w:t>v -0.264448 19.429468 0.935947</w:t>
        <w:br/>
        <w:t>v -0.286629 19.453991 0.962294</w:t>
        <w:br/>
        <w:t>v -0.281632 19.461533 0.954220</w:t>
        <w:br/>
        <w:t>v -0.254981 19.439503 0.940640</w:t>
        <w:br/>
        <w:t>v -0.259958 19.435215 0.947993</w:t>
        <w:br/>
        <w:t>v -0.238197 19.409386 0.927551</w:t>
        <w:br/>
        <w:t>v -0.239329 19.408260 0.922727</w:t>
        <w:br/>
        <w:t>v -0.232943 19.414955 0.926643</w:t>
        <w:br/>
        <w:t>v -0.235681 19.412241 0.934127</w:t>
        <w:br/>
        <w:t>v -0.631266 19.456387 0.815224</w:t>
        <w:br/>
        <w:t>v -0.648056 19.462730 0.836416</w:t>
        <w:br/>
        <w:t>v -0.610435 19.475922 0.873381</w:t>
        <w:br/>
        <w:t>v -0.602216 19.466503 0.848372</w:t>
        <w:br/>
        <w:t>v -0.621159 19.502514 0.908884</w:t>
        <w:br/>
        <w:t>v -0.675810 19.481678 0.855446</w:t>
        <w:br/>
        <w:t>v -0.668129 19.521128 0.830158</w:t>
        <w:br/>
        <w:t>v -0.628457 19.537117 0.876203</w:t>
        <w:br/>
        <w:t>v -0.721665 19.454462 0.792168</w:t>
        <w:br/>
        <w:t>v -0.720721 19.439823 0.745753</w:t>
        <w:br/>
        <w:t>v -0.740317 19.458071 0.771583</w:t>
        <w:br/>
        <w:t>v -0.685968 19.513128 0.805577</w:t>
        <w:br/>
        <w:t>v -0.721665 19.454462 0.792168</w:t>
        <w:br/>
        <w:t>v -0.740317 19.458071 0.771583</w:t>
        <w:br/>
        <w:t>v -0.721026 19.494549 0.764120</w:t>
        <w:br/>
        <w:t>v -0.685968 19.513128 0.805577</w:t>
        <w:br/>
        <w:t>v -0.721026 19.494549 0.764120</w:t>
        <w:br/>
        <w:t>v -0.720721 19.439823 0.745753</w:t>
        <w:br/>
        <w:t>v -0.660675 19.444748 0.780545</w:t>
        <w:br/>
        <w:t>v -0.795925 19.483784 0.716873</w:t>
        <w:br/>
        <w:t>v -0.756998 19.487537 0.737686</w:t>
        <w:br/>
        <w:t>v -0.760144 19.461990 0.753522</w:t>
        <w:br/>
        <w:t>v -0.797198 19.472855 0.727367</w:t>
        <w:br/>
        <w:t>v -0.756998 19.487537 0.737686</w:t>
        <w:br/>
        <w:t>v -0.795925 19.483784 0.716873</w:t>
        <w:br/>
        <w:t>v -0.798616 19.468756 0.712330</w:t>
        <w:br/>
        <w:t>v -0.757993 19.454264 0.727685</w:t>
        <w:br/>
        <w:t>v -0.760144 19.461990 0.753522</w:t>
        <w:br/>
        <w:t>v -0.757993 19.454264 0.727685</w:t>
        <w:br/>
        <w:t>v -0.798616 19.468756 0.712330</w:t>
        <w:br/>
        <w:t>v -0.797198 19.472855 0.727367</w:t>
        <w:br/>
        <w:t>v -0.219970 19.392725 0.927778</w:t>
        <w:br/>
        <w:t>v -0.219970 19.392725 0.927778</w:t>
        <w:br/>
        <w:t>v -0.219970 19.392725 0.927778</w:t>
        <w:br/>
        <w:t>v -0.660675 19.444748 0.780545</w:t>
        <w:br/>
        <w:t>v -0.671288 19.436117 0.793767</w:t>
        <w:br/>
        <w:t>v -0.674801 19.446777 0.802963</w:t>
        <w:br/>
        <w:t>v -0.663289 19.417912 0.782072</w:t>
        <w:br/>
        <w:t>v -0.679893 19.408762 0.766015</w:t>
        <w:br/>
        <w:t>v -0.695976 19.428411 0.776906</w:t>
        <w:br/>
        <w:t>v -0.671288 19.436117 0.793767</w:t>
        <w:br/>
        <w:t>v -0.684498 19.404701 0.741250</w:t>
        <w:br/>
        <w:t>v -0.703601 19.424770 0.741583</w:t>
        <w:br/>
        <w:t>v -0.585200 19.549881 0.919350</w:t>
        <w:br/>
        <w:t>v -0.574932 19.514469 0.940809</w:t>
        <w:br/>
        <w:t>v -0.614181 19.525602 0.960153</w:t>
        <w:br/>
        <w:t>v -0.615585 19.551336 0.936191</w:t>
        <w:br/>
        <w:t>v -0.615585 19.551336 0.936191</w:t>
        <w:br/>
        <w:t>v -0.651050 19.543898 0.913558</w:t>
        <w:br/>
        <w:t>v -0.628457 19.537117 0.876203</w:t>
        <w:br/>
        <w:t>v -0.651050 19.543898 0.913558</w:t>
        <w:br/>
        <w:t>v -0.645432 19.514851 0.937306</w:t>
        <w:br/>
        <w:t>v -0.621159 19.502514 0.908884</w:t>
        <w:br/>
        <w:t>v -0.645432 19.514851 0.937306</w:t>
        <w:br/>
        <w:t>v -0.614181 19.525602 0.960153</w:t>
        <w:br/>
        <w:t>v -0.574932 19.514469 0.940809</w:t>
        <w:br/>
        <w:t>v -0.621159 19.502514 0.908884</w:t>
        <w:br/>
        <w:t>v -0.647260 19.541317 0.974611</w:t>
        <w:br/>
        <w:t>v -0.643894 19.559095 0.955550</w:t>
        <w:br/>
        <w:t>v -0.643894 19.559095 0.955550</w:t>
        <w:br/>
        <w:t>v -0.667641 19.554035 0.937121</w:t>
        <w:br/>
        <w:t>v -0.667641 19.554035 0.937121</w:t>
        <w:br/>
        <w:t>v -0.666154 19.535122 0.956974</w:t>
        <w:br/>
        <w:t>v -0.666154 19.535122 0.956974</w:t>
        <w:br/>
        <w:t>v -0.647260 19.541317 0.974611</w:t>
        <w:br/>
        <w:t>v -0.703302 19.596470 0.969589</w:t>
        <w:br/>
        <w:t>v -0.676160 19.572725 0.967241</w:t>
        <w:br/>
        <w:t>v -0.678304 19.566395 0.979787</w:t>
        <w:br/>
        <w:t>v -0.703302 19.596470 0.969589</w:t>
        <w:br/>
        <w:t>v -0.683629 19.569067 0.955475</w:t>
        <w:br/>
        <w:t>v -0.676160 19.572725 0.967241</w:t>
        <w:br/>
        <w:t>v -0.703302 19.596470 0.969589</w:t>
        <w:br/>
        <w:t>v -0.683479 19.562714 0.969464</w:t>
        <w:br/>
        <w:t>v -0.683629 19.569067 0.955475</w:t>
        <w:br/>
        <w:t>v -0.678304 19.566395 0.979787</w:t>
        <w:br/>
        <w:t>v -0.478994 19.526350 0.986565</w:t>
        <w:br/>
        <w:t>v -0.517517 19.524443 0.971720</w:t>
        <w:br/>
        <w:t>v -0.545891 19.557032 0.945361</w:t>
        <w:br/>
        <w:t>v -0.473943 19.555191 0.976926</w:t>
        <w:br/>
        <w:t>v -0.663182 19.386633 0.763279</w:t>
        <w:br/>
        <w:t>v -0.666760 19.383600 0.748141</w:t>
        <w:br/>
        <w:t>v -0.651936 19.395601 0.773769</w:t>
        <w:br/>
        <w:t>v -0.645442 19.359789 0.756796</w:t>
        <w:br/>
        <w:t>v -0.643604 19.363018 0.766766</w:t>
        <w:br/>
        <w:t>v -0.626964 19.344418 0.769024</w:t>
        <w:br/>
        <w:t>v -0.628926 19.342196 0.763866</w:t>
        <w:br/>
        <w:t>v -0.635854 19.368380 0.771602</w:t>
        <w:br/>
        <w:t>v -0.623657 19.347923 0.772056</w:t>
        <w:br/>
        <w:t>v -0.609044 19.327616 0.773622</w:t>
        <w:br/>
        <w:t>v -0.684498 19.404701 0.741250</w:t>
        <w:br/>
        <w:t>v -0.655133 19.422569 0.771894</w:t>
        <w:br/>
        <w:t>v -0.703601 19.424770 0.741583</w:t>
        <w:br/>
        <w:t>v -0.645442 19.359789 0.756796</w:t>
        <w:br/>
        <w:t>v -0.628926 19.342196 0.763866</w:t>
        <w:br/>
        <w:t>v -0.621595 19.348999 0.768971</w:t>
        <w:br/>
        <w:t>v -0.633331 19.370281 0.764924</w:t>
        <w:br/>
        <w:t>v -0.666760 19.383600 0.748141</w:t>
        <w:br/>
        <w:t>v -0.645832 19.399323 0.766889</w:t>
        <w:br/>
        <w:t>v -0.609044 19.327616 0.773622</w:t>
        <w:br/>
        <w:t>v -0.373563 19.524099 1.011305</w:t>
        <w:br/>
        <w:t>v -0.338689 19.513153 1.010501</w:t>
        <w:br/>
        <w:t>v -0.339783 19.503401 0.998545</w:t>
        <w:br/>
        <w:t>v -0.375764 19.508385 0.999127</w:t>
        <w:br/>
        <w:t>v -0.336684 19.521902 1.005820</w:t>
        <w:br/>
        <w:t>v -0.370907 19.536787 1.003143</w:t>
        <w:br/>
        <w:t>v -0.420448 19.549911 0.994175</w:t>
        <w:br/>
        <w:t>v -0.425555 19.528080 1.002292</w:t>
        <w:br/>
        <w:t>v -0.425144 19.516781 0.995189</w:t>
        <w:br/>
        <w:t>v -0.315757 19.489904 0.977632</w:t>
        <w:br/>
        <w:t>v -0.309182 19.506598 1.001851</w:t>
        <w:br/>
        <w:t>v -0.370907 19.536787 1.003143</w:t>
        <w:br/>
        <w:t>v -0.373563 19.524099 1.011305</w:t>
        <w:br/>
        <w:t>v -0.420448 19.549911 0.994175</w:t>
        <w:br/>
        <w:t>v -0.295308 19.480793 0.973940</w:t>
        <w:br/>
        <w:t>v -0.288653 19.493607 0.994578</w:t>
        <w:br/>
        <w:t>v -0.336684 19.521902 1.005820</w:t>
        <w:br/>
        <w:t>v -0.338689 19.513153 1.010501</w:t>
        <w:br/>
        <w:t>v -0.312675 19.501114 1.005599</w:t>
        <w:br/>
        <w:t>v -0.291863 19.489473 0.998394</w:t>
        <w:br/>
        <w:t>v -0.293940 19.485249 0.990347</w:t>
        <w:br/>
        <w:t>v -0.315205 19.494507 0.995102</w:t>
        <w:br/>
        <w:t>v -0.309182 19.506598 1.001851</w:t>
        <w:br/>
        <w:t>v -0.312675 19.501114 1.005599</w:t>
        <w:br/>
        <w:t>v -0.315757 19.489904 0.977632</w:t>
        <w:br/>
        <w:t>v -0.339344 19.498959 0.983931</w:t>
        <w:br/>
        <w:t>v -0.295308 19.480793 0.973940</w:t>
        <w:br/>
        <w:t>v -0.288653 19.493607 0.994578</w:t>
        <w:br/>
        <w:t>v -0.291863 19.489473 0.998394</w:t>
        <w:br/>
        <w:t>v -0.273165 19.470510 0.970961</w:t>
        <w:br/>
        <w:t>v -0.246787 19.457451 0.967640</w:t>
        <w:br/>
        <w:t>v -0.268434 19.477297 0.984337</w:t>
        <w:br/>
        <w:t>v -0.246787 19.457451 0.967640</w:t>
        <w:br/>
        <w:t>v -0.273165 19.470510 0.970961</w:t>
        <w:br/>
        <w:t>v -0.270965 19.473825 0.982970</w:t>
        <w:br/>
        <w:t>v -0.268434 19.477297 0.984337</w:t>
        <w:br/>
        <w:t>v -0.842999 19.486307 0.702890</w:t>
        <w:br/>
        <w:t>v -0.842999 19.486307 0.702890</w:t>
        <w:br/>
        <w:t>v -0.842999 19.486307 0.702890</w:t>
        <w:br/>
        <w:t>v -0.259958 19.435215 0.947993</w:t>
        <w:br/>
        <w:t>v -0.235681 19.412241 0.934127</w:t>
        <w:br/>
        <w:t>v -0.286629 19.453991 0.962294</w:t>
        <w:br/>
        <w:t>v -0.343605 19.488674 0.988745</w:t>
        <w:br/>
        <w:t>v -0.517517 19.524443 0.971720</w:t>
        <w:br/>
        <w:t>v -0.551448 19.518169 0.953787</w:t>
        <w:br/>
        <w:t>v -0.675810 19.481678 0.855446</w:t>
        <w:br/>
        <w:t>v -0.621159 19.502514 0.908884</w:t>
        <w:br/>
        <w:t>v -0.633331 19.370281 0.764924</w:t>
        <w:br/>
        <w:t>v -0.621595 19.348999 0.768971</w:t>
        <w:br/>
        <w:t>v -0.623657 19.347923 0.772056</w:t>
        <w:br/>
        <w:t>v -0.635854 19.368380 0.771602</w:t>
        <w:br/>
        <w:t>v -0.663289 19.417912 0.782072</w:t>
        <w:br/>
        <w:t>v -0.655133 19.422569 0.771894</w:t>
        <w:br/>
        <w:t>v -0.645832 19.399323 0.766889</w:t>
        <w:br/>
        <w:t>v -0.651936 19.395601 0.773769</w:t>
        <w:br/>
        <w:t>v -0.674801 19.446777 0.802963</w:t>
        <w:br/>
        <w:t>v -0.609044 19.327616 0.773622</w:t>
        <w:br/>
        <w:t>v -0.321898 19.452118 0.929329</w:t>
        <w:br/>
        <w:t>v -0.320998 19.461004 0.952666</w:t>
        <w:br/>
        <w:t>v -0.317657 19.473446 0.978959</w:t>
        <w:br/>
        <w:t>v -0.310204 19.481859 0.966667</w:t>
        <w:br/>
        <w:t>v -0.660675 19.444748 0.780545</w:t>
        <w:br/>
        <w:t>v -0.585200 19.549881 0.919350</w:t>
        <w:br/>
        <w:t>v -0.561123 19.554760 0.936247</w:t>
        <w:br/>
        <w:t>v -0.551448 19.518169 0.953787</w:t>
        <w:br/>
        <w:t>v -0.574932 19.514469 0.940809</w:t>
        <w:br/>
        <w:t>v -0.556003 19.552584 0.959279</w:t>
        <w:br/>
        <w:t>v -0.562086 19.527590 0.964892</w:t>
        <w:br/>
        <w:t>v -0.571636 19.540203 0.976582</w:t>
        <w:br/>
        <w:t>v -0.564465 19.550945 0.967710</w:t>
        <w:br/>
        <w:t>v -0.566494 19.550035 0.952359</w:t>
        <w:br/>
        <w:t>v -0.571153 19.550394 0.961665</w:t>
        <w:br/>
        <w:t>v -0.571636 19.540203 0.976582</w:t>
        <w:br/>
        <w:t>v -0.562086 19.527590 0.964892</w:t>
        <w:br/>
        <w:t>v -0.571153 19.550394 0.961665</w:t>
        <w:br/>
        <w:t>v -0.566494 19.550035 0.952359</w:t>
        <w:br/>
        <w:t>v -0.556003 19.552584 0.959279</w:t>
        <w:br/>
        <w:t>v -0.564465 19.550945 0.967710</w:t>
        <w:br/>
        <w:t>v -0.685968 19.513128 0.805577</w:t>
        <w:br/>
        <w:t>v -0.668129 19.521128 0.830158</w:t>
        <w:br/>
        <w:t>v -0.683784 19.516312 0.838876</w:t>
        <w:br/>
        <w:t>v -0.696619 19.508009 0.821027</w:t>
        <w:br/>
        <w:t>v -0.668129 19.521128 0.830158</w:t>
        <w:br/>
        <w:t>v -0.675810 19.481678 0.855446</w:t>
        <w:br/>
        <w:t>v -0.690606 19.491627 0.859008</w:t>
        <w:br/>
        <w:t>v -0.683784 19.516312 0.838876</w:t>
        <w:br/>
        <w:t>v -0.685968 19.513128 0.805577</w:t>
        <w:br/>
        <w:t>v -0.696619 19.508009 0.821027</w:t>
        <w:br/>
        <w:t>v -0.690606 19.491627 0.859008</w:t>
        <w:br/>
        <w:t>v -0.675810 19.481678 0.855446</w:t>
        <w:br/>
        <w:t>v -0.728073 19.523115 0.859823</w:t>
        <w:br/>
        <w:t>v -0.708695 19.508650 0.837402</w:t>
        <w:br/>
        <w:t>v -0.700395 19.515516 0.849468</w:t>
        <w:br/>
        <w:t>v -0.705798 19.502291 0.861372</w:t>
        <w:br/>
        <w:t>v -0.708695 19.508650 0.837402</w:t>
        <w:br/>
        <w:t>v -0.705798 19.502291 0.861372</w:t>
        <w:br/>
        <w:t>v -0.700395 19.515516 0.849468</w:t>
        <w:br/>
        <w:t>v -0.728073 19.523115 0.859823</w:t>
        <w:br/>
        <w:t>v -0.728073 19.523115 0.859823</w:t>
        <w:br/>
        <w:t>v -0.573398 19.484802 0.899894</w:t>
        <w:br/>
        <w:t>v -0.574932 19.514469 0.940809</w:t>
        <w:br/>
        <w:t>v -0.572958 19.473974 0.870280</w:t>
        <w:br/>
        <w:t>v -0.579547 19.554045 0.979607</w:t>
        <w:br/>
        <w:t>v -0.579547 19.554045 0.979607</w:t>
        <w:br/>
        <w:t>v -0.579547 19.554045 0.979607</w:t>
        <w:br/>
        <w:t>v -0.545891 19.557032 0.945361</w:t>
        <w:br/>
        <w:t>v -0.551448 19.518169 0.953787</w:t>
        <w:br/>
        <w:t>v -0.561123 19.554760 0.936247</w:t>
        <w:br/>
        <w:t>v -0.545891 19.557032 0.945361</w:t>
        <w:br/>
        <w:t>v -0.561123 19.554760 0.936247</w:t>
        <w:br/>
        <w:t>v -0.551448 19.518169 0.953787</w:t>
        <w:br/>
        <w:t>v -0.317657 19.473446 0.978959</w:t>
        <w:br/>
        <w:t>v -0.321898 19.452118 0.929329</w:t>
        <w:br/>
        <w:t>v -0.310204 19.481859 0.966667</w:t>
        <w:br/>
        <w:t>v -0.439609 19.445045 0.867506</w:t>
        <w:br/>
        <w:t>v -0.448502 19.437305 0.860336</w:t>
        <w:br/>
        <w:t>v -0.530584 19.523277 0.874092</w:t>
        <w:br/>
        <w:t>v -0.503372 19.559025 0.902163</w:t>
        <w:br/>
        <w:t>v -0.457832 19.411625 0.846771</w:t>
        <w:br/>
        <w:t>v -0.454585 19.425270 0.852275</w:t>
        <w:br/>
        <w:t>v -0.416571 19.403866 0.854984</w:t>
        <w:br/>
        <w:t>v -0.421604 19.346199 0.847935</w:t>
        <w:br/>
        <w:t>v -0.439015 19.350452 0.843267</w:t>
        <w:br/>
        <w:t>v -0.418150 19.446793 0.873774</w:t>
        <w:br/>
        <w:t>v -0.407134 19.441288 0.872775</w:t>
        <w:br/>
        <w:t>v -0.397546 19.434105 0.870515</w:t>
        <w:br/>
        <w:t>v -0.389094 19.423485 0.868460</w:t>
        <w:br/>
        <w:t>v -0.386186 19.377617 0.860717</w:t>
        <w:br/>
        <w:t>v -0.391594 19.364700 0.858089</w:t>
        <w:br/>
        <w:t>v -0.428679 19.446861 0.871477</w:t>
        <w:br/>
        <w:t>v -0.401876 19.351078 0.853581</w:t>
        <w:br/>
        <w:t>v -0.503372 19.559025 0.902163</w:t>
        <w:br/>
        <w:t>v -0.530584 19.523277 0.874092</w:t>
        <w:br/>
        <w:t>v -0.536824 19.527439 0.853711</w:t>
        <w:br/>
        <w:t>v -0.506959 19.567032 0.883849</w:t>
        <w:br/>
        <w:t>v -0.424272 19.575768 0.930050</w:t>
        <w:br/>
        <w:t>v -0.465489 19.577591 0.921623</w:t>
        <w:br/>
        <w:t>v -0.466278 19.586864 0.904258</w:t>
        <w:br/>
        <w:t>v -0.420328 19.584724 0.913891</w:t>
        <w:br/>
        <w:t>v -0.368222 19.564888 0.912550</w:t>
        <w:br/>
        <w:t>v -0.377874 19.557316 0.927939</w:t>
        <w:br/>
        <w:t>v -0.331096 19.528790 0.900472</w:t>
        <w:br/>
        <w:t>v -0.341794 19.522717 0.916024</w:t>
        <w:br/>
        <w:t>v -0.305839 19.478962 0.887762</w:t>
        <w:br/>
        <w:t>v -0.317858 19.474361 0.903397</w:t>
        <w:br/>
        <w:t>v -0.334811 19.284687 0.847333</w:t>
        <w:br/>
        <w:t>v -0.344326 19.290588 0.863965</w:t>
        <w:br/>
        <w:t>v -0.323871 19.323776 0.872475</w:t>
        <w:br/>
        <w:t>v -0.312120 19.323017 0.855796</w:t>
        <w:br/>
        <w:t>v -0.374423 19.261974 0.830669</w:t>
        <w:br/>
        <w:t>v -0.378719 19.267895 0.851371</w:t>
        <w:br/>
        <w:t>v -0.425853 19.258331 0.816599</w:t>
        <w:br/>
        <w:t>v -0.428640 19.265579 0.838080</w:t>
        <w:br/>
        <w:t>v -0.468815 19.271904 0.806424</w:t>
        <w:br/>
        <w:t>v -0.467907 19.277691 0.827535</w:t>
        <w:br/>
        <w:t>v -0.495291 19.294285 0.800740</w:t>
        <w:br/>
        <w:t>v -0.492187 19.299599 0.820924</w:t>
        <w:br/>
        <w:t>v -0.539371 19.473011 0.846234</w:t>
        <w:br/>
        <w:t>v -0.540446 19.426670 0.830612</w:t>
        <w:br/>
        <w:t>v -0.547736 19.427788 0.809068</w:t>
        <w:br/>
        <w:t>v -0.546516 19.475330 0.825084</w:t>
        <w:br/>
        <w:t>v -0.459886 19.392448 0.842166</w:t>
        <w:br/>
        <w:t>v -0.456165 19.374477 0.840617</w:t>
        <w:br/>
        <w:t>v -0.514859 19.330410 0.819468</w:t>
        <w:br/>
        <w:t>v -0.532541 19.372105 0.821053</w:t>
        <w:br/>
        <w:t>v -0.384869 19.391144 0.862466</w:t>
        <w:br/>
        <w:t>v -0.386300 19.407215 0.864868</w:t>
        <w:br/>
        <w:t>v -0.307864 19.415901 0.890477</w:t>
        <w:br/>
        <w:t>v -0.311178 19.361580 0.879858</w:t>
        <w:br/>
        <w:t>v -0.295074 19.417999 0.874344</w:t>
        <w:br/>
        <w:t>v -0.297625 19.365520 0.863935</w:t>
        <w:br/>
        <w:t>v -0.311178 19.361580 0.879858</w:t>
        <w:br/>
        <w:t>v -0.307864 19.415901 0.890477</w:t>
        <w:br/>
        <w:t>v -0.520177 19.328922 0.797898</w:t>
        <w:br/>
        <w:t>v -0.539072 19.371185 0.799226</w:t>
        <w:br/>
        <w:t>v -0.448908 19.358746 0.840247</w:t>
        <w:br/>
        <w:t>v -0.317858 19.474361 0.903397</w:t>
        <w:br/>
        <w:t>v -0.323871 19.323776 0.872475</w:t>
        <w:br/>
        <w:t>v 0.530594 19.523277 0.874089</w:t>
        <w:br/>
        <w:t>v 0.449043 19.437864 0.860421</w:t>
        <w:br/>
        <w:t>v 0.440649 19.446890 0.868062</w:t>
        <w:br/>
        <w:t>v 0.503382 19.559023 0.902160</w:t>
        <w:br/>
        <w:t>v 0.455080 19.425545 0.852237</w:t>
        <w:br/>
        <w:t>v 0.459017 19.411846 0.846534</w:t>
        <w:br/>
        <w:t>v 0.416581 19.403864 0.854981</w:t>
        <w:br/>
        <w:t>v 0.438873 19.350813 0.843342</w:t>
        <w:br/>
        <w:t>v 0.421641 19.345896 0.847894</w:t>
        <w:br/>
        <w:t>v 0.407287 19.440722 0.872502</w:t>
        <w:br/>
        <w:t>v 0.418459 19.445789 0.873288</w:t>
        <w:br/>
        <w:t>v 0.391035 19.422110 0.867510</w:t>
        <w:br/>
        <w:t>v 0.398410 19.432747 0.869814</w:t>
        <w:br/>
        <w:t>v 0.391108 19.363922 0.858148</w:t>
        <w:br/>
        <w:t>v 0.386344 19.377741 0.860686</w:t>
        <w:br/>
        <w:t>v 0.428737 19.447035 0.871540</w:t>
        <w:br/>
        <w:t>v 0.402054 19.351683 0.853594</w:t>
        <w:br/>
        <w:t>v 0.536834 19.527441 0.853707</w:t>
        <w:br/>
        <w:t>v 0.530594 19.523277 0.874089</w:t>
        <w:br/>
        <w:t>v 0.503382 19.559023 0.902160</w:t>
        <w:br/>
        <w:t>v 0.506969 19.567032 0.883846</w:t>
        <w:br/>
        <w:t>v 0.466288 19.586868 0.904255</w:t>
        <w:br/>
        <w:t>v 0.465499 19.577589 0.921619</w:t>
        <w:br/>
        <w:t>v 0.424282 19.575768 0.930047</w:t>
        <w:br/>
        <w:t>v 0.420338 19.584724 0.913888</w:t>
        <w:br/>
        <w:t>v 0.368232 19.564886 0.912546</w:t>
        <w:br/>
        <w:t>v 0.377884 19.557318 0.927935</w:t>
        <w:br/>
        <w:t>v 0.331106 19.528790 0.900469</w:t>
        <w:br/>
        <w:t>v 0.341804 19.522717 0.916021</w:t>
        <w:br/>
        <w:t>v 0.305849 19.478966 0.887759</w:t>
        <w:br/>
        <w:t>v 0.317868 19.474360 0.903394</w:t>
        <w:br/>
        <w:t>v 0.323881 19.323778 0.872472</w:t>
        <w:br/>
        <w:t>v 0.344336 19.290590 0.863962</w:t>
        <w:br/>
        <w:t>v 0.334821 19.284687 0.847329</w:t>
        <w:br/>
        <w:t>v 0.312130 19.323019 0.855792</w:t>
        <w:br/>
        <w:t>v 0.374433 19.261976 0.830666</w:t>
        <w:br/>
        <w:t>v 0.378729 19.267895 0.851367</w:t>
        <w:br/>
        <w:t>v 0.425863 19.258335 0.816595</w:t>
        <w:br/>
        <w:t>v 0.428650 19.265581 0.838076</w:t>
        <w:br/>
        <w:t>v 0.467918 19.277689 0.827531</w:t>
        <w:br/>
        <w:t>v 0.468825 19.271906 0.806421</w:t>
        <w:br/>
        <w:t>v 0.495301 19.294287 0.800737</w:t>
        <w:br/>
        <w:t>v 0.492197 19.299601 0.820921</w:t>
        <w:br/>
        <w:t>v 0.547745 19.427790 0.809064</w:t>
        <w:br/>
        <w:t>v 0.540456 19.426674 0.830608</w:t>
        <w:br/>
        <w:t>v 0.539380 19.473011 0.846230</w:t>
        <w:br/>
        <w:t>v 0.546526 19.475330 0.825081</w:t>
        <w:br/>
        <w:t>v 0.514870 19.330412 0.819464</w:t>
        <w:br/>
        <w:t>v 0.456373 19.374331 0.840542</w:t>
        <w:br/>
        <w:t>v 0.459516 19.392551 0.842275</w:t>
        <w:br/>
        <w:t>v 0.532551 19.372107 0.821050</w:t>
        <w:br/>
        <w:t>v 0.307874 19.415903 0.890473</w:t>
        <w:br/>
        <w:t>v 0.387212 19.407120 0.864570</w:t>
        <w:br/>
        <w:t>v 0.385237 19.391291 0.862378</w:t>
        <w:br/>
        <w:t>v 0.311188 19.361582 0.879855</w:t>
        <w:br/>
        <w:t>v 0.311188 19.361582 0.879855</w:t>
        <w:br/>
        <w:t>v 0.297635 19.365520 0.863932</w:t>
        <w:br/>
        <w:t>v 0.295084 19.417999 0.874340</w:t>
        <w:br/>
        <w:t>v 0.307874 19.415903 0.890473</w:t>
        <w:br/>
        <w:t>v 0.539082 19.371183 0.799223</w:t>
        <w:br/>
        <w:t>v 0.520188 19.328924 0.797894</w:t>
        <w:br/>
        <w:t>v 0.448746 19.358986 0.840322</w:t>
        <w:br/>
        <w:t>v 0.317868 19.474360 0.903394</w:t>
        <w:br/>
        <w:t>v 0.323881 19.323778 0.872472</w:t>
        <w:br/>
        <w:t>v 0.349341 19.282564 0.868934</w:t>
        <w:br/>
        <w:t>v 0.383239 19.280296 0.864347</w:t>
        <w:br/>
        <w:t>v 0.385665 19.276951 0.869841</w:t>
        <w:br/>
        <w:t>v 0.349083 19.280529 0.873041</w:t>
        <w:br/>
        <w:t>v 0.510101 19.278749 0.833904</w:t>
        <w:br/>
        <w:t>v 0.452502 19.275526 0.854038</w:t>
        <w:br/>
        <w:t>v 0.449580 19.278673 0.851709</w:t>
        <w:br/>
        <w:t>v 0.349083 19.280529 0.873041</w:t>
        <w:br/>
        <w:t>v 0.347937 19.277225 0.870697</w:t>
        <w:br/>
        <w:t>v 0.308679 19.285627 0.876559</w:t>
        <w:br/>
        <w:t>v 0.347937 19.277225 0.870697</w:t>
        <w:br/>
        <w:t>v 0.349341 19.282564 0.868934</w:t>
        <w:br/>
        <w:t>v 0.308679 19.285627 0.876559</w:t>
        <w:br/>
        <w:t>v 0.382723 19.272940 0.866180</w:t>
        <w:br/>
        <w:t>v 0.383239 19.280296 0.864347</w:t>
        <w:br/>
        <w:t>v 0.385665 19.276951 0.869841</w:t>
        <w:br/>
        <w:t>v 0.382723 19.272940 0.866180</w:t>
        <w:br/>
        <w:t>v 0.308679 19.285627 0.876559</w:t>
        <w:br/>
        <w:t>v 0.417535 19.275616 0.863856</w:t>
        <w:br/>
        <w:t>v 0.414342 19.279078 0.860084</w:t>
        <w:br/>
        <w:t>v 0.451136 19.271706 0.851986</w:t>
        <w:br/>
        <w:t>v 0.449580 19.278673 0.851709</w:t>
        <w:br/>
        <w:t>v 0.414342 19.279078 0.860084</w:t>
        <w:br/>
        <w:t>v 0.413456 19.271063 0.861395</w:t>
        <w:br/>
        <w:t>v 0.510101 19.278749 0.833904</w:t>
        <w:br/>
        <w:t>v 0.451136 19.271706 0.851986</w:t>
        <w:br/>
        <w:t>v 0.452502 19.275526 0.854038</w:t>
        <w:br/>
        <w:t>v 0.510101 19.278749 0.833904</w:t>
        <w:br/>
        <w:t>v 0.417535 19.275616 0.863856</w:t>
        <w:br/>
        <w:t>v 0.413456 19.271063 0.861395</w:t>
        <w:br/>
        <w:t>v -0.385662 19.276951 0.869841</w:t>
        <w:br/>
        <w:t>v -0.383236 19.280296 0.864347</w:t>
        <w:br/>
        <w:t>v -0.349338 19.282564 0.868934</w:t>
        <w:br/>
        <w:t>v -0.349080 19.280529 0.873041</w:t>
        <w:br/>
        <w:t>v -0.452499 19.275526 0.854038</w:t>
        <w:br/>
        <w:t>v -0.510098 19.278749 0.833904</w:t>
        <w:br/>
        <w:t>v -0.449577 19.278673 0.851709</w:t>
        <w:br/>
        <w:t>v -0.347934 19.277225 0.870697</w:t>
        <w:br/>
        <w:t>v -0.349080 19.280529 0.873041</w:t>
        <w:br/>
        <w:t>v -0.308676 19.285627 0.876559</w:t>
        <w:br/>
        <w:t>v -0.349338 19.282564 0.868934</w:t>
        <w:br/>
        <w:t>v -0.347934 19.277225 0.870697</w:t>
        <w:br/>
        <w:t>v -0.308676 19.285627 0.876559</w:t>
        <w:br/>
        <w:t>v -0.382720 19.272940 0.866180</w:t>
        <w:br/>
        <w:t>v -0.383236 19.280296 0.864347</w:t>
        <w:br/>
        <w:t>v -0.382720 19.272940 0.866180</w:t>
        <w:br/>
        <w:t>v -0.385662 19.276951 0.869841</w:t>
        <w:br/>
        <w:t>v -0.308676 19.285627 0.876559</w:t>
        <w:br/>
        <w:t>v -0.414339 19.279078 0.860084</w:t>
        <w:br/>
        <w:t>v -0.417532 19.275616 0.863856</w:t>
        <w:br/>
        <w:t>v -0.414339 19.279078 0.860084</w:t>
        <w:br/>
        <w:t>v -0.449577 19.278673 0.851709</w:t>
        <w:br/>
        <w:t>v -0.451133 19.271706 0.851986</w:t>
        <w:br/>
        <w:t>v -0.413453 19.271063 0.861395</w:t>
        <w:br/>
        <w:t>v -0.510098 19.278749 0.833904</w:t>
        <w:br/>
        <w:t>v -0.452499 19.275526 0.854038</w:t>
        <w:br/>
        <w:t>v -0.451133 19.271706 0.851986</w:t>
        <w:br/>
        <w:t>v -0.510098 19.278749 0.833904</w:t>
        <w:br/>
        <w:t>v -0.417532 19.275616 0.863856</w:t>
        <w:br/>
        <w:t>v -0.413453 19.271063 0.861395</w:t>
        <w:br/>
        <w:t>v -0.428640 19.265579 0.838080</w:t>
        <w:br/>
        <w:t>v -0.467907 19.277691 0.827535</w:t>
        <w:br/>
        <w:t>v -0.424272 19.575768 0.930050</w:t>
        <w:br/>
        <w:t>v -0.377874 19.557316 0.927939</w:t>
        <w:br/>
        <w:t>v -0.341794 19.522717 0.916024</w:t>
        <w:br/>
        <w:t>v -0.344326 19.290588 0.863965</w:t>
        <w:br/>
        <w:t>v -0.465489 19.577591 0.921623</w:t>
        <w:br/>
        <w:t>v -0.378719 19.267895 0.851371</w:t>
        <w:br/>
        <w:t>v 0.467918 19.277689 0.827531</w:t>
        <w:br/>
        <w:t>v 0.428650 19.265581 0.838076</w:t>
        <w:br/>
        <w:t>v 0.377884 19.557318 0.927935</w:t>
        <w:br/>
        <w:t>v 0.424282 19.575768 0.930047</w:t>
        <w:br/>
        <w:t>v 0.341804 19.522717 0.916021</w:t>
        <w:br/>
        <w:t>v 0.344336 19.290590 0.863962</w:t>
        <w:br/>
        <w:t>v 0.465499 19.577589 0.921619</w:t>
        <w:br/>
        <w:t>v 0.378729 19.267895 0.851367</w:t>
        <w:br/>
        <w:t>v 0.492197 19.299601 0.820921</w:t>
        <w:br/>
        <w:t>v 0.418117 19.561691 0.999251</w:t>
        <w:br/>
        <w:t>v 0.368755 19.551622 1.008561</w:t>
        <w:br/>
        <w:t>v 0.367955 19.556589 1.013204</w:t>
        <w:br/>
        <w:t>v 0.332466 19.540958 1.011673</w:t>
        <w:br/>
        <w:t>v 0.329971 19.551197 1.019399</w:t>
        <w:br/>
        <w:t>v 0.286596 19.539354 1.025443</w:t>
        <w:br/>
        <w:t>v 0.292625 19.524427 1.012047</w:t>
        <w:br/>
        <w:t>v 0.260197 19.504324 1.005769</w:t>
        <w:br/>
        <w:t>v 0.248497 19.522846 1.023119</w:t>
        <w:br/>
        <w:t>v 0.232474 19.496878 1.010526</w:t>
        <w:br/>
        <w:t>v 0.239651 19.489130 0.997513</w:t>
        <w:br/>
        <w:t>v 0.220426 19.471720 0.985844</w:t>
        <w:br/>
        <w:t>v -0.368752 19.551622 1.008561</w:t>
        <w:br/>
        <w:t>v -0.418115 19.561691 0.999251</w:t>
        <w:br/>
        <w:t>v -0.367953 19.556589 1.013204</w:t>
        <w:br/>
        <w:t>v -0.329968 19.551197 1.019399</w:t>
        <w:br/>
        <w:t>v -0.332464 19.540958 1.011673</w:t>
        <w:br/>
        <w:t>v -0.260195 19.504324 1.005769</w:t>
        <w:br/>
        <w:t>v -0.292623 19.524427 1.012047</w:t>
        <w:br/>
        <w:t>v -0.286593 19.539354 1.025443</w:t>
        <w:br/>
        <w:t>v -0.248494 19.522846 1.023119</w:t>
        <w:br/>
        <w:t>v -0.239648 19.489130 0.997513</w:t>
        <w:br/>
        <w:t>v -0.232472 19.496878 1.010526</w:t>
        <w:br/>
        <w:t>v -0.220424 19.471720 0.985844</w:t>
        <w:br/>
        <w:t>v 0.576896 19.300932 0.799367</w:t>
        <w:br/>
        <w:t>v 0.587668 19.297125 0.803187</w:t>
        <w:br/>
        <w:t>v -0.587667 19.297125 0.803187</w:t>
        <w:br/>
        <w:t>v -0.576895 19.300932 0.799367</w:t>
        <w:br/>
        <w:t>v -0.841297 20.179070 0.113952</w:t>
        <w:br/>
        <w:t>v -0.773199 20.337543 0.259054</w:t>
        <w:br/>
        <w:t>v -0.768227 20.216278 0.413362</w:t>
        <w:br/>
        <w:t>v -0.838462 20.094572 0.262065</w:t>
        <w:br/>
        <w:t>v -0.675685 20.309122 0.602706</w:t>
        <w:br/>
        <w:t>v -0.665568 20.436274 0.428713</w:t>
        <w:br/>
        <w:t>v -0.494561 20.380312 0.798694</w:t>
        <w:br/>
        <w:t>v -0.592636 20.351622 0.698408</w:t>
        <w:br/>
        <w:t>v -0.580195 20.493448 0.552082</w:t>
        <w:br/>
        <w:t>v -0.481246 20.529318 0.661399</w:t>
        <w:br/>
        <w:t>v -0.227339 20.563068 0.830433</w:t>
        <w:br/>
        <w:t>v -0.109728 20.569775 0.861584</w:t>
        <w:br/>
        <w:t>v -0.107480 20.399027 0.995495</w:t>
        <w:br/>
        <w:t>v -0.225553 20.392069 0.973180</w:t>
        <w:br/>
        <w:t>v -0.357802 20.553438 0.755115</w:t>
        <w:br/>
        <w:t>v -0.365534 20.387602 0.905401</w:t>
        <w:br/>
        <w:t>v -0.721838 19.450796 -0.129288</w:t>
        <w:br/>
        <w:t>v -0.744571 19.503519 -0.104644</w:t>
        <w:br/>
        <w:t>v -0.757223 19.478924 -0.112676</w:t>
        <w:br/>
        <w:t>v -0.639348 19.565096 0.869108</w:t>
        <w:br/>
        <w:t>v -0.663014 19.542240 0.825858</w:t>
        <w:br/>
        <w:t>v -0.704338 19.594076 0.784959</w:t>
        <w:br/>
        <w:t>v -0.661455 19.620134 0.859771</w:t>
        <w:br/>
        <w:t>v -0.606024 19.516670 0.879358</w:t>
        <w:br/>
        <w:t>v -0.636006 19.502249 0.844734</w:t>
        <w:br/>
        <w:t>v -0.700511 19.461973 0.743176</w:t>
        <w:br/>
        <w:t>v -0.681688 19.450249 0.764353</w:t>
        <w:br/>
        <w:t>v -0.667650 19.405102 0.759258</w:t>
        <w:br/>
        <w:t>v -0.688179 19.400566 0.734889</w:t>
        <w:br/>
        <w:t>v -0.625528 19.263268 0.745506</w:t>
        <w:br/>
        <w:t>v -0.668743 19.342518 0.727752</w:t>
        <w:br/>
        <w:t>v -0.644676 19.353621 0.750965</w:t>
        <w:br/>
        <w:t>v -0.618321 19.299112 0.759704</w:t>
        <w:br/>
        <w:t>v -0.800658 19.913050 0.563499</w:t>
        <w:br/>
        <w:t>v -0.825571 19.805792 0.453563</w:t>
        <w:br/>
        <w:t>v -0.847818 19.868929 0.308058</w:t>
        <w:br/>
        <w:t>v -0.823985 20.001038 0.422717</w:t>
        <w:br/>
        <w:t>v -0.365897 19.588619 1.033951</w:t>
        <w:br/>
        <w:t>v -0.440340 19.599106 1.016673</w:t>
        <w:br/>
        <w:t>v -0.445225 19.661213 1.043176</w:t>
        <w:br/>
        <w:t>v -0.366405 19.651390 1.069431</w:t>
        <w:br/>
        <w:t>v -0.580145 20.076441 0.888838</w:t>
        <w:br/>
        <w:t>v -0.487116 20.090187 0.970539</w:t>
        <w:br/>
        <w:t>v -0.479347 19.982664 1.011595</w:t>
        <w:br/>
        <w:t>v -0.567543 19.974966 0.942910</w:t>
        <w:br/>
        <w:t>v -0.206933 20.222111 1.070859</w:t>
        <w:br/>
        <w:t>v -0.295890 20.232933 1.036232</w:t>
        <w:br/>
        <w:t>v -0.285732 19.743542 1.121149</w:t>
        <w:br/>
        <w:t>v -0.187281 19.735554 1.144194</w:t>
        <w:br/>
        <w:t>v -0.185620 19.631193 1.106473</w:t>
        <w:br/>
        <w:t>v -0.276888 19.637592 1.090435</w:t>
        <w:br/>
        <w:t>v -0.109427 20.218632 1.092408</w:t>
        <w:br/>
        <w:t>v -0.098162 19.736681 1.152276</w:t>
        <w:br/>
        <w:t>v -0.189842 19.847893 1.151874</w:t>
        <w:br/>
        <w:t>v -0.098361 19.844927 1.165503</w:t>
        <w:br/>
        <w:t>v -0.286219 19.541939 1.026771</w:t>
        <w:br/>
        <w:t>v -0.205942 19.477234 0.996831</w:t>
        <w:br/>
        <w:t>v -0.234513 19.454817 0.963592</w:t>
        <w:br/>
        <w:t>v -0.298872 19.503466 0.985452</w:t>
        <w:br/>
        <w:t>v -0.132761 19.505459 1.026346</w:t>
        <w:br/>
        <w:t>v -0.178051 19.561493 1.070063</w:t>
        <w:br/>
        <w:t>v -0.101597 19.445480 0.996094</w:t>
        <w:br/>
        <w:t>v -0.051472 19.525290 1.058309</w:t>
        <w:br/>
        <w:t>v -0.041580 19.468193 1.032754</w:t>
        <w:br/>
        <w:t>v -0.098412 19.264715 0.960446</w:t>
        <w:br/>
        <w:t>v -0.140255 19.242916 0.938963</w:t>
        <w:br/>
        <w:t>v -0.151979 19.272453 0.924255</w:t>
        <w:br/>
        <w:t>v -0.110565 19.297382 0.946957</w:t>
        <w:br/>
        <w:t>v -0.258640 19.204796 0.907699</w:t>
        <w:br/>
        <w:t>v -0.324923 19.187490 0.898231</w:t>
        <w:br/>
        <w:t>v -0.350999 19.214878 0.884554</w:t>
        <w:br/>
        <w:t>v -0.284525 19.229313 0.896275</w:t>
        <w:br/>
        <w:t>v -0.197711 19.221977 0.921251</w:t>
        <w:br/>
        <w:t>v -0.216132 19.247351 0.911353</w:t>
        <w:br/>
        <w:t>v -0.418091 19.203011 0.869522</w:t>
        <w:br/>
        <w:t>v -0.389572 19.170216 0.888462</w:t>
        <w:br/>
        <w:t>v -0.536380 19.192940 0.812827</w:t>
        <w:br/>
        <w:t>v -0.534391 19.230442 0.814287</w:t>
        <w:br/>
        <w:t>v -0.483447 19.232918 0.837844</w:t>
        <w:br/>
        <w:t>v -0.479331 19.196962 0.843238</w:t>
        <w:br/>
        <w:t>v -0.171646 19.172146 0.941477</w:t>
        <w:br/>
        <w:t>v -0.123226 19.193632 0.956571</w:t>
        <w:br/>
        <w:t>v -0.112676 19.152176 0.970401</w:t>
        <w:br/>
        <w:t>v -0.156330 19.134975 0.956125</w:t>
        <w:br/>
        <w:t>v -0.103158 19.101381 0.986127</w:t>
        <w:br/>
        <w:t>v -0.094227 19.046198 1.005699</w:t>
        <w:br/>
        <w:t>v -0.119670 19.030128 0.983741</w:t>
        <w:br/>
        <w:t>v -0.139305 19.082624 0.968503</w:t>
        <w:br/>
        <w:t>v -0.030776 18.984537 1.050128</w:t>
        <w:br/>
        <w:t>v 0.000001 18.978624 1.054387</w:t>
        <w:br/>
        <w:t>v 0.000001 18.954029 1.036076</w:t>
        <w:br/>
        <w:t>v -0.033236 18.960312 1.030968</w:t>
        <w:br/>
        <w:t>v -0.074979 19.121731 1.006212</w:t>
        <w:br/>
        <w:t>v -0.069309 19.063871 1.038987</w:t>
        <w:br/>
        <w:t>v -0.086215 19.213659 0.975408</w:t>
        <w:br/>
        <w:t>v -0.080313 19.176910 0.987488</w:t>
        <w:br/>
        <w:t>v -0.026722 19.253542 1.021559</w:t>
        <w:br/>
        <w:t>v -0.025692 19.219988 1.035452</w:t>
        <w:br/>
        <w:t>v -0.053608 19.196978 1.009771</w:t>
        <w:br/>
        <w:t>v -0.055285 19.233526 0.997266</w:t>
        <w:br/>
        <w:t>v -0.068959 19.322872 0.976709</w:t>
        <w:br/>
        <w:t>v -0.078951 19.358395 0.972625</w:t>
        <w:br/>
        <w:t>v -0.033673 19.385983 1.014980</w:t>
        <w:br/>
        <w:t>v -0.030900 19.344360 1.009134</w:t>
        <w:br/>
        <w:t>v -0.036996 19.427635 1.022487</w:t>
        <w:br/>
        <w:t>v 0.000001 19.470762 1.042484</w:t>
        <w:br/>
        <w:t>v 0.000001 19.432341 1.032929</w:t>
        <w:br/>
        <w:t>v -0.025167 19.009295 1.085502</w:t>
        <w:br/>
        <w:t>v 0.000001 19.004154 1.088617</w:t>
        <w:br/>
        <w:t>v -0.683409 19.508133 0.784887</w:t>
        <w:br/>
        <w:t>v -0.726251 19.465624 0.691040</w:t>
        <w:br/>
        <w:t>v -0.726573 19.541428 0.727449</w:t>
        <w:br/>
        <w:t>v -0.664273 19.213686 0.435208</w:t>
        <w:br/>
        <w:t>v -0.660629 19.214785 0.301112</w:t>
        <w:br/>
        <w:t>v -0.704555 19.311640 0.281550</w:t>
        <w:br/>
        <w:t>v -0.705258 19.310829 0.418351</w:t>
        <w:br/>
        <w:t>v -0.470937 19.094292 0.864449</w:t>
        <w:br/>
        <w:t>v -0.406310 19.105841 0.894167</w:t>
        <w:br/>
        <w:t>v -0.364917 19.050831 0.919614</w:t>
        <w:br/>
        <w:t>v -0.432345 19.036858 0.887616</w:t>
        <w:br/>
        <w:t>v -0.447035 19.156799 0.866701</w:t>
        <w:br/>
        <w:t>v -0.506940 19.144720 0.838076</w:t>
        <w:br/>
        <w:t>v -0.347887 19.119316 0.913878</w:t>
        <w:br/>
        <w:t>v -0.287974 19.138136 0.923254</w:t>
        <w:br/>
        <w:t>v -0.256656 19.086374 0.943571</w:t>
        <w:br/>
        <w:t>v -0.308919 19.065775 0.937870</w:t>
        <w:br/>
        <w:t>v -0.286348 19.027231 0.946541</w:t>
        <w:br/>
        <w:t>v -0.233893 19.042770 0.954066</w:t>
        <w:br/>
        <w:t>v -0.198000 18.989187 0.961511</w:t>
        <w:br/>
        <w:t>v -0.242760 18.965958 0.950882</w:t>
        <w:br/>
        <w:t>v -0.207053 18.923265 0.952562</w:t>
        <w:br/>
        <w:t>v -0.238906 18.898157 0.932230</w:t>
        <w:br/>
        <w:t>v -0.295782 18.946045 0.931874</w:t>
        <w:br/>
        <w:t>v -0.199774 19.110189 0.948785</w:t>
        <w:br/>
        <w:t>v -0.224398 19.156511 0.930610</w:t>
        <w:br/>
        <w:t>v -0.152695 19.012419 0.970389</w:t>
        <w:br/>
        <w:t>v -0.179837 19.064709 0.959572</w:t>
        <w:br/>
        <w:t>v -0.060615 18.730810 0.903667</w:t>
        <w:br/>
        <w:t>v -0.026566 18.723520 0.907513</w:t>
        <w:br/>
        <w:t>v -0.032325 18.677975 0.879338</w:t>
        <w:br/>
        <w:t>v -0.067948 18.687803 0.876620</w:t>
        <w:br/>
        <w:t>v -0.223233 18.779474 0.871307</w:t>
        <w:br/>
        <w:t>v -0.174961 18.789770 0.891435</w:t>
        <w:br/>
        <w:t>v -0.130466 18.763172 0.894081</w:t>
        <w:br/>
        <w:t>v -0.161276 18.738119 0.871551</w:t>
        <w:br/>
        <w:t>v -0.081821 18.594915 0.826637</w:t>
        <w:br/>
        <w:t>v -0.142096 18.640537 0.816721</w:t>
        <w:br/>
        <w:t>v -0.127909 18.666708 0.849313</w:t>
        <w:br/>
        <w:t>v -0.077166 18.637243 0.855435</w:t>
        <w:br/>
        <w:t>v -0.187908 18.710625 0.844324</w:t>
        <w:br/>
        <w:t>v -0.212068 18.691557 0.810446</w:t>
        <w:br/>
        <w:t>v -0.315308 18.762636 0.806946</w:t>
        <w:br/>
        <w:t>v -0.270812 18.772665 0.845648</w:t>
        <w:br/>
        <w:t>v -0.083644 18.573221 0.786277</w:t>
        <w:br/>
        <w:t>v -0.085605 18.569246 0.737943</w:t>
        <w:br/>
        <w:t>v -0.162839 18.618044 0.722175</w:t>
        <w:br/>
        <w:t>v -0.152101 18.624540 0.772568</w:t>
        <w:br/>
        <w:t>v -0.049112 18.567488 0.651949</w:t>
        <w:br/>
        <w:t>v -0.054783 18.580578 0.594912</w:t>
        <w:br/>
        <w:t>v -0.083970 18.590799 0.589511</w:t>
        <w:br/>
        <w:t>v -0.088665 18.583624 0.644154</w:t>
        <w:br/>
        <w:t>v -0.332313 18.733061 0.474032</w:t>
        <w:br/>
        <w:t>v -0.253314 18.680771 0.513905</w:t>
        <w:br/>
        <w:t>v -0.247229 18.698793 0.413824</w:t>
        <w:br/>
        <w:t>v -0.378692 18.817217 0.806625</w:t>
        <w:br/>
        <w:t>v -0.323913 18.818594 0.848309</w:t>
        <w:br/>
        <w:t>v -0.215958 18.817089 0.892393</w:t>
        <w:br/>
        <w:t>v -0.271470 18.817259 0.872801</w:t>
        <w:br/>
        <w:t>v -0.302313 18.852003 0.879276</w:t>
        <w:br/>
        <w:t>v -0.243405 18.841406 0.897165</w:t>
        <w:br/>
        <w:t>v -0.375445 18.862415 0.855545</w:t>
        <w:br/>
        <w:t>v -0.422944 18.866745 0.810614</w:t>
        <w:br/>
        <w:t>v -0.459052 18.913128 0.811917</w:t>
        <w:br/>
        <w:t>v -0.412069 18.921391 0.870043</w:t>
        <w:br/>
        <w:t>v -0.334934 18.751957 0.752951</w:t>
        <w:br/>
        <w:t>v -0.345579 18.744677 0.692764</w:t>
        <w:br/>
        <w:t>v -0.414043 18.804045 0.684828</w:t>
        <w:br/>
        <w:t>v -0.403262 18.811813 0.752462</w:t>
        <w:br/>
        <w:t>v -0.459373 18.854189 0.678367</w:t>
        <w:br/>
        <w:t>v -0.449988 18.862829 0.752303</w:t>
        <w:br/>
        <w:t>v -0.352300 18.770479 0.347756</w:t>
        <w:br/>
        <w:t>v -0.401164 18.786749 0.437857</w:t>
        <w:br/>
        <w:t>v -0.504020 18.954401 0.219293</w:t>
        <w:br/>
        <w:t>v -0.434668 18.850071 0.284999</w:t>
        <w:br/>
        <w:t>v -0.326189 18.790998 0.203041</w:t>
        <w:br/>
        <w:t>v -0.441460 18.932703 0.106333</w:t>
        <w:br/>
        <w:t>v -0.602500 19.101809 0.086893</w:t>
        <w:br/>
        <w:t>v -0.623151 19.132008 0.131676</w:t>
        <w:br/>
        <w:t>v -0.561485 19.048607 0.169653</w:t>
        <w:br/>
        <w:t>v -0.645321 19.959286 0.860235</w:t>
        <w:br/>
        <w:t>v -0.662870 20.057587 0.799144</w:t>
        <w:br/>
        <w:t>v -0.679094 19.331987 0.684803</w:t>
        <w:br/>
        <w:t>v -0.703533 19.398041 0.684857</w:t>
        <w:br/>
        <w:t>v -0.936925 19.374804 -0.191041</w:t>
        <w:br/>
        <w:t>v -0.848367 19.386545 -0.118147</w:t>
        <w:br/>
        <w:t>v -0.920849 19.309378 -0.175490</w:t>
        <w:br/>
        <w:t>v -0.941372 19.437691 -0.188254</w:t>
        <w:br/>
        <w:t>v -0.936925 19.374804 -0.191041</w:t>
        <w:br/>
        <w:t>v -0.927007 19.373404 -0.233259</w:t>
        <w:br/>
        <w:t>v -0.930941 19.443289 -0.228613</w:t>
        <w:br/>
        <w:t>v -0.924048 19.506645 -0.191378</w:t>
        <w:br/>
        <w:t>v -0.902844 19.539354 -0.143909</w:t>
        <w:br/>
        <w:t>v -0.925871 19.492115 -0.160596</w:t>
        <w:br/>
        <w:t>v -0.905298 19.520918 -0.118412</w:t>
        <w:br/>
        <w:t>v -0.844894 19.545849 -0.097612</w:t>
        <w:br/>
        <w:t>v -0.868819 19.524719 -0.067122</w:t>
        <w:br/>
        <w:t>v -0.795632 19.448696 -0.022981</w:t>
        <w:br/>
        <w:t>v -0.868819 19.524719 -0.067122</w:t>
        <w:br/>
        <w:t>v -0.759871 19.406204 0.001400</w:t>
        <w:br/>
        <w:t>v -0.698428 19.336922 0.066627</w:t>
        <w:br/>
        <w:t>v -0.731609 19.421553 0.049335</w:t>
        <w:br/>
        <w:t>v -0.832502 19.520931 -0.028602</w:t>
        <w:br/>
        <w:t>v -0.754686 19.486893 0.039903</w:t>
        <w:br/>
        <w:t>v -0.832502 19.520931 -0.028602</w:t>
        <w:br/>
        <w:t>v -0.821237 19.531635 -0.040368</w:t>
        <w:br/>
        <w:t>v -0.759909 19.510763 -0.042854</w:t>
        <w:br/>
        <w:t>v -0.821237 19.531635 -0.040368</w:t>
        <w:br/>
        <w:t>v -0.844894 19.545849 -0.097612</w:t>
        <w:br/>
        <w:t>v -0.740361 19.193953 -0.022419</w:t>
        <w:br/>
        <w:t>v -0.802409 19.285337 -0.087652</w:t>
        <w:br/>
        <w:t>v -0.840953 19.182087 -0.078289</w:t>
        <w:br/>
        <w:t>v -0.897804 19.257931 -0.146338</w:t>
        <w:br/>
        <w:t>v -0.873685 19.249899 -0.194826</w:t>
        <w:br/>
        <w:t>v -0.907909 19.308628 -0.219832</w:t>
        <w:br/>
        <w:t>v -0.920849 19.309378 -0.175490</w:t>
        <w:br/>
        <w:t>v -0.840953 19.182087 -0.078289</w:t>
        <w:br/>
        <w:t>v -0.819551 19.177078 -0.122231</w:t>
        <w:br/>
        <w:t>v -0.782304 19.141880 -0.010036</w:t>
        <w:br/>
        <w:t>v -0.753121 19.123718 -0.050003</w:t>
        <w:br/>
        <w:t>v -0.718662 19.115179 0.065448</w:t>
        <w:br/>
        <w:t>v -0.686962 19.097477 0.034522</w:t>
        <w:br/>
        <w:t>v -0.782304 19.141880 -0.010036</w:t>
        <w:br/>
        <w:t>v -0.718662 19.115179 0.065448</w:t>
        <w:br/>
        <w:t>v -0.927007 19.373404 -0.233259</w:t>
        <w:br/>
        <w:t>v -0.907909 19.308628 -0.219832</w:t>
        <w:br/>
        <w:t>v -0.805924 19.277452 -0.172705</w:t>
        <w:br/>
        <w:t>v -0.868352 19.446672 -0.216534</w:t>
        <w:br/>
        <w:t>v -0.865216 19.497023 -0.188543</w:t>
        <w:br/>
        <w:t>v -0.924048 19.506645 -0.191378</w:t>
        <w:br/>
        <w:t>v -0.930941 19.443289 -0.228613</w:t>
        <w:br/>
        <w:t>v -0.852901 19.535332 -0.142391</w:t>
        <w:br/>
        <w:t>v -0.902844 19.539354 -0.143909</w:t>
        <w:br/>
        <w:t>v -0.873685 19.249899 -0.194826</w:t>
        <w:br/>
        <w:t>v -0.819551 19.177078 -0.122231</w:t>
        <w:br/>
        <w:t>v -0.738675 19.193878 -0.099586</w:t>
        <w:br/>
        <w:t>v -0.661109 19.196489 -0.067510</w:t>
        <w:br/>
        <w:t>v -0.734453 19.306055 -0.105831</w:t>
        <w:br/>
        <w:t>v -0.689148 19.117880 -0.030537</w:t>
        <w:br/>
        <w:t>v -0.546046 19.085564 0.040751</w:t>
        <w:br/>
        <w:t>v -0.689148 19.117880 -0.030537</w:t>
        <w:br/>
        <w:t>v -0.602500 19.101809 0.086893</w:t>
        <w:br/>
        <w:t>v -0.546046 19.085564 0.040751</w:t>
        <w:br/>
        <w:t>v -0.024255 19.175158 1.063505</w:t>
        <w:br/>
        <w:t>v -0.020933 19.127275 1.107435</w:t>
        <w:br/>
        <w:t>v -0.045739 19.093933 1.075571</w:t>
        <w:br/>
        <w:t>v -0.051934 19.145382 1.032342</w:t>
        <w:br/>
        <w:t>v -0.734453 19.306055 -0.105831</w:t>
        <w:br/>
        <w:t>v -0.757223 19.478924 -0.112676</w:t>
        <w:br/>
        <w:t>v -0.753121 19.123718 -0.050003</w:t>
        <w:br/>
        <w:t>v -0.686962 19.097477 0.034522</w:t>
        <w:br/>
        <w:t>v -0.753121 19.123718 -0.050003</w:t>
        <w:br/>
        <w:t>v -0.754686 19.486893 0.039903</w:t>
        <w:br/>
        <w:t>v -0.754686 19.486893 0.039903</w:t>
        <w:br/>
        <w:t>v -0.897804 19.257931 -0.146338</w:t>
        <w:br/>
        <w:t>v -0.664430 19.238976 0.100874</w:t>
        <w:br/>
        <w:t>v 0.000001 19.583969 1.094307</w:t>
        <w:br/>
        <w:t>v -0.072331 19.579933 1.091297</w:t>
        <w:br/>
        <w:t>v -0.090155 19.635862 1.118326</w:t>
        <w:br/>
        <w:t>v 0.000001 19.637854 1.119850</w:t>
        <w:br/>
        <w:t>v 0.000001 19.736732 1.155123</w:t>
        <w:br/>
        <w:t>v 0.000001 19.842058 1.170387</w:t>
        <w:br/>
        <w:t>v -0.539739 19.771355 1.005512</w:t>
        <w:br/>
        <w:t>v -0.463309 19.768911 1.051415</w:t>
        <w:br/>
        <w:t>v -0.519109 19.664806 1.007009</w:t>
        <w:br/>
        <w:t>v -0.746794 19.476786 0.637593</w:t>
        <w:br/>
        <w:t>v -0.755217 19.566401 0.667385</w:t>
        <w:br/>
        <w:t>v -0.151962 19.417908 0.963518</w:t>
        <w:br/>
        <w:t>v -0.504996 19.600384 0.988245</w:t>
        <w:br/>
        <w:t>v -0.431445 19.536217 0.976874</w:t>
        <w:br/>
        <w:t>v -0.483345 19.538349 0.960203</w:t>
        <w:br/>
        <w:t>v -0.584631 19.196924 0.777231</w:t>
        <w:br/>
        <w:t>v -0.578299 19.238953 0.785986</w:t>
        <w:br/>
        <w:t>v -0.167525 19.359392 0.918872</w:t>
        <w:br/>
        <w:t>v -0.178191 19.392307 0.929357</w:t>
        <w:br/>
        <w:t>v -0.132237 19.367077 0.940331</w:t>
        <w:br/>
        <w:t>v -0.562050 19.590811 0.951045</w:t>
        <w:br/>
        <w:t>v -0.536637 19.533669 0.935571</w:t>
        <w:br/>
        <w:t>v 0.000001 19.528582 1.065566</w:t>
        <w:br/>
        <w:t>v -0.087070 19.398159 0.978283</w:t>
        <w:br/>
        <w:t>v -0.124006 19.330265 0.933136</w:t>
        <w:br/>
        <w:t>v -0.157688 19.303759 0.917570</w:t>
        <w:br/>
        <w:t>v -0.239376 19.272089 0.899470</w:t>
        <w:br/>
        <w:t>v -0.368865 19.242626 0.873196</w:t>
        <w:br/>
        <w:t>v -0.303412 19.251232 0.886365</w:t>
        <w:br/>
        <w:t>v -0.604327 19.578699 0.910861</w:t>
        <w:br/>
        <w:t>v -0.572422 19.526049 0.910404</w:t>
        <w:br/>
        <w:t>v -0.060615 19.285748 0.985377</w:t>
        <w:br/>
        <w:t>v 0.000001 19.106281 1.149458</w:t>
        <w:br/>
        <w:t>v -0.016087 19.098764 1.146091</w:t>
        <w:br/>
        <w:t>v 0.000001 19.134916 1.119126</w:t>
        <w:br/>
        <w:t>v -0.665645 19.476801 0.802291</w:t>
        <w:br/>
        <w:t>v -0.672525 20.173660 0.727611</w:t>
        <w:br/>
        <w:t>v -0.765580 20.090672 0.567420</w:t>
        <w:br/>
        <w:t>v -0.866018 20.003622 0.017155</w:t>
        <w:br/>
        <w:t>v -0.863368 19.945063 0.163750</w:t>
        <w:br/>
        <w:t>v -0.746819 19.993759 0.685293</w:t>
        <w:br/>
        <w:t>v -0.726609 19.912712 0.765683</w:t>
        <w:br/>
        <w:t>v -0.782754 19.579971 0.159702</w:t>
        <w:br/>
        <w:t>v -0.820167 19.724480 0.216917</w:t>
        <w:br/>
        <w:t>v -0.814099 19.674240 0.378441</w:t>
        <w:br/>
        <w:t>v -0.784329 19.509663 0.308768</w:t>
        <w:br/>
        <w:t>v -0.471128 18.843554 0.501380</w:t>
        <w:br/>
        <w:t>v -0.446659 18.834297 0.398445</w:t>
        <w:br/>
        <w:t>v -0.481201 18.879784 0.366122</w:t>
        <w:br/>
        <w:t>v -0.501787 18.889486 0.472903</w:t>
        <w:br/>
        <w:t>v -0.418045 18.793743 0.528965</w:t>
        <w:br/>
        <w:t>v -0.421071 18.798918 0.607231</w:t>
        <w:br/>
        <w:t>v -0.350399 18.740555 0.626616</w:t>
        <w:br/>
        <w:t>v -0.353364 18.739422 0.556561</w:t>
        <w:br/>
        <w:t>v -0.734997 19.653915 0.730155</w:t>
        <w:br/>
        <w:t>v -0.705678 19.710297 0.816524</w:t>
        <w:br/>
        <w:t>v -0.529741 18.951752 0.307398</w:t>
        <w:br/>
        <w:t>v -0.540835 18.946783 0.438047</w:t>
        <w:br/>
        <w:t>v -0.744532 19.411892 0.282877</w:t>
        <w:br/>
        <w:t>v -0.743622 19.411293 0.418675</w:t>
        <w:br/>
        <w:t>v -0.212223 18.692898 0.297657</w:t>
        <w:br/>
        <w:t>v -0.100537 18.631748 0.358438</w:t>
        <w:br/>
        <w:t>v -0.074793 18.608435 0.489893</w:t>
        <w:br/>
        <w:t>v 0.000001 18.586666 0.509255</w:t>
        <w:br/>
        <w:t>v 0.000001 18.600376 0.404729</w:t>
        <w:br/>
        <w:t>v -0.839661 19.822313 -0.051364</w:t>
        <w:br/>
        <w:t>v -0.826835 19.765139 0.075625</w:t>
        <w:br/>
        <w:t>v -0.794675 19.632565 0.021280</w:t>
        <w:br/>
        <w:t>v -0.796890 19.649530 -0.091933</w:t>
        <w:br/>
        <w:t>v -0.744571 19.503519 -0.104644</w:t>
        <w:br/>
        <w:t>v -0.759909 19.510763 -0.042854</w:t>
        <w:br/>
        <w:t>v -0.424521 19.236300 0.857537</w:t>
        <w:br/>
        <w:t>v -0.298505 18.906681 0.915217</w:t>
        <w:br/>
        <w:t>v -0.251936 18.866993 0.911187</w:t>
        <w:br/>
        <w:t>v -0.249296 18.669298 0.655330</w:t>
        <w:br/>
        <w:t>v -0.252012 18.674059 0.590597</w:t>
        <w:br/>
        <w:t>v -0.087701 18.573351 0.699220</w:t>
        <w:br/>
        <w:t>v -0.171702 18.626635 0.620276</w:t>
        <w:br/>
        <w:t>v -0.169750 18.621298 0.677890</w:t>
        <w:br/>
        <w:t>v -0.501592 19.021097 0.066299</w:t>
        <w:br/>
        <w:t>v -0.063326 18.858921 1.006474</w:t>
        <w:br/>
        <w:t>v -0.063564 18.837345 0.994494</w:t>
        <w:br/>
        <w:t>v -0.089295 18.837673 0.977244</w:t>
        <w:br/>
        <w:t>v -0.091192 18.857044 0.988463</w:t>
        <w:br/>
        <w:t>v 0.000001 18.721024 0.908573</w:t>
        <w:br/>
        <w:t>v 0.000001 18.672192 0.881774</w:t>
        <w:br/>
        <w:t>v -0.095901 18.740940 0.899680</w:t>
        <w:br/>
        <w:t>v -0.111771 18.705523 0.873204</w:t>
        <w:br/>
        <w:t>v -0.243025 18.670485 0.709256</w:t>
        <w:br/>
        <w:t>v -0.228125 18.677816 0.762338</w:t>
        <w:br/>
        <w:t>v -0.046864 18.552650 0.709741</w:t>
        <w:br/>
        <w:t>v -0.045939 18.549311 0.794861</w:t>
        <w:br/>
        <w:t>v -0.043841 18.573479 0.831251</w:t>
        <w:br/>
        <w:t>v -0.040081 18.623266 0.858045</w:t>
        <w:br/>
        <w:t>v -0.335733 19.004583 0.929952</w:t>
        <w:br/>
        <w:t>v -0.167247 18.944624 0.968490</w:t>
        <w:br/>
        <w:t>v -0.117922 18.957752 0.981855</w:t>
        <w:br/>
        <w:t>v -0.778569 19.510704 0.437857</w:t>
        <w:br/>
        <w:t>v -0.739278 19.402243 0.156784</w:t>
        <w:br/>
        <w:t>v -0.756626 19.480150 0.156967</w:t>
        <w:br/>
        <w:t>v -0.516988 19.080772 0.828107</w:t>
        <w:br/>
        <w:t>v -0.551304 19.134201 0.803252</w:t>
        <w:br/>
        <w:t>v -0.028677 19.304531 1.009284</w:t>
        <w:br/>
        <w:t>v 0.000001 19.352806 1.020588</w:t>
        <w:br/>
        <w:t>v 0.000001 19.314224 1.021350</w:t>
        <w:br/>
        <w:t>v -0.623151 19.132008 0.131676</w:t>
        <w:br/>
        <w:t>v -0.577383 19.653761 0.963011</w:t>
        <w:br/>
        <w:t>v -0.624260 19.638571 0.909420</w:t>
        <w:br/>
        <w:t>v -0.599812 19.759811 0.950180</w:t>
        <w:br/>
        <w:t>v -0.647070 19.736977 0.898662</w:t>
        <w:br/>
        <w:t>v -0.776620 19.847849 0.655831</w:t>
        <w:br/>
        <w:t>v -0.802949 19.759346 0.563079</w:t>
        <w:br/>
        <w:t>v -0.793428 19.630259 0.488090</w:t>
        <w:br/>
        <w:t>v 0.000001 20.069378 1.153212</w:t>
        <w:br/>
        <w:t>v -0.108016 20.074768 1.142908</w:t>
        <w:br/>
        <w:t>v 0.000001 20.210405 1.103413</w:t>
        <w:br/>
        <w:t>v -0.200880 20.079266 1.123922</w:t>
        <w:br/>
        <w:t>v -0.295985 20.082722 1.090054</w:t>
        <w:br/>
        <w:t>v -0.588402 20.198196 0.817642</w:t>
        <w:br/>
        <w:t>v -0.495148 20.222563 0.908136</w:t>
        <w:br/>
        <w:t>v -0.386018 20.090784 1.039111</w:t>
        <w:br/>
        <w:t>v -0.385643 20.227938 0.985840</w:t>
        <w:br/>
        <w:t>v -0.165515 18.630817 0.554837</w:t>
        <w:br/>
        <w:t>v -0.151909 18.645021 0.457764</w:t>
        <w:br/>
        <w:t>v 0.000001 18.932299 1.030156</w:t>
        <w:br/>
        <w:t>v -0.032786 18.934942 1.023823</w:t>
        <w:br/>
        <w:t>v -0.759909 19.510763 -0.042854</w:t>
        <w:br/>
        <w:t>v -0.446473 18.972126 0.864216</w:t>
        <w:br/>
        <w:t>v -0.394803 18.983639 0.900531</w:t>
        <w:br/>
        <w:t>v -0.351590 18.931677 0.907457</w:t>
        <w:br/>
        <w:t>v -0.534138 18.949499 0.550456</w:t>
        <w:br/>
        <w:t>v -0.501250 18.897385 0.575305</w:t>
        <w:br/>
        <w:t>v -0.484972 18.907585 0.751603</w:t>
        <w:br/>
        <w:t>v -0.494346 18.901367 0.671538</w:t>
        <w:br/>
        <w:t>v -0.523022 18.948507 0.660670</w:t>
        <w:br/>
        <w:t>v -0.514208 18.949360 0.743896</w:t>
        <w:br/>
        <w:t>v -0.326951 18.893589 0.897855</w:t>
        <w:br/>
        <w:t>v -0.467211 18.850582 0.591249</w:t>
        <w:br/>
        <w:t>v 0.000001 19.229996 1.046793</w:t>
        <w:br/>
        <w:t>v 0.000001 19.184456 1.074072</w:t>
        <w:br/>
        <w:t>v -0.695096 19.376965 -0.136420</w:t>
        <w:br/>
        <w:t>v -0.229797 19.348503 0.899257</w:t>
        <w:br/>
        <w:t>v -0.258960 19.299587 0.885908</w:t>
        <w:br/>
        <w:t>v -0.262709 19.298912 0.878336</w:t>
        <w:br/>
        <w:t>v -0.230079 19.348894 0.892023</w:t>
        <w:br/>
        <w:t>v -0.322616 19.281555 0.874237</w:t>
        <w:br/>
        <w:t>v -0.387632 19.278803 0.862412</w:t>
        <w:br/>
        <w:t>v -0.389016 19.279608 0.859049</w:t>
        <w:br/>
        <w:t>v -0.325027 19.281796 0.867967</w:t>
        <w:br/>
        <w:t>v -0.430528 19.278423 0.845612</w:t>
        <w:br/>
        <w:t>v -0.429960 19.277237 0.850964</w:t>
        <w:br/>
        <w:t>v -0.528198 19.281300 0.818491</w:t>
        <w:br/>
        <w:t>v -0.521075 19.282614 0.810503</w:t>
        <w:br/>
        <w:t>v -0.480631 19.278305 0.828823</w:t>
        <w:br/>
        <w:t>v -0.480803 19.276470 0.837617</w:t>
        <w:br/>
        <w:t>v -0.572574 19.296387 0.792533</w:t>
        <w:br/>
        <w:t>v -0.564548 19.299017 0.777897</w:t>
        <w:br/>
        <w:t>v -0.633962 19.361565 0.765326</w:t>
        <w:br/>
        <w:t>v -0.623754 19.366819 0.758871</w:t>
        <w:br/>
        <w:t>v -0.597719 19.326872 0.766552</w:t>
        <w:br/>
        <w:t>v -0.606447 19.323917 0.774125</w:t>
        <w:br/>
        <w:t>v -0.641179 19.411499 0.762614</w:t>
        <w:br/>
        <w:t>v -0.655582 19.408644 0.771021</w:t>
        <w:br/>
        <w:t>v -0.668222 19.446447 0.778078</w:t>
        <w:br/>
        <w:t>v -0.655670 19.447508 0.768925</w:t>
        <w:br/>
        <w:t>v -0.538985 19.502951 0.902462</w:t>
        <w:br/>
        <w:t>v -0.543725 19.501066 0.917395</w:t>
        <w:br/>
        <w:t>v -0.511169 19.506598 0.932881</w:t>
        <w:br/>
        <w:t>v -0.506910 19.509495 0.915692</w:t>
        <w:br/>
        <w:t>v -0.464421 19.509472 0.948876</w:t>
        <w:br/>
        <w:t>v -0.460613 19.512672 0.931515</w:t>
        <w:br/>
        <w:t>v -0.416847 19.505701 0.956615</w:t>
        <w:br/>
        <w:t>v -0.413814 19.508451 0.940223</w:t>
        <w:br/>
        <w:t>v -0.368044 19.490637 0.952440</w:t>
        <w:br/>
        <w:t>v -0.366033 19.492826 0.936902</w:t>
        <w:br/>
        <w:t>v -0.310026 19.467012 0.930307</w:t>
        <w:br/>
        <w:t>v -0.311525 19.465031 0.944134</w:t>
        <w:br/>
        <w:t>v -0.260896 19.434446 0.930754</w:t>
        <w:br/>
        <w:t>v -0.259591 19.436398 0.919248</w:t>
        <w:br/>
        <w:t>v -0.220134 19.392647 0.910668</w:t>
        <w:br/>
        <w:t>v -0.218675 19.393530 0.903706</w:t>
        <w:br/>
        <w:t>v -0.646023 19.461926 0.826431</w:t>
        <w:br/>
        <w:t>v -0.634877 19.461073 0.814273</w:t>
        <w:br/>
        <w:t>v -0.655670 19.447508 0.768925</w:t>
        <w:br/>
        <w:t>v -0.668222 19.446447 0.778078</w:t>
        <w:br/>
        <w:t>v -0.599963 19.481974 0.855336</w:t>
        <w:br/>
        <w:t>v -0.608457 19.482687 0.868542</w:t>
        <w:br/>
        <w:t>v -0.577377 19.493958 0.894716</w:t>
        <w:br/>
        <w:t>v -0.570856 19.495604 0.881553</w:t>
        <w:br/>
        <w:t>v -0.215123 19.253532 0.712984</w:t>
        <w:br/>
        <w:t>v -0.162717 19.309311 0.737438</w:t>
        <w:br/>
        <w:t>v -0.380085 19.229887 0.678086</w:t>
        <w:br/>
        <w:t>v -0.584311 19.258867 0.688377</w:t>
        <w:br/>
        <w:t>v -0.469917 19.239534 0.684668</w:t>
        <w:br/>
        <w:t>v -0.609923 19.354080 0.649695</w:t>
        <w:br/>
        <w:t>v -0.618529 19.477037 0.612198</w:t>
        <w:br/>
        <w:t>v -0.663318 19.603367 0.662092</w:t>
        <w:br/>
        <w:t>v -0.538985 19.502951 0.902462</w:t>
        <w:br/>
        <w:t>v -0.506910 19.509495 0.915692</w:t>
        <w:br/>
        <w:t>v -0.586583 19.627087 0.839649</w:t>
        <w:br/>
        <w:t>v -0.460613 19.512672 0.931515</w:t>
        <w:br/>
        <w:t>v -0.481534 19.648083 0.891518</w:t>
        <w:br/>
        <w:t>v -0.413814 19.508451 0.940223</w:t>
        <w:br/>
        <w:t>v -0.389554 19.660900 0.901072</w:t>
        <w:br/>
        <w:t>v -0.301732 19.656906 0.914244</w:t>
        <w:br/>
        <w:t>v -0.366033 19.492826 0.936902</w:t>
        <w:br/>
        <w:t>v -0.310026 19.467012 0.930307</w:t>
        <w:br/>
        <w:t>v -0.234933 19.608000 0.897881</w:t>
        <w:br/>
        <w:t>v -0.174591 19.534481 0.837952</w:t>
        <w:br/>
        <w:t>v -0.149943 19.416515 0.791500</w:t>
        <w:br/>
        <w:t>v -0.599963 19.481974 0.855336</w:t>
        <w:br/>
        <w:t>v -0.570856 19.495604 0.881553</w:t>
        <w:br/>
        <w:t>v -0.234933 19.608000 0.897881</w:t>
        <w:br/>
        <w:t>v -0.200297 19.630093 0.646960</w:t>
        <w:br/>
        <w:t>v -0.553503 18.997849 0.271262</w:t>
        <w:br/>
        <w:t>v -0.587916 19.058344 0.233727</w:t>
        <w:br/>
        <w:t>v -0.597719 19.326872 0.766552</w:t>
        <w:br/>
        <w:t>v -0.195798 19.964783 1.147066</w:t>
        <w:br/>
        <w:t>v -0.291710 19.967520 1.117326</w:t>
        <w:br/>
        <w:t>v -0.103882 19.960651 1.163892</w:t>
        <w:br/>
        <w:t>v -0.380872 19.757763 1.087163</w:t>
        <w:br/>
        <w:t>v -0.384244 19.977514 1.069776</w:t>
        <w:br/>
        <w:t>v -0.546046 19.085564 0.040751</w:t>
        <w:br/>
        <w:t>v -0.660172 19.214886 0.183217</w:t>
        <w:br/>
        <w:t>v -0.620546 19.114130 0.338553</w:t>
        <w:br/>
        <w:t>v -0.622774 19.118082 0.210047</w:t>
        <w:br/>
        <w:t>v -0.700854 19.306816 0.165497</w:t>
        <w:br/>
        <w:t>v -0.142840 18.828238 0.915803</w:t>
        <w:br/>
        <w:t>v -0.134113 18.825504 0.919830</w:t>
        <w:br/>
        <w:t>v -0.137315 18.823460 0.919106</w:t>
        <w:br/>
        <w:t>v -0.060603 18.829189 0.973224</w:t>
        <w:br/>
        <w:t>v -0.060570 18.821589 0.954489</w:t>
        <w:br/>
        <w:t>v -0.082822 18.823311 0.944232</w:t>
        <w:br/>
        <w:t>v -0.085409 18.829742 0.959397</w:t>
        <w:br/>
        <w:t>v -0.059953 18.791567 0.957923</w:t>
        <w:br/>
        <w:t>v -0.029039 18.787474 0.967500</w:t>
        <w:br/>
        <w:t>v -0.028277 18.767187 0.954945</w:t>
        <w:br/>
        <w:t>v -0.059858 18.773928 0.946781</w:t>
        <w:br/>
        <w:t>v -0.082158 18.818911 0.944600</w:t>
        <w:br/>
        <w:t>v -0.060062 18.818081 0.952988</w:t>
        <w:br/>
        <w:t>v -0.060273 18.807236 0.957836</w:t>
        <w:br/>
        <w:t>v -0.083002 18.810127 0.947126</w:t>
        <w:br/>
        <w:t>v -0.109103 18.830257 0.946232</w:t>
        <w:br/>
        <w:t>v -0.113877 18.837147 0.957626</w:t>
        <w:br/>
        <w:t>v -0.122180 18.822538 0.926117</w:t>
        <w:br/>
        <w:t>v -0.124475 18.818529 0.925584</w:t>
        <w:br/>
        <w:t>v -0.060565 18.820522 0.950662</w:t>
        <w:br/>
        <w:t>v -0.060570 18.821589 0.954489</w:t>
        <w:br/>
        <w:t>v -0.029702 18.820597 0.959223</w:t>
        <w:br/>
        <w:t>v -0.029764 18.819605 0.957528</w:t>
        <w:br/>
        <w:t>v -0.082158 18.818911 0.944600</w:t>
        <w:br/>
        <w:t>v -0.105074 18.820673 0.934826</w:t>
        <w:br/>
        <w:t>v -0.104307 18.822783 0.933585</w:t>
        <w:br/>
        <w:t>v -0.081662 18.821484 0.941808</w:t>
        <w:br/>
        <w:t>v -0.105074 18.820673 0.934826</w:t>
        <w:br/>
        <w:t>v -0.106636 18.814047 0.934560</w:t>
        <w:br/>
        <w:t>v -0.128027 18.835619 0.943011</w:t>
        <w:br/>
        <w:t>v -0.124279 18.830465 0.934404</w:t>
        <w:br/>
        <w:t>v -0.135159 18.830866 0.925437</w:t>
        <w:br/>
        <w:t>v -0.137894 18.833910 0.929535</w:t>
        <w:br/>
        <w:t>v -0.140117 18.821039 0.916788</w:t>
        <w:br/>
        <w:t>v -0.151881 18.818485 0.913918</w:t>
        <w:br/>
        <w:t>v -0.159190 18.828434 0.913640</w:t>
        <w:br/>
        <w:t>v -0.127427 18.813484 0.922620</w:t>
        <w:br/>
        <w:t>v -0.130287 18.808395 0.917628</w:t>
        <w:br/>
        <w:t>v -0.110390 18.797009 0.924938</w:t>
        <w:br/>
        <w:t>v -0.107642 18.805864 0.931479</w:t>
        <w:br/>
        <w:t>v -0.104357 18.822893 0.933585</w:t>
        <w:br/>
        <w:t>v -0.121569 18.824995 0.925485</w:t>
        <w:br/>
        <w:t>v -0.121959 18.826731 0.927718</w:t>
        <w:br/>
        <w:t>v -0.105034 18.824804 0.936539</w:t>
        <w:br/>
        <w:t>v -0.141454 18.831249 0.918216</w:t>
        <w:br/>
        <w:t>v -0.133273 18.828419 0.921675</w:t>
        <w:br/>
        <w:t>v -0.139343 18.830095 0.918301</w:t>
        <w:br/>
        <w:t>v -0.158160 18.832268 0.914729</w:t>
        <w:br/>
        <w:t>v -0.142147 18.830488 0.915981</w:t>
        <w:br/>
        <w:t>v -0.116185 18.825569 0.920591</w:t>
        <w:br/>
        <w:t>v -0.066211 18.823013 0.935987</w:t>
        <w:br/>
        <w:t>v -0.104307 18.822783 0.933585</w:t>
        <w:br/>
        <w:t>v -0.060078 18.820328 0.950705</w:t>
        <w:br/>
        <w:t>v -0.081662 18.821484 0.941808</w:t>
        <w:br/>
        <w:t>v -0.029102 18.819485 0.957511</w:t>
        <w:br/>
        <w:t>v -0.029989 18.823118 0.944914</w:t>
        <w:br/>
        <w:t>v -0.138731 18.837233 0.906238</w:t>
        <w:br/>
        <w:t>v -0.138856 18.828892 0.917923</w:t>
        <w:br/>
        <w:t>v -0.132780 18.827160 0.920288</w:t>
        <w:br/>
        <w:t>v -0.118096 18.833210 0.912645</w:t>
        <w:br/>
        <w:t>v -0.104357 18.822893 0.933585</w:t>
        <w:br/>
        <w:t>v -0.086196 18.830639 0.926180</w:t>
        <w:br/>
        <w:t>v -0.082449 18.821709 0.941725</w:t>
        <w:br/>
        <w:t>v -0.060565 18.820522 0.950662</w:t>
        <w:br/>
        <w:t>v -0.029556 18.831604 0.940599</w:t>
        <w:br/>
        <w:t>v -0.029764 18.819605 0.957528</w:t>
        <w:br/>
        <w:t>v -0.131949 18.826567 0.912570</w:t>
        <w:br/>
        <w:t>v -0.150634 18.823999 0.900409</w:t>
        <w:br/>
        <w:t>v -0.111502 18.821344 0.913391</w:t>
        <w:br/>
        <w:t>v -0.044640 18.815941 0.930205</w:t>
        <w:br/>
        <w:t>v -0.138950 18.828127 0.912088</w:t>
        <w:br/>
        <w:t>v -0.178213 18.832138 0.892078</w:t>
        <w:br/>
        <w:t>v -0.178213 18.832138 0.892078</w:t>
        <w:br/>
        <w:t>v -0.179225 18.895685 0.889342</w:t>
        <w:br/>
        <w:t>v -0.125054 18.896297 0.912382</w:t>
        <w:br/>
        <w:t>v -0.086196 18.830639 0.926180</w:t>
        <w:br/>
        <w:t>v -0.052397 18.896404 0.925569</w:t>
        <w:br/>
        <w:t>v 0.000001 18.894600 0.934438</w:t>
        <w:br/>
        <w:t>v -0.066811 18.740112 0.856304</w:t>
        <w:br/>
        <w:t>v 0.000001 18.705467 0.849379</w:t>
        <w:br/>
        <w:t>v -0.130125 18.774836 0.846583</w:t>
        <w:br/>
        <w:t>v -0.193951 18.818306 0.882610</w:t>
        <w:br/>
        <w:t>v -0.205306 18.881662 0.873862</w:t>
        <w:br/>
        <w:t>v 0.000001 18.930031 0.915106</w:t>
        <w:br/>
        <w:t>v -0.066486 18.939217 0.903477</w:t>
        <w:br/>
        <w:t>v -0.140430 18.938332 0.881781</w:t>
        <w:br/>
        <w:t>v -0.205306 18.881662 0.873862</w:t>
        <w:br/>
        <w:t>v -0.208528 18.921658 0.863145</w:t>
        <w:br/>
        <w:t>v -0.052022 18.689674 0.810534</w:t>
        <w:br/>
        <w:t>v 0.000001 18.663176 0.791156</w:t>
        <w:br/>
        <w:t>v -0.062352 18.674402 0.703904</w:t>
        <w:br/>
        <w:t>v 0.000001 18.658506 0.689128</w:t>
        <w:br/>
        <w:t>v -0.136970 18.752577 0.800218</w:t>
        <w:br/>
        <w:t>v -0.155893 18.734085 0.713496</w:t>
        <w:br/>
        <w:t>v -0.204431 18.808895 0.803641</w:t>
        <w:br/>
        <w:t>v -0.220869 18.790018 0.732957</w:t>
        <w:br/>
        <w:t>v -0.245412 18.838589 0.764495</w:t>
        <w:br/>
        <w:t>v -0.234933 18.872948 0.841712</w:t>
        <w:br/>
        <w:t>v -0.245412 18.838589 0.764495</w:t>
        <w:br/>
        <w:t>v -0.234933 18.872948 0.841712</w:t>
        <w:br/>
        <w:t>v -0.247935 18.928474 0.743361</w:t>
        <w:br/>
        <w:t>v -0.226639 18.943172 0.823913</w:t>
        <w:br/>
        <w:t>v -0.163150 18.985952 0.726986</w:t>
        <w:br/>
        <w:t>v -0.149685 18.969509 0.832831</w:t>
        <w:br/>
        <w:t>v -0.063013 18.990149 0.722640</w:t>
        <w:br/>
        <w:t>v -0.054220 18.968481 0.836466</w:t>
        <w:br/>
        <w:t>v -0.250121 18.831562 0.663722</w:t>
        <w:br/>
        <w:t>v -0.243713 18.933060 0.649333</w:t>
        <w:br/>
        <w:t>v -0.200596 18.903996 0.548135</w:t>
        <w:br/>
        <w:t>v -0.173067 18.973158 0.600769</w:t>
        <w:br/>
        <w:t>v -0.163487 18.930960 0.487780</w:t>
        <w:br/>
        <w:t>v -0.071107 18.984730 0.595474</w:t>
        <w:br/>
        <w:t>v -0.073093 18.943525 0.454056</w:t>
        <w:br/>
        <w:t>v 0.000001 18.978271 0.595824</w:t>
        <w:br/>
        <w:t>v -0.211426 18.845285 0.548222</w:t>
        <w:br/>
        <w:t>v -0.211426 18.845285 0.548222</w:t>
        <w:br/>
        <w:t>v -0.190641 18.798113 0.540016</w:t>
        <w:br/>
        <w:t>v -0.250121 18.831562 0.663722</w:t>
        <w:br/>
        <w:t>v -0.222093 18.772726 0.653692</w:t>
        <w:br/>
        <w:t>v -0.166922 18.731359 0.617407</w:t>
        <w:br/>
        <w:t>v -0.157629 18.780859 0.478450</w:t>
        <w:br/>
        <w:t>v -0.063988 18.688833 0.593682</w:t>
        <w:br/>
        <w:t>v -0.064350 18.761448 0.435720</w:t>
        <w:br/>
        <w:t>v 0.000001 18.759352 0.428076</w:t>
        <w:br/>
        <w:t>v 0.000001 18.683245 0.585440</w:t>
        <w:br/>
        <w:t>v 0.000001 18.859449 0.414624</w:t>
        <w:br/>
        <w:t>v -0.078826 18.866993 0.422568</w:t>
        <w:br/>
        <w:t>v -0.078826 18.866993 0.422568</w:t>
        <w:br/>
        <w:t>v -0.171906 18.867702 0.461450</w:t>
        <w:br/>
        <w:t>v -0.171906 18.867702 0.461450</w:t>
        <w:br/>
        <w:t>v -0.121618 18.824936 0.925533</w:t>
        <w:br/>
        <w:t>v -0.121569 18.824995 0.925485</w:t>
        <w:br/>
        <w:t>v 0.000001 19.032635 1.122968</w:t>
        <w:br/>
        <w:t>v -0.018897 19.037390 1.120640</w:t>
        <w:br/>
        <w:t>v -0.012726 19.065559 1.147872</w:t>
        <w:br/>
        <w:t>v 0.000001 19.062006 1.149254</w:t>
        <w:br/>
        <w:t>v -0.029087 18.817612 0.959428</w:t>
        <w:br/>
        <w:t>v 0.000001 18.817650 0.961255</w:t>
        <w:br/>
        <w:t>v 0.000001 18.802610 0.969415</w:t>
        <w:br/>
        <w:t>v -0.029064 18.803888 0.966567</w:t>
        <w:br/>
        <w:t>v 0.000001 18.819336 0.959347</w:t>
        <w:br/>
        <w:t>v 0.000001 18.823542 0.947793</w:t>
        <w:br/>
        <w:t>v -0.085462 18.783337 0.937262</w:t>
        <w:br/>
        <w:t>v -0.084335 18.797243 0.945320</w:t>
        <w:br/>
        <w:t>v -0.082822 18.823311 0.944232</w:t>
        <w:br/>
        <w:t>v -0.082449 18.821709 0.941725</w:t>
        <w:br/>
        <w:t>v -0.031466 18.836622 1.007906</w:t>
        <w:br/>
        <w:t>v -0.029389 18.828577 0.983126</w:t>
        <w:br/>
        <w:t>v -0.121959 18.826731 0.927718</w:t>
        <w:br/>
        <w:t>v -0.140226 18.829449 0.917157</w:t>
        <w:br/>
        <w:t>v -0.139436 18.828390 0.916873</w:t>
        <w:br/>
        <w:t>v 0.000001 18.785746 0.970710</w:t>
        <w:br/>
        <w:t>v 0.000001 18.765274 0.957391</w:t>
        <w:br/>
        <w:t>v -0.621402 19.113403 0.464302</w:t>
        <w:br/>
        <w:t>v -0.489481 18.958555 0.805958</w:t>
        <w:br/>
        <w:t>v -0.521080 19.008436 0.793469</w:t>
        <w:br/>
        <w:t>v -0.479384 19.022657 0.852383</w:t>
        <w:br/>
        <w:t>v -0.258960 19.299587 0.885908</w:t>
        <w:br/>
        <w:t>v -0.229797 19.348503 0.899257</w:t>
        <w:br/>
        <w:t>v 0.000001 19.393236 1.025347</w:t>
        <w:br/>
        <w:t>v 0.000001 19.263496 1.033532</w:t>
        <w:br/>
        <w:t>v 0.000001 18.617233 0.858945</w:t>
        <w:br/>
        <w:t>v 0.000001 18.565140 0.833210</w:t>
        <w:br/>
        <w:t>v 0.000001 18.541788 0.798108</w:t>
        <w:br/>
        <w:t>v 0.000001 18.558708 0.658450</w:t>
        <w:br/>
        <w:t>v 0.000001 18.568865 0.603812</w:t>
        <w:br/>
        <w:t>v 0.000001 20.395781 1.002789</w:t>
        <w:br/>
        <w:t>v 0.000001 18.546738 0.713539</w:t>
        <w:br/>
        <w:t>v 0.000001 20.570776 0.878159</w:t>
        <w:br/>
        <w:t>v 0.000001 19.956352 1.172410</w:t>
        <w:br/>
        <w:t>v 0.000001 18.828281 0.987039</w:t>
        <w:br/>
        <w:t>v 0.000001 18.820251 0.962240</w:t>
        <w:br/>
        <w:t>v -0.029702 18.820597 0.959223</w:t>
        <w:br/>
        <w:t>v 0.000001 18.812641 0.933613</w:t>
        <w:br/>
        <w:t>v 0.000001 18.938309 0.448011</w:t>
        <w:br/>
        <w:t>v 0.000001 18.830755 0.940615</w:t>
        <w:br/>
        <w:t>v 0.000001 18.819454 0.959295</w:t>
        <w:br/>
        <w:t>v 0.000001 18.978937 0.727836</w:t>
        <w:br/>
        <w:t>v 0.000001 18.961897 0.842673</w:t>
        <w:br/>
        <w:t>v 0.000001 18.859449 0.414624</w:t>
        <w:br/>
        <w:t>v 0.000001 18.836393 1.010783</w:t>
        <w:br/>
        <w:t>v -0.592627 19.126814 0.738991</w:t>
        <w:br/>
        <w:t>v -0.634601 19.219284 0.708771</w:t>
        <w:br/>
        <w:t>v -0.138858 18.828749 0.917845</w:t>
        <w:br/>
        <w:t>v -0.138996 18.828875 0.917796</w:t>
        <w:br/>
        <w:t>v -0.138957 18.830568 0.911870</w:t>
        <w:br/>
        <w:t>v -0.132789 18.827137 0.920275</w:t>
        <w:br/>
        <w:t>v -0.138957 18.830568 0.911870</w:t>
        <w:br/>
        <w:t>v -0.138731 18.837233 0.906238</w:t>
        <w:br/>
        <w:t>v -0.200051 19.373617 0.643564</w:t>
        <w:br/>
        <w:t>v -0.186647 19.490599 0.599972</w:t>
        <w:br/>
        <w:t>v -0.301732 19.656906 0.914244</w:t>
        <w:br/>
        <w:t>v -0.609923 19.354080 0.649695</w:t>
        <w:br/>
        <w:t>v -0.618529 19.477037 0.612198</w:t>
        <w:br/>
        <w:t>v -0.510348 19.488661 0.609222</w:t>
        <w:br/>
        <w:t>v -0.503154 19.354069 0.611412</w:t>
        <w:br/>
        <w:t>v -0.663318 19.603367 0.662092</w:t>
        <w:br/>
        <w:t>v -0.513372 19.641754 0.631628</w:t>
        <w:br/>
        <w:t>v -0.663318 19.603367 0.662092</w:t>
        <w:br/>
        <w:t>v -0.586583 19.627087 0.839649</w:t>
        <w:br/>
        <w:t>v -0.481534 19.648083 0.891518</w:t>
        <w:br/>
        <w:t>v -0.513372 19.641754 0.631628</w:t>
        <w:br/>
        <w:t>v -0.363369 19.649969 0.626080</w:t>
        <w:br/>
        <w:t>v -0.389554 19.660900 0.901072</w:t>
        <w:br/>
        <w:t>v -0.186647 19.490599 0.599972</w:t>
        <w:br/>
        <w:t>v -0.358239 19.488497 0.603293</w:t>
        <w:br/>
        <w:t>v -0.363369 19.649969 0.626080</w:t>
        <w:br/>
        <w:t>v -0.200297 19.630093 0.646960</w:t>
        <w:br/>
        <w:t>v -0.200051 19.373617 0.643564</w:t>
        <w:br/>
        <w:t>v -0.355092 19.355049 0.607577</w:t>
        <w:br/>
        <w:t>v -0.215123 19.253532 0.712984</w:t>
        <w:br/>
        <w:t>v -0.380085 19.229887 0.678086</w:t>
        <w:br/>
        <w:t>v -0.469917 19.239534 0.684668</w:t>
        <w:br/>
        <w:t>v -0.584311 19.258867 0.688377</w:t>
        <w:br/>
        <w:t>v -0.655670 19.447508 0.768925</w:t>
        <w:br/>
        <w:t>v -0.634877 19.461073 0.814273</w:t>
        <w:br/>
        <w:t>v 0.000001 19.090015 1.168718</w:t>
        <w:br/>
        <w:t>v -0.008223 19.089834 1.162695</w:t>
        <w:br/>
        <w:t>v -0.220134 19.392647 0.910668</w:t>
        <w:br/>
        <w:t>v -0.086371 18.945074 1.006484</w:t>
        <w:br/>
        <w:t>v -0.083061 18.971149 1.018556</w:t>
        <w:br/>
        <w:t>v -0.104032 18.983873 1.003101</w:t>
        <w:br/>
        <w:t>v -0.046963 18.547663 0.748154</w:t>
        <w:br/>
        <w:t>v 0.000001 18.539524 0.753671</w:t>
        <w:br/>
        <w:t>v -0.116398 18.851669 0.968618</w:t>
        <w:br/>
        <w:t>v -0.144976 18.841616 0.936653</w:t>
        <w:br/>
        <w:t>v -0.133785 18.847162 0.953777</w:t>
        <w:br/>
        <w:t>v -0.031313 18.859053 1.020438</w:t>
        <w:br/>
        <w:t>v 0.000001 18.858572 1.025185</w:t>
        <w:br/>
        <w:t>v -0.157129 18.835209 0.919348</w:t>
        <w:br/>
        <w:t>v -0.693890 19.318357 0.628727</w:t>
        <w:br/>
        <w:t>v -0.724853 19.399521 0.631689</w:t>
        <w:br/>
        <w:t>v -0.647774 19.209864 0.645426</w:t>
        <w:br/>
        <w:t>v -0.603383 19.115366 0.671653</w:t>
        <w:br/>
        <w:t>v -0.701864 19.314138 0.545590</w:t>
        <w:br/>
        <w:t>v -0.661249 19.214138 0.556025</w:t>
        <w:br/>
        <w:t>v -0.736346 19.404409 0.554404</w:t>
        <w:br/>
        <w:t>v -0.764198 19.494286 0.566723</w:t>
        <w:br/>
        <w:t>v -0.774233 19.597851 0.603324</w:t>
        <w:br/>
        <w:t>v -0.765473 19.704100 0.665125</w:t>
        <w:br/>
        <w:t>v -0.736686 19.783102 0.752984</w:t>
        <w:br/>
        <w:t>v -0.688076 19.826189 0.841225</w:t>
        <w:br/>
        <w:t>v -0.622005 19.858398 0.912299</w:t>
        <w:br/>
        <w:t>v -0.552554 19.869190 0.983854</w:t>
        <w:br/>
        <w:t>v -0.471291 19.871683 1.038837</w:t>
        <w:br/>
        <w:t>v -0.381659 19.861729 1.084664</w:t>
        <w:br/>
        <w:t>v -0.285915 19.850628 1.126581</w:t>
        <w:br/>
        <w:t>v -0.616444 19.112135 0.581547</w:t>
        <w:br/>
        <w:t>v -0.322616 19.281555 0.874237</w:t>
        <w:br/>
        <w:t>v -0.387632 19.278803 0.862412</w:t>
        <w:br/>
        <w:t>v -0.429960 19.277237 0.850964</w:t>
        <w:br/>
        <w:t>v -0.480803 19.276470 0.837617</w:t>
        <w:br/>
        <w:t>v -0.528198 19.281300 0.818491</w:t>
        <w:br/>
        <w:t>v -0.572574 19.296387 0.792533</w:t>
        <w:br/>
        <w:t>v -0.606447 19.323917 0.774125</w:t>
        <w:br/>
        <w:t>v -0.633962 19.361565 0.765326</w:t>
        <w:br/>
        <w:t>v -0.655582 19.408644 0.771021</w:t>
        <w:br/>
        <w:t>v -0.668222 19.446447 0.778078</w:t>
        <w:br/>
        <w:t>v -0.646023 19.461926 0.826431</w:t>
        <w:br/>
        <w:t>v -0.608457 19.482687 0.868542</w:t>
        <w:br/>
        <w:t>v -0.577377 19.493958 0.894716</w:t>
        <w:br/>
        <w:t>v -0.543725 19.501066 0.917395</w:t>
        <w:br/>
        <w:t>v -0.511169 19.506598 0.932881</w:t>
        <w:br/>
        <w:t>v -0.464421 19.509472 0.948876</w:t>
        <w:br/>
        <w:t>v -0.416847 19.505701 0.956615</w:t>
        <w:br/>
        <w:t>v -0.369564 19.526056 0.985000</w:t>
        <w:br/>
        <w:t>v -0.368044 19.490637 0.952440</w:t>
        <w:br/>
        <w:t>v -0.416847 19.505701 0.956615</w:t>
        <w:br/>
        <w:t>v -0.311525 19.465031 0.944134</w:t>
        <w:br/>
        <w:t>v -0.260896 19.434446 0.930754</w:t>
        <w:br/>
        <w:t>v -0.136695 18.803308 0.911666</w:t>
        <w:br/>
        <w:t>v -0.154995 18.797085 0.902900</w:t>
        <w:br/>
        <w:t>v -0.185939 18.816734 0.902469</w:t>
        <w:br/>
        <w:t>v -0.160207 18.816877 0.908419</w:t>
        <w:br/>
        <w:t>v -0.113875 18.787527 0.916380</w:t>
        <w:br/>
        <w:t>v -0.119946 18.776400 0.906486</w:t>
        <w:br/>
        <w:t>v -0.214003 18.836138 0.904957</w:t>
        <w:br/>
        <w:t>v -0.178575 18.831610 0.909889</w:t>
        <w:br/>
        <w:t>v -0.096001 18.877979 0.988435</w:t>
        <w:br/>
        <w:t>v -0.124442 18.870384 0.970451</w:t>
        <w:br/>
        <w:t>v -0.139056 18.894972 0.970286</w:t>
        <w:br/>
        <w:t>v -0.104407 18.902884 0.987228</w:t>
        <w:br/>
        <w:t>v -0.171456 18.886456 0.955262</w:t>
        <w:br/>
        <w:t>v -0.147349 18.862297 0.955163</w:t>
        <w:br/>
        <w:t>v -0.064450 18.882431 1.005090</w:t>
        <w:br/>
        <w:t>v -0.067535 18.906311 1.004821</w:t>
        <w:br/>
        <w:t>v -0.198948 18.873177 0.935529</w:t>
        <w:br/>
        <w:t>v -0.161926 18.852568 0.937266</w:t>
        <w:br/>
        <w:t>v -0.218637 18.852594 0.915263</w:t>
        <w:br/>
        <w:t>v -0.172755 18.841679 0.918277</w:t>
        <w:br/>
        <w:t>v -0.027153 18.740036 0.920540</w:t>
        <w:br/>
        <w:t>v -0.027516 18.752151 0.937198</w:t>
        <w:br/>
        <w:t>v 0.000001 18.750233 0.939281</w:t>
        <w:br/>
        <w:t>v 0.000001 18.738424 0.921781</w:t>
        <w:br/>
        <w:t>v -0.060116 18.746967 0.916238</w:t>
        <w:br/>
        <w:t>v -0.059953 18.759167 0.931556</w:t>
        <w:br/>
        <w:t>v -0.089843 18.757734 0.911055</w:t>
        <w:br/>
        <w:t>v -0.088132 18.770372 0.924362</w:t>
        <w:br/>
        <w:t>v 0.000001 18.881050 1.024704</w:t>
        <w:br/>
        <w:t>v -0.031600 18.881977 1.019008</w:t>
        <w:br/>
        <w:t>v -0.032099 18.905720 1.019894</w:t>
        <w:br/>
        <w:t>v 0.000001 18.903936 1.025390</w:t>
        <w:br/>
        <w:t>v -0.557564 19.069698 0.772823</w:t>
        <w:br/>
        <w:t>v -0.595440 19.057142 0.373707</w:t>
        <w:br/>
        <w:t>v -0.567885 18.996237 0.407951</w:t>
        <w:br/>
        <w:t>v -0.559327 18.997341 0.523122</w:t>
        <w:br/>
        <w:t>v -0.592888 19.056404 0.488007</w:t>
        <w:br/>
        <w:t>v -0.548444 18.994215 0.640497</w:t>
        <w:br/>
        <w:t>v -0.584338 19.053934 0.611056</w:t>
        <w:br/>
        <w:t>v -0.542660 18.997715 0.729909</w:t>
        <w:br/>
        <w:t>v -0.574365 19.059210 0.705974</w:t>
        <w:br/>
        <w:t>v -0.008223 19.089834 1.162695</w:t>
        <w:br/>
        <w:t>v 0.000001 19.090015 1.168718</w:t>
        <w:br/>
        <w:t>v -0.086258 19.008871 1.027450</w:t>
        <w:br/>
        <w:t>v -0.062002 19.032673 1.065310</w:t>
        <w:br/>
        <w:t>v -0.049736 19.019430 1.077194</w:t>
        <w:br/>
        <w:t>v -0.073393 18.995041 1.040510</w:t>
        <w:br/>
        <w:t>v -0.032481 19.045334 1.115487</w:t>
        <w:br/>
        <w:t>v -0.041980 19.058558 1.104765</w:t>
        <w:br/>
        <w:t>v -0.024873 19.085747 1.135068</w:t>
        <w:br/>
        <w:t>v -0.017755 19.069794 1.145547</w:t>
        <w:br/>
        <w:t>v -0.656250 19.271694 -0.173080</w:t>
        <w:br/>
        <w:t>v -0.139436 18.828390 0.916873</w:t>
        <w:br/>
        <w:t>v -0.138858 18.828749 0.917845</w:t>
        <w:br/>
        <w:t>v -0.132789 18.827137 0.920275</w:t>
        <w:br/>
        <w:t>v -0.134113 18.825504 0.919830</w:t>
        <w:br/>
        <w:t>v -0.082449 18.821709 0.941725</w:t>
        <w:br/>
        <w:t>v -0.060062 18.818081 0.952988</w:t>
        <w:br/>
        <w:t>v -0.060078 18.820328 0.950705</w:t>
        <w:br/>
        <w:t>v -0.121618 18.824936 0.925533</w:t>
        <w:br/>
        <w:t>v -0.122180 18.822538 0.926117</w:t>
        <w:br/>
        <w:t>v -0.105034 18.824804 0.936539</w:t>
        <w:br/>
        <w:t>v -0.133273 18.828419 0.921675</w:t>
        <w:br/>
        <w:t>v -0.132780 18.827160 0.920288</w:t>
        <w:br/>
        <w:t>v -0.138856 18.828892 0.917923</w:t>
        <w:br/>
        <w:t>v -0.139343 18.830095 0.918301</w:t>
        <w:br/>
        <w:t>v 0.000001 18.817650 0.961255</w:t>
        <w:br/>
        <w:t>v -0.029087 18.817612 0.959428</w:t>
        <w:br/>
        <w:t>v -0.029102 18.819485 0.957511</w:t>
        <w:br/>
        <w:t>v 0.000001 18.819336 0.959347</w:t>
        <w:br/>
        <w:t>v -0.140226 18.829449 0.917157</w:t>
        <w:br/>
        <w:t>v -0.138996 18.828875 0.917796</w:t>
        <w:br/>
        <w:t>v 0.000001 18.820251 0.962240</w:t>
        <w:br/>
        <w:t>v 0.000001 18.819454 0.959295</w:t>
        <w:br/>
        <w:t>v -0.138856 18.828892 0.917923</w:t>
        <w:br/>
        <w:t>v -0.138950 18.828127 0.912088</w:t>
        <w:br/>
        <w:t>v 0.838464 20.094572 0.262065</w:t>
        <w:br/>
        <w:t>v 0.768230 20.216278 0.413362</w:t>
        <w:br/>
        <w:t>v 0.773201 20.337543 0.259054</w:t>
        <w:br/>
        <w:t>v 0.841299 20.179070 0.113952</w:t>
        <w:br/>
        <w:t>v 0.665570 20.436274 0.428713</w:t>
        <w:br/>
        <w:t>v 0.675688 20.309122 0.602706</w:t>
        <w:br/>
        <w:t>v 0.481248 20.529318 0.661399</w:t>
        <w:br/>
        <w:t>v 0.580198 20.493448 0.552082</w:t>
        <w:br/>
        <w:t>v 0.592638 20.351622 0.698408</w:t>
        <w:br/>
        <w:t>v 0.494563 20.380312 0.798694</w:t>
        <w:br/>
        <w:t>v 0.225555 20.392069 0.973180</w:t>
        <w:br/>
        <w:t>v 0.107482 20.399027 0.995495</w:t>
        <w:br/>
        <w:t>v 0.109730 20.569775 0.861584</w:t>
        <w:br/>
        <w:t>v 0.227341 20.563068 0.830433</w:t>
        <w:br/>
        <w:t>v 0.365536 20.387602 0.905401</w:t>
        <w:br/>
        <w:t>v 0.357804 20.553438 0.755115</w:t>
        <w:br/>
        <w:t>v 0.757226 19.478924 -0.112676</w:t>
        <w:br/>
        <w:t>v 0.744573 19.503519 -0.104644</w:t>
        <w:br/>
        <w:t>v 0.721840 19.450796 -0.129288</w:t>
        <w:br/>
        <w:t>v 0.661457 19.620134 0.859771</w:t>
        <w:br/>
        <w:t>v 0.704340 19.594076 0.784959</w:t>
        <w:br/>
        <w:t>v 0.663016 19.542240 0.825858</w:t>
        <w:br/>
        <w:t>v 0.639350 19.565096 0.869108</w:t>
        <w:br/>
        <w:t>v 0.636008 19.502249 0.844734</w:t>
        <w:br/>
        <w:t>v 0.606026 19.516670 0.879358</w:t>
        <w:br/>
        <w:t>v 0.688181 19.400566 0.734889</w:t>
        <w:br/>
        <w:t>v 0.667652 19.405102 0.759258</w:t>
        <w:br/>
        <w:t>v 0.681690 19.450249 0.764353</w:t>
        <w:br/>
        <w:t>v 0.700513 19.461973 0.743176</w:t>
        <w:br/>
        <w:t>v 0.618323 19.299112 0.759704</w:t>
        <w:br/>
        <w:t>v 0.644678 19.353621 0.750965</w:t>
        <w:br/>
        <w:t>v 0.668745 19.342518 0.727752</w:t>
        <w:br/>
        <w:t>v 0.625530 19.263268 0.745506</w:t>
        <w:br/>
        <w:t>v 0.823988 20.001038 0.422717</w:t>
        <w:br/>
        <w:t>v 0.847820 19.868929 0.308058</w:t>
        <w:br/>
        <w:t>v 0.825573 19.805792 0.453563</w:t>
        <w:br/>
        <w:t>v 0.800660 19.913050 0.563499</w:t>
        <w:br/>
        <w:t>v 0.366408 19.651390 1.069431</w:t>
        <w:br/>
        <w:t>v 0.445227 19.661213 1.043176</w:t>
        <w:br/>
        <w:t>v 0.440342 19.599106 1.016673</w:t>
        <w:br/>
        <w:t>v 0.365899 19.588619 1.033951</w:t>
        <w:br/>
        <w:t>v 0.567545 19.974966 0.942910</w:t>
        <w:br/>
        <w:t>v 0.479349 19.982664 1.011595</w:t>
        <w:br/>
        <w:t>v 0.487118 20.090187 0.970539</w:t>
        <w:br/>
        <w:t>v 0.580148 20.076441 0.888838</w:t>
        <w:br/>
        <w:t>v 0.295892 20.232933 1.036232</w:t>
        <w:br/>
        <w:t>v 0.206935 20.222111 1.070859</w:t>
        <w:br/>
        <w:t>v 0.276890 19.637592 1.090435</w:t>
        <w:br/>
        <w:t>v 0.185622 19.631193 1.106473</w:t>
        <w:br/>
        <w:t>v 0.187284 19.735554 1.144194</w:t>
        <w:br/>
        <w:t>v 0.285734 19.743542 1.121149</w:t>
        <w:br/>
        <w:t>v 0.109429 20.218632 1.092408</w:t>
        <w:br/>
        <w:t>v 0.098364 19.844927 1.165503</w:t>
        <w:br/>
        <w:t>v 0.189844 19.847893 1.151874</w:t>
        <w:br/>
        <w:t>v 0.098164 19.736681 1.152276</w:t>
        <w:br/>
        <w:t>v 0.286221 19.541939 1.026771</w:t>
        <w:br/>
        <w:t>v 0.298874 19.503466 0.985452</w:t>
        <w:br/>
        <w:t>v 0.234515 19.454817 0.963592</w:t>
        <w:br/>
        <w:t>v 0.205944 19.477234 0.996831</w:t>
        <w:br/>
        <w:t>v 0.178053 19.561493 1.070063</w:t>
        <w:br/>
        <w:t>v 0.132763 19.505459 1.026346</w:t>
        <w:br/>
        <w:t>v 0.041582 19.468193 1.032754</w:t>
        <w:br/>
        <w:t>v 0.051474 19.525290 1.058309</w:t>
        <w:br/>
        <w:t>v 0.101599 19.445480 0.996094</w:t>
        <w:br/>
        <w:t>v 0.110567 19.297382 0.946957</w:t>
        <w:br/>
        <w:t>v 0.151981 19.272453 0.924255</w:t>
        <w:br/>
        <w:t>v 0.140257 19.242916 0.938963</w:t>
        <w:br/>
        <w:t>v 0.098414 19.264715 0.960446</w:t>
        <w:br/>
        <w:t>v 0.284527 19.229313 0.896275</w:t>
        <w:br/>
        <w:t>v 0.351001 19.214878 0.884554</w:t>
        <w:br/>
        <w:t>v 0.324925 19.187490 0.898231</w:t>
        <w:br/>
        <w:t>v 0.258642 19.204796 0.907699</w:t>
        <w:br/>
        <w:t>v 0.216134 19.247351 0.911353</w:t>
        <w:br/>
        <w:t>v 0.197713 19.221977 0.921251</w:t>
        <w:br/>
        <w:t>v 0.389574 19.170216 0.888462</w:t>
        <w:br/>
        <w:t>v 0.418093 19.203011 0.869522</w:t>
        <w:br/>
        <w:t>v 0.479333 19.196962 0.843238</w:t>
        <w:br/>
        <w:t>v 0.483449 19.232918 0.837844</w:t>
        <w:br/>
        <w:t>v 0.534393 19.230442 0.814287</w:t>
        <w:br/>
        <w:t>v 0.536382 19.192940 0.812827</w:t>
        <w:br/>
        <w:t>v 0.156332 19.134975 0.956125</w:t>
        <w:br/>
        <w:t>v 0.112678 19.152176 0.970401</w:t>
        <w:br/>
        <w:t>v 0.123228 19.193632 0.956571</w:t>
        <w:br/>
        <w:t>v 0.171648 19.172146 0.941477</w:t>
        <w:br/>
        <w:t>v 0.139308 19.082624 0.968503</w:t>
        <w:br/>
        <w:t>v 0.119673 19.030128 0.983741</w:t>
        <w:br/>
        <w:t>v 0.094229 19.046198 1.005699</w:t>
        <w:br/>
        <w:t>v 0.103160 19.101381 0.986127</w:t>
        <w:br/>
        <w:t>v 0.033238 18.960312 1.030968</w:t>
        <w:br/>
        <w:t>v 0.030778 18.984537 1.050128</w:t>
        <w:br/>
        <w:t>v 0.069311 19.063871 1.038987</w:t>
        <w:br/>
        <w:t>v 0.074981 19.121731 1.006212</w:t>
        <w:br/>
        <w:t>v 0.080315 19.176910 0.987488</w:t>
        <w:br/>
        <w:t>v 0.086217 19.213659 0.975408</w:t>
        <w:br/>
        <w:t>v 0.055287 19.233526 0.997266</w:t>
        <w:br/>
        <w:t>v 0.053610 19.196978 1.009771</w:t>
        <w:br/>
        <w:t>v 0.025694 19.219988 1.035452</w:t>
        <w:br/>
        <w:t>v 0.026724 19.253542 1.021559</w:t>
        <w:br/>
        <w:t>v 0.030902 19.344360 1.009134</w:t>
        <w:br/>
        <w:t>v 0.033675 19.385983 1.014980</w:t>
        <w:br/>
        <w:t>v 0.078953 19.358395 0.972625</w:t>
        <w:br/>
        <w:t>v 0.068961 19.322872 0.976709</w:t>
        <w:br/>
        <w:t>v 0.036998 19.427635 1.022487</w:t>
        <w:br/>
        <w:t>v 0.025169 19.009295 1.085502</w:t>
        <w:br/>
        <w:t>v 0.726575 19.541428 0.727449</w:t>
        <w:br/>
        <w:t>v 0.726253 19.465624 0.691040</w:t>
        <w:br/>
        <w:t>v 0.683412 19.508133 0.784887</w:t>
        <w:br/>
        <w:t>v 0.705260 19.310829 0.418351</w:t>
        <w:br/>
        <w:t>v 0.704557 19.311640 0.281550</w:t>
        <w:br/>
        <w:t>v 0.660631 19.214785 0.301112</w:t>
        <w:br/>
        <w:t>v 0.664276 19.213686 0.435208</w:t>
        <w:br/>
        <w:t>v 0.432347 19.036858 0.887616</w:t>
        <w:br/>
        <w:t>v 0.364919 19.050831 0.919614</w:t>
        <w:br/>
        <w:t>v 0.406312 19.105841 0.894167</w:t>
        <w:br/>
        <w:t>v 0.470939 19.094292 0.864449</w:t>
        <w:br/>
        <w:t>v 0.506942 19.144720 0.838076</w:t>
        <w:br/>
        <w:t>v 0.447037 19.156799 0.866701</w:t>
        <w:br/>
        <w:t>v 0.308921 19.065775 0.937870</w:t>
        <w:br/>
        <w:t>v 0.256658 19.086374 0.943571</w:t>
        <w:br/>
        <w:t>v 0.287977 19.138136 0.923254</w:t>
        <w:br/>
        <w:t>v 0.347889 19.119316 0.913878</w:t>
        <w:br/>
        <w:t>v 0.242762 18.965958 0.950882</w:t>
        <w:br/>
        <w:t>v 0.198002 18.989187 0.961511</w:t>
        <w:br/>
        <w:t>v 0.233895 19.042770 0.954066</w:t>
        <w:br/>
        <w:t>v 0.286350 19.027231 0.946541</w:t>
        <w:br/>
        <w:t>v 0.295784 18.946045 0.931874</w:t>
        <w:br/>
        <w:t>v 0.238908 18.898157 0.932230</w:t>
        <w:br/>
        <w:t>v 0.207055 18.923265 0.952562</w:t>
        <w:br/>
        <w:t>v 0.224400 19.156511 0.930610</w:t>
        <w:br/>
        <w:t>v 0.199776 19.110189 0.948785</w:t>
        <w:br/>
        <w:t>v 0.179839 19.064709 0.959572</w:t>
        <w:br/>
        <w:t>v 0.152697 19.012419 0.970389</w:t>
        <w:br/>
        <w:t>v 0.067950 18.687803 0.876620</w:t>
        <w:br/>
        <w:t>v 0.032327 18.677975 0.879338</w:t>
        <w:br/>
        <w:t>v 0.026569 18.723520 0.907513</w:t>
        <w:br/>
        <w:t>v 0.060618 18.730810 0.903667</w:t>
        <w:br/>
        <w:t>v 0.161278 18.738119 0.871551</w:t>
        <w:br/>
        <w:t>v 0.130468 18.763172 0.894081</w:t>
        <w:br/>
        <w:t>v 0.174963 18.789770 0.891435</w:t>
        <w:br/>
        <w:t>v 0.223235 18.779474 0.871307</w:t>
        <w:br/>
        <w:t>v 0.077168 18.637243 0.855435</w:t>
        <w:br/>
        <w:t>v 0.127911 18.666708 0.849313</w:t>
        <w:br/>
        <w:t>v 0.142098 18.640537 0.816721</w:t>
        <w:br/>
        <w:t>v 0.081823 18.594915 0.826637</w:t>
        <w:br/>
        <w:t>v 0.270814 18.772665 0.845648</w:t>
        <w:br/>
        <w:t>v 0.315310 18.762636 0.806946</w:t>
        <w:br/>
        <w:t>v 0.212071 18.691557 0.810446</w:t>
        <w:br/>
        <w:t>v 0.187910 18.710625 0.844324</w:t>
        <w:br/>
        <w:t>v 0.152103 18.624540 0.772568</w:t>
        <w:br/>
        <w:t>v 0.162841 18.618044 0.722175</w:t>
        <w:br/>
        <w:t>v 0.085607 18.569246 0.737943</w:t>
        <w:br/>
        <w:t>v 0.083646 18.573221 0.786277</w:t>
        <w:br/>
        <w:t>v 0.088667 18.583624 0.644154</w:t>
        <w:br/>
        <w:t>v 0.083972 18.590799 0.589511</w:t>
        <w:br/>
        <w:t>v 0.054785 18.580578 0.594912</w:t>
        <w:br/>
        <w:t>v 0.049115 18.567488 0.651949</w:t>
        <w:br/>
        <w:t>v 0.247231 18.698793 0.413824</w:t>
        <w:br/>
        <w:t>v 0.253316 18.680771 0.513905</w:t>
        <w:br/>
        <w:t>v 0.332315 18.733061 0.474032</w:t>
        <w:br/>
        <w:t>v 0.323916 18.818594 0.848309</w:t>
        <w:br/>
        <w:t>v 0.378694 18.817217 0.806625</w:t>
        <w:br/>
        <w:t>v 0.243407 18.841406 0.897165</w:t>
        <w:br/>
        <w:t>v 0.302315 18.852003 0.879276</w:t>
        <w:br/>
        <w:t>v 0.271472 18.817259 0.872801</w:t>
        <w:br/>
        <w:t>v 0.215960 18.817089 0.892393</w:t>
        <w:br/>
        <w:t>v 0.412071 18.921391 0.870043</w:t>
        <w:br/>
        <w:t>v 0.459054 18.913128 0.811917</w:t>
        <w:br/>
        <w:t>v 0.422946 18.866745 0.810614</w:t>
        <w:br/>
        <w:t>v 0.375447 18.862415 0.855545</w:t>
        <w:br/>
        <w:t>v 0.403264 18.811813 0.752462</w:t>
        <w:br/>
        <w:t>v 0.414045 18.804045 0.684828</w:t>
        <w:br/>
        <w:t>v 0.345581 18.744677 0.692764</w:t>
        <w:br/>
        <w:t>v 0.334936 18.751957 0.752951</w:t>
        <w:br/>
        <w:t>v 0.449990 18.862829 0.752303</w:t>
        <w:br/>
        <w:t>v 0.459375 18.854189 0.678367</w:t>
        <w:br/>
        <w:t>v 0.401166 18.786749 0.437857</w:t>
        <w:br/>
        <w:t>v 0.352302 18.770479 0.347756</w:t>
        <w:br/>
        <w:t>v 0.441462 18.932703 0.106333</w:t>
        <w:br/>
        <w:t>v 0.326191 18.790998 0.203041</w:t>
        <w:br/>
        <w:t>v 0.434670 18.850071 0.284999</w:t>
        <w:br/>
        <w:t>v 0.504022 18.954401 0.219293</w:t>
        <w:br/>
        <w:t>v 0.561487 19.048607 0.169653</w:t>
        <w:br/>
        <w:t>v 0.623153 19.132008 0.131676</w:t>
        <w:br/>
        <w:t>v 0.602502 19.101809 0.086893</w:t>
        <w:br/>
        <w:t>v 0.662872 20.057587 0.799144</w:t>
        <w:br/>
        <w:t>v 0.645323 19.959286 0.860235</w:t>
        <w:br/>
        <w:t>v 0.703535 19.398041 0.684857</w:t>
        <w:br/>
        <w:t>v 0.679096 19.331987 0.684803</w:t>
        <w:br/>
        <w:t>v 0.920851 19.309378 -0.175490</w:t>
        <w:br/>
        <w:t>v 0.848369 19.386545 -0.118147</w:t>
        <w:br/>
        <w:t>v 0.936927 19.374804 -0.191041</w:t>
        <w:br/>
        <w:t>v 0.930944 19.443289 -0.228613</w:t>
        <w:br/>
        <w:t>v 0.927009 19.373404 -0.233259</w:t>
        <w:br/>
        <w:t>v 0.936927 19.374804 -0.191041</w:t>
        <w:br/>
        <w:t>v 0.941374 19.437691 -0.188254</w:t>
        <w:br/>
        <w:t>v 0.924050 19.506645 -0.191378</w:t>
        <w:br/>
        <w:t>v 0.925873 19.492115 -0.160596</w:t>
        <w:br/>
        <w:t>v 0.902847 19.539354 -0.143909</w:t>
        <w:br/>
        <w:t>v 0.905300 19.520918 -0.118412</w:t>
        <w:br/>
        <w:t>v 0.868821 19.524719 -0.067122</w:t>
        <w:br/>
        <w:t>v 0.844896 19.545849 -0.097612</w:t>
        <w:br/>
        <w:t>v 0.868821 19.524719 -0.067122</w:t>
        <w:br/>
        <w:t>v 0.795634 19.448696 -0.022981</w:t>
        <w:br/>
        <w:t>v 0.698430 19.336922 0.066627</w:t>
        <w:br/>
        <w:t>v 0.759874 19.406204 0.001400</w:t>
        <w:br/>
        <w:t>v 0.731612 19.421553 0.049335</w:t>
        <w:br/>
        <w:t>v 0.832504 19.520931 -0.028602</w:t>
        <w:br/>
        <w:t>v 0.821240 19.531635 -0.040368</w:t>
        <w:br/>
        <w:t>v 0.832504 19.520931 -0.028602</w:t>
        <w:br/>
        <w:t>v 0.754688 19.486893 0.039903</w:t>
        <w:br/>
        <w:t>v 0.844896 19.545849 -0.097612</w:t>
        <w:br/>
        <w:t>v 0.821240 19.531635 -0.040368</w:t>
        <w:br/>
        <w:t>v 0.759911 19.510763 -0.042854</w:t>
        <w:br/>
        <w:t>v 0.802412 19.285337 -0.087652</w:t>
        <w:br/>
        <w:t>v 0.740363 19.193953 -0.022419</w:t>
        <w:br/>
        <w:t>v 0.840955 19.182087 -0.078289</w:t>
        <w:br/>
        <w:t>v 0.920851 19.309378 -0.175490</w:t>
        <w:br/>
        <w:t>v 0.907911 19.308628 -0.219832</w:t>
        <w:br/>
        <w:t>v 0.873687 19.249899 -0.194826</w:t>
        <w:br/>
        <w:t>v 0.897806 19.257931 -0.146338</w:t>
        <w:br/>
        <w:t>v 0.819553 19.177078 -0.122231</w:t>
        <w:br/>
        <w:t>v 0.840955 19.182087 -0.078289</w:t>
        <w:br/>
        <w:t>v 0.753124 19.123718 -0.050003</w:t>
        <w:br/>
        <w:t>v 0.782307 19.141880 -0.010036</w:t>
        <w:br/>
        <w:t>v 0.686964 19.097477 0.034522</w:t>
        <w:br/>
        <w:t>v 0.718664 19.115179 0.065448</w:t>
        <w:br/>
        <w:t>v 0.718664 19.115179 0.065448</w:t>
        <w:br/>
        <w:t>v 0.782307 19.141880 -0.010036</w:t>
        <w:br/>
        <w:t>v 0.868354 19.446672 -0.216534</w:t>
        <w:br/>
        <w:t>v 0.805926 19.277452 -0.172705</w:t>
        <w:br/>
        <w:t>v 0.907911 19.308628 -0.219832</w:t>
        <w:br/>
        <w:t>v 0.927009 19.373404 -0.233259</w:t>
        <w:br/>
        <w:t>v 0.930944 19.443289 -0.228613</w:t>
        <w:br/>
        <w:t>v 0.924050 19.506645 -0.191378</w:t>
        <w:br/>
        <w:t>v 0.865219 19.497023 -0.188543</w:t>
        <w:br/>
        <w:t>v 0.902847 19.539354 -0.143909</w:t>
        <w:br/>
        <w:t>v 0.852903 19.535332 -0.142391</w:t>
        <w:br/>
        <w:t>v 0.819553 19.177078 -0.122231</w:t>
        <w:br/>
        <w:t>v 0.873687 19.249899 -0.194826</w:t>
        <w:br/>
        <w:t>v 0.734455 19.306055 -0.105831</w:t>
        <w:br/>
        <w:t>v 0.661111 19.196489 -0.067510</w:t>
        <w:br/>
        <w:t>v 0.738677 19.193878 -0.099586</w:t>
        <w:br/>
        <w:t>v 0.546048 19.085564 0.040751</w:t>
        <w:br/>
        <w:t>v 0.689150 19.117880 -0.030537</w:t>
        <w:br/>
        <w:t>v 0.546048 19.085564 0.040751</w:t>
        <w:br/>
        <w:t>v 0.602502 19.101809 0.086893</w:t>
        <w:br/>
        <w:t>v 0.689150 19.117880 -0.030537</w:t>
        <w:br/>
        <w:t>v 0.051937 19.145382 1.032342</w:t>
        <w:br/>
        <w:t>v 0.045741 19.093933 1.075571</w:t>
        <w:br/>
        <w:t>v 0.020935 19.127275 1.107435</w:t>
        <w:br/>
        <w:t>v 0.024257 19.175158 1.063505</w:t>
        <w:br/>
        <w:t>v 0.757226 19.478924 -0.112676</w:t>
        <w:br/>
        <w:t>v 0.734455 19.306055 -0.105831</w:t>
        <w:br/>
        <w:t>v 0.753124 19.123718 -0.050003</w:t>
        <w:br/>
        <w:t>v 0.753124 19.123718 -0.050003</w:t>
        <w:br/>
        <w:t>v 0.686964 19.097477 0.034522</w:t>
        <w:br/>
        <w:t>v 0.754688 19.486893 0.039903</w:t>
        <w:br/>
        <w:t>v 0.754688 19.486893 0.039903</w:t>
        <w:br/>
        <w:t>v 0.897806 19.257931 -0.146338</w:t>
        <w:br/>
        <w:t>v 0.664432 19.238976 0.100874</w:t>
        <w:br/>
        <w:t>v 0.090157 19.635862 1.118326</w:t>
        <w:br/>
        <w:t>v 0.072333 19.579933 1.091297</w:t>
        <w:br/>
        <w:t>v 0.519111 19.664806 1.007009</w:t>
        <w:br/>
        <w:t>v 0.463311 19.768911 1.051415</w:t>
        <w:br/>
        <w:t>v 0.539741 19.771355 1.005512</w:t>
        <w:br/>
        <w:t>v 0.755219 19.566401 0.667385</w:t>
        <w:br/>
        <w:t>v 0.746796 19.476786 0.637593</w:t>
        <w:br/>
        <w:t>v 0.151964 19.417908 0.963518</w:t>
        <w:br/>
        <w:t>v 0.504998 19.600384 0.988245</w:t>
        <w:br/>
        <w:t>v 0.483347 19.538349 0.960203</w:t>
        <w:br/>
        <w:t>v 0.431447 19.536217 0.976874</w:t>
        <w:br/>
        <w:t>v 0.578301 19.238953 0.785986</w:t>
        <w:br/>
        <w:t>v 0.584633 19.196924 0.777231</w:t>
        <w:br/>
        <w:t>v 0.132239 19.367077 0.940331</w:t>
        <w:br/>
        <w:t>v 0.178193 19.392307 0.929357</w:t>
        <w:br/>
        <w:t>v 0.167527 19.359392 0.918872</w:t>
        <w:br/>
        <w:t>v 0.536640 19.533669 0.935571</w:t>
        <w:br/>
        <w:t>v 0.562052 19.590811 0.951045</w:t>
        <w:br/>
        <w:t>v 0.087072 19.398159 0.978283</w:t>
        <w:br/>
        <w:t>v 0.157690 19.303759 0.917570</w:t>
        <w:br/>
        <w:t>v 0.124008 19.330265 0.933136</w:t>
        <w:br/>
        <w:t>v 0.239379 19.272089 0.899470</w:t>
        <w:br/>
        <w:t>v 0.303414 19.251232 0.886365</w:t>
        <w:br/>
        <w:t>v 0.368867 19.242626 0.873196</w:t>
        <w:br/>
        <w:t>v 0.572424 19.526049 0.910404</w:t>
        <w:br/>
        <w:t>v 0.604329 19.578699 0.910861</w:t>
        <w:br/>
        <w:t>v 0.060617 19.285748 0.985377</w:t>
        <w:br/>
        <w:t>v 0.000001 19.134916 1.119126</w:t>
        <w:br/>
        <w:t>v 0.016089 19.098764 1.146091</w:t>
        <w:br/>
        <w:t>v 0.665647 19.476801 0.802291</w:t>
        <w:br/>
        <w:t>v 0.765582 20.090672 0.567420</w:t>
        <w:br/>
        <w:t>v 0.672528 20.173660 0.727611</w:t>
        <w:br/>
        <w:t>v 0.863370 19.945063 0.163750</w:t>
        <w:br/>
        <w:t>v 0.866020 20.003622 0.017155</w:t>
        <w:br/>
        <w:t>v 0.746821 19.993759 0.685293</w:t>
        <w:br/>
        <w:t>v 0.726611 19.912712 0.765683</w:t>
        <w:br/>
        <w:t>v 0.784332 19.509663 0.308768</w:t>
        <w:br/>
        <w:t>v 0.814102 19.674240 0.378441</w:t>
        <w:br/>
        <w:t>v 0.820169 19.724480 0.216917</w:t>
        <w:br/>
        <w:t>v 0.782756 19.579971 0.159702</w:t>
        <w:br/>
        <w:t>v 0.501789 18.889486 0.472903</w:t>
        <w:br/>
        <w:t>v 0.481204 18.879784 0.366122</w:t>
        <w:br/>
        <w:t>v 0.446661 18.834297 0.398445</w:t>
        <w:br/>
        <w:t>v 0.471130 18.843554 0.501380</w:t>
        <w:br/>
        <w:t>v 0.353367 18.739422 0.556561</w:t>
        <w:br/>
        <w:t>v 0.350401 18.740555 0.626616</w:t>
        <w:br/>
        <w:t>v 0.421073 18.798918 0.607231</w:t>
        <w:br/>
        <w:t>v 0.418047 18.793743 0.528965</w:t>
        <w:br/>
        <w:t>v 0.705680 19.710297 0.816524</w:t>
        <w:br/>
        <w:t>v 0.734999 19.653915 0.730155</w:t>
        <w:br/>
        <w:t>v 0.540837 18.946783 0.438047</w:t>
        <w:br/>
        <w:t>v 0.529743 18.951752 0.307398</w:t>
        <w:br/>
        <w:t>v 0.743624 19.411293 0.418675</w:t>
        <w:br/>
        <w:t>v 0.744534 19.411892 0.282877</w:t>
        <w:br/>
        <w:t>v 0.212225 18.692898 0.297657</w:t>
        <w:br/>
        <w:t>v 0.074796 18.608435 0.489893</w:t>
        <w:br/>
        <w:t>v 0.100538 18.631748 0.358438</w:t>
        <w:br/>
        <w:t>v 0.796892 19.649530 -0.091933</w:t>
        <w:br/>
        <w:t>v 0.794677 19.632565 0.021280</w:t>
        <w:br/>
        <w:t>v 0.826837 19.765139 0.075625</w:t>
        <w:br/>
        <w:t>v 0.839663 19.822313 -0.051364</w:t>
        <w:br/>
        <w:t>v 0.759911 19.510763 -0.042854</w:t>
        <w:br/>
        <w:t>v 0.744573 19.503519 -0.104644</w:t>
        <w:br/>
        <w:t>v 0.424524 19.236300 0.857537</w:t>
        <w:br/>
        <w:t>v 0.251938 18.866993 0.911187</w:t>
        <w:br/>
        <w:t>v 0.298508 18.906681 0.915217</w:t>
        <w:br/>
        <w:t>v 0.252014 18.674059 0.590597</w:t>
        <w:br/>
        <w:t>v 0.249298 18.669298 0.655330</w:t>
        <w:br/>
        <w:t>v 0.169753 18.621298 0.677890</w:t>
        <w:br/>
        <w:t>v 0.171704 18.626635 0.620276</w:t>
        <w:br/>
        <w:t>v 0.087703 18.573351 0.699220</w:t>
        <w:br/>
        <w:t>v 0.501594 19.021097 0.066299</w:t>
        <w:br/>
        <w:t>v 0.091194 18.857044 0.988463</w:t>
        <w:br/>
        <w:t>v 0.089297 18.837673 0.977244</w:t>
        <w:br/>
        <w:t>v 0.063566 18.837345 0.994494</w:t>
        <w:br/>
        <w:t>v 0.063328 18.858921 1.006474</w:t>
        <w:br/>
        <w:t>v 0.111773 18.705523 0.873204</w:t>
        <w:br/>
        <w:t>v 0.095903 18.740940 0.899680</w:t>
        <w:br/>
        <w:t>v 0.228127 18.677816 0.762338</w:t>
        <w:br/>
        <w:t>v 0.243027 18.670485 0.709256</w:t>
        <w:br/>
        <w:t>v 0.046866 18.552650 0.709741</w:t>
        <w:br/>
        <w:t>v 0.043843 18.573479 0.831251</w:t>
        <w:br/>
        <w:t>v 0.045941 18.549311 0.794861</w:t>
        <w:br/>
        <w:t>v 0.040083 18.623266 0.858045</w:t>
        <w:br/>
        <w:t>v 0.335735 19.004583 0.929952</w:t>
        <w:br/>
        <w:t>v 0.167249 18.944624 0.968490</w:t>
        <w:br/>
        <w:t>v 0.117924 18.957752 0.981855</w:t>
        <w:br/>
        <w:t>v 0.778571 19.510704 0.437857</w:t>
        <w:br/>
        <w:t>v 0.756628 19.480150 0.156967</w:t>
        <w:br/>
        <w:t>v 0.739280 19.402243 0.156784</w:t>
        <w:br/>
        <w:t>v 0.551306 19.134201 0.803252</w:t>
        <w:br/>
        <w:t>v 0.516990 19.080772 0.828107</w:t>
        <w:br/>
        <w:t>v 0.028679 19.304531 1.009284</w:t>
        <w:br/>
        <w:t>v 0.623153 19.132008 0.131676</w:t>
        <w:br/>
        <w:t>v 0.624262 19.638571 0.909420</w:t>
        <w:br/>
        <w:t>v 0.577385 19.653761 0.963011</w:t>
        <w:br/>
        <w:t>v 0.647072 19.736977 0.898662</w:t>
        <w:br/>
        <w:t>v 0.599814 19.759811 0.950180</w:t>
        <w:br/>
        <w:t>v 0.802951 19.759346 0.563079</w:t>
        <w:br/>
        <w:t>v 0.776622 19.847849 0.655831</w:t>
        <w:br/>
        <w:t>v 0.793430 19.630259 0.488090</w:t>
        <w:br/>
        <w:t>v 0.108018 20.074768 1.142908</w:t>
        <w:br/>
        <w:t>v 0.200882 20.079266 1.123922</w:t>
        <w:br/>
        <w:t>v 0.295987 20.082722 1.090054</w:t>
        <w:br/>
        <w:t>v 0.495150 20.222563 0.908136</w:t>
        <w:br/>
        <w:t>v 0.588404 20.198196 0.817642</w:t>
        <w:br/>
        <w:t>v 0.385645 20.227938 0.985840</w:t>
        <w:br/>
        <w:t>v 0.386020 20.090784 1.039111</w:t>
        <w:br/>
        <w:t>v 0.165517 18.630817 0.554837</w:t>
        <w:br/>
        <w:t>v 0.151911 18.645021 0.457764</w:t>
        <w:br/>
        <w:t>v 0.032789 18.934942 1.023823</w:t>
        <w:br/>
        <w:t>v 0.759911 19.510763 -0.042854</w:t>
        <w:br/>
        <w:t>v 0.351592 18.931677 0.907457</w:t>
        <w:br/>
        <w:t>v 0.394805 18.983639 0.900531</w:t>
        <w:br/>
        <w:t>v 0.446475 18.972126 0.864216</w:t>
        <w:br/>
        <w:t>v 0.501252 18.897385 0.575305</w:t>
        <w:br/>
        <w:t>v 0.534140 18.949499 0.550456</w:t>
        <w:br/>
        <w:t>v 0.514210 18.949360 0.743896</w:t>
        <w:br/>
        <w:t>v 0.523025 18.948507 0.660670</w:t>
        <w:br/>
        <w:t>v 0.494348 18.901367 0.671538</w:t>
        <w:br/>
        <w:t>v 0.484974 18.907585 0.751603</w:t>
        <w:br/>
        <w:t>v 0.326953 18.893589 0.897855</w:t>
        <w:br/>
        <w:t>v 0.467213 18.850582 0.591249</w:t>
        <w:br/>
        <w:t>v 0.000001 19.184456 1.074072</w:t>
        <w:br/>
        <w:t>v 0.000001 19.229996 1.046793</w:t>
        <w:br/>
        <w:t>v 0.695098 19.376965 -0.136420</w:t>
        <w:br/>
        <w:t>v 0.230081 19.348894 0.892023</w:t>
        <w:br/>
        <w:t>v 0.262711 19.298912 0.878336</w:t>
        <w:br/>
        <w:t>v 0.258962 19.299587 0.885908</w:t>
        <w:br/>
        <w:t>v 0.229799 19.348503 0.899257</w:t>
        <w:br/>
        <w:t>v 0.325029 19.281796 0.867967</w:t>
        <w:br/>
        <w:t>v 0.389018 19.279608 0.859049</w:t>
        <w:br/>
        <w:t>v 0.387634 19.278803 0.862412</w:t>
        <w:br/>
        <w:t>v 0.322618 19.281555 0.874237</w:t>
        <w:br/>
        <w:t>v 0.429962 19.277237 0.850964</w:t>
        <w:br/>
        <w:t>v 0.430530 19.278423 0.845612</w:t>
        <w:br/>
        <w:t>v 0.480805 19.276470 0.837617</w:t>
        <w:br/>
        <w:t>v 0.480633 19.278305 0.828823</w:t>
        <w:br/>
        <w:t>v 0.521078 19.282614 0.810503</w:t>
        <w:br/>
        <w:t>v 0.528200 19.281300 0.818491</w:t>
        <w:br/>
        <w:t>v 0.564551 19.299017 0.777897</w:t>
        <w:br/>
        <w:t>v 0.572576 19.296387 0.792533</w:t>
        <w:br/>
        <w:t>v 0.606450 19.323917 0.774125</w:t>
        <w:br/>
        <w:t>v 0.597722 19.326872 0.766552</w:t>
        <w:br/>
        <w:t>v 0.623756 19.366819 0.758871</w:t>
        <w:br/>
        <w:t>v 0.633965 19.361565 0.765326</w:t>
        <w:br/>
        <w:t>v 0.655673 19.447508 0.768925</w:t>
        <w:br/>
        <w:t>v 0.668225 19.446447 0.778078</w:t>
        <w:br/>
        <w:t>v 0.655584 19.408644 0.771021</w:t>
        <w:br/>
        <w:t>v 0.641181 19.411499 0.762614</w:t>
        <w:br/>
        <w:t>v 0.506912 19.509495 0.915692</w:t>
        <w:br/>
        <w:t>v 0.511172 19.506598 0.932881</w:t>
        <w:br/>
        <w:t>v 0.543727 19.501066 0.917395</w:t>
        <w:br/>
        <w:t>v 0.538987 19.502951 0.902462</w:t>
        <w:br/>
        <w:t>v 0.460615 19.512672 0.931515</w:t>
        <w:br/>
        <w:t>v 0.464424 19.509472 0.948876</w:t>
        <w:br/>
        <w:t>v 0.413816 19.508451 0.940223</w:t>
        <w:br/>
        <w:t>v 0.416849 19.505701 0.956615</w:t>
        <w:br/>
        <w:t>v 0.366035 19.492826 0.936902</w:t>
        <w:br/>
        <w:t>v 0.368046 19.490637 0.952440</w:t>
        <w:br/>
        <w:t>v 0.311527 19.465031 0.944134</w:t>
        <w:br/>
        <w:t>v 0.310028 19.467012 0.930307</w:t>
        <w:br/>
        <w:t>v 0.259593 19.436398 0.919248</w:t>
        <w:br/>
        <w:t>v 0.260898 19.434446 0.930754</w:t>
        <w:br/>
        <w:t>v 0.218677 19.393530 0.903706</w:t>
        <w:br/>
        <w:t>v 0.220136 19.392647 0.910668</w:t>
        <w:br/>
        <w:t>v 0.668225 19.446447 0.778078</w:t>
        <w:br/>
        <w:t>v 0.655673 19.447508 0.768925</w:t>
        <w:br/>
        <w:t>v 0.634879 19.461073 0.814273</w:t>
        <w:br/>
        <w:t>v 0.646025 19.461926 0.826431</w:t>
        <w:br/>
        <w:t>v 0.570858 19.495604 0.881553</w:t>
        <w:br/>
        <w:t>v 0.577379 19.493958 0.894716</w:t>
        <w:br/>
        <w:t>v 0.608459 19.482687 0.868542</w:t>
        <w:br/>
        <w:t>v 0.599965 19.481974 0.855336</w:t>
        <w:br/>
        <w:t>v 0.162720 19.309311 0.737438</w:t>
        <w:br/>
        <w:t>v 0.215125 19.253532 0.712984</w:t>
        <w:br/>
        <w:t>v 0.380087 19.229887 0.678086</w:t>
        <w:br/>
        <w:t>v 0.469919 19.239534 0.684668</w:t>
        <w:br/>
        <w:t>v 0.584313 19.258867 0.688377</w:t>
        <w:br/>
        <w:t>v 0.618531 19.477037 0.612198</w:t>
        <w:br/>
        <w:t>v 0.609925 19.354080 0.649695</w:t>
        <w:br/>
        <w:t>v 0.663320 19.603367 0.662092</w:t>
        <w:br/>
        <w:t>v 0.586585 19.627087 0.839649</w:t>
        <w:br/>
        <w:t>v 0.506912 19.509495 0.915692</w:t>
        <w:br/>
        <w:t>v 0.538987 19.502951 0.902462</w:t>
        <w:br/>
        <w:t>v 0.481536 19.648083 0.891518</w:t>
        <w:br/>
        <w:t>v 0.460615 19.512672 0.931515</w:t>
        <w:br/>
        <w:t>v 0.389556 19.660900 0.901072</w:t>
        <w:br/>
        <w:t>v 0.413816 19.508451 0.940223</w:t>
        <w:br/>
        <w:t>v 0.366035 19.492826 0.936902</w:t>
        <w:br/>
        <w:t>v 0.301734 19.656906 0.914244</w:t>
        <w:br/>
        <w:t>v 0.234935 19.608000 0.897881</w:t>
        <w:br/>
        <w:t>v 0.310028 19.467012 0.930307</w:t>
        <w:br/>
        <w:t>v 0.174593 19.534481 0.837952</w:t>
        <w:br/>
        <w:t>v 0.149945 19.416515 0.791500</w:t>
        <w:br/>
        <w:t>v 0.570858 19.495604 0.881553</w:t>
        <w:br/>
        <w:t>v 0.599965 19.481974 0.855336</w:t>
        <w:br/>
        <w:t>v 0.200299 19.630093 0.646960</w:t>
        <w:br/>
        <w:t>v 0.234935 19.608000 0.897881</w:t>
        <w:br/>
        <w:t>v 0.587918 19.058344 0.233727</w:t>
        <w:br/>
        <w:t>v 0.553505 18.997849 0.271262</w:t>
        <w:br/>
        <w:t>v 0.597722 19.326872 0.766552</w:t>
        <w:br/>
        <w:t>v 0.291712 19.967520 1.117326</w:t>
        <w:br/>
        <w:t>v 0.195800 19.964783 1.147066</w:t>
        <w:br/>
        <w:t>v 0.103885 19.960651 1.163892</w:t>
        <w:br/>
        <w:t>v 0.380874 19.757763 1.087163</w:t>
        <w:br/>
        <w:t>v 0.384246 19.977514 1.069776</w:t>
        <w:br/>
        <w:t>v 0.546048 19.085564 0.040751</w:t>
        <w:br/>
        <w:t>v 0.622776 19.118082 0.210047</w:t>
        <w:br/>
        <w:t>v 0.620548 19.114130 0.338553</w:t>
        <w:br/>
        <w:t>v 0.660174 19.214886 0.183217</w:t>
        <w:br/>
        <w:t>v 0.700856 19.306816 0.165497</w:t>
        <w:br/>
        <w:t>v 0.137318 18.823460 0.919106</w:t>
        <w:br/>
        <w:t>v 0.134115 18.825504 0.919830</w:t>
        <w:br/>
        <w:t>v 0.142842 18.828238 0.915803</w:t>
        <w:br/>
        <w:t>v 0.085411 18.829742 0.959397</w:t>
        <w:br/>
        <w:t>v 0.082824 18.823311 0.944232</w:t>
        <w:br/>
        <w:t>v 0.060572 18.821589 0.954489</w:t>
        <w:br/>
        <w:t>v 0.060605 18.829189 0.973224</w:t>
        <w:br/>
        <w:t>v 0.059860 18.773928 0.946781</w:t>
        <w:br/>
        <w:t>v 0.028279 18.767187 0.954945</w:t>
        <w:br/>
        <w:t>v 0.029041 18.787474 0.967500</w:t>
        <w:br/>
        <w:t>v 0.059955 18.791567 0.957923</w:t>
        <w:br/>
        <w:t>v 0.083004 18.810127 0.947126</w:t>
        <w:br/>
        <w:t>v 0.060275 18.807236 0.957836</w:t>
        <w:br/>
        <w:t>v 0.060064 18.818081 0.952988</w:t>
        <w:br/>
        <w:t>v 0.082160 18.818911 0.944600</w:t>
        <w:br/>
        <w:t>v 0.113879 18.837147 0.957626</w:t>
        <w:br/>
        <w:t>v 0.109106 18.830257 0.946232</w:t>
        <w:br/>
        <w:t>v 0.124477 18.818529 0.925584</w:t>
        <w:br/>
        <w:t>v 0.122182 18.822538 0.926117</w:t>
        <w:br/>
        <w:t>v 0.029766 18.819605 0.957528</w:t>
        <w:br/>
        <w:t>v 0.029705 18.820597 0.959223</w:t>
        <w:br/>
        <w:t>v 0.060572 18.821589 0.954489</w:t>
        <w:br/>
        <w:t>v 0.060567 18.820522 0.950662</w:t>
        <w:br/>
        <w:t>v 0.081664 18.821484 0.941808</w:t>
        <w:br/>
        <w:t>v 0.104309 18.822783 0.933585</w:t>
        <w:br/>
        <w:t>v 0.105076 18.820673 0.934826</w:t>
        <w:br/>
        <w:t>v 0.082160 18.818911 0.944600</w:t>
        <w:br/>
        <w:t>v 0.106638 18.814047 0.934560</w:t>
        <w:br/>
        <w:t>v 0.105076 18.820673 0.934826</w:t>
        <w:br/>
        <w:t>v 0.137896 18.833910 0.929535</w:t>
        <w:br/>
        <w:t>v 0.135161 18.830866 0.925437</w:t>
        <w:br/>
        <w:t>v 0.124282 18.830465 0.934404</w:t>
        <w:br/>
        <w:t>v 0.128029 18.835619 0.943011</w:t>
        <w:br/>
        <w:t>v 0.159192 18.828434 0.913640</w:t>
        <w:br/>
        <w:t>v 0.151884 18.818485 0.913918</w:t>
        <w:br/>
        <w:t>v 0.140120 18.821039 0.916788</w:t>
        <w:br/>
        <w:t>v 0.130289 18.808395 0.917628</w:t>
        <w:br/>
        <w:t>v 0.127429 18.813484 0.922620</w:t>
        <w:br/>
        <w:t>v 0.107644 18.805864 0.931479</w:t>
        <w:br/>
        <w:t>v 0.110392 18.797009 0.924938</w:t>
        <w:br/>
        <w:t>v 0.105036 18.824804 0.936539</w:t>
        <w:br/>
        <w:t>v 0.121961 18.826731 0.927718</w:t>
        <w:br/>
        <w:t>v 0.121571 18.824995 0.925485</w:t>
        <w:br/>
        <w:t>v 0.104359 18.822893 0.933585</w:t>
        <w:br/>
        <w:t>v 0.139345 18.830095 0.918301</w:t>
        <w:br/>
        <w:t>v 0.133275 18.828419 0.921675</w:t>
        <w:br/>
        <w:t>v 0.141456 18.831249 0.918216</w:t>
        <w:br/>
        <w:t>v 0.142149 18.830488 0.915981</w:t>
        <w:br/>
        <w:t>v 0.158162 18.832268 0.914729</w:t>
        <w:br/>
        <w:t>v 0.104309 18.822783 0.933585</w:t>
        <w:br/>
        <w:t>v 0.066213 18.823013 0.935987</w:t>
        <w:br/>
        <w:t>v 0.116187 18.825569 0.920591</w:t>
        <w:br/>
        <w:t>v 0.081664 18.821484 0.941808</w:t>
        <w:br/>
        <w:t>v 0.060080 18.820328 0.950705</w:t>
        <w:br/>
        <w:t>v 0.029104 18.819485 0.957511</w:t>
        <w:br/>
        <w:t>v 0.029991 18.823118 0.944914</w:t>
        <w:br/>
        <w:t>v 0.132782 18.827160 0.920288</w:t>
        <w:br/>
        <w:t>v 0.138858 18.828892 0.917923</w:t>
        <w:br/>
        <w:t>v 0.138733 18.837233 0.906238</w:t>
        <w:br/>
        <w:t>v 0.086198 18.830639 0.926180</w:t>
        <w:br/>
        <w:t>v 0.104359 18.822893 0.933585</w:t>
        <w:br/>
        <w:t>v 0.118099 18.833210 0.912645</w:t>
        <w:br/>
        <w:t>v 0.082451 18.821709 0.941725</w:t>
        <w:br/>
        <w:t>v 0.029559 18.831604 0.940599</w:t>
        <w:br/>
        <w:t>v 0.060567 18.820522 0.950662</w:t>
        <w:br/>
        <w:t>v 0.029766 18.819605 0.957528</w:t>
        <w:br/>
        <w:t>v 0.111504 18.821344 0.913391</w:t>
        <w:br/>
        <w:t>v 0.150636 18.823999 0.900409</w:t>
        <w:br/>
        <w:t>v 0.131951 18.826567 0.912570</w:t>
        <w:br/>
        <w:t>v 0.044642 18.815941 0.930205</w:t>
        <w:br/>
        <w:t>v 0.178216 18.832138 0.892078</w:t>
        <w:br/>
        <w:t>v 0.138952 18.828127 0.912088</w:t>
        <w:br/>
        <w:t>v 0.179227 18.895685 0.889342</w:t>
        <w:br/>
        <w:t>v 0.178216 18.832138 0.892078</w:t>
        <w:br/>
        <w:t>v 0.125056 18.896297 0.912382</w:t>
        <w:br/>
        <w:t>v 0.086198 18.830639 0.926180</w:t>
        <w:br/>
        <w:t>v 0.052399 18.896404 0.925569</w:t>
        <w:br/>
        <w:t>v 0.066813 18.740112 0.856304</w:t>
        <w:br/>
        <w:t>v 0.130127 18.774836 0.846583</w:t>
        <w:br/>
        <w:t>v 0.193953 18.818306 0.882610</w:t>
        <w:br/>
        <w:t>v 0.205308 18.881662 0.873862</w:t>
        <w:br/>
        <w:t>v 0.066488 18.939217 0.903477</w:t>
        <w:br/>
        <w:t>v 0.140432 18.938332 0.881781</w:t>
        <w:br/>
        <w:t>v 0.205308 18.881662 0.873862</w:t>
        <w:br/>
        <w:t>v 0.208530 18.921658 0.863145</w:t>
        <w:br/>
        <w:t>v 0.052025 18.689674 0.810534</w:t>
        <w:br/>
        <w:t>v 0.062354 18.674402 0.703904</w:t>
        <w:br/>
        <w:t>v 0.136972 18.752577 0.800218</w:t>
        <w:br/>
        <w:t>v 0.155895 18.734085 0.713496</w:t>
        <w:br/>
        <w:t>v 0.204433 18.808895 0.803641</w:t>
        <w:br/>
        <w:t>v 0.220871 18.790018 0.732957</w:t>
        <w:br/>
        <w:t>v 0.245414 18.838589 0.764495</w:t>
        <w:br/>
        <w:t>v 0.234935 18.872948 0.841712</w:t>
        <w:br/>
        <w:t>v 0.247937 18.928474 0.743361</w:t>
        <w:br/>
        <w:t>v 0.234935 18.872948 0.841712</w:t>
        <w:br/>
        <w:t>v 0.245414 18.838589 0.764495</w:t>
        <w:br/>
        <w:t>v 0.226641 18.943172 0.823913</w:t>
        <w:br/>
        <w:t>v 0.163152 18.985952 0.726986</w:t>
        <w:br/>
        <w:t>v 0.149687 18.969509 0.832831</w:t>
        <w:br/>
        <w:t>v 0.063016 18.990149 0.722640</w:t>
        <w:br/>
        <w:t>v 0.054222 18.968481 0.836466</w:t>
        <w:br/>
        <w:t>v 0.250123 18.831562 0.663722</w:t>
        <w:br/>
        <w:t>v 0.243716 18.933060 0.649333</w:t>
        <w:br/>
        <w:t>v 0.200599 18.903996 0.548135</w:t>
        <w:br/>
        <w:t>v 0.173069 18.973158 0.600769</w:t>
        <w:br/>
        <w:t>v 0.163489 18.930960 0.487780</w:t>
        <w:br/>
        <w:t>v 0.071109 18.984730 0.595474</w:t>
        <w:br/>
        <w:t>v 0.073095 18.943525 0.454056</w:t>
        <w:br/>
        <w:t>v 0.211428 18.845285 0.548222</w:t>
        <w:br/>
        <w:t>v 0.250123 18.831562 0.663722</w:t>
        <w:br/>
        <w:t>v 0.190643 18.798113 0.540016</w:t>
        <w:br/>
        <w:t>v 0.211428 18.845285 0.548222</w:t>
        <w:br/>
        <w:t>v 0.222095 18.772726 0.653692</w:t>
        <w:br/>
        <w:t>v 0.166924 18.731359 0.617407</w:t>
        <w:br/>
        <w:t>v 0.157631 18.780859 0.478450</w:t>
        <w:br/>
        <w:t>v 0.063991 18.688833 0.593682</w:t>
        <w:br/>
        <w:t>v 0.064352 18.761448 0.435720</w:t>
        <w:br/>
        <w:t>v 0.078829 18.866993 0.422568</w:t>
        <w:br/>
        <w:t>v 0.078829 18.866993 0.422568</w:t>
        <w:br/>
        <w:t>v 0.171908 18.867702 0.461450</w:t>
        <w:br/>
        <w:t>v 0.171908 18.867702 0.461450</w:t>
        <w:br/>
        <w:t>v 0.121621 18.824936 0.925533</w:t>
        <w:br/>
        <w:t>v 0.121571 18.824995 0.925485</w:t>
        <w:br/>
        <w:t>v 0.012728 19.065559 1.147872</w:t>
        <w:br/>
        <w:t>v 0.018899 19.037390 1.120640</w:t>
        <w:br/>
        <w:t>v 0.029066 18.803888 0.966567</w:t>
        <w:br/>
        <w:t>v 0.029089 18.817612 0.959428</w:t>
        <w:br/>
        <w:t>v 0.084337 18.797243 0.945320</w:t>
        <w:br/>
        <w:t>v 0.085464 18.783337 0.937262</w:t>
        <w:br/>
        <w:t>v 0.082451 18.821709 0.941725</w:t>
        <w:br/>
        <w:t>v 0.082824 18.823311 0.944232</w:t>
        <w:br/>
        <w:t>v 0.029391 18.828577 0.983126</w:t>
        <w:br/>
        <w:t>v 0.031468 18.836622 1.007906</w:t>
        <w:br/>
        <w:t>v 0.121961 18.826731 0.927718</w:t>
        <w:br/>
        <w:t>v 0.139438 18.828390 0.916873</w:t>
        <w:br/>
        <w:t>v 0.140228 18.829449 0.917157</w:t>
        <w:br/>
        <w:t>v 0.621404 19.113403 0.464302</w:t>
        <w:br/>
        <w:t>v 0.489484 18.958555 0.805958</w:t>
        <w:br/>
        <w:t>v 0.479386 19.022657 0.852383</w:t>
        <w:br/>
        <w:t>v 0.521083 19.008436 0.793469</w:t>
        <w:br/>
        <w:t>v 0.229799 19.348503 0.899257</w:t>
        <w:br/>
        <w:t>v 0.258962 19.299587 0.885908</w:t>
        <w:br/>
        <w:t>v 0.029705 18.820597 0.959223</w:t>
        <w:br/>
        <w:t>v 0.634603 19.219284 0.708771</w:t>
        <w:br/>
        <w:t>v 0.592629 19.126814 0.738991</w:t>
        <w:br/>
        <w:t>v 0.138959 18.830568 0.911870</w:t>
        <w:br/>
        <w:t>v 0.138998 18.828875 0.917796</w:t>
        <w:br/>
        <w:t>v 0.138860 18.828749 0.917845</w:t>
        <w:br/>
        <w:t>v 0.132791 18.827137 0.920275</w:t>
        <w:br/>
        <w:t>v 0.138733 18.837233 0.906238</w:t>
        <w:br/>
        <w:t>v 0.138959 18.830568 0.911870</w:t>
        <w:br/>
        <w:t>v 0.186649 19.490599 0.599972</w:t>
        <w:br/>
        <w:t>v 0.200053 19.373617 0.643564</w:t>
        <w:br/>
        <w:t>v 0.301734 19.656906 0.914244</w:t>
        <w:br/>
        <w:t>v 0.503156 19.354069 0.611412</w:t>
        <w:br/>
        <w:t>v 0.510350 19.488661 0.609222</w:t>
        <w:br/>
        <w:t>v 0.618531 19.477037 0.612198</w:t>
        <w:br/>
        <w:t>v 0.609925 19.354080 0.649695</w:t>
        <w:br/>
        <w:t>v 0.513374 19.641754 0.631628</w:t>
        <w:br/>
        <w:t>v 0.663320 19.603367 0.662092</w:t>
        <w:br/>
        <w:t>v 0.513374 19.641754 0.631628</w:t>
        <w:br/>
        <w:t>v 0.481536 19.648083 0.891518</w:t>
        <w:br/>
        <w:t>v 0.586585 19.627087 0.839649</w:t>
        <w:br/>
        <w:t>v 0.663320 19.603367 0.662092</w:t>
        <w:br/>
        <w:t>v 0.389556 19.660900 0.901072</w:t>
        <w:br/>
        <w:t>v 0.363371 19.649969 0.626080</w:t>
        <w:br/>
        <w:t>v 0.200299 19.630093 0.646960</w:t>
        <w:br/>
        <w:t>v 0.363371 19.649969 0.626080</w:t>
        <w:br/>
        <w:t>v 0.358241 19.488497 0.603293</w:t>
        <w:br/>
        <w:t>v 0.186649 19.490599 0.599972</w:t>
        <w:br/>
        <w:t>v 0.355094 19.355049 0.607577</w:t>
        <w:br/>
        <w:t>v 0.200053 19.373617 0.643564</w:t>
        <w:br/>
        <w:t>v 0.215125 19.253532 0.712984</w:t>
        <w:br/>
        <w:t>v 0.380087 19.229887 0.678086</w:t>
        <w:br/>
        <w:t>v 0.584313 19.258867 0.688377</w:t>
        <w:br/>
        <w:t>v 0.469919 19.239534 0.684668</w:t>
        <w:br/>
        <w:t>v 0.634879 19.461073 0.814273</w:t>
        <w:br/>
        <w:t>v 0.655673 19.447508 0.768925</w:t>
        <w:br/>
        <w:t>v 0.008225 19.089834 1.162695</w:t>
        <w:br/>
        <w:t>v 0.220136 19.392647 0.910668</w:t>
        <w:br/>
        <w:t>v 0.083063 18.971149 1.018556</w:t>
        <w:br/>
        <w:t>v 0.086373 18.945074 1.006484</w:t>
        <w:br/>
        <w:t>v 0.104035 18.983873 1.003101</w:t>
        <w:br/>
        <w:t>v 0.046966 18.547663 0.748154</w:t>
        <w:br/>
        <w:t>v 0.116400 18.851669 0.968618</w:t>
        <w:br/>
        <w:t>v 0.133787 18.847162 0.953777</w:t>
        <w:br/>
        <w:t>v 0.144978 18.841616 0.936653</w:t>
        <w:br/>
        <w:t>v 0.031315 18.859053 1.020438</w:t>
        <w:br/>
        <w:t>v 0.157132 18.835209 0.919348</w:t>
        <w:br/>
        <w:t>v 0.724855 19.399521 0.631689</w:t>
        <w:br/>
        <w:t>v 0.693892 19.318357 0.628727</w:t>
        <w:br/>
        <w:t>v 0.603385 19.115366 0.671653</w:t>
        <w:br/>
        <w:t>v 0.647776 19.209864 0.645426</w:t>
        <w:br/>
        <w:t>v 0.661251 19.214138 0.556025</w:t>
        <w:br/>
        <w:t>v 0.701866 19.314138 0.545590</w:t>
        <w:br/>
        <w:t>v 0.736348 19.404409 0.554404</w:t>
        <w:br/>
        <w:t>v 0.764201 19.494286 0.566723</w:t>
        <w:br/>
        <w:t>v 0.774235 19.597851 0.603324</w:t>
        <w:br/>
        <w:t>v 0.765475 19.704100 0.665125</w:t>
        <w:br/>
        <w:t>v 0.736688 19.783102 0.752984</w:t>
        <w:br/>
        <w:t>v 0.688078 19.826189 0.841225</w:t>
        <w:br/>
        <w:t>v 0.622007 19.858398 0.912299</w:t>
        <w:br/>
        <w:t>v 0.552556 19.869190 0.983854</w:t>
        <w:br/>
        <w:t>v 0.471293 19.871683 1.038837</w:t>
        <w:br/>
        <w:t>v 0.381661 19.861729 1.084664</w:t>
        <w:br/>
        <w:t>v 0.285918 19.850628 1.126581</w:t>
        <w:br/>
        <w:t>v 0.616446 19.112135 0.581547</w:t>
        <w:br/>
        <w:t>v 0.322618 19.281555 0.874237</w:t>
        <w:br/>
        <w:t>v 0.387634 19.278803 0.862412</w:t>
        <w:br/>
        <w:t>v 0.429962 19.277237 0.850964</w:t>
        <w:br/>
        <w:t>v 0.480805 19.276470 0.837617</w:t>
        <w:br/>
        <w:t>v 0.528200 19.281300 0.818491</w:t>
        <w:br/>
        <w:t>v 0.572576 19.296387 0.792533</w:t>
        <w:br/>
        <w:t>v 0.606450 19.323917 0.774125</w:t>
        <w:br/>
        <w:t>v 0.633965 19.361565 0.765326</w:t>
        <w:br/>
        <w:t>v 0.655584 19.408644 0.771021</w:t>
        <w:br/>
        <w:t>v 0.668225 19.446447 0.778078</w:t>
        <w:br/>
        <w:t>v 0.646025 19.461926 0.826431</w:t>
        <w:br/>
        <w:t>v 0.608459 19.482687 0.868542</w:t>
        <w:br/>
        <w:t>v 0.577379 19.493958 0.894716</w:t>
        <w:br/>
        <w:t>v 0.543727 19.501066 0.917395</w:t>
        <w:br/>
        <w:t>v 0.511172 19.506598 0.932881</w:t>
        <w:br/>
        <w:t>v 0.464424 19.509472 0.948876</w:t>
        <w:br/>
        <w:t>v 0.416849 19.505701 0.956615</w:t>
        <w:br/>
        <w:t>v 0.416849 19.505701 0.956615</w:t>
        <w:br/>
        <w:t>v 0.368046 19.490637 0.952440</w:t>
        <w:br/>
        <w:t>v 0.369566 19.526056 0.985000</w:t>
        <w:br/>
        <w:t>v 0.311527 19.465031 0.944134</w:t>
        <w:br/>
        <w:t>v 0.260898 19.434446 0.930754</w:t>
        <w:br/>
        <w:t>v 0.160209 18.816877 0.908419</w:t>
        <w:br/>
        <w:t>v 0.185941 18.816734 0.902469</w:t>
        <w:br/>
        <w:t>v 0.154997 18.797085 0.902900</w:t>
        <w:br/>
        <w:t>v 0.136697 18.803308 0.911666</w:t>
        <w:br/>
        <w:t>v 0.119948 18.776400 0.906486</w:t>
        <w:br/>
        <w:t>v 0.113877 18.787527 0.916380</w:t>
        <w:br/>
        <w:t>v 0.178577 18.831610 0.909889</w:t>
        <w:br/>
        <w:t>v 0.214005 18.836138 0.904957</w:t>
        <w:br/>
        <w:t>v 0.104409 18.902884 0.987228</w:t>
        <w:br/>
        <w:t>v 0.139058 18.894972 0.970286</w:t>
        <w:br/>
        <w:t>v 0.124444 18.870384 0.970451</w:t>
        <w:br/>
        <w:t>v 0.096003 18.877979 0.988435</w:t>
        <w:br/>
        <w:t>v 0.147352 18.862297 0.955163</w:t>
        <w:br/>
        <w:t>v 0.171458 18.886456 0.955262</w:t>
        <w:br/>
        <w:t>v 0.067537 18.906311 1.004821</w:t>
        <w:br/>
        <w:t>v 0.064452 18.882431 1.005090</w:t>
        <w:br/>
        <w:t>v 0.161928 18.852568 0.937266</w:t>
        <w:br/>
        <w:t>v 0.198950 18.873177 0.935529</w:t>
        <w:br/>
        <w:t>v 0.172757 18.841679 0.918277</w:t>
        <w:br/>
        <w:t>v 0.218639 18.852594 0.915263</w:t>
        <w:br/>
        <w:t>v 0.027518 18.752151 0.937198</w:t>
        <w:br/>
        <w:t>v 0.027155 18.740036 0.920540</w:t>
        <w:br/>
        <w:t>v 0.059955 18.759167 0.931556</w:t>
        <w:br/>
        <w:t>v 0.060118 18.746967 0.916238</w:t>
        <w:br/>
        <w:t>v 0.088135 18.770372 0.924362</w:t>
        <w:br/>
        <w:t>v 0.089845 18.757734 0.911055</w:t>
        <w:br/>
        <w:t>v 0.032102 18.905720 1.019894</w:t>
        <w:br/>
        <w:t>v 0.031602 18.881977 1.019008</w:t>
        <w:br/>
        <w:t>v 0.557566 19.069698 0.772823</w:t>
        <w:br/>
        <w:t>v 0.567887 18.996237 0.407951</w:t>
        <w:br/>
        <w:t>v 0.595443 19.057142 0.373707</w:t>
        <w:br/>
        <w:t>v 0.592890 19.056404 0.488007</w:t>
        <w:br/>
        <w:t>v 0.559329 18.997341 0.523122</w:t>
        <w:br/>
        <w:t>v 0.584340 19.053934 0.611056</w:t>
        <w:br/>
        <w:t>v 0.548446 18.994215 0.640497</w:t>
        <w:br/>
        <w:t>v 0.574367 19.059210 0.705974</w:t>
        <w:br/>
        <w:t>v 0.542662 18.997715 0.729909</w:t>
        <w:br/>
        <w:t>v 0.008225 19.089834 1.162695</w:t>
        <w:br/>
        <w:t>v 0.073395 18.995041 1.040510</w:t>
        <w:br/>
        <w:t>v 0.049738 19.019430 1.077194</w:t>
        <w:br/>
        <w:t>v 0.062004 19.032673 1.065310</w:t>
        <w:br/>
        <w:t>v 0.086260 19.008871 1.027450</w:t>
        <w:br/>
        <w:t>v 0.041982 19.058558 1.104765</w:t>
        <w:br/>
        <w:t>v 0.032483 19.045334 1.115487</w:t>
        <w:br/>
        <w:t>v 0.017757 19.069794 1.145547</w:t>
        <w:br/>
        <w:t>v 0.024875 19.085747 1.135068</w:t>
        <w:br/>
        <w:t>v 0.656252 19.271694 -0.173080</w:t>
        <w:br/>
        <w:t>v 0.134115 18.825504 0.919830</w:t>
        <w:br/>
        <w:t>v 0.132791 18.827137 0.920275</w:t>
        <w:br/>
        <w:t>v 0.138860 18.828749 0.917845</w:t>
        <w:br/>
        <w:t>v 0.139438 18.828390 0.916873</w:t>
        <w:br/>
        <w:t>v 0.082451 18.821709 0.941725</w:t>
        <w:br/>
        <w:t>v 0.060080 18.820328 0.950705</w:t>
        <w:br/>
        <w:t>v 0.060064 18.818081 0.952988</w:t>
        <w:br/>
        <w:t>v 0.122182 18.822538 0.926117</w:t>
        <w:br/>
        <w:t>v 0.121621 18.824936 0.925533</w:t>
        <w:br/>
        <w:t>v 0.105036 18.824804 0.936539</w:t>
        <w:br/>
        <w:t>v 0.139345 18.830095 0.918301</w:t>
        <w:br/>
        <w:t>v 0.138858 18.828892 0.917923</w:t>
        <w:br/>
        <w:t>v 0.132782 18.827160 0.920288</w:t>
        <w:br/>
        <w:t>v 0.133275 18.828419 0.921675</w:t>
        <w:br/>
        <w:t>v 0.029104 18.819485 0.957511</w:t>
        <w:br/>
        <w:t>v 0.029089 18.817612 0.959428</w:t>
        <w:br/>
        <w:t>v 0.138998 18.828875 0.917796</w:t>
        <w:br/>
        <w:t>v 0.140228 18.829449 0.917157</w:t>
        <w:br/>
        <w:t>v 0.138858 18.828892 0.917923</w:t>
        <w:br/>
        <w:t>v 0.138952 18.828127 0.912088</w:t>
        <w:br/>
        <w:t>vt 0.180517 0.170209</w:t>
        <w:br/>
        <w:t>vt 0.200398 0.173541</w:t>
        <w:br/>
        <w:t>vt 0.199506 0.181104</w:t>
        <w:br/>
        <w:t>vt 0.179609 0.178497</w:t>
        <w:br/>
        <w:t>vt 0.568981 0.029440</w:t>
        <w:br/>
        <w:t>vt 0.569129 0.036174</w:t>
        <w:br/>
        <w:t>vt 0.548575 0.035768</w:t>
        <w:br/>
        <w:t>vt 0.547518 0.027350</w:t>
        <w:br/>
        <w:t>vt 0.179609 0.178497</w:t>
        <w:br/>
        <w:t>vt 0.199506 0.181104</w:t>
        <w:br/>
        <w:t>vt 0.199093 0.188738</w:t>
        <w:br/>
        <w:t>vt 0.178297 0.187372</w:t>
        <w:br/>
        <w:t>vt 0.551920 0.015262</w:t>
        <w:br/>
        <w:t>vt 0.571678 0.018205</w:t>
        <w:br/>
        <w:t>vt 0.568981 0.029440</w:t>
        <w:br/>
        <w:t>vt 0.547518 0.027350</w:t>
        <w:br/>
        <w:t>vt 0.199901 0.195620</w:t>
        <w:br/>
        <w:t>vt 0.179722 0.195620</w:t>
        <w:br/>
        <w:t>vt 0.051375 0.749030</w:t>
        <w:br/>
        <w:t>vt 0.047996 0.726643</w:t>
        <w:br/>
        <w:t>vt 0.062621 0.726264</w:t>
        <w:br/>
        <w:t>vt 0.067192 0.749567</w:t>
        <w:br/>
        <w:t>vt 0.043744 0.745509</w:t>
        <w:br/>
        <w:t>vt 0.153879 0.175099</w:t>
        <w:br/>
        <w:t>vt 0.153549 0.166532</w:t>
        <w:br/>
        <w:t>vt 0.520961 0.033142</w:t>
        <w:br/>
        <w:t>vt 0.521961 0.024861</w:t>
        <w:br/>
        <w:t>vt 0.067192 0.749567</w:t>
        <w:br/>
        <w:t>vt 0.081337 0.724778</w:t>
        <w:br/>
        <w:t>vt 0.087630 0.748546</w:t>
        <w:br/>
        <w:t>vt 0.153879 0.175099</w:t>
        <w:br/>
        <w:t>vt 0.334826 0.031658</w:t>
        <w:br/>
        <w:t>vt 0.332196 0.003271</w:t>
        <w:br/>
        <w:t>vt 0.349076 0.003271</w:t>
        <w:br/>
        <w:t>vt 0.523056 0.013682</w:t>
        <w:br/>
        <w:t>vt 0.521961 0.024861</w:t>
        <w:br/>
        <w:t>vt 0.069739 0.772509</w:t>
        <w:br/>
        <w:t>vt 0.134637 0.167690</w:t>
        <w:br/>
        <w:t>vt 0.068463 0.797602</w:t>
        <w:br/>
        <w:t>vt 0.051375 0.800228</w:t>
        <w:br/>
        <w:t>vt 0.051375 0.778321</w:t>
        <w:br/>
        <w:t>vt 0.069739 0.772509</w:t>
        <w:br/>
        <w:t>vt 0.551920 0.015262</w:t>
        <w:br/>
        <w:t>vt 0.523056 0.013682</w:t>
        <w:br/>
        <w:t>vt 0.519295 0.004981</w:t>
        <w:br/>
        <w:t>vt 0.091850 0.724191</w:t>
        <w:br/>
        <w:t>vt 0.097844 0.747029</w:t>
        <w:br/>
        <w:t>vt 0.500551 0.034260</w:t>
        <w:br/>
        <w:t>vt 0.498946 0.022619</w:t>
        <w:br/>
        <w:t>vt 0.359644 0.033361</w:t>
        <w:br/>
        <w:t>vt 0.382603 0.030783</w:t>
        <w:br/>
        <w:t>vt 0.498946 0.022619</w:t>
        <w:br/>
        <w:t>vt 0.499498 0.010514</w:t>
        <w:br/>
        <w:t>vt 0.378548 0.003271</w:t>
        <w:br/>
        <w:t>vt 0.398169 0.003271</w:t>
        <w:br/>
        <w:t>vt 0.398601 0.025100</w:t>
        <w:br/>
        <w:t>vt 0.102262 0.770474</w:t>
        <w:br/>
        <w:t>vt 0.091289 0.771835</w:t>
        <w:br/>
        <w:t>vt 0.101620 0.788152</w:t>
        <w:br/>
        <w:t>vt 0.087757 0.791383</w:t>
        <w:br/>
        <w:t>vt 0.186048 0.809544</w:t>
        <w:br/>
        <w:t>vt 0.185327 0.808608</w:t>
        <w:br/>
        <w:t>vt 0.193033 0.802559</w:t>
        <w:br/>
        <w:t>vt 0.184684 0.807726</w:t>
        <w:br/>
        <w:t>vt 0.647456 0.341557</w:t>
        <w:br/>
        <w:t>vt 0.645921 0.341525</w:t>
        <w:br/>
        <w:t>vt 0.645921 0.331031</w:t>
        <w:br/>
        <w:t>vt 0.645921 0.331031</w:t>
        <w:br/>
        <w:t>vt 0.650930 0.340065</w:t>
        <w:br/>
        <w:t>vt 0.649498 0.340963</w:t>
        <w:br/>
        <w:t>vt 0.647456 0.341557</w:t>
        <w:br/>
        <w:t>vt 0.645921 0.331031</w:t>
        <w:br/>
        <w:t>vt 0.648489 0.341336</w:t>
        <w:br/>
        <w:t>vt 0.649498 0.340963</w:t>
        <w:br/>
        <w:t>vt 0.466002 0.031332</w:t>
        <w:br/>
        <w:t>vt 0.468021 0.019607</w:t>
        <w:br/>
        <w:t>vt 0.336854 0.212904</w:t>
        <w:br/>
        <w:t>vt 0.336090 0.198425</w:t>
        <w:br/>
        <w:t>vt 0.369459 0.198425</w:t>
        <w:br/>
        <w:t>vt 0.365609 0.215562</w:t>
        <w:br/>
        <w:t>vt 0.472158 0.007731</w:t>
        <w:br/>
        <w:t>vt 0.468021 0.019607</w:t>
        <w:br/>
        <w:t>vt 0.113653 0.881939</w:t>
        <w:br/>
        <w:t>vt 0.096364 0.899228</w:t>
        <w:br/>
        <w:t>vt 0.105539 0.872823</w:t>
        <w:br/>
        <w:t>vt 0.414485 0.026072</w:t>
        <w:br/>
        <w:t>vt 0.601737 0.236172</w:t>
        <w:br/>
        <w:t>vt 0.607303 0.242055</w:t>
        <w:br/>
        <w:t>vt 0.605988 0.243535</w:t>
        <w:br/>
        <w:t>vt 0.033589 0.537253</w:t>
        <w:br/>
        <w:t>vt 0.035801 0.537982</w:t>
        <w:br/>
        <w:t>vt 0.035801 0.545617</w:t>
        <w:br/>
        <w:t>vt 0.601737 0.236172</w:t>
        <w:br/>
        <w:t>vt 0.608372 0.240170</w:t>
        <w:br/>
        <w:t>vt 0.607303 0.242055</w:t>
        <w:br/>
        <w:t>vt 0.426212 0.003271</w:t>
        <w:br/>
        <w:t>vt 0.132395 0.761625</w:t>
        <w:br/>
        <w:t>vt 0.133074 0.763511</w:t>
        <w:br/>
        <w:t>vt 0.126387 0.766666</w:t>
        <w:br/>
        <w:t>vt 0.447031 0.026074</w:t>
        <w:br/>
        <w:t>vt 0.449878 0.017840</w:t>
        <w:br/>
        <w:t>vt 0.103253 0.805117</w:t>
        <w:br/>
        <w:t>vt 0.629060 0.271952</w:t>
        <w:br/>
        <w:t>vt 0.624807 0.276130</w:t>
        <w:br/>
        <w:t>vt 0.620648 0.268927</w:t>
        <w:br/>
        <w:t>vt 0.624021 0.265044</w:t>
        <w:br/>
        <w:t>vt 0.035801 0.501068</w:t>
        <w:br/>
        <w:t>vt 0.035801 0.509580</w:t>
        <w:br/>
        <w:t>vt 0.029846 0.509842</w:t>
        <w:br/>
        <w:t>vt 0.028213 0.501938</w:t>
        <w:br/>
        <w:t>vt 0.659364 0.470081</w:t>
        <w:br/>
        <w:t>vt 0.645921 0.471943</w:t>
        <w:br/>
        <w:t>vt 0.660795 0.446463</w:t>
        <w:br/>
        <w:t>vt 0.628431 0.262006</w:t>
        <w:br/>
        <w:t>vt 0.629060 0.271952</w:t>
        <w:br/>
        <w:t>vt 0.624021 0.265044</w:t>
        <w:br/>
        <w:t>vt 0.159883 0.738560</w:t>
        <w:br/>
        <w:t>vt 0.163259 0.743300</w:t>
        <w:br/>
        <w:t>vt 0.156444 0.748320</w:t>
        <w:br/>
        <w:t>vt 0.664236 0.768215</w:t>
        <w:br/>
        <w:t>vt 0.657418 0.753592</w:t>
        <w:br/>
        <w:t>vt 0.665387 0.750910</w:t>
        <w:br/>
        <w:t>vt 0.670399 0.766497</w:t>
        <w:br/>
        <w:t>vt 0.035801 0.492948</w:t>
        <w:br/>
        <w:t>vt 0.028151 0.493722</w:t>
        <w:br/>
        <w:t>vt 0.452232 0.006886</w:t>
        <w:br/>
        <w:t>vt 0.449878 0.017840</w:t>
        <w:br/>
        <w:t>vt 0.315977 0.209113</w:t>
        <w:br/>
        <w:t>vt 0.688905 0.485429</w:t>
        <w:br/>
        <w:t>vt 0.687468 0.453632</w:t>
        <w:br/>
        <w:t>vt 0.698626 0.452286</w:t>
        <w:br/>
        <w:t>vt 0.707985 0.471147</w:t>
        <w:br/>
        <w:t>vt 0.634197 0.279108</w:t>
        <w:br/>
        <w:t>vt 0.629016 0.283420</w:t>
        <w:br/>
        <w:t>vt 0.676348 0.781459</w:t>
        <w:br/>
        <w:t>vt 0.627371 0.212515</w:t>
        <w:br/>
        <w:t>vt 0.613078 0.217434</w:t>
        <w:br/>
        <w:t>vt 0.611210 0.201094</w:t>
        <w:br/>
        <w:t>vt 0.623729 0.201094</w:t>
        <w:br/>
        <w:t>vt 0.660710 0.736805</w:t>
        <w:br/>
        <w:t>vt 0.651750 0.741438</w:t>
        <w:br/>
        <w:t>vt 0.646097 0.729315</w:t>
        <w:br/>
        <w:t>vt 0.653610 0.723397</w:t>
        <w:br/>
        <w:t>vt 0.641918 0.201094</w:t>
        <w:br/>
        <w:t>vt 0.641478 0.207224</w:t>
        <w:br/>
        <w:t>vt 0.165798 0.733596</w:t>
        <w:br/>
        <w:t>vt 0.170215 0.738613</w:t>
        <w:br/>
        <w:t>vt 0.633788 0.269863</w:t>
        <w:br/>
        <w:t>vt 0.639154 0.276794</w:t>
        <w:br/>
        <w:t>vt 0.634197 0.279108</w:t>
        <w:br/>
        <w:t>vt 0.671266 0.783289</w:t>
        <w:br/>
        <w:t>vt 0.680937 0.804030</w:t>
        <w:br/>
        <w:t>vt 0.662069 0.201094</w:t>
        <w:br/>
        <w:t>vt 0.028139 0.484261</w:t>
        <w:br/>
        <w:t>vt 0.035801 0.481026</w:t>
        <w:br/>
        <w:t>vt 0.599665 0.219343</w:t>
        <w:br/>
        <w:t>vt 0.585745 0.219955</w:t>
        <w:br/>
        <w:t>vt 0.585227 0.201094</w:t>
        <w:br/>
        <w:t>vt 0.598210 0.201094</w:t>
        <w:br/>
        <w:t>vt 0.672131 0.198825</w:t>
        <w:br/>
        <w:t>vt 0.661609 0.217357</w:t>
        <w:br/>
        <w:t>vt 0.657458 0.217631</w:t>
        <w:br/>
        <w:t>vt 0.640015 0.287780</w:t>
        <w:br/>
        <w:t>vt 0.634249 0.292484</w:t>
        <w:br/>
        <w:t>vt 0.672778 0.449794</w:t>
        <w:br/>
        <w:t>vt 0.672436 0.475631</w:t>
        <w:br/>
        <w:t>vt 0.659364 0.470081</w:t>
        <w:br/>
        <w:t>vt 0.660795 0.446463</w:t>
        <w:br/>
        <w:t>vt 0.646568 0.230905</w:t>
        <w:br/>
        <w:t>vt 0.657458 0.217631</w:t>
        <w:br/>
        <w:t>vt 0.650101 0.232354</w:t>
        <w:br/>
        <w:t>vt 0.646906 0.244953</w:t>
        <w:br/>
        <w:t>vt 0.640455 0.245983</w:t>
        <w:br/>
        <w:t>vt 0.657783 0.233861</w:t>
        <w:br/>
        <w:t>vt 0.653491 0.232765</w:t>
        <w:br/>
        <w:t>vt 0.640639 0.717610</w:t>
        <w:br/>
        <w:t>vt 0.424951 0.030776</w:t>
        <w:br/>
        <w:t>vt 0.035801 0.460566</w:t>
        <w:br/>
        <w:t>vt 0.574938 0.213695</w:t>
        <w:br/>
        <w:t>vt 0.572316 0.201094</w:t>
        <w:br/>
        <w:t>vt 0.173855 0.726836</w:t>
        <w:br/>
        <w:t>vt 0.176955 0.733606</w:t>
        <w:br/>
        <w:t>vt 0.647431 0.271601</w:t>
        <w:br/>
        <w:t>vt 0.640603 0.271760</w:t>
        <w:br/>
        <w:t>vt 0.638926 0.259012</w:t>
        <w:br/>
        <w:t>vt 0.645853 0.258368</w:t>
        <w:br/>
        <w:t>vt 0.644788 0.283245</w:t>
        <w:br/>
        <w:t>vt 0.428377 0.015746</w:t>
        <w:br/>
        <w:t>vt 0.651638 0.245242</w:t>
        <w:br/>
        <w:t>vt 0.645921 0.492853</w:t>
        <w:br/>
        <w:t>vt 0.296382 0.206391</w:t>
        <w:br/>
        <w:t>vt 0.297345 0.198425</w:t>
        <w:br/>
        <w:t>vt 0.317442 0.198425</w:t>
        <w:br/>
        <w:t>vt 0.658553 0.256578</w:t>
        <w:br/>
        <w:t>vt 0.661812 0.267230</w:t>
        <w:br/>
        <w:t>vt 0.654536 0.269573</w:t>
        <w:br/>
        <w:t>vt 0.652008 0.257500</w:t>
        <w:br/>
        <w:t>vt 0.706256 0.482978</w:t>
        <w:br/>
        <w:t>vt 0.644788 0.283245</w:t>
        <w:br/>
        <w:t>vt 0.651990 0.284282</w:t>
        <w:br/>
        <w:t>vt 0.659172 0.281660</w:t>
        <w:br/>
        <w:t>vt 0.657080 0.496442</w:t>
        <w:br/>
        <w:t>vt 0.666709 0.277360</w:t>
        <w:br/>
        <w:t>vt 0.657080 0.496442</w:t>
        <w:br/>
        <w:t>vt 0.295038 0.213802</w:t>
        <w:br/>
        <w:t>vt 0.654199 0.521062</w:t>
        <w:br/>
        <w:t>vt 0.645921 0.519533</w:t>
        <w:br/>
        <w:t>vt 0.684465 0.506315</w:t>
        <w:br/>
        <w:t>vt 0.670158 0.501562</w:t>
        <w:br/>
        <w:t>vt 0.272856 0.205636</w:t>
        <w:br/>
        <w:t>vt 0.273132 0.198425</w:t>
        <w:br/>
        <w:t>vt 0.315945 0.219891</w:t>
        <w:br/>
        <w:t>vt 0.289284 0.221491</w:t>
        <w:br/>
        <w:t>vt 0.658835 0.298188</w:t>
        <w:br/>
        <w:t>vt 0.666597 0.293159</w:t>
        <w:br/>
        <w:t>vt 0.688701 0.300249</w:t>
        <w:br/>
        <w:t>vt 0.270961 0.214844</w:t>
        <w:br/>
        <w:t>vt 0.654199 0.521062</w:t>
        <w:br/>
        <w:t>vt 0.268076 0.222196</w:t>
        <w:br/>
        <w:t>vt 0.695597 0.291555</w:t>
        <w:br/>
        <w:t>vt 0.666597 0.293159</w:t>
        <w:br/>
        <w:t>vt 0.672302 0.285661</w:t>
        <w:br/>
        <w:t>vt 0.682307 0.526620</w:t>
        <w:br/>
        <w:t>vt 0.667771 0.523780</w:t>
        <w:br/>
        <w:t>vt 0.652583 0.543161</w:t>
        <w:br/>
        <w:t>vt 0.645921 0.542086</w:t>
        <w:br/>
        <w:t>vt 0.250110 0.198425</w:t>
        <w:br/>
        <w:t>vt 0.249908 0.206586</w:t>
        <w:br/>
        <w:t>vt 0.248341 0.215851</w:t>
        <w:br/>
        <w:t>vt 0.666345 0.545329</w:t>
        <w:br/>
        <w:t>vt 0.652583 0.543161</w:t>
        <w:br/>
        <w:t>vt 0.246696 0.222892</w:t>
        <w:br/>
        <w:t>vt 0.680925 0.547359</w:t>
        <w:br/>
        <w:t>vt 0.233548 0.198425</w:t>
        <w:br/>
        <w:t>vt 0.230083 0.207689</w:t>
        <w:br/>
        <w:t>vt 0.651311 0.564778</w:t>
        <w:br/>
        <w:t>vt 0.645921 0.564291</w:t>
        <w:br/>
        <w:t>vt 0.229178 0.215135</w:t>
        <w:br/>
        <w:t>vt 0.210160 0.207525</w:t>
        <w:br/>
        <w:t>vt 0.209157 0.198425</w:t>
        <w:br/>
        <w:t>vt 0.664546 0.566367</w:t>
        <w:br/>
        <w:t>vt 0.651311 0.564778</w:t>
        <w:br/>
        <w:t>vt 0.227596 0.222350</w:t>
        <w:br/>
        <w:t>vt 0.210024 0.213094</w:t>
        <w:br/>
        <w:t>vt 0.210160 0.207525</w:t>
        <w:br/>
        <w:t>vt 0.190126 0.208499</w:t>
        <w:br/>
        <w:t>vt 0.190371 0.198425</w:t>
        <w:br/>
        <w:t>vt 0.645921 0.583638</w:t>
        <w:br/>
        <w:t>vt 0.649946 0.584556</w:t>
        <w:br/>
        <w:t>vt 0.678372 0.568553</w:t>
        <w:br/>
        <w:t>vt 0.208933 0.220446</w:t>
        <w:br/>
        <w:t>vt 0.176051 0.209476</w:t>
        <w:br/>
        <w:t>vt 0.175019 0.198425</w:t>
        <w:br/>
        <w:t>vt 0.189408 0.213044</w:t>
        <w:br/>
        <w:t>vt 0.190126 0.208499</w:t>
        <w:br/>
        <w:t>vt 0.157865 0.209792</w:t>
        <w:br/>
        <w:t>vt 0.161336 0.198425</w:t>
        <w:br/>
        <w:t>vt 0.649347 0.604316</w:t>
        <w:br/>
        <w:t>vt 0.645921 0.602820</w:t>
        <w:br/>
        <w:t>vt 0.662289 0.587278</w:t>
        <w:br/>
        <w:t>vt 0.649946 0.584556</w:t>
        <w:br/>
        <w:t>vt 0.189454 0.219455</w:t>
        <w:br/>
        <w:t>vt 0.645921 0.623089</w:t>
        <w:br/>
        <w:t>vt 0.650231 0.624767</w:t>
        <w:br/>
        <w:t>vt 0.674872 0.589712</w:t>
        <w:br/>
        <w:t>vt 0.660187 0.605660</w:t>
        <w:br/>
        <w:t>vt 0.649347 0.604316</w:t>
        <w:br/>
        <w:t>vt 0.176138 0.213474</w:t>
        <w:br/>
        <w:t>vt 0.176051 0.209476</w:t>
        <w:br/>
        <w:t>vt 0.176904 0.218972</w:t>
        <w:br/>
        <w:t>vt 0.160074 0.216670</w:t>
        <w:br/>
        <w:t>vt 0.645921 0.636026</w:t>
        <w:br/>
        <w:t>vt 0.650066 0.637453</w:t>
        <w:br/>
        <w:t>vt 0.645921 0.654258</w:t>
        <w:br/>
        <w:t>vt 0.671625 0.605842</w:t>
        <w:br/>
        <w:t>vt 0.658491 0.626041</w:t>
        <w:br/>
        <w:t>vt 0.667168 0.626399</w:t>
        <w:br/>
        <w:t>vt 0.661146 0.643254</w:t>
        <w:br/>
        <w:t>vt 0.655589 0.641399</w:t>
        <w:br/>
        <w:t>vt 0.336854 0.212904</w:t>
        <w:br/>
        <w:t>vt 0.617879 0.503402</w:t>
        <w:br/>
        <w:t>vt 0.629721 0.486226</w:t>
        <w:br/>
        <w:t>vt 0.635376 0.505800</w:t>
        <w:br/>
        <w:t>vt 0.657146 0.245253</w:t>
        <w:br/>
        <w:t>vt 0.613716 0.249778</w:t>
        <w:br/>
        <w:t>vt 0.611035 0.252277</w:t>
        <w:br/>
        <w:t>vt 0.033855 0.527095</w:t>
        <w:br/>
        <w:t>vt 0.035801 0.526575</w:t>
        <w:br/>
        <w:t>vt 0.142766 0.759608</w:t>
        <w:br/>
        <w:t>vt 0.140705 0.754652</w:t>
        <w:br/>
        <w:t>vt 0.616305 0.247495</w:t>
        <w:br/>
        <w:t>vt 0.613716 0.249778</w:t>
        <w:br/>
        <w:t>vt 0.615896 0.260697</w:t>
        <w:br/>
        <w:t>vt 0.619004 0.257311</w:t>
        <w:br/>
        <w:t>vt 0.032122 0.518437</w:t>
        <w:br/>
        <w:t>vt 0.035801 0.518222</w:t>
        <w:br/>
        <w:t>vt 0.150020 0.754219</w:t>
        <w:br/>
        <w:t>vt 0.146940 0.749421</w:t>
        <w:br/>
        <w:t>vt 0.153387 0.744010</w:t>
        <w:br/>
        <w:t>vt 0.619004 0.257311</w:t>
        <w:br/>
        <w:t>vt 0.622604 0.254545</w:t>
        <w:br/>
        <w:t>vt 0.646148 0.712670</w:t>
        <w:br/>
        <w:t>vt 0.640639 0.717610</w:t>
        <w:br/>
        <w:t>vt 0.562167 0.201094</w:t>
        <w:br/>
        <w:t>vt 0.640015 0.287780</w:t>
        <w:br/>
        <w:t>vt 0.673251 0.313435</w:t>
        <w:br/>
        <w:t>vt 0.650066 0.637453</w:t>
        <w:br/>
        <w:t>vt 0.650231 0.624767</w:t>
        <w:br/>
        <w:t>vt 0.651902 0.657911</w:t>
        <w:br/>
        <w:t>vt 0.243022 0.141617</w:t>
        <w:br/>
        <w:t>vt 0.225719 0.128892</w:t>
        <w:br/>
        <w:t>vt 0.236397 0.125065</w:t>
        <w:br/>
        <w:t>vt 0.245449 0.113094</w:t>
        <w:br/>
        <w:t>vt 0.256386 0.141375</w:t>
        <w:br/>
        <w:t>vt 0.258472 0.110666</w:t>
        <w:br/>
        <w:t>vt 0.268218 0.141732</w:t>
        <w:br/>
        <w:t>vt 0.691221 0.324989</w:t>
        <w:br/>
        <w:t>vt 0.706767 0.309131</w:t>
        <w:br/>
        <w:t>vt 0.243243 0.160509</w:t>
        <w:br/>
        <w:t>vt 0.253930 0.165768</w:t>
        <w:br/>
        <w:t>vt 0.717575 0.300178</w:t>
        <w:br/>
        <w:t>vt 0.270840 0.109255</w:t>
        <w:br/>
        <w:t>vt 0.278162 0.141896</w:t>
        <w:br/>
        <w:t>vt 0.720980 0.338148</w:t>
        <w:br/>
        <w:t>vt 0.726972 0.355129</w:t>
        <w:br/>
        <w:t>vt 0.706942 0.360753</w:t>
        <w:br/>
        <w:t>vt 0.699284 0.343325</w:t>
        <w:br/>
        <w:t>vt 0.263256 0.168816</w:t>
        <w:br/>
        <w:t>vt 0.772611 0.013825</w:t>
        <w:br/>
        <w:t>vt 0.754246 0.013825</w:t>
        <w:br/>
        <w:t>vt 0.754396 0.009876</w:t>
        <w:br/>
        <w:t>vt 0.838865 0.427924</w:t>
        <w:br/>
        <w:t>vt 0.834895 0.427913</w:t>
        <w:br/>
        <w:t>vt 0.835658 0.409650</w:t>
        <w:br/>
        <w:t>vt 0.772611 0.013825</w:t>
        <w:br/>
        <w:t>vt 0.754406 0.016331</w:t>
        <w:br/>
        <w:t>vt 0.754246 0.013825</w:t>
        <w:br/>
        <w:t>vt 0.835658 0.409650</w:t>
        <w:br/>
        <w:t>vt 0.834895 0.427913</w:t>
        <w:br/>
        <w:t>vt 0.831204 0.427476</w:t>
        <w:br/>
        <w:t>vt 0.724086 0.320555</w:t>
        <w:br/>
        <w:t>vt 0.734300 0.309972</w:t>
        <w:br/>
        <w:t>vt 0.279859 0.110008</w:t>
        <w:br/>
        <w:t>vt 0.291211 0.147563</w:t>
        <w:br/>
        <w:t>vt 0.734038 0.335570</w:t>
        <w:br/>
        <w:t>vt 0.743936 0.354279</w:t>
        <w:br/>
        <w:t>vt 0.743491 0.008494</w:t>
        <w:br/>
        <w:t>vt 0.742716 0.013825</w:t>
        <w:br/>
        <w:t>vt 0.834453 0.438490</w:t>
        <w:br/>
        <w:t>vt 0.840129 0.438461</w:t>
        <w:br/>
        <w:t>vt 0.834453 0.438490</w:t>
        <w:br/>
        <w:t>vt 0.829473 0.438598</w:t>
        <w:br/>
        <w:t>vt 0.743069 0.017683</w:t>
        <w:br/>
        <w:t>vt 0.742716 0.013825</w:t>
        <w:br/>
        <w:t>vt 0.717211 0.006805</w:t>
        <w:br/>
        <w:t>vt 0.730663 0.007532</w:t>
        <w:br/>
        <w:t>vt 0.729181 0.013825</w:t>
        <w:br/>
        <w:t>vt 0.715863 0.013825</w:t>
        <w:br/>
        <w:t>vt 0.833932 0.450954</w:t>
        <w:br/>
        <w:t>vt 0.841142 0.450712</w:t>
        <w:br/>
        <w:t>vt 0.841792 0.463498</w:t>
        <w:br/>
        <w:t>vt 0.833386 0.464016</w:t>
        <w:br/>
        <w:t>vt 0.828195 0.451475</w:t>
        <w:br/>
        <w:t>vt 0.833932 0.450954</w:t>
        <w:br/>
        <w:t>vt 0.833386 0.464016</w:t>
        <w:br/>
        <w:t>vt 0.827366 0.464701</w:t>
        <w:br/>
        <w:t>vt 0.292600 0.112925</w:t>
        <w:br/>
        <w:t>vt 0.301918 0.144183</w:t>
        <w:br/>
        <w:t>vt 0.714915 0.377895</w:t>
        <w:br/>
        <w:t>vt 0.733945 0.371700</w:t>
        <w:br/>
        <w:t>vt 0.742428 0.333809</w:t>
        <w:br/>
        <w:t>vt 0.754049 0.324439</w:t>
        <w:br/>
        <w:t>vt 0.729181 0.013825</w:t>
        <w:br/>
        <w:t>vt 0.729807 0.019114</w:t>
        <w:br/>
        <w:t>vt 0.715835 0.020210</w:t>
        <w:br/>
        <w:t>vt 0.715863 0.013825</w:t>
        <w:br/>
        <w:t>vt 0.746906 0.338568</w:t>
        <w:br/>
        <w:t>vt 0.275576 0.170511</w:t>
        <w:br/>
        <w:t>vt 0.842115 0.476692</w:t>
        <w:br/>
        <w:t>vt 0.832841 0.477065</w:t>
        <w:br/>
        <w:t>vt 0.699377 0.386058</w:t>
        <w:br/>
        <w:t>vt 0.720390 0.389503</w:t>
        <w:br/>
        <w:t>vt 0.706797 0.398909</w:t>
        <w:br/>
        <w:t>vt 0.703636 0.006476</w:t>
        <w:br/>
        <w:t>vt 0.702709 0.013825</w:t>
        <w:br/>
        <w:t>vt 0.832841 0.477065</w:t>
        <w:br/>
        <w:t>vt 0.826800 0.477495</w:t>
        <w:br/>
        <w:t>vt 0.287322 0.167873</w:t>
        <w:br/>
        <w:t>vt 0.702709 0.013825</w:t>
        <w:br/>
        <w:t>vt 0.701742 0.021528</w:t>
        <w:br/>
        <w:t>vt 0.301584 0.116930</w:t>
        <w:br/>
        <w:t>vt 0.839569 0.494054</w:t>
        <w:br/>
        <w:t>vt 0.832734 0.479623</w:t>
        <w:br/>
        <w:t>vt 0.726904 0.405167</w:t>
        <w:br/>
        <w:t>vt 0.716236 0.415259</w:t>
        <w:br/>
        <w:t>vt 0.686174 0.006481</w:t>
        <w:br/>
        <w:t>vt 0.685169 0.013825</w:t>
        <w:br/>
        <w:t>vt 0.632246 0.707041</w:t>
        <w:br/>
        <w:t>vt 0.637546 0.704275</w:t>
        <w:br/>
        <w:t>vt 0.639120 0.706920</w:t>
        <w:br/>
        <w:t>vt 0.634411 0.710585</w:t>
        <w:br/>
        <w:t>vt 0.798308 0.357651</w:t>
        <w:br/>
        <w:t>vt 0.795655 0.362478</w:t>
        <w:br/>
        <w:t>vt 0.788331 0.355813</w:t>
        <w:br/>
        <w:t>vt 0.791397 0.352335</w:t>
        <w:br/>
        <w:t>vt 0.758020 0.350435</w:t>
        <w:br/>
        <w:t>vt 0.630925 0.703744</w:t>
        <w:br/>
        <w:t>vt 0.637585 0.702258</w:t>
        <w:br/>
        <w:t>vt 0.626435 0.715086</w:t>
        <w:br/>
        <w:t>vt 0.624030 0.709356</w:t>
        <w:br/>
        <w:t>vt 0.084878 0.977408</w:t>
        <w:br/>
        <w:t>vt 0.094101 0.977408</w:t>
        <w:br/>
        <w:t>vt 0.094985 0.989742</w:t>
        <w:br/>
        <w:t>vt 0.082384 0.989742</w:t>
        <w:br/>
        <w:t>vt 0.308606 0.120466</w:t>
        <w:br/>
        <w:t>vt 0.313417 0.138711</w:t>
        <w:br/>
        <w:t>vt 0.622980 0.707398</w:t>
        <w:br/>
        <w:t>vt 0.791397 0.352335</w:t>
        <w:br/>
        <w:t>vt 0.800849 0.351963</w:t>
        <w:br/>
        <w:t>vt 0.798308 0.357651</w:t>
        <w:br/>
        <w:t>vt 0.046165 0.969080</w:t>
        <w:br/>
        <w:t>vt 0.054484 0.963677</w:t>
        <w:br/>
        <w:t>vt 0.058936 0.966948</w:t>
        <w:br/>
        <w:t>vt 0.055734 0.977408</w:t>
        <w:br/>
        <w:t>vt 0.809869 0.365702</w:t>
        <w:br/>
        <w:t>vt 0.806143 0.372521</w:t>
        <w:br/>
        <w:t>vt 0.071080 0.977408</w:t>
        <w:br/>
        <w:t>vt 0.070350 0.989742</w:t>
        <w:br/>
        <w:t>vt 0.684875 0.022878</w:t>
        <w:br/>
        <w:t>vt 0.685169 0.013825</w:t>
        <w:br/>
        <w:t>vt 0.739912 0.384213</w:t>
        <w:br/>
        <w:t>vt 0.787912 0.303757</w:t>
        <w:br/>
        <w:t>vt 0.790143 0.300603</w:t>
        <w:br/>
        <w:t>vt 0.792261 0.317466</w:t>
        <w:br/>
        <w:t>vt 0.832734 0.479623</w:t>
        <w:br/>
        <w:t>vt 0.823768 0.493328</w:t>
        <w:br/>
        <w:t>vt 0.615280 0.711341</w:t>
        <w:br/>
        <w:t>vt 0.617727 0.718625</w:t>
        <w:br/>
        <w:t>vt 0.605135 0.721308</w:t>
        <w:br/>
        <w:t>vt 0.603813 0.713499</w:t>
        <w:br/>
        <w:t>vt 0.750442 0.367882</w:t>
        <w:br/>
        <w:t>vt 0.758453 0.380584</w:t>
        <w:br/>
        <w:t>vt 0.670846 0.007620</w:t>
        <w:br/>
        <w:t>vt 0.811776 0.355668</w:t>
        <w:br/>
        <w:t>vt 0.809869 0.365702</w:t>
        <w:br/>
        <w:t>vt 0.734238 0.422393</w:t>
        <w:br/>
        <w:t>vt 0.724027 0.428753</w:t>
        <w:br/>
        <w:t>vt 0.044225 0.982073</w:t>
        <w:br/>
        <w:t>vt 0.038202 0.977396</w:t>
        <w:br/>
        <w:t>vt 0.817583 0.381952</w:t>
        <w:br/>
        <w:t>vt 0.821438 0.373988</w:t>
        <w:br/>
        <w:t>vt 0.839242 0.386481</w:t>
        <w:br/>
        <w:t>vt 0.834372 0.394932</w:t>
        <w:br/>
        <w:t>vt 0.044225 0.982073</w:t>
        <w:br/>
        <w:t>vt 0.055734 0.977408</w:t>
        <w:br/>
        <w:t>vt 0.056542 0.989742</w:t>
        <w:br/>
        <w:t>vt 0.045138 0.989742</w:t>
        <w:br/>
        <w:t>vt 0.289722 0.171513</w:t>
        <w:br/>
        <w:t>vt 0.803187 0.310483</w:t>
        <w:br/>
        <w:t>vt 0.796366 0.297422</w:t>
        <w:br/>
        <w:t>vt 0.296902 0.166565</w:t>
        <w:br/>
        <w:t>vt 0.809635 0.321032</w:t>
        <w:br/>
        <w:t>vt 0.797080 0.330338</w:t>
        <w:br/>
        <w:t>vt 0.314888 0.159200</w:t>
        <w:br/>
        <w:t>vt 0.669239 0.019681</w:t>
        <w:br/>
        <w:t>vt 0.669118 0.013825</w:t>
        <w:br/>
        <w:t>vt 0.314602 0.124451</w:t>
        <w:br/>
        <w:t>vt 0.821438 0.373988</w:t>
        <w:br/>
        <w:t>vt 0.823360 0.361009</w:t>
        <w:br/>
        <w:t>vt 0.842953 0.376375</w:t>
        <w:br/>
        <w:t>vt 0.839242 0.386481</w:t>
        <w:br/>
        <w:t>vt 0.743907 0.402118</w:t>
        <w:br/>
        <w:t>vt 0.748471 0.419733</w:t>
        <w:br/>
        <w:t>vt 0.805351 0.342689</w:t>
        <w:br/>
        <w:t>vt 0.827107 0.341551</w:t>
        <w:br/>
        <w:t>vt 0.813625 0.351662</w:t>
        <w:br/>
        <w:t>vt 0.592558 0.721475</w:t>
        <w:br/>
        <w:t>vt 0.592169 0.715934</w:t>
        <w:br/>
        <w:t>vt 0.857890 0.397948</w:t>
        <w:br/>
        <w:t>vt 0.852779 0.406724</w:t>
        <w:br/>
        <w:t>vt 0.760461 0.400759</w:t>
        <w:br/>
        <w:t>vt 0.771522 0.345894</w:t>
        <w:br/>
        <w:t>vt 0.768375 0.364383</w:t>
        <w:br/>
        <w:t>vt 0.731944 0.442467</w:t>
        <w:br/>
        <w:t>vt 0.738663 0.438901</w:t>
        <w:br/>
        <w:t>vt 0.583513 0.709728</w:t>
        <w:br/>
        <w:t>vt 0.656592 0.013825</w:t>
        <w:br/>
        <w:t>vt 0.761932 0.365641</w:t>
        <w:br/>
        <w:t>vt 0.136021 0.198425</w:t>
        <w:br/>
        <w:t>vt 0.582750 0.719742</w:t>
        <w:br/>
        <w:t>vt 0.836676 0.352013</w:t>
        <w:br/>
        <w:t>vt 0.850703 0.366690</w:t>
        <w:br/>
        <w:t>vt 0.145034 0.211133</w:t>
        <w:br/>
        <w:t>vt 0.148482 0.217284</w:t>
        <w:br/>
        <w:t>vt 0.868409 0.415927</w:t>
        <w:br/>
        <w:t>vt 0.875465 0.407794</w:t>
        <w:br/>
        <w:t>vt 0.879181 0.395080</w:t>
        <w:br/>
        <w:t>vt 0.768189 0.383102</w:t>
        <w:br/>
        <w:t>vt 0.760311 0.418187</w:t>
        <w:br/>
        <w:t>vt 0.740969 0.458097</w:t>
        <w:br/>
        <w:t>vt 0.737287 0.451721</w:t>
        <w:br/>
        <w:t>vt 0.741039 0.451042</w:t>
        <w:br/>
        <w:t>vt 0.744186 0.458221</w:t>
        <w:br/>
        <w:t>vt 0.324216 0.148401</w:t>
        <w:br/>
        <w:t>vt 0.766835 0.400170</w:t>
        <w:br/>
        <w:t>vt 0.885868 0.423242</w:t>
        <w:br/>
        <w:t>vt 0.889183 0.415284</w:t>
        <w:br/>
        <w:t>vt 0.327062 0.130418</w:t>
        <w:br/>
        <w:t>vt 0.817511 0.331289</w:t>
        <w:br/>
        <w:t>vt 0.827878 0.317547</w:t>
        <w:br/>
        <w:t>vt 0.839145 0.323412</w:t>
        <w:br/>
        <w:t>vt 0.748189 0.449619</w:t>
        <w:br/>
        <w:t>vt 0.748797 0.457934</w:t>
        <w:br/>
        <w:t>vt 0.748800 0.471661</w:t>
        <w:br/>
        <w:t>vt 0.760040 0.432136</w:t>
        <w:br/>
        <w:t>vt 0.749532 0.437219</w:t>
        <w:br/>
        <w:t>vt 0.764372 0.416506</w:t>
        <w:br/>
        <w:t>vt 0.753369 0.462563</w:t>
        <w:br/>
        <w:t>vt 0.904742 0.422423</w:t>
        <w:br/>
        <w:t>vt 0.903140 0.430116</w:t>
        <w:br/>
        <w:t>vt 0.862054 0.348322</w:t>
        <w:br/>
        <w:t>vt 0.848851 0.334399</w:t>
        <w:br/>
        <w:t>vt 0.830400 0.312871</w:t>
        <w:br/>
        <w:t>vt 0.862624 0.388802</w:t>
        <w:br/>
        <w:t>vt 0.865441 0.382015</w:t>
        <w:br/>
        <w:t>vt 0.753820 0.459841</w:t>
        <w:br/>
        <w:t>vt 0.893220 0.403116</w:t>
        <w:br/>
        <w:t>vt 0.920772 0.427947</w:t>
        <w:br/>
        <w:t>vt 0.920432 0.436074</w:t>
        <w:br/>
        <w:t>vt 0.977703 0.440328</w:t>
        <w:br/>
        <w:t>vt 0.977034 0.434776</w:t>
        <w:br/>
        <w:t>vt 0.981741 0.441370</w:t>
        <w:br/>
        <w:t>vt 0.936269 0.431610</w:t>
        <w:br/>
        <w:t>vt 0.938197 0.440739</w:t>
        <w:br/>
        <w:t>vt 0.964892 0.441819</w:t>
        <w:br/>
        <w:t>vt 0.965473 0.435222</w:t>
        <w:br/>
        <w:t>vt 0.908534 0.410134</w:t>
        <w:br/>
        <w:t>vt 0.995591 0.439534</w:t>
        <w:br/>
        <w:t>vt 0.974864 0.415460</w:t>
        <w:br/>
        <w:t>vt 0.995591 0.415758</w:t>
        <w:br/>
        <w:t>vt 0.548945 0.687464</w:t>
        <w:br/>
        <w:t>vt 0.530639 0.678945</w:t>
        <w:br/>
        <w:t>vt 0.552009 0.667189</w:t>
        <w:br/>
        <w:t>vt 0.887688 0.376158</w:t>
        <w:br/>
        <w:t>vt 0.968999 0.416956</w:t>
        <w:br/>
        <w:t>vt 0.898632 0.386832</w:t>
        <w:br/>
        <w:t>vt 0.925170 0.416002</w:t>
        <w:br/>
        <w:t>vt 0.941022 0.419030</w:t>
        <w:br/>
        <w:t>vt 0.982559 0.400737</w:t>
        <w:br/>
        <w:t>vt 0.995591 0.396128</w:t>
        <w:br/>
        <w:t>vt 0.911707 0.396890</w:t>
        <w:br/>
        <w:t>vt 0.928680 0.406439</w:t>
        <w:br/>
        <w:t>vt 0.974864 0.415460</w:t>
        <w:br/>
        <w:t>vt 0.970183 0.407824</w:t>
        <w:br/>
        <w:t>vt 0.978812 0.408334</w:t>
        <w:br/>
        <w:t>vt 0.995591 0.390172</w:t>
        <w:br/>
        <w:t>vt 0.987907 0.394248</w:t>
        <w:br/>
        <w:t>vt 0.945043 0.409603</w:t>
        <w:br/>
        <w:t>vt 0.960548 0.408178</w:t>
        <w:br/>
        <w:t>vt 0.968999 0.416956</w:t>
        <w:br/>
        <w:t>vt 0.972226 0.396490</w:t>
        <w:br/>
        <w:t>vt 0.982559 0.400737</w:t>
        <w:br/>
        <w:t>vt 0.929967 0.402146</w:t>
        <w:br/>
        <w:t>vt 0.956211 0.418970</w:t>
        <w:br/>
        <w:t>vt 0.923031 0.375643</w:t>
        <w:br/>
        <w:t>vt 0.943713 0.402229</w:t>
        <w:br/>
        <w:t>vt 0.934552 0.385048</w:t>
        <w:br/>
        <w:t>vt 0.957951 0.400154</w:t>
        <w:br/>
        <w:t>vt 0.945026 0.392675</w:t>
        <w:br/>
        <w:t>vt 0.943713 0.402229</w:t>
        <w:br/>
        <w:t>vt 0.957951 0.400154</w:t>
        <w:br/>
        <w:t>vt 0.972226 0.396490</w:t>
        <w:br/>
        <w:t>vt 0.964619 0.387697</w:t>
        <w:br/>
        <w:t>vt 0.645482 0.675367</w:t>
        <w:br/>
        <w:t>vt 0.645540 0.681694</w:t>
        <w:br/>
        <w:t>vt 0.640901 0.674966</w:t>
        <w:br/>
        <w:t>vt 0.809965 0.302259</w:t>
        <w:br/>
        <w:t>vt 0.818474 0.309357</w:t>
        <w:br/>
        <w:t>vt 0.818474 0.309357</w:t>
        <w:br/>
        <w:t>vt 0.821395 0.304459</w:t>
        <w:br/>
        <w:t>vt 0.032476 0.989742</w:t>
        <w:br/>
        <w:t>vt 0.032476 0.989742</w:t>
        <w:br/>
        <w:t>vt 0.756645 0.442661</w:t>
        <w:br/>
        <w:t>vt 0.951538 0.434435</w:t>
        <w:br/>
        <w:t>vt 0.951562 0.442202</w:t>
        <w:br/>
        <w:t>vt 0.754249 0.452017</w:t>
        <w:br/>
        <w:t>vt 0.645921 0.667361</w:t>
        <w:br/>
        <w:t>vt 0.645921 0.654258</w:t>
        <w:br/>
        <w:t>vt 0.979456 0.387663</w:t>
        <w:br/>
        <w:t>vt 0.874826 0.363045</w:t>
        <w:br/>
        <w:t>vt 0.277491 0.229366</w:t>
        <w:br/>
        <w:t>vt 0.296533 0.230180</w:t>
        <w:br/>
        <w:t>vt 0.296523 0.233796</w:t>
        <w:br/>
        <w:t>vt 0.276976 0.233022</w:t>
        <w:br/>
        <w:t>vt 0.296383 0.237960</w:t>
        <w:br/>
        <w:t>vt 0.275774 0.237574</w:t>
        <w:br/>
        <w:t>vt 0.276976 0.233022</w:t>
        <w:br/>
        <w:t>vt 0.296523 0.233796</w:t>
        <w:br/>
        <w:t>vt 0.255401 0.230850</w:t>
        <w:br/>
        <w:t>vt 0.256467 0.226939</w:t>
        <w:br/>
        <w:t>vt 0.253366 0.236326</w:t>
        <w:br/>
        <w:t>vt 0.276916 0.253574</w:t>
        <w:br/>
        <w:t>vt 0.275593 0.247373</w:t>
        <w:br/>
        <w:t>vt 0.296724 0.247523</w:t>
        <w:br/>
        <w:t>vt 0.297240 0.253574</w:t>
        <w:br/>
        <w:t>vt 0.322001 0.227031</w:t>
        <w:br/>
        <w:t>vt 0.322222 0.230923</w:t>
        <w:br/>
        <w:t>vt 0.255778 0.253574</w:t>
        <w:br/>
        <w:t>vt 0.253818 0.246565</w:t>
        <w:br/>
        <w:t>vt 0.274791 0.241589</w:t>
        <w:br/>
        <w:t>vt 0.296261 0.241936</w:t>
        <w:br/>
        <w:t>vt 0.322222 0.230923</w:t>
        <w:br/>
        <w:t>vt 0.322311 0.235692</w:t>
        <w:br/>
        <w:t>vt 0.252127 0.240564</w:t>
        <w:br/>
        <w:t>vt 0.296261 0.241936</w:t>
        <w:br/>
        <w:t>vt 0.296724 0.247523</w:t>
        <w:br/>
        <w:t>vt 0.275593 0.247373</w:t>
        <w:br/>
        <w:t>vt 0.274791 0.241589</w:t>
        <w:br/>
        <w:t>vt 0.235746 0.230582</w:t>
        <w:br/>
        <w:t>vt 0.236870 0.226663</w:t>
        <w:br/>
        <w:t>vt 0.253818 0.246565</w:t>
        <w:br/>
        <w:t>vt 0.252127 0.240564</w:t>
        <w:br/>
        <w:t>vt 0.324292 0.253574</w:t>
        <w:br/>
        <w:t>vt 0.323475 0.246367</w:t>
        <w:br/>
        <w:t>vt 0.322543 0.240420</w:t>
        <w:br/>
        <w:t>vt 0.233470 0.236222</w:t>
        <w:br/>
        <w:t>vt 0.322543 0.240420</w:t>
        <w:br/>
        <w:t>vt 0.323475 0.246367</w:t>
        <w:br/>
        <w:t>vt 0.237108 0.253574</w:t>
        <w:br/>
        <w:t>vt 0.234503 0.246333</w:t>
        <w:br/>
        <w:t>vt 0.212728 0.259714</w:t>
        <w:br/>
        <w:t>vt 0.220640 0.266907</w:t>
        <w:br/>
        <w:t>vt 0.211545 0.261640</w:t>
        <w:br/>
        <w:t>vt 0.713903 0.135952</w:t>
        <w:br/>
        <w:t>vt 0.704955 0.136145</w:t>
        <w:br/>
        <w:t>vt 0.705669 0.130706</w:t>
        <w:br/>
        <w:t>vt 0.212728 0.259714</w:t>
        <w:br/>
        <w:t>vt 0.213019 0.257971</w:t>
        <w:br/>
        <w:t>vt 0.221514 0.259980</w:t>
        <w:br/>
        <w:t>vt 0.221786 0.263538</w:t>
        <w:br/>
        <w:t>vt 0.232253 0.240538</w:t>
        <w:br/>
        <w:t>vt 0.347556 0.221745</w:t>
        <w:br/>
        <w:t>vt 0.348293 0.226378</w:t>
        <w:br/>
        <w:t>vt 0.763873 0.133275</w:t>
        <w:br/>
        <w:t>vt 0.757782 0.134563</w:t>
        <w:br/>
        <w:t>vt 0.757757 0.130706</w:t>
        <w:br/>
        <w:t>vt 0.200541 0.256560</w:t>
        <w:br/>
        <w:t>vt 0.714703 0.130706</w:t>
        <w:br/>
        <w:t>vt 0.723439 0.135591</w:t>
        <w:br/>
        <w:t>vt 0.217998 0.268254</w:t>
        <w:br/>
        <w:t>vt 0.210621 0.263094</w:t>
        <w:br/>
        <w:t>vt 0.348293 0.226378</w:t>
        <w:br/>
        <w:t>vt 0.349036 0.232203</w:t>
        <w:br/>
        <w:t>vt 0.229861 0.262096</w:t>
        <w:br/>
        <w:t>vt 0.230944 0.267322</w:t>
        <w:br/>
        <w:t>vt 0.775335 0.130706</w:t>
        <w:br/>
        <w:t>vt 0.763914 0.134830</w:t>
        <w:br/>
        <w:t>vt 0.775335 0.130706</w:t>
        <w:br/>
        <w:t>vt 0.763846 0.130706</w:t>
        <w:br/>
        <w:t>vt 0.692617 0.135977</w:t>
        <w:br/>
        <w:t>vt 0.694025 0.130706</w:t>
        <w:br/>
        <w:t>vt 0.234503 0.246333</w:t>
        <w:br/>
        <w:t>vt 0.232253 0.240538</w:t>
        <w:br/>
        <w:t>vt 0.295703 0.273459</w:t>
        <w:br/>
        <w:t>vt 0.285227 0.272117</w:t>
        <w:br/>
        <w:t>vt 0.287135 0.264445</w:t>
        <w:br/>
        <w:t>vt 0.298174 0.264768</w:t>
        <w:br/>
        <w:t>vt 0.230724 0.271795</w:t>
        <w:br/>
        <w:t>vt 0.751942 0.130706</w:t>
        <w:br/>
        <w:t>vt 0.225823 0.272941</w:t>
        <w:br/>
        <w:t>vt 0.276374 0.270546</w:t>
        <w:br/>
        <w:t>vt 0.276542 0.263754</w:t>
        <w:br/>
        <w:t>vt 0.215735 0.231701</w:t>
        <w:br/>
        <w:t>vt 0.216524 0.228065</w:t>
        <w:br/>
        <w:t>vt 0.349598 0.238170</w:t>
        <w:br/>
        <w:t>vt 0.350037 0.244613</w:t>
        <w:br/>
        <w:t>vt 0.350708 0.253574</w:t>
        <w:br/>
        <w:t>vt 0.309148 0.273434</w:t>
        <w:br/>
        <w:t>vt 0.309607 0.265602</w:t>
        <w:br/>
        <w:t>vt 0.724505 0.130706</w:t>
        <w:br/>
        <w:t>vt 0.732252 0.135407</w:t>
        <w:br/>
        <w:t>vt 0.214167 0.236907</w:t>
        <w:br/>
        <w:t>vt 0.284777 0.288004</w:t>
        <w:br/>
        <w:t>vt 0.284603 0.277313</w:t>
        <w:br/>
        <w:t>vt 0.294499 0.288884</w:t>
        <w:br/>
        <w:t>vt 0.276241 0.275400</w:t>
        <w:br/>
        <w:t>vt 0.349598 0.238170</w:t>
        <w:br/>
        <w:t>vt 0.350037 0.244613</w:t>
        <w:br/>
        <w:t>vt 0.217367 0.253574</w:t>
        <w:br/>
        <w:t>vt 0.215364 0.246517</w:t>
        <w:br/>
        <w:t>vt 0.236837 0.262677</w:t>
        <w:br/>
        <w:t>vt 0.238511 0.268221</w:t>
        <w:br/>
        <w:t>vt 0.751897 0.134350</w:t>
        <w:br/>
        <w:t>vt 0.747051 0.130706</w:t>
        <w:br/>
        <w:t>vt 0.236149 0.277905</w:t>
        <w:br/>
        <w:t>vt 0.265683 0.263409</w:t>
        <w:br/>
        <w:t>vt 0.239194 0.272222</w:t>
        <w:br/>
        <w:t>vt 0.213478 0.241341</w:t>
        <w:br/>
        <w:t>vt 0.265042 0.283950</w:t>
        <w:br/>
        <w:t>vt 0.266647 0.274808</w:t>
        <w:br/>
        <w:t>vt 0.275116 0.285878</w:t>
        <w:br/>
        <w:t>vt 0.678316 0.135232</w:t>
        <w:br/>
        <w:t>vt 0.680051 0.130706</w:t>
        <w:br/>
        <w:t>vt 0.320821 0.267727</w:t>
        <w:br/>
        <w:t>vt 0.322697 0.274476</w:t>
        <w:br/>
        <w:t>vt 0.284603 0.277313</w:t>
        <w:br/>
        <w:t>vt 0.285227 0.272117</w:t>
        <w:br/>
        <w:t>vt 0.294370 0.278567</w:t>
        <w:br/>
        <w:t>vt 0.294370 0.278567</w:t>
        <w:br/>
        <w:t>vt 0.308289 0.286565</w:t>
        <w:br/>
        <w:t>vt 0.177377 0.230528</w:t>
        <w:br/>
        <w:t>vt 0.177926 0.235410</w:t>
        <w:br/>
        <w:t>vt 0.168021 0.236173</w:t>
        <w:br/>
        <w:t>vt 0.165913 0.231793</w:t>
        <w:br/>
        <w:t>vt 0.177102 0.226765</w:t>
        <w:br/>
        <w:t>vt 0.177377 0.230528</w:t>
        <w:br/>
        <w:t>vt 0.165913 0.231793</w:t>
        <w:br/>
        <w:t>vt 0.164386 0.228378</w:t>
        <w:br/>
        <w:t>vt 0.733491 0.130706</w:t>
        <w:br/>
        <w:t>vt 0.738357 0.130706</w:t>
        <w:br/>
        <w:t>vt 0.736896 0.135196</w:t>
        <w:br/>
        <w:t>vt 0.215364 0.246517</w:t>
        <w:br/>
        <w:t>vt 0.213478 0.241341</w:t>
        <w:br/>
        <w:t>vt 0.308407 0.279067</w:t>
        <w:br/>
        <w:t>vt 0.200449 0.229624</w:t>
        <w:br/>
        <w:t>vt 0.200399 0.232862</w:t>
        <w:br/>
        <w:t>vt 0.276241 0.275400</w:t>
        <w:br/>
        <w:t>vt 0.276374 0.270546</w:t>
        <w:br/>
        <w:t>vt 0.169345 0.246425</w:t>
        <w:br/>
        <w:t>vt 0.179033 0.246116</w:t>
        <w:br/>
        <w:t>vt 0.179340 0.253574</w:t>
        <w:br/>
        <w:t>vt 0.169010 0.253574</w:t>
        <w:br/>
        <w:t>vt 0.189489 0.227897</w:t>
        <w:br/>
        <w:t>vt 0.189546 0.231437</w:t>
        <w:br/>
        <w:t>vt 0.189546 0.231437</w:t>
        <w:br/>
        <w:t>vt 0.189645 0.236083</w:t>
        <w:br/>
        <w:t>vt 0.746611 0.134634</w:t>
        <w:br/>
        <w:t>vt 0.743901 0.130706</w:t>
        <w:br/>
        <w:t>vt 0.178444 0.240525</w:t>
        <w:br/>
        <w:t>vt 0.169424 0.240984</w:t>
        <w:br/>
        <w:t>vt 0.199835 0.237101</w:t>
        <w:br/>
        <w:t>vt 0.200399 0.232862</w:t>
        <w:br/>
        <w:t>vt 0.244720 0.273138</w:t>
        <w:br/>
        <w:t>vt 0.242657 0.279519</w:t>
        <w:br/>
        <w:t>vt 0.201184 0.253574</w:t>
        <w:br/>
        <w:t>vt 0.199925 0.246684</w:t>
        <w:br/>
        <w:t>vt 0.243600 0.262380</w:t>
        <w:br/>
        <w:t>vt 0.244260 0.268613</w:t>
        <w:br/>
        <w:t>vt 0.189812 0.246297</w:t>
        <w:br/>
        <w:t>vt 0.190322 0.253574</w:t>
        <w:br/>
        <w:t>vt 0.257163 0.282098</w:t>
        <w:br/>
        <w:t>vt 0.257374 0.273978</w:t>
        <w:br/>
        <w:t>vt 0.740858 0.130706</w:t>
        <w:br/>
        <w:t>vt 0.739558 0.135129</w:t>
        <w:br/>
        <w:t>vt 0.169424 0.240984</w:t>
        <w:br/>
        <w:t>vt 0.178444 0.240525</w:t>
        <w:br/>
        <w:t>vt 0.179033 0.246116</w:t>
        <w:br/>
        <w:t>vt 0.169345 0.246425</w:t>
        <w:br/>
        <w:t>vt 0.266405 0.269525</w:t>
        <w:br/>
        <w:t>vt 0.257599 0.262463</w:t>
        <w:br/>
        <w:t>vt 0.266647 0.274808</w:t>
        <w:br/>
        <w:t>vt 0.189696 0.240992</w:t>
        <w:br/>
        <w:t>vt 0.742875 0.134961</w:t>
        <w:br/>
        <w:t>vt 0.322688 0.279642</w:t>
        <w:br/>
        <w:t>vt 0.320834 0.287094</w:t>
        <w:br/>
        <w:t>vt 0.308407 0.279067</w:t>
        <w:br/>
        <w:t>vt 0.199608 0.241665</w:t>
        <w:br/>
        <w:t>vt 0.322688 0.279642</w:t>
        <w:br/>
        <w:t>vt 0.189696 0.240992</w:t>
        <w:br/>
        <w:t>vt 0.189812 0.246297</w:t>
        <w:br/>
        <w:t>vt 0.383137 0.214108</w:t>
        <w:br/>
        <w:t>vt 0.383947 0.220675</w:t>
        <w:br/>
        <w:t>vt 0.244720 0.273138</w:t>
        <w:br/>
        <w:t>vt 0.239194 0.272222</w:t>
        <w:br/>
        <w:t>vt 0.383947 0.220675</w:t>
        <w:br/>
        <w:t>vt 0.385270 0.228084</w:t>
        <w:br/>
        <w:t>vt 0.199925 0.246684</w:t>
        <w:br/>
        <w:t>vt 0.199608 0.241665</w:t>
        <w:br/>
        <w:t>vt 0.249796 0.273931</w:t>
        <w:br/>
        <w:t>vt 0.250122 0.280056</w:t>
        <w:br/>
        <w:t>vt 0.661330 0.137022</w:t>
        <w:br/>
        <w:t>vt 0.666572 0.130706</w:t>
        <w:br/>
        <w:t>vt 0.334349 0.270350</w:t>
        <w:br/>
        <w:t>vt 0.336990 0.278134</w:t>
        <w:br/>
        <w:t>vt 0.257343 0.268497</w:t>
        <w:br/>
        <w:t>vt 0.250235 0.262339</w:t>
        <w:br/>
        <w:t>vt 0.249758 0.268697</w:t>
        <w:br/>
        <w:t>vt 0.385270 0.228084</w:t>
        <w:br/>
        <w:t>vt 0.386066 0.235599</w:t>
        <w:br/>
        <w:t>vt 0.461224 0.256560</w:t>
        <w:br/>
        <w:t>vt 0.482111 0.256560</w:t>
        <w:br/>
        <w:t>vt 0.479080 0.267887</w:t>
        <w:br/>
        <w:t>vt 0.457711 0.266914</w:t>
        <w:br/>
        <w:t>vt 0.257374 0.273978</w:t>
        <w:br/>
        <w:t>vt 0.438419 0.256560</w:t>
        <w:br/>
        <w:t>vt 0.434858 0.266603</w:t>
        <w:br/>
        <w:t>vt 0.387336 0.253574</w:t>
        <w:br/>
        <w:t>vt 0.385623 0.242381</w:t>
        <w:br/>
        <w:t>vt 0.249796 0.273931</w:t>
        <w:br/>
        <w:t>vt 0.385623 0.242381</w:t>
        <w:br/>
        <w:t>vt 0.507862 0.256560</w:t>
        <w:br/>
        <w:t>vt 0.505773 0.269482</w:t>
        <w:br/>
        <w:t>vt 0.413355 0.266957</w:t>
        <w:br/>
        <w:t>vt 0.416744 0.256560</w:t>
        <w:br/>
        <w:t>vt 0.336990 0.278134</w:t>
        <w:br/>
        <w:t>vt 0.335258 0.285601</w:t>
        <w:br/>
        <w:t>vt 0.249758 0.268697</w:t>
        <w:br/>
        <w:t>vt 0.332576 0.291975</w:t>
        <w:br/>
        <w:t>vt 0.477662 0.290034</w:t>
        <w:br/>
        <w:t>vt 0.453041 0.291250</w:t>
        <w:br/>
        <w:t>vt 0.457711 0.266914</w:t>
        <w:br/>
        <w:t>vt 0.479080 0.267887</w:t>
        <w:br/>
        <w:t>vt 0.429583 0.292093</w:t>
        <w:br/>
        <w:t>vt 0.434858 0.266603</w:t>
        <w:br/>
        <w:t>vt 0.349343 0.272236</w:t>
        <w:br/>
        <w:t>vt 0.349796 0.284506</w:t>
        <w:br/>
        <w:t>vt 0.646671 0.139961</w:t>
        <w:br/>
        <w:t>vt 0.651721 0.130706</w:t>
        <w:br/>
        <w:t>vt 0.393249 0.267043</w:t>
        <w:br/>
        <w:t>vt 0.395635 0.256560</w:t>
        <w:br/>
        <w:t>vt 0.543130 0.155426</w:t>
        <w:br/>
        <w:t>vt 0.538184 0.130706</w:t>
        <w:br/>
        <w:t>vt 0.559004 0.130706</w:t>
        <w:br/>
        <w:t>vt 0.565274 0.158409</w:t>
        <w:br/>
        <w:t>vt 0.505773 0.269482</w:t>
        <w:br/>
        <w:t>vt 0.507838 0.289379</w:t>
        <w:br/>
        <w:t>vt 0.376897 0.268220</w:t>
        <w:br/>
        <w:t>vt 0.375189 0.256560</w:t>
        <w:br/>
        <w:t>vt 0.409002 0.292431</w:t>
        <w:br/>
        <w:t>vt 0.413355 0.266957</w:t>
        <w:br/>
        <w:t>vt 0.520241 0.152838</w:t>
        <w:br/>
        <w:t>vt 0.518612 0.130706</w:t>
        <w:br/>
        <w:t>vt 0.358347 0.256560</w:t>
        <w:br/>
        <w:t>vt 0.365038 0.272803</w:t>
        <w:br/>
        <w:t>vt 0.349343 0.272236</w:t>
        <w:br/>
        <w:t>vt 0.342542 0.256560</w:t>
        <w:br/>
        <w:t>vt 0.577998 0.130706</w:t>
        <w:br/>
        <w:t>vt 0.584776 0.160893</w:t>
        <w:br/>
        <w:t>vt 0.347593 0.293354</w:t>
        <w:br/>
        <w:t>vt 0.392555 0.292251</w:t>
        <w:br/>
        <w:t>vt 0.393249 0.267043</w:t>
        <w:br/>
        <w:t>vt 0.491990 0.154168</w:t>
        <w:br/>
        <w:t>vt 0.494506 0.130706</w:t>
        <w:br/>
        <w:t>vt 0.536560 0.256560</w:t>
        <w:br/>
        <w:t>vt 0.536180 0.271039</w:t>
        <w:br/>
        <w:t>vt 0.376897 0.268220</w:t>
        <w:br/>
        <w:t>vt 0.375613 0.292007</w:t>
        <w:br/>
        <w:t>vt 0.601355 0.161017</w:t>
        <w:br/>
        <w:t>vt 0.617411 0.154358</w:t>
        <w:br/>
        <w:t>vt 0.596157 0.130706</w:t>
        <w:br/>
        <w:t>vt 0.360147 0.299313</w:t>
        <w:br/>
        <w:t>vt 0.340809 0.299313</w:t>
        <w:br/>
        <w:t>vt 0.631882 0.141622</w:t>
        <w:br/>
        <w:t>vt 0.612247 0.130706</w:t>
        <w:br/>
        <w:t>vt 0.404897 0.216781</w:t>
        <w:br/>
        <w:t>vt 0.406130 0.224870</w:t>
        <w:br/>
        <w:t>vt 0.404971 0.208483</w:t>
        <w:br/>
        <w:t>vt 0.404897 0.216781</w:t>
        <w:br/>
        <w:t>vt 0.477662 0.290034</w:t>
        <w:br/>
        <w:t>vt 0.480640 0.299313</w:t>
        <w:br/>
        <w:t>vt 0.456381 0.299313</w:t>
        <w:br/>
        <w:t>vt 0.453041 0.291250</w:t>
        <w:br/>
        <w:t>vt 0.536180 0.271039</w:t>
        <w:br/>
        <w:t>vt 0.536975 0.289134</w:t>
        <w:br/>
        <w:t>vt 0.362261 0.291539</w:t>
        <w:br/>
        <w:t>vt 0.406130 0.224870</w:t>
        <w:br/>
        <w:t>vt 0.407857 0.233551</w:t>
        <w:br/>
        <w:t>vt 0.432535 0.299313</w:t>
        <w:br/>
        <w:t>vt 0.429583 0.292093</w:t>
        <w:br/>
        <w:t>vt 0.507838 0.289379</w:t>
        <w:br/>
        <w:t>vt 0.510072 0.299313</w:t>
        <w:br/>
        <w:t>vt 0.406652 0.241741</w:t>
        <w:br/>
        <w:t>vt 0.410361 0.253574</w:t>
        <w:br/>
        <w:t>vt 0.464476 0.157621</w:t>
        <w:br/>
        <w:t>vt 0.467188 0.130706</w:t>
        <w:br/>
        <w:t>vt 0.411999 0.299313</w:t>
        <w:br/>
        <w:t>vt 0.409002 0.292431</w:t>
        <w:br/>
        <w:t>vt 0.375613 0.292007</w:t>
        <w:br/>
        <w:t>vt 0.406652 0.241741</w:t>
        <w:br/>
        <w:t>vt 0.557876 0.261519</w:t>
        <w:br/>
        <w:t>vt 0.392555 0.292251</w:t>
        <w:br/>
        <w:t>vt 0.394477 0.299313</w:t>
        <w:br/>
        <w:t>vt 0.375388 0.299313</w:t>
        <w:br/>
        <w:t>vt 0.561167 0.272263</w:t>
        <w:br/>
        <w:t>vt 0.556343 0.256560</w:t>
        <w:br/>
        <w:t>vt 0.433165 0.212022</w:t>
        <w:br/>
        <w:t>vt 0.432938 0.220505</w:t>
        <w:br/>
        <w:t>vt 0.432129 0.203671</w:t>
        <w:br/>
        <w:t>vt 0.433165 0.212022</w:t>
        <w:br/>
        <w:t>vt 0.562050 0.290437</w:t>
        <w:br/>
        <w:t>vt 0.432938 0.220505</w:t>
        <w:br/>
        <w:t>vt 0.536975 0.289134</w:t>
        <w:br/>
        <w:t>vt 0.538394 0.299313</w:t>
        <w:br/>
        <w:t>vt 0.584838 0.256017</w:t>
        <w:br/>
        <w:t>vt 0.585570 0.269484</w:t>
        <w:br/>
        <w:t>vt 0.439368 0.159132</w:t>
        <w:br/>
        <w:t>vt 0.450151 0.130706</w:t>
        <w:br/>
        <w:t>vt 0.436362 0.241607</w:t>
        <w:br/>
        <w:t>vt 0.438910 0.253574</w:t>
        <w:br/>
        <w:t>vt 0.586279 0.289905</w:t>
        <w:br/>
        <w:t>vt 0.452941 0.213846</w:t>
        <w:br/>
        <w:t>vt 0.608395 0.265577</w:t>
        <w:br/>
        <w:t>vt 0.439437 0.233222</w:t>
        <w:br/>
        <w:t>vt 0.436362 0.241607</w:t>
        <w:br/>
        <w:t>vt 0.562529 0.299313</w:t>
        <w:br/>
        <w:t>vt 0.452941 0.213846</w:t>
        <w:br/>
        <w:t>vt 0.416150 0.156512</w:t>
        <w:br/>
        <w:t>vt 0.420469 0.130706</w:t>
        <w:br/>
        <w:t>vt 0.462332 0.242345</w:t>
        <w:br/>
        <w:t>vt 0.461183 0.231018</w:t>
        <w:br/>
        <w:t>vt 0.462332 0.242345</w:t>
        <w:br/>
        <w:t>vt 0.399963 0.151302</w:t>
        <w:br/>
        <w:t>vt 0.400475 0.130706</w:t>
        <w:br/>
        <w:t>vt 0.586278 0.299313</w:t>
        <w:br/>
        <w:t>vt 0.562050 0.290437</w:t>
        <w:br/>
        <w:t>vt 0.603299 0.299313</w:t>
        <w:br/>
        <w:t>vt 0.605697 0.285675</w:t>
        <w:br/>
        <w:t>vt 0.495265 0.242244</w:t>
        <w:br/>
        <w:t>vt 0.495391 0.253574</w:t>
        <w:br/>
        <w:t>vt 0.462046 0.253574</w:t>
        <w:br/>
        <w:t>vt 0.316428 0.845055</w:t>
        <w:br/>
        <w:t>vt 0.349341 0.845055</w:t>
        <w:br/>
        <w:t>vt 0.349348 0.865216</w:t>
        <w:br/>
        <w:t>vt 0.319247 0.865216</w:t>
        <w:br/>
        <w:t>vt 0.495265 0.242244</w:t>
        <w:br/>
        <w:t>vt 0.500120 0.229535</w:t>
        <w:br/>
        <w:t>vt 0.543339 0.227963</w:t>
        <w:br/>
        <w:t>vt 0.545084 0.216203</w:t>
        <w:br/>
        <w:t>vt 0.566825 0.235115</w:t>
        <w:br/>
        <w:t>vt 0.383738 0.152106</w:t>
        <w:br/>
        <w:t>vt 0.989603 0.093385</w:t>
        <w:br/>
        <w:t>vt 0.987642 0.084623</w:t>
        <w:br/>
        <w:t>vt 0.989603 0.084941</w:t>
        <w:br/>
        <w:t>vt 0.471308 0.165792</w:t>
        <w:br/>
        <w:t>vt 0.479771 0.167257</w:t>
        <w:br/>
        <w:t>vt 0.472220 0.167917</w:t>
        <w:br/>
        <w:t>vt 0.111902 0.568738</w:t>
        <w:br/>
        <w:t>vt 0.111902 0.576444</w:t>
        <w:br/>
        <w:t>vt 0.109937 0.575709</w:t>
        <w:br/>
        <w:t>vt 0.365044 0.130706</w:t>
        <w:br/>
        <w:t>vt 0.936760 0.461559</w:t>
        <w:br/>
        <w:t>vt 0.938415 0.453862</w:t>
        <w:br/>
        <w:t>vt 0.938753 0.461287</w:t>
        <w:br/>
        <w:t>vt 0.513928 0.253574</w:t>
        <w:br/>
        <w:t>vt 0.620660 0.299313</w:t>
        <w:br/>
        <w:t>vt 0.989603 0.047244</w:t>
        <w:br/>
        <w:t>vt 0.989603 0.056026</w:t>
        <w:br/>
        <w:t>vt 0.984836 0.054632</w:t>
        <w:br/>
        <w:t>vt 0.983074 0.046410</w:t>
        <w:br/>
        <w:t>vt 0.444136 0.170374</w:t>
        <w:br/>
        <w:t>vt 0.435757 0.171107</w:t>
        <w:br/>
        <w:t>vt 0.435918 0.164071</w:t>
        <w:br/>
        <w:t>vt 0.443857 0.164447</w:t>
        <w:br/>
        <w:t>vt 0.234981 0.761191</w:t>
        <w:br/>
        <w:t>vt 0.249596 0.735516</w:t>
        <w:br/>
        <w:t>vt 0.255710 0.749224</w:t>
        <w:br/>
        <w:t>vt 0.106826 0.605341</w:t>
        <w:br/>
        <w:t>vt 0.111902 0.605403</w:t>
        <w:br/>
        <w:t>vt 0.111902 0.613978</w:t>
        <w:br/>
        <w:t>vt 0.934732 0.497658</w:t>
        <w:br/>
        <w:t>vt 0.940004 0.488756</w:t>
        <w:br/>
        <w:t>vt 0.940398 0.497427</w:t>
        <w:br/>
        <w:t>vt 0.473224 0.566693</w:t>
        <w:br/>
        <w:t>vt 0.475598 0.574760</w:t>
        <w:br/>
        <w:t>vt 0.459709 0.577562</w:t>
        <w:br/>
        <w:t>vt 0.457581 0.571529</w:t>
        <w:br/>
        <w:t>vt 0.427714 0.171811</w:t>
        <w:br/>
        <w:t>vt 0.427688 0.165344</w:t>
        <w:br/>
        <w:t>vt 0.513825 0.244671</w:t>
        <w:br/>
        <w:t>vt 0.515237 0.233977</w:t>
        <w:br/>
        <w:t>vt 0.369866 0.855701</w:t>
        <w:br/>
        <w:t>vt 0.205815 0.706907</w:t>
        <w:br/>
        <w:t>vt 0.226004 0.705308</w:t>
        <w:br/>
        <w:t>vt 0.230106 0.715805</w:t>
        <w:br/>
        <w:t>vt 0.202668 0.731455</w:t>
        <w:br/>
        <w:t>vt 0.989603 0.038259</w:t>
        <w:br/>
        <w:t>vt 0.980611 0.038041</w:t>
        <w:br/>
        <w:t>vt 0.441913 0.575237</w:t>
        <w:br/>
        <w:t>vt 0.542730 0.596637</w:t>
        <w:br/>
        <w:t>vt 0.549204 0.586549</w:t>
        <w:br/>
        <w:t>vt 0.561296 0.589789</w:t>
        <w:br/>
        <w:t>vt 0.555263 0.605088</w:t>
        <w:br/>
        <w:t>vt 0.487460 0.562434</w:t>
        <w:br/>
        <w:t>vt 0.502517 0.560560</w:t>
        <w:br/>
        <w:t>vt 0.501977 0.570109</w:t>
        <w:br/>
        <w:t>vt 0.488805 0.572431</w:t>
        <w:br/>
        <w:t>vt 0.530473 0.587876</w:t>
        <w:br/>
        <w:t>vt 0.531635 0.581841</w:t>
        <w:br/>
        <w:t>vt 0.940777 0.505743</w:t>
        <w:br/>
        <w:t>vt 0.933950 0.505395</w:t>
        <w:br/>
        <w:t>vt 0.107068 0.614952</w:t>
        <w:br/>
        <w:t>vt 0.111902 0.622890</w:t>
        <w:br/>
        <w:t>vt 0.106722 0.623727</w:t>
        <w:br/>
        <w:t>vt 0.443328 0.580450</w:t>
        <w:br/>
        <w:t>vt 0.420791 0.584424</w:t>
        <w:br/>
        <w:t>vt 0.512170 0.576625</w:t>
        <w:br/>
        <w:t>vt 0.415833 0.172851</w:t>
        <w:br/>
        <w:t>vt 0.418332 0.165490</w:t>
        <w:br/>
        <w:t>vt 0.567725 0.610404</w:t>
        <w:br/>
        <w:t>vt 0.573853 0.593153</w:t>
        <w:br/>
        <w:t>vt 0.586394 0.596514</w:t>
        <w:br/>
        <w:t>vt 0.581012 0.614597</w:t>
        <w:br/>
        <w:t>vt 0.995591 0.088739</w:t>
        <w:br/>
        <w:t>vt 0.995591 0.112909</w:t>
        <w:br/>
        <w:t>vt 0.992497 0.110231</w:t>
        <w:br/>
        <w:t>vt 0.977595 0.027658</w:t>
        <w:br/>
        <w:t>vt 0.989603 0.027422</w:t>
        <w:br/>
        <w:t>vt 0.240702 0.726775</w:t>
        <w:br/>
        <w:t>vt 0.249596 0.735516</w:t>
        <w:br/>
        <w:t>vt 0.229857 0.748615</w:t>
        <w:br/>
        <w:t>vt 0.220694 0.739353</w:t>
        <w:br/>
        <w:t>vt 0.995591 0.129262</w:t>
        <w:br/>
        <w:t>vt 0.991876 0.129005</w:t>
        <w:br/>
        <w:t>vt 0.995591 0.112909</w:t>
        <w:br/>
        <w:t>vt 0.995591 0.143479</w:t>
        <w:br/>
        <w:t>vt 0.989937 0.141472</w:t>
        <w:br/>
        <w:t>vt 0.988839 0.127874</w:t>
        <w:br/>
        <w:t>vt 0.984740 0.127033</w:t>
        <w:br/>
        <w:t>vt 0.514697 0.567866</w:t>
        <w:br/>
        <w:t>vt 0.373108 0.156544</w:t>
        <w:br/>
        <w:t>vt 0.402334 0.158719</w:t>
        <w:br/>
        <w:t>vt 0.393511 0.174803</w:t>
        <w:br/>
        <w:t>vt 0.593071 0.611348</w:t>
        <w:br/>
        <w:t>vt 0.598865 0.599855</w:t>
        <w:br/>
        <w:t>vt 0.941158 0.514106</w:t>
        <w:br/>
        <w:t>vt 0.933926 0.515948</w:t>
        <w:br/>
        <w:t>vt 0.989362 0.154826</w:t>
        <w:br/>
        <w:t>vt 0.995591 0.155124</w:t>
        <w:br/>
        <w:t>vt 0.995591 0.166731</w:t>
        <w:br/>
        <w:t>vt 0.989443 0.168220</w:t>
        <w:br/>
        <w:t>vt 0.105509 0.632299</w:t>
        <w:br/>
        <w:t>vt 0.513825 0.244671</w:t>
        <w:br/>
        <w:t>vt 0.535645 0.253574</w:t>
        <w:br/>
        <w:t>vt 0.985616 0.140969</w:t>
        <w:br/>
        <w:t>vt 0.202668 0.731455</w:t>
        <w:br/>
        <w:t>vt 0.229857 0.748615</w:t>
        <w:br/>
        <w:t>vt 0.216868 0.771649</w:t>
        <w:br/>
        <w:t>vt 0.368225 0.845055</w:t>
        <w:br/>
        <w:t>vt 0.388956 0.845055</w:t>
        <w:br/>
        <w:t>vt 0.390065 0.852288</w:t>
        <w:br/>
        <w:t>vt 0.535645 0.253574</w:t>
        <w:br/>
        <w:t>vt 0.977481 0.153782</w:t>
        <w:br/>
        <w:t>vt 0.983667 0.154282</w:t>
        <w:br/>
        <w:t>vt 0.982611 0.167801</w:t>
        <w:br/>
        <w:t>vt 0.975454 0.167248</w:t>
        <w:br/>
        <w:t>vt 0.196313 0.714199</w:t>
        <w:br/>
        <w:t>vt 0.995591 0.178308</w:t>
        <w:br/>
        <w:t>vt 0.989322 0.181756</w:t>
        <w:br/>
        <w:t>vt 0.643512 0.688157</w:t>
        <w:br/>
        <w:t>vt 0.635416 0.674486</w:t>
        <w:br/>
        <w:t>vt 0.803412 0.185958</w:t>
        <w:br/>
        <w:t>vt 0.809751 0.194898</w:t>
        <w:br/>
        <w:t>vt 0.802183 0.200048</w:t>
        <w:br/>
        <w:t>vt 0.798072 0.187609</w:t>
        <w:br/>
        <w:t>vt 0.981713 0.181910</w:t>
        <w:br/>
        <w:t>vt 0.208193 0.763807</w:t>
        <w:br/>
        <w:t>vt 0.973852 0.180442</w:t>
        <w:br/>
        <w:t>vt 0.208193 0.763807</w:t>
        <w:br/>
        <w:t>vt 0.200252 0.754392</w:t>
        <w:br/>
        <w:t>vt 0.391699 0.858588</w:t>
        <w:br/>
        <w:t>vt 0.639084 0.696584</w:t>
        <w:br/>
        <w:t>vt 0.629675 0.673984</w:t>
        <w:br/>
        <w:t>vt 0.995591 0.198570</w:t>
        <w:br/>
        <w:t>vt 0.986995 0.200590</w:t>
        <w:br/>
        <w:t>vt 0.954595 0.204761</w:t>
        <w:br/>
        <w:t>vt 0.976253 0.194777</w:t>
        <w:br/>
        <w:t>vt 0.959055 0.209198</w:t>
        <w:br/>
        <w:t>vt 0.812288 0.209850</w:t>
        <w:br/>
        <w:t>vt 0.811135 0.215133</w:t>
        <w:br/>
        <w:t>vt 0.793900 0.205526</w:t>
        <w:br/>
        <w:t>vt 0.787512 0.185501</w:t>
        <w:br/>
        <w:t>vt 0.623678 0.673460</w:t>
        <w:br/>
        <w:t>vt 0.616669 0.672846</w:t>
        <w:br/>
        <w:t>vt 0.193711 0.785019</w:t>
        <w:br/>
        <w:t>vt 0.188260 0.778624</w:t>
        <w:br/>
        <w:t>vt 0.186508 0.745439</w:t>
        <w:br/>
        <w:t>vt 0.413736 0.845055</w:t>
        <w:br/>
        <w:t>vt 0.414119 0.851331</w:t>
        <w:br/>
        <w:t>vt 0.831972 0.266148</w:t>
        <w:br/>
        <w:t>vt 0.832093 0.260224</w:t>
        <w:br/>
        <w:t>vt 0.839636 0.272953</w:t>
        <w:br/>
        <w:t>vt 0.604267 0.671761</w:t>
        <w:br/>
        <w:t>vt 0.609621 0.672230</w:t>
        <w:br/>
        <w:t>vt 0.371610 0.865216</w:t>
        <w:br/>
        <w:t>vt 0.397840 0.865216</w:t>
        <w:br/>
        <w:t>vt 0.971916 0.221463</w:t>
        <w:br/>
        <w:t>vt 0.978833 0.202108</w:t>
        <w:br/>
        <w:t>vt 0.812785 0.297602</w:t>
        <w:br/>
        <w:t>vt 0.809965 0.302259</w:t>
        <w:br/>
        <w:t>vt 0.801466 0.293628</w:t>
        <w:br/>
        <w:t>vt 0.804488 0.290265</w:t>
        <w:br/>
        <w:t>vt 0.829707 0.273713</w:t>
        <w:br/>
        <w:t>vt 0.416129 0.858964</w:t>
        <w:br/>
        <w:t>vt 0.188260 0.778624</w:t>
        <w:br/>
        <w:t>vt 0.179901 0.769294</w:t>
        <w:br/>
        <w:t>vt 0.779070 0.190404</w:t>
        <w:br/>
        <w:t>vt 0.787594 0.210930</w:t>
        <w:br/>
        <w:t>vt 0.830314 0.285196</w:t>
        <w:br/>
        <w:t>vt 0.833899 0.282490</w:t>
        <w:br/>
        <w:t>vt 0.840857 0.266060</w:t>
        <w:br/>
        <w:t>vt 0.850940 0.270319</w:t>
        <w:br/>
        <w:t>vt 0.881363 0.210940</w:t>
        <w:br/>
        <w:t>vt 0.881870 0.222559</w:t>
        <w:br/>
        <w:t>vt 0.878569 0.222922</w:t>
        <w:br/>
        <w:t>vt 0.809382 0.221024</w:t>
        <w:br/>
        <w:t>vt 0.692563 0.205690</w:t>
        <w:br/>
        <w:t>vt 0.702922 0.210283</w:t>
        <w:br/>
        <w:t>vt 0.700806 0.213933</w:t>
        <w:br/>
        <w:t>vt 0.881363 0.210940</w:t>
        <w:br/>
        <w:t>vt 0.884763 0.223231</w:t>
        <w:br/>
        <w:t>vt 0.881870 0.222559</w:t>
        <w:br/>
        <w:t>vt 0.419250 0.865216</w:t>
        <w:br/>
        <w:t>vt 0.968259 0.219346</w:t>
        <w:br/>
        <w:t>vt 0.884763 0.223231</w:t>
        <w:br/>
        <w:t>vt 0.881363 0.210940</w:t>
        <w:br/>
        <w:t>vt 0.887247 0.221623</w:t>
        <w:br/>
        <w:t>vt 0.170060 0.757479</w:t>
        <w:br/>
        <w:t>vt 0.588441 0.670377</w:t>
        <w:br/>
        <w:t>vt 0.174092 0.796346</w:t>
        <w:br/>
        <w:t>vt 0.169817 0.791114</w:t>
        <w:br/>
        <w:t>vt 0.985171 0.219072</w:t>
        <w:br/>
        <w:t>vt 0.995591 0.218129</w:t>
        <w:br/>
        <w:t>vt 0.995591 0.237435</w:t>
        <w:br/>
        <w:t>vt 0.982680 0.239021</w:t>
        <w:br/>
        <w:t>vt 0.437174 0.845055</w:t>
        <w:br/>
        <w:t>vt 0.437450 0.851841</w:t>
        <w:br/>
        <w:t>vt 0.856879 0.285033</w:t>
        <w:br/>
        <w:t>vt 0.861399 0.274507</w:t>
        <w:br/>
        <w:t>vt 0.872668 0.280721</w:t>
        <w:br/>
        <w:t>vt 0.867204 0.291520</w:t>
        <w:br/>
        <w:t>vt 0.580650 0.669695</w:t>
        <w:br/>
        <w:t>vt 0.771417 0.195552</w:t>
        <w:br/>
        <w:t>vt 0.438324 0.859268</w:t>
        <w:br/>
        <w:t>vt 0.169817 0.791114</w:t>
        <w:br/>
        <w:t>vt 0.162215 0.780736</w:t>
        <w:br/>
        <w:t>vt 0.941720 0.214050</w:t>
        <w:br/>
        <w:t>vt 0.948091 0.219837</w:t>
        <w:br/>
        <w:t>vt 0.935606 0.233189</w:t>
        <w:br/>
        <w:t>vt 0.928698 0.226560</w:t>
        <w:br/>
        <w:t>vt 0.845575 0.300658</w:t>
        <w:br/>
        <w:t>vt 0.853812 0.308938</w:t>
        <w:br/>
        <w:t>vt 0.807526 0.226899</w:t>
        <w:br/>
        <w:t>vt 0.804078 0.233028</w:t>
        <w:br/>
        <w:t>vt 0.879508 0.255929</w:t>
        <w:br/>
        <w:t>vt 0.889247 0.268602</w:t>
        <w:br/>
        <w:t>vt 0.881576 0.270165</w:t>
        <w:br/>
        <w:t>vt 0.725883 0.239010</w:t>
        <w:br/>
        <w:t>vt 0.720509 0.233636</w:t>
        <w:br/>
        <w:t>vt 0.729032 0.224793</w:t>
        <w:br/>
        <w:t>vt 0.740143 0.232288</w:t>
        <w:br/>
        <w:t>vt 0.440721 0.865216</w:t>
        <w:br/>
        <w:t>vt 0.152796 0.768910</w:t>
        <w:br/>
        <w:t>vt 0.878310 0.298710</w:t>
        <w:br/>
        <w:t>vt 0.887897 0.297528</w:t>
        <w:br/>
        <w:t>vt 0.891277 0.301453</w:t>
        <w:br/>
        <w:t>vt 0.454235 0.845055</w:t>
        <w:br/>
        <w:t>vt 0.454297 0.852610</w:t>
        <w:br/>
        <w:t>vt 0.583513 0.709728</w:t>
        <w:br/>
        <w:t>vt 0.564591 0.694983</w:t>
        <w:br/>
        <w:t>vt 0.569087 0.668683</w:t>
        <w:br/>
        <w:t>vt 0.909361 0.272556</w:t>
        <w:br/>
        <w:t>vt 0.904368 0.253772</w:t>
        <w:br/>
        <w:t>vt 0.908638 0.260391</w:t>
        <w:br/>
        <w:t>vt 0.766724 0.200304</w:t>
        <w:br/>
        <w:t>vt 0.781541 0.216636</w:t>
        <w:br/>
        <w:t>vt 0.775384 0.221767</w:t>
        <w:br/>
        <w:t>vt 0.154746 0.807515</w:t>
        <w:br/>
        <w:t>vt 0.151585 0.803164</w:t>
        <w:br/>
        <w:t>vt 0.942749 0.244863</w:t>
        <w:br/>
        <w:t>vt 0.908638 0.260391</w:t>
        <w:br/>
        <w:t>vt 0.918102 0.241721</w:t>
        <w:br/>
        <w:t>vt 0.909361 0.272556</w:t>
        <w:br/>
        <w:t>vt 0.455513 0.859279</w:t>
        <w:br/>
        <w:t>vt 0.886281 0.254133</w:t>
        <w:br/>
        <w:t>vt 0.894357 0.251047</w:t>
        <w:br/>
        <w:t>vt 0.900142 0.263863</w:t>
        <w:br/>
        <w:t>vt 0.889247 0.268602</w:t>
        <w:br/>
        <w:t>vt 0.794992 0.239870</w:t>
        <w:br/>
        <w:t>vt 0.965206 0.242090</w:t>
        <w:br/>
        <w:t>vt 0.979856 0.259701</w:t>
        <w:br/>
        <w:t>vt 0.959768 0.262294</w:t>
        <w:br/>
        <w:t>vt 0.471129 0.852905</w:t>
        <w:br/>
        <w:t>vt 0.762390 0.205999</w:t>
        <w:br/>
        <w:t>vt 0.750509 0.263636</w:t>
        <w:br/>
        <w:t>vt 0.731102 0.244229</w:t>
        <w:br/>
        <w:t>vt 0.751077 0.240941</w:t>
        <w:br/>
        <w:t>vt 0.762011 0.250483</w:t>
        <w:br/>
        <w:t>vt 0.146728 0.790519</w:t>
        <w:br/>
        <w:t>vt 0.887897 0.297528</w:t>
        <w:br/>
        <w:t>vt 0.892151 0.282867</w:t>
        <w:br/>
        <w:t>vt 0.891277 0.301453</w:t>
        <w:br/>
        <w:t>vt 0.456880 0.865216</w:t>
        <w:br/>
        <w:t>vt 0.900142 0.263863</w:t>
        <w:br/>
        <w:t>vt 0.901442 0.258519</w:t>
        <w:br/>
        <w:t>vt 0.909361 0.272556</w:t>
        <w:br/>
        <w:t>vt 0.471129 0.852905</w:t>
        <w:br/>
        <w:t>vt 0.470488 0.858780</w:t>
        <w:br/>
        <w:t>vt 0.889021 0.341756</w:t>
        <w:br/>
        <w:t>vt 0.902244 0.355606</w:t>
        <w:br/>
        <w:t>vt 0.472572 0.845055</w:t>
        <w:br/>
        <w:t>vt 0.484726 0.853915</w:t>
        <w:br/>
        <w:t>vt 0.923800 0.247997</w:t>
        <w:br/>
        <w:t>vt 0.937156 0.266072</w:t>
        <w:br/>
        <w:t>vt 0.154746 0.807515</w:t>
        <w:br/>
        <w:t>vt 0.140244 0.815888</w:t>
        <w:br/>
        <w:t>vt 0.138364 0.812647</w:t>
        <w:br/>
        <w:t>vt 0.138360 0.779851</w:t>
        <w:br/>
        <w:t>vt 0.995591 0.256762</w:t>
        <w:br/>
        <w:t>vt 0.995591 0.273507</w:t>
        <w:br/>
        <w:t>vt 0.978172 0.279298</w:t>
        <w:br/>
        <w:t>vt 0.133204 0.754549</w:t>
        <w:br/>
        <w:t>vt 0.127541 0.748518</w:t>
        <w:br/>
        <w:t>vt 0.147370 0.729874</w:t>
        <w:br/>
        <w:t>vt 0.152821 0.733354</w:t>
        <w:br/>
        <w:t>vt 0.757787 0.214652</w:t>
        <w:br/>
        <w:t>vt 0.759833 0.210338</w:t>
        <w:br/>
        <w:t>vt 0.767492 0.224875</w:t>
        <w:br/>
        <w:t>vt 0.787014 0.244543</w:t>
        <w:br/>
        <w:t>vt 0.471225 0.865216</w:t>
        <w:br/>
        <w:t>vt 0.755441 0.219968</w:t>
        <w:br/>
        <w:t>vt 0.762081 0.231165</w:t>
        <w:br/>
        <w:t>vt 0.485900 0.845055</w:t>
        <w:br/>
        <w:t>vt 0.498323 0.854646</w:t>
        <w:br/>
        <w:t>vt 0.753760 0.225013</w:t>
        <w:br/>
        <w:t>vt 0.512632 0.855837</w:t>
        <w:br/>
        <w:t>vt 0.498311 0.845055</w:t>
        <w:br/>
        <w:t>vt 0.513471 0.845055</w:t>
        <w:br/>
        <w:t>vt 0.484726 0.853915</w:t>
        <w:br/>
        <w:t>vt 0.485279 0.858688</w:t>
        <w:br/>
        <w:t>vt 0.753143 0.229679</w:t>
        <w:br/>
        <w:t>vt 0.761243 0.240900</w:t>
        <w:br/>
        <w:t>vt 0.527181 0.845055</w:t>
        <w:br/>
        <w:t>vt 0.538691 0.852021</w:t>
        <w:br/>
        <w:t>vt 0.526208 0.855946</w:t>
        <w:br/>
        <w:t>vt 0.912207 0.365623</w:t>
        <w:br/>
        <w:t>vt 0.766247 0.279374</w:t>
        <w:br/>
        <w:t>vt 0.127494 0.823249</w:t>
        <w:br/>
        <w:t>vt 0.124781 0.821014</w:t>
        <w:br/>
        <w:t>vt 0.538400 0.845055</w:t>
        <w:br/>
        <w:t>vt 0.547437 0.845055</w:t>
        <w:br/>
        <w:t>vt 0.916565 0.317619</w:t>
        <w:br/>
        <w:t>vt 0.908032 0.294480</w:t>
        <w:br/>
        <w:t>vt 0.911287 0.293368</w:t>
        <w:br/>
        <w:t>vt 0.781295 0.243609</w:t>
        <w:br/>
        <w:t>vt 0.773045 0.244534</w:t>
        <w:br/>
        <w:t>vt 0.988487 0.379198</w:t>
        <w:br/>
        <w:t>vt 0.131602 0.800631</w:t>
        <w:br/>
        <w:t>vt 0.485496 0.865216</w:t>
        <w:br/>
        <w:t>vt 0.781295 0.243609</w:t>
        <w:br/>
        <w:t>vt 0.156703 0.719965</w:t>
        <w:br/>
        <w:t>vt 0.498323 0.854646</w:t>
        <w:br/>
        <w:t>vt 0.499046 0.859051</w:t>
        <w:br/>
        <w:t>vt 0.908540 0.324400</w:t>
        <w:br/>
        <w:t>vt 0.920979 0.333637</w:t>
        <w:br/>
        <w:t>vt 0.916669 0.336403</w:t>
        <w:br/>
        <w:t>vt 0.956857 0.282588</w:t>
        <w:br/>
        <w:t>vt 0.538691 0.852021</w:t>
        <w:br/>
        <w:t>vt 0.541143 0.859720</w:t>
        <w:br/>
        <w:t>vt 0.114873 0.830536</w:t>
        <w:br/>
        <w:t>vt 0.113627 0.827120</w:t>
        <w:br/>
        <w:t>vt 0.995591 0.374666</w:t>
        <w:br/>
        <w:t>vt 0.541889 0.865216</w:t>
        <w:br/>
        <w:t>vt 0.935580 0.287115</w:t>
        <w:br/>
        <w:t>vt 0.938804 0.305609</w:t>
        <w:br/>
        <w:t>vt 0.124310 0.791325</w:t>
        <w:br/>
        <w:t>vt 0.914537 0.339551</w:t>
        <w:br/>
        <w:t>vt 0.118769 0.809483</w:t>
        <w:br/>
        <w:t>vt 0.995591 0.290192</w:t>
        <w:br/>
        <w:t>vt 0.977099 0.295946</w:t>
        <w:br/>
        <w:t>vt 0.512632 0.855837</w:t>
        <w:br/>
        <w:t>vt 0.512703 0.859795</w:t>
        <w:br/>
        <w:t>vt 0.526208 0.855946</w:t>
        <w:br/>
        <w:t>vt 0.526099 0.860373</w:t>
        <w:br/>
        <w:t>vt 0.525764 0.865216</w:t>
        <w:br/>
        <w:t>vt 0.512104 0.865216</w:t>
        <w:br/>
        <w:t>vt 0.498716 0.865216</w:t>
        <w:br/>
        <w:t>vt 0.988121 0.370181</w:t>
        <w:br/>
        <w:t>vt 0.971592 0.380420</w:t>
        <w:br/>
        <w:t>vt 0.977826 0.374054</w:t>
        <w:br/>
        <w:t>vt 0.988121 0.370181</w:t>
        <w:br/>
        <w:t>vt 0.081365 0.849881</w:t>
        <w:br/>
        <w:t>vt 0.067994 0.857601</w:t>
        <w:br/>
        <w:t>vt 0.079147 0.848040</w:t>
        <w:br/>
        <w:t>vt 0.922239 0.349599</w:t>
        <w:br/>
        <w:t>vt 0.092603 0.843393</w:t>
        <w:br/>
        <w:t>vt 0.089705 0.840790</w:t>
        <w:br/>
        <w:t>vt 0.112056 0.801462</w:t>
        <w:br/>
        <w:t>vt 0.076921 0.845594</w:t>
        <w:br/>
        <w:t>vt 0.074574 0.844486</w:t>
        <w:br/>
        <w:t>vt 0.995591 0.357671</w:t>
        <w:br/>
        <w:t>vt 0.953904 0.380730</w:t>
        <w:br/>
        <w:t>vt 0.995591 0.304843</w:t>
        <w:br/>
        <w:t>vt 0.978376 0.309371</w:t>
        <w:br/>
        <w:t>vt 0.101554 0.833539</w:t>
        <w:br/>
        <w:t>vt 0.103620 0.837033</w:t>
        <w:br/>
        <w:t>vt 0.957388 0.300313</w:t>
        <w:br/>
        <w:t>vt 0.081389 0.831770</w:t>
        <w:br/>
        <w:t>vt 0.085941 0.834807</w:t>
        <w:br/>
        <w:t>vt 0.107780 0.817236</w:t>
        <w:br/>
        <w:t>vt 0.101408 0.810836</w:t>
        <w:br/>
        <w:t>vt 0.963392 0.368697</w:t>
        <w:br/>
        <w:t>vt 0.942640 0.320010</w:t>
        <w:br/>
        <w:t>vt 0.090814 0.820853</w:t>
        <w:br/>
        <w:t>vt 0.096404 0.825520</w:t>
        <w:br/>
        <w:t>vt 0.985335 0.363181</w:t>
        <w:br/>
        <w:t>vt 0.974553 0.365001</w:t>
        <w:br/>
        <w:t>vt 0.995591 0.317910</w:t>
        <w:br/>
        <w:t>vt 0.980228 0.323394</w:t>
        <w:br/>
        <w:t>vt 0.985335 0.363181</w:t>
        <w:br/>
        <w:t>vt 0.995591 0.343723</w:t>
        <w:br/>
        <w:t>vt 0.943057 0.371011</w:t>
        <w:br/>
        <w:t>vt 0.932891 0.359918</w:t>
        <w:br/>
        <w:t>vt 0.982006 0.338140</w:t>
        <w:br/>
        <w:t>vt 0.995591 0.331061</w:t>
        <w:br/>
        <w:t>vt 0.983288 0.353400</w:t>
        <w:br/>
        <w:t>vt 0.946561 0.331975</w:t>
        <w:br/>
        <w:t>vt 0.925885 0.345364</w:t>
        <w:br/>
        <w:t>vt 0.923755 0.347061</w:t>
        <w:br/>
        <w:t>vt 0.956589 0.356436</w:t>
        <w:br/>
        <w:t>vt 0.970223 0.353886</w:t>
        <w:br/>
        <w:t>vt 0.950963 0.343719</w:t>
        <w:br/>
        <w:t>vt 0.959808 0.313980</w:t>
        <w:br/>
        <w:t>vt 0.962498 0.327702</w:t>
        <w:br/>
        <w:t>vt 0.965947 0.340964</w:t>
        <w:br/>
        <w:t>vt 0.883880 0.286150</w:t>
        <w:br/>
        <w:t>vt 0.818025 0.264427</w:t>
        <w:br/>
        <w:t>vt 0.824774 0.254009</w:t>
        <w:br/>
        <w:t>vt 0.848499 0.279078</w:t>
        <w:br/>
        <w:t>vt 0.839497 0.291965</w:t>
        <w:br/>
        <w:t>vt 0.831516 0.296728</w:t>
        <w:br/>
        <w:t>vt 0.834698 0.309515</w:t>
        <w:br/>
        <w:t>vt 0.801466 0.293628</w:t>
        <w:br/>
        <w:t>vt 0.349341 0.845055</w:t>
        <w:br/>
        <w:t>vt 0.349348 0.865216</w:t>
        <w:br/>
        <w:t>vt 0.905773 0.275403</w:t>
        <w:br/>
        <w:t>vt 0.885156 0.284409</w:t>
        <w:br/>
        <w:t>vt 0.894357 0.251047</w:t>
        <w:br/>
        <w:t>vt 0.900657 0.246879</w:t>
        <w:br/>
        <w:t>vt 0.904368 0.253772</w:t>
        <w:br/>
        <w:t>vt 0.961061 0.242204</w:t>
        <w:br/>
        <w:t>vt 0.989603 0.007639</w:t>
        <w:br/>
        <w:t>vt 0.971506 0.011271</w:t>
        <w:br/>
        <w:t>vt 0.980507 0.140029</w:t>
        <w:br/>
        <w:t>vt 0.863552 0.317132</w:t>
        <w:br/>
        <w:t>vt 0.878310 0.298710</w:t>
        <w:br/>
        <w:t>vt 0.989603 0.074660</w:t>
        <w:br/>
        <w:t>vt 0.986224 0.074224</w:t>
        <w:br/>
        <w:t>vt 0.460937 0.168904</w:t>
        <w:br/>
        <w:t>vt 0.461283 0.166935</w:t>
        <w:br/>
        <w:t>vt 0.939221 0.471555</w:t>
        <w:br/>
        <w:t>vt 0.933994 0.472507</w:t>
        <w:br/>
        <w:t>vt 0.111902 0.586676</w:t>
        <w:br/>
        <w:t>vt 0.108588 0.586384</w:t>
        <w:br/>
        <w:t>vt 0.989603 0.065391</w:t>
        <w:br/>
        <w:t>vt 0.985376 0.064292</w:t>
        <w:br/>
        <w:t>vt 0.452570 0.165968</w:t>
        <w:br/>
        <w:t>vt 0.452677 0.169627</w:t>
        <w:br/>
        <w:t>vt 0.939611 0.480141</w:t>
        <w:br/>
        <w:t>vt 0.934717 0.489330</w:t>
        <w:br/>
        <w:t>vt 0.933968 0.480913</w:t>
        <w:br/>
        <w:t>vt 0.111902 0.596100</w:t>
        <w:br/>
        <w:t>vt 0.107580 0.595799</w:t>
        <w:br/>
        <w:t>vt 0.515583 0.560521</w:t>
        <w:br/>
        <w:t>vt 0.514697 0.567866</w:t>
        <w:br/>
        <w:t>vt 0.608668 0.602482</w:t>
        <w:br/>
        <w:t>vt 0.905976 0.326731</w:t>
        <w:br/>
        <w:t>vt 0.111902 0.653076</w:t>
        <w:br/>
        <w:t>vt 0.105509 0.632299</w:t>
        <w:br/>
        <w:t>vt 0.111902 0.633315</w:t>
        <w:br/>
        <w:t>vt 0.876744 0.328784</w:t>
        <w:br/>
        <w:t>vt 0.892118 0.308267</w:t>
        <w:br/>
        <w:t>vt 0.891277 0.301453</w:t>
        <w:br/>
        <w:t>vt 0.971421 0.191506</w:t>
        <w:br/>
        <w:t>vt 0.959055 0.209198</w:t>
        <w:br/>
        <w:t>vt 0.976253 0.194777</w:t>
        <w:br/>
        <w:t>vt 0.632888 0.130706</w:t>
        <w:br/>
        <w:t>vt 0.661012 0.147114</w:t>
        <w:br/>
        <w:t>vt 0.645143 0.147642</w:t>
        <w:br/>
        <w:t>vt 0.646671 0.139961</w:t>
        <w:br/>
        <w:t>vt 0.661330 0.137022</w:t>
        <w:br/>
        <w:t>vt 0.678316 0.135232</w:t>
        <w:br/>
        <w:t>vt 0.691807 0.144136</w:t>
        <w:br/>
        <w:t>vt 0.677444 0.143590</w:t>
        <w:br/>
        <w:t>vt 0.692617 0.135977</w:t>
        <w:br/>
        <w:t>vt 0.705443 0.145712</w:t>
        <w:br/>
        <w:t>vt 0.704955 0.136145</w:t>
        <w:br/>
        <w:t>vt 0.713903 0.135952</w:t>
        <w:br/>
        <w:t>vt 0.714719 0.145886</w:t>
        <w:br/>
        <w:t>vt 0.723439 0.135591</w:t>
        <w:br/>
        <w:t>vt 0.723058 0.145284</w:t>
        <w:br/>
        <w:t>vt 0.730396 0.144576</w:t>
        <w:br/>
        <w:t>vt 0.732252 0.135407</w:t>
        <w:br/>
        <w:t>vt 0.735209 0.144403</w:t>
        <w:br/>
        <w:t>vt 0.739013 0.145606</w:t>
        <w:br/>
        <w:t>vt 0.736896 0.135196</w:t>
        <w:br/>
        <w:t>vt 0.739558 0.135129</w:t>
        <w:br/>
        <w:t>vt 0.742161 0.144537</w:t>
        <w:br/>
        <w:t>vt 0.745197 0.142742</w:t>
        <w:br/>
        <w:t>vt 0.742875 0.134961</w:t>
        <w:br/>
        <w:t>vt 0.749722 0.139262</w:t>
        <w:br/>
        <w:t>vt 0.746611 0.134634</w:t>
        <w:br/>
        <w:t>vt 0.755591 0.137483</w:t>
        <w:br/>
        <w:t>vt 0.751897 0.134350</w:t>
        <w:br/>
        <w:t>vt 0.629271 0.151587</w:t>
        <w:br/>
        <w:t>vt 0.200541 0.256560</w:t>
        <w:br/>
        <w:t>vt 0.645143 0.147642</w:t>
        <w:br/>
        <w:t>vt 0.646671 0.139961</w:t>
        <w:br/>
        <w:t>vt 0.632888 0.130706</w:t>
        <w:br/>
        <w:t>vt 0.213510 0.256560</w:t>
        <w:br/>
        <w:t>vt 0.220996 0.256560</w:t>
        <w:br/>
        <w:t>vt 0.228320 0.256560</w:t>
        <w:br/>
        <w:t>vt 0.236182 0.256560</w:t>
        <w:br/>
        <w:t>vt 0.243590 0.256560</w:t>
        <w:br/>
        <w:t>vt 0.251747 0.256560</w:t>
        <w:br/>
        <w:t>vt 0.257879 0.256560</w:t>
        <w:br/>
        <w:t>vt 0.265427 0.256560</w:t>
        <w:br/>
        <w:t>vt 0.277932 0.256560</w:t>
        <w:br/>
        <w:t>vt 0.289421 0.256560</w:t>
        <w:br/>
        <w:t>vt 0.299807 0.256560</w:t>
        <w:br/>
        <w:t>vt 0.320821 0.267727</w:t>
        <w:br/>
        <w:t>vt 0.310287 0.256560</w:t>
        <w:br/>
        <w:t>vt 0.320508 0.256560</w:t>
        <w:br/>
        <w:t>vt 0.330456 0.256560</w:t>
        <w:br/>
        <w:t>vt 0.334349 0.270350</w:t>
        <w:br/>
        <w:t>vt 0.365038 0.272803</w:t>
        <w:br/>
        <w:t>vt 0.089705 0.840790</w:t>
        <w:br/>
        <w:t>vt 0.101554 0.833539</w:t>
        <w:br/>
        <w:t>vt 0.113627 0.827120</w:t>
        <w:br/>
        <w:t>vt 0.233195 0.152850</w:t>
        <w:br/>
        <w:t>vt 0.230608 0.142527</w:t>
        <w:br/>
        <w:t>vt 0.651258 0.302714</w:t>
        <w:br/>
        <w:t>vt 0.812400 0.201980</w:t>
        <w:br/>
        <w:t>vt 0.219184 0.145372</w:t>
        <w:br/>
        <w:t>vt 0.987907 0.394248</w:t>
        <w:br/>
        <w:t>vt 0.200541 0.256560</w:t>
        <w:br/>
        <w:t>vt 0.236182 0.256560</w:t>
        <w:br/>
        <w:t>vt 0.746611 0.134634</w:t>
        <w:br/>
        <w:t>vt 0.243590 0.256560</w:t>
        <w:br/>
        <w:t>vt 0.158814 0.242949</w:t>
        <w:br/>
        <w:t>vt 0.148120 0.247083</w:t>
        <w:br/>
        <w:t>vt 0.147103 0.244560</w:t>
        <w:br/>
        <w:t>vt 0.157052 0.238667</w:t>
        <w:br/>
        <w:t>vt 0.159091 0.247739</w:t>
        <w:br/>
        <w:t>vt 0.148853 0.249779</w:t>
        <w:br/>
        <w:t>vt 0.148120 0.247083</w:t>
        <w:br/>
        <w:t>vt 0.158814 0.242949</w:t>
        <w:br/>
        <w:t>vt 0.149889 0.253574</w:t>
        <w:br/>
        <w:t>vt 0.148853 0.249779</w:t>
        <w:br/>
        <w:t>vt 0.159091 0.247739</w:t>
        <w:br/>
        <w:t>vt 0.159195 0.253574</w:t>
        <w:br/>
        <w:t>vt 0.145555 0.242482</w:t>
        <w:br/>
        <w:t>vt 0.143899 0.241554</w:t>
        <w:br/>
        <w:t>vt 0.152636 0.232869</w:t>
        <w:br/>
        <w:t>vt 0.154668 0.235253</w:t>
        <w:br/>
        <w:t>vt 0.145555 0.242482</w:t>
        <w:br/>
        <w:t>vt 0.154668 0.235253</w:t>
        <w:br/>
        <w:t>vt 0.138437 0.253574</w:t>
        <w:br/>
        <w:t>vt 0.138437 0.253574</w:t>
        <w:br/>
        <w:t>vt 0.138437 0.253574</w:t>
        <w:br/>
        <w:t>vt 0.138437 0.253574</w:t>
        <w:br/>
        <w:t>vt 0.651258 0.302714</w:t>
        <w:br/>
        <w:t>vt 0.661225 0.319977</w:t>
        <w:br/>
        <w:t>vt 0.680046 0.352576</w:t>
        <w:br/>
        <w:t>vt 0.670651 0.336304</w:t>
        <w:br/>
        <w:t>vt 0.689711 0.369317</w:t>
        <w:br/>
        <w:t>vt 0.713245 0.321726</w:t>
        <w:br/>
        <w:t>vt 0.675065 0.039772</w:t>
        <w:br/>
        <w:t>vt 0.674938 0.043497</w:t>
        <w:br/>
        <w:t>vt 0.655371 0.041547</w:t>
        <w:br/>
        <w:t>vt 0.655518 0.037868</w:t>
        <w:br/>
        <w:t>vt 0.283292 0.185927</w:t>
        <w:br/>
        <w:t>vt 0.283099 0.181687</w:t>
        <w:br/>
        <w:t>vt 0.301423 0.181147</w:t>
        <w:br/>
        <w:t>vt 0.302541 0.185763</w:t>
        <w:br/>
        <w:t>vt 0.695567 0.041769</w:t>
        <w:br/>
        <w:t>vt 0.695971 0.045841</w:t>
        <w:br/>
        <w:t>vt 0.301423 0.181147</w:t>
        <w:br/>
        <w:t>vt 0.321668 0.179597</w:t>
        <w:br/>
        <w:t>vt 0.323570 0.185189</w:t>
        <w:br/>
        <w:t>vt 0.675065 0.039772</w:t>
        <w:br/>
        <w:t>vt 0.655518 0.037868</w:t>
        <w:br/>
        <w:t>vt 0.656608 0.031884</w:t>
        <w:br/>
        <w:t>vt 0.676889 0.033720</w:t>
        <w:br/>
        <w:t>vt 0.629820 0.039327</w:t>
        <w:br/>
        <w:t>vt 0.629721 0.035356</w:t>
        <w:br/>
        <w:t>vt 0.695567 0.041769</w:t>
        <w:br/>
        <w:t>vt 0.698144 0.034806</w:t>
        <w:br/>
        <w:t>vt 0.303451 0.189829</w:t>
        <w:br/>
        <w:t>vt 0.283472 0.189971</w:t>
        <w:br/>
        <w:t>vt 0.258839 0.184741</w:t>
        <w:br/>
        <w:t>vt 0.258678 0.179894</w:t>
        <w:br/>
        <w:t>vt 0.324698 0.189524</w:t>
        <w:br/>
        <w:t>vt 0.283472 0.189971</w:t>
        <w:br/>
        <w:t>vt 0.303451 0.189829</w:t>
        <w:br/>
        <w:t>vt 0.302668 0.195620</w:t>
        <w:br/>
        <w:t>vt 0.283155 0.195620</w:t>
        <w:br/>
        <w:t>vt 0.713612 0.043527</w:t>
        <w:br/>
        <w:t>vt 0.714413 0.047593</w:t>
        <w:br/>
        <w:t>vt 0.322980 0.195620</w:t>
        <w:br/>
        <w:t>vt 0.324698 0.189524</w:t>
        <w:br/>
        <w:t>vt 0.629721 0.035356</w:t>
        <w:br/>
        <w:t>vt 0.631252 0.028165</w:t>
        <w:br/>
        <w:t>vt 0.258842 0.189554</w:t>
        <w:br/>
        <w:t>vt 0.340240 0.179529</w:t>
        <w:br/>
        <w:t>vt 0.342431 0.185286</w:t>
        <w:br/>
        <w:t>vt 0.258842 0.189554</w:t>
        <w:br/>
        <w:t>vt 0.258233 0.195620</w:t>
        <w:br/>
        <w:t>vt 0.713612 0.043527</w:t>
        <w:br/>
        <w:t>vt 0.716874 0.036346</w:t>
        <w:br/>
        <w:t>vt 0.051147 0.399410</w:t>
        <w:br/>
        <w:t>vt 0.053110 0.398310</w:t>
        <w:br/>
        <w:t>vt 0.057204 0.406616</w:t>
        <w:br/>
        <w:t>vt 0.091708 0.008612</w:t>
        <w:br/>
        <w:t>vt 0.099428 0.003271</w:t>
        <w:br/>
        <w:t>vt 0.100270 0.008507</w:t>
        <w:br/>
        <w:t>vt 0.051147 0.399410</w:t>
        <w:br/>
        <w:t>vt 0.054102 0.407894</w:t>
        <w:br/>
        <w:t>vt 0.050958 0.407855</w:t>
        <w:br/>
        <w:t>vt 0.049406 0.399672</w:t>
        <w:br/>
        <w:t>vt 0.343568 0.189695</w:t>
        <w:br/>
        <w:t>vt 0.603871 0.037595</w:t>
        <w:br/>
        <w:t>vt 0.604015 0.032852</w:t>
        <w:br/>
        <w:t>vt 0.041262 0.005997</w:t>
        <w:br/>
        <w:t>vt 0.047518 0.003271</w:t>
        <w:br/>
        <w:t>vt 0.047488 0.006980</w:t>
        <w:br/>
        <w:t>vt 0.047996 0.387667</w:t>
        <w:br/>
        <w:t>vt 0.090812 0.003271</w:t>
        <w:br/>
        <w:t>vt 0.082572 0.008583</w:t>
        <w:br/>
        <w:t>vt 0.049671 0.009686</w:t>
        <w:br/>
        <w:t>vt 0.040544 0.009322</w:t>
        <w:br/>
        <w:t>vt 0.041217 0.007637</w:t>
        <w:br/>
        <w:t>vt 0.233769 0.183004</w:t>
        <w:br/>
        <w:t>vt 0.234142 0.177083</w:t>
        <w:br/>
        <w:t>vt 0.052895 0.415886</w:t>
        <w:br/>
        <w:t>vt 0.057546 0.416097</w:t>
        <w:br/>
        <w:t>vt 0.029950 0.003271</w:t>
        <w:br/>
        <w:t>vt 0.029950 0.003271</w:t>
        <w:br/>
        <w:t>vt 0.041307 0.003271</w:t>
        <w:br/>
        <w:t>vt 0.110555 0.003271</w:t>
        <w:br/>
        <w:t>vt 0.112006 0.008713</w:t>
        <w:br/>
        <w:t>vt 0.341309 0.195620</w:t>
        <w:br/>
        <w:t>vt 0.343568 0.189695</w:t>
        <w:br/>
        <w:t>vt 0.065478 0.486804</w:t>
        <w:br/>
        <w:t>vt 0.056399 0.488933</w:t>
        <w:br/>
        <w:t>vt 0.056150 0.477172</w:t>
        <w:br/>
        <w:t>vt 0.064255 0.475245</w:t>
        <w:br/>
        <w:t>vt 0.061247 0.414668</w:t>
        <w:br/>
        <w:t>vt 0.053629 0.003271</w:t>
        <w:br/>
        <w:t>vt 0.050211 0.012378</w:t>
        <w:br/>
        <w:t>vt 0.055581 0.011328</w:t>
        <w:br/>
        <w:t>vt 0.055596 0.465869</w:t>
        <w:br/>
        <w:t>vt 0.062442 0.465458</w:t>
        <w:br/>
        <w:t>vt 0.732139 0.045331</w:t>
        <w:br/>
        <w:t>vt 0.732840 0.049049</w:t>
        <w:br/>
        <w:t>vt 0.233568 0.189085</w:t>
        <w:br/>
        <w:t>vt 0.605562 0.023846</w:t>
        <w:br/>
        <w:t>vt 0.604015 0.032852</w:t>
        <w:br/>
        <w:t>vt 0.064488 0.501270</w:t>
        <w:br/>
        <w:t>vt 0.056896 0.500984</w:t>
        <w:br/>
        <w:t>vt 0.081409 0.003271</w:t>
        <w:br/>
        <w:t>vt 0.073829 0.008714</w:t>
        <w:br/>
        <w:t>vt 0.359510 0.180601</w:t>
        <w:br/>
        <w:t>vt 0.361084 0.185884</w:t>
        <w:br/>
        <w:t>vt 0.091949 0.018753</w:t>
        <w:br/>
        <w:t>vt 0.100026 0.018293</w:t>
        <w:br/>
        <w:t>vt 0.091683 0.030189</w:t>
        <w:br/>
        <w:t>vt 0.084203 0.019021</w:t>
        <w:br/>
        <w:t>vt 0.084798 0.030401</w:t>
        <w:br/>
        <w:t>vt 0.233568 0.189085</w:t>
        <w:br/>
        <w:t>vt 0.233591 0.195620</w:t>
        <w:br/>
        <w:t>vt 0.732139 0.045331</w:t>
        <w:br/>
        <w:t>vt 0.734860 0.038297</w:t>
        <w:br/>
        <w:t>vt 0.054490 0.422940</w:t>
        <w:br/>
        <w:t>vt 0.060606 0.423854</w:t>
        <w:br/>
        <w:t>vt 0.053653 0.006740</w:t>
        <w:br/>
        <w:t>vt 0.058808 0.003271</w:t>
        <w:br/>
        <w:t>vt 0.055392 0.014846</w:t>
        <w:br/>
        <w:t>vt 0.060013 0.016313</w:t>
        <w:br/>
        <w:t>vt 0.054512 0.453715</w:t>
        <w:br/>
        <w:t>vt 0.064952 0.423685</w:t>
        <w:br/>
        <w:t>vt 0.361737 0.190369</w:t>
        <w:br/>
        <w:t>vt 0.076604 0.019098</w:t>
        <w:br/>
        <w:t>vt 0.077223 0.029109</w:t>
        <w:br/>
        <w:t>vt 0.123862 0.003271</w:t>
        <w:br/>
        <w:t>vt 0.125434 0.008242</w:t>
        <w:br/>
        <w:t>vt 0.059254 0.512427</w:t>
        <w:br/>
        <w:t>vt 0.065533 0.514955</w:t>
        <w:br/>
        <w:t>vt 0.069856 0.474759</w:t>
        <w:br/>
        <w:t>vt 0.070911 0.486342</w:t>
        <w:br/>
        <w:t>vt 0.064255 0.475245</w:t>
        <w:br/>
        <w:t>vt 0.100097 0.029151</w:t>
        <w:br/>
        <w:t>vt 0.112385 0.017061</w:t>
        <w:br/>
        <w:t>vt 0.112040 0.024998</w:t>
        <w:br/>
        <w:t>vt 0.397665 0.179390</w:t>
        <w:br/>
        <w:t>vt 0.408634 0.180079</w:t>
        <w:br/>
        <w:t>vt 0.406854 0.184754</w:t>
        <w:br/>
        <w:t>vt 0.397330 0.184469</w:t>
        <w:br/>
        <w:t>vt 0.766210 0.048649</w:t>
        <w:br/>
        <w:t>vt 0.776362 0.049638</w:t>
        <w:br/>
        <w:t>vt 0.775469 0.053373</w:t>
        <w:br/>
        <w:t>vt 0.765629 0.052527</w:t>
        <w:br/>
        <w:t>vt 0.072554 0.003271</w:t>
        <w:br/>
        <w:t>vt 0.069127 0.008589</w:t>
        <w:br/>
        <w:t>vt 0.067633 0.003271</w:t>
        <w:br/>
        <w:t>vt 0.359799 0.195620</w:t>
        <w:br/>
        <w:t>vt 0.361737 0.190369</w:t>
        <w:br/>
        <w:t>vt 0.069856 0.501637</w:t>
        <w:br/>
        <w:t>vt 0.746387 0.049920</w:t>
        <w:br/>
        <w:t>vt 0.062442 0.465458</w:t>
        <w:br/>
        <w:t>vt 0.067207 0.464928</w:t>
        <w:br/>
        <w:t>vt 0.776470 0.041843</w:t>
        <w:br/>
        <w:t>vt 0.776362 0.049638</w:t>
        <w:br/>
        <w:t>vt 0.766210 0.048649</w:t>
        <w:br/>
        <w:t>vt 0.766822 0.040730</w:t>
        <w:br/>
        <w:t>vt 0.755979 0.047653</w:t>
        <w:br/>
        <w:t>vt 0.755194 0.051208</w:t>
        <w:br/>
        <w:t>vt 0.385792 0.180472</w:t>
        <w:br/>
        <w:t>vt 0.385791 0.185228</w:t>
        <w:br/>
        <w:t>vt 0.059188 0.007287</w:t>
        <w:br/>
        <w:t>vt 0.062079 0.003271</w:t>
        <w:br/>
        <w:t>vt 0.405924 0.189883</w:t>
        <w:br/>
        <w:t>vt 0.397140 0.189799</w:t>
        <w:br/>
        <w:t>vt 0.746550 0.046735</w:t>
        <w:br/>
        <w:t>vt 0.374738 0.181850</w:t>
        <w:br/>
        <w:t>vt 0.375406 0.186101</w:t>
        <w:br/>
        <w:t>vt 0.374738 0.181850</w:t>
        <w:br/>
        <w:t>vt 0.054893 0.021787</w:t>
        <w:br/>
        <w:t>vt 0.062711 0.019242</w:t>
        <w:br/>
        <w:t>vt 0.058119 0.027009</w:t>
        <w:br/>
        <w:t>vt 0.746550 0.046735</w:t>
        <w:br/>
        <w:t>vt 0.748352 0.040062</w:t>
        <w:br/>
        <w:t>vt 0.054810 0.429924</w:t>
        <w:br/>
        <w:t>vt 0.061818 0.429992</w:t>
        <w:br/>
        <w:t>vt 0.755979 0.047653</w:t>
        <w:br/>
        <w:t>vt 0.756865 0.040620</w:t>
        <w:br/>
        <w:t>vt 0.071038 0.019724</w:t>
        <w:br/>
        <w:t>vt 0.070172 0.028646</w:t>
        <w:br/>
        <w:t>vt 0.066374 0.008432</w:t>
        <w:br/>
        <w:t>vt 0.065125 0.003271</w:t>
        <w:br/>
        <w:t>vt 0.405924 0.189883</w:t>
        <w:br/>
        <w:t>vt 0.406775 0.195620</w:t>
        <w:br/>
        <w:t>vt 0.397062 0.195620</w:t>
        <w:br/>
        <w:t>vt 0.397140 0.189799</w:t>
        <w:br/>
        <w:t>vt 0.060630 0.454418</w:t>
        <w:br/>
        <w:t>vt 0.053991 0.444900</w:t>
        <w:br/>
        <w:t>vt 0.065895 0.454478</w:t>
        <w:br/>
        <w:t>vt 0.385918 0.190238</w:t>
        <w:br/>
        <w:t>vt 0.062997 0.008002</w:t>
        <w:br/>
        <w:t>vt 0.126391 0.017313</w:t>
        <w:br/>
        <w:t>vt 0.124988 0.025760</w:t>
        <w:br/>
        <w:t>vt 0.375698 0.190667</w:t>
        <w:br/>
        <w:t>vt 0.070551 0.515668</w:t>
        <w:br/>
        <w:t>vt 0.386062 0.195620</w:t>
        <w:br/>
        <w:t>vt 0.385918 0.190238</w:t>
        <w:br/>
        <w:t>vt 0.569129 0.036174</w:t>
        <w:br/>
        <w:t>vt 0.064952 0.423685</w:t>
        <w:br/>
        <w:t>vt 0.066701 0.429900</w:t>
        <w:br/>
        <w:t>vt 0.375347 0.195620</w:t>
        <w:br/>
        <w:t>vt 0.063014 0.029650</w:t>
        <w:br/>
        <w:t>vt 0.066257 0.021118</w:t>
        <w:br/>
        <w:t>vt 0.141553 0.009700</w:t>
        <w:br/>
        <w:t>vt 0.060929 0.526059</w:t>
        <w:br/>
        <w:t>vt 0.068464 0.528675</w:t>
        <w:br/>
        <w:t>vt 0.375698 0.190667</w:t>
        <w:br/>
        <w:t>vt 0.054829 0.436949</w:t>
        <w:br/>
        <w:t>vt 0.060103 0.444672</w:t>
        <w:br/>
        <w:t>vt 0.061641 0.436268</w:t>
        <w:br/>
        <w:t>vt 0.047996 0.650346</w:t>
        <w:br/>
        <w:t>vt 0.057407 0.646913</w:t>
        <w:br/>
        <w:t>vt 0.058055 0.668577</w:t>
        <w:br/>
        <w:t>vt 0.047996 0.671589</w:t>
        <w:br/>
        <w:t>vt 0.065475 0.445148</w:t>
        <w:br/>
        <w:t>vt 0.047996 0.627583</w:t>
        <w:br/>
        <w:t>vt 0.057729 0.624183</w:t>
        <w:br/>
        <w:t>vt 0.067090 0.436678</w:t>
        <w:br/>
        <w:t>vt 0.059864 0.695643</w:t>
        <w:br/>
        <w:t>vt 0.047996 0.697776</w:t>
        <w:br/>
        <w:t>vt 0.047996 0.606424</w:t>
        <w:br/>
        <w:t>vt 0.059012 0.603123</w:t>
        <w:br/>
        <w:t>vt 0.068464 0.528675</w:t>
        <w:br/>
        <w:t>vt 0.070551 0.515668</w:t>
        <w:br/>
        <w:t>vt 0.075766 0.526804</w:t>
        <w:br/>
        <w:t>vt 0.061641 0.436268</w:t>
        <w:br/>
        <w:t>vt 0.142167 0.020176</w:t>
        <w:br/>
        <w:t>vt 0.077760 0.667130</w:t>
        <w:br/>
        <w:t>vt 0.058055 0.668577</w:t>
        <w:br/>
        <w:t>vt 0.057407 0.646913</w:t>
        <w:br/>
        <w:t>vt 0.079926 0.643147</w:t>
        <w:br/>
        <w:t>vt 0.057729 0.624183</w:t>
        <w:br/>
        <w:t>vt 0.083108 0.620014</w:t>
        <w:br/>
        <w:t>vt 0.062966 0.540804</w:t>
        <w:br/>
        <w:t>vt 0.074837 0.540346</w:t>
        <w:br/>
        <w:t>vt 0.136558 0.003271</w:t>
        <w:br/>
        <w:t>vt 0.150738 0.003271</w:t>
        <w:br/>
        <w:t>vt 0.155438 0.012292</w:t>
        <w:br/>
        <w:t>vt 0.047996 0.586126</w:t>
        <w:br/>
        <w:t>vt 0.059573 0.583639</w:t>
        <w:br/>
        <w:t>vt 0.241437 0.003271</w:t>
        <w:br/>
        <w:t>vt 0.262018 0.003271</w:t>
        <w:br/>
        <w:t>vt 0.257132 0.029328</w:t>
        <w:br/>
        <w:t>vt 0.235264 0.032443</w:t>
        <w:br/>
        <w:t>vt 0.059864 0.695643</w:t>
        <w:br/>
        <w:t>vt 0.078231 0.696466</w:t>
        <w:br/>
        <w:t>vt 0.060833 0.567868</w:t>
        <w:br/>
        <w:t>vt 0.059012 0.603123</w:t>
        <w:br/>
        <w:t>vt 0.086429 0.599297</w:t>
        <w:br/>
        <w:t>vt 0.281362 0.003271</w:t>
        <w:br/>
        <w:t>vt 0.279746 0.026609</w:t>
        <w:br/>
        <w:t>vt 0.047996 0.549510</w:t>
        <w:br/>
        <w:t>vt 0.047996 0.533931</w:t>
        <w:br/>
        <w:t>vt 0.062966 0.540804</w:t>
        <w:br/>
        <w:t>vt 0.063677 0.556487</w:t>
        <w:br/>
        <w:t>vt 0.222649 0.003271</w:t>
        <w:br/>
        <w:t>vt 0.216041 0.034985</w:t>
        <w:br/>
        <w:t>vt 0.140496 0.027366</w:t>
        <w:br/>
        <w:t>vt 0.158358 0.028386</w:t>
        <w:br/>
        <w:t>vt 0.083376 0.536810</w:t>
        <w:br/>
        <w:t>vt 0.059573 0.583639</w:t>
        <w:br/>
        <w:t>vt 0.087722 0.582591</w:t>
        <w:br/>
        <w:t>vt 0.305185 0.003271</w:t>
        <w:br/>
        <w:t>vt 0.307657 0.028014</w:t>
        <w:br/>
        <w:t>vt 0.047996 0.566793</w:t>
        <w:br/>
        <w:t>vt 0.060833 0.567868</w:t>
        <w:br/>
        <w:t>vt 0.085651 0.565304</w:t>
        <w:br/>
        <w:t>vt 0.204630 0.003271</w:t>
        <w:br/>
        <w:t>vt 0.199789 0.034934</w:t>
        <w:br/>
        <w:t>vt 0.188820 0.003271</w:t>
        <w:br/>
        <w:t>vt 0.183656 0.029310</w:t>
        <w:br/>
        <w:t>vt 0.156398 0.019875</w:t>
        <w:br/>
        <w:t>vt 0.171524 0.026387</w:t>
        <w:br/>
        <w:t>vt 0.169559 0.015143</w:t>
        <w:br/>
        <w:t>vt 0.077760 0.667130</w:t>
        <w:br/>
        <w:t>vt 0.079926 0.643147</w:t>
        <w:br/>
        <w:t>vt 0.086878 0.646900</w:t>
        <w:br/>
        <w:t>vt 0.085812 0.669849</w:t>
        <w:br/>
        <w:t>vt 0.062621 0.726264</w:t>
        <w:br/>
        <w:t>vt 0.081694 0.552114</w:t>
        <w:br/>
        <w:t>vt 0.089679 0.623811</w:t>
        <w:br/>
        <w:t>vt 0.083108 0.620014</w:t>
        <w:br/>
        <w:t>vt 0.078231 0.696466</w:t>
        <w:br/>
        <w:t>vt 0.087402 0.697577</w:t>
        <w:br/>
        <w:t>vt 0.093485 0.603239</w:t>
        <w:br/>
        <w:t>vt 0.086429 0.599297</w:t>
        <w:br/>
        <w:t>vt 0.085651 0.565304</w:t>
        <w:br/>
        <w:t>vt 0.088251 0.549054</w:t>
        <w:br/>
        <w:t>vt 0.087722 0.582591</w:t>
        <w:br/>
        <w:t>vt 0.093207 0.563692</w:t>
        <w:br/>
        <w:t>vt 0.095595 0.584546</w:t>
        <w:br/>
        <w:t>vt 0.168910 0.003271</w:t>
        <w:br/>
        <w:t>vt 0.141553 0.009700</w:t>
        <w:br/>
        <w:t>vt 0.155438 0.012292</w:t>
        <w:br/>
        <w:t>vt 0.125434 0.008242</w:t>
        <w:br/>
        <w:t>vt 0.112006 0.008713</w:t>
        <w:br/>
        <w:t>vt 0.100270 0.008507</w:t>
        <w:br/>
        <w:t>vt 0.091708 0.008612</w:t>
        <w:br/>
        <w:t>vt 0.082572 0.008583</w:t>
        <w:br/>
        <w:t>vt 0.073829 0.008714</w:t>
        <w:br/>
        <w:t>vt 0.069127 0.008589</w:t>
        <w:br/>
        <w:t>vt 0.066374 0.008432</w:t>
        <w:br/>
        <w:t>vt 0.062997 0.008002</w:t>
        <w:br/>
        <w:t>vt 0.059188 0.007287</w:t>
        <w:br/>
        <w:t>vt 0.053653 0.006740</w:t>
        <w:br/>
        <w:t>vt 0.171524 0.026387</w:t>
        <w:br/>
        <w:t>vt 0.156398 0.019875</w:t>
        <w:br/>
        <w:t>vt 0.155438 0.012292</w:t>
        <w:br/>
        <w:t>vt 0.168910 0.003271</w:t>
        <w:br/>
        <w:t>vt 0.047996 0.407486</w:t>
        <w:br/>
        <w:t>vt 0.047996 0.400133</w:t>
        <w:br/>
        <w:t>vt 0.047996 0.414768</w:t>
        <w:br/>
        <w:t>vt 0.047996 0.422588</w:t>
        <w:br/>
        <w:t>vt 0.047996 0.430006</w:t>
        <w:br/>
        <w:t>vt 0.047996 0.438159</w:t>
        <w:br/>
        <w:t>vt 0.047996 0.445131</w:t>
        <w:br/>
        <w:t>vt 0.047996 0.454010</w:t>
        <w:br/>
        <w:t>vt 0.047996 0.467120</w:t>
        <w:br/>
        <w:t>vt 0.047996 0.490621</w:t>
        <w:br/>
        <w:t>vt 0.047996 0.479687</w:t>
        <w:br/>
        <w:t>vt 0.047996 0.501716</w:t>
        <w:br/>
        <w:t>vt 0.059254 0.512427</w:t>
        <w:br/>
        <w:t>vt 0.047996 0.512521</w:t>
        <w:br/>
        <w:t>vt 0.047996 0.521968</w:t>
        <w:br/>
        <w:t>vt 0.060929 0.526059</w:t>
        <w:br/>
        <w:t>vt 0.063677 0.556487</w:t>
        <w:br/>
        <w:t>vt 0.047996 0.387667</w:t>
        <w:br/>
        <w:t>vt 0.047996 0.422588</w:t>
        <w:br/>
        <w:t>vt 0.059188 0.007287</w:t>
        <w:br/>
        <w:t>vt 0.047996 0.430006</w:t>
        <w:br/>
        <w:t>vt 0.426828 0.190077</w:t>
        <w:br/>
        <w:t>vt 0.426339 0.192758</w:t>
        <w:br/>
        <w:t>vt 0.416105 0.190653</w:t>
        <w:br/>
        <w:t>vt 0.417199 0.186120</w:t>
        <w:br/>
        <w:t>vt 0.426339 0.192758</w:t>
        <w:br/>
        <w:t>vt 0.426145 0.195620</w:t>
        <w:br/>
        <w:t>vt 0.416648 0.195620</w:t>
        <w:br/>
        <w:t>vt 0.416105 0.190653</w:t>
        <w:br/>
        <w:t>vt 0.796764 0.051625</w:t>
        <w:br/>
        <w:t>vt 0.786496 0.050625</w:t>
        <w:br/>
        <w:t>vt 0.787137 0.044680</w:t>
        <w:br/>
        <w:t>vt 0.798266 0.047907</w:t>
        <w:br/>
        <w:t>vt 0.796523 0.053427</w:t>
        <w:br/>
        <w:t>vt 0.785907 0.053601</w:t>
        <w:br/>
        <w:t>vt 0.786496 0.050625</w:t>
        <w:br/>
        <w:t>vt 0.796764 0.051625</w:t>
        <w:br/>
        <w:t>vt 0.427872 0.187731</w:t>
        <w:br/>
        <w:t>vt 0.419074 0.182448</w:t>
        <w:br/>
        <w:t>vt 0.808205 0.052740</w:t>
        <w:br/>
        <w:t>vt 0.436463 0.195620</w:t>
        <w:br/>
        <w:t>vt 0.808205 0.052740</w:t>
        <w:br/>
        <w:t>vt 0.436463 0.195620</w:t>
        <w:br/>
        <w:t>vt 0.087757 0.791383</w:t>
        <w:br/>
        <w:t>vt 0.068463 0.797602</w:t>
        <w:br/>
        <w:t>vt 0.444268 0.201691</w:t>
        <w:br/>
        <w:t>vt 0.435076 0.199503</w:t>
        <w:br/>
        <w:t>vt 0.444444 0.200554</w:t>
        <w:br/>
        <w:t>vt 0.454397 0.202014</w:t>
        <w:br/>
        <w:t>vt 0.453789 0.204847</w:t>
        <w:br/>
        <w:t>vt 0.444573 0.199503</w:t>
        <w:br/>
        <w:t>vt 0.347184 0.694641</w:t>
        <w:br/>
        <w:t>vt 0.357064 0.690707</w:t>
        <w:br/>
        <w:t>vt 0.347978 0.695952</w:t>
        <w:br/>
        <w:t>vt 0.455120 0.199503</w:t>
        <w:br/>
        <w:t>vt 0.337979 0.701725</w:t>
        <w:br/>
        <w:t>vt 0.336771 0.699085</w:t>
        <w:br/>
        <w:t>vt 0.357064 0.690707</w:t>
        <w:br/>
        <w:t>vt 0.346680 0.692577</w:t>
        <w:br/>
        <w:t>vt 0.346767 0.690900</w:t>
        <w:br/>
        <w:t>vt 0.347184 0.694641</w:t>
        <w:br/>
        <w:t>vt 0.346861 0.693637</w:t>
        <w:br/>
        <w:t>vt 0.357064 0.690707</w:t>
        <w:br/>
        <w:t>vt 0.346680 0.692577</w:t>
        <w:br/>
        <w:t>vt 0.472250 0.213742</w:t>
        <w:br/>
        <w:t>vt 0.463125 0.208864</w:t>
        <w:br/>
        <w:t>vt 0.465205 0.204243</w:t>
        <w:br/>
        <w:t>vt 0.476380 0.206782</w:t>
        <w:br/>
        <w:t>vt 0.335744 0.696953</w:t>
        <w:br/>
        <w:t>vt 0.336771 0.699085</w:t>
        <w:br/>
        <w:t>vt 0.334939 0.694823</w:t>
        <w:br/>
        <w:t>vt 0.335409 0.691624</w:t>
        <w:br/>
        <w:t>vt 0.467275 0.199503</w:t>
        <w:br/>
        <w:t>vt 0.479667 0.199503</w:t>
        <w:br/>
        <w:t>vt 0.315203 0.708690</w:t>
        <w:br/>
        <w:t>vt 0.325941 0.703934</w:t>
        <w:br/>
        <w:t>vt 0.327520 0.707764</w:t>
        <w:br/>
        <w:t>vt 0.317093 0.713784</w:t>
        <w:br/>
        <w:t>vt 0.323834 0.700315</w:t>
        <w:br/>
        <w:t>vt 0.311930 0.703709</w:t>
        <w:br/>
        <w:t>vt 0.307728 0.692700</w:t>
        <w:br/>
        <w:t>vt 0.321835 0.696837</w:t>
        <w:br/>
        <w:t>vt 0.308552 0.698877</w:t>
        <w:br/>
        <w:t>vt 0.485609 0.218544</w:t>
        <w:br/>
        <w:t>vt 0.490521 0.209649</w:t>
        <w:br/>
        <w:t>vt 0.494445 0.199503</w:t>
        <w:br/>
        <w:t>vt 0.301011 0.713938</w:t>
        <w:br/>
        <w:t>vt 0.303835 0.721438</w:t>
        <w:br/>
        <w:t>vt 0.296371 0.707359</w:t>
        <w:br/>
        <w:t>vt 0.290577 0.693923</w:t>
        <w:br/>
        <w:t>vt 0.292220 0.701540</w:t>
        <w:br/>
        <w:t>vt 0.504435 0.222771</w:t>
        <w:br/>
        <w:t>vt 0.508521 0.210709</w:t>
        <w:br/>
        <w:t>vt 0.512446 0.199503</w:t>
        <w:br/>
        <w:t>vt 0.282760 0.720147</w:t>
        <w:br/>
        <w:t>vt 0.287108 0.731096</w:t>
        <w:br/>
        <w:t>vt 0.282760 0.720147</w:t>
        <w:br/>
        <w:t>vt 0.277229 0.711949</w:t>
        <w:br/>
        <w:t>vt 0.527468 0.210862</w:t>
        <w:br/>
        <w:t>vt 0.524783 0.225488</w:t>
        <w:br/>
        <w:t>vt 0.272562 0.704483</w:t>
        <w:br/>
        <w:t>vt 0.270677 0.694341</w:t>
        <w:br/>
        <w:t>vt 0.530224 0.199503</w:t>
        <w:br/>
        <w:t>vt 0.270403 0.740740</w:t>
        <w:br/>
        <w:t>vt 0.263938 0.727750</w:t>
        <w:br/>
        <w:t>vt 0.263938 0.727750</w:t>
        <w:br/>
        <w:t>vt 0.257883 0.718273</w:t>
        <w:br/>
        <w:t>vt 0.253124 0.708452</w:t>
        <w:br/>
        <w:t>vt 0.251844 0.696409</w:t>
        <w:br/>
        <w:t>vt 0.322061 0.692076</w:t>
        <w:br/>
        <w:t>vt 0.555828 0.199503</w:t>
        <w:br/>
        <w:t>vt 0.178543 0.817050</w:t>
        <w:br/>
        <w:t>vt 0.176780 0.814628</w:t>
        <w:br/>
        <w:t>vt 0.175020 0.812580</w:t>
        <w:br/>
        <w:t>vt 0.645921 0.353074</w:t>
        <w:br/>
        <w:t>vt 0.648808 0.352800</w:t>
        <w:br/>
        <w:t>vt 0.163820 0.831773</w:t>
        <w:br/>
        <w:t>vt 0.157465 0.827363</w:t>
        <w:br/>
        <w:t>vt 0.167320 0.820954</w:t>
        <w:br/>
        <w:t>vt 0.171052 0.824540</w:t>
        <w:br/>
        <w:t>vt 0.651163 0.352623</w:t>
        <w:br/>
        <w:t>vt 0.648808 0.352800</w:t>
        <w:br/>
        <w:t>vt 0.656023 0.350285</w:t>
        <w:br/>
        <w:t>vt 0.653406 0.352254</w:t>
        <w:br/>
        <w:t>vt 0.151410 0.822535</w:t>
        <w:br/>
        <w:t>vt 0.163457 0.817469</w:t>
        <w:br/>
        <w:t>vt 0.653406 0.352254</w:t>
        <w:br/>
        <w:t>vt 0.651322 0.376279</w:t>
        <w:br/>
        <w:t>vt 0.645921 0.377175</w:t>
        <w:br/>
        <w:t>vt 0.645921 0.365161</w:t>
        <w:br/>
        <w:t>vt 0.650023 0.364618</w:t>
        <w:br/>
        <w:t>vt 0.654204 0.364631</w:t>
        <w:br/>
        <w:t>vt 0.657273 0.376619</w:t>
        <w:br/>
        <w:t>vt 0.668791 0.374775</w:t>
        <w:br/>
        <w:t>vt 0.663154 0.377124</w:t>
        <w:br/>
        <w:t>vt 0.658206 0.364624</w:t>
        <w:br/>
        <w:t>vt 0.662290 0.362002</w:t>
        <w:br/>
        <w:t>vt 0.154318 0.841274</w:t>
        <w:br/>
        <w:t>vt 0.145978 0.836235</w:t>
        <w:br/>
        <w:t>vt 0.137655 0.829702</w:t>
        <w:br/>
        <w:t>vt 0.653799 0.391170</w:t>
        <w:br/>
        <w:t>vt 0.645921 0.392508</w:t>
        <w:br/>
        <w:t>vt 0.661839 0.391912</w:t>
        <w:br/>
        <w:t>vt 0.653799 0.391170</w:t>
        <w:br/>
        <w:t>vt 0.668964 0.392610</w:t>
        <w:br/>
        <w:t>vt 0.676384 0.390237</w:t>
        <w:br/>
        <w:t>vt 0.141294 0.854298</w:t>
        <w:br/>
        <w:t>vt 0.131399 0.846711</w:t>
        <w:br/>
        <w:t>vt 0.121994 0.839655</w:t>
        <w:br/>
        <w:t>vt 0.657584 0.410078</w:t>
        <w:br/>
        <w:t>vt 0.645921 0.411812</w:t>
        <w:br/>
        <w:t>vt 0.667458 0.410782</w:t>
        <w:br/>
        <w:t>vt 0.657584 0.410078</w:t>
        <w:br/>
        <w:t>vt 0.686002 0.407712</w:t>
        <w:br/>
        <w:t>vt 0.676267 0.411120</w:t>
        <w:br/>
        <w:t>vt 0.116348 0.858023</w:t>
        <w:br/>
        <w:t>vt 0.107413 0.850246</w:t>
        <w:br/>
        <w:t>vt 0.660398 0.430167</w:t>
        <w:br/>
        <w:t>vt 0.645921 0.431065</w:t>
        <w:br/>
        <w:t>vt 0.671637 0.430690</w:t>
        <w:br/>
        <w:t>vt 0.660398 0.430167</w:t>
        <w:br/>
        <w:t>vt 0.682527 0.429975</w:t>
        <w:br/>
        <w:t>vt 0.693651 0.425153</w:t>
        <w:br/>
        <w:t>vt 0.127139 0.868454</w:t>
        <w:br/>
        <w:t>vt 0.645921 0.448012</w:t>
        <w:br/>
        <w:t>vt 0.086616 0.865278</w:t>
        <w:br/>
        <w:t>vt 0.635870 0.601227</w:t>
        <w:br/>
        <w:t>vt 0.625719 0.602273</w:t>
        <w:br/>
        <w:t>vt 0.627609 0.593232</w:t>
        <w:br/>
        <w:t>vt 0.632909 0.592779</w:t>
        <w:br/>
        <w:t>vt 0.784260 0.290383</w:t>
        <w:br/>
        <w:t>vt 0.783731 0.280814</w:t>
        <w:br/>
        <w:t>vt 0.785752 0.282388</w:t>
        <w:br/>
        <w:t>vt 0.787999 0.291961</w:t>
        <w:br/>
        <w:t>vt 0.788134 0.281778</w:t>
        <w:br/>
        <w:t>vt 0.792466 0.290383</w:t>
        <w:br/>
        <w:t>vt 0.789446 0.279232</w:t>
        <w:br/>
        <w:t>vt 0.795713 0.286965</w:t>
        <w:br/>
        <w:t>vt 0.790241 0.276838</w:t>
        <w:br/>
        <w:t>vt 0.797453 0.283315</w:t>
        <w:br/>
        <w:t>vt 0.783733 0.271409</w:t>
        <w:br/>
        <w:t>vt 0.804488 0.290265</w:t>
        <w:br/>
        <w:t>vt 0.783733 0.271409</w:t>
        <w:br/>
        <w:t>vt 0.637751 0.613424</w:t>
        <w:br/>
        <w:t>vt 0.623321 0.611058</w:t>
        <w:br/>
        <w:t>vt 0.628587 0.584959</w:t>
        <w:br/>
        <w:t>vt 0.806854 0.257695</w:t>
        <w:br/>
        <w:t>vt 0.805585 0.252191</w:t>
        <w:br/>
        <w:t>vt 0.811822 0.253853</w:t>
        <w:br/>
        <w:t>vt 0.814944 0.259052</w:t>
        <w:br/>
        <w:t>vt 0.653003 0.677983</w:t>
        <w:br/>
        <w:t>vt 0.649549 0.679641</w:t>
        <w:br/>
        <w:t>vt 0.650159 0.675776</w:t>
        <w:br/>
        <w:t>vt 0.653253 0.676047</w:t>
        <w:br/>
        <w:t>vt 0.816548 0.249064</w:t>
        <w:br/>
        <w:t>vt 0.814944 0.259052</w:t>
        <w:br/>
        <w:t>vt 0.811822 0.253853</w:t>
        <w:br/>
        <w:t>vt 0.811214 0.246632</w:t>
        <w:br/>
        <w:t>vt 0.658089 0.676470</w:t>
        <w:br/>
        <w:t>vt 0.804126 0.243719</w:t>
        <w:br/>
        <w:t>vt 0.818025 0.264427</w:t>
        <w:br/>
        <w:t>vt 0.808279 0.263553</w:t>
        <w:br/>
        <w:t>vt 0.804126 0.243719</w:t>
        <w:br/>
        <w:t>vt 0.644694 0.701472</w:t>
        <w:br/>
        <w:t>vt 0.642155 0.704232</w:t>
        <w:br/>
        <w:t>vt 0.641159 0.702082</w:t>
        <w:br/>
        <w:t>vt 0.644181 0.699738</w:t>
        <w:br/>
        <w:t>vt 0.783753 0.350821</w:t>
        <w:br/>
        <w:t>vt 0.779720 0.346162</w:t>
        <w:br/>
        <w:t>vt 0.781058 0.345325</w:t>
        <w:br/>
        <w:t>vt 0.786288 0.348853</w:t>
        <w:br/>
        <w:t>vt 0.781058 0.345325</w:t>
        <w:br/>
        <w:t>vt 0.780593 0.343385</w:t>
        <w:br/>
        <w:t>vt 0.786442 0.345678</w:t>
        <w:br/>
        <w:t>vt 0.786288 0.348853</w:t>
        <w:br/>
        <w:t>vt 0.644181 0.699738</w:t>
        <w:br/>
        <w:t>vt 0.641159 0.702082</w:t>
        <w:br/>
        <w:t>vt 0.640517 0.700814</w:t>
        <w:br/>
        <w:t>vt 0.643433 0.698912</w:t>
        <w:br/>
        <w:t>vt 0.064123 0.957146</w:t>
        <w:br/>
        <w:t>vt 0.065668 0.958256</w:t>
        <w:br/>
        <w:t>vt 0.061773 0.962500</w:t>
        <w:br/>
        <w:t>vt 0.058903 0.960381</w:t>
        <w:br/>
        <w:t>vt 0.771089 0.339319</w:t>
        <w:br/>
        <w:t>vt 0.648319 0.695652</w:t>
        <w:br/>
        <w:t>vt 0.771089 0.339319</w:t>
        <w:br/>
        <w:t>vt 0.648319 0.695652</w:t>
        <w:br/>
        <w:t>vt 0.074059 0.953671</w:t>
        <w:br/>
        <w:t>vt 0.791513 0.347977</w:t>
        <w:br/>
        <w:t>vt 0.884641 0.243818</w:t>
        <w:br/>
        <w:t>vt 0.878532 0.245380</w:t>
        <w:br/>
        <w:t>vt 0.878137 0.233458</w:t>
        <w:br/>
        <w:t>vt 0.883139 0.232590</w:t>
        <w:br/>
        <w:t>vt 0.884641 0.243818</w:t>
        <w:br/>
        <w:t>vt 0.883139 0.232590</w:t>
        <w:br/>
        <w:t>vt 0.887475 0.231897</w:t>
        <w:br/>
        <w:t>vt 0.891311 0.243071</w:t>
        <w:br/>
        <w:t>vt 0.711232 0.214802</w:t>
        <w:br/>
        <w:t>vt 0.720694 0.219977</w:t>
        <w:br/>
        <w:t>vt 0.714657 0.227784</w:t>
        <w:br/>
        <w:t>vt 0.706703 0.219830</w:t>
        <w:br/>
        <w:t>vt 0.896413 0.239434</w:t>
        <w:br/>
        <w:t>vt 0.891311 0.243071</w:t>
        <w:br/>
        <w:t>vt 0.887475 0.231897</w:t>
        <w:br/>
        <w:t>vt 0.891000 0.229322</w:t>
        <w:br/>
        <w:t>vt 0.886281 0.254133</w:t>
        <w:br/>
        <w:t>vt 0.532501 0.668910</w:t>
        <w:br/>
        <w:t>vt 0.751499 0.233038</w:t>
        <w:br/>
        <w:t>vt 0.532167 0.665453</w:t>
        <w:br/>
        <w:t>vt 0.995591 0.439534</w:t>
        <w:br/>
        <w:t>vt 0.981741 0.441370</w:t>
        <w:br/>
        <w:t>vt 0.438910 0.253574</w:t>
        <w:br/>
        <w:t>vt 0.605266 0.248146</w:t>
        <w:br/>
        <w:t>vt 0.753820 0.459841</w:t>
        <w:br/>
        <w:t>vt 0.500551 0.034260</w:t>
        <w:br/>
        <w:t>vt 0.122315 0.755938</w:t>
        <w:br/>
        <w:t>vt 0.529243 0.692060</w:t>
        <w:br/>
        <w:t>vt 0.656494 0.903533</w:t>
        <w:br/>
        <w:t>vt 0.667857 0.878820</w:t>
        <w:br/>
        <w:t>vt 0.686235 0.897372</w:t>
        <w:br/>
        <w:t>vt 0.674576 0.919370</w:t>
        <w:br/>
        <w:t>vt 0.640927 0.887637</w:t>
        <w:br/>
        <w:t>vt 0.650722 0.862088</w:t>
        <w:br/>
        <w:t>vt 0.654508 0.938527</w:t>
        <w:br/>
        <w:t>vt 0.642975 0.918398</w:t>
        <w:br/>
        <w:t>vt 0.699337 0.876466</w:t>
        <w:br/>
        <w:t>vt 0.681480 0.854746</w:t>
        <w:br/>
        <w:t>vt 0.705123 0.916041</w:t>
        <w:br/>
        <w:t>vt 0.693738 0.933008</w:t>
        <w:br/>
        <w:t>vt 0.632414 0.900221</w:t>
        <w:br/>
        <w:t>vt 0.663231 0.838355</w:t>
        <w:br/>
        <w:t>vt 0.679574 0.948892</w:t>
        <w:br/>
        <w:t>vt 0.716197 0.900363</w:t>
        <w:br/>
        <w:t>vt 0.626036 0.873491</w:t>
        <w:br/>
        <w:t>vt 0.633979 0.848203</w:t>
        <w:br/>
        <w:t>vt 0.621731 0.880345</w:t>
        <w:br/>
        <w:t>vt 0.621009 0.910402</w:t>
        <w:br/>
        <w:t>vt 0.625038 0.934136</w:t>
        <w:br/>
        <w:t>vt 0.716900 0.944577</w:t>
        <w:br/>
        <w:t>vt 0.725919 0.933964</w:t>
        <w:br/>
        <w:t>vt 0.703001 0.954704</w:t>
        <w:br/>
        <w:t>vt 0.662756 0.964199</w:t>
        <w:br/>
        <w:t>vt 0.712132 0.863833</w:t>
        <w:br/>
        <w:t>vt 0.692980 0.840517</w:t>
        <w:br/>
        <w:t>vt 0.644224 0.826136</w:t>
        <w:br/>
        <w:t>vt 0.734130 0.924317</w:t>
        <w:br/>
        <w:t>vt 0.615155 0.885099</w:t>
        <w:br/>
        <w:t>vt 0.724792 0.944994</w:t>
        <w:br/>
        <w:t>vt 0.730502 0.935028</w:t>
        <w:br/>
        <w:t>vt 0.720912 0.948804</w:t>
        <w:br/>
        <w:t>vt 0.718302 0.952484</w:t>
        <w:br/>
        <w:t>vt 0.712413 0.955643</w:t>
        <w:br/>
        <w:t>vt 0.672711 0.822920</w:t>
        <w:br/>
        <w:t>vt 0.687958 0.971379</w:t>
        <w:br/>
        <w:t>vt 0.740135 0.928744</w:t>
        <w:br/>
        <w:t>vt 0.729028 0.889214</w:t>
        <w:br/>
        <w:t>vt 0.709609 0.966057</w:t>
        <w:br/>
        <w:t>vt 0.629707 0.952699</w:t>
        <w:br/>
        <w:t>vt 0.636269 0.971083</w:t>
        <w:br/>
        <w:t>vt 0.610805 0.916921</w:t>
        <w:br/>
        <w:t>vt 0.611751 0.938389</w:t>
        <w:br/>
        <w:t>vt 0.746288 0.916140</w:t>
        <w:br/>
        <w:t>vt 0.609276 0.888916</w:t>
        <w:br/>
        <w:t>vt 0.749509 0.920407</w:t>
        <w:br/>
        <w:t>vt 0.609335 0.859276</w:t>
        <w:br/>
        <w:t>vt 0.668999 0.969731</w:t>
        <w:br/>
        <w:t>vt 0.613859 0.834635</w:t>
        <w:br/>
        <w:t>vt 0.730518 0.966879</w:t>
        <w:br/>
        <w:t>vt 0.718302 0.952484</w:t>
        <w:br/>
        <w:t>vt 0.720912 0.948804</w:t>
        <w:br/>
        <w:t>vt 0.735926 0.966029</w:t>
        <w:br/>
        <w:t>vt 0.736836 0.960756</w:t>
        <w:br/>
        <w:t>vt 0.724792 0.944994</w:t>
        <w:br/>
        <w:t>vt 0.730502 0.935028</w:t>
        <w:br/>
        <w:t>vt 0.693170 0.979430</w:t>
        <w:br/>
        <w:t>vt 0.718644 0.975674</w:t>
        <w:br/>
        <w:t>vt 0.712413 0.955643</w:t>
        <w:br/>
        <w:t>vt 0.718302 0.952484</w:t>
        <w:br/>
        <w:t>vt 0.730518 0.966879</w:t>
        <w:br/>
        <w:t>vt 0.726094 0.971589</w:t>
        <w:br/>
        <w:t>vt 0.740135 0.928744</w:t>
        <w:br/>
        <w:t>vt 0.744263 0.954831</w:t>
        <w:br/>
        <w:t>vt 0.651796 0.810130</w:t>
        <w:br/>
        <w:t>vt 0.612830 0.956312</w:t>
        <w:br/>
        <w:t>vt 0.668999 0.969731</w:t>
        <w:br/>
        <w:t>vt 0.604917 0.867295</w:t>
        <w:br/>
        <w:t>vt 0.709609 0.966057</w:t>
        <w:br/>
        <w:t>vt 0.712413 0.955643</w:t>
        <w:br/>
        <w:t>vt 0.726094 0.971589</w:t>
        <w:br/>
        <w:t>vt 0.718644 0.975674</w:t>
        <w:br/>
        <w:t>vt 0.146741 0.863616</w:t>
        <w:br/>
        <w:t>vt 0.165936 0.840312</w:t>
        <w:br/>
        <w:t>vt 0.177403 0.854571</w:t>
        <w:br/>
        <w:t>vt 0.159516 0.876274</w:t>
        <w:br/>
        <w:t>vt 0.605041 0.889907</w:t>
        <w:br/>
        <w:t>vt 0.609276 0.888916</w:t>
        <w:br/>
        <w:t>vt 0.610805 0.916921</w:t>
        <w:br/>
        <w:t>vt 0.606557 0.917361</w:t>
        <w:br/>
        <w:t>vt 0.129804 0.888977</w:t>
        <w:br/>
        <w:t>vt 0.142620 0.900144</w:t>
        <w:br/>
        <w:t>vt 0.752132 0.950051</w:t>
        <w:br/>
        <w:t>vt 0.749509 0.920407</w:t>
        <w:br/>
        <w:t>vt 0.760731 0.949571</w:t>
        <w:br/>
        <w:t>vt 0.611751 0.938389</w:t>
        <w:br/>
        <w:t>vt 0.607628 0.939419</w:t>
        <w:br/>
        <w:t>vt 0.622854 0.816576</w:t>
        <w:br/>
        <w:t>vt 0.118654 0.928502</w:t>
        <w:br/>
        <w:t>vt 0.109288 0.920154</w:t>
        <w:br/>
        <w:t>vt 0.112514 0.915890</w:t>
        <w:br/>
        <w:t>vt 0.124663 0.924081</w:t>
        <w:br/>
        <w:t>vt 0.604917 0.867295</w:t>
        <w:br/>
        <w:t>vt 0.373095 0.829547</w:t>
        <w:br/>
        <w:t>vt 0.357518 0.836865</w:t>
        <w:br/>
        <w:t>vt 0.363545 0.816053</w:t>
        <w:br/>
        <w:t>vt 0.592374 0.916869</w:t>
        <w:br/>
        <w:t>vt 0.594432 0.889077</w:t>
        <w:br/>
        <w:t>vt 0.605041 0.889907</w:t>
        <w:br/>
        <w:t>vt 0.606557 0.917361</w:t>
        <w:br/>
        <w:t>vt 0.186270 0.822727</w:t>
        <w:br/>
        <w:t>vt 0.195690 0.838195</w:t>
        <w:br/>
        <w:t>vt 0.596643 0.865196</w:t>
        <w:br/>
        <w:t>vt 0.585888 0.889168</w:t>
        <w:br/>
        <w:t>vt 0.607628 0.939419</w:t>
        <w:br/>
        <w:t>vt 0.340963 0.840432</w:t>
        <w:br/>
        <w:t>vt 0.349548 0.827897</w:t>
        <w:br/>
        <w:t>vt 0.357518 0.836865</w:t>
        <w:br/>
        <w:t>vt 0.585868 0.864557</w:t>
        <w:br/>
        <w:t>vt 0.612830 0.956312</w:t>
        <w:br/>
        <w:t>vt 0.609588 0.957784</w:t>
        <w:br/>
        <w:t>vt 0.581453 0.915324</w:t>
        <w:br/>
        <w:t>vt 0.591446 0.937981</w:t>
        <w:br/>
        <w:t>vt 0.577833 0.936085</w:t>
        <w:br/>
        <w:t>vt 0.363545 0.816053</w:t>
        <w:br/>
        <w:t>vt 0.375856 0.817316</w:t>
        <w:br/>
        <w:t>vt 0.373095 0.829547</w:t>
        <w:br/>
        <w:t>vt 0.614788 0.974817</w:t>
        <w:br/>
        <w:t>vt 0.340886 0.826811</w:t>
        <w:br/>
        <w:t>vt 0.348241 0.816083</w:t>
        <w:br/>
        <w:t>vt 0.363545 0.816053</w:t>
        <w:br/>
        <w:t>vt 0.588365 0.832681</w:t>
        <w:br/>
        <w:t>vt 0.337945 0.835602</w:t>
        <w:br/>
        <w:t>vt 0.109288 0.920154</w:t>
        <w:br/>
        <w:t>vt 0.118654 0.928502</w:t>
        <w:br/>
        <w:t>vt 0.106641 0.949799</w:t>
        <w:br/>
        <w:t>vt 0.098041 0.949310</w:t>
        <w:br/>
        <w:t>vt 0.629345 0.800290</w:t>
        <w:br/>
        <w:t>vt 0.334269 0.837588</w:t>
        <w:br/>
        <w:t>vt 0.579492 0.888996</w:t>
        <w:br/>
        <w:t>vt 0.585888 0.889168</w:t>
        <w:br/>
        <w:t>vt 0.572720 0.916577</w:t>
        <w:br/>
        <w:t>vt 0.334269 0.837588</w:t>
        <w:br/>
        <w:t>vt 0.331343 0.835699</w:t>
        <w:br/>
        <w:t>vt 0.340886 0.826811</w:t>
        <w:br/>
        <w:t>vt 0.595653 0.822600</w:t>
        <w:br/>
        <w:t>vt 0.604426 0.809866</w:t>
        <w:br/>
        <w:t>vt 0.334404 0.812798</w:t>
        <w:br/>
        <w:t>vt 0.329043 0.824255</w:t>
        <w:br/>
        <w:t>vt 0.585868 0.864557</w:t>
        <w:br/>
        <w:t>vt 0.579473 0.864492</w:t>
        <w:br/>
        <w:t>vt 0.653893 0.993225</w:t>
        <w:br/>
        <w:t>vt 0.659355 0.985892</w:t>
        <w:br/>
        <w:t>vt 0.207294 0.809991</w:t>
        <w:br/>
        <w:t>vt 0.214773 0.826026</w:t>
        <w:br/>
        <w:t>vt 0.128281 0.934798</w:t>
        <w:br/>
        <w:t>vt 0.132864 0.933738</w:t>
        <w:br/>
        <w:t>vt 0.322859 0.835798</w:t>
        <w:br/>
        <w:t>vt 0.328781 0.833436</w:t>
        <w:br/>
        <w:t>vt 0.316854 0.835941</w:t>
        <w:br/>
        <w:t>vt 0.614788 0.974817</w:t>
        <w:br/>
        <w:t>vt 0.613059 0.976106</w:t>
        <w:br/>
        <w:t>vt 0.381251 0.813756</w:t>
        <w:br/>
        <w:t>vt 0.172584 0.897222</w:t>
        <w:br/>
        <w:t>vt 0.153674 0.915836</w:t>
        <w:br/>
        <w:t>vt 0.190962 0.878707</w:t>
        <w:br/>
        <w:t>vt 0.591005 0.956984</w:t>
        <w:br/>
        <w:t>vt 0.567827 0.938385</w:t>
        <w:br/>
        <w:t>vt 0.896037 0.200976</w:t>
        <w:br/>
        <w:t>vt 0.873353 0.201923</w:t>
        <w:br/>
        <w:t>vt 0.885997 0.192159</w:t>
        <w:br/>
        <w:t>vt 0.906539 0.190447</w:t>
        <w:br/>
        <w:t>vt 0.579473 0.864492</w:t>
        <w:br/>
        <w:t>vt 0.579492 0.888996</w:t>
        <w:br/>
        <w:t>vt 0.570477 0.887877</w:t>
        <w:br/>
        <w:t>vt 0.564334 0.857700</w:t>
        <w:br/>
        <w:t>vt 0.620053 0.993225</w:t>
        <w:br/>
        <w:t>vt 0.922071 0.188383</w:t>
        <w:br/>
        <w:t>vt 0.917384 0.198959</w:t>
        <w:br/>
        <w:t>vt 0.899931 0.205804</w:t>
        <w:br/>
        <w:t>vt 0.114507 0.954588</w:t>
        <w:br/>
        <w:t>vt 0.128281 0.934798</w:t>
        <w:br/>
        <w:t>vt 0.121930 0.960524</w:t>
        <w:br/>
        <w:t>vt 0.208083 0.861987</w:t>
        <w:br/>
        <w:t>vt 0.315329 0.820266</w:t>
        <w:br/>
        <w:t>vt 0.312085 0.832370</w:t>
        <w:br/>
        <w:t>vt 0.877523 0.207803</w:t>
        <w:br/>
        <w:t>vt 0.853934 0.210455</w:t>
        <w:br/>
        <w:t>vt 0.318742 0.807528</w:t>
        <w:br/>
        <w:t>vt 0.566599 0.887842</w:t>
        <w:br/>
        <w:t>vt 0.570477 0.887877</w:t>
        <w:br/>
        <w:t>vt 0.590835 0.976389</w:t>
        <w:br/>
        <w:t>vt 0.613059 0.976106</w:t>
        <w:br/>
        <w:t>vt 0.889165 0.183302</w:t>
        <w:br/>
        <w:t>vt 0.899927 0.179746</w:t>
        <w:br/>
        <w:t>vt 0.133983 0.944769</w:t>
        <w:br/>
        <w:t>vt 0.141875 0.944358</w:t>
        <w:br/>
        <w:t>vt 0.620053 0.993225</w:t>
        <w:br/>
        <w:t>vt 0.236315 0.816633</w:t>
        <w:br/>
        <w:t>vt 0.229877 0.800368</w:t>
        <w:br/>
        <w:t>vt 0.306170 0.833078</w:t>
        <w:br/>
        <w:t>vt 0.301457 0.816864</w:t>
        <w:br/>
        <w:t>vt 0.224835 0.848089</w:t>
        <w:br/>
        <w:t>vt 0.560771 0.868847</w:t>
        <w:br/>
        <w:t>vt 0.564334 0.857700</w:t>
        <w:br/>
        <w:t>vt 0.912132 0.175906</w:t>
        <w:br/>
        <w:t>vt 0.914798 0.162312</w:t>
        <w:br/>
        <w:t>vt 0.574054 0.955629</w:t>
        <w:br/>
        <w:t>vt 0.563334 0.957690</w:t>
        <w:br/>
        <w:t>vt 0.859261 0.202953</w:t>
        <w:br/>
        <w:t>vt 0.873353 0.201923</w:t>
        <w:br/>
        <w:t>vt 0.853934 0.210455</w:t>
        <w:br/>
        <w:t>vt 0.849440 0.206886</w:t>
        <w:br/>
        <w:t>vt 0.165045 0.932804</w:t>
        <w:br/>
        <w:t>vt 0.875084 0.195008</w:t>
        <w:br/>
        <w:t>vt 0.864246 0.194108</w:t>
        <w:br/>
        <w:t>vt 0.878307 0.183818</w:t>
        <w:br/>
        <w:t>vt 0.927403 0.163592</w:t>
        <w:br/>
        <w:t>vt 0.939960 0.162814</w:t>
        <w:br/>
        <w:t>vt 0.925599 0.177357</w:t>
        <w:br/>
        <w:t>vt 0.569822 0.978453</w:t>
        <w:br/>
        <w:t>vt 0.903845 0.168442</w:t>
        <w:br/>
        <w:t>vt 0.566599 0.887842</w:t>
        <w:br/>
        <w:t>vt 0.545158 0.871245</w:t>
        <w:br/>
        <w:t>vt 0.560771 0.868847</w:t>
        <w:br/>
        <w:t>vt 0.133983 0.944769</w:t>
        <w:br/>
        <w:t>vt 0.301041 0.829952</w:t>
        <w:br/>
        <w:t>vt 0.550369 0.929218</w:t>
        <w:br/>
        <w:t>vt 0.547826 0.907008</w:t>
        <w:br/>
        <w:t>vt 0.864245 0.184543</w:t>
        <w:br/>
        <w:t>vt 0.137860 0.948583</w:t>
        <w:br/>
        <w:t>vt 0.302543 0.804261</w:t>
        <w:br/>
        <w:t>vt 0.889593 0.172324</w:t>
        <w:br/>
        <w:t>vt 0.886281 0.160582</w:t>
        <w:br/>
        <w:t>vt 0.894851 0.157943</w:t>
        <w:br/>
        <w:t>vt 0.137860 0.948583</w:t>
        <w:br/>
        <w:t>vt 0.122836 0.965798</w:t>
        <w:br/>
        <w:t>vt 0.939869 0.148900</w:t>
        <w:br/>
        <w:t>vt 0.944882 0.140915</w:t>
        <w:br/>
        <w:t>vt 0.946736 0.153675</w:t>
        <w:br/>
        <w:t>vt 0.859261 0.202953</w:t>
        <w:br/>
        <w:t>vt 0.847175 0.202679</w:t>
        <w:br/>
        <w:t>vt 0.184229 0.919269</w:t>
        <w:br/>
        <w:t>vt 0.140467 0.952265</w:t>
        <w:br/>
        <w:t>vt 0.297094 0.824946</w:t>
        <w:br/>
        <w:t>vt 0.245416 0.834715</w:t>
        <w:br/>
        <w:t>vt 0.926017 0.150704</w:t>
        <w:br/>
        <w:t>vt 0.936260 0.137070</w:t>
        <w:br/>
        <w:t>vt 0.202307 0.903488</w:t>
        <w:br/>
        <w:t>vt 0.956612 0.132375</w:t>
        <w:br/>
        <w:t>vt 0.950405 0.122004</w:t>
        <w:br/>
        <w:t>vt 0.862793 0.175541</w:t>
        <w:br/>
        <w:t>vt 0.876690 0.162955</w:t>
        <w:br/>
        <w:t>vt 0.146354 0.955428</w:t>
        <w:br/>
        <w:t>vt 0.140467 0.952265</w:t>
        <w:br/>
        <w:t>vt 0.128246 0.966653</w:t>
        <w:br/>
        <w:t>vt 0.969915 0.137585</w:t>
        <w:br/>
        <w:t>vt 0.960968 0.154405</w:t>
        <w:br/>
        <w:t>vt 0.956951 0.150284</w:t>
        <w:br/>
        <w:t>vt 0.965396 0.134664</w:t>
        <w:br/>
        <w:t>vt 0.293743 0.825624</w:t>
        <w:br/>
        <w:t>vt 0.289923 0.813155</w:t>
        <w:br/>
        <w:t>vt 0.831743 0.193477</w:t>
        <w:br/>
        <w:t>vt 0.849621 0.193017</w:t>
        <w:br/>
        <w:t>vt 0.847939 0.179119</w:t>
        <w:br/>
        <w:t>vt 0.557930 0.978560</w:t>
        <w:br/>
        <w:t>vt 0.217935 0.887628</w:t>
        <w:br/>
        <w:t>vt 0.548011 0.950379</w:t>
        <w:br/>
        <w:t>vt 0.128246 0.966653</w:t>
        <w:br/>
        <w:t>vt 0.140467 0.952265</w:t>
        <w:br/>
        <w:t>vt 0.146354 0.955428</w:t>
        <w:br/>
        <w:t>vt 0.132670 0.971369</w:t>
        <w:br/>
        <w:t>vt 0.591670 0.993225</w:t>
        <w:br/>
        <w:t>vt 0.567300 0.993225</w:t>
        <w:br/>
        <w:t>vt 0.155763 0.954495</w:t>
        <w:br/>
        <w:t>vt 0.179194 0.948697</w:t>
        <w:br/>
        <w:t>vt 0.940059 0.130400</w:t>
        <w:br/>
        <w:t>vt 0.288917 0.800187</w:t>
        <w:br/>
        <w:t>vt 0.857733 0.170531</w:t>
        <w:br/>
        <w:t>vt 0.871728 0.159869</w:t>
        <w:br/>
        <w:t>vt 0.839776 0.172906</w:t>
        <w:br/>
        <w:t>vt 0.232888 0.873550</w:t>
        <w:br/>
        <w:t>vt 0.290265 0.825797</w:t>
        <w:br/>
        <w:t>vt 0.531788 0.924300</w:t>
        <w:br/>
        <w:t>vt 0.530402 0.904580</w:t>
        <w:br/>
        <w:t>vt 0.907031 0.153905</w:t>
        <w:br/>
        <w:t>vt 0.900934 0.156784</w:t>
        <w:br/>
        <w:t>vt 0.900117 0.135088</w:t>
        <w:br/>
        <w:t>vt 0.132670 0.971369</w:t>
        <w:br/>
        <w:t>vt 0.146354 0.955428</w:t>
        <w:br/>
        <w:t>vt 0.149158 0.965840</w:t>
        <w:br/>
        <w:t>vt 0.140124 0.975461</w:t>
        <w:br/>
        <w:t>vt 0.149158 0.965840</w:t>
        <w:br/>
        <w:t>vt 0.288075 0.822239</w:t>
        <w:br/>
        <w:t>vt 0.289923 0.813155</w:t>
        <w:br/>
        <w:t>vt 0.290265 0.825797</w:t>
        <w:br/>
        <w:t>vt 0.943344 0.115241</w:t>
        <w:br/>
        <w:t>vt 0.900117 0.135088</w:t>
        <w:br/>
        <w:t>vt 0.900934 0.156784</w:t>
        <w:br/>
        <w:t>vt 0.963338 0.111952</w:t>
        <w:br/>
        <w:t>vt 0.914148 0.148018</w:t>
        <w:br/>
        <w:t>vt 0.904930 0.130266</w:t>
        <w:br/>
        <w:t>vt 0.892080 0.137978</w:t>
        <w:br/>
        <w:t>vt 0.896503 0.136293</w:t>
        <w:br/>
        <w:t>vt 0.887184 0.140125</w:t>
        <w:br/>
        <w:t>vt 0.204298 0.938538</w:t>
        <w:br/>
        <w:t>vt 0.831819 0.180005</w:t>
        <w:br/>
        <w:t>vt 0.847939 0.179119</w:t>
        <w:br/>
        <w:t>vt 0.857733 0.170531</w:t>
        <w:br/>
        <w:t>vt 0.851101 0.163963</w:t>
        <w:br/>
        <w:t>vt 0.866555 0.155221</w:t>
        <w:br/>
        <w:t>vt 0.871728 0.159869</w:t>
        <w:br/>
        <w:t>vt 0.249429 0.859197</w:t>
        <w:br/>
        <w:t>vt 0.531764 0.945368</w:t>
        <w:br/>
        <w:t>vt 0.542886 0.973051</w:t>
        <w:br/>
        <w:t>vt 0.883673 0.139321</w:t>
        <w:br/>
        <w:t>vt 0.921741 0.138195</w:t>
        <w:br/>
        <w:t>vt 0.908366 0.124993</w:t>
        <w:br/>
        <w:t>vt 0.283046 0.824913</w:t>
        <w:br/>
        <w:t>vt 0.281878 0.809765</w:t>
        <w:br/>
        <w:t>vt 0.288075 0.822239</w:t>
        <w:br/>
        <w:t>vt 0.552864 0.993225</w:t>
        <w:br/>
        <w:t>vt 0.839776 0.172906</w:t>
        <w:br/>
        <w:t>vt 0.170817 0.971135</w:t>
        <w:br/>
        <w:t>vt 0.165611 0.979193</w:t>
        <w:br/>
        <w:t>vt 0.140124 0.975461</w:t>
        <w:br/>
        <w:t>vt 0.275679 0.792509</w:t>
        <w:br/>
        <w:t>vt 0.215723 0.918484</w:t>
        <w:br/>
        <w:t>vt 0.928264 0.128366</w:t>
        <w:br/>
        <w:t>vt 0.881181 0.137107</w:t>
        <w:br/>
        <w:t>vt 0.883673 0.139321</w:t>
        <w:br/>
        <w:t>vt 0.196043 0.963933</w:t>
        <w:br/>
        <w:t>vt 0.523600 0.924227</w:t>
        <w:br/>
        <w:t>vt 0.522122 0.904720</w:t>
        <w:br/>
        <w:t>vt 0.953446 0.106513</w:t>
        <w:br/>
        <w:t>vt 0.270492 0.813546</w:t>
        <w:br/>
        <w:t>vt 0.226338 0.900280</w:t>
        <w:br/>
        <w:t>vt 0.833967 0.166461</w:t>
        <w:br/>
        <w:t>vt 0.821112 0.172047</w:t>
        <w:br/>
        <w:t>vt 0.858947 0.148710</w:t>
        <w:br/>
        <w:t>vt 0.237058 0.880442</w:t>
        <w:br/>
        <w:t>vt 0.537697 0.993225</w:t>
        <w:br/>
        <w:t>vt 0.911917 0.120805</w:t>
        <w:br/>
        <w:t>vt 0.912611 0.117874</w:t>
        <w:br/>
        <w:t>vt 0.930680 0.123310</w:t>
        <w:br/>
        <w:t>vt 0.928264 0.128366</w:t>
        <w:br/>
        <w:t>vt 0.814753 0.177488</w:t>
        <w:br/>
        <w:t>vt 0.806480 0.164770</w:t>
        <w:br/>
        <w:t>vt 0.524772 0.945554</w:t>
        <w:br/>
        <w:t>vt 0.972683 0.103970</w:t>
        <w:br/>
        <w:t>vt 0.973166 0.093663</w:t>
        <w:br/>
        <w:t>vt 0.980081 0.098821</w:t>
        <w:br/>
        <w:t>vt 0.977663 0.106838</w:t>
        <w:br/>
        <w:t>vt 0.529574 0.967304</w:t>
        <w:br/>
        <w:t>vt 0.877005 0.134142</w:t>
        <w:br/>
        <w:t>vt 0.843022 0.154666</w:t>
        <w:br/>
        <w:t>vt 0.517170 0.923846</w:t>
        <w:br/>
        <w:t>vt 0.515480 0.903901</w:t>
        <w:br/>
        <w:t>vt 0.931109 0.112055</w:t>
        <w:br/>
        <w:t>vt 0.912029 0.112077</w:t>
        <w:br/>
        <w:t>vt 0.243534 0.885219</w:t>
        <w:br/>
        <w:t>vt 0.525055 0.967618</w:t>
        <w:br/>
        <w:t>vt 0.973131 0.079706</w:t>
        <w:br/>
        <w:t>vt 0.981206 0.082664</w:t>
        <w:br/>
        <w:t>vt 0.519460 0.944737</w:t>
        <w:br/>
        <w:t>vt 0.954070 0.094058</w:t>
        <w:br/>
        <w:t>vt 0.943615 0.102733</w:t>
        <w:br/>
        <w:t>vt 0.522403 0.993225</w:t>
        <w:br/>
        <w:t>vt 0.253725 0.867323</w:t>
        <w:br/>
        <w:t>vt 0.249641 0.888878</w:t>
        <w:br/>
        <w:t>vt 0.237807 0.910388</w:t>
        <w:br/>
        <w:t>vt 0.189776 0.969453</w:t>
        <w:br/>
        <w:t>vt 0.806480 0.164770</w:t>
        <w:br/>
        <w:t>vt 0.802838 0.153481</w:t>
        <w:br/>
        <w:t>vt 0.816662 0.162342</w:t>
        <w:br/>
        <w:t>vt 0.872460 0.131302</w:t>
        <w:br/>
        <w:t>vt 0.851736 0.141823</w:t>
        <w:br/>
        <w:t>vt 0.828252 0.153280</w:t>
        <w:br/>
        <w:t>vt 0.836486 0.143609</w:t>
        <w:br/>
        <w:t>vt 0.521741 0.966840</w:t>
        <w:br/>
        <w:t>vt 0.189776 0.969453</w:t>
        <w:br/>
        <w:t>vt 0.233932 0.933981</w:t>
        <w:br/>
        <w:t>vt 0.911793 0.106568</w:t>
        <w:br/>
        <w:t>vt 0.930575 0.102216</w:t>
        <w:br/>
        <w:t>vt 0.502840 0.944210</w:t>
        <w:br/>
        <w:t>vt 0.501797 0.922804</w:t>
        <w:br/>
        <w:t>vt 0.953558 0.087421</w:t>
        <w:br/>
        <w:t>vt 0.954070 0.094058</w:t>
        <w:br/>
        <w:t>vt 0.942802 0.092381</w:t>
        <w:br/>
        <w:t>vt 0.942022 0.087111</w:t>
        <w:br/>
        <w:t>vt 0.249641 0.888878</w:t>
        <w:br/>
        <w:t>vt 0.253725 0.867323</w:t>
        <w:br/>
        <w:t>vt 0.253825 0.889888</w:t>
        <w:br/>
        <w:t>vt 0.229047 0.952548</w:t>
        <w:br/>
        <w:t>vt 0.264244 0.889086</w:t>
        <w:br/>
        <w:t>vt 0.253825 0.889888</w:t>
        <w:br/>
        <w:t>vt 0.851449 0.136623</w:t>
        <w:br/>
        <w:t>vt 0.871347 0.128746</w:t>
        <w:br/>
        <w:t>vt 0.248040 0.916894</w:t>
        <w:br/>
        <w:t>vt 0.824735 0.136393</w:t>
        <w:br/>
        <w:t>vt 0.891351 0.114419</w:t>
        <w:br/>
        <w:t>vt 0.891351 0.114419</w:t>
        <w:br/>
        <w:t>vt 0.275679 0.792509</w:t>
        <w:br/>
        <w:t>vt 0.260662 0.799420</w:t>
        <w:br/>
        <w:t>vt 0.264386 0.787448</w:t>
        <w:br/>
        <w:t>vt 0.199219 0.985804</w:t>
        <w:br/>
        <w:t>vt 0.222303 0.971195</w:t>
        <w:br/>
        <w:t>vt 0.836512 0.136630</w:t>
        <w:br/>
        <w:t>vt 0.948815 0.079086</w:t>
        <w:br/>
        <w:t>vt 0.937645 0.082962</w:t>
        <w:br/>
        <w:t>vt 0.911917 0.120805</w:t>
        <w:br/>
        <w:t>vt 0.501811 0.967934</w:t>
        <w:br/>
        <w:t>vt 0.871347 0.128746</w:t>
        <w:br/>
        <w:t>vt 0.851449 0.136623</w:t>
        <w:br/>
        <w:t>vt 0.852245 0.127658</w:t>
        <w:br/>
        <w:t>vt 0.871697 0.124208</w:t>
        <w:br/>
        <w:t>vt 0.279337 0.861955</w:t>
        <w:br/>
        <w:t>vt 0.273006 0.861703</w:t>
        <w:br/>
        <w:t>vt 0.280281 0.846706</w:t>
        <w:br/>
        <w:t>vt 0.285052 0.848259</w:t>
        <w:br/>
        <w:t>vt 0.911915 0.102268</w:t>
        <w:br/>
        <w:t>vt 0.929768 0.094565</w:t>
        <w:br/>
        <w:t>vt 0.262140 0.865342</w:t>
        <w:br/>
        <w:t>vt 0.272837 0.889463</w:t>
        <w:br/>
        <w:t>vt 0.871627 0.119900</w:t>
        <w:br/>
        <w:t>vt 0.248040 0.916894</w:t>
        <w:br/>
        <w:t>vt 0.252270 0.917369</w:t>
        <w:br/>
        <w:t>vt 0.499453 0.993225</w:t>
        <w:br/>
        <w:t>vt 0.261493 0.781667</w:t>
        <w:br/>
        <w:t>vt 0.836512 0.136630</w:t>
        <w:br/>
        <w:t>vt 0.838779 0.124536</w:t>
        <w:br/>
        <w:t>vt 0.942425 0.069741</w:t>
        <w:br/>
        <w:t>vt 0.954766 0.065292</w:t>
        <w:br/>
        <w:t>vt 0.961178 0.077211</w:t>
        <w:br/>
        <w:t>vt 0.871049 0.114526</w:t>
        <w:br/>
        <w:t>vt 0.487904 0.899179</w:t>
        <w:br/>
        <w:t>vt 0.482973 0.899183</w:t>
        <w:br/>
        <w:t>vt 0.483877 0.881674</w:t>
        <w:br/>
        <w:t>vt 0.495068 0.882373</w:t>
        <w:br/>
        <w:t>vt 0.909159 0.101135</w:t>
        <w:br/>
        <w:t>vt 0.911915 0.102268</w:t>
        <w:br/>
        <w:t>vt 0.891351 0.114419</w:t>
        <w:br/>
        <w:t>vt 0.279235 0.889314</w:t>
        <w:br/>
        <w:t>vt 0.272837 0.889463</w:t>
        <w:br/>
        <w:t>vt 0.905169 0.097573</w:t>
        <w:br/>
        <w:t>vt 0.852827 0.119238</w:t>
        <w:br/>
        <w:t>vt 0.871836 0.109576</w:t>
        <w:br/>
        <w:t>vt 0.252270 0.917369</w:t>
        <w:br/>
        <w:t>vt 0.873398 0.107729</w:t>
        <w:br/>
        <w:t>vt 0.878203 0.101876</w:t>
        <w:br/>
        <w:t>vt 0.902659 0.095048</w:t>
        <w:br/>
        <w:t>vt 0.871836 0.109576</w:t>
        <w:br/>
        <w:t>vt 0.813483 0.146911</w:t>
        <w:br/>
        <w:t>vt 0.927786 0.089830</w:t>
        <w:br/>
        <w:t>vt 0.929768 0.094565</w:t>
        <w:br/>
        <w:t>vt 0.899315 0.092578</w:t>
        <w:br/>
        <w:t>vt 0.902659 0.095048</w:t>
        <w:br/>
        <w:t>vt 0.891897 0.092604</w:t>
        <w:br/>
        <w:t>vt 0.896835 0.092903</w:t>
        <w:br/>
        <w:t>vt 0.899315 0.092578</w:t>
        <w:br/>
        <w:t>vt 0.881398 0.096188</w:t>
        <w:br/>
        <w:t>vt 0.886963 0.092791</w:t>
        <w:br/>
        <w:t>vt 0.247133 0.938346</w:t>
        <w:br/>
        <w:t>vt 0.931372 0.075625</w:t>
        <w:br/>
        <w:t>vt 0.883947 0.094306</w:t>
        <w:br/>
        <w:t>vt 0.883947 0.094306</w:t>
        <w:br/>
        <w:t>vt 0.483945 0.922705</w:t>
        <w:br/>
        <w:t>vt 0.483216 0.944502</w:t>
        <w:br/>
        <w:t>vt 0.950208 0.059681</w:t>
        <w:br/>
        <w:t>vt 0.938174 0.064194</w:t>
        <w:br/>
        <w:t>vt 0.295587 0.854980</w:t>
        <w:br/>
        <w:t>vt 0.920048 0.083346</w:t>
        <w:br/>
        <w:t>vt 0.840532 0.112811</w:t>
        <w:br/>
        <w:t>vt 0.288246 0.888304</w:t>
        <w:br/>
        <w:t>vt 0.204654 0.993225</w:t>
        <w:br/>
        <w:t>vt 0.288246 0.888304</w:t>
        <w:br/>
        <w:t>vt 0.300459 0.860832</w:t>
        <w:br/>
        <w:t>vt 0.292076 0.888214</w:t>
        <w:br/>
        <w:t>vt 0.853160 0.109010</w:t>
        <w:br/>
        <w:t>vt 0.957634 0.047047</w:t>
        <w:br/>
        <w:t>vt 0.947225 0.040000</w:t>
        <w:br/>
        <w:t>vt 0.958497 0.039055</w:t>
        <w:br/>
        <w:t>vt 0.959936 0.046328</w:t>
        <w:br/>
        <w:t>vt 0.806480 0.164770</w:t>
        <w:br/>
        <w:t>vt 0.800323 0.165475</w:t>
        <w:br/>
        <w:t>vt 0.792178 0.152643</w:t>
        <w:br/>
        <w:t>vt 0.802838 0.153481</w:t>
        <w:br/>
        <w:t>vt 0.266459 0.916941</w:t>
        <w:br/>
        <w:t>vt 0.247133 0.938346</w:t>
        <w:br/>
        <w:t>vt 0.251228 0.939407</w:t>
        <w:br/>
        <w:t>vt 0.245899 0.956290</w:t>
        <w:br/>
        <w:t>vt 0.936690 0.046662</w:t>
        <w:br/>
        <w:t>vt 0.944064 0.052904</w:t>
        <w:br/>
        <w:t>vt 0.931600 0.058720</w:t>
        <w:br/>
        <w:t>vt 0.926438 0.054354</w:t>
        <w:br/>
        <w:t>vt 0.944064 0.052904</w:t>
        <w:br/>
        <w:t>vt 0.931600 0.058720</w:t>
        <w:br/>
        <w:t>vt 0.484488 0.968844</w:t>
        <w:br/>
        <w:t>vt 0.926484 0.070031</w:t>
        <w:br/>
        <w:t>vt 0.915515 0.078940</w:t>
        <w:br/>
        <w:t>vt 0.843601 0.099129</w:t>
        <w:br/>
        <w:t>vt 0.826991 0.126066</w:t>
        <w:br/>
        <w:t>vt 0.813717 0.126418</w:t>
        <w:br/>
        <w:t>vt 0.277389 0.915479</w:t>
        <w:br/>
        <w:t>vt 0.286125 0.916748</w:t>
        <w:br/>
        <w:t>vt 0.238598 0.993225</w:t>
        <w:br/>
        <w:t>vt 0.243883 0.974845</w:t>
        <w:br/>
        <w:t>vt 0.909666 0.074849</w:t>
        <w:br/>
        <w:t>vt 0.915515 0.078940</w:t>
        <w:br/>
        <w:t>vt 0.857182 0.102081</w:t>
        <w:br/>
        <w:t>vt 0.484081 0.993225</w:t>
        <w:br/>
        <w:t>vt 0.267375 0.938054</w:t>
        <w:br/>
        <w:t>vt 0.251228 0.939407</w:t>
        <w:br/>
        <w:t>vt 0.926484 0.070031</w:t>
        <w:br/>
        <w:t>vt 0.919928 0.065852</w:t>
        <w:br/>
        <w:t>vt 0.286125 0.916748</w:t>
        <w:br/>
        <w:t>vt 0.905321 0.073799</w:t>
        <w:br/>
        <w:t>vt 0.909666 0.074849</w:t>
        <w:br/>
        <w:t>vt 0.859399 0.099093</w:t>
        <w:br/>
        <w:t>vt 0.868730 0.086965</w:t>
        <w:br/>
        <w:t>vt 0.857182 0.102081</w:t>
        <w:br/>
        <w:t>vt 0.859399 0.099093</w:t>
        <w:br/>
        <w:t>vt 0.245899 0.956290</w:t>
        <w:br/>
        <w:t>vt 0.249141 0.957785</w:t>
        <w:br/>
        <w:t>vt 0.465074 0.920984</w:t>
        <w:br/>
        <w:t>vt 0.464200 0.943620</w:t>
        <w:br/>
        <w:t>vt 0.915333 0.063438</w:t>
        <w:br/>
        <w:t>vt 0.919928 0.065852</w:t>
        <w:br/>
        <w:t>vt 0.828974 0.112311</w:t>
        <w:br/>
        <w:t>vt 0.826991 0.126066</w:t>
        <w:br/>
        <w:t>vt 0.819965 0.095731</w:t>
        <w:br/>
        <w:t>vt 0.895948 0.072025</w:t>
        <w:br/>
        <w:t>vt 0.876319 0.077441</w:t>
        <w:br/>
        <w:t>vt 0.805792 0.111855</w:t>
        <w:br/>
        <w:t>vt 0.800253 0.139319</w:t>
        <w:br/>
        <w:t>vt 0.791337 0.134567</w:t>
        <w:br/>
        <w:t>vt 0.798734 0.099632</w:t>
        <w:br/>
        <w:t>vt 0.849907 0.092555</w:t>
        <w:br/>
        <w:t>vt 0.243883 0.974845</w:t>
        <w:br/>
        <w:t>vt 0.245615 0.976128</w:t>
        <w:br/>
        <w:t>vt 0.280968 0.936198</w:t>
        <w:br/>
        <w:t>vt 0.904074 0.059461</w:t>
        <w:br/>
        <w:t>vt 0.849907 0.092555</w:t>
        <w:br/>
        <w:t>vt 0.852406 0.088294</w:t>
        <w:br/>
        <w:t>vt 0.867893 0.071424</w:t>
        <w:br/>
        <w:t>vt 0.249141 0.957785</w:t>
        <w:br/>
        <w:t>vt 0.914501 0.047521</w:t>
        <w:br/>
        <w:t>vt 0.924448 0.037538</w:t>
        <w:br/>
        <w:t>vt 0.886655 0.072160</w:t>
        <w:br/>
        <w:t>vt 0.465173 0.968529</w:t>
        <w:br/>
        <w:t>vt 0.311819 0.883106</w:t>
        <w:br/>
        <w:t>vt 0.309753 0.907359</w:t>
        <w:br/>
        <w:t>vt 0.880756 0.075367</w:t>
        <w:br/>
        <w:t>vt 0.880756 0.075367</w:t>
        <w:br/>
        <w:t>vt 0.267895 0.976415</w:t>
        <w:br/>
        <w:t>vt 0.245615 0.976128</w:t>
        <w:br/>
        <w:t>vt 0.267749 0.957038</w:t>
        <w:br/>
        <w:t>vt 0.267051 0.993225</w:t>
        <w:br/>
        <w:t>vt 0.868730 0.086965</w:t>
        <w:br/>
        <w:t>vt 0.880006 0.062010</w:t>
        <w:br/>
        <w:t>vt 0.290982 0.938516</w:t>
        <w:br/>
        <w:t>vt 0.465630 0.993225</w:t>
        <w:br/>
        <w:t>vt 0.893118 0.058660</w:t>
        <w:br/>
        <w:t>vt 0.831929 0.098783</w:t>
        <w:br/>
        <w:t>vt 0.446146 0.920952</w:t>
        <w:br/>
        <w:t>vt 0.446075 0.945213</w:t>
        <w:br/>
        <w:t>vt 0.885724 0.061883</w:t>
        <w:br/>
        <w:t>vt 0.885724 0.061883</w:t>
        <w:br/>
        <w:t>vt 0.904940 0.045973</w:t>
        <w:br/>
        <w:t>vt 0.916473 0.034622</w:t>
        <w:br/>
        <w:t>vt 0.308304 0.929237</w:t>
        <w:br/>
        <w:t>vt 0.284723 0.955698</w:t>
        <w:br/>
        <w:t>vt 0.288950 0.978478</w:t>
        <w:br/>
        <w:t>vt 0.295453 0.957752</w:t>
        <w:br/>
        <w:t>vt 0.446761 0.970537</w:t>
        <w:br/>
        <w:t>vt 0.839177 0.082893</w:t>
        <w:br/>
        <w:t>vt 0.825297 0.080790</w:t>
        <w:br/>
        <w:t>vt 0.291471 0.993225</w:t>
        <w:br/>
        <w:t>vt 0.812152 0.075184</w:t>
        <w:br/>
        <w:t>vt 0.805552 0.097336</w:t>
        <w:br/>
        <w:t>vt 0.800979 0.091373</w:t>
        <w:br/>
        <w:t>vt 0.807422 0.065681</w:t>
        <w:br/>
        <w:t>vt 0.849636 0.071434</w:t>
        <w:br/>
        <w:t>vt 0.845494 0.074934</w:t>
        <w:br/>
        <w:t>vt 0.844185 0.054223</w:t>
        <w:br/>
        <w:t>vt 0.850063 0.052250</w:t>
        <w:br/>
        <w:t>vt 0.845494 0.074934</w:t>
        <w:br/>
        <w:t>vt 0.836943 0.063905</w:t>
        <w:br/>
        <w:t>vt 0.844185 0.054223</w:t>
        <w:br/>
        <w:t>vt 0.823289 0.058980</w:t>
        <w:br/>
        <w:t>vt 0.825297 0.080790</w:t>
        <w:br/>
        <w:t>vt 0.429569 0.920955</w:t>
        <w:br/>
        <w:t>vt 0.429441 0.944933</w:t>
        <w:br/>
        <w:t>vt 0.447762 0.993225</w:t>
        <w:br/>
        <w:t>vt 0.899898 0.020033</w:t>
        <w:br/>
        <w:t>vt 0.880520 0.020885</w:t>
        <w:br/>
        <w:t>vt 0.882697 0.010926</w:t>
        <w:br/>
        <w:t>vt 0.904241 0.012612</w:t>
        <w:br/>
        <w:t>vt 0.300866 0.978578</w:t>
        <w:br/>
        <w:t>vt 0.310781 0.950389</w:t>
        <w:br/>
        <w:t>vt 0.327934 0.904575</w:t>
        <w:br/>
        <w:t>vt 0.336361 0.904548</w:t>
        <w:br/>
        <w:t>vt 0.335076 0.924043</w:t>
        <w:br/>
        <w:t>vt 0.326863 0.924214</w:t>
        <w:br/>
        <w:t>vt 0.869911 0.054565</w:t>
        <w:br/>
        <w:t>vt 0.305933 0.993225</w:t>
        <w:br/>
        <w:t>vt 0.820887 0.045115</w:t>
        <w:br/>
        <w:t>vt 0.853795 0.022062</w:t>
        <w:br/>
        <w:t>vt 0.846011 0.032261</w:t>
        <w:br/>
        <w:t>vt 0.845484 0.024614</w:t>
        <w:br/>
        <w:t>vt 0.853049 0.032222</w:t>
        <w:br/>
        <w:t>vt 0.343090 0.903568</w:t>
        <w:br/>
        <w:t>vt 0.341529 0.923588</w:t>
        <w:br/>
        <w:t>vt 0.832780 0.034304</w:t>
        <w:br/>
        <w:t>vt 0.355130 0.901651</w:t>
        <w:br/>
        <w:t>vt 0.357295 0.923816</w:t>
        <w:br/>
        <w:t>vt 0.327030 0.945280</w:t>
        <w:br/>
        <w:t>vt 0.429399 0.972814</w:t>
        <w:br/>
        <w:t>vt 0.315932 0.973036</w:t>
        <w:br/>
        <w:t>vt 0.321120 0.993225</w:t>
        <w:br/>
        <w:t>vt 0.334039 0.945417</w:t>
        <w:br/>
        <w:t>vt 0.412827 0.945024</w:t>
        <w:br/>
        <w:t>vt 0.412967 0.920502</w:t>
        <w:br/>
        <w:t>vt 0.429388 0.993225</w:t>
        <w:br/>
        <w:t>vt 0.339366 0.944560</w:t>
        <w:br/>
        <w:t>vt 0.329251 0.967240</w:t>
        <w:br/>
        <w:t>vt 0.394676 0.943419</w:t>
        <w:br/>
        <w:t>vt 0.394026 0.920773</w:t>
        <w:br/>
        <w:t>vt 0.336424 0.993225</w:t>
        <w:br/>
        <w:t>vt 0.333774 0.967537</w:t>
        <w:br/>
        <w:t>vt 0.356036 0.943930</w:t>
        <w:br/>
        <w:t>vt 0.376622 0.943470</w:t>
        <w:br/>
        <w:t>vt 0.375018 0.922094</w:t>
        <w:br/>
        <w:t>vt 0.337089 0.966746</w:t>
        <w:br/>
        <w:t>vt 0.412058 0.970458</w:t>
        <w:br/>
        <w:t>vt 0.411038 0.993225</w:t>
        <w:br/>
        <w:t>vt 0.357001 0.967836</w:t>
        <w:br/>
        <w:t>vt 0.359362 0.993225</w:t>
        <w:br/>
        <w:t>vt 0.393656 0.968429</w:t>
        <w:br/>
        <w:t>vt 0.374326 0.968786</w:t>
        <w:br/>
        <w:t>vt 0.374736 0.993225</w:t>
        <w:br/>
        <w:t>vt 0.393189 0.993225</w:t>
        <w:br/>
        <w:t>vt 0.575946 0.847741</w:t>
        <w:br/>
        <w:t>vt 0.936410 0.175758</w:t>
        <w:br/>
        <w:t>vt 0.945372 0.164782</w:t>
        <w:br/>
        <w:t>vt 0.945655 0.173630</w:t>
        <w:br/>
        <w:t>vt 0.932260 0.188922</w:t>
        <w:br/>
        <w:t>vt 0.525140 0.879606</w:t>
        <w:br/>
        <w:t>vt 0.533633 0.874903</w:t>
        <w:br/>
        <w:t>vt 0.266454 0.831620</w:t>
        <w:br/>
        <w:t>vt 0.519380 0.881773</w:t>
        <w:br/>
        <w:t>vt 0.273539 0.840929</w:t>
        <w:br/>
        <w:t>vt 0.806356 0.179080</w:t>
        <w:br/>
        <w:t>vt 0.814753 0.177488</w:t>
        <w:br/>
        <w:t>vt 0.823387 0.187809</w:t>
        <w:br/>
        <w:t>vt 0.818991 0.195536</w:t>
        <w:br/>
        <w:t>vt 0.280281 0.846706</w:t>
        <w:br/>
        <w:t>vt 0.505970 0.883783</w:t>
        <w:br/>
        <w:t>vt 0.503204 0.901220</w:t>
        <w:br/>
        <w:t>vt 0.934586 0.030354</w:t>
        <w:br/>
        <w:t>vt 0.945541 0.025866</w:t>
        <w:br/>
        <w:t>vt 0.926730 0.025969</w:t>
        <w:br/>
        <w:t>vt 0.931505 0.017798</w:t>
        <w:br/>
        <w:t>vt 0.915087 0.013366</w:t>
        <w:br/>
        <w:t>vt 0.914384 0.017701</w:t>
        <w:br/>
        <w:t>vt 0.805552 0.097336</w:t>
        <w:br/>
        <w:t>vt 0.805792 0.111855</w:t>
        <w:br/>
        <w:t>vt 0.798734 0.099632</w:t>
        <w:br/>
        <w:t>vt 0.800979 0.091373</w:t>
        <w:br/>
        <w:t>vt 0.411774 0.897516</w:t>
        <w:br/>
        <w:t>vt 0.429940 0.895487</w:t>
        <w:br/>
        <w:t>vt 0.392183 0.898284</w:t>
        <w:br/>
        <w:t>vt 0.612149 0.794264</w:t>
        <w:br/>
        <w:t>vt 0.976979 0.069347</w:t>
        <w:br/>
        <w:t>vt 0.895353 0.209050</w:t>
        <w:br/>
        <w:t>vt 0.259244 0.818392</w:t>
        <w:br/>
        <w:t>vt 0.252448 0.806597</w:t>
        <w:br/>
        <w:t>vt 0.976242 0.119603</w:t>
        <w:br/>
        <w:t>vt 0.247211 0.794391</w:t>
        <w:br/>
        <w:t>vt 0.970923 0.117227</w:t>
        <w:br/>
        <w:t>vt 0.265338 0.825753</w:t>
        <w:br/>
        <w:t>vt 0.967018 0.064951</w:t>
        <w:br/>
        <w:t>vt 0.977785 0.062586</w:t>
        <w:br/>
        <w:t>vt 0.957634 0.047047</w:t>
        <w:br/>
        <w:t>vt 0.959936 0.046328</w:t>
        <w:br/>
        <w:t>vt 0.964867 0.052134</w:t>
        <w:br/>
        <w:t>vt 0.962332 0.054802</w:t>
        <w:br/>
        <w:t>vt 0.311040 0.870852</w:t>
        <w:br/>
        <w:t>vt 0.321190 0.875821</w:t>
        <w:br/>
        <w:t>vt 0.331637 0.876664</w:t>
        <w:br/>
        <w:t>vt 0.375678 0.900503</w:t>
        <w:br/>
        <w:t>vt 0.443192 0.882918</w:t>
        <w:br/>
        <w:t>vt 0.467827 0.897450</w:t>
        <w:br/>
        <w:t>vt 0.448059 0.896443</w:t>
        <w:br/>
        <w:t>vt 0.378249 0.899824</w:t>
        <w:br/>
        <w:t>vt 0.837267 0.042941</w:t>
        <w:br/>
        <w:t>vt 0.419139 0.884309</w:t>
        <w:br/>
        <w:t>vt 0.400520 0.885370</w:t>
        <w:br/>
        <w:t>vt 0.438341 0.878433</w:t>
        <w:br/>
        <w:t>vt 0.849440 0.206886</w:t>
        <w:br/>
        <w:t>vt 0.836871 0.207124</w:t>
        <w:br/>
        <w:t>vt 0.541366 0.869927</w:t>
        <w:br/>
        <w:t>vt 0.824447 0.203499</w:t>
        <w:br/>
        <w:t>vt 0.579703 0.844507</w:t>
        <w:br/>
        <w:t>vt 0.374057 0.885454</w:t>
        <w:br/>
        <w:t>vt 0.379791 0.883404</w:t>
        <w:br/>
        <w:t>vt 0.853049 0.032222</w:t>
        <w:br/>
        <w:t>vt 0.880520 0.020885</w:t>
        <w:br/>
        <w:t>vt 0.874114 0.036999</w:t>
        <w:br/>
        <w:t>vt 0.352061 0.885126</w:t>
        <w:br/>
        <w:t>vt 0.338673 0.880952</w:t>
        <w:br/>
        <w:t>vt 0.331637 0.876664</w:t>
        <w:br/>
        <w:t>vt 0.914384 0.017701</w:t>
        <w:br/>
        <w:t>vt 0.915087 0.013366</w:t>
        <w:br/>
        <w:t>vt 0.945372 0.164782</w:t>
        <w:br/>
        <w:t>vt 0.936410 0.175758</w:t>
        <w:br/>
        <w:t>vt 0.964489 0.098608</w:t>
        <w:br/>
        <w:t>vt 0.964489 0.098608</w:t>
        <w:br/>
        <w:t>vt 0.964892 0.089229</w:t>
        <w:br/>
        <w:t>vt 0.545158 0.871245</w:t>
        <w:br/>
        <w:t>vt 0.831819 0.180005</w:t>
        <w:br/>
        <w:t>vt 0.823387 0.187809</w:t>
        <w:br/>
        <w:t>vt 0.862793 0.175541</w:t>
        <w:br/>
        <w:t>vt 0.876700 0.174387</w:t>
        <w:br/>
        <w:t>vt 0.897977 0.170049</w:t>
        <w:br/>
        <w:t>vt 0.886049 0.047404</w:t>
        <w:br/>
        <w:t>vt 0.893156 0.033155</w:t>
        <w:br/>
        <w:t>vt 0.895865 0.047664</w:t>
        <w:br/>
        <w:t>vt 0.886049 0.047404</w:t>
        <w:br/>
        <w:t>vt 0.906408 0.033478</w:t>
        <w:br/>
        <w:t>vt 0.904940 0.045973</w:t>
        <w:br/>
        <w:t>vt 0.895865 0.047664</w:t>
        <w:br/>
        <w:t>vt 0.906408 0.033478</w:t>
        <w:br/>
        <w:t>vt 0.916473 0.034622</w:t>
        <w:br/>
        <w:t>vt 0.897977 0.170049</w:t>
        <w:br/>
        <w:t>vt 0.942802 0.092381</w:t>
        <w:br/>
        <w:t>vt 0.973166 0.093663</w:t>
        <w:br/>
        <w:t>vt 0.875084 0.195008</w:t>
        <w:br/>
        <w:t>vt 0.800253 0.139319</w:t>
        <w:br/>
        <w:t>vt 0.813717 0.126418</w:t>
        <w:br/>
        <w:t>vt 0.805792 0.111855</w:t>
        <w:br/>
        <w:t>vt 0.816137 0.110803</w:t>
        <w:br/>
        <w:t>vt 0.816137 0.110803</w:t>
        <w:br/>
        <w:t>vt 0.836943 0.063905</w:t>
        <w:br/>
        <w:t>vt 0.837267 0.042941</w:t>
        <w:br/>
        <w:t>vt 0.837267 0.042941</w:t>
        <w:br/>
        <w:t>vt 0.846011 0.032261</w:t>
        <w:br/>
        <w:t>vt 0.893156 0.033155</w:t>
        <w:br/>
        <w:t>vt 0.899898 0.020033</w:t>
        <w:br/>
        <w:t>vt 0.893118 0.058660</w:t>
        <w:br/>
        <w:t>vt 0.389154 0.886386</w:t>
        <w:br/>
        <w:t>vt 0.471813 0.884028</w:t>
        <w:br/>
        <w:t>vt 0.843022 0.154666</w:t>
        <w:br/>
        <w:t>vt 0.899898 0.020033</w:t>
        <w:br/>
        <w:t>vt 0.964867 0.052134</w:t>
        <w:br/>
        <w:t>vt 0.959936 0.046328</w:t>
        <w:br/>
        <w:t>vt 0.958497 0.039055</w:t>
        <w:br/>
        <w:t>vt 0.275679 0.792509</w:t>
        <w:br/>
        <w:t>vt 0.270492 0.813546</w:t>
        <w:br/>
        <w:t>vt 0.260662 0.799420</w:t>
        <w:br/>
        <w:t>vt 0.609588 0.957784</w:t>
        <w:br/>
        <w:t>vt 0.624551 0.358431</w:t>
        <w:br/>
        <w:t>vt 0.628122 0.358242</w:t>
        <w:br/>
        <w:t>vt 0.626369 0.361965</w:t>
        <w:br/>
        <w:t>vt 0.634171 0.371492</w:t>
        <w:br/>
        <w:t>vt 0.626308 0.370434</w:t>
        <w:br/>
        <w:t>vt 0.629780 0.364862</w:t>
        <w:br/>
        <w:t>vt 0.636601 0.364608</w:t>
        <w:br/>
        <w:t>vt 0.625077 0.373473</w:t>
        <w:br/>
        <w:t>vt 0.632830 0.375748</w:t>
        <w:br/>
        <w:t>vt 0.628805 0.387856</w:t>
        <w:br/>
        <w:t>vt 0.620808 0.384739</w:t>
        <w:br/>
        <w:t>vt 0.605515 0.408015</w:t>
        <w:br/>
        <w:t>vt 0.606941 0.410125</w:t>
        <w:br/>
        <w:t>vt 0.602207 0.410821</w:t>
        <w:br/>
        <w:t>vt 0.722855 0.273758</w:t>
        <w:br/>
        <w:t>vt 0.725940 0.267494</w:t>
        <w:br/>
        <w:t>vt 0.731614 0.270940</w:t>
        <w:br/>
        <w:t>vt 0.729565 0.276479</w:t>
        <w:br/>
        <w:t>vt 0.713358 0.254724</w:t>
        <w:br/>
        <w:t>vt 0.716887 0.251312</w:t>
        <w:br/>
        <w:t>vt 0.726206 0.260424</w:t>
        <w:br/>
        <w:t>vt 0.722829 0.264257</w:t>
        <w:br/>
        <w:t>vt 0.719038 0.272498</w:t>
        <w:br/>
        <w:t>vt 0.721601 0.266758</w:t>
        <w:br/>
        <w:t>vt 0.710415 0.264985</w:t>
        <w:br/>
        <w:t>vt 0.709084 0.269953</w:t>
        <w:br/>
        <w:t>vt 0.689680 0.269658</w:t>
        <w:br/>
        <w:t>vt 0.683690 0.271549</w:t>
        <w:br/>
        <w:t>vt 0.682721 0.270096</w:t>
        <w:br/>
        <w:t>vt 0.688983 0.266974</w:t>
        <w:br/>
        <w:t>vt 0.729132 0.263369</w:t>
        <w:br/>
        <w:t>vt 0.734066 0.267516</w:t>
        <w:br/>
        <w:t>vt 0.749076 0.277383</w:t>
        <w:br/>
        <w:t>vt 0.748597 0.278230</w:t>
        <w:br/>
        <w:t>vt 0.738655 0.274627</w:t>
        <w:br/>
        <w:t>vt 0.740130 0.272240</w:t>
        <w:br/>
        <w:t>vt 0.086455 0.518339</w:t>
        <w:br/>
        <w:t>vt 0.084783 0.511227</w:t>
        <w:br/>
        <w:t>vt 0.087683 0.510485</w:t>
        <w:br/>
        <w:t>vt 0.088954 0.517696</w:t>
        <w:br/>
        <w:t>vt 0.083155 0.502074</w:t>
        <w:br/>
        <w:t>vt 0.086075 0.501370</w:t>
        <w:br/>
        <w:t>vt 0.079938 0.927692</w:t>
        <w:br/>
        <w:t>vt 0.079529 0.935121</w:t>
        <w:br/>
        <w:t>vt 0.077026 0.930960</w:t>
        <w:br/>
        <w:t>vt 0.077042 0.927927</w:t>
        <w:br/>
        <w:t>vt 0.072380 0.932161</w:t>
        <w:br/>
        <w:t>vt 0.068980 0.934962</w:t>
        <w:br/>
        <w:t>vt 0.068980 0.927546</w:t>
        <w:br/>
        <w:t>vt 0.072996 0.926775</w:t>
        <w:br/>
        <w:t>vt 0.077073 0.917920</w:t>
        <w:br/>
        <w:t>vt 0.079857 0.918124</w:t>
        <w:br/>
        <w:t>vt 0.619373 0.365826</w:t>
        <w:br/>
        <w:t>vt 0.610161 0.403191</w:t>
        <w:br/>
        <w:t>vt 0.614282 0.406392</w:t>
        <w:br/>
        <w:t>vt 0.700387 0.234574</w:t>
        <w:br/>
        <w:t>vt 0.698259 0.236201</w:t>
        <w:br/>
        <w:t>vt 0.694504 0.229129</w:t>
        <w:br/>
        <w:t>vt 0.695501 0.228466</w:t>
        <w:br/>
        <w:t>vt 0.737713 0.278753</w:t>
        <w:br/>
        <w:t>vt 0.632332 0.360632</w:t>
        <w:br/>
        <w:t>vt 0.630390 0.359099</w:t>
        <w:br/>
        <w:t>vt 0.633151 0.352708</w:t>
        <w:br/>
        <w:t>vt 0.637995 0.355706</w:t>
        <w:br/>
        <w:t>vt 0.629744 0.351014</w:t>
        <w:br/>
        <w:t>vt 0.697822 0.268785</w:t>
        <w:br/>
        <w:t>vt 0.697571 0.264863</w:t>
        <w:br/>
        <w:t>vt 0.081921 0.477811</w:t>
        <w:br/>
        <w:t>vt 0.083732 0.488081</w:t>
        <w:br/>
        <w:t>vt 0.080961 0.488799</w:t>
        <w:br/>
        <w:t>vt 0.068980 0.894305</w:t>
        <w:br/>
        <w:t>vt 0.072065 0.904938</w:t>
        <w:br/>
        <w:t>vt 0.068980 0.904871</w:t>
        <w:br/>
        <w:t>vt 0.068980 0.894305</w:t>
        <w:br/>
        <w:t>vt 0.077105 0.903432</w:t>
        <w:br/>
        <w:t>vt 0.075037 0.904457</w:t>
        <w:br/>
        <w:t>vt 0.615333 0.396041</w:t>
        <w:br/>
        <w:t>vt 0.622677 0.399129</w:t>
        <w:br/>
        <w:t>vt 0.704178 0.244531</w:t>
        <w:br/>
        <w:t>vt 0.707619 0.242100</w:t>
        <w:br/>
        <w:t>vt 0.693204 0.224398</w:t>
        <w:br/>
        <w:t>vt 0.068980 0.894305</w:t>
        <w:br/>
        <w:t>vt 0.075037 0.904457</w:t>
        <w:br/>
        <w:t>vt 0.072065 0.904938</w:t>
        <w:br/>
        <w:t>vt 0.072830 0.917824</w:t>
        <w:br/>
        <w:t>vt 0.077073 0.917920</w:t>
        <w:br/>
        <w:t>vt 0.077042 0.927927</w:t>
        <w:br/>
        <w:t>vt 0.072996 0.926775</w:t>
        <w:br/>
        <w:t>vt 0.077026 0.930960</w:t>
        <w:br/>
        <w:t>vt 0.072380 0.932161</w:t>
        <w:br/>
        <w:t>vt 0.617086 0.369092</w:t>
        <w:br/>
        <w:t>vt 0.624250 0.373262</w:t>
        <w:br/>
        <w:t>vt 0.611239 0.377443</w:t>
        <w:br/>
        <w:t>vt 0.617976 0.381254</w:t>
        <w:br/>
        <w:t>vt 0.609744 0.390715</w:t>
        <w:br/>
        <w:t>vt 0.604581 0.386952</w:t>
        <w:br/>
        <w:t>vt 0.603598 0.396549</w:t>
        <w:br/>
        <w:t>vt 0.599960 0.393550</w:t>
        <w:br/>
        <w:t>vt 0.598627 0.400826</w:t>
        <w:br/>
        <w:t>vt 0.596605 0.398342</w:t>
        <w:br/>
        <w:t>vt 0.083842 0.518687</w:t>
        <w:br/>
        <w:t>vt 0.081732 0.511718</w:t>
        <w:br/>
        <w:t>vt 0.080133 0.502588</w:t>
        <w:br/>
        <w:t>vt 0.079229 0.488946</w:t>
        <w:br/>
        <w:t>vt 0.730013 0.283116</w:t>
        <w:br/>
        <w:t>vt 0.729565 0.276479</w:t>
        <w:br/>
        <w:t>vt 0.737713 0.278753</w:t>
        <w:br/>
        <w:t>vt 0.739697 0.283452</w:t>
        <w:br/>
        <w:t>vt 0.721986 0.278209</w:t>
        <w:br/>
        <w:t>vt 0.722855 0.273758</w:t>
        <w:br/>
        <w:t>vt 0.718311 0.276538</w:t>
        <w:br/>
        <w:t>vt 0.719038 0.272498</w:t>
        <w:br/>
        <w:t>vt 0.708798 0.273683</w:t>
        <w:br/>
        <w:t>vt 0.709084 0.269953</w:t>
        <w:br/>
        <w:t>vt 0.697677 0.272097</w:t>
        <w:br/>
        <w:t>vt 0.697822 0.268785</w:t>
        <w:br/>
        <w:t>vt 0.689941 0.272211</w:t>
        <w:br/>
        <w:t>vt 0.689680 0.269658</w:t>
        <w:br/>
        <w:t>vt 0.684376 0.273255</w:t>
        <w:br/>
        <w:t>vt 0.683690 0.271549</w:t>
        <w:br/>
        <w:t>vt 0.838252 0.228369</w:t>
        <w:br/>
        <w:t>vt 0.843255 0.233394</w:t>
        <w:br/>
        <w:t>vt 0.841576 0.234864</w:t>
        <w:br/>
        <w:t>vt 0.837153 0.229594</w:t>
        <w:br/>
        <w:t>vt 0.847222 0.241593</w:t>
        <w:br/>
        <w:t>vt 0.841576 0.234864</w:t>
        <w:br/>
        <w:t>vt 0.849455 0.240017</w:t>
        <w:br/>
        <w:t>vt 0.858369 0.249644</w:t>
        <w:br/>
        <w:t>vt 0.855454 0.251404</w:t>
        <w:br/>
        <w:t>vt 0.847222 0.241593</w:t>
        <w:br/>
        <w:t>vt 0.865541 0.257212</w:t>
        <w:br/>
        <w:t>vt 0.862673 0.260007</w:t>
        <w:br/>
        <w:t>vt 0.868160 0.259560</w:t>
        <w:br/>
        <w:t>vt 0.865428 0.263290</w:t>
        <w:br/>
        <w:t>vt 0.919239 0.217728</w:t>
        <w:br/>
        <w:t>vt 0.916448 0.220795</w:t>
        <w:br/>
        <w:t>vt 0.914343 0.216802</w:t>
        <w:br/>
        <w:t>vt 0.916942 0.214621</w:t>
        <w:br/>
        <w:t>vt 0.926341 0.206735</w:t>
        <w:br/>
        <w:t>vt 0.928346 0.208662</w:t>
        <w:br/>
        <w:t>vt 0.936199 0.198463</w:t>
        <w:br/>
        <w:t>vt 0.937574 0.200174</w:t>
        <w:br/>
        <w:t>vt 0.943138 0.192640</w:t>
        <w:br/>
        <w:t>vt 0.944463 0.194548</w:t>
        <w:br/>
        <w:t>vt 0.949367 0.189300</w:t>
        <w:br/>
        <w:t>vt 0.948323 0.188289</w:t>
        <w:br/>
        <w:t>vt 0.951667 0.185483</w:t>
        <w:br/>
        <w:t>vt 0.696709 0.227570</w:t>
        <w:br/>
        <w:t>vt 0.702713 0.233003</w:t>
        <w:br/>
        <w:t>vt 0.710662 0.240197</w:t>
        <w:br/>
        <w:t>vt 0.719952 0.248604</w:t>
        <w:br/>
        <w:t>vt 0.729315 0.257077</w:t>
        <w:br/>
        <w:t>vt 0.732524 0.259980</w:t>
        <w:br/>
        <w:t>vt 0.737419 0.264410</w:t>
        <w:br/>
        <w:t>vt 0.743135 0.269583</w:t>
        <w:br/>
        <w:t>vt 0.748261 0.279756</w:t>
        <w:br/>
        <w:t>vt 0.748907 0.281555</w:t>
        <w:br/>
        <w:t>vt 0.748261 0.279756</w:t>
        <w:br/>
        <w:t>vt 0.750461 0.276213</w:t>
        <w:br/>
        <w:t>vt 0.637443 0.345158</w:t>
        <w:br/>
        <w:t>vt 0.636103 0.344502</w:t>
        <w:br/>
        <w:t>vt 0.082056 0.495608</w:t>
        <w:br/>
        <w:t>vt 0.079072 0.496250</w:t>
        <w:br/>
        <w:t>vt 0.084919 0.494813</w:t>
        <w:br/>
        <w:t>vt 0.072615 0.911412</w:t>
        <w:br/>
        <w:t>vt 0.068980 0.911547</w:t>
        <w:br/>
        <w:t>vt 0.076835 0.911475</w:t>
        <w:br/>
        <w:t>vt 0.072615 0.911412</w:t>
        <w:br/>
        <w:t>vt 0.079567 0.911188</w:t>
        <w:br/>
        <w:t>vt 0.076835 0.911475</w:t>
        <w:br/>
        <w:t>vt 0.068980 0.918197</w:t>
        <w:br/>
        <w:t>vt 0.072830 0.917824</w:t>
        <w:br/>
        <w:t>vt 0.676812 0.275696</w:t>
        <w:br/>
        <w:t>vt 0.831977 0.223425</w:t>
        <w:br/>
        <w:t>vt 0.592036 0.404868</w:t>
        <w:br/>
        <w:t>vt 0.676812 0.275696</w:t>
        <w:br/>
        <w:t>vt 0.634684 0.343960</w:t>
        <w:br/>
        <w:t>vt 0.723977 0.527379</w:t>
        <w:br/>
        <w:t>vt 0.723083 0.526943</w:t>
        <w:br/>
        <w:t>vt 0.724035 0.523939</w:t>
        <w:br/>
        <w:t>vt 0.725888 0.524769</w:t>
        <w:br/>
        <w:t>vt 0.724812 0.520105</w:t>
        <w:br/>
        <w:t>vt 0.725155 0.515859</w:t>
        <w:br/>
        <w:t>vt 0.728171 0.516429</w:t>
        <w:br/>
        <w:t>vt 0.727551 0.520941</w:t>
        <w:br/>
        <w:t>vt 0.728645 0.509913</w:t>
        <w:br/>
        <w:t>vt 0.725401 0.509547</w:t>
        <w:br/>
        <w:t>vt 0.728598 0.503664</w:t>
        <w:br/>
        <w:t>vt 0.725370 0.503550</w:t>
        <w:br/>
        <w:t>vt 0.722155 0.482876</w:t>
        <w:br/>
        <w:t>vt 0.722996 0.485564</w:t>
        <w:br/>
        <w:t>vt 0.722155 0.485745</w:t>
        <w:br/>
        <w:t>vt 0.717067 0.525060</w:t>
        <w:br/>
        <w:t>vt 0.719225 0.523810</w:t>
        <w:br/>
        <w:t>vt 0.720354 0.526917</w:t>
        <w:br/>
        <w:t>vt 0.719284 0.527657</w:t>
        <w:br/>
        <w:t>vt 0.721183 0.485398</w:t>
        <w:br/>
        <w:t>vt 0.720047 0.484763</w:t>
        <w:br/>
        <w:t>vt 0.722155 0.482876</w:t>
        <w:br/>
        <w:t>vt 0.718491 0.519911</w:t>
        <w:br/>
        <w:t>vt 0.715249 0.521148</w:t>
        <w:br/>
        <w:t>vt 0.714618 0.516536</w:t>
        <w:br/>
        <w:t>vt 0.718230 0.515804</w:t>
        <w:br/>
        <w:t>vt 0.722155 0.515421</w:t>
        <w:br/>
        <w:t>vt 0.722155 0.519451</w:t>
        <w:br/>
        <w:t>vt 0.718491 0.519911</w:t>
        <w:br/>
        <w:t>vt 0.718230 0.515804</w:t>
        <w:br/>
        <w:t>vt 0.714159 0.509909</w:t>
        <w:br/>
        <w:t>vt 0.718033 0.509593</w:t>
        <w:br/>
        <w:t>vt 0.718033 0.509593</w:t>
        <w:br/>
        <w:t>vt 0.722155 0.509283</w:t>
        <w:br/>
        <w:t>vt 0.714204 0.503530</w:t>
        <w:br/>
        <w:t>vt 0.718103 0.503667</w:t>
        <w:br/>
        <w:t>vt 0.722155 0.503528</w:t>
        <w:br/>
        <w:t>vt 0.718103 0.503667</w:t>
        <w:br/>
        <w:t>vt 0.719965 0.488869</w:t>
        <w:br/>
        <w:t>vt 0.717968 0.488223</w:t>
        <w:br/>
        <w:t>vt 0.723675 0.485080</w:t>
        <w:br/>
        <w:t>vt 0.725351 0.488636</w:t>
        <w:br/>
        <w:t>vt 0.723775 0.489030</w:t>
        <w:br/>
        <w:t>vt 0.719965 0.488869</w:t>
        <w:br/>
        <w:t>vt 0.721183 0.485398</w:t>
        <w:br/>
        <w:t>vt 0.722155 0.485745</w:t>
        <w:br/>
        <w:t>vt 0.722155 0.489362</w:t>
        <w:br/>
        <w:t>vt 0.722155 0.523215</w:t>
        <w:br/>
        <w:t>vt 0.719225 0.523810</w:t>
        <w:br/>
        <w:t>vt 0.722155 0.526569</w:t>
        <w:br/>
        <w:t>vt 0.720354 0.526917</w:t>
        <w:br/>
        <w:t>vt 0.722155 0.482876</w:t>
        <w:br/>
        <w:t>vt 0.714776 0.498117</w:t>
        <w:br/>
        <w:t>vt 0.718365 0.498583</w:t>
        <w:br/>
        <w:t>vt 0.728075 0.498397</w:t>
        <w:br/>
        <w:t>vt 0.725044 0.498505</w:t>
        <w:br/>
        <w:t>vt 0.722155 0.498699</w:t>
        <w:br/>
        <w:t>vt 0.718365 0.498583</w:t>
        <w:br/>
        <w:t>vt 0.715815 0.493250</w:t>
        <w:br/>
        <w:t>vt 0.718856 0.493875</w:t>
        <w:br/>
        <w:t>vt 0.727127 0.493666</w:t>
        <w:br/>
        <w:t>vt 0.724601 0.493968</w:t>
        <w:br/>
        <w:t>vt 0.718856 0.493875</w:t>
        <w:br/>
        <w:t>vt 0.722155 0.494298</w:t>
        <w:br/>
        <w:t>vt 0.722155 0.489362</w:t>
        <w:br/>
        <w:t>vt 0.722155 0.498699</w:t>
        <w:br/>
        <w:t>vt 0.722155 0.494298</w:t>
        <w:br/>
        <w:t>vt 0.722155 0.503528</w:t>
        <w:br/>
        <w:t>vt 0.722155 0.509283</w:t>
        <w:br/>
        <w:t>vt 0.722155 0.515421</w:t>
        <w:br/>
        <w:t>vt 0.722155 0.519451</w:t>
        <w:br/>
        <w:t>vt 0.722155 0.523215</w:t>
        <w:br/>
        <w:t>vt 0.722155 0.526569</w:t>
        <w:br/>
        <w:t>vt 0.692967 0.561787</w:t>
        <w:br/>
        <w:t>vt 0.695445 0.561002</w:t>
        <w:br/>
        <w:t>vt 0.696869 0.566733</w:t>
        <w:br/>
        <w:t>vt 0.695873 0.567128</w:t>
        <w:br/>
        <w:t>vt 0.691100 0.552593</w:t>
        <w:br/>
        <w:t>vt 0.694493 0.552078</w:t>
        <w:br/>
        <w:t>vt 0.697899 0.517348</w:t>
        <w:br/>
        <w:t>vt 0.697899 0.520688</w:t>
        <w:br/>
        <w:t>vt 0.696909 0.520415</w:t>
        <w:br/>
        <w:t>vt 0.694922 0.522348</w:t>
        <w:br/>
        <w:t>vt 0.696359 0.522774</w:t>
        <w:br/>
        <w:t>vt 0.695352 0.528128</w:t>
        <w:br/>
        <w:t>vt 0.692853 0.527833</w:t>
        <w:br/>
        <w:t>vt 0.699875 0.566476</w:t>
        <w:br/>
        <w:t>vt 0.701515 0.560488</w:t>
        <w:br/>
        <w:t>vt 0.704502 0.562075</w:t>
        <w:br/>
        <w:t>vt 0.701123 0.567305</w:t>
        <w:br/>
        <w:t>vt 0.699015 0.520317</w:t>
        <w:br/>
        <w:t>vt 0.697899 0.517348</w:t>
        <w:br/>
        <w:t>vt 0.700283 0.519467</w:t>
        <w:br/>
        <w:t>vt 0.706501 0.552742</w:t>
        <w:br/>
        <w:t>vt 0.702251 0.551499</w:t>
        <w:br/>
        <w:t>vt 0.697899 0.551596</w:t>
        <w:br/>
        <w:t>vt 0.702251 0.551499</w:t>
        <w:br/>
        <w:t>vt 0.701515 0.560488</w:t>
        <w:br/>
        <w:t>vt 0.697899 0.560284</w:t>
        <w:br/>
        <w:t>vt 0.701839 0.521921</w:t>
        <w:br/>
        <w:t>vt 0.704484 0.527337</w:t>
        <w:br/>
        <w:t>vt 0.701211 0.527952</w:t>
        <w:br/>
        <w:t>vt 0.699857 0.522526</w:t>
        <w:br/>
        <w:t>vt 0.701211 0.527952</w:t>
        <w:br/>
        <w:t>vt 0.697899 0.528397</w:t>
        <w:br/>
        <w:t>vt 0.697899 0.523068</w:t>
        <w:br/>
        <w:t>vt 0.699857 0.522526</w:t>
        <w:br/>
        <w:t>vt 0.690745 0.543374</w:t>
        <w:br/>
        <w:t>vt 0.694306 0.543300</w:t>
        <w:br/>
        <w:t>vt 0.697899 0.543215</w:t>
        <w:br/>
        <w:t>vt 0.702390 0.542940</w:t>
        <w:br/>
        <w:t>vt 0.706904 0.543350</w:t>
        <w:br/>
        <w:t>vt 0.702390 0.542940</w:t>
        <w:br/>
        <w:t>vt 0.696175 0.519829</w:t>
        <w:br/>
        <w:t>vt 0.697899 0.520688</w:t>
        <w:br/>
        <w:t>vt 0.699015 0.520317</w:t>
        <w:br/>
        <w:t>vt 0.699875 0.566476</w:t>
        <w:br/>
        <w:t>vt 0.697899 0.566383</w:t>
        <w:br/>
        <w:t>vt 0.697899 0.517348</w:t>
        <w:br/>
        <w:t>vt 0.706261 0.534811</w:t>
        <w:br/>
        <w:t>vt 0.702118 0.535183</w:t>
        <w:br/>
        <w:t>vt 0.691319 0.535090</w:t>
        <w:br/>
        <w:t>vt 0.694642 0.535322</w:t>
        <w:br/>
        <w:t>vt 0.697899 0.535532</w:t>
        <w:br/>
        <w:t>vt 0.702118 0.535183</w:t>
        <w:br/>
        <w:t>vt 0.697899 0.523068</w:t>
        <w:br/>
        <w:t>vt 0.697899 0.528397</w:t>
        <w:br/>
        <w:t>vt 0.697899 0.535532</w:t>
        <w:br/>
        <w:t>vt 0.697899 0.543215</w:t>
        <w:br/>
        <w:t>vt 0.697899 0.551596</w:t>
        <w:br/>
        <w:t>vt 0.697899 0.560284</w:t>
        <w:br/>
        <w:t>vt 0.697899 0.566383</w:t>
        <w:br/>
        <w:t>vt 0.781549 0.967843</w:t>
        <w:br/>
        <w:t>vt 0.792936 0.964737</w:t>
        <w:br/>
        <w:t>vt 0.786502 0.985698</w:t>
        <w:br/>
        <w:t>vt 0.781549 0.982319</w:t>
        <w:br/>
        <w:t>vt 0.633413 0.056355</w:t>
        <w:br/>
        <w:t>vt 0.627244 0.043321</w:t>
        <w:br/>
        <w:t>vt 0.635465 0.043321</w:t>
        <w:br/>
        <w:t>vt 0.645782 0.050556</w:t>
        <w:br/>
        <w:t>vt 0.781549 0.953838</w:t>
        <w:br/>
        <w:t>vt 0.796302 0.954217</w:t>
        <w:br/>
        <w:t>vt 0.627198 0.059654</w:t>
        <w:br/>
        <w:t>vt 0.619669 0.043321</w:t>
        <w:br/>
        <w:t>vt 0.814075 0.914383</w:t>
        <w:br/>
        <w:t>vt 0.821025 0.915913</w:t>
        <w:br/>
        <w:t>vt 0.813784 0.927404</w:t>
        <w:br/>
        <w:t>vt 0.811098 0.926971</w:t>
        <w:br/>
        <w:t>vt 0.781549 0.915436</w:t>
        <w:br/>
        <w:t>vt 0.801144 0.913679</w:t>
        <w:br/>
        <w:t>vt 0.799806 0.922975</w:t>
        <w:br/>
        <w:t>vt 0.781549 0.927854</w:t>
        <w:br/>
        <w:t>vt 0.605399 0.069351</w:t>
        <w:br/>
        <w:t>vt 0.600410 0.043321</w:t>
        <w:br/>
        <w:t>vt 0.606633 0.043321</w:t>
        <w:br/>
        <w:t>vt 0.615080 0.065579</w:t>
        <w:br/>
        <w:t>vt 0.817338 0.902809</w:t>
        <w:br/>
        <w:t>vt 0.825086 0.904816</w:t>
        <w:br/>
        <w:t>vt 0.781549 0.899424</w:t>
        <w:br/>
        <w:t>vt 0.801466 0.901187</w:t>
        <w:br/>
        <w:t>vt 0.592861 0.071981</w:t>
        <w:br/>
        <w:t>vt 0.589115 0.043321</w:t>
        <w:br/>
        <w:t>vt 0.821196 0.884572</w:t>
        <w:br/>
        <w:t>vt 0.830477 0.883901</w:t>
        <w:br/>
        <w:t>vt 0.802596 0.882245</w:t>
        <w:br/>
        <w:t>vt 0.781549 0.878167</w:t>
        <w:br/>
        <w:t>vt 0.576063 0.073652</w:t>
        <w:br/>
        <w:t>vt 0.571518 0.043321</w:t>
        <w:br/>
        <w:t>vt 0.824117 0.860662</w:t>
        <w:br/>
        <w:t>vt 0.833100 0.860574</w:t>
        <w:br/>
        <w:t>vt 0.803358 0.856891</w:t>
        <w:br/>
        <w:t>vt 0.781549 0.850398</w:t>
        <w:br/>
        <w:t>vt 0.551983 0.075213</w:t>
        <w:br/>
        <w:t>vt 0.546803 0.043321</w:t>
        <w:br/>
        <w:t>vt 0.825386 0.841869</w:t>
        <w:br/>
        <w:t>vt 0.834297 0.839963</w:t>
        <w:br/>
        <w:t>vt 0.804313 0.836825</w:t>
        <w:br/>
        <w:t>vt 0.781549 0.830332</w:t>
        <w:br/>
        <w:t>vt 0.532427 0.075900</w:t>
        <w:br/>
        <w:t>vt 0.528738 0.043321</w:t>
        <w:br/>
        <w:t>vt 0.826322 0.824253</w:t>
        <w:br/>
        <w:t>vt 0.834219 0.822058</w:t>
        <w:br/>
        <w:t>vt 0.805132 0.819613</w:t>
        <w:br/>
        <w:t>vt 0.781549 0.813959</w:t>
        <w:br/>
        <w:t>vt 0.515063 0.076233</w:t>
        <w:br/>
        <w:t>vt 0.514033 0.043321</w:t>
        <w:br/>
        <w:t>vt 0.827942 0.805876</w:t>
        <w:br/>
        <w:t>vt 0.834293 0.803325</w:t>
        <w:br/>
        <w:t>vt 0.781549 0.798106</w:t>
        <w:br/>
        <w:t>vt 0.806457 0.802300</w:t>
        <w:br/>
        <w:t>vt 0.498651 0.076439</w:t>
        <w:br/>
        <w:t>vt 0.499744 0.043321</w:t>
        <w:br/>
        <w:t>vt 0.829523 0.787529</w:t>
        <w:br/>
        <w:t>vt 0.835437 0.786960</w:t>
        <w:br/>
        <w:t>vt 0.781549 0.779056</w:t>
        <w:br/>
        <w:t>vt 0.808588 0.784861</w:t>
        <w:br/>
        <w:t>vt 0.482374 0.076980</w:t>
        <w:br/>
        <w:t>vt 0.482567 0.043321</w:t>
        <w:br/>
        <w:t>vt 0.834970 0.756468</w:t>
        <w:br/>
        <w:t>vt 0.841275 0.756181</w:t>
        <w:br/>
        <w:t>vt 0.838114 0.771623</w:t>
        <w:br/>
        <w:t>vt 0.832169 0.772023</w:t>
        <w:br/>
        <w:t>vt 0.470028 0.046644</w:t>
        <w:br/>
        <w:t>vt 0.470027 0.043321</w:t>
        <w:br/>
        <w:t>vt 0.838567 0.730591</w:t>
        <w:br/>
        <w:t>vt 0.845940 0.730747</w:t>
        <w:br/>
        <w:t>vt 0.813719 0.752133</w:t>
        <w:br/>
        <w:t>vt 0.795192 0.751779</w:t>
        <w:br/>
        <w:t>vt 0.804572 0.723879</w:t>
        <w:br/>
        <w:t>vt 0.816561 0.724787</w:t>
        <w:br/>
        <w:t>vt 0.458137 0.050192</w:t>
        <w:br/>
        <w:t>vt 0.434554 0.055103</w:t>
        <w:br/>
        <w:t>vt 0.433854 0.043321</w:t>
        <w:br/>
        <w:t>vt 0.458262 0.043321</w:t>
        <w:br/>
        <w:t>vt 0.810822 0.700777</w:t>
        <w:br/>
        <w:t>vt 0.818853 0.701445</w:t>
        <w:br/>
        <w:t>vt 0.411002 0.059978</w:t>
        <w:br/>
        <w:t>vt 0.410235 0.043321</w:t>
        <w:br/>
        <w:t>vt 0.816965 0.678394</w:t>
        <w:br/>
        <w:t>vt 0.821084 0.679400</w:t>
        <w:br/>
        <w:t>vt 0.382306 0.064765</w:t>
        <w:br/>
        <w:t>vt 0.385579 0.043321</w:t>
        <w:br/>
        <w:t>vt 0.360032 0.066368</w:t>
        <w:br/>
        <w:t>vt 0.359315 0.043321</w:t>
        <w:br/>
        <w:t>vt 0.167750 0.666156</w:t>
        <w:br/>
        <w:t>vt 0.173735 0.679490</w:t>
        <w:br/>
        <w:t>vt 0.162050 0.679490</w:t>
        <w:br/>
        <w:t>vt 0.157496 0.665904</w:t>
        <w:br/>
        <w:t>vt 0.345958 0.066446</w:t>
        <w:br/>
        <w:t>vt 0.345354 0.043321</w:t>
        <w:br/>
        <w:t>vt 0.196549 0.664272</w:t>
        <w:br/>
        <w:t>vt 0.198600 0.679490</w:t>
        <w:br/>
        <w:t>vt 0.185489 0.679490</w:t>
        <w:br/>
        <w:t>vt 0.179215 0.665570</w:t>
        <w:br/>
        <w:t>vt 0.315800 0.066655</w:t>
        <w:br/>
        <w:t>vt 0.314477 0.043321</w:t>
        <w:br/>
        <w:t>vt 0.331298 0.043321</w:t>
        <w:br/>
        <w:t>vt 0.332010 0.066761</w:t>
        <w:br/>
        <w:t>vt 0.231733 0.658619</w:t>
        <w:br/>
        <w:t>vt 0.233843 0.679490</w:t>
        <w:br/>
        <w:t>vt 0.213675 0.679490</w:t>
        <w:br/>
        <w:t>vt 0.210459 0.661526</w:t>
        <w:br/>
        <w:t>vt 0.294252 0.043321</w:t>
        <w:br/>
        <w:t>vt 0.293561 0.064202</w:t>
        <w:br/>
        <w:t>vt 0.273243 0.043321</w:t>
        <w:br/>
        <w:t>vt 0.255043 0.656384</w:t>
        <w:br/>
        <w:t>vt 0.253839 0.679490</w:t>
        <w:br/>
        <w:t>vt 0.826042 0.556454</w:t>
        <w:br/>
        <w:t>vt 0.781549 0.555573</w:t>
        <w:br/>
        <w:t>vt 0.781549 0.525161</w:t>
        <w:br/>
        <w:t>vt 0.822738 0.524666</w:t>
        <w:br/>
        <w:t>vt 0.266850 0.068643</w:t>
        <w:br/>
        <w:t>vt 0.241013 0.064990</w:t>
        <w:br/>
        <w:t>vt 0.245265 0.043321</w:t>
        <w:br/>
        <w:t>vt 0.273061 0.654871</w:t>
        <w:br/>
        <w:t>vt 0.269706 0.679490</w:t>
        <w:br/>
        <w:t>vt 0.781549 0.502951</w:t>
        <w:br/>
        <w:t>vt 0.818462 0.505521</w:t>
        <w:br/>
        <w:t>vt 0.221088 0.043321</w:t>
        <w:br/>
        <w:t>vt 0.223955 0.062640</w:t>
        <w:br/>
        <w:t>vt 0.291284 0.653306</w:t>
        <w:br/>
        <w:t>vt 0.308334 0.654813</w:t>
        <w:br/>
        <w:t>vt 0.305134 0.679490</w:t>
        <w:br/>
        <w:t>vt 0.286749 0.679490</w:t>
        <w:br/>
        <w:t>vt 0.815575 0.489725</w:t>
        <w:br/>
        <w:t>vt 0.781549 0.488850</w:t>
        <w:br/>
        <w:t>vt 0.781549 0.478064</w:t>
        <w:br/>
        <w:t>vt 0.813653 0.474824</w:t>
        <w:br/>
        <w:t>vt 0.189528 0.059715</w:t>
        <w:br/>
        <w:t>vt 0.189973 0.043321</w:t>
        <w:br/>
        <w:t>vt 0.204235 0.043321</w:t>
        <w:br/>
        <w:t>vt 0.206950 0.061283</w:t>
        <w:br/>
        <w:t>vt 0.325200 0.657124</w:t>
        <w:br/>
        <w:t>vt 0.323842 0.679490</w:t>
        <w:br/>
        <w:t>vt 0.781549 0.468757</w:t>
        <w:br/>
        <w:t>vt 0.810216 0.462543</w:t>
        <w:br/>
        <w:t>vt 0.177007 0.043321</w:t>
        <w:br/>
        <w:t>vt 0.173854 0.059495</w:t>
        <w:br/>
        <w:t>vt 0.355277 0.662944</w:t>
        <w:br/>
        <w:t>vt 0.357075 0.679490</w:t>
        <w:br/>
        <w:t>vt 0.336770 0.679490</w:t>
        <w:br/>
        <w:t>vt 0.335935 0.659333</w:t>
        <w:br/>
        <w:t>vt 0.807449 0.456835</w:t>
        <w:br/>
        <w:t>vt 0.781549 0.460515</w:t>
        <w:br/>
        <w:t>vt 0.781549 0.446515</w:t>
        <w:br/>
        <w:t>vt 0.801199 0.442063</w:t>
        <w:br/>
        <w:t>vt 0.165009 0.058366</w:t>
        <w:br/>
        <w:t>vt 0.149303 0.055973</w:t>
        <w:br/>
        <w:t>vt 0.152512 0.043321</w:t>
        <w:br/>
        <w:t>vt 0.167522 0.043321</w:t>
        <w:br/>
        <w:t>vt 0.376056 0.666630</w:t>
        <w:br/>
        <w:t>vt 0.378169 0.679490</w:t>
        <w:br/>
        <w:t>vt 0.367715 0.679490</w:t>
        <w:br/>
        <w:t>vt 0.365482 0.665022</w:t>
        <w:br/>
        <w:t>vt 0.781549 0.439265</w:t>
        <w:br/>
        <w:t>vt 0.798769 0.436706</w:t>
        <w:br/>
        <w:t>vt 0.142921 0.054789</w:t>
        <w:br/>
        <w:t>vt 0.146142 0.043321</w:t>
        <w:br/>
        <w:t>vt 0.397198 0.668217</w:t>
        <w:br/>
        <w:t>vt 0.397071 0.679490</w:t>
        <w:br/>
        <w:t>vt 0.387943 0.679490</w:t>
        <w:br/>
        <w:t>vt 0.386270 0.667619</w:t>
        <w:br/>
        <w:t>vt 0.781549 0.431343</w:t>
        <w:br/>
        <w:t>vt 0.781549 0.422525</w:t>
        <w:br/>
        <w:t>vt 0.794127 0.423253</w:t>
        <w:br/>
        <w:t>vt 0.796662 0.430583</w:t>
        <w:br/>
        <w:t>vt 0.132015 0.043321</w:t>
        <w:br/>
        <w:t>vt 0.139539 0.043321</w:t>
        <w:br/>
        <w:t>vt 0.136855 0.053659</w:t>
        <w:br/>
        <w:t>vt 0.130557 0.052022</w:t>
        <w:br/>
        <w:t>vt 0.414668 0.679490</w:t>
        <w:br/>
        <w:t>vt 0.406129 0.679490</w:t>
        <w:br/>
        <w:t>vt 0.406493 0.669098</w:t>
        <w:br/>
        <w:t>vt 0.415486 0.670370</w:t>
        <w:br/>
        <w:t>vt 0.781549 0.413839</w:t>
        <w:br/>
        <w:t>vt 0.781549 0.406088</w:t>
        <w:br/>
        <w:t>vt 0.790473 0.405209</w:t>
        <w:br/>
        <w:t>vt 0.791936 0.413847</w:t>
        <w:br/>
        <w:t>vt 0.124507 0.043321</w:t>
        <w:br/>
        <w:t>vt 0.124596 0.050638</w:t>
        <w:br/>
        <w:t>vt 0.119066 0.050130</w:t>
        <w:br/>
        <w:t>vt 0.117771 0.043321</w:t>
        <w:br/>
        <w:t>vt 0.436380 0.674623</w:t>
        <w:br/>
        <w:t>vt 0.453379 0.679490</w:t>
        <w:br/>
        <w:t>vt 0.436241 0.679490</w:t>
        <w:br/>
        <w:t>vt 0.785038 0.375445</w:t>
        <w:br/>
        <w:t>vt 0.781549 0.378038</w:t>
        <w:br/>
        <w:t>vt 0.781549 0.356752</w:t>
        <w:br/>
        <w:t>vt 0.091660 0.043321</w:t>
        <w:br/>
        <w:t>vt 0.091457 0.048529</w:t>
        <w:br/>
        <w:t>vt 0.069584 0.043321</w:t>
        <w:br/>
        <w:t>vt 0.781549 0.765932</w:t>
        <w:br/>
        <w:t>vt 0.784472 0.765575</w:t>
        <w:br/>
        <w:t>vt 0.781549 0.727412</w:t>
        <w:br/>
        <w:t>vt 0.790277 0.726373</w:t>
        <w:br/>
        <w:t>vt 0.786757 0.752937</w:t>
        <w:br/>
        <w:t>vt 0.781549 0.753328</w:t>
        <w:br/>
        <w:t>vt 0.781549 0.702724</w:t>
        <w:br/>
        <w:t>vt 0.792966 0.701747</w:t>
        <w:br/>
        <w:t>vt 0.781549 0.676959</w:t>
        <w:br/>
        <w:t>vt 0.796108 0.676949</w:t>
        <w:br/>
        <w:t>vt 0.781549 0.649601</w:t>
        <w:br/>
        <w:t>vt 0.802231 0.650529</w:t>
        <w:br/>
        <w:t>vt 0.781549 0.634951</w:t>
        <w:br/>
        <w:t>vt 0.808733 0.635003</w:t>
        <w:br/>
        <w:t>vt 0.807951 0.620810</w:t>
        <w:br/>
        <w:t>vt 0.781549 0.620164</w:t>
        <w:br/>
        <w:t>vt 0.781549 0.602106</w:t>
        <w:br/>
        <w:t>vt 0.810494 0.603380</w:t>
        <w:br/>
        <w:t>vt 0.814289 0.586287</w:t>
        <w:br/>
        <w:t>vt 0.781549 0.579650</w:t>
        <w:br/>
        <w:t>vt 0.811138 0.768445</w:t>
        <w:br/>
        <w:t>vt 0.789245 0.765037</w:t>
        <w:br/>
        <w:t>vt 0.823961 0.655580</w:t>
        <w:br/>
        <w:t>vt 0.798898 0.725806</w:t>
        <w:br/>
        <w:t>vt 0.803363 0.701513</w:t>
        <w:br/>
        <w:t>vt 0.790858 0.752811</w:t>
        <w:br/>
        <w:t>vt 0.786729 0.765606</w:t>
        <w:br/>
        <w:t>vt 0.786729 0.765606</w:t>
        <w:br/>
        <w:t>vt 0.798898 0.725806</w:t>
        <w:br/>
        <w:t>vt 0.790858 0.752811</w:t>
        <w:br/>
        <w:t>vt 0.808201 0.677222</w:t>
        <w:br/>
        <w:t>vt 0.814032 0.652095</w:t>
        <w:br/>
        <w:t>vt 0.817647 0.636741</w:t>
        <w:br/>
        <w:t>vt 0.818869 0.604215</w:t>
        <w:br/>
        <w:t>vt 0.818431 0.620996</w:t>
        <w:br/>
        <w:t>vt 0.819848 0.587822</w:t>
        <w:br/>
        <w:t>vt 0.829706 0.587274</w:t>
        <w:br/>
        <w:t>vt 0.819848 0.587822</w:t>
        <w:br/>
        <w:t>vt 0.829668 0.604630</w:t>
        <w:br/>
        <w:t>vt 0.818869 0.604215</w:t>
        <w:br/>
        <w:t>vt 0.829034 0.622254</w:t>
        <w:br/>
        <w:t>vt 0.827531 0.639052</w:t>
        <w:br/>
        <w:t>vt 0.817647 0.636741</w:t>
        <w:br/>
        <w:t>vt 0.818431 0.620996</w:t>
        <w:br/>
        <w:t>vt 0.467750 0.078407</w:t>
        <w:br/>
        <w:t>vt 0.468788 0.050106</w:t>
        <w:br/>
        <w:t>vt 0.451582 0.080127</w:t>
        <w:br/>
        <w:t>vt 0.429317 0.082031</w:t>
        <w:br/>
        <w:t>vt 0.430416 0.066580</w:t>
        <w:br/>
        <w:t>vt 0.456243 0.055750</w:t>
        <w:br/>
        <w:t>vt 0.400002 0.084163</w:t>
        <w:br/>
        <w:t>vt 0.404640 0.075921</w:t>
        <w:br/>
        <w:t>vt 0.376199 0.085188</w:t>
        <w:br/>
        <w:t>vt 0.351795 0.086167</w:t>
        <w:br/>
        <w:t>vt 0.337375 0.085710</w:t>
        <w:br/>
        <w:t>vt 0.322748 0.084374</w:t>
        <w:br/>
        <w:t>vt 0.310348 0.081798</w:t>
        <w:br/>
        <w:t>vt 0.289785 0.076531</w:t>
        <w:br/>
        <w:t>vt 0.804739 0.939329</w:t>
        <w:br/>
        <w:t>vt 0.797953 0.938817</w:t>
        <w:br/>
        <w:t>vt 0.799806 0.922975</w:t>
        <w:br/>
        <w:t>vt 0.797953 0.938817</w:t>
        <w:br/>
        <w:t>vt 0.781549 0.941024</w:t>
        <w:br/>
        <w:t>vt 0.621268 0.062461</w:t>
        <w:br/>
        <w:t>vt 0.613021 0.043321</w:t>
        <w:br/>
        <w:t>vt 0.786502 0.985698</w:t>
        <w:br/>
        <w:t>vt 0.792936 0.964737</w:t>
        <w:br/>
        <w:t>vt 0.797428 0.972422</w:t>
        <w:br/>
        <w:t>vt 0.791928 0.990672</w:t>
        <w:br/>
        <w:t>vt 0.796302 0.954217</w:t>
        <w:br/>
        <w:t>vt 0.802042 0.955123</w:t>
        <w:br/>
        <w:t>vt 0.801144 0.913679</w:t>
        <w:br/>
        <w:t>vt 0.818853 0.701445</w:t>
        <w:br/>
        <w:t>vt 0.841244 0.708040</w:t>
        <w:br/>
        <w:t>vt 0.230358 0.628252</w:t>
        <w:br/>
        <w:t>vt 0.231733 0.658619</w:t>
        <w:br/>
        <w:t>vt 0.210459 0.661526</w:t>
        <w:br/>
        <w:t>vt 0.202707 0.628048</w:t>
        <w:br/>
        <w:t>vt 0.255995 0.627474</w:t>
        <w:br/>
        <w:t>vt 0.255043 0.656384</w:t>
        <w:br/>
        <w:t>vt 0.272990 0.627930</w:t>
        <w:br/>
        <w:t>vt 0.273061 0.654871</w:t>
        <w:br/>
        <w:t>vt 0.291284 0.653306</w:t>
        <w:br/>
        <w:t>vt 0.289764 0.629177</w:t>
        <w:br/>
        <w:t>vt 0.307606 0.632985</w:t>
        <w:br/>
        <w:t>vt 0.308334 0.654813</w:t>
        <w:br/>
        <w:t>vt 0.307606 0.632985</w:t>
        <w:br/>
        <w:t>vt 0.324912 0.637261</w:t>
        <w:br/>
        <w:t>vt 0.325200 0.657124</w:t>
        <w:br/>
        <w:t>vt 0.335935 0.659333</w:t>
        <w:br/>
        <w:t>vt 0.337220 0.640025</w:t>
        <w:br/>
        <w:t>vt 0.358884 0.646897</w:t>
        <w:br/>
        <w:t>vt 0.355277 0.662944</w:t>
        <w:br/>
        <w:t>vt 0.370549 0.651159</w:t>
        <w:br/>
        <w:t>vt 0.365482 0.665022</w:t>
        <w:br/>
        <w:t>vt 0.381711 0.655301</w:t>
        <w:br/>
        <w:t>vt 0.392261 0.658585</w:t>
        <w:br/>
        <w:t>vt 0.386270 0.667619</w:t>
        <w:br/>
        <w:t>vt 0.376056 0.666630</w:t>
        <w:br/>
        <w:t>vt 0.402535 0.660797</w:t>
        <w:br/>
        <w:t>vt 0.410557 0.662386</w:t>
        <w:br/>
        <w:t>vt 0.406493 0.669098</w:t>
        <w:br/>
        <w:t>vt 0.397198 0.668217</w:t>
        <w:br/>
        <w:t>vt 0.436380 0.674623</w:t>
        <w:br/>
        <w:t>vt 0.436623 0.670750</w:t>
        <w:br/>
        <w:t>vt 0.453379 0.679490</w:t>
        <w:br/>
        <w:t>vt 0.426059 0.672388</w:t>
        <w:br/>
        <w:t>vt 0.426942 0.679490</w:t>
        <w:br/>
        <w:t>vt 0.781549 0.388832</w:t>
        <w:br/>
        <w:t>vt 0.787316 0.386710</w:t>
        <w:br/>
        <w:t>vt 0.788909 0.396321</w:t>
        <w:br/>
        <w:t>vt 0.781549 0.398406</w:t>
        <w:br/>
        <w:t>vt 0.100572 0.049605</w:t>
        <w:br/>
        <w:t>vt 0.102178 0.043321</w:t>
        <w:br/>
        <w:t>vt 0.110895 0.043321</w:t>
        <w:br/>
        <w:t>vt 0.113346 0.050001</w:t>
        <w:br/>
        <w:t>vt 0.418270 0.664303</w:t>
        <w:br/>
        <w:t>vt 0.426408 0.667143</w:t>
        <w:br/>
        <w:t>vt 0.426059 0.672388</w:t>
        <w:br/>
        <w:t>vt 0.415486 0.670370</w:t>
        <w:br/>
        <w:t>vt 0.650228 0.060928</w:t>
        <w:br/>
        <w:t>vt 0.635856 0.064541</w:t>
        <w:br/>
        <w:t>vt 0.637676 0.071093</w:t>
        <w:br/>
        <w:t>vt 0.629908 0.068877</w:t>
        <w:br/>
        <w:t>vt 0.615080 0.065579</w:t>
        <w:br/>
        <w:t>vt 0.619854 0.076573</w:t>
        <w:br/>
        <w:t>vt 0.610906 0.081723</w:t>
        <w:br/>
        <w:t>vt 0.605399 0.069351</w:t>
        <w:br/>
        <w:t>vt 0.517115 0.094735</w:t>
        <w:br/>
        <w:t>vt 0.534304 0.094872</w:t>
        <w:br/>
        <w:t>vt 0.500759 0.095694</w:t>
        <w:br/>
        <w:t>vt 0.484093 0.098988</w:t>
        <w:br/>
        <w:t>vt 0.454602 0.101715</w:t>
        <w:br/>
        <w:t>vt 0.469469 0.099713</w:t>
        <w:br/>
        <w:t>vt 0.432754 0.107328</w:t>
        <w:br/>
        <w:t>vt 0.406812 0.113723</w:t>
        <w:br/>
        <w:t>vt 0.387307 0.116071</w:t>
        <w:br/>
        <w:t>vt 0.359679 0.117068</w:t>
        <w:br/>
        <w:t>vt 0.324268 0.116358</w:t>
        <w:br/>
        <w:t>vt 0.341994 0.117814</w:t>
        <w:br/>
        <w:t>vt 0.284718 0.109169</w:t>
        <w:br/>
        <w:t>vt 0.305277 0.113584</w:t>
        <w:br/>
        <w:t>vt 0.259758 0.101952</w:t>
        <w:br/>
        <w:t>vt 0.236675 0.096984</w:t>
        <w:br/>
        <w:t>vt 0.219359 0.093960</w:t>
        <w:br/>
        <w:t>vt 0.201696 0.091408</w:t>
        <w:br/>
        <w:t>vt 0.173854 0.059495</w:t>
        <w:br/>
        <w:t>vt 0.166238 0.085083</w:t>
        <w:br/>
        <w:t>vt 0.156494 0.082291</w:t>
        <w:br/>
        <w:t>vt 0.142388 0.075751</w:t>
        <w:br/>
        <w:t>vt 0.136408 0.069306</w:t>
        <w:br/>
        <w:t>vt 0.136855 0.053659</w:t>
        <w:br/>
        <w:t>vt 0.139528 0.072539</w:t>
        <w:br/>
        <w:t>vt 0.126079 0.064578</w:t>
        <w:br/>
        <w:t>vt 0.124596 0.050638</w:t>
        <w:br/>
        <w:t>vt 0.130557 0.052022</w:t>
        <w:br/>
        <w:t>vt 0.132053 0.066625</w:t>
        <w:br/>
        <w:t>vt 0.110556 0.060544</w:t>
        <w:br/>
        <w:t>vt 0.113346 0.050001</w:t>
        <w:br/>
        <w:t>vt 0.119066 0.050130</w:t>
        <w:br/>
        <w:t>vt 0.118532 0.062651</w:t>
        <w:br/>
        <w:t>vt 0.069584 0.043321</w:t>
        <w:br/>
        <w:t>vt 0.091457 0.048529</w:t>
        <w:br/>
        <w:t>vt 0.087268 0.052926</w:t>
        <w:br/>
        <w:t>vt 0.624876 0.072688</w:t>
        <w:br/>
        <w:t>vt 0.100572 0.049605</w:t>
        <w:br/>
        <w:t>vt 0.097234 0.057318</w:t>
        <w:br/>
        <w:t>vt 0.814032 0.652095</w:t>
        <w:br/>
        <w:t>vt 0.188433 0.628935</w:t>
        <w:br/>
        <w:t>vt 0.097234 0.057318</w:t>
        <w:br/>
        <w:t>vt 0.138134 0.664080</w:t>
        <w:br/>
        <w:t>vt 0.141058 0.679490</w:t>
        <w:br/>
        <w:t>vt 0.125933 0.679490</w:t>
        <w:br/>
        <w:t>vt 0.112870 0.661677</w:t>
        <w:br/>
        <w:t>vt 0.183524 0.088959</w:t>
        <w:br/>
        <w:t>vt 0.598906 0.086398</w:t>
        <w:br/>
        <w:t>vt 0.592861 0.071981</w:t>
        <w:br/>
        <w:t>vt 0.580381 0.090295</w:t>
        <w:br/>
        <w:t>vt 0.556529 0.093714</w:t>
        <w:br/>
        <w:t>vt 0.470151 0.105602</w:t>
        <w:br/>
        <w:t>vt 0.455681 0.112138</w:t>
        <w:br/>
        <w:t>vt 0.433728 0.114391</w:t>
        <w:br/>
        <w:t>vt 0.821084 0.679400</w:t>
        <w:br/>
        <w:t>vt 0.842266 0.684176</w:t>
        <w:br/>
        <w:t>vt 0.823961 0.655580</w:t>
        <w:br/>
        <w:t>vt 0.842906 0.662345</w:t>
        <w:br/>
        <w:t>vt 0.826832 0.643269</w:t>
        <w:br/>
        <w:t>vt 0.843543 0.649626</w:t>
        <w:br/>
        <w:t>vt 0.161888 0.632394</w:t>
        <w:br/>
        <w:t>vt 0.174493 0.630540</w:t>
        <w:br/>
        <w:t>vt 0.175129 0.645971</w:t>
        <w:br/>
        <w:t>vt 0.162906 0.650312</w:t>
        <w:br/>
        <w:t>vt 0.920650 0.927050</w:t>
        <w:br/>
        <w:t>vt 0.904802 0.928675</w:t>
        <w:br/>
        <w:t>vt 0.909312 0.947552</w:t>
        <w:br/>
        <w:t>vt 0.920195 0.947770</w:t>
        <w:br/>
        <w:t>vt 0.887724 0.821062</w:t>
        <w:br/>
        <w:t>vt 0.879431 0.823349</w:t>
        <w:br/>
        <w:t>vt 0.885778 0.804514</w:t>
        <w:br/>
        <w:t>vt 0.891422 0.802698</w:t>
        <w:br/>
        <w:t>vt 0.931840 0.943853</w:t>
        <w:br/>
        <w:t>vt 0.938331 0.923471</w:t>
        <w:br/>
        <w:t>vt 0.920650 0.927050</w:t>
        <w:br/>
        <w:t>vt 0.920195 0.947770</w:t>
        <w:br/>
        <w:t>vt 0.919837 0.871345</w:t>
        <w:br/>
        <w:t>vt 0.898654 0.872326</w:t>
        <w:br/>
        <w:t>vt 0.899198 0.887002</w:t>
        <w:br/>
        <w:t>vt 0.921085 0.885239</w:t>
        <w:br/>
        <w:t>vt 0.888226 0.875724</w:t>
        <w:br/>
        <w:t>vt 0.871751 0.876346</w:t>
        <w:br/>
        <w:t>vt 0.870859 0.863175</w:t>
        <w:br/>
        <w:t>vt 0.885561 0.861263</w:t>
        <w:br/>
        <w:t>vt 0.942732 0.869947</w:t>
        <w:br/>
        <w:t>vt 0.919837 0.871345</w:t>
        <w:br/>
        <w:t>vt 0.921085 0.885239</w:t>
        <w:br/>
        <w:t>vt 0.943668 0.883290</w:t>
        <w:br/>
        <w:t>vt 0.917281 0.849651</w:t>
        <w:br/>
        <w:t>vt 0.898173 0.851735</w:t>
        <w:br/>
        <w:t>vt 0.940970 0.847561</w:t>
        <w:br/>
        <w:t>vt 0.917281 0.849651</w:t>
        <w:br/>
        <w:t>vt 0.926358 0.772155</w:t>
        <w:br/>
        <w:t>vt 0.937892 0.752995</w:t>
        <w:br/>
        <w:t>vt 0.919754 0.769238</w:t>
        <w:br/>
        <w:t>vt 0.868135 0.967764</w:t>
        <w:br/>
        <w:t>vt 0.858653 0.985460</w:t>
        <w:br/>
        <w:t>vt 0.858993 0.964597</w:t>
        <w:br/>
        <w:t>vt 0.875437 0.970955</w:t>
        <w:br/>
        <w:t>vt 0.858653 0.985460</w:t>
        <w:br/>
        <w:t>vt 0.868135 0.967764</w:t>
        <w:br/>
        <w:t>vt 0.936792 0.775492</w:t>
        <w:br/>
        <w:t>vt 0.937892 0.752995</w:t>
        <w:br/>
        <w:t>vt 0.926358 0.772155</w:t>
        <w:br/>
        <w:t>vt 0.916826 0.803685</w:t>
        <w:br/>
        <w:t>vt 0.919703 0.787463</w:t>
        <w:br/>
        <w:t>vt 0.911043 0.784846</w:t>
        <w:br/>
        <w:t>vt 0.904776 0.803041</w:t>
        <w:br/>
        <w:t>vt 0.857858 0.942008</w:t>
        <w:br/>
        <w:t>vt 0.872686 0.939716</w:t>
        <w:br/>
        <w:t>vt 0.871465 0.954046</w:t>
        <w:br/>
        <w:t>vt 0.859131 0.953049</w:t>
        <w:br/>
        <w:t>vt 0.887583 0.941216</w:t>
        <w:br/>
        <w:t>vt 0.883475 0.957542</w:t>
        <w:br/>
        <w:t>vt 0.871465 0.954046</w:t>
        <w:br/>
        <w:t>vt 0.872686 0.939716</w:t>
        <w:br/>
        <w:t>vt 0.934222 0.801720</w:t>
        <w:br/>
        <w:t>vt 0.935033 0.788623</w:t>
        <w:br/>
        <w:t>vt 0.919703 0.787463</w:t>
        <w:br/>
        <w:t>vt 0.916826 0.803685</w:t>
        <w:br/>
        <w:t>vt 0.912676 0.968583</w:t>
        <w:br/>
        <w:t>vt 0.920079 0.969529</w:t>
        <w:br/>
        <w:t>vt 0.897293 0.783084</w:t>
        <w:br/>
        <w:t>vt 0.920079 0.969529</w:t>
        <w:br/>
        <w:t>vt 0.925184 0.966285</w:t>
        <w:br/>
        <w:t>vt 0.931840 0.943853</w:t>
        <w:br/>
        <w:t>vt 0.914259 0.988338</w:t>
        <w:br/>
        <w:t>vt 0.921542 0.988993</w:t>
        <w:br/>
        <w:t>vt 0.921542 0.988993</w:t>
        <w:br/>
        <w:t>vt 0.920951 0.915917</w:t>
        <w:br/>
        <w:t>vt 0.902570 0.917598</w:t>
        <w:br/>
        <w:t>vt 0.886338 0.831789</w:t>
        <w:br/>
        <w:t>vt 0.876200 0.834302</w:t>
        <w:br/>
        <w:t>vt 0.941397 0.911265</w:t>
        <w:br/>
        <w:t>vt 0.920951 0.915917</w:t>
        <w:br/>
        <w:t>vt 0.921167 0.904768</w:t>
        <w:br/>
        <w:t>vt 0.901212 0.906630</w:t>
        <w:br/>
        <w:t>vt 0.885247 0.842318</w:t>
        <w:br/>
        <w:t>vt 0.873293 0.846021</w:t>
        <w:br/>
        <w:t>vt 0.943927 0.898770</w:t>
        <w:br/>
        <w:t>vt 0.921167 0.904768</w:t>
        <w:br/>
        <w:t>vt 0.871751 0.876346</w:t>
        <w:br/>
        <w:t>vt 0.847199 0.878740</w:t>
        <w:br/>
        <w:t>vt 0.847366 0.865486</w:t>
        <w:br/>
        <w:t>vt 0.870859 0.863175</w:t>
        <w:br/>
        <w:t>vt 0.915636 0.826270</w:t>
        <w:br/>
        <w:t>vt 0.915643 0.814880</w:t>
        <w:br/>
        <w:t>vt 0.901619 0.816731</w:t>
        <w:br/>
        <w:t>vt 0.899564 0.829118</w:t>
        <w:br/>
        <w:t>vt 0.872760 0.928138</w:t>
        <w:br/>
        <w:t>vt 0.856033 0.932590</w:t>
        <w:br/>
        <w:t>vt 0.854117 0.922468</w:t>
        <w:br/>
        <w:t>vt 0.872516 0.916811</w:t>
        <w:br/>
        <w:t>vt 0.890097 0.917806</w:t>
        <w:br/>
        <w:t>vt 0.889861 0.929188</w:t>
        <w:br/>
        <w:t>vt 0.872760 0.928138</w:t>
        <w:br/>
        <w:t>vt 0.872516 0.916811</w:t>
        <w:br/>
        <w:t>vt 0.935488 0.812863</w:t>
        <w:br/>
        <w:t>vt 0.915643 0.814880</w:t>
        <w:br/>
        <w:t>vt 0.915636 0.826270</w:t>
        <w:br/>
        <w:t>vt 0.937794 0.824123</w:t>
        <w:br/>
        <w:t>vt 0.890076 0.896135</w:t>
        <w:br/>
        <w:t>vt 0.873151 0.895454</w:t>
        <w:br/>
        <w:t>vt 0.873151 0.895454</w:t>
        <w:br/>
        <w:t>vt 0.850323 0.900406</w:t>
        <w:br/>
        <w:t>vt 0.847851 0.850613</w:t>
        <w:br/>
        <w:t>vt 0.744351 0.605996</w:t>
        <w:br/>
        <w:t>vt 0.746031 0.584517</w:t>
        <w:br/>
        <w:t>vt 0.763853 0.587980</w:t>
        <w:br/>
        <w:t>vt 0.763853 0.607192</w:t>
        <w:br/>
        <w:t>vt 0.900153 0.521929</w:t>
        <w:br/>
        <w:t>vt 0.919598 0.518843</w:t>
        <w:br/>
        <w:t>vt 0.924264 0.540730</w:t>
        <w:br/>
        <w:t>vt 0.900153 0.543066</w:t>
        <w:br/>
        <w:t>vt 0.763853 0.624588</w:t>
        <w:br/>
        <w:t>vt 0.743420 0.624074</w:t>
        <w:br/>
        <w:t>vt 0.718273 0.610732</w:t>
        <w:br/>
        <w:t>vt 0.716684 0.630618</w:t>
        <w:br/>
        <w:t>vt 0.700067 0.625317</w:t>
        <w:br/>
        <w:t>vt 0.702867 0.603791</w:t>
        <w:br/>
        <w:t>vt 0.925297 0.562286</w:t>
        <w:br/>
        <w:t>vt 0.900153 0.562106</w:t>
        <w:br/>
        <w:t>vt 0.763853 0.720795</w:t>
        <w:br/>
        <w:t>vt 0.763853 0.747465</w:t>
        <w:br/>
        <w:t>vt 0.748534 0.746199</w:t>
        <w:br/>
        <w:t>vt 0.746686 0.719278</w:t>
        <w:br/>
        <w:t>vt 0.729360 0.750435</w:t>
        <w:br/>
        <w:t>vt 0.711417 0.757551</w:t>
        <w:br/>
        <w:t>vt 0.704701 0.730290</w:t>
        <w:br/>
        <w:t>vt 0.725628 0.723549</w:t>
        <w:br/>
        <w:t>vt 0.921206 0.665073</w:t>
        <w:br/>
        <w:t>vt 0.918027 0.692978</w:t>
        <w:br/>
        <w:t>vt 0.900153 0.689545</w:t>
        <w:br/>
        <w:t>vt 0.900153 0.661430</w:t>
        <w:br/>
        <w:t>vt 0.750880 0.778068</w:t>
        <w:br/>
        <w:t>vt 0.749946 0.761736</w:t>
        <w:br/>
        <w:t>vt 0.763853 0.763384</w:t>
        <w:br/>
        <w:t>vt 0.763853 0.779300</w:t>
        <w:br/>
        <w:t>vt 0.732427 0.765906</w:t>
        <w:br/>
        <w:t>vt 0.715727 0.772780</w:t>
        <w:br/>
        <w:t>vt 0.915100 0.708585</w:t>
        <w:br/>
        <w:t>vt 0.900153 0.706558</w:t>
        <w:br/>
        <w:t>vt 0.752130 0.794809</w:t>
        <w:br/>
        <w:t>vt 0.763853 0.794678</w:t>
        <w:br/>
        <w:t>vt 0.763853 0.809582</w:t>
        <w:br/>
        <w:t>vt 0.754089 0.810294</w:t>
        <w:br/>
        <w:t>vt 0.721672 0.787730</w:t>
        <w:br/>
        <w:t>vt 0.736159 0.782082</w:t>
        <w:br/>
        <w:t>vt 0.740196 0.798681</w:t>
        <w:br/>
        <w:t>vt 0.729822 0.803960</w:t>
        <w:br/>
        <w:t>vt 0.913126 0.723419</w:t>
        <w:br/>
        <w:t>vt 0.911880 0.738824</w:t>
        <w:br/>
        <w:t>vt 0.900153 0.735974</w:t>
        <w:br/>
        <w:t>vt 0.900153 0.722484</w:t>
        <w:br/>
        <w:t>vt 0.759522 0.837938</w:t>
        <w:br/>
        <w:t>vt 0.763853 0.837330</w:t>
        <w:br/>
        <w:t>vt 0.763853 0.849833</w:t>
        <w:br/>
        <w:t>vt 0.756025 0.839366</w:t>
        <w:br/>
        <w:t>vt 0.763853 0.849833</w:t>
        <w:br/>
        <w:t>vt 0.752853 0.842549</w:t>
        <w:br/>
        <w:t>vt 0.902240 0.764872</w:t>
        <w:br/>
        <w:t>vt 0.900153 0.767427</w:t>
        <w:br/>
        <w:t>vt 0.900153 0.761259</w:t>
        <w:br/>
        <w:t>vt 0.721031 0.592078</w:t>
        <w:br/>
        <w:t>vt 0.746031 0.584517</w:t>
        <w:br/>
        <w:t>vt 0.744351 0.605996</w:t>
        <w:br/>
        <w:t>vt 0.718273 0.610732</w:t>
        <w:br/>
        <w:t>vt 0.743420 0.624074</w:t>
        <w:br/>
        <w:t>vt 0.716684 0.630618</w:t>
        <w:br/>
        <w:t>vt 0.748534 0.746199</w:t>
        <w:br/>
        <w:t>vt 0.729360 0.750435</w:t>
        <w:br/>
        <w:t>vt 0.725628 0.723549</w:t>
        <w:br/>
        <w:t>vt 0.746686 0.719278</w:t>
        <w:br/>
        <w:t>vt 0.749946 0.761736</w:t>
        <w:br/>
        <w:t>vt 0.732427 0.765906</w:t>
        <w:br/>
        <w:t>vt 0.736159 0.782082</w:t>
        <w:br/>
        <w:t>vt 0.750880 0.778068</w:t>
        <w:br/>
        <w:t>vt 0.752130 0.794809</w:t>
        <w:br/>
        <w:t>vt 0.740196 0.798681</w:t>
        <w:br/>
        <w:t>vt 0.759522 0.837938</w:t>
        <w:br/>
        <w:t>vt 0.763853 0.849833</w:t>
        <w:br/>
        <w:t>vt 0.756025 0.839366</w:t>
        <w:br/>
        <w:t>vt 0.756294 0.823866</w:t>
        <w:br/>
        <w:t>vt 0.763853 0.822879</w:t>
        <w:br/>
        <w:t>vt 0.744074 0.831623</w:t>
        <w:br/>
        <w:t>vt 0.750602 0.828573</w:t>
        <w:br/>
        <w:t>vt 0.900153 0.753707</w:t>
        <w:br/>
        <w:t>vt 0.906068 0.759305</w:t>
        <w:br/>
        <w:t>vt 0.750602 0.828573</w:t>
        <w:br/>
        <w:t>vt 0.756294 0.823866</w:t>
        <w:br/>
        <w:t>vt 0.763853 0.685884</w:t>
        <w:br/>
        <w:t>vt 0.744272 0.686578</w:t>
        <w:br/>
        <w:t>vt 0.697563 0.697860</w:t>
        <w:br/>
        <w:t>vt 0.721682 0.695461</w:t>
        <w:br/>
        <w:t>vt 0.924509 0.632535</w:t>
        <w:br/>
        <w:t>vt 0.900153 0.625616</w:t>
        <w:br/>
        <w:t>vt 0.721682 0.695461</w:t>
        <w:br/>
        <w:t>vt 0.744272 0.686578</w:t>
        <w:br/>
        <w:t>vt 0.716690 0.650764</w:t>
        <w:br/>
        <w:t>vt 0.718488 0.673351</w:t>
        <w:br/>
        <w:t>vt 0.695274 0.672437</w:t>
        <w:br/>
        <w:t>vt 0.696249 0.647493</w:t>
        <w:br/>
        <w:t>vt 0.743185 0.642080</w:t>
        <w:br/>
        <w:t>vt 0.763853 0.642328</w:t>
        <w:br/>
        <w:t>vt 0.763853 0.663962</w:t>
        <w:br/>
        <w:t>vt 0.743469 0.664540</w:t>
        <w:br/>
        <w:t>vt 0.925187 0.583916</w:t>
        <w:br/>
        <w:t>vt 0.925561 0.607826</w:t>
        <w:br/>
        <w:t>vt 0.900153 0.603490</w:t>
        <w:br/>
        <w:t>vt 0.900153 0.581073</w:t>
        <w:br/>
        <w:t>vt 0.716690 0.650764</w:t>
        <w:br/>
        <w:t>vt 0.743185 0.642080</w:t>
        <w:br/>
        <w:t>vt 0.743469 0.664540</w:t>
        <w:br/>
        <w:t>vt 0.718488 0.673351</w:t>
        <w:br/>
        <w:t>vt 0.763853 0.527745</w:t>
        <w:br/>
        <w:t>vt 0.763853 0.546072</w:t>
        <w:br/>
        <w:t>vt 0.747221 0.544874</w:t>
        <w:br/>
        <w:t>vt 0.744080 0.531050</w:t>
        <w:br/>
        <w:t>vt 0.900153 0.457038</w:t>
        <w:br/>
        <w:t>vt 0.904338 0.456034</w:t>
        <w:br/>
        <w:t>vt 0.908732 0.472899</w:t>
        <w:br/>
        <w:t>vt 0.900153 0.476706</w:t>
        <w:br/>
        <w:t>vt 0.738409 0.531311</w:t>
        <w:br/>
        <w:t>vt 0.736817 0.546504</w:t>
        <w:br/>
        <w:t>vt 0.745612 0.816124</w:t>
        <w:br/>
        <w:t>vt 0.737553 0.819646</w:t>
        <w:br/>
        <w:t>vt 0.909353 0.752092</w:t>
        <w:br/>
        <w:t>vt 0.900153 0.747167</w:t>
        <w:br/>
        <w:t>vt 0.754089 0.810294</w:t>
        <w:br/>
        <w:t>vt 0.745612 0.816124</w:t>
        <w:br/>
        <w:t>vt 0.747115 0.563499</w:t>
        <w:br/>
        <w:t>vt 0.763853 0.567575</w:t>
        <w:br/>
        <w:t>vt 0.900153 0.499868</w:t>
        <w:br/>
        <w:t>vt 0.916118 0.498698</w:t>
        <w:br/>
        <w:t>vt 0.730218 0.567886</w:t>
        <w:br/>
        <w:t>vt 0.721031 0.592078</w:t>
        <w:br/>
        <w:t>vt 0.701300 0.581627</w:t>
        <w:br/>
        <w:t>vt 0.900153 0.438672</w:t>
        <w:br/>
        <w:t>vt 0.738445 0.520414</w:t>
        <w:br/>
        <w:t>vt 0.738496 0.858136</w:t>
        <w:br/>
        <w:t>vt 0.730976 0.836935</w:t>
        <w:br/>
        <w:t>vt 0.727423 0.837722</w:t>
        <w:br/>
        <w:t>vt 0.599317 0.122559</w:t>
        <w:br/>
        <w:t>vt 0.600926 0.113451</w:t>
        <w:br/>
        <w:t>vt 0.576942 0.113006</w:t>
        <w:br/>
        <w:t>vt 0.575475 0.122980</w:t>
        <w:br/>
        <w:t>vt 0.711848 0.796245</w:t>
        <w:br/>
        <w:t>vt 0.695413 0.767022</w:t>
        <w:br/>
        <w:t>vt 0.691156 0.778093</w:t>
        <w:br/>
        <w:t>vt 0.705885 0.801611</w:t>
        <w:br/>
        <w:t>vt 0.671362 0.124941</w:t>
        <w:br/>
        <w:t>vt 0.675431 0.112886</w:t>
        <w:br/>
        <w:t>vt 0.643315 0.113403</w:t>
        <w:br/>
        <w:t>vt 0.642935 0.123304</w:t>
        <w:br/>
        <w:t>vt 0.675431 0.112886</w:t>
        <w:br/>
        <w:t>vt 0.680758 0.103934</w:t>
        <w:br/>
        <w:t>vt 0.645610 0.105697</w:t>
        <w:br/>
        <w:t>vt 0.643315 0.113403</w:t>
        <w:br/>
        <w:t>vt 0.685313 0.747107</w:t>
        <w:br/>
        <w:t>vt 0.680440 0.759925</w:t>
        <w:br/>
        <w:t>vt 0.693057 0.124962</w:t>
        <w:br/>
        <w:t>vt 0.696351 0.112000</w:t>
        <w:br/>
        <w:t>vt 0.696351 0.112000</w:t>
        <w:br/>
        <w:t>vt 0.701246 0.103132</w:t>
        <w:br/>
        <w:t>vt 0.679774 0.732321</w:t>
        <w:br/>
        <w:t>vt 0.674559 0.717279</w:t>
        <w:br/>
        <w:t>vt 0.666118 0.720903</w:t>
        <w:br/>
        <w:t>vt 0.671828 0.740798</w:t>
        <w:br/>
        <w:t>vt 0.734978 0.116632</w:t>
        <w:br/>
        <w:t>vt 0.736236 0.107543</w:t>
        <w:br/>
        <w:t>vt 0.717415 0.110411</w:t>
        <w:br/>
        <w:t>vt 0.714385 0.121910</w:t>
        <w:br/>
        <w:t>vt 0.745114 0.097843</w:t>
        <w:br/>
        <w:t>vt 0.745289 0.105198</w:t>
        <w:br/>
        <w:t>vt 0.754128 0.102100</w:t>
        <w:br/>
        <w:t>vt 0.752614 0.095766</w:t>
        <w:br/>
        <w:t>vt 0.675845 0.666993</w:t>
        <w:br/>
        <w:t>vt 0.673810 0.666018</w:t>
        <w:br/>
        <w:t>vt 0.668207 0.675546</w:t>
        <w:br/>
        <w:t>vt 0.672260 0.677519</w:t>
        <w:br/>
        <w:t>vt 0.775575 0.091272</w:t>
        <w:br/>
        <w:t>vt 0.776316 0.094560</w:t>
        <w:br/>
        <w:t>vt 0.783873 0.085948</w:t>
        <w:br/>
        <w:t>vt 0.783372 0.084364</w:t>
        <w:br/>
        <w:t>vt 0.773853 0.087456</w:t>
        <w:br/>
        <w:t>vt 0.782492 0.082553</w:t>
        <w:br/>
        <w:t>vt 0.664165 0.700448</w:t>
        <w:br/>
        <w:t>vt 0.671572 0.701738</w:t>
        <w:br/>
        <w:t>vt 0.670641 0.689480</w:t>
        <w:br/>
        <w:t>vt 0.664722 0.687593</w:t>
        <w:br/>
        <w:t>vt 0.765408 0.097514</w:t>
        <w:br/>
        <w:t>vt 0.766116 0.102356</w:t>
        <w:br/>
        <w:t>vt 0.752614 0.095766</w:t>
        <w:br/>
        <w:t>vt 0.763580 0.092259</w:t>
        <w:br/>
        <w:t>vt 0.758726 0.089353</w:t>
        <w:br/>
        <w:t>vt 0.746996 0.091772</w:t>
        <w:br/>
        <w:t>vt 0.598860 0.108721</w:t>
        <w:br/>
        <w:t>vt 0.626289 0.106570</w:t>
        <w:br/>
        <w:t>vt 0.624762 0.098785</w:t>
        <w:br/>
        <w:t>vt 0.597537 0.101845</w:t>
        <w:br/>
        <w:t>vt 0.645610 0.105697</w:t>
        <w:br/>
        <w:t>vt 0.680758 0.103934</w:t>
        <w:br/>
        <w:t>vt 0.677773 0.095464</w:t>
        <w:br/>
        <w:t>vt 0.643674 0.097617</w:t>
        <w:br/>
        <w:t>vt 0.701246 0.103132</w:t>
        <w:br/>
        <w:t>vt 0.700370 0.094507</w:t>
        <w:br/>
        <w:t>vt 0.739427 0.092744</w:t>
        <w:br/>
        <w:t>vt 0.745114 0.097843</w:t>
        <w:br/>
        <w:t>vt 0.773853 0.087456</w:t>
        <w:br/>
        <w:t>vt 0.782492 0.082553</w:t>
        <w:br/>
        <w:t>vt 0.780467 0.082366</w:t>
        <w:br/>
        <w:t>vt 0.769938 0.085599</w:t>
        <w:br/>
        <w:t>vt 0.763580 0.092259</w:t>
        <w:br/>
        <w:t>vt 0.598860 0.108721</w:t>
        <w:br/>
        <w:t>vt 0.600926 0.113451</w:t>
        <w:br/>
        <w:t>vt 0.623236 0.113424</w:t>
        <w:br/>
        <w:t>vt 0.626289 0.106570</w:t>
        <w:br/>
        <w:t>vt 0.719770 0.812819</w:t>
        <w:br/>
        <w:t>vt 0.716919 0.818937</w:t>
        <w:br/>
        <w:t>vt 0.623236 0.113424</w:t>
        <w:br/>
        <w:t>vt 0.621662 0.123068</w:t>
        <w:br/>
        <w:t>vt 0.717415 0.110411</w:t>
        <w:br/>
        <w:t>vt 0.721720 0.101832</w:t>
        <w:br/>
        <w:t>vt 0.721720 0.101832</w:t>
        <w:br/>
        <w:t>vt 0.716106 0.095107</w:t>
        <w:br/>
        <w:t>vt 0.672715 0.709575</w:t>
        <w:br/>
        <w:t>vt 0.664569 0.710749</w:t>
        <w:br/>
        <w:t>vt 0.744925 0.112949</w:t>
        <w:br/>
        <w:t>vt 0.745289 0.105198</w:t>
        <w:br/>
        <w:t>vt 0.736236 0.107543</w:t>
        <w:br/>
        <w:t>vt 0.737556 0.099517</w:t>
        <w:br/>
        <w:t>vt 0.731801 0.093546</w:t>
        <w:br/>
        <w:t>vt 0.737556 0.099517</w:t>
        <w:br/>
        <w:t>vt 0.576942 0.113006</w:t>
        <w:br/>
        <w:t>vt 0.985386 0.954965</w:t>
        <w:br/>
        <w:t>vt 0.985386 0.947085</w:t>
        <w:br/>
        <w:t>vt 0.973835 0.939604</w:t>
        <w:br/>
        <w:t>vt 0.972187 0.947428</w:t>
        <w:br/>
        <w:t>vt 0.126638 0.516013</w:t>
        <w:br/>
        <w:t>vt 0.129170 0.504529</w:t>
        <w:br/>
        <w:t>vt 0.139223 0.504717</w:t>
        <w:br/>
        <w:t>vt 0.134064 0.516013</w:t>
        <w:br/>
        <w:t>vt 0.965470 0.939133</w:t>
        <w:br/>
        <w:t>vt 0.965384 0.947137</w:t>
        <w:br/>
        <w:t>vt 0.985386 0.925834</w:t>
        <w:br/>
        <w:t>vt 0.973872 0.930527</w:t>
        <w:br/>
        <w:t>vt 0.151823 0.503346</w:t>
        <w:br/>
        <w:t>vt 0.155687 0.516013</w:t>
        <w:br/>
        <w:t>vt 0.963429 0.931672</w:t>
        <w:br/>
        <w:t>vt 0.985386 0.916315</w:t>
        <w:br/>
        <w:t>vt 0.972517 0.921309</w:t>
        <w:br/>
        <w:t>vt 0.163902 0.501955</w:t>
        <w:br/>
        <w:t>vt 0.168882 0.516013</w:t>
        <w:br/>
        <w:t>vt 0.960931 0.924166</w:t>
        <w:br/>
        <w:t>vt 0.985386 0.907732</w:t>
        <w:br/>
        <w:t>vt 0.971174 0.910941</w:t>
        <w:br/>
        <w:t>vt 0.177565 0.500215</w:t>
        <w:br/>
        <w:t>vt 0.181384 0.516013</w:t>
        <w:br/>
        <w:t>vt 0.958092 0.913083</w:t>
        <w:br/>
        <w:t>vt 0.985386 0.894120</w:t>
        <w:br/>
        <w:t>vt 0.969335 0.895808</w:t>
        <w:br/>
        <w:t>vt 0.191567 0.499366</w:t>
        <w:br/>
        <w:t>vt 0.196912 0.516013</w:t>
        <w:br/>
        <w:t>vt 0.955222 0.899949</w:t>
        <w:br/>
        <w:t>vt 0.985386 0.873939</w:t>
        <w:br/>
        <w:t>vt 0.968776 0.878054</w:t>
        <w:br/>
        <w:t>vt 0.211500 0.499206</w:t>
        <w:br/>
        <w:t>vt 0.216678 0.516013</w:t>
        <w:br/>
        <w:t>vt 0.952713 0.880698</w:t>
        <w:br/>
        <w:t>vt 0.985386 0.849304</w:t>
        <w:br/>
        <w:t>vt 0.967988 0.851396</w:t>
        <w:br/>
        <w:t>vt 0.233669 0.499211</w:t>
        <w:br/>
        <w:t>vt 0.239744 0.516013</w:t>
        <w:br/>
        <w:t>vt 0.950921 0.856492</w:t>
        <w:br/>
        <w:t>vt 0.985386 0.823514</w:t>
        <w:br/>
        <w:t>vt 0.966804 0.831709</w:t>
        <w:br/>
        <w:t>vt 0.256089 0.499618</w:t>
        <w:br/>
        <w:t>vt 0.263614 0.516013</w:t>
        <w:br/>
        <w:t>vt 0.966804 0.831709</w:t>
        <w:br/>
        <w:t>vt 0.949256 0.834777</w:t>
        <w:br/>
        <w:t>vt 0.985386 0.810287</w:t>
        <w:br/>
        <w:t>vt 0.964633 0.812010</w:t>
        <w:br/>
        <w:t>vt 0.271232 0.498000</w:t>
        <w:br/>
        <w:t>vt 0.275938 0.516013</w:t>
        <w:br/>
        <w:t>vt 0.964633 0.812010</w:t>
        <w:br/>
        <w:t>vt 0.946911 0.817715</w:t>
        <w:br/>
        <w:t>vt 0.985386 0.797061</w:t>
        <w:br/>
        <w:t>vt 0.985386 0.766031</w:t>
        <w:br/>
        <w:t>vt 0.964004 0.773886</w:t>
        <w:br/>
        <w:t>vt 0.964623 0.794441</w:t>
        <w:br/>
        <w:t>vt 0.288262 0.516013</w:t>
        <w:br/>
        <w:t>vt 0.289070 0.498455</w:t>
        <w:br/>
        <w:t>vt 0.310517 0.498658</w:t>
        <w:br/>
        <w:t>vt 0.317678 0.516013</w:t>
        <w:br/>
        <w:t>vt 0.964623 0.794441</w:t>
        <w:br/>
        <w:t>vt 0.964004 0.773886</w:t>
        <w:br/>
        <w:t>vt 0.945788 0.782076</w:t>
        <w:br/>
        <w:t>vt 0.946405 0.800353</w:t>
        <w:br/>
        <w:t>vt 0.985386 0.746185</w:t>
        <w:br/>
        <w:t>vt 0.961654 0.749437</w:t>
        <w:br/>
        <w:t>vt 0.330766 0.497572</w:t>
        <w:br/>
        <w:t>vt 0.336580 0.516013</w:t>
        <w:br/>
        <w:t>vt 0.319304 0.493235</w:t>
        <w:br/>
        <w:t>vt 0.332371 0.484660</w:t>
        <w:br/>
        <w:t>vt 0.961654 0.749437</w:t>
        <w:br/>
        <w:t>vt 0.946985 0.765928</w:t>
        <w:br/>
        <w:t>vt 0.985386 0.726122</w:t>
        <w:br/>
        <w:t>vt 0.960431 0.729665</w:t>
        <w:br/>
        <w:t>vt 0.353703 0.498909</w:t>
        <w:br/>
        <w:t>vt 0.355446 0.516013</w:t>
        <w:br/>
        <w:t>vt 0.347443 0.483927</w:t>
        <w:br/>
        <w:t>vt 0.960431 0.729665</w:t>
        <w:br/>
        <w:t>vt 0.946711 0.733237</w:t>
        <w:br/>
        <w:t>vt 0.946950 0.749490</w:t>
        <w:br/>
        <w:t>vt 0.985386 0.704616</w:t>
        <w:br/>
        <w:t>vt 0.960119 0.708494</w:t>
        <w:br/>
        <w:t>vt 0.372912 0.498349</w:t>
        <w:br/>
        <w:t>vt 0.375579 0.516013</w:t>
        <w:br/>
        <w:t>vt 0.362794 0.482289</w:t>
        <w:br/>
        <w:t>vt 0.960119 0.708494</w:t>
        <w:br/>
        <w:t>vt 0.945915 0.715528</w:t>
        <w:br/>
        <w:t>vt 0.985386 0.681351</w:t>
        <w:br/>
        <w:t>vt 0.959282 0.685626</w:t>
        <w:br/>
        <w:t>vt 0.392167 0.496954</w:t>
        <w:br/>
        <w:t>vt 0.397219 0.516013</w:t>
        <w:br/>
        <w:t>vt 0.380248 0.478979</w:t>
        <w:br/>
        <w:t>vt 0.392167 0.496954</w:t>
        <w:br/>
        <w:t>vt 0.959282 0.685626</w:t>
        <w:br/>
        <w:t>vt 0.945968 0.695131</w:t>
        <w:br/>
        <w:t>vt 0.985386 0.661619</w:t>
        <w:br/>
        <w:t>vt 0.958151 0.666120</w:t>
        <w:br/>
        <w:t>vt 0.408972 0.496197</w:t>
        <w:br/>
        <w:t>vt 0.415206 0.516013</w:t>
        <w:br/>
        <w:t>vt 0.396067 0.475517</w:t>
        <w:br/>
        <w:t>vt 0.408972 0.496197</w:t>
        <w:br/>
        <w:t>vt 0.958151 0.666120</w:t>
        <w:br/>
        <w:t>vt 0.944213 0.676801</w:t>
        <w:br/>
        <w:t>vt 0.985386 0.633836</w:t>
        <w:br/>
        <w:t>vt 0.956451 0.637900</w:t>
        <w:br/>
        <w:t>vt 0.431818 0.493673</w:t>
        <w:br/>
        <w:t>vt 0.439935 0.516013</w:t>
        <w:br/>
        <w:t>vt 0.421130 0.469970</w:t>
        <w:br/>
        <w:t>vt 0.431818 0.493673</w:t>
        <w:br/>
        <w:t>vt 0.956451 0.637900</w:t>
        <w:br/>
        <w:t>vt 0.941234 0.649403</w:t>
        <w:br/>
        <w:t>vt 0.985386 0.603310</w:t>
        <w:br/>
        <w:t>vt 0.955070 0.603912</w:t>
        <w:br/>
        <w:t>vt 0.459097 0.490536</w:t>
        <w:br/>
        <w:t>vt 0.466548 0.516013</w:t>
        <w:br/>
        <w:t>vt 0.458297 0.464638</w:t>
        <w:br/>
        <w:t>vt 0.459097 0.490536</w:t>
        <w:br/>
        <w:t>vt 0.955070 0.603912</w:t>
        <w:br/>
        <w:t>vt 0.937729 0.610722</w:t>
        <w:br/>
        <w:t>vt 0.941234 0.649403</w:t>
        <w:br/>
        <w:t>vt 0.985386 0.578082</w:t>
        <w:br/>
        <w:t>vt 0.957336 0.573663</w:t>
        <w:br/>
        <w:t>vt 0.484658 0.489419</w:t>
        <w:br/>
        <w:t>vt 0.488694 0.516013</w:t>
        <w:br/>
        <w:t>vt 0.494858 0.463621</w:t>
        <w:br/>
        <w:t>vt 0.484658 0.489419</w:t>
        <w:br/>
        <w:t>vt 0.957336 0.573663</w:t>
        <w:br/>
        <w:t>vt 0.941408 0.574246</w:t>
        <w:br/>
        <w:t>vt 0.985386 0.554824</w:t>
        <w:br/>
        <w:t>vt 0.961365 0.547752</w:t>
        <w:br/>
        <w:t>vt 0.508442 0.490767</w:t>
        <w:br/>
        <w:t>vt 0.510497 0.516013</w:t>
        <w:br/>
        <w:t>vt 0.520296 0.468493</w:t>
        <w:br/>
        <w:t>vt 0.508442 0.490767</w:t>
        <w:br/>
        <w:t>vt 0.961365 0.547752</w:t>
        <w:br/>
        <w:t>vt 0.945698 0.549958</w:t>
        <w:br/>
        <w:t>vt 0.985386 0.536207</w:t>
        <w:br/>
        <w:t>vt 0.964833 0.532161</w:t>
        <w:br/>
        <w:t>vt 0.528884 0.493926</w:t>
        <w:br/>
        <w:t>vt 0.530429 0.516013</w:t>
        <w:br/>
        <w:t>vt 0.541234 0.475800</w:t>
        <w:br/>
        <w:t>vt 0.528884 0.493926</w:t>
        <w:br/>
        <w:t>vt 0.964833 0.532161</w:t>
        <w:br/>
        <w:t>vt 0.951096 0.530231</w:t>
        <w:br/>
        <w:t>vt 0.985386 0.520328</w:t>
        <w:br/>
        <w:t>vt 0.970305 0.515176</w:t>
        <w:br/>
        <w:t>vt 0.550856 0.498993</w:t>
        <w:br/>
        <w:t>vt 0.549863 0.516013</w:t>
        <w:br/>
        <w:t>vt 0.558457 0.484603</w:t>
        <w:br/>
        <w:t>vt 0.550856 0.498993</w:t>
        <w:br/>
        <w:t>vt 0.970305 0.515176</w:t>
        <w:br/>
        <w:t>vt 0.958062 0.514549</w:t>
        <w:br/>
        <w:t>vt 0.985386 0.506459</w:t>
        <w:br/>
        <w:t>vt 0.975844 0.501692</w:t>
        <w:br/>
        <w:t>vt 0.569943 0.504219</w:t>
        <w:br/>
        <w:t>vt 0.568694 0.516013</w:t>
        <w:br/>
        <w:t>vt 0.577754 0.496759</w:t>
        <w:br/>
        <w:t>vt 0.569943 0.504219</w:t>
        <w:br/>
        <w:t>vt 0.975844 0.501692</w:t>
        <w:br/>
        <w:t>vt 0.967838 0.497574</w:t>
        <w:br/>
        <w:t>vt 0.985386 0.495565</w:t>
        <w:br/>
        <w:t>vt 0.979676 0.492082</w:t>
        <w:br/>
        <w:t>vt 0.588375 0.509215</w:t>
        <w:br/>
        <w:t>vt 0.584335 0.516013</w:t>
        <w:br/>
        <w:t>vt 0.593275 0.504727</w:t>
        <w:br/>
        <w:t>vt 0.588375 0.509215</w:t>
        <w:br/>
        <w:t>vt 0.979676 0.492082</w:t>
        <w:br/>
        <w:t>vt 0.975734 0.487661</w:t>
        <w:br/>
        <w:t>vt 0.985386 0.479764</w:t>
        <w:br/>
        <w:t>vt 0.982309 0.480322</w:t>
        <w:br/>
        <w:t>vt 0.607438 0.512657</w:t>
        <w:br/>
        <w:t>vt 0.606146 0.516013</w:t>
        <w:br/>
        <w:t>vt 0.608630 0.510256</w:t>
        <w:br/>
        <w:t>vt 0.607438 0.512657</w:t>
        <w:br/>
        <w:t>vt 0.982309 0.480322</w:t>
        <w:br/>
        <w:t>vt 0.980774 0.478482</w:t>
        <w:br/>
        <w:t>vt 0.985386 0.468362</w:t>
        <w:br/>
        <w:t>vt 0.627723 0.516013</w:t>
        <w:br/>
        <w:t>vt 0.627723 0.516013</w:t>
        <w:br/>
        <w:t>vt 0.985386 0.468362</w:t>
        <w:br/>
        <w:t>vt 0.946405 0.800353</w:t>
        <w:br/>
        <w:t>vt 0.763853 0.510549</w:t>
        <w:br/>
        <w:t>vt 0.054939 0.356672</w:t>
        <w:br/>
        <w:t>vt 0.056201 0.372855</w:t>
        <w:br/>
        <w:t>vt 0.042949 0.372191</w:t>
        <w:br/>
        <w:t>vt 0.036283 0.357326</w:t>
        <w:br/>
        <w:t>vt 0.041789 0.321423</w:t>
        <w:br/>
        <w:t>vt 0.046302 0.334282</w:t>
        <w:br/>
        <w:t>vt 0.027866 0.337810</w:t>
        <w:br/>
        <w:t>vt 0.022149 0.322995</w:t>
        <w:br/>
        <w:t>vt 0.574562 0.446529</w:t>
        <w:br/>
        <w:t>vt 0.588726 0.444877</w:t>
        <w:br/>
        <w:t>vt 0.576969 0.430021</w:t>
        <w:br/>
        <w:t>vt 0.568776 0.429520</w:t>
        <w:br/>
        <w:t>vt 0.069422 0.374497</w:t>
        <w:br/>
        <w:t>vt 0.069973 0.356933</w:t>
        <w:br/>
        <w:t>vt 0.063243 0.320112</w:t>
        <w:br/>
        <w:t>vt 0.066934 0.333085</w:t>
        <w:br/>
        <w:t>vt 0.565252 0.446327</w:t>
        <w:br/>
        <w:t>vt 0.561561 0.429078</w:t>
        <w:br/>
        <w:t>vt 0.080383 0.376774</w:t>
        <w:br/>
        <w:t>vt 0.081884 0.358140</w:t>
        <w:br/>
        <w:t>vt 0.080985 0.318215</w:t>
        <w:br/>
        <w:t>vt 0.081479 0.333595</w:t>
        <w:br/>
        <w:t>vt 0.558593 0.445433</w:t>
        <w:br/>
        <w:t>vt 0.556786 0.428786</w:t>
        <w:br/>
        <w:t>vt 0.094801 0.359574</w:t>
        <w:br/>
        <w:t>vt 0.092620 0.379793</w:t>
        <w:br/>
        <w:t>vt 0.100177 0.334700</w:t>
        <w:br/>
        <w:t>vt 0.102756 0.318919</w:t>
        <w:br/>
        <w:t>vt 0.552076 0.444866</w:t>
        <w:br/>
        <w:t>vt 0.551419 0.428458</w:t>
        <w:br/>
        <w:t>vt 0.111183 0.362861</w:t>
        <w:br/>
        <w:t>vt 0.108957 0.383989</w:t>
        <w:br/>
        <w:t>vt 0.115598 0.336280</w:t>
        <w:br/>
        <w:t>vt 0.119503 0.318577</w:t>
        <w:br/>
        <w:t>vt 0.544727 0.443908</w:t>
        <w:br/>
        <w:t>vt 0.542297 0.427900</w:t>
        <w:br/>
        <w:t>vt 0.135711 0.368292</w:t>
        <w:br/>
        <w:t>vt 0.129333 0.387429</w:t>
        <w:br/>
        <w:t>vt 0.141171 0.320101</w:t>
        <w:br/>
        <w:t>vt 0.141819 0.341028</w:t>
        <w:br/>
        <w:t>vt 0.524124 0.539041</w:t>
        <w:br/>
        <w:t>vt 0.513579 0.538432</w:t>
        <w:br/>
        <w:t>vt 0.514533 0.531024</w:t>
        <w:br/>
        <w:t>vt 0.524508 0.531024</w:t>
        <w:br/>
        <w:t>vt 0.160761 0.370212</w:t>
        <w:br/>
        <w:t>vt 0.158319 0.390590</w:t>
        <w:br/>
        <w:t>vt 0.163692 0.321417</w:t>
        <w:br/>
        <w:t>vt 0.162637 0.343181</w:t>
        <w:br/>
        <w:t>vt 0.529370 0.427109</w:t>
        <w:br/>
        <w:t>vt 0.506924 0.425736</w:t>
        <w:br/>
        <w:t>vt 0.509161 0.441630</w:t>
        <w:br/>
        <w:t>vt 0.532644 0.443336</w:t>
        <w:br/>
        <w:t>vt 0.189012 0.373510</w:t>
        <w:br/>
        <w:t>vt 0.187946 0.393217</w:t>
        <w:br/>
        <w:t>vt 0.192084 0.322345</w:t>
        <w:br/>
        <w:t>vt 0.190785 0.345531</w:t>
        <w:br/>
        <w:t>vt 0.482920 0.439767</w:t>
        <w:br/>
        <w:t>vt 0.481832 0.424201</w:t>
        <w:br/>
        <w:t>vt 0.212161 0.375968</w:t>
        <w:br/>
        <w:t>vt 0.211892 0.394814</w:t>
        <w:br/>
        <w:t>vt 0.215128 0.323337</w:t>
        <w:br/>
        <w:t>vt 0.213699 0.348082</w:t>
        <w:br/>
        <w:t>vt 0.460976 0.437608</w:t>
        <w:br/>
        <w:t>vt 0.460080 0.422871</w:t>
        <w:br/>
        <w:t>vt 0.233228 0.376936</w:t>
        <w:br/>
        <w:t>vt 0.231946 0.394647</w:t>
        <w:br/>
        <w:t>vt 0.236156 0.323928</w:t>
        <w:br/>
        <w:t>vt 0.234445 0.349679</w:t>
        <w:br/>
        <w:t>vt 0.442097 0.435167</w:t>
        <w:br/>
        <w:t>vt 0.440623 0.421681</w:t>
        <w:br/>
        <w:t>vt 0.253004 0.394504</w:t>
        <w:br/>
        <w:t>vt 0.253805 0.376493</w:t>
        <w:br/>
        <w:t>vt 0.257510 0.324304</w:t>
        <w:br/>
        <w:t>vt 0.255344 0.350086</w:t>
        <w:br/>
        <w:t>vt 0.420883 0.432853</w:t>
        <w:br/>
        <w:t>vt 0.419058 0.420362</w:t>
        <w:br/>
        <w:t>vt 0.282052 0.395898</w:t>
        <w:br/>
        <w:t>vt 0.267707 0.395010</w:t>
        <w:br/>
        <w:t>vt 0.269990 0.376667</w:t>
        <w:br/>
        <w:t>vt 0.285890 0.377425</w:t>
        <w:br/>
        <w:t>vt 0.294499 0.325134</w:t>
        <w:br/>
        <w:t>vt 0.289630 0.352338</w:t>
        <w:br/>
        <w:t>vt 0.272741 0.350865</w:t>
        <w:br/>
        <w:t>vt 0.276151 0.324692</w:t>
        <w:br/>
        <w:t>vt 0.388419 0.429296</w:t>
        <w:br/>
        <w:t>vt 0.404661 0.431085</w:t>
        <w:br/>
        <w:t>vt 0.402776 0.419366</w:t>
        <w:br/>
        <w:t>vt 0.386523 0.418372</w:t>
        <w:br/>
        <w:t>vt 0.303779 0.379468</w:t>
        <w:br/>
        <w:t>vt 0.298631 0.398485</w:t>
        <w:br/>
        <w:t>vt 0.312159 0.325880</w:t>
        <w:br/>
        <w:t>vt 0.306635 0.355138</w:t>
        <w:br/>
        <w:t>vt 0.339624 0.401731</w:t>
        <w:br/>
        <w:t>vt 0.317989 0.400504</w:t>
        <w:br/>
        <w:t>vt 0.320980 0.381738</w:t>
        <w:br/>
        <w:t>vt 0.338930 0.382531</w:t>
        <w:br/>
        <w:t>vt 0.342421 0.358867</w:t>
        <w:br/>
        <w:t>vt 0.323082 0.357515</w:t>
        <w:br/>
        <w:t>vt 0.329711 0.325983</w:t>
        <w:br/>
        <w:t>vt 0.351135 0.326927</w:t>
        <w:br/>
        <w:t>vt 0.328946 0.433894</w:t>
        <w:br/>
        <w:t>vt 0.351635 0.435842</w:t>
        <w:br/>
        <w:t>vt 0.349045 0.416079</w:t>
        <w:br/>
        <w:t>vt 0.328780 0.414840</w:t>
        <w:br/>
        <w:t>vt 0.032958 0.941981</w:t>
        <w:br/>
        <w:t>vt 0.032835 0.963779</w:t>
        <w:br/>
        <w:t>vt 0.013002 0.964155</w:t>
        <w:br/>
        <w:t>vt 0.013002 0.941581</w:t>
        <w:br/>
        <w:t>vt 0.361780 0.361941</w:t>
        <w:br/>
        <w:t>vt 0.374394 0.327834</w:t>
        <w:br/>
        <w:t>vt 0.306498 0.433148</w:t>
        <w:br/>
        <w:t>vt 0.308445 0.413596</w:t>
        <w:br/>
        <w:t>vt 0.032423 0.919677</w:t>
        <w:br/>
        <w:t>vt 0.013002 0.919275</w:t>
        <w:br/>
        <w:t>vt 0.382331 0.364908</w:t>
        <w:br/>
        <w:t>vt 0.399306 0.329180</w:t>
        <w:br/>
        <w:t>vt 0.287308 0.412303</w:t>
        <w:br/>
        <w:t>vt 0.283133 0.433975</w:t>
        <w:br/>
        <w:t>vt 0.032319 0.897785</w:t>
        <w:br/>
        <w:t>vt 0.013002 0.897220</w:t>
        <w:br/>
        <w:t>vt 0.406851 0.367436</w:t>
        <w:br/>
        <w:t>vt 0.425771 0.330355</w:t>
        <w:br/>
        <w:t>vt 0.266530 0.411032</w:t>
        <w:br/>
        <w:t>vt 0.261353 0.434500</w:t>
        <w:br/>
        <w:t>vt 0.032135 0.872522</w:t>
        <w:br/>
        <w:t>vt 0.013002 0.869782</w:t>
        <w:br/>
        <w:t>vt 0.242956 0.409590</w:t>
        <w:br/>
        <w:t>vt 0.238043 0.431844</w:t>
        <w:br/>
        <w:t>vt 0.031922 0.851735</w:t>
        <w:br/>
        <w:t>vt 0.013002 0.848271</w:t>
        <w:br/>
        <w:t>vt 0.224467 0.408459</w:t>
        <w:br/>
        <w:t>vt 0.218546 0.430203</w:t>
        <w:br/>
        <w:t>vt 0.032099 0.836186</w:t>
        <w:br/>
        <w:t>vt 0.013002 0.830302</w:t>
        <w:br/>
        <w:t>vt 0.211406 0.407660</w:t>
        <w:br/>
        <w:t>vt 0.206067 0.428772</w:t>
        <w:br/>
        <w:t>vt 0.031784 0.805536</w:t>
        <w:br/>
        <w:t>vt 0.031944 0.820054</w:t>
        <w:br/>
        <w:t>vt 0.013002 0.810865</w:t>
        <w:br/>
        <w:t>vt 0.013002 0.796275</w:t>
        <w:br/>
        <w:t>vt 0.410058 0.610432</w:t>
        <w:br/>
        <w:t>vt 0.394099 0.610162</w:t>
        <w:br/>
        <w:t>vt 0.404473 0.623658</w:t>
        <w:br/>
        <w:t>vt 0.420581 0.624872</w:t>
        <w:br/>
        <w:t>vt 0.185170 0.406055</w:t>
        <w:br/>
        <w:t>vt 0.181709 0.424240</w:t>
        <w:br/>
        <w:t>vt 0.193285 0.426704</w:t>
        <w:br/>
        <w:t>vt 0.197654 0.406819</w:t>
        <w:br/>
        <w:t>vt 0.437300 0.598627</w:t>
        <w:br/>
        <w:t>vt 0.419363 0.598627</w:t>
        <w:br/>
        <w:t>vt 0.427964 0.610730</w:t>
        <w:br/>
        <w:t>vt 0.445933 0.610851</w:t>
        <w:br/>
        <w:t>vt 0.461871 0.598627</w:t>
        <w:br/>
        <w:t>vt 0.468662 0.610474</w:t>
        <w:br/>
        <w:t>vt 0.481013 0.598627</w:t>
        <w:br/>
        <w:t>vt 0.485414 0.610306</w:t>
        <w:br/>
        <w:t>vt 0.501010 0.608876</w:t>
        <w:br/>
        <w:t>vt 0.500055 0.598627</w:t>
        <w:br/>
        <w:t>vt 0.513340 0.609745</w:t>
        <w:br/>
        <w:t>vt 0.514313 0.603856</w:t>
        <w:br/>
        <w:t>vt 0.502214 0.618656</w:t>
        <w:br/>
        <w:t>vt 0.531971 0.598627</w:t>
        <w:br/>
        <w:t>vt 0.232228 0.598627</w:t>
        <w:br/>
        <w:t>vt 0.255220 0.601636</w:t>
        <w:br/>
        <w:t>vt 0.254713 0.598627</w:t>
        <w:br/>
        <w:t>vt 0.276876 0.598627</w:t>
        <w:br/>
        <w:t>vt 0.277219 0.603412</w:t>
        <w:br/>
        <w:t>vt 0.298810 0.598627</w:t>
        <w:br/>
        <w:t>vt 0.299117 0.605516</w:t>
        <w:br/>
        <w:t>vt 0.326203 0.598627</w:t>
        <w:br/>
        <w:t>vt 0.328968 0.607635</w:t>
        <w:br/>
        <w:t>vt 0.347574 0.598627</w:t>
        <w:br/>
        <w:t>vt 0.352871 0.608474</w:t>
        <w:br/>
        <w:t>vt 0.365463 0.598627</w:t>
        <w:br/>
        <w:t>vt 0.372250 0.609380</w:t>
        <w:br/>
        <w:t>vt 0.037153 0.306183</w:t>
        <w:br/>
        <w:t>vt 0.015557 0.306183</w:t>
        <w:br/>
        <w:t>vt 0.058692 0.306183</w:t>
        <w:br/>
        <w:t>vt 0.079829 0.306183</w:t>
        <w:br/>
        <w:t>vt 0.101870 0.306183</w:t>
        <w:br/>
        <w:t>vt 0.122230 0.306183</w:t>
        <w:br/>
        <w:t>vt 0.139198 0.306183</w:t>
        <w:br/>
        <w:t>vt 0.164874 0.306183</w:t>
        <w:br/>
        <w:t>vt 0.194519 0.306183</w:t>
        <w:br/>
        <w:t>vt 0.218166 0.306183</w:t>
        <w:br/>
        <w:t>vt 0.239038 0.306183</w:t>
        <w:br/>
        <w:t>vt 0.260768 0.306183</w:t>
        <w:br/>
        <w:t>vt 0.280407 0.306183</w:t>
        <w:br/>
        <w:t>vt 0.299770 0.306183</w:t>
        <w:br/>
        <w:t>vt 0.317834 0.306183</w:t>
        <w:br/>
        <w:t>vt 0.335678 0.306183</w:t>
        <w:br/>
        <w:t>vt 0.358486 0.306177</w:t>
        <w:br/>
        <w:t>vt 0.383862 0.306171</w:t>
        <w:br/>
        <w:t>vt 0.410571 0.306171</w:t>
        <w:br/>
        <w:t>vt 0.436885 0.306171</w:t>
        <w:br/>
        <w:t>vt 0.355036 0.382770</w:t>
        <w:br/>
        <w:t>vt 0.277925 0.608931</w:t>
        <w:br/>
        <w:t>vt 0.256010 0.605364</w:t>
        <w:br/>
        <w:t>vt 0.277380 0.612193</w:t>
        <w:br/>
        <w:t>vt 0.300360 0.613293</w:t>
        <w:br/>
        <w:t>vt 0.302831 0.619028</w:t>
        <w:br/>
        <w:t>vt 0.355155 0.545433</w:t>
        <w:br/>
        <w:t>vt 0.370468 0.544552</w:t>
        <w:br/>
        <w:t>vt 0.372047 0.568342</w:t>
        <w:br/>
        <w:t>vt 0.355579 0.568899</w:t>
        <w:br/>
        <w:t>vt 0.335741 0.547457</w:t>
        <w:br/>
        <w:t>vt 0.337809 0.571432</w:t>
        <w:br/>
        <w:t>vt 0.318604 0.575119</w:t>
        <w:br/>
        <w:t>vt 0.313211 0.548271</w:t>
        <w:br/>
        <w:t>vt 0.296155 0.577894</w:t>
        <w:br/>
        <w:t>vt 0.289519 0.550912</w:t>
        <w:br/>
        <w:t>vt 0.272670 0.579063</w:t>
        <w:br/>
        <w:t>vt 0.266113 0.553459</w:t>
        <w:br/>
        <w:t>vt 0.578449 0.465084</w:t>
        <w:br/>
        <w:t>vt 0.595437 0.460838</w:t>
        <w:br/>
        <w:t>vt 0.569886 0.466595</w:t>
        <w:br/>
        <w:t>vt 0.562599 0.467440</w:t>
        <w:br/>
        <w:t>vt 0.370185 0.463524</w:t>
        <w:br/>
        <w:t>vt 0.384824 0.469357</w:t>
        <w:br/>
        <w:t>vt 0.358636 0.446601</w:t>
        <w:br/>
        <w:t>vt 0.329628 0.460686</w:t>
        <w:br/>
        <w:t>vt 0.351767 0.460664</w:t>
        <w:br/>
        <w:t>vt 0.304223 0.462744</w:t>
        <w:br/>
        <w:t>vt 0.305551 0.447507</w:t>
        <w:br/>
        <w:t>vt 0.280621 0.450131</w:t>
        <w:br/>
        <w:t>vt 0.279010 0.464768</w:t>
        <w:br/>
        <w:t>vt 0.259052 0.450485</w:t>
        <w:br/>
        <w:t>vt 0.255206 0.465077</w:t>
        <w:br/>
        <w:t>vt 0.233448 0.449923</w:t>
        <w:br/>
        <w:t>vt 0.211852 0.450292</w:t>
        <w:br/>
        <w:t>vt 0.196896 0.449671</w:t>
        <w:br/>
        <w:t>vt 0.171274 0.445368</w:t>
        <w:br/>
        <w:t>vt 0.183340 0.447825</w:t>
        <w:br/>
        <w:t>vt 0.154865 0.421730</w:t>
        <w:br/>
        <w:t>vt 0.147011 0.439990</w:t>
        <w:br/>
        <w:t>vt 0.158932 0.442881</w:t>
        <w:br/>
        <w:t>vt 0.167947 0.423155</w:t>
        <w:br/>
        <w:t>vt 0.134971 0.417802</w:t>
        <w:br/>
        <w:t>vt 0.128284 0.433676</w:t>
        <w:br/>
        <w:t>vt 0.119481 0.413328</w:t>
        <w:br/>
        <w:t>vt 0.114593 0.427394</w:t>
        <w:br/>
        <w:t>vt 0.100657 0.418683</w:t>
        <w:br/>
        <w:t>vt 0.103176 0.407727</w:t>
        <w:br/>
        <w:t>vt 0.090454 0.411272</w:t>
        <w:br/>
        <w:t>vt 0.091141 0.403562</w:t>
        <w:br/>
        <w:t>vt 0.074702 0.399298</w:t>
        <w:br/>
        <w:t>vt 0.538312 0.531024</w:t>
        <w:br/>
        <w:t>vt 0.553395 0.531024</w:t>
        <w:br/>
        <w:t>vt 0.552392 0.535838</w:t>
        <w:br/>
        <w:t>vt 0.538336 0.548121</w:t>
        <w:br/>
        <w:t>vt 0.494050 0.538871</w:t>
        <w:br/>
        <w:t>vt 0.496489 0.531024</w:t>
        <w:br/>
        <w:t>vt 0.474145 0.531024</w:t>
        <w:br/>
        <w:t>vt 0.472747 0.539138</w:t>
        <w:br/>
        <w:t>vt 0.455595 0.531024</w:t>
        <w:br/>
        <w:t>vt 0.453712 0.540088</w:t>
        <w:br/>
        <w:t>vt 0.438777 0.531024</w:t>
        <w:br/>
        <w:t>vt 0.436692 0.540397</w:t>
        <w:br/>
        <w:t>vt 0.420307 0.531024</w:t>
        <w:br/>
        <w:t>vt 0.418048 0.541961</w:t>
        <w:br/>
        <w:t>vt 0.387503 0.531024</w:t>
        <w:br/>
        <w:t>vt 0.403714 0.531024</w:t>
        <w:br/>
        <w:t>vt 0.400996 0.543323</w:t>
        <w:br/>
        <w:t>vt 0.385647 0.543208</w:t>
        <w:br/>
        <w:t>vt 0.356895 0.531024</w:t>
        <w:br/>
        <w:t>vt 0.372211 0.531024</w:t>
        <w:br/>
        <w:t>vt 0.336824 0.531024</w:t>
        <w:br/>
        <w:t>vt 0.313547 0.531024</w:t>
        <w:br/>
        <w:t>vt 0.288288 0.531024</w:t>
        <w:br/>
        <w:t>vt 0.263883 0.531024</w:t>
        <w:br/>
        <w:t>vt 0.400593 0.598627</w:t>
        <w:br/>
        <w:t>vt 0.385112 0.598627</w:t>
        <w:br/>
        <w:t>vt 0.439157 0.626105</w:t>
        <w:br/>
        <w:t>vt 0.457416 0.626457</w:t>
        <w:br/>
        <w:t>vt 0.476411 0.625521</w:t>
        <w:br/>
        <w:t>vt 0.489853 0.622905</w:t>
        <w:br/>
        <w:t>vt 0.515091 0.598627</w:t>
        <w:br/>
        <w:t>vt 0.256010 0.605364</w:t>
        <w:br/>
        <w:t>vt 0.277925 0.608931</w:t>
        <w:br/>
        <w:t>vt 0.333768 0.617830</w:t>
        <w:br/>
        <w:t>vt 0.360241 0.620245</w:t>
        <w:br/>
        <w:t>vt 0.382739 0.622328</w:t>
        <w:br/>
        <w:t>vt 0.228759 0.465507</w:t>
        <w:br/>
        <w:t>vt 0.205192 0.466539</w:t>
        <w:br/>
        <w:t>vt 0.188463 0.466084</w:t>
        <w:br/>
        <w:t>vt 0.161342 0.462024</w:t>
        <w:br/>
        <w:t>vt 0.171551 0.463886</w:t>
        <w:br/>
        <w:t>vt 0.138337 0.456516</w:t>
        <w:br/>
        <w:t>vt 0.149393 0.459642</w:t>
        <w:br/>
        <w:t>vt 0.120726 0.448690</w:t>
        <w:br/>
        <w:t>vt 0.108187 0.439992</w:t>
        <w:br/>
        <w:t>vt 0.096809 0.429701</w:t>
        <w:br/>
        <w:t>vt 0.088821 0.419632</w:t>
        <w:br/>
        <w:t>vt 0.255206 0.465077</w:t>
        <w:br/>
        <w:t>vt 0.228759 0.465507</w:t>
        <w:br/>
        <w:t>vt 0.230685 0.473804</w:t>
        <w:br/>
        <w:t>vt 0.255470 0.471000</w:t>
        <w:br/>
        <w:t>vt 0.205192 0.466539</w:t>
        <w:br/>
        <w:t>vt 0.205990 0.476583</w:t>
        <w:br/>
        <w:t>vt 0.188463 0.466084</w:t>
        <w:br/>
        <w:t>vt 0.184266 0.482286</w:t>
        <w:br/>
        <w:t>vt 0.171551 0.463886</w:t>
        <w:br/>
        <w:t>vt 0.165611 0.482779</w:t>
        <w:br/>
        <w:t>vt 0.149393 0.459642</w:t>
        <w:br/>
        <w:t>vt 0.138563 0.474502</w:t>
        <w:br/>
        <w:t>vt 0.151473 0.479905</w:t>
        <w:br/>
        <w:t>vt 0.161342 0.462024</w:t>
        <w:br/>
        <w:t>vt 0.120726 0.448690</w:t>
        <w:br/>
        <w:t>vt 0.110248 0.455794</w:t>
        <w:br/>
        <w:t>vt 0.126181 0.467458</w:t>
        <w:br/>
        <w:t>vt 0.138337 0.456516</w:t>
        <w:br/>
        <w:t>vt 0.108187 0.439992</w:t>
        <w:br/>
        <w:t>vt 0.099544 0.444830</w:t>
        <w:br/>
        <w:t>vt 0.096809 0.429701</w:t>
        <w:br/>
        <w:t>vt 0.090842 0.433608</w:t>
        <w:br/>
        <w:t>vt 0.088821 0.419632</w:t>
        <w:br/>
        <w:t>vt 0.084168 0.420656</w:t>
        <w:br/>
        <w:t>vt 0.074702 0.399298</w:t>
        <w:br/>
        <w:t>vt 0.091141 0.403562</w:t>
        <w:br/>
        <w:t>vt 0.090083 0.400239</w:t>
        <w:br/>
        <w:t>vt 0.074702 0.399298</w:t>
        <w:br/>
        <w:t>vt 0.103176 0.407727</w:t>
        <w:br/>
        <w:t>vt 0.102916 0.401024</w:t>
        <w:br/>
        <w:t>vt 0.116689 0.401867</w:t>
        <w:br/>
        <w:t>vt 0.131489 0.402772</w:t>
        <w:br/>
        <w:t>vt 0.150612 0.403942</w:t>
        <w:br/>
        <w:t>vt 0.165402 0.404846</w:t>
        <w:br/>
        <w:t>vt 0.333768 0.617830</w:t>
        <w:br/>
        <w:t>vt 0.336157 0.628538</w:t>
        <w:br/>
        <w:t>vt 0.360241 0.620245</w:t>
        <w:br/>
        <w:t>vt 0.365874 0.638912</w:t>
        <w:br/>
        <w:t>vt 0.382739 0.622328</w:t>
        <w:br/>
        <w:t>vt 0.395463 0.655794</w:t>
        <w:br/>
        <w:t>vt 0.420581 0.624872</w:t>
        <w:br/>
        <w:t>vt 0.404473 0.623658</w:t>
        <w:br/>
        <w:t>vt 0.415273 0.652825</w:t>
        <w:br/>
        <w:t>vt 0.430899 0.650753</w:t>
        <w:br/>
        <w:t>vt 0.439157 0.626105</w:t>
        <w:br/>
        <w:t>vt 0.445664 0.649057</w:t>
        <w:br/>
        <w:t>vt 0.460178 0.646842</w:t>
        <w:br/>
        <w:t>vt 0.479307 0.641395</w:t>
        <w:br/>
        <w:t>vt 0.493197 0.634109</w:t>
        <w:br/>
        <w:t>vt 0.505075 0.625100</w:t>
        <w:br/>
        <w:t>vt 0.514809 0.613874</w:t>
        <w:br/>
        <w:t>vt 0.237411 0.288771</w:t>
        <w:br/>
        <w:t>vt 0.241476 0.285107</w:t>
        <w:br/>
        <w:t>vt 0.251672 0.303157</w:t>
        <w:br/>
        <w:t>vt 0.227077 0.276585</w:t>
        <w:br/>
        <w:t>vt 0.221445 0.282477</w:t>
        <w:br/>
        <w:t>vt 0.206603 0.271706</w:t>
        <w:br/>
        <w:t>vt 0.221445 0.282477</w:t>
        <w:br/>
        <w:t>vt 0.203095 0.280404</w:t>
        <w:br/>
        <w:t>vt 0.185327 0.271310</w:t>
        <w:br/>
        <w:t>vt 0.203095 0.280404</w:t>
        <w:br/>
        <w:t>vt 0.182801 0.281705</w:t>
        <w:br/>
        <w:t>vt 0.157570 0.274027</w:t>
        <w:br/>
        <w:t>vt 0.156847 0.286478</w:t>
        <w:br/>
        <w:t>vt 0.116343 0.281564</w:t>
        <w:br/>
        <w:t>vt 0.137410 0.277177</w:t>
        <w:br/>
        <w:t>vt 0.137009 0.291435</w:t>
        <w:br/>
        <w:t>vt 0.118856 0.296629</w:t>
        <w:br/>
        <w:t>vt 0.429519 0.384060</w:t>
        <w:br/>
        <w:t>vt 0.398039 0.383349</w:t>
        <w:br/>
        <w:t>vt 0.436414 0.369345</w:t>
        <w:br/>
        <w:t>vt 0.456907 0.382902</w:t>
        <w:br/>
        <w:t>vt 0.464278 0.369102</w:t>
        <w:br/>
        <w:t>vt 0.492229 0.365696</w:t>
        <w:br/>
        <w:t>vt 0.485117 0.379645</w:t>
        <w:br/>
        <w:t>vt 0.452901 0.331312</w:t>
        <w:br/>
        <w:t>vt 0.461080 0.306171</w:t>
        <w:br/>
        <w:t>vt 0.481019 0.331465</w:t>
        <w:br/>
        <w:t>vt 0.488916 0.306171</w:t>
        <w:br/>
        <w:t>vt 0.509262 0.306171</w:t>
        <w:br/>
        <w:t>vt 0.503228 0.330647</w:t>
        <w:br/>
        <w:t>vt 0.527938 0.306171</w:t>
        <w:br/>
        <w:t>vt 0.522802 0.329322</w:t>
        <w:br/>
        <w:t>vt 0.564082 0.322293</w:t>
        <w:br/>
        <w:t>vt 0.543024 0.326417</w:t>
        <w:br/>
        <w:t>vt 0.545549 0.306171</w:t>
        <w:br/>
        <w:t>vt 0.566478 0.306171</w:t>
        <w:br/>
        <w:t>vt 0.583084 0.317546</w:t>
        <w:br/>
        <w:t>vt 0.583571 0.306171</w:t>
        <w:br/>
        <w:t>vt 0.596123 0.306171</w:t>
        <w:br/>
        <w:t>vt 0.596790 0.314018</w:t>
        <w:br/>
        <w:t>vt 0.635351 0.306171</w:t>
        <w:br/>
        <w:t>vt 0.620753 0.309042</w:t>
        <w:br/>
        <w:t>vt 0.620317 0.306171</w:t>
        <w:br/>
        <w:t>vt 0.543744 0.352615</w:t>
        <w:br/>
        <w:t>vt 0.516517 0.362666</w:t>
        <w:br/>
        <w:t>vt 0.564918 0.341831</w:t>
        <w:br/>
        <w:t>vt 0.584118 0.330587</w:t>
        <w:br/>
        <w:t>vt 0.246273 0.578773</w:t>
        <w:br/>
        <w:t>vt 0.242033 0.553000</w:t>
        <w:br/>
        <w:t>vt 0.216815 0.573964</w:t>
        <w:br/>
        <w:t>vt 0.213060 0.551067</w:t>
        <w:br/>
        <w:t>vt 0.194422 0.567672</w:t>
        <w:br/>
        <w:t>vt 0.194322 0.550367</w:t>
        <w:br/>
        <w:t>vt 0.178593 0.563046</w:t>
        <w:br/>
        <w:t>vt 0.178718 0.548590</w:t>
        <w:br/>
        <w:t>vt 0.147555 0.544297</w:t>
        <w:br/>
        <w:t>vt 0.164135 0.546531</w:t>
        <w:br/>
        <w:t>vt 0.163209 0.558001</w:t>
        <w:br/>
        <w:t>vt 0.146361 0.552569</w:t>
        <w:br/>
        <w:t>vt 0.134063 0.541758</w:t>
        <w:br/>
        <w:t>vt 0.132741 0.548024</w:t>
        <w:br/>
        <w:t>vt 0.125101 0.539286</w:t>
        <w:br/>
        <w:t>vt 0.123970 0.543962</w:t>
        <w:br/>
        <w:t>vt 0.241435 0.531024</w:t>
        <w:br/>
        <w:t>vt 0.214695 0.531024</w:t>
        <w:br/>
        <w:t>vt 0.196202 0.531024</w:t>
        <w:br/>
        <w:t>vt 0.179571 0.531024</w:t>
        <w:br/>
        <w:t>vt 0.148030 0.531024</w:t>
        <w:br/>
        <w:t>vt 0.164751 0.531024</w:t>
        <w:br/>
        <w:t>vt 0.135144 0.531024</w:t>
        <w:br/>
        <w:t>vt 0.126603 0.531024</w:t>
        <w:br/>
        <w:t>vt 0.117878 0.537146</w:t>
        <w:br/>
        <w:t>vt 0.109037 0.533285</w:t>
        <w:br/>
        <w:t>vt 0.110207 0.531024</w:t>
        <w:br/>
        <w:t>vt 0.120075 0.531024</w:t>
        <w:br/>
        <w:t>vt 0.116394 0.540120</w:t>
        <w:br/>
        <w:t>vt 0.108604 0.534389</w:t>
        <w:br/>
        <w:t>vt 0.485117 0.379645</w:t>
        <w:br/>
        <w:t>vt 0.489527 0.393834</w:t>
        <w:br/>
        <w:t>vt 0.463445 0.399110</w:t>
        <w:br/>
        <w:t>vt 0.456907 0.382902</w:t>
        <w:br/>
        <w:t>vt 0.431845 0.395131</w:t>
        <w:br/>
        <w:t>vt 0.429519 0.384060</w:t>
        <w:br/>
        <w:t>vt 0.398557 0.388211</w:t>
        <w:br/>
        <w:t>vt 0.398039 0.383349</w:t>
        <w:br/>
        <w:t>vt 0.510563 0.377394</w:t>
        <w:br/>
        <w:t>vt 0.598710 0.321800</w:t>
        <w:br/>
        <w:t>vt 0.608888 0.316842</w:t>
        <w:br/>
        <w:t>vt 0.607042 0.311759</w:t>
        <w:br/>
        <w:t>vt 0.621780 0.311252</w:t>
        <w:br/>
        <w:t>vt 0.121231 0.548523</w:t>
        <w:br/>
        <w:t>vt 0.123970 0.543962</w:t>
        <w:br/>
        <w:t>vt 0.132741 0.548024</w:t>
        <w:br/>
        <w:t>vt 0.129040 0.555718</w:t>
        <w:br/>
        <w:t>vt 0.100684 0.531024</w:t>
        <w:br/>
        <w:t>vt 0.108604 0.534389</w:t>
        <w:br/>
        <w:t>vt 0.107722 0.535409</w:t>
        <w:br/>
        <w:t>vt 0.146361 0.552569</w:t>
        <w:br/>
        <w:t>vt 0.142105 0.565488</w:t>
        <w:br/>
        <w:t>vt 0.163209 0.558001</w:t>
        <w:br/>
        <w:t>vt 0.159116 0.576708</w:t>
        <w:br/>
        <w:t>vt 0.178593 0.563046</w:t>
        <w:br/>
        <w:t>vt 0.176138 0.586437</w:t>
        <w:br/>
        <w:t>vt 0.223442 0.590473</w:t>
        <w:br/>
        <w:t>vt 0.216815 0.573964</w:t>
        <w:br/>
        <w:t>vt 0.246273 0.578773</w:t>
        <w:br/>
        <w:t>vt 0.249792 0.589119</w:t>
        <w:br/>
        <w:t>vt 0.272670 0.579063</w:t>
        <w:br/>
        <w:t>vt 0.274259 0.584787</w:t>
        <w:br/>
        <w:t>vt 0.575300 0.413278</w:t>
        <w:br/>
        <w:t>vt 0.574599 0.420550</w:t>
        <w:br/>
        <w:t>vt 0.565433 0.417991</w:t>
        <w:br/>
        <w:t>vt 0.566254 0.408535</w:t>
        <w:br/>
        <w:t>vt 0.604299 0.423330</w:t>
        <w:br/>
        <w:t>vt 0.593763 0.422866</w:t>
        <w:br/>
        <w:t>vt 0.593759 0.420237</w:t>
        <w:br/>
        <w:t>vt 0.551327 0.414716</w:t>
        <w:br/>
        <w:t>vt 0.551670 0.403968</w:t>
        <w:br/>
        <w:t>vt 0.533607 0.411338</w:t>
        <w:br/>
        <w:t>vt 0.533360 0.396754</w:t>
        <w:br/>
        <w:t>vt 0.516826 0.408289</w:t>
        <w:br/>
        <w:t>vt 0.511419 0.391848</w:t>
        <w:br/>
        <w:t>vt 0.510563 0.377394</w:t>
        <w:br/>
        <w:t>vt 0.198893 0.594286</w:t>
        <w:br/>
        <w:t>vt 0.194422 0.567672</w:t>
        <w:br/>
        <w:t>vt 0.495265 0.408761</w:t>
        <w:br/>
        <w:t>vt 0.374253 0.382796</w:t>
        <w:br/>
        <w:t>vt 0.486750 0.185421</w:t>
        <w:br/>
        <w:t>vt 0.481266 0.168540</w:t>
        <w:br/>
        <w:t>vt 0.504167 0.164974</w:t>
        <w:br/>
        <w:t>vt 0.506954 0.178359</w:t>
        <w:br/>
        <w:t>vt 0.522557 0.163773</w:t>
        <w:br/>
        <w:t>vt 0.525522 0.175931</w:t>
        <w:br/>
        <w:t>vt 0.539663 0.166705</w:t>
        <w:br/>
        <w:t>vt 0.540052 0.175714</w:t>
        <w:br/>
        <w:t>vt 0.551262 0.172605</w:t>
        <w:br/>
        <w:t>vt 0.549390 0.178436</w:t>
        <w:br/>
        <w:t>vt 0.557156 0.181726</w:t>
        <w:br/>
        <w:t>vt 0.557975 0.177186</w:t>
        <w:br/>
        <w:t>vt 0.566444 0.184619</w:t>
        <w:br/>
        <w:t>vt 0.565940 0.187040</w:t>
        <w:br/>
        <w:t>vt 0.537472 0.637519</w:t>
        <w:br/>
        <w:t>vt 0.537895 0.646601</w:t>
        <w:br/>
        <w:t>vt 0.527314 0.647606</w:t>
        <w:br/>
        <w:t>vt 0.526106 0.637654</w:t>
        <w:br/>
        <w:t>vt 0.561501 0.643832</w:t>
        <w:br/>
        <w:t>vt 0.560823 0.649587</w:t>
        <w:br/>
        <w:t>vt 0.550336 0.647786</w:t>
        <w:br/>
        <w:t>vt 0.551310 0.640070</w:t>
        <w:br/>
        <w:t>vt 0.571667 0.652761</w:t>
        <w:br/>
        <w:t>vt 0.570404 0.648063</w:t>
        <w:br/>
        <w:t>vt 0.586939 0.658881</w:t>
        <w:br/>
        <w:t>vt 0.539302 0.656611</w:t>
        <w:br/>
        <w:t>vt 0.537895 0.646601</w:t>
        <w:br/>
        <w:t>vt 0.550336 0.647786</w:t>
        <w:br/>
        <w:t>vt 0.549587 0.655814</w:t>
        <w:br/>
        <w:t>vt 0.569413 0.655486</w:t>
        <w:br/>
        <w:t>vt 0.560167 0.655425</w:t>
        <w:br/>
        <w:t>vt 0.560823 0.649587</w:t>
        <w:br/>
        <w:t>vt 0.571667 0.652761</w:t>
        <w:br/>
        <w:t>vt 0.527314 0.647606</w:t>
        <w:br/>
        <w:t>vt 0.529716 0.657717</w:t>
        <w:br/>
        <w:t>vt 0.519562 0.660249</w:t>
        <w:br/>
        <w:t>vt 0.515418 0.649889</w:t>
        <w:br/>
        <w:t>vt 0.504308 0.653521</w:t>
        <w:br/>
        <w:t>vt 0.510369 0.663842</w:t>
        <w:br/>
        <w:t>vt 0.490256 0.674915</w:t>
        <w:br/>
        <w:t>vt 0.483075 0.664349</w:t>
        <w:br/>
        <w:t>vt 0.473214 0.689004</w:t>
        <w:br/>
        <w:t>vt 0.462658 0.678379</w:t>
        <w:br/>
        <w:t>vt 0.483075 0.664349</w:t>
        <w:br/>
        <w:t>vt 0.462658 0.678379</w:t>
        <w:br/>
        <w:t>vt 0.460894 0.663350</w:t>
        <w:br/>
        <w:t>vt 0.482129 0.650678</w:t>
        <w:br/>
        <w:t>vt 0.504308 0.653521</w:t>
        <w:br/>
        <w:t>vt 0.503215 0.641989</w:t>
        <w:br/>
        <w:t>vt 0.515418 0.649889</w:t>
        <w:br/>
        <w:t>vt 0.514170 0.639179</w:t>
        <w:br/>
        <w:t>vt 0.586939 0.658881</w:t>
        <w:br/>
        <w:t>vt 0.028881 0.775261</w:t>
        <w:br/>
        <w:t>vt 0.030490 0.790206</w:t>
        <w:br/>
        <w:t>vt 0.013002 0.780711</w:t>
        <w:br/>
        <w:t>vt 0.013002 0.766100</w:t>
        <w:br/>
        <w:t>vt 0.164802 0.097042</w:t>
        <w:br/>
        <w:t>vt 0.161100 0.107499</w:t>
        <w:br/>
        <w:t>vt 0.152223 0.104378</w:t>
        <w:br/>
        <w:t>vt 0.154493 0.092220</w:t>
        <w:br/>
        <w:t>vt 0.027582 0.758009</w:t>
        <w:br/>
        <w:t>vt 0.013002 0.748277</w:t>
        <w:br/>
        <w:t>vt 0.177064 0.102580</w:t>
        <w:br/>
        <w:t>vt 0.174052 0.111926</w:t>
        <w:br/>
        <w:t>vt 0.026694 0.741298</w:t>
        <w:br/>
        <w:t>vt 0.013002 0.733848</w:t>
        <w:br/>
        <w:t>vt 0.188464 0.108262</w:t>
        <w:br/>
        <w:t>vt 0.186619 0.115351</w:t>
        <w:br/>
        <w:t>vt 0.013002 0.719386</w:t>
        <w:br/>
        <w:t>vt 0.025911 0.724377</w:t>
        <w:br/>
        <w:t>vt 0.208034 0.118807</w:t>
        <w:br/>
        <w:t>vt 0.198708 0.117834</w:t>
        <w:br/>
        <w:t>vt 0.200049 0.112110</w:t>
        <w:br/>
        <w:t>vt 0.208714 0.114028</w:t>
        <w:br/>
        <w:t>vt 0.023379 0.697713</w:t>
        <w:br/>
        <w:t>vt 0.024674 0.711450</w:t>
        <w:br/>
        <w:t>vt 0.013002 0.709510</w:t>
        <w:br/>
        <w:t>vt 0.013002 0.698240</w:t>
        <w:br/>
        <w:t>vt 0.216448 0.118482</w:t>
        <w:br/>
        <w:t>vt 0.217671 0.114149</w:t>
        <w:br/>
        <w:t>vt 0.013002 0.685967</w:t>
        <w:br/>
        <w:t>vt 0.019909 0.683873</w:t>
        <w:br/>
        <w:t>vt 0.227259 0.117353</w:t>
        <w:br/>
        <w:t>vt 0.227193 0.113862</w:t>
        <w:br/>
        <w:t>vt 0.012673 0.675267</w:t>
        <w:br/>
        <w:t>vt 0.016607 0.673830</w:t>
        <w:br/>
        <w:t>vt 0.235468 0.112556</w:t>
        <w:br/>
        <w:t>vt 0.236570 0.114982</w:t>
        <w:br/>
        <w:t>vt 0.012673 0.666148</w:t>
        <w:br/>
        <w:t>vt 0.014544 0.664896</w:t>
        <w:br/>
        <w:t>vt 0.244240 0.110923</w:t>
        <w:br/>
        <w:t>vt 0.244537 0.112571</w:t>
        <w:br/>
        <w:t>vt 0.013167 0.656847</w:t>
        <w:br/>
        <w:t>vt 0.254170 0.109464</w:t>
        <w:br/>
        <w:t>vt 0.362409 0.428018</w:t>
        <w:br/>
        <w:t>vt 0.370831 0.427405</w:t>
        <w:br/>
        <w:t>vt 0.368228 0.417253</w:t>
        <w:br/>
        <w:t>vt 0.870763 0.817685</w:t>
        <w:br/>
        <w:t>vt 0.851358 0.816021</w:t>
        <w:br/>
        <w:t>vt 0.851358 0.809943</w:t>
        <w:br/>
        <w:t>vt 0.871948 0.809791</w:t>
        <w:br/>
        <w:t>vt 0.851358 0.799454</w:t>
        <w:br/>
        <w:t>vt 0.873144 0.800638</w:t>
        <w:br/>
        <w:t>vt 0.851358 0.779470</w:t>
        <w:br/>
        <w:t>vt 0.851358 0.756793</w:t>
        <w:br/>
        <w:t>vt 0.877457 0.766242</w:t>
        <w:br/>
        <w:t>vt 0.875317 0.785131</w:t>
        <w:br/>
        <w:t>vt 0.851358 0.737606</w:t>
        <w:br/>
        <w:t>vt 0.878492 0.745372</w:t>
        <w:br/>
        <w:t>vt 0.851358 0.721571</w:t>
        <w:br/>
        <w:t>vt 0.878743 0.729704</w:t>
        <w:br/>
        <w:t>vt 0.851358 0.703321</w:t>
        <w:br/>
        <w:t>vt 0.851358 0.689132</w:t>
        <w:br/>
        <w:t>vt 0.879835 0.693247</w:t>
        <w:br/>
        <w:t>vt 0.879093 0.712893</w:t>
        <w:br/>
        <w:t>vt 0.851358 0.672874</w:t>
        <w:br/>
        <w:t>vt 0.881508 0.675252</w:t>
        <w:br/>
        <w:t>vt 0.851358 0.651615</w:t>
        <w:br/>
        <w:t>vt 0.885375 0.650706</w:t>
        <w:br/>
        <w:t>vt 0.071131 0.085932</w:t>
        <w:br/>
        <w:t>vt 0.074753 0.114621</w:t>
        <w:br/>
        <w:t>vt 0.059427 0.118486</w:t>
        <w:br/>
        <w:t>vt 0.851358 0.623064</w:t>
        <w:br/>
        <w:t>vt 0.888231 0.621157</w:t>
        <w:br/>
        <w:t>vt 0.046059 0.121766</w:t>
        <w:br/>
        <w:t>vt 0.046190 0.147148</w:t>
        <w:br/>
        <w:t>vt 0.020307 0.146983</w:t>
        <w:br/>
        <w:t>vt 0.023245 0.115609</w:t>
        <w:br/>
        <w:t>vt 0.075143 0.144925</w:t>
        <w:br/>
        <w:t>vt 0.053574 0.147280</w:t>
        <w:br/>
        <w:t>vt 0.054252 0.129864</w:t>
        <w:br/>
        <w:t>vt 0.851358 0.600626</w:t>
        <w:br/>
        <w:t>vt 0.889358 0.595008</w:t>
        <w:br/>
        <w:t>vt 0.044195 0.170128</w:t>
        <w:br/>
        <w:t>vt 0.017687 0.171697</w:t>
        <w:br/>
        <w:t>vt 0.113100 0.285029</w:t>
        <w:br/>
        <w:t>vt 0.105805 0.283986</w:t>
        <w:br/>
        <w:t>vt 0.111856 0.261909</w:t>
        <w:br/>
        <w:t>vt 0.851358 0.578808</w:t>
        <w:br/>
        <w:t>vt 0.888851 0.569454</w:t>
        <w:br/>
        <w:t>vt 0.042309 0.193252</w:t>
        <w:br/>
        <w:t>vt 0.015477 0.195901</w:t>
        <w:br/>
        <w:t>vt 0.851358 0.558747</w:t>
        <w:br/>
        <w:t>vt 0.885773 0.548117</w:t>
        <w:br/>
        <w:t>vt 0.041191 0.218627</w:t>
        <w:br/>
        <w:t>vt 0.014575 0.218329</w:t>
        <w:br/>
        <w:t>vt 0.851358 0.538530</w:t>
        <w:br/>
        <w:t>vt 0.881116 0.522748</w:t>
        <w:br/>
        <w:t>vt 0.040908 0.243197</w:t>
        <w:br/>
        <w:t>vt 0.014428 0.241127</w:t>
        <w:br/>
        <w:t>vt 0.851358 0.512224</w:t>
        <w:br/>
        <w:t>vt 0.876089 0.501061</w:t>
        <w:br/>
        <w:t>vt 0.041433 0.272575</w:t>
        <w:br/>
        <w:t>vt 0.016708 0.271328</w:t>
        <w:br/>
        <w:t>vt 0.851358 0.493565</w:t>
        <w:br/>
        <w:t>vt 0.870266 0.480173</w:t>
        <w:br/>
        <w:t>vt 0.043733 0.295359</w:t>
        <w:br/>
        <w:t>vt 0.020568 0.293814</w:t>
        <w:br/>
        <w:t>vt 0.851358 0.476609</w:t>
        <w:br/>
        <w:t>vt 0.864339 0.462817</w:t>
        <w:br/>
        <w:t>vt 0.672174 0.173940</w:t>
        <w:br/>
        <w:t>vt 0.650427 0.171489</w:t>
        <w:br/>
        <w:t>vt 0.656730 0.154417</w:t>
        <w:br/>
        <w:t>vt 0.678453 0.153063</w:t>
        <w:br/>
        <w:t>vt 0.650427 0.171489</w:t>
        <w:br/>
        <w:t>vt 0.658821 0.185411</w:t>
        <w:br/>
        <w:t>vt 0.640924 0.181671</w:t>
        <w:br/>
        <w:t>vt 0.667991 0.177272</w:t>
        <w:br/>
        <w:t>vt 0.672174 0.173940</w:t>
        <w:br/>
        <w:t>vt 0.851358 0.464243</w:t>
        <w:br/>
        <w:t>vt 0.859174 0.450808</w:t>
        <w:br/>
        <w:t>vt 0.633416 0.171234</w:t>
        <w:br/>
        <w:t>vt 0.639152 0.157030</w:t>
        <w:br/>
        <w:t>vt 0.628509 0.179950</w:t>
        <w:br/>
        <w:t>vt 0.633416 0.171234</w:t>
        <w:br/>
        <w:t>vt 0.851358 0.454537</w:t>
        <w:br/>
        <w:t>vt 0.856323 0.445319</w:t>
        <w:br/>
        <w:t>vt 0.621454 0.171632</w:t>
        <w:br/>
        <w:t>vt 0.625033 0.159995</w:t>
        <w:br/>
        <w:t>vt 0.616382 0.178965</w:t>
        <w:br/>
        <w:t>vt 0.621454 0.171632</w:t>
        <w:br/>
        <w:t>vt 0.854966 0.440655</w:t>
        <w:br/>
        <w:t>vt 0.851358 0.444930</w:t>
        <w:br/>
        <w:t>vt 0.851358 0.438296</w:t>
        <w:br/>
        <w:t>vt 0.854744 0.436768</w:t>
        <w:br/>
        <w:t>vt 0.608857 0.172966</w:t>
        <w:br/>
        <w:t>vt 0.600893 0.174216</w:t>
        <w:br/>
        <w:t>vt 0.600689 0.167726</w:t>
        <w:br/>
        <w:t>vt 0.610294 0.164257</w:t>
        <w:br/>
        <w:t>vt 0.606556 0.179044</w:t>
        <w:br/>
        <w:t>vt 0.597704 0.179685</w:t>
        <w:br/>
        <w:t>vt 0.600893 0.174216</w:t>
        <w:br/>
        <w:t>vt 0.608857 0.172966</w:t>
        <w:br/>
        <w:t>vt 0.851358 0.429860</w:t>
        <w:br/>
        <w:t>vt 0.851358 0.422606</w:t>
        <w:br/>
        <w:t>vt 0.853097 0.422536</w:t>
        <w:br/>
        <w:t>vt 0.854160 0.429044</w:t>
        <w:br/>
        <w:t>vt 0.591425 0.176652</w:t>
        <w:br/>
        <w:t>vt 0.583302 0.179583</w:t>
        <w:br/>
        <w:t>vt 0.582747 0.177876</w:t>
        <w:br/>
        <w:t>vt 0.590526 0.172669</w:t>
        <w:br/>
        <w:t>vt 0.590701 0.180409</w:t>
        <w:br/>
        <w:t>vt 0.583902 0.181362</w:t>
        <w:br/>
        <w:t>vt 0.592912 0.184542</w:t>
        <w:br/>
        <w:t>vt 0.590701 0.180409</w:t>
        <w:br/>
        <w:t>vt 0.597704 0.179685</w:t>
        <w:br/>
        <w:t>vt 0.603052 0.185618</w:t>
        <w:br/>
        <w:t>vt 0.076030 0.068370</w:t>
        <w:br/>
        <w:t>vt 0.080803 0.088248</w:t>
        <w:br/>
        <w:t>vt 0.088256 0.115545</w:t>
        <w:br/>
        <w:t>vt 0.092450 0.149095</w:t>
        <w:br/>
        <w:t>vt 0.093649 0.178342</w:t>
        <w:br/>
        <w:t>vt 0.076896 0.171651</w:t>
        <w:br/>
        <w:t>vt 0.092490 0.205856</w:t>
        <w:br/>
        <w:t>vt 0.075936 0.197806</w:t>
        <w:br/>
        <w:t>vt 0.090910 0.227873</w:t>
        <w:br/>
        <w:t>vt 0.074628 0.221932</w:t>
        <w:br/>
        <w:t>vt 0.090519 0.253579</w:t>
        <w:br/>
        <w:t>vt 0.074942 0.247481</w:t>
        <w:br/>
        <w:t>vt 0.089937 0.274149</w:t>
        <w:br/>
        <w:t>vt 0.076189 0.275290</w:t>
        <w:br/>
        <w:t>vt 0.092536 0.293928</w:t>
        <w:br/>
        <w:t>vt 0.080527 0.296804</w:t>
        <w:br/>
        <w:t>vt 0.640721 0.192074</w:t>
        <w:br/>
        <w:t>vt 0.640924 0.181671</w:t>
        <w:br/>
        <w:t>vt 0.658821 0.185411</w:t>
        <w:br/>
        <w:t>vt 0.656900 0.197035</w:t>
        <w:br/>
        <w:t>vt 0.627645 0.188510</w:t>
        <w:br/>
        <w:t>vt 0.628509 0.179950</w:t>
        <w:br/>
        <w:t>vt 0.618839 0.187290</w:t>
        <w:br/>
        <w:t>vt 0.616382 0.178965</w:t>
        <w:br/>
        <w:t>vt 0.606556 0.179044</w:t>
        <w:br/>
        <w:t>vt 0.610176 0.186525</w:t>
        <w:br/>
        <w:t>vt 0.584748 0.183424</w:t>
        <w:br/>
        <w:t>vt 0.583902 0.181362</w:t>
        <w:br/>
        <w:t>vt 0.053819 0.170173</w:t>
        <w:br/>
        <w:t>vt 0.054815 0.194990</w:t>
        <w:br/>
        <w:t>vt 0.057066 0.219748</w:t>
        <w:br/>
        <w:t>vt 0.074942 0.247481</w:t>
        <w:br/>
        <w:t>vt 0.059260 0.244071</w:t>
        <w:br/>
        <w:t>vt 0.076189 0.275290</w:t>
        <w:br/>
        <w:t>vt 0.063438 0.272178</w:t>
        <w:br/>
        <w:t>vt 0.080527 0.296804</w:t>
        <w:br/>
        <w:t>vt 0.068017 0.293301</w:t>
        <w:br/>
        <w:t>vt 0.118236 0.262731</w:t>
        <w:br/>
        <w:t>vt 0.113100 0.285029</w:t>
        <w:br/>
        <w:t>vt 0.116012 0.262660</w:t>
        <w:br/>
        <w:t>vt 0.106945 0.261280</w:t>
        <w:br/>
        <w:t>vt 0.114032 0.238731</w:t>
        <w:br/>
        <w:t>vt 0.107240 0.236473</w:t>
        <w:br/>
        <w:t>vt 0.115330 0.212564</w:t>
        <w:br/>
        <w:t>vt 0.106287 0.211553</w:t>
        <w:br/>
        <w:t>vt 0.116096 0.186847</w:t>
        <w:br/>
        <w:t>vt 0.106026 0.187111</w:t>
        <w:br/>
        <w:t>vt 0.116038 0.158908</w:t>
        <w:br/>
        <w:t>vt 0.103833 0.158608</w:t>
        <w:br/>
        <w:t>vt 0.115011 0.137246</w:t>
        <w:br/>
        <w:t>vt 0.101315 0.137152</w:t>
        <w:br/>
        <w:t>vt 0.131544 0.138588</w:t>
        <w:br/>
        <w:t>vt 0.131219 0.161492</w:t>
        <w:br/>
        <w:t>vt 0.125703 0.160157</w:t>
        <w:br/>
        <w:t>vt 0.125555 0.137943</w:t>
        <w:br/>
        <w:t>vt 0.128496 0.190630</w:t>
        <w:br/>
        <w:t>vt 0.123836 0.189591</w:t>
        <w:br/>
        <w:t>vt 0.126368 0.215014</w:t>
        <w:br/>
        <w:t>vt 0.122290 0.214293</w:t>
        <w:br/>
        <w:t>vt 0.122359 0.240045</w:t>
        <w:br/>
        <w:t>vt 0.118986 0.239848</w:t>
        <w:br/>
        <w:t>vt 0.029487 0.627535</w:t>
        <w:br/>
        <w:t>vt 0.028154 0.632862</w:t>
        <w:br/>
        <w:t>vt 0.020367 0.614456</w:t>
        <w:br/>
        <w:t>vt 0.023289 0.612380</w:t>
        <w:br/>
        <w:t>vt 0.122405 0.120035</w:t>
        <w:br/>
        <w:t>vt 0.127784 0.120066</w:t>
        <w:br/>
        <w:t>vt 0.102419 0.122095</w:t>
        <w:br/>
        <w:t>vt 0.113290 0.120124</w:t>
        <w:br/>
        <w:t>vt 0.018739 0.600184</w:t>
        <w:br/>
        <w:t>vt 0.021759 0.597941</w:t>
        <w:br/>
        <w:t>vt 0.117648 0.106689</w:t>
        <w:br/>
        <w:t>vt 0.122661 0.106015</w:t>
        <w:br/>
        <w:t>vt 0.103014 0.108349</w:t>
        <w:br/>
        <w:t>vt 0.111425 0.106940</w:t>
        <w:br/>
        <w:t>vt 0.018839 0.582243</w:t>
        <w:br/>
        <w:t>vt 0.021858 0.579822</w:t>
        <w:br/>
        <w:t>vt 0.111668 0.089917</w:t>
        <w:br/>
        <w:t>vt 0.114319 0.088899</w:t>
        <w:br/>
        <w:t>vt 0.102887 0.090659</w:t>
        <w:br/>
        <w:t>vt 0.107629 0.090437</w:t>
        <w:br/>
        <w:t>vt 0.023162 0.564143</w:t>
        <w:br/>
        <w:t>vt 0.103597 0.076558</w:t>
        <w:br/>
        <w:t>vt 0.103597 0.076558</w:t>
        <w:br/>
        <w:t>vt 0.116038 0.158908</w:t>
        <w:br/>
        <w:t>vt 0.115011 0.137246</w:t>
        <w:br/>
        <w:t>vt 0.116096 0.186847</w:t>
        <w:br/>
        <w:t>vt 0.115330 0.212564</w:t>
        <w:br/>
        <w:t>vt 0.114032 0.238731</w:t>
        <w:br/>
        <w:t>vt 0.111856 0.261909</w:t>
        <w:br/>
        <w:t>vt 0.113290 0.120124</w:t>
        <w:br/>
        <w:t>vt 0.111425 0.106940</w:t>
        <w:br/>
        <w:t>vt 0.107629 0.090437</w:t>
        <w:br/>
        <w:t>vt 0.851358 0.417838</w:t>
        <w:br/>
        <w:t>vt 0.577697 0.182744</w:t>
        <w:br/>
        <w:t>vt 0.577697 0.182744</w:t>
        <w:br/>
        <w:t>vt 0.039280 0.093797</w:t>
        <w:br/>
        <w:t>vt 0.044341 0.112367</w:t>
        <w:br/>
        <w:t>vt 0.024169 0.092468</w:t>
        <w:br/>
        <w:t>vt 0.023888 0.075053</w:t>
        <w:br/>
        <w:t>vt 0.034274 0.076984</w:t>
        <w:br/>
        <w:t>vt 0.022801 0.059341</w:t>
        <w:br/>
        <w:t>vt 0.029368 0.060243</w:t>
        <w:br/>
        <w:t>vt 0.019164 0.038768</w:t>
        <w:br/>
        <w:t>vt 0.022639 0.039081</w:t>
        <w:br/>
        <w:t>vt 0.016704 0.020511</w:t>
        <w:br/>
        <w:t>vt 0.046190 0.147148</w:t>
        <w:br/>
        <w:t>vt 0.046059 0.121766</w:t>
        <w:br/>
        <w:t>vt 0.386506 0.567658</w:t>
        <w:br/>
        <w:t>vt 0.374240 0.385100</w:t>
        <w:br/>
        <w:t>vt 0.556410 0.468211</w:t>
        <w:br/>
        <w:t>vt 0.296124 0.578721</w:t>
        <w:br/>
        <w:t>vt 0.304223 0.462744</w:t>
        <w:br/>
        <w:t>vt 0.279010 0.464768</w:t>
        <w:br/>
        <w:t>vt 0.279147 0.466545</w:t>
        <w:br/>
        <w:t>vt 0.179158 0.405688</w:t>
        <w:br/>
        <w:t>vt 0.143110 0.100999</w:t>
        <w:br/>
        <w:t>vt 0.144466 0.087597</w:t>
        <w:br/>
        <w:t>vt 0.605833 0.306171</w:t>
        <w:br/>
        <w:t>vt 0.114417 0.542391</w:t>
        <w:br/>
        <w:t>vt 0.116394 0.540120</w:t>
        <w:br/>
        <w:t>vt 0.583465 0.416760</w:t>
        <w:br/>
        <w:t>vt 0.583395 0.422019</w:t>
        <w:br/>
        <w:t>vt 0.100684 0.531024</w:t>
        <w:br/>
        <w:t>vt 0.574206 0.193260</w:t>
        <w:br/>
        <w:t>vt 0.402553 0.545486</w:t>
        <w:br/>
        <w:t>vt 0.403748 0.564433</w:t>
        <w:br/>
        <w:t>vt 0.754128 0.102100</w:t>
        <w:br/>
        <w:t>vt 0.754487 0.108452</w:t>
        <w:br/>
        <w:t>vt 0.681675 0.656429</w:t>
        <w:br/>
        <w:t>vt 0.788965 0.074089</w:t>
        <w:br/>
        <w:t>vt 0.788965 0.074089</w:t>
        <w:br/>
        <w:t>vt 0.788965 0.074089</w:t>
        <w:br/>
        <w:t>vt 0.186619 0.115351</w:t>
        <w:br/>
        <w:t>vt 0.189387 0.126813</w:t>
        <w:br/>
        <w:t>vt 0.176123 0.126520</w:t>
        <w:br/>
        <w:t>vt 0.174052 0.111926</w:t>
        <w:br/>
        <w:t>vt 0.161884 0.124910</w:t>
        <w:br/>
        <w:t>vt 0.161100 0.107499</w:t>
        <w:br/>
        <w:t>vt 0.150551 0.123249</w:t>
        <w:br/>
        <w:t>vt 0.152223 0.104378</w:t>
        <w:br/>
        <w:t>vt 0.138664 0.121168</w:t>
        <w:br/>
        <w:t>vt 0.143110 0.100999</w:t>
        <w:br/>
        <w:t>vt 0.198708 0.117834</w:t>
        <w:br/>
        <w:t>vt 0.200598 0.127330</w:t>
        <w:br/>
        <w:t>vt 0.208034 0.118807</w:t>
        <w:br/>
        <w:t>vt 0.208824 0.127548</w:t>
        <w:br/>
        <w:t>vt 0.216448 0.118482</w:t>
        <w:br/>
        <w:t>vt 0.218835 0.127386</w:t>
        <w:br/>
        <w:t>vt 0.227259 0.117353</w:t>
        <w:br/>
        <w:t>vt 0.228139 0.123640</w:t>
        <w:br/>
        <w:t>vt 0.236570 0.114982</w:t>
        <w:br/>
        <w:t>vt 0.235979 0.118915</w:t>
        <w:br/>
        <w:t>vt 0.244537 0.112571</w:t>
        <w:br/>
        <w:t>vt 0.244799 0.114811</w:t>
        <w:br/>
        <w:t>vt 0.254170 0.109464</w:t>
        <w:br/>
        <w:t>vt 0.706944 0.196624</w:t>
        <w:br/>
        <w:t>vt 0.702912 0.175856</w:t>
        <w:br/>
        <w:t>vt 0.729107 0.177083</w:t>
        <w:br/>
        <w:t>vt 0.732747 0.193903</w:t>
        <w:br/>
        <w:t>vt 0.678908 0.194480</w:t>
        <w:br/>
        <w:t>vt 0.678300 0.170760</w:t>
        <w:br/>
        <w:t>vt 0.740393 0.175667</w:t>
        <w:br/>
        <w:t>vt 0.744901 0.189696</w:t>
        <w:br/>
        <w:t>vt 0.756753 0.182972</w:t>
        <w:br/>
        <w:t>vt 0.751656 0.171403</w:t>
        <w:br/>
        <w:t>vt 0.761232 0.165604</w:t>
        <w:br/>
        <w:t>vt 0.766256 0.174207</w:t>
        <w:br/>
        <w:t>vt 0.774873 0.160743</w:t>
        <w:br/>
        <w:t>vt 0.768753 0.156259</w:t>
        <w:br/>
        <w:t>vt 0.775693 0.145935</w:t>
        <w:br/>
        <w:t>vt 0.780917 0.149936</w:t>
        <w:br/>
        <w:t>vt 0.784617 0.139347</w:t>
        <w:br/>
        <w:t>vt 0.780697 0.136102</w:t>
        <w:br/>
        <w:t>vt 0.790116 0.117572</w:t>
        <w:br/>
        <w:t>vt 0.196970 0.027290</w:t>
        <w:br/>
        <w:t>vt 0.197430 0.011570</w:t>
        <w:br/>
        <w:t>vt 0.189210 0.012210</w:t>
        <w:br/>
        <w:t>vt 0.189270 0.027940</w:t>
        <w:br/>
        <w:t>vt 0.180260 0.012650</w:t>
        <w:br/>
        <w:t>vt 0.180730 0.028410</w:t>
        <w:br/>
        <w:t>vt 0.206500 0.028120</w:t>
        <w:br/>
        <w:t>vt 0.207750 0.011570</w:t>
        <w:br/>
        <w:t>vt 0.168400 0.012680</w:t>
        <w:br/>
        <w:t>vt 0.169800 0.029170</w:t>
        <w:br/>
        <w:t>vt 0.218120 0.028330</w:t>
        <w:br/>
        <w:t>vt 0.219290 0.011570</w:t>
        <w:br/>
        <w:t>vt 0.157850 0.013030</w:t>
        <w:br/>
        <w:t>vt 0.159850 0.030330</w:t>
        <w:br/>
        <w:t>vt 0.246470 0.013600</w:t>
        <w:br/>
        <w:t>vt 0.245640 0.029700</w:t>
        <w:br/>
        <w:t>vt 0.206500 0.028120</w:t>
        <w:br/>
        <w:t>vt 0.196970 0.027290</w:t>
        <w:br/>
        <w:t>vt 0.201080 0.039150</w:t>
        <w:br/>
        <w:t>vt 0.208180 0.039840</w:t>
        <w:br/>
        <w:t>vt 0.218120 0.028330</w:t>
        <w:br/>
        <w:t>vt 0.219040 0.040420</w:t>
        <w:br/>
        <w:t>vt 0.242020 0.040750</w:t>
        <w:br/>
        <w:t>vt 0.245640 0.029700</w:t>
        <w:br/>
        <w:t>vt 0.180730 0.028410</w:t>
        <w:br/>
        <w:t>vt 0.169800 0.029170</w:t>
        <w:br/>
        <w:t>vt 0.173080 0.040020</w:t>
        <w:br/>
        <w:t>vt 0.184230 0.039560</w:t>
        <w:br/>
        <w:t>vt 0.193380 0.039300</w:t>
        <w:br/>
        <w:t>vt 0.189270 0.027940</w:t>
        <w:br/>
        <w:t>vt 0.200910 0.056900</w:t>
        <w:br/>
        <w:t>vt 0.207720 0.057160</w:t>
        <w:br/>
        <w:t>vt 0.208180 0.039840</w:t>
        <w:br/>
        <w:t>vt 0.201080 0.039150</w:t>
        <w:br/>
        <w:t>vt 0.218710 0.057070</w:t>
        <w:br/>
        <w:t>vt 0.219040 0.040420</w:t>
        <w:br/>
        <w:t>vt 0.193380 0.039300</w:t>
        <w:br/>
        <w:t>vt 0.193540 0.056360</w:t>
        <w:br/>
        <w:t>vt 0.240860 0.055970</w:t>
        <w:br/>
        <w:t>vt 0.242020 0.040750</w:t>
        <w:br/>
        <w:t>vt 0.184230 0.039560</w:t>
        <w:br/>
        <w:t>vt 0.185140 0.055780</w:t>
        <w:br/>
        <w:t>vt 0.173080 0.040020</w:t>
        <w:br/>
        <w:t>vt 0.174130 0.055240</w:t>
        <w:br/>
        <w:t>vt 0.163620 0.040800</w:t>
        <w:br/>
        <w:t>vt 0.159850 0.030330</w:t>
        <w:br/>
        <w:t>vt 0.163620 0.040800</w:t>
        <w:br/>
        <w:t>vt 0.164770 0.055210</w:t>
        <w:br/>
        <w:t>vt 0.220750 0.212170</w:t>
        <w:br/>
        <w:t>vt 0.220390 0.220330</w:t>
        <w:br/>
        <w:t>vt 0.231910 0.220090</w:t>
        <w:br/>
        <w:t>vt 0.232520 0.211960</w:t>
        <w:br/>
        <w:t>vt 0.242960 0.218760</w:t>
        <w:br/>
        <w:t>vt 0.243750 0.210840</w:t>
        <w:br/>
        <w:t>vt 0.231910 0.220090</w:t>
        <w:br/>
        <w:t>vt 0.231230 0.239260</w:t>
        <w:br/>
        <w:t>vt 0.242990 0.238300</w:t>
        <w:br/>
        <w:t>vt 0.230100 0.255930</w:t>
        <w:br/>
        <w:t>vt 0.243350 0.255970</w:t>
        <w:br/>
        <w:t>vt 0.230280 0.266390</w:t>
        <w:br/>
        <w:t>vt 0.244750 0.266100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0.213650 0.265430</w:t>
        <w:br/>
        <w:t>vt 0.204320 0.253100</w:t>
        <w:br/>
        <w:t>vt 0.200670 0.263420</w:t>
        <w:br/>
        <w:t>vt 0.196840 0.235200</w:t>
        <w:br/>
        <w:t>vt 0.191080 0.249760</w:t>
        <w:br/>
        <w:t>vt 0.185450 0.259060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0.189780 0.219340</w:t>
        <w:br/>
        <w:t>vt 0.185540 0.231940</w:t>
        <w:br/>
        <w:t>vt 0.178450 0.244800</w:t>
        <w:br/>
        <w:t>vt 0.171710 0.252620</w:t>
        <w:br/>
        <w:t>vt 0.181360 0.217910</w:t>
        <w:br/>
        <w:t>vt 0.176730 0.227630</w:t>
        <w:br/>
        <w:t>vt 0.180040 0.210690</w:t>
        <w:br/>
        <w:t>vt 0.181360 0.217910</w:t>
        <w:br/>
        <w:t>vt 0.167370 0.238250</w:t>
        <w:br/>
        <w:t>vt 0.159850 0.243850</w:t>
        <w:br/>
        <w:t>vt 0.160480 0.231230</w:t>
        <w:br/>
        <w:t>vt 0.152100 0.234830</w:t>
        <w:br/>
        <w:t>vt 0.175480 0.216340</w:t>
        <w:br/>
        <w:t>vt 0.175480 0.216340</w:t>
        <w:br/>
        <w:t>vt 0.170720 0.223420</w:t>
        <w:br/>
        <w:t>vt 0.166180 0.217870</w:t>
        <w:br/>
        <w:t>vt 0.154400 0.221770</w:t>
        <w:br/>
        <w:t>vt 0.145820 0.222910</w:t>
        <w:br/>
        <w:t>vt 0.169360 0.214480</w:t>
        <w:br/>
        <w:t>vt 0.173640 0.210320</w:t>
        <w:br/>
        <w:t>vt 0.169360 0.214480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0.143640 0.213140</w:t>
        <w:br/>
        <w:t>vt 0.151350 0.204780</w:t>
        <w:br/>
        <w:t>vt 0.151500 0.213460</w:t>
        <w:br/>
        <w:t>vt 0.244510 0.191660</w:t>
        <w:br/>
        <w:t>vt 0.241250 0.159180</w:t>
        <w:br/>
        <w:t>vt 0.227940 0.161570</w:t>
        <w:br/>
        <w:t>vt 0.232610 0.193350</w:t>
        <w:br/>
        <w:t>vt 0.174830 0.199490</w:t>
        <w:br/>
        <w:t>vt 0.168340 0.202290</w:t>
        <w:br/>
        <w:t>vt 0.173640 0.210320</w:t>
        <w:br/>
        <w:t>vt 0.180040 0.210690</w:t>
        <w:br/>
        <w:t>vt 0.196610 0.196640</w:t>
        <w:br/>
        <w:t>vt 0.184770 0.197570</w:t>
        <w:br/>
        <w:t>vt 0.188550 0.210930</w:t>
        <w:br/>
        <w:t>vt 0.199940 0.211220</w:t>
        <w:br/>
        <w:t>vt 0.211420 0.211780</w:t>
        <w:br/>
        <w:t>vt 0.209090 0.196080</w:t>
        <w:br/>
        <w:t>vt 0.220750 0.212170</w:t>
        <w:br/>
        <w:t>vt 0.219400 0.195380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0.150730 0.193400</w:t>
        <w:br/>
        <w:t>vt 0.151350 0.204780</w:t>
        <w:br/>
        <w:t>vt 0.160680 0.208460</w:t>
        <w:br/>
        <w:t>vt 0.155380 0.188400</w:t>
        <w:br/>
        <w:t>vt 0.213630 0.164320</w:t>
        <w:br/>
        <w:t>vt 0.201090 0.167360</w:t>
        <w:br/>
        <w:t>vt 0.187290 0.171150</w:t>
        <w:br/>
        <w:t>vt 0.167610 0.209770</w:t>
        <w:br/>
        <w:t>vt 0.258270 0.265320</w:t>
        <w:br/>
        <w:t>vt 0.143640 0.213140</w:t>
        <w:br/>
        <w:t>vt 0.144750 0.203730</w:t>
        <w:br/>
        <w:t>vt 0.258270 0.155470</w:t>
        <w:br/>
        <w:t>vt 0.175470 0.175490</w:t>
        <w:br/>
        <w:t>vt 0.163330 0.182060</w:t>
        <w:br/>
        <w:t>vt 0.144750 0.203730</w:t>
        <w:br/>
        <w:t>vt 0.206970 0.127700</w:t>
        <w:br/>
        <w:t>vt 0.215930 0.127870</w:t>
        <w:br/>
        <w:t>vt 0.215060 0.109680</w:t>
        <w:br/>
        <w:t>vt 0.206710 0.109610</w:t>
        <w:br/>
        <w:t>vt 0.195490 0.127650</w:t>
        <w:br/>
        <w:t>vt 0.195910 0.109130</w:t>
        <w:br/>
        <w:t>vt 0.185040 0.127590</w:t>
        <w:br/>
        <w:t>vt 0.185730 0.108190</w:t>
        <w:br/>
        <w:t>vt 0.215060 0.109680</w:t>
        <w:br/>
        <w:t>vt 0.219310 0.098930</w:t>
        <w:br/>
        <w:t>vt 0.210320 0.098170</w:t>
        <w:br/>
        <w:t>vt 0.206710 0.109610</w:t>
        <w:br/>
        <w:t>vt 0.199480 0.097340</w:t>
        <w:br/>
        <w:t>vt 0.195910 0.109130</w:t>
        <w:br/>
        <w:t>vt 0.223770 0.109190</w:t>
        <w:br/>
        <w:t>vt 0.226620 0.099380</w:t>
        <w:br/>
        <w:t>vt 0.224790 0.127760</w:t>
        <w:br/>
        <w:t>vt 0.223770 0.109190</w:t>
        <w:br/>
        <w:t>vt 0.232360 0.109030</w:t>
        <w:br/>
        <w:t>vt 0.234330 0.098910</w:t>
        <w:br/>
        <w:t>vt 0.232360 0.109030</w:t>
        <w:br/>
        <w:t>vt 0.233610 0.127720</w:t>
        <w:br/>
        <w:t>vt 0.245220 0.127310</w:t>
        <w:br/>
        <w:t>vt 0.244080 0.109030</w:t>
        <w:br/>
        <w:t>vt 0.273840 0.128650</w:t>
        <w:br/>
        <w:t>vt 0.272390 0.109220</w:t>
        <w:br/>
        <w:t>vt 0.244080 0.109030</w:t>
        <w:br/>
        <w:t>vt 0.245430 0.098350</w:t>
        <w:br/>
        <w:t>vt 0.272390 0.109220</w:t>
        <w:br/>
        <w:t>vt 0.268510 0.097660</w:t>
        <w:br/>
        <w:t>vt 0.227490 0.078530</w:t>
        <w:br/>
        <w:t>vt 0.226620 0.099380</w:t>
        <w:br/>
        <w:t>vt 0.234330 0.098910</w:t>
        <w:br/>
        <w:t>vt 0.234210 0.079000</w:t>
        <w:br/>
        <w:t>vt 0.245430 0.098350</w:t>
        <w:br/>
        <w:t>vt 0.244890 0.079140</w:t>
        <w:br/>
        <w:t>vt 0.221550 0.078210</w:t>
        <w:br/>
        <w:t>vt 0.219310 0.098930</w:t>
        <w:br/>
        <w:t>vt 0.268510 0.097660</w:t>
        <w:br/>
        <w:t>vt 0.268110 0.078420</w:t>
        <w:br/>
        <w:t>vt 0.213710 0.077880</w:t>
        <w:br/>
        <w:t>vt 0.210320 0.098170</w:t>
        <w:br/>
        <w:t>vt 0.202940 0.077870</w:t>
        <w:br/>
        <w:t>vt 0.199480 0.097340</w:t>
        <w:br/>
        <w:t>vt 0.190160 0.096180</w:t>
        <w:br/>
        <w:t>vt 0.185730 0.108190</w:t>
        <w:br/>
        <w:t>vt 0.193310 0.077720</w:t>
        <w:br/>
        <w:t>vt 0.190160 0.096180</w:t>
        <w:br/>
        <w:t>vt 0.189210 0.012210</w:t>
        <w:br/>
        <w:t>vt 0.197430 0.011570</w:t>
        <w:br/>
        <w:t>vt 0.196920 0.027330</w:t>
        <w:br/>
        <w:t>vt 0.189270 0.027940</w:t>
        <w:br/>
        <w:t>vt 0.180280 0.012640</w:t>
        <w:br/>
        <w:t>vt 0.180740 0.028410</w:t>
        <w:br/>
        <w:t>vt 0.207740 0.011580</w:t>
        <w:br/>
        <w:t>vt 0.206510 0.028120</w:t>
        <w:br/>
        <w:t>vt 0.168380 0.012640</w:t>
        <w:br/>
        <w:t>vt 0.169800 0.029170</w:t>
        <w:br/>
        <w:t>vt 0.219290 0.011570</w:t>
        <w:br/>
        <w:t>vt 0.218110 0.028330</w:t>
        <w:br/>
        <w:t>vt 0.157700 0.013010</w:t>
        <w:br/>
        <w:t>vt 0.159860 0.030340</w:t>
        <w:br/>
        <w:t>vt 0.246390 0.013590</w:t>
        <w:br/>
        <w:t>vt 0.245640 0.029750</w:t>
        <w:br/>
        <w:t>vt 0.206510 0.028120</w:t>
        <w:br/>
        <w:t>vt 0.208180 0.039840</w:t>
        <w:br/>
        <w:t>vt 0.201080 0.039150</w:t>
        <w:br/>
        <w:t>vt 0.196920 0.027330</w:t>
        <w:br/>
        <w:t>vt 0.218110 0.028330</w:t>
        <w:br/>
        <w:t>vt 0.219040 0.040420</w:t>
        <w:br/>
        <w:t>vt 0.245640 0.029750</w:t>
        <w:br/>
        <w:t>vt 0.242050 0.040800</w:t>
        <w:br/>
        <w:t>vt 0.180740 0.028410</w:t>
        <w:br/>
        <w:t>vt 0.184230 0.039540</w:t>
        <w:br/>
        <w:t>vt 0.173130 0.039980</w:t>
        <w:br/>
        <w:t>vt 0.169800 0.029170</w:t>
        <w:br/>
        <w:t>vt 0.189270 0.027940</w:t>
        <w:br/>
        <w:t>vt 0.193380 0.039290</w:t>
        <w:br/>
        <w:t>vt 0.200930 0.056880</w:t>
        <w:br/>
        <w:t>vt 0.201080 0.039150</w:t>
        <w:br/>
        <w:t>vt 0.208180 0.039840</w:t>
        <w:br/>
        <w:t>vt 0.207740 0.057130</w:t>
        <w:br/>
        <w:t>vt 0.219040 0.040420</w:t>
        <w:br/>
        <w:t>vt 0.218700 0.057050</w:t>
        <w:br/>
        <w:t>vt 0.193550 0.056370</w:t>
        <w:br/>
        <w:t>vt 0.193380 0.039290</w:t>
        <w:br/>
        <w:t>vt 0.242050 0.040800</w:t>
        <w:br/>
        <w:t>vt 0.240690 0.055970</w:t>
        <w:br/>
        <w:t>vt 0.185120 0.055800</w:t>
        <w:br/>
        <w:t>vt 0.184230 0.039540</w:t>
        <w:br/>
        <w:t>vt 0.174040 0.055250</w:t>
        <w:br/>
        <w:t>vt 0.173130 0.039980</w:t>
        <w:br/>
        <w:t>vt 0.163620 0.040720</w:t>
        <w:br/>
        <w:t>vt 0.159860 0.030340</w:t>
        <w:br/>
        <w:t>vt 0.164530 0.055220</w:t>
        <w:br/>
        <w:t>vt 0.163620 0.040720</w:t>
        <w:br/>
        <w:t>vt 0.220750 0.212170</w:t>
        <w:br/>
        <w:t>vt 0.232520 0.211960</w:t>
        <w:br/>
        <w:t>vt 0.231910 0.220090</w:t>
        <w:br/>
        <w:t>vt 0.220390 0.220330</w:t>
        <w:br/>
        <w:t>vt 0.243750 0.210840</w:t>
        <w:br/>
        <w:t>vt 0.242960 0.218760</w:t>
        <w:br/>
        <w:t>vt 0.242990 0.238300</w:t>
        <w:br/>
        <w:t>vt 0.231230 0.239260</w:t>
        <w:br/>
        <w:t>vt 0.231910 0.220090</w:t>
        <w:br/>
        <w:t>vt 0.243350 0.255970</w:t>
        <w:br/>
        <w:t>vt 0.230100 0.255930</w:t>
        <w:br/>
        <w:t>vt 0.215420 0.254990</w:t>
        <w:br/>
        <w:t>vt 0.218320 0.238660</w:t>
        <w:br/>
        <w:t>vt 0.220390 0.220330</w:t>
        <w:br/>
        <w:t>vt 0.211600 0.220300</w:t>
        <w:br/>
        <w:t>vt 0.208650 0.237270</w:t>
        <w:br/>
        <w:t>vt 0.211600 0.220300</w:t>
        <w:br/>
        <w:t>vt 0.211420 0.211780</w:t>
        <w:br/>
        <w:t>vt 0.258270 0.218700</w:t>
        <w:br/>
        <w:t>vt 0.258270 0.208460</w:t>
        <w:br/>
        <w:t>vt 0.258270 0.236420</w:t>
        <w:br/>
        <w:t>vt 0.258270 0.255720</w:t>
        <w:br/>
        <w:t>vt 0.204320 0.253100</w:t>
        <w:br/>
        <w:t>vt 0.191080 0.249760</w:t>
        <w:br/>
        <w:t>vt 0.196840 0.235200</w:t>
        <w:br/>
        <w:t>vt 0.200820 0.219900</w:t>
        <w:br/>
        <w:t>vt 0.200820 0.219900</w:t>
        <w:br/>
        <w:t>vt 0.199940 0.211220</w:t>
        <w:br/>
        <w:t>vt 0.189780 0.219340</w:t>
        <w:br/>
        <w:t>vt 0.188550 0.210930</w:t>
        <w:br/>
        <w:t>vt 0.185540 0.231940</w:t>
        <w:br/>
        <w:t>vt 0.189780 0.219340</w:t>
        <w:br/>
        <w:t>vt 0.178450 0.244800</w:t>
        <w:br/>
        <w:t>vt 0.176730 0.227630</w:t>
        <w:br/>
        <w:t>vt 0.181360 0.217910</w:t>
        <w:br/>
        <w:t>vt 0.181360 0.217910</w:t>
        <w:br/>
        <w:t>vt 0.180040 0.210690</w:t>
        <w:br/>
        <w:t>vt 0.167370 0.238250</w:t>
        <w:br/>
        <w:t>vt 0.160480 0.231230</w:t>
        <w:br/>
        <w:t>vt 0.175480 0.216340</w:t>
        <w:br/>
        <w:t>vt 0.175480 0.216340</w:t>
        <w:br/>
        <w:t>vt 0.170720 0.223420</w:t>
        <w:br/>
        <w:t>vt 0.154400 0.221770</w:t>
        <w:br/>
        <w:t>vt 0.166180 0.217870</w:t>
        <w:br/>
        <w:t>vt 0.169360 0.214480</w:t>
        <w:br/>
        <w:t>vt 0.169360 0.214480</w:t>
        <w:br/>
        <w:t>vt 0.173640 0.210320</w:t>
        <w:br/>
        <w:t>vt 0.163240 0.214300</w:t>
        <w:br/>
        <w:t>vt 0.167610 0.209770</w:t>
        <w:br/>
        <w:t>vt 0.163240 0.214300</w:t>
        <w:br/>
        <w:t>vt 0.160680 0.208460</w:t>
        <w:br/>
        <w:t>vt 0.151500 0.213460</w:t>
        <w:br/>
        <w:t>vt 0.151500 0.213460</w:t>
        <w:br/>
        <w:t>vt 0.151350 0.204780</w:t>
        <w:br/>
        <w:t>vt 0.244510 0.191660</w:t>
        <w:br/>
        <w:t>vt 0.232610 0.193350</w:t>
        <w:br/>
        <w:t>vt 0.174830 0.199490</w:t>
        <w:br/>
        <w:t>vt 0.180040 0.210690</w:t>
        <w:br/>
        <w:t>vt 0.173640 0.210320</w:t>
        <w:br/>
        <w:t>vt 0.168340 0.202290</w:t>
        <w:br/>
        <w:t>vt 0.196610 0.196640</w:t>
        <w:br/>
        <w:t>vt 0.199940 0.211220</w:t>
        <w:br/>
        <w:t>vt 0.188550 0.210930</w:t>
        <w:br/>
        <w:t>vt 0.184770 0.197570</w:t>
        <w:br/>
        <w:t>vt 0.209090 0.196080</w:t>
        <w:br/>
        <w:t>vt 0.211420 0.211780</w:t>
        <w:br/>
        <w:t>vt 0.219400 0.195380</w:t>
        <w:br/>
        <w:t>vt 0.220750 0.212170</w:t>
        <w:br/>
        <w:t>vt 0.232520 0.211960</w:t>
        <w:br/>
        <w:t>vt 0.243750 0.210840</w:t>
        <w:br/>
        <w:t>vt 0.258270 0.208460</w:t>
        <w:br/>
        <w:t>vt 0.258270 0.188240</w:t>
        <w:br/>
        <w:t>vt 0.164070 0.205460</w:t>
        <w:br/>
        <w:t>vt 0.160680 0.208460</w:t>
        <w:br/>
        <w:t>vt 0.151350 0.204780</w:t>
        <w:br/>
        <w:t>vt 0.167610 0.209770</w:t>
        <w:br/>
        <w:t>vt 0.206980 0.127670</w:t>
        <w:br/>
        <w:t>vt 0.206710 0.109620</w:t>
        <w:br/>
        <w:t>vt 0.215050 0.109690</w:t>
        <w:br/>
        <w:t>vt 0.215940 0.127780</w:t>
        <w:br/>
        <w:t>vt 0.195500 0.127620</w:t>
        <w:br/>
        <w:t>vt 0.195900 0.109140</w:t>
        <w:br/>
        <w:t>vt 0.185090 0.127570</w:t>
        <w:br/>
        <w:t>vt 0.185740 0.108190</w:t>
        <w:br/>
        <w:t>vt 0.215050 0.109690</w:t>
        <w:br/>
        <w:t>vt 0.206710 0.109620</w:t>
        <w:br/>
        <w:t>vt 0.210310 0.098170</w:t>
        <w:br/>
        <w:t>vt 0.219310 0.098930</w:t>
        <w:br/>
        <w:t>vt 0.195900 0.109140</w:t>
        <w:br/>
        <w:t>vt 0.199470 0.097330</w:t>
        <w:br/>
        <w:t>vt 0.223770 0.109190</w:t>
        <w:br/>
        <w:t>vt 0.226610 0.099380</w:t>
        <w:br/>
        <w:t>vt 0.223770 0.109190</w:t>
        <w:br/>
        <w:t>vt 0.224780 0.127770</w:t>
        <w:br/>
        <w:t>vt 0.232440 0.109020</w:t>
        <w:br/>
        <w:t>vt 0.234320 0.098910</w:t>
        <w:br/>
        <w:t>vt 0.232440 0.109020</w:t>
        <w:br/>
        <w:t>vt 0.233610 0.127820</w:t>
        <w:br/>
        <w:t>vt 0.244120 0.109060</w:t>
        <w:br/>
        <w:t>vt 0.245140 0.127520</w:t>
        <w:br/>
        <w:t>vt 0.272370 0.109210</w:t>
        <w:br/>
        <w:t>vt 0.273820 0.128560</w:t>
        <w:br/>
        <w:t>vt 0.245430 0.098350</w:t>
        <w:br/>
        <w:t>vt 0.244120 0.109060</w:t>
        <w:br/>
        <w:t>vt 0.272370 0.109210</w:t>
        <w:br/>
        <w:t>vt 0.268510 0.097670</w:t>
        <w:br/>
        <w:t>vt 0.227420 0.078490</w:t>
        <w:br/>
        <w:t>vt 0.234260 0.078950</w:t>
        <w:br/>
        <w:t>vt 0.234320 0.098910</w:t>
        <w:br/>
        <w:t>vt 0.226610 0.099380</w:t>
        <w:br/>
        <w:t>vt 0.245430 0.098350</w:t>
        <w:br/>
        <w:t>vt 0.245040 0.079260</w:t>
        <w:br/>
        <w:t>vt 0.219310 0.098930</w:t>
        <w:br/>
        <w:t>vt 0.221530 0.078040</w:t>
        <w:br/>
        <w:t>vt 0.268510 0.097670</w:t>
        <w:br/>
        <w:t>vt 0.268100 0.078500</w:t>
        <w:br/>
        <w:t>vt 0.210310 0.098170</w:t>
        <w:br/>
        <w:t>vt 0.213530 0.077730</w:t>
        <w:br/>
        <w:t>vt 0.199470 0.097330</w:t>
        <w:br/>
        <w:t>vt 0.202910 0.077870</w:t>
        <w:br/>
        <w:t>vt 0.185740 0.108190</w:t>
        <w:br/>
        <w:t>vt 0.190180 0.096180</w:t>
        <w:br/>
        <w:t>vt 0.190180 0.096180</w:t>
        <w:br/>
        <w:t>vt 0.193070 0.077680</w:t>
        <w:br/>
        <w:t>vt 0.120000 0.728450</w:t>
        <w:br/>
        <w:t>vt 0.166680 0.777070</w:t>
        <w:br/>
        <w:t>vt 0.119810 0.809100</w:t>
        <w:br/>
        <w:t>vt 0.074540 0.747670</w:t>
        <w:br/>
        <w:t>vt 0.182320 0.853830</w:t>
        <w:br/>
        <w:t>vt 0.231280 0.815700</w:t>
        <w:br/>
        <w:t>vt 0.286990 0.899750</w:t>
        <w:br/>
        <w:t>vt 0.233670 0.880720</w:t>
        <w:br/>
        <w:t>vt 0.270960 0.835610</w:t>
        <w:br/>
        <w:t>vt 0.316410 0.849720</w:t>
        <w:br/>
        <w:t>vt 0.423850 0.861680</w:t>
        <w:br/>
        <w:t>vt 0.463820 0.865990</w:t>
        <w:br/>
        <w:t>vt 0.453780 0.925630</w:t>
        <w:br/>
        <w:t>vt 0.403960 0.921020</w:t>
        <w:br/>
        <w:t>vt 0.371650 0.856430</w:t>
        <w:br/>
        <w:t>vt 0.345080 0.914140</w:t>
        <w:br/>
        <w:t>vt 0.843870 0.914330</w:t>
        <w:br/>
        <w:t>vt 0.833720 0.911840</w:t>
        <w:br/>
        <w:t>vt 0.844220 0.896850</w:t>
        <w:br/>
        <w:t>vt 0.305650 0.622990</w:t>
        <w:br/>
        <w:t>vt 0.284280 0.609880</w:t>
        <w:br/>
        <w:t>vt 0.302440 0.599080</w:t>
        <w:br/>
        <w:t>vt 0.314390 0.609070</w:t>
        <w:br/>
        <w:t>vt 0.313450 0.590030</w:t>
        <w:br/>
        <w:t>vt 0.325040 0.596850</w:t>
        <w:br/>
        <w:t>vt 0.289600 0.550560</w:t>
        <w:br/>
        <w:t>vt 0.298240 0.553840</w:t>
        <w:br/>
        <w:t>vt 0.293870 0.567060</w:t>
        <w:br/>
        <w:t>vt 0.285410 0.568740</w:t>
        <w:br/>
        <w:t>vt 0.312340 0.524060</w:t>
        <w:br/>
        <w:t>vt 0.304020 0.538820</w:t>
        <w:br/>
        <w:t>vt 0.294580 0.533760</w:t>
        <w:br/>
        <w:t>vt 0.308970 0.512820</w:t>
        <w:br/>
        <w:t>vt 0.167790 0.707450</w:t>
        <w:br/>
        <w:t>vt 0.139320 0.658940</w:t>
        <w:br/>
        <w:t>vt 0.181680 0.648550</w:t>
        <w:br/>
        <w:t>vt 0.209020 0.688240</w:t>
        <w:br/>
        <w:t>vt 0.401560 0.648150</w:t>
        <w:br/>
        <w:t>vt 0.379730 0.649570</w:t>
        <w:br/>
        <w:t>vt 0.379370 0.631670</w:t>
        <w:br/>
        <w:t>vt 0.399680 0.629130</w:t>
        <w:br/>
        <w:t>vt 0.330890 0.728470</w:t>
        <w:br/>
        <w:t>vt 0.361290 0.734730</w:t>
        <w:br/>
        <w:t>vt 0.351830 0.764420</w:t>
        <w:br/>
        <w:t>vt 0.316910 0.756160</w:t>
        <w:br/>
        <w:t>vt 0.409560 0.810640</w:t>
        <w:br/>
        <w:t>vt 0.437740 0.808870</w:t>
        <w:br/>
        <w:t>vt 0.425890 0.645920</w:t>
        <w:br/>
        <w:t>vt 0.450470 0.644720</w:t>
        <w:br/>
        <w:t>vt 0.450880 0.674640</w:t>
        <w:br/>
        <w:t>vt 0.424480 0.675500</w:t>
        <w:br/>
        <w:t>vt 0.467360 0.809450</w:t>
        <w:br/>
        <w:t>vt 0.473960 0.704860</w:t>
        <w:br/>
        <w:t>vt 0.449690 0.705000</w:t>
        <w:br/>
        <w:t>vt 0.474190 0.675080</w:t>
        <w:br/>
        <w:t>vt 0.420150 0.615750</w:t>
        <w:br/>
        <w:t>vt 0.413890 0.601700</w:t>
        <w:br/>
        <w:t>vt 0.429210 0.586210</w:t>
        <w:br/>
        <w:t>vt 0.439570 0.595330</w:t>
        <w:br/>
        <w:t>vt 0.451140 0.623690</w:t>
        <w:br/>
        <w:t>vt 0.461270 0.603680</w:t>
        <w:br/>
        <w:t>vt 0.487050 0.593380</w:t>
        <w:br/>
        <w:t>vt 0.485070 0.610860</w:t>
        <w:br/>
        <w:t>vt 0.467830 0.585080</w:t>
        <w:br/>
        <w:t>vt 0.460620 0.543710</w:t>
        <w:br/>
        <w:t>vt 0.447520 0.535890</w:t>
        <w:br/>
        <w:t>vt 0.451750 0.528580</w:t>
        <w:br/>
        <w:t>vt 0.464820 0.535580</w:t>
        <w:br/>
        <w:t>vt 0.412170 0.519190</w:t>
        <w:br/>
        <w:t>vt 0.394710 0.512530</w:t>
        <w:br/>
        <w:t>vt 0.402500 0.506160</w:t>
        <w:br/>
        <w:t>vt 0.419870 0.513800</w:t>
        <w:br/>
        <w:t>vt 0.430360 0.526730</w:t>
        <w:br/>
        <w:t>vt 0.435870 0.520850</w:t>
        <w:br/>
        <w:t>vt 0.386000 0.498090</w:t>
        <w:br/>
        <w:t>vt 0.376870 0.506450</w:t>
        <w:br/>
        <w:t>vt 0.359110 0.502070</w:t>
        <w:br/>
        <w:t>vt 0.356690 0.511870</w:t>
        <w:br/>
        <w:t>vt 0.341550 0.508910</w:t>
        <w:br/>
        <w:t>vt 0.342040 0.498110</w:t>
        <w:br/>
        <w:t>vt 0.448570 0.498780</w:t>
        <w:br/>
        <w:t>vt 0.459640 0.505300</w:t>
        <w:br/>
        <w:t>vt 0.456950 0.516230</w:t>
        <w:br/>
        <w:t>vt 0.444050 0.508430</w:t>
        <w:br/>
        <w:t>vt 0.453470 0.484910</w:t>
        <w:br/>
        <w:t>vt 0.460030 0.470710</w:t>
        <w:br/>
        <w:t>vt 0.466760 0.476100</w:t>
        <w:br/>
        <w:t>vt 0.462420 0.491520</w:t>
        <w:br/>
        <w:t>vt 0.489780 0.453630</w:t>
        <w:br/>
        <w:t>vt 0.499630 0.452490</w:t>
        <w:br/>
        <w:t>vt 0.499610 0.459100</w:t>
        <w:br/>
        <w:t>vt 0.490600 0.460130</w:t>
        <w:br/>
        <w:t>vt 0.474800 0.482050</w:t>
        <w:br/>
        <w:t>vt 0.470490 0.498170</w:t>
        <w:br/>
        <w:t>vt 0.469330 0.513000</w:t>
        <w:br/>
        <w:t>vt 0.468140 0.522660</w:t>
        <w:br/>
        <w:t>vt 0.479080 0.528260</w:t>
        <w:br/>
        <w:t>vt 0.479160 0.518580</w:t>
        <w:br/>
        <w:t>vt 0.490790 0.523760</w:t>
        <w:br/>
        <w:t>vt 0.490490 0.533010</w:t>
        <w:br/>
        <w:t>vt 0.489420 0.558110</w:t>
        <w:br/>
        <w:t>vt 0.488980 0.569870</w:t>
        <w:br/>
        <w:t>vt 0.471940 0.560660</w:t>
        <w:br/>
        <w:t>vt 0.475110 0.551470</w:t>
        <w:br/>
        <w:t>vt 0.499140 0.583530</w:t>
        <w:br/>
        <w:t>vt 0.499200 0.594750</w:t>
        <w:br/>
        <w:t>vt 0.488170 0.581700</w:t>
        <w:br/>
        <w:t>vt 0.499550 0.467080</w:t>
        <w:br/>
        <w:t>vt 0.492660 0.468290</w:t>
        <w:br/>
        <w:t>vt 0.271860 0.590550</w:t>
        <w:br/>
        <w:t>vt 0.269400 0.565560</w:t>
        <w:br/>
        <w:t>vt 0.292940 0.585990</w:t>
        <w:br/>
        <w:t>vt 0.214640 0.491910</w:t>
        <w:br/>
        <w:t>vt 0.179520 0.476450</w:t>
        <w:br/>
        <w:t>vt 0.197760 0.446520</w:t>
        <w:br/>
        <w:t>vt 0.231210 0.463580</w:t>
        <w:br/>
        <w:t>vt 0.381130 0.457410</w:t>
        <w:br/>
        <w:t>vt 0.399240 0.465130</w:t>
        <w:br/>
        <w:t>vt 0.384660 0.478800</w:t>
        <w:br/>
        <w:t>vt 0.366830 0.472120</w:t>
        <w:br/>
        <w:t>vt 0.353210 0.485110</w:t>
        <w:br/>
        <w:t>vt 0.370320 0.491650</w:t>
        <w:br/>
        <w:t>vt 0.413170 0.472070</w:t>
        <w:br/>
        <w:t>vt 0.425130 0.480550</w:t>
        <w:br/>
        <w:t>vt 0.414720 0.493670</w:t>
        <w:br/>
        <w:t>vt 0.399940 0.485390</w:t>
        <w:br/>
        <w:t>vt 0.433300 0.447300</w:t>
        <w:br/>
        <w:t>vt 0.442990 0.456190</w:t>
        <w:br/>
        <w:t>vt 0.432180 0.469530</w:t>
        <w:br/>
        <w:t>vt 0.420100 0.462580</w:t>
        <w:br/>
        <w:t>vt 0.420980 0.438600</w:t>
        <w:br/>
        <w:t>vt 0.435560 0.428290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0.481060 0.372940</w:t>
        <w:br/>
        <w:t>vt 0.490900 0.371600</w:t>
        <w:br/>
        <w:t>vt 0.492500 0.384070</w:t>
        <w:br/>
        <w:t>vt 0.483110 0.384990</w:t>
        <w:br/>
        <w:t>vt 0.456030 0.383260</w:t>
        <w:br/>
        <w:t>vt 0.463730 0.391180</w:t>
        <w:br/>
        <w:t>vt 0.452220 0.395870</w:t>
        <w:br/>
        <w:t>vt 0.439580 0.390650</w:t>
        <w:br/>
        <w:t>vt 0.479160 0.359840</w:t>
        <w:br/>
        <w:t>vt 0.464390 0.364280</w:t>
        <w:br/>
        <w:t>vt 0.459480 0.354230</w:t>
        <w:br/>
        <w:t>vt 0.478610 0.348020</w:t>
        <w:br/>
        <w:t>vt 0.426150 0.386240</w:t>
        <w:br/>
        <w:t>vt 0.412410 0.378860</w:t>
        <w:br/>
        <w:t>vt 0.436980 0.362230</w:t>
        <w:br/>
        <w:t>vt 0.447120 0.372770</w:t>
        <w:br/>
        <w:t>vt 0.454730 0.343120</w:t>
        <w:br/>
        <w:t>vt 0.448980 0.331370</w:t>
        <w:br/>
        <w:t>vt 0.474060 0.327250</w:t>
        <w:br/>
        <w:t>vt 0.477140 0.337840</w:t>
        <w:br/>
        <w:t>vt 0.467020 0.306910</w:t>
        <w:br/>
        <w:t>vt 0.464400 0.294100</w:t>
        <w:br/>
        <w:t>vt 0.478210 0.293930</w:t>
        <w:br/>
        <w:t>vt 0.482300 0.307160</w:t>
        <w:br/>
        <w:t>vt 0.376350 0.271260</w:t>
        <w:br/>
        <w:t>vt 0.397530 0.295660</w:t>
        <w:br/>
        <w:t>vt 0.365580 0.302470</w:t>
        <w:br/>
        <w:t>vt 0.412880 0.397040</w:t>
        <w:br/>
        <w:t>vt 0.396210 0.391170</w:t>
        <w:br/>
        <w:t>vt 0.434550 0.410340</w:t>
        <w:br/>
        <w:t>vt 0.419520 0.408790</w:t>
        <w:br/>
        <w:t>vt 0.427330 0.399980</w:t>
        <w:br/>
        <w:t>vt 0.441530 0.403220</w:t>
        <w:br/>
        <w:t>vt 0.391120 0.422430</w:t>
        <w:br/>
        <w:t>vt 0.374720 0.413070</w:t>
        <w:br/>
        <w:t>vt 0.384580 0.402590</w:t>
        <w:br/>
        <w:t>vt 0.400270 0.407750</w:t>
        <w:br/>
        <w:t>vt 0.384310 0.381180</w:t>
        <w:br/>
        <w:t>vt 0.373040 0.367460</w:t>
        <w:br/>
        <w:t>vt 0.393530 0.353870</w:t>
        <w:br/>
        <w:t>vt 0.402500 0.367080</w:t>
        <w:br/>
        <w:t>vt 0.371080 0.393070</w:t>
        <w:br/>
        <w:t>vt 0.358040 0.379020</w:t>
        <w:br/>
        <w:t>vt 0.336980 0.313680</w:t>
        <w:br/>
        <w:t>vt 0.323770 0.288370</w:t>
        <w:br/>
        <w:t>vt 0.216090 0.301180</w:t>
        <w:br/>
        <w:t>vt 0.294420 0.266640</w:t>
        <w:br/>
        <w:t>vt 0.279900 0.308470</w:t>
        <w:br/>
        <w:t>vt 0.236490 0.331820</w:t>
        <w:br/>
        <w:t>vt 0.200060 0.359490</w:t>
        <w:br/>
        <w:t>vt 0.169340 0.389190</w:t>
        <w:br/>
        <w:t>vt 0.165320 0.375790</w:t>
        <w:br/>
        <w:t>vt 0.282770 0.745400</w:t>
        <w:br/>
        <w:t>vt 0.300160 0.719350</w:t>
        <w:br/>
        <w:t>vt 0.275210 0.545570</w:t>
        <w:br/>
        <w:t>vt 0.282460 0.527000</w:t>
        <w:br/>
        <w:t>vt 0.033740 0.423510</w:t>
        <w:br/>
        <w:t>vt 0.054260 0.452750</w:t>
        <w:br/>
        <w:t>vt 0.022740 0.440270</w:t>
        <w:br/>
        <w:t>vt 0.005620 0.455910</w:t>
        <w:br/>
        <w:t>vt 0.011100 0.435240</w:t>
        <w:br/>
        <w:t>vt 0.022740 0.440270</w:t>
        <w:br/>
        <w:t>vt 0.017620 0.457860</w:t>
        <w:br/>
        <w:t>vt 0.011380 0.477720</w:t>
        <w:br/>
        <w:t>vt 0.021270 0.475840</w:t>
        <w:br/>
        <w:t>vt 0.023370 0.492650</w:t>
        <w:br/>
        <w:t>vt 0.031400 0.488050</w:t>
        <w:br/>
        <w:t>vt 0.048370 0.495050</w:t>
        <w:br/>
        <w:t>vt 0.042080 0.506320</w:t>
        <w:br/>
        <w:t>vt 0.048370 0.495050</w:t>
        <w:br/>
        <w:t>vt 0.078830 0.480340</w:t>
        <w:br/>
        <w:t>vt 0.124010 0.454360</w:t>
        <w:br/>
        <w:t>vt 0.093960 0.469960</w:t>
        <w:br/>
        <w:t>vt 0.106980 0.480340</w:t>
        <w:br/>
        <w:t>vt 0.063240 0.498790</w:t>
        <w:br/>
        <w:t>vt 0.061480 0.504220</w:t>
        <w:br/>
        <w:t>vt 0.063240 0.498790</w:t>
        <w:br/>
        <w:t>vt 0.094990 0.501660</w:t>
        <w:br/>
        <w:t>vt 0.836090 0.955410</w:t>
        <w:br/>
        <w:t>vt 0.818790 0.947840</w:t>
        <w:br/>
        <w:t>vt 0.822760 0.927500</w:t>
        <w:br/>
        <w:t>vt 0.076690 0.426740</w:t>
        <w:br/>
        <w:t>vt 0.108660 0.405900</w:t>
        <w:br/>
        <w:t>vt 0.077070 0.394290</w:t>
        <w:br/>
        <w:t>vt 0.033740 0.423510</w:t>
        <w:br/>
        <w:t>vt 0.021780 0.416950</w:t>
        <w:br/>
        <w:t>vt 0.036410 0.399870</w:t>
        <w:br/>
        <w:t>vt 0.047550 0.411330</w:t>
        <w:br/>
        <w:t>vt 0.067950 0.383000</w:t>
        <w:br/>
        <w:t>vt 0.077070 0.394290</w:t>
        <w:br/>
        <w:t>vt 0.101280 0.370830</w:t>
        <w:br/>
        <w:t>vt 0.105470 0.385940</w:t>
        <w:br/>
        <w:t>vt 0.138040 0.367170</w:t>
        <w:br/>
        <w:t>vt 0.136240 0.381300</w:t>
        <w:br/>
        <w:t>vt 0.136240 0.381300</w:t>
        <w:br/>
        <w:t>vt 0.105470 0.385940</w:t>
        <w:br/>
        <w:t>vt 0.885590 0.949790</w:t>
        <w:br/>
        <w:t>vt 0.916450 0.897980</w:t>
        <w:br/>
        <w:t>vt 0.929720 0.935420</w:t>
        <w:br/>
        <w:t>vt 0.916670 0.953920</w:t>
        <w:br/>
        <w:t>vt 0.897190 0.967930</w:t>
        <w:br/>
        <w:t>vt 0.873100 0.975460</w:t>
        <w:br/>
        <w:t>vt 0.868640 0.955460</w:t>
        <w:br/>
        <w:t>vt 0.852680 0.973080</w:t>
        <w:br/>
        <w:t>vt 0.849970 0.956150</w:t>
        <w:br/>
        <w:t>vt 0.948350 0.879380</w:t>
        <w:br/>
        <w:t>vt 0.937700 0.913540</w:t>
        <w:br/>
        <w:t>vt 0.890880 0.873900</w:t>
        <w:br/>
        <w:t>vt 0.919680 0.832780</w:t>
        <w:br/>
        <w:t>vt 0.929360 0.858270</w:t>
        <w:br/>
        <w:t>vt 0.951850 0.786830</w:t>
        <w:br/>
        <w:t>vt 0.949980 0.824080</w:t>
        <w:br/>
        <w:t>vt 0.951850 0.786830</w:t>
        <w:br/>
        <w:t>vt 0.972040 0.780950</w:t>
        <w:br/>
        <w:t>vt 0.949980 0.824080</w:t>
        <w:br/>
        <w:t>vt 0.479470 0.504840</w:t>
        <w:br/>
        <w:t>vt 0.483770 0.490660</w:t>
        <w:br/>
        <w:t>vt 0.493600 0.498000</w:t>
        <w:br/>
        <w:t>vt 0.491740 0.511380</w:t>
        <w:br/>
        <w:t>vt 0.843870 0.914330</w:t>
        <w:br/>
        <w:t>vt 0.890880 0.873900</w:t>
        <w:br/>
        <w:t>vt 0.956670 0.845460</w:t>
        <w:br/>
        <w:t>vt 0.956670 0.845460</w:t>
        <w:br/>
        <w:t>vt 0.968280 0.809870</w:t>
        <w:br/>
        <w:t>vt 0.794560 0.919500</w:t>
        <w:br/>
        <w:t>vt 0.094990 0.501660</w:t>
        <w:br/>
        <w:t>vt 0.047550 0.411330</w:t>
        <w:br/>
        <w:t>vt 0.145570 0.424360</w:t>
        <w:br/>
        <w:t>vt 0.499500 0.646160</w:t>
        <w:br/>
        <w:t>vt 0.475860 0.645960</w:t>
        <w:br/>
        <w:t>vt 0.480070 0.628780</w:t>
        <w:br/>
        <w:t>vt 0.499420 0.629610</w:t>
        <w:br/>
        <w:t>vt 0.499670 0.704300</w:t>
        <w:br/>
        <w:t>vt 0.499600 0.675130</w:t>
        <w:br/>
        <w:t>vt 0.358300 0.647810</w:t>
        <w:br/>
        <w:t>vt 0.374290 0.677310</w:t>
        <w:br/>
        <w:t>vt 0.351080 0.674550</w:t>
        <w:br/>
        <w:t>vt 0.253270 0.592890</w:t>
        <w:br/>
        <w:t>vt 0.253520 0.564160</w:t>
        <w:br/>
        <w:t>vt 0.450990 0.575480</w:t>
        <w:br/>
        <w:t>vt 0.360770 0.629580</w:t>
        <w:br/>
        <w:t>vt 0.364070 0.610790</w:t>
        <w:br/>
        <w:t>vt 0.378670 0.611400</w:t>
        <w:br/>
        <w:t>vt 0.327130 0.509310</w:t>
        <w:br/>
        <w:t>vt 0.325030 0.497230</w:t>
        <w:br/>
        <w:t>vt 0.453900 0.560430</w:t>
        <w:br/>
        <w:t>vt 0.440160 0.564420</w:t>
        <w:br/>
        <w:t>vt 0.442250 0.554920</w:t>
        <w:br/>
        <w:t>vt 0.348310 0.607420</w:t>
        <w:br/>
        <w:t>vt 0.342960 0.623910</w:t>
        <w:br/>
        <w:t>vt 0.499310 0.612130</w:t>
        <w:br/>
        <w:t>vt 0.470190 0.571360</w:t>
        <w:br/>
        <w:t>vt 0.445070 0.542940</w:t>
        <w:br/>
        <w:t>vt 0.455370 0.551200</w:t>
        <w:br/>
        <w:t>vt 0.423180 0.531760</w:t>
        <w:br/>
        <w:t>vt 0.406320 0.524180</w:t>
        <w:br/>
        <w:t>vt 0.388630 0.519210</w:t>
        <w:br/>
        <w:t>vt 0.336740 0.602880</w:t>
        <w:br/>
        <w:t>vt 0.328080 0.617020</w:t>
        <w:br/>
        <w:t>vt 0.477920 0.541860</w:t>
        <w:br/>
        <w:t>vt 0.499410 0.498620</w:t>
        <w:br/>
        <w:t>vt 0.496590 0.489520</w:t>
        <w:br/>
        <w:t>vt 0.499460 0.491420</w:t>
        <w:br/>
        <w:t>vt 0.301390 0.579230</w:t>
        <w:br/>
        <w:t>vt 0.210500 0.743470</w:t>
        <w:br/>
        <w:t>vt 0.263820 0.777180</w:t>
        <w:br/>
        <w:t>vt 0.095690 0.674190</w:t>
        <w:br/>
        <w:t>vt 0.050990 0.683720</w:t>
        <w:br/>
        <w:t>vt 0.244210 0.719460</w:t>
        <w:br/>
        <w:t>vt 0.267400 0.699420</w:t>
        <w:br/>
        <w:t>vt 0.163820 0.544300</w:t>
        <w:br/>
        <w:t>vt 0.169230 0.602800</w:t>
        <w:br/>
        <w:t>vt 0.122390 0.606140</w:t>
        <w:br/>
        <w:t>vt 0.117590 0.552500</w:t>
        <w:br/>
        <w:t>vt 0.308200 0.354930</w:t>
        <w:br/>
        <w:t>vt 0.288840 0.333610</w:t>
        <w:br/>
        <w:t>vt 0.311140 0.322730</w:t>
        <w:br/>
        <w:t>vt 0.326680 0.345780</w:t>
        <w:br/>
        <w:t>vt 0.373800 0.324040</w:t>
        <w:br/>
        <w:t>vt 0.384190 0.339350</w:t>
        <w:br/>
        <w:t>vt 0.360450 0.351840</w:t>
        <w:br/>
        <w:t>vt 0.348860 0.334950</w:t>
        <w:br/>
        <w:t>vt 0.285940 0.644240</w:t>
        <w:br/>
        <w:t>vt 0.264650 0.622460</w:t>
        <w:br/>
        <w:t>vt 0.283930 0.371130</w:t>
        <w:br/>
        <w:t>vt 0.255040 0.350580</w:t>
        <w:br/>
        <w:t>vt 0.202980 0.522870</w:t>
        <w:br/>
        <w:t>vt 0.167470 0.509340</w:t>
        <w:br/>
        <w:t>vt 0.368150 0.246890</w:t>
        <w:br/>
        <w:t>vt 0.499820 0.246070</w:t>
        <w:br/>
        <w:t>vt 0.499770 0.272260</w:t>
        <w:br/>
        <w:t>vt 0.462800 0.267850</w:t>
        <w:br/>
        <w:t>vt 0.435410 0.235910</w:t>
        <w:br/>
        <w:t>vt 0.074890 0.560620</w:t>
        <w:br/>
        <w:t>vt 0.080530 0.609240</w:t>
        <w:br/>
        <w:t>vt 0.040940 0.619040</w:t>
        <w:br/>
        <w:t>vt 0.041630 0.558210</w:t>
        <w:br/>
        <w:t>vt 0.069260 0.506200</w:t>
        <w:br/>
        <w:t>vt 0.043140 0.509580</w:t>
        <w:br/>
        <w:t>vt 0.373300 0.515320</w:t>
        <w:br/>
        <w:t>vt 0.432460 0.417600</w:t>
        <w:br/>
        <w:t>vt 0.420760 0.426910</w:t>
        <w:br/>
        <w:t>vt 0.407670 0.310810</w:t>
        <w:br/>
        <w:t>vt 0.416640 0.326230</w:t>
        <w:br/>
        <w:t>vt 0.443420 0.321760</w:t>
        <w:br/>
        <w:t>vt 0.437420 0.308510</w:t>
        <w:br/>
        <w:t>vt 0.471220 0.319390</w:t>
        <w:br/>
        <w:t>vt 0.182400 0.326670</w:t>
        <w:br/>
        <w:t>vt 0.476140 0.426230</w:t>
        <w:br/>
        <w:t>vt 0.476770 0.420140</w:t>
        <w:br/>
        <w:t>vt 0.484000 0.421940</w:t>
        <w:br/>
        <w:t>vt 0.483940 0.428400</w:t>
        <w:br/>
        <w:t>vt 0.499750 0.383940</w:t>
        <w:br/>
        <w:t>vt 0.499760 0.370740</w:t>
        <w:br/>
        <w:t>vt 0.468990 0.375780</w:t>
        <w:br/>
        <w:t>vt 0.473420 0.386740</w:t>
        <w:br/>
        <w:t>vt 0.430090 0.350090</w:t>
        <w:br/>
        <w:t>vt 0.423570 0.337870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0.338840 0.479680</w:t>
        <w:br/>
        <w:t>vt 0.352770 0.465480</w:t>
        <w:br/>
        <w:t>vt 0.499120 0.549530</w:t>
        <w:br/>
        <w:t>vt 0.499090 0.560570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0.499790 0.807680</w:t>
        <w:br/>
        <w:t>vt 0.469920 0.767880</w:t>
        <w:br/>
        <w:t>vt 0.499750 0.766790</w:t>
        <w:br/>
        <w:t>vt 0.443640 0.768080</w:t>
        <w:br/>
        <w:t>vt 0.415380 0.767730</w:t>
        <w:br/>
        <w:t>vt 0.338530 0.801870</w:t>
        <w:br/>
        <w:t>vt 0.299790 0.790490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0.499640 0.447430</w:t>
        <w:br/>
        <w:t>vt 0.822760 0.927500</w:t>
        <w:br/>
        <w:t>vt 0.407520 0.430580</w:t>
        <w:br/>
        <w:t>vt 0.393850 0.443820</w:t>
        <w:br/>
        <w:t>vt 0.379510 0.436580</w:t>
        <w:br/>
        <w:t>vt 0.327100 0.373740</w:t>
        <w:br/>
        <w:t>vt 0.308000 0.388730</w:t>
        <w:br/>
        <w:t>vt 0.349730 0.417270</w:t>
        <w:br/>
        <w:t>vt 0.332010 0.405290</w:t>
        <w:br/>
        <w:t>vt 0.345370 0.390100</w:t>
        <w:br/>
        <w:t>vt 0.360820 0.403610</w:t>
        <w:br/>
        <w:t>vt 0.413500 0.420930</w:t>
        <w:br/>
        <w:t>vt 0.342340 0.363090</w:t>
        <w:br/>
        <w:t>vt 0.499340 0.512360</w:t>
        <w:br/>
        <w:t>vt 0.499250 0.525390</w:t>
        <w:br/>
        <w:t>vt 0.860480 0.873620</w:t>
        <w:br/>
        <w:t>vt 0.208640 0.381960</w:t>
        <w:br/>
        <w:t>vt 0.232620 0.364520</w:t>
        <w:br/>
        <w:t>vt 0.419890 0.736060</w:t>
        <w:br/>
        <w:t>vt 0.447070 0.736620</w:t>
        <w:br/>
        <w:t>vt 0.472030 0.736340</w:t>
        <w:br/>
        <w:t>vt 0.397900 0.677060</w:t>
        <w:br/>
        <w:t>vt 0.391690 0.736610</w:t>
        <w:br/>
        <w:t>vt 0.156580 0.358470</w:t>
        <w:br/>
        <w:t>vt 0.190120 0.401330</w:t>
        <w:br/>
        <w:t>vt 0.222630 0.417870</w:t>
        <w:br/>
        <w:t>vt 0.167470 0.432630</w:t>
        <w:br/>
        <w:t>vt 0.150020 0.462750</w:t>
        <w:br/>
        <w:t>vt 0.462220 0.407950</w:t>
        <w:br/>
        <w:t>vt 0.462920 0.408860</w:t>
        <w:br/>
        <w:t>vt 0.460450 0.408670</w:t>
        <w:br/>
        <w:t>vt 0.476660 0.414800</w:t>
        <w:br/>
        <w:t>vt 0.476220 0.410450</w:t>
        <w:br/>
        <w:t>vt 0.482720 0.410450</w:t>
        <w:br/>
        <w:t>vt 0.483720 0.415870</w:t>
        <w:br/>
        <w:t>vt 0.484380 0.398350</w:t>
        <w:br/>
        <w:t>vt 0.492610 0.398070</w:t>
        <w:br/>
        <w:t>vt 0.492480 0.403000</w:t>
        <w:br/>
        <w:t>vt 0.484460 0.403070</w:t>
        <w:br/>
        <w:t>vt 0.477490 0.406530</w:t>
        <w:br/>
        <w:t>vt 0.483810 0.406450</w:t>
        <w:br/>
        <w:t>vt 0.483030 0.408860</w:t>
        <w:br/>
        <w:t>vt 0.477000 0.408860</w:t>
        <w:br/>
        <w:t>vt 0.469540 0.417660</w:t>
        <w:br/>
        <w:t>vt 0.470050 0.413780</w:t>
        <w:br/>
        <w:t>vt 0.465860 0.407280</w:t>
        <w:br/>
        <w:t>vt 0.466240 0.408860</w:t>
        <w:br/>
        <w:t>vt 0.019720 0.734160</w:t>
        <w:br/>
        <w:t>vt 0.024510 0.734350</w:t>
        <w:br/>
        <w:t>vt 0.024510 0.676950</w:t>
        <w:br/>
        <w:t>vt 0.019720 0.675320</w:t>
        <w:br/>
        <w:t>vt 0.019720 0.630580</w:t>
        <w:br/>
        <w:t>vt 0.019720 0.586370</w:t>
        <w:br/>
        <w:t>vt 0.015410 0.586000</w:t>
        <w:br/>
        <w:t>vt 0.015410 0.632350</w:t>
        <w:br/>
        <w:t>vt 0.470840 0.406730</w:t>
        <w:br/>
        <w:t>vt 0.470920 0.408860</w:t>
        <w:br/>
        <w:t>vt 0.461910 0.412800</w:t>
        <w:br/>
        <w:t>vt 0.462390 0.411490</w:t>
        <w:br/>
        <w:t>vt 0.465590 0.412560</w:t>
        <w:br/>
        <w:t>vt 0.465170 0.415350</w:t>
        <w:br/>
        <w:t>vt 0.456360 0.408490</w:t>
        <w:br/>
        <w:t>vt 0.458480 0.405980</w:t>
        <w:br/>
        <w:t>vt 0.461430 0.406990</w:t>
        <w:br/>
        <w:t>vt 0.464110 0.403420</w:t>
        <w:br/>
        <w:t>vt 0.465080 0.405420</w:t>
        <w:br/>
        <w:t>vt 0.469810 0.401050</w:t>
        <w:br/>
        <w:t>vt 0.470650 0.404130</w:t>
        <w:br/>
        <w:t>vt 0.024510 0.551030</w:t>
        <w:br/>
        <w:t>vt 0.019720 0.550500</w:t>
        <w:br/>
        <w:t>vt 0.019720 0.586370</w:t>
        <w:br/>
        <w:t>vt 0.024510 0.587090</w:t>
        <w:br/>
        <w:t>vt 0.461230 0.409710</w:t>
        <w:br/>
        <w:t>vt 0.462770 0.410450</w:t>
        <w:br/>
        <w:t>vt 0.460670 0.409950</w:t>
        <w:br/>
        <w:t>vt 0.460500 0.409300</w:t>
        <w:br/>
        <w:t>vt 0.456530 0.409740</w:t>
        <w:br/>
        <w:t>vt 0.111030 0.351520</w:t>
        <w:br/>
        <w:t>vt 0.100870 0.351090</w:t>
        <w:br/>
        <w:t>vt 0.114340 0.347520</w:t>
        <w:br/>
        <w:t>vt 0.104650 0.353950</w:t>
        <w:br/>
        <w:t>vt 0.098250 0.357440</w:t>
        <w:br/>
        <w:t>vt 0.089820 0.359600</w:t>
        <w:br/>
        <w:t>vt 0.090710 0.354610</w:t>
        <w:br/>
        <w:t>vt 0.125690 0.048640</w:t>
        <w:br/>
        <w:t>vt 0.127100 0.049520</w:t>
        <w:br/>
        <w:t>vt 0.127040 0.052660</w:t>
        <w:br/>
        <w:t>vt 0.114220 0.048480</w:t>
        <w:br/>
        <w:t>vt 0.118900 0.046130</w:t>
        <w:br/>
        <w:t>vt 0.122020 0.050030</w:t>
        <w:br/>
        <w:t>vt 0.112450 0.043510</w:t>
        <w:br/>
        <w:t>vt 0.098160 0.044970</w:t>
        <w:br/>
        <w:t>vt 0.105860 0.040920</w:t>
        <w:br/>
        <w:t>vt 0.097300 0.039180</w:t>
        <w:br/>
        <w:t>vt 0.113060 0.344600</w:t>
        <w:br/>
        <w:t>vt 0.123390 0.344860</w:t>
        <w:br/>
        <w:t>vt 0.118450 0.348190</w:t>
        <w:br/>
        <w:t>vt 0.095140 0.349960</w:t>
        <w:br/>
        <w:t>vt 0.134140 0.346000</w:t>
        <w:br/>
        <w:t>vt 0.121570 0.346880</w:t>
        <w:br/>
        <w:t>vt 0.133910 0.072000</w:t>
        <w:br/>
        <w:t>vt 0.135830 0.061690</w:t>
        <w:br/>
        <w:t>vt 0.120080 0.066560</w:t>
        <w:br/>
        <w:t>vt 0.114220 0.048480</w:t>
        <w:br/>
        <w:t>vt 0.101920 0.059890</w:t>
        <w:br/>
        <w:t>vt 0.090060 0.058150</w:t>
        <w:br/>
        <w:t>vt 0.082400 0.323660</w:t>
        <w:br/>
        <w:t>vt 0.098840 0.328440</w:t>
        <w:br/>
        <w:t>vt 0.115500 0.328430</w:t>
        <w:br/>
        <w:t>vt 0.133580 0.338900</w:t>
        <w:br/>
        <w:t>vt 0.146690 0.340580</w:t>
        <w:br/>
        <w:t>vt 0.090060 0.068930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0.082400 0.310000</w:t>
        <w:br/>
        <w:t>vt 0.082400 0.290040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0.147020 0.108170</w:t>
        <w:br/>
        <w:t>vt 0.154000 0.082380</w:t>
        <w:br/>
        <w:t>vt 0.166430 0.102340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0.090060 0.141150</w:t>
        <w:br/>
        <w:t>vt 0.154410 0.159180</w:t>
        <w:br/>
        <w:t>vt 0.151200 0.282030</w:t>
        <w:br/>
        <w:t>vt 0.130920 0.251820</w:t>
        <w:br/>
        <w:t>vt 0.142370 0.249480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0.082400 0.268640</w:t>
        <w:br/>
        <w:t>vt 0.082400 0.232330</w:t>
        <w:br/>
        <w:t>vt 0.105370 0.211470</w:t>
        <w:br/>
        <w:t>vt 0.082400 0.209170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0.499550 0.482000</w:t>
        <w:br/>
        <w:t>vt 0.496740 0.482540</w:t>
        <w:br/>
        <w:t>vt 0.494510 0.476270</w:t>
        <w:br/>
        <w:t>vt 0.499520 0.475280</w:t>
        <w:br/>
        <w:t>vt 0.492100 0.406060</w:t>
        <w:br/>
        <w:t>vt 0.499680 0.405840</w:t>
        <w:br/>
        <w:t>vt 0.499670 0.408860</w:t>
        <w:br/>
        <w:t>vt 0.491480 0.408860</w:t>
        <w:br/>
        <w:t>vt 0.082400 0.356590</w:t>
        <w:br/>
        <w:t>vt 0.082400 0.359250</w:t>
        <w:br/>
        <w:t>vt 0.477600 0.403190</w:t>
        <w:br/>
        <w:t>vt 0.477300 0.399070</w:t>
        <w:br/>
        <w:t>vt 0.019720 0.630580</w:t>
        <w:br/>
        <w:t>vt 0.024510 0.631350</w:t>
        <w:br/>
        <w:t>vt 0.492060 0.416760</w:t>
        <w:br/>
        <w:t>vt 0.492210 0.423340</w:t>
        <w:br/>
        <w:t>vt 0.465720 0.410450</w:t>
        <w:br/>
        <w:t>vt 0.461100 0.409260</w:t>
        <w:br/>
        <w:t>vt 0.461380 0.408850</w:t>
        <w:br/>
        <w:t>vt 0.499720 0.398050</w:t>
        <w:br/>
        <w:t>vt 0.499700 0.402880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0.499100 0.572190</w:t>
        <w:br/>
        <w:t>vt 0.499240 0.534960</w:t>
        <w:br/>
        <w:t>vt 0.499770 0.344370</w:t>
        <w:br/>
        <w:t>vt 0.499770 0.357040</w:t>
        <w:br/>
        <w:t>vt 0.499770 0.336640</w:t>
        <w:br/>
        <w:t>vt 0.499760 0.296180</w:t>
        <w:br/>
        <w:t>vt 0.499770 0.308680</w:t>
        <w:br/>
        <w:t>vt 0.499840 0.866070</w:t>
        <w:br/>
        <w:t>vt 0.499770 0.320900</w:t>
        <w:br/>
        <w:t>vt 0.499920 0.924880</w:t>
        <w:br/>
        <w:t>vt 0.499720 0.735510</w:t>
        <w:br/>
        <w:t>vt 0.491320 0.410450</w:t>
        <w:br/>
        <w:t>vt 0.499780 0.410450</w:t>
        <w:br/>
        <w:t>vt 0.499760 0.417170</w:t>
        <w:br/>
        <w:t>vt 0.082400 0.353030</w:t>
        <w:br/>
        <w:t>vt 0.090060 0.175150</w:t>
        <w:br/>
        <w:t>vt 0.090060 0.043260</w:t>
        <w:br/>
        <w:t>vt 0.090040 0.039560</w:t>
        <w:br/>
        <w:t>vt 0.090060 0.111830</w:t>
        <w:br/>
        <w:t>vt 0.090060 0.086270</w:t>
        <w:br/>
        <w:t>vt 0.090060 0.194470</w:t>
        <w:br/>
        <w:t>vt 0.499730 0.423530</w:t>
        <w:br/>
        <w:t>vt 0.300720 0.496880</w:t>
        <w:br/>
        <w:t>vt 0.319550 0.472640</w:t>
        <w:br/>
        <w:t>vt 0.122260 0.348110</w:t>
        <w:br/>
        <w:t>vt 0.120300 0.348520</w:t>
        <w:br/>
        <w:t>vt 0.120350 0.348610</w:t>
        <w:br/>
        <w:t>vt 0.118530 0.349230</w:t>
        <w:br/>
        <w:t>vt 0.122950 0.349340</w:t>
        <w:br/>
        <w:t>vt 0.122260 0.348110</w:t>
        <w:br/>
        <w:t>vt 0.498710 0.487280</w:t>
        <w:br/>
        <w:t>vt 0.499460 0.487670</w:t>
        <w:br/>
        <w:t>vt 0.429470 0.553420</w:t>
        <w:br/>
        <w:t>vt 0.475680 0.456450</w:t>
        <w:br/>
        <w:t>vt 0.474770 0.449290</w:t>
        <w:br/>
        <w:t>vt 0.468530 0.458850</w:t>
        <w:br/>
        <w:t>vt 0.486500 0.327640</w:t>
        <w:br/>
        <w:t>vt 0.499770 0.328410</w:t>
        <w:br/>
        <w:t>vt 0.469010 0.422600</w:t>
        <w:br/>
        <w:t>vt 0.464060 0.419570</w:t>
        <w:br/>
        <w:t>vt 0.460420 0.415620</w:t>
        <w:br/>
        <w:t>vt 0.492240 0.429760</w:t>
        <w:br/>
        <w:t>vt 0.499700 0.430150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0.380880 0.600790</w:t>
        <w:br/>
        <w:t>vt 0.393340 0.595560</w:t>
        <w:br/>
        <w:t>vt 0.395290 0.608200</w:t>
        <w:br/>
        <w:t>vt 0.407510 0.587720</w:t>
        <w:br/>
        <w:t>vt 0.418770 0.577130</w:t>
        <w:br/>
        <w:t>vt 0.456030 0.404930</w:t>
        <w:br/>
        <w:t>vt 0.449430 0.404350</w:t>
        <w:br/>
        <w:t>vt 0.457530 0.399040</w:t>
        <w:br/>
        <w:t>vt 0.462280 0.401430</w:t>
        <w:br/>
        <w:t>vt 0.466980 0.393950</w:t>
        <w:br/>
        <w:t>vt 0.468700 0.397590</w:t>
        <w:br/>
        <w:t>vt 0.451400 0.409180</w:t>
        <w:br/>
        <w:t>vt 0.442230 0.409460</w:t>
        <w:br/>
        <w:t>vt 0.470160 0.437940</w:t>
        <w:br/>
        <w:t>vt 0.461300 0.433440</w:t>
        <w:br/>
        <w:t>vt 0.466020 0.427220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0.499750 0.388670</w:t>
        <w:br/>
        <w:t>vt 0.499740 0.393450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0.499660 0.440970</w:t>
        <w:br/>
        <w:t>vt 0.490890 0.440910</w:t>
        <w:br/>
        <w:t>vt 0.491470 0.435440</w:t>
        <w:br/>
        <w:t>vt 0.499680 0.435730</w:t>
        <w:br/>
        <w:t>vt 0.336430 0.457770</w:t>
        <w:br/>
        <w:t>vt 0.263960 0.385380</w:t>
        <w:br/>
        <w:t>vt 0.242520 0.401970</w:t>
        <w:br/>
        <w:t>vt 0.269700 0.417730</w:t>
        <w:br/>
        <w:t>vt 0.290440 0.401960</w:t>
        <w:br/>
        <w:t>vt 0.299090 0.434440</w:t>
        <w:br/>
        <w:t>vt 0.317580 0.418350</w:t>
        <w:br/>
        <w:t>vt 0.321020 0.447990</w:t>
        <w:br/>
        <w:t>vt 0.337040 0.431460</w:t>
        <w:br/>
        <w:t>vt 0.498710 0.487280</w:t>
        <w:br/>
        <w:t>vt 0.499460 0.487670</w:t>
        <w:br/>
        <w:t>vt 0.479100 0.463410</w:t>
        <w:br/>
        <w:t>vt 0.485870 0.470840</w:t>
        <w:br/>
        <w:t>vt 0.481170 0.473800</w:t>
        <w:br/>
        <w:t>vt 0.473940 0.466210</w:t>
        <w:br/>
        <w:t>vt 0.487210 0.481360</w:t>
        <w:br/>
        <w:t>vt 0.490820 0.478290</w:t>
        <w:br/>
        <w:t>vt 0.495540 0.483490</w:t>
        <w:br/>
        <w:t>vt 0.493840 0.486940</w:t>
        <w:br/>
        <w:t>vt 0.884110 0.839870</w:t>
        <w:br/>
        <w:t>vt 0.015410 0.524620</w:t>
        <w:br/>
        <w:t>vt 0.019720 0.526980</w:t>
        <w:br/>
        <w:t>vt 0.019720 0.514320</w:t>
        <w:br/>
        <w:t>vt 0.015410 0.512510</w:t>
        <w:br/>
        <w:t>vt 0.019720 0.630580</w:t>
        <w:br/>
        <w:t>vt 0.019720 0.675320</w:t>
        <w:br/>
        <w:t>vt 0.015410 0.676230</w:t>
        <w:br/>
        <w:t>vt 0.015410 0.550320</w:t>
        <w:br/>
        <w:t>vt 0.019720 0.550500</w:t>
        <w:br/>
        <w:t>vt 0.470300 0.410450</w:t>
        <w:br/>
        <w:t>vt 0.019720 0.514320</w:t>
        <w:br/>
        <w:t>vt 0.019720 0.526980</w:t>
        <w:br/>
        <w:t>vt 0.024510 0.526590</w:t>
        <w:br/>
        <w:t>vt 0.024510 0.513080</w:t>
        <w:br/>
        <w:t>vt 0.019720 0.787520</w:t>
        <w:br/>
        <w:t>vt 0.019720 0.734160</w:t>
        <w:br/>
        <w:t>vt 0.015410 0.734750</w:t>
        <w:br/>
        <w:t>vt 0.015410 0.787520</w:t>
        <w:br/>
        <w:t>vt 0.019720 0.514030</w:t>
        <w:br/>
        <w:t>vt 0.019720 0.511190</w:t>
        <w:br/>
        <w:t>vt 0.019720 0.787520</w:t>
        <w:br/>
        <w:t>vt 0.024510 0.787520</w:t>
        <w:br/>
        <w:t>vt 0.120380 0.348830</w:t>
        <w:br/>
        <w:t>vt 0.121570 0.346880</w:t>
        <w:br/>
        <w:t>vt 0.119810 0.809100</w:t>
        <w:br/>
        <w:t>vt 0.166680 0.777070</w:t>
        <w:br/>
        <w:t>vt 0.120000 0.728450</w:t>
        <w:br/>
        <w:t>vt 0.074540 0.747670</w:t>
        <w:br/>
        <w:t>vt 0.182320 0.853830</w:t>
        <w:br/>
        <w:t>vt 0.231280 0.815700</w:t>
        <w:br/>
        <w:t>vt 0.270960 0.835610</w:t>
        <w:br/>
        <w:t>vt 0.233670 0.880720</w:t>
        <w:br/>
        <w:t>vt 0.286990 0.899750</w:t>
        <w:br/>
        <w:t>vt 0.316410 0.849720</w:t>
        <w:br/>
        <w:t>vt 0.453780 0.925630</w:t>
        <w:br/>
        <w:t>vt 0.463820 0.865990</w:t>
        <w:br/>
        <w:t>vt 0.423850 0.861680</w:t>
        <w:br/>
        <w:t>vt 0.403960 0.921020</w:t>
        <w:br/>
        <w:t>vt 0.371650 0.856430</w:t>
        <w:br/>
        <w:t>vt 0.345080 0.914140</w:t>
        <w:br/>
        <w:t>vt 0.844220 0.896850</w:t>
        <w:br/>
        <w:t>vt 0.833720 0.911840</w:t>
        <w:br/>
        <w:t>vt 0.843870 0.914330</w:t>
        <w:br/>
        <w:t>vt 0.302440 0.599080</w:t>
        <w:br/>
        <w:t>vt 0.284280 0.609880</w:t>
        <w:br/>
        <w:t>vt 0.305650 0.622990</w:t>
        <w:br/>
        <w:t>vt 0.314390 0.609070</w:t>
        <w:br/>
        <w:t>vt 0.325040 0.596850</w:t>
        <w:br/>
        <w:t>vt 0.313450 0.590030</w:t>
        <w:br/>
        <w:t>vt 0.293870 0.567060</w:t>
        <w:br/>
        <w:t>vt 0.298240 0.553840</w:t>
        <w:br/>
        <w:t>vt 0.289600 0.550560</w:t>
        <w:br/>
        <w:t>vt 0.285410 0.568740</w:t>
        <w:br/>
        <w:t>vt 0.294580 0.533760</w:t>
        <w:br/>
        <w:t>vt 0.304020 0.538820</w:t>
        <w:br/>
        <w:t>vt 0.312340 0.524060</w:t>
        <w:br/>
        <w:t>vt 0.308970 0.512820</w:t>
        <w:br/>
        <w:t>vt 0.181680 0.648550</w:t>
        <w:br/>
        <w:t>vt 0.139320 0.658940</w:t>
        <w:br/>
        <w:t>vt 0.167790 0.707450</w:t>
        <w:br/>
        <w:t>vt 0.209020 0.688240</w:t>
        <w:br/>
        <w:t>vt 0.379370 0.631670</w:t>
        <w:br/>
        <w:t>vt 0.379730 0.649570</w:t>
        <w:br/>
        <w:t>vt 0.401560 0.648150</w:t>
        <w:br/>
        <w:t>vt 0.399680 0.629130</w:t>
        <w:br/>
        <w:t>vt 0.351830 0.764420</w:t>
        <w:br/>
        <w:t>vt 0.361290 0.734730</w:t>
        <w:br/>
        <w:t>vt 0.330890 0.728470</w:t>
        <w:br/>
        <w:t>vt 0.316910 0.756160</w:t>
        <w:br/>
        <w:t>vt 0.437740 0.808870</w:t>
        <w:br/>
        <w:t>vt 0.409560 0.810640</w:t>
        <w:br/>
        <w:t>vt 0.450880 0.674640</w:t>
        <w:br/>
        <w:t>vt 0.450470 0.644720</w:t>
        <w:br/>
        <w:t>vt 0.425890 0.645920</w:t>
        <w:br/>
        <w:t>vt 0.424480 0.675500</w:t>
        <w:br/>
        <w:t>vt 0.467360 0.809450</w:t>
        <w:br/>
        <w:t>vt 0.449690 0.705000</w:t>
        <w:br/>
        <w:t>vt 0.473960 0.704860</w:t>
        <w:br/>
        <w:t>vt 0.474190 0.675080</w:t>
        <w:br/>
        <w:t>vt 0.420150 0.615750</w:t>
        <w:br/>
        <w:t>vt 0.439570 0.595330</w:t>
        <w:br/>
        <w:t>vt 0.429210 0.586210</w:t>
        <w:br/>
        <w:t>vt 0.413890 0.601700</w:t>
        <w:br/>
        <w:t>vt 0.451140 0.623690</w:t>
        <w:br/>
        <w:t>vt 0.461270 0.603680</w:t>
        <w:br/>
        <w:t>vt 0.485070 0.610860</w:t>
        <w:br/>
        <w:t>vt 0.487050 0.593380</w:t>
        <w:br/>
        <w:t>vt 0.467830 0.585080</w:t>
        <w:br/>
        <w:t>vt 0.451750 0.528580</w:t>
        <w:br/>
        <w:t>vt 0.447520 0.535890</w:t>
        <w:br/>
        <w:t>vt 0.460620 0.543710</w:t>
        <w:br/>
        <w:t>vt 0.464820 0.535580</w:t>
        <w:br/>
        <w:t>vt 0.402500 0.506160</w:t>
        <w:br/>
        <w:t>vt 0.394710 0.512530</w:t>
        <w:br/>
        <w:t>vt 0.412170 0.519190</w:t>
        <w:br/>
        <w:t>vt 0.419870 0.513800</w:t>
        <w:br/>
        <w:t>vt 0.435870 0.520850</w:t>
        <w:br/>
        <w:t>vt 0.430360 0.526730</w:t>
        <w:br/>
        <w:t>vt 0.386000 0.498090</w:t>
        <w:br/>
        <w:t>vt 0.376870 0.506450</w:t>
        <w:br/>
        <w:t>vt 0.341550 0.508910</w:t>
        <w:br/>
        <w:t>vt 0.356690 0.511870</w:t>
        <w:br/>
        <w:t>vt 0.359110 0.502070</w:t>
        <w:br/>
        <w:t>vt 0.342040 0.498110</w:t>
        <w:br/>
        <w:t>vt 0.456950 0.516230</w:t>
        <w:br/>
        <w:t>vt 0.459640 0.505300</w:t>
        <w:br/>
        <w:t>vt 0.448570 0.498780</w:t>
        <w:br/>
        <w:t>vt 0.444050 0.508430</w:t>
        <w:br/>
        <w:t>vt 0.466760 0.476100</w:t>
        <w:br/>
        <w:t>vt 0.460030 0.470710</w:t>
        <w:br/>
        <w:t>vt 0.453470 0.484910</w:t>
        <w:br/>
        <w:t>vt 0.462420 0.491520</w:t>
        <w:br/>
        <w:t>vt 0.489780 0.453630</w:t>
        <w:br/>
        <w:t>vt 0.490600 0.460130</w:t>
        <w:br/>
        <w:t>vt 0.470490 0.498170</w:t>
        <w:br/>
        <w:t>vt 0.474800 0.482050</w:t>
        <w:br/>
        <w:t>vt 0.468140 0.522660</w:t>
        <w:br/>
        <w:t>vt 0.469330 0.513000</w:t>
        <w:br/>
        <w:t>vt 0.490790 0.523760</w:t>
        <w:br/>
        <w:t>vt 0.479160 0.518580</w:t>
        <w:br/>
        <w:t>vt 0.479080 0.528260</w:t>
        <w:br/>
        <w:t>vt 0.490490 0.533010</w:t>
        <w:br/>
        <w:t>vt 0.471940 0.560660</w:t>
        <w:br/>
        <w:t>vt 0.488980 0.569870</w:t>
        <w:br/>
        <w:t>vt 0.489420 0.558110</w:t>
        <w:br/>
        <w:t>vt 0.475110 0.551470</w:t>
        <w:br/>
        <w:t>vt 0.488170 0.581700</w:t>
        <w:br/>
        <w:t>vt 0.492660 0.468290</w:t>
        <w:br/>
        <w:t>vt 0.269400 0.565560</w:t>
        <w:br/>
        <w:t>vt 0.271860 0.590550</w:t>
        <w:br/>
        <w:t>vt 0.292940 0.585990</w:t>
        <w:br/>
        <w:t>vt 0.197760 0.446520</w:t>
        <w:br/>
        <w:t>vt 0.179520 0.476450</w:t>
        <w:br/>
        <w:t>vt 0.214640 0.491910</w:t>
        <w:br/>
        <w:t>vt 0.231210 0.463580</w:t>
        <w:br/>
        <w:t>vt 0.384660 0.478800</w:t>
        <w:br/>
        <w:t>vt 0.399240 0.465130</w:t>
        <w:br/>
        <w:t>vt 0.381130 0.457410</w:t>
        <w:br/>
        <w:t>vt 0.366830 0.472120</w:t>
        <w:br/>
        <w:t>vt 0.353210 0.485110</w:t>
        <w:br/>
        <w:t>vt 0.370320 0.491650</w:t>
        <w:br/>
        <w:t>vt 0.414720 0.493670</w:t>
        <w:br/>
        <w:t>vt 0.425130 0.480550</w:t>
        <w:br/>
        <w:t>vt 0.413170 0.472070</w:t>
        <w:br/>
        <w:t>vt 0.399940 0.485390</w:t>
        <w:br/>
        <w:t>vt 0.432180 0.469530</w:t>
        <w:br/>
        <w:t>vt 0.442990 0.456190</w:t>
        <w:br/>
        <w:t>vt 0.433300 0.447300</w:t>
        <w:br/>
        <w:t>vt 0.420100 0.462580</w:t>
        <w:br/>
        <w:t>vt 0.435560 0.428290</w:t>
        <w:br/>
        <w:t>vt 0.420980 0.438600</w:t>
        <w:br/>
        <w:t>vt 0.443070 0.437520</w:t>
        <w:br/>
        <w:t>vt 0.430690 0.502050</w:t>
        <w:br/>
        <w:t>vt 0.438380 0.490320</w:t>
        <w:br/>
        <w:t>vt 0.444350 0.478270</w:t>
        <w:br/>
        <w:t>vt 0.452720 0.464540</w:t>
        <w:br/>
        <w:t>vt 0.492500 0.384070</w:t>
        <w:br/>
        <w:t>vt 0.490900 0.371600</w:t>
        <w:br/>
        <w:t>vt 0.481060 0.372940</w:t>
        <w:br/>
        <w:t>vt 0.483110 0.384990</w:t>
        <w:br/>
        <w:t>vt 0.452220 0.395870</w:t>
        <w:br/>
        <w:t>vt 0.463730 0.391180</w:t>
        <w:br/>
        <w:t>vt 0.456030 0.383260</w:t>
        <w:br/>
        <w:t>vt 0.439580 0.390650</w:t>
        <w:br/>
        <w:t>vt 0.459480 0.354230</w:t>
        <w:br/>
        <w:t>vt 0.464390 0.364280</w:t>
        <w:br/>
        <w:t>vt 0.479160 0.359840</w:t>
        <w:br/>
        <w:t>vt 0.478610 0.348020</w:t>
        <w:br/>
        <w:t>vt 0.436980 0.362230</w:t>
        <w:br/>
        <w:t>vt 0.412410 0.378860</w:t>
        <w:br/>
        <w:t>vt 0.426150 0.386240</w:t>
        <w:br/>
        <w:t>vt 0.447120 0.372770</w:t>
        <w:br/>
        <w:t>vt 0.474060 0.327250</w:t>
        <w:br/>
        <w:t>vt 0.448980 0.331370</w:t>
        <w:br/>
        <w:t>vt 0.454730 0.343120</w:t>
        <w:br/>
        <w:t>vt 0.477140 0.337840</w:t>
        <w:br/>
        <w:t>vt 0.478210 0.293930</w:t>
        <w:br/>
        <w:t>vt 0.464400 0.294100</w:t>
        <w:br/>
        <w:t>vt 0.467020 0.306910</w:t>
        <w:br/>
        <w:t>vt 0.482300 0.307160</w:t>
        <w:br/>
        <w:t>vt 0.365580 0.302470</w:t>
        <w:br/>
        <w:t>vt 0.397530 0.295660</w:t>
        <w:br/>
        <w:t>vt 0.376350 0.271260</w:t>
        <w:br/>
        <w:t>vt 0.396210 0.391170</w:t>
        <w:br/>
        <w:t>vt 0.412880 0.397040</w:t>
        <w:br/>
        <w:t>vt 0.427330 0.399980</w:t>
        <w:br/>
        <w:t>vt 0.419520 0.408790</w:t>
        <w:br/>
        <w:t>vt 0.434550 0.410340</w:t>
        <w:br/>
        <w:t>vt 0.441530 0.403220</w:t>
        <w:br/>
        <w:t>vt 0.384580 0.402590</w:t>
        <w:br/>
        <w:t>vt 0.374720 0.413070</w:t>
        <w:br/>
        <w:t>vt 0.391120 0.422430</w:t>
        <w:br/>
        <w:t>vt 0.400270 0.407750</w:t>
        <w:br/>
        <w:t>vt 0.393530 0.353870</w:t>
        <w:br/>
        <w:t>vt 0.373040 0.367460</w:t>
        <w:br/>
        <w:t>vt 0.384310 0.381180</w:t>
        <w:br/>
        <w:t>vt 0.402500 0.367080</w:t>
        <w:br/>
        <w:t>vt 0.371080 0.393070</w:t>
        <w:br/>
        <w:t>vt 0.358040 0.379020</w:t>
        <w:br/>
        <w:t>vt 0.323770 0.288370</w:t>
        <w:br/>
        <w:t>vt 0.336980 0.313680</w:t>
        <w:br/>
        <w:t>vt 0.279900 0.308470</w:t>
        <w:br/>
        <w:t>vt 0.294420 0.266640</w:t>
        <w:br/>
        <w:t>vt 0.216090 0.301180</w:t>
        <w:br/>
        <w:t>vt 0.236490 0.331820</w:t>
        <w:br/>
        <w:t>vt 0.165320 0.375790</w:t>
        <w:br/>
        <w:t>vt 0.169340 0.389190</w:t>
        <w:br/>
        <w:t>vt 0.200060 0.359490</w:t>
        <w:br/>
        <w:t>vt 0.300160 0.719350</w:t>
        <w:br/>
        <w:t>vt 0.282770 0.745400</w:t>
        <w:br/>
        <w:t>vt 0.275210 0.545570</w:t>
        <w:br/>
        <w:t>vt 0.282460 0.527000</w:t>
        <w:br/>
        <w:t>vt 0.022740 0.440270</w:t>
        <w:br/>
        <w:t>vt 0.054260 0.452750</w:t>
        <w:br/>
        <w:t>vt 0.033740 0.423510</w:t>
        <w:br/>
        <w:t>vt 0.022740 0.440270</w:t>
        <w:br/>
        <w:t>vt 0.011100 0.435240</w:t>
        <w:br/>
        <w:t>vt 0.005620 0.455910</w:t>
        <w:br/>
        <w:t>vt 0.017620 0.457860</w:t>
        <w:br/>
        <w:t>vt 0.011380 0.477720</w:t>
        <w:br/>
        <w:t>vt 0.023370 0.492650</w:t>
        <w:br/>
        <w:t>vt 0.021270 0.475840</w:t>
        <w:br/>
        <w:t>vt 0.031400 0.488050</w:t>
        <w:br/>
        <w:t>vt 0.042080 0.506320</w:t>
        <w:br/>
        <w:t>vt 0.048370 0.495050</w:t>
        <w:br/>
        <w:t>vt 0.078830 0.480340</w:t>
        <w:br/>
        <w:t>vt 0.048370 0.495050</w:t>
        <w:br/>
        <w:t>vt 0.093960 0.469960</w:t>
        <w:br/>
        <w:t>vt 0.124010 0.454360</w:t>
        <w:br/>
        <w:t>vt 0.106980 0.480340</w:t>
        <w:br/>
        <w:t>vt 0.063240 0.498790</w:t>
        <w:br/>
        <w:t>vt 0.094990 0.501660</w:t>
        <w:br/>
        <w:t>vt 0.063240 0.498790</w:t>
        <w:br/>
        <w:t>vt 0.061480 0.504220</w:t>
        <w:br/>
        <w:t>vt 0.822760 0.927500</w:t>
        <w:br/>
        <w:t>vt 0.818790 0.947840</w:t>
        <w:br/>
        <w:t>vt 0.836090 0.955410</w:t>
        <w:br/>
        <w:t>vt 0.108660 0.405900</w:t>
        <w:br/>
        <w:t>vt 0.076690 0.426740</w:t>
        <w:br/>
        <w:t>vt 0.077070 0.394290</w:t>
        <w:br/>
        <w:t>vt 0.036410 0.399870</w:t>
        <w:br/>
        <w:t>vt 0.021780 0.416950</w:t>
        <w:br/>
        <w:t>vt 0.033740 0.423510</w:t>
        <w:br/>
        <w:t>vt 0.047550 0.411330</w:t>
        <w:br/>
        <w:t>vt 0.077070 0.394290</w:t>
        <w:br/>
        <w:t>vt 0.067950 0.383000</w:t>
        <w:br/>
        <w:t>vt 0.105470 0.385940</w:t>
        <w:br/>
        <w:t>vt 0.101280 0.370830</w:t>
        <w:br/>
        <w:t>vt 0.136240 0.381300</w:t>
        <w:br/>
        <w:t>vt 0.138040 0.367170</w:t>
        <w:br/>
        <w:t>vt 0.105470 0.385940</w:t>
        <w:br/>
        <w:t>vt 0.136240 0.381300</w:t>
        <w:br/>
        <w:t>vt 0.929720 0.935420</w:t>
        <w:br/>
        <w:t>vt 0.916450 0.897980</w:t>
        <w:br/>
        <w:t>vt 0.885590 0.949790</w:t>
        <w:br/>
        <w:t>vt 0.916670 0.953920</w:t>
        <w:br/>
        <w:t>vt 0.873100 0.975460</w:t>
        <w:br/>
        <w:t>vt 0.897190 0.967930</w:t>
        <w:br/>
        <w:t>vt 0.868640 0.955460</w:t>
        <w:br/>
        <w:t>vt 0.852680 0.973080</w:t>
        <w:br/>
        <w:t>vt 0.849970 0.956150</w:t>
        <w:br/>
        <w:t>vt 0.937700 0.913540</w:t>
        <w:br/>
        <w:t>vt 0.948350 0.879380</w:t>
        <w:br/>
        <w:t>vt 0.929360 0.858270</w:t>
        <w:br/>
        <w:t>vt 0.919680 0.832780</w:t>
        <w:br/>
        <w:t>vt 0.890880 0.873900</w:t>
        <w:br/>
        <w:t>vt 0.949980 0.824080</w:t>
        <w:br/>
        <w:t>vt 0.951850 0.786830</w:t>
        <w:br/>
        <w:t>vt 0.949980 0.824080</w:t>
        <w:br/>
        <w:t>vt 0.972040 0.780950</w:t>
        <w:br/>
        <w:t>vt 0.951850 0.786830</w:t>
        <w:br/>
        <w:t>vt 0.493600 0.498000</w:t>
        <w:br/>
        <w:t>vt 0.483770 0.490660</w:t>
        <w:br/>
        <w:t>vt 0.479470 0.504840</w:t>
        <w:br/>
        <w:t>vt 0.491740 0.511380</w:t>
        <w:br/>
        <w:t>vt 0.890880 0.873900</w:t>
        <w:br/>
        <w:t>vt 0.843870 0.914330</w:t>
        <w:br/>
        <w:t>vt 0.956670 0.845460</w:t>
        <w:br/>
        <w:t>vt 0.968280 0.809870</w:t>
        <w:br/>
        <w:t>vt 0.956670 0.845460</w:t>
        <w:br/>
        <w:t>vt 0.794560 0.919500</w:t>
        <w:br/>
        <w:t>vt 0.094990 0.501660</w:t>
        <w:br/>
        <w:t>vt 0.047550 0.411330</w:t>
        <w:br/>
        <w:t>vt 0.145570 0.424360</w:t>
        <w:br/>
        <w:t>vt 0.480070 0.628780</w:t>
        <w:br/>
        <w:t>vt 0.475860 0.645960</w:t>
        <w:br/>
        <w:t>vt 0.374290 0.677310</w:t>
        <w:br/>
        <w:t>vt 0.358300 0.647810</w:t>
        <w:br/>
        <w:t>vt 0.351080 0.674550</w:t>
        <w:br/>
        <w:t>vt 0.253520 0.564160</w:t>
        <w:br/>
        <w:t>vt 0.253270 0.592890</w:t>
        <w:br/>
        <w:t>vt 0.450990 0.575480</w:t>
        <w:br/>
        <w:t>vt 0.360770 0.629580</w:t>
        <w:br/>
        <w:t>vt 0.378670 0.611400</w:t>
        <w:br/>
        <w:t>vt 0.364070 0.610790</w:t>
        <w:br/>
        <w:t>vt 0.327130 0.509310</w:t>
        <w:br/>
        <w:t>vt 0.325030 0.497230</w:t>
        <w:br/>
        <w:t>vt 0.440160 0.564420</w:t>
        <w:br/>
        <w:t>vt 0.453900 0.560430</w:t>
        <w:br/>
        <w:t>vt 0.442250 0.554920</w:t>
        <w:br/>
        <w:t>vt 0.348310 0.607420</w:t>
        <w:br/>
        <w:t>vt 0.342960 0.623910</w:t>
        <w:br/>
        <w:t>vt 0.470190 0.571360</w:t>
        <w:br/>
        <w:t>vt 0.455370 0.551200</w:t>
        <w:br/>
        <w:t>vt 0.445070 0.542940</w:t>
        <w:br/>
        <w:t>vt 0.423180 0.531760</w:t>
        <w:br/>
        <w:t>vt 0.388630 0.519210</w:t>
        <w:br/>
        <w:t>vt 0.406320 0.524180</w:t>
        <w:br/>
        <w:t>vt 0.336740 0.602880</w:t>
        <w:br/>
        <w:t>vt 0.328080 0.617020</w:t>
        <w:br/>
        <w:t>vt 0.477920 0.541860</w:t>
        <w:br/>
        <w:t>vt 0.496590 0.489520</w:t>
        <w:br/>
        <w:t>vt 0.499410 0.498620</w:t>
        <w:br/>
        <w:t>vt 0.301390 0.579230</w:t>
        <w:br/>
        <w:t>vt 0.263820 0.777180</w:t>
        <w:br/>
        <w:t>vt 0.210500 0.743470</w:t>
        <w:br/>
        <w:t>vt 0.095690 0.674190</w:t>
        <w:br/>
        <w:t>vt 0.050990 0.683720</w:t>
        <w:br/>
        <w:t>vt 0.244210 0.719460</w:t>
        <w:br/>
        <w:t>vt 0.267400 0.699420</w:t>
        <w:br/>
        <w:t>vt 0.122390 0.606140</w:t>
        <w:br/>
        <w:t>vt 0.169230 0.602800</w:t>
        <w:br/>
        <w:t>vt 0.163820 0.544300</w:t>
        <w:br/>
        <w:t>vt 0.117590 0.552500</w:t>
        <w:br/>
        <w:t>vt 0.311140 0.322730</w:t>
        <w:br/>
        <w:t>vt 0.288840 0.333610</w:t>
        <w:br/>
        <w:t>vt 0.308200 0.354930</w:t>
        <w:br/>
        <w:t>vt 0.326680 0.345780</w:t>
        <w:br/>
        <w:t>vt 0.360450 0.351840</w:t>
        <w:br/>
        <w:t>vt 0.384190 0.339350</w:t>
        <w:br/>
        <w:t>vt 0.373800 0.324040</w:t>
        <w:br/>
        <w:t>vt 0.348860 0.334950</w:t>
        <w:br/>
        <w:t>vt 0.285940 0.644240</w:t>
        <w:br/>
        <w:t>vt 0.264650 0.622460</w:t>
        <w:br/>
        <w:t>vt 0.255040 0.350580</w:t>
        <w:br/>
        <w:t>vt 0.283930 0.371130</w:t>
        <w:br/>
        <w:t>vt 0.167470 0.509340</w:t>
        <w:br/>
        <w:t>vt 0.202980 0.522870</w:t>
        <w:br/>
        <w:t>vt 0.368150 0.246890</w:t>
        <w:br/>
        <w:t>vt 0.462800 0.267850</w:t>
        <w:br/>
        <w:t>vt 0.435410 0.235910</w:t>
        <w:br/>
        <w:t>vt 0.040940 0.619040</w:t>
        <w:br/>
        <w:t>vt 0.080530 0.609240</w:t>
        <w:br/>
        <w:t>vt 0.074890 0.560620</w:t>
        <w:br/>
        <w:t>vt 0.041630 0.558210</w:t>
        <w:br/>
        <w:t>vt 0.069260 0.506200</w:t>
        <w:br/>
        <w:t>vt 0.043140 0.509580</w:t>
        <w:br/>
        <w:t>vt 0.373300 0.515320</w:t>
        <w:br/>
        <w:t>vt 0.420760 0.426910</w:t>
        <w:br/>
        <w:t>vt 0.432460 0.417600</w:t>
        <w:br/>
        <w:t>vt 0.416640 0.326230</w:t>
        <w:br/>
        <w:t>vt 0.407670 0.310810</w:t>
        <w:br/>
        <w:t>vt 0.437420 0.308510</w:t>
        <w:br/>
        <w:t>vt 0.443420 0.321760</w:t>
        <w:br/>
        <w:t>vt 0.471220 0.319390</w:t>
        <w:br/>
        <w:t>vt 0.182400 0.326670</w:t>
        <w:br/>
        <w:t>vt 0.484000 0.421940</w:t>
        <w:br/>
        <w:t>vt 0.476770 0.420140</w:t>
        <w:br/>
        <w:t>vt 0.476140 0.426230</w:t>
        <w:br/>
        <w:t>vt 0.483940 0.428400</w:t>
        <w:br/>
        <w:t>vt 0.473420 0.386740</w:t>
        <w:br/>
        <w:t>vt 0.468990 0.375780</w:t>
        <w:br/>
        <w:t>vt 0.423570 0.337870</w:t>
        <w:br/>
        <w:t>vt 0.430090 0.350090</w:t>
        <w:br/>
        <w:t>vt 0.485260 0.320410</w:t>
        <w:br/>
        <w:t>vt 0.488980 0.345380</w:t>
        <w:br/>
        <w:t>vt 0.488270 0.336800</w:t>
        <w:br/>
        <w:t>vt 0.489200 0.357950</w:t>
        <w:br/>
        <w:t>vt 0.408760 0.453560</w:t>
        <w:br/>
        <w:t>vt 0.452350 0.445320</w:t>
        <w:br/>
        <w:t>vt 0.464120 0.450890</w:t>
        <w:br/>
        <w:t>vt 0.197890 0.556250</w:t>
        <w:br/>
        <w:t>vt 0.126010 0.519150</w:t>
        <w:br/>
        <w:t>vt 0.135020 0.494100</w:t>
        <w:br/>
        <w:t>vt 0.352770 0.465480</w:t>
        <w:br/>
        <w:t>vt 0.338840 0.479680</w:t>
        <w:br/>
        <w:t>vt 0.489790 0.547050</w:t>
        <w:br/>
        <w:t>vt 0.169340 0.389190</w:t>
        <w:br/>
        <w:t>vt 0.321210 0.632510</w:t>
        <w:br/>
        <w:t>vt 0.339570 0.641310</w:t>
        <w:br/>
        <w:t>vt 0.311590 0.657600</w:t>
        <w:br/>
        <w:t>vt 0.329910 0.667740</w:t>
        <w:br/>
        <w:t>vt 0.213200 0.641570</w:t>
        <w:br/>
        <w:t>vt 0.235940 0.673860</w:t>
        <w:br/>
        <w:t>vt 0.201440 0.597500</w:t>
        <w:br/>
        <w:t>vt 0.469920 0.767880</w:t>
        <w:br/>
        <w:t>vt 0.443640 0.768080</w:t>
        <w:br/>
        <w:t>vt 0.415380 0.767730</w:t>
        <w:br/>
        <w:t>vt 0.299790 0.790490</w:t>
        <w:br/>
        <w:t>vt 0.338530 0.801870</w:t>
        <w:br/>
        <w:t>vt 0.378780 0.807550</w:t>
        <w:br/>
        <w:t>vt 0.386330 0.768110</w:t>
        <w:br/>
        <w:t>vt 0.432150 0.292330</w:t>
        <w:br/>
        <w:t>vt 0.424760 0.267450</w:t>
        <w:br/>
        <w:t>vt 0.490120 0.447670</w:t>
        <w:br/>
        <w:t>vt 0.822760 0.927500</w:t>
        <w:br/>
        <w:t>vt 0.393850 0.443820</w:t>
        <w:br/>
        <w:t>vt 0.407520 0.430580</w:t>
        <w:br/>
        <w:t>vt 0.379510 0.436580</w:t>
        <w:br/>
        <w:t>vt 0.308000 0.388730</w:t>
        <w:br/>
        <w:t>vt 0.327100 0.373740</w:t>
        <w:br/>
        <w:t>vt 0.345370 0.390100</w:t>
        <w:br/>
        <w:t>vt 0.332010 0.405290</w:t>
        <w:br/>
        <w:t>vt 0.349730 0.417270</w:t>
        <w:br/>
        <w:t>vt 0.360820 0.403610</w:t>
        <w:br/>
        <w:t>vt 0.413500 0.420930</w:t>
        <w:br/>
        <w:t>vt 0.342340 0.363090</w:t>
        <w:br/>
        <w:t>vt 0.499250 0.525390</w:t>
        <w:br/>
        <w:t>vt 0.499340 0.512360</w:t>
        <w:br/>
        <w:t>vt 0.860480 0.873620</w:t>
        <w:br/>
        <w:t>vt 0.208640 0.381960</w:t>
        <w:br/>
        <w:t>vt 0.232620 0.364520</w:t>
        <w:br/>
        <w:t>vt 0.447070 0.736620</w:t>
        <w:br/>
        <w:t>vt 0.419890 0.736060</w:t>
        <w:br/>
        <w:t>vt 0.472030 0.736340</w:t>
        <w:br/>
        <w:t>vt 0.397900 0.677060</w:t>
        <w:br/>
        <w:t>vt 0.391690 0.736610</w:t>
        <w:br/>
        <w:t>vt 0.156580 0.358470</w:t>
        <w:br/>
        <w:t>vt 0.222630 0.417870</w:t>
        <w:br/>
        <w:t>vt 0.190120 0.401330</w:t>
        <w:br/>
        <w:t>vt 0.167470 0.432630</w:t>
        <w:br/>
        <w:t>vt 0.150020 0.462750</w:t>
        <w:br/>
        <w:t>vt 0.460450 0.408670</w:t>
        <w:br/>
        <w:t>vt 0.462920 0.408860</w:t>
        <w:br/>
        <w:t>vt 0.462220 0.407950</w:t>
        <w:br/>
        <w:t>vt 0.482720 0.410450</w:t>
        <w:br/>
        <w:t>vt 0.476220 0.410450</w:t>
        <w:br/>
        <w:t>vt 0.476660 0.414800</w:t>
        <w:br/>
        <w:t>vt 0.483720 0.415870</w:t>
        <w:br/>
        <w:t>vt 0.492480 0.403000</w:t>
        <w:br/>
        <w:t>vt 0.492610 0.398070</w:t>
        <w:br/>
        <w:t>vt 0.484380 0.398350</w:t>
        <w:br/>
        <w:t>vt 0.484460 0.403070</w:t>
        <w:br/>
        <w:t>vt 0.483030 0.408860</w:t>
        <w:br/>
        <w:t>vt 0.483810 0.406450</w:t>
        <w:br/>
        <w:t>vt 0.477490 0.406530</w:t>
        <w:br/>
        <w:t>vt 0.477000 0.408860</w:t>
        <w:br/>
        <w:t>vt 0.469540 0.417660</w:t>
        <w:br/>
        <w:t>vt 0.470050 0.413780</w:t>
        <w:br/>
        <w:t>vt 0.466240 0.408860</w:t>
        <w:br/>
        <w:t>vt 0.465860 0.407280</w:t>
        <w:br/>
        <w:t>vt 0.024510 0.676950</w:t>
        <w:br/>
        <w:t>vt 0.024510 0.734350</w:t>
        <w:br/>
        <w:t>vt 0.019720 0.734160</w:t>
        <w:br/>
        <w:t>vt 0.019720 0.675320</w:t>
        <w:br/>
        <w:t>vt 0.015410 0.586000</w:t>
        <w:br/>
        <w:t>vt 0.019720 0.586370</w:t>
        <w:br/>
        <w:t>vt 0.019720 0.630580</w:t>
        <w:br/>
        <w:t>vt 0.015410 0.632350</w:t>
        <w:br/>
        <w:t>vt 0.470920 0.408860</w:t>
        <w:br/>
        <w:t>vt 0.470840 0.406730</w:t>
        <w:br/>
        <w:t>vt 0.465590 0.412560</w:t>
        <w:br/>
        <w:t>vt 0.462390 0.411490</w:t>
        <w:br/>
        <w:t>vt 0.461910 0.412800</w:t>
        <w:br/>
        <w:t>vt 0.465170 0.415350</w:t>
        <w:br/>
        <w:t>vt 0.458480 0.405980</w:t>
        <w:br/>
        <w:t>vt 0.456360 0.408490</w:t>
        <w:br/>
        <w:t>vt 0.461430 0.406990</w:t>
        <w:br/>
        <w:t>vt 0.465080 0.405420</w:t>
        <w:br/>
        <w:t>vt 0.464110 0.403420</w:t>
        <w:br/>
        <w:t>vt 0.469810 0.401050</w:t>
        <w:br/>
        <w:t>vt 0.470650 0.404130</w:t>
        <w:br/>
        <w:t>vt 0.019720 0.586370</w:t>
        <w:br/>
        <w:t>vt 0.019720 0.550500</w:t>
        <w:br/>
        <w:t>vt 0.024510 0.551030</w:t>
        <w:br/>
        <w:t>vt 0.024510 0.587090</w:t>
        <w:br/>
        <w:t>vt 0.462770 0.410450</w:t>
        <w:br/>
        <w:t>vt 0.461230 0.409710</w:t>
        <w:br/>
        <w:t>vt 0.460670 0.409950</w:t>
        <w:br/>
        <w:t>vt 0.456530 0.409740</w:t>
        <w:br/>
        <w:t>vt 0.460500 0.409300</w:t>
        <w:br/>
        <w:t>vt 0.114340 0.347520</w:t>
        <w:br/>
        <w:t>vt 0.100870 0.351090</w:t>
        <w:br/>
        <w:t>vt 0.111030 0.351520</w:t>
        <w:br/>
        <w:t>vt 0.098250 0.357440</w:t>
        <w:br/>
        <w:t>vt 0.104650 0.353950</w:t>
        <w:br/>
        <w:t>vt 0.089820 0.359600</w:t>
        <w:br/>
        <w:t>vt 0.090710 0.354610</w:t>
        <w:br/>
        <w:t>vt 0.127040 0.052660</w:t>
        <w:br/>
        <w:t>vt 0.127100 0.049520</w:t>
        <w:br/>
        <w:t>vt 0.125690 0.048640</w:t>
        <w:br/>
        <w:t>vt 0.122020 0.050030</w:t>
        <w:br/>
        <w:t>vt 0.118900 0.046130</w:t>
        <w:br/>
        <w:t>vt 0.114220 0.048480</w:t>
        <w:br/>
        <w:t>vt 0.112450 0.043510</w:t>
        <w:br/>
        <w:t>vt 0.105860 0.040920</w:t>
        <w:br/>
        <w:t>vt 0.098160 0.044970</w:t>
        <w:br/>
        <w:t>vt 0.097300 0.039180</w:t>
        <w:br/>
        <w:t>vt 0.118450 0.348190</w:t>
        <w:br/>
        <w:t>vt 0.123390 0.344860</w:t>
        <w:br/>
        <w:t>vt 0.113060 0.344600</w:t>
        <w:br/>
        <w:t>vt 0.095140 0.349960</w:t>
        <w:br/>
        <w:t>vt 0.121570 0.346880</w:t>
        <w:br/>
        <w:t>vt 0.134140 0.346000</w:t>
        <w:br/>
        <w:t>vt 0.135830 0.061690</w:t>
        <w:br/>
        <w:t>vt 0.133910 0.072000</w:t>
        <w:br/>
        <w:t>vt 0.120080 0.066560</w:t>
        <w:br/>
        <w:t>vt 0.114220 0.048480</w:t>
        <w:br/>
        <w:t>vt 0.101920 0.059890</w:t>
        <w:br/>
        <w:t>vt 0.098840 0.328440</w:t>
        <w:br/>
        <w:t>vt 0.115500 0.328430</w:t>
        <w:br/>
        <w:t>vt 0.133580 0.338900</w:t>
        <w:br/>
        <w:t>vt 0.146690 0.340580</w:t>
        <w:br/>
        <w:t>vt 0.105050 0.072140</w:t>
        <w:br/>
        <w:t>vt 0.121900 0.076300</w:t>
        <w:br/>
        <w:t>vt 0.146670 0.074220</w:t>
        <w:br/>
        <w:t>vt 0.138580 0.080070</w:t>
        <w:br/>
        <w:t>vt 0.093750 0.314930</w:t>
        <w:br/>
        <w:t>vt 0.095890 0.292960</w:t>
        <w:br/>
        <w:t>vt 0.116560 0.316260</w:t>
        <w:br/>
        <w:t>vt 0.119690 0.295500</w:t>
        <w:br/>
        <w:t>vt 0.136100 0.318800</w:t>
        <w:br/>
        <w:t>vt 0.138340 0.300620</w:t>
        <w:br/>
        <w:t>vt 0.149420 0.310610</w:t>
        <w:br/>
        <w:t>vt 0.148910 0.332440</w:t>
        <w:br/>
        <w:t>vt 0.166430 0.102340</w:t>
        <w:br/>
        <w:t>vt 0.154000 0.082380</w:t>
        <w:br/>
        <w:t>vt 0.147020 0.108170</w:t>
        <w:br/>
        <w:t>vt 0.139790 0.090640</w:t>
        <w:br/>
        <w:t>vt 0.124870 0.112230</w:t>
        <w:br/>
        <w:t>vt 0.122540 0.089070</w:t>
        <w:br/>
        <w:t>vt 0.103620 0.113160</w:t>
        <w:br/>
        <w:t>vt 0.101980 0.087900</w:t>
        <w:br/>
        <w:t>vt 0.168260 0.129640</w:t>
        <w:br/>
        <w:t>vt 0.144860 0.128930</w:t>
        <w:br/>
        <w:t>vt 0.141480 0.155010</w:t>
        <w:br/>
        <w:t>vt 0.127670 0.139560</w:t>
        <w:br/>
        <w:t>vt 0.127390 0.165820</w:t>
        <w:br/>
        <w:t>vt 0.105540 0.140820</w:t>
        <w:br/>
        <w:t>vt 0.106380 0.172630</w:t>
        <w:br/>
        <w:t>vt 0.154410 0.159180</w:t>
        <w:br/>
        <w:t>vt 0.142370 0.249480</w:t>
        <w:br/>
        <w:t>vt 0.130920 0.251820</w:t>
        <w:br/>
        <w:t>vt 0.151200 0.282030</w:t>
        <w:br/>
        <w:t>vt 0.135950 0.281280</w:t>
        <w:br/>
        <w:t>vt 0.120470 0.273690</w:t>
        <w:br/>
        <w:t>vt 0.118710 0.240460</w:t>
        <w:br/>
        <w:t>vt 0.096310 0.270090</w:t>
        <w:br/>
        <w:t>vt 0.096430 0.233470</w:t>
        <w:br/>
        <w:t>vt 0.105370 0.211470</w:t>
        <w:br/>
        <w:t>vt 0.111130 0.191200</w:t>
        <w:br/>
        <w:t>vt 0.130320 0.224400</w:t>
        <w:br/>
        <w:t>vt 0.135480 0.178880</w:t>
        <w:br/>
        <w:t>vt 0.115720 0.351490</w:t>
        <w:br/>
        <w:t>vt 0.123220 0.046980</w:t>
        <w:br/>
        <w:t>vt 0.494510 0.476270</w:t>
        <w:br/>
        <w:t>vt 0.496740 0.482540</w:t>
        <w:br/>
        <w:t>vt 0.492100 0.406060</w:t>
        <w:br/>
        <w:t>vt 0.491480 0.408860</w:t>
        <w:br/>
        <w:t>vt 0.477300 0.399070</w:t>
        <w:br/>
        <w:t>vt 0.477600 0.403190</w:t>
        <w:br/>
        <w:t>vt 0.024510 0.631350</w:t>
        <w:br/>
        <w:t>vt 0.019720 0.630580</w:t>
        <w:br/>
        <w:t>vt 0.492210 0.423340</w:t>
        <w:br/>
        <w:t>vt 0.492060 0.416760</w:t>
        <w:br/>
        <w:t>vt 0.465720 0.410450</w:t>
        <w:br/>
        <w:t>vt 0.461100 0.409260</w:t>
        <w:br/>
        <w:t>vt 0.461380 0.408850</w:t>
        <w:br/>
        <w:t>vt 0.253370 0.434790</w:t>
        <w:br/>
        <w:t>vt 0.363670 0.426660</w:t>
        <w:br/>
        <w:t>vt 0.367740 0.450280</w:t>
        <w:br/>
        <w:t>vt 0.351410 0.440930</w:t>
        <w:br/>
        <w:t>vt 0.424790 0.548450</w:t>
        <w:br/>
        <w:t>vt 0.415810 0.537270</w:t>
        <w:br/>
        <w:t>vt 0.491320 0.410450</w:t>
        <w:br/>
        <w:t>vt 0.319550 0.472640</w:t>
        <w:br/>
        <w:t>vt 0.300720 0.496880</w:t>
        <w:br/>
        <w:t>vt 0.120300 0.348520</w:t>
        <w:br/>
        <w:t>vt 0.122260 0.348110</w:t>
        <w:br/>
        <w:t>vt 0.120350 0.348610</w:t>
        <w:br/>
        <w:t>vt 0.118530 0.349230</w:t>
        <w:br/>
        <w:t>vt 0.122260 0.348110</w:t>
        <w:br/>
        <w:t>vt 0.122950 0.349340</w:t>
        <w:br/>
        <w:t>vt 0.498710 0.487280</w:t>
        <w:br/>
        <w:t>vt 0.429470 0.553420</w:t>
        <w:br/>
        <w:t>vt 0.474770 0.449290</w:t>
        <w:br/>
        <w:t>vt 0.475680 0.456450</w:t>
        <w:br/>
        <w:t>vt 0.468530 0.458850</w:t>
        <w:br/>
        <w:t>vt 0.486500 0.327640</w:t>
        <w:br/>
        <w:t>vt 0.469010 0.422600</w:t>
        <w:br/>
        <w:t>vt 0.460420 0.415620</w:t>
        <w:br/>
        <w:t>vt 0.464060 0.419570</w:t>
        <w:br/>
        <w:t>vt 0.492240 0.429760</w:t>
        <w:br/>
        <w:t>vt 0.456860 0.411260</w:t>
        <w:br/>
        <w:t>vt 0.259670 0.541460</w:t>
        <w:br/>
        <w:t>vt 0.267850 0.517910</w:t>
        <w:br/>
        <w:t>vt 0.303810 0.461850</w:t>
        <w:br/>
        <w:t>vt 0.284140 0.487820</w:t>
        <w:br/>
        <w:t>vt 0.260920 0.478940</w:t>
        <w:br/>
        <w:t>vt 0.246750 0.507520</w:t>
        <w:br/>
        <w:t>vt 0.238920 0.535050</w:t>
        <w:br/>
        <w:t>vt 0.233050 0.563000</w:t>
        <w:br/>
        <w:t>vt 0.233860 0.596850</w:t>
        <w:br/>
        <w:t>vt 0.243840 0.632230</w:t>
        <w:br/>
        <w:t>vt 0.265130 0.660820</w:t>
        <w:br/>
        <w:t>vt 0.291110 0.678880</w:t>
        <w:br/>
        <w:t>vt 0.316590 0.693210</w:t>
        <w:br/>
        <w:t>vt 0.342860 0.700320</w:t>
        <w:br/>
        <w:t>vt 0.368820 0.704740</w:t>
        <w:br/>
        <w:t>vt 0.395680 0.705150</w:t>
        <w:br/>
        <w:t>vt 0.423460 0.704380</w:t>
        <w:br/>
        <w:t>vt 0.281850 0.450130</w:t>
        <w:br/>
        <w:t>vt 0.400120 0.531420</w:t>
        <w:br/>
        <w:t>vt 0.382210 0.528080</w:t>
        <w:br/>
        <w:t>vt 0.370290 0.526080</w:t>
        <w:br/>
        <w:t>vt 0.356110 0.523740</w:t>
        <w:br/>
        <w:t>vt 0.342110 0.521890</w:t>
        <w:br/>
        <w:t>vt 0.327830 0.523520</w:t>
        <w:br/>
        <w:t>vt 0.316920 0.532180</w:t>
        <w:br/>
        <w:t>vt 0.308920 0.542380</w:t>
        <w:br/>
        <w:t>vt 0.302830 0.555840</w:t>
        <w:br/>
        <w:t>vt 0.299220 0.567070</w:t>
        <w:br/>
        <w:t>vt 0.309820 0.578040</w:t>
        <w:br/>
        <w:t>vt 0.323690 0.586890</w:t>
        <w:br/>
        <w:t>vt 0.334320 0.591790</w:t>
        <w:br/>
        <w:t>vt 0.344970 0.596790</w:t>
        <w:br/>
        <w:t>vt 0.354740 0.599870</w:t>
        <w:br/>
        <w:t>vt 0.368020 0.601940</w:t>
        <w:br/>
        <w:t>vt 0.380880 0.600790</w:t>
        <w:br/>
        <w:t>vt 0.395290 0.608200</w:t>
        <w:br/>
        <w:t>vt 0.393340 0.595560</w:t>
        <w:br/>
        <w:t>vt 0.380880 0.600790</w:t>
        <w:br/>
        <w:t>vt 0.407510 0.587720</w:t>
        <w:br/>
        <w:t>vt 0.418770 0.577130</w:t>
        <w:br/>
        <w:t>vt 0.457530 0.399040</w:t>
        <w:br/>
        <w:t>vt 0.449430 0.404350</w:t>
        <w:br/>
        <w:t>vt 0.456030 0.404930</w:t>
        <w:br/>
        <w:t>vt 0.462280 0.401430</w:t>
        <w:br/>
        <w:t>vt 0.468700 0.397590</w:t>
        <w:br/>
        <w:t>vt 0.466980 0.393950</w:t>
        <w:br/>
        <w:t>vt 0.442230 0.409460</w:t>
        <w:br/>
        <w:t>vt 0.451400 0.409180</w:t>
        <w:br/>
        <w:t>vt 0.466020 0.427220</w:t>
        <w:br/>
        <w:t>vt 0.461300 0.433440</w:t>
        <w:br/>
        <w:t>vt 0.470160 0.437940</w:t>
        <w:br/>
        <w:t>vt 0.473490 0.431680</w:t>
        <w:br/>
        <w:t>vt 0.460050 0.422990</w:t>
        <w:br/>
        <w:t>vt 0.453250 0.428750</w:t>
        <w:br/>
        <w:t>vt 0.480790 0.439980</w:t>
        <w:br/>
        <w:t>vt 0.482500 0.434360</w:t>
        <w:br/>
        <w:t>vt 0.455960 0.418020</w:t>
        <w:br/>
        <w:t>vt 0.446260 0.422920</w:t>
        <w:br/>
        <w:t>vt 0.452770 0.412230</w:t>
        <w:br/>
        <w:t>vt 0.441100 0.414900</w:t>
        <w:br/>
        <w:t>vt 0.492510 0.393280</w:t>
        <w:br/>
        <w:t>vt 0.492400 0.388700</w:t>
        <w:br/>
        <w:t>vt 0.483420 0.389460</w:t>
        <w:br/>
        <w:t>vt 0.484080 0.393520</w:t>
        <w:br/>
        <w:t>vt 0.475170 0.391280</w:t>
        <w:br/>
        <w:t>vt 0.476570 0.394270</w:t>
        <w:br/>
        <w:t>vt 0.491470 0.435440</w:t>
        <w:br/>
        <w:t>vt 0.490890 0.440910</w:t>
        <w:br/>
        <w:t>vt 0.336430 0.457770</w:t>
        <w:br/>
        <w:t>vt 0.242520 0.401970</w:t>
        <w:br/>
        <w:t>vt 0.263960 0.385380</w:t>
        <w:br/>
        <w:t>vt 0.269700 0.417730</w:t>
        <w:br/>
        <w:t>vt 0.290440 0.401960</w:t>
        <w:br/>
        <w:t>vt 0.299090 0.434440</w:t>
        <w:br/>
        <w:t>vt 0.317580 0.418350</w:t>
        <w:br/>
        <w:t>vt 0.337040 0.431460</w:t>
        <w:br/>
        <w:t>vt 0.321020 0.447990</w:t>
        <w:br/>
        <w:t>vt 0.498710 0.487280</w:t>
        <w:br/>
        <w:t>vt 0.481170 0.473800</w:t>
        <w:br/>
        <w:t>vt 0.485870 0.470840</w:t>
        <w:br/>
        <w:t>vt 0.479100 0.463410</w:t>
        <w:br/>
        <w:t>vt 0.473940 0.466210</w:t>
        <w:br/>
        <w:t>vt 0.487210 0.481360</w:t>
        <w:br/>
        <w:t>vt 0.490820 0.478290</w:t>
        <w:br/>
        <w:t>vt 0.493840 0.486940</w:t>
        <w:br/>
        <w:t>vt 0.495540 0.483490</w:t>
        <w:br/>
        <w:t>vt 0.884110 0.839870</w:t>
        <w:br/>
        <w:t>vt 0.019720 0.514320</w:t>
        <w:br/>
        <w:t>vt 0.019720 0.526980</w:t>
        <w:br/>
        <w:t>vt 0.015410 0.524620</w:t>
        <w:br/>
        <w:t>vt 0.015410 0.512510</w:t>
        <w:br/>
        <w:t>vt 0.019720 0.630580</w:t>
        <w:br/>
        <w:t>vt 0.019720 0.675320</w:t>
        <w:br/>
        <w:t>vt 0.015410 0.676230</w:t>
        <w:br/>
        <w:t>vt 0.019720 0.550500</w:t>
        <w:br/>
        <w:t>vt 0.015410 0.550320</w:t>
        <w:br/>
        <w:t>vt 0.470300 0.410450</w:t>
        <w:br/>
        <w:t>vt 0.024510 0.526590</w:t>
        <w:br/>
        <w:t>vt 0.019720 0.526980</w:t>
        <w:br/>
        <w:t>vt 0.019720 0.514320</w:t>
        <w:br/>
        <w:t>vt 0.024510 0.513080</w:t>
        <w:br/>
        <w:t>vt 0.015410 0.734750</w:t>
        <w:br/>
        <w:t>vt 0.019720 0.734160</w:t>
        <w:br/>
        <w:t>vt 0.019720 0.511190</w:t>
        <w:br/>
        <w:t>vt 0.019720 0.514030</w:t>
        <w:br/>
        <w:t>vt 0.120380 0.348830</w:t>
        <w:br/>
        <w:t>vt 0.121570 0.346880</w:t>
        <w:br/>
        <w:t>vt 0.399450 0.554420</w:t>
        <w:br/>
        <w:t>vt 0.395700 0.545650</w:t>
        <w:br/>
        <w:t>vt 0.396610 0.545830</w:t>
        <w:br/>
        <w:t>vt 0.400090 0.554320</w:t>
        <w:br/>
        <w:t>vt 0.389440 0.539640</w:t>
        <w:br/>
        <w:t>vt 0.381360 0.533860</w:t>
        <w:br/>
        <w:t>vt 0.381760 0.533560</w:t>
        <w:br/>
        <w:t>vt 0.390160 0.539560</w:t>
        <w:br/>
        <w:t>vt 0.375230 0.531010</w:t>
        <w:br/>
        <w:t>vt 0.374870 0.531460</w:t>
        <w:br/>
        <w:t>vt 0.366740 0.530540</w:t>
        <w:br/>
        <w:t>vt 0.360740 0.532910</w:t>
        <w:br/>
        <w:t>vt 0.359870 0.532080</w:t>
        <w:br/>
        <w:t>vt 0.366990 0.529640</w:t>
        <w:br/>
        <w:t>vt 0.353390 0.537550</w:t>
        <w:br/>
        <w:t>vt 0.352490 0.536110</w:t>
        <w:br/>
        <w:t>vt 0.346790 0.543030</w:t>
        <w:br/>
        <w:t>vt 0.347840 0.543480</w:t>
        <w:br/>
        <w:t>vt 0.342880 0.551410</w:t>
        <w:br/>
        <w:t>vt 0.341760 0.551000</w:t>
        <w:br/>
        <w:t>vt 0.341350 0.565020</w:t>
        <w:br/>
        <w:t>vt 0.339910 0.565650</w:t>
        <w:br/>
        <w:t>vt 0.339540 0.559530</w:t>
        <w:br/>
        <w:t>vt 0.341060 0.559150</w:t>
        <w:br/>
        <w:t>vt 0.360180 0.593670</w:t>
        <w:br/>
        <w:t>vt 0.359810 0.595210</w:t>
        <w:br/>
        <w:t>vt 0.354450 0.592400</w:t>
        <w:br/>
        <w:t>vt 0.354870 0.591020</w:t>
        <w:br/>
        <w:t>vt 0.367030 0.596290</w:t>
        <w:br/>
        <w:t>vt 0.366990 0.597820</w:t>
        <w:br/>
        <w:t>vt 0.375110 0.595480</w:t>
        <w:br/>
        <w:t>vt 0.375200 0.596980</w:t>
        <w:br/>
        <w:t>vt 0.382980 0.592170</w:t>
        <w:br/>
        <w:t>vt 0.383290 0.593560</w:t>
        <w:br/>
        <w:t>vt 0.391870 0.587060</w:t>
        <w:br/>
        <w:t>vt 0.391290 0.585920</w:t>
        <w:br/>
        <w:t>vt 0.397040 0.577170</w:t>
        <w:br/>
        <w:t>vt 0.397830 0.577940</w:t>
        <w:br/>
        <w:t>vt 0.400110 0.559200</w:t>
        <w:br/>
        <w:t>vt 0.400640 0.559560</w:t>
        <w:br/>
        <w:t>vt 0.339910 0.565650</w:t>
        <w:br/>
        <w:t>vt 0.341350 0.565020</w:t>
        <w:br/>
        <w:t>vt 0.341550 0.573160</w:t>
        <w:br/>
        <w:t>vt 0.340230 0.574050</w:t>
        <w:br/>
        <w:t>vt 0.349370 0.586880</w:t>
        <w:br/>
        <w:t>vt 0.348690 0.588050</w:t>
        <w:br/>
        <w:t>vt 0.343410 0.582600</w:t>
        <w:br/>
        <w:t>vt 0.344310 0.581460</w:t>
        <w:br/>
        <w:t>vt 0.388800 0.554480</w:t>
        <w:br/>
        <w:t>vt 0.385570 0.549130</w:t>
        <w:br/>
        <w:t>vt 0.373280 0.540650</w:t>
        <w:br/>
        <w:t>vt 0.365510 0.540750</w:t>
        <w:br/>
        <w:t>vt 0.355260 0.542340</w:t>
        <w:br/>
        <w:t>vt 0.350590 0.559670</w:t>
        <w:br/>
        <w:t>vt 0.350130 0.549860</w:t>
        <w:br/>
        <w:t>vt 0.348100 0.570130</w:t>
        <w:br/>
        <w:t>vt 0.355100 0.582950</w:t>
        <w:br/>
        <w:t>vt 0.360180 0.593670</w:t>
        <w:br/>
        <w:t>vt 0.354870 0.591020</w:t>
        <w:br/>
        <w:t>vt 0.364360 0.586850</w:t>
        <w:br/>
        <w:t>vt 0.367030 0.596290</w:t>
        <w:br/>
        <w:t>vt 0.371630 0.587280</w:t>
        <w:br/>
        <w:t>vt 0.375110 0.595480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0.349370 0.586880</w:t>
        <w:br/>
        <w:t>vt 0.344310 0.581460</w:t>
        <w:br/>
        <w:t>vt 0.378220 0.569820</w:t>
        <w:br/>
        <w:t>vt 0.384290 0.581550</w:t>
        <w:br/>
        <w:t>vt 0.347840 0.543480</w:t>
        <w:br/>
        <w:t>vt 0.378490 0.561100</w:t>
        <w:br/>
        <w:t>vt 0.381300 0.554470</w:t>
        <w:br/>
        <w:t>vt 0.378670 0.585750</w:t>
        <w:br/>
        <w:t>vt 0.359510 0.549760</w:t>
        <w:br/>
        <w:t>vt 0.357860 0.558810</w:t>
        <w:br/>
        <w:t>vt 0.350590 0.559670</w:t>
        <w:br/>
        <w:t>vt 0.350130 0.549860</w:t>
        <w:br/>
        <w:t>vt 0.358710 0.569800</w:t>
        <w:br/>
        <w:t>vt 0.348100 0.570130</w:t>
        <w:br/>
        <w:t>vt 0.358710 0.569800</w:t>
        <w:br/>
        <w:t>vt 0.364360 0.586850</w:t>
        <w:br/>
        <w:t>vt 0.355100 0.582950</w:t>
        <w:br/>
        <w:t>vt 0.348100 0.570130</w:t>
        <w:br/>
        <w:t>vt 0.371630 0.587280</w:t>
        <w:br/>
        <w:t>vt 0.368000 0.569610</w:t>
        <w:br/>
        <w:t>vt 0.378220 0.569820</w:t>
        <w:br/>
        <w:t>vt 0.368000 0.569610</w:t>
        <w:br/>
        <w:t>vt 0.368030 0.558930</w:t>
        <w:br/>
        <w:t>vt 0.378490 0.561100</w:t>
        <w:br/>
        <w:t>vt 0.370480 0.550240</w:t>
        <w:br/>
        <w:t>vt 0.381300 0.554470</w:t>
        <w:br/>
        <w:t>vt 0.385570 0.549130</w:t>
        <w:br/>
        <w:t>vt 0.373280 0.540650</w:t>
        <w:br/>
        <w:t>vt 0.355260 0.542340</w:t>
        <w:br/>
        <w:t>vt 0.365510 0.540750</w:t>
        <w:br/>
        <w:t>vt 0.341550 0.573160</w:t>
        <w:br/>
        <w:t>vt 0.341350 0.565020</w:t>
        <w:br/>
        <w:t>vt 0.396610 0.545830</w:t>
        <w:br/>
        <w:t>vt 0.395700 0.545650</w:t>
        <w:br/>
        <w:t>vt 0.399450 0.554420</w:t>
        <w:br/>
        <w:t>vt 0.400090 0.554320</w:t>
        <w:br/>
        <w:t>vt 0.381760 0.533560</w:t>
        <w:br/>
        <w:t>vt 0.381360 0.533860</w:t>
        <w:br/>
        <w:t>vt 0.389440 0.539640</w:t>
        <w:br/>
        <w:t>vt 0.390160 0.539560</w:t>
        <w:br/>
        <w:t>vt 0.375230 0.531010</w:t>
        <w:br/>
        <w:t>vt 0.374870 0.531460</w:t>
        <w:br/>
        <w:t>vt 0.359870 0.532080</w:t>
        <w:br/>
        <w:t>vt 0.360740 0.532910</w:t>
        <w:br/>
        <w:t>vt 0.366740 0.530540</w:t>
        <w:br/>
        <w:t>vt 0.366990 0.529640</w:t>
        <w:br/>
        <w:t>vt 0.352490 0.536110</w:t>
        <w:br/>
        <w:t>vt 0.353390 0.537550</w:t>
        <w:br/>
        <w:t>vt 0.342880 0.551410</w:t>
        <w:br/>
        <w:t>vt 0.347840 0.543480</w:t>
        <w:br/>
        <w:t>vt 0.346790 0.543030</w:t>
        <w:br/>
        <w:t>vt 0.341760 0.551000</w:t>
        <w:br/>
        <w:t>vt 0.339540 0.559530</w:t>
        <w:br/>
        <w:t>vt 0.339910 0.565650</w:t>
        <w:br/>
        <w:t>vt 0.341350 0.565020</w:t>
        <w:br/>
        <w:t>vt 0.341060 0.559150</w:t>
        <w:br/>
        <w:t>vt 0.354450 0.592400</w:t>
        <w:br/>
        <w:t>vt 0.359810 0.595210</w:t>
        <w:br/>
        <w:t>vt 0.360180 0.593670</w:t>
        <w:br/>
        <w:t>vt 0.354870 0.591020</w:t>
        <w:br/>
        <w:t>vt 0.366990 0.597820</w:t>
        <w:br/>
        <w:t>vt 0.367030 0.596290</w:t>
        <w:br/>
        <w:t>vt 0.375200 0.596980</w:t>
        <w:br/>
        <w:t>vt 0.375110 0.595480</w:t>
        <w:br/>
        <w:t>vt 0.383290 0.593560</w:t>
        <w:br/>
        <w:t>vt 0.382980 0.592170</w:t>
        <w:br/>
        <w:t>vt 0.391870 0.587060</w:t>
        <w:br/>
        <w:t>vt 0.391290 0.585920</w:t>
        <w:br/>
        <w:t>vt 0.397830 0.577940</w:t>
        <w:br/>
        <w:t>vt 0.397040 0.577170</w:t>
        <w:br/>
        <w:t>vt 0.400640 0.559560</w:t>
        <w:br/>
        <w:t>vt 0.400110 0.559200</w:t>
        <w:br/>
        <w:t>vt 0.341550 0.573160</w:t>
        <w:br/>
        <w:t>vt 0.341350 0.565020</w:t>
        <w:br/>
        <w:t>vt 0.339910 0.565650</w:t>
        <w:br/>
        <w:t>vt 0.340230 0.574050</w:t>
        <w:br/>
        <w:t>vt 0.343410 0.582600</w:t>
        <w:br/>
        <w:t>vt 0.348690 0.588050</w:t>
        <w:br/>
        <w:t>vt 0.349370 0.586880</w:t>
        <w:br/>
        <w:t>vt 0.344310 0.581460</w:t>
        <w:br/>
        <w:t>vt 0.385570 0.549130</w:t>
        <w:br/>
        <w:t>vt 0.388800 0.554480</w:t>
        <w:br/>
        <w:t>vt 0.373280 0.540650</w:t>
        <w:br/>
        <w:t>vt 0.355260 0.542340</w:t>
        <w:br/>
        <w:t>vt 0.365510 0.540750</w:t>
        <w:br/>
        <w:t>vt 0.350130 0.549860</w:t>
        <w:br/>
        <w:t>vt 0.350590 0.559670</w:t>
        <w:br/>
        <w:t>vt 0.348100 0.570130</w:t>
        <w:br/>
        <w:t>vt 0.354870 0.591020</w:t>
        <w:br/>
        <w:t>vt 0.360180 0.593670</w:t>
        <w:br/>
        <w:t>vt 0.355100 0.582950</w:t>
        <w:br/>
        <w:t>vt 0.364360 0.586850</w:t>
        <w:br/>
        <w:t>vt 0.367030 0.596290</w:t>
        <w:br/>
        <w:t>vt 0.375110 0.595480</w:t>
        <w:br/>
        <w:t>vt 0.371630 0.587280</w:t>
        <w:br/>
        <w:t>vt 0.382980 0.592170</w:t>
        <w:br/>
        <w:t>vt 0.378670 0.585750</w:t>
        <w:br/>
        <w:t>vt 0.384290 0.581550</w:t>
        <w:br/>
        <w:t>vt 0.391290 0.585920</w:t>
        <w:br/>
        <w:t>vt 0.389230 0.573730</w:t>
        <w:br/>
        <w:t>vt 0.391420 0.562950</w:t>
        <w:br/>
        <w:t>vt 0.344310 0.581460</w:t>
        <w:br/>
        <w:t>vt 0.349370 0.586880</w:t>
        <w:br/>
        <w:t>vt 0.384290 0.581550</w:t>
        <w:br/>
        <w:t>vt 0.378220 0.569820</w:t>
        <w:br/>
        <w:t>vt 0.347840 0.543480</w:t>
        <w:br/>
        <w:t>vt 0.381300 0.554470</w:t>
        <w:br/>
        <w:t>vt 0.378490 0.561100</w:t>
        <w:br/>
        <w:t>vt 0.378670 0.585750</w:t>
        <w:br/>
        <w:t>vt 0.350590 0.559670</w:t>
        <w:br/>
        <w:t>vt 0.357860 0.558810</w:t>
        <w:br/>
        <w:t>vt 0.359510 0.549760</w:t>
        <w:br/>
        <w:t>vt 0.350130 0.549860</w:t>
        <w:br/>
        <w:t>vt 0.358710 0.569800</w:t>
        <w:br/>
        <w:t>vt 0.348100 0.570130</w:t>
        <w:br/>
        <w:t>vt 0.355100 0.582950</w:t>
        <w:br/>
        <w:t>vt 0.364360 0.586850</w:t>
        <w:br/>
        <w:t>vt 0.358710 0.569800</w:t>
        <w:br/>
        <w:t>vt 0.348100 0.570130</w:t>
        <w:br/>
        <w:t>vt 0.368000 0.569610</w:t>
        <w:br/>
        <w:t>vt 0.371630 0.587280</w:t>
        <w:br/>
        <w:t>vt 0.368030 0.558930</w:t>
        <w:br/>
        <w:t>vt 0.368000 0.569610</w:t>
        <w:br/>
        <w:t>vt 0.378220 0.569820</w:t>
        <w:br/>
        <w:t>vt 0.378490 0.561100</w:t>
        <w:br/>
        <w:t>vt 0.381300 0.554470</w:t>
        <w:br/>
        <w:t>vt 0.370480 0.550240</w:t>
        <w:br/>
        <w:t>vt 0.385570 0.549130</w:t>
        <w:br/>
        <w:t>vt 0.373280 0.540650</w:t>
        <w:br/>
        <w:t>vt 0.365510 0.540750</w:t>
        <w:br/>
        <w:t>vt 0.355260 0.542340</w:t>
        <w:br/>
        <w:t>vt 0.341350 0.565020</w:t>
        <w:br/>
        <w:t>vt 0.341550 0.573160</w:t>
        <w:br/>
        <w:t>vt 0.365160 0.071500</w:t>
        <w:br/>
        <w:t>vt 0.363860 0.060640</w:t>
        <w:br/>
        <w:t>vt 0.372860 0.060640</w:t>
        <w:br/>
        <w:t>vt 0.374680 0.067840</w:t>
        <w:br/>
        <w:t>vt 0.366070 0.049680</w:t>
        <w:br/>
        <w:t>vt 0.374550 0.052950</w:t>
        <w:br/>
        <w:t>vt 0.372860 0.060640</w:t>
        <w:br/>
        <w:t>vt 0.363860 0.060640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0.500760 0.027570</w:t>
        <w:br/>
        <w:t>vt 0.487920 0.037220</w:t>
        <w:br/>
        <w:t>vt 0.481530 0.038790</w:t>
        <w:br/>
        <w:t>vt 0.477490 0.027570</w:t>
        <w:br/>
        <w:t>vt 0.477490 0.027570</w:t>
        <w:br/>
        <w:t>vt 0.480310 0.015910</w:t>
        <w:br/>
        <w:t>vt 0.487190 0.018220</w:t>
        <w:br/>
        <w:t>vt 0.485620 0.027570</w:t>
        <w:br/>
        <w:t>vt 0.475170 0.039330</w:t>
        <w:br/>
        <w:t>vt 0.469510 0.027570</w:t>
        <w:br/>
        <w:t>vt 0.469510 0.027570</w:t>
        <w:br/>
        <w:t>vt 0.474030 0.013510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0.365160 0.071500</w:t>
        <w:br/>
        <w:t>vt 0.374680 0.067840</w:t>
        <w:br/>
        <w:t>vt 0.372860 0.060640</w:t>
        <w:br/>
        <w:t>vt 0.363860 0.060640</w:t>
        <w:br/>
        <w:t>vt 0.366070 0.049680</w:t>
        <w:br/>
        <w:t>vt 0.363860 0.060640</w:t>
        <w:br/>
        <w:t>vt 0.372860 0.060640</w:t>
        <w:br/>
        <w:t>vt 0.374550 0.052950</w:t>
        <w:br/>
        <w:t>vt 0.356070 0.075090</w:t>
        <w:br/>
        <w:t>vt 0.353340 0.060640</w:t>
        <w:br/>
        <w:t>vt 0.357700 0.047500</w:t>
        <w:br/>
        <w:t>vt 0.353340 0.060640</w:t>
        <w:br/>
        <w:t>vt 0.383060 0.060640</w:t>
        <w:br/>
        <w:t>vt 0.383060 0.060640</w:t>
        <w:br/>
        <w:t>vt 0.348170 0.079020</w:t>
        <w:br/>
        <w:t>vt 0.344300 0.060640</w:t>
        <w:br/>
        <w:t>vt 0.351490 0.044200</w:t>
        <w:br/>
        <w:t>vt 0.485620 0.027570</w:t>
        <w:br/>
        <w:t>vt 0.487920 0.037220</w:t>
        <w:br/>
        <w:t>vt 0.500760 0.027570</w:t>
        <w:br/>
        <w:t>vt 0.481530 0.038790</w:t>
        <w:br/>
        <w:t>vt 0.477490 0.027570</w:t>
        <w:br/>
        <w:t>vt 0.487190 0.018220</w:t>
        <w:br/>
        <w:t>vt 0.480310 0.015910</w:t>
        <w:br/>
        <w:t>vt 0.477490 0.027570</w:t>
        <w:br/>
        <w:t>vt 0.485620 0.027570</w:t>
        <w:br/>
        <w:t>vt 0.475170 0.039330</w:t>
        <w:br/>
        <w:t>vt 0.469510 0.027570</w:t>
        <w:br/>
        <w:t>vt 0.474030 0.013510</w:t>
        <w:br/>
        <w:t>vt 0.469510 0.027570</w:t>
        <w:br/>
        <w:t>vt 0.469530 0.040100</w:t>
        <w:br/>
        <w:t>vt 0.460420 0.027570</w:t>
        <w:br/>
        <w:t>vt 0.460420 0.027570</w:t>
        <w:br/>
        <w:t>vt 0.468730 0.010430</w:t>
        <w:br/>
        <w:t>vt 0.500760 0.027570</w:t>
        <w:br/>
        <w:t>vt 0.483010 0.177990</w:t>
        <w:br/>
        <w:t>vt 0.459180 0.178280</w:t>
        <w:br/>
        <w:t>vt 0.467090 0.157550</w:t>
        <w:br/>
        <w:t>vt 0.491950 0.157650</w:t>
        <w:br/>
        <w:t>vt 0.433740 0.174720</w:t>
        <w:br/>
        <w:t>vt 0.440850 0.154000</w:t>
        <w:br/>
        <w:t>vt 0.401350 0.162780</w:t>
        <w:br/>
        <w:t>vt 0.409390 0.143610</w:t>
        <w:br/>
        <w:t>vt 0.374380 0.150070</w:t>
        <w:br/>
        <w:t>vt 0.382590 0.128150</w:t>
        <w:br/>
        <w:t>vt 0.358650 0.135170</w:t>
        <w:br/>
        <w:t>vt 0.369250 0.116720</w:t>
        <w:br/>
        <w:t>vt 0.322490 0.084510</w:t>
        <w:br/>
        <w:t>vt 0.330920 0.072250</w:t>
        <w:br/>
        <w:t>vt 0.344080 0.088040</w:t>
        <w:br/>
        <w:t>vt 0.333900 0.103140</w:t>
        <w:br/>
        <w:t>vt 0.309390 0.059190</w:t>
        <w:br/>
        <w:t>vt 0.314760 0.050830</w:t>
        <w:br/>
        <w:t>vt 0.540300 0.149120</w:t>
        <w:br/>
        <w:t>vt 0.568040 0.137620</w:t>
        <w:br/>
        <w:t>vt 0.571570 0.153520</w:t>
        <w:br/>
        <w:t>vt 0.538290 0.166630</w:t>
        <w:br/>
        <w:t>vt 0.552980 0.221340</w:t>
        <w:br/>
        <w:t>vt 0.533170 0.196250</w:t>
        <w:br/>
        <w:t>vt 0.580560 0.177890</w:t>
        <w:br/>
        <w:t>vt 0.592750 0.209900</w:t>
        <w:br/>
        <w:t>vt 0.650180 0.152790</w:t>
        <w:br/>
        <w:t>vt 0.632280 0.152780</w:t>
        <w:br/>
        <w:t>vt 0.656900 0.122150</w:t>
        <w:br/>
        <w:t>vt 0.649130 0.183660</w:t>
        <w:br/>
        <w:t>vt 0.616140 0.198180</w:t>
        <w:br/>
        <w:t>vt 0.632280 0.152780</w:t>
        <w:br/>
        <w:t>vt 0.650180 0.152790</w:t>
        <w:br/>
        <w:t>vt 0.700650 0.157670</w:t>
        <w:br/>
        <w:t>vt 0.703580 0.169360</w:t>
        <w:br/>
        <w:t>vt 0.675570 0.175200</w:t>
        <w:br/>
        <w:t>vt 0.669000 0.153340</w:t>
        <w:br/>
        <w:t>vt 0.700650 0.157670</w:t>
        <w:br/>
        <w:t>vt 0.669000 0.153340</w:t>
        <w:br/>
        <w:t>vt 0.682710 0.131430</w:t>
        <w:br/>
        <w:t>vt 0.709240 0.144880</w:t>
        <w:br/>
        <w:t>vt 0.292020 0.026010</w:t>
        <w:br/>
        <w:t>vt 0.597980 0.140120</w:t>
        <w:br/>
        <w:t>vt 0.590970 0.120710</w:t>
        <w:br/>
        <w:t>vt 0.601230 0.128790</w:t>
        <w:br/>
        <w:t>vt 0.601960 0.112250</w:t>
        <w:br/>
        <w:t>vt 0.628800 0.112540</w:t>
        <w:br/>
        <w:t>vt 0.631950 0.131880</w:t>
        <w:br/>
        <w:t>vt 0.601230 0.128790</w:t>
        <w:br/>
        <w:t>vt 0.651640 0.112750</w:t>
        <w:br/>
        <w:t>vt 0.641680 0.098380</w:t>
        <w:br/>
        <w:t>vt 0.532060 0.021900</w:t>
        <w:br/>
        <w:t>vt 0.550690 0.007960</w:t>
        <w:br/>
        <w:t>vt 0.568620 0.032000</w:t>
        <w:br/>
        <w:t>vt 0.541770 0.043240</w:t>
        <w:br/>
        <w:t>vt 0.567140 0.072030</w:t>
        <w:br/>
        <w:t>vt 0.566590 0.104730</w:t>
        <w:br/>
        <w:t>vt 0.539100 0.094720</w:t>
        <w:br/>
        <w:t>vt 0.542210 0.069810</w:t>
        <w:br/>
        <w:t>vt 0.567140 0.072030</w:t>
        <w:br/>
        <w:t>vt 0.542210 0.069810</w:t>
        <w:br/>
        <w:t>vt 0.541770 0.043240</w:t>
        <w:br/>
        <w:t>vt 0.568620 0.032000</w:t>
        <w:br/>
        <w:t>vt 0.512570 0.036760</w:t>
        <w:br/>
        <w:t>vt 0.518960 0.051940</w:t>
        <w:br/>
        <w:t>vt 0.518170 0.087110</w:t>
        <w:br/>
        <w:t>vt 0.520460 0.069900</w:t>
        <w:br/>
        <w:t>vt 0.520460 0.069900</w:t>
        <w:br/>
        <w:t>vt 0.518960 0.051940</w:t>
        <w:br/>
        <w:t>vt 0.497670 0.059490</w:t>
        <w:br/>
        <w:t>vt 0.473230 0.070750</w:t>
        <w:br/>
        <w:t>vt 0.491250 0.053450</w:t>
        <w:br/>
        <w:t>vt 0.497690 0.079650</w:t>
        <w:br/>
        <w:t>vt 0.473230 0.070750</w:t>
        <w:br/>
        <w:t>vt 0.498760 0.069500</w:t>
        <w:br/>
        <w:t>vt 0.497670 0.059490</w:t>
        <w:br/>
        <w:t>vt 0.421950 0.226220</w:t>
        <w:br/>
        <w:t>vt 0.426480 0.204890</w:t>
        <w:br/>
        <w:t>vt 0.453700 0.207590</w:t>
        <w:br/>
        <w:t>vt 0.472990 0.233390</w:t>
        <w:br/>
        <w:t>vt 0.621060 0.092870</w:t>
        <w:br/>
        <w:t>vt 0.632870 0.086030</w:t>
        <w:br/>
        <w:t>vt 0.599810 0.092000</w:t>
        <w:br/>
        <w:t>vt 0.604520 0.054480</w:t>
        <w:br/>
        <w:t>vt 0.617030 0.067550</w:t>
        <w:br/>
        <w:t>vt 0.609270 0.071850</w:t>
        <w:br/>
        <w:t>vt 0.599660 0.056210</w:t>
        <w:br/>
        <w:t>vt 0.596800 0.073930</w:t>
        <w:br/>
        <w:t>vt 0.594500 0.058770</w:t>
        <w:br/>
        <w:t>vt 0.591570 0.041590</w:t>
        <w:br/>
        <w:t>vt 0.358930 0.179390</w:t>
        <w:br/>
        <w:t>vt 0.358570 0.197170</w:t>
        <w:br/>
        <w:t>vt 0.333800 0.192420</w:t>
        <w:br/>
        <w:t>vt 0.336930 0.180360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0.314910 0.187720</w:t>
        <w:br/>
        <w:t>vt 0.299720 0.181800</w:t>
        <w:br/>
        <w:t>vt 0.301690 0.174100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0.296710 0.188050</w:t>
        <w:br/>
        <w:t>vt 0.299720 0.181800</w:t>
        <w:br/>
        <w:t>vt 0.282840 0.172080</w:t>
        <w:br/>
        <w:t>vt 0.264220 0.167240</w:t>
        <w:br/>
        <w:t>vt 0.283490 0.161360</w:t>
        <w:br/>
        <w:t>vt 0.281830 0.179670</w:t>
        <w:br/>
        <w:t>vt 0.736170 0.163880</w:t>
        <w:br/>
        <w:t>vt 0.736170 0.163880</w:t>
        <w:br/>
        <w:t>vt 0.315990 0.093890</w:t>
        <w:br/>
        <w:t>vt 0.305610 0.065220</w:t>
        <w:br/>
        <w:t>vt 0.324930 0.115640</w:t>
        <w:br/>
        <w:t>vt 0.345860 0.155230</w:t>
        <w:br/>
        <w:t>vt 0.453700 0.207590</w:t>
        <w:br/>
        <w:t>vt 0.478240 0.206990</w:t>
        <w:br/>
        <w:t>vt 0.580560 0.177890</w:t>
        <w:br/>
        <w:t>vt 0.533170 0.196250</w:t>
        <w:br/>
        <w:t>vt 0.596800 0.073930</w:t>
        <w:br/>
        <w:t>vt 0.587900 0.074420</w:t>
        <w:br/>
        <w:t>vt 0.588670 0.058840</w:t>
        <w:br/>
        <w:t>vt 0.594500 0.058770</w:t>
        <w:br/>
        <w:t>vt 0.599810 0.092000</w:t>
        <w:br/>
        <w:t>vt 0.601960 0.112250</w:t>
        <w:br/>
        <w:t>vt 0.592060 0.107820</w:t>
        <w:br/>
        <w:t>vt 0.591170 0.094490</w:t>
        <w:br/>
        <w:t>vt 0.597980 0.140120</w:t>
        <w:br/>
        <w:t>vt 0.591570 0.041590</w:t>
        <w:br/>
        <w:t>vt 0.357110 0.103760</w:t>
        <w:br/>
        <w:t>vt 0.346670 0.120860</w:t>
        <w:br/>
        <w:t>vt 0.590970 0.120710</w:t>
        <w:br/>
        <w:t>vt 0.496020 0.205110</w:t>
        <w:br/>
        <w:t>vt 0.506980 0.231580</w:t>
        <w:br/>
        <w:t>vt 0.487440 0.233210</w:t>
        <w:br/>
        <w:t>vt 0.478240 0.206990</w:t>
        <w:br/>
        <w:t>vt 0.414070 0.093520</w:t>
        <w:br/>
        <w:t>vt 0.429990 0.099710</w:t>
        <w:br/>
        <w:t>vt 0.425530 0.105100</w:t>
        <w:br/>
        <w:t>vt 0.414070 0.104920</w:t>
        <w:br/>
        <w:t>vt 0.678950 0.097560</w:t>
        <w:br/>
        <w:t>vt 0.679430 0.096640</w:t>
        <w:br/>
        <w:t>vt 0.680540 0.097350</w:t>
        <w:br/>
        <w:t>vt 0.679800 0.098180</w:t>
        <w:br/>
        <w:t>vt 0.665690 0.083460</w:t>
        <w:br/>
        <w:t>vt 0.666790 0.081850</w:t>
        <w:br/>
        <w:t>vt 0.668870 0.084180</w:t>
        <w:br/>
        <w:t>vt 0.667520 0.085130</w:t>
        <w:br/>
        <w:t>vt 0.445290 0.122290</w:t>
        <w:br/>
        <w:t>vt 0.434970 0.118710</w:t>
        <w:br/>
        <w:t>vt 0.464810 0.100100</w:t>
        <w:br/>
        <w:t>vt 0.466710 0.110880</w:t>
        <w:br/>
        <w:t>vt 0.464810 0.100100</w:t>
        <w:br/>
        <w:t>vt 0.506710 0.109960</w:t>
        <w:br/>
        <w:t>vt 0.495950 0.116880</w:t>
        <w:br/>
        <w:t>vt 0.466710 0.110880</w:t>
        <w:br/>
        <w:t>vt 0.665900 0.086380</w:t>
        <w:br/>
        <w:t>vt 0.663900 0.087850</w:t>
        <w:br/>
        <w:t>vt 0.664610 0.085210</w:t>
        <w:br/>
        <w:t>vt 0.485450 0.126260</w:t>
        <w:br/>
        <w:t>vt 0.468880 0.123160</w:t>
        <w:br/>
        <w:t>vt 0.457810 0.128820</w:t>
        <w:br/>
        <w:t>vt 0.468880 0.123160</w:t>
        <w:br/>
        <w:t>vt 0.471640 0.138820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0.335580 0.137530</w:t>
        <w:br/>
        <w:t>vt 0.483010 0.177990</w:t>
        <w:br/>
        <w:t>vt 0.491950 0.157650</w:t>
        <w:br/>
        <w:t>vt 0.467090 0.157550</w:t>
        <w:br/>
        <w:t>vt 0.459180 0.178280</w:t>
        <w:br/>
        <w:t>vt 0.440850 0.154000</w:t>
        <w:br/>
        <w:t>vt 0.433740 0.174720</w:t>
        <w:br/>
        <w:t>vt 0.409390 0.143610</w:t>
        <w:br/>
        <w:t>vt 0.401350 0.162780</w:t>
        <w:br/>
        <w:t>vt 0.374380 0.150070</w:t>
        <w:br/>
        <w:t>vt 0.382590 0.128150</w:t>
        <w:br/>
        <w:t>vt 0.345860 0.155230</w:t>
        <w:br/>
        <w:t>vt 0.333450 0.162140</w:t>
        <w:br/>
        <w:t>vt 0.358930 0.179390</w:t>
        <w:br/>
        <w:t>vt 0.369250 0.116720</w:t>
        <w:br/>
        <w:t>vt 0.358650 0.135170</w:t>
        <w:br/>
        <w:t>vt 0.322490 0.084510</w:t>
        <w:br/>
        <w:t>vt 0.333900 0.103140</w:t>
        <w:br/>
        <w:t>vt 0.344080 0.088040</w:t>
        <w:br/>
        <w:t>vt 0.330920 0.072250</w:t>
        <w:br/>
        <w:t>vt 0.315990 0.093890</w:t>
        <w:br/>
        <w:t>vt 0.305350 0.094510</w:t>
        <w:br/>
        <w:t>vt 0.312130 0.119600</w:t>
        <w:br/>
        <w:t>vt 0.324930 0.115640</w:t>
        <w:br/>
        <w:t>vt 0.314760 0.050830</w:t>
        <w:br/>
        <w:t>vt 0.309390 0.059190</w:t>
        <w:br/>
        <w:t>vt 0.305610 0.065220</w:t>
        <w:br/>
        <w:t>vt 0.299870 0.064430</w:t>
        <w:br/>
        <w:t>vt 0.540300 0.149120</w:t>
        <w:br/>
        <w:t>vt 0.538290 0.166630</w:t>
        <w:br/>
        <w:t>vt 0.571570 0.153520</w:t>
        <w:br/>
        <w:t>vt 0.568040 0.137620</w:t>
        <w:br/>
        <w:t>vt 0.552980 0.221340</w:t>
        <w:br/>
        <w:t>vt 0.592750 0.209900</w:t>
        <w:br/>
        <w:t>vt 0.580560 0.177890</w:t>
        <w:br/>
        <w:t>vt 0.533170 0.196250</w:t>
        <w:br/>
        <w:t>vt 0.650180 0.152790</w:t>
        <w:br/>
        <w:t>vt 0.656900 0.122150</w:t>
        <w:br/>
        <w:t>vt 0.632280 0.152780</w:t>
        <w:br/>
        <w:t>vt 0.649130 0.183660</w:t>
        <w:br/>
        <w:t>vt 0.650180 0.152790</w:t>
        <w:br/>
        <w:t>vt 0.632280 0.152780</w:t>
        <w:br/>
        <w:t>vt 0.616140 0.198180</w:t>
        <w:br/>
        <w:t>vt 0.700650 0.157670</w:t>
        <w:br/>
        <w:t>vt 0.669000 0.153340</w:t>
        <w:br/>
        <w:t>vt 0.675570 0.175200</w:t>
        <w:br/>
        <w:t>vt 0.703580 0.169360</w:t>
        <w:br/>
        <w:t>vt 0.700650 0.157670</w:t>
        <w:br/>
        <w:t>vt 0.709240 0.144880</w:t>
        <w:br/>
        <w:t>vt 0.682710 0.131430</w:t>
        <w:br/>
        <w:t>vt 0.669000 0.153340</w:t>
        <w:br/>
        <w:t>vt 0.292020 0.026010</w:t>
        <w:br/>
        <w:t>vt 0.292020 0.026010</w:t>
        <w:br/>
        <w:t>vt 0.597980 0.140120</w:t>
        <w:br/>
        <w:t>vt 0.601230 0.128790</w:t>
        <w:br/>
        <w:t>vt 0.590970 0.120710</w:t>
        <w:br/>
        <w:t>vt 0.631950 0.131880</w:t>
        <w:br/>
        <w:t>vt 0.628800 0.112540</w:t>
        <w:br/>
        <w:t>vt 0.601960 0.112250</w:t>
        <w:br/>
        <w:t>vt 0.601230 0.128790</w:t>
        <w:br/>
        <w:t>vt 0.651640 0.112750</w:t>
        <w:br/>
        <w:t>vt 0.641680 0.098380</w:t>
        <w:br/>
        <w:t>vt 0.532060 0.021900</w:t>
        <w:br/>
        <w:t>vt 0.541770 0.043240</w:t>
        <w:br/>
        <w:t>vt 0.568620 0.032000</w:t>
        <w:br/>
        <w:t>vt 0.550690 0.007960</w:t>
        <w:br/>
        <w:t>vt 0.567140 0.072030</w:t>
        <w:br/>
        <w:t>vt 0.542210 0.069810</w:t>
        <w:br/>
        <w:t>vt 0.539100 0.094720</w:t>
        <w:br/>
        <w:t>vt 0.566590 0.104730</w:t>
        <w:br/>
        <w:t>vt 0.567140 0.072030</w:t>
        <w:br/>
        <w:t>vt 0.568620 0.032000</w:t>
        <w:br/>
        <w:t>vt 0.541770 0.043240</w:t>
        <w:br/>
        <w:t>vt 0.542210 0.069810</w:t>
        <w:br/>
        <w:t>vt 0.512570 0.036760</w:t>
        <w:br/>
        <w:t>vt 0.518960 0.051940</w:t>
        <w:br/>
        <w:t>vt 0.520460 0.069900</w:t>
        <w:br/>
        <w:t>vt 0.518170 0.087110</w:t>
        <w:br/>
        <w:t>vt 0.518960 0.051940</w:t>
        <w:br/>
        <w:t>vt 0.520460 0.069900</w:t>
        <w:br/>
        <w:t>vt 0.497670 0.059490</w:t>
        <w:br/>
        <w:t>vt 0.491250 0.053450</w:t>
        <w:br/>
        <w:t>vt 0.473230 0.070750</w:t>
        <w:br/>
        <w:t>vt 0.497690 0.079650</w:t>
        <w:br/>
        <w:t>vt 0.498760 0.069500</w:t>
        <w:br/>
        <w:t>vt 0.473230 0.070750</w:t>
        <w:br/>
        <w:t>vt 0.497670 0.059490</w:t>
        <w:br/>
        <w:t>vt 0.421950 0.226220</w:t>
        <w:br/>
        <w:t>vt 0.472990 0.233390</w:t>
        <w:br/>
        <w:t>vt 0.453700 0.207590</w:t>
        <w:br/>
        <w:t>vt 0.426480 0.204890</w:t>
        <w:br/>
        <w:t>vt 0.632870 0.086030</w:t>
        <w:br/>
        <w:t>vt 0.621060 0.092870</w:t>
        <w:br/>
        <w:t>vt 0.599810 0.092000</w:t>
        <w:br/>
        <w:t>vt 0.604520 0.054480</w:t>
        <w:br/>
        <w:t>vt 0.599660 0.056210</w:t>
        <w:br/>
        <w:t>vt 0.609270 0.071850</w:t>
        <w:br/>
        <w:t>vt 0.617030 0.067550</w:t>
        <w:br/>
        <w:t>vt 0.594500 0.058770</w:t>
        <w:br/>
        <w:t>vt 0.596800 0.073930</w:t>
        <w:br/>
        <w:t>vt 0.591570 0.041590</w:t>
        <w:br/>
        <w:t>vt 0.358930 0.179390</w:t>
        <w:br/>
        <w:t>vt 0.336930 0.180360</w:t>
        <w:br/>
        <w:t>vt 0.333800 0.192420</w:t>
        <w:br/>
        <w:t>vt 0.358570 0.197170</w:t>
        <w:br/>
        <w:t>vt 0.389800 0.201640</w:t>
        <w:br/>
        <w:t>vt 0.386340 0.218430</w:t>
        <w:br/>
        <w:t>vt 0.391200 0.192310</w:t>
        <w:br/>
        <w:t>vt 0.354010 0.210260</w:t>
        <w:br/>
        <w:t>vt 0.358570 0.197170</w:t>
        <w:br/>
        <w:t>vt 0.330030 0.202160</w:t>
        <w:br/>
        <w:t>vt 0.333800 0.192420</w:t>
        <w:br/>
        <w:t>vt 0.318070 0.176360</w:t>
        <w:br/>
        <w:t>vt 0.301690 0.174100</w:t>
        <w:br/>
        <w:t>vt 0.299720 0.181800</w:t>
        <w:br/>
        <w:t>vt 0.314910 0.187720</w:t>
        <w:br/>
        <w:t>vt 0.314910 0.187720</w:t>
        <w:br/>
        <w:t>vt 0.312000 0.195090</w:t>
        <w:br/>
        <w:t>vt 0.333450 0.162140</w:t>
        <w:br/>
        <w:t>vt 0.314140 0.160630</w:t>
        <w:br/>
        <w:t>vt 0.299060 0.160400</w:t>
        <w:br/>
        <w:t>vt 0.299720 0.181800</w:t>
        <w:br/>
        <w:t>vt 0.296710 0.188050</w:t>
        <w:br/>
        <w:t>vt 0.282840 0.172080</w:t>
        <w:br/>
        <w:t>vt 0.283490 0.161360</w:t>
        <w:br/>
        <w:t>vt 0.264220 0.167240</w:t>
        <w:br/>
        <w:t>vt 0.281830 0.179670</w:t>
        <w:br/>
        <w:t>vt 0.736170 0.163880</w:t>
        <w:br/>
        <w:t>vt 0.736170 0.163880</w:t>
        <w:br/>
        <w:t>vt 0.305610 0.065220</w:t>
        <w:br/>
        <w:t>vt 0.315990 0.093890</w:t>
        <w:br/>
        <w:t>vt 0.324930 0.115640</w:t>
        <w:br/>
        <w:t>vt 0.345860 0.155230</w:t>
        <w:br/>
        <w:t>vt 0.453700 0.207590</w:t>
        <w:br/>
        <w:t>vt 0.478240 0.206990</w:t>
        <w:br/>
        <w:t>vt 0.533170 0.196250</w:t>
        <w:br/>
        <w:t>vt 0.580560 0.177890</w:t>
        <w:br/>
        <w:t>vt 0.596800 0.073930</w:t>
        <w:br/>
        <w:t>vt 0.594500 0.058770</w:t>
        <w:br/>
        <w:t>vt 0.588670 0.058840</w:t>
        <w:br/>
        <w:t>vt 0.587900 0.074420</w:t>
        <w:br/>
        <w:t>vt 0.599810 0.092000</w:t>
        <w:br/>
        <w:t>vt 0.591170 0.094490</w:t>
        <w:br/>
        <w:t>vt 0.592060 0.107820</w:t>
        <w:br/>
        <w:t>vt 0.601960 0.112250</w:t>
        <w:br/>
        <w:t>vt 0.597980 0.140120</w:t>
        <w:br/>
        <w:t>vt 0.591570 0.041590</w:t>
        <w:br/>
        <w:t>vt 0.346670 0.120860</w:t>
        <w:br/>
        <w:t>vt 0.357110 0.103760</w:t>
        <w:br/>
        <w:t>vt 0.321440 0.140900</w:t>
        <w:br/>
        <w:t>vt 0.335580 0.137530</w:t>
        <w:br/>
        <w:t>vt 0.590970 0.120710</w:t>
        <w:br/>
        <w:t>vt 0.496020 0.205110</w:t>
        <w:br/>
        <w:t>vt 0.478240 0.206990</w:t>
        <w:br/>
        <w:t>vt 0.487440 0.233210</w:t>
        <w:br/>
        <w:t>vt 0.506980 0.231580</w:t>
        <w:br/>
        <w:t>vt 0.402950 0.104670</w:t>
        <w:br/>
        <w:t>vt 0.414070 0.104920</w:t>
        <w:br/>
        <w:t>vt 0.414070 0.093520</w:t>
        <w:br/>
        <w:t>vt 0.398420 0.098770</w:t>
        <w:br/>
        <w:t>vt 0.445290 0.122290</w:t>
        <w:br/>
        <w:t>vt 0.466710 0.110880</w:t>
        <w:br/>
        <w:t>vt 0.464810 0.100100</w:t>
        <w:br/>
        <w:t>vt 0.434970 0.118710</w:t>
        <w:br/>
        <w:t>vt 0.457810 0.128820</w:t>
        <w:br/>
        <w:t>vt 0.468880 0.123160</w:t>
        <w:br/>
        <w:t>vt 0.471640 0.138820</w:t>
        <w:br/>
        <w:t>vt 0.496020 0.205110</w:t>
        <w:br/>
        <w:t>vt 0.508430 0.173250</w:t>
        <w:br/>
        <w:t>vt 0.516670 0.154710</w:t>
        <w:br/>
        <w:t>vt 0.414070 0.115450</w:t>
        <w:br/>
        <w:t>vt 0.414070 0.081090</w:t>
        <w:br/>
        <w:t>vt 0.388690 0.092270</w:t>
        <w:br/>
        <w:t>vt 0.335580 0.137530</w:t>
        <w:br/>
        <w:t>vt 0.623260 0.226230</w:t>
        <w:br/>
        <w:t>vt 0.658050 0.221510</w:t>
        <w:br/>
        <w:t>vt 0.657940 0.233580</w:t>
        <w:br/>
        <w:t>vt 0.624460 0.233580</w:t>
        <w:br/>
        <w:t>vt 0.700280 0.233580</w:t>
        <w:br/>
        <w:t>vt 0.700350 0.225030</w:t>
        <w:br/>
        <w:t>vt 0.739690 0.233580</w:t>
        <w:br/>
        <w:t>vt 0.601450 0.233580</w:t>
        <w:br/>
        <w:t>vt 0.619850 0.218240</w:t>
        <w:br/>
        <w:t>vt 0.623260 0.226230</w:t>
        <w:br/>
        <w:t>vt 0.658140 0.208120</w:t>
        <w:br/>
        <w:t>vt 0.658050 0.221510</w:t>
        <w:br/>
        <w:t>vt 0.601450 0.233580</w:t>
        <w:br/>
        <w:t>vt 0.672140 0.233580</w:t>
        <w:br/>
        <w:t>vt 0.672180 0.221980</w:t>
        <w:br/>
        <w:t>vt 0.739690 0.233580</w:t>
        <w:br/>
        <w:t>vt 0.700350 0.225030</w:t>
        <w:br/>
        <w:t>vt 0.704830 0.216360</w:t>
        <w:br/>
        <w:t>vt 0.672090 0.208600</w:t>
        <w:br/>
        <w:t>vt 0.672180 0.221980</w:t>
        <w:br/>
        <w:t>vt 0.623260 0.226230</w:t>
        <w:br/>
        <w:t>vt 0.624460 0.233580</w:t>
        <w:br/>
        <w:t>vt 0.657940 0.233580</w:t>
        <w:br/>
        <w:t>vt 0.658050 0.221510</w:t>
        <w:br/>
        <w:t>vt 0.700280 0.233580</w:t>
        <w:br/>
        <w:t>vt 0.739690 0.233580</w:t>
        <w:br/>
        <w:t>vt 0.700350 0.225030</w:t>
        <w:br/>
        <w:t>vt 0.601450 0.233580</w:t>
        <w:br/>
        <w:t>vt 0.623260 0.226230</w:t>
        <w:br/>
        <w:t>vt 0.619850 0.218240</w:t>
        <w:br/>
        <w:t>vt 0.658140 0.208120</w:t>
        <w:br/>
        <w:t>vt 0.658050 0.221510</w:t>
        <w:br/>
        <w:t>vt 0.601450 0.233580</w:t>
        <w:br/>
        <w:t>vt 0.672180 0.221980</w:t>
        <w:br/>
        <w:t>vt 0.672140 0.233580</w:t>
        <w:br/>
        <w:t>vt 0.739690 0.233580</w:t>
        <w:br/>
        <w:t>vt 0.704830 0.216360</w:t>
        <w:br/>
        <w:t>vt 0.700350 0.225030</w:t>
        <w:br/>
        <w:t>vt 0.672090 0.208600</w:t>
        <w:br/>
        <w:t>vt 0.672180 0.221980</w:t>
        <w:br/>
        <w:t>vt 0.391240 0.952920</w:t>
        <w:br/>
        <w:t>vt 0.438840 0.952920</w:t>
        <w:br/>
        <w:t>vt 0.391980 0.946650</w:t>
        <w:br/>
        <w:t>vt 0.356480 0.940920</w:t>
        <w:br/>
        <w:t>vt 0.355430 0.952920</w:t>
        <w:br/>
        <w:t>vt 0.276620 0.952920</w:t>
        <w:br/>
        <w:t>vt 0.313560 0.952920</w:t>
        <w:br/>
        <w:t>vt 0.314130 0.933940</w:t>
        <w:br/>
        <w:t>vt 0.279330 0.927030</w:t>
        <w:br/>
        <w:t>vt 0.233920 0.904930</w:t>
        <w:br/>
        <w:t>vt 0.253080 0.933510</w:t>
        <w:br/>
        <w:t>vt 0.256300 0.918470</w:t>
        <w:br/>
        <w:t>vt 0.353340 0.060640</w:t>
        <w:br/>
        <w:t>vt 0.344300 0.060640</w:t>
        <w:br/>
        <w:t>vt 0.344300 0.060640</w:t>
        <w:br/>
        <w:t>vt 0.353340 0.060640</w:t>
        <w:br/>
        <w:t>vt 0.635970 0.030970</w:t>
        <w:br/>
        <w:t>vt 0.633370 0.022280</w:t>
        <w:br/>
        <w:t>vt 0.626380 0.025420</w:t>
        <w:br/>
        <w:t>vt 0.627720 0.030970</w:t>
        <w:br/>
        <w:t>vt 0.644370 0.030970</w:t>
        <w:br/>
        <w:t>vt 0.640750 0.020150</w:t>
        <w:br/>
        <w:t>vt 0.618510 0.030970</w:t>
        <w:br/>
        <w:t>vt 0.652750 0.030970</w:t>
        <w:br/>
        <w:t>vt 0.647130 0.018910</w:t>
        <w:br/>
        <w:t>vt 0.326070 0.013360</w:t>
        <w:br/>
        <w:t>vt 0.322970 0.020860</w:t>
        <w:br/>
        <w:t>vt 0.327760 0.023630</w:t>
        <w:br/>
        <w:t>vt 0.332160 0.013360</w:t>
        <w:br/>
        <w:t>vt 0.332860 0.026150</w:t>
        <w:br/>
        <w:t>vt 0.338090 0.013360</w:t>
        <w:br/>
        <w:t>vt 0.337720 0.028370</w:t>
        <w:br/>
        <w:t>vt 0.344090 0.013360</w:t>
        <w:br/>
        <w:t>vt 0.311440 0.013360</w:t>
        <w:br/>
        <w:t>vt 0.686790 0.088070</w:t>
        <w:br/>
        <w:t>vt 0.681590 0.095930</w:t>
        <w:br/>
        <w:t>vt 0.680070 0.095010</w:t>
        <w:br/>
        <w:t>vt 0.683450 0.086320</w:t>
        <w:br/>
        <w:t>vt 0.688920 0.098950</w:t>
        <w:br/>
        <w:t>vt 0.690290 0.089540</w:t>
        <w:br/>
        <w:t>vt 0.695250 0.090270</w:t>
        <w:br/>
        <w:t>vt 0.694740 0.098820</w:t>
        <w:br/>
        <w:t>vt 0.700340 0.089920</w:t>
        <w:br/>
        <w:t>vt 0.702860 0.089250</w:t>
        <w:br/>
        <w:t>vt 0.703220 0.097590</w:t>
        <w:br/>
        <w:t>vt 0.699770 0.098090</w:t>
        <w:br/>
        <w:t>vt 0.707530 0.087750</w:t>
        <w:br/>
        <w:t>vt 0.710900 0.085470</w:t>
        <w:br/>
        <w:t>vt 0.712270 0.088990</w:t>
        <w:br/>
        <w:t>vt 0.708760 0.092540</w:t>
        <w:br/>
        <w:t>vt 0.714170 0.083040</w:t>
        <w:br/>
        <w:t>vt 0.715220 0.085330</w:t>
        <w:br/>
        <w:t>vt 0.677510 0.081750</w:t>
        <w:br/>
        <w:t>vt 0.673160 0.088800</w:t>
        <w:br/>
        <w:t>vt 0.668870 0.084180</w:t>
        <w:br/>
        <w:t>vt 0.674190 0.078490</w:t>
        <w:br/>
        <w:t>vt 0.680400 0.084080</w:t>
        <w:br/>
        <w:t>vt 0.677660 0.093240</w:t>
        <w:br/>
        <w:t>vt 0.670940 0.074900</w:t>
        <w:br/>
        <w:t>vt 0.666790 0.081850</w:t>
        <w:br/>
        <w:t>vt 0.662820 0.077890</w:t>
        <w:br/>
        <w:t>vt 0.664390 0.070910</w:t>
        <w:br/>
        <w:t>vt 0.659990 0.070340</w:t>
        <w:br/>
        <w:t>vt 0.659110 0.075300</w:t>
        <w:br/>
        <w:t>vt 0.655090 0.073180</w:t>
        <w:br/>
        <w:t>vt 0.655340 0.070410</w:t>
        <w:br/>
        <w:t>vt 0.718470 0.080230</w:t>
        <w:br/>
        <w:t>vt 0.674680 0.094960</w:t>
        <w:br/>
        <w:t>vt 0.671040 0.092630</w:t>
        <w:br/>
        <w:t>vt 0.671960 0.097090</w:t>
        <w:br/>
        <w:t>vt 0.669510 0.095250</w:t>
        <w:br/>
        <w:t>vt 0.668770 0.098820</w:t>
        <w:br/>
        <w:t>vt 0.665510 0.100370</w:t>
        <w:br/>
        <w:t>vt 0.667950 0.097640</w:t>
        <w:br/>
        <w:t>vt 0.665790 0.069950</w:t>
        <w:br/>
        <w:t>vt 0.668220 0.068610</w:t>
        <w:br/>
        <w:t>vt 0.672220 0.072890</w:t>
        <w:br/>
        <w:t>vt 0.675820 0.068600</w:t>
        <w:br/>
        <w:t>vt 0.674040 0.066280</w:t>
        <w:br/>
        <w:t>vt 0.676760 0.065540</w:t>
        <w:br/>
        <w:t>vt 0.677670 0.066960</w:t>
        <w:br/>
        <w:t>vt 0.670440 0.067600</w:t>
        <w:br/>
        <w:t>vt 0.673600 0.071070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0.710510 0.095360</w:t>
        <w:br/>
        <w:t>vt 0.713050 0.093600</w:t>
        <w:br/>
        <w:t>vt 0.650330 0.071340</w:t>
        <w:br/>
        <w:t>vt 0.704940 0.088630</w:t>
        <w:br/>
        <w:t>vt 0.706230 0.094590</w:t>
        <w:br/>
        <w:t>vt 0.686790 0.088070</w:t>
        <w:br/>
        <w:t>vt 0.683450 0.086320</w:t>
        <w:br/>
        <w:t>vt 0.680070 0.095010</w:t>
        <w:br/>
        <w:t>vt 0.681590 0.095930</w:t>
        <w:br/>
        <w:t>vt 0.688920 0.098950</w:t>
        <w:br/>
        <w:t>vt 0.690290 0.089540</w:t>
        <w:br/>
        <w:t>vt 0.694740 0.098820</w:t>
        <w:br/>
        <w:t>vt 0.695250 0.090270</w:t>
        <w:br/>
        <w:t>vt 0.700340 0.089920</w:t>
        <w:br/>
        <w:t>vt 0.699770 0.098090</w:t>
        <w:br/>
        <w:t>vt 0.703220 0.097590</w:t>
        <w:br/>
        <w:t>vt 0.702860 0.089250</w:t>
        <w:br/>
        <w:t>vt 0.707530 0.087750</w:t>
        <w:br/>
        <w:t>vt 0.708760 0.092540</w:t>
        <w:br/>
        <w:t>vt 0.712270 0.088990</w:t>
        <w:br/>
        <w:t>vt 0.710900 0.085470</w:t>
        <w:br/>
        <w:t>vt 0.715220 0.085330</w:t>
        <w:br/>
        <w:t>vt 0.714170 0.083040</w:t>
        <w:br/>
        <w:t>vt 0.677510 0.081750</w:t>
        <w:br/>
        <w:t>vt 0.674190 0.078490</w:t>
        <w:br/>
        <w:t>vt 0.668870 0.084180</w:t>
        <w:br/>
        <w:t>vt 0.673160 0.088800</w:t>
        <w:br/>
        <w:t>vt 0.677660 0.093240</w:t>
        <w:br/>
        <w:t>vt 0.680400 0.084080</w:t>
        <w:br/>
        <w:t>vt 0.670940 0.074900</w:t>
        <w:br/>
        <w:t>vt 0.664390 0.070910</w:t>
        <w:br/>
        <w:t>vt 0.662820 0.077890</w:t>
        <w:br/>
        <w:t>vt 0.666790 0.081850</w:t>
        <w:br/>
        <w:t>vt 0.659990 0.070340</w:t>
        <w:br/>
        <w:t>vt 0.655340 0.070410</w:t>
        <w:br/>
        <w:t>vt 0.655090 0.073180</w:t>
        <w:br/>
        <w:t>vt 0.659110 0.075300</w:t>
        <w:br/>
        <w:t>vt 0.718470 0.080230</w:t>
        <w:br/>
        <w:t>vt 0.671040 0.092630</w:t>
        <w:br/>
        <w:t>vt 0.674680 0.094960</w:t>
        <w:br/>
        <w:t>vt 0.669510 0.095250</w:t>
        <w:br/>
        <w:t>vt 0.671960 0.097090</w:t>
        <w:br/>
        <w:t>vt 0.668770 0.098820</w:t>
        <w:br/>
        <w:t>vt 0.667950 0.097640</w:t>
        <w:br/>
        <w:t>vt 0.665510 0.100370</w:t>
        <w:br/>
        <w:t>vt 0.665790 0.069950</w:t>
        <w:br/>
        <w:t>vt 0.672220 0.072890</w:t>
        <w:br/>
        <w:t>vt 0.668220 0.068610</w:t>
        <w:br/>
        <w:t>vt 0.675820 0.068600</w:t>
        <w:br/>
        <w:t>vt 0.677670 0.066960</w:t>
        <w:br/>
        <w:t>vt 0.676760 0.065540</w:t>
        <w:br/>
        <w:t>vt 0.674040 0.066280</w:t>
        <w:br/>
        <w:t>vt 0.673600 0.071070</w:t>
        <w:br/>
        <w:t>vt 0.670440 0.067600</w:t>
        <w:br/>
        <w:t>vt 0.679550 0.064970</w:t>
        <w:br/>
        <w:t>vt 0.703550 0.100340</w:t>
        <w:br/>
        <w:t>vt 0.699580 0.100720</w:t>
        <w:br/>
        <w:t>vt 0.706470 0.099320</w:t>
        <w:br/>
        <w:t>vt 0.706570 0.097300</w:t>
        <w:br/>
        <w:t>vt 0.694410 0.100300</w:t>
        <w:br/>
        <w:t>vt 0.708770 0.097920</w:t>
        <w:br/>
        <w:t>vt 0.708610 0.096490</w:t>
        <w:br/>
        <w:t>vt 0.710800 0.096110</w:t>
        <w:br/>
        <w:t>vt 0.713050 0.093600</w:t>
        <w:br/>
        <w:t>vt 0.710510 0.095360</w:t>
        <w:br/>
        <w:t>vt 0.650330 0.071340</w:t>
        <w:br/>
        <w:t>vt 0.414070 0.093520</w:t>
        <w:br/>
        <w:t>vt 0.414070 0.104920</w:t>
        <w:br/>
        <w:t>vt 0.425530 0.105100</w:t>
        <w:br/>
        <w:t>vt 0.429990 0.099710</w:t>
        <w:br/>
        <w:t>vt 0.680540 0.097350</w:t>
        <w:br/>
        <w:t>vt 0.679430 0.096640</w:t>
        <w:br/>
        <w:t>vt 0.678950 0.097560</w:t>
        <w:br/>
        <w:t>vt 0.679800 0.098180</w:t>
        <w:br/>
        <w:t>vt 0.665690 0.083460</w:t>
        <w:br/>
        <w:t>vt 0.667520 0.085130</w:t>
        <w:br/>
        <w:t>vt 0.668870 0.084180</w:t>
        <w:br/>
        <w:t>vt 0.666790 0.081850</w:t>
        <w:br/>
        <w:t>vt 0.464810 0.100100</w:t>
        <w:br/>
        <w:t>vt 0.466710 0.110880</w:t>
        <w:br/>
        <w:t>vt 0.495950 0.116880</w:t>
        <w:br/>
        <w:t>vt 0.506710 0.109960</w:t>
        <w:br/>
        <w:t>vt 0.665900 0.086380</w:t>
        <w:br/>
        <w:t>vt 0.664610 0.085210</w:t>
        <w:br/>
        <w:t>vt 0.663900 0.087850</w:t>
        <w:br/>
        <w:t>vt 0.485450 0.126260</w:t>
        <w:br/>
        <w:t>vt 0.468880 0.123160</w:t>
        <w:br/>
        <w:t>vt 0.471640 0.138820</w:t>
        <w:br/>
        <w:t>vt 0.414070 0.115450</w:t>
        <w:br/>
        <w:t>vt 0.678110 0.099380</w:t>
        <w:br/>
        <w:t>vt 0.681590 0.095930</w:t>
        <w:br/>
        <w:t>vt 0.680070 0.095010</w:t>
        <w:br/>
        <w:t>vt 0.414070 0.081090</w:t>
        <w:br/>
        <w:t>vt 0.439930 0.093650</w:t>
        <w:br/>
        <w:t>vt 0.706230 0.094590</w:t>
        <w:br/>
        <w:t>vt 0.704940 0.088630</w:t>
        <w:br/>
        <w:t>vt 0.350410 0.233640</w:t>
        <w:br/>
        <w:t>vt 0.340860 0.230650</w:t>
        <w:br/>
        <w:t>vt 0.340400 0.233640</w:t>
        <w:br/>
        <w:t>vt 0.325830 0.228810</w:t>
        <w:br/>
        <w:t>vt 0.325700 0.233640</w:t>
        <w:br/>
        <w:t>vt 0.319970 0.228750</w:t>
        <w:br/>
        <w:t>vt 0.306850 0.229970</w:t>
        <w:br/>
        <w:t>vt 0.307420 0.233640</w:t>
        <w:br/>
        <w:t>vt 0.319540 0.233640</w:t>
        <w:br/>
        <w:t>vt 0.290300 0.233640</w:t>
        <w:br/>
        <w:t>vt 0.626380 0.025420</w:t>
        <w:br/>
        <w:t>vt 0.633370 0.022280</w:t>
        <w:br/>
        <w:t>vt 0.635970 0.030970</w:t>
        <w:br/>
        <w:t>vt 0.627720 0.030970</w:t>
        <w:br/>
        <w:t>vt 0.640750 0.020150</w:t>
        <w:br/>
        <w:t>vt 0.644370 0.030970</w:t>
        <w:br/>
        <w:t>vt 0.618510 0.030970</w:t>
        <w:br/>
        <w:t>vt 0.647130 0.018910</w:t>
        <w:br/>
        <w:t>vt 0.652750 0.030970</w:t>
        <w:br/>
        <w:t>vt 0.326070 0.013360</w:t>
        <w:br/>
        <w:t>vt 0.332160 0.013360</w:t>
        <w:br/>
        <w:t>vt 0.327760 0.023630</w:t>
        <w:br/>
        <w:t>vt 0.322970 0.020860</w:t>
        <w:br/>
        <w:t>vt 0.338090 0.013360</w:t>
        <w:br/>
        <w:t>vt 0.332860 0.026150</w:t>
        <w:br/>
        <w:t>vt 0.344090 0.013360</w:t>
        <w:br/>
        <w:t>vt 0.337720 0.028370</w:t>
        <w:br/>
        <w:t>vt 0.311440 0.013360</w:t>
        <w:br/>
        <w:t>vt 0.345860 0.155230</w:t>
        <w:br/>
        <w:t>vt 0.358930 0.179390</w:t>
        <w:br/>
        <w:t>vt 0.333450 0.162140</w:t>
        <w:br/>
        <w:t>vt 0.315990 0.093890</w:t>
        <w:br/>
        <w:t>vt 0.324930 0.115640</w:t>
        <w:br/>
        <w:t>vt 0.312130 0.119600</w:t>
        <w:br/>
        <w:t>vt 0.305350 0.094510</w:t>
        <w:br/>
        <w:t>vt 0.305610 0.065220</w:t>
        <w:br/>
        <w:t>vt 0.299870 0.064430</w:t>
        <w:br/>
        <w:t>vt 0.292020 0.026010</w:t>
        <w:br/>
        <w:t>vt 0.335580 0.137530</w:t>
        <w:br/>
        <w:t>vt 0.321440 0.140900</w:t>
        <w:br/>
        <w:t>vt 0.402950 0.104670</w:t>
        <w:br/>
        <w:t>vt 0.398420 0.098770</w:t>
        <w:br/>
        <w:t>vt 0.414070 0.093520</w:t>
        <w:br/>
        <w:t>vt 0.414070 0.104920</w:t>
        <w:br/>
        <w:t>vt 0.414070 0.115450</w:t>
        <w:br/>
        <w:t>vt 0.388690 0.092270</w:t>
        <w:br/>
        <w:t>vt 0.414070 0.081090</w:t>
        <w:br/>
        <w:t>vt 0.350410 0.233640</w:t>
        <w:br/>
        <w:t>vt 0.340400 0.233640</w:t>
        <w:br/>
        <w:t>vt 0.340860 0.230650</w:t>
        <w:br/>
        <w:t>vt 0.325830 0.228810</w:t>
        <w:br/>
        <w:t>vt 0.325700 0.233640</w:t>
        <w:br/>
        <w:t>vt 0.319970 0.228750</w:t>
        <w:br/>
        <w:t>vt 0.319540 0.233640</w:t>
        <w:br/>
        <w:t>vt 0.307420 0.233640</w:t>
        <w:br/>
        <w:t>vt 0.306850 0.229970</w:t>
        <w:br/>
        <w:t>vt 0.290300 0.233640</w:t>
        <w:br/>
        <w:t>vt 0.391240 0.952920</w:t>
        <w:br/>
        <w:t>vt 0.391980 0.946650</w:t>
        <w:br/>
        <w:t>vt 0.438840 0.952920</w:t>
        <w:br/>
        <w:t>vt 0.355430 0.952920</w:t>
        <w:br/>
        <w:t>vt 0.356480 0.940920</w:t>
        <w:br/>
        <w:t>vt 0.276620 0.952920</w:t>
        <w:br/>
        <w:t>vt 0.279330 0.927030</w:t>
        <w:br/>
        <w:t>vt 0.314130 0.933940</w:t>
        <w:br/>
        <w:t>vt 0.313560 0.952920</w:t>
        <w:br/>
        <w:t>vt 0.233920 0.904930</w:t>
        <w:br/>
        <w:t>vt 0.256300 0.918470</w:t>
        <w:br/>
        <w:t>vt 0.253080 0.933510</w:t>
        <w:br/>
        <w:t>vt 0.590630 0.983290</w:t>
        <w:br/>
        <w:t>vt 0.588550 0.962910</w:t>
        <w:br/>
        <w:t>vt 0.641040 0.959970</w:t>
        <w:br/>
        <w:t>vt 0.643100 0.983290</w:t>
        <w:br/>
        <w:t>vt 0.695100 0.983290</w:t>
        <w:br/>
        <w:t>vt 0.697480 0.957550</w:t>
        <w:br/>
        <w:t>vt 0.772110 0.983290</w:t>
        <w:br/>
        <w:t>vt 0.775090 0.963860</w:t>
        <w:br/>
        <w:t>vt 0.798680 0.983290</w:t>
        <w:br/>
        <w:t>vt 0.733730 0.983290</w:t>
        <w:br/>
        <w:t>vt 0.735370 0.959440</w:t>
        <w:br/>
        <w:t>vt 0.387930 0.983290</w:t>
        <w:br/>
        <w:t>vt 0.489970 0.973710</w:t>
        <w:br/>
        <w:t>vt 0.494900 0.983290</w:t>
        <w:br/>
        <w:t>vt 0.800920 0.974260</w:t>
        <w:br/>
        <w:t>vt 0.812750 0.983290</w:t>
        <w:br/>
        <w:t>vt 0.489970 0.973710</w:t>
        <w:br/>
        <w:t>vt 0.387930 0.983290</w:t>
        <w:br/>
        <w:t>vt 0.491210 0.962790</w:t>
        <w:br/>
        <w:t>vt 0.543560 0.967290</w:t>
        <w:br/>
        <w:t>vt 0.541130 0.951290</w:t>
        <w:br/>
        <w:t>vt 0.585920 0.943490</w:t>
        <w:br/>
        <w:t>vt 0.588550 0.962910</w:t>
        <w:br/>
        <w:t>vt 0.639900 0.937270</w:t>
        <w:br/>
        <w:t>vt 0.641040 0.959970</w:t>
        <w:br/>
        <w:t>vt 0.694360 0.933610</w:t>
        <w:br/>
        <w:t>vt 0.697480 0.957550</w:t>
        <w:br/>
        <w:t>vt 0.737030 0.940420</w:t>
        <w:br/>
        <w:t>vt 0.735370 0.959440</w:t>
        <w:br/>
        <w:t>vt 0.776320 0.949470</w:t>
        <w:br/>
        <w:t>vt 0.775090 0.963860</w:t>
        <w:br/>
        <w:t>vt 0.800920 0.974260</w:t>
        <w:br/>
        <w:t>vt 0.803840 0.969560</w:t>
        <w:br/>
        <w:t>vt 0.812750 0.983290</w:t>
        <w:br/>
        <w:t>vt 0.546700 0.983290</w:t>
        <w:br/>
        <w:t>vt 0.543560 0.967290</w:t>
        <w:br/>
        <w:t>vt 0.590630 0.983290</w:t>
        <w:br/>
        <w:t>vt 0.643100 0.983290</w:t>
        <w:br/>
        <w:t>vt 0.641040 0.959970</w:t>
        <w:br/>
        <w:t>vt 0.588550 0.962910</w:t>
        <w:br/>
        <w:t>vt 0.695100 0.983290</w:t>
        <w:br/>
        <w:t>vt 0.697480 0.957550</w:t>
        <w:br/>
        <w:t>vt 0.772110 0.983290</w:t>
        <w:br/>
        <w:t>vt 0.798680 0.983290</w:t>
        <w:br/>
        <w:t>vt 0.775090 0.963860</w:t>
        <w:br/>
        <w:t>vt 0.733730 0.983290</w:t>
        <w:br/>
        <w:t>vt 0.735370 0.959440</w:t>
        <w:br/>
        <w:t>vt 0.387930 0.983290</w:t>
        <w:br/>
        <w:t>vt 0.494900 0.983290</w:t>
        <w:br/>
        <w:t>vt 0.489970 0.973710</w:t>
        <w:br/>
        <w:t>vt 0.800920 0.974260</w:t>
        <w:br/>
        <w:t>vt 0.812750 0.983290</w:t>
        <w:br/>
        <w:t>vt 0.489970 0.973710</w:t>
        <w:br/>
        <w:t>vt 0.491210 0.962790</w:t>
        <w:br/>
        <w:t>vt 0.387930 0.983290</w:t>
        <w:br/>
        <w:t>vt 0.543560 0.967290</w:t>
        <w:br/>
        <w:t>vt 0.588550 0.962910</w:t>
        <w:br/>
        <w:t>vt 0.585920 0.943490</w:t>
        <w:br/>
        <w:t>vt 0.541130 0.951290</w:t>
        <w:br/>
        <w:t>vt 0.641040 0.959970</w:t>
        <w:br/>
        <w:t>vt 0.639900 0.937270</w:t>
        <w:br/>
        <w:t>vt 0.697480 0.957550</w:t>
        <w:br/>
        <w:t>vt 0.694360 0.933610</w:t>
        <w:br/>
        <w:t>vt 0.737030 0.940420</w:t>
        <w:br/>
        <w:t>vt 0.735370 0.959440</w:t>
        <w:br/>
        <w:t>vt 0.775090 0.963860</w:t>
        <w:br/>
        <w:t>vt 0.776320 0.949470</w:t>
        <w:br/>
        <w:t>vt 0.800920 0.974260</w:t>
        <w:br/>
        <w:t>vt 0.803840 0.969560</w:t>
        <w:br/>
        <w:t>vt 0.812750 0.983290</w:t>
        <w:br/>
        <w:t>vt 0.543560 0.967290</w:t>
        <w:br/>
        <w:t>vt 0.546700 0.983290</w:t>
        <w:br/>
        <w:t>vt 0.959820 0.266390</w:t>
        <w:br/>
        <w:t>vt 0.891170 0.182810</w:t>
        <w:br/>
        <w:t>vt 0.881740 0.190930</w:t>
        <w:br/>
        <w:t>vt 0.929740 0.303210</w:t>
        <w:br/>
        <w:t>vt 0.864490 0.150260</w:t>
        <w:br/>
        <w:t>vt 0.898500 0.170530</w:t>
        <w:br/>
        <w:t>vt 0.902450 0.157300</w:t>
        <w:br/>
        <w:t>vt 0.886080 0.100940</w:t>
        <w:br/>
        <w:t>vt 0.869960 0.097410</w:t>
        <w:br/>
        <w:t>vt 0.852530 0.186910</w:t>
        <w:br/>
        <w:t>vt 0.861790 0.192750</w:t>
        <w:br/>
        <w:t>vt 0.840650 0.170850</w:t>
        <w:br/>
        <w:t>vt 0.844500 0.179520</w:t>
        <w:br/>
        <w:t>vt 0.841880 0.114470</w:t>
        <w:br/>
        <w:t>vt 0.836600 0.126300</w:t>
        <w:br/>
        <w:t>vt 0.871420 0.192780</w:t>
        <w:br/>
        <w:t>vt 0.851750 0.102050</w:t>
        <w:br/>
        <w:t>vt 0.944910 0.312800</w:t>
        <w:br/>
        <w:t>vt 0.979140 0.267920</w:t>
        <w:br/>
        <w:t>vt 0.959820 0.266390</w:t>
        <w:br/>
        <w:t>vt 0.929740 0.303210</w:t>
        <w:br/>
        <w:t>vt 0.851110 0.335670</w:t>
        <w:br/>
        <w:t>vt 0.900500 0.337260</w:t>
        <w:br/>
        <w:t>vt 0.892860 0.321880</w:t>
        <w:br/>
        <w:t>vt 0.855530 0.320250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0.779310 0.077250</w:t>
        <w:br/>
        <w:t>vt 0.798960 0.046880</w:t>
        <w:br/>
        <w:t>vt 0.788540 0.032680</w:t>
        <w:br/>
        <w:t>vt 0.831630 0.026160</w:t>
        <w:br/>
        <w:t>vt 0.829030 0.006780</w:t>
        <w:br/>
        <w:t>vt 0.877530 0.023600</w:t>
        <w:br/>
        <w:t>vt 0.881660 0.003050</w:t>
        <w:br/>
        <w:t>vt 0.913730 0.037640</w:t>
        <w:br/>
        <w:t>vt 0.924350 0.021950</w:t>
        <w:br/>
        <w:t>vt 0.933070 0.057390</w:t>
        <w:br/>
        <w:t>vt 0.947470 0.044540</w:t>
        <w:br/>
        <w:t>vt 0.994480 0.213400</w:t>
        <w:br/>
        <w:t>vt 0.996300 0.166960</w:t>
        <w:br/>
        <w:t>vt 0.976070 0.171050</w:t>
        <w:br/>
        <w:t>vt 0.974320 0.215830</w:t>
        <w:br/>
        <w:t>vt 0.968080 0.122280</w:t>
        <w:br/>
        <w:t>vt 0.952780 0.085280</w:t>
        <w:br/>
        <w:t>vt 0.901820 0.122680</w:t>
        <w:br/>
        <w:t>vt 0.905050 0.139290</w:t>
        <w:br/>
        <w:t>vt 0.761520 0.162750</w:t>
        <w:br/>
        <w:t>vt 0.835800 0.153670</w:t>
        <w:br/>
        <w:t>vt 0.835100 0.138750</w:t>
        <w:br/>
        <w:t>vt 0.766720 0.112140</w:t>
        <w:br/>
        <w:t>vt 0.761520 0.162750</w:t>
        <w:br/>
        <w:t>vt 0.766720 0.112140</w:t>
        <w:br/>
        <w:t>vt 0.747490 0.110800</w:t>
        <w:br/>
        <w:t>vt 0.742880 0.161140</w:t>
        <w:br/>
        <w:t>vt 0.987440 0.115710</w:t>
        <w:br/>
        <w:t>vt 0.970910 0.076730</w:t>
        <w:br/>
        <w:t>vt 0.895610 0.108090</w:t>
        <w:br/>
        <w:t>vt 0.767540 0.218070</w:t>
        <w:br/>
        <w:t>vt 0.779310 0.077250</w:t>
        <w:br/>
        <w:t>vt 0.882530 0.192800</w:t>
        <w:br/>
        <w:t>vt 0.890650 0.183450</w:t>
        <w:br/>
        <w:t>vt 0.959820 0.266390</w:t>
        <w:br/>
        <w:t>vt 0.929740 0.303210</w:t>
        <w:br/>
        <w:t>vt 0.864490 0.150260</w:t>
        <w:br/>
        <w:t>vt 0.903550 0.157530</w:t>
        <w:br/>
        <w:t>vt 0.898580 0.170830</w:t>
        <w:br/>
        <w:t>vt 0.869930 0.097190</w:t>
        <w:br/>
        <w:t>vt 0.885880 0.101280</w:t>
        <w:br/>
        <w:t>vt 0.860390 0.190950</w:t>
        <w:br/>
        <w:t>vt 0.850550 0.185010</w:t>
        <w:br/>
        <w:t>vt 0.844880 0.178500</w:t>
        <w:br/>
        <w:t>vt 0.839730 0.166050</w:t>
        <w:br/>
        <w:t>vt 0.836940 0.126380</w:t>
        <w:br/>
        <w:t>vt 0.841440 0.113760</w:t>
        <w:br/>
        <w:t>vt 0.871410 0.192970</w:t>
        <w:br/>
        <w:t>vt 0.851900 0.102630</w:t>
        <w:br/>
        <w:t>vt 0.944910 0.312800</w:t>
        <w:br/>
        <w:t>vt 0.929740 0.303210</w:t>
        <w:br/>
        <w:t>vt 0.959820 0.266390</w:t>
        <w:br/>
        <w:t>vt 0.979140 0.267920</w:t>
        <w:br/>
        <w:t>vt 0.851110 0.335670</w:t>
        <w:br/>
        <w:t>vt 0.855530 0.320250</w:t>
        <w:br/>
        <w:t>vt 0.892860 0.321880</w:t>
        <w:br/>
        <w:t>vt 0.900500 0.337260</w:t>
        <w:br/>
        <w:t>vt 0.815480 0.300420</w:t>
        <w:br/>
        <w:t>vt 0.801170 0.310480</w:t>
        <w:br/>
        <w:t>vt 0.785870 0.265070</w:t>
        <w:br/>
        <w:t>vt 0.768800 0.270590</w:t>
        <w:br/>
        <w:t>vt 0.767540 0.218070</w:t>
        <w:br/>
        <w:t>vt 0.749290 0.220190</w:t>
        <w:br/>
        <w:t>vt 0.762540 0.069540</w:t>
        <w:br/>
        <w:t>vt 0.788540 0.032680</w:t>
        <w:br/>
        <w:t>vt 0.798960 0.046880</w:t>
        <w:br/>
        <w:t>vt 0.779310 0.077250</w:t>
        <w:br/>
        <w:t>vt 0.831630 0.026160</w:t>
        <w:br/>
        <w:t>vt 0.829030 0.006780</w:t>
        <w:br/>
        <w:t>vt 0.877530 0.023600</w:t>
        <w:br/>
        <w:t>vt 0.881660 0.003050</w:t>
        <w:br/>
        <w:t>vt 0.924350 0.021950</w:t>
        <w:br/>
        <w:t>vt 0.913730 0.037640</w:t>
        <w:br/>
        <w:t>vt 0.933070 0.057390</w:t>
        <w:br/>
        <w:t>vt 0.947470 0.044540</w:t>
        <w:br/>
        <w:t>vt 0.994480 0.213400</w:t>
        <w:br/>
        <w:t>vt 0.974320 0.215830</w:t>
        <w:br/>
        <w:t>vt 0.976070 0.171050</w:t>
        <w:br/>
        <w:t>vt 0.996300 0.166960</w:t>
        <w:br/>
        <w:t>vt 0.968080 0.122280</w:t>
        <w:br/>
        <w:t>vt 0.904690 0.139370</w:t>
        <w:br/>
        <w:t>vt 0.902100 0.122510</w:t>
        <w:br/>
        <w:t>vt 0.952780 0.085280</w:t>
        <w:br/>
        <w:t>vt 0.835430 0.138900</w:t>
        <w:br/>
        <w:t>vt 0.836530 0.153470</w:t>
        <w:br/>
        <w:t>vt 0.761520 0.162750</w:t>
        <w:br/>
        <w:t>vt 0.766720 0.112140</w:t>
        <w:br/>
        <w:t>vt 0.761520 0.162750</w:t>
        <w:br/>
        <w:t>vt 0.742880 0.161140</w:t>
        <w:br/>
        <w:t>vt 0.747490 0.110800</w:t>
        <w:br/>
        <w:t>vt 0.766720 0.112140</w:t>
        <w:br/>
        <w:t>vt 0.970910 0.076730</w:t>
        <w:br/>
        <w:t>vt 0.987440 0.115710</w:t>
        <w:br/>
        <w:t>vt 0.895430 0.108310</w:t>
        <w:br/>
        <w:t>vt 0.767540 0.218070</w:t>
        <w:br/>
        <w:t>vt 0.779310 0.077250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0.913730 0.037640</w:t>
        <w:br/>
        <w:t>vt 0.877530 0.023600</w:t>
        <w:br/>
        <w:t>vt 0.815480 0.300420</w:t>
        <w:br/>
        <w:t>vt 0.855530 0.320250</w:t>
        <w:br/>
        <w:t>vt 0.785870 0.265070</w:t>
        <w:br/>
        <w:t>vt 0.798960 0.046880</w:t>
        <w:br/>
        <w:t>vt 0.892860 0.321880</w:t>
        <w:br/>
        <w:t>vt 0.831630 0.026160</w:t>
        <w:br/>
        <w:t>vt 0.933070 0.057390</w:t>
        <w:br/>
        <w:t>vt 0.721750 0.126680</w:t>
        <w:br/>
        <w:t>vt 0.728980 0.120980</w:t>
        <w:br/>
        <w:t>vt 0.721640 0.121450</w:t>
        <w:br/>
        <w:t>vt 0.722720 0.131260</w:t>
        <w:br/>
        <w:t>vt 0.724480 0.134560</w:t>
        <w:br/>
        <w:t>vt 0.726810 0.136210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vt 0.721750 0.126680</w:t>
        <w:br/>
        <w:t>vt 0.721640 0.121450</w:t>
        <w:br/>
        <w:t>vt 0.728980 0.120980</w:t>
        <w:br/>
        <w:t>vt 0.722720 0.131260</w:t>
        <w:br/>
        <w:t>vt 0.724480 0.134560</w:t>
        <w:br/>
        <w:t>vt 0.726810 0.136220</w:t>
        <w:br/>
        <w:t>vt 0.729400 0.136040</w:t>
        <w:br/>
        <w:t>vt 0.731920 0.134050</w:t>
        <w:br/>
        <w:t>vt 0.734110 0.130490</w:t>
        <w:br/>
        <w:t>vt 0.735710 0.125740</w:t>
        <w:br/>
        <w:t>vt 0.736500 0.120450</w:t>
        <w:br/>
        <w:t>vt 0.736270 0.115260</w:t>
        <w:br/>
        <w:t>vt 0.735010 0.110810</w:t>
        <w:br/>
        <w:t>vt 0.732950 0.107590</w:t>
        <w:br/>
        <w:t>vt 0.730450 0.105980</w:t>
        <w:br/>
        <w:t>vt 0.727860 0.106160</w:t>
        <w:br/>
        <w:t>vt 0.725490 0.108100</w:t>
        <w:br/>
        <w:t>vt 0.723570 0.111590</w:t>
        <w:br/>
        <w:t>vt 0.722250 0.116210</w:t>
        <w:br/>
        <w:t>vt 0.000000 0.000000</w:t>
        <w:br/>
        <w:t>vt 0.000000 0.000000</w:t>
        <w:br/>
        <w:t>vt 0.000000 0.000000</w:t>
        <w:br/>
        <w:t>vt 0.000000 0.000000</w:t>
        <w:br/>
        <w:t>vt 0.000000 0.000000</w:t>
        <w:br/>
        <w:t>vt 0.000000 0.000000</w:t>
        <w:br/>
        <w:t>vt 0.218069 0.793362</w:t>
        <w:br/>
        <w:t>vt 0.219197 0.795224</w:t>
        <w:br/>
        <w:t>vt 0.226373 0.791067</w:t>
        <w:br/>
        <w:t>vt 0.225434 0.789160</w:t>
        <w:br/>
        <w:t>vt 0.213034 0.784044</w:t>
        <w:br/>
        <w:t>vt 0.208850 0.783877</w:t>
        <w:br/>
        <w:t>vt 0.209888 0.786478</w:t>
        <w:br/>
        <w:t>vt 0.214181 0.786202</w:t>
        <w:br/>
        <w:t>vt 0.221388 0.782116</w:t>
        <w:br/>
        <w:t>vt 0.220173 0.779932</w:t>
        <w:br/>
        <w:t>vt 0.223829 0.778599</w:t>
        <w:br/>
        <w:t>vt 0.222252 0.776332</w:t>
        <w:br/>
        <w:t>vt 0.221388 0.782116</w:t>
        <w:br/>
        <w:t>vt 0.214181 0.786202</w:t>
        <w:br/>
        <w:t>vt 0.229503 0.788954</w:t>
        <w:br/>
        <w:t>vt 0.230351 0.791357</w:t>
        <w:br/>
        <w:t>vt 0.229503 0.788954</w:t>
        <w:br/>
        <w:t>vt 0.223829 0.778599</w:t>
        <w:br/>
        <w:t>vt 0.226692 0.775380</w:t>
        <w:br/>
        <w:t>vt 0.233648 0.788419</w:t>
        <w:br/>
        <w:t>vt 0.237858 0.787478</w:t>
        <w:br/>
        <w:t>vt 0.229846 0.772320</w:t>
        <w:br/>
        <w:t>vt 0.240659 0.786960</w:t>
        <w:br/>
        <w:t>vt 0.231648 0.770332</w:t>
        <w:br/>
        <w:t>vt 0.237858 0.787478</w:t>
        <w:br/>
        <w:t>vt 0.238743 0.789455</w:t>
        <w:br/>
        <w:t>vt 0.240659 0.786960</w:t>
        <w:br/>
        <w:t>vt 0.233648 0.788419</w:t>
        <w:br/>
        <w:t>vt 0.234870 0.791102</w:t>
        <w:br/>
        <w:t>vt 0.209888 0.786478</w:t>
        <w:br/>
        <w:t>vt 0.215763 0.796851</w:t>
        <w:br/>
        <w:t>vt 0.205260 0.787243</w:t>
        <w:br/>
        <w:t>vt 0.212512 0.800484</w:t>
        <w:br/>
        <w:t>vt 0.616112 0.555358</w:t>
        <w:br/>
        <w:t>vt 0.619072 0.553701</w:t>
        <w:br/>
        <w:t>vt 0.616245 0.552606</w:t>
        <w:br/>
        <w:t>vt 0.211002 0.804884</w:t>
        <w:br/>
        <w:t>vt 0.209749 0.803123</w:t>
        <w:br/>
        <w:t>vt 0.207788 0.805174</w:t>
        <w:br/>
        <w:t>vt 0.616433 0.533766</w:t>
        <w:br/>
        <w:t>vt 0.616381 0.531098</w:t>
        <w:br/>
        <w:t>vt 0.612611 0.531236</w:t>
        <w:br/>
        <w:t>vt 0.612458 0.534842</w:t>
        <w:br/>
        <w:t>vt 0.619428 0.532830</w:t>
        <w:br/>
        <w:t>vt 0.201638 0.788057</w:t>
        <w:br/>
        <w:t>vt 0.200857 0.785909</w:t>
        <w:br/>
        <w:t>vt 0.198997 0.788449</w:t>
        <w:br/>
        <w:t>vt 0.205260 0.787243</w:t>
        <w:br/>
        <w:t>vt 0.203905 0.784457</w:t>
        <w:br/>
        <w:t>vt 0.212512 0.800484</w:t>
        <w:br/>
        <w:t>vt 0.214016 0.803087</w:t>
        <w:br/>
        <w:t>vt 0.217258 0.799001</w:t>
        <w:br/>
        <w:t>vt 0.215763 0.796851</w:t>
        <w:br/>
        <w:t>vt 0.207788 0.805174</w:t>
        <w:br/>
        <w:t>vt 0.209749 0.803123</w:t>
        <w:br/>
        <w:t>vt 0.201638 0.788057</w:t>
        <w:br/>
        <w:t>vt 0.198997 0.788449</w:t>
        <w:br/>
        <w:t>vt 0.612248 0.551341</w:t>
        <w:br/>
        <w:t>vt 0.612294 0.555089</w:t>
        <w:br/>
        <w:t>vt 0.616245 0.552606</w:t>
        <w:br/>
        <w:t>vt 0.619072 0.553701</w:t>
        <w:br/>
        <w:t>vt 0.619428 0.532830</w:t>
        <w:br/>
        <w:t>vt 0.616433 0.533766</w:t>
        <w:br/>
        <w:t>vt 0.612458 0.534842</w:t>
        <w:br/>
        <w:t>vt 0.612248 0.551341</w:t>
        <w:br/>
        <w:t>vt 0.607039 0.552895</w:t>
        <w:br/>
        <w:t>vt 0.607381 0.549578</w:t>
        <w:br/>
        <w:t>vt 0.603163 0.550335</w:t>
        <w:br/>
        <w:t>vt 0.603218 0.547432</w:t>
        <w:br/>
        <w:t>vt 0.607718 0.536466</w:t>
        <w:br/>
        <w:t>vt 0.603630 0.538280</w:t>
        <w:br/>
        <w:t>vt 0.603218 0.547432</w:t>
        <w:br/>
        <w:t>vt 0.607381 0.549578</w:t>
        <w:br/>
        <w:t>vt 0.603630 0.538280</w:t>
        <w:br/>
        <w:t>vt 0.603613 0.535606</w:t>
        <w:br/>
        <w:t>vt 0.594718 0.535276</w:t>
        <w:br/>
        <w:t>vt 0.594510 0.537875</w:t>
        <w:br/>
        <w:t>vt 0.607718 0.536466</w:t>
        <w:br/>
        <w:t>vt 0.607452 0.533255</w:t>
        <w:br/>
        <w:t>vt 0.603613 0.535606</w:t>
        <w:br/>
        <w:t>vt 0.594257 0.547021</w:t>
        <w:br/>
        <w:t>vt 0.594510 0.537875</w:t>
        <w:br/>
        <w:t>vt 0.594185 0.549819</w:t>
        <w:br/>
        <w:t>vt 0.589971 0.548740</w:t>
        <w:br/>
        <w:t>vt 0.590352 0.551955</w:t>
        <w:br/>
        <w:t>vt 0.594185 0.549819</w:t>
        <w:br/>
        <w:t>vt 0.594718 0.535276</w:t>
        <w:br/>
        <w:t>vt 0.591083 0.532664</w:t>
        <w:br/>
        <w:t>vt 0.590587 0.535767</w:t>
        <w:br/>
        <w:t>vt 0.589971 0.548740</w:t>
        <w:br/>
        <w:t>vt 0.590587 0.535767</w:t>
        <w:br/>
        <w:t>vt 0.581747 0.532536</w:t>
        <w:br/>
        <w:t>vt 0.586311 0.534016</w:t>
        <w:br/>
        <w:t>vt 0.586449 0.530466</w:t>
        <w:br/>
        <w:t>vt 0.581981 0.529917</w:t>
        <w:br/>
        <w:t>vt 0.586311 0.534016</w:t>
        <w:br/>
        <w:t>vt 0.581747 0.532536</w:t>
        <w:br/>
        <w:t>vt 0.581179 0.551269</w:t>
        <w:br/>
        <w:t>vt 0.585707 0.550107</w:t>
        <w:br/>
        <w:t>vt 0.581142 0.529764</w:t>
        <w:br/>
        <w:t>vt 0.578837 0.531444</w:t>
        <w:br/>
        <w:t>vt 0.229114 0.770012</w:t>
        <w:br/>
        <w:t>vt 0.228534 0.770500</w:t>
        <w:br/>
        <w:t>vt 0.229846 0.772320</w:t>
        <w:br/>
        <w:t>vt 0.231648 0.770332</w:t>
        <w:br/>
        <w:t>vt 0.578837 0.531444</w:t>
        <w:br/>
        <w:t>vt 0.578334 0.552234</w:t>
        <w:br/>
        <w:t>vt 0.581145 0.554033</w:t>
        <w:br/>
        <w:t>vt 0.581179 0.551269</w:t>
        <w:br/>
        <w:t>vt 0.578334 0.552234</w:t>
        <w:br/>
        <w:t>vt 0.585754 0.553764</w:t>
        <w:br/>
        <w:t>vt 0.585707 0.550107</w:t>
        <w:br/>
        <w:t>vt 0.225163 0.772729</w:t>
        <w:br/>
        <w:t>vt 0.226692 0.775380</w:t>
        <w:br/>
        <w:t>vt 0.218069 0.793362</w:t>
        <w:br/>
        <w:t>vt 0.225434 0.789160</w:t>
        <w:br/>
        <w:t>vt 0.226373 0.791067</w:t>
        <w:br/>
        <w:t>vt 0.219197 0.795224</w:t>
        <w:br/>
        <w:t>vt 0.213034 0.784044</w:t>
        <w:br/>
        <w:t>vt 0.214181 0.786202</w:t>
        <w:br/>
        <w:t>vt 0.209888 0.786478</w:t>
        <w:br/>
        <w:t>vt 0.208850 0.783877</w:t>
        <w:br/>
        <w:t>vt 0.221388 0.782116</w:t>
        <w:br/>
        <w:t>vt 0.220173 0.779932</w:t>
        <w:br/>
        <w:t>vt 0.223829 0.778599</w:t>
        <w:br/>
        <w:t>vt 0.222252 0.776332</w:t>
        <w:br/>
        <w:t>vt 0.214181 0.786202</w:t>
        <w:br/>
        <w:t>vt 0.221388 0.782116</w:t>
        <w:br/>
        <w:t>vt 0.229503 0.788954</w:t>
        <w:br/>
        <w:t>vt 0.230351 0.791357</w:t>
        <w:br/>
        <w:t>vt 0.229503 0.788954</w:t>
        <w:br/>
        <w:t>vt 0.223829 0.778599</w:t>
        <w:br/>
        <w:t>vt 0.226692 0.775380</w:t>
        <w:br/>
        <w:t>vt 0.229846 0.772320</w:t>
        <w:br/>
        <w:t>vt 0.237858 0.787478</w:t>
        <w:br/>
        <w:t>vt 0.233648 0.788419</w:t>
        <w:br/>
        <w:t>vt 0.240659 0.786960</w:t>
        <w:br/>
        <w:t>vt 0.231648 0.770332</w:t>
        <w:br/>
        <w:t>vt 0.237858 0.787478</w:t>
        <w:br/>
        <w:t>vt 0.240659 0.786960</w:t>
        <w:br/>
        <w:t>vt 0.238743 0.789455</w:t>
        <w:br/>
        <w:t>vt 0.234870 0.791102</w:t>
        <w:br/>
        <w:t>vt 0.233648 0.788419</w:t>
        <w:br/>
        <w:t>vt 0.209888 0.786478</w:t>
        <w:br/>
        <w:t>vt 0.215763 0.796851</w:t>
        <w:br/>
        <w:t>vt 0.212512 0.800484</w:t>
        <w:br/>
        <w:t>vt 0.205260 0.787243</w:t>
        <w:br/>
        <w:t>vt 0.616112 0.555358</w:t>
        <w:br/>
        <w:t>vt 0.616245 0.552606</w:t>
        <w:br/>
        <w:t>vt 0.619072 0.553701</w:t>
        <w:br/>
        <w:t>vt 0.211002 0.804884</w:t>
        <w:br/>
        <w:t>vt 0.207788 0.805174</w:t>
        <w:br/>
        <w:t>vt 0.209749 0.803123</w:t>
        <w:br/>
        <w:t>vt 0.616433 0.533766</w:t>
        <w:br/>
        <w:t>vt 0.612458 0.534842</w:t>
        <w:br/>
        <w:t>vt 0.612611 0.531236</w:t>
        <w:br/>
        <w:t>vt 0.616381 0.531098</w:t>
        <w:br/>
        <w:t>vt 0.619428 0.532830</w:t>
        <w:br/>
        <w:t>vt 0.201638 0.788057</w:t>
        <w:br/>
        <w:t>vt 0.198997 0.788449</w:t>
        <w:br/>
        <w:t>vt 0.200857 0.785909</w:t>
        <w:br/>
        <w:t>vt 0.205260 0.787243</w:t>
        <w:br/>
        <w:t>vt 0.203905 0.784457</w:t>
        <w:br/>
        <w:t>vt 0.212512 0.800484</w:t>
        <w:br/>
        <w:t>vt 0.215763 0.796851</w:t>
        <w:br/>
        <w:t>vt 0.217258 0.799001</w:t>
        <w:br/>
        <w:t>vt 0.214016 0.803087</w:t>
        <w:br/>
        <w:t>vt 0.207788 0.805174</w:t>
        <w:br/>
        <w:t>vt 0.198997 0.788449</w:t>
        <w:br/>
        <w:t>vt 0.201638 0.788057</w:t>
        <w:br/>
        <w:t>vt 0.209749 0.803123</w:t>
        <w:br/>
        <w:t>vt 0.612294 0.555089</w:t>
        <w:br/>
        <w:t>vt 0.612248 0.551341</w:t>
        <w:br/>
        <w:t>vt 0.619428 0.532830</w:t>
        <w:br/>
        <w:t>vt 0.619072 0.553701</w:t>
        <w:br/>
        <w:t>vt 0.616245 0.552606</w:t>
        <w:br/>
        <w:t>vt 0.616433 0.533766</w:t>
        <w:br/>
        <w:t>vt 0.612248 0.551341</w:t>
        <w:br/>
        <w:t>vt 0.612458 0.534842</w:t>
        <w:br/>
        <w:t>vt 0.607039 0.552895</w:t>
        <w:br/>
        <w:t>vt 0.607381 0.549578</w:t>
        <w:br/>
        <w:t>vt 0.603163 0.550335</w:t>
        <w:br/>
        <w:t>vt 0.603218 0.547432</w:t>
        <w:br/>
        <w:t>vt 0.603218 0.547432</w:t>
        <w:br/>
        <w:t>vt 0.603630 0.538280</w:t>
        <w:br/>
        <w:t>vt 0.607718 0.536466</w:t>
        <w:br/>
        <w:t>vt 0.607381 0.549578</w:t>
        <w:br/>
        <w:t>vt 0.594718 0.535276</w:t>
        <w:br/>
        <w:t>vt 0.603613 0.535606</w:t>
        <w:br/>
        <w:t>vt 0.603630 0.538280</w:t>
        <w:br/>
        <w:t>vt 0.594510 0.537875</w:t>
        <w:br/>
        <w:t>vt 0.603613 0.535606</w:t>
        <w:br/>
        <w:t>vt 0.607452 0.533255</w:t>
        <w:br/>
        <w:t>vt 0.607718 0.536466</w:t>
        <w:br/>
        <w:t>vt 0.594257 0.547021</w:t>
        <w:br/>
        <w:t>vt 0.594510 0.537875</w:t>
        <w:br/>
        <w:t>vt 0.594185 0.549819</w:t>
        <w:br/>
        <w:t>vt 0.589971 0.548740</w:t>
        <w:br/>
        <w:t>vt 0.594185 0.549819</w:t>
        <w:br/>
        <w:t>vt 0.590352 0.551955</w:t>
        <w:br/>
        <w:t>vt 0.590587 0.535767</w:t>
        <w:br/>
        <w:t>vt 0.591083 0.532664</w:t>
        <w:br/>
        <w:t>vt 0.594718 0.535276</w:t>
        <w:br/>
        <w:t>vt 0.589971 0.548740</w:t>
        <w:br/>
        <w:t>vt 0.590587 0.535767</w:t>
        <w:br/>
        <w:t>vt 0.581747 0.532536</w:t>
        <w:br/>
        <w:t>vt 0.581981 0.529917</w:t>
        <w:br/>
        <w:t>vt 0.586449 0.530466</w:t>
        <w:br/>
        <w:t>vt 0.586311 0.534016</w:t>
        <w:br/>
        <w:t>vt 0.586311 0.534016</w:t>
        <w:br/>
        <w:t>vt 0.585707 0.550107</w:t>
        <w:br/>
        <w:t>vt 0.581179 0.551269</w:t>
        <w:br/>
        <w:t>vt 0.581747 0.532536</w:t>
        <w:br/>
        <w:t>vt 0.581142 0.529764</w:t>
        <w:br/>
        <w:t>vt 0.578837 0.531444</w:t>
        <w:br/>
        <w:t>vt 0.229114 0.770012</w:t>
        <w:br/>
        <w:t>vt 0.231648 0.770332</w:t>
        <w:br/>
        <w:t>vt 0.229846 0.772320</w:t>
        <w:br/>
        <w:t>vt 0.228534 0.770500</w:t>
        <w:br/>
        <w:t>vt 0.578334 0.552234</w:t>
        <w:br/>
        <w:t>vt 0.578837 0.531444</w:t>
        <w:br/>
        <w:t>vt 0.581145 0.554033</w:t>
        <w:br/>
        <w:t>vt 0.578334 0.552234</w:t>
        <w:br/>
        <w:t>vt 0.581179 0.551269</w:t>
        <w:br/>
        <w:t>vt 0.585754 0.553764</w:t>
        <w:br/>
        <w:t>vt 0.585707 0.550107</w:t>
        <w:br/>
        <w:t>vt 0.226692 0.775380</w:t>
        <w:br/>
        <w:t>vt 0.225163 0.772729</w:t>
        <w:br/>
        <w:t>vt 0.496159 0.774810</w:t>
        <w:br/>
        <w:t>vt 0.496159 0.770129</w:t>
        <w:br/>
        <w:t>vt 0.488415 0.770129</w:t>
        <w:br/>
        <w:t>vt 0.488415 0.774810</w:t>
        <w:br/>
        <w:t>vt 0.511226 0.770129</w:t>
        <w:br/>
        <w:t>vt 0.511226 0.774810</w:t>
        <w:br/>
        <w:t>vt 0.527560 0.774810</w:t>
        <w:br/>
        <w:t>vt 0.527560 0.770129</w:t>
        <w:br/>
        <w:t>vt 0.636313 0.741466</w:t>
        <w:br/>
        <w:t>vt 0.621426 0.729440</w:t>
        <w:br/>
        <w:t>vt 0.626404 0.741466</w:t>
        <w:br/>
        <w:t>vt 0.615379 0.741466</w:t>
        <w:br/>
        <w:t>vt 0.607607 0.741466</w:t>
        <w:br/>
        <w:t>vt 0.588211 0.729440</w:t>
        <w:br/>
        <w:t>vt 0.599659 0.741466</w:t>
        <w:br/>
        <w:t>vt 0.592710 0.741466</w:t>
        <w:br/>
        <w:t>vt 0.545543 0.770129</w:t>
        <w:br/>
        <w:t>vt 0.545543 0.774810</w:t>
        <w:br/>
        <w:t>vt 0.553016 0.774810</w:t>
        <w:br/>
        <w:t>vt 0.553016 0.770129</w:t>
        <w:br/>
        <w:t>vt 0.537540 0.774810</w:t>
        <w:br/>
        <w:t>vt 0.537540 0.770130</w:t>
        <w:br/>
        <w:t>vt 0.584760 0.741466</w:t>
        <w:br/>
        <w:t>vt 0.562028 0.770129</w:t>
        <w:br/>
        <w:t>vt 0.562028 0.774810</w:t>
        <w:br/>
        <w:t>vt 0.641317 0.729440</w:t>
        <w:br/>
        <w:t>vt 0.641317 0.741466</w:t>
        <w:br/>
        <w:t>vt 0.488415 0.770129</w:t>
        <w:br/>
        <w:t>vt 0.470455 0.770129</w:t>
        <w:br/>
        <w:t>vt 0.470455 0.774810</w:t>
        <w:br/>
        <w:t>vt 0.488415 0.774810</w:t>
        <w:br/>
        <w:t>vt 0.421965 0.788719</w:t>
        <w:br/>
        <w:t>vt 0.421965 0.781052</w:t>
        <w:br/>
        <w:t>vt 0.400454 0.781052</w:t>
        <w:br/>
        <w:t>vt 0.400454 0.788719</w:t>
        <w:br/>
        <w:t>vt 0.372011 0.774832</w:t>
        <w:br/>
        <w:t>vt 0.391573 0.774832</w:t>
        <w:br/>
        <w:t>vt 0.381792 0.757386</w:t>
        <w:br/>
        <w:t>vt 0.343186 0.757386</w:t>
        <w:br/>
        <w:t>vt 0.352590 0.774832</w:t>
        <w:br/>
        <w:t>vt 0.378208 0.788719</w:t>
        <w:br/>
        <w:t>vt 0.378208 0.781052</w:t>
        <w:br/>
        <w:t>vt 0.356235 0.781052</w:t>
        <w:br/>
        <w:t>vt 0.356235 0.788719</w:t>
        <w:br/>
        <w:t>vt 0.335026 0.781052</w:t>
        <w:br/>
        <w:t>vt 0.335026 0.788719</w:t>
        <w:br/>
        <w:t>vt 0.333782 0.774832</w:t>
        <w:br/>
        <w:t>vt 0.306722 0.757386</w:t>
        <w:br/>
        <w:t>vt 0.315415 0.774832</w:t>
        <w:br/>
        <w:t>vt 0.314276 0.781052</w:t>
        <w:br/>
        <w:t>vt 0.314276 0.788719</w:t>
        <w:br/>
        <w:t>vt 0.410414 0.774832</w:t>
        <w:br/>
        <w:t>vt 0.410414 0.757386</w:t>
        <w:br/>
        <w:t>vt 0.440889 0.788719</w:t>
        <w:br/>
        <w:t>vt 0.440889 0.781052</w:t>
        <w:br/>
        <w:t>vt 0.426949 0.774832</w:t>
        <w:br/>
        <w:t>vt 0.432792 0.757386</w:t>
        <w:br/>
        <w:t>vt 0.454313 0.781052</w:t>
        <w:br/>
        <w:t>vt 0.454313 0.788719</w:t>
        <w:br/>
        <w:t>vt 0.438634 0.774832</w:t>
        <w:br/>
        <w:t>vt 0.467828 0.788719</w:t>
        <w:br/>
        <w:t>vt 0.467828 0.781052</w:t>
        <w:br/>
        <w:t>vt 0.488716 0.788719</w:t>
        <w:br/>
        <w:t>vt 0.488716 0.781052</w:t>
        <w:br/>
        <w:t>vt 0.450323 0.774832</w:t>
        <w:br/>
        <w:t>vt 0.450323 0.757386</w:t>
        <w:br/>
        <w:t>vt 0.575714 0.741466</w:t>
        <w:br/>
        <w:t>vt 0.554463 0.729440</w:t>
        <w:br/>
        <w:t>vt 0.567025 0.741466</w:t>
        <w:br/>
        <w:t>vt 0.632400 0.774810</w:t>
        <w:br/>
        <w:t>vt 0.644679 0.774809</w:t>
        <w:br/>
        <w:t>vt 0.644679 0.770129</w:t>
        <w:br/>
        <w:t>vt 0.632400 0.770128</w:t>
        <w:br/>
        <w:t>vt 0.520188 0.729440</w:t>
        <w:br/>
        <w:t>vt 0.520188 0.741466</w:t>
        <w:br/>
        <w:t>vt 0.525956 0.741466</w:t>
        <w:br/>
        <w:t>vt 0.530461 0.729440</w:t>
        <w:br/>
        <w:t>vt 0.620334 0.770128</w:t>
        <w:br/>
        <w:t>vt 0.620334 0.774810</w:t>
        <w:br/>
        <w:t>vt 0.534967 0.741466</w:t>
        <w:br/>
        <w:t>vt 0.542518 0.741466</w:t>
        <w:br/>
        <w:t>vt 0.550231 0.741466</w:t>
        <w:br/>
        <w:t>vt 0.601874 0.774810</w:t>
        <w:br/>
        <w:t>vt 0.611206 0.774810</w:t>
        <w:br/>
        <w:t>vt 0.611206 0.770129</w:t>
        <w:br/>
        <w:t>vt 0.601874 0.770128</w:t>
        <w:br/>
        <w:t>vt 0.593425 0.770129</w:t>
        <w:br/>
        <w:t>vt 0.593425 0.774810</w:t>
        <w:br/>
        <w:t>vt 0.558078 0.741466</w:t>
        <w:br/>
        <w:t>vt 0.581532 0.770129</w:t>
        <w:br/>
        <w:t>vt 0.581532 0.774810</w:t>
        <w:br/>
        <w:t>vt 0.571292 0.774810</w:t>
        <w:br/>
        <w:t>vt 0.571292 0.770129</w:t>
        <w:br/>
        <w:t>vt 0.298028 0.774832</w:t>
        <w:br/>
        <w:t>vt 0.283594 0.757386</w:t>
        <w:br/>
        <w:t>vt 0.283594 0.774832</w:t>
        <w:br/>
        <w:t>vt 0.295224 0.788719</w:t>
        <w:br/>
        <w:t>vt 0.295224 0.781052</w:t>
        <w:br/>
        <w:t>vt 0.279681 0.781052</w:t>
        <w:br/>
        <w:t>vt 0.279681 0.788719</w:t>
        <w:br/>
        <w:t>vt 0.480779 0.706605</w:t>
        <w:br/>
        <w:t>vt 0.486772 0.737595</w:t>
        <w:br/>
        <w:t>vt 0.495494 0.737595</w:t>
        <w:br/>
        <w:t>vt 0.491139 0.706605</w:t>
        <w:br/>
        <w:t>vt 0.478494 0.737595</w:t>
        <w:br/>
        <w:t>vt 0.468066 0.706605</w:t>
        <w:br/>
        <w:t>vt 0.469431 0.737595</w:t>
        <w:br/>
        <w:t>vt 0.449038 0.706605</w:t>
        <w:br/>
        <w:t>vt 0.450575 0.737595</w:t>
        <w:br/>
        <w:t>vt 0.462625 0.737595</w:t>
        <w:br/>
        <w:t>vt 0.447528 0.737595</w:t>
        <w:br/>
        <w:t>vt 0.442283 0.737595</w:t>
        <w:br/>
        <w:t>vt 0.444120 0.737595</w:t>
        <w:br/>
        <w:t>vt 0.437439 0.706605</w:t>
        <w:br/>
        <w:t>vt 0.440661 0.737595</w:t>
        <w:br/>
        <w:t>vt 0.442283 0.737595</w:t>
        <w:br/>
        <w:t>vt 0.437439 0.706605</w:t>
        <w:br/>
        <w:t>vt 0.407046 0.737595</w:t>
        <w:br/>
        <w:t>vt 0.416922 0.737595</w:t>
        <w:br/>
        <w:t>vt 0.408477 0.706605</w:t>
        <w:br/>
        <w:t>vt 0.396261 0.737595</w:t>
        <w:br/>
        <w:t>vt 0.398431 0.737595</w:t>
        <w:br/>
        <w:t>vt 0.397020 0.706605</w:t>
        <w:br/>
        <w:t>vt 0.394257 0.737595</w:t>
        <w:br/>
        <w:t>vt 0.379470 0.737595</w:t>
        <w:br/>
        <w:t>vt 0.386075 0.737595</w:t>
        <w:br/>
        <w:t>vt 0.383177 0.706605</w:t>
        <w:br/>
        <w:t>vt 0.372317 0.737595</w:t>
        <w:br/>
        <w:t>vt 0.361955 0.737595</w:t>
        <w:br/>
        <w:t>vt 0.367158 0.737595</w:t>
        <w:br/>
        <w:t>vt 0.363000 0.706605</w:t>
        <w:br/>
        <w:t>vt 0.352056 0.737595</w:t>
        <w:br/>
        <w:t>vt 0.355760 0.737595</w:t>
        <w:br/>
        <w:t>vt 0.363000 0.706605</w:t>
        <w:br/>
        <w:t>vt 0.335535 0.706605</w:t>
        <w:br/>
        <w:t>vt 0.324097 0.737595</w:t>
        <w:br/>
        <w:t>vt 0.334083 0.737595</w:t>
        <w:br/>
        <w:t>vt 0.347143 0.706605</w:t>
        <w:br/>
        <w:t>vt 0.342828 0.737595</w:t>
        <w:br/>
        <w:t>vt 0.367158 0.737595</w:t>
        <w:br/>
        <w:t>vt 0.391415 0.737595</w:t>
        <w:br/>
        <w:t>vt 0.397020 0.706605</w:t>
        <w:br/>
        <w:t>vt 0.418949 0.706605</w:t>
        <w:br/>
        <w:t>vt 0.430873 0.737595</w:t>
        <w:br/>
        <w:t>vt 0.355760 0.737595</w:t>
        <w:br/>
        <w:t>vt 0.400698 0.737595</w:t>
        <w:br/>
        <w:t>vt 0.400698 0.737595</w:t>
        <w:br/>
        <w:t>vt 0.425758 0.737595</w:t>
        <w:br/>
        <w:t>vt 0.559241 0.836568</w:t>
        <w:br/>
        <w:t>vt 0.571074 0.836568</w:t>
        <w:br/>
        <w:t>vt 0.575843 0.801762</w:t>
        <w:br/>
        <w:t>vt 0.566085 0.801762</w:t>
        <w:br/>
        <w:t>vt 0.555975 0.801762</w:t>
        <w:br/>
        <w:t>vt 0.545649 0.836568</w:t>
        <w:br/>
        <w:t>vt 0.546806 0.801762</w:t>
        <w:br/>
        <w:t>vt 0.527501 0.836568</w:t>
        <w:br/>
        <w:t>vt 0.540310 0.801762</w:t>
        <w:br/>
        <w:t>vt 0.528970 0.801762</w:t>
        <w:br/>
        <w:t>vt 0.526586 0.801762</w:t>
        <w:br/>
        <w:t>vt 0.520551 0.801762</w:t>
        <w:br/>
        <w:t>vt 0.518066 0.801762</w:t>
        <w:br/>
        <w:t>vt 0.514994 0.836568</w:t>
        <w:br/>
        <w:t>vt 0.507484 0.801762</w:t>
        <w:br/>
        <w:t>vt 0.494927 0.836568</w:t>
        <w:br/>
        <w:t>vt 0.502257 0.801762</w:t>
        <w:br/>
        <w:t>vt 0.492827 0.801762</w:t>
        <w:br/>
        <w:t>vt 0.483023 0.836568</w:t>
        <w:br/>
        <w:t>vt 0.482727 0.801762</w:t>
        <w:br/>
        <w:t>vt 0.477139 0.801762</w:t>
        <w:br/>
        <w:t>vt 0.472756 0.836568</w:t>
        <w:br/>
        <w:t>vt 0.475512 0.801762</w:t>
        <w:br/>
        <w:t>vt 0.473358 0.801762</w:t>
        <w:br/>
        <w:t>vt 0.472756 0.836568</w:t>
        <w:br/>
        <w:t>vt 0.470825 0.801762</w:t>
        <w:br/>
        <w:t>vt 0.461138 0.801762</w:t>
        <w:br/>
        <w:t>vt 0.453775 0.801762</w:t>
        <w:br/>
        <w:t>vt 0.457739 0.836568</w:t>
        <w:br/>
        <w:t>vt 0.445830 0.801762</w:t>
        <w:br/>
        <w:t>vt 0.439724 0.801762</w:t>
        <w:br/>
        <w:t>vt 0.433352 0.801762</w:t>
        <w:br/>
        <w:t>vt 0.436077 0.836568</w:t>
        <w:br/>
        <w:t>vt 0.427513 0.801762</w:t>
        <w:br/>
        <w:t>vt 0.424174 0.801762</w:t>
        <w:br/>
        <w:t>vt 0.436077 0.836568</w:t>
        <w:br/>
        <w:t>vt 0.419949 0.836568</w:t>
        <w:br/>
        <w:t>vt 0.414897 0.801762</w:t>
        <w:br/>
        <w:t>vt 0.405457 0.801762</w:t>
        <w:br/>
        <w:t>vt 0.407363 0.836568</w:t>
        <w:br/>
        <w:t>vt 0.395090 0.801762</w:t>
        <w:br/>
        <w:t>vt 0.439724 0.801762</w:t>
        <w:br/>
        <w:t>vt 0.467297 0.801762</w:t>
        <w:br/>
        <w:t>vt 0.427513 0.801762</w:t>
        <w:br/>
        <w:t>vt 0.477139 0.801762</w:t>
        <w:br/>
        <w:t>vt 0.663372 0.782152</w:t>
        <w:br/>
        <w:t>vt 0.655421 0.782152</w:t>
        <w:br/>
        <w:t>vt 0.655421 0.788225</w:t>
        <w:br/>
        <w:t>vt 0.663372 0.788225</w:t>
        <w:br/>
        <w:t>vt 0.647614 0.782152</w:t>
        <w:br/>
        <w:t>vt 0.647614 0.788225</w:t>
        <w:br/>
        <w:t>vt 0.639744 0.782152</w:t>
        <w:br/>
        <w:t>vt 0.639744 0.788225</w:t>
        <w:br/>
        <w:t>vt 0.636973 0.782152</w:t>
        <w:br/>
        <w:t>vt 0.636973 0.788225</w:t>
        <w:br/>
        <w:t>vt 0.632048 0.782152</w:t>
        <w:br/>
        <w:t>vt 0.632048 0.788225</w:t>
        <w:br/>
        <w:t>vt 0.626249 0.782154</w:t>
        <w:br/>
        <w:t>vt 0.626249 0.788225</w:t>
        <w:br/>
        <w:t>vt 0.620286 0.782154</w:t>
        <w:br/>
        <w:t>vt 0.620286 0.788225</w:t>
        <w:br/>
        <w:t>vt 0.612267 0.782152</w:t>
        <w:br/>
        <w:t>vt 0.612267 0.788225</w:t>
        <w:br/>
        <w:t>vt 0.604659 0.782152</w:t>
        <w:br/>
        <w:t>vt 0.604659 0.788225</w:t>
        <w:br/>
        <w:t>vt 0.598287 0.788225</w:t>
        <w:br/>
        <w:t>vt 0.598287 0.782152</w:t>
        <w:br/>
        <w:t>vt 0.594732 0.788225</w:t>
        <w:br/>
        <w:t>vt 0.594732 0.782154</w:t>
        <w:br/>
        <w:t>vt 0.592202 0.788225</w:t>
        <w:br/>
        <w:t>vt 0.592202 0.782154</w:t>
        <w:br/>
        <w:t>vt 0.590090 0.782154</w:t>
        <w:br/>
        <w:t>vt 0.590090 0.788225</w:t>
        <w:br/>
        <w:t>vt 0.588565 0.788225</w:t>
        <w:br/>
        <w:t>vt 0.588565 0.782154</w:t>
        <w:br/>
        <w:t>vt 0.583239 0.782154</w:t>
        <w:br/>
        <w:t>vt 0.583239 0.788225</w:t>
        <w:br/>
        <w:t>vt 0.573817 0.782154</w:t>
        <w:br/>
        <w:t>vt 0.573817 0.788225</w:t>
        <w:br/>
        <w:t>vt 0.565375 0.782152</w:t>
        <w:br/>
        <w:t>vt 0.565375 0.788224</w:t>
        <w:br/>
        <w:t>vt 0.560973 0.788225</w:t>
        <w:br/>
        <w:t>vt 0.560973 0.782154</w:t>
        <w:br/>
        <w:t>vt 0.552280 0.782152</w:t>
        <w:br/>
        <w:t>vt 0.552280 0.788225</w:t>
        <w:br/>
        <w:t>vt 0.550150 0.782152</w:t>
        <w:br/>
        <w:t>vt 0.550150 0.788225</w:t>
        <w:br/>
        <w:t>vt 0.547553 0.782152</w:t>
        <w:br/>
        <w:t>vt 0.547553 0.788225</w:t>
        <w:br/>
        <w:t>vt 0.545016 0.782154</w:t>
        <w:br/>
        <w:t>vt 0.545016 0.788225</w:t>
        <w:br/>
        <w:t>vt 0.542953 0.788225</w:t>
        <w:br/>
        <w:t>vt 0.542953 0.782154</w:t>
        <w:br/>
        <w:t>vt 0.533789 0.782152</w:t>
        <w:br/>
        <w:t>vt 0.533789 0.788225</w:t>
        <w:br/>
        <w:t>vt 0.528926 0.782152</w:t>
        <w:br/>
        <w:t>vt 0.528926 0.788225</w:t>
        <w:br/>
        <w:t>vt 0.522911 0.782152</w:t>
        <w:br/>
        <w:t>vt 0.522911 0.788225</w:t>
        <w:br/>
        <w:t>vt 0.516847 0.782152</w:t>
        <w:br/>
        <w:t>vt 0.516847 0.788225</w:t>
        <w:br/>
        <w:t>vt 0.511475 0.782152</w:t>
        <w:br/>
        <w:t>vt 0.511475 0.788225</w:t>
        <w:br/>
        <w:t>vt 0.496288 0.782152</w:t>
        <w:br/>
        <w:t>vt 0.496288 0.788225</w:t>
        <w:br/>
        <w:t>vt 0.523620 0.801762</w:t>
        <w:br/>
        <w:t>vt 0.527501 0.836568</w:t>
        <w:br/>
        <w:t>vt 0.526586 0.801762</w:t>
        <w:br/>
        <w:t>vt 0.520551 0.801762</w:t>
        <w:br/>
        <w:t>vt 0.578837 0.531444</w:t>
        <w:br/>
        <w:t>vt 0.581142 0.529764</w:t>
        <w:br/>
        <w:t>vt 0.581981 0.529917</w:t>
        <w:br/>
        <w:t>vt 0.228534 0.770500</w:t>
        <w:br/>
        <w:t>vt 0.229114 0.770012</w:t>
        <w:br/>
        <w:t>vt 0.231648 0.770332</w:t>
        <w:br/>
        <w:t>vt 0.496159 0.774810</w:t>
        <w:br/>
        <w:t>vt 0.488415 0.774810</w:t>
        <w:br/>
        <w:t>vt 0.488415 0.770129</w:t>
        <w:br/>
        <w:t>vt 0.496159 0.770129</w:t>
        <w:br/>
        <w:t>vt 0.527560 0.774810</w:t>
        <w:br/>
        <w:t>vt 0.511226 0.774810</w:t>
        <w:br/>
        <w:t>vt 0.511226 0.770129</w:t>
        <w:br/>
        <w:t>vt 0.527560 0.770129</w:t>
        <w:br/>
        <w:t>vt 0.636313 0.741466</w:t>
        <w:br/>
        <w:t>vt 0.626404 0.741466</w:t>
        <w:br/>
        <w:t>vt 0.621426 0.729440</w:t>
        <w:br/>
        <w:t>vt 0.615379 0.741466</w:t>
        <w:br/>
        <w:t>vt 0.607607 0.741466</w:t>
        <w:br/>
        <w:t>vt 0.588211 0.729440</w:t>
        <w:br/>
        <w:t>vt 0.599659 0.741466</w:t>
        <w:br/>
        <w:t>vt 0.592710 0.741466</w:t>
        <w:br/>
        <w:t>vt 0.553016 0.774810</w:t>
        <w:br/>
        <w:t>vt 0.545543 0.774810</w:t>
        <w:br/>
        <w:t>vt 0.545543 0.770129</w:t>
        <w:br/>
        <w:t>vt 0.553016 0.770129</w:t>
        <w:br/>
        <w:t>vt 0.537540 0.774810</w:t>
        <w:br/>
        <w:t>vt 0.537540 0.770130</w:t>
        <w:br/>
        <w:t>vt 0.584760 0.741466</w:t>
        <w:br/>
        <w:t>vt 0.562028 0.770129</w:t>
        <w:br/>
        <w:t>vt 0.562028 0.774810</w:t>
        <w:br/>
        <w:t>vt 0.641317 0.729440</w:t>
        <w:br/>
        <w:t>vt 0.641317 0.741466</w:t>
        <w:br/>
        <w:t>vt 0.488415 0.770129</w:t>
        <w:br/>
        <w:t>vt 0.488415 0.774810</w:t>
        <w:br/>
        <w:t>vt 0.470455 0.774810</w:t>
        <w:br/>
        <w:t>vt 0.470455 0.770129</w:t>
        <w:br/>
        <w:t>vt 0.421965 0.788719</w:t>
        <w:br/>
        <w:t>vt 0.400454 0.788719</w:t>
        <w:br/>
        <w:t>vt 0.400454 0.781052</w:t>
        <w:br/>
        <w:t>vt 0.421965 0.781052</w:t>
        <w:br/>
        <w:t>vt 0.372011 0.774832</w:t>
        <w:br/>
        <w:t>vt 0.381792 0.757386</w:t>
        <w:br/>
        <w:t>vt 0.391573 0.774832</w:t>
        <w:br/>
        <w:t>vt 0.352590 0.774832</w:t>
        <w:br/>
        <w:t>vt 0.343186 0.757386</w:t>
        <w:br/>
        <w:t>vt 0.356235 0.781052</w:t>
        <w:br/>
        <w:t>vt 0.378208 0.781052</w:t>
        <w:br/>
        <w:t>vt 0.378208 0.788719</w:t>
        <w:br/>
        <w:t>vt 0.356235 0.788719</w:t>
        <w:br/>
        <w:t>vt 0.335026 0.788719</w:t>
        <w:br/>
        <w:t>vt 0.335026 0.781052</w:t>
        <w:br/>
        <w:t>vt 0.333782 0.774832</w:t>
        <w:br/>
        <w:t>vt 0.315415 0.774832</w:t>
        <w:br/>
        <w:t>vt 0.306722 0.757386</w:t>
        <w:br/>
        <w:t>vt 0.314276 0.788719</w:t>
        <w:br/>
        <w:t>vt 0.314276 0.781052</w:t>
        <w:br/>
        <w:t>vt 0.410414 0.757386</w:t>
        <w:br/>
        <w:t>vt 0.410414 0.774832</w:t>
        <w:br/>
        <w:t>vt 0.440889 0.788719</w:t>
        <w:br/>
        <w:t>vt 0.440889 0.781052</w:t>
        <w:br/>
        <w:t>vt 0.432792 0.757386</w:t>
        <w:br/>
        <w:t>vt 0.426949 0.774832</w:t>
        <w:br/>
        <w:t>vt 0.454313 0.781052</w:t>
        <w:br/>
        <w:t>vt 0.454313 0.788719</w:t>
        <w:br/>
        <w:t>vt 0.438634 0.774832</w:t>
        <w:br/>
        <w:t>vt 0.467828 0.781052</w:t>
        <w:br/>
        <w:t>vt 0.467828 0.788719</w:t>
        <w:br/>
        <w:t>vt 0.488716 0.781052</w:t>
        <w:br/>
        <w:t>vt 0.488716 0.788719</w:t>
        <w:br/>
        <w:t>vt 0.450323 0.757386</w:t>
        <w:br/>
        <w:t>vt 0.450323 0.774832</w:t>
        <w:br/>
        <w:t>vt 0.575714 0.741466</w:t>
        <w:br/>
        <w:t>vt 0.554463 0.729440</w:t>
        <w:br/>
        <w:t>vt 0.567025 0.741466</w:t>
        <w:br/>
        <w:t>vt 0.632400 0.774810</w:t>
        <w:br/>
        <w:t>vt 0.632400 0.770128</w:t>
        <w:br/>
        <w:t>vt 0.530461 0.729440</w:t>
        <w:br/>
        <w:t>vt 0.525956 0.741466</w:t>
        <w:br/>
        <w:t>vt 0.620334 0.774810</w:t>
        <w:br/>
        <w:t>vt 0.620334 0.770128</w:t>
        <w:br/>
        <w:t>vt 0.534967 0.741466</w:t>
        <w:br/>
        <w:t>vt 0.542518 0.741466</w:t>
        <w:br/>
        <w:t>vt 0.550231 0.741466</w:t>
        <w:br/>
        <w:t>vt 0.601874 0.774810</w:t>
        <w:br/>
        <w:t>vt 0.601874 0.770128</w:t>
        <w:br/>
        <w:t>vt 0.611206 0.770129</w:t>
        <w:br/>
        <w:t>vt 0.611206 0.774810</w:t>
        <w:br/>
        <w:t>vt 0.593425 0.774810</w:t>
        <w:br/>
        <w:t>vt 0.593425 0.770129</w:t>
        <w:br/>
        <w:t>vt 0.558078 0.741466</w:t>
        <w:br/>
        <w:t>vt 0.581532 0.770129</w:t>
        <w:br/>
        <w:t>vt 0.581532 0.774810</w:t>
        <w:br/>
        <w:t>vt 0.571292 0.770129</w:t>
        <w:br/>
        <w:t>vt 0.571292 0.774810</w:t>
        <w:br/>
        <w:t>vt 0.298028 0.774832</w:t>
        <w:br/>
        <w:t>vt 0.295224 0.781052</w:t>
        <w:br/>
        <w:t>vt 0.295224 0.788719</w:t>
        <w:br/>
        <w:t>vt 0.495494 0.737595</w:t>
        <w:br/>
        <w:t>vt 0.486772 0.737595</w:t>
        <w:br/>
        <w:t>vt 0.480779 0.706605</w:t>
        <w:br/>
        <w:t>vt 0.491139 0.706605</w:t>
        <w:br/>
        <w:t>vt 0.478494 0.737595</w:t>
        <w:br/>
        <w:t>vt 0.469431 0.737595</w:t>
        <w:br/>
        <w:t>vt 0.468066 0.706605</w:t>
        <w:br/>
        <w:t>vt 0.462625 0.737595</w:t>
        <w:br/>
        <w:t>vt 0.450575 0.737595</w:t>
        <w:br/>
        <w:t>vt 0.449038 0.706605</w:t>
        <w:br/>
        <w:t>vt 0.447528 0.737595</w:t>
        <w:br/>
        <w:t>vt 0.442283 0.737595</w:t>
        <w:br/>
        <w:t>vt 0.437439 0.706605</w:t>
        <w:br/>
        <w:t>vt 0.444120 0.737595</w:t>
        <w:br/>
        <w:t>vt 0.440661 0.737595</w:t>
        <w:br/>
        <w:t>vt 0.437439 0.706605</w:t>
        <w:br/>
        <w:t>vt 0.442283 0.737595</w:t>
        <w:br/>
        <w:t>vt 0.407046 0.737595</w:t>
        <w:br/>
        <w:t>vt 0.408477 0.706605</w:t>
        <w:br/>
        <w:t>vt 0.416922 0.737595</w:t>
        <w:br/>
        <w:t>vt 0.396261 0.737595</w:t>
        <w:br/>
        <w:t>vt 0.397020 0.706605</w:t>
        <w:br/>
        <w:t>vt 0.398431 0.737595</w:t>
        <w:br/>
        <w:t>vt 0.394257 0.737595</w:t>
        <w:br/>
        <w:t>vt 0.379470 0.737595</w:t>
        <w:br/>
        <w:t>vt 0.383177 0.706605</w:t>
        <w:br/>
        <w:t>vt 0.386075 0.737595</w:t>
        <w:br/>
        <w:t>vt 0.372317 0.737595</w:t>
        <w:br/>
        <w:t>vt 0.361955 0.737595</w:t>
        <w:br/>
        <w:t>vt 0.363000 0.706605</w:t>
        <w:br/>
        <w:t>vt 0.367158 0.737595</w:t>
        <w:br/>
        <w:t>vt 0.352056 0.737595</w:t>
        <w:br/>
        <w:t>vt 0.363000 0.706605</w:t>
        <w:br/>
        <w:t>vt 0.355760 0.737595</w:t>
        <w:br/>
        <w:t>vt 0.334083 0.737595</w:t>
        <w:br/>
        <w:t>vt 0.347143 0.706605</w:t>
        <w:br/>
        <w:t>vt 0.342828 0.737595</w:t>
        <w:br/>
        <w:t>vt 0.367158 0.737595</w:t>
        <w:br/>
        <w:t>vt 0.391415 0.737595</w:t>
        <w:br/>
        <w:t>vt 0.397020 0.706605</w:t>
        <w:br/>
        <w:t>vt 0.430873 0.737595</w:t>
        <w:br/>
        <w:t>vt 0.418949 0.706605</w:t>
        <w:br/>
        <w:t>vt 0.355760 0.737595</w:t>
        <w:br/>
        <w:t>vt 0.400698 0.737595</w:t>
        <w:br/>
        <w:t>vt 0.400698 0.737595</w:t>
        <w:br/>
        <w:t>vt 0.425758 0.737595</w:t>
        <w:br/>
        <w:t>vt 0.575843 0.801762</w:t>
        <w:br/>
        <w:t>vt 0.571074 0.836568</w:t>
        <w:br/>
        <w:t>vt 0.559241 0.836568</w:t>
        <w:br/>
        <w:t>vt 0.566085 0.801762</w:t>
        <w:br/>
        <w:t>vt 0.555975 0.801762</w:t>
        <w:br/>
        <w:t>vt 0.545649 0.836568</w:t>
        <w:br/>
        <w:t>vt 0.546806 0.801762</w:t>
        <w:br/>
        <w:t>vt 0.527501 0.836568</w:t>
        <w:br/>
        <w:t>vt 0.528970 0.801762</w:t>
        <w:br/>
        <w:t>vt 0.540310 0.801762</w:t>
        <w:br/>
        <w:t>vt 0.526586 0.801762</w:t>
        <w:br/>
        <w:t>vt 0.520551 0.801762</w:t>
        <w:br/>
        <w:t>vt 0.514994 0.836568</w:t>
        <w:br/>
        <w:t>vt 0.518066 0.801762</w:t>
        <w:br/>
        <w:t>vt 0.507484 0.801762</w:t>
        <w:br/>
        <w:t>vt 0.494927 0.836568</w:t>
        <w:br/>
        <w:t>vt 0.492827 0.801762</w:t>
        <w:br/>
        <w:t>vt 0.502257 0.801762</w:t>
        <w:br/>
        <w:t>vt 0.483023 0.836568</w:t>
        <w:br/>
        <w:t>vt 0.482727 0.801762</w:t>
        <w:br/>
        <w:t>vt 0.477139 0.801762</w:t>
        <w:br/>
        <w:t>vt 0.472756 0.836568</w:t>
        <w:br/>
        <w:t>vt 0.475512 0.801762</w:t>
        <w:br/>
        <w:t>vt 0.472756 0.836568</w:t>
        <w:br/>
        <w:t>vt 0.473358 0.801762</w:t>
        <w:br/>
        <w:t>vt 0.470825 0.801762</w:t>
        <w:br/>
        <w:t>vt 0.461138 0.801762</w:t>
        <w:br/>
        <w:t>vt 0.457739 0.836568</w:t>
        <w:br/>
        <w:t>vt 0.453775 0.801762</w:t>
        <w:br/>
        <w:t>vt 0.445830 0.801762</w:t>
        <w:br/>
        <w:t>vt 0.439724 0.801762</w:t>
        <w:br/>
        <w:t>vt 0.436077 0.836568</w:t>
        <w:br/>
        <w:t>vt 0.433352 0.801762</w:t>
        <w:br/>
        <w:t>vt 0.427513 0.801762</w:t>
        <w:br/>
        <w:t>vt 0.436077 0.836568</w:t>
        <w:br/>
        <w:t>vt 0.424174 0.801762</w:t>
        <w:br/>
        <w:t>vt 0.419949 0.836568</w:t>
        <w:br/>
        <w:t>vt 0.414897 0.801762</w:t>
        <w:br/>
        <w:t>vt 0.405457 0.801762</w:t>
        <w:br/>
        <w:t>vt 0.439724 0.801762</w:t>
        <w:br/>
        <w:t>vt 0.467297 0.801762</w:t>
        <w:br/>
        <w:t>vt 0.427513 0.801762</w:t>
        <w:br/>
        <w:t>vt 0.477139 0.801762</w:t>
        <w:br/>
        <w:t>vt 0.655421 0.788225</w:t>
        <w:br/>
        <w:t>vt 0.655421 0.782152</w:t>
        <w:br/>
        <w:t>vt 0.647614 0.788225</w:t>
        <w:br/>
        <w:t>vt 0.647614 0.782152</w:t>
        <w:br/>
        <w:t>vt 0.639744 0.788225</w:t>
        <w:br/>
        <w:t>vt 0.639744 0.782152</w:t>
        <w:br/>
        <w:t>vt 0.636973 0.782152</w:t>
        <w:br/>
        <w:t>vt 0.636973 0.788225</w:t>
        <w:br/>
        <w:t>vt 0.632048 0.788225</w:t>
        <w:br/>
        <w:t>vt 0.632048 0.782152</w:t>
        <w:br/>
        <w:t>vt 0.626249 0.788225</w:t>
        <w:br/>
        <w:t>vt 0.626249 0.782154</w:t>
        <w:br/>
        <w:t>vt 0.620286 0.782154</w:t>
        <w:br/>
        <w:t>vt 0.620286 0.788225</w:t>
        <w:br/>
        <w:t>vt 0.612267 0.782152</w:t>
        <w:br/>
        <w:t>vt 0.612267 0.788225</w:t>
        <w:br/>
        <w:t>vt 0.604659 0.782152</w:t>
        <w:br/>
        <w:t>vt 0.604659 0.788225</w:t>
        <w:br/>
        <w:t>vt 0.598287 0.788225</w:t>
        <w:br/>
        <w:t>vt 0.598287 0.782152</w:t>
        <w:br/>
        <w:t>vt 0.594732 0.788225</w:t>
        <w:br/>
        <w:t>vt 0.594732 0.782154</w:t>
        <w:br/>
        <w:t>vt 0.592202 0.788225</w:t>
        <w:br/>
        <w:t>vt 0.592202 0.782154</w:t>
        <w:br/>
        <w:t>vt 0.590090 0.782154</w:t>
        <w:br/>
        <w:t>vt 0.590090 0.788225</w:t>
        <w:br/>
        <w:t>vt 0.588565 0.788225</w:t>
        <w:br/>
        <w:t>vt 0.588565 0.782154</w:t>
        <w:br/>
        <w:t>vt 0.583239 0.788225</w:t>
        <w:br/>
        <w:t>vt 0.583239 0.782154</w:t>
        <w:br/>
        <w:t>vt 0.573817 0.788225</w:t>
        <w:br/>
        <w:t>vt 0.573817 0.782154</w:t>
        <w:br/>
        <w:t>vt 0.565375 0.788224</w:t>
        <w:br/>
        <w:t>vt 0.565375 0.782152</w:t>
        <w:br/>
        <w:t>vt 0.560973 0.788225</w:t>
        <w:br/>
        <w:t>vt 0.560973 0.782154</w:t>
        <w:br/>
        <w:t>vt 0.552280 0.788225</w:t>
        <w:br/>
        <w:t>vt 0.552280 0.782152</w:t>
        <w:br/>
        <w:t>vt 0.550150 0.782152</w:t>
        <w:br/>
        <w:t>vt 0.550150 0.788225</w:t>
        <w:br/>
        <w:t>vt 0.547553 0.782152</w:t>
        <w:br/>
        <w:t>vt 0.547553 0.788225</w:t>
        <w:br/>
        <w:t>vt 0.545016 0.782154</w:t>
        <w:br/>
        <w:t>vt 0.545016 0.788225</w:t>
        <w:br/>
        <w:t>vt 0.542953 0.788225</w:t>
        <w:br/>
        <w:t>vt 0.542953 0.782154</w:t>
        <w:br/>
        <w:t>vt 0.533789 0.788225</w:t>
        <w:br/>
        <w:t>vt 0.533789 0.782152</w:t>
        <w:br/>
        <w:t>vt 0.528926 0.782152</w:t>
        <w:br/>
        <w:t>vt 0.528926 0.788225</w:t>
        <w:br/>
        <w:t>vt 0.522911 0.788225</w:t>
        <w:br/>
        <w:t>vt 0.522911 0.782152</w:t>
        <w:br/>
        <w:t>vt 0.516847 0.782152</w:t>
        <w:br/>
        <w:t>vt 0.516847 0.788225</w:t>
        <w:br/>
        <w:t>vt 0.511475 0.782152</w:t>
        <w:br/>
        <w:t>vt 0.511475 0.788225</w:t>
        <w:br/>
        <w:t>vt 0.496288 0.788225</w:t>
        <w:br/>
        <w:t>vt 0.496288 0.782152</w:t>
        <w:br/>
        <w:t>vt 0.511475 0.782152</w:t>
        <w:br/>
        <w:t>vt 0.511475 0.788225</w:t>
        <w:br/>
        <w:t>vt 0.523620 0.801762</w:t>
        <w:br/>
        <w:t>vt 0.526586 0.801762</w:t>
        <w:br/>
        <w:t>vt 0.527501 0.836568</w:t>
        <w:br/>
        <w:t>vt 0.520551 0.801762</w:t>
        <w:br/>
        <w:t>vt 0.451478 0.750643</w:t>
        <w:br/>
        <w:t>vt 0.509828 0.750643</w:t>
        <w:br/>
        <w:t>vt 0.509828 0.746746</w:t>
        <w:br/>
        <w:t>vt 0.451478 0.746746</w:t>
        <w:br/>
        <w:t>vt 0.635503 0.556460</w:t>
        <w:br/>
        <w:t>vt 0.595810 0.556460</w:t>
        <w:br/>
        <w:t>vt 0.595810 0.568955</w:t>
        <w:br/>
        <w:t>vt 0.635503 0.568955</w:t>
        <w:br/>
        <w:t>vt 0.395683 0.750643</w:t>
        <w:br/>
        <w:t>vt 0.395683 0.746746</w:t>
        <w:br/>
        <w:t>vt 0.548191 0.571613</w:t>
        <w:br/>
        <w:t>vt 0.548190 0.583829</w:t>
        <w:br/>
        <w:t>vt 0.588857 0.583829</w:t>
        <w:br/>
        <w:t>vt 0.588857 0.571613</w:t>
        <w:br/>
        <w:t>vt 0.627742 0.583829</w:t>
        <w:br/>
        <w:t>vt 0.627742 0.571613</w:t>
        <w:br/>
        <w:t>vt 0.378153 0.750643</w:t>
        <w:br/>
        <w:t>vt 0.378153 0.746746</w:t>
        <w:br/>
        <w:t>vt 0.329335 0.746746</w:t>
        <w:br/>
        <w:t>vt 0.329335 0.750643</w:t>
        <w:br/>
        <w:t>vt 0.276902 0.750642</w:t>
        <w:br/>
        <w:t>vt 0.276902 0.746746</w:t>
        <w:br/>
        <w:t>vt 0.395683 0.750643</w:t>
        <w:br/>
        <w:t>vt 0.395683 0.746746</w:t>
        <w:br/>
        <w:t>vt 0.553982 0.556460</w:t>
        <w:br/>
        <w:t>vt 0.553982 0.568955</w:t>
        <w:br/>
        <w:t>vt 0.451478 0.750643</w:t>
        <w:br/>
        <w:t>vt 0.451478 0.746746</w:t>
        <w:br/>
        <w:t>vt 0.509828 0.746746</w:t>
        <w:br/>
        <w:t>vt 0.509828 0.750643</w:t>
        <w:br/>
        <w:t>vt 0.635503 0.556460</w:t>
        <w:br/>
        <w:t>vt 0.635503 0.568955</w:t>
        <w:br/>
        <w:t>vt 0.595810 0.568955</w:t>
        <w:br/>
        <w:t>vt 0.595810 0.556460</w:t>
        <w:br/>
        <w:t>vt 0.395683 0.750643</w:t>
        <w:br/>
        <w:t>vt 0.395683 0.746746</w:t>
        <w:br/>
        <w:t>vt 0.548191 0.571613</w:t>
        <w:br/>
        <w:t>vt 0.588857 0.571613</w:t>
        <w:br/>
        <w:t>vt 0.588857 0.583829</w:t>
        <w:br/>
        <w:t>vt 0.548190 0.583829</w:t>
        <w:br/>
        <w:t>vt 0.627742 0.571613</w:t>
        <w:br/>
        <w:t>vt 0.627742 0.583829</w:t>
        <w:br/>
        <w:t>vt 0.378153 0.750643</w:t>
        <w:br/>
        <w:t>vt 0.329335 0.750643</w:t>
        <w:br/>
        <w:t>vt 0.329335 0.746746</w:t>
        <w:br/>
        <w:t>vt 0.378153 0.746746</w:t>
        <w:br/>
        <w:t>vt 0.276902 0.750642</w:t>
        <w:br/>
        <w:t>vt 0.276902 0.746746</w:t>
        <w:br/>
        <w:t>vt 0.395683 0.746746</w:t>
        <w:br/>
        <w:t>vt 0.395683 0.750643</w:t>
        <w:br/>
        <w:t>vt 0.553982 0.568955</w:t>
        <w:br/>
        <w:t>vt 0.553982 0.556460</w:t>
        <w:br/>
        <w:t>vt 0.506356 0.762679</w:t>
        <w:br/>
        <w:t>vt 0.506356 0.758952</w:t>
        <w:br/>
        <w:t>vt 0.468348 0.758952</w:t>
        <w:br/>
        <w:t>vt 0.468348 0.762678</w:t>
        <w:br/>
        <w:t>vt 0.759107 0.874321</w:t>
        <w:br/>
        <w:t>vt 0.759107 0.904093</w:t>
        <w:br/>
        <w:t>vt 0.770781 0.904093</w:t>
        <w:br/>
        <w:t>vt 0.770781 0.874321</w:t>
        <w:br/>
        <w:t>vt 0.542993 0.762678</w:t>
        <w:br/>
        <w:t>vt 0.542993 0.758952</w:t>
        <w:br/>
        <w:t>vt 0.644424 0.758951</w:t>
        <w:br/>
        <w:t>vt 0.598974 0.758951</w:t>
        <w:br/>
        <w:t>vt 0.598974 0.762678</w:t>
        <w:br/>
        <w:t>vt 0.644424 0.762678</w:t>
        <w:br/>
        <w:t>vt 0.439588 0.691566</w:t>
        <w:br/>
        <w:t>vt 0.439588 0.680076</w:t>
        <w:br/>
        <w:t>vt 0.410414 0.680076</w:t>
        <w:br/>
        <w:t>vt 0.410414 0.691566</w:t>
        <w:br/>
        <w:t>vt 0.557896 0.762678</w:t>
        <w:br/>
        <w:t>vt 0.557896 0.758951</w:t>
        <w:br/>
        <w:t>vt 0.467709 0.691566</w:t>
        <w:br/>
        <w:t>vt 0.467709 0.680076</w:t>
        <w:br/>
        <w:t>vt 0.770781 0.932792</w:t>
        <w:br/>
        <w:t>vt 0.759107 0.932792</w:t>
        <w:br/>
        <w:t>vt 0.557896 0.762678</w:t>
        <w:br/>
        <w:t>vt 0.557896 0.758951</w:t>
        <w:br/>
        <w:t>vt 0.506356 0.762679</w:t>
        <w:br/>
        <w:t>vt 0.468348 0.762678</w:t>
        <w:br/>
        <w:t>vt 0.468348 0.758952</w:t>
        <w:br/>
        <w:t>vt 0.506356 0.758952</w:t>
        <w:br/>
        <w:t>vt 0.770781 0.904093</w:t>
        <w:br/>
        <w:t>vt 0.759107 0.904093</w:t>
        <w:br/>
        <w:t>vt 0.759107 0.874321</w:t>
        <w:br/>
        <w:t>vt 0.770781 0.874321</w:t>
        <w:br/>
        <w:t>vt 0.542993 0.758952</w:t>
        <w:br/>
        <w:t>vt 0.542993 0.762678</w:t>
        <w:br/>
        <w:t>vt 0.644424 0.758951</w:t>
        <w:br/>
        <w:t>vt 0.644424 0.762678</w:t>
        <w:br/>
        <w:t>vt 0.598974 0.762678</w:t>
        <w:br/>
        <w:t>vt 0.598974 0.758951</w:t>
        <w:br/>
        <w:t>vt 0.410414 0.680076</w:t>
        <w:br/>
        <w:t>vt 0.439588 0.680076</w:t>
        <w:br/>
        <w:t>vt 0.439588 0.691566</w:t>
        <w:br/>
        <w:t>vt 0.410414 0.691566</w:t>
        <w:br/>
        <w:t>vt 0.557896 0.758951</w:t>
        <w:br/>
        <w:t>vt 0.557896 0.762678</w:t>
        <w:br/>
        <w:t>vt 0.467709 0.691566</w:t>
        <w:br/>
        <w:t>vt 0.467709 0.680076</w:t>
        <w:br/>
        <w:t>vt 0.770781 0.932792</w:t>
        <w:br/>
        <w:t>vt 0.759107 0.932792</w:t>
        <w:br/>
        <w:t>vt 0.557896 0.762678</w:t>
        <w:br/>
        <w:t>vt 0.557896 0.758951</w:t>
        <w:br/>
        <w:t>vt 0.660656 0.667674</w:t>
        <w:br/>
        <w:t>vt 0.660656 0.671690</w:t>
        <w:br/>
        <w:t>vt 0.665772 0.671690</w:t>
        <w:br/>
        <w:t>vt 0.665772 0.667674</w:t>
        <w:br/>
        <w:t>vt 0.660771 0.257171</w:t>
        <w:br/>
        <w:t>vt 0.663560 0.257172</w:t>
        <w:br/>
        <w:t>vt 0.663560 0.253462</w:t>
        <w:br/>
        <w:t>vt 0.660771 0.253462</w:t>
        <w:br/>
        <w:t>vt 0.660771 0.263015</w:t>
        <w:br/>
        <w:t>vt 0.663560 0.263015</w:t>
        <w:br/>
        <w:t>vt 0.660771 0.269343</w:t>
        <w:br/>
        <w:t>vt 0.663560 0.269343</w:t>
        <w:br/>
        <w:t>vt 0.673063 0.660221</w:t>
        <w:br/>
        <w:t>vt 0.673063 0.664028</w:t>
        <w:br/>
        <w:t>vt 0.665668 0.664028</w:t>
        <w:br/>
        <w:t>vt 0.665668 0.660221</w:t>
        <w:br/>
        <w:t>vt 0.682450 0.660221</w:t>
        <w:br/>
        <w:t>vt 0.682450 0.664028</w:t>
        <w:br/>
        <w:t>vt 0.689675 0.660221</w:t>
        <w:br/>
        <w:t>vt 0.689675 0.664028</w:t>
        <w:br/>
        <w:t>vt 0.611197 0.356120</w:t>
        <w:br/>
        <w:t>vt 0.614019 0.356120</w:t>
        <w:br/>
        <w:t>vt 0.614019 0.360464</w:t>
        <w:br/>
        <w:t>vt 0.611197 0.360464</w:t>
        <w:br/>
        <w:t>vt 0.611197 0.367083</w:t>
        <w:br/>
        <w:t>vt 0.614019 0.367083</w:t>
        <w:br/>
        <w:t>vt 0.682773 0.671690</w:t>
        <w:br/>
        <w:t>vt 0.690719 0.671690</w:t>
        <w:br/>
        <w:t>vt 0.690719 0.667674</w:t>
        <w:br/>
        <w:t>vt 0.682773 0.667674</w:t>
        <w:br/>
        <w:t>vt 0.611197 0.374279</w:t>
        <w:br/>
        <w:t>vt 0.614019 0.374279</w:t>
        <w:br/>
        <w:t>vt 0.658837 0.664028</w:t>
        <w:br/>
        <w:t>vt 0.658837 0.660221</w:t>
        <w:br/>
        <w:t>vt 0.654501 0.664028</w:t>
        <w:br/>
        <w:t>vt 0.654501 0.660221</w:t>
        <w:br/>
        <w:t>vt 0.660771 0.277373</w:t>
        <w:br/>
        <w:t>vt 0.663560 0.277373</w:t>
        <w:br/>
        <w:t>vt 0.673952 0.667674</w:t>
        <w:br/>
        <w:t>vt 0.673952 0.671690</w:t>
        <w:br/>
        <w:t>vt 0.695724 0.671690</w:t>
        <w:br/>
        <w:t>vt 0.695724 0.667674</w:t>
        <w:br/>
        <w:t>vt 0.660771 0.392824</w:t>
        <w:br/>
        <w:t>vt 0.660771 0.397977</w:t>
        <w:br/>
        <w:t>vt 0.663560 0.397977</w:t>
        <w:br/>
        <w:t>vt 0.663560 0.392824</w:t>
        <w:br/>
        <w:t>vt 0.660770 0.387230</w:t>
        <w:br/>
        <w:t>vt 0.663560 0.387230</w:t>
        <w:br/>
        <w:t>vt 0.663560 0.381521</w:t>
        <w:br/>
        <w:t>vt 0.660771 0.381521</w:t>
        <w:br/>
        <w:t>vt 0.804181 0.660221</w:t>
        <w:br/>
        <w:t>vt 0.810853 0.660221</w:t>
        <w:br/>
        <w:t>vt 0.810853 0.664028</w:t>
        <w:br/>
        <w:t>vt 0.804181 0.664028</w:t>
        <w:br/>
        <w:t>vt 0.817391 0.660221</w:t>
        <w:br/>
        <w:t>vt 0.817391 0.664028</w:t>
        <w:br/>
        <w:t>vt 0.823414 0.660221</w:t>
        <w:br/>
        <w:t>vt 0.823414 0.664028</w:t>
        <w:br/>
        <w:t>vt 0.796917 0.660221</w:t>
        <w:br/>
        <w:t>vt 0.796917 0.664028</w:t>
        <w:br/>
        <w:t>vt 0.788939 0.660221</w:t>
        <w:br/>
        <w:t>vt 0.788939 0.664028</w:t>
        <w:br/>
        <w:t>vt 0.660771 0.368481</w:t>
        <w:br/>
        <w:t>vt 0.663560 0.368481</w:t>
        <w:br/>
        <w:t>vt 0.663560 0.363272</w:t>
        <w:br/>
        <w:t>vt 0.660771 0.363272</w:t>
        <w:br/>
        <w:t>vt 0.660771 0.375307</w:t>
        <w:br/>
        <w:t>vt 0.663560 0.375307</w:t>
        <w:br/>
        <w:t>vt 0.801035 0.667674</w:t>
        <w:br/>
        <w:t>vt 0.801035 0.671691</w:t>
        <w:br/>
        <w:t>vt 0.807706 0.671691</w:t>
        <w:br/>
        <w:t>vt 0.807706 0.667674</w:t>
        <w:br/>
        <w:t>vt 0.807706 0.671691</w:t>
        <w:br/>
        <w:t>vt 0.814247 0.671690</w:t>
        <w:br/>
        <w:t>vt 0.814247 0.667674</w:t>
        <w:br/>
        <w:t>vt 0.614019 0.264286</w:t>
        <w:br/>
        <w:t>vt 0.611197 0.264286</w:t>
        <w:br/>
        <w:t>vt 0.611197 0.259019</w:t>
        <w:br/>
        <w:t>vt 0.614019 0.259019</w:t>
        <w:br/>
        <w:t>vt 0.611196 0.253780</w:t>
        <w:br/>
        <w:t>vt 0.614019 0.253780</w:t>
        <w:br/>
        <w:t>vt 0.820796 0.671690</w:t>
        <w:br/>
        <w:t>vt 0.820796 0.667674</w:t>
        <w:br/>
        <w:t>vt 0.611197 0.385029</w:t>
        <w:br/>
        <w:t>vt 0.611197 0.380912</w:t>
        <w:br/>
        <w:t>vt 0.614019 0.380912</w:t>
        <w:br/>
        <w:t>vt 0.614019 0.385029</w:t>
        <w:br/>
        <w:t>vt 0.614019 0.269685</w:t>
        <w:br/>
        <w:t>vt 0.611197 0.269685</w:t>
        <w:br/>
        <w:t>vt 0.614019 0.264286</w:t>
        <w:br/>
        <w:t>vt 0.611197 0.275571</w:t>
        <w:br/>
        <w:t>vt 0.614019 0.275571</w:t>
        <w:br/>
        <w:t>vt 0.614019 0.281861</w:t>
        <w:br/>
        <w:t>vt 0.611197 0.281861</w:t>
        <w:br/>
        <w:t>vt 0.785890 0.667674</w:t>
        <w:br/>
        <w:t>vt 0.785890 0.671690</w:t>
        <w:br/>
        <w:t>vt 0.793744 0.671690</w:t>
        <w:br/>
        <w:t>vt 0.793743 0.667674</w:t>
        <w:br/>
        <w:t>vt 0.780479 0.671690</w:t>
        <w:br/>
        <w:t>vt 0.780479 0.667674</w:t>
        <w:br/>
        <w:t>vt 0.611197 0.286073</w:t>
        <w:br/>
        <w:t>vt 0.614019 0.286073</w:t>
        <w:br/>
        <w:t>vt 0.614019 0.287889</w:t>
        <w:br/>
        <w:t>vt 0.611196 0.287889</w:t>
        <w:br/>
        <w:t>vt 0.778545 0.664028</w:t>
        <w:br/>
        <w:t>vt 0.778545 0.660221</w:t>
        <w:br/>
        <w:t>vt 0.782850 0.660221</w:t>
        <w:br/>
        <w:t>vt 0.782850 0.664028</w:t>
        <w:br/>
        <w:t>vt 0.775088 0.664028</w:t>
        <w:br/>
        <w:t>vt 0.775088 0.660221</w:t>
        <w:br/>
        <w:t>vt 0.768568 0.664028</w:t>
        <w:br/>
        <w:t>vt 0.768568 0.660221</w:t>
        <w:br/>
        <w:t>vt 0.614019 0.289475</w:t>
        <w:br/>
        <w:t>vt 0.611197 0.289475</w:t>
        <w:br/>
        <w:t>vt 0.777846 0.671691</w:t>
        <w:br/>
        <w:t>vt 0.777846 0.667674</w:t>
        <w:br/>
        <w:t>vt 0.775649 0.671691</w:t>
        <w:br/>
        <w:t>vt 0.775649 0.667674</w:t>
        <w:br/>
        <w:t>vt 0.771275 0.667674</w:t>
        <w:br/>
        <w:t>vt 0.771275 0.671691</w:t>
        <w:br/>
        <w:t>vt 0.614019 0.292854</w:t>
        <w:br/>
        <w:t>vt 0.611196 0.292854</w:t>
        <w:br/>
        <w:t>vt 0.663560 0.359589</w:t>
        <w:br/>
        <w:t>vt 0.660771 0.359589</w:t>
        <w:br/>
        <w:t>vt 0.663560 0.356631</w:t>
        <w:br/>
        <w:t>vt 0.660771 0.356631</w:t>
        <w:br/>
        <w:t>vt 0.660771 0.283554</w:t>
        <w:br/>
        <w:t>vt 0.663560 0.283554</w:t>
        <w:br/>
        <w:t>vt 0.660771 0.286786</w:t>
        <w:br/>
        <w:t>vt 0.663560 0.286786</w:t>
        <w:br/>
        <w:t>vt 0.715734 0.664028</w:t>
        <w:br/>
        <w:t>vt 0.705847 0.664028</w:t>
        <w:br/>
        <w:t>vt 0.705847 0.660221</w:t>
        <w:br/>
        <w:t>vt 0.715734 0.660221</w:t>
        <w:br/>
        <w:t>vt 0.698268 0.660221</w:t>
        <w:br/>
        <w:t>vt 0.698268 0.664028</w:t>
        <w:br/>
        <w:t>vt 0.611197 0.338341</w:t>
        <w:br/>
        <w:t>vt 0.611197 0.331116</w:t>
        <w:br/>
        <w:t>vt 0.614019 0.331116</w:t>
        <w:br/>
        <w:t>vt 0.614019 0.338341</w:t>
        <w:br/>
        <w:t>vt 0.724837 0.671691</w:t>
        <w:br/>
        <w:t>vt 0.724837 0.667674</w:t>
        <w:br/>
        <w:t>vt 0.716131 0.667674</w:t>
        <w:br/>
        <w:t>vt 0.716131 0.671690</w:t>
        <w:br/>
        <w:t>vt 0.611197 0.324433</w:t>
        <w:br/>
        <w:t>vt 0.614019 0.324433</w:t>
        <w:br/>
        <w:t>vt 0.611197 0.311534</w:t>
        <w:br/>
        <w:t>vt 0.614019 0.311534</w:t>
        <w:br/>
        <w:t>vt 0.724006 0.664028</w:t>
        <w:br/>
        <w:t>vt 0.724006 0.660221</w:t>
        <w:br/>
        <w:t>vt 0.614019 0.346171</w:t>
        <w:br/>
        <w:t>vt 0.611197 0.346171</w:t>
        <w:br/>
        <w:t>vt 0.706786 0.671690</w:t>
        <w:br/>
        <w:t>vt 0.706786 0.667674</w:t>
        <w:br/>
        <w:t>vt 0.700653 0.667674</w:t>
        <w:br/>
        <w:t>vt 0.700653 0.671691</w:t>
        <w:br/>
        <w:t>vt 0.614019 0.351470</w:t>
        <w:br/>
        <w:t>vt 0.611197 0.351470</w:t>
        <w:br/>
        <w:t>vt 0.693452 0.664028</w:t>
        <w:br/>
        <w:t>vt 0.693452 0.660221</w:t>
        <w:br/>
        <w:t>vt 0.611197 0.354011</w:t>
        <w:br/>
        <w:t>vt 0.614019 0.354011</w:t>
        <w:br/>
        <w:t>vt 0.697999 0.671691</w:t>
        <w:br/>
        <w:t>vt 0.697999 0.667674</w:t>
        <w:br/>
        <w:t>vt 0.660771 0.297390</w:t>
        <w:br/>
        <w:t>vt 0.660771 0.305850</w:t>
        <w:br/>
        <w:t>vt 0.663560 0.305850</w:t>
        <w:br/>
        <w:t>vt 0.663560 0.297390</w:t>
        <w:br/>
        <w:t>vt 0.663560 0.290906</w:t>
        <w:br/>
        <w:t>vt 0.660771 0.290906</w:t>
        <w:br/>
        <w:t>vt 0.660771 0.312927</w:t>
        <w:br/>
        <w:t>vt 0.663560 0.312927</w:t>
        <w:br/>
        <w:t>vt 0.660771 0.319389</w:t>
        <w:br/>
        <w:t>vt 0.663560 0.319388</w:t>
        <w:br/>
        <w:t>vt 0.731558 0.660221</w:t>
        <w:br/>
        <w:t>vt 0.731558 0.664028</w:t>
        <w:br/>
        <w:t>vt 0.745995 0.664028</w:t>
        <w:br/>
        <w:t>vt 0.731558 0.664028</w:t>
        <w:br/>
        <w:t>vt 0.745995 0.660221</w:t>
        <w:br/>
        <w:t>vt 0.660771 0.319389</w:t>
        <w:br/>
        <w:t>vt 0.660771 0.331740</w:t>
        <w:br/>
        <w:t>vt 0.663560 0.331740</w:t>
        <w:br/>
        <w:t>vt 0.660770 0.337990</w:t>
        <w:br/>
        <w:t>vt 0.663560 0.337990</w:t>
        <w:br/>
        <w:t>vt 0.732893 0.667674</w:t>
        <w:br/>
        <w:t>vt 0.732893 0.671691</w:t>
        <w:br/>
        <w:t>vt 0.748370 0.671690</w:t>
        <w:br/>
        <w:t>vt 0.748370 0.667674</w:t>
        <w:br/>
        <w:t>vt 0.663560 0.351052</w:t>
        <w:br/>
        <w:t>vt 0.660771 0.351052</w:t>
        <w:br/>
        <w:t>vt 0.660771 0.344010</w:t>
        <w:br/>
        <w:t>vt 0.663560 0.344010</w:t>
        <w:br/>
        <w:t>vt 0.753300 0.660221</w:t>
        <w:br/>
        <w:t>vt 0.760337 0.660221</w:t>
        <w:br/>
        <w:t>vt 0.760337 0.664028</w:t>
        <w:br/>
        <w:t>vt 0.753300 0.664028</w:t>
        <w:br/>
        <w:t>vt 0.611197 0.298488</w:t>
        <w:br/>
        <w:t>vt 0.614019 0.298488</w:t>
        <w:br/>
        <w:t>vt 0.614019 0.304764</w:t>
        <w:br/>
        <w:t>vt 0.611197 0.304764</w:t>
        <w:br/>
        <w:t>vt 0.756591 0.667674</w:t>
        <w:br/>
        <w:t>vt 0.756591 0.671690</w:t>
        <w:br/>
        <w:t>vt 0.764273 0.671690</w:t>
        <w:br/>
        <w:t>vt 0.764273 0.667674</w:t>
        <w:br/>
        <w:t>vt 0.208595 0.367220</w:t>
        <w:br/>
        <w:t>vt 0.205059 0.367220</w:t>
        <w:br/>
        <w:t>vt 0.205059 0.365713</w:t>
        <w:br/>
        <w:t>vt 0.208595 0.365713</w:t>
        <w:br/>
        <w:t>vt 0.985395 0.706087</w:t>
        <w:br/>
        <w:t>vt 0.985386 0.670757</w:t>
        <w:br/>
        <w:t>vt 0.986719 0.707170</w:t>
        <w:br/>
        <w:t>vt 0.988663 0.707173</w:t>
        <w:br/>
        <w:t>vt 0.989980 0.706061</w:t>
        <w:br/>
        <w:t>vt 0.989983 0.696886</w:t>
        <w:br/>
        <w:t>vt 0.991103 0.695233</w:t>
        <w:br/>
        <w:t>vt 0.986709 0.669677</w:t>
        <w:br/>
        <w:t>vt 0.988653 0.669673</w:t>
        <w:br/>
        <w:t>vt 0.989964 0.670781</w:t>
        <w:br/>
        <w:t>vt 0.989979 0.680048</w:t>
        <w:br/>
        <w:t>vt 0.991105 0.681697</w:t>
        <w:br/>
        <w:t>vt 0.205059 0.422885</w:t>
        <w:br/>
        <w:t>vt 0.205059 0.421432</w:t>
        <w:br/>
        <w:t>vt 0.208595 0.421432</w:t>
        <w:br/>
        <w:t>vt 0.208595 0.422885</w:t>
        <w:br/>
        <w:t>vt 0.208595 0.429930</w:t>
        <w:br/>
        <w:t>vt 0.205059 0.429930</w:t>
        <w:br/>
        <w:t>vt 0.205059 0.377865</w:t>
        <w:br/>
        <w:t>vt 0.208595 0.377865</w:t>
        <w:br/>
        <w:t>vt 0.208595 0.419797</w:t>
        <w:br/>
        <w:t>vt 0.205059 0.419797</w:t>
        <w:br/>
        <w:t>vt 0.205059 0.418344</w:t>
        <w:br/>
        <w:t>vt 0.208595 0.418344</w:t>
        <w:br/>
        <w:t>vt 0.205059 0.391038</w:t>
        <w:br/>
        <w:t>vt 0.208595 0.391038</w:t>
        <w:br/>
        <w:t>vt 0.205059 0.389585</w:t>
        <w:br/>
        <w:t>vt 0.208595 0.389585</w:t>
        <w:br/>
        <w:t>vt 0.208595 0.379371</w:t>
        <w:br/>
        <w:t>vt 0.205059 0.379371</w:t>
        <w:br/>
        <w:t>vt 0.208595 0.386499</w:t>
        <w:br/>
        <w:t>vt 0.205059 0.386499</w:t>
        <w:br/>
        <w:t>vt 0.208595 0.387950</w:t>
        <w:br/>
        <w:t>vt 0.205059 0.387950</w:t>
        <w:br/>
        <w:t>vt 0.092544 0.464510</w:t>
        <w:br/>
        <w:t>vt 0.091350 0.463041</w:t>
        <w:br/>
        <w:t>vt 0.101843 0.464541</w:t>
        <w:br/>
        <w:t>vt 0.091353 0.460908</w:t>
        <w:br/>
        <w:t>vt 0.092547 0.459437</w:t>
        <w:br/>
        <w:t>vt 0.128172 0.459440</w:t>
        <w:br/>
        <w:t>vt 0.103463 0.465652</w:t>
        <w:br/>
        <w:t>vt 0.129366 0.460912</w:t>
        <w:br/>
        <w:t>vt 0.129363 0.463045</w:t>
        <w:br/>
        <w:t>vt 0.128165 0.464513</w:t>
        <w:br/>
        <w:t>vt 0.118973 0.464543</w:t>
        <w:br/>
        <w:t>vt 0.117351 0.465653</w:t>
        <w:br/>
        <w:t>vt 0.521118 0.086162</w:t>
        <w:br/>
        <w:t>vt 0.521628 0.069553</w:t>
        <w:br/>
        <w:t>vt 0.505701 0.069889</w:t>
        <w:br/>
        <w:t>vt 0.505701 0.087008</w:t>
        <w:br/>
        <w:t>vt 0.520964 0.029607</w:t>
        <w:br/>
        <w:t>vt 0.505701 0.028965</w:t>
        <w:br/>
        <w:t>vt 0.505701 0.041005</w:t>
        <w:br/>
        <w:t>vt 0.521476 0.041254</w:t>
        <w:br/>
        <w:t>vt 0.521610 0.054046</w:t>
        <w:br/>
        <w:t>vt 0.505701 0.054108</w:t>
        <w:br/>
        <w:t>vt 0.594768 0.085533</w:t>
        <w:br/>
        <w:t>vt 0.594720 0.071609</w:t>
        <w:br/>
        <w:t>vt 0.581342 0.070653</w:t>
        <w:br/>
        <w:t>vt 0.581116 0.085741</w:t>
        <w:br/>
        <w:t>vt 0.594592 0.098055</w:t>
        <w:br/>
        <w:t>vt 0.580904 0.098089</w:t>
        <w:br/>
        <w:t>vt 0.581412 0.055711</w:t>
        <w:br/>
        <w:t>vt 0.594733 0.056727</w:t>
        <w:br/>
        <w:t>vt 0.594587 0.042218</w:t>
        <w:br/>
        <w:t>vt 0.581330 0.041889</w:t>
        <w:br/>
        <w:t>vt 0.521062 0.118392</w:t>
        <w:br/>
        <w:t>vt 0.543939 0.117857</w:t>
        <w:br/>
        <w:t>vt 0.543484 0.108044</w:t>
        <w:br/>
        <w:t>vt 0.520798 0.108707</w:t>
        <w:br/>
        <w:t>vt 0.594780 0.018208</w:t>
        <w:br/>
        <w:t>vt 0.595010 0.005931</w:t>
        <w:br/>
        <w:t>vt 0.581387 0.005931</w:t>
        <w:br/>
        <w:t>vt 0.581626 0.018947</w:t>
        <w:br/>
        <w:t>vt 0.608834 0.072937</w:t>
        <w:br/>
        <w:t>vt 0.601777 0.072273</w:t>
        <w:br/>
        <w:t>vt 0.601803 0.085448</w:t>
        <w:br/>
        <w:t>vt 0.608839 0.085364</w:t>
        <w:br/>
        <w:t>vt 0.543552 0.030131</w:t>
        <w:br/>
        <w:t>vt 0.543100 0.019071</w:t>
        <w:br/>
        <w:t>vt 0.520245 0.018373</w:t>
        <w:br/>
        <w:t>vt 0.581104 0.108263</w:t>
        <w:br/>
        <w:t>vt 0.594401 0.108776</w:t>
        <w:br/>
        <w:t>vt 0.543184 0.098203</w:t>
        <w:br/>
        <w:t>vt 0.543546 0.085737</w:t>
        <w:br/>
        <w:t>vt 0.520633 0.098505</w:t>
        <w:br/>
        <w:t>vt 0.581323 0.117881</w:t>
        <w:br/>
        <w:t>vt 0.594566 0.118296</w:t>
        <w:br/>
        <w:t>vt 0.542189 0.005931</w:t>
        <w:br/>
        <w:t>vt 0.519238 0.005931</w:t>
        <w:br/>
        <w:t>vt 0.564047 0.070031</w:t>
        <w:br/>
        <w:t>vt 0.563603 0.085717</w:t>
        <w:br/>
        <w:t>vt 0.563387 0.098065</w:t>
        <w:br/>
        <w:t>vt 0.563637 0.107764</w:t>
        <w:br/>
        <w:t>vt 0.564008 0.117548</w:t>
        <w:br/>
        <w:t>vt 0.563220 0.005931</w:t>
        <w:br/>
        <w:t>vt 0.563765 0.019302</w:t>
        <w:br/>
        <w:t>vt 0.563770 0.041679</w:t>
        <w:br/>
        <w:t>vt 0.563993 0.054941</w:t>
        <w:br/>
        <w:t>vt 0.602448 0.057450</w:t>
        <w:br/>
        <w:t>vt 0.602286 0.042474</w:t>
        <w:br/>
        <w:t>vt 0.601898 0.029067</w:t>
        <w:br/>
        <w:t>vt 0.601776 0.018042</w:t>
        <w:br/>
        <w:t>vt 0.594423 0.029132</w:t>
        <w:br/>
        <w:t>vt 0.608099 0.108911</w:t>
        <w:br/>
        <w:t>vt 0.608441 0.097628</w:t>
        <w:br/>
        <w:t>vt 0.601516 0.097841</w:t>
        <w:br/>
        <w:t>vt 0.601250 0.108843</w:t>
        <w:br/>
        <w:t>vt 0.608752 0.005931</w:t>
        <w:br/>
        <w:t>vt 0.601881 0.005931</w:t>
        <w:br/>
        <w:t>vt 0.608772 0.017877</w:t>
        <w:br/>
        <w:t>vt 0.609986 0.042731</w:t>
        <w:br/>
        <w:t>vt 0.609659 0.035404</w:t>
        <w:br/>
        <w:t>vt 0.581397 0.029724</w:t>
        <w:br/>
        <w:t>vt 0.563829 0.030217</w:t>
        <w:br/>
        <w:t>vt 0.601306 0.118406</w:t>
        <w:br/>
        <w:t>vt 0.610163 0.058173</w:t>
        <w:br/>
        <w:t>vt 0.521787 0.130052</w:t>
        <w:br/>
        <w:t>vt 0.544731 0.130052</w:t>
        <w:br/>
        <w:t>vt 0.564616 0.130052</w:t>
        <w:br/>
        <w:t>vt 0.581638 0.130052</w:t>
        <w:br/>
        <w:t>vt 0.594737 0.130052</w:t>
        <w:br/>
        <w:t>vt 0.608046 0.118517</w:t>
        <w:br/>
        <w:t>vt 0.601563 0.130052</w:t>
        <w:br/>
        <w:t>vt 0.608389 0.130052</w:t>
        <w:br/>
        <w:t>vt 0.505701 0.117979</w:t>
        <w:br/>
        <w:t>vt 0.505701 0.130052</w:t>
        <w:br/>
        <w:t>vt 0.505701 0.108581</w:t>
        <w:br/>
        <w:t>vt 0.505701 0.098569</w:t>
        <w:br/>
        <w:t>vt 0.505701 0.017485</w:t>
        <w:br/>
        <w:t>vt 0.505701 0.005931</w:t>
        <w:br/>
        <w:t>vt 0.674528 0.036080</w:t>
        <w:br/>
        <w:t>vt 0.685848 0.035486</w:t>
        <w:br/>
        <w:t>vt 0.685848 0.027390</w:t>
        <w:br/>
        <w:t>vt 0.674528 0.027795</w:t>
        <w:br/>
        <w:t>vt 0.674528 0.130052</w:t>
        <w:br/>
        <w:t>vt 0.685848 0.130052</w:t>
        <w:br/>
        <w:t>vt 0.685848 0.118113</w:t>
        <w:br/>
        <w:t>vt 0.674528 0.118083</w:t>
        <w:br/>
        <w:t>vt 0.685848 0.018032</w:t>
        <w:br/>
        <w:t>vt 0.685848 0.005931</w:t>
        <w:br/>
        <w:t>vt 0.674528 0.005931</w:t>
        <w:br/>
        <w:t>vt 0.674528 0.018313</w:t>
        <w:br/>
        <w:t>vt 0.674528 0.085080</w:t>
        <w:br/>
        <w:t>vt 0.674528 0.096643</w:t>
        <w:br/>
        <w:t>vt 0.685848 0.097068</w:t>
        <w:br/>
        <w:t>vt 0.685848 0.085154</w:t>
        <w:br/>
        <w:t>vt 0.674528 0.043725</w:t>
        <w:br/>
        <w:t>vt 0.685848 0.043712</w:t>
        <w:br/>
        <w:t>vt 0.674528 0.053044</w:t>
        <w:br/>
        <w:t>vt 0.685848 0.052751</w:t>
        <w:br/>
        <w:t>vt 0.674528 0.063826</w:t>
        <w:br/>
        <w:t>vt 0.685848 0.063687</w:t>
        <w:br/>
        <w:t>vt 0.543783 0.041502</w:t>
        <w:br/>
        <w:t>vt 0.543984 0.054378</w:t>
        <w:br/>
        <w:t>vt 0.544074 0.069630</w:t>
        <w:br/>
        <w:t>vt 0.615648 0.118504</w:t>
        <w:br/>
        <w:t>vt 0.615653 0.108882</w:t>
        <w:br/>
        <w:t>vt 0.623618 0.019185</w:t>
        <w:br/>
        <w:t>vt 0.623247 0.027558</w:t>
        <w:br/>
        <w:t>vt 0.628910 0.026841</w:t>
        <w:br/>
        <w:t>vt 0.623875 0.050768</w:t>
        <w:br/>
        <w:t>vt 0.624594 0.060025</w:t>
        <w:br/>
        <w:t>vt 0.629720 0.051462</w:t>
        <w:br/>
        <w:t>vt 0.632018 0.108692</w:t>
        <w:br/>
        <w:t>vt 0.632378 0.097529</w:t>
        <w:br/>
        <w:t>vt 0.623918 0.097407</w:t>
        <w:br/>
        <w:t>vt 0.623371 0.108951</w:t>
        <w:br/>
        <w:t>vt 0.631748 0.118319</w:t>
        <w:br/>
        <w:t>vt 0.632509 0.085550</w:t>
        <w:br/>
        <w:t>vt 0.624337 0.085453</w:t>
        <w:br/>
        <w:t>vt 0.624414 0.073552</w:t>
        <w:br/>
        <w:t>vt 0.632521 0.073871</w:t>
        <w:br/>
        <w:t>vt 0.616618 0.073353</w:t>
        <w:br/>
        <w:t>vt 0.617409 0.059243</w:t>
        <w:br/>
        <w:t>vt 0.618421 0.050794</w:t>
        <w:br/>
        <w:t>vt 0.616318 0.005931</w:t>
        <w:br/>
        <w:t>vt 0.616172 0.018473</w:t>
        <w:br/>
        <w:t>vt 0.617570 0.035436</w:t>
        <w:br/>
        <w:t>vt 0.623221 0.035953</w:t>
        <w:br/>
        <w:t>vt 0.623163 0.032986</w:t>
        <w:br/>
        <w:t>vt 0.617283 0.032345</w:t>
        <w:br/>
        <w:t>vt 0.616853 0.027403</w:t>
        <w:br/>
        <w:t>vt 0.629868 0.032474</w:t>
        <w:br/>
        <w:t>vt 0.632984 0.032270</w:t>
        <w:br/>
        <w:t>vt 0.632880 0.029737</w:t>
        <w:br/>
        <w:t>vt 0.629673 0.029695</w:t>
        <w:br/>
        <w:t>vt 0.633088 0.040258</w:t>
        <w:br/>
        <w:t>vt 0.633027 0.036285</w:t>
        <w:br/>
        <w:t>vt 0.630070 0.036239</w:t>
        <w:br/>
        <w:t>vt 0.630016 0.040089</w:t>
        <w:br/>
        <w:t>vt 0.623598 0.043945</w:t>
        <w:br/>
        <w:t>vt 0.618140 0.043451</w:t>
        <w:br/>
        <w:t>vt 0.632469 0.018339</w:t>
        <w:br/>
        <w:t>vt 0.632136 0.005931</w:t>
        <w:br/>
        <w:t>vt 0.632828 0.061367</w:t>
        <w:br/>
        <w:t>vt 0.630266 0.044228</w:t>
        <w:br/>
        <w:t>vt 0.616463 0.085388</w:t>
        <w:br/>
        <w:t>vt 0.616008 0.097498</w:t>
        <w:br/>
        <w:t>vt 0.615968 0.130052</w:t>
        <w:br/>
        <w:t>vt 0.623643 0.130052</w:t>
        <w:br/>
        <w:t>vt 0.631871 0.130052</w:t>
        <w:br/>
        <w:t>vt 0.623442 0.118578</w:t>
        <w:br/>
        <w:t>vt 0.641773 0.052121</w:t>
        <w:br/>
        <w:t>vt 0.636782 0.051848</w:t>
        <w:br/>
        <w:t>vt 0.636956 0.061984</w:t>
        <w:br/>
        <w:t>vt 0.641084 0.062602</w:t>
        <w:br/>
        <w:t>vt 0.632124 0.051593</w:t>
        <w:br/>
        <w:t>vt 0.637675 0.044221</w:t>
        <w:br/>
        <w:t>vt 0.632672 0.044226</w:t>
        <w:br/>
        <w:t>vt 0.636658 0.040011</w:t>
        <w:br/>
        <w:t>vt 0.636649 0.036343</w:t>
        <w:br/>
        <w:t>vt 0.636627 0.027166</w:t>
        <w:br/>
        <w:t>vt 0.637180 0.017993</w:t>
        <w:br/>
        <w:t>vt 0.632851 0.027007</w:t>
        <w:br/>
        <w:t>vt 0.641729 0.118560</w:t>
        <w:br/>
        <w:t>vt 0.636739 0.118440</w:t>
        <w:br/>
        <w:t>vt 0.637118 0.130052</w:t>
        <w:br/>
        <w:t>vt 0.642366 0.130052</w:t>
        <w:br/>
        <w:t>vt 0.658257 0.005931</w:t>
        <w:br/>
        <w:t>vt 0.649280 0.005931</w:t>
        <w:br/>
        <w:t>vt 0.649231 0.017756</w:t>
        <w:br/>
        <w:t>vt 0.658109 0.017936</w:t>
        <w:br/>
        <w:t>vt 0.650339 0.052470</w:t>
        <w:br/>
        <w:t>vt 0.641941 0.044218</w:t>
        <w:br/>
        <w:t>vt 0.649980 0.062993</w:t>
        <w:br/>
        <w:t>vt 0.640651 0.074129</w:t>
        <w:br/>
        <w:t>vt 0.649738 0.074379</w:t>
        <w:br/>
        <w:t>vt 0.658596 0.085605</w:t>
        <w:br/>
        <w:t>vt 0.658825 0.074630</w:t>
        <w:br/>
        <w:t>vt 0.649573 0.085568</w:t>
        <w:br/>
        <w:t>vt 0.658326 0.096995</w:t>
        <w:br/>
        <w:t>vt 0.649418 0.097164</w:t>
        <w:br/>
        <w:t>vt 0.657956 0.108382</w:t>
        <w:br/>
        <w:t>vt 0.649166 0.108506</w:t>
        <w:br/>
        <w:t>vt 0.657751 0.118555</w:t>
        <w:br/>
        <w:t>vt 0.648850 0.118558</w:t>
        <w:br/>
        <w:t>vt 0.623998 0.005931</w:t>
        <w:br/>
        <w:t>vt 0.636586 0.074000</w:t>
        <w:br/>
        <w:t>vt 0.636529 0.085541</w:t>
        <w:br/>
        <w:t>vt 0.640549 0.085532</w:t>
        <w:br/>
        <w:t>vt 0.636444 0.097431</w:t>
        <w:br/>
        <w:t>vt 0.640509 0.097334</w:t>
        <w:br/>
        <w:t>vt 0.658342 0.027405</w:t>
        <w:br/>
        <w:t>vt 0.658516 0.036150</w:t>
        <w:br/>
        <w:t>vt 0.658079 0.130052</w:t>
        <w:br/>
        <w:t>vt 0.674528 0.107908</w:t>
        <w:br/>
        <w:t>vt 0.674528 0.074741</w:t>
        <w:br/>
        <w:t>vt 0.658877 0.063384</w:t>
        <w:br/>
        <w:t>vt 0.658905 0.052820</w:t>
        <w:br/>
        <w:t>vt 0.658728 0.044156</w:t>
        <w:br/>
        <w:t>vt 0.505701 0.069889</w:t>
        <w:br/>
        <w:t>vt 0.521628 0.069553</w:t>
        <w:br/>
        <w:t>vt 0.521118 0.086162</w:t>
        <w:br/>
        <w:t>vt 0.505701 0.087008</w:t>
        <w:br/>
        <w:t>vt 0.520964 0.029607</w:t>
        <w:br/>
        <w:t>vt 0.521476 0.041254</w:t>
        <w:br/>
        <w:t>vt 0.505701 0.041005</w:t>
        <w:br/>
        <w:t>vt 0.505701 0.028965</w:t>
        <w:br/>
        <w:t>vt 0.521610 0.054046</w:t>
        <w:br/>
        <w:t>vt 0.505701 0.054108</w:t>
        <w:br/>
        <w:t>vt 0.594768 0.085533</w:t>
        <w:br/>
        <w:t>vt 0.581116 0.085741</w:t>
        <w:br/>
        <w:t>vt 0.581342 0.070653</w:t>
        <w:br/>
        <w:t>vt 0.594720 0.071609</w:t>
        <w:br/>
        <w:t>vt 0.594592 0.098055</w:t>
        <w:br/>
        <w:t>vt 0.580904 0.098089</w:t>
        <w:br/>
        <w:t>vt 0.581412 0.055711</w:t>
        <w:br/>
        <w:t>vt 0.581330 0.041889</w:t>
        <w:br/>
        <w:t>vt 0.594587 0.042218</w:t>
        <w:br/>
        <w:t>vt 0.594733 0.056727</w:t>
        <w:br/>
        <w:t>vt 0.521062 0.118392</w:t>
        <w:br/>
        <w:t>vt 0.520798 0.108707</w:t>
        <w:br/>
        <w:t>vt 0.543484 0.108044</w:t>
        <w:br/>
        <w:t>vt 0.543939 0.117857</w:t>
        <w:br/>
        <w:t>vt 0.594780 0.018208</w:t>
        <w:br/>
        <w:t>vt 0.581626 0.018947</w:t>
        <w:br/>
        <w:t>vt 0.581387 0.005931</w:t>
        <w:br/>
        <w:t>vt 0.595010 0.005931</w:t>
        <w:br/>
        <w:t>vt 0.608834 0.072937</w:t>
        <w:br/>
        <w:t>vt 0.608839 0.085364</w:t>
        <w:br/>
        <w:t>vt 0.601803 0.085448</w:t>
        <w:br/>
        <w:t>vt 0.601777 0.072273</w:t>
        <w:br/>
        <w:t>vt 0.520245 0.018373</w:t>
        <w:br/>
        <w:t>vt 0.543100 0.019071</w:t>
        <w:br/>
        <w:t>vt 0.543552 0.030131</w:t>
        <w:br/>
        <w:t>vt 0.594401 0.108776</w:t>
        <w:br/>
        <w:t>vt 0.581104 0.108263</w:t>
        <w:br/>
        <w:t>vt 0.543184 0.098203</w:t>
        <w:br/>
        <w:t>vt 0.520633 0.098505</w:t>
        <w:br/>
        <w:t>vt 0.543546 0.085737</w:t>
        <w:br/>
        <w:t>vt 0.594566 0.118296</w:t>
        <w:br/>
        <w:t>vt 0.581323 0.117881</w:t>
        <w:br/>
        <w:t>vt 0.519238 0.005931</w:t>
        <w:br/>
        <w:t>vt 0.542189 0.005931</w:t>
        <w:br/>
        <w:t>vt 0.563603 0.085717</w:t>
        <w:br/>
        <w:t>vt 0.564047 0.070031</w:t>
        <w:br/>
        <w:t>vt 0.563387 0.098065</w:t>
        <w:br/>
        <w:t>vt 0.563637 0.107764</w:t>
        <w:br/>
        <w:t>vt 0.564008 0.117548</w:t>
        <w:br/>
        <w:t>vt 0.563765 0.019302</w:t>
        <w:br/>
        <w:t>vt 0.563220 0.005931</w:t>
        <w:br/>
        <w:t>vt 0.563993 0.054941</w:t>
        <w:br/>
        <w:t>vt 0.563770 0.041679</w:t>
        <w:br/>
        <w:t>vt 0.602286 0.042474</w:t>
        <w:br/>
        <w:t>vt 0.602448 0.057450</w:t>
        <w:br/>
        <w:t>vt 0.608772 0.017877</w:t>
        <w:br/>
        <w:t>vt 0.609373 0.029003</w:t>
        <w:br/>
        <w:t>vt 0.601898 0.029067</w:t>
        <w:br/>
        <w:t>vt 0.601776 0.018042</w:t>
        <w:br/>
        <w:t>vt 0.608099 0.108911</w:t>
        <w:br/>
        <w:t>vt 0.601250 0.108843</w:t>
        <w:br/>
        <w:t>vt 0.601516 0.097841</w:t>
        <w:br/>
        <w:t>vt 0.608441 0.097628</w:t>
        <w:br/>
        <w:t>vt 0.601881 0.005931</w:t>
        <w:br/>
        <w:t>vt 0.594423 0.029132</w:t>
        <w:br/>
        <w:t>vt 0.581397 0.029724</w:t>
        <w:br/>
        <w:t>vt 0.563829 0.030217</w:t>
        <w:br/>
        <w:t>vt 0.608046 0.118517</w:t>
        <w:br/>
        <w:t>vt 0.601306 0.118406</w:t>
        <w:br/>
        <w:t>vt 0.610163 0.058173</w:t>
        <w:br/>
        <w:t>vt 0.521787 0.130052</w:t>
        <w:br/>
        <w:t>vt 0.544731 0.130052</w:t>
        <w:br/>
        <w:t>vt 0.581638 0.130052</w:t>
        <w:br/>
        <w:t>vt 0.564616 0.130052</w:t>
        <w:br/>
        <w:t>vt 0.594737 0.130052</w:t>
        <w:br/>
        <w:t>vt 0.608389 0.130052</w:t>
        <w:br/>
        <w:t>vt 0.601563 0.130052</w:t>
        <w:br/>
        <w:t>vt 0.505701 0.130052</w:t>
        <w:br/>
        <w:t>vt 0.505701 0.117979</w:t>
        <w:br/>
        <w:t>vt 0.505701 0.108581</w:t>
        <w:br/>
        <w:t>vt 0.505701 0.098569</w:t>
        <w:br/>
        <w:t>vt 0.505701 0.017485</w:t>
        <w:br/>
        <w:t>vt 0.505701 0.005931</w:t>
        <w:br/>
        <w:t>vt 0.674528 0.036080</w:t>
        <w:br/>
        <w:t>vt 0.674528 0.027795</w:t>
        <w:br/>
        <w:t>vt 0.685848 0.027390</w:t>
        <w:br/>
        <w:t>vt 0.685848 0.035486</w:t>
        <w:br/>
        <w:t>vt 0.674528 0.005931</w:t>
        <w:br/>
        <w:t>vt 0.685848 0.005931</w:t>
        <w:br/>
        <w:t>vt 0.685848 0.018032</w:t>
        <w:br/>
        <w:t>vt 0.674528 0.018313</w:t>
        <w:br/>
        <w:t>vt 0.674528 0.096643</w:t>
        <w:br/>
        <w:t>vt 0.685848 0.097068</w:t>
        <w:br/>
        <w:t>vt 0.685848 0.108399</w:t>
        <w:br/>
        <w:t>vt 0.674528 0.107908</w:t>
        <w:br/>
        <w:t>vt 0.685848 0.118113</w:t>
        <w:br/>
        <w:t>vt 0.674528 0.118083</w:t>
        <w:br/>
        <w:t>vt 0.674528 0.085080</w:t>
        <w:br/>
        <w:t>vt 0.685848 0.085154</w:t>
        <w:br/>
        <w:t>vt 0.685848 0.063687</w:t>
        <w:br/>
        <w:t>vt 0.685848 0.074677</w:t>
        <w:br/>
        <w:t>vt 0.674528 0.074741</w:t>
        <w:br/>
        <w:t>vt 0.674528 0.063826</w:t>
        <w:br/>
        <w:t>vt 0.543783 0.041502</w:t>
        <w:br/>
        <w:t>vt 0.543984 0.054378</w:t>
        <w:br/>
        <w:t>vt 0.544074 0.069630</w:t>
        <w:br/>
        <w:t>vt 0.615648 0.118504</w:t>
        <w:br/>
        <w:t>vt 0.615653 0.108882</w:t>
        <w:br/>
        <w:t>vt 0.623618 0.019185</w:t>
        <w:br/>
        <w:t>vt 0.628910 0.026841</w:t>
        <w:br/>
        <w:t>vt 0.623247 0.027558</w:t>
        <w:br/>
        <w:t>vt 0.629720 0.051462</w:t>
        <w:br/>
        <w:t>vt 0.624594 0.060025</w:t>
        <w:br/>
        <w:t>vt 0.623875 0.050768</w:t>
        <w:br/>
        <w:t>vt 0.623918 0.097407</w:t>
        <w:br/>
        <w:t>vt 0.632378 0.097529</w:t>
        <w:br/>
        <w:t>vt 0.632018 0.108692</w:t>
        <w:br/>
        <w:t>vt 0.623371 0.108951</w:t>
        <w:br/>
        <w:t>vt 0.631748 0.118319</w:t>
        <w:br/>
        <w:t>vt 0.624337 0.085453</w:t>
        <w:br/>
        <w:t>vt 0.632509 0.085550</w:t>
        <w:br/>
        <w:t>vt 0.624414 0.073552</w:t>
        <w:br/>
        <w:t>vt 0.632521 0.073871</w:t>
        <w:br/>
        <w:t>vt 0.616618 0.073353</w:t>
        <w:br/>
        <w:t>vt 0.617409 0.059243</w:t>
        <w:br/>
        <w:t>vt 0.609986 0.042731</w:t>
        <w:br/>
        <w:t>vt 0.618421 0.050794</w:t>
        <w:br/>
        <w:t>vt 0.616318 0.005931</w:t>
        <w:br/>
        <w:t>vt 0.616172 0.018473</w:t>
        <w:br/>
        <w:t>vt 0.608752 0.005931</w:t>
        <w:br/>
        <w:t>vt 0.609663 0.035493</w:t>
        <w:br/>
        <w:t>vt 0.617332 0.032366</w:t>
        <w:br/>
        <w:t>vt 0.617448 0.035896</w:t>
        <w:br/>
        <w:t>vt 0.623163 0.032986</w:t>
        <w:br/>
        <w:t>vt 0.616879 0.027397</w:t>
        <w:br/>
        <w:t>vt 0.623598 0.043945</w:t>
        <w:br/>
        <w:t>vt 0.618140 0.043451</w:t>
        <w:br/>
        <w:t>vt 0.623221 0.035942</w:t>
        <w:br/>
        <w:t>vt 0.632136 0.005931</w:t>
        <w:br/>
        <w:t>vt 0.632452 0.018342</w:t>
        <w:br/>
        <w:t>vt 0.632828 0.061367</w:t>
        <w:br/>
        <w:t>vt 0.630266 0.044228</w:t>
        <w:br/>
        <w:t>vt 0.616463 0.085388</w:t>
        <w:br/>
        <w:t>vt 0.616008 0.097498</w:t>
        <w:br/>
        <w:t>vt 0.615968 0.130052</w:t>
        <w:br/>
        <w:t>vt 0.623643 0.130052</w:t>
        <w:br/>
        <w:t>vt 0.623442 0.118578</w:t>
        <w:br/>
        <w:t>vt 0.631871 0.130052</w:t>
        <w:br/>
        <w:t>vt 0.632151 0.051595</w:t>
        <w:br/>
        <w:t>vt 0.632659 0.044226</w:t>
        <w:br/>
        <w:t>vt 0.637750 0.044221</w:t>
        <w:br/>
        <w:t>vt 0.636805 0.051849</w:t>
        <w:br/>
        <w:t>vt 0.632967 0.027008</w:t>
        <w:br/>
        <w:t>vt 0.636725 0.027163</w:t>
        <w:br/>
        <w:t>vt 0.636626 0.029814</w:t>
        <w:br/>
        <w:t>vt 0.632968 0.029743</w:t>
        <w:br/>
        <w:t>vt 0.637351 0.018000</w:t>
        <w:br/>
        <w:t>vt 0.648850 0.118558</w:t>
        <w:br/>
        <w:t>vt 0.649094 0.130052</w:t>
        <w:br/>
        <w:t>vt 0.642528 0.130052</w:t>
        <w:br/>
        <w:t>vt 0.641938 0.118560</w:t>
        <w:br/>
        <w:t>vt 0.642721 0.005931</w:t>
        <w:br/>
        <w:t>vt 0.649280 0.005931</w:t>
        <w:br/>
        <w:t>vt 0.649231 0.017756</w:t>
        <w:br/>
        <w:t>vt 0.642726 0.017625</w:t>
        <w:br/>
        <w:t>vt 0.649245 0.027399</w:t>
        <w:br/>
        <w:t>vt 0.642341 0.027394</w:t>
        <w:br/>
        <w:t>vt 0.649558 0.036328</w:t>
        <w:br/>
        <w:t>vt 0.642204 0.031802</w:t>
        <w:br/>
        <w:t>vt 0.641941 0.044218</w:t>
        <w:br/>
        <w:t>vt 0.650334 0.044187</w:t>
        <w:br/>
        <w:t>vt 0.650339 0.052470</w:t>
        <w:br/>
        <w:t>vt 0.649980 0.062993</w:t>
        <w:br/>
        <w:t>vt 0.641084 0.062602</w:t>
        <w:br/>
        <w:t>vt 0.641773 0.052121</w:t>
        <w:br/>
        <w:t>vt 0.640651 0.074129</w:t>
        <w:br/>
        <w:t>vt 0.649738 0.074379</w:t>
        <w:br/>
        <w:t>vt 0.649573 0.085568</w:t>
        <w:br/>
        <w:t>vt 0.640549 0.085532</w:t>
        <w:br/>
        <w:t>vt 0.649418 0.097164</w:t>
        <w:br/>
        <w:t>vt 0.640888 0.097327</w:t>
        <w:br/>
        <w:t>vt 0.649166 0.108506</w:t>
        <w:br/>
        <w:t>vt 0.641551 0.108613</w:t>
        <w:br/>
        <w:t>vt 0.623998 0.005931</w:t>
        <w:br/>
        <w:t>vt 0.636586 0.074000</w:t>
        <w:br/>
        <w:t>vt 0.636956 0.061984</w:t>
        <w:br/>
        <w:t>vt 0.636529 0.085541</w:t>
        <w:br/>
        <w:t>vt 0.658516 0.036150</w:t>
        <w:br/>
        <w:t>vt 0.658342 0.027405</w:t>
        <w:br/>
        <w:t>vt 0.658109 0.017936</w:t>
        <w:br/>
        <w:t>vt 0.658257 0.005931</w:t>
        <w:br/>
        <w:t>vt 0.658079 0.130052</w:t>
        <w:br/>
        <w:t>vt 0.657751 0.118555</w:t>
        <w:br/>
        <w:t>vt 0.674528 0.130052</w:t>
        <w:br/>
        <w:t>vt 0.657956 0.108382</w:t>
        <w:br/>
        <w:t>vt 0.658326 0.096995</w:t>
        <w:br/>
        <w:t>vt 0.658596 0.085605</w:t>
        <w:br/>
        <w:t>vt 0.658825 0.074630</w:t>
        <w:br/>
        <w:t>vt 0.658877 0.063384</w:t>
        <w:br/>
        <w:t>vt 0.658905 0.052820</w:t>
        <w:br/>
        <w:t>vt 0.674528 0.053044</w:t>
        <w:br/>
        <w:t>vt 0.658728 0.044156</w:t>
        <w:br/>
        <w:t>vt 0.674528 0.043725</w:t>
        <w:br/>
        <w:t>vt 0.685848 0.108399</w:t>
        <w:br/>
        <w:t>vt 0.685848 0.074677</w:t>
        <w:br/>
        <w:t>vt 0.685848 0.130052</w:t>
        <w:br/>
        <w:t>vt 0.685848 0.043712</w:t>
        <w:br/>
        <w:t>vt 0.685848 0.052751</w:t>
        <w:br/>
        <w:t>vt 0.037318 0.797972</w:t>
        <w:br/>
        <w:t>vt 0.046178 0.799649</w:t>
        <w:br/>
        <w:t>vt 0.046178 0.793168</w:t>
        <w:br/>
        <w:t>vt 0.038261 0.793649</w:t>
        <w:br/>
        <w:t>vt 0.037971 0.791299</w:t>
        <w:br/>
        <w:t>vt 0.038156 0.792603</w:t>
        <w:br/>
        <w:t>vt 0.046178 0.790863</w:t>
        <w:br/>
        <w:t>vt 0.046178 0.788459</w:t>
        <w:br/>
        <w:t>vt 0.051455 0.386727</w:t>
        <w:br/>
        <w:t>vt 0.051455 0.382315</w:t>
        <w:br/>
        <w:t>vt 0.047435 0.383458</w:t>
        <w:br/>
        <w:t>vt 0.048499 0.388050</w:t>
        <w:br/>
        <w:t>vt 0.051455 0.372778</w:t>
        <w:br/>
        <w:t>vt 0.051455 0.369923</w:t>
        <w:br/>
        <w:t>vt 0.047694 0.369593</w:t>
        <w:br/>
        <w:t>vt 0.047116 0.373412</w:t>
        <w:br/>
        <w:t>vt 0.047335 0.380035</w:t>
        <w:br/>
        <w:t>vt 0.051455 0.376719</w:t>
        <w:br/>
        <w:t>vt 0.051455 0.365380</w:t>
        <w:br/>
        <w:t>vt 0.047613 0.366190</w:t>
        <w:br/>
        <w:t>vt 0.051455 0.361303</w:t>
        <w:br/>
        <w:t>vt 0.047659 0.362288</w:t>
        <w:br/>
        <w:t>vt 0.051455 0.356592</w:t>
        <w:br/>
        <w:t>vt 0.048042 0.359257</w:t>
        <w:br/>
        <w:t>vt 0.840111 0.133595</w:t>
        <w:br/>
        <w:t>vt 0.829615 0.133461</w:t>
        <w:br/>
        <w:t>vt 0.831268 0.136325</w:t>
        <w:br/>
        <w:t>vt 0.832063 0.147012</w:t>
        <w:br/>
        <w:t>vt 0.830973 0.151152</w:t>
        <w:br/>
        <w:t>vt 0.840818 0.150126</w:t>
        <w:br/>
        <w:t>vt 0.840780 0.140866</w:t>
        <w:br/>
        <w:t>vt 0.840111 0.133595</w:t>
        <w:br/>
        <w:t>vt 0.831268 0.136325</w:t>
        <w:br/>
        <w:t>vt 0.831901 0.138737</w:t>
        <w:br/>
        <w:t>vt 0.831339 0.154070</w:t>
        <w:br/>
        <w:t>vt 0.831077 0.158639</w:t>
        <w:br/>
        <w:t>vt 0.831728 0.165818</w:t>
        <w:br/>
        <w:t>vt 0.843212 0.164128</w:t>
        <w:br/>
        <w:t>vt 0.840818 0.150126</w:t>
        <w:br/>
        <w:t>vt 0.831339 0.154070</w:t>
        <w:br/>
        <w:t>vt 0.831077 0.158639</w:t>
        <w:br/>
        <w:t>vt 0.844599 0.174915</w:t>
        <w:br/>
        <w:t>vt 0.832416 0.172369</w:t>
        <w:br/>
        <w:t>vt 0.832482 0.175876</w:t>
        <w:br/>
        <w:t>vt 0.845475 0.181757</w:t>
        <w:br/>
        <w:t>vt 0.832904 0.182582</w:t>
        <w:br/>
        <w:t>vt 0.831795 0.190105</w:t>
        <w:br/>
        <w:t>vt 0.845543 0.189722</w:t>
        <w:br/>
        <w:t>vt 0.844865 0.199613</w:t>
        <w:br/>
        <w:t>vt 0.831258 0.196472</w:t>
        <w:br/>
        <w:t>vt 0.832799 0.199351</w:t>
        <w:br/>
        <w:t>vt 0.832648 0.205232</w:t>
        <w:br/>
        <w:t>vt 0.847934 0.206396</w:t>
        <w:br/>
        <w:t>vt 0.844865 0.199613</w:t>
        <w:br/>
        <w:t>vt 0.831963 0.201898</w:t>
        <w:br/>
        <w:t>vt 0.832799 0.199351</w:t>
        <w:br/>
        <w:t>vt 0.834668 0.219215</w:t>
        <w:br/>
        <w:t>vt 0.851638 0.219135</w:t>
        <w:br/>
        <w:t>vt 0.850524 0.212291</w:t>
        <w:br/>
        <w:t>vt 0.833908 0.211571</w:t>
        <w:br/>
        <w:t>vt 0.832020 0.142665</w:t>
        <w:br/>
        <w:t>vt 0.829131 0.132643</w:t>
        <w:br/>
        <w:t>vt 0.829615 0.133461</w:t>
        <w:br/>
        <w:t>vt 0.829354 0.130507</w:t>
        <w:br/>
        <w:t>vt 0.823396 0.210430</w:t>
        <w:br/>
        <w:t>vt 0.823396 0.219826</w:t>
        <w:br/>
        <w:t>vt 0.823396 0.205519</w:t>
        <w:br/>
        <w:t>vt 0.823396 0.202532</w:t>
        <w:br/>
        <w:t>vt 0.823396 0.198568</w:t>
        <w:br/>
        <w:t>vt 0.823396 0.195144</w:t>
        <w:br/>
        <w:t>vt 0.823396 0.198568</w:t>
        <w:br/>
        <w:t>vt 0.823396 0.189958</w:t>
        <w:br/>
        <w:t>vt 0.823396 0.183885</w:t>
        <w:br/>
        <w:t>vt 0.823396 0.176315</w:t>
        <w:br/>
        <w:t>vt 0.823396 0.173677</w:t>
        <w:br/>
        <w:t>vt 0.823396 0.176315</w:t>
        <w:br/>
        <w:t>vt 0.832482 0.175876</w:t>
        <w:br/>
        <w:t>vt 0.823396 0.166621</w:t>
        <w:br/>
        <w:t>vt 0.823396 0.161294</w:t>
        <w:br/>
        <w:t>vt 0.823396 0.155676</w:t>
        <w:br/>
        <w:t>vt 0.823396 0.161294</w:t>
        <w:br/>
        <w:t>vt 0.823396 0.152550</w:t>
        <w:br/>
        <w:t>vt 0.823396 0.155676</w:t>
        <w:br/>
        <w:t>vt 0.823396 0.148780</w:t>
        <w:br/>
        <w:t>vt 0.823396 0.144318</w:t>
        <w:br/>
        <w:t>vt 0.823396 0.139865</w:t>
        <w:br/>
        <w:t>vt 0.823396 0.136831</w:t>
        <w:br/>
        <w:t>vt 0.823396 0.136831</w:t>
        <w:br/>
        <w:t>vt 0.823396 0.134416</w:t>
        <w:br/>
        <w:t>vt 0.823396 0.133736</w:t>
        <w:br/>
        <w:t>vt 0.823396 0.131034</w:t>
        <w:br/>
        <w:t>vt 0.823396 0.133736</w:t>
        <w:br/>
        <w:t>vt 0.826319 0.128967</w:t>
        <w:br/>
        <w:t>vt 0.830279 0.128031</w:t>
        <w:br/>
        <w:t>vt 0.834134 0.128331</w:t>
        <w:br/>
        <w:t>vt 0.840127 0.129957</w:t>
        <w:br/>
        <w:t>vt 0.049397 0.392046</w:t>
        <w:br/>
        <w:t>vt 0.048499 0.388050</w:t>
        <w:br/>
        <w:t>vt 0.048391 0.392674</w:t>
        <w:br/>
        <w:t>vt 0.051455 0.389810</w:t>
        <w:br/>
        <w:t>vt 0.392299 0.208402</w:t>
        <w:br/>
        <w:t>vt 0.389463 0.222634</w:t>
        <w:br/>
        <w:t>vt 0.399233 0.221969</w:t>
        <w:br/>
        <w:t>vt 0.399233 0.207696</w:t>
        <w:br/>
        <w:t>vt 0.399233 0.239403</w:t>
        <w:br/>
        <w:t>vt 0.387456 0.237631</w:t>
        <w:br/>
        <w:t>vt 0.385111 0.222051</w:t>
        <w:br/>
        <w:t>vt 0.389770 0.208192</w:t>
        <w:br/>
        <w:t>vt 0.377467 0.207145</w:t>
        <w:br/>
        <w:t>vt 0.371056 0.215706</w:t>
        <w:br/>
        <w:t>vt 0.387408 0.222385</w:t>
        <w:br/>
        <w:t>vt 0.374535 0.227664</w:t>
        <w:br/>
        <w:t>vt 0.383600 0.238077</w:t>
        <w:br/>
        <w:t>vt 0.379750 0.237648</w:t>
        <w:br/>
        <w:t>vt 0.365598 0.207085</w:t>
        <w:br/>
        <w:t>vt 0.359022 0.219566</w:t>
        <w:br/>
        <w:t>vt 0.362763 0.224847</w:t>
        <w:br/>
        <w:t>vt 0.352751 0.213743</w:t>
        <w:br/>
        <w:t>vt 0.358482 0.200232</w:t>
        <w:br/>
        <w:t>vt 0.296269 0.198438</w:t>
        <w:br/>
        <w:t>vt 0.298600 0.183472</w:t>
        <w:br/>
        <w:t>vt 0.288197 0.180426</w:t>
        <w:br/>
        <w:t>vt 0.267449 0.236089</w:t>
        <w:br/>
        <w:t>vt 0.285766 0.233119</w:t>
        <w:br/>
        <w:t>vt 0.272253 0.222291</w:t>
        <w:br/>
        <w:t>vt 0.285421 0.193256</w:t>
        <w:br/>
        <w:t>vt 0.281742 0.201930</w:t>
        <w:br/>
        <w:t>vt 0.289488 0.218000</w:t>
        <w:br/>
        <w:t>vt 0.280453 0.238744</w:t>
        <w:br/>
        <w:t>vt 0.274504 0.255925</w:t>
        <w:br/>
        <w:t>vt 0.280071 0.251858</w:t>
        <w:br/>
        <w:t>vt 0.263927 0.250562</w:t>
        <w:br/>
        <w:t>vt 0.265437 0.267679</w:t>
        <w:br/>
        <w:t>vt 0.274029 0.267904</w:t>
        <w:br/>
        <w:t>vt 0.343868 0.208722</w:t>
        <w:br/>
        <w:t>vt 0.347167 0.195924</w:t>
        <w:br/>
        <w:t>vt 0.312658 0.187165</w:t>
        <w:br/>
        <w:t>vt 0.311592 0.192517</w:t>
        <w:br/>
        <w:t>vt 0.325192 0.190439</w:t>
        <w:br/>
        <w:t>vt 0.325012 0.209017</w:t>
        <w:br/>
        <w:t>vt 0.315749 0.210759</w:t>
        <w:br/>
        <w:t>vt 0.303575 0.214045</w:t>
        <w:br/>
        <w:t>vt 0.287766 0.250187</w:t>
        <w:br/>
        <w:t>vt 0.294505 0.245301</w:t>
        <w:br/>
        <w:t>vt 0.308643 0.226333</w:t>
        <w:br/>
        <w:t>vt 0.317312 0.223886</w:t>
        <w:br/>
        <w:t>vt 0.291684 0.171671</w:t>
        <w:br/>
        <w:t>vt 0.295960 0.165754</w:t>
        <w:br/>
        <w:t>vt 0.294250 0.164431</w:t>
        <w:br/>
        <w:t>vt 0.304521 0.167613</w:t>
        <w:br/>
        <w:t>vt 0.298767 0.175183</w:t>
        <w:br/>
        <w:t>vt 0.303792 0.176215</w:t>
        <w:br/>
        <w:t>vt 0.309375 0.167271</w:t>
        <w:br/>
        <w:t>vt 0.291684 0.171671</w:t>
        <w:br/>
        <w:t>vt 0.297008 0.166216</w:t>
        <w:br/>
        <w:t>vt 0.295960 0.165754</w:t>
        <w:br/>
        <w:t>vt 0.307132 0.176341</w:t>
        <w:br/>
        <w:t>vt 0.311974 0.167681</w:t>
        <w:br/>
        <w:t>vt 0.316723 0.167790</w:t>
        <w:br/>
        <w:t>vt 0.310097 0.178186</w:t>
        <w:br/>
        <w:t>vt 0.322288 0.182742</w:t>
        <w:br/>
        <w:t>vt 0.325905 0.169429</w:t>
        <w:br/>
        <w:t>vt 0.311974 0.167681</w:t>
        <w:br/>
        <w:t>vt 0.307132 0.176341</w:t>
        <w:br/>
        <w:t>vt 0.310097 0.178186</w:t>
        <w:br/>
        <w:t>vt 0.316723 0.167790</w:t>
        <w:br/>
        <w:t>vt 0.336236 0.185810</w:t>
        <w:br/>
        <w:t>vt 0.338760 0.170450</w:t>
        <w:br/>
        <w:t>vt 0.334657 0.170414</w:t>
        <w:br/>
        <w:t>vt 0.345826 0.187739</w:t>
        <w:br/>
        <w:t>vt 0.347183 0.171171</w:t>
        <w:br/>
        <w:t>vt 0.357434 0.188059</w:t>
        <w:br/>
        <w:t>vt 0.358079 0.170119</w:t>
        <w:br/>
        <w:t>vt 0.338760 0.170450</w:t>
        <w:br/>
        <w:t>vt 0.369230 0.187050</w:t>
        <w:br/>
        <w:t>vt 0.372627 0.186743</w:t>
        <w:br/>
        <w:t>vt 0.371054 0.171360</w:t>
        <w:br/>
        <w:t>vt 0.367648 0.169330</w:t>
        <w:br/>
        <w:t>vt 0.375957 0.188739</w:t>
        <w:br/>
        <w:t>vt 0.381331 0.191720</w:t>
        <w:br/>
        <w:t>vt 0.379687 0.171265</w:t>
        <w:br/>
        <w:t>vt 0.373983 0.170462</w:t>
        <w:br/>
        <w:t>vt 0.372627 0.186743</w:t>
        <w:br/>
        <w:t>vt 0.371054 0.171360</w:t>
        <w:br/>
        <w:t>vt 0.389508 0.195574</w:t>
        <w:br/>
        <w:t>vt 0.399233 0.198162</w:t>
        <w:br/>
        <w:t>vt 0.399233 0.173995</w:t>
        <w:br/>
        <w:t>vt 0.389059 0.172847</w:t>
        <w:br/>
        <w:t>vt 0.294628 0.172681</w:t>
        <w:br/>
        <w:t>vt 0.300187 0.166847</w:t>
        <w:br/>
        <w:t>vt 0.294250 0.164431</w:t>
        <w:br/>
        <w:t>vt 0.292960 0.163843</w:t>
        <w:br/>
        <w:t>vt 0.290690 0.163559</w:t>
        <w:br/>
        <w:t>vt 0.289606 0.171165</w:t>
        <w:br/>
        <w:t>vt 0.399233 0.160857</w:t>
        <w:br/>
        <w:t>vt 0.387575 0.160857</w:t>
        <w:br/>
        <w:t>vt 0.380202 0.160857</w:t>
        <w:br/>
        <w:t>vt 0.375338 0.160857</w:t>
        <w:br/>
        <w:t>vt 0.375338 0.160857</w:t>
        <w:br/>
        <w:t>vt 0.370070 0.160857</w:t>
        <w:br/>
        <w:t>vt 0.370070 0.160857</w:t>
        <w:br/>
        <w:t>vt 0.365506 0.160857</w:t>
        <w:br/>
        <w:t>vt 0.365506 0.160857</w:t>
        <w:br/>
        <w:t>vt 0.357892 0.160857</w:t>
        <w:br/>
        <w:t>vt 0.349072 0.160857</w:t>
        <w:br/>
        <w:t>vt 0.339851 0.160857</w:t>
        <w:br/>
        <w:t>vt 0.339851 0.160857</w:t>
        <w:br/>
        <w:t>vt 0.336648 0.160857</w:t>
        <w:br/>
        <w:t>vt 0.327135 0.160857</w:t>
        <w:br/>
        <w:t>vt 0.320078 0.160857</w:t>
        <w:br/>
        <w:t>vt 0.320078 0.160857</w:t>
        <w:br/>
        <w:t>vt 0.314031 0.160857</w:t>
        <w:br/>
        <w:t>vt 0.314031 0.160857</w:t>
        <w:br/>
        <w:t>vt 0.310905 0.160857</w:t>
        <w:br/>
        <w:t>vt 0.306683 0.160857</w:t>
        <w:br/>
        <w:t>vt 0.302302 0.160857</w:t>
        <w:br/>
        <w:t>vt 0.298699 0.160857</w:t>
        <w:br/>
        <w:t>vt 0.297078 0.160857</w:t>
        <w:br/>
        <w:t>vt 0.297078 0.160857</w:t>
        <w:br/>
        <w:t>vt 0.295574 0.160857</w:t>
        <w:br/>
        <w:t>vt 0.294801 0.160857</w:t>
        <w:br/>
        <w:t>vt 0.292405 0.159618</w:t>
        <w:br/>
        <w:t>vt 0.294801 0.160857</w:t>
        <w:br/>
        <w:t>vt 0.290078 0.161198</w:t>
        <w:br/>
        <w:t>vt 0.288343 0.163933</w:t>
        <w:br/>
        <w:t>vt 0.287636 0.166887</w:t>
        <w:br/>
        <w:t>vt 0.287370 0.170423</w:t>
        <w:br/>
        <w:t>vt 0.337606 0.192995</w:t>
        <w:br/>
        <w:t>vt 0.336236 0.185810</w:t>
        <w:br/>
        <w:t>vt 0.322288 0.182742</w:t>
        <w:br/>
        <w:t>vt 0.375957 0.188739</w:t>
        <w:br/>
        <w:t>vt 0.365553 0.201204</w:t>
        <w:br/>
        <w:t>vt 0.357434 0.188059</w:t>
        <w:br/>
        <w:t>vt 0.345826 0.187739</w:t>
        <w:br/>
        <w:t>vt 0.988778 0.661754</w:t>
        <w:br/>
        <w:t>vt 0.988778 0.644478</w:t>
        <w:br/>
        <w:t>vt 0.985718 0.644717</w:t>
        <w:br/>
        <w:t>vt 0.985718 0.661564</w:t>
        <w:br/>
        <w:t>vt 0.988778 0.638729</w:t>
        <w:br/>
        <w:t>vt 0.988778 0.632692</w:t>
        <w:br/>
        <w:t>vt 0.985718 0.632729</w:t>
        <w:br/>
        <w:t>vt 0.985718 0.638788</w:t>
        <w:br/>
        <w:t>vt 0.987672 0.218672</w:t>
        <w:br/>
        <w:t>vt 0.984721 0.218683</w:t>
        <w:br/>
        <w:t>vt 0.984721 0.233751</w:t>
        <w:br/>
        <w:t>vt 0.987672 0.233788</w:t>
        <w:br/>
        <w:t>vt 0.987672 0.172452</w:t>
        <w:br/>
        <w:t>vt 0.984721 0.172390</w:t>
        <w:br/>
        <w:t>vt 0.984721 0.186269</w:t>
        <w:br/>
        <w:t>vt 0.987672 0.186322</w:t>
        <w:br/>
        <w:t>vt 0.984721 0.208397</w:t>
        <w:br/>
        <w:t>vt 0.987672 0.208006</w:t>
        <w:br/>
        <w:t>vt 0.987672 0.158375</w:t>
        <w:br/>
        <w:t>vt 0.984721 0.158322</w:t>
        <w:br/>
        <w:t>vt 0.987672 0.142977</w:t>
        <w:br/>
        <w:t>vt 0.984721 0.142945</w:t>
        <w:br/>
        <w:t>vt 0.987672 0.133481</w:t>
        <w:br/>
        <w:t>vt 0.984721 0.133452</w:t>
        <w:br/>
        <w:t>vt 0.987672 0.391540</w:t>
        <w:br/>
        <w:t>vt 0.984721 0.391304</w:t>
        <w:br/>
        <w:t>vt 0.984721 0.406242</w:t>
        <w:br/>
        <w:t>vt 0.987672 0.407177</w:t>
        <w:br/>
        <w:t>vt 0.987672 0.382822</w:t>
        <w:br/>
        <w:t>vt 0.984721 0.382705</w:t>
        <w:br/>
        <w:t>vt 0.987672 0.377168</w:t>
        <w:br/>
        <w:t>vt 0.984721 0.377151</w:t>
        <w:br/>
        <w:t>vt 0.984721 0.369628</w:t>
        <w:br/>
        <w:t>vt 0.984721 0.377151</w:t>
        <w:br/>
        <w:t>vt 0.987672 0.369509</w:t>
        <w:br/>
        <w:t>vt 0.987672 0.362772</w:t>
        <w:br/>
        <w:t>vt 0.984721 0.363005</w:t>
        <w:br/>
        <w:t>vt 0.984721 0.369628</w:t>
        <w:br/>
        <w:t>vt 0.987672 0.369509</w:t>
        <w:br/>
        <w:t>vt 0.984721 0.354310</w:t>
        <w:br/>
        <w:t>vt 0.984721 0.363005</w:t>
        <w:br/>
        <w:t>vt 0.987672 0.354305</w:t>
        <w:br/>
        <w:t>vt 0.987672 0.345309</w:t>
        <w:br/>
        <w:t>vt 0.984721 0.345353</w:t>
        <w:br/>
        <w:t>vt 0.984721 0.334893</w:t>
        <w:br/>
        <w:t>vt 0.987672 0.334566</w:t>
        <w:br/>
        <w:t>vt 0.987672 0.332236</w:t>
        <w:br/>
        <w:t>vt 0.984721 0.332321</w:t>
        <w:br/>
        <w:t>vt 0.987672 0.320994</w:t>
        <w:br/>
        <w:t>vt 0.984721 0.320866</w:t>
        <w:br/>
        <w:t>vt 0.987672 0.312226</w:t>
        <w:br/>
        <w:t>vt 0.984721 0.312151</w:t>
        <w:br/>
        <w:t>vt 0.984721 0.303342</w:t>
        <w:br/>
        <w:t>vt 0.984721 0.312151</w:t>
        <w:br/>
        <w:t>vt 0.987672 0.303251</w:t>
        <w:br/>
        <w:t>vt 0.987672 0.298741</w:t>
        <w:br/>
        <w:t>vt 0.984721 0.298788</w:t>
        <w:br/>
        <w:t>vt 0.984721 0.303342</w:t>
        <w:br/>
        <w:t>vt 0.987672 0.303251</w:t>
        <w:br/>
        <w:t>vt 0.984721 0.292382</w:t>
        <w:br/>
        <w:t>vt 0.987672 0.292411</w:t>
        <w:br/>
        <w:t>vt 0.987672 0.285919</w:t>
        <w:br/>
        <w:t>vt 0.984721 0.285796</w:t>
        <w:br/>
        <w:t>vt 0.984721 0.280157</w:t>
        <w:br/>
        <w:t>vt 0.987672 0.280294</w:t>
        <w:br/>
        <w:t>vt 0.987672 0.277066</w:t>
        <w:br/>
        <w:t>vt 0.984721 0.276946</w:t>
        <w:br/>
        <w:t>vt 0.987672 0.272571</w:t>
        <w:br/>
        <w:t>vt 0.984721 0.272298</w:t>
        <w:br/>
        <w:t>vt 0.987672 0.270850</w:t>
        <w:br/>
        <w:t>vt 0.984721 0.270954</w:t>
        <w:br/>
        <w:t>vt 0.984721 0.266367</w:t>
        <w:br/>
        <w:t>vt 0.987672 0.266388</w:t>
        <w:br/>
        <w:t>vt 0.984721 0.262839</w:t>
        <w:br/>
        <w:t>vt 0.987672 0.262838</w:t>
        <w:br/>
        <w:t>vt 0.987672 0.258913</w:t>
        <w:br/>
        <w:t>vt 0.984721 0.258918</w:t>
        <w:br/>
        <w:t>vt 0.987672 0.254930</w:t>
        <w:br/>
        <w:t>vt 0.984721 0.254994</w:t>
        <w:br/>
        <w:t>vt 0.984721 0.248590</w:t>
        <w:br/>
        <w:t>vt 0.987672 0.248754</w:t>
        <w:br/>
        <w:t>vt 0.051455 0.354539</w:t>
        <w:br/>
        <w:t>vt 0.048292 0.357684</w:t>
        <w:br/>
        <w:t>vt 0.987672 0.129147</w:t>
        <w:br/>
        <w:t>vt 0.984721 0.129016</w:t>
        <w:br/>
        <w:t>vt 0.274326 0.291682</w:t>
        <w:br/>
        <w:t>vt 0.281262 0.290864</w:t>
        <w:br/>
        <w:t>vt 0.277183 0.284226</w:t>
        <w:br/>
        <w:t>vt 0.271626 0.284663</w:t>
        <w:br/>
        <w:t>vt 0.051455 0.351385</w:t>
        <w:br/>
        <w:t>vt 0.048512 0.356007</w:t>
        <w:br/>
        <w:t>vt 0.987672 0.125042</w:t>
        <w:br/>
        <w:t>vt 0.984721 0.125109</w:t>
        <w:br/>
        <w:t>vt 0.293804 0.304415</w:t>
        <w:br/>
        <w:t>vt 0.334048 0.208375</w:t>
        <w:br/>
        <w:t>vt 0.985131 0.516566</w:t>
        <w:br/>
        <w:t>vt 0.985131 0.521984</w:t>
        <w:br/>
        <w:t>vt 0.987247 0.521732</w:t>
        <w:br/>
        <w:t>vt 0.987247 0.516691</w:t>
        <w:br/>
        <w:t>vt 0.985131 0.526568</w:t>
        <w:br/>
        <w:t>vt 0.987247 0.526220</w:t>
        <w:br/>
        <w:t>vt 0.985131 0.529696</w:t>
        <w:br/>
        <w:t>vt 0.987247 0.529789</w:t>
        <w:br/>
        <w:t>vt 0.985131 0.534361</w:t>
        <w:br/>
        <w:t>vt 0.987247 0.534465</w:t>
        <w:br/>
        <w:t>vt 0.985131 0.540142</w:t>
        <w:br/>
        <w:t>vt 0.987247 0.540095</w:t>
        <w:br/>
        <w:t>vt 0.985131 0.544507</w:t>
        <w:br/>
        <w:t>vt 0.987247 0.544514</w:t>
        <w:br/>
        <w:t>vt 0.987247 0.549617</w:t>
        <w:br/>
        <w:t>vt 0.985131 0.549626</w:t>
        <w:br/>
        <w:t>vt 0.985131 0.555715</w:t>
        <w:br/>
        <w:t>vt 0.987247 0.555690</w:t>
        <w:br/>
        <w:t>vt 0.067162 0.021412</w:t>
        <w:br/>
        <w:t>vt 0.071753 0.021370</w:t>
        <w:br/>
        <w:t>vt 0.071903 0.018676</w:t>
        <w:br/>
        <w:t>vt 0.067312 0.018718</w:t>
        <w:br/>
        <w:t>vt 0.985131 0.560496</w:t>
        <w:br/>
        <w:t>vt 0.987247 0.560454</w:t>
        <w:br/>
        <w:t>vt 0.266241 0.307259</w:t>
        <w:br/>
        <w:t>vt 0.277135 0.307291</w:t>
        <w:br/>
        <w:t>vt 0.274824 0.301796</w:t>
        <w:br/>
        <w:t>vt 0.281043 0.311858</w:t>
        <w:br/>
        <w:t>vt 0.266241 0.314395</w:t>
        <w:br/>
        <w:t>vt 0.266241 0.322838</w:t>
        <w:br/>
        <w:t>vt 0.283402 0.314312</w:t>
        <w:br/>
        <w:t>vt 0.273358 0.327331</w:t>
        <w:br/>
        <w:t>vt 0.284346 0.316207</w:t>
        <w:br/>
        <w:t>vt 0.285329 0.317684</w:t>
        <w:br/>
        <w:t>vt 0.288742 0.323304</w:t>
        <w:br/>
        <w:t>vt 0.287108 0.319897</w:t>
        <w:br/>
        <w:t>vt 0.276064 0.331387</w:t>
        <w:br/>
        <w:t>vt 0.289717 0.325643</w:t>
        <w:br/>
        <w:t>vt 0.291069 0.329385</w:t>
        <w:br/>
        <w:t>vt 0.279182 0.337422</w:t>
        <w:br/>
        <w:t>vt 0.292560 0.333776</w:t>
        <w:br/>
        <w:t>vt 0.281493 0.342603</w:t>
        <w:br/>
        <w:t>vt 0.294384 0.337296</w:t>
        <w:br/>
        <w:t>vt 0.296578 0.339113</w:t>
        <w:br/>
        <w:t>vt 0.284649 0.344048</w:t>
        <w:br/>
        <w:t>vt 0.299428 0.340380</w:t>
        <w:br/>
        <w:t>vt 0.302019 0.341129</w:t>
        <w:br/>
        <w:t>vt 0.284649 0.344048</w:t>
        <w:br/>
        <w:t>vt 0.286527 0.347613</w:t>
        <w:br/>
        <w:t>vt 0.305113 0.344411</w:t>
        <w:br/>
        <w:t>vt 0.287505 0.352180</w:t>
        <w:br/>
        <w:t>vt 0.307808 0.349941</w:t>
        <w:br/>
        <w:t>vt 0.288324 0.357010</w:t>
        <w:br/>
        <w:t>vt 0.308848 0.355357</w:t>
        <w:br/>
        <w:t>vt 0.288974 0.361202</w:t>
        <w:br/>
        <w:t>vt 0.308971 0.359755</w:t>
        <w:br/>
        <w:t>vt 0.288889 0.364193</w:t>
        <w:br/>
        <w:t>vt 0.308670 0.362205</w:t>
        <w:br/>
        <w:t>vt 0.307643 0.363663</w:t>
        <w:br/>
        <w:t>vt 0.306227 0.365023</w:t>
        <w:br/>
        <w:t>vt 0.287289 0.366764</w:t>
        <w:br/>
        <w:t>vt 0.305013 0.366721</w:t>
        <w:br/>
        <w:t>vt 0.286300 0.370468</w:t>
        <w:br/>
        <w:t>vt 0.304528 0.368796</w:t>
        <w:br/>
        <w:t>vt 0.286448 0.374045</w:t>
        <w:br/>
        <w:t>vt 0.305238 0.371424</w:t>
        <w:br/>
        <w:t>vt 0.287113 0.377236</w:t>
        <w:br/>
        <w:t>vt 0.306632 0.373887</w:t>
        <w:br/>
        <w:t>vt 0.289114 0.380340</w:t>
        <w:br/>
        <w:t>vt 0.308584 0.376070</w:t>
        <w:br/>
        <w:t>vt 0.310790 0.378068</w:t>
        <w:br/>
        <w:t>vt 0.291384 0.381757</w:t>
        <w:br/>
        <w:t>vt 0.312827 0.379694</w:t>
        <w:br/>
        <w:t>vt 0.292073 0.383197</w:t>
        <w:br/>
        <w:t>vt 0.314058 0.381339</w:t>
        <w:br/>
        <w:t>vt 0.291808 0.385734</w:t>
        <w:br/>
        <w:t>vt 0.314195 0.383770</w:t>
        <w:br/>
        <w:t>vt 0.290978 0.389086</w:t>
        <w:br/>
        <w:t>vt 0.313731 0.387452</w:t>
        <w:br/>
        <w:t>vt 0.290178 0.392466</w:t>
        <w:br/>
        <w:t>vt 0.313287 0.391200</w:t>
        <w:br/>
        <w:t>vt 0.312859 0.393475</w:t>
        <w:br/>
        <w:t>vt 0.289015 0.394984</w:t>
        <w:br/>
        <w:t>vt 0.312426 0.394863</w:t>
        <w:br/>
        <w:t>vt 0.311837 0.396706</w:t>
        <w:br/>
        <w:t>vt 0.287673 0.398053</w:t>
        <w:br/>
        <w:t>vt 0.311320 0.398867</w:t>
        <w:br/>
        <w:t>vt 0.287373 0.402373</w:t>
        <w:br/>
        <w:t>vt 0.311085 0.401324</w:t>
        <w:br/>
        <w:t>vt 0.287993 0.406718</w:t>
        <w:br/>
        <w:t>vt 0.311736 0.404554</w:t>
        <w:br/>
        <w:t>vt 0.288895 0.410786</w:t>
        <w:br/>
        <w:t>vt 0.312759 0.407719</w:t>
        <w:br/>
        <w:t>vt 0.289752 0.412942</w:t>
        <w:br/>
        <w:t>vt 0.313624 0.410024</w:t>
        <w:br/>
        <w:t>vt 0.290704 0.414638</w:t>
        <w:br/>
        <w:t>vt 0.314555 0.411627</w:t>
        <w:br/>
        <w:t>vt 0.315454 0.412886</w:t>
        <w:br/>
        <w:t>vt 0.291264 0.417276</w:t>
        <w:br/>
        <w:t>vt 0.316789 0.415005</w:t>
        <w:br/>
        <w:t>vt 0.291365 0.422648</w:t>
        <w:br/>
        <w:t>vt 0.318113 0.418335</w:t>
        <w:br/>
        <w:t>vt 0.318764 0.422544</w:t>
        <w:br/>
        <w:t>vt 0.291303 0.430641</w:t>
        <w:br/>
        <w:t>vt 0.318304 0.427618</w:t>
        <w:br/>
        <w:t>vt 0.317300 0.431697</w:t>
        <w:br/>
        <w:t>vt 0.290634 0.434583</w:t>
        <w:br/>
        <w:t>vt 0.316271 0.433649</w:t>
        <w:br/>
        <w:t>vt 0.315269 0.435082</w:t>
        <w:br/>
        <w:t>vt 0.314268 0.437020</w:t>
        <w:br/>
        <w:t>vt 0.289526 0.437094</w:t>
        <w:br/>
        <w:t>vt 0.313279 0.439177</w:t>
        <w:br/>
        <w:t>vt 0.312115 0.441183</w:t>
        <w:br/>
        <w:t>vt 0.288539 0.441444</w:t>
        <w:br/>
        <w:t>vt 0.311166 0.443515</w:t>
        <w:br/>
        <w:t>vt 0.288517 0.445451</w:t>
        <w:br/>
        <w:t>vt 0.310953 0.446000</w:t>
        <w:br/>
        <w:t>vt 0.288823 0.447679</w:t>
        <w:br/>
        <w:t>vt 0.311295 0.448327</w:t>
        <w:br/>
        <w:t>vt 0.289236 0.449385</w:t>
        <w:br/>
        <w:t>vt 0.311906 0.450344</w:t>
        <w:br/>
        <w:t>vt 0.289498 0.450717</w:t>
        <w:br/>
        <w:t>vt 0.312346 0.451980</w:t>
        <w:br/>
        <w:t>vt 0.289486 0.453307</w:t>
        <w:br/>
        <w:t>vt 0.312335 0.454398</w:t>
        <w:br/>
        <w:t>vt 0.311828 0.458429</w:t>
        <w:br/>
        <w:t>vt 0.289284 0.457241</w:t>
        <w:br/>
        <w:t>vt 0.310299 0.462757</w:t>
        <w:br/>
        <w:t>vt 0.288724 0.461407</w:t>
        <w:br/>
        <w:t>vt 0.308228 0.466615</w:t>
        <w:br/>
        <w:t>vt 0.287888 0.465182</w:t>
        <w:br/>
        <w:t>vt 0.305697 0.469117</w:t>
        <w:br/>
        <w:t>vt 0.286749 0.467574</w:t>
        <w:br/>
        <w:t>vt 0.304049 0.471645</w:t>
        <w:br/>
        <w:t>vt 0.305697 0.469117</w:t>
        <w:br/>
        <w:t>vt 0.286749 0.467574</w:t>
        <w:br/>
        <w:t>vt 0.286001 0.469850</w:t>
        <w:br/>
        <w:t>vt 0.285488 0.473026</w:t>
        <w:br/>
        <w:t>vt 0.302682 0.475275</w:t>
        <w:br/>
        <w:t>vt 0.284372 0.477552</w:t>
        <w:br/>
        <w:t>vt 0.300963 0.479295</w:t>
        <w:br/>
        <w:t>vt 0.284372 0.477552</w:t>
        <w:br/>
        <w:t>vt 0.283100 0.481301</w:t>
        <w:br/>
        <w:t>vt 0.299118 0.484558</w:t>
        <w:br/>
        <w:t>vt 0.300003 0.482342</w:t>
        <w:br/>
        <w:t>vt 0.295280 0.495177</w:t>
        <w:br/>
        <w:t>vt 0.296299 0.491241</w:t>
        <w:br/>
        <w:t>vt 0.281551 0.484944</w:t>
        <w:br/>
        <w:t>vt 0.280452 0.489361</w:t>
        <w:br/>
        <w:t>vt 0.278828 0.492471</w:t>
        <w:br/>
        <w:t>vt 0.292492 0.499011</w:t>
        <w:br/>
        <w:t>vt 0.266241 0.336683</w:t>
        <w:br/>
        <w:t>vt 0.273358 0.327331</w:t>
        <w:br/>
        <w:t>vt 0.266241 0.336683</w:t>
        <w:br/>
        <w:t>vt 0.266241 0.344216</w:t>
        <w:br/>
        <w:t>vt 0.266241 0.349284</w:t>
        <w:br/>
        <w:t>vt 0.266241 0.355878</w:t>
        <w:br/>
        <w:t>vt 0.266241 0.365161</w:t>
        <w:br/>
        <w:t>vt 0.266241 0.370902</w:t>
        <w:br/>
        <w:t>vt 0.266241 0.377738</w:t>
        <w:br/>
        <w:t>vt 0.266241 0.383959</w:t>
        <w:br/>
        <w:t>vt 0.266241 0.395650</w:t>
        <w:br/>
        <w:t>vt 0.266241 0.406704</w:t>
        <w:br/>
        <w:t>vt 0.266241 0.413973</w:t>
        <w:br/>
        <w:t>vt 0.266241 0.420980</w:t>
        <w:br/>
        <w:t>vt 0.266241 0.430594</w:t>
        <w:br/>
        <w:t>vt 0.266241 0.439470</w:t>
        <w:br/>
        <w:t>vt 0.290634 0.434583</w:t>
        <w:br/>
        <w:t>vt 0.266241 0.439470</w:t>
        <w:br/>
        <w:t>vt 0.266241 0.449919</w:t>
        <w:br/>
        <w:t>vt 0.266241 0.454783</w:t>
        <w:br/>
        <w:t>vt 0.266241 0.463306</w:t>
        <w:br/>
        <w:t>vt 0.266241 0.468773</w:t>
        <w:br/>
        <w:t>vt 0.266241 0.468773</w:t>
        <w:br/>
        <w:t>vt 0.266241 0.473452</w:t>
        <w:br/>
        <w:t>vt 0.266241 0.473452</w:t>
        <w:br/>
        <w:t>vt 0.266241 0.476898</w:t>
        <w:br/>
        <w:t>vt 0.266241 0.482688</w:t>
        <w:br/>
        <w:t>vt 0.150546 0.099264</w:t>
        <w:br/>
        <w:t>vt 0.134709 0.104877</w:t>
        <w:br/>
        <w:t>vt 0.151372 0.104877</w:t>
        <w:br/>
        <w:t>vt 0.169978 0.104877</w:t>
        <w:br/>
        <w:t>vt 0.179796 0.104877</w:t>
        <w:br/>
        <w:t>vt 0.177851 0.101291</w:t>
        <w:br/>
        <w:t>vt 0.171326 0.100206</w:t>
        <w:br/>
        <w:t>vt 0.156316 0.098417</w:t>
        <w:br/>
        <w:t>vt 0.160486 0.104877</w:t>
        <w:br/>
        <w:t>vt 0.185641 0.104877</w:t>
        <w:br/>
        <w:t>vt 0.185129 0.101355</w:t>
        <w:br/>
        <w:t>vt 0.182438 0.101502</w:t>
        <w:br/>
        <w:t>vt 0.186920 0.101060</w:t>
        <w:br/>
        <w:t>vt 0.168433 0.100302</w:t>
        <w:br/>
        <w:t>vt 0.165009 0.100443</w:t>
        <w:br/>
        <w:t>vt 0.266241 0.490940</w:t>
        <w:br/>
        <w:t>vt 0.276529 0.496896</w:t>
        <w:br/>
        <w:t>vt 0.289942 0.502238</w:t>
        <w:br/>
        <w:t>vt 0.078911 0.011053</w:t>
        <w:br/>
        <w:t>vt 0.080251 0.003157</w:t>
        <w:br/>
        <w:t>vt 0.073909 0.003236</w:t>
        <w:br/>
        <w:t>vt 0.073398 0.011064</w:t>
        <w:br/>
        <w:t>vt 0.070809 0.011163</w:t>
        <w:br/>
        <w:t>vt 0.068618 0.003301</w:t>
        <w:br/>
        <w:t>vt 0.062471 0.003378</w:t>
        <w:br/>
        <w:t>vt 0.064733 0.010507</w:t>
        <w:br/>
        <w:t>vt 0.067959 0.010836</w:t>
        <w:br/>
        <w:t>vt 0.056269 0.003455</w:t>
        <w:br/>
        <w:t>vt 0.059434 0.010290</w:t>
        <w:br/>
        <w:t>vt 0.062625 0.010528</w:t>
        <w:br/>
        <w:t>vt 0.049945 0.003533</w:t>
        <w:br/>
        <w:t>vt 0.050517 0.009220</w:t>
        <w:br/>
        <w:t>vt 0.055925 0.010650</w:t>
        <w:br/>
        <w:t>vt 0.045100 0.003594</w:t>
        <w:br/>
        <w:t>vt 0.045353 0.008956</w:t>
        <w:br/>
        <w:t>vt 0.040329 0.003653</w:t>
        <w:br/>
        <w:t>vt 0.041244 0.007246</w:t>
        <w:br/>
        <w:t>vt 0.985509 0.601166</w:t>
        <w:br/>
        <w:t>vt 0.987947 0.606266</w:t>
        <w:br/>
        <w:t>vt 0.987947 0.600563</w:t>
        <w:br/>
        <w:t>vt 0.171326 0.100206</w:t>
        <w:br/>
        <w:t>vt 0.192402 0.100798</w:t>
        <w:br/>
        <w:t>vt 0.190455 0.101469</w:t>
        <w:br/>
        <w:t>vt 0.193835 0.104877</w:t>
        <w:br/>
        <w:t>vt 0.193835 0.104877</w:t>
        <w:br/>
        <w:t>vt 0.204303 0.104877</w:t>
        <w:br/>
        <w:t>vt 0.197518 0.098587</w:t>
        <w:br/>
        <w:t>vt 0.193959 0.100126</w:t>
        <w:br/>
        <w:t>vt 0.185641 0.104877</w:t>
        <w:br/>
        <w:t>vt 0.193835 0.104877</w:t>
        <w:br/>
        <w:t>vt 0.190455 0.101469</w:t>
        <w:br/>
        <w:t>vt 0.186920 0.101060</w:t>
        <w:br/>
        <w:t>vt 0.179846 0.100961</w:t>
        <w:br/>
        <w:t>vt 0.177851 0.101291</w:t>
        <w:br/>
        <w:t>vt 0.179796 0.104877</w:t>
        <w:br/>
        <w:t>vt 0.179796 0.104877</w:t>
        <w:br/>
        <w:t>vt 0.160180 0.098646</w:t>
        <w:br/>
        <w:t>vt 0.297673 0.486716</w:t>
        <w:br/>
        <w:t>vt 0.283100 0.481301</w:t>
        <w:br/>
        <w:t>vt 0.296746 0.488937</w:t>
        <w:br/>
        <w:t>vt 0.150446 0.474360</w:t>
        <w:br/>
        <w:t>vt 0.151404 0.479616</w:t>
        <w:br/>
        <w:t>vt 0.157203 0.478116</w:t>
        <w:br/>
        <w:t>vt 0.150446 0.466539</w:t>
        <w:br/>
        <w:t>vt 0.160407 0.472488</w:t>
        <w:br/>
        <w:t>vt 0.150446 0.459222</w:t>
        <w:br/>
        <w:t>vt 0.162857 0.468993</w:t>
        <w:br/>
        <w:t>vt 0.164695 0.466146</w:t>
        <w:br/>
        <w:t>vt 0.156539 0.453203</w:t>
        <w:br/>
        <w:t>vt 0.166625 0.463542</w:t>
        <w:br/>
        <w:t>vt 0.158723 0.450692</w:t>
        <w:br/>
        <w:t>vt 0.168437 0.461723</w:t>
        <w:br/>
        <w:t>vt 0.169949 0.458865</w:t>
        <w:br/>
        <w:t>vt 0.170575 0.457005</w:t>
        <w:br/>
        <w:t>vt 0.171633 0.453590</w:t>
        <w:br/>
        <w:t>vt 0.161297 0.445549</w:t>
        <w:br/>
        <w:t>vt 0.172771 0.449564</w:t>
        <w:br/>
        <w:t>vt 0.173907 0.446600</w:t>
        <w:br/>
        <w:t>vt 0.163140 0.441710</w:t>
        <w:br/>
        <w:t>vt 0.163140 0.441710</w:t>
        <w:br/>
        <w:t>vt 0.173907 0.446600</w:t>
        <w:br/>
        <w:t>vt 0.175392 0.444869</w:t>
        <w:br/>
        <w:t>vt 0.165658 0.439373</w:t>
        <w:br/>
        <w:t>vt 0.177682 0.443370</w:t>
        <w:br/>
        <w:t>vt 0.180035 0.442165</w:t>
        <w:br/>
        <w:t>vt 0.167499 0.434893</w:t>
        <w:br/>
        <w:t>vt 0.165658 0.439373</w:t>
        <w:br/>
        <w:t>vt 0.183373 0.438902</w:t>
        <w:br/>
        <w:t>vt 0.168751 0.430167</w:t>
        <w:br/>
        <w:t>vt 0.186744 0.433657</w:t>
        <w:br/>
        <w:t>vt 0.169826 0.425354</w:t>
        <w:br/>
        <w:t>vt 0.188456 0.428416</w:t>
        <w:br/>
        <w:t>vt 0.170697 0.421088</w:t>
        <w:br/>
        <w:t>vt 0.189139 0.423999</w:t>
        <w:br/>
        <w:t>vt 0.170883 0.417310</w:t>
        <w:br/>
        <w:t>vt 0.189221 0.421292</w:t>
        <w:br/>
        <w:t>vt 0.188583 0.419407</w:t>
        <w:br/>
        <w:t>vt 0.187536 0.417721</w:t>
        <w:br/>
        <w:t>vt 0.169698 0.414068</w:t>
        <w:br/>
        <w:t>vt 0.186661 0.415970</w:t>
        <w:br/>
        <w:t>vt 0.169153 0.411164</w:t>
        <w:br/>
        <w:t>vt 0.186319 0.414113</w:t>
        <w:br/>
        <w:t>vt 0.169607 0.408432</w:t>
        <w:br/>
        <w:t>vt 0.186996 0.411848</w:t>
        <w:br/>
        <w:t>vt 0.170475 0.405896</w:t>
        <w:br/>
        <w:t>vt 0.188222 0.409731</w:t>
        <w:br/>
        <w:t>vt 0.172373 0.403510</w:t>
        <w:br/>
        <w:t>vt 0.189927 0.407956</w:t>
        <w:br/>
        <w:t>vt 0.191995 0.406225</w:t>
        <w:br/>
        <w:t>vt 0.174333 0.401506</w:t>
        <w:br/>
        <w:t>vt 0.194075 0.404446</w:t>
        <w:br/>
        <w:t>vt 0.174830 0.398914</w:t>
        <w:br/>
        <w:t>vt 0.195457 0.402287</w:t>
        <w:br/>
        <w:t>vt 0.174531 0.395489</w:t>
        <w:br/>
        <w:t>vt 0.195897 0.399323</w:t>
        <w:br/>
        <w:t>vt 0.173888 0.391385</w:t>
        <w:br/>
        <w:t>vt 0.196012 0.395041</w:t>
        <w:br/>
        <w:t>vt 0.173416 0.387418</w:t>
        <w:br/>
        <w:t>vt 0.196181 0.390645</w:t>
        <w:br/>
        <w:t>vt 0.196232 0.387675</w:t>
        <w:br/>
        <w:t>vt 0.172753 0.383751</w:t>
        <w:br/>
        <w:t>vt 0.196335 0.385672</w:t>
        <w:br/>
        <w:t>vt 0.196306 0.383396</w:t>
        <w:br/>
        <w:t>vt 0.171929 0.379953</w:t>
        <w:br/>
        <w:t>vt 0.196146 0.381042</w:t>
        <w:br/>
        <w:t>vt 0.171639 0.376274</w:t>
        <w:br/>
        <w:t>vt 0.196012 0.378550</w:t>
        <w:br/>
        <w:t>vt 0.196321 0.375361</w:t>
        <w:br/>
        <w:t>vt 0.172170 0.372670</w:t>
        <w:br/>
        <w:t>vt 0.172924 0.369575</w:t>
        <w:br/>
        <w:t>vt 0.197001 0.372489</w:t>
        <w:br/>
        <w:t>vt 0.197473 0.370295</w:t>
        <w:br/>
        <w:t>vt 0.173632 0.367806</w:t>
        <w:br/>
        <w:t>vt 0.174489 0.365116</w:t>
        <w:br/>
        <w:t>vt 0.198087 0.368340</w:t>
        <w:br/>
        <w:t>vt 0.198812 0.366556</w:t>
        <w:br/>
        <w:t>vt 0.175025 0.361330</w:t>
        <w:br/>
        <w:t>vt 0.200200 0.364006</w:t>
        <w:br/>
        <w:t>vt 0.201811 0.360401</w:t>
        <w:br/>
        <w:t>vt 0.175068 0.355327</w:t>
        <w:br/>
        <w:t>vt 0.202850 0.355950</w:t>
        <w:br/>
        <w:t>vt 0.174978 0.348454</w:t>
        <w:br/>
        <w:t>vt 0.202874 0.350400</w:t>
        <w:br/>
        <w:t>vt 0.174917 0.342967</w:t>
        <w:br/>
        <w:t>vt 0.202337 0.345623</w:t>
        <w:br/>
        <w:t>vt 0.201842 0.343022</w:t>
        <w:br/>
        <w:t>vt 0.174687 0.338844</w:t>
        <w:br/>
        <w:t>vt 0.201251 0.341005</w:t>
        <w:br/>
        <w:t>vt 0.200710 0.338637</w:t>
        <w:br/>
        <w:t>vt 0.199947 0.336399</w:t>
        <w:br/>
        <w:t>vt 0.173743 0.335620</w:t>
        <w:br/>
        <w:t>vt 0.198963 0.334435</w:t>
        <w:br/>
        <w:t>vt 0.198064 0.332330</w:t>
        <w:br/>
        <w:t>vt 0.173211 0.331687</w:t>
        <w:br/>
        <w:t>vt 0.197907 0.330015</w:t>
        <w:br/>
        <w:t>vt 0.173729 0.328717</w:t>
        <w:br/>
        <w:t>vt 0.198350 0.327837</w:t>
        <w:br/>
        <w:t>vt 0.174295 0.326988</w:t>
        <w:br/>
        <w:t>vt 0.199148 0.325778</w:t>
        <w:br/>
        <w:t>vt 0.174823 0.324953</w:t>
        <w:br/>
        <w:t>vt 0.199882 0.323746</w:t>
        <w:br/>
        <w:t>vt 0.175198 0.321140</w:t>
        <w:br/>
        <w:t>vt 0.200279 0.320592</w:t>
        <w:br/>
        <w:t>vt 0.175259 0.316034</w:t>
        <w:br/>
        <w:t>vt 0.200282 0.315525</w:t>
        <w:br/>
        <w:t>vt 0.199152 0.309950</w:t>
        <w:br/>
        <w:t>vt 0.174738 0.310890</w:t>
        <w:br/>
        <w:t>vt 0.197271 0.304660</w:t>
        <w:br/>
        <w:t>vt 0.173772 0.306149</w:t>
        <w:br/>
        <w:t>vt 0.194635 0.300615</w:t>
        <w:br/>
        <w:t>vt 0.172481 0.302468</w:t>
        <w:br/>
        <w:t>vt 0.192825 0.296536</w:t>
        <w:br/>
        <w:t>vt 0.171664 0.299147</w:t>
        <w:br/>
        <w:t>vt 0.172481 0.302468</w:t>
        <w:br/>
        <w:t>vt 0.194635 0.300615</w:t>
        <w:br/>
        <w:t>vt 0.190971 0.291528</w:t>
        <w:br/>
        <w:t>vt 0.171042 0.295776</w:t>
        <w:br/>
        <w:t>vt 0.188327 0.286518</w:t>
        <w:br/>
        <w:t>vt 0.169777 0.293182</w:t>
        <w:br/>
        <w:t>vt 0.169777 0.293182</w:t>
        <w:br/>
        <w:t>vt 0.186681 0.283003</w:t>
        <w:br/>
        <w:t>vt 0.185330 0.280798</w:t>
        <w:br/>
        <w:t>vt 0.168194 0.290583</w:t>
        <w:br/>
        <w:t>vt 0.172518 0.266881</w:t>
        <w:br/>
        <w:t>vt 0.161445 0.281843</w:t>
        <w:br/>
        <w:t>vt 0.165039 0.286496</w:t>
        <w:br/>
        <w:t>vt 0.177422 0.271928</w:t>
        <w:br/>
        <w:t>vt 0.165092 0.263540</w:t>
        <w:br/>
        <w:t>vt 0.157209 0.279576</w:t>
        <w:br/>
        <w:t>vt 0.150446 0.446109</w:t>
        <w:br/>
        <w:t>vt 0.150446 0.452377</w:t>
        <w:br/>
        <w:t>vt 0.150446 0.440842</w:t>
        <w:br/>
        <w:t>vt 0.150446 0.433632</w:t>
        <w:br/>
        <w:t>vt 0.163140 0.441710</w:t>
        <w:br/>
        <w:t>vt 0.150446 0.433632</w:t>
        <w:br/>
        <w:t>vt 0.150446 0.426702</w:t>
        <w:br/>
        <w:t>vt 0.150446 0.417159</w:t>
        <w:br/>
        <w:t>vt 0.150446 0.410134</w:t>
        <w:br/>
        <w:t>vt 0.150446 0.403946</w:t>
        <w:br/>
        <w:t>vt 0.150446 0.398113</w:t>
        <w:br/>
        <w:t>vt 0.150446 0.383242</w:t>
        <w:br/>
        <w:t>vt 0.150446 0.371771</w:t>
        <w:br/>
        <w:t>vt 0.150446 0.365540</w:t>
        <w:br/>
        <w:t>vt 0.150446 0.357926</w:t>
        <w:br/>
        <w:t>vt 0.150446 0.345626</w:t>
        <w:br/>
        <w:t>vt 0.150446 0.334733</w:t>
        <w:br/>
        <w:t>vt 0.150446 0.334733</w:t>
        <w:br/>
        <w:t>vt 0.150446 0.324623</w:t>
        <w:br/>
        <w:t>vt 0.150446 0.318066</w:t>
        <w:br/>
        <w:t>vt 0.150446 0.308793</w:t>
        <w:br/>
        <w:t>vt 0.150446 0.304019</w:t>
        <w:br/>
        <w:t>vt 0.150446 0.301270</w:t>
        <w:br/>
        <w:t>vt 0.150446 0.298450</w:t>
        <w:br/>
        <w:t>vt 0.150446 0.301270</w:t>
        <w:br/>
        <w:t>vt 0.150446 0.291709</w:t>
        <w:br/>
        <w:t>vt 0.150446 0.287007</w:t>
        <w:br/>
        <w:t>vt 0.157317 0.261723</w:t>
        <w:br/>
        <w:t>vt 0.150446 0.259217</w:t>
        <w:br/>
        <w:t>vt 0.150446 0.277452</w:t>
        <w:br/>
        <w:t>vt 0.154279 0.232610</w:t>
        <w:br/>
        <w:t>vt 0.150446 0.239945</w:t>
        <w:br/>
        <w:t>vt 0.155228 0.238141</w:t>
        <w:br/>
        <w:t>vt 0.156133 0.251436</w:t>
        <w:br/>
        <w:t>vt 0.156385 0.255066</w:t>
        <w:br/>
        <w:t>vt 0.150446 0.223152</w:t>
        <w:br/>
        <w:t>vt 0.152877 0.227287</w:t>
        <w:br/>
        <w:t>vt 0.153469 0.223694</w:t>
        <w:br/>
        <w:t>vt 0.154579 0.221635</w:t>
        <w:br/>
        <w:t>vt 0.154418 0.245053</w:t>
        <w:br/>
        <w:t>vt 0.154617 0.240879</w:t>
        <w:br/>
        <w:t>vt 0.315003 0.154684</w:t>
        <w:br/>
        <w:t>vt 0.313552 0.137291</w:t>
        <w:br/>
        <w:t>vt 0.299265 0.144017</w:t>
        <w:br/>
        <w:t>vt 0.298049 0.154684</w:t>
        <w:br/>
        <w:t>vt 0.322274 0.154684</w:t>
        <w:br/>
        <w:t>vt 0.327384 0.141882</w:t>
        <w:br/>
        <w:t>vt 0.338136 0.154684</w:t>
        <w:br/>
        <w:t>vt 0.342275 0.143340</w:t>
        <w:br/>
        <w:t>vt 0.330167 0.154684</w:t>
        <w:br/>
        <w:t>vt 0.344543 0.154684</w:t>
        <w:br/>
        <w:t>vt 0.352385 0.154684</w:t>
        <w:br/>
        <w:t>vt 0.356954 0.144119</w:t>
        <w:br/>
        <w:t>vt 0.360897 0.154684</w:t>
        <w:br/>
        <w:t>vt 0.373209 0.154684</w:t>
        <w:br/>
        <w:t>vt 0.372185 0.144416</w:t>
        <w:br/>
        <w:t>vt 0.300508 0.133561</w:t>
        <w:br/>
        <w:t>vt 0.316684 0.123124</w:t>
        <w:br/>
        <w:t>vt 0.305733 0.118055</w:t>
        <w:br/>
        <w:t>vt 0.321653 0.110171</w:t>
        <w:br/>
        <w:t>vt 0.326478 0.097501</w:t>
        <w:br/>
        <w:t>vt 0.315477 0.093385</w:t>
        <w:br/>
        <w:t>vt 0.310733 0.105610</w:t>
        <w:br/>
        <w:t>vt 0.334521 0.112996</w:t>
        <w:br/>
        <w:t>vt 0.339139 0.099756</w:t>
        <w:br/>
        <w:t>vt 0.352423 0.100895</w:t>
        <w:br/>
        <w:t>vt 0.347956 0.114351</w:t>
        <w:br/>
        <w:t>vt 0.361954 0.115205</w:t>
        <w:br/>
        <w:t>vt 0.366395 0.101588</w:t>
        <w:br/>
        <w:t>vt 0.343011 0.086292</w:t>
        <w:br/>
        <w:t>vt 0.356481 0.087198</w:t>
        <w:br/>
        <w:t>vt 0.359077 0.072393</w:t>
        <w:br/>
        <w:t>vt 0.345563 0.072110</w:t>
        <w:br/>
        <w:t>vt 0.370592 0.087772</w:t>
        <w:br/>
        <w:t>vt 0.373253 0.072881</w:t>
        <w:br/>
        <w:t>vt 0.330353 0.084514</w:t>
        <w:br/>
        <w:t>vt 0.333613 0.069630</w:t>
        <w:br/>
        <w:t>vt 0.330160 0.126585</w:t>
        <w:br/>
        <w:t>vt 0.323125 0.068063</w:t>
        <w:br/>
        <w:t>vt 0.313756 0.064130</w:t>
        <w:br/>
        <w:t>vt 0.309434 0.076516</w:t>
        <w:br/>
        <w:t>vt 0.319563 0.080926</w:t>
        <w:br/>
        <w:t>vt 0.300456 0.071748</w:t>
        <w:br/>
        <w:t>vt 0.296021 0.083189</w:t>
        <w:br/>
        <w:t>vt 0.305188 0.088286</w:t>
        <w:br/>
        <w:t>vt 0.305006 0.059851</w:t>
        <w:br/>
        <w:t>vt 0.318818 0.049317</w:t>
        <w:br/>
        <w:t>vt 0.309947 0.045683</w:t>
        <w:br/>
        <w:t>vt 0.330236 0.054077</w:t>
        <w:br/>
        <w:t>vt 0.300625 0.100033</w:t>
        <w:br/>
        <w:t>vt 0.295275 0.112598</w:t>
        <w:br/>
        <w:t>vt 0.285689 0.106613</w:t>
        <w:br/>
        <w:t>vt 0.279955 0.119224</w:t>
        <w:br/>
        <w:t>vt 0.288075 0.130308</w:t>
        <w:br/>
        <w:t>vt 0.291150 0.094717</w:t>
        <w:br/>
        <w:t>vt 0.491031 0.070579</w:t>
        <w:br/>
        <w:t>vt 0.477593 0.075033</w:t>
        <w:br/>
        <w:t>vt 0.488698 0.085638</w:t>
        <w:br/>
        <w:t>vt 0.494762 0.081373</w:t>
        <w:br/>
        <w:t>vt 0.486384 0.052801</w:t>
        <w:br/>
        <w:t>vt 0.473335 0.054768</w:t>
        <w:br/>
        <w:t>vt 0.497041 0.087353</w:t>
        <w:br/>
        <w:t>vt 0.494517 0.091318</w:t>
        <w:br/>
        <w:t>vt 0.483166 0.034214</w:t>
        <w:br/>
        <w:t>vt 0.470257 0.035335</w:t>
        <w:br/>
        <w:t>vt 0.481657 0.017136</w:t>
        <w:br/>
        <w:t>vt 0.468609 0.017669</w:t>
        <w:br/>
        <w:t>vt 0.459476 0.072465</w:t>
        <w:br/>
        <w:t>vt 0.456391 0.055577</w:t>
        <w:br/>
        <w:t>vt 0.394587 0.101924</w:t>
        <w:br/>
        <w:t>vt 0.390147 0.115378</w:t>
        <w:br/>
        <w:t>vt 0.400715 0.116114</w:t>
        <w:br/>
        <w:t>vt 0.405713 0.103916</w:t>
        <w:br/>
        <w:t>vt 0.405053 0.141435</w:t>
        <w:br/>
        <w:t>vt 0.407018 0.130342</w:t>
        <w:br/>
        <w:t>vt 0.397318 0.129018</w:t>
        <w:br/>
        <w:t>vt 0.395441 0.141096</w:t>
        <w:br/>
        <w:t>vt 0.414849 0.142350</w:t>
        <w:br/>
        <w:t>vt 0.416734 0.132003</w:t>
        <w:br/>
        <w:t>vt 0.424723 0.142323</w:t>
        <w:br/>
        <w:t>vt 0.425587 0.133294</w:t>
        <w:br/>
        <w:t>vt 0.432884 0.128182</w:t>
        <w:br/>
        <w:t>vt 0.437357 0.125285</w:t>
        <w:br/>
        <w:t>vt 0.431924 0.119048</w:t>
        <w:br/>
        <w:t>vt 0.427713 0.125662</w:t>
        <w:br/>
        <w:t>vt 0.424546 0.112753</w:t>
        <w:br/>
        <w:t>vt 0.419848 0.122112</w:t>
        <w:br/>
        <w:t>vt 0.403945 0.150746</w:t>
        <w:br/>
        <w:t>vt 0.413716 0.150752</w:t>
        <w:br/>
        <w:t>vt 0.424424 0.150118</w:t>
        <w:br/>
        <w:t>vt 0.434949 0.148838</w:t>
        <w:br/>
        <w:t>vt 0.434238 0.141567</w:t>
        <w:br/>
        <w:t>vt 0.385273 0.154684</w:t>
        <w:br/>
        <w:t>vt 0.385133 0.142289</w:t>
        <w:br/>
        <w:t>vt 0.394810 0.151514</w:t>
        <w:br/>
        <w:t>vt 0.387035 0.129205</w:t>
        <w:br/>
        <w:t>vt 0.373222 0.130257</w:t>
        <w:br/>
        <w:t>vt 0.415612 0.107553</w:t>
        <w:br/>
        <w:t>vt 0.410504 0.118538</w:t>
        <w:br/>
        <w:t>vt 0.422304 0.099055</w:t>
        <w:br/>
        <w:t>vt 0.430710 0.104925</w:t>
        <w:br/>
        <w:t>vt 0.437679 0.099205</w:t>
        <w:br/>
        <w:t>vt 0.429949 0.092655</w:t>
        <w:br/>
        <w:t>vt 0.454280 0.095453</w:t>
        <w:br/>
        <w:t>vt 0.462979 0.098179</w:t>
        <w:br/>
        <w:t>vt 0.461923 0.088984</w:t>
        <w:br/>
        <w:t>vt 0.450625 0.086364</w:t>
        <w:br/>
        <w:t>vt 0.437873 0.113134</w:t>
        <w:br/>
        <w:t>vt 0.444652 0.108303</w:t>
        <w:br/>
        <w:t>vt 0.460355 0.080897</w:t>
        <w:br/>
        <w:t>vt 0.445932 0.078849</w:t>
        <w:br/>
        <w:t>vt 0.421519 0.087111</w:t>
        <w:br/>
        <w:t>vt 0.412763 0.094322</w:t>
        <w:br/>
        <w:t>vt 0.400772 0.088243</w:t>
        <w:br/>
        <w:t>vt 0.419873 0.055756</w:t>
        <w:br/>
        <w:t>vt 0.421960 0.072847</w:t>
        <w:br/>
        <w:t>vt 0.441263 0.070977</w:t>
        <w:br/>
        <w:t>vt 0.438299 0.055518</w:t>
        <w:br/>
        <w:t>vt 0.404243 0.054929</w:t>
        <w:br/>
        <w:t>vt 0.403292 0.073671</w:t>
        <w:br/>
        <w:t>vt 0.411726 0.081384</w:t>
        <w:br/>
        <w:t>vt 0.380783 0.101966</w:t>
        <w:br/>
        <w:t>vt 0.376350 0.115923</w:t>
        <w:br/>
        <w:t>vt 0.385064 0.087888</w:t>
        <w:br/>
        <w:t>vt 0.387651 0.072677</w:t>
        <w:br/>
        <w:t>vt 0.389645 0.054797</w:t>
        <w:br/>
        <w:t>vt 0.375157 0.055247</w:t>
        <w:br/>
        <w:t>vt 0.376461 0.037122</w:t>
        <w:br/>
        <w:t>vt 0.362565 0.037133</w:t>
        <w:br/>
        <w:t>vt 0.360878 0.055020</w:t>
        <w:br/>
        <w:t>vt 0.348295 0.036860</w:t>
        <w:br/>
        <w:t>vt 0.345310 0.055839</w:t>
        <w:br/>
        <w:t>vt 0.390468 0.036720</w:t>
        <w:br/>
        <w:t>vt 0.419070 0.037105</w:t>
        <w:br/>
        <w:t>vt 0.436242 0.036697</w:t>
        <w:br/>
        <w:t>vt 0.404479 0.036733</w:t>
        <w:br/>
        <w:t>vt 0.390360 0.018693</w:t>
        <w:br/>
        <w:t>vt 0.403833 0.018699</w:t>
        <w:br/>
        <w:t>vt 0.333552 0.035638</w:t>
        <w:br/>
        <w:t>vt 0.349176 0.018948</w:t>
        <w:br/>
        <w:t>vt 0.334842 0.018497</w:t>
        <w:br/>
        <w:t>vt 0.349705 0.003576</w:t>
        <w:br/>
        <w:t>vt 0.335008 0.003576</w:t>
        <w:br/>
        <w:t>vt 0.444658 0.146778</w:t>
        <w:br/>
        <w:t>vt 0.442951 0.139700</w:t>
        <w:br/>
        <w:t>vt 0.453813 0.143607</w:t>
        <w:br/>
        <w:t>vt 0.450638 0.136499</w:t>
        <w:br/>
        <w:t>vt 0.461483 0.139961</w:t>
        <w:br/>
        <w:t>vt 0.457358 0.133015</w:t>
        <w:br/>
        <w:t>vt 0.475324 0.128723</w:t>
        <w:br/>
        <w:t>vt 0.470096 0.122635</w:t>
        <w:br/>
        <w:t>vt 0.464021 0.128455</w:t>
        <w:br/>
        <w:t>vt 0.468408 0.135072</w:t>
        <w:br/>
        <w:t>vt 0.465115 0.116849</w:t>
        <w:br/>
        <w:t>vt 0.459611 0.121834</w:t>
        <w:br/>
        <w:t>vt 0.453688 0.125963</w:t>
        <w:br/>
        <w:t>vt 0.447865 0.129299</w:t>
        <w:br/>
        <w:t>vt 0.440844 0.132047</w:t>
        <w:br/>
        <w:t>vt 0.433488 0.133613</w:t>
        <w:br/>
        <w:t>vt 0.282149 0.089460</w:t>
        <w:br/>
        <w:t>vt 0.287140 0.077803</w:t>
        <w:br/>
        <w:t>vt 0.277794 0.072624</w:t>
        <w:br/>
        <w:t>vt 0.272336 0.084165</w:t>
        <w:br/>
        <w:t>vt 0.267127 0.095916</w:t>
        <w:br/>
        <w:t>vt 0.275337 0.106795</w:t>
        <w:br/>
        <w:t>vt 0.277673 0.100623</w:t>
        <w:br/>
        <w:t>vt 0.473259 0.085604</w:t>
        <w:br/>
        <w:t>vt 0.485036 0.092426</w:t>
        <w:br/>
        <w:t>vt 0.472165 0.093818</w:t>
        <w:br/>
        <w:t>vt 0.482029 0.099945</w:t>
        <w:br/>
        <w:t>vt 0.471038 0.102851</w:t>
        <w:br/>
        <w:t>vt 0.479091 0.108299</w:t>
        <w:br/>
        <w:t>vt 0.475203 0.116042</w:t>
        <w:br/>
        <w:t>vt 0.468955 0.110690</w:t>
        <w:br/>
        <w:t>vt 0.358626 0.129089</w:t>
        <w:br/>
        <w:t>vt 0.344274 0.128121</w:t>
        <w:br/>
        <w:t>vt 0.453815 0.036163</w:t>
        <w:br/>
        <w:t>vt 0.452405 0.018301</w:t>
        <w:br/>
        <w:t>vt 0.435034 0.018649</w:t>
        <w:br/>
        <w:t>vt 0.468067 0.003576</w:t>
        <w:br/>
        <w:t>vt 0.451744 0.003576</w:t>
        <w:br/>
        <w:t>vt 0.434998 0.003576</w:t>
        <w:br/>
        <w:t>vt 0.301986 0.041521</w:t>
        <w:br/>
        <w:t>vt 0.294103 0.037681</w:t>
        <w:br/>
        <w:t>vt 0.288678 0.050143</w:t>
        <w:br/>
        <w:t>vt 0.296913 0.054816</w:t>
        <w:br/>
        <w:t>vt 0.283335 0.061378</w:t>
        <w:br/>
        <w:t>vt 0.292025 0.066415</w:t>
        <w:br/>
        <w:t>vt 0.322640 0.033405</w:t>
        <w:br/>
        <w:t>vt 0.313834 0.030801</w:t>
        <w:br/>
        <w:t>vt 0.305894 0.027925</w:t>
        <w:br/>
        <w:t>vt 0.324447 0.017243</w:t>
        <w:br/>
        <w:t>vt 0.315656 0.015900</w:t>
        <w:br/>
        <w:t>vt 0.363228 0.018941</w:t>
        <w:br/>
        <w:t>vt 0.376775 0.018868</w:t>
        <w:br/>
        <w:t>vt 0.377565 0.003576</w:t>
        <w:br/>
        <w:t>vt 0.363971 0.003576</w:t>
        <w:br/>
        <w:t>vt 0.391092 0.003576</w:t>
        <w:br/>
        <w:t>vt 0.404591 0.003576</w:t>
        <w:br/>
        <w:t>vt 0.417995 0.018867</w:t>
        <w:br/>
        <w:t>vt 0.418737 0.003576</w:t>
        <w:br/>
        <w:t>vt 0.481221 0.003576</w:t>
        <w:br/>
        <w:t>vt 0.300661 0.013302</w:t>
        <w:br/>
        <w:t>vt 0.307778 0.014546</w:t>
        <w:br/>
        <w:t>vt 0.307619 0.003576</w:t>
        <w:br/>
        <w:t>vt 0.300976 0.003576</w:t>
        <w:br/>
        <w:t>vt 0.315259 0.003576</w:t>
        <w:br/>
        <w:t>vt 0.324166 0.003576</w:t>
        <w:br/>
        <w:t>vt 0.298292 0.025255</w:t>
        <w:br/>
        <w:t>vt 0.460315 0.111079</w:t>
        <w:br/>
        <w:t>vt 0.457081 0.104553</w:t>
        <w:br/>
        <w:t>vt 0.450980 0.105460</w:t>
        <w:br/>
        <w:t>vt 0.455266 0.114580</w:t>
        <w:br/>
        <w:t>vt 0.445775 0.095484</w:t>
        <w:br/>
        <w:t>vt 0.439285 0.087736</w:t>
        <w:br/>
        <w:t>vt 0.432186 0.081312</w:t>
        <w:br/>
        <w:t>vt 0.462887 0.106241</w:t>
        <w:br/>
        <w:t>vt 0.443827 0.121429</w:t>
        <w:br/>
        <w:t>vt 0.450178 0.118012</w:t>
        <w:br/>
        <w:t>vt 0.285544 0.142867</w:t>
        <w:br/>
        <w:t>vt 0.492589 0.097131</w:t>
        <w:br/>
        <w:t>vt 0.489579 0.104450</w:t>
        <w:br/>
        <w:t>vt 0.486023 0.113280</w:t>
        <w:br/>
        <w:t>vt 0.481271 0.121551</w:t>
        <w:br/>
        <w:t>vt 0.154088 0.214590</w:t>
        <w:br/>
        <w:t>vt 0.150446 0.214080</w:t>
        <w:br/>
        <w:t>vt 0.154051 0.217754</w:t>
        <w:br/>
        <w:t>vt 0.150446 0.204461</w:t>
        <w:br/>
        <w:t>vt 0.153917 0.212207</w:t>
        <w:br/>
        <w:t>vt 0.154051 0.217754</w:t>
        <w:br/>
        <w:t>vt 0.150446 0.223152</w:t>
        <w:br/>
        <w:t>vt 0.154579 0.221635</w:t>
        <w:br/>
        <w:t>vt 0.153790 0.230613</w:t>
        <w:br/>
        <w:t>vt 0.150446 0.230517</w:t>
        <w:br/>
        <w:t>vt 0.154279 0.232610</w:t>
        <w:br/>
        <w:t>vt 0.150446 0.230517</w:t>
        <w:br/>
        <w:t>vt 0.150446 0.249601</w:t>
        <w:br/>
        <w:t>vt 0.150446 0.239945</w:t>
        <w:br/>
        <w:t>vt 0.182691 0.278497</w:t>
        <w:br/>
        <w:t>vt 0.168194 0.290583</w:t>
        <w:br/>
        <w:t>vt 0.185330 0.280798</w:t>
        <w:br/>
        <w:t>vt 0.179963 0.275406</w:t>
        <w:br/>
        <w:t>vt 0.978631 0.014349</w:t>
        <w:br/>
        <w:t>vt 0.981423 0.014753</w:t>
        <w:br/>
        <w:t>vt 0.981422 0.006392</w:t>
        <w:br/>
        <w:t>vt 0.978632 0.005974</w:t>
        <w:br/>
        <w:t>vt 0.978631 0.020975</w:t>
        <w:br/>
        <w:t>vt 0.981423 0.021326</w:t>
        <w:br/>
        <w:t>vt 0.978631 0.023803</w:t>
        <w:br/>
        <w:t>vt 0.981422 0.024209</w:t>
        <w:br/>
        <w:t>vt 0.978631 0.025506</w:t>
        <w:br/>
        <w:t>vt 0.981423 0.026053</w:t>
        <w:br/>
        <w:t>vt 0.978631 0.026866</w:t>
        <w:br/>
        <w:t>vt 0.981422 0.027941</w:t>
        <w:br/>
        <w:t>vt 0.978631 0.031079</w:t>
        <w:br/>
        <w:t>vt 0.981423 0.031488</w:t>
        <w:br/>
        <w:t>vt 0.981422 0.029548</w:t>
        <w:br/>
        <w:t>vt 0.978631 0.028820</w:t>
        <w:br/>
        <w:t>vt 0.978631 0.032480</w:t>
        <w:br/>
        <w:t>vt 0.981423 0.032655</w:t>
        <w:br/>
        <w:t>vt 0.978631 0.034858</w:t>
        <w:br/>
        <w:t>vt 0.981422 0.034893</w:t>
        <w:br/>
        <w:t>vt 0.981422 0.037804</w:t>
        <w:br/>
        <w:t>vt 0.978631 0.037701</w:t>
        <w:br/>
        <w:t>vt 0.978631 0.040260</w:t>
        <w:br/>
        <w:t>vt 0.981422 0.040604</w:t>
        <w:br/>
        <w:t>vt 0.978631 0.042547</w:t>
        <w:br/>
        <w:t>vt 0.981422 0.043176</w:t>
        <w:br/>
        <w:t>vt 0.978631 0.045633</w:t>
        <w:br/>
        <w:t>vt 0.981423 0.045834</w:t>
        <w:br/>
        <w:t>vt 0.978631 0.048459</w:t>
        <w:br/>
        <w:t>vt 0.981423 0.048086</w:t>
        <w:br/>
        <w:t>vt 0.981422 0.053099</w:t>
        <w:br/>
        <w:t>vt 0.978631 0.048459</w:t>
        <w:br/>
        <w:t>vt 0.978631 0.053369</w:t>
        <w:br/>
        <w:t>vt 0.981422 0.060331</w:t>
        <w:br/>
        <w:t>vt 0.978631 0.060254</w:t>
        <w:br/>
        <w:t>vt 0.978631 0.066519</w:t>
        <w:br/>
        <w:t>vt 0.981423 0.066669</w:t>
        <w:br/>
        <w:t>vt 0.978631 0.071642</w:t>
        <w:br/>
        <w:t>vt 0.981422 0.071729</w:t>
        <w:br/>
        <w:t>vt 0.978631 0.074738</w:t>
        <w:br/>
        <w:t>vt 0.981423 0.074761</w:t>
        <w:br/>
        <w:t>vt 0.981422 0.076807</w:t>
        <w:br/>
        <w:t>vt 0.978631 0.076874</w:t>
        <w:br/>
        <w:t>vt 0.981422 0.078973</w:t>
        <w:br/>
        <w:t>vt 0.978631 0.079065</w:t>
        <w:br/>
        <w:t>vt 0.981422 0.081431</w:t>
        <w:br/>
        <w:t>vt 0.978631 0.081438</w:t>
        <w:br/>
        <w:t>vt 0.981422 0.084304</w:t>
        <w:br/>
        <w:t>vt 0.978631 0.084253</w:t>
        <w:br/>
        <w:t>vt 0.978631 0.088035</w:t>
        <w:br/>
        <w:t>vt 0.981422 0.088089</w:t>
        <w:br/>
        <w:t>vt 0.978632 0.091865</w:t>
        <w:br/>
        <w:t>vt 0.981422 0.092012</w:t>
        <w:br/>
        <w:t>vt 0.978631 0.095539</w:t>
        <w:br/>
        <w:t>vt 0.981422 0.095779</w:t>
        <w:br/>
        <w:t>vt 0.978631 0.099208</w:t>
        <w:br/>
        <w:t>vt 0.981422 0.099566</w:t>
        <w:br/>
        <w:t>vt 0.978631 0.102713</w:t>
        <w:br/>
        <w:t>vt 0.981423 0.103053</w:t>
        <w:br/>
        <w:t>vt 0.978631 0.105868</w:t>
        <w:br/>
        <w:t>vt 0.981422 0.106081</w:t>
        <w:br/>
        <w:t>vt 0.978631 0.109378</w:t>
        <w:br/>
        <w:t>vt 0.981422 0.109494</w:t>
        <w:br/>
        <w:t>vt 0.981423 0.114188</w:t>
        <w:br/>
        <w:t>vt 0.978631 0.114127</w:t>
        <w:br/>
        <w:t>vt 0.981422 0.118911</w:t>
        <w:br/>
        <w:t>vt 0.978631 0.118884</w:t>
        <w:br/>
        <w:t>vt 0.978631 0.122015</w:t>
        <w:br/>
        <w:t>vt 0.981422 0.122003</w:t>
        <w:br/>
        <w:t>vt 0.981422 0.123932</w:t>
        <w:br/>
        <w:t>vt 0.978631 0.124147</w:t>
        <w:br/>
        <w:t>vt 0.981423 0.126522</w:t>
        <w:br/>
        <w:t>vt 0.978632 0.126751</w:t>
        <w:br/>
        <w:t>vt 0.981422 0.129379</w:t>
        <w:br/>
        <w:t>vt 0.978631 0.129527</w:t>
        <w:br/>
        <w:t>vt 0.981422 0.132421</w:t>
        <w:br/>
        <w:t>vt 0.978631 0.132412</w:t>
        <w:br/>
        <w:t>vt 0.981422 0.136280</w:t>
        <w:br/>
        <w:t>vt 0.978631 0.136173</w:t>
        <w:br/>
        <w:t>vt 0.978631 0.139959</w:t>
        <w:br/>
        <w:t>vt 0.981422 0.140083</w:t>
        <w:br/>
        <w:t>vt 0.978632 0.142807</w:t>
        <w:br/>
        <w:t>vt 0.981422 0.143141</w:t>
        <w:br/>
        <w:t>vt 0.978632 0.145211</w:t>
        <w:br/>
        <w:t>vt 0.981422 0.145513</w:t>
        <w:br/>
        <w:t>vt 0.978631 0.147214</w:t>
        <w:br/>
        <w:t>vt 0.981423 0.147210</w:t>
        <w:br/>
        <w:t>vt 0.981422 0.149940</w:t>
        <w:br/>
        <w:t>vt 0.978631 0.150015</w:t>
        <w:br/>
        <w:t>vt 0.981422 0.153724</w:t>
        <w:br/>
        <w:t>vt 0.978631 0.153808</w:t>
        <w:br/>
        <w:t>vt 0.981422 0.158014</w:t>
        <w:br/>
        <w:t>vt 0.978631 0.158236</w:t>
        <w:br/>
        <w:t>vt 0.981422 0.163359</w:t>
        <w:br/>
        <w:t>vt 0.978631 0.163607</w:t>
        <w:br/>
        <w:t>vt 0.981423 0.167975</w:t>
        <w:br/>
        <w:t>vt 0.978632 0.168134</w:t>
        <w:br/>
        <w:t>vt 0.981423 0.170365</w:t>
        <w:br/>
        <w:t>vt 0.978632 0.170868</w:t>
        <w:br/>
        <w:t>vt 0.981422 0.172630</w:t>
        <w:br/>
        <w:t>vt 0.978631 0.173741</w:t>
        <w:br/>
        <w:t>vt 0.981422 0.176538</w:t>
        <w:br/>
        <w:t>vt 0.978632 0.177579</w:t>
        <w:br/>
        <w:t>vt 0.981422 0.180308</w:t>
        <w:br/>
        <w:t>vt 0.978631 0.181047</w:t>
        <w:br/>
        <w:t>vt 0.981423 0.183388</w:t>
        <w:br/>
        <w:t>vt 0.978631 0.183733</w:t>
        <w:br/>
        <w:t>vt 0.981422 0.186309</w:t>
        <w:br/>
        <w:t>vt 0.978631 0.186536</w:t>
        <w:br/>
        <w:t>vt 0.981422 0.189088</w:t>
        <w:br/>
        <w:t>vt 0.978631 0.189252</w:t>
        <w:br/>
        <w:t>vt 0.981422 0.191564</w:t>
        <w:br/>
        <w:t>vt 0.978631 0.191656</w:t>
        <w:br/>
        <w:t>vt 0.978631 0.193851</w:t>
        <w:br/>
        <w:t>vt 0.981422 0.193789</w:t>
        <w:br/>
        <w:t>vt 0.978631 0.195886</w:t>
        <w:br/>
        <w:t>vt 0.981422 0.195738</w:t>
        <w:br/>
        <w:t>vt 0.981422 0.198844</w:t>
        <w:br/>
        <w:t>vt 0.978631 0.198993</w:t>
        <w:br/>
        <w:t>vt 0.981422 0.204163</w:t>
        <w:br/>
        <w:t>vt 0.978631 0.204205</w:t>
        <w:br/>
        <w:t>vt 0.981423 0.210102</w:t>
        <w:br/>
        <w:t>vt 0.978631 0.210095</w:t>
        <w:br/>
        <w:t>vt 0.978631 0.215945</w:t>
        <w:br/>
        <w:t>vt 0.981423 0.216012</w:t>
        <w:br/>
        <w:t>vt 0.978631 0.220993</w:t>
        <w:br/>
        <w:t>vt 0.981422 0.220980</w:t>
        <w:br/>
        <w:t>vt 0.981423 0.225468</w:t>
        <w:br/>
        <w:t>vt 0.978631 0.225544</w:t>
        <w:br/>
        <w:t>vt 0.981423 0.231099</w:t>
        <w:br/>
        <w:t>vt 0.978631 0.231123</w:t>
        <w:br/>
        <w:t>vt 0.981423 0.237326</w:t>
        <w:br/>
        <w:t>vt 0.978631 0.237571</w:t>
        <w:br/>
        <w:t>vt 0.981423 0.245246</w:t>
        <w:br/>
        <w:t>vt 0.981423 0.241986</w:t>
        <w:br/>
        <w:t>vt 0.978631 0.242325</w:t>
        <w:br/>
        <w:t>vt 0.978631 0.245311</w:t>
        <w:br/>
        <w:t>vt 0.981422 0.261854</w:t>
        <w:br/>
        <w:t>vt 0.981422 0.256008</w:t>
        <w:br/>
        <w:t>vt 0.978631 0.256157</w:t>
        <w:br/>
        <w:t>vt 0.978632 0.261924</w:t>
        <w:br/>
        <w:t>vt 0.978632 0.268347</w:t>
        <w:br/>
        <w:t>vt 0.981423 0.268467</w:t>
        <w:br/>
        <w:t>vt 0.981423 0.299395</w:t>
        <w:br/>
        <w:t>vt 0.978631 0.298756</w:t>
        <w:br/>
        <w:t>vt 0.978631 0.309447</w:t>
        <w:br/>
        <w:t>vt 0.981422 0.308913</w:t>
        <w:br/>
        <w:t>vt 0.981422 0.317315</w:t>
        <w:br/>
        <w:t>vt 0.978631 0.317437</w:t>
        <w:br/>
        <w:t>vt 0.978631 0.322476</w:t>
        <w:br/>
        <w:t>vt 0.981422 0.322548</w:t>
        <w:br/>
        <w:t>vt 0.981422 0.326568</w:t>
        <w:br/>
        <w:t>vt 0.978631 0.326301</w:t>
        <w:br/>
        <w:t>vt 0.981422 0.288934</w:t>
        <w:br/>
        <w:t>vt 0.978631 0.289097</w:t>
        <w:br/>
        <w:t>vt 0.978631 0.293944</w:t>
        <w:br/>
        <w:t>vt 0.981422 0.294153</w:t>
        <w:br/>
        <w:t>vt 0.978631 0.273469</w:t>
        <w:br/>
        <w:t>vt 0.981422 0.273391</w:t>
        <w:br/>
        <w:t>vt 0.984721 0.004737</w:t>
        <w:br/>
        <w:t>vt 0.984721 0.010033</w:t>
        <w:br/>
        <w:t>vt 0.987672 0.009777</w:t>
        <w:br/>
        <w:t>vt 0.987672 0.004508</w:t>
        <w:br/>
        <w:t>vt 0.987672 0.094770</w:t>
        <w:br/>
        <w:t>vt 0.987672 0.086202</w:t>
        <w:br/>
        <w:t>vt 0.984721 0.086218</w:t>
        <w:br/>
        <w:t>vt 0.984721 0.094865</w:t>
        <w:br/>
        <w:t>vt 0.987672 0.078157</w:t>
        <w:br/>
        <w:t>vt 0.984721 0.078179</w:t>
        <w:br/>
        <w:t>vt 0.984721 0.070786</w:t>
        <w:br/>
        <w:t>vt 0.987672 0.070773</w:t>
        <w:br/>
        <w:t>vt 0.984721 0.111392</w:t>
        <w:br/>
        <w:t>vt 0.984721 0.121320</w:t>
        <w:br/>
        <w:t>vt 0.987672 0.121253</w:t>
        <w:br/>
        <w:t>vt 0.987672 0.111094</w:t>
        <w:br/>
        <w:t>vt 0.984721 0.103217</w:t>
        <w:br/>
        <w:t>vt 0.987672 0.102961</w:t>
        <w:br/>
        <w:t>vt 0.984721 0.063634</w:t>
        <w:br/>
        <w:t>vt 0.987672 0.063631</w:t>
        <w:br/>
        <w:t>vt 0.984721 0.057045</w:t>
        <w:br/>
        <w:t>vt 0.987672 0.056984</w:t>
        <w:br/>
        <w:t>vt 0.984721 0.051018</w:t>
        <w:br/>
        <w:t>vt 0.987672 0.050976</w:t>
        <w:br/>
        <w:t>vt 0.984721 0.044316</w:t>
        <w:br/>
        <w:t>vt 0.987672 0.044297</w:t>
        <w:br/>
        <w:t>vt 0.987672 0.037662</w:t>
        <w:br/>
        <w:t>vt 0.984721 0.037721</w:t>
        <w:br/>
        <w:t>vt 0.985031 0.495224</w:t>
        <w:br/>
        <w:t>vt 0.985031 0.505328</w:t>
        <w:br/>
        <w:t>vt 0.987385 0.505005</w:t>
        <w:br/>
        <w:t>vt 0.987385 0.495154</w:t>
        <w:br/>
        <w:t>vt 0.987385 0.484130</w:t>
        <w:br/>
        <w:t>vt 0.985031 0.483983</w:t>
        <w:br/>
        <w:t>vt 0.985031 0.495224</w:t>
        <w:br/>
        <w:t>vt 0.984721 0.014513</w:t>
        <w:br/>
        <w:t>vt 0.987672 0.014374</w:t>
        <w:br/>
        <w:t>vt 0.984721 0.019444</w:t>
        <w:br/>
        <w:t>vt 0.987672 0.019382</w:t>
        <w:br/>
        <w:t>vt 0.984721 0.025387</w:t>
        <w:br/>
        <w:t>vt 0.987672 0.025337</w:t>
        <w:br/>
        <w:t>vt 0.984721 0.031671</w:t>
        <w:br/>
        <w:t>vt 0.987672 0.031672</w:t>
        <w:br/>
        <w:t>vt 0.981422 0.279016</w:t>
        <w:br/>
        <w:t>vt 0.981422 0.273391</w:t>
        <w:br/>
        <w:t>vt 0.978631 0.273469</w:t>
        <w:br/>
        <w:t>vt 0.978631 0.279417</w:t>
        <w:br/>
        <w:t>vt 0.978631 0.338491</w:t>
        <w:br/>
        <w:t>vt 0.981422 0.339111</w:t>
        <w:br/>
        <w:t>vt 0.981422 0.333138</w:t>
        <w:br/>
        <w:t>vt 0.978631 0.332756</w:t>
        <w:br/>
        <w:t>vt 0.981422 0.349025</w:t>
        <w:br/>
        <w:t>vt 0.981423 0.343023</w:t>
        <w:br/>
        <w:t>vt 0.978631 0.343013</w:t>
        <w:br/>
        <w:t>vt 0.978631 0.348764</w:t>
        <w:br/>
        <w:t>vt 0.978632 0.312612</w:t>
        <w:br/>
        <w:t>vt 0.981422 0.312361</w:t>
        <w:br/>
        <w:t>vt 0.981423 0.282404</w:t>
        <w:br/>
        <w:t>vt 0.978631 0.283166</w:t>
        <w:br/>
        <w:t>vt 0.981422 0.288934</w:t>
        <w:br/>
        <w:t>vt 0.978631 0.248888</w:t>
        <w:br/>
        <w:t>vt 0.981423 0.249020</w:t>
        <w:br/>
        <w:t>vt 0.981422 0.252670</w:t>
        <w:br/>
        <w:t>vt 0.978631 0.252602</w:t>
        <w:br/>
        <w:t>vt 0.086311 0.013490</w:t>
        <w:br/>
        <w:t>vt 0.086913 0.009785</w:t>
        <w:br/>
        <w:t>vt 0.283069 0.154684</w:t>
        <w:br/>
        <w:t>vt 0.150446 0.480888</w:t>
        <w:br/>
        <w:t>vt 0.154553 0.484010</w:t>
        <w:br/>
        <w:t>vt 0.988778 0.627930</w:t>
        <w:br/>
        <w:t>vt 0.985718 0.627849</w:t>
        <w:br/>
        <w:t>vt 0.987385 0.417696</w:t>
        <w:br/>
        <w:t>vt 0.985031 0.418811</w:t>
        <w:br/>
        <w:t>vt 0.987385 0.419697</w:t>
        <w:br/>
        <w:t>vt 0.987385 0.414579</w:t>
        <w:br/>
        <w:t>vt 0.987385 0.410707</w:t>
        <w:br/>
        <w:t>vt 0.985031 0.411113</w:t>
        <w:br/>
        <w:t>vt 0.985031 0.415091</w:t>
        <w:br/>
        <w:t>vt 0.987385 0.428689</w:t>
        <w:br/>
        <w:t>vt 0.985031 0.428543</w:t>
        <w:br/>
        <w:t>vt 0.985031 0.447225</w:t>
        <w:br/>
        <w:t>vt 0.987385 0.447413</w:t>
        <w:br/>
        <w:t>vt 0.985031 0.428543</w:t>
        <w:br/>
        <w:t>vt 0.987385 0.477125</w:t>
        <w:br/>
        <w:t>vt 0.987385 0.467250</w:t>
        <w:br/>
        <w:t>vt 0.985031 0.467970</w:t>
        <w:br/>
        <w:t>vt 0.985031 0.477212</w:t>
        <w:br/>
        <w:t>vt 0.985031 0.458969</w:t>
        <w:br/>
        <w:t>vt 0.987385 0.458880</w:t>
        <w:br/>
        <w:t>vt 0.987385 0.467250</w:t>
        <w:br/>
        <w:t>vt 0.985031 0.458969</w:t>
        <w:br/>
        <w:t>vt 0.985031 0.467970</w:t>
        <w:br/>
        <w:t>vt 0.987247 0.510556</w:t>
        <w:br/>
        <w:t>vt 0.150446 0.285144</w:t>
        <w:br/>
        <w:t>vt 0.296443 0.229456</w:t>
        <w:br/>
        <w:t>vt 0.154903 0.207600</w:t>
        <w:br/>
        <w:t>vt 0.150446 0.214080</w:t>
        <w:br/>
        <w:t>vt 0.150446 0.230517</w:t>
        <w:br/>
        <w:t>vt 0.325389 0.221956</w:t>
        <w:br/>
        <w:t>vt 0.332355 0.220682</w:t>
        <w:br/>
        <w:t>vt 0.365860 0.231811</w:t>
        <w:br/>
        <w:t>vt 0.988778 0.620634</w:t>
        <w:br/>
        <w:t>vt 0.985718 0.620325</w:t>
        <w:br/>
        <w:t>vt 0.304231 0.241546</w:t>
        <w:br/>
        <w:t>vt 0.310840 0.238597</w:t>
        <w:br/>
        <w:t>vt 0.313718 0.237192</w:t>
        <w:br/>
        <w:t>vt 0.318151 0.234280</w:t>
        <w:br/>
        <w:t>vt 0.326619 0.230552</w:t>
        <w:br/>
        <w:t>vt 0.332145 0.227631</w:t>
        <w:br/>
        <w:t>vt 0.337131 0.226243</w:t>
        <w:br/>
        <w:t>vt 0.343697 0.227113</w:t>
        <w:br/>
        <w:t>vt 0.348352 0.224444</w:t>
        <w:br/>
        <w:t>vt 0.340687 0.221491</w:t>
        <w:br/>
        <w:t>vt 0.352880 0.227654</w:t>
        <w:br/>
        <w:t>vt 0.348953 0.227923</w:t>
        <w:br/>
        <w:t>vt 0.352725 0.229747</w:t>
        <w:br/>
        <w:t>vt 0.356650 0.231253</w:t>
        <w:br/>
        <w:t>vt 0.269663 0.278622</w:t>
        <w:br/>
        <w:t>vt 0.273031 0.275077</w:t>
        <w:br/>
        <w:t>vt 0.360916 0.234381</w:t>
        <w:br/>
        <w:t>vt 0.988778 0.616967</w:t>
        <w:br/>
        <w:t>vt 0.985718 0.616084</w:t>
        <w:br/>
        <w:t>vt 0.364376 0.239248</w:t>
        <w:br/>
        <w:t>vt 0.368345 0.238644</w:t>
        <w:br/>
        <w:t>vt 0.376150 0.237692</w:t>
        <w:br/>
        <w:t>vt 0.040262 0.786170</w:t>
        <w:br/>
        <w:t>vt 0.046178 0.786206</w:t>
        <w:br/>
        <w:t>vt 0.042300 0.781815</w:t>
        <w:br/>
        <w:t>vt 0.046178 0.781712</w:t>
        <w:br/>
        <w:t>vt 0.046178 0.778939</w:t>
        <w:br/>
        <w:t>vt 0.148422 0.176741</w:t>
        <w:br/>
        <w:t>vt 0.158237 0.171839</w:t>
        <w:br/>
        <w:t>vt 0.155123 0.169172</w:t>
        <w:br/>
        <w:t>vt 0.088432 0.003055</w:t>
        <w:br/>
        <w:t>vt 0.087537 0.007074</w:t>
        <w:br/>
        <w:t>vt 0.089359 0.006758</w:t>
        <w:br/>
        <w:t>vt 0.095596 0.006627</w:t>
        <w:br/>
        <w:t>vt 0.096941 0.002949</w:t>
        <w:br/>
        <w:t>vt 0.094705 0.002977</w:t>
        <w:br/>
        <w:t>vt 0.093987 0.006596</w:t>
        <w:br/>
        <w:t>vt 0.091902 0.003012</w:t>
        <w:br/>
        <w:t>vt 0.091340 0.007112</w:t>
        <w:br/>
        <w:t>vt 0.092555 0.007459</w:t>
        <w:br/>
        <w:t>vt 0.090527 0.006721</w:t>
        <w:br/>
        <w:t>vt 0.987947 0.596460</w:t>
        <w:br/>
        <w:t>vt 0.985509 0.596499</w:t>
        <w:br/>
        <w:t>vt 0.987947 0.593206</w:t>
        <w:br/>
        <w:t>vt 0.985509 0.593205</w:t>
        <w:br/>
        <w:t>vt 0.097382 0.006599</w:t>
        <w:br/>
        <w:t>vt 0.098052 0.006213</w:t>
        <w:br/>
        <w:t>vt 0.098453 0.002931</w:t>
        <w:br/>
        <w:t>vt 0.151712 0.182511</w:t>
        <w:br/>
        <w:t>vt 0.154251 0.187728</w:t>
        <w:br/>
        <w:t>vt 0.160217 0.179941</w:t>
        <w:br/>
        <w:t>vt 0.158384 0.176350</w:t>
        <w:br/>
        <w:t>vt 0.987947 0.582368</w:t>
        <w:br/>
        <w:t>vt 0.987947 0.578671</w:t>
        <w:br/>
        <w:t>vt 0.985509 0.578767</w:t>
        <w:br/>
        <w:t>vt 0.985509 0.582455</w:t>
        <w:br/>
        <w:t>vt 0.098932 0.005568</w:t>
        <w:br/>
        <w:t>vt 0.099827 0.002913</w:t>
        <w:br/>
        <w:t>vt 0.985509 0.575559</w:t>
        <w:br/>
        <w:t>vt 0.987947 0.575782</w:t>
        <w:br/>
        <w:t>vt 0.987947 0.573588</w:t>
        <w:br/>
        <w:t>vt 0.985509 0.573171</w:t>
        <w:br/>
        <w:t>vt 0.987947 0.571291</w:t>
        <w:br/>
        <w:t>vt 0.985509 0.571340</w:t>
        <w:br/>
        <w:t>vt 0.096615 0.006713</w:t>
        <w:br/>
        <w:t>vt 0.095596 0.006627</w:t>
        <w:br/>
        <w:t>vt 0.985509 0.586391</w:t>
        <w:br/>
        <w:t>vt 0.987947 0.586370</w:t>
        <w:br/>
        <w:t>vt 0.152852 0.167978</w:t>
        <w:br/>
        <w:t>vt 0.985509 0.590312</w:t>
        <w:br/>
        <w:t>vt 0.987947 0.590238</w:t>
        <w:br/>
        <w:t>vt 0.154251 0.187728</w:t>
        <w:br/>
        <w:t>vt 0.162052 0.182189</w:t>
        <w:br/>
        <w:t>vt 0.160217 0.179941</w:t>
        <w:br/>
        <w:t>vt 0.162755 0.188696</w:t>
        <w:br/>
        <w:t>vt 0.158004 0.195498</w:t>
        <w:br/>
        <w:t>vt 0.163096 0.190406</w:t>
        <w:br/>
        <w:t>vt 0.155870 0.191783</w:t>
        <w:br/>
        <w:t>vt 0.162732 0.185768</w:t>
        <w:br/>
        <w:t>vt 0.162620 0.183762</w:t>
        <w:br/>
        <w:t>vt 0.987947 0.568314</w:t>
        <w:br/>
        <w:t>vt 0.985509 0.568590</w:t>
        <w:br/>
        <w:t>vt 0.987947 0.566378</w:t>
        <w:br/>
        <w:t>vt 0.985509 0.566476</w:t>
        <w:br/>
        <w:t>vt 0.099431 0.005222</w:t>
        <w:br/>
        <w:t>vt 0.151574 0.201928</w:t>
        <w:br/>
        <w:t>vt 0.147554 0.189537</w:t>
        <w:br/>
        <w:t>vt 0.146337 0.177252</w:t>
        <w:br/>
        <w:t>vt 0.147286 0.171139</w:t>
        <w:br/>
        <w:t>vt 0.151127 0.165520</w:t>
        <w:br/>
        <w:t>vt 0.148655 0.161276</w:t>
        <w:br/>
        <w:t>vt 0.039017 0.007364</w:t>
        <w:br/>
        <w:t>vt 0.286001 0.469850</w:t>
        <w:br/>
        <w:t>vt 0.046178 0.793168</w:t>
        <w:br/>
        <w:t>vt 0.038261 0.793649</w:t>
        <w:br/>
        <w:t>vt 0.046178 0.790863</w:t>
        <w:br/>
        <w:t>vt 0.038156 0.792603</w:t>
        <w:br/>
        <w:t>vt 0.037971 0.791299</w:t>
        <w:br/>
        <w:t>vt 0.046178 0.788459</w:t>
        <w:br/>
        <w:t>vt 0.047435 0.383458</w:t>
        <w:br/>
        <w:t>vt 0.051455 0.382315</w:t>
        <w:br/>
        <w:t>vt 0.051455 0.386727</w:t>
        <w:br/>
        <w:t>vt 0.048499 0.388050</w:t>
        <w:br/>
        <w:t>vt 0.051455 0.372778</w:t>
        <w:br/>
        <w:t>vt 0.047116 0.373412</w:t>
        <w:br/>
        <w:t>vt 0.047694 0.369593</w:t>
        <w:br/>
        <w:t>vt 0.051455 0.369923</w:t>
        <w:br/>
        <w:t>vt 0.047335 0.380035</w:t>
        <w:br/>
        <w:t>vt 0.051455 0.376719</w:t>
        <w:br/>
        <w:t>vt 0.047613 0.366190</w:t>
        <w:br/>
        <w:t>vt 0.051455 0.365380</w:t>
        <w:br/>
        <w:t>vt 0.047659 0.362288</w:t>
        <w:br/>
        <w:t>vt 0.051455 0.361303</w:t>
        <w:br/>
        <w:t>vt 0.048042 0.359257</w:t>
        <w:br/>
        <w:t>vt 0.051455 0.356592</w:t>
        <w:br/>
        <w:t>vt 0.840111 0.133595</w:t>
        <w:br/>
        <w:t>vt 0.831268 0.136325</w:t>
        <w:br/>
        <w:t>vt 0.829615 0.133461</w:t>
        <w:br/>
        <w:t>vt 0.832063 0.147012</w:t>
        <w:br/>
        <w:t>vt 0.840780 0.140866</w:t>
        <w:br/>
        <w:t>vt 0.840818 0.150126</w:t>
        <w:br/>
        <w:t>vt 0.830973 0.151152</w:t>
        <w:br/>
        <w:t>vt 0.840111 0.133595</w:t>
        <w:br/>
        <w:t>vt 0.831901 0.138737</w:t>
        <w:br/>
        <w:t>vt 0.831268 0.136325</w:t>
        <w:br/>
        <w:t>vt 0.831339 0.154070</w:t>
        <w:br/>
        <w:t>vt 0.831077 0.158639</w:t>
        <w:br/>
        <w:t>vt 0.843212 0.164128</w:t>
        <w:br/>
        <w:t>vt 0.831728 0.165818</w:t>
        <w:br/>
        <w:t>vt 0.840818 0.150126</w:t>
        <w:br/>
        <w:t>vt 0.831077 0.158639</w:t>
        <w:br/>
        <w:t>vt 0.831339 0.154070</w:t>
        <w:br/>
        <w:t>vt 0.844599 0.174915</w:t>
        <w:br/>
        <w:t>vt 0.832482 0.175876</w:t>
        <w:br/>
        <w:t>vt 0.832416 0.172369</w:t>
        <w:br/>
        <w:t>vt 0.845475 0.181757</w:t>
        <w:br/>
        <w:t>vt 0.832904 0.182582</w:t>
        <w:br/>
        <w:t>vt 0.845543 0.189722</w:t>
        <w:br/>
        <w:t>vt 0.831795 0.190105</w:t>
        <w:br/>
        <w:t>vt 0.844865 0.199613</w:t>
        <w:br/>
        <w:t>vt 0.832799 0.199351</w:t>
        <w:br/>
        <w:t>vt 0.831258 0.196472</w:t>
        <w:br/>
        <w:t>vt 0.844865 0.199613</w:t>
        <w:br/>
        <w:t>vt 0.847934 0.206396</w:t>
        <w:br/>
        <w:t>vt 0.832648 0.205232</w:t>
        <w:br/>
        <w:t>vt 0.831963 0.201898</w:t>
        <w:br/>
        <w:t>vt 0.832799 0.199351</w:t>
        <w:br/>
        <w:t>vt 0.850524 0.212291</w:t>
        <w:br/>
        <w:t>vt 0.833908 0.211571</w:t>
        <w:br/>
        <w:t>vt 0.832020 0.142665</w:t>
        <w:br/>
        <w:t>vt 0.829615 0.133461</w:t>
        <w:br/>
        <w:t>vt 0.829131 0.132643</w:t>
        <w:br/>
        <w:t>vt 0.829354 0.130507</w:t>
        <w:br/>
        <w:t>vt 0.823396 0.219826</w:t>
        <w:br/>
        <w:t>vt 0.823396 0.210430</w:t>
        <w:br/>
        <w:t>vt 0.823396 0.205519</w:t>
        <w:br/>
        <w:t>vt 0.823396 0.202532</w:t>
        <w:br/>
        <w:t>vt 0.823396 0.198568</w:t>
        <w:br/>
        <w:t>vt 0.823396 0.198568</w:t>
        <w:br/>
        <w:t>vt 0.823396 0.195144</w:t>
        <w:br/>
        <w:t>vt 0.823396 0.189958</w:t>
        <w:br/>
        <w:t>vt 0.823396 0.183885</w:t>
        <w:br/>
        <w:t>vt 0.823396 0.176315</w:t>
        <w:br/>
        <w:t>vt 0.823396 0.176315</w:t>
        <w:br/>
        <w:t>vt 0.823396 0.173677</w:t>
        <w:br/>
        <w:t>vt 0.832482 0.175876</w:t>
        <w:br/>
        <w:t>vt 0.823396 0.166621</w:t>
        <w:br/>
        <w:t>vt 0.823396 0.161294</w:t>
        <w:br/>
        <w:t>vt 0.823396 0.161294</w:t>
        <w:br/>
        <w:t>vt 0.823396 0.155676</w:t>
        <w:br/>
        <w:t>vt 0.823396 0.155676</w:t>
        <w:br/>
        <w:t>vt 0.823396 0.152550</w:t>
        <w:br/>
        <w:t>vt 0.823396 0.148780</w:t>
        <w:br/>
        <w:t>vt 0.823396 0.144318</w:t>
        <w:br/>
        <w:t>vt 0.823396 0.139865</w:t>
        <w:br/>
        <w:t>vt 0.823396 0.136831</w:t>
        <w:br/>
        <w:t>vt 0.823396 0.136831</w:t>
        <w:br/>
        <w:t>vt 0.823396 0.134416</w:t>
        <w:br/>
        <w:t>vt 0.823396 0.133736</w:t>
        <w:br/>
        <w:t>vt 0.823396 0.131034</w:t>
        <w:br/>
        <w:t>vt 0.823396 0.133736</w:t>
        <w:br/>
        <w:t>vt 0.826319 0.128967</w:t>
        <w:br/>
        <w:t>vt 0.830279 0.128031</w:t>
        <w:br/>
        <w:t>vt 0.834134 0.128331</w:t>
        <w:br/>
        <w:t>vt 0.840127 0.129957</w:t>
        <w:br/>
        <w:t>vt 0.049397 0.392046</w:t>
        <w:br/>
        <w:t>vt 0.048391 0.392674</w:t>
        <w:br/>
        <w:t>vt 0.048499 0.388050</w:t>
        <w:br/>
        <w:t>vt 0.051455 0.389810</w:t>
        <w:br/>
        <w:t>vt 0.389463 0.222634</w:t>
        <w:br/>
        <w:t>vt 0.392299 0.208402</w:t>
        <w:br/>
        <w:t>vt 0.387456 0.237631</w:t>
        <w:br/>
        <w:t>vt 0.385111 0.222051</w:t>
        <w:br/>
        <w:t>vt 0.371056 0.215706</w:t>
        <w:br/>
        <w:t>vt 0.377467 0.207145</w:t>
        <w:br/>
        <w:t>vt 0.389770 0.208192</w:t>
        <w:br/>
        <w:t>vt 0.387408 0.222385</w:t>
        <w:br/>
        <w:t>vt 0.374535 0.227664</w:t>
        <w:br/>
        <w:t>vt 0.383600 0.238077</w:t>
        <w:br/>
        <w:t>vt 0.379750 0.237648</w:t>
        <w:br/>
        <w:t>vt 0.362763 0.224847</w:t>
        <w:br/>
        <w:t>vt 0.359022 0.219566</w:t>
        <w:br/>
        <w:t>vt 0.365598 0.207085</w:t>
        <w:br/>
        <w:t>vt 0.352751 0.213743</w:t>
        <w:br/>
        <w:t>vt 0.358482 0.200232</w:t>
        <w:br/>
        <w:t>vt 0.296269 0.198438</w:t>
        <w:br/>
        <w:t>vt 0.288197 0.180426</w:t>
        <w:br/>
        <w:t>vt 0.298600 0.183472</w:t>
        <w:br/>
        <w:t>vt 0.267449 0.236089</w:t>
        <w:br/>
        <w:t>vt 0.272253 0.222291</w:t>
        <w:br/>
        <w:t>vt 0.285766 0.233119</w:t>
        <w:br/>
        <w:t>vt 0.281742 0.201930</w:t>
        <w:br/>
        <w:t>vt 0.285421 0.193256</w:t>
        <w:br/>
        <w:t>vt 0.289488 0.218000</w:t>
        <w:br/>
        <w:t>vt 0.280453 0.238744</w:t>
        <w:br/>
        <w:t>vt 0.280071 0.251858</w:t>
        <w:br/>
        <w:t>vt 0.274504 0.255925</w:t>
        <w:br/>
        <w:t>vt 0.274029 0.267904</w:t>
        <w:br/>
        <w:t>vt 0.265437 0.267679</w:t>
        <w:br/>
        <w:t>vt 0.263927 0.250562</w:t>
        <w:br/>
        <w:t>vt 0.343868 0.208722</w:t>
        <w:br/>
        <w:t>vt 0.347167 0.195924</w:t>
        <w:br/>
        <w:t>vt 0.312658 0.187165</w:t>
        <w:br/>
        <w:t>vt 0.325192 0.190439</w:t>
        <w:br/>
        <w:t>vt 0.311592 0.192517</w:t>
        <w:br/>
        <w:t>vt 0.325012 0.209017</w:t>
        <w:br/>
        <w:t>vt 0.315749 0.210759</w:t>
        <w:br/>
        <w:t>vt 0.303575 0.214045</w:t>
        <w:br/>
        <w:t>vt 0.294505 0.245301</w:t>
        <w:br/>
        <w:t>vt 0.287766 0.250187</w:t>
        <w:br/>
        <w:t>vt 0.317312 0.223886</w:t>
        <w:br/>
        <w:t>vt 0.308643 0.226333</w:t>
        <w:br/>
        <w:t>vt 0.291684 0.171671</w:t>
        <w:br/>
        <w:t>vt 0.294250 0.164431</w:t>
        <w:br/>
        <w:t>vt 0.295960 0.165754</w:t>
        <w:br/>
        <w:t>vt 0.304521 0.167613</w:t>
        <w:br/>
        <w:t>vt 0.309375 0.167271</w:t>
        <w:br/>
        <w:t>vt 0.303792 0.176215</w:t>
        <w:br/>
        <w:t>vt 0.298767 0.175183</w:t>
        <w:br/>
        <w:t>vt 0.291684 0.171671</w:t>
        <w:br/>
        <w:t>vt 0.295960 0.165754</w:t>
        <w:br/>
        <w:t>vt 0.297008 0.166216</w:t>
        <w:br/>
        <w:t>vt 0.311974 0.167681</w:t>
        <w:br/>
        <w:t>vt 0.307132 0.176341</w:t>
        <w:br/>
        <w:t>vt 0.316723 0.167790</w:t>
        <w:br/>
        <w:t>vt 0.325905 0.169429</w:t>
        <w:br/>
        <w:t>vt 0.322288 0.182742</w:t>
        <w:br/>
        <w:t>vt 0.310097 0.178186</w:t>
        <w:br/>
        <w:t>vt 0.311974 0.167681</w:t>
        <w:br/>
        <w:t>vt 0.316723 0.167790</w:t>
        <w:br/>
        <w:t>vt 0.310097 0.178186</w:t>
        <w:br/>
        <w:t>vt 0.307132 0.176341</w:t>
        <w:br/>
        <w:t>vt 0.336236 0.185810</w:t>
        <w:br/>
        <w:t>vt 0.334657 0.170414</w:t>
        <w:br/>
        <w:t>vt 0.338760 0.170450</w:t>
        <w:br/>
        <w:t>vt 0.345826 0.187739</w:t>
        <w:br/>
        <w:t>vt 0.347183 0.171171</w:t>
        <w:br/>
        <w:t>vt 0.358079 0.170119</w:t>
        <w:br/>
        <w:t>vt 0.357434 0.188059</w:t>
        <w:br/>
        <w:t>vt 0.338760 0.170450</w:t>
        <w:br/>
        <w:t>vt 0.371054 0.171360</w:t>
        <w:br/>
        <w:t>vt 0.372627 0.186743</w:t>
        <w:br/>
        <w:t>vt 0.369230 0.187050</w:t>
        <w:br/>
        <w:t>vt 0.367648 0.169330</w:t>
        <w:br/>
        <w:t>vt 0.379687 0.171265</w:t>
        <w:br/>
        <w:t>vt 0.381331 0.191720</w:t>
        <w:br/>
        <w:t>vt 0.375957 0.188739</w:t>
        <w:br/>
        <w:t>vt 0.373983 0.170462</w:t>
        <w:br/>
        <w:t>vt 0.372627 0.186743</w:t>
        <w:br/>
        <w:t>vt 0.371054 0.171360</w:t>
        <w:br/>
        <w:t>vt 0.389508 0.195574</w:t>
        <w:br/>
        <w:t>vt 0.389059 0.172847</w:t>
        <w:br/>
        <w:t>vt 0.300187 0.166847</w:t>
        <w:br/>
        <w:t>vt 0.294628 0.172681</w:t>
        <w:br/>
        <w:t>vt 0.292960 0.163843</w:t>
        <w:br/>
        <w:t>vt 0.294250 0.164431</w:t>
        <w:br/>
        <w:t>vt 0.290690 0.163559</w:t>
        <w:br/>
        <w:t>vt 0.289606 0.171165</w:t>
        <w:br/>
        <w:t>vt 0.387575 0.160857</w:t>
        <w:br/>
        <w:t>vt 0.399233 0.160857</w:t>
        <w:br/>
        <w:t>vt 0.380202 0.160857</w:t>
        <w:br/>
        <w:t>vt 0.375338 0.160857</w:t>
        <w:br/>
        <w:t>vt 0.370070 0.160857</w:t>
        <w:br/>
        <w:t>vt 0.375338 0.160857</w:t>
        <w:br/>
        <w:t>vt 0.365506 0.160857</w:t>
        <w:br/>
        <w:t>vt 0.370070 0.160857</w:t>
        <w:br/>
        <w:t>vt 0.357892 0.160857</w:t>
        <w:br/>
        <w:t>vt 0.365506 0.160857</w:t>
        <w:br/>
        <w:t>vt 0.349072 0.160857</w:t>
        <w:br/>
        <w:t>vt 0.339851 0.160857</w:t>
        <w:br/>
        <w:t>vt 0.336648 0.160857</w:t>
        <w:br/>
        <w:t>vt 0.339851 0.160857</w:t>
        <w:br/>
        <w:t>vt 0.327135 0.160857</w:t>
        <w:br/>
        <w:t>vt 0.320078 0.160857</w:t>
        <w:br/>
        <w:t>vt 0.314031 0.160857</w:t>
        <w:br/>
        <w:t>vt 0.320078 0.160857</w:t>
        <w:br/>
        <w:t>vt 0.310905 0.160857</w:t>
        <w:br/>
        <w:t>vt 0.314031 0.160857</w:t>
        <w:br/>
        <w:t>vt 0.306683 0.160857</w:t>
        <w:br/>
        <w:t>vt 0.302302 0.160857</w:t>
        <w:br/>
        <w:t>vt 0.298699 0.160857</w:t>
        <w:br/>
        <w:t>vt 0.297078 0.160857</w:t>
        <w:br/>
        <w:t>vt 0.297078 0.160857</w:t>
        <w:br/>
        <w:t>vt 0.295574 0.160857</w:t>
        <w:br/>
        <w:t>vt 0.294801 0.160857</w:t>
        <w:br/>
        <w:t>vt 0.292405 0.159618</w:t>
        <w:br/>
        <w:t>vt 0.294801 0.160857</w:t>
        <w:br/>
        <w:t>vt 0.290078 0.161198</w:t>
        <w:br/>
        <w:t>vt 0.288343 0.163933</w:t>
        <w:br/>
        <w:t>vt 0.287636 0.166887</w:t>
        <w:br/>
        <w:t>vt 0.287370 0.170423</w:t>
        <w:br/>
        <w:t>vt 0.322288 0.182742</w:t>
        <w:br/>
        <w:t>vt 0.336236 0.185810</w:t>
        <w:br/>
        <w:t>vt 0.337606 0.192995</w:t>
        <w:br/>
        <w:t>vt 0.365553 0.201204</w:t>
        <w:br/>
        <w:t>vt 0.345826 0.187739</w:t>
        <w:br/>
        <w:t>vt 0.985718 0.644717</w:t>
        <w:br/>
        <w:t>vt 0.988778 0.644478</w:t>
        <w:br/>
        <w:t>vt 0.985718 0.632729</w:t>
        <w:br/>
        <w:t>vt 0.988778 0.632692</w:t>
        <w:br/>
        <w:t>vt 0.988778 0.638729</w:t>
        <w:br/>
        <w:t>vt 0.985718 0.638788</w:t>
        <w:br/>
        <w:t>vt 0.987672 0.218672</w:t>
        <w:br/>
        <w:t>vt 0.987672 0.233788</w:t>
        <w:br/>
        <w:t>vt 0.984721 0.233751</w:t>
        <w:br/>
        <w:t>vt 0.984721 0.218683</w:t>
        <w:br/>
        <w:t>vt 0.987672 0.172452</w:t>
        <w:br/>
        <w:t>vt 0.987672 0.186322</w:t>
        <w:br/>
        <w:t>vt 0.984721 0.186269</w:t>
        <w:br/>
        <w:t>vt 0.984721 0.172390</w:t>
        <w:br/>
        <w:t>vt 0.987672 0.208006</w:t>
        <w:br/>
        <w:t>vt 0.984721 0.208397</w:t>
        <w:br/>
        <w:t>vt 0.987672 0.158375</w:t>
        <w:br/>
        <w:t>vt 0.984721 0.158322</w:t>
        <w:br/>
        <w:t>vt 0.984721 0.142945</w:t>
        <w:br/>
        <w:t>vt 0.987672 0.142977</w:t>
        <w:br/>
        <w:t>vt 0.984721 0.133452</w:t>
        <w:br/>
        <w:t>vt 0.987672 0.133481</w:t>
        <w:br/>
        <w:t>vt 0.987672 0.391540</w:t>
        <w:br/>
        <w:t>vt 0.984721 0.391304</w:t>
        <w:br/>
        <w:t>vt 0.987672 0.382822</w:t>
        <w:br/>
        <w:t>vt 0.984721 0.382705</w:t>
        <w:br/>
        <w:t>vt 0.984721 0.377151</w:t>
        <w:br/>
        <w:t>vt 0.987672 0.377168</w:t>
        <w:br/>
        <w:t>vt 0.984721 0.377151</w:t>
        <w:br/>
        <w:t>vt 0.984721 0.369628</w:t>
        <w:br/>
        <w:t>vt 0.987672 0.369509</w:t>
        <w:br/>
        <w:t>vt 0.987672 0.362772</w:t>
        <w:br/>
        <w:t>vt 0.987672 0.369509</w:t>
        <w:br/>
        <w:t>vt 0.984721 0.369628</w:t>
        <w:br/>
        <w:t>vt 0.984721 0.363005</w:t>
        <w:br/>
        <w:t>vt 0.984721 0.363005</w:t>
        <w:br/>
        <w:t>vt 0.984721 0.354310</w:t>
        <w:br/>
        <w:t>vt 0.987672 0.354305</w:t>
        <w:br/>
        <w:t>vt 0.987672 0.345309</w:t>
        <w:br/>
        <w:t>vt 0.984721 0.345353</w:t>
        <w:br/>
        <w:t>vt 0.984721 0.334893</w:t>
        <w:br/>
        <w:t>vt 0.987672 0.334566</w:t>
        <w:br/>
        <w:t>vt 0.987672 0.332236</w:t>
        <w:br/>
        <w:t>vt 0.984721 0.332321</w:t>
        <w:br/>
        <w:t>vt 0.987672 0.320994</w:t>
        <w:br/>
        <w:t>vt 0.984721 0.320866</w:t>
        <w:br/>
        <w:t>vt 0.987672 0.312226</w:t>
        <w:br/>
        <w:t>vt 0.984721 0.312151</w:t>
        <w:br/>
        <w:t>vt 0.984721 0.312151</w:t>
        <w:br/>
        <w:t>vt 0.984721 0.303342</w:t>
        <w:br/>
        <w:t>vt 0.987672 0.303251</w:t>
        <w:br/>
        <w:t>vt 0.987672 0.298741</w:t>
        <w:br/>
        <w:t>vt 0.987672 0.303251</w:t>
        <w:br/>
        <w:t>vt 0.984721 0.303342</w:t>
        <w:br/>
        <w:t>vt 0.984721 0.298788</w:t>
        <w:br/>
        <w:t>vt 0.984721 0.292382</w:t>
        <w:br/>
        <w:t>vt 0.987672 0.292411</w:t>
        <w:br/>
        <w:t>vt 0.984721 0.285796</w:t>
        <w:br/>
        <w:t>vt 0.987672 0.285919</w:t>
        <w:br/>
        <w:t>vt 0.984721 0.280157</w:t>
        <w:br/>
        <w:t>vt 0.987672 0.280294</w:t>
        <w:br/>
        <w:t>vt 0.984721 0.276946</w:t>
        <w:br/>
        <w:t>vt 0.987672 0.277066</w:t>
        <w:br/>
        <w:t>vt 0.987672 0.272571</w:t>
        <w:br/>
        <w:t>vt 0.984721 0.272298</w:t>
        <w:br/>
        <w:t>vt 0.987672 0.270850</w:t>
        <w:br/>
        <w:t>vt 0.984721 0.270954</w:t>
        <w:br/>
        <w:t>vt 0.984721 0.266367</w:t>
        <w:br/>
        <w:t>vt 0.987672 0.266388</w:t>
        <w:br/>
        <w:t>vt 0.984721 0.262839</w:t>
        <w:br/>
        <w:t>vt 0.987672 0.262838</w:t>
        <w:br/>
        <w:t>vt 0.987672 0.258913</w:t>
        <w:br/>
        <w:t>vt 0.984721 0.258918</w:t>
        <w:br/>
        <w:t>vt 0.984721 0.254994</w:t>
        <w:br/>
        <w:t>vt 0.987672 0.254930</w:t>
        <w:br/>
        <w:t>vt 0.984721 0.248590</w:t>
        <w:br/>
        <w:t>vt 0.987672 0.248754</w:t>
        <w:br/>
        <w:t>vt 0.048292 0.357684</w:t>
        <w:br/>
        <w:t>vt 0.051455 0.354539</w:t>
        <w:br/>
        <w:t>vt 0.987672 0.129147</w:t>
        <w:br/>
        <w:t>vt 0.984721 0.129016</w:t>
        <w:br/>
        <w:t>vt 0.277183 0.284226</w:t>
        <w:br/>
        <w:t>vt 0.281262 0.290864</w:t>
        <w:br/>
        <w:t>vt 0.274326 0.291682</w:t>
        <w:br/>
        <w:t>vt 0.271626 0.284663</w:t>
        <w:br/>
        <w:t>vt 0.048512 0.356007</w:t>
        <w:br/>
        <w:t>vt 0.051455 0.351385</w:t>
        <w:br/>
        <w:t>vt 0.987672 0.125042</w:t>
        <w:br/>
        <w:t>vt 0.984721 0.125109</w:t>
        <w:br/>
        <w:t>vt 0.293804 0.304415</w:t>
        <w:br/>
        <w:t>vt 0.334048 0.208375</w:t>
        <w:br/>
        <w:t>vt 0.987247 0.521732</w:t>
        <w:br/>
        <w:t>vt 0.985131 0.521984</w:t>
        <w:br/>
        <w:t>vt 0.985131 0.516566</w:t>
        <w:br/>
        <w:t>vt 0.987247 0.516691</w:t>
        <w:br/>
        <w:t>vt 0.987247 0.526220</w:t>
        <w:br/>
        <w:t>vt 0.985131 0.526568</w:t>
        <w:br/>
        <w:t>vt 0.987247 0.529789</w:t>
        <w:br/>
        <w:t>vt 0.985131 0.529696</w:t>
        <w:br/>
        <w:t>vt 0.987247 0.534465</w:t>
        <w:br/>
        <w:t>vt 0.985131 0.534361</w:t>
        <w:br/>
        <w:t>vt 0.987247 0.540095</w:t>
        <w:br/>
        <w:t>vt 0.985131 0.540142</w:t>
        <w:br/>
        <w:t>vt 0.987247 0.544514</w:t>
        <w:br/>
        <w:t>vt 0.985131 0.544507</w:t>
        <w:br/>
        <w:t>vt 0.987247 0.549617</w:t>
        <w:br/>
        <w:t>vt 0.987247 0.555690</w:t>
        <w:br/>
        <w:t>vt 0.985131 0.555715</w:t>
        <w:br/>
        <w:t>vt 0.985131 0.549626</w:t>
        <w:br/>
        <w:t>vt 0.071903 0.018676</w:t>
        <w:br/>
        <w:t>vt 0.071753 0.021370</w:t>
        <w:br/>
        <w:t>vt 0.067162 0.021412</w:t>
        <w:br/>
        <w:t>vt 0.067312 0.018718</w:t>
        <w:br/>
        <w:t>vt 0.985131 0.560496</w:t>
        <w:br/>
        <w:t>vt 0.987247 0.560454</w:t>
        <w:br/>
        <w:t>vt 0.266241 0.307259</w:t>
        <w:br/>
        <w:t>vt 0.274824 0.301796</w:t>
        <w:br/>
        <w:t>vt 0.277135 0.307291</w:t>
        <w:br/>
        <w:t>vt 0.281043 0.311858</w:t>
        <w:br/>
        <w:t>vt 0.266241 0.322838</w:t>
        <w:br/>
        <w:t>vt 0.266241 0.314395</w:t>
        <w:br/>
        <w:t>vt 0.283402 0.314312</w:t>
        <w:br/>
        <w:t>vt 0.284346 0.316207</w:t>
        <w:br/>
        <w:t>vt 0.273358 0.327331</w:t>
        <w:br/>
        <w:t>vt 0.285329 0.317684</w:t>
        <w:br/>
        <w:t>vt 0.288742 0.323304</w:t>
        <w:br/>
        <w:t>vt 0.276064 0.331387</w:t>
        <w:br/>
        <w:t>vt 0.287108 0.319897</w:t>
        <w:br/>
        <w:t>vt 0.289717 0.325643</w:t>
        <w:br/>
        <w:t>vt 0.291069 0.329385</w:t>
        <w:br/>
        <w:t>vt 0.279182 0.337422</w:t>
        <w:br/>
        <w:t>vt 0.292560 0.333776</w:t>
        <w:br/>
        <w:t>vt 0.294384 0.337296</w:t>
        <w:br/>
        <w:t>vt 0.281493 0.342603</w:t>
        <w:br/>
        <w:t>vt 0.296578 0.339113</w:t>
        <w:br/>
        <w:t>vt 0.284649 0.344048</w:t>
        <w:br/>
        <w:t>vt 0.299428 0.340380</w:t>
        <w:br/>
        <w:t>vt 0.302019 0.341129</w:t>
        <w:br/>
        <w:t>vt 0.286527 0.347613</w:t>
        <w:br/>
        <w:t>vt 0.284649 0.344048</w:t>
        <w:br/>
        <w:t>vt 0.305113 0.344411</w:t>
        <w:br/>
        <w:t>vt 0.287505 0.352180</w:t>
        <w:br/>
        <w:t>vt 0.307808 0.349941</w:t>
        <w:br/>
        <w:t>vt 0.288324 0.357010</w:t>
        <w:br/>
        <w:t>vt 0.308848 0.355357</w:t>
        <w:br/>
        <w:t>vt 0.288974 0.361202</w:t>
        <w:br/>
        <w:t>vt 0.308971 0.359755</w:t>
        <w:br/>
        <w:t>vt 0.288889 0.364193</w:t>
        <w:br/>
        <w:t>vt 0.308670 0.362205</w:t>
        <w:br/>
        <w:t>vt 0.307643 0.363663</w:t>
        <w:br/>
        <w:t>vt 0.306227 0.365023</w:t>
        <w:br/>
        <w:t>vt 0.287289 0.366764</w:t>
        <w:br/>
        <w:t>vt 0.305013 0.366721</w:t>
        <w:br/>
        <w:t>vt 0.286300 0.370468</w:t>
        <w:br/>
        <w:t>vt 0.304528 0.368796</w:t>
        <w:br/>
        <w:t>vt 0.286448 0.374045</w:t>
        <w:br/>
        <w:t>vt 0.305238 0.371424</w:t>
        <w:br/>
        <w:t>vt 0.287113 0.377236</w:t>
        <w:br/>
        <w:t>vt 0.306632 0.373887</w:t>
        <w:br/>
        <w:t>vt 0.289114 0.380340</w:t>
        <w:br/>
        <w:t>vt 0.308584 0.376070</w:t>
        <w:br/>
        <w:t>vt 0.310790 0.378068</w:t>
        <w:br/>
        <w:t>vt 0.291384 0.381757</w:t>
        <w:br/>
        <w:t>vt 0.312827 0.379694</w:t>
        <w:br/>
        <w:t>vt 0.292073 0.383197</w:t>
        <w:br/>
        <w:t>vt 0.314058 0.381339</w:t>
        <w:br/>
        <w:t>vt 0.291808 0.385734</w:t>
        <w:br/>
        <w:t>vt 0.314195 0.383770</w:t>
        <w:br/>
        <w:t>vt 0.290978 0.389086</w:t>
        <w:br/>
        <w:t>vt 0.313731 0.387452</w:t>
        <w:br/>
        <w:t>vt 0.290178 0.392466</w:t>
        <w:br/>
        <w:t>vt 0.313287 0.391200</w:t>
        <w:br/>
        <w:t>vt 0.312859 0.393475</w:t>
        <w:br/>
        <w:t>vt 0.289015 0.394984</w:t>
        <w:br/>
        <w:t>vt 0.312426 0.394863</w:t>
        <w:br/>
        <w:t>vt 0.311837 0.396706</w:t>
        <w:br/>
        <w:t>vt 0.287673 0.398053</w:t>
        <w:br/>
        <w:t>vt 0.311320 0.398867</w:t>
        <w:br/>
        <w:t>vt 0.311085 0.401324</w:t>
        <w:br/>
        <w:t>vt 0.287373 0.402373</w:t>
        <w:br/>
        <w:t>vt 0.287993 0.406718</w:t>
        <w:br/>
        <w:t>vt 0.311736 0.404554</w:t>
        <w:br/>
        <w:t>vt 0.288895 0.410786</w:t>
        <w:br/>
        <w:t>vt 0.312759 0.407719</w:t>
        <w:br/>
        <w:t>vt 0.313624 0.410024</w:t>
        <w:br/>
        <w:t>vt 0.289752 0.412942</w:t>
        <w:br/>
        <w:t>vt 0.290704 0.414638</w:t>
        <w:br/>
        <w:t>vt 0.314555 0.411627</w:t>
        <w:br/>
        <w:t>vt 0.315454 0.412886</w:t>
        <w:br/>
        <w:t>vt 0.291264 0.417276</w:t>
        <w:br/>
        <w:t>vt 0.316789 0.415005</w:t>
        <w:br/>
        <w:t>vt 0.291365 0.422648</w:t>
        <w:br/>
        <w:t>vt 0.318113 0.418335</w:t>
        <w:br/>
        <w:t>vt 0.318764 0.422544</w:t>
        <w:br/>
        <w:t>vt 0.291303 0.430641</w:t>
        <w:br/>
        <w:t>vt 0.318304 0.427618</w:t>
        <w:br/>
        <w:t>vt 0.317300 0.431697</w:t>
        <w:br/>
        <w:t>vt 0.316271 0.433649</w:t>
        <w:br/>
        <w:t>vt 0.290634 0.434583</w:t>
        <w:br/>
        <w:t>vt 0.315269 0.435082</w:t>
        <w:br/>
        <w:t>vt 0.314268 0.437020</w:t>
        <w:br/>
        <w:t>vt 0.289526 0.437094</w:t>
        <w:br/>
        <w:t>vt 0.313279 0.439177</w:t>
        <w:br/>
        <w:t>vt 0.312115 0.441183</w:t>
        <w:br/>
        <w:t>vt 0.288539 0.441444</w:t>
        <w:br/>
        <w:t>vt 0.311166 0.443515</w:t>
        <w:br/>
        <w:t>vt 0.288517 0.445451</w:t>
        <w:br/>
        <w:t>vt 0.310953 0.446000</w:t>
        <w:br/>
        <w:t>vt 0.288823 0.447679</w:t>
        <w:br/>
        <w:t>vt 0.311295 0.448327</w:t>
        <w:br/>
        <w:t>vt 0.289236 0.449385</w:t>
        <w:br/>
        <w:t>vt 0.311906 0.450344</w:t>
        <w:br/>
        <w:t>vt 0.289498 0.450717</w:t>
        <w:br/>
        <w:t>vt 0.312346 0.451980</w:t>
        <w:br/>
        <w:t>vt 0.289486 0.453307</w:t>
        <w:br/>
        <w:t>vt 0.312335 0.454398</w:t>
        <w:br/>
        <w:t>vt 0.311828 0.458429</w:t>
        <w:br/>
        <w:t>vt 0.289284 0.457241</w:t>
        <w:br/>
        <w:t>vt 0.310299 0.462757</w:t>
        <w:br/>
        <w:t>vt 0.288724 0.461407</w:t>
        <w:br/>
        <w:t>vt 0.308228 0.466615</w:t>
        <w:br/>
        <w:t>vt 0.287888 0.465182</w:t>
        <w:br/>
        <w:t>vt 0.305697 0.469117</w:t>
        <w:br/>
        <w:t>vt 0.286749 0.467574</w:t>
        <w:br/>
        <w:t>vt 0.304049 0.471645</w:t>
        <w:br/>
        <w:t>vt 0.286001 0.469850</w:t>
        <w:br/>
        <w:t>vt 0.286749 0.467574</w:t>
        <w:br/>
        <w:t>vt 0.305697 0.469117</w:t>
        <w:br/>
        <w:t>vt 0.302682 0.475275</w:t>
        <w:br/>
        <w:t>vt 0.285488 0.473026</w:t>
        <w:br/>
        <w:t>vt 0.300963 0.479295</w:t>
        <w:br/>
        <w:t>vt 0.284372 0.477552</w:t>
        <w:br/>
        <w:t>vt 0.284372 0.477552</w:t>
        <w:br/>
        <w:t>vt 0.300003 0.482342</w:t>
        <w:br/>
        <w:t>vt 0.299118 0.484558</w:t>
        <w:br/>
        <w:t>vt 0.283100 0.481301</w:t>
        <w:br/>
        <w:t>vt 0.295280 0.495177</w:t>
        <w:br/>
        <w:t>vt 0.280452 0.489361</w:t>
        <w:br/>
        <w:t>vt 0.281551 0.484944</w:t>
        <w:br/>
        <w:t>vt 0.296299 0.491241</w:t>
        <w:br/>
        <w:t>vt 0.292492 0.499011</w:t>
        <w:br/>
        <w:t>vt 0.278828 0.492471</w:t>
        <w:br/>
        <w:t>vt 0.266241 0.336683</w:t>
        <w:br/>
        <w:t>vt 0.273358 0.327331</w:t>
        <w:br/>
        <w:t>vt 0.266241 0.336683</w:t>
        <w:br/>
        <w:t>vt 0.266241 0.344216</w:t>
        <w:br/>
        <w:t>vt 0.266241 0.349284</w:t>
        <w:br/>
        <w:t>vt 0.266241 0.355878</w:t>
        <w:br/>
        <w:t>vt 0.266241 0.365161</w:t>
        <w:br/>
        <w:t>vt 0.266241 0.370902</w:t>
        <w:br/>
        <w:t>vt 0.266241 0.377738</w:t>
        <w:br/>
        <w:t>vt 0.266241 0.383959</w:t>
        <w:br/>
        <w:t>vt 0.266241 0.395650</w:t>
        <w:br/>
        <w:t>vt 0.266241 0.406704</w:t>
        <w:br/>
        <w:t>vt 0.266241 0.413973</w:t>
        <w:br/>
        <w:t>vt 0.266241 0.420980</w:t>
        <w:br/>
        <w:t>vt 0.266241 0.430594</w:t>
        <w:br/>
        <w:t>vt 0.290634 0.434583</w:t>
        <w:br/>
        <w:t>vt 0.266241 0.439470</w:t>
        <w:br/>
        <w:t>vt 0.266241 0.439470</w:t>
        <w:br/>
        <w:t>vt 0.266241 0.449919</w:t>
        <w:br/>
        <w:t>vt 0.266241 0.454783</w:t>
        <w:br/>
        <w:t>vt 0.266241 0.463306</w:t>
        <w:br/>
        <w:t>vt 0.266241 0.468773</w:t>
        <w:br/>
        <w:t>vt 0.266241 0.468773</w:t>
        <w:br/>
        <w:t>vt 0.266241 0.473452</w:t>
        <w:br/>
        <w:t>vt 0.266241 0.473452</w:t>
        <w:br/>
        <w:t>vt 0.266241 0.476898</w:t>
        <w:br/>
        <w:t>vt 0.266241 0.482688</w:t>
        <w:br/>
        <w:t>vt 0.150546 0.099264</w:t>
        <w:br/>
        <w:t>vt 0.151372 0.104877</w:t>
        <w:br/>
        <w:t>vt 0.134709 0.104877</w:t>
        <w:br/>
        <w:t>vt 0.169978 0.104877</w:t>
        <w:br/>
        <w:t>vt 0.171326 0.100206</w:t>
        <w:br/>
        <w:t>vt 0.177851 0.101291</w:t>
        <w:br/>
        <w:t>vt 0.179796 0.104877</w:t>
        <w:br/>
        <w:t>vt 0.156316 0.098417</w:t>
        <w:br/>
        <w:t>vt 0.160486 0.104877</w:t>
        <w:br/>
        <w:t>vt 0.185641 0.104877</w:t>
        <w:br/>
        <w:t>vt 0.182438 0.101502</w:t>
        <w:br/>
        <w:t>vt 0.185129 0.101355</w:t>
        <w:br/>
        <w:t>vt 0.186920 0.101060</w:t>
        <w:br/>
        <w:t>vt 0.165009 0.100443</w:t>
        <w:br/>
        <w:t>vt 0.168433 0.100302</w:t>
        <w:br/>
        <w:t>vt 0.276529 0.496896</w:t>
        <w:br/>
        <w:t>vt 0.266241 0.490940</w:t>
        <w:br/>
        <w:t>vt 0.289942 0.502238</w:t>
        <w:br/>
        <w:t>vt 0.073909 0.003236</w:t>
        <w:br/>
        <w:t>vt 0.080251 0.003157</w:t>
        <w:br/>
        <w:t>vt 0.078911 0.011053</w:t>
        <w:br/>
        <w:t>vt 0.073398 0.011064</w:t>
        <w:br/>
        <w:t>vt 0.070809 0.011163</w:t>
        <w:br/>
        <w:t>vt 0.068618 0.003301</w:t>
        <w:br/>
        <w:t>vt 0.067959 0.010836</w:t>
        <w:br/>
        <w:t>vt 0.064733 0.010507</w:t>
        <w:br/>
        <w:t>vt 0.062471 0.003378</w:t>
        <w:br/>
        <w:t>vt 0.062625 0.010528</w:t>
        <w:br/>
        <w:t>vt 0.059434 0.010290</w:t>
        <w:br/>
        <w:t>vt 0.056269 0.003455</w:t>
        <w:br/>
        <w:t>vt 0.055925 0.010650</w:t>
        <w:br/>
        <w:t>vt 0.050517 0.009220</w:t>
        <w:br/>
        <w:t>vt 0.049945 0.003533</w:t>
        <w:br/>
        <w:t>vt 0.045353 0.008956</w:t>
        <w:br/>
        <w:t>vt 0.045100 0.003594</w:t>
        <w:br/>
        <w:t>vt 0.041244 0.007246</w:t>
        <w:br/>
        <w:t>vt 0.040329 0.003653</w:t>
        <w:br/>
        <w:t>vt 0.985509 0.601166</w:t>
        <w:br/>
        <w:t>vt 0.987947 0.600563</w:t>
        <w:br/>
        <w:t>vt 0.987947 0.606266</w:t>
        <w:br/>
        <w:t>vt 0.171326 0.100206</w:t>
        <w:br/>
        <w:t>vt 0.192402 0.100798</w:t>
        <w:br/>
        <w:t>vt 0.193835 0.104877</w:t>
        <w:br/>
        <w:t>vt 0.190455 0.101469</w:t>
        <w:br/>
        <w:t>vt 0.197518 0.098587</w:t>
        <w:br/>
        <w:t>vt 0.204303 0.104877</w:t>
        <w:br/>
        <w:t>vt 0.193835 0.104877</w:t>
        <w:br/>
        <w:t>vt 0.193959 0.100126</w:t>
        <w:br/>
        <w:t>vt 0.185641 0.104877</w:t>
        <w:br/>
        <w:t>vt 0.186920 0.101060</w:t>
        <w:br/>
        <w:t>vt 0.190455 0.101469</w:t>
        <w:br/>
        <w:t>vt 0.193835 0.104877</w:t>
        <w:br/>
        <w:t>vt 0.179846 0.100961</w:t>
        <w:br/>
        <w:t>vt 0.179796 0.104877</w:t>
        <w:br/>
        <w:t>vt 0.177851 0.101291</w:t>
        <w:br/>
        <w:t>vt 0.179796 0.104877</w:t>
        <w:br/>
        <w:t>vt 0.160180 0.098646</w:t>
        <w:br/>
        <w:t>vt 0.297673 0.486716</w:t>
        <w:br/>
        <w:t>vt 0.283100 0.481301</w:t>
        <w:br/>
        <w:t>vt 0.296746 0.488937</w:t>
        <w:br/>
        <w:t>vt 0.150446 0.474360</w:t>
        <w:br/>
        <w:t>vt 0.157203 0.478116</w:t>
        <w:br/>
        <w:t>vt 0.151404 0.479616</w:t>
        <w:br/>
        <w:t>vt 0.150446 0.466539</w:t>
        <w:br/>
        <w:t>vt 0.150446 0.459222</w:t>
        <w:br/>
        <w:t>vt 0.160407 0.472488</w:t>
        <w:br/>
        <w:t>vt 0.162857 0.468993</w:t>
        <w:br/>
        <w:t>vt 0.164695 0.466146</w:t>
        <w:br/>
        <w:t>vt 0.156539 0.453203</w:t>
        <w:br/>
        <w:t>vt 0.166625 0.463542</w:t>
        <w:br/>
        <w:t>vt 0.158723 0.450692</w:t>
        <w:br/>
        <w:t>vt 0.169949 0.458865</w:t>
        <w:br/>
        <w:t>vt 0.168437 0.461723</w:t>
        <w:br/>
        <w:t>vt 0.170575 0.457005</w:t>
        <w:br/>
        <w:t>vt 0.171633 0.453590</w:t>
        <w:br/>
        <w:t>vt 0.161297 0.445549</w:t>
        <w:br/>
        <w:t>vt 0.172771 0.449564</w:t>
        <w:br/>
        <w:t>vt 0.173907 0.446600</w:t>
        <w:br/>
        <w:t>vt 0.163140 0.441710</w:t>
        <w:br/>
        <w:t>vt 0.163140 0.441710</w:t>
        <w:br/>
        <w:t>vt 0.175392 0.444869</w:t>
        <w:br/>
        <w:t>vt 0.173907 0.446600</w:t>
        <w:br/>
        <w:t>vt 0.165658 0.439373</w:t>
        <w:br/>
        <w:t>vt 0.177682 0.443370</w:t>
        <w:br/>
        <w:t>vt 0.180035 0.442165</w:t>
        <w:br/>
        <w:t>vt 0.165658 0.439373</w:t>
        <w:br/>
        <w:t>vt 0.167499 0.434893</w:t>
        <w:br/>
        <w:t>vt 0.183373 0.438902</w:t>
        <w:br/>
        <w:t>vt 0.168751 0.430167</w:t>
        <w:br/>
        <w:t>vt 0.186744 0.433657</w:t>
        <w:br/>
        <w:t>vt 0.169826 0.425354</w:t>
        <w:br/>
        <w:t>vt 0.188456 0.428416</w:t>
        <w:br/>
        <w:t>vt 0.170697 0.421088</w:t>
        <w:br/>
        <w:t>vt 0.189139 0.423999</w:t>
        <w:br/>
        <w:t>vt 0.170883 0.417310</w:t>
        <w:br/>
        <w:t>vt 0.189221 0.421292</w:t>
        <w:br/>
        <w:t>vt 0.188583 0.419407</w:t>
        <w:br/>
        <w:t>vt 0.187536 0.417721</w:t>
        <w:br/>
        <w:t>vt 0.169698 0.414068</w:t>
        <w:br/>
        <w:t>vt 0.186661 0.415970</w:t>
        <w:br/>
        <w:t>vt 0.169153 0.411164</w:t>
        <w:br/>
        <w:t>vt 0.186319 0.414113</w:t>
        <w:br/>
        <w:t>vt 0.169607 0.408432</w:t>
        <w:br/>
        <w:t>vt 0.186996 0.411848</w:t>
        <w:br/>
        <w:t>vt 0.170475 0.405896</w:t>
        <w:br/>
        <w:t>vt 0.188222 0.409731</w:t>
        <w:br/>
        <w:t>vt 0.172373 0.403510</w:t>
        <w:br/>
        <w:t>vt 0.189927 0.407956</w:t>
        <w:br/>
        <w:t>vt 0.191995 0.406225</w:t>
        <w:br/>
        <w:t>vt 0.174333 0.401506</w:t>
        <w:br/>
        <w:t>vt 0.194075 0.404446</w:t>
        <w:br/>
        <w:t>vt 0.174830 0.398914</w:t>
        <w:br/>
        <w:t>vt 0.195457 0.402287</w:t>
        <w:br/>
        <w:t>vt 0.174531 0.395489</w:t>
        <w:br/>
        <w:t>vt 0.195897 0.399323</w:t>
        <w:br/>
        <w:t>vt 0.173888 0.391385</w:t>
        <w:br/>
        <w:t>vt 0.196012 0.395041</w:t>
        <w:br/>
        <w:t>vt 0.173416 0.387418</w:t>
        <w:br/>
        <w:t>vt 0.196181 0.390645</w:t>
        <w:br/>
        <w:t>vt 0.196232 0.387675</w:t>
        <w:br/>
        <w:t>vt 0.172753 0.383751</w:t>
        <w:br/>
        <w:t>vt 0.196335 0.385672</w:t>
        <w:br/>
        <w:t>vt 0.196306 0.383396</w:t>
        <w:br/>
        <w:t>vt 0.171929 0.379953</w:t>
        <w:br/>
        <w:t>vt 0.196146 0.381042</w:t>
        <w:br/>
        <w:t>vt 0.196012 0.378550</w:t>
        <w:br/>
        <w:t>vt 0.171639 0.376274</w:t>
        <w:br/>
        <w:t>vt 0.172170 0.372670</w:t>
        <w:br/>
        <w:t>vt 0.196321 0.375361</w:t>
        <w:br/>
        <w:t>vt 0.172924 0.369575</w:t>
        <w:br/>
        <w:t>vt 0.197001 0.372489</w:t>
        <w:br/>
        <w:t>vt 0.173632 0.367806</w:t>
        <w:br/>
        <w:t>vt 0.197473 0.370295</w:t>
        <w:br/>
        <w:t>vt 0.174489 0.365116</w:t>
        <w:br/>
        <w:t>vt 0.198087 0.368340</w:t>
        <w:br/>
        <w:t>vt 0.198812 0.366556</w:t>
        <w:br/>
        <w:t>vt 0.175025 0.361330</w:t>
        <w:br/>
        <w:t>vt 0.200200 0.364006</w:t>
        <w:br/>
        <w:t>vt 0.201811 0.360401</w:t>
        <w:br/>
        <w:t>vt 0.175068 0.355327</w:t>
        <w:br/>
        <w:t>vt 0.202850 0.355950</w:t>
        <w:br/>
        <w:t>vt 0.174978 0.348454</w:t>
        <w:br/>
        <w:t>vt 0.202874 0.350400</w:t>
        <w:br/>
        <w:t>vt 0.174917 0.342967</w:t>
        <w:br/>
        <w:t>vt 0.202337 0.345623</w:t>
        <w:br/>
        <w:t>vt 0.201842 0.343022</w:t>
        <w:br/>
        <w:t>vt 0.174687 0.338844</w:t>
        <w:br/>
        <w:t>vt 0.201251 0.341005</w:t>
        <w:br/>
        <w:t>vt 0.200710 0.338637</w:t>
        <w:br/>
        <w:t>vt 0.199947 0.336399</w:t>
        <w:br/>
        <w:t>vt 0.173743 0.335620</w:t>
        <w:br/>
        <w:t>vt 0.198963 0.334435</w:t>
        <w:br/>
        <w:t>vt 0.198064 0.332330</w:t>
        <w:br/>
        <w:t>vt 0.173211 0.331687</w:t>
        <w:br/>
        <w:t>vt 0.197907 0.330015</w:t>
        <w:br/>
        <w:t>vt 0.173729 0.328717</w:t>
        <w:br/>
        <w:t>vt 0.198350 0.327837</w:t>
        <w:br/>
        <w:t>vt 0.174295 0.326988</w:t>
        <w:br/>
        <w:t>vt 0.199148 0.325778</w:t>
        <w:br/>
        <w:t>vt 0.174823 0.324953</w:t>
        <w:br/>
        <w:t>vt 0.199882 0.323746</w:t>
        <w:br/>
        <w:t>vt 0.175198 0.321140</w:t>
        <w:br/>
        <w:t>vt 0.200279 0.320592</w:t>
        <w:br/>
        <w:t>vt 0.175259 0.316034</w:t>
        <w:br/>
        <w:t>vt 0.200282 0.315525</w:t>
        <w:br/>
        <w:t>vt 0.199152 0.309950</w:t>
        <w:br/>
        <w:t>vt 0.174738 0.310890</w:t>
        <w:br/>
        <w:t>vt 0.197271 0.304660</w:t>
        <w:br/>
        <w:t>vt 0.173772 0.306149</w:t>
        <w:br/>
        <w:t>vt 0.194635 0.300615</w:t>
        <w:br/>
        <w:t>vt 0.172481 0.302468</w:t>
        <w:br/>
        <w:t>vt 0.192825 0.296536</w:t>
        <w:br/>
        <w:t>vt 0.194635 0.300615</w:t>
        <w:br/>
        <w:t>vt 0.172481 0.302468</w:t>
        <w:br/>
        <w:t>vt 0.171664 0.299147</w:t>
        <w:br/>
        <w:t>vt 0.171042 0.295776</w:t>
        <w:br/>
        <w:t>vt 0.190971 0.291528</w:t>
        <w:br/>
        <w:t>vt 0.169777 0.293182</w:t>
        <w:br/>
        <w:t>vt 0.188327 0.286518</w:t>
        <w:br/>
        <w:t>vt 0.169777 0.293182</w:t>
        <w:br/>
        <w:t>vt 0.168194 0.290583</w:t>
        <w:br/>
        <w:t>vt 0.185330 0.280798</w:t>
        <w:br/>
        <w:t>vt 0.186681 0.283003</w:t>
        <w:br/>
        <w:t>vt 0.172518 0.266881</w:t>
        <w:br/>
        <w:t>vt 0.177422 0.271928</w:t>
        <w:br/>
        <w:t>vt 0.165039 0.286496</w:t>
        <w:br/>
        <w:t>vt 0.161445 0.281843</w:t>
        <w:br/>
        <w:t>vt 0.157209 0.279576</w:t>
        <w:br/>
        <w:t>vt 0.165092 0.263540</w:t>
        <w:br/>
        <w:t>vt 0.150446 0.446109</w:t>
        <w:br/>
        <w:t>vt 0.150446 0.452377</w:t>
        <w:br/>
        <w:t>vt 0.150446 0.440842</w:t>
        <w:br/>
        <w:t>vt 0.150446 0.433632</w:t>
        <w:br/>
        <w:t>vt 0.163140 0.441710</w:t>
        <w:br/>
        <w:t>vt 0.150446 0.433632</w:t>
        <w:br/>
        <w:t>vt 0.150446 0.426702</w:t>
        <w:br/>
        <w:t>vt 0.150446 0.417159</w:t>
        <w:br/>
        <w:t>vt 0.150446 0.410134</w:t>
        <w:br/>
        <w:t>vt 0.150446 0.403946</w:t>
        <w:br/>
        <w:t>vt 0.150446 0.398113</w:t>
        <w:br/>
        <w:t>vt 0.150446 0.383242</w:t>
        <w:br/>
        <w:t>vt 0.150446 0.371771</w:t>
        <w:br/>
        <w:t>vt 0.150446 0.365540</w:t>
        <w:br/>
        <w:t>vt 0.150446 0.357926</w:t>
        <w:br/>
        <w:t>vt 0.150446 0.345626</w:t>
        <w:br/>
        <w:t>vt 0.150446 0.334733</w:t>
        <w:br/>
        <w:t>vt 0.150446 0.334733</w:t>
        <w:br/>
        <w:t>vt 0.150446 0.324623</w:t>
        <w:br/>
        <w:t>vt 0.150446 0.318066</w:t>
        <w:br/>
        <w:t>vt 0.150446 0.308793</w:t>
        <w:br/>
        <w:t>vt 0.150446 0.304019</w:t>
        <w:br/>
        <w:t>vt 0.150446 0.301270</w:t>
        <w:br/>
        <w:t>vt 0.150446 0.301270</w:t>
        <w:br/>
        <w:t>vt 0.150446 0.298450</w:t>
        <w:br/>
        <w:t>vt 0.150446 0.291709</w:t>
        <w:br/>
        <w:t>vt 0.150446 0.287007</w:t>
        <w:br/>
        <w:t>vt 0.157317 0.261723</w:t>
        <w:br/>
        <w:t>vt 0.150446 0.277452</w:t>
        <w:br/>
        <w:t>vt 0.150446 0.259217</w:t>
        <w:br/>
        <w:t>vt 0.154279 0.232610</w:t>
        <w:br/>
        <w:t>vt 0.155228 0.238141</w:t>
        <w:br/>
        <w:t>vt 0.150446 0.239945</w:t>
        <w:br/>
        <w:t>vt 0.156133 0.251436</w:t>
        <w:br/>
        <w:t>vt 0.156385 0.255066</w:t>
        <w:br/>
        <w:t>vt 0.150446 0.223152</w:t>
        <w:br/>
        <w:t>vt 0.153469 0.223694</w:t>
        <w:br/>
        <w:t>vt 0.152877 0.227287</w:t>
        <w:br/>
        <w:t>vt 0.154579 0.221635</w:t>
        <w:br/>
        <w:t>vt 0.154617 0.240879</w:t>
        <w:br/>
        <w:t>vt 0.154418 0.245053</w:t>
        <w:br/>
        <w:t>vt 0.299265 0.144017</w:t>
        <w:br/>
        <w:t>vt 0.313552 0.137291</w:t>
        <w:br/>
        <w:t>vt 0.315003 0.154684</w:t>
        <w:br/>
        <w:t>vt 0.298049 0.154684</w:t>
        <w:br/>
        <w:t>vt 0.322274 0.154684</w:t>
        <w:br/>
        <w:t>vt 0.327384 0.141882</w:t>
        <w:br/>
        <w:t>vt 0.338136 0.154684</w:t>
        <w:br/>
        <w:t>vt 0.330167 0.154684</w:t>
        <w:br/>
        <w:t>vt 0.342275 0.143340</w:t>
        <w:br/>
        <w:t>vt 0.356954 0.144119</w:t>
        <w:br/>
        <w:t>vt 0.352385 0.154684</w:t>
        <w:br/>
        <w:t>vt 0.344543 0.154684</w:t>
        <w:br/>
        <w:t>vt 0.372185 0.144416</w:t>
        <w:br/>
        <w:t>vt 0.373209 0.154684</w:t>
        <w:br/>
        <w:t>vt 0.360897 0.154684</w:t>
        <w:br/>
        <w:t>vt 0.316684 0.123124</w:t>
        <w:br/>
        <w:t>vt 0.300508 0.133561</w:t>
        <w:br/>
        <w:t>vt 0.305733 0.118055</w:t>
        <w:br/>
        <w:t>vt 0.315477 0.093385</w:t>
        <w:br/>
        <w:t>vt 0.326478 0.097501</w:t>
        <w:br/>
        <w:t>vt 0.321653 0.110171</w:t>
        <w:br/>
        <w:t>vt 0.310733 0.105610</w:t>
        <w:br/>
        <w:t>vt 0.339139 0.099756</w:t>
        <w:br/>
        <w:t>vt 0.334521 0.112996</w:t>
        <w:br/>
        <w:t>vt 0.352423 0.100895</w:t>
        <w:br/>
        <w:t>vt 0.366395 0.101588</w:t>
        <w:br/>
        <w:t>vt 0.361954 0.115205</w:t>
        <w:br/>
        <w:t>vt 0.347956 0.114351</w:t>
        <w:br/>
        <w:t>vt 0.343011 0.086292</w:t>
        <w:br/>
        <w:t>vt 0.356481 0.087198</w:t>
        <w:br/>
        <w:t>vt 0.345563 0.072110</w:t>
        <w:br/>
        <w:t>vt 0.359077 0.072393</w:t>
        <w:br/>
        <w:t>vt 0.370592 0.087772</w:t>
        <w:br/>
        <w:t>vt 0.373253 0.072881</w:t>
        <w:br/>
        <w:t>vt 0.330353 0.084514</w:t>
        <w:br/>
        <w:t>vt 0.333613 0.069630</w:t>
        <w:br/>
        <w:t>vt 0.330160 0.126585</w:t>
        <w:br/>
        <w:t>vt 0.323125 0.068063</w:t>
        <w:br/>
        <w:t>vt 0.319563 0.080926</w:t>
        <w:br/>
        <w:t>vt 0.309434 0.076516</w:t>
        <w:br/>
        <w:t>vt 0.313756 0.064130</w:t>
        <w:br/>
        <w:t>vt 0.296021 0.083189</w:t>
        <w:br/>
        <w:t>vt 0.300456 0.071748</w:t>
        <w:br/>
        <w:t>vt 0.305188 0.088286</w:t>
        <w:br/>
        <w:t>vt 0.318818 0.049317</w:t>
        <w:br/>
        <w:t>vt 0.305006 0.059851</w:t>
        <w:br/>
        <w:t>vt 0.309947 0.045683</w:t>
        <w:br/>
        <w:t>vt 0.330236 0.054077</w:t>
        <w:br/>
        <w:t>vt 0.300625 0.100033</w:t>
        <w:br/>
        <w:t>vt 0.279955 0.119224</w:t>
        <w:br/>
        <w:t>vt 0.285689 0.106613</w:t>
        <w:br/>
        <w:t>vt 0.295275 0.112598</w:t>
        <w:br/>
        <w:t>vt 0.288075 0.130308</w:t>
        <w:br/>
        <w:t>vt 0.291150 0.094717</w:t>
        <w:br/>
        <w:t>vt 0.488698 0.085638</w:t>
        <w:br/>
        <w:t>vt 0.477593 0.075033</w:t>
        <w:br/>
        <w:t>vt 0.473335 0.054768</w:t>
        <w:br/>
        <w:t>vt 0.494517 0.091318</w:t>
        <w:br/>
        <w:t>vt 0.470257 0.035335</w:t>
        <w:br/>
        <w:t>vt 0.468609 0.017669</w:t>
        <w:br/>
        <w:t>vt 0.459476 0.072465</w:t>
        <w:br/>
        <w:t>vt 0.456391 0.055577</w:t>
        <w:br/>
        <w:t>vt 0.394587 0.101924</w:t>
        <w:br/>
        <w:t>vt 0.405713 0.103916</w:t>
        <w:br/>
        <w:t>vt 0.400715 0.116114</w:t>
        <w:br/>
        <w:t>vt 0.390147 0.115378</w:t>
        <w:br/>
        <w:t>vt 0.405053 0.141435</w:t>
        <w:br/>
        <w:t>vt 0.395441 0.141096</w:t>
        <w:br/>
        <w:t>vt 0.397318 0.129018</w:t>
        <w:br/>
        <w:t>vt 0.407018 0.130342</w:t>
        <w:br/>
        <w:t>vt 0.414849 0.142350</w:t>
        <w:br/>
        <w:t>vt 0.416734 0.132003</w:t>
        <w:br/>
        <w:t>vt 0.425587 0.133294</w:t>
        <w:br/>
        <w:t>vt 0.424723 0.142323</w:t>
        <w:br/>
        <w:t>vt 0.431924 0.119048</w:t>
        <w:br/>
        <w:t>vt 0.437357 0.125285</w:t>
        <w:br/>
        <w:t>vt 0.432884 0.128182</w:t>
        <w:br/>
        <w:t>vt 0.427713 0.125662</w:t>
        <w:br/>
        <w:t>vt 0.419848 0.122112</w:t>
        <w:br/>
        <w:t>vt 0.424546 0.112753</w:t>
        <w:br/>
        <w:t>vt 0.413716 0.150752</w:t>
        <w:br/>
        <w:t>vt 0.403945 0.150746</w:t>
        <w:br/>
        <w:t>vt 0.424424 0.150118</w:t>
        <w:br/>
        <w:t>vt 0.434949 0.148838</w:t>
        <w:br/>
        <w:t>vt 0.434238 0.141567</w:t>
        <w:br/>
        <w:t>vt 0.385133 0.142289</w:t>
        <w:br/>
        <w:t>vt 0.385273 0.154684</w:t>
        <w:br/>
        <w:t>vt 0.394810 0.151514</w:t>
        <w:br/>
        <w:t>vt 0.387035 0.129205</w:t>
        <w:br/>
        <w:t>vt 0.373222 0.130257</w:t>
        <w:br/>
        <w:t>vt 0.410504 0.118538</w:t>
        <w:br/>
        <w:t>vt 0.415612 0.107553</w:t>
        <w:br/>
        <w:t>vt 0.422304 0.099055</w:t>
        <w:br/>
        <w:t>vt 0.430710 0.104925</w:t>
        <w:br/>
        <w:t>vt 0.429949 0.092655</w:t>
        <w:br/>
        <w:t>vt 0.437679 0.099205</w:t>
        <w:br/>
        <w:t>vt 0.454280 0.095453</w:t>
        <w:br/>
        <w:t>vt 0.450625 0.086364</w:t>
        <w:br/>
        <w:t>vt 0.461923 0.088984</w:t>
        <w:br/>
        <w:t>vt 0.462979 0.098179</w:t>
        <w:br/>
        <w:t>vt 0.437873 0.113134</w:t>
        <w:br/>
        <w:t>vt 0.444652 0.108303</w:t>
        <w:br/>
        <w:t>vt 0.445932 0.078849</w:t>
        <w:br/>
        <w:t>vt 0.460355 0.080897</w:t>
        <w:br/>
        <w:t>vt 0.412763 0.094322</w:t>
        <w:br/>
        <w:t>vt 0.421519 0.087111</w:t>
        <w:br/>
        <w:t>vt 0.400772 0.088243</w:t>
        <w:br/>
        <w:t>vt 0.441263 0.070977</w:t>
        <w:br/>
        <w:t>vt 0.421960 0.072847</w:t>
        <w:br/>
        <w:t>vt 0.419873 0.055756</w:t>
        <w:br/>
        <w:t>vt 0.438299 0.055518</w:t>
        <w:br/>
        <w:t>vt 0.403292 0.073671</w:t>
        <w:br/>
        <w:t>vt 0.404243 0.054929</w:t>
        <w:br/>
        <w:t>vt 0.411726 0.081384</w:t>
        <w:br/>
        <w:t>vt 0.380783 0.101966</w:t>
        <w:br/>
        <w:t>vt 0.376350 0.115923</w:t>
        <w:br/>
        <w:t>vt 0.385064 0.087888</w:t>
        <w:br/>
        <w:t>vt 0.387651 0.072677</w:t>
        <w:br/>
        <w:t>vt 0.389645 0.054797</w:t>
        <w:br/>
        <w:t>vt 0.375157 0.055247</w:t>
        <w:br/>
        <w:t>vt 0.360878 0.055020</w:t>
        <w:br/>
        <w:t>vt 0.362565 0.037133</w:t>
        <w:br/>
        <w:t>vt 0.376461 0.037122</w:t>
        <w:br/>
        <w:t>vt 0.348295 0.036860</w:t>
        <w:br/>
        <w:t>vt 0.345310 0.055839</w:t>
        <w:br/>
        <w:t>vt 0.390468 0.036720</w:t>
        <w:br/>
        <w:t>vt 0.419070 0.037105</w:t>
        <w:br/>
        <w:t>vt 0.436242 0.036697</w:t>
        <w:br/>
        <w:t>vt 0.404479 0.036733</w:t>
        <w:br/>
        <w:t>vt 0.390360 0.018693</w:t>
        <w:br/>
        <w:t>vt 0.403833 0.018699</w:t>
        <w:br/>
        <w:t>vt 0.333552 0.035638</w:t>
        <w:br/>
        <w:t>vt 0.349176 0.018948</w:t>
        <w:br/>
        <w:t>vt 0.334842 0.018497</w:t>
        <w:br/>
        <w:t>vt 0.335008 0.003576</w:t>
        <w:br/>
        <w:t>vt 0.349705 0.003576</w:t>
        <w:br/>
        <w:t>vt 0.442951 0.139700</w:t>
        <w:br/>
        <w:t>vt 0.444658 0.146778</w:t>
        <w:br/>
        <w:t>vt 0.450638 0.136499</w:t>
        <w:br/>
        <w:t>vt 0.453813 0.143607</w:t>
        <w:br/>
        <w:t>vt 0.457358 0.133015</w:t>
        <w:br/>
        <w:t>vt 0.461483 0.139961</w:t>
        <w:br/>
        <w:t>vt 0.475324 0.128723</w:t>
        <w:br/>
        <w:t>vt 0.468408 0.135072</w:t>
        <w:br/>
        <w:t>vt 0.464021 0.128455</w:t>
        <w:br/>
        <w:t>vt 0.470096 0.122635</w:t>
        <w:br/>
        <w:t>vt 0.459611 0.121834</w:t>
        <w:br/>
        <w:t>vt 0.465115 0.116849</w:t>
        <w:br/>
        <w:t>vt 0.447865 0.129299</w:t>
        <w:br/>
        <w:t>vt 0.453688 0.125963</w:t>
        <w:br/>
        <w:t>vt 0.440844 0.132047</w:t>
        <w:br/>
        <w:t>vt 0.433488 0.133613</w:t>
        <w:br/>
        <w:t>vt 0.282149 0.089460</w:t>
        <w:br/>
        <w:t>vt 0.287140 0.077803</w:t>
        <w:br/>
        <w:t>vt 0.277673 0.100623</w:t>
        <w:br/>
        <w:t>vt 0.275337 0.106795</w:t>
        <w:br/>
        <w:t>vt 0.473259 0.085604</w:t>
        <w:br/>
        <w:t>vt 0.485036 0.092426</w:t>
        <w:br/>
        <w:t>vt 0.472165 0.093818</w:t>
        <w:br/>
        <w:t>vt 0.482029 0.099945</w:t>
        <w:br/>
        <w:t>vt 0.471038 0.102851</w:t>
        <w:br/>
        <w:t>vt 0.479091 0.108299</w:t>
        <w:br/>
        <w:t>vt 0.468955 0.110690</w:t>
        <w:br/>
        <w:t>vt 0.475203 0.116042</w:t>
        <w:br/>
        <w:t>vt 0.358626 0.129089</w:t>
        <w:br/>
        <w:t>vt 0.344274 0.128121</w:t>
        <w:br/>
        <w:t>vt 0.453815 0.036163</w:t>
        <w:br/>
        <w:t>vt 0.435034 0.018649</w:t>
        <w:br/>
        <w:t>vt 0.452405 0.018301</w:t>
        <w:br/>
        <w:t>vt 0.451744 0.003576</w:t>
        <w:br/>
        <w:t>vt 0.468067 0.003576</w:t>
        <w:br/>
        <w:t>vt 0.434998 0.003576</w:t>
        <w:br/>
        <w:t>vt 0.301986 0.041521</w:t>
        <w:br/>
        <w:t>vt 0.296913 0.054816</w:t>
        <w:br/>
        <w:t>vt 0.292025 0.066415</w:t>
        <w:br/>
        <w:t>vt 0.322640 0.033405</w:t>
        <w:br/>
        <w:t>vt 0.313834 0.030801</w:t>
        <w:br/>
        <w:t>vt 0.305894 0.027925</w:t>
        <w:br/>
        <w:t>vt 0.324447 0.017243</w:t>
        <w:br/>
        <w:t>vt 0.315656 0.015900</w:t>
        <w:br/>
        <w:t>vt 0.363228 0.018941</w:t>
        <w:br/>
        <w:t>vt 0.376775 0.018868</w:t>
        <w:br/>
        <w:t>vt 0.363971 0.003576</w:t>
        <w:br/>
        <w:t>vt 0.377565 0.003576</w:t>
        <w:br/>
        <w:t>vt 0.391092 0.003576</w:t>
        <w:br/>
        <w:t>vt 0.417995 0.018867</w:t>
        <w:br/>
        <w:t>vt 0.404591 0.003576</w:t>
        <w:br/>
        <w:t>vt 0.418737 0.003576</w:t>
        <w:br/>
        <w:t>vt 0.307619 0.003576</w:t>
        <w:br/>
        <w:t>vt 0.307778 0.014546</w:t>
        <w:br/>
        <w:t>vt 0.315259 0.003576</w:t>
        <w:br/>
        <w:t>vt 0.324166 0.003576</w:t>
        <w:br/>
        <w:t>vt 0.450980 0.105460</w:t>
        <w:br/>
        <w:t>vt 0.457081 0.104553</w:t>
        <w:br/>
        <w:t>vt 0.460315 0.111079</w:t>
        <w:br/>
        <w:t>vt 0.455266 0.114580</w:t>
        <w:br/>
        <w:t>vt 0.445775 0.095484</w:t>
        <w:br/>
        <w:t>vt 0.439285 0.087736</w:t>
        <w:br/>
        <w:t>vt 0.432186 0.081312</w:t>
        <w:br/>
        <w:t>vt 0.462887 0.106241</w:t>
        <w:br/>
        <w:t>vt 0.443827 0.121429</w:t>
        <w:br/>
        <w:t>vt 0.450178 0.118012</w:t>
        <w:br/>
        <w:t>vt 0.285544 0.142867</w:t>
        <w:br/>
        <w:t>vt 0.492589 0.097131</w:t>
        <w:br/>
        <w:t>vt 0.489579 0.104450</w:t>
        <w:br/>
        <w:t>vt 0.486023 0.113280</w:t>
        <w:br/>
        <w:t>vt 0.481271 0.121551</w:t>
        <w:br/>
        <w:t>vt 0.154088 0.214590</w:t>
        <w:br/>
        <w:t>vt 0.154051 0.217754</w:t>
        <w:br/>
        <w:t>vt 0.150446 0.214080</w:t>
        <w:br/>
        <w:t>vt 0.150446 0.204461</w:t>
        <w:br/>
        <w:t>vt 0.153917 0.212207</w:t>
        <w:br/>
        <w:t>vt 0.154051 0.217754</w:t>
        <w:br/>
        <w:t>vt 0.154579 0.221635</w:t>
        <w:br/>
        <w:t>vt 0.150446 0.223152</w:t>
        <w:br/>
        <w:t>vt 0.153790 0.230613</w:t>
        <w:br/>
        <w:t>vt 0.154279 0.232610</w:t>
        <w:br/>
        <w:t>vt 0.150446 0.230517</w:t>
        <w:br/>
        <w:t>vt 0.150446 0.230517</w:t>
        <w:br/>
        <w:t>vt 0.150446 0.249601</w:t>
        <w:br/>
        <w:t>vt 0.150446 0.239945</w:t>
        <w:br/>
        <w:t>vt 0.182691 0.278497</w:t>
        <w:br/>
        <w:t>vt 0.185330 0.280798</w:t>
        <w:br/>
        <w:t>vt 0.168194 0.290583</w:t>
        <w:br/>
        <w:t>vt 0.179963 0.275406</w:t>
        <w:br/>
        <w:t>vt 0.978631 0.014349</w:t>
        <w:br/>
        <w:t>vt 0.978632 0.005974</w:t>
        <w:br/>
        <w:t>vt 0.981422 0.006392</w:t>
        <w:br/>
        <w:t>vt 0.981423 0.014753</w:t>
        <w:br/>
        <w:t>vt 0.978631 0.020975</w:t>
        <w:br/>
        <w:t>vt 0.981423 0.021326</w:t>
        <w:br/>
        <w:t>vt 0.978631 0.023803</w:t>
        <w:br/>
        <w:t>vt 0.981422 0.024209</w:t>
        <w:br/>
        <w:t>vt 0.978631 0.025506</w:t>
        <w:br/>
        <w:t>vt 0.981423 0.026053</w:t>
        <w:br/>
        <w:t>vt 0.978631 0.026866</w:t>
        <w:br/>
        <w:t>vt 0.981422 0.027941</w:t>
        <w:br/>
        <w:t>vt 0.978631 0.031079</w:t>
        <w:br/>
        <w:t>vt 0.978631 0.028820</w:t>
        <w:br/>
        <w:t>vt 0.981422 0.029548</w:t>
        <w:br/>
        <w:t>vt 0.981423 0.031488</w:t>
        <w:br/>
        <w:t>vt 0.978631 0.032480</w:t>
        <w:br/>
        <w:t>vt 0.981423 0.032655</w:t>
        <w:br/>
        <w:t>vt 0.978631 0.034858</w:t>
        <w:br/>
        <w:t>vt 0.981422 0.034893</w:t>
        <w:br/>
        <w:t>vt 0.981422 0.037804</w:t>
        <w:br/>
        <w:t>vt 0.978631 0.037701</w:t>
        <w:br/>
        <w:t>vt 0.978631 0.040260</w:t>
        <w:br/>
        <w:t>vt 0.981422 0.040604</w:t>
        <w:br/>
        <w:t>vt 0.978631 0.042547</w:t>
        <w:br/>
        <w:t>vt 0.981422 0.043176</w:t>
        <w:br/>
        <w:t>vt 0.978631 0.045633</w:t>
        <w:br/>
        <w:t>vt 0.981423 0.045834</w:t>
        <w:br/>
        <w:t>vt 0.981423 0.048086</w:t>
        <w:br/>
        <w:t>vt 0.978631 0.048459</w:t>
        <w:br/>
        <w:t>vt 0.978631 0.048459</w:t>
        <w:br/>
        <w:t>vt 0.981422 0.053099</w:t>
        <w:br/>
        <w:t>vt 0.978631 0.053369</w:t>
        <w:br/>
        <w:t>vt 0.981422 0.060331</w:t>
        <w:br/>
        <w:t>vt 0.978631 0.060254</w:t>
        <w:br/>
        <w:t>vt 0.978631 0.066519</w:t>
        <w:br/>
        <w:t>vt 0.981423 0.066669</w:t>
        <w:br/>
        <w:t>vt 0.978631 0.071642</w:t>
        <w:br/>
        <w:t>vt 0.981422 0.071729</w:t>
        <w:br/>
        <w:t>vt 0.978631 0.074738</w:t>
        <w:br/>
        <w:t>vt 0.981423 0.074761</w:t>
        <w:br/>
        <w:t>vt 0.981422 0.076807</w:t>
        <w:br/>
        <w:t>vt 0.978631 0.076874</w:t>
        <w:br/>
        <w:t>vt 0.981422 0.078973</w:t>
        <w:br/>
        <w:t>vt 0.978631 0.079065</w:t>
        <w:br/>
        <w:t>vt 0.981422 0.081431</w:t>
        <w:br/>
        <w:t>vt 0.978631 0.081438</w:t>
        <w:br/>
        <w:t>vt 0.981422 0.084304</w:t>
        <w:br/>
        <w:t>vt 0.978631 0.084253</w:t>
        <w:br/>
        <w:t>vt 0.981422 0.088089</w:t>
        <w:br/>
        <w:t>vt 0.978631 0.088035</w:t>
        <w:br/>
        <w:t>vt 0.978632 0.091865</w:t>
        <w:br/>
        <w:t>vt 0.981422 0.092012</w:t>
        <w:br/>
        <w:t>vt 0.978631 0.095539</w:t>
        <w:br/>
        <w:t>vt 0.981422 0.095779</w:t>
        <w:br/>
        <w:t>vt 0.978631 0.099208</w:t>
        <w:br/>
        <w:t>vt 0.981422 0.099566</w:t>
        <w:br/>
        <w:t>vt 0.978631 0.102713</w:t>
        <w:br/>
        <w:t>vt 0.981423 0.103053</w:t>
        <w:br/>
        <w:t>vt 0.978631 0.105868</w:t>
        <w:br/>
        <w:t>vt 0.981422 0.106081</w:t>
        <w:br/>
        <w:t>vt 0.978631 0.109378</w:t>
        <w:br/>
        <w:t>vt 0.981422 0.109494</w:t>
        <w:br/>
        <w:t>vt 0.981423 0.114188</w:t>
        <w:br/>
        <w:t>vt 0.978631 0.114127</w:t>
        <w:br/>
        <w:t>vt 0.981422 0.118911</w:t>
        <w:br/>
        <w:t>vt 0.978631 0.118884</w:t>
        <w:br/>
        <w:t>vt 0.981422 0.122003</w:t>
        <w:br/>
        <w:t>vt 0.978631 0.122015</w:t>
        <w:br/>
        <w:t>vt 0.981422 0.123932</w:t>
        <w:br/>
        <w:t>vt 0.978631 0.124147</w:t>
        <w:br/>
        <w:t>vt 0.981423 0.126522</w:t>
        <w:br/>
        <w:t>vt 0.978632 0.126751</w:t>
        <w:br/>
        <w:t>vt 0.981422 0.129379</w:t>
        <w:br/>
        <w:t>vt 0.978631 0.129527</w:t>
        <w:br/>
        <w:t>vt 0.981422 0.132421</w:t>
        <w:br/>
        <w:t>vt 0.978631 0.132412</w:t>
        <w:br/>
        <w:t>vt 0.981422 0.136280</w:t>
        <w:br/>
        <w:t>vt 0.978631 0.136173</w:t>
        <w:br/>
        <w:t>vt 0.978631 0.139959</w:t>
        <w:br/>
        <w:t>vt 0.981422 0.140083</w:t>
        <w:br/>
        <w:t>vt 0.978632 0.142807</w:t>
        <w:br/>
        <w:t>vt 0.981422 0.143141</w:t>
        <w:br/>
        <w:t>vt 0.978632 0.145211</w:t>
        <w:br/>
        <w:t>vt 0.981422 0.145513</w:t>
        <w:br/>
        <w:t>vt 0.978631 0.147214</w:t>
        <w:br/>
        <w:t>vt 0.981423 0.147210</w:t>
        <w:br/>
        <w:t>vt 0.981422 0.149940</w:t>
        <w:br/>
        <w:t>vt 0.978631 0.150015</w:t>
        <w:br/>
        <w:t>vt 0.981422 0.153724</w:t>
        <w:br/>
        <w:t>vt 0.978631 0.153808</w:t>
        <w:br/>
        <w:t>vt 0.981422 0.158014</w:t>
        <w:br/>
        <w:t>vt 0.978631 0.158236</w:t>
        <w:br/>
        <w:t>vt 0.981422 0.163359</w:t>
        <w:br/>
        <w:t>vt 0.978631 0.163607</w:t>
        <w:br/>
        <w:t>vt 0.981423 0.167975</w:t>
        <w:br/>
        <w:t>vt 0.978632 0.168134</w:t>
        <w:br/>
        <w:t>vt 0.981423 0.170365</w:t>
        <w:br/>
        <w:t>vt 0.978632 0.170868</w:t>
        <w:br/>
        <w:t>vt 0.981422 0.172630</w:t>
        <w:br/>
        <w:t>vt 0.978631 0.173741</w:t>
        <w:br/>
        <w:t>vt 0.981422 0.176538</w:t>
        <w:br/>
        <w:t>vt 0.978632 0.177579</w:t>
        <w:br/>
        <w:t>vt 0.981422 0.180308</w:t>
        <w:br/>
        <w:t>vt 0.978631 0.181047</w:t>
        <w:br/>
        <w:t>vt 0.981423 0.183388</w:t>
        <w:br/>
        <w:t>vt 0.978631 0.183733</w:t>
        <w:br/>
        <w:t>vt 0.981422 0.186309</w:t>
        <w:br/>
        <w:t>vt 0.978631 0.186536</w:t>
        <w:br/>
        <w:t>vt 0.981422 0.189088</w:t>
        <w:br/>
        <w:t>vt 0.978631 0.189252</w:t>
        <w:br/>
        <w:t>vt 0.981422 0.191564</w:t>
        <w:br/>
        <w:t>vt 0.978631 0.191656</w:t>
        <w:br/>
        <w:t>vt 0.978631 0.193851</w:t>
        <w:br/>
        <w:t>vt 0.981422 0.193789</w:t>
        <w:br/>
        <w:t>vt 0.978631 0.195886</w:t>
        <w:br/>
        <w:t>vt 0.981422 0.195738</w:t>
        <w:br/>
        <w:t>vt 0.981422 0.198844</w:t>
        <w:br/>
        <w:t>vt 0.978631 0.198993</w:t>
        <w:br/>
        <w:t>vt 0.981422 0.204163</w:t>
        <w:br/>
        <w:t>vt 0.978631 0.204205</w:t>
        <w:br/>
        <w:t>vt 0.981423 0.210102</w:t>
        <w:br/>
        <w:t>vt 0.978631 0.210095</w:t>
        <w:br/>
        <w:t>vt 0.981423 0.216012</w:t>
        <w:br/>
        <w:t>vt 0.978631 0.215945</w:t>
        <w:br/>
        <w:t>vt 0.978631 0.220993</w:t>
        <w:br/>
        <w:t>vt 0.981422 0.220980</w:t>
        <w:br/>
        <w:t>vt 0.981423 0.225468</w:t>
        <w:br/>
        <w:t>vt 0.978631 0.225544</w:t>
        <w:br/>
        <w:t>vt 0.981423 0.231099</w:t>
        <w:br/>
        <w:t>vt 0.978631 0.231123</w:t>
        <w:br/>
        <w:t>vt 0.981423 0.237326</w:t>
        <w:br/>
        <w:t>vt 0.978631 0.237571</w:t>
        <w:br/>
        <w:t>vt 0.978631 0.242325</w:t>
        <w:br/>
        <w:t>vt 0.981423 0.241986</w:t>
        <w:br/>
        <w:t>vt 0.981423 0.245246</w:t>
        <w:br/>
        <w:t>vt 0.978631 0.245311</w:t>
        <w:br/>
        <w:t>vt 0.978631 0.256157</w:t>
        <w:br/>
        <w:t>vt 0.981422 0.256008</w:t>
        <w:br/>
        <w:t>vt 0.981422 0.261854</w:t>
        <w:br/>
        <w:t>vt 0.978632 0.261924</w:t>
        <w:br/>
        <w:t>vt 0.978632 0.268347</w:t>
        <w:br/>
        <w:t>vt 0.981423 0.268467</w:t>
        <w:br/>
        <w:t>vt 0.981423 0.299395</w:t>
        <w:br/>
        <w:t>vt 0.981422 0.308913</w:t>
        <w:br/>
        <w:t>vt 0.978631 0.309447</w:t>
        <w:br/>
        <w:t>vt 0.978631 0.298756</w:t>
        <w:br/>
        <w:t>vt 0.981422 0.317315</w:t>
        <w:br/>
        <w:t>vt 0.981422 0.322548</w:t>
        <w:br/>
        <w:t>vt 0.978631 0.322476</w:t>
        <w:br/>
        <w:t>vt 0.978631 0.317437</w:t>
        <w:br/>
        <w:t>vt 0.981422 0.326568</w:t>
        <w:br/>
        <w:t>vt 0.978631 0.326301</w:t>
        <w:br/>
        <w:t>vt 0.981422 0.288934</w:t>
        <w:br/>
        <w:t>vt 0.981422 0.294153</w:t>
        <w:br/>
        <w:t>vt 0.978631 0.293944</w:t>
        <w:br/>
        <w:t>vt 0.978631 0.289097</w:t>
        <w:br/>
        <w:t>vt 0.978631 0.273469</w:t>
        <w:br/>
        <w:t>vt 0.981422 0.273391</w:t>
        <w:br/>
        <w:t>vt 0.987672 0.009777</w:t>
        <w:br/>
        <w:t>vt 0.984721 0.010033</w:t>
        <w:br/>
        <w:t>vt 0.984721 0.004737</w:t>
        <w:br/>
        <w:t>vt 0.987672 0.004508</w:t>
        <w:br/>
        <w:t>vt 0.984721 0.086218</w:t>
        <w:br/>
        <w:t>vt 0.987672 0.086202</w:t>
        <w:br/>
        <w:t>vt 0.987672 0.094770</w:t>
        <w:br/>
        <w:t>vt 0.984721 0.094865</w:t>
        <w:br/>
        <w:t>vt 0.984721 0.078179</w:t>
        <w:br/>
        <w:t>vt 0.987672 0.078157</w:t>
        <w:br/>
        <w:t>vt 0.984721 0.070786</w:t>
        <w:br/>
        <w:t>vt 0.987672 0.070773</w:t>
        <w:br/>
        <w:t>vt 0.987672 0.121253</w:t>
        <w:br/>
        <w:t>vt 0.984721 0.121320</w:t>
        <w:br/>
        <w:t>vt 0.984721 0.111392</w:t>
        <w:br/>
        <w:t>vt 0.987672 0.111094</w:t>
        <w:br/>
        <w:t>vt 0.984721 0.103217</w:t>
        <w:br/>
        <w:t>vt 0.987672 0.102961</w:t>
        <w:br/>
        <w:t>vt 0.984721 0.063634</w:t>
        <w:br/>
        <w:t>vt 0.987672 0.063631</w:t>
        <w:br/>
        <w:t>vt 0.984721 0.057045</w:t>
        <w:br/>
        <w:t>vt 0.987672 0.056984</w:t>
        <w:br/>
        <w:t>vt 0.984721 0.051018</w:t>
        <w:br/>
        <w:t>vt 0.987672 0.050976</w:t>
        <w:br/>
        <w:t>vt 0.984721 0.044316</w:t>
        <w:br/>
        <w:t>vt 0.984721 0.037721</w:t>
        <w:br/>
        <w:t>vt 0.987672 0.037662</w:t>
        <w:br/>
        <w:t>vt 0.987672 0.044297</w:t>
        <w:br/>
        <w:t>vt 0.985031 0.495224</w:t>
        <w:br/>
        <w:t>vt 0.987385 0.495154</w:t>
        <w:br/>
        <w:t>vt 0.987385 0.484130</w:t>
        <w:br/>
        <w:t>vt 0.985031 0.495224</w:t>
        <w:br/>
        <w:t>vt 0.985031 0.483983</w:t>
        <w:br/>
        <w:t>vt 0.987672 0.014374</w:t>
        <w:br/>
        <w:t>vt 0.984721 0.014513</w:t>
        <w:br/>
        <w:t>vt 0.987672 0.019382</w:t>
        <w:br/>
        <w:t>vt 0.984721 0.019444</w:t>
        <w:br/>
        <w:t>vt 0.987672 0.025337</w:t>
        <w:br/>
        <w:t>vt 0.984721 0.025387</w:t>
        <w:br/>
        <w:t>vt 0.987672 0.031672</w:t>
        <w:br/>
        <w:t>vt 0.984721 0.031671</w:t>
        <w:br/>
        <w:t>vt 0.978631 0.273469</w:t>
        <w:br/>
        <w:t>vt 0.981422 0.273391</w:t>
        <w:br/>
        <w:t>vt 0.981422 0.279016</w:t>
        <w:br/>
        <w:t>vt 0.978631 0.279417</w:t>
        <w:br/>
        <w:t>vt 0.978631 0.338491</w:t>
        <w:br/>
        <w:t>vt 0.978631 0.332756</w:t>
        <w:br/>
        <w:t>vt 0.981422 0.333138</w:t>
        <w:br/>
        <w:t>vt 0.981422 0.339111</w:t>
        <w:br/>
        <w:t>vt 0.978631 0.343013</w:t>
        <w:br/>
        <w:t>vt 0.981423 0.343023</w:t>
        <w:br/>
        <w:t>vt 0.981422 0.349025</w:t>
        <w:br/>
        <w:t>vt 0.978631 0.348764</w:t>
        <w:br/>
        <w:t>vt 0.978632 0.312612</w:t>
        <w:br/>
        <w:t>vt 0.981422 0.312361</w:t>
        <w:br/>
        <w:t>vt 0.981423 0.282404</w:t>
        <w:br/>
        <w:t>vt 0.978631 0.283166</w:t>
        <w:br/>
        <w:t>vt 0.981422 0.288934</w:t>
        <w:br/>
        <w:t>vt 0.978631 0.248888</w:t>
        <w:br/>
        <w:t>vt 0.981423 0.249020</w:t>
        <w:br/>
        <w:t>vt 0.978631 0.252602</w:t>
        <w:br/>
        <w:t>vt 0.981422 0.252670</w:t>
        <w:br/>
        <w:t>vt 0.086913 0.009785</w:t>
        <w:br/>
        <w:t>vt 0.086311 0.013490</w:t>
        <w:br/>
        <w:t>vt 0.283069 0.154684</w:t>
        <w:br/>
        <w:t>vt 0.150446 0.480888</w:t>
        <w:br/>
        <w:t>vt 0.154553 0.484010</w:t>
        <w:br/>
        <w:t>vt 0.985718 0.627849</w:t>
        <w:br/>
        <w:t>vt 0.988778 0.627930</w:t>
        <w:br/>
        <w:t>vt 0.987385 0.417696</w:t>
        <w:br/>
        <w:t>vt 0.987385 0.419697</w:t>
        <w:br/>
        <w:t>vt 0.985031 0.418811</w:t>
        <w:br/>
        <w:t>vt 0.987385 0.414579</w:t>
        <w:br/>
        <w:t>vt 0.985031 0.415091</w:t>
        <w:br/>
        <w:t>vt 0.985031 0.411113</w:t>
        <w:br/>
        <w:t>vt 0.987385 0.410707</w:t>
        <w:br/>
        <w:t>vt 0.987385 0.428689</w:t>
        <w:br/>
        <w:t>vt 0.985031 0.428543</w:t>
        <w:br/>
        <w:t>vt 0.985031 0.447225</w:t>
        <w:br/>
        <w:t>vt 0.985031 0.428543</w:t>
        <w:br/>
        <w:t>vt 0.987385 0.447413</w:t>
        <w:br/>
        <w:t>vt 0.987385 0.477125</w:t>
        <w:br/>
        <w:t>vt 0.985031 0.477212</w:t>
        <w:br/>
        <w:t>vt 0.985031 0.467970</w:t>
        <w:br/>
        <w:t>vt 0.987385 0.467250</w:t>
        <w:br/>
        <w:t>vt 0.987385 0.458880</w:t>
        <w:br/>
        <w:t>vt 0.985031 0.458969</w:t>
        <w:br/>
        <w:t>vt 0.985031 0.458969</w:t>
        <w:br/>
        <w:t>vt 0.987385 0.467250</w:t>
        <w:br/>
        <w:t>vt 0.985031 0.467970</w:t>
        <w:br/>
        <w:t>vt 0.987247 0.510556</w:t>
        <w:br/>
        <w:t>vt 0.150446 0.285144</w:t>
        <w:br/>
        <w:t>vt 0.296443 0.229456</w:t>
        <w:br/>
        <w:t>vt 0.154903 0.207600</w:t>
        <w:br/>
        <w:t>vt 0.150446 0.214080</w:t>
        <w:br/>
        <w:t>vt 0.150446 0.230517</w:t>
        <w:br/>
        <w:t>vt 0.325389 0.221956</w:t>
        <w:br/>
        <w:t>vt 0.332355 0.220682</w:t>
        <w:br/>
        <w:t>vt 0.365860 0.231811</w:t>
        <w:br/>
        <w:t>vt 0.985718 0.620325</w:t>
        <w:br/>
        <w:t>vt 0.988778 0.620634</w:t>
        <w:br/>
        <w:t>vt 0.304231 0.241546</w:t>
        <w:br/>
        <w:t>vt 0.310840 0.238597</w:t>
        <w:br/>
        <w:t>vt 0.313718 0.237192</w:t>
        <w:br/>
        <w:t>vt 0.318151 0.234280</w:t>
        <w:br/>
        <w:t>vt 0.326619 0.230552</w:t>
        <w:br/>
        <w:t>vt 0.332145 0.227631</w:t>
        <w:br/>
        <w:t>vt 0.337131 0.226243</w:t>
        <w:br/>
        <w:t>vt 0.343697 0.227113</w:t>
        <w:br/>
        <w:t>vt 0.340687 0.221491</w:t>
        <w:br/>
        <w:t>vt 0.348352 0.224444</w:t>
        <w:br/>
        <w:t>vt 0.352880 0.227654</w:t>
        <w:br/>
        <w:t>vt 0.352725 0.229747</w:t>
        <w:br/>
        <w:t>vt 0.348953 0.227923</w:t>
        <w:br/>
        <w:t>vt 0.356650 0.231253</w:t>
        <w:br/>
        <w:t>vt 0.273031 0.275077</w:t>
        <w:br/>
        <w:t>vt 0.269663 0.278622</w:t>
        <w:br/>
        <w:t>vt 0.360916 0.234381</w:t>
        <w:br/>
        <w:t>vt 0.985718 0.616084</w:t>
        <w:br/>
        <w:t>vt 0.988778 0.616967</w:t>
        <w:br/>
        <w:t>vt 0.364376 0.239248</w:t>
        <w:br/>
        <w:t>vt 0.368345 0.238644</w:t>
        <w:br/>
        <w:t>vt 0.376150 0.237692</w:t>
        <w:br/>
        <w:t>vt 0.040262 0.786170</w:t>
        <w:br/>
        <w:t>vt 0.046178 0.786206</w:t>
        <w:br/>
        <w:t>vt 0.042300 0.781815</w:t>
        <w:br/>
        <w:t>vt 0.046178 0.781712</w:t>
        <w:br/>
        <w:t>vt 0.046178 0.778939</w:t>
        <w:br/>
        <w:t>vt 0.148422 0.176741</w:t>
        <w:br/>
        <w:t>vt 0.155123 0.169172</w:t>
        <w:br/>
        <w:t>vt 0.158237 0.171839</w:t>
        <w:br/>
        <w:t>vt 0.088432 0.003055</w:t>
        <w:br/>
        <w:t>vt 0.089359 0.006758</w:t>
        <w:br/>
        <w:t>vt 0.087537 0.007074</w:t>
        <w:br/>
        <w:t>vt 0.094705 0.002977</w:t>
        <w:br/>
        <w:t>vt 0.096941 0.002949</w:t>
        <w:br/>
        <w:t>vt 0.095596 0.006627</w:t>
        <w:br/>
        <w:t>vt 0.093987 0.006596</w:t>
        <w:br/>
        <w:t>vt 0.091902 0.003012</w:t>
        <w:br/>
        <w:t>vt 0.092555 0.007459</w:t>
        <w:br/>
        <w:t>vt 0.091340 0.007112</w:t>
        <w:br/>
        <w:t>vt 0.090527 0.006721</w:t>
        <w:br/>
        <w:t>vt 0.985509 0.596499</w:t>
        <w:br/>
        <w:t>vt 0.987947 0.596460</w:t>
        <w:br/>
        <w:t>vt 0.987947 0.593206</w:t>
        <w:br/>
        <w:t>vt 0.985509 0.593205</w:t>
        <w:br/>
        <w:t>vt 0.098453 0.002931</w:t>
        <w:br/>
        <w:t>vt 0.098052 0.006213</w:t>
        <w:br/>
        <w:t>vt 0.097382 0.006599</w:t>
        <w:br/>
        <w:t>vt 0.160217 0.179941</w:t>
        <w:br/>
        <w:t>vt 0.154251 0.187728</w:t>
        <w:br/>
        <w:t>vt 0.151712 0.182511</w:t>
        <w:br/>
        <w:t>vt 0.158384 0.176350</w:t>
        <w:br/>
        <w:t>vt 0.985509 0.578767</w:t>
        <w:br/>
        <w:t>vt 0.987947 0.578671</w:t>
        <w:br/>
        <w:t>vt 0.987947 0.582368</w:t>
        <w:br/>
        <w:t>vt 0.985509 0.582455</w:t>
        <w:br/>
        <w:t>vt 0.098932 0.005568</w:t>
        <w:br/>
        <w:t>vt 0.985509 0.575559</w:t>
        <w:br/>
        <w:t>vt 0.985509 0.573171</w:t>
        <w:br/>
        <w:t>vt 0.987947 0.573588</w:t>
        <w:br/>
        <w:t>vt 0.987947 0.575782</w:t>
        <w:br/>
        <w:t>vt 0.987947 0.571291</w:t>
        <w:br/>
        <w:t>vt 0.985509 0.571340</w:t>
        <w:br/>
        <w:t>vt 0.096615 0.006713</w:t>
        <w:br/>
        <w:t>vt 0.095596 0.006627</w:t>
        <w:br/>
        <w:t>vt 0.985509 0.586391</w:t>
        <w:br/>
        <w:t>vt 0.987947 0.586370</w:t>
        <w:br/>
        <w:t>vt 0.152852 0.167978</w:t>
        <w:br/>
        <w:t>vt 0.987947 0.590238</w:t>
        <w:br/>
        <w:t>vt 0.985509 0.590312</w:t>
        <w:br/>
        <w:t>vt 0.154251 0.187728</w:t>
        <w:br/>
        <w:t>vt 0.160217 0.179941</w:t>
        <w:br/>
        <w:t>vt 0.162052 0.182189</w:t>
        <w:br/>
        <w:t>vt 0.162755 0.188696</w:t>
        <w:br/>
        <w:t>vt 0.155870 0.191783</w:t>
        <w:br/>
        <w:t>vt 0.162732 0.185768</w:t>
        <w:br/>
        <w:t>vt 0.162620 0.183762</w:t>
        <w:br/>
        <w:t>vt 0.985509 0.568590</w:t>
        <w:br/>
        <w:t>vt 0.987947 0.568314</w:t>
        <w:br/>
        <w:t>vt 0.147554 0.189537</w:t>
        <w:br/>
        <w:t>vt 0.146337 0.177252</w:t>
        <w:br/>
        <w:t>vt 0.147286 0.171139</w:t>
        <w:br/>
        <w:t>vt 0.151127 0.165520</w:t>
        <w:br/>
        <w:t>vt 0.148655 0.161276</w:t>
        <w:br/>
        <w:t>vt 0.039017 0.007364</w:t>
        <w:br/>
        <w:t>vt 0.286001 0.469850</w:t>
        <w:br/>
        <w:t>vt 0.925198 0.691296</w:t>
        <w:br/>
        <w:t>vt 0.934541 0.693621</w:t>
        <w:br/>
        <w:t>vt 0.925267 0.694520</w:t>
        <w:br/>
        <w:t>vt 0.917274 0.692390</w:t>
        <w:br/>
        <w:t>vt 0.917274 0.695271</w:t>
        <w:br/>
        <w:t>vt 0.925880 0.699662</w:t>
        <w:br/>
        <w:t>vt 0.917274 0.699516</w:t>
        <w:br/>
        <w:t>vt 0.917274 0.704248</w:t>
        <w:br/>
        <w:t>vt 0.926071 0.704930</w:t>
        <w:br/>
        <w:t>vt 0.917274 0.707482</w:t>
        <w:br/>
        <w:t>vt 0.926077 0.709455</w:t>
        <w:br/>
        <w:t>vt 0.934541 0.700699</w:t>
        <w:br/>
        <w:t>vt 0.924354 0.688702</w:t>
        <w:br/>
        <w:t>vt 0.934541 0.686416</w:t>
        <w:br/>
        <w:t>vt 0.917274 0.690392</w:t>
        <w:br/>
        <w:t>vt 0.917274 0.688623</w:t>
        <w:br/>
        <w:t>vt 0.917274 0.685180</w:t>
        <w:br/>
        <w:t>vt 0.924300 0.685099</w:t>
        <w:br/>
        <w:t>vt 0.917274 0.681217</w:t>
        <w:br/>
        <w:t>vt 0.924076 0.680782</w:t>
        <w:br/>
        <w:t>vt 0.917274 0.678278</w:t>
        <w:br/>
        <w:t>vt 0.924399 0.676604</w:t>
        <w:br/>
        <w:t>vt 0.917274 0.676022</w:t>
        <w:br/>
        <w:t>vt 0.917274 0.672718</w:t>
        <w:br/>
        <w:t>vt 0.924512 0.672357</w:t>
        <w:br/>
        <w:t>vt 0.934541 0.678239</w:t>
        <w:br/>
        <w:t>vt 0.926044 0.713932</w:t>
        <w:br/>
        <w:t>vt 0.934541 0.709119</w:t>
        <w:br/>
        <w:t>vt 0.934541 0.718851</w:t>
        <w:br/>
        <w:t>vt 0.925463 0.720256</w:t>
        <w:br/>
        <w:t>vt 0.917274 0.710050</w:t>
        <w:br/>
        <w:t>vt 0.917274 0.713726</w:t>
        <w:br/>
        <w:t>vt 0.917274 0.720144</w:t>
        <w:br/>
        <w:t>vt 0.934541 0.728314</w:t>
        <w:br/>
        <w:t>vt 0.926133 0.727109</w:t>
        <w:br/>
        <w:t>vt 0.934541 0.738192</w:t>
        <w:br/>
        <w:t>vt 0.926666 0.732424</w:t>
        <w:br/>
        <w:t>vt 0.917274 0.727148</w:t>
        <w:br/>
        <w:t>vt 0.917274 0.731899</w:t>
        <w:br/>
        <w:t>vt 0.924571 0.776530</w:t>
        <w:br/>
        <w:t>vt 0.917274 0.777807</w:t>
        <w:br/>
        <w:t>vt 0.917274 0.770661</w:t>
        <w:br/>
        <w:t>vt 0.924339 0.770473</w:t>
        <w:br/>
        <w:t>vt 0.917274 0.665901</w:t>
        <w:br/>
        <w:t>vt 0.924808 0.666091</w:t>
        <w:br/>
        <w:t>vt 0.934541 0.773975</w:t>
        <w:br/>
        <w:t>vt 0.934541 0.764847</w:t>
        <w:br/>
        <w:t>vt 0.934541 0.668313</w:t>
        <w:br/>
        <w:t>vt 0.917274 0.766291</w:t>
        <w:br/>
        <w:t>vt 0.923428 0.765788</w:t>
        <w:br/>
        <w:t>vt 0.925649 0.736863</w:t>
        <w:br/>
        <w:t>vt 0.917274 0.752468</w:t>
        <w:br/>
        <w:t>vt 0.923794 0.751297</w:t>
        <w:br/>
        <w:t>vt 0.923002 0.754351</w:t>
        <w:br/>
        <w:t>vt 0.917274 0.754116</w:t>
        <w:br/>
        <w:t>vt 0.934541 0.756397</w:t>
        <w:br/>
        <w:t>vt 0.934541 0.747846</w:t>
        <w:br/>
        <w:t>vt 0.923055 0.757046</w:t>
        <w:br/>
        <w:t>vt 0.917274 0.756621</w:t>
        <w:br/>
        <w:t>vt 0.917274 0.750746</w:t>
        <w:br/>
        <w:t>vt 0.924675 0.747858</w:t>
        <w:br/>
        <w:t>vt 0.925481 0.742359</w:t>
        <w:br/>
        <w:t>vt 0.917274 0.748390</w:t>
        <w:br/>
        <w:t>vt 0.917274 0.742484</w:t>
        <w:br/>
        <w:t>vt 0.917274 0.734688</w:t>
        <w:br/>
        <w:t>vt 0.917274 0.737343</w:t>
        <w:br/>
        <w:t>vt 0.922591 0.761316</w:t>
        <w:br/>
        <w:t>vt 0.923428 0.765788</w:t>
        <w:br/>
        <w:t>vt 0.917274 0.763756</w:t>
        <w:br/>
        <w:t>vt 0.917274 0.760561</w:t>
        <w:br/>
        <w:t>vt 0.387840 0.658532</w:t>
        <w:br/>
        <w:t>vt 0.382802 0.658287</w:t>
        <w:br/>
        <w:t>vt 0.383800 0.643449</w:t>
        <w:br/>
        <w:t>vt 0.386246 0.671161</w:t>
        <w:br/>
        <w:t>vt 0.381521 0.671161</w:t>
        <w:br/>
        <w:t>vt 0.374030 0.671161</w:t>
        <w:br/>
        <w:t>vt 0.373818 0.657244</w:t>
        <w:br/>
        <w:t>vt 0.365823 0.671161</w:t>
        <w:br/>
        <w:t>vt 0.364788 0.657052</w:t>
        <w:br/>
        <w:t>vt 0.360482 0.671161</w:t>
        <w:br/>
        <w:t>vt 0.357444 0.657156</w:t>
        <w:br/>
        <w:t>vt 0.371876 0.643449</w:t>
        <w:br/>
        <w:t>vt 0.395949 0.643449</w:t>
        <w:br/>
        <w:t>vt 0.391709 0.659786</w:t>
        <w:br/>
        <w:t>vt 0.388923 0.671161</w:t>
        <w:br/>
        <w:t>vt 0.391787 0.671161</w:t>
        <w:br/>
        <w:t>vt 0.398082 0.659808</w:t>
        <w:br/>
        <w:t>vt 0.397945 0.671161</w:t>
        <w:br/>
        <w:t>vt 0.405797 0.660245</w:t>
        <w:br/>
        <w:t>vt 0.405054 0.671161</w:t>
        <w:br/>
        <w:t>vt 0.412390 0.659960</w:t>
        <w:br/>
        <w:t>vt 0.409911 0.671161</w:t>
        <w:br/>
        <w:t>vt 0.413049 0.671161</w:t>
        <w:br/>
        <w:t>vt 0.418447 0.671161</w:t>
        <w:br/>
        <w:t>vt 0.419053 0.659643</w:t>
        <w:br/>
        <w:t>vt 0.409894 0.643449</w:t>
        <w:br/>
        <w:t>vt 0.350179 0.657215</w:t>
        <w:br/>
        <w:t>vt 0.341865 0.643449</w:t>
        <w:br/>
        <w:t>vt 0.357863 0.643449</w:t>
        <w:br/>
        <w:t>vt 0.339474 0.658134</w:t>
        <w:br/>
        <w:t>vt 0.356612 0.671161</w:t>
        <w:br/>
        <w:t>vt 0.350602 0.671161</w:t>
        <w:br/>
        <w:t>vt 0.339679 0.671161</w:t>
        <w:br/>
        <w:t>vt 0.327736 0.657058</w:t>
        <w:br/>
        <w:t>vt 0.325923 0.643449</w:t>
        <w:br/>
        <w:t>vt 0.319035 0.656254</w:t>
        <w:br/>
        <w:t>vt 0.309478 0.643449</w:t>
        <w:br/>
        <w:t>vt 0.327613 0.671161</w:t>
        <w:br/>
        <w:t>vt 0.319641 0.671161</w:t>
        <w:br/>
        <w:t>vt 0.245553 0.659381</w:t>
        <w:br/>
        <w:t>vt 0.256021 0.659921</w:t>
        <w:br/>
        <w:t>vt 0.255908 0.671161</w:t>
        <w:br/>
        <w:t>vt 0.243662 0.671161</w:t>
        <w:br/>
        <w:t>vt 0.430129 0.671161</w:t>
        <w:br/>
        <w:t>vt 0.429818 0.659223</w:t>
        <w:br/>
        <w:t>vt 0.249444 0.643449</w:t>
        <w:br/>
        <w:t>vt 0.264642 0.643449</w:t>
        <w:br/>
        <w:t>vt 0.426375 0.643449</w:t>
        <w:br/>
        <w:t>vt 0.263255 0.661607</w:t>
        <w:br/>
        <w:t>vt 0.262798 0.671161</w:t>
        <w:br/>
        <w:t>vt 0.311890 0.657734</w:t>
        <w:br/>
        <w:t>vt 0.285564 0.671161</w:t>
        <w:br/>
        <w:t>vt 0.282886 0.671161</w:t>
        <w:br/>
        <w:t>vt 0.282580 0.661931</w:t>
        <w:br/>
        <w:t>vt 0.287323 0.660697</w:t>
        <w:br/>
        <w:t>vt 0.278958 0.643449</w:t>
        <w:br/>
        <w:t>vt 0.293461 0.643449</w:t>
        <w:br/>
        <w:t>vt 0.277661 0.661819</w:t>
        <w:br/>
        <w:t>vt 0.278276 0.671161</w:t>
        <w:br/>
        <w:t>vt 0.288060 0.671161</w:t>
        <w:br/>
        <w:t>vt 0.292997 0.659167</w:t>
        <w:br/>
        <w:t>vt 0.302541 0.657968</w:t>
        <w:br/>
        <w:t>vt 0.292218 0.671161</w:t>
        <w:br/>
        <w:t>vt 0.302393 0.671161</w:t>
        <w:br/>
        <w:t>vt 0.315455 0.671161</w:t>
        <w:br/>
        <w:t>vt 0.311120 0.671161</w:t>
        <w:br/>
        <w:t>vt 0.270126 0.662698</w:t>
        <w:br/>
        <w:t>vt 0.266212 0.671161</w:t>
        <w:br/>
        <w:t>vt 0.263255 0.661607</w:t>
        <w:br/>
        <w:t>vt 0.271311 0.671161</w:t>
        <w:br/>
        <w:t>vt 0.886009 0.293968</w:t>
        <w:br/>
        <w:t>vt 0.882358 0.293968</w:t>
        <w:br/>
        <w:t>vt 0.882358 0.287035</w:t>
        <w:br/>
        <w:t>vt 0.886009 0.287035</w:t>
        <w:br/>
        <w:t>vt 0.886009 0.305134</w:t>
        <w:br/>
        <w:t>vt 0.882358 0.305134</w:t>
        <w:br/>
        <w:t>vt 0.882358 0.317130</w:t>
        <w:br/>
        <w:t>vt 0.886009 0.317130</w:t>
        <w:br/>
        <w:t>vt 0.882358 0.324501</w:t>
        <w:br/>
        <w:t>vt 0.886009 0.324501</w:t>
        <w:br/>
        <w:t>vt 0.882358 0.283398</w:t>
        <w:br/>
        <w:t>vt 0.886009 0.283398</w:t>
        <w:br/>
        <w:t>vt 0.882358 0.279070</w:t>
        <w:br/>
        <w:t>vt 0.886009 0.279070</w:t>
        <w:br/>
        <w:t>vt 0.886009 0.270350</w:t>
        <w:br/>
        <w:t>vt 0.882358 0.270350</w:t>
        <w:br/>
        <w:t>vt 0.882358 0.261129</w:t>
        <w:br/>
        <w:t>vt 0.886009 0.261129</w:t>
        <w:br/>
        <w:t>vt 0.882358 0.254555</w:t>
        <w:br/>
        <w:t>vt 0.886009 0.254555</w:t>
        <w:br/>
        <w:t>vt 0.882358 0.250572</w:t>
        <w:br/>
        <w:t>vt 0.886009 0.250572</w:t>
        <w:br/>
        <w:t>vt 0.882358 0.244781</w:t>
        <w:br/>
        <w:t>vt 0.886009 0.244781</w:t>
        <w:br/>
        <w:t>vt 0.886009 0.336113</w:t>
        <w:br/>
        <w:t>vt 0.882358 0.336113</w:t>
        <w:br/>
        <w:t>vt 0.882358 0.329250</w:t>
        <w:br/>
        <w:t>vt 0.886009 0.329250</w:t>
        <w:br/>
        <w:t>vt 0.886009 0.347615</w:t>
        <w:br/>
        <w:t>vt 0.882358 0.347615</w:t>
        <w:br/>
        <w:t>vt 0.886009 0.359956</w:t>
        <w:br/>
        <w:t>vt 0.882358 0.359957</w:t>
        <w:br/>
        <w:t>vt 0.882358 0.368805</w:t>
        <w:br/>
        <w:t>vt 0.886009 0.368805</w:t>
        <w:br/>
        <w:t>vt 0.886009 0.465430</w:t>
        <w:br/>
        <w:t>vt 0.882358 0.465430</w:t>
        <w:br/>
        <w:t>vt 0.882358 0.455053</w:t>
        <w:br/>
        <w:t>vt 0.886009 0.455053</w:t>
        <w:br/>
        <w:t>vt 0.882358 0.234417</w:t>
        <w:br/>
        <w:t>vt 0.886009 0.234417</w:t>
        <w:br/>
        <w:t>vt 0.882358 0.448274</w:t>
        <w:br/>
        <w:t>vt 0.886009 0.448274</w:t>
        <w:br/>
        <w:t>vt 0.886009 0.420420</w:t>
        <w:br/>
        <w:t>vt 0.882358 0.420419</w:t>
        <w:br/>
        <w:t>vt 0.882358 0.416528</w:t>
        <w:br/>
        <w:t>vt 0.886009 0.416528</w:t>
        <w:br/>
        <w:t>vt 0.882358 0.426944</w:t>
        <w:br/>
        <w:t>vt 0.886009 0.426943</w:t>
        <w:br/>
        <w:t>vt 0.882358 0.412866</w:t>
        <w:br/>
        <w:t>vt 0.886009 0.412866</w:t>
        <w:br/>
        <w:t>vt 0.882358 0.406837</w:t>
        <w:br/>
        <w:t>vt 0.886009 0.406837</w:t>
        <w:br/>
        <w:t>vt 0.882358 0.393206</w:t>
        <w:br/>
        <w:t>vt 0.886009 0.393206</w:t>
        <w:br/>
        <w:t>vt 0.886009 0.380889</w:t>
        <w:br/>
        <w:t>vt 0.882358 0.380889</w:t>
        <w:br/>
        <w:t>vt 0.882358 0.374245</w:t>
        <w:br/>
        <w:t>vt 0.886009 0.374245</w:t>
        <w:br/>
        <w:t>vt 0.882358 0.443853</w:t>
        <w:br/>
        <w:t>vt 0.882358 0.436405</w:t>
        <w:br/>
        <w:t>vt 0.886009 0.436405</w:t>
        <w:br/>
        <w:t>vt 0.886009 0.443853</w:t>
        <w:br/>
        <w:t>vt 0.925198 0.691296</w:t>
        <w:br/>
        <w:t>vt 0.925267 0.694520</w:t>
        <w:br/>
        <w:t>vt 0.934541 0.693621</w:t>
        <w:br/>
        <w:t>vt 0.917274 0.692390</w:t>
        <w:br/>
        <w:t>vt 0.917274 0.695271</w:t>
        <w:br/>
        <w:t>vt 0.917274 0.699516</w:t>
        <w:br/>
        <w:t>vt 0.925880 0.699662</w:t>
        <w:br/>
        <w:t>vt 0.917274 0.704248</w:t>
        <w:br/>
        <w:t>vt 0.926071 0.704930</w:t>
        <w:br/>
        <w:t>vt 0.917274 0.707482</w:t>
        <w:br/>
        <w:t>vt 0.926077 0.709455</w:t>
        <w:br/>
        <w:t>vt 0.934541 0.700699</w:t>
        <w:br/>
        <w:t>vt 0.934541 0.686416</w:t>
        <w:br/>
        <w:t>vt 0.924354 0.688702</w:t>
        <w:br/>
        <w:t>vt 0.917274 0.690392</w:t>
        <w:br/>
        <w:t>vt 0.917274 0.688623</w:t>
        <w:br/>
        <w:t>vt 0.924300 0.685099</w:t>
        <w:br/>
        <w:t>vt 0.917274 0.685180</w:t>
        <w:br/>
        <w:t>vt 0.924076 0.680782</w:t>
        <w:br/>
        <w:t>vt 0.917274 0.681217</w:t>
        <w:br/>
        <w:t>vt 0.924399 0.676604</w:t>
        <w:br/>
        <w:t>vt 0.917274 0.678278</w:t>
        <w:br/>
        <w:t>vt 0.917274 0.676022</w:t>
        <w:br/>
        <w:t>vt 0.924512 0.672357</w:t>
        <w:br/>
        <w:t>vt 0.917274 0.672718</w:t>
        <w:br/>
        <w:t>vt 0.934541 0.678239</w:t>
        <w:br/>
        <w:t>vt 0.926044 0.713932</w:t>
        <w:br/>
        <w:t>vt 0.934541 0.718851</w:t>
        <w:br/>
        <w:t>vt 0.934541 0.709119</w:t>
        <w:br/>
        <w:t>vt 0.925463 0.720256</w:t>
        <w:br/>
        <w:t>vt 0.917274 0.710050</w:t>
        <w:br/>
        <w:t>vt 0.917274 0.713726</w:t>
        <w:br/>
        <w:t>vt 0.917274 0.720144</w:t>
        <w:br/>
        <w:t>vt 0.926133 0.727109</w:t>
        <w:br/>
        <w:t>vt 0.934541 0.728314</w:t>
        <w:br/>
        <w:t>vt 0.926666 0.732424</w:t>
        <w:br/>
        <w:t>vt 0.934541 0.738192</w:t>
        <w:br/>
        <w:t>vt 0.917274 0.727148</w:t>
        <w:br/>
        <w:t>vt 0.917274 0.731899</w:t>
        <w:br/>
        <w:t>vt 0.924571 0.776530</w:t>
        <w:br/>
        <w:t>vt 0.924339 0.770473</w:t>
        <w:br/>
        <w:t>vt 0.917274 0.770661</w:t>
        <w:br/>
        <w:t>vt 0.917274 0.777807</w:t>
        <w:br/>
        <w:t>vt 0.924808 0.666091</w:t>
        <w:br/>
        <w:t>vt 0.917274 0.665901</w:t>
        <w:br/>
        <w:t>vt 0.934541 0.773975</w:t>
        <w:br/>
        <w:t>vt 0.934541 0.764847</w:t>
        <w:br/>
        <w:t>vt 0.934541 0.668313</w:t>
        <w:br/>
        <w:t>vt 0.923428 0.765788</w:t>
        <w:br/>
        <w:t>vt 0.917274 0.766291</w:t>
        <w:br/>
        <w:t>vt 0.925649 0.736863</w:t>
        <w:br/>
        <w:t>vt 0.917274 0.752468</w:t>
        <w:br/>
        <w:t>vt 0.917274 0.754116</w:t>
        <w:br/>
        <w:t>vt 0.923002 0.754351</w:t>
        <w:br/>
        <w:t>vt 0.923794 0.751297</w:t>
        <w:br/>
        <w:t>vt 0.934541 0.756397</w:t>
        <w:br/>
        <w:t>vt 0.934541 0.747846</w:t>
        <w:br/>
        <w:t>vt 0.923055 0.757046</w:t>
        <w:br/>
        <w:t>vt 0.917274 0.756621</w:t>
        <w:br/>
        <w:t>vt 0.917274 0.750746</w:t>
        <w:br/>
        <w:t>vt 0.924675 0.747858</w:t>
        <w:br/>
        <w:t>vt 0.925481 0.742359</w:t>
        <w:br/>
        <w:t>vt 0.917274 0.748390</w:t>
        <w:br/>
        <w:t>vt 0.917274 0.742484</w:t>
        <w:br/>
        <w:t>vt 0.917274 0.734688</w:t>
        <w:br/>
        <w:t>vt 0.917274 0.737343</w:t>
        <w:br/>
        <w:t>vt 0.922591 0.761316</w:t>
        <w:br/>
        <w:t>vt 0.917274 0.760561</w:t>
        <w:br/>
        <w:t>vt 0.917274 0.763756</w:t>
        <w:br/>
        <w:t>vt 0.923428 0.765788</w:t>
        <w:br/>
        <w:t>vt 0.387840 0.658532</w:t>
        <w:br/>
        <w:t>vt 0.383800 0.643449</w:t>
        <w:br/>
        <w:t>vt 0.382802 0.658287</w:t>
        <w:br/>
        <w:t>vt 0.386246 0.671161</w:t>
        <w:br/>
        <w:t>vt 0.381521 0.671161</w:t>
        <w:br/>
        <w:t>vt 0.373818 0.657244</w:t>
        <w:br/>
        <w:t>vt 0.374030 0.671161</w:t>
        <w:br/>
        <w:t>vt 0.365823 0.671161</w:t>
        <w:br/>
        <w:t>vt 0.364788 0.657052</w:t>
        <w:br/>
        <w:t>vt 0.357444 0.657156</w:t>
        <w:br/>
        <w:t>vt 0.360482 0.671161</w:t>
        <w:br/>
        <w:t>vt 0.371876 0.643449</w:t>
        <w:br/>
        <w:t>vt 0.395949 0.643449</w:t>
        <w:br/>
        <w:t>vt 0.391709 0.659786</w:t>
        <w:br/>
        <w:t>vt 0.388923 0.671161</w:t>
        <w:br/>
        <w:t>vt 0.391787 0.671161</w:t>
        <w:br/>
        <w:t>vt 0.397945 0.671161</w:t>
        <w:br/>
        <w:t>vt 0.398082 0.659808</w:t>
        <w:br/>
        <w:t>vt 0.405054 0.671161</w:t>
        <w:br/>
        <w:t>vt 0.405797 0.660245</w:t>
        <w:br/>
        <w:t>vt 0.409911 0.671161</w:t>
        <w:br/>
        <w:t>vt 0.412390 0.659960</w:t>
        <w:br/>
        <w:t>vt 0.413049 0.671161</w:t>
        <w:br/>
        <w:t>vt 0.418447 0.671161</w:t>
        <w:br/>
        <w:t>vt 0.419053 0.659643</w:t>
        <w:br/>
        <w:t>vt 0.409894 0.643449</w:t>
        <w:br/>
        <w:t>vt 0.350179 0.657215</w:t>
        <w:br/>
        <w:t>vt 0.357863 0.643449</w:t>
        <w:br/>
        <w:t>vt 0.341865 0.643449</w:t>
        <w:br/>
        <w:t>vt 0.339474 0.658134</w:t>
        <w:br/>
        <w:t>vt 0.356612 0.671161</w:t>
        <w:br/>
        <w:t>vt 0.350602 0.671161</w:t>
        <w:br/>
        <w:t>vt 0.339679 0.671161</w:t>
        <w:br/>
        <w:t>vt 0.325923 0.643449</w:t>
        <w:br/>
        <w:t>vt 0.327736 0.657058</w:t>
        <w:br/>
        <w:t>vt 0.309478 0.643449</w:t>
        <w:br/>
        <w:t>vt 0.319035 0.656254</w:t>
        <w:br/>
        <w:t>vt 0.327613 0.671161</w:t>
        <w:br/>
        <w:t>vt 0.319641 0.671161</w:t>
        <w:br/>
        <w:t>vt 0.245553 0.659381</w:t>
        <w:br/>
        <w:t>vt 0.243662 0.671161</w:t>
        <w:br/>
        <w:t>vt 0.255908 0.671161</w:t>
        <w:br/>
        <w:t>vt 0.256021 0.659921</w:t>
        <w:br/>
        <w:t>vt 0.430129 0.671161</w:t>
        <w:br/>
        <w:t>vt 0.429818 0.659223</w:t>
        <w:br/>
        <w:t>vt 0.249444 0.643449</w:t>
        <w:br/>
        <w:t>vt 0.264642 0.643449</w:t>
        <w:br/>
        <w:t>vt 0.426375 0.643449</w:t>
        <w:br/>
        <w:t>vt 0.263255 0.661607</w:t>
        <w:br/>
        <w:t>vt 0.262798 0.671161</w:t>
        <w:br/>
        <w:t>vt 0.311890 0.657734</w:t>
        <w:br/>
        <w:t>vt 0.285564 0.671161</w:t>
        <w:br/>
        <w:t>vt 0.287323 0.660697</w:t>
        <w:br/>
        <w:t>vt 0.282580 0.661931</w:t>
        <w:br/>
        <w:t>vt 0.282886 0.671161</w:t>
        <w:br/>
        <w:t>vt 0.293461 0.643449</w:t>
        <w:br/>
        <w:t>vt 0.278958 0.643449</w:t>
        <w:br/>
        <w:t>vt 0.277661 0.661819</w:t>
        <w:br/>
        <w:t>vt 0.278276 0.671161</w:t>
        <w:br/>
        <w:t>vt 0.288060 0.671161</w:t>
        <w:br/>
        <w:t>vt 0.292997 0.659167</w:t>
        <w:br/>
        <w:t>vt 0.302541 0.657968</w:t>
        <w:br/>
        <w:t>vt 0.292218 0.671161</w:t>
        <w:br/>
        <w:t>vt 0.302393 0.671161</w:t>
        <w:br/>
        <w:t>vt 0.315455 0.671161</w:t>
        <w:br/>
        <w:t>vt 0.311120 0.671161</w:t>
        <w:br/>
        <w:t>vt 0.270126 0.662698</w:t>
        <w:br/>
        <w:t>vt 0.266212 0.671161</w:t>
        <w:br/>
        <w:t>vt 0.271311 0.671161</w:t>
        <w:br/>
        <w:t>vt 0.263255 0.661607</w:t>
        <w:br/>
        <w:t>vt 0.886009 0.293968</w:t>
        <w:br/>
        <w:t>vt 0.886009 0.287035</w:t>
        <w:br/>
        <w:t>vt 0.882358 0.287035</w:t>
        <w:br/>
        <w:t>vt 0.882358 0.293968</w:t>
        <w:br/>
        <w:t>vt 0.882358 0.305134</w:t>
        <w:br/>
        <w:t>vt 0.886009 0.305134</w:t>
        <w:br/>
        <w:t>vt 0.882358 0.317130</w:t>
        <w:br/>
        <w:t>vt 0.886009 0.317130</w:t>
        <w:br/>
        <w:t>vt 0.882358 0.324501</w:t>
        <w:br/>
        <w:t>vt 0.886009 0.324501</w:t>
        <w:br/>
        <w:t>vt 0.886009 0.283398</w:t>
        <w:br/>
        <w:t>vt 0.882358 0.283398</w:t>
        <w:br/>
        <w:t>vt 0.886009 0.279070</w:t>
        <w:br/>
        <w:t>vt 0.882358 0.279070</w:t>
        <w:br/>
        <w:t>vt 0.886009 0.270350</w:t>
        <w:br/>
        <w:t>vt 0.882358 0.270350</w:t>
        <w:br/>
        <w:t>vt 0.886009 0.261129</w:t>
        <w:br/>
        <w:t>vt 0.882358 0.261129</w:t>
        <w:br/>
        <w:t>vt 0.886009 0.254555</w:t>
        <w:br/>
        <w:t>vt 0.882358 0.254555</w:t>
        <w:br/>
        <w:t>vt 0.886009 0.250572</w:t>
        <w:br/>
        <w:t>vt 0.882358 0.250572</w:t>
        <w:br/>
        <w:t>vt 0.886009 0.244781</w:t>
        <w:br/>
        <w:t>vt 0.882358 0.244781</w:t>
        <w:br/>
        <w:t>vt 0.886009 0.336113</w:t>
        <w:br/>
        <w:t>vt 0.886009 0.329250</w:t>
        <w:br/>
        <w:t>vt 0.882358 0.329250</w:t>
        <w:br/>
        <w:t>vt 0.882358 0.336113</w:t>
        <w:br/>
        <w:t>vt 0.886009 0.347615</w:t>
        <w:br/>
        <w:t>vt 0.882358 0.347615</w:t>
        <w:br/>
        <w:t>vt 0.886009 0.359956</w:t>
        <w:br/>
        <w:t>vt 0.882358 0.359957</w:t>
        <w:br/>
        <w:t>vt 0.882358 0.368805</w:t>
        <w:br/>
        <w:t>vt 0.886009 0.368805</w:t>
        <w:br/>
        <w:t>vt 0.886009 0.465430</w:t>
        <w:br/>
        <w:t>vt 0.886009 0.455053</w:t>
        <w:br/>
        <w:t>vt 0.882358 0.455053</w:t>
        <w:br/>
        <w:t>vt 0.882358 0.465430</w:t>
        <w:br/>
        <w:t>vt 0.886009 0.234417</w:t>
        <w:br/>
        <w:t>vt 0.882358 0.234417</w:t>
        <w:br/>
        <w:t>vt 0.886009 0.448274</w:t>
        <w:br/>
        <w:t>vt 0.882358 0.448274</w:t>
        <w:br/>
        <w:t>vt 0.886009 0.420420</w:t>
        <w:br/>
        <w:t>vt 0.886009 0.416528</w:t>
        <w:br/>
        <w:t>vt 0.882358 0.416528</w:t>
        <w:br/>
        <w:t>vt 0.882358 0.420419</w:t>
        <w:br/>
        <w:t>vt 0.882358 0.426944</w:t>
        <w:br/>
        <w:t>vt 0.886009 0.426943</w:t>
        <w:br/>
        <w:t>vt 0.886009 0.412866</w:t>
        <w:br/>
        <w:t>vt 0.882358 0.412866</w:t>
        <w:br/>
        <w:t>vt 0.886009 0.406837</w:t>
        <w:br/>
        <w:t>vt 0.882358 0.406837</w:t>
        <w:br/>
        <w:t>vt 0.886009 0.393206</w:t>
        <w:br/>
        <w:t>vt 0.882358 0.393206</w:t>
        <w:br/>
        <w:t>vt 0.886009 0.380889</w:t>
        <w:br/>
        <w:t>vt 0.886009 0.374245</w:t>
        <w:br/>
        <w:t>vt 0.882358 0.374245</w:t>
        <w:br/>
        <w:t>vt 0.882358 0.380889</w:t>
        <w:br/>
        <w:t>vt 0.882358 0.443853</w:t>
        <w:br/>
        <w:t>vt 0.886009 0.443853</w:t>
        <w:br/>
        <w:t>vt 0.886009 0.436405</w:t>
        <w:br/>
        <w:t>vt 0.882358 0.436405</w:t>
        <w:br/>
        <w:t>vt 0.642013 0.039523</w:t>
        <w:br/>
        <w:t>vt 0.632703 0.039791</w:t>
        <w:br/>
        <w:t>vt 0.636039 0.039695</w:t>
        <w:br/>
        <w:t>vt 0.626212 0.032753</w:t>
        <w:br/>
        <w:t>vt 0.625277 0.035893</w:t>
        <w:br/>
        <w:t>vt 0.637428 0.005931</w:t>
        <w:br/>
        <w:t>vt 0.637200 0.130052</w:t>
        <w:br/>
        <w:t>vt 0.636843 0.118439</w:t>
        <w:br/>
        <w:t>vt 0.636784 0.108653</w:t>
        <w:br/>
        <w:t>vt 0.636633 0.097428</w:t>
        <w:br/>
        <w:t>vt 0.636405 0.035747</w:t>
        <w:br/>
        <w:t>vt 0.639104 0.035866</w:t>
        <w:br/>
        <w:t>vt 0.639071 0.039608</w:t>
        <w:br/>
        <w:t>vt 0.638990 0.029923</w:t>
        <w:br/>
        <w:t>vt 0.642074 0.035998</w:t>
        <w:br/>
        <w:t>vt 0.639028 0.031897</w:t>
        <w:br/>
        <w:t>vt 0.636545 0.031980</w:t>
        <w:br/>
        <w:t>vt 0.632892 0.035768</w:t>
        <w:br/>
        <w:t>vt 0.632969 0.032244</w:t>
        <w:br/>
        <w:t>vt 0.630002 0.039869</w:t>
        <w:br/>
        <w:t>vt 0.630108 0.035806</w:t>
        <w:br/>
        <w:t>vt 0.630404 0.032433</w:t>
        <w:br/>
        <w:t>vt 0.629665 0.029667</w:t>
        <w:br/>
        <w:t>vt 0.627077 0.039511</w:t>
        <w:br/>
        <w:t>vt 0.625662 0.041314</w:t>
        <w:br/>
        <w:t>vt 0.609373 0.029003</w:t>
        <w:br/>
        <w:t>vt 0.649094 0.130052</w:t>
        <w:br/>
        <w:t>vt 0.637347 0.005931</w:t>
        <w:br/>
        <w:t>vt 0.642302 0.017616</w:t>
        <w:br/>
        <w:t>vt 0.642558 0.005931</w:t>
        <w:br/>
        <w:t>vt 0.649245 0.027399</w:t>
        <w:br/>
        <w:t>vt 0.649558 0.036328</w:t>
        <w:br/>
        <w:t>vt 0.650334 0.044187</w:t>
        <w:br/>
        <w:t>vt 0.636642 0.108655</w:t>
        <w:br/>
        <w:t>vt 0.641267 0.108617</w:t>
        <w:br/>
        <w:t>vt 0.641934 0.039648</w:t>
        <w:br/>
        <w:t>vt 0.641930 0.036480</w:t>
        <w:br/>
        <w:t>vt 0.641993 0.031930</w:t>
        <w:br/>
        <w:t>vt 0.642057 0.027394</w:t>
        <w:br/>
        <w:t>vt 0.639466 0.039829</w:t>
        <w:br/>
        <w:t>vt 0.639225 0.036410</w:t>
        <w:br/>
        <w:t>vt 0.638798 0.029875</w:t>
        <w:br/>
        <w:t>vt 0.638936 0.031993</w:t>
        <w:br/>
        <w:t>vt 0.636633 0.029786</w:t>
        <w:br/>
        <w:t>vt 0.636639 0.032040</w:t>
        <w:br/>
        <w:t>vt 0.626197 0.032754</w:t>
        <w:br/>
        <w:t>vt 0.625230 0.036037</w:t>
        <w:br/>
        <w:t>vt 0.625661 0.041271</w:t>
        <w:br/>
        <w:t>vt 0.627041 0.039483</w:t>
        <w:br/>
        <w:t>vt 0.302027 0.522768</w:t>
        <w:br/>
        <w:t>vt 0.302027 0.535282</w:t>
        <w:br/>
        <w:t>vt 0.307162 0.535282</w:t>
        <w:br/>
        <w:t>vt 0.307162 0.522768</w:t>
        <w:br/>
        <w:t>vt 0.307162 0.555070</w:t>
        <w:br/>
        <w:t>vt 0.302027 0.555070</w:t>
        <w:br/>
        <w:t>vt 0.616837 0.582988</w:t>
        <w:br/>
        <w:t>vt 0.616966 0.597893</w:t>
        <w:br/>
        <w:t>vt 0.615783 0.595215</w:t>
        <w:br/>
        <w:t>vt 0.615713 0.585097</w:t>
        <w:br/>
        <w:t>vt 0.607167 0.571570</w:t>
        <w:br/>
        <w:t>vt 0.608325 0.569420</w:t>
        <w:br/>
        <w:t>vt 0.596598 0.571571</w:t>
        <w:br/>
        <w:t>vt 0.595440 0.569419</w:t>
        <w:br/>
        <w:t>vt 0.588052 0.585097</w:t>
        <w:br/>
        <w:t>vt 0.586929 0.582988</w:t>
        <w:br/>
        <w:t>vt 0.310035 0.591762</w:t>
        <w:br/>
        <w:t>vt 0.310035 0.571315</w:t>
        <w:br/>
        <w:t>vt 0.315266 0.571315</w:t>
        <w:br/>
        <w:t>vt 0.315266 0.591762</w:t>
        <w:br/>
        <w:t>vt 0.315266 0.554867</w:t>
        <w:br/>
        <w:t>vt 0.310035 0.554867</w:t>
        <w:br/>
        <w:t>vt 0.329993 0.410167</w:t>
        <w:br/>
        <w:t>vt 0.331251 0.407850</w:t>
        <w:br/>
        <w:t>vt 0.337293 0.407849</w:t>
        <w:br/>
        <w:t>vt 0.338552 0.410166</w:t>
        <w:br/>
        <w:t>vt 0.324473 0.401370</w:t>
        <w:br/>
        <w:t>vt 0.326154 0.399767</w:t>
        <w:br/>
        <w:t>vt 0.302027 0.568142</w:t>
        <w:br/>
        <w:t>vt 0.307162 0.568142</w:t>
        <w:br/>
        <w:t>vt 0.342388 0.399765</w:t>
        <w:br/>
        <w:t>vt 0.344070 0.401368</w:t>
        <w:br/>
        <w:t>vt 0.310035 0.534419</w:t>
        <w:br/>
        <w:t>vt 0.315266 0.534419</w:t>
        <w:br/>
        <w:t>vt 0.315266 0.610791</w:t>
        <w:br/>
        <w:t>vt 0.310035 0.610791</w:t>
        <w:br/>
        <w:t>vt 0.315266 0.476878</w:t>
        <w:br/>
        <w:t>vt 0.315266 0.515390</w:t>
        <w:br/>
        <w:t>vt 0.310035 0.515390</w:t>
        <w:br/>
        <w:t>vt 0.310035 0.476878</w:t>
        <w:br/>
        <w:t>vt 0.587982 0.595215</w:t>
        <w:br/>
        <w:t>vt 0.586799 0.597893</w:t>
        <w:br/>
        <w:t>vt 0.302027 0.587931</w:t>
        <w:br/>
        <w:t>vt 0.307162 0.587931</w:t>
        <w:br/>
        <w:t>vt 0.310035 0.515390</w:t>
        <w:br/>
        <w:t>vt 0.315266 0.515390</w:t>
        <w:br/>
        <w:t>vt 0.342442 0.393621</w:t>
        <w:br/>
        <w:t>vt 0.344128 0.391474</w:t>
        <w:br/>
        <w:t>vt 0.302027 0.600445</w:t>
        <w:br/>
        <w:t>vt 0.307162 0.600445</w:t>
        <w:br/>
        <w:t>vt 0.326099 0.393623</w:t>
        <w:br/>
        <w:t>vt 0.324412 0.391476</w:t>
        <w:br/>
        <w:t>vt 0.307162 0.522768</w:t>
        <w:br/>
        <w:t>vt 0.307162 0.488383</w:t>
        <w:br/>
        <w:t>vt 0.302027 0.488383</w:t>
        <w:br/>
        <w:t>vt 0.302027 0.522768</w:t>
        <w:br/>
        <w:t>vt 0.956951 0.950356</w:t>
        <w:br/>
        <w:t>vt 0.959289 0.948510</w:t>
        <w:br/>
        <w:t>vt 0.959288 0.956291</w:t>
        <w:br/>
        <w:t>vt 0.956950 0.954488</w:t>
        <w:br/>
        <w:t>vt 0.945015 0.956291</w:t>
        <w:br/>
        <w:t>vt 0.947344 0.954487</w:t>
        <w:br/>
        <w:t>vt 0.947344 0.950355</w:t>
        <w:br/>
        <w:t>vt 0.945016 0.948510</w:t>
        <w:br/>
        <w:t>vt 0.958871 0.823044</w:t>
        <w:br/>
        <w:t>vt 0.960420 0.822984</w:t>
        <w:br/>
        <w:t>vt 0.960420 0.829212</w:t>
        <w:br/>
        <w:t>vt 0.958871 0.829274</w:t>
        <w:br/>
        <w:t>vt 0.960420 0.793993</w:t>
        <w:br/>
        <w:t>vt 0.960420 0.805402</w:t>
        <w:br/>
        <w:t>vt 0.958871 0.805461</w:t>
        <w:br/>
        <w:t>vt 0.958871 0.794053</w:t>
        <w:br/>
        <w:t>vt 0.960420 0.822984</w:t>
        <w:br/>
        <w:t>vt 0.958871 0.823044</w:t>
        <w:br/>
        <w:t>vt 0.958871 0.811635</w:t>
        <w:br/>
        <w:t>vt 0.960420 0.811575</w:t>
        <w:br/>
        <w:t>vt 0.946624 0.962429</w:t>
        <w:br/>
        <w:t>vt 0.946624 0.966561</w:t>
        <w:br/>
        <w:t>vt 0.944296 0.968312</w:t>
        <w:br/>
        <w:t>vt 0.944295 0.960533</w:t>
        <w:br/>
        <w:t>vt 0.974998 0.868960</w:t>
        <w:br/>
        <w:t>vt 0.974998 0.857631</w:t>
        <w:br/>
        <w:t>vt 0.977239 0.857593</w:t>
        <w:br/>
        <w:t>vt 0.977239 0.868923</w:t>
        <w:br/>
        <w:t>vt 0.956231 0.966561</w:t>
        <w:br/>
        <w:t>vt 0.958569 0.968313</w:t>
        <w:br/>
        <w:t>vt 0.974998 0.836553</w:t>
        <w:br/>
        <w:t>vt 0.977239 0.836516</w:t>
        <w:br/>
        <w:t>vt 0.977239 0.841390</w:t>
        <w:br/>
        <w:t>vt 0.974998 0.841427</w:t>
        <w:br/>
        <w:t>vt 0.974998 0.841427</w:t>
        <w:br/>
        <w:t>vt 0.977239 0.841390</w:t>
        <w:br/>
        <w:t>vt 0.977239 0.852721</w:t>
        <w:br/>
        <w:t>vt 0.974998 0.852758</w:t>
        <w:br/>
        <w:t>vt 0.974998 0.857631</w:t>
        <w:br/>
        <w:t>vt 0.974998 0.852758</w:t>
        <w:br/>
        <w:t>vt 0.977239 0.852721</w:t>
        <w:br/>
        <w:t>vt 0.977239 0.857593</w:t>
        <w:br/>
        <w:t>vt 0.956231 0.962429</w:t>
        <w:br/>
        <w:t>vt 0.958569 0.960533</w:t>
        <w:br/>
        <w:t>vt 0.958871 0.811635</w:t>
        <w:br/>
        <w:t>vt 0.958871 0.805461</w:t>
        <w:br/>
        <w:t>vt 0.960420 0.805402</w:t>
        <w:br/>
        <w:t>vt 0.960420 0.811575</w:t>
        <w:br/>
        <w:t>vt 0.986887 0.955479</w:t>
        <w:br/>
        <w:t>vt 0.989428 0.955477</w:t>
        <w:br/>
        <w:t>vt 0.989427 0.959422</w:t>
        <w:br/>
        <w:t>vt 0.986887 0.959422</w:t>
        <w:br/>
        <w:t>vt 0.989427 0.969305</w:t>
        <w:br/>
        <w:t>vt 0.986887 0.969304</w:t>
        <w:br/>
        <w:t>vt 0.991368 0.985577</w:t>
        <w:br/>
        <w:t>vt 0.991368 0.992142</w:t>
        <w:br/>
        <w:t>vt 0.988266 0.989284</w:t>
        <w:br/>
        <w:t>vt 0.988246 0.987763</w:t>
        <w:br/>
        <w:t>vt 0.985918 0.974341</w:t>
        <w:br/>
        <w:t>vt 0.988038 0.971172</w:t>
        <w:br/>
        <w:t>vt 0.989559 0.971161</w:t>
        <w:br/>
        <w:t>vt 0.992482 0.974201</w:t>
        <w:br/>
        <w:t>vt 0.989427 0.944545</w:t>
        <w:br/>
        <w:t>vt 0.986887 0.944545</w:t>
        <w:br/>
        <w:t>vt 0.987469 0.927379</w:t>
        <w:br/>
        <w:t>vt 0.990006 0.927382</w:t>
        <w:br/>
        <w:t>vt 0.990006 0.938309</w:t>
        <w:br/>
        <w:t>vt 0.987471 0.938303</w:t>
        <w:br/>
        <w:t>vt 0.981317 0.991526</w:t>
        <w:br/>
        <w:t>vt 0.982838 0.991503</w:t>
        <w:br/>
        <w:t>vt 0.985028 0.994632</w:t>
        <w:br/>
        <w:t>vt 0.978463 0.994631</w:t>
        <w:br/>
        <w:t>vt 0.992108 0.980449</w:t>
        <w:br/>
        <w:t>vt 0.989004 0.983303</w:t>
        <w:br/>
        <w:t>vt 0.989002 0.976739</w:t>
        <w:br/>
        <w:t>vt 0.992131 0.978929</w:t>
        <w:br/>
        <w:t>vt 0.990006 0.913546</w:t>
        <w:br/>
        <w:t>vt 0.990006 0.923442</w:t>
        <w:br/>
        <w:t>vt 0.987469 0.923438</w:t>
        <w:br/>
        <w:t>vt 0.987469 0.913544</w:t>
        <w:br/>
        <w:t>vt 0.965459 0.953647</w:t>
        <w:br/>
        <w:t>vt 0.962262 0.953648</w:t>
        <w:br/>
        <w:t>vt 0.962259 0.950985</w:t>
        <w:br/>
        <w:t>vt 0.965457 0.950984</w:t>
        <w:br/>
        <w:t>vt 0.965459 0.953647</w:t>
        <w:br/>
        <w:t>vt 0.965458 0.959160</w:t>
        <w:br/>
        <w:t>vt 0.962285 0.959161</w:t>
        <w:br/>
        <w:t>vt 0.962262 0.953648</w:t>
        <w:br/>
        <w:t>vt 0.950455 0.977744</w:t>
        <w:br/>
        <w:t>vt 0.949720 0.979107</w:t>
        <w:br/>
        <w:t>vt 0.945737 0.972884</w:t>
        <w:br/>
        <w:t>vt 0.947793 0.972833</w:t>
        <w:br/>
        <w:t>vt 0.962271 0.943411</w:t>
        <w:br/>
        <w:t>vt 0.965444 0.940921</w:t>
        <w:br/>
        <w:t>vt 0.965446 0.945472</w:t>
        <w:br/>
        <w:t>vt 0.962272 0.945473</w:t>
        <w:br/>
        <w:t>vt 0.962272 0.945473</w:t>
        <w:br/>
        <w:t>vt 0.965446 0.945472</w:t>
        <w:br/>
        <w:t>vt 0.965457 0.950984</w:t>
        <w:br/>
        <w:t>vt 0.962259 0.950985</w:t>
        <w:br/>
        <w:t>vt 0.965427 0.899687</w:t>
        <w:br/>
        <w:t>vt 0.965438 0.912885</w:t>
        <w:br/>
        <w:t>vt 0.962355 0.912886</w:t>
        <w:br/>
        <w:t>vt 0.962349 0.899687</w:t>
        <w:br/>
        <w:t>vt 0.965427 0.899687</w:t>
        <w:br/>
        <w:t>vt 0.962349 0.899687</w:t>
        <w:br/>
        <w:t>vt 0.962348 0.896971</w:t>
        <w:br/>
        <w:t>vt 0.965429 0.896970</w:t>
        <w:br/>
        <w:t>vt 0.965427 0.894587</w:t>
        <w:br/>
        <w:t>vt 0.965429 0.896970</w:t>
        <w:br/>
        <w:t>vt 0.962348 0.896971</w:t>
        <w:br/>
        <w:t>vt 0.962347 0.894588</w:t>
        <w:br/>
        <w:t>vt 0.962341 0.883554</w:t>
        <w:br/>
        <w:t>vt 0.965412 0.883554</w:t>
        <w:br/>
        <w:t>vt 0.965413 0.885227</w:t>
        <w:br/>
        <w:t>vt 0.962342 0.885227</w:t>
        <w:br/>
        <w:t>vt 0.957835 0.984843</w:t>
        <w:br/>
        <w:t>vt 0.955936 0.984435</w:t>
        <w:br/>
        <w:t>vt 0.956631 0.983805</w:t>
        <w:br/>
        <w:t>vt 0.958200 0.984185</w:t>
        <w:br/>
        <w:t>vt 0.961227 0.987177</w:t>
        <w:br/>
        <w:t>vt 0.960491 0.987551</w:t>
        <w:br/>
        <w:t>vt 0.962345 0.889663</w:t>
        <w:br/>
        <w:t>vt 0.965418 0.889663</w:t>
        <w:br/>
        <w:t>vt 0.962341 0.883554</w:t>
        <w:br/>
        <w:t>vt 0.962339 0.879235</w:t>
        <w:br/>
        <w:t>vt 0.965404 0.879235</w:t>
        <w:br/>
        <w:t>vt 0.965412 0.883554</w:t>
        <w:br/>
        <w:t>vt 0.962347 0.894588</w:t>
        <w:br/>
        <w:t>vt 0.965427 0.894587</w:t>
        <w:br/>
        <w:t>vt 0.962043 0.991937</w:t>
        <w:br/>
        <w:t>vt 0.961288 0.991447</w:t>
        <w:br/>
        <w:t>vt 0.959898 0.991950</w:t>
        <w:br/>
        <w:t>vt 0.961288 0.991447</w:t>
        <w:br/>
        <w:t>vt 0.962043 0.991937</w:t>
        <w:br/>
        <w:t>vt 0.959562 0.992748</w:t>
        <w:br/>
        <w:t>vt 0.959898 0.991950</w:t>
        <w:br/>
        <w:t>vt 0.959562 0.992748</w:t>
        <w:br/>
        <w:t>vt 0.958401 0.990084</w:t>
        <w:br/>
        <w:t>vt 0.958801 0.989232</w:t>
        <w:br/>
        <w:t>vt 0.957861 0.973351</w:t>
        <w:br/>
        <w:t>vt 0.959343 0.973377</w:t>
        <w:br/>
        <w:t>vt 0.956007 0.979493</w:t>
        <w:br/>
        <w:t>vt 0.954197 0.979725</w:t>
        <w:br/>
        <w:t>vt 0.953785 0.979007</w:t>
        <w:br/>
        <w:t>vt 0.957547 0.972663</w:t>
        <w:br/>
        <w:t>vt 0.960404 0.972916</w:t>
        <w:br/>
        <w:t>vt 0.956776 0.979601</w:t>
        <w:br/>
        <w:t>vt 0.959343 0.973377</w:t>
        <w:br/>
        <w:t>vt 0.960404 0.972916</w:t>
        <w:br/>
        <w:t>vt 0.965389 0.871650</w:t>
        <w:br/>
        <w:t>vt 0.962334 0.871651</w:t>
        <w:br/>
        <w:t>vt 0.965462 0.963710</w:t>
        <w:br/>
        <w:t>vt 0.962408 0.963712</w:t>
        <w:br/>
        <w:t>vt 0.962287 0.961223</w:t>
        <w:br/>
        <w:t>vt 0.956631 0.983805</w:t>
        <w:br/>
        <w:t>vt 0.955936 0.984435</w:t>
        <w:br/>
        <w:t>vt 0.949333 0.979831</w:t>
        <w:br/>
        <w:t>vt 0.945447 0.973583</w:t>
        <w:br/>
        <w:t>vt 0.943967 0.973660</w:t>
        <w:br/>
        <w:t>vt 0.942891 0.973237</w:t>
        <w:br/>
        <w:t>vt 0.947516 0.979650</w:t>
        <w:br/>
        <w:t>vt 0.947723 0.984510</w:t>
        <w:br/>
        <w:t>vt 0.946750 0.979779</w:t>
        <w:br/>
        <w:t>vt 0.942891 0.973237</w:t>
        <w:br/>
        <w:t>vt 0.943967 0.973660</w:t>
        <w:br/>
        <w:t>vt 0.947723 0.984510</w:t>
        <w:br/>
        <w:t>vt 0.947018 0.983892</w:t>
        <w:br/>
        <w:t>vt 0.944850 0.989235</w:t>
        <w:br/>
        <w:t>vt 0.958401 0.990084</w:t>
        <w:br/>
        <w:t>vt 0.945247 0.990083</w:t>
        <w:br/>
        <w:t>vt 0.965444 0.915602</w:t>
        <w:br/>
        <w:t>vt 0.965447 0.917985</w:t>
        <w:br/>
        <w:t>vt 0.962359 0.917986</w:t>
        <w:br/>
        <w:t>vt 0.962357 0.915603</w:t>
        <w:br/>
        <w:t>vt 0.945247 0.990083</w:t>
        <w:br/>
        <w:t>vt 0.944069 0.992743</w:t>
        <w:br/>
        <w:t>vt 0.943737 0.991944</w:t>
        <w:br/>
        <w:t>vt 0.942348 0.991432</w:t>
        <w:br/>
        <w:t>vt 0.943170 0.987544</w:t>
        <w:br/>
        <w:t>vt 0.944069 0.992743</w:t>
        <w:br/>
        <w:t>vt 0.941590 0.991917</w:t>
        <w:br/>
        <w:t>vt 0.965438 0.912885</w:t>
        <w:br/>
        <w:t>vt 0.965444 0.915602</w:t>
        <w:br/>
        <w:t>vt 0.962357 0.915603</w:t>
        <w:br/>
        <w:t>vt 0.962355 0.912886</w:t>
        <w:br/>
        <w:t>vt 0.962359 0.917986</w:t>
        <w:br/>
        <w:t>vt 0.965447 0.917985</w:t>
        <w:br/>
        <w:t>vt 0.965446 0.922908</w:t>
        <w:br/>
        <w:t>vt 0.962364 0.922910</w:t>
        <w:br/>
        <w:t>vt 0.942437 0.987163</w:t>
        <w:br/>
        <w:t>vt 0.942348 0.991432</w:t>
        <w:br/>
        <w:t>vt 0.941590 0.991917</w:t>
        <w:br/>
        <w:t>vt 0.945471 0.984234</w:t>
        <w:br/>
        <w:t>vt 0.945831 0.984894</w:t>
        <w:br/>
        <w:t>vt 0.965444 0.927345</w:t>
        <w:br/>
        <w:t>vt 0.962368 0.927346</w:t>
        <w:br/>
        <w:t>vt 0.962374 0.933338</w:t>
        <w:br/>
        <w:t>vt 0.965444 0.933337</w:t>
        <w:br/>
        <w:t>vt 0.965444 0.940921</w:t>
        <w:br/>
        <w:t>vt 0.962382 0.940922</w:t>
        <w:br/>
        <w:t>vt 0.962370 0.929019</w:t>
        <w:br/>
        <w:t>vt 0.965445 0.929018</w:t>
        <w:br/>
        <w:t>vt 0.965445 0.929018</w:t>
        <w:br/>
        <w:t>vt 0.962370 0.929019</w:t>
        <w:br/>
        <w:t>vt 0.947018 0.983892</w:t>
        <w:br/>
        <w:t>vt 0.957547 0.972663</w:t>
        <w:br/>
        <w:t>vt 0.952993 0.977680</w:t>
        <w:br/>
        <w:t>vt 0.955485 0.972681</w:t>
        <w:br/>
        <w:t>vt 0.972321 0.985322</w:t>
        <w:br/>
        <w:t>vt 0.970900 0.984601</w:t>
        <w:br/>
        <w:t>vt 0.972005 0.982464</w:t>
        <w:br/>
        <w:t>vt 0.973992 0.982464</w:t>
        <w:br/>
        <w:t>vt 0.968632 0.982463</w:t>
        <w:br/>
        <w:t>vt 0.969737 0.984600</w:t>
        <w:br/>
        <w:t>vt 0.968316 0.985321</w:t>
        <w:br/>
        <w:t>vt 0.966646 0.982463</w:t>
        <w:br/>
        <w:t>vt 0.973198 0.989673</w:t>
        <w:br/>
        <w:t>vt 0.974308 0.988676</w:t>
        <w:br/>
        <w:t>vt 0.974318 0.990825</w:t>
        <w:br/>
        <w:t>vt 0.973279 0.990856</w:t>
        <w:br/>
        <w:t>vt 0.972935 0.987311</w:t>
        <w:br/>
        <w:t>vt 0.968424 0.987203</w:t>
        <w:br/>
        <w:t>vt 0.967437 0.989672</w:t>
        <w:br/>
        <w:t>vt 0.967701 0.987310</w:t>
        <w:br/>
        <w:t>vt 0.967356 0.990855</w:t>
        <w:br/>
        <w:t>vt 0.966317 0.990824</w:t>
        <w:br/>
        <w:t>vt 0.966327 0.988675</w:t>
        <w:br/>
        <w:t>vt 0.972212 0.987204</w:t>
        <w:br/>
        <w:t>vt 0.965458 0.959160</w:t>
        <w:br/>
        <w:t>vt 0.962285 0.959161</w:t>
        <w:br/>
        <w:t>vt 0.962382 0.940922</w:t>
        <w:br/>
        <w:t>vt 0.959288 0.956291</w:t>
        <w:br/>
        <w:t>vt 0.959289 0.948510</w:t>
        <w:br/>
        <w:t>vt 0.956951 0.950356</w:t>
        <w:br/>
        <w:t>vt 0.956950 0.954488</w:t>
        <w:br/>
        <w:t>vt 0.947344 0.954487</w:t>
        <w:br/>
        <w:t>vt 0.945015 0.956291</w:t>
        <w:br/>
        <w:t>vt 0.947344 0.950355</w:t>
        <w:br/>
        <w:t>vt 0.945016 0.948510</w:t>
        <w:br/>
        <w:t>vt 0.958871 0.823044</w:t>
        <w:br/>
        <w:t>vt 0.958871 0.829274</w:t>
        <w:br/>
        <w:t>vt 0.960420 0.829212</w:t>
        <w:br/>
        <w:t>vt 0.960420 0.822984</w:t>
        <w:br/>
        <w:t>vt 0.958871 0.805461</w:t>
        <w:br/>
        <w:t>vt 0.960420 0.805402</w:t>
        <w:br/>
        <w:t>vt 0.960420 0.793993</w:t>
        <w:br/>
        <w:t>vt 0.958871 0.794053</w:t>
        <w:br/>
        <w:t>vt 0.960420 0.822984</w:t>
        <w:br/>
        <w:t>vt 0.960420 0.811575</w:t>
        <w:br/>
        <w:t>vt 0.958871 0.811635</w:t>
        <w:br/>
        <w:t>vt 0.958871 0.823044</w:t>
        <w:br/>
        <w:t>vt 0.946624 0.962429</w:t>
        <w:br/>
        <w:t>vt 0.944295 0.960533</w:t>
        <w:br/>
        <w:t>vt 0.944296 0.968312</w:t>
        <w:br/>
        <w:t>vt 0.946624 0.966561</w:t>
        <w:br/>
        <w:t>vt 0.977239 0.857593</w:t>
        <w:br/>
        <w:t>vt 0.974998 0.857631</w:t>
        <w:br/>
        <w:t>vt 0.974998 0.868960</w:t>
        <w:br/>
        <w:t>vt 0.977239 0.868923</w:t>
        <w:br/>
        <w:t>vt 0.958569 0.968313</w:t>
        <w:br/>
        <w:t>vt 0.956231 0.966561</w:t>
        <w:br/>
        <w:t>vt 0.974998 0.836553</w:t>
        <w:br/>
        <w:t>vt 0.974998 0.841427</w:t>
        <w:br/>
        <w:t>vt 0.977239 0.841390</w:t>
        <w:br/>
        <w:t>vt 0.977239 0.836516</w:t>
        <w:br/>
        <w:t>vt 0.974998 0.841427</w:t>
        <w:br/>
        <w:t>vt 0.974998 0.852758</w:t>
        <w:br/>
        <w:t>vt 0.977239 0.852721</w:t>
        <w:br/>
        <w:t>vt 0.977239 0.841390</w:t>
        <w:br/>
        <w:t>vt 0.974998 0.857631</w:t>
        <w:br/>
        <w:t>vt 0.977239 0.857593</w:t>
        <w:br/>
        <w:t>vt 0.977239 0.852721</w:t>
        <w:br/>
        <w:t>vt 0.974998 0.852758</w:t>
        <w:br/>
        <w:t>vt 0.956231 0.962429</w:t>
        <w:br/>
        <w:t>vt 0.958569 0.960533</w:t>
        <w:br/>
        <w:t>vt 0.958871 0.811635</w:t>
        <w:br/>
        <w:t>vt 0.960420 0.811575</w:t>
        <w:br/>
        <w:t>vt 0.960420 0.805402</w:t>
        <w:br/>
        <w:t>vt 0.958871 0.805461</w:t>
        <w:br/>
        <w:t>vt 0.989427 0.959422</w:t>
        <w:br/>
        <w:t>vt 0.989428 0.955477</w:t>
        <w:br/>
        <w:t>vt 0.986887 0.955479</w:t>
        <w:br/>
        <w:t>vt 0.986887 0.959422</w:t>
        <w:br/>
        <w:t>vt 0.989427 0.969305</w:t>
        <w:br/>
        <w:t>vt 0.986887 0.969304</w:t>
        <w:br/>
        <w:t>vt 0.991368 0.985577</w:t>
        <w:br/>
        <w:t>vt 0.988246 0.987763</w:t>
        <w:br/>
        <w:t>vt 0.988266 0.989284</w:t>
        <w:br/>
        <w:t>vt 0.991368 0.992142</w:t>
        <w:br/>
        <w:t>vt 0.989559 0.971161</w:t>
        <w:br/>
        <w:t>vt 0.988038 0.971172</w:t>
        <w:br/>
        <w:t>vt 0.985918 0.974341</w:t>
        <w:br/>
        <w:t>vt 0.992482 0.974201</w:t>
        <w:br/>
        <w:t>vt 0.989427 0.944545</w:t>
        <w:br/>
        <w:t>vt 0.986887 0.944545</w:t>
        <w:br/>
        <w:t>vt 0.990006 0.938309</w:t>
        <w:br/>
        <w:t>vt 0.990006 0.927382</w:t>
        <w:br/>
        <w:t>vt 0.987469 0.927379</w:t>
        <w:br/>
        <w:t>vt 0.987471 0.938303</w:t>
        <w:br/>
        <w:t>vt 0.985028 0.994632</w:t>
        <w:br/>
        <w:t>vt 0.982838 0.991503</w:t>
        <w:br/>
        <w:t>vt 0.981317 0.991526</w:t>
        <w:br/>
        <w:t>vt 0.978463 0.994631</w:t>
        <w:br/>
        <w:t>vt 0.989002 0.976739</w:t>
        <w:br/>
        <w:t>vt 0.989004 0.983303</w:t>
        <w:br/>
        <w:t>vt 0.992108 0.980449</w:t>
        <w:br/>
        <w:t>vt 0.992131 0.978929</w:t>
        <w:br/>
        <w:t>vt 0.987469 0.923438</w:t>
        <w:br/>
        <w:t>vt 0.990006 0.923442</w:t>
        <w:br/>
        <w:t>vt 0.990006 0.913546</w:t>
        <w:br/>
        <w:t>vt 0.987469 0.913544</w:t>
        <w:br/>
        <w:t>vt 0.962259 0.950985</w:t>
        <w:br/>
        <w:t>vt 0.962262 0.953648</w:t>
        <w:br/>
        <w:t>vt 0.965459 0.953647</w:t>
        <w:br/>
        <w:t>vt 0.965457 0.950984</w:t>
        <w:br/>
        <w:t>vt 0.962285 0.959161</w:t>
        <w:br/>
        <w:t>vt 0.965458 0.959160</w:t>
        <w:br/>
        <w:t>vt 0.965459 0.953647</w:t>
        <w:br/>
        <w:t>vt 0.962262 0.953648</w:t>
        <w:br/>
        <w:t>vt 0.950455 0.977744</w:t>
        <w:br/>
        <w:t>vt 0.947793 0.972833</w:t>
        <w:br/>
        <w:t>vt 0.945737 0.972884</w:t>
        <w:br/>
        <w:t>vt 0.949720 0.979107</w:t>
        <w:br/>
        <w:t>vt 0.962271 0.943411</w:t>
        <w:br/>
        <w:t>vt 0.962272 0.945473</w:t>
        <w:br/>
        <w:t>vt 0.965446 0.945472</w:t>
        <w:br/>
        <w:t>vt 0.965444 0.940921</w:t>
        <w:br/>
        <w:t>vt 0.962272 0.945473</w:t>
        <w:br/>
        <w:t>vt 0.962259 0.950985</w:t>
        <w:br/>
        <w:t>vt 0.965457 0.950984</w:t>
        <w:br/>
        <w:t>vt 0.965446 0.945472</w:t>
        <w:br/>
        <w:t>vt 0.962355 0.912886</w:t>
        <w:br/>
        <w:t>vt 0.965438 0.912885</w:t>
        <w:br/>
        <w:t>vt 0.965427 0.899687</w:t>
        <w:br/>
        <w:t>vt 0.962349 0.899687</w:t>
        <w:br/>
        <w:t>vt 0.962348 0.896971</w:t>
        <w:br/>
        <w:t>vt 0.962349 0.899687</w:t>
        <w:br/>
        <w:t>vt 0.965427 0.899687</w:t>
        <w:br/>
        <w:t>vt 0.965429 0.896970</w:t>
        <w:br/>
        <w:t>vt 0.965427 0.894587</w:t>
        <w:br/>
        <w:t>vt 0.962347 0.894588</w:t>
        <w:br/>
        <w:t>vt 0.962348 0.896971</w:t>
        <w:br/>
        <w:t>vt 0.965429 0.896970</w:t>
        <w:br/>
        <w:t>vt 0.965413 0.885227</w:t>
        <w:br/>
        <w:t>vt 0.965412 0.883554</w:t>
        <w:br/>
        <w:t>vt 0.962341 0.883554</w:t>
        <w:br/>
        <w:t>vt 0.962342 0.885227</w:t>
        <w:br/>
        <w:t>vt 0.957835 0.984843</w:t>
        <w:br/>
        <w:t>vt 0.958200 0.984185</w:t>
        <w:br/>
        <w:t>vt 0.956631 0.983805</w:t>
        <w:br/>
        <w:t>vt 0.955936 0.984435</w:t>
        <w:br/>
        <w:t>vt 0.961227 0.987177</w:t>
        <w:br/>
        <w:t>vt 0.960491 0.987551</w:t>
        <w:br/>
        <w:t>vt 0.962345 0.889663</w:t>
        <w:br/>
        <w:t>vt 0.965418 0.889663</w:t>
        <w:br/>
        <w:t>vt 0.965404 0.879235</w:t>
        <w:br/>
        <w:t>vt 0.962339 0.879235</w:t>
        <w:br/>
        <w:t>vt 0.962341 0.883554</w:t>
        <w:br/>
        <w:t>vt 0.965412 0.883554</w:t>
        <w:br/>
        <w:t>vt 0.962347 0.894588</w:t>
        <w:br/>
        <w:t>vt 0.965427 0.894587</w:t>
        <w:br/>
        <w:t>vt 0.961288 0.991447</w:t>
        <w:br/>
        <w:t>vt 0.962043 0.991937</w:t>
        <w:br/>
        <w:t>vt 0.959898 0.991950</w:t>
        <w:br/>
        <w:t>vt 0.959562 0.992748</w:t>
        <w:br/>
        <w:t>vt 0.962043 0.991937</w:t>
        <w:br/>
        <w:t>vt 0.961288 0.991447</w:t>
        <w:br/>
        <w:t>vt 0.959898 0.991950</w:t>
        <w:br/>
        <w:t>vt 0.958801 0.989232</w:t>
        <w:br/>
        <w:t>vt 0.958401 0.990084</w:t>
        <w:br/>
        <w:t>vt 0.959562 0.992748</w:t>
        <w:br/>
        <w:t>vt 0.957861 0.973351</w:t>
        <w:br/>
        <w:t>vt 0.954197 0.979725</w:t>
        <w:br/>
        <w:t>vt 0.956007 0.979493</w:t>
        <w:br/>
        <w:t>vt 0.959343 0.973377</w:t>
        <w:br/>
        <w:t>vt 0.953785 0.979007</w:t>
        <w:br/>
        <w:t>vt 0.957547 0.972663</w:t>
        <w:br/>
        <w:t>vt 0.960404 0.972916</w:t>
        <w:br/>
        <w:t>vt 0.959343 0.973377</w:t>
        <w:br/>
        <w:t>vt 0.956776 0.979601</w:t>
        <w:br/>
        <w:t>vt 0.960404 0.972916</w:t>
        <w:br/>
        <w:t>vt 0.965389 0.871650</w:t>
        <w:br/>
        <w:t>vt 0.962334 0.871651</w:t>
        <w:br/>
        <w:t>vt 0.965462 0.963710</w:t>
        <w:br/>
        <w:t>vt 0.962287 0.961223</w:t>
        <w:br/>
        <w:t>vt 0.962408 0.963712</w:t>
        <w:br/>
        <w:t>vt 0.955936 0.984435</w:t>
        <w:br/>
        <w:t>vt 0.956631 0.983805</w:t>
        <w:br/>
        <w:t>vt 0.949333 0.979831</w:t>
        <w:br/>
        <w:t>vt 0.945447 0.973583</w:t>
        <w:br/>
        <w:t>vt 0.943967 0.973660</w:t>
        <w:br/>
        <w:t>vt 0.942891 0.973237</w:t>
        <w:br/>
        <w:t>vt 0.947516 0.979650</w:t>
        <w:br/>
        <w:t>vt 0.947723 0.984510</w:t>
        <w:br/>
        <w:t>vt 0.946750 0.979779</w:t>
        <w:br/>
        <w:t>vt 0.943967 0.973660</w:t>
        <w:br/>
        <w:t>vt 0.942891 0.973237</w:t>
        <w:br/>
        <w:t>vt 0.947018 0.983892</w:t>
        <w:br/>
        <w:t>vt 0.947723 0.984510</w:t>
        <w:br/>
        <w:t>vt 0.944850 0.989235</w:t>
        <w:br/>
        <w:t>vt 0.958401 0.990084</w:t>
        <w:br/>
        <w:t>vt 0.945247 0.990083</w:t>
        <w:br/>
        <w:t>vt 0.962359 0.917986</w:t>
        <w:br/>
        <w:t>vt 0.965447 0.917985</w:t>
        <w:br/>
        <w:t>vt 0.965444 0.915602</w:t>
        <w:br/>
        <w:t>vt 0.962357 0.915603</w:t>
        <w:br/>
        <w:t>vt 0.943737 0.991944</w:t>
        <w:br/>
        <w:t>vt 0.944069 0.992743</w:t>
        <w:br/>
        <w:t>vt 0.945247 0.990083</w:t>
        <w:br/>
        <w:t>vt 0.942348 0.991432</w:t>
        <w:br/>
        <w:t>vt 0.943170 0.987544</w:t>
        <w:br/>
        <w:t>vt 0.941590 0.991917</w:t>
        <w:br/>
        <w:t>vt 0.944069 0.992743</w:t>
        <w:br/>
        <w:t>vt 0.965438 0.912885</w:t>
        <w:br/>
        <w:t>vt 0.962355 0.912886</w:t>
        <w:br/>
        <w:t>vt 0.962357 0.915603</w:t>
        <w:br/>
        <w:t>vt 0.965444 0.915602</w:t>
        <w:br/>
        <w:t>vt 0.965446 0.922908</w:t>
        <w:br/>
        <w:t>vt 0.965447 0.917985</w:t>
        <w:br/>
        <w:t>vt 0.962359 0.917986</w:t>
        <w:br/>
        <w:t>vt 0.962364 0.922910</w:t>
        <w:br/>
        <w:t>vt 0.942437 0.987163</w:t>
        <w:br/>
        <w:t>vt 0.941590 0.991917</w:t>
        <w:br/>
        <w:t>vt 0.942348 0.991432</w:t>
        <w:br/>
        <w:t>vt 0.945831 0.984894</w:t>
        <w:br/>
        <w:t>vt 0.945471 0.984234</w:t>
        <w:br/>
        <w:t>vt 0.965444 0.927345</w:t>
        <w:br/>
        <w:t>vt 0.962368 0.927346</w:t>
        <w:br/>
        <w:t>vt 0.962374 0.933338</w:t>
        <w:br/>
        <w:t>vt 0.962382 0.940922</w:t>
        <w:br/>
        <w:t>vt 0.965444 0.940921</w:t>
        <w:br/>
        <w:t>vt 0.965444 0.933337</w:t>
        <w:br/>
        <w:t>vt 0.962370 0.929019</w:t>
        <w:br/>
        <w:t>vt 0.965445 0.929018</w:t>
        <w:br/>
        <w:t>vt 0.962370 0.929019</w:t>
        <w:br/>
        <w:t>vt 0.965445 0.929018</w:t>
        <w:br/>
        <w:t>vt 0.947018 0.983892</w:t>
        <w:br/>
        <w:t>vt 0.952993 0.977680</w:t>
        <w:br/>
        <w:t>vt 0.957547 0.972663</w:t>
        <w:br/>
        <w:t>vt 0.955485 0.972681</w:t>
        <w:br/>
        <w:t>vt 0.972321 0.985322</w:t>
        <w:br/>
        <w:t>vt 0.973992 0.982464</w:t>
        <w:br/>
        <w:t>vt 0.972005 0.982464</w:t>
        <w:br/>
        <w:t>vt 0.970900 0.984601</w:t>
        <w:br/>
        <w:t>vt 0.968632 0.982463</w:t>
        <w:br/>
        <w:t>vt 0.966646 0.982463</w:t>
        <w:br/>
        <w:t>vt 0.968316 0.985321</w:t>
        <w:br/>
        <w:t>vt 0.969737 0.984600</w:t>
        <w:br/>
        <w:t>vt 0.974318 0.990825</w:t>
        <w:br/>
        <w:t>vt 0.974308 0.988676</w:t>
        <w:br/>
        <w:t>vt 0.973198 0.989673</w:t>
        <w:br/>
        <w:t>vt 0.973279 0.990856</w:t>
        <w:br/>
        <w:t>vt 0.972935 0.987311</w:t>
        <w:br/>
        <w:t>vt 0.968424 0.987203</w:t>
        <w:br/>
        <w:t>vt 0.967701 0.987310</w:t>
        <w:br/>
        <w:t>vt 0.967437 0.989672</w:t>
        <w:br/>
        <w:t>vt 0.966317 0.990824</w:t>
        <w:br/>
        <w:t>vt 0.967356 0.990855</w:t>
        <w:br/>
        <w:t>vt 0.966327 0.988675</w:t>
        <w:br/>
        <w:t>vt 0.972212 0.987204</w:t>
        <w:br/>
        <w:t>vt 0.965458 0.959160</w:t>
        <w:br/>
        <w:t>vt 0.962285 0.959161</w:t>
        <w:br/>
        <w:t>vt 0.962382 0.940922</w:t>
        <w:br/>
        <w:t>vt 0.959289 0.948510</w:t>
        <w:br/>
        <w:t>vt 0.959288 0.956291</w:t>
        <w:br/>
        <w:t>vt 0.956950 0.954488</w:t>
        <w:br/>
        <w:t>vt 0.956951 0.950356</w:t>
        <w:br/>
        <w:t>vt 0.945015 0.956291</w:t>
        <w:br/>
        <w:t>vt 0.947344 0.954487</w:t>
        <w:br/>
        <w:t>vt 0.947344 0.950355</w:t>
        <w:br/>
        <w:t>vt 0.945016 0.948510</w:t>
        <w:br/>
        <w:t>vt 0.958871 0.823044</w:t>
        <w:br/>
        <w:t>vt 0.960420 0.822984</w:t>
        <w:br/>
        <w:t>vt 0.960420 0.829212</w:t>
        <w:br/>
        <w:t>vt 0.958871 0.829274</w:t>
        <w:br/>
        <w:t>vt 0.960420 0.793993</w:t>
        <w:br/>
        <w:t>vt 0.960420 0.805402</w:t>
        <w:br/>
        <w:t>vt 0.958871 0.805461</w:t>
        <w:br/>
        <w:t>vt 0.958871 0.794053</w:t>
        <w:br/>
        <w:t>vt 0.958871 0.823044</w:t>
        <w:br/>
        <w:t>vt 0.958871 0.811635</w:t>
        <w:br/>
        <w:t>vt 0.960420 0.811575</w:t>
        <w:br/>
        <w:t>vt 0.960420 0.822984</w:t>
        <w:br/>
        <w:t>vt 0.946624 0.966561</w:t>
        <w:br/>
        <w:t>vt 0.944296 0.968312</w:t>
        <w:br/>
        <w:t>vt 0.944295 0.960533</w:t>
        <w:br/>
        <w:t>vt 0.946624 0.962429</w:t>
        <w:br/>
        <w:t>vt 0.974998 0.868960</w:t>
        <w:br/>
        <w:t>vt 0.974998 0.857631</w:t>
        <w:br/>
        <w:t>vt 0.977239 0.857593</w:t>
        <w:br/>
        <w:t>vt 0.977239 0.868923</w:t>
        <w:br/>
        <w:t>vt 0.958569 0.968313</w:t>
        <w:br/>
        <w:t>vt 0.956231 0.966561</w:t>
        <w:br/>
        <w:t>vt 0.974998 0.841427</w:t>
        <w:br/>
        <w:t>vt 0.974998 0.836553</w:t>
        <w:br/>
        <w:t>vt 0.977239 0.836516</w:t>
        <w:br/>
        <w:t>vt 0.977239 0.841390</w:t>
        <w:br/>
        <w:t>vt 0.974998 0.841427</w:t>
        <w:br/>
        <w:t>vt 0.977239 0.841390</w:t>
        <w:br/>
        <w:t>vt 0.977239 0.852721</w:t>
        <w:br/>
        <w:t>vt 0.974998 0.852758</w:t>
        <w:br/>
        <w:t>vt 0.977239 0.857593</w:t>
        <w:br/>
        <w:t>vt 0.974998 0.857631</w:t>
        <w:br/>
        <w:t>vt 0.974998 0.852758</w:t>
        <w:br/>
        <w:t>vt 0.977239 0.852721</w:t>
        <w:br/>
        <w:t>vt 0.956231 0.962429</w:t>
        <w:br/>
        <w:t>vt 0.958569 0.960533</w:t>
        <w:br/>
        <w:t>vt 0.958871 0.811635</w:t>
        <w:br/>
        <w:t>vt 0.958871 0.805461</w:t>
        <w:br/>
        <w:t>vt 0.960420 0.805402</w:t>
        <w:br/>
        <w:t>vt 0.960420 0.811575</w:t>
        <w:br/>
        <w:t>vt 0.989427 0.959422</w:t>
        <w:br/>
        <w:t>vt 0.986887 0.959422</w:t>
        <w:br/>
        <w:t>vt 0.986887 0.955479</w:t>
        <w:br/>
        <w:t>vt 0.989428 0.955477</w:t>
        <w:br/>
        <w:t>vt 0.989427 0.969305</w:t>
        <w:br/>
        <w:t>vt 0.986887 0.969304</w:t>
        <w:br/>
        <w:t>vt 0.991368 0.985577</w:t>
        <w:br/>
        <w:t>vt 0.991368 0.992142</w:t>
        <w:br/>
        <w:t>vt 0.988266 0.989284</w:t>
        <w:br/>
        <w:t>vt 0.988246 0.987763</w:t>
        <w:br/>
        <w:t>vt 0.985918 0.974341</w:t>
        <w:br/>
        <w:t>vt 0.988038 0.971172</w:t>
        <w:br/>
        <w:t>vt 0.989559 0.971161</w:t>
        <w:br/>
        <w:t>vt 0.992482 0.974201</w:t>
        <w:br/>
        <w:t>vt 0.986887 0.944545</w:t>
        <w:br/>
        <w:t>vt 0.989427 0.944545</w:t>
        <w:br/>
        <w:t>vt 0.987471 0.938303</w:t>
        <w:br/>
        <w:t>vt 0.987469 0.927379</w:t>
        <w:br/>
        <w:t>vt 0.990006 0.927382</w:t>
        <w:br/>
        <w:t>vt 0.990006 0.938309</w:t>
        <w:br/>
        <w:t>vt 0.981317 0.991526</w:t>
        <w:br/>
        <w:t>vt 0.982838 0.991503</w:t>
        <w:br/>
        <w:t>vt 0.985028 0.994632</w:t>
        <w:br/>
        <w:t>vt 0.978463 0.994631</w:t>
        <w:br/>
        <w:t>vt 0.992108 0.980449</w:t>
        <w:br/>
        <w:t>vt 0.989004 0.983303</w:t>
        <w:br/>
        <w:t>vt 0.989002 0.976739</w:t>
        <w:br/>
        <w:t>vt 0.992131 0.978929</w:t>
        <w:br/>
        <w:t>vt 0.990006 0.913546</w:t>
        <w:br/>
        <w:t>vt 0.990006 0.923442</w:t>
        <w:br/>
        <w:t>vt 0.987469 0.923438</w:t>
        <w:br/>
        <w:t>vt 0.987469 0.913544</w:t>
        <w:br/>
        <w:t>vt 0.965457 0.950984</w:t>
        <w:br/>
        <w:t>vt 0.965459 0.953647</w:t>
        <w:br/>
        <w:t>vt 0.962262 0.953648</w:t>
        <w:br/>
        <w:t>vt 0.962259 0.950985</w:t>
        <w:br/>
        <w:t>vt 0.962262 0.953648</w:t>
        <w:br/>
        <w:t>vt 0.965459 0.953647</w:t>
        <w:br/>
        <w:t>vt 0.965458 0.959160</w:t>
        <w:br/>
        <w:t>vt 0.962285 0.959161</w:t>
        <w:br/>
        <w:t>vt 0.950455 0.977744</w:t>
        <w:br/>
        <w:t>vt 0.949720 0.979107</w:t>
        <w:br/>
        <w:t>vt 0.945737 0.972884</w:t>
        <w:br/>
        <w:t>vt 0.947793 0.972833</w:t>
        <w:br/>
        <w:t>vt 0.962271 0.943411</w:t>
        <w:br/>
        <w:t>vt 0.965444 0.940921</w:t>
        <w:br/>
        <w:t>vt 0.965446 0.945472</w:t>
        <w:br/>
        <w:t>vt 0.962272 0.945473</w:t>
        <w:br/>
        <w:t>vt 0.962259 0.950985</w:t>
        <w:br/>
        <w:t>vt 0.962272 0.945473</w:t>
        <w:br/>
        <w:t>vt 0.965446 0.945472</w:t>
        <w:br/>
        <w:t>vt 0.965457 0.950984</w:t>
        <w:br/>
        <w:t>vt 0.965427 0.899687</w:t>
        <w:br/>
        <w:t>vt 0.965438 0.912885</w:t>
        <w:br/>
        <w:t>vt 0.962355 0.912886</w:t>
        <w:br/>
        <w:t>vt 0.962349 0.899687</w:t>
        <w:br/>
        <w:t>vt 0.965427 0.899687</w:t>
        <w:br/>
        <w:t>vt 0.962349 0.899687</w:t>
        <w:br/>
        <w:t>vt 0.962348 0.896971</w:t>
        <w:br/>
        <w:t>vt 0.965429 0.896970</w:t>
        <w:br/>
        <w:t>vt 0.965427 0.894587</w:t>
        <w:br/>
        <w:t>vt 0.965429 0.896970</w:t>
        <w:br/>
        <w:t>vt 0.962348 0.896971</w:t>
        <w:br/>
        <w:t>vt 0.962347 0.894588</w:t>
        <w:br/>
        <w:t>vt 0.962342 0.885227</w:t>
        <w:br/>
        <w:t>vt 0.962341 0.883554</w:t>
        <w:br/>
        <w:t>vt 0.965412 0.883554</w:t>
        <w:br/>
        <w:t>vt 0.965413 0.885227</w:t>
        <w:br/>
        <w:t>vt 0.957835 0.984843</w:t>
        <w:br/>
        <w:t>vt 0.955936 0.984435</w:t>
        <w:br/>
        <w:t>vt 0.956631 0.983805</w:t>
        <w:br/>
        <w:t>vt 0.958200 0.984185</w:t>
        <w:br/>
        <w:t>vt 0.961227 0.987177</w:t>
        <w:br/>
        <w:t>vt 0.960491 0.987551</w:t>
        <w:br/>
        <w:t>vt 0.962345 0.889663</w:t>
        <w:br/>
        <w:t>vt 0.965418 0.889663</w:t>
        <w:br/>
        <w:t>vt 0.965404 0.879235</w:t>
        <w:br/>
        <w:t>vt 0.965412 0.883554</w:t>
        <w:br/>
        <w:t>vt 0.962341 0.883554</w:t>
        <w:br/>
        <w:t>vt 0.962339 0.879235</w:t>
        <w:br/>
        <w:t>vt 0.962347 0.894588</w:t>
        <w:br/>
        <w:t>vt 0.965427 0.894587</w:t>
        <w:br/>
        <w:t>vt 0.962043 0.991937</w:t>
        <w:br/>
        <w:t>vt 0.961288 0.991447</w:t>
        <w:br/>
        <w:t>vt 0.959898 0.991950</w:t>
        <w:br/>
        <w:t>vt 0.961288 0.991447</w:t>
        <w:br/>
        <w:t>vt 0.962043 0.991937</w:t>
        <w:br/>
        <w:t>vt 0.959562 0.992748</w:t>
        <w:br/>
        <w:t>vt 0.959898 0.991950</w:t>
        <w:br/>
        <w:t>vt 0.959562 0.992748</w:t>
        <w:br/>
        <w:t>vt 0.958401 0.990084</w:t>
        <w:br/>
        <w:t>vt 0.958801 0.989232</w:t>
        <w:br/>
        <w:t>vt 0.957861 0.973351</w:t>
        <w:br/>
        <w:t>vt 0.959343 0.973377</w:t>
        <w:br/>
        <w:t>vt 0.956007 0.979493</w:t>
        <w:br/>
        <w:t>vt 0.954197 0.979725</w:t>
        <w:br/>
        <w:t>vt 0.953785 0.979007</w:t>
        <w:br/>
        <w:t>vt 0.957547 0.972663</w:t>
        <w:br/>
        <w:t>vt 0.960404 0.972916</w:t>
        <w:br/>
        <w:t>vt 0.956776 0.979601</w:t>
        <w:br/>
        <w:t>vt 0.959343 0.973377</w:t>
        <w:br/>
        <w:t>vt 0.960404 0.972916</w:t>
        <w:br/>
        <w:t>vt 0.962334 0.871651</w:t>
        <w:br/>
        <w:t>vt 0.965389 0.871650</w:t>
        <w:br/>
        <w:t>vt 0.965462 0.963710</w:t>
        <w:br/>
        <w:t>vt 0.962408 0.963712</w:t>
        <w:br/>
        <w:t>vt 0.962287 0.961223</w:t>
        <w:br/>
        <w:t>vt 0.956631 0.983805</w:t>
        <w:br/>
        <w:t>vt 0.955936 0.984435</w:t>
        <w:br/>
        <w:t>vt 0.949333 0.979831</w:t>
        <w:br/>
        <w:t>vt 0.945447 0.973583</w:t>
        <w:br/>
        <w:t>vt 0.943967 0.973660</w:t>
        <w:br/>
        <w:t>vt 0.942891 0.973237</w:t>
        <w:br/>
        <w:t>vt 0.947516 0.979650</w:t>
        <w:br/>
        <w:t>vt 0.947723 0.984510</w:t>
        <w:br/>
        <w:t>vt 0.946750 0.979779</w:t>
        <w:br/>
        <w:t>vt 0.942891 0.973237</w:t>
        <w:br/>
        <w:t>vt 0.943967 0.973660</w:t>
        <w:br/>
        <w:t>vt 0.947723 0.984510</w:t>
        <w:br/>
        <w:t>vt 0.947018 0.983892</w:t>
        <w:br/>
        <w:t>vt 0.944850 0.989235</w:t>
        <w:br/>
        <w:t>vt 0.958401 0.990084</w:t>
        <w:br/>
        <w:t>vt 0.945247 0.990083</w:t>
        <w:br/>
        <w:t>vt 0.965444 0.915602</w:t>
        <w:br/>
        <w:t>vt 0.965447 0.917985</w:t>
        <w:br/>
        <w:t>vt 0.962359 0.917986</w:t>
        <w:br/>
        <w:t>vt 0.962357 0.915603</w:t>
        <w:br/>
        <w:t>vt 0.945247 0.990083</w:t>
        <w:br/>
        <w:t>vt 0.944069 0.992743</w:t>
        <w:br/>
        <w:t>vt 0.943737 0.991944</w:t>
        <w:br/>
        <w:t>vt 0.944850 0.989235</w:t>
        <w:br/>
        <w:t>vt 0.942348 0.991432</w:t>
        <w:br/>
        <w:t>vt 0.943170 0.987544</w:t>
        <w:br/>
        <w:t>vt 0.944069 0.992743</w:t>
        <w:br/>
        <w:t>vt 0.941590 0.991917</w:t>
        <w:br/>
        <w:t>vt 0.965438 0.912885</w:t>
        <w:br/>
        <w:t>vt 0.965444 0.915602</w:t>
        <w:br/>
        <w:t>vt 0.962357 0.915603</w:t>
        <w:br/>
        <w:t>vt 0.962355 0.912886</w:t>
        <w:br/>
        <w:t>vt 0.965446 0.922908</w:t>
        <w:br/>
        <w:t>vt 0.962364 0.922910</w:t>
        <w:br/>
        <w:t>vt 0.962359 0.917986</w:t>
        <w:br/>
        <w:t>vt 0.965447 0.917985</w:t>
        <w:br/>
        <w:t>vt 0.942437 0.987163</w:t>
        <w:br/>
        <w:t>vt 0.942348 0.991432</w:t>
        <w:br/>
        <w:t>vt 0.941590 0.991917</w:t>
        <w:br/>
        <w:t>vt 0.945471 0.984234</w:t>
        <w:br/>
        <w:t>vt 0.945831 0.984894</w:t>
        <w:br/>
        <w:t>vt 0.965444 0.927345</w:t>
        <w:br/>
        <w:t>vt 0.962368 0.927346</w:t>
        <w:br/>
        <w:t>vt 0.962374 0.933338</w:t>
        <w:br/>
        <w:t>vt 0.965444 0.933337</w:t>
        <w:br/>
        <w:t>vt 0.965444 0.940921</w:t>
        <w:br/>
        <w:t>vt 0.962382 0.940922</w:t>
        <w:br/>
        <w:t>vt 0.962370 0.929019</w:t>
        <w:br/>
        <w:t>vt 0.965445 0.929018</w:t>
        <w:br/>
        <w:t>vt 0.965445 0.929018</w:t>
        <w:br/>
        <w:t>vt 0.962370 0.929019</w:t>
        <w:br/>
        <w:t>vt 0.947018 0.983892</w:t>
        <w:br/>
        <w:t>vt 0.955485 0.972681</w:t>
        <w:br/>
        <w:t>vt 0.957547 0.972663</w:t>
        <w:br/>
        <w:t>vt 0.952993 0.977680</w:t>
        <w:br/>
        <w:t>vt 0.972321 0.985322</w:t>
        <w:br/>
        <w:t>vt 0.970900 0.984601</w:t>
        <w:br/>
        <w:t>vt 0.972005 0.982464</w:t>
        <w:br/>
        <w:t>vt 0.973992 0.982464</w:t>
        <w:br/>
        <w:t>vt 0.968632 0.982463</w:t>
        <w:br/>
        <w:t>vt 0.969737 0.984600</w:t>
        <w:br/>
        <w:t>vt 0.968316 0.985321</w:t>
        <w:br/>
        <w:t>vt 0.966646 0.982463</w:t>
        <w:br/>
        <w:t>vt 0.973198 0.989673</w:t>
        <w:br/>
        <w:t>vt 0.974308 0.988676</w:t>
        <w:br/>
        <w:t>vt 0.974318 0.990825</w:t>
        <w:br/>
        <w:t>vt 0.973279 0.990856</w:t>
        <w:br/>
        <w:t>vt 0.972935 0.987311</w:t>
        <w:br/>
        <w:t>vt 0.968424 0.987203</w:t>
        <w:br/>
        <w:t>vt 0.967437 0.989672</w:t>
        <w:br/>
        <w:t>vt 0.967701 0.987310</w:t>
        <w:br/>
        <w:t>vt 0.967356 0.990855</w:t>
        <w:br/>
        <w:t>vt 0.966317 0.990824</w:t>
        <w:br/>
        <w:t>vt 0.966327 0.988675</w:t>
        <w:br/>
        <w:t>vt 0.972212 0.987204</w:t>
        <w:br/>
        <w:t>vt 0.965458 0.959160</w:t>
        <w:br/>
        <w:t>vt 0.962285 0.959161</w:t>
        <w:br/>
        <w:t>vt 0.962382 0.940922</w:t>
        <w:br/>
        <w:t>vt 0.959289 0.948510</w:t>
        <w:br/>
        <w:t>vt 0.956951 0.950356</w:t>
        <w:br/>
        <w:t>vt 0.956950 0.954488</w:t>
        <w:br/>
        <w:t>vt 0.959288 0.956291</w:t>
        <w:br/>
        <w:t>vt 0.947344 0.954487</w:t>
        <w:br/>
        <w:t>vt 0.945015 0.956291</w:t>
        <w:br/>
        <w:t>vt 0.947344 0.950355</w:t>
        <w:br/>
        <w:t>vt 0.945016 0.948510</w:t>
        <w:br/>
        <w:t>vt 0.958871 0.823044</w:t>
        <w:br/>
        <w:t>vt 0.958871 0.829274</w:t>
        <w:br/>
        <w:t>vt 0.960420 0.829212</w:t>
        <w:br/>
        <w:t>vt 0.960420 0.822984</w:t>
        <w:br/>
        <w:t>vt 0.958871 0.805461</w:t>
        <w:br/>
        <w:t>vt 0.960420 0.805402</w:t>
        <w:br/>
        <w:t>vt 0.960420 0.793993</w:t>
        <w:br/>
        <w:t>vt 0.958871 0.794053</w:t>
        <w:br/>
        <w:t>vt 0.960420 0.822984</w:t>
        <w:br/>
        <w:t>vt 0.960420 0.811575</w:t>
        <w:br/>
        <w:t>vt 0.958871 0.811635</w:t>
        <w:br/>
        <w:t>vt 0.958871 0.823044</w:t>
        <w:br/>
        <w:t>vt 0.944295 0.960533</w:t>
        <w:br/>
        <w:t>vt 0.944296 0.968312</w:t>
        <w:br/>
        <w:t>vt 0.946624 0.966561</w:t>
        <w:br/>
        <w:t>vt 0.946624 0.962429</w:t>
        <w:br/>
        <w:t>vt 0.977239 0.857593</w:t>
        <w:br/>
        <w:t>vt 0.974998 0.857631</w:t>
        <w:br/>
        <w:t>vt 0.974998 0.868960</w:t>
        <w:br/>
        <w:t>vt 0.977239 0.868923</w:t>
        <w:br/>
        <w:t>vt 0.958569 0.968313</w:t>
        <w:br/>
        <w:t>vt 0.956231 0.966561</w:t>
        <w:br/>
        <w:t>vt 0.977239 0.836516</w:t>
        <w:br/>
        <w:t>vt 0.974998 0.836553</w:t>
        <w:br/>
        <w:t>vt 0.974998 0.841427</w:t>
        <w:br/>
        <w:t>vt 0.977239 0.841390</w:t>
        <w:br/>
        <w:t>vt 0.974998 0.841427</w:t>
        <w:br/>
        <w:t>vt 0.974998 0.852758</w:t>
        <w:br/>
        <w:t>vt 0.977239 0.852721</w:t>
        <w:br/>
        <w:t>vt 0.977239 0.841390</w:t>
        <w:br/>
        <w:t>vt 0.974998 0.852758</w:t>
        <w:br/>
        <w:t>vt 0.974998 0.857631</w:t>
        <w:br/>
        <w:t>vt 0.977239 0.857593</w:t>
        <w:br/>
        <w:t>vt 0.977239 0.852721</w:t>
        <w:br/>
        <w:t>vt 0.956231 0.962429</w:t>
        <w:br/>
        <w:t>vt 0.958569 0.960533</w:t>
        <w:br/>
        <w:t>vt 0.958871 0.811635</w:t>
        <w:br/>
        <w:t>vt 0.960420 0.811575</w:t>
        <w:br/>
        <w:t>vt 0.960420 0.805402</w:t>
        <w:br/>
        <w:t>vt 0.958871 0.805461</w:t>
        <w:br/>
        <w:t>vt 0.986887 0.955479</w:t>
        <w:br/>
        <w:t>vt 0.986887 0.959422</w:t>
        <w:br/>
        <w:t>vt 0.989427 0.959422</w:t>
        <w:br/>
        <w:t>vt 0.989428 0.955477</w:t>
        <w:br/>
        <w:t>vt 0.986887 0.969304</w:t>
        <w:br/>
        <w:t>vt 0.989427 0.969305</w:t>
        <w:br/>
        <w:t>vt 0.991368 0.985577</w:t>
        <w:br/>
        <w:t>vt 0.988246 0.987763</w:t>
        <w:br/>
        <w:t>vt 0.988266 0.989284</w:t>
        <w:br/>
        <w:t>vt 0.991368 0.992142</w:t>
        <w:br/>
        <w:t>vt 0.989559 0.971161</w:t>
        <w:br/>
        <w:t>vt 0.988038 0.971172</w:t>
        <w:br/>
        <w:t>vt 0.985918 0.974341</w:t>
        <w:br/>
        <w:t>vt 0.992482 0.974201</w:t>
        <w:br/>
        <w:t>vt 0.989427 0.944545</w:t>
        <w:br/>
        <w:t>vt 0.986887 0.944545</w:t>
        <w:br/>
        <w:t>vt 0.987471 0.938303</w:t>
        <w:br/>
        <w:t>vt 0.990006 0.938309</w:t>
        <w:br/>
        <w:t>vt 0.990006 0.927382</w:t>
        <w:br/>
        <w:t>vt 0.987469 0.927379</w:t>
        <w:br/>
        <w:t>vt 0.985028 0.994632</w:t>
        <w:br/>
        <w:t>vt 0.982838 0.991503</w:t>
        <w:br/>
        <w:t>vt 0.981317 0.991526</w:t>
        <w:br/>
        <w:t>vt 0.978463 0.994631</w:t>
        <w:br/>
        <w:t>vt 0.989002 0.976739</w:t>
        <w:br/>
        <w:t>vt 0.989004 0.983303</w:t>
        <w:br/>
        <w:t>vt 0.992108 0.980449</w:t>
        <w:br/>
        <w:t>vt 0.992131 0.978929</w:t>
        <w:br/>
        <w:t>vt 0.987469 0.923438</w:t>
        <w:br/>
        <w:t>vt 0.990006 0.923442</w:t>
        <w:br/>
        <w:t>vt 0.990006 0.913546</w:t>
        <w:br/>
        <w:t>vt 0.987469 0.913544</w:t>
        <w:br/>
        <w:t>vt 0.965457 0.950984</w:t>
        <w:br/>
        <w:t>vt 0.962259 0.950985</w:t>
        <w:br/>
        <w:t>vt 0.962262 0.953648</w:t>
        <w:br/>
        <w:t>vt 0.965459 0.953647</w:t>
        <w:br/>
        <w:t>vt 0.962262 0.953648</w:t>
        <w:br/>
        <w:t>vt 0.962285 0.959161</w:t>
        <w:br/>
        <w:t>vt 0.965458 0.959160</w:t>
        <w:br/>
        <w:t>vt 0.965459 0.953647</w:t>
        <w:br/>
        <w:t>vt 0.950455 0.977744</w:t>
        <w:br/>
        <w:t>vt 0.947793 0.972833</w:t>
        <w:br/>
        <w:t>vt 0.945737 0.972884</w:t>
        <w:br/>
        <w:t>vt 0.949720 0.979107</w:t>
        <w:br/>
        <w:t>vt 0.962271 0.943411</w:t>
        <w:br/>
        <w:t>vt 0.962272 0.945473</w:t>
        <w:br/>
        <w:t>vt 0.965446 0.945472</w:t>
        <w:br/>
        <w:t>vt 0.965444 0.940921</w:t>
        <w:br/>
        <w:t>vt 0.965446 0.945472</w:t>
        <w:br/>
        <w:t>vt 0.962272 0.945473</w:t>
        <w:br/>
        <w:t>vt 0.962259 0.950985</w:t>
        <w:br/>
        <w:t>vt 0.965457 0.950984</w:t>
        <w:br/>
        <w:t>vt 0.962355 0.912886</w:t>
        <w:br/>
        <w:t>vt 0.965438 0.912885</w:t>
        <w:br/>
        <w:t>vt 0.965427 0.899687</w:t>
        <w:br/>
        <w:t>vt 0.962349 0.899687</w:t>
        <w:br/>
        <w:t>vt 0.962348 0.896971</w:t>
        <w:br/>
        <w:t>vt 0.962349 0.899687</w:t>
        <w:br/>
        <w:t>vt 0.965427 0.899687</w:t>
        <w:br/>
        <w:t>vt 0.965429 0.896970</w:t>
        <w:br/>
        <w:t>vt 0.965427 0.894587</w:t>
        <w:br/>
        <w:t>vt 0.962347 0.894588</w:t>
        <w:br/>
        <w:t>vt 0.962348 0.896971</w:t>
        <w:br/>
        <w:t>vt 0.965429 0.896970</w:t>
        <w:br/>
        <w:t>vt 0.962342 0.885227</w:t>
        <w:br/>
        <w:t>vt 0.965413 0.885227</w:t>
        <w:br/>
        <w:t>vt 0.965412 0.883554</w:t>
        <w:br/>
        <w:t>vt 0.962341 0.883554</w:t>
        <w:br/>
        <w:t>vt 0.957835 0.984843</w:t>
        <w:br/>
        <w:t>vt 0.958200 0.984185</w:t>
        <w:br/>
        <w:t>vt 0.956631 0.983805</w:t>
        <w:br/>
        <w:t>vt 0.955936 0.984435</w:t>
        <w:br/>
        <w:t>vt 0.961227 0.987177</w:t>
        <w:br/>
        <w:t>vt 0.960491 0.987551</w:t>
        <w:br/>
        <w:t>vt 0.962345 0.889663</w:t>
        <w:br/>
        <w:t>vt 0.965418 0.889663</w:t>
        <w:br/>
        <w:t>vt 0.962341 0.883554</w:t>
        <w:br/>
        <w:t>vt 0.965412 0.883554</w:t>
        <w:br/>
        <w:t>vt 0.965404 0.879235</w:t>
        <w:br/>
        <w:t>vt 0.962339 0.879235</w:t>
        <w:br/>
        <w:t>vt 0.962347 0.894588</w:t>
        <w:br/>
        <w:t>vt 0.965427 0.894587</w:t>
        <w:br/>
        <w:t>vt 0.961288 0.991447</w:t>
        <w:br/>
        <w:t>vt 0.962043 0.991937</w:t>
        <w:br/>
        <w:t>vt 0.959898 0.991950</w:t>
        <w:br/>
        <w:t>vt 0.959562 0.992748</w:t>
        <w:br/>
        <w:t>vt 0.962043 0.991937</w:t>
        <w:br/>
        <w:t>vt 0.961288 0.991447</w:t>
        <w:br/>
        <w:t>vt 0.959898 0.991950</w:t>
        <w:br/>
        <w:t>vt 0.958801 0.989232</w:t>
        <w:br/>
        <w:t>vt 0.958401 0.990084</w:t>
        <w:br/>
        <w:t>vt 0.959562 0.992748</w:t>
        <w:br/>
        <w:t>vt 0.957861 0.973351</w:t>
        <w:br/>
        <w:t>vt 0.954197 0.979725</w:t>
        <w:br/>
        <w:t>vt 0.956007 0.979493</w:t>
        <w:br/>
        <w:t>vt 0.959343 0.973377</w:t>
        <w:br/>
        <w:t>vt 0.953785 0.979007</w:t>
        <w:br/>
        <w:t>vt 0.957547 0.972663</w:t>
        <w:br/>
        <w:t>vt 0.960404 0.972916</w:t>
        <w:br/>
        <w:t>vt 0.959343 0.973377</w:t>
        <w:br/>
        <w:t>vt 0.956776 0.979601</w:t>
        <w:br/>
        <w:t>vt 0.960404 0.972916</w:t>
        <w:br/>
        <w:t>vt 0.965389 0.871650</w:t>
        <w:br/>
        <w:t>vt 0.962334 0.871651</w:t>
        <w:br/>
        <w:t>vt 0.965462 0.963710</w:t>
        <w:br/>
        <w:t>vt 0.962287 0.961223</w:t>
        <w:br/>
        <w:t>vt 0.962408 0.963712</w:t>
        <w:br/>
        <w:t>vt 0.955936 0.984435</w:t>
        <w:br/>
        <w:t>vt 0.956631 0.983805</w:t>
        <w:br/>
        <w:t>vt 0.949333 0.979831</w:t>
        <w:br/>
        <w:t>vt 0.945447 0.973583</w:t>
        <w:br/>
        <w:t>vt 0.943967 0.973660</w:t>
        <w:br/>
        <w:t>vt 0.942891 0.973237</w:t>
        <w:br/>
        <w:t>vt 0.947516 0.979650</w:t>
        <w:br/>
        <w:t>vt 0.947723 0.984510</w:t>
        <w:br/>
        <w:t>vt 0.946750 0.979779</w:t>
        <w:br/>
        <w:t>vt 0.943967 0.973660</w:t>
        <w:br/>
        <w:t>vt 0.942891 0.973237</w:t>
        <w:br/>
        <w:t>vt 0.947018 0.983892</w:t>
        <w:br/>
        <w:t>vt 0.947723 0.984510</w:t>
        <w:br/>
        <w:t>vt 0.944850 0.989235</w:t>
        <w:br/>
        <w:t>vt 0.958401 0.990084</w:t>
        <w:br/>
        <w:t>vt 0.945247 0.990083</w:t>
        <w:br/>
        <w:t>vt 0.962359 0.917986</w:t>
        <w:br/>
        <w:t>vt 0.965447 0.917985</w:t>
        <w:br/>
        <w:t>vt 0.965444 0.915602</w:t>
        <w:br/>
        <w:t>vt 0.962357 0.915603</w:t>
        <w:br/>
        <w:t>vt 0.943737 0.991944</w:t>
        <w:br/>
        <w:t>vt 0.944069 0.992743</w:t>
        <w:br/>
        <w:t>vt 0.945247 0.990083</w:t>
        <w:br/>
        <w:t>vt 0.944850 0.989235</w:t>
        <w:br/>
        <w:t>vt 0.942348 0.991432</w:t>
        <w:br/>
        <w:t>vt 0.943170 0.987544</w:t>
        <w:br/>
        <w:t>vt 0.941590 0.991917</w:t>
        <w:br/>
        <w:t>vt 0.944069 0.992743</w:t>
        <w:br/>
        <w:t>vt 0.965438 0.912885</w:t>
        <w:br/>
        <w:t>vt 0.962355 0.912886</w:t>
        <w:br/>
        <w:t>vt 0.962357 0.915603</w:t>
        <w:br/>
        <w:t>vt 0.965444 0.915602</w:t>
        <w:br/>
        <w:t>vt 0.962359 0.917986</w:t>
        <w:br/>
        <w:t>vt 0.962364 0.922910</w:t>
        <w:br/>
        <w:t>vt 0.965446 0.922908</w:t>
        <w:br/>
        <w:t>vt 0.965447 0.917985</w:t>
        <w:br/>
        <w:t>vt 0.942437 0.987163</w:t>
        <w:br/>
        <w:t>vt 0.941590 0.991917</w:t>
        <w:br/>
        <w:t>vt 0.942348 0.991432</w:t>
        <w:br/>
        <w:t>vt 0.945831 0.984894</w:t>
        <w:br/>
        <w:t>vt 0.945471 0.984234</w:t>
        <w:br/>
        <w:t>vt 0.965444 0.927345</w:t>
        <w:br/>
        <w:t>vt 0.962368 0.927346</w:t>
        <w:br/>
        <w:t>vt 0.962374 0.933338</w:t>
        <w:br/>
        <w:t>vt 0.962382 0.940922</w:t>
        <w:br/>
        <w:t>vt 0.965444 0.940921</w:t>
        <w:br/>
        <w:t>vt 0.965444 0.933337</w:t>
        <w:br/>
        <w:t>vt 0.962370 0.929019</w:t>
        <w:br/>
        <w:t>vt 0.965445 0.929018</w:t>
        <w:br/>
        <w:t>vt 0.962370 0.929019</w:t>
        <w:br/>
        <w:t>vt 0.965445 0.929018</w:t>
        <w:br/>
        <w:t>vt 0.947018 0.983892</w:t>
        <w:br/>
        <w:t>vt 0.955485 0.972681</w:t>
        <w:br/>
        <w:t>vt 0.952993 0.977680</w:t>
        <w:br/>
        <w:t>vt 0.957547 0.972663</w:t>
        <w:br/>
        <w:t>vt 0.972321 0.985322</w:t>
        <w:br/>
        <w:t>vt 0.973992 0.982464</w:t>
        <w:br/>
        <w:t>vt 0.972005 0.982464</w:t>
        <w:br/>
        <w:t>vt 0.970900 0.984601</w:t>
        <w:br/>
        <w:t>vt 0.968632 0.982463</w:t>
        <w:br/>
        <w:t>vt 0.966646 0.982463</w:t>
        <w:br/>
        <w:t>vt 0.968316 0.985321</w:t>
        <w:br/>
        <w:t>vt 0.969737 0.984600</w:t>
        <w:br/>
        <w:t>vt 0.974318 0.990825</w:t>
        <w:br/>
        <w:t>vt 0.974308 0.988676</w:t>
        <w:br/>
        <w:t>vt 0.973198 0.989673</w:t>
        <w:br/>
        <w:t>vt 0.973279 0.990856</w:t>
        <w:br/>
        <w:t>vt 0.972935 0.987311</w:t>
        <w:br/>
        <w:t>vt 0.968424 0.987203</w:t>
        <w:br/>
        <w:t>vt 0.967701 0.987310</w:t>
        <w:br/>
        <w:t>vt 0.967437 0.989672</w:t>
        <w:br/>
        <w:t>vt 0.966317 0.990824</w:t>
        <w:br/>
        <w:t>vt 0.967356 0.990855</w:t>
        <w:br/>
        <w:t>vt 0.966327 0.988675</w:t>
        <w:br/>
        <w:t>vt 0.972212 0.987204</w:t>
        <w:br/>
        <w:t>vt 0.965458 0.959160</w:t>
        <w:br/>
        <w:t>vt 0.962285 0.959161</w:t>
        <w:br/>
        <w:t>vt 0.962382 0.940922</w:t>
        <w:br/>
        <w:t>vt 0.399507 0.294234</w:t>
        <w:br/>
        <w:t>vt 0.395217 0.290583</w:t>
        <w:br/>
        <w:t>vt 0.396093 0.293641</w:t>
        <w:br/>
        <w:t>vt 0.399507 0.280989</w:t>
        <w:br/>
        <w:t>vt 0.395640 0.277804</w:t>
        <w:br/>
        <w:t>vt 0.396262 0.280802</w:t>
        <w:br/>
        <w:t>vt 0.399507 0.362912</w:t>
        <w:br/>
        <w:t>vt 0.395491 0.361347</w:t>
        <w:br/>
        <w:t>vt 0.396392 0.364370</w:t>
        <w:br/>
        <w:t>vt 0.378409 0.368668</w:t>
        <w:br/>
        <w:t>vt 0.384512 0.368091</w:t>
        <w:br/>
        <w:t>vt 0.383657 0.364947</w:t>
        <w:br/>
        <w:t>vt 0.378409 0.365151</w:t>
        <w:br/>
        <w:t>vt 0.399507 0.346558</w:t>
        <w:br/>
        <w:t>vt 0.395512 0.343668</w:t>
        <w:br/>
        <w:t>vt 0.396422 0.346813</w:t>
        <w:br/>
        <w:t>vt 0.383579 0.347273</w:t>
        <w:br/>
        <w:t>vt 0.378409 0.347186</w:t>
        <w:br/>
        <w:t>vt 0.378409 0.350341</w:t>
        <w:br/>
        <w:t>vt 0.384378 0.350428</w:t>
        <w:br/>
        <w:t>vt 0.395215 0.293520</w:t>
        <w:br/>
        <w:t>vt 0.395217 0.290583</w:t>
        <w:br/>
        <w:t>vt 0.383327 0.290676</w:t>
        <w:br/>
        <w:t>vt 0.383338 0.293489</w:t>
        <w:br/>
        <w:t>vt 0.395187 0.296449</w:t>
        <w:br/>
        <w:t>vt 0.396093 0.293641</w:t>
        <w:br/>
        <w:t>vt 0.378409 0.294883</w:t>
        <w:br/>
        <w:t>vt 0.382480 0.293624</w:t>
        <w:br/>
        <w:t>vt 0.383327 0.290676</w:t>
        <w:br/>
        <w:t>vt 0.383534 0.296209</w:t>
        <w:br/>
        <w:t>vt 0.395187 0.296449</w:t>
        <w:br/>
        <w:t>vt 0.395215 0.293520</w:t>
        <w:br/>
        <w:t>vt 0.383338 0.293489</w:t>
        <w:br/>
        <w:t>vt 0.395372 0.280820</w:t>
        <w:br/>
        <w:t>vt 0.383489 0.280928</w:t>
        <w:br/>
        <w:t>vt 0.383387 0.283881</w:t>
        <w:br/>
        <w:t>vt 0.395433 0.283871</w:t>
        <w:br/>
        <w:t>vt 0.378409 0.281675</w:t>
        <w:br/>
        <w:t>vt 0.382523 0.280910</w:t>
        <w:br/>
        <w:t>vt 0.383636 0.278003</w:t>
        <w:br/>
        <w:t>vt 0.395433 0.283871</w:t>
        <w:br/>
        <w:t>vt 0.395372 0.280820</w:t>
        <w:br/>
        <w:t>vt 0.395640 0.277804</w:t>
        <w:br/>
        <w:t>vt 0.383636 0.278003</w:t>
        <w:br/>
        <w:t>vt 0.383489 0.280928</w:t>
        <w:br/>
        <w:t>vt 0.384428 0.364939</w:t>
        <w:br/>
        <w:t>vt 0.384512 0.368091</w:t>
        <w:br/>
        <w:t>vt 0.395637 0.367419</w:t>
        <w:br/>
        <w:t>vt 0.395573 0.364345</w:t>
        <w:br/>
        <w:t>vt 0.384476 0.361727</w:t>
        <w:br/>
        <w:t>vt 0.378409 0.361792</w:t>
        <w:br/>
        <w:t>vt 0.395637 0.367419</w:t>
        <w:br/>
        <w:t>vt 0.396392 0.364370</w:t>
        <w:br/>
        <w:t>vt 0.395573 0.364345</w:t>
        <w:br/>
        <w:t>vt 0.395491 0.361347</w:t>
        <w:br/>
        <w:t>vt 0.384476 0.361727</w:t>
        <w:br/>
        <w:t>vt 0.384428 0.364939</w:t>
        <w:br/>
        <w:t>vt 0.384216 0.344181</w:t>
        <w:br/>
        <w:t>vt 0.378409 0.343692</w:t>
        <w:br/>
        <w:t>vt 0.384340 0.347315</w:t>
        <w:br/>
        <w:t>vt 0.384378 0.350428</w:t>
        <w:br/>
        <w:t>vt 0.395560 0.349988</w:t>
        <w:br/>
        <w:t>vt 0.395567 0.346819</w:t>
        <w:br/>
        <w:t>vt 0.395560 0.349988</w:t>
        <w:br/>
        <w:t>vt 0.396422 0.346813</w:t>
        <w:br/>
        <w:t>vt 0.395567 0.346819</w:t>
        <w:br/>
        <w:t>vt 0.395512 0.343668</w:t>
        <w:br/>
        <w:t>vt 0.384216 0.344181</w:t>
        <w:br/>
        <w:t>vt 0.384340 0.347315</w:t>
        <w:br/>
        <w:t>vt 0.383534 0.296209</w:t>
        <w:br/>
        <w:t>vt 0.382480 0.293624</w:t>
        <w:br/>
        <w:t>vt 0.383387 0.283881</w:t>
        <w:br/>
        <w:t>vt 0.382523 0.280910</w:t>
        <w:br/>
        <w:t>vt 0.399507 0.294234</w:t>
        <w:br/>
        <w:t>vt 0.396093 0.293641</w:t>
        <w:br/>
        <w:t>vt 0.395217 0.290583</w:t>
        <w:br/>
        <w:t>vt 0.399507 0.280989</w:t>
        <w:br/>
        <w:t>vt 0.396262 0.280802</w:t>
        <w:br/>
        <w:t>vt 0.395640 0.277804</w:t>
        <w:br/>
        <w:t>vt 0.399507 0.362912</w:t>
        <w:br/>
        <w:t>vt 0.396392 0.364370</w:t>
        <w:br/>
        <w:t>vt 0.395491 0.361347</w:t>
        <w:br/>
        <w:t>vt 0.378409 0.368668</w:t>
        <w:br/>
        <w:t>vt 0.378409 0.365151</w:t>
        <w:br/>
        <w:t>vt 0.383657 0.364947</w:t>
        <w:br/>
        <w:t>vt 0.384512 0.368091</w:t>
        <w:br/>
        <w:t>vt 0.399507 0.346558</w:t>
        <w:br/>
        <w:t>vt 0.396422 0.346813</w:t>
        <w:br/>
        <w:t>vt 0.395512 0.343668</w:t>
        <w:br/>
        <w:t>vt 0.383579 0.347273</w:t>
        <w:br/>
        <w:t>vt 0.384378 0.350428</w:t>
        <w:br/>
        <w:t>vt 0.378409 0.350341</w:t>
        <w:br/>
        <w:t>vt 0.378409 0.347186</w:t>
        <w:br/>
        <w:t>vt 0.383327 0.290676</w:t>
        <w:br/>
        <w:t>vt 0.395217 0.290583</w:t>
        <w:br/>
        <w:t>vt 0.395215 0.293520</w:t>
        <w:br/>
        <w:t>vt 0.383338 0.293489</w:t>
        <w:br/>
        <w:t>vt 0.395187 0.296449</w:t>
        <w:br/>
        <w:t>vt 0.396093 0.293641</w:t>
        <w:br/>
        <w:t>vt 0.378409 0.294883</w:t>
        <w:br/>
        <w:t>vt 0.383327 0.290676</w:t>
        <w:br/>
        <w:t>vt 0.382480 0.293624</w:t>
        <w:br/>
        <w:t>vt 0.383534 0.296209</w:t>
        <w:br/>
        <w:t>vt 0.383338 0.293489</w:t>
        <w:br/>
        <w:t>vt 0.395215 0.293520</w:t>
        <w:br/>
        <w:t>vt 0.395187 0.296449</w:t>
        <w:br/>
        <w:t>vt 0.395372 0.280820</w:t>
        <w:br/>
        <w:t>vt 0.395433 0.283871</w:t>
        <w:br/>
        <w:t>vt 0.383387 0.283881</w:t>
        <w:br/>
        <w:t>vt 0.383489 0.280928</w:t>
        <w:br/>
        <w:t>vt 0.378409 0.281675</w:t>
        <w:br/>
        <w:t>vt 0.383636 0.278003</w:t>
        <w:br/>
        <w:t>vt 0.382523 0.280910</w:t>
        <w:br/>
        <w:t>vt 0.395433 0.283871</w:t>
        <w:br/>
        <w:t>vt 0.383636 0.278003</w:t>
        <w:br/>
        <w:t>vt 0.395640 0.277804</w:t>
        <w:br/>
        <w:t>vt 0.395372 0.280820</w:t>
        <w:br/>
        <w:t>vt 0.383489 0.280928</w:t>
        <w:br/>
        <w:t>vt 0.395637 0.367419</w:t>
        <w:br/>
        <w:t>vt 0.384512 0.368091</w:t>
        <w:br/>
        <w:t>vt 0.384428 0.364939</w:t>
        <w:br/>
        <w:t>vt 0.395573 0.364345</w:t>
        <w:br/>
        <w:t>vt 0.378409 0.361792</w:t>
        <w:br/>
        <w:t>vt 0.384476 0.361727</w:t>
        <w:br/>
        <w:t>vt 0.395637 0.367419</w:t>
        <w:br/>
        <w:t>vt 0.396392 0.364370</w:t>
        <w:br/>
        <w:t>vt 0.384476 0.361727</w:t>
        <w:br/>
        <w:t>vt 0.395491 0.361347</w:t>
        <w:br/>
        <w:t>vt 0.395573 0.364345</w:t>
        <w:br/>
        <w:t>vt 0.384428 0.364939</w:t>
        <w:br/>
        <w:t>vt 0.378409 0.343692</w:t>
        <w:br/>
        <w:t>vt 0.384216 0.344181</w:t>
        <w:br/>
        <w:t>vt 0.395560 0.349988</w:t>
        <w:br/>
        <w:t>vt 0.384378 0.350428</w:t>
        <w:br/>
        <w:t>vt 0.384340 0.347315</w:t>
        <w:br/>
        <w:t>vt 0.395567 0.346819</w:t>
        <w:br/>
        <w:t>vt 0.395560 0.349988</w:t>
        <w:br/>
        <w:t>vt 0.396422 0.346813</w:t>
        <w:br/>
        <w:t>vt 0.384216 0.344181</w:t>
        <w:br/>
        <w:t>vt 0.395512 0.343668</w:t>
        <w:br/>
        <w:t>vt 0.395567 0.346819</w:t>
        <w:br/>
        <w:t>vt 0.384340 0.347315</w:t>
        <w:br/>
        <w:t>vt 0.382480 0.293624</w:t>
        <w:br/>
        <w:t>vt 0.383534 0.296209</w:t>
        <w:br/>
        <w:t>vt 0.382523 0.280910</w:t>
        <w:br/>
        <w:t>vt 0.383387 0.283881</w:t>
        <w:br/>
        <w:t>vt 0.623043 0.819773</w:t>
        <w:br/>
        <w:t>vt 0.622256 0.818351</w:t>
        <w:br/>
        <w:t>vt 0.621865 0.818449</w:t>
        <w:br/>
        <w:t>vt 0.621279 0.820343</w:t>
        <w:br/>
        <w:t>vt 0.623959 0.821547</w:t>
        <w:br/>
        <w:t>vt 0.621277 0.822470</w:t>
        <w:br/>
        <w:t>vt 0.624500 0.824207</w:t>
        <w:br/>
        <w:t>vt 0.625937 0.823430</w:t>
        <w:br/>
        <w:t>vt 0.625334 0.821475</w:t>
        <w:br/>
        <w:t>vt 0.627605 0.821857</w:t>
        <w:br/>
        <w:t>vt 0.627512 0.821498</w:t>
        <w:br/>
        <w:t>vt 0.621081 0.822995</w:t>
        <w:br/>
        <w:t>vt 0.622531 0.823767</w:t>
        <w:br/>
        <w:t>vt 0.624021 0.824664</w:t>
        <w:br/>
        <w:t>vt 0.620637 0.823425</w:t>
        <w:br/>
        <w:t>vt 0.621218 0.826157</w:t>
        <w:br/>
        <w:t>vt 0.623839 0.825472</w:t>
        <w:br/>
        <w:t>vt 0.618984 0.823806</w:t>
        <w:br/>
        <w:t>vt 0.619744 0.826868</w:t>
        <w:br/>
        <w:t>vt 0.615739 0.826288</w:t>
        <w:br/>
        <w:t>vt 0.615877 0.826747</w:t>
        <w:br/>
        <w:t>vt 0.617605 0.827106</w:t>
        <w:br/>
        <w:t>vt 0.617017 0.824669</w:t>
        <w:br/>
        <w:t>vt 0.624378 0.827139</w:t>
        <w:br/>
        <w:t>vt 0.621365 0.827865</w:t>
        <w:br/>
        <w:t>vt 0.624408 0.828840</w:t>
        <w:br/>
        <w:t>vt 0.622012 0.829476</w:t>
        <w:br/>
        <w:t>vt 0.623752 0.830659</w:t>
        <w:br/>
        <w:t>vt 0.623046 0.830838</w:t>
        <w:br/>
        <w:t>vt 0.630917 0.818552</w:t>
        <w:br/>
        <w:t>vt 0.630716 0.818734</w:t>
        <w:br/>
        <w:t>vt 0.631564 0.820038</w:t>
        <w:br/>
        <w:t>vt 0.632756 0.818997</w:t>
        <w:br/>
        <w:t>vt 0.632639 0.821792</w:t>
        <w:br/>
        <w:t>vt 0.634592 0.820058</w:t>
        <w:br/>
        <w:t>vt 0.631895 0.823016</w:t>
        <w:br/>
        <w:t>vt 0.633113 0.824301</w:t>
        <w:br/>
        <w:t>vt 0.634495 0.823447</w:t>
        <w:br/>
        <w:t>vt 0.631008 0.824977</w:t>
        <w:br/>
        <w:t>vt 0.630826 0.824824</w:t>
        <w:br/>
        <w:t>vt 0.635154 0.821655</w:t>
        <w:br/>
        <w:t>vt 0.635210 0.820151</w:t>
        <w:br/>
        <w:t>vt 0.635200 0.823257</w:t>
        <w:br/>
        <w:t>vt 0.637797 0.821696</w:t>
        <w:br/>
        <w:t>vt 0.635879 0.819950</w:t>
        <w:br/>
        <w:t>vt 0.636074 0.823524</w:t>
        <w:br/>
        <w:t>vt 0.639126 0.820660</w:t>
        <w:br/>
        <w:t>vt 0.637038 0.818693</w:t>
        <w:br/>
        <w:t>vt 0.640357 0.818955</w:t>
        <w:br/>
        <w:t>vt 0.640904 0.817368</w:t>
        <w:br/>
        <w:t>vt 0.640652 0.817117</w:t>
        <w:br/>
        <w:t>vt 0.638711 0.817435</w:t>
        <w:br/>
        <w:t>vt 0.637257 0.824819</w:t>
        <w:br/>
        <w:t>vt 0.639184 0.822772</w:t>
        <w:br/>
        <w:t>vt 0.638680 0.825656</w:t>
        <w:br/>
        <w:t>vt 0.640243 0.824095</w:t>
        <w:br/>
        <w:t>vt 0.640507 0.825994</w:t>
        <w:br/>
        <w:t>vt 0.640932 0.825570</w:t>
        <w:br/>
        <w:t>vt 0.466859 0.797909</w:t>
        <w:br/>
        <w:t>vt 0.466738 0.794191</w:t>
        <w:br/>
        <w:t>vt 0.466448 0.794191</w:t>
        <w:br/>
        <w:t>vt 0.466482 0.797909</w:t>
        <w:br/>
        <w:t>vt 0.464508 0.794191</w:t>
        <w:br/>
        <w:t>vt 0.464519 0.797909</w:t>
        <w:br/>
        <w:t>vt 0.425533 0.794191</w:t>
        <w:br/>
        <w:t>vt 0.425468 0.797909</w:t>
        <w:br/>
        <w:t>vt 0.427101 0.797909</w:t>
        <w:br/>
        <w:t>vt 0.427084 0.794191</w:t>
        <w:br/>
        <w:t>vt 0.462379 0.794191</w:t>
        <w:br/>
        <w:t>vt 0.462393 0.797909</w:t>
        <w:br/>
        <w:t>vt 0.429114 0.797909</w:t>
        <w:br/>
        <w:t>vt 0.429109 0.794191</w:t>
        <w:br/>
        <w:t>vt 0.430504 0.794191</w:t>
        <w:br/>
        <w:t>vt 0.429109 0.794191</w:t>
        <w:br/>
        <w:t>vt 0.429114 0.797909</w:t>
        <w:br/>
        <w:t>vt 0.430503 0.797909</w:t>
        <w:br/>
        <w:t>vt 0.436737 0.797909</w:t>
        <w:br/>
        <w:t>vt 0.436728 0.794191</w:t>
        <w:br/>
        <w:t>vt 0.435129 0.794191</w:t>
        <w:br/>
        <w:t>vt 0.435136 0.797909</w:t>
        <w:br/>
        <w:t>vt 0.432915 0.794191</w:t>
        <w:br/>
        <w:t>vt 0.432904 0.797909</w:t>
        <w:br/>
        <w:t>vt 0.432618 0.794191</w:t>
        <w:br/>
        <w:t>vt 0.432635 0.797909</w:t>
        <w:br/>
        <w:t>vt 0.432618 0.794191</w:t>
        <w:br/>
        <w:t>vt 0.432635 0.797909</w:t>
        <w:br/>
        <w:t>vt 0.461796 0.794191</w:t>
        <w:br/>
        <w:t>vt 0.461786 0.797909</w:t>
        <w:br/>
        <w:t>vt 0.437417 0.797909</w:t>
        <w:br/>
        <w:t>vt 0.437406 0.794191</w:t>
        <w:br/>
        <w:t>vt 0.461134 0.794191</w:t>
        <w:br/>
        <w:t>vt 0.461121 0.797909</w:t>
        <w:br/>
        <w:t>vt 0.438252 0.794191</w:t>
        <w:br/>
        <w:t>vt 0.438270 0.797909</w:t>
        <w:br/>
        <w:t>vt 0.450968 0.794191</w:t>
        <w:br/>
        <w:t>vt 0.449280 0.794191</w:t>
        <w:br/>
        <w:t>vt 0.449287 0.797909</w:t>
        <w:br/>
        <w:t>vt 0.450962 0.797909</w:t>
        <w:br/>
        <w:t>vt 0.459417 0.794191</w:t>
        <w:br/>
        <w:t>vt 0.459417 0.797909</w:t>
        <w:br/>
        <w:t>vt 0.454844 0.794191</w:t>
        <w:br/>
        <w:t>vt 0.453111 0.794191</w:t>
        <w:br/>
        <w:t>vt 0.453111 0.797909</w:t>
        <w:br/>
        <w:t>vt 0.454856 0.797909</w:t>
        <w:br/>
        <w:t>vt 0.457286 0.797909</w:t>
        <w:br/>
        <w:t>vt 0.457288 0.794191</w:t>
        <w:br/>
        <w:t>vt 0.455266 0.794191</w:t>
        <w:br/>
        <w:t>vt 0.455251 0.797909</w:t>
        <w:br/>
        <w:t>vt 0.454844 0.794191</w:t>
        <w:br/>
        <w:t>vt 0.454856 0.797909</w:t>
        <w:br/>
        <w:t>vt 0.449287 0.797909</w:t>
        <w:br/>
        <w:t>vt 0.449280 0.794191</w:t>
        <w:br/>
        <w:t>vt 0.447525 0.794191</w:t>
        <w:br/>
        <w:t>vt 0.447527 0.797909</w:t>
        <w:br/>
        <w:t>vt 0.439984 0.794191</w:t>
        <w:br/>
        <w:t>vt 0.439986 0.797909</w:t>
        <w:br/>
        <w:t>vt 0.445813 0.794191</w:t>
        <w:br/>
        <w:t>vt 0.445807 0.797909</w:t>
        <w:br/>
        <w:t>vt 0.441631 0.797909</w:t>
        <w:br/>
        <w:t>vt 0.441640 0.794191</w:t>
        <w:br/>
        <w:t>vt 0.444167 0.794191</w:t>
        <w:br/>
        <w:t>vt 0.444152 0.797909</w:t>
        <w:br/>
        <w:t>vt 0.444167 0.794191</w:t>
        <w:br/>
        <w:t>vt 0.443506 0.794191</w:t>
        <w:br/>
        <w:t>vt 0.443519 0.797909</w:t>
        <w:br/>
        <w:t>vt 0.444152 0.797909</w:t>
        <w:br/>
        <w:t>vt 0.404226 0.519396</w:t>
        <w:br/>
        <w:t>vt 0.401603 0.521412</w:t>
        <w:br/>
        <w:t>vt 0.416227 0.521428</w:t>
        <w:br/>
        <w:t>vt 0.414122 0.519249</w:t>
        <w:br/>
        <w:t>vt 0.404072 0.513444</w:t>
        <w:br/>
        <w:t>vt 0.404226 0.519396</w:t>
        <w:br/>
        <w:t>vt 0.414122 0.519249</w:t>
        <w:br/>
        <w:t>vt 0.414342 0.513575</w:t>
        <w:br/>
        <w:t>vt 0.416227 0.511361</w:t>
        <w:br/>
        <w:t>vt 0.401603 0.511361</w:t>
        <w:br/>
        <w:t>vt 0.404072 0.513444</w:t>
        <w:br/>
        <w:t>vt 0.414342 0.513575</w:t>
        <w:br/>
        <w:t>vt 0.415305 0.505387</w:t>
        <w:br/>
        <w:t>vt 0.415305 0.497276</w:t>
        <w:br/>
        <w:t>vt 0.403054 0.497276</w:t>
        <w:br/>
        <w:t>vt 0.403054 0.505387</w:t>
        <w:br/>
        <w:t>vt 0.414342 0.513575</w:t>
        <w:br/>
        <w:t>vt 0.414122 0.519249</w:t>
        <w:br/>
        <w:t>vt 0.416227 0.521428</w:t>
        <w:br/>
        <w:t>vt 0.416227 0.511361</w:t>
        <w:br/>
        <w:t>vt 0.401603 0.511361</w:t>
        <w:br/>
        <w:t>vt 0.401603 0.521412</w:t>
        <w:br/>
        <w:t>vt 0.621865 0.818449</w:t>
        <w:br/>
        <w:t>vt 0.622256 0.818351</w:t>
        <w:br/>
        <w:t>vt 0.623043 0.819773</w:t>
        <w:br/>
        <w:t>vt 0.621279 0.820343</w:t>
        <w:br/>
        <w:t>vt 0.623959 0.821547</w:t>
        <w:br/>
        <w:t>vt 0.621277 0.822470</w:t>
        <w:br/>
        <w:t>vt 0.625334 0.821475</w:t>
        <w:br/>
        <w:t>vt 0.625937 0.823430</w:t>
        <w:br/>
        <w:t>vt 0.624500 0.824207</w:t>
        <w:br/>
        <w:t>vt 0.627605 0.821857</w:t>
        <w:br/>
        <w:t>vt 0.627512 0.821498</w:t>
        <w:br/>
        <w:t>vt 0.622531 0.823767</w:t>
        <w:br/>
        <w:t>vt 0.621081 0.822995</w:t>
        <w:br/>
        <w:t>vt 0.624021 0.824664</w:t>
        <w:br/>
        <w:t>vt 0.621218 0.826157</w:t>
        <w:br/>
        <w:t>vt 0.620637 0.823425</w:t>
        <w:br/>
        <w:t>vt 0.623839 0.825472</w:t>
        <w:br/>
        <w:t>vt 0.619744 0.826868</w:t>
        <w:br/>
        <w:t>vt 0.618984 0.823806</w:t>
        <w:br/>
        <w:t>vt 0.617605 0.827106</w:t>
        <w:br/>
        <w:t>vt 0.615877 0.826747</w:t>
        <w:br/>
        <w:t>vt 0.615739 0.826288</w:t>
        <w:br/>
        <w:t>vt 0.617017 0.824669</w:t>
        <w:br/>
        <w:t>vt 0.624378 0.827139</w:t>
        <w:br/>
        <w:t>vt 0.621365 0.827865</w:t>
        <w:br/>
        <w:t>vt 0.624408 0.828840</w:t>
        <w:br/>
        <w:t>vt 0.622012 0.829476</w:t>
        <w:br/>
        <w:t>vt 0.623752 0.830659</w:t>
        <w:br/>
        <w:t>vt 0.623046 0.830838</w:t>
        <w:br/>
        <w:t>vt 0.631564 0.820038</w:t>
        <w:br/>
        <w:t>vt 0.630716 0.818734</w:t>
        <w:br/>
        <w:t>vt 0.630917 0.818552</w:t>
        <w:br/>
        <w:t>vt 0.632756 0.818997</w:t>
        <w:br/>
        <w:t>vt 0.632639 0.821792</w:t>
        <w:br/>
        <w:t>vt 0.634592 0.820058</w:t>
        <w:br/>
        <w:t>vt 0.634495 0.823447</w:t>
        <w:br/>
        <w:t>vt 0.633113 0.824301</w:t>
        <w:br/>
        <w:t>vt 0.631895 0.823016</w:t>
        <w:br/>
        <w:t>vt 0.631008 0.824977</w:t>
        <w:br/>
        <w:t>vt 0.630826 0.824824</w:t>
        <w:br/>
        <w:t>vt 0.635210 0.820151</w:t>
        <w:br/>
        <w:t>vt 0.635154 0.821655</w:t>
        <w:br/>
        <w:t>vt 0.635200 0.823257</w:t>
        <w:br/>
        <w:t>vt 0.635879 0.819950</w:t>
        <w:br/>
        <w:t>vt 0.637797 0.821696</w:t>
        <w:br/>
        <w:t>vt 0.636074 0.823524</w:t>
        <w:br/>
        <w:t>vt 0.637038 0.818693</w:t>
        <w:br/>
        <w:t>vt 0.639126 0.820660</w:t>
        <w:br/>
        <w:t>vt 0.640652 0.817117</w:t>
        <w:br/>
        <w:t>vt 0.640904 0.817368</w:t>
        <w:br/>
        <w:t>vt 0.640357 0.818955</w:t>
        <w:br/>
        <w:t>vt 0.638711 0.817435</w:t>
        <w:br/>
        <w:t>vt 0.637257 0.824819</w:t>
        <w:br/>
        <w:t>vt 0.639184 0.822772</w:t>
        <w:br/>
        <w:t>vt 0.638680 0.825656</w:t>
        <w:br/>
        <w:t>vt 0.640243 0.824095</w:t>
        <w:br/>
        <w:t>vt 0.640507 0.825994</w:t>
        <w:br/>
        <w:t>vt 0.640932 0.825570</w:t>
        <w:br/>
        <w:t>vt 0.466859 0.797909</w:t>
        <w:br/>
        <w:t>vt 0.466482 0.797909</w:t>
        <w:br/>
        <w:t>vt 0.466448 0.794191</w:t>
        <w:br/>
        <w:t>vt 0.466738 0.794191</w:t>
        <w:br/>
        <w:t>vt 0.464519 0.797909</w:t>
        <w:br/>
        <w:t>vt 0.464508 0.794191</w:t>
        <w:br/>
        <w:t>vt 0.427101 0.797909</w:t>
        <w:br/>
        <w:t>vt 0.425468 0.797909</w:t>
        <w:br/>
        <w:t>vt 0.425533 0.794191</w:t>
        <w:br/>
        <w:t>vt 0.427084 0.794191</w:t>
        <w:br/>
        <w:t>vt 0.462393 0.797909</w:t>
        <w:br/>
        <w:t>vt 0.462379 0.794191</w:t>
        <w:br/>
        <w:t>vt 0.429109 0.794191</w:t>
        <w:br/>
        <w:t>vt 0.429114 0.797909</w:t>
        <w:br/>
        <w:t>vt 0.430504 0.794191</w:t>
        <w:br/>
        <w:t>vt 0.430503 0.797909</w:t>
        <w:br/>
        <w:t>vt 0.429114 0.797909</w:t>
        <w:br/>
        <w:t>vt 0.429109 0.794191</w:t>
        <w:br/>
        <w:t>vt 0.436737 0.797909</w:t>
        <w:br/>
        <w:t>vt 0.435136 0.797909</w:t>
        <w:br/>
        <w:t>vt 0.435129 0.794191</w:t>
        <w:br/>
        <w:t>vt 0.436728 0.794191</w:t>
        <w:br/>
        <w:t>vt 0.432904 0.797909</w:t>
        <w:br/>
        <w:t>vt 0.432915 0.794191</w:t>
        <w:br/>
        <w:t>vt 0.432635 0.797909</w:t>
        <w:br/>
        <w:t>vt 0.432618 0.794191</w:t>
        <w:br/>
        <w:t>vt 0.432618 0.794191</w:t>
        <w:br/>
        <w:t>vt 0.432635 0.797909</w:t>
        <w:br/>
        <w:t>vt 0.461786 0.797909</w:t>
        <w:br/>
        <w:t>vt 0.461796 0.794191</w:t>
        <w:br/>
        <w:t>vt 0.437406 0.794191</w:t>
        <w:br/>
        <w:t>vt 0.437417 0.797909</w:t>
        <w:br/>
        <w:t>vt 0.461121 0.797909</w:t>
        <w:br/>
        <w:t>vt 0.461134 0.794191</w:t>
        <w:br/>
        <w:t>vt 0.438252 0.794191</w:t>
        <w:br/>
        <w:t>vt 0.438270 0.797909</w:t>
        <w:br/>
        <w:t>vt 0.449287 0.797909</w:t>
        <w:br/>
        <w:t>vt 0.449280 0.794191</w:t>
        <w:br/>
        <w:t>vt 0.450968 0.794191</w:t>
        <w:br/>
        <w:t>vt 0.450962 0.797909</w:t>
        <w:br/>
        <w:t>vt 0.459417 0.797909</w:t>
        <w:br/>
        <w:t>vt 0.459417 0.794191</w:t>
        <w:br/>
        <w:t>vt 0.453111 0.797909</w:t>
        <w:br/>
        <w:t>vt 0.453111 0.794191</w:t>
        <w:br/>
        <w:t>vt 0.454844 0.794191</w:t>
        <w:br/>
        <w:t>vt 0.454856 0.797909</w:t>
        <w:br/>
        <w:t>vt 0.457286 0.797909</w:t>
        <w:br/>
        <w:t>vt 0.455251 0.797909</w:t>
        <w:br/>
        <w:t>vt 0.455266 0.794191</w:t>
        <w:br/>
        <w:t>vt 0.457288 0.794191</w:t>
        <w:br/>
        <w:t>vt 0.454856 0.797909</w:t>
        <w:br/>
        <w:t>vt 0.454844 0.794191</w:t>
        <w:br/>
        <w:t>vt 0.449287 0.797909</w:t>
        <w:br/>
        <w:t>vt 0.447527 0.797909</w:t>
        <w:br/>
        <w:t>vt 0.447525 0.794191</w:t>
        <w:br/>
        <w:t>vt 0.449280 0.794191</w:t>
        <w:br/>
        <w:t>vt 0.439984 0.794191</w:t>
        <w:br/>
        <w:t>vt 0.439986 0.797909</w:t>
        <w:br/>
        <w:t>vt 0.445807 0.797909</w:t>
        <w:br/>
        <w:t>vt 0.445813 0.794191</w:t>
        <w:br/>
        <w:t>vt 0.441631 0.797909</w:t>
        <w:br/>
        <w:t>vt 0.441640 0.794191</w:t>
        <w:br/>
        <w:t>vt 0.444152 0.797909</w:t>
        <w:br/>
        <w:t>vt 0.444167 0.794191</w:t>
        <w:br/>
        <w:t>vt 0.443519 0.797909</w:t>
        <w:br/>
        <w:t>vt 0.443506 0.794191</w:t>
        <w:br/>
        <w:t>vt 0.444167 0.794191</w:t>
        <w:br/>
        <w:t>vt 0.444152 0.797909</w:t>
        <w:br/>
        <w:t>vt 0.416227 0.521428</w:t>
        <w:br/>
        <w:t>vt 0.401603 0.521412</w:t>
        <w:br/>
        <w:t>vt 0.404226 0.519396</w:t>
        <w:br/>
        <w:t>vt 0.414122 0.519249</w:t>
        <w:br/>
        <w:t>vt 0.414122 0.519249</w:t>
        <w:br/>
        <w:t>vt 0.404226 0.519396</w:t>
        <w:br/>
        <w:t>vt 0.404072 0.513444</w:t>
        <w:br/>
        <w:t>vt 0.414342 0.513575</w:t>
        <w:br/>
        <w:t>vt 0.404072 0.513444</w:t>
        <w:br/>
        <w:t>vt 0.401603 0.511361</w:t>
        <w:br/>
        <w:t>vt 0.416227 0.511361</w:t>
        <w:br/>
        <w:t>vt 0.414342 0.513575</w:t>
        <w:br/>
        <w:t>vt 0.415305 0.505387</w:t>
        <w:br/>
        <w:t>vt 0.403054 0.505387</w:t>
        <w:br/>
        <w:t>vt 0.403054 0.497276</w:t>
        <w:br/>
        <w:t>vt 0.415305 0.497276</w:t>
        <w:br/>
        <w:t>vt 0.416227 0.521428</w:t>
        <w:br/>
        <w:t>vt 0.414122 0.519249</w:t>
        <w:br/>
        <w:t>vt 0.414342 0.513575</w:t>
        <w:br/>
        <w:t>vt 0.416227 0.511361</w:t>
        <w:br/>
        <w:t>vt 0.401603 0.521412</w:t>
        <w:br/>
        <w:t>vt 0.401603 0.511361</w:t>
        <w:br/>
        <w:t>vt 0.837764 0.077622</w:t>
        <w:br/>
        <w:t>vt 0.839220 0.077621</w:t>
        <w:br/>
        <w:t>vt 0.839345 0.079667</w:t>
        <w:br/>
        <w:t>vt 0.837804 0.079666</w:t>
        <w:br/>
        <w:t>vt 0.840305 0.079667</w:t>
        <w:br/>
        <w:t>vt 0.840181 0.077622</w:t>
        <w:br/>
        <w:t>vt 0.826211 0.077583</w:t>
        <w:br/>
        <w:t>vt 0.826231 0.080797</w:t>
        <w:br/>
        <w:t>vt 0.825396 0.080797</w:t>
        <w:br/>
        <w:t>vt 0.825380 0.077583</w:t>
        <w:br/>
        <w:t>vt 0.827182 0.077583</w:t>
        <w:br/>
        <w:t>vt 0.827201 0.080797</w:t>
        <w:br/>
        <w:t>vt 0.853718 0.079796</w:t>
        <w:br/>
        <w:t>vt 0.853842 0.077583</w:t>
        <w:br/>
        <w:t>vt 0.854804 0.077583</w:t>
        <w:br/>
        <w:t>vt 0.854682 0.079796</w:t>
        <w:br/>
        <w:t>vt 0.855969 0.077583</w:t>
        <w:br/>
        <w:t>vt 0.858620 0.077583</w:t>
        <w:br/>
        <w:t>vt 0.858442 0.079796</w:t>
        <w:br/>
        <w:t>vt 0.855777 0.079796</w:t>
        <w:br/>
        <w:t>vt 0.863258 0.079796</w:t>
        <w:br/>
        <w:t>vt 0.863285 0.077583</w:t>
        <w:br/>
        <w:t>vt 0.818548 0.097958</w:t>
        <w:br/>
        <w:t>vt 0.813929 0.097958</w:t>
        <w:br/>
        <w:t>vt 0.813940 0.094979</w:t>
        <w:br/>
        <w:t>vt 0.818559 0.094979</w:t>
        <w:br/>
        <w:t>vt 0.829750 0.080797</w:t>
        <w:br/>
        <w:t>vt 0.829736 0.077583</w:t>
        <w:br/>
        <w:t>vt 0.834146 0.077583</w:t>
        <w:br/>
        <w:t>vt 0.834162 0.080797</w:t>
        <w:br/>
        <w:t>vt 0.821648 0.097958</w:t>
        <w:br/>
        <w:t>vt 0.821663 0.094979</w:t>
        <w:br/>
        <w:t>vt 0.823546 0.097958</w:t>
        <w:br/>
        <w:t>vt 0.823563 0.094979</w:t>
        <w:br/>
        <w:t>vt 0.852270 0.079796</w:t>
        <w:br/>
        <w:t>vt 0.852309 0.077583</w:t>
        <w:br/>
        <w:t>vt 0.823949 0.077583</w:t>
        <w:br/>
        <w:t>vt 0.823958 0.080797</w:t>
        <w:br/>
        <w:t>vt 0.826810 0.094979</w:t>
        <w:br/>
        <w:t>vt 0.826799 0.097958</w:t>
        <w:br/>
        <w:t>vt 0.825115 0.097958</w:t>
        <w:br/>
        <w:t>vt 0.825128 0.094979</w:t>
        <w:br/>
        <w:t>vt 0.841280 0.077622</w:t>
        <w:br/>
        <w:t>vt 0.841475 0.079667</w:t>
        <w:br/>
        <w:t>vt 0.843957 0.077622</w:t>
        <w:br/>
        <w:t>vt 0.844136 0.079667</w:t>
        <w:br/>
        <w:t>vt 0.848762 0.077622</w:t>
        <w:br/>
        <w:t>vt 0.848786 0.079667</w:t>
        <w:br/>
        <w:t>vt 0.829376 0.703973</w:t>
        <w:br/>
        <w:t>vt 0.828781 0.706505</w:t>
        <w:br/>
        <w:t>vt 0.825991 0.702005</w:t>
        <w:br/>
        <w:t>vt 0.500946 0.060602</w:t>
        <w:br/>
        <w:t>vt 0.500946 0.062155</w:t>
        <w:br/>
        <w:t>vt 0.497808 0.062232</w:t>
        <w:br/>
        <w:t>vt 0.497808 0.060393</w:t>
        <w:br/>
        <w:t>vt 0.500946 0.064313</w:t>
        <w:br/>
        <w:t>vt 0.497808 0.064656</w:t>
        <w:br/>
        <w:t>vt 0.497808 0.063389</w:t>
        <w:br/>
        <w:t>vt 0.500946 0.063107</w:t>
        <w:br/>
        <w:t>vt 0.936814 0.873599</w:t>
        <w:br/>
        <w:t>vt 0.935576 0.873269</w:t>
        <w:br/>
        <w:t>vt 0.938308 0.871346</w:t>
        <w:br/>
        <w:t>vt 0.937883 0.873161</w:t>
        <w:br/>
        <w:t>vt 0.500946 0.066821</w:t>
        <w:br/>
        <w:t>vt 0.497808 0.066731</w:t>
        <w:br/>
        <w:t>vt 0.933924 0.872063</w:t>
        <w:br/>
        <w:t>vt 0.932109 0.872674</w:t>
        <w:br/>
        <w:t>vt 0.932056 0.868779</w:t>
        <w:br/>
        <w:t>vt 0.497808 0.072926</w:t>
        <w:br/>
        <w:t>vt 0.497808 0.068657</w:t>
        <w:br/>
        <w:t>vt 0.500946 0.068972</w:t>
        <w:br/>
        <w:t>vt 0.500945 0.073415</w:t>
        <w:br/>
        <w:t>vt 0.936283 0.868779</w:t>
        <w:br/>
        <w:t>vt 0.937751 0.869317</w:t>
        <w:br/>
        <w:t>vt 0.497808 0.056978</w:t>
        <w:br/>
        <w:t>vt 0.497808 0.052843</w:t>
        <w:br/>
        <w:t>vt 0.500946 0.053269</w:t>
        <w:br/>
        <w:t>vt 0.500946 0.057370</w:t>
        <w:br/>
        <w:t>vt 0.497808 0.058403</w:t>
        <w:br/>
        <w:t>vt 0.500946 0.058775</w:t>
        <w:br/>
        <w:t>vt 0.820927 0.707176</w:t>
        <w:br/>
        <w:t>vt 0.822643 0.703730</w:t>
        <w:br/>
        <w:t>vt 0.803915 0.707176</w:t>
        <w:br/>
        <w:t>vt 0.500946 0.042410</w:t>
        <w:br/>
        <w:t>vt 0.497808 0.042385</w:t>
        <w:br/>
        <w:t>vt 0.497808 0.037899</w:t>
        <w:br/>
        <w:t>vt 0.500946 0.037401</w:t>
        <w:br/>
        <w:t>vt 0.796344 0.707176</w:t>
        <w:br/>
        <w:t>vt 0.797065 0.702064</w:t>
        <w:br/>
        <w:t>vt 0.794180 0.706457</w:t>
        <w:br/>
        <w:t>vt 0.793327 0.703911</w:t>
        <w:br/>
        <w:t>vt 0.795161 0.701286</w:t>
        <w:br/>
        <w:t>vt 0.500946 0.030023</w:t>
        <w:br/>
        <w:t>vt 0.500946 0.031414</w:t>
        <w:br/>
        <w:t>vt 0.497808 0.031064</w:t>
        <w:br/>
        <w:t>vt 0.497808 0.029584</w:t>
        <w:br/>
        <w:t>vt 0.500946 0.027597</w:t>
        <w:br/>
        <w:t>vt 0.497808 0.026997</w:t>
        <w:br/>
        <w:t>vt 0.800260 0.703707</w:t>
        <w:br/>
        <w:t>vt 0.803925 0.702535</w:t>
        <w:br/>
        <w:t>vt 0.500946 0.025043</w:t>
        <w:br/>
        <w:t>vt 0.497808 0.025151</w:t>
        <w:br/>
        <w:t>vt 0.497808 0.021095</w:t>
        <w:br/>
        <w:t>vt 0.500946 0.020802</w:t>
        <w:br/>
        <w:t>vt 0.806793 0.697020</w:t>
        <w:br/>
        <w:t>vt 0.815908 0.696994</w:t>
        <w:br/>
        <w:t>vt 0.819600 0.702567</w:t>
        <w:br/>
        <w:t>vt 0.826967 0.707176</w:t>
        <w:br/>
        <w:t>vt 0.827607 0.701290</w:t>
        <w:br/>
        <w:t>vt 0.828900 0.701776</w:t>
        <w:br/>
        <w:t>vt 0.921408 0.868779</w:t>
        <w:br/>
        <w:t>vt 0.919516 0.872103</w:t>
        <w:br/>
        <w:t>vt 0.917241 0.873357</w:t>
        <w:br/>
        <w:t>vt 0.914565 0.873253</w:t>
        <w:br/>
        <w:t>vt 0.914218 0.871421</w:t>
        <w:br/>
        <w:t>vt 0.915766 0.873687</w:t>
        <w:br/>
        <w:t>vt 0.500946 0.033926</w:t>
        <w:br/>
        <w:t>vt 0.497808 0.034177</w:t>
        <w:br/>
        <w:t>vt 0.497808 0.032342</w:t>
        <w:br/>
        <w:t>vt 0.500946 0.032430</w:t>
        <w:br/>
        <w:t>vt 0.497808 0.032342</w:t>
        <w:br/>
        <w:t>vt 0.500946 0.032430</w:t>
        <w:br/>
        <w:t>vt 0.500946 0.035778</w:t>
        <w:br/>
        <w:t>vt 0.497808 0.036243</w:t>
        <w:br/>
        <w:t>vt 0.921307 0.872664</w:t>
        <w:br/>
        <w:t>vt 0.923041 0.876478</w:t>
        <w:br/>
        <w:t>vt 0.930067 0.876446</w:t>
        <w:br/>
        <w:t>vt 0.927652 0.884866</w:t>
        <w:br/>
        <w:t>vt 0.925664 0.886578</w:t>
        <w:br/>
        <w:t>vt 0.497808 0.012544</w:t>
        <w:br/>
        <w:t>vt 0.500946 0.012495</w:t>
        <w:br/>
        <w:t>vt 0.808555 0.685070</w:t>
        <w:br/>
        <w:t>vt 0.497808 0.010180</w:t>
        <w:br/>
        <w:t>vt 0.500945 0.010331</w:t>
        <w:br/>
        <w:t>vt 0.810743 0.682925</w:t>
        <w:br/>
        <w:t>vt 0.500945 0.084074</w:t>
        <w:br/>
        <w:t>vt 0.497808 0.084399</w:t>
        <w:br/>
        <w:t>vt 0.497808 0.081711</w:t>
        <w:br/>
        <w:t>vt 0.500946 0.081997</w:t>
        <w:br/>
        <w:t>vt 0.923872 0.885036</w:t>
        <w:br/>
        <w:t>vt 0.915002 0.869353</w:t>
        <w:br/>
        <w:t>vt 0.916767 0.868779</w:t>
        <w:br/>
        <w:t>vt 0.813075 0.684763</w:t>
        <w:br/>
        <w:t>vt 0.793717 0.701728</w:t>
        <w:br/>
        <w:t>vt 0.125590 0.087534</w:t>
        <w:br/>
        <w:t>vt 0.124371 0.086894</w:t>
        <w:br/>
        <w:t>vt 0.124817 0.086246</w:t>
        <w:br/>
        <w:t>vt 0.193483 0.128634</w:t>
        <w:br/>
        <w:t>vt 0.193483 0.134411</w:t>
        <w:br/>
        <w:t>vt 0.191313 0.134916</w:t>
        <w:br/>
        <w:t>vt 0.191313 0.129606</w:t>
        <w:br/>
        <w:t>vt 0.193483 0.151740</w:t>
        <w:br/>
        <w:t>vt 0.193483 0.162960</w:t>
        <w:br/>
        <w:t>vt 0.191313 0.162477</w:t>
        <w:br/>
        <w:t>vt 0.191313 0.151554</w:t>
        <w:br/>
        <w:t>vt 0.153074 0.038593</w:t>
        <w:br/>
        <w:t>vt 0.151654 0.037584</w:t>
        <w:br/>
        <w:t>vt 0.152431 0.036987</w:t>
        <w:br/>
        <w:t>vt 0.152964 0.042448</w:t>
        <w:br/>
        <w:t>vt 0.151499 0.043435</w:t>
        <w:br/>
        <w:t>vt 0.086541 0.043204</w:t>
        <w:br/>
        <w:t>vt 0.085071 0.043091</w:t>
        <w:br/>
        <w:t>vt 0.085071 0.037874</w:t>
        <w:br/>
        <w:t>vt 0.086541 0.037651</w:t>
        <w:br/>
        <w:t>vt 0.125693 0.091651</w:t>
        <w:br/>
        <w:t>vt 0.124497 0.092354</w:t>
        <w:br/>
        <w:t>vt 0.085071 0.069965</w:t>
        <w:br/>
        <w:t>vt 0.086541 0.070013</w:t>
        <w:br/>
        <w:t>vt 0.086541 0.070831</w:t>
        <w:br/>
        <w:t>vt 0.085071 0.070883</w:t>
        <w:br/>
        <w:t>vt 0.085071 0.062664</w:t>
        <w:br/>
        <w:t>vt 0.086541 0.062505</w:t>
        <w:br/>
        <w:t>vt 0.160977 0.036983</w:t>
        <w:br/>
        <w:t>vt 0.160357 0.038651</w:t>
        <w:br/>
        <w:t>vt 0.125316 0.092919</w:t>
        <w:br/>
        <w:t>vt 0.086541 0.044012</w:t>
        <w:br/>
        <w:t>vt 0.085071 0.043952</w:t>
        <w:br/>
        <w:t>vt 0.086541 0.046706</w:t>
        <w:br/>
        <w:t>vt 0.085071 0.046670</w:t>
        <w:br/>
        <w:t>vt 0.154570 0.044128</w:t>
        <w:br/>
        <w:t>vt 0.158625 0.044086</w:t>
        <w:br/>
        <w:t>vt 0.158171 0.044815</w:t>
        <w:br/>
        <w:t>vt 0.154951 0.044910</w:t>
        <w:br/>
        <w:t>vt 0.086541 0.046706</w:t>
        <w:br/>
        <w:t>vt 0.086541 0.047673</w:t>
        <w:br/>
        <w:t>vt 0.085071 0.047726</w:t>
        <w:br/>
        <w:t>vt 0.085071 0.046670</w:t>
        <w:br/>
        <w:t>vt 0.151983 0.044175</w:t>
        <w:br/>
        <w:t>vt 0.133175 0.091594</w:t>
        <w:br/>
        <w:t>vt 0.134310 0.092176</w:t>
        <w:br/>
        <w:t>vt 0.133518 0.092928</w:t>
        <w:br/>
        <w:t>vt 0.085071 0.061512</w:t>
        <w:br/>
        <w:t>vt 0.085071 0.056477</w:t>
        <w:br/>
        <w:t>vt 0.086541 0.056447</w:t>
        <w:br/>
        <w:t>vt 0.086541 0.061661</w:t>
        <w:br/>
        <w:t>vt 0.161139 0.044068</w:t>
        <w:br/>
        <w:t>vt 0.160256 0.042452</w:t>
        <w:br/>
        <w:t>vt 0.161601 0.043378</w:t>
        <w:br/>
        <w:t>vt 0.085071 0.055690</w:t>
        <w:br/>
        <w:t>vt 0.086541 0.055739</w:t>
        <w:br/>
        <w:t>vt 0.133093 0.087541</w:t>
        <w:br/>
        <w:t>vt 0.133799 0.086328</w:t>
        <w:br/>
        <w:t>vt 0.134218 0.086908</w:t>
        <w:br/>
        <w:t>vt 0.191313 0.145842</w:t>
        <w:br/>
        <w:t>vt 0.193483 0.145641</w:t>
        <w:br/>
        <w:t>vt 0.193483 0.151740</w:t>
        <w:br/>
        <w:t>vt 0.191313 0.151554</w:t>
        <w:br/>
        <w:t>vt 0.086541 0.052262</w:t>
        <w:br/>
        <w:t>vt 0.086541 0.053203</w:t>
        <w:br/>
        <w:t>vt 0.085071 0.053098</w:t>
        <w:br/>
        <w:t>vt 0.085071 0.052066</w:t>
        <w:br/>
        <w:t>vt 0.127412 0.086278</w:t>
        <w:br/>
        <w:t>vt 0.131273 0.086306</w:t>
        <w:br/>
        <w:t>vt 0.130818 0.085427</w:t>
        <w:br/>
        <w:t>vt 0.127786 0.085341</w:t>
        <w:br/>
        <w:t>vt 0.161735 0.037763</w:t>
        <w:br/>
        <w:t>vt 0.129845 0.084667</w:t>
        <w:br/>
        <w:t>vt 0.128734 0.084644</w:t>
        <w:br/>
        <w:t>vt 0.086541 0.049135</w:t>
        <w:br/>
        <w:t>vt 0.086541 0.050708</w:t>
        <w:br/>
        <w:t>vt 0.085071 0.050574</w:t>
        <w:br/>
        <w:t>vt 0.085071 0.049134</w:t>
        <w:br/>
        <w:t>vt 0.157127 0.045593</w:t>
        <w:br/>
        <w:t>vt 0.155950 0.045620</w:t>
        <w:br/>
        <w:t>vt 0.191313 0.134916</w:t>
        <w:br/>
        <w:t>vt 0.193483 0.134411</w:t>
        <w:br/>
        <w:t>vt 0.193483 0.145641</w:t>
        <w:br/>
        <w:t>vt 0.191313 0.145842</w:t>
        <w:br/>
        <w:t>vt 0.117703 0.202590</w:t>
        <w:br/>
        <w:t>vt 0.117703 0.194352</w:t>
        <w:br/>
        <w:t>vt 0.121049 0.195371</w:t>
        <w:br/>
        <w:t>vt 0.121049 0.203906</w:t>
        <w:br/>
        <w:t>vt 0.102920 0.225359</w:t>
        <w:br/>
        <w:t>vt 0.107083 0.223807</w:t>
        <w:br/>
        <w:t>vt 0.107083 0.232718</w:t>
        <w:br/>
        <w:t>vt 0.102920 0.233985</w:t>
        <w:br/>
        <w:t>vt 0.232580 0.170861</w:t>
        <w:br/>
        <w:t>vt 0.230204 0.171305</w:t>
        <w:br/>
        <w:t>vt 0.230204 0.163590</w:t>
        <w:br/>
        <w:t>vt 0.232580 0.163406</w:t>
        <w:br/>
        <w:t>vt 0.219917 0.144432</w:t>
        <w:br/>
        <w:t>vt 0.219917 0.136810</w:t>
        <w:br/>
        <w:t>vt 0.222276 0.137413</w:t>
        <w:br/>
        <w:t>vt 0.222276 0.144771</w:t>
        <w:br/>
        <w:t>vt 0.219917 0.155165</w:t>
        <w:br/>
        <w:t>vt 0.222276 0.155312</w:t>
        <w:br/>
        <w:t>vt 0.107083 0.208855</w:t>
        <w:br/>
        <w:t>vt 0.107083 0.214082</w:t>
        <w:br/>
        <w:t>vt 0.102920 0.212895</w:t>
        <w:br/>
        <w:t>vt 0.102920 0.208378</w:t>
        <w:br/>
        <w:t>vt 0.232580 0.155703</w:t>
        <w:br/>
        <w:t>vt 0.230204 0.155898</w:t>
        <w:br/>
        <w:t>vt 0.230204 0.151750</w:t>
        <w:br/>
        <w:t>vt 0.232580 0.151581</w:t>
        <w:br/>
        <w:t>vt 0.230204 0.151750</w:t>
        <w:br/>
        <w:t>vt 0.230204 0.149980</w:t>
        <w:br/>
        <w:t>vt 0.232580 0.149986</w:t>
        <w:br/>
        <w:t>vt 0.232580 0.151581</w:t>
        <w:br/>
        <w:t>vt 0.222276 0.162139</w:t>
        <w:br/>
        <w:t>vt 0.219917 0.162171</w:t>
        <w:br/>
        <w:t>vt 0.222276 0.162139</w:t>
        <w:br/>
        <w:t>vt 0.222276 0.166355</w:t>
        <w:br/>
        <w:t>vt 0.219917 0.166325</w:t>
        <w:br/>
        <w:t>vt 0.219917 0.162171</w:t>
        <w:br/>
        <w:t>vt 0.107083 0.206426</w:t>
        <w:br/>
        <w:t>vt 0.102920 0.207228</w:t>
        <w:br/>
        <w:t>vt 0.102920 0.202272</w:t>
        <w:br/>
        <w:t>vt 0.107083 0.201815</w:t>
        <w:br/>
        <w:t>vt 0.121049 0.213854</w:t>
        <w:br/>
        <w:t>vt 0.117703 0.215011</w:t>
        <w:br/>
        <w:t>vt 0.230204 0.146129</w:t>
        <w:br/>
        <w:t>vt 0.232580 0.146315</w:t>
        <w:br/>
        <w:t>vt 0.232580 0.138469</w:t>
        <w:br/>
        <w:t>vt 0.230204 0.138106</w:t>
        <w:br/>
        <w:t>vt 0.117703 0.232804</w:t>
        <w:br/>
        <w:t>vt 0.117703 0.226035</w:t>
        <w:br/>
        <w:t>vt 0.121049 0.226523</w:t>
        <w:br/>
        <w:t>vt 0.121049 0.233730</w:t>
        <w:br/>
        <w:t>vt 0.222276 0.180769</w:t>
        <w:br/>
        <w:t>vt 0.219917 0.180836</w:t>
        <w:br/>
        <w:t>vt 0.219917 0.172658</w:t>
        <w:br/>
        <w:t>vt 0.222276 0.172590</w:t>
        <w:br/>
        <w:t>vt 0.102920 0.195539</w:t>
        <w:br/>
        <w:t>vt 0.107083 0.194386</w:t>
        <w:br/>
        <w:t>vt 0.121049 0.221833</w:t>
        <w:br/>
        <w:t>vt 0.117703 0.220808</w:t>
        <w:br/>
        <w:t>vt 0.121049 0.219158</w:t>
        <w:br/>
        <w:t>vt 0.117703 0.219667</w:t>
        <w:br/>
        <w:t>vt 0.228448 0.154771</w:t>
        <w:br/>
        <w:t>vt 0.228448 0.162733</w:t>
        <w:br/>
        <w:t>vt 0.226042 0.162270</w:t>
        <w:br/>
        <w:t>vt 0.226042 0.154187</w:t>
        <w:br/>
        <w:t>vt 0.091667 0.050988</w:t>
        <w:br/>
        <w:t>vt 0.090086 0.051121</w:t>
        <w:br/>
        <w:t>vt 0.090086 0.043436</w:t>
        <w:br/>
        <w:t>vt 0.091668 0.043123</w:t>
        <w:br/>
        <w:t>vt 0.109816 0.213947</w:t>
        <w:br/>
        <w:t>vt 0.109816 0.204140</w:t>
        <w:br/>
        <w:t>vt 0.113566 0.204737</w:t>
        <w:br/>
        <w:t>vt 0.113566 0.216810</w:t>
        <w:br/>
        <w:t>vt 0.113566 0.194241</w:t>
        <w:br/>
        <w:t>vt 0.109816 0.194500</w:t>
        <w:br/>
        <w:t>vt 0.090086 0.037404</w:t>
        <w:br/>
        <w:t>vt 0.091667 0.036958</w:t>
        <w:br/>
        <w:t>vt 0.226042 0.170233</w:t>
        <w:br/>
        <w:t>vt 0.228448 0.170848</w:t>
        <w:br/>
        <w:t>vt 0.228448 0.150364</w:t>
        <w:br/>
        <w:t>vt 0.226042 0.150086</w:t>
        <w:br/>
        <w:t>vt 0.228448 0.150364</w:t>
        <w:br/>
        <w:t>vt 0.226042 0.150086</w:t>
        <w:br/>
        <w:t>vt 0.226042 0.146909</w:t>
        <w:br/>
        <w:t>vt 0.228448 0.146667</w:t>
        <w:br/>
        <w:t>vt 0.113566 0.219809</w:t>
        <w:br/>
        <w:t>vt 0.109816 0.219439</w:t>
        <w:br/>
        <w:t>vt 0.113567 0.223497</w:t>
        <w:br/>
        <w:t>vt 0.109816 0.224370</w:t>
        <w:br/>
        <w:t>vt 0.120586 0.041952</w:t>
        <w:br/>
        <w:t>vt 0.120196 0.038954</w:t>
        <w:br/>
        <w:t>vt 0.126528 0.038954</w:t>
        <w:br/>
        <w:t>vt 0.128532 0.041952</w:t>
        <w:br/>
        <w:t>vt 0.113462 0.041952</w:t>
        <w:br/>
        <w:t>vt 0.113695 0.038954</w:t>
        <w:br/>
        <w:t>vt 0.130102 0.038954</w:t>
        <w:br/>
        <w:t>vt 0.130309 0.041952</w:t>
        <w:br/>
        <w:t>vt 0.132601 0.041952</w:t>
        <w:br/>
        <w:t>vt 0.133146 0.038954</w:t>
        <w:br/>
        <w:t>vt 0.138882 0.038954</w:t>
        <w:br/>
        <w:t>vt 0.138086 0.041952</w:t>
        <w:br/>
        <w:t>vt 0.226042 0.138554</w:t>
        <w:br/>
        <w:t>vt 0.228448 0.138043</w:t>
        <w:br/>
        <w:t>vt 0.091668 0.059884</w:t>
        <w:br/>
        <w:t>vt 0.091668 0.066513</w:t>
        <w:br/>
        <w:t>vt 0.090086 0.066427</w:t>
        <w:br/>
        <w:t>vt 0.090086 0.059844</w:t>
        <w:br/>
        <w:t>vt 0.090086 0.055117</w:t>
        <w:br/>
        <w:t>vt 0.091668 0.055074</w:t>
        <w:br/>
        <w:t>vt 0.091668 0.055074</w:t>
        <w:br/>
        <w:t>vt 0.090086 0.055117</w:t>
        <w:br/>
        <w:t>vt 0.113566 0.231963</w:t>
        <w:br/>
        <w:t>vt 0.109816 0.232906</w:t>
        <w:br/>
        <w:t>vt 0.839345 0.079667</w:t>
        <w:br/>
        <w:t>vt 0.839220 0.077621</w:t>
        <w:br/>
        <w:t>vt 0.837764 0.077622</w:t>
        <w:br/>
        <w:t>vt 0.837804 0.079666</w:t>
        <w:br/>
        <w:t>vt 0.840305 0.079667</w:t>
        <w:br/>
        <w:t>vt 0.840181 0.077622</w:t>
        <w:br/>
        <w:t>vt 0.826211 0.077583</w:t>
        <w:br/>
        <w:t>vt 0.825380 0.077583</w:t>
        <w:br/>
        <w:t>vt 0.825396 0.080797</w:t>
        <w:br/>
        <w:t>vt 0.826231 0.080797</w:t>
        <w:br/>
        <w:t>vt 0.827201 0.080797</w:t>
        <w:br/>
        <w:t>vt 0.827182 0.077583</w:t>
        <w:br/>
        <w:t>vt 0.853718 0.079796</w:t>
        <w:br/>
        <w:t>vt 0.854682 0.079796</w:t>
        <w:br/>
        <w:t>vt 0.854804 0.077583</w:t>
        <w:br/>
        <w:t>vt 0.853842 0.077583</w:t>
        <w:br/>
        <w:t>vt 0.858442 0.079796</w:t>
        <w:br/>
        <w:t>vt 0.858620 0.077583</w:t>
        <w:br/>
        <w:t>vt 0.855969 0.077583</w:t>
        <w:br/>
        <w:t>vt 0.855777 0.079796</w:t>
        <w:br/>
        <w:t>vt 0.863258 0.079796</w:t>
        <w:br/>
        <w:t>vt 0.863285 0.077583</w:t>
        <w:br/>
        <w:t>vt 0.818548 0.097958</w:t>
        <w:br/>
        <w:t>vt 0.818559 0.094979</w:t>
        <w:br/>
        <w:t>vt 0.813940 0.094979</w:t>
        <w:br/>
        <w:t>vt 0.813929 0.097958</w:t>
        <w:br/>
        <w:t>vt 0.829750 0.080797</w:t>
        <w:br/>
        <w:t>vt 0.834162 0.080797</w:t>
        <w:br/>
        <w:t>vt 0.834146 0.077583</w:t>
        <w:br/>
        <w:t>vt 0.829736 0.077583</w:t>
        <w:br/>
        <w:t>vt 0.821648 0.097958</w:t>
        <w:br/>
        <w:t>vt 0.821663 0.094979</w:t>
        <w:br/>
        <w:t>vt 0.823546 0.097958</w:t>
        <w:br/>
        <w:t>vt 0.823563 0.094979</w:t>
        <w:br/>
        <w:t>vt 0.852270 0.079796</w:t>
        <w:br/>
        <w:t>vt 0.852309 0.077583</w:t>
        <w:br/>
        <w:t>vt 0.823949 0.077583</w:t>
        <w:br/>
        <w:t>vt 0.823958 0.080797</w:t>
        <w:br/>
        <w:t>vt 0.826810 0.094979</w:t>
        <w:br/>
        <w:t>vt 0.825128 0.094979</w:t>
        <w:br/>
        <w:t>vt 0.825115 0.097958</w:t>
        <w:br/>
        <w:t>vt 0.826799 0.097958</w:t>
        <w:br/>
        <w:t>vt 0.841280 0.077622</w:t>
        <w:br/>
        <w:t>vt 0.841475 0.079667</w:t>
        <w:br/>
        <w:t>vt 0.844136 0.079667</w:t>
        <w:br/>
        <w:t>vt 0.843957 0.077622</w:t>
        <w:br/>
        <w:t>vt 0.848786 0.079667</w:t>
        <w:br/>
        <w:t>vt 0.848762 0.077622</w:t>
        <w:br/>
        <w:t>vt 0.829376 0.703973</w:t>
        <w:br/>
        <w:t>vt 0.825991 0.702005</w:t>
        <w:br/>
        <w:t>vt 0.828781 0.706505</w:t>
        <w:br/>
        <w:t>vt 0.497808 0.062232</w:t>
        <w:br/>
        <w:t>vt 0.500946 0.062155</w:t>
        <w:br/>
        <w:t>vt 0.500946 0.060602</w:t>
        <w:br/>
        <w:t>vt 0.497808 0.060393</w:t>
        <w:br/>
        <w:t>vt 0.500946 0.064313</w:t>
        <w:br/>
        <w:t>vt 0.500946 0.063107</w:t>
        <w:br/>
        <w:t>vt 0.497808 0.063389</w:t>
        <w:br/>
        <w:t>vt 0.497808 0.064656</w:t>
        <w:br/>
        <w:t>vt 0.936814 0.873599</w:t>
        <w:br/>
        <w:t>vt 0.938308 0.871346</w:t>
        <w:br/>
        <w:t>vt 0.935576 0.873269</w:t>
        <w:br/>
        <w:t>vt 0.937883 0.873161</w:t>
        <w:br/>
        <w:t>vt 0.500946 0.066821</w:t>
        <w:br/>
        <w:t>vt 0.497808 0.066731</w:t>
        <w:br/>
        <w:t>vt 0.933924 0.872063</w:t>
        <w:br/>
        <w:t>vt 0.932056 0.868779</w:t>
        <w:br/>
        <w:t>vt 0.932109 0.872674</w:t>
        <w:br/>
        <w:t>vt 0.500946 0.068972</w:t>
        <w:br/>
        <w:t>vt 0.497808 0.068657</w:t>
        <w:br/>
        <w:t>vt 0.497808 0.072926</w:t>
        <w:br/>
        <w:t>vt 0.500945 0.073415</w:t>
        <w:br/>
        <w:t>vt 0.936283 0.868779</w:t>
        <w:br/>
        <w:t>vt 0.937751 0.869317</w:t>
        <w:br/>
        <w:t>vt 0.500946 0.053269</w:t>
        <w:br/>
        <w:t>vt 0.497808 0.052843</w:t>
        <w:br/>
        <w:t>vt 0.497808 0.056978</w:t>
        <w:br/>
        <w:t>vt 0.500946 0.057370</w:t>
        <w:br/>
        <w:t>vt 0.497808 0.058403</w:t>
        <w:br/>
        <w:t>vt 0.500946 0.058775</w:t>
        <w:br/>
        <w:t>vt 0.822643 0.703730</w:t>
        <w:br/>
        <w:t>vt 0.820927 0.707176</w:t>
        <w:br/>
        <w:t>vt 0.803915 0.707176</w:t>
        <w:br/>
        <w:t>vt 0.500946 0.042410</w:t>
        <w:br/>
        <w:t>vt 0.497808 0.042385</w:t>
        <w:br/>
        <w:t>vt 0.500946 0.037401</w:t>
        <w:br/>
        <w:t>vt 0.497808 0.037899</w:t>
        <w:br/>
        <w:t>vt 0.797065 0.702064</w:t>
        <w:br/>
        <w:t>vt 0.796344 0.707176</w:t>
        <w:br/>
        <w:t>vt 0.794180 0.706457</w:t>
        <w:br/>
        <w:t>vt 0.793327 0.703911</w:t>
        <w:br/>
        <w:t>vt 0.795161 0.701286</w:t>
        <w:br/>
        <w:t>vt 0.497808 0.031064</w:t>
        <w:br/>
        <w:t>vt 0.500946 0.031414</w:t>
        <w:br/>
        <w:t>vt 0.500946 0.030023</w:t>
        <w:br/>
        <w:t>vt 0.497808 0.029584</w:t>
        <w:br/>
        <w:t>vt 0.500946 0.027597</w:t>
        <w:br/>
        <w:t>vt 0.497808 0.026997</w:t>
        <w:br/>
        <w:t>vt 0.800260 0.703707</w:t>
        <w:br/>
        <w:t>vt 0.803925 0.702535</w:t>
        <w:br/>
        <w:t>vt 0.500946 0.025043</w:t>
        <w:br/>
        <w:t>vt 0.497808 0.025151</w:t>
        <w:br/>
        <w:t>vt 0.497808 0.021095</w:t>
        <w:br/>
        <w:t>vt 0.500946 0.020802</w:t>
        <w:br/>
        <w:t>vt 0.815908 0.696994</w:t>
        <w:br/>
        <w:t>vt 0.806793 0.697020</w:t>
        <w:br/>
        <w:t>vt 0.819600 0.702567</w:t>
        <w:br/>
        <w:t>vt 0.826967 0.707176</w:t>
        <w:br/>
        <w:t>vt 0.827607 0.701290</w:t>
        <w:br/>
        <w:t>vt 0.828900 0.701776</w:t>
        <w:br/>
        <w:t>vt 0.921408 0.868779</w:t>
        <w:br/>
        <w:t>vt 0.917241 0.873357</w:t>
        <w:br/>
        <w:t>vt 0.919516 0.872103</w:t>
        <w:br/>
        <w:t>vt 0.914565 0.873253</w:t>
        <w:br/>
        <w:t>vt 0.915766 0.873687</w:t>
        <w:br/>
        <w:t>vt 0.914218 0.871421</w:t>
        <w:br/>
        <w:t>vt 0.500946 0.033926</w:t>
        <w:br/>
        <w:t>vt 0.500946 0.032430</w:t>
        <w:br/>
        <w:t>vt 0.497808 0.032342</w:t>
        <w:br/>
        <w:t>vt 0.497808 0.034177</w:t>
        <w:br/>
        <w:t>vt 0.497808 0.032342</w:t>
        <w:br/>
        <w:t>vt 0.500946 0.032430</w:t>
        <w:br/>
        <w:t>vt 0.500946 0.035778</w:t>
        <w:br/>
        <w:t>vt 0.497808 0.036243</w:t>
        <w:br/>
        <w:t>vt 0.921307 0.872664</w:t>
        <w:br/>
        <w:t>vt 0.923041 0.876478</w:t>
        <w:br/>
        <w:t>vt 0.930067 0.876446</w:t>
        <w:br/>
        <w:t>vt 0.927652 0.884866</w:t>
        <w:br/>
        <w:t>vt 0.925664 0.886578</w:t>
        <w:br/>
        <w:t>vt 0.500946 0.012495</w:t>
        <w:br/>
        <w:t>vt 0.497808 0.012544</w:t>
        <w:br/>
        <w:t>vt 0.808555 0.685070</w:t>
        <w:br/>
        <w:t>vt 0.497808 0.010180</w:t>
        <w:br/>
        <w:t>vt 0.500945 0.010331</w:t>
        <w:br/>
        <w:t>vt 0.810743 0.682925</w:t>
        <w:br/>
        <w:t>vt 0.500945 0.084074</w:t>
        <w:br/>
        <w:t>vt 0.500946 0.081997</w:t>
        <w:br/>
        <w:t>vt 0.497808 0.081711</w:t>
        <w:br/>
        <w:t>vt 0.497808 0.084399</w:t>
        <w:br/>
        <w:t>vt 0.923872 0.885036</w:t>
        <w:br/>
        <w:t>vt 0.915002 0.869353</w:t>
        <w:br/>
        <w:t>vt 0.916767 0.868779</w:t>
        <w:br/>
        <w:t>vt 0.813075 0.684763</w:t>
        <w:br/>
        <w:t>vt 0.793717 0.701728</w:t>
        <w:br/>
        <w:t>vt 0.125590 0.087534</w:t>
        <w:br/>
        <w:t>vt 0.124817 0.086246</w:t>
        <w:br/>
        <w:t>vt 0.124371 0.086894</w:t>
        <w:br/>
        <w:t>vt 0.191313 0.134916</w:t>
        <w:br/>
        <w:t>vt 0.193483 0.134411</w:t>
        <w:br/>
        <w:t>vt 0.193483 0.128634</w:t>
        <w:br/>
        <w:t>vt 0.191313 0.129606</w:t>
        <w:br/>
        <w:t>vt 0.193483 0.151740</w:t>
        <w:br/>
        <w:t>vt 0.191313 0.151554</w:t>
        <w:br/>
        <w:t>vt 0.191313 0.162477</w:t>
        <w:br/>
        <w:t>vt 0.193483 0.162960</w:t>
        <w:br/>
        <w:t>vt 0.153074 0.038593</w:t>
        <w:br/>
        <w:t>vt 0.152431 0.036987</w:t>
        <w:br/>
        <w:t>vt 0.151654 0.037584</w:t>
        <w:br/>
        <w:t>vt 0.152964 0.042448</w:t>
        <w:br/>
        <w:t>vt 0.151499 0.043435</w:t>
        <w:br/>
        <w:t>vt 0.085071 0.037874</w:t>
        <w:br/>
        <w:t>vt 0.085071 0.043091</w:t>
        <w:br/>
        <w:t>vt 0.086541 0.043204</w:t>
        <w:br/>
        <w:t>vt 0.086541 0.037651</w:t>
        <w:br/>
        <w:t>vt 0.124497 0.092354</w:t>
        <w:br/>
        <w:t>vt 0.125693 0.091651</w:t>
        <w:br/>
        <w:t>vt 0.086541 0.070831</w:t>
        <w:br/>
        <w:t>vt 0.086541 0.070013</w:t>
        <w:br/>
        <w:t>vt 0.085071 0.069965</w:t>
        <w:br/>
        <w:t>vt 0.085071 0.070883</w:t>
        <w:br/>
        <w:t>vt 0.086541 0.062505</w:t>
        <w:br/>
        <w:t>vt 0.085071 0.062664</w:t>
        <w:br/>
        <w:t>vt 0.160977 0.036983</w:t>
        <w:br/>
        <w:t>vt 0.160357 0.038651</w:t>
        <w:br/>
        <w:t>vt 0.125315 0.092919</w:t>
        <w:br/>
        <w:t>vt 0.085071 0.043952</w:t>
        <w:br/>
        <w:t>vt 0.086541 0.044012</w:t>
        <w:br/>
        <w:t>vt 0.085071 0.046670</w:t>
        <w:br/>
        <w:t>vt 0.086541 0.046706</w:t>
        <w:br/>
        <w:t>vt 0.154570 0.044128</w:t>
        <w:br/>
        <w:t>vt 0.154951 0.044910</w:t>
        <w:br/>
        <w:t>vt 0.158171 0.044815</w:t>
        <w:br/>
        <w:t>vt 0.158625 0.044086</w:t>
        <w:br/>
        <w:t>vt 0.085071 0.047726</w:t>
        <w:br/>
        <w:t>vt 0.086541 0.047673</w:t>
        <w:br/>
        <w:t>vt 0.086541 0.046706</w:t>
        <w:br/>
        <w:t>vt 0.085071 0.046670</w:t>
        <w:br/>
        <w:t>vt 0.151983 0.044175</w:t>
        <w:br/>
        <w:t>vt 0.133175 0.091594</w:t>
        <w:br/>
        <w:t>vt 0.133518 0.092928</w:t>
        <w:br/>
        <w:t>vt 0.134310 0.092176</w:t>
        <w:br/>
        <w:t>vt 0.085071 0.061512</w:t>
        <w:br/>
        <w:t>vt 0.086541 0.061661</w:t>
        <w:br/>
        <w:t>vt 0.086541 0.056447</w:t>
        <w:br/>
        <w:t>vt 0.085071 0.056477</w:t>
        <w:br/>
        <w:t>vt 0.161139 0.044068</w:t>
        <w:br/>
        <w:t>vt 0.161601 0.043378</w:t>
        <w:br/>
        <w:t>vt 0.160256 0.042452</w:t>
        <w:br/>
        <w:t>vt 0.086541 0.055739</w:t>
        <w:br/>
        <w:t>vt 0.085071 0.055690</w:t>
        <w:br/>
        <w:t>vt 0.133093 0.087541</w:t>
        <w:br/>
        <w:t>vt 0.134218 0.086908</w:t>
        <w:br/>
        <w:t>vt 0.133799 0.086328</w:t>
        <w:br/>
        <w:t>vt 0.191313 0.145842</w:t>
        <w:br/>
        <w:t>vt 0.191313 0.151554</w:t>
        <w:br/>
        <w:t>vt 0.193483 0.151740</w:t>
        <w:br/>
        <w:t>vt 0.193483 0.145641</w:t>
        <w:br/>
        <w:t>vt 0.085071 0.053098</w:t>
        <w:br/>
        <w:t>vt 0.086541 0.053203</w:t>
        <w:br/>
        <w:t>vt 0.086541 0.052262</w:t>
        <w:br/>
        <w:t>vt 0.085071 0.052066</w:t>
        <w:br/>
        <w:t>vt 0.127412 0.086278</w:t>
        <w:br/>
        <w:t>vt 0.131273 0.086306</w:t>
        <w:br/>
        <w:t>vt 0.130818 0.085427</w:t>
        <w:br/>
        <w:t>vt 0.127786 0.085341</w:t>
        <w:br/>
        <w:t>vt 0.161735 0.037763</w:t>
        <w:br/>
        <w:t>vt 0.129845 0.084667</w:t>
        <w:br/>
        <w:t>vt 0.128734 0.084644</w:t>
        <w:br/>
        <w:t>vt 0.085071 0.050574</w:t>
        <w:br/>
        <w:t>vt 0.086541 0.050708</w:t>
        <w:br/>
        <w:t>vt 0.086541 0.049135</w:t>
        <w:br/>
        <w:t>vt 0.085071 0.049134</w:t>
        <w:br/>
        <w:t>vt 0.155950 0.045620</w:t>
        <w:br/>
        <w:t>vt 0.157127 0.045593</w:t>
        <w:br/>
        <w:t>vt 0.193483 0.145641</w:t>
        <w:br/>
        <w:t>vt 0.193483 0.134411</w:t>
        <w:br/>
        <w:t>vt 0.191313 0.134916</w:t>
        <w:br/>
        <w:t>vt 0.191313 0.145842</w:t>
        <w:br/>
        <w:t>vt 0.117703 0.202590</w:t>
        <w:br/>
        <w:t>vt 0.121049 0.203906</w:t>
        <w:br/>
        <w:t>vt 0.121049 0.195371</w:t>
        <w:br/>
        <w:t>vt 0.117703 0.194352</w:t>
        <w:br/>
        <w:t>vt 0.102920 0.225359</w:t>
        <w:br/>
        <w:t>vt 0.102920 0.233985</w:t>
        <w:br/>
        <w:t>vt 0.107083 0.232718</w:t>
        <w:br/>
        <w:t>vt 0.107083 0.223807</w:t>
        <w:br/>
        <w:t>vt 0.232580 0.170861</w:t>
        <w:br/>
        <w:t>vt 0.232580 0.163406</w:t>
        <w:br/>
        <w:t>vt 0.230204 0.163590</w:t>
        <w:br/>
        <w:t>vt 0.230204 0.171305</w:t>
        <w:br/>
        <w:t>vt 0.219917 0.144432</w:t>
        <w:br/>
        <w:t>vt 0.222276 0.144771</w:t>
        <w:br/>
        <w:t>vt 0.222276 0.137413</w:t>
        <w:br/>
        <w:t>vt 0.219917 0.136810</w:t>
        <w:br/>
        <w:t>vt 0.219917 0.155165</w:t>
        <w:br/>
        <w:t>vt 0.222276 0.155312</w:t>
        <w:br/>
        <w:t>vt 0.102920 0.212895</w:t>
        <w:br/>
        <w:t>vt 0.107083 0.214082</w:t>
        <w:br/>
        <w:t>vt 0.107083 0.208855</w:t>
        <w:br/>
        <w:t>vt 0.102920 0.208378</w:t>
        <w:br/>
        <w:t>vt 0.232580 0.155703</w:t>
        <w:br/>
        <w:t>vt 0.232580 0.151581</w:t>
        <w:br/>
        <w:t>vt 0.230204 0.151750</w:t>
        <w:br/>
        <w:t>vt 0.230204 0.155898</w:t>
        <w:br/>
        <w:t>vt 0.232580 0.148993</w:t>
        <w:br/>
        <w:t>vt 0.230204 0.148928</w:t>
        <w:br/>
        <w:t>vt 0.230204 0.151750</w:t>
        <w:br/>
        <w:t>vt 0.232580 0.151581</w:t>
        <w:br/>
        <w:t>vt 0.222276 0.162139</w:t>
        <w:br/>
        <w:t>vt 0.219917 0.162171</w:t>
        <w:br/>
        <w:t>vt 0.219917 0.168297</w:t>
        <w:br/>
        <w:t>vt 0.222276 0.168296</w:t>
        <w:br/>
        <w:t>vt 0.222276 0.162139</w:t>
        <w:br/>
        <w:t>vt 0.219917 0.162171</w:t>
        <w:br/>
        <w:t>vt 0.102920 0.205775</w:t>
        <w:br/>
        <w:t>vt 0.107083 0.205063</w:t>
        <w:br/>
        <w:t>vt 0.121049 0.213854</w:t>
        <w:br/>
        <w:t>vt 0.117703 0.215011</w:t>
        <w:br/>
        <w:t>vt 0.232580 0.144629</w:t>
        <w:br/>
        <w:t>vt 0.230204 0.144382</w:t>
        <w:br/>
        <w:t>vt 0.232580 0.138469</w:t>
        <w:br/>
        <w:t>vt 0.230204 0.138106</w:t>
        <w:br/>
        <w:t>vt 0.121049 0.228392</w:t>
        <w:br/>
        <w:t>vt 0.117703 0.228132</w:t>
        <w:br/>
        <w:t>vt 0.117703 0.232804</w:t>
        <w:br/>
        <w:t>vt 0.121049 0.233730</w:t>
        <w:br/>
        <w:t>vt 0.121049 0.223243</w:t>
        <w:br/>
        <w:t>vt 0.117703 0.222373</w:t>
        <w:br/>
        <w:t>vt 0.222276 0.174943</w:t>
        <w:br/>
        <w:t>vt 0.219917 0.175048</w:t>
        <w:br/>
        <w:t>vt 0.219917 0.180836</w:t>
        <w:br/>
        <w:t>vt 0.222276 0.180769</w:t>
        <w:br/>
        <w:t>vt 0.102920 0.195539</w:t>
        <w:br/>
        <w:t>vt 0.102920 0.200221</w:t>
        <w:br/>
        <w:t>vt 0.107083 0.199931</w:t>
        <w:br/>
        <w:t>vt 0.107083 0.194386</w:t>
        <w:br/>
        <w:t>vt 0.121049 0.219158</w:t>
        <w:br/>
        <w:t>vt 0.117703 0.219667</w:t>
        <w:br/>
        <w:t>vt 0.226042 0.162270</w:t>
        <w:br/>
        <w:t>vt 0.228448 0.162733</w:t>
        <w:br/>
        <w:t>vt 0.228448 0.154771</w:t>
        <w:br/>
        <w:t>vt 0.226042 0.154187</w:t>
        <w:br/>
        <w:t>vt 0.091667 0.050988</w:t>
        <w:br/>
        <w:t>vt 0.091668 0.043123</w:t>
        <w:br/>
        <w:t>vt 0.090086 0.043436</w:t>
        <w:br/>
        <w:t>vt 0.090086 0.051121</w:t>
        <w:br/>
        <w:t>vt 0.113566 0.204737</w:t>
        <w:br/>
        <w:t>vt 0.109816 0.204140</w:t>
        <w:br/>
        <w:t>vt 0.109816 0.213947</w:t>
        <w:br/>
        <w:t>vt 0.113566 0.216810</w:t>
        <w:br/>
        <w:t>vt 0.113566 0.194241</w:t>
        <w:br/>
        <w:t>vt 0.109816 0.194500</w:t>
        <w:br/>
        <w:t>vt 0.090086 0.037404</w:t>
        <w:br/>
        <w:t>vt 0.091667 0.036958</w:t>
        <w:br/>
        <w:t>vt 0.226042 0.170233</w:t>
        <w:br/>
        <w:t>vt 0.228448 0.170848</w:t>
        <w:br/>
        <w:t>vt 0.228448 0.150364</w:t>
        <w:br/>
        <w:t>vt 0.226042 0.150086</w:t>
        <w:br/>
        <w:t>vt 0.228448 0.150364</w:t>
        <w:br/>
        <w:t>vt 0.228448 0.146667</w:t>
        <w:br/>
        <w:t>vt 0.226042 0.146909</w:t>
        <w:br/>
        <w:t>vt 0.226042 0.150086</w:t>
        <w:br/>
        <w:t>vt 0.109816 0.219439</w:t>
        <w:br/>
        <w:t>vt 0.113566 0.219809</w:t>
        <w:br/>
        <w:t>vt 0.113567 0.223497</w:t>
        <w:br/>
        <w:t>vt 0.109816 0.224370</w:t>
        <w:br/>
        <w:t>vt 0.120586 0.041952</w:t>
        <w:br/>
        <w:t>vt 0.128532 0.041952</w:t>
        <w:br/>
        <w:t>vt 0.126528 0.038954</w:t>
        <w:br/>
        <w:t>vt 0.120196 0.038954</w:t>
        <w:br/>
        <w:t>vt 0.113695 0.038954</w:t>
        <w:br/>
        <w:t>vt 0.113462 0.041952</w:t>
        <w:br/>
        <w:t>vt 0.130102 0.038954</w:t>
        <w:br/>
        <w:t>vt 0.130309 0.041952</w:t>
        <w:br/>
        <w:t>vt 0.132601 0.041952</w:t>
        <w:br/>
        <w:t>vt 0.133146 0.038954</w:t>
        <w:br/>
        <w:t>vt 0.138086 0.041952</w:t>
        <w:br/>
        <w:t>vt 0.138882 0.038954</w:t>
        <w:br/>
        <w:t>vt 0.226042 0.138554</w:t>
        <w:br/>
        <w:t>vt 0.228448 0.138043</w:t>
        <w:br/>
        <w:t>vt 0.091668 0.059884</w:t>
        <w:br/>
        <w:t>vt 0.090086 0.059844</w:t>
        <w:br/>
        <w:t>vt 0.090086 0.066427</w:t>
        <w:br/>
        <w:t>vt 0.091668 0.066513</w:t>
        <w:br/>
        <w:t>vt 0.090086 0.055117</w:t>
        <w:br/>
        <w:t>vt 0.091668 0.055074</w:t>
        <w:br/>
        <w:t>vt 0.091668 0.055074</w:t>
        <w:br/>
        <w:t>vt 0.090086 0.055117</w:t>
        <w:br/>
        <w:t>vt 0.113566 0.231963</w:t>
        <w:br/>
        <w:t>vt 0.109816 0.232906</w:t>
        <w:br/>
        <w:t>vt 0.134412 0.125429</w:t>
        <w:br/>
        <w:t>vt 0.136950 0.123221</w:t>
        <w:br/>
        <w:t>vt 0.155173 0.123277</w:t>
        <w:br/>
        <w:t>vt 0.157380 0.125429</w:t>
        <w:br/>
        <w:t>vt 0.136799 0.120428</w:t>
        <w:br/>
        <w:t>vt 0.134443 0.118202</w:t>
        <w:br/>
        <w:t>vt 0.157378 0.118202</w:t>
        <w:br/>
        <w:t>vt 0.155365 0.120451</w:t>
        <w:br/>
        <w:t>vt 0.270935 0.008545</w:t>
        <w:br/>
        <w:t>vt 0.287766 0.008587</w:t>
        <w:br/>
        <w:t>vt 0.291324 0.011313</w:t>
        <w:br/>
        <w:t>vt 0.267430 0.011313</w:t>
        <w:br/>
        <w:t>vt 0.270701 0.005818</w:t>
        <w:br/>
        <w:t>vt 0.288051 0.005899</w:t>
        <w:br/>
        <w:t>vt 0.287766 0.008587</w:t>
        <w:br/>
        <w:t>vt 0.270935 0.008545</w:t>
        <w:br/>
        <w:t>vt 0.157378 0.118202</w:t>
        <w:br/>
        <w:t>vt 0.157380 0.125429</w:t>
        <w:br/>
        <w:t>vt 0.155173 0.123277</w:t>
        <w:br/>
        <w:t>vt 0.155365 0.120451</w:t>
        <w:br/>
        <w:t>vt 0.291324 0.002995</w:t>
        <w:br/>
        <w:t>vt 0.288051 0.005899</w:t>
        <w:br/>
        <w:t>vt 0.270701 0.005818</w:t>
        <w:br/>
        <w:t>vt 0.267430 0.002995</w:t>
        <w:br/>
        <w:t>vt 0.287766 0.008587</w:t>
        <w:br/>
        <w:t>vt 0.288051 0.005899</w:t>
        <w:br/>
        <w:t>vt 0.291324 0.002995</w:t>
        <w:br/>
        <w:t>vt 0.291324 0.011313</w:t>
        <w:br/>
        <w:t>vt 0.136950 0.123221</w:t>
        <w:br/>
        <w:t>vt 0.136799 0.120428</w:t>
        <w:br/>
        <w:t>vt 0.267430 0.002995</w:t>
        <w:br/>
        <w:t>vt 0.267430 0.011313</w:t>
        <w:br/>
        <w:t>vt 0.134412 0.125429</w:t>
        <w:br/>
        <w:t>vt 0.134443 0.118202</w:t>
        <w:br/>
        <w:t>vt 0.177196 0.475476</w:t>
        <w:br/>
        <w:t>vt 0.177196 0.468087</w:t>
        <w:br/>
        <w:t>vt 0.177985 0.468216</w:t>
        <w:br/>
        <w:t>vt 0.177985 0.475567</w:t>
        <w:br/>
        <w:t>vt 0.137858 0.962604</w:t>
        <w:br/>
        <w:t>vt 0.137858 0.963379</w:t>
        <w:br/>
        <w:t>vt 0.135188 0.963379</w:t>
        <w:br/>
        <w:t>vt 0.135189 0.962603</w:t>
        <w:br/>
        <w:t>vt 0.179056 0.461709</w:t>
        <w:br/>
        <w:t>vt 0.177985 0.461340</w:t>
        <w:br/>
        <w:t>vt 0.177985 0.460649</w:t>
        <w:br/>
        <w:t>vt 0.179056 0.460974</w:t>
        <w:br/>
        <w:t>vt 0.170923 0.509296</w:t>
        <w:br/>
        <w:t>vt 0.169620 0.509270</w:t>
        <w:br/>
        <w:t>vt 0.169716 0.508584</w:t>
        <w:br/>
        <w:t>vt 0.170843 0.508540</w:t>
        <w:br/>
        <w:t>vt 0.179056 0.516720</w:t>
        <w:br/>
        <w:t>vt 0.177985 0.517046</w:t>
        <w:br/>
        <w:t>vt 0.177985 0.516354</w:t>
        <w:br/>
        <w:t>vt 0.179056 0.515986</w:t>
        <w:br/>
        <w:t>vt 0.115754 0.963413</w:t>
        <w:br/>
        <w:t>vt 0.113085 0.963423</w:t>
        <w:br/>
        <w:t>vt 0.113082 0.962647</w:t>
        <w:br/>
        <w:t>vt 0.115751 0.962637</w:t>
        <w:br/>
        <w:t>vt 0.177196 0.502219</w:t>
        <w:br/>
        <w:t>vt 0.177985 0.502128</w:t>
        <w:br/>
        <w:t>vt 0.177985 0.509479</w:t>
        <w:br/>
        <w:t>vt 0.177196 0.509608</w:t>
        <w:br/>
        <w:t>vt 0.169716 0.466948</w:t>
        <w:br/>
        <w:t>vt 0.169658 0.466219</w:t>
        <w:br/>
        <w:t>vt 0.170940 0.466298</w:t>
        <w:br/>
        <w:t>vt 0.170844 0.467014</w:t>
        <w:br/>
        <w:t>vt 0.177985 0.501121</w:t>
        <w:br/>
        <w:t>vt 0.177196 0.501127</w:t>
        <w:br/>
        <w:t>vt 0.179056 0.475616</w:t>
        <w:br/>
        <w:t>vt 0.179056 0.468455</w:t>
        <w:br/>
        <w:t>vt 0.179844 0.468570</w:t>
        <w:br/>
        <w:t>vt 0.179844 0.475581</w:t>
        <w:br/>
        <w:t>vt 0.137858 0.960731</w:t>
        <w:br/>
        <w:t>vt 0.137858 0.961507</w:t>
        <w:br/>
        <w:t>vt 0.135189 0.961506</w:t>
        <w:br/>
        <w:t>vt 0.135189 0.960731</w:t>
        <w:br/>
        <w:t>vt 0.113078 0.961550</w:t>
        <w:br/>
        <w:t>vt 0.113075 0.960775</w:t>
        <w:br/>
        <w:t>vt 0.115744 0.960765</w:t>
        <w:br/>
        <w:t>vt 0.115747 0.961541</w:t>
        <w:br/>
        <w:t>vt 0.179844 0.509125</w:t>
        <w:br/>
        <w:t>vt 0.179056 0.509240</w:t>
        <w:br/>
        <w:t>vt 0.179056 0.502078</w:t>
        <w:br/>
        <w:t>vt 0.179844 0.502114</w:t>
        <w:br/>
        <w:t>vt 0.179056 0.501103</w:t>
        <w:br/>
        <w:t>vt 0.179844 0.501088</w:t>
        <w:br/>
        <w:t>vt 0.177196 0.476568</w:t>
        <w:br/>
        <w:t>vt 0.177985 0.476573</w:t>
        <w:br/>
        <w:t>vt 0.179844 0.476607</w:t>
        <w:br/>
        <w:t>vt 0.179056 0.476592</w:t>
        <w:br/>
        <w:t>vt 0.177985 0.477565</w:t>
        <w:br/>
        <w:t>vt 0.177196 0.477656</w:t>
        <w:br/>
        <w:t>vt 0.177196 0.500039</w:t>
        <w:br/>
        <w:t>vt 0.177985 0.500130</w:t>
        <w:br/>
        <w:t>vt 0.179844 0.477658</w:t>
        <w:br/>
        <w:t>vt 0.179056 0.477568</w:t>
        <w:br/>
        <w:t>vt 0.179844 0.500036</w:t>
        <w:br/>
        <w:t>vt 0.179056 0.500128</w:t>
        <w:br/>
        <w:t>vt 0.137864 0.946597</w:t>
        <w:br/>
        <w:t>vt 0.135191 0.948685</w:t>
        <w:br/>
        <w:t>vt 0.134719 0.948211</w:t>
        <w:br/>
        <w:t>vt 0.137552 0.945838</w:t>
        <w:br/>
        <w:t>vt 0.137859 0.953805</w:t>
        <w:br/>
        <w:t>vt 0.135190 0.953805</w:t>
        <w:br/>
        <w:t>vt 0.113133 0.977557</w:t>
        <w:br/>
        <w:t>vt 0.115798 0.975459</w:t>
        <w:br/>
        <w:t>vt 0.116273 0.975931</w:t>
        <w:br/>
        <w:t>vt 0.113448 0.978315</w:t>
        <w:br/>
        <w:t>vt 0.113110 0.970348</w:t>
        <w:br/>
        <w:t>vt 0.115780 0.970339</w:t>
        <w:br/>
        <w:t>vt 0.135189 0.961506</w:t>
        <w:br/>
        <w:t>vt 0.114206 0.978627</w:t>
        <w:br/>
        <w:t>vt 0.136790 0.978587</w:t>
        <w:br/>
        <w:t>vt 0.134714 0.975899</w:t>
        <w:br/>
        <w:t>vt 0.135186 0.975424</w:t>
        <w:br/>
        <w:t>vt 0.137547 0.978272</w:t>
        <w:br/>
        <w:t>vt 0.177196 0.461109</w:t>
        <w:br/>
        <w:t>vt 0.177985 0.460649</w:t>
        <w:br/>
        <w:t>vt 0.168911 0.508632</w:t>
        <w:br/>
        <w:t>vt 0.177196 0.516585</w:t>
        <w:br/>
        <w:t>vt 0.168911 0.466860</w:t>
        <w:br/>
        <w:t>vt 0.179844 0.461854</w:t>
        <w:br/>
        <w:t>vt 0.171712 0.508682</w:t>
        <w:br/>
        <w:t>vt 0.179844 0.515841</w:t>
        <w:br/>
        <w:t>vt 0.171712 0.466899</w:t>
        <w:br/>
        <w:t>vt 0.137859 0.977514</w:t>
        <w:br/>
        <w:t>vt 0.135187 0.970304</w:t>
        <w:br/>
        <w:t>vt 0.137856 0.970305</w:t>
        <w:br/>
        <w:t>vt 0.113329 0.945881</w:t>
        <w:br/>
        <w:t>vt 0.114148 0.945519</w:t>
        <w:br/>
        <w:t>vt 0.116224 0.948208</w:t>
        <w:br/>
        <w:t>vt 0.136795 0.945523</w:t>
        <w:br/>
        <w:t>vt 0.170942 0.497367</w:t>
        <w:br/>
        <w:t>vt 0.169775 0.497358</w:t>
        <w:br/>
        <w:t>vt 0.169716 0.496454</w:t>
        <w:br/>
        <w:t>vt 0.170887 0.496475</w:t>
        <w:br/>
        <w:t>vt 0.168911 0.496768</w:t>
        <w:br/>
        <w:t>vt 0.168911 0.497082</w:t>
        <w:br/>
        <w:t>vt 0.169743 0.479153</w:t>
        <w:br/>
        <w:t>vt 0.169754 0.478253</w:t>
        <w:br/>
        <w:t>vt 0.170922 0.478276</w:t>
        <w:br/>
        <w:t>vt 0.170915 0.479170</w:t>
        <w:br/>
        <w:t>vt 0.168911 0.478788</w:t>
        <w:br/>
        <w:t>vt 0.168911 0.478479</w:t>
        <w:br/>
        <w:t>vt 0.171712 0.497158</w:t>
        <w:br/>
        <w:t>vt 0.171712 0.496838</w:t>
        <w:br/>
        <w:t>vt 0.171712 0.478533</w:t>
        <w:br/>
        <w:t>vt 0.171712 0.478860</w:t>
        <w:br/>
        <w:t>vt 0.169762 0.501965</w:t>
        <w:br/>
        <w:t>vt 0.168911 0.501912</w:t>
        <w:br/>
        <w:t>vt 0.168911 0.473657</w:t>
        <w:br/>
        <w:t>vt 0.169762 0.473630</w:t>
        <w:br/>
        <w:t>vt 0.171712 0.501960</w:t>
        <w:br/>
        <w:t>vt 0.170906 0.501916</w:t>
        <w:br/>
        <w:t>vt 0.170905 0.473711</w:t>
        <w:br/>
        <w:t>vt 0.171712 0.473693</w:t>
        <w:br/>
        <w:t>vt 0.115700 0.948719</w:t>
        <w:br/>
        <w:t>vt 0.113019 0.946640</w:t>
        <w:br/>
        <w:t>vt 0.115719 0.953839</w:t>
        <w:br/>
        <w:t>vt 0.113050 0.953849</w:t>
        <w:br/>
        <w:t>vt 0.115754 0.963413</w:t>
        <w:br/>
        <w:t>vt 0.113085 0.963423</w:t>
        <w:br/>
        <w:t>vt 0.169716 0.466948</w:t>
        <w:br/>
        <w:t>vt 0.179056 0.515986</w:t>
        <w:br/>
        <w:t>vt 0.177985 0.516354</w:t>
        <w:br/>
        <w:t>vt 0.177196 0.516585</w:t>
        <w:br/>
        <w:t>vt 0.168911 0.508632</w:t>
        <w:br/>
        <w:t>vt 0.135188 0.963379</w:t>
        <w:br/>
        <w:t>vt 0.137858 0.963379</w:t>
        <w:br/>
        <w:t>vt 0.177196 0.461109</w:t>
        <w:br/>
        <w:t>vt 0.641347 0.871900</w:t>
        <w:br/>
        <w:t>vt 0.641347 0.856058</w:t>
        <w:br/>
        <w:t>vt 0.654158 0.856058</w:t>
        <w:br/>
        <w:t>vt 0.654158 0.871900</w:t>
        <w:br/>
        <w:t>vt 0.433888 0.930371</w:t>
        <w:br/>
        <w:t>vt 0.437387 0.930371</w:t>
        <w:br/>
        <w:t>vt 0.437387 0.946196</w:t>
        <w:br/>
        <w:t>vt 0.433888 0.946196</w:t>
        <w:br/>
        <w:t>vt 0.118681 0.954229</w:t>
        <w:br/>
        <w:t>vt 0.131393 0.954229</w:t>
        <w:br/>
        <w:t>vt 0.131393 0.970196</w:t>
        <w:br/>
        <w:t>vt 0.118681 0.970196</w:t>
        <w:br/>
        <w:t>vt 0.653875 0.975860</w:t>
        <w:br/>
        <w:t>vt 0.655948 0.975860</w:t>
        <w:br/>
        <w:t>vt 0.655948 0.983424</w:t>
        <w:br/>
        <w:t>vt 0.653875 0.983424</w:t>
        <w:br/>
        <w:t>vt 0.627234 0.849635</w:t>
        <w:br/>
        <w:t>vt 0.627234 0.833616</w:t>
        <w:br/>
        <w:t>vt 0.630727 0.833616</w:t>
        <w:br/>
        <w:t>vt 0.630727 0.849635</w:t>
        <w:br/>
        <w:t>vt 0.642374 0.955002</w:t>
        <w:br/>
        <w:t>vt 0.642374 0.947459</w:t>
        <w:br/>
        <w:t>vt 0.644447 0.947459</w:t>
        <w:br/>
        <w:t>vt 0.644447 0.955002</w:t>
        <w:br/>
        <w:t>vt 0.353902 0.580987</w:t>
        <w:br/>
        <w:t>vt 0.347651 0.580987</w:t>
        <w:br/>
        <w:t>vt 0.347651 0.592101</w:t>
        <w:br/>
        <w:t>vt 0.353902 0.592101</w:t>
        <w:br/>
        <w:t>vt 0.353902 0.602586</w:t>
        <w:br/>
        <w:t>vt 0.347651 0.602586</w:t>
        <w:br/>
        <w:t>vt 0.347651 0.612336</w:t>
        <w:br/>
        <w:t>vt 0.353902 0.612336</w:t>
        <w:br/>
        <w:t>vt 0.353902 0.569425</w:t>
        <w:br/>
        <w:t>vt 0.353902 0.559741</w:t>
        <w:br/>
        <w:t>vt 0.347651 0.559741</w:t>
        <w:br/>
        <w:t>vt 0.347651 0.569425</w:t>
        <w:br/>
        <w:t>vt 0.353902 0.548480</w:t>
        <w:br/>
        <w:t>vt 0.347651 0.548480</w:t>
        <w:br/>
        <w:t>vt 0.347651 0.576109</w:t>
        <w:br/>
        <w:t>vt 0.353902 0.576109</w:t>
        <w:br/>
        <w:t>vt 0.353902 0.573651</w:t>
        <w:br/>
        <w:t>vt 0.347651 0.573651</w:t>
        <w:br/>
        <w:t>vt 0.038454 0.019532</w:t>
        <w:br/>
        <w:t>vt 0.038869 0.015046</w:t>
        <w:br/>
        <w:t>vt 0.033243 0.015808</w:t>
        <w:br/>
        <w:t>vt 0.033490 0.020215</w:t>
        <w:br/>
        <w:t>vt 0.868168 0.169030</w:t>
        <w:br/>
        <w:t>vt 0.862051 0.169030</w:t>
        <w:br/>
        <w:t>vt 0.862051 0.164837</w:t>
        <w:br/>
        <w:t>vt 0.868168 0.164837</w:t>
        <w:br/>
        <w:t>vt 0.868168 0.171326</w:t>
        <w:br/>
        <w:t>vt 0.862051 0.171326</w:t>
        <w:br/>
        <w:t>vt 0.037421 0.021684</w:t>
        <w:br/>
        <w:t>vt 0.035501 0.022140</w:t>
        <w:br/>
        <w:t>vt 0.868168 0.173236</w:t>
        <w:br/>
        <w:t>vt 0.868168 0.176028</w:t>
        <w:br/>
        <w:t>vt 0.862051 0.176028</w:t>
        <w:br/>
        <w:t>vt 0.862051 0.173236</w:t>
        <w:br/>
        <w:t>vt 0.868168 0.173236</w:t>
        <w:br/>
        <w:t>vt 0.862051 0.173236</w:t>
        <w:br/>
        <w:t>vt 0.850522 0.803470</w:t>
        <w:br/>
        <w:t>vt 0.847499 0.801084</w:t>
        <w:br/>
        <w:t>vt 0.848631 0.803103</w:t>
        <w:br/>
        <w:t>vt 0.852379 0.801353</w:t>
        <w:br/>
        <w:t>vt 0.852316 0.797662</w:t>
        <w:br/>
        <w:t>vt 0.846552 0.796964</w:t>
        <w:br/>
        <w:t>vt 0.868168 0.179690</w:t>
        <w:br/>
        <w:t>vt 0.862051 0.179690</w:t>
        <w:br/>
        <w:t>vt 0.353553 0.441321</w:t>
        <w:br/>
        <w:t>vt 0.347730 0.441321</w:t>
        <w:br/>
        <w:t>vt 0.347730 0.451722</w:t>
        <w:br/>
        <w:t>vt 0.353553 0.451722</w:t>
        <w:br/>
        <w:t>vt 0.353553 0.456526</w:t>
        <w:br/>
        <w:t>vt 0.353553 0.451722</w:t>
        <w:br/>
        <w:t>vt 0.347730 0.451722</w:t>
        <w:br/>
        <w:t>vt 0.347730 0.456526</w:t>
        <w:br/>
        <w:t>vt 0.353553 0.456526</w:t>
        <w:br/>
        <w:t>vt 0.347730 0.456526</w:t>
        <w:br/>
        <w:t>vt 0.347730 0.468574</w:t>
        <w:br/>
        <w:t>vt 0.353553 0.468574</w:t>
        <w:br/>
        <w:t>vt 0.353553 0.480406</w:t>
        <w:br/>
        <w:t>vt 0.347730 0.480405</w:t>
        <w:br/>
        <w:t>vt 0.868624 0.139851</w:t>
        <w:br/>
        <w:t>vt 0.873695 0.139851</w:t>
        <w:br/>
        <w:t>vt 0.873695 0.132473</w:t>
        <w:br/>
        <w:t>vt 0.868624 0.132473</w:t>
        <w:br/>
        <w:t>vt 0.868624 0.149825</w:t>
        <w:br/>
        <w:t>vt 0.868624 0.158508</w:t>
        <w:br/>
        <w:t>vt 0.873695 0.158508</w:t>
        <w:br/>
        <w:t>vt 0.873695 0.149825</w:t>
        <w:br/>
        <w:t>vt 0.353553 0.488394</w:t>
        <w:br/>
        <w:t>vt 0.347730 0.488394</w:t>
        <w:br/>
        <w:t>vt 0.353553 0.488394</w:t>
        <w:br/>
        <w:t>vt 0.347730 0.488394</w:t>
        <w:br/>
        <w:t>vt 0.347730 0.518683</w:t>
        <w:br/>
        <w:t>vt 0.353554 0.518683</w:t>
        <w:br/>
        <w:t>vt 0.868624 0.143742</w:t>
        <w:br/>
        <w:t>vt 0.873695 0.143742</w:t>
        <w:br/>
        <w:t>vt 0.873695 0.139851</w:t>
        <w:br/>
        <w:t>vt 0.868624 0.139851</w:t>
        <w:br/>
        <w:t>vt 0.868624 0.143742</w:t>
        <w:br/>
        <w:t>vt 0.868624 0.149825</w:t>
        <w:br/>
        <w:t>vt 0.873695 0.149825</w:t>
        <w:br/>
        <w:t>vt 0.873695 0.143742</w:t>
        <w:br/>
        <w:t>vt 0.353902 0.541256</w:t>
        <w:br/>
        <w:t>vt 0.347651 0.541256</w:t>
        <w:br/>
        <w:t>vt 0.347730 0.533285</w:t>
        <w:br/>
        <w:t>vt 0.353553 0.533285</w:t>
        <w:br/>
        <w:t>vt 0.537717 0.544179</w:t>
        <w:br/>
        <w:t>vt 0.542574 0.539052</w:t>
        <w:br/>
        <w:t>vt 0.537864 0.537861</w:t>
        <w:br/>
        <w:t>vt 0.536480 0.539101</w:t>
        <w:br/>
        <w:t>vt 0.581858 0.819538</w:t>
        <w:br/>
        <w:t>vt 0.578109 0.820564</w:t>
        <w:br/>
        <w:t>vt 0.583681 0.826301</w:t>
        <w:br/>
        <w:t>vt 0.585042 0.822380</w:t>
        <w:br/>
        <w:t>vt 0.533926 0.537737</w:t>
        <w:br/>
        <w:t>vt 0.519093 0.535697</w:t>
        <w:br/>
        <w:t>vt 0.539770 0.531016</w:t>
        <w:br/>
        <w:t>vt 0.536587 0.534590</w:t>
        <w:br/>
        <w:t>vt 0.510085 0.535697</w:t>
        <w:br/>
        <w:t>vt 0.514364 0.502521</w:t>
        <w:br/>
        <w:t>vt 0.510085 0.502521</w:t>
        <w:br/>
        <w:t>vt 0.536989 0.522967</w:t>
        <w:br/>
        <w:t>vt 0.534058 0.523331</w:t>
        <w:br/>
        <w:t>vt 0.532481 0.518714</w:t>
        <w:br/>
        <w:t>vt 0.530779 0.513749</w:t>
        <w:br/>
        <w:t>vt 0.528679 0.508372</w:t>
        <w:br/>
        <w:t>vt 0.525772 0.502994</w:t>
        <w:br/>
        <w:t>vt 0.518456 0.496044</w:t>
        <w:br/>
        <w:t>vt 0.528865 0.495629</w:t>
        <w:br/>
        <w:t>vt 0.523327 0.491272</w:t>
        <w:br/>
        <w:t>vt 0.529025 0.490628</w:t>
        <w:br/>
        <w:t>vt 0.526942 0.489201</w:t>
        <w:br/>
        <w:t>vt 0.611493 0.814222</w:t>
        <w:br/>
        <w:t>vt 0.590936 0.819255</w:t>
        <w:br/>
        <w:t>vt 0.581574 0.809237</w:t>
        <w:br/>
        <w:t>vt 0.584777 0.811992</w:t>
        <w:br/>
        <w:t>vt 0.626111 0.814222</w:t>
        <w:br/>
        <w:t>vt 0.626110 0.766158</w:t>
        <w:br/>
        <w:t>vt 0.618517 0.766158</w:t>
        <w:br/>
        <w:t>vt 0.590093 0.798825</w:t>
        <w:br/>
        <w:t>vt 0.585395 0.797797</w:t>
        <w:br/>
        <w:t>vt 0.593409 0.788954</w:t>
        <w:br/>
        <w:t>vt 0.598784 0.773467</w:t>
        <w:br/>
        <w:t>vt 0.594992 0.782988</w:t>
        <w:br/>
        <w:t>vt 0.604309 0.763932</w:t>
        <w:br/>
        <w:t>vt 0.612060 0.756239</w:t>
        <w:br/>
        <w:t>vt 0.598941 0.753557</w:t>
        <w:br/>
        <w:t>vt 0.604525 0.749396</w:t>
        <w:br/>
        <w:t>vt 0.600691 0.747154</w:t>
        <w:br/>
        <w:t>vt 0.598458 0.748453</w:t>
        <w:br/>
        <w:t>vt 0.353902 0.580987</w:t>
        <w:br/>
        <w:t>vt 0.353902 0.592101</w:t>
        <w:br/>
        <w:t>vt 0.347651 0.592101</w:t>
        <w:br/>
        <w:t>vt 0.347651 0.580987</w:t>
        <w:br/>
        <w:t>vt 0.353902 0.602586</w:t>
        <w:br/>
        <w:t>vt 0.347651 0.602586</w:t>
        <w:br/>
        <w:t>vt 0.347651 0.612336</w:t>
        <w:br/>
        <w:t>vt 0.353902 0.612336</w:t>
        <w:br/>
        <w:t>vt 0.353902 0.569425</w:t>
        <w:br/>
        <w:t>vt 0.347651 0.569425</w:t>
        <w:br/>
        <w:t>vt 0.347651 0.559741</w:t>
        <w:br/>
        <w:t>vt 0.353902 0.559741</w:t>
        <w:br/>
        <w:t>vt 0.347651 0.548480</w:t>
        <w:br/>
        <w:t>vt 0.353902 0.548480</w:t>
        <w:br/>
        <w:t>vt 0.347651 0.576109</w:t>
        <w:br/>
        <w:t>vt 0.347651 0.573651</w:t>
        <w:br/>
        <w:t>vt 0.353902 0.573651</w:t>
        <w:br/>
        <w:t>vt 0.353902 0.576109</w:t>
        <w:br/>
        <w:t>vt 0.038454 0.019532</w:t>
        <w:br/>
        <w:t>vt 0.033490 0.020215</w:t>
        <w:br/>
        <w:t>vt 0.033243 0.015808</w:t>
        <w:br/>
        <w:t>vt 0.038869 0.015046</w:t>
        <w:br/>
        <w:t>vt 0.868168 0.169030</w:t>
        <w:br/>
        <w:t>vt 0.868168 0.164837</w:t>
        <w:br/>
        <w:t>vt 0.862051 0.164837</w:t>
        <w:br/>
        <w:t>vt 0.862051 0.169030</w:t>
        <w:br/>
        <w:t>vt 0.862051 0.171326</w:t>
        <w:br/>
        <w:t>vt 0.868168 0.171326</w:t>
        <w:br/>
        <w:t>vt 0.037421 0.021684</w:t>
        <w:br/>
        <w:t>vt 0.035501 0.022140</w:t>
        <w:br/>
        <w:t>vt 0.868168 0.173236</w:t>
        <w:br/>
        <w:t>vt 0.862051 0.173236</w:t>
        <w:br/>
        <w:t>vt 0.862051 0.176028</w:t>
        <w:br/>
        <w:t>vt 0.868168 0.176028</w:t>
        <w:br/>
        <w:t>vt 0.862051 0.173236</w:t>
        <w:br/>
        <w:t>vt 0.868168 0.173236</w:t>
        <w:br/>
        <w:t>vt 0.850522 0.803470</w:t>
        <w:br/>
        <w:t>vt 0.848631 0.803103</w:t>
        <w:br/>
        <w:t>vt 0.847499 0.801084</w:t>
        <w:br/>
        <w:t>vt 0.852379 0.801353</w:t>
        <w:br/>
        <w:t>vt 0.846552 0.796964</w:t>
        <w:br/>
        <w:t>vt 0.852316 0.797662</w:t>
        <w:br/>
        <w:t>vt 0.862051 0.179690</w:t>
        <w:br/>
        <w:t>vt 0.868168 0.179690</w:t>
        <w:br/>
        <w:t>vt 0.347730 0.451722</w:t>
        <w:br/>
        <w:t>vt 0.347730 0.441321</w:t>
        <w:br/>
        <w:t>vt 0.353553 0.441321</w:t>
        <w:br/>
        <w:t>vt 0.353553 0.451722</w:t>
        <w:br/>
        <w:t>vt 0.347730 0.451722</w:t>
        <w:br/>
        <w:t>vt 0.353553 0.451722</w:t>
        <w:br/>
        <w:t>vt 0.353553 0.456526</w:t>
        <w:br/>
        <w:t>vt 0.347730 0.456526</w:t>
        <w:br/>
        <w:t>vt 0.353553 0.456526</w:t>
        <w:br/>
        <w:t>vt 0.353553 0.468574</w:t>
        <w:br/>
        <w:t>vt 0.347730 0.468574</w:t>
        <w:br/>
        <w:t>vt 0.347730 0.456526</w:t>
        <w:br/>
        <w:t>vt 0.353553 0.480406</w:t>
        <w:br/>
        <w:t>vt 0.347730 0.480405</w:t>
        <w:br/>
        <w:t>vt 0.868624 0.139851</w:t>
        <w:br/>
        <w:t>vt 0.868624 0.132473</w:t>
        <w:br/>
        <w:t>vt 0.873695 0.132473</w:t>
        <w:br/>
        <w:t>vt 0.873695 0.139851</w:t>
        <w:br/>
        <w:t>vt 0.868624 0.149825</w:t>
        <w:br/>
        <w:t>vt 0.873695 0.149825</w:t>
        <w:br/>
        <w:t>vt 0.873695 0.158508</w:t>
        <w:br/>
        <w:t>vt 0.868624 0.158508</w:t>
        <w:br/>
        <w:t>vt 0.353553 0.488394</w:t>
        <w:br/>
        <w:t>vt 0.347730 0.488394</w:t>
        <w:br/>
        <w:t>vt 0.353553 0.488394</w:t>
        <w:br/>
        <w:t>vt 0.353554 0.518683</w:t>
        <w:br/>
        <w:t>vt 0.347730 0.518683</w:t>
        <w:br/>
        <w:t>vt 0.347730 0.488394</w:t>
        <w:br/>
        <w:t>vt 0.873695 0.139851</w:t>
        <w:br/>
        <w:t>vt 0.873695 0.143742</w:t>
        <w:br/>
        <w:t>vt 0.868624 0.143742</w:t>
        <w:br/>
        <w:t>vt 0.868624 0.139851</w:t>
        <w:br/>
        <w:t>vt 0.868624 0.143742</w:t>
        <w:br/>
        <w:t>vt 0.873695 0.143742</w:t>
        <w:br/>
        <w:t>vt 0.873695 0.149825</w:t>
        <w:br/>
        <w:t>vt 0.868624 0.149825</w:t>
        <w:br/>
        <w:t>vt 0.537864 0.537861</w:t>
        <w:br/>
        <w:t>vt 0.542574 0.539052</w:t>
        <w:br/>
        <w:t>vt 0.537717 0.544179</w:t>
        <w:br/>
        <w:t>vt 0.536480 0.539101</w:t>
        <w:br/>
        <w:t>vt 0.581858 0.819538</w:t>
        <w:br/>
        <w:t>vt 0.585042 0.822380</w:t>
        <w:br/>
        <w:t>vt 0.583681 0.826301</w:t>
        <w:br/>
        <w:t>vt 0.578109 0.820564</w:t>
        <w:br/>
        <w:t>vt 0.533926 0.537737</w:t>
        <w:br/>
        <w:t>vt 0.519093 0.535697</w:t>
        <w:br/>
        <w:t>vt 0.536587 0.534590</w:t>
        <w:br/>
        <w:t>vt 0.539770 0.531016</w:t>
        <w:br/>
        <w:t>vt 0.514364 0.502521</w:t>
        <w:br/>
        <w:t>vt 0.534058 0.523331</w:t>
        <w:br/>
        <w:t>vt 0.536989 0.522967</w:t>
        <w:br/>
        <w:t>vt 0.532481 0.518714</w:t>
        <w:br/>
        <w:t>vt 0.530779 0.513749</w:t>
        <w:br/>
        <w:t>vt 0.528679 0.508372</w:t>
        <w:br/>
        <w:t>vt 0.518456 0.496044</w:t>
        <w:br/>
        <w:t>vt 0.525772 0.502994</w:t>
        <w:br/>
        <w:t>vt 0.523327 0.491272</w:t>
        <w:br/>
        <w:t>vt 0.528865 0.495629</w:t>
        <w:br/>
        <w:t>vt 0.526942 0.489201</w:t>
        <w:br/>
        <w:t>vt 0.529025 0.490628</w:t>
        <w:br/>
        <w:t>vt 0.590936 0.819255</w:t>
        <w:br/>
        <w:t>vt 0.611493 0.814222</w:t>
        <w:br/>
        <w:t>vt 0.581574 0.809237</w:t>
        <w:br/>
        <w:t>vt 0.584777 0.811992</w:t>
        <w:br/>
        <w:t>vt 0.618517 0.766158</w:t>
        <w:br/>
        <w:t>vt 0.590093 0.798825</w:t>
        <w:br/>
        <w:t>vt 0.585395 0.797797</w:t>
        <w:br/>
        <w:t>vt 0.593409 0.788954</w:t>
        <w:br/>
        <w:t>vt 0.594992 0.782988</w:t>
        <w:br/>
        <w:t>vt 0.598784 0.773467</w:t>
        <w:br/>
        <w:t>vt 0.604309 0.763932</w:t>
        <w:br/>
        <w:t>vt 0.612060 0.756239</w:t>
        <w:br/>
        <w:t>vt 0.598941 0.753557</w:t>
        <w:br/>
        <w:t>vt 0.604525 0.749396</w:t>
        <w:br/>
        <w:t>vt 0.600691 0.747154</w:t>
        <w:br/>
        <w:t>vt 0.598458 0.748453</w:t>
        <w:br/>
        <w:t>vt 0.282178 0.138365</w:t>
        <w:br/>
        <w:t>vt 0.279471 0.139325</w:t>
        <w:br/>
        <w:t>vt 0.275475 0.125159</w:t>
        <w:br/>
        <w:t>vt 0.278285 0.124563</w:t>
        <w:br/>
        <w:t>vt 0.343242 0.439158</w:t>
        <w:br/>
        <w:t>vt 0.343242 0.460317</w:t>
        <w:br/>
        <w:t>vt 0.332390 0.460295</w:t>
        <w:br/>
        <w:t>vt 0.332390 0.440715</w:t>
        <w:br/>
        <w:t>vt 0.462001 0.406923</w:t>
        <w:br/>
        <w:t>vt 0.462148 0.426962</w:t>
        <w:br/>
        <w:t>vt 0.457771 0.427114</w:t>
        <w:br/>
        <w:t>vt 0.457622 0.406836</w:t>
        <w:br/>
        <w:t>vt 0.433190 0.417154</w:t>
        <w:br/>
        <w:t>vt 0.451353 0.398724</w:t>
        <w:br/>
        <w:t>vt 0.442917 0.393177</w:t>
        <w:br/>
        <w:t>vt 0.433001 0.391279</w:t>
        <w:br/>
        <w:t>vt 0.332390 0.576567</w:t>
        <w:br/>
        <w:t>vt 0.332390 0.566781</w:t>
        <w:br/>
        <w:t>vt 0.343242 0.566733</w:t>
        <w:br/>
        <w:t>vt 0.343242 0.576571</w:t>
        <w:br/>
        <w:t>vt 0.414760 0.398992</w:t>
        <w:br/>
        <w:t>vt 0.423114 0.393322</w:t>
        <w:br/>
        <w:t>vt 0.332390 0.557033</w:t>
        <w:br/>
        <w:t>vt 0.343242 0.556813</w:t>
        <w:br/>
        <w:t>vt 0.332390 0.547368</w:t>
        <w:br/>
        <w:t>vt 0.343242 0.546436</w:t>
        <w:br/>
        <w:t>vt 0.408611 0.407249</w:t>
        <w:br/>
        <w:t>vt 0.343242 0.586445</w:t>
        <w:br/>
        <w:t>vt 0.332390 0.586352</w:t>
        <w:br/>
        <w:t>vt 0.262440 0.144541</w:t>
        <w:br/>
        <w:t>vt 0.265137 0.143167</w:t>
        <w:br/>
        <w:t>vt 0.271956 0.151817</w:t>
        <w:br/>
        <w:t>vt 0.265430 0.155142</w:t>
        <w:br/>
        <w:t>vt 0.343242 0.596497</w:t>
        <w:br/>
        <w:t>vt 0.332390 0.596021</w:t>
        <w:br/>
        <w:t>vt 0.267103 0.140865</w:t>
        <w:br/>
        <w:t>vt 0.276713 0.146248</w:t>
        <w:br/>
        <w:t>vt 0.258128 0.155717</w:t>
        <w:br/>
        <w:t>vt 0.259423 0.144779</w:t>
        <w:br/>
        <w:t>vt 0.251162 0.153453</w:t>
        <w:br/>
        <w:t>vt 0.256544 0.143843</w:t>
        <w:br/>
        <w:t>vt 0.850084 0.163282</w:t>
        <w:br/>
        <w:t>vt 0.857036 0.163468</w:t>
        <w:br/>
        <w:t>vt 0.850084 0.165034</w:t>
        <w:br/>
        <w:t>vt 0.850084 0.161584</w:t>
        <w:br/>
        <w:t>vt 0.857036 0.160420</w:t>
        <w:br/>
        <w:t>vt 0.343242 0.607697</w:t>
        <w:br/>
        <w:t>vt 0.332390 0.605200</w:t>
        <w:br/>
        <w:t>vt 0.332390 0.609066</w:t>
        <w:br/>
        <w:t>vt 0.343242 0.612532</w:t>
        <w:br/>
        <w:t>vt 0.408758 0.427419</w:t>
        <w:br/>
        <w:t>vt 0.404353 0.423761</w:t>
        <w:br/>
        <w:t>vt 0.404259 0.410972</w:t>
        <w:br/>
        <w:t>vt 0.332390 0.541569</w:t>
        <w:br/>
        <w:t>vt 0.332390 0.528898</w:t>
        <w:br/>
        <w:t>vt 0.343242 0.529060</w:t>
        <w:br/>
        <w:t>vt 0.343242 0.541407</w:t>
        <w:br/>
        <w:t>vt 0.332390 0.523099</w:t>
        <w:br/>
        <w:t>vt 0.343242 0.524031</w:t>
        <w:br/>
        <w:t>vt 0.415028 0.435585</w:t>
        <w:br/>
        <w:t>vt 0.343242 0.513654</w:t>
        <w:br/>
        <w:t>vt 0.332390 0.513433</w:t>
        <w:br/>
        <w:t>vt 0.239196 0.138281</w:t>
        <w:br/>
        <w:t>vt 0.241209 0.134862</w:t>
        <w:br/>
        <w:t>vt 0.245184 0.148954</w:t>
        <w:br/>
        <w:t>vt 0.241680 0.147091</w:t>
        <w:br/>
        <w:t>vt 0.423464 0.441133</w:t>
        <w:br/>
        <w:t>vt 0.343242 0.503734</w:t>
        <w:br/>
        <w:t>vt 0.332390 0.503685</w:t>
        <w:br/>
        <w:t>vt 0.332390 0.493900</w:t>
        <w:br/>
        <w:t>vt 0.343242 0.493895</w:t>
        <w:br/>
        <w:t>vt 0.258229 0.129609</w:t>
        <w:br/>
        <w:t>vt 0.255532 0.130983</w:t>
        <w:br/>
        <w:t>vt 0.248713 0.122333</w:t>
        <w:br/>
        <w:t>vt 0.255240 0.119008</w:t>
        <w:br/>
        <w:t>vt 0.262542 0.118433</w:t>
        <w:br/>
        <w:t>vt 0.261247 0.129372</w:t>
        <w:br/>
        <w:t>vt 0.857036 0.150543</w:t>
        <w:br/>
        <w:t>vt 0.850084 0.149507</w:t>
        <w:br/>
        <w:t>vt 0.850084 0.147750</w:t>
        <w:br/>
        <w:t>vt 0.857036 0.147128</w:t>
        <w:br/>
        <w:t>vt 0.269507 0.120696</w:t>
        <w:br/>
        <w:t>vt 0.264125 0.130307</w:t>
        <w:br/>
        <w:t>vt 0.850084 0.151259</w:t>
        <w:br/>
        <w:t>vt 0.850084 0.153033</w:t>
        <w:br/>
        <w:t>vt 0.857036 0.153960</w:t>
        <w:br/>
        <w:t>vt 0.850084 0.154811</w:t>
        <w:br/>
        <w:t>vt 0.332390 0.484072</w:t>
        <w:br/>
        <w:t>vt 0.343242 0.484041</w:t>
        <w:br/>
        <w:t>vt 0.443267 0.440988</w:t>
        <w:br/>
        <w:t>vt 0.433380 0.443029</w:t>
        <w:br/>
        <w:t>vt 0.332390 0.474349</w:t>
        <w:br/>
        <w:t>vt 0.343242 0.474057</w:t>
        <w:br/>
        <w:t>vt 0.451621 0.435317</w:t>
        <w:br/>
        <w:t>vt 0.243956 0.127902</w:t>
        <w:br/>
        <w:t>vt 0.253567 0.133285</w:t>
        <w:br/>
        <w:t>vt 0.332390 0.464705</w:t>
        <w:br/>
        <w:t>vt 0.343242 0.463567</w:t>
        <w:br/>
        <w:t>vt 0.332390 0.460295</w:t>
        <w:br/>
        <w:t>vt 0.343242 0.460317</w:t>
        <w:br/>
        <w:t>vt 0.267801 0.134970</w:t>
        <w:br/>
        <w:t>vt 0.266427 0.132273</w:t>
        <w:br/>
        <w:t>vt 0.268038 0.137987</w:t>
        <w:br/>
        <w:t>vt 0.850084 0.144095</w:t>
        <w:br/>
        <w:t>vt 0.857027 0.143828</w:t>
        <w:br/>
        <w:t>vt 0.850069 0.145955</w:t>
        <w:br/>
        <w:t>vt 0.850084 0.142309</w:t>
        <w:br/>
        <w:t>vt 0.850084 0.140392</w:t>
        <w:br/>
        <w:t>vt 0.857036 0.140653</w:t>
        <w:br/>
        <w:t>vt 0.857036 0.166337</w:t>
        <w:br/>
        <w:t>vt 0.850084 0.166913</w:t>
        <w:br/>
        <w:t>vt 0.850084 0.138339</w:t>
        <w:br/>
        <w:t>vt 0.857036 0.157260</w:t>
        <w:br/>
        <w:t>vt 0.850084 0.156529</w:t>
        <w:br/>
        <w:t>vt 0.850084 0.158230</w:t>
        <w:br/>
        <w:t>vt 0.850084 0.159948</w:t>
        <w:br/>
        <w:t>vt 0.252869 0.139181</w:t>
        <w:br/>
        <w:t>vt 0.254243 0.141878</w:t>
        <w:br/>
        <w:t>vt 0.252631 0.136163</w:t>
        <w:br/>
        <w:t>vt 0.420142 0.581650</w:t>
        <w:br/>
        <w:t>vt 0.416372 0.581650</w:t>
        <w:br/>
        <w:t>vt 0.416372 0.580100</w:t>
        <w:br/>
        <w:t>vt 0.420143 0.580100</w:t>
        <w:br/>
        <w:t>vt 0.420142 0.583565</w:t>
        <w:br/>
        <w:t>vt 0.416372 0.583565</w:t>
        <w:br/>
        <w:t>vt 0.420142 0.585114</w:t>
        <w:br/>
        <w:t>vt 0.416372 0.585114</w:t>
        <w:br/>
        <w:t>vt 0.420142 0.567960</w:t>
        <w:br/>
        <w:t>vt 0.420142 0.569742</w:t>
        <w:br/>
        <w:t>vt 0.416371 0.569742</w:t>
        <w:br/>
        <w:t>vt 0.416371 0.567960</w:t>
        <w:br/>
        <w:t>vt 0.420142 0.571523</w:t>
        <w:br/>
        <w:t>vt 0.416371 0.571523</w:t>
        <w:br/>
        <w:t>vt 0.420142 0.573073</w:t>
        <w:br/>
        <w:t>vt 0.416371 0.573073</w:t>
        <w:br/>
        <w:t>vt 0.420142 0.574988</w:t>
        <w:br/>
        <w:t>vt 0.416372 0.574988</w:t>
        <w:br/>
        <w:t>vt 0.420142 0.576537</w:t>
        <w:br/>
        <w:t>vt 0.416372 0.576537</w:t>
        <w:br/>
        <w:t>vt 0.420142 0.578318</w:t>
        <w:br/>
        <w:t>vt 0.416372 0.578319</w:t>
        <w:br/>
        <w:t>vt 0.377391 0.575853</w:t>
        <w:br/>
        <w:t>vt 0.379388 0.576260</w:t>
        <w:br/>
        <w:t>vt 0.378825 0.577957</w:t>
        <w:br/>
        <w:t>vt 0.376764 0.577957</w:t>
        <w:br/>
        <w:t>vt 0.499711 0.591136</w:t>
        <w:br/>
        <w:t>vt 0.499147 0.589439</w:t>
        <w:br/>
        <w:t>vt 0.501145 0.589032</w:t>
        <w:br/>
        <w:t>vt 0.501771 0.591136</w:t>
        <w:br/>
        <w:t>vt 0.490681 0.591134</w:t>
        <w:br/>
        <w:t>vt 0.490109 0.587951</w:t>
        <w:br/>
        <w:t>vt 0.494371 0.589438</w:t>
        <w:br/>
        <w:t>vt 0.493807 0.591134</w:t>
        <w:br/>
        <w:t>vt 0.387854 0.577955</w:t>
        <w:br/>
        <w:t>vt 0.384728 0.577955</w:t>
        <w:br/>
        <w:t>vt 0.384164 0.576259</w:t>
        <w:br/>
        <w:t>vt 0.388426 0.574772</w:t>
        <w:br/>
        <w:t>vt 0.379606 0.573131</w:t>
        <w:br/>
        <w:t>vt 0.380864 0.575211</w:t>
        <w:br/>
        <w:t>vt 0.384706 0.572796</w:t>
        <w:br/>
        <w:t>vt 0.382688 0.575211</w:t>
        <w:br/>
        <w:t>vt 0.428966 0.574901</w:t>
        <w:br/>
        <w:t>vt 0.426747 0.575538</w:t>
        <w:br/>
        <w:t>vt 0.427090 0.567353</w:t>
        <w:br/>
        <w:t>vt 0.431724 0.570367</w:t>
        <w:br/>
        <w:t>vt 0.427000 0.562886</w:t>
        <w:br/>
        <w:t>vt 0.430754 0.562359</w:t>
        <w:br/>
        <w:t>vt 0.390426 0.571485</w:t>
        <w:br/>
        <w:t>vt 0.388011 0.568850</w:t>
        <w:br/>
        <w:t>vt 0.425824 0.557570</w:t>
        <w:br/>
        <w:t>vt 0.429271 0.555862</w:t>
        <w:br/>
        <w:t>vt 0.423084 0.553050</w:t>
        <w:br/>
        <w:t>vt 0.426099 0.550257</w:t>
        <w:br/>
        <w:t>vt 0.419144 0.549978</w:t>
        <w:br/>
        <w:t>vt 0.421108 0.546255</w:t>
        <w:br/>
        <w:t>vt 0.414433 0.548723</w:t>
        <w:br/>
        <w:t>vt 0.414898 0.544441</w:t>
        <w:br/>
        <w:t>vt 0.409614 0.549572</w:t>
        <w:br/>
        <w:t>vt 0.408573 0.545294</w:t>
        <w:br/>
        <w:t>vt 0.405579 0.552347</w:t>
        <w:br/>
        <w:t>vt 0.403021 0.548498</w:t>
        <w:br/>
        <w:t>vt 0.403083 0.556450</w:t>
        <w:br/>
        <w:t>vt 0.398921 0.553433</w:t>
        <w:br/>
        <w:t>vt 0.402653 0.561732</w:t>
        <w:br/>
        <w:t>vt 0.396689 0.559307</w:t>
        <w:br/>
        <w:t>vt 0.396209 0.563684</w:t>
        <w:br/>
        <w:t>vt 0.404681 0.567058</w:t>
        <w:br/>
        <w:t>vt 0.396573 0.568559</w:t>
        <w:br/>
        <w:t>vt 0.393583 0.569198</w:t>
        <w:br/>
        <w:t>vt 0.391431 0.565754</w:t>
        <w:br/>
        <w:t>vt 0.402249 0.569342</w:t>
        <w:br/>
        <w:t>vt 0.408090 0.567495</w:t>
        <w:br/>
        <w:t>vt 0.404615 0.572705</w:t>
        <w:br/>
        <w:t>vt 0.407712 0.573649</w:t>
        <w:br/>
        <w:t>vt 0.410204 0.571781</w:t>
        <w:br/>
        <w:t>vt 0.410362 0.569388</w:t>
        <w:br/>
        <w:t>vt 0.427090 0.588558</w:t>
        <w:br/>
        <w:t>vt 0.426747 0.580372</w:t>
        <w:br/>
        <w:t>vt 0.428966 0.581010</w:t>
        <w:br/>
        <w:t>vt 0.431724 0.585544</w:t>
        <w:br/>
        <w:t>vt 0.430754 0.593552</w:t>
        <w:br/>
        <w:t>vt 0.427000 0.593025</w:t>
        <w:br/>
        <w:t>vt 0.379389 0.579653</w:t>
        <w:br/>
        <w:t>vt 0.377390 0.580171</w:t>
        <w:br/>
        <w:t>vt 0.380865 0.580701</w:t>
        <w:br/>
        <w:t>vt 0.379604 0.582666</w:t>
        <w:br/>
        <w:t>vt 0.384706 0.583114</w:t>
        <w:br/>
        <w:t>vt 0.382689 0.580701</w:t>
        <w:br/>
        <w:t>vt 0.384164 0.579652</w:t>
        <w:br/>
        <w:t>vt 0.425824 0.598341</w:t>
        <w:br/>
        <w:t>vt 0.429271 0.600049</w:t>
        <w:br/>
        <w:t>vt 0.423084 0.602861</w:t>
        <w:br/>
        <w:t>vt 0.426099 0.605654</w:t>
        <w:br/>
        <w:t>vt 0.419144 0.605933</w:t>
        <w:br/>
        <w:t>vt 0.421108 0.609656</w:t>
        <w:br/>
        <w:t>vt 0.414898 0.611470</w:t>
        <w:br/>
        <w:t>vt 0.414433 0.607188</w:t>
        <w:br/>
        <w:t>vt 0.408573 0.610617</w:t>
        <w:br/>
        <w:t>vt 0.409614 0.606339</w:t>
        <w:br/>
        <w:t>vt 0.403021 0.607413</w:t>
        <w:br/>
        <w:t>vt 0.405579 0.603564</w:t>
        <w:br/>
        <w:t>vt 0.398921 0.602478</w:t>
        <w:br/>
        <w:t>vt 0.403083 0.599461</w:t>
        <w:br/>
        <w:t>vt 0.396689 0.596603</w:t>
        <w:br/>
        <w:t>vt 0.402653 0.594179</w:t>
        <w:br/>
        <w:t>vt 0.396209 0.592227</w:t>
        <w:br/>
        <w:t>vt 0.404681 0.588853</w:t>
        <w:br/>
        <w:t>vt 0.396573 0.587352</w:t>
        <w:br/>
        <w:t>vt 0.388426 0.581139</w:t>
        <w:br/>
        <w:t>vt 0.390426 0.584426</w:t>
        <w:br/>
        <w:t>vt 0.388011 0.587061</w:t>
        <w:br/>
        <w:t>vt 0.393583 0.586713</w:t>
        <w:br/>
        <w:t>vt 0.391431 0.590157</w:t>
        <w:br/>
        <w:t>vt 0.402249 0.586569</w:t>
        <w:br/>
        <w:t>vt 0.404615 0.583105</w:t>
        <w:br/>
        <w:t>vt 0.408090 0.588356</w:t>
        <w:br/>
        <w:t>vt 0.407763 0.582284</w:t>
        <w:br/>
        <w:t>vt 0.410204 0.584130</w:t>
        <w:br/>
        <w:t>vt 0.410362 0.586522</w:t>
        <w:br/>
        <w:t>vt 0.497672 0.588390</w:t>
        <w:br/>
        <w:t>vt 0.498929 0.586310</w:t>
        <w:br/>
        <w:t>vt 0.493829 0.585975</w:t>
        <w:br/>
        <w:t>vt 0.495847 0.588390</w:t>
        <w:br/>
        <w:t>vt 0.451444 0.580531</w:t>
        <w:br/>
        <w:t>vt 0.451786 0.588717</w:t>
        <w:br/>
        <w:t>vt 0.449567 0.588080</w:t>
        <w:br/>
        <w:t>vt 0.446810 0.583546</w:t>
        <w:br/>
        <w:t>vt 0.447779 0.575538</w:t>
        <w:br/>
        <w:t>vt 0.451534 0.576065</w:t>
        <w:br/>
        <w:t>vt 0.488109 0.584664</w:t>
        <w:br/>
        <w:t>vt 0.490524 0.582029</w:t>
        <w:br/>
        <w:t>vt 0.452710 0.570749</w:t>
        <w:br/>
        <w:t>vt 0.449262 0.569040</w:t>
        <w:br/>
        <w:t>vt 0.455449 0.566228</w:t>
        <w:br/>
        <w:t>vt 0.452435 0.563435</w:t>
        <w:br/>
        <w:t>vt 0.459389 0.563156</w:t>
        <w:br/>
        <w:t>vt 0.457426 0.559433</w:t>
        <w:br/>
        <w:t>vt 0.463636 0.557619</w:t>
        <w:br/>
        <w:t>vt 0.464101 0.561901</w:t>
        <w:br/>
        <w:t>vt 0.469961 0.558472</w:t>
        <w:br/>
        <w:t>vt 0.468920 0.562750</w:t>
        <w:br/>
        <w:t>vt 0.475513 0.561676</w:t>
        <w:br/>
        <w:t>vt 0.472955 0.565525</w:t>
        <w:br/>
        <w:t>vt 0.479613 0.566611</w:t>
        <w:br/>
        <w:t>vt 0.475451 0.569628</w:t>
        <w:br/>
        <w:t>vt 0.481845 0.572486</w:t>
        <w:br/>
        <w:t>vt 0.475881 0.574911</w:t>
        <w:br/>
        <w:t>vt 0.482326 0.576862</w:t>
        <w:br/>
        <w:t>vt 0.484951 0.582377</w:t>
        <w:br/>
        <w:t>vt 0.487103 0.578932</w:t>
        <w:br/>
        <w:t>vt 0.481961 0.581737</w:t>
        <w:br/>
        <w:t>vt 0.473853 0.580236</w:t>
        <w:br/>
        <w:t>vt 0.476285 0.582520</w:t>
        <w:br/>
        <w:t>vt 0.473919 0.585884</w:t>
        <w:br/>
        <w:t>vt 0.470444 0.580673</w:t>
        <w:br/>
        <w:t>vt 0.470822 0.586827</w:t>
        <w:br/>
        <w:t>vt 0.468331 0.584960</w:t>
        <w:br/>
        <w:t>vt 0.468173 0.582567</w:t>
        <w:br/>
        <w:t>vt 0.449567 0.594189</w:t>
        <w:br/>
        <w:t>vt 0.451786 0.593552</w:t>
        <w:br/>
        <w:t>vt 0.451444 0.601737</w:t>
        <w:br/>
        <w:t>vt 0.446810 0.598723</w:t>
        <w:br/>
        <w:t>vt 0.451534 0.606204</w:t>
        <w:br/>
        <w:t>vt 0.447779 0.606731</w:t>
        <w:br/>
        <w:t>vt 0.501145 0.593350</w:t>
        <w:br/>
        <w:t>vt 0.499146 0.592832</w:t>
        <w:br/>
        <w:t>vt 0.498932 0.595845</w:t>
        <w:br/>
        <w:t>vt 0.497670 0.593881</w:t>
        <w:br/>
        <w:t>vt 0.493829 0.596293</w:t>
        <w:br/>
        <w:t>vt 0.495846 0.593880</w:t>
        <w:br/>
        <w:t>vt 0.494371 0.592831</w:t>
        <w:br/>
        <w:t>vt 0.452710 0.611520</w:t>
        <w:br/>
        <w:t>vt 0.449262 0.613229</w:t>
        <w:br/>
        <w:t>vt 0.455449 0.616040</w:t>
        <w:br/>
        <w:t>vt 0.452435 0.618834</w:t>
        <w:br/>
        <w:t>vt 0.459389 0.619113</w:t>
        <w:br/>
        <w:t>vt 0.457426 0.622836</w:t>
        <w:br/>
        <w:t>vt 0.464101 0.620368</w:t>
        <w:br/>
        <w:t>vt 0.463636 0.624650</w:t>
        <w:br/>
        <w:t>vt 0.468920 0.619519</w:t>
        <w:br/>
        <w:t>vt 0.469961 0.623797</w:t>
        <w:br/>
        <w:t>vt 0.472955 0.616743</w:t>
        <w:br/>
        <w:t>vt 0.475513 0.620593</w:t>
        <w:br/>
        <w:t>vt 0.475451 0.612640</w:t>
        <w:br/>
        <w:t>vt 0.479613 0.615657</w:t>
        <w:br/>
        <w:t>vt 0.475881 0.607358</w:t>
        <w:br/>
        <w:t>vt 0.481845 0.609783</w:t>
        <w:br/>
        <w:t>vt 0.482326 0.605406</w:t>
        <w:br/>
        <w:t>vt 0.473853 0.602032</w:t>
        <w:br/>
        <w:t>vt 0.481961 0.600532</w:t>
        <w:br/>
        <w:t>vt 0.490109 0.594318</w:t>
        <w:br/>
        <w:t>vt 0.488109 0.597605</w:t>
        <w:br/>
        <w:t>vt 0.490524 0.600240</w:t>
        <w:br/>
        <w:t>vt 0.484951 0.599892</w:t>
        <w:br/>
        <w:t>vt 0.487103 0.603336</w:t>
        <w:br/>
        <w:t>vt 0.476285 0.599748</w:t>
        <w:br/>
        <w:t>vt 0.470444 0.601535</w:t>
        <w:br/>
        <w:t>vt 0.473919 0.596284</w:t>
        <w:br/>
        <w:t>vt 0.470771 0.595463</w:t>
        <w:br/>
        <w:t>vt 0.468173 0.599702</w:t>
        <w:br/>
        <w:t>vt 0.468331 0.597309</w:t>
        <w:br/>
        <w:t>vt 0.322666 0.574615</w:t>
        <w:br/>
        <w:t>vt 0.319079 0.574613</w:t>
        <w:br/>
        <w:t>vt 0.319079 0.568902</w:t>
        <w:br/>
        <w:t>vt 0.322666 0.568903</w:t>
        <w:br/>
        <w:t>vt 0.322666 0.580389</w:t>
        <w:br/>
        <w:t>vt 0.319079 0.580387</w:t>
        <w:br/>
        <w:t>vt 0.319079 0.563173</w:t>
        <w:br/>
        <w:t>vt 0.322666 0.563171</w:t>
        <w:br/>
        <w:t>vt 0.322666 0.586096</w:t>
        <w:br/>
        <w:t>vt 0.319079 0.586096</w:t>
        <w:br/>
        <w:t>vt 0.322666 0.591889</w:t>
        <w:br/>
        <w:t>vt 0.319079 0.591888</w:t>
        <w:br/>
        <w:t>vt 0.328686 0.462802</w:t>
        <w:br/>
        <w:t>vt 0.325100 0.462802</w:t>
        <w:br/>
        <w:t>vt 0.325100 0.458413</w:t>
        <w:br/>
        <w:t>vt 0.328686 0.458413</w:t>
        <w:br/>
        <w:t>vt 0.328686 0.467087</w:t>
        <w:br/>
        <w:t>vt 0.325100 0.467087</w:t>
        <w:br/>
        <w:t>vt 0.325100 0.453766</w:t>
        <w:br/>
        <w:t>vt 0.328686 0.453766</w:t>
        <w:br/>
        <w:t>vt 0.328686 0.471389</w:t>
        <w:br/>
        <w:t>vt 0.325100 0.471389</w:t>
        <w:br/>
        <w:t>vt 0.328686 0.475700</w:t>
        <w:br/>
        <w:t>vt 0.325100 0.475700</w:t>
        <w:br/>
        <w:t>vt 0.322666 0.597859</w:t>
        <w:br/>
        <w:t>vt 0.319079 0.597859</w:t>
        <w:br/>
        <w:t>vt 0.325100 0.448973</w:t>
        <w:br/>
        <w:t>vt 0.328686 0.448973</w:t>
        <w:br/>
        <w:t>vt 0.325100 0.445038</w:t>
        <w:br/>
        <w:t>vt 0.328686 0.445038</w:t>
        <w:br/>
        <w:t>vt 0.322666 0.605059</w:t>
        <w:br/>
        <w:t>vt 0.319079 0.605058</w:t>
        <w:br/>
        <w:t>vt 0.325100 0.437822</w:t>
        <w:br/>
        <w:t>vt 0.328686 0.437822</w:t>
        <w:br/>
        <w:t>vt 0.322666 0.610182</w:t>
        <w:br/>
        <w:t>vt 0.319079 0.610184</w:t>
        <w:br/>
        <w:t>vt 0.319079 0.557416</w:t>
        <w:br/>
        <w:t>vt 0.322666 0.557416</w:t>
        <w:br/>
        <w:t>vt 0.328686 0.479935</w:t>
        <w:br/>
        <w:t>vt 0.325100 0.479935</w:t>
        <w:br/>
        <w:t>vt 0.328686 0.484609</w:t>
        <w:br/>
        <w:t>vt 0.325100 0.484609</w:t>
        <w:br/>
        <w:t>vt 0.319079 0.551794</w:t>
        <w:br/>
        <w:t>vt 0.322666 0.551796</w:t>
        <w:br/>
        <w:t>vt 0.319079 0.547860</w:t>
        <w:br/>
        <w:t>vt 0.322666 0.547860</w:t>
        <w:br/>
        <w:t>vt 0.328686 0.489636</w:t>
        <w:br/>
        <w:t>vt 0.325100 0.489636</w:t>
        <w:br/>
        <w:t>vt 0.322666 0.547860</w:t>
        <w:br/>
        <w:t>vt 0.319079 0.547860</w:t>
        <w:br/>
        <w:t>vt 0.319079 0.543200</w:t>
        <w:br/>
        <w:t>vt 0.322666 0.543202</w:t>
        <w:br/>
        <w:t>vt 0.319079 0.539076</w:t>
        <w:br/>
        <w:t>vt 0.322666 0.539078</w:t>
        <w:br/>
        <w:t>vt 0.325100 0.489636</w:t>
        <w:br/>
        <w:t>vt 0.328686 0.489636</w:t>
        <w:br/>
        <w:t>vt 0.328686 0.492671</w:t>
        <w:br/>
        <w:t>vt 0.325100 0.492671</w:t>
        <w:br/>
        <w:t>vt 0.325100 0.511758</w:t>
        <w:br/>
        <w:t>vt 0.325100 0.506676</w:t>
        <w:br/>
        <w:t>vt 0.328686 0.506676</w:t>
        <w:br/>
        <w:t>vt 0.328686 0.511758</w:t>
        <w:br/>
        <w:t>vt 0.328686 0.514464</w:t>
        <w:br/>
        <w:t>vt 0.325100 0.514464</w:t>
        <w:br/>
        <w:t>vt 0.325100 0.503033</w:t>
        <w:br/>
        <w:t>vt 0.328686 0.503033</w:t>
        <w:br/>
        <w:t>vt 0.328686 0.517908</w:t>
        <w:br/>
        <w:t>vt 0.325100 0.517908</w:t>
        <w:br/>
        <w:t>vt 0.325100 0.500165</w:t>
        <w:br/>
        <w:t>vt 0.328686 0.500165</w:t>
        <w:br/>
        <w:t>vt 0.328686 0.495288</w:t>
        <w:br/>
        <w:t>vt 0.328686 0.497410</w:t>
        <w:br/>
        <w:t>vt 0.325100 0.497410</w:t>
        <w:br/>
        <w:t>vt 0.325100 0.495288</w:t>
        <w:br/>
        <w:t>vt 0.328686 0.521302</w:t>
        <w:br/>
        <w:t>vt 0.325100 0.521302</w:t>
        <w:br/>
        <w:t>vt 0.319079 0.534474</w:t>
        <w:br/>
        <w:t>vt 0.322666 0.534474</w:t>
        <w:br/>
        <w:t>vt 0.319079 0.529887</w:t>
        <w:br/>
        <w:t>vt 0.322666 0.529887</w:t>
        <w:br/>
        <w:t>vt 0.328686 0.524155</w:t>
        <w:br/>
        <w:t>vt 0.325100 0.524155</w:t>
        <w:br/>
        <w:t>vt 0.328686 0.527009</w:t>
        <w:br/>
        <w:t>vt 0.325100 0.527009</w:t>
        <w:br/>
        <w:t>vt 0.319079 0.526736</w:t>
        <w:br/>
        <w:t>vt 0.322666 0.526732</w:t>
        <w:br/>
        <w:t>vt 0.319079 0.524770</w:t>
        <w:br/>
        <w:t>vt 0.322666 0.524766</w:t>
        <w:br/>
        <w:t>vt 0.319079 0.522715</w:t>
        <w:br/>
        <w:t>vt 0.322666 0.522712</w:t>
        <w:br/>
        <w:t>vt 0.319079 0.519740</w:t>
        <w:br/>
        <w:t>vt 0.322666 0.519739</w:t>
        <w:br/>
        <w:t>vt 0.328686 0.530404</w:t>
        <w:br/>
        <w:t>vt 0.325100 0.530404</w:t>
        <w:br/>
        <w:t>vt 0.319079 0.475015</w:t>
        <w:br/>
        <w:t>vt 0.319079 0.469225</w:t>
        <w:br/>
        <w:t>vt 0.322666 0.469225</w:t>
        <w:br/>
        <w:t>vt 0.322666 0.475015</w:t>
        <w:br/>
        <w:t>vt 0.322666 0.480750</w:t>
        <w:br/>
        <w:t>vt 0.319079 0.480750</w:t>
        <w:br/>
        <w:t>vt 0.319079 0.463495</w:t>
        <w:br/>
        <w:t>vt 0.322666 0.463495</w:t>
        <w:br/>
        <w:t>vt 0.322666 0.486468</w:t>
        <w:br/>
        <w:t>vt 0.319079 0.486467</w:t>
        <w:br/>
        <w:t>vt 0.319079 0.457747</w:t>
        <w:br/>
        <w:t>vt 0.322666 0.457746</w:t>
        <w:br/>
        <w:t>vt 0.328686 0.585428</w:t>
        <w:br/>
        <w:t>vt 0.325100 0.585428</w:t>
        <w:br/>
        <w:t>vt 0.325100 0.581109</w:t>
        <w:br/>
        <w:t>vt 0.328686 0.581109</w:t>
        <w:br/>
        <w:t>vt 0.328686 0.589840</w:t>
        <w:br/>
        <w:t>vt 0.325100 0.589840</w:t>
        <w:br/>
        <w:t>vt 0.325100 0.576775</w:t>
        <w:br/>
        <w:t>vt 0.328686 0.576775</w:t>
        <w:br/>
        <w:t>vt 0.328686 0.594511</w:t>
        <w:br/>
        <w:t>vt 0.325100 0.594511</w:t>
        <w:br/>
        <w:t>vt 0.325100 0.572447</w:t>
        <w:br/>
        <w:t>vt 0.328686 0.572447</w:t>
        <w:br/>
        <w:t>vt 0.319079 0.451784</w:t>
        <w:br/>
        <w:t>vt 0.322666 0.451783</w:t>
        <w:br/>
        <w:t>vt 0.328686 0.599335</w:t>
        <w:br/>
        <w:t>vt 0.325100 0.599335</w:t>
        <w:br/>
        <w:t>vt 0.328686 0.603292</w:t>
        <w:br/>
        <w:t>vt 0.325100 0.603292</w:t>
        <w:br/>
        <w:t>vt 0.319079 0.444564</w:t>
        <w:br/>
        <w:t>vt 0.322666 0.444564</w:t>
        <w:br/>
        <w:t>vt 0.328686 0.610524</w:t>
        <w:br/>
        <w:t>vt 0.325100 0.610524</w:t>
        <w:br/>
        <w:t>vt 0.319079 0.439434</w:t>
        <w:br/>
        <w:t>vt 0.322666 0.439435</w:t>
        <w:br/>
        <w:t>vt 0.322666 0.492205</w:t>
        <w:br/>
        <w:t>vt 0.319079 0.492205</w:t>
        <w:br/>
        <w:t>vt 0.325100 0.568208</w:t>
        <w:br/>
        <w:t>vt 0.328686 0.568208</w:t>
        <w:br/>
        <w:t>vt 0.325100 0.563531</w:t>
        <w:br/>
        <w:t>vt 0.328686 0.563531</w:t>
        <w:br/>
        <w:t>vt 0.322666 0.497829</w:t>
        <w:br/>
        <w:t>vt 0.319079 0.497830</w:t>
        <w:br/>
        <w:t>vt 0.322666 0.501768</w:t>
        <w:br/>
        <w:t>vt 0.319079 0.501766</w:t>
        <w:br/>
        <w:t>vt 0.325100 0.558503</w:t>
        <w:br/>
        <w:t>vt 0.328686 0.558503</w:t>
        <w:br/>
        <w:t>vt 0.322666 0.501768</w:t>
        <w:br/>
        <w:t>vt 0.322666 0.506430</w:t>
        <w:br/>
        <w:t>vt 0.319079 0.506431</w:t>
        <w:br/>
        <w:t>vt 0.319079 0.501766</w:t>
        <w:br/>
        <w:t>vt 0.322666 0.510565</w:t>
        <w:br/>
        <w:t>vt 0.319079 0.510564</w:t>
        <w:br/>
        <w:t>vt 0.325100 0.558503</w:t>
        <w:br/>
        <w:t>vt 0.325100 0.555470</w:t>
        <w:br/>
        <w:t>vt 0.328686 0.555470</w:t>
        <w:br/>
        <w:t>vt 0.328686 0.558503</w:t>
        <w:br/>
        <w:t>vt 0.325100 0.552897</w:t>
        <w:br/>
        <w:t>vt 0.328686 0.552897</w:t>
        <w:br/>
        <w:t>vt 0.328686 0.536527</w:t>
        <w:br/>
        <w:t>vt 0.325100 0.536527</w:t>
        <w:br/>
        <w:t>vt 0.325100 0.533839</w:t>
        <w:br/>
        <w:t>vt 0.328686 0.533839</w:t>
        <w:br/>
        <w:t>vt 0.328686 0.541555</w:t>
        <w:br/>
        <w:t>vt 0.325100 0.541555</w:t>
        <w:br/>
        <w:t>vt 0.328686 0.545241</w:t>
        <w:br/>
        <w:t>vt 0.325100 0.545241</w:t>
        <w:br/>
        <w:t>vt 0.325100 0.550794</w:t>
        <w:br/>
        <w:t>vt 0.328686 0.550794</w:t>
        <w:br/>
        <w:t>vt 0.322666 0.515168</w:t>
        <w:br/>
        <w:t>vt 0.319079 0.515168</w:t>
        <w:br/>
        <w:t>vt 0.328686 0.548097</w:t>
        <w:br/>
        <w:t>vt 0.325100 0.548097</w:t>
        <w:br/>
        <w:t>vt 0.473069 0.426346</w:t>
        <w:br/>
        <w:t>vt 0.473069 0.415615</w:t>
        <w:br/>
        <w:t>vt 0.477412 0.415615</w:t>
        <w:br/>
        <w:t>vt 0.477412 0.426346</w:t>
        <w:br/>
        <w:t>vt 0.473069 0.435135</w:t>
        <w:br/>
        <w:t>vt 0.477412 0.435135</w:t>
        <w:br/>
        <w:t>vt 0.477412 0.441325</w:t>
        <w:br/>
        <w:t>vt 0.473069 0.441325</w:t>
        <w:br/>
        <w:t>vt 0.473069 0.426346</w:t>
        <w:br/>
        <w:t>vt 0.477412 0.426346</w:t>
        <w:br/>
        <w:t>vt 0.473069 0.411586</w:t>
        <w:br/>
        <w:t>vt 0.477412 0.411586</w:t>
        <w:br/>
        <w:t>vt 0.473069 0.411586</w:t>
        <w:br/>
        <w:t>vt 0.473069 0.409002</w:t>
        <w:br/>
        <w:t>vt 0.477412 0.409002</w:t>
        <w:br/>
        <w:t>vt 0.477412 0.411586</w:t>
        <w:br/>
        <w:t>vt 0.473069 0.403171</w:t>
        <w:br/>
        <w:t>vt 0.477412 0.403171</w:t>
        <w:br/>
        <w:t>vt 0.473069 0.397427</w:t>
        <w:br/>
        <w:t>vt 0.473069 0.392473</w:t>
        <w:br/>
        <w:t>vt 0.477412 0.392473</w:t>
        <w:br/>
        <w:t>vt 0.477412 0.397427</w:t>
        <w:br/>
        <w:t>vt 0.473069 0.400227</w:t>
        <w:br/>
        <w:t>vt 0.477412 0.400227</w:t>
        <w:br/>
        <w:t>vt 0.473069 0.400227</w:t>
        <w:br/>
        <w:t>vt 0.477412 0.400227</w:t>
        <w:br/>
        <w:t>vt 0.169607 0.226754</w:t>
        <w:br/>
        <w:t>vt 0.161030 0.224823</w:t>
        <w:br/>
        <w:t>vt 0.163068 0.218241</w:t>
        <w:br/>
        <w:t>vt 0.159037 0.218241</w:t>
        <w:br/>
        <w:t>vt 0.155833 0.221456</w:t>
        <w:br/>
        <w:t>vt 0.155833 0.211676</w:t>
        <w:br/>
        <w:t>vt 0.158910 0.215660</w:t>
        <w:br/>
        <w:t>vt 0.162763 0.208416</w:t>
        <w:br/>
        <w:t>vt 0.162850 0.211359</w:t>
        <w:br/>
        <w:t>vt 0.160035 0.209049</w:t>
        <w:br/>
        <w:t>vt 0.172078 0.241047</w:t>
        <w:br/>
        <w:t>vt 0.165539 0.249559</w:t>
        <w:br/>
        <w:t>vt 0.163501 0.242977</w:t>
        <w:br/>
        <w:t>vt 0.161509 0.249559</w:t>
        <w:br/>
        <w:t>vt 0.158305 0.246344</w:t>
        <w:br/>
        <w:t>vt 0.158305 0.256125</w:t>
        <w:br/>
        <w:t>vt 0.161381 0.252140</w:t>
        <w:br/>
        <w:t>vt 0.165235 0.259385</w:t>
        <w:br/>
        <w:t>vt 0.162507 0.258751</w:t>
        <w:br/>
        <w:t>vt 0.165322 0.256442</w:t>
        <w:br/>
        <w:t>vt 0.037613 0.365721</w:t>
        <w:br/>
        <w:t>vt 0.041958 0.365721</w:t>
        <w:br/>
        <w:t>vt 0.041958 0.374515</w:t>
        <w:br/>
        <w:t>vt 0.037613 0.374515</w:t>
        <w:br/>
        <w:t>vt 0.037613 0.359527</w:t>
        <w:br/>
        <w:t>vt 0.041958 0.359527</w:t>
        <w:br/>
        <w:t>vt 0.037613 0.385252</w:t>
        <w:br/>
        <w:t>vt 0.037613 0.374515</w:t>
        <w:br/>
        <w:t>vt 0.041958 0.374515</w:t>
        <w:br/>
        <w:t>vt 0.041958 0.385252</w:t>
        <w:br/>
        <w:t>vt 0.037613 0.389283</w:t>
        <w:br/>
        <w:t>vt 0.041958 0.389283</w:t>
        <w:br/>
        <w:t>vt 0.037613 0.389283</w:t>
        <w:br/>
        <w:t>vt 0.041958 0.389283</w:t>
        <w:br/>
        <w:t>vt 0.041958 0.391868</w:t>
        <w:br/>
        <w:t>vt 0.037613 0.391868</w:t>
        <w:br/>
        <w:t>vt 0.041958 0.397703</w:t>
        <w:br/>
        <w:t>vt 0.037613 0.397703</w:t>
        <w:br/>
        <w:t>vt 0.037613 0.403451</w:t>
        <w:br/>
        <w:t>vt 0.037613 0.400648</w:t>
        <w:br/>
        <w:t>vt 0.041958 0.400649</w:t>
        <w:br/>
        <w:t>vt 0.041958 0.403450</w:t>
        <w:br/>
        <w:t>vt 0.041958 0.400649</w:t>
        <w:br/>
        <w:t>vt 0.037613 0.400648</w:t>
        <w:br/>
        <w:t>vt 0.037613 0.408407</w:t>
        <w:br/>
        <w:t>vt 0.041958 0.408407</w:t>
        <w:br/>
        <w:t>vt 0.180679 0.244629</w:t>
        <w:br/>
        <w:t>vt 0.187215 0.236122</w:t>
        <w:br/>
        <w:t>vt 0.189252 0.242700</w:t>
        <w:br/>
        <w:t>vt 0.191243 0.236122</w:t>
        <w:br/>
        <w:t>vt 0.194445 0.239335</w:t>
        <w:br/>
        <w:t>vt 0.194445 0.229560</w:t>
        <w:br/>
        <w:t>vt 0.191370 0.233542</w:t>
        <w:br/>
        <w:t>vt 0.187519 0.226302</w:t>
        <w:br/>
        <w:t>vt 0.190246 0.226935</w:t>
        <w:br/>
        <w:t>vt 0.187432 0.229243</w:t>
        <w:br/>
        <w:t>vt 0.171913 0.249384</w:t>
        <w:br/>
        <w:t>vt 0.180493 0.251315</w:t>
        <w:br/>
        <w:t>vt 0.178454 0.257899</w:t>
        <w:br/>
        <w:t>vt 0.182486 0.257899</w:t>
        <w:br/>
        <w:t>vt 0.185690 0.254683</w:t>
        <w:br/>
        <w:t>vt 0.185690 0.264466</w:t>
        <w:br/>
        <w:t>vt 0.182613 0.260480</w:t>
        <w:br/>
        <w:t>vt 0.178758 0.267727</w:t>
        <w:br/>
        <w:t>vt 0.178671 0.264783</w:t>
        <w:br/>
        <w:t>vt 0.181488 0.267093</w:t>
        <w:br/>
        <w:t>vt 0.674975 0.580831</w:t>
        <w:br/>
        <w:t>vt 0.672690 0.575870</w:t>
        <w:br/>
        <w:t>vt 0.673601 0.575246</w:t>
        <w:br/>
        <w:t>vt 0.678201 0.578621</w:t>
        <w:br/>
        <w:t>vt 0.677636 0.576206</w:t>
        <w:br/>
        <w:t>vt 0.674059 0.572052</w:t>
        <w:br/>
        <w:t>vt 0.677527 0.570711</w:t>
        <w:br/>
        <w:t>vt 0.678203 0.575987</w:t>
        <w:br/>
        <w:t>vt 0.681076 0.572101</w:t>
        <w:br/>
        <w:t>vt 0.682180 0.572101</w:t>
        <w:br/>
        <w:t>vt 0.683099 0.577485</w:t>
        <w:br/>
        <w:t>vt 0.679189 0.577485</w:t>
        <w:br/>
        <w:t>vt 0.671572 0.563918</w:t>
        <w:br/>
        <w:t>vt 0.675290 0.563919</w:t>
        <w:br/>
        <w:t>vt 0.673451 0.569083</w:t>
        <w:br/>
        <w:t>vt 0.672843 0.569083</w:t>
        <w:br/>
        <w:t>vt 0.964577 0.854632</w:t>
        <w:br/>
        <w:t>vt 0.960514 0.854632</w:t>
        <w:br/>
        <w:t>vt 0.960525 0.847506</w:t>
        <w:br/>
        <w:t>vt 0.964586 0.847506</w:t>
        <w:br/>
        <w:t>vt 0.964577 0.854632</w:t>
        <w:br/>
        <w:t>vt 0.964575 0.856071</w:t>
        <w:br/>
        <w:t>vt 0.960514 0.856071</w:t>
        <w:br/>
        <w:t>vt 0.960514 0.854632</w:t>
        <w:br/>
        <w:t>vt 0.964575 0.856071</w:t>
        <w:br/>
        <w:t>vt 0.964568 0.863515</w:t>
        <w:br/>
        <w:t>vt 0.960505 0.863515</w:t>
        <w:br/>
        <w:t>vt 0.960514 0.856071</w:t>
        <w:br/>
        <w:t>vt 0.769890 0.833468</w:t>
        <w:br/>
        <w:t>vt 0.769890 0.828924</w:t>
        <w:br/>
        <w:t>vt 0.777649 0.828919</w:t>
        <w:br/>
        <w:t>vt 0.777649 0.833461</w:t>
        <w:br/>
        <w:t>vt 0.769890 0.833468</w:t>
        <w:br/>
        <w:t>vt 0.769002 0.833468</w:t>
        <w:br/>
        <w:t>vt 0.769002 0.828927</w:t>
        <w:br/>
        <w:t>vt 0.769890 0.828924</w:t>
        <w:br/>
        <w:t>vt 0.761007 0.833473</w:t>
        <w:br/>
        <w:t>vt 0.761007 0.828932</w:t>
        <w:br/>
        <w:t>vt 0.769002 0.828927</w:t>
        <w:br/>
        <w:t>vt 0.769002 0.833468</w:t>
        <w:br/>
        <w:t>vt 0.889178 0.438042</w:t>
        <w:br/>
        <w:t>vt 0.892331 0.438042</w:t>
        <w:br/>
        <w:t>vt 0.892330 0.442509</w:t>
        <w:br/>
        <w:t>vt 0.889165 0.442509</w:t>
        <w:br/>
        <w:t>vt 0.892329 0.446975</w:t>
        <w:br/>
        <w:t>vt 0.889152 0.446975</w:t>
        <w:br/>
        <w:t>vt 0.892329 0.451441</w:t>
        <w:br/>
        <w:t>vt 0.889141 0.451441</w:t>
        <w:br/>
        <w:t>vt 0.892329 0.460374</w:t>
        <w:br/>
        <w:t>vt 0.889133 0.460374</w:t>
        <w:br/>
        <w:t>vt 0.889135 0.455908</w:t>
        <w:br/>
        <w:t>vt 0.892329 0.455908</w:t>
        <w:br/>
        <w:t>vt 0.889137 0.464841</w:t>
        <w:br/>
        <w:t>vt 0.892329 0.464840</w:t>
        <w:br/>
        <w:t>vt 0.889146 0.469307</w:t>
        <w:br/>
        <w:t>vt 0.892330 0.469307</w:t>
        <w:br/>
        <w:t>vt 0.889158 0.473773</w:t>
        <w:br/>
        <w:t>vt 0.892331 0.473773</w:t>
        <w:br/>
        <w:t>vt 0.889172 0.478239</w:t>
        <w:br/>
        <w:t>vt 0.892333 0.478239</w:t>
        <w:br/>
        <w:t>vt 0.889186 0.482706</w:t>
        <w:br/>
        <w:t>vt 0.892334 0.482706</w:t>
        <w:br/>
        <w:t>vt 0.889197 0.487172</w:t>
        <w:br/>
        <w:t>vt 0.892335 0.487172</w:t>
        <w:br/>
        <w:t>vt 0.889202 0.420177</w:t>
        <w:br/>
        <w:t>vt 0.889195 0.415710</w:t>
        <w:br/>
        <w:t>vt 0.892333 0.415711</w:t>
        <w:br/>
        <w:t>vt 0.892334 0.420177</w:t>
        <w:br/>
        <w:t>vt 0.889203 0.424643</w:t>
        <w:br/>
        <w:t>vt 0.892334 0.424643</w:t>
        <w:br/>
        <w:t>vt 0.892333 0.429110</w:t>
        <w:br/>
        <w:t>vt 0.889199 0.429110</w:t>
        <w:br/>
        <w:t>vt 0.892331 0.433576</w:t>
        <w:br/>
        <w:t>vt 0.889190 0.433575</w:t>
        <w:br/>
        <w:t>vt 0.689317 0.549664</w:t>
        <w:br/>
        <w:t>vt 0.689071 0.551816</w:t>
        <w:br/>
        <w:t>vt 0.686099 0.550864</w:t>
        <w:br/>
        <w:t>vt 0.686207 0.549922</w:t>
        <w:br/>
        <w:t>vt 0.685946 0.549010</w:t>
        <w:br/>
        <w:t>vt 0.688721 0.547582</w:t>
        <w:br/>
        <w:t>vt 0.687373 0.545887</w:t>
        <w:br/>
        <w:t>vt 0.685356 0.548268</w:t>
        <w:br/>
        <w:t>vt 0.684527 0.547808</w:t>
        <w:br/>
        <w:t>vt 0.685479 0.544836</w:t>
        <w:br/>
        <w:t>vt 0.683328 0.544590</w:t>
        <w:br/>
        <w:t>vt 0.683585 0.547700</w:t>
        <w:br/>
        <w:t>vt 0.682673 0.547961</w:t>
        <w:br/>
        <w:t>vt 0.681246 0.545187</w:t>
        <w:br/>
        <w:t>vt 0.681931 0.548551</w:t>
        <w:br/>
        <w:t>vt 0.679550 0.546534</w:t>
        <w:br/>
        <w:t>vt 0.681471 0.549380</w:t>
        <w:br/>
        <w:t>vt 0.678500 0.548428</w:t>
        <w:br/>
        <w:t>vt 0.678254 0.550579</w:t>
        <w:br/>
        <w:t>vt 0.681364 0.550322</w:t>
        <w:br/>
        <w:t>vt 0.681625 0.551234</w:t>
        <w:br/>
        <w:t>vt 0.678850 0.552661</w:t>
        <w:br/>
        <w:t>vt 0.680197 0.554357</w:t>
        <w:br/>
        <w:t>vt 0.682215 0.551976</w:t>
        <w:br/>
        <w:t>vt 0.683043 0.552436</w:t>
        <w:br/>
        <w:t>vt 0.682091 0.555407</w:t>
        <w:br/>
        <w:t>vt 0.684243 0.555653</w:t>
        <w:br/>
        <w:t>vt 0.683985 0.552543</w:t>
        <w:br/>
        <w:t>vt 0.684897 0.552282</w:t>
        <w:br/>
        <w:t>vt 0.686325 0.555057</w:t>
        <w:br/>
        <w:t>vt 0.685639 0.551693</w:t>
        <w:br/>
        <w:t>vt 0.688020 0.553710</w:t>
        <w:br/>
        <w:t>vt 0.675733 0.550336</w:t>
        <w:br/>
        <w:t>vt 0.674005 0.550090</w:t>
        <w:br/>
        <w:t>vt 0.674069 0.549300</w:t>
        <w:br/>
        <w:t>vt 0.675771 0.548961</w:t>
        <w:br/>
        <w:t>vt 0.672057 0.549573</w:t>
        <w:br/>
        <w:t>vt 0.673835 0.548534</w:t>
        <w:br/>
        <w:t>vt 0.675280 0.547696</w:t>
        <w:br/>
        <w:t>vt 0.673286 0.547952</w:t>
        <w:br/>
        <w:t>vt 0.674427 0.546642</w:t>
        <w:br/>
        <w:t>vt 0.672570 0.547614</w:t>
        <w:br/>
        <w:t>vt 0.673216 0.545992</w:t>
        <w:br/>
        <w:t>vt 0.671787 0.547572</w:t>
        <w:br/>
        <w:t>vt 0.671826 0.545852</w:t>
        <w:br/>
        <w:t>vt 0.671052 0.547831</w:t>
        <w:br/>
        <w:t>vt 0.670467 0.546261</w:t>
        <w:br/>
        <w:t>vt 0.670476 0.548352</w:t>
        <w:br/>
        <w:t>vt 0.669355 0.547173</w:t>
        <w:br/>
        <w:t>vt 0.670146 0.549051</w:t>
        <w:br/>
        <w:t>vt 0.668671 0.548459</w:t>
        <w:br/>
        <w:t>vt 0.670114 0.549818</w:t>
        <w:br/>
        <w:t>vt 0.668532 0.549928</w:t>
        <w:br/>
        <w:t>vt 0.670396 0.550525</w:t>
        <w:br/>
        <w:t>vt 0.668954 0.551359</w:t>
        <w:br/>
        <w:t>vt 0.670868 0.551124</w:t>
        <w:br/>
        <w:t>vt 0.669983 0.552439</w:t>
        <w:br/>
        <w:t>vt 0.671550 0.551480</w:t>
        <w:br/>
        <w:t>vt 0.671327 0.553051</w:t>
        <w:br/>
        <w:t>vt 0.672322 0.551543</w:t>
        <w:br/>
        <w:t>vt 0.672784 0.553099</w:t>
        <w:br/>
        <w:t>vt 0.673062 0.551302</w:t>
        <w:br/>
        <w:t>vt 0.674130 0.552588</w:t>
        <w:br/>
        <w:t>vt 0.673654 0.550792</w:t>
        <w:br/>
        <w:t>vt 0.675162 0.551612</w:t>
        <w:br/>
        <w:t>vt 0.670566 0.783289</w:t>
        <w:br/>
        <w:t>vt 0.666089 0.790530</w:t>
        <w:br/>
        <w:t>vt 0.650129 0.775656</w:t>
        <w:br/>
        <w:t>vt 0.659182 0.795504</w:t>
        <w:br/>
        <w:t>vt 0.642494 0.796093</w:t>
        <w:br/>
        <w:t>vt 0.635253 0.791616</w:t>
        <w:br/>
        <w:t>vt 0.630279 0.784709</w:t>
        <w:br/>
        <w:t>vt 0.628325 0.776424</w:t>
        <w:br/>
        <w:t>vt 0.629690 0.768021</w:t>
        <w:br/>
        <w:t>vt 0.634167 0.760782</w:t>
        <w:br/>
        <w:t>vt 0.641074 0.755806</w:t>
        <w:br/>
        <w:t>vt 0.649359 0.753852</w:t>
        <w:br/>
        <w:t>vt 0.657762 0.755219</w:t>
        <w:br/>
        <w:t>vt 0.665000 0.759696</w:t>
        <w:br/>
        <w:t>vt 0.669977 0.766601</w:t>
        <w:br/>
        <w:t>vt 0.650897 0.797458</w:t>
        <w:br/>
        <w:t>vt 0.671930 0.774886</w:t>
        <w:br/>
        <w:t>vt 0.877378 0.656312</w:t>
        <w:br/>
        <w:t>vt 0.877378 0.652459</w:t>
        <w:br/>
        <w:t>vt 0.871764 0.652460</w:t>
        <w:br/>
        <w:t>vt 0.871764 0.656312</w:t>
        <w:br/>
        <w:t>vt 0.865108 0.656312</w:t>
        <w:br/>
        <w:t>vt 0.865108 0.652459</w:t>
        <w:br/>
        <w:t>vt 0.859502 0.652460</w:t>
        <w:br/>
        <w:t>vt 0.859502 0.656312</w:t>
        <w:br/>
        <w:t>vt 0.853918 0.656312</w:t>
        <w:br/>
        <w:t>vt 0.853918 0.652459</w:t>
        <w:br/>
        <w:t>vt 0.848226 0.652459</w:t>
        <w:br/>
        <w:t>vt 0.848226 0.656312</w:t>
        <w:br/>
        <w:t>vt 0.827341 0.652459</w:t>
        <w:br/>
        <w:t>vt 0.827341 0.656312</w:t>
        <w:br/>
        <w:t>vt 0.835002 0.656312</w:t>
        <w:br/>
        <w:t>vt 0.835002 0.652459</w:t>
        <w:br/>
        <w:t>vt 0.892323 0.373465</w:t>
        <w:br/>
        <w:t>vt 0.892323 0.379183</w:t>
        <w:br/>
        <w:t>vt 0.889451 0.379183</w:t>
        <w:br/>
        <w:t>vt 0.889451 0.373465</w:t>
        <w:br/>
        <w:t>vt 0.892323 0.361034</w:t>
        <w:br/>
        <w:t>vt 0.892323 0.367308</w:t>
        <w:br/>
        <w:t>vt 0.889451 0.367308</w:t>
        <w:br/>
        <w:t>vt 0.889451 0.361034</w:t>
        <w:br/>
        <w:t>vt 0.881520 0.517735</w:t>
        <w:br/>
        <w:t>vt 0.881520 0.510383</w:t>
        <w:br/>
        <w:t>vt 0.885937 0.510383</w:t>
        <w:br/>
        <w:t>vt 0.885937 0.517735</w:t>
        <w:br/>
        <w:t>vt 0.885937 0.492089</w:t>
        <w:br/>
        <w:t>vt 0.885937 0.497609</w:t>
        <w:br/>
        <w:t>vt 0.881520 0.497609</w:t>
        <w:br/>
        <w:t>vt 0.881520 0.492089</w:t>
        <w:br/>
        <w:t>vt 0.891033 0.662212</w:t>
        <w:br/>
        <w:t>vt 0.888209 0.662212</w:t>
        <w:br/>
        <w:t>vt 0.888209 0.657375</w:t>
        <w:br/>
        <w:t>vt 0.891033 0.657375</w:t>
        <w:br/>
        <w:t>vt 0.891033 0.672797</w:t>
        <w:br/>
        <w:t>vt 0.888209 0.672797</w:t>
        <w:br/>
        <w:t>vt 0.888209 0.667459</w:t>
        <w:br/>
        <w:t>vt 0.891033 0.667460</w:t>
        <w:br/>
        <w:t>vt 0.881520 0.533682</w:t>
        <w:br/>
        <w:t>vt 0.881520 0.525641</w:t>
        <w:br/>
        <w:t>vt 0.885937 0.525641</w:t>
        <w:br/>
        <w:t>vt 0.885937 0.533682</w:t>
        <w:br/>
        <w:t>vt 0.795724 0.652459</w:t>
        <w:br/>
        <w:t>vt 0.795724 0.656312</w:t>
        <w:br/>
        <w:t>vt 0.802858 0.656312</w:t>
        <w:br/>
        <w:t>vt 0.802858 0.652459</w:t>
        <w:br/>
        <w:t>vt 0.891033 0.682000</w:t>
        <w:br/>
        <w:t>vt 0.888209 0.682000</w:t>
        <w:br/>
        <w:t>vt 0.888209 0.677701</w:t>
        <w:br/>
        <w:t>vt 0.891033 0.677701</w:t>
        <w:br/>
        <w:t>vt 0.810689 0.652459</w:t>
        <w:br/>
        <w:t>vt 0.810689 0.656312</w:t>
        <w:br/>
        <w:t>vt 0.819093 0.656312</w:t>
        <w:br/>
        <w:t>vt 0.819093 0.652459</w:t>
        <w:br/>
        <w:t>vt 0.888209 0.648982</w:t>
        <w:br/>
        <w:t>vt 0.888209 0.645362</w:t>
        <w:br/>
        <w:t>vt 0.891033 0.645362</w:t>
        <w:br/>
        <w:t>vt 0.891033 0.648982</w:t>
        <w:br/>
        <w:t>vt 0.881520 0.486738</w:t>
        <w:br/>
        <w:t>vt 0.881520 0.481373</w:t>
        <w:br/>
        <w:t>vt 0.885937 0.481373</w:t>
        <w:br/>
        <w:t>vt 0.885937 0.486738</w:t>
        <w:br/>
        <w:t>vt 0.888209 0.641804</w:t>
        <w:br/>
        <w:t>vt 0.888209 0.638234</w:t>
        <w:br/>
        <w:t>vt 0.891033 0.638234</w:t>
        <w:br/>
        <w:t>vt 0.891033 0.641804</w:t>
        <w:br/>
        <w:t>vt 0.881520 0.469870</w:t>
        <w:br/>
        <w:t>vt 0.885937 0.469870</w:t>
        <w:br/>
        <w:t>vt 0.885937 0.475106</w:t>
        <w:br/>
        <w:t>vt 0.881520 0.475106</w:t>
        <w:br/>
        <w:t>vt 0.888208 0.633891</w:t>
        <w:br/>
        <w:t>vt 0.888209 0.630267</w:t>
        <w:br/>
        <w:t>vt 0.891033 0.630267</w:t>
        <w:br/>
        <w:t>vt 0.891033 0.633892</w:t>
        <w:br/>
        <w:t>vt 0.889451 0.389055</w:t>
        <w:br/>
        <w:t>vt 0.892323 0.389055</w:t>
        <w:br/>
        <w:t>vt 0.892324 0.393304</w:t>
        <w:br/>
        <w:t>vt 0.889452 0.393304</w:t>
        <w:br/>
        <w:t>vt 0.889451 0.397472</w:t>
        <w:br/>
        <w:t>vt 0.892324 0.397472</w:t>
        <w:br/>
        <w:t>vt 0.892324 0.401657</w:t>
        <w:br/>
        <w:t>vt 0.889451 0.401657</w:t>
        <w:br/>
        <w:t>vt 0.892324 0.410817</w:t>
        <w:br/>
        <w:t>vt 0.889451 0.410817</w:t>
        <w:br/>
        <w:t>vt 0.889451 0.406626</w:t>
        <w:br/>
        <w:t>vt 0.892324 0.406626</w:t>
        <w:br/>
        <w:t>vt 0.658380 0.652459</w:t>
        <w:br/>
        <w:t>vt 0.649382 0.652459</w:t>
        <w:br/>
        <w:t>vt 0.649382 0.656312</w:t>
        <w:br/>
        <w:t>vt 0.658380 0.656312</w:t>
        <w:br/>
        <w:t>vt 0.673550 0.652459</w:t>
        <w:br/>
        <w:t>vt 0.667091 0.652460</w:t>
        <w:br/>
        <w:t>vt 0.667091 0.656312</w:t>
        <w:br/>
        <w:t>vt 0.673550 0.656312</w:t>
        <w:br/>
        <w:t>vt 0.891033 0.772474</w:t>
        <w:br/>
        <w:t>vt 0.888208 0.772474</w:t>
        <w:br/>
        <w:t>vt 0.888209 0.767025</w:t>
        <w:br/>
        <w:t>vt 0.891033 0.767025</w:t>
        <w:br/>
        <w:t>vt 0.885937 0.684669</w:t>
        <w:br/>
        <w:t>vt 0.881520 0.684669</w:t>
        <w:br/>
        <w:t>vt 0.881520 0.676576</w:t>
        <w:br/>
        <w:t>vt 0.885937 0.676576</w:t>
        <w:br/>
        <w:t>vt 0.881520 0.662883</w:t>
        <w:br/>
        <w:t>vt 0.885937 0.662883</w:t>
        <w:br/>
        <w:t>vt 0.885937 0.668737</w:t>
        <w:br/>
        <w:t>vt 0.881520 0.668737</w:t>
        <w:br/>
        <w:t>vt 0.885937 0.651854</w:t>
        <w:br/>
        <w:t>vt 0.885937 0.657119</w:t>
        <w:br/>
        <w:t>vt 0.881520 0.657119</w:t>
        <w:br/>
        <w:t>vt 0.881520 0.651854</w:t>
        <w:br/>
        <w:t>vt 0.885937 0.643749</w:t>
        <w:br/>
        <w:t>vt 0.885937 0.647816</w:t>
        <w:br/>
        <w:t>vt 0.881520 0.647816</w:t>
        <w:br/>
        <w:t>vt 0.881520 0.643749</w:t>
        <w:br/>
        <w:t>vt 0.885937 0.634618</w:t>
        <w:br/>
        <w:t>vt 0.885937 0.639188</w:t>
        <w:br/>
        <w:t>vt 0.881520 0.639188</w:t>
        <w:br/>
        <w:t>vt 0.881520 0.634618</w:t>
        <w:br/>
        <w:t>vt 0.892324 0.271040</w:t>
        <w:br/>
        <w:t>vt 0.892323 0.274330</w:t>
        <w:br/>
        <w:t>vt 0.889451 0.274330</w:t>
        <w:br/>
        <w:t>vt 0.889451 0.271040</w:t>
        <w:br/>
        <w:t>vt 0.690131 0.652459</w:t>
        <w:br/>
        <w:t>vt 0.690131 0.656312</w:t>
        <w:br/>
        <w:t>vt 0.694538 0.656312</w:t>
        <w:br/>
        <w:t>vt 0.694538 0.652459</w:t>
        <w:br/>
        <w:t>vt 0.888209 0.742454</w:t>
        <w:br/>
        <w:t>vt 0.888209 0.739459</w:t>
        <w:br/>
        <w:t>vt 0.891033 0.739459</w:t>
        <w:br/>
        <w:t>vt 0.891033 0.742454</w:t>
        <w:br/>
        <w:t>vt 0.704483 0.656312</w:t>
        <w:br/>
        <w:t>vt 0.704483 0.652459</w:t>
        <w:br/>
        <w:t>vt 0.699482 0.652459</w:t>
        <w:br/>
        <w:t>vt 0.699482 0.656312</w:t>
        <w:br/>
        <w:t>vt 0.891033 0.745439</w:t>
        <w:br/>
        <w:t>vt 0.891033 0.748064</w:t>
        <w:br/>
        <w:t>vt 0.888209 0.748063</w:t>
        <w:br/>
        <w:t>vt 0.888209 0.745439</w:t>
        <w:br/>
        <w:t>vt 0.892323 0.263409</w:t>
        <w:br/>
        <w:t>vt 0.892323 0.267743</w:t>
        <w:br/>
        <w:t>vt 0.889451 0.267743</w:t>
        <w:br/>
        <w:t>vt 0.889451 0.263408</w:t>
        <w:br/>
        <w:t>vt 0.685713 0.656312</w:t>
        <w:br/>
        <w:t>vt 0.685713 0.652460</w:t>
        <w:br/>
        <w:t>vt 0.679907 0.652459</w:t>
        <w:br/>
        <w:t>vt 0.679907 0.656312</w:t>
        <w:br/>
        <w:t>vt 0.892323 0.281754</w:t>
        <w:br/>
        <w:t>vt 0.889451 0.281754</w:t>
        <w:br/>
        <w:t>vt 0.889451 0.278021</w:t>
        <w:br/>
        <w:t>vt 0.892323 0.278021</w:t>
        <w:br/>
        <w:t>vt 0.889451 0.290149</w:t>
        <w:br/>
        <w:t>vt 0.889451 0.285960</w:t>
        <w:br/>
        <w:t>vt 0.892323 0.285960</w:t>
        <w:br/>
        <w:t>vt 0.892323 0.290149</w:t>
        <w:br/>
        <w:t>vt 0.885937 0.623900</w:t>
        <w:br/>
        <w:t>vt 0.885937 0.629237</w:t>
        <w:br/>
        <w:t>vt 0.881520 0.629237</w:t>
        <w:br/>
        <w:t>vt 0.881520 0.623900</w:t>
        <w:br/>
        <w:t>vt 0.888209 0.750667</w:t>
        <w:br/>
        <w:t>vt 0.891033 0.750667</w:t>
        <w:br/>
        <w:t>vt 0.891033 0.754116</w:t>
        <w:br/>
        <w:t>vt 0.888209 0.754116</w:t>
        <w:br/>
        <w:t>vt 0.888209 0.757913</w:t>
        <w:br/>
        <w:t>vt 0.891033 0.757913</w:t>
        <w:br/>
        <w:t>vt 0.891033 0.761772</w:t>
        <w:br/>
        <w:t>vt 0.888209 0.761772</w:t>
        <w:br/>
        <w:t>vt 0.889451 0.247339</w:t>
        <w:br/>
        <w:t>vt 0.889451 0.240622</w:t>
        <w:br/>
        <w:t>vt 0.892323 0.240622</w:t>
        <w:br/>
        <w:t>vt 0.892323 0.247339</w:t>
        <w:br/>
        <w:t>vt 0.889451 0.258663</w:t>
        <w:br/>
        <w:t>vt 0.889451 0.253842</w:t>
        <w:br/>
        <w:t>vt 0.892323 0.253842</w:t>
        <w:br/>
        <w:t>vt 0.892323 0.258663</w:t>
        <w:br/>
        <w:t>vt 0.892323 0.349863</w:t>
        <w:br/>
        <w:t>vt 0.892323 0.355189</w:t>
        <w:br/>
        <w:t>vt 0.889451 0.355189</w:t>
        <w:br/>
        <w:t>vt 0.889451 0.349863</w:t>
        <w:br/>
        <w:t>vt 0.885937 0.541054</w:t>
        <w:br/>
        <w:t>vt 0.885937 0.547548</w:t>
        <w:br/>
        <w:t>vt 0.881520 0.547548</w:t>
        <w:br/>
        <w:t>vt 0.881520 0.541054</w:t>
        <w:br/>
        <w:t>vt 0.881520 0.560266</w:t>
        <w:br/>
        <w:t>vt 0.881520 0.553929</w:t>
        <w:br/>
        <w:t>vt 0.885937 0.553929</w:t>
        <w:br/>
        <w:t>vt 0.885937 0.560266</w:t>
        <w:br/>
        <w:t>vt 0.889451 0.334145</w:t>
        <w:br/>
        <w:t>vt 0.892323 0.334145</w:t>
        <w:br/>
        <w:t>vt 0.892323 0.339337</w:t>
        <w:br/>
        <w:t>vt 0.889451 0.339337</w:t>
        <w:br/>
        <w:t>vt 0.781623 0.652459</w:t>
        <w:br/>
        <w:t>vt 0.781623 0.656312</w:t>
        <w:br/>
        <w:t>vt 0.788654 0.656312</w:t>
        <w:br/>
        <w:t>vt 0.788654 0.652459</w:t>
        <w:br/>
        <w:t>vt 0.774668 0.656312</w:t>
        <w:br/>
        <w:t>vt 0.774668 0.652459</w:t>
        <w:br/>
        <w:t>vt 0.768524 0.652459</w:t>
        <w:br/>
        <w:t>vt 0.762277 0.652459</w:t>
        <w:br/>
        <w:t>vt 0.762277 0.656312</w:t>
        <w:br/>
        <w:t>vt 0.768524 0.656312</w:t>
        <w:br/>
        <w:t>vt 0.754810 0.652459</w:t>
        <w:br/>
        <w:t>vt 0.754810 0.656312</w:t>
        <w:br/>
        <w:t>vt 0.891033 0.706678</w:t>
        <w:br/>
        <w:t>vt 0.888209 0.706677</w:t>
        <w:br/>
        <w:t>vt 0.888209 0.701937</w:t>
        <w:br/>
        <w:t>vt 0.891033 0.701937</w:t>
        <w:br/>
        <w:t>vt 0.881520 0.577705</w:t>
        <w:br/>
        <w:t>vt 0.885937 0.577705</w:t>
        <w:br/>
        <w:t>vt 0.885937 0.584922</w:t>
        <w:br/>
        <w:t>vt 0.881520 0.584922</w:t>
        <w:br/>
        <w:t>vt 0.881520 0.572065</w:t>
        <w:br/>
        <w:t>vt 0.885937 0.572066</w:t>
        <w:br/>
        <w:t>vt 0.888209 0.698203</w:t>
        <w:br/>
        <w:t>vt 0.891033 0.698203</w:t>
        <w:br/>
        <w:t>vt 0.885937 0.566494</w:t>
        <w:br/>
        <w:t>vt 0.881520 0.566494</w:t>
        <w:br/>
        <w:t>vt 0.888209 0.694514</w:t>
        <w:br/>
        <w:t>vt 0.888209 0.690404</w:t>
        <w:br/>
        <w:t>vt 0.891033 0.690404</w:t>
        <w:br/>
        <w:t>vt 0.891033 0.694514</w:t>
        <w:br/>
        <w:t>vt 0.892323 0.319322</w:t>
        <w:br/>
        <w:t>vt 0.892323 0.324896</w:t>
        <w:br/>
        <w:t>vt 0.889451 0.324896</w:t>
        <w:br/>
        <w:t>vt 0.889451 0.319322</w:t>
        <w:br/>
        <w:t>vt 0.892323 0.329559</w:t>
        <w:br/>
        <w:t>vt 0.889451 0.329559</w:t>
        <w:br/>
        <w:t>vt 0.892323 0.313285</w:t>
        <w:br/>
        <w:t>vt 0.889451 0.313285</w:t>
        <w:br/>
        <w:t>vt 0.746722 0.652459</w:t>
        <w:br/>
        <w:t>vt 0.746722 0.656312</w:t>
        <w:br/>
        <w:t>vt 0.891033 0.711944</w:t>
        <w:br/>
        <w:t>vt 0.888209 0.711944</w:t>
        <w:br/>
        <w:t>vt 0.885937 0.601049</w:t>
        <w:br/>
        <w:t>vt 0.881520 0.601049</w:t>
        <w:br/>
        <w:t>vt 0.881520 0.592916</w:t>
        <w:br/>
        <w:t>vt 0.885937 0.592916</w:t>
        <w:br/>
        <w:t>vt 0.891033 0.717280</w:t>
        <w:br/>
        <w:t>vt 0.888209 0.717280</w:t>
        <w:br/>
        <w:t>vt 0.888209 0.686216</w:t>
        <w:br/>
        <w:t>vt 0.891033 0.686216</w:t>
        <w:br/>
        <w:t>vt 0.892323 0.344586</w:t>
        <w:br/>
        <w:t>vt 0.889451 0.344586</w:t>
        <w:br/>
        <w:t>vt 0.715728 0.652459</w:t>
        <w:br/>
        <w:t>vt 0.710117 0.652459</w:t>
        <w:br/>
        <w:t>vt 0.710117 0.656312</w:t>
        <w:br/>
        <w:t>vt 0.715729 0.656312</w:t>
        <w:br/>
        <w:t>vt 0.891033 0.732388</w:t>
        <w:br/>
        <w:t>vt 0.891032 0.735907</w:t>
        <w:br/>
        <w:t>vt 0.888209 0.735907</w:t>
        <w:br/>
        <w:t>vt 0.888209 0.732388</w:t>
        <w:br/>
        <w:t>vt 0.888209 0.729292</w:t>
        <w:br/>
        <w:t>vt 0.891033 0.729292</w:t>
        <w:br/>
        <w:t>vt 0.720653 0.656312</w:t>
        <w:br/>
        <w:t>vt 0.720653 0.652459</w:t>
        <w:br/>
        <w:t>vt 0.889451 0.293824</w:t>
        <w:br/>
        <w:t>vt 0.892323 0.293825</w:t>
        <w:br/>
        <w:t>vt 0.889451 0.307320</w:t>
        <w:br/>
        <w:t>vt 0.889451 0.300903</w:t>
        <w:br/>
        <w:t>vt 0.892323 0.300903</w:t>
        <w:br/>
        <w:t>vt 0.892323 0.307320</w:t>
        <w:br/>
        <w:t>vt 0.738732 0.652459</w:t>
        <w:br/>
        <w:t>vt 0.738732 0.656312</w:t>
        <w:br/>
        <w:t>vt 0.730136 0.652460</w:t>
        <w:br/>
        <w:t>vt 0.730136 0.656312</w:t>
        <w:br/>
        <w:t>vt 0.885937 0.609729</w:t>
        <w:br/>
        <w:t>vt 0.881520 0.609729</w:t>
        <w:br/>
        <w:t>vt 0.881520 0.619193</w:t>
        <w:br/>
        <w:t>vt 0.885937 0.619193</w:t>
        <w:br/>
        <w:t>vt 0.891033 0.723072</w:t>
        <w:br/>
        <w:t>vt 0.888209 0.723072</w:t>
        <w:br/>
        <w:t>vt 0.888209 0.652631</w:t>
        <w:br/>
        <w:t>vt 0.891033 0.652631</w:t>
        <w:br/>
        <w:t>vt 0.881520 0.503172</w:t>
        <w:br/>
        <w:t>vt 0.885937 0.503172</w:t>
        <w:br/>
        <w:t>vt 0.892323 0.384779</w:t>
        <w:br/>
        <w:t>vt 0.889451 0.384779</w:t>
        <w:br/>
        <w:t>vt 0.842498 0.656312</w:t>
        <w:br/>
        <w:t>vt 0.842498 0.652459</w:t>
        <w:br/>
        <w:t>vt 0.881520 0.614510</w:t>
        <w:br/>
        <w:t>vt 0.885937 0.614510</w:t>
        <w:br/>
        <w:t>vt 0.892323 0.297438</w:t>
        <w:br/>
        <w:t>vt 0.889451 0.297438</w:t>
        <w:br/>
        <w:t>vt 0.725494 0.656312</w:t>
        <w:br/>
        <w:t>vt 0.725494 0.652459</w:t>
        <w:br/>
        <w:t>vt 0.888209 0.726209</w:t>
        <w:br/>
        <w:t>vt 0.891033 0.726209</w:t>
        <w:br/>
        <w:t>vt 0.889451 0.235441</w:t>
        <w:br/>
        <w:t>vt 0.892323 0.235441</w:t>
        <w:br/>
        <w:t>vt 0.881520 0.690843</w:t>
        <w:br/>
        <w:t>vt 0.885937 0.690843</w:t>
        <w:br/>
        <w:t>vt 0.888209 0.776684</w:t>
        <w:br/>
        <w:t>vt 0.891032 0.776684</w:t>
        <w:br/>
        <w:t>vt 0.642441 0.652459</w:t>
        <w:br/>
        <w:t>vt 0.642441 0.656312</w:t>
        <w:br/>
        <w:t>vt 0.655711 0.292206</w:t>
        <w:br/>
        <w:t>vt 0.655711 0.290191</w:t>
        <w:br/>
        <w:t>vt 0.658074 0.290191</w:t>
        <w:br/>
        <w:t>vt 0.658074 0.292206</w:t>
        <w:br/>
        <w:t>vt 0.658074 0.286181</w:t>
        <w:br/>
        <w:t>vt 0.655711 0.286181</w:t>
        <w:br/>
        <w:t>vt 0.655711 0.281903</w:t>
        <w:br/>
        <w:t>vt 0.658074 0.281903</w:t>
        <w:br/>
        <w:t>vt 0.655711 0.296140</w:t>
        <w:br/>
        <w:t>vt 0.658074 0.296140</w:t>
        <w:br/>
        <w:t>vt 0.655711 0.301808</w:t>
        <w:br/>
        <w:t>vt 0.658074 0.301808</w:t>
        <w:br/>
        <w:t>vt 0.658074 0.307013</w:t>
        <w:br/>
        <w:t>vt 0.655711 0.307013</w:t>
        <w:br/>
        <w:t>vt 0.655711 0.278473</w:t>
        <w:br/>
        <w:t>vt 0.658074 0.278473</w:t>
        <w:br/>
        <w:t>vt 0.655711 0.276339</w:t>
        <w:br/>
        <w:t>vt 0.658074 0.276339</w:t>
        <w:br/>
        <w:t>vt 0.658074 0.312316</w:t>
        <w:br/>
        <w:t>vt 0.655711 0.312316</w:t>
        <w:br/>
        <w:t>vt 0.658074 0.274559</w:t>
        <w:br/>
        <w:t>vt 0.655711 0.274560</w:t>
        <w:br/>
        <w:t>vt 0.655711 0.314619</w:t>
        <w:br/>
        <w:t>vt 0.655711 0.312316</w:t>
        <w:br/>
        <w:t>vt 0.658074 0.312316</w:t>
        <w:br/>
        <w:t>vt 0.658074 0.314619</w:t>
        <w:br/>
        <w:t>vt 0.655711 0.272928</w:t>
        <w:br/>
        <w:t>vt 0.655711 0.269955</w:t>
        <w:br/>
        <w:t>vt 0.658074 0.269955</w:t>
        <w:br/>
        <w:t>vt 0.658074 0.272928</w:t>
        <w:br/>
        <w:t>vt 0.655711 0.266995</w:t>
        <w:br/>
        <w:t>vt 0.658074 0.266995</w:t>
        <w:br/>
        <w:t>vt 0.655711 0.264919</w:t>
        <w:br/>
        <w:t>vt 0.658074 0.264919</w:t>
        <w:br/>
        <w:t>vt 0.655711 0.262743</w:t>
        <w:br/>
        <w:t>vt 0.655711 0.258368</w:t>
        <w:br/>
        <w:t>vt 0.658074 0.258368</w:t>
        <w:br/>
        <w:t>vt 0.658074 0.262743</w:t>
        <w:br/>
        <w:t>vt 0.655711 0.254204</w:t>
        <w:br/>
        <w:t>vt 0.658074 0.254204</w:t>
        <w:br/>
        <w:t>vt 0.655711 0.372731</w:t>
        <w:br/>
        <w:t>vt 0.658074 0.372731</w:t>
        <w:br/>
        <w:t>vt 0.658074 0.374924</w:t>
        <w:br/>
        <w:t>vt 0.655711 0.374924</w:t>
        <w:br/>
        <w:t>vt 0.655711 0.325127</w:t>
        <w:br/>
        <w:t>vt 0.658074 0.325127</w:t>
        <w:br/>
        <w:t>vt 0.658074 0.330795</w:t>
        <w:br/>
        <w:t>vt 0.655711 0.330795</w:t>
        <w:br/>
        <w:t>vt 0.658074 0.334729</w:t>
        <w:br/>
        <w:t>vt 0.655711 0.334729</w:t>
        <w:br/>
        <w:t>vt 0.658074 0.336744</w:t>
        <w:br/>
        <w:t>vt 0.655711 0.336744</w:t>
        <w:br/>
        <w:t>vt 0.658074 0.340754</w:t>
        <w:br/>
        <w:t>vt 0.655711 0.340754</w:t>
        <w:br/>
        <w:t>vt 0.658074 0.345032</w:t>
        <w:br/>
        <w:t>vt 0.655711 0.345032</w:t>
        <w:br/>
        <w:t>vt 0.658074 0.348462</w:t>
        <w:br/>
        <w:t>vt 0.655711 0.348462</w:t>
        <w:br/>
        <w:t>vt 0.655711 0.319921</w:t>
        <w:br/>
        <w:t>vt 0.658074 0.319921</w:t>
        <w:br/>
        <w:t>vt 0.655711 0.314619</w:t>
        <w:br/>
        <w:t>vt 0.658074 0.314619</w:t>
        <w:br/>
        <w:t>vt 0.658074 0.350596</w:t>
        <w:br/>
        <w:t>vt 0.655711 0.350595</w:t>
        <w:br/>
        <w:t>vt 0.658074 0.352375</w:t>
        <w:br/>
        <w:t>vt 0.655711 0.352375</w:t>
        <w:br/>
        <w:t>vt 0.655711 0.359939</w:t>
        <w:br/>
        <w:t>vt 0.655711 0.356980</w:t>
        <w:br/>
        <w:t>vt 0.658074 0.356980</w:t>
        <w:br/>
        <w:t>vt 0.658074 0.359939</w:t>
        <w:br/>
        <w:t>vt 0.658074 0.362016</w:t>
        <w:br/>
        <w:t>vt 0.655711 0.362016</w:t>
        <w:br/>
        <w:t>vt 0.658074 0.364192</w:t>
        <w:br/>
        <w:t>vt 0.655711 0.364192</w:t>
        <w:br/>
        <w:t>vt 0.658074 0.368566</w:t>
        <w:br/>
        <w:t>vt 0.655711 0.368566</w:t>
        <w:br/>
        <w:t>vt 0.655711 0.354007</w:t>
        <w:br/>
        <w:t>vt 0.658074 0.354007</w:t>
        <w:br/>
        <w:t>vt 0.658074 0.372731</w:t>
        <w:br/>
        <w:t>vt 0.655711 0.372731</w:t>
        <w:br/>
        <w:t>vt 0.868836 0.112183</w:t>
        <w:br/>
        <w:t>vt 0.868022 0.115918</w:t>
        <w:br/>
        <w:t>vt 0.864270 0.110723</w:t>
        <w:br/>
        <w:t>vt 0.867959 0.110755</w:t>
        <w:br/>
        <w:t>vt 0.859073 0.112395</w:t>
        <w:br/>
        <w:t>vt 0.865950 0.119582</w:t>
        <w:br/>
        <w:t>vt 0.863828 0.122245</w:t>
        <w:br/>
        <w:t>vt 0.857190 0.117008</w:t>
        <w:br/>
        <w:t>vt 0.857237 0.122630</w:t>
        <w:br/>
        <w:t>vt 0.862379 0.123905</w:t>
        <w:br/>
        <w:t>vt 0.863473 0.132633</w:t>
        <w:br/>
        <w:t>vt 0.862075 0.133578</w:t>
        <w:br/>
        <w:t>vt 0.860411 0.132626</w:t>
        <w:br/>
        <w:t>vt 0.863735 0.129926</w:t>
        <w:br/>
        <w:t>vt 0.857326 0.129773</w:t>
        <w:br/>
        <w:t>vt 0.862803 0.127240</w:t>
        <w:br/>
        <w:t>vt 0.857080 0.125412</w:t>
        <w:br/>
        <w:t>vt 0.861705 0.125846</w:t>
        <w:br/>
        <w:t>vt 0.847691 0.110349</w:t>
        <w:br/>
        <w:t>vt 0.843708 0.115369</w:t>
        <w:br/>
        <w:t>vt 0.843064 0.111601</w:t>
        <w:br/>
        <w:t>vt 0.844004 0.110214</w:t>
        <w:br/>
        <w:t>vt 0.852808 0.112253</w:t>
        <w:br/>
        <w:t>vt 0.845613 0.119123</w:t>
        <w:br/>
        <w:t>vt 0.854480 0.116946</w:t>
        <w:br/>
        <w:t>vt 0.847613 0.121879</w:t>
        <w:br/>
        <w:t>vt 0.854180 0.122561</w:t>
        <w:br/>
        <w:t>vt 0.848985 0.123603</w:t>
        <w:br/>
        <w:t>vt 0.847499 0.132273</w:t>
        <w:br/>
        <w:t>vt 0.847359 0.129556</w:t>
        <w:br/>
        <w:t>vt 0.850557 0.132403</w:t>
        <w:br/>
        <w:t>vt 0.848853 0.133279</w:t>
        <w:br/>
        <w:t>vt 0.848412 0.126915</w:t>
        <w:br/>
        <w:t>vt 0.853769 0.129693</w:t>
        <w:br/>
        <w:t>vt 0.849571 0.125572</w:t>
        <w:br/>
        <w:t>vt 0.854211 0.125348</w:t>
        <w:br/>
        <w:t>vt 0.844093 0.125320</w:t>
        <w:br/>
        <w:t>vt 0.843212 0.126745</w:t>
        <w:br/>
        <w:t>vt 0.839524 0.126766</w:t>
        <w:br/>
        <w:t>vt 0.843291 0.121583</w:t>
        <w:br/>
        <w:t>vt 0.834332 0.125079</w:t>
        <w:br/>
        <w:t>vt 0.841229 0.117913</w:t>
        <w:br/>
        <w:t>vt 0.832463 0.120461</w:t>
        <w:br/>
        <w:t>vt 0.839116 0.115244</w:t>
        <w:br/>
        <w:t>vt 0.832527 0.114840</w:t>
        <w:br/>
        <w:t>vt 0.837672 0.113580</w:t>
        <w:br/>
        <w:t>vt 0.835730 0.104855</w:t>
        <w:br/>
        <w:t>vt 0.837397 0.103908</w:t>
        <w:br/>
        <w:t>vt 0.838792 0.104856</w:t>
        <w:br/>
        <w:t>vt 0.839046 0.107564</w:t>
        <w:br/>
        <w:t>vt 0.838106 0.110247</w:t>
        <w:br/>
        <w:t>vt 0.832637 0.107698</w:t>
        <w:br/>
        <w:t>vt 0.837003 0.111638</w:t>
        <w:br/>
        <w:t>vt 0.832379 0.112057</w:t>
        <w:br/>
        <w:t>vt 0.818323 0.125825</w:t>
        <w:br/>
        <w:t>vt 0.818979 0.122059</w:t>
        <w:br/>
        <w:t>vt 0.822946 0.127090</w:t>
        <w:br/>
        <w:t>vt 0.819259 0.127214</w:t>
        <w:br/>
        <w:t>vt 0.820895 0.118312</w:t>
        <w:br/>
        <w:t>vt 0.828068 0.125201</w:t>
        <w:br/>
        <w:t>vt 0.822902 0.115561</w:t>
        <w:br/>
        <w:t>vt 0.829754 0.120514</w:t>
        <w:br/>
        <w:t>vt 0.829470 0.114900</w:t>
        <w:br/>
        <w:t>vt 0.824279 0.113842</w:t>
        <w:br/>
        <w:t>vt 0.825878 0.105048</w:t>
        <w:br/>
        <w:t>vt 0.822671 0.107885</w:t>
        <w:br/>
        <w:t>vt 0.822819 0.105170</w:t>
        <w:br/>
        <w:t>vt 0.824176 0.104167</w:t>
        <w:br/>
        <w:t>vt 0.829080 0.107768</w:t>
        <w:br/>
        <w:t>vt 0.823716 0.110529</w:t>
        <w:br/>
        <w:t>vt 0.829509 0.112113</w:t>
        <w:br/>
        <w:t>vt 0.824871 0.111875</w:t>
        <w:br/>
        <w:t>vt 0.050635 0.021242</w:t>
        <w:br/>
        <w:t>vt 0.049145 0.020699</w:t>
        <w:br/>
        <w:t>vt 0.050637 0.020185</w:t>
        <w:br/>
        <w:t>vt 0.047695 0.021235</w:t>
        <w:br/>
        <w:t>vt 0.047727 0.020116</w:t>
        <w:br/>
        <w:t>vt 0.053598 0.021212</w:t>
        <w:br/>
        <w:t>vt 0.054037 0.022112</w:t>
        <w:br/>
        <w:t>vt 0.052080 0.023445</w:t>
        <w:br/>
        <w:t>vt 0.052365 0.021565</w:t>
        <w:br/>
        <w:t>vt 0.056507 0.020158</w:t>
        <w:br/>
        <w:t>vt 0.055766 0.019240</w:t>
        <w:br/>
        <w:t>vt 0.056862 0.017588</w:t>
        <w:br/>
        <w:t>vt 0.058330 0.019514</w:t>
        <w:br/>
        <w:t>vt 0.050177 0.022139</w:t>
        <w:br/>
        <w:t>vt 0.050186 0.019284</w:t>
        <w:br/>
        <w:t>vt 0.049355 0.022413</w:t>
        <w:br/>
        <w:t>vt 0.049383 0.018986</w:t>
        <w:br/>
        <w:t>vt 0.048447 0.022152</w:t>
        <w:br/>
        <w:t>vt 0.048479 0.019221</w:t>
        <w:br/>
        <w:t>vt 0.054488 0.016966</w:t>
        <w:br/>
        <w:t>vt 0.054864 0.018984</w:t>
        <w:br/>
        <w:t>vt 0.054045 0.019259</w:t>
        <w:br/>
        <w:t>vt 0.052132 0.017952</w:t>
        <w:br/>
        <w:t>vt 0.054461 0.024432</w:t>
        <w:br/>
        <w:t>vt 0.054837 0.022413</w:t>
        <w:br/>
        <w:t>vt 0.055743 0.022181</w:t>
        <w:br/>
        <w:t>vt 0.056837 0.023832</w:t>
        <w:br/>
        <w:t>vt 0.052080 0.023445</w:t>
        <w:br/>
        <w:t>vt 0.051866 0.021570</w:t>
        <w:br/>
        <w:t>vt 0.049714 0.024429</w:t>
        <w:br/>
        <w:t>vt 0.045895 0.019495</w:t>
        <w:br/>
        <w:t>vt 0.045898 0.021888</w:t>
        <w:br/>
        <w:t>vt 0.047359 0.017582</w:t>
        <w:br/>
        <w:t>vt 0.049733 0.016966</w:t>
        <w:br/>
        <w:t>vt 0.054997 0.020699</w:t>
        <w:br/>
        <w:t>vt 0.053600 0.020156</w:t>
        <w:br/>
        <w:t>vt 0.056520 0.021281</w:t>
        <w:br/>
        <w:t>vt 0.052367 0.019826</w:t>
        <w:br/>
        <w:t>vt 0.051867 0.019831</w:t>
        <w:br/>
        <w:t>vt 0.095322 0.073971</w:t>
        <w:br/>
        <w:t>vt 0.094710 0.072056</w:t>
        <w:br/>
        <w:t>vt 0.096100 0.071807</w:t>
        <w:br/>
        <w:t>vt 0.096688 0.073300</w:t>
        <w:br/>
        <w:t>vt 0.094966 0.069176</w:t>
        <w:br/>
        <w:t>vt 0.096226 0.069586</w:t>
        <w:br/>
        <w:t>vt 0.097154 0.075732</w:t>
        <w:br/>
        <w:t>vt 0.097743 0.074178</w:t>
        <w:br/>
        <w:t>vt 0.099133 0.073267</w:t>
        <w:br/>
        <w:t>vt 0.097591 0.077336</w:t>
        <w:br/>
        <w:t>vt 0.100794 0.073347</w:t>
        <w:br/>
        <w:t>vt 0.098887 0.078377</w:t>
        <w:br/>
        <w:t>vt 0.102527 0.075991</w:t>
        <w:br/>
        <w:t>vt 0.101938 0.077546</w:t>
        <w:br/>
        <w:t>vt 0.100548 0.078457</w:t>
        <w:br/>
        <w:t>vt 0.102090 0.074387</w:t>
        <w:br/>
        <w:t>vt 0.097362 0.067056</w:t>
        <w:br/>
        <w:t>vt 0.096235 0.066034</w:t>
        <w:br/>
        <w:t>vt 0.097837 0.064252</w:t>
        <w:br/>
        <w:t>vt 0.098672 0.065660</w:t>
        <w:br/>
        <w:t>vt 0.058316 0.021922</w:t>
        <w:br/>
        <w:t>vt 0.103985 0.041151</w:t>
        <w:br/>
        <w:t>vt 0.102627 0.041524</w:t>
        <w:br/>
        <w:t>vt 0.101558 0.039580</w:t>
        <w:br/>
        <w:t>vt 0.102516 0.038669</w:t>
        <w:br/>
        <w:t>vt 0.104258 0.043138</w:t>
        <w:br/>
        <w:t>vt 0.102740 0.043121</w:t>
        <w:br/>
        <w:t>vt 0.103366 0.045511</w:t>
        <w:br/>
        <w:t>vt 0.102168 0.044366</w:t>
        <w:br/>
        <w:t>vt 0.103663 0.047143</w:t>
        <w:br/>
        <w:t>vt 0.100524 0.044143</w:t>
        <w:br/>
        <w:t>vt 0.102943 0.048638</w:t>
        <w:br/>
        <w:t>vt 0.099064 0.044929</w:t>
        <w:br/>
        <w:t>vt 0.101483 0.049424</w:t>
        <w:br/>
        <w:t>vt 0.099839 0.049201</w:t>
        <w:br/>
        <w:t>vt 0.098641 0.048055</w:t>
        <w:br/>
        <w:t>vt 0.098344 0.046423</w:t>
        <w:br/>
        <w:t>vt 0.099447 0.037790</w:t>
        <w:br/>
        <w:t>vt 0.100022 0.036385</w:t>
        <w:br/>
        <w:t>vt 0.097668 0.037097</w:t>
        <w:br/>
        <w:t>vt 0.097814 0.035471</w:t>
        <w:br/>
        <w:t>vt 0.052132 0.017952</w:t>
        <w:br/>
        <w:t>vt 0.047352 0.023801</w:t>
        <w:br/>
        <w:t>vt 0.049714 0.024429</w:t>
        <w:br/>
        <w:t>vt 0.842120 0.567590</w:t>
        <w:br/>
        <w:t>vt 0.842120 0.569752</w:t>
        <w:br/>
        <w:t>vt 0.839220 0.569752</w:t>
        <w:br/>
        <w:t>vt 0.839220 0.567591</w:t>
        <w:br/>
        <w:t>vt 0.866815 0.569741</w:t>
        <w:br/>
        <w:t>vt 0.864580 0.569741</w:t>
        <w:br/>
        <w:t>vt 0.864580 0.567580</w:t>
        <w:br/>
        <w:t>vt 0.866815 0.567578</w:t>
        <w:br/>
        <w:t>vt 0.844127 0.569750</w:t>
        <w:br/>
        <w:t>vt 0.844127 0.567590</w:t>
        <w:br/>
        <w:t>vt 0.862977 0.569741</w:t>
        <w:br/>
        <w:t>vt 0.862977 0.567581</w:t>
        <w:br/>
        <w:t>vt 0.846665 0.567589</w:t>
        <w:br/>
        <w:t>vt 0.846665 0.569750</w:t>
        <w:br/>
        <w:t>vt 0.861606 0.569743</w:t>
        <w:br/>
        <w:t>vt 0.861606 0.567582</w:t>
        <w:br/>
        <w:t>vt 0.848325 0.567589</w:t>
        <w:br/>
        <w:t>vt 0.848325 0.569750</w:t>
        <w:br/>
        <w:t>vt 0.859946 0.569744</w:t>
        <w:br/>
        <w:t>vt 0.859946 0.567582</w:t>
        <w:br/>
        <w:t>vt 0.861606 0.567582</w:t>
        <w:br/>
        <w:t>vt 0.861606 0.569743</w:t>
        <w:br/>
        <w:t>vt 0.856626 0.569746</w:t>
        <w:br/>
        <w:t>vt 0.854966 0.569746</w:t>
        <w:br/>
        <w:t>vt 0.854966 0.567585</w:t>
        <w:br/>
        <w:t>vt 0.856626 0.567584</w:t>
        <w:br/>
        <w:t>vt 0.851645 0.567587</w:t>
        <w:br/>
        <w:t>vt 0.853306 0.567586</w:t>
        <w:br/>
        <w:t>vt 0.853306 0.569748</w:t>
        <w:br/>
        <w:t>vt 0.851646 0.569749</w:t>
        <w:br/>
        <w:t>vt 0.849985 0.567587</w:t>
        <w:br/>
        <w:t>vt 0.849985 0.569749</w:t>
        <w:br/>
        <w:t>vt 0.858286 0.567582</w:t>
        <w:br/>
        <w:t>vt 0.858286 0.569745</w:t>
        <w:br/>
        <w:t>vt 0.869595 0.567578</w:t>
        <w:br/>
        <w:t>vt 0.869595 0.569740</w:t>
        <w:br/>
        <w:t>vt 0.835824 0.567591</w:t>
        <w:br/>
        <w:t>vt 0.835824 0.569753</w:t>
        <w:br/>
        <w:t>vt 0.871506 0.567502</w:t>
        <w:br/>
        <w:t>vt 0.871506 0.569818</w:t>
        <w:br/>
        <w:t>vt 0.833431 0.567511</w:t>
        <w:br/>
        <w:t>vt 0.833431 0.569822</w:t>
        <w:br/>
        <w:t>vt 0.375119 0.568727</w:t>
        <w:br/>
        <w:t>vt 0.372449 0.566699</w:t>
        <w:br/>
        <w:t>vt 0.380804 0.547229</w:t>
        <w:br/>
        <w:t>vt 0.391632 0.555452</w:t>
        <w:br/>
        <w:t>vt 0.389951 0.544122</w:t>
        <w:br/>
        <w:t>vt 0.392170 0.545806</w:t>
        <w:br/>
        <w:t>vt 0.442307 0.561346</w:t>
        <w:br/>
        <w:t>vt 0.442307 0.584183</w:t>
        <w:br/>
        <w:t>vt 0.437341 0.584183</w:t>
        <w:br/>
        <w:t>vt 0.437341 0.561346</w:t>
        <w:br/>
        <w:t>vt 0.442307 0.584183</w:t>
        <w:br/>
        <w:t>vt 0.442307 0.586663</w:t>
        <w:br/>
        <w:t>vt 0.437341 0.586663</w:t>
        <w:br/>
        <w:t>vt 0.437341 0.584183</w:t>
        <w:br/>
        <w:t>vt 0.437341 0.586663</w:t>
        <w:br/>
        <w:t>vt 0.442307 0.586663</w:t>
        <w:br/>
        <w:t>vt 0.442307 0.609500</w:t>
        <w:br/>
        <w:t>vt 0.437341 0.609500</w:t>
        <w:br/>
        <w:t>vt 0.442307 0.619290</w:t>
        <w:br/>
        <w:t>vt 0.437341 0.619290</w:t>
        <w:br/>
        <w:t>vt 0.437341 0.551555</w:t>
        <w:br/>
        <w:t>vt 0.442307 0.551555</w:t>
        <w:br/>
        <w:t>vt 0.442307 0.549285</w:t>
        <w:br/>
        <w:t>vt 0.437341 0.549284</w:t>
        <w:br/>
        <w:t>vt 0.364193 0.586997</w:t>
        <w:br/>
        <w:t>vt 0.381631 0.597924</w:t>
        <w:br/>
        <w:t>vt 0.372988 0.606316</w:t>
        <w:br/>
        <w:t>vt 0.362579 0.588563</w:t>
        <w:br/>
        <w:t>vt 0.381627 0.608044</w:t>
        <w:br/>
        <w:t>vt 0.383104 0.606609</w:t>
        <w:br/>
        <w:t>vt 0.105123 0.074465</w:t>
        <w:br/>
        <w:t>vt 0.107272 0.070045</w:t>
        <w:br/>
        <w:t>vt 0.108877 0.074687</w:t>
        <w:br/>
        <w:t>vt 0.102627 0.071653</w:t>
        <w:br/>
        <w:t>vt 0.102851 0.067898</w:t>
        <w:br/>
        <w:t>vt 0.849817 0.580046</w:t>
        <w:br/>
        <w:t>vt 0.849817 0.578309</w:t>
        <w:br/>
        <w:t>vt 0.853412 0.578309</w:t>
        <w:br/>
        <w:t>vt 0.853412 0.580046</w:t>
        <w:br/>
        <w:t>vt 0.846221 0.580046</w:t>
        <w:br/>
        <w:t>vt 0.846221 0.578309</w:t>
        <w:br/>
        <w:t>vt 0.109420 0.065625</w:t>
        <w:br/>
        <w:t>vt 0.105665 0.065401</w:t>
        <w:br/>
        <w:t>vt 0.857008 0.578309</w:t>
        <w:br/>
        <w:t>vt 0.857008 0.580046</w:t>
        <w:br/>
        <w:t>vt 0.860601 0.578309</w:t>
        <w:br/>
        <w:t>vt 0.860601 0.580046</w:t>
        <w:br/>
        <w:t>vt 0.097413 0.059691</w:t>
        <w:br/>
        <w:t>vt 0.096502 0.056458</w:t>
        <w:br/>
        <w:t>vt 0.100863 0.056973</w:t>
        <w:br/>
        <w:t>vt 0.098146 0.053526</w:t>
        <w:br/>
        <w:t>vt 0.100346 0.061334</w:t>
        <w:br/>
        <w:t>vt 0.863296 0.578309</w:t>
        <w:br/>
        <w:t>vt 0.863296 0.580046</w:t>
        <w:br/>
        <w:t>vt 0.839030 0.580046</w:t>
        <w:br/>
        <w:t>vt 0.835435 0.580046</w:t>
        <w:br/>
        <w:t>vt 0.835435 0.578309</w:t>
        <w:br/>
        <w:t>vt 0.839030 0.578309</w:t>
        <w:br/>
        <w:t>vt 0.111693 0.072193</w:t>
        <w:br/>
        <w:t>vt 0.101381 0.052611</w:t>
        <w:br/>
        <w:t>vt 0.111917 0.068438</w:t>
        <w:br/>
        <w:t>vt 0.842625 0.578309</w:t>
        <w:br/>
        <w:t>vt 0.842625 0.580046</w:t>
        <w:br/>
        <w:t>vt 0.104313 0.054254</w:t>
        <w:br/>
        <w:t>vt 0.105225 0.057490</w:t>
        <w:br/>
        <w:t>vt 0.103581 0.060423</w:t>
        <w:br/>
        <w:t>vt 0.953309 0.829316</w:t>
        <w:br/>
        <w:t>vt 0.951354 0.829267</w:t>
        <w:br/>
        <w:t>vt 0.951354 0.822827</w:t>
        <w:br/>
        <w:t>vt 0.953309 0.822831</w:t>
        <w:br/>
        <w:t>vt 0.771849 0.904869</w:t>
        <w:br/>
        <w:t>vt 0.783422 0.904869</w:t>
        <w:br/>
        <w:t>vt 0.782671 0.907902</w:t>
        <w:br/>
        <w:t>vt 0.772123 0.907902</w:t>
        <w:br/>
        <w:t>vt 0.782169 0.893421</w:t>
        <w:br/>
        <w:t>vt 0.782840 0.896711</w:t>
        <w:br/>
        <w:t>vt 0.771956 0.896710</w:t>
        <w:br/>
        <w:t>vt 0.772053 0.893421</w:t>
        <w:br/>
        <w:t>vt 0.771956 0.899391</w:t>
        <w:br/>
        <w:t>vt 0.782662 0.899391</w:t>
        <w:br/>
        <w:t>vt 0.782661 0.902558</w:t>
        <w:br/>
        <w:t>vt 0.771849 0.902558</w:t>
        <w:br/>
        <w:t>vt 0.953309 0.829316</w:t>
        <w:br/>
        <w:t>vt 0.953309 0.830415</w:t>
        <w:br/>
        <w:t>vt 0.951354 0.830402</w:t>
        <w:br/>
        <w:t>vt 0.951354 0.829267</w:t>
        <w:br/>
        <w:t>vt 0.784802 0.907902</w:t>
        <w:br/>
        <w:t>vt 0.784521 0.904869</w:t>
        <w:br/>
        <w:t>vt 0.786713 0.904869</w:t>
        <w:br/>
        <w:t>vt 0.787656 0.907902</w:t>
        <w:br/>
        <w:t>vt 0.784855 0.893421</w:t>
        <w:br/>
        <w:t>vt 0.784780 0.896711</w:t>
        <w:br/>
        <w:t>vt 0.784788 0.902558</w:t>
        <w:br/>
        <w:t>vt 0.784802 0.899391</w:t>
        <w:br/>
        <w:t>vt 0.787267 0.899391</w:t>
        <w:br/>
        <w:t>vt 0.787367 0.902558</w:t>
        <w:br/>
        <w:t>vt 0.787993 0.893421</w:t>
        <w:br/>
        <w:t>vt 0.787169 0.896711</w:t>
        <w:br/>
        <w:t>vt 0.793209 0.893421</w:t>
        <w:br/>
        <w:t>vt 0.793947 0.896711</w:t>
        <w:br/>
        <w:t>vt 0.793947 0.899391</w:t>
        <w:br/>
        <w:t>vt 0.794000 0.902558</w:t>
        <w:br/>
        <w:t>vt 0.787367 0.902558</w:t>
        <w:br/>
        <w:t>vt 0.787267 0.899391</w:t>
        <w:br/>
        <w:t>vt 0.794000 0.904869</w:t>
        <w:br/>
        <w:t>vt 0.793104 0.907902</w:t>
        <w:br/>
        <w:t>vt 0.951354 0.835059</w:t>
        <w:br/>
        <w:t>vt 0.951354 0.831818</w:t>
        <w:br/>
        <w:t>vt 0.953309 0.831831</w:t>
        <w:br/>
        <w:t>vt 0.953309 0.835045</w:t>
        <w:br/>
        <w:t>vt 0.951354 0.831818</w:t>
        <w:br/>
        <w:t>vt 0.951354 0.830402</w:t>
        <w:br/>
        <w:t>vt 0.953309 0.830415</w:t>
        <w:br/>
        <w:t>vt 0.953309 0.831831</w:t>
        <w:br/>
        <w:t>vt 0.822958 0.779499</w:t>
        <w:br/>
        <w:t>vt 0.820564 0.779499</w:t>
        <w:br/>
        <w:t>vt 0.820564 0.777072</w:t>
        <w:br/>
        <w:t>vt 0.822959 0.777072</w:t>
        <w:br/>
        <w:t>vt 0.822959 0.774742</w:t>
        <w:br/>
        <w:t>vt 0.820564 0.774742</w:t>
        <w:br/>
        <w:t>vt 0.822959 0.774742</w:t>
        <w:br/>
        <w:t>vt 0.820564 0.774742</w:t>
        <w:br/>
        <w:t>vt 0.820566 0.762490</w:t>
        <w:br/>
        <w:t>vt 0.822959 0.762490</w:t>
        <w:br/>
        <w:t>vt 0.789461 0.834510</w:t>
        <w:br/>
        <w:t>vt 0.801861 0.834510</w:t>
        <w:br/>
        <w:t>vt 0.801861 0.837526</w:t>
        <w:br/>
        <w:t>vt 0.789461 0.837526</w:t>
        <w:br/>
        <w:t>vt 0.801861 0.829049</w:t>
        <w:br/>
        <w:t>vt 0.789461 0.829049</w:t>
        <w:br/>
        <w:t>vt 0.789461 0.826025</w:t>
        <w:br/>
        <w:t>vt 0.801861 0.826025</w:t>
        <w:br/>
        <w:t>vt 0.951762 0.844248</w:t>
        <w:br/>
        <w:t>vt 0.954177 0.844248</w:t>
        <w:br/>
        <w:t>vt 0.954179 0.846634</w:t>
        <w:br/>
        <w:t>vt 0.951762 0.846634</w:t>
        <w:br/>
        <w:t>vt 0.787047 0.829049</w:t>
        <w:br/>
        <w:t>vt 0.787047 0.826025</w:t>
        <w:br/>
        <w:t>vt 0.954177 0.858886</w:t>
        <w:br/>
        <w:t>vt 0.951762 0.858886</w:t>
        <w:br/>
        <w:t>vt 0.951762 0.861216</w:t>
        <w:br/>
        <w:t>vt 0.954177 0.861216</w:t>
        <w:br/>
        <w:t>vt 0.801861 0.829049</w:t>
        <w:br/>
        <w:t>vt 0.801861 0.826025</w:t>
        <w:br/>
        <w:t>vt 0.804219 0.826025</w:t>
        <w:br/>
        <w:t>vt 0.804219 0.829049</w:t>
        <w:br/>
        <w:t>vt 0.806675 0.826025</w:t>
        <w:br/>
        <w:t>vt 0.806675 0.829049</w:t>
        <w:br/>
        <w:t>vt 0.806675 0.837526</w:t>
        <w:br/>
        <w:t>vt 0.804219 0.837526</w:t>
        <w:br/>
        <w:t>vt 0.804219 0.834510</w:t>
        <w:br/>
        <w:t>vt 0.806675 0.834510</w:t>
        <w:br/>
        <w:t>vt 0.787047 0.837526</w:t>
        <w:br/>
        <w:t>vt 0.787047 0.834510</w:t>
        <w:br/>
        <w:t>vt 0.784822 0.837526</w:t>
        <w:br/>
        <w:t>vt 0.784822 0.834510</w:t>
        <w:br/>
        <w:t>vt 0.822959 0.757905</w:t>
        <w:br/>
        <w:t>vt 0.822958 0.760104</w:t>
        <w:br/>
        <w:t>vt 0.820564 0.760104</w:t>
        <w:br/>
        <w:t>vt 0.820566 0.757905</w:t>
        <w:br/>
        <w:t>vt 0.954177 0.863643</w:t>
        <w:br/>
        <w:t>vt 0.951762 0.863643</w:t>
        <w:br/>
        <w:t>vt 0.784822 0.829049</w:t>
        <w:br/>
        <w:t>vt 0.784822 0.826025</w:t>
        <w:br/>
        <w:t>vt 0.951762 0.842049</w:t>
        <w:br/>
        <w:t>vt 0.954179 0.842049</w:t>
        <w:br/>
        <w:t>vt 0.808538 0.772065</w:t>
        <w:br/>
        <w:t>vt 0.808538 0.767869</w:t>
        <w:br/>
        <w:t>vt 0.811952 0.767626</w:t>
        <w:br/>
        <w:t>vt 0.811952 0.772153</w:t>
        <w:br/>
        <w:t>vt 0.967945 0.909868</w:t>
        <w:br/>
        <w:t>vt 0.968724 0.908683</w:t>
        <w:br/>
        <w:t>vt 0.968639 0.911011</w:t>
        <w:br/>
        <w:t>vt 0.808538 0.765262</w:t>
        <w:br/>
        <w:t>vt 0.811952 0.764856</w:t>
        <w:br/>
        <w:t>vt 0.811952 0.766061</w:t>
        <w:br/>
        <w:t>vt 0.808538 0.766148</w:t>
        <w:br/>
        <w:t>vt 0.973647 0.903115</w:t>
        <w:br/>
        <w:t>vt 0.973647 0.915524</w:t>
        <w:br/>
        <w:t>vt 0.970310 0.903131</w:t>
        <w:br/>
        <w:t>vt 0.970310 0.908174</w:t>
        <w:br/>
        <w:t>vt 0.970310 0.911472</w:t>
        <w:br/>
        <w:t>vt 0.970310 0.915548</w:t>
        <w:br/>
        <w:t>vt 0.808538 0.763974</w:t>
        <w:br/>
        <w:t>vt 0.811952 0.764036</w:t>
        <w:br/>
        <w:t>vt 0.808538 0.760517</w:t>
        <w:br/>
        <w:t>vt 0.811952 0.760466</w:t>
        <w:br/>
        <w:t>vt 0.970310 0.921977</w:t>
        <w:br/>
        <w:t>vt 0.970310 0.918423</w:t>
        <w:br/>
        <w:t>vt 0.973647 0.918399</w:t>
        <w:br/>
        <w:t>vt 0.973647 0.921978</w:t>
        <w:br/>
        <w:t>vt 0.936057 0.971651</w:t>
        <w:br/>
        <w:t>vt 0.936093 0.958069</w:t>
        <w:br/>
        <w:t>vt 0.938768 0.958414</w:t>
        <w:br/>
        <w:t>vt 0.938768 0.971387</w:t>
        <w:br/>
        <w:t>vt 0.936057 0.973277</w:t>
        <w:br/>
        <w:t>vt 0.938768 0.973013</w:t>
        <w:br/>
        <w:t>vt 0.938768 0.977211</w:t>
        <w:br/>
        <w:t>vt 0.936064 0.977682</w:t>
        <w:br/>
        <w:t>vt 0.973647 0.900916</w:t>
        <w:br/>
        <w:t>vt 0.970310 0.900932</w:t>
        <w:br/>
        <w:t>vt 0.970310 0.897124</w:t>
        <w:br/>
        <w:t>vt 0.973647 0.897126</w:t>
        <w:br/>
        <w:t>vt 0.973164 0.973861</w:t>
        <w:br/>
        <w:t>vt 0.973167 0.978486</w:t>
        <w:br/>
        <w:t>vt 0.971619 0.978441</w:t>
        <w:br/>
        <w:t>vt 0.971645 0.973779</w:t>
        <w:br/>
        <w:t>vt 0.973164 0.971660</w:t>
        <w:br/>
        <w:t>vt 0.971645 0.971578</w:t>
        <w:br/>
        <w:t>vt 0.973180 0.958172</w:t>
        <w:br/>
        <w:t>vt 0.971373 0.965457</w:t>
        <w:br/>
        <w:t>vt 0.971338 0.963185</w:t>
        <w:br/>
        <w:t>vt 0.971627 0.958235</w:t>
        <w:br/>
        <w:t>vt 0.969791 0.965159</w:t>
        <w:br/>
        <w:t>vt 0.969709 0.963480</w:t>
        <w:br/>
        <w:t>vt 0.969028 0.964321</w:t>
        <w:br/>
        <w:t>vt 0.811952 0.767006</w:t>
        <w:br/>
        <w:t>vt 0.808538 0.766739</w:t>
        <w:br/>
        <w:t>vt 0.808538 0.754777</w:t>
        <w:br/>
        <w:t>vt 0.811952 0.754401</w:t>
        <w:br/>
        <w:t>vt 0.811952 0.758133</w:t>
        <w:br/>
        <w:t>vt 0.808538 0.758184</w:t>
        <w:br/>
        <w:t>vt 0.971608 0.951754</w:t>
        <w:br/>
        <w:t>vt 0.973232 0.951617</w:t>
        <w:br/>
        <w:t>vt 0.973180 0.955987</w:t>
        <w:br/>
        <w:t>vt 0.971627 0.956050</w:t>
        <w:br/>
        <w:t>vt 0.938768 0.956579</w:t>
        <w:br/>
        <w:t>vt 0.936093 0.956234</w:t>
        <w:br/>
        <w:t>vt 0.936210 0.952293</w:t>
        <w:br/>
        <w:t>vt 0.938768 0.952567</w:t>
        <w:br/>
        <w:t>vt 0.808538 0.777883</w:t>
        <w:br/>
        <w:t>vt 0.808538 0.774585</w:t>
        <w:br/>
        <w:t>vt 0.811952 0.774673</w:t>
        <w:br/>
        <w:t>vt 0.811952 0.778319</w:t>
        <w:br/>
        <w:t>vt 0.953309 0.829316</w:t>
        <w:br/>
        <w:t>vt 0.951354 0.829267</w:t>
        <w:br/>
        <w:t>vt 0.951354 0.822827</w:t>
        <w:br/>
        <w:t>vt 0.953309 0.822831</w:t>
        <w:br/>
        <w:t>vt 0.771849 0.904869</w:t>
        <w:br/>
        <w:t>vt 0.783422 0.904869</w:t>
        <w:br/>
        <w:t>vt 0.782671 0.907902</w:t>
        <w:br/>
        <w:t>vt 0.772123 0.907902</w:t>
        <w:br/>
        <w:t>vt 0.782169 0.893421</w:t>
        <w:br/>
        <w:t>vt 0.782840 0.896711</w:t>
        <w:br/>
        <w:t>vt 0.771956 0.896710</w:t>
        <w:br/>
        <w:t>vt 0.772053 0.893421</w:t>
        <w:br/>
        <w:t>vt 0.771956 0.899391</w:t>
        <w:br/>
        <w:t>vt 0.782662 0.899391</w:t>
        <w:br/>
        <w:t>vt 0.782661 0.902558</w:t>
        <w:br/>
        <w:t>vt 0.771849 0.902558</w:t>
        <w:br/>
        <w:t>vt 0.953309 0.830415</w:t>
        <w:br/>
        <w:t>vt 0.951354 0.830402</w:t>
        <w:br/>
        <w:t>vt 0.784802 0.907902</w:t>
        <w:br/>
        <w:t>vt 0.784521 0.904869</w:t>
        <w:br/>
        <w:t>vt 0.786713 0.904869</w:t>
        <w:br/>
        <w:t>vt 0.787656 0.907902</w:t>
        <w:br/>
        <w:t>vt 0.784855 0.893421</w:t>
        <w:br/>
        <w:t>vt 0.784780 0.896711</w:t>
        <w:br/>
        <w:t>vt 0.787267 0.899391</w:t>
        <w:br/>
        <w:t>vt 0.787367 0.902558</w:t>
        <w:br/>
        <w:t>vt 0.784788 0.902558</w:t>
        <w:br/>
        <w:t>vt 0.784802 0.899391</w:t>
        <w:br/>
        <w:t>vt 0.787993 0.893421</w:t>
        <w:br/>
        <w:t>vt 0.787169 0.896711</w:t>
        <w:br/>
        <w:t>vt 0.793209 0.893421</w:t>
        <w:br/>
        <w:t>vt 0.793947 0.896711</w:t>
        <w:br/>
        <w:t>vt 0.793947 0.899391</w:t>
        <w:br/>
        <w:t>vt 0.794000 0.902558</w:t>
        <w:br/>
        <w:t>vt 0.787367 0.902558</w:t>
        <w:br/>
        <w:t>vt 0.787267 0.899391</w:t>
        <w:br/>
        <w:t>vt 0.794000 0.904869</w:t>
        <w:br/>
        <w:t>vt 0.793104 0.907902</w:t>
        <w:br/>
        <w:t>vt 0.951354 0.835059</w:t>
        <w:br/>
        <w:t>vt 0.951354 0.831818</w:t>
        <w:br/>
        <w:t>vt 0.953309 0.831831</w:t>
        <w:br/>
        <w:t>vt 0.953309 0.835045</w:t>
        <w:br/>
        <w:t>vt 0.951354 0.830402</w:t>
        <w:br/>
        <w:t>vt 0.953309 0.830415</w:t>
        <w:br/>
        <w:t>vt 0.953309 0.831831</w:t>
        <w:br/>
        <w:t>vt 0.951354 0.831818</w:t>
        <w:br/>
        <w:t>vt 0.822958 0.779499</w:t>
        <w:br/>
        <w:t>vt 0.820564 0.779499</w:t>
        <w:br/>
        <w:t>vt 0.820564 0.777072</w:t>
        <w:br/>
        <w:t>vt 0.822959 0.777072</w:t>
        <w:br/>
        <w:t>vt 0.822959 0.774742</w:t>
        <w:br/>
        <w:t>vt 0.820564 0.774742</w:t>
        <w:br/>
        <w:t>vt 0.822959 0.762490</w:t>
        <w:br/>
        <w:t>vt 0.822959 0.774742</w:t>
        <w:br/>
        <w:t>vt 0.820564 0.774742</w:t>
        <w:br/>
        <w:t>vt 0.820566 0.762490</w:t>
        <w:br/>
        <w:t>vt 0.789461 0.834510</w:t>
        <w:br/>
        <w:t>vt 0.801861 0.834510</w:t>
        <w:br/>
        <w:t>vt 0.801861 0.837526</w:t>
        <w:br/>
        <w:t>vt 0.789461 0.837526</w:t>
        <w:br/>
        <w:t>vt 0.801861 0.826025</w:t>
        <w:br/>
        <w:t>vt 0.801861 0.829049</w:t>
        <w:br/>
        <w:t>vt 0.789461 0.829049</w:t>
        <w:br/>
        <w:t>vt 0.789461 0.826025</w:t>
        <w:br/>
        <w:t>vt 0.951762 0.844248</w:t>
        <w:br/>
        <w:t>vt 0.954177 0.844248</w:t>
        <w:br/>
        <w:t>vt 0.954179 0.846634</w:t>
        <w:br/>
        <w:t>vt 0.951762 0.846634</w:t>
        <w:br/>
        <w:t>vt 0.787047 0.829049</w:t>
        <w:br/>
        <w:t>vt 0.787047 0.826025</w:t>
        <w:br/>
        <w:t>vt 0.954177 0.858886</w:t>
        <w:br/>
        <w:t>vt 0.951762 0.858886</w:t>
        <w:br/>
        <w:t>vt 0.951762 0.861216</w:t>
        <w:br/>
        <w:t>vt 0.951762 0.858886</w:t>
        <w:br/>
        <w:t>vt 0.954177 0.858886</w:t>
        <w:br/>
        <w:t>vt 0.954177 0.861216</w:t>
        <w:br/>
        <w:t>vt 0.801861 0.829049</w:t>
        <w:br/>
        <w:t>vt 0.801861 0.826025</w:t>
        <w:br/>
        <w:t>vt 0.804219 0.826025</w:t>
        <w:br/>
        <w:t>vt 0.804219 0.829049</w:t>
        <w:br/>
        <w:t>vt 0.806675 0.826025</w:t>
        <w:br/>
        <w:t>vt 0.806675 0.829049</w:t>
        <w:br/>
        <w:t>vt 0.806675 0.837526</w:t>
        <w:br/>
        <w:t>vt 0.804219 0.837526</w:t>
        <w:br/>
        <w:t>vt 0.804219 0.834510</w:t>
        <w:br/>
        <w:t>vt 0.806675 0.834510</w:t>
        <w:br/>
        <w:t>vt 0.801861 0.837526</w:t>
        <w:br/>
        <w:t>vt 0.801861 0.834510</w:t>
        <w:br/>
        <w:t>vt 0.787047 0.837526</w:t>
        <w:br/>
        <w:t>vt 0.787047 0.834510</w:t>
        <w:br/>
        <w:t>vt 0.784822 0.837526</w:t>
        <w:br/>
        <w:t>vt 0.784822 0.834510</w:t>
        <w:br/>
        <w:t>vt 0.822959 0.757905</w:t>
        <w:br/>
        <w:t>vt 0.822958 0.760104</w:t>
        <w:br/>
        <w:t>vt 0.820564 0.760104</w:t>
        <w:br/>
        <w:t>vt 0.820566 0.757905</w:t>
        <w:br/>
        <w:t>vt 0.822958 0.760104</w:t>
        <w:br/>
        <w:t>vt 0.954177 0.863643</w:t>
        <w:br/>
        <w:t>vt 0.951762 0.863643</w:t>
        <w:br/>
        <w:t>vt 0.784822 0.829049</w:t>
        <w:br/>
        <w:t>vt 0.784822 0.826025</w:t>
        <w:br/>
        <w:t>vt 0.951762 0.842049</w:t>
        <w:br/>
        <w:t>vt 0.954179 0.842049</w:t>
        <w:br/>
        <w:t>vt 0.811952 0.772153</w:t>
        <w:br/>
        <w:t>vt 0.808538 0.772065</w:t>
        <w:br/>
        <w:t>vt 0.808538 0.767869</w:t>
        <w:br/>
        <w:t>vt 0.811952 0.767626</w:t>
        <w:br/>
        <w:t>vt 0.967945 0.909868</w:t>
        <w:br/>
        <w:t>vt 0.968724 0.908683</w:t>
        <w:br/>
        <w:t>vt 0.968639 0.911011</w:t>
        <w:br/>
        <w:t>vt 0.808538 0.765262</w:t>
        <w:br/>
        <w:t>vt 0.811952 0.764856</w:t>
        <w:br/>
        <w:t>vt 0.811952 0.766061</w:t>
        <w:br/>
        <w:t>vt 0.808538 0.766148</w:t>
        <w:br/>
        <w:t>vt 0.973647 0.903115</w:t>
        <w:br/>
        <w:t>vt 0.973647 0.915524</w:t>
        <w:br/>
        <w:t>vt 0.970310 0.903131</w:t>
        <w:br/>
        <w:t>vt 0.970310 0.908174</w:t>
        <w:br/>
        <w:t>vt 0.970310 0.911472</w:t>
        <w:br/>
        <w:t>vt 0.970310 0.915548</w:t>
        <w:br/>
        <w:t>vt 0.808538 0.763974</w:t>
        <w:br/>
        <w:t>vt 0.811952 0.764036</w:t>
        <w:br/>
        <w:t>vt 0.808538 0.760517</w:t>
        <w:br/>
        <w:t>vt 0.811952 0.760466</w:t>
        <w:br/>
        <w:t>vt 0.970310 0.921977</w:t>
        <w:br/>
        <w:t>vt 0.970310 0.918423</w:t>
        <w:br/>
        <w:t>vt 0.973647 0.918399</w:t>
        <w:br/>
        <w:t>vt 0.973647 0.921978</w:t>
        <w:br/>
        <w:t>vt 0.936093 0.958069</w:t>
        <w:br/>
        <w:t>vt 0.938768 0.958414</w:t>
        <w:br/>
        <w:t>vt 0.938768 0.971387</w:t>
        <w:br/>
        <w:t>vt 0.936057 0.971651</w:t>
        <w:br/>
        <w:t>vt 0.936057 0.973277</w:t>
        <w:br/>
        <w:t>vt 0.938768 0.973013</w:t>
        <w:br/>
        <w:t>vt 0.938768 0.977211</w:t>
        <w:br/>
        <w:t>vt 0.936064 0.977682</w:t>
        <w:br/>
        <w:t>vt 0.973647 0.900916</w:t>
        <w:br/>
        <w:t>vt 0.970310 0.900932</w:t>
        <w:br/>
        <w:t>vt 0.970310 0.897124</w:t>
        <w:br/>
        <w:t>vt 0.973647 0.897126</w:t>
        <w:br/>
        <w:t>vt 0.973164 0.973861</w:t>
        <w:br/>
        <w:t>vt 0.973167 0.978486</w:t>
        <w:br/>
        <w:t>vt 0.971619 0.978441</w:t>
        <w:br/>
        <w:t>vt 0.971645 0.973779</w:t>
        <w:br/>
        <w:t>vt 0.973164 0.971660</w:t>
        <w:br/>
        <w:t>vt 0.971645 0.971578</w:t>
        <w:br/>
        <w:t>vt 0.973180 0.958172</w:t>
        <w:br/>
        <w:t>vt 0.971373 0.965457</w:t>
        <w:br/>
        <w:t>vt 0.971338 0.963185</w:t>
        <w:br/>
        <w:t>vt 0.971627 0.958235</w:t>
        <w:br/>
        <w:t>vt 0.969791 0.965159</w:t>
        <w:br/>
        <w:t>vt 0.969709 0.963480</w:t>
        <w:br/>
        <w:t>vt 0.969028 0.964321</w:t>
        <w:br/>
        <w:t>vt 0.811952 0.767006</w:t>
        <w:br/>
        <w:t>vt 0.808538 0.766739</w:t>
        <w:br/>
        <w:t>vt 0.808538 0.766148</w:t>
        <w:br/>
        <w:t>vt 0.808538 0.754777</w:t>
        <w:br/>
        <w:t>vt 0.811952 0.754401</w:t>
        <w:br/>
        <w:t>vt 0.811952 0.758133</w:t>
        <w:br/>
        <w:t>vt 0.808538 0.758184</w:t>
        <w:br/>
        <w:t>vt 0.971608 0.951754</w:t>
        <w:br/>
        <w:t>vt 0.973232 0.951617</w:t>
        <w:br/>
        <w:t>vt 0.973180 0.955987</w:t>
        <w:br/>
        <w:t>vt 0.971627 0.956050</w:t>
        <w:br/>
        <w:t>vt 0.938768 0.956579</w:t>
        <w:br/>
        <w:t>vt 0.936093 0.956234</w:t>
        <w:br/>
        <w:t>vt 0.936210 0.952293</w:t>
        <w:br/>
        <w:t>vt 0.938768 0.952567</w:t>
        <w:br/>
        <w:t>vt 0.808538 0.777883</w:t>
        <w:br/>
        <w:t>vt 0.808538 0.774585</w:t>
        <w:br/>
        <w:t>vt 0.811952 0.774673</w:t>
        <w:br/>
        <w:t>vt 0.811952 0.778319</w:t>
        <w:br/>
        <w:t>vt 0.363690 0.573106</w:t>
        <w:br/>
        <w:t>vt 0.357501 0.573106</w:t>
        <w:br/>
        <w:t>vt 0.357501 0.567402</w:t>
        <w:br/>
        <w:t>vt 0.363690 0.567402</w:t>
        <w:br/>
        <w:t>vt 0.465345 0.590055</w:t>
        <w:br/>
        <w:t>vt 0.458145 0.590055</w:t>
        <w:br/>
        <w:t>vt 0.458145 0.567722</w:t>
        <w:br/>
        <w:t>vt 0.465345 0.567722</w:t>
        <w:br/>
        <w:t>vt 0.561998 0.865194</w:t>
        <w:br/>
        <w:t>vt 0.578177 0.887548</w:t>
        <w:br/>
        <w:t>vt 0.555289 0.887548</w:t>
        <w:br/>
        <w:t>vt 0.555289 0.865194</w:t>
        <w:br/>
        <w:t>vt 0.570375 0.864781</w:t>
        <w:br/>
        <w:t>vt 0.563158 0.864781</w:t>
        <w:br/>
        <w:t>vt 0.571535 0.865194</w:t>
        <w:br/>
        <w:t>vt 0.578177 0.865194</w:t>
        <w:br/>
        <w:t>vt 0.357501 0.442078</w:t>
        <w:br/>
        <w:t>vt 0.363690 0.442078</w:t>
        <w:br/>
        <w:t>vt 0.363690 0.447840</w:t>
        <w:br/>
        <w:t>vt 0.357501 0.447840</w:t>
        <w:br/>
        <w:t>vt 0.562658 0.769582</w:t>
        <w:br/>
        <w:t>vt 0.555949 0.769582</w:t>
        <w:br/>
        <w:t>vt 0.555949 0.747227</w:t>
        <w:br/>
        <w:t>vt 0.578838 0.747227</w:t>
        <w:br/>
        <w:t>vt 0.571035 0.769995</w:t>
        <w:br/>
        <w:t>vt 0.563818 0.769995</w:t>
        <w:br/>
        <w:t>vt 0.572195 0.769582</w:t>
        <w:br/>
        <w:t>vt 0.578838 0.769582</w:t>
        <w:br/>
        <w:t>vt 0.458375 0.614431</w:t>
        <w:br/>
        <w:t>vt 0.458375 0.592081</w:t>
        <w:br/>
        <w:t>vt 0.465580 0.592081</w:t>
        <w:br/>
        <w:t>vt 0.465580 0.614431</w:t>
        <w:br/>
        <w:t>vt 0.357501 0.536766</w:t>
        <w:br/>
        <w:t>vt 0.363690 0.536766</w:t>
        <w:br/>
        <w:t>vt 0.363690 0.562202</w:t>
        <w:br/>
        <w:t>vt 0.357501 0.562202</w:t>
        <w:br/>
        <w:t>vt 0.563824 0.830523</w:t>
        <w:br/>
        <w:t>vt 0.569627 0.830523</w:t>
        <w:br/>
        <w:t>vt 0.569620 0.860230</w:t>
        <w:br/>
        <w:t>vt 0.563825 0.860231</w:t>
        <w:br/>
        <w:t>vt 0.357501 0.478466</w:t>
        <w:br/>
        <w:t>vt 0.357501 0.453029</w:t>
        <w:br/>
        <w:t>vt 0.363690 0.453029</w:t>
        <w:br/>
        <w:t>vt 0.363690 0.478466</w:t>
        <w:br/>
        <w:t>vt 0.564566 0.804255</w:t>
        <w:br/>
        <w:t>vt 0.564573 0.774635</w:t>
        <w:br/>
        <w:t>vt 0.570368 0.774636</w:t>
        <w:br/>
        <w:t>vt 0.570369 0.804255</w:t>
        <w:br/>
        <w:t>vt 0.357501 0.566344</w:t>
        <w:br/>
        <w:t>vt 0.363690 0.566344</w:t>
        <w:br/>
        <w:t>vt 0.363690 0.448898</w:t>
        <w:br/>
        <w:t>vt 0.357501 0.448898</w:t>
        <w:br/>
        <w:t>vt 0.357501 0.534112</w:t>
        <w:br/>
        <w:t>vt 0.363690 0.534113</w:t>
        <w:br/>
        <w:t>vt 0.564028 0.827840</w:t>
        <w:br/>
        <w:t>vt 0.569471 0.827431</w:t>
        <w:br/>
        <w:t>vt 0.363690 0.480761</w:t>
        <w:br/>
        <w:t>vt 0.357501 0.480760</w:t>
        <w:br/>
        <w:t>vt 0.570132 0.807334</w:t>
        <w:br/>
        <w:t>vt 0.564688 0.806924</w:t>
        <w:br/>
        <w:t>vt 0.363690 0.532107</w:t>
        <w:br/>
        <w:t>vt 0.357501 0.532107</w:t>
        <w:br/>
        <w:t>vt 0.564314 0.825132</w:t>
        <w:br/>
        <w:t>vt 0.569153 0.825132</w:t>
        <w:br/>
        <w:t>vt 0.363690 0.483112</w:t>
        <w:br/>
        <w:t>vt 0.357501 0.483112</w:t>
        <w:br/>
        <w:t>vt 0.569813 0.809647</w:t>
        <w:br/>
        <w:t>vt 0.564973 0.809647</w:t>
        <w:br/>
        <w:t>vt 0.363690 0.507260</w:t>
        <w:br/>
        <w:t>vt 0.357501 0.507260</w:t>
        <w:br/>
        <w:t>vt 0.357501 0.505246</w:t>
        <w:br/>
        <w:t>vt 0.363690 0.505246</w:t>
        <w:br/>
        <w:t>vt 0.357501 0.530886</w:t>
        <w:br/>
        <w:t>vt 0.357501 0.529273</w:t>
        <w:br/>
        <w:t>vt 0.363690 0.529273</w:t>
        <w:br/>
        <w:t>vt 0.363690 0.530886</w:t>
        <w:br/>
        <w:t>vt 0.568913 0.813187</w:t>
        <w:br/>
        <w:t>vt 0.569991 0.811058</w:t>
        <w:br/>
        <w:t>vt 0.571623 0.811989</w:t>
        <w:br/>
        <w:t>vt 0.572222 0.814858</w:t>
        <w:br/>
        <w:t>vt 0.357501 0.489325</w:t>
        <w:br/>
        <w:t>vt 0.357501 0.487834</w:t>
        <w:br/>
        <w:t>vt 0.363690 0.487834</w:t>
        <w:br/>
        <w:t>vt 0.363690 0.489325</w:t>
        <w:br/>
        <w:t>vt 0.363690 0.495822</w:t>
        <w:br/>
        <w:t>vt 0.357501 0.495823</w:t>
        <w:br/>
        <w:t>vt 0.357501 0.493477</w:t>
        <w:br/>
        <w:t>vt 0.363690 0.493477</w:t>
        <w:br/>
        <w:t>vt 0.363690 0.498358</w:t>
        <w:br/>
        <w:t>vt 0.357501 0.498358</w:t>
        <w:br/>
        <w:t>vt 0.561111 0.811615</w:t>
        <w:br/>
        <w:t>vt 0.558587 0.813080</w:t>
        <w:br/>
        <w:t>vt 0.557997 0.810188</w:t>
        <w:br/>
        <w:t>vt 0.560841 0.809899</w:t>
        <w:br/>
        <w:t>vt 0.560739 0.814444</w:t>
        <w:br/>
        <w:t>vt 0.562316 0.812107</w:t>
        <w:br/>
        <w:t>vt 0.357501 0.486715</w:t>
        <w:br/>
        <w:t>vt 0.363690 0.486715</w:t>
        <w:br/>
        <w:t>vt 0.563493 0.814501</w:t>
        <w:br/>
        <w:t>vt 0.563820 0.811833</w:t>
        <w:br/>
        <w:t>vt 0.357501 0.485402</w:t>
        <w:br/>
        <w:t>vt 0.363690 0.485402</w:t>
        <w:br/>
        <w:t>vt 0.363690 0.502911</w:t>
        <w:br/>
        <w:t>vt 0.357501 0.502911</w:t>
        <w:br/>
        <w:t>vt 0.357501 0.500545</w:t>
        <w:br/>
        <w:t>vt 0.363690 0.500545</w:t>
        <w:br/>
        <w:t>vt 0.357501 0.484333</w:t>
        <w:br/>
        <w:t>vt 0.363690 0.484333</w:t>
        <w:br/>
        <w:t>vt 0.564795 0.811058</w:t>
        <w:br/>
        <w:t>vt 0.565874 0.813187</w:t>
        <w:br/>
        <w:t>vt 0.567393 0.811401</w:t>
        <w:br/>
        <w:t>vt 0.357501 0.521441</w:t>
        <w:br/>
        <w:t>vt 0.357501 0.519098</w:t>
        <w:br/>
        <w:t>vt 0.363690 0.519098</w:t>
        <w:br/>
        <w:t>vt 0.363690 0.521441</w:t>
        <w:br/>
        <w:t>vt 0.357501 0.516510</w:t>
        <w:br/>
        <w:t>vt 0.363690 0.516510</w:t>
        <w:br/>
        <w:t>vt 0.574005 0.811690</w:t>
        <w:br/>
        <w:t>vt 0.576438 0.813181</w:t>
        <w:br/>
        <w:t>vt 0.574638 0.814593</w:t>
        <w:br/>
        <w:t>vt 0.573003 0.812153</w:t>
        <w:br/>
        <w:t>vt 0.357501 0.514546</w:t>
        <w:br/>
        <w:t>vt 0.363690 0.514546</w:t>
        <w:br/>
        <w:t>vt 0.357501 0.527131</w:t>
        <w:br/>
        <w:t>vt 0.357501 0.525592</w:t>
        <w:br/>
        <w:t>vt 0.363690 0.525592</w:t>
        <w:br/>
        <w:t>vt 0.363690 0.527131</w:t>
        <w:br/>
        <w:t>vt 0.576792 0.810189</w:t>
        <w:br/>
        <w:t>vt 0.573948 0.809899</w:t>
        <w:br/>
        <w:t>vt 0.363690 0.528079</w:t>
        <w:br/>
        <w:t>vt 0.357501 0.528079</w:t>
        <w:br/>
        <w:t>vt 0.363690 0.512458</w:t>
        <w:br/>
        <w:t>vt 0.357501 0.512458</w:t>
        <w:br/>
        <w:t>vt 0.357501 0.509275</w:t>
        <w:br/>
        <w:t>vt 0.363690 0.509275</w:t>
        <w:br/>
        <w:t>vt 0.357501 0.507260</w:t>
        <w:br/>
        <w:t>vt 0.363690 0.507260</w:t>
        <w:br/>
        <w:t>vt 0.557332 0.824590</w:t>
        <w:br/>
        <w:t>vt 0.557931 0.821700</w:t>
        <w:br/>
        <w:t>vt 0.560454 0.823166</w:t>
        <w:br/>
        <w:t>vt 0.560176 0.824880</w:t>
        <w:br/>
        <w:t>vt 0.560082 0.820336</w:t>
        <w:br/>
        <w:t>vt 0.561660 0.822674</w:t>
        <w:br/>
        <w:t>vt 0.562833 0.820278</w:t>
        <w:br/>
        <w:t>vt 0.563161 0.822946</w:t>
        <w:br/>
        <w:t>vt 0.565213 0.821592</w:t>
        <w:br/>
        <w:t>vt 0.564135 0.823721</w:t>
        <w:br/>
        <w:t>vt 0.572773 0.823267</w:t>
        <w:br/>
        <w:t>vt 0.575205 0.821776</w:t>
        <w:br/>
        <w:t>vt 0.576131 0.824590</w:t>
        <w:br/>
        <w:t>vt 0.573287 0.824880</w:t>
        <w:br/>
        <w:t>vt 0.573591 0.820348</w:t>
        <w:br/>
        <w:t>vt 0.571962 0.822790</w:t>
        <w:br/>
        <w:t>vt 0.571561 0.819920</w:t>
        <w:br/>
        <w:t>vt 0.570963 0.822789</w:t>
        <w:br/>
        <w:t>vt 0.569331 0.823721</w:t>
        <w:br/>
        <w:t>vt 0.568253 0.821592</w:t>
        <w:br/>
        <w:t>vt 0.566733 0.823378</w:t>
        <w:br/>
        <w:t>vt 0.560439 0.807249</w:t>
        <w:br/>
        <w:t>vt 0.561537 0.807984</w:t>
        <w:br/>
        <w:t>vt 0.559019 0.807656</w:t>
        <w:br/>
        <w:t>vt 0.357501 0.492209</w:t>
        <w:br/>
        <w:t>vt 0.357501 0.491075</w:t>
        <w:br/>
        <w:t>vt 0.363690 0.491075</w:t>
        <w:br/>
        <w:t>vt 0.363690 0.492209</w:t>
        <w:br/>
        <w:t>vt 0.363690 0.523844</w:t>
        <w:br/>
        <w:t>vt 0.357501 0.523844</w:t>
        <w:br/>
        <w:t>vt 0.357501 0.522721</w:t>
        <w:br/>
        <w:t>vt 0.363690 0.522721</w:t>
        <w:br/>
        <w:t>vt 0.575781 0.807654</w:t>
        <w:br/>
        <w:t>vt 0.573264 0.807982</w:t>
        <w:br/>
        <w:t>vt 0.574348 0.807249</w:t>
        <w:br/>
        <w:t>vt 0.558348 0.827124</w:t>
        <w:br/>
        <w:t>vt 0.560865 0.826796</w:t>
        <w:br/>
        <w:t>vt 0.559779 0.827529</w:t>
        <w:br/>
        <w:t>vt 0.573687 0.827529</w:t>
        <w:br/>
        <w:t>vt 0.572587 0.826794</w:t>
        <w:br/>
        <w:t>vt 0.575104 0.827123</w:t>
        <w:br/>
        <w:t>vt 0.357501 0.491075</w:t>
        <w:br/>
        <w:t>vt 0.363690 0.491075</w:t>
        <w:br/>
        <w:t>vt 0.357501 0.523844</w:t>
        <w:br/>
        <w:t>vt 0.363690 0.523844</w:t>
        <w:br/>
        <w:t>vt 0.357501 0.566344</w:t>
        <w:br/>
        <w:t>vt 0.363690 0.566344</w:t>
        <w:br/>
        <w:t>vt 0.363690 0.448898</w:t>
        <w:br/>
        <w:t>vt 0.357501 0.448898</w:t>
        <w:br/>
        <w:t>vt 0.033959 0.785209</w:t>
        <w:br/>
        <w:t>vt 0.033961 0.778792</w:t>
        <w:br/>
        <w:t>vt 0.002706 0.785203</w:t>
        <w:br/>
        <w:t>vt 0.027902 0.778791</w:t>
        <w:br/>
        <w:t>vt 0.024706 0.774340</w:t>
        <w:br/>
        <w:t>vt 0.002707 0.778787</w:t>
        <w:br/>
        <w:t>vt 0.009152 0.778788</w:t>
        <w:br/>
        <w:t>vt 0.012599 0.774338</w:t>
        <w:br/>
        <w:t>vt 0.103191 0.990744</w:t>
        <w:br/>
        <w:t>vt 0.108780 0.992273</w:t>
        <w:br/>
        <w:t>vt 0.108741 0.985387</w:t>
        <w:br/>
        <w:t>vt 0.103170 0.986978</w:t>
        <w:br/>
        <w:t>vt 0.030630 0.806913</w:t>
        <w:br/>
        <w:t>vt 0.036372 0.806914</w:t>
        <w:br/>
        <w:t>vt 0.035573 0.801333</w:t>
        <w:br/>
        <w:t>vt 0.029070 0.801332</w:t>
        <w:br/>
        <w:t>vt 0.082849 0.783607</w:t>
        <w:br/>
        <w:t>vt 0.082048 0.789188</w:t>
        <w:br/>
        <w:t>vt 0.087930 0.789188</w:t>
        <w:br/>
        <w:t>vt 0.088731 0.783607</w:t>
        <w:br/>
        <w:t>vt 0.093935 0.835613</w:t>
        <w:br/>
        <w:t>vt 0.087048 0.835614</w:t>
        <w:br/>
        <w:t>vt 0.088608 0.841195</w:t>
        <w:br/>
        <w:t>vt 0.092375 0.841194</w:t>
        <w:br/>
        <w:t>vt 0.045800 0.990115</w:t>
        <w:br/>
        <w:t>vt 0.051839 0.990276</w:t>
        <w:br/>
        <w:t>vt 0.051223 0.984677</w:t>
        <w:br/>
        <w:t>vt 0.045183 0.984517</w:t>
        <w:br/>
        <w:t>vt 0.019947 0.797235</w:t>
        <w:br/>
        <w:t>vt 0.020712 0.791654</w:t>
        <w:br/>
        <w:t>vt 0.014590 0.791655</w:t>
        <w:br/>
        <w:t>vt 0.013030 0.797236</w:t>
        <w:br/>
        <w:t>vt 0.128284 0.994548</w:t>
        <w:br/>
        <w:t>vt 0.139713 0.994546</w:t>
        <w:br/>
        <w:t>vt 0.140477 0.988966</w:t>
        <w:br/>
        <w:t>vt 0.127483 0.988967</w:t>
        <w:br/>
        <w:t>vt 0.045722 0.806206</w:t>
        <w:br/>
        <w:t>vt 0.045724 0.839751</w:t>
        <w:br/>
        <w:t>vt 0.051304 0.838191</w:t>
        <w:br/>
        <w:t>vt 0.051303 0.807766</w:t>
        <w:br/>
        <w:t>vt 0.105075 0.935629</w:t>
        <w:br/>
        <w:t>vt 0.135500 0.935623</w:t>
        <w:br/>
        <w:t>vt 0.105075 0.931863</w:t>
        <w:br/>
        <w:t>vt 0.110817 0.931862</w:t>
        <w:br/>
        <w:t>vt 0.114248 0.927084</w:t>
        <w:br/>
        <w:t>vt 0.135499 0.931856</w:t>
        <w:br/>
        <w:t>vt 0.129377 0.931858</w:t>
        <w:br/>
        <w:t>vt 0.125677 0.927081</w:t>
        <w:br/>
        <w:t>vt 0.033959 0.785209</w:t>
        <w:br/>
        <w:t>vt 0.002706 0.785203</w:t>
        <w:br/>
        <w:t>vt 0.033961 0.778792</w:t>
        <w:br/>
        <w:t>vt 0.027902 0.778791</w:t>
        <w:br/>
        <w:t>vt 0.024706 0.774340</w:t>
        <w:br/>
        <w:t>vt 0.002707 0.778787</w:t>
        <w:br/>
        <w:t>vt 0.009152 0.778788</w:t>
        <w:br/>
        <w:t>vt 0.012599 0.774338</w:t>
        <w:br/>
        <w:t>vt 0.103191 0.990744</w:t>
        <w:br/>
        <w:t>vt 0.103170 0.986978</w:t>
        <w:br/>
        <w:t>vt 0.108741 0.985387</w:t>
        <w:br/>
        <w:t>vt 0.108780 0.992273</w:t>
        <w:br/>
        <w:t>vt 0.035573 0.801333</w:t>
        <w:br/>
        <w:t>vt 0.036372 0.806914</w:t>
        <w:br/>
        <w:t>vt 0.030630 0.806913</w:t>
        <w:br/>
        <w:t>vt 0.029070 0.801332</w:t>
        <w:br/>
        <w:t>vt 0.082849 0.783607</w:t>
        <w:br/>
        <w:t>vt 0.088731 0.783607</w:t>
        <w:br/>
        <w:t>vt 0.087930 0.789188</w:t>
        <w:br/>
        <w:t>vt 0.082048 0.789188</w:t>
        <w:br/>
        <w:t>vt 0.088608 0.841195</w:t>
        <w:br/>
        <w:t>vt 0.087048 0.835614</w:t>
        <w:br/>
        <w:t>vt 0.093935 0.835613</w:t>
        <w:br/>
        <w:t>vt 0.092375 0.841194</w:t>
        <w:br/>
        <w:t>vt 0.051223 0.984677</w:t>
        <w:br/>
        <w:t>vt 0.051839 0.990276</w:t>
        <w:br/>
        <w:t>vt 0.045800 0.990115</w:t>
        <w:br/>
        <w:t>vt 0.045183 0.984517</w:t>
        <w:br/>
        <w:t>vt 0.019947 0.797235</w:t>
        <w:br/>
        <w:t>vt 0.013030 0.797236</w:t>
        <w:br/>
        <w:t>vt 0.014590 0.791655</w:t>
        <w:br/>
        <w:t>vt 0.020712 0.791654</w:t>
        <w:br/>
        <w:t>vt 0.140477 0.988966</w:t>
        <w:br/>
        <w:t>vt 0.139713 0.994546</w:t>
        <w:br/>
        <w:t>vt 0.128284 0.994548</w:t>
        <w:br/>
        <w:t>vt 0.127483 0.988967</w:t>
        <w:br/>
        <w:t>vt 0.045722 0.806206</w:t>
        <w:br/>
        <w:t>vt 0.051303 0.807766</w:t>
        <w:br/>
        <w:t>vt 0.051304 0.838191</w:t>
        <w:br/>
        <w:t>vt 0.045724 0.839751</w:t>
        <w:br/>
        <w:t>vt 0.105075 0.935629</w:t>
        <w:br/>
        <w:t>vt 0.105075 0.931863</w:t>
        <w:br/>
        <w:t>vt 0.135500 0.935623</w:t>
        <w:br/>
        <w:t>vt 0.110817 0.931862</w:t>
        <w:br/>
        <w:t>vt 0.114248 0.927084</w:t>
        <w:br/>
        <w:t>vt 0.135499 0.931856</w:t>
        <w:br/>
        <w:t>vt 0.129377 0.931858</w:t>
        <w:br/>
        <w:t>vt 0.125677 0.927081</w:t>
        <w:br/>
        <w:t>vt 0.449299 0.788415</w:t>
        <w:br/>
        <w:t>vt 0.449299 0.772734</w:t>
        <w:br/>
        <w:t>vt 0.447883 0.772734</w:t>
        <w:br/>
        <w:t>vt 0.447883 0.788415</w:t>
        <w:br/>
        <w:t>vt 0.436836 0.788415</w:t>
        <w:br/>
        <w:t>vt 0.436836 0.772734</w:t>
        <w:br/>
        <w:t>vt 0.434241 0.788415</w:t>
        <w:br/>
        <w:t>vt 0.434241 0.772734</w:t>
        <w:br/>
        <w:t>vt 0.425070 0.788415</w:t>
        <w:br/>
        <w:t>vt 0.425070 0.772734</w:t>
        <w:br/>
        <w:t>vt 0.413489 0.772734</w:t>
        <w:br/>
        <w:t>vt 0.413489 0.788415</w:t>
        <w:br/>
        <w:t>vt 0.405343 0.788415</w:t>
        <w:br/>
        <w:t>vt 0.405343 0.772734</w:t>
        <w:br/>
        <w:t>vt 0.432389 0.788415</w:t>
        <w:br/>
        <w:t>vt 0.432389 0.772734</w:t>
        <w:br/>
        <w:t>vt 0.597909 0.418676</w:t>
        <w:br/>
        <w:t>vt 0.597909 0.421578</w:t>
        <w:br/>
        <w:t>vt 0.604983 0.421577</w:t>
        <w:br/>
        <w:t>vt 0.604983 0.418676</w:t>
        <w:br/>
        <w:t>vt 0.605889 0.421577</w:t>
        <w:br/>
        <w:t>vt 0.605889 0.418676</w:t>
        <w:br/>
        <w:t>vt 0.532053 0.421578</w:t>
        <w:br/>
        <w:t>vt 0.537371 0.421577</w:t>
        <w:br/>
        <w:t>vt 0.537371 0.418676</w:t>
        <w:br/>
        <w:t>vt 0.532053 0.418676</w:t>
        <w:br/>
        <w:t>vt 0.546955 0.421577</w:t>
        <w:br/>
        <w:t>vt 0.546955 0.418676</w:t>
        <w:br/>
        <w:t>vt 0.548691 0.421577</w:t>
        <w:br/>
        <w:t>vt 0.548691 0.418676</w:t>
        <w:br/>
        <w:t>vt 0.596248 0.418676</w:t>
        <w:br/>
        <w:t>vt 0.596248 0.421578</w:t>
        <w:br/>
        <w:t>vt 0.549492 0.421577</w:t>
        <w:br/>
        <w:t>vt 0.549492 0.418676</w:t>
        <w:br/>
        <w:t>vt 0.595062 0.418676</w:t>
        <w:br/>
        <w:t>vt 0.595062 0.421578</w:t>
        <w:br/>
        <w:t>vt 0.554153 0.418676</w:t>
        <w:br/>
        <w:t>vt 0.554153 0.421578</w:t>
        <w:br/>
        <w:t>vt 0.562489 0.421578</w:t>
        <w:br/>
        <w:t>vt 0.562489 0.418676</w:t>
        <w:br/>
        <w:t>vt 0.567704 0.421578</w:t>
        <w:br/>
        <w:t>vt 0.567704 0.418676</w:t>
        <w:br/>
        <w:t>vt 0.577745 0.421577</w:t>
        <w:br/>
        <w:t>vt 0.582960 0.421577</w:t>
        <w:br/>
        <w:t>vt 0.582960 0.418676</w:t>
        <w:br/>
        <w:t>vt 0.577745 0.418676</w:t>
        <w:br/>
        <w:t>vt 0.590375 0.421578</w:t>
        <w:br/>
        <w:t>vt 0.590375 0.418676</w:t>
        <w:br/>
        <w:t>vt 0.216799 0.749586</w:t>
        <w:br/>
        <w:t>vt 0.215582 0.749586</w:t>
        <w:br/>
        <w:t>vt 0.215582 0.764628</w:t>
        <w:br/>
        <w:t>vt 0.216799 0.764628</w:t>
        <w:br/>
        <w:t>vt 0.204287 0.749586</w:t>
        <w:br/>
        <w:t>vt 0.204287 0.764628</w:t>
        <w:br/>
        <w:t>vt 0.201111 0.749586</w:t>
        <w:br/>
        <w:t>vt 0.201111 0.764628</w:t>
        <w:br/>
        <w:t>vt 0.177989 0.764628</w:t>
        <w:br/>
        <w:t>vt 0.190557 0.764628</w:t>
        <w:br/>
        <w:t>vt 0.190557 0.749586</w:t>
        <w:br/>
        <w:t>vt 0.177989 0.749586</w:t>
        <w:br/>
        <w:t>vt 0.169731 0.749586</w:t>
        <w:br/>
        <w:t>vt 0.169731 0.764628</w:t>
        <w:br/>
        <w:t>vt 0.198258 0.749586</w:t>
        <w:br/>
        <w:t>vt 0.198258 0.764628</w:t>
        <w:br/>
        <w:t>vt 0.198258 0.764628</w:t>
        <w:br/>
        <w:t>vt 0.198258 0.749586</w:t>
        <w:br/>
        <w:t>vt 0.265762 0.749086</w:t>
        <w:br/>
        <w:t>vt 0.265837 0.740278</w:t>
        <w:br/>
        <w:t>vt 0.275817 0.740374</w:t>
        <w:br/>
        <w:t>vt 0.275832 0.749069</w:t>
        <w:br/>
        <w:t>vt 0.255947 0.749123</w:t>
        <w:br/>
        <w:t>vt 0.255504 0.740268</w:t>
        <w:br/>
        <w:t>vt 0.245188 0.749163</w:t>
        <w:br/>
        <w:t>vt 0.244752 0.740102</w:t>
        <w:br/>
        <w:t>vt 0.233442 0.749164</w:t>
        <w:br/>
        <w:t>vt 0.233402 0.740019</w:t>
        <w:br/>
        <w:t>vt 0.221522 0.749671</w:t>
        <w:br/>
        <w:t>vt 0.221480 0.740191</w:t>
        <w:br/>
        <w:t>vt 0.284986 0.749042</w:t>
        <w:br/>
        <w:t>vt 0.285412 0.740080</w:t>
        <w:br/>
        <w:t>vt 0.296141 0.749205</w:t>
        <w:br/>
        <w:t>vt 0.296751 0.740112</w:t>
        <w:br/>
        <w:t>vt 0.309822 0.740223</w:t>
        <w:br/>
        <w:t>vt 0.308843 0.749128</w:t>
        <w:br/>
        <w:t>vt 0.327888 0.748933</w:t>
        <w:br/>
        <w:t>vt 0.318629 0.749003</w:t>
        <w:br/>
        <w:t>vt 0.319411 0.740145</w:t>
        <w:br/>
        <w:t>vt 0.328274 0.740212</w:t>
        <w:br/>
        <w:t>vt 0.338962 0.740167</w:t>
        <w:br/>
        <w:t>vt 0.352064 0.739926</w:t>
        <w:br/>
        <w:t>vt 0.350792 0.749270</w:t>
        <w:br/>
        <w:t>vt 0.338501 0.749072</w:t>
        <w:br/>
        <w:t>vt 0.275985 0.736758</w:t>
        <w:br/>
        <w:t>vt 0.275817 0.740374</w:t>
        <w:br/>
        <w:t>vt 0.265837 0.740278</w:t>
        <w:br/>
        <w:t>vt 0.265965 0.736758</w:t>
        <w:br/>
        <w:t>vt 0.275944 0.752901</w:t>
        <w:br/>
        <w:t>vt 0.265865 0.752901</w:t>
        <w:br/>
        <w:t>vt 0.265762 0.749086</w:t>
        <w:br/>
        <w:t>vt 0.275832 0.749069</w:t>
        <w:br/>
        <w:t>vt 0.255439 0.736758</w:t>
        <w:br/>
        <w:t>vt 0.255504 0.740268</w:t>
        <w:br/>
        <w:t>vt 0.255784 0.752901</w:t>
        <w:br/>
        <w:t>vt 0.255947 0.749123</w:t>
        <w:br/>
        <w:t>vt 0.244752 0.740102</w:t>
        <w:br/>
        <w:t>vt 0.244543 0.736758</w:t>
        <w:br/>
        <w:t>vt 0.244905 0.752901</w:t>
        <w:br/>
        <w:t>vt 0.245188 0.749163</w:t>
        <w:br/>
        <w:t>vt 0.233569 0.752901</w:t>
        <w:br/>
        <w:t>vt 0.233442 0.749164</w:t>
        <w:br/>
        <w:t>vt 0.233402 0.740019</w:t>
        <w:br/>
        <w:t>vt 0.233418 0.736758</w:t>
        <w:br/>
        <w:t>vt 0.222903 0.752901</w:t>
        <w:br/>
        <w:t>vt 0.221522 0.749671</w:t>
        <w:br/>
        <w:t>vt 0.222491 0.736758</w:t>
        <w:br/>
        <w:t>vt 0.221480 0.740191</w:t>
        <w:br/>
        <w:t>vt 0.284986 0.749042</w:t>
        <w:br/>
        <w:t>vt 0.285391 0.752901</w:t>
        <w:br/>
        <w:t>vt 0.285748 0.736758</w:t>
        <w:br/>
        <w:t>vt 0.285412 0.740080</w:t>
        <w:br/>
        <w:t>vt 0.296141 0.749205</w:t>
        <w:br/>
        <w:t>vt 0.296261 0.752901</w:t>
        <w:br/>
        <w:t>vt 0.296806 0.736758</w:t>
        <w:br/>
        <w:t>vt 0.296751 0.740112</w:t>
        <w:br/>
        <w:t>vt 0.309194 0.736758</w:t>
        <w:br/>
        <w:t>vt 0.309822 0.740223</w:t>
        <w:br/>
        <w:t>vt 0.308258 0.752901</w:t>
        <w:br/>
        <w:t>vt 0.308843 0.749128</w:t>
        <w:br/>
        <w:t>vt 0.327907 0.752901</w:t>
        <w:br/>
        <w:t>vt 0.318299 0.752901</w:t>
        <w:br/>
        <w:t>vt 0.318629 0.749003</w:t>
        <w:br/>
        <w:t>vt 0.327888 0.748933</w:t>
        <w:br/>
        <w:t>vt 0.328428 0.736758</w:t>
        <w:br/>
        <w:t>vt 0.328274 0.740212</w:t>
        <w:br/>
        <w:t>vt 0.319411 0.740145</w:t>
        <w:br/>
        <w:t>vt 0.319149 0.736758</w:t>
        <w:br/>
        <w:t>vt 0.339406 0.736758</w:t>
        <w:br/>
        <w:t>vt 0.351229 0.736758</w:t>
        <w:br/>
        <w:t>vt 0.352064 0.739926</w:t>
        <w:br/>
        <w:t>vt 0.338962 0.740167</w:t>
        <w:br/>
        <w:t>vt 0.338832 0.752901</w:t>
        <w:br/>
        <w:t>vt 0.338501 0.749072</w:t>
        <w:br/>
        <w:t>vt 0.350792 0.749270</w:t>
        <w:br/>
        <w:t>vt 0.349885 0.752901</w:t>
        <w:br/>
        <w:t>vt 0.265762 0.749086</w:t>
        <w:br/>
        <w:t>vt 0.275832 0.749069</w:t>
        <w:br/>
        <w:t>vt 0.275817 0.740374</w:t>
        <w:br/>
        <w:t>vt 0.265837 0.740278</w:t>
        <w:br/>
        <w:t>vt 0.255947 0.749123</w:t>
        <w:br/>
        <w:t>vt 0.255504 0.740268</w:t>
        <w:br/>
        <w:t>vt 0.245188 0.749163</w:t>
        <w:br/>
        <w:t>vt 0.244752 0.740102</w:t>
        <w:br/>
        <w:t>vt 0.233402 0.740019</w:t>
        <w:br/>
        <w:t>vt 0.233442 0.749164</w:t>
        <w:br/>
        <w:t>vt 0.221480 0.740191</w:t>
        <w:br/>
        <w:t>vt 0.221522 0.749671</w:t>
        <w:br/>
        <w:t>vt 0.284986 0.749042</w:t>
        <w:br/>
        <w:t>vt 0.285412 0.740080</w:t>
        <w:br/>
        <w:t>vt 0.296141 0.749205</w:t>
        <w:br/>
        <w:t>vt 0.296751 0.740112</w:t>
        <w:br/>
        <w:t>vt 0.308843 0.749128</w:t>
        <w:br/>
        <w:t>vt 0.309822 0.740223</w:t>
        <w:br/>
        <w:t>vt 0.327888 0.748933</w:t>
        <w:br/>
        <w:t>vt 0.328274 0.740212</w:t>
        <w:br/>
        <w:t>vt 0.319411 0.740145</w:t>
        <w:br/>
        <w:t>vt 0.318629 0.749003</w:t>
        <w:br/>
        <w:t>vt 0.338962 0.740167</w:t>
        <w:br/>
        <w:t>vt 0.338501 0.749072</w:t>
        <w:br/>
        <w:t>vt 0.350792 0.749270</w:t>
        <w:br/>
        <w:t>vt 0.352064 0.739926</w:t>
        <w:br/>
        <w:t>vt 0.265837 0.740278</w:t>
        <w:br/>
        <w:t>vt 0.275817 0.740374</w:t>
        <w:br/>
        <w:t>vt 0.275985 0.736758</w:t>
        <w:br/>
        <w:t>vt 0.265965 0.736758</w:t>
        <w:br/>
        <w:t>vt 0.275944 0.752901</w:t>
        <w:br/>
        <w:t>vt 0.275832 0.749069</w:t>
        <w:br/>
        <w:t>vt 0.265762 0.749086</w:t>
        <w:br/>
        <w:t>vt 0.265865 0.752901</w:t>
        <w:br/>
        <w:t>vt 0.255439 0.736758</w:t>
        <w:br/>
        <w:t>vt 0.255504 0.740268</w:t>
        <w:br/>
        <w:t>vt 0.255947 0.749123</w:t>
        <w:br/>
        <w:t>vt 0.255784 0.752901</w:t>
        <w:br/>
        <w:t>vt 0.244752 0.740102</w:t>
        <w:br/>
        <w:t>vt 0.244543 0.736758</w:t>
        <w:br/>
        <w:t>vt 0.245188 0.749163</w:t>
        <w:br/>
        <w:t>vt 0.244905 0.752901</w:t>
        <w:br/>
        <w:t>vt 0.233442 0.749164</w:t>
        <w:br/>
        <w:t>vt 0.233569 0.752901</w:t>
        <w:br/>
        <w:t>vt 0.233402 0.740019</w:t>
        <w:br/>
        <w:t>vt 0.233418 0.736758</w:t>
        <w:br/>
        <w:t>vt 0.221522 0.749671</w:t>
        <w:br/>
        <w:t>vt 0.222903 0.752901</w:t>
        <w:br/>
        <w:t>vt 0.222491 0.736758</w:t>
        <w:br/>
        <w:t>vt 0.221480 0.740191</w:t>
        <w:br/>
        <w:t>vt 0.284986 0.749042</w:t>
        <w:br/>
        <w:t>vt 0.285391 0.752901</w:t>
        <w:br/>
        <w:t>vt 0.285412 0.740080</w:t>
        <w:br/>
        <w:t>vt 0.285748 0.736758</w:t>
        <w:br/>
        <w:t>vt 0.296141 0.749205</w:t>
        <w:br/>
        <w:t>vt 0.296261 0.752901</w:t>
        <w:br/>
        <w:t>vt 0.296751 0.740112</w:t>
        <w:br/>
        <w:t>vt 0.296806 0.736758</w:t>
        <w:br/>
        <w:t>vt 0.309194 0.736758</w:t>
        <w:br/>
        <w:t>vt 0.309822 0.740223</w:t>
        <w:br/>
        <w:t>vt 0.308258 0.752901</w:t>
        <w:br/>
        <w:t>vt 0.308843 0.749128</w:t>
        <w:br/>
        <w:t>vt 0.327907 0.752901</w:t>
        <w:br/>
        <w:t>vt 0.327888 0.748933</w:t>
        <w:br/>
        <w:t>vt 0.318629 0.749003</w:t>
        <w:br/>
        <w:t>vt 0.318299 0.752901</w:t>
        <w:br/>
        <w:t>vt 0.319411 0.740145</w:t>
        <w:br/>
        <w:t>vt 0.328274 0.740212</w:t>
        <w:br/>
        <w:t>vt 0.328428 0.736758</w:t>
        <w:br/>
        <w:t>vt 0.319149 0.736758</w:t>
        <w:br/>
        <w:t>vt 0.339406 0.736758</w:t>
        <w:br/>
        <w:t>vt 0.338962 0.740167</w:t>
        <w:br/>
        <w:t>vt 0.352064 0.739926</w:t>
        <w:br/>
        <w:t>vt 0.351229 0.736758</w:t>
        <w:br/>
        <w:t>vt 0.350792 0.749270</w:t>
        <w:br/>
        <w:t>vt 0.338501 0.749072</w:t>
        <w:br/>
        <w:t>vt 0.338832 0.752901</w:t>
        <w:br/>
        <w:t>vt 0.349885 0.752901</w:t>
        <w:br/>
        <w:t>vt 0.449299 0.788415</w:t>
        <w:br/>
        <w:t>vt 0.447883 0.788415</w:t>
        <w:br/>
        <w:t>vt 0.447883 0.772734</w:t>
        <w:br/>
        <w:t>vt 0.449299 0.772734</w:t>
        <w:br/>
        <w:t>vt 0.436836 0.788415</w:t>
        <w:br/>
        <w:t>vt 0.436836 0.772734</w:t>
        <w:br/>
        <w:t>vt 0.434241 0.788415</w:t>
        <w:br/>
        <w:t>vt 0.434241 0.772734</w:t>
        <w:br/>
        <w:t>vt 0.413489 0.772734</w:t>
        <w:br/>
        <w:t>vt 0.425070 0.772734</w:t>
        <w:br/>
        <w:t>vt 0.425070 0.788415</w:t>
        <w:br/>
        <w:t>vt 0.413489 0.788415</w:t>
        <w:br/>
        <w:t>vt 0.405343 0.788415</w:t>
        <w:br/>
        <w:t>vt 0.405343 0.772734</w:t>
        <w:br/>
        <w:t>vt 0.432389 0.788415</w:t>
        <w:br/>
        <w:t>vt 0.432389 0.772734</w:t>
        <w:br/>
        <w:t>vt 0.597909 0.418676</w:t>
        <w:br/>
        <w:t>vt 0.604983 0.418676</w:t>
        <w:br/>
        <w:t>vt 0.604983 0.421577</w:t>
        <w:br/>
        <w:t>vt 0.597909 0.421578</w:t>
        <w:br/>
        <w:t>vt 0.605889 0.418676</w:t>
        <w:br/>
        <w:t>vt 0.605889 0.421577</w:t>
        <w:br/>
        <w:t>vt 0.537371 0.418676</w:t>
        <w:br/>
        <w:t>vt 0.537371 0.421577</w:t>
        <w:br/>
        <w:t>vt 0.532053 0.421578</w:t>
        <w:br/>
        <w:t>vt 0.532053 0.418676</w:t>
        <w:br/>
        <w:t>vt 0.546955 0.418676</w:t>
        <w:br/>
        <w:t>vt 0.546955 0.421577</w:t>
        <w:br/>
        <w:t>vt 0.548691 0.418676</w:t>
        <w:br/>
        <w:t>vt 0.548691 0.421577</w:t>
        <w:br/>
        <w:t>vt 0.596248 0.418676</w:t>
        <w:br/>
        <w:t>vt 0.596248 0.421578</w:t>
        <w:br/>
        <w:t>vt 0.549492 0.421577</w:t>
        <w:br/>
        <w:t>vt 0.549492 0.418676</w:t>
        <w:br/>
        <w:t>vt 0.595062 0.421578</w:t>
        <w:br/>
        <w:t>vt 0.595062 0.418676</w:t>
        <w:br/>
        <w:t>vt 0.554153 0.418676</w:t>
        <w:br/>
        <w:t>vt 0.562489 0.418676</w:t>
        <w:br/>
        <w:t>vt 0.562489 0.421578</w:t>
        <w:br/>
        <w:t>vt 0.554153 0.421578</w:t>
        <w:br/>
        <w:t>vt 0.567704 0.418676</w:t>
        <w:br/>
        <w:t>vt 0.567704 0.421578</w:t>
        <w:br/>
        <w:t>vt 0.582960 0.418676</w:t>
        <w:br/>
        <w:t>vt 0.582960 0.421577</w:t>
        <w:br/>
        <w:t>vt 0.577745 0.421577</w:t>
        <w:br/>
        <w:t>vt 0.577745 0.418676</w:t>
        <w:br/>
        <w:t>vt 0.590375 0.418676</w:t>
        <w:br/>
        <w:t>vt 0.590375 0.421578</w:t>
        <w:br/>
        <w:t>vt 0.216799 0.749586</w:t>
        <w:br/>
        <w:t>vt 0.216799 0.764628</w:t>
        <w:br/>
        <w:t>vt 0.215582 0.764628</w:t>
        <w:br/>
        <w:t>vt 0.215582 0.749586</w:t>
        <w:br/>
        <w:t>vt 0.204287 0.749586</w:t>
        <w:br/>
        <w:t>vt 0.204287 0.764628</w:t>
        <w:br/>
        <w:t>vt 0.201111 0.749586</w:t>
        <w:br/>
        <w:t>vt 0.201111 0.764628</w:t>
        <w:br/>
        <w:t>vt 0.177989 0.764628</w:t>
        <w:br/>
        <w:t>vt 0.177989 0.749586</w:t>
        <w:br/>
        <w:t>vt 0.190557 0.749586</w:t>
        <w:br/>
        <w:t>vt 0.190557 0.764628</w:t>
        <w:br/>
        <w:t>vt 0.169731 0.749586</w:t>
        <w:br/>
        <w:t>vt 0.169731 0.764628</w:t>
        <w:br/>
        <w:t>vt 0.198258 0.749586</w:t>
        <w:br/>
        <w:t>vt 0.198258 0.764628</w:t>
        <w:br/>
        <w:t>vt 0.198258 0.749586</w:t>
        <w:br/>
        <w:t>vt 0.198258 0.764628</w:t>
        <w:br/>
        <w:t>vt 0.273811 0.574167</w:t>
        <w:br/>
        <w:t>vt 0.286020 0.574167</w:t>
        <w:br/>
        <w:t>vt 0.286020 0.578162</w:t>
        <w:br/>
        <w:t>vt 0.273811 0.578162</w:t>
        <w:br/>
        <w:t>vt 0.286020 0.582725</w:t>
        <w:br/>
        <w:t>vt 0.273811 0.582725</w:t>
        <w:br/>
        <w:t>vt 0.286020 0.587642</w:t>
        <w:br/>
        <w:t>vt 0.273811 0.587642</w:t>
        <w:br/>
        <w:t>vt 0.286020 0.594874</w:t>
        <w:br/>
        <w:t>vt 0.273811 0.594874</w:t>
        <w:br/>
        <w:t>vt 0.286020 0.600300</w:t>
        <w:br/>
        <w:t>vt 0.273811 0.600300</w:t>
        <w:br/>
        <w:t>vt 0.286020 0.601744</w:t>
        <w:br/>
        <w:t>vt 0.273811 0.601744</w:t>
        <w:br/>
        <w:t>vt 0.286020 0.602617</w:t>
        <w:br/>
        <w:t>vt 0.286020 0.603697</w:t>
        <w:br/>
        <w:t>vt 0.273811 0.603697</w:t>
        <w:br/>
        <w:t>vt 0.273811 0.602617</w:t>
        <w:br/>
        <w:t>vt 0.273811 0.610025</w:t>
        <w:br/>
        <w:t>vt 0.273811 0.605367</w:t>
        <w:br/>
        <w:t>vt 0.286020 0.605367</w:t>
        <w:br/>
        <w:t>vt 0.286020 0.610025</w:t>
        <w:br/>
        <w:t>vt 0.273811 0.558427</w:t>
        <w:br/>
        <w:t>vt 0.273811 0.550303</w:t>
        <w:br/>
        <w:t>vt 0.286020 0.550303</w:t>
        <w:br/>
        <w:t>vt 0.286020 0.558427</w:t>
        <w:br/>
        <w:t>vt 0.286020 0.565512</w:t>
        <w:br/>
        <w:t>vt 0.273811 0.565512</w:t>
        <w:br/>
        <w:t>vt 0.273811 0.572037</w:t>
        <w:br/>
        <w:t>vt 0.286020 0.572037</w:t>
        <w:br/>
        <w:t>vt 0.273811 0.572979</w:t>
        <w:br/>
        <w:t>vt 0.286020 0.572979</w:t>
        <w:br/>
        <w:t>vt 0.273811 0.572037</w:t>
        <w:br/>
        <w:t>vt 0.286020 0.572037</w:t>
        <w:br/>
        <w:t>vt 0.555884 0.439041</w:t>
        <w:br/>
        <w:t>vt 0.562336 0.439041</w:t>
        <w:br/>
        <w:t>vt 0.562336 0.453519</w:t>
        <w:br/>
        <w:t>vt 0.555884 0.453519</w:t>
        <w:br/>
        <w:t>vt 0.569330 0.439041</w:t>
        <w:br/>
        <w:t>vt 0.569330 0.453519</w:t>
        <w:br/>
        <w:t>vt 0.576474 0.439041</w:t>
        <w:br/>
        <w:t>vt 0.576474 0.453519</w:t>
        <w:br/>
        <w:t>vt 0.587129 0.439041</w:t>
        <w:br/>
        <w:t>vt 0.587129 0.453519</w:t>
        <w:br/>
        <w:t>vt 0.595224 0.439041</w:t>
        <w:br/>
        <w:t>vt 0.595224 0.453519</w:t>
        <w:br/>
        <w:t>vt 0.597841 0.439041</w:t>
        <w:br/>
        <w:t>vt 0.597841 0.453519</w:t>
        <w:br/>
        <w:t>vt 0.599552 0.453519</w:t>
        <w:br/>
        <w:t>vt 0.599552 0.439041</w:t>
        <w:br/>
        <w:t>vt 0.601776 0.439041</w:t>
        <w:br/>
        <w:t>vt 0.601776 0.453519</w:t>
        <w:br/>
        <w:t>vt 0.612545 0.439041</w:t>
        <w:br/>
        <w:t>vt 0.612545 0.453519</w:t>
        <w:br/>
        <w:t>vt 0.604937 0.453519</w:t>
        <w:br/>
        <w:t>vt 0.604937 0.439041</w:t>
        <w:br/>
        <w:t>vt 0.530690 0.439041</w:t>
        <w:br/>
        <w:t>vt 0.530690 0.453519</w:t>
        <w:br/>
        <w:t>vt 0.518778 0.453519</w:t>
        <w:br/>
        <w:t>vt 0.518778 0.439041</w:t>
        <w:br/>
        <w:t>vt 0.540645 0.439041</w:t>
        <w:br/>
        <w:t>vt 0.540646 0.453519</w:t>
        <w:br/>
        <w:t>vt 0.551096 0.439041</w:t>
        <w:br/>
        <w:t>vt 0.551096 0.453519</w:t>
        <w:br/>
        <w:t>vt 0.553182 0.453519</w:t>
        <w:br/>
        <w:t>vt 0.553182 0.439041</w:t>
        <w:br/>
        <w:t>vt 0.551096 0.439041</w:t>
        <w:br/>
        <w:t>vt 0.551096 0.453519</w:t>
        <w:br/>
        <w:t>vt 0.193494 0.476429</w:t>
        <w:br/>
        <w:t>vt 0.189360 0.476429</w:t>
        <w:br/>
        <w:t>vt 0.189360 0.482611</w:t>
        <w:br/>
        <w:t>vt 0.193494 0.482611</w:t>
        <w:br/>
        <w:t>vt 0.199197 0.250133</w:t>
        <w:br/>
        <w:t>vt 0.199198 0.256372</w:t>
        <w:br/>
        <w:t>vt 0.196549 0.256372</w:t>
        <w:br/>
        <w:t>vt 0.196549 0.250133</w:t>
        <w:br/>
        <w:t>vt 0.189360 0.489164</w:t>
        <w:br/>
        <w:t>vt 0.193494 0.489164</w:t>
        <w:br/>
        <w:t>vt 0.196549 0.243371</w:t>
        <w:br/>
        <w:t>vt 0.199198 0.243371</w:t>
        <w:br/>
        <w:t>vt 0.189360 0.496165</w:t>
        <w:br/>
        <w:t>vt 0.193494 0.496165</w:t>
        <w:br/>
        <w:t>vt 0.196549 0.236462</w:t>
        <w:br/>
        <w:t>vt 0.199198 0.236462</w:t>
        <w:br/>
        <w:t>vt 0.189360 0.506695</w:t>
        <w:br/>
        <w:t>vt 0.193494 0.506695</w:t>
        <w:br/>
        <w:t>vt 0.196549 0.226159</w:t>
        <w:br/>
        <w:t>vt 0.199198 0.226159</w:t>
        <w:br/>
        <w:t>vt 0.189360 0.514781</w:t>
        <w:br/>
        <w:t>vt 0.193494 0.514781</w:t>
        <w:br/>
        <w:t>vt 0.196549 0.218331</w:t>
        <w:br/>
        <w:t>vt 0.199197 0.218331</w:t>
        <w:br/>
        <w:t>vt 0.189360 0.517539</w:t>
        <w:br/>
        <w:t>vt 0.193494 0.517539</w:t>
        <w:br/>
        <w:t>vt 0.196549 0.215800</w:t>
        <w:br/>
        <w:t>vt 0.199197 0.215800</w:t>
        <w:br/>
        <w:t>vt 0.193494 0.519318</w:t>
        <w:br/>
        <w:t>vt 0.189360 0.519318</w:t>
        <w:br/>
        <w:t>vt 0.189360 0.521479</w:t>
        <w:br/>
        <w:t>vt 0.193494 0.521479</w:t>
        <w:br/>
        <w:t>vt 0.199197 0.211995</w:t>
        <w:br/>
        <w:t>vt 0.199197 0.214146</w:t>
        <w:br/>
        <w:t>vt 0.196549 0.214146</w:t>
        <w:br/>
        <w:t>vt 0.196549 0.211995</w:t>
        <w:br/>
        <w:t>vt 0.193494 0.524535</w:t>
        <w:br/>
        <w:t>vt 0.189360 0.524535</w:t>
        <w:br/>
        <w:t>vt 0.189360 0.531578</w:t>
        <w:br/>
        <w:t>vt 0.193494 0.531578</w:t>
        <w:br/>
        <w:t>vt 0.199197 0.201582</w:t>
        <w:br/>
        <w:t>vt 0.199197 0.208939</w:t>
        <w:br/>
        <w:t>vt 0.196549 0.208939</w:t>
        <w:br/>
        <w:t>vt 0.196549 0.201582</w:t>
        <w:br/>
        <w:t>vt 0.193494 0.439954</w:t>
        <w:br/>
        <w:t>vt 0.189360 0.439954</w:t>
        <w:br/>
        <w:t>vt 0.189360 0.451823</w:t>
        <w:br/>
        <w:t>vt 0.193494 0.451823</w:t>
        <w:br/>
        <w:t>vt 0.199197 0.280735</w:t>
        <w:br/>
        <w:t>vt 0.199197 0.292254</w:t>
        <w:br/>
        <w:t>vt 0.196549 0.292254</w:t>
        <w:br/>
        <w:t>vt 0.196549 0.280735</w:t>
        <w:br/>
        <w:t>vt 0.189360 0.461990</w:t>
        <w:br/>
        <w:t>vt 0.193494 0.461990</w:t>
        <w:br/>
        <w:t>vt 0.196549 0.271108</w:t>
        <w:br/>
        <w:t>vt 0.199198 0.271108</w:t>
        <w:br/>
        <w:t>vt 0.189360 0.471769</w:t>
        <w:br/>
        <w:t>vt 0.193494 0.471769</w:t>
        <w:br/>
        <w:t>vt 0.196549 0.261002</w:t>
        <w:br/>
        <w:t>vt 0.199198 0.261002</w:t>
        <w:br/>
        <w:t>vt 0.199197 0.258986</w:t>
        <w:br/>
        <w:t>vt 0.196549 0.258986</w:t>
        <w:br/>
        <w:t>vt 0.189360 0.473966</w:t>
        <w:br/>
        <w:t>vt 0.193494 0.473966</w:t>
        <w:br/>
        <w:t>vt 0.286020 0.602617</w:t>
        <w:br/>
        <w:t>vt 0.273811 0.602617</w:t>
        <w:br/>
        <w:t>vt 0.599552 0.439041</w:t>
        <w:br/>
        <w:t>vt 0.599552 0.453519</w:t>
        <w:br/>
        <w:t>vt 0.631019 0.198937</w:t>
        <w:br/>
        <w:t>vt 0.613649 0.198937</w:t>
        <w:br/>
        <w:t>vt 0.613649 0.190870</w:t>
        <w:br/>
        <w:t>vt 0.631019 0.190870</w:t>
        <w:br/>
        <w:t>vt 0.895266 0.762286</w:t>
        <w:br/>
        <w:t>vt 0.895266 0.780510</w:t>
        <w:br/>
        <w:t>vt 0.892549 0.780510</w:t>
        <w:br/>
        <w:t>vt 0.892549 0.762286</w:t>
        <w:br/>
        <w:t>vt 0.895266 0.568707</w:t>
        <w:br/>
        <w:t>vt 0.895266 0.579427</w:t>
        <w:br/>
        <w:t>vt 0.892549 0.579427</w:t>
        <w:br/>
        <w:t>vt 0.892549 0.568707</w:t>
        <w:br/>
        <w:t>vt 0.892549 0.645285</w:t>
        <w:br/>
        <w:t>vt 0.895266 0.645285</w:t>
        <w:br/>
        <w:t>vt 0.895266 0.651544</w:t>
        <w:br/>
        <w:t>vt 0.892549 0.651544</w:t>
        <w:br/>
        <w:t>vt 0.892549 0.620627</w:t>
        <w:br/>
        <w:t>vt 0.892549 0.612447</w:t>
        <w:br/>
        <w:t>vt 0.895266 0.612447</w:t>
        <w:br/>
        <w:t>vt 0.895266 0.620627</w:t>
        <w:br/>
        <w:t>vt 0.895266 0.638783</w:t>
        <w:br/>
        <w:t>vt 0.892549 0.638783</w:t>
        <w:br/>
        <w:t>vt 0.892549 0.629358</w:t>
        <w:br/>
        <w:t>vt 0.895266 0.629358</w:t>
        <w:br/>
        <w:t>vt 0.892549 0.669750</w:t>
        <w:br/>
        <w:t>vt 0.892549 0.651544</w:t>
        <w:br/>
        <w:t>vt 0.895266 0.651544</w:t>
        <w:br/>
        <w:t>vt 0.895266 0.669750</w:t>
        <w:br/>
        <w:t>vt 0.613649 0.164400</w:t>
        <w:br/>
        <w:t>vt 0.613649 0.154523</w:t>
        <w:br/>
        <w:t>vt 0.631019 0.154523</w:t>
        <w:br/>
        <w:t>vt 0.631019 0.164399</w:t>
        <w:br/>
        <w:t>vt 0.631019 0.141522</w:t>
        <w:br/>
        <w:t>vt 0.631019 0.147895</w:t>
        <w:br/>
        <w:t>vt 0.613649 0.147895</w:t>
        <w:br/>
        <w:t>vt 0.613649 0.141522</w:t>
        <w:br/>
        <w:t>vt 0.895266 0.669750</w:t>
        <w:br/>
        <w:t>vt 0.895266 0.677122</w:t>
        <w:br/>
        <w:t>vt 0.892549 0.677122</w:t>
        <w:br/>
        <w:t>vt 0.892549 0.669750</w:t>
        <w:br/>
        <w:t>vt 0.895266 0.706613</w:t>
        <w:br/>
        <w:t>vt 0.895266 0.716137</w:t>
        <w:br/>
        <w:t>vt 0.892549 0.716137</w:t>
        <w:br/>
        <w:t>vt 0.892549 0.706613</w:t>
        <w:br/>
        <w:t>vt 0.895266 0.684730</w:t>
        <w:br/>
        <w:t>vt 0.895266 0.696094</w:t>
        <w:br/>
        <w:t>vt 0.892549 0.696094</w:t>
        <w:br/>
        <w:t>vt 0.892549 0.684730</w:t>
        <w:br/>
        <w:t>vt 0.613649 0.217465</w:t>
        <w:br/>
        <w:t>vt 0.631019 0.217465</w:t>
        <w:br/>
        <w:t>vt 0.631019 0.228236</w:t>
        <w:br/>
        <w:t>vt 0.613649 0.228236</w:t>
        <w:br/>
        <w:t>vt 0.895266 0.762286</w:t>
        <w:br/>
        <w:t>vt 0.892549 0.762286</w:t>
        <w:br/>
        <w:t>vt 0.892549 0.750993</w:t>
        <w:br/>
        <w:t>vt 0.895266 0.750993</w:t>
        <w:br/>
        <w:t>vt 0.895266 0.596616</w:t>
        <w:br/>
        <w:t>vt 0.895266 0.604212</w:t>
        <w:br/>
        <w:t>vt 0.892549 0.604212</w:t>
        <w:br/>
        <w:t>vt 0.892549 0.596616</w:t>
        <w:br/>
        <w:t>vt 0.895266 0.733936</w:t>
        <w:br/>
        <w:t>vt 0.892549 0.733936</w:t>
        <w:br/>
        <w:t>vt 0.892549 0.725596</w:t>
        <w:br/>
        <w:t>vt 0.895266 0.725596</w:t>
        <w:br/>
        <w:t>vt 0.892549 0.588933</w:t>
        <w:br/>
        <w:t>vt 0.895266 0.588933</w:t>
        <w:br/>
        <w:t>vt 0.895266 0.742076</w:t>
        <w:br/>
        <w:t>vt 0.892549 0.742076</w:t>
        <w:br/>
        <w:t>vt 0.631019 0.207183</w:t>
        <w:br/>
        <w:t>vt 0.613649 0.207183</w:t>
        <w:br/>
        <w:t>vt 0.613649 0.182201</w:t>
        <w:br/>
        <w:t>vt 0.631019 0.182201</w:t>
        <w:br/>
        <w:t>vt 0.631019 0.173573</w:t>
        <w:br/>
        <w:t>vt 0.613649 0.173573</w:t>
        <w:br/>
        <w:t>vt 0.613649 0.190870</w:t>
        <w:br/>
        <w:t>vt 0.613649 0.198937</w:t>
        <w:br/>
        <w:t>vt 0.631019 0.198937</w:t>
        <w:br/>
        <w:t>vt 0.631019 0.190870</w:t>
        <w:br/>
        <w:t>vt 0.895266 0.762286</w:t>
        <w:br/>
        <w:t>vt 0.892549 0.762286</w:t>
        <w:br/>
        <w:t>vt 0.892549 0.780510</w:t>
        <w:br/>
        <w:t>vt 0.895266 0.780510</w:t>
        <w:br/>
        <w:t>vt 0.892549 0.579427</w:t>
        <w:br/>
        <w:t>vt 0.895266 0.579427</w:t>
        <w:br/>
        <w:t>vt 0.895266 0.568707</w:t>
        <w:br/>
        <w:t>vt 0.892549 0.568707</w:t>
        <w:br/>
        <w:t>vt 0.892549 0.645285</w:t>
        <w:br/>
        <w:t>vt 0.892549 0.651544</w:t>
        <w:br/>
        <w:t>vt 0.895266 0.651544</w:t>
        <w:br/>
        <w:t>vt 0.895266 0.645285</w:t>
        <w:br/>
        <w:t>vt 0.895266 0.612447</w:t>
        <w:br/>
        <w:t>vt 0.892549 0.612447</w:t>
        <w:br/>
        <w:t>vt 0.892549 0.620627</w:t>
        <w:br/>
        <w:t>vt 0.895266 0.620627</w:t>
        <w:br/>
        <w:t>vt 0.892549 0.629358</w:t>
        <w:br/>
        <w:t>vt 0.892549 0.638783</w:t>
        <w:br/>
        <w:t>vt 0.895266 0.638783</w:t>
        <w:br/>
        <w:t>vt 0.895266 0.629358</w:t>
        <w:br/>
        <w:t>vt 0.892549 0.669750</w:t>
        <w:br/>
        <w:t>vt 0.895266 0.669750</w:t>
        <w:br/>
        <w:t>vt 0.895266 0.651544</w:t>
        <w:br/>
        <w:t>vt 0.892549 0.651544</w:t>
        <w:br/>
        <w:t>vt 0.613649 0.164400</w:t>
        <w:br/>
        <w:t>vt 0.631019 0.164399</w:t>
        <w:br/>
        <w:t>vt 0.631019 0.154523</w:t>
        <w:br/>
        <w:t>vt 0.613649 0.154523</w:t>
        <w:br/>
        <w:t>vt 0.631019 0.141522</w:t>
        <w:br/>
        <w:t>vt 0.613649 0.141522</w:t>
        <w:br/>
        <w:t>vt 0.613649 0.147895</w:t>
        <w:br/>
        <w:t>vt 0.631019 0.147895</w:t>
        <w:br/>
        <w:t>vt 0.895266 0.669750</w:t>
        <w:br/>
        <w:t>vt 0.892549 0.669750</w:t>
        <w:br/>
        <w:t>vt 0.892549 0.677122</w:t>
        <w:br/>
        <w:t>vt 0.895266 0.677122</w:t>
        <w:br/>
        <w:t>vt 0.892549 0.716137</w:t>
        <w:br/>
        <w:t>vt 0.895266 0.716137</w:t>
        <w:br/>
        <w:t>vt 0.895266 0.706613</w:t>
        <w:br/>
        <w:t>vt 0.892549 0.706613</w:t>
        <w:br/>
        <w:t>vt 0.892549 0.696094</w:t>
        <w:br/>
        <w:t>vt 0.895266 0.696094</w:t>
        <w:br/>
        <w:t>vt 0.895266 0.684730</w:t>
        <w:br/>
        <w:t>vt 0.892549 0.684730</w:t>
        <w:br/>
        <w:t>vt 0.613649 0.217465</w:t>
        <w:br/>
        <w:t>vt 0.613649 0.228236</w:t>
        <w:br/>
        <w:t>vt 0.631019 0.228236</w:t>
        <w:br/>
        <w:t>vt 0.631019 0.217465</w:t>
        <w:br/>
        <w:t>vt 0.892549 0.750993</w:t>
        <w:br/>
        <w:t>vt 0.892549 0.762286</w:t>
        <w:br/>
        <w:t>vt 0.895266 0.762286</w:t>
        <w:br/>
        <w:t>vt 0.895266 0.750993</w:t>
        <w:br/>
        <w:t>vt 0.895266 0.596616</w:t>
        <w:br/>
        <w:t>vt 0.892549 0.596616</w:t>
        <w:br/>
        <w:t>vt 0.892549 0.604212</w:t>
        <w:br/>
        <w:t>vt 0.895266 0.604212</w:t>
        <w:br/>
        <w:t>vt 0.892549 0.725596</w:t>
        <w:br/>
        <w:t>vt 0.892549 0.733936</w:t>
        <w:br/>
        <w:t>vt 0.895266 0.733936</w:t>
        <w:br/>
        <w:t>vt 0.895266 0.725596</w:t>
        <w:br/>
        <w:t>vt 0.892549 0.588933</w:t>
        <w:br/>
        <w:t>vt 0.895266 0.588933</w:t>
        <w:br/>
        <w:t>vt 0.892549 0.742076</w:t>
        <w:br/>
        <w:t>vt 0.895266 0.742076</w:t>
        <w:br/>
        <w:t>vt 0.613649 0.207183</w:t>
        <w:br/>
        <w:t>vt 0.631019 0.207183</w:t>
        <w:br/>
        <w:t>vt 0.613649 0.182201</w:t>
        <w:br/>
        <w:t>vt 0.631019 0.182201</w:t>
        <w:br/>
        <w:t>vt 0.631019 0.173573</w:t>
        <w:br/>
        <w:t>vt 0.613649 0.173573</w:t>
        <w:br/>
        <w:t>vt 0.396413 0.262596</w:t>
        <w:br/>
        <w:t>vt 0.383766 0.262347</w:t>
        <w:br/>
        <w:t>vt 0.383596 0.274382</w:t>
        <w:br/>
        <w:t>vt 0.396019 0.274657</w:t>
        <w:br/>
        <w:t>vt 0.396831 0.248959</w:t>
        <w:br/>
        <w:t>vt 0.383235 0.248295</w:t>
        <w:br/>
        <w:t>vt 0.384198 0.377013</w:t>
        <w:br/>
        <w:t>vt 0.383580 0.392396</w:t>
        <w:br/>
        <w:t>vt 0.396301 0.391738</w:t>
        <w:br/>
        <w:t>vt 0.395977 0.376860</w:t>
        <w:br/>
        <w:t>vt 0.384386 0.356044</w:t>
        <w:br/>
        <w:t>vt 0.395662 0.356716</w:t>
        <w:br/>
        <w:t>vt 0.383883 0.336266</w:t>
        <w:br/>
        <w:t>vt 0.395812 0.337184</w:t>
        <w:br/>
        <w:t>vt 0.395761 0.324195</w:t>
        <w:br/>
        <w:t>vt 0.383683 0.323645</w:t>
        <w:br/>
        <w:t>vt 0.395779 0.310663</w:t>
        <w:br/>
        <w:t>vt 0.383543 0.310910</w:t>
        <w:br/>
        <w:t>vt 0.396019 0.274657</w:t>
        <w:br/>
        <w:t>vt 0.399507 0.274176</w:t>
        <w:br/>
        <w:t>vt 0.399507 0.262452</w:t>
        <w:br/>
        <w:t>vt 0.396413 0.262596</w:t>
        <w:br/>
        <w:t>vt 0.378409 0.273761</w:t>
        <w:br/>
        <w:t>vt 0.383596 0.274382</w:t>
        <w:br/>
        <w:t>vt 0.383766 0.262347</w:t>
        <w:br/>
        <w:t>vt 0.378409 0.262001</w:t>
        <w:br/>
        <w:t>vt 0.399507 0.249834</w:t>
        <w:br/>
        <w:t>vt 0.396831 0.248959</w:t>
        <w:br/>
        <w:t>vt 0.383235 0.248295</w:t>
        <w:br/>
        <w:t>vt 0.378409 0.248970</w:t>
        <w:br/>
        <w:t>vt 0.399507 0.377208</w:t>
        <w:br/>
        <w:t>vt 0.395977 0.376860</w:t>
        <w:br/>
        <w:t>vt 0.396301 0.391738</w:t>
        <w:br/>
        <w:t>vt 0.399507 0.390851</w:t>
        <w:br/>
        <w:t>vt 0.378409 0.377563</w:t>
        <w:br/>
        <w:t>vt 0.378409 0.391667</w:t>
        <w:br/>
        <w:t>vt 0.383580 0.392396</w:t>
        <w:br/>
        <w:t>vt 0.384198 0.377013</w:t>
        <w:br/>
        <w:t>vt 0.399507 0.356733</w:t>
        <w:br/>
        <w:t>vt 0.395662 0.356716</w:t>
        <w:br/>
        <w:t>vt 0.378409 0.356359</w:t>
        <w:br/>
        <w:t>vt 0.384386 0.356044</w:t>
        <w:br/>
        <w:t>vt 0.399507 0.324116</w:t>
        <w:br/>
        <w:t>vt 0.395761 0.324195</w:t>
        <w:br/>
        <w:t>vt 0.395812 0.337184</w:t>
        <w:br/>
        <w:t>vt 0.399507 0.336768</w:t>
        <w:br/>
        <w:t>vt 0.383883 0.336266</w:t>
        <w:br/>
        <w:t>vt 0.383683 0.323645</w:t>
        <w:br/>
        <w:t>vt 0.378409 0.323646</w:t>
        <w:br/>
        <w:t>vt 0.378409 0.335857</w:t>
        <w:br/>
        <w:t>vt 0.399507 0.310863</w:t>
        <w:br/>
        <w:t>vt 0.395779 0.310663</w:t>
        <w:br/>
        <w:t>vt 0.378409 0.311024</w:t>
        <w:br/>
        <w:t>vt 0.383543 0.310910</w:t>
        <w:br/>
        <w:t>vt 0.399507 0.367837</w:t>
        <w:br/>
        <w:t>vt 0.383596 0.274382</w:t>
        <w:br/>
        <w:t>vt 0.383766 0.262347</w:t>
        <w:br/>
        <w:t>vt 0.396413 0.262596</w:t>
        <w:br/>
        <w:t>vt 0.396019 0.274657</w:t>
        <w:br/>
        <w:t>vt 0.396831 0.248959</w:t>
        <w:br/>
        <w:t>vt 0.383235 0.248295</w:t>
        <w:br/>
        <w:t>vt 0.396301 0.391738</w:t>
        <w:br/>
        <w:t>vt 0.383580 0.392396</w:t>
        <w:br/>
        <w:t>vt 0.384198 0.377013</w:t>
        <w:br/>
        <w:t>vt 0.395977 0.376860</w:t>
        <w:br/>
        <w:t>vt 0.384386 0.356044</w:t>
        <w:br/>
        <w:t>vt 0.395662 0.356716</w:t>
        <w:br/>
        <w:t>vt 0.383883 0.336266</w:t>
        <w:br/>
        <w:t>vt 0.383683 0.323645</w:t>
        <w:br/>
        <w:t>vt 0.395761 0.324195</w:t>
        <w:br/>
        <w:t>vt 0.395812 0.337184</w:t>
        <w:br/>
        <w:t>vt 0.383543 0.310910</w:t>
        <w:br/>
        <w:t>vt 0.395779 0.310663</w:t>
        <w:br/>
        <w:t>vt 0.399507 0.262452</w:t>
        <w:br/>
        <w:t>vt 0.399507 0.274176</w:t>
        <w:br/>
        <w:t>vt 0.396019 0.274657</w:t>
        <w:br/>
        <w:t>vt 0.396413 0.262596</w:t>
        <w:br/>
        <w:t>vt 0.383766 0.262347</w:t>
        <w:br/>
        <w:t>vt 0.383596 0.274382</w:t>
        <w:br/>
        <w:t>vt 0.378409 0.273761</w:t>
        <w:br/>
        <w:t>vt 0.378409 0.262001</w:t>
        <w:br/>
        <w:t>vt 0.396831 0.248959</w:t>
        <w:br/>
        <w:t>vt 0.399507 0.249834</w:t>
        <w:br/>
        <w:t>vt 0.383235 0.248295</w:t>
        <w:br/>
        <w:t>vt 0.378409 0.248970</w:t>
        <w:br/>
        <w:t>vt 0.396301 0.391738</w:t>
        <w:br/>
        <w:t>vt 0.395977 0.376860</w:t>
        <w:br/>
        <w:t>vt 0.399507 0.377208</w:t>
        <w:br/>
        <w:t>vt 0.399507 0.390851</w:t>
        <w:br/>
        <w:t>vt 0.378409 0.377563</w:t>
        <w:br/>
        <w:t>vt 0.384198 0.377013</w:t>
        <w:br/>
        <w:t>vt 0.383580 0.392396</w:t>
        <w:br/>
        <w:t>vt 0.378409 0.391667</w:t>
        <w:br/>
        <w:t>vt 0.399507 0.356733</w:t>
        <w:br/>
        <w:t>vt 0.395662 0.356716</w:t>
        <w:br/>
        <w:t>vt 0.384386 0.356044</w:t>
        <w:br/>
        <w:t>vt 0.378409 0.356359</w:t>
        <w:br/>
        <w:t>vt 0.395812 0.337184</w:t>
        <w:br/>
        <w:t>vt 0.395761 0.324195</w:t>
        <w:br/>
        <w:t>vt 0.399507 0.324116</w:t>
        <w:br/>
        <w:t>vt 0.399507 0.336768</w:t>
        <w:br/>
        <w:t>vt 0.383883 0.336266</w:t>
        <w:br/>
        <w:t>vt 0.378409 0.335857</w:t>
        <w:br/>
        <w:t>vt 0.378409 0.323646</w:t>
        <w:br/>
        <w:t>vt 0.383683 0.323645</w:t>
        <w:br/>
        <w:t>vt 0.395779 0.310663</w:t>
        <w:br/>
        <w:t>vt 0.399507 0.310863</w:t>
        <w:br/>
        <w:t>vt 0.378409 0.311024</w:t>
        <w:br/>
        <w:t>vt 0.383543 0.310910</w:t>
        <w:br/>
        <w:t>vt 0.399507 0.367837</w:t>
        <w:br/>
        <w:t>vt 0.667369 0.171833</w:t>
        <w:br/>
        <w:t>vt 0.667369 0.157068</w:t>
        <w:br/>
        <w:t>vt 0.680568 0.156573</w:t>
        <w:br/>
        <w:t>vt 0.680568 0.171600</w:t>
        <w:br/>
        <w:t>vt 0.680568 0.141275</w:t>
        <w:br/>
        <w:t>vt 0.667369 0.141663</w:t>
        <w:br/>
        <w:t>vt 0.667369 0.187560</w:t>
        <w:br/>
        <w:t>vt 0.680568 0.187353</w:t>
        <w:br/>
        <w:t>vt 0.680568 0.204185</w:t>
        <w:br/>
        <w:t>vt 0.667369 0.204372</w:t>
        <w:br/>
        <w:t>vt 0.667369 0.220617</w:t>
        <w:br/>
        <w:t>vt 0.680568 0.220621</w:t>
        <w:br/>
        <w:t>vt 0.667369 0.283331</w:t>
        <w:br/>
        <w:t>vt 0.667369 0.259499</w:t>
        <w:br/>
        <w:t>vt 0.680568 0.264553</w:t>
        <w:br/>
        <w:t>vt 0.680568 0.283212</w:t>
        <w:br/>
        <w:t>vt 0.680568 0.307317</w:t>
        <w:br/>
        <w:t>vt 0.667369 0.307199</w:t>
        <w:br/>
        <w:t>vt 0.667369 0.366583</w:t>
        <w:br/>
        <w:t>vt 0.680568 0.366570</w:t>
        <w:br/>
        <w:t>vt 0.680568 0.383457</w:t>
        <w:br/>
        <w:t>vt 0.667369 0.383165</w:t>
        <w:br/>
        <w:t>vt 0.667369 0.347045</w:t>
        <w:br/>
        <w:t>vt 0.680568 0.346981</w:t>
        <w:br/>
        <w:t>vt 0.667369 0.327525</w:t>
        <w:br/>
        <w:t>vt 0.680568 0.327500</w:t>
        <w:br/>
        <w:t>vt 0.680568 0.427701</w:t>
        <w:br/>
        <w:t>vt 0.680568 0.437255</w:t>
        <w:br/>
        <w:t>vt 0.667369 0.436714</w:t>
        <w:br/>
        <w:t>vt 0.667369 0.428523</w:t>
        <w:br/>
        <w:t>vt 0.667369 0.451892</w:t>
        <w:br/>
        <w:t>vt 0.680568 0.451719</w:t>
        <w:br/>
        <w:t>vt 0.667369 0.412246</w:t>
        <w:br/>
        <w:t>vt 0.680568 0.412436</w:t>
        <w:br/>
        <w:t>vt 0.680568 0.397740</w:t>
        <w:br/>
        <w:t>vt 0.667369 0.397531</w:t>
        <w:br/>
        <w:t>vt 0.637758 0.451575</w:t>
        <w:br/>
        <w:t>vt 0.637758 0.431482</w:t>
        <w:br/>
        <w:t>vt 0.650388 0.432493</w:t>
        <w:br/>
        <w:t>vt 0.650388 0.451985</w:t>
        <w:br/>
        <w:t>vt 0.637758 0.158437</w:t>
        <w:br/>
        <w:t>vt 0.637758 0.141527</w:t>
        <w:br/>
        <w:t>vt 0.650388 0.141493</w:t>
        <w:br/>
        <w:t>vt 0.650388 0.157061</w:t>
        <w:br/>
        <w:t>vt 0.637758 0.409578</w:t>
        <w:br/>
        <w:t>vt 0.650388 0.411208</w:t>
        <w:br/>
        <w:t>vt 0.637758 0.171935</w:t>
        <w:br/>
        <w:t>vt 0.650388 0.172084</w:t>
        <w:br/>
        <w:t>vt 0.637758 0.396659</w:t>
        <w:br/>
        <w:t>vt 0.650388 0.396896</w:t>
        <w:br/>
        <w:t>vt 0.637758 0.187981</w:t>
        <w:br/>
        <w:t>vt 0.650388 0.188003</w:t>
        <w:br/>
        <w:t>vt 0.637758 0.204120</w:t>
        <w:br/>
        <w:t>vt 0.650388 0.204239</w:t>
        <w:br/>
        <w:t>vt 0.650388 0.221389</w:t>
        <w:br/>
        <w:t>vt 0.637758 0.221343</w:t>
        <w:br/>
        <w:t>vt 0.637758 0.259402</w:t>
        <w:br/>
        <w:t>vt 0.650388 0.259206</w:t>
        <w:br/>
        <w:t>vt 0.650388 0.283525</w:t>
        <w:br/>
        <w:t>vt 0.637758 0.283902</w:t>
        <w:br/>
        <w:t>vt 0.650388 0.307555</w:t>
        <w:br/>
        <w:t>vt 0.637758 0.308007</w:t>
        <w:br/>
        <w:t>vt 0.650388 0.327760</w:t>
        <w:br/>
        <w:t>vt 0.637758 0.328423</w:t>
        <w:br/>
        <w:t>vt 0.637758 0.380353</w:t>
        <w:br/>
        <w:t>vt 0.637758 0.366947</w:t>
        <w:br/>
        <w:t>vt 0.650388 0.366348</w:t>
        <w:br/>
        <w:t>vt 0.650388 0.381813</w:t>
        <w:br/>
        <w:t>vt 0.637758 0.347152</w:t>
        <w:br/>
        <w:t>vt 0.650388 0.346652</w:t>
        <w:br/>
        <w:t>vt 0.667369 0.248826</w:t>
        <w:br/>
        <w:t>vt 0.680568 0.249568</w:t>
        <w:br/>
        <w:t>vt 0.637758 0.248534</w:t>
        <w:br/>
        <w:t>vt 0.650388 0.249205</w:t>
        <w:br/>
        <w:t>vt 0.650388 0.239287</w:t>
        <w:br/>
        <w:t>vt 0.637758 0.239212</w:t>
        <w:br/>
        <w:t>vt 0.610385 0.247521</w:t>
        <w:br/>
        <w:t>vt 0.610243 0.239743</w:t>
        <w:br/>
        <w:t>vt 0.667369 0.239256</w:t>
        <w:br/>
        <w:t>vt 0.680568 0.236661</w:t>
        <w:br/>
        <w:t>vt 0.680568 0.171600</w:t>
        <w:br/>
        <w:t>vt 0.680568 0.156573</w:t>
        <w:br/>
        <w:t>vt 0.683132 0.156594</w:t>
        <w:br/>
        <w:t>vt 0.683132 0.171405</w:t>
        <w:br/>
        <w:t>vt 0.665034 0.157186</w:t>
        <w:br/>
        <w:t>vt 0.667369 0.157068</w:t>
        <w:br/>
        <w:t>vt 0.667369 0.171833</w:t>
        <w:br/>
        <w:t>vt 0.665034 0.172039</w:t>
        <w:br/>
        <w:t>vt 0.665034 0.141998</w:t>
        <w:br/>
        <w:t>vt 0.667369 0.141663</w:t>
        <w:br/>
        <w:t>vt 0.680568 0.141275</w:t>
        <w:br/>
        <w:t>vt 0.683132 0.141259</w:t>
        <w:br/>
        <w:t>vt 0.683132 0.187175</w:t>
        <w:br/>
        <w:t>vt 0.680568 0.187353</w:t>
        <w:br/>
        <w:t>vt 0.667369 0.187560</w:t>
        <w:br/>
        <w:t>vt 0.665034 0.187720</w:t>
        <w:br/>
        <w:t>vt 0.667369 0.204372</w:t>
        <w:br/>
        <w:t>vt 0.665034 0.204285</w:t>
        <w:br/>
        <w:t>vt 0.683132 0.203967</w:t>
        <w:br/>
        <w:t>vt 0.680568 0.204185</w:t>
        <w:br/>
        <w:t>vt 0.683132 0.220715</w:t>
        <w:br/>
        <w:t>vt 0.665034 0.220835</w:t>
        <w:br/>
        <w:t>vt 0.680568 0.283212</w:t>
        <w:br/>
        <w:t>vt 0.680568 0.264553</w:t>
        <w:br/>
        <w:t>vt 0.683132 0.264584</w:t>
        <w:br/>
        <w:t>vt 0.683132 0.283307</w:t>
        <w:br/>
        <w:t>vt 0.665034 0.283185</w:t>
        <w:br/>
        <w:t>vt 0.665034 0.259530</w:t>
        <w:br/>
        <w:t>vt 0.683132 0.307444</w:t>
        <w:br/>
        <w:t>vt 0.680568 0.307317</w:t>
        <w:br/>
        <w:t>vt 0.665034 0.307111</w:t>
        <w:br/>
        <w:t>vt 0.683132 0.383510</w:t>
        <w:br/>
        <w:t>vt 0.680568 0.383457</w:t>
        <w:br/>
        <w:t>vt 0.680568 0.366570</w:t>
        <w:br/>
        <w:t>vt 0.683132 0.366673</w:t>
        <w:br/>
        <w:t>vt 0.667369 0.366583</w:t>
        <w:br/>
        <w:t>vt 0.667369 0.383165</w:t>
        <w:br/>
        <w:t>vt 0.665034 0.383174</w:t>
        <w:br/>
        <w:t>vt 0.665034 0.366529</w:t>
        <w:br/>
        <w:t>vt 0.665034 0.346836</w:t>
        <w:br/>
        <w:t>vt 0.667369 0.347045</w:t>
        <w:br/>
        <w:t>vt 0.680568 0.346981</w:t>
        <w:br/>
        <w:t>vt 0.683132 0.346992</w:t>
        <w:br/>
        <w:t>vt 0.665034 0.327225</w:t>
        <w:br/>
        <w:t>vt 0.680568 0.327500</w:t>
        <w:br/>
        <w:t>vt 0.683132 0.327425</w:t>
        <w:br/>
        <w:t>vt 0.665034 0.436848</w:t>
        <w:br/>
        <w:t>vt 0.665034 0.428630</w:t>
        <w:br/>
        <w:t>vt 0.667369 0.428523</w:t>
        <w:br/>
        <w:t>vt 0.667369 0.436714</w:t>
        <w:br/>
        <w:t>vt 0.680568 0.427701</w:t>
        <w:br/>
        <w:t>vt 0.683132 0.427584</w:t>
        <w:br/>
        <w:t>vt 0.683132 0.437043</w:t>
        <w:br/>
        <w:t>vt 0.680568 0.437255</w:t>
        <w:br/>
        <w:t>vt 0.680568 0.451719</w:t>
        <w:br/>
        <w:t>vt 0.683132 0.451399</w:t>
        <w:br/>
        <w:t>vt 0.667369 0.451892</w:t>
        <w:br/>
        <w:t>vt 0.665034 0.451844</w:t>
        <w:br/>
        <w:t>vt 0.665034 0.412333</w:t>
        <w:br/>
        <w:t>vt 0.667369 0.412246</w:t>
        <w:br/>
        <w:t>vt 0.683132 0.412319</w:t>
        <w:br/>
        <w:t>vt 0.680568 0.412436</w:t>
        <w:br/>
        <w:t>vt 0.667369 0.397531</w:t>
        <w:br/>
        <w:t>vt 0.665034 0.397558</w:t>
        <w:br/>
        <w:t>vt 0.683132 0.397709</w:t>
        <w:br/>
        <w:t>vt 0.680568 0.397740</w:t>
        <w:br/>
        <w:t>vt 0.665034 0.250820</w:t>
        <w:br/>
        <w:t>vt 0.667369 0.248826</w:t>
        <w:br/>
        <w:t>vt 0.665034 0.237231</w:t>
        <w:br/>
        <w:t>vt 0.680568 0.236661</w:t>
        <w:br/>
        <w:t>vt 0.683132 0.236562</w:t>
        <w:br/>
        <w:t>vt 0.683132 0.249662</w:t>
        <w:br/>
        <w:t>vt 0.680568 0.249568</w:t>
        <w:br/>
        <w:t>vt 0.653067 0.451588</w:t>
        <w:br/>
        <w:t>vt 0.650388 0.451985</w:t>
        <w:br/>
        <w:t>vt 0.650388 0.432493</w:t>
        <w:br/>
        <w:t>vt 0.653067 0.432276</w:t>
        <w:br/>
        <w:t>vt 0.637758 0.431482</w:t>
        <w:br/>
        <w:t>vt 0.637758 0.451575</w:t>
        <w:br/>
        <w:t>vt 0.635434 0.451410</w:t>
        <w:br/>
        <w:t>vt 0.635434 0.431498</w:t>
        <w:br/>
        <w:t>vt 0.650388 0.157061</w:t>
        <w:br/>
        <w:t>vt 0.650388 0.141493</w:t>
        <w:br/>
        <w:t>vt 0.653067 0.141584</w:t>
        <w:br/>
        <w:t>vt 0.653067 0.157115</w:t>
        <w:br/>
        <w:t>vt 0.635434 0.141880</w:t>
        <w:br/>
        <w:t>vt 0.637758 0.141527</w:t>
        <w:br/>
        <w:t>vt 0.637758 0.158437</w:t>
        <w:br/>
        <w:t>vt 0.635434 0.158540</w:t>
        <w:br/>
        <w:t>vt 0.653067 0.411082</w:t>
        <w:br/>
        <w:t>vt 0.650388 0.411208</w:t>
        <w:br/>
        <w:t>vt 0.635434 0.409645</w:t>
        <w:br/>
        <w:t>vt 0.637758 0.409578</w:t>
        <w:br/>
        <w:t>vt 0.653067 0.171913</w:t>
        <w:br/>
        <w:t>vt 0.650388 0.172084</w:t>
        <w:br/>
        <w:t>vt 0.637758 0.171935</w:t>
        <w:br/>
        <w:t>vt 0.635434 0.172148</w:t>
        <w:br/>
        <w:t>vt 0.650388 0.396896</w:t>
        <w:br/>
        <w:t>vt 0.653067 0.396872</w:t>
        <w:br/>
        <w:t>vt 0.635434 0.396666</w:t>
        <w:br/>
        <w:t>vt 0.637758 0.396659</w:t>
        <w:br/>
        <w:t>vt 0.653067 0.187837</w:t>
        <w:br/>
        <w:t>vt 0.650388 0.188003</w:t>
        <w:br/>
        <w:t>vt 0.635434 0.188106</w:t>
        <w:br/>
        <w:t>vt 0.650388 0.204239</w:t>
        <w:br/>
        <w:t>vt 0.653067 0.203997</w:t>
        <w:br/>
        <w:t>vt 0.635434 0.204023</w:t>
        <w:br/>
        <w:t>vt 0.653067 0.220905</w:t>
        <w:br/>
        <w:t>vt 0.650388 0.221389</w:t>
        <w:br/>
        <w:t>vt 0.635434 0.220998</w:t>
        <w:br/>
        <w:t>vt 0.653067 0.283657</w:t>
        <w:br/>
        <w:t>vt 0.650388 0.283525</w:t>
        <w:br/>
        <w:t>vt 0.650388 0.259206</w:t>
        <w:br/>
        <w:t>vt 0.653067 0.259579</w:t>
        <w:br/>
        <w:t>vt 0.635434 0.283745</w:t>
        <w:br/>
        <w:t>vt 0.635434 0.259476</w:t>
        <w:br/>
        <w:t>vt 0.653067 0.307682</w:t>
        <w:br/>
        <w:t>vt 0.650388 0.307555</w:t>
        <w:br/>
        <w:t>vt 0.637758 0.308007</w:t>
        <w:br/>
        <w:t>vt 0.635434 0.307917</w:t>
        <w:br/>
        <w:t>vt 0.653067 0.327656</w:t>
        <w:br/>
        <w:t>vt 0.650388 0.327760</w:t>
        <w:br/>
        <w:t>vt 0.637758 0.328423</w:t>
        <w:br/>
        <w:t>vt 0.635434 0.328183</w:t>
        <w:br/>
        <w:t>vt 0.653067 0.366416</w:t>
        <w:br/>
        <w:t>vt 0.653067 0.381809</w:t>
        <w:br/>
        <w:t>vt 0.650388 0.381813</w:t>
        <w:br/>
        <w:t>vt 0.650388 0.366348</w:t>
        <w:br/>
        <w:t>vt 0.637758 0.380353</w:t>
        <w:br/>
        <w:t>vt 0.635434 0.380408</w:t>
        <w:br/>
        <w:t>vt 0.635434 0.366908</w:t>
        <w:br/>
        <w:t>vt 0.637758 0.366947</w:t>
        <w:br/>
        <w:t>vt 0.650388 0.346652</w:t>
        <w:br/>
        <w:t>vt 0.653067 0.346601</w:t>
        <w:br/>
        <w:t>vt 0.635434 0.346961</w:t>
        <w:br/>
        <w:t>vt 0.637758 0.347152</w:t>
        <w:br/>
        <w:t>vt 0.650388 0.249205</w:t>
        <w:br/>
        <w:t>vt 0.653067 0.250820</w:t>
        <w:br/>
        <w:t>vt 0.635434 0.250820</w:t>
        <w:br/>
        <w:t>vt 0.653067 0.237231</w:t>
        <w:br/>
        <w:t>vt 0.650388 0.239287</w:t>
        <w:br/>
        <w:t>vt 0.635434 0.237231</w:t>
        <w:br/>
        <w:t>vt 0.610385 0.247521</w:t>
        <w:br/>
        <w:t>vt 0.637758 0.248534</w:t>
        <w:br/>
        <w:t>vt 0.635434 0.250820</w:t>
        <w:br/>
        <w:t>vt 0.609996 0.250820</w:t>
        <w:br/>
        <w:t>vt 0.665034 0.250820</w:t>
        <w:br/>
        <w:t>vt 0.653067 0.250820</w:t>
        <w:br/>
        <w:t>vt 0.650388 0.249205</w:t>
        <w:br/>
        <w:t>vt 0.667369 0.248826</w:t>
        <w:br/>
        <w:t>vt 0.650388 0.239287</w:t>
        <w:br/>
        <w:t>vt 0.653067 0.237231</w:t>
        <w:br/>
        <w:t>vt 0.665034 0.237231</w:t>
        <w:br/>
        <w:t>vt 0.667369 0.239256</w:t>
        <w:br/>
        <w:t>vt 0.635434 0.237231</w:t>
        <w:br/>
        <w:t>vt 0.610243 0.239743</w:t>
        <w:br/>
        <w:t>vt 0.609807 0.237231</w:t>
        <w:br/>
        <w:t>vt 0.605349 0.238804</w:t>
        <w:br/>
        <w:t>vt 0.605204 0.248539</w:t>
        <w:br/>
        <w:t>vt 0.997392 0.711891</w:t>
        <w:br/>
        <w:t>vt 0.997392 0.725513</w:t>
        <w:br/>
        <w:t>vt 0.993847 0.725265</w:t>
        <w:br/>
        <w:t>vt 0.993847 0.711828</w:t>
        <w:br/>
        <w:t>vt 0.997392 0.700191</w:t>
        <w:br/>
        <w:t>vt 0.993847 0.698519</w:t>
        <w:br/>
        <w:t>vt 0.993847 0.688688</w:t>
        <w:br/>
        <w:t>vt 0.997392 0.688697</w:t>
        <w:br/>
        <w:t>vt 0.993847 0.684101</w:t>
        <w:br/>
        <w:t>vt 0.997392 0.684068</w:t>
        <w:br/>
        <w:t>vt 0.993847 0.672362</w:t>
        <w:br/>
        <w:t>vt 0.997392 0.672375</w:t>
        <w:br/>
        <w:t>vt 0.997392 0.656448</w:t>
        <w:br/>
        <w:t>vt 0.997392 0.662597</w:t>
        <w:br/>
        <w:t>vt 0.993847 0.662341</w:t>
        <w:br/>
        <w:t>vt 0.993847 0.656824</w:t>
        <w:br/>
        <w:t>vt 0.993847 0.997331</w:t>
        <w:br/>
        <w:t>vt 0.993847 0.975548</w:t>
        <w:br/>
        <w:t>vt 0.997392 0.976362</w:t>
        <w:br/>
        <w:t>vt 0.997392 0.997331</w:t>
        <w:br/>
        <w:t>vt 0.993847 0.955078</w:t>
        <w:br/>
        <w:t>vt 0.997392 0.954285</w:t>
        <w:br/>
        <w:t>vt 0.993847 0.936387</w:t>
        <w:br/>
        <w:t>vt 0.997392 0.936154</w:t>
        <w:br/>
        <w:t>vt 0.993847 0.920564</w:t>
        <w:br/>
        <w:t>vt 0.997392 0.921069</w:t>
        <w:br/>
        <w:t>vt 0.993847 0.905524</w:t>
        <w:br/>
        <w:t>vt 0.997392 0.905552</w:t>
        <w:br/>
        <w:t>vt 0.997392 0.879226</w:t>
        <w:br/>
        <w:t>vt 0.993847 0.879278</w:t>
        <w:br/>
        <w:t>vt 0.993847 0.852069</w:t>
        <w:br/>
        <w:t>vt 0.997392 0.851790</w:t>
        <w:br/>
        <w:t>vt 0.993847 0.830759</w:t>
        <w:br/>
        <w:t>vt 0.997392 0.830033</w:t>
        <w:br/>
        <w:t>vt 0.993847 0.824031</w:t>
        <w:br/>
        <w:t>vt 0.997392 0.823644</w:t>
        <w:br/>
        <w:t>vt 0.993847 0.818371</w:t>
        <w:br/>
        <w:t>vt 0.997392 0.818195</w:t>
        <w:br/>
        <w:t>vt 0.993847 0.813123</w:t>
        <w:br/>
        <w:t>vt 0.993847 0.808648</w:t>
        <w:br/>
        <w:t>vt 0.997392 0.808871</w:t>
        <w:br/>
        <w:t>vt 0.997392 0.813330</w:t>
        <w:br/>
        <w:t>vt 0.993847 0.804267</w:t>
        <w:br/>
        <w:t>vt 0.997392 0.804977</w:t>
        <w:br/>
        <w:t>vt 0.993847 0.799548</w:t>
        <w:br/>
        <w:t>vt 0.993847 0.784477</w:t>
        <w:br/>
        <w:t>vt 0.997392 0.784782</w:t>
        <w:br/>
        <w:t>vt 0.997392 0.800083</w:t>
        <w:br/>
        <w:t>vt 0.997392 0.754058</w:t>
        <w:br/>
        <w:t>vt 0.997392 0.768995</w:t>
        <w:br/>
        <w:t>vt 0.993847 0.768752</w:t>
        <w:br/>
        <w:t>vt 0.993847 0.753915</w:t>
        <w:br/>
        <w:t>vt 0.993847 0.740385</w:t>
        <w:br/>
        <w:t>vt 0.997392 0.738788</w:t>
        <w:br/>
        <w:t>vt 0.428881 0.293563</w:t>
        <w:br/>
        <w:t>vt 0.440463 0.296107</w:t>
        <w:br/>
        <w:t>vt 0.438417 0.307065</w:t>
        <w:br/>
        <w:t>vt 0.428865 0.305904</w:t>
        <w:br/>
        <w:t>vt 0.422122 0.303749</w:t>
        <w:br/>
        <w:t>vt 0.424411 0.289132</w:t>
        <w:br/>
        <w:t>vt 0.450034 0.299600</w:t>
        <w:br/>
        <w:t>vt 0.448210 0.309499</w:t>
        <w:br/>
        <w:t>vt 0.456653 0.311073</w:t>
        <w:br/>
        <w:t>vt 0.454695 0.297665</w:t>
        <w:br/>
        <w:t>vt 0.436836 0.316773</w:t>
        <w:br/>
        <w:t>vt 0.429090 0.315024</w:t>
        <w:br/>
        <w:t>vt 0.444881 0.318991</w:t>
        <w:br/>
        <w:t>vt 0.452521 0.321373</w:t>
        <w:br/>
        <w:t>vt 0.422585 0.314401</w:t>
        <w:br/>
        <w:t>vt 0.434612 0.325444</w:t>
        <w:br/>
        <w:t>vt 0.441476 0.327824</w:t>
        <w:br/>
        <w:t>vt 0.446835 0.330225</w:t>
        <w:br/>
        <w:t>vt 0.427612 0.324053</w:t>
        <w:br/>
        <w:t>vt 0.422034 0.324249</w:t>
        <w:br/>
        <w:t>vt 0.438651 0.334682</w:t>
        <w:br/>
        <w:t>vt 0.432124 0.333147</w:t>
        <w:br/>
        <w:t>vt 0.425280 0.331141</w:t>
        <w:br/>
        <w:t>vt 0.420933 0.329886</w:t>
        <w:br/>
        <w:t>vt 0.443286 0.335151</w:t>
        <w:br/>
        <w:t>vt 0.428753 0.347933</w:t>
        <w:br/>
        <w:t>vt 0.429945 0.340508</w:t>
        <w:br/>
        <w:t>vt 0.438701 0.341714</w:t>
        <w:br/>
        <w:t>vt 0.438238 0.348931</w:t>
        <w:br/>
        <w:t>vt 0.447669 0.346872</w:t>
        <w:br/>
        <w:t>vt 0.445296 0.340212</w:t>
        <w:br/>
        <w:t>vt 0.419034 0.344455</w:t>
        <w:br/>
        <w:t>vt 0.422461 0.337772</w:t>
        <w:br/>
        <w:t>vt 0.410717 0.338579</w:t>
        <w:br/>
        <w:t>vt 0.416214 0.334519</w:t>
        <w:br/>
        <w:t>vt 0.413732 0.325688</w:t>
        <w:br/>
        <w:t>vt 0.413797 0.315307</w:t>
        <w:br/>
        <w:t>vt 0.413825 0.304981</w:t>
        <w:br/>
        <w:t>vt 0.403502 0.317354</w:t>
        <w:br/>
        <w:t>vt 0.403502 0.329073</w:t>
        <w:br/>
        <w:t>vt 0.403502 0.305883</w:t>
        <w:br/>
        <w:t>vt 0.451456 0.334781</w:t>
        <w:br/>
        <w:t>vt 0.459147 0.326123</w:t>
        <w:br/>
        <w:t>vt 0.463715 0.315566</w:t>
        <w:br/>
        <w:t>vt 0.458704 0.341096</w:t>
        <w:br/>
        <w:t>vt 0.469382 0.330517</w:t>
        <w:br/>
        <w:t>vt 0.473245 0.318366</w:t>
        <w:br/>
        <w:t>vt 0.412558 0.293821</w:t>
        <w:br/>
        <w:t>vt 0.424411 0.289132</w:t>
        <w:br/>
        <w:t>vt 0.403502 0.297953</w:t>
        <w:br/>
        <w:t>vt 0.463892 0.303265</w:t>
        <w:br/>
        <w:t>vt 0.454695 0.297665</w:t>
        <w:br/>
        <w:t>vt 0.412354 0.283675</w:t>
        <w:br/>
        <w:t>vt 0.422500 0.276803</w:t>
        <w:br/>
        <w:t>vt 0.410480 0.271877</w:t>
        <w:br/>
        <w:t>vt 0.421464 0.265659</w:t>
        <w:br/>
        <w:t>vt 0.409936 0.258742</w:t>
        <w:br/>
        <w:t>vt 0.421625 0.253978</w:t>
        <w:br/>
        <w:t>vt 0.403502 0.288492</w:t>
        <w:br/>
        <w:t>vt 0.403502 0.275662</w:t>
        <w:br/>
        <w:t>vt 0.403502 0.260339</w:t>
        <w:br/>
        <w:t>vt 0.412499 0.244436</w:t>
        <w:br/>
        <w:t>vt 0.422462 0.244018</w:t>
        <w:br/>
        <w:t>vt 0.403502 0.245513</w:t>
        <w:br/>
        <w:t>vt 0.416000 0.234436</w:t>
        <w:br/>
        <w:t>vt 0.426831 0.235785</w:t>
        <w:br/>
        <w:t>vt 0.403502 0.234456</w:t>
        <w:br/>
        <w:t>vt 0.465692 0.219292</w:t>
        <w:br/>
        <w:t>vt 0.474329 0.220651</w:t>
        <w:br/>
        <w:t>vt 0.471695 0.225371</w:t>
        <w:br/>
        <w:t>vt 0.464499 0.224424</w:t>
        <w:br/>
        <w:t>vt 0.468452 0.228611</w:t>
        <w:br/>
        <w:t>vt 0.463337 0.229606</w:t>
        <w:br/>
        <w:t>vt 0.467387 0.211969</w:t>
        <w:br/>
        <w:t>vt 0.474534 0.215266</w:t>
        <w:br/>
        <w:t>vt 0.468678 0.206453</w:t>
        <w:br/>
        <w:t>vt 0.472142 0.210479</w:t>
        <w:br/>
        <w:t>vt 0.448535 0.230089</w:t>
        <w:br/>
        <w:t>vt 0.449663 0.223063</w:t>
        <w:br/>
        <w:t>vt 0.450874 0.216333</w:t>
        <w:br/>
        <w:t>vt 0.452624 0.208527</w:t>
        <w:br/>
        <w:t>vt 0.468678 0.206453</w:t>
        <w:br/>
        <w:t>vt 0.454825 0.198844</w:t>
        <w:br/>
        <w:t>vt 0.434842 0.230494</w:t>
        <w:br/>
        <w:t>vt 0.434417 0.224050</w:t>
        <w:br/>
        <w:t>vt 0.435016 0.214728</w:t>
        <w:br/>
        <w:t>vt 0.437339 0.204575</w:t>
        <w:br/>
        <w:t>vt 0.454825 0.198844</w:t>
        <w:br/>
        <w:t>vt 0.440252 0.195836</w:t>
        <w:br/>
        <w:t>vt 0.425626 0.225025</w:t>
        <w:br/>
        <w:t>vt 0.434842 0.230494</w:t>
        <w:br/>
        <w:t>vt 0.425634 0.214497</w:t>
        <w:br/>
        <w:t>vt 0.427183 0.203107</w:t>
        <w:br/>
        <w:t>vt 0.428882 0.191124</w:t>
        <w:br/>
        <w:t>vt 0.415372 0.224986</w:t>
        <w:br/>
        <w:t>vt 0.415196 0.214242</w:t>
        <w:br/>
        <w:t>vt 0.415482 0.203701</w:t>
        <w:br/>
        <w:t>vt 0.415929 0.193793</w:t>
        <w:br/>
        <w:t>vt 0.403502 0.226302</w:t>
        <w:br/>
        <w:t>vt 0.403502 0.214964</w:t>
        <w:br/>
        <w:t>vt 0.403502 0.203774</w:t>
        <w:br/>
        <w:t>vt 0.403502 0.193087</w:t>
        <w:br/>
        <w:t>vt 0.425149 0.183754</w:t>
        <w:br/>
        <w:t>vt 0.428882 0.191124</w:t>
        <w:br/>
        <w:t>vt 0.416211 0.183178</w:t>
        <w:br/>
        <w:t>vt 0.403502 0.182705</w:t>
        <w:br/>
        <w:t>vt 0.414666 0.171006</w:t>
        <w:br/>
        <w:t>vt 0.422869 0.174172</w:t>
        <w:br/>
        <w:t>vt 0.421483 0.160121</w:t>
        <w:br/>
        <w:t>vt 0.414103 0.160208</w:t>
        <w:br/>
        <w:t>vt 0.403502 0.170901</w:t>
        <w:br/>
        <w:t>vt 0.403502 0.158609</w:t>
        <w:br/>
        <w:t>vt 0.456672 0.287088</w:t>
        <w:br/>
        <w:t>vt 0.457755 0.274504</w:t>
        <w:br/>
        <w:t>vt 0.464882 0.274741</w:t>
        <w:br/>
        <w:t>vt 0.464771 0.290849</w:t>
        <w:br/>
        <w:t>vt 0.456672 0.287088</w:t>
        <w:br/>
        <w:t>vt 0.473235 0.304441</w:t>
        <w:br/>
        <w:t>vt 0.473786 0.290334</w:t>
        <w:br/>
        <w:t>vt 0.474539 0.277002</w:t>
        <w:br/>
        <w:t>vt 0.967918 0.059305</w:t>
        <w:br/>
        <w:t>vt 0.967918 0.070102</w:t>
        <w:br/>
        <w:t>vt 0.963606 0.070006</w:t>
        <w:br/>
        <w:t>vt 0.963606 0.059153</w:t>
        <w:br/>
        <w:t>vt 0.963606 0.048686</w:t>
        <w:br/>
        <w:t>vt 0.967918 0.047446</w:t>
        <w:br/>
        <w:t>vt 0.963606 0.034687</w:t>
        <w:br/>
        <w:t>vt 0.967918 0.034900</w:t>
        <w:br/>
        <w:t>vt 0.963606 0.020710</w:t>
        <w:br/>
        <w:t>vt 0.967918 0.019864</w:t>
        <w:br/>
        <w:t>vt 0.963606 0.005053</w:t>
        <w:br/>
        <w:t>vt 0.967918 0.004841</w:t>
        <w:br/>
        <w:t>vt 0.967918 0.372728</w:t>
        <w:br/>
        <w:t>vt 0.967918 0.389843</w:t>
        <w:br/>
        <w:t>vt 0.963606 0.389743</w:t>
        <w:br/>
        <w:t>vt 0.963606 0.371434</w:t>
        <w:br/>
        <w:t>vt 0.967918 0.354378</w:t>
        <w:br/>
        <w:t>vt 0.963606 0.353952</w:t>
        <w:br/>
        <w:t>vt 0.963606 0.336341</w:t>
        <w:br/>
        <w:t>vt 0.967918 0.335791</w:t>
        <w:br/>
        <w:t>vt 0.963606 0.320434</w:t>
        <w:br/>
        <w:t>vt 0.967918 0.319710</w:t>
        <w:br/>
        <w:t>vt 0.963606 0.301634</w:t>
        <w:br/>
        <w:t>vt 0.967918 0.301506</w:t>
        <w:br/>
        <w:t>vt 0.963606 0.287726</w:t>
        <w:br/>
        <w:t>vt 0.967918 0.287566</w:t>
        <w:br/>
        <w:t>vt 0.963606 0.277076</w:t>
        <w:br/>
        <w:t>vt 0.967918 0.277104</w:t>
        <w:br/>
        <w:t>vt 0.967918 0.266656</w:t>
        <w:br/>
        <w:t>vt 0.963606 0.266529</w:t>
        <w:br/>
        <w:t>vt 0.967918 0.255656</w:t>
        <w:br/>
        <w:t>vt 0.963606 0.255621</w:t>
        <w:br/>
        <w:t>vt 0.963606 0.244373</w:t>
        <w:br/>
        <w:t>vt 0.967918 0.245067</w:t>
        <w:br/>
        <w:t>vt 0.967918 0.233204</w:t>
        <w:br/>
        <w:t>vt 0.963606 0.232669</w:t>
        <w:br/>
        <w:t>vt 0.963606 0.217890</w:t>
        <w:br/>
        <w:t>vt 0.967918 0.218526</w:t>
        <w:br/>
        <w:t>vt 0.963606 0.199997</w:t>
        <w:br/>
        <w:t>vt 0.967918 0.199103</w:t>
        <w:br/>
        <w:t>vt 0.963606 0.182958</w:t>
        <w:br/>
        <w:t>vt 0.967918 0.182511</w:t>
        <w:br/>
        <w:t>vt 0.963606 0.168320</w:t>
        <w:br/>
        <w:t>vt 0.967918 0.166579</w:t>
        <w:br/>
        <w:t>vt 0.963606 0.149771</w:t>
        <w:br/>
        <w:t>vt 0.967918 0.149109</w:t>
        <w:br/>
        <w:t>vt 0.963606 0.130242</w:t>
        <w:br/>
        <w:t>vt 0.967918 0.128896</w:t>
        <w:br/>
        <w:t>vt 0.963606 0.109305</w:t>
        <w:br/>
        <w:t>vt 0.967918 0.108069</w:t>
        <w:br/>
        <w:t>vt 0.963606 0.094706</w:t>
        <w:br/>
        <w:t>vt 0.967918 0.092438</w:t>
        <w:br/>
        <w:t>vt 0.963606 0.081377</w:t>
        <w:br/>
        <w:t>vt 0.967918 0.081777</w:t>
        <w:br/>
        <w:t>vt 0.756662 0.803379</w:t>
        <w:br/>
        <w:t>vt 0.746921 0.803379</w:t>
        <w:br/>
        <w:t>vt 0.747971 0.786975</w:t>
        <w:br/>
        <w:t>vt 0.758673 0.786975</w:t>
        <w:br/>
        <w:t>vt 0.737338 0.803379</w:t>
        <w:br/>
        <w:t>vt 0.735815 0.786975</w:t>
        <w:br/>
        <w:t>vt 0.727483 0.803379</w:t>
        <w:br/>
        <w:t>vt 0.726359 0.786975</w:t>
        <w:br/>
        <w:t>vt 0.714381 0.803379</w:t>
        <w:br/>
        <w:t>vt 0.712583 0.786975</w:t>
        <w:br/>
        <w:t>vt 0.696768 0.803379</w:t>
        <w:br/>
        <w:t>vt 0.692208 0.786975</w:t>
        <w:br/>
        <w:t>vt 0.683090 0.810034</w:t>
        <w:br/>
        <w:t>vt 0.673166 0.795724</w:t>
        <w:br/>
        <w:t>vt 0.768740 0.786975</w:t>
        <w:br/>
        <w:t>vt 0.767058 0.803379</w:t>
        <w:br/>
        <w:t>vt 0.778084 0.803379</w:t>
        <w:br/>
        <w:t>vt 0.780362 0.786975</w:t>
        <w:br/>
        <w:t>vt 0.792169 0.803379</w:t>
        <w:br/>
        <w:t>vt 0.794834 0.786975</w:t>
        <w:br/>
        <w:t>vt 0.812692 0.786975</w:t>
        <w:br/>
        <w:t>vt 0.808868 0.803379</w:t>
        <w:br/>
        <w:t>vt 0.829017 0.792861</w:t>
        <w:br/>
        <w:t>vt 0.823348 0.811363</w:t>
        <w:br/>
        <w:t>vt 0.835473 0.814410</w:t>
        <w:br/>
        <w:t>vt 0.832633 0.820100</w:t>
        <w:br/>
        <w:t>vt 0.848467 0.823558</w:t>
        <w:br/>
        <w:t>vt 0.844303 0.830381</w:t>
        <w:br/>
        <w:t>vt 0.857237 0.826306</w:t>
        <w:br/>
        <w:t>vt 0.856857 0.841349</w:t>
        <w:br/>
        <w:t>vt 0.868806 0.820338</w:t>
        <w:br/>
        <w:t>vt 0.869342 0.853970</w:t>
        <w:br/>
        <w:t>vt 0.905766 0.870210</w:t>
        <w:br/>
        <w:t>vt 0.896347 0.872831</w:t>
        <w:br/>
        <w:t>vt 0.895682 0.854882</w:t>
        <w:br/>
        <w:t>vt 0.903601 0.854745</w:t>
        <w:br/>
        <w:t>vt 0.886536 0.869548</w:t>
        <w:br/>
        <w:t>vt 0.889116 0.854855</w:t>
        <w:br/>
        <w:t>vt 0.913110 0.864720</w:t>
        <w:br/>
        <w:t>vt 0.911671 0.854381</w:t>
        <w:br/>
        <w:t>vt 0.877775 0.862559</w:t>
        <w:br/>
        <w:t>vt 0.880152 0.854524</w:t>
        <w:br/>
        <w:t>vt 0.886536 0.869548</w:t>
        <w:br/>
        <w:t>vt 0.921715 0.856230</w:t>
        <w:br/>
        <w:t>vt 0.920912 0.853720</w:t>
        <w:br/>
        <w:t>vt 0.930374 0.847562</w:t>
        <w:br/>
        <w:t>vt 0.670903 0.820259</w:t>
        <w:br/>
        <w:t>vt 0.666060 0.816456</w:t>
        <w:br/>
        <w:t>vt 0.660074 0.830927</w:t>
        <w:br/>
        <w:t>vt 0.654567 0.825622</w:t>
        <w:br/>
        <w:t>vt 0.648590 0.841942</w:t>
        <w:br/>
        <w:t>vt 0.642847 0.828285</w:t>
        <w:br/>
        <w:t>vt 0.878707 0.820775</w:t>
        <w:br/>
        <w:t>vt 0.888153 0.820911</w:t>
        <w:br/>
        <w:t>vt 0.895843 0.820952</w:t>
        <w:br/>
        <w:t>vt 0.904667 0.820886</w:t>
        <w:br/>
        <w:t>vt 0.911638 0.820655</w:t>
        <w:br/>
        <w:t>vt 0.918911 0.820294</w:t>
        <w:br/>
        <w:t>vt 0.926494 0.817384</w:t>
        <w:br/>
        <w:t>vt 0.933775 0.824764</w:t>
        <w:br/>
        <w:t>vt 0.939977 0.837920</w:t>
        <w:br/>
        <w:t>vt 0.858257 0.786975</w:t>
        <w:br/>
        <w:t>vt 0.866920 0.786975</w:t>
        <w:br/>
        <w:t>vt 0.932361 0.786975</w:t>
        <w:br/>
        <w:t>vt 0.927151 0.786975</w:t>
        <w:br/>
        <w:t>vt 0.876273 0.786975</w:t>
        <w:br/>
        <w:t>vt 0.886532 0.786975</w:t>
        <w:br/>
        <w:t>vt 0.895290 0.786975</w:t>
        <w:br/>
        <w:t>vt 0.905535 0.786975</w:t>
        <w:br/>
        <w:t>vt 0.913121 0.786975</w:t>
        <w:br/>
        <w:t>vt 0.920617 0.786975</w:t>
        <w:br/>
        <w:t>vt 0.443477 0.240851</w:t>
        <w:br/>
        <w:t>vt 0.447269 0.240851</w:t>
        <w:br/>
        <w:t>vt 0.447269 0.253902</w:t>
        <w:br/>
        <w:t>vt 0.444219 0.253902</w:t>
        <w:br/>
        <w:t>vt 0.438648 0.253902</w:t>
        <w:br/>
        <w:t>vt 0.438367 0.240851</w:t>
        <w:br/>
        <w:t>vt 0.471302 0.240851</w:t>
        <w:br/>
        <w:t>vt 0.471302 0.253902</w:t>
        <w:br/>
        <w:t>vt 0.457541 0.253902</w:t>
        <w:br/>
        <w:t>vt 0.457541 0.240851</w:t>
        <w:br/>
        <w:t>vt 0.430772 0.253902</w:t>
        <w:br/>
        <w:t>vt 0.430774 0.240851</w:t>
        <w:br/>
        <w:t>vt 0.433582 0.260193</w:t>
        <w:br/>
        <w:t>vt 0.434650 0.276890</w:t>
        <w:br/>
        <w:t>vt 0.427544 0.275192</w:t>
        <w:br/>
        <w:t>vt 0.427544 0.261049</w:t>
        <w:br/>
        <w:t>vt 0.439867 0.260116</w:t>
        <w:br/>
        <w:t>vt 0.441897 0.277656</w:t>
        <w:br/>
        <w:t>vt 0.444995 0.261355</w:t>
        <w:br/>
        <w:t>vt 0.446659 0.276406</w:t>
        <w:br/>
        <w:t>vt 0.448414 0.263789</w:t>
        <w:br/>
        <w:t>vt 0.448987 0.274195</w:t>
        <w:br/>
        <w:t>vt 0.444521 0.281253</w:t>
        <w:br/>
        <w:t>vt 0.446372 0.280879</w:t>
        <w:br/>
        <w:t>vt 0.447500 0.293173</w:t>
        <w:br/>
        <w:t>vt 0.444453 0.293526</w:t>
        <w:br/>
        <w:t>vt 0.448705 0.281169</w:t>
        <w:br/>
        <w:t>vt 0.450709 0.292389</w:t>
        <w:br/>
        <w:t>vt 0.454195 0.287140</w:t>
        <w:br/>
        <w:t>vt 0.453485 0.290103</w:t>
        <w:br/>
        <w:t>vt 0.453310 0.283672</w:t>
        <w:br/>
        <w:t>vt 0.450050 0.266808</w:t>
        <w:br/>
        <w:t>vt 0.450480 0.270388</w:t>
        <w:br/>
        <w:t>vt 0.451269 0.281927</w:t>
        <w:br/>
        <w:t>vt 0.997392 0.711891</w:t>
        <w:br/>
        <w:t>vt 0.993847 0.711828</w:t>
        <w:br/>
        <w:t>vt 0.993847 0.725265</w:t>
        <w:br/>
        <w:t>vt 0.997392 0.725513</w:t>
        <w:br/>
        <w:t>vt 0.997392 0.700191</w:t>
        <w:br/>
        <w:t>vt 0.993847 0.698519</w:t>
        <w:br/>
        <w:t>vt 0.997392 0.688697</w:t>
        <w:br/>
        <w:t>vt 0.993847 0.688688</w:t>
        <w:br/>
        <w:t>vt 0.993847 0.684101</w:t>
        <w:br/>
        <w:t>vt 0.997392 0.684068</w:t>
        <w:br/>
        <w:t>vt 0.997392 0.672375</w:t>
        <w:br/>
        <w:t>vt 0.993847 0.672362</w:t>
        <w:br/>
        <w:t>vt 0.997392 0.656448</w:t>
        <w:br/>
        <w:t>vt 0.993847 0.656824</w:t>
        <w:br/>
        <w:t>vt 0.993847 0.662341</w:t>
        <w:br/>
        <w:t>vt 0.997392 0.662597</w:t>
        <w:br/>
        <w:t>vt 0.993847 0.997331</w:t>
        <w:br/>
        <w:t>vt 0.997392 0.997331</w:t>
        <w:br/>
        <w:t>vt 0.997392 0.976362</w:t>
        <w:br/>
        <w:t>vt 0.993847 0.975548</w:t>
        <w:br/>
        <w:t>vt 0.997392 0.954285</w:t>
        <w:br/>
        <w:t>vt 0.993847 0.955078</w:t>
        <w:br/>
        <w:t>vt 0.993847 0.936387</w:t>
        <w:br/>
        <w:t>vt 0.997392 0.936154</w:t>
        <w:br/>
        <w:t>vt 0.997392 0.921069</w:t>
        <w:br/>
        <w:t>vt 0.993847 0.920564</w:t>
        <w:br/>
        <w:t>vt 0.997392 0.905552</w:t>
        <w:br/>
        <w:t>vt 0.993847 0.905524</w:t>
        <w:br/>
        <w:t>vt 0.997392 0.879226</w:t>
        <w:br/>
        <w:t>vt 0.993847 0.879278</w:t>
        <w:br/>
        <w:t>vt 0.997392 0.851790</w:t>
        <w:br/>
        <w:t>vt 0.993847 0.852069</w:t>
        <w:br/>
        <w:t>vt 0.993847 0.830759</w:t>
        <w:br/>
        <w:t>vt 0.997392 0.830033</w:t>
        <w:br/>
        <w:t>vt 0.997392 0.823644</w:t>
        <w:br/>
        <w:t>vt 0.993847 0.824031</w:t>
        <w:br/>
        <w:t>vt 0.997392 0.818195</w:t>
        <w:br/>
        <w:t>vt 0.993847 0.818371</w:t>
        <w:br/>
        <w:t>vt 0.993847 0.813123</w:t>
        <w:br/>
        <w:t>vt 0.997392 0.813330</w:t>
        <w:br/>
        <w:t>vt 0.997392 0.808871</w:t>
        <w:br/>
        <w:t>vt 0.993847 0.808648</w:t>
        <w:br/>
        <w:t>vt 0.997392 0.804977</w:t>
        <w:br/>
        <w:t>vt 0.993847 0.804267</w:t>
        <w:br/>
        <w:t>vt 0.993847 0.799548</w:t>
        <w:br/>
        <w:t>vt 0.997392 0.800083</w:t>
        <w:br/>
        <w:t>vt 0.997392 0.784782</w:t>
        <w:br/>
        <w:t>vt 0.993847 0.784477</w:t>
        <w:br/>
        <w:t>vt 0.997392 0.754058</w:t>
        <w:br/>
        <w:t>vt 0.993847 0.753915</w:t>
        <w:br/>
        <w:t>vt 0.993847 0.768752</w:t>
        <w:br/>
        <w:t>vt 0.997392 0.768995</w:t>
        <w:br/>
        <w:t>vt 0.993847 0.740385</w:t>
        <w:br/>
        <w:t>vt 0.997392 0.738788</w:t>
        <w:br/>
        <w:t>vt 0.438417 0.307065</w:t>
        <w:br/>
        <w:t>vt 0.440463 0.296107</w:t>
        <w:br/>
        <w:t>vt 0.428881 0.293563</w:t>
        <w:br/>
        <w:t>vt 0.428865 0.305904</w:t>
        <w:br/>
        <w:t>vt 0.422122 0.303749</w:t>
        <w:br/>
        <w:t>vt 0.424411 0.289132</w:t>
        <w:br/>
        <w:t>vt 0.450034 0.299600</w:t>
        <w:br/>
        <w:t>vt 0.448210 0.309499</w:t>
        <w:br/>
        <w:t>vt 0.456653 0.311073</w:t>
        <w:br/>
        <w:t>vt 0.454695 0.297665</w:t>
        <w:br/>
        <w:t>vt 0.429090 0.315024</w:t>
        <w:br/>
        <w:t>vt 0.436836 0.316773</w:t>
        <w:br/>
        <w:t>vt 0.444881 0.318991</w:t>
        <w:br/>
        <w:t>vt 0.452521 0.321373</w:t>
        <w:br/>
        <w:t>vt 0.422585 0.314401</w:t>
        <w:br/>
        <w:t>vt 0.434612 0.325444</w:t>
        <w:br/>
        <w:t>vt 0.441476 0.327824</w:t>
        <w:br/>
        <w:t>vt 0.446835 0.330225</w:t>
        <w:br/>
        <w:t>vt 0.427612 0.324053</w:t>
        <w:br/>
        <w:t>vt 0.422034 0.324249</w:t>
        <w:br/>
        <w:t>vt 0.432124 0.333147</w:t>
        <w:br/>
        <w:t>vt 0.438651 0.334682</w:t>
        <w:br/>
        <w:t>vt 0.425280 0.331141</w:t>
        <w:br/>
        <w:t>vt 0.420933 0.329886</w:t>
        <w:br/>
        <w:t>vt 0.443286 0.335151</w:t>
        <w:br/>
        <w:t>vt 0.438701 0.341714</w:t>
        <w:br/>
        <w:t>vt 0.429945 0.340508</w:t>
        <w:br/>
        <w:t>vt 0.428753 0.347933</w:t>
        <w:br/>
        <w:t>vt 0.438238 0.348931</w:t>
        <w:br/>
        <w:t>vt 0.447669 0.346872</w:t>
        <w:br/>
        <w:t>vt 0.445296 0.340212</w:t>
        <w:br/>
        <w:t>vt 0.422461 0.337772</w:t>
        <w:br/>
        <w:t>vt 0.419034 0.344455</w:t>
        <w:br/>
        <w:t>vt 0.416214 0.334519</w:t>
        <w:br/>
        <w:t>vt 0.410717 0.338579</w:t>
        <w:br/>
        <w:t>vt 0.413797 0.315307</w:t>
        <w:br/>
        <w:t>vt 0.413732 0.325688</w:t>
        <w:br/>
        <w:t>vt 0.413825 0.304981</w:t>
        <w:br/>
        <w:t>vt 0.403502 0.317354</w:t>
        <w:br/>
        <w:t>vt 0.403502 0.329073</w:t>
        <w:br/>
        <w:t>vt 0.403502 0.305883</w:t>
        <w:br/>
        <w:t>vt 0.451456 0.334781</w:t>
        <w:br/>
        <w:t>vt 0.459147 0.326123</w:t>
        <w:br/>
        <w:t>vt 0.463715 0.315566</w:t>
        <w:br/>
        <w:t>vt 0.458704 0.341096</w:t>
        <w:br/>
        <w:t>vt 0.469382 0.330517</w:t>
        <w:br/>
        <w:t>vt 0.473245 0.318366</w:t>
        <w:br/>
        <w:t>vt 0.424411 0.289132</w:t>
        <w:br/>
        <w:t>vt 0.412558 0.293821</w:t>
        <w:br/>
        <w:t>vt 0.403502 0.297953</w:t>
        <w:br/>
        <w:t>vt 0.463892 0.303265</w:t>
        <w:br/>
        <w:t>vt 0.454695 0.297665</w:t>
        <w:br/>
        <w:t>vt 0.412354 0.283675</w:t>
        <w:br/>
        <w:t>vt 0.422500 0.276803</w:t>
        <w:br/>
        <w:t>vt 0.421464 0.265659</w:t>
        <w:br/>
        <w:t>vt 0.410480 0.271877</w:t>
        <w:br/>
        <w:t>vt 0.421625 0.253978</w:t>
        <w:br/>
        <w:t>vt 0.409936 0.258742</w:t>
        <w:br/>
        <w:t>vt 0.403502 0.288492</w:t>
        <w:br/>
        <w:t>vt 0.403502 0.275662</w:t>
        <w:br/>
        <w:t>vt 0.403502 0.260339</w:t>
        <w:br/>
        <w:t>vt 0.412499 0.244436</w:t>
        <w:br/>
        <w:t>vt 0.422462 0.244018</w:t>
        <w:br/>
        <w:t>vt 0.403502 0.245513</w:t>
        <w:br/>
        <w:t>vt 0.416000 0.234436</w:t>
        <w:br/>
        <w:t>vt 0.426831 0.235785</w:t>
        <w:br/>
        <w:t>vt 0.403502 0.234456</w:t>
        <w:br/>
        <w:t>vt 0.465692 0.219292</w:t>
        <w:br/>
        <w:t>vt 0.464499 0.224424</w:t>
        <w:br/>
        <w:t>vt 0.471695 0.225371</w:t>
        <w:br/>
        <w:t>vt 0.474329 0.220651</w:t>
        <w:br/>
        <w:t>vt 0.468452 0.228611</w:t>
        <w:br/>
        <w:t>vt 0.463337 0.229606</w:t>
        <w:br/>
        <w:t>vt 0.474534 0.215266</w:t>
        <w:br/>
        <w:t>vt 0.467387 0.211969</w:t>
        <w:br/>
        <w:t>vt 0.472142 0.210479</w:t>
        <w:br/>
        <w:t>vt 0.468678 0.206453</w:t>
        <w:br/>
        <w:t>vt 0.449663 0.223063</w:t>
        <w:br/>
        <w:t>vt 0.448535 0.230089</w:t>
        <w:br/>
        <w:t>vt 0.450874 0.216333</w:t>
        <w:br/>
        <w:t>vt 0.452624 0.208527</w:t>
        <w:br/>
        <w:t>vt 0.468678 0.206453</w:t>
        <w:br/>
        <w:t>vt 0.454825 0.198844</w:t>
        <w:br/>
        <w:t>vt 0.434417 0.224050</w:t>
        <w:br/>
        <w:t>vt 0.434842 0.230494</w:t>
        <w:br/>
        <w:t>vt 0.435016 0.214728</w:t>
        <w:br/>
        <w:t>vt 0.437339 0.204575</w:t>
        <w:br/>
        <w:t>vt 0.454825 0.198844</w:t>
        <w:br/>
        <w:t>vt 0.440252 0.195836</w:t>
        <w:br/>
        <w:t>vt 0.425626 0.225025</w:t>
        <w:br/>
        <w:t>vt 0.434842 0.230494</w:t>
        <w:br/>
        <w:t>vt 0.425634 0.214497</w:t>
        <w:br/>
        <w:t>vt 0.427183 0.203107</w:t>
        <w:br/>
        <w:t>vt 0.428882 0.191124</w:t>
        <w:br/>
        <w:t>vt 0.415372 0.224986</w:t>
        <w:br/>
        <w:t>vt 0.415196 0.214242</w:t>
        <w:br/>
        <w:t>vt 0.415482 0.203701</w:t>
        <w:br/>
        <w:t>vt 0.415929 0.193793</w:t>
        <w:br/>
        <w:t>vt 0.403502 0.226302</w:t>
        <w:br/>
        <w:t>vt 0.403502 0.214964</w:t>
        <w:br/>
        <w:t>vt 0.403502 0.203774</w:t>
        <w:br/>
        <w:t>vt 0.403502 0.193087</w:t>
        <w:br/>
        <w:t>vt 0.425149 0.183754</w:t>
        <w:br/>
        <w:t>vt 0.416211 0.183178</w:t>
        <w:br/>
        <w:t>vt 0.428882 0.191124</w:t>
        <w:br/>
        <w:t>vt 0.403502 0.182705</w:t>
        <w:br/>
        <w:t>vt 0.422869 0.174172</w:t>
        <w:br/>
        <w:t>vt 0.414666 0.171006</w:t>
        <w:br/>
        <w:t>vt 0.421483 0.160121</w:t>
        <w:br/>
        <w:t>vt 0.414103 0.160208</w:t>
        <w:br/>
        <w:t>vt 0.403502 0.170901</w:t>
        <w:br/>
        <w:t>vt 0.403502 0.158609</w:t>
        <w:br/>
        <w:t>vt 0.456672 0.287088</w:t>
        <w:br/>
        <w:t>vt 0.464771 0.290849</w:t>
        <w:br/>
        <w:t>vt 0.464882 0.274741</w:t>
        <w:br/>
        <w:t>vt 0.457755 0.274504</w:t>
        <w:br/>
        <w:t>vt 0.456672 0.287088</w:t>
        <w:br/>
        <w:t>vt 0.473235 0.304441</w:t>
        <w:br/>
        <w:t>vt 0.473786 0.290334</w:t>
        <w:br/>
        <w:t>vt 0.474539 0.277002</w:t>
        <w:br/>
        <w:t>vt 0.967918 0.059305</w:t>
        <w:br/>
        <w:t>vt 0.963606 0.059153</w:t>
        <w:br/>
        <w:t>vt 0.963606 0.070006</w:t>
        <w:br/>
        <w:t>vt 0.967918 0.070102</w:t>
        <w:br/>
        <w:t>vt 0.963606 0.048686</w:t>
        <w:br/>
        <w:t>vt 0.967918 0.047446</w:t>
        <w:br/>
        <w:t>vt 0.967918 0.034900</w:t>
        <w:br/>
        <w:t>vt 0.963606 0.034687</w:t>
        <w:br/>
        <w:t>vt 0.963606 0.020710</w:t>
        <w:br/>
        <w:t>vt 0.967918 0.019864</w:t>
        <w:br/>
        <w:t>vt 0.963606 0.005053</w:t>
        <w:br/>
        <w:t>vt 0.967918 0.004841</w:t>
        <w:br/>
        <w:t>vt 0.967918 0.372728</w:t>
        <w:br/>
        <w:t>vt 0.963606 0.371434</w:t>
        <w:br/>
        <w:t>vt 0.963606 0.389743</w:t>
        <w:br/>
        <w:t>vt 0.967918 0.389843</w:t>
        <w:br/>
        <w:t>vt 0.967918 0.354378</w:t>
        <w:br/>
        <w:t>vt 0.963606 0.353952</w:t>
        <w:br/>
        <w:t>vt 0.967918 0.335791</w:t>
        <w:br/>
        <w:t>vt 0.963606 0.336341</w:t>
        <w:br/>
        <w:t>vt 0.963606 0.320434</w:t>
        <w:br/>
        <w:t>vt 0.967918 0.319710</w:t>
        <w:br/>
        <w:t>vt 0.963606 0.301634</w:t>
        <w:br/>
        <w:t>vt 0.967918 0.301506</w:t>
        <w:br/>
        <w:t>vt 0.963606 0.287726</w:t>
        <w:br/>
        <w:t>vt 0.967918 0.287566</w:t>
        <w:br/>
        <w:t>vt 0.967918 0.277104</w:t>
        <w:br/>
        <w:t>vt 0.963606 0.277076</w:t>
        <w:br/>
        <w:t>vt 0.967918 0.266656</w:t>
        <w:br/>
        <w:t>vt 0.963606 0.266529</w:t>
        <w:br/>
        <w:t>vt 0.967918 0.255656</w:t>
        <w:br/>
        <w:t>vt 0.963606 0.255621</w:t>
        <w:br/>
        <w:t>vt 0.967918 0.245067</w:t>
        <w:br/>
        <w:t>vt 0.963606 0.244373</w:t>
        <w:br/>
        <w:t>vt 0.967918 0.233204</w:t>
        <w:br/>
        <w:t>vt 0.963606 0.232669</w:t>
        <w:br/>
        <w:t>vt 0.967918 0.218526</w:t>
        <w:br/>
        <w:t>vt 0.963606 0.217890</w:t>
        <w:br/>
        <w:t>vt 0.967918 0.199103</w:t>
        <w:br/>
        <w:t>vt 0.963606 0.199997</w:t>
        <w:br/>
        <w:t>vt 0.963606 0.182958</w:t>
        <w:br/>
        <w:t>vt 0.967918 0.182511</w:t>
        <w:br/>
        <w:t>vt 0.963606 0.168320</w:t>
        <w:br/>
        <w:t>vt 0.967918 0.166579</w:t>
        <w:br/>
        <w:t>vt 0.967918 0.149109</w:t>
        <w:br/>
        <w:t>vt 0.963606 0.149771</w:t>
        <w:br/>
        <w:t>vt 0.963606 0.130242</w:t>
        <w:br/>
        <w:t>vt 0.967918 0.128896</w:t>
        <w:br/>
        <w:t>vt 0.963606 0.109305</w:t>
        <w:br/>
        <w:t>vt 0.967918 0.108069</w:t>
        <w:br/>
        <w:t>vt 0.963606 0.094706</w:t>
        <w:br/>
        <w:t>vt 0.967918 0.092438</w:t>
        <w:br/>
        <w:t>vt 0.963606 0.081377</w:t>
        <w:br/>
        <w:t>vt 0.967918 0.081777</w:t>
        <w:br/>
        <w:t>vt 0.747971 0.786975</w:t>
        <w:br/>
        <w:t>vt 0.746922 0.803379</w:t>
        <w:br/>
        <w:t>vt 0.756662 0.803379</w:t>
        <w:br/>
        <w:t>vt 0.758673 0.786975</w:t>
        <w:br/>
        <w:t>vt 0.735815 0.786975</w:t>
        <w:br/>
        <w:t>vt 0.737338 0.803379</w:t>
        <w:br/>
        <w:t>vt 0.727483 0.803379</w:t>
        <w:br/>
        <w:t>vt 0.726359 0.786975</w:t>
        <w:br/>
        <w:t>vt 0.714381 0.803379</w:t>
        <w:br/>
        <w:t>vt 0.712583 0.786975</w:t>
        <w:br/>
        <w:t>vt 0.692208 0.786975</w:t>
        <w:br/>
        <w:t>vt 0.696769 0.803379</w:t>
        <w:br/>
        <w:t>vt 0.673167 0.795724</w:t>
        <w:br/>
        <w:t>vt 0.683091 0.810034</w:t>
        <w:br/>
        <w:t>vt 0.767058 0.803379</w:t>
        <w:br/>
        <w:t>vt 0.768740 0.786975</w:t>
        <w:br/>
        <w:t>vt 0.778084 0.803379</w:t>
        <w:br/>
        <w:t>vt 0.780363 0.786975</w:t>
        <w:br/>
        <w:t>vt 0.792169 0.803379</w:t>
        <w:br/>
        <w:t>vt 0.794834 0.786975</w:t>
        <w:br/>
        <w:t>vt 0.808868 0.803379</w:t>
        <w:br/>
        <w:t>vt 0.812692 0.786975</w:t>
        <w:br/>
        <w:t>vt 0.823348 0.811363</w:t>
        <w:br/>
        <w:t>vt 0.829017 0.792861</w:t>
        <w:br/>
        <w:t>vt 0.835473 0.814410</w:t>
        <w:br/>
        <w:t>vt 0.832633 0.820100</w:t>
        <w:br/>
        <w:t>vt 0.844303 0.830381</w:t>
        <w:br/>
        <w:t>vt 0.848467 0.823558</w:t>
        <w:br/>
        <w:t>vt 0.857237 0.826306</w:t>
        <w:br/>
        <w:t>vt 0.856856 0.841349</w:t>
        <w:br/>
        <w:t>vt 0.869342 0.853970</w:t>
        <w:br/>
        <w:t>vt 0.868806 0.820338</w:t>
        <w:br/>
        <w:t>vt 0.895682 0.854882</w:t>
        <w:br/>
        <w:t>vt 0.896347 0.872831</w:t>
        <w:br/>
        <w:t>vt 0.905766 0.870209</w:t>
        <w:br/>
        <w:t>vt 0.903601 0.854745</w:t>
        <w:br/>
        <w:t>vt 0.889116 0.854855</w:t>
        <w:br/>
        <w:t>vt 0.886536 0.869548</w:t>
        <w:br/>
        <w:t>vt 0.913110 0.864720</w:t>
        <w:br/>
        <w:t>vt 0.911671 0.854381</w:t>
        <w:br/>
        <w:t>vt 0.880152 0.854524</w:t>
        <w:br/>
        <w:t>vt 0.877775 0.862558</w:t>
        <w:br/>
        <w:t>vt 0.886536 0.869548</w:t>
        <w:br/>
        <w:t>vt 0.921715 0.856230</w:t>
        <w:br/>
        <w:t>vt 0.920911 0.853720</w:t>
        <w:br/>
        <w:t>vt 0.930374 0.847562</w:t>
        <w:br/>
        <w:t>vt 0.666060 0.816456</w:t>
        <w:br/>
        <w:t>vt 0.670903 0.820259</w:t>
        <w:br/>
        <w:t>vt 0.654568 0.825622</w:t>
        <w:br/>
        <w:t>vt 0.660074 0.830927</w:t>
        <w:br/>
        <w:t>vt 0.648591 0.841942</w:t>
        <w:br/>
        <w:t>vt 0.642848 0.828285</w:t>
        <w:br/>
        <w:t>vt 0.878706 0.820775</w:t>
        <w:br/>
        <w:t>vt 0.888153 0.820911</w:t>
        <w:br/>
        <w:t>vt 0.895843 0.820952</w:t>
        <w:br/>
        <w:t>vt 0.904666 0.820886</w:t>
        <w:br/>
        <w:t>vt 0.911638 0.820655</w:t>
        <w:br/>
        <w:t>vt 0.918911 0.820294</w:t>
        <w:br/>
        <w:t>vt 0.926494 0.817384</w:t>
        <w:br/>
        <w:t>vt 0.933775 0.824764</w:t>
        <w:br/>
        <w:t>vt 0.939976 0.837920</w:t>
        <w:br/>
        <w:t>vt 0.858257 0.786975</w:t>
        <w:br/>
        <w:t>vt 0.866920 0.786975</w:t>
        <w:br/>
        <w:t>vt 0.932360 0.786975</w:t>
        <w:br/>
        <w:t>vt 0.927151 0.786975</w:t>
        <w:br/>
        <w:t>vt 0.876273 0.786975</w:t>
        <w:br/>
        <w:t>vt 0.886532 0.786975</w:t>
        <w:br/>
        <w:t>vt 0.895290 0.786975</w:t>
        <w:br/>
        <w:t>vt 0.905535 0.786975</w:t>
        <w:br/>
        <w:t>vt 0.913121 0.786975</w:t>
        <w:br/>
        <w:t>vt 0.920617 0.786975</w:t>
        <w:br/>
        <w:t>vt 0.443477 0.240851</w:t>
        <w:br/>
        <w:t>vt 0.444219 0.253902</w:t>
        <w:br/>
        <w:t>vt 0.447269 0.253902</w:t>
        <w:br/>
        <w:t>vt 0.447269 0.240851</w:t>
        <w:br/>
        <w:t>vt 0.438367 0.240851</w:t>
        <w:br/>
        <w:t>vt 0.438648 0.253902</w:t>
        <w:br/>
        <w:t>vt 0.457541 0.253902</w:t>
        <w:br/>
        <w:t>vt 0.471302 0.253902</w:t>
        <w:br/>
        <w:t>vt 0.471302 0.240851</w:t>
        <w:br/>
        <w:t>vt 0.457541 0.240851</w:t>
        <w:br/>
        <w:t>vt 0.430772 0.253902</w:t>
        <w:br/>
        <w:t>vt 0.430774 0.240851</w:t>
        <w:br/>
        <w:t>vt 0.427544 0.275192</w:t>
        <w:br/>
        <w:t>vt 0.434650 0.276890</w:t>
        <w:br/>
        <w:t>vt 0.433582 0.260193</w:t>
        <w:br/>
        <w:t>vt 0.427544 0.261049</w:t>
        <w:br/>
        <w:t>vt 0.441897 0.277656</w:t>
        <w:br/>
        <w:t>vt 0.439867 0.260116</w:t>
        <w:br/>
        <w:t>vt 0.446659 0.276406</w:t>
        <w:br/>
        <w:t>vt 0.444995 0.261355</w:t>
        <w:br/>
        <w:t>vt 0.448987 0.274195</w:t>
        <w:br/>
        <w:t>vt 0.448414 0.263789</w:t>
        <w:br/>
        <w:t>vt 0.444521 0.281253</w:t>
        <w:br/>
        <w:t>vt 0.444453 0.293526</w:t>
        <w:br/>
        <w:t>vt 0.447500 0.293173</w:t>
        <w:br/>
        <w:t>vt 0.446372 0.280879</w:t>
        <w:br/>
        <w:t>vt 0.448705 0.281169</w:t>
        <w:br/>
        <w:t>vt 0.450709 0.292389</w:t>
        <w:br/>
        <w:t>vt 0.454195 0.287140</w:t>
        <w:br/>
        <w:t>vt 0.453310 0.283672</w:t>
        <w:br/>
        <w:t>vt 0.453485 0.290103</w:t>
        <w:br/>
        <w:t>vt 0.450050 0.266808</w:t>
        <w:br/>
        <w:t>vt 0.450480 0.270388</w:t>
        <w:br/>
        <w:t>vt 0.451269 0.281927</w:t>
        <w:br/>
        <w:t>vt 0.600499 0.238804</w:t>
        <w:br/>
        <w:t>vt 0.600500 0.248539</w:t>
        <w:br/>
        <w:t>vt 0.621973 0.357601</w:t>
        <w:br/>
        <w:t>vt 0.621973 0.378707</w:t>
        <w:br/>
        <w:t>vt 0.616911 0.378707</w:t>
        <w:br/>
        <w:t>vt 0.616911 0.357601</w:t>
        <w:br/>
        <w:t>vt 0.297897 0.549976</w:t>
        <w:br/>
        <w:t>vt 0.297897 0.561987</w:t>
        <w:br/>
        <w:t>vt 0.293783 0.561987</w:t>
        <w:br/>
        <w:t>vt 0.293783 0.549976</w:t>
        <w:br/>
        <w:t>vt 0.622020 0.273943</w:t>
        <w:br/>
        <w:t>vt 0.619811 0.271931</w:t>
        <w:br/>
        <w:t>vt 0.619735 0.258729</w:t>
        <w:br/>
        <w:t>vt 0.622069 0.254116</w:t>
        <w:br/>
        <w:t>vt 0.617590 0.259037</w:t>
        <w:br/>
        <w:t>vt 0.616816 0.254225</w:t>
        <w:br/>
        <w:t>vt 0.514788 0.581453</w:t>
        <w:br/>
        <w:t>vt 0.524942 0.581453</w:t>
        <w:br/>
        <w:t>vt 0.524942 0.588535</w:t>
        <w:br/>
        <w:t>vt 0.514788 0.588535</w:t>
        <w:br/>
        <w:t>vt 0.617590 0.259037</w:t>
        <w:br/>
        <w:t>vt 0.617594 0.271560</w:t>
        <w:br/>
        <w:t>vt 0.616863 0.273943</w:t>
        <w:br/>
        <w:t>vt 0.616816 0.254225</w:t>
        <w:br/>
        <w:t>vt 0.616911 0.441864</w:t>
        <w:br/>
        <w:t>vt 0.621973 0.441864</w:t>
        <w:br/>
        <w:t>vt 0.621973 0.456374</w:t>
        <w:br/>
        <w:t>vt 0.616911 0.456374</w:t>
        <w:br/>
        <w:t>vt 0.616863 0.273943</w:t>
        <w:br/>
        <w:t>vt 0.617594 0.271560</w:t>
        <w:br/>
        <w:t>vt 0.616911 0.288397</w:t>
        <w:br/>
        <w:t>vt 0.616863 0.273943</w:t>
        <w:br/>
        <w:t>vt 0.622020 0.273943</w:t>
        <w:br/>
        <w:t>vt 0.621973 0.288397</w:t>
        <w:br/>
        <w:t>vt 0.621973 0.305548</w:t>
        <w:br/>
        <w:t>vt 0.616911 0.305548</w:t>
        <w:br/>
        <w:t>vt 0.621973 0.398618</w:t>
        <w:br/>
        <w:t>vt 0.616911 0.398618</w:t>
        <w:br/>
        <w:t>vt 0.616911 0.378707</w:t>
        <w:br/>
        <w:t>vt 0.621973 0.378707</w:t>
        <w:br/>
        <w:t>vt 0.621973 0.412011</w:t>
        <w:br/>
        <w:t>vt 0.616911 0.412011</w:t>
        <w:br/>
        <w:t>vt 0.297897 0.590343</w:t>
        <w:br/>
        <w:t>vt 0.297897 0.601428</w:t>
        <w:br/>
        <w:t>vt 0.293783 0.601428</w:t>
        <w:br/>
        <w:t>vt 0.293783 0.590343</w:t>
        <w:br/>
        <w:t>vt 0.293783 0.580652</w:t>
        <w:br/>
        <w:t>vt 0.297897 0.580652</w:t>
        <w:br/>
        <w:t>vt 0.745329 0.873085</w:t>
        <w:br/>
        <w:t>vt 0.745329 0.888647</w:t>
        <w:br/>
        <w:t>vt 0.728508 0.888647</w:t>
        <w:br/>
        <w:t>vt 0.728508 0.873085</w:t>
        <w:br/>
        <w:t>vt 0.431825 0.537395</w:t>
        <w:br/>
        <w:t>vt 0.442535 0.537395</w:t>
        <w:br/>
        <w:t>vt 0.442535 0.525238</w:t>
        <w:br/>
        <w:t>vt 0.431825 0.525238</w:t>
        <w:br/>
        <w:t>vt 0.297897 0.528757</w:t>
        <w:br/>
        <w:t>vt 0.293783 0.528757</w:t>
        <w:br/>
        <w:t>vt 0.293783 0.518175</w:t>
        <w:br/>
        <w:t>vt 0.297897 0.518175</w:t>
        <w:br/>
        <w:t>vt 0.293783 0.570799</w:t>
        <w:br/>
        <w:t>vt 0.297897 0.570799</w:t>
        <w:br/>
        <w:t>vt 0.453314 0.525238</w:t>
        <w:br/>
        <w:t>vt 0.453314 0.537395</w:t>
        <w:br/>
        <w:t>vt 0.297897 0.539406</w:t>
        <w:br/>
        <w:t>vt 0.293783 0.539406</w:t>
        <w:br/>
        <w:t>vt 0.514788 0.557389</w:t>
        <w:br/>
        <w:t>vt 0.524942 0.557389</w:t>
        <w:br/>
        <w:t>vt 0.524942 0.565061</w:t>
        <w:br/>
        <w:t>vt 0.514788 0.565061</w:t>
        <w:br/>
        <w:t>vt 0.524942 0.573050</w:t>
        <w:br/>
        <w:t>vt 0.514788 0.573050</w:t>
        <w:br/>
        <w:t>vt 0.621973 0.426798</w:t>
        <w:br/>
        <w:t>vt 0.616911 0.426798</w:t>
        <w:br/>
        <w:t>vt 0.621973 0.321854</w:t>
        <w:br/>
        <w:t>vt 0.616911 0.321854</w:t>
        <w:br/>
        <w:t>vt 0.621973 0.337514</w:t>
        <w:br/>
        <w:t>vt 0.616911 0.337514</w:t>
        <w:br/>
        <w:t>vt 0.514788 0.547547</w:t>
        <w:br/>
        <w:t>vt 0.524942 0.547547</w:t>
        <w:br/>
        <w:t>vt 0.621973 0.357601</w:t>
        <w:br/>
        <w:t>vt 0.616911 0.357601</w:t>
        <w:br/>
        <w:t>vt 0.752667 0.868862</w:t>
        <w:br/>
        <w:t>vt 0.734137 0.868862</w:t>
        <w:br/>
        <w:t>vt 0.734137 0.843552</w:t>
        <w:br/>
        <w:t>vt 0.752667 0.843552</w:t>
        <w:br/>
        <w:t>vt 0.778122 0.873085</w:t>
        <w:br/>
        <w:t>vt 0.778122 0.888647</w:t>
        <w:br/>
        <w:t>vt 0.761673 0.888647</w:t>
        <w:br/>
        <w:t>vt 0.761673 0.873085</w:t>
        <w:br/>
        <w:t>vt 0.792020 0.868862</w:t>
        <w:br/>
        <w:t>vt 0.771887 0.868862</w:t>
        <w:br/>
        <w:t>vt 0.771887 0.843552</w:t>
        <w:br/>
        <w:t>vt 0.792020 0.843552</w:t>
        <w:br/>
        <w:t>vt 0.808495 0.843552</w:t>
        <w:br/>
        <w:t>vt 0.808495 0.868862</w:t>
        <w:br/>
        <w:t>vt 0.710981 0.843552</w:t>
        <w:br/>
        <w:t>vt 0.710981 0.868862</w:t>
        <w:br/>
        <w:t>vt 0.420756 0.537395</w:t>
        <w:br/>
        <w:t>vt 0.420756 0.525238</w:t>
        <w:br/>
        <w:t>vt 0.293783 0.507240</w:t>
        <w:br/>
        <w:t>vt 0.297897 0.507240</w:t>
        <w:br/>
        <w:t>vt 0.293783 0.561987</w:t>
        <w:br/>
        <w:t>vt 0.297897 0.561987</w:t>
        <w:br/>
        <w:t>vt 0.794453 0.873085</w:t>
        <w:br/>
        <w:t>vt 0.794453 0.888647</w:t>
        <w:br/>
        <w:t>vt 0.297897 0.549976</w:t>
        <w:br/>
        <w:t>vt 0.293783 0.549976</w:t>
        <w:br/>
        <w:t>vt 0.464013 0.537395</w:t>
        <w:br/>
        <w:t>vt 0.464013 0.525238</w:t>
        <w:br/>
        <w:t>vt 0.926957 0.245276</w:t>
        <w:br/>
        <w:t>vt 0.926957 0.260980</w:t>
        <w:br/>
        <w:t>vt 0.930443 0.260980</w:t>
        <w:br/>
        <w:t>vt 0.930443 0.245276</w:t>
        <w:br/>
        <w:t>vt 0.907957 0.438362</w:t>
        <w:br/>
        <w:t>vt 0.904284 0.438362</w:t>
        <w:br/>
        <w:t>vt 0.904284 0.425762</w:t>
        <w:br/>
        <w:t>vt 0.907957 0.429721</w:t>
        <w:br/>
        <w:t>vt 0.926957 0.232000</w:t>
        <w:br/>
        <w:t>vt 0.930443 0.231066</w:t>
        <w:br/>
        <w:t>vt 0.961111 0.363971</w:t>
        <w:br/>
        <w:t>vt 0.957336 0.365109</w:t>
        <w:br/>
        <w:t>vt 0.957336 0.351037</w:t>
        <w:br/>
        <w:t>vt 0.961111 0.350225</w:t>
        <w:br/>
        <w:t>vt 0.946423 0.807679</w:t>
        <w:br/>
        <w:t>vt 0.946423 0.824850</w:t>
        <w:br/>
        <w:t>vt 0.941094 0.824448</w:t>
        <w:br/>
        <w:t>vt 0.941094 0.806678</w:t>
        <w:br/>
        <w:t>vt 0.957336 0.181739</w:t>
        <w:br/>
        <w:t>vt 0.957336 0.163829</w:t>
        <w:br/>
        <w:t>vt 0.961111 0.166101</w:t>
        <w:br/>
        <w:t>vt 0.961111 0.180331</w:t>
        <w:br/>
        <w:t>vt 0.925884 0.089107</w:t>
        <w:br/>
        <w:t>vt 0.933070 0.088267</w:t>
        <w:br/>
        <w:t>vt 0.933070 0.101387</w:t>
        <w:br/>
        <w:t>vt 0.925884 0.103161</w:t>
        <w:br/>
        <w:t>vt 0.925884 0.057944</w:t>
        <w:br/>
        <w:t>vt 0.925884 0.044019</w:t>
        <w:br/>
        <w:t>vt 0.933070 0.044357</w:t>
        <w:br/>
        <w:t>vt 0.933070 0.058077</w:t>
        <w:br/>
        <w:t>vt 0.941094 0.696501</w:t>
        <w:br/>
        <w:t>vt 0.941094 0.680990</w:t>
        <w:br/>
        <w:t>vt 0.946423 0.681215</w:t>
        <w:br/>
        <w:t>vt 0.946422 0.696602</w:t>
        <w:br/>
        <w:t>vt 0.946423 0.729772</w:t>
        <w:br/>
        <w:t>vt 0.941094 0.730167</w:t>
        <w:br/>
        <w:t>vt 0.941094 0.710848</w:t>
        <w:br/>
        <w:t>vt 0.946423 0.710604</w:t>
        <w:br/>
        <w:t>vt 0.946423 0.546708</w:t>
        <w:br/>
        <w:t>vt 0.946423 0.562690</w:t>
        <w:br/>
        <w:t>vt 0.941094 0.562748</w:t>
        <w:br/>
        <w:t>vt 0.941094 0.546612</w:t>
        <w:br/>
        <w:t>vt 0.946423 0.577801</w:t>
        <w:br/>
        <w:t>vt 0.941094 0.578855</w:t>
        <w:br/>
        <w:t>vt 0.926957 0.130631</w:t>
        <w:br/>
        <w:t>vt 0.930443 0.130764</w:t>
        <w:br/>
        <w:t>vt 0.930443 0.114005</w:t>
        <w:br/>
        <w:t>vt 0.926957 0.114005</w:t>
        <w:br/>
        <w:t>vt 0.926957 0.154105</w:t>
        <w:br/>
        <w:t>vt 0.930443 0.154106</w:t>
        <w:br/>
        <w:t>vt 0.930443 0.143137</w:t>
        <w:br/>
        <w:t>vt 0.926957 0.143137</w:t>
        <w:br/>
        <w:t>vt 0.936744 0.183373</w:t>
        <w:br/>
        <w:t>vt 0.936744 0.168696</w:t>
        <w:br/>
        <w:t>vt 0.942839 0.168696</w:t>
        <w:br/>
        <w:t>vt 0.942839 0.183373</w:t>
        <w:br/>
        <w:t>vt 0.942839 0.253044</w:t>
        <w:br/>
        <w:t>vt 0.945389 0.258220</w:t>
        <w:br/>
        <w:t>vt 0.936744 0.253044</w:t>
        <w:br/>
        <w:t>vt 0.936540 0.257305</w:t>
        <w:br/>
        <w:t>vt 0.941817 0.260729</w:t>
        <w:br/>
        <w:t>vt 0.938139 0.260776</w:t>
        <w:br/>
        <w:t>vt 0.935653 0.259627</w:t>
        <w:br/>
        <w:t>vt 0.925884 0.016695</w:t>
        <w:br/>
        <w:t>vt 0.925636 0.013400</w:t>
        <w:br/>
        <w:t>vt 0.933070 0.017044</w:t>
        <w:br/>
        <w:t>vt 0.933505 0.013038</w:t>
        <w:br/>
        <w:t>vt 0.926674 0.011547</w:t>
        <w:br/>
        <w:t>vt 0.929113 0.010842</w:t>
        <w:br/>
        <w:t>vt 0.931868 0.011095</w:t>
        <w:br/>
        <w:t>vt 0.926957 0.197714</w:t>
        <w:br/>
        <w:t>vt 0.926957 0.209891</w:t>
        <w:br/>
        <w:t>vt 0.930443 0.209891</w:t>
        <w:br/>
        <w:t>vt 0.930443 0.197714</w:t>
        <w:br/>
        <w:t>vt 0.946423 0.454703</w:t>
        <w:br/>
        <w:t>vt 0.941094 0.454750</w:t>
        <w:br/>
        <w:t>vt 0.941094 0.440144</w:t>
        <w:br/>
        <w:t>vt 0.946423 0.440589</w:t>
        <w:br/>
        <w:t>vt 0.946423 0.477199</w:t>
        <w:br/>
        <w:t>vt 0.946423 0.488168</w:t>
        <w:br/>
        <w:t>vt 0.941094 0.487669</w:t>
        <w:br/>
        <w:t>vt 0.941094 0.476980</w:t>
        <w:br/>
        <w:t>vt 0.952162 0.026602</w:t>
        <w:br/>
        <w:t>vt 0.952162 0.006524</w:t>
        <w:br/>
        <w:t>vt 0.959700 0.006524</w:t>
        <w:br/>
        <w:t>vt 0.959700 0.021768</w:t>
        <w:br/>
        <w:t>vt 0.952162 0.082780</w:t>
        <w:br/>
        <w:t>vt 0.952162 0.065833</w:t>
        <w:br/>
        <w:t>vt 0.959700 0.065339</w:t>
        <w:br/>
        <w:t>vt 0.959700 0.082897</w:t>
        <w:br/>
        <w:t>vt 0.952162 0.100304</w:t>
        <w:br/>
        <w:t>vt 0.959700 0.099461</w:t>
        <w:br/>
        <w:t>vt 0.959700 0.116064</w:t>
        <w:br/>
        <w:t>vt 0.952162 0.115817</w:t>
        <w:br/>
        <w:t>vt 0.941094 0.794158</w:t>
        <w:br/>
        <w:t>vt 0.941094 0.779127</w:t>
        <w:br/>
        <w:t>vt 0.946423 0.779243</w:t>
        <w:br/>
        <w:t>vt 0.946423 0.794437</w:t>
        <w:br/>
        <w:t>vt 0.946423 0.747150</w:t>
        <w:br/>
        <w:t>vt 0.946423 0.765057</w:t>
        <w:br/>
        <w:t>vt 0.941094 0.765079</w:t>
        <w:br/>
        <w:t>vt 0.941094 0.747370</w:t>
        <w:br/>
        <w:t>vt 0.961111 0.337572</w:t>
        <w:br/>
        <w:t>vt 0.957336 0.338056</w:t>
        <w:br/>
        <w:t>vt 0.957336 0.322133</w:t>
        <w:br/>
        <w:t>vt 0.961111 0.322097</w:t>
        <w:br/>
        <w:t>vt 0.946423 0.609666</w:t>
        <w:br/>
        <w:t>vt 0.941094 0.609419</w:t>
        <w:br/>
        <w:t>vt 0.941094 0.593866</w:t>
        <w:br/>
        <w:t>vt 0.946423 0.593793</w:t>
        <w:br/>
        <w:t>vt 0.946423 0.625754</w:t>
        <w:br/>
        <w:t>vt 0.941094 0.625975</w:t>
        <w:br/>
        <w:t>vt 0.936744 0.211935</w:t>
        <w:br/>
        <w:t>vt 0.942839 0.211935</w:t>
        <w:br/>
        <w:t>vt 0.942839 0.224767</w:t>
        <w:br/>
        <w:t>vt 0.936744 0.224767</w:t>
        <w:br/>
        <w:t>vt 0.925884 0.031559</w:t>
        <w:br/>
        <w:t>vt 0.933070 0.032098</w:t>
        <w:br/>
        <w:t>vt 0.957335 0.235131</w:t>
        <w:br/>
        <w:t>vt 0.961111 0.234724</w:t>
        <w:br/>
        <w:t>vt 0.961111 0.251271</w:t>
        <w:br/>
        <w:t>vt 0.957336 0.252164</w:t>
        <w:br/>
        <w:t>vt 0.946423 0.662521</w:t>
        <w:br/>
        <w:t>vt 0.941094 0.662369</w:t>
        <w:br/>
        <w:t>vt 0.941094 0.644197</w:t>
        <w:br/>
        <w:t>vt 0.946422 0.644003</w:t>
        <w:br/>
        <w:t>vt 0.952162 0.130381</w:t>
        <w:br/>
        <w:t>vt 0.959700 0.130381</w:t>
        <w:br/>
        <w:t>vt 0.959700 0.146806</w:t>
        <w:br/>
        <w:t>vt 0.952162 0.146806</w:t>
        <w:br/>
        <w:t>vt 0.952162 0.155401</w:t>
        <w:br/>
        <w:t>vt 0.959544 0.155512</w:t>
        <w:br/>
        <w:t>vt 0.952318 0.160659</w:t>
        <w:br/>
        <w:t>vt 0.955353 0.161002</w:t>
        <w:br/>
        <w:t>vt 0.957973 0.160717</w:t>
        <w:br/>
        <w:t>vt 0.960675 0.159020</w:t>
        <w:br/>
        <w:t>vt 0.904284 0.388454</w:t>
        <w:br/>
        <w:t>vt 0.904284 0.375687</w:t>
        <w:br/>
        <w:t>vt 0.907957 0.376420</w:t>
        <w:br/>
        <w:t>vt 0.907957 0.388912</w:t>
        <w:br/>
        <w:t>vt 0.904284 0.355955</w:t>
        <w:br/>
        <w:t>vt 0.904284 0.345720</w:t>
        <w:br/>
        <w:t>vt 0.907957 0.345720</w:t>
        <w:br/>
        <w:t>vt 0.907957 0.355955</w:t>
        <w:br/>
        <w:t>vt 0.904284 0.339632</w:t>
        <w:br/>
        <w:t>vt 0.907957 0.339632</w:t>
        <w:br/>
        <w:t>vt 0.936744 0.236332</w:t>
        <w:br/>
        <w:t>vt 0.942839 0.236920</w:t>
        <w:br/>
        <w:t>vt 0.903311 0.333147</w:t>
        <w:br/>
        <w:t>vt 0.904707 0.331263</w:t>
        <w:br/>
        <w:t>vt 0.907101 0.331094</w:t>
        <w:br/>
        <w:t>vt 0.909098 0.333755</w:t>
        <w:br/>
        <w:t>vt 0.941094 0.398479</w:t>
        <w:br/>
        <w:t>vt 0.946423 0.398244</w:t>
        <w:br/>
        <w:t>vt 0.946423 0.408479</w:t>
        <w:br/>
        <w:t>vt 0.941094 0.409108</w:t>
        <w:br/>
        <w:t>vt 0.937822 0.025392</w:t>
        <w:br/>
        <w:t>vt 0.937822 0.043476</w:t>
        <w:br/>
        <w:t>vt 0.947825 0.041306</w:t>
        <w:br/>
        <w:t>vt 0.947824 0.024233</w:t>
        <w:br/>
        <w:t>vt 0.938469 0.380764</w:t>
        <w:br/>
        <w:t>vt 0.947004 0.380764</w:t>
        <w:br/>
        <w:t>vt 0.947004 0.393229</w:t>
        <w:br/>
        <w:t>vt 0.938469 0.393229</w:t>
        <w:br/>
        <w:t>vt 0.936095 0.411529</w:t>
        <w:br/>
        <w:t>vt 0.936095 0.426638</w:t>
        <w:br/>
        <w:t>vt 0.926000 0.425061</w:t>
        <w:br/>
        <w:t>vt 0.926000 0.410004</w:t>
        <w:br/>
        <w:t>vt 0.926000 0.438520</w:t>
        <w:br/>
        <w:t>vt 0.936095 0.435774</w:t>
        <w:br/>
        <w:t>vt 0.936095 0.463745</w:t>
        <w:br/>
        <w:t>vt 0.926000 0.466833</w:t>
        <w:br/>
        <w:t>vt 0.926000 0.452713</w:t>
        <w:br/>
        <w:t>vt 0.936095 0.449159</w:t>
        <w:br/>
        <w:t>vt 0.926000 0.608985</w:t>
        <w:br/>
        <w:t>vt 0.926000 0.593247</w:t>
        <w:br/>
        <w:t>vt 0.936095 0.593044</w:t>
        <w:br/>
        <w:t>vt 0.936095 0.609151</w:t>
        <w:br/>
        <w:t>vt 0.926000 0.634350</w:t>
        <w:br/>
        <w:t>vt 0.926000 0.621258</w:t>
        <w:br/>
        <w:t>vt 0.936095 0.621879</w:t>
        <w:br/>
        <w:t>vt 0.936095 0.635361</w:t>
        <w:br/>
        <w:t>vt 0.926000 0.645890</w:t>
        <w:br/>
        <w:t>vt 0.936095 0.648428</w:t>
        <w:br/>
        <w:t>vt 0.938469 0.290013</w:t>
        <w:br/>
        <w:t>vt 0.947004 0.290013</w:t>
        <w:br/>
        <w:t>vt 0.947004 0.295899</w:t>
        <w:br/>
        <w:t>vt 0.938469 0.295899</w:t>
        <w:br/>
        <w:t>vt 0.947825 0.141409</w:t>
        <w:br/>
        <w:t>vt 0.937822 0.141409</w:t>
        <w:br/>
        <w:t>vt 0.937822 0.144896</w:t>
        <w:br/>
        <w:t>vt 0.947824 0.144896</w:t>
        <w:br/>
        <w:t>vt 0.947824 0.139295</w:t>
        <w:br/>
        <w:t>vt 0.937822 0.139295</w:t>
        <w:br/>
        <w:t>vt 0.937822 0.141409</w:t>
        <w:br/>
        <w:t>vt 0.947825 0.141409</w:t>
        <w:br/>
        <w:t>vt 0.937822 0.136796</w:t>
        <w:br/>
        <w:t>vt 0.947824 0.136796</w:t>
        <w:br/>
        <w:t>vt 0.947824 0.132338</w:t>
        <w:br/>
        <w:t>vt 0.937822 0.132338</w:t>
        <w:br/>
        <w:t>vt 0.947824 0.125201</w:t>
        <w:br/>
        <w:t>vt 0.937822 0.125201</w:t>
        <w:br/>
        <w:t>vt 0.947824 0.111561</w:t>
        <w:br/>
        <w:t>vt 0.937822 0.111561</w:t>
        <w:br/>
        <w:t>vt 0.947824 0.099429</w:t>
        <w:br/>
        <w:t>vt 0.947824 0.086019</w:t>
        <w:br/>
        <w:t>vt 0.937822 0.086589</w:t>
        <w:br/>
        <w:t>vt 0.937822 0.099469</w:t>
        <w:br/>
        <w:t>vt 0.947824 0.069964</w:t>
        <w:br/>
        <w:t>vt 0.937822 0.072038</w:t>
        <w:br/>
        <w:t>vt 0.947824 0.056129</w:t>
        <w:br/>
        <w:t>vt 0.937822 0.057966</w:t>
        <w:br/>
        <w:t>vt 0.938469 0.299647</w:t>
        <w:br/>
        <w:t>vt 0.947004 0.299647</w:t>
        <w:br/>
        <w:t>vt 0.938469 0.301675</w:t>
        <w:br/>
        <w:t>vt 0.938469 0.299647</w:t>
        <w:br/>
        <w:t>vt 0.947004 0.299647</w:t>
        <w:br/>
        <w:t>vt 0.947004 0.301675</w:t>
        <w:br/>
        <w:t>vt 0.938469 0.303725</w:t>
        <w:br/>
        <w:t>vt 0.947004 0.303725</w:t>
        <w:br/>
        <w:t>vt 0.947004 0.306839</w:t>
        <w:br/>
        <w:t>vt 0.938469 0.306839</w:t>
        <w:br/>
        <w:t>vt 0.947004 0.312341</w:t>
        <w:br/>
        <w:t>vt 0.938469 0.312341</w:t>
        <w:br/>
        <w:t>vt 0.947004 0.328698</w:t>
        <w:br/>
        <w:t>vt 0.938469 0.329856</w:t>
        <w:br/>
        <w:t>vt 0.947004 0.339771</w:t>
        <w:br/>
        <w:t>vt 0.938469 0.341594</w:t>
        <w:br/>
        <w:t>vt 0.947004 0.352098</w:t>
        <w:br/>
        <w:t>vt 0.938469 0.354588</w:t>
        <w:br/>
        <w:t>vt 0.926000 0.295681</w:t>
        <w:br/>
        <w:t>vt 0.926000 0.277560</w:t>
        <w:br/>
        <w:t>vt 0.936095 0.279942</w:t>
        <w:br/>
        <w:t>vt 0.936095 0.297177</w:t>
        <w:br/>
        <w:t>vt 0.926000 0.267806</w:t>
        <w:br/>
        <w:t>vt 0.936095 0.270046</w:t>
        <w:br/>
        <w:t>vt 0.936095 0.311254</w:t>
        <w:br/>
        <w:t>vt 0.936095 0.322890</w:t>
        <w:br/>
        <w:t>vt 0.926000 0.320464</w:t>
        <w:br/>
        <w:t>vt 0.926000 0.307460</w:t>
        <w:br/>
        <w:t>vt 0.937822 0.149326</w:t>
        <w:br/>
        <w:t>vt 0.947825 0.149326</w:t>
        <w:br/>
        <w:t>vt 0.936095 0.621879</w:t>
        <w:br/>
        <w:t>vt 0.961111 0.375615</w:t>
        <w:br/>
        <w:t>vt 0.957336 0.378137</w:t>
        <w:br/>
        <w:t>vt 0.925884 0.073854</w:t>
        <w:br/>
        <w:t>vt 0.933070 0.073600</w:t>
        <w:br/>
        <w:t>vt 0.938469 0.367262</w:t>
        <w:br/>
        <w:t>vt 0.947004 0.367262</w:t>
        <w:br/>
        <w:t>vt 0.942839 0.197482</w:t>
        <w:br/>
        <w:t>vt 0.936744 0.197482</w:t>
        <w:br/>
        <w:t>vt 0.947004 0.273414</w:t>
        <w:br/>
        <w:t>vt 0.938469 0.273998</w:t>
        <w:br/>
        <w:t>vt 0.937822 0.157394</w:t>
        <w:br/>
        <w:t>vt 0.947824 0.157394</w:t>
        <w:br/>
        <w:t>vt 0.926957 0.220588</w:t>
        <w:br/>
        <w:t>vt 0.930443 0.220588</w:t>
        <w:br/>
        <w:t>vt 0.936095 0.333377</w:t>
        <w:br/>
        <w:t>vt 0.926000 0.330899</w:t>
        <w:br/>
        <w:t>vt 0.946423 0.465826</w:t>
        <w:br/>
        <w:t>vt 0.941094 0.465805</w:t>
        <w:br/>
        <w:t>vt 0.936095 0.344189</w:t>
        <w:br/>
        <w:t>vt 0.926000 0.341467</w:t>
        <w:br/>
        <w:t>vt 0.930443 0.186843</w:t>
        <w:br/>
        <w:t>vt 0.926957 0.186843</w:t>
        <w:br/>
        <w:t>vt 0.936095 0.354685</w:t>
        <w:br/>
        <w:t>vt 0.926000 0.351564</w:t>
        <w:br/>
        <w:t>vt 0.926957 0.165341</w:t>
        <w:br/>
        <w:t>vt 0.930443 0.164632</w:t>
        <w:br/>
        <w:t>vt 0.936095 0.365026</w:t>
        <w:br/>
        <w:t>vt 0.926000 0.362769</w:t>
        <w:br/>
        <w:t>vt 0.946423 0.500332</w:t>
        <w:br/>
        <w:t>vt 0.941094 0.499858</w:t>
        <w:br/>
        <w:t>vt 0.941094 0.512293</w:t>
        <w:br/>
        <w:t>vt 0.946423 0.512375</w:t>
        <w:br/>
        <w:t>vt 0.930443 0.176239</w:t>
        <w:br/>
        <w:t>vt 0.926957 0.176132</w:t>
        <w:br/>
        <w:t>vt 0.926000 0.374161</w:t>
        <w:br/>
        <w:t>vt 0.936095 0.375928</w:t>
        <w:br/>
        <w:t>vt 0.946423 0.521756</w:t>
        <w:br/>
        <w:t>vt 0.941094 0.520788</w:t>
        <w:br/>
        <w:t>vt 0.936095 0.387360</w:t>
        <w:br/>
        <w:t>vt 0.926000 0.383546</w:t>
        <w:br/>
        <w:t>vt 0.926000 0.395109</w:t>
        <w:br/>
        <w:t>vt 0.936095 0.398608</w:t>
        <w:br/>
        <w:t>vt 0.946423 0.532868</w:t>
        <w:br/>
        <w:t>vt 0.941094 0.532186</w:t>
        <w:br/>
        <w:t>vt 0.961111 0.216258</w:t>
        <w:br/>
        <w:t>vt 0.957336 0.216862</w:t>
        <w:br/>
        <w:t>vt 0.957336 0.199105</w:t>
        <w:br/>
        <w:t>vt 0.961111 0.197239</w:t>
        <w:br/>
        <w:t>vt 0.936095 0.479183</w:t>
        <w:br/>
        <w:t>vt 0.926000 0.481685</w:t>
        <w:br/>
        <w:t>vt 0.957336 0.199105</w:t>
        <w:br/>
        <w:t>vt 0.941094 0.428050</w:t>
        <w:br/>
        <w:t>vt 0.946423 0.427757</w:t>
        <w:br/>
        <w:t>vt 0.957336 0.306089</w:t>
        <w:br/>
        <w:t>vt 0.961111 0.305615</w:t>
        <w:br/>
        <w:t>vt 0.926000 0.577145</w:t>
        <w:br/>
        <w:t>vt 0.936095 0.575016</w:t>
        <w:br/>
        <w:t>vt 0.957335 0.291395</w:t>
        <w:br/>
        <w:t>vt 0.961111 0.291511</w:t>
        <w:br/>
        <w:t>vt 0.926000 0.558616</w:t>
        <w:br/>
        <w:t>vt 0.936095 0.557073</w:t>
        <w:br/>
        <w:t>vt 0.957335 0.280244</w:t>
        <w:br/>
        <w:t>vt 0.961111 0.279372</w:t>
        <w:br/>
        <w:t>vt 0.926000 0.545758</w:t>
        <w:br/>
        <w:t>vt 0.936095 0.543844</w:t>
        <w:br/>
        <w:t>vt 0.957335 0.267942</w:t>
        <w:br/>
        <w:t>vt 0.961112 0.266918</w:t>
        <w:br/>
        <w:t>vt 0.926000 0.532188</w:t>
        <w:br/>
        <w:t>vt 0.936095 0.530341</w:t>
        <w:br/>
        <w:t>vt 0.926000 0.515550</w:t>
        <w:br/>
        <w:t>vt 0.936095 0.513751</w:t>
        <w:br/>
        <w:t>vt 0.926000 0.498617</w:t>
        <w:br/>
        <w:t>vt 0.936095 0.496404</w:t>
        <w:br/>
        <w:t>vt 0.952162 0.048382</w:t>
        <w:br/>
        <w:t>vt 0.959700 0.045099</w:t>
        <w:br/>
        <w:t>vt 0.904284 0.411779</w:t>
        <w:br/>
        <w:t>vt 0.907957 0.414737</w:t>
        <w:br/>
        <w:t>vt 0.937822 0.008721</w:t>
        <w:br/>
        <w:t>vt 0.947824 0.008720</w:t>
        <w:br/>
        <w:t>vt 0.907957 0.400413</w:t>
        <w:br/>
        <w:t>vt 0.904284 0.399540</w:t>
        <w:br/>
        <w:t>vt 0.907957 0.365231</w:t>
        <w:br/>
        <w:t>vt 0.904284 0.365327</w:t>
        <w:br/>
        <w:t>vt 0.947824 0.111561</w:t>
        <w:br/>
        <w:t>vt 0.961111 0.390345</w:t>
        <w:br/>
        <w:t>vt 0.957336 0.391887</w:t>
        <w:br/>
        <w:t>vt 0.926000 0.661111</w:t>
        <w:br/>
        <w:t>vt 0.936095 0.663092</w:t>
        <w:br/>
        <w:t>vt 0.822478 0.726024</w:t>
        <w:br/>
        <w:t>vt 0.811695 0.726379</w:t>
        <w:br/>
        <w:t>vt 0.811439 0.727990</w:t>
        <w:br/>
        <w:t>vt 0.823045 0.728745</w:t>
        <w:br/>
        <w:t>vt 0.820249 0.722181</w:t>
        <w:br/>
        <w:t>vt 0.812843 0.722525</w:t>
        <w:br/>
        <w:t>vt 0.818686 0.718797</w:t>
        <w:br/>
        <w:t>vt 0.815004 0.718624</w:t>
        <w:br/>
        <w:t>vt 0.836833 0.731522</w:t>
        <w:br/>
        <w:t>vt 0.829463 0.729961</w:t>
        <w:br/>
        <w:t>vt 0.827312 0.732985</w:t>
        <w:br/>
        <w:t>vt 0.837626 0.735239</w:t>
        <w:br/>
        <w:t>vt 0.825444 0.736689</w:t>
        <w:br/>
        <w:t>vt 0.838140 0.738893</w:t>
        <w:br/>
        <w:t>vt 0.837878 0.740750</w:t>
        <w:br/>
        <w:t>vt 0.824883 0.739407</w:t>
        <w:br/>
        <w:t>vt 0.837755 0.742064</w:t>
        <w:br/>
        <w:t>vt 0.837878 0.740750</w:t>
        <w:br/>
        <w:t>vt 0.824883 0.739407</w:t>
        <w:br/>
        <w:t>vt 0.824671 0.740810</w:t>
        <w:br/>
        <w:t>vt 0.824804 0.742825</w:t>
        <w:br/>
        <w:t>vt 0.837071 0.744070</w:t>
        <w:br/>
        <w:t>vt 0.826103 0.747054</w:t>
        <w:br/>
        <w:t>vt 0.834798 0.747441</w:t>
        <w:br/>
        <w:t>vt 0.827857 0.750393</w:t>
        <w:br/>
        <w:t>vt 0.832985 0.750586</w:t>
        <w:br/>
        <w:t>vt 0.828856 0.753129</w:t>
        <w:br/>
        <w:t>vt 0.832878 0.752430</w:t>
        <w:br/>
        <w:t>vt 0.814444 0.737284</w:t>
        <w:br/>
        <w:t>vt 0.814090 0.738964</w:t>
        <w:br/>
        <w:t>vt 0.817758 0.739137</w:t>
        <w:br/>
        <w:t>vt 0.818099 0.737415</w:t>
        <w:br/>
        <w:t>vt 0.820092 0.735460</w:t>
        <w:br/>
        <w:t>vt 0.812620 0.734549</w:t>
        <w:br/>
        <w:t>vt 0.821596 0.732649</w:t>
        <w:br/>
        <w:t>vt 0.811445 0.731734</w:t>
        <w:br/>
        <w:t>vt 0.811218 0.729277</w:t>
        <w:br/>
        <w:t>vt 0.822427 0.730581</w:t>
        <w:br/>
        <w:t>vt 0.822427 0.730581</w:t>
        <w:br/>
        <w:t>vt 0.823045 0.728745</w:t>
        <w:br/>
        <w:t>vt 0.811439 0.727990</w:t>
        <w:br/>
        <w:t>vt 0.811218 0.729277</w:t>
        <w:br/>
        <w:t>vt 0.385024 0.750067</w:t>
        <w:br/>
        <w:t>vt 0.385908 0.765223</w:t>
        <w:br/>
        <w:t>vt 0.390663 0.764685</w:t>
        <w:br/>
        <w:t>vt 0.390483 0.749899</w:t>
        <w:br/>
        <w:t>vt 0.391496 0.738020</w:t>
        <w:br/>
        <w:t>vt 0.383801 0.736913</w:t>
        <w:br/>
        <w:t>vt 0.401448 0.743375</w:t>
        <w:br/>
        <w:t>vt 0.400872 0.750898</w:t>
        <w:br/>
        <w:t>vt 0.400509 0.762067</w:t>
        <w:br/>
        <w:t>vt 0.409129 0.752112</w:t>
        <w:br/>
        <w:t>vt 0.408936 0.747708</w:t>
        <w:br/>
        <w:t>vt 0.409495 0.756704</w:t>
        <w:br/>
        <w:t>vt 0.417724 0.746702</w:t>
        <w:br/>
        <w:t>vt 0.418072 0.751162</w:t>
        <w:br/>
        <w:t>vt 0.424967 0.751713</w:t>
        <w:br/>
        <w:t>vt 0.423294 0.742924</w:t>
        <w:br/>
        <w:t>vt 0.418363 0.755710</w:t>
        <w:br/>
        <w:t>vt 0.423620 0.758848</w:t>
        <w:br/>
        <w:t>vt 0.431677 0.751078</w:t>
        <w:br/>
        <w:t>vt 0.430390 0.739879</w:t>
        <w:br/>
        <w:t>vt 0.431091 0.761736</w:t>
        <w:br/>
        <w:t>vt 0.439881 0.750812</w:t>
        <w:br/>
        <w:t>vt 0.438932 0.737165</w:t>
        <w:br/>
        <w:t>vt 0.439014 0.763687</w:t>
        <w:br/>
        <w:t>vt 0.444855 0.750270</w:t>
        <w:br/>
        <w:t>vt 0.445596 0.737134</w:t>
        <w:br/>
        <w:t>vt 0.443658 0.763796</w:t>
        <w:br/>
        <w:t>vt 0.445596 0.737134</w:t>
        <w:br/>
        <w:t>vt 0.444855 0.750270</w:t>
        <w:br/>
        <w:t>vt 0.448812 0.749982</w:t>
        <w:br/>
        <w:t>vt 0.449547 0.737291</w:t>
        <w:br/>
        <w:t>vt 0.443658 0.763796</w:t>
        <w:br/>
        <w:t>vt 0.447422 0.764183</w:t>
        <w:br/>
        <w:t>vt 0.452563 0.763900</w:t>
        <w:br/>
        <w:t>vt 0.453866 0.750808</w:t>
        <w:br/>
        <w:t>vt 0.454360 0.738257</w:t>
        <w:br/>
        <w:t>vt 0.460625 0.760689</w:t>
        <w:br/>
        <w:t>vt 0.460738 0.752071</w:t>
        <w:br/>
        <w:t>vt 0.462826 0.742424</w:t>
        <w:br/>
        <w:t>vt 0.467325 0.753032</w:t>
        <w:br/>
        <w:t>vt 0.468943 0.747068</w:t>
        <w:br/>
        <w:t>vt 0.467381 0.758344</w:t>
        <w:br/>
        <w:t>vt 0.473439 0.750665</w:t>
        <w:br/>
        <w:t>vt 0.472406 0.753796</w:t>
        <w:br/>
        <w:t>vt 0.472322 0.757208</w:t>
        <w:br/>
        <w:t>vt 0.360857 0.753785</w:t>
        <w:br/>
        <w:t>vt 0.360758 0.748969</w:t>
        <w:br/>
        <w:t>vt 0.356997 0.750414</w:t>
        <w:br/>
        <w:t>vt 0.357371 0.753714</w:t>
        <w:br/>
        <w:t>vt 0.357077 0.757510</w:t>
        <w:br/>
        <w:t>vt 0.360539 0.759166</w:t>
        <w:br/>
        <w:t>vt 0.366872 0.753423</w:t>
        <w:br/>
        <w:t>vt 0.365495 0.744230</w:t>
        <w:br/>
        <w:t>vt 0.367466 0.763058</w:t>
        <w:br/>
        <w:t>vt 0.374037 0.751800</w:t>
        <w:br/>
        <w:t>vt 0.375019 0.765458</w:t>
        <w:br/>
        <w:t>vt 0.372463 0.740550</w:t>
        <w:br/>
        <w:t>vt 0.379797 0.751140</w:t>
        <w:br/>
        <w:t>vt 0.378239 0.738528</w:t>
        <w:br/>
        <w:t>vt 0.381811 0.765812</w:t>
        <w:br/>
        <w:t>vt 0.385024 0.750067</w:t>
        <w:br/>
        <w:t>vt 0.383801 0.736913</w:t>
        <w:br/>
        <w:t>vt 0.378239 0.738528</w:t>
        <w:br/>
        <w:t>vt 0.381811 0.765812</w:t>
        <w:br/>
        <w:t>vt 0.199358 0.160116</w:t>
        <w:br/>
        <w:t>vt 0.199358 0.154522</w:t>
        <w:br/>
        <w:t>vt 0.196834 0.154781</w:t>
        <w:br/>
        <w:t>vt 0.196834 0.160242</w:t>
        <w:br/>
        <w:t>vt 0.853235 0.088816</w:t>
        <w:br/>
        <w:t>vt 0.853380 0.086908</w:t>
        <w:br/>
        <w:t>vt 0.845917 0.086753</w:t>
        <w:br/>
        <w:t>vt 0.845769 0.088816</w:t>
        <w:br/>
        <w:t>vt 0.864127 0.088816</w:t>
        <w:br/>
        <w:t>vt 0.864175 0.086963</w:t>
        <w:br/>
        <w:t>vt 0.199359 0.141566</w:t>
        <w:br/>
        <w:t>vt 0.196834 0.141696</w:t>
        <w:br/>
        <w:t>vt 0.869464 0.088816</w:t>
        <w:br/>
        <w:t>vt 0.869645 0.086971</w:t>
        <w:br/>
        <w:t>vt 0.199358 0.129972</w:t>
        <w:br/>
        <w:t>vt 0.196833 0.130567</w:t>
        <w:br/>
        <w:t>vt 0.818394 0.086859</w:t>
        <w:br/>
        <w:t>vt 0.815756 0.086963</w:t>
        <w:br/>
        <w:t>vt 0.816045 0.088816</w:t>
        <w:br/>
        <w:t>vt 0.818537 0.088816</w:t>
        <w:br/>
        <w:t>vt 0.199358 0.196610</w:t>
        <w:br/>
        <w:t>vt 0.199359 0.193221</w:t>
        <w:br/>
        <w:t>vt 0.196834 0.192995</w:t>
        <w:br/>
        <w:t>vt 0.196833 0.196909</w:t>
        <w:br/>
        <w:t>vt 0.825538 0.086769</w:t>
        <w:br/>
        <w:t>vt 0.825537 0.088816</w:t>
        <w:br/>
        <w:t>vt 0.199358 0.182800</w:t>
        <w:br/>
        <w:t>vt 0.196834 0.182625</w:t>
        <w:br/>
        <w:t>vt 0.199358 0.172862</w:t>
        <w:br/>
        <w:t>vt 0.196834 0.172767</w:t>
        <w:br/>
        <w:t>vt 0.834011 0.086669</w:t>
        <w:br/>
        <w:t>vt 0.834071 0.088816</w:t>
        <w:br/>
        <w:t>vt 0.840554 0.086631</w:t>
        <w:br/>
        <w:t>vt 0.840711 0.088816</w:t>
        <w:br/>
        <w:t>vt 0.199358 0.164608</w:t>
        <w:br/>
        <w:t>vt 0.196834 0.164491</w:t>
        <w:br/>
        <w:t>vt 0.191310 0.218921</w:t>
        <w:br/>
        <w:t>vt 0.191310 0.223136</w:t>
        <w:br/>
        <w:t>vt 0.193969 0.223058</w:t>
        <w:br/>
        <w:t>vt 0.193970 0.218773</w:t>
        <w:br/>
        <w:t>vt 0.186163 0.220041</w:t>
        <w:br/>
        <w:t>vt 0.188160 0.221376</w:t>
        <w:br/>
        <w:t>vt 0.188160 0.213684</w:t>
        <w:br/>
        <w:t>vt 0.186163 0.213504</w:t>
        <w:br/>
        <w:t>vt 0.191310 0.211368</w:t>
        <w:br/>
        <w:t>vt 0.193969 0.211237</w:t>
        <w:br/>
        <w:t>vt 0.188160 0.199388</w:t>
        <w:br/>
        <w:t>vt 0.186162 0.199287</w:t>
        <w:br/>
        <w:t>vt 0.191310 0.202816</w:t>
        <w:br/>
        <w:t>vt 0.193969 0.202723</w:t>
        <w:br/>
        <w:t>vt 0.188161 0.185274</w:t>
        <w:br/>
        <w:t>vt 0.186162 0.184967</w:t>
        <w:br/>
        <w:t>vt 0.191310 0.196124</w:t>
        <w:br/>
        <w:t>vt 0.193969 0.195859</w:t>
        <w:br/>
        <w:t>vt 0.188160 0.177700</w:t>
        <w:br/>
        <w:t>vt 0.186163 0.177546</w:t>
        <w:br/>
        <w:t>vt 0.193969 0.192814</w:t>
        <w:br/>
        <w:t>vt 0.191310 0.192738</w:t>
        <w:br/>
        <w:t>vt 0.188160 0.172271</w:t>
        <w:br/>
        <w:t>vt 0.186163 0.172596</w:t>
        <w:br/>
        <w:t>vt 0.188160 0.163820</w:t>
        <w:br/>
        <w:t>vt 0.186163 0.164061</w:t>
        <w:br/>
        <w:t>vt 0.193970 0.188076</w:t>
        <w:br/>
        <w:t>vt 0.191310 0.187985</w:t>
        <w:br/>
        <w:t>vt 0.188160 0.148934</w:t>
        <w:br/>
        <w:t>vt 0.186163 0.149071</w:t>
        <w:br/>
        <w:t>vt 0.193970 0.178206</w:t>
        <w:br/>
        <w:t>vt 0.191310 0.178215</w:t>
        <w:br/>
        <w:t>vt 0.193970 0.169914</w:t>
        <w:br/>
        <w:t>vt 0.191310 0.169799</w:t>
        <w:br/>
        <w:t>vt 0.188161 0.135704</w:t>
        <w:br/>
        <w:t>vt 0.186163 0.135834</w:t>
        <w:br/>
        <w:t>vt 0.193970 0.166313</w:t>
        <w:br/>
        <w:t>vt 0.191310 0.166069</w:t>
        <w:br/>
        <w:t>vt 0.188160 0.130698</w:t>
        <w:br/>
        <w:t>vt 0.186163 0.128152</w:t>
        <w:br/>
        <w:t>vt 0.408936 0.747708</w:t>
        <w:br/>
        <w:t>vt 0.417724 0.746702</w:t>
        <w:br/>
        <w:t>vt 0.417635 0.744099</w:t>
        <w:br/>
        <w:t>vt 0.408376 0.745447</w:t>
        <w:br/>
        <w:t>vt 0.418363 0.755710</w:t>
        <w:br/>
        <w:t>vt 0.409495 0.756704</w:t>
        <w:br/>
        <w:t>vt 0.409643 0.758303</w:t>
        <w:br/>
        <w:t>vt 0.418993 0.758446</w:t>
        <w:br/>
        <w:t>vt 0.408007 0.743053</w:t>
        <w:br/>
        <w:t>vt 0.417145 0.741418</w:t>
        <w:br/>
        <w:t>vt 0.416737 0.738171</w:t>
        <w:br/>
        <w:t>vt 0.407204 0.739808</w:t>
        <w:br/>
        <w:t>vt 0.417145 0.741418</w:t>
        <w:br/>
        <w:t>vt 0.409395 0.760083</w:t>
        <w:br/>
        <w:t>vt 0.417893 0.760530</w:t>
        <w:br/>
        <w:t>vt 0.415473 0.735006</w:t>
        <w:br/>
        <w:t>vt 0.406914 0.735948</w:t>
        <w:br/>
        <w:t>vt 0.835423 0.728309</w:t>
        <w:br/>
        <w:t>vt 0.831405 0.727297</w:t>
        <w:br/>
        <w:t>vt 0.811439 0.727990</w:t>
        <w:br/>
        <w:t>vt 0.811695 0.726379</w:t>
        <w:br/>
        <w:t>vt 0.822478 0.726024</w:t>
        <w:br/>
        <w:t>vt 0.823045 0.728745</w:t>
        <w:br/>
        <w:t>vt 0.820249 0.722181</w:t>
        <w:br/>
        <w:t>vt 0.812843 0.722525</w:t>
        <w:br/>
        <w:t>vt 0.815004 0.718624</w:t>
        <w:br/>
        <w:t>vt 0.818686 0.718797</w:t>
        <w:br/>
        <w:t>vt 0.836833 0.731522</w:t>
        <w:br/>
        <w:t>vt 0.837626 0.735239</w:t>
        <w:br/>
        <w:t>vt 0.827312 0.732985</w:t>
        <w:br/>
        <w:t>vt 0.829463 0.729961</w:t>
        <w:br/>
        <w:t>vt 0.838140 0.738893</w:t>
        <w:br/>
        <w:t>vt 0.825444 0.736689</w:t>
        <w:br/>
        <w:t>vt 0.837878 0.740750</w:t>
        <w:br/>
        <w:t>vt 0.824883 0.739407</w:t>
        <w:br/>
        <w:t>vt 0.837755 0.742064</w:t>
        <w:br/>
        <w:t>vt 0.824671 0.740810</w:t>
        <w:br/>
        <w:t>vt 0.824883 0.739407</w:t>
        <w:br/>
        <w:t>vt 0.837878 0.740750</w:t>
        <w:br/>
        <w:t>vt 0.837071 0.744070</w:t>
        <w:br/>
        <w:t>vt 0.824804 0.742825</w:t>
        <w:br/>
        <w:t>vt 0.834798 0.747441</w:t>
        <w:br/>
        <w:t>vt 0.826103 0.747054</w:t>
        <w:br/>
        <w:t>vt 0.832985 0.750586</w:t>
        <w:br/>
        <w:t>vt 0.827857 0.750393</w:t>
        <w:br/>
        <w:t>vt 0.828856 0.753129</w:t>
        <w:br/>
        <w:t>vt 0.832878 0.752430</w:t>
        <w:br/>
        <w:t>vt 0.814444 0.737284</w:t>
        <w:br/>
        <w:t>vt 0.818099 0.737415</w:t>
        <w:br/>
        <w:t>vt 0.817758 0.739137</w:t>
        <w:br/>
        <w:t>vt 0.814090 0.738964</w:t>
        <w:br/>
        <w:t>vt 0.812620 0.734549</w:t>
        <w:br/>
        <w:t>vt 0.820092 0.735460</w:t>
        <w:br/>
        <w:t>vt 0.811445 0.731734</w:t>
        <w:br/>
        <w:t>vt 0.821596 0.732649</w:t>
        <w:br/>
        <w:t>vt 0.811218 0.729277</w:t>
        <w:br/>
        <w:t>vt 0.822427 0.730581</w:t>
        <w:br/>
        <w:t>vt 0.811439 0.727990</w:t>
        <w:br/>
        <w:t>vt 0.823045 0.728745</w:t>
        <w:br/>
        <w:t>vt 0.822427 0.730581</w:t>
        <w:br/>
        <w:t>vt 0.811218 0.729277</w:t>
        <w:br/>
        <w:t>vt 0.385024 0.750067</w:t>
        <w:br/>
        <w:t>vt 0.390483 0.749899</w:t>
        <w:br/>
        <w:t>vt 0.390663 0.764685</w:t>
        <w:br/>
        <w:t>vt 0.385908 0.765223</w:t>
        <w:br/>
        <w:t>vt 0.383801 0.736913</w:t>
        <w:br/>
        <w:t>vt 0.391496 0.738020</w:t>
        <w:br/>
        <w:t>vt 0.401448 0.743375</w:t>
        <w:br/>
        <w:t>vt 0.400872 0.750898</w:t>
        <w:br/>
        <w:t>vt 0.400509 0.762067</w:t>
        <w:br/>
        <w:t>vt 0.408936 0.747708</w:t>
        <w:br/>
        <w:t>vt 0.409129 0.752112</w:t>
        <w:br/>
        <w:t>vt 0.409495 0.756704</w:t>
        <w:br/>
        <w:t>vt 0.417724 0.746702</w:t>
        <w:br/>
        <w:t>vt 0.423294 0.742924</w:t>
        <w:br/>
        <w:t>vt 0.424967 0.751713</w:t>
        <w:br/>
        <w:t>vt 0.418072 0.751162</w:t>
        <w:br/>
        <w:t>vt 0.423620 0.758848</w:t>
        <w:br/>
        <w:t>vt 0.418363 0.755710</w:t>
        <w:br/>
        <w:t>vt 0.430390 0.739879</w:t>
        <w:br/>
        <w:t>vt 0.431677 0.751078</w:t>
        <w:br/>
        <w:t>vt 0.431091 0.761736</w:t>
        <w:br/>
        <w:t>vt 0.438932 0.737165</w:t>
        <w:br/>
        <w:t>vt 0.439881 0.750812</w:t>
        <w:br/>
        <w:t>vt 0.439014 0.763687</w:t>
        <w:br/>
        <w:t>vt 0.445596 0.737134</w:t>
        <w:br/>
        <w:t>vt 0.444855 0.750270</w:t>
        <w:br/>
        <w:t>vt 0.443658 0.763796</w:t>
        <w:br/>
        <w:t>vt 0.445596 0.737134</w:t>
        <w:br/>
        <w:t>vt 0.449547 0.737291</w:t>
        <w:br/>
        <w:t>vt 0.448812 0.749982</w:t>
        <w:br/>
        <w:t>vt 0.444855 0.750270</w:t>
        <w:br/>
        <w:t>vt 0.447422 0.764183</w:t>
        <w:br/>
        <w:t>vt 0.443658 0.763796</w:t>
        <w:br/>
        <w:t>vt 0.453866 0.750808</w:t>
        <w:br/>
        <w:t>vt 0.452563 0.763900</w:t>
        <w:br/>
        <w:t>vt 0.454360 0.738257</w:t>
        <w:br/>
        <w:t>vt 0.460625 0.760689</w:t>
        <w:br/>
        <w:t>vt 0.460738 0.752071</w:t>
        <w:br/>
        <w:t>vt 0.462826 0.742424</w:t>
        <w:br/>
        <w:t>vt 0.468943 0.747068</w:t>
        <w:br/>
        <w:t>vt 0.467325 0.753032</w:t>
        <w:br/>
        <w:t>vt 0.467381 0.758344</w:t>
        <w:br/>
        <w:t>vt 0.473439 0.750665</w:t>
        <w:br/>
        <w:t>vt 0.472406 0.753796</w:t>
        <w:br/>
        <w:t>vt 0.472322 0.757208</w:t>
        <w:br/>
        <w:t>vt 0.360857 0.753785</w:t>
        <w:br/>
        <w:t>vt 0.357371 0.753714</w:t>
        <w:br/>
        <w:t>vt 0.356997 0.750414</w:t>
        <w:br/>
        <w:t>vt 0.360758 0.748969</w:t>
        <w:br/>
        <w:t>vt 0.360539 0.759166</w:t>
        <w:br/>
        <w:t>vt 0.357077 0.757510</w:t>
        <w:br/>
        <w:t>vt 0.365495 0.744230</w:t>
        <w:br/>
        <w:t>vt 0.366872 0.753423</w:t>
        <w:br/>
        <w:t>vt 0.367466 0.763058</w:t>
        <w:br/>
        <w:t>vt 0.374037 0.751800</w:t>
        <w:br/>
        <w:t>vt 0.375019 0.765458</w:t>
        <w:br/>
        <w:t>vt 0.372463 0.740550</w:t>
        <w:br/>
        <w:t>vt 0.378239 0.738528</w:t>
        <w:br/>
        <w:t>vt 0.379797 0.751140</w:t>
        <w:br/>
        <w:t>vt 0.381811 0.765812</w:t>
        <w:br/>
        <w:t>vt 0.385024 0.750067</w:t>
        <w:br/>
        <w:t>vt 0.378239 0.738528</w:t>
        <w:br/>
        <w:t>vt 0.383801 0.736913</w:t>
        <w:br/>
        <w:t>vt 0.381811 0.765812</w:t>
        <w:br/>
        <w:t>vt 0.199358 0.160116</w:t>
        <w:br/>
        <w:t>vt 0.196834 0.160242</w:t>
        <w:br/>
        <w:t>vt 0.196834 0.154781</w:t>
        <w:br/>
        <w:t>vt 0.199358 0.154522</w:t>
        <w:br/>
        <w:t>vt 0.853235 0.088816</w:t>
        <w:br/>
        <w:t>vt 0.845769 0.088816</w:t>
        <w:br/>
        <w:t>vt 0.845917 0.086753</w:t>
        <w:br/>
        <w:t>vt 0.853380 0.086908</w:t>
        <w:br/>
        <w:t>vt 0.864127 0.088816</w:t>
        <w:br/>
        <w:t>vt 0.864175 0.086963</w:t>
        <w:br/>
        <w:t>vt 0.196834 0.141696</w:t>
        <w:br/>
        <w:t>vt 0.199359 0.141566</w:t>
        <w:br/>
        <w:t>vt 0.869464 0.088816</w:t>
        <w:br/>
        <w:t>vt 0.869645 0.086971</w:t>
        <w:br/>
        <w:t>vt 0.196833 0.130567</w:t>
        <w:br/>
        <w:t>vt 0.199358 0.129972</w:t>
        <w:br/>
        <w:t>vt 0.818394 0.086859</w:t>
        <w:br/>
        <w:t>vt 0.818537 0.088816</w:t>
        <w:br/>
        <w:t>vt 0.816045 0.088816</w:t>
        <w:br/>
        <w:t>vt 0.815756 0.086963</w:t>
        <w:br/>
        <w:t>vt 0.199358 0.196610</w:t>
        <w:br/>
        <w:t>vt 0.196833 0.196909</w:t>
        <w:br/>
        <w:t>vt 0.196834 0.192995</w:t>
        <w:br/>
        <w:t>vt 0.199359 0.193221</w:t>
        <w:br/>
        <w:t>vt 0.825538 0.086769</w:t>
        <w:br/>
        <w:t>vt 0.825537 0.088816</w:t>
        <w:br/>
        <w:t>vt 0.196834 0.182625</w:t>
        <w:br/>
        <w:t>vt 0.199358 0.182800</w:t>
        <w:br/>
        <w:t>vt 0.196834 0.172767</w:t>
        <w:br/>
        <w:t>vt 0.199358 0.172862</w:t>
        <w:br/>
        <w:t>vt 0.834011 0.086669</w:t>
        <w:br/>
        <w:t>vt 0.834071 0.088816</w:t>
        <w:br/>
        <w:t>vt 0.840554 0.086631</w:t>
        <w:br/>
        <w:t>vt 0.840711 0.088816</w:t>
        <w:br/>
        <w:t>vt 0.196834 0.164491</w:t>
        <w:br/>
        <w:t>vt 0.199358 0.164608</w:t>
        <w:br/>
        <w:t>vt 0.191310 0.218921</w:t>
        <w:br/>
        <w:t>vt 0.193970 0.218773</w:t>
        <w:br/>
        <w:t>vt 0.193969 0.223058</w:t>
        <w:br/>
        <w:t>vt 0.191310 0.223136</w:t>
        <w:br/>
        <w:t>vt 0.186163 0.220041</w:t>
        <w:br/>
        <w:t>vt 0.186163 0.213504</w:t>
        <w:br/>
        <w:t>vt 0.188160 0.213684</w:t>
        <w:br/>
        <w:t>vt 0.188160 0.221376</w:t>
        <w:br/>
        <w:t>vt 0.191310 0.211368</w:t>
        <w:br/>
        <w:t>vt 0.193969 0.211237</w:t>
        <w:br/>
        <w:t>vt 0.186162 0.199287</w:t>
        <w:br/>
        <w:t>vt 0.188160 0.199388</w:t>
        <w:br/>
        <w:t>vt 0.191310 0.202816</w:t>
        <w:br/>
        <w:t>vt 0.193969 0.202723</w:t>
        <w:br/>
        <w:t>vt 0.186162 0.184967</w:t>
        <w:br/>
        <w:t>vt 0.188161 0.185274</w:t>
        <w:br/>
        <w:t>vt 0.191310 0.196124</w:t>
        <w:br/>
        <w:t>vt 0.193969 0.195859</w:t>
        <w:br/>
        <w:t>vt 0.186163 0.177546</w:t>
        <w:br/>
        <w:t>vt 0.188160 0.177700</w:t>
        <w:br/>
        <w:t>vt 0.193969 0.192814</w:t>
        <w:br/>
        <w:t>vt 0.191310 0.192738</w:t>
        <w:br/>
        <w:t>vt 0.186163 0.172596</w:t>
        <w:br/>
        <w:t>vt 0.188160 0.172271</w:t>
        <w:br/>
        <w:t>vt 0.186163 0.164061</w:t>
        <w:br/>
        <w:t>vt 0.188160 0.163820</w:t>
        <w:br/>
        <w:t>vt 0.193970 0.188076</w:t>
        <w:br/>
        <w:t>vt 0.191310 0.187985</w:t>
        <w:br/>
        <w:t>vt 0.186163 0.149071</w:t>
        <w:br/>
        <w:t>vt 0.188160 0.148934</w:t>
        <w:br/>
        <w:t>vt 0.193970 0.178206</w:t>
        <w:br/>
        <w:t>vt 0.191310 0.178215</w:t>
        <w:br/>
        <w:t>vt 0.193970 0.169914</w:t>
        <w:br/>
        <w:t>vt 0.191310 0.169799</w:t>
        <w:br/>
        <w:t>vt 0.186163 0.135834</w:t>
        <w:br/>
        <w:t>vt 0.188161 0.135704</w:t>
        <w:br/>
        <w:t>vt 0.193970 0.166313</w:t>
        <w:br/>
        <w:t>vt 0.191310 0.166069</w:t>
        <w:br/>
        <w:t>vt 0.186163 0.128152</w:t>
        <w:br/>
        <w:t>vt 0.188160 0.130698</w:t>
        <w:br/>
        <w:t>vt 0.417635 0.744099</w:t>
        <w:br/>
        <w:t>vt 0.417724 0.746702</w:t>
        <w:br/>
        <w:t>vt 0.408936 0.747708</w:t>
        <w:br/>
        <w:t>vt 0.408376 0.745447</w:t>
        <w:br/>
        <w:t>vt 0.418363 0.755710</w:t>
        <w:br/>
        <w:t>vt 0.418993 0.758446</w:t>
        <w:br/>
        <w:t>vt 0.409643 0.758303</w:t>
        <w:br/>
        <w:t>vt 0.409495 0.756704</w:t>
        <w:br/>
        <w:t>vt 0.408007 0.743053</w:t>
        <w:br/>
        <w:t>vt 0.407204 0.739808</w:t>
        <w:br/>
        <w:t>vt 0.416737 0.738171</w:t>
        <w:br/>
        <w:t>vt 0.417145 0.741418</w:t>
        <w:br/>
        <w:t>vt 0.417145 0.741418</w:t>
        <w:br/>
        <w:t>vt 0.417893 0.760530</w:t>
        <w:br/>
        <w:t>vt 0.409395 0.760083</w:t>
        <w:br/>
        <w:t>vt 0.406914 0.735948</w:t>
        <w:br/>
        <w:t>vt 0.415473 0.735006</w:t>
        <w:br/>
        <w:t>vt 0.835423 0.728309</w:t>
        <w:br/>
        <w:t>vt 0.831405 0.727297</w:t>
        <w:br/>
        <w:t>vt 0.877283 0.766133</w:t>
        <w:br/>
        <w:t>vt 0.877283 0.768568</w:t>
        <w:br/>
        <w:t>vt 0.871898 0.767199</w:t>
        <w:br/>
        <w:t>vt 0.871898 0.764925</w:t>
        <w:br/>
        <w:t>vt 0.071057 0.158904</w:t>
        <w:br/>
        <w:t>vt 0.067752 0.159556</w:t>
        <w:br/>
        <w:t>vt 0.067752 0.157146</w:t>
        <w:br/>
        <w:t>vt 0.071057 0.157250</w:t>
        <w:br/>
        <w:t>vt 0.078050 0.160686</w:t>
        <w:br/>
        <w:t>vt 0.078050 0.163164</w:t>
        <w:br/>
        <w:t>vt 0.074839 0.163578</w:t>
        <w:br/>
        <w:t>vt 0.074839 0.159847</w:t>
        <w:br/>
        <w:t>vt 0.877283 0.771582</w:t>
        <w:br/>
        <w:t>vt 0.877283 0.779905</w:t>
        <w:br/>
        <w:t>vt 0.871898 0.778979</w:t>
        <w:br/>
        <w:t>vt 0.871898 0.770106</w:t>
        <w:br/>
        <w:t>vt 0.078050 0.174558</w:t>
        <w:br/>
        <w:t>vt 0.074839 0.174467</w:t>
        <w:br/>
        <w:t>vt 0.078050 0.158236</w:t>
        <w:br/>
        <w:t>vt 0.074839 0.158280</w:t>
        <w:br/>
        <w:t>vt 0.871898 0.764925</w:t>
        <w:br/>
        <w:t>vt 0.871898 0.762446</w:t>
        <w:br/>
        <w:t>vt 0.877283 0.763426</w:t>
        <w:br/>
        <w:t>vt 0.877283 0.766133</w:t>
        <w:br/>
        <w:t>vt 0.071057 0.155277</w:t>
        <w:br/>
        <w:t>vt 0.067752 0.154544</w:t>
        <w:br/>
        <w:t>vt 0.074839 0.156367</w:t>
        <w:br/>
        <w:t>vt 0.078050 0.155502</w:t>
        <w:br/>
        <w:t>vt 0.071057 0.162803</w:t>
        <w:br/>
        <w:t>vt 0.067752 0.162200</w:t>
        <w:br/>
        <w:t>vt 0.067752 0.175623</w:t>
        <w:br/>
        <w:t>vt 0.071057 0.175534</w:t>
        <w:br/>
        <w:t>vt 0.877283 0.669179</w:t>
        <w:br/>
        <w:t>vt 0.877283 0.678043</w:t>
        <w:br/>
        <w:t>vt 0.871898 0.676677</w:t>
        <w:br/>
        <w:t>vt 0.871898 0.667745</w:t>
        <w:br/>
        <w:t>vt 0.078050 0.042487</w:t>
        <w:br/>
        <w:t>vt 0.074839 0.042914</w:t>
        <w:br/>
        <w:t>vt 0.074839 0.030577</w:t>
        <w:br/>
        <w:t>vt 0.078050 0.030037</w:t>
        <w:br/>
        <w:t>vt 0.078050 0.055213</w:t>
        <w:br/>
        <w:t>vt 0.074839 0.055387</w:t>
        <w:br/>
        <w:t>vt 0.074839 0.042914</w:t>
        <w:br/>
        <w:t>vt 0.078050 0.068492</w:t>
        <w:br/>
        <w:t>vt 0.074839 0.068520</w:t>
        <w:br/>
        <w:t>vt 0.078050 0.081920</w:t>
        <w:br/>
        <w:t>vt 0.074839 0.081944</w:t>
        <w:br/>
        <w:t>vt 0.078050 0.095065</w:t>
        <w:br/>
        <w:t>vt 0.074838 0.095126</w:t>
        <w:br/>
        <w:t>vt 0.078050 0.107836</w:t>
        <w:br/>
        <w:t>vt 0.074839 0.107837</w:t>
        <w:br/>
        <w:t>vt 0.067752 0.093640</w:t>
        <w:br/>
        <w:t>vt 0.067752 0.080652</w:t>
        <w:br/>
        <w:t>vt 0.071057 0.080750</w:t>
        <w:br/>
        <w:t>vt 0.071057 0.093669</w:t>
        <w:br/>
        <w:t>vt 0.071057 0.106639</w:t>
        <w:br/>
        <w:t>vt 0.067752 0.106661</w:t>
        <w:br/>
        <w:t>vt 0.074839 0.119200</w:t>
        <w:br/>
        <w:t>vt 0.078050 0.119255</w:t>
        <w:br/>
        <w:t>vt 0.871898 0.721293</w:t>
        <w:br/>
        <w:t>vt 0.871898 0.712325</w:t>
        <w:br/>
        <w:t>vt 0.877283 0.722327</w:t>
        <w:br/>
        <w:t>vt 0.877283 0.704496</w:t>
        <w:br/>
        <w:t>vt 0.877283 0.713440</w:t>
        <w:br/>
        <w:t>vt 0.871898 0.703425</w:t>
        <w:br/>
        <w:t>vt 0.871898 0.694265</w:t>
        <w:br/>
        <w:t>vt 0.877283 0.695529</w:t>
        <w:br/>
        <w:t>vt 0.067752 0.067307</w:t>
        <w:br/>
        <w:t>vt 0.071057 0.067486</w:t>
        <w:br/>
        <w:t>vt 0.067752 0.054811</w:t>
        <w:br/>
        <w:t>vt 0.071057 0.055238</w:t>
        <w:br/>
        <w:t>vt 0.877283 0.686816</w:t>
        <w:br/>
        <w:t>vt 0.871898 0.685553</w:t>
        <w:br/>
        <w:t>vt 0.871898 0.685553</w:t>
        <w:br/>
        <w:t>vt 0.067752 0.042469</w:t>
        <w:br/>
        <w:t>vt 0.071057 0.043174</w:t>
        <w:br/>
        <w:t>vt 0.067752 0.030070</w:t>
        <w:br/>
        <w:t>vt 0.071057 0.030854</w:t>
        <w:br/>
        <w:t>vt 0.071057 0.043174</w:t>
        <w:br/>
        <w:t>vt 0.074839 0.152630</w:t>
        <w:br/>
        <w:t>vt 0.078050 0.152403</w:t>
        <w:br/>
        <w:t>vt 0.071057 0.151372</w:t>
        <w:br/>
        <w:t>vt 0.067752 0.151399</w:t>
        <w:br/>
        <w:t>vt 0.067752 0.147830</w:t>
        <w:br/>
        <w:t>vt 0.071057 0.147505</w:t>
        <w:br/>
        <w:t>vt 0.871898 0.759512</w:t>
        <w:br/>
        <w:t>vt 0.871898 0.756697</w:t>
        <w:br/>
        <w:t>vt 0.877283 0.757551</w:t>
        <w:br/>
        <w:t>vt 0.877283 0.760320</w:t>
        <w:br/>
        <w:t>vt 0.078050 0.138588</w:t>
        <w:br/>
        <w:t>vt 0.078050 0.149410</w:t>
        <w:br/>
        <w:t>vt 0.074839 0.149236</w:t>
        <w:br/>
        <w:t>vt 0.074839 0.138338</w:t>
        <w:br/>
        <w:t>vt 0.074839 0.149236</w:t>
        <w:br/>
        <w:t>vt 0.074839 0.128396</w:t>
        <w:br/>
        <w:t>vt 0.078050 0.128558</w:t>
        <w:br/>
        <w:t>vt 0.071057 0.136497</w:t>
        <w:br/>
        <w:t>vt 0.067752 0.136828</w:t>
        <w:br/>
        <w:t>vt 0.067752 0.127499</w:t>
        <w:br/>
        <w:t>vt 0.071057 0.127301</w:t>
        <w:br/>
        <w:t>vt 0.067752 0.118389</w:t>
        <w:br/>
        <w:t>vt 0.071057 0.118339</w:t>
        <w:br/>
        <w:t>vt 0.871898 0.747691</w:t>
        <w:br/>
        <w:t>vt 0.871898 0.738684</w:t>
        <w:br/>
        <w:t>vt 0.877283 0.739498</w:t>
        <w:br/>
        <w:t>vt 0.877283 0.748516</w:t>
        <w:br/>
        <w:t>vt 0.871898 0.730235</w:t>
        <w:br/>
        <w:t>vt 0.877283 0.731143</w:t>
        <w:br/>
        <w:t>vt 0.126529 0.181893</w:t>
        <w:br/>
        <w:t>vt 0.124684 0.182186</w:t>
        <w:br/>
        <w:t>vt 0.124684 0.175590</w:t>
        <w:br/>
        <w:t>vt 0.126529 0.175538</w:t>
        <w:br/>
        <w:t>vt 0.129194 0.106768</w:t>
        <w:br/>
        <w:t>vt 0.129194 0.099325</w:t>
        <w:br/>
        <w:t>vt 0.131026 0.099867</w:t>
        <w:br/>
        <w:t>vt 0.131026 0.106944</w:t>
        <w:br/>
        <w:t>vt 0.490433 0.391905</w:t>
        <w:br/>
        <w:t>vt 0.490433 0.399394</w:t>
        <w:br/>
        <w:t>vt 0.484946 0.399648</w:t>
        <w:br/>
        <w:t>vt 0.484945 0.390927</w:t>
        <w:br/>
        <w:t>vt 0.126529 0.169331</w:t>
        <w:br/>
        <w:t>vt 0.124685 0.169248</w:t>
        <w:br/>
        <w:t>vt 0.484945 0.422271</w:t>
        <w:br/>
        <w:t>vt 0.490433 0.413913</w:t>
        <w:br/>
        <w:t>vt 0.490433 0.421241</w:t>
        <w:br/>
        <w:t>vt 0.490433 0.406021</w:t>
        <w:br/>
        <w:t>vt 0.484945 0.407139</w:t>
        <w:br/>
        <w:t>vt 0.124685 0.162269</w:t>
        <w:br/>
        <w:t>vt 0.124684 0.155937</w:t>
        <w:br/>
        <w:t>vt 0.126529 0.155893</w:t>
        <w:br/>
        <w:t>vt 0.126529 0.162316</w:t>
        <w:br/>
        <w:t>vt 0.131026 0.112784</w:t>
        <w:br/>
        <w:t>vt 0.129194 0.112860</w:t>
        <w:br/>
        <w:t>vt 0.131026 0.125289</w:t>
        <w:br/>
        <w:t>vt 0.129194 0.125248</w:t>
        <w:br/>
        <w:t>vt 0.129194 0.119381</w:t>
        <w:br/>
        <w:t>vt 0.131026 0.119309</w:t>
        <w:br/>
        <w:t>vt 0.484946 0.485928</w:t>
        <w:br/>
        <w:t>vt 0.484946 0.481231</w:t>
        <w:br/>
        <w:t>vt 0.490433 0.480247</w:t>
        <w:br/>
        <w:t>vt 0.490433 0.486912</w:t>
        <w:br/>
        <w:t>vt 0.484945 0.473197</w:t>
        <w:br/>
        <w:t>vt 0.490433 0.471806</w:t>
        <w:br/>
        <w:t>vt 0.131026 0.176805</w:t>
        <w:br/>
        <w:t>vt 0.129194 0.176976</w:t>
        <w:br/>
        <w:t>vt 0.129194 0.169869</w:t>
        <w:br/>
        <w:t>vt 0.131026 0.169786</w:t>
        <w:br/>
        <w:t>vt 0.129194 0.162768</w:t>
        <w:br/>
        <w:t>vt 0.131026 0.162732</w:t>
        <w:br/>
        <w:t>vt 0.129194 0.155182</w:t>
        <w:br/>
        <w:t>vt 0.131026 0.155159</w:t>
        <w:br/>
        <w:t>vt 0.484945 0.456257</w:t>
        <w:br/>
        <w:t>vt 0.490433 0.446135</w:t>
        <w:br/>
        <w:t>vt 0.490433 0.454814</w:t>
        <w:br/>
        <w:t>vt 0.129194 0.147514</w:t>
        <w:br/>
        <w:t>vt 0.131026 0.147499</w:t>
        <w:br/>
        <w:t>vt 0.124684 0.117826</w:t>
        <w:br/>
        <w:t>vt 0.126529 0.117817</w:t>
        <w:br/>
        <w:t>vt 0.126529 0.125136</w:t>
        <w:br/>
        <w:t>vt 0.124685 0.125175</w:t>
        <w:br/>
        <w:t>vt 0.126529 0.125136</w:t>
        <w:br/>
        <w:t>vt 0.126529 0.132955</w:t>
        <w:br/>
        <w:t>vt 0.124684 0.132989</w:t>
        <w:br/>
        <w:t>vt 0.129194 0.139524</w:t>
        <w:br/>
        <w:t>vt 0.131026 0.139443</w:t>
        <w:br/>
        <w:t>vt 0.484945 0.438574</w:t>
        <w:br/>
        <w:t>vt 0.490433 0.437483</w:t>
        <w:br/>
        <w:t>vt 0.484945 0.447390</w:t>
        <w:br/>
        <w:t>vt 0.126529 0.141223</w:t>
        <w:br/>
        <w:t>vt 0.124684 0.141168</w:t>
        <w:br/>
        <w:t>vt 0.490433 0.463610</w:t>
        <w:br/>
        <w:t>vt 0.484945 0.465067</w:t>
        <w:br/>
        <w:t>vt 0.490433 0.463610</w:t>
        <w:br/>
        <w:t>vt 0.126529 0.111348</w:t>
        <w:br/>
        <w:t>vt 0.124685 0.111310</w:t>
        <w:br/>
        <w:t>vt 0.124684 0.104779</w:t>
        <w:br/>
        <w:t>vt 0.126529 0.104887</w:t>
        <w:br/>
        <w:t>vt 0.126529 0.099611</w:t>
        <w:br/>
        <w:t>vt 0.124684 0.099515</w:t>
        <w:br/>
        <w:t>vt 0.131026 0.180760</w:t>
        <w:br/>
        <w:t>vt 0.129194 0.181008</w:t>
        <w:br/>
        <w:t>vt 0.131026 0.135721</w:t>
        <w:br/>
        <w:t>vt 0.129194 0.135906</w:t>
        <w:br/>
        <w:t>vt 0.129194 0.129070</w:t>
        <w:br/>
        <w:t>vt 0.131026 0.129073</w:t>
        <w:br/>
        <w:t>vt 0.490433 0.432991</w:t>
        <w:br/>
        <w:t>vt 0.484945 0.434535</w:t>
        <w:br/>
        <w:t>vt 0.484945 0.426816</w:t>
        <w:br/>
        <w:t>vt 0.490433 0.425430</w:t>
        <w:br/>
        <w:t>vt 0.126529 0.145421</w:t>
        <w:br/>
        <w:t>vt 0.126529 0.152174</w:t>
        <w:br/>
        <w:t>vt 0.124684 0.152253</w:t>
        <w:br/>
        <w:t>vt 0.124684 0.145332</w:t>
        <w:br/>
        <w:t>vt 0.126529 0.141223</w:t>
        <w:br/>
        <w:t>vt 0.126529 0.152174</w:t>
        <w:br/>
        <w:t>vt 0.484945 0.426816</w:t>
        <w:br/>
        <w:t>vt 0.484945 0.415215</w:t>
        <w:br/>
        <w:t>vt 0.131026 0.112784</w:t>
        <w:br/>
        <w:t>vt 0.877283 0.722327</w:t>
        <w:br/>
        <w:t>vt 0.484945 0.456257</w:t>
        <w:br/>
        <w:t>vt 0.877283 0.766133</w:t>
        <w:br/>
        <w:t>vt 0.871898 0.764925</w:t>
        <w:br/>
        <w:t>vt 0.871898 0.767199</w:t>
        <w:br/>
        <w:t>vt 0.877283 0.768568</w:t>
        <w:br/>
        <w:t>vt 0.071057 0.158904</w:t>
        <w:br/>
        <w:t>vt 0.071057 0.157250</w:t>
        <w:br/>
        <w:t>vt 0.067752 0.157146</w:t>
        <w:br/>
        <w:t>vt 0.067752 0.159556</w:t>
        <w:br/>
        <w:t>vt 0.078050 0.160686</w:t>
        <w:br/>
        <w:t>vt 0.074839 0.159847</w:t>
        <w:br/>
        <w:t>vt 0.074839 0.163578</w:t>
        <w:br/>
        <w:t>vt 0.078050 0.163164</w:t>
        <w:br/>
        <w:t>vt 0.877283 0.771582</w:t>
        <w:br/>
        <w:t>vt 0.871898 0.770106</w:t>
        <w:br/>
        <w:t>vt 0.871898 0.778979</w:t>
        <w:br/>
        <w:t>vt 0.877283 0.779905</w:t>
        <w:br/>
        <w:t>vt 0.074839 0.174467</w:t>
        <w:br/>
        <w:t>vt 0.078050 0.174558</w:t>
        <w:br/>
        <w:t>vt 0.078050 0.158236</w:t>
        <w:br/>
        <w:t>vt 0.074839 0.158280</w:t>
        <w:br/>
        <w:t>vt 0.871898 0.764925</w:t>
        <w:br/>
        <w:t>vt 0.877283 0.766133</w:t>
        <w:br/>
        <w:t>vt 0.877283 0.763426</w:t>
        <w:br/>
        <w:t>vt 0.871898 0.762446</w:t>
        <w:br/>
        <w:t>vt 0.071057 0.155277</w:t>
        <w:br/>
        <w:t>vt 0.067752 0.154544</w:t>
        <w:br/>
        <w:t>vt 0.074839 0.156367</w:t>
        <w:br/>
        <w:t>vt 0.078050 0.155502</w:t>
        <w:br/>
        <w:t>vt 0.071057 0.162803</w:t>
        <w:br/>
        <w:t>vt 0.067752 0.162200</w:t>
        <w:br/>
        <w:t>vt 0.067752 0.175623</w:t>
        <w:br/>
        <w:t>vt 0.071057 0.175534</w:t>
        <w:br/>
        <w:t>vt 0.877283 0.669179</w:t>
        <w:br/>
        <w:t>vt 0.871898 0.667745</w:t>
        <w:br/>
        <w:t>vt 0.871898 0.676677</w:t>
        <w:br/>
        <w:t>vt 0.877283 0.678043</w:t>
        <w:br/>
        <w:t>vt 0.078050 0.042487</w:t>
        <w:br/>
        <w:t>vt 0.078050 0.030037</w:t>
        <w:br/>
        <w:t>vt 0.074839 0.030577</w:t>
        <w:br/>
        <w:t>vt 0.074839 0.042914</w:t>
        <w:br/>
        <w:t>vt 0.078050 0.055213</w:t>
        <w:br/>
        <w:t>vt 0.074839 0.042914</w:t>
        <w:br/>
        <w:t>vt 0.074839 0.055387</w:t>
        <w:br/>
        <w:t>vt 0.078050 0.068492</w:t>
        <w:br/>
        <w:t>vt 0.074839 0.068520</w:t>
        <w:br/>
        <w:t>vt 0.074839 0.081944</w:t>
        <w:br/>
        <w:t>vt 0.078050 0.081920</w:t>
        <w:br/>
        <w:t>vt 0.078050 0.095065</w:t>
        <w:br/>
        <w:t>vt 0.074838 0.095126</w:t>
        <w:br/>
        <w:t>vt 0.074839 0.107837</w:t>
        <w:br/>
        <w:t>vt 0.078050 0.107836</w:t>
        <w:br/>
        <w:t>vt 0.067752 0.093640</w:t>
        <w:br/>
        <w:t>vt 0.071057 0.093669</w:t>
        <w:br/>
        <w:t>vt 0.071057 0.080750</w:t>
        <w:br/>
        <w:t>vt 0.067752 0.080652</w:t>
        <w:br/>
        <w:t>vt 0.071057 0.106639</w:t>
        <w:br/>
        <w:t>vt 0.067752 0.106661</w:t>
        <w:br/>
        <w:t>vt 0.074839 0.119200</w:t>
        <w:br/>
        <w:t>vt 0.078050 0.119255</w:t>
        <w:br/>
        <w:t>vt 0.871898 0.721293</w:t>
        <w:br/>
        <w:t>vt 0.877283 0.722327</w:t>
        <w:br/>
        <w:t>vt 0.871898 0.712325</w:t>
        <w:br/>
        <w:t>vt 0.877283 0.704496</w:t>
        <w:br/>
        <w:t>vt 0.871898 0.703425</w:t>
        <w:br/>
        <w:t>vt 0.877283 0.713440</w:t>
        <w:br/>
        <w:t>vt 0.877283 0.695529</w:t>
        <w:br/>
        <w:t>vt 0.871898 0.694265</w:t>
        <w:br/>
        <w:t>vt 0.071057 0.067486</w:t>
        <w:br/>
        <w:t>vt 0.067752 0.067307</w:t>
        <w:br/>
        <w:t>vt 0.071057 0.055238</w:t>
        <w:br/>
        <w:t>vt 0.067752 0.054811</w:t>
        <w:br/>
        <w:t>vt 0.871898 0.685553</w:t>
        <w:br/>
        <w:t>vt 0.877283 0.686816</w:t>
        <w:br/>
        <w:t>vt 0.871898 0.685553</w:t>
        <w:br/>
        <w:t>vt 0.071057 0.043174</w:t>
        <w:br/>
        <w:t>vt 0.067752 0.042469</w:t>
        <w:br/>
        <w:t>vt 0.071057 0.043174</w:t>
        <w:br/>
        <w:t>vt 0.071057 0.030854</w:t>
        <w:br/>
        <w:t>vt 0.067752 0.030070</w:t>
        <w:br/>
        <w:t>vt 0.074839 0.152630</w:t>
        <w:br/>
        <w:t>vt 0.078050 0.152403</w:t>
        <w:br/>
        <w:t>vt 0.071057 0.151372</w:t>
        <w:br/>
        <w:t>vt 0.071057 0.147505</w:t>
        <w:br/>
        <w:t>vt 0.067752 0.147830</w:t>
        <w:br/>
        <w:t>vt 0.067752 0.151399</w:t>
        <w:br/>
        <w:t>vt 0.871898 0.759512</w:t>
        <w:br/>
        <w:t>vt 0.877283 0.760320</w:t>
        <w:br/>
        <w:t>vt 0.877283 0.757551</w:t>
        <w:br/>
        <w:t>vt 0.871898 0.756697</w:t>
        <w:br/>
        <w:t>vt 0.078050 0.138588</w:t>
        <w:br/>
        <w:t>vt 0.074839 0.138338</w:t>
        <w:br/>
        <w:t>vt 0.074839 0.149236</w:t>
        <w:br/>
        <w:t>vt 0.078050 0.149410</w:t>
        <w:br/>
        <w:t>vt 0.074839 0.149236</w:t>
        <w:br/>
        <w:t>vt 0.078050 0.128558</w:t>
        <w:br/>
        <w:t>vt 0.074839 0.128396</w:t>
        <w:br/>
        <w:t>vt 0.071057 0.136497</w:t>
        <w:br/>
        <w:t>vt 0.071057 0.127301</w:t>
        <w:br/>
        <w:t>vt 0.067752 0.127499</w:t>
        <w:br/>
        <w:t>vt 0.067752 0.136828</w:t>
        <w:br/>
        <w:t>vt 0.071057 0.118339</w:t>
        <w:br/>
        <w:t>vt 0.067752 0.118389</w:t>
        <w:br/>
        <w:t>vt 0.871898 0.747691</w:t>
        <w:br/>
        <w:t>vt 0.877283 0.748516</w:t>
        <w:br/>
        <w:t>vt 0.877283 0.739498</w:t>
        <w:br/>
        <w:t>vt 0.871898 0.738684</w:t>
        <w:br/>
        <w:t>vt 0.871898 0.730235</w:t>
        <w:br/>
        <w:t>vt 0.877283 0.731143</w:t>
        <w:br/>
        <w:t>vt 0.126529 0.181893</w:t>
        <w:br/>
        <w:t>vt 0.126529 0.175538</w:t>
        <w:br/>
        <w:t>vt 0.124684 0.175590</w:t>
        <w:br/>
        <w:t>vt 0.124684 0.182186</w:t>
        <w:br/>
        <w:t>vt 0.129194 0.106768</w:t>
        <w:br/>
        <w:t>vt 0.131026 0.106944</w:t>
        <w:br/>
        <w:t>vt 0.131026 0.099867</w:t>
        <w:br/>
        <w:t>vt 0.129194 0.099325</w:t>
        <w:br/>
        <w:t>vt 0.490433 0.391905</w:t>
        <w:br/>
        <w:t>vt 0.484945 0.390927</w:t>
        <w:br/>
        <w:t>vt 0.484946 0.399648</w:t>
        <w:br/>
        <w:t>vt 0.490433 0.399394</w:t>
        <w:br/>
        <w:t>vt 0.126529 0.169331</w:t>
        <w:br/>
        <w:t>vt 0.124685 0.169248</w:t>
        <w:br/>
        <w:t>vt 0.484945 0.422271</w:t>
        <w:br/>
        <w:t>vt 0.490433 0.421241</w:t>
        <w:br/>
        <w:t>vt 0.490433 0.413913</w:t>
        <w:br/>
        <w:t>vt 0.484945 0.407139</w:t>
        <w:br/>
        <w:t>vt 0.490433 0.406021</w:t>
        <w:br/>
        <w:t>vt 0.124685 0.162269</w:t>
        <w:br/>
        <w:t>vt 0.126529 0.162316</w:t>
        <w:br/>
        <w:t>vt 0.126529 0.155893</w:t>
        <w:br/>
        <w:t>vt 0.124684 0.155937</w:t>
        <w:br/>
        <w:t>vt 0.131026 0.112784</w:t>
        <w:br/>
        <w:t>vt 0.129194 0.112860</w:t>
        <w:br/>
        <w:t>vt 0.131026 0.125289</w:t>
        <w:br/>
        <w:t>vt 0.131026 0.119309</w:t>
        <w:br/>
        <w:t>vt 0.129194 0.119381</w:t>
        <w:br/>
        <w:t>vt 0.129194 0.125248</w:t>
        <w:br/>
        <w:t>vt 0.484946 0.485928</w:t>
        <w:br/>
        <w:t>vt 0.490433 0.486912</w:t>
        <w:br/>
        <w:t>vt 0.490433 0.480247</w:t>
        <w:br/>
        <w:t>vt 0.484946 0.481231</w:t>
        <w:br/>
        <w:t>vt 0.490433 0.471806</w:t>
        <w:br/>
        <w:t>vt 0.484945 0.473197</w:t>
        <w:br/>
        <w:t>vt 0.131026 0.176805</w:t>
        <w:br/>
        <w:t>vt 0.131026 0.169786</w:t>
        <w:br/>
        <w:t>vt 0.129194 0.169869</w:t>
        <w:br/>
        <w:t>vt 0.129194 0.176976</w:t>
        <w:br/>
        <w:t>vt 0.129194 0.162768</w:t>
        <w:br/>
        <w:t>vt 0.131026 0.162732</w:t>
        <w:br/>
        <w:t>vt 0.129194 0.155182</w:t>
        <w:br/>
        <w:t>vt 0.131026 0.155159</w:t>
        <w:br/>
        <w:t>vt 0.484945 0.456257</w:t>
        <w:br/>
        <w:t>vt 0.490433 0.454814</w:t>
        <w:br/>
        <w:t>vt 0.490433 0.446135</w:t>
        <w:br/>
        <w:t>vt 0.131026 0.147499</w:t>
        <w:br/>
        <w:t>vt 0.129194 0.147514</w:t>
        <w:br/>
        <w:t>vt 0.124684 0.117826</w:t>
        <w:br/>
        <w:t>vt 0.124685 0.125175</w:t>
        <w:br/>
        <w:t>vt 0.126529 0.125136</w:t>
        <w:br/>
        <w:t>vt 0.126529 0.117817</w:t>
        <w:br/>
        <w:t>vt 0.124684 0.132989</w:t>
        <w:br/>
        <w:t>vt 0.126529 0.132955</w:t>
        <w:br/>
        <w:t>vt 0.126529 0.125136</w:t>
        <w:br/>
        <w:t>vt 0.129194 0.139524</w:t>
        <w:br/>
        <w:t>vt 0.131026 0.139443</w:t>
        <w:br/>
        <w:t>vt 0.484945 0.438574</w:t>
        <w:br/>
        <w:t>vt 0.484945 0.447390</w:t>
        <w:br/>
        <w:t>vt 0.490433 0.437483</w:t>
        <w:br/>
        <w:t>vt 0.126529 0.141223</w:t>
        <w:br/>
        <w:t>vt 0.124684 0.141168</w:t>
        <w:br/>
        <w:t>vt 0.490433 0.463610</w:t>
        <w:br/>
        <w:t>vt 0.484945 0.465067</w:t>
        <w:br/>
        <w:t>vt 0.490433 0.463610</w:t>
        <w:br/>
        <w:t>vt 0.126529 0.111348</w:t>
        <w:br/>
        <w:t>vt 0.124685 0.111310</w:t>
        <w:br/>
        <w:t>vt 0.126529 0.104887</w:t>
        <w:br/>
        <w:t>vt 0.124684 0.104779</w:t>
        <w:br/>
        <w:t>vt 0.126529 0.099611</w:t>
        <w:br/>
        <w:t>vt 0.124684 0.099515</w:t>
        <w:br/>
        <w:t>vt 0.129194 0.181008</w:t>
        <w:br/>
        <w:t>vt 0.131026 0.180760</w:t>
        <w:br/>
        <w:t>vt 0.131026 0.135721</w:t>
        <w:br/>
        <w:t>vt 0.131026 0.129073</w:t>
        <w:br/>
        <w:t>vt 0.129194 0.129070</w:t>
        <w:br/>
        <w:t>vt 0.129194 0.135906</w:t>
        <w:br/>
        <w:t>vt 0.490433 0.432991</w:t>
        <w:br/>
        <w:t>vt 0.490433 0.425430</w:t>
        <w:br/>
        <w:t>vt 0.484945 0.426816</w:t>
        <w:br/>
        <w:t>vt 0.484945 0.434535</w:t>
        <w:br/>
        <w:t>vt 0.126529 0.145421</w:t>
        <w:br/>
        <w:t>vt 0.124684 0.145332</w:t>
        <w:br/>
        <w:t>vt 0.124684 0.152253</w:t>
        <w:br/>
        <w:t>vt 0.126529 0.152174</w:t>
        <w:br/>
        <w:t>vt 0.126529 0.141223</w:t>
        <w:br/>
        <w:t>vt 0.126529 0.152174</w:t>
        <w:br/>
        <w:t>vt 0.484945 0.426816</w:t>
        <w:br/>
        <w:t>vt 0.484945 0.415215</w:t>
        <w:br/>
        <w:t>vt 0.131026 0.112784</w:t>
        <w:br/>
        <w:t>vt 0.877283 0.722327</w:t>
        <w:br/>
        <w:t>vt 0.484945 0.456257</w:t>
        <w:br/>
        <w:t>vt 0.764661 0.650097</w:t>
        <w:br/>
        <w:t>vt 0.716247 0.650097</w:t>
        <w:br/>
        <w:t>vt 0.716247 0.645159</w:t>
        <w:br/>
        <w:t>vt 0.764661 0.645159</w:t>
        <w:br/>
        <w:t>vt 0.537843 0.600380</w:t>
        <w:br/>
        <w:t>vt 0.537535 0.613219</w:t>
        <w:br/>
        <w:t>vt 0.588420 0.613219</w:t>
        <w:br/>
        <w:t>vt 0.588561 0.600380</w:t>
        <w:br/>
        <w:t>vt 0.634919 0.645159</w:t>
        <w:br/>
        <w:t>vt 0.634919 0.650097</w:t>
        <w:br/>
        <w:t>vt 0.586212 0.650097</w:t>
        <w:br/>
        <w:t>vt 0.586212 0.645159</w:t>
        <w:br/>
        <w:t>vt 0.685180 0.645159</w:t>
        <w:br/>
        <w:t>vt 0.690971 0.645159</w:t>
        <w:br/>
        <w:t>vt 0.690971 0.650097</w:t>
        <w:br/>
        <w:t>vt 0.685180 0.650097</w:t>
        <w:br/>
        <w:t>vt 0.510969 0.613219</w:t>
        <w:br/>
        <w:t>vt 0.505229 0.600644</w:t>
        <w:br/>
        <w:t>vt 0.502380 0.602158</w:t>
        <w:br/>
        <w:t>vt 0.511364 0.600380</w:t>
        <w:br/>
        <w:t>vt 0.682231 0.645159</w:t>
        <w:br/>
        <w:t>vt 0.682231 0.650097</w:t>
        <w:br/>
        <w:t>vt 0.660347 0.650097</w:t>
        <w:br/>
        <w:t>vt 0.660347 0.645159</w:t>
        <w:br/>
        <w:t>vt 0.667340 0.645159</w:t>
        <w:br/>
        <w:t>vt 0.667340 0.650097</w:t>
        <w:br/>
        <w:t>vt 0.503431 0.612601</w:t>
        <w:br/>
        <w:t>vt 0.500862 0.610698</w:t>
        <w:br/>
        <w:t>vt 0.499432 0.608055</w:t>
        <w:br/>
        <w:t>vt 0.673447 0.650097</w:t>
        <w:br/>
        <w:t>vt 0.670384 0.650097</w:t>
        <w:br/>
        <w:t>vt 0.670384 0.645159</w:t>
        <w:br/>
        <w:t>vt 0.673447 0.645159</w:t>
        <w:br/>
        <w:t>vt 0.676422 0.650097</w:t>
        <w:br/>
        <w:t>vt 0.676422 0.645159</w:t>
        <w:br/>
        <w:t>vt 0.679299 0.650097</w:t>
        <w:br/>
        <w:t>vt 0.679299 0.645159</w:t>
        <w:br/>
        <w:t>vt 0.500228 0.603921</w:t>
        <w:br/>
        <w:t>vt 0.499185 0.605872</w:t>
        <w:br/>
        <w:t>vt 0.877141 0.645159</w:t>
        <w:br/>
        <w:t>vt 0.877141 0.650097</w:t>
        <w:br/>
        <w:t>vt 0.861491 0.650097</w:t>
        <w:br/>
        <w:t>vt 0.861491 0.645159</w:t>
        <w:br/>
        <w:t>vt 0.634919 0.645159</w:t>
        <w:br/>
        <w:t>vt 0.861491 0.650097</w:t>
        <w:br/>
        <w:t>vt 0.813076 0.650097</w:t>
        <w:br/>
        <w:t>vt 0.813076 0.645159</w:t>
        <w:br/>
        <w:t>vt 0.861491 0.645159</w:t>
        <w:br/>
        <w:t>vt 0.639280 0.600380</w:t>
        <w:br/>
        <w:t>vt 0.639306 0.613219</w:t>
        <w:br/>
        <w:t>vt 0.690191 0.613219</w:t>
        <w:br/>
        <w:t>vt 0.689999 0.600380</w:t>
        <w:br/>
        <w:t>vt 0.537506 0.645159</w:t>
        <w:br/>
        <w:t>vt 0.537506 0.650097</w:t>
        <w:br/>
        <w:t>vt 0.488799 0.650097</w:t>
        <w:br/>
        <w:t>vt 0.488799 0.645159</w:t>
        <w:br/>
        <w:t>vt 0.764661 0.650097</w:t>
        <w:br/>
        <w:t>vt 0.764661 0.645159</w:t>
        <w:br/>
        <w:t>vt 0.716247 0.645159</w:t>
        <w:br/>
        <w:t>vt 0.716247 0.650097</w:t>
        <w:br/>
        <w:t>vt 0.537843 0.600380</w:t>
        <w:br/>
        <w:t>vt 0.588561 0.600380</w:t>
        <w:br/>
        <w:t>vt 0.588420 0.613219</w:t>
        <w:br/>
        <w:t>vt 0.537535 0.613219</w:t>
        <w:br/>
        <w:t>vt 0.634919 0.645159</w:t>
        <w:br/>
        <w:t>vt 0.586212 0.645159</w:t>
        <w:br/>
        <w:t>vt 0.586212 0.650097</w:t>
        <w:br/>
        <w:t>vt 0.634919 0.650097</w:t>
        <w:br/>
        <w:t>vt 0.685180 0.645159</w:t>
        <w:br/>
        <w:t>vt 0.685180 0.650097</w:t>
        <w:br/>
        <w:t>vt 0.690971 0.650097</w:t>
        <w:br/>
        <w:t>vt 0.690971 0.645159</w:t>
        <w:br/>
        <w:t>vt 0.510969 0.613219</w:t>
        <w:br/>
        <w:t>vt 0.502380 0.602158</w:t>
        <w:br/>
        <w:t>vt 0.505229 0.600644</w:t>
        <w:br/>
        <w:t>vt 0.511364 0.600380</w:t>
        <w:br/>
        <w:t>vt 0.682231 0.645159</w:t>
        <w:br/>
        <w:t>vt 0.682231 0.650097</w:t>
        <w:br/>
        <w:t>vt 0.660347 0.650097</w:t>
        <w:br/>
        <w:t>vt 0.667340 0.650097</w:t>
        <w:br/>
        <w:t>vt 0.667340 0.645159</w:t>
        <w:br/>
        <w:t>vt 0.660347 0.645159</w:t>
        <w:br/>
        <w:t>vt 0.503431 0.612601</w:t>
        <w:br/>
        <w:t>vt 0.500862 0.610698</w:t>
        <w:br/>
        <w:t>vt 0.499432 0.608055</w:t>
        <w:br/>
        <w:t>vt 0.673447 0.650097</w:t>
        <w:br/>
        <w:t>vt 0.673447 0.645159</w:t>
        <w:br/>
        <w:t>vt 0.670384 0.645159</w:t>
        <w:br/>
        <w:t>vt 0.670384 0.650097</w:t>
        <w:br/>
        <w:t>vt 0.676422 0.650097</w:t>
        <w:br/>
        <w:t>vt 0.676422 0.645159</w:t>
        <w:br/>
        <w:t>vt 0.679299 0.650097</w:t>
        <w:br/>
        <w:t>vt 0.679299 0.645159</w:t>
        <w:br/>
        <w:t>vt 0.500228 0.603921</w:t>
        <w:br/>
        <w:t>vt 0.499185 0.605872</w:t>
        <w:br/>
        <w:t>vt 0.877141 0.645159</w:t>
        <w:br/>
        <w:t>vt 0.861491 0.645159</w:t>
        <w:br/>
        <w:t>vt 0.861491 0.650097</w:t>
        <w:br/>
        <w:t>vt 0.877141 0.650097</w:t>
        <w:br/>
        <w:t>vt 0.634919 0.645159</w:t>
        <w:br/>
        <w:t>vt 0.861491 0.650097</w:t>
        <w:br/>
        <w:t>vt 0.861491 0.645159</w:t>
        <w:br/>
        <w:t>vt 0.813076 0.645159</w:t>
        <w:br/>
        <w:t>vt 0.813076 0.650097</w:t>
        <w:br/>
        <w:t>vt 0.639280 0.600380</w:t>
        <w:br/>
        <w:t>vt 0.689999 0.600380</w:t>
        <w:br/>
        <w:t>vt 0.690191 0.613219</w:t>
        <w:br/>
        <w:t>vt 0.639306 0.613219</w:t>
        <w:br/>
        <w:t>vt 0.537506 0.645159</w:t>
        <w:br/>
        <w:t>vt 0.488799 0.645159</w:t>
        <w:br/>
        <w:t>vt 0.488799 0.650097</w:t>
        <w:br/>
        <w:t>vt 0.537506 0.650097</w:t>
        <w:br/>
        <w:t>vt 0.531865 0.992162</w:t>
        <w:br/>
        <w:t>vt 0.510381 0.992162</w:t>
        <w:br/>
        <w:t>vt 0.510646 0.989119</w:t>
        <w:br/>
        <w:t>vt 0.532110 0.989119</w:t>
        <w:br/>
        <w:t>vt 0.547091 0.992162</w:t>
        <w:br/>
        <w:t>vt 0.547077 0.989119</w:t>
        <w:br/>
        <w:t>vt 0.493399 0.992162</w:t>
        <w:br/>
        <w:t>vt 0.493489 0.989119</w:t>
        <w:br/>
        <w:t>vt 0.595238 0.992162</w:t>
        <w:br/>
        <w:t>vt 0.576226 0.992162</w:t>
        <w:br/>
        <w:t>vt 0.576203 0.989119</w:t>
        <w:br/>
        <w:t>vt 0.594986 0.989119</w:t>
        <w:br/>
        <w:t>vt 0.605210 0.989119</w:t>
        <w:br/>
        <w:t>vt 0.605202 0.992162</w:t>
        <w:br/>
        <w:t>vt 0.561521 0.992162</w:t>
        <w:br/>
        <w:t>vt 0.561640 0.989119</w:t>
        <w:br/>
        <w:t>vt 0.615953 0.989119</w:t>
        <w:br/>
        <w:t>vt 0.615945 0.992162</w:t>
        <w:br/>
        <w:t>vt 0.478437 0.992162</w:t>
        <w:br/>
        <w:t>vt 0.478279 0.989119</w:t>
        <w:br/>
        <w:t>vt 0.457913 0.992162</w:t>
        <w:br/>
        <w:t>vt 0.457804 0.989119</w:t>
        <w:br/>
        <w:t>vt 0.443474 0.992162</w:t>
        <w:br/>
        <w:t>vt 0.443474 0.989119</w:t>
        <w:br/>
        <w:t>vt 0.633918 0.989119</w:t>
        <w:br/>
        <w:t>vt 0.633918 0.992162</w:t>
        <w:br/>
        <w:t>vt 0.367683 0.483624</w:t>
        <w:br/>
        <w:t>vt 0.370412 0.475364</w:t>
        <w:br/>
        <w:t>vt 0.370412 0.483624</w:t>
        <w:br/>
        <w:t>vt 0.367683 0.465849</w:t>
        <w:br/>
        <w:t>vt 0.370412 0.466161</w:t>
        <w:br/>
        <w:t>vt 0.367683 0.457363</w:t>
        <w:br/>
        <w:t>vt 0.370412 0.457330</w:t>
        <w:br/>
        <w:t>vt 0.367683 0.447969</w:t>
        <w:br/>
        <w:t>vt 0.370412 0.448038</w:t>
        <w:br/>
        <w:t>vt 0.367683 0.431684</w:t>
        <w:br/>
        <w:t>vt 0.370412 0.431716</w:t>
        <w:br/>
        <w:t>vt 0.089115 0.282113</w:t>
        <w:br/>
        <w:t>vt 0.089115 0.270419</w:t>
        <w:br/>
        <w:t>vt 0.091993 0.270593</w:t>
        <w:br/>
        <w:t>vt 0.091993 0.282079</w:t>
        <w:br/>
        <w:t>vt 0.089115 0.253214</w:t>
        <w:br/>
        <w:t>vt 0.091993 0.253343</w:t>
        <w:br/>
        <w:t>vt 0.089115 0.240560</w:t>
        <w:br/>
        <w:t>vt 0.091993 0.240433</w:t>
        <w:br/>
        <w:t>vt 0.089115 0.226388</w:t>
        <w:br/>
        <w:t>vt 0.091993 0.226090</w:t>
        <w:br/>
        <w:t>vt 0.089115 0.208576</w:t>
        <w:br/>
        <w:t>vt 0.091993 0.208340</w:t>
        <w:br/>
        <w:t>vt 0.089115 0.195997</w:t>
        <w:br/>
        <w:t>vt 0.091993 0.196091</w:t>
        <w:br/>
        <w:t>vt 0.089115 0.181385</w:t>
        <w:br/>
        <w:t>vt 0.091993 0.185144</w:t>
        <w:br/>
        <w:t>vt 0.091993 0.180349</w:t>
        <w:br/>
        <w:t>vt 0.867995 0.246042</w:t>
        <w:br/>
        <w:t>vt 0.876788 0.241984</w:t>
        <w:br/>
        <w:t>vt 0.876788 0.245800</w:t>
        <w:br/>
        <w:t>vt 0.863523 0.249777</w:t>
        <w:br/>
        <w:t>vt 0.876788 0.250425</w:t>
        <w:br/>
        <w:t>vt 0.700454 0.251640</w:t>
        <w:br/>
        <w:t>vt 0.687492 0.252342</w:t>
        <w:br/>
        <w:t>vt 0.687492 0.247019</w:t>
        <w:br/>
        <w:t>vt 0.699987 0.246515</w:t>
        <w:br/>
        <w:t>vt 0.687492 0.243539</w:t>
        <w:br/>
        <w:t>vt 0.697420 0.238664</w:t>
        <w:br/>
        <w:t>vt 0.864201 0.255768</w:t>
        <w:br/>
        <w:t>vt 0.705122 0.234724</w:t>
        <w:br/>
        <w:t>vt 0.709140 0.237178</w:t>
        <w:br/>
        <w:t>vt 0.711794 0.231399</w:t>
        <w:br/>
        <w:t>vt 0.725151 0.236473</w:t>
        <w:br/>
        <w:t>vt 0.731317 0.230380</w:t>
        <w:br/>
        <w:t>vt 0.735580 0.236828</w:t>
        <w:br/>
        <w:t>vt 0.756450 0.241603</w:t>
        <w:br/>
        <w:t>vt 0.747938 0.246220</w:t>
        <w:br/>
        <w:t>vt 0.747848 0.237498</w:t>
        <w:br/>
        <w:t>vt 0.734716 0.230895</w:t>
        <w:br/>
        <w:t>vt 0.740010 0.233496</w:t>
        <w:br/>
        <w:t>vt 0.725518 0.245734</w:t>
        <w:br/>
        <w:t>vt 0.735571 0.245899</w:t>
        <w:br/>
        <w:t>vt 0.738758 0.255299</w:t>
        <w:br/>
        <w:t>vt 0.726771 0.255350</w:t>
        <w:br/>
        <w:t>vt 0.741636 0.265987</w:t>
        <w:br/>
        <w:t>vt 0.729597 0.266464</w:t>
        <w:br/>
        <w:t>vt 0.749749 0.255620</w:t>
        <w:br/>
        <w:t>vt 0.753377 0.265681</w:t>
        <w:br/>
        <w:t>vt 0.747802 0.251688</w:t>
        <w:br/>
        <w:t>vt 0.713392 0.256079</w:t>
        <w:br/>
        <w:t>vt 0.714654 0.245868</w:t>
        <w:br/>
        <w:t>vt 0.717447 0.236302</w:t>
        <w:br/>
        <w:t>vt 0.722556 0.231595</w:t>
        <w:br/>
        <w:t>vt 0.715124 0.230915</w:t>
        <w:br/>
        <w:t>vt 0.764379 0.246238</w:t>
        <w:br/>
        <w:t>vt 0.756252 0.250485</w:t>
        <w:br/>
        <w:t>vt 0.760656 0.255878</w:t>
        <w:br/>
        <w:t>vt 0.769657 0.250315</w:t>
        <w:br/>
        <w:t>vt 0.773536 0.256079</w:t>
        <w:br/>
        <w:t>vt 0.766469 0.265201</w:t>
        <w:br/>
        <w:t>vt 0.777495 0.264489</w:t>
        <w:br/>
        <w:t>vt 0.775057 0.275934</w:t>
        <w:br/>
        <w:t>vt 0.792962 0.273660</w:t>
        <w:br/>
        <w:t>vt 0.782863 0.290768</w:t>
        <w:br/>
        <w:t>vt 0.804577 0.288981</w:t>
        <w:br/>
        <w:t>vt 0.829964 0.287618</w:t>
        <w:br/>
        <w:t>vt 0.814513 0.278255</w:t>
        <w:br/>
        <w:t>vt 0.827960 0.279436</w:t>
        <w:br/>
        <w:t>vt 0.759349 0.277353</w:t>
        <w:br/>
        <w:t>vt 0.765466 0.291810</w:t>
        <w:br/>
        <w:t>vt 0.751436 0.291871</w:t>
        <w:br/>
        <w:t>vt 0.746713 0.278267</w:t>
        <w:br/>
        <w:t>vt 0.754374 0.305658</w:t>
        <w:br/>
        <w:t>vt 0.768826 0.305829</w:t>
        <w:br/>
        <w:t>vt 0.786219 0.305244</w:t>
        <w:br/>
        <w:t>vt 0.733525 0.279083</w:t>
        <w:br/>
        <w:t>vt 0.736586 0.292041</w:t>
        <w:br/>
        <w:t>vt 0.701154 0.257170</w:t>
        <w:br/>
        <w:t>vt 0.687492 0.258242</w:t>
        <w:br/>
        <w:t>vt 0.703436 0.268130</w:t>
        <w:br/>
        <w:t>vt 0.687492 0.269181</w:t>
        <w:br/>
        <w:t>vt 0.876788 0.262886</w:t>
        <w:br/>
        <w:t>vt 0.866587 0.263349</w:t>
        <w:br/>
        <w:t>vt 0.876788 0.254892</w:t>
        <w:br/>
        <w:t>vt 0.876788 0.287194</w:t>
        <w:br/>
        <w:t>vt 0.854303 0.287225</w:t>
        <w:br/>
        <w:t>vt 0.858273 0.272874</w:t>
        <w:br/>
        <w:t>vt 0.876788 0.272917</w:t>
        <w:br/>
        <w:t>vt 0.705693 0.293925</w:t>
        <w:br/>
        <w:t>vt 0.687492 0.294590</w:t>
        <w:br/>
        <w:t>vt 0.687492 0.281067</w:t>
        <w:br/>
        <w:t>vt 0.704723 0.280514</w:t>
        <w:br/>
        <w:t>vt 0.876788 0.302167</w:t>
        <w:br/>
        <w:t>vt 0.855057 0.302543</w:t>
        <w:br/>
        <w:t>vt 0.706041 0.306948</w:t>
        <w:br/>
        <w:t>vt 0.687492 0.307456</w:t>
        <w:br/>
        <w:t>vt 0.721830 0.306152</w:t>
        <w:br/>
        <w:t>vt 0.720831 0.292857</w:t>
        <w:br/>
        <w:t>vt 0.706019 0.319265</w:t>
        <w:br/>
        <w:t>vt 0.687492 0.319619</w:t>
        <w:br/>
        <w:t>vt 0.705872 0.330949</w:t>
        <w:br/>
        <w:t>vt 0.687492 0.331158</w:t>
        <w:br/>
        <w:t>vt 0.722157 0.318733</w:t>
        <w:br/>
        <w:t>vt 0.722152 0.330642</w:t>
        <w:br/>
        <w:t>vt 0.738418 0.305602</w:t>
        <w:br/>
        <w:t>vt 0.739298 0.318386</w:t>
        <w:br/>
        <w:t>vt 0.756018 0.318579</w:t>
        <w:br/>
        <w:t>vt 0.718968 0.279886</w:t>
        <w:br/>
        <w:t>vt 0.716351 0.267237</w:t>
        <w:br/>
        <w:t>vt 0.876788 0.315931</w:t>
        <w:br/>
        <w:t>vt 0.855893 0.316297</w:t>
        <w:br/>
        <w:t>vt 0.833344 0.316823</w:t>
        <w:br/>
        <w:t>vt 0.856194 0.328777</w:t>
        <w:br/>
        <w:t>vt 0.834087 0.329198</w:t>
        <w:br/>
        <w:t>vt 0.855979 0.340423</w:t>
        <w:br/>
        <w:t>vt 0.834576 0.340738</w:t>
        <w:br/>
        <w:t>vt 0.855317 0.351402</w:t>
        <w:br/>
        <w:t>vt 0.834852 0.351556</w:t>
        <w:br/>
        <w:t>vt 0.876788 0.351407</w:t>
        <w:br/>
        <w:t>vt 0.876788 0.340240</w:t>
        <w:br/>
        <w:t>vt 0.876788 0.328481</w:t>
        <w:br/>
        <w:t>vt 0.809348 0.317603</w:t>
        <w:br/>
        <w:t>vt 0.810420 0.329857</w:t>
        <w:br/>
        <w:t>vt 0.811522 0.341326</w:t>
        <w:br/>
        <w:t>vt 0.832037 0.303160</w:t>
        <w:br/>
        <w:t>vt 0.850996 0.276198</w:t>
        <w:br/>
        <w:t>vt 0.807775 0.304147</w:t>
        <w:br/>
        <w:t>vt 0.787699 0.318475</w:t>
        <w:br/>
        <w:t>vt 0.739743 0.330443</w:t>
        <w:br/>
        <w:t>vt 0.757069 0.330678</w:t>
        <w:br/>
        <w:t>vt 0.757930 0.342188</w:t>
        <w:br/>
        <w:t>vt 0.739969 0.341959</w:t>
        <w:br/>
        <w:t>vt 0.758603 0.353085</w:t>
        <w:br/>
        <w:t>vt 0.740071 0.352908</w:t>
        <w:br/>
        <w:t>vt 0.758863 0.363047</w:t>
        <w:br/>
        <w:t>vt 0.740158 0.362940</w:t>
        <w:br/>
        <w:t>vt 0.722381 0.363228</w:t>
        <w:br/>
        <w:t>vt 0.739995 0.373869</w:t>
        <w:br/>
        <w:t>vt 0.722669 0.374271</w:t>
        <w:br/>
        <w:t>vt 0.687492 0.374494</w:t>
        <w:br/>
        <w:t>vt 0.687492 0.363415</w:t>
        <w:br/>
        <w:t>vt 0.707045 0.363502</w:t>
        <w:br/>
        <w:t>vt 0.707431 0.374619</w:t>
        <w:br/>
        <w:t>vt 0.814259 0.371819</w:t>
        <w:br/>
        <w:t>vt 0.791831 0.372985</w:t>
        <w:br/>
        <w:t>vt 0.791290 0.362648</w:t>
        <w:br/>
        <w:t>vt 0.813503 0.361841</w:t>
        <w:br/>
        <w:t>vt 0.775078 0.363034</w:t>
        <w:br/>
        <w:t>vt 0.776633 0.373703</w:t>
        <w:br/>
        <w:t>vt 0.759777 0.373966</w:t>
        <w:br/>
        <w:t>vt 0.774346 0.353209</w:t>
        <w:br/>
        <w:t>vt 0.721934 0.353097</w:t>
        <w:br/>
        <w:t>vt 0.721969 0.342093</w:t>
        <w:br/>
        <w:t>vt 0.705855 0.342291</w:t>
        <w:br/>
        <w:t>vt 0.706268 0.353299</w:t>
        <w:br/>
        <w:t>vt 0.687492 0.353290</w:t>
        <w:br/>
        <w:t>vt 0.687492 0.342368</w:t>
        <w:br/>
        <w:t>vt 0.773249 0.342397</w:t>
        <w:br/>
        <w:t>vt 0.789577 0.342114</w:t>
        <w:br/>
        <w:t>vt 0.790577 0.352887</w:t>
        <w:br/>
        <w:t>vt 0.812634 0.352093</w:t>
        <w:br/>
        <w:t>vt 0.834945 0.361310</w:t>
        <w:br/>
        <w:t>vt 0.854546 0.361340</w:t>
        <w:br/>
        <w:t>vt 0.876788 0.361632</w:t>
        <w:br/>
        <w:t>vt 0.853253 0.371500</w:t>
        <w:br/>
        <w:t>vt 0.835249 0.371163</w:t>
        <w:br/>
        <w:t>vt 0.876788 0.372392</w:t>
        <w:br/>
        <w:t>vt 0.788656 0.330647</w:t>
        <w:br/>
        <w:t>vt 0.772081 0.330933</w:t>
        <w:br/>
        <w:t>vt 0.770762 0.318844</w:t>
        <w:br/>
        <w:t>vt 0.704631 0.460099</w:t>
        <w:br/>
        <w:t>vt 0.687492 0.459859</w:t>
        <w:br/>
        <w:t>vt 0.687492 0.441232</w:t>
        <w:br/>
        <w:t>vt 0.704312 0.441169</w:t>
        <w:br/>
        <w:t>vt 0.704000 0.494476</w:t>
        <w:br/>
        <w:t>vt 0.687492 0.493022</w:t>
        <w:br/>
        <w:t>vt 0.718950 0.461818</w:t>
        <w:br/>
        <w:t>vt 0.722435 0.496587</w:t>
        <w:br/>
        <w:t>vt 0.717926 0.443105</w:t>
        <w:br/>
        <w:t>vt 0.737885 0.445601</w:t>
        <w:br/>
        <w:t>vt 0.739262 0.463526</w:t>
        <w:br/>
        <w:t>vt 0.741527 0.498711</w:t>
        <w:br/>
        <w:t>vt 0.759771 0.445742</w:t>
        <w:br/>
        <w:t>vt 0.759876 0.464396</w:t>
        <w:br/>
        <w:t>vt 0.759369 0.500161</w:t>
        <w:br/>
        <w:t>vt 0.773037 0.500257</w:t>
        <w:br/>
        <w:t>vt 0.776956 0.465561</w:t>
        <w:br/>
        <w:t>vt 0.778106 0.444994</w:t>
        <w:br/>
        <w:t>vt 0.799059 0.464977</w:t>
        <w:br/>
        <w:t>vt 0.798274 0.498354</w:t>
        <w:br/>
        <w:t>vt 0.781388 0.499592</w:t>
        <w:br/>
        <w:t>vt 0.798967 0.443878</w:t>
        <w:br/>
        <w:t>vt 0.774591 0.430192</w:t>
        <w:br/>
        <w:t>vt 0.796480 0.428156</w:t>
        <w:br/>
        <w:t>vt 0.757273 0.433735</w:t>
        <w:br/>
        <w:t>vt 0.736348 0.434806</w:t>
        <w:br/>
        <w:t>vt 0.703758 0.426744</w:t>
        <w:br/>
        <w:t>vt 0.719995 0.431512</w:t>
        <w:br/>
        <w:t>vt 0.736348 0.434806</w:t>
        <w:br/>
        <w:t>vt 0.687492 0.427458</w:t>
        <w:br/>
        <w:t>vt 0.687492 0.411551</w:t>
        <w:br/>
        <w:t>vt 0.687492 0.400515</w:t>
        <w:br/>
        <w:t>vt 0.705262 0.401774</w:t>
        <w:br/>
        <w:t>vt 0.703902 0.412632</w:t>
        <w:br/>
        <w:t>vt 0.736751 0.419218</w:t>
        <w:br/>
        <w:t>vt 0.755248 0.419090</w:t>
        <w:br/>
        <w:t>vt 0.756073 0.409754</w:t>
        <w:br/>
        <w:t>vt 0.737750 0.409622</w:t>
        <w:br/>
        <w:t>vt 0.738472 0.398118</w:t>
        <w:br/>
        <w:t>vt 0.759227 0.398619</w:t>
        <w:br/>
        <w:t>vt 0.876788 0.383732</w:t>
        <w:br/>
        <w:t>vt 0.852983 0.381417</w:t>
        <w:br/>
        <w:t>vt 0.837702 0.392838</w:t>
        <w:br/>
        <w:t>vt 0.836332 0.379945</w:t>
        <w:br/>
        <w:t>vt 0.854490 0.395057</w:t>
        <w:br/>
        <w:t>vt 0.759383 0.386358</w:t>
        <w:br/>
        <w:t>vt 0.777148 0.385848</w:t>
        <w:br/>
        <w:t>vt 0.777499 0.398699</w:t>
        <w:br/>
        <w:t>vt 0.739103 0.385590</w:t>
        <w:br/>
        <w:t>vt 0.687492 0.387579</w:t>
        <w:br/>
        <w:t>vt 0.707292 0.387829</w:t>
        <w:br/>
        <w:t>vt 0.815359 0.425710</w:t>
        <w:br/>
        <w:t>vt 0.817717 0.443192</w:t>
        <w:br/>
        <w:t>vt 0.819161 0.496688</w:t>
        <w:br/>
        <w:t>vt 0.819066 0.463942</w:t>
        <w:br/>
        <w:t>vt 0.794523 0.413214</w:t>
        <w:br/>
        <w:t>vt 0.813473 0.410194</w:t>
        <w:br/>
        <w:t>vt 0.814038 0.382388</w:t>
        <w:br/>
        <w:t>vt 0.792825 0.384637</w:t>
        <w:br/>
        <w:t>vt 0.840078 0.421301</w:t>
        <w:br/>
        <w:t>vt 0.855328 0.420483</w:t>
        <w:br/>
        <w:t>vt 0.855678 0.438710</w:t>
        <w:br/>
        <w:t>vt 0.839709 0.440475</w:t>
        <w:br/>
        <w:t>vt 0.876788 0.424296</w:t>
        <w:br/>
        <w:t>vt 0.876788 0.437924</w:t>
        <w:br/>
        <w:t>vt 0.876788 0.457773</w:t>
        <w:br/>
        <w:t>vt 0.855309 0.459559</w:t>
        <w:br/>
        <w:t>vt 0.876788 0.493986</w:t>
        <w:br/>
        <w:t>vt 0.853856 0.493681</w:t>
        <w:br/>
        <w:t>vt 0.837180 0.494723</w:t>
        <w:br/>
        <w:t>vt 0.838964 0.461728</w:t>
        <w:br/>
        <w:t>vt 0.856115 0.408256</w:t>
        <w:br/>
        <w:t>vt 0.876788 0.397368</w:t>
        <w:br/>
        <w:t>vt 0.876788 0.408919</w:t>
        <w:br/>
        <w:t>vt 0.838935 0.407183</w:t>
        <w:br/>
        <w:t>vt 0.737750 0.409622</w:t>
        <w:br/>
        <w:t>vt 0.722122 0.411165</w:t>
        <w:br/>
        <w:t>vt 0.722623 0.400109</w:t>
        <w:br/>
        <w:t>vt 0.738472 0.398118</w:t>
        <w:br/>
        <w:t>vt 0.721300 0.420790</w:t>
        <w:br/>
        <w:t>vt 0.763358 0.421803</w:t>
        <w:br/>
        <w:t>vt 0.766583 0.410803</w:t>
        <w:br/>
        <w:t>vt 0.838935 0.407183</w:t>
        <w:br/>
        <w:t>vt 0.814025 0.395346</w:t>
        <w:br/>
        <w:t>vt 0.722310 0.386819</w:t>
        <w:br/>
        <w:t>vt 0.736751 0.419218</w:t>
        <w:br/>
        <w:t>vt 0.739103 0.385590</w:t>
        <w:br/>
        <w:t>vt 0.777759 0.412332</w:t>
        <w:br/>
        <w:t>vt 0.795042 0.398933</w:t>
        <w:br/>
        <w:t>vt 0.801736 0.276792</w:t>
        <w:br/>
        <w:t>vt 0.841768 0.278635</w:t>
        <w:br/>
        <w:t>vt 0.835760 0.525185</w:t>
        <w:br/>
        <w:t>vt 0.817870 0.525185</w:t>
        <w:br/>
        <w:t>vt 0.796436 0.525185</w:t>
        <w:br/>
        <w:t>vt 0.758978 0.525185</w:t>
        <w:br/>
        <w:t>vt 0.743291 0.525185</w:t>
        <w:br/>
        <w:t>vt 0.735030 0.525185</w:t>
        <w:br/>
        <w:t>vt 0.724919 0.525185</w:t>
        <w:br/>
        <w:t>vt 0.876788 0.525185</w:t>
        <w:br/>
        <w:t>vt 0.852890 0.525185</w:t>
        <w:br/>
        <w:t>vt 0.704783 0.525185</w:t>
        <w:br/>
        <w:t>vt 0.770388 0.525185</w:t>
        <w:br/>
        <w:t>vt 0.687492 0.525185</w:t>
        <w:br/>
        <w:t>vt 0.782368 0.525185</w:t>
        <w:br/>
        <w:t>vt 0.867995 0.246042</w:t>
        <w:br/>
        <w:t>vt 0.876788 0.245800</w:t>
        <w:br/>
        <w:t>vt 0.876788 0.241984</w:t>
        <w:br/>
        <w:t>vt 0.863523 0.249777</w:t>
        <w:br/>
        <w:t>vt 0.876788 0.250425</w:t>
        <w:br/>
        <w:t>vt 0.700454 0.251640</w:t>
        <w:br/>
        <w:t>vt 0.699987 0.246515</w:t>
        <w:br/>
        <w:t>vt 0.687492 0.247019</w:t>
        <w:br/>
        <w:t>vt 0.687492 0.252342</w:t>
        <w:br/>
        <w:t>vt 0.687492 0.243539</w:t>
        <w:br/>
        <w:t>vt 0.697420 0.238664</w:t>
        <w:br/>
        <w:t>vt 0.864201 0.255768</w:t>
        <w:br/>
        <w:t>vt 0.709140 0.237178</w:t>
        <w:br/>
        <w:t>vt 0.705122 0.234724</w:t>
        <w:br/>
        <w:t>vt 0.711794 0.231399</w:t>
        <w:br/>
        <w:t>vt 0.725151 0.236473</w:t>
        <w:br/>
        <w:t>vt 0.735580 0.236828</w:t>
        <w:br/>
        <w:t>vt 0.731318 0.230380</w:t>
        <w:br/>
        <w:t>vt 0.756450 0.241603</w:t>
        <w:br/>
        <w:t>vt 0.747848 0.237498</w:t>
        <w:br/>
        <w:t>vt 0.747938 0.246220</w:t>
        <w:br/>
        <w:t>vt 0.740010 0.233496</w:t>
        <w:br/>
        <w:t>vt 0.734716 0.230895</w:t>
        <w:br/>
        <w:t>vt 0.725518 0.245734</w:t>
        <w:br/>
        <w:t>vt 0.735571 0.245899</w:t>
        <w:br/>
        <w:t>vt 0.726771 0.255350</w:t>
        <w:br/>
        <w:t>vt 0.738758 0.255299</w:t>
        <w:br/>
        <w:t>vt 0.729597 0.266464</w:t>
        <w:br/>
        <w:t>vt 0.741636 0.265987</w:t>
        <w:br/>
        <w:t>vt 0.753377 0.265681</w:t>
        <w:br/>
        <w:t>vt 0.749749 0.255620</w:t>
        <w:br/>
        <w:t>vt 0.747802 0.251688</w:t>
        <w:br/>
        <w:t>vt 0.714655 0.245868</w:t>
        <w:br/>
        <w:t>vt 0.713392 0.256079</w:t>
        <w:br/>
        <w:t>vt 0.717447 0.236302</w:t>
        <w:br/>
        <w:t>vt 0.722556 0.231595</w:t>
        <w:br/>
        <w:t>vt 0.715124 0.230915</w:t>
        <w:br/>
        <w:t>vt 0.764379 0.246238</w:t>
        <w:br/>
        <w:t>vt 0.756252 0.250485</w:t>
        <w:br/>
        <w:t>vt 0.760656 0.255878</w:t>
        <w:br/>
        <w:t>vt 0.769657 0.250315</w:t>
        <w:br/>
        <w:t>vt 0.773536 0.256079</w:t>
        <w:br/>
        <w:t>vt 0.766469 0.265201</w:t>
        <w:br/>
        <w:t>vt 0.777495 0.264489</w:t>
        <w:br/>
        <w:t>vt 0.775057 0.275934</w:t>
        <w:br/>
        <w:t>vt 0.792962 0.273660</w:t>
        <w:br/>
        <w:t>vt 0.782863 0.290768</w:t>
        <w:br/>
        <w:t>vt 0.804577 0.288981</w:t>
        <w:br/>
        <w:t>vt 0.814513 0.278255</w:t>
        <w:br/>
        <w:t>vt 0.829964 0.287618</w:t>
        <w:br/>
        <w:t>vt 0.827960 0.279436</w:t>
        <w:br/>
        <w:t>vt 0.759349 0.277353</w:t>
        <w:br/>
        <w:t>vt 0.751436 0.291871</w:t>
        <w:br/>
        <w:t>vt 0.765466 0.291810</w:t>
        <w:br/>
        <w:t>vt 0.746713 0.278267</w:t>
        <w:br/>
        <w:t>vt 0.754374 0.305658</w:t>
        <w:br/>
        <w:t>vt 0.768826 0.305829</w:t>
        <w:br/>
        <w:t>vt 0.786219 0.305244</w:t>
        <w:br/>
        <w:t>vt 0.733525 0.279083</w:t>
        <w:br/>
        <w:t>vt 0.736586 0.292041</w:t>
        <w:br/>
        <w:t>vt 0.701154 0.257170</w:t>
        <w:br/>
        <w:t>vt 0.687492 0.258242</w:t>
        <w:br/>
        <w:t>vt 0.687492 0.269181</w:t>
        <w:br/>
        <w:t>vt 0.703436 0.268130</w:t>
        <w:br/>
        <w:t>vt 0.876788 0.262886</w:t>
        <w:br/>
        <w:t>vt 0.876788 0.254892</w:t>
        <w:br/>
        <w:t>vt 0.866587 0.263349</w:t>
        <w:br/>
        <w:t>vt 0.876788 0.287194</w:t>
        <w:br/>
        <w:t>vt 0.876788 0.272917</w:t>
        <w:br/>
        <w:t>vt 0.858273 0.272874</w:t>
        <w:br/>
        <w:t>vt 0.854303 0.287225</w:t>
        <w:br/>
        <w:t>vt 0.687492 0.281066</w:t>
        <w:br/>
        <w:t>vt 0.687492 0.294590</w:t>
        <w:br/>
        <w:t>vt 0.705693 0.293925</w:t>
        <w:br/>
        <w:t>vt 0.704723 0.280514</w:t>
        <w:br/>
        <w:t>vt 0.855057 0.302543</w:t>
        <w:br/>
        <w:t>vt 0.876788 0.302167</w:t>
        <w:br/>
        <w:t>vt 0.706041 0.306948</w:t>
        <w:br/>
        <w:t>vt 0.687492 0.307456</w:t>
        <w:br/>
        <w:t>vt 0.721830 0.306152</w:t>
        <w:br/>
        <w:t>vt 0.720831 0.292857</w:t>
        <w:br/>
        <w:t>vt 0.706019 0.319265</w:t>
        <w:br/>
        <w:t>vt 0.687492 0.319619</w:t>
        <w:br/>
        <w:t>vt 0.705872 0.330949</w:t>
        <w:br/>
        <w:t>vt 0.687492 0.331158</w:t>
        <w:br/>
        <w:t>vt 0.722152 0.330642</w:t>
        <w:br/>
        <w:t>vt 0.722157 0.318733</w:t>
        <w:br/>
        <w:t>vt 0.738418 0.305602</w:t>
        <w:br/>
        <w:t>vt 0.739298 0.318386</w:t>
        <w:br/>
        <w:t>vt 0.756018 0.318579</w:t>
        <w:br/>
        <w:t>vt 0.718968 0.279886</w:t>
        <w:br/>
        <w:t>vt 0.716351 0.267237</w:t>
        <w:br/>
        <w:t>vt 0.876788 0.315931</w:t>
        <w:br/>
        <w:t>vt 0.855893 0.316297</w:t>
        <w:br/>
        <w:t>vt 0.856194 0.328777</w:t>
        <w:br/>
        <w:t>vt 0.833344 0.316823</w:t>
        <w:br/>
        <w:t>vt 0.834087 0.329198</w:t>
        <w:br/>
        <w:t>vt 0.855979 0.340423</w:t>
        <w:br/>
        <w:t>vt 0.834576 0.340738</w:t>
        <w:br/>
        <w:t>vt 0.855317 0.351402</w:t>
        <w:br/>
        <w:t>vt 0.834851 0.351556</w:t>
        <w:br/>
        <w:t>vt 0.876788 0.351407</w:t>
        <w:br/>
        <w:t>vt 0.876788 0.340240</w:t>
        <w:br/>
        <w:t>vt 0.876788 0.328481</w:t>
        <w:br/>
        <w:t>vt 0.809348 0.317603</w:t>
        <w:br/>
        <w:t>vt 0.810420 0.329857</w:t>
        <w:br/>
        <w:t>vt 0.811522 0.341326</w:t>
        <w:br/>
        <w:t>vt 0.832037 0.303160</w:t>
        <w:br/>
        <w:t>vt 0.850996 0.276198</w:t>
        <w:br/>
        <w:t>vt 0.807775 0.304147</w:t>
        <w:br/>
        <w:t>vt 0.787699 0.318475</w:t>
        <w:br/>
        <w:t>vt 0.739743 0.330443</w:t>
        <w:br/>
        <w:t>vt 0.757069 0.330678</w:t>
        <w:br/>
        <w:t>vt 0.739969 0.341959</w:t>
        <w:br/>
        <w:t>vt 0.757930 0.342188</w:t>
        <w:br/>
        <w:t>vt 0.740071 0.352908</w:t>
        <w:br/>
        <w:t>vt 0.758602 0.353085</w:t>
        <w:br/>
        <w:t>vt 0.740158 0.362940</w:t>
        <w:br/>
        <w:t>vt 0.758863 0.363047</w:t>
        <w:br/>
        <w:t>vt 0.739995 0.373869</w:t>
        <w:br/>
        <w:t>vt 0.722381 0.363228</w:t>
        <w:br/>
        <w:t>vt 0.722669 0.374271</w:t>
        <w:br/>
        <w:t>vt 0.707045 0.363502</w:t>
        <w:br/>
        <w:t>vt 0.687492 0.363415</w:t>
        <w:br/>
        <w:t>vt 0.687492 0.374494</w:t>
        <w:br/>
        <w:t>vt 0.707431 0.374619</w:t>
        <w:br/>
        <w:t>vt 0.791290 0.362648</w:t>
        <w:br/>
        <w:t>vt 0.791831 0.372985</w:t>
        <w:br/>
        <w:t>vt 0.814259 0.371819</w:t>
        <w:br/>
        <w:t>vt 0.813503 0.361841</w:t>
        <w:br/>
        <w:t>vt 0.775078 0.363034</w:t>
        <w:br/>
        <w:t>vt 0.776633 0.373703</w:t>
        <w:br/>
        <w:t>vt 0.759777 0.373966</w:t>
        <w:br/>
        <w:t>vt 0.774346 0.353209</w:t>
        <w:br/>
        <w:t>vt 0.721934 0.353097</w:t>
        <w:br/>
        <w:t>vt 0.721969 0.342093</w:t>
        <w:br/>
        <w:t>vt 0.705855 0.342291</w:t>
        <w:br/>
        <w:t>vt 0.706268 0.353299</w:t>
        <w:br/>
        <w:t>vt 0.687492 0.342368</w:t>
        <w:br/>
        <w:t>vt 0.687492 0.353290</w:t>
        <w:br/>
        <w:t>vt 0.773249 0.342397</w:t>
        <w:br/>
        <w:t>vt 0.789577 0.342114</w:t>
        <w:br/>
        <w:t>vt 0.790577 0.352887</w:t>
        <w:br/>
        <w:t>vt 0.812634 0.352093</w:t>
        <w:br/>
        <w:t>vt 0.834945 0.361310</w:t>
        <w:br/>
        <w:t>vt 0.854546 0.361340</w:t>
        <w:br/>
        <w:t>vt 0.876788 0.361632</w:t>
        <w:br/>
        <w:t>vt 0.853253 0.371500</w:t>
        <w:br/>
        <w:t>vt 0.835249 0.371163</w:t>
        <w:br/>
        <w:t>vt 0.876788 0.372392</w:t>
        <w:br/>
        <w:t>vt 0.788656 0.330647</w:t>
        <w:br/>
        <w:t>vt 0.770762 0.318844</w:t>
        <w:br/>
        <w:t>vt 0.772081 0.330933</w:t>
        <w:br/>
        <w:t>vt 0.704631 0.460099</w:t>
        <w:br/>
        <w:t>vt 0.704312 0.441169</w:t>
        <w:br/>
        <w:t>vt 0.687492 0.441232</w:t>
        <w:br/>
        <w:t>vt 0.687492 0.459859</w:t>
        <w:br/>
        <w:t>vt 0.687492 0.493022</w:t>
        <w:br/>
        <w:t>vt 0.704000 0.494476</w:t>
        <w:br/>
        <w:t>vt 0.718950 0.461818</w:t>
        <w:br/>
        <w:t>vt 0.722435 0.496587</w:t>
        <w:br/>
        <w:t>vt 0.717926 0.443105</w:t>
        <w:br/>
        <w:t>vt 0.737885 0.445601</w:t>
        <w:br/>
        <w:t>vt 0.739262 0.463526</w:t>
        <w:br/>
        <w:t>vt 0.741527 0.498711</w:t>
        <w:br/>
        <w:t>vt 0.759876 0.464396</w:t>
        <w:br/>
        <w:t>vt 0.759771 0.445742</w:t>
        <w:br/>
        <w:t>vt 0.759369 0.500161</w:t>
        <w:br/>
        <w:t>vt 0.773037 0.500257</w:t>
        <w:br/>
        <w:t>vt 0.776956 0.465561</w:t>
        <w:br/>
        <w:t>vt 0.778106 0.444994</w:t>
        <w:br/>
        <w:t>vt 0.781388 0.499592</w:t>
        <w:br/>
        <w:t>vt 0.798274 0.498354</w:t>
        <w:br/>
        <w:t>vt 0.799059 0.464977</w:t>
        <w:br/>
        <w:t>vt 0.798967 0.443878</w:t>
        <w:br/>
        <w:t>vt 0.796480 0.428156</w:t>
        <w:br/>
        <w:t>vt 0.774591 0.430192</w:t>
        <w:br/>
        <w:t>vt 0.757273 0.433735</w:t>
        <w:br/>
        <w:t>vt 0.736348 0.434806</w:t>
        <w:br/>
        <w:t>vt 0.719995 0.431512</w:t>
        <w:br/>
        <w:t>vt 0.703758 0.426744</w:t>
        <w:br/>
        <w:t>vt 0.736348 0.434806</w:t>
        <w:br/>
        <w:t>vt 0.687492 0.427458</w:t>
        <w:br/>
        <w:t>vt 0.687492 0.411551</w:t>
        <w:br/>
        <w:t>vt 0.703902 0.412632</w:t>
        <w:br/>
        <w:t>vt 0.705262 0.401774</w:t>
        <w:br/>
        <w:t>vt 0.687492 0.400515</w:t>
        <w:br/>
        <w:t>vt 0.755248 0.419090</w:t>
        <w:br/>
        <w:t>vt 0.736751 0.419218</w:t>
        <w:br/>
        <w:t>vt 0.756073 0.409754</w:t>
        <w:br/>
        <w:t>vt 0.759227 0.398619</w:t>
        <w:br/>
        <w:t>vt 0.738472 0.398118</w:t>
        <w:br/>
        <w:t>vt 0.737750 0.409622</w:t>
        <w:br/>
        <w:t>vt 0.852983 0.381417</w:t>
        <w:br/>
        <w:t>vt 0.876788 0.383732</w:t>
        <w:br/>
        <w:t>vt 0.837702 0.392838</w:t>
        <w:br/>
        <w:t>vt 0.854490 0.395057</w:t>
        <w:br/>
        <w:t>vt 0.836332 0.379945</w:t>
        <w:br/>
        <w:t>vt 0.777499 0.398699</w:t>
        <w:br/>
        <w:t>vt 0.777148 0.385848</w:t>
        <w:br/>
        <w:t>vt 0.759383 0.386358</w:t>
        <w:br/>
        <w:t>vt 0.739103 0.385590</w:t>
        <w:br/>
        <w:t>vt 0.687492 0.387579</w:t>
        <w:br/>
        <w:t>vt 0.707292 0.387829</w:t>
        <w:br/>
        <w:t>vt 0.815359 0.425710</w:t>
        <w:br/>
        <w:t>vt 0.817717 0.443192</w:t>
        <w:br/>
        <w:t>vt 0.819161 0.496688</w:t>
        <w:br/>
        <w:t>vt 0.819066 0.463942</w:t>
        <w:br/>
        <w:t>vt 0.794523 0.413214</w:t>
        <w:br/>
        <w:t>vt 0.813473 0.410194</w:t>
        <w:br/>
        <w:t>vt 0.814038 0.382388</w:t>
        <w:br/>
        <w:t>vt 0.792825 0.384637</w:t>
        <w:br/>
        <w:t>vt 0.840078 0.421301</w:t>
        <w:br/>
        <w:t>vt 0.839709 0.440475</w:t>
        <w:br/>
        <w:t>vt 0.855678 0.438710</w:t>
        <w:br/>
        <w:t>vt 0.855328 0.420483</w:t>
        <w:br/>
        <w:t>vt 0.876788 0.437924</w:t>
        <w:br/>
        <w:t>vt 0.876788 0.424296</w:t>
        <w:br/>
        <w:t>vt 0.876788 0.457773</w:t>
        <w:br/>
        <w:t>vt 0.855309 0.459559</w:t>
        <w:br/>
        <w:t>vt 0.853856 0.493681</w:t>
        <w:br/>
        <w:t>vt 0.876788 0.493986</w:t>
        <w:br/>
        <w:t>vt 0.838964 0.461728</w:t>
        <w:br/>
        <w:t>vt 0.837180 0.494723</w:t>
        <w:br/>
        <w:t>vt 0.856115 0.408256</w:t>
        <w:br/>
        <w:t>vt 0.876788 0.408919</w:t>
        <w:br/>
        <w:t>vt 0.876788 0.397368</w:t>
        <w:br/>
        <w:t>vt 0.838935 0.407183</w:t>
        <w:br/>
        <w:t>vt 0.737750 0.409622</w:t>
        <w:br/>
        <w:t>vt 0.738472 0.398118</w:t>
        <w:br/>
        <w:t>vt 0.722623 0.400109</w:t>
        <w:br/>
        <w:t>vt 0.722122 0.411165</w:t>
        <w:br/>
        <w:t>vt 0.721300 0.420790</w:t>
        <w:br/>
        <w:t>vt 0.763358 0.421803</w:t>
        <w:br/>
        <w:t>vt 0.766583 0.410803</w:t>
        <w:br/>
        <w:t>vt 0.838935 0.407183</w:t>
        <w:br/>
        <w:t>vt 0.814025 0.395346</w:t>
        <w:br/>
        <w:t>vt 0.722309 0.386819</w:t>
        <w:br/>
        <w:t>vt 0.736751 0.419218</w:t>
        <w:br/>
        <w:t>vt 0.739103 0.385590</w:t>
        <w:br/>
        <w:t>vt 0.777759 0.412332</w:t>
        <w:br/>
        <w:t>vt 0.795043 0.398933</w:t>
        <w:br/>
        <w:t>vt 0.801736 0.276792</w:t>
        <w:br/>
        <w:t>vt 0.841768 0.278635</w:t>
        <w:br/>
        <w:t>vt 0.817870 0.525185</w:t>
        <w:br/>
        <w:t>vt 0.835760 0.525185</w:t>
        <w:br/>
        <w:t>vt 0.796436 0.525185</w:t>
        <w:br/>
        <w:t>vt 0.743291 0.525185</w:t>
        <w:br/>
        <w:t>vt 0.759769 0.525185</w:t>
        <w:br/>
        <w:t>vt 0.735030 0.525185</w:t>
        <w:br/>
        <w:t>vt 0.724919 0.525185</w:t>
        <w:br/>
        <w:t>vt 0.852890 0.525185</w:t>
        <w:br/>
        <w:t>vt 0.876788 0.525185</w:t>
        <w:br/>
        <w:t>vt 0.704783 0.525185</w:t>
        <w:br/>
        <w:t>vt 0.687492 0.525185</w:t>
        <w:br/>
        <w:t>vt 0.782369 0.525185</w:t>
        <w:br/>
        <w:t>vt 0.768272 0.525185</w:t>
        <w:br/>
        <w:t>vt 0.525372 0.390874</w:t>
        <w:br/>
        <w:t>vt 0.518555 0.390874</w:t>
        <w:br/>
        <w:t>vt 0.519053 0.391735</w:t>
        <w:br/>
        <w:t>vt 0.525472 0.391893</w:t>
        <w:br/>
        <w:t>vt 0.550575 0.390874</w:t>
        <w:br/>
        <w:t>vt 0.539130 0.390874</w:t>
        <w:br/>
        <w:t>vt 0.539189 0.391891</w:t>
        <w:br/>
        <w:t>vt 0.550605 0.391883</w:t>
        <w:br/>
        <w:t>vt 0.519002 0.396861</w:t>
        <w:br/>
        <w:t>vt 0.518484 0.397700</w:t>
        <w:br/>
        <w:t>vt 0.525285 0.397700</w:t>
        <w:br/>
        <w:t>vt 0.525404 0.396718</w:t>
        <w:br/>
        <w:t>vt 0.550627 0.396723</w:t>
        <w:br/>
        <w:t>vt 0.539125 0.396716</w:t>
        <w:br/>
        <w:t>vt 0.539125 0.396716</w:t>
        <w:br/>
        <w:t>vt 0.539055 0.397700</w:t>
        <w:br/>
        <w:t>vt 0.550607 0.397700</w:t>
        <w:br/>
        <w:t>vt 0.550627 0.396723</w:t>
        <w:br/>
        <w:t>vt 0.592926 0.400138</w:t>
        <w:br/>
        <w:t>vt 0.581522 0.400138</w:t>
        <w:br/>
        <w:t>vt 0.581500 0.405925</w:t>
        <w:br/>
        <w:t>vt 0.593004 0.405924</w:t>
        <w:br/>
        <w:t>vt 0.570983 0.391768</w:t>
        <w:br/>
        <w:t>vt 0.571074 0.396883</w:t>
        <w:br/>
        <w:t>vt 0.571583 0.397700</w:t>
        <w:br/>
        <w:t>vt 0.571475 0.390874</w:t>
        <w:br/>
        <w:t>vt 0.606724 0.405925</w:t>
        <w:br/>
        <w:t>vt 0.613134 0.405924</w:t>
        <w:br/>
        <w:t>vt 0.613085 0.400138</w:t>
        <w:br/>
        <w:t>vt 0.606652 0.400138</w:t>
        <w:br/>
        <w:t>vt 0.518484 0.397700</w:t>
        <w:br/>
        <w:t>vt 0.519002 0.396861</w:t>
        <w:br/>
        <w:t>vt 0.519053 0.391735</w:t>
        <w:br/>
        <w:t>vt 0.518555 0.390874</w:t>
        <w:br/>
        <w:t>vt 0.531212 0.396713</w:t>
        <w:br/>
        <w:t>vt 0.531304 0.391898</w:t>
        <w:br/>
        <w:t>vt 0.531109 0.397700</w:t>
        <w:br/>
        <w:t>vt 0.531212 0.396713</w:t>
        <w:br/>
        <w:t>vt 0.600809 0.400138</w:t>
        <w:br/>
        <w:t>vt 0.600913 0.405924</w:t>
        <w:br/>
        <w:t>vt 0.531221 0.390874</w:t>
        <w:br/>
        <w:t>vt 0.563367 0.396754</w:t>
        <w:br/>
        <w:t>vt 0.563302 0.391865</w:t>
        <w:br/>
        <w:t>vt 0.563367 0.396754</w:t>
        <w:br/>
        <w:t>vt 0.563512 0.397700</w:t>
        <w:br/>
        <w:t>vt 0.568816 0.400138</w:t>
        <w:br/>
        <w:t>vt 0.568742 0.405924</w:t>
        <w:br/>
        <w:t>vt 0.563430 0.390874</w:t>
        <w:br/>
        <w:t>vt 0.570983 0.391768</w:t>
        <w:br/>
        <w:t>vt 0.571475 0.390874</w:t>
        <w:br/>
        <w:t>vt 0.571074 0.396883</w:t>
        <w:br/>
        <w:t>vt 0.571074 0.396883</w:t>
        <w:br/>
        <w:t>vt 0.571583 0.397700</w:t>
        <w:br/>
        <w:t>vt 0.561209 0.400138</w:t>
        <w:br/>
        <w:t>vt 0.561099 0.405924</w:t>
        <w:br/>
        <w:t>vt 0.525372 0.390874</w:t>
        <w:br/>
        <w:t>vt 0.525472 0.391893</w:t>
        <w:br/>
        <w:t>vt 0.519053 0.391735</w:t>
        <w:br/>
        <w:t>vt 0.518555 0.390874</w:t>
        <w:br/>
        <w:t>vt 0.550575 0.390874</w:t>
        <w:br/>
        <w:t>vt 0.550605 0.391883</w:t>
        <w:br/>
        <w:t>vt 0.539189 0.391891</w:t>
        <w:br/>
        <w:t>vt 0.539130 0.390874</w:t>
        <w:br/>
        <w:t>vt 0.525285 0.397700</w:t>
        <w:br/>
        <w:t>vt 0.518484 0.397700</w:t>
        <w:br/>
        <w:t>vt 0.519002 0.396861</w:t>
        <w:br/>
        <w:t>vt 0.525404 0.396718</w:t>
        <w:br/>
        <w:t>vt 0.550627 0.396723</w:t>
        <w:br/>
        <w:t>vt 0.539125 0.396716</w:t>
        <w:br/>
        <w:t>vt 0.550607 0.397700</w:t>
        <w:br/>
        <w:t>vt 0.539055 0.397700</w:t>
        <w:br/>
        <w:t>vt 0.539125 0.396716</w:t>
        <w:br/>
        <w:t>vt 0.550627 0.396723</w:t>
        <w:br/>
        <w:t>vt 0.581500 0.405925</w:t>
        <w:br/>
        <w:t>vt 0.581522 0.400138</w:t>
        <w:br/>
        <w:t>vt 0.592926 0.400138</w:t>
        <w:br/>
        <w:t>vt 0.593004 0.405924</w:t>
        <w:br/>
        <w:t>vt 0.571583 0.397700</w:t>
        <w:br/>
        <w:t>vt 0.571074 0.396883</w:t>
        <w:br/>
        <w:t>vt 0.570983 0.391768</w:t>
        <w:br/>
        <w:t>vt 0.571475 0.390874</w:t>
        <w:br/>
        <w:t>vt 0.613085 0.400138</w:t>
        <w:br/>
        <w:t>vt 0.613134 0.405924</w:t>
        <w:br/>
        <w:t>vt 0.606724 0.405925</w:t>
        <w:br/>
        <w:t>vt 0.606652 0.400138</w:t>
        <w:br/>
        <w:t>vt 0.518484 0.397700</w:t>
        <w:br/>
        <w:t>vt 0.518555 0.390874</w:t>
        <w:br/>
        <w:t>vt 0.519053 0.391735</w:t>
        <w:br/>
        <w:t>vt 0.519002 0.396861</w:t>
        <w:br/>
        <w:t>vt 0.531304 0.391898</w:t>
        <w:br/>
        <w:t>vt 0.531212 0.396713</w:t>
        <w:br/>
        <w:t>vt 0.531109 0.397700</w:t>
        <w:br/>
        <w:t>vt 0.531212 0.396713</w:t>
        <w:br/>
        <w:t>vt 0.600913 0.405924</w:t>
        <w:br/>
        <w:t>vt 0.600809 0.400138</w:t>
        <w:br/>
        <w:t>vt 0.531221 0.390874</w:t>
        <w:br/>
        <w:t>vt 0.563302 0.391865</w:t>
        <w:br/>
        <w:t>vt 0.563367 0.396754</w:t>
        <w:br/>
        <w:t>vt 0.563367 0.396754</w:t>
        <w:br/>
        <w:t>vt 0.563512 0.397700</w:t>
        <w:br/>
        <w:t>vt 0.568816 0.400138</w:t>
        <w:br/>
        <w:t>vt 0.568742 0.405924</w:t>
        <w:br/>
        <w:t>vt 0.563430 0.390874</w:t>
        <w:br/>
        <w:t>vt 0.571475 0.390874</w:t>
        <w:br/>
        <w:t>vt 0.570983 0.391768</w:t>
        <w:br/>
        <w:t>vt 0.571074 0.396883</w:t>
        <w:br/>
        <w:t>vt 0.571074 0.396883</w:t>
        <w:br/>
        <w:t>vt 0.571583 0.397700</w:t>
        <w:br/>
        <w:t>vt 0.561099 0.405924</w:t>
        <w:br/>
        <w:t>vt 0.561209 0.400138</w:t>
        <w:br/>
        <w:t>vt 0.452686 0.819775</w:t>
        <w:br/>
        <w:t>vt 0.449020 0.819176</w:t>
        <w:br/>
        <w:t>vt 0.452968 0.814171</w:t>
        <w:br/>
        <w:t>vt 0.519814 0.847659</w:t>
        <w:br/>
        <w:t>vt 0.516528 0.847659</w:t>
        <w:br/>
        <w:t>vt 0.516528 0.842939</w:t>
        <w:br/>
        <w:t>vt 0.519814 0.842939</w:t>
        <w:br/>
        <w:t>vt 0.513221 0.847659</w:t>
        <w:br/>
        <w:t>vt 0.513221 0.842939</w:t>
        <w:br/>
        <w:t>vt 0.510317 0.847659</w:t>
        <w:br/>
        <w:t>vt 0.510317 0.842939</w:t>
        <w:br/>
        <w:t>vt 0.506056 0.847659</w:t>
        <w:br/>
        <w:t>vt 0.506056 0.842939</w:t>
        <w:br/>
        <w:t>vt 0.602393 0.837685</w:t>
        <w:br/>
        <w:t>vt 0.598786 0.839614</w:t>
        <w:br/>
        <w:t>vt 0.596261 0.835764</w:t>
        <w:br/>
        <w:t>vt 0.598513 0.831860</w:t>
        <w:br/>
        <w:t>vt 0.492391 0.842939</w:t>
        <w:br/>
        <w:t>vt 0.495669 0.842939</w:t>
        <w:br/>
        <w:t>vt 0.495669 0.847659</w:t>
        <w:br/>
        <w:t>vt 0.492391 0.847659</w:t>
        <w:br/>
        <w:t>vt 0.498235 0.847659</w:t>
        <w:br/>
        <w:t>vt 0.498235 0.842939</w:t>
        <w:br/>
        <w:t>vt 0.442192 0.805218</w:t>
        <w:br/>
        <w:t>vt 0.443208 0.804116</w:t>
        <w:br/>
        <w:t>vt 0.445890 0.805613</w:t>
        <w:br/>
        <w:t>vt 0.442565 0.808865</w:t>
        <w:br/>
        <w:t>vt 0.448788 0.808041</w:t>
        <w:br/>
        <w:t>vt 0.443925 0.812885</w:t>
        <w:br/>
        <w:t>vt 0.488540 0.842939</w:t>
        <w:br/>
        <w:t>vt 0.488540 0.847659</w:t>
        <w:br/>
        <w:t>vt 0.451387 0.811294</w:t>
        <w:br/>
        <w:t>vt 0.446809 0.816762</w:t>
        <w:br/>
        <w:t>vt 0.499282 0.847659</w:t>
        <w:br/>
        <w:t>vt 0.499282 0.842939</w:t>
        <w:br/>
        <w:t>vt 0.502447 0.842939</w:t>
        <w:br/>
        <w:t>vt 0.502447 0.847659</w:t>
        <w:br/>
        <w:t>vt 0.595074 0.839531</w:t>
        <w:br/>
        <w:t>vt 0.595754 0.840647</w:t>
        <w:br/>
        <w:t>vt 0.498235 0.847659</w:t>
        <w:br/>
        <w:t>vt 0.498235 0.842939</w:t>
        <w:br/>
        <w:t>vt 0.606092 0.834615</w:t>
        <w:br/>
        <w:t>vt 0.602508 0.828350</w:t>
        <w:br/>
        <w:t>vt 0.605477 0.826272</w:t>
        <w:br/>
        <w:t>vt 0.608853 0.831558</w:t>
        <w:br/>
        <w:t>vt 0.609602 0.826459</w:t>
        <w:br/>
        <w:t>vt 0.547247 0.842939</w:t>
        <w:br/>
        <w:t>vt 0.547247 0.847659</w:t>
        <w:br/>
        <w:t>vt 0.544035 0.847659</w:t>
        <w:br/>
        <w:t>vt 0.544035 0.842939</w:t>
        <w:br/>
        <w:t>vt 0.540285 0.847659</w:t>
        <w:br/>
        <w:t>vt 0.540285 0.842939</w:t>
        <w:br/>
        <w:t>vt 0.613318 0.838983</w:t>
        <w:br/>
        <w:t>vt 0.618818 0.834173</w:t>
        <w:br/>
        <w:t>vt 0.619894 0.838421</w:t>
        <w:br/>
        <w:t>vt 0.616268 0.841672</w:t>
        <w:br/>
        <w:t>vt 0.526798 0.847659</w:t>
        <w:br/>
        <w:t>vt 0.522664 0.847659</w:t>
        <w:br/>
        <w:t>vt 0.522664 0.842939</w:t>
        <w:br/>
        <w:t>vt 0.526798 0.842939</w:t>
        <w:br/>
        <w:t>vt 0.610625 0.835154</w:t>
        <w:br/>
        <w:t>vt 0.615935 0.829893</w:t>
        <w:br/>
        <w:t>vt 0.613640 0.827175</w:t>
        <w:br/>
        <w:t>vt 0.462100 0.814501</w:t>
        <w:br/>
        <w:t>vt 0.458831 0.817805</w:t>
        <w:br/>
        <w:t>vt 0.454827 0.811603</w:t>
        <w:br/>
        <w:t>vt 0.457742 0.808814</w:t>
        <w:br/>
        <w:t>vt 0.530308 0.842939</w:t>
        <w:br/>
        <w:t>vt 0.530308 0.847659</w:t>
        <w:br/>
        <w:t>vt 0.463873 0.810777</w:t>
        <w:br/>
        <w:t>vt 0.460881 0.806882</w:t>
        <w:br/>
        <w:t>vt 0.534580 0.847659</w:t>
        <w:br/>
        <w:t>vt 0.534580 0.842939</w:t>
        <w:br/>
        <w:t>vt 0.537087 0.842939</w:t>
        <w:br/>
        <w:t>vt 0.537087 0.847659</w:t>
        <w:br/>
        <w:t>vt 0.534580 0.847659</w:t>
        <w:br/>
        <w:t>vt 0.533461 0.847659</w:t>
        <w:br/>
        <w:t>vt 0.533461 0.842939</w:t>
        <w:br/>
        <w:t>vt 0.534580 0.842939</w:t>
        <w:br/>
        <w:t>vt 0.464618 0.807179</w:t>
        <w:br/>
        <w:t>vt 0.463718 0.805868</w:t>
        <w:br/>
        <w:t>vt 0.619929 0.842355</w:t>
        <w:br/>
        <w:t>vt 0.618924 0.843325</w:t>
        <w:br/>
        <w:t>vt 0.485241 0.842939</w:t>
        <w:br/>
        <w:t>vt 0.485240 0.847659</w:t>
        <w:br/>
        <w:t>vt 0.456382 0.819812</w:t>
        <w:br/>
        <w:t>vt 0.219304 0.246190</w:t>
        <w:br/>
        <w:t>vt 0.210686 0.245416</w:t>
        <w:br/>
        <w:t>vt 0.210784 0.238941</w:t>
        <w:br/>
        <w:t>vt 0.219682 0.237636</w:t>
        <w:br/>
        <w:t>vt 0.208220 0.244926</w:t>
        <w:br/>
        <w:t>vt 0.208180 0.238977</w:t>
        <w:br/>
        <w:t>vt 0.208780 0.221728</w:t>
        <w:br/>
        <w:t>vt 0.217035 0.218032</w:t>
        <w:br/>
        <w:t>vt 0.218092 0.223384</w:t>
        <w:br/>
        <w:t>vt 0.209641 0.226886</w:t>
        <w:br/>
        <w:t>vt 0.206753 0.222089</w:t>
        <w:br/>
        <w:t>vt 0.207340 0.227395</w:t>
        <w:br/>
        <w:t>vt 0.208509 0.214528</w:t>
        <w:br/>
        <w:t>vt 0.216036 0.211333</w:t>
        <w:br/>
        <w:t>vt 0.206564 0.214848</w:t>
        <w:br/>
        <w:t>vt 0.202718 0.244339</w:t>
        <w:br/>
        <w:t>vt 0.202718 0.239128</w:t>
        <w:br/>
        <w:t>vt 0.202718 0.222751</w:t>
        <w:br/>
        <w:t>vt 0.202718 0.228408</w:t>
        <w:br/>
        <w:t>vt 0.202718 0.215458</w:t>
        <w:br/>
        <w:t>vt 0.208749 0.190686</w:t>
        <w:br/>
        <w:t>vt 0.216103 0.190988</w:t>
        <w:br/>
        <w:t>vt 0.215666 0.198024</w:t>
        <w:br/>
        <w:t>vt 0.208502 0.198556</w:t>
        <w:br/>
        <w:t>vt 0.202718 0.191870</w:t>
        <w:br/>
        <w:t>vt 0.207055 0.191229</w:t>
        <w:br/>
        <w:t>vt 0.206708 0.198897</w:t>
        <w:br/>
        <w:t>vt 0.202718 0.199517</w:t>
        <w:br/>
        <w:t>vt 0.208749 0.190686</w:t>
        <w:br/>
        <w:t>vt 0.208502 0.198556</w:t>
        <w:br/>
        <w:t>vt 0.209845 0.178879</w:t>
        <w:br/>
        <w:t>vt 0.217267 0.179059</w:t>
        <w:br/>
        <w:t>vt 0.216733 0.185095</w:t>
        <w:br/>
        <w:t>vt 0.209199 0.184667</w:t>
        <w:br/>
        <w:t>vt 0.202718 0.179638</w:t>
        <w:br/>
        <w:t>vt 0.208183 0.179788</w:t>
        <w:br/>
        <w:t>vt 0.207645 0.185425</w:t>
        <w:br/>
        <w:t>vt 0.202718 0.185473</w:t>
        <w:br/>
        <w:t>vt 0.209845 0.178879</w:t>
        <w:br/>
        <w:t>vt 0.209199 0.184667</w:t>
        <w:br/>
        <w:t>vt 0.210382 0.169355</w:t>
        <w:br/>
        <w:t>vt 0.217005 0.168532</w:t>
        <w:br/>
        <w:t>vt 0.217289 0.173842</w:t>
        <w:br/>
        <w:t>vt 0.210067 0.173956</w:t>
        <w:br/>
        <w:t>vt 0.208031 0.169800</w:t>
        <w:br/>
        <w:t>vt 0.208084 0.174438</w:t>
        <w:br/>
        <w:t>vt 0.202718 0.170307</w:t>
        <w:br/>
        <w:t>vt 0.202718 0.174560</w:t>
        <w:br/>
        <w:t>vt 0.216473 0.162985</w:t>
        <w:br/>
        <w:t>vt 0.210873 0.163995</w:t>
        <w:br/>
        <w:t>vt 0.211285 0.158334</w:t>
        <w:br/>
        <w:t>vt 0.215714 0.157490</w:t>
        <w:br/>
        <w:t>vt 0.208383 0.164561</w:t>
        <w:br/>
        <w:t>vt 0.208720 0.158883</w:t>
        <w:br/>
        <w:t>vt 0.202718 0.160660</w:t>
        <w:br/>
        <w:t>vt 0.202718 0.165653</w:t>
        <w:br/>
        <w:t>vt 0.211095 0.148045</w:t>
        <w:br/>
        <w:t>vt 0.213003 0.147041</w:t>
        <w:br/>
        <w:t>vt 0.214534 0.152223</w:t>
        <w:br/>
        <w:t>vt 0.211565 0.153297</w:t>
        <w:br/>
        <w:t>vt 0.208556 0.149314</w:t>
        <w:br/>
        <w:t>vt 0.208703 0.154209</w:t>
        <w:br/>
        <w:t>vt 0.202718 0.151559</w:t>
        <w:br/>
        <w:t>vt 0.202718 0.156309</w:t>
        <w:br/>
        <w:t>vt 0.212823 0.263304</w:t>
        <w:br/>
        <w:t>vt 0.212356 0.253573</w:t>
        <w:br/>
        <w:t>vt 0.217823 0.255297</w:t>
        <w:br/>
        <w:t>vt 0.215834 0.264085</w:t>
        <w:br/>
        <w:t>vt 0.209819 0.261682</w:t>
        <w:br/>
        <w:t>vt 0.209248 0.252902</w:t>
        <w:br/>
        <w:t>vt 0.202718 0.258221</w:t>
        <w:br/>
        <w:t>vt 0.202718 0.251166</w:t>
        <w:br/>
        <w:t>vt 0.210449 0.139388</w:t>
        <w:br/>
        <w:t>vt 0.207660 0.140153</w:t>
        <w:br/>
        <w:t>vt 0.202718 0.142276</w:t>
        <w:br/>
        <w:t>vt 0.205697 0.126601</w:t>
        <w:br/>
        <w:t>vt 0.202718 0.127942</w:t>
        <w:br/>
        <w:t>vt 0.209360 0.275598</w:t>
        <w:br/>
        <w:t>vt 0.212134 0.277246</w:t>
        <w:br/>
        <w:t>vt 0.202718 0.272343</w:t>
        <w:br/>
        <w:t>vt 0.208649 0.287836</w:t>
        <w:br/>
        <w:t>vt 0.210995 0.289277</w:t>
        <w:br/>
        <w:t>vt 0.202718 0.285896</w:t>
        <w:br/>
        <w:t>vt 0.207915 0.300155</w:t>
        <w:br/>
        <w:t>vt 0.202718 0.300116</w:t>
        <w:br/>
        <w:t>vt 0.205322 0.310778</w:t>
        <w:br/>
        <w:t>vt 0.202718 0.310163</w:t>
        <w:br/>
        <w:t>vt 0.204029 0.317484</w:t>
        <w:br/>
        <w:t>vt 0.202718 0.316991</w:t>
        <w:br/>
        <w:t>vt 0.915824 0.312239</w:t>
        <w:br/>
        <w:t>vt 0.912656 0.312239</w:t>
        <w:br/>
        <w:t>vt 0.912656 0.305385</w:t>
        <w:br/>
        <w:t>vt 0.915824 0.305385</w:t>
        <w:br/>
        <w:t>vt 0.912657 0.294151</w:t>
        <w:br/>
        <w:t>vt 0.912657 0.290044</w:t>
        <w:br/>
        <w:t>vt 0.915824 0.290044</w:t>
        <w:br/>
        <w:t>vt 0.915824 0.294152</w:t>
        <w:br/>
        <w:t>vt 0.912657 0.284669</w:t>
        <w:br/>
        <w:t>vt 0.915824 0.284669</w:t>
        <w:br/>
        <w:t>vt 0.916927 0.469575</w:t>
        <w:br/>
        <w:t>vt 0.922673 0.469639</w:t>
        <w:br/>
        <w:t>vt 0.922673 0.463195</w:t>
        <w:br/>
        <w:t>vt 0.916927 0.463058</w:t>
        <w:br/>
        <w:t>vt 0.916927 0.490882</w:t>
        <w:br/>
        <w:t>vt 0.922673 0.490863</w:t>
        <w:br/>
        <w:t>vt 0.922673 0.483871</w:t>
        <w:br/>
        <w:t>vt 0.916927 0.483516</w:t>
        <w:br/>
        <w:t>vt 0.922673 0.498718</w:t>
        <w:br/>
        <w:t>vt 0.916927 0.498922</w:t>
        <w:br/>
        <w:t>vt 0.915824 0.272907</w:t>
        <w:br/>
        <w:t>vt 0.912656 0.272907</w:t>
        <w:br/>
        <w:t>vt 0.912656 0.266491</w:t>
        <w:br/>
        <w:t>vt 0.915824 0.266491</w:t>
        <w:br/>
        <w:t>vt 0.922673 0.520831</w:t>
        <w:br/>
        <w:t>vt 0.922673 0.513769</w:t>
        <w:br/>
        <w:t>vt 0.916927 0.513973</w:t>
        <w:br/>
        <w:t>vt 0.916927 0.520792</w:t>
        <w:br/>
        <w:t>vt 0.915824 0.261167</w:t>
        <w:br/>
        <w:t>vt 0.912656 0.261167</w:t>
        <w:br/>
        <w:t>vt 0.912656 0.255853</w:t>
        <w:br/>
        <w:t>vt 0.915824 0.255853</w:t>
        <w:br/>
        <w:t>vt 0.916927 0.532614</w:t>
        <w:br/>
        <w:t>vt 0.922673 0.532792</w:t>
        <w:br/>
        <w:t>vt 0.922673 0.526956</w:t>
        <w:br/>
        <w:t>vt 0.916927 0.526791</w:t>
        <w:br/>
        <w:t>vt 0.915824 0.251489</w:t>
        <w:br/>
        <w:t>vt 0.912657 0.251489</w:t>
        <w:br/>
        <w:t>vt 0.912657 0.247175</w:t>
        <w:br/>
        <w:t>vt 0.915824 0.247175</w:t>
        <w:br/>
        <w:t>vt 0.916927 0.543659</w:t>
        <w:br/>
        <w:t>vt 0.922673 0.543588</w:t>
        <w:br/>
        <w:t>vt 0.922673 0.538441</w:t>
        <w:br/>
        <w:t>vt 0.916927 0.538306</w:t>
        <w:br/>
        <w:t>vt 0.912656 0.242759</w:t>
        <w:br/>
        <w:t>vt 0.912656 0.238411</w:t>
        <w:br/>
        <w:t>vt 0.915824 0.238411</w:t>
        <w:br/>
        <w:t>vt 0.915824 0.242759</w:t>
        <w:br/>
        <w:t>vt 0.922673 0.555032</w:t>
        <w:br/>
        <w:t>vt 0.922673 0.549301</w:t>
        <w:br/>
        <w:t>vt 0.916927 0.549523</w:t>
        <w:br/>
        <w:t>vt 0.916927 0.555259</w:t>
        <w:br/>
        <w:t>vt 0.915824 0.234221</w:t>
        <w:br/>
        <w:t>vt 0.912656 0.234221</w:t>
        <w:br/>
        <w:t>vt 0.912657 0.230022</w:t>
        <w:br/>
        <w:t>vt 0.915824 0.230022</w:t>
        <w:br/>
        <w:t>vt 0.922673 0.564258</w:t>
        <w:br/>
        <w:t>vt 0.922673 0.559649</w:t>
        <w:br/>
        <w:t>vt 0.916927 0.559893</w:t>
        <w:br/>
        <w:t>vt 0.916927 0.564570</w:t>
        <w:br/>
        <w:t>vt 0.912656 0.326235</w:t>
        <w:br/>
        <w:t>vt 0.912656 0.319356</w:t>
        <w:br/>
        <w:t>vt 0.915824 0.319356</w:t>
        <w:br/>
        <w:t>vt 0.915824 0.326235</w:t>
        <w:br/>
        <w:t>vt 0.916927 0.455203</w:t>
        <w:br/>
        <w:t>vt 0.922673 0.455297</w:t>
        <w:br/>
        <w:t>vt 0.922673 0.447324</w:t>
        <w:br/>
        <w:t>vt 0.916927 0.447226</w:t>
        <w:br/>
        <w:t>vt 0.912656 0.223626</w:t>
        <w:br/>
        <w:t>vt 0.915824 0.223626</w:t>
        <w:br/>
        <w:t>vt 0.916927 0.572670</w:t>
        <w:br/>
        <w:t>vt 0.922673 0.572530</w:t>
        <w:br/>
        <w:t>vt 0.912656 0.211391</w:t>
        <w:br/>
        <w:t>vt 0.915824 0.211391</w:t>
        <w:br/>
        <w:t>vt 0.922673 0.584906</w:t>
        <w:br/>
        <w:t>vt 0.916927 0.584906</w:t>
        <w:br/>
        <w:t>vt 0.912656 0.337508</w:t>
        <w:br/>
        <w:t>vt 0.915824 0.337508</w:t>
        <w:br/>
        <w:t>vt 0.922673 0.434090</w:t>
        <w:br/>
        <w:t>vt 0.916927 0.434332</w:t>
        <w:br/>
        <w:t>vt 0.915824 0.347398</w:t>
        <w:br/>
        <w:t>vt 0.912656 0.347398</w:t>
        <w:br/>
        <w:t>vt 0.922673 0.422518</w:t>
        <w:br/>
        <w:t>vt 0.916927 0.422397</w:t>
        <w:br/>
        <w:t>vt 0.922673 0.409266</w:t>
        <w:br/>
        <w:t>vt 0.916927 0.409285</w:t>
        <w:br/>
        <w:t>vt 0.912656 0.357366</w:t>
        <w:br/>
        <w:t>vt 0.915824 0.357366</w:t>
        <w:br/>
        <w:t>vt 0.922673 0.399893</w:t>
        <w:br/>
        <w:t>vt 0.916927 0.400160</w:t>
        <w:br/>
        <w:t>vt 0.915824 0.367793</w:t>
        <w:br/>
        <w:t>vt 0.912656 0.367793</w:t>
        <w:br/>
        <w:t>vt 0.922673 0.393978</w:t>
        <w:br/>
        <w:t>vt 0.916927 0.393978</w:t>
        <w:br/>
        <w:t>vt 0.912656 0.374468</w:t>
        <w:br/>
        <w:t>vt 0.915824 0.374468</w:t>
        <w:br/>
        <w:t>vt 0.210791 0.232246</w:t>
        <w:br/>
        <w:t>vt 0.208159 0.232901</w:t>
        <w:br/>
        <w:t>vt 0.202718 0.234073</w:t>
        <w:br/>
        <w:t>vt 0.922673 0.476359</w:t>
        <w:br/>
        <w:t>vt 0.916927 0.476091</w:t>
        <w:br/>
        <w:t>vt 0.912657 0.298372</w:t>
        <w:br/>
        <w:t>vt 0.915824 0.298372</w:t>
        <w:br/>
        <w:t>vt 0.219198 0.228883</w:t>
        <w:br/>
        <w:t>vt 0.912656 0.279376</w:t>
        <w:br/>
        <w:t>vt 0.915824 0.279376</w:t>
        <w:br/>
        <w:t>vt 0.922673 0.506923</w:t>
        <w:br/>
        <w:t>vt 0.916927 0.507113</w:t>
        <w:br/>
        <w:t>vt 0.202718 0.206963</w:t>
        <w:br/>
        <w:t>vt 0.206717 0.206588</w:t>
        <w:br/>
        <w:t>vt 0.208640 0.206508</w:t>
        <w:br/>
        <w:t>vt 0.215734 0.205155</w:t>
        <w:br/>
        <w:t>vt 0.895948 0.020747</w:t>
        <w:br/>
        <w:t>vt 0.901101 0.020747</w:t>
        <w:br/>
        <w:t>vt 0.901101 0.010139</w:t>
        <w:br/>
        <w:t>vt 0.895948 0.010139</w:t>
        <w:br/>
        <w:t>vt 0.895948 0.040780</w:t>
        <w:br/>
        <w:t>vt 0.901100 0.040780</w:t>
        <w:br/>
        <w:t>vt 0.905596 0.308238</w:t>
        <w:br/>
        <w:t>vt 0.905596 0.319327</w:t>
        <w:br/>
        <w:t>vt 0.909916 0.319327</w:t>
        <w:br/>
        <w:t>vt 0.909916 0.308238</w:t>
        <w:br/>
        <w:t>vt 0.905596 0.325953</w:t>
        <w:br/>
        <w:t>vt 0.909916 0.325953</w:t>
        <w:br/>
        <w:t>vt 0.901101 0.449575</w:t>
        <w:br/>
        <w:t>vt 0.895948 0.449575</w:t>
        <w:br/>
        <w:t>vt 0.895948 0.461132</w:t>
        <w:br/>
        <w:t>vt 0.901101 0.461132</w:t>
        <w:br/>
        <w:t>vt 0.901101 0.429489</w:t>
        <w:br/>
        <w:t>vt 0.895948 0.429489</w:t>
        <w:br/>
        <w:t>vt 0.901100 0.411318</w:t>
        <w:br/>
        <w:t>vt 0.895948 0.411318</w:t>
        <w:br/>
        <w:t>vt 0.901100 0.393092</w:t>
        <w:br/>
        <w:t>vt 0.895948 0.393092</w:t>
        <w:br/>
        <w:t>vt 0.905596 0.288267</w:t>
        <w:br/>
        <w:t>vt 0.905596 0.298258</w:t>
        <w:br/>
        <w:t>vt 0.909916 0.298258</w:t>
        <w:br/>
        <w:t>vt 0.909916 0.288267</w:t>
        <w:br/>
        <w:t>vt 0.905596 0.278033</w:t>
        <w:br/>
        <w:t>vt 0.909916 0.278033</w:t>
        <w:br/>
        <w:t>vt 0.895948 0.077646</w:t>
        <w:br/>
        <w:t>vt 0.901100 0.077646</w:t>
        <w:br/>
        <w:t>vt 0.901101 0.059044</w:t>
        <w:br/>
        <w:t>vt 0.895948 0.059044</w:t>
        <w:br/>
        <w:t>vt 0.895948 0.096696</w:t>
        <w:br/>
        <w:t>vt 0.901100 0.096696</w:t>
        <w:br/>
        <w:t>vt 0.901100 0.374414</w:t>
        <w:br/>
        <w:t>vt 0.895948 0.374413</w:t>
        <w:br/>
        <w:t>vt 0.905596 0.267196</w:t>
        <w:br/>
        <w:t>vt 0.909916 0.267196</w:t>
        <w:br/>
        <w:t>vt 0.901100 0.354620</w:t>
        <w:br/>
        <w:t>vt 0.895948 0.354619</w:t>
        <w:br/>
        <w:t>vt 0.914617 0.750577</w:t>
        <w:br/>
        <w:t>vt 0.903126 0.750577</w:t>
        <w:br/>
        <w:t>vt 0.903126 0.733532</w:t>
        <w:br/>
        <w:t>vt 0.914617 0.733532</w:t>
        <w:br/>
        <w:t>vt 0.914617 0.769272</w:t>
        <w:br/>
        <w:t>vt 0.903126 0.769272</w:t>
        <w:br/>
        <w:t>vt 0.903126 0.716173</w:t>
        <w:br/>
        <w:t>vt 0.914617 0.716173</w:t>
        <w:br/>
        <w:t>vt 0.914617 0.779172</w:t>
        <w:br/>
        <w:t>vt 0.903126 0.779172</w:t>
        <w:br/>
        <w:t>vt 0.895948 0.238207</w:t>
        <w:br/>
        <w:t>vt 0.901100 0.238207</w:t>
        <w:br/>
        <w:t>vt 0.901100 0.231332</w:t>
        <w:br/>
        <w:t>vt 0.895948 0.231332</w:t>
        <w:br/>
        <w:t>vt 0.914617 0.577558</w:t>
        <w:br/>
        <w:t>vt 0.903126 0.577558</w:t>
        <w:br/>
        <w:t>vt 0.903126 0.572749</w:t>
        <w:br/>
        <w:t>vt 0.914617 0.572749</w:t>
        <w:br/>
        <w:t>vt 0.901100 0.226179</w:t>
        <w:br/>
        <w:t>vt 0.895948 0.226179</w:t>
        <w:br/>
        <w:t>vt 0.895948 0.231332</w:t>
        <w:br/>
        <w:t>vt 0.901100 0.231332</w:t>
        <w:br/>
        <w:t>vt 0.895948 0.221821</w:t>
        <w:br/>
        <w:t>vt 0.901100 0.221822</w:t>
        <w:br/>
        <w:t>vt 0.901100 0.217835</w:t>
        <w:br/>
        <w:t>vt 0.895948 0.217835</w:t>
        <w:br/>
        <w:t>vt 0.901101 0.200192</w:t>
        <w:br/>
        <w:t>vt 0.895948 0.200191</w:t>
        <w:br/>
        <w:t>vt 0.895948 0.215428</w:t>
        <w:br/>
        <w:t>vt 0.901100 0.215428</w:t>
        <w:br/>
        <w:t>vt 0.905596 0.221583</w:t>
        <w:br/>
        <w:t>vt 0.909916 0.221583</w:t>
        <w:br/>
        <w:t>vt 0.909916 0.212860</w:t>
        <w:br/>
        <w:t>vt 0.905596 0.212860</w:t>
        <w:br/>
        <w:t>vt 0.905596 0.232829</w:t>
        <w:br/>
        <w:t>vt 0.909916 0.232829</w:t>
        <w:br/>
        <w:t>vt 0.905596 0.244449</w:t>
        <w:br/>
        <w:t>vt 0.909916 0.244449</w:t>
        <w:br/>
        <w:t>vt 0.901101 0.180804</w:t>
        <w:br/>
        <w:t>vt 0.895948 0.180804</w:t>
        <w:br/>
        <w:t>vt 0.914617 0.587591</w:t>
        <w:br/>
        <w:t>vt 0.914617 0.601810</w:t>
        <w:br/>
        <w:t>vt 0.903126 0.601810</w:t>
        <w:br/>
        <w:t>vt 0.903126 0.587591</w:t>
        <w:br/>
        <w:t>vt 0.903126 0.619903</w:t>
        <w:br/>
        <w:t>vt 0.914617 0.619903</w:t>
        <w:br/>
        <w:t>vt 0.901101 0.159073</w:t>
        <w:br/>
        <w:t>vt 0.895948 0.159073</w:t>
        <w:br/>
        <w:t>vt 0.909916 0.255824</w:t>
        <w:br/>
        <w:t>vt 0.905596 0.255824</w:t>
        <w:br/>
        <w:t>vt 0.901101 0.137888</w:t>
        <w:br/>
        <w:t>vt 0.895948 0.137888</w:t>
        <w:br/>
        <w:t>vt 0.895948 0.271296</w:t>
        <w:br/>
        <w:t>vt 0.895948 0.291825</w:t>
        <w:br/>
        <w:t>vt 0.901101 0.291825</w:t>
        <w:br/>
        <w:t>vt 0.901101 0.271296</w:t>
        <w:br/>
        <w:t>vt 0.895948 0.313055</w:t>
        <w:br/>
        <w:t>vt 0.901101 0.313055</w:t>
        <w:br/>
        <w:t>vt 0.901100 0.333839</w:t>
        <w:br/>
        <w:t>vt 0.895948 0.333839</w:t>
        <w:br/>
        <w:t>vt 0.914617 0.659954</w:t>
        <w:br/>
        <w:t>vt 0.903126 0.659954</w:t>
        <w:br/>
        <w:t>vt 0.903126 0.640183</w:t>
        <w:br/>
        <w:t>vt 0.914617 0.640183</w:t>
        <w:br/>
        <w:t>vt 0.914617 0.679778</w:t>
        <w:br/>
        <w:t>vt 0.903126 0.679778</w:t>
        <w:br/>
        <w:t>vt 0.895948 0.255249</w:t>
        <w:br/>
        <w:t>vt 0.901101 0.255249</w:t>
        <w:br/>
        <w:t>vt 0.909916 0.208955</w:t>
        <w:br/>
        <w:t>vt 0.905596 0.208955</w:t>
        <w:br/>
        <w:t>vt 0.905596 0.211390</w:t>
        <w:br/>
        <w:t>vt 0.909916 0.211390</w:t>
        <w:br/>
        <w:t>vt 0.895948 0.248093</w:t>
        <w:br/>
        <w:t>vt 0.901100 0.248093</w:t>
        <w:br/>
        <w:t>vt 0.901100 0.243500</w:t>
        <w:br/>
        <w:t>vt 0.895948 0.243500</w:t>
        <w:br/>
        <w:t>vt 0.901100 0.238207</w:t>
        <w:br/>
        <w:t>vt 0.895948 0.238207</w:t>
        <w:br/>
        <w:t>vt 0.903126 0.581625</w:t>
        <w:br/>
        <w:t>vt 0.914617 0.581625</w:t>
        <w:br/>
        <w:t>vt 0.895948 0.252555</w:t>
        <w:br/>
        <w:t>vt 0.901100 0.252555</w:t>
        <w:br/>
        <w:t>vt 0.909916 0.206410</w:t>
        <w:br/>
        <w:t>vt 0.905596 0.206410</w:t>
        <w:br/>
        <w:t>vt 0.903126 0.585345</w:t>
        <w:br/>
        <w:t>vt 0.914617 0.585345</w:t>
        <w:br/>
        <w:t>vt 0.905596 0.203479</w:t>
        <w:br/>
        <w:t>vt 0.909916 0.203479</w:t>
        <w:br/>
        <w:t>vt 0.903126 0.698395</w:t>
        <w:br/>
        <w:t>vt 0.914617 0.698395</w:t>
        <w:br/>
        <w:t>vt 0.895948 0.116645</w:t>
        <w:br/>
        <w:t>vt 0.901100 0.116645</w:t>
        <w:br/>
        <w:t>vt 0.896875 0.473384</w:t>
        <w:br/>
        <w:t>vt 0.896875 0.466051</w:t>
        <w:br/>
        <w:t>vt 0.900983 0.466051</w:t>
        <w:br/>
        <w:t>vt 0.900983 0.473384</w:t>
        <w:br/>
        <w:t>vt 0.900983 0.487292</w:t>
        <w:br/>
        <w:t>vt 0.896875 0.487292</w:t>
        <w:br/>
        <w:t>vt 0.900983 0.500160</w:t>
        <w:br/>
        <w:t>vt 0.896875 0.500160</w:t>
        <w:br/>
        <w:t>vt 0.900983 0.512006</w:t>
        <w:br/>
        <w:t>vt 0.896875 0.512006</w:t>
        <w:br/>
        <w:t>vt 0.896875 0.524406</w:t>
        <w:br/>
        <w:t>vt 0.900983 0.524406</w:t>
        <w:br/>
        <w:t>vt 0.896875 0.539042</w:t>
        <w:br/>
        <w:t>vt 0.900983 0.539042</w:t>
        <w:br/>
        <w:t>vt 0.903935 0.491323</w:t>
        <w:br/>
        <w:t>vt 0.908109 0.491323</w:t>
        <w:br/>
        <w:t>vt 0.908109 0.502835</w:t>
        <w:br/>
        <w:t>vt 0.903935 0.502835</w:t>
        <w:br/>
        <w:t>vt 0.908109 0.514324</w:t>
        <w:br/>
        <w:t>vt 0.903935 0.514324</w:t>
        <w:br/>
        <w:t>vt 0.900983 0.553648</w:t>
        <w:br/>
        <w:t>vt 0.900983 0.568141</w:t>
        <w:br/>
        <w:t>vt 0.896875 0.568141</w:t>
        <w:br/>
        <w:t>vt 0.896875 0.553648</w:t>
        <w:br/>
        <w:t>vt 0.881343 0.136055</w:t>
        <w:br/>
        <w:t>vt 0.881343 0.157157</w:t>
        <w:br/>
        <w:t>vt 0.892599 0.157157</w:t>
        <w:br/>
        <w:t>vt 0.892599 0.136055</w:t>
        <w:br/>
        <w:t>vt 0.896875 0.582691</w:t>
        <w:br/>
        <w:t>vt 0.900983 0.582691</w:t>
        <w:br/>
        <w:t>vt 0.881343 0.178341</w:t>
        <w:br/>
        <w:t>vt 0.892599 0.178341</w:t>
        <w:br/>
        <w:t>vt 0.892599 0.114789</w:t>
        <w:br/>
        <w:t>vt 0.892599 0.093480</w:t>
        <w:br/>
        <w:t>vt 0.881343 0.093480</w:t>
        <w:br/>
        <w:t>vt 0.881343 0.114789</w:t>
        <w:br/>
        <w:t>vt 0.908109 0.525723</w:t>
        <w:br/>
        <w:t>vt 0.903935 0.525723</w:t>
        <w:br/>
        <w:t>vt 0.908109 0.537167</w:t>
        <w:br/>
        <w:t>vt 0.903935 0.537167</w:t>
        <w:br/>
        <w:t>vt 0.900983 0.690313</w:t>
        <w:br/>
        <w:t>vt 0.896875 0.690313</w:t>
        <w:br/>
        <w:t>vt 0.896875 0.675991</w:t>
        <w:br/>
        <w:t>vt 0.900983 0.675991</w:t>
        <w:br/>
        <w:t>vt 0.896875 0.661616</w:t>
        <w:br/>
        <w:t>vt 0.900983 0.661616</w:t>
        <w:br/>
        <w:t>vt 0.900983 0.704628</w:t>
        <w:br/>
        <w:t>vt 0.900983 0.719010</w:t>
        <w:br/>
        <w:t>vt 0.896875 0.719010</w:t>
        <w:br/>
        <w:t>vt 0.896875 0.704628</w:t>
        <w:br/>
        <w:t>vt 0.903935 0.481528</w:t>
        <w:br/>
        <w:t>vt 0.908109 0.481528</w:t>
        <w:br/>
        <w:t>vt 0.900983 0.731215</w:t>
        <w:br/>
        <w:t>vt 0.896875 0.731215</w:t>
        <w:br/>
        <w:t>vt 0.892599 0.075427</w:t>
        <w:br/>
        <w:t>vt 0.881343 0.075427</w:t>
        <w:br/>
        <w:t>vt 0.892599 0.058180</w:t>
        <w:br/>
        <w:t>vt 0.881343 0.058180</w:t>
        <w:br/>
        <w:t>vt 0.892599 0.039443</w:t>
        <w:br/>
        <w:t>vt 0.881343 0.039443</w:t>
        <w:br/>
        <w:t>vt 0.900983 0.742713</w:t>
        <w:br/>
        <w:t>vt 0.900983 0.755421</w:t>
        <w:br/>
        <w:t>vt 0.896875 0.755421</w:t>
        <w:br/>
        <w:t>vt 0.896875 0.742713</w:t>
        <w:br/>
        <w:t>vt 0.908109 0.472154</w:t>
        <w:br/>
        <w:t>vt 0.903935 0.472154</w:t>
        <w:br/>
        <w:t>vt 0.903934 0.462011</w:t>
        <w:br/>
        <w:t>vt 0.908109 0.462011</w:t>
        <w:br/>
        <w:t>vt 0.903935 0.450993</w:t>
        <w:br/>
        <w:t>vt 0.908109 0.450993</w:t>
        <w:br/>
        <w:t>vt 0.900983 0.769344</w:t>
        <w:br/>
        <w:t>vt 0.896875 0.769344</w:t>
        <w:br/>
        <w:t>vt 0.903935 0.444986</w:t>
        <w:br/>
        <w:t>vt 0.908109 0.444986</w:t>
        <w:br/>
        <w:t>vt 0.900983 0.777304</w:t>
        <w:br/>
        <w:t>vt 0.896875 0.777304</w:t>
        <w:br/>
        <w:t>vt 0.892599 0.019194</w:t>
        <w:br/>
        <w:t>vt 0.881343 0.019194</w:t>
        <w:br/>
        <w:t>vt 0.892599 0.008517</w:t>
        <w:br/>
        <w:t>vt 0.881343 0.008517</w:t>
        <w:br/>
        <w:t>vt 0.896875 0.619063</w:t>
        <w:br/>
        <w:t>vt 0.896875 0.614996</w:t>
        <w:br/>
        <w:t>vt 0.900983 0.614996</w:t>
        <w:br/>
        <w:t>vt 0.900983 0.619063</w:t>
        <w:br/>
        <w:t>vt 0.908109 0.565538</w:t>
        <w:br/>
        <w:t>vt 0.903935 0.565538</w:t>
        <w:br/>
        <w:t>vt 0.903934 0.562318</w:t>
        <w:br/>
        <w:t>vt 0.908109 0.562318</w:t>
        <w:br/>
        <w:t>vt 0.900983 0.624144</w:t>
        <w:br/>
        <w:t>vt 0.900983 0.628196</w:t>
        <w:br/>
        <w:t>vt 0.896875 0.628196</w:t>
        <w:br/>
        <w:t>vt 0.896875 0.624144</w:t>
        <w:br/>
        <w:t>vt 0.903935 0.560131</w:t>
        <w:br/>
        <w:t>vt 0.908109 0.560131</w:t>
        <w:br/>
        <w:t>vt 0.908109 0.556466</w:t>
        <w:br/>
        <w:t>vt 0.908109 0.559090</w:t>
        <w:br/>
        <w:t>vt 0.903935 0.559090</w:t>
        <w:br/>
        <w:t>vt 0.903935 0.556466</w:t>
        <w:br/>
        <w:t>vt 0.908109 0.548148</w:t>
        <w:br/>
        <w:t>vt 0.903934 0.548148</w:t>
        <w:br/>
        <w:t>vt 0.900983 0.596691</w:t>
        <w:br/>
        <w:t>vt 0.900983 0.607444</w:t>
        <w:br/>
        <w:t>vt 0.896875 0.607444</w:t>
        <w:br/>
        <w:t>vt 0.896875 0.596691</w:t>
        <w:br/>
        <w:t>vt 0.896875 0.610828</w:t>
        <w:br/>
        <w:t>vt 0.900983 0.610828</w:t>
        <w:br/>
        <w:t>vt 0.881343 0.214381</w:t>
        <w:br/>
        <w:t>vt 0.892599 0.214381</w:t>
        <w:br/>
        <w:t>vt 0.892599 0.198725</w:t>
        <w:br/>
        <w:t>vt 0.881343 0.198725</w:t>
        <w:br/>
        <w:t>vt 0.900983 0.647577</w:t>
        <w:br/>
        <w:t>vt 0.896875 0.647577</w:t>
        <w:br/>
        <w:t>vt 0.896875 0.636272</w:t>
        <w:br/>
        <w:t>vt 0.900983 0.636272</w:t>
        <w:br/>
        <w:t>vt 0.881343 0.219307</w:t>
        <w:br/>
        <w:t>vt 0.892599 0.219307</w:t>
        <w:br/>
        <w:t>vt 0.896875 0.632672</w:t>
        <w:br/>
        <w:t>vt 0.900983 0.632672</w:t>
        <w:br/>
        <w:t>vt 0.896875 0.612170</w:t>
        <w:br/>
        <w:t>vt 0.900983 0.612170</w:t>
        <w:br/>
        <w:t>vt 0.892599 0.231298</w:t>
        <w:br/>
        <w:t>vt 0.892599 0.225375</w:t>
        <w:br/>
        <w:t>vt 0.881343 0.225375</w:t>
        <w:br/>
        <w:t>vt 0.881343 0.231298</w:t>
        <w:br/>
        <w:t>vt 0.892599 0.221261</w:t>
        <w:br/>
        <w:t>vt 0.881343 0.221261</w:t>
        <w:br/>
        <w:t>vt 0.900983 0.631243</w:t>
        <w:br/>
        <w:t>vt 0.896875 0.631243</w:t>
        <w:br/>
        <w:t>vt 0.900983 0.624144</w:t>
        <w:br/>
        <w:t>vt 0.896875 0.624144</w:t>
        <w:br/>
        <w:t>vt 0.896875 0.619063</w:t>
        <w:br/>
        <w:t>vt 0.900983 0.619063</w:t>
        <w:br/>
        <w:t>vt 0.862257 0.529439</w:t>
        <w:br/>
        <w:t>vt 0.862766 0.547619</w:t>
        <w:br/>
        <w:t>vt 0.876925 0.547620</w:t>
        <w:br/>
        <w:t>vt 0.876860 0.529439</w:t>
        <w:br/>
        <w:t>vt 0.846968 0.547619</w:t>
        <w:br/>
        <w:t>vt 0.846080 0.529439</w:t>
        <w:br/>
        <w:t>vt 0.854938 0.552989</w:t>
        <w:br/>
        <w:t>vt 0.868317 0.552989</w:t>
        <w:br/>
        <w:t>vt 0.868087 0.550064</w:t>
        <w:br/>
        <w:t>vt 0.855039 0.550064</w:t>
        <w:br/>
        <w:t>vt 0.840490 0.550064</w:t>
        <w:br/>
        <w:t>vt 0.840384 0.552989</w:t>
        <w:br/>
        <w:t>vt 0.705312 0.559529</w:t>
        <w:br/>
        <w:t>vt 0.720743 0.559529</w:t>
        <w:br/>
        <w:t>vt 0.720227 0.555949</w:t>
        <w:br/>
        <w:t>vt 0.705309 0.555949</w:t>
        <w:br/>
        <w:t>vt 0.764407 0.529439</w:t>
        <w:br/>
        <w:t>vt 0.762280 0.547619</w:t>
        <w:br/>
        <w:t>vt 0.776063 0.547619</w:t>
        <w:br/>
        <w:t>vt 0.776915 0.529439</w:t>
        <w:br/>
        <w:t>vt 0.781311 0.555949</w:t>
        <w:br/>
        <w:t>vt 0.771847 0.555949</w:t>
        <w:br/>
        <w:t>vt 0.773226 0.559529</w:t>
        <w:br/>
        <w:t>vt 0.782321 0.559529</w:t>
        <w:br/>
        <w:t>vt 0.813590 0.529439</w:t>
        <w:br/>
        <w:t>vt 0.799722 0.529439</w:t>
        <w:br/>
        <w:t>vt 0.801333 0.547619</w:t>
        <w:br/>
        <w:t>vt 0.815514 0.547619</w:t>
        <w:br/>
        <w:t>vt 0.761854 0.555949</w:t>
        <w:br/>
        <w:t>vt 0.749432 0.555949</w:t>
        <w:br/>
        <w:t>vt 0.751455 0.559529</w:t>
        <w:br/>
        <w:t>vt 0.763693 0.559529</w:t>
        <w:br/>
        <w:t>vt 0.829017 0.529439</w:t>
        <w:br/>
        <w:t>vt 0.830283 0.547619</w:t>
        <w:br/>
        <w:t>vt 0.810763 0.552989</w:t>
        <w:br/>
        <w:t>vt 0.810824 0.550064</w:t>
        <w:br/>
        <w:t>vt 0.797210 0.550064</w:t>
        <w:br/>
        <w:t>vt 0.797085 0.552989</w:t>
        <w:br/>
        <w:t>vt 0.782321 0.559529</w:t>
        <w:br/>
        <w:t>vt 0.793414 0.559529</w:t>
        <w:br/>
        <w:t>vt 0.793056 0.555949</w:t>
        <w:br/>
        <w:t>vt 0.808241 0.559529</w:t>
        <w:br/>
        <w:t>vt 0.808470 0.555949</w:t>
        <w:br/>
        <w:t>vt 0.749331 0.529439</w:t>
        <w:br/>
        <w:t>vt 0.747669 0.547619</w:t>
        <w:br/>
        <w:t>vt 0.760001 0.552989</w:t>
        <w:br/>
        <w:t>vt 0.760292 0.550064</w:t>
        <w:br/>
        <w:t>vt 0.744445 0.550064</w:t>
        <w:br/>
        <w:t>vt 0.744102 0.552989</w:t>
        <w:br/>
        <w:t>vt 0.711768 0.552989</w:t>
        <w:br/>
        <w:t>vt 0.720716 0.552989</w:t>
        <w:br/>
        <w:t>vt 0.720527 0.550064</w:t>
        <w:br/>
        <w:t>vt 0.711683 0.550064</w:t>
        <w:br/>
        <w:t>vt 0.837689 0.559529</w:t>
        <w:br/>
        <w:t>vt 0.838097 0.555949</w:t>
        <w:br/>
        <w:t>vt 0.823283 0.555949</w:t>
        <w:br/>
        <w:t>vt 0.822887 0.559529</w:t>
        <w:br/>
        <w:t>vt 0.714159 0.529439</w:t>
        <w:br/>
        <w:t>vt 0.713624 0.547619</w:t>
        <w:br/>
        <w:t>vt 0.723534 0.547619</w:t>
        <w:br/>
        <w:t>vt 0.724066 0.529439</w:t>
        <w:br/>
        <w:t>vt 0.850818 0.559529</w:t>
        <w:br/>
        <w:t>vt 0.851125 0.555949</w:t>
        <w:br/>
        <w:t>vt 0.703985 0.529439</w:t>
        <w:br/>
        <w:t>vt 0.703714 0.547619</w:t>
        <w:br/>
        <w:t>vt 0.702755 0.550064</w:t>
        <w:br/>
        <w:t>vt 0.702793 0.552989</w:t>
        <w:br/>
        <w:t>vt 0.694673 0.550064</w:t>
        <w:br/>
        <w:t>vt 0.694647 0.552989</w:t>
        <w:br/>
        <w:t>vt 0.694643 0.529439</w:t>
        <w:br/>
        <w:t>vt 0.694372 0.547619</w:t>
        <w:br/>
        <w:t>vt 0.875794 0.559529</w:t>
        <w:br/>
        <w:t>vt 0.875869 0.555949</w:t>
        <w:br/>
        <w:t>vt 0.864032 0.555949</w:t>
        <w:br/>
        <w:t>vt 0.863821 0.559529</w:t>
        <w:br/>
        <w:t>vt 0.735074 0.547619</w:t>
        <w:br/>
        <w:t>vt 0.735388 0.529439</w:t>
        <w:br/>
        <w:t>vt 0.730741 0.550064</w:t>
        <w:br/>
        <w:t>vt 0.730619 0.552989</w:t>
        <w:br/>
        <w:t>vt 0.692340 0.555949</w:t>
        <w:br/>
        <w:t>vt 0.691916 0.559529</w:t>
        <w:br/>
        <w:t>vt 0.825151 0.552989</w:t>
        <w:br/>
        <w:t>vt 0.825245 0.550064</w:t>
        <w:br/>
        <w:t>vt 0.737110 0.559529</w:t>
        <w:br/>
        <w:t>vt 0.735747 0.555949</w:t>
        <w:br/>
        <w:t>vt 0.788081 0.529439</w:t>
        <w:br/>
        <w:t>vt 0.788570 0.547619</w:t>
        <w:br/>
        <w:t>vt 0.785358 0.550064</w:t>
        <w:br/>
        <w:t>vt 0.785189 0.552989</w:t>
        <w:br/>
        <w:t>vt 0.773641 0.550064</w:t>
        <w:br/>
        <w:t>vt 0.773459 0.552989</w:t>
        <w:br/>
        <w:t>vt 0.862257 0.529439</w:t>
        <w:br/>
        <w:t>vt 0.862766 0.547619</w:t>
        <w:br/>
        <w:t>vt 0.846968 0.547619</w:t>
        <w:br/>
        <w:t>vt 0.846080 0.529439</w:t>
        <w:br/>
        <w:t>vt 0.854938 0.552989</w:t>
        <w:br/>
        <w:t>vt 0.855039 0.550064</w:t>
        <w:br/>
        <w:t>vt 0.840384 0.552989</w:t>
        <w:br/>
        <w:t>vt 0.840490 0.550064</w:t>
        <w:br/>
        <w:t>vt 0.705312 0.559529</w:t>
        <w:br/>
        <w:t>vt 0.705309 0.555949</w:t>
        <w:br/>
        <w:t>vt 0.720227 0.555949</w:t>
        <w:br/>
        <w:t>vt 0.720743 0.559529</w:t>
        <w:br/>
        <w:t>vt 0.764407 0.529439</w:t>
        <w:br/>
        <w:t>vt 0.776915 0.529439</w:t>
        <w:br/>
        <w:t>vt 0.776063 0.547619</w:t>
        <w:br/>
        <w:t>vt 0.762280 0.547619</w:t>
        <w:br/>
        <w:t>vt 0.773226 0.559529</w:t>
        <w:br/>
        <w:t>vt 0.771847 0.555949</w:t>
        <w:br/>
        <w:t>vt 0.781311 0.555949</w:t>
        <w:br/>
        <w:t>vt 0.782321 0.559529</w:t>
        <w:br/>
        <w:t>vt 0.801333 0.547619</w:t>
        <w:br/>
        <w:t>vt 0.799722 0.529439</w:t>
        <w:br/>
        <w:t>vt 0.813590 0.529439</w:t>
        <w:br/>
        <w:t>vt 0.815514 0.547619</w:t>
        <w:br/>
        <w:t>vt 0.761854 0.555949</w:t>
        <w:br/>
        <w:t>vt 0.763693 0.559529</w:t>
        <w:br/>
        <w:t>vt 0.751455 0.559529</w:t>
        <w:br/>
        <w:t>vt 0.749432 0.555949</w:t>
        <w:br/>
        <w:t>vt 0.829017 0.529439</w:t>
        <w:br/>
        <w:t>vt 0.830283 0.547619</w:t>
        <w:br/>
        <w:t>vt 0.797210 0.550064</w:t>
        <w:br/>
        <w:t>vt 0.810824 0.550064</w:t>
        <w:br/>
        <w:t>vt 0.810763 0.552989</w:t>
        <w:br/>
        <w:t>vt 0.797085 0.552989</w:t>
        <w:br/>
        <w:t>vt 0.782321 0.559529</w:t>
        <w:br/>
        <w:t>vt 0.793056 0.555949</w:t>
        <w:br/>
        <w:t>vt 0.793414 0.559529</w:t>
        <w:br/>
        <w:t>vt 0.808470 0.555949</w:t>
        <w:br/>
        <w:t>vt 0.808241 0.559529</w:t>
        <w:br/>
        <w:t>vt 0.749331 0.529439</w:t>
        <w:br/>
        <w:t>vt 0.747669 0.547619</w:t>
        <w:br/>
        <w:t>vt 0.744445 0.550064</w:t>
        <w:br/>
        <w:t>vt 0.760292 0.550064</w:t>
        <w:br/>
        <w:t>vt 0.760001 0.552989</w:t>
        <w:br/>
        <w:t>vt 0.744102 0.552989</w:t>
        <w:br/>
        <w:t>vt 0.720527 0.550064</w:t>
        <w:br/>
        <w:t>vt 0.720716 0.552989</w:t>
        <w:br/>
        <w:t>vt 0.711768 0.552989</w:t>
        <w:br/>
        <w:t>vt 0.711683 0.550064</w:t>
        <w:br/>
        <w:t>vt 0.823283 0.555949</w:t>
        <w:br/>
        <w:t>vt 0.838097 0.555949</w:t>
        <w:br/>
        <w:t>vt 0.837689 0.559529</w:t>
        <w:br/>
        <w:t>vt 0.822887 0.559529</w:t>
        <w:br/>
        <w:t>vt 0.714159 0.529439</w:t>
        <w:br/>
        <w:t>vt 0.724066 0.529439</w:t>
        <w:br/>
        <w:t>vt 0.723534 0.547619</w:t>
        <w:br/>
        <w:t>vt 0.713624 0.547619</w:t>
        <w:br/>
        <w:t>vt 0.851125 0.555949</w:t>
        <w:br/>
        <w:t>vt 0.850818 0.559529</w:t>
        <w:br/>
        <w:t>vt 0.703714 0.547619</w:t>
        <w:br/>
        <w:t>vt 0.703985 0.529439</w:t>
        <w:br/>
        <w:t>vt 0.702793 0.552989</w:t>
        <w:br/>
        <w:t>vt 0.702755 0.550064</w:t>
        <w:br/>
        <w:t>vt 0.864032 0.555949</w:t>
        <w:br/>
        <w:t>vt 0.863821 0.559529</w:t>
        <w:br/>
        <w:t>vt 0.735074 0.547619</w:t>
        <w:br/>
        <w:t>vt 0.735388 0.529439</w:t>
        <w:br/>
        <w:t>vt 0.730741 0.550064</w:t>
        <w:br/>
        <w:t>vt 0.730619 0.552989</w:t>
        <w:br/>
        <w:t>vt 0.825151 0.552989</w:t>
        <w:br/>
        <w:t>vt 0.825245 0.550064</w:t>
        <w:br/>
        <w:t>vt 0.735747 0.555949</w:t>
        <w:br/>
        <w:t>vt 0.737110 0.559529</w:t>
        <w:br/>
        <w:t>vt 0.788570 0.547619</w:t>
        <w:br/>
        <w:t>vt 0.788081 0.529439</w:t>
        <w:br/>
        <w:t>vt 0.785189 0.552989</w:t>
        <w:br/>
        <w:t>vt 0.785358 0.550064</w:t>
        <w:br/>
        <w:t>vt 0.773641 0.550064</w:t>
        <w:br/>
        <w:t>vt 0.773459 0.552989</w:t>
        <w:br/>
        <w:t>vt 0.466784 0.894505</w:t>
        <w:br/>
        <w:t>vt 0.468639 0.897159</w:t>
        <w:br/>
        <w:t>vt 0.465135 0.899222</w:t>
        <w:br/>
        <w:t>vt 0.462944 0.895932</w:t>
        <w:br/>
        <w:t>vt 0.471312 0.898853</w:t>
        <w:br/>
        <w:t>vt 0.474195 0.899763</w:t>
        <w:br/>
        <w:t>vt 0.472114 0.902703</w:t>
        <w:br/>
        <w:t>vt 0.468353 0.901495</w:t>
        <w:br/>
        <w:t>vt 0.484234 0.896961</w:t>
        <w:br/>
        <w:t>vt 0.486454 0.894689</w:t>
        <w:br/>
        <w:t>vt 0.488080 0.897517</w:t>
        <w:br/>
        <w:t>vt 0.485138 0.900428</w:t>
        <w:br/>
        <w:t>vt 0.488492 0.889816</w:t>
        <w:br/>
        <w:t>vt 0.488552 0.888081</w:t>
        <w:br/>
        <w:t>vt 0.491126 0.888182</w:t>
        <w:br/>
        <w:t>vt 0.491009 0.890533</w:t>
        <w:br/>
        <w:t>vt 0.487864 0.892224</w:t>
        <w:br/>
        <w:t>vt 0.490093 0.894063</w:t>
        <w:br/>
        <w:t>vt 0.465374 0.887799</w:t>
        <w:br/>
        <w:t>vt 0.465740 0.891260</w:t>
        <w:br/>
        <w:t>vt 0.461814 0.891976</w:t>
        <w:br/>
        <w:t>vt 0.461524 0.887805</w:t>
        <w:br/>
        <w:t>vt 0.472217 0.887752</w:t>
        <w:br/>
        <w:t>vt 0.472651 0.890949</w:t>
        <w:br/>
        <w:t>vt 0.474622 0.894460</w:t>
        <w:br/>
        <w:t>vt 0.476902 0.896043</w:t>
        <w:br/>
        <w:t>vt 0.482882 0.887892</w:t>
        <w:br/>
        <w:t>vt 0.479436 0.897938</w:t>
        <w:br/>
        <w:t>vt 0.482124 0.897311</w:t>
        <w:br/>
        <w:t>vt 0.525387 0.876351</w:t>
        <w:br/>
        <w:t>vt 0.531120 0.877900</w:t>
        <w:br/>
        <w:t>vt 0.529230 0.882083</w:t>
        <w:br/>
        <w:t>vt 0.523168 0.880719</w:t>
        <w:br/>
        <w:t>vt 0.526260 0.885680</w:t>
        <w:br/>
        <w:t>vt 0.522381 0.888546</w:t>
        <w:br/>
        <w:t>vt 0.518754 0.885705</w:t>
        <w:br/>
        <w:t>vt 0.517980 0.890639</w:t>
        <w:br/>
        <w:t>vt 0.512648 0.886018</w:t>
        <w:br/>
        <w:t>vt 0.513327 0.890909</w:t>
        <w:br/>
        <w:t>vt 0.508381 0.890309</w:t>
        <w:br/>
        <w:t>vt 0.507388 0.884934</w:t>
        <w:br/>
        <w:t>vt 0.503476 0.888494</w:t>
        <w:br/>
        <w:t>vt 0.499588 0.885777</w:t>
        <w:br/>
        <w:t>vt 0.501714 0.880811</w:t>
        <w:br/>
        <w:t>vt 0.499162 0.876171</w:t>
        <w:br/>
        <w:t>vt 0.496640 0.881916</w:t>
        <w:br/>
        <w:t>vt 0.494789 0.877422</w:t>
        <w:br/>
        <w:t>vt 0.494369 0.872296</w:t>
        <w:br/>
        <w:t>vt 0.498989 0.872351</w:t>
        <w:br/>
        <w:t>vt 0.495273 0.867074</w:t>
        <w:br/>
        <w:t>vt 0.499804 0.868519</w:t>
        <w:br/>
        <w:t>vt 0.514872 0.875963</w:t>
        <w:br/>
        <w:t>vt 0.515747 0.873778</w:t>
        <w:br/>
        <w:t>vt 0.512459 0.877618</w:t>
        <w:br/>
        <w:t>vt 0.505955 0.875336</w:t>
        <w:br/>
        <w:t>vt 0.508178 0.877206</w:t>
        <w:br/>
        <w:t>vt 0.505147 0.872685</w:t>
        <w:br/>
        <w:t>vt 0.505587 0.870635</w:t>
        <w:br/>
        <w:t>vt 0.510262 0.877966</w:t>
        <w:br/>
        <w:t>vt 0.481466 0.902179</w:t>
        <w:br/>
        <w:t>vt 0.466944 0.880969</w:t>
        <w:br/>
        <w:t>vt 0.463289 0.879629</w:t>
        <w:br/>
        <w:t>vt 0.465734 0.876230</w:t>
        <w:br/>
        <w:t>vt 0.468995 0.878180</w:t>
        <w:br/>
        <w:t>vt 0.471932 0.876576</w:t>
        <w:br/>
        <w:t>vt 0.469182 0.873949</w:t>
        <w:br/>
        <w:t>vt 0.472987 0.872911</w:t>
        <w:br/>
        <w:t>vt 0.474904 0.875913</w:t>
        <w:br/>
        <w:t>vt 0.477700 0.873361</w:t>
        <w:br/>
        <w:t>vt 0.479968 0.878013</w:t>
        <w:br/>
        <w:t>vt 0.484780 0.879267</w:t>
        <w:br/>
        <w:t>vt 0.485851 0.875719</w:t>
        <w:br/>
        <w:t>vt 0.488646 0.878598</w:t>
        <w:br/>
        <w:t>vt 0.486885 0.881497</w:t>
        <w:br/>
        <w:t>vt 0.488115 0.883964</w:t>
        <w:br/>
        <w:t>vt 0.490418 0.882134</w:t>
        <w:br/>
        <w:t>vt 0.491133 0.885815</w:t>
        <w:br/>
        <w:t>vt 0.488574 0.886340</w:t>
        <w:br/>
        <w:t>vt 0.461967 0.883637</w:t>
        <w:br/>
        <w:t>vt 0.465750 0.884297</w:t>
        <w:br/>
        <w:t>vt 0.472812 0.884535</w:t>
        <w:br/>
        <w:t>vt 0.475035 0.881073</w:t>
        <w:br/>
        <w:t>vt 0.477300 0.879661</w:t>
        <w:br/>
        <w:t>vt 0.482882 0.887892</w:t>
        <w:br/>
        <w:t>vt 0.531842 0.873628</w:t>
        <w:br/>
        <w:t>vt 0.525886 0.871729</w:t>
        <w:br/>
        <w:t>vt 0.531295 0.869141</w:t>
        <w:br/>
        <w:t>vt 0.524853 0.865207</w:t>
        <w:br/>
        <w:t>vt 0.529489 0.864769</w:t>
        <w:br/>
        <w:t>vt 0.526780 0.860610</w:t>
        <w:br/>
        <w:t>vt 0.520033 0.861450</w:t>
        <w:br/>
        <w:t>vt 0.523233 0.857656</w:t>
        <w:br/>
        <w:t>vt 0.518795 0.855604</w:t>
        <w:br/>
        <w:t>vt 0.515152 0.859591</w:t>
        <w:br/>
        <w:t>vt 0.514009 0.854370</w:t>
        <w:br/>
        <w:t>vt 0.509336 0.854378</w:t>
        <w:br/>
        <w:t>vt 0.508313 0.859774</w:t>
        <w:br/>
        <w:t>vt 0.503695 0.862022</w:t>
        <w:br/>
        <w:t>vt 0.500727 0.858348</w:t>
        <w:br/>
        <w:t>vt 0.504775 0.855745</w:t>
        <w:br/>
        <w:t>vt 0.501377 0.864963</w:t>
        <w:br/>
        <w:t>vt 0.497458 0.862275</w:t>
        <w:br/>
        <w:t>vt 0.516249 0.871544</w:t>
        <w:br/>
        <w:t>vt 0.515045 0.868899</w:t>
        <w:br/>
        <w:t>vt 0.511420 0.866857</w:t>
        <w:br/>
        <w:t>vt 0.508566 0.867138</w:t>
        <w:br/>
        <w:t>vt 0.506376 0.868719</w:t>
        <w:br/>
        <w:t>vt 0.513437 0.867368</w:t>
        <w:br/>
        <w:t>vt 0.482693 0.878864</w:t>
        <w:br/>
        <w:t>vt 0.482247 0.873828</w:t>
        <w:br/>
        <w:t>vt 0.476919 0.902463</w:t>
        <w:br/>
        <w:t>vt 0.658453 0.584570</w:t>
        <w:br/>
        <w:t>vt 0.659575 0.594799</w:t>
        <w:br/>
        <w:t>vt 0.651862 0.594554</w:t>
        <w:br/>
        <w:t>vt 0.651731 0.584208</w:t>
        <w:br/>
        <w:t>vt 0.645470 0.582104</w:t>
        <w:br/>
        <w:t>vt 0.644625 0.592074</w:t>
        <w:br/>
        <w:t>vt 0.638129 0.588122</w:t>
        <w:br/>
        <w:t>vt 0.639955 0.578966</w:t>
        <w:br/>
        <w:t>vt 0.625178 0.578337</w:t>
        <w:br/>
        <w:t>vt 0.627058 0.565653</w:t>
        <w:br/>
        <w:t>vt 0.633057 0.568319</w:t>
        <w:br/>
        <w:t>vt 0.632122 0.581843</w:t>
        <w:br/>
        <w:t>vt 0.622181 0.565476</w:t>
        <w:br/>
        <w:t>vt 0.619488 0.574174</w:t>
        <w:br/>
        <w:t>vt 0.614546 0.569114</w:t>
        <w:br/>
        <w:t>vt 0.616785 0.561079</w:t>
        <w:br/>
        <w:t>vt 0.606800 0.554307</w:t>
        <w:br/>
        <w:t>vt 0.605566 0.561345</w:t>
        <w:br/>
        <w:t>vt 0.602451 0.560107</w:t>
        <w:br/>
        <w:t>vt 0.602368 0.553120</w:t>
        <w:br/>
        <w:t>vt 0.609854 0.564674</w:t>
        <w:br/>
        <w:t>vt 0.611782 0.557295</w:t>
        <w:br/>
        <w:t>vt 0.674889 0.590933</w:t>
        <w:br/>
        <w:t>vt 0.667277 0.593207</w:t>
        <w:br/>
        <w:t>vt 0.665308 0.583204</w:t>
        <w:br/>
        <w:t>vt 0.672246 0.581333</w:t>
        <w:br/>
        <w:t>vt 0.666596 0.562918</w:t>
        <w:br/>
        <w:t>vt 0.658642 0.565269</w:t>
        <w:br/>
        <w:t>vt 0.648414 0.566455</w:t>
        <w:br/>
        <w:t>vt 0.641006 0.565928</w:t>
        <w:br/>
        <w:t>vt 0.613882 0.549394</w:t>
        <w:br/>
        <w:t>vt 0.622377 0.549229</w:t>
        <w:br/>
        <w:t>vt 0.631152 0.549280</w:t>
        <w:br/>
        <w:t>vt 0.644864 0.547871</w:t>
        <w:br/>
        <w:t>vt 0.638404 0.548954</w:t>
        <w:br/>
        <w:t>vt 0.653113 0.545720</w:t>
        <w:br/>
        <w:t>vt 0.659504 0.543794</w:t>
        <w:br/>
        <w:t>vt 0.607351 0.545602</w:t>
        <w:br/>
        <w:t>vt 0.602256 0.545066</w:t>
        <w:br/>
        <w:t>vt 0.618967 0.534691</w:t>
        <w:br/>
        <w:t>vt 0.609234 0.534475</w:t>
        <w:br/>
        <w:t>vt 0.628222 0.534195</w:t>
        <w:br/>
        <w:t>vt 0.635099 0.533493</w:t>
        <w:br/>
        <w:t>vt 0.641421 0.532482</w:t>
        <w:br/>
        <w:t>vt 0.649559 0.531301</w:t>
        <w:br/>
        <w:t>vt 0.655409 0.530406</w:t>
        <w:br/>
        <w:t>vt 0.670569 0.460396</w:t>
        <w:br/>
        <w:t>vt 0.679799 0.460396</w:t>
        <w:br/>
        <w:t>vt 0.675255 0.476504</w:t>
        <w:br/>
        <w:t>vt 0.664742 0.474087</w:t>
        <w:br/>
        <w:t>vt 0.663171 0.460396</w:t>
        <w:br/>
        <w:t>vt 0.653539 0.469985</w:t>
        <w:br/>
        <w:t>vt 0.656441 0.460396</w:t>
        <w:br/>
        <w:t>vt 0.650612 0.460396</w:t>
        <w:br/>
        <w:t>vt 0.643667 0.471882</w:t>
        <w:br/>
        <w:t>vt 0.644583 0.460396</w:t>
        <w:br/>
        <w:t>vt 0.638783 0.460396</w:t>
        <w:br/>
        <w:t>vt 0.635000 0.472131</w:t>
        <w:br/>
        <w:t>vt 0.632791 0.460396</w:t>
        <w:br/>
        <w:t>vt 0.626646 0.460396</w:t>
        <w:br/>
        <w:t>vt 0.623527 0.472362</w:t>
        <w:br/>
        <w:t>vt 0.614662 0.471996</w:t>
        <w:br/>
        <w:t>vt 0.614926 0.460396</w:t>
        <w:br/>
        <w:t>vt 0.620865 0.460396</w:t>
        <w:br/>
        <w:t>vt 0.608289 0.472248</w:t>
        <w:br/>
        <w:t>vt 0.608508 0.460396</w:t>
        <w:br/>
        <w:t>vt 0.601454 0.460396</w:t>
        <w:br/>
        <w:t>vt 0.601484 0.472439</w:t>
        <w:br/>
        <w:t>vt 0.607929 0.517879</w:t>
        <w:br/>
        <w:t>vt 0.602061 0.534426</w:t>
        <w:br/>
        <w:t>vt 0.601840 0.518228</w:t>
        <w:br/>
        <w:t>vt 0.617038 0.517486</w:t>
        <w:br/>
        <w:t>vt 0.626842 0.516921</w:t>
        <w:br/>
        <w:t>vt 0.633955 0.516424</w:t>
        <w:br/>
        <w:t>vt 0.640728 0.515988</w:t>
        <w:br/>
        <w:t>vt 0.649043 0.516207</w:t>
        <w:br/>
        <w:t>vt 0.654671 0.516778</w:t>
        <w:br/>
        <w:t>vt 0.601622 0.500520</w:t>
        <w:br/>
        <w:t>vt 0.608714 0.499962</w:t>
        <w:br/>
        <w:t>vt 0.618664 0.499547</w:t>
        <w:br/>
        <w:t>vt 0.629344 0.499266</w:t>
        <w:br/>
        <w:t>vt 0.637015 0.498862</w:t>
        <w:br/>
        <w:t>vt 0.644726 0.499116</w:t>
        <w:br/>
        <w:t>vt 0.654093 0.500599</w:t>
        <w:br/>
        <w:t>vt 0.660049 0.502670</w:t>
        <w:br/>
        <w:t>vt 0.601557 0.489136</w:t>
        <w:br/>
        <w:t>vt 0.610152 0.488371</w:t>
        <w:br/>
        <w:t>vt 0.621328 0.488168</w:t>
        <w:br/>
        <w:t>vt 0.632359 0.488032</w:t>
        <w:br/>
        <w:t>vt 0.640588 0.487633</w:t>
        <w:br/>
        <w:t>vt 0.648742 0.488316</w:t>
        <w:br/>
        <w:t>vt 0.658905 0.489716</w:t>
        <w:br/>
        <w:t>vt 0.666317 0.492728</w:t>
        <w:br/>
        <w:t>vt 0.553088 0.594490</w:t>
        <w:br/>
        <w:t>vt 0.545045 0.595138</w:t>
        <w:br/>
        <w:t>vt 0.545935 0.585445</w:t>
        <w:br/>
        <w:t>vt 0.553065 0.584875</w:t>
        <w:br/>
        <w:t>vt 0.566827 0.587726</w:t>
        <w:br/>
        <w:t>vt 0.560484 0.591772</w:t>
        <w:br/>
        <w:t>vt 0.559506 0.582289</w:t>
        <w:br/>
        <w:t>vt 0.564847 0.578710</w:t>
        <w:br/>
        <w:t>vt 0.572625 0.581508</w:t>
        <w:br/>
        <w:t>vt 0.571614 0.567990</w:t>
        <w:br/>
        <w:t>vt 0.579577 0.578073</w:t>
        <w:br/>
        <w:t>vt 0.577796 0.565041</w:t>
        <w:br/>
        <w:t>vt 0.590331 0.569416</w:t>
        <w:br/>
        <w:t>vt 0.585326 0.574064</w:t>
        <w:br/>
        <w:t>vt 0.582675 0.564998</w:t>
        <w:br/>
        <w:t>vt 0.588148 0.561064</w:t>
        <w:br/>
        <w:t>vt 0.599309 0.561352</w:t>
        <w:br/>
        <w:t>vt 0.594942 0.564877</w:t>
        <w:br/>
        <w:t>vt 0.593065 0.557340</w:t>
        <w:br/>
        <w:t>vt 0.597927 0.554334</w:t>
        <w:br/>
        <w:t>vt 0.537101 0.594030</w:t>
        <w:br/>
        <w:t>vt 0.529363 0.592364</w:t>
        <w:br/>
        <w:t>vt 0.531722 0.582726</w:t>
        <w:br/>
        <w:t>vt 0.538773 0.584428</w:t>
        <w:br/>
        <w:t>vt 0.537180 0.564253</w:t>
        <w:br/>
        <w:t>vt 0.545448 0.566197</w:t>
        <w:br/>
        <w:t>vt 0.556125 0.566796</w:t>
        <w:br/>
        <w:t>vt 0.563473 0.566004</w:t>
        <w:br/>
        <w:t>vt 0.591041 0.549369</w:t>
        <w:br/>
        <w:t>vt 0.597214 0.545567</w:t>
        <w:br/>
        <w:t>vt 0.582332 0.548856</w:t>
        <w:br/>
        <w:t>vt 0.559174 0.548071</w:t>
        <w:br/>
        <w:t>vt 0.565998 0.549039</w:t>
        <w:br/>
        <w:t>vt 0.550361 0.546282</w:t>
        <w:br/>
        <w:t>vt 0.543713 0.544574</w:t>
        <w:br/>
        <w:t>vt 0.585207 0.534753</w:t>
        <w:br/>
        <w:t>vt 0.594917 0.534593</w:t>
        <w:br/>
        <w:t>vt 0.576004 0.534361</w:t>
        <w:br/>
        <w:t>vt 0.573388 0.549287</w:t>
        <w:br/>
        <w:t>vt 0.562573 0.532852</w:t>
        <w:br/>
        <w:t>vt 0.569108 0.533779</w:t>
        <w:br/>
        <w:t>vt 0.554087 0.531655</w:t>
        <w:br/>
        <w:t>vt 0.548064 0.530702</w:t>
        <w:br/>
        <w:t>vt 0.529159 0.476720</w:t>
        <w:br/>
        <w:t>vt 0.524915 0.460396</w:t>
        <w:br/>
        <w:t>vt 0.533517 0.460396</w:t>
        <w:br/>
        <w:t>vt 0.539190 0.474136</w:t>
        <w:br/>
        <w:t>vt 0.540603 0.460396</w:t>
        <w:br/>
        <w:t>vt 0.547249 0.460396</w:t>
        <w:br/>
        <w:t>vt 0.550233 0.469837</w:t>
        <w:br/>
        <w:t>vt 0.553176 0.460396</w:t>
        <w:br/>
        <w:t>vt 0.560097 0.471759</w:t>
        <w:br/>
        <w:t>vt 0.559169 0.460396</w:t>
        <w:br/>
        <w:t>vt 0.565039 0.460396</w:t>
        <w:br/>
        <w:t>vt 0.568624 0.472099</w:t>
        <w:br/>
        <w:t>vt 0.570774 0.460396</w:t>
        <w:br/>
        <w:t>vt 0.576740 0.460396</w:t>
        <w:br/>
        <w:t>vt 0.579743 0.472354</w:t>
        <w:br/>
        <w:t>vt 0.588322 0.472112</w:t>
        <w:br/>
        <w:t>vt 0.582304 0.460396</w:t>
        <w:br/>
        <w:t>vt 0.588125 0.460396</w:t>
        <w:br/>
        <w:t>vt 0.594456 0.460396</w:t>
        <w:br/>
        <w:t>vt 0.594668 0.472344</w:t>
        <w:br/>
        <w:t>vt 0.595736 0.517913</w:t>
        <w:br/>
        <w:t>vt 0.586648 0.517617</w:t>
        <w:br/>
        <w:t>vt 0.576957 0.517188</w:t>
        <w:br/>
        <w:t>vt 0.570002 0.516812</w:t>
        <w:br/>
        <w:t>vt 0.563417 0.516423</w:t>
        <w:br/>
        <w:t>vt 0.555272 0.516455</w:t>
        <w:br/>
        <w:t>vt 0.549616 0.516834</w:t>
        <w:br/>
        <w:t>vt 0.594499 0.500009</w:t>
        <w:br/>
        <w:t>vt 0.584679 0.499738</w:t>
        <w:br/>
        <w:t>vt 0.574234 0.499558</w:t>
        <w:br/>
        <w:t>vt 0.566851 0.499180</w:t>
        <w:br/>
        <w:t>vt 0.559493 0.499493</w:t>
        <w:br/>
        <w:t>vt 0.550588 0.500628</w:t>
        <w:br/>
        <w:t>vt 0.544734 0.502579</w:t>
        <w:br/>
        <w:t>vt 0.592900 0.488432</w:t>
        <w:br/>
        <w:t>vt 0.581953 0.488320</w:t>
        <w:br/>
        <w:t>vt 0.571140 0.488168</w:t>
        <w:br/>
        <w:t>vt 0.563326 0.487766</w:t>
        <w:br/>
        <w:t>vt 0.555324 0.488469</w:t>
        <w:br/>
        <w:t>vt 0.545429 0.489775</w:t>
        <w:br/>
        <w:t>vt 0.538280 0.492820</w:t>
        <w:br/>
        <w:t>vt 0.957510 0.648016</w:t>
        <w:br/>
        <w:t>vt 0.957510 0.641128</w:t>
        <w:br/>
        <w:t>vt 0.961002 0.641188</w:t>
        <w:br/>
        <w:t>vt 0.961002 0.648075</w:t>
        <w:br/>
        <w:t>vt 0.957510 0.661886</w:t>
        <w:br/>
        <w:t>vt 0.957510 0.654918</w:t>
        <w:br/>
        <w:t>vt 0.961002 0.654973</w:t>
        <w:br/>
        <w:t>vt 0.961002 0.661932</w:t>
        <w:br/>
        <w:t>vt 0.961002 0.684429</w:t>
        <w:br/>
        <w:t>vt 0.961002 0.691433</w:t>
        <w:br/>
        <w:t>vt 0.957510 0.691399</w:t>
        <w:br/>
        <w:t>vt 0.957510 0.684408</w:t>
        <w:br/>
        <w:t>vt 0.961002 0.706988</w:t>
        <w:br/>
        <w:t>vt 0.957510 0.706971</w:t>
        <w:br/>
        <w:t>vt 0.957510 0.703415</w:t>
        <w:br/>
        <w:t>vt 0.961003 0.703403</w:t>
        <w:br/>
        <w:t>vt 0.957510 0.697853</w:t>
        <w:br/>
        <w:t>vt 0.961002 0.697878</w:t>
        <w:br/>
        <w:t>vt 0.957510 0.633869</w:t>
        <w:br/>
        <w:t>vt 0.957510 0.626184</w:t>
        <w:br/>
        <w:t>vt 0.961003 0.626556</w:t>
        <w:br/>
        <w:t>vt 0.961002 0.633941</w:t>
        <w:br/>
        <w:t>vt 0.968958 0.825054</w:t>
        <w:br/>
        <w:t>vt 0.965482 0.825622</w:t>
        <w:br/>
        <w:t>vt 0.965482 0.816436</w:t>
        <w:br/>
        <w:t>vt 0.968958 0.816411</w:t>
        <w:br/>
        <w:t>vt 0.965482 0.807840</w:t>
        <w:br/>
        <w:t>vt 0.968958 0.807811</w:t>
        <w:br/>
        <w:t>vt 0.965482 0.799059</w:t>
        <w:br/>
        <w:t>vt 0.968958 0.799031</w:t>
        <w:br/>
        <w:t>vt 0.965482 0.790306</w:t>
        <w:br/>
        <w:t>vt 0.968958 0.790094</w:t>
        <w:br/>
        <w:t>vt 0.965482 0.781623</w:t>
        <w:br/>
        <w:t>vt 0.968958 0.781415</w:t>
        <w:br/>
        <w:t>vt 0.965482 0.772795</w:t>
        <w:br/>
        <w:t>vt 0.968958 0.772823</w:t>
        <w:br/>
        <w:t>vt 0.965482 0.763724</w:t>
        <w:br/>
        <w:t>vt 0.968958 0.763741</w:t>
        <w:br/>
        <w:t>vt 0.965482 0.755245</w:t>
        <w:br/>
        <w:t>vt 0.968958 0.755281</w:t>
        <w:br/>
        <w:t>vt 0.968958 0.746930</w:t>
        <w:br/>
        <w:t>vt 0.965482 0.746964</w:t>
        <w:br/>
        <w:t>vt 0.965482 0.738828</w:t>
        <w:br/>
        <w:t>vt 0.968958 0.738787</w:t>
        <w:br/>
        <w:t>vt 0.965482 0.730106</w:t>
        <w:br/>
        <w:t>vt 0.968958 0.730106</w:t>
        <w:br/>
        <w:t>vt 0.965482 0.721151</w:t>
        <w:br/>
        <w:t>vt 0.968958 0.721178</w:t>
        <w:br/>
        <w:t>vt 0.957510 0.677369</w:t>
        <w:br/>
        <w:t>vt 0.961002 0.677404</w:t>
        <w:br/>
        <w:t>vt 0.961003 0.773475</w:t>
        <w:br/>
        <w:t>vt 0.957510 0.773545</w:t>
        <w:br/>
        <w:t>vt 0.957510 0.766045</w:t>
        <w:br/>
        <w:t>vt 0.961002 0.765980</w:t>
        <w:br/>
        <w:t>vt 0.961002 0.758560</w:t>
        <w:br/>
        <w:t>vt 0.957510 0.758613</w:t>
        <w:br/>
        <w:t>vt 0.957510 0.751622</w:t>
        <w:br/>
        <w:t>vt 0.961003 0.751574</w:t>
        <w:br/>
        <w:t>vt 0.957510 0.743857</w:t>
        <w:br/>
        <w:t>vt 0.961002 0.743767</w:t>
        <w:br/>
        <w:t>vt 0.961002 0.723166</w:t>
        <w:br/>
        <w:t>vt 0.961002 0.729827</w:t>
        <w:br/>
        <w:t>vt 0.957510 0.729829</w:t>
        <w:br/>
        <w:t>vt 0.957510 0.723181</w:t>
        <w:br/>
        <w:t>vt 0.957510 0.710617</w:t>
        <w:br/>
        <w:t>vt 0.961002 0.710633</w:t>
        <w:br/>
        <w:t>vt 0.961002 0.716580</w:t>
        <w:br/>
        <w:t>vt 0.957510 0.716621</w:t>
        <w:br/>
        <w:t>vt 0.961003 0.788007</w:t>
        <w:br/>
        <w:t>vt 0.957510 0.788335</w:t>
        <w:br/>
        <w:t>vt 0.957510 0.780887</w:t>
        <w:br/>
        <w:t>vt 0.961003 0.780841</w:t>
        <w:br/>
        <w:t>vt 0.965482 0.626659</w:t>
        <w:br/>
        <w:t>vt 0.965482 0.618068</w:t>
        <w:br/>
        <w:t>vt 0.968958 0.618590</w:t>
        <w:br/>
        <w:t>vt 0.968958 0.626659</w:t>
        <w:br/>
        <w:t>vt 0.968958 0.635000</w:t>
        <w:br/>
        <w:t>vt 0.965482 0.634990</w:t>
        <w:br/>
        <w:t>vt 0.965482 0.643498</w:t>
        <w:br/>
        <w:t>vt 0.968958 0.643509</w:t>
        <w:br/>
        <w:t>vt 0.968958 0.652343</w:t>
        <w:br/>
        <w:t>vt 0.965482 0.652205</w:t>
        <w:br/>
        <w:t>vt 0.965482 0.660745</w:t>
        <w:br/>
        <w:t>vt 0.968958 0.660900</w:t>
        <w:br/>
        <w:t>vt 0.965482 0.669597</w:t>
        <w:br/>
        <w:t>vt 0.968958 0.669634</w:t>
        <w:br/>
        <w:t>vt 0.968958 0.678204</w:t>
        <w:br/>
        <w:t>vt 0.965482 0.678227</w:t>
        <w:br/>
        <w:t>vt 0.968958 0.686637</w:t>
        <w:br/>
        <w:t>vt 0.965482 0.686684</w:t>
        <w:br/>
        <w:t>vt 0.965482 0.703243</w:t>
        <w:br/>
        <w:t>vt 0.965482 0.694854</w:t>
        <w:br/>
        <w:t>vt 0.968958 0.694929</w:t>
        <w:br/>
        <w:t>vt 0.968958 0.703338</w:t>
        <w:br/>
        <w:t>vt 0.965482 0.712166</w:t>
        <w:br/>
        <w:t>vt 0.968958 0.712208</w:t>
        <w:br/>
        <w:t>vt 0.961002 0.736436</w:t>
        <w:br/>
        <w:t>vt 0.957510 0.736468</w:t>
        <w:br/>
        <w:t>vt 0.957510 0.669640</w:t>
        <w:br/>
        <w:t>vt 0.961002 0.669725</w:t>
        <w:br/>
        <w:t>vt 0.511020 0.871975</w:t>
        <w:br/>
        <w:t>vt 0.511020 0.871975</w:t>
        <w:br/>
        <w:t>vt 0.466784 0.894505</w:t>
        <w:br/>
        <w:t>vt 0.462944 0.895932</w:t>
        <w:br/>
        <w:t>vt 0.465135 0.899222</w:t>
        <w:br/>
        <w:t>vt 0.468639 0.897159</w:t>
        <w:br/>
        <w:t>vt 0.471312 0.898853</w:t>
        <w:br/>
        <w:t>vt 0.468353 0.901495</w:t>
        <w:br/>
        <w:t>vt 0.472114 0.902703</w:t>
        <w:br/>
        <w:t>vt 0.474195 0.899763</w:t>
        <w:br/>
        <w:t>vt 0.484234 0.896961</w:t>
        <w:br/>
        <w:t>vt 0.485138 0.900428</w:t>
        <w:br/>
        <w:t>vt 0.488080 0.897517</w:t>
        <w:br/>
        <w:t>vt 0.486454 0.894689</w:t>
        <w:br/>
        <w:t>vt 0.488492 0.889816</w:t>
        <w:br/>
        <w:t>vt 0.491009 0.890533</w:t>
        <w:br/>
        <w:t>vt 0.491126 0.888182</w:t>
        <w:br/>
        <w:t>vt 0.488552 0.888081</w:t>
        <w:br/>
        <w:t>vt 0.490093 0.894063</w:t>
        <w:br/>
        <w:t>vt 0.487864 0.892224</w:t>
        <w:br/>
        <w:t>vt 0.465374 0.887799</w:t>
        <w:br/>
        <w:t>vt 0.461524 0.887805</w:t>
        <w:br/>
        <w:t>vt 0.461814 0.891976</w:t>
        <w:br/>
        <w:t>vt 0.465740 0.891260</w:t>
        <w:br/>
        <w:t>vt 0.472217 0.887752</w:t>
        <w:br/>
        <w:t>vt 0.472651 0.890949</w:t>
        <w:br/>
        <w:t>vt 0.474622 0.894460</w:t>
        <w:br/>
        <w:t>vt 0.476902 0.896043</w:t>
        <w:br/>
        <w:t>vt 0.482882 0.887892</w:t>
        <w:br/>
        <w:t>vt 0.479436 0.897938</w:t>
        <w:br/>
        <w:t>vt 0.482124 0.897311</w:t>
        <w:br/>
        <w:t>vt 0.529230 0.882083</w:t>
        <w:br/>
        <w:t>vt 0.531120 0.877900</w:t>
        <w:br/>
        <w:t>vt 0.525387 0.876351</w:t>
        <w:br/>
        <w:t>vt 0.523168 0.880719</w:t>
        <w:br/>
        <w:t>vt 0.526260 0.885680</w:t>
        <w:br/>
        <w:t>vt 0.518754 0.885705</w:t>
        <w:br/>
        <w:t>vt 0.522381 0.888546</w:t>
        <w:br/>
        <w:t>vt 0.517980 0.890639</w:t>
        <w:br/>
        <w:t>vt 0.512648 0.886018</w:t>
        <w:br/>
        <w:t>vt 0.513327 0.890909</w:t>
        <w:br/>
        <w:t>vt 0.508381 0.890309</w:t>
        <w:br/>
        <w:t>vt 0.507388 0.884934</w:t>
        <w:br/>
        <w:t>vt 0.503476 0.888494</w:t>
        <w:br/>
        <w:t>vt 0.499588 0.885777</w:t>
        <w:br/>
        <w:t>vt 0.501714 0.880811</w:t>
        <w:br/>
        <w:t>vt 0.499162 0.876171</w:t>
        <w:br/>
        <w:t>vt 0.494789 0.877422</w:t>
        <w:br/>
        <w:t>vt 0.496640 0.881916</w:t>
        <w:br/>
        <w:t>vt 0.498989 0.872351</w:t>
        <w:br/>
        <w:t>vt 0.494369 0.872296</w:t>
        <w:br/>
        <w:t>vt 0.495273 0.867074</w:t>
        <w:br/>
        <w:t>vt 0.499804 0.868519</w:t>
        <w:br/>
        <w:t>vt 0.515747 0.873778</w:t>
        <w:br/>
        <w:t>vt 0.514872 0.875963</w:t>
        <w:br/>
        <w:t>vt 0.512459 0.877618</w:t>
        <w:br/>
        <w:t>vt 0.508178 0.877206</w:t>
        <w:br/>
        <w:t>vt 0.505955 0.875336</w:t>
        <w:br/>
        <w:t>vt 0.505147 0.872685</w:t>
        <w:br/>
        <w:t>vt 0.505587 0.870635</w:t>
        <w:br/>
        <w:t>vt 0.510262 0.877966</w:t>
        <w:br/>
        <w:t>vt 0.481466 0.902179</w:t>
        <w:br/>
        <w:t>vt 0.465734 0.876230</w:t>
        <w:br/>
        <w:t>vt 0.463289 0.879629</w:t>
        <w:br/>
        <w:t>vt 0.466944 0.880969</w:t>
        <w:br/>
        <w:t>vt 0.468995 0.878180</w:t>
        <w:br/>
        <w:t>vt 0.472987 0.872911</w:t>
        <w:br/>
        <w:t>vt 0.469182 0.873949</w:t>
        <w:br/>
        <w:t>vt 0.471932 0.876576</w:t>
        <w:br/>
        <w:t>vt 0.474904 0.875913</w:t>
        <w:br/>
        <w:t>vt 0.477700 0.873361</w:t>
        <w:br/>
        <w:t>vt 0.479968 0.878013</w:t>
        <w:br/>
        <w:t>vt 0.488646 0.878598</w:t>
        <w:br/>
        <w:t>vt 0.485851 0.875719</w:t>
        <w:br/>
        <w:t>vt 0.484780 0.879267</w:t>
        <w:br/>
        <w:t>vt 0.486885 0.881497</w:t>
        <w:br/>
        <w:t>vt 0.491133 0.885815</w:t>
        <w:br/>
        <w:t>vt 0.490418 0.882134</w:t>
        <w:br/>
        <w:t>vt 0.488115 0.883964</w:t>
        <w:br/>
        <w:t>vt 0.488574 0.886340</w:t>
        <w:br/>
        <w:t>vt 0.461967 0.883637</w:t>
        <w:br/>
        <w:t>vt 0.465750 0.884297</w:t>
        <w:br/>
        <w:t>vt 0.472812 0.884535</w:t>
        <w:br/>
        <w:t>vt 0.475035 0.881073</w:t>
        <w:br/>
        <w:t>vt 0.477300 0.879661</w:t>
        <w:br/>
        <w:t>vt 0.482882 0.887892</w:t>
        <w:br/>
        <w:t>vt 0.531842 0.873628</w:t>
        <w:br/>
        <w:t>vt 0.525886 0.871729</w:t>
        <w:br/>
        <w:t>vt 0.531295 0.869141</w:t>
        <w:br/>
        <w:t>vt 0.529489 0.864769</w:t>
        <w:br/>
        <w:t>vt 0.524853 0.865207</w:t>
        <w:br/>
        <w:t>vt 0.526780 0.860610</w:t>
        <w:br/>
        <w:t>vt 0.520033 0.861450</w:t>
        <w:br/>
        <w:t>vt 0.523233 0.857656</w:t>
        <w:br/>
        <w:t>vt 0.518795 0.855604</w:t>
        <w:br/>
        <w:t>vt 0.515152 0.859591</w:t>
        <w:br/>
        <w:t>vt 0.514009 0.854370</w:t>
        <w:br/>
        <w:t>vt 0.509336 0.854378</w:t>
        <w:br/>
        <w:t>vt 0.508313 0.859774</w:t>
        <w:br/>
        <w:t>vt 0.503695 0.862022</w:t>
        <w:br/>
        <w:t>vt 0.504775 0.855745</w:t>
        <w:br/>
        <w:t>vt 0.500727 0.858348</w:t>
        <w:br/>
        <w:t>vt 0.497458 0.862275</w:t>
        <w:br/>
        <w:t>vt 0.501377 0.864963</w:t>
        <w:br/>
        <w:t>vt 0.516249 0.871544</w:t>
        <w:br/>
        <w:t>vt 0.515045 0.868899</w:t>
        <w:br/>
        <w:t>vt 0.508566 0.867138</w:t>
        <w:br/>
        <w:t>vt 0.511420 0.866857</w:t>
        <w:br/>
        <w:t>vt 0.506376 0.868719</w:t>
        <w:br/>
        <w:t>vt 0.513437 0.867368</w:t>
        <w:br/>
        <w:t>vt 0.482247 0.873828</w:t>
        <w:br/>
        <w:t>vt 0.482693 0.878864</w:t>
        <w:br/>
        <w:t>vt 0.476919 0.902463</w:t>
        <w:br/>
        <w:t>vt 0.658453 0.584570</w:t>
        <w:br/>
        <w:t>vt 0.651731 0.584208</w:t>
        <w:br/>
        <w:t>vt 0.651862 0.594554</w:t>
        <w:br/>
        <w:t>vt 0.659575 0.594799</w:t>
        <w:br/>
        <w:t>vt 0.645470 0.582104</w:t>
        <w:br/>
        <w:t>vt 0.639955 0.578966</w:t>
        <w:br/>
        <w:t>vt 0.638129 0.588122</w:t>
        <w:br/>
        <w:t>vt 0.644625 0.592074</w:t>
        <w:br/>
        <w:t>vt 0.625178 0.578337</w:t>
        <w:br/>
        <w:t>vt 0.632122 0.581843</w:t>
        <w:br/>
        <w:t>vt 0.633057 0.568319</w:t>
        <w:br/>
        <w:t>vt 0.627058 0.565653</w:t>
        <w:br/>
        <w:t>vt 0.622181 0.565476</w:t>
        <w:br/>
        <w:t>vt 0.616785 0.561079</w:t>
        <w:br/>
        <w:t>vt 0.614546 0.569114</w:t>
        <w:br/>
        <w:t>vt 0.619488 0.574174</w:t>
        <w:br/>
        <w:t>vt 0.606800 0.554307</w:t>
        <w:br/>
        <w:t>vt 0.602368 0.553120</w:t>
        <w:br/>
        <w:t>vt 0.602451 0.560107</w:t>
        <w:br/>
        <w:t>vt 0.605566 0.561345</w:t>
        <w:br/>
        <w:t>vt 0.611782 0.557295</w:t>
        <w:br/>
        <w:t>vt 0.609854 0.564674</w:t>
        <w:br/>
        <w:t>vt 0.665308 0.583204</w:t>
        <w:br/>
        <w:t>vt 0.667277 0.593207</w:t>
        <w:br/>
        <w:t>vt 0.674889 0.590933</w:t>
        <w:br/>
        <w:t>vt 0.672246 0.581333</w:t>
        <w:br/>
        <w:t>vt 0.666596 0.562918</w:t>
        <w:br/>
        <w:t>vt 0.658642 0.565269</w:t>
        <w:br/>
        <w:t>vt 0.648414 0.566455</w:t>
        <w:br/>
        <w:t>vt 0.641006 0.565928</w:t>
        <w:br/>
        <w:t>vt 0.613882 0.549394</w:t>
        <w:br/>
        <w:t>vt 0.622377 0.549229</w:t>
        <w:br/>
        <w:t>vt 0.631152 0.549280</w:t>
        <w:br/>
        <w:t>vt 0.644864 0.547871</w:t>
        <w:br/>
        <w:t>vt 0.638404 0.548954</w:t>
        <w:br/>
        <w:t>vt 0.653113 0.545720</w:t>
        <w:br/>
        <w:t>vt 0.659504 0.543794</w:t>
        <w:br/>
        <w:t>vt 0.607351 0.545602</w:t>
        <w:br/>
        <w:t>vt 0.602256 0.545066</w:t>
        <w:br/>
        <w:t>vt 0.618967 0.534691</w:t>
        <w:br/>
        <w:t>vt 0.609234 0.534475</w:t>
        <w:br/>
        <w:t>vt 0.628222 0.534195</w:t>
        <w:br/>
        <w:t>vt 0.641421 0.532482</w:t>
        <w:br/>
        <w:t>vt 0.635099 0.533493</w:t>
        <w:br/>
        <w:t>vt 0.649559 0.531301</w:t>
        <w:br/>
        <w:t>vt 0.655409 0.530406</w:t>
        <w:br/>
        <w:t>vt 0.675255 0.476504</w:t>
        <w:br/>
        <w:t>vt 0.679799 0.460396</w:t>
        <w:br/>
        <w:t>vt 0.670569 0.460396</w:t>
        <w:br/>
        <w:t>vt 0.664742 0.474087</w:t>
        <w:br/>
        <w:t>vt 0.663171 0.460396</w:t>
        <w:br/>
        <w:t>vt 0.656441 0.460396</w:t>
        <w:br/>
        <w:t>vt 0.653539 0.469985</w:t>
        <w:br/>
        <w:t>vt 0.650612 0.460396</w:t>
        <w:br/>
        <w:t>vt 0.643667 0.471882</w:t>
        <w:br/>
        <w:t>vt 0.644583 0.460396</w:t>
        <w:br/>
        <w:t>vt 0.638783 0.460396</w:t>
        <w:br/>
        <w:t>vt 0.635000 0.472131</w:t>
        <w:br/>
        <w:t>vt 0.632791 0.460396</w:t>
        <w:br/>
        <w:t>vt 0.626646 0.460396</w:t>
        <w:br/>
        <w:t>vt 0.623527 0.472362</w:t>
        <w:br/>
        <w:t>vt 0.614662 0.471996</w:t>
        <w:br/>
        <w:t>vt 0.620865 0.460396</w:t>
        <w:br/>
        <w:t>vt 0.614926 0.460396</w:t>
        <w:br/>
        <w:t>vt 0.608508 0.460396</w:t>
        <w:br/>
        <w:t>vt 0.608289 0.472248</w:t>
        <w:br/>
        <w:t>vt 0.601454 0.460396</w:t>
        <w:br/>
        <w:t>vt 0.601484 0.472439</w:t>
        <w:br/>
        <w:t>vt 0.607929 0.517879</w:t>
        <w:br/>
        <w:t>vt 0.601840 0.518228</w:t>
        <w:br/>
        <w:t>vt 0.602061 0.534426</w:t>
        <w:br/>
        <w:t>vt 0.617038 0.517486</w:t>
        <w:br/>
        <w:t>vt 0.626842 0.516921</w:t>
        <w:br/>
        <w:t>vt 0.633955 0.516424</w:t>
        <w:br/>
        <w:t>vt 0.640728 0.515988</w:t>
        <w:br/>
        <w:t>vt 0.649043 0.516207</w:t>
        <w:br/>
        <w:t>vt 0.654671 0.516778</w:t>
        <w:br/>
        <w:t>vt 0.601622 0.500520</w:t>
        <w:br/>
        <w:t>vt 0.608714 0.499962</w:t>
        <w:br/>
        <w:t>vt 0.618664 0.499547</w:t>
        <w:br/>
        <w:t>vt 0.629344 0.499266</w:t>
        <w:br/>
        <w:t>vt 0.637015 0.498862</w:t>
        <w:br/>
        <w:t>vt 0.644726 0.499116</w:t>
        <w:br/>
        <w:t>vt 0.654093 0.500599</w:t>
        <w:br/>
        <w:t>vt 0.660049 0.502670</w:t>
        <w:br/>
        <w:t>vt 0.601557 0.489136</w:t>
        <w:br/>
        <w:t>vt 0.610152 0.488371</w:t>
        <w:br/>
        <w:t>vt 0.621328 0.488168</w:t>
        <w:br/>
        <w:t>vt 0.632359 0.488032</w:t>
        <w:br/>
        <w:t>vt 0.640588 0.487633</w:t>
        <w:br/>
        <w:t>vt 0.648742 0.488316</w:t>
        <w:br/>
        <w:t>vt 0.658905 0.489716</w:t>
        <w:br/>
        <w:t>vt 0.666317 0.492728</w:t>
        <w:br/>
        <w:t>vt 0.545935 0.585445</w:t>
        <w:br/>
        <w:t>vt 0.545045 0.595138</w:t>
        <w:br/>
        <w:t>vt 0.553088 0.594490</w:t>
        <w:br/>
        <w:t>vt 0.553065 0.584875</w:t>
        <w:br/>
        <w:t>vt 0.559506 0.582289</w:t>
        <w:br/>
        <w:t>vt 0.560484 0.591772</w:t>
        <w:br/>
        <w:t>vt 0.566827 0.587726</w:t>
        <w:br/>
        <w:t>vt 0.564847 0.578710</w:t>
        <w:br/>
        <w:t>vt 0.572625 0.581508</w:t>
        <w:br/>
        <w:t>vt 0.571614 0.567990</w:t>
        <w:br/>
        <w:t>vt 0.579577 0.578073</w:t>
        <w:br/>
        <w:t>vt 0.577796 0.565041</w:t>
        <w:br/>
        <w:t>vt 0.582675 0.564998</w:t>
        <w:br/>
        <w:t>vt 0.585326 0.574064</w:t>
        <w:br/>
        <w:t>vt 0.590331 0.569416</w:t>
        <w:br/>
        <w:t>vt 0.588148 0.561064</w:t>
        <w:br/>
        <w:t>vt 0.593065 0.557340</w:t>
        <w:br/>
        <w:t>vt 0.594942 0.564877</w:t>
        <w:br/>
        <w:t>vt 0.599309 0.561352</w:t>
        <w:br/>
        <w:t>vt 0.597927 0.554334</w:t>
        <w:br/>
        <w:t>vt 0.531722 0.582726</w:t>
        <w:br/>
        <w:t>vt 0.529363 0.592364</w:t>
        <w:br/>
        <w:t>vt 0.537101 0.594030</w:t>
        <w:br/>
        <w:t>vt 0.538773 0.584428</w:t>
        <w:br/>
        <w:t>vt 0.537180 0.564253</w:t>
        <w:br/>
        <w:t>vt 0.545448 0.566197</w:t>
        <w:br/>
        <w:t>vt 0.556125 0.566796</w:t>
        <w:br/>
        <w:t>vt 0.563473 0.566004</w:t>
        <w:br/>
        <w:t>vt 0.591041 0.549369</w:t>
        <w:br/>
        <w:t>vt 0.597214 0.545567</w:t>
        <w:br/>
        <w:t>vt 0.582332 0.548856</w:t>
        <w:br/>
        <w:t>vt 0.559174 0.548071</w:t>
        <w:br/>
        <w:t>vt 0.565998 0.549039</w:t>
        <w:br/>
        <w:t>vt 0.550361 0.546282</w:t>
        <w:br/>
        <w:t>vt 0.543713 0.544574</w:t>
        <w:br/>
        <w:t>vt 0.585207 0.534753</w:t>
        <w:br/>
        <w:t>vt 0.594917 0.534593</w:t>
        <w:br/>
        <w:t>vt 0.576004 0.534361</w:t>
        <w:br/>
        <w:t>vt 0.573388 0.549287</w:t>
        <w:br/>
        <w:t>vt 0.569108 0.533779</w:t>
        <w:br/>
        <w:t>vt 0.562573 0.532852</w:t>
        <w:br/>
        <w:t>vt 0.554087 0.531655</w:t>
        <w:br/>
        <w:t>vt 0.548064 0.530702</w:t>
        <w:br/>
        <w:t>vt 0.533517 0.460396</w:t>
        <w:br/>
        <w:t>vt 0.524915 0.460396</w:t>
        <w:br/>
        <w:t>vt 0.529159 0.476720</w:t>
        <w:br/>
        <w:t>vt 0.539190 0.474136</w:t>
        <w:br/>
        <w:t>vt 0.540603 0.460396</w:t>
        <w:br/>
        <w:t>vt 0.550233 0.469837</w:t>
        <w:br/>
        <w:t>vt 0.547249 0.460396</w:t>
        <w:br/>
        <w:t>vt 0.553176 0.460396</w:t>
        <w:br/>
        <w:t>vt 0.560097 0.471759</w:t>
        <w:br/>
        <w:t>vt 0.559169 0.460396</w:t>
        <w:br/>
        <w:t>vt 0.565039 0.460396</w:t>
        <w:br/>
        <w:t>vt 0.568624 0.472099</w:t>
        <w:br/>
        <w:t>vt 0.570774 0.460396</w:t>
        <w:br/>
        <w:t>vt 0.576740 0.460396</w:t>
        <w:br/>
        <w:t>vt 0.579743 0.472354</w:t>
        <w:br/>
        <w:t>vt 0.588322 0.472112</w:t>
        <w:br/>
        <w:t>vt 0.588125 0.460396</w:t>
        <w:br/>
        <w:t>vt 0.582304 0.460396</w:t>
        <w:br/>
        <w:t>vt 0.594668 0.472344</w:t>
        <w:br/>
        <w:t>vt 0.594456 0.460396</w:t>
        <w:br/>
        <w:t>vt 0.595736 0.517913</w:t>
        <w:br/>
        <w:t>vt 0.586648 0.517617</w:t>
        <w:br/>
        <w:t>vt 0.576957 0.517188</w:t>
        <w:br/>
        <w:t>vt 0.570002 0.516812</w:t>
        <w:br/>
        <w:t>vt 0.563417 0.516423</w:t>
        <w:br/>
        <w:t>vt 0.555272 0.516455</w:t>
        <w:br/>
        <w:t>vt 0.549616 0.516834</w:t>
        <w:br/>
        <w:t>vt 0.594499 0.500009</w:t>
        <w:br/>
        <w:t>vt 0.584679 0.499738</w:t>
        <w:br/>
        <w:t>vt 0.574234 0.499558</w:t>
        <w:br/>
        <w:t>vt 0.566851 0.499180</w:t>
        <w:br/>
        <w:t>vt 0.559493 0.499493</w:t>
        <w:br/>
        <w:t>vt 0.550588 0.500628</w:t>
        <w:br/>
        <w:t>vt 0.544734 0.502579</w:t>
        <w:br/>
        <w:t>vt 0.592900 0.488432</w:t>
        <w:br/>
        <w:t>vt 0.581953 0.488320</w:t>
        <w:br/>
        <w:t>vt 0.571140 0.488168</w:t>
        <w:br/>
        <w:t>vt 0.563326 0.487766</w:t>
        <w:br/>
        <w:t>vt 0.555324 0.488469</w:t>
        <w:br/>
        <w:t>vt 0.545429 0.489775</w:t>
        <w:br/>
        <w:t>vt 0.538280 0.492820</w:t>
        <w:br/>
        <w:t>vt 0.961002 0.641188</w:t>
        <w:br/>
        <w:t>vt 0.957510 0.641128</w:t>
        <w:br/>
        <w:t>vt 0.957510 0.648016</w:t>
        <w:br/>
        <w:t>vt 0.961002 0.648075</w:t>
        <w:br/>
        <w:t>vt 0.961002 0.654973</w:t>
        <w:br/>
        <w:t>vt 0.957510 0.654918</w:t>
        <w:br/>
        <w:t>vt 0.957510 0.661886</w:t>
        <w:br/>
        <w:t>vt 0.961002 0.661932</w:t>
        <w:br/>
        <w:t>vt 0.957510 0.691399</w:t>
        <w:br/>
        <w:t>vt 0.961002 0.691433</w:t>
        <w:br/>
        <w:t>vt 0.961002 0.684429</w:t>
        <w:br/>
        <w:t>vt 0.957510 0.684408</w:t>
        <w:br/>
        <w:t>vt 0.961002 0.706988</w:t>
        <w:br/>
        <w:t>vt 0.961003 0.703403</w:t>
        <w:br/>
        <w:t>vt 0.957510 0.703415</w:t>
        <w:br/>
        <w:t>vt 0.957510 0.706971</w:t>
        <w:br/>
        <w:t>vt 0.957510 0.697853</w:t>
        <w:br/>
        <w:t>vt 0.961002 0.697878</w:t>
        <w:br/>
        <w:t>vt 0.961003 0.626556</w:t>
        <w:br/>
        <w:t>vt 0.957510 0.626184</w:t>
        <w:br/>
        <w:t>vt 0.957510 0.633869</w:t>
        <w:br/>
        <w:t>vt 0.961002 0.633941</w:t>
        <w:br/>
        <w:t>vt 0.968958 0.825054</w:t>
        <w:br/>
        <w:t>vt 0.968958 0.816411</w:t>
        <w:br/>
        <w:t>vt 0.965482 0.816436</w:t>
        <w:br/>
        <w:t>vt 0.965482 0.825622</w:t>
        <w:br/>
        <w:t>vt 0.968958 0.807811</w:t>
        <w:br/>
        <w:t>vt 0.965482 0.807840</w:t>
        <w:br/>
        <w:t>vt 0.968958 0.799031</w:t>
        <w:br/>
        <w:t>vt 0.965482 0.799059</w:t>
        <w:br/>
        <w:t>vt 0.968958 0.790094</w:t>
        <w:br/>
        <w:t>vt 0.965482 0.790306</w:t>
        <w:br/>
        <w:t>vt 0.968958 0.781415</w:t>
        <w:br/>
        <w:t>vt 0.965482 0.781623</w:t>
        <w:br/>
        <w:t>vt 0.968958 0.772823</w:t>
        <w:br/>
        <w:t>vt 0.965482 0.772795</w:t>
        <w:br/>
        <w:t>vt 0.968958 0.763741</w:t>
        <w:br/>
        <w:t>vt 0.965482 0.763724</w:t>
        <w:br/>
        <w:t>vt 0.968958 0.755281</w:t>
        <w:br/>
        <w:t>vt 0.965482 0.755245</w:t>
        <w:br/>
        <w:t>vt 0.968958 0.746930</w:t>
        <w:br/>
        <w:t>vt 0.968958 0.738787</w:t>
        <w:br/>
        <w:t>vt 0.965482 0.738828</w:t>
        <w:br/>
        <w:t>vt 0.965482 0.746964</w:t>
        <w:br/>
        <w:t>vt 0.968958 0.730106</w:t>
        <w:br/>
        <w:t>vt 0.965482 0.730106</w:t>
        <w:br/>
        <w:t>vt 0.968958 0.721178</w:t>
        <w:br/>
        <w:t>vt 0.965482 0.721151</w:t>
        <w:br/>
        <w:t>vt 0.961002 0.677404</w:t>
        <w:br/>
        <w:t>vt 0.957510 0.677369</w:t>
        <w:br/>
        <w:t>vt 0.961003 0.773475</w:t>
        <w:br/>
        <w:t>vt 0.961002 0.765980</w:t>
        <w:br/>
        <w:t>vt 0.957510 0.766045</w:t>
        <w:br/>
        <w:t>vt 0.957510 0.773545</w:t>
        <w:br/>
        <w:t>vt 0.961002 0.758560</w:t>
        <w:br/>
        <w:t>vt 0.961003 0.751574</w:t>
        <w:br/>
        <w:t>vt 0.957510 0.751622</w:t>
        <w:br/>
        <w:t>vt 0.957510 0.758613</w:t>
        <w:br/>
        <w:t>vt 0.961002 0.743767</w:t>
        <w:br/>
        <w:t>vt 0.957510 0.743857</w:t>
        <w:br/>
        <w:t>vt 0.957510 0.729829</w:t>
        <w:br/>
        <w:t>vt 0.961002 0.729827</w:t>
        <w:br/>
        <w:t>vt 0.961002 0.723166</w:t>
        <w:br/>
        <w:t>vt 0.957510 0.723181</w:t>
        <w:br/>
        <w:t>vt 0.957510 0.710617</w:t>
        <w:br/>
        <w:t>vt 0.957510 0.716621</w:t>
        <w:br/>
        <w:t>vt 0.961002 0.716580</w:t>
        <w:br/>
        <w:t>vt 0.961002 0.710633</w:t>
        <w:br/>
        <w:t>vt 0.961003 0.788007</w:t>
        <w:br/>
        <w:t>vt 0.961003 0.780841</w:t>
        <w:br/>
        <w:t>vt 0.957510 0.780887</w:t>
        <w:br/>
        <w:t>vt 0.957510 0.788335</w:t>
        <w:br/>
        <w:t>vt 0.968958 0.618590</w:t>
        <w:br/>
        <w:t>vt 0.965482 0.618068</w:t>
        <w:br/>
        <w:t>vt 0.965482 0.626659</w:t>
        <w:br/>
        <w:t>vt 0.968958 0.626659</w:t>
        <w:br/>
        <w:t>vt 0.968958 0.635000</w:t>
        <w:br/>
        <w:t>vt 0.965482 0.634990</w:t>
        <w:br/>
        <w:t>vt 0.965482 0.643498</w:t>
        <w:br/>
        <w:t>vt 0.968958 0.643509</w:t>
        <w:br/>
        <w:t>vt 0.968958 0.652343</w:t>
        <w:br/>
        <w:t>vt 0.965482 0.652205</w:t>
        <w:br/>
        <w:t>vt 0.965482 0.660745</w:t>
        <w:br/>
        <w:t>vt 0.968958 0.660900</w:t>
        <w:br/>
        <w:t>vt 0.965482 0.669597</w:t>
        <w:br/>
        <w:t>vt 0.968958 0.669634</w:t>
        <w:br/>
        <w:t>vt 0.968958 0.678204</w:t>
        <w:br/>
        <w:t>vt 0.965482 0.678227</w:t>
        <w:br/>
        <w:t>vt 0.968958 0.686637</w:t>
        <w:br/>
        <w:t>vt 0.965482 0.686684</w:t>
        <w:br/>
        <w:t>vt 0.968958 0.694929</w:t>
        <w:br/>
        <w:t>vt 0.965482 0.694854</w:t>
        <w:br/>
        <w:t>vt 0.965482 0.703243</w:t>
        <w:br/>
        <w:t>vt 0.968958 0.703338</w:t>
        <w:br/>
        <w:t>vt 0.965482 0.712166</w:t>
        <w:br/>
        <w:t>vt 0.968958 0.712208</w:t>
        <w:br/>
        <w:t>vt 0.961002 0.736436</w:t>
        <w:br/>
        <w:t>vt 0.957510 0.736468</w:t>
        <w:br/>
        <w:t>vt 0.957510 0.669640</w:t>
        <w:br/>
        <w:t>vt 0.961002 0.669725</w:t>
        <w:br/>
        <w:t>vt 0.511020 0.871975</w:t>
        <w:br/>
        <w:t>vt 0.511020 0.871975</w:t>
        <w:br/>
        <w:t>vt 0.736963 0.146275</w:t>
        <w:br/>
        <w:t>vt 0.734781 0.154982</w:t>
        <w:br/>
        <w:t>vt 0.730572 0.155307</w:t>
        <w:br/>
        <w:t>vt 0.724726 0.149072</w:t>
        <w:br/>
        <w:t>vt 0.700133 0.056602</w:t>
        <w:br/>
        <w:t>vt 0.699198 0.048662</w:t>
        <w:br/>
        <w:t>vt 0.709486 0.054258</w:t>
        <w:br/>
        <w:t>vt 0.703972 0.058050</w:t>
        <w:br/>
        <w:t>vt 0.699394 0.044600</w:t>
        <w:br/>
        <w:t>vt 0.712463 0.050723</w:t>
        <w:br/>
        <w:t>vt 0.700416 0.042304</w:t>
        <w:br/>
        <w:t>vt 0.713648 0.049200</w:t>
        <w:br/>
        <w:t>vt 0.705425 0.038102</w:t>
        <w:br/>
        <w:t>vt 0.714880 0.045271</w:t>
        <w:br/>
        <w:t>vt 0.714211 0.047808</w:t>
        <w:br/>
        <w:t>vt 0.701842 0.040620</w:t>
        <w:br/>
        <w:t>vt 0.715549 0.036255</w:t>
        <w:br/>
        <w:t>vt 0.712153 0.034179</w:t>
        <w:br/>
        <w:t>vt 0.713648 0.049200</w:t>
        <w:br/>
        <w:t>vt 0.700416 0.042304</w:t>
        <w:br/>
        <w:t>vt 0.730500 0.131393</w:t>
        <w:br/>
        <w:t>vt 0.722453 0.134494</w:t>
        <w:br/>
        <w:t>vt 0.722769 0.130185</w:t>
        <w:br/>
        <w:t>vt 0.726551 0.128173</w:t>
        <w:br/>
        <w:t>vt 0.734203 0.134806</w:t>
        <w:br/>
        <w:t>vt 0.722062 0.139970</w:t>
        <w:br/>
        <w:t>vt 0.737011 0.141363</w:t>
        <w:br/>
        <w:t>vt 0.722540 0.144529</w:t>
        <w:br/>
        <w:t>vt 0.722260 0.143335</w:t>
        <w:br/>
        <w:t>vt 0.736813 0.139832</w:t>
        <w:br/>
        <w:t>vt 0.722005 0.142042</w:t>
        <w:br/>
        <w:t>vt 0.736359 0.138243</w:t>
        <w:br/>
        <w:t>vt 0.470237 0.173973</w:t>
        <w:br/>
        <w:t>vt 0.465859 0.169405</w:t>
        <w:br/>
        <w:t>vt 0.473168 0.165297</w:t>
        <w:br/>
        <w:t>vt 0.478043 0.174334</w:t>
        <w:br/>
        <w:t>vt 0.464681 0.174801</w:t>
        <w:br/>
        <w:t>vt 0.463038 0.173694</w:t>
        <w:br/>
        <w:t>vt 0.456002 0.165581</w:t>
        <w:br/>
        <w:t>vt 0.456094 0.169260</w:t>
        <w:br/>
        <w:t>vt 0.455416 0.173429</w:t>
        <w:br/>
        <w:t>vt 0.448517 0.170366</w:t>
        <w:br/>
        <w:t>vt 0.448801 0.165921</w:t>
        <w:br/>
        <w:t>vt 0.449752 0.174166</w:t>
        <w:br/>
        <w:t>vt 0.439711 0.167953</w:t>
        <w:br/>
        <w:t>vt 0.443364 0.173802</w:t>
        <w:br/>
        <w:t>vt 0.434452 0.171127</w:t>
        <w:br/>
        <w:t>vt 0.440110 0.174016</w:t>
        <w:br/>
        <w:t>vt 0.439072 0.176235</w:t>
        <w:br/>
        <w:t>vt 0.434542 0.176509</w:t>
        <w:br/>
        <w:t>vt 0.426045 0.175425</w:t>
        <w:br/>
        <w:t>vt 0.427962 0.169073</w:t>
        <w:br/>
        <w:t>vt 0.435870 0.179720</w:t>
        <w:br/>
        <w:t>vt 0.439949 0.177191</w:t>
        <w:br/>
        <w:t>vt 0.441262 0.178082</w:t>
        <w:br/>
        <w:t>vt 0.438342 0.181596</w:t>
        <w:br/>
        <w:t>vt 0.433542 0.187424</w:t>
        <w:br/>
        <w:t>vt 0.427236 0.180730</w:t>
        <w:br/>
        <w:t>vt 0.449987 0.178929</w:t>
        <w:br/>
        <w:t>vt 0.448978 0.181709</w:t>
        <w:br/>
        <w:t>vt 0.448573 0.185335</w:t>
        <w:br/>
        <w:t>vt 0.455315 0.181907</w:t>
        <w:br/>
        <w:t>vt 0.454815 0.178886</w:t>
        <w:br/>
        <w:t>vt 0.455431 0.185774</w:t>
        <w:br/>
        <w:t>vt 0.434542 0.176509</w:t>
        <w:br/>
        <w:t>vt 0.426045 0.175425</w:t>
        <w:br/>
        <w:t>vt 0.439072 0.176235</w:t>
        <w:br/>
        <w:t>vt 0.461145 0.184142</w:t>
        <w:br/>
        <w:t>vt 0.463692 0.188831</w:t>
        <w:br/>
        <w:t>vt 0.458683 0.177262</w:t>
        <w:br/>
        <w:t>vt 0.466871 0.183411</w:t>
        <w:br/>
        <w:t>vt 0.462572 0.178077</w:t>
        <w:br/>
        <w:t>vt 0.472362 0.187268</w:t>
        <w:br/>
        <w:t>vt 0.470123 0.180375</w:t>
        <w:br/>
        <w:t>vt 0.477260 0.181450</w:t>
        <w:br/>
        <w:t>vt 0.475347 0.184785</w:t>
        <w:br/>
        <w:t>vt 0.463767 0.177959</w:t>
        <w:br/>
        <w:t>vt 0.465518 0.176119</w:t>
        <w:br/>
        <w:t>vt 0.470237 0.173973</w:t>
        <w:br/>
        <w:t>vt 0.470443 0.176699</w:t>
        <w:br/>
        <w:t>vt 0.465163 0.177210</w:t>
        <w:br/>
        <w:t>vt 0.470123 0.180375</w:t>
        <w:br/>
        <w:t>vt 0.478209 0.177853</w:t>
        <w:br/>
        <w:t>vt 0.477260 0.181450</w:t>
        <w:br/>
        <w:t>vt 0.493559 0.024905</w:t>
        <w:br/>
        <w:t>vt 0.490774 0.025094</w:t>
        <w:br/>
        <w:t>vt 0.490774 0.015245</w:t>
        <w:br/>
        <w:t>vt 0.493559 0.015216</w:t>
        <w:br/>
        <w:t>vt 0.499672 0.110006</w:t>
        <w:br/>
        <w:t>vt 0.499673 0.112784</w:t>
        <w:br/>
        <w:t>vt 0.496719 0.112684</w:t>
        <w:br/>
        <w:t>vt 0.496719 0.109902</w:t>
        <w:br/>
        <w:t>vt 0.490774 0.006638</w:t>
        <w:br/>
        <w:t>vt 0.493559 0.006258</w:t>
        <w:br/>
        <w:t>vt 0.499672 0.103431</w:t>
        <w:br/>
        <w:t>vt 0.496719 0.102980</w:t>
        <w:br/>
        <w:t>vt 0.456217 0.163176</w:t>
        <w:br/>
        <w:t>vt 0.456002 0.165581</w:t>
        <w:br/>
        <w:t>vt 0.455403 0.163457</w:t>
        <w:br/>
        <w:t>vt 0.455852 0.162348</w:t>
        <w:br/>
        <w:t>vt 0.454473 0.175894</w:t>
        <w:br/>
        <w:t>vt 0.450277 0.176242</w:t>
        <w:br/>
        <w:t>vt 0.449752 0.174166</w:t>
        <w:br/>
        <w:t>vt 0.455416 0.173429</w:t>
        <w:br/>
        <w:t>vt 0.449500 0.163880</w:t>
        <w:br/>
        <w:t>vt 0.455403 0.163457</w:t>
        <w:br/>
        <w:t>vt 0.601171 0.287020</w:t>
        <w:br/>
        <w:t>vt 0.601171 0.280372</w:t>
        <w:br/>
        <w:t>vt 0.605264 0.280445</w:t>
        <w:br/>
        <w:t>vt 0.605264 0.287602</w:t>
        <w:br/>
        <w:t>vt 0.448697 0.150989</w:t>
        <w:br/>
        <w:t>vt 0.448700 0.155057</w:t>
        <w:br/>
        <w:t>vt 0.443448 0.155057</w:t>
        <w:br/>
        <w:t>vt 0.443077 0.150989</w:t>
        <w:br/>
        <w:t>vt 0.601171 0.275153</w:t>
        <w:br/>
        <w:t>vt 0.605264 0.275388</w:t>
        <w:br/>
        <w:t>vt 0.454605 0.150990</w:t>
        <w:br/>
        <w:t>vt 0.454876 0.155057</w:t>
        <w:br/>
        <w:t>vt 0.457272 0.150990</w:t>
        <w:br/>
        <w:t>vt 0.457462 0.155057</w:t>
        <w:br/>
        <w:t>vt 0.601171 0.271866</w:t>
        <w:br/>
        <w:t>vt 0.605264 0.271998</w:t>
        <w:br/>
        <w:t>vt 0.460866 0.155057</w:t>
        <w:br/>
        <w:t>vt 0.459108 0.155057</w:t>
        <w:br/>
        <w:t>vt 0.459116 0.150989</w:t>
        <w:br/>
        <w:t>vt 0.461056 0.150989</w:t>
        <w:br/>
        <w:t>vt 0.605264 0.268913</w:t>
        <w:br/>
        <w:t>vt 0.601171 0.269000</w:t>
        <w:br/>
        <w:t>vt 0.601171 0.264050</w:t>
        <w:br/>
        <w:t>vt 0.605264 0.263926</w:t>
        <w:br/>
        <w:t>vt 0.470113 0.155057</w:t>
        <w:br/>
        <w:t>vt 0.470136 0.150989</w:t>
        <w:br/>
        <w:t>vt 0.601171 0.257663</w:t>
        <w:br/>
        <w:t>vt 0.605264 0.257865</w:t>
        <w:br/>
        <w:t>vt 0.490774 0.056447</w:t>
        <w:br/>
        <w:t>vt 0.490774 0.046542</w:t>
        <w:br/>
        <w:t>vt 0.493559 0.046659</w:t>
        <w:br/>
        <w:t>vt 0.493559 0.056767</w:t>
        <w:br/>
        <w:t>vt 0.499672 0.127333</w:t>
        <w:br/>
        <w:t>vt 0.499673 0.131067</w:t>
        <w:br/>
        <w:t>vt 0.496719 0.130939</w:t>
        <w:br/>
        <w:t>vt 0.496719 0.127441</w:t>
        <w:br/>
        <w:t>vt 0.496719 0.121380</w:t>
        <w:br/>
        <w:t>vt 0.499672 0.121363</w:t>
        <w:br/>
        <w:t>vt 0.490774 0.037818</w:t>
        <w:br/>
        <w:t>vt 0.493559 0.037848</w:t>
        <w:br/>
        <w:t>vt 0.490774 0.034434</w:t>
        <w:br/>
        <w:t>vt 0.490774 0.031395</w:t>
        <w:br/>
        <w:t>vt 0.493559 0.031277</w:t>
        <w:br/>
        <w:t>vt 0.493559 0.034578</w:t>
        <w:br/>
        <w:t>vt 0.496719 0.118780</w:t>
        <w:br/>
        <w:t>vt 0.499673 0.118635</w:t>
        <w:br/>
        <w:t>vt 0.496719 0.115448</w:t>
        <w:br/>
        <w:t>vt 0.499673 0.115569</w:t>
        <w:br/>
        <w:t>vt 0.499672 0.116638</w:t>
        <w:br/>
        <w:t>vt 0.496719 0.116977</w:t>
        <w:br/>
        <w:t>vt 0.490774 0.027575</w:t>
        <w:br/>
        <w:t>vt 0.493559 0.027671</w:t>
        <w:br/>
        <w:t>vt 0.448801 0.165921</w:t>
        <w:br/>
        <w:t>vt 0.448419 0.163870</w:t>
        <w:br/>
        <w:t>vt 0.449500 0.163880</w:t>
        <w:br/>
        <w:t>vt 0.449443 0.162274</w:t>
        <w:br/>
        <w:t>vt 0.448419 0.163870</w:t>
        <w:br/>
        <w:t>vt 0.449443 0.162274</w:t>
        <w:br/>
        <w:t>vt 0.455852 0.162348</w:t>
        <w:br/>
        <w:t>vt 0.455403 0.163457</w:t>
        <w:br/>
        <w:t>vt 0.449500 0.163880</w:t>
        <w:br/>
        <w:t>vt 0.450277 0.176242</w:t>
        <w:br/>
        <w:t>vt 0.449987 0.178929</w:t>
        <w:br/>
        <w:t>vt 0.449697 0.176604</w:t>
        <w:br/>
        <w:t>vt 0.449752 0.174166</w:t>
        <w:br/>
        <w:t>vt 0.454473 0.175894</w:t>
        <w:br/>
        <w:t>vt 0.455416 0.173429</w:t>
        <w:br/>
        <w:t>vt 0.454923 0.176188</w:t>
        <w:br/>
        <w:t>vt 0.454815 0.178886</w:t>
        <w:br/>
        <w:t>vt 0.434832 0.162591</w:t>
        <w:br/>
        <w:t>vt 0.735356 0.136515</w:t>
        <w:br/>
        <w:t>vt 0.723469 0.146862</w:t>
        <w:br/>
        <w:t>vt 0.737011 0.141363</w:t>
        <w:br/>
        <w:t>vt 0.730572 0.155307</w:t>
        <w:br/>
        <w:t>vt 0.734781 0.154982</w:t>
        <w:br/>
        <w:t>vt 0.736963 0.146275</w:t>
        <w:br/>
        <w:t>vt 0.724726 0.149072</w:t>
        <w:br/>
        <w:t>vt 0.709486 0.054258</w:t>
        <w:br/>
        <w:t>vt 0.699198 0.048662</w:t>
        <w:br/>
        <w:t>vt 0.700133 0.056602</w:t>
        <w:br/>
        <w:t>vt 0.703972 0.058050</w:t>
        <w:br/>
        <w:t>vt 0.712463 0.050723</w:t>
        <w:br/>
        <w:t>vt 0.699394 0.044600</w:t>
        <w:br/>
        <w:t>vt 0.700416 0.042304</w:t>
        <w:br/>
        <w:t>vt 0.713648 0.049200</w:t>
        <w:br/>
        <w:t>vt 0.705425 0.038102</w:t>
        <w:br/>
        <w:t>vt 0.701842 0.040620</w:t>
        <w:br/>
        <w:t>vt 0.714211 0.047808</w:t>
        <w:br/>
        <w:t>vt 0.714880 0.045271</w:t>
        <w:br/>
        <w:t>vt 0.715549 0.036255</w:t>
        <w:br/>
        <w:t>vt 0.712153 0.034179</w:t>
        <w:br/>
        <w:t>vt 0.700416 0.042304</w:t>
        <w:br/>
        <w:t>vt 0.713648 0.049200</w:t>
        <w:br/>
        <w:t>vt 0.730500 0.131393</w:t>
        <w:br/>
        <w:t>vt 0.726551 0.128173</w:t>
        <w:br/>
        <w:t>vt 0.722769 0.130185</w:t>
        <w:br/>
        <w:t>vt 0.722453 0.134494</w:t>
        <w:br/>
        <w:t>vt 0.734203 0.134806</w:t>
        <w:br/>
        <w:t>vt 0.722062 0.139970</w:t>
        <w:br/>
        <w:t>vt 0.737011 0.141363</w:t>
        <w:br/>
        <w:t>vt 0.736813 0.139832</w:t>
        <w:br/>
        <w:t>vt 0.722260 0.143335</w:t>
        <w:br/>
        <w:t>vt 0.722540 0.144529</w:t>
        <w:br/>
        <w:t>vt 0.736359 0.138243</w:t>
        <w:br/>
        <w:t>vt 0.722005 0.142042</w:t>
        <w:br/>
        <w:t>vt 0.470237 0.173973</w:t>
        <w:br/>
        <w:t>vt 0.478043 0.174334</w:t>
        <w:br/>
        <w:t>vt 0.473168 0.165297</w:t>
        <w:br/>
        <w:t>vt 0.465859 0.169405</w:t>
        <w:br/>
        <w:t>vt 0.463038 0.173694</w:t>
        <w:br/>
        <w:t>vt 0.464681 0.174801</w:t>
        <w:br/>
        <w:t>vt 0.456002 0.165581</w:t>
        <w:br/>
        <w:t>vt 0.456094 0.169260</w:t>
        <w:br/>
        <w:t>vt 0.455416 0.173429</w:t>
        <w:br/>
        <w:t>vt 0.448801 0.165921</w:t>
        <w:br/>
        <w:t>vt 0.448517 0.170366</w:t>
        <w:br/>
        <w:t>vt 0.449752 0.174166</w:t>
        <w:br/>
        <w:t>vt 0.439711 0.167953</w:t>
        <w:br/>
        <w:t>vt 0.443364 0.173802</w:t>
        <w:br/>
        <w:t>vt 0.434452 0.171127</w:t>
        <w:br/>
        <w:t>vt 0.440110 0.174016</w:t>
        <w:br/>
        <w:t>vt 0.434542 0.176509</w:t>
        <w:br/>
        <w:t>vt 0.439072 0.176235</w:t>
        <w:br/>
        <w:t>vt 0.427962 0.169073</w:t>
        <w:br/>
        <w:t>vt 0.426045 0.175425</w:t>
        <w:br/>
        <w:t>vt 0.435870 0.179720</w:t>
        <w:br/>
        <w:t>vt 0.438342 0.181596</w:t>
        <w:br/>
        <w:t>vt 0.441262 0.178082</w:t>
        <w:br/>
        <w:t>vt 0.439949 0.177191</w:t>
        <w:br/>
        <w:t>vt 0.433542 0.187424</w:t>
        <w:br/>
        <w:t>vt 0.427236 0.180730</w:t>
        <w:br/>
        <w:t>vt 0.448978 0.181709</w:t>
        <w:br/>
        <w:t>vt 0.449987 0.178929</w:t>
        <w:br/>
        <w:t>vt 0.448573 0.185335</w:t>
        <w:br/>
        <w:t>vt 0.455315 0.181907</w:t>
        <w:br/>
        <w:t>vt 0.454815 0.178886</w:t>
        <w:br/>
        <w:t>vt 0.455431 0.185774</w:t>
        <w:br/>
        <w:t>vt 0.434542 0.176509</w:t>
        <w:br/>
        <w:t>vt 0.426045 0.175425</w:t>
        <w:br/>
        <w:t>vt 0.439072 0.176235</w:t>
        <w:br/>
        <w:t>vt 0.463692 0.188831</w:t>
        <w:br/>
        <w:t>vt 0.461145 0.184142</w:t>
        <w:br/>
        <w:t>vt 0.458683 0.177262</w:t>
        <w:br/>
        <w:t>vt 0.466871 0.183411</w:t>
        <w:br/>
        <w:t>vt 0.462572 0.178077</w:t>
        <w:br/>
        <w:t>vt 0.472362 0.187268</w:t>
        <w:br/>
        <w:t>vt 0.470123 0.180375</w:t>
        <w:br/>
        <w:t>vt 0.475347 0.184785</w:t>
        <w:br/>
        <w:t>vt 0.477260 0.181450</w:t>
        <w:br/>
        <w:t>vt 0.463767 0.177959</w:t>
        <w:br/>
        <w:t>vt 0.465518 0.176119</w:t>
        <w:br/>
        <w:t>vt 0.465163 0.177210</w:t>
        <w:br/>
        <w:t>vt 0.470443 0.176699</w:t>
        <w:br/>
        <w:t>vt 0.470237 0.173973</w:t>
        <w:br/>
        <w:t>vt 0.470123 0.180375</w:t>
        <w:br/>
        <w:t>vt 0.478209 0.177853</w:t>
        <w:br/>
        <w:t>vt 0.477260 0.181450</w:t>
        <w:br/>
        <w:t>vt 0.493559 0.024905</w:t>
        <w:br/>
        <w:t>vt 0.493559 0.015216</w:t>
        <w:br/>
        <w:t>vt 0.490774 0.015245</w:t>
        <w:br/>
        <w:t>vt 0.490774 0.025094</w:t>
        <w:br/>
        <w:t>vt 0.496719 0.112684</w:t>
        <w:br/>
        <w:t>vt 0.499673 0.112784</w:t>
        <w:br/>
        <w:t>vt 0.499672 0.110006</w:t>
        <w:br/>
        <w:t>vt 0.496719 0.109902</w:t>
        <w:br/>
        <w:t>vt 0.493559 0.006258</w:t>
        <w:br/>
        <w:t>vt 0.490774 0.006638</w:t>
        <w:br/>
        <w:t>vt 0.499672 0.103431</w:t>
        <w:br/>
        <w:t>vt 0.496719 0.102980</w:t>
        <w:br/>
        <w:t>vt 0.456217 0.163176</w:t>
        <w:br/>
        <w:t>vt 0.455852 0.162348</w:t>
        <w:br/>
        <w:t>vt 0.455403 0.163457</w:t>
        <w:br/>
        <w:t>vt 0.456002 0.165581</w:t>
        <w:br/>
        <w:t>vt 0.449752 0.174166</w:t>
        <w:br/>
        <w:t>vt 0.450277 0.176242</w:t>
        <w:br/>
        <w:t>vt 0.454473 0.175894</w:t>
        <w:br/>
        <w:t>vt 0.455416 0.173429</w:t>
        <w:br/>
        <w:t>vt 0.455403 0.163457</w:t>
        <w:br/>
        <w:t>vt 0.449500 0.163880</w:t>
        <w:br/>
        <w:t>vt 0.605264 0.280445</w:t>
        <w:br/>
        <w:t>vt 0.601171 0.280372</w:t>
        <w:br/>
        <w:t>vt 0.601171 0.287020</w:t>
        <w:br/>
        <w:t>vt 0.605264 0.287602</w:t>
        <w:br/>
        <w:t>vt 0.448697 0.150989</w:t>
        <w:br/>
        <w:t>vt 0.443077 0.150989</w:t>
        <w:br/>
        <w:t>vt 0.443448 0.155057</w:t>
        <w:br/>
        <w:t>vt 0.448700 0.155057</w:t>
        <w:br/>
        <w:t>vt 0.605264 0.275388</w:t>
        <w:br/>
        <w:t>vt 0.601171 0.275153</w:t>
        <w:br/>
        <w:t>vt 0.454605 0.150990</w:t>
        <w:br/>
        <w:t>vt 0.454876 0.155057</w:t>
        <w:br/>
        <w:t>vt 0.457272 0.150990</w:t>
        <w:br/>
        <w:t>vt 0.457462 0.155057</w:t>
        <w:br/>
        <w:t>vt 0.605264 0.271998</w:t>
        <w:br/>
        <w:t>vt 0.601171 0.271866</w:t>
        <w:br/>
        <w:t>vt 0.459116 0.150989</w:t>
        <w:br/>
        <w:t>vt 0.459108 0.155057</w:t>
        <w:br/>
        <w:t>vt 0.460866 0.155057</w:t>
        <w:br/>
        <w:t>vt 0.461056 0.150989</w:t>
        <w:br/>
        <w:t>vt 0.605264 0.268913</w:t>
        <w:br/>
        <w:t>vt 0.605264 0.263926</w:t>
        <w:br/>
        <w:t>vt 0.601171 0.264050</w:t>
        <w:br/>
        <w:t>vt 0.601171 0.269000</w:t>
        <w:br/>
        <w:t>vt 0.470113 0.155057</w:t>
        <w:br/>
        <w:t>vt 0.470136 0.150989</w:t>
        <w:br/>
        <w:t>vt 0.601171 0.257663</w:t>
        <w:br/>
        <w:t>vt 0.605264 0.257865</w:t>
        <w:br/>
        <w:t>vt 0.493559 0.046659</w:t>
        <w:br/>
        <w:t>vt 0.490774 0.046542</w:t>
        <w:br/>
        <w:t>vt 0.490774 0.056447</w:t>
        <w:br/>
        <w:t>vt 0.493559 0.056767</w:t>
        <w:br/>
        <w:t>vt 0.496719 0.130939</w:t>
        <w:br/>
        <w:t>vt 0.499673 0.131067</w:t>
        <w:br/>
        <w:t>vt 0.499672 0.127333</w:t>
        <w:br/>
        <w:t>vt 0.496719 0.127441</w:t>
        <w:br/>
        <w:t>vt 0.496719 0.121380</w:t>
        <w:br/>
        <w:t>vt 0.499672 0.121363</w:t>
        <w:br/>
        <w:t>vt 0.493559 0.037848</w:t>
        <w:br/>
        <w:t>vt 0.490774 0.037818</w:t>
        <w:br/>
        <w:t>vt 0.493559 0.031277</w:t>
        <w:br/>
        <w:t>vt 0.490774 0.031395</w:t>
        <w:br/>
        <w:t>vt 0.490774 0.034434</w:t>
        <w:br/>
        <w:t>vt 0.493559 0.034578</w:t>
        <w:br/>
        <w:t>vt 0.496719 0.118780</w:t>
        <w:br/>
        <w:t>vt 0.499673 0.118635</w:t>
        <w:br/>
        <w:t>vt 0.496719 0.115448</w:t>
        <w:br/>
        <w:t>vt 0.496719 0.116977</w:t>
        <w:br/>
        <w:t>vt 0.499672 0.116638</w:t>
        <w:br/>
        <w:t>vt 0.499673 0.115569</w:t>
        <w:br/>
        <w:t>vt 0.490774 0.027575</w:t>
        <w:br/>
        <w:t>vt 0.493559 0.027671</w:t>
        <w:br/>
        <w:t>vt 0.448801 0.165921</w:t>
        <w:br/>
        <w:t>vt 0.449500 0.163880</w:t>
        <w:br/>
        <w:t>vt 0.448419 0.163870</w:t>
        <w:br/>
        <w:t>vt 0.449443 0.162274</w:t>
        <w:br/>
        <w:t>vt 0.448419 0.163870</w:t>
        <w:br/>
        <w:t>vt 0.449443 0.162274</w:t>
        <w:br/>
        <w:t>vt 0.449500 0.163880</w:t>
        <w:br/>
        <w:t>vt 0.455403 0.163457</w:t>
        <w:br/>
        <w:t>vt 0.455852 0.162348</w:t>
        <w:br/>
        <w:t>vt 0.450277 0.176242</w:t>
        <w:br/>
        <w:t>vt 0.449752 0.174166</w:t>
        <w:br/>
        <w:t>vt 0.449697 0.176604</w:t>
        <w:br/>
        <w:t>vt 0.449987 0.178929</w:t>
        <w:br/>
        <w:t>vt 0.454473 0.175894</w:t>
        <w:br/>
        <w:t>vt 0.454815 0.178886</w:t>
        <w:br/>
        <w:t>vt 0.454923 0.176188</w:t>
        <w:br/>
        <w:t>vt 0.455416 0.173429</w:t>
        <w:br/>
        <w:t>vt 0.434832 0.162591</w:t>
        <w:br/>
        <w:t>vt 0.735356 0.136515</w:t>
        <w:br/>
        <w:t>vt 0.737011 0.141363</w:t>
        <w:br/>
        <w:t>vt 0.723469 0.146862</w:t>
        <w:br/>
        <w:t>vt 0.702567 0.716661</w:t>
        <w:br/>
        <w:t>vt 0.704968 0.726640</w:t>
        <w:br/>
        <w:t>vt 0.711441 0.727876</w:t>
        <w:br/>
        <w:t>vt 0.711426 0.713872</w:t>
        <w:br/>
        <w:t>vt 0.720167 0.716701</w:t>
        <w:br/>
        <w:t>vt 0.718083 0.731270</w:t>
        <w:br/>
        <w:t>vt 0.724043 0.734691</w:t>
        <w:br/>
        <w:t>vt 0.727738 0.717636</w:t>
        <w:br/>
        <w:t>vt 0.731914 0.738882</w:t>
        <w:br/>
        <w:t>vt 0.737134 0.717442</w:t>
        <w:br/>
        <w:t>vt 0.740611 0.742829</w:t>
        <w:br/>
        <w:t>vt 0.743721 0.728214</w:t>
        <w:br/>
        <w:t>vt 0.747362 0.713349</w:t>
        <w:br/>
        <w:t>vt 0.746426 0.703707</w:t>
        <w:br/>
        <w:t>vt 0.745425 0.695931</w:t>
        <w:br/>
        <w:t>vt 0.744554 0.689233</w:t>
        <w:br/>
        <w:t>vt 0.735764 0.695719</w:t>
        <w:br/>
        <w:t>vt 0.736463 0.700094</w:t>
        <w:br/>
        <w:t>vt 0.727313 0.702042</w:t>
        <w:br/>
        <w:t>vt 0.719947 0.706896</w:t>
        <w:br/>
        <w:t>vt 0.744853 0.743728</w:t>
        <w:br/>
        <w:t>vt 0.750568 0.734759</w:t>
        <w:br/>
        <w:t>vt 0.752088 0.726565</w:t>
        <w:br/>
        <w:t>vt 0.753023 0.716006</w:t>
        <w:br/>
        <w:t>vt 0.752546 0.711532</w:t>
        <w:br/>
        <w:t>vt 0.751196 0.702778</w:t>
        <w:br/>
        <w:t>vt 0.750825 0.695114</w:t>
        <w:br/>
        <w:t>vt 0.749788 0.688229</w:t>
        <w:br/>
        <w:t>vt 0.749359 0.744359</w:t>
        <w:br/>
        <w:t>vt 0.752908 0.743872</w:t>
        <w:br/>
        <w:t>vt 0.755497 0.735323</w:t>
        <w:br/>
        <w:t>vt 0.756007 0.726429</w:t>
        <w:br/>
        <w:t>vt 0.758028 0.714471</w:t>
        <w:br/>
        <w:t>vt 0.757203 0.710949</w:t>
        <w:br/>
        <w:t>vt 0.756040 0.703778</w:t>
        <w:br/>
        <w:t>vt 0.754289 0.691035</w:t>
        <w:br/>
        <w:t>vt 0.754776 0.697312</w:t>
        <w:br/>
        <w:t>vt 0.761083 0.728979</w:t>
        <w:br/>
        <w:t>vt 0.759750 0.740951</w:t>
        <w:br/>
        <w:t>vt 0.761168 0.713113</w:t>
        <w:br/>
        <w:t>vt 0.760214 0.704280</w:t>
        <w:br/>
        <w:t>vt 0.760280 0.697177</w:t>
        <w:br/>
        <w:t>vt 0.766237 0.701461</w:t>
        <w:br/>
        <w:t>vt 0.764984 0.707603</w:t>
        <w:br/>
        <w:t>vt 0.766685 0.736283</w:t>
        <w:br/>
        <w:t>vt 0.765971 0.718967</w:t>
        <w:br/>
        <w:t>vt 0.770391 0.733854</w:t>
        <w:br/>
        <w:t>vt 0.778066 0.729566</w:t>
        <w:br/>
        <w:t>vt 0.774203 0.716757</w:t>
        <w:br/>
        <w:t>vt 0.774750 0.706617</w:t>
        <w:br/>
        <w:t>vt 0.788761 0.725435</w:t>
        <w:br/>
        <w:t>vt 0.788288 0.711241</w:t>
        <w:br/>
        <w:t>vt 0.798439 0.722304</w:t>
        <w:br/>
        <w:t>vt 0.797649 0.712801</w:t>
        <w:br/>
        <w:t>vt 0.807864 0.713489</w:t>
        <w:br/>
        <w:t>vt 0.808393 0.720571</w:t>
        <w:br/>
        <w:t>vt 0.088374 0.968850</w:t>
        <w:br/>
        <w:t>vt 0.065877 0.980609</w:t>
        <w:br/>
        <w:t>vt 0.072772 0.990555</w:t>
        <w:br/>
        <w:t>vt 0.092954 0.983454</w:t>
        <w:br/>
        <w:t>vt 0.077099 0.957521</w:t>
        <w:br/>
        <w:t>vt 0.055194 0.971678</w:t>
        <w:br/>
        <w:t>vt 0.070023 0.946036</w:t>
        <w:br/>
        <w:t>vt 0.044971 0.963874</w:t>
        <w:br/>
        <w:t>vt 0.063494 0.930455</w:t>
        <w:br/>
        <w:t>vt 0.032025 0.953276</w:t>
        <w:br/>
        <w:t>vt 0.041301 0.925984</w:t>
        <w:br/>
        <w:t>vt 0.018865 0.940800</w:t>
        <w:br/>
        <w:t>vt 0.062501 0.910114</w:t>
        <w:br/>
        <w:t>vt 0.078282 0.904782</w:t>
        <w:br/>
        <w:t>vt 0.091895 0.900558</w:t>
        <w:br/>
        <w:t>vt 0.091894 0.918695</w:t>
        <w:br/>
        <w:t>vt 0.099593 0.916447</w:t>
        <w:br/>
        <w:t>vt 0.103416 0.896870</w:t>
        <w:br/>
        <w:t>vt 0.095258 0.935044</w:t>
        <w:br/>
        <w:t>vt 0.092502 0.950456</w:t>
        <w:br/>
        <w:t>vt 0.025166 0.918022</w:t>
        <w:br/>
        <w:t>vt 0.009795 0.926274</w:t>
        <w:br/>
        <w:t>vt 0.014186 0.933867</w:t>
        <w:br/>
        <w:t>vt 0.037968 0.909881</w:t>
        <w:br/>
        <w:t>vt 0.054343 0.901235</w:t>
        <w:br/>
        <w:t>vt 0.060997 0.899241</w:t>
        <w:br/>
        <w:t>vt 0.075779 0.895357</w:t>
        <w:br/>
        <w:t>vt 0.088864 0.890146</w:t>
        <w:br/>
        <w:t>vt 0.100882 0.886588</w:t>
        <w:br/>
        <w:t>vt 0.020378 0.909046</w:t>
        <w:br/>
        <w:t>vt 0.007676 0.912503</w:t>
        <w:br/>
        <w:t>vt 0.007961 0.919431</w:t>
        <w:br/>
        <w:t>vt 0.034955 0.902058</w:t>
        <w:br/>
        <w:t>vt 0.052716 0.890373</w:t>
        <w:br/>
        <w:t>vt 0.070348 0.886802</w:t>
        <w:br/>
        <w:t>vt 0.058223 0.889759</w:t>
        <w:br/>
        <w:t>vt 0.092587 0.880085</w:t>
        <w:br/>
        <w:t>vt 0.081935 0.884100</w:t>
        <w:br/>
        <w:t>vt 0.026741 0.894211</w:t>
        <w:br/>
        <w:t>vt 0.009144 0.897572</w:t>
        <w:br/>
        <w:t>vt 0.007976 0.904886</w:t>
        <w:br/>
        <w:t>vt 0.051843 0.883060</w:t>
        <w:br/>
        <w:t>vt 0.066514 0.878932</w:t>
        <w:br/>
        <w:t>vt 0.078067 0.873803</w:t>
        <w:br/>
        <w:t>vt 0.066890 0.866051</w:t>
        <w:br/>
        <w:t>vt 0.057648 0.872235</w:t>
        <w:br/>
        <w:t>vt 0.010792 0.889161</w:t>
        <w:br/>
        <w:t>vt 0.013449 0.864353</w:t>
        <w:br/>
        <w:t>vt 0.012070 0.880784</w:t>
        <w:br/>
        <w:t>vt 0.039021 0.878144</w:t>
        <w:br/>
        <w:t>vt 0.036810 0.862297</w:t>
        <w:br/>
        <w:t>vt 0.052714 0.854777</w:t>
        <w:br/>
        <w:t>vt 0.036114 0.834916</w:t>
        <w:br/>
        <w:t>vt 0.012800 0.843341</w:t>
        <w:br/>
        <w:t>vt 0.027340 0.820071</w:t>
        <w:br/>
        <w:t>vt 0.011230 0.824970</w:t>
        <w:br/>
        <w:t>vt 0.019137 0.803218</w:t>
        <w:br/>
        <w:t>vt 0.007092 0.807456</w:t>
        <w:br/>
        <w:t>vt 0.961543 0.409708</w:t>
        <w:br/>
        <w:t>vt 0.961542 0.396377</w:t>
        <w:br/>
        <w:t>vt 0.958466 0.396757</w:t>
        <w:br/>
        <w:t>vt 0.958466 0.409786</w:t>
        <w:br/>
        <w:t>vt 0.967968 0.397240</w:t>
        <w:br/>
        <w:t>vt 0.964888 0.396766</w:t>
        <w:br/>
        <w:t>vt 0.964888 0.411691</w:t>
        <w:br/>
        <w:t>vt 0.967968 0.411913</w:t>
        <w:br/>
        <w:t>vt 0.961542 0.424592</w:t>
        <w:br/>
        <w:t>vt 0.958466 0.424597</w:t>
        <w:br/>
        <w:t>vt 0.958466 0.438273</w:t>
        <w:br/>
        <w:t>vt 0.961542 0.438339</w:t>
        <w:br/>
        <w:t>vt 0.958466 0.456222</w:t>
        <w:br/>
        <w:t>vt 0.961542 0.456314</w:t>
        <w:br/>
        <w:t>vt 0.958466 0.475796</w:t>
        <w:br/>
        <w:t>vt 0.961542 0.475691</w:t>
        <w:br/>
        <w:t>vt 0.967967 0.464904</w:t>
        <w:br/>
        <w:t>vt 0.964888 0.464880</w:t>
        <w:br/>
        <w:t>vt 0.964888 0.484684</w:t>
        <w:br/>
        <w:t>vt 0.967967 0.484741</w:t>
        <w:br/>
        <w:t>vt 0.964888 0.430172</w:t>
        <w:br/>
        <w:t>vt 0.964888 0.445543</w:t>
        <w:br/>
        <w:t>vt 0.967967 0.445557</w:t>
        <w:br/>
        <w:t>vt 0.967967 0.430172</w:t>
        <w:br/>
        <w:t>vt 0.961542 0.484884</w:t>
        <w:br/>
        <w:t>vt 0.958466 0.484939</w:t>
        <w:br/>
        <w:t>vt 0.958466 0.494434</w:t>
        <w:br/>
        <w:t>vt 0.961542 0.494283</w:t>
        <w:br/>
        <w:t>vt 0.964888 0.494700</w:t>
        <w:br/>
        <w:t>vt 0.967967 0.494905</w:t>
        <w:br/>
        <w:t>vt 0.961542 0.501719</w:t>
        <w:br/>
        <w:t>vt 0.958466 0.501842</w:t>
        <w:br/>
        <w:t>vt 0.964888 0.504354</w:t>
        <w:br/>
        <w:t>vt 0.967967 0.504348</w:t>
        <w:br/>
        <w:t>vt 0.961542 0.517188</w:t>
        <w:br/>
        <w:t>vt 0.961543 0.508976</w:t>
        <w:br/>
        <w:t>vt 0.958467 0.508979</w:t>
        <w:br/>
        <w:t>vt 0.958467 0.517155</w:t>
        <w:br/>
        <w:t>vt 0.964888 0.519727</w:t>
        <w:br/>
        <w:t>vt 0.967967 0.519718</w:t>
        <w:br/>
        <w:t>vt 0.964888 0.533775</w:t>
        <w:br/>
        <w:t>vt 0.967967 0.533704</w:t>
        <w:br/>
        <w:t>vt 0.961542 0.534933</w:t>
        <w:br/>
        <w:t>vt 0.961542 0.525302</w:t>
        <w:br/>
        <w:t>vt 0.958466 0.525182</w:t>
        <w:br/>
        <w:t>vt 0.958466 0.534741</w:t>
        <w:br/>
        <w:t>vt 0.958467 0.562931</w:t>
        <w:br/>
        <w:t>vt 0.961542 0.563008</w:t>
        <w:br/>
        <w:t>vt 0.961542 0.544589</w:t>
        <w:br/>
        <w:t>vt 0.958467 0.544222</w:t>
        <w:br/>
        <w:t>vt 0.964888 0.551892</w:t>
        <w:br/>
        <w:t>vt 0.967967 0.551798</w:t>
        <w:br/>
        <w:t>vt 0.958467 0.585070</w:t>
        <w:br/>
        <w:t>vt 0.961542 0.585115</w:t>
        <w:br/>
        <w:t>vt 0.964888 0.576794</w:t>
        <w:br/>
        <w:t>vt 0.967967 0.576769</w:t>
        <w:br/>
        <w:t>vt 0.958467 0.604273</w:t>
        <w:br/>
        <w:t>vt 0.961542 0.604323</w:t>
        <w:br/>
        <w:t>vt 0.964888 0.593048</w:t>
        <w:br/>
        <w:t>vt 0.967968 0.593040</w:t>
        <w:br/>
        <w:t>vt 0.958467 0.623856</w:t>
        <w:br/>
        <w:t>vt 0.961542 0.624223</w:t>
        <w:br/>
        <w:t>vt 0.967968 0.610777</w:t>
        <w:br/>
        <w:t>vt 0.964888 0.610946</w:t>
        <w:br/>
        <w:t>vt 0.762961 0.738903</w:t>
        <w:br/>
        <w:t>vt 0.756203 0.742634</w:t>
        <w:br/>
        <w:t>vt 0.711426 0.713872</w:t>
        <w:br/>
        <w:t>vt 0.711441 0.727876</w:t>
        <w:br/>
        <w:t>vt 0.720167 0.716701</w:t>
        <w:br/>
        <w:t>vt 0.718083 0.731270</w:t>
        <w:br/>
        <w:t>vt 0.727738 0.717636</w:t>
        <w:br/>
        <w:t>vt 0.724043 0.734691</w:t>
        <w:br/>
        <w:t>vt 0.737134 0.717442</w:t>
        <w:br/>
        <w:t>vt 0.731914 0.738882</w:t>
        <w:br/>
        <w:t>vt 0.743721 0.728214</w:t>
        <w:br/>
        <w:t>vt 0.740611 0.742829</w:t>
        <w:br/>
        <w:t>vt 0.747362 0.713349</w:t>
        <w:br/>
        <w:t>vt 0.746426 0.703707</w:t>
        <w:br/>
        <w:t>vt 0.745425 0.695931</w:t>
        <w:br/>
        <w:t>vt 0.736463 0.700094</w:t>
        <w:br/>
        <w:t>vt 0.735764 0.695719</w:t>
        <w:br/>
        <w:t>vt 0.744554 0.689233</w:t>
        <w:br/>
        <w:t>vt 0.727313 0.702042</w:t>
        <w:br/>
        <w:t>vt 0.719947 0.706896</w:t>
        <w:br/>
        <w:t>vt 0.744853 0.743728</w:t>
        <w:br/>
        <w:t>vt 0.752088 0.726565</w:t>
        <w:br/>
        <w:t>vt 0.750568 0.734759</w:t>
        <w:br/>
        <w:t>vt 0.753023 0.716006</w:t>
        <w:br/>
        <w:t>vt 0.751196 0.702778</w:t>
        <w:br/>
        <w:t>vt 0.752546 0.711532</w:t>
        <w:br/>
        <w:t>vt 0.749788 0.688229</w:t>
        <w:br/>
        <w:t>vt 0.750825 0.695114</w:t>
        <w:br/>
        <w:t>vt 0.752908 0.743872</w:t>
        <w:br/>
        <w:t>vt 0.749359 0.744359</w:t>
        <w:br/>
        <w:t>vt 0.756007 0.726429</w:t>
        <w:br/>
        <w:t>vt 0.755497 0.735323</w:t>
        <w:br/>
        <w:t>vt 0.758028 0.714471</w:t>
        <w:br/>
        <w:t>vt 0.756040 0.703778</w:t>
        <w:br/>
        <w:t>vt 0.757203 0.710949</w:t>
        <w:br/>
        <w:t>vt 0.754289 0.691035</w:t>
        <w:br/>
        <w:t>vt 0.754776 0.697312</w:t>
        <w:br/>
        <w:t>vt 0.761083 0.728979</w:t>
        <w:br/>
        <w:t>vt 0.759750 0.740951</w:t>
        <w:br/>
        <w:t>vt 0.761168 0.713113</w:t>
        <w:br/>
        <w:t>vt 0.760214 0.704280</w:t>
        <w:br/>
        <w:t>vt 0.760280 0.697177</w:t>
        <w:br/>
        <w:t>vt 0.766237 0.701461</w:t>
        <w:br/>
        <w:t>vt 0.764984 0.707603</w:t>
        <w:br/>
        <w:t>vt 0.766685 0.736283</w:t>
        <w:br/>
        <w:t>vt 0.765971 0.718967</w:t>
        <w:br/>
        <w:t>vt 0.774203 0.716757</w:t>
        <w:br/>
        <w:t>vt 0.778066 0.729566</w:t>
        <w:br/>
        <w:t>vt 0.770391 0.733854</w:t>
        <w:br/>
        <w:t>vt 0.774750 0.706617</w:t>
        <w:br/>
        <w:t>vt 0.788288 0.711241</w:t>
        <w:br/>
        <w:t>vt 0.788761 0.725435</w:t>
        <w:br/>
        <w:t>vt 0.797649 0.712801</w:t>
        <w:br/>
        <w:t>vt 0.798439 0.722304</w:t>
        <w:br/>
        <w:t>vt 0.088374 0.968850</w:t>
        <w:br/>
        <w:t>vt 0.065877 0.980609</w:t>
        <w:br/>
        <w:t>vt 0.055194 0.971678</w:t>
        <w:br/>
        <w:t>vt 0.077099 0.957521</w:t>
        <w:br/>
        <w:t>vt 0.044971 0.963874</w:t>
        <w:br/>
        <w:t>vt 0.070023 0.946036</w:t>
        <w:br/>
        <w:t>vt 0.032025 0.953276</w:t>
        <w:br/>
        <w:t>vt 0.063494 0.930455</w:t>
        <w:br/>
        <w:t>vt 0.018865 0.940800</w:t>
        <w:br/>
        <w:t>vt 0.041301 0.925984</w:t>
        <w:br/>
        <w:t>vt 0.062501 0.910114</w:t>
        <w:br/>
        <w:t>vt 0.078282 0.904782</w:t>
        <w:br/>
        <w:t>vt 0.091895 0.900558</w:t>
        <w:br/>
        <w:t>vt 0.103416 0.896870</w:t>
        <w:br/>
        <w:t>vt 0.099593 0.916447</w:t>
        <w:br/>
        <w:t>vt 0.091894 0.918695</w:t>
        <w:br/>
        <w:t>vt 0.095258 0.935044</w:t>
        <w:br/>
        <w:t>vt 0.092502 0.950456</w:t>
        <w:br/>
        <w:t>vt 0.025166 0.918022</w:t>
        <w:br/>
        <w:t>vt 0.014186 0.933867</w:t>
        <w:br/>
        <w:t>vt 0.009795 0.926274</w:t>
        <w:br/>
        <w:t>vt 0.037968 0.909881</w:t>
        <w:br/>
        <w:t>vt 0.054343 0.901235</w:t>
        <w:br/>
        <w:t>vt 0.060997 0.899241</w:t>
        <w:br/>
        <w:t>vt 0.075779 0.895357</w:t>
        <w:br/>
        <w:t>vt 0.088864 0.890146</w:t>
        <w:br/>
        <w:t>vt 0.100882 0.886588</w:t>
        <w:br/>
        <w:t>vt 0.020378 0.909046</w:t>
        <w:br/>
        <w:t>vt 0.007961 0.919431</w:t>
        <w:br/>
        <w:t>vt 0.007676 0.912503</w:t>
        <w:br/>
        <w:t>vt 0.034955 0.902058</w:t>
        <w:br/>
        <w:t>vt 0.052716 0.890373</w:t>
        <w:br/>
        <w:t>vt 0.058223 0.889759</w:t>
        <w:br/>
        <w:t>vt 0.070348 0.886802</w:t>
        <w:br/>
        <w:t>vt 0.092587 0.880085</w:t>
        <w:br/>
        <w:t>vt 0.081935 0.884100</w:t>
        <w:br/>
        <w:t>vt 0.026741 0.894211</w:t>
        <w:br/>
        <w:t>vt 0.007976 0.904886</w:t>
        <w:br/>
        <w:t>vt 0.009144 0.897572</w:t>
        <w:br/>
        <w:t>vt 0.051843 0.883060</w:t>
        <w:br/>
        <w:t>vt 0.066514 0.878932</w:t>
        <w:br/>
        <w:t>vt 0.078067 0.873803</w:t>
        <w:br/>
        <w:t>vt 0.066890 0.866051</w:t>
        <w:br/>
        <w:t>vt 0.057648 0.872235</w:t>
        <w:br/>
        <w:t>vt 0.010792 0.889161</w:t>
        <w:br/>
        <w:t>vt 0.013449 0.864353</w:t>
        <w:br/>
        <w:t>vt 0.036810 0.862297</w:t>
        <w:br/>
        <w:t>vt 0.039021 0.878144</w:t>
        <w:br/>
        <w:t>vt 0.012070 0.880784</w:t>
        <w:br/>
        <w:t>vt 0.052714 0.854777</w:t>
        <w:br/>
        <w:t>vt 0.012800 0.843341</w:t>
        <w:br/>
        <w:t>vt 0.036114 0.834916</w:t>
        <w:br/>
        <w:t>vt 0.011230 0.824970</w:t>
        <w:br/>
        <w:t>vt 0.027340 0.820071</w:t>
        <w:br/>
        <w:t>vt 0.961543 0.409708</w:t>
        <w:br/>
        <w:t>vt 0.958466 0.409786</w:t>
        <w:br/>
        <w:t>vt 0.967968 0.411913</w:t>
        <w:br/>
        <w:t>vt 0.964888 0.411691</w:t>
        <w:br/>
        <w:t>vt 0.961542 0.424592</w:t>
        <w:br/>
        <w:t>vt 0.958466 0.424597</w:t>
        <w:br/>
        <w:t>vt 0.961542 0.438339</w:t>
        <w:br/>
        <w:t>vt 0.958466 0.438273</w:t>
        <w:br/>
        <w:t>vt 0.961542 0.456314</w:t>
        <w:br/>
        <w:t>vt 0.958466 0.456222</w:t>
        <w:br/>
        <w:t>vt 0.961542 0.475691</w:t>
        <w:br/>
        <w:t>vt 0.958466 0.475796</w:t>
        <w:br/>
        <w:t>vt 0.967967 0.464904</w:t>
        <w:br/>
        <w:t>vt 0.967967 0.484741</w:t>
        <w:br/>
        <w:t>vt 0.964888 0.484684</w:t>
        <w:br/>
        <w:t>vt 0.964888 0.464880</w:t>
        <w:br/>
        <w:t>vt 0.967967 0.445557</w:t>
        <w:br/>
        <w:t>vt 0.964888 0.445543</w:t>
        <w:br/>
        <w:t>vt 0.964888 0.430172</w:t>
        <w:br/>
        <w:t>vt 0.967967 0.430172</w:t>
        <w:br/>
        <w:t>vt 0.958466 0.494434</w:t>
        <w:br/>
        <w:t>vt 0.958466 0.484939</w:t>
        <w:br/>
        <w:t>vt 0.961542 0.484884</w:t>
        <w:br/>
        <w:t>vt 0.961542 0.494283</w:t>
        <w:br/>
        <w:t>vt 0.967967 0.494905</w:t>
        <w:br/>
        <w:t>vt 0.964888 0.494700</w:t>
        <w:br/>
        <w:t>vt 0.961542 0.501719</w:t>
        <w:br/>
        <w:t>vt 0.958466 0.501842</w:t>
        <w:br/>
        <w:t>vt 0.967967 0.504348</w:t>
        <w:br/>
        <w:t>vt 0.964888 0.504354</w:t>
        <w:br/>
        <w:t>vt 0.958467 0.508979</w:t>
        <w:br/>
        <w:t>vt 0.961543 0.508976</w:t>
        <w:br/>
        <w:t>vt 0.961542 0.517188</w:t>
        <w:br/>
        <w:t>vt 0.958467 0.517155</w:t>
        <w:br/>
        <w:t>vt 0.967967 0.519718</w:t>
        <w:br/>
        <w:t>vt 0.964888 0.519727</w:t>
        <w:br/>
        <w:t>vt 0.967967 0.533704</w:t>
        <w:br/>
        <w:t>vt 0.964888 0.533775</w:t>
        <w:br/>
        <w:t>vt 0.958466 0.525182</w:t>
        <w:br/>
        <w:t>vt 0.961542 0.525302</w:t>
        <w:br/>
        <w:t>vt 0.961542 0.534933</w:t>
        <w:br/>
        <w:t>vt 0.958466 0.534741</w:t>
        <w:br/>
        <w:t>vt 0.958467 0.562931</w:t>
        <w:br/>
        <w:t>vt 0.958467 0.544222</w:t>
        <w:br/>
        <w:t>vt 0.961542 0.544589</w:t>
        <w:br/>
        <w:t>vt 0.961542 0.563008</w:t>
        <w:br/>
        <w:t>vt 0.967967 0.551798</w:t>
        <w:br/>
        <w:t>vt 0.964888 0.551892</w:t>
        <w:br/>
        <w:t>vt 0.958467 0.585070</w:t>
        <w:br/>
        <w:t>vt 0.961542 0.585115</w:t>
        <w:br/>
        <w:t>vt 0.967967 0.576769</w:t>
        <w:br/>
        <w:t>vt 0.964888 0.576794</w:t>
        <w:br/>
        <w:t>vt 0.958467 0.604273</w:t>
        <w:br/>
        <w:t>vt 0.961542 0.604323</w:t>
        <w:br/>
        <w:t>vt 0.967968 0.593040</w:t>
        <w:br/>
        <w:t>vt 0.964888 0.593048</w:t>
        <w:br/>
        <w:t>vt 0.762961 0.738903</w:t>
        <w:br/>
        <w:t>vt 0.756203 0.742634</w:t>
        <w:br/>
        <w:t>vt 0.995434 0.011536</w:t>
        <w:br/>
        <w:t>vt 0.995434 0.005257</w:t>
        <w:br/>
        <w:t>vt 0.991796 0.005764</w:t>
        <w:br/>
        <w:t>vt 0.991796 0.011859</w:t>
        <w:br/>
        <w:t>vt 0.084806 0.084074</w:t>
        <w:br/>
        <w:t>vt 0.083902 0.089870</w:t>
        <w:br/>
        <w:t>vt 0.089179 0.088225</w:t>
        <w:br/>
        <w:t>vt 0.089866 0.082948</w:t>
        <w:br/>
        <w:t>vt 0.082141 0.095645</w:t>
        <w:br/>
        <w:t>vt 0.088686 0.094046</w:t>
        <w:br/>
        <w:t>vt 0.991796 0.018804</w:t>
        <w:br/>
        <w:t>vt 0.995434 0.018488</w:t>
        <w:br/>
        <w:t>vt 0.178413 0.136075</w:t>
        <w:br/>
        <w:t>vt 0.183036 0.142455</w:t>
        <w:br/>
        <w:t>vt 0.183036 0.135967</w:t>
        <w:br/>
        <w:t>vt 0.179026 0.143008</w:t>
        <w:br/>
        <w:t>vt 0.183036 0.145361</w:t>
        <w:br/>
        <w:t>vt 0.991796 0.023003</w:t>
        <w:br/>
        <w:t>vt 0.995434 0.022980</w:t>
        <w:br/>
        <w:t>vt 0.081149 0.098868</w:t>
        <w:br/>
        <w:t>vt 0.080223 0.102574</w:t>
        <w:br/>
        <w:t>vt 0.086941 0.100005</w:t>
        <w:br/>
        <w:t>vt 0.991796 0.023003</w:t>
        <w:br/>
        <w:t>vt 0.991796 0.028552</w:t>
        <w:br/>
        <w:t>vt 0.995434 0.028050</w:t>
        <w:br/>
        <w:t>vt 0.095222 0.088525</w:t>
        <w:br/>
        <w:t>vt 0.095222 0.081262</w:t>
        <w:br/>
        <w:t>vt 0.095222 0.097487</w:t>
        <w:br/>
        <w:t>vt 0.137311 0.132490</w:t>
        <w:br/>
        <w:t>vt 0.146570 0.135832</w:t>
        <w:br/>
        <w:t>vt 0.146040 0.128643</w:t>
        <w:br/>
        <w:t>vt 0.135018 0.128643</w:t>
        <w:br/>
        <w:t>vt 0.160371 0.136038</w:t>
        <w:br/>
        <w:t>vt 0.159995 0.128643</w:t>
        <w:br/>
        <w:t>vt 0.178833 0.150199</w:t>
        <w:br/>
        <w:t>vt 0.173592 0.143275</w:t>
        <w:br/>
        <w:t>vt 0.173828 0.150380</w:t>
        <w:br/>
        <w:t>vt 0.178983 0.154555</w:t>
        <w:br/>
        <w:t>vt 0.173377 0.157985</w:t>
        <w:br/>
        <w:t>vt 0.179207 0.157612</w:t>
        <w:br/>
        <w:t>vt 0.183036 0.157036</w:t>
        <w:br/>
        <w:t>vt 0.183036 0.154008</w:t>
        <w:br/>
        <w:t>vt 0.991796 0.034959</w:t>
        <w:br/>
        <w:t>vt 0.995434 0.034650</w:t>
        <w:br/>
        <w:t>vt 0.995434 0.031732</w:t>
        <w:br/>
        <w:t>vt 0.991796 0.032174</w:t>
        <w:br/>
        <w:t>vt 0.079229 0.105585</w:t>
        <w:br/>
        <w:t>vt 0.085801 0.106226</w:t>
        <w:br/>
        <w:t>vt 0.080595 0.108607</w:t>
        <w:br/>
        <w:t>vt 0.086274 0.111401</w:t>
        <w:br/>
        <w:t>vt 0.183036 0.150150</w:t>
        <w:br/>
        <w:t>vt 0.183036 0.160439</w:t>
        <w:br/>
        <w:t>vt 0.178363 0.162637</w:t>
        <w:br/>
        <w:t>vt 0.995434 0.037783</w:t>
        <w:br/>
        <w:t>vt 0.991796 0.037946</w:t>
        <w:br/>
        <w:t>vt 0.995434 0.040072</w:t>
        <w:br/>
        <w:t>vt 0.991796 0.040056</w:t>
        <w:br/>
        <w:t>vt 0.081037 0.112046</w:t>
        <w:br/>
        <w:t>vt 0.080436 0.114028</w:t>
        <w:br/>
        <w:t>vt 0.086137 0.116420</w:t>
        <w:br/>
        <w:t>vt 0.183036 0.163125</w:t>
        <w:br/>
        <w:t>vt 0.178183 0.165047</w:t>
        <w:br/>
        <w:t>vt 0.172807 0.165264</w:t>
        <w:br/>
        <w:t>vt 0.160985 0.170182</w:t>
        <w:br/>
        <w:t>vt 0.172951 0.172473</w:t>
        <w:br/>
        <w:t>vt 0.160613 0.163795</w:t>
        <w:br/>
        <w:t>vt 0.157146 0.163531</w:t>
        <w:br/>
        <w:t>vt 0.160888 0.150339</w:t>
        <w:br/>
        <w:t>vt 0.160554 0.157330</w:t>
        <w:br/>
        <w:t>vt 0.164126 0.176161</w:t>
        <w:br/>
        <w:t>vt 0.173287 0.179307</w:t>
        <w:br/>
        <w:t>vt 0.166830 0.182009</w:t>
        <w:br/>
        <w:t>vt 0.173584 0.185629</w:t>
        <w:br/>
        <w:t>vt 0.178671 0.176911</w:t>
        <w:br/>
        <w:t>vt 0.178761 0.180962</w:t>
        <w:br/>
        <w:t>vt 0.178429 0.175006</w:t>
        <w:br/>
        <w:t>vt 0.178252 0.172474</w:t>
        <w:br/>
        <w:t>vt 0.178363 0.167585</w:t>
        <w:br/>
        <w:t>vt 0.160822 0.143260</w:t>
        <w:br/>
        <w:t>vt 0.173115 0.136093</w:t>
        <w:br/>
        <w:t>vt 0.174582 0.205508</w:t>
        <w:br/>
        <w:t>vt 0.174402 0.211693</w:t>
        <w:br/>
        <w:t>vt 0.178661 0.209931</w:t>
        <w:br/>
        <w:t>vt 0.179088 0.203015</w:t>
        <w:br/>
        <w:t>vt 0.178838 0.212832</w:t>
        <w:br/>
        <w:t>vt 0.183036 0.211644</w:t>
        <w:br/>
        <w:t>vt 0.183036 0.208618</w:t>
        <w:br/>
        <w:t>vt 0.183036 0.215602</w:t>
        <w:br/>
        <w:t>vt 0.178887 0.216289</w:t>
        <w:br/>
        <w:t>vt 0.178780 0.222387</w:t>
        <w:br/>
        <w:t>vt 0.178996 0.226141</w:t>
        <w:br/>
        <w:t>vt 0.183036 0.225822</w:t>
        <w:br/>
        <w:t>vt 0.183036 0.221352</w:t>
        <w:br/>
        <w:t>vt 0.991796 0.102386</w:t>
        <w:br/>
        <w:t>vt 0.991796 0.104644</w:t>
        <w:br/>
        <w:t>vt 0.995434 0.104750</w:t>
        <w:br/>
        <w:t>vt 0.995434 0.102361</w:t>
        <w:br/>
        <w:t>vt 0.995434 0.098315</w:t>
        <w:br/>
        <w:t>vt 0.991796 0.098348</w:t>
        <w:br/>
        <w:t>vt 0.183036 0.227961</w:t>
        <w:br/>
        <w:t>vt 0.171276 0.207424</w:t>
        <w:br/>
        <w:t>vt 0.174266 0.217595</w:t>
        <w:br/>
        <w:t>vt 0.171586 0.218556</w:t>
        <w:br/>
        <w:t>vt 0.172820 0.229099</w:t>
        <w:br/>
        <w:t>vt 0.175267 0.229882</w:t>
        <w:br/>
        <w:t>vt 0.174705 0.239189</w:t>
        <w:br/>
        <w:t>vt 0.183036 0.199209</w:t>
        <w:br/>
        <w:t>vt 0.179122 0.198491</w:t>
        <w:br/>
        <w:t>vt 0.183036 0.204083</w:t>
        <w:br/>
        <w:t>vt 0.995434 0.074298</w:t>
        <w:br/>
        <w:t>vt 0.991796 0.074478</w:t>
        <w:br/>
        <w:t>vt 0.991796 0.079062</w:t>
        <w:br/>
        <w:t>vt 0.995434 0.079017</w:t>
        <w:br/>
        <w:t>vt 0.991796 0.083230</w:t>
        <w:br/>
        <w:t>vt 0.995434 0.083985</w:t>
        <w:br/>
        <w:t>vt 0.082961 0.148090</w:t>
        <w:br/>
        <w:t>vt 0.083169 0.152408</w:t>
        <w:br/>
        <w:t>vt 0.088351 0.153667</w:t>
        <w:br/>
        <w:t>vt 0.087862 0.146418</w:t>
        <w:br/>
        <w:t>vt 0.082361 0.154567</w:t>
        <w:br/>
        <w:t>vt 0.088194 0.155864</w:t>
        <w:br/>
        <w:t>vt 0.095222 0.152994</w:t>
        <w:br/>
        <w:t>vt 0.082254 0.158429</w:t>
        <w:br/>
        <w:t>vt 0.088671 0.157661</w:t>
        <w:br/>
        <w:t>vt 0.095222 0.142890</w:t>
        <w:br/>
        <w:t>vt 0.087626 0.142843</w:t>
        <w:br/>
        <w:t>vt 0.095222 0.137376</w:t>
        <w:br/>
        <w:t>vt 0.087544 0.138421</w:t>
        <w:br/>
        <w:t>vt 0.081526 0.143891</w:t>
        <w:br/>
        <w:t>vt 0.081976 0.139684</w:t>
        <w:br/>
        <w:t>vt 0.081835 0.136525</w:t>
        <w:br/>
        <w:t>vt 0.087864 0.134659</w:t>
        <w:br/>
        <w:t>vt 0.995434 0.069836</w:t>
        <w:br/>
        <w:t>vt 0.991796 0.069629</w:t>
        <w:br/>
        <w:t>vt 0.178766 0.192890</w:t>
        <w:br/>
        <w:t>vt 0.183036 0.193825</w:t>
        <w:br/>
        <w:t>vt 0.183036 0.189112</w:t>
        <w:br/>
        <w:t>vt 0.178199 0.188161</w:t>
        <w:br/>
        <w:t>vt 0.183036 0.186584</w:t>
        <w:br/>
        <w:t>vt 0.178298 0.186166</w:t>
        <w:br/>
        <w:t>vt 0.183036 0.184443</w:t>
        <w:br/>
        <w:t>vt 0.178490 0.184214</w:t>
        <w:br/>
        <w:t>vt 0.183036 0.181482</w:t>
        <w:br/>
        <w:t>vt 0.174210 0.192321</w:t>
        <w:br/>
        <w:t>vt 0.995434 0.066366</w:t>
        <w:br/>
        <w:t>vt 0.991796 0.065776</w:t>
        <w:br/>
        <w:t>vt 0.995434 0.063370</w:t>
        <w:br/>
        <w:t>vt 0.991796 0.063251</w:t>
        <w:br/>
        <w:t>vt 0.087105 0.130889</w:t>
        <w:br/>
        <w:t>vt 0.081207 0.131878</w:t>
        <w:br/>
        <w:t>vt 0.081728 0.133985</w:t>
        <w:br/>
        <w:t>vt 0.087845 0.132694</w:t>
        <w:br/>
        <w:t>vt 0.086991 0.128381</w:t>
        <w:br/>
        <w:t>vt 0.079976 0.129170</w:t>
        <w:br/>
        <w:t>vt 0.991796 0.056930</w:t>
        <w:br/>
        <w:t>vt 0.991796 0.060663</w:t>
        <w:br/>
        <w:t>vt 0.995434 0.060351</w:t>
        <w:br/>
        <w:t>vt 0.995434 0.056942</w:t>
        <w:br/>
        <w:t>vt 0.081129 0.126550</w:t>
        <w:br/>
        <w:t>vt 0.087109 0.125171</w:t>
        <w:br/>
        <w:t>vt 0.995434 0.053738</w:t>
        <w:br/>
        <w:t>vt 0.991796 0.053451</w:t>
        <w:br/>
        <w:t>vt 0.169411 0.189169</w:t>
        <w:br/>
        <w:t>vt 0.170841 0.197374</w:t>
        <w:br/>
        <w:t>vt 0.174585 0.197631</w:t>
        <w:br/>
        <w:t>vt 0.095222 0.115487</w:t>
        <w:br/>
        <w:t>vt 0.086627 0.117683</w:t>
        <w:br/>
        <w:t>vt 0.079942 0.117040</w:t>
        <w:br/>
        <w:t>vt 0.991796 0.043248</w:t>
        <w:br/>
        <w:t>vt 0.995435 0.043184</w:t>
        <w:br/>
        <w:t>vt 0.183036 0.166546</w:t>
        <w:br/>
        <w:t>vt 0.183036 0.171609</w:t>
        <w:br/>
        <w:t>vt 0.183036 0.176042</w:t>
        <w:br/>
        <w:t>vt 0.995434 0.051401</w:t>
        <w:br/>
        <w:t>vt 0.991796 0.051106</w:t>
        <w:br/>
        <w:t>vt 0.081705 0.121302</w:t>
        <w:br/>
        <w:t>vt 0.081957 0.124777</w:t>
        <w:br/>
        <w:t>vt 0.087499 0.123540</w:t>
        <w:br/>
        <w:t>vt 0.087260 0.121313</w:t>
        <w:br/>
        <w:t>vt 0.095222 0.128614</w:t>
        <w:br/>
        <w:t>vt 0.095222 0.122446</w:t>
        <w:br/>
        <w:t>vt 0.995434 0.047652</w:t>
        <w:br/>
        <w:t>vt 0.991796 0.047663</w:t>
        <w:br/>
        <w:t>vt 0.183036 0.178633</w:t>
        <w:br/>
        <w:t>vt 0.095222 0.107428</w:t>
        <w:br/>
        <w:t>vt 0.095222 0.134644</w:t>
        <w:br/>
        <w:t>vt 0.153273 0.157121</w:t>
        <w:br/>
        <w:t>vt 0.149055 0.150187</w:t>
        <w:br/>
        <w:t>vt 0.179524 0.230989</w:t>
        <w:br/>
        <w:t>vt 0.179352 0.234776</w:t>
        <w:br/>
        <w:t>vt 0.183036 0.233526</w:t>
        <w:br/>
        <w:t>vt 0.183036 0.230147</w:t>
        <w:br/>
        <w:t>vt 0.995435 0.111878</w:t>
        <w:br/>
        <w:t>vt 0.995434 0.107687</w:t>
        <w:br/>
        <w:t>vt 0.991796 0.107892</w:t>
        <w:br/>
        <w:t>vt 0.991796 0.112211</w:t>
        <w:br/>
        <w:t>vt 0.088451 0.171606</w:t>
        <w:br/>
        <w:t>vt 0.091893 0.170072</w:t>
        <w:br/>
        <w:t>vt 0.091173 0.168245</w:t>
        <w:br/>
        <w:t>vt 0.085668 0.169948</w:t>
        <w:br/>
        <w:t>vt 0.085750 0.167821</w:t>
        <w:br/>
        <w:t>vt 0.090148 0.165748</w:t>
        <w:br/>
        <w:t>vt 0.095222 0.166462</w:t>
        <w:br/>
        <w:t>vt 0.095222 0.161901</w:t>
        <w:br/>
        <w:t>vt 0.090095 0.164336</w:t>
        <w:br/>
        <w:t>vt 0.089472 0.162217</w:t>
        <w:br/>
        <w:t>vt 0.084805 0.163041</w:t>
        <w:br/>
        <w:t>vt 0.085586 0.166102</w:t>
        <w:br/>
        <w:t>vt 0.095222 0.168435</w:t>
        <w:br/>
        <w:t>vt 0.995434 0.092026</w:t>
        <w:br/>
        <w:t>vt 0.991796 0.091804</w:t>
        <w:br/>
        <w:t>vt 0.995434 0.086974</w:t>
        <w:br/>
        <w:t>vt 0.991796 0.086256</w:t>
        <w:br/>
        <w:t>vt 0.144797 0.143229</w:t>
        <w:br/>
        <w:t>vt 0.147414 0.143059</w:t>
        <w:br/>
        <w:t>vt 0.141168 0.136950</w:t>
        <w:br/>
        <w:t>vt 0.183036 0.128643</w:t>
        <w:br/>
        <w:t>vt 0.177742 0.128643</w:t>
        <w:br/>
        <w:t>vt 0.172463 0.128643</w:t>
        <w:br/>
        <w:t>vt 0.143903 0.246649</w:t>
        <w:br/>
        <w:t>vt 0.120416 0.238656</w:t>
        <w:br/>
        <w:t>vt 0.118821 0.240675</w:t>
        <w:br/>
        <w:t>vt 0.134728 0.248316</w:t>
        <w:br/>
        <w:t>vt 0.143903 0.264217</w:t>
        <w:br/>
        <w:t>vt 0.130893 0.258445</w:t>
        <w:br/>
        <w:t>vt 0.129034 0.267246</w:t>
        <w:br/>
        <w:t>vt 0.143903 0.274674</w:t>
        <w:br/>
        <w:t>vt 0.127298 0.273303</w:t>
        <w:br/>
        <w:t>vt 0.143903 0.278373</w:t>
        <w:br/>
        <w:t>vt 0.125355 0.277666</w:t>
        <w:br/>
        <w:t>vt 0.143903 0.278373</w:t>
        <w:br/>
        <w:t>vt 0.127298 0.273303</w:t>
        <w:br/>
        <w:t>vt 0.124292 0.279780</w:t>
        <w:br/>
        <w:t>vt 0.119720 0.290101</w:t>
        <w:br/>
        <w:t>vt 0.116757 0.301944</w:t>
        <w:br/>
        <w:t>vt 0.143903 0.299557</w:t>
        <w:br/>
        <w:t>vt 0.143903 0.288087</w:t>
        <w:br/>
        <w:t>vt 0.122600 0.282765</w:t>
        <w:br/>
        <w:t>vt 0.143903 0.281956</w:t>
        <w:br/>
        <w:t>vt 0.124292 0.279780</w:t>
        <w:br/>
        <w:t>vt 0.118125 0.309814</w:t>
        <w:br/>
        <w:t>vt 0.143903 0.307287</w:t>
        <w:br/>
        <w:t>vt 0.119097 0.314910</w:t>
        <w:br/>
        <w:t>vt 0.143903 0.318856</w:t>
        <w:br/>
        <w:t>vt 0.118874 0.318883</w:t>
        <w:br/>
        <w:t>vt 0.143903 0.318856</w:t>
        <w:br/>
        <w:t>vt 0.119097 0.314910</w:t>
        <w:br/>
        <w:t>vt 0.115599 0.333277</w:t>
        <w:br/>
        <w:t>vt 0.115287 0.344289</w:t>
        <w:br/>
        <w:t>vt 0.143903 0.343670</w:t>
        <w:br/>
        <w:t>vt 0.143903 0.330652</w:t>
        <w:br/>
        <w:t>vt 0.116938 0.323518</w:t>
        <w:br/>
        <w:t>vt 0.116053 0.350934</w:t>
        <w:br/>
        <w:t>vt 0.143903 0.351953</w:t>
        <w:br/>
        <w:t>vt 0.117443 0.354053</w:t>
        <w:br/>
        <w:t>vt 0.120473 0.357553</w:t>
        <w:br/>
        <w:t>vt 0.122415 0.363964</w:t>
        <w:br/>
        <w:t>vt 0.143903 0.359013</w:t>
        <w:br/>
        <w:t>vt 0.121478 0.368863</w:t>
        <w:br/>
        <w:t>vt 0.120053 0.374109</w:t>
        <w:br/>
        <w:t>vt 0.143903 0.371341</w:t>
        <w:br/>
        <w:t>vt 0.143903 0.359013</w:t>
        <w:br/>
        <w:t>vt 0.122415 0.363964</w:t>
        <w:br/>
        <w:t>vt 0.124643 0.389391</w:t>
        <w:br/>
        <w:t>vt 0.143903 0.387093</w:t>
        <w:br/>
        <w:t>vt 0.122102 0.382862</w:t>
        <w:br/>
        <w:t>vt 0.128150 0.393929</w:t>
        <w:br/>
        <w:t>vt 0.143903 0.393873</w:t>
        <w:br/>
        <w:t>vt 0.126887 0.392062</w:t>
        <w:br/>
        <w:t>vt 0.131189 0.398179</w:t>
        <w:br/>
        <w:t>vt 0.143903 0.393873</w:t>
        <w:br/>
        <w:t>vt 0.129565 0.395702</w:t>
        <w:br/>
        <w:t>vt 0.129565 0.395702</w:t>
        <w:br/>
        <w:t>vt 0.126887 0.392062</w:t>
        <w:br/>
        <w:t>vt 0.130917 0.400931</w:t>
        <w:br/>
        <w:t>vt 0.129983 0.403639</w:t>
        <w:br/>
        <w:t>vt 0.143903 0.401259</w:t>
        <w:br/>
        <w:t>vt 0.143903 0.393873</w:t>
        <w:br/>
        <w:t>vt 0.130547 0.405817</w:t>
        <w:br/>
        <w:t>vt 0.130800 0.409294</w:t>
        <w:br/>
        <w:t>vt 0.131189 0.398179</w:t>
        <w:br/>
        <w:t>vt 0.133870 0.426916</w:t>
        <w:br/>
        <w:t>vt 0.143903 0.421279</w:t>
        <w:br/>
        <w:t>vt 0.132659 0.421704</w:t>
        <w:br/>
        <w:t>vt 0.131077 0.415451</w:t>
        <w:br/>
        <w:t>vt 0.143903 0.409617</w:t>
        <w:br/>
        <w:t>vt 0.134701 0.431359</w:t>
        <w:br/>
        <w:t>vt 0.143903 0.430510</w:t>
        <w:br/>
        <w:t>vt 0.138349 0.441079</w:t>
        <w:br/>
        <w:t>vt 0.135992 0.438238</w:t>
        <w:br/>
        <w:t>vt 0.143903 0.449465</w:t>
        <w:br/>
        <w:t>vt 0.143903 0.440697</w:t>
        <w:br/>
        <w:t>vt 0.140583 0.444032</w:t>
        <w:br/>
        <w:t>vt 0.143903 0.463735</w:t>
        <w:br/>
        <w:t>vt 0.137995 0.472006</w:t>
        <w:br/>
        <w:t>vt 0.143903 0.470694</w:t>
        <w:br/>
        <w:t>vt 0.143903 0.477443</w:t>
        <w:br/>
        <w:t>vt 0.138839 0.474330</w:t>
        <w:br/>
        <w:t>vt 0.140192 0.475967</w:t>
        <w:br/>
        <w:t>vt 0.137092 0.466316</w:t>
        <w:br/>
        <w:t>vt 0.137426 0.468774</w:t>
        <w:br/>
        <w:t>vt 0.143903 0.254177</w:t>
        <w:br/>
        <w:t>vt 0.133128 0.251595</w:t>
        <w:br/>
        <w:t>vt 0.122558 0.236209</w:t>
        <w:br/>
        <w:t>vt 0.120416 0.238656</w:t>
        <w:br/>
        <w:t>vt 0.136345 0.464673</w:t>
        <w:br/>
        <w:t>vt 0.133949 0.461880</w:t>
        <w:br/>
        <w:t>vt 0.133598 0.460091</w:t>
        <w:br/>
        <w:t>vt 0.143903 0.449465</w:t>
        <w:br/>
        <w:t>vt 0.133850 0.458162</w:t>
        <w:br/>
        <w:t>vt 0.133598 0.460091</w:t>
        <w:br/>
        <w:t>vt 0.133586 0.456436</w:t>
        <w:br/>
        <w:t>vt 0.133324 0.454957</w:t>
        <w:br/>
        <w:t>vt 0.132828 0.453653</w:t>
        <w:br/>
        <w:t>vt 0.131591 0.452335</w:t>
        <w:br/>
        <w:t>vt 0.128212 0.450892</w:t>
        <w:br/>
        <w:t>vt 0.125338 0.447826</w:t>
        <w:br/>
        <w:t>vt 0.121652 0.444306</w:t>
        <w:br/>
        <w:t>vt 0.134852 0.436175</w:t>
        <w:br/>
        <w:t>vt 0.119687 0.441418</w:t>
        <w:br/>
        <w:t>vt 0.134650 0.434114</w:t>
        <w:br/>
        <w:t>vt 0.119302 0.439814</w:t>
        <w:br/>
        <w:t>vt 0.118925 0.437752</w:t>
        <w:br/>
        <w:t>vt 0.134701 0.431359</w:t>
        <w:br/>
        <w:t>vt 0.118435 0.435425</w:t>
        <w:br/>
        <w:t>vt 0.117830 0.433367</w:t>
        <w:br/>
        <w:t>vt 0.116937 0.431303</w:t>
        <w:br/>
        <w:t>vt 0.115702 0.429073</w:t>
        <w:br/>
        <w:t>vt 0.114271 0.426247</w:t>
        <w:br/>
        <w:t>vt 0.112488 0.422939</w:t>
        <w:br/>
        <w:t>vt 0.110572 0.419224</w:t>
        <w:br/>
        <w:t>vt 0.109714 0.414909</w:t>
        <w:br/>
        <w:t>vt 0.110232 0.410073</w:t>
        <w:br/>
        <w:t>vt 0.111605 0.405496</w:t>
        <w:br/>
        <w:t>vt 0.113337 0.402954</w:t>
        <w:br/>
        <w:t>vt 0.115403 0.401846</w:t>
        <w:br/>
        <w:t>vt 0.113337 0.402954</w:t>
        <w:br/>
        <w:t>vt 0.117533 0.400837</w:t>
        <w:br/>
        <w:t>vt 0.118907 0.400309</w:t>
        <w:br/>
        <w:t>vt 0.119770 0.400135</w:t>
        <w:br/>
        <w:t>vt 0.119379 0.399899</w:t>
        <w:br/>
        <w:t>vt 0.118191 0.399644</w:t>
        <w:br/>
        <w:t>vt 0.116588 0.399283</w:t>
        <w:br/>
        <w:t>vt 0.114433 0.398694</w:t>
        <w:br/>
        <w:t>vt 0.111592 0.397538</w:t>
        <w:br/>
        <w:t>vt 0.108261 0.395494</w:t>
        <w:br/>
        <w:t>vt 0.105519 0.391331</w:t>
        <w:br/>
        <w:t>vt 0.103598 0.385450</w:t>
        <w:br/>
        <w:t>vt 0.102608 0.379572</w:t>
        <w:br/>
        <w:t>vt 0.102626 0.375502</w:t>
        <w:br/>
        <w:t>vt 0.103495 0.372924</w:t>
        <w:br/>
        <w:t>vt 0.104817 0.370120</w:t>
        <w:br/>
        <w:t>vt 0.105952 0.367777</w:t>
        <w:br/>
        <w:t>vt 0.106169 0.364971</w:t>
        <w:br/>
        <w:t>vt 0.104698 0.361826</w:t>
        <w:br/>
        <w:t>vt 0.102262 0.358967</w:t>
        <w:br/>
        <w:t>vt 0.099753 0.356723</w:t>
        <w:br/>
        <w:t>vt 0.097826 0.354836</w:t>
        <w:br/>
        <w:t>vt 0.096367 0.352995</w:t>
        <w:br/>
        <w:t>vt 0.095171 0.348882</w:t>
        <w:br/>
        <w:t>vt 0.094182 0.343516</w:t>
        <w:br/>
        <w:t>vt 0.093525 0.337661</w:t>
        <w:br/>
        <w:t>vt 0.092897 0.331918</w:t>
        <w:br/>
        <w:t>vt 0.092915 0.326618</w:t>
        <w:br/>
        <w:t>vt 0.093471 0.322545</w:t>
        <w:br/>
        <w:t>vt 0.095062 0.320529</w:t>
        <w:br/>
        <w:t>vt 0.118874 0.318883</w:t>
        <w:br/>
        <w:t>vt 0.097228 0.318953</w:t>
        <w:br/>
        <w:t>vt 0.095062 0.320529</w:t>
        <w:br/>
        <w:t>vt 0.099541 0.317133</w:t>
        <w:br/>
        <w:t>vt 0.101282 0.315595</w:t>
        <w:br/>
        <w:t>vt 0.101525 0.313824</w:t>
        <w:br/>
        <w:t>vt 0.101525 0.313824</w:t>
        <w:br/>
        <w:t>vt 0.099361 0.312086</w:t>
        <w:br/>
        <w:t>vt 0.096682 0.310162</w:t>
        <w:br/>
        <w:t>vt 0.094339 0.307822</w:t>
        <w:br/>
        <w:t>vt 0.092777 0.305735</w:t>
        <w:br/>
        <w:t>vt 0.092777 0.305735</w:t>
        <w:br/>
        <w:t>vt 0.092201 0.302291</w:t>
        <w:br/>
        <w:t>vt 0.093524 0.296557</w:t>
        <w:br/>
        <w:t>vt 0.095982 0.290032</w:t>
        <w:br/>
        <w:t>vt 0.098218 0.283996</w:t>
        <w:br/>
        <w:t>vt 0.101005 0.279478</w:t>
        <w:br/>
        <w:t>vt 0.103501 0.276831</w:t>
        <w:br/>
        <w:t>vt 0.104970 0.275112</w:t>
        <w:br/>
        <w:t>vt 0.106020 0.272918</w:t>
        <w:br/>
        <w:t>vt 0.107723 0.270453</w:t>
        <w:br/>
        <w:t>vt 0.108977 0.268048</w:t>
        <w:br/>
        <w:t>vt 0.107723 0.270453</w:t>
        <w:br/>
        <w:t>vt 0.108704 0.264326</w:t>
        <w:br/>
        <w:t>vt 0.108570 0.259762</w:t>
        <w:br/>
        <w:t>vt 0.108917 0.255003</w:t>
        <w:br/>
        <w:t>vt 0.110603 0.250315</w:t>
        <w:br/>
        <w:t>vt 0.113641 0.245874</w:t>
        <w:br/>
        <w:t>vt 0.116770 0.242446</w:t>
        <w:br/>
        <w:t>vt 0.125681 0.232897</w:t>
        <w:br/>
        <w:t>vt 0.143903 0.246649</w:t>
        <w:br/>
        <w:t>vt 0.129103 0.229653</w:t>
        <w:br/>
        <w:t>vt 0.143903 0.232333</w:t>
        <w:br/>
        <w:t>vt 0.131605 0.226769</w:t>
        <w:br/>
        <w:t>vt 0.133409 0.223953</w:t>
        <w:br/>
        <w:t>vt 0.133750 0.222527</w:t>
        <w:br/>
        <w:t>vt 0.143903 0.232333</w:t>
        <w:br/>
        <w:t>vt 0.134686 0.219518</w:t>
        <w:br/>
        <w:t>vt 0.133750 0.222527</w:t>
        <w:br/>
        <w:t>vt 0.135826 0.216953</w:t>
        <w:br/>
        <w:t>vt 0.134686 0.219518</w:t>
        <w:br/>
        <w:t>vt 0.143903 0.218261</w:t>
        <w:br/>
        <w:t>vt 0.133416 0.211007</w:t>
        <w:br/>
        <w:t>vt 0.134904 0.215180</w:t>
        <w:br/>
        <w:t>vt 0.143903 0.204226</w:t>
        <w:br/>
        <w:t>vt 0.131126 0.201495</w:t>
        <w:br/>
        <w:t>vt 0.131545 0.206052</w:t>
        <w:br/>
        <w:t>vt 0.131021 0.198633</w:t>
        <w:br/>
        <w:t>vt 0.143903 0.204226</w:t>
        <w:br/>
        <w:t>vt 0.130843 0.195828</w:t>
        <w:br/>
        <w:t>vt 0.130980 0.193344</w:t>
        <w:br/>
        <w:t>vt 0.131958 0.191440</w:t>
        <w:br/>
        <w:t>vt 0.143903 0.198491</w:t>
        <w:br/>
        <w:t>vt 0.133503 0.189385</w:t>
        <w:br/>
        <w:t>vt 0.143903 0.193422</w:t>
        <w:br/>
        <w:t>vt 0.134660 0.187611</w:t>
        <w:br/>
        <w:t>vt 0.135355 0.185929</w:t>
        <w:br/>
        <w:t>vt 0.143903 0.188797</w:t>
        <w:br/>
        <w:t>vt 0.134169 0.182697</w:t>
        <w:br/>
        <w:t>vt 0.134724 0.184436</w:t>
        <w:br/>
        <w:t>vt 0.134169 0.182697</w:t>
        <w:br/>
        <w:t>vt 0.143903 0.188797</w:t>
        <w:br/>
        <w:t>vt 0.143903 0.185109</w:t>
        <w:br/>
        <w:t>vt 0.134372 0.180482</w:t>
        <w:br/>
        <w:t>vt 0.135291 0.178293</w:t>
        <w:br/>
        <w:t>vt 0.143903 0.180341</w:t>
        <w:br/>
        <w:t>vt 0.136181 0.176015</w:t>
        <w:br/>
        <w:t>vt 0.137092 0.174240</w:t>
        <w:br/>
        <w:t>vt 0.143903 0.174520</w:t>
        <w:br/>
        <w:t>vt 0.138177 0.172505</w:t>
        <w:br/>
        <w:t>vt 0.139146 0.170452</w:t>
        <w:br/>
        <w:t>vt 0.143903 0.169468</w:t>
        <w:br/>
        <w:t>vt 0.139832 0.167724</w:t>
        <w:br/>
        <w:t>vt 0.143903 0.157960</w:t>
        <w:br/>
        <w:t>vt 0.141539 0.156788</w:t>
        <w:br/>
        <w:t>vt 0.140994 0.162752</w:t>
        <w:br/>
        <w:t>vt 0.143903 0.164245</w:t>
        <w:br/>
        <w:t>vt 0.143903 0.152681</w:t>
        <w:br/>
        <w:t>vt 0.141806 0.152129</w:t>
        <w:br/>
        <w:t>vt 0.260676 0.409010</w:t>
        <w:br/>
        <w:t>vt 0.230017 0.414636</w:t>
        <w:br/>
        <w:t>vt 0.231394 0.416669</w:t>
        <w:br/>
        <w:t>vt 0.246361 0.407710</w:t>
        <w:br/>
        <w:t>vt 0.260676 0.381964</w:t>
        <w:br/>
        <w:t>vt 0.241733 0.387218</w:t>
        <w:br/>
        <w:t>vt 0.242949 0.396481</w:t>
        <w:br/>
        <w:t>vt 0.260676 0.392909</w:t>
        <w:br/>
        <w:t>vt 0.240887 0.382205</w:t>
        <w:br/>
        <w:t>vt 0.239813 0.378476</w:t>
        <w:br/>
        <w:t>vt 0.240887 0.382205</w:t>
        <w:br/>
        <w:t>vt 0.260676 0.381964</w:t>
        <w:br/>
        <w:t>vt 0.239235 0.375331</w:t>
        <w:br/>
        <w:t>vt 0.260676 0.353717</w:t>
        <w:br/>
        <w:t>vt 0.233991 0.350661</w:t>
        <w:br/>
        <w:t>vt 0.235525 0.363320</w:t>
        <w:br/>
        <w:t>vt 0.260676 0.364033</w:t>
        <w:br/>
        <w:t>vt 0.237836 0.371358</w:t>
        <w:br/>
        <w:t>vt 0.260676 0.372930</w:t>
        <w:br/>
        <w:t>vt 0.239235 0.375331</w:t>
        <w:br/>
        <w:t>vt 0.260676 0.343536</w:t>
        <w:br/>
        <w:t>vt 0.235855 0.341812</w:t>
        <w:br/>
        <w:t>vt 0.260676 0.333900</w:t>
        <w:br/>
        <w:t>vt 0.236793 0.337525</w:t>
        <w:br/>
        <w:t>vt 0.237083 0.334827</w:t>
        <w:br/>
        <w:t>vt 0.236793 0.337525</w:t>
        <w:br/>
        <w:t>vt 0.260676 0.333900</w:t>
        <w:br/>
        <w:t>vt 0.260676 0.313146</w:t>
        <w:br/>
        <w:t>vt 0.235550 0.307353</w:t>
        <w:br/>
        <w:t>vt 0.235145 0.318753</w:t>
        <w:br/>
        <w:t>vt 0.260676 0.324391</w:t>
        <w:br/>
        <w:t>vt 0.235811 0.329167</w:t>
        <w:br/>
        <w:t>vt 0.260676 0.299359</w:t>
        <w:br/>
        <w:t>vt 0.236194 0.300108</w:t>
        <w:br/>
        <w:t>vt 0.237570 0.296429</w:t>
        <w:br/>
        <w:t>vt 0.240431 0.293284</w:t>
        <w:br/>
        <w:t>vt 0.260676 0.288862</w:t>
        <w:br/>
        <w:t>vt 0.241737 0.287901</w:t>
        <w:br/>
        <w:t>vt 0.240752 0.283506</w:t>
        <w:br/>
        <w:t>vt 0.239048 0.277504</w:t>
        <w:br/>
        <w:t>vt 0.241737 0.287901</w:t>
        <w:br/>
        <w:t>vt 0.242265 0.260198</w:t>
        <w:br/>
        <w:t>vt 0.240355 0.267873</w:t>
        <w:br/>
        <w:t>vt 0.260676 0.262786</w:t>
        <w:br/>
        <w:t>vt 0.260676 0.277764</w:t>
        <w:br/>
        <w:t>vt 0.245366 0.253094</w:t>
        <w:br/>
        <w:t>vt 0.244140 0.256266</w:t>
        <w:br/>
        <w:t>vt 0.260676 0.253937</w:t>
        <w:br/>
        <w:t>vt 0.246322 0.250824</w:t>
        <w:br/>
        <w:t>vt 0.245366 0.253094</w:t>
        <w:br/>
        <w:t>vt 0.260676 0.253937</w:t>
        <w:br/>
        <w:t>vt 0.244140 0.256266</w:t>
        <w:br/>
        <w:t>vt 0.246056 0.242347</w:t>
        <w:br/>
        <w:t>vt 0.245014 0.245341</w:t>
        <w:br/>
        <w:t>vt 0.260676 0.248564</w:t>
        <w:br/>
        <w:t>vt 0.246642 0.237960</w:t>
        <w:br/>
        <w:t>vt 0.245390 0.248888</w:t>
        <w:br/>
        <w:t>vt 0.260676 0.253937</w:t>
        <w:br/>
        <w:t>vt 0.249111 0.218409</w:t>
        <w:br/>
        <w:t>vt 0.260676 0.213272</w:t>
        <w:br/>
        <w:t>vt 0.249496 0.215266</w:t>
        <w:br/>
        <w:t>vt 0.260676 0.237441</w:t>
        <w:br/>
        <w:t>vt 0.247093 0.230831</w:t>
        <w:br/>
        <w:t>vt 0.260676 0.223066</w:t>
        <w:br/>
        <w:t>vt 0.248275 0.223908</w:t>
        <w:br/>
        <w:t>vt 0.250410 0.210371</w:t>
        <w:br/>
        <w:t>vt 0.251473 0.207332</w:t>
        <w:br/>
        <w:t>vt 0.253472 0.203955</w:t>
        <w:br/>
        <w:t>vt 0.255691 0.198167</w:t>
        <w:br/>
        <w:t>vt 0.255068 0.200709</w:t>
        <w:br/>
        <w:t>vt 0.260676 0.205167</w:t>
        <w:br/>
        <w:t>vt 0.260676 0.205167</w:t>
        <w:br/>
        <w:t>vt 0.260676 0.199857</w:t>
        <w:br/>
        <w:t>vt 0.257993 0.194959</w:t>
        <w:br/>
        <w:t>vt 0.260676 0.191024</w:t>
        <w:br/>
        <w:t>vt 0.260676 0.170699</w:t>
        <w:br/>
        <w:t>vt 0.256110 0.170240</w:t>
        <w:br/>
        <w:t>vt 0.255447 0.172899</w:t>
        <w:br/>
        <w:t>vt 0.257021 0.168034</w:t>
        <w:br/>
        <w:t>vt 0.260676 0.184350</w:t>
        <w:br/>
        <w:t>vt 0.255013 0.175753</w:t>
        <w:br/>
        <w:t>vt 0.255238 0.178086</w:t>
        <w:br/>
        <w:t>vt 0.260676 0.159808</w:t>
        <w:br/>
        <w:t>vt 0.258435 0.164701</w:t>
        <w:br/>
        <w:t>vt 0.244923 0.403698</w:t>
        <w:br/>
        <w:t>vt 0.260676 0.409010</w:t>
        <w:br/>
        <w:t>vt 0.260676 0.175981</w:t>
        <w:br/>
        <w:t>vt 0.231394 0.416669</w:t>
        <w:br/>
        <w:t>vt 0.233178 0.418460</w:t>
        <w:br/>
        <w:t>vt 0.255741 0.180188</w:t>
        <w:br/>
        <w:t>vt 0.255710 0.181683</w:t>
        <w:br/>
        <w:t>vt 0.260676 0.191024</w:t>
        <w:br/>
        <w:t>vt 0.253713 0.183424</w:t>
        <w:br/>
        <w:t>vt 0.252111 0.185190</w:t>
        <w:br/>
        <w:t>vt 0.257993 0.194959</w:t>
        <w:br/>
        <w:t>vt 0.250628 0.187190</w:t>
        <w:br/>
        <w:t>vt 0.249121 0.188695</w:t>
        <w:br/>
        <w:t>vt 0.248554 0.189806</w:t>
        <w:br/>
        <w:t>vt 0.255691 0.198167</w:t>
        <w:br/>
        <w:t>vt 0.248554 0.189806</w:t>
        <w:br/>
        <w:t>vt 0.248033 0.190908</w:t>
        <w:br/>
        <w:t>vt 0.246701 0.192207</w:t>
        <w:br/>
        <w:t>vt 0.243556 0.194031</w:t>
        <w:br/>
        <w:t>vt 0.240948 0.197670</w:t>
        <w:br/>
        <w:t>vt 0.237491 0.201740</w:t>
        <w:br/>
        <w:t>vt 0.235480 0.205255</w:t>
        <w:br/>
        <w:t>vt 0.234877 0.207529</w:t>
        <w:br/>
        <w:t>vt 0.249859 0.213459</w:t>
        <w:br/>
        <w:t>vt 0.234373 0.209856</w:t>
        <w:br/>
        <w:t>vt 0.233913 0.211922</w:t>
        <w:br/>
        <w:t>vt 0.249496 0.215266</w:t>
        <w:br/>
        <w:t>vt 0.233406 0.213296</w:t>
        <w:br/>
        <w:t>vt 0.232584 0.214586</w:t>
        <w:br/>
        <w:t>vt 0.231385 0.216291</w:t>
        <w:br/>
        <w:t>vt 0.229985 0.218924</w:t>
        <w:br/>
        <w:t>vt 0.228242 0.222432</w:t>
        <w:br/>
        <w:t>vt 0.226274 0.226305</w:t>
        <w:br/>
        <w:t>vt 0.225175 0.230716</w:t>
        <w:br/>
        <w:t>vt 0.225209 0.235890</w:t>
        <w:br/>
        <w:t>vt 0.225960 0.240911</w:t>
        <w:br/>
        <w:t>vt 0.227108 0.244152</w:t>
        <w:br/>
        <w:t>vt 0.228663 0.245945</w:t>
        <w:br/>
        <w:t>vt 0.230234 0.247439</w:t>
        <w:br/>
        <w:t>vt 0.231347 0.248378</w:t>
        <w:br/>
        <w:t>vt 0.232174 0.248924</w:t>
        <w:br/>
        <w:t>vt 0.246322 0.250824</w:t>
        <w:br/>
        <w:t>vt 0.232193 0.249578</w:t>
        <w:br/>
        <w:t>vt 0.231375 0.250198</w:t>
        <w:br/>
        <w:t>vt 0.230227 0.250767</w:t>
        <w:br/>
        <w:t>vt 0.228732 0.251700</w:t>
        <w:br/>
        <w:t>vt 0.226446 0.253565</w:t>
        <w:br/>
        <w:t>vt 0.223593 0.256587</w:t>
        <w:br/>
        <w:t>vt 0.221812 0.261428</w:t>
        <w:br/>
        <w:t>vt 0.220907 0.267611</w:t>
        <w:br/>
        <w:t>vt 0.220820 0.273585</w:t>
        <w:br/>
        <w:t>vt 0.221366 0.277871</w:t>
        <w:br/>
        <w:t>vt 0.222572 0.280751</w:t>
        <w:br/>
        <w:t>vt 0.224083 0.283372</w:t>
        <w:br/>
        <w:t>vt 0.225437 0.285049</w:t>
        <w:br/>
        <w:t>vt 0.225814 0.287154</w:t>
        <w:br/>
        <w:t>vt 0.224388 0.289733</w:t>
        <w:br/>
        <w:t>vt 0.222012 0.292071</w:t>
        <w:br/>
        <w:t>vt 0.219602 0.293830</w:t>
        <w:br/>
        <w:t>vt 0.217772 0.295818</w:t>
        <w:br/>
        <w:t>vt 0.216309 0.298200</w:t>
        <w:br/>
        <w:t>vt 0.215117 0.302586</w:t>
        <w:br/>
        <w:t>vt 0.214068 0.308026</w:t>
        <w:br/>
        <w:t>vt 0.213228 0.313939</w:t>
        <w:br/>
        <w:t>vt 0.212407 0.319735</w:t>
        <w:br/>
        <w:t>vt 0.212234 0.325163</w:t>
        <w:br/>
        <w:t>vt 0.212632 0.329428</w:t>
        <w:br/>
        <w:t>vt 0.214105 0.331963</w:t>
        <w:br/>
        <w:t>vt 0.216054 0.333920</w:t>
        <w:br/>
        <w:t>vt 0.218130 0.335475</w:t>
        <w:br/>
        <w:t>vt 0.219669 0.336511</w:t>
        <w:br/>
        <w:t>vt 0.219658 0.337699</w:t>
        <w:br/>
        <w:t>vt 0.219658 0.337699</w:t>
        <w:br/>
        <w:t>vt 0.217343 0.338717</w:t>
        <w:br/>
        <w:t>vt 0.214508 0.339976</w:t>
        <w:br/>
        <w:t>vt 0.212024 0.342092</w:t>
        <w:br/>
        <w:t>vt 0.210368 0.344567</w:t>
        <w:br/>
        <w:t>vt 0.210368 0.344567</w:t>
        <w:br/>
        <w:t>vt 0.209506 0.348477</w:t>
        <w:br/>
        <w:t>vt 0.210279 0.354538</w:t>
        <w:br/>
        <w:t>vt 0.211993 0.361387</w:t>
        <w:br/>
        <w:t>vt 0.213456 0.367745</w:t>
        <w:br/>
        <w:t>vt 0.215658 0.372813</w:t>
        <w:br/>
        <w:t>vt 0.217814 0.376245</w:t>
        <w:br/>
        <w:t>vt 0.219039 0.378636</w:t>
        <w:br/>
        <w:t>vt 0.219723 0.381104</w:t>
        <w:br/>
        <w:t>vt 0.220996 0.383296</w:t>
        <w:br/>
        <w:t>vt 0.220996 0.383296</w:t>
        <w:br/>
        <w:t>vt 0.221840 0.385160</w:t>
        <w:br/>
        <w:t>vt 0.221345 0.388593</w:t>
        <w:br/>
        <w:t>vt 0.220753 0.393192</w:t>
        <w:br/>
        <w:t>vt 0.220775 0.398204</w:t>
        <w:br/>
        <w:t>vt 0.222160 0.403243</w:t>
        <w:br/>
        <w:t>vt 0.224903 0.408078</w:t>
        <w:br/>
        <w:t>vt 0.227906 0.412111</w:t>
        <w:br/>
        <w:t>vt 0.236011 0.421550</w:t>
        <w:br/>
        <w:t>vt 0.239222 0.424740</w:t>
        <w:br/>
        <w:t>vt 0.260676 0.420033</w:t>
        <w:br/>
        <w:t>vt 0.241928 0.427810</w:t>
        <w:br/>
        <w:t>vt 0.243995 0.430750</w:t>
        <w:br/>
        <w:t>vt 0.244728 0.432560</w:t>
        <w:br/>
        <w:t>vt 0.260676 0.420033</w:t>
        <w:br/>
        <w:t>vt 0.244728 0.432560</w:t>
        <w:br/>
        <w:t>vt 0.244576 0.435759</w:t>
        <w:br/>
        <w:t>vt 0.244576 0.435759</w:t>
        <w:br/>
        <w:t>vt 0.244495 0.437839</w:t>
        <w:br/>
        <w:t>vt 0.260676 0.429604</w:t>
        <w:br/>
        <w:t>vt 0.245152 0.440746</w:t>
        <w:br/>
        <w:t>vt 0.246719 0.444796</w:t>
        <w:br/>
        <w:t>vt 0.260676 0.440549</w:t>
        <w:br/>
        <w:t>vt 0.247404 0.449002</w:t>
        <w:br/>
        <w:t>vt 0.248458 0.453045</w:t>
        <w:br/>
        <w:t>vt 0.249052 0.455883</w:t>
        <w:br/>
        <w:t>vt 0.249155 0.458486</w:t>
        <w:br/>
        <w:t>vt 0.260676 0.447478</w:t>
        <w:br/>
        <w:t>vt 0.248978 0.460417</w:t>
        <w:br/>
        <w:t>vt 0.260676 0.447478</w:t>
        <w:br/>
        <w:t>vt 0.248978 0.460417</w:t>
        <w:br/>
        <w:t>vt 0.249570 0.461811</w:t>
        <w:br/>
        <w:t>vt 0.251040 0.463535</w:t>
        <w:br/>
        <w:t>vt 0.260676 0.453813</w:t>
        <w:br/>
        <w:t>vt 0.260676 0.459426</w:t>
        <w:br/>
        <w:t>vt 0.252383 0.465356</w:t>
        <w:br/>
        <w:t>vt 0.253089 0.467101</w:t>
        <w:br/>
        <w:t>vt 0.260676 0.464018</w:t>
        <w:br/>
        <w:t>vt 0.252274 0.468802</w:t>
        <w:br/>
        <w:t>vt 0.251361 0.470454</w:t>
        <w:br/>
        <w:t>vt 0.260676 0.467326</w:t>
        <w:br/>
        <w:t>vt 0.260676 0.464018</w:t>
        <w:br/>
        <w:t>vt 0.251361 0.470454</w:t>
        <w:br/>
        <w:t>vt 0.251057 0.471824</w:t>
        <w:br/>
        <w:t>vt 0.251958 0.473929</w:t>
        <w:br/>
        <w:t>vt 0.253021 0.476512</w:t>
        <w:br/>
        <w:t>vt 0.260676 0.472342</w:t>
        <w:br/>
        <w:t>vt 0.254161 0.478557</w:t>
        <w:br/>
        <w:t>vt 0.255367 0.480557</w:t>
        <w:br/>
        <w:t>vt 0.260676 0.478310</w:t>
        <w:br/>
        <w:t>vt 0.256155 0.482445</w:t>
        <w:br/>
        <w:t>vt 0.256702 0.484835</w:t>
        <w:br/>
        <w:t>vt 0.260676 0.483313</w:t>
        <w:br/>
        <w:t>vt 0.260676 0.493589</w:t>
        <w:br/>
        <w:t>vt 0.260676 0.488242</w:t>
        <w:br/>
        <w:t>vt 0.257819 0.489329</w:t>
        <w:br/>
        <w:t>vt 0.258320 0.494326</w:t>
        <w:br/>
        <w:t>vt 0.260676 0.497698</w:t>
        <w:br/>
        <w:t>vt 0.258761 0.497970</w:t>
        <w:br/>
        <w:t>vt 0.972085 0.101466</w:t>
        <w:br/>
        <w:t>vt 0.972085 0.104217</w:t>
        <w:br/>
        <w:t>vt 0.975187 0.104285</w:t>
        <w:br/>
        <w:t>vt 0.975186 0.101516</w:t>
        <w:br/>
        <w:t>vt 0.975186 0.443263</w:t>
        <w:br/>
        <w:t>vt 0.972085 0.442950</w:t>
        <w:br/>
        <w:t>vt 0.972085 0.445655</w:t>
        <w:br/>
        <w:t>vt 0.975186 0.446048</w:t>
        <w:br/>
        <w:t>vt 0.972085 0.448004</w:t>
        <w:br/>
        <w:t>vt 0.975186 0.448371</w:t>
        <w:br/>
        <w:t>vt 0.972085 0.437281</w:t>
        <w:br/>
        <w:t>vt 0.972085 0.439785</w:t>
        <w:br/>
        <w:t>vt 0.975186 0.439918</w:t>
        <w:br/>
        <w:t>vt 0.975186 0.437243</w:t>
        <w:br/>
        <w:t>vt 0.972085 0.451564</w:t>
        <w:br/>
        <w:t>vt 0.975186 0.451625</w:t>
        <w:br/>
        <w:t>vt 0.975186 0.098284</w:t>
        <w:br/>
        <w:t>vt 0.972085 0.098267</w:t>
        <w:br/>
        <w:t>vt 0.972085 0.434903</w:t>
        <w:br/>
        <w:t>vt 0.975186 0.434969</w:t>
        <w:br/>
        <w:t>vt 0.975186 0.432457</w:t>
        <w:br/>
        <w:t>vt 0.972085 0.432311</w:t>
        <w:br/>
        <w:t>vt 0.975186 0.429947</w:t>
        <w:br/>
        <w:t>vt 0.972085 0.429874</w:t>
        <w:br/>
        <w:t>vt 0.975186 0.427750</w:t>
        <w:br/>
        <w:t>vt 0.972085 0.427802</w:t>
        <w:br/>
        <w:t>vt 0.975186 0.429947</w:t>
        <w:br/>
        <w:t>vt 0.972085 0.425595</w:t>
        <w:br/>
        <w:t>vt 0.975186 0.425488</w:t>
        <w:br/>
        <w:t>vt 0.972085 0.423464</w:t>
        <w:br/>
        <w:t>vt 0.975186 0.423493</w:t>
        <w:br/>
        <w:t>vt 0.972085 0.421936</w:t>
        <w:br/>
        <w:t>vt 0.975186 0.421940</w:t>
        <w:br/>
        <w:t>vt 0.975186 0.420517</w:t>
        <w:br/>
        <w:t>vt 0.972085 0.420410</w:t>
        <w:br/>
        <w:t>vt 0.972085 0.421936</w:t>
        <w:br/>
        <w:t>vt 0.975186 0.418540</w:t>
        <w:br/>
        <w:t>vt 0.972085 0.418299</w:t>
        <w:br/>
        <w:t>vt 0.975186 0.414694</w:t>
        <w:br/>
        <w:t>vt 0.972085 0.414597</w:t>
        <w:br/>
        <w:t>vt 0.975186 0.410142</w:t>
        <w:br/>
        <w:t>vt 0.972085 0.410117</w:t>
        <w:br/>
        <w:t>vt 0.975186 0.404744</w:t>
        <w:br/>
        <w:t>vt 0.972085 0.404695</w:t>
        <w:br/>
        <w:t>vt 0.975187 0.400718</w:t>
        <w:br/>
        <w:t>vt 0.972085 0.400571</w:t>
        <w:br/>
        <w:t>vt 0.975186 0.398634</w:t>
        <w:br/>
        <w:t>vt 0.972085 0.398596</w:t>
        <w:br/>
        <w:t>vt 0.972085 0.396213</w:t>
        <w:br/>
        <w:t>vt 0.975186 0.396226</w:t>
        <w:br/>
        <w:t>vt 0.972085 0.393728</w:t>
        <w:br/>
        <w:t>vt 0.975187 0.393757</w:t>
        <w:br/>
        <w:t>vt 0.972085 0.391762</w:t>
        <w:br/>
        <w:t>vt 0.975186 0.391781</w:t>
        <w:br/>
        <w:t>vt 0.975186 0.389708</w:t>
        <w:br/>
        <w:t>vt 0.972085 0.389706</w:t>
        <w:br/>
        <w:t>vt 0.975186 0.387206</w:t>
        <w:br/>
        <w:t>vt 0.972085 0.387159</w:t>
        <w:br/>
        <w:t>vt 0.975186 0.383890</w:t>
        <w:br/>
        <w:t>vt 0.972085 0.383801</w:t>
        <w:br/>
        <w:t>vt 0.975186 0.379688</w:t>
        <w:br/>
        <w:t>vt 0.972085 0.379489</w:t>
        <w:br/>
        <w:t>vt 0.975186 0.374920</w:t>
        <w:br/>
        <w:t>vt 0.972085 0.374835</w:t>
        <w:br/>
        <w:t>vt 0.975186 0.369846</w:t>
        <w:br/>
        <w:t>vt 0.972085 0.369965</w:t>
        <w:br/>
        <w:t>vt 0.972085 0.364121</w:t>
        <w:br/>
        <w:t>vt 0.975187 0.364056</w:t>
        <w:br/>
        <w:t>vt 0.972085 0.357965</w:t>
        <w:br/>
        <w:t>vt 0.975186 0.358031</w:t>
        <w:br/>
        <w:t>vt 0.975186 0.353695</w:t>
        <w:br/>
        <w:t>vt 0.972085 0.353411</w:t>
        <w:br/>
        <w:t>vt 0.975186 0.350900</w:t>
        <w:br/>
        <w:t>vt 0.972085 0.350753</w:t>
        <w:br/>
        <w:t>vt 0.972085 0.347771</w:t>
        <w:br/>
        <w:t>vt 0.975187 0.347784</w:t>
        <w:br/>
        <w:t>vt 0.972085 0.344892</w:t>
        <w:br/>
        <w:t>vt 0.975186 0.345030</w:t>
        <w:br/>
        <w:t>vt 0.975186 0.342345</w:t>
        <w:br/>
        <w:t>vt 0.972085 0.342191</w:t>
        <w:br/>
        <w:t>vt 0.975187 0.338873</w:t>
        <w:br/>
        <w:t>vt 0.972085 0.338878</w:t>
        <w:br/>
        <w:t>vt 0.972085 0.335502</w:t>
        <w:br/>
        <w:t>vt 0.975187 0.335487</w:t>
        <w:br/>
        <w:t>vt 0.972085 0.332688</w:t>
        <w:br/>
        <w:t>vt 0.975186 0.332711</w:t>
        <w:br/>
        <w:t>vt 0.975186 0.329734</w:t>
        <w:br/>
        <w:t>vt 0.972085 0.329625</w:t>
        <w:br/>
        <w:t>vt 0.975186 0.325430</w:t>
        <w:br/>
        <w:t>vt 0.972085 0.325312</w:t>
        <w:br/>
        <w:t>vt 0.975187 0.320215</w:t>
        <w:br/>
        <w:t>vt 0.972085 0.320150</w:t>
        <w:br/>
        <w:t>vt 0.972085 0.313696</w:t>
        <w:br/>
        <w:t>vt 0.975186 0.313699</w:t>
        <w:br/>
        <w:t>vt 0.972085 0.305915</w:t>
        <w:br/>
        <w:t>vt 0.975186 0.305931</w:t>
        <w:br/>
        <w:t>vt 0.972085 0.298603</w:t>
        <w:br/>
        <w:t>vt 0.975186 0.298649</w:t>
        <w:br/>
        <w:t>vt 0.975187 0.293410</w:t>
        <w:br/>
        <w:t>vt 0.972085 0.293251</w:t>
        <w:br/>
        <w:t>vt 0.975186 0.289749</w:t>
        <w:br/>
        <w:t>vt 0.972085 0.289674</w:t>
        <w:br/>
        <w:t>vt 0.972085 0.285883</w:t>
        <w:br/>
        <w:t>vt 0.975186 0.285850</w:t>
        <w:br/>
        <w:t>vt 0.972085 0.282627</w:t>
        <w:br/>
        <w:t>vt 0.975186 0.282663</w:t>
        <w:br/>
        <w:t>vt 0.975186 0.278624</w:t>
        <w:br/>
        <w:t>vt 0.972085 0.278616</w:t>
        <w:br/>
        <w:t>vt 0.972085 0.273547</w:t>
        <w:br/>
        <w:t>vt 0.975186 0.273542</w:t>
        <w:br/>
        <w:t>vt 0.972085 0.268611</w:t>
        <w:br/>
        <w:t>vt 0.975186 0.268590</w:t>
        <w:br/>
        <w:t>vt 0.975186 0.264649</w:t>
        <w:br/>
        <w:t>vt 0.972085 0.264645</w:t>
        <w:br/>
        <w:t>vt 0.975187 0.261418</w:t>
        <w:br/>
        <w:t>vt 0.972085 0.261488</w:t>
        <w:br/>
        <w:t>vt 0.972085 0.258485</w:t>
        <w:br/>
        <w:t>vt 0.975187 0.258321</w:t>
        <w:br/>
        <w:t>vt 0.972085 0.252994</w:t>
        <w:br/>
        <w:t>vt 0.975186 0.252945</w:t>
        <w:br/>
        <w:t>vt 0.972085 0.246407</w:t>
        <w:br/>
        <w:t>vt 0.975187 0.246371</w:t>
        <w:br/>
        <w:t>vt 0.972085 0.239421</w:t>
        <w:br/>
        <w:t>vt 0.975186 0.239363</w:t>
        <w:br/>
        <w:t>vt 0.972085 0.232480</w:t>
        <w:br/>
        <w:t>vt 0.975186 0.232411</w:t>
        <w:br/>
        <w:t>vt 0.972085 0.226103</w:t>
        <w:br/>
        <w:t>vt 0.975186 0.226066</w:t>
        <w:br/>
        <w:t>vt 0.972085 0.221026</w:t>
        <w:br/>
        <w:t>vt 0.975187 0.221019</w:t>
        <w:br/>
        <w:t>vt 0.972085 0.217824</w:t>
        <w:br/>
        <w:t>vt 0.975187 0.217774</w:t>
        <w:br/>
        <w:t>vt 0.972085 0.214846</w:t>
        <w:br/>
        <w:t>vt 0.975187 0.217774</w:t>
        <w:br/>
        <w:t>vt 0.975187 0.214749</w:t>
        <w:br/>
        <w:t>vt 0.972085 0.211456</w:t>
        <w:br/>
        <w:t>vt 0.975187 0.211459</w:t>
        <w:br/>
        <w:t>vt 0.972085 0.208615</w:t>
        <w:br/>
        <w:t>vt 0.975186 0.208697</w:t>
        <w:br/>
        <w:t>vt 0.975186 0.205461</w:t>
        <w:br/>
        <w:t>vt 0.972085 0.205557</w:t>
        <w:br/>
        <w:t>vt 0.972085 0.202112</w:t>
        <w:br/>
        <w:t>vt 0.975186 0.201989</w:t>
        <w:br/>
        <w:t>vt 0.972085 0.198560</w:t>
        <w:br/>
        <w:t>vt 0.975186 0.198574</w:t>
        <w:br/>
        <w:t>vt 0.975186 0.194952</w:t>
        <w:br/>
        <w:t>vt 0.972085 0.194861</w:t>
        <w:br/>
        <w:t>vt 0.975186 0.191863</w:t>
        <w:br/>
        <w:t>vt 0.972085 0.191856</w:t>
        <w:br/>
        <w:t>vt 0.975186 0.187530</w:t>
        <w:br/>
        <w:t>vt 0.972085 0.187517</w:t>
        <w:br/>
        <w:t>vt 0.972085 0.180641</w:t>
        <w:br/>
        <w:t>vt 0.975186 0.180641</w:t>
        <w:br/>
        <w:t>vt 0.972085 0.172638</w:t>
        <w:br/>
        <w:t>vt 0.975186 0.172561</w:t>
        <w:br/>
        <w:t>vt 0.972085 0.164974</w:t>
        <w:br/>
        <w:t>vt 0.975186 0.164810</w:t>
        <w:br/>
        <w:t>vt 0.972085 0.158425</w:t>
        <w:br/>
        <w:t>vt 0.975186 0.158308</w:t>
        <w:br/>
        <w:t>vt 0.972085 0.153593</w:t>
        <w:br/>
        <w:t>vt 0.975186 0.153622</w:t>
        <w:br/>
        <w:t>vt 0.972085 0.150537</w:t>
        <w:br/>
        <w:t>vt 0.975186 0.150489</w:t>
        <w:br/>
        <w:t>vt 0.972085 0.147189</w:t>
        <w:br/>
        <w:t>vt 0.975186 0.147192</w:t>
        <w:br/>
        <w:t>vt 0.972085 0.143321</w:t>
        <w:br/>
        <w:t>vt 0.975186 0.143314</w:t>
        <w:br/>
        <w:t>vt 0.975187 0.139945</w:t>
        <w:br/>
        <w:t>vt 0.972085 0.139944</w:t>
        <w:br/>
        <w:t>vt 0.975187 0.135387</w:t>
        <w:br/>
        <w:t>vt 0.972085 0.135355</w:t>
        <w:br/>
        <w:t>vt 0.975186 0.129981</w:t>
        <w:br/>
        <w:t>vt 0.972085 0.129895</w:t>
        <w:br/>
        <w:t>vt 0.975186 0.124478</w:t>
        <w:br/>
        <w:t>vt 0.972085 0.124388</w:t>
        <w:br/>
        <w:t>vt 0.975186 0.118846</w:t>
        <w:br/>
        <w:t>vt 0.972085 0.118791</w:t>
        <w:br/>
        <w:t>vt 0.975186 0.112927</w:t>
        <w:br/>
        <w:t>vt 0.972085 0.112911</w:t>
        <w:br/>
        <w:t>vt 0.975186 0.107623</w:t>
        <w:br/>
        <w:t>vt 0.972085 0.107550</w:t>
        <w:br/>
        <w:t>vt 0.975186 0.088622</w:t>
        <w:br/>
        <w:t>vt 0.972085 0.088624</w:t>
        <w:br/>
        <w:t>vt 0.972085 0.093567</w:t>
        <w:br/>
        <w:t>vt 0.975186 0.093559</w:t>
        <w:br/>
        <w:t>vt 0.975186 0.083854</w:t>
        <w:br/>
        <w:t>vt 0.972085 0.083851</w:t>
        <w:br/>
        <w:t>vt 0.975186 0.079635</w:t>
        <w:br/>
        <w:t>vt 0.972085 0.079582</w:t>
        <w:br/>
        <w:t>vt 0.975186 0.077569</w:t>
        <w:br/>
        <w:t>vt 0.972085 0.077689</w:t>
        <w:br/>
        <w:t>vt 0.972085 0.073953</w:t>
        <w:br/>
        <w:t>vt 0.975186 0.077569</w:t>
        <w:br/>
        <w:t>vt 0.975186 0.073792</w:t>
        <w:br/>
        <w:t>vt 0.975186 0.071631</w:t>
        <w:br/>
        <w:t>vt 0.972085 0.071552</w:t>
        <w:br/>
        <w:t>vt 0.975186 0.062549</w:t>
        <w:br/>
        <w:t>vt 0.972085 0.062552</w:t>
        <w:br/>
        <w:t>vt 0.972085 0.067556</w:t>
        <w:br/>
        <w:t>vt 0.975186 0.067565</w:t>
        <w:br/>
        <w:t>vt 0.975186 0.053134</w:t>
        <w:br/>
        <w:t>vt 0.972085 0.053039</w:t>
        <w:br/>
        <w:t>vt 0.972085 0.057475</w:t>
        <w:br/>
        <w:t>vt 0.975186 0.057491</w:t>
        <w:br/>
        <w:t>vt 0.972085 0.047516</w:t>
        <w:br/>
        <w:t>vt 0.972085 0.050122</w:t>
        <w:br/>
        <w:t>vt 0.975186 0.050190</w:t>
        <w:br/>
        <w:t>vt 0.975186 0.047277</w:t>
        <w:br/>
        <w:t>vt 0.972085 0.045279</w:t>
        <w:br/>
        <w:t>vt 0.975186 0.045106</w:t>
        <w:br/>
        <w:t>vt 0.975187 0.043480</w:t>
        <w:br/>
        <w:t>vt 0.972085 0.043479</w:t>
        <w:br/>
        <w:t>vt 0.975187 0.040989</w:t>
        <w:br/>
        <w:t>vt 0.972085 0.040969</w:t>
        <w:br/>
        <w:t>vt 0.975186 0.038602</w:t>
        <w:br/>
        <w:t>vt 0.972085 0.038573</w:t>
        <w:br/>
        <w:t>vt 0.972085 0.036841</w:t>
        <w:br/>
        <w:t>vt 0.975187 0.036329</w:t>
        <w:br/>
        <w:t>vt 0.972085 0.032305</w:t>
        <w:br/>
        <w:t>vt 0.972085 0.034783</w:t>
        <w:br/>
        <w:t>vt 0.975186 0.034330</w:t>
        <w:br/>
        <w:t>vt 0.975186 0.032449</w:t>
        <w:br/>
        <w:t>vt 0.975186 0.030397</w:t>
        <w:br/>
        <w:t>vt 0.972085 0.030528</w:t>
        <w:br/>
        <w:t>vt 0.972085 0.028321</w:t>
        <w:br/>
        <w:t>vt 0.975186 0.028436</w:t>
        <w:br/>
        <w:t>vt 0.975186 0.026092</w:t>
        <w:br/>
        <w:t>vt 0.972085 0.025677</w:t>
        <w:br/>
        <w:t>vt 0.975186 0.023820</w:t>
        <w:br/>
        <w:t>vt 0.972085 0.023960</w:t>
        <w:br/>
        <w:t>vt 0.972085 0.021818</w:t>
        <w:br/>
        <w:t>vt 0.975186 0.021666</w:t>
        <w:br/>
        <w:t>vt 0.972085 0.019637</w:t>
        <w:br/>
        <w:t>vt 0.975186 0.019651</w:t>
        <w:br/>
        <w:t>vt 0.975186 0.017099</w:t>
        <w:br/>
        <w:t>vt 0.972085 0.017115</w:t>
        <w:br/>
        <w:t>vt 0.972085 0.007230</w:t>
        <w:br/>
        <w:t>vt 0.972085 0.012594</w:t>
        <w:br/>
        <w:t>vt 0.975186 0.012573</w:t>
        <w:br/>
        <w:t>vt 0.975186 0.007200</w:t>
        <w:br/>
        <w:t>vt 0.972085 0.003058</w:t>
        <w:br/>
        <w:t>vt 0.975186 0.003025</w:t>
        <w:br/>
        <w:t>vt 0.143903 0.430510</w:t>
        <w:br/>
        <w:t>vt 0.972085 0.456566</w:t>
        <w:br/>
        <w:t>vt 0.142145 0.478275</w:t>
        <w:br/>
        <w:t>vt 0.143903 0.484198</w:t>
        <w:br/>
        <w:t>vt 0.143903 0.456746</w:t>
        <w:br/>
        <w:t>vt 0.135127 0.463276</w:t>
        <w:br/>
        <w:t>vt 0.991796 0.115697</w:t>
        <w:br/>
        <w:t>vt 0.995434 0.115737</w:t>
        <w:br/>
        <w:t>vt 0.995434 0.121480</w:t>
        <w:br/>
        <w:t>vt 0.995434 0.011536</w:t>
        <w:br/>
        <w:t>vt 0.991796 0.011859</w:t>
        <w:br/>
        <w:t>vt 0.089179 0.088225</w:t>
        <w:br/>
        <w:t>vt 0.083902 0.089870</w:t>
        <w:br/>
        <w:t>vt 0.088686 0.094046</w:t>
        <w:br/>
        <w:t>vt 0.082141 0.095645</w:t>
        <w:br/>
        <w:t>vt 0.995434 0.018488</w:t>
        <w:br/>
        <w:t>vt 0.991796 0.018804</w:t>
        <w:br/>
        <w:t>vt 0.178413 0.136075</w:t>
        <w:br/>
        <w:t>vt 0.183036 0.135967</w:t>
        <w:br/>
        <w:t>vt 0.183036 0.142455</w:t>
        <w:br/>
        <w:t>vt 0.179026 0.143008</w:t>
        <w:br/>
        <w:t>vt 0.183036 0.145361</w:t>
        <w:br/>
        <w:t>vt 0.995434 0.022980</w:t>
        <w:br/>
        <w:t>vt 0.991796 0.023003</w:t>
        <w:br/>
        <w:t>vt 0.086371 0.103115</w:t>
        <w:br/>
        <w:t>vt 0.080223 0.102574</w:t>
        <w:br/>
        <w:t>vt 0.081149 0.098868</w:t>
        <w:br/>
        <w:t>vt 0.995434 0.028050</w:t>
        <w:br/>
        <w:t>vt 0.991796 0.028552</w:t>
        <w:br/>
        <w:t>vt 0.991796 0.023003</w:t>
        <w:br/>
        <w:t>vt 0.095222 0.088525</w:t>
        <w:br/>
        <w:t>vt 0.095222 0.097487</w:t>
        <w:br/>
        <w:t>vt 0.146570 0.135832</w:t>
        <w:br/>
        <w:t>vt 0.137311 0.132490</w:t>
        <w:br/>
        <w:t>vt 0.160371 0.136038</w:t>
        <w:br/>
        <w:t>vt 0.173592 0.143275</w:t>
        <w:br/>
        <w:t>vt 0.178833 0.150199</w:t>
        <w:br/>
        <w:t>vt 0.173828 0.150380</w:t>
        <w:br/>
        <w:t>vt 0.178983 0.154555</w:t>
        <w:br/>
        <w:t>vt 0.173377 0.157985</w:t>
        <w:br/>
        <w:t>vt 0.183036 0.154008</w:t>
        <w:br/>
        <w:t>vt 0.183036 0.157036</w:t>
        <w:br/>
        <w:t>vt 0.179207 0.157612</w:t>
        <w:br/>
        <w:t>vt 0.991796 0.034959</w:t>
        <w:br/>
        <w:t>vt 0.991796 0.032174</w:t>
        <w:br/>
        <w:t>vt 0.995434 0.031732</w:t>
        <w:br/>
        <w:t>vt 0.995434 0.034650</w:t>
        <w:br/>
        <w:t>vt 0.079229 0.105585</w:t>
        <w:br/>
        <w:t>vt 0.080595 0.108607</w:t>
        <w:br/>
        <w:t>vt 0.085886 0.108791</w:t>
        <w:br/>
        <w:t>vt 0.183036 0.150150</w:t>
        <w:br/>
        <w:t>vt 0.183036 0.160439</w:t>
        <w:br/>
        <w:t>vt 0.178363 0.162637</w:t>
        <w:br/>
        <w:t>vt 0.995434 0.037783</w:t>
        <w:br/>
        <w:t>vt 0.991796 0.037946</w:t>
        <w:br/>
        <w:t>vt 0.995434 0.040072</w:t>
        <w:br/>
        <w:t>vt 0.991796 0.040056</w:t>
        <w:br/>
        <w:t>vt 0.086662 0.114012</w:t>
        <w:br/>
        <w:t>vt 0.086137 0.116420</w:t>
        <w:br/>
        <w:t>vt 0.080436 0.114028</w:t>
        <w:br/>
        <w:t>vt 0.081037 0.112046</w:t>
        <w:br/>
        <w:t>vt 0.183036 0.163125</w:t>
        <w:br/>
        <w:t>vt 0.178183 0.165047</w:t>
        <w:br/>
        <w:t>vt 0.172807 0.165264</w:t>
        <w:br/>
        <w:t>vt 0.160985 0.170182</w:t>
        <w:br/>
        <w:t>vt 0.160613 0.163795</w:t>
        <w:br/>
        <w:t>vt 0.172951 0.172473</w:t>
        <w:br/>
        <w:t>vt 0.157146 0.163531</w:t>
        <w:br/>
        <w:t>vt 0.160888 0.150339</w:t>
        <w:br/>
        <w:t>vt 0.160554 0.157330</w:t>
        <w:br/>
        <w:t>vt 0.164126 0.176161</w:t>
        <w:br/>
        <w:t>vt 0.173287 0.179307</w:t>
        <w:br/>
        <w:t>vt 0.166830 0.182009</w:t>
        <w:br/>
        <w:t>vt 0.173584 0.185629</w:t>
        <w:br/>
        <w:t>vt 0.178671 0.176911</w:t>
        <w:br/>
        <w:t>vt 0.178761 0.180962</w:t>
        <w:br/>
        <w:t>vt 0.178429 0.175006</w:t>
        <w:br/>
        <w:t>vt 0.178252 0.172474</w:t>
        <w:br/>
        <w:t>vt 0.178363 0.167585</w:t>
        <w:br/>
        <w:t>vt 0.160822 0.143260</w:t>
        <w:br/>
        <w:t>vt 0.173115 0.136093</w:t>
        <w:br/>
        <w:t>vt 0.178661 0.209931</w:t>
        <w:br/>
        <w:t>vt 0.174402 0.211693</w:t>
        <w:br/>
        <w:t>vt 0.174582 0.205508</w:t>
        <w:br/>
        <w:t>vt 0.179088 0.203015</w:t>
        <w:br/>
        <w:t>vt 0.178838 0.212832</w:t>
        <w:br/>
        <w:t>vt 0.183036 0.211644</w:t>
        <w:br/>
        <w:t>vt 0.183036 0.208618</w:t>
        <w:br/>
        <w:t>vt 0.183036 0.215602</w:t>
        <w:br/>
        <w:t>vt 0.178887 0.216289</w:t>
        <w:br/>
        <w:t>vt 0.178780 0.222387</w:t>
        <w:br/>
        <w:t>vt 0.183036 0.221352</w:t>
        <w:br/>
        <w:t>vt 0.183036 0.225822</w:t>
        <w:br/>
        <w:t>vt 0.178996 0.226141</w:t>
        <w:br/>
        <w:t>vt 0.995434 0.104750</w:t>
        <w:br/>
        <w:t>vt 0.991796 0.104644</w:t>
        <w:br/>
        <w:t>vt 0.991796 0.102386</w:t>
        <w:br/>
        <w:t>vt 0.995434 0.102361</w:t>
        <w:br/>
        <w:t>vt 0.995434 0.098315</w:t>
        <w:br/>
        <w:t>vt 0.991796 0.098348</w:t>
        <w:br/>
        <w:t>vt 0.183036 0.227961</w:t>
        <w:br/>
        <w:t>vt 0.171276 0.207424</w:t>
        <w:br/>
        <w:t>vt 0.174266 0.217595</w:t>
        <w:br/>
        <w:t>vt 0.175267 0.229882</w:t>
        <w:br/>
        <w:t>vt 0.172820 0.229099</w:t>
        <w:br/>
        <w:t>vt 0.171586 0.218556</w:t>
        <w:br/>
        <w:t>vt 0.174705 0.239189</w:t>
        <w:br/>
        <w:t>vt 0.179122 0.198491</w:t>
        <w:br/>
        <w:t>vt 0.183036 0.199209</w:t>
        <w:br/>
        <w:t>vt 0.183036 0.204083</w:t>
        <w:br/>
        <w:t>vt 0.995434 0.074298</w:t>
        <w:br/>
        <w:t>vt 0.995434 0.079017</w:t>
        <w:br/>
        <w:t>vt 0.991796 0.079062</w:t>
        <w:br/>
        <w:t>vt 0.991796 0.074478</w:t>
        <w:br/>
        <w:t>vt 0.991796 0.083230</w:t>
        <w:br/>
        <w:t>vt 0.995434 0.083985</w:t>
        <w:br/>
        <w:t>vt 0.088351 0.153667</w:t>
        <w:br/>
        <w:t>vt 0.083169 0.152408</w:t>
        <w:br/>
        <w:t>vt 0.082961 0.148090</w:t>
        <w:br/>
        <w:t>vt 0.087862 0.146418</w:t>
        <w:br/>
        <w:t>vt 0.088194 0.155864</w:t>
        <w:br/>
        <w:t>vt 0.082361 0.154567</w:t>
        <w:br/>
        <w:t>vt 0.095222 0.152994</w:t>
        <w:br/>
        <w:t>vt 0.088671 0.157661</w:t>
        <w:br/>
        <w:t>vt 0.082254 0.158429</w:t>
        <w:br/>
        <w:t>vt 0.095222 0.142890</w:t>
        <w:br/>
        <w:t>vt 0.087626 0.142843</w:t>
        <w:br/>
        <w:t>vt 0.087544 0.138421</w:t>
        <w:br/>
        <w:t>vt 0.095222 0.137376</w:t>
        <w:br/>
        <w:t>vt 0.081526 0.143891</w:t>
        <w:br/>
        <w:t>vt 0.081976 0.139684</w:t>
        <w:br/>
        <w:t>vt 0.081835 0.136525</w:t>
        <w:br/>
        <w:t>vt 0.087864 0.134659</w:t>
        <w:br/>
        <w:t>vt 0.991796 0.069629</w:t>
        <w:br/>
        <w:t>vt 0.995434 0.069836</w:t>
        <w:br/>
        <w:t>vt 0.178766 0.192890</w:t>
        <w:br/>
        <w:t>vt 0.178199 0.188161</w:t>
        <w:br/>
        <w:t>vt 0.183036 0.189112</w:t>
        <w:br/>
        <w:t>vt 0.183036 0.193825</w:t>
        <w:br/>
        <w:t>vt 0.178298 0.186166</w:t>
        <w:br/>
        <w:t>vt 0.183036 0.186584</w:t>
        <w:br/>
        <w:t>vt 0.178490 0.184214</w:t>
        <w:br/>
        <w:t>vt 0.183036 0.184443</w:t>
        <w:br/>
        <w:t>vt 0.183036 0.181482</w:t>
        <w:br/>
        <w:t>vt 0.174210 0.192321</w:t>
        <w:br/>
        <w:t>vt 0.995434 0.066366</w:t>
        <w:br/>
        <w:t>vt 0.991796 0.065776</w:t>
        <w:br/>
        <w:t>vt 0.995434 0.063370</w:t>
        <w:br/>
        <w:t>vt 0.991796 0.063251</w:t>
        <w:br/>
        <w:t>vt 0.087105 0.130889</w:t>
        <w:br/>
        <w:t>vt 0.087845 0.132694</w:t>
        <w:br/>
        <w:t>vt 0.081728 0.133985</w:t>
        <w:br/>
        <w:t>vt 0.081207 0.131878</w:t>
        <w:br/>
        <w:t>vt 0.086991 0.128381</w:t>
        <w:br/>
        <w:t>vt 0.079976 0.129170</w:t>
        <w:br/>
        <w:t>vt 0.995434 0.060351</w:t>
        <w:br/>
        <w:t>vt 0.991796 0.060663</w:t>
        <w:br/>
        <w:t>vt 0.991796 0.056930</w:t>
        <w:br/>
        <w:t>vt 0.995434 0.056942</w:t>
        <w:br/>
        <w:t>vt 0.081129 0.126550</w:t>
        <w:br/>
        <w:t>vt 0.087109 0.125171</w:t>
        <w:br/>
        <w:t>vt 0.995434 0.053738</w:t>
        <w:br/>
        <w:t>vt 0.991796 0.053451</w:t>
        <w:br/>
        <w:t>vt 0.169411 0.189169</w:t>
        <w:br/>
        <w:t>vt 0.170841 0.197374</w:t>
        <w:br/>
        <w:t>vt 0.174585 0.197631</w:t>
        <w:br/>
        <w:t>vt 0.095222 0.115487</w:t>
        <w:br/>
        <w:t>vt 0.086627 0.117683</w:t>
        <w:br/>
        <w:t>vt 0.079942 0.117040</w:t>
        <w:br/>
        <w:t>vt 0.080436 0.114028</w:t>
        <w:br/>
        <w:t>vt 0.995435 0.043184</w:t>
        <w:br/>
        <w:t>vt 0.991796 0.043248</w:t>
        <w:br/>
        <w:t>vt 0.183036 0.166546</w:t>
        <w:br/>
        <w:t>vt 0.183036 0.171609</w:t>
        <w:br/>
        <w:t>vt 0.183036 0.176042</w:t>
        <w:br/>
        <w:t>vt 0.995434 0.051401</w:t>
        <w:br/>
        <w:t>vt 0.991796 0.051106</w:t>
        <w:br/>
        <w:t>vt 0.087499 0.123540</w:t>
        <w:br/>
        <w:t>vt 0.081957 0.124777</w:t>
        <w:br/>
        <w:t>vt 0.081705 0.121302</w:t>
        <w:br/>
        <w:t>vt 0.087260 0.121313</w:t>
        <w:br/>
        <w:t>vt 0.095222 0.122446</w:t>
        <w:br/>
        <w:t>vt 0.095222 0.128614</w:t>
        <w:br/>
        <w:t>vt 0.991796 0.047663</w:t>
        <w:br/>
        <w:t>vt 0.995434 0.047652</w:t>
        <w:br/>
        <w:t>vt 0.183036 0.178633</w:t>
        <w:br/>
        <w:t>vt 0.095222 0.115487</w:t>
        <w:br/>
        <w:t>vt 0.095222 0.107428</w:t>
        <w:br/>
        <w:t>vt 0.095222 0.134644</w:t>
        <w:br/>
        <w:t>vt 0.153273 0.157121</w:t>
        <w:br/>
        <w:t>vt 0.149055 0.150187</w:t>
        <w:br/>
        <w:t>vt 0.179524 0.230989</w:t>
        <w:br/>
        <w:t>vt 0.179352 0.234776</w:t>
        <w:br/>
        <w:t>vt 0.183036 0.230147</w:t>
        <w:br/>
        <w:t>vt 0.183036 0.233526</w:t>
        <w:br/>
        <w:t>vt 0.995435 0.111878</w:t>
        <w:br/>
        <w:t>vt 0.991796 0.112211</w:t>
        <w:br/>
        <w:t>vt 0.991796 0.107892</w:t>
        <w:br/>
        <w:t>vt 0.995434 0.107687</w:t>
        <w:br/>
        <w:t>vt 0.091173 0.168245</w:t>
        <w:br/>
        <w:t>vt 0.091893 0.170072</w:t>
        <w:br/>
        <w:t>vt 0.088451 0.171606</w:t>
        <w:br/>
        <w:t>vt 0.085668 0.169948</w:t>
        <w:br/>
        <w:t>vt 0.085750 0.167821</w:t>
        <w:br/>
        <w:t>vt 0.090148 0.165748</w:t>
        <w:br/>
        <w:t>vt 0.095222 0.161901</w:t>
        <w:br/>
        <w:t>vt 0.095222 0.166462</w:t>
        <w:br/>
        <w:t>vt 0.090095 0.164336</w:t>
        <w:br/>
        <w:t>vt 0.084805 0.163041</w:t>
        <w:br/>
        <w:t>vt 0.089472 0.162217</w:t>
        <w:br/>
        <w:t>vt 0.085586 0.166102</w:t>
        <w:br/>
        <w:t>vt 0.095222 0.168435</w:t>
        <w:br/>
        <w:t>vt 0.991796 0.091804</w:t>
        <w:br/>
        <w:t>vt 0.995434 0.092026</w:t>
        <w:br/>
        <w:t>vt 0.991796 0.086256</w:t>
        <w:br/>
        <w:t>vt 0.995434 0.086974</w:t>
        <w:br/>
        <w:t>vt 0.144797 0.143229</w:t>
        <w:br/>
        <w:t>vt 0.147414 0.143059</w:t>
        <w:br/>
        <w:t>vt 0.141168 0.136950</w:t>
        <w:br/>
        <w:t>vt 0.143903 0.246649</w:t>
        <w:br/>
        <w:t>vt 0.118821 0.240675</w:t>
        <w:br/>
        <w:t>vt 0.120416 0.238656</w:t>
        <w:br/>
        <w:t>vt 0.134728 0.248316</w:t>
        <w:br/>
        <w:t>vt 0.143903 0.264217</w:t>
        <w:br/>
        <w:t>vt 0.143903 0.274674</w:t>
        <w:br/>
        <w:t>vt 0.129034 0.267246</w:t>
        <w:br/>
        <w:t>vt 0.130893 0.258445</w:t>
        <w:br/>
        <w:t>vt 0.127298 0.273303</w:t>
        <w:br/>
        <w:t>vt 0.143903 0.278373</w:t>
        <w:br/>
        <w:t>vt 0.125355 0.277666</w:t>
        <w:br/>
        <w:t>vt 0.127298 0.273303</w:t>
        <w:br/>
        <w:t>vt 0.143903 0.278373</w:t>
        <w:br/>
        <w:t>vt 0.124292 0.279780</w:t>
        <w:br/>
        <w:t>vt 0.143903 0.299557</w:t>
        <w:br/>
        <w:t>vt 0.116757 0.301944</w:t>
        <w:br/>
        <w:t>vt 0.119720 0.290101</w:t>
        <w:br/>
        <w:t>vt 0.143903 0.288087</w:t>
        <w:br/>
        <w:t>vt 0.122600 0.282765</w:t>
        <w:br/>
        <w:t>vt 0.143903 0.281956</w:t>
        <w:br/>
        <w:t>vt 0.124292 0.279780</w:t>
        <w:br/>
        <w:t>vt 0.143903 0.307287</w:t>
        <w:br/>
        <w:t>vt 0.118125 0.309814</w:t>
        <w:br/>
        <w:t>vt 0.143903 0.318856</w:t>
        <w:br/>
        <w:t>vt 0.119097 0.314910</w:t>
        <w:br/>
        <w:t>vt 0.118874 0.318883</w:t>
        <w:br/>
        <w:t>vt 0.119097 0.314910</w:t>
        <w:br/>
        <w:t>vt 0.143903 0.318856</w:t>
        <w:br/>
        <w:t>vt 0.143903 0.343670</w:t>
        <w:br/>
        <w:t>vt 0.115287 0.344289</w:t>
        <w:br/>
        <w:t>vt 0.115599 0.333277</w:t>
        <w:br/>
        <w:t>vt 0.143903 0.330652</w:t>
        <w:br/>
        <w:t>vt 0.116938 0.323518</w:t>
        <w:br/>
        <w:t>vt 0.143903 0.351953</w:t>
        <w:br/>
        <w:t>vt 0.116053 0.350934</w:t>
        <w:br/>
        <w:t>vt 0.117443 0.354053</w:t>
        <w:br/>
        <w:t>vt 0.120473 0.357553</w:t>
        <w:br/>
        <w:t>vt 0.122415 0.363964</w:t>
        <w:br/>
        <w:t>vt 0.143903 0.359013</w:t>
        <w:br/>
        <w:t>vt 0.143903 0.371341</w:t>
        <w:br/>
        <w:t>vt 0.120053 0.374109</w:t>
        <w:br/>
        <w:t>vt 0.121478 0.368863</w:t>
        <w:br/>
        <w:t>vt 0.124643 0.389391</w:t>
        <w:br/>
        <w:t>vt 0.122102 0.382862</w:t>
        <w:br/>
        <w:t>vt 0.143903 0.387093</w:t>
        <w:br/>
        <w:t>vt 0.128150 0.393929</w:t>
        <w:br/>
        <w:t>vt 0.126887 0.392062</w:t>
        <w:br/>
        <w:t>vt 0.143903 0.393873</w:t>
        <w:br/>
        <w:t>vt 0.131189 0.398179</w:t>
        <w:br/>
        <w:t>vt 0.129565 0.395702</w:t>
        <w:br/>
        <w:t>vt 0.143903 0.393873</w:t>
        <w:br/>
        <w:t>vt 0.129565 0.395702</w:t>
        <w:br/>
        <w:t>vt 0.126887 0.392062</w:t>
        <w:br/>
        <w:t>vt 0.143903 0.401259</w:t>
        <w:br/>
        <w:t>vt 0.129983 0.403639</w:t>
        <w:br/>
        <w:t>vt 0.130917 0.400931</w:t>
        <w:br/>
        <w:t>vt 0.143903 0.393873</w:t>
        <w:br/>
        <w:t>vt 0.130547 0.405817</w:t>
        <w:br/>
        <w:t>vt 0.130800 0.409294</w:t>
        <w:br/>
        <w:t>vt 0.131189 0.398179</w:t>
        <w:br/>
        <w:t>vt 0.133870 0.426916</w:t>
        <w:br/>
        <w:t>vt 0.132659 0.421704</w:t>
        <w:br/>
        <w:t>vt 0.143903 0.421279</w:t>
        <w:br/>
        <w:t>vt 0.143903 0.409617</w:t>
        <w:br/>
        <w:t>vt 0.131077 0.415451</w:t>
        <w:br/>
        <w:t>vt 0.134701 0.431359</w:t>
        <w:br/>
        <w:t>vt 0.143903 0.430510</w:t>
        <w:br/>
        <w:t>vt 0.138349 0.441079</w:t>
        <w:br/>
        <w:t>vt 0.135992 0.438238</w:t>
        <w:br/>
        <w:t>vt 0.143903 0.449465</w:t>
        <w:br/>
        <w:t>vt 0.140583 0.444032</w:t>
        <w:br/>
        <w:t>vt 0.143903 0.440697</w:t>
        <w:br/>
        <w:t>vt 0.143903 0.463735</w:t>
        <w:br/>
        <w:t>vt 0.143903 0.470694</w:t>
        <w:br/>
        <w:t>vt 0.137995 0.472006</w:t>
        <w:br/>
        <w:t>vt 0.143903 0.477443</w:t>
        <w:br/>
        <w:t>vt 0.140192 0.475967</w:t>
        <w:br/>
        <w:t>vt 0.138839 0.474330</w:t>
        <w:br/>
        <w:t>vt 0.137426 0.468774</w:t>
        <w:br/>
        <w:t>vt 0.137092 0.466316</w:t>
        <w:br/>
        <w:t>vt 0.143903 0.254177</w:t>
        <w:br/>
        <w:t>vt 0.133128 0.251595</w:t>
        <w:br/>
        <w:t>vt 0.120416 0.238656</w:t>
        <w:br/>
        <w:t>vt 0.122558 0.236209</w:t>
        <w:br/>
        <w:t>vt 0.136345 0.464673</w:t>
        <w:br/>
        <w:t>vt 0.133949 0.461880</w:t>
        <w:br/>
        <w:t>vt 0.133598 0.460091</w:t>
        <w:br/>
        <w:t>vt 0.143903 0.449465</w:t>
        <w:br/>
        <w:t>vt 0.133598 0.460091</w:t>
        <w:br/>
        <w:t>vt 0.133850 0.458162</w:t>
        <w:br/>
        <w:t>vt 0.133586 0.456436</w:t>
        <w:br/>
        <w:t>vt 0.133324 0.454957</w:t>
        <w:br/>
        <w:t>vt 0.132828 0.453653</w:t>
        <w:br/>
        <w:t>vt 0.131591 0.452335</w:t>
        <w:br/>
        <w:t>vt 0.128212 0.450892</w:t>
        <w:br/>
        <w:t>vt 0.125338 0.447826</w:t>
        <w:br/>
        <w:t>vt 0.121652 0.444306</w:t>
        <w:br/>
        <w:t>vt 0.119687 0.441418</w:t>
        <w:br/>
        <w:t>vt 0.134852 0.436175</w:t>
        <w:br/>
        <w:t>vt 0.119302 0.439814</w:t>
        <w:br/>
        <w:t>vt 0.134650 0.434114</w:t>
        <w:br/>
        <w:t>vt 0.118925 0.437752</w:t>
        <w:br/>
        <w:t>vt 0.118435 0.435425</w:t>
        <w:br/>
        <w:t>vt 0.134701 0.431359</w:t>
        <w:br/>
        <w:t>vt 0.117830 0.433367</w:t>
        <w:br/>
        <w:t>vt 0.116937 0.431303</w:t>
        <w:br/>
        <w:t>vt 0.115702 0.429073</w:t>
        <w:br/>
        <w:t>vt 0.114271 0.426247</w:t>
        <w:br/>
        <w:t>vt 0.112488 0.422939</w:t>
        <w:br/>
        <w:t>vt 0.110572 0.419224</w:t>
        <w:br/>
        <w:t>vt 0.109714 0.414909</w:t>
        <w:br/>
        <w:t>vt 0.110232 0.410073</w:t>
        <w:br/>
        <w:t>vt 0.111605 0.405496</w:t>
        <w:br/>
        <w:t>vt 0.113337 0.402954</w:t>
        <w:br/>
        <w:t>vt 0.115403 0.401846</w:t>
        <w:br/>
        <w:t>vt 0.113337 0.402954</w:t>
        <w:br/>
        <w:t>vt 0.117533 0.400837</w:t>
        <w:br/>
        <w:t>vt 0.118907 0.400309</w:t>
        <w:br/>
        <w:t>vt 0.119770 0.400135</w:t>
        <w:br/>
        <w:t>vt 0.119379 0.399899</w:t>
        <w:br/>
        <w:t>vt 0.118191 0.399644</w:t>
        <w:br/>
        <w:t>vt 0.116588 0.399283</w:t>
        <w:br/>
        <w:t>vt 0.114433 0.398694</w:t>
        <w:br/>
        <w:t>vt 0.111592 0.397538</w:t>
        <w:br/>
        <w:t>vt 0.108261 0.395494</w:t>
        <w:br/>
        <w:t>vt 0.105519 0.391331</w:t>
        <w:br/>
        <w:t>vt 0.103598 0.385450</w:t>
        <w:br/>
        <w:t>vt 0.102608 0.379572</w:t>
        <w:br/>
        <w:t>vt 0.102626 0.375502</w:t>
        <w:br/>
        <w:t>vt 0.103495 0.372924</w:t>
        <w:br/>
        <w:t>vt 0.104817 0.370120</w:t>
        <w:br/>
        <w:t>vt 0.105952 0.367777</w:t>
        <w:br/>
        <w:t>vt 0.106169 0.364971</w:t>
        <w:br/>
        <w:t>vt 0.104698 0.361826</w:t>
        <w:br/>
        <w:t>vt 0.102262 0.358967</w:t>
        <w:br/>
        <w:t>vt 0.099753 0.356723</w:t>
        <w:br/>
        <w:t>vt 0.097826 0.354836</w:t>
        <w:br/>
        <w:t>vt 0.096367 0.352995</w:t>
        <w:br/>
        <w:t>vt 0.095171 0.348882</w:t>
        <w:br/>
        <w:t>vt 0.094182 0.343516</w:t>
        <w:br/>
        <w:t>vt 0.093525 0.337661</w:t>
        <w:br/>
        <w:t>vt 0.092897 0.331918</w:t>
        <w:br/>
        <w:t>vt 0.092915 0.326618</w:t>
        <w:br/>
        <w:t>vt 0.093471 0.322545</w:t>
        <w:br/>
        <w:t>vt 0.095062 0.320529</w:t>
        <w:br/>
        <w:t>vt 0.118874 0.318883</w:t>
        <w:br/>
        <w:t>vt 0.095062 0.320529</w:t>
        <w:br/>
        <w:t>vt 0.097228 0.318953</w:t>
        <w:br/>
        <w:t>vt 0.099541 0.317133</w:t>
        <w:br/>
        <w:t>vt 0.101282 0.315595</w:t>
        <w:br/>
        <w:t>vt 0.101525 0.313824</w:t>
        <w:br/>
        <w:t>vt 0.101525 0.313824</w:t>
        <w:br/>
        <w:t>vt 0.099361 0.312086</w:t>
        <w:br/>
        <w:t>vt 0.096682 0.310162</w:t>
        <w:br/>
        <w:t>vt 0.094339 0.307822</w:t>
        <w:br/>
        <w:t>vt 0.092777 0.305735</w:t>
        <w:br/>
        <w:t>vt 0.092777 0.305735</w:t>
        <w:br/>
        <w:t>vt 0.092201 0.302291</w:t>
        <w:br/>
        <w:t>vt 0.093524 0.296557</w:t>
        <w:br/>
        <w:t>vt 0.095982 0.290032</w:t>
        <w:br/>
        <w:t>vt 0.098218 0.283996</w:t>
        <w:br/>
        <w:t>vt 0.101005 0.279478</w:t>
        <w:br/>
        <w:t>vt 0.103501 0.276831</w:t>
        <w:br/>
        <w:t>vt 0.104970 0.275112</w:t>
        <w:br/>
        <w:t>vt 0.106020 0.272918</w:t>
        <w:br/>
        <w:t>vt 0.107723 0.270453</w:t>
        <w:br/>
        <w:t>vt 0.107723 0.270453</w:t>
        <w:br/>
        <w:t>vt 0.108977 0.268048</w:t>
        <w:br/>
        <w:t>vt 0.108704 0.264326</w:t>
        <w:br/>
        <w:t>vt 0.108570 0.259762</w:t>
        <w:br/>
        <w:t>vt 0.108917 0.255003</w:t>
        <w:br/>
        <w:t>vt 0.110603 0.250315</w:t>
        <w:br/>
        <w:t>vt 0.113641 0.245874</w:t>
        <w:br/>
        <w:t>vt 0.116770 0.242446</w:t>
        <w:br/>
        <w:t>vt 0.125681 0.232897</w:t>
        <w:br/>
        <w:t>vt 0.129103 0.229653</w:t>
        <w:br/>
        <w:t>vt 0.143903 0.246649</w:t>
        <w:br/>
        <w:t>vt 0.143903 0.232333</w:t>
        <w:br/>
        <w:t>vt 0.131605 0.226769</w:t>
        <w:br/>
        <w:t>vt 0.133409 0.223953</w:t>
        <w:br/>
        <w:t>vt 0.133750 0.222527</w:t>
        <w:br/>
        <w:t>vt 0.143903 0.232333</w:t>
        <w:br/>
        <w:t>vt 0.133750 0.222527</w:t>
        <w:br/>
        <w:t>vt 0.134686 0.219518</w:t>
        <w:br/>
        <w:t>vt 0.134686 0.219518</w:t>
        <w:br/>
        <w:t>vt 0.135826 0.216953</w:t>
        <w:br/>
        <w:t>vt 0.143903 0.218261</w:t>
        <w:br/>
        <w:t>vt 0.134904 0.215180</w:t>
        <w:br/>
        <w:t>vt 0.133416 0.211007</w:t>
        <w:br/>
        <w:t>vt 0.143903 0.204226</w:t>
        <w:br/>
        <w:t>vt 0.131545 0.206052</w:t>
        <w:br/>
        <w:t>vt 0.131126 0.201495</w:t>
        <w:br/>
        <w:t>vt 0.131021 0.198633</w:t>
        <w:br/>
        <w:t>vt 0.130843 0.195828</w:t>
        <w:br/>
        <w:t>vt 0.143903 0.204226</w:t>
        <w:br/>
        <w:t>vt 0.130980 0.193344</w:t>
        <w:br/>
        <w:t>vt 0.131958 0.191440</w:t>
        <w:br/>
        <w:t>vt 0.133503 0.189385</w:t>
        <w:br/>
        <w:t>vt 0.143903 0.198491</w:t>
        <w:br/>
        <w:t>vt 0.143903 0.193422</w:t>
        <w:br/>
        <w:t>vt 0.134660 0.187611</w:t>
        <w:br/>
        <w:t>vt 0.135355 0.185929</w:t>
        <w:br/>
        <w:t>vt 0.143903 0.188797</w:t>
        <w:br/>
        <w:t>vt 0.134724 0.184436</w:t>
        <w:br/>
        <w:t>vt 0.134169 0.182697</w:t>
        <w:br/>
        <w:t>vt 0.143903 0.185109</w:t>
        <w:br/>
        <w:t>vt 0.143903 0.188797</w:t>
        <w:br/>
        <w:t>vt 0.134169 0.182697</w:t>
        <w:br/>
        <w:t>vt 0.134372 0.180482</w:t>
        <w:br/>
        <w:t>vt 0.135291 0.178293</w:t>
        <w:br/>
        <w:t>vt 0.136181 0.176015</w:t>
        <w:br/>
        <w:t>vt 0.143903 0.180341</w:t>
        <w:br/>
        <w:t>vt 0.137092 0.174240</w:t>
        <w:br/>
        <w:t>vt 0.138177 0.172505</w:t>
        <w:br/>
        <w:t>vt 0.143903 0.174520</w:t>
        <w:br/>
        <w:t>vt 0.139146 0.170452</w:t>
        <w:br/>
        <w:t>vt 0.139832 0.167724</w:t>
        <w:br/>
        <w:t>vt 0.143903 0.169468</w:t>
        <w:br/>
        <w:t>vt 0.143903 0.157960</w:t>
        <w:br/>
        <w:t>vt 0.143903 0.164245</w:t>
        <w:br/>
        <w:t>vt 0.140994 0.162752</w:t>
        <w:br/>
        <w:t>vt 0.141539 0.156788</w:t>
        <w:br/>
        <w:t>vt 0.143903 0.152681</w:t>
        <w:br/>
        <w:t>vt 0.141806 0.152129</w:t>
        <w:br/>
        <w:t>vt 0.260676 0.409010</w:t>
        <w:br/>
        <w:t>vt 0.231394 0.416669</w:t>
        <w:br/>
        <w:t>vt 0.230017 0.414636</w:t>
        <w:br/>
        <w:t>vt 0.246361 0.407710</w:t>
        <w:br/>
        <w:t>vt 0.242949 0.396481</w:t>
        <w:br/>
        <w:t>vt 0.241733 0.387218</w:t>
        <w:br/>
        <w:t>vt 0.260676 0.381964</w:t>
        <w:br/>
        <w:t>vt 0.260676 0.392909</w:t>
        <w:br/>
        <w:t>vt 0.240887 0.382205</w:t>
        <w:br/>
        <w:t>vt 0.239813 0.378476</w:t>
        <w:br/>
        <w:t>vt 0.260676 0.381964</w:t>
        <w:br/>
        <w:t>vt 0.240887 0.382205</w:t>
        <w:br/>
        <w:t>vt 0.239235 0.375331</w:t>
        <w:br/>
        <w:t>vt 0.235525 0.363320</w:t>
        <w:br/>
        <w:t>vt 0.233991 0.350661</w:t>
        <w:br/>
        <w:t>vt 0.260676 0.353717</w:t>
        <w:br/>
        <w:t>vt 0.260676 0.364033</w:t>
        <w:br/>
        <w:t>vt 0.237836 0.371358</w:t>
        <w:br/>
        <w:t>vt 0.260676 0.372930</w:t>
        <w:br/>
        <w:t>vt 0.239235 0.375331</w:t>
        <w:br/>
        <w:t>vt 0.235855 0.341812</w:t>
        <w:br/>
        <w:t>vt 0.260676 0.343536</w:t>
        <w:br/>
        <w:t>vt 0.236793 0.337525</w:t>
        <w:br/>
        <w:t>vt 0.260676 0.333900</w:t>
        <w:br/>
        <w:t>vt 0.237083 0.334827</w:t>
        <w:br/>
        <w:t>vt 0.260676 0.333900</w:t>
        <w:br/>
        <w:t>vt 0.236793 0.337525</w:t>
        <w:br/>
        <w:t>vt 0.235145 0.318753</w:t>
        <w:br/>
        <w:t>vt 0.235550 0.307353</w:t>
        <w:br/>
        <w:t>vt 0.260676 0.313146</w:t>
        <w:br/>
        <w:t>vt 0.260676 0.324391</w:t>
        <w:br/>
        <w:t>vt 0.235811 0.329167</w:t>
        <w:br/>
        <w:t>vt 0.236194 0.300108</w:t>
        <w:br/>
        <w:t>vt 0.260676 0.299359</w:t>
        <w:br/>
        <w:t>vt 0.237570 0.296429</w:t>
        <w:br/>
        <w:t>vt 0.240431 0.293284</w:t>
        <w:br/>
        <w:t>vt 0.241737 0.287901</w:t>
        <w:br/>
        <w:t>vt 0.260676 0.288862</w:t>
        <w:br/>
        <w:t>vt 0.260676 0.277764</w:t>
        <w:br/>
        <w:t>vt 0.239048 0.277504</w:t>
        <w:br/>
        <w:t>vt 0.240752 0.283506</w:t>
        <w:br/>
        <w:t>vt 0.260676 0.288862</w:t>
        <w:br/>
        <w:t>vt 0.241737 0.287901</w:t>
        <w:br/>
        <w:t>vt 0.242265 0.260198</w:t>
        <w:br/>
        <w:t>vt 0.260676 0.262786</w:t>
        <w:br/>
        <w:t>vt 0.240355 0.267873</w:t>
        <w:br/>
        <w:t>vt 0.245366 0.253094</w:t>
        <w:br/>
        <w:t>vt 0.260676 0.253937</w:t>
        <w:br/>
        <w:t>vt 0.244140 0.256266</w:t>
        <w:br/>
        <w:t>vt 0.246322 0.250824</w:t>
        <w:br/>
        <w:t>vt 0.260676 0.253937</w:t>
        <w:br/>
        <w:t>vt 0.245366 0.253094</w:t>
        <w:br/>
        <w:t>vt 0.244140 0.256266</w:t>
        <w:br/>
        <w:t>vt 0.246056 0.242347</w:t>
        <w:br/>
        <w:t>vt 0.260676 0.248564</w:t>
        <w:br/>
        <w:t>vt 0.245014 0.245341</w:t>
        <w:br/>
        <w:t>vt 0.246642 0.237960</w:t>
        <w:br/>
        <w:t>vt 0.260676 0.253937</w:t>
        <w:br/>
        <w:t>vt 0.245390 0.248888</w:t>
        <w:br/>
        <w:t>vt 0.249111 0.218409</w:t>
        <w:br/>
        <w:t>vt 0.260676 0.213272</w:t>
        <w:br/>
        <w:t>vt 0.248275 0.223908</w:t>
        <w:br/>
        <w:t>vt 0.247093 0.230831</w:t>
        <w:br/>
        <w:t>vt 0.260676 0.237441</w:t>
        <w:br/>
        <w:t>vt 0.260676 0.223066</w:t>
        <w:br/>
        <w:t>vt 0.250410 0.210371</w:t>
        <w:br/>
        <w:t>vt 0.251473 0.207332</w:t>
        <w:br/>
        <w:t>vt 0.253472 0.203955</w:t>
        <w:br/>
        <w:t>vt 0.255691 0.198167</w:t>
        <w:br/>
        <w:t>vt 0.260676 0.205167</w:t>
        <w:br/>
        <w:t>vt 0.255068 0.200709</w:t>
        <w:br/>
        <w:t>vt 0.260676 0.205167</w:t>
        <w:br/>
        <w:t>vt 0.260676 0.199857</w:t>
        <w:br/>
        <w:t>vt 0.257993 0.194959</w:t>
        <w:br/>
        <w:t>vt 0.260676 0.191024</w:t>
        <w:br/>
        <w:t>vt 0.260676 0.170699</w:t>
        <w:br/>
        <w:t>vt 0.255447 0.172899</w:t>
        <w:br/>
        <w:t>vt 0.256110 0.170240</w:t>
        <w:br/>
        <w:t>vt 0.257021 0.168034</w:t>
        <w:br/>
        <w:t>vt 0.260676 0.184350</w:t>
        <w:br/>
        <w:t>vt 0.255238 0.178086</w:t>
        <w:br/>
        <w:t>vt 0.255013 0.175753</w:t>
        <w:br/>
        <w:t>vt 0.258435 0.164701</w:t>
        <w:br/>
        <w:t>vt 0.260676 0.159808</w:t>
        <w:br/>
        <w:t>vt 0.244923 0.403698</w:t>
        <w:br/>
        <w:t>vt 0.260676 0.409010</w:t>
        <w:br/>
        <w:t>vt 0.260676 0.175981</w:t>
        <w:br/>
        <w:t>vt 0.233178 0.418460</w:t>
        <w:br/>
        <w:t>vt 0.231394 0.416669</w:t>
        <w:br/>
        <w:t>vt 0.255741 0.180188</w:t>
        <w:br/>
        <w:t>vt 0.260676 0.191024</w:t>
        <w:br/>
        <w:t>vt 0.255710 0.181683</w:t>
        <w:br/>
        <w:t>vt 0.253713 0.183424</w:t>
        <w:br/>
        <w:t>vt 0.257993 0.194959</w:t>
        <w:br/>
        <w:t>vt 0.252111 0.185190</w:t>
        <w:br/>
        <w:t>vt 0.250628 0.187190</w:t>
        <w:br/>
        <w:t>vt 0.249121 0.188695</w:t>
        <w:br/>
        <w:t>vt 0.248554 0.189806</w:t>
        <w:br/>
        <w:t>vt 0.255691 0.198167</w:t>
        <w:br/>
        <w:t>vt 0.248033 0.190908</w:t>
        <w:br/>
        <w:t>vt 0.248554 0.189806</w:t>
        <w:br/>
        <w:t>vt 0.246701 0.192207</w:t>
        <w:br/>
        <w:t>vt 0.243556 0.194031</w:t>
        <w:br/>
        <w:t>vt 0.240948 0.197670</w:t>
        <w:br/>
        <w:t>vt 0.237491 0.201740</w:t>
        <w:br/>
        <w:t>vt 0.235480 0.205255</w:t>
        <w:br/>
        <w:t>vt 0.249859 0.213459</w:t>
        <w:br/>
        <w:t>vt 0.234877 0.207529</w:t>
        <w:br/>
        <w:t>vt 0.234373 0.209856</w:t>
        <w:br/>
        <w:t>vt 0.249496 0.215266</w:t>
        <w:br/>
        <w:t>vt 0.233913 0.211922</w:t>
        <w:br/>
        <w:t>vt 0.233406 0.213296</w:t>
        <w:br/>
        <w:t>vt 0.249496 0.215266</w:t>
        <w:br/>
        <w:t>vt 0.232584 0.214586</w:t>
        <w:br/>
        <w:t>vt 0.231385 0.216291</w:t>
        <w:br/>
        <w:t>vt 0.229985 0.218924</w:t>
        <w:br/>
        <w:t>vt 0.228242 0.222432</w:t>
        <w:br/>
        <w:t>vt 0.226274 0.226305</w:t>
        <w:br/>
        <w:t>vt 0.225175 0.230716</w:t>
        <w:br/>
        <w:t>vt 0.225209 0.235890</w:t>
        <w:br/>
        <w:t>vt 0.225960 0.240911</w:t>
        <w:br/>
        <w:t>vt 0.227108 0.244152</w:t>
        <w:br/>
        <w:t>vt 0.228663 0.245945</w:t>
        <w:br/>
        <w:t>vt 0.230234 0.247439</w:t>
        <w:br/>
        <w:t>vt 0.231347 0.248378</w:t>
        <w:br/>
        <w:t>vt 0.246322 0.250824</w:t>
        <w:br/>
        <w:t>vt 0.232174 0.248924</w:t>
        <w:br/>
        <w:t>vt 0.232193 0.249578</w:t>
        <w:br/>
        <w:t>vt 0.231375 0.250198</w:t>
        <w:br/>
        <w:t>vt 0.230227 0.250767</w:t>
        <w:br/>
        <w:t>vt 0.228732 0.251700</w:t>
        <w:br/>
        <w:t>vt 0.226446 0.253565</w:t>
        <w:br/>
        <w:t>vt 0.223593 0.256587</w:t>
        <w:br/>
        <w:t>vt 0.221812 0.261428</w:t>
        <w:br/>
        <w:t>vt 0.220907 0.267611</w:t>
        <w:br/>
        <w:t>vt 0.220820 0.273585</w:t>
        <w:br/>
        <w:t>vt 0.221366 0.277871</w:t>
        <w:br/>
        <w:t>vt 0.222572 0.280751</w:t>
        <w:br/>
        <w:t>vt 0.224083 0.283372</w:t>
        <w:br/>
        <w:t>vt 0.225437 0.285049</w:t>
        <w:br/>
        <w:t>vt 0.225814 0.287154</w:t>
        <w:br/>
        <w:t>vt 0.224388 0.289733</w:t>
        <w:br/>
        <w:t>vt 0.222012 0.292071</w:t>
        <w:br/>
        <w:t>vt 0.219602 0.293830</w:t>
        <w:br/>
        <w:t>vt 0.217772 0.295818</w:t>
        <w:br/>
        <w:t>vt 0.216309 0.298200</w:t>
        <w:br/>
        <w:t>vt 0.215117 0.302586</w:t>
        <w:br/>
        <w:t>vt 0.214068 0.308026</w:t>
        <w:br/>
        <w:t>vt 0.213228 0.313939</w:t>
        <w:br/>
        <w:t>vt 0.212407 0.319735</w:t>
        <w:br/>
        <w:t>vt 0.212234 0.325163</w:t>
        <w:br/>
        <w:t>vt 0.212632 0.329428</w:t>
        <w:br/>
        <w:t>vt 0.214105 0.331963</w:t>
        <w:br/>
        <w:t>vt 0.216054 0.333920</w:t>
        <w:br/>
        <w:t>vt 0.218130 0.335475</w:t>
        <w:br/>
        <w:t>vt 0.219669 0.336511</w:t>
        <w:br/>
        <w:t>vt 0.219658 0.337699</w:t>
        <w:br/>
        <w:t>vt 0.219658 0.337699</w:t>
        <w:br/>
        <w:t>vt 0.217343 0.338717</w:t>
        <w:br/>
        <w:t>vt 0.214508 0.339976</w:t>
        <w:br/>
        <w:t>vt 0.212024 0.342092</w:t>
        <w:br/>
        <w:t>vt 0.210368 0.344567</w:t>
        <w:br/>
        <w:t>vt 0.210368 0.344567</w:t>
        <w:br/>
        <w:t>vt 0.209506 0.348477</w:t>
        <w:br/>
        <w:t>vt 0.210279 0.354538</w:t>
        <w:br/>
        <w:t>vt 0.211993 0.361387</w:t>
        <w:br/>
        <w:t>vt 0.213456 0.367745</w:t>
        <w:br/>
        <w:t>vt 0.215658 0.372813</w:t>
        <w:br/>
        <w:t>vt 0.217814 0.376245</w:t>
        <w:br/>
        <w:t>vt 0.219039 0.378636</w:t>
        <w:br/>
        <w:t>vt 0.219723 0.381104</w:t>
        <w:br/>
        <w:t>vt 0.220996 0.383296</w:t>
        <w:br/>
        <w:t>vt 0.221840 0.385160</w:t>
        <w:br/>
        <w:t>vt 0.220996 0.383296</w:t>
        <w:br/>
        <w:t>vt 0.221345 0.388593</w:t>
        <w:br/>
        <w:t>vt 0.220753 0.393192</w:t>
        <w:br/>
        <w:t>vt 0.220775 0.398204</w:t>
        <w:br/>
        <w:t>vt 0.222160 0.403243</w:t>
        <w:br/>
        <w:t>vt 0.224903 0.408078</w:t>
        <w:br/>
        <w:t>vt 0.227906 0.412111</w:t>
        <w:br/>
        <w:t>vt 0.236011 0.421550</w:t>
        <w:br/>
        <w:t>vt 0.239222 0.424740</w:t>
        <w:br/>
        <w:t>vt 0.260676 0.420033</w:t>
        <w:br/>
        <w:t>vt 0.241928 0.427810</w:t>
        <w:br/>
        <w:t>vt 0.243995 0.430750</w:t>
        <w:br/>
        <w:t>vt 0.244728 0.432560</w:t>
        <w:br/>
        <w:t>vt 0.260676 0.420033</w:t>
        <w:br/>
        <w:t>vt 0.244576 0.435759</w:t>
        <w:br/>
        <w:t>vt 0.244728 0.432560</w:t>
        <w:br/>
        <w:t>vt 0.244495 0.437839</w:t>
        <w:br/>
        <w:t>vt 0.244576 0.435759</w:t>
        <w:br/>
        <w:t>vt 0.260676 0.429604</w:t>
        <w:br/>
        <w:t>vt 0.246719 0.444796</w:t>
        <w:br/>
        <w:t>vt 0.245152 0.440746</w:t>
        <w:br/>
        <w:t>vt 0.260676 0.440549</w:t>
        <w:br/>
        <w:t>vt 0.248458 0.453045</w:t>
        <w:br/>
        <w:t>vt 0.247404 0.449002</w:t>
        <w:br/>
        <w:t>vt 0.249052 0.455883</w:t>
        <w:br/>
        <w:t>vt 0.260676 0.447478</w:t>
        <w:br/>
        <w:t>vt 0.249155 0.458486</w:t>
        <w:br/>
        <w:t>vt 0.248978 0.460417</w:t>
        <w:br/>
        <w:t>vt 0.260676 0.447478</w:t>
        <w:br/>
        <w:t>vt 0.249570 0.461811</w:t>
        <w:br/>
        <w:t>vt 0.248978 0.460417</w:t>
        <w:br/>
        <w:t>vt 0.260676 0.453813</w:t>
        <w:br/>
        <w:t>vt 0.251040 0.463535</w:t>
        <w:br/>
        <w:t>vt 0.260676 0.459426</w:t>
        <w:br/>
        <w:t>vt 0.252383 0.465356</w:t>
        <w:br/>
        <w:t>vt 0.253089 0.467101</w:t>
        <w:br/>
        <w:t>vt 0.260676 0.464018</w:t>
        <w:br/>
        <w:t>vt 0.251361 0.470454</w:t>
        <w:br/>
        <w:t>vt 0.252274 0.468802</w:t>
        <w:br/>
        <w:t>vt 0.251361 0.470454</w:t>
        <w:br/>
        <w:t>vt 0.260676 0.464018</w:t>
        <w:br/>
        <w:t>vt 0.260676 0.467326</w:t>
        <w:br/>
        <w:t>vt 0.251057 0.471824</w:t>
        <w:br/>
        <w:t>vt 0.251958 0.473929</w:t>
        <w:br/>
        <w:t>vt 0.260676 0.472342</w:t>
        <w:br/>
        <w:t>vt 0.253021 0.476512</w:t>
        <w:br/>
        <w:t>vt 0.254161 0.478557</w:t>
        <w:br/>
        <w:t>vt 0.260676 0.478310</w:t>
        <w:br/>
        <w:t>vt 0.255367 0.480557</w:t>
        <w:br/>
        <w:t>vt 0.256155 0.482445</w:t>
        <w:br/>
        <w:t>vt 0.260676 0.483313</w:t>
        <w:br/>
        <w:t>vt 0.256702 0.484835</w:t>
        <w:br/>
        <w:t>vt 0.260676 0.493589</w:t>
        <w:br/>
        <w:t>vt 0.258320 0.494326</w:t>
        <w:br/>
        <w:t>vt 0.257819 0.489329</w:t>
        <w:br/>
        <w:t>vt 0.260676 0.488242</w:t>
        <w:br/>
        <w:t>vt 0.260676 0.497698</w:t>
        <w:br/>
        <w:t>vt 0.258761 0.497970</w:t>
        <w:br/>
        <w:t>vt 0.975187 0.104285</w:t>
        <w:br/>
        <w:t>vt 0.972085 0.104217</w:t>
        <w:br/>
        <w:t>vt 0.972085 0.101466</w:t>
        <w:br/>
        <w:t>vt 0.975186 0.101516</w:t>
        <w:br/>
        <w:t>vt 0.975186 0.443263</w:t>
        <w:br/>
        <w:t>vt 0.975186 0.446048</w:t>
        <w:br/>
        <w:t>vt 0.972085 0.445655</w:t>
        <w:br/>
        <w:t>vt 0.972085 0.442950</w:t>
        <w:br/>
        <w:t>vt 0.975186 0.448371</w:t>
        <w:br/>
        <w:t>vt 0.972085 0.448004</w:t>
        <w:br/>
        <w:t>vt 0.975186 0.439918</w:t>
        <w:br/>
        <w:t>vt 0.972085 0.439785</w:t>
        <w:br/>
        <w:t>vt 0.972085 0.437281</w:t>
        <w:br/>
        <w:t>vt 0.975186 0.437243</w:t>
        <w:br/>
        <w:t>vt 0.975186 0.451625</w:t>
        <w:br/>
        <w:t>vt 0.972085 0.451564</w:t>
        <w:br/>
        <w:t>vt 0.975186 0.098284</w:t>
        <w:br/>
        <w:t>vt 0.972085 0.098267</w:t>
        <w:br/>
        <w:t>vt 0.972085 0.434903</w:t>
        <w:br/>
        <w:t>vt 0.975186 0.434969</w:t>
        <w:br/>
        <w:t>vt 0.975186 0.432457</w:t>
        <w:br/>
        <w:t>vt 0.972085 0.432311</w:t>
        <w:br/>
        <w:t>vt 0.975186 0.429947</w:t>
        <w:br/>
        <w:t>vt 0.972085 0.429874</w:t>
        <w:br/>
        <w:t>vt 0.975186 0.427750</w:t>
        <w:br/>
        <w:t>vt 0.975186 0.429947</w:t>
        <w:br/>
        <w:t>vt 0.972085 0.427802</w:t>
        <w:br/>
        <w:t>vt 0.972085 0.425595</w:t>
        <w:br/>
        <w:t>vt 0.975186 0.425488</w:t>
        <w:br/>
        <w:t>vt 0.972085 0.423464</w:t>
        <w:br/>
        <w:t>vt 0.975186 0.423493</w:t>
        <w:br/>
        <w:t>vt 0.972085 0.421936</w:t>
        <w:br/>
        <w:t>vt 0.975186 0.421940</w:t>
        <w:br/>
        <w:t>vt 0.975186 0.420517</w:t>
        <w:br/>
        <w:t>vt 0.972085 0.421936</w:t>
        <w:br/>
        <w:t>vt 0.972085 0.420410</w:t>
        <w:br/>
        <w:t>vt 0.975186 0.418540</w:t>
        <w:br/>
        <w:t>vt 0.972085 0.418299</w:t>
        <w:br/>
        <w:t>vt 0.975186 0.414694</w:t>
        <w:br/>
        <w:t>vt 0.972085 0.414597</w:t>
        <w:br/>
        <w:t>vt 0.975186 0.410142</w:t>
        <w:br/>
        <w:t>vt 0.972085 0.410117</w:t>
        <w:br/>
        <w:t>vt 0.975186 0.404744</w:t>
        <w:br/>
        <w:t>vt 0.972085 0.404695</w:t>
        <w:br/>
        <w:t>vt 0.975187 0.400718</w:t>
        <w:br/>
        <w:t>vt 0.972085 0.400571</w:t>
        <w:br/>
        <w:t>vt 0.972085 0.398596</w:t>
        <w:br/>
        <w:t>vt 0.975186 0.398634</w:t>
        <w:br/>
        <w:t>vt 0.972085 0.396213</w:t>
        <w:br/>
        <w:t>vt 0.975186 0.396226</w:t>
        <w:br/>
        <w:t>vt 0.972085 0.393728</w:t>
        <w:br/>
        <w:t>vt 0.975187 0.393757</w:t>
        <w:br/>
        <w:t>vt 0.972085 0.391762</w:t>
        <w:br/>
        <w:t>vt 0.975186 0.391781</w:t>
        <w:br/>
        <w:t>vt 0.975186 0.389708</w:t>
        <w:br/>
        <w:t>vt 0.972085 0.389706</w:t>
        <w:br/>
        <w:t>vt 0.975186 0.387206</w:t>
        <w:br/>
        <w:t>vt 0.972085 0.387159</w:t>
        <w:br/>
        <w:t>vt 0.975186 0.383890</w:t>
        <w:br/>
        <w:t>vt 0.972085 0.383801</w:t>
        <w:br/>
        <w:t>vt 0.975186 0.379688</w:t>
        <w:br/>
        <w:t>vt 0.972085 0.379489</w:t>
        <w:br/>
        <w:t>vt 0.975186 0.374920</w:t>
        <w:br/>
        <w:t>vt 0.972085 0.374835</w:t>
        <w:br/>
        <w:t>vt 0.972085 0.369965</w:t>
        <w:br/>
        <w:t>vt 0.975186 0.369846</w:t>
        <w:br/>
        <w:t>vt 0.972085 0.364121</w:t>
        <w:br/>
        <w:t>vt 0.975187 0.364056</w:t>
        <w:br/>
        <w:t>vt 0.972085 0.357965</w:t>
        <w:br/>
        <w:t>vt 0.975186 0.358031</w:t>
        <w:br/>
        <w:t>vt 0.975186 0.353695</w:t>
        <w:br/>
        <w:t>vt 0.972085 0.353411</w:t>
        <w:br/>
        <w:t>vt 0.975186 0.350900</w:t>
        <w:br/>
        <w:t>vt 0.972085 0.350753</w:t>
        <w:br/>
        <w:t>vt 0.972085 0.347771</w:t>
        <w:br/>
        <w:t>vt 0.975187 0.347784</w:t>
        <w:br/>
        <w:t>vt 0.972085 0.344892</w:t>
        <w:br/>
        <w:t>vt 0.975186 0.345030</w:t>
        <w:br/>
        <w:t>vt 0.975186 0.342345</w:t>
        <w:br/>
        <w:t>vt 0.972085 0.342191</w:t>
        <w:br/>
        <w:t>vt 0.975187 0.338873</w:t>
        <w:br/>
        <w:t>vt 0.972085 0.338878</w:t>
        <w:br/>
        <w:t>vt 0.972085 0.335502</w:t>
        <w:br/>
        <w:t>vt 0.975187 0.335487</w:t>
        <w:br/>
        <w:t>vt 0.972085 0.332688</w:t>
        <w:br/>
        <w:t>vt 0.975186 0.332711</w:t>
        <w:br/>
        <w:t>vt 0.975186 0.329734</w:t>
        <w:br/>
        <w:t>vt 0.972085 0.329625</w:t>
        <w:br/>
        <w:t>vt 0.975186 0.325430</w:t>
        <w:br/>
        <w:t>vt 0.972085 0.325312</w:t>
        <w:br/>
        <w:t>vt 0.975187 0.320215</w:t>
        <w:br/>
        <w:t>vt 0.972085 0.320150</w:t>
        <w:br/>
        <w:t>vt 0.972085 0.313696</w:t>
        <w:br/>
        <w:t>vt 0.975186 0.313699</w:t>
        <w:br/>
        <w:t>vt 0.972085 0.305915</w:t>
        <w:br/>
        <w:t>vt 0.975186 0.305931</w:t>
        <w:br/>
        <w:t>vt 0.972085 0.298603</w:t>
        <w:br/>
        <w:t>vt 0.975186 0.298649</w:t>
        <w:br/>
        <w:t>vt 0.972085 0.293251</w:t>
        <w:br/>
        <w:t>vt 0.975187 0.293410</w:t>
        <w:br/>
        <w:t>vt 0.975186 0.289749</w:t>
        <w:br/>
        <w:t>vt 0.972085 0.289674</w:t>
        <w:br/>
        <w:t>vt 0.972085 0.285883</w:t>
        <w:br/>
        <w:t>vt 0.975186 0.285850</w:t>
        <w:br/>
        <w:t>vt 0.972085 0.282627</w:t>
        <w:br/>
        <w:t>vt 0.975186 0.282663</w:t>
        <w:br/>
        <w:t>vt 0.975186 0.278624</w:t>
        <w:br/>
        <w:t>vt 0.972085 0.278616</w:t>
        <w:br/>
        <w:t>vt 0.972085 0.273547</w:t>
        <w:br/>
        <w:t>vt 0.975186 0.273542</w:t>
        <w:br/>
        <w:t>vt 0.972085 0.268611</w:t>
        <w:br/>
        <w:t>vt 0.975186 0.268590</w:t>
        <w:br/>
        <w:t>vt 0.975186 0.264649</w:t>
        <w:br/>
        <w:t>vt 0.972085 0.264645</w:t>
        <w:br/>
        <w:t>vt 0.975187 0.261418</w:t>
        <w:br/>
        <w:t>vt 0.972085 0.261488</w:t>
        <w:br/>
        <w:t>vt 0.972085 0.258485</w:t>
        <w:br/>
        <w:t>vt 0.975187 0.258321</w:t>
        <w:br/>
        <w:t>vt 0.972085 0.252994</w:t>
        <w:br/>
        <w:t>vt 0.975186 0.252945</w:t>
        <w:br/>
        <w:t>vt 0.972085 0.246407</w:t>
        <w:br/>
        <w:t>vt 0.975187 0.246371</w:t>
        <w:br/>
        <w:t>vt 0.972085 0.239421</w:t>
        <w:br/>
        <w:t>vt 0.975186 0.239363</w:t>
        <w:br/>
        <w:t>vt 0.972085 0.232480</w:t>
        <w:br/>
        <w:t>vt 0.975186 0.232411</w:t>
        <w:br/>
        <w:t>vt 0.972085 0.226103</w:t>
        <w:br/>
        <w:t>vt 0.975186 0.226066</w:t>
        <w:br/>
        <w:t>vt 0.972085 0.221026</w:t>
        <w:br/>
        <w:t>vt 0.975187 0.221019</w:t>
        <w:br/>
        <w:t>vt 0.972085 0.217824</w:t>
        <w:br/>
        <w:t>vt 0.975187 0.217774</w:t>
        <w:br/>
        <w:t>vt 0.975187 0.217774</w:t>
        <w:br/>
        <w:t>vt 0.972085 0.214846</w:t>
        <w:br/>
        <w:t>vt 0.975187 0.214749</w:t>
        <w:br/>
        <w:t>vt 0.972085 0.211456</w:t>
        <w:br/>
        <w:t>vt 0.975187 0.211459</w:t>
        <w:br/>
        <w:t>vt 0.972085 0.208615</w:t>
        <w:br/>
        <w:t>vt 0.975186 0.208697</w:t>
        <w:br/>
        <w:t>vt 0.975186 0.205461</w:t>
        <w:br/>
        <w:t>vt 0.972085 0.205557</w:t>
        <w:br/>
        <w:t>vt 0.972085 0.202112</w:t>
        <w:br/>
        <w:t>vt 0.975186 0.201989</w:t>
        <w:br/>
        <w:t>vt 0.972085 0.198560</w:t>
        <w:br/>
        <w:t>vt 0.975186 0.198574</w:t>
        <w:br/>
        <w:t>vt 0.975186 0.194952</w:t>
        <w:br/>
        <w:t>vt 0.972085 0.194861</w:t>
        <w:br/>
        <w:t>vt 0.975186 0.191863</w:t>
        <w:br/>
        <w:t>vt 0.972085 0.191856</w:t>
        <w:br/>
        <w:t>vt 0.972085 0.187517</w:t>
        <w:br/>
        <w:t>vt 0.975186 0.187530</w:t>
        <w:br/>
        <w:t>vt 0.972085 0.180641</w:t>
        <w:br/>
        <w:t>vt 0.975186 0.180641</w:t>
        <w:br/>
        <w:t>vt 0.972085 0.172638</w:t>
        <w:br/>
        <w:t>vt 0.975186 0.172561</w:t>
        <w:br/>
        <w:t>vt 0.972085 0.164974</w:t>
        <w:br/>
        <w:t>vt 0.975186 0.164810</w:t>
        <w:br/>
        <w:t>vt 0.972085 0.158425</w:t>
        <w:br/>
        <w:t>vt 0.975186 0.158308</w:t>
        <w:br/>
        <w:t>vt 0.972085 0.153593</w:t>
        <w:br/>
        <w:t>vt 0.975186 0.153622</w:t>
        <w:br/>
        <w:t>vt 0.972085 0.150537</w:t>
        <w:br/>
        <w:t>vt 0.975186 0.150489</w:t>
        <w:br/>
        <w:t>vt 0.972085 0.147189</w:t>
        <w:br/>
        <w:t>vt 0.975186 0.147192</w:t>
        <w:br/>
        <w:t>vt 0.972085 0.143321</w:t>
        <w:br/>
        <w:t>vt 0.975186 0.143314</w:t>
        <w:br/>
        <w:t>vt 0.975187 0.139945</w:t>
        <w:br/>
        <w:t>vt 0.972085 0.139944</w:t>
        <w:br/>
        <w:t>vt 0.975187 0.135387</w:t>
        <w:br/>
        <w:t>vt 0.972085 0.135355</w:t>
        <w:br/>
        <w:t>vt 0.975186 0.129981</w:t>
        <w:br/>
        <w:t>vt 0.972085 0.129895</w:t>
        <w:br/>
        <w:t>vt 0.975186 0.124478</w:t>
        <w:br/>
        <w:t>vt 0.972085 0.124388</w:t>
        <w:br/>
        <w:t>vt 0.975186 0.118846</w:t>
        <w:br/>
        <w:t>vt 0.972085 0.118791</w:t>
        <w:br/>
        <w:t>vt 0.975186 0.112927</w:t>
        <w:br/>
        <w:t>vt 0.972085 0.112911</w:t>
        <w:br/>
        <w:t>vt 0.975186 0.107623</w:t>
        <w:br/>
        <w:t>vt 0.972085 0.107550</w:t>
        <w:br/>
        <w:t>vt 0.975186 0.088622</w:t>
        <w:br/>
        <w:t>vt 0.975186 0.093559</w:t>
        <w:br/>
        <w:t>vt 0.972085 0.093567</w:t>
        <w:br/>
        <w:t>vt 0.972085 0.088624</w:t>
        <w:br/>
        <w:t>vt 0.975186 0.083854</w:t>
        <w:br/>
        <w:t>vt 0.972085 0.083851</w:t>
        <w:br/>
        <w:t>vt 0.972085 0.079582</w:t>
        <w:br/>
        <w:t>vt 0.975186 0.079635</w:t>
        <w:br/>
        <w:t>vt 0.975186 0.077569</w:t>
        <w:br/>
        <w:t>vt 0.972085 0.077689</w:t>
        <w:br/>
        <w:t>vt 0.975186 0.077569</w:t>
        <w:br/>
        <w:t>vt 0.972085 0.073953</w:t>
        <w:br/>
        <w:t>vt 0.975186 0.073792</w:t>
        <w:br/>
        <w:t>vt 0.972085 0.071552</w:t>
        <w:br/>
        <w:t>vt 0.975186 0.071631</w:t>
        <w:br/>
        <w:t>vt 0.975186 0.062549</w:t>
        <w:br/>
        <w:t>vt 0.975186 0.067565</w:t>
        <w:br/>
        <w:t>vt 0.972085 0.067556</w:t>
        <w:br/>
        <w:t>vt 0.972085 0.062552</w:t>
        <w:br/>
        <w:t>vt 0.975186 0.053134</w:t>
        <w:br/>
        <w:t>vt 0.975186 0.057491</w:t>
        <w:br/>
        <w:t>vt 0.972085 0.057475</w:t>
        <w:br/>
        <w:t>vt 0.972085 0.053039</w:t>
        <w:br/>
        <w:t>vt 0.975186 0.050190</w:t>
        <w:br/>
        <w:t>vt 0.972085 0.050122</w:t>
        <w:br/>
        <w:t>vt 0.972085 0.047516</w:t>
        <w:br/>
        <w:t>vt 0.975186 0.047277</w:t>
        <w:br/>
        <w:t>vt 0.972085 0.045279</w:t>
        <w:br/>
        <w:t>vt 0.975186 0.045106</w:t>
        <w:br/>
        <w:t>vt 0.975187 0.043480</w:t>
        <w:br/>
        <w:t>vt 0.972085 0.043479</w:t>
        <w:br/>
        <w:t>vt 0.975187 0.040989</w:t>
        <w:br/>
        <w:t>vt 0.972085 0.040969</w:t>
        <w:br/>
        <w:t>vt 0.975186 0.038602</w:t>
        <w:br/>
        <w:t>vt 0.972085 0.038573</w:t>
        <w:br/>
        <w:t>vt 0.972085 0.036841</w:t>
        <w:br/>
        <w:t>vt 0.975187 0.036329</w:t>
        <w:br/>
        <w:t>vt 0.975186 0.034330</w:t>
        <w:br/>
        <w:t>vt 0.972085 0.034783</w:t>
        <w:br/>
        <w:t>vt 0.972085 0.032305</w:t>
        <w:br/>
        <w:t>vt 0.975186 0.032449</w:t>
        <w:br/>
        <w:t>vt 0.975186 0.030397</w:t>
        <w:br/>
        <w:t>vt 0.972085 0.030528</w:t>
        <w:br/>
        <w:t>vt 0.972085 0.028321</w:t>
        <w:br/>
        <w:t>vt 0.975186 0.028436</w:t>
        <w:br/>
        <w:t>vt 0.975186 0.026092</w:t>
        <w:br/>
        <w:t>vt 0.972085 0.025677</w:t>
        <w:br/>
        <w:t>vt 0.975186 0.023820</w:t>
        <w:br/>
        <w:t>vt 0.972085 0.023960</w:t>
        <w:br/>
        <w:t>vt 0.972085 0.021818</w:t>
        <w:br/>
        <w:t>vt 0.975186 0.021666</w:t>
        <w:br/>
        <w:t>vt 0.972085 0.019637</w:t>
        <w:br/>
        <w:t>vt 0.975186 0.019651</w:t>
        <w:br/>
        <w:t>vt 0.975186 0.017099</w:t>
        <w:br/>
        <w:t>vt 0.972085 0.017115</w:t>
        <w:br/>
        <w:t>vt 0.975186 0.012573</w:t>
        <w:br/>
        <w:t>vt 0.972085 0.012594</w:t>
        <w:br/>
        <w:t>vt 0.972085 0.007230</w:t>
        <w:br/>
        <w:t>vt 0.975186 0.007200</w:t>
        <w:br/>
        <w:t>vt 0.972085 0.003058</w:t>
        <w:br/>
        <w:t>vt 0.975186 0.003025</w:t>
        <w:br/>
        <w:t>vt 0.143903 0.430510</w:t>
        <w:br/>
        <w:t>vt 0.972085 0.456566</w:t>
        <w:br/>
        <w:t>vt 0.142145 0.478275</w:t>
        <w:br/>
        <w:t>vt 0.143903 0.484198</w:t>
        <w:br/>
        <w:t>vt 0.143903 0.456746</w:t>
        <w:br/>
        <w:t>vt 0.135127 0.463276</w:t>
        <w:br/>
        <w:t>vt 0.995434 0.115737</w:t>
        <w:br/>
        <w:t>vt 0.991796 0.115697</w:t>
        <w:br/>
        <w:t>vt 0.995434 0.121480</w:t>
        <w:br/>
        <w:t>vt 0.260676 0.213272</w:t>
        <w:br/>
        <w:t>vt 0.260676 0.213272</w:t>
        <w:br/>
        <w:t>vt 0.253472 0.203955</w:t>
        <w:br/>
        <w:t>vt 0.260676 0.213272</w:t>
        <w:br/>
        <w:t>vt 0.260676 0.213272</w:t>
        <w:br/>
        <w:t>vt 0.253472 0.203955</w:t>
        <w:br/>
        <w:t>vt 0.763228 0.046365</w:t>
        <w:br/>
        <w:t>vt 0.759914 0.056557</w:t>
        <w:br/>
        <w:t>vt 0.775119 0.058681</w:t>
        <w:br/>
        <w:t>vt 0.775163 0.047211</w:t>
        <w:br/>
        <w:t>vt 0.787069 0.047781</w:t>
        <w:br/>
        <w:t>vt 0.787745 0.059235</w:t>
        <w:br/>
        <w:t>vt 0.752492 0.046695</w:t>
        <w:br/>
        <w:t>vt 0.798923 0.059414</w:t>
        <w:br/>
        <w:t>vt 0.797781 0.048186</w:t>
        <w:br/>
        <w:t>vt 0.732143 0.066190</w:t>
        <w:br/>
        <w:t>vt 0.742320 0.073268</w:t>
        <w:br/>
        <w:t>vt 0.742933 0.056152</w:t>
        <w:br/>
        <w:t>vt 0.732677 0.043638</w:t>
        <w:br/>
        <w:t>vt 0.728014 0.052738</w:t>
        <w:br/>
        <w:t>vt 0.742751 0.044890</w:t>
        <w:br/>
        <w:t>vt 0.810570 0.058711</w:t>
        <w:br/>
        <w:t>vt 0.800865 0.072238</w:t>
        <w:br/>
        <w:t>vt 0.811636 0.072301</w:t>
        <w:br/>
        <w:t>vt 0.775836 0.072447</w:t>
        <w:br/>
        <w:t>vt 0.789155 0.072372</w:t>
        <w:br/>
        <w:t>vt 0.759819 0.072128</w:t>
        <w:br/>
        <w:t>vt 0.761292 0.106841</w:t>
        <w:br/>
        <w:t>vt 0.746737 0.108065</w:t>
        <w:br/>
        <w:t>vt 0.747276 0.119602</w:t>
        <w:br/>
        <w:t>vt 0.760730 0.121793</w:t>
        <w:br/>
        <w:t>vt 0.772382 0.132734</w:t>
        <w:br/>
        <w:t>vt 0.759630 0.133348</w:t>
        <w:br/>
        <w:t>vt 0.768216 0.139469</w:t>
        <w:br/>
        <w:t>vt 0.721909 0.060241</w:t>
        <w:br/>
        <w:t>vt 0.718009 0.048466</w:t>
        <w:br/>
        <w:t>vt 0.712060 0.055233</w:t>
        <w:br/>
        <w:t>vt 0.729011 0.084072</w:t>
        <w:br/>
        <w:t>vt 0.732774 0.097049</w:t>
        <w:br/>
        <w:t>vt 0.745467 0.092424</w:t>
        <w:br/>
        <w:t>vt 0.823166 0.057846</w:t>
        <w:br/>
        <w:t>vt 0.834744 0.056174</w:t>
        <w:br/>
        <w:t>vt 0.832120 0.044617</w:t>
        <w:br/>
        <w:t>vt 0.821020 0.046029</w:t>
        <w:br/>
        <w:t>vt 0.845015 0.053132</w:t>
        <w:br/>
        <w:t>vt 0.841997 0.042751</w:t>
        <w:br/>
        <w:t>vt 0.809171 0.047254</w:t>
        <w:br/>
        <w:t>vt 0.723724 0.041081</w:t>
        <w:br/>
        <w:t>vt 0.854710 0.049301</w:t>
        <w:br/>
        <w:t>vt 0.850630 0.040749</w:t>
        <w:br/>
        <w:t>vt 0.777629 0.088864</w:t>
        <w:br/>
        <w:t>vt 0.792101 0.087367</w:t>
        <w:br/>
        <w:t>vt 0.760511 0.089907</w:t>
        <w:br/>
        <w:t>vt 0.779922 0.104999</w:t>
        <w:br/>
        <w:t>vt 0.734878 0.108716</w:t>
        <w:br/>
        <w:t>vt 0.722929 0.075628</w:t>
        <w:br/>
        <w:t>vt 0.774578 0.003354</w:t>
        <w:br/>
        <w:t>vt 0.766050 0.003354</w:t>
        <w:br/>
        <w:t>vt 0.755640 0.003354</w:t>
        <w:br/>
        <w:t>vt 0.748623 0.003354</w:t>
        <w:br/>
        <w:t>vt 0.790266 0.111495</w:t>
        <w:br/>
        <w:t>vt 0.796528 0.103006</w:t>
        <w:br/>
        <w:t>vt 0.794333 0.101486</w:t>
        <w:br/>
        <w:t>vt 0.787695 0.109973</w:t>
        <w:br/>
        <w:t>vt 0.775060 0.133986</w:t>
        <w:br/>
        <w:t>vt 0.784253 0.121172</w:t>
        <w:br/>
        <w:t>vt 0.781340 0.119556</w:t>
        <w:br/>
        <w:t>vt 0.771343 0.140072</w:t>
        <w:br/>
        <w:t>vt 0.757011 0.168798</w:t>
        <w:br/>
        <w:t>vt 0.754810 0.171474</w:t>
        <w:br/>
        <w:t>vt 0.759665 0.171736</w:t>
        <w:br/>
        <w:t>vt 0.759629 0.168459</w:t>
        <w:br/>
        <w:t>vt 0.765612 0.171007</w:t>
        <w:br/>
        <w:t>vt 0.763384 0.168140</w:t>
        <w:br/>
        <w:t>vt 0.763384 0.168140</w:t>
        <w:br/>
        <w:t>vt 0.767285 0.158164</w:t>
        <w:br/>
        <w:t>vt 0.764304 0.157540</w:t>
        <w:br/>
        <w:t>vt 0.767863 0.149273</w:t>
        <w:br/>
        <w:t>vt 0.764637 0.149007</w:t>
        <w:br/>
        <w:t>vt 0.746162 0.132923</w:t>
        <w:br/>
        <w:t>vt 0.743136 0.134164</w:t>
        <w:br/>
        <w:t>vt 0.746549 0.142411</w:t>
        <w:br/>
        <w:t>vt 0.750732 0.142058</w:t>
        <w:br/>
        <w:t>vt 0.748667 0.146730</w:t>
        <w:br/>
        <w:t>vt 0.752427 0.146700</w:t>
        <w:br/>
        <w:t>vt 0.749927 0.150373</w:t>
        <w:br/>
        <w:t>vt 0.753521 0.150439</w:t>
        <w:br/>
        <w:t>vt 0.751742 0.158587</w:t>
        <w:br/>
        <w:t>vt 0.755010 0.157332</w:t>
        <w:br/>
        <w:t>vt 0.805398 0.003354</w:t>
        <w:br/>
        <w:t>vt 0.795226 0.003354</w:t>
        <w:br/>
        <w:t>vt 0.784896 0.003354</w:t>
        <w:br/>
        <w:t>vt 0.835310 0.003354</w:t>
        <w:br/>
        <w:t>vt 0.826108 0.003354</w:t>
        <w:br/>
        <w:t>vt 0.815726 0.003354</w:t>
        <w:br/>
        <w:t>vt 0.739997 0.003354</w:t>
        <w:br/>
        <w:t>vt 0.738235 0.119327</w:t>
        <w:br/>
        <w:t>vt 0.735440 0.121309</w:t>
        <w:br/>
        <w:t>vt 0.743136 0.134164</w:t>
        <w:br/>
        <w:t>vt 0.731315 0.108166</w:t>
        <w:br/>
        <w:t>vt 0.727563 0.109935</w:t>
        <w:br/>
        <w:t>vt 0.730957 0.003354</w:t>
        <w:br/>
        <w:t>vt 0.843159 0.003354</w:t>
        <w:br/>
        <w:t>vt 0.836137 0.062664</w:t>
        <w:br/>
        <w:t>vt 0.836909 0.066638</w:t>
        <w:br/>
        <w:t>vt 0.848775 0.063554</w:t>
        <w:br/>
        <w:t>vt 0.848246 0.060183</w:t>
        <w:br/>
        <w:t>vt 0.862795 0.064786</w:t>
        <w:br/>
        <w:t>vt 0.862249 0.060752</w:t>
        <w:br/>
        <w:t>vt 0.708432 0.062898</w:t>
        <w:br/>
        <w:t>vt 0.711404 0.071951</w:t>
        <w:br/>
        <w:t>vt 0.714417 0.070008</w:t>
        <w:br/>
        <w:t>vt 0.711084 0.059641</w:t>
        <w:br/>
        <w:t>vt 0.822307 0.066051</w:t>
        <w:br/>
        <w:t>vt 0.822786 0.069757</w:t>
        <w:br/>
        <w:t>vt 0.813048 0.075660</w:t>
        <w:br/>
        <w:t>vt 0.802694 0.085861</w:t>
        <w:br/>
        <w:t>vt 0.805590 0.088238</w:t>
        <w:br/>
        <w:t>vt 0.769184 0.144515</w:t>
        <w:br/>
        <w:t>vt 0.765790 0.143940</w:t>
        <w:br/>
        <w:t>vt 0.726198 0.099596</w:t>
        <w:br/>
        <w:t>vt 0.722896 0.100979</w:t>
        <w:br/>
        <w:t>vt 0.721874 0.090361</w:t>
        <w:br/>
        <w:t>vt 0.718288 0.091955</w:t>
        <w:br/>
        <w:t>vt 0.717862 0.081746</w:t>
        <w:br/>
        <w:t>vt 0.714578 0.083630</w:t>
        <w:br/>
        <w:t>vt 0.764304 0.157540</w:t>
        <w:br/>
        <w:t>vt 0.759257 0.157868</w:t>
        <w:br/>
        <w:t>vt 0.759300 0.139595</w:t>
        <w:br/>
        <w:t>vt 0.752427 0.146700</w:t>
        <w:br/>
        <w:t>vt 0.759128 0.144880</w:t>
        <w:br/>
        <w:t>vt 0.859130 0.057242</w:t>
        <w:br/>
        <w:t>vt 0.759126 0.148621</w:t>
        <w:br/>
        <w:t>vt 0.775119 0.058681</w:t>
        <w:br/>
        <w:t>vt 0.759914 0.056557</w:t>
        <w:br/>
        <w:t>vt 0.763228 0.046365</w:t>
        <w:br/>
        <w:t>vt 0.775163 0.047211</w:t>
        <w:br/>
        <w:t>vt 0.787069 0.047781</w:t>
        <w:br/>
        <w:t>vt 0.787745 0.059235</w:t>
        <w:br/>
        <w:t>vt 0.752492 0.046695</w:t>
        <w:br/>
        <w:t>vt 0.797781 0.048186</w:t>
        <w:br/>
        <w:t>vt 0.798923 0.059414</w:t>
        <w:br/>
        <w:t>vt 0.732143 0.066190</w:t>
        <w:br/>
        <w:t>vt 0.742933 0.056152</w:t>
        <w:br/>
        <w:t>vt 0.742320 0.073268</w:t>
        <w:br/>
        <w:t>vt 0.728014 0.052738</w:t>
        <w:br/>
        <w:t>vt 0.732677 0.043638</w:t>
        <w:br/>
        <w:t>vt 0.742751 0.044890</w:t>
        <w:br/>
        <w:t>vt 0.810570 0.058711</w:t>
        <w:br/>
        <w:t>vt 0.811636 0.072301</w:t>
        <w:br/>
        <w:t>vt 0.800865 0.072238</w:t>
        <w:br/>
        <w:t>vt 0.789155 0.072372</w:t>
        <w:br/>
        <w:t>vt 0.775836 0.072447</w:t>
        <w:br/>
        <w:t>vt 0.759819 0.072128</w:t>
        <w:br/>
        <w:t>vt 0.761292 0.106841</w:t>
        <w:br/>
        <w:t>vt 0.760730 0.121793</w:t>
        <w:br/>
        <w:t>vt 0.747276 0.119602</w:t>
        <w:br/>
        <w:t>vt 0.746737 0.108065</w:t>
        <w:br/>
        <w:t>vt 0.772382 0.132734</w:t>
        <w:br/>
        <w:t>vt 0.768216 0.139469</w:t>
        <w:br/>
        <w:t>vt 0.759630 0.133348</w:t>
        <w:br/>
        <w:t>vt 0.721909 0.060241</w:t>
        <w:br/>
        <w:t>vt 0.712060 0.055233</w:t>
        <w:br/>
        <w:t>vt 0.718009 0.048466</w:t>
        <w:br/>
        <w:t>vt 0.729011 0.084072</w:t>
        <w:br/>
        <w:t>vt 0.745467 0.092424</w:t>
        <w:br/>
        <w:t>vt 0.732774 0.097049</w:t>
        <w:br/>
        <w:t>vt 0.823166 0.057846</w:t>
        <w:br/>
        <w:t>vt 0.821020 0.046029</w:t>
        <w:br/>
        <w:t>vt 0.832120 0.044617</w:t>
        <w:br/>
        <w:t>vt 0.834744 0.056174</w:t>
        <w:br/>
        <w:t>vt 0.845015 0.053132</w:t>
        <w:br/>
        <w:t>vt 0.841997 0.042751</w:t>
        <w:br/>
        <w:t>vt 0.809171 0.047254</w:t>
        <w:br/>
        <w:t>vt 0.723724 0.041081</w:t>
        <w:br/>
        <w:t>vt 0.850630 0.040749</w:t>
        <w:br/>
        <w:t>vt 0.854710 0.049301</w:t>
        <w:br/>
        <w:t>vt 0.792101 0.087367</w:t>
        <w:br/>
        <w:t>vt 0.777629 0.088864</w:t>
        <w:br/>
        <w:t>vt 0.760511 0.089907</w:t>
        <w:br/>
        <w:t>vt 0.779922 0.104999</w:t>
        <w:br/>
        <w:t>vt 0.734878 0.108716</w:t>
        <w:br/>
        <w:t>vt 0.722929 0.075628</w:t>
        <w:br/>
        <w:t>vt 0.766050 0.003354</w:t>
        <w:br/>
        <w:t>vt 0.774578 0.003354</w:t>
        <w:br/>
        <w:t>vt 0.755640 0.003354</w:t>
        <w:br/>
        <w:t>vt 0.748623 0.003354</w:t>
        <w:br/>
        <w:t>vt 0.790266 0.111495</w:t>
        <w:br/>
        <w:t>vt 0.787695 0.109973</w:t>
        <w:br/>
        <w:t>vt 0.794333 0.101486</w:t>
        <w:br/>
        <w:t>vt 0.796528 0.103006</w:t>
        <w:br/>
        <w:t>vt 0.775060 0.133986</w:t>
        <w:br/>
        <w:t>vt 0.781340 0.119556</w:t>
        <w:br/>
        <w:t>vt 0.784253 0.121172</w:t>
        <w:br/>
        <w:t>vt 0.771343 0.140072</w:t>
        <w:br/>
        <w:t>vt 0.757011 0.168798</w:t>
        <w:br/>
        <w:t>vt 0.759629 0.168459</w:t>
        <w:br/>
        <w:t>vt 0.759665 0.171736</w:t>
        <w:br/>
        <w:t>vt 0.754810 0.171474</w:t>
        <w:br/>
        <w:t>vt 0.763384 0.168140</w:t>
        <w:br/>
        <w:t>vt 0.765612 0.171007</w:t>
        <w:br/>
        <w:t>vt 0.763384 0.168140</w:t>
        <w:br/>
        <w:t>vt 0.764304 0.157540</w:t>
        <w:br/>
        <w:t>vt 0.767285 0.158164</w:t>
        <w:br/>
        <w:t>vt 0.764637 0.149007</w:t>
        <w:br/>
        <w:t>vt 0.767863 0.149273</w:t>
        <w:br/>
        <w:t>vt 0.746162 0.132923</w:t>
        <w:br/>
        <w:t>vt 0.750732 0.142058</w:t>
        <w:br/>
        <w:t>vt 0.746549 0.142411</w:t>
        <w:br/>
        <w:t>vt 0.743136 0.134164</w:t>
        <w:br/>
        <w:t>vt 0.752427 0.146700</w:t>
        <w:br/>
        <w:t>vt 0.748667 0.146730</w:t>
        <w:br/>
        <w:t>vt 0.753521 0.150439</w:t>
        <w:br/>
        <w:t>vt 0.749927 0.150373</w:t>
        <w:br/>
        <w:t>vt 0.755010 0.157332</w:t>
        <w:br/>
        <w:t>vt 0.751742 0.158587</w:t>
        <w:br/>
        <w:t>vt 0.795226 0.003354</w:t>
        <w:br/>
        <w:t>vt 0.805398 0.003354</w:t>
        <w:br/>
        <w:t>vt 0.784896 0.003354</w:t>
        <w:br/>
        <w:t>vt 0.826108 0.003354</w:t>
        <w:br/>
        <w:t>vt 0.835310 0.003354</w:t>
        <w:br/>
        <w:t>vt 0.815726 0.003354</w:t>
        <w:br/>
        <w:t>vt 0.739997 0.003354</w:t>
        <w:br/>
        <w:t>vt 0.738235 0.119327</w:t>
        <w:br/>
        <w:t>vt 0.743136 0.134164</w:t>
        <w:br/>
        <w:t>vt 0.735440 0.121309</w:t>
        <w:br/>
        <w:t>vt 0.731315 0.108166</w:t>
        <w:br/>
        <w:t>vt 0.727563 0.109935</w:t>
        <w:br/>
        <w:t>vt 0.730957 0.003354</w:t>
        <w:br/>
        <w:t>vt 0.843159 0.003354</w:t>
        <w:br/>
        <w:t>vt 0.836137 0.062664</w:t>
        <w:br/>
        <w:t>vt 0.848246 0.060183</w:t>
        <w:br/>
        <w:t>vt 0.848775 0.063554</w:t>
        <w:br/>
        <w:t>vt 0.836909 0.066638</w:t>
        <w:br/>
        <w:t>vt 0.862249 0.060752</w:t>
        <w:br/>
        <w:t>vt 0.862795 0.064786</w:t>
        <w:br/>
        <w:t>vt 0.708432 0.062898</w:t>
        <w:br/>
        <w:t>vt 0.711084 0.059641</w:t>
        <w:br/>
        <w:t>vt 0.714417 0.070008</w:t>
        <w:br/>
        <w:t>vt 0.711404 0.071951</w:t>
        <w:br/>
        <w:t>vt 0.822307 0.066051</w:t>
        <w:br/>
        <w:t>vt 0.822786 0.069757</w:t>
        <w:br/>
        <w:t>vt 0.813048 0.075660</w:t>
        <w:br/>
        <w:t>vt 0.802694 0.085861</w:t>
        <w:br/>
        <w:t>vt 0.805590 0.088238</w:t>
        <w:br/>
        <w:t>vt 0.769184 0.144515</w:t>
        <w:br/>
        <w:t>vt 0.765790 0.143940</w:t>
        <w:br/>
        <w:t>vt 0.726198 0.099596</w:t>
        <w:br/>
        <w:t>vt 0.722896 0.100979</w:t>
        <w:br/>
        <w:t>vt 0.721874 0.090361</w:t>
        <w:br/>
        <w:t>vt 0.718288 0.091955</w:t>
        <w:br/>
        <w:t>vt 0.714578 0.083630</w:t>
        <w:br/>
        <w:t>vt 0.717862 0.081746</w:t>
        <w:br/>
        <w:t>vt 0.759257 0.157868</w:t>
        <w:br/>
        <w:t>vt 0.764304 0.157540</w:t>
        <w:br/>
        <w:t>vt 0.759300 0.139595</w:t>
        <w:br/>
        <w:t>vt 0.759128 0.144880</w:t>
        <w:br/>
        <w:t>vt 0.859130 0.057242</w:t>
        <w:br/>
        <w:t>vt 0.759126 0.148621</w:t>
        <w:br/>
        <w:t>vt 0.461912 0.521248</w:t>
        <w:br/>
        <w:t>vt 0.455139 0.519929</w:t>
        <w:br/>
        <w:t>vt 0.459198 0.515477</w:t>
        <w:br/>
        <w:t>vt 0.467136 0.516087</w:t>
        <w:br/>
        <w:t>vt 0.464388 0.511790</w:t>
        <w:br/>
        <w:t>vt 0.401287 0.483051</w:t>
        <w:br/>
        <w:t>vt 0.403771 0.484802</w:t>
        <w:br/>
        <w:t>vt 0.402848 0.486416</w:t>
        <w:br/>
        <w:t>vt 0.400583 0.483705</w:t>
        <w:br/>
        <w:t>vt 0.458039 0.481742</w:t>
        <w:br/>
        <w:t>vt 0.454610 0.482363</w:t>
        <w:br/>
        <w:t>vt 0.455160 0.479192</w:t>
        <w:br/>
        <w:t>vt 0.457647 0.478696</w:t>
        <w:br/>
        <w:t>vt 0.460165 0.478772</w:t>
        <w:br/>
        <w:t>vt 0.460165 0.477523</w:t>
        <w:br/>
        <w:t>vt 0.400806 0.487350</w:t>
        <w:br/>
        <w:t>vt 0.400510 0.484412</w:t>
        <w:br/>
        <w:t>vt 0.412416 0.486903</w:t>
        <w:br/>
        <w:t>vt 0.412500 0.489082</w:t>
        <w:br/>
        <w:t>vt 0.409878 0.488334</w:t>
        <w:br/>
        <w:t>vt 0.412156 0.486052</w:t>
        <w:br/>
        <w:t>vt 0.450548 0.478700</w:t>
        <w:br/>
        <w:t>vt 0.451751 0.481721</w:t>
        <w:br/>
        <w:t>vt 0.449789 0.481565</w:t>
        <w:br/>
        <w:t>vt 0.462324 0.486321</w:t>
        <w:br/>
        <w:t>vt 0.463280 0.482891</w:t>
        <w:br/>
        <w:t>vt 0.466666 0.482413</w:t>
        <w:br/>
        <w:t>vt 0.466433 0.486740</w:t>
        <w:br/>
        <w:t>vt 0.464429 0.479621</w:t>
        <w:br/>
        <w:t>vt 0.466985 0.479450</w:t>
        <w:br/>
        <w:t>vt 0.398542 0.485792</w:t>
        <w:br/>
        <w:t>vt 0.400412 0.483941</w:t>
        <w:br/>
        <w:t>vt 0.459735 0.481575</w:t>
        <w:br/>
        <w:t>vt 0.460986 0.478630</w:t>
        <w:br/>
        <w:t>vt 0.461355 0.478739</w:t>
        <w:br/>
        <w:t>vt 0.460923 0.481872</w:t>
        <w:br/>
        <w:t>vt 0.458874 0.485012</w:t>
        <w:br/>
        <w:t>vt 0.398797 0.490015</w:t>
        <w:br/>
        <w:t>vt 0.395251 0.494624</w:t>
        <w:br/>
        <w:t>vt 0.396045 0.491446</w:t>
        <w:br/>
        <w:t>vt 0.398711 0.488082</w:t>
        <w:br/>
        <w:t>vt 0.396206 0.488643</w:t>
        <w:br/>
        <w:t>vt 0.396079 0.486394</w:t>
        <w:br/>
        <w:t>vt 0.449396 0.476307</w:t>
        <w:br/>
        <w:t>vt 0.446929 0.478379</w:t>
        <w:br/>
        <w:t>vt 0.446398 0.473980</w:t>
        <w:br/>
        <w:t>vt 0.449396 0.473324</w:t>
        <w:br/>
        <w:t>vt 0.414798 0.481141</w:t>
        <w:br/>
        <w:t>vt 0.415124 0.485280</w:t>
        <w:br/>
        <w:t>vt 0.412807 0.484642</w:t>
        <w:br/>
        <w:t>vt 0.412267 0.481389</w:t>
        <w:br/>
        <w:t>vt 0.444472 0.479170</w:t>
        <w:br/>
        <w:t>vt 0.444007 0.474453</w:t>
        <w:br/>
        <w:t>vt 0.416962 0.481079</w:t>
        <w:br/>
        <w:t>vt 0.417153 0.485566</w:t>
        <w:br/>
        <w:t>vt 0.450201 0.478221</w:t>
        <w:br/>
        <w:t>vt 0.449789 0.481565</w:t>
        <w:br/>
        <w:t>vt 0.449396 0.477721</w:t>
        <w:br/>
        <w:t>vt 0.448187 0.482418</w:t>
        <w:br/>
        <w:t>vt 0.414815 0.487574</w:t>
        <w:br/>
        <w:t>vt 0.412592 0.486056</w:t>
        <w:br/>
        <w:t>vt 0.418777 0.494679</w:t>
        <w:br/>
        <w:t>vt 0.413778 0.491520</w:t>
        <w:br/>
        <w:t>vt 0.417937 0.491656</w:t>
        <w:br/>
        <w:t>vt 0.441737 0.474313</w:t>
        <w:br/>
        <w:t>vt 0.442030 0.478937</w:t>
        <w:br/>
        <w:t>vt 0.439009 0.477664</w:t>
        <w:br/>
        <w:t>vt 0.438942 0.473954</w:t>
        <w:br/>
        <w:t>vt 0.419112 0.481049</w:t>
        <w:br/>
        <w:t>vt 0.421680 0.481295</w:t>
        <w:br/>
        <w:t>vt 0.421444 0.484545</w:t>
        <w:br/>
        <w:t>vt 0.419097 0.485320</w:t>
        <w:br/>
        <w:t>vt 0.419861 0.487522</w:t>
        <w:br/>
        <w:t>vt 0.421772 0.485728</w:t>
        <w:br/>
        <w:t>vt 0.421827 0.486455</w:t>
        <w:br/>
        <w:t>vt 0.421963 0.488435</w:t>
        <w:br/>
        <w:t>vt 0.439275 0.480198</w:t>
        <w:br/>
        <w:t>vt 0.441930 0.483161</w:t>
        <w:br/>
        <w:t>vt 0.440286 0.483931</w:t>
        <w:br/>
        <w:t>vt 0.422042 0.491009</w:t>
        <w:br/>
        <w:t>vt 0.424325 0.479011</w:t>
        <w:br/>
        <w:t>vt 0.424591 0.484747</w:t>
        <w:br/>
        <w:t>vt 0.422553 0.484368</w:t>
        <w:br/>
        <w:t>vt 0.422497 0.478682</w:t>
        <w:br/>
        <w:t>vt 0.437549 0.480875</w:t>
        <w:br/>
        <w:t>vt 0.436018 0.482399</w:t>
        <w:br/>
        <w:t>vt 0.434979 0.478276</w:t>
        <w:br/>
        <w:t>vt 0.437000 0.478682</w:t>
        <w:br/>
        <w:t>vt 0.434643 0.483488</w:t>
        <w:br/>
        <w:t>vt 0.433229 0.478373</w:t>
        <w:br/>
        <w:t>vt 0.426100 0.479118</w:t>
        <w:br/>
        <w:t>vt 0.426485 0.484962</w:t>
        <w:br/>
        <w:t>vt 0.438663 0.480669</w:t>
        <w:br/>
        <w:t>vt 0.438125 0.481245</w:t>
        <w:br/>
        <w:t>vt 0.421991 0.485913</w:t>
        <w:br/>
        <w:t>vt 0.423906 0.487441</w:t>
        <w:br/>
        <w:t>vt 0.441372 0.486862</w:t>
        <w:br/>
        <w:t>vt 0.439121 0.484754</w:t>
        <w:br/>
        <w:t>vt 0.425586 0.491340</w:t>
        <w:br/>
        <w:t>vt 0.423564 0.489165</w:t>
        <w:br/>
        <w:t>vt 0.425902 0.489505</w:t>
        <w:br/>
        <w:t>vt 0.427825 0.478980</w:t>
        <w:br/>
        <w:t>vt 0.429577 0.478693</w:t>
        <w:br/>
        <w:t>vt 0.430315 0.484400</w:t>
        <w:br/>
        <w:t>vt 0.428405 0.484740</w:t>
        <w:br/>
        <w:t>vt 0.432513 0.484151</w:t>
        <w:br/>
        <w:t>vt 0.431456 0.478497</w:t>
        <w:br/>
        <w:t>vt 0.436843 0.486886</w:t>
        <w:br/>
        <w:t>vt 0.433572 0.488133</w:t>
        <w:br/>
        <w:t>vt 0.438289 0.489356</w:t>
        <w:br/>
        <w:t>vt 0.442601 0.493075</w:t>
        <w:br/>
        <w:t>vt 0.435458 0.495277</w:t>
        <w:br/>
        <w:t>vt 0.434528 0.491001</w:t>
        <w:br/>
        <w:t>vt 0.427949 0.491540</w:t>
        <w:br/>
        <w:t>vt 0.430981 0.491688</w:t>
        <w:br/>
        <w:t>vt 0.430823 0.495431</w:t>
        <w:br/>
        <w:t>vt 0.425454 0.494655</w:t>
        <w:br/>
        <w:t>vt 0.472221 0.511002</w:t>
        <w:br/>
        <w:t>vt 0.470213 0.513022</w:t>
        <w:br/>
        <w:t>vt 0.468189 0.509344</w:t>
        <w:br/>
        <w:t>vt 0.470787 0.507796</w:t>
        <w:br/>
        <w:t>vt 0.467115 0.504700</w:t>
        <w:br/>
        <w:t>vt 0.469819 0.504032</w:t>
        <w:br/>
        <w:t>vt 0.380948 0.504445</w:t>
        <w:br/>
        <w:t>vt 0.383032 0.506215</w:t>
        <w:br/>
        <w:t>vt 0.380862 0.508469</w:t>
        <w:br/>
        <w:t>vt 0.378922 0.506382</w:t>
        <w:br/>
        <w:t>vt 0.473222 0.499639</w:t>
        <w:br/>
        <w:t>vt 0.468964 0.499364</w:t>
        <w:br/>
        <w:t>vt 0.471703 0.495996</w:t>
        <w:br/>
        <w:t>vt 0.473408 0.496245</w:t>
        <w:br/>
        <w:t>vt 0.382785 0.502335</w:t>
        <w:br/>
        <w:t>vt 0.382505 0.499113</w:t>
        <w:br/>
        <w:t>vt 0.385605 0.501049</w:t>
        <w:br/>
        <w:t>vt 0.384287 0.498386</w:t>
        <w:br/>
        <w:t>vt 0.382505 0.499113</w:t>
        <w:br/>
        <w:t>vt 0.384672 0.503905</w:t>
        <w:br/>
        <w:t>vt 0.425001 0.499706</w:t>
        <w:br/>
        <w:t>vt 0.421894 0.497327</w:t>
        <w:br/>
        <w:t>vt 0.451261 0.491803</w:t>
        <w:br/>
        <w:t>vt 0.454459 0.486225</w:t>
        <w:br/>
        <w:t>vt 0.459464 0.491216</w:t>
        <w:br/>
        <w:t>vt 0.388995 0.495492</w:t>
        <w:br/>
        <w:t>vt 0.391930 0.495610</w:t>
        <w:br/>
        <w:t>vt 0.390884 0.498986</w:t>
        <w:br/>
        <w:t>vt 0.387743 0.498428</w:t>
        <w:br/>
        <w:t>vt 0.385601 0.497256</w:t>
        <w:br/>
        <w:t>vt 0.387198 0.495019</w:t>
        <w:br/>
        <w:t>vt 0.471109 0.494359</w:t>
        <w:br/>
        <w:t>vt 0.467586 0.496308</w:t>
        <w:br/>
        <w:t>vt 0.466628 0.492083</w:t>
        <w:br/>
        <w:t>vt 0.470493 0.491018</w:t>
        <w:br/>
        <w:t>vt 0.445910 0.487091</w:t>
        <w:br/>
        <w:t>vt 0.443745 0.508435</w:t>
        <w:br/>
        <w:t>vt 0.453984 0.509622</w:t>
        <w:br/>
        <w:t>vt 0.449201 0.517391</w:t>
        <w:br/>
        <w:t>vt 0.441528 0.515160</w:t>
        <w:br/>
        <w:t>vt 0.435688 0.511955</w:t>
        <w:br/>
        <w:t>vt 0.435323 0.507410</w:t>
        <w:br/>
        <w:t>vt 0.429490 0.505237</w:t>
        <w:br/>
        <w:t>vt 0.435610 0.501362</w:t>
        <w:br/>
        <w:t>vt 0.430131 0.500545</w:t>
        <w:br/>
        <w:t>vt 0.443678 0.501675</w:t>
        <w:br/>
        <w:t>vt 0.462036 0.506034</w:t>
        <w:br/>
        <w:t>vt 0.461551 0.499162</w:t>
        <w:br/>
        <w:t>vt 0.386058 0.508815</w:t>
        <w:br/>
        <w:t>vt 0.383555 0.511453</w:t>
        <w:br/>
        <w:t>vt 0.450365 0.484980</w:t>
        <w:br/>
        <w:t>vt 0.414808 0.489445</w:t>
        <w:br/>
        <w:t>vt 0.420140 0.489141</w:t>
        <w:br/>
        <w:t>vt 0.384287 0.498386</w:t>
        <w:br/>
        <w:t>vt 0.389381 0.491847</w:t>
        <w:br/>
        <w:t>vt 0.470279 0.486093</w:t>
        <w:br/>
        <w:t>vt 0.386813 0.509442</w:t>
        <w:br/>
        <w:t>vt 0.385854 0.514443</w:t>
        <w:br/>
        <w:t>vt 0.393642 0.486415</w:t>
        <w:br/>
        <w:t>vt 0.393482 0.488713</w:t>
        <w:br/>
        <w:t>vt 0.390499 0.488290</w:t>
        <w:br/>
        <w:t>vt 0.390728 0.486060</w:t>
        <w:br/>
        <w:t>vt 0.393146 0.492104</w:t>
        <w:br/>
        <w:t>vt 0.428570 0.487561</w:t>
        <w:br/>
        <w:t>vt 0.430801 0.487394</w:t>
        <w:br/>
        <w:t>vt 0.430901 0.489317</w:t>
        <w:br/>
        <w:t>vt 0.428421 0.489495</w:t>
        <w:br/>
        <w:t>vt 0.469426 0.479596</w:t>
        <w:br/>
        <w:t>vt 0.480432 0.507429</w:t>
        <w:br/>
        <w:t>vt 0.480078 0.505008</w:t>
        <w:br/>
        <w:t>vt 0.483891 0.504648</w:t>
        <w:br/>
        <w:t>vt 0.484316 0.507094</w:t>
        <w:br/>
        <w:t>vt 0.490451 0.504244</w:t>
        <w:br/>
        <w:t>vt 0.490710 0.506098</w:t>
        <w:br/>
        <w:t>vt 0.487175 0.506579</w:t>
        <w:br/>
        <w:t>vt 0.486831 0.504450</w:t>
        <w:br/>
        <w:t>vt 0.370739 0.496443</w:t>
        <w:br/>
        <w:t>vt 0.371319 0.497224</w:t>
        <w:br/>
        <w:t>vt 0.369499 0.497778</w:t>
        <w:br/>
        <w:t>vt 0.479870 0.502486</w:t>
        <w:br/>
        <w:t>vt 0.483760 0.502408</w:t>
        <w:br/>
        <w:t>vt 0.486719 0.502416</w:t>
        <w:br/>
        <w:t>vt 0.490370 0.502414</w:t>
        <w:br/>
        <w:t>vt 0.495287 0.503900</w:t>
        <w:br/>
        <w:t>vt 0.493309 0.503968</w:t>
        <w:br/>
        <w:t>vt 0.493308 0.502360</w:t>
        <w:br/>
        <w:t>vt 0.495622 0.502375</w:t>
        <w:br/>
        <w:t>vt 0.044789 0.324729</w:t>
        <w:br/>
        <w:t>vt 0.047708 0.322585</w:t>
        <w:br/>
        <w:t>vt 0.046613 0.324133</w:t>
        <w:br/>
        <w:t>vt 0.378666 0.502321</w:t>
        <w:br/>
        <w:t>vt 0.376821 0.503968</w:t>
        <w:br/>
        <w:t>vt 0.373157 0.499555</w:t>
        <w:br/>
        <w:t>vt 0.374730 0.498196</w:t>
        <w:br/>
        <w:t>vt 0.378358 0.510239</w:t>
        <w:br/>
        <w:t>vt 0.376601 0.508014</w:t>
        <w:br/>
        <w:t>vt 0.044789 0.324729</w:t>
        <w:br/>
        <w:t>vt 0.047524 0.329999</w:t>
        <w:br/>
        <w:t>vt 0.043994 0.330288</w:t>
        <w:br/>
        <w:t>vt 0.480237 0.497760</w:t>
        <w:br/>
        <w:t>vt 0.480009 0.500003</w:t>
        <w:br/>
        <w:t>vt 0.483945 0.500162</w:t>
        <w:br/>
        <w:t>vt 0.484218 0.497798</w:t>
        <w:br/>
        <w:t>vt 0.373436 0.494131</w:t>
        <w:br/>
        <w:t>vt 0.372931 0.493557</w:t>
        <w:br/>
        <w:t>vt 0.374744 0.493089</w:t>
        <w:br/>
        <w:t>vt 0.495225 0.500831</w:t>
        <w:br/>
        <w:t>vt 0.493336 0.500735</w:t>
        <w:br/>
        <w:t>vt 0.376207 0.496780</w:t>
        <w:br/>
        <w:t>vt 0.380308 0.500612</w:t>
        <w:br/>
        <w:t>vt 0.048517 0.324276</w:t>
        <w:br/>
        <w:t>vt 0.046613 0.324133</w:t>
        <w:br/>
        <w:t>vt 0.486885 0.500345</w:t>
        <w:br/>
        <w:t>vt 0.490486 0.500533</w:t>
        <w:br/>
        <w:t>vt 0.377475 0.495239</w:t>
        <w:br/>
        <w:t>vt 0.473960 0.506319</w:t>
        <w:br/>
        <w:t>vt 0.473279 0.503031</w:t>
        <w:br/>
        <w:t>vt 0.374721 0.505344</w:t>
        <w:br/>
        <w:t>vt 0.371416 0.500746</w:t>
        <w:br/>
        <w:t>vt 0.493764 0.505194</w:t>
        <w:br/>
        <w:t>vt 0.487207 0.498252</w:t>
        <w:br/>
        <w:t>vt 0.490698 0.498657</w:t>
        <w:br/>
        <w:t>vt 0.372074 0.495249</w:t>
        <w:br/>
        <w:t>vt 0.371520 0.494620</w:t>
        <w:br/>
        <w:t>vt 0.370240 0.495901</w:t>
        <w:br/>
        <w:t>vt 0.493634 0.499478</w:t>
        <w:br/>
        <w:t>vt 0.369904 0.490359</w:t>
        <w:br/>
        <w:t>vt 0.368031 0.488667</w:t>
        <w:br/>
        <w:t>vt 0.368725 0.487535</w:t>
        <w:br/>
        <w:t>vt 0.370877 0.489173</w:t>
        <w:br/>
        <w:t>vt 0.048517 0.324276</w:t>
        <w:br/>
        <w:t>vt 0.047708 0.322585</w:t>
        <w:br/>
        <w:t>vt 0.050192 0.325037</w:t>
        <w:br/>
        <w:t>vt 0.366024 0.493427</w:t>
        <w:br/>
        <w:t>vt 0.364703 0.490894</w:t>
        <w:br/>
        <w:t>vt 0.365910 0.490441</w:t>
        <w:br/>
        <w:t>vt 0.367457 0.492593</w:t>
        <w:br/>
        <w:t>vt 0.366409 0.487630</w:t>
        <w:br/>
        <w:t>vt 0.366816 0.486785</w:t>
        <w:br/>
        <w:t>vt 0.364255 0.488986</w:t>
        <w:br/>
        <w:t>vt 0.365162 0.488801</w:t>
        <w:br/>
        <w:t>vt 0.391189 0.484307</w:t>
        <w:br/>
        <w:t>vt 0.393680 0.484613</w:t>
        <w:br/>
        <w:t>vt 0.469426 0.478074</w:t>
        <w:br/>
        <w:t>vt 0.391497 0.476254</w:t>
        <w:br/>
        <w:t>vt 0.391497 0.472631</w:t>
        <w:br/>
        <w:t>vt 0.393670 0.473170</w:t>
        <w:br/>
        <w:t>vt 0.393771 0.476014</w:t>
        <w:br/>
        <w:t>vt 0.469426 0.470934</w:t>
        <w:br/>
        <w:t>vt 0.469426 0.475178</w:t>
        <w:br/>
        <w:t>vt 0.467160 0.475665</w:t>
        <w:br/>
        <w:t>vt 0.467334 0.471222</w:t>
        <w:br/>
        <w:t>vt 0.469426 0.463680</w:t>
        <w:br/>
        <w:t>vt 0.467431 0.463980</w:t>
        <w:br/>
        <w:t>vt 0.467390 0.459035</w:t>
        <w:br/>
        <w:t>vt 0.469426 0.458845</w:t>
        <w:br/>
        <w:t>vt 0.465190 0.475669</w:t>
        <w:br/>
        <w:t>vt 0.465380 0.471280</w:t>
        <w:br/>
        <w:t>vt 0.465414 0.459166</w:t>
        <w:br/>
        <w:t>vt 0.465385 0.464125</w:t>
        <w:br/>
        <w:t>vt 0.465043 0.450745</w:t>
        <w:br/>
        <w:t>vt 0.466605 0.450819</w:t>
        <w:br/>
        <w:t>vt 0.466940 0.452627</w:t>
        <w:br/>
        <w:t>vt 0.465193 0.452663</w:t>
        <w:br/>
        <w:t>vt 0.394723 0.446692</w:t>
        <w:br/>
        <w:t>vt 0.393726 0.446057</w:t>
        <w:br/>
        <w:t>vt 0.395988 0.446286</w:t>
        <w:br/>
        <w:t>vt 0.395857 0.484607</w:t>
        <w:br/>
        <w:t>vt 0.393598 0.453640</w:t>
        <w:br/>
        <w:t>vt 0.396144 0.453778</w:t>
        <w:br/>
        <w:t>vt 0.396042 0.458372</w:t>
        <w:br/>
        <w:t>vt 0.393630 0.458695</w:t>
        <w:br/>
        <w:t>vt 0.397947 0.484049</w:t>
        <w:br/>
        <w:t>vt 0.400224 0.483142</w:t>
        <w:br/>
        <w:t>vt 0.398062 0.473339</w:t>
        <w:br/>
        <w:t>vt 0.400245 0.472953</w:t>
        <w:br/>
        <w:t>vt 0.400245 0.476470</w:t>
        <w:br/>
        <w:t>vt 0.397932 0.476112</w:t>
        <w:br/>
        <w:t>vt 0.461355 0.471080</w:t>
        <w:br/>
        <w:t>vt 0.461355 0.468224</w:t>
        <w:br/>
        <w:t>vt 0.463514 0.468441</w:t>
        <w:br/>
        <w:t>vt 0.463452 0.471162</w:t>
        <w:br/>
        <w:t>vt 0.461355 0.474894</w:t>
        <w:br/>
        <w:t>vt 0.463359 0.475288</w:t>
        <w:br/>
        <w:t>vt 0.397792 0.480675</w:t>
        <w:br/>
        <w:t>vt 0.400245 0.480624</w:t>
        <w:br/>
        <w:t>vt 0.462906 0.478748</w:t>
        <w:br/>
        <w:t>vt 0.465384 0.468529</w:t>
        <w:br/>
        <w:t>vt 0.463383 0.464056</w:t>
        <w:br/>
        <w:t>vt 0.463449 0.459101</w:t>
        <w:br/>
        <w:t>vt 0.463458 0.450872</w:t>
        <w:br/>
        <w:t>vt 0.463408 0.452675</w:t>
        <w:br/>
        <w:t>vt 0.398357 0.453701</w:t>
        <w:br/>
        <w:t>vt 0.398263 0.458701</w:t>
        <w:br/>
        <w:t>vt 0.467507 0.455144</w:t>
        <w:br/>
        <w:t>vt 0.469426 0.454869</w:t>
        <w:br/>
        <w:t>vt 0.465378 0.455290</w:t>
        <w:br/>
        <w:t>vt 0.463246 0.455247</w:t>
        <w:br/>
        <w:t>vt 0.468196 0.452458</w:t>
        <w:br/>
        <w:t>vt 0.462133 0.452465</w:t>
        <w:br/>
        <w:t>vt 0.461355 0.458957</w:t>
        <w:br/>
        <w:t>vt 0.461355 0.455006</w:t>
        <w:br/>
        <w:t>vt 0.467277 0.468429</w:t>
        <w:br/>
        <w:t>vt 0.469426 0.467936</w:t>
        <w:br/>
        <w:t>vt 0.400245 0.460748</w:t>
        <w:br/>
        <w:t>vt 0.398210 0.460173</w:t>
        <w:br/>
        <w:t>vt 0.391497 0.467083</w:t>
        <w:br/>
        <w:t>vt 0.391497 0.460593</w:t>
        <w:br/>
        <w:t>vt 0.393657 0.461306</w:t>
        <w:br/>
        <w:t>vt 0.393725 0.466658</w:t>
        <w:br/>
        <w:t>vt 0.395976 0.466440</w:t>
        <w:br/>
        <w:t>vt 0.396031 0.461191</w:t>
        <w:br/>
        <w:t>vt 0.398245 0.461341</w:t>
        <w:br/>
        <w:t>vt 0.400245 0.467290</w:t>
        <w:br/>
        <w:t>vt 0.398095 0.466718</w:t>
        <w:br/>
        <w:t>vt 0.461355 0.463864</w:t>
        <w:br/>
        <w:t>vt 0.391497 0.454126</w:t>
        <w:br/>
        <w:t>vt 0.393895 0.449119</w:t>
        <w:br/>
        <w:t>vt 0.391497 0.448989</w:t>
        <w:br/>
        <w:t>vt 0.393726 0.446057</w:t>
        <w:br/>
        <w:t>vt 0.394723 0.446692</w:t>
        <w:br/>
        <w:t>vt 0.400245 0.449014</w:t>
        <w:br/>
        <w:t>vt 0.400245 0.454379</w:t>
        <w:br/>
        <w:t>vt 0.398050 0.449132</w:t>
        <w:br/>
        <w:t>vt 0.043994 0.330288</w:t>
        <w:br/>
        <w:t>vt 0.044789 0.324729</w:t>
        <w:br/>
        <w:t>vt 0.047569 0.325598</w:t>
        <w:br/>
        <w:t>vt 0.050955 0.330216</w:t>
        <w:br/>
        <w:t>vt 0.047524 0.329999</w:t>
        <w:br/>
        <w:t>vt 0.047582 0.323561</w:t>
        <w:br/>
        <w:t>vt 0.047708 0.322585</w:t>
        <w:br/>
        <w:t>vt 0.048517 0.324276</w:t>
        <w:br/>
        <w:t>vt 0.397263 0.446761</w:t>
        <w:br/>
        <w:t>vt 0.398114 0.446013</w:t>
        <w:br/>
        <w:t>vt 0.401664 0.477313</w:t>
        <w:br/>
        <w:t>vt 0.401664 0.473871</w:t>
        <w:br/>
        <w:t>vt 0.404040 0.474475</w:t>
        <w:br/>
        <w:t>vt 0.404498 0.476953</w:t>
        <w:br/>
        <w:t>vt 0.457782 0.470883</w:t>
        <w:br/>
        <w:t>vt 0.460165 0.470751</w:t>
        <w:br/>
        <w:t>vt 0.460165 0.474814</w:t>
        <w:br/>
        <w:t>vt 0.457703 0.475272</w:t>
        <w:br/>
        <w:t>vt 0.460165 0.457292</w:t>
        <w:br/>
        <w:t>vt 0.460165 0.463002</w:t>
        <w:br/>
        <w:t>vt 0.457854 0.463068</w:t>
        <w:br/>
        <w:t>vt 0.457810 0.457239</w:t>
        <w:br/>
        <w:t>vt 0.401664 0.451657</w:t>
        <w:br/>
        <w:t>vt 0.403905 0.451024</w:t>
        <w:br/>
        <w:t>vt 0.403960 0.457741</w:t>
        <w:br/>
        <w:t>vt 0.401664 0.459973</w:t>
        <w:br/>
        <w:t>vt 0.401664 0.467627</w:t>
        <w:br/>
        <w:t>vt 0.404006 0.460816</w:t>
        <w:br/>
        <w:t>vt 0.404125 0.467201</w:t>
        <w:br/>
        <w:t>vt 0.455540 0.475441</w:t>
        <w:br/>
        <w:t>vt 0.455570 0.470861</w:t>
        <w:br/>
        <w:t>vt 0.455384 0.457291</w:t>
        <w:br/>
        <w:t>vt 0.455443 0.463096</w:t>
        <w:br/>
        <w:t>vt 0.457870 0.446984</w:t>
        <w:br/>
        <w:t>vt 0.458008 0.449350</w:t>
        <w:br/>
        <w:t>vt 0.455712 0.449253</w:t>
        <w:br/>
        <w:t>vt 0.455842 0.446699</w:t>
        <w:br/>
        <w:t>vt 0.047582 0.323561</w:t>
        <w:br/>
        <w:t>vt 0.046613 0.324133</w:t>
        <w:br/>
        <w:t>vt 0.047708 0.322585</w:t>
        <w:br/>
        <w:t>vt 0.406370 0.451362</w:t>
        <w:br/>
        <w:t>vt 0.406399 0.457440</w:t>
        <w:br/>
        <w:t>vt 0.406443 0.466989</w:t>
        <w:br/>
        <w:t>vt 0.406420 0.460653</w:t>
        <w:br/>
        <w:t>vt 0.408820 0.474625</w:t>
        <w:br/>
        <w:t>vt 0.411208 0.474045</w:t>
        <w:br/>
        <w:t>vt 0.411208 0.477663</w:t>
        <w:br/>
        <w:t>vt 0.408658 0.477345</w:t>
        <w:br/>
        <w:t>vt 0.450825 0.470520</w:t>
        <w:br/>
        <w:t>vt 0.450825 0.467692</w:t>
        <w:br/>
        <w:t>vt 0.453353 0.467966</w:t>
        <w:br/>
        <w:t>vt 0.453288 0.470670</w:t>
        <w:br/>
        <w:t>vt 0.453355 0.475006</w:t>
        <w:br/>
        <w:t>vt 0.450825 0.474491</w:t>
        <w:br/>
        <w:t>vt 0.408420 0.482577</w:t>
        <w:br/>
        <w:t>vt 0.411208 0.482328</w:t>
        <w:br/>
        <w:t>vt 0.411208 0.451830</w:t>
        <w:br/>
        <w:t>vt 0.411208 0.459849</w:t>
        <w:br/>
        <w:t>vt 0.408867 0.457736</w:t>
        <w:br/>
        <w:t>vt 0.408893 0.451109</w:t>
        <w:br/>
        <w:t>vt 0.450825 0.457159</w:t>
        <w:br/>
        <w:t>vt 0.450825 0.452351</w:t>
        <w:br/>
        <w:t>vt 0.452932 0.452607</w:t>
        <w:br/>
        <w:t>vt 0.453191 0.457273</w:t>
        <w:br/>
        <w:t>vt 0.450825 0.462865</w:t>
        <w:br/>
        <w:t>vt 0.453168 0.463024</w:t>
        <w:br/>
        <w:t>vt 0.408841 0.460725</w:t>
        <w:br/>
        <w:t>vt 0.411208 0.467665</w:t>
        <w:br/>
        <w:t>vt 0.408750 0.467195</w:t>
        <w:br/>
        <w:t>vt 0.455502 0.468047</w:t>
        <w:br/>
        <w:t>vt 0.453690 0.449537</w:t>
        <w:br/>
        <w:t>vt 0.453858 0.447031</w:t>
        <w:br/>
        <w:t>vt 0.408847 0.472527</w:t>
        <w:br/>
        <w:t>vt 0.406447 0.472197</w:t>
        <w:br/>
        <w:t>vt 0.457695 0.468080</w:t>
        <w:br/>
        <w:t>vt 0.455358 0.452662</w:t>
        <w:br/>
        <w:t>vt 0.458029 0.452515</w:t>
        <w:br/>
        <w:t>vt 0.460165 0.452224</w:t>
        <w:br/>
        <w:t>vt 0.459518 0.449498</w:t>
        <w:br/>
        <w:t>vt 0.452286 0.449724</w:t>
        <w:br/>
        <w:t>vt 0.460165 0.467787</w:t>
        <w:br/>
        <w:t>vt 0.406450 0.474579</w:t>
        <w:br/>
        <w:t>vt 0.406370 0.477024</w:t>
        <w:br/>
        <w:t>vt 0.045006 0.335231</w:t>
        <w:br/>
        <w:t>vt 0.047538 0.335847</w:t>
        <w:br/>
        <w:t>vt 0.047574 0.338167</w:t>
        <w:br/>
        <w:t>vt 0.049869 0.335208</w:t>
        <w:br/>
        <w:t>vt 0.404685 0.442557</w:t>
        <w:br/>
        <w:t>vt 0.405162 0.443596</w:t>
        <w:br/>
        <w:t>vt 0.404144 0.446053</w:t>
        <w:br/>
        <w:t>vt 0.401664 0.445088</w:t>
        <w:br/>
        <w:t>vt 0.408572 0.446033</w:t>
        <w:br/>
        <w:t>vt 0.411208 0.445198</w:t>
        <w:br/>
        <w:t>vt 0.044789 0.324729</w:t>
        <w:br/>
        <w:t>vt 0.046613 0.324133</w:t>
        <w:br/>
        <w:t>vt 0.047524 0.329999</w:t>
        <w:br/>
        <w:t>vt 0.043994 0.330288</w:t>
        <w:br/>
        <w:t>vt 0.047582 0.323561</w:t>
        <w:br/>
        <w:t>vt 0.048517 0.324276</w:t>
        <w:br/>
        <w:t>vt 0.048517 0.324276</w:t>
        <w:br/>
        <w:t>vt 0.407555 0.443528</w:t>
        <w:br/>
        <w:t>vt 0.407974 0.442555</w:t>
        <w:br/>
        <w:t>vt 0.412267 0.477150</w:t>
        <w:br/>
        <w:t>vt 0.412267 0.473201</w:t>
        <w:br/>
        <w:t>vt 0.414597 0.474051</w:t>
        <w:br/>
        <w:t>vt 0.414678 0.476946</w:t>
        <w:br/>
        <w:t>vt 0.446446 0.470035</w:t>
        <w:br/>
        <w:t>vt 0.449396 0.469789</w:t>
        <w:br/>
        <w:t>vt 0.449396 0.461253</w:t>
        <w:br/>
        <w:t>vt 0.449396 0.466734</w:t>
        <w:br/>
        <w:t>vt 0.446430 0.466946</w:t>
        <w:br/>
        <w:t>vt 0.446693 0.461396</w:t>
        <w:br/>
        <w:t>vt 0.446637 0.456005</w:t>
        <w:br/>
        <w:t>vt 0.449396 0.455794</w:t>
        <w:br/>
        <w:t>vt 0.412267 0.465759</w:t>
        <w:br/>
        <w:t>vt 0.412267 0.458099</w:t>
        <w:br/>
        <w:t>vt 0.414506 0.458863</w:t>
        <w:br/>
        <w:t>vt 0.414642 0.465457</w:t>
        <w:br/>
        <w:t>vt 0.414558 0.471637</w:t>
        <w:br/>
        <w:t>vt 0.443949 0.470227</w:t>
        <w:br/>
        <w:t>vt 0.444033 0.461452</w:t>
        <w:br/>
        <w:t>vt 0.443965 0.467093</w:t>
        <w:br/>
        <w:t>vt 0.444026 0.456163</w:t>
        <w:br/>
        <w:t>vt 0.444113 0.449328</w:t>
        <w:br/>
        <w:t>vt 0.444026 0.446317</w:t>
        <w:br/>
        <w:t>vt 0.445970 0.447082</w:t>
        <w:br/>
        <w:t>vt 0.446074 0.449274</w:t>
        <w:br/>
        <w:t>vt 0.047582 0.323561</w:t>
        <w:br/>
        <w:t>vt 0.046613 0.324133</w:t>
        <w:br/>
        <w:t>vt 0.047708 0.322585</w:t>
        <w:br/>
        <w:t>vt 0.417007 0.465264</w:t>
        <w:br/>
        <w:t>vt 0.417016 0.458689</w:t>
        <w:br/>
        <w:t>vt 0.416943 0.471383</w:t>
        <w:br/>
        <w:t>vt 0.416935 0.476875</w:t>
        <w:br/>
        <w:t>vt 0.416944 0.474023</w:t>
        <w:br/>
        <w:t>vt 0.416990 0.451782</w:t>
        <w:br/>
        <w:t>vt 0.417027 0.455739</w:t>
        <w:br/>
        <w:t>vt 0.414510 0.456034</w:t>
        <w:br/>
        <w:t>vt 0.414560 0.451377</w:t>
        <w:br/>
        <w:t>vt 0.419308 0.474002</w:t>
        <w:br/>
        <w:t>vt 0.421680 0.473241</w:t>
        <w:br/>
        <w:t>vt 0.421680 0.477123</w:t>
        <w:br/>
        <w:t>vt 0.419200 0.476878</w:t>
        <w:br/>
        <w:t>vt 0.438696 0.470114</w:t>
        <w:br/>
        <w:t>vt 0.438696 0.467035</w:t>
        <w:br/>
        <w:t>vt 0.441510 0.467092</w:t>
        <w:br/>
        <w:t>vt 0.441452 0.470201</w:t>
        <w:br/>
        <w:t>vt 0.419434 0.458676</w:t>
        <w:br/>
        <w:t>vt 0.421679 0.457828</w:t>
        <w:br/>
        <w:t>vt 0.421680 0.465668</w:t>
        <w:br/>
        <w:t>vt 0.419311 0.465362</w:t>
        <w:br/>
        <w:t>vt 0.438696 0.461382</w:t>
        <w:br/>
        <w:t>vt 0.438695 0.455857</w:t>
        <w:br/>
        <w:t>vt 0.441424 0.456166</w:t>
        <w:br/>
        <w:t>vt 0.441354 0.461429</w:t>
        <w:br/>
        <w:t>vt 0.419343 0.471609</w:t>
        <w:br/>
        <w:t>vt 0.442232 0.449385</w:t>
        <w:br/>
        <w:t>vt 0.442230 0.447150</w:t>
        <w:br/>
        <w:t>vt 0.419404 0.451405</w:t>
        <w:br/>
        <w:t>vt 0.419461 0.455937</w:t>
        <w:br/>
        <w:t>vt 0.446483 0.452803</w:t>
        <w:br/>
        <w:t>vt 0.448669 0.452961</w:t>
        <w:br/>
        <w:t>vt 0.443937 0.452892</w:t>
        <w:br/>
        <w:t>vt 0.441448 0.453052</w:t>
        <w:br/>
        <w:t>vt 0.447491 0.448859</w:t>
        <w:br/>
        <w:t>vt 0.441058 0.449051</w:t>
        <w:br/>
        <w:t>vt 0.439194 0.453321</w:t>
        <w:br/>
        <w:t>vt 0.421679 0.451772</w:t>
        <w:br/>
        <w:t>vt 0.412266 0.451740</w:t>
        <w:br/>
        <w:t>vt 0.418461 0.449921</w:t>
        <w:br/>
        <w:t>vt 0.412266 0.446331</w:t>
        <w:br/>
        <w:t>vt 0.414770 0.446908</w:t>
        <w:br/>
        <w:t>vt 0.421679 0.446297</w:t>
        <w:br/>
        <w:t>vt 0.419212 0.446964</w:t>
        <w:br/>
        <w:t>vt 0.044789 0.324729</w:t>
        <w:br/>
        <w:t>vt 0.046613 0.324133</w:t>
        <w:br/>
        <w:t>vt 0.047524 0.329999</w:t>
        <w:br/>
        <w:t>vt 0.043994 0.330288</w:t>
        <w:br/>
        <w:t>vt 0.048517 0.324276</w:t>
        <w:br/>
        <w:t>vt 0.047582 0.323561</w:t>
        <w:br/>
        <w:t>vt 0.417891 0.444406</w:t>
        <w:br/>
        <w:t>vt 0.419176 0.443840</w:t>
        <w:br/>
        <w:t>vt 0.422497 0.475186</w:t>
        <w:br/>
        <w:t>vt 0.424241 0.475782</w:t>
        <w:br/>
        <w:t>vt 0.436989 0.471190</w:t>
        <w:br/>
        <w:t>vt 0.435097 0.471092</w:t>
        <w:br/>
        <w:t>vt 0.435047 0.465900</w:t>
        <w:br/>
        <w:t>vt 0.436989 0.466102</w:t>
        <w:br/>
        <w:t>vt 0.422497 0.471009</w:t>
        <w:br/>
        <w:t>vt 0.422497 0.465860</w:t>
        <w:br/>
        <w:t>vt 0.424205 0.466419</w:t>
        <w:br/>
        <w:t>vt 0.424271 0.470579</w:t>
        <w:br/>
        <w:t>vt 0.433202 0.475216</w:t>
        <w:br/>
        <w:t>vt 0.433225 0.470920</w:t>
        <w:br/>
        <w:t>vt 0.434970 0.475305</w:t>
        <w:br/>
        <w:t>vt 0.433184 0.465731</w:t>
        <w:br/>
        <w:t>vt 0.433424 0.456863</w:t>
        <w:br/>
        <w:t>vt 0.433493 0.453959</w:t>
        <w:br/>
        <w:t>vt 0.435009 0.454620</w:t>
        <w:br/>
        <w:t>vt 0.435372 0.456951</w:t>
        <w:br/>
        <w:t>vt 0.047582 0.323561</w:t>
        <w:br/>
        <w:t>vt 0.046613 0.324133</w:t>
        <w:br/>
        <w:t>vt 0.047708 0.322585</w:t>
        <w:br/>
        <w:t>vt 0.425997 0.470323</w:t>
        <w:br/>
        <w:t>vt 0.426004 0.466258</w:t>
        <w:br/>
        <w:t>vt 0.426169 0.460741</w:t>
        <w:br/>
        <w:t>vt 0.426056 0.463890</w:t>
        <w:br/>
        <w:t>vt 0.424226 0.464194</w:t>
        <w:br/>
        <w:t>vt 0.424377 0.460330</w:t>
        <w:br/>
        <w:t>vt 0.427666 0.475711</w:t>
        <w:br/>
        <w:t>vt 0.429293 0.474931</w:t>
        <w:br/>
        <w:t>vt 0.431374 0.475125</w:t>
        <w:br/>
        <w:t>vt 0.427781 0.466249</w:t>
        <w:br/>
        <w:t>vt 0.429440 0.465504</w:t>
        <w:br/>
        <w:t>vt 0.429583 0.470618</w:t>
        <w:br/>
        <w:t>vt 0.427755 0.470405</w:t>
        <w:br/>
        <w:t>vt 0.431366 0.465567</w:t>
        <w:br/>
        <w:t>vt 0.431369 0.470764</w:t>
        <w:br/>
        <w:t>vt 0.427677 0.473794</w:t>
        <w:br/>
        <w:t>vt 0.431564 0.456826</w:t>
        <w:br/>
        <w:t>vt 0.431789 0.454440</w:t>
        <w:br/>
        <w:t>vt 0.425938 0.473642</w:t>
        <w:br/>
        <w:t>vt 0.428036 0.460328</w:t>
        <w:br/>
        <w:t>vt 0.427857 0.464020</w:t>
        <w:br/>
        <w:t>vt 0.435235 0.461093</w:t>
        <w:br/>
        <w:t>vt 0.436988 0.461211</w:t>
        <w:br/>
        <w:t>vt 0.433375 0.460934</w:t>
        <w:br/>
        <w:t>vt 0.431570 0.460762</w:t>
        <w:br/>
        <w:t>vt 0.424250 0.473941</w:t>
        <w:br/>
        <w:t>vt 0.436989 0.475215</w:t>
        <w:br/>
        <w:t>vt 0.436988 0.456544</w:t>
        <w:br/>
        <w:t>vt 0.430210 0.456441</w:t>
        <w:br/>
        <w:t>vt 0.429991 0.460564</w:t>
        <w:br/>
        <w:t>vt 0.422497 0.460622</w:t>
        <w:br/>
        <w:t>vt 0.425061 0.459245</w:t>
        <w:br/>
        <w:t>vt 0.049870 0.335192</w:t>
        <w:br/>
        <w:t>vt 0.047524 0.329999</w:t>
        <w:br/>
        <w:t>vt 0.050955 0.330216</w:t>
        <w:br/>
        <w:t>vt 0.423602 0.453981</w:t>
        <w:br/>
        <w:t>vt 0.425230 0.454396</w:t>
        <w:br/>
        <w:t>vt 0.424565 0.456586</w:t>
        <w:br/>
        <w:t>vt 0.422497 0.456283</w:t>
        <w:br/>
        <w:t>vt 0.427862 0.456632</w:t>
        <w:br/>
        <w:t>vt 0.044789 0.324729</w:t>
        <w:br/>
        <w:t>vt 0.046613 0.324133</w:t>
        <w:br/>
        <w:t>vt 0.047524 0.329999</w:t>
        <w:br/>
        <w:t>vt 0.043994 0.330288</w:t>
        <w:br/>
        <w:t>vt 0.048517 0.324276</w:t>
        <w:br/>
        <w:t>vt 0.047582 0.323561</w:t>
        <w:br/>
        <w:t>vt 0.427164 0.454347</w:t>
        <w:br/>
        <w:t>vt 0.428635 0.454042</w:t>
        <w:br/>
        <w:t>vt 0.469288 0.481549</w:t>
        <w:br/>
        <w:t>vt 0.380843 0.513473</w:t>
        <w:br/>
        <w:t>vt 0.452630 0.500951</w:t>
        <w:br/>
        <w:t>vt 0.385279 0.518327</w:t>
        <w:br/>
        <w:t>vt 0.417589 0.489432</w:t>
        <w:br/>
        <w:t>vt 0.474772 0.509247</w:t>
        <w:br/>
        <w:t>vt 0.395762 0.480852</w:t>
        <w:br/>
        <w:t>vt 0.393763 0.480940</w:t>
        <w:br/>
        <w:t>vt 0.395889 0.475929</w:t>
        <w:br/>
        <w:t>vt 0.391497 0.480819</w:t>
        <w:br/>
        <w:t>vt 0.404246 0.481231</w:t>
        <w:br/>
        <w:t>vt 0.401662 0.480937</w:t>
        <w:br/>
        <w:t>vt 0.404049 0.472418</w:t>
        <w:br/>
        <w:t>vt 0.395922 0.473164</w:t>
        <w:br/>
        <w:t>vt 0.425941 0.475778</w:t>
        <w:br/>
        <w:t>vt 0.372784 0.496062</w:t>
        <w:br/>
        <w:t>vt 0.374139 0.494799</w:t>
        <w:br/>
        <w:t>vt 0.417411 0.487714</w:t>
        <w:br/>
        <w:t>vt 0.426237 0.487702</w:t>
        <w:br/>
        <w:t>vt 0.471703 0.495996</w:t>
        <w:br/>
        <w:t>vt 0.411306 0.485143</w:t>
        <w:br/>
        <w:t>vt 0.408898 0.486298</w:t>
        <w:br/>
        <w:t>vt 0.392047 0.499099</w:t>
        <w:br/>
        <w:t>vt 0.389842 0.502362</w:t>
        <w:br/>
        <w:t>vt 0.388058 0.505929</w:t>
        <w:br/>
        <w:t>vt 0.414933 0.443893</w:t>
        <w:br/>
        <w:t>vt 0.416182 0.444386</w:t>
        <w:br/>
        <w:t>vt 0.426350 0.452972</w:t>
        <w:br/>
        <w:t>vt 0.425230 0.454396</w:t>
        <w:br/>
        <w:t>vt 0.423602 0.453981</w:t>
        <w:br/>
        <w:t>vt 0.428635 0.454042</w:t>
        <w:br/>
        <w:t>vt 0.427164 0.454347</w:t>
        <w:br/>
        <w:t>vt 0.417090 0.443191</w:t>
        <w:br/>
        <w:t>vt 0.416182 0.444386</w:t>
        <w:br/>
        <w:t>vt 0.414933 0.443893</w:t>
        <w:br/>
        <w:t>vt 0.419176 0.443840</w:t>
        <w:br/>
        <w:t>vt 0.417891 0.444406</w:t>
        <w:br/>
        <w:t>vt 0.393676 0.472004</w:t>
        <w:br/>
        <w:t>vt 0.395928 0.471818</w:t>
        <w:br/>
        <w:t>vt 0.398051 0.472118</w:t>
        <w:br/>
        <w:t>vt 0.395940 0.470780</w:t>
        <w:br/>
        <w:t>vt 0.398106 0.471197</w:t>
        <w:br/>
        <w:t>vt 0.393652 0.471102</w:t>
        <w:br/>
        <w:t>vt 0.393669 0.460199</w:t>
        <w:br/>
        <w:t>vt 0.396024 0.459937</w:t>
        <w:br/>
        <w:t>vt 0.404096 0.473353</w:t>
        <w:br/>
        <w:t>vt 0.406454 0.473287</w:t>
        <w:br/>
        <w:t>vt 0.408802 0.473473</w:t>
        <w:br/>
        <w:t>vt 0.404019 0.459625</w:t>
        <w:br/>
        <w:t>vt 0.406408 0.459323</w:t>
        <w:br/>
        <w:t>vt 0.408818 0.459539</w:t>
        <w:br/>
        <w:t>vt 0.414613 0.472760</w:t>
        <w:br/>
        <w:t>vt 0.416945 0.472601</w:t>
        <w:br/>
        <w:t>vt 0.419297 0.472715</w:t>
        <w:br/>
        <w:t>vt 0.414541 0.457548</w:t>
        <w:br/>
        <w:t>vt 0.417033 0.457270</w:t>
        <w:br/>
        <w:t>vt 0.419424 0.457408</w:t>
        <w:br/>
        <w:t>vt 0.424285 0.474722</w:t>
        <w:br/>
        <w:t>vt 0.425932 0.474532</w:t>
        <w:br/>
        <w:t>vt 0.427633 0.474589</w:t>
        <w:br/>
        <w:t>vt 0.424230 0.465390</w:t>
        <w:br/>
        <w:t>vt 0.426019 0.465106</w:t>
        <w:br/>
        <w:t>vt 0.427778 0.465202</w:t>
        <w:br/>
        <w:t>vt 0.369154 0.494654</w:t>
        <w:br/>
        <w:t>vt 0.367819 0.495909</w:t>
        <w:br/>
        <w:t>vt 0.368948 0.491714</w:t>
        <w:br/>
        <w:t>vt 0.370481 0.493464</w:t>
        <w:br/>
        <w:t>vt 0.371755 0.492301</w:t>
        <w:br/>
        <w:t>vt 0.373053 0.491188</w:t>
        <w:br/>
        <w:t>vt 0.411498 0.489828</w:t>
        <w:br/>
        <w:t>vt 0.460986 0.478630</w:t>
        <w:br/>
        <w:t>vt 0.459735 0.481575</w:t>
        <w:br/>
        <w:t>vt 0.453061 0.478574</w:t>
        <w:br/>
        <w:t>vt 0.445268 0.483187</w:t>
        <w:br/>
        <w:t>vt 0.450825 0.477279</w:t>
        <w:br/>
        <w:t>vt 0.461355 0.477477</w:t>
        <w:br/>
        <w:t>vt 0.439121 0.484754</w:t>
        <w:br/>
        <w:t>vt 0.450201 0.478221</w:t>
        <w:br/>
        <w:t>vt 0.438125 0.481245</w:t>
        <w:br/>
        <w:t>vt 0.438663 0.480669</w:t>
        <w:br/>
        <w:t>vt 0.460923 0.481872</w:t>
        <w:br/>
        <w:t>vt 0.044789 0.324729</w:t>
        <w:br/>
        <w:t>vt 0.046613 0.324133</w:t>
        <w:br/>
        <w:t>vt 0.046613 0.324133</w:t>
        <w:br/>
        <w:t>vt 0.050192 0.325037</w:t>
        <w:br/>
        <w:t>vt 0.048517 0.324276</w:t>
        <w:br/>
        <w:t>vt 0.047582 0.323561</w:t>
        <w:br/>
        <w:t>vt 0.050192 0.325037</w:t>
        <w:br/>
        <w:t>vt 0.397627 0.451822</w:t>
        <w:br/>
        <w:t>vt 0.049869 0.335198</w:t>
        <w:br/>
        <w:t>vt 0.047538 0.335847</w:t>
        <w:br/>
        <w:t>vt 0.394533 0.451959</w:t>
        <w:br/>
        <w:t>vt 0.047574 0.338167</w:t>
        <w:br/>
        <w:t>vt 0.045006 0.335231</w:t>
        <w:br/>
        <w:t>vt 0.395851 0.444918</w:t>
        <w:br/>
        <w:t>vt 0.408023 0.449159</w:t>
        <w:br/>
        <w:t>vt 0.050955 0.330216</w:t>
        <w:br/>
        <w:t>vt 0.404707 0.449096</w:t>
        <w:br/>
        <w:t>vt 0.406376 0.443106</w:t>
        <w:br/>
        <w:t>vt 0.405162 0.443596</w:t>
        <w:br/>
        <w:t>vt 0.406344 0.441967</w:t>
        <w:br/>
        <w:t>vt 0.050192 0.325037</w:t>
        <w:br/>
        <w:t>vt 0.044789 0.324729</w:t>
        <w:br/>
        <w:t>vt 0.050192 0.325037</w:t>
        <w:br/>
        <w:t>vt 0.050955 0.330216</w:t>
        <w:br/>
        <w:t>vt 0.049869 0.335207</w:t>
        <w:br/>
        <w:t>vt 0.047538 0.335847</w:t>
        <w:br/>
        <w:t>vt 0.047574 0.338167</w:t>
        <w:br/>
        <w:t>vt 0.045006 0.335231</w:t>
        <w:br/>
        <w:t>vt 0.415461 0.449846</w:t>
        <w:br/>
        <w:t>vt 0.050192 0.325037</w:t>
        <w:br/>
        <w:t>vt 0.417002 0.444276</w:t>
        <w:br/>
        <w:t>vt 0.048517 0.324276</w:t>
        <w:br/>
        <w:t>vt 0.050192 0.325037</w:t>
        <w:br/>
        <w:t>vt 0.044789 0.324729</w:t>
        <w:br/>
        <w:t>vt 0.047538 0.335847</w:t>
        <w:br/>
        <w:t>vt 0.047574 0.338167</w:t>
        <w:br/>
        <w:t>vt 0.427342 0.459274</w:t>
        <w:br/>
        <w:t>vt 0.045006 0.335231</w:t>
        <w:br/>
        <w:t>vt 0.050192 0.325037</w:t>
        <w:br/>
        <w:t>vt 0.426231 0.454123</w:t>
        <w:br/>
        <w:t>vt 0.048517 0.324276</w:t>
        <w:br/>
        <w:t>vt 0.050955 0.330216</w:t>
        <w:br/>
        <w:t>vt 0.049867 0.335226</w:t>
        <w:br/>
        <w:t>vt 0.368970 0.490249</w:t>
        <w:br/>
        <w:t>vt 0.047538 0.335847</w:t>
        <w:br/>
        <w:t>vt 0.367417 0.491531</w:t>
        <w:br/>
        <w:t>vt 0.045006 0.335231</w:t>
        <w:br/>
        <w:t>vt 0.047574 0.338167</w:t>
        <w:br/>
        <w:t>vt 0.050192 0.325037</w:t>
        <w:br/>
        <w:t>vt 0.364902 0.487172</w:t>
        <w:br/>
        <w:t>vt 0.365584 0.487958</w:t>
        <w:br/>
        <w:t>vt 0.365162 0.488801</w:t>
        <w:br/>
        <w:t>vt 0.365584 0.487958</w:t>
        <w:br/>
        <w:t>vt 0.461912 0.521248</w:t>
        <w:br/>
        <w:t>vt 0.459198 0.515477</w:t>
        <w:br/>
        <w:t>vt 0.455139 0.519929</w:t>
        <w:br/>
        <w:t>vt 0.467136 0.516087</w:t>
        <w:br/>
        <w:t>vt 0.464388 0.511790</w:t>
        <w:br/>
        <w:t>vt 0.401287 0.483051</w:t>
        <w:br/>
        <w:t>vt 0.400583 0.483705</w:t>
        <w:br/>
        <w:t>vt 0.402848 0.486416</w:t>
        <w:br/>
        <w:t>vt 0.403771 0.484802</w:t>
        <w:br/>
        <w:t>vt 0.458039 0.481742</w:t>
        <w:br/>
        <w:t>vt 0.457647 0.478696</w:t>
        <w:br/>
        <w:t>vt 0.455160 0.479192</w:t>
        <w:br/>
        <w:t>vt 0.454610 0.482363</w:t>
        <w:br/>
        <w:t>vt 0.460165 0.478772</w:t>
        <w:br/>
        <w:t>vt 0.460165 0.477523</w:t>
        <w:br/>
        <w:t>vt 0.400510 0.484412</w:t>
        <w:br/>
        <w:t>vt 0.400806 0.487350</w:t>
        <w:br/>
        <w:t>vt 0.412416 0.486903</w:t>
        <w:br/>
        <w:t>vt 0.412156 0.486052</w:t>
        <w:br/>
        <w:t>vt 0.409878 0.488334</w:t>
        <w:br/>
        <w:t>vt 0.412500 0.489082</w:t>
        <w:br/>
        <w:t>vt 0.450548 0.478700</w:t>
        <w:br/>
        <w:t>vt 0.449789 0.481565</w:t>
        <w:br/>
        <w:t>vt 0.451751 0.481721</w:t>
        <w:br/>
        <w:t>vt 0.462324 0.486321</w:t>
        <w:br/>
        <w:t>vt 0.466433 0.486740</w:t>
        <w:br/>
        <w:t>vt 0.466666 0.482413</w:t>
        <w:br/>
        <w:t>vt 0.463280 0.482891</w:t>
        <w:br/>
        <w:t>vt 0.466985 0.479450</w:t>
        <w:br/>
        <w:t>vt 0.464429 0.479621</w:t>
        <w:br/>
        <w:t>vt 0.400412 0.483941</w:t>
        <w:br/>
        <w:t>vt 0.398542 0.485792</w:t>
        <w:br/>
        <w:t>vt 0.459735 0.481575</w:t>
        <w:br/>
        <w:t>vt 0.461355 0.478739</w:t>
        <w:br/>
        <w:t>vt 0.460986 0.478630</w:t>
        <w:br/>
        <w:t>vt 0.460923 0.481872</w:t>
        <w:br/>
        <w:t>vt 0.458874 0.485012</w:t>
        <w:br/>
        <w:t>vt 0.398797 0.490015</w:t>
        <w:br/>
        <w:t>vt 0.396045 0.491446</w:t>
        <w:br/>
        <w:t>vt 0.395251 0.494624</w:t>
        <w:br/>
        <w:t>vt 0.398711 0.488082</w:t>
        <w:br/>
        <w:t>vt 0.396079 0.486394</w:t>
        <w:br/>
        <w:t>vt 0.396206 0.488643</w:t>
        <w:br/>
        <w:t>vt 0.449396 0.476307</w:t>
        <w:br/>
        <w:t>vt 0.449396 0.473324</w:t>
        <w:br/>
        <w:t>vt 0.446398 0.473980</w:t>
        <w:br/>
        <w:t>vt 0.446929 0.478379</w:t>
        <w:br/>
        <w:t>vt 0.414798 0.481141</w:t>
        <w:br/>
        <w:t>vt 0.412267 0.481389</w:t>
        <w:br/>
        <w:t>vt 0.412807 0.484642</w:t>
        <w:br/>
        <w:t>vt 0.415124 0.485280</w:t>
        <w:br/>
        <w:t>vt 0.444007 0.474453</w:t>
        <w:br/>
        <w:t>vt 0.444472 0.479170</w:t>
        <w:br/>
        <w:t>vt 0.416962 0.481079</w:t>
        <w:br/>
        <w:t>vt 0.417153 0.485566</w:t>
        <w:br/>
        <w:t>vt 0.450201 0.478221</w:t>
        <w:br/>
        <w:t>vt 0.449396 0.477721</w:t>
        <w:br/>
        <w:t>vt 0.449789 0.481565</w:t>
        <w:br/>
        <w:t>vt 0.448187 0.482418</w:t>
        <w:br/>
        <w:t>vt 0.414815 0.487574</w:t>
        <w:br/>
        <w:t>vt 0.412592 0.486056</w:t>
        <w:br/>
        <w:t>vt 0.418777 0.494679</w:t>
        <w:br/>
        <w:t>vt 0.417937 0.491656</w:t>
        <w:br/>
        <w:t>vt 0.413778 0.491520</w:t>
        <w:br/>
        <w:t>vt 0.441737 0.474313</w:t>
        <w:br/>
        <w:t>vt 0.438942 0.473954</w:t>
        <w:br/>
        <w:t>vt 0.439009 0.477664</w:t>
        <w:br/>
        <w:t>vt 0.442030 0.478937</w:t>
        <w:br/>
        <w:t>vt 0.419112 0.481049</w:t>
        <w:br/>
        <w:t>vt 0.419097 0.485320</w:t>
        <w:br/>
        <w:t>vt 0.421444 0.484545</w:t>
        <w:br/>
        <w:t>vt 0.421680 0.481295</w:t>
        <w:br/>
        <w:t>vt 0.419861 0.487522</w:t>
        <w:br/>
        <w:t>vt 0.421963 0.488435</w:t>
        <w:br/>
        <w:t>vt 0.421827 0.486455</w:t>
        <w:br/>
        <w:t>vt 0.421772 0.485728</w:t>
        <w:br/>
        <w:t>vt 0.439275 0.480198</w:t>
        <w:br/>
        <w:t>vt 0.440286 0.483931</w:t>
        <w:br/>
        <w:t>vt 0.441930 0.483161</w:t>
        <w:br/>
        <w:t>vt 0.422042 0.491009</w:t>
        <w:br/>
        <w:t>vt 0.424325 0.479011</w:t>
        <w:br/>
        <w:t>vt 0.422497 0.478682</w:t>
        <w:br/>
        <w:t>vt 0.422553 0.484368</w:t>
        <w:br/>
        <w:t>vt 0.424591 0.484747</w:t>
        <w:br/>
        <w:t>vt 0.437549 0.480875</w:t>
        <w:br/>
        <w:t>vt 0.437000 0.478682</w:t>
        <w:br/>
        <w:t>vt 0.434979 0.478276</w:t>
        <w:br/>
        <w:t>vt 0.436018 0.482399</w:t>
        <w:br/>
        <w:t>vt 0.433229 0.478373</w:t>
        <w:br/>
        <w:t>vt 0.434643 0.483488</w:t>
        <w:br/>
        <w:t>vt 0.426100 0.479118</w:t>
        <w:br/>
        <w:t>vt 0.426485 0.484962</w:t>
        <w:br/>
        <w:t>vt 0.438663 0.480669</w:t>
        <w:br/>
        <w:t>vt 0.438125 0.481245</w:t>
        <w:br/>
        <w:t>vt 0.423906 0.487441</w:t>
        <w:br/>
        <w:t>vt 0.421991 0.485913</w:t>
        <w:br/>
        <w:t>vt 0.439121 0.484754</w:t>
        <w:br/>
        <w:t>vt 0.441372 0.486862</w:t>
        <w:br/>
        <w:t>vt 0.425586 0.491340</w:t>
        <w:br/>
        <w:t>vt 0.425902 0.489505</w:t>
        <w:br/>
        <w:t>vt 0.423564 0.489165</w:t>
        <w:br/>
        <w:t>vt 0.427825 0.478980</w:t>
        <w:br/>
        <w:t>vt 0.428405 0.484740</w:t>
        <w:br/>
        <w:t>vt 0.430315 0.484400</w:t>
        <w:br/>
        <w:t>vt 0.429577 0.478693</w:t>
        <w:br/>
        <w:t>vt 0.432513 0.484151</w:t>
        <w:br/>
        <w:t>vt 0.431456 0.478497</w:t>
        <w:br/>
        <w:t>vt 0.433572 0.488133</w:t>
        <w:br/>
        <w:t>vt 0.436843 0.486886</w:t>
        <w:br/>
        <w:t>vt 0.438289 0.489356</w:t>
        <w:br/>
        <w:t>vt 0.434528 0.491001</w:t>
        <w:br/>
        <w:t>vt 0.435458 0.495277</w:t>
        <w:br/>
        <w:t>vt 0.442601 0.493075</w:t>
        <w:br/>
        <w:t>vt 0.427949 0.491540</w:t>
        <w:br/>
        <w:t>vt 0.425454 0.494655</w:t>
        <w:br/>
        <w:t>vt 0.430823 0.495431</w:t>
        <w:br/>
        <w:t>vt 0.430981 0.491688</w:t>
        <w:br/>
        <w:t>vt 0.472221 0.511002</w:t>
        <w:br/>
        <w:t>vt 0.470787 0.507796</w:t>
        <w:br/>
        <w:t>vt 0.468189 0.509344</w:t>
        <w:br/>
        <w:t>vt 0.470213 0.513022</w:t>
        <w:br/>
        <w:t>vt 0.469819 0.504032</w:t>
        <w:br/>
        <w:t>vt 0.467115 0.504700</w:t>
        <w:br/>
        <w:t>vt 0.380948 0.504445</w:t>
        <w:br/>
        <w:t>vt 0.378922 0.506382</w:t>
        <w:br/>
        <w:t>vt 0.380862 0.508469</w:t>
        <w:br/>
        <w:t>vt 0.383032 0.506215</w:t>
        <w:br/>
        <w:t>vt 0.473222 0.499639</w:t>
        <w:br/>
        <w:t>vt 0.473408 0.496245</w:t>
        <w:br/>
        <w:t>vt 0.471703 0.495996</w:t>
        <w:br/>
        <w:t>vt 0.468964 0.499364</w:t>
        <w:br/>
        <w:t>vt 0.382785 0.502335</w:t>
        <w:br/>
        <w:t>vt 0.385605 0.501049</w:t>
        <w:br/>
        <w:t>vt 0.382505 0.499113</w:t>
        <w:br/>
        <w:t>vt 0.384287 0.498386</w:t>
        <w:br/>
        <w:t>vt 0.382505 0.499113</w:t>
        <w:br/>
        <w:t>vt 0.384672 0.503905</w:t>
        <w:br/>
        <w:t>vt 0.425001 0.499706</w:t>
        <w:br/>
        <w:t>vt 0.421894 0.497327</w:t>
        <w:br/>
        <w:t>vt 0.451261 0.491803</w:t>
        <w:br/>
        <w:t>vt 0.459464 0.491216</w:t>
        <w:br/>
        <w:t>vt 0.454459 0.486225</w:t>
        <w:br/>
        <w:t>vt 0.388995 0.495492</w:t>
        <w:br/>
        <w:t>vt 0.387743 0.498428</w:t>
        <w:br/>
        <w:t>vt 0.390884 0.498986</w:t>
        <w:br/>
        <w:t>vt 0.391930 0.495610</w:t>
        <w:br/>
        <w:t>vt 0.387198 0.495019</w:t>
        <w:br/>
        <w:t>vt 0.385601 0.497256</w:t>
        <w:br/>
        <w:t>vt 0.466628 0.492083</w:t>
        <w:br/>
        <w:t>vt 0.467586 0.496308</w:t>
        <w:br/>
        <w:t>vt 0.471109 0.494359</w:t>
        <w:br/>
        <w:t>vt 0.470493 0.491018</w:t>
        <w:br/>
        <w:t>vt 0.445910 0.487091</w:t>
        <w:br/>
        <w:t>vt 0.443745 0.508435</w:t>
        <w:br/>
        <w:t>vt 0.441528 0.515160</w:t>
        <w:br/>
        <w:t>vt 0.449201 0.517391</w:t>
        <w:br/>
        <w:t>vt 0.453984 0.509622</w:t>
        <w:br/>
        <w:t>vt 0.435688 0.511955</w:t>
        <w:br/>
        <w:t>vt 0.435323 0.507410</w:t>
        <w:br/>
        <w:t>vt 0.429490 0.505237</w:t>
        <w:br/>
        <w:t>vt 0.435610 0.501362</w:t>
        <w:br/>
        <w:t>vt 0.430131 0.500545</w:t>
        <w:br/>
        <w:t>vt 0.443678 0.501675</w:t>
        <w:br/>
        <w:t>vt 0.462036 0.506034</w:t>
        <w:br/>
        <w:t>vt 0.461551 0.499162</w:t>
        <w:br/>
        <w:t>vt 0.386058 0.508815</w:t>
        <w:br/>
        <w:t>vt 0.383555 0.511453</w:t>
        <w:br/>
        <w:t>vt 0.450365 0.484980</w:t>
        <w:br/>
        <w:t>vt 0.414808 0.489445</w:t>
        <w:br/>
        <w:t>vt 0.420140 0.489141</w:t>
        <w:br/>
        <w:t>vt 0.384287 0.498386</w:t>
        <w:br/>
        <w:t>vt 0.389381 0.491847</w:t>
        <w:br/>
        <w:t>vt 0.470279 0.486093</w:t>
        <w:br/>
        <w:t>vt 0.385854 0.514443</w:t>
        <w:br/>
        <w:t>vt 0.386813 0.509442</w:t>
        <w:br/>
        <w:t>vt 0.393642 0.486415</w:t>
        <w:br/>
        <w:t>vt 0.390728 0.486060</w:t>
        <w:br/>
        <w:t>vt 0.390499 0.488290</w:t>
        <w:br/>
        <w:t>vt 0.393482 0.488713</w:t>
        <w:br/>
        <w:t>vt 0.393146 0.492104</w:t>
        <w:br/>
        <w:t>vt 0.428570 0.487561</w:t>
        <w:br/>
        <w:t>vt 0.428421 0.489495</w:t>
        <w:br/>
        <w:t>vt 0.430901 0.489317</w:t>
        <w:br/>
        <w:t>vt 0.430801 0.487394</w:t>
        <w:br/>
        <w:t>vt 0.469426 0.479596</w:t>
        <w:br/>
        <w:t>vt 0.480432 0.507429</w:t>
        <w:br/>
        <w:t>vt 0.484316 0.507094</w:t>
        <w:br/>
        <w:t>vt 0.483891 0.504648</w:t>
        <w:br/>
        <w:t>vt 0.480078 0.505008</w:t>
        <w:br/>
        <w:t>vt 0.490451 0.504244</w:t>
        <w:br/>
        <w:t>vt 0.486831 0.504450</w:t>
        <w:br/>
        <w:t>vt 0.487175 0.506579</w:t>
        <w:br/>
        <w:t>vt 0.490710 0.506098</w:t>
        <w:br/>
        <w:t>vt 0.370739 0.496443</w:t>
        <w:br/>
        <w:t>vt 0.369499 0.497778</w:t>
        <w:br/>
        <w:t>vt 0.371319 0.497224</w:t>
        <w:br/>
        <w:t>vt 0.483760 0.502408</w:t>
        <w:br/>
        <w:t>vt 0.479870 0.502486</w:t>
        <w:br/>
        <w:t>vt 0.490370 0.502414</w:t>
        <w:br/>
        <w:t>vt 0.486719 0.502416</w:t>
        <w:br/>
        <w:t>vt 0.495287 0.503900</w:t>
        <w:br/>
        <w:t>vt 0.495622 0.502375</w:t>
        <w:br/>
        <w:t>vt 0.493308 0.502360</w:t>
        <w:br/>
        <w:t>vt 0.493309 0.503968</w:t>
        <w:br/>
        <w:t>vt 0.044789 0.324729</w:t>
        <w:br/>
        <w:t>vt 0.046613 0.324133</w:t>
        <w:br/>
        <w:t>vt 0.047708 0.322585</w:t>
        <w:br/>
        <w:t>vt 0.373157 0.499555</w:t>
        <w:br/>
        <w:t>vt 0.376821 0.503968</w:t>
        <w:br/>
        <w:t>vt 0.378666 0.502321</w:t>
        <w:br/>
        <w:t>vt 0.374730 0.498196</w:t>
        <w:br/>
        <w:t>vt 0.378358 0.510239</w:t>
        <w:br/>
        <w:t>vt 0.376601 0.508014</w:t>
        <w:br/>
        <w:t>vt 0.044789 0.324729</w:t>
        <w:br/>
        <w:t>vt 0.043994 0.330288</w:t>
        <w:br/>
        <w:t>vt 0.047524 0.329999</w:t>
        <w:br/>
        <w:t>vt 0.480237 0.497760</w:t>
        <w:br/>
        <w:t>vt 0.480009 0.500003</w:t>
        <w:br/>
        <w:t>vt 0.483945 0.500162</w:t>
        <w:br/>
        <w:t>vt 0.484218 0.497798</w:t>
        <w:br/>
        <w:t>vt 0.373436 0.494131</w:t>
        <w:br/>
        <w:t>vt 0.374744 0.493089</w:t>
        <w:br/>
        <w:t>vt 0.372931 0.493557</w:t>
        <w:br/>
        <w:t>vt 0.495225 0.500831</w:t>
        <w:br/>
        <w:t>vt 0.493336 0.500735</w:t>
        <w:br/>
        <w:t>vt 0.380308 0.500612</w:t>
        <w:br/>
        <w:t>vt 0.376207 0.496780</w:t>
        <w:br/>
        <w:t>vt 0.048517 0.324276</w:t>
        <w:br/>
        <w:t>vt 0.046613 0.324133</w:t>
        <w:br/>
        <w:t>vt 0.490486 0.500533</w:t>
        <w:br/>
        <w:t>vt 0.486885 0.500345</w:t>
        <w:br/>
        <w:t>vt 0.377475 0.495239</w:t>
        <w:br/>
        <w:t>vt 0.473279 0.503031</w:t>
        <w:br/>
        <w:t>vt 0.473960 0.506319</w:t>
        <w:br/>
        <w:t>vt 0.374721 0.505344</w:t>
        <w:br/>
        <w:t>vt 0.371416 0.500746</w:t>
        <w:br/>
        <w:t>vt 0.493764 0.505194</w:t>
        <w:br/>
        <w:t>vt 0.490698 0.498657</w:t>
        <w:br/>
        <w:t>vt 0.487207 0.498252</w:t>
        <w:br/>
        <w:t>vt 0.371520 0.494620</w:t>
        <w:br/>
        <w:t>vt 0.372074 0.495249</w:t>
        <w:br/>
        <w:t>vt 0.370240 0.495901</w:t>
        <w:br/>
        <w:t>vt 0.493634 0.499478</w:t>
        <w:br/>
        <w:t>vt 0.369904 0.490359</w:t>
        <w:br/>
        <w:t>vt 0.370877 0.489173</w:t>
        <w:br/>
        <w:t>vt 0.368725 0.487535</w:t>
        <w:br/>
        <w:t>vt 0.368031 0.488667</w:t>
        <w:br/>
        <w:t>vt 0.048517 0.324276</w:t>
        <w:br/>
        <w:t>vt 0.050192 0.325037</w:t>
        <w:br/>
        <w:t>vt 0.047708 0.322585</w:t>
        <w:br/>
        <w:t>vt 0.366024 0.493427</w:t>
        <w:br/>
        <w:t>vt 0.367457 0.492593</w:t>
        <w:br/>
        <w:t>vt 0.365910 0.490441</w:t>
        <w:br/>
        <w:t>vt 0.364703 0.490894</w:t>
        <w:br/>
        <w:t>vt 0.366816 0.486785</w:t>
        <w:br/>
        <w:t>vt 0.366409 0.487630</w:t>
        <w:br/>
        <w:t>vt 0.364255 0.488986</w:t>
        <w:br/>
        <w:t>vt 0.365162 0.488801</w:t>
        <w:br/>
        <w:t>vt 0.391189 0.484307</w:t>
        <w:br/>
        <w:t>vt 0.393680 0.484613</w:t>
        <w:br/>
        <w:t>vt 0.469426 0.478074</w:t>
        <w:br/>
        <w:t>vt 0.391497 0.476254</w:t>
        <w:br/>
        <w:t>vt 0.393771 0.476014</w:t>
        <w:br/>
        <w:t>vt 0.393670 0.473170</w:t>
        <w:br/>
        <w:t>vt 0.391497 0.472631</w:t>
        <w:br/>
        <w:t>vt 0.467160 0.475665</w:t>
        <w:br/>
        <w:t>vt 0.469426 0.475178</w:t>
        <w:br/>
        <w:t>vt 0.469426 0.470934</w:t>
        <w:br/>
        <w:t>vt 0.467334 0.471222</w:t>
        <w:br/>
        <w:t>vt 0.469426 0.463680</w:t>
        <w:br/>
        <w:t>vt 0.469426 0.458845</w:t>
        <w:br/>
        <w:t>vt 0.467390 0.459035</w:t>
        <w:br/>
        <w:t>vt 0.467431 0.463980</w:t>
        <w:br/>
        <w:t>vt 0.465190 0.475669</w:t>
        <w:br/>
        <w:t>vt 0.465380 0.471280</w:t>
        <w:br/>
        <w:t>vt 0.465414 0.459166</w:t>
        <w:br/>
        <w:t>vt 0.465385 0.464125</w:t>
        <w:br/>
        <w:t>vt 0.465043 0.450745</w:t>
        <w:br/>
        <w:t>vt 0.465193 0.452663</w:t>
        <w:br/>
        <w:t>vt 0.466940 0.452627</w:t>
        <w:br/>
        <w:t>vt 0.466605 0.450819</w:t>
        <w:br/>
        <w:t>vt 0.394723 0.446692</w:t>
        <w:br/>
        <w:t>vt 0.395988 0.446286</w:t>
        <w:br/>
        <w:t>vt 0.393726 0.446057</w:t>
        <w:br/>
        <w:t>vt 0.395857 0.484607</w:t>
        <w:br/>
        <w:t>vt 0.393598 0.453640</w:t>
        <w:br/>
        <w:t>vt 0.393630 0.458695</w:t>
        <w:br/>
        <w:t>vt 0.396042 0.458372</w:t>
        <w:br/>
        <w:t>vt 0.396144 0.453778</w:t>
        <w:br/>
        <w:t>vt 0.400224 0.483142</w:t>
        <w:br/>
        <w:t>vt 0.397947 0.484049</w:t>
        <w:br/>
        <w:t>vt 0.398062 0.473339</w:t>
        <w:br/>
        <w:t>vt 0.397932 0.476112</w:t>
        <w:br/>
        <w:t>vt 0.400245 0.476470</w:t>
        <w:br/>
        <w:t>vt 0.400245 0.472953</w:t>
        <w:br/>
        <w:t>vt 0.461355 0.471080</w:t>
        <w:br/>
        <w:t>vt 0.463452 0.471162</w:t>
        <w:br/>
        <w:t>vt 0.463514 0.468441</w:t>
        <w:br/>
        <w:t>vt 0.461355 0.468224</w:t>
        <w:br/>
        <w:t>vt 0.461355 0.474894</w:t>
        <w:br/>
        <w:t>vt 0.463359 0.475288</w:t>
        <w:br/>
        <w:t>vt 0.397792 0.480675</w:t>
        <w:br/>
        <w:t>vt 0.400245 0.480624</w:t>
        <w:br/>
        <w:t>vt 0.462906 0.478748</w:t>
        <w:br/>
        <w:t>vt 0.465384 0.468529</w:t>
        <w:br/>
        <w:t>vt 0.463449 0.459101</w:t>
        <w:br/>
        <w:t>vt 0.463383 0.464056</w:t>
        <w:br/>
        <w:t>vt 0.463458 0.450872</w:t>
        <w:br/>
        <w:t>vt 0.463408 0.452675</w:t>
        <w:br/>
        <w:t>vt 0.398263 0.458701</w:t>
        <w:br/>
        <w:t>vt 0.398357 0.453701</w:t>
        <w:br/>
        <w:t>vt 0.467507 0.455144</w:t>
        <w:br/>
        <w:t>vt 0.469426 0.454869</w:t>
        <w:br/>
        <w:t>vt 0.465378 0.455290</w:t>
        <w:br/>
        <w:t>vt 0.463246 0.455247</w:t>
        <w:br/>
        <w:t>vt 0.468196 0.452458</w:t>
        <w:br/>
        <w:t>vt 0.462133 0.452465</w:t>
        <w:br/>
        <w:t>vt 0.461355 0.458957</w:t>
        <w:br/>
        <w:t>vt 0.461355 0.455006</w:t>
        <w:br/>
        <w:t>vt 0.467277 0.468429</w:t>
        <w:br/>
        <w:t>vt 0.469426 0.467936</w:t>
        <w:br/>
        <w:t>vt 0.400245 0.460748</w:t>
        <w:br/>
        <w:t>vt 0.398210 0.460173</w:t>
        <w:br/>
        <w:t>vt 0.391497 0.467083</w:t>
        <w:br/>
        <w:t>vt 0.393725 0.466658</w:t>
        <w:br/>
        <w:t>vt 0.393657 0.461306</w:t>
        <w:br/>
        <w:t>vt 0.391497 0.460593</w:t>
        <w:br/>
        <w:t>vt 0.395976 0.466440</w:t>
        <w:br/>
        <w:t>vt 0.396031 0.461191</w:t>
        <w:br/>
        <w:t>vt 0.398245 0.461341</w:t>
        <w:br/>
        <w:t>vt 0.398095 0.466718</w:t>
        <w:br/>
        <w:t>vt 0.400245 0.467290</w:t>
        <w:br/>
        <w:t>vt 0.461355 0.463864</w:t>
        <w:br/>
        <w:t>vt 0.391497 0.454126</w:t>
        <w:br/>
        <w:t>vt 0.393895 0.449119</w:t>
        <w:br/>
        <w:t>vt 0.394723 0.446692</w:t>
        <w:br/>
        <w:t>vt 0.393726 0.446057</w:t>
        <w:br/>
        <w:t>vt 0.391497 0.448989</w:t>
        <w:br/>
        <w:t>vt 0.400245 0.449014</w:t>
        <w:br/>
        <w:t>vt 0.398050 0.449132</w:t>
        <w:br/>
        <w:t>vt 0.400245 0.454379</w:t>
        <w:br/>
        <w:t>vt 0.043994 0.330288</w:t>
        <w:br/>
        <w:t>vt 0.047569 0.325598</w:t>
        <w:br/>
        <w:t>vt 0.044789 0.324729</w:t>
        <w:br/>
        <w:t>vt 0.050955 0.330216</w:t>
        <w:br/>
        <w:t>vt 0.047524 0.329999</w:t>
        <w:br/>
        <w:t>vt 0.047582 0.323561</w:t>
        <w:br/>
        <w:t>vt 0.048517 0.324276</w:t>
        <w:br/>
        <w:t>vt 0.047708 0.322585</w:t>
        <w:br/>
        <w:t>vt 0.398114 0.446013</w:t>
        <w:br/>
        <w:t>vt 0.397263 0.446761</w:t>
        <w:br/>
        <w:t>vt 0.401664 0.477313</w:t>
        <w:br/>
        <w:t>vt 0.404498 0.476953</w:t>
        <w:br/>
        <w:t>vt 0.404040 0.474475</w:t>
        <w:br/>
        <w:t>vt 0.401664 0.473871</w:t>
        <w:br/>
        <w:t>vt 0.457782 0.470883</w:t>
        <w:br/>
        <w:t>vt 0.457703 0.475272</w:t>
        <w:br/>
        <w:t>vt 0.460165 0.474814</w:t>
        <w:br/>
        <w:t>vt 0.460165 0.470751</w:t>
        <w:br/>
        <w:t>vt 0.457854 0.463068</w:t>
        <w:br/>
        <w:t>vt 0.460165 0.463002</w:t>
        <w:br/>
        <w:t>vt 0.460165 0.457292</w:t>
        <w:br/>
        <w:t>vt 0.457810 0.457239</w:t>
        <w:br/>
        <w:t>vt 0.401664 0.451657</w:t>
        <w:br/>
        <w:t>vt 0.401664 0.459973</w:t>
        <w:br/>
        <w:t>vt 0.403960 0.457741</w:t>
        <w:br/>
        <w:t>vt 0.403905 0.451024</w:t>
        <w:br/>
        <w:t>vt 0.401664 0.467627</w:t>
        <w:br/>
        <w:t>vt 0.404125 0.467201</w:t>
        <w:br/>
        <w:t>vt 0.404006 0.460816</w:t>
        <w:br/>
        <w:t>vt 0.455570 0.470861</w:t>
        <w:br/>
        <w:t>vt 0.455540 0.475441</w:t>
        <w:br/>
        <w:t>vt 0.455384 0.457291</w:t>
        <w:br/>
        <w:t>vt 0.455443 0.463096</w:t>
        <w:br/>
        <w:t>vt 0.457870 0.446984</w:t>
        <w:br/>
        <w:t>vt 0.455842 0.446699</w:t>
        <w:br/>
        <w:t>vt 0.455712 0.449253</w:t>
        <w:br/>
        <w:t>vt 0.458008 0.449350</w:t>
        <w:br/>
        <w:t>vt 0.047582 0.323561</w:t>
        <w:br/>
        <w:t>vt 0.047708 0.322585</w:t>
        <w:br/>
        <w:t>vt 0.046613 0.324133</w:t>
        <w:br/>
        <w:t>vt 0.406370 0.451362</w:t>
        <w:br/>
        <w:t>vt 0.406399 0.457440</w:t>
        <w:br/>
        <w:t>vt 0.406443 0.466989</w:t>
        <w:br/>
        <w:t>vt 0.406420 0.460653</w:t>
        <w:br/>
        <w:t>vt 0.408820 0.474625</w:t>
        <w:br/>
        <w:t>vt 0.408658 0.477345</w:t>
        <w:br/>
        <w:t>vt 0.411208 0.477663</w:t>
        <w:br/>
        <w:t>vt 0.411208 0.474045</w:t>
        <w:br/>
        <w:t>vt 0.450825 0.470520</w:t>
        <w:br/>
        <w:t>vt 0.453288 0.470670</w:t>
        <w:br/>
        <w:t>vt 0.453353 0.467966</w:t>
        <w:br/>
        <w:t>vt 0.450825 0.467692</w:t>
        <w:br/>
        <w:t>vt 0.450825 0.474491</w:t>
        <w:br/>
        <w:t>vt 0.453355 0.475006</w:t>
        <w:br/>
        <w:t>vt 0.408420 0.482577</w:t>
        <w:br/>
        <w:t>vt 0.411208 0.482328</w:t>
        <w:br/>
        <w:t>vt 0.411208 0.451830</w:t>
        <w:br/>
        <w:t>vt 0.408893 0.451109</w:t>
        <w:br/>
        <w:t>vt 0.408867 0.457736</w:t>
        <w:br/>
        <w:t>vt 0.411208 0.459849</w:t>
        <w:br/>
        <w:t>vt 0.450825 0.457159</w:t>
        <w:br/>
        <w:t>vt 0.453191 0.457273</w:t>
        <w:br/>
        <w:t>vt 0.452932 0.452607</w:t>
        <w:br/>
        <w:t>vt 0.450825 0.452351</w:t>
        <w:br/>
        <w:t>vt 0.450825 0.462865</w:t>
        <w:br/>
        <w:t>vt 0.453168 0.463024</w:t>
        <w:br/>
        <w:t>vt 0.408841 0.460725</w:t>
        <w:br/>
        <w:t>vt 0.408750 0.467195</w:t>
        <w:br/>
        <w:t>vt 0.411208 0.467665</w:t>
        <w:br/>
        <w:t>vt 0.455502 0.468047</w:t>
        <w:br/>
        <w:t>vt 0.453858 0.447031</w:t>
        <w:br/>
        <w:t>vt 0.453690 0.449537</w:t>
        <w:br/>
        <w:t>vt 0.408847 0.472527</w:t>
        <w:br/>
        <w:t>vt 0.406447 0.472197</w:t>
        <w:br/>
        <w:t>vt 0.457695 0.468080</w:t>
        <w:br/>
        <w:t>vt 0.458029 0.452515</w:t>
        <w:br/>
        <w:t>vt 0.455358 0.452662</w:t>
        <w:br/>
        <w:t>vt 0.460165 0.452224</w:t>
        <w:br/>
        <w:t>vt 0.459518 0.449498</w:t>
        <w:br/>
        <w:t>vt 0.452286 0.449724</w:t>
        <w:br/>
        <w:t>vt 0.460165 0.467787</w:t>
        <w:br/>
        <w:t>vt 0.406370 0.477024</w:t>
        <w:br/>
        <w:t>vt 0.406450 0.474579</w:t>
        <w:br/>
        <w:t>vt 0.045006 0.335231</w:t>
        <w:br/>
        <w:t>vt 0.047574 0.338167</w:t>
        <w:br/>
        <w:t>vt 0.047538 0.335847</w:t>
        <w:br/>
        <w:t>vt 0.049869 0.335208</w:t>
        <w:br/>
        <w:t>vt 0.404685 0.442557</w:t>
        <w:br/>
        <w:t>vt 0.401664 0.445088</w:t>
        <w:br/>
        <w:t>vt 0.404144 0.446053</w:t>
        <w:br/>
        <w:t>vt 0.405162 0.443596</w:t>
        <w:br/>
        <w:t>vt 0.411208 0.445198</w:t>
        <w:br/>
        <w:t>vt 0.408572 0.446033</w:t>
        <w:br/>
        <w:t>vt 0.044789 0.324729</w:t>
        <w:br/>
        <w:t>vt 0.043994 0.330288</w:t>
        <w:br/>
        <w:t>vt 0.047524 0.329999</w:t>
        <w:br/>
        <w:t>vt 0.046613 0.324133</w:t>
        <w:br/>
        <w:t>vt 0.047582 0.323561</w:t>
        <w:br/>
        <w:t>vt 0.048517 0.324276</w:t>
        <w:br/>
        <w:t>vt 0.048517 0.324276</w:t>
        <w:br/>
        <w:t>vt 0.407974 0.442555</w:t>
        <w:br/>
        <w:t>vt 0.407555 0.443528</w:t>
        <w:br/>
        <w:t>vt 0.412267 0.477150</w:t>
        <w:br/>
        <w:t>vt 0.414678 0.476946</w:t>
        <w:br/>
        <w:t>vt 0.414597 0.474051</w:t>
        <w:br/>
        <w:t>vt 0.412267 0.473201</w:t>
        <w:br/>
        <w:t>vt 0.449396 0.469789</w:t>
        <w:br/>
        <w:t>vt 0.446446 0.470035</w:t>
        <w:br/>
        <w:t>vt 0.446430 0.466946</w:t>
        <w:br/>
        <w:t>vt 0.449396 0.466734</w:t>
        <w:br/>
        <w:t>vt 0.449396 0.461253</w:t>
        <w:br/>
        <w:t>vt 0.446693 0.461396</w:t>
        <w:br/>
        <w:t>vt 0.446637 0.456005</w:t>
        <w:br/>
        <w:t>vt 0.449396 0.455794</w:t>
        <w:br/>
        <w:t>vt 0.412267 0.465759</w:t>
        <w:br/>
        <w:t>vt 0.414642 0.465457</w:t>
        <w:br/>
        <w:t>vt 0.414506 0.458863</w:t>
        <w:br/>
        <w:t>vt 0.412267 0.458099</w:t>
        <w:br/>
        <w:t>vt 0.414558 0.471637</w:t>
        <w:br/>
        <w:t>vt 0.443949 0.470227</w:t>
        <w:br/>
        <w:t>vt 0.444033 0.461452</w:t>
        <w:br/>
        <w:t>vt 0.443965 0.467093</w:t>
        <w:br/>
        <w:t>vt 0.444026 0.456163</w:t>
        <w:br/>
        <w:t>vt 0.444113 0.449328</w:t>
        <w:br/>
        <w:t>vt 0.446074 0.449274</w:t>
        <w:br/>
        <w:t>vt 0.445970 0.447082</w:t>
        <w:br/>
        <w:t>vt 0.444026 0.446317</w:t>
        <w:br/>
        <w:t>vt 0.047582 0.323561</w:t>
        <w:br/>
        <w:t>vt 0.047708 0.322585</w:t>
        <w:br/>
        <w:t>vt 0.046613 0.324133</w:t>
        <w:br/>
        <w:t>vt 0.417007 0.465264</w:t>
        <w:br/>
        <w:t>vt 0.417016 0.458689</w:t>
        <w:br/>
        <w:t>vt 0.416943 0.471383</w:t>
        <w:br/>
        <w:t>vt 0.416935 0.476875</w:t>
        <w:br/>
        <w:t>vt 0.416944 0.474023</w:t>
        <w:br/>
        <w:t>vt 0.416990 0.451782</w:t>
        <w:br/>
        <w:t>vt 0.414560 0.451377</w:t>
        <w:br/>
        <w:t>vt 0.414510 0.456034</w:t>
        <w:br/>
        <w:t>vt 0.417027 0.455739</w:t>
        <w:br/>
        <w:t>vt 0.419308 0.474002</w:t>
        <w:br/>
        <w:t>vt 0.419200 0.476878</w:t>
        <w:br/>
        <w:t>vt 0.421680 0.477123</w:t>
        <w:br/>
        <w:t>vt 0.421680 0.473241</w:t>
        <w:br/>
        <w:t>vt 0.438696 0.470114</w:t>
        <w:br/>
        <w:t>vt 0.441452 0.470201</w:t>
        <w:br/>
        <w:t>vt 0.441510 0.467092</w:t>
        <w:br/>
        <w:t>vt 0.438696 0.467035</w:t>
        <w:br/>
        <w:t>vt 0.419434 0.458676</w:t>
        <w:br/>
        <w:t>vt 0.419311 0.465362</w:t>
        <w:br/>
        <w:t>vt 0.421680 0.465668</w:t>
        <w:br/>
        <w:t>vt 0.421679 0.457828</w:t>
        <w:br/>
        <w:t>vt 0.438696 0.461382</w:t>
        <w:br/>
        <w:t>vt 0.441354 0.461429</w:t>
        <w:br/>
        <w:t>vt 0.441424 0.456166</w:t>
        <w:br/>
        <w:t>vt 0.438695 0.455857</w:t>
        <w:br/>
        <w:t>vt 0.419343 0.471609</w:t>
        <w:br/>
        <w:t>vt 0.442230 0.447150</w:t>
        <w:br/>
        <w:t>vt 0.442232 0.449385</w:t>
        <w:br/>
        <w:t>vt 0.419461 0.455937</w:t>
        <w:br/>
        <w:t>vt 0.419404 0.451405</w:t>
        <w:br/>
        <w:t>vt 0.448669 0.452961</w:t>
        <w:br/>
        <w:t>vt 0.446483 0.452803</w:t>
        <w:br/>
        <w:t>vt 0.443937 0.452892</w:t>
        <w:br/>
        <w:t>vt 0.441448 0.453052</w:t>
        <w:br/>
        <w:t>vt 0.447491 0.448859</w:t>
        <w:br/>
        <w:t>vt 0.441058 0.449051</w:t>
        <w:br/>
        <w:t>vt 0.439194 0.453321</w:t>
        <w:br/>
        <w:t>vt 0.421679 0.451772</w:t>
        <w:br/>
        <w:t>vt 0.412266 0.451740</w:t>
        <w:br/>
        <w:t>vt 0.418461 0.449921</w:t>
        <w:br/>
        <w:t>vt 0.414770 0.446908</w:t>
        <w:br/>
        <w:t>vt 0.412266 0.446331</w:t>
        <w:br/>
        <w:t>vt 0.421679 0.446297</w:t>
        <w:br/>
        <w:t>vt 0.419212 0.446964</w:t>
        <w:br/>
        <w:t>vt 0.044789 0.324729</w:t>
        <w:br/>
        <w:t>vt 0.043994 0.330288</w:t>
        <w:br/>
        <w:t>vt 0.047524 0.329999</w:t>
        <w:br/>
        <w:t>vt 0.046613 0.324133</w:t>
        <w:br/>
        <w:t>vt 0.048517 0.324276</w:t>
        <w:br/>
        <w:t>vt 0.047582 0.323561</w:t>
        <w:br/>
        <w:t>vt 0.419176 0.443840</w:t>
        <w:br/>
        <w:t>vt 0.417891 0.444406</w:t>
        <w:br/>
        <w:t>vt 0.424241 0.475782</w:t>
        <w:br/>
        <w:t>vt 0.422497 0.475186</w:t>
        <w:br/>
        <w:t>vt 0.436989 0.471190</w:t>
        <w:br/>
        <w:t>vt 0.436989 0.466102</w:t>
        <w:br/>
        <w:t>vt 0.435047 0.465900</w:t>
        <w:br/>
        <w:t>vt 0.435097 0.471092</w:t>
        <w:br/>
        <w:t>vt 0.422497 0.471009</w:t>
        <w:br/>
        <w:t>vt 0.424271 0.470579</w:t>
        <w:br/>
        <w:t>vt 0.424205 0.466419</w:t>
        <w:br/>
        <w:t>vt 0.422497 0.465860</w:t>
        <w:br/>
        <w:t>vt 0.433202 0.475216</w:t>
        <w:br/>
        <w:t>vt 0.434970 0.475305</w:t>
        <w:br/>
        <w:t>vt 0.433225 0.470920</w:t>
        <w:br/>
        <w:t>vt 0.433184 0.465731</w:t>
        <w:br/>
        <w:t>vt 0.433424 0.456863</w:t>
        <w:br/>
        <w:t>vt 0.435372 0.456951</w:t>
        <w:br/>
        <w:t>vt 0.435009 0.454620</w:t>
        <w:br/>
        <w:t>vt 0.433493 0.453959</w:t>
        <w:br/>
        <w:t>vt 0.047582 0.323561</w:t>
        <w:br/>
        <w:t>vt 0.047708 0.322585</w:t>
        <w:br/>
        <w:t>vt 0.046613 0.324133</w:t>
        <w:br/>
        <w:t>vt 0.425997 0.470323</w:t>
        <w:br/>
        <w:t>vt 0.426004 0.466258</w:t>
        <w:br/>
        <w:t>vt 0.426169 0.460741</w:t>
        <w:br/>
        <w:t>vt 0.424377 0.460330</w:t>
        <w:br/>
        <w:t>vt 0.424226 0.464194</w:t>
        <w:br/>
        <w:t>vt 0.426056 0.463890</w:t>
        <w:br/>
        <w:t>vt 0.427666 0.475711</w:t>
        <w:br/>
        <w:t>vt 0.429293 0.474931</w:t>
        <w:br/>
        <w:t>vt 0.431374 0.475125</w:t>
        <w:br/>
        <w:t>vt 0.427781 0.466249</w:t>
        <w:br/>
        <w:t>vt 0.427755 0.470405</w:t>
        <w:br/>
        <w:t>vt 0.429583 0.470618</w:t>
        <w:br/>
        <w:t>vt 0.429440 0.465504</w:t>
        <w:br/>
        <w:t>vt 0.431369 0.470764</w:t>
        <w:br/>
        <w:t>vt 0.431366 0.465567</w:t>
        <w:br/>
        <w:t>vt 0.427677 0.473794</w:t>
        <w:br/>
        <w:t>vt 0.431789 0.454440</w:t>
        <w:br/>
        <w:t>vt 0.431564 0.456826</w:t>
        <w:br/>
        <w:t>vt 0.425938 0.473642</w:t>
        <w:br/>
        <w:t>vt 0.427857 0.464020</w:t>
        <w:br/>
        <w:t>vt 0.428036 0.460328</w:t>
        <w:br/>
        <w:t>vt 0.435235 0.461093</w:t>
        <w:br/>
        <w:t>vt 0.436988 0.461211</w:t>
        <w:br/>
        <w:t>vt 0.433375 0.460934</w:t>
        <w:br/>
        <w:t>vt 0.431570 0.460762</w:t>
        <w:br/>
        <w:t>vt 0.424250 0.473941</w:t>
        <w:br/>
        <w:t>vt 0.436989 0.475215</w:t>
        <w:br/>
        <w:t>vt 0.436988 0.456544</w:t>
        <w:br/>
        <w:t>vt 0.430210 0.456441</w:t>
        <w:br/>
        <w:t>vt 0.429991 0.460564</w:t>
        <w:br/>
        <w:t>vt 0.422497 0.460622</w:t>
        <w:br/>
        <w:t>vt 0.425061 0.459245</w:t>
        <w:br/>
        <w:t>vt 0.049870 0.335192</w:t>
        <w:br/>
        <w:t>vt 0.050955 0.330216</w:t>
        <w:br/>
        <w:t>vt 0.047524 0.329999</w:t>
        <w:br/>
        <w:t>vt 0.423602 0.453981</w:t>
        <w:br/>
        <w:t>vt 0.422497 0.456283</w:t>
        <w:br/>
        <w:t>vt 0.424565 0.456586</w:t>
        <w:br/>
        <w:t>vt 0.425230 0.454396</w:t>
        <w:br/>
        <w:t>vt 0.427862 0.456632</w:t>
        <w:br/>
        <w:t>vt 0.044789 0.324729</w:t>
        <w:br/>
        <w:t>vt 0.043994 0.330288</w:t>
        <w:br/>
        <w:t>vt 0.047524 0.329999</w:t>
        <w:br/>
        <w:t>vt 0.046613 0.324133</w:t>
        <w:br/>
        <w:t>vt 0.048517 0.324276</w:t>
        <w:br/>
        <w:t>vt 0.047582 0.323561</w:t>
        <w:br/>
        <w:t>vt 0.428635 0.454042</w:t>
        <w:br/>
        <w:t>vt 0.427164 0.454347</w:t>
        <w:br/>
        <w:t>vt 0.469288 0.481549</w:t>
        <w:br/>
        <w:t>vt 0.380843 0.513473</w:t>
        <w:br/>
        <w:t>vt 0.452630 0.500951</w:t>
        <w:br/>
        <w:t>vt 0.385279 0.518327</w:t>
        <w:br/>
        <w:t>vt 0.417589 0.489432</w:t>
        <w:br/>
        <w:t>vt 0.474772 0.509247</w:t>
        <w:br/>
        <w:t>vt 0.395762 0.480852</w:t>
        <w:br/>
        <w:t>vt 0.395889 0.475929</w:t>
        <w:br/>
        <w:t>vt 0.393763 0.480940</w:t>
        <w:br/>
        <w:t>vt 0.391497 0.480819</w:t>
        <w:br/>
        <w:t>vt 0.404246 0.481231</w:t>
        <w:br/>
        <w:t>vt 0.401662 0.480937</w:t>
        <w:br/>
        <w:t>vt 0.404049 0.472418</w:t>
        <w:br/>
        <w:t>vt 0.395922 0.473164</w:t>
        <w:br/>
        <w:t>vt 0.425941 0.475778</w:t>
        <w:br/>
        <w:t>vt 0.372784 0.496062</w:t>
        <w:br/>
        <w:t>vt 0.374139 0.494799</w:t>
        <w:br/>
        <w:t>vt 0.417411 0.487714</w:t>
        <w:br/>
        <w:t>vt 0.426237 0.487702</w:t>
        <w:br/>
        <w:t>vt 0.471703 0.495996</w:t>
        <w:br/>
        <w:t>vt 0.411306 0.485143</w:t>
        <w:br/>
        <w:t>vt 0.408898 0.486298</w:t>
        <w:br/>
        <w:t>vt 0.392047 0.499099</w:t>
        <w:br/>
        <w:t>vt 0.389842 0.502362</w:t>
        <w:br/>
        <w:t>vt 0.388058 0.505929</w:t>
        <w:br/>
        <w:t>vt 0.416182 0.444386</w:t>
        <w:br/>
        <w:t>vt 0.414933 0.443893</w:t>
        <w:br/>
        <w:t>vt 0.426350 0.452972</w:t>
        <w:br/>
        <w:t>vt 0.423602 0.453981</w:t>
        <w:br/>
        <w:t>vt 0.425230 0.454396</w:t>
        <w:br/>
        <w:t>vt 0.428635 0.454042</w:t>
        <w:br/>
        <w:t>vt 0.427164 0.454347</w:t>
        <w:br/>
        <w:t>vt 0.417090 0.443191</w:t>
        <w:br/>
        <w:t>vt 0.414933 0.443893</w:t>
        <w:br/>
        <w:t>vt 0.416182 0.444386</w:t>
        <w:br/>
        <w:t>vt 0.419176 0.443840</w:t>
        <w:br/>
        <w:t>vt 0.417891 0.444406</w:t>
        <w:br/>
        <w:t>vt 0.393676 0.472004</w:t>
        <w:br/>
        <w:t>vt 0.395928 0.471818</w:t>
        <w:br/>
        <w:t>vt 0.398051 0.472118</w:t>
        <w:br/>
        <w:t>vt 0.398106 0.471197</w:t>
        <w:br/>
        <w:t>vt 0.395940 0.470780</w:t>
        <w:br/>
        <w:t>vt 0.393652 0.471102</w:t>
        <w:br/>
        <w:t>vt 0.393669 0.460199</w:t>
        <w:br/>
        <w:t>vt 0.396024 0.459937</w:t>
        <w:br/>
        <w:t>vt 0.404096 0.473353</w:t>
        <w:br/>
        <w:t>vt 0.406454 0.473287</w:t>
        <w:br/>
        <w:t>vt 0.408802 0.473473</w:t>
        <w:br/>
        <w:t>vt 0.404019 0.459625</w:t>
        <w:br/>
        <w:t>vt 0.406408 0.459323</w:t>
        <w:br/>
        <w:t>vt 0.408818 0.459539</w:t>
        <w:br/>
        <w:t>vt 0.414613 0.472760</w:t>
        <w:br/>
        <w:t>vt 0.416945 0.472601</w:t>
        <w:br/>
        <w:t>vt 0.419297 0.472715</w:t>
        <w:br/>
        <w:t>vt 0.414541 0.457548</w:t>
        <w:br/>
        <w:t>vt 0.417033 0.457270</w:t>
        <w:br/>
        <w:t>vt 0.419424 0.457408</w:t>
        <w:br/>
        <w:t>vt 0.424285 0.474722</w:t>
        <w:br/>
        <w:t>vt 0.425932 0.474532</w:t>
        <w:br/>
        <w:t>vt 0.427633 0.474589</w:t>
        <w:br/>
        <w:t>vt 0.424230 0.465390</w:t>
        <w:br/>
        <w:t>vt 0.426019 0.465106</w:t>
        <w:br/>
        <w:t>vt 0.427778 0.465202</w:t>
        <w:br/>
        <w:t>vt 0.367819 0.495909</w:t>
        <w:br/>
        <w:t>vt 0.369154 0.494654</w:t>
        <w:br/>
        <w:t>vt 0.368948 0.491714</w:t>
        <w:br/>
        <w:t>vt 0.370481 0.493464</w:t>
        <w:br/>
        <w:t>vt 0.371755 0.492301</w:t>
        <w:br/>
        <w:t>vt 0.373053 0.491188</w:t>
        <w:br/>
        <w:t>vt 0.411498 0.489828</w:t>
        <w:br/>
        <w:t>vt 0.460986 0.478630</w:t>
        <w:br/>
        <w:t>vt 0.459735 0.481575</w:t>
        <w:br/>
        <w:t>vt 0.453061 0.478574</w:t>
        <w:br/>
        <w:t>vt 0.445268 0.483187</w:t>
        <w:br/>
        <w:t>vt 0.450825 0.477279</w:t>
        <w:br/>
        <w:t>vt 0.461355 0.477477</w:t>
        <w:br/>
        <w:t>vt 0.439121 0.484754</w:t>
        <w:br/>
        <w:t>vt 0.450201 0.478221</w:t>
        <w:br/>
        <w:t>vt 0.438125 0.481245</w:t>
        <w:br/>
        <w:t>vt 0.438663 0.480669</w:t>
        <w:br/>
        <w:t>vt 0.460923 0.481872</w:t>
        <w:br/>
        <w:t>vt 0.044789 0.324729</w:t>
        <w:br/>
        <w:t>vt 0.046613 0.324133</w:t>
        <w:br/>
        <w:t>vt 0.046613 0.324133</w:t>
        <w:br/>
        <w:t>vt 0.050192 0.325037</w:t>
        <w:br/>
        <w:t>vt 0.048517 0.324276</w:t>
        <w:br/>
        <w:t>vt 0.047582 0.323561</w:t>
        <w:br/>
        <w:t>vt 0.050192 0.325037</w:t>
        <w:br/>
        <w:t>vt 0.397627 0.451822</w:t>
        <w:br/>
        <w:t>vt 0.049869 0.335198</w:t>
        <w:br/>
        <w:t>vt 0.047538 0.335847</w:t>
        <w:br/>
        <w:t>vt 0.394533 0.451959</w:t>
        <w:br/>
        <w:t>vt 0.047574 0.338167</w:t>
        <w:br/>
        <w:t>vt 0.045006 0.335231</w:t>
        <w:br/>
        <w:t>vt 0.395851 0.444918</w:t>
        <w:br/>
        <w:t>vt 0.408023 0.449159</w:t>
        <w:br/>
        <w:t>vt 0.050955 0.330216</w:t>
        <w:br/>
        <w:t>vt 0.404707 0.449096</w:t>
        <w:br/>
        <w:t>vt 0.406376 0.443106</w:t>
        <w:br/>
        <w:t>vt 0.405162 0.443596</w:t>
        <w:br/>
        <w:t>vt 0.406344 0.441967</w:t>
        <w:br/>
        <w:t>vt 0.050192 0.325037</w:t>
        <w:br/>
        <w:t>vt 0.044789 0.324729</w:t>
        <w:br/>
        <w:t>vt 0.050192 0.325037</w:t>
        <w:br/>
        <w:t>vt 0.050955 0.330216</w:t>
        <w:br/>
        <w:t>vt 0.049869 0.335207</w:t>
        <w:br/>
        <w:t>vt 0.047538 0.335847</w:t>
        <w:br/>
        <w:t>vt 0.047574 0.338167</w:t>
        <w:br/>
        <w:t>vt 0.045006 0.335231</w:t>
        <w:br/>
        <w:t>vt 0.415461 0.449846</w:t>
        <w:br/>
        <w:t>vt 0.050192 0.325037</w:t>
        <w:br/>
        <w:t>vt 0.417002 0.444276</w:t>
        <w:br/>
        <w:t>vt 0.048517 0.324276</w:t>
        <w:br/>
        <w:t>vt 0.050192 0.325037</w:t>
        <w:br/>
        <w:t>vt 0.044789 0.324729</w:t>
        <w:br/>
        <w:t>vt 0.047538 0.335847</w:t>
        <w:br/>
        <w:t>vt 0.047574 0.338167</w:t>
        <w:br/>
        <w:t>vt 0.427342 0.459274</w:t>
        <w:br/>
        <w:t>vt 0.045006 0.335231</w:t>
        <w:br/>
        <w:t>vt 0.050192 0.325037</w:t>
        <w:br/>
        <w:t>vt 0.426231 0.454123</w:t>
        <w:br/>
        <w:t>vt 0.048517 0.324276</w:t>
        <w:br/>
        <w:t>vt 0.050955 0.330216</w:t>
        <w:br/>
        <w:t>vt 0.049867 0.335226</w:t>
        <w:br/>
        <w:t>vt 0.368970 0.490249</w:t>
        <w:br/>
        <w:t>vt 0.047538 0.335847</w:t>
        <w:br/>
        <w:t>vt 0.367417 0.491531</w:t>
        <w:br/>
        <w:t>vt 0.045006 0.335231</w:t>
        <w:br/>
        <w:t>vt 0.047574 0.338167</w:t>
        <w:br/>
        <w:t>vt 0.050192 0.325037</w:t>
        <w:br/>
        <w:t>vt 0.364902 0.487172</w:t>
        <w:br/>
        <w:t>vt 0.365584 0.487958</w:t>
        <w:br/>
        <w:t>vt 0.365162 0.488801</w:t>
        <w:br/>
        <w:t>vt 0.365584 0.487958</w:t>
        <w:br/>
        <w:t>vt 0.614789 0.929914</w:t>
        <w:br/>
        <w:t>vt 0.614670 0.914644</w:t>
        <w:br/>
        <w:t>vt 0.623956 0.915435</w:t>
        <w:br/>
        <w:t>vt 0.623950 0.930788</w:t>
        <w:br/>
        <w:t>vt 0.595243 0.913660</w:t>
        <w:br/>
        <w:t>vt 0.595023 0.929039</w:t>
        <w:br/>
        <w:t>vt 0.585881 0.928779</w:t>
        <w:br/>
        <w:t>vt 0.586128 0.913309</w:t>
        <w:br/>
        <w:t>vt 0.577533 0.913116</w:t>
        <w:br/>
        <w:t>vt 0.577271 0.928689</w:t>
        <w:br/>
        <w:t>vt 0.567808 0.928851</w:t>
        <w:br/>
        <w:t>vt 0.568121 0.913058</w:t>
        <w:br/>
        <w:t>vt 0.531118 0.913943</w:t>
        <w:br/>
        <w:t>vt 0.540522 0.913703</w:t>
        <w:br/>
        <w:t>vt 0.539436 0.930126</w:t>
        <w:br/>
        <w:t>vt 0.530214 0.930407</w:t>
        <w:br/>
        <w:t>vt 0.520520 0.930774</w:t>
        <w:br/>
        <w:t>vt 0.521633 0.914351</w:t>
        <w:br/>
        <w:t>vt 0.443474 0.929333</w:t>
        <w:br/>
        <w:t>vt 0.443474 0.914525</w:t>
        <w:br/>
        <w:t>vt 0.451388 0.915172</w:t>
        <w:br/>
        <w:t>vt 0.451635 0.930184</w:t>
        <w:br/>
        <w:t>vt 0.578506 0.896680</w:t>
        <w:br/>
        <w:t>vt 0.586941 0.898328</w:t>
        <w:br/>
        <w:t>vt 0.476854 0.915900</w:t>
        <w:br/>
        <w:t>vt 0.477137 0.931611</w:t>
        <w:br/>
        <w:t>vt 0.468298 0.931281</w:t>
        <w:br/>
        <w:t>vt 0.468099 0.915802</w:t>
        <w:br/>
        <w:t>vt 0.614909 0.962440</w:t>
        <w:br/>
        <w:t>vt 0.615004 0.948088</w:t>
        <w:br/>
        <w:t>vt 0.624285 0.948975</w:t>
        <w:br/>
        <w:t>vt 0.624275 0.963348</w:t>
        <w:br/>
        <w:t>vt 0.576769 0.960110</w:t>
        <w:br/>
        <w:t>vt 0.577008 0.945575</w:t>
        <w:br/>
        <w:t>vt 0.594935 0.946446</w:t>
        <w:br/>
        <w:t>vt 0.595139 0.961109</w:t>
        <w:br/>
        <w:t>vt 0.562885 0.960353</w:t>
        <w:br/>
        <w:t>vt 0.565929 0.945678</w:t>
        <w:br/>
        <w:t>vt 0.559394 0.946013</w:t>
        <w:br/>
        <w:t>vt 0.547836 0.961242</w:t>
        <w:br/>
        <w:t>vt 0.548288 0.946855</w:t>
        <w:br/>
        <w:t>vt 0.508147 0.962748</w:t>
        <w:br/>
        <w:t>vt 0.497056 0.963313</w:t>
        <w:br/>
        <w:t>vt 0.496942 0.949691</w:t>
        <w:br/>
        <w:t>vt 0.508689 0.948973</w:t>
        <w:br/>
        <w:t>vt 0.443474 0.962521</w:t>
        <w:br/>
        <w:t>vt 0.443474 0.947872</w:t>
        <w:br/>
        <w:t>vt 0.452702 0.948698</w:t>
        <w:br/>
        <w:t>vt 0.455677 0.963274</w:t>
        <w:br/>
        <w:t>vt 0.613550 0.904577</w:t>
        <w:br/>
        <w:t>vt 0.623078 0.906092</w:t>
        <w:br/>
        <w:t>vt 0.529507 0.896187</w:t>
        <w:br/>
        <w:t>vt 0.541235 0.895131</w:t>
        <w:br/>
        <w:t>vt 0.498809 0.902678</w:t>
        <w:br/>
        <w:t>vt 0.510410 0.899958</w:t>
        <w:br/>
        <w:t>vt 0.510291 0.915021</w:t>
        <w:br/>
        <w:t>vt 0.498366 0.915523</w:t>
        <w:br/>
        <w:t>vt 0.443474 0.906618</w:t>
        <w:br/>
        <w:t>vt 0.451183 0.907713</w:t>
        <w:br/>
        <w:t>vt 0.459365 0.907977</w:t>
        <w:br/>
        <w:t>vt 0.467786 0.907703</w:t>
        <w:br/>
        <w:t>vt 0.459468 0.915547</w:t>
        <w:br/>
        <w:t>vt 0.521309 0.897489</w:t>
        <w:br/>
        <w:t>vt 0.605197 0.914037</w:t>
        <w:br/>
        <w:t>vt 0.604762 0.902544</w:t>
        <w:br/>
        <w:t>vt 0.558982 0.913212</w:t>
        <w:br/>
        <w:t>vt 0.558967 0.894643</w:t>
        <w:br/>
        <w:t>vt 0.568817 0.895314</w:t>
        <w:br/>
        <w:t>vt 0.550234 0.894638</w:t>
        <w:br/>
        <w:t>vt 0.549826 0.913441</w:t>
        <w:br/>
        <w:t>vt 0.476700 0.906829</w:t>
        <w:br/>
        <w:t>vt 0.487250 0.905157</w:t>
        <w:br/>
        <w:t>vt 0.486735 0.915853</w:t>
        <w:br/>
        <w:t>vt 0.509498 0.931256</w:t>
        <w:br/>
        <w:t>vt 0.633918 0.931957</w:t>
        <w:br/>
        <w:t>vt 0.633918 0.949919</w:t>
        <w:br/>
        <w:t>vt 0.605411 0.929318</w:t>
        <w:br/>
        <w:t>vt 0.548964 0.929744</w:t>
        <w:br/>
        <w:t>vt 0.519220 0.948327</w:t>
        <w:br/>
        <w:t>vt 0.497712 0.931614</w:t>
        <w:br/>
        <w:t>vt 0.486618 0.931735</w:t>
        <w:br/>
        <w:t>vt 0.458643 0.949185</w:t>
        <w:br/>
        <w:t>vt 0.459291 0.930776</w:t>
        <w:br/>
        <w:t>vt 0.468307 0.949705</w:t>
        <w:br/>
        <w:t>vt 0.595641 0.900363</w:t>
        <w:br/>
        <w:t>vt 0.559133 0.929173</w:t>
        <w:br/>
        <w:t>vt 0.486373 0.949948</w:t>
        <w:br/>
        <w:t>vt 0.487875 0.963449</w:t>
        <w:br/>
        <w:t>vt 0.487250 0.905157</w:t>
        <w:br/>
        <w:t>vt 0.477636 0.949940</w:t>
        <w:br/>
        <w:t>vt 0.633918 0.916320</w:t>
        <w:br/>
        <w:t>vt 0.633918 0.963878</w:t>
        <w:br/>
        <w:t>vt 0.633918 0.907446</w:t>
        <w:br/>
        <w:t>vt 0.604996 0.961656</w:t>
        <w:br/>
        <w:t>vt 0.605288 0.947043</w:t>
        <w:br/>
        <w:t>vt 0.533734 0.947640</w:t>
        <w:br/>
        <w:t>vt 0.533121 0.962164</w:t>
        <w:br/>
        <w:t>vt 0.517336 0.962339</w:t>
        <w:br/>
        <w:t>vt 0.478383 0.963810</w:t>
        <w:br/>
        <w:t>vt 0.469618 0.963790</w:t>
        <w:br/>
        <w:t>vt 0.532290 0.981628</w:t>
        <w:br/>
        <w:t>vt 0.510545 0.981628</w:t>
        <w:br/>
        <w:t>vt 0.595004 0.981628</w:t>
        <w:br/>
        <w:t>vt 0.576238 0.981628</w:t>
        <w:br/>
        <w:t>vt 0.605073 0.981628</w:t>
        <w:br/>
        <w:t>vt 0.633918 0.981628</w:t>
        <w:br/>
        <w:t>vt 0.547238 0.981628</w:t>
        <w:br/>
        <w:t>vt 0.493571 0.981628</w:t>
        <w:br/>
        <w:t>vt 0.443474 0.981628</w:t>
        <w:br/>
        <w:t>vt 0.457699 0.981628</w:t>
        <w:br/>
        <w:t>vt 0.478476 0.981628</w:t>
        <w:br/>
        <w:t>vt 0.615525 0.981628</w:t>
        <w:br/>
        <w:t>vt 0.562045 0.981628</w:t>
        <w:br/>
        <w:t>vt 0.532405 0.983751</w:t>
        <w:br/>
        <w:t>vt 0.547353 0.983751</w:t>
        <w:br/>
        <w:t>vt 0.547192 0.987300</w:t>
        <w:br/>
        <w:t>vt 0.532225 0.987300</w:t>
        <w:br/>
        <w:t>vt 0.562160 0.983751</w:t>
        <w:br/>
        <w:t>vt 0.561755 0.987300</w:t>
        <w:br/>
        <w:t>vt 0.576353 0.983751</w:t>
        <w:br/>
        <w:t>vt 0.576318 0.987300</w:t>
        <w:br/>
        <w:t>vt 0.576318 0.987300</w:t>
        <w:br/>
        <w:t>vt 0.595119 0.983751</w:t>
        <w:br/>
        <w:t>vt 0.595101 0.987300</w:t>
        <w:br/>
        <w:t>vt 0.605188 0.983751</w:t>
        <w:br/>
        <w:t>vt 0.605325 0.987300</w:t>
        <w:br/>
        <w:t>vt 0.615640 0.983751</w:t>
        <w:br/>
        <w:t>vt 0.616068 0.987300</w:t>
        <w:br/>
        <w:t>vt 0.634033 0.983751</w:t>
        <w:br/>
        <w:t>vt 0.634033 0.987300</w:t>
        <w:br/>
        <w:t>vt 0.443589 0.987300</w:t>
        <w:br/>
        <w:t>vt 0.443589 0.983751</w:t>
        <w:br/>
        <w:t>vt 0.457814 0.983751</w:t>
        <w:br/>
        <w:t>vt 0.457919 0.987300</w:t>
        <w:br/>
        <w:t>vt 0.478591 0.983751</w:t>
        <w:br/>
        <w:t>vt 0.478394 0.987300</w:t>
        <w:br/>
        <w:t>vt 0.493686 0.983751</w:t>
        <w:br/>
        <w:t>vt 0.493604 0.987300</w:t>
        <w:br/>
        <w:t>vt 0.510660 0.983751</w:t>
        <w:br/>
        <w:t>vt 0.510761 0.987300</w:t>
        <w:br/>
        <w:t>vt 0.683603 0.983692</w:t>
        <w:br/>
        <w:t>vt 0.684120 0.991308</w:t>
        <w:br/>
        <w:t>vt 0.671478 0.991322</w:t>
        <w:br/>
        <w:t>vt 0.670682 0.983542</w:t>
        <w:br/>
        <w:t>vt 0.683148 0.958253</w:t>
        <w:br/>
        <w:t>vt 0.683251 0.966463</w:t>
        <w:br/>
        <w:t>vt 0.669569 0.966566</w:t>
        <w:br/>
        <w:t>vt 0.669178 0.958416</w:t>
        <w:br/>
        <w:t>vt 0.683167 0.941838</w:t>
        <w:br/>
        <w:t>vt 0.683087 0.950444</w:t>
        <w:br/>
        <w:t>vt 0.668939 0.950688</w:t>
        <w:br/>
        <w:t>vt 0.668805 0.942193</w:t>
        <w:br/>
        <w:t>vt 0.669386 0.909057</w:t>
        <w:br/>
        <w:t>vt 0.683698 0.908361</w:t>
        <w:br/>
        <w:t>vt 0.683649 0.916425</w:t>
        <w:br/>
        <w:t>vt 0.669184 0.917349</w:t>
        <w:br/>
        <w:t>vt 0.669730 0.901005</w:t>
        <w:br/>
        <w:t>vt 0.683818 0.900019</w:t>
        <w:br/>
        <w:t>vt 0.682923 0.835722</w:t>
        <w:br/>
        <w:t>vt 0.683507 0.842769</w:t>
        <w:br/>
        <w:t>vt 0.670734 0.842476</w:t>
        <w:br/>
        <w:t>vt 0.670133 0.835704</w:t>
        <w:br/>
        <w:t>vt 0.655645 0.959281</w:t>
        <w:br/>
        <w:t>vt 0.654048 0.951711</w:t>
        <w:br/>
        <w:t>vt 0.671314 0.863678</w:t>
        <w:br/>
        <w:t>vt 0.671283 0.856469</w:t>
        <w:br/>
        <w:t>vt 0.684093 0.856761</w:t>
        <w:br/>
        <w:t>vt 0.684235 0.864015</w:t>
        <w:br/>
        <w:t>vt 0.663817 0.990910</w:t>
        <w:br/>
        <w:t>vt 0.662048 0.982919</w:t>
        <w:br/>
        <w:t>vt 0.653811 0.907540</w:t>
        <w:br/>
        <w:t>vt 0.652699 0.917946</w:t>
        <w:br/>
        <w:t>vt 0.660050 0.881541</w:t>
        <w:br/>
        <w:t>vt 0.670806 0.881386</w:t>
        <w:br/>
        <w:t>vt 0.670319 0.891354</w:t>
        <w:br/>
        <w:t>vt 0.657495 0.891169</w:t>
        <w:br/>
        <w:t>vt 0.664391 0.842452</w:t>
        <w:br/>
        <w:t>vt 0.663312 0.835576</w:t>
        <w:br/>
        <w:t>vt 0.664624 0.856216</w:t>
        <w:br/>
        <w:t>vt 0.664811 0.849296</w:t>
        <w:br/>
        <w:t>vt 0.671101 0.849296</w:t>
        <w:br/>
        <w:t>vt 0.655126 0.900369</w:t>
        <w:br/>
        <w:t>vt 0.659872 0.975233</w:t>
        <w:br/>
        <w:t>vt 0.670023 0.975361</w:t>
        <w:br/>
        <w:t>vt 0.668865 0.933962</w:t>
        <w:br/>
        <w:t>vt 0.652741 0.942874</w:t>
        <w:br/>
        <w:t>vt 0.652122 0.933910</w:t>
        <w:br/>
        <w:t>vt 0.652164 0.926013</w:t>
        <w:br/>
        <w:t>vt 0.668997 0.925760</w:t>
        <w:br/>
        <w:t>vt 0.671177 0.871790</w:t>
        <w:br/>
        <w:t>vt 0.662336 0.872091</w:t>
        <w:br/>
        <w:t>vt 0.663848 0.863491</w:t>
        <w:br/>
        <w:t>vt 0.684043 0.890672</w:t>
        <w:br/>
        <w:t>vt 0.683318 0.975628</w:t>
        <w:br/>
        <w:t>vt 0.683550 0.924858</w:t>
        <w:br/>
        <w:t>vt 0.684195 0.880859</w:t>
        <w:br/>
        <w:t>vt 0.684266 0.871757</w:t>
        <w:br/>
        <w:t>vt 0.657650 0.967093</w:t>
        <w:br/>
        <w:t>vt 0.683284 0.933972</w:t>
        <w:br/>
        <w:t>vt 0.662336 0.872091</w:t>
        <w:br/>
        <w:t>vt 0.683850 0.849270</w:t>
        <w:br/>
        <w:t>vt 0.684941 0.999328</w:t>
        <w:br/>
        <w:t>vt 0.672283 0.999490</w:t>
        <w:br/>
        <w:t>vt 0.665143 0.999450</w:t>
        <w:br/>
        <w:t>vt 0.973665 0.855141</w:t>
        <w:br/>
        <w:t>vt 0.973665 0.861361</w:t>
        <w:br/>
        <w:t>vt 0.971165 0.861064</w:t>
        <w:br/>
        <w:t>vt 0.971165 0.854812</w:t>
        <w:br/>
        <w:t>vt 0.971165 0.867187</w:t>
        <w:br/>
        <w:t>vt 0.973665 0.867210</w:t>
        <w:br/>
        <w:t>vt 0.973665 0.848098</w:t>
        <w:br/>
        <w:t>vt 0.971165 0.847938</w:t>
        <w:br/>
        <w:t>vt 0.100890 0.394566</w:t>
        <w:br/>
        <w:t>vt 0.100890 0.402571</w:t>
        <w:br/>
        <w:t>vt 0.100444 0.402457</w:t>
        <w:br/>
        <w:t>vt 0.100444 0.394367</w:t>
        <w:br/>
        <w:t>vt 0.100444 0.410049</w:t>
        <w:br/>
        <w:t>vt 0.100890 0.410124</w:t>
        <w:br/>
        <w:t>vt 0.100444 0.417820</w:t>
        <w:br/>
        <w:t>vt 0.100890 0.417872</w:t>
        <w:br/>
        <w:t>vt 0.798579 0.809980</w:t>
        <w:br/>
        <w:t>vt 0.806917 0.809980</w:t>
        <w:br/>
        <w:t>vt 0.806796 0.810551</w:t>
        <w:br/>
        <w:t>vt 0.797989 0.810602</w:t>
        <w:br/>
        <w:t>vt 0.971165 0.738401</w:t>
        <w:br/>
        <w:t>vt 0.971165 0.731760</w:t>
        <w:br/>
        <w:t>vt 0.973665 0.731930</w:t>
        <w:br/>
        <w:t>vt 0.973665 0.738629</w:t>
        <w:br/>
        <w:t>vt 0.971165 0.840389</w:t>
        <w:br/>
        <w:t>vt 0.973665 0.840404</w:t>
        <w:br/>
        <w:t>vt 0.100444 0.425866</w:t>
        <w:br/>
        <w:t>vt 0.100890 0.425947</w:t>
        <w:br/>
        <w:t>vt 0.100444 0.433821</w:t>
        <w:br/>
        <w:t>vt 0.100890 0.433906</w:t>
        <w:br/>
        <w:t>vt 0.971165 0.832942</w:t>
        <w:br/>
        <w:t>vt 0.973665 0.832835</w:t>
        <w:br/>
        <w:t>vt 0.971165 0.804851</w:t>
        <w:br/>
        <w:t>vt 0.973665 0.804627</w:t>
        <w:br/>
        <w:t>vt 0.973665 0.813025</w:t>
        <w:br/>
        <w:t>vt 0.971165 0.813137</w:t>
        <w:br/>
        <w:t>vt 0.713918 0.809980</w:t>
        <w:br/>
        <w:t>vt 0.714034 0.810459</w:t>
        <w:br/>
        <w:t>vt 0.701074 0.810468</w:t>
        <w:br/>
        <w:t>vt 0.701102 0.809980</w:t>
        <w:br/>
        <w:t>vt 0.971165 0.793951</w:t>
        <w:br/>
        <w:t>vt 0.973665 0.794014</w:t>
        <w:br/>
        <w:t>vt 0.726760 0.809980</w:t>
        <w:br/>
        <w:t>vt 0.726953 0.810469</w:t>
        <w:br/>
        <w:t>vt 0.971165 0.785221</w:t>
        <w:br/>
        <w:t>vt 0.973665 0.785291</w:t>
        <w:br/>
        <w:t>vt 0.737514 0.809980</w:t>
        <w:br/>
        <w:t>vt 0.737774 0.810529</w:t>
        <w:br/>
        <w:t>vt 0.971165 0.761381</w:t>
        <w:br/>
        <w:t>vt 0.973665 0.761380</w:t>
        <w:br/>
        <w:t>vt 0.973665 0.768448</w:t>
        <w:br/>
        <w:t>vt 0.971165 0.768536</w:t>
        <w:br/>
        <w:t>vt 0.973665 0.776834</w:t>
        <w:br/>
        <w:t>vt 0.971165 0.776845</w:t>
        <w:br/>
        <w:t>vt 0.971165 0.755474</w:t>
        <w:br/>
        <w:t>vt 0.973665 0.755444</w:t>
        <w:br/>
        <w:t>vt 0.748200 0.810620</w:t>
        <w:br/>
        <w:t>vt 0.748027 0.809980</w:t>
        <w:br/>
        <w:t>vt 0.758802 0.809980</w:t>
        <w:br/>
        <w:t>vt 0.758884 0.810853</w:t>
        <w:br/>
        <w:t>vt 0.767961 0.810834</w:t>
        <w:br/>
        <w:t>vt 0.768117 0.809980</w:t>
        <w:br/>
        <w:t>vt 0.776021 0.810804</w:t>
        <w:br/>
        <w:t>vt 0.776241 0.809980</w:t>
        <w:br/>
        <w:t>vt 0.794012 0.809980</w:t>
        <w:br/>
        <w:t>vt 0.794227 0.810671</w:t>
        <w:br/>
        <w:t>vt 0.784651 0.809980</w:t>
        <w:br/>
        <w:t>vt 0.784320 0.810785</w:t>
        <w:br/>
        <w:t>vt 0.971165 0.742908</w:t>
        <w:br/>
        <w:t>vt 0.973665 0.742830</w:t>
        <w:br/>
        <w:t>vt 0.973665 0.749329</w:t>
        <w:br/>
        <w:t>vt 0.971165 0.749369</w:t>
        <w:br/>
        <w:t>vt 0.694862 0.991859</w:t>
        <w:br/>
        <w:t>vt 0.694862 0.999247</w:t>
        <w:br/>
        <w:t>vt 0.694862 0.957929</w:t>
        <w:br/>
        <w:t>vt 0.694862 0.949303</w:t>
        <w:br/>
        <w:t>vt 0.694862 0.942495</w:t>
        <w:br/>
        <w:t>vt 0.694862 0.900352</w:t>
        <w:br/>
        <w:t>vt 0.694862 0.910885</w:t>
        <w:br/>
        <w:t>vt 0.694827 0.835849</w:t>
        <w:br/>
        <w:t>vt 0.694862 0.843861</w:t>
        <w:br/>
        <w:t>vt 0.694862 0.849299</w:t>
        <w:br/>
        <w:t>vt 0.694862 0.857095</w:t>
        <w:br/>
        <w:t>vt 0.694862 0.934033</w:t>
        <w:br/>
        <w:t>vt 0.694862 0.924036</w:t>
        <w:br/>
        <w:t>vt 0.694862 0.880220</w:t>
        <w:br/>
        <w:t>vt 0.694862 0.871588</w:t>
        <w:br/>
        <w:t>vt 0.694862 0.864460</w:t>
        <w:br/>
        <w:t>vt 0.694862 0.966914</w:t>
        <w:br/>
        <w:t>vt 0.694862 0.976022</w:t>
        <w:br/>
        <w:t>vt 0.694862 0.984316</w:t>
        <w:br/>
        <w:t>vt 0.694862 0.890246</w:t>
        <w:br/>
        <w:t>vt 0.694862 0.890246</w:t>
        <w:br/>
        <w:t>vt 0.694862 0.991859</w:t>
        <w:br/>
        <w:t>vt 0.093416 0.401884</w:t>
        <w:br/>
        <w:t>vt 0.093416 0.394033</w:t>
        <w:br/>
        <w:t>vt 0.094476 0.394060</w:t>
        <w:br/>
        <w:t>vt 0.094476 0.402028</w:t>
        <w:br/>
        <w:t>vt 0.795656 0.819152</w:t>
        <w:br/>
        <w:t>vt 0.806774 0.817915</w:t>
        <w:br/>
        <w:t>vt 0.806586 0.820637</w:t>
        <w:br/>
        <w:t>vt 0.795614 0.820637</w:t>
        <w:br/>
        <w:t>vt 0.783736 0.820637</w:t>
        <w:br/>
        <w:t>vt 0.783739 0.819164</w:t>
        <w:br/>
        <w:t>vt 0.093416 0.409408</w:t>
        <w:br/>
        <w:t>vt 0.094476 0.409650</w:t>
        <w:br/>
        <w:t>vt 0.775760 0.820637</w:t>
        <w:br/>
        <w:t>vt 0.775716 0.819132</w:t>
        <w:br/>
        <w:t>vt 0.093416 0.417492</w:t>
        <w:br/>
        <w:t>vt 0.094476 0.417612</w:t>
        <w:br/>
        <w:t>vt 0.767391 0.820637</w:t>
        <w:br/>
        <w:t>vt 0.767496 0.819108</w:t>
        <w:br/>
        <w:t>vt 0.093416 0.425559</w:t>
        <w:br/>
        <w:t>vt 0.094476 0.425605</w:t>
        <w:br/>
        <w:t>vt 0.094476 0.433675</w:t>
        <w:br/>
        <w:t>vt 0.093416 0.433876</w:t>
        <w:br/>
        <w:t>vt 0.387352 0.441937</w:t>
        <w:br/>
        <w:t>vt 0.388346 0.441724</w:t>
        <w:br/>
        <w:t>vt 0.388346 0.449429</w:t>
        <w:br/>
        <w:t>vt 0.387382 0.449442</w:t>
        <w:br/>
        <w:t>vt 0.388346 0.457981</w:t>
        <w:br/>
        <w:t>vt 0.387426 0.457972</w:t>
        <w:br/>
        <w:t>vt 0.387236 0.431555</w:t>
        <w:br/>
        <w:t>vt 0.388346 0.431457</w:t>
        <w:br/>
        <w:t>vt 0.387466 0.466172</w:t>
        <w:br/>
        <w:t>vt 0.388346 0.466219</w:t>
        <w:br/>
        <w:t>vt 0.387484 0.474654</w:t>
        <w:br/>
        <w:t>vt 0.388346 0.474867</w:t>
        <w:br/>
        <w:t>vt 0.119853 0.178905</w:t>
        <w:br/>
        <w:t>vt 0.119853 0.189159</w:t>
        <w:br/>
        <w:t>vt 0.118848 0.189241</w:t>
        <w:br/>
        <w:t>vt 0.118768 0.178692</w:t>
        <w:br/>
        <w:t>vt 0.119006 0.089963</w:t>
        <w:br/>
        <w:t>vt 0.119853 0.090071</w:t>
        <w:br/>
        <w:t>vt 0.119853 0.101857</w:t>
        <w:br/>
        <w:t>vt 0.118943 0.101903</w:t>
        <w:br/>
        <w:t>vt 0.714442 0.819057</w:t>
        <w:br/>
        <w:t>vt 0.714606 0.820637</w:t>
        <w:br/>
        <w:t>vt 0.701760 0.820637</w:t>
        <w:br/>
        <w:t>vt 0.701456 0.819030</w:t>
        <w:br/>
        <w:t>vt 0.727370 0.819077</w:t>
        <w:br/>
        <w:t>vt 0.727391 0.820637</w:t>
        <w:br/>
        <w:t>vt 0.119853 0.113937</w:t>
        <w:br/>
        <w:t>vt 0.118886 0.114123</w:t>
        <w:br/>
        <w:t>vt 0.738099 0.819064</w:t>
        <w:br/>
        <w:t>vt 0.738029 0.820637</w:t>
        <w:br/>
        <w:t>vt 0.119853 0.124276</w:t>
        <w:br/>
        <w:t>vt 0.118841 0.124594</w:t>
        <w:br/>
        <w:t>vt 0.748180 0.820637</w:t>
        <w:br/>
        <w:t>vt 0.748243 0.819005</w:t>
        <w:br/>
        <w:t>vt 0.119853 0.133971</w:t>
        <w:br/>
        <w:t>vt 0.118730 0.134219</w:t>
        <w:br/>
        <w:t>vt 0.119853 0.144508</w:t>
        <w:br/>
        <w:t>vt 0.118686 0.144752</w:t>
        <w:br/>
        <w:t>vt 0.118686 0.151287</w:t>
        <w:br/>
        <w:t>vt 0.119853 0.151636</w:t>
        <w:br/>
        <w:t>vt 0.118680 0.160278</w:t>
        <w:br/>
        <w:t>vt 0.119853 0.160393</w:t>
        <w:br/>
        <w:t>vt 0.758922 0.819124</w:t>
        <w:br/>
        <w:t>vt 0.758922 0.820637</w:t>
        <w:br/>
        <w:t>vt 0.118784 0.166964</w:t>
        <w:br/>
        <w:t>vt 0.119853 0.167308</w:t>
        <w:br/>
        <w:t>vt 0.748200 0.810620</w:t>
        <w:br/>
        <w:t>vt 0.758884 0.810853</w:t>
        <w:br/>
        <w:t>vt 0.767961 0.810834</w:t>
        <w:br/>
        <w:t>vt 0.776021 0.810804</w:t>
        <w:br/>
        <w:t>vt 0.100890 0.442278</w:t>
        <w:br/>
        <w:t>vt 0.093416 0.442090</w:t>
        <w:br/>
        <w:t>vt 0.094476 0.441437</w:t>
        <w:br/>
        <w:t>vt 0.100444 0.441791</w:t>
        <w:br/>
        <w:t>vt 0.695769 0.809980</w:t>
        <w:br/>
        <w:t>vt 0.696319 0.810560</w:t>
        <w:br/>
        <w:t>vt 0.697187 0.819103</w:t>
        <w:br/>
        <w:t>vt 0.696524 0.820637</w:t>
        <w:br/>
        <w:t>vt 0.973665 0.819790</w:t>
        <w:br/>
        <w:t>vt 0.971165 0.820150</w:t>
        <w:br/>
        <w:t>vt 0.696319 0.810560</w:t>
        <w:br/>
        <w:t>vt 0.695769 0.809980</w:t>
        <w:br/>
        <w:t>vt 0.119202 0.085666</w:t>
        <w:br/>
        <w:t>vt 0.119853 0.084885</w:t>
        <w:br/>
        <w:t>vt 0.696524 0.820637</w:t>
        <w:br/>
        <w:t>vt 0.697187 0.819103</w:t>
        <w:br/>
        <w:t>vt 0.387754 0.482913</w:t>
        <w:br/>
        <w:t>vt 0.388346 0.483509</w:t>
        <w:br/>
        <w:t>vt 0.094476 0.441437</w:t>
        <w:br/>
        <w:t>vt 0.093416 0.442090</w:t>
        <w:br/>
        <w:t>vt 0.100444 0.441791</w:t>
        <w:br/>
        <w:t>vt 0.100890 0.442278</w:t>
        <w:br/>
        <w:t>vt 0.973665 0.825753</w:t>
        <w:br/>
        <w:t>vt 0.971165 0.825793</w:t>
        <w:br/>
        <w:t>vt 0.373214 0.483509</w:t>
        <w:br/>
        <w:t>vt 0.387754 0.482913</w:t>
        <w:br/>
        <w:t>vt 0.388346 0.483509</w:t>
        <w:br/>
        <w:t>vt 0.105263 0.087006</w:t>
        <w:br/>
        <w:t>vt 0.119853 0.084885</w:t>
        <w:br/>
        <w:t>vt 0.119202 0.085666</w:t>
        <w:br/>
        <w:t>vt 0.604921 0.181012</w:t>
        <w:br/>
        <w:t>vt 0.601771 0.180969</w:t>
        <w:br/>
        <w:t>vt 0.601771 0.164479</w:t>
        <w:br/>
        <w:t>vt 0.604921 0.164385</w:t>
        <w:br/>
        <w:t>vt 0.601771 0.153099</w:t>
        <w:br/>
        <w:t>vt 0.604921 0.153041</w:t>
        <w:br/>
        <w:t>vt 0.604921 0.194077</w:t>
        <w:br/>
        <w:t>vt 0.601771 0.194293</w:t>
        <w:br/>
        <w:t>vt 0.921671 0.636440</w:t>
        <w:br/>
        <w:t>vt 0.921671 0.648620</w:t>
        <w:br/>
        <w:t>vt 0.918772 0.648492</w:t>
        <w:br/>
        <w:t>vt 0.918772 0.636160</w:t>
        <w:br/>
        <w:t>vt 0.921671 0.624763</w:t>
        <w:br/>
        <w:t>vt 0.918772 0.624326</w:t>
        <w:br/>
        <w:t>vt 0.918772 0.659560</w:t>
        <w:br/>
        <w:t>vt 0.921671 0.659560</w:t>
        <w:br/>
        <w:t>vt 0.921671 0.612529</w:t>
        <w:br/>
        <w:t>vt 0.918772 0.611875</w:t>
        <w:br/>
        <w:t>vt 0.604921 0.142597</w:t>
        <w:br/>
        <w:t>vt 0.601771 0.142929</w:t>
        <w:br/>
        <w:t>vt 0.604921 0.205929</w:t>
        <w:br/>
        <w:t>vt 0.601771 0.206286</w:t>
        <w:br/>
        <w:t>vt 0.604921 0.222283</w:t>
        <w:br/>
        <w:t>vt 0.604921 0.233144</w:t>
        <w:br/>
        <w:t>vt 0.601771 0.232983</w:t>
        <w:br/>
        <w:t>vt 0.601771 0.222313</w:t>
        <w:br/>
        <w:t>vt 0.921671 0.590002</w:t>
        <w:br/>
        <w:t>vt 0.918772 0.590003</w:t>
        <w:br/>
        <w:t>vt 0.604921 0.138235</w:t>
        <w:br/>
        <w:t>vt 0.373214 0.431600</w:t>
        <w:br/>
        <w:t>vt 0.373214 0.448411</w:t>
        <w:br/>
        <w:t>vt 0.104152 0.177476</w:t>
        <w:br/>
        <w:t>vt 0.104558 0.159872</w:t>
        <w:br/>
        <w:t>vt 0.105932 0.115154</w:t>
        <w:br/>
        <w:t>vt 0.373214 0.475345</w:t>
        <w:br/>
        <w:t>vt 0.373214 0.466255</w:t>
        <w:br/>
        <w:t>vt 0.373214 0.457541</w:t>
        <w:br/>
        <w:t>vt 0.106010 0.102944</w:t>
        <w:br/>
        <w:t>vt 0.105714 0.133052</w:t>
        <w:br/>
        <w:t>vt 0.105126 0.147115</w:t>
        <w:br/>
        <w:t>vt 0.106124 0.091702</w:t>
        <w:br/>
        <w:t>vt 0.104160 0.189167</w:t>
        <w:br/>
        <w:t>vt 0.105263 0.087006</w:t>
        <w:br/>
        <w:t>vt 0.373214 0.483509</w:t>
        <w:br/>
        <w:t>vt 0.601771 0.138474</w:t>
        <w:br/>
        <w:t>vt 0.604921 0.138235</w:t>
        <w:br/>
        <w:t>vt 0.299825 0.291678</w:t>
        <w:br/>
        <w:t>vt 0.301309 0.299909</w:t>
        <w:br/>
        <w:t>vt 0.306031 0.298675</w:t>
        <w:br/>
        <w:t>vt 0.304965 0.291155</w:t>
        <w:br/>
        <w:t>vt 0.304337 0.285207</w:t>
        <w:br/>
        <w:t>vt 0.299570 0.285359</w:t>
        <w:br/>
        <w:t>vt 0.304817 0.266612</w:t>
        <w:br/>
        <w:t>vt 0.300776 0.262828</w:t>
        <w:br/>
        <w:t>vt 0.300301 0.267107</w:t>
        <w:br/>
        <w:t>vt 0.304129 0.281745</w:t>
        <w:br/>
        <w:t>vt 0.299511 0.280860</w:t>
        <w:br/>
        <w:t>vt 0.295121 0.279827</w:t>
        <w:br/>
        <w:t>vt 0.294924 0.285451</w:t>
        <w:br/>
        <w:t>vt 0.296027 0.265363</w:t>
        <w:br/>
        <w:t>vt 0.308336 0.307130</w:t>
        <w:br/>
        <w:t>vt 0.303826 0.308328</w:t>
        <w:br/>
        <w:t>vt 0.296419 0.300908</w:t>
        <w:br/>
        <w:t>vt 0.299173 0.309698</w:t>
        <w:br/>
        <w:t>vt 0.865090 0.609106</w:t>
        <w:br/>
        <w:t>vt 0.865105 0.616872</w:t>
        <w:br/>
        <w:t>vt 0.868297 0.616858</w:t>
        <w:br/>
        <w:t>vt 0.868593 0.609058</w:t>
        <w:br/>
        <w:t>vt 0.858983 0.609325</w:t>
        <w:br/>
        <w:t>vt 0.859324 0.617247</w:t>
        <w:br/>
        <w:t>vt 0.847346 0.617835</w:t>
        <w:br/>
        <w:t>vt 0.853044 0.617585</w:t>
        <w:br/>
        <w:t>vt 0.852386 0.609730</w:t>
        <w:br/>
        <w:t>vt 0.846772 0.610145</w:t>
        <w:br/>
        <w:t>vt 0.306468 0.315075</w:t>
        <w:br/>
        <w:t>vt 0.301798 0.316588</w:t>
        <w:br/>
        <w:t>vt 0.310599 0.313451</w:t>
        <w:br/>
        <w:t>vt 0.841730 0.610616</w:t>
        <w:br/>
        <w:t>vt 0.842349 0.618044</w:t>
        <w:br/>
        <w:t>vt 0.294875 0.292255</w:t>
        <w:br/>
        <w:t>vt 0.851663 0.601865</w:t>
        <w:br/>
        <w:t>vt 0.845982 0.602463</w:t>
        <w:br/>
        <w:t>vt 0.303979 0.323165</w:t>
        <w:br/>
        <w:t>vt 0.308960 0.322215</w:t>
        <w:br/>
        <w:t>vt 0.312898 0.319178</w:t>
        <w:br/>
        <w:t>vt 0.864907 0.601076</w:t>
        <w:br/>
        <w:t>vt 0.858524 0.601382</w:t>
        <w:br/>
        <w:t>vt 0.868538 0.600963</w:t>
        <w:br/>
        <w:t>vt 0.306189 0.259990</w:t>
        <w:br/>
        <w:t>vt 0.302309 0.256397</w:t>
        <w:br/>
        <w:t>vt 0.309178 0.255250</w:t>
        <w:br/>
        <w:t>vt 0.305727 0.251424</w:t>
        <w:br/>
        <w:t>vt 0.314760 0.241184</w:t>
        <w:br/>
        <w:t>vt 0.308046 0.245301</w:t>
        <w:br/>
        <w:t>vt 0.312984 0.250939</w:t>
        <w:br/>
        <w:t>vt 0.317995 0.243463</w:t>
        <w:br/>
        <w:t>vt 0.864776 0.593510</w:t>
        <w:br/>
        <w:t>vt 0.858285 0.593682</w:t>
        <w:br/>
        <w:t>vt 0.868406 0.593251</w:t>
        <w:br/>
        <w:t>vt 0.318240 0.335168</w:t>
        <w:br/>
        <w:t>vt 0.312693 0.329174</w:t>
        <w:br/>
        <w:t>vt 0.310991 0.334942</w:t>
        <w:br/>
        <w:t>vt 0.316571 0.339158</w:t>
        <w:br/>
        <w:t>vt 0.306112 0.331001</w:t>
        <w:br/>
        <w:t>vt 0.851138 0.593720</w:t>
        <w:br/>
        <w:t>vt 0.845365 0.594243</w:t>
        <w:br/>
        <w:t>vt 0.840694 0.603376</w:t>
        <w:br/>
        <w:t>vt 0.838272 0.595270</w:t>
        <w:br/>
        <w:t>vt 0.304442 0.275583</w:t>
        <w:br/>
        <w:t>vt 0.299755 0.274692</w:t>
        <w:br/>
        <w:t>vt 0.295356 0.273746</w:t>
        <w:br/>
        <w:t>vt 0.310172 0.276602</w:t>
        <w:br/>
        <w:t>vt 0.316373 0.277277</w:t>
        <w:br/>
        <w:t>vt 0.316369 0.269199</w:t>
        <w:br/>
        <w:t>vt 0.310692 0.268332</w:t>
        <w:br/>
        <w:t>vt 0.322411 0.247102</w:t>
        <w:br/>
        <w:t>vt 0.320194 0.245282</w:t>
        <w:br/>
        <w:t>vt 0.315900 0.252390</w:t>
        <w:br/>
        <w:t>vt 0.318510 0.254991</w:t>
        <w:br/>
        <w:t>vt 0.313049 0.257795</w:t>
        <w:br/>
        <w:t>vt 0.316463 0.261905</w:t>
        <w:br/>
        <w:t>vt 0.311271 0.261278</w:t>
        <w:br/>
        <w:t>vt 0.316128 0.325941</w:t>
        <w:br/>
        <w:t>vt 0.320013 0.332711</w:t>
        <w:br/>
        <w:t>vt 0.322335 0.330932</w:t>
        <w:br/>
        <w:t>vt 0.319498 0.323260</w:t>
        <w:br/>
        <w:t>vt 0.316513 0.317601</w:t>
        <w:br/>
        <w:t>vt 0.319568 0.316807</w:t>
        <w:br/>
        <w:t>vt 0.325906 0.321920</w:t>
        <w:br/>
        <w:t>vt 0.325348 0.315963</w:t>
        <w:br/>
        <w:t>vt 0.327599 0.329393</w:t>
        <w:br/>
        <w:t>vt 0.324824 0.256969</w:t>
        <w:br/>
        <w:t>vt 0.327380 0.249232</w:t>
        <w:br/>
        <w:t>vt 0.323465 0.269640</w:t>
        <w:br/>
        <w:t>vt 0.323692 0.263055</w:t>
        <w:br/>
        <w:t>vt 0.336945 0.263769</w:t>
        <w:br/>
        <w:t>vt 0.337735 0.258436</w:t>
        <w:br/>
        <w:t>vt 0.311355 0.298097</w:t>
        <w:br/>
        <w:t>vt 0.313025 0.306003</w:t>
        <w:br/>
        <w:t>vt 0.314688 0.311960</w:t>
        <w:br/>
        <w:t>vt 0.318928 0.310982</w:t>
        <w:br/>
        <w:t>vt 0.318110 0.305182</w:t>
        <w:br/>
        <w:t>vt 0.325058 0.310522</w:t>
        <w:br/>
        <w:t>vt 0.338390 0.319878</w:t>
        <w:br/>
        <w:t>vt 0.337944 0.314442</w:t>
        <w:br/>
        <w:t>vt 0.324881 0.304753</w:t>
        <w:br/>
        <w:t>vt 0.337553 0.309501</w:t>
        <w:br/>
        <w:t>vt 0.317186 0.297716</w:t>
        <w:br/>
        <w:t>vt 0.338861 0.251283</w:t>
        <w:br/>
        <w:t>vt 0.350263 0.259466</w:t>
        <w:br/>
        <w:t>vt 0.349769 0.264774</w:t>
        <w:br/>
        <w:t>vt 0.362373 0.265650</w:t>
        <w:br/>
        <w:t>vt 0.362618 0.260028</w:t>
        <w:br/>
        <w:t>vt 0.323893 0.284144</w:t>
        <w:br/>
        <w:t>vt 0.323642 0.277594</w:t>
        <w:br/>
        <w:t>vt 0.316379 0.284116</w:t>
        <w:br/>
        <w:t>vt 0.309516 0.283927</w:t>
        <w:br/>
        <w:t>vt 0.310607 0.290766</w:t>
        <w:br/>
        <w:t>vt 0.316710 0.290600</w:t>
        <w:br/>
        <w:t>vt 0.337189 0.304095</w:t>
        <w:br/>
        <w:t>vt 0.349279 0.271593</w:t>
        <w:br/>
        <w:t>vt 0.348924 0.278941</w:t>
        <w:br/>
        <w:t>vt 0.361768 0.279213</w:t>
        <w:br/>
        <w:t>vt 0.362040 0.272211</w:t>
        <w:br/>
        <w:t>vt 0.362629 0.312988</w:t>
        <w:br/>
        <w:t>vt 0.350355 0.313479</w:t>
        <w:br/>
        <w:t>vt 0.350605 0.318798</w:t>
        <w:br/>
        <w:t>vt 0.362723 0.318369</w:t>
        <w:br/>
        <w:t>vt 0.336411 0.270710</w:t>
        <w:br/>
        <w:t>vt 0.336193 0.284514</w:t>
        <w:br/>
        <w:t>vt 0.324247 0.290662</w:t>
        <w:br/>
        <w:t>vt 0.336411 0.290984</w:t>
        <w:br/>
        <w:t>vt 0.336782 0.297596</w:t>
        <w:br/>
        <w:t>vt 0.324623 0.297545</w:t>
        <w:br/>
        <w:t>vt 0.362481 0.253013</w:t>
        <w:br/>
        <w:t>vt 0.350610 0.252566</w:t>
        <w:br/>
        <w:t>vt 0.361728 0.291667</w:t>
        <w:br/>
        <w:t>vt 0.348945 0.291359</w:t>
        <w:br/>
        <w:t>vt 0.349287 0.297758</w:t>
        <w:br/>
        <w:t>vt 0.361973 0.297940</w:t>
        <w:br/>
        <w:t>vt 0.361640 0.285317</w:t>
        <w:br/>
        <w:t>vt 0.348799 0.284966</w:t>
        <w:br/>
        <w:t>vt 0.339028 0.327263</w:t>
        <w:br/>
        <w:t>vt 0.336191 0.278346</w:t>
        <w:br/>
        <w:t>vt 0.369039 0.272326</w:t>
        <w:br/>
        <w:t>vt 0.369039 0.265735</w:t>
        <w:br/>
        <w:t>vt 0.369039 0.260085</w:t>
        <w:br/>
        <w:t>vt 0.349699 0.303601</w:t>
        <w:br/>
        <w:t>vt 0.362259 0.303368</w:t>
        <w:br/>
        <w:t>vt 0.350044 0.308770</w:t>
        <w:br/>
        <w:t>vt 0.362463 0.308299</w:t>
        <w:br/>
        <w:t>vt 0.369039 0.291742</w:t>
        <w:br/>
        <w:t>vt 0.369039 0.285350</w:t>
        <w:br/>
        <w:t>vt 0.369039 0.279256</w:t>
        <w:br/>
        <w:t>vt 0.362561 0.325679</w:t>
        <w:br/>
        <w:t>vt 0.350722 0.326234</w:t>
        <w:br/>
        <w:t>vt 0.873059 0.616955</w:t>
        <w:br/>
        <w:t>vt 0.873059 0.609010</w:t>
        <w:br/>
        <w:t>vt 0.873059 0.600880</w:t>
        <w:br/>
        <w:t>vt 0.873059 0.593116</w:t>
        <w:br/>
        <w:t>vt 0.239363 0.472054</w:t>
        <w:br/>
        <w:t>vt 0.242580 0.465164</w:t>
        <w:br/>
        <w:t>vt 0.236852 0.467138</w:t>
        <w:br/>
        <w:t>vt 0.302298 0.246443</w:t>
        <w:br/>
        <w:t>vt 0.297405 0.250559</w:t>
        <w:br/>
        <w:t>vt 0.221940 0.443924</w:t>
        <w:br/>
        <w:t>vt 0.223185 0.440392</w:t>
        <w:br/>
        <w:t>vt 0.220003 0.438491</w:t>
        <w:br/>
        <w:t>vt 0.218290 0.442911</w:t>
        <w:br/>
        <w:t>vt 0.221330 0.449026</w:t>
        <w:br/>
        <w:t>vt 0.216380 0.447584</w:t>
        <w:br/>
        <w:t>vt 0.233582 0.445020</w:t>
        <w:br/>
        <w:t>vt 0.231138 0.453419</w:t>
        <w:br/>
        <w:t>vt 0.236336 0.450747</w:t>
        <w:br/>
        <w:t>vt 0.226047 0.448988</w:t>
        <w:br/>
        <w:t>vt 0.226592 0.455160</w:t>
        <w:br/>
        <w:t>vt 0.220890 0.455068</w:t>
        <w:br/>
        <w:t>vt 0.238848 0.457534</w:t>
        <w:br/>
        <w:t>vt 0.233571 0.460490</w:t>
        <w:br/>
        <w:t>vt 0.228156 0.462459</w:t>
        <w:br/>
        <w:t>vt 0.230881 0.471119</w:t>
        <w:br/>
        <w:t>vt 0.220823 0.462001</w:t>
        <w:br/>
        <w:t>vt 0.226248 0.442726</w:t>
        <w:br/>
        <w:t>vt 0.215092 0.440917</w:t>
        <w:br/>
        <w:t>vt 0.211865 0.444912</w:t>
        <w:br/>
        <w:t>vt 0.212645 0.437982</w:t>
        <w:br/>
        <w:t>vt 0.208431 0.441109</w:t>
        <w:br/>
        <w:t>vt 0.216655 0.437922</w:t>
        <w:br/>
        <w:t>vt 0.214425 0.453048</w:t>
        <w:br/>
        <w:t>vt 0.208525 0.449563</w:t>
        <w:br/>
        <w:t>vt 0.204351 0.444632</w:t>
        <w:br/>
        <w:t>vt 0.212824 0.459292</w:t>
        <w:br/>
        <w:t>vt 0.211308 0.466324</w:t>
        <w:br/>
        <w:t>vt 0.220922 0.470381</w:t>
        <w:br/>
        <w:t>vt 0.204739 0.454756</w:t>
        <w:br/>
        <w:t>vt 0.203464 0.462838</w:t>
        <w:br/>
        <w:t>vt 0.223381 0.478407</w:t>
        <w:br/>
        <w:t>vt 0.229006 0.479591</w:t>
        <w:br/>
        <w:t>vt 0.234039 0.477842</w:t>
        <w:br/>
        <w:t>vt 0.201338 0.447476</w:t>
        <w:br/>
        <w:t>vt 0.196720 0.450274</w:t>
        <w:br/>
        <w:t>vt 0.196720 0.460384</w:t>
        <w:br/>
        <w:t>vt 0.207536 0.474327</w:t>
        <w:br/>
        <w:t>vt 0.201278 0.472662</w:t>
        <w:br/>
        <w:t>vt 0.201907 0.483961</w:t>
        <w:br/>
        <w:t>vt 0.205286 0.484257</w:t>
        <w:br/>
        <w:t>vt 0.201836 0.486379</w:t>
        <w:br/>
        <w:t>vt 0.205090 0.487449</w:t>
        <w:br/>
        <w:t>vt 0.866028 0.628122</w:t>
        <w:br/>
        <w:t>vt 0.199083 0.481729</w:t>
        <w:br/>
        <w:t>vt 0.199564 0.485831</w:t>
        <w:br/>
        <w:t>vt 0.196720 0.481664</w:t>
        <w:br/>
        <w:t>vt 0.196720 0.485987</w:t>
        <w:br/>
        <w:t>vt 0.196720 0.470916</w:t>
        <w:br/>
        <w:t>vt 0.196720 0.491743</w:t>
        <w:br/>
        <w:t>vt 0.202122 0.492011</w:t>
        <w:br/>
        <w:t>vt 0.209157 0.484814</w:t>
        <w:br/>
        <w:t>vt 0.859544 0.629276</w:t>
        <w:br/>
        <w:t>vt 0.854111 0.629826</w:t>
        <w:br/>
        <w:t>vt 0.842462 0.627012</w:t>
        <w:br/>
        <w:t>vt 0.847255 0.627360</w:t>
        <w:br/>
        <w:t>vt 0.207107 0.493426</w:t>
        <w:br/>
        <w:t>vt 0.204176 0.540036</w:t>
        <w:br/>
        <w:t>vt 0.207096 0.543276</w:t>
        <w:br/>
        <w:t>vt 0.209599 0.537957</w:t>
        <w:br/>
        <w:t>vt 0.203743 0.533756</w:t>
        <w:br/>
        <w:t>vt 0.203680 0.544619</w:t>
        <w:br/>
        <w:t>vt 0.196720 0.514734</w:t>
        <w:br/>
        <w:t>vt 0.199214 0.515327</w:t>
        <w:br/>
        <w:t>vt 0.199712 0.512888</w:t>
        <w:br/>
        <w:t>vt 0.196720 0.512415</w:t>
        <w:br/>
        <w:t>vt 0.206561 0.531149</w:t>
        <w:br/>
        <w:t>vt 0.213062 0.535563</w:t>
        <w:br/>
        <w:t>vt 0.215317 0.527923</w:t>
        <w:br/>
        <w:t>vt 0.210866 0.525028</w:t>
        <w:br/>
        <w:t>vt 0.226112 0.529430</w:t>
        <w:br/>
        <w:t>vt 0.219946 0.529110</w:t>
        <w:br/>
        <w:t>vt 0.220399 0.534233</w:t>
        <w:br/>
        <w:t>vt 0.227134 0.534705</w:t>
        <w:br/>
        <w:t>vt 0.207436 0.521861</w:t>
        <w:br/>
        <w:t>vt 0.204709 0.519238</w:t>
        <w:br/>
        <w:t>vt 0.203900 0.521616</w:t>
        <w:br/>
        <w:t>vt 0.204627 0.527609</w:t>
        <w:br/>
        <w:t>vt 0.216764 0.522111</w:t>
        <w:br/>
        <w:t>vt 0.213380 0.519770</w:t>
        <w:br/>
        <w:t>vt 0.202723 0.513889</w:t>
        <w:br/>
        <w:t>vt 0.201729 0.517587</w:t>
        <w:br/>
        <w:t>vt 0.204104 0.531096</w:t>
        <w:br/>
        <w:t>vt 0.220975 0.523508</w:t>
        <w:br/>
        <w:t>vt 0.226443 0.524493</w:t>
        <w:br/>
        <w:t>vt 0.213527 0.502560</w:t>
        <w:br/>
        <w:t>vt 0.217358 0.495689</w:t>
        <w:br/>
        <w:t>vt 0.212092 0.493977</w:t>
        <w:br/>
        <w:t>vt 0.209501 0.501026</w:t>
        <w:br/>
        <w:t>vt 0.226923 0.509964</w:t>
        <w:br/>
        <w:t>vt 0.232489 0.513559</w:t>
        <w:br/>
        <w:t>vt 0.235108 0.510830</w:t>
        <w:br/>
        <w:t>vt 0.229353 0.506611</w:t>
        <w:br/>
        <w:t>vt 0.221935 0.500208</w:t>
        <w:br/>
        <w:t>vt 0.218865 0.505147</w:t>
        <w:br/>
        <w:t>vt 0.226290 0.503899</w:t>
        <w:br/>
        <w:t>vt 0.223036 0.507968</w:t>
        <w:br/>
        <w:t>vt 0.229274 0.517014</w:t>
        <w:br/>
        <w:t>vt 0.224201 0.513925</w:t>
        <w:br/>
        <w:t>vt 0.220347 0.512092</w:t>
        <w:br/>
        <w:t>vt 0.216910 0.510337</w:t>
        <w:br/>
        <w:t>vt 0.207925 0.506320</w:t>
        <w:br/>
        <w:t>vt 0.211821 0.508052</w:t>
        <w:br/>
        <w:t>vt 0.204619 0.505082</w:t>
        <w:br/>
        <w:t>vt 0.205413 0.499384</w:t>
        <w:br/>
        <w:t>vt 0.200771 0.503676</w:t>
        <w:br/>
        <w:t>vt 0.201127 0.497697</w:t>
        <w:br/>
        <w:t>vt 0.196720 0.503107</w:t>
        <w:br/>
        <w:t>vt 0.196720 0.496798</w:t>
        <w:br/>
        <w:t>vt 0.227215 0.520939</w:t>
        <w:br/>
        <w:t>vt 0.222082 0.518949</w:t>
        <w:br/>
        <w:t>vt 0.214887 0.514948</w:t>
        <w:br/>
        <w:t>vt 0.210330 0.512659</w:t>
        <w:br/>
        <w:t>vt 0.209096 0.517270</w:t>
        <w:br/>
        <w:t>vt 0.218534 0.516975</w:t>
        <w:br/>
        <w:t>vt 0.203551 0.510028</w:t>
        <w:br/>
        <w:t>vt 0.200243 0.509017</w:t>
        <w:br/>
        <w:t>vt 0.206617 0.511130</w:t>
        <w:br/>
        <w:t>vt 0.205773 0.515313</w:t>
        <w:br/>
        <w:t>vt 0.196720 0.508358</w:t>
        <w:br/>
        <w:t>vt 0.873059 0.627582</w:t>
        <w:br/>
        <w:t>vt 0.217882 0.476171</w:t>
        <w:br/>
        <w:t>vt 0.199156 0.440662</w:t>
        <w:br/>
        <w:t>vt 0.196720 0.440630</w:t>
        <w:br/>
        <w:t>vt 0.202382 0.439673</w:t>
        <w:br/>
        <w:t>vt 0.207362 0.438500</w:t>
        <w:br/>
        <w:t>vt 0.858161 0.588929</w:t>
        <w:br/>
        <w:t>vt 0.866478 0.584906</w:t>
        <w:br/>
        <w:t>vt 0.873059 0.583070</w:t>
        <w:br/>
        <w:t>vt 0.219039 0.434542</w:t>
        <w:br/>
        <w:t>vt 0.227378 0.438654</w:t>
        <w:br/>
        <w:t>vt 0.196720 0.437145</w:t>
        <w:br/>
        <w:t>vt 0.199884 0.436875</w:t>
        <w:br/>
        <w:t>vt 0.209065 0.434645</w:t>
        <w:br/>
        <w:t>vt 0.306031 0.298675</w:t>
        <w:br/>
        <w:t>vt 0.301309 0.299909</w:t>
        <w:br/>
        <w:t>vt 0.299825 0.291678</w:t>
        <w:br/>
        <w:t>vt 0.304965 0.291155</w:t>
        <w:br/>
        <w:t>vt 0.304337 0.285207</w:t>
        <w:br/>
        <w:t>vt 0.299570 0.285359</w:t>
        <w:br/>
        <w:t>vt 0.304817 0.266612</w:t>
        <w:br/>
        <w:t>vt 0.300301 0.267107</w:t>
        <w:br/>
        <w:t>vt 0.300776 0.262828</w:t>
        <w:br/>
        <w:t>vt 0.304129 0.281745</w:t>
        <w:br/>
        <w:t>vt 0.299511 0.280860</w:t>
        <w:br/>
        <w:t>vt 0.294924 0.285451</w:t>
        <w:br/>
        <w:t>vt 0.295121 0.279827</w:t>
        <w:br/>
        <w:t>vt 0.296027 0.265363</w:t>
        <w:br/>
        <w:t>vt 0.308336 0.307130</w:t>
        <w:br/>
        <w:t>vt 0.303826 0.308328</w:t>
        <w:br/>
        <w:t>vt 0.296419 0.300908</w:t>
        <w:br/>
        <w:t>vt 0.299173 0.309698</w:t>
        <w:br/>
        <w:t>vt 0.865090 0.609106</w:t>
        <w:br/>
        <w:t>vt 0.868593 0.609058</w:t>
        <w:br/>
        <w:t>vt 0.868297 0.616858</w:t>
        <w:br/>
        <w:t>vt 0.865105 0.616872</w:t>
        <w:br/>
        <w:t>vt 0.858983 0.609325</w:t>
        <w:br/>
        <w:t>vt 0.859324 0.617247</w:t>
        <w:br/>
        <w:t>vt 0.847346 0.617835</w:t>
        <w:br/>
        <w:t>vt 0.846772 0.610145</w:t>
        <w:br/>
        <w:t>vt 0.852386 0.609730</w:t>
        <w:br/>
        <w:t>vt 0.853044 0.617585</w:t>
        <w:br/>
        <w:t>vt 0.306468 0.315075</w:t>
        <w:br/>
        <w:t>vt 0.301798 0.316588</w:t>
        <w:br/>
        <w:t>vt 0.310599 0.313451</w:t>
        <w:br/>
        <w:t>vt 0.842349 0.618044</w:t>
        <w:br/>
        <w:t>vt 0.841730 0.610616</w:t>
        <w:br/>
        <w:t>vt 0.294875 0.292255</w:t>
        <w:br/>
        <w:t>vt 0.851663 0.601865</w:t>
        <w:br/>
        <w:t>vt 0.845982 0.602463</w:t>
        <w:br/>
        <w:t>vt 0.308960 0.322215</w:t>
        <w:br/>
        <w:t>vt 0.303979 0.323165</w:t>
        <w:br/>
        <w:t>vt 0.312898 0.319178</w:t>
        <w:br/>
        <w:t>vt 0.864907 0.601076</w:t>
        <w:br/>
        <w:t>vt 0.858524 0.601382</w:t>
        <w:br/>
        <w:t>vt 0.868538 0.600963</w:t>
        <w:br/>
        <w:t>vt 0.306189 0.259990</w:t>
        <w:br/>
        <w:t>vt 0.302309 0.256397</w:t>
        <w:br/>
        <w:t>vt 0.309178 0.255250</w:t>
        <w:br/>
        <w:t>vt 0.305727 0.251424</w:t>
        <w:br/>
        <w:t>vt 0.314760 0.241184</w:t>
        <w:br/>
        <w:t>vt 0.317995 0.243463</w:t>
        <w:br/>
        <w:t>vt 0.312984 0.250939</w:t>
        <w:br/>
        <w:t>vt 0.308046 0.245301</w:t>
        <w:br/>
        <w:t>vt 0.864776 0.593510</w:t>
        <w:br/>
        <w:t>vt 0.858285 0.593682</w:t>
        <w:br/>
        <w:t>vt 0.868406 0.593251</w:t>
        <w:br/>
        <w:t>vt 0.318240 0.335168</w:t>
        <w:br/>
        <w:t>vt 0.316571 0.339158</w:t>
        <w:br/>
        <w:t>vt 0.310991 0.334942</w:t>
        <w:br/>
        <w:t>vt 0.312693 0.329174</w:t>
        <w:br/>
        <w:t>vt 0.306112 0.331001</w:t>
        <w:br/>
        <w:t>vt 0.851138 0.593720</w:t>
        <w:br/>
        <w:t>vt 0.845365 0.594243</w:t>
        <w:br/>
        <w:t>vt 0.840694 0.603376</w:t>
        <w:br/>
        <w:t>vt 0.838272 0.595270</w:t>
        <w:br/>
        <w:t>vt 0.299755 0.274692</w:t>
        <w:br/>
        <w:t>vt 0.304442 0.275583</w:t>
        <w:br/>
        <w:t>vt 0.295356 0.273746</w:t>
        <w:br/>
        <w:t>vt 0.316369 0.269199</w:t>
        <w:br/>
        <w:t>vt 0.316373 0.277277</w:t>
        <w:br/>
        <w:t>vt 0.310172 0.276602</w:t>
        <w:br/>
        <w:t>vt 0.310692 0.268332</w:t>
        <w:br/>
        <w:t>vt 0.322411 0.247102</w:t>
        <w:br/>
        <w:t>vt 0.318510 0.254991</w:t>
        <w:br/>
        <w:t>vt 0.315900 0.252390</w:t>
        <w:br/>
        <w:t>vt 0.320194 0.245282</w:t>
        <w:br/>
        <w:t>vt 0.313049 0.257795</w:t>
        <w:br/>
        <w:t>vt 0.316463 0.261905</w:t>
        <w:br/>
        <w:t>vt 0.311271 0.261278</w:t>
        <w:br/>
        <w:t>vt 0.316128 0.325941</w:t>
        <w:br/>
        <w:t>vt 0.319498 0.323260</w:t>
        <w:br/>
        <w:t>vt 0.322335 0.330932</w:t>
        <w:br/>
        <w:t>vt 0.320013 0.332711</w:t>
        <w:br/>
        <w:t>vt 0.316513 0.317601</w:t>
        <w:br/>
        <w:t>vt 0.319568 0.316807</w:t>
        <w:br/>
        <w:t>vt 0.325348 0.315963</w:t>
        <w:br/>
        <w:t>vt 0.325906 0.321920</w:t>
        <w:br/>
        <w:t>vt 0.327599 0.329393</w:t>
        <w:br/>
        <w:t>vt 0.327380 0.249232</w:t>
        <w:br/>
        <w:t>vt 0.324824 0.256969</w:t>
        <w:br/>
        <w:t>vt 0.323692 0.263055</w:t>
        <w:br/>
        <w:t>vt 0.323465 0.269640</w:t>
        <w:br/>
        <w:t>vt 0.336945 0.263769</w:t>
        <w:br/>
        <w:t>vt 0.337735 0.258436</w:t>
        <w:br/>
        <w:t>vt 0.311355 0.298097</w:t>
        <w:br/>
        <w:t>vt 0.313025 0.306003</w:t>
        <w:br/>
        <w:t>vt 0.314688 0.311960</w:t>
        <w:br/>
        <w:t>vt 0.318110 0.305182</w:t>
        <w:br/>
        <w:t>vt 0.318928 0.310982</w:t>
        <w:br/>
        <w:t>vt 0.325058 0.310522</w:t>
        <w:br/>
        <w:t>vt 0.337944 0.314442</w:t>
        <w:br/>
        <w:t>vt 0.338390 0.319878</w:t>
        <w:br/>
        <w:t>vt 0.324881 0.304753</w:t>
        <w:br/>
        <w:t>vt 0.337553 0.309501</w:t>
        <w:br/>
        <w:t>vt 0.317186 0.297716</w:t>
        <w:br/>
        <w:t>vt 0.338861 0.251283</w:t>
        <w:br/>
        <w:t>vt 0.362373 0.265650</w:t>
        <w:br/>
        <w:t>vt 0.349769 0.264774</w:t>
        <w:br/>
        <w:t>vt 0.350263 0.259466</w:t>
        <w:br/>
        <w:t>vt 0.362618 0.260028</w:t>
        <w:br/>
        <w:t>vt 0.323642 0.277594</w:t>
        <w:br/>
        <w:t>vt 0.323893 0.284144</w:t>
        <w:br/>
        <w:t>vt 0.316379 0.284116</w:t>
        <w:br/>
        <w:t>vt 0.309516 0.283927</w:t>
        <w:br/>
        <w:t>vt 0.310607 0.290766</w:t>
        <w:br/>
        <w:t>vt 0.316710 0.290600</w:t>
        <w:br/>
        <w:t>vt 0.337189 0.304095</w:t>
        <w:br/>
        <w:t>vt 0.349279 0.271593</w:t>
        <w:br/>
        <w:t>vt 0.362040 0.272211</w:t>
        <w:br/>
        <w:t>vt 0.361768 0.279213</w:t>
        <w:br/>
        <w:t>vt 0.348924 0.278941</w:t>
        <w:br/>
        <w:t>vt 0.362629 0.312988</w:t>
        <w:br/>
        <w:t>vt 0.362723 0.318369</w:t>
        <w:br/>
        <w:t>vt 0.350605 0.318798</w:t>
        <w:br/>
        <w:t>vt 0.350355 0.313479</w:t>
        <w:br/>
        <w:t>vt 0.336411 0.270710</w:t>
        <w:br/>
        <w:t>vt 0.336193 0.284514</w:t>
        <w:br/>
        <w:t>vt 0.336411 0.290984</w:t>
        <w:br/>
        <w:t>vt 0.324247 0.290662</w:t>
        <w:br/>
        <w:t>vt 0.324623 0.297545</w:t>
        <w:br/>
        <w:t>vt 0.336782 0.297596</w:t>
        <w:br/>
        <w:t>vt 0.350610 0.252566</w:t>
        <w:br/>
        <w:t>vt 0.362481 0.253013</w:t>
        <w:br/>
        <w:t>vt 0.361728 0.291667</w:t>
        <w:br/>
        <w:t>vt 0.361973 0.297940</w:t>
        <w:br/>
        <w:t>vt 0.349287 0.297758</w:t>
        <w:br/>
        <w:t>vt 0.348945 0.291359</w:t>
        <w:br/>
        <w:t>vt 0.361640 0.285317</w:t>
        <w:br/>
        <w:t>vt 0.348799 0.284966</w:t>
        <w:br/>
        <w:t>vt 0.369039 0.253177</w:t>
        <w:br/>
        <w:t>vt 0.369039 0.260085</w:t>
        <w:br/>
        <w:t>vt 0.339028 0.327263</w:t>
        <w:br/>
        <w:t>vt 0.336191 0.278346</w:t>
        <w:br/>
        <w:t>vt 0.362259 0.303368</w:t>
        <w:br/>
        <w:t>vt 0.349699 0.303601</w:t>
        <w:br/>
        <w:t>vt 0.362463 0.308299</w:t>
        <w:br/>
        <w:t>vt 0.350044 0.308770</w:t>
        <w:br/>
        <w:t>vt 0.369039 0.303360</w:t>
        <w:br/>
        <w:t>vt 0.369039 0.308145</w:t>
        <w:br/>
        <w:t>vt 0.369039 0.298103</w:t>
        <w:br/>
        <w:t>vt 0.369039 0.291742</w:t>
        <w:br/>
        <w:t>vt 0.362561 0.325679</w:t>
        <w:br/>
        <w:t>vt 0.350722 0.326234</w:t>
        <w:br/>
        <w:t>vt 0.239363 0.472054</w:t>
        <w:br/>
        <w:t>vt 0.236852 0.467138</w:t>
        <w:br/>
        <w:t>vt 0.242580 0.465164</w:t>
        <w:br/>
        <w:t>vt 0.297405 0.250559</w:t>
        <w:br/>
        <w:t>vt 0.302298 0.246443</w:t>
        <w:br/>
        <w:t>vt 0.220003 0.438491</w:t>
        <w:br/>
        <w:t>vt 0.223185 0.440392</w:t>
        <w:br/>
        <w:t>vt 0.221940 0.443924</w:t>
        <w:br/>
        <w:t>vt 0.218290 0.442911</w:t>
        <w:br/>
        <w:t>vt 0.221330 0.449026</w:t>
        <w:br/>
        <w:t>vt 0.216380 0.447584</w:t>
        <w:br/>
        <w:t>vt 0.233582 0.445020</w:t>
        <w:br/>
        <w:t>vt 0.236336 0.450747</w:t>
        <w:br/>
        <w:t>vt 0.231138 0.453419</w:t>
        <w:br/>
        <w:t>vt 0.226592 0.455160</w:t>
        <w:br/>
        <w:t>vt 0.226047 0.448988</w:t>
        <w:br/>
        <w:t>vt 0.220890 0.455068</w:t>
        <w:br/>
        <w:t>vt 0.238848 0.457534</w:t>
        <w:br/>
        <w:t>vt 0.233571 0.460490</w:t>
        <w:br/>
        <w:t>vt 0.228156 0.462459</w:t>
        <w:br/>
        <w:t>vt 0.230881 0.471119</w:t>
        <w:br/>
        <w:t>vt 0.220823 0.462001</w:t>
        <w:br/>
        <w:t>vt 0.226248 0.442726</w:t>
        <w:br/>
        <w:t>vt 0.211865 0.444912</w:t>
        <w:br/>
        <w:t>vt 0.215092 0.440917</w:t>
        <w:br/>
        <w:t>vt 0.208431 0.441109</w:t>
        <w:br/>
        <w:t>vt 0.212645 0.437982</w:t>
        <w:br/>
        <w:t>vt 0.216655 0.437922</w:t>
        <w:br/>
        <w:t>vt 0.214425 0.453048</w:t>
        <w:br/>
        <w:t>vt 0.208525 0.449563</w:t>
        <w:br/>
        <w:t>vt 0.204351 0.444632</w:t>
        <w:br/>
        <w:t>vt 0.220922 0.470381</w:t>
        <w:br/>
        <w:t>vt 0.211308 0.466324</w:t>
        <w:br/>
        <w:t>vt 0.212824 0.459292</w:t>
        <w:br/>
        <w:t>vt 0.203464 0.462838</w:t>
        <w:br/>
        <w:t>vt 0.204739 0.454756</w:t>
        <w:br/>
        <w:t>vt 0.223381 0.478407</w:t>
        <w:br/>
        <w:t>vt 0.229006 0.479591</w:t>
        <w:br/>
        <w:t>vt 0.234039 0.477842</w:t>
        <w:br/>
        <w:t>vt 0.201338 0.447476</w:t>
        <w:br/>
        <w:t>vt 0.207536 0.474327</w:t>
        <w:br/>
        <w:t>vt 0.205286 0.484257</w:t>
        <w:br/>
        <w:t>vt 0.201907 0.483961</w:t>
        <w:br/>
        <w:t>vt 0.201278 0.472662</w:t>
        <w:br/>
        <w:t>vt 0.201836 0.486379</w:t>
        <w:br/>
        <w:t>vt 0.205090 0.487449</w:t>
        <w:br/>
        <w:t>vt 0.866028 0.628122</w:t>
        <w:br/>
        <w:t>vt 0.199564 0.485831</w:t>
        <w:br/>
        <w:t>vt 0.199083 0.481729</w:t>
        <w:br/>
        <w:t>vt 0.202122 0.492011</w:t>
        <w:br/>
        <w:t>vt 0.209157 0.484814</w:t>
        <w:br/>
        <w:t>vt 0.859544 0.629276</w:t>
        <w:br/>
        <w:t>vt 0.854111 0.629826</w:t>
        <w:br/>
        <w:t>vt 0.847255 0.627360</w:t>
        <w:br/>
        <w:t>vt 0.842462 0.627012</w:t>
        <w:br/>
        <w:t>vt 0.207107 0.493426</w:t>
        <w:br/>
        <w:t>vt 0.204176 0.540036</w:t>
        <w:br/>
        <w:t>vt 0.203743 0.533756</w:t>
        <w:br/>
        <w:t>vt 0.209599 0.537957</w:t>
        <w:br/>
        <w:t>vt 0.207096 0.543276</w:t>
        <w:br/>
        <w:t>vt 0.203680 0.544619</w:t>
        <w:br/>
        <w:t>vt 0.199712 0.512888</w:t>
        <w:br/>
        <w:t>vt 0.199214 0.515327</w:t>
        <w:br/>
        <w:t>vt 0.206561 0.531149</w:t>
        <w:br/>
        <w:t>vt 0.210866 0.525028</w:t>
        <w:br/>
        <w:t>vt 0.215317 0.527923</w:t>
        <w:br/>
        <w:t>vt 0.213062 0.535563</w:t>
        <w:br/>
        <w:t>vt 0.220399 0.534233</w:t>
        <w:br/>
        <w:t>vt 0.219946 0.529110</w:t>
        <w:br/>
        <w:t>vt 0.207436 0.521861</w:t>
        <w:br/>
        <w:t>vt 0.204627 0.527609</w:t>
        <w:br/>
        <w:t>vt 0.203900 0.521616</w:t>
        <w:br/>
        <w:t>vt 0.204709 0.519238</w:t>
        <w:br/>
        <w:t>vt 0.213380 0.519770</w:t>
        <w:br/>
        <w:t>vt 0.216764 0.522111</w:t>
        <w:br/>
        <w:t>vt 0.202723 0.513889</w:t>
        <w:br/>
        <w:t>vt 0.201729 0.517587</w:t>
        <w:br/>
        <w:t>vt 0.204104 0.531096</w:t>
        <w:br/>
        <w:t>vt 0.220975 0.523508</w:t>
        <w:br/>
        <w:t>vt 0.213527 0.502560</w:t>
        <w:br/>
        <w:t>vt 0.209501 0.501026</w:t>
        <w:br/>
        <w:t>vt 0.212092 0.493977</w:t>
        <w:br/>
        <w:t>vt 0.217358 0.495689</w:t>
        <w:br/>
        <w:t>vt 0.226923 0.509964</w:t>
        <w:br/>
        <w:t>vt 0.229353 0.506611</w:t>
        <w:br/>
        <w:t>vt 0.221935 0.500208</w:t>
        <w:br/>
        <w:t>vt 0.218865 0.505147</w:t>
        <w:br/>
        <w:t>vt 0.226290 0.503899</w:t>
        <w:br/>
        <w:t>vt 0.223036 0.507968</w:t>
        <w:br/>
        <w:t>vt 0.224201 0.513925</w:t>
        <w:br/>
        <w:t>vt 0.220347 0.512092</w:t>
        <w:br/>
        <w:t>vt 0.216910 0.510337</w:t>
        <w:br/>
        <w:t>vt 0.207925 0.506320</w:t>
        <w:br/>
        <w:t>vt 0.211821 0.508052</w:t>
        <w:br/>
        <w:t>vt 0.204619 0.505082</w:t>
        <w:br/>
        <w:t>vt 0.205413 0.499384</w:t>
        <w:br/>
        <w:t>vt 0.200771 0.503676</w:t>
        <w:br/>
        <w:t>vt 0.201127 0.497697</w:t>
        <w:br/>
        <w:t>vt 0.222082 0.518949</w:t>
        <w:br/>
        <w:t>vt 0.214887 0.514948</w:t>
        <w:br/>
        <w:t>vt 0.209096 0.517270</w:t>
        <w:br/>
        <w:t>vt 0.210330 0.512659</w:t>
        <w:br/>
        <w:t>vt 0.218534 0.516975</w:t>
        <w:br/>
        <w:t>vt 0.200243 0.509017</w:t>
        <w:br/>
        <w:t>vt 0.203551 0.510028</w:t>
        <w:br/>
        <w:t>vt 0.205773 0.515313</w:t>
        <w:br/>
        <w:t>vt 0.206617 0.511130</w:t>
        <w:br/>
        <w:t>vt 0.217882 0.476171</w:t>
        <w:br/>
        <w:t>vt 0.199156 0.440662</w:t>
        <w:br/>
        <w:t>vt 0.202382 0.439673</w:t>
        <w:br/>
        <w:t>vt 0.207362 0.438500</w:t>
        <w:br/>
        <w:t>vt 0.858161 0.588929</w:t>
        <w:br/>
        <w:t>vt 0.866478 0.584906</w:t>
        <w:br/>
        <w:t>vt 0.219039 0.434542</w:t>
        <w:br/>
        <w:t>vt 0.227378 0.438654</w:t>
        <w:br/>
        <w:t>vt 0.199884 0.436875</w:t>
        <w:br/>
        <w:t>vt 0.209065 0.434645</w:t>
        <w:br/>
        <w:t>vt 0.369039 0.308145</w:t>
        <w:br/>
        <w:t>vt 0.369039 0.312854</w:t>
        <w:br/>
        <w:t>vt 0.369039 0.253177</w:t>
        <w:br/>
        <w:t>vt 0.369039 0.325450</w:t>
        <w:br/>
        <w:t>vt 0.369039 0.318297</w:t>
        <w:br/>
        <w:t>vt 0.369039 0.303360</w:t>
        <w:br/>
        <w:t>vt 0.369039 0.298103</w:t>
        <w:br/>
        <w:t>vt 0.369039 0.312854</w:t>
        <w:br/>
        <w:t>vt 0.369039 0.325450</w:t>
        <w:br/>
        <w:t>vt 0.369039 0.318297</w:t>
        <w:br/>
        <w:t>vt 0.369039 0.272326</w:t>
        <w:br/>
        <w:t>vt 0.369039 0.265735</w:t>
        <w:br/>
        <w:t>vt 0.369039 0.279256</w:t>
        <w:br/>
        <w:t>vt 0.369039 0.285350</w:t>
        <w:br/>
        <w:t>vt 0.566427 0.430289</w:t>
        <w:br/>
        <w:t>vt 0.566427 0.434020</w:t>
        <w:br/>
        <w:t>vt 0.569111 0.434020</w:t>
        <w:br/>
        <w:t>vt 0.569111 0.430289</w:t>
        <w:br/>
        <w:t>vt 0.551774 0.430289</w:t>
        <w:br/>
        <w:t>vt 0.551774 0.434020</w:t>
        <w:br/>
        <w:t>vt 0.560727 0.434020</w:t>
        <w:br/>
        <w:t>vt 0.560727 0.430289</w:t>
        <w:br/>
        <w:t>vt 0.527692 0.434020</w:t>
        <w:br/>
        <w:t>vt 0.538541 0.434020</w:t>
        <w:br/>
        <w:t>vt 0.538541 0.430289</w:t>
        <w:br/>
        <w:t>vt 0.527692 0.430289</w:t>
        <w:br/>
        <w:t>vt 0.519725 0.430289</w:t>
        <w:br/>
        <w:t>vt 0.519725 0.434020</w:t>
        <w:br/>
        <w:t>vt 0.564799 0.434020</w:t>
        <w:br/>
        <w:t>vt 0.564799 0.430289</w:t>
        <w:br/>
        <w:t>vt 0.564799 0.430289</w:t>
        <w:br/>
        <w:t>vt 0.564799 0.434020</w:t>
        <w:br/>
        <w:t>vt 0.566427 0.434020</w:t>
        <w:br/>
        <w:t>vt 0.566427 0.430289</w:t>
        <w:br/>
        <w:t>vt 0.591805 0.430289</w:t>
        <w:br/>
        <w:t>vt 0.591805 0.434020</w:t>
        <w:br/>
        <w:t>vt 0.602962 0.434020</w:t>
        <w:br/>
        <w:t>vt 0.602962 0.430289</w:t>
        <w:br/>
        <w:t>vt 0.612929 0.430289</w:t>
        <w:br/>
        <w:t>vt 0.612929 0.434020</w:t>
        <w:br/>
        <w:t>vt 0.578271 0.434020</w:t>
        <w:br/>
        <w:t>vt 0.578271 0.430289</w:t>
        <w:br/>
        <w:t>vt 0.255979 0.079002</w:t>
        <w:br/>
        <w:t>vt 0.252574 0.078021</w:t>
        <w:br/>
        <w:t>vt 0.253668 0.080752</w:t>
        <w:br/>
        <w:t>vt 0.254960 0.080883</w:t>
        <w:br/>
        <w:t>vt 0.256664 0.071243</w:t>
        <w:br/>
        <w:t>vt 0.252633 0.069832</w:t>
        <w:br/>
        <w:t>vt 0.255995 0.049434</w:t>
        <w:br/>
        <w:t>vt 0.253981 0.048250</w:t>
        <w:br/>
        <w:t>vt 0.254188 0.057711</w:t>
        <w:br/>
        <w:t>vt 0.256680 0.059047</w:t>
        <w:br/>
        <w:t>vt 0.268235 0.077005</w:t>
        <w:br/>
        <w:t>vt 0.269830 0.069626</w:t>
        <w:br/>
        <w:t>vt 0.267676 0.070684</w:t>
        <w:br/>
        <w:t>vt 0.266904 0.076670</w:t>
        <w:br/>
        <w:t>vt 0.253316 0.041626</w:t>
        <w:br/>
        <w:t>vt 0.252044 0.042167</w:t>
        <w:br/>
        <w:t>vt 0.267611 0.044286</w:t>
        <w:br/>
        <w:t>vt 0.266366 0.042679</w:t>
        <w:br/>
        <w:t>vt 0.265150 0.042892</w:t>
        <w:br/>
        <w:t>vt 0.264573 0.045922</w:t>
        <w:br/>
        <w:t>vt 0.270189 0.061188</w:t>
        <w:br/>
        <w:t>vt 0.267181 0.062491</w:t>
        <w:br/>
        <w:t>vt 0.269346 0.050981</w:t>
        <w:br/>
        <w:t>vt 0.265318 0.052648</w:t>
        <w:br/>
        <w:t>vt 0.566427 0.430289</w:t>
        <w:br/>
        <w:t>vt 0.569111 0.430289</w:t>
        <w:br/>
        <w:t>vt 0.569111 0.434020</w:t>
        <w:br/>
        <w:t>vt 0.566427 0.434020</w:t>
        <w:br/>
        <w:t>vt 0.551774 0.430289</w:t>
        <w:br/>
        <w:t>vt 0.560727 0.430289</w:t>
        <w:br/>
        <w:t>vt 0.560727 0.434020</w:t>
        <w:br/>
        <w:t>vt 0.551774 0.434020</w:t>
        <w:br/>
        <w:t>vt 0.538541 0.430289</w:t>
        <w:br/>
        <w:t>vt 0.538541 0.434020</w:t>
        <w:br/>
        <w:t>vt 0.527692 0.434020</w:t>
        <w:br/>
        <w:t>vt 0.527692 0.430289</w:t>
        <w:br/>
        <w:t>vt 0.564799 0.430289</w:t>
        <w:br/>
        <w:t>vt 0.564799 0.434020</w:t>
        <w:br/>
        <w:t>vt 0.566427 0.434020</w:t>
        <w:br/>
        <w:t>vt 0.564799 0.434020</w:t>
        <w:br/>
        <w:t>vt 0.564799 0.430289</w:t>
        <w:br/>
        <w:t>vt 0.566427 0.430289</w:t>
        <w:br/>
        <w:t>vt 0.591805 0.430289</w:t>
        <w:br/>
        <w:t>vt 0.602962 0.430289</w:t>
        <w:br/>
        <w:t>vt 0.602962 0.434020</w:t>
        <w:br/>
        <w:t>vt 0.591805 0.434020</w:t>
        <w:br/>
        <w:t>vt 0.578271 0.430289</w:t>
        <w:br/>
        <w:t>vt 0.578271 0.434020</w:t>
        <w:br/>
        <w:t>vt 0.255979 0.079002</w:t>
        <w:br/>
        <w:t>vt 0.254960 0.080883</w:t>
        <w:br/>
        <w:t>vt 0.253668 0.080752</w:t>
        <w:br/>
        <w:t>vt 0.252574 0.078021</w:t>
        <w:br/>
        <w:t>vt 0.256664 0.071243</w:t>
        <w:br/>
        <w:t>vt 0.252633 0.069832</w:t>
        <w:br/>
        <w:t>vt 0.255995 0.049434</w:t>
        <w:br/>
        <w:t>vt 0.256680 0.059047</w:t>
        <w:br/>
        <w:t>vt 0.254188 0.057711</w:t>
        <w:br/>
        <w:t>vt 0.253981 0.048250</w:t>
        <w:br/>
        <w:t>vt 0.267676 0.070684</w:t>
        <w:br/>
        <w:t>vt 0.269830 0.069626</w:t>
        <w:br/>
        <w:t>vt 0.267611 0.044286</w:t>
        <w:br/>
        <w:t>vt 0.264573 0.045922</w:t>
        <w:br/>
        <w:t>vt 0.265150 0.042892</w:t>
        <w:br/>
        <w:t>vt 0.266366 0.042679</w:t>
        <w:br/>
        <w:t>vt 0.267181 0.062491</w:t>
        <w:br/>
        <w:t>vt 0.270189 0.061188</w:t>
        <w:br/>
        <w:t>vt 0.269346 0.050981</w:t>
        <w:br/>
        <w:t>vt 0.265318 0.052648</w:t>
        <w:br/>
        <w:t>vt 0.063251 0.056337</w:t>
        <w:br/>
        <w:t>vt 0.060397 0.056337</w:t>
        <w:br/>
        <w:t>vt 0.060397 0.065077</w:t>
        <w:br/>
        <w:t>vt 0.063251 0.065077</w:t>
        <w:br/>
        <w:t>vt 0.063253 0.048694</w:t>
        <w:br/>
        <w:t>vt 0.060397 0.048694</w:t>
        <w:br/>
        <w:t>vt 0.063253 0.041231</w:t>
        <w:br/>
        <w:t>vt 0.060397 0.041231</w:t>
        <w:br/>
        <w:t>vt 0.063253 0.035945</w:t>
        <w:br/>
        <w:t>vt 0.060397 0.035945</w:t>
        <w:br/>
        <w:t>vt 0.544047 0.866700</w:t>
        <w:br/>
        <w:t>vt 0.544046 0.871891</w:t>
        <w:br/>
        <w:t>vt 0.539400 0.871891</w:t>
        <w:br/>
        <w:t>vt 0.539400 0.866700</w:t>
        <w:br/>
        <w:t>vt 0.060397 0.114077</w:t>
        <w:br/>
        <w:t>vt 0.060397 0.123177</w:t>
        <w:br/>
        <w:t>vt 0.063251 0.123177</w:t>
        <w:br/>
        <w:t>vt 0.063253 0.114077</w:t>
        <w:br/>
        <w:t>vt 0.060397 0.128417</w:t>
        <w:br/>
        <w:t>vt 0.063251 0.128417</w:t>
        <w:br/>
        <w:t>vt 0.544047 0.876999</w:t>
        <w:br/>
        <w:t>vt 0.544047 0.879940</w:t>
        <w:br/>
        <w:t>vt 0.539400 0.879940</w:t>
        <w:br/>
        <w:t>vt 0.539400 0.876999</w:t>
        <w:br/>
        <w:t>vt 0.544047 0.860764</w:t>
        <w:br/>
        <w:t>vt 0.539400 0.860764</w:t>
        <w:br/>
        <w:t>vt 0.060397 0.104829</w:t>
        <w:br/>
        <w:t>vt 0.063251 0.104829</w:t>
        <w:br/>
        <w:t>vt 0.648145 0.976213</w:t>
        <w:br/>
        <w:t>vt 0.641799 0.976213</w:t>
        <w:br/>
        <w:t>vt 0.641799 0.979525</w:t>
        <w:br/>
        <w:t>vt 0.648145 0.979525</w:t>
        <w:br/>
        <w:t>vt 0.641799 0.981858</w:t>
        <w:br/>
        <w:t>vt 0.648145 0.981858</w:t>
        <w:br/>
        <w:t>vt 0.648145 0.979525</w:t>
        <w:br/>
        <w:t>vt 0.641799 0.984121</w:t>
        <w:br/>
        <w:t>vt 0.648145 0.984121</w:t>
        <w:br/>
        <w:t>vt 0.648145 0.981858</w:t>
        <w:br/>
        <w:t>vt 0.063253 0.030751</w:t>
        <w:br/>
        <w:t>vt 0.060397 0.030751</w:t>
        <w:br/>
        <w:t>vt 0.060397 0.072156</w:t>
        <w:br/>
        <w:t>vt 0.063251 0.072156</w:t>
        <w:br/>
        <w:t>vt 0.060397 0.086499</w:t>
        <w:br/>
        <w:t>vt 0.063253 0.086499</w:t>
        <w:br/>
        <w:t>vt 0.060397 0.086499</w:t>
        <w:br/>
        <w:t>vt 0.060397 0.094253</w:t>
        <w:br/>
        <w:t>vt 0.063251 0.094253</w:t>
        <w:br/>
        <w:t>vt 0.063253 0.086499</w:t>
        <w:br/>
        <w:t>vt 0.544047 0.856412</w:t>
        <w:br/>
        <w:t>vt 0.539400 0.856412</w:t>
        <w:br/>
        <w:t>vt 0.641799 0.968984</w:t>
        <w:br/>
        <w:t>vt 0.648145 0.968984</w:t>
        <w:br/>
        <w:t>vt 0.648145 0.965872</w:t>
        <w:br/>
        <w:t>vt 0.641799 0.965872</w:t>
        <w:br/>
        <w:t>vt 0.648145 0.972822</w:t>
        <w:br/>
        <w:t>vt 0.641799 0.972822</w:t>
        <w:br/>
        <w:t>vt 0.539400 0.882287</w:t>
        <w:br/>
        <w:t>vt 0.544047 0.882287</w:t>
        <w:br/>
        <w:t>vt 0.060397 0.132598</w:t>
        <w:br/>
        <w:t>vt 0.063253 0.132598</w:t>
        <w:br/>
        <w:t>vt 0.060397 0.065077</w:t>
        <w:br/>
        <w:t>vt 0.060397 0.056337</w:t>
        <w:br/>
        <w:t>vt 0.063251 0.056337</w:t>
        <w:br/>
        <w:t>vt 0.063251 0.065077</w:t>
        <w:br/>
        <w:t>vt 0.060397 0.048694</w:t>
        <w:br/>
        <w:t>vt 0.063253 0.048694</w:t>
        <w:br/>
        <w:t>vt 0.060397 0.041231</w:t>
        <w:br/>
        <w:t>vt 0.063253 0.041231</w:t>
        <w:br/>
        <w:t>vt 0.063253 0.035945</w:t>
        <w:br/>
        <w:t>vt 0.060397 0.035945</w:t>
        <w:br/>
        <w:t>vt 0.544047 0.866700</w:t>
        <w:br/>
        <w:t>vt 0.539400 0.866700</w:t>
        <w:br/>
        <w:t>vt 0.539400 0.871891</w:t>
        <w:br/>
        <w:t>vt 0.544046 0.871891</w:t>
        <w:br/>
        <w:t>vt 0.063251 0.123177</w:t>
        <w:br/>
        <w:t>vt 0.060397 0.123177</w:t>
        <w:br/>
        <w:t>vt 0.060397 0.114077</w:t>
        <w:br/>
        <w:t>vt 0.063253 0.114077</w:t>
        <w:br/>
        <w:t>vt 0.060397 0.128417</w:t>
        <w:br/>
        <w:t>vt 0.063251 0.128417</w:t>
        <w:br/>
        <w:t>vt 0.539400 0.879940</w:t>
        <w:br/>
        <w:t>vt 0.544047 0.879940</w:t>
        <w:br/>
        <w:t>vt 0.544047 0.876999</w:t>
        <w:br/>
        <w:t>vt 0.539400 0.876999</w:t>
        <w:br/>
        <w:t>vt 0.544047 0.860764</w:t>
        <w:br/>
        <w:t>vt 0.539400 0.860764</w:t>
        <w:br/>
        <w:t>vt 0.060397 0.104829</w:t>
        <w:br/>
        <w:t>vt 0.063251 0.104829</w:t>
        <w:br/>
        <w:t>vt 0.648145 0.976213</w:t>
        <w:br/>
        <w:t>vt 0.648145 0.979525</w:t>
        <w:br/>
        <w:t>vt 0.641799 0.979525</w:t>
        <w:br/>
        <w:t>vt 0.641799 0.976213</w:t>
        <w:br/>
        <w:t>vt 0.641799 0.981858</w:t>
        <w:br/>
        <w:t>vt 0.648145 0.979525</w:t>
        <w:br/>
        <w:t>vt 0.648145 0.981858</w:t>
        <w:br/>
        <w:t>vt 0.648145 0.981858</w:t>
        <w:br/>
        <w:t>vt 0.063251 0.072156</w:t>
        <w:br/>
        <w:t>vt 0.060397 0.072156</w:t>
        <w:br/>
        <w:t>vt 0.063253 0.086499</w:t>
        <w:br/>
        <w:t>vt 0.060397 0.086499</w:t>
        <w:br/>
        <w:t>vt 0.063251 0.094253</w:t>
        <w:br/>
        <w:t>vt 0.060397 0.094253</w:t>
        <w:br/>
        <w:t>vt 0.060397 0.086499</w:t>
        <w:br/>
        <w:t>vt 0.063253 0.086499</w:t>
        <w:br/>
        <w:t>vt 0.544047 0.856412</w:t>
        <w:br/>
        <w:t>vt 0.539400 0.856412</w:t>
        <w:br/>
        <w:t>vt 0.641799 0.968984</w:t>
        <w:br/>
        <w:t>vt 0.641799 0.965872</w:t>
        <w:br/>
        <w:t>vt 0.648145 0.965872</w:t>
        <w:br/>
        <w:t>vt 0.648145 0.968984</w:t>
        <w:br/>
        <w:t>vt 0.648145 0.972822</w:t>
        <w:br/>
        <w:t>vt 0.641799 0.972822</w:t>
        <w:br/>
        <w:t>vt 0.519771 0.136247</w:t>
        <w:br/>
        <w:t>vt 0.523202 0.145879</w:t>
        <w:br/>
        <w:t>vt 0.523145 0.157591</w:t>
        <w:br/>
        <w:t>vt 0.519771 0.173935</w:t>
        <w:br/>
        <w:t>vt 0.537948 0.154914</w:t>
        <w:br/>
        <w:t>vt 0.554852 0.186890</w:t>
        <w:br/>
        <w:t>vt 0.519771 0.210567</w:t>
        <w:br/>
        <w:t>vt 0.519771 0.193191</w:t>
        <w:br/>
        <w:t>vt 0.552274 0.203072</w:t>
        <w:br/>
        <w:t>vt 0.548678 0.219222</w:t>
        <w:br/>
        <w:t>vt 0.519771 0.227856</w:t>
        <w:br/>
        <w:t>vt 0.544987 0.235019</w:t>
        <w:br/>
        <w:t>vt 0.519771 0.274773</w:t>
        <w:br/>
        <w:t>vt 0.519771 0.257142</w:t>
        <w:br/>
        <w:t>vt 0.539104 0.262638</w:t>
        <w:br/>
        <w:t>vt 0.536033 0.277035</w:t>
        <w:br/>
        <w:t>vt 0.519771 0.283921</w:t>
        <w:br/>
        <w:t>vt 0.533559 0.283542</w:t>
        <w:br/>
        <w:t>vt 0.519771 0.304542</w:t>
        <w:br/>
        <w:t>vt 0.519771 0.299746</w:t>
        <w:br/>
        <w:t>vt 0.535623 0.297807</w:t>
        <w:br/>
        <w:t>vt 0.538064 0.300489</w:t>
        <w:br/>
        <w:t>vt 0.540246 0.302611</w:t>
        <w:br/>
        <w:t>vt 0.519771 0.308939</w:t>
        <w:br/>
        <w:t>vt 0.519771 0.292622</w:t>
        <w:br/>
        <w:t>vt 0.533379 0.291898</w:t>
        <w:br/>
        <w:t>vt 0.532192 0.284077</w:t>
        <w:br/>
        <w:t>vt 0.519771 0.286158</w:t>
        <w:br/>
        <w:t>vt 0.532143 0.285037</w:t>
        <w:br/>
        <w:t>vt 0.519771 0.286865</w:t>
        <w:br/>
        <w:t>vt 0.532192 0.284077</w:t>
        <w:br/>
        <w:t>vt 0.532094 0.285997</w:t>
        <w:br/>
        <w:t>vt 0.519771 0.287571</w:t>
        <w:br/>
        <w:t>vt 0.541188 0.304350</w:t>
        <w:br/>
        <w:t>vt 0.519771 0.313065</w:t>
        <w:br/>
        <w:t>vt 0.540477 0.306873</w:t>
        <w:br/>
        <w:t>vt 0.519771 0.316981</w:t>
        <w:br/>
        <w:t>vt 0.519771 0.315023</w:t>
        <w:br/>
        <w:t>vt 0.540833 0.305611</w:t>
        <w:br/>
        <w:t>vt 0.540258 0.312705</w:t>
        <w:br/>
        <w:t>vt 0.519771 0.322249</w:t>
        <w:br/>
        <w:t>vt 0.540537 0.321761</w:t>
        <w:br/>
        <w:t>vt 0.519771 0.329394</w:t>
        <w:br/>
        <w:t>vt 0.539587 0.337337</w:t>
        <w:br/>
        <w:t>vt 0.519771 0.341732</w:t>
        <w:br/>
        <w:t>vt 0.536776 0.354807</w:t>
        <w:br/>
        <w:t>vt 0.519771 0.355803</w:t>
        <w:br/>
        <w:t>vt 0.519771 0.369976</w:t>
        <w:br/>
        <w:t>vt 0.533486 0.372204</w:t>
        <w:br/>
        <w:t>vt 0.529092 0.386805</w:t>
        <w:br/>
        <w:t>vt 0.519771 0.382022</w:t>
        <w:br/>
        <w:t>vt 0.559534 0.159816</w:t>
        <w:br/>
        <w:t>vt 0.690492 0.676218</w:t>
        <w:br/>
        <w:t>vt 0.623491 0.676218</w:t>
        <w:br/>
        <w:t>vt 0.652049 0.682294</w:t>
        <w:br/>
        <w:t>vt 0.673143 0.682397</w:t>
        <w:br/>
        <w:t>vt 0.656871 0.708956</w:t>
        <w:br/>
        <w:t>vt 0.600706 0.737937</w:t>
        <w:br/>
        <w:t>vt 0.571614 0.735063</w:t>
        <w:br/>
        <w:t>vt 0.589709 0.676218</w:t>
        <w:br/>
        <w:t>vt 0.558381 0.676218</w:t>
        <w:br/>
        <w:t>vt 0.542512 0.728626</w:t>
        <w:br/>
        <w:t>vt 0.527214 0.676218</w:t>
        <w:br/>
        <w:t>vt 0.514049 0.721955</w:t>
        <w:br/>
        <w:t>vt 0.464621 0.711375</w:t>
        <w:br/>
        <w:t>vt 0.474629 0.676218</w:t>
        <w:br/>
        <w:t>vt 0.440999 0.676218</w:t>
        <w:br/>
        <w:t>vt 0.436925 0.705507</w:t>
        <w:br/>
        <w:t>vt 0.424522 0.676218</w:t>
        <w:br/>
        <w:t>vt 0.425205 0.701050</w:t>
        <w:br/>
        <w:t>vt 0.394682 0.709165</w:t>
        <w:br/>
        <w:t>vt 0.399512 0.704768</w:t>
        <w:br/>
        <w:t>vt 0.387382 0.676218</w:t>
        <w:br/>
        <w:t>vt 0.396020 0.676218</w:t>
        <w:br/>
        <w:t>vt 0.390861 0.713095</w:t>
        <w:br/>
        <w:t>vt 0.379463 0.676218</w:t>
        <w:br/>
        <w:t>vt 0.410156 0.700727</w:t>
        <w:br/>
        <w:t>vt 0.408852 0.676218</w:t>
        <w:br/>
        <w:t>vt 0.420493 0.676218</w:t>
        <w:br/>
        <w:t>vt 0.424242 0.698588</w:t>
        <w:br/>
        <w:t>vt 0.422513 0.698501</w:t>
        <w:br/>
        <w:t>vt 0.419221 0.676218</w:t>
        <w:br/>
        <w:t>vt 0.417949 0.676218</w:t>
        <w:br/>
        <w:t>vt 0.420783 0.698413</w:t>
        <w:br/>
        <w:t>vt 0.387728 0.714791</w:t>
        <w:br/>
        <w:t>vt 0.372033 0.676218</w:t>
        <w:br/>
        <w:t>vt 0.385456 0.714151</w:t>
        <w:br/>
        <w:t>vt 0.368506 0.676218</w:t>
        <w:br/>
        <w:t>vt 0.383184 0.713511</w:t>
        <w:br/>
        <w:t>vt 0.364979 0.676218</w:t>
        <w:br/>
        <w:t>vt 0.355491 0.676218</w:t>
        <w:br/>
        <w:t>vt 0.372681 0.713116</w:t>
        <w:br/>
        <w:t>vt 0.342623 0.676218</w:t>
        <w:br/>
        <w:t>vt 0.356371 0.713619</w:t>
        <w:br/>
        <w:t>vt 0.328317 0.711908</w:t>
        <w:br/>
        <w:t>vt 0.320401 0.676218</w:t>
        <w:br/>
        <w:t>vt 0.295058 0.676218</w:t>
        <w:br/>
        <w:t>vt 0.296852 0.706845</w:t>
        <w:br/>
        <w:t>vt 0.269532 0.676218</w:t>
        <w:br/>
        <w:t>vt 0.265519 0.700919</w:t>
        <w:br/>
        <w:t>vt 0.247837 0.676218</w:t>
        <w:br/>
        <w:t>vt 0.239223 0.693006</w:t>
        <w:br/>
        <w:t>vt 0.648042 0.747833</w:t>
        <w:br/>
        <w:t>vt 0.864419 0.910181</w:t>
        <w:br/>
        <w:t>vt 0.863065 0.916131</w:t>
        <w:br/>
        <w:t>vt 0.838442 0.916131</w:t>
        <w:br/>
        <w:t>vt 0.834894 0.910181</w:t>
        <w:br/>
        <w:t>vt 0.954278 0.581991</w:t>
        <w:br/>
        <w:t>vt 0.954278 0.543314</w:t>
        <w:br/>
        <w:t>vt 0.949485 0.543332</w:t>
        <w:br/>
        <w:t>vt 0.949485 0.582418</w:t>
        <w:br/>
        <w:t>vt 0.669515 0.532817</w:t>
        <w:br/>
        <w:t>vt 0.669515 0.503105</w:t>
        <w:br/>
        <w:t>vt 0.674582 0.500746</w:t>
        <w:br/>
        <w:t>vt 0.674582 0.536457</w:t>
        <w:br/>
        <w:t>vt 0.949485 0.484003</w:t>
        <w:br/>
        <w:t>vt 0.954278 0.484201</w:t>
        <w:br/>
        <w:t>vt 0.954278 0.456847</w:t>
        <w:br/>
        <w:t>vt 0.949485 0.456314</w:t>
        <w:br/>
        <w:t>vt 0.949485 0.602766</w:t>
        <w:br/>
        <w:t>vt 0.949485 0.621059</w:t>
        <w:br/>
        <w:t>vt 0.954278 0.620082</w:t>
        <w:br/>
        <w:t>vt 0.954278 0.601789</w:t>
        <w:br/>
        <w:t>vt 0.954278 0.440017</w:t>
        <w:br/>
        <w:t>vt 0.949485 0.439026</w:t>
        <w:br/>
        <w:t>vt 0.949485 0.639360</w:t>
        <w:br/>
        <w:t>vt 0.954278 0.638361</w:t>
        <w:br/>
        <w:t>vt 0.949485 0.656928</w:t>
        <w:br/>
        <w:t>vt 0.949485 0.670982</w:t>
        <w:br/>
        <w:t>vt 0.954278 0.669891</w:t>
        <w:br/>
        <w:t>vt 0.954278 0.655879</w:t>
        <w:br/>
        <w:t>vt 0.949485 0.690377</w:t>
        <w:br/>
        <w:t>vt 0.954278 0.690470</w:t>
        <w:br/>
        <w:t>vt 0.949485 0.700585</w:t>
        <w:br/>
        <w:t>vt 0.954278 0.700695</w:t>
        <w:br/>
        <w:t>vt 0.949485 0.359339</w:t>
        <w:br/>
        <w:t>vt 0.954278 0.359376</w:t>
        <w:br/>
        <w:t>vt 0.954278 0.351376</w:t>
        <w:br/>
        <w:t>vt 0.949485 0.352110</w:t>
        <w:br/>
        <w:t>vt 0.954278 0.721985</w:t>
        <w:br/>
        <w:t>vt 0.949485 0.721833</w:t>
        <w:br/>
        <w:t>vt 0.949485 0.726015</w:t>
        <w:br/>
        <w:t>vt 0.954278 0.726270</w:t>
        <w:br/>
        <w:t>vt 0.949485 0.327017</w:t>
        <w:br/>
        <w:t>vt 0.954278 0.327015</w:t>
        <w:br/>
        <w:t>vt 0.949485 0.321458</w:t>
        <w:br/>
        <w:t>vt 0.954278 0.321537</w:t>
        <w:br/>
        <w:t>vt 0.954278 0.317243</w:t>
        <w:br/>
        <w:t>vt 0.949485 0.317571</w:t>
        <w:br/>
        <w:t>vt 0.949485 0.729447</w:t>
        <w:br/>
        <w:t>vt 0.954278 0.729793</w:t>
        <w:br/>
        <w:t>vt 0.954278 0.714076</w:t>
        <w:br/>
        <w:t>vt 0.949485 0.714222</w:t>
        <w:br/>
        <w:t>vt 0.949485 0.336487</w:t>
        <w:br/>
        <w:t>vt 0.954278 0.336417</w:t>
        <w:br/>
        <w:t>vt 0.954278 0.348439</w:t>
        <w:br/>
        <w:t>vt 0.949485 0.349894</w:t>
        <w:br/>
        <w:t>vt 0.949485 0.704227</w:t>
        <w:br/>
        <w:t>vt 0.954278 0.704269</w:t>
        <w:br/>
        <w:t>vt 0.949485 0.705565</w:t>
        <w:br/>
        <w:t>vt 0.954278 0.705579</w:t>
        <w:br/>
        <w:t>vt 0.949485 0.344591</w:t>
        <w:br/>
        <w:t>vt 0.954278 0.344654</w:t>
        <w:br/>
        <w:t>vt 0.954278 0.706889</w:t>
        <w:br/>
        <w:t>vt 0.949485 0.706904</w:t>
        <w:br/>
        <w:t>vt 0.949485 0.733629</w:t>
        <w:br/>
        <w:t>vt 0.954278 0.733631</w:t>
        <w:br/>
        <w:t>vt 0.954278 0.315368</w:t>
        <w:br/>
        <w:t>vt 0.949485 0.315444</w:t>
        <w:br/>
        <w:t>vt 0.949485 0.313678</w:t>
        <w:br/>
        <w:t>vt 0.954278 0.313820</w:t>
        <w:br/>
        <w:t>vt 0.949485 0.311911</w:t>
        <w:br/>
        <w:t>vt 0.954278 0.312273</w:t>
        <w:br/>
        <w:t>vt 0.954278 0.736299</w:t>
        <w:br/>
        <w:t>vt 0.949485 0.736565</w:t>
        <w:br/>
        <w:t>vt 0.954278 0.738967</w:t>
        <w:br/>
        <w:t>vt 0.949485 0.739500</w:t>
        <w:br/>
        <w:t>vt 0.954278 0.302341</w:t>
        <w:br/>
        <w:t>vt 0.949485 0.302375</w:t>
        <w:br/>
        <w:t>vt 0.949485 0.745659</w:t>
        <w:br/>
        <w:t>vt 0.954278 0.745552</w:t>
        <w:br/>
        <w:t>vt 0.954278 0.287648</w:t>
        <w:br/>
        <w:t>vt 0.949485 0.287728</w:t>
        <w:br/>
        <w:t>vt 0.949485 0.754410</w:t>
        <w:br/>
        <w:t>vt 0.954278 0.754334</w:t>
        <w:br/>
        <w:t>vt 0.949485 0.263764</w:t>
        <w:br/>
        <w:t>vt 0.954278 0.263670</w:t>
        <w:br/>
        <w:t>vt 0.949485 0.768837</w:t>
        <w:br/>
        <w:t>vt 0.954278 0.768761</w:t>
        <w:br/>
        <w:t>vt 0.949485 0.784533</w:t>
        <w:br/>
        <w:t>vt 0.954278 0.784504</w:t>
        <w:br/>
        <w:t>vt 0.954278 0.237580</w:t>
        <w:br/>
        <w:t>vt 0.949485 0.237651</w:t>
        <w:br/>
        <w:t>vt 0.954278 0.211208</w:t>
        <w:br/>
        <w:t>vt 0.949485 0.211213</w:t>
        <w:br/>
        <w:t>vt 0.954278 0.800424</w:t>
        <w:br/>
        <w:t>vt 0.949485 0.800376</w:t>
        <w:br/>
        <w:t>vt 0.949485 0.814851</w:t>
        <w:br/>
        <w:t>vt 0.954278 0.814962</w:t>
        <w:br/>
        <w:t>vt 0.954278 0.187785</w:t>
        <w:br/>
        <w:t>vt 0.949485 0.187750</w:t>
        <w:br/>
        <w:t>vt 0.847806 0.875889</w:t>
        <w:br/>
        <w:t>vt 0.884079 0.875889</w:t>
        <w:br/>
        <w:t>vt 0.880864 0.881595</w:t>
        <w:br/>
        <w:t>vt 0.850691 0.881595</w:t>
        <w:br/>
        <w:t>vt 0.954278 0.490745</w:t>
        <w:br/>
        <w:t>vt 0.949485 0.490539</w:t>
        <w:br/>
        <w:t>vt 0.949485 0.538943</w:t>
        <w:br/>
        <w:t>vt 0.954278 0.538925</w:t>
        <w:br/>
        <w:t>vt 0.954278 0.348439</w:t>
        <w:br/>
        <w:t>vt 0.954278 0.346546</w:t>
        <w:br/>
        <w:t>vt 0.949485 0.347242</w:t>
        <w:br/>
        <w:t>vt 0.519771 0.244209</w:t>
        <w:br/>
        <w:t>vt 0.541575 0.250462</w:t>
        <w:br/>
        <w:t>vt 0.486372 0.715840</w:t>
        <w:br/>
        <w:t>vt 0.497850 0.676218</w:t>
        <w:br/>
        <w:t>vt 0.949485 0.387926</w:t>
        <w:br/>
        <w:t>vt 0.954278 0.388896</w:t>
        <w:br/>
        <w:t>vt 0.954278 0.375974</w:t>
        <w:br/>
        <w:t>vt 0.949485 0.374864</w:t>
        <w:br/>
        <w:t>vt 0.954278 0.375974</w:t>
        <w:br/>
        <w:t>vt 0.949485 0.404471</w:t>
        <w:br/>
        <w:t>vt 0.954278 0.405362</w:t>
        <w:br/>
        <w:t>vt 0.949485 0.421510</w:t>
        <w:br/>
        <w:t>vt 0.954278 0.422443</w:t>
        <w:br/>
        <w:t>vt 0.372033 0.676218</w:t>
        <w:br/>
        <w:t>vt 0.422513 0.698501</w:t>
        <w:br/>
        <w:t>vt 0.419221 0.676218</w:t>
        <w:br/>
        <w:t>vt 0.519771 0.136247</w:t>
        <w:br/>
        <w:t>vt 0.519771 0.173935</w:t>
        <w:br/>
        <w:t>vt 0.523145 0.157591</w:t>
        <w:br/>
        <w:t>vt 0.523202 0.145879</w:t>
        <w:br/>
        <w:t>vt 0.537948 0.154914</w:t>
        <w:br/>
        <w:t>vt 0.554852 0.186890</w:t>
        <w:br/>
        <w:t>vt 0.519771 0.210567</w:t>
        <w:br/>
        <w:t>vt 0.548678 0.219222</w:t>
        <w:br/>
        <w:t>vt 0.552274 0.203072</w:t>
        <w:br/>
        <w:t>vt 0.519771 0.193191</w:t>
        <w:br/>
        <w:t>vt 0.519771 0.227856</w:t>
        <w:br/>
        <w:t>vt 0.544987 0.235019</w:t>
        <w:br/>
        <w:t>vt 0.519771 0.274773</w:t>
        <w:br/>
        <w:t>vt 0.536033 0.277035</w:t>
        <w:br/>
        <w:t>vt 0.539104 0.262638</w:t>
        <w:br/>
        <w:t>vt 0.519771 0.257142</w:t>
        <w:br/>
        <w:t>vt 0.519771 0.283921</w:t>
        <w:br/>
        <w:t>vt 0.533559 0.283542</w:t>
        <w:br/>
        <w:t>vt 0.519771 0.304542</w:t>
        <w:br/>
        <w:t>vt 0.538064 0.300489</w:t>
        <w:br/>
        <w:t>vt 0.535623 0.297807</w:t>
        <w:br/>
        <w:t>vt 0.519771 0.299746</w:t>
        <w:br/>
        <w:t>vt 0.540246 0.302611</w:t>
        <w:br/>
        <w:t>vt 0.519771 0.308939</w:t>
        <w:br/>
        <w:t>vt 0.533379 0.291898</w:t>
        <w:br/>
        <w:t>vt 0.519771 0.292622</w:t>
        <w:br/>
        <w:t>vt 0.532192 0.284077</w:t>
        <w:br/>
        <w:t>vt 0.519771 0.286158</w:t>
        <w:br/>
        <w:t>vt 0.532143 0.285037</w:t>
        <w:br/>
        <w:t>vt 0.532192 0.284077</w:t>
        <w:br/>
        <w:t>vt 0.519771 0.286865</w:t>
        <w:br/>
        <w:t>vt 0.532094 0.285997</w:t>
        <w:br/>
        <w:t>vt 0.519771 0.287571</w:t>
        <w:br/>
        <w:t>vt 0.519771 0.313065</w:t>
        <w:br/>
        <w:t>vt 0.541188 0.304350</w:t>
        <w:br/>
        <w:t>vt 0.540477 0.306873</w:t>
        <w:br/>
        <w:t>vt 0.540833 0.305611</w:t>
        <w:br/>
        <w:t>vt 0.519771 0.315023</w:t>
        <w:br/>
        <w:t>vt 0.519771 0.316981</w:t>
        <w:br/>
        <w:t>vt 0.540258 0.312705</w:t>
        <w:br/>
        <w:t>vt 0.519771 0.322249</w:t>
        <w:br/>
        <w:t>vt 0.540537 0.321761</w:t>
        <w:br/>
        <w:t>vt 0.519771 0.329394</w:t>
        <w:br/>
        <w:t>vt 0.539587 0.337337</w:t>
        <w:br/>
        <w:t>vt 0.519771 0.341732</w:t>
        <w:br/>
        <w:t>vt 0.519771 0.355803</w:t>
        <w:br/>
        <w:t>vt 0.536776 0.354807</w:t>
        <w:br/>
        <w:t>vt 0.519771 0.369976</w:t>
        <w:br/>
        <w:t>vt 0.533486 0.372204</w:t>
        <w:br/>
        <w:t>vt 0.519771 0.382022</w:t>
        <w:br/>
        <w:t>vt 0.529092 0.386805</w:t>
        <w:br/>
        <w:t>vt 0.559534 0.159816</w:t>
        <w:br/>
        <w:t>vt 0.690492 0.676218</w:t>
        <w:br/>
        <w:t>vt 0.673143 0.682397</w:t>
        <w:br/>
        <w:t>vt 0.652049 0.682294</w:t>
        <w:br/>
        <w:t>vt 0.623491 0.676218</w:t>
        <w:br/>
        <w:t>vt 0.656871 0.708956</w:t>
        <w:br/>
        <w:t>vt 0.600706 0.737937</w:t>
        <w:br/>
        <w:t>vt 0.571614 0.735063</w:t>
        <w:br/>
        <w:t>vt 0.542512 0.728626</w:t>
        <w:br/>
        <w:t>vt 0.558381 0.676218</w:t>
        <w:br/>
        <w:t>vt 0.589709 0.676218</w:t>
        <w:br/>
        <w:t>vt 0.514049 0.721955</w:t>
        <w:br/>
        <w:t>vt 0.527214 0.676218</w:t>
        <w:br/>
        <w:t>vt 0.464621 0.711375</w:t>
        <w:br/>
        <w:t>vt 0.436925 0.705507</w:t>
        <w:br/>
        <w:t>vt 0.440999 0.676218</w:t>
        <w:br/>
        <w:t>vt 0.474629 0.676218</w:t>
        <w:br/>
        <w:t>vt 0.424522 0.676218</w:t>
        <w:br/>
        <w:t>vt 0.425205 0.701050</w:t>
        <w:br/>
        <w:t>vt 0.394682 0.709165</w:t>
        <w:br/>
        <w:t>vt 0.387382 0.676218</w:t>
        <w:br/>
        <w:t>vt 0.399512 0.704768</w:t>
        <w:br/>
        <w:t>vt 0.396020 0.676218</w:t>
        <w:br/>
        <w:t>vt 0.390861 0.713095</w:t>
        <w:br/>
        <w:t>vt 0.379463 0.676218</w:t>
        <w:br/>
        <w:t>vt 0.410156 0.700727</w:t>
        <w:br/>
        <w:t>vt 0.408852 0.676218</w:t>
        <w:br/>
        <w:t>vt 0.420493 0.676218</w:t>
        <w:br/>
        <w:t>vt 0.424242 0.698588</w:t>
        <w:br/>
        <w:t>vt 0.422513 0.698501</w:t>
        <w:br/>
        <w:t>vt 0.419221 0.676218</w:t>
        <w:br/>
        <w:t>vt 0.417949 0.676218</w:t>
        <w:br/>
        <w:t>vt 0.420783 0.698413</w:t>
        <w:br/>
        <w:t>vt 0.387728 0.714791</w:t>
        <w:br/>
        <w:t>vt 0.372033 0.676218</w:t>
        <w:br/>
        <w:t>vt 0.385456 0.714151</w:t>
        <w:br/>
        <w:t>vt 0.383184 0.713511</w:t>
        <w:br/>
        <w:t>vt 0.368506 0.676218</w:t>
        <w:br/>
        <w:t>vt 0.364979 0.676218</w:t>
        <w:br/>
        <w:t>vt 0.355491 0.676218</w:t>
        <w:br/>
        <w:t>vt 0.372681 0.713116</w:t>
        <w:br/>
        <w:t>vt 0.356371 0.713619</w:t>
        <w:br/>
        <w:t>vt 0.342623 0.676218</w:t>
        <w:br/>
        <w:t>vt 0.328317 0.711908</w:t>
        <w:br/>
        <w:t>vt 0.320401 0.676218</w:t>
        <w:br/>
        <w:t>vt 0.296852 0.706845</w:t>
        <w:br/>
        <w:t>vt 0.295058 0.676218</w:t>
        <w:br/>
        <w:t>vt 0.269532 0.676218</w:t>
        <w:br/>
        <w:t>vt 0.265519 0.700919</w:t>
        <w:br/>
        <w:t>vt 0.239223 0.693006</w:t>
        <w:br/>
        <w:t>vt 0.247837 0.676218</w:t>
        <w:br/>
        <w:t>vt 0.648042 0.747833</w:t>
        <w:br/>
        <w:t>vt 0.864419 0.910181</w:t>
        <w:br/>
        <w:t>vt 0.834894 0.910181</w:t>
        <w:br/>
        <w:t>vt 0.838442 0.916131</w:t>
        <w:br/>
        <w:t>vt 0.863065 0.916131</w:t>
        <w:br/>
        <w:t>vt 0.949485 0.543332</w:t>
        <w:br/>
        <w:t>vt 0.954278 0.543314</w:t>
        <w:br/>
        <w:t>vt 0.954278 0.581991</w:t>
        <w:br/>
        <w:t>vt 0.949485 0.582418</w:t>
        <w:br/>
        <w:t>vt 0.669515 0.532817</w:t>
        <w:br/>
        <w:t>vt 0.674582 0.536457</w:t>
        <w:br/>
        <w:t>vt 0.674582 0.500746</w:t>
        <w:br/>
        <w:t>vt 0.669515 0.503105</w:t>
        <w:br/>
        <w:t>vt 0.949485 0.484003</w:t>
        <w:br/>
        <w:t>vt 0.949485 0.456314</w:t>
        <w:br/>
        <w:t>vt 0.954278 0.456847</w:t>
        <w:br/>
        <w:t>vt 0.954278 0.484201</w:t>
        <w:br/>
        <w:t>vt 0.949485 0.602766</w:t>
        <w:br/>
        <w:t>vt 0.954278 0.601789</w:t>
        <w:br/>
        <w:t>vt 0.954278 0.620082</w:t>
        <w:br/>
        <w:t>vt 0.949485 0.621059</w:t>
        <w:br/>
        <w:t>vt 0.954278 0.440017</w:t>
        <w:br/>
        <w:t>vt 0.949485 0.439026</w:t>
        <w:br/>
        <w:t>vt 0.954278 0.638361</w:t>
        <w:br/>
        <w:t>vt 0.949485 0.639360</w:t>
        <w:br/>
        <w:t>vt 0.949485 0.656928</w:t>
        <w:br/>
        <w:t>vt 0.954278 0.655879</w:t>
        <w:br/>
        <w:t>vt 0.954278 0.669891</w:t>
        <w:br/>
        <w:t>vt 0.949485 0.670982</w:t>
        <w:br/>
        <w:t>vt 0.954278 0.690470</w:t>
        <w:br/>
        <w:t>vt 0.949485 0.690377</w:t>
        <w:br/>
        <w:t>vt 0.954278 0.700695</w:t>
        <w:br/>
        <w:t>vt 0.949485 0.700585</w:t>
        <w:br/>
        <w:t>vt 0.949485 0.359339</w:t>
        <w:br/>
        <w:t>vt 0.949485 0.352110</w:t>
        <w:br/>
        <w:t>vt 0.954278 0.351376</w:t>
        <w:br/>
        <w:t>vt 0.954278 0.359376</w:t>
        <w:br/>
        <w:t>vt 0.954278 0.721985</w:t>
        <w:br/>
        <w:t>vt 0.954278 0.726270</w:t>
        <w:br/>
        <w:t>vt 0.949485 0.726015</w:t>
        <w:br/>
        <w:t>vt 0.949485 0.721833</w:t>
        <w:br/>
        <w:t>vt 0.949485 0.327017</w:t>
        <w:br/>
        <w:t>vt 0.949485 0.321458</w:t>
        <w:br/>
        <w:t>vt 0.954278 0.327015</w:t>
        <w:br/>
        <w:t>vt 0.954278 0.321537</w:t>
        <w:br/>
        <w:t>vt 0.954278 0.317243</w:t>
        <w:br/>
        <w:t>vt 0.949485 0.317571</w:t>
        <w:br/>
        <w:t>vt 0.949485 0.729447</w:t>
        <w:br/>
        <w:t>vt 0.954278 0.729793</w:t>
        <w:br/>
        <w:t>vt 0.954278 0.714076</w:t>
        <w:br/>
        <w:t>vt 0.949485 0.714222</w:t>
        <w:br/>
        <w:t>vt 0.954278 0.336417</w:t>
        <w:br/>
        <w:t>vt 0.949485 0.336487</w:t>
        <w:br/>
        <w:t>vt 0.949485 0.349894</w:t>
        <w:br/>
        <w:t>vt 0.954278 0.348439</w:t>
        <w:br/>
        <w:t>vt 0.954278 0.704269</w:t>
        <w:br/>
        <w:t>vt 0.949485 0.704227</w:t>
        <w:br/>
        <w:t>vt 0.954278 0.705579</w:t>
        <w:br/>
        <w:t>vt 0.949485 0.705565</w:t>
        <w:br/>
        <w:t>vt 0.954278 0.344654</w:t>
        <w:br/>
        <w:t>vt 0.949485 0.344591</w:t>
        <w:br/>
        <w:t>vt 0.954278 0.706889</w:t>
        <w:br/>
        <w:t>vt 0.949485 0.706904</w:t>
        <w:br/>
        <w:t>vt 0.949485 0.733629</w:t>
        <w:br/>
        <w:t>vt 0.954278 0.733631</w:t>
        <w:br/>
        <w:t>vt 0.954278 0.315368</w:t>
        <w:br/>
        <w:t>vt 0.949485 0.315444</w:t>
        <w:br/>
        <w:t>vt 0.949485 0.313678</w:t>
        <w:br/>
        <w:t>vt 0.949485 0.311911</w:t>
        <w:br/>
        <w:t>vt 0.954278 0.313820</w:t>
        <w:br/>
        <w:t>vt 0.954278 0.312273</w:t>
        <w:br/>
        <w:t>vt 0.954278 0.736299</w:t>
        <w:br/>
        <w:t>vt 0.954278 0.738967</w:t>
        <w:br/>
        <w:t>vt 0.949485 0.736565</w:t>
        <w:br/>
        <w:t>vt 0.949485 0.739500</w:t>
        <w:br/>
        <w:t>vt 0.954278 0.302341</w:t>
        <w:br/>
        <w:t>vt 0.949485 0.302375</w:t>
        <w:br/>
        <w:t>vt 0.954278 0.745552</w:t>
        <w:br/>
        <w:t>vt 0.949485 0.745659</w:t>
        <w:br/>
        <w:t>vt 0.949485 0.287728</w:t>
        <w:br/>
        <w:t>vt 0.954278 0.287648</w:t>
        <w:br/>
        <w:t>vt 0.954278 0.754334</w:t>
        <w:br/>
        <w:t>vt 0.949485 0.754410</w:t>
        <w:br/>
        <w:t>vt 0.949485 0.263764</w:t>
        <w:br/>
        <w:t>vt 0.954278 0.263670</w:t>
        <w:br/>
        <w:t>vt 0.954278 0.768761</w:t>
        <w:br/>
        <w:t>vt 0.949485 0.768837</w:t>
        <w:br/>
        <w:t>vt 0.954278 0.784504</w:t>
        <w:br/>
        <w:t>vt 0.949485 0.784533</w:t>
        <w:br/>
        <w:t>vt 0.954278 0.237580</w:t>
        <w:br/>
        <w:t>vt 0.949485 0.237651</w:t>
        <w:br/>
        <w:t>vt 0.949485 0.211213</w:t>
        <w:br/>
        <w:t>vt 0.954278 0.211208</w:t>
        <w:br/>
        <w:t>vt 0.954278 0.800424</w:t>
        <w:br/>
        <w:t>vt 0.949485 0.800376</w:t>
        <w:br/>
        <w:t>vt 0.954278 0.814962</w:t>
        <w:br/>
        <w:t>vt 0.949485 0.814851</w:t>
        <w:br/>
        <w:t>vt 0.949485 0.187750</w:t>
        <w:br/>
        <w:t>vt 0.954278 0.187785</w:t>
        <w:br/>
        <w:t>vt 0.847806 0.875889</w:t>
        <w:br/>
        <w:t>vt 0.850691 0.881595</w:t>
        <w:br/>
        <w:t>vt 0.880864 0.881595</w:t>
        <w:br/>
        <w:t>vt 0.884079 0.875889</w:t>
        <w:br/>
        <w:t>vt 0.954278 0.490745</w:t>
        <w:br/>
        <w:t>vt 0.954278 0.538925</w:t>
        <w:br/>
        <w:t>vt 0.949485 0.538943</w:t>
        <w:br/>
        <w:t>vt 0.949485 0.490539</w:t>
        <w:br/>
        <w:t>vt 0.949485 0.347242</w:t>
        <w:br/>
        <w:t>vt 0.954278 0.346546</w:t>
        <w:br/>
        <w:t>vt 0.954278 0.348439</w:t>
        <w:br/>
        <w:t>vt 0.541575 0.250462</w:t>
        <w:br/>
        <w:t>vt 0.519771 0.244209</w:t>
        <w:br/>
        <w:t>vt 0.486372 0.715840</w:t>
        <w:br/>
        <w:t>vt 0.497850 0.676218</w:t>
        <w:br/>
        <w:t>vt 0.949485 0.387926</w:t>
        <w:br/>
        <w:t>vt 0.949485 0.374864</w:t>
        <w:br/>
        <w:t>vt 0.954278 0.375974</w:t>
        <w:br/>
        <w:t>vt 0.954278 0.388896</w:t>
        <w:br/>
        <w:t>vt 0.954278 0.375974</w:t>
        <w:br/>
        <w:t>vt 0.949485 0.404471</w:t>
        <w:br/>
        <w:t>vt 0.954278 0.405362</w:t>
        <w:br/>
        <w:t>vt 0.949485 0.421510</w:t>
        <w:br/>
        <w:t>vt 0.954278 0.422443</w:t>
        <w:br/>
        <w:t>vt 0.372033 0.676218</w:t>
        <w:br/>
        <w:t>vt 0.422513 0.698501</w:t>
        <w:br/>
        <w:t>vt 0.419221 0.676218</w:t>
        <w:br/>
        <w:t>vt 0.533986 0.635663</w:t>
        <w:br/>
        <w:t>vt 0.524300 0.635663</w:t>
        <w:br/>
        <w:t>vt 0.524300 0.632794</w:t>
        <w:br/>
        <w:t>vt 0.533986 0.632794</w:t>
        <w:br/>
        <w:t>vt 0.516589 0.635663</w:t>
        <w:br/>
        <w:t>vt 0.516589 0.632794</w:t>
        <w:br/>
        <w:t>vt 0.516589 0.635663</w:t>
        <w:br/>
        <w:t>vt 0.503151 0.635663</w:t>
        <w:br/>
        <w:t>vt 0.503151 0.632794</w:t>
        <w:br/>
        <w:t>vt 0.516589 0.632794</w:t>
        <w:br/>
        <w:t>vt 0.045265 0.139145</w:t>
        <w:br/>
        <w:t>vt 0.045265 0.154159</w:t>
        <w:br/>
        <w:t>vt 0.042960 0.154159</w:t>
        <w:br/>
        <w:t>vt 0.042960 0.139145</w:t>
        <w:br/>
        <w:t>vt 0.045265 0.154159</w:t>
        <w:br/>
        <w:t>vt 0.045265 0.160954</w:t>
        <w:br/>
        <w:t>vt 0.042960 0.160954</w:t>
        <w:br/>
        <w:t>vt 0.042960 0.154159</w:t>
        <w:br/>
        <w:t>vt 0.045265 0.175969</w:t>
        <w:br/>
        <w:t>vt 0.042960 0.175969</w:t>
        <w:br/>
        <w:t>vt 0.042960 0.160954</w:t>
        <w:br/>
        <w:t>vt 0.045265 0.160954</w:t>
        <w:br/>
        <w:t>vt 0.042960 0.175969</w:t>
        <w:br/>
        <w:t>vt 0.045265 0.175969</w:t>
        <w:br/>
        <w:t>vt 0.045265 0.182881</w:t>
        <w:br/>
        <w:t>vt 0.042960 0.182881</w:t>
        <w:br/>
        <w:t>vt 0.542770 0.632794</w:t>
        <w:br/>
        <w:t>vt 0.542770 0.635663</w:t>
        <w:br/>
        <w:t>vt 0.560927 0.632794</w:t>
        <w:br/>
        <w:t>vt 0.560927 0.635663</w:t>
        <w:br/>
        <w:t>vt 0.556798 0.635663</w:t>
        <w:br/>
        <w:t>vt 0.556798 0.632794</w:t>
        <w:br/>
        <w:t>vt 0.542770 0.635663</w:t>
        <w:br/>
        <w:t>vt 0.542770 0.632794</w:t>
        <w:br/>
        <w:t>vt 0.598925 0.632794</w:t>
        <w:br/>
        <w:t>vt 0.598925 0.635663</w:t>
        <w:br/>
        <w:t>vt 0.498425 0.632794</w:t>
        <w:br/>
        <w:t>vt 0.498425 0.635663</w:t>
        <w:br/>
        <w:t>vt 0.460452 0.635663</w:t>
        <w:br/>
        <w:t>vt 0.460452 0.632794</w:t>
        <w:br/>
        <w:t>vt 0.441522 0.635663</w:t>
        <w:br/>
        <w:t>vt 0.441522 0.632794</w:t>
        <w:br/>
        <w:t>vt 0.460452 0.632794</w:t>
        <w:br/>
        <w:t>vt 0.460452 0.635663</w:t>
        <w:br/>
        <w:t>vt 0.413857 0.718228</w:t>
        <w:br/>
        <w:t>vt 0.415156 0.713121</w:t>
        <w:br/>
        <w:t>vt 0.417360 0.716199</w:t>
        <w:br/>
        <w:t>vt 0.413891 0.724846</w:t>
        <w:br/>
        <w:t>vt 0.417313 0.727390</w:t>
        <w:br/>
        <w:t>vt 0.415458 0.730640</w:t>
        <w:br/>
        <w:t>vt 0.422465 0.727363</w:t>
        <w:br/>
        <w:t>vt 0.422425 0.716172</w:t>
        <w:br/>
        <w:t>vt 0.426623 0.715354</w:t>
        <w:br/>
        <w:t>vt 0.426674 0.728288</w:t>
        <w:br/>
        <w:t>vt 0.425042 0.730590</w:t>
        <w:br/>
        <w:t>vt 0.424337 0.713073</w:t>
        <w:br/>
        <w:t>vt 0.452569 0.715218</w:t>
        <w:br/>
        <w:t>vt 0.452637 0.728152</w:t>
        <w:br/>
        <w:t>vt 0.634172 0.877031</w:t>
        <w:br/>
        <w:t>vt 0.629834 0.873957</w:t>
        <w:br/>
        <w:t>vt 0.632407 0.870209</w:t>
        <w:br/>
        <w:t>vt 0.634160 0.886107</w:t>
        <w:br/>
        <w:t>vt 0.629964 0.889931</w:t>
        <w:br/>
        <w:t>vt 0.632087 0.893895</w:t>
        <w:br/>
        <w:t>vt 0.622330 0.889921</w:t>
        <w:br/>
        <w:t>vt 0.616912 0.890708</w:t>
        <w:br/>
        <w:t>vt 0.616884 0.873355</w:t>
        <w:br/>
        <w:t>vt 0.622325 0.873948</w:t>
        <w:br/>
        <w:t>vt 0.619177 0.893877</w:t>
        <w:br/>
        <w:t>vt 0.620031 0.870192</w:t>
        <w:br/>
        <w:t>vt 0.581172 0.890660</w:t>
        <w:br/>
        <w:t>vt 0.581195 0.873308</w:t>
        <w:br/>
        <w:t>vt 0.773387 0.690639</w:t>
        <w:br/>
        <w:t>vt 0.773390 0.689709</w:t>
        <w:br/>
        <w:t>vt 0.778184 0.685472</w:t>
        <w:br/>
        <w:t>vt 0.777410 0.695487</w:t>
        <w:br/>
        <w:t>vt 0.798315 0.690644</w:t>
        <w:br/>
        <w:t>vt 0.793735 0.695490</w:t>
        <w:br/>
        <w:t>vt 0.794113 0.685475</w:t>
        <w:br/>
        <w:t>vt 0.798419 0.689713</w:t>
        <w:br/>
        <w:t>vt 0.656736 0.802663</w:t>
        <w:br/>
        <w:t>vt 0.657181 0.814457</w:t>
        <w:br/>
        <w:t>vt 0.638423 0.814461</w:t>
        <w:br/>
        <w:t>vt 0.637511 0.802666</w:t>
        <w:br/>
        <w:t>vt 0.632774 0.808376</w:t>
        <w:br/>
        <w:t>vt 0.632777 0.809472</w:t>
        <w:br/>
        <w:t>vt 0.662129 0.808370</w:t>
        <w:br/>
        <w:t>vt 0.662253 0.809466</w:t>
        <w:br/>
        <w:t>vt 0.235552 0.183104</w:t>
        <w:br/>
        <w:t>vt 0.235552 0.169001</w:t>
        <w:br/>
        <w:t>vt 0.237778 0.169001</w:t>
        <w:br/>
        <w:t>vt 0.237778 0.183104</w:t>
        <w:br/>
        <w:t>vt 0.237777 0.156463</w:t>
        <w:br/>
        <w:t>vt 0.235554 0.156463</w:t>
        <w:br/>
        <w:t>vt 0.235555 0.142714</w:t>
        <w:br/>
        <w:t>vt 0.237779 0.142714</w:t>
        <w:br/>
        <w:t>vt 0.235552 0.163028</w:t>
        <w:br/>
        <w:t>vt 0.237778 0.163028</w:t>
        <w:br/>
        <w:t>vt 0.235553 0.162129</w:t>
        <w:br/>
        <w:t>vt 0.237778 0.162129</w:t>
        <w:br/>
        <w:t>vt 0.235552 0.189977</w:t>
        <w:br/>
        <w:t>vt 0.237778 0.189977</w:t>
        <w:br/>
        <w:t>vt 0.237778 0.195648</w:t>
        <w:br/>
        <w:t>vt 0.235552 0.195648</w:t>
        <w:br/>
        <w:t>vt 0.235552 0.189077</w:t>
        <w:br/>
        <w:t>vt 0.237778 0.189077</w:t>
        <w:br/>
        <w:t>vt 0.832967 0.852838</w:t>
        <w:br/>
        <w:t>vt 0.831994 0.846877</w:t>
        <w:br/>
        <w:t>vt 0.836763 0.847202</w:t>
        <w:br/>
        <w:t>vt 0.839076 0.850785</w:t>
        <w:br/>
        <w:t>vt 0.839267 0.857430</w:t>
        <w:br/>
        <w:t>vt 0.840087 0.856879</w:t>
        <w:br/>
        <w:t>vt 0.831797 0.844742</w:t>
        <w:br/>
        <w:t>vt 0.839193 0.845144</w:t>
        <w:br/>
        <w:t>vt 0.834126 0.839431</w:t>
        <w:br/>
        <w:t>vt 0.841203 0.843533</w:t>
        <w:br/>
        <w:t>vt 0.839475 0.835656</w:t>
        <w:br/>
        <w:t>vt 0.843667 0.838788</w:t>
        <w:br/>
        <w:t>vt 0.844068 0.834249</w:t>
        <w:br/>
        <w:t>vt 0.844969 0.835383</w:t>
        <w:br/>
        <w:t>vt 0.824060 0.847200</w:t>
        <w:br/>
        <w:t>vt 0.828866 0.846876</w:t>
        <w:br/>
        <w:t>vt 0.827207 0.852837</w:t>
        <w:br/>
        <w:t>vt 0.821334 0.850781</w:t>
        <w:br/>
        <w:t>vt 0.820379 0.857427</w:t>
        <w:br/>
        <w:t>vt 0.819623 0.856875</w:t>
        <w:br/>
        <w:t>vt 0.829308 0.844742</w:t>
        <w:br/>
        <w:t>vt 0.821867 0.845141</w:t>
        <w:br/>
        <w:t>vt 0.827591 0.839430</w:t>
        <w:br/>
        <w:t>vt 0.820041 0.843529</w:t>
        <w:br/>
        <w:t>vt 0.818124 0.838784</w:t>
        <w:br/>
        <w:t>vt 0.822676 0.835653</w:t>
        <w:br/>
        <w:t>vt 0.817214 0.835379</w:t>
        <w:br/>
        <w:t>vt 0.818245 0.834244</w:t>
        <w:br/>
        <w:t>vt 0.603194 0.855917</w:t>
        <w:br/>
        <w:t>vt 0.598427 0.856242</w:t>
        <w:br/>
        <w:t>vt 0.599399 0.850282</w:t>
        <w:br/>
        <w:t>vt 0.605507 0.852335</w:t>
        <w:br/>
        <w:t>vt 0.605697 0.845692</w:t>
        <w:br/>
        <w:t>vt 0.606517 0.846243</w:t>
        <w:br/>
        <w:t>vt 0.598230 0.858376</w:t>
        <w:br/>
        <w:t>vt 0.605623 0.857974</w:t>
        <w:br/>
        <w:t>vt 0.600558 0.863685</w:t>
        <w:br/>
        <w:t>vt 0.607633 0.859584</w:t>
        <w:br/>
        <w:t>vt 0.610096 0.864328</w:t>
        <w:br/>
        <w:t>vt 0.605905 0.867459</w:t>
        <w:br/>
        <w:t>vt 0.611398 0.867732</w:t>
        <w:br/>
        <w:t>vt 0.610497 0.868866</w:t>
        <w:br/>
        <w:t>vt 0.593641 0.850284</w:t>
        <w:br/>
        <w:t>vt 0.595299 0.856242</w:t>
        <w:br/>
        <w:t>vt 0.590495 0.855919</w:t>
        <w:br/>
        <w:t>vt 0.587769 0.852338</w:t>
        <w:br/>
        <w:t>vt 0.586815 0.845695</w:t>
        <w:br/>
        <w:t>vt 0.586059 0.846247</w:t>
        <w:br/>
        <w:t>vt 0.595741 0.858377</w:t>
        <w:br/>
        <w:t>vt 0.588303 0.857977</w:t>
        <w:br/>
        <w:t>vt 0.594025 0.863686</w:t>
        <w:br/>
        <w:t>vt 0.586478 0.859588</w:t>
        <w:br/>
        <w:t>vt 0.589112 0.867463</w:t>
        <w:br/>
        <w:t>vt 0.584560 0.864333</w:t>
        <w:br/>
        <w:t>vt 0.584682 0.868871</w:t>
        <w:br/>
        <w:t>vt 0.583650 0.867737</w:t>
        <w:br/>
        <w:t>vt 0.747279 0.679709</w:t>
        <w:br/>
        <w:t>vt 0.743710 0.679709</w:t>
        <w:br/>
        <w:t>vt 0.743710 0.675049</w:t>
        <w:br/>
        <w:t>vt 0.747279 0.675049</w:t>
        <w:br/>
        <w:t>vt 0.726308 0.679709</w:t>
        <w:br/>
        <w:t>vt 0.726308 0.675049</w:t>
        <w:br/>
        <w:t>vt 0.731430 0.675049</w:t>
        <w:br/>
        <w:t>vt 0.731430 0.679709</w:t>
        <w:br/>
        <w:t>vt 0.738472 0.679709</w:t>
        <w:br/>
        <w:t>vt 0.738472 0.675049</w:t>
        <w:br/>
        <w:t>vt 0.738472 0.679709</w:t>
        <w:br/>
        <w:t>vt 0.737716 0.679709</w:t>
        <w:br/>
        <w:t>vt 0.737716 0.675049</w:t>
        <w:br/>
        <w:t>vt 0.738472 0.675049</w:t>
        <w:br/>
        <w:t>vt 0.737716 0.679709</w:t>
        <w:br/>
        <w:t>vt 0.737716 0.675049</w:t>
        <w:br/>
        <w:t>vt 0.749740 0.679709</w:t>
        <w:br/>
        <w:t>vt 0.747279 0.679709</w:t>
        <w:br/>
        <w:t>vt 0.747279 0.675049</w:t>
        <w:br/>
        <w:t>vt 0.749740 0.675049</w:t>
        <w:br/>
        <w:t>vt 0.773595 0.675049</w:t>
        <w:br/>
        <w:t>vt 0.773595 0.679709</w:t>
        <w:br/>
        <w:t>vt 0.768865 0.679709</w:t>
        <w:br/>
        <w:t>vt 0.768865 0.675049</w:t>
        <w:br/>
        <w:t>vt 0.751724 0.679709</w:t>
        <w:br/>
        <w:t>vt 0.751724 0.675049</w:t>
        <w:br/>
        <w:t>vt 0.756053 0.679709</w:t>
        <w:br/>
        <w:t>vt 0.756053 0.675049</w:t>
        <w:br/>
        <w:t>vt 0.763852 0.679709</w:t>
        <w:br/>
        <w:t>vt 0.763852 0.675049</w:t>
        <w:br/>
        <w:t>vt 0.759042 0.679709</w:t>
        <w:br/>
        <w:t>vt 0.759042 0.675049</w:t>
        <w:br/>
        <w:t>vt 0.760244 0.675049</w:t>
        <w:br/>
        <w:t>vt 0.760244 0.679709</w:t>
        <w:br/>
        <w:t>vt 0.760244 0.679709</w:t>
        <w:br/>
        <w:t>vt 0.760244 0.675049</w:t>
        <w:br/>
        <w:t>vt 0.822761 0.679709</w:t>
        <w:br/>
        <w:t>vt 0.817639 0.679709</w:t>
        <w:br/>
        <w:t>vt 0.817639 0.675049</w:t>
        <w:br/>
        <w:t>vt 0.822761 0.675049</w:t>
        <w:br/>
        <w:t>vt 0.805359 0.675049</w:t>
        <w:br/>
        <w:t>vt 0.805359 0.679709</w:t>
        <w:br/>
        <w:t>vt 0.801790 0.679709</w:t>
        <w:br/>
        <w:t>vt 0.801790 0.675049</w:t>
        <w:br/>
        <w:t>vt 0.811352 0.679709</w:t>
        <w:br/>
        <w:t>vt 0.811352 0.675049</w:t>
        <w:br/>
        <w:t>vt 0.811352 0.679709</w:t>
        <w:br/>
        <w:t>vt 0.810597 0.679709</w:t>
        <w:br/>
        <w:t>vt 0.810597 0.675049</w:t>
        <w:br/>
        <w:t>vt 0.811352 0.675049</w:t>
        <w:br/>
        <w:t>vt 0.810597 0.675049</w:t>
        <w:br/>
        <w:t>vt 0.810597 0.679709</w:t>
        <w:br/>
        <w:t>vt 0.801790 0.679709</w:t>
        <w:br/>
        <w:t>vt 0.799329 0.679709</w:t>
        <w:br/>
        <w:t>vt 0.799329 0.675049</w:t>
        <w:br/>
        <w:t>vt 0.801790 0.675049</w:t>
        <w:br/>
        <w:t>vt 0.797344 0.679709</w:t>
        <w:br/>
        <w:t>vt 0.797344 0.675049</w:t>
        <w:br/>
        <w:t>vt 0.780204 0.679709</w:t>
        <w:br/>
        <w:t>vt 0.775474 0.679709</w:t>
        <w:br/>
        <w:t>vt 0.775474 0.675049</w:t>
        <w:br/>
        <w:t>vt 0.780204 0.675049</w:t>
        <w:br/>
        <w:t>vt 0.785217 0.675049</w:t>
        <w:br/>
        <w:t>vt 0.785217 0.679709</w:t>
        <w:br/>
        <w:t>vt 0.793016 0.679709</w:t>
        <w:br/>
        <w:t>vt 0.793016 0.675049</w:t>
        <w:br/>
        <w:t>vt 0.788824 0.675049</w:t>
        <w:br/>
        <w:t>vt 0.788824 0.679709</w:t>
        <w:br/>
        <w:t>vt 0.790027 0.679709</w:t>
        <w:br/>
        <w:t>vt 0.790027 0.675049</w:t>
        <w:br/>
        <w:t>vt 0.788824 0.679709</w:t>
        <w:br/>
        <w:t>vt 0.788824 0.675049</w:t>
        <w:br/>
        <w:t>vt 0.775474 0.675049</w:t>
        <w:br/>
        <w:t>vt 0.775474 0.679709</w:t>
        <w:br/>
        <w:t>vt 0.773595 0.679709</w:t>
        <w:br/>
        <w:t>vt 0.773595 0.675049</w:t>
        <w:br/>
        <w:t>vt 0.825122 0.679709</w:t>
        <w:br/>
        <w:t>vt 0.822761 0.679709</w:t>
        <w:br/>
        <w:t>vt 0.822761 0.675049</w:t>
        <w:br/>
        <w:t>vt 0.825122 0.675049</w:t>
        <w:br/>
        <w:t>vt 0.640913 0.635860</w:t>
        <w:br/>
        <w:t>vt 0.640913 0.632047</w:t>
        <w:br/>
        <w:t>vt 0.641845 0.632047</w:t>
        <w:br/>
        <w:t>vt 0.641845 0.635860</w:t>
        <w:br/>
        <w:t>vt 0.627780 0.635860</w:t>
        <w:br/>
        <w:t>vt 0.626848 0.635860</w:t>
        <w:br/>
        <w:t>vt 0.626848 0.632047</w:t>
        <w:br/>
        <w:t>vt 0.627780 0.632047</w:t>
        <w:br/>
        <w:t>vt 0.681106 0.635860</w:t>
        <w:br/>
        <w:t>vt 0.680173 0.635860</w:t>
        <w:br/>
        <w:t>vt 0.680173 0.632047</w:t>
        <w:br/>
        <w:t>vt 0.681106 0.632047</w:t>
        <w:br/>
        <w:t>vt 0.667040 0.632047</w:t>
        <w:br/>
        <w:t>vt 0.667040 0.635860</w:t>
        <w:br/>
        <w:t>vt 0.666108 0.635860</w:t>
        <w:br/>
        <w:t>vt 0.666108 0.632047</w:t>
        <w:br/>
        <w:t>vt 0.059035 0.180625</w:t>
        <w:br/>
        <w:t>vt 0.059035 0.181364</w:t>
        <w:br/>
        <w:t>vt 0.055221 0.181364</w:t>
        <w:br/>
        <w:t>vt 0.055222 0.180625</w:t>
        <w:br/>
        <w:t>vt 0.476319 0.524842</w:t>
        <w:br/>
        <w:t>vt 0.488744 0.524842</w:t>
        <w:br/>
        <w:t>vt 0.486033 0.529127</w:t>
        <w:br/>
        <w:t>vt 0.479021 0.529127</w:t>
        <w:br/>
        <w:t>vt 0.489363 0.551853</w:t>
        <w:br/>
        <w:t>vt 0.486667 0.548229</w:t>
        <w:br/>
        <w:t>vt 0.486670 0.529606</w:t>
        <w:br/>
        <w:t>vt 0.489367 0.526219</w:t>
        <w:br/>
        <w:t>vt 0.055221 0.174141</w:t>
        <w:br/>
        <w:t>vt 0.059035 0.174141</w:t>
        <w:br/>
        <w:t>vt 0.059035 0.174879</w:t>
        <w:br/>
        <w:t>vt 0.055222 0.174879</w:t>
        <w:br/>
        <w:t>vt 0.475695 0.526219</w:t>
        <w:br/>
        <w:t>vt 0.478389 0.530079</w:t>
        <w:br/>
        <w:t>vt 0.478389 0.548229</w:t>
        <w:br/>
        <w:t>vt 0.475689 0.551853</w:t>
        <w:br/>
        <w:t>vt 0.059035 0.160649</w:t>
        <w:br/>
        <w:t>vt 0.055221 0.160649</w:t>
        <w:br/>
        <w:t>vt 0.055221 0.159910</w:t>
        <w:br/>
        <w:t>vt 0.059035 0.159910</w:t>
        <w:br/>
        <w:t>vt 0.488739 0.553106</w:t>
        <w:br/>
        <w:t>vt 0.476314 0.553106</w:t>
        <w:br/>
        <w:t>vt 0.479017 0.548943</w:t>
        <w:br/>
        <w:t>vt 0.486029 0.548943</w:t>
        <w:br/>
        <w:t>vt 0.059035 0.153426</w:t>
        <w:br/>
        <w:t>vt 0.059035 0.154164</w:t>
        <w:br/>
        <w:t>vt 0.055221 0.154164</w:t>
        <w:br/>
        <w:t>vt 0.055222 0.153426</w:t>
        <w:br/>
        <w:t>vt 0.696298 0.681225</w:t>
        <w:br/>
        <w:t>vt 0.722297 0.681219</w:t>
        <w:br/>
        <w:t>vt 0.718292 0.683917</w:t>
        <w:br/>
        <w:t>vt 0.700149 0.683921</w:t>
        <w:br/>
        <w:t>vt 0.719011 0.684557</w:t>
        <w:br/>
        <w:t>vt 0.722617 0.681836</w:t>
        <w:br/>
        <w:t>vt 0.722617 0.694259</w:t>
        <w:br/>
        <w:t>vt 0.719011 0.691559</w:t>
        <w:br/>
        <w:t>vt 0.721516 0.694899</w:t>
        <w:br/>
        <w:t>vt 0.696298 0.694899</w:t>
        <w:br/>
        <w:t>vt 0.699670 0.692200</w:t>
        <w:br/>
        <w:t>vt 0.718292 0.692199</w:t>
        <w:br/>
        <w:t>vt 0.699192 0.691559</w:t>
        <w:br/>
        <w:t>vt 0.695587 0.694264</w:t>
        <w:br/>
        <w:t>vt 0.695587 0.681862</w:t>
        <w:br/>
        <w:t>vt 0.699192 0.684550</w:t>
        <w:br/>
        <w:t>vt 0.602586 0.635860</w:t>
        <w:br/>
        <w:t>vt 0.602586 0.632047</w:t>
        <w:br/>
        <w:t>vt 0.059035 0.139933</w:t>
        <w:br/>
        <w:t>vt 0.055222 0.139933</w:t>
        <w:br/>
        <w:t>vt 0.885361 0.751903</w:t>
        <w:br/>
        <w:t>vt 0.885361 0.754447</w:t>
        <w:br/>
        <w:t>vt 0.879969 0.754380</w:t>
        <w:br/>
        <w:t>vt 0.879969 0.751891</w:t>
        <w:br/>
        <w:t>vt 0.885361 0.745626</w:t>
        <w:br/>
        <w:t>vt 0.879969 0.745541</w:t>
        <w:br/>
        <w:t>vt 0.879969 0.743433</w:t>
        <w:br/>
        <w:t>vt 0.885361 0.743310</w:t>
        <w:br/>
        <w:t>vt 0.879969 0.724932</w:t>
        <w:br/>
        <w:t>vt 0.885361 0.724807</w:t>
        <w:br/>
        <w:t>vt 0.879969 0.722673</w:t>
        <w:br/>
        <w:t>vt 0.885361 0.722812</w:t>
        <w:br/>
        <w:t>vt 0.885361 0.774981</w:t>
        <w:br/>
        <w:t>vt 0.885361 0.781888</w:t>
        <w:br/>
        <w:t>vt 0.879969 0.781784</w:t>
        <w:br/>
        <w:t>vt 0.879969 0.774963</w:t>
        <w:br/>
        <w:t>vt 0.885361 0.772938</w:t>
        <w:br/>
        <w:t>vt 0.885361 0.774981</w:t>
        <w:br/>
        <w:t>vt 0.879969 0.774963</w:t>
        <w:br/>
        <w:t>vt 0.879969 0.772844</w:t>
        <w:br/>
        <w:t>vt 0.228820 0.195833</w:t>
        <w:br/>
        <w:t>vt 0.226343 0.195599</w:t>
        <w:br/>
        <w:t>vt 0.226343 0.194793</w:t>
        <w:br/>
        <w:t>vt 0.228820 0.194534</w:t>
        <w:br/>
        <w:t>vt 0.051372 0.159738</w:t>
        <w:br/>
        <w:t>vt 0.051372 0.160885</w:t>
        <w:br/>
        <w:t>vt 0.048575 0.161087</w:t>
        <w:br/>
        <w:t>vt 0.048575 0.159417</w:t>
        <w:br/>
        <w:t>vt 0.051372 0.165824</w:t>
        <w:br/>
        <w:t>vt 0.048575 0.165649</w:t>
        <w:br/>
        <w:t>vt 0.226343 0.200056</w:t>
        <w:br/>
        <w:t>vt 0.228820 0.199921</w:t>
        <w:br/>
        <w:t>vt 0.051372 0.166689</w:t>
        <w:br/>
        <w:t>vt 0.048575 0.167047</w:t>
        <w:br/>
        <w:t>vt 0.228820 0.200933</w:t>
        <w:br/>
        <w:t>vt 0.226343 0.200663</w:t>
        <w:br/>
        <w:t>vt 0.226343 0.214478</w:t>
        <w:br/>
        <w:t>vt 0.228820 0.214189</w:t>
        <w:br/>
        <w:t>vt 0.051372 0.182202</w:t>
        <w:br/>
        <w:t>vt 0.048575 0.181920</w:t>
        <w:br/>
        <w:t>vt 0.051372 0.183679</w:t>
        <w:br/>
        <w:t>vt 0.048575 0.182848</w:t>
        <w:br/>
        <w:t>vt 0.228820 0.215309</w:t>
        <w:br/>
        <w:t>vt 0.226343 0.216096</w:t>
        <w:br/>
        <w:t>vt 0.226343 0.174843</w:t>
        <w:br/>
        <w:t>vt 0.228820 0.175444</w:t>
        <w:br/>
        <w:t>vt 0.228820 0.180134</w:t>
        <w:br/>
        <w:t>vt 0.226343 0.180418</w:t>
        <w:br/>
        <w:t>vt 0.051372 0.137319</w:t>
        <w:br/>
        <w:t>vt 0.051372 0.143587</w:t>
        <w:br/>
        <w:t>vt 0.048575 0.143219</w:t>
        <w:br/>
        <w:t>vt 0.048575 0.137951</w:t>
        <w:br/>
        <w:t>vt 0.226343 0.181119</w:t>
        <w:br/>
        <w:t>vt 0.228820 0.181353</w:t>
        <w:br/>
        <w:t>vt 0.051372 0.144132</w:t>
        <w:br/>
        <w:t>vt 0.048575 0.144369</w:t>
        <w:br/>
        <w:t>vt 0.185875 0.498768</w:t>
        <w:br/>
        <w:t>vt 0.183046 0.498768</w:t>
        <w:br/>
        <w:t>vt 0.183047 0.494001</w:t>
        <w:br/>
        <w:t>vt 0.185875 0.494001</w:t>
        <w:br/>
        <w:t>vt 0.185877 0.487174</w:t>
        <w:br/>
        <w:t>vt 0.183049 0.487173</w:t>
        <w:br/>
        <w:t>vt 0.185874 0.506548</w:t>
        <w:br/>
        <w:t>vt 0.183046 0.506548</w:t>
        <w:br/>
        <w:t>vt 0.183051 0.459505</w:t>
        <w:br/>
        <w:t>vt 0.183051 0.454738</w:t>
        <w:br/>
        <w:t>vt 0.185879 0.454738</w:t>
        <w:br/>
        <w:t>vt 0.185879 0.459506</w:t>
        <w:br/>
        <w:t>vt 0.183051 0.466333</w:t>
        <w:br/>
        <w:t>vt 0.185879 0.466333</w:t>
        <w:br/>
        <w:t>vt 0.183052 0.446959</w:t>
        <w:br/>
        <w:t>vt 0.185879 0.446959</w:t>
        <w:br/>
        <w:t>vt 0.185874 0.525781</w:t>
        <w:br/>
        <w:t>vt 0.183046 0.525781</w:t>
        <w:br/>
        <w:t>vt 0.433014 0.982095</w:t>
        <w:br/>
        <w:t>vt 0.428217 0.986953</w:t>
        <w:br/>
        <w:t>vt 0.423449 0.987028</w:t>
        <w:br/>
        <w:t>vt 0.418120 0.981362</w:t>
        <w:br/>
        <w:t>vt 0.432917 0.961255</w:t>
        <w:br/>
        <w:t>vt 0.418030 0.962128</w:t>
        <w:br/>
        <w:t>vt 0.428074 0.956443</w:t>
        <w:br/>
        <w:t>vt 0.423307 0.956412</w:t>
        <w:br/>
        <w:t>vt 0.954458 0.941006</w:t>
        <w:br/>
        <w:t>vt 0.949691 0.941059</w:t>
        <w:br/>
        <w:t>vt 0.944389 0.935367</w:t>
        <w:br/>
        <w:t>vt 0.959280 0.936172</w:t>
        <w:br/>
        <w:t>vt 0.944391 0.916133</w:t>
        <w:br/>
        <w:t>vt 0.959282 0.915331</w:t>
        <w:br/>
        <w:t>vt 0.949695 0.910442</w:t>
        <w:br/>
        <w:t>vt 0.954462 0.910496</w:t>
        <w:br/>
        <w:t>vt 0.822362 0.642151</w:t>
        <w:br/>
        <w:t>vt 0.808826 0.642155</w:t>
        <w:br/>
        <w:t>vt 0.808812 0.634806</w:t>
        <w:br/>
        <w:t>vt 0.822347 0.634806</w:t>
        <w:br/>
        <w:t>vt 0.799651 0.642157</w:t>
        <w:br/>
        <w:t>vt 0.789323 0.642160</w:t>
        <w:br/>
        <w:t>vt 0.789308 0.634806</w:t>
        <w:br/>
        <w:t>vt 0.799637 0.634806</w:t>
        <w:br/>
        <w:t>vt 0.806350 0.642156</w:t>
        <w:br/>
        <w:t>vt 0.806335 0.634806</w:t>
        <w:br/>
        <w:t>vt 0.806350 0.642156</w:t>
        <w:br/>
        <w:t>vt 0.806335 0.634806</w:t>
        <w:br/>
        <w:t>vt 0.836776 0.634806</w:t>
        <w:br/>
        <w:t>vt 0.836790 0.642147</w:t>
        <w:br/>
        <w:t>vt 0.781874 0.634806</w:t>
        <w:br/>
        <w:t>vt 0.781888 0.642161</w:t>
        <w:br/>
        <w:t>vt 0.869580 0.642139</w:t>
        <w:br/>
        <w:t>vt 0.869566 0.634806</w:t>
        <w:br/>
        <w:t>vt 0.878920 0.634806</w:t>
        <w:br/>
        <w:t>vt 0.878934 0.642137</w:t>
        <w:br/>
        <w:t>vt 0.839745 0.634806</w:t>
        <w:br/>
        <w:t>vt 0.846945 0.634806</w:t>
        <w:br/>
        <w:t>vt 0.846959 0.642145</w:t>
        <w:br/>
        <w:t>vt 0.839759 0.642147</w:t>
        <w:br/>
        <w:t>vt 0.855592 0.634806</w:t>
        <w:br/>
        <w:t>vt 0.855606 0.642142</w:t>
        <w:br/>
        <w:t>vt 0.861914 0.642141</w:t>
        <w:br/>
        <w:t>vt 0.861901 0.634806</w:t>
        <w:br/>
        <w:t>vt 0.860042 0.634806</w:t>
        <w:br/>
        <w:t>vt 0.861901 0.634806</w:t>
        <w:br/>
        <w:t>vt 0.861914 0.642141</w:t>
        <w:br/>
        <w:t>vt 0.860056 0.642141</w:t>
        <w:br/>
        <w:t>vt 0.774453 0.642163</w:t>
        <w:br/>
        <w:t>vt 0.764124 0.642166</w:t>
        <w:br/>
        <w:t>vt 0.764110 0.634806</w:t>
        <w:br/>
        <w:t>vt 0.774439 0.634806</w:t>
        <w:br/>
        <w:t>vt 0.757426 0.642168</w:t>
        <w:br/>
        <w:t>vt 0.757412 0.634806</w:t>
        <w:br/>
        <w:t>vt 0.754936 0.634806</w:t>
        <w:br/>
        <w:t>vt 0.757412 0.634806</w:t>
        <w:br/>
        <w:t>vt 0.757426 0.642168</w:t>
        <w:br/>
        <w:t>vt 0.754949 0.642168</w:t>
        <w:br/>
        <w:t>vt 0.741414 0.642171</w:t>
        <w:br/>
        <w:t>vt 0.741400 0.634806</w:t>
        <w:br/>
        <w:t>vt 0.726985 0.642174</w:t>
        <w:br/>
        <w:t>vt 0.726971 0.634806</w:t>
        <w:br/>
        <w:t>vt 0.781888 0.642161</w:t>
        <w:br/>
        <w:t>vt 0.781874 0.634806</w:t>
        <w:br/>
        <w:t>vt 0.716803 0.634806</w:t>
        <w:br/>
        <w:t>vt 0.724003 0.634806</w:t>
        <w:br/>
        <w:t>vt 0.724017 0.642175</w:t>
        <w:br/>
        <w:t>vt 0.716817 0.642176</w:t>
        <w:br/>
        <w:t>vt 0.684828 0.634806</w:t>
        <w:br/>
        <w:t>vt 0.694182 0.634806</w:t>
        <w:br/>
        <w:t>vt 0.694197 0.642182</w:t>
        <w:br/>
        <w:t>vt 0.684842 0.642184</w:t>
        <w:br/>
        <w:t>vt 0.708170 0.642178</w:t>
        <w:br/>
        <w:t>vt 0.708156 0.634806</w:t>
        <w:br/>
        <w:t>vt 0.703719 0.642179</w:t>
        <w:br/>
        <w:t>vt 0.703705 0.634806</w:t>
        <w:br/>
        <w:t>vt 0.701847 0.634806</w:t>
        <w:br/>
        <w:t>vt 0.701861 0.642179</w:t>
        <w:br/>
        <w:t>vt 0.701847 0.634806</w:t>
        <w:br/>
        <w:t>vt 0.701861 0.642179</w:t>
        <w:br/>
        <w:t>vt 0.706539 0.737726</w:t>
        <w:br/>
        <w:t>vt 0.708304 0.739531</w:t>
        <w:br/>
        <w:t>vt 0.699839 0.739510</w:t>
        <w:br/>
        <w:t>vt 0.706888 0.752121</w:t>
        <w:br/>
        <w:t>vt 0.691098 0.744903</w:t>
        <w:br/>
        <w:t>vt 0.687216 0.750568</w:t>
        <w:br/>
        <w:t>vt 0.696167 0.761364</w:t>
        <w:br/>
        <w:t>vt 0.666093 0.738306</w:t>
        <w:br/>
        <w:t>vt 0.673034 0.739893</w:t>
        <w:br/>
        <w:t>vt 0.664590 0.740157</w:t>
        <w:br/>
        <w:t>vt 0.682529 0.745025</w:t>
        <w:br/>
        <w:t>vt 0.667804 0.752680</w:t>
        <w:br/>
        <w:t>vt 0.679828 0.761598</w:t>
        <w:br/>
        <w:t>vt 0.696433 0.764168</w:t>
        <w:br/>
        <w:t>vt 0.679963 0.764403</w:t>
        <w:br/>
        <w:t>vt 0.704864 0.777164</w:t>
        <w:br/>
        <w:t>vt 0.705605 0.781346</w:t>
        <w:br/>
        <w:t>vt 0.704151 0.782466</w:t>
        <w:br/>
        <w:t>vt 0.696703 0.779355</w:t>
        <w:br/>
        <w:t>vt 0.701581 0.769402</w:t>
        <w:br/>
        <w:t>vt 0.688872 0.773702</w:t>
        <w:br/>
        <w:t>vt 0.681868 0.779568</w:t>
        <w:br/>
        <w:t>vt 0.675575 0.769774</w:t>
        <w:br/>
        <w:t>vt 0.673409 0.777614</w:t>
        <w:br/>
        <w:t>vt 0.674879 0.782885</w:t>
        <w:br/>
        <w:t>vt 0.673269 0.781809</w:t>
        <w:br/>
        <w:t>vt 0.840481 0.863070</w:t>
        <w:br/>
        <w:t>vt 0.841864 0.869863</w:t>
        <w:br/>
        <w:t>vt 0.838081 0.862291</w:t>
        <w:br/>
        <w:t>vt 0.840922 0.880091</w:t>
        <w:br/>
        <w:t>vt 0.827435 0.869156</w:t>
        <w:br/>
        <w:t>vt 0.837574 0.886088</w:t>
        <w:br/>
        <w:t>vt 0.823925 0.882870</w:t>
        <w:br/>
        <w:t>vt 0.857951 0.899556</w:t>
        <w:br/>
        <w:t>vt 0.856962 0.901725</w:t>
        <w:br/>
        <w:t>vt 0.853442 0.894044</w:t>
        <w:br/>
        <w:t>vt 0.844316 0.904414</w:t>
        <w:br/>
        <w:t>vt 0.844623 0.887821</w:t>
        <w:br/>
        <w:t>vt 0.830981 0.897610</w:t>
        <w:br/>
        <w:t>vt 0.828407 0.898736</w:t>
        <w:br/>
        <w:t>vt 0.821294 0.883878</w:t>
        <w:br/>
        <w:t>vt 0.819490 0.910480</w:t>
        <w:br/>
        <w:t>vt 0.815796 0.912471</w:t>
        <w:br/>
        <w:t>vt 0.814116 0.911505</w:t>
        <w:br/>
        <w:t>vt 0.813979 0.903771</w:t>
        <w:br/>
        <w:t>vt 0.825550 0.905054</w:t>
        <w:br/>
        <w:t>vt 0.816117 0.894889</w:t>
        <w:br/>
        <w:t>vt 0.807571 0.890389</w:t>
        <w:br/>
        <w:t>vt 0.814317 0.881594</w:t>
        <w:br/>
        <w:t>vt 0.805905 0.882104</w:t>
        <w:br/>
        <w:t>vt 0.801473 0.885100</w:t>
        <w:br/>
        <w:t>vt 0.801829 0.883300</w:t>
        <w:br/>
        <w:t>vt 0.842969 0.740148</w:t>
        <w:br/>
        <w:t>vt 0.854579 0.740242</w:t>
        <w:br/>
        <w:t>vt 0.854579 0.778808</w:t>
        <w:br/>
        <w:t>vt 0.842969 0.778625</w:t>
        <w:br/>
        <w:t>vt 0.657367 0.232971</w:t>
        <w:br/>
        <w:t>vt 0.657367 0.202575</w:t>
        <w:br/>
        <w:t>vt 0.659908 0.203253</w:t>
        <w:br/>
        <w:t>vt 0.659908 0.233911</w:t>
        <w:br/>
        <w:t>vt 0.503400 0.487382</w:t>
        <w:br/>
        <w:t>vt 0.506202 0.486360</w:t>
        <w:br/>
        <w:t>vt 0.506202 0.520342</w:t>
        <w:br/>
        <w:t>vt 0.503400 0.521020</w:t>
        <w:br/>
        <w:t>vt 0.869809 0.780496</w:t>
        <w:br/>
        <w:t>vt 0.869810 0.781744</w:t>
        <w:br/>
        <w:t>vt 0.857431 0.781904</w:t>
        <w:br/>
        <w:t>vt 0.857431 0.780702</w:t>
        <w:br/>
        <w:t>vt 0.506202 0.588305</w:t>
        <w:br/>
        <w:t>vt 0.503400 0.588295</w:t>
        <w:br/>
        <w:t>vt 0.503400 0.554657</w:t>
        <w:br/>
        <w:t>vt 0.506202 0.554323</w:t>
        <w:br/>
        <w:t>vt 0.842969 0.663193</w:t>
        <w:br/>
        <w:t>vt 0.854579 0.663109</w:t>
        <w:br/>
        <w:t>vt 0.854579 0.701675</w:t>
        <w:br/>
        <w:t>vt 0.842969 0.701670</w:t>
        <w:br/>
        <w:t>vt 0.659907 0.172595</w:t>
        <w:br/>
        <w:t>vt 0.657366 0.172179</w:t>
        <w:br/>
        <w:t>vt 0.657366 0.141783</w:t>
        <w:br/>
        <w:t>vt 0.659907 0.141937</w:t>
        <w:br/>
        <w:t>vt 0.592871 0.638223</w:t>
        <w:br/>
        <w:t>vt 0.623860 0.638223</w:t>
        <w:br/>
        <w:t>vt 0.623860 0.642298</w:t>
        <w:br/>
        <w:t>vt 0.592871 0.642298</w:t>
        <w:br/>
        <w:t>vt 0.336870 0.617409</w:t>
        <w:br/>
        <w:t>vt 0.378718 0.617409</w:t>
        <w:br/>
        <w:t>vt 0.378718 0.636871</w:t>
        <w:br/>
        <w:t>vt 0.336870 0.636871</w:t>
        <w:br/>
        <w:t>vt 0.300381 0.617409</w:t>
        <w:br/>
        <w:t>vt 0.300381 0.636871</w:t>
        <w:br/>
        <w:t>vt 0.263892 0.636871</w:t>
        <w:br/>
        <w:t>vt 0.263892 0.617409</w:t>
        <w:br/>
        <w:t>vt 0.434337 0.642298</w:t>
        <w:br/>
        <w:t>vt 0.434337 0.638223</w:t>
        <w:br/>
        <w:t>vt 0.460876 0.638223</w:t>
        <w:br/>
        <w:t>vt 0.460876 0.642298</w:t>
        <w:br/>
        <w:t>vt 0.557700 0.671853</w:t>
        <w:br/>
        <w:t>vt 0.557700 0.654339</w:t>
        <w:br/>
        <w:t>vt 0.598042 0.654339</w:t>
        <w:br/>
        <w:t>vt 0.598042 0.671853</w:t>
        <w:br/>
        <w:t>vt 0.487415 0.642297</w:t>
        <w:br/>
        <w:t>vt 0.487415 0.638223</w:t>
        <w:br/>
        <w:t>vt 0.517227 0.638223</w:t>
        <w:br/>
        <w:t>vt 0.517227 0.642298</w:t>
        <w:br/>
        <w:t>vt 0.521787 0.671853</w:t>
        <w:br/>
        <w:t>vt 0.485874 0.671853</w:t>
        <w:br/>
        <w:t>vt 0.485874 0.654339</w:t>
        <w:br/>
        <w:t>vt 0.521787 0.654339</w:t>
        <w:br/>
        <w:t>vt 0.650764 0.638223</w:t>
        <w:br/>
        <w:t>vt 0.677667 0.638223</w:t>
        <w:br/>
        <w:t>vt 0.677667 0.642298</w:t>
        <w:br/>
        <w:t>vt 0.650764 0.642298</w:t>
        <w:br/>
        <w:t>vt 0.547040 0.642298</w:t>
        <w:br/>
        <w:t>vt 0.547040 0.638223</w:t>
        <w:br/>
        <w:t>vt 0.561882 0.638223</w:t>
        <w:br/>
        <w:t>vt 0.561882 0.642297</w:t>
        <w:br/>
        <w:t>vt 0.638385 0.654339</w:t>
        <w:br/>
        <w:t>vt 0.638385 0.671853</w:t>
        <w:br/>
        <w:t>vt 0.547040 0.638223</w:t>
        <w:br/>
        <w:t>vt 0.547040 0.642298</w:t>
        <w:br/>
        <w:t>vt 0.420566 0.617408</w:t>
        <w:br/>
        <w:t>vt 0.420566 0.636871</w:t>
        <w:br/>
        <w:t>vt 0.561882 0.638223</w:t>
        <w:br/>
        <w:t>vt 0.561882 0.642297</w:t>
        <w:br/>
        <w:t>vt 0.533986 0.635663</w:t>
        <w:br/>
        <w:t>vt 0.533986 0.632794</w:t>
        <w:br/>
        <w:t>vt 0.524300 0.632794</w:t>
        <w:br/>
        <w:t>vt 0.524300 0.635663</w:t>
        <w:br/>
        <w:t>vt 0.516589 0.635663</w:t>
        <w:br/>
        <w:t>vt 0.516589 0.632794</w:t>
        <w:br/>
        <w:t>vt 0.516589 0.635663</w:t>
        <w:br/>
        <w:t>vt 0.516589 0.632794</w:t>
        <w:br/>
        <w:t>vt 0.503151 0.632794</w:t>
        <w:br/>
        <w:t>vt 0.503151 0.635663</w:t>
        <w:br/>
        <w:t>vt 0.045265 0.139145</w:t>
        <w:br/>
        <w:t>vt 0.042960 0.139145</w:t>
        <w:br/>
        <w:t>vt 0.042960 0.154159</w:t>
        <w:br/>
        <w:t>vt 0.045265 0.154159</w:t>
        <w:br/>
        <w:t>vt 0.045265 0.154159</w:t>
        <w:br/>
        <w:t>vt 0.042960 0.154159</w:t>
        <w:br/>
        <w:t>vt 0.042960 0.160954</w:t>
        <w:br/>
        <w:t>vt 0.045265 0.160954</w:t>
        <w:br/>
        <w:t>vt 0.042960 0.160954</w:t>
        <w:br/>
        <w:t>vt 0.042960 0.175969</w:t>
        <w:br/>
        <w:t>vt 0.045265 0.175969</w:t>
        <w:br/>
        <w:t>vt 0.045265 0.160954</w:t>
        <w:br/>
        <w:t>vt 0.045265 0.182881</w:t>
        <w:br/>
        <w:t>vt 0.045265 0.175969</w:t>
        <w:br/>
        <w:t>vt 0.042960 0.175969</w:t>
        <w:br/>
        <w:t>vt 0.042960 0.182881</w:t>
        <w:br/>
        <w:t>vt 0.542770 0.635663</w:t>
        <w:br/>
        <w:t>vt 0.542770 0.632794</w:t>
        <w:br/>
        <w:t>vt 0.556798 0.635663</w:t>
        <w:br/>
        <w:t>vt 0.560927 0.635663</w:t>
        <w:br/>
        <w:t>vt 0.560927 0.632794</w:t>
        <w:br/>
        <w:t>vt 0.556798 0.632794</w:t>
        <w:br/>
        <w:t>vt 0.542770 0.632794</w:t>
        <w:br/>
        <w:t>vt 0.542770 0.635663</w:t>
        <w:br/>
        <w:t>vt 0.598925 0.635663</w:t>
        <w:br/>
        <w:t>vt 0.598925 0.632794</w:t>
        <w:br/>
        <w:t>vt 0.498425 0.632794</w:t>
        <w:br/>
        <w:t>vt 0.498425 0.635663</w:t>
        <w:br/>
        <w:t>vt 0.460452 0.635663</w:t>
        <w:br/>
        <w:t>vt 0.460452 0.632794</w:t>
        <w:br/>
        <w:t>vt 0.460452 0.632794</w:t>
        <w:br/>
        <w:t>vt 0.441522 0.632794</w:t>
        <w:br/>
        <w:t>vt 0.441522 0.635663</w:t>
        <w:br/>
        <w:t>vt 0.460452 0.635663</w:t>
        <w:br/>
        <w:t>vt 0.413857 0.718228</w:t>
        <w:br/>
        <w:t>vt 0.417360 0.716199</w:t>
        <w:br/>
        <w:t>vt 0.415156 0.713121</w:t>
        <w:br/>
        <w:t>vt 0.413891 0.724846</w:t>
        <w:br/>
        <w:t>vt 0.417313 0.727390</w:t>
        <w:br/>
        <w:t>vt 0.415458 0.730640</w:t>
        <w:br/>
        <w:t>vt 0.422465 0.727363</w:t>
        <w:br/>
        <w:t>vt 0.426674 0.728288</w:t>
        <w:br/>
        <w:t>vt 0.426623 0.715354</w:t>
        <w:br/>
        <w:t>vt 0.422425 0.716172</w:t>
        <w:br/>
        <w:t>vt 0.425042 0.730590</w:t>
        <w:br/>
        <w:t>vt 0.424337 0.713073</w:t>
        <w:br/>
        <w:t>vt 0.452637 0.728152</w:t>
        <w:br/>
        <w:t>vt 0.452569 0.715218</w:t>
        <w:br/>
        <w:t>vt 0.634172 0.877031</w:t>
        <w:br/>
        <w:t>vt 0.632407 0.870209</w:t>
        <w:br/>
        <w:t>vt 0.629834 0.873957</w:t>
        <w:br/>
        <w:t>vt 0.634160 0.886107</w:t>
        <w:br/>
        <w:t>vt 0.629964 0.889931</w:t>
        <w:br/>
        <w:t>vt 0.632087 0.893895</w:t>
        <w:br/>
        <w:t>vt 0.622330 0.889921</w:t>
        <w:br/>
        <w:t>vt 0.622325 0.873948</w:t>
        <w:br/>
        <w:t>vt 0.616884 0.873355</w:t>
        <w:br/>
        <w:t>vt 0.616912 0.890708</w:t>
        <w:br/>
        <w:t>vt 0.619177 0.893877</w:t>
        <w:br/>
        <w:t>vt 0.620031 0.870192</w:t>
        <w:br/>
        <w:t>vt 0.581195 0.873308</w:t>
        <w:br/>
        <w:t>vt 0.581172 0.890660</w:t>
        <w:br/>
        <w:t>vt 0.773387 0.690639</w:t>
        <w:br/>
        <w:t>vt 0.777410 0.695487</w:t>
        <w:br/>
        <w:t>vt 0.778184 0.685472</w:t>
        <w:br/>
        <w:t>vt 0.773390 0.689709</w:t>
        <w:br/>
        <w:t>vt 0.798315 0.690644</w:t>
        <w:br/>
        <w:t>vt 0.798419 0.689713</w:t>
        <w:br/>
        <w:t>vt 0.794113 0.685475</w:t>
        <w:br/>
        <w:t>vt 0.793735 0.695490</w:t>
        <w:br/>
        <w:t>vt 0.638423 0.814461</w:t>
        <w:br/>
        <w:t>vt 0.657181 0.814457</w:t>
        <w:br/>
        <w:t>vt 0.656736 0.802663</w:t>
        <w:br/>
        <w:t>vt 0.637511 0.802666</w:t>
        <w:br/>
        <w:t>vt 0.632774 0.808376</w:t>
        <w:br/>
        <w:t>vt 0.632777 0.809472</w:t>
        <w:br/>
        <w:t>vt 0.662129 0.808370</w:t>
        <w:br/>
        <w:t>vt 0.662253 0.809466</w:t>
        <w:br/>
        <w:t>vt 0.235552 0.183104</w:t>
        <w:br/>
        <w:t>vt 0.237778 0.183104</w:t>
        <w:br/>
        <w:t>vt 0.237778 0.169001</w:t>
        <w:br/>
        <w:t>vt 0.235552 0.169001</w:t>
        <w:br/>
        <w:t>vt 0.235555 0.142714</w:t>
        <w:br/>
        <w:t>vt 0.235554 0.156463</w:t>
        <w:br/>
        <w:t>vt 0.237777 0.156463</w:t>
        <w:br/>
        <w:t>vt 0.237779 0.142714</w:t>
        <w:br/>
        <w:t>vt 0.237778 0.163028</w:t>
        <w:br/>
        <w:t>vt 0.235552 0.163028</w:t>
        <w:br/>
        <w:t>vt 0.235553 0.162129</w:t>
        <w:br/>
        <w:t>vt 0.237778 0.162129</w:t>
        <w:br/>
        <w:t>vt 0.237778 0.195648</w:t>
        <w:br/>
        <w:t>vt 0.237778 0.189977</w:t>
        <w:br/>
        <w:t>vt 0.235552 0.189977</w:t>
        <w:br/>
        <w:t>vt 0.235552 0.195648</w:t>
        <w:br/>
        <w:t>vt 0.237778 0.189077</w:t>
        <w:br/>
        <w:t>vt 0.235552 0.189077</w:t>
        <w:br/>
        <w:t>vt 0.836763 0.847202</w:t>
        <w:br/>
        <w:t>vt 0.831994 0.846877</w:t>
        <w:br/>
        <w:t>vt 0.832967 0.852838</w:t>
        <w:br/>
        <w:t>vt 0.839076 0.850785</w:t>
        <w:br/>
        <w:t>vt 0.839267 0.857430</w:t>
        <w:br/>
        <w:t>vt 0.840087 0.856879</w:t>
        <w:br/>
        <w:t>vt 0.831797 0.844742</w:t>
        <w:br/>
        <w:t>vt 0.839193 0.845144</w:t>
        <w:br/>
        <w:t>vt 0.834126 0.839431</w:t>
        <w:br/>
        <w:t>vt 0.841203 0.843533</w:t>
        <w:br/>
        <w:t>vt 0.843667 0.838788</w:t>
        <w:br/>
        <w:t>vt 0.839475 0.835656</w:t>
        <w:br/>
        <w:t>vt 0.844969 0.835383</w:t>
        <w:br/>
        <w:t>vt 0.844068 0.834249</w:t>
        <w:br/>
        <w:t>vt 0.827207 0.852837</w:t>
        <w:br/>
        <w:t>vt 0.828866 0.846876</w:t>
        <w:br/>
        <w:t>vt 0.824060 0.847200</w:t>
        <w:br/>
        <w:t>vt 0.821334 0.850781</w:t>
        <w:br/>
        <w:t>vt 0.820379 0.857427</w:t>
        <w:br/>
        <w:t>vt 0.819623 0.856875</w:t>
        <w:br/>
        <w:t>vt 0.829308 0.844742</w:t>
        <w:br/>
        <w:t>vt 0.821867 0.845141</w:t>
        <w:br/>
        <w:t>vt 0.827591 0.839430</w:t>
        <w:br/>
        <w:t>vt 0.820041 0.843529</w:t>
        <w:br/>
        <w:t>vt 0.822676 0.835653</w:t>
        <w:br/>
        <w:t>vt 0.818124 0.838784</w:t>
        <w:br/>
        <w:t>vt 0.818245 0.834244</w:t>
        <w:br/>
        <w:t>vt 0.817214 0.835379</w:t>
        <w:br/>
        <w:t>vt 0.599399 0.850282</w:t>
        <w:br/>
        <w:t>vt 0.598427 0.856242</w:t>
        <w:br/>
        <w:t>vt 0.603194 0.855917</w:t>
        <w:br/>
        <w:t>vt 0.605507 0.852335</w:t>
        <w:br/>
        <w:t>vt 0.605697 0.845692</w:t>
        <w:br/>
        <w:t>vt 0.606517 0.846243</w:t>
        <w:br/>
        <w:t>vt 0.598230 0.858376</w:t>
        <w:br/>
        <w:t>vt 0.605623 0.857974</w:t>
        <w:br/>
        <w:t>vt 0.600558 0.863685</w:t>
        <w:br/>
        <w:t>vt 0.607633 0.859584</w:t>
        <w:br/>
        <w:t>vt 0.605905 0.867459</w:t>
        <w:br/>
        <w:t>vt 0.610096 0.864328</w:t>
        <w:br/>
        <w:t>vt 0.610497 0.868866</w:t>
        <w:br/>
        <w:t>vt 0.611398 0.867732</w:t>
        <w:br/>
        <w:t>vt 0.590495 0.855919</w:t>
        <w:br/>
        <w:t>vt 0.595299 0.856242</w:t>
        <w:br/>
        <w:t>vt 0.593641 0.850284</w:t>
        <w:br/>
        <w:t>vt 0.587769 0.852338</w:t>
        <w:br/>
        <w:t>vt 0.586815 0.845695</w:t>
        <w:br/>
        <w:t>vt 0.586059 0.846247</w:t>
        <w:br/>
        <w:t>vt 0.595741 0.858377</w:t>
        <w:br/>
        <w:t>vt 0.588303 0.857977</w:t>
        <w:br/>
        <w:t>vt 0.594025 0.863686</w:t>
        <w:br/>
        <w:t>vt 0.586478 0.859588</w:t>
        <w:br/>
        <w:t>vt 0.584560 0.864333</w:t>
        <w:br/>
        <w:t>vt 0.589112 0.867463</w:t>
        <w:br/>
        <w:t>vt 0.583650 0.867737</w:t>
        <w:br/>
        <w:t>vt 0.584682 0.868871</w:t>
        <w:br/>
        <w:t>vt 0.747279 0.679709</w:t>
        <w:br/>
        <w:t>vt 0.747279 0.675049</w:t>
        <w:br/>
        <w:t>vt 0.743710 0.675049</w:t>
        <w:br/>
        <w:t>vt 0.743710 0.679709</w:t>
        <w:br/>
        <w:t>vt 0.726308 0.679709</w:t>
        <w:br/>
        <w:t>vt 0.731430 0.679709</w:t>
        <w:br/>
        <w:t>vt 0.731430 0.675049</w:t>
        <w:br/>
        <w:t>vt 0.726308 0.675049</w:t>
        <w:br/>
        <w:t>vt 0.738472 0.675049</w:t>
        <w:br/>
        <w:t>vt 0.738472 0.679709</w:t>
        <w:br/>
        <w:t>vt 0.738472 0.679709</w:t>
        <w:br/>
        <w:t>vt 0.738472 0.675049</w:t>
        <w:br/>
        <w:t>vt 0.737716 0.675049</w:t>
        <w:br/>
        <w:t>vt 0.737716 0.679709</w:t>
        <w:br/>
        <w:t>vt 0.737716 0.679709</w:t>
        <w:br/>
        <w:t>vt 0.737716 0.675049</w:t>
        <w:br/>
        <w:t>vt 0.749740 0.679709</w:t>
        <w:br/>
        <w:t>vt 0.749740 0.675049</w:t>
        <w:br/>
        <w:t>vt 0.747279 0.675049</w:t>
        <w:br/>
        <w:t>vt 0.747279 0.679709</w:t>
        <w:br/>
        <w:t>vt 0.768865 0.679709</w:t>
        <w:br/>
        <w:t>vt 0.773595 0.679709</w:t>
        <w:br/>
        <w:t>vt 0.773595 0.675049</w:t>
        <w:br/>
        <w:t>vt 0.768865 0.675049</w:t>
        <w:br/>
        <w:t>vt 0.751724 0.679709</w:t>
        <w:br/>
        <w:t>vt 0.751724 0.675049</w:t>
        <w:br/>
        <w:t>vt 0.756053 0.679709</w:t>
        <w:br/>
        <w:t>vt 0.756053 0.675049</w:t>
        <w:br/>
        <w:t>vt 0.763852 0.679709</w:t>
        <w:br/>
        <w:t>vt 0.763852 0.675049</w:t>
        <w:br/>
        <w:t>vt 0.760244 0.675049</w:t>
        <w:br/>
        <w:t>vt 0.759042 0.675049</w:t>
        <w:br/>
        <w:t>vt 0.759042 0.679709</w:t>
        <w:br/>
        <w:t>vt 0.760244 0.679709</w:t>
        <w:br/>
        <w:t>vt 0.760244 0.679709</w:t>
        <w:br/>
        <w:t>vt 0.760244 0.675049</w:t>
        <w:br/>
        <w:t>vt 0.822761 0.679709</w:t>
        <w:br/>
        <w:t>vt 0.822761 0.675049</w:t>
        <w:br/>
        <w:t>vt 0.817639 0.675049</w:t>
        <w:br/>
        <w:t>vt 0.817639 0.679709</w:t>
        <w:br/>
        <w:t>vt 0.801790 0.679709</w:t>
        <w:br/>
        <w:t>vt 0.805359 0.679709</w:t>
        <w:br/>
        <w:t>vt 0.805359 0.675049</w:t>
        <w:br/>
        <w:t>vt 0.801790 0.675049</w:t>
        <w:br/>
        <w:t>vt 0.811352 0.675049</w:t>
        <w:br/>
        <w:t>vt 0.811352 0.679709</w:t>
        <w:br/>
        <w:t>vt 0.811352 0.679709</w:t>
        <w:br/>
        <w:t>vt 0.811352 0.675049</w:t>
        <w:br/>
        <w:t>vt 0.810597 0.675049</w:t>
        <w:br/>
        <w:t>vt 0.810597 0.679709</w:t>
        <w:br/>
        <w:t>vt 0.810597 0.679709</w:t>
        <w:br/>
        <w:t>vt 0.810597 0.675049</w:t>
        <w:br/>
        <w:t>vt 0.801790 0.679709</w:t>
        <w:br/>
        <w:t>vt 0.801790 0.675049</w:t>
        <w:br/>
        <w:t>vt 0.799329 0.675049</w:t>
        <w:br/>
        <w:t>vt 0.799329 0.679709</w:t>
        <w:br/>
        <w:t>vt 0.797344 0.675049</w:t>
        <w:br/>
        <w:t>vt 0.797344 0.679709</w:t>
        <w:br/>
        <w:t>vt 0.780204 0.679709</w:t>
        <w:br/>
        <w:t>vt 0.780204 0.675049</w:t>
        <w:br/>
        <w:t>vt 0.775474 0.675049</w:t>
        <w:br/>
        <w:t>vt 0.775474 0.679709</w:t>
        <w:br/>
        <w:t>vt 0.785217 0.675049</w:t>
        <w:br/>
        <w:t>vt 0.785217 0.679709</w:t>
        <w:br/>
        <w:t>vt 0.793016 0.675049</w:t>
        <w:br/>
        <w:t>vt 0.793016 0.679709</w:t>
        <w:br/>
        <w:t>vt 0.788824 0.679709</w:t>
        <w:br/>
        <w:t>vt 0.788824 0.675049</w:t>
        <w:br/>
        <w:t>vt 0.790027 0.675049</w:t>
        <w:br/>
        <w:t>vt 0.790027 0.679709</w:t>
        <w:br/>
        <w:t>vt 0.788824 0.679709</w:t>
        <w:br/>
        <w:t>vt 0.788824 0.675049</w:t>
        <w:br/>
        <w:t>vt 0.773595 0.679709</w:t>
        <w:br/>
        <w:t>vt 0.775474 0.679709</w:t>
        <w:br/>
        <w:t>vt 0.775474 0.675049</w:t>
        <w:br/>
        <w:t>vt 0.773595 0.675049</w:t>
        <w:br/>
        <w:t>vt 0.825122 0.679709</w:t>
        <w:br/>
        <w:t>vt 0.825122 0.675049</w:t>
        <w:br/>
        <w:t>vt 0.822761 0.675049</w:t>
        <w:br/>
        <w:t>vt 0.822761 0.679709</w:t>
        <w:br/>
        <w:t>vt 0.641845 0.632047</w:t>
        <w:br/>
        <w:t>vt 0.640913 0.632047</w:t>
        <w:br/>
        <w:t>vt 0.640913 0.635860</w:t>
        <w:br/>
        <w:t>vt 0.641845 0.635860</w:t>
        <w:br/>
        <w:t>vt 0.627780 0.635860</w:t>
        <w:br/>
        <w:t>vt 0.627780 0.632047</w:t>
        <w:br/>
        <w:t>vt 0.626848 0.632047</w:t>
        <w:br/>
        <w:t>vt 0.626848 0.635860</w:t>
        <w:br/>
        <w:t>vt 0.681106 0.635860</w:t>
        <w:br/>
        <w:t>vt 0.681106 0.632047</w:t>
        <w:br/>
        <w:t>vt 0.680173 0.632047</w:t>
        <w:br/>
        <w:t>vt 0.680173 0.635860</w:t>
        <w:br/>
        <w:t>vt 0.666108 0.635860</w:t>
        <w:br/>
        <w:t>vt 0.667040 0.635860</w:t>
        <w:br/>
        <w:t>vt 0.667040 0.632047</w:t>
        <w:br/>
        <w:t>vt 0.666108 0.632047</w:t>
        <w:br/>
        <w:t>vt 0.059035 0.180625</w:t>
        <w:br/>
        <w:t>vt 0.055222 0.180625</w:t>
        <w:br/>
        <w:t>vt 0.055221 0.181364</w:t>
        <w:br/>
        <w:t>vt 0.059035 0.181364</w:t>
        <w:br/>
        <w:t>vt 0.486033 0.529127</w:t>
        <w:br/>
        <w:t>vt 0.488744 0.524842</w:t>
        <w:br/>
        <w:t>vt 0.476319 0.524842</w:t>
        <w:br/>
        <w:t>vt 0.479021 0.529127</w:t>
        <w:br/>
        <w:t>vt 0.489363 0.551853</w:t>
        <w:br/>
        <w:t>vt 0.489367 0.526219</w:t>
        <w:br/>
        <w:t>vt 0.486670 0.529606</w:t>
        <w:br/>
        <w:t>vt 0.486667 0.548229</w:t>
        <w:br/>
        <w:t>vt 0.059035 0.174879</w:t>
        <w:br/>
        <w:t>vt 0.059035 0.174141</w:t>
        <w:br/>
        <w:t>vt 0.055221 0.174141</w:t>
        <w:br/>
        <w:t>vt 0.055222 0.174879</w:t>
        <w:br/>
        <w:t>vt 0.475695 0.526219</w:t>
        <w:br/>
        <w:t>vt 0.475689 0.551853</w:t>
        <w:br/>
        <w:t>vt 0.478389 0.548229</w:t>
        <w:br/>
        <w:t>vt 0.478389 0.530079</w:t>
        <w:br/>
        <w:t>vt 0.055221 0.159910</w:t>
        <w:br/>
        <w:t>vt 0.055221 0.160649</w:t>
        <w:br/>
        <w:t>vt 0.059035 0.160649</w:t>
        <w:br/>
        <w:t>vt 0.059035 0.159910</w:t>
        <w:br/>
        <w:t>vt 0.479017 0.548943</w:t>
        <w:br/>
        <w:t>vt 0.476314 0.553106</w:t>
        <w:br/>
        <w:t>vt 0.488739 0.553106</w:t>
        <w:br/>
        <w:t>vt 0.486029 0.548943</w:t>
        <w:br/>
        <w:t>vt 0.059035 0.153426</w:t>
        <w:br/>
        <w:t>vt 0.055222 0.153426</w:t>
        <w:br/>
        <w:t>vt 0.055221 0.154164</w:t>
        <w:br/>
        <w:t>vt 0.059035 0.154164</w:t>
        <w:br/>
        <w:t>vt 0.696298 0.681225</w:t>
        <w:br/>
        <w:t>vt 0.700149 0.683921</w:t>
        <w:br/>
        <w:t>vt 0.718292 0.683917</w:t>
        <w:br/>
        <w:t>vt 0.722297 0.681219</w:t>
        <w:br/>
        <w:t>vt 0.722617 0.694259</w:t>
        <w:br/>
        <w:t>vt 0.722617 0.681836</w:t>
        <w:br/>
        <w:t>vt 0.719011 0.684557</w:t>
        <w:br/>
        <w:t>vt 0.719011 0.691559</w:t>
        <w:br/>
        <w:t>vt 0.721516 0.694899</w:t>
        <w:br/>
        <w:t>vt 0.718292 0.692199</w:t>
        <w:br/>
        <w:t>vt 0.699670 0.692200</w:t>
        <w:br/>
        <w:t>vt 0.696298 0.694899</w:t>
        <w:br/>
        <w:t>vt 0.695587 0.681862</w:t>
        <w:br/>
        <w:t>vt 0.695587 0.694264</w:t>
        <w:br/>
        <w:t>vt 0.699192 0.691559</w:t>
        <w:br/>
        <w:t>vt 0.699192 0.684550</w:t>
        <w:br/>
        <w:t>vt 0.602586 0.632047</w:t>
        <w:br/>
        <w:t>vt 0.602586 0.635860</w:t>
        <w:br/>
        <w:t>vt 0.059035 0.139933</w:t>
        <w:br/>
        <w:t>vt 0.055222 0.139933</w:t>
        <w:br/>
        <w:t>vt 0.885361 0.751903</w:t>
        <w:br/>
        <w:t>vt 0.879969 0.751891</w:t>
        <w:br/>
        <w:t>vt 0.879969 0.754380</w:t>
        <w:br/>
        <w:t>vt 0.885361 0.754447</w:t>
        <w:br/>
        <w:t>vt 0.885361 0.745626</w:t>
        <w:br/>
        <w:t>vt 0.879969 0.745541</w:t>
        <w:br/>
        <w:t>vt 0.885361 0.743310</w:t>
        <w:br/>
        <w:t>vt 0.879969 0.743433</w:t>
        <w:br/>
        <w:t>vt 0.879969 0.724932</w:t>
        <w:br/>
        <w:t>vt 0.885361 0.724807</w:t>
        <w:br/>
        <w:t>vt 0.885361 0.722812</w:t>
        <w:br/>
        <w:t>vt 0.879969 0.722673</w:t>
        <w:br/>
        <w:t>vt 0.885361 0.774981</w:t>
        <w:br/>
        <w:t>vt 0.879969 0.774963</w:t>
        <w:br/>
        <w:t>vt 0.879969 0.781784</w:t>
        <w:br/>
        <w:t>vt 0.885361 0.781888</w:t>
        <w:br/>
        <w:t>vt 0.885361 0.772938</w:t>
        <w:br/>
        <w:t>vt 0.879969 0.772844</w:t>
        <w:br/>
        <w:t>vt 0.879969 0.774963</w:t>
        <w:br/>
        <w:t>vt 0.885361 0.774981</w:t>
        <w:br/>
        <w:t>vt 0.228820 0.195833</w:t>
        <w:br/>
        <w:t>vt 0.228820 0.194534</w:t>
        <w:br/>
        <w:t>vt 0.226343 0.194793</w:t>
        <w:br/>
        <w:t>vt 0.226343 0.195599</w:t>
        <w:br/>
        <w:t>vt 0.048575 0.161087</w:t>
        <w:br/>
        <w:t>vt 0.051372 0.160885</w:t>
        <w:br/>
        <w:t>vt 0.051372 0.159738</w:t>
        <w:br/>
        <w:t>vt 0.048575 0.159417</w:t>
        <w:br/>
        <w:t>vt 0.051372 0.165824</w:t>
        <w:br/>
        <w:t>vt 0.048575 0.165649</w:t>
        <w:br/>
        <w:t>vt 0.226343 0.200056</w:t>
        <w:br/>
        <w:t>vt 0.228820 0.199921</w:t>
        <w:br/>
        <w:t>vt 0.048575 0.167047</w:t>
        <w:br/>
        <w:t>vt 0.051372 0.166689</w:t>
        <w:br/>
        <w:t>vt 0.228820 0.200933</w:t>
        <w:br/>
        <w:t>vt 0.226343 0.200663</w:t>
        <w:br/>
        <w:t>vt 0.226343 0.214478</w:t>
        <w:br/>
        <w:t>vt 0.228820 0.214189</w:t>
        <w:br/>
        <w:t>vt 0.048575 0.181920</w:t>
        <w:br/>
        <w:t>vt 0.051372 0.182202</w:t>
        <w:br/>
        <w:t>vt 0.048575 0.182848</w:t>
        <w:br/>
        <w:t>vt 0.051372 0.183679</w:t>
        <w:br/>
        <w:t>vt 0.228820 0.215309</w:t>
        <w:br/>
        <w:t>vt 0.226343 0.216096</w:t>
        <w:br/>
        <w:t>vt 0.226343 0.174843</w:t>
        <w:br/>
        <w:t>vt 0.226343 0.180418</w:t>
        <w:br/>
        <w:t>vt 0.228820 0.180134</w:t>
        <w:br/>
        <w:t>vt 0.228820 0.175444</w:t>
        <w:br/>
        <w:t>vt 0.048575 0.143219</w:t>
        <w:br/>
        <w:t>vt 0.051372 0.143587</w:t>
        <w:br/>
        <w:t>vt 0.051372 0.137319</w:t>
        <w:br/>
        <w:t>vt 0.048575 0.137951</w:t>
        <w:br/>
        <w:t>vt 0.226343 0.181119</w:t>
        <w:br/>
        <w:t>vt 0.228820 0.181353</w:t>
        <w:br/>
        <w:t>vt 0.048575 0.144369</w:t>
        <w:br/>
        <w:t>vt 0.051372 0.144132</w:t>
        <w:br/>
        <w:t>vt 0.051372 0.143587</w:t>
        <w:br/>
        <w:t>vt 0.185875 0.498768</w:t>
        <w:br/>
        <w:t>vt 0.185875 0.494001</w:t>
        <w:br/>
        <w:t>vt 0.183047 0.494001</w:t>
        <w:br/>
        <w:t>vt 0.183046 0.498768</w:t>
        <w:br/>
        <w:t>vt 0.185877 0.487174</w:t>
        <w:br/>
        <w:t>vt 0.183049 0.487173</w:t>
        <w:br/>
        <w:t>vt 0.185874 0.506548</w:t>
        <w:br/>
        <w:t>vt 0.183046 0.506548</w:t>
        <w:br/>
        <w:t>vt 0.183051 0.459505</w:t>
        <w:br/>
        <w:t>vt 0.185879 0.459506</w:t>
        <w:br/>
        <w:t>vt 0.185879 0.454738</w:t>
        <w:br/>
        <w:t>vt 0.183051 0.454738</w:t>
        <w:br/>
        <w:t>vt 0.183051 0.466333</w:t>
        <w:br/>
        <w:t>vt 0.185879 0.466333</w:t>
        <w:br/>
        <w:t>vt 0.185879 0.446959</w:t>
        <w:br/>
        <w:t>vt 0.183052 0.446959</w:t>
        <w:br/>
        <w:t>vt 0.185874 0.525781</w:t>
        <w:br/>
        <w:t>vt 0.183046 0.525781</w:t>
        <w:br/>
        <w:t>vt 0.433014 0.982095</w:t>
        <w:br/>
        <w:t>vt 0.418120 0.981362</w:t>
        <w:br/>
        <w:t>vt 0.423449 0.987028</w:t>
        <w:br/>
        <w:t>vt 0.428217 0.986953</w:t>
        <w:br/>
        <w:t>vt 0.432917 0.961255</w:t>
        <w:br/>
        <w:t>vt 0.418030 0.962128</w:t>
        <w:br/>
        <w:t>vt 0.428074 0.956443</w:t>
        <w:br/>
        <w:t>vt 0.423307 0.956412</w:t>
        <w:br/>
        <w:t>vt 0.944389 0.935367</w:t>
        <w:br/>
        <w:t>vt 0.949691 0.941059</w:t>
        <w:br/>
        <w:t>vt 0.954458 0.941006</w:t>
        <w:br/>
        <w:t>vt 0.959280 0.936172</w:t>
        <w:br/>
        <w:t>vt 0.944391 0.916133</w:t>
        <w:br/>
        <w:t>vt 0.959282 0.915331</w:t>
        <w:br/>
        <w:t>vt 0.949695 0.910442</w:t>
        <w:br/>
        <w:t>vt 0.954462 0.910496</w:t>
        <w:br/>
        <w:t>vt 0.822362 0.642151</w:t>
        <w:br/>
        <w:t>vt 0.822347 0.634806</w:t>
        <w:br/>
        <w:t>vt 0.808812 0.634806</w:t>
        <w:br/>
        <w:t>vt 0.808826 0.642155</w:t>
        <w:br/>
        <w:t>vt 0.799651 0.642157</w:t>
        <w:br/>
        <w:t>vt 0.799637 0.634806</w:t>
        <w:br/>
        <w:t>vt 0.789308 0.634806</w:t>
        <w:br/>
        <w:t>vt 0.789323 0.642160</w:t>
        <w:br/>
        <w:t>vt 0.806335 0.634806</w:t>
        <w:br/>
        <w:t>vt 0.806350 0.642156</w:t>
        <w:br/>
        <w:t>vt 0.806350 0.642156</w:t>
        <w:br/>
        <w:t>vt 0.806335 0.634806</w:t>
        <w:br/>
        <w:t>vt 0.836790 0.642147</w:t>
        <w:br/>
        <w:t>vt 0.836776 0.634806</w:t>
        <w:br/>
        <w:t>vt 0.781874 0.634806</w:t>
        <w:br/>
        <w:t>vt 0.781888 0.642161</w:t>
        <w:br/>
        <w:t>vt 0.878920 0.634806</w:t>
        <w:br/>
        <w:t>vt 0.869566 0.634806</w:t>
        <w:br/>
        <w:t>vt 0.869580 0.642139</w:t>
        <w:br/>
        <w:t>vt 0.878934 0.642137</w:t>
        <w:br/>
        <w:t>vt 0.839745 0.634806</w:t>
        <w:br/>
        <w:t>vt 0.839759 0.642147</w:t>
        <w:br/>
        <w:t>vt 0.846959 0.642145</w:t>
        <w:br/>
        <w:t>vt 0.846945 0.634806</w:t>
        <w:br/>
        <w:t>vt 0.855606 0.642142</w:t>
        <w:br/>
        <w:t>vt 0.855592 0.634806</w:t>
        <w:br/>
        <w:t>vt 0.861901 0.634806</w:t>
        <w:br/>
        <w:t>vt 0.861914 0.642141</w:t>
        <w:br/>
        <w:t>vt 0.860042 0.634806</w:t>
        <w:br/>
        <w:t>vt 0.860056 0.642141</w:t>
        <w:br/>
        <w:t>vt 0.861914 0.642141</w:t>
        <w:br/>
        <w:t>vt 0.861901 0.634806</w:t>
        <w:br/>
        <w:t>vt 0.774453 0.642163</w:t>
        <w:br/>
        <w:t>vt 0.774439 0.634806</w:t>
        <w:br/>
        <w:t>vt 0.764110 0.634806</w:t>
        <w:br/>
        <w:t>vt 0.764124 0.642166</w:t>
        <w:br/>
        <w:t>vt 0.757412 0.634806</w:t>
        <w:br/>
        <w:t>vt 0.757426 0.642168</w:t>
        <w:br/>
        <w:t>vt 0.754936 0.634806</w:t>
        <w:br/>
        <w:t>vt 0.754949 0.642168</w:t>
        <w:br/>
        <w:t>vt 0.757426 0.642168</w:t>
        <w:br/>
        <w:t>vt 0.757412 0.634806</w:t>
        <w:br/>
        <w:t>vt 0.741414 0.642171</w:t>
        <w:br/>
        <w:t>vt 0.741400 0.634806</w:t>
        <w:br/>
        <w:t>vt 0.726971 0.634806</w:t>
        <w:br/>
        <w:t>vt 0.726985 0.642174</w:t>
        <w:br/>
        <w:t>vt 0.781888 0.642161</w:t>
        <w:br/>
        <w:t>vt 0.781874 0.634806</w:t>
        <w:br/>
        <w:t>vt 0.716803 0.634806</w:t>
        <w:br/>
        <w:t>vt 0.716817 0.642176</w:t>
        <w:br/>
        <w:t>vt 0.724017 0.642175</w:t>
        <w:br/>
        <w:t>vt 0.724003 0.634806</w:t>
        <w:br/>
        <w:t>vt 0.684828 0.634806</w:t>
        <w:br/>
        <w:t>vt 0.684842 0.642184</w:t>
        <w:br/>
        <w:t>vt 0.694197 0.642182</w:t>
        <w:br/>
        <w:t>vt 0.694182 0.634806</w:t>
        <w:br/>
        <w:t>vt 0.708156 0.634806</w:t>
        <w:br/>
        <w:t>vt 0.708170 0.642178</w:t>
        <w:br/>
        <w:t>vt 0.703705 0.634806</w:t>
        <w:br/>
        <w:t>vt 0.703719 0.642179</w:t>
        <w:br/>
        <w:t>vt 0.701847 0.634806</w:t>
        <w:br/>
        <w:t>vt 0.701861 0.642179</w:t>
        <w:br/>
        <w:t>vt 0.701861 0.642179</w:t>
        <w:br/>
        <w:t>vt 0.701847 0.634806</w:t>
        <w:br/>
        <w:t>vt 0.706539 0.737726</w:t>
        <w:br/>
        <w:t>vt 0.699839 0.739510</w:t>
        <w:br/>
        <w:t>vt 0.708304 0.739531</w:t>
        <w:br/>
        <w:t>vt 0.706888 0.752121</w:t>
        <w:br/>
        <w:t>vt 0.691098 0.744903</w:t>
        <w:br/>
        <w:t>vt 0.687216 0.750568</w:t>
        <w:br/>
        <w:t>vt 0.696167 0.761364</w:t>
        <w:br/>
        <w:t>vt 0.666093 0.738306</w:t>
        <w:br/>
        <w:t>vt 0.664590 0.740157</w:t>
        <w:br/>
        <w:t>vt 0.673034 0.739893</w:t>
        <w:br/>
        <w:t>vt 0.667804 0.752680</w:t>
        <w:br/>
        <w:t>vt 0.682529 0.745025</w:t>
        <w:br/>
        <w:t>vt 0.679828 0.761598</w:t>
        <w:br/>
        <w:t>vt 0.696433 0.764168</w:t>
        <w:br/>
        <w:t>vt 0.679963 0.764403</w:t>
        <w:br/>
        <w:t>vt 0.704864 0.777164</w:t>
        <w:br/>
        <w:t>vt 0.696703 0.779355</w:t>
        <w:br/>
        <w:t>vt 0.704151 0.782466</w:t>
        <w:br/>
        <w:t>vt 0.705605 0.781346</w:t>
        <w:br/>
        <w:t>vt 0.701581 0.769402</w:t>
        <w:br/>
        <w:t>vt 0.688872 0.773702</w:t>
        <w:br/>
        <w:t>vt 0.675575 0.769774</w:t>
        <w:br/>
        <w:t>vt 0.681868 0.779568</w:t>
        <w:br/>
        <w:t>vt 0.673409 0.777614</w:t>
        <w:br/>
        <w:t>vt 0.674879 0.782885</w:t>
        <w:br/>
        <w:t>vt 0.673269 0.781809</w:t>
        <w:br/>
        <w:t>vt 0.840481 0.863070</w:t>
        <w:br/>
        <w:t>vt 0.838081 0.862291</w:t>
        <w:br/>
        <w:t>vt 0.841864 0.869863</w:t>
        <w:br/>
        <w:t>vt 0.827435 0.869156</w:t>
        <w:br/>
        <w:t>vt 0.840922 0.880091</w:t>
        <w:br/>
        <w:t>vt 0.823925 0.882870</w:t>
        <w:br/>
        <w:t>vt 0.837574 0.886088</w:t>
        <w:br/>
        <w:t>vt 0.857951 0.899556</w:t>
        <w:br/>
        <w:t>vt 0.853442 0.894044</w:t>
        <w:br/>
        <w:t>vt 0.856962 0.901725</w:t>
        <w:br/>
        <w:t>vt 0.844316 0.904414</w:t>
        <w:br/>
        <w:t>vt 0.844623 0.887821</w:t>
        <w:br/>
        <w:t>vt 0.830981 0.897610</w:t>
        <w:br/>
        <w:t>vt 0.821294 0.883878</w:t>
        <w:br/>
        <w:t>vt 0.828407 0.898736</w:t>
        <w:br/>
        <w:t>vt 0.819490 0.910480</w:t>
        <w:br/>
        <w:t>vt 0.813979 0.903771</w:t>
        <w:br/>
        <w:t>vt 0.814116 0.911505</w:t>
        <w:br/>
        <w:t>vt 0.815796 0.912471</w:t>
        <w:br/>
        <w:t>vt 0.825550 0.905054</w:t>
        <w:br/>
        <w:t>vt 0.816117 0.894889</w:t>
        <w:br/>
        <w:t>vt 0.814317 0.881594</w:t>
        <w:br/>
        <w:t>vt 0.807571 0.890389</w:t>
        <w:br/>
        <w:t>vt 0.805905 0.882104</w:t>
        <w:br/>
        <w:t>vt 0.801473 0.885100</w:t>
        <w:br/>
        <w:t>vt 0.801829 0.883300</w:t>
        <w:br/>
        <w:t>vt 0.854579 0.778808</w:t>
        <w:br/>
        <w:t>vt 0.854579 0.740242</w:t>
        <w:br/>
        <w:t>vt 0.842969 0.740148</w:t>
        <w:br/>
        <w:t>vt 0.842969 0.778625</w:t>
        <w:br/>
        <w:t>vt 0.657367 0.232971</w:t>
        <w:br/>
        <w:t>vt 0.659908 0.233911</w:t>
        <w:br/>
        <w:t>vt 0.659908 0.203253</w:t>
        <w:br/>
        <w:t>vt 0.657367 0.202575</w:t>
        <w:br/>
        <w:t>vt 0.503400 0.487382</w:t>
        <w:br/>
        <w:t>vt 0.503400 0.521020</w:t>
        <w:br/>
        <w:t>vt 0.506202 0.520342</w:t>
        <w:br/>
        <w:t>vt 0.506202 0.486360</w:t>
        <w:br/>
        <w:t>vt 0.869809 0.780496</w:t>
        <w:br/>
        <w:t>vt 0.857431 0.780702</w:t>
        <w:br/>
        <w:t>vt 0.857431 0.781904</w:t>
        <w:br/>
        <w:t>vt 0.869810 0.781744</w:t>
        <w:br/>
        <w:t>vt 0.506202 0.588305</w:t>
        <w:br/>
        <w:t>vt 0.506202 0.554323</w:t>
        <w:br/>
        <w:t>vt 0.503400 0.554657</w:t>
        <w:br/>
        <w:t>vt 0.503400 0.588295</w:t>
        <w:br/>
        <w:t>vt 0.854579 0.701675</w:t>
        <w:br/>
        <w:t>vt 0.854579 0.663109</w:t>
        <w:br/>
        <w:t>vt 0.842969 0.663193</w:t>
        <w:br/>
        <w:t>vt 0.842969 0.701670</w:t>
        <w:br/>
        <w:t>vt 0.659907 0.172595</w:t>
        <w:br/>
        <w:t>vt 0.659907 0.141937</w:t>
        <w:br/>
        <w:t>vt 0.657366 0.141783</w:t>
        <w:br/>
        <w:t>vt 0.657366 0.172179</w:t>
        <w:br/>
        <w:t>vt 0.592871 0.638223</w:t>
        <w:br/>
        <w:t>vt 0.592871 0.642298</w:t>
        <w:br/>
        <w:t>vt 0.623860 0.642298</w:t>
        <w:br/>
        <w:t>vt 0.623860 0.638223</w:t>
        <w:br/>
        <w:t>vt 0.336870 0.617409</w:t>
        <w:br/>
        <w:t>vt 0.336870 0.636871</w:t>
        <w:br/>
        <w:t>vt 0.378718 0.636871</w:t>
        <w:br/>
        <w:t>vt 0.378718 0.617409</w:t>
        <w:br/>
        <w:t>vt 0.263892 0.636871</w:t>
        <w:br/>
        <w:t>vt 0.300381 0.636871</w:t>
        <w:br/>
        <w:t>vt 0.300381 0.617409</w:t>
        <w:br/>
        <w:t>vt 0.263892 0.617409</w:t>
        <w:br/>
        <w:t>vt 0.434337 0.642298</w:t>
        <w:br/>
        <w:t>vt 0.460876 0.642298</w:t>
        <w:br/>
        <w:t>vt 0.460876 0.638223</w:t>
        <w:br/>
        <w:t>vt 0.434337 0.638223</w:t>
        <w:br/>
        <w:t>vt 0.557700 0.671853</w:t>
        <w:br/>
        <w:t>vt 0.598042 0.671853</w:t>
        <w:br/>
        <w:t>vt 0.598042 0.654339</w:t>
        <w:br/>
        <w:t>vt 0.557700 0.654339</w:t>
        <w:br/>
        <w:t>vt 0.487415 0.642297</w:t>
        <w:br/>
        <w:t>vt 0.517227 0.642298</w:t>
        <w:br/>
        <w:t>vt 0.517227 0.638223</w:t>
        <w:br/>
        <w:t>vt 0.487415 0.638223</w:t>
        <w:br/>
        <w:t>vt 0.485874 0.654339</w:t>
        <w:br/>
        <w:t>vt 0.485874 0.671853</w:t>
        <w:br/>
        <w:t>vt 0.521787 0.671853</w:t>
        <w:br/>
        <w:t>vt 0.521787 0.654339</w:t>
        <w:br/>
        <w:t>vt 0.677667 0.642298</w:t>
        <w:br/>
        <w:t>vt 0.677667 0.638223</w:t>
        <w:br/>
        <w:t>vt 0.650764 0.638223</w:t>
        <w:br/>
        <w:t>vt 0.650764 0.642298</w:t>
        <w:br/>
        <w:t>vt 0.561882 0.638223</w:t>
        <w:br/>
        <w:t>vt 0.547040 0.638223</w:t>
        <w:br/>
        <w:t>vt 0.547040 0.642298</w:t>
        <w:br/>
        <w:t>vt 0.561882 0.642297</w:t>
        <w:br/>
        <w:t>vt 0.638385 0.671853</w:t>
        <w:br/>
        <w:t>vt 0.638385 0.654339</w:t>
        <w:br/>
        <w:t>vt 0.547040 0.642298</w:t>
        <w:br/>
        <w:t>vt 0.547040 0.638223</w:t>
        <w:br/>
        <w:t>vt 0.420566 0.636871</w:t>
        <w:br/>
        <w:t>vt 0.420566 0.617408</w:t>
        <w:br/>
        <w:t>vt 0.561882 0.638223</w:t>
        <w:br/>
        <w:t>vt 0.561882 0.642297</w:t>
        <w:br/>
        <w:t>vt 0.790840 0.764482</w:t>
        <w:br/>
        <w:t>vt 0.792307 0.775414</w:t>
        <w:br/>
        <w:t>vt 0.804150 0.775414</w:t>
        <w:br/>
        <w:t>vt 0.804150 0.764785</w:t>
        <w:br/>
        <w:t>vt 0.773890 0.764176</w:t>
        <w:br/>
        <w:t>vt 0.777593 0.775414</w:t>
        <w:br/>
        <w:t>vt 0.775413 0.764418</w:t>
        <w:br/>
        <w:t>vt 0.768553 0.764256</w:t>
        <w:br/>
        <w:t>vt 0.769685 0.775414</w:t>
        <w:br/>
        <w:t>vt 0.763186 0.764898</w:t>
        <w:br/>
        <w:t>vt 0.758097 0.765456</w:t>
        <w:br/>
        <w:t>vt 0.758009 0.775414</w:t>
        <w:br/>
        <w:t>vt 0.763768 0.775414</w:t>
        <w:br/>
        <w:t>vt 0.776705 0.764226</w:t>
        <w:br/>
        <w:t>vt 0.753028 0.766156</w:t>
        <w:br/>
        <w:t>vt 0.750419 0.775414</w:t>
        <w:br/>
        <w:t>vt 0.750187 0.766231</w:t>
        <w:br/>
        <w:t>vt 0.745843 0.766201</w:t>
        <w:br/>
        <w:t>vt 0.790408 0.745010</w:t>
        <w:br/>
        <w:t>vt 0.790726 0.755001</w:t>
        <w:br/>
        <w:t>vt 0.804150 0.755120</w:t>
        <w:br/>
        <w:t>vt 0.804150 0.745479</w:t>
        <w:br/>
        <w:t>vt 0.775332 0.744056</w:t>
        <w:br/>
        <w:t>vt 0.776305 0.754665</w:t>
        <w:br/>
        <w:t>vt 0.774064 0.744285</w:t>
        <w:br/>
        <w:t>vt 0.775022 0.754869</w:t>
        <w:br/>
        <w:t>vt 0.772657 0.744856</w:t>
        <w:br/>
        <w:t>vt 0.773499 0.754692</w:t>
        <w:br/>
        <w:t>vt 0.768359 0.746552</w:t>
        <w:br/>
        <w:t>vt 0.768616 0.755277</w:t>
        <w:br/>
        <w:t>vt 0.763770 0.747941</w:t>
        <w:br/>
        <w:t>vt 0.763672 0.756476</w:t>
        <w:br/>
        <w:t>vt 0.759308 0.749270</w:t>
        <w:br/>
        <w:t>vt 0.758897 0.757439</w:t>
        <w:br/>
        <w:t>vt 0.754810 0.750234</w:t>
        <w:br/>
        <w:t>vt 0.754128 0.758224</w:t>
        <w:br/>
        <w:t>vt 0.752115 0.750140</w:t>
        <w:br/>
        <w:t>vt 0.751406 0.758184</w:t>
        <w:br/>
        <w:t>vt 0.749244 0.749963</w:t>
        <w:br/>
        <w:t>vt 0.748578 0.758033</w:t>
        <w:br/>
        <w:t>vt 0.734371 0.765896</w:t>
        <w:br/>
        <w:t>vt 0.733803 0.758617</w:t>
        <w:br/>
        <w:t>vt 0.729071 0.760810</w:t>
        <w:br/>
        <w:t>vt 0.729964 0.767583</w:t>
        <w:br/>
        <w:t>vt 0.739840 0.775414</w:t>
        <w:br/>
        <w:t>vt 0.740356 0.765007</w:t>
        <w:br/>
        <w:t>vt 0.739840 0.775414</w:t>
        <w:br/>
        <w:t>vt 0.742589 0.765890</w:t>
        <w:br/>
        <w:t>vt 0.738674 0.765005</w:t>
        <w:br/>
        <w:t>vt 0.728567 0.775414</w:t>
        <w:br/>
        <w:t>vt 0.745912 0.758080</w:t>
        <w:br/>
        <w:t>vt 0.743884 0.758020</w:t>
        <w:br/>
        <w:t>vt 0.742057 0.757671</w:t>
        <w:br/>
        <w:t>vt 0.741004 0.757365</w:t>
        <w:br/>
        <w:t>vt 0.740064 0.757369</w:t>
        <w:br/>
        <w:t>vt 0.738613 0.757639</w:t>
        <w:br/>
        <w:t>vt 0.746534 0.750282</w:t>
        <w:br/>
        <w:t>vt 0.744259 0.750971</w:t>
        <w:br/>
        <w:t>vt 0.742121 0.751925</w:t>
        <w:br/>
        <w:t>vt 0.740914 0.753193</w:t>
        <w:br/>
        <w:t>vt 0.739942 0.754339</w:t>
        <w:br/>
        <w:t>vt 0.738577 0.755741</w:t>
        <w:br/>
        <w:t>vt 0.727007 0.768340</w:t>
        <w:br/>
        <w:t>vt 0.723955 0.768809</w:t>
        <w:br/>
        <w:t>vt 0.721483 0.769019</w:t>
        <w:br/>
        <w:t>vt 0.721444 0.775414</w:t>
        <w:br/>
        <w:t>vt 0.726221 0.763474</w:t>
        <w:br/>
        <w:t>vt 0.723656 0.766423</w:t>
        <w:br/>
        <w:t>vt 0.804150 0.739596</w:t>
        <w:br/>
        <w:t>vt 0.790227 0.738169</w:t>
        <w:br/>
        <w:t>vt 0.742589 0.765890</w:t>
        <w:br/>
        <w:t>vt 0.804150 0.733730</w:t>
        <w:br/>
        <w:t>vt 0.083360 0.400757</w:t>
        <w:br/>
        <w:t>vt 0.083360 0.389983</w:t>
        <w:br/>
        <w:t>vt 0.070674 0.387677</w:t>
        <w:br/>
        <w:t>vt 0.066998 0.397501</w:t>
        <w:br/>
        <w:t>vt 0.067539 0.411769</w:t>
        <w:br/>
        <w:t>vt 0.083360 0.410487</w:t>
        <w:br/>
        <w:t>vt 0.083360 0.400757</w:t>
        <w:br/>
        <w:t>vt 0.066998 0.397501</w:t>
        <w:br/>
        <w:t>vt 0.083360 0.383405</w:t>
        <w:br/>
        <w:t>vt 0.069652 0.377620</w:t>
        <w:br/>
        <w:t>vt 0.083360 0.375651</w:t>
        <w:br/>
        <w:t>vt 0.083360 0.420272</w:t>
        <w:br/>
        <w:t>vt 0.068832 0.423603</w:t>
        <w:br/>
        <w:t>vt 0.083360 0.426337</w:t>
        <w:br/>
        <w:t>vt 0.083360 0.367264</w:t>
        <w:br/>
        <w:t>vt 0.068351 0.366540</w:t>
        <w:br/>
        <w:t>vt 0.068736 0.357289</w:t>
        <w:br/>
        <w:t>vt 0.083360 0.357250</w:t>
        <w:br/>
        <w:t>vt 0.083360 0.350413</w:t>
        <w:br/>
        <w:t>vt 0.070200 0.350185</w:t>
        <w:br/>
        <w:t>vt 0.083360 0.346068</w:t>
        <w:br/>
        <w:t>vt 0.071801 0.345064</w:t>
        <w:br/>
        <w:t>vt 0.083360 0.338641</w:t>
        <w:br/>
        <w:t>vt 0.071738 0.336495</w:t>
        <w:br/>
        <w:t>vt 0.083360 0.328822</w:t>
        <w:br/>
        <w:t>vt 0.070620 0.326893</w:t>
        <w:br/>
        <w:t>vt 0.083360 0.429320</w:t>
        <w:br/>
        <w:t>vt 0.083360 0.426337</w:t>
        <w:br/>
        <w:t>vt 0.068832 0.423603</w:t>
        <w:br/>
        <w:t>vt 0.067572 0.426918</w:t>
        <w:br/>
        <w:t>vt 0.083360 0.443406</w:t>
        <w:br/>
        <w:t>vt 0.065669 0.434980</w:t>
        <w:br/>
        <w:t>vt 0.063485 0.449849</w:t>
        <w:br/>
        <w:t>vt 0.083360 0.454016</w:t>
        <w:br/>
        <w:t>vt 0.083360 0.434467</w:t>
        <w:br/>
        <w:t>vt 0.083360 0.304103</w:t>
        <w:br/>
        <w:t>vt 0.083360 0.295572</w:t>
        <w:br/>
        <w:t>vt 0.071929 0.297651</w:t>
        <w:br/>
        <w:t>vt 0.071607 0.305354</w:t>
        <w:br/>
        <w:t>vt 0.071431 0.316079</w:t>
        <w:br/>
        <w:t>vt 0.083360 0.316680</w:t>
        <w:br/>
        <w:t>vt 0.071887 0.290672</w:t>
        <w:br/>
        <w:t>vt 0.083360 0.288344</w:t>
        <w:br/>
        <w:t>vt 0.083360 0.279452</w:t>
        <w:br/>
        <w:t>vt 0.070590 0.282006</w:t>
        <w:br/>
        <w:t>vt 0.083360 0.270343</w:t>
        <w:br/>
        <w:t>vt 0.069464 0.273372</w:t>
        <w:br/>
        <w:t>vt 0.083360 0.260670</w:t>
        <w:br/>
        <w:t>vt 0.068471 0.263569</w:t>
        <w:br/>
        <w:t>vt 0.068164 0.253403</w:t>
        <w:br/>
        <w:t>vt 0.083360 0.251145</w:t>
        <w:br/>
        <w:t>vt 0.067828 0.242030</w:t>
        <w:br/>
        <w:t>vt 0.083360 0.240557</w:t>
        <w:br/>
        <w:t>vt 0.083360 0.229466</w:t>
        <w:br/>
        <w:t>vt 0.068436 0.230954</w:t>
        <w:br/>
        <w:t>vt 0.083360 0.229466</w:t>
        <w:br/>
        <w:t>vt 0.083360 0.226019</w:t>
        <w:br/>
        <w:t>vt 0.068375 0.227380</w:t>
        <w:br/>
        <w:t>vt 0.068436 0.230954</w:t>
        <w:br/>
        <w:t>vt 0.083360 0.221623</w:t>
        <w:br/>
        <w:t>vt 0.067086 0.222477</w:t>
        <w:br/>
        <w:t>vt 0.083360 0.214731</w:t>
        <w:br/>
        <w:t>vt 0.065643 0.215238</w:t>
        <w:br/>
        <w:t>vt 0.065102 0.202052</w:t>
        <w:br/>
        <w:t>vt 0.065237 0.207236</w:t>
        <w:br/>
        <w:t>vt 0.083360 0.204798</w:t>
        <w:br/>
        <w:t>vt 0.083360 0.195798</w:t>
        <w:br/>
        <w:t>vt 0.083360 0.185399</w:t>
        <w:br/>
        <w:t>vt 0.066250 0.187199</w:t>
        <w:br/>
        <w:t>vt 0.065565 0.194475</w:t>
        <w:br/>
        <w:t>vt 0.048316 0.189803</w:t>
        <w:br/>
        <w:t>vt 0.048885 0.198578</w:t>
        <w:br/>
        <w:t>vt 0.047568 0.208592</w:t>
        <w:br/>
        <w:t>vt 0.047791 0.222158</w:t>
        <w:br/>
        <w:t>vt 0.048627 0.228718</w:t>
        <w:br/>
        <w:t>vt 0.050078 0.235593</w:t>
        <w:br/>
        <w:t>vt 0.050078 0.235593</w:t>
        <w:br/>
        <w:t>vt 0.050111 0.245471</w:t>
        <w:br/>
        <w:t>vt 0.050021 0.258276</w:t>
        <w:br/>
        <w:t>vt 0.051863 0.268677</w:t>
        <w:br/>
        <w:t>vt 0.052810 0.275549</w:t>
        <w:br/>
        <w:t>vt 0.054524 0.282343</w:t>
        <w:br/>
        <w:t>vt 0.056176 0.294101</w:t>
        <w:br/>
        <w:t>vt 0.055485 0.304548</w:t>
        <w:br/>
        <w:t>vt 0.064297 0.317834</w:t>
        <w:br/>
        <w:t>vt 0.060914 0.330195</w:t>
        <w:br/>
        <w:t>vt 0.058369 0.346722</w:t>
        <w:br/>
        <w:t>vt 0.058869 0.362078</w:t>
        <w:br/>
        <w:t>vt 0.057933 0.373480</w:t>
        <w:br/>
        <w:t>vt 0.057819 0.382742</w:t>
        <w:br/>
        <w:t>vt 0.055702 0.391874</w:t>
        <w:br/>
        <w:t>vt 0.055974 0.403231</w:t>
        <w:br/>
        <w:t>vt 0.050191 0.426092</w:t>
        <w:br/>
        <w:t>vt 0.046155 0.444695</w:t>
        <w:br/>
        <w:t>vt 0.048529 0.203465</w:t>
        <w:br/>
        <w:t>vt 0.055226 0.316554</w:t>
        <w:br/>
        <w:t>vt 0.046917 0.314395</w:t>
        <w:br/>
        <w:t>vt 0.972178 0.655397</w:t>
        <w:br/>
        <w:t>vt 0.975096 0.655658</w:t>
        <w:br/>
        <w:t>vt 0.975096 0.651663</w:t>
        <w:br/>
        <w:t>vt 0.972179 0.651695</w:t>
        <w:br/>
        <w:t>vt 0.975097 0.612818</w:t>
        <w:br/>
        <w:t>vt 0.972179 0.612686</w:t>
        <w:br/>
        <w:t>vt 0.972179 0.616762</w:t>
        <w:br/>
        <w:t>vt 0.975097 0.616876</w:t>
        <w:br/>
        <w:t>vt 0.975096 0.642198</w:t>
        <w:br/>
        <w:t>vt 0.975097 0.636572</w:t>
        <w:br/>
        <w:t>vt 0.972178 0.636665</w:t>
        <w:br/>
        <w:t>vt 0.972179 0.642304</w:t>
        <w:br/>
        <w:t>vt 0.975096 0.646806</w:t>
        <w:br/>
        <w:t>vt 0.972179 0.646793</w:t>
        <w:br/>
        <w:t>vt 0.972179 0.622410</w:t>
        <w:br/>
        <w:t>vt 0.975096 0.622421</w:t>
        <w:br/>
        <w:t>vt 0.972179 0.601345</w:t>
        <w:br/>
        <w:t>vt 0.972179 0.608216</w:t>
        <w:br/>
        <w:t>vt 0.975097 0.608232</w:t>
        <w:br/>
        <w:t>vt 0.975096 0.601376</w:t>
        <w:br/>
        <w:t>vt 0.975096 0.594697</w:t>
        <w:br/>
        <w:t>vt 0.972178 0.594710</w:t>
        <w:br/>
        <w:t>vt 0.972178 0.570004</w:t>
        <w:br/>
        <w:t>vt 0.975096 0.570030</w:t>
        <w:br/>
        <w:t>vt 0.975096 0.566363</w:t>
        <w:br/>
        <w:t>vt 0.972179 0.566311</w:t>
        <w:br/>
        <w:t>vt 0.972178 0.587626</w:t>
        <w:br/>
        <w:t>vt 0.975096 0.587603</w:t>
        <w:br/>
        <w:t>vt 0.975096 0.580802</w:t>
        <w:br/>
        <w:t>vt 0.972179 0.580792</w:t>
        <w:br/>
        <w:t>vt 0.975096 0.575968</w:t>
        <w:br/>
        <w:t>vt 0.972179 0.575786</w:t>
        <w:br/>
        <w:t>vt 0.972178 0.561931</w:t>
        <w:br/>
        <w:t>vt 0.975096 0.561878</w:t>
        <w:br/>
        <w:t>vt 0.975096 0.558546</w:t>
        <w:br/>
        <w:t>vt 0.972178 0.558679</w:t>
        <w:br/>
        <w:t>vt 0.975097 0.542700</w:t>
        <w:br/>
        <w:t>vt 0.972179 0.542694</w:t>
        <w:br/>
        <w:t>vt 0.972178 0.546316</w:t>
        <w:br/>
        <w:t>vt 0.975097 0.546533</w:t>
        <w:br/>
        <w:t>vt 0.972179 0.549529</w:t>
        <w:br/>
        <w:t>vt 0.975096 0.549793</w:t>
        <w:br/>
        <w:t>vt 0.975096 0.539022</w:t>
        <w:br/>
        <w:t>vt 0.972178 0.539057</w:t>
        <w:br/>
        <w:t>vt 0.972178 0.535857</w:t>
        <w:br/>
        <w:t>vt 0.975096 0.535841</w:t>
        <w:br/>
        <w:t>vt 0.972178 0.533375</w:t>
        <w:br/>
        <w:t>vt 0.975096 0.533388</w:t>
        <w:br/>
        <w:t>vt 0.975096 0.527801</w:t>
        <w:br/>
        <w:t>vt 0.972178 0.527708</w:t>
        <w:br/>
        <w:t>vt 0.972179 0.530719</w:t>
        <w:br/>
        <w:t>vt 0.975097 0.530727</w:t>
        <w:br/>
        <w:t>vt 0.975096 0.520705</w:t>
        <w:br/>
        <w:t>vt 0.972178 0.520703</w:t>
        <w:br/>
        <w:t>vt 0.972178 0.504780</w:t>
        <w:br/>
        <w:t>vt 0.972178 0.512450</w:t>
        <w:br/>
        <w:t>vt 0.975096 0.512444</w:t>
        <w:br/>
        <w:t>vt 0.975096 0.504831</w:t>
        <w:br/>
        <w:t>vt 0.972178 0.495538</w:t>
        <w:br/>
        <w:t>vt 0.975096 0.495519</w:t>
        <w:br/>
        <w:t>vt 0.975096 0.492801</w:t>
        <w:br/>
        <w:t>vt 0.972178 0.492848</w:t>
        <w:br/>
        <w:t>vt 0.972178 0.489601</w:t>
        <w:br/>
        <w:t>vt 0.975096 0.489643</w:t>
        <w:br/>
        <w:t>vt 0.975097 0.710652</w:t>
        <w:br/>
        <w:t>vt 0.975097 0.701247</w:t>
        <w:br/>
        <w:t>vt 0.972178 0.701245</w:t>
        <w:br/>
        <w:t>vt 0.972178 0.710639</w:t>
        <w:br/>
        <w:t>vt 0.972178 0.553234</w:t>
        <w:br/>
        <w:t>vt 0.975097 0.553194</w:t>
        <w:br/>
        <w:t>vt 0.975096 0.499054</w:t>
        <w:br/>
        <w:t>vt 0.972178 0.499023</w:t>
        <w:br/>
        <w:t>vt 0.972178 0.486235</w:t>
        <w:br/>
        <w:t>vt 0.975096 0.486306</w:t>
        <w:br/>
        <w:t>vt 0.972178 0.469586</w:t>
        <w:br/>
        <w:t>vt 0.972178 0.479076</w:t>
        <w:br/>
        <w:t>vt 0.975096 0.479067</w:t>
        <w:br/>
        <w:t>vt 0.975096 0.469546</w:t>
        <w:br/>
        <w:t>vt 0.975096 0.460997</w:t>
        <w:br/>
        <w:t>vt 0.972178 0.461146</w:t>
        <w:br/>
        <w:t>vt 0.975096 0.573027</w:t>
        <w:br/>
        <w:t>vt 0.972179 0.572814</w:t>
        <w:br/>
        <w:t>vt 0.972179 0.629413</w:t>
        <w:br/>
        <w:t>vt 0.975096 0.629416</w:t>
        <w:br/>
        <w:t>vt 0.972179 0.659134</w:t>
        <w:br/>
        <w:t>vt 0.975096 0.659268</w:t>
        <w:br/>
        <w:t>vt 0.973637 0.721915</w:t>
        <w:br/>
        <w:t>vt 0.975096 0.692196</w:t>
        <w:br/>
        <w:t>vt 0.975097 0.681153</w:t>
        <w:br/>
        <w:t>vt 0.972179 0.681162</w:t>
        <w:br/>
        <w:t>vt 0.972179 0.692229</w:t>
        <w:br/>
        <w:t>vt 0.975096 0.694863</w:t>
        <w:br/>
        <w:t>vt 0.972178 0.694852</w:t>
        <w:br/>
        <w:t>vt 0.975096 0.666275</w:t>
        <w:br/>
        <w:t>vt 0.972179 0.666318</w:t>
        <w:br/>
        <w:t>vt 0.037472 0.967604</w:t>
        <w:br/>
        <w:t>vt 0.040201 0.969248</w:t>
        <w:br/>
        <w:t>vt 0.023750 0.976899</w:t>
        <w:br/>
        <w:t>vt 0.036829 0.965968</w:t>
        <w:br/>
        <w:t>vt 0.042465 0.971396</w:t>
        <w:br/>
        <w:t>vt 0.558832 0.293933</w:t>
        <w:br/>
        <w:t>vt 0.559392 0.289015</w:t>
        <w:br/>
        <w:t>vt 0.550715 0.288596</w:t>
        <w:br/>
        <w:t>vt 0.549973 0.293617</w:t>
        <w:br/>
        <w:t>vt 0.550715 0.288596</w:t>
        <w:br/>
        <w:t>vt 0.559392 0.289015</w:t>
        <w:br/>
        <w:t>vt 0.557161 0.283189</w:t>
        <w:br/>
        <w:t>vt 0.548706 0.285123</w:t>
        <w:br/>
        <w:t>vt 0.042347 0.973716</w:t>
        <w:br/>
        <w:t>vt 0.043227 0.975899</w:t>
        <w:br/>
        <w:t>vt 0.551171 0.297334</w:t>
        <w:br/>
        <w:t>vt 0.560399 0.298937</w:t>
        <w:br/>
        <w:t>vt 0.585512 0.295070</w:t>
        <w:br/>
        <w:t>vt 0.576424 0.294723</w:t>
        <w:br/>
        <w:t>vt 0.576843 0.299300</w:t>
        <w:br/>
        <w:t>vt 0.585512 0.299562</w:t>
        <w:br/>
        <w:t>vt 0.552925 0.300640</w:t>
        <w:br/>
        <w:t>vt 0.546291 0.280551</w:t>
        <w:br/>
        <w:t>vt 0.555096 0.277134</w:t>
        <w:br/>
        <w:t>vt 0.544493 0.276781</w:t>
        <w:br/>
        <w:t>vt 0.553907 0.303470</w:t>
        <w:br/>
        <w:t>vt 0.561601 0.303430</w:t>
        <w:br/>
        <w:t>vt 0.561375 0.307025</w:t>
        <w:br/>
        <w:t>vt 0.553565 0.306877</w:t>
        <w:br/>
        <w:t>vt 0.560479 0.310016</w:t>
        <w:br/>
        <w:t>vt 0.552291 0.309738</w:t>
        <w:br/>
        <w:t>vt 0.577078 0.303939</w:t>
        <w:br/>
        <w:t>vt 0.585512 0.304524</w:t>
        <w:br/>
        <w:t>vt 0.559824 0.312752</w:t>
        <w:br/>
        <w:t>vt 0.551363 0.312408</w:t>
        <w:br/>
        <w:t>vt 0.552518 0.317047</w:t>
        <w:br/>
        <w:t>vt 0.560577 0.317078</w:t>
        <w:br/>
        <w:t>vt 0.554879 0.321483</w:t>
        <w:br/>
        <w:t>vt 0.562113 0.321304</w:t>
        <w:br/>
        <w:t>vt 0.585512 0.310452</w:t>
        <w:br/>
        <w:t>vt 0.576919 0.309502</w:t>
        <w:br/>
        <w:t>vt 0.576800 0.316048</w:t>
        <w:br/>
        <w:t>vt 0.585512 0.317131</w:t>
        <w:br/>
        <w:t>vt 0.544493 0.276781</w:t>
        <w:br/>
        <w:t>vt 0.555096 0.277134</w:t>
        <w:br/>
        <w:t>vt 0.555211 0.274965</w:t>
        <w:br/>
        <w:t>vt 0.544631 0.274612</w:t>
        <w:br/>
        <w:t>vt 0.544496 0.267526</w:t>
        <w:br/>
        <w:t>vt 0.555217 0.270947</w:t>
        <w:br/>
        <w:t>vt 0.555381 0.263894</w:t>
        <w:br/>
        <w:t>vt 0.544605 0.262413</w:t>
        <w:br/>
        <w:t>vt 0.544981 0.271844</w:t>
        <w:br/>
        <w:t>vt 0.576916 0.323517</w:t>
        <w:br/>
        <w:t>vt 0.585512 0.324070</w:t>
        <w:br/>
        <w:t>vt 0.562607 0.333010</w:t>
        <w:br/>
        <w:t>vt 0.563253 0.329897</w:t>
        <w:br/>
        <w:t>vt 0.556639 0.330115</w:t>
        <w:br/>
        <w:t>vt 0.555571 0.333101</w:t>
        <w:br/>
        <w:t>vt 0.563236 0.325462</w:t>
        <w:br/>
        <w:t>vt 0.556590 0.325758</w:t>
        <w:br/>
        <w:t>vt 0.554417 0.336308</w:t>
        <w:br/>
        <w:t>vt 0.561872 0.336217</w:t>
        <w:br/>
        <w:t>vt 0.577099 0.331378</w:t>
        <w:br/>
        <w:t>vt 0.585512 0.331670</w:t>
        <w:br/>
        <w:t>vt 0.553604 0.340482</w:t>
        <w:br/>
        <w:t>vt 0.561304 0.340389</w:t>
        <w:br/>
        <w:t>vt 0.552559 0.344200</w:t>
        <w:br/>
        <w:t>vt 0.560392 0.344130</w:t>
        <w:br/>
        <w:t>vt 0.551058 0.347959</w:t>
        <w:br/>
        <w:t>vt 0.559269 0.348188</w:t>
        <w:br/>
        <w:t>vt 0.577120 0.336221</w:t>
        <w:br/>
        <w:t>vt 0.576530 0.342044</w:t>
        <w:br/>
        <w:t>vt 0.585512 0.342053</w:t>
        <w:br/>
        <w:t>vt 0.585512 0.336444</w:t>
        <w:br/>
        <w:t>vt 0.575746 0.348263</w:t>
        <w:br/>
        <w:t>vt 0.585512 0.348209</w:t>
        <w:br/>
        <w:t>vt 0.030052 0.993817</w:t>
        <w:br/>
        <w:t>vt 0.027496 0.993847</w:t>
        <w:br/>
        <w:t>vt 0.557751 0.352386</w:t>
        <w:br/>
        <w:t>vt 0.548910 0.351953</w:t>
        <w:br/>
        <w:t>vt 0.556480 0.357608</w:t>
        <w:br/>
        <w:t>vt 0.546936 0.357289</w:t>
        <w:br/>
        <w:t>vt 0.025045 0.992575</w:t>
        <w:br/>
        <w:t>vt 0.585512 0.358532</w:t>
        <w:br/>
        <w:t>vt 0.575574 0.358207</w:t>
        <w:br/>
        <w:t>vt 0.575815 0.364438</w:t>
        <w:br/>
        <w:t>vt 0.585512 0.365522</w:t>
        <w:br/>
        <w:t>vt 0.545721 0.363792</w:t>
        <w:br/>
        <w:t>vt 0.555635 0.364095</w:t>
        <w:br/>
        <w:t>vt 0.545721 0.363792</w:t>
        <w:br/>
        <w:t>vt 0.544293 0.365956</w:t>
        <w:br/>
        <w:t>vt 0.554515 0.366313</w:t>
        <w:br/>
        <w:t>vt 0.555635 0.364095</w:t>
        <w:br/>
        <w:t>vt 0.544266 0.368605</w:t>
        <w:br/>
        <w:t>vt 0.554523 0.368664</w:t>
        <w:br/>
        <w:t>vt 0.545005 0.372275</w:t>
        <w:br/>
        <w:t>vt 0.555163 0.372002</w:t>
        <w:br/>
        <w:t>vt 0.545505 0.376983</w:t>
        <w:br/>
        <w:t>vt 0.555635 0.378119</w:t>
        <w:br/>
        <w:t>vt 0.022101 0.991477</w:t>
        <w:br/>
        <w:t>vt 0.020293 0.992118</w:t>
        <w:br/>
        <w:t>vt 0.585512 0.365522</w:t>
        <w:br/>
        <w:t>vt 0.575815 0.364438</w:t>
        <w:br/>
        <w:t>vt 0.575107 0.366388</w:t>
        <w:br/>
        <w:t>vt 0.556038 0.385639</w:t>
        <w:br/>
        <w:t>vt 0.545277 0.381371</w:t>
        <w:br/>
        <w:t>vt 0.545467 0.386971</w:t>
        <w:br/>
        <w:t>vt 0.585512 0.375357</w:t>
        <w:br/>
        <w:t>vt 0.575997 0.376120</w:t>
        <w:br/>
        <w:t>vt 0.576892 0.382526</w:t>
        <w:br/>
        <w:t>vt 0.585512 0.381022</w:t>
        <w:br/>
        <w:t>vt 0.033893 0.963218</w:t>
        <w:br/>
        <w:t>vt 0.043766 0.978419</w:t>
        <w:br/>
        <w:t>vt 0.043059 0.981394</w:t>
        <w:br/>
        <w:t>vt 0.017611 0.990366</w:t>
        <w:br/>
        <w:t>vt 0.015582 0.987903</w:t>
        <w:br/>
        <w:t>vt 0.037556 0.990220</w:t>
        <w:br/>
        <w:t>vt 0.035221 0.990872</w:t>
        <w:br/>
        <w:t>vt 0.032895 0.992505</w:t>
        <w:br/>
        <w:t>vt 0.585512 0.279095</w:t>
        <w:br/>
        <w:t>vt 0.575965 0.278338</w:t>
        <w:br/>
        <w:t>vt 0.576178 0.284249</w:t>
        <w:br/>
        <w:t>vt 0.585512 0.284966</w:t>
        <w:br/>
        <w:t>vt 0.585512 0.275884</w:t>
        <w:br/>
        <w:t>vt 0.576015 0.274875</w:t>
        <w:br/>
        <w:t>vt 0.585512 0.290721</w:t>
        <w:br/>
        <w:t>vt 0.576261 0.290123</w:t>
        <w:br/>
        <w:t>vt 0.041360 0.984343</w:t>
        <w:br/>
        <w:t>vt 0.040497 0.987761</w:t>
        <w:br/>
        <w:t>vt 0.575420 0.352952</w:t>
        <w:br/>
        <w:t>vt 0.585512 0.353197</w:t>
        <w:br/>
        <w:t>vt 0.585512 0.369484</w:t>
        <w:br/>
        <w:t>vt 0.575118 0.369700</w:t>
        <w:br/>
        <w:t>vt 0.585512 0.268796</w:t>
        <w:br/>
        <w:t>vt 0.576506 0.267241</w:t>
        <w:br/>
        <w:t>vt 0.567913 0.289544</w:t>
        <w:br/>
        <w:t>vt 0.566735 0.283633</w:t>
        <w:br/>
        <w:t>vt 0.567913 0.289544</w:t>
        <w:br/>
        <w:t>vt 0.567650 0.294338</w:t>
        <w:br/>
        <w:t>vt 0.568633 0.299032</w:t>
        <w:br/>
        <w:t>vt 0.569353 0.303461</w:t>
        <w:br/>
        <w:t>vt 0.568962 0.308662</w:t>
        <w:br/>
        <w:t>vt 0.568634 0.315028</w:t>
        <w:br/>
        <w:t>vt 0.569833 0.323090</w:t>
        <w:br/>
        <w:t>vt 0.570030 0.331129</w:t>
        <w:br/>
        <w:t>vt 0.569507 0.336044</w:t>
        <w:br/>
        <w:t>vt 0.568682 0.342076</w:t>
        <w:br/>
        <w:t>vt 0.567488 0.348297</w:t>
        <w:br/>
        <w:t>vt 0.566544 0.352684</w:t>
        <w:br/>
        <w:t>vt 0.566007 0.357845</w:t>
        <w:br/>
        <w:t>vt 0.565712 0.364292</w:t>
        <w:br/>
        <w:t>vt 0.565712 0.364292</w:t>
        <w:br/>
        <w:t>vt 0.564796 0.366380</w:t>
        <w:br/>
        <w:t>vt 0.564734 0.368517</w:t>
        <w:br/>
        <w:t>vt 0.565232 0.371533</w:t>
        <w:br/>
        <w:t>vt 0.565839 0.377014</w:t>
        <w:br/>
        <w:t>vt 0.566537 0.384166</w:t>
        <w:br/>
        <w:t>vt 0.566043 0.265436</w:t>
        <w:br/>
        <w:t>vt 0.565631 0.272260</w:t>
        <w:br/>
        <w:t>vt 0.565673 0.275693</w:t>
        <w:br/>
        <w:t>vt 0.565540 0.277717</w:t>
        <w:br/>
        <w:t>vt 0.083360 0.400757</w:t>
        <w:br/>
        <w:t>vt 0.066998 0.397501</w:t>
        <w:br/>
        <w:t>vt 0.070674 0.387677</w:t>
        <w:br/>
        <w:t>vt 0.083360 0.389983</w:t>
        <w:br/>
        <w:t>vt 0.067539 0.411769</w:t>
        <w:br/>
        <w:t>vt 0.066998 0.397501</w:t>
        <w:br/>
        <w:t>vt 0.083360 0.400757</w:t>
        <w:br/>
        <w:t>vt 0.083360 0.410487</w:t>
        <w:br/>
        <w:t>vt 0.083360 0.383405</w:t>
        <w:br/>
        <w:t>vt 0.069652 0.377620</w:t>
        <w:br/>
        <w:t>vt 0.083360 0.375651</w:t>
        <w:br/>
        <w:t>vt 0.083360 0.420272</w:t>
        <w:br/>
        <w:t>vt 0.083360 0.426337</w:t>
        <w:br/>
        <w:t>vt 0.068832 0.423603</w:t>
        <w:br/>
        <w:t>vt 0.083360 0.367264</w:t>
        <w:br/>
        <w:t>vt 0.068351 0.366540</w:t>
        <w:br/>
        <w:t>vt 0.068736 0.357289</w:t>
        <w:br/>
        <w:t>vt 0.083360 0.357250</w:t>
        <w:br/>
        <w:t>vt 0.070200 0.350185</w:t>
        <w:br/>
        <w:t>vt 0.083360 0.350413</w:t>
        <w:br/>
        <w:t>vt 0.071801 0.345064</w:t>
        <w:br/>
        <w:t>vt 0.083360 0.346068</w:t>
        <w:br/>
        <w:t>vt 0.071738 0.336495</w:t>
        <w:br/>
        <w:t>vt 0.083360 0.338641</w:t>
        <w:br/>
        <w:t>vt 0.083360 0.328822</w:t>
        <w:br/>
        <w:t>vt 0.070620 0.326893</w:t>
        <w:br/>
        <w:t>vt 0.068832 0.423603</w:t>
        <w:br/>
        <w:t>vt 0.083360 0.426337</w:t>
        <w:br/>
        <w:t>vt 0.083360 0.429320</w:t>
        <w:br/>
        <w:t>vt 0.067572 0.426918</w:t>
        <w:br/>
        <w:t>vt 0.083360 0.443406</w:t>
        <w:br/>
        <w:t>vt 0.065669 0.434980</w:t>
        <w:br/>
        <w:t>vt 0.083360 0.434467</w:t>
        <w:br/>
        <w:t>vt 0.071929 0.297651</w:t>
        <w:br/>
        <w:t>vt 0.083360 0.295572</w:t>
        <w:br/>
        <w:t>vt 0.083360 0.304103</w:t>
        <w:br/>
        <w:t>vt 0.071607 0.305354</w:t>
        <w:br/>
        <w:t>vt 0.083360 0.316680</w:t>
        <w:br/>
        <w:t>vt 0.071431 0.316079</w:t>
        <w:br/>
        <w:t>vt 0.071887 0.290672</w:t>
        <w:br/>
        <w:t>vt 0.083360 0.288344</w:t>
        <w:br/>
        <w:t>vt 0.070590 0.282006</w:t>
        <w:br/>
        <w:t>vt 0.083360 0.279452</w:t>
        <w:br/>
        <w:t>vt 0.069464 0.273372</w:t>
        <w:br/>
        <w:t>vt 0.083360 0.270343</w:t>
        <w:br/>
        <w:t>vt 0.068471 0.263569</w:t>
        <w:br/>
        <w:t>vt 0.083360 0.260670</w:t>
        <w:br/>
        <w:t>vt 0.068164 0.253403</w:t>
        <w:br/>
        <w:t>vt 0.083360 0.251145</w:t>
        <w:br/>
        <w:t>vt 0.067828 0.242030</w:t>
        <w:br/>
        <w:t>vt 0.083360 0.240557</w:t>
        <w:br/>
        <w:t>vt 0.068436 0.230954</w:t>
        <w:br/>
        <w:t>vt 0.083360 0.229466</w:t>
        <w:br/>
        <w:t>vt 0.083360 0.229466</w:t>
        <w:br/>
        <w:t>vt 0.068436 0.230954</w:t>
        <w:br/>
        <w:t>vt 0.068375 0.227380</w:t>
        <w:br/>
        <w:t>vt 0.083360 0.226019</w:t>
        <w:br/>
        <w:t>vt 0.067086 0.222477</w:t>
        <w:br/>
        <w:t>vt 0.083360 0.221623</w:t>
        <w:br/>
        <w:t>vt 0.065643 0.215238</w:t>
        <w:br/>
        <w:t>vt 0.083360 0.214731</w:t>
        <w:br/>
        <w:t>vt 0.065102 0.202052</w:t>
        <w:br/>
        <w:t>vt 0.083360 0.204798</w:t>
        <w:br/>
        <w:t>vt 0.065237 0.207236</w:t>
        <w:br/>
        <w:t>vt 0.083360 0.195798</w:t>
        <w:br/>
        <w:t>vt 0.065565 0.194475</w:t>
        <w:br/>
        <w:t>vt 0.048885 0.198578</w:t>
        <w:br/>
        <w:t>vt 0.047568 0.208592</w:t>
        <w:br/>
        <w:t>vt 0.047791 0.222158</w:t>
        <w:br/>
        <w:t>vt 0.048627 0.228718</w:t>
        <w:br/>
        <w:t>vt 0.050078 0.235593</w:t>
        <w:br/>
        <w:t>vt 0.050111 0.245471</w:t>
        <w:br/>
        <w:t>vt 0.050078 0.235593</w:t>
        <w:br/>
        <w:t>vt 0.050021 0.258276</w:t>
        <w:br/>
        <w:t>vt 0.051863 0.268677</w:t>
        <w:br/>
        <w:t>vt 0.052810 0.275549</w:t>
        <w:br/>
        <w:t>vt 0.054524 0.282343</w:t>
        <w:br/>
        <w:t>vt 0.056176 0.294101</w:t>
        <w:br/>
        <w:t>vt 0.055485 0.304548</w:t>
        <w:br/>
        <w:t>vt 0.064297 0.317834</w:t>
        <w:br/>
        <w:t>vt 0.060914 0.330195</w:t>
        <w:br/>
        <w:t>vt 0.058369 0.346722</w:t>
        <w:br/>
        <w:t>vt 0.058869 0.362078</w:t>
        <w:br/>
        <w:t>vt 0.057933 0.373480</w:t>
        <w:br/>
        <w:t>vt 0.057819 0.382742</w:t>
        <w:br/>
        <w:t>vt 0.055702 0.391874</w:t>
        <w:br/>
        <w:t>vt 0.055974 0.403231</w:t>
        <w:br/>
        <w:t>vt 0.050191 0.426092</w:t>
        <w:br/>
        <w:t>vt 0.981789 0.435356</w:t>
        <w:br/>
        <w:t>vt 0.978344 0.435098</w:t>
        <w:br/>
        <w:t>vt 0.978344 0.453149</w:t>
        <w:br/>
        <w:t>vt 0.981789 0.453326</w:t>
        <w:br/>
        <w:t>vt 0.981789 0.422630</w:t>
        <w:br/>
        <w:t>vt 0.978344 0.422578</w:t>
        <w:br/>
        <w:t>vt 0.978344 0.465450</w:t>
        <w:br/>
        <w:t>vt 0.981788 0.465482</w:t>
        <w:br/>
        <w:t>vt 0.981788 0.477605</w:t>
        <w:br/>
        <w:t>vt 0.978344 0.477608</w:t>
        <w:br/>
        <w:t>vt 0.981789 0.407135</w:t>
        <w:br/>
        <w:t>vt 0.978344 0.407116</w:t>
        <w:br/>
        <w:t>vt 0.981788 0.394192</w:t>
        <w:br/>
        <w:t>vt 0.978344 0.394411</w:t>
        <w:br/>
        <w:t>vt 0.978344 0.488289</w:t>
        <w:br/>
        <w:t>vt 0.981788 0.488358</w:t>
        <w:br/>
        <w:t>vt 0.978344 0.501253</w:t>
        <w:br/>
        <w:t>vt 0.981788 0.501265</w:t>
        <w:br/>
        <w:t>vt 0.978344 0.512048</w:t>
        <w:br/>
        <w:t>vt 0.981789 0.512023</w:t>
        <w:br/>
        <w:t>vt 0.978344 0.521065</w:t>
        <w:br/>
        <w:t>vt 0.981788 0.520902</w:t>
        <w:br/>
        <w:t>vt 0.978344 0.536505</w:t>
        <w:br/>
        <w:t>vt 0.981788 0.536461</w:t>
        <w:br/>
        <w:t>vt 0.978344 0.552524</w:t>
        <w:br/>
        <w:t>vt 0.981789 0.552508</w:t>
        <w:br/>
        <w:t>vt 0.981789 0.388292</w:t>
        <w:br/>
        <w:t>vt 0.978344 0.388096</w:t>
        <w:br/>
        <w:t>vt 0.981789 0.366742</w:t>
        <w:br/>
        <w:t>vt 0.981789 0.351471</w:t>
        <w:br/>
        <w:t>vt 0.978344 0.351753</w:t>
        <w:br/>
        <w:t>vt 0.978344 0.366820</w:t>
        <w:br/>
        <w:t>vt 0.978344 0.379887</w:t>
        <w:br/>
        <w:t>vt 0.981788 0.379907</w:t>
        <w:br/>
        <w:t>vt 0.981789 0.584801</w:t>
        <w:br/>
        <w:t>vt 0.978344 0.584846</w:t>
        <w:br/>
        <w:t>vt 0.978344 0.596039</w:t>
        <w:br/>
        <w:t>vt 0.981789 0.596163</w:t>
        <w:br/>
        <w:t>vt 0.981789 0.568699</w:t>
        <w:br/>
        <w:t>vt 0.978344 0.568717</w:t>
        <w:br/>
        <w:t>vt 0.978344 0.607383</w:t>
        <w:br/>
        <w:t>vt 0.981789 0.607360</w:t>
        <w:br/>
        <w:t>vt 0.978344 0.621214</w:t>
        <w:br/>
        <w:t>vt 0.981788 0.621198</w:t>
        <w:br/>
        <w:t>vt 0.978344 0.633709</w:t>
        <w:br/>
        <w:t>vt 0.981788 0.633712</w:t>
        <w:br/>
        <w:t>vt 0.978344 0.646327</w:t>
        <w:br/>
        <w:t>vt 0.981789 0.646378</w:t>
        <w:br/>
        <w:t>vt 0.978344 0.659734</w:t>
        <w:br/>
        <w:t>vt 0.981788 0.659827</w:t>
        <w:br/>
        <w:t>vt 0.978344 0.676594</w:t>
        <w:br/>
        <w:t>vt 0.981788 0.676634</w:t>
        <w:br/>
        <w:t>vt 0.978344 0.701948</w:t>
        <w:br/>
        <w:t>vt 0.981788 0.702474</w:t>
        <w:br/>
        <w:t>vt 0.978344 0.708487</w:t>
        <w:br/>
        <w:t>vt 0.981788 0.708497</w:t>
        <w:br/>
        <w:t>vt 0.981789 0.716600</w:t>
        <w:br/>
        <w:t>vt 0.978344 0.716559</w:t>
        <w:br/>
        <w:t>vt 0.978344 0.728028</w:t>
        <w:br/>
        <w:t>vt 0.981789 0.727960</w:t>
        <w:br/>
        <w:t>vt 0.978344 0.742072</w:t>
        <w:br/>
        <w:t>vt 0.981788 0.741968</w:t>
        <w:br/>
        <w:t>vt 0.981789 0.754754</w:t>
        <w:br/>
        <w:t>vt 0.978344 0.754763</w:t>
        <w:br/>
        <w:t>vt 0.978344 0.770999</w:t>
        <w:br/>
        <w:t>vt 0.981789 0.771417</w:t>
        <w:br/>
        <w:t>vt 0.139249 0.071481</w:t>
        <w:br/>
        <w:t>vt 0.133941 0.080041</w:t>
        <w:br/>
        <w:t>vt 0.148062 0.081794</w:t>
        <w:br/>
        <w:t>vt 0.156458 0.074741</w:t>
        <w:br/>
        <w:t>vt 0.223122 0.089473</w:t>
        <w:br/>
        <w:t>vt 0.226786 0.085339</w:t>
        <w:br/>
        <w:t>vt 0.207504 0.081652</w:t>
        <w:br/>
        <w:t>vt 0.204391 0.084944</w:t>
        <w:br/>
        <w:t>vt 0.207504 0.081652</w:t>
        <w:br/>
        <w:t>vt 0.226786 0.085339</w:t>
        <w:br/>
        <w:t>vt 0.225961 0.079082</w:t>
        <w:br/>
        <w:t>vt 0.206886 0.077010</w:t>
        <w:br/>
        <w:t>vt 0.237240 0.092329</w:t>
        <w:br/>
        <w:t>vt 0.241349 0.087098</w:t>
        <w:br/>
        <w:t>vt 0.219354 0.054339</w:t>
        <w:br/>
        <w:t>vt 0.201669 0.056894</w:t>
        <w:br/>
        <w:t>vt 0.204705 0.067784</w:t>
        <w:br/>
        <w:t>vt 0.223096 0.067654</w:t>
        <w:br/>
        <w:t>vt 0.189356 0.067160</w:t>
        <w:br/>
        <w:t>vt 0.172312 0.066348</w:t>
        <w:br/>
        <w:t>vt 0.173936 0.072319</w:t>
        <w:br/>
        <w:t>vt 0.191250 0.074793</w:t>
        <w:br/>
        <w:t>vt 0.186703 0.058187</w:t>
        <w:br/>
        <w:t>vt 0.170097 0.059426</w:t>
        <w:br/>
        <w:t>vt 0.157832 0.069896</w:t>
        <w:br/>
        <w:t>vt 0.158346 0.072495</w:t>
        <w:br/>
        <w:t>vt 0.174426 0.075457</w:t>
        <w:br/>
        <w:t>vt 0.172282 0.077894</w:t>
        <w:br/>
        <w:t>vt 0.163749 0.085485</w:t>
        <w:br/>
        <w:t>vt 0.180529 0.091472</w:t>
        <w:br/>
        <w:t>vt 0.189198 0.081487</w:t>
        <w:br/>
        <w:t>vt 0.117918 0.073120</w:t>
        <w:br/>
        <w:t>vt 0.140254 0.069393</w:t>
        <w:br/>
        <w:t>vt 0.118926 0.063762</w:t>
        <w:br/>
        <w:t>vt 0.139772 0.067080</w:t>
        <w:br/>
        <w:t>vt 0.138692 0.063310</w:t>
        <w:br/>
        <w:t>vt 0.137454 0.059498</w:t>
        <w:br/>
        <w:t>vt 0.119406 0.053757</w:t>
        <w:br/>
        <w:t>vt 0.166837 0.049428</w:t>
        <w:br/>
        <w:t>vt 0.151423 0.052060</w:t>
        <w:br/>
        <w:t>vt 0.154388 0.060066</w:t>
        <w:br/>
        <w:t>vt 0.156300 0.065257</w:t>
        <w:br/>
        <w:t>vt 0.229233 0.052635</w:t>
        <w:br/>
        <w:t>vt 0.221695 0.038388</w:t>
        <w:br/>
        <w:t>vt 0.215094 0.039918</w:t>
        <w:br/>
        <w:t>vt 0.135484 0.053850</w:t>
        <w:br/>
        <w:t>vt 0.158346 0.072495</w:t>
        <w:br/>
        <w:t>vt 0.174426 0.075457</w:t>
        <w:br/>
        <w:t>vt 0.250714 0.087567</w:t>
        <w:br/>
        <w:t>vt 0.257800 0.091781</w:t>
        <w:br/>
        <w:t>vt 0.258304 0.112510</w:t>
        <w:br/>
        <w:t>vt 0.260038 0.106317</w:t>
        <w:br/>
        <w:t>vt 0.246128 0.107568</w:t>
        <w:br/>
        <w:t>vt 0.252625 0.097869</w:t>
        <w:br/>
        <w:t>vt 0.237968 0.105247</w:t>
        <w:br/>
        <w:t>vt 0.191787 0.078668</w:t>
        <w:br/>
        <w:t>vt 0.194421 0.096022</w:t>
        <w:br/>
        <w:t>vt 0.191787 0.078668</w:t>
        <w:br/>
        <w:t>vt 0.182945 0.045830</w:t>
        <w:br/>
        <w:t>vt 0.197495 0.042892</w:t>
        <w:br/>
        <w:t>vt 0.216305 0.099545</w:t>
        <w:br/>
        <w:t>vt 0.241349 0.087098</w:t>
        <w:br/>
        <w:t>vt 0.239873 0.079735</w:t>
        <w:br/>
        <w:t>vt 0.250714 0.087567</w:t>
        <w:br/>
        <w:t>vt 0.242174 0.079821</w:t>
        <w:br/>
        <w:t>vt 0.235280 0.067109</w:t>
        <w:br/>
        <w:t>vt 0.262345 0.098786</w:t>
        <w:br/>
        <w:t>vt 0.266053 0.107371</w:t>
        <w:br/>
        <w:t>vt 0.270094 0.115348</w:t>
        <w:br/>
        <w:t>vt 0.062852 0.744804</w:t>
        <w:br/>
        <w:t>vt 0.064599 0.720910</w:t>
        <w:br/>
        <w:t>vt 0.050648 0.723212</w:t>
        <w:br/>
        <w:t>vt 0.049374 0.747018</w:t>
        <w:br/>
        <w:t>vt 0.081043 0.743437</w:t>
        <w:br/>
        <w:t>vt 0.084642 0.720145</w:t>
        <w:br/>
        <w:t>vt 0.074780 0.720170</w:t>
        <w:br/>
        <w:t>vt 0.072278 0.743833</w:t>
        <w:br/>
        <w:t>vt 0.089581 0.743314</w:t>
        <w:br/>
        <w:t>vt 0.094503 0.720690</w:t>
        <w:br/>
        <w:t>vt 0.083786 0.671350</w:t>
        <w:br/>
        <w:t>vt 0.088145 0.649367</w:t>
        <w:br/>
        <w:t>vt 0.074879 0.648593</w:t>
        <w:br/>
        <w:t>vt 0.071362 0.671068</w:t>
        <w:br/>
        <w:t>vt 0.082275 0.604054</w:t>
        <w:br/>
        <w:t>vt 0.086790 0.578789</w:t>
        <w:br/>
        <w:t>vt 0.070842 0.577037</w:t>
        <w:br/>
        <w:t>vt 0.066480 0.603328</w:t>
        <w:br/>
        <w:t>vt 0.112356 0.722824</w:t>
        <w:br/>
        <w:t>vt 0.106848 0.744419</w:t>
        <w:br/>
        <w:t>vt 0.115210 0.744951</w:t>
        <w:br/>
        <w:t>vt 0.122448 0.724143</w:t>
        <w:br/>
        <w:t>vt 0.124707 0.747606</w:t>
        <w:br/>
        <w:t>vt 0.132384 0.728474</w:t>
        <w:br/>
        <w:t>vt 0.139931 0.683610</w:t>
        <w:br/>
        <w:t>vt 0.128762 0.679557</w:t>
        <w:br/>
        <w:t>vt 0.121018 0.701441</w:t>
        <w:br/>
        <w:t>vt 0.130824 0.704481</w:t>
        <w:br/>
        <w:t>vt 0.160243 0.623023</w:t>
        <w:br/>
        <w:t>vt 0.150534 0.618971</w:t>
        <w:br/>
        <w:t>vt 0.143979 0.636102</w:t>
        <w:br/>
        <w:t>vt 0.158296 0.641129</w:t>
        <w:br/>
        <w:t>vt 0.135727 0.659798</w:t>
        <w:br/>
        <w:t>vt 0.143979 0.636102</w:t>
        <w:br/>
        <w:t>vt 0.138429 0.635205</w:t>
        <w:br/>
        <w:t>vt 0.130768 0.660241</w:t>
        <w:br/>
        <w:t>vt 0.121018 0.701441</w:t>
        <w:br/>
        <w:t>vt 0.117621 0.702157</w:t>
        <w:br/>
        <w:t>vt 0.132324 0.748192</w:t>
        <w:br/>
        <w:t>vt 0.140440 0.729014</w:t>
        <w:br/>
        <w:t>vt 0.113524 0.653594</w:t>
        <w:br/>
        <w:t>vt 0.122914 0.657562</w:t>
        <w:br/>
        <w:t>vt 0.129756 0.633780</w:t>
        <w:br/>
        <w:t>vt 0.119774 0.629586</w:t>
        <w:br/>
        <w:t>vt 0.095723 0.672286</w:t>
        <w:br/>
        <w:t>vt 0.089895 0.696661</w:t>
        <w:br/>
        <w:t>vt 0.100591 0.698036</w:t>
        <w:br/>
        <w:t>vt 0.107464 0.674404</w:t>
        <w:br/>
        <w:t>vt 0.028142 0.672044</w:t>
        <w:br/>
        <w:t>vt 0.027108 0.697869</w:t>
        <w:br/>
        <w:t>vt 0.052625 0.697447</w:t>
        <w:br/>
        <w:t>vt 0.055223 0.671852</w:t>
        <w:br/>
        <w:t>vt 0.026320 0.724195</w:t>
        <w:br/>
        <w:t>vt 0.004704 0.725295</w:t>
        <w:br/>
        <w:t>vt 0.004735 0.746737</w:t>
        <w:br/>
        <w:t>vt 0.025979 0.746884</w:t>
        <w:br/>
        <w:t>vt 0.004177 0.545292</w:t>
        <w:br/>
        <w:t>vt 0.036446 0.547374</w:t>
        <w:br/>
        <w:t>vt 0.038595 0.520820</w:t>
        <w:br/>
        <w:t>vt 0.004079 0.518197</w:t>
        <w:br/>
        <w:t>vt 0.141521 0.710148</w:t>
        <w:br/>
        <w:t>vt 0.151966 0.690780</w:t>
        <w:br/>
        <w:t>vt 0.177350 0.634748</w:t>
        <w:br/>
        <w:t>vt 0.169443 0.628196</w:t>
        <w:br/>
        <w:t>vt 0.169077 0.650014</w:t>
        <w:br/>
        <w:t>vt 0.188025 0.616932</w:t>
        <w:br/>
        <w:t>vt 0.178908 0.609166</w:t>
        <w:br/>
        <w:t>vt 0.186788 0.594370</w:t>
        <w:br/>
        <w:t>vt 0.176723 0.585876</w:t>
        <w:br/>
        <w:t>vt 0.168595 0.603284</w:t>
        <w:br/>
        <w:t>vt 0.175543 0.653786</w:t>
        <w:br/>
        <w:t>vt 0.184279 0.639062</w:t>
        <w:br/>
        <w:t>vt 0.187733 0.655901</w:t>
        <w:br/>
        <w:t>vt 0.173124 0.675456</w:t>
        <w:br/>
        <w:t>vt 0.180241 0.677039</w:t>
        <w:br/>
        <w:t>vt 0.196072 0.658062</w:t>
        <w:br/>
        <w:t>vt 0.201827 0.665871</w:t>
        <w:br/>
        <w:t>vt 0.196072 0.658062</w:t>
        <w:br/>
        <w:t>vt 0.180241 0.677039</w:t>
        <w:br/>
        <w:t>vt 0.185094 0.683109</w:t>
        <w:br/>
        <w:t>vt 0.191143 0.693874</w:t>
        <w:br/>
        <w:t>vt 0.197451 0.706768</w:t>
        <w:br/>
        <w:t>vt 0.216501 0.694733</w:t>
        <w:br/>
        <w:t>vt 0.208824 0.679084</w:t>
        <w:br/>
        <w:t>vt 0.158717 0.715512</w:t>
        <w:br/>
        <w:t>vt 0.162791 0.722111</w:t>
        <w:br/>
        <w:t>vt 0.177274 0.707089</w:t>
        <w:br/>
        <w:t>vt 0.172150 0.698260</w:t>
        <w:br/>
        <w:t>vt 0.182419 0.717608</w:t>
        <w:br/>
        <w:t>vt 0.166735 0.729811</w:t>
        <w:br/>
        <w:t>vt 0.144619 0.729098</w:t>
        <w:br/>
        <w:t>vt 0.147660 0.731936</w:t>
        <w:br/>
        <w:t>vt 0.155077 0.711658</w:t>
        <w:br/>
        <w:t>vt 0.150177 0.711117</w:t>
        <w:br/>
        <w:t>vt 0.161903 0.692224</w:t>
        <w:br/>
        <w:t>vt 0.153309 0.576683</w:t>
        <w:br/>
        <w:t>vt 0.147164 0.598524</w:t>
        <w:br/>
        <w:t>vt 0.151718 0.598549</w:t>
        <w:br/>
        <w:t>vt 0.158902 0.577486</w:t>
        <w:br/>
        <w:t>vt 0.141821 0.618918</w:t>
        <w:br/>
        <w:t>vt 0.145539 0.618625</w:t>
        <w:br/>
        <w:t>vt 0.066694 0.576218</w:t>
        <w:br/>
        <w:t>vt 0.075615 0.551029</w:t>
        <w:br/>
        <w:t>vt 0.071469 0.550175</w:t>
        <w:br/>
        <w:t>vt 0.082592 0.525391</w:t>
        <w:br/>
        <w:t>vt 0.079403 0.525328</w:t>
        <w:br/>
        <w:t>vt 0.091632 0.553837</w:t>
        <w:br/>
        <w:t>vt 0.096889 0.529118</w:t>
        <w:br/>
        <w:t>vt 0.114809 0.585278</w:t>
        <w:br/>
        <w:t>vt 0.128475 0.589878</w:t>
        <w:br/>
        <w:t>vt 0.133300 0.568088</w:t>
        <w:br/>
        <w:t>vt 0.119504 0.562799</w:t>
        <w:br/>
        <w:t>vt 0.139206 0.594298</w:t>
        <w:br/>
        <w:t>vt 0.144876 0.572520</w:t>
        <w:br/>
        <w:t>vt 0.105795 0.558228</w:t>
        <w:br/>
        <w:t>vt 0.124200 0.540355</w:t>
        <w:br/>
        <w:t>vt 0.110740 0.534766</w:t>
        <w:br/>
        <w:t>vt 0.101043 0.581828</w:t>
        <w:br/>
        <w:t>vt 0.106445 0.626183</w:t>
        <w:br/>
        <w:t>vt 0.110187 0.607922</w:t>
        <w:br/>
        <w:t>vt 0.096484 0.605653</w:t>
        <w:br/>
        <w:t>vt 0.092980 0.624375</w:t>
        <w:br/>
        <w:t>vt 0.121127 0.769492</w:t>
        <w:br/>
        <w:t>vt 0.132987 0.769492</w:t>
        <w:br/>
        <w:t>vt 0.135432 0.748324</w:t>
        <w:br/>
        <w:t>vt 0.138152 0.750053</w:t>
        <w:br/>
        <w:t>vt 0.141012 0.752628</w:t>
        <w:br/>
        <w:t>vt 0.142427 0.769492</w:t>
        <w:br/>
        <w:t>vt 0.143589 0.755121</w:t>
        <w:br/>
        <w:t>vt 0.153774 0.741800</w:t>
        <w:br/>
        <w:t>vt 0.157567 0.749819</w:t>
        <w:br/>
        <w:t>vt 0.171736 0.741098</w:t>
        <w:br/>
        <w:t>vt 0.150830 0.736625</w:t>
        <w:br/>
        <w:t>vt 0.232139 0.708290</w:t>
        <w:br/>
        <w:t>vt 0.227172 0.688169</w:t>
        <w:br/>
        <w:t>vt 0.224572 0.712330</w:t>
        <w:br/>
        <w:t>vt 0.018683 0.769492</w:t>
        <w:br/>
        <w:t>vt 0.034887 0.769492</w:t>
        <w:br/>
        <w:t>vt 0.053927 0.769492</w:t>
        <w:br/>
        <w:t>vt 0.072927 0.769492</w:t>
        <w:br/>
        <w:t>vt 0.088393 0.769492</w:t>
        <w:br/>
        <w:t>vt 0.104886 0.769492</w:t>
        <w:br/>
        <w:t>vt 0.098251 0.744073</w:t>
        <w:br/>
        <w:t>vt 0.004749 0.769492</w:t>
        <w:br/>
        <w:t>vt 0.147148 0.758729</w:t>
        <w:br/>
        <w:t>vt 0.109563 0.700478</w:t>
        <w:br/>
        <w:t>vt 0.103681 0.722013</w:t>
        <w:br/>
        <w:t>vt 0.144619 0.729098</w:t>
        <w:br/>
        <w:t>vt 0.155077 0.711658</w:t>
        <w:br/>
        <w:t>vt 0.029001 0.648254</w:t>
        <w:br/>
        <w:t>vt 0.030456 0.622143</w:t>
        <w:br/>
        <w:t>vt 0.004433 0.622018</w:t>
        <w:br/>
        <w:t>vt 0.004514 0.648324</w:t>
        <w:br/>
        <w:t>vt 0.133821 0.616040</w:t>
        <w:br/>
        <w:t>vt 0.123695 0.611746</w:t>
        <w:br/>
        <w:t>vt 0.031950 0.601284</w:t>
        <w:br/>
        <w:t>vt 0.004364 0.600406</w:t>
        <w:br/>
        <w:t>vt 0.157642 0.598844</w:t>
        <w:br/>
        <w:t>vt 0.004272 0.572652</w:t>
        <w:br/>
        <w:t>vt 0.034286 0.574180</w:t>
        <w:br/>
        <w:t>vt 0.198702 0.642137</w:t>
        <w:br/>
        <w:t>vt 0.208234 0.645462</w:t>
        <w:br/>
        <w:t>vt 0.216477 0.637891</w:t>
        <w:br/>
        <w:t>vt 0.218658 0.626992</w:t>
        <w:br/>
        <w:t>vt 0.076383 0.524340</w:t>
        <w:br/>
        <w:t>vt 0.137917 0.546251</w:t>
        <w:br/>
        <w:t>vt 0.145541 0.548874</w:t>
        <w:br/>
        <w:t>vt 0.154900 0.552477</w:t>
        <w:br/>
        <w:t>vt 0.147164 0.598524</w:t>
        <w:br/>
        <w:t>vt 0.153309 0.576683</w:t>
        <w:br/>
        <w:t>vt 0.165227 0.579342</w:t>
        <w:br/>
        <w:t>vt 0.003980 0.491310</w:t>
        <w:br/>
        <w:t>vt 0.040957 0.494462</w:t>
        <w:br/>
        <w:t>vt 0.043884 0.466948</w:t>
        <w:br/>
        <w:t>vt 0.003878 0.464594</w:t>
        <w:br/>
        <w:t>vt 0.081708 0.498781</w:t>
        <w:br/>
        <w:t>vt 0.088300 0.470167</w:t>
        <w:br/>
        <w:t>vt 0.084863 0.499877</w:t>
        <w:br/>
        <w:t>vt 0.091781 0.471173</w:t>
        <w:br/>
        <w:t>vt 0.084863 0.499877</w:t>
        <w:br/>
        <w:t>vt 0.088248 0.499989</w:t>
        <w:br/>
        <w:t>vt 0.095091 0.473246</w:t>
        <w:br/>
        <w:t>vt 0.091781 0.471173</w:t>
        <w:br/>
        <w:t>vt 0.102396 0.504591</w:t>
        <w:br/>
        <w:t>vt 0.108089 0.480842</w:t>
        <w:br/>
        <w:t>vt 0.115847 0.511392</w:t>
        <w:br/>
        <w:t>vt 0.121454 0.488153</w:t>
        <w:br/>
        <w:t>vt 0.134201 0.495699</w:t>
        <w:br/>
        <w:t>vt 0.128901 0.517922</w:t>
        <w:br/>
        <w:t>vt 0.142329 0.524403</w:t>
        <w:br/>
        <w:t>vt 0.147518 0.502804</w:t>
        <w:br/>
        <w:t>vt 0.155788 0.505512</w:t>
        <w:br/>
        <w:t>vt 0.150202 0.527026</w:t>
        <w:br/>
        <w:t>vt 0.157301 0.529474</w:t>
        <w:br/>
        <w:t>vt 0.163390 0.508129</w:t>
        <w:br/>
        <w:t>vt 0.193890 0.599670</w:t>
        <w:br/>
        <w:t>vt 0.203976 0.607142</w:t>
        <w:br/>
        <w:t>vt 0.195905 0.621499</w:t>
        <w:br/>
        <w:t>vt 0.208911 0.610668</w:t>
        <w:br/>
        <w:t>vt 0.200079 0.604225</w:t>
        <w:br/>
        <w:t>vt 0.195905 0.621499</w:t>
        <w:br/>
        <w:t>vt 0.203976 0.607142</w:t>
        <w:br/>
        <w:t>vt 0.208437 0.624547</w:t>
        <w:br/>
        <w:t>vt 0.184279 0.639062</w:t>
        <w:br/>
        <w:t>vt 0.067666 0.696205</w:t>
        <w:br/>
        <w:t>vt 0.079012 0.696135</w:t>
        <w:br/>
        <w:t>vt 0.004648 0.698702</w:t>
        <w:br/>
        <w:t>vt 0.167834 0.693227</w:t>
        <w:br/>
        <w:t>vt 0.128762 0.679557</w:t>
        <w:br/>
        <w:t>vt 0.124482 0.680183</w:t>
        <w:br/>
        <w:t>vt 0.124482 0.680183</w:t>
        <w:br/>
        <w:t>vt 0.116542 0.677807</w:t>
        <w:br/>
        <w:t>vt 0.004583 0.672635</w:t>
        <w:br/>
        <w:t>vt 0.148075 0.664778</w:t>
        <w:br/>
        <w:t>vt 0.135727 0.659798</w:t>
        <w:br/>
        <w:t>vt 0.100923 0.650809</w:t>
        <w:br/>
        <w:t>vt 0.057801 0.648703</w:t>
        <w:br/>
        <w:t>vt 0.161709 0.673219</w:t>
        <w:br/>
        <w:t>vt 0.167834 0.693227</w:t>
        <w:br/>
        <w:t>vt 0.188866 0.732306</w:t>
        <w:br/>
        <w:t>vt 0.130768 0.660241</w:t>
        <w:br/>
        <w:t>vt 0.161709 0.673219</w:t>
        <w:br/>
        <w:t>vt 0.078783 0.622995</w:t>
        <w:br/>
        <w:t>vt 0.063210 0.622903</w:t>
        <w:br/>
        <w:t>vt 0.059230 0.622464</w:t>
        <w:br/>
        <w:t>vt 0.204956 0.723812</w:t>
        <w:br/>
        <w:t>vt 0.175543 0.653786</w:t>
        <w:br/>
        <w:t>vt 0.138429 0.635205</w:t>
        <w:br/>
        <w:t>vt 0.062271 0.602571</w:t>
        <w:br/>
        <w:t>vt 0.214139 0.654519</w:t>
        <w:br/>
        <w:t>vt 0.208234 0.645462</w:t>
        <w:br/>
        <w:t>vt 0.141821 0.618918</w:t>
        <w:br/>
        <w:t>vt 0.216158 0.652707</w:t>
        <w:br/>
        <w:t>vt 0.216477 0.637891</w:t>
        <w:br/>
        <w:t>vt 0.185488 0.568843</w:t>
        <w:br/>
        <w:t>vt 0.195608 0.579285</w:t>
        <w:br/>
        <w:t>vt 0.205590 0.563977</w:t>
        <w:br/>
        <w:t>vt 0.195100 0.551877</w:t>
        <w:br/>
        <w:t>vt 0.216800 0.615878</w:t>
        <w:br/>
        <w:t>vt 0.160469 0.555076</w:t>
        <w:br/>
        <w:t>vt 0.167126 0.556827</w:t>
        <w:br/>
        <w:t>vt 0.173670 0.560279</w:t>
        <w:br/>
        <w:t>vt 0.162641 0.532195</w:t>
        <w:br/>
        <w:t>vt 0.166030 0.533963</w:t>
        <w:br/>
        <w:t>vt 0.169928 0.535262</w:t>
        <w:br/>
        <w:t>vt 0.173759 0.536324</w:t>
        <w:br/>
        <w:t>vt 0.177912 0.538459</w:t>
        <w:br/>
        <w:t>vt 0.182811 0.541915</w:t>
        <w:br/>
        <w:t>vt 0.168971 0.511714</w:t>
        <w:br/>
        <w:t>vt 0.172515 0.515758</w:t>
        <w:br/>
        <w:t>vt 0.176116 0.520645</w:t>
        <w:br/>
        <w:t>vt 0.178572 0.525821</w:t>
        <w:br/>
        <w:t>vt 0.181582 0.530875</w:t>
        <w:br/>
        <w:t>vt 0.185124 0.537281</w:t>
        <w:br/>
        <w:t>vt 0.203120 0.585631</w:t>
        <w:br/>
        <w:t>vt 0.209498 0.590990</w:t>
        <w:br/>
        <w:t>vt 0.213018 0.594967</w:t>
        <w:br/>
        <w:t>vt 0.213822 0.604898</w:t>
        <w:br/>
        <w:t>vt 0.213018 0.594967</w:t>
        <w:br/>
        <w:t>vt 0.210678 0.574550</w:t>
        <w:br/>
        <w:t>vt 0.213552 0.585531</w:t>
        <w:br/>
        <w:t>vt 0.045961 0.448072</w:t>
        <w:br/>
        <w:t>vt 0.003815 0.448222</w:t>
        <w:br/>
        <w:t>vt 0.160469 0.555076</w:t>
        <w:br/>
        <w:t>vt 0.003750 0.431894</w:t>
        <w:br/>
        <w:t>vt 0.995389 0.171003</w:t>
        <w:br/>
        <w:t>vt 0.991776 0.171114</w:t>
        <w:br/>
        <w:t>vt 0.991776 0.190188</w:t>
        <w:br/>
        <w:t>vt 0.995389 0.190136</w:t>
        <w:br/>
        <w:t>vt 0.995389 0.250662</w:t>
        <w:br/>
        <w:t>vt 0.991776 0.250602</w:t>
        <w:br/>
        <w:t>vt 0.991776 0.258967</w:t>
        <w:br/>
        <w:t>vt 0.995390 0.258887</w:t>
        <w:br/>
        <w:t>vt 0.991776 0.278706</w:t>
        <w:br/>
        <w:t>vt 0.995389 0.278718</w:t>
        <w:br/>
        <w:t>vt 0.995390 0.258887</w:t>
        <w:br/>
        <w:t>vt 0.991776 0.258967</w:t>
        <w:br/>
        <w:t>vt 0.991776 0.151206</w:t>
        <w:br/>
        <w:t>vt 0.995389 0.151242</w:t>
        <w:br/>
        <w:t>vt 0.995389 0.129998</w:t>
        <w:br/>
        <w:t>vt 0.991776 0.129273</w:t>
        <w:br/>
        <w:t>vt 0.991776 0.344411</w:t>
        <w:br/>
        <w:t>vt 0.995389 0.344424</w:t>
        <w:br/>
        <w:t>vt 0.995389 0.332907</w:t>
        <w:br/>
        <w:t>vt 0.991776 0.332572</w:t>
        <w:br/>
        <w:t>vt 0.995389 0.556995</w:t>
        <w:br/>
        <w:t>vt 0.991776 0.557040</w:t>
        <w:br/>
        <w:t>vt 0.991776 0.560740</w:t>
        <w:br/>
        <w:t>vt 0.995389 0.559828</w:t>
        <w:br/>
        <w:t>vt 0.995389 0.553195</w:t>
        <w:br/>
        <w:t>vt 0.991776 0.552831</w:t>
        <w:br/>
        <w:t>vt 0.995389 0.539082</w:t>
        <w:br/>
        <w:t>vt 0.991776 0.539001</w:t>
        <w:br/>
        <w:t>vt 0.995389 0.524897</w:t>
        <w:br/>
        <w:t>vt 0.991776 0.524821</w:t>
        <w:br/>
        <w:t>vt 0.991776 0.510995</w:t>
        <w:br/>
        <w:t>vt 0.995389 0.511033</w:t>
        <w:br/>
        <w:t>vt 0.995389 0.496920</w:t>
        <w:br/>
        <w:t>vt 0.991776 0.497042</w:t>
        <w:br/>
        <w:t>vt 0.995389 0.488922</w:t>
        <w:br/>
        <w:t>vt 0.991776 0.488958</w:t>
        <w:br/>
        <w:t>vt 0.995389 0.480927</w:t>
        <w:br/>
        <w:t>vt 0.991776 0.481029</w:t>
        <w:br/>
        <w:t>vt 0.991776 0.210296</w:t>
        <w:br/>
        <w:t>vt 0.995389 0.210269</w:t>
        <w:br/>
        <w:t>vt 0.991776 0.228516</w:t>
        <w:br/>
        <w:t>vt 0.995389 0.228513</w:t>
        <w:br/>
        <w:t>vt 0.991776 0.297992</w:t>
        <w:br/>
        <w:t>vt 0.995390 0.298045</w:t>
        <w:br/>
        <w:t>vt 0.991776 0.316037</w:t>
        <w:br/>
        <w:t>vt 0.995389 0.316159</w:t>
        <w:br/>
        <w:t>vt 0.991776 0.332572</w:t>
        <w:br/>
        <w:t>vt 0.995389 0.332907</w:t>
        <w:br/>
        <w:t>vt 0.995389 0.427233</w:t>
        <w:br/>
        <w:t>vt 0.995389 0.411751</w:t>
        <w:br/>
        <w:t>vt 0.991776 0.411857</w:t>
        <w:br/>
        <w:t>vt 0.991776 0.427230</w:t>
        <w:br/>
        <w:t>vt 0.995389 0.355546</w:t>
        <w:br/>
        <w:t>vt 0.991776 0.355573</w:t>
        <w:br/>
        <w:t>vt 0.995389 0.473836</w:t>
        <w:br/>
        <w:t>vt 0.991776 0.473863</w:t>
        <w:br/>
        <w:t>vt 0.995389 0.467836</w:t>
        <w:br/>
        <w:t>vt 0.991776 0.467890</w:t>
        <w:br/>
        <w:t>vt 0.991776 0.461552</w:t>
        <w:br/>
        <w:t>vt 0.995389 0.461530</w:t>
        <w:br/>
        <w:t>vt 0.991776 0.456280</w:t>
        <w:br/>
        <w:t>vt 0.995389 0.456331</w:t>
        <w:br/>
        <w:t>vt 0.995389 0.451292</w:t>
        <w:br/>
        <w:t>vt 0.991776 0.451132</w:t>
        <w:br/>
        <w:t>vt 0.995389 0.444714</w:t>
        <w:br/>
        <w:t>vt 0.991776 0.444421</w:t>
        <w:br/>
        <w:t>vt 0.991776 0.367231</w:t>
        <w:br/>
        <w:t>vt 0.991776 0.378441</w:t>
        <w:br/>
        <w:t>vt 0.995390 0.378380</w:t>
        <w:br/>
        <w:t>vt 0.995390 0.367204</w:t>
        <w:br/>
        <w:t>vt 0.995389 0.400668</w:t>
        <w:br/>
        <w:t>vt 0.991776 0.400660</w:t>
        <w:br/>
        <w:t>vt 0.995390 0.389177</w:t>
        <w:br/>
        <w:t>vt 0.991776 0.389108</w:t>
        <w:br/>
        <w:t>vt 0.995390 0.378380</w:t>
        <w:br/>
        <w:t>vt 0.991776 0.378441</w:t>
        <w:br/>
        <w:t>vt 0.991776 0.608285</w:t>
        <w:br/>
        <w:t>vt 0.995389 0.608282</w:t>
        <w:br/>
        <w:t>vt 0.991775 0.650195</w:t>
        <w:br/>
        <w:t>vt 0.995389 0.650354</w:t>
        <w:br/>
        <w:t>vt 0.220488 0.669851</w:t>
        <w:br/>
        <w:t>vt 0.180481 0.020163</w:t>
        <w:br/>
        <w:t>vt 0.177669 0.013064</w:t>
        <w:br/>
        <w:t>vt 0.183537 0.011696</w:t>
        <w:br/>
        <w:t>vt 0.185685 0.019838</w:t>
        <w:br/>
        <w:t>vt 0.188577 0.011290</w:t>
        <w:br/>
        <w:t>vt 0.188577 0.020130</w:t>
        <w:br/>
        <w:t>vt 0.101134 0.014999</w:t>
        <w:br/>
        <w:t>vt 0.099692 0.032504</w:t>
        <w:br/>
        <w:t>vt 0.096863 0.024273</w:t>
        <w:br/>
        <w:t>vt 0.102734 0.015651</w:t>
        <w:br/>
        <w:t>vt 0.104365 0.016350</w:t>
        <w:br/>
        <w:t>vt 0.120014 0.032504</w:t>
        <w:br/>
        <w:t>vt 0.114938 0.032504</w:t>
        <w:br/>
        <w:t>vt 0.120341 0.013602</w:t>
        <w:br/>
        <w:t>vt 0.121354 0.013728</w:t>
        <w:br/>
        <w:t>vt 0.108919 0.017200</w:t>
        <w:br/>
        <w:t>vt 0.111436 0.016336</w:t>
        <w:br/>
        <w:t>vt 0.109059 0.032504</w:t>
        <w:br/>
        <w:t>vt 0.106722 0.017078</w:t>
        <w:br/>
        <w:t>vt 0.118065 0.014072</w:t>
        <w:br/>
        <w:t>vt 0.122781 0.013678</w:t>
        <w:br/>
        <w:t>vt 0.125479 0.011406</w:t>
        <w:br/>
        <w:t>vt 0.128502 0.032504</w:t>
        <w:br/>
        <w:t>vt 0.128390 0.009809</w:t>
        <w:br/>
        <w:t>vt 0.138498 0.032504</w:t>
        <w:br/>
        <w:t>vt 0.138853 0.011310</w:t>
        <w:br/>
        <w:t>vt 0.140651 0.011565</w:t>
        <w:br/>
        <w:t>vt 0.142824 0.032504</w:t>
        <w:br/>
        <w:t>vt 0.131789 0.009532</w:t>
        <w:br/>
        <w:t>vt 0.134991 0.010221</w:t>
        <w:br/>
        <w:t>vt 0.137045 0.010843</w:t>
        <w:br/>
        <w:t>vt 0.143120 0.012156</w:t>
        <w:br/>
        <w:t>vt 0.144925 0.012563</w:t>
        <w:br/>
        <w:t>vt 0.148387 0.032504</w:t>
        <w:br/>
        <w:t>vt 0.148405 0.009970</w:t>
        <w:br/>
        <w:t>vt 0.149775 0.010459</w:t>
        <w:br/>
        <w:t>vt 0.155942 0.032504</w:t>
        <w:br/>
        <w:t>vt 0.147641 0.009910</w:t>
        <w:br/>
        <w:t>vt 0.151391 0.011221</w:t>
        <w:br/>
        <w:t>vt 0.152825 0.011780</w:t>
        <w:br/>
        <w:t>vt 0.153876 0.011564</w:t>
        <w:br/>
        <w:t>vt 0.155942 0.032504</w:t>
        <w:br/>
        <w:t>vt 0.154639 0.010774</w:t>
        <w:br/>
        <w:t>vt 0.155155 0.009537</w:t>
        <w:br/>
        <w:t>vt 0.158031 0.007262</w:t>
        <w:br/>
        <w:t>vt 0.166410 0.032504</w:t>
        <w:br/>
        <w:t>vt 0.162502 0.005655</w:t>
        <w:br/>
        <w:t>vt 0.166826 0.005431</w:t>
        <w:br/>
        <w:t>vt 0.175166 0.032504</w:t>
        <w:br/>
        <w:t>vt 0.170474 0.008098</w:t>
        <w:br/>
        <w:t>vt 0.171339 0.008426</w:t>
        <w:br/>
        <w:t>vt 0.172784 0.007332</w:t>
        <w:br/>
        <w:t>vt 0.175005 0.014816</w:t>
        <w:br/>
        <w:t>vt 0.081770 0.028169</w:t>
        <w:br/>
        <w:t>vt 0.080808 0.022620</w:t>
        <w:br/>
        <w:t>vt 0.084683 0.021520</w:t>
        <w:br/>
        <w:t>vt 0.086387 0.027713</w:t>
        <w:br/>
        <w:t>vt 0.146470 0.010692</w:t>
        <w:br/>
        <w:t>vt 0.146470 0.010692</w:t>
        <w:br/>
        <w:t>vt 0.148387 0.032504</w:t>
        <w:br/>
        <w:t>vt 0.177371 0.021886</w:t>
        <w:br/>
        <w:t>vt 0.188581 0.032504</w:t>
        <w:br/>
        <w:t>vt 0.179954 0.032504</w:t>
        <w:br/>
        <w:t>vt 0.175166 0.032504</w:t>
        <w:br/>
        <w:t>vt 0.169492 0.006783</w:t>
        <w:br/>
        <w:t>vt 0.172784 0.007332</w:t>
        <w:br/>
        <w:t>vt 0.174188 0.006027</w:t>
        <w:br/>
        <w:t>vt 0.178046 0.004285</w:t>
        <w:br/>
        <w:t>vt 0.183528 0.002599</w:t>
        <w:br/>
        <w:t>vt 0.188577 0.001925</w:t>
        <w:br/>
        <w:t>vt 0.171339 0.008426</w:t>
        <w:br/>
        <w:t>vt 0.137906 0.011164</w:t>
        <w:br/>
        <w:t>vt 0.114831 0.015095</w:t>
        <w:br/>
        <w:t>vt 0.088633 0.021001</w:t>
        <w:br/>
        <w:t>vt 0.089577 0.027778</w:t>
        <w:br/>
        <w:t>vt 0.090907 0.032504</w:t>
        <w:br/>
        <w:t>vt 0.085865 0.032504</w:t>
        <w:br/>
        <w:t>vt 0.081395 0.017461</w:t>
        <w:br/>
        <w:t>vt 0.088086 0.016121</w:t>
        <w:br/>
        <w:t>vt 0.097010 0.014842</w:t>
        <w:br/>
        <w:t>vt 0.080158 0.018709</w:t>
        <w:br/>
        <w:t>vt 0.193616 0.011697</w:t>
        <w:br/>
        <w:t>vt 0.199481 0.013065</w:t>
        <w:br/>
        <w:t>vt 0.196669 0.020163</w:t>
        <w:br/>
        <w:t>vt 0.191470 0.019839</w:t>
        <w:br/>
        <w:t>vt 0.275320 0.014987</w:t>
        <w:br/>
        <w:t>vt 0.279563 0.024266</w:t>
        <w:br/>
        <w:t>vt 0.276712 0.032504</w:t>
        <w:br/>
        <w:t>vt 0.272081 0.016340</w:t>
        <w:br/>
        <w:t>vt 0.273716 0.015642</w:t>
        <w:br/>
        <w:t>vt 0.256182 0.013609</w:t>
        <w:br/>
        <w:t>vt 0.261599 0.032504</w:t>
        <w:br/>
        <w:t>vt 0.256536 0.032504</w:t>
        <w:br/>
        <w:t>vt 0.255197 0.013731</w:t>
        <w:br/>
        <w:t>vt 0.267434 0.032504</w:t>
        <w:br/>
        <w:t>vt 0.265027 0.016342</w:t>
        <w:br/>
        <w:t>vt 0.267525 0.017194</w:t>
        <w:br/>
        <w:t>vt 0.269719 0.017066</w:t>
        <w:br/>
        <w:t>vt 0.258434 0.014081</w:t>
        <w:br/>
        <w:t>vt 0.253797 0.013677</w:t>
        <w:br/>
        <w:t>vt 0.248088 0.032504</w:t>
        <w:br/>
        <w:t>vt 0.251131 0.011404</w:t>
        <w:br/>
        <w:t>vt 0.248256 0.009805</w:t>
        <w:br/>
        <w:t>vt 0.238240 0.032504</w:t>
        <w:br/>
        <w:t>vt 0.233962 0.032504</w:t>
        <w:br/>
        <w:t>vt 0.236352 0.011584</w:t>
        <w:br/>
        <w:t>vt 0.238076 0.011322</w:t>
        <w:br/>
        <w:t>vt 0.244895 0.009518</w:t>
        <w:br/>
        <w:t>vt 0.241732 0.010202</w:t>
        <w:br/>
        <w:t>vt 0.239738 0.010837</w:t>
        <w:br/>
        <w:t>vt 0.228465 0.032504</w:t>
        <w:br/>
        <w:t>vt 0.232174 0.012585</w:t>
        <w:br/>
        <w:t>vt 0.233954 0.012177</w:t>
        <w:br/>
        <w:t>vt 0.228685 0.010008</w:t>
        <w:br/>
        <w:t>vt 0.220994 0.032504</w:t>
        <w:br/>
        <w:t>vt 0.227311 0.010498</w:t>
        <w:br/>
        <w:t>vt 0.229459 0.009935</w:t>
        <w:br/>
        <w:t>vt 0.225691 0.011252</w:t>
        <w:br/>
        <w:t>vt 0.224253 0.011802</w:t>
        <w:br/>
        <w:t>vt 0.220994 0.032504</w:t>
        <w:br/>
        <w:t>vt 0.223203 0.011579</w:t>
        <w:br/>
        <w:t>vt 0.221935 0.009555</w:t>
        <w:br/>
        <w:t>vt 0.222445 0.010786</w:t>
        <w:br/>
        <w:t>vt 0.210618 0.032504</w:t>
        <w:br/>
        <w:t>vt 0.219072 0.007280</w:t>
        <w:br/>
        <w:t>vt 0.210300 0.005434</w:t>
        <w:br/>
        <w:t>vt 0.214614 0.005667</w:t>
        <w:br/>
        <w:t>vt 0.201950 0.032504</w:t>
        <w:br/>
        <w:t>vt 0.205808 0.008430</w:t>
        <w:br/>
        <w:t>vt 0.206666 0.008102</w:t>
        <w:br/>
        <w:t>vt 0.202141 0.014817</w:t>
        <w:br/>
        <w:t>vt 0.204366 0.007334</w:t>
        <w:br/>
        <w:t>vt 0.294590 0.028260</w:t>
        <w:br/>
        <w:t>vt 0.289989 0.027750</w:t>
        <w:br/>
        <w:t>vt 0.291766 0.021575</w:t>
        <w:br/>
        <w:t>vt 0.295625 0.022760</w:t>
        <w:br/>
        <w:t>vt 0.230635 0.010714</w:t>
        <w:br/>
        <w:t>vt 0.228465 0.032504</w:t>
        <w:br/>
        <w:t>vt 0.230635 0.010714</w:t>
        <w:br/>
        <w:t>vt 0.199773 0.021885</w:t>
        <w:br/>
        <w:t>vt 0.197218 0.032504</w:t>
        <w:br/>
        <w:t>vt 0.201950 0.032504</w:t>
        <w:br/>
        <w:t>vt 0.207641 0.006785</w:t>
        <w:br/>
        <w:t>vt 0.202965 0.006029</w:t>
        <w:br/>
        <w:t>vt 0.204366 0.007334</w:t>
        <w:br/>
        <w:t>vt 0.199107 0.004286</w:t>
        <w:br/>
        <w:t>vt 0.193626 0.002599</w:t>
        <w:br/>
        <w:t>vt 0.205808 0.008430</w:t>
        <w:br/>
        <w:t>vt 0.238951 0.011170</w:t>
        <w:br/>
        <w:t>vt 0.261654 0.015103</w:t>
        <w:br/>
        <w:t>vt 0.287819 0.021028</w:t>
        <w:br/>
        <w:t>vt 0.286818 0.027794</w:t>
        <w:br/>
        <w:t>vt 0.285424 0.032504</w:t>
        <w:br/>
        <w:t>vt 0.290465 0.032504</w:t>
        <w:br/>
        <w:t>vt 0.288417 0.016155</w:t>
        <w:br/>
        <w:t>vt 0.295136 0.017592</w:t>
        <w:br/>
        <w:t>vt 0.279469 0.014831</w:t>
        <w:br/>
        <w:t>vt 0.296369 0.018890</w:t>
        <w:br/>
        <w:t>vt 0.015213 0.235269</w:t>
        <w:br/>
        <w:t>vt 0.015584 0.224878</w:t>
        <w:br/>
        <w:t>vt 0.028296 0.227709</w:t>
        <w:br/>
        <w:t>vt 0.027017 0.237878</w:t>
        <w:br/>
        <w:t>vt 0.028709 0.218949</w:t>
        <w:br/>
        <w:t>vt 0.015286 0.218951</w:t>
        <w:br/>
        <w:t>vt 0.280871 0.817010</w:t>
        <w:br/>
        <w:t>vt 0.305023 0.817590</w:t>
        <w:br/>
        <w:t>vt 0.303629 0.840611</w:t>
        <w:br/>
        <w:t>vt 0.280931 0.840201</w:t>
        <w:br/>
        <w:t>vt 0.293238 0.786157</w:t>
        <w:br/>
        <w:t>vt 0.341085 0.793091</w:t>
        <w:br/>
        <w:t>vt 0.329217 0.819459</w:t>
        <w:br/>
        <w:t>vt 0.329933 0.790582</w:t>
        <w:br/>
        <w:t>vt 0.421838 0.809987</w:t>
        <w:br/>
        <w:t>vt 0.428907 0.814786</w:t>
        <w:br/>
        <w:t>vt 0.420734 0.841579</w:t>
        <w:br/>
        <w:t>vt 0.445376 0.827394</w:t>
        <w:br/>
        <w:t>vt 0.449762 0.832683</w:t>
        <w:br/>
        <w:t>vt 0.440667 0.852149</w:t>
        <w:br/>
        <w:t>vt 0.458347 0.843620</w:t>
        <w:br/>
        <w:t>vt 0.032032 0.394818</w:t>
        <w:br/>
        <w:t>vt 0.017160 0.400719</w:t>
        <w:br/>
        <w:t>vt 0.003095 0.399803</w:t>
        <w:br/>
        <w:t>vt 0.003095 0.392896</w:t>
        <w:br/>
        <w:t>vt 0.031222 0.387291</w:t>
        <w:br/>
        <w:t>vt 0.031863 0.390903</w:t>
        <w:br/>
        <w:t>vt 0.003095 0.381154</w:t>
        <w:br/>
        <w:t>vt 0.003095 0.372837</w:t>
        <w:br/>
        <w:t>vt 0.032011 0.366537</w:t>
        <w:br/>
        <w:t>vt 0.003095 0.354084</w:t>
        <w:br/>
        <w:t>vt 0.033412 0.349994</w:t>
        <w:br/>
        <w:t>vt 0.033650 0.354121</w:t>
        <w:br/>
        <w:t>vt 0.003095 0.363762</w:t>
        <w:br/>
        <w:t>vt 0.030581 0.373385</w:t>
        <w:br/>
        <w:t>vt 0.029623 0.378573</w:t>
        <w:br/>
        <w:t>vt 0.030170 0.382877</w:t>
        <w:br/>
        <w:t>vt 0.033203 0.359677</w:t>
        <w:br/>
        <w:t>vt 0.033337 0.345621</w:t>
        <w:br/>
        <w:t>vt 0.003095 0.344156</w:t>
        <w:br/>
        <w:t>vt 0.035941 0.339628</w:t>
        <w:br/>
        <w:t>vt 0.003095 0.337928</w:t>
        <w:br/>
        <w:t>vt 0.037368 0.333035</w:t>
        <w:br/>
        <w:t>vt 0.003095 0.308866</w:t>
        <w:br/>
        <w:t>vt 0.029815 0.308095</w:t>
        <w:br/>
        <w:t>vt 0.030656 0.310705</w:t>
        <w:br/>
        <w:t>vt 0.003095 0.314611</w:t>
        <w:br/>
        <w:t>vt 0.036628 0.325869</w:t>
        <w:br/>
        <w:t>vt 0.003095 0.332758</w:t>
        <w:br/>
        <w:t>vt 0.034078 0.319517</w:t>
        <w:br/>
        <w:t>vt 0.003095 0.322109</w:t>
        <w:br/>
        <w:t>vt 0.032284 0.315369</w:t>
        <w:br/>
        <w:t>vt 0.028807 0.302569</w:t>
        <w:br/>
        <w:t>vt 0.029037 0.304866</w:t>
        <w:br/>
        <w:t>vt 0.003095 0.299351</w:t>
        <w:br/>
        <w:t>vt 0.033770 0.293669</w:t>
        <w:br/>
        <w:t>vt 0.003095 0.286740</w:t>
        <w:br/>
        <w:t>vt 0.033699 0.290335</w:t>
        <w:br/>
        <w:t>vt 0.033194 0.296560</w:t>
        <w:br/>
        <w:t>vt 0.003095 0.292939</w:t>
        <w:br/>
        <w:t>vt 0.032948 0.287222</w:t>
        <w:br/>
        <w:t>vt 0.032076 0.284762</w:t>
        <w:br/>
        <w:t>vt 0.003095 0.280592</w:t>
        <w:br/>
        <w:t>vt 0.032051 0.282784</w:t>
        <w:br/>
        <w:t>vt 0.033980 0.277698</w:t>
        <w:br/>
        <w:t>vt 0.032799 0.280440</w:t>
        <w:br/>
        <w:t>vt 0.003095 0.274535</w:t>
        <w:br/>
        <w:t>vt 0.036143 0.271548</w:t>
        <w:br/>
        <w:t>vt 0.003095 0.259006</w:t>
        <w:br/>
        <w:t>vt 0.037988 0.256786</w:t>
        <w:br/>
        <w:t>vt 0.037752 0.263992</w:t>
        <w:br/>
        <w:t>vt 0.003095 0.265425</w:t>
        <w:br/>
        <w:t>vt 0.003095 0.246741</w:t>
        <w:br/>
        <w:t>vt 0.035997 0.245727</w:t>
        <w:br/>
        <w:t>vt 0.035802 0.248123</w:t>
        <w:br/>
        <w:t>vt 0.035997 0.245727</w:t>
        <w:br/>
        <w:t>vt 0.025036 0.242520</w:t>
        <w:br/>
        <w:t>vt 0.036933 0.243983</w:t>
        <w:br/>
        <w:t>vt 0.313985 0.788348</w:t>
        <w:br/>
        <w:t>vt 0.376844 0.826732</w:t>
        <w:br/>
        <w:t>vt 0.383712 0.808692</w:t>
        <w:br/>
        <w:t>vt 0.392730 0.813364</w:t>
        <w:br/>
        <w:t>vt 0.399364 0.832491</w:t>
        <w:br/>
        <w:t>vt 0.412395 0.805619</w:t>
        <w:br/>
        <w:t>vt 0.401024 0.800920</w:t>
        <w:br/>
        <w:t>vt 0.435370 0.820294</w:t>
        <w:br/>
        <w:t>vt 0.306218 0.787011</w:t>
        <w:br/>
        <w:t>vt 0.463864 0.848806</w:t>
        <w:br/>
        <w:t>vt 0.470966 0.858562</w:t>
        <w:br/>
        <w:t>vt 0.463276 0.867507</w:t>
        <w:br/>
        <w:t>vt 0.010212 0.426057</w:t>
        <w:br/>
        <w:t>vt 0.011618 0.418961</w:t>
        <w:br/>
        <w:t>vt 0.020373 0.421682</w:t>
        <w:br/>
        <w:t>vt 0.018573 0.428125</w:t>
        <w:br/>
        <w:t>vt 0.031522 0.299462</w:t>
        <w:br/>
        <w:t>vt 0.353315 0.822604</w:t>
        <w:br/>
        <w:t>vt 0.360616 0.798792</w:t>
        <w:br/>
        <w:t>vt 0.028807 0.302569</w:t>
        <w:br/>
        <w:t>vt 0.003095 0.299351</w:t>
        <w:br/>
        <w:t>vt 0.031522 0.299462</w:t>
        <w:br/>
        <w:t>vt 0.004750 0.218952</w:t>
        <w:br/>
        <w:t>vt 0.003095 0.234088</w:t>
        <w:br/>
        <w:t>vt 0.003095 0.218952</w:t>
        <w:br/>
        <w:t>vt 0.013310 0.242024</w:t>
        <w:br/>
        <w:t>vt 0.004750 0.218952</w:t>
        <w:br/>
        <w:t>vt 0.003095 0.246741</w:t>
        <w:br/>
        <w:t>vt 0.038525 0.241889</w:t>
        <w:br/>
        <w:t>vt 0.036933 0.243983</w:t>
        <w:br/>
        <w:t>vt 0.042378 0.227107</w:t>
        <w:br/>
        <w:t>vt 0.040525 0.235854</w:t>
        <w:br/>
        <w:t>vt 0.043132 0.218945</w:t>
        <w:br/>
        <w:t>vt 0.280821 0.786468</w:t>
        <w:br/>
        <w:t>vt 0.036822 0.251353</w:t>
        <w:br/>
        <w:t>vt 0.003095 0.280592</w:t>
        <w:br/>
        <w:t>vt 0.366325 0.800603</w:t>
        <w:br/>
        <w:t>vt 0.031404 0.312885</w:t>
        <w:br/>
        <w:t>vt 0.021446 0.414993</w:t>
        <w:br/>
        <w:t>vt 0.012126 0.413038</w:t>
        <w:br/>
        <w:t>vt 0.003095 0.412202</w:t>
        <w:br/>
        <w:t>vt 0.003095 0.425387</w:t>
        <w:br/>
        <w:t>vt 0.003095 0.417117</w:t>
        <w:br/>
        <w:t>vt 0.028742 0.416407</w:t>
        <w:br/>
        <w:t>vt 0.026317 0.427630</w:t>
        <w:br/>
        <w:t>vt 0.031234 0.401942</w:t>
        <w:br/>
        <w:t>vt 0.024643 0.429568</w:t>
        <w:br/>
        <w:t>vt 0.302262 0.867958</w:t>
        <w:br/>
        <w:t>vt 0.281090 0.867706</w:t>
        <w:br/>
        <w:t>vt 0.326536 0.841739</w:t>
        <w:br/>
        <w:t>vt 0.323477 0.868428</w:t>
        <w:br/>
        <w:t>vt 0.346203 0.870304</w:t>
        <w:br/>
        <w:t>vt 0.349821 0.844364</w:t>
        <w:br/>
        <w:t>vt 0.371650 0.847189</w:t>
        <w:br/>
        <w:t>vt 0.366227 0.873309</w:t>
        <w:br/>
        <w:t>vt 0.385964 0.876539</w:t>
        <w:br/>
        <w:t>vt 0.393052 0.851556</w:t>
        <w:br/>
        <w:t>vt 0.404134 0.882164</w:t>
        <w:br/>
        <w:t>vt 0.413149 0.859295</w:t>
        <w:br/>
        <w:t>vt 0.421662 0.890366</w:t>
        <w:br/>
        <w:t>vt 0.432132 0.868569</w:t>
        <w:br/>
        <w:t>vt 0.440582 0.902063</w:t>
        <w:br/>
        <w:t>vt 0.453159 0.880870</w:t>
        <w:br/>
        <w:t>vt 0.297897 0.985935</w:t>
        <w:br/>
        <w:t>vt 0.281430 0.985935</w:t>
        <w:br/>
        <w:t>vt 0.281449 0.961492</w:t>
        <w:br/>
        <w:t>vt 0.298401 0.961172</w:t>
        <w:br/>
        <w:t>vt 0.322071 0.961379</w:t>
        <w:br/>
        <w:t>vt 0.322996 0.985935</w:t>
        <w:br/>
        <w:t>vt 0.343752 0.962002</w:t>
        <w:br/>
        <w:t>vt 0.345621 0.985935</w:t>
        <w:br/>
        <w:t>vt 0.362925 0.963124</w:t>
        <w:br/>
        <w:t>vt 0.365159 0.985935</w:t>
        <w:br/>
        <w:t>vt 0.378654 0.964377</w:t>
        <w:br/>
        <w:t>vt 0.380682 0.985935</w:t>
        <w:br/>
        <w:t>vt 0.390250 0.976471</w:t>
        <w:br/>
        <w:t>vt 0.383071 0.964678</w:t>
        <w:br/>
        <w:t>vt 0.391265 0.966297</w:t>
        <w:br/>
        <w:t>vt 0.400310 0.985935</w:t>
        <w:br/>
        <w:t>vt 0.402469 0.969888</w:t>
        <w:br/>
        <w:t>vt 0.406628 0.968709</w:t>
        <w:br/>
        <w:t>vt 0.430275 0.918194</w:t>
        <w:br/>
        <w:t>vt 0.415777 0.909437</w:t>
        <w:br/>
        <w:t>vt 0.407685 0.905185</w:t>
        <w:br/>
        <w:t>vt 0.399109 0.902471</w:t>
        <w:br/>
        <w:t>vt 0.381586 0.897709</w:t>
        <w:br/>
        <w:t>vt 0.362476 0.894970</w:t>
        <w:br/>
        <w:t>vt 0.342791 0.892007</w:t>
        <w:br/>
        <w:t>vt 0.322175 0.891540</w:t>
        <w:br/>
        <w:t>vt 0.301657 0.891197</w:t>
        <w:br/>
        <w:t>vt 0.281275 0.890745</w:t>
        <w:br/>
        <w:t>vt 0.418494 0.934079</w:t>
        <w:br/>
        <w:t>vt 0.410255 0.928692</w:t>
        <w:br/>
        <w:t>vt 0.395431 0.923033</w:t>
        <w:br/>
        <w:t>vt 0.387044 0.898659</w:t>
        <w:br/>
        <w:t>vt 0.361057 0.917085</w:t>
        <w:br/>
        <w:t>vt 0.378374 0.920043</w:t>
        <w:br/>
        <w:t>vt 0.341459 0.916206</w:t>
        <w:br/>
        <w:t>vt 0.321278 0.916007</w:t>
        <w:br/>
        <w:t>vt 0.300864 0.915681</w:t>
        <w:br/>
        <w:t>vt 0.281684 0.914978</w:t>
        <w:br/>
        <w:t>vt 0.405099 0.949800</w:t>
        <w:br/>
        <w:t>vt 0.411224 0.952894</w:t>
        <w:br/>
        <w:t>vt 0.391882 0.944846</w:t>
        <w:br/>
        <w:t>vt 0.388966 0.921190</w:t>
        <w:br/>
        <w:t>vt 0.377726 0.942944</w:t>
        <w:br/>
        <w:t>vt 0.360813 0.942078</w:t>
        <w:br/>
        <w:t>vt 0.321374 0.940965</w:t>
        <w:br/>
        <w:t>vt 0.341591 0.941443</w:t>
        <w:br/>
        <w:t>vt 0.299311 0.940465</w:t>
        <w:br/>
        <w:t>vt 0.378264 0.957200</w:t>
        <w:br/>
        <w:t>vt 0.369854 0.941653</w:t>
        <w:br/>
        <w:t>vt 0.298940 0.947772</w:t>
        <w:br/>
        <w:t>vt 0.281508 0.940068</w:t>
        <w:br/>
        <w:t>vt 0.375335 0.785261</w:t>
        <w:br/>
        <w:t>vt 0.380494 0.787638</w:t>
        <w:br/>
        <w:t>vt 0.370113 0.782910</w:t>
        <w:br/>
        <w:t>vt 0.363072 0.779998</w:t>
        <w:br/>
        <w:t>vt 0.356007 0.777375</w:t>
        <w:br/>
        <w:t>vt 0.348659 0.774563</w:t>
        <w:br/>
        <w:t>vt 0.341153 0.772074</w:t>
        <w:br/>
        <w:t>vt 0.334357 0.770543</w:t>
        <w:br/>
        <w:t>vt 0.324983 0.768220</w:t>
        <w:br/>
        <w:t>vt 0.319265 0.766650</w:t>
        <w:br/>
        <w:t>vt 0.307156 0.763045</w:t>
        <w:br/>
        <w:t>vt 0.297820 0.760395</w:t>
        <w:br/>
        <w:t>vt 0.280756 0.763029</w:t>
        <w:br/>
        <w:t>vt 0.015210 0.202635</w:t>
        <w:br/>
        <w:t>vt 0.027010 0.200024</w:t>
        <w:br/>
        <w:t>vt 0.028292 0.210190</w:t>
        <w:br/>
        <w:t>vt 0.015583 0.213024</w:t>
        <w:br/>
        <w:t>vt 0.235206 0.841945</w:t>
        <w:br/>
        <w:t>vt 0.232510 0.819528</w:t>
        <w:br/>
        <w:t>vt 0.256831 0.817858</w:t>
        <w:br/>
        <w:t>vt 0.258258 0.840531</w:t>
        <w:br/>
        <w:t>vt 0.179383 0.848664</w:t>
        <w:br/>
        <w:t>vt 0.173510 0.829277</w:t>
        <w:br/>
        <w:t>vt 0.185113 0.827010</w:t>
        <w:br/>
        <w:t>vt 0.190369 0.847316</w:t>
        <w:br/>
        <w:t>vt 0.129611 0.868809</w:t>
        <w:br/>
        <w:t>vt 0.121014 0.852389</w:t>
        <w:br/>
        <w:t>vt 0.141032 0.842172</w:t>
        <w:br/>
        <w:t>vt 0.148666 0.859936</w:t>
        <w:br/>
        <w:t>vt 0.268401 0.786214</w:t>
        <w:br/>
        <w:t>vt 0.220585 0.793277</w:t>
        <w:br/>
        <w:t>vt 0.231729 0.790760</w:t>
        <w:br/>
        <w:t>vt 0.167740 0.798308</w:t>
        <w:br/>
        <w:t>vt 0.168952 0.813555</w:t>
        <w:br/>
        <w:t>vt 0.160663 0.801299</w:t>
        <w:br/>
        <w:t>vt 0.139828 0.810282</w:t>
        <w:br/>
        <w:t>vt 0.132766 0.815065</w:t>
        <w:br/>
        <w:t>vt 0.116336 0.827657</w:t>
        <w:br/>
        <w:t>vt 0.111955 0.832938</w:t>
        <w:br/>
        <w:t>vt 0.103373 0.843852</w:t>
        <w:br/>
        <w:t>vt 0.032030 0.043072</w:t>
        <w:br/>
        <w:t>vt 0.003095 0.038090</w:t>
        <w:br/>
        <w:t>vt 0.017158 0.037173</w:t>
        <w:br/>
        <w:t>vt 0.003095 0.044999</w:t>
        <w:br/>
        <w:t>vt 0.031861 0.046991</w:t>
        <w:br/>
        <w:t>vt 0.031221 0.050600</w:t>
        <w:br/>
        <w:t>vt 0.003095 0.056743</w:t>
        <w:br/>
        <w:t>vt 0.032014 0.071363</w:t>
        <w:br/>
        <w:t>vt 0.003095 0.065063</w:t>
        <w:br/>
        <w:t>vt 0.033654 0.083785</w:t>
        <w:br/>
        <w:t>vt 0.033416 0.087915</w:t>
        <w:br/>
        <w:t>vt 0.003095 0.083823</w:t>
        <w:br/>
        <w:t>vt 0.003095 0.074141</w:t>
        <w:br/>
        <w:t>vt 0.029623 0.059322</w:t>
        <w:br/>
        <w:t>vt 0.030583 0.064513</w:t>
        <w:br/>
        <w:t>vt 0.030169 0.055019</w:t>
        <w:br/>
        <w:t>vt 0.033207 0.078226</w:t>
        <w:br/>
        <w:t>vt 0.033341 0.092289</w:t>
        <w:br/>
        <w:t>vt 0.035945 0.098285</w:t>
        <w:br/>
        <w:t>vt 0.003095 0.093754</w:t>
        <w:br/>
        <w:t>vt 0.003095 0.099984</w:t>
        <w:br/>
        <w:t>vt 0.037372 0.104880</w:t>
        <w:br/>
        <w:t>vt 0.003095 0.129054</w:t>
        <w:br/>
        <w:t>vt 0.003095 0.123308</w:t>
        <w:br/>
        <w:t>vt 0.030657 0.127222</w:t>
        <w:br/>
        <w:t>vt 0.029815 0.129831</w:t>
        <w:br/>
        <w:t>vt 0.036634 0.112049</w:t>
        <w:br/>
        <w:t>vt 0.034084 0.118403</w:t>
        <w:br/>
        <w:t>vt 0.003095 0.105155</w:t>
        <w:br/>
        <w:t>vt 0.032289 0.122555</w:t>
        <w:br/>
        <w:t>vt 0.003095 0.115808</w:t>
        <w:br/>
        <w:t>vt 0.029034 0.133062</w:t>
        <w:br/>
        <w:t>vt 0.028801 0.135358</w:t>
        <w:br/>
        <w:t>vt 0.003095 0.138569</w:t>
        <w:br/>
        <w:t>vt 0.033759 0.144255</w:t>
        <w:br/>
        <w:t>vt 0.033687 0.147589</w:t>
        <w:br/>
        <w:t>vt 0.003095 0.151178</w:t>
        <w:br/>
        <w:t>vt 0.003095 0.144980</w:t>
        <w:br/>
        <w:t>vt 0.033183 0.141366</w:t>
        <w:br/>
        <w:t>vt 0.032937 0.150700</w:t>
        <w:br/>
        <w:t>vt 0.032065 0.153158</w:t>
        <w:br/>
        <w:t>vt 0.003095 0.157325</w:t>
        <w:br/>
        <w:t>vt 0.032040 0.155136</w:t>
        <w:br/>
        <w:t>vt 0.032787 0.157479</w:t>
        <w:br/>
        <w:t>vt 0.033968 0.160220</w:t>
        <w:br/>
        <w:t>vt 0.003095 0.163380</w:t>
        <w:br/>
        <w:t>vt 0.036131 0.166367</w:t>
        <w:br/>
        <w:t>vt 0.037740 0.173920</w:t>
        <w:br/>
        <w:t>vt 0.037974 0.181124</w:t>
        <w:br/>
        <w:t>vt 0.003095 0.178905</w:t>
        <w:br/>
        <w:t>vt 0.003095 0.172487</w:t>
        <w:br/>
        <w:t>vt 0.003095 0.191166</w:t>
        <w:br/>
        <w:t>vt 0.035788 0.189782</w:t>
        <w:br/>
        <w:t>vt 0.035984 0.192176</w:t>
        <w:br/>
        <w:t>vt 0.035984 0.192176</w:t>
        <w:br/>
        <w:t>vt 0.036920 0.193918</w:t>
        <w:br/>
        <w:t>vt 0.025028 0.195383</w:t>
        <w:br/>
        <w:t>vt 0.247660 0.788469</w:t>
        <w:br/>
        <w:t>vt 0.172121 0.795445</w:t>
        <w:br/>
        <w:t>vt 0.178132 0.808945</w:t>
        <w:br/>
        <w:t>vt 0.181193 0.787966</w:t>
        <w:br/>
        <w:t>vt 0.195418 0.800811</w:t>
        <w:br/>
        <w:t>vt 0.149266 0.805942</w:t>
        <w:br/>
        <w:t>vt 0.162433 0.832704</w:t>
        <w:br/>
        <w:t>vt 0.126313 0.820559</w:t>
        <w:br/>
        <w:t>vt 0.255423 0.787120</w:t>
        <w:br/>
        <w:t>vt 0.097866 0.849025</w:t>
        <w:br/>
        <w:t>vt 0.098489 0.867697</w:t>
        <w:br/>
        <w:t>vt 0.090776 0.858759</w:t>
        <w:br/>
        <w:t>vt 0.020367 0.016209</w:t>
        <w:br/>
        <w:t>vt 0.011614 0.018933</w:t>
        <w:br/>
        <w:t>vt 0.010206 0.011839</w:t>
        <w:br/>
        <w:t>vt 0.018566 0.009767</w:t>
        <w:br/>
        <w:t>vt 0.031512 0.138464</w:t>
        <w:br/>
        <w:t>vt 0.208630 0.822807</w:t>
        <w:br/>
        <w:t>vt 0.201106 0.798998</w:t>
        <w:br/>
        <w:t>vt 0.028801 0.135358</w:t>
        <w:br/>
        <w:t>vt 0.031512 0.138464</w:t>
        <w:br/>
        <w:t>vt 0.003095 0.138569</w:t>
        <w:br/>
        <w:t>vt 0.003095 0.203817</w:t>
        <w:br/>
        <w:t>vt 0.013308 0.195881</w:t>
        <w:br/>
        <w:t>vt 0.003095 0.191166</w:t>
        <w:br/>
        <w:t>vt 0.036808 0.186553</w:t>
        <w:br/>
        <w:t>vt 0.036920 0.193918</w:t>
        <w:br/>
        <w:t>vt 0.038512 0.196010</w:t>
        <w:br/>
        <w:t>vt 0.040514 0.202041</w:t>
        <w:br/>
        <w:t>vt 0.042372 0.210784</w:t>
        <w:br/>
        <w:t>vt 0.003095 0.157325</w:t>
        <w:br/>
        <w:t>vt 0.031406 0.125038</w:t>
        <w:br/>
        <w:t>vt 0.021441 0.022897</w:t>
        <w:br/>
        <w:t>vt 0.012123 0.024854</w:t>
        <w:br/>
        <w:t>vt 0.003095 0.025691</w:t>
        <w:br/>
        <w:t>vt 0.003095 0.020777</w:t>
        <w:br/>
        <w:t>vt 0.003095 0.012510</w:t>
        <w:br/>
        <w:t>vt 0.026310 0.010259</w:t>
        <w:br/>
        <w:t>vt 0.028737 0.021482</w:t>
        <w:br/>
        <w:t>vt 0.031231 0.035948</w:t>
        <w:br/>
        <w:t>vt 0.024635 0.008321</w:t>
        <w:br/>
        <w:t>vt 0.259878 0.867871</w:t>
        <w:br/>
        <w:t>vt 0.238135 0.868280</w:t>
        <w:br/>
        <w:t>vt 0.216729 0.870571</w:t>
        <w:br/>
        <w:t>vt 0.212580 0.844252</w:t>
        <w:br/>
        <w:t>vt 0.196143 0.873229</w:t>
        <w:br/>
        <w:t>vt 0.176396 0.876361</w:t>
        <w:br/>
        <w:t>vt 0.157767 0.883080</w:t>
        <w:br/>
        <w:t>vt 0.168859 0.851456</w:t>
        <w:br/>
        <w:t>vt 0.140235 0.890310</w:t>
        <w:br/>
        <w:t>vt 0.121341 0.902076</w:t>
        <w:br/>
        <w:t>vt 0.108668 0.881022</w:t>
        <w:br/>
        <w:t>vt 0.265302 0.985935</w:t>
        <w:br/>
        <w:t>vt 0.264547 0.961299</w:t>
        <w:br/>
        <w:t>vt 0.242069 0.985935</w:t>
        <w:br/>
        <w:t>vt 0.242144 0.961729</w:t>
        <w:br/>
        <w:t>vt 0.220914 0.985935</w:t>
        <w:br/>
        <w:t>vt 0.221745 0.967535</w:t>
        <w:br/>
        <w:t>vt 0.201707 0.973233</w:t>
        <w:br/>
        <w:t>vt 0.201048 0.985935</w:t>
        <w:br/>
        <w:t>vt 0.183832 0.985935</w:t>
        <w:br/>
        <w:t>vt 0.170724 0.985935</w:t>
        <w:br/>
        <w:t>vt 0.185358 0.975302</w:t>
        <w:br/>
        <w:t>vt 0.159609 0.968700</w:t>
        <w:br/>
        <w:t>vt 0.172266 0.966790</w:t>
        <w:br/>
        <w:t>vt 0.160203 0.985935</w:t>
        <w:br/>
        <w:t>vt 0.160203 0.985935</w:t>
        <w:br/>
        <w:t>vt 0.153659 0.969088</w:t>
        <w:br/>
        <w:t>vt 0.159609 0.968700</w:t>
        <w:br/>
        <w:t>vt 0.146659 0.909113</w:t>
        <w:br/>
        <w:t>vt 0.131651 0.918124</w:t>
        <w:br/>
        <w:t>vt 0.162418 0.902825</w:t>
        <w:br/>
        <w:t>vt 0.180071 0.897911</w:t>
        <w:br/>
        <w:t>vt 0.171020 0.899836</w:t>
        <w:br/>
        <w:t>vt 0.198781 0.895006</w:t>
        <w:br/>
        <w:t>vt 0.218609 0.892244</w:t>
        <w:br/>
        <w:t>vt 0.239656 0.891221</w:t>
        <w:br/>
        <w:t>vt 0.229131 0.891096</w:t>
        <w:br/>
        <w:t>vt 0.238802 0.878272</w:t>
        <w:br/>
        <w:t>vt 0.261128 0.890928</w:t>
        <w:br/>
        <w:t>vt 0.151865 0.928611</w:t>
        <w:br/>
        <w:t>vt 0.143326 0.934060</w:t>
        <w:br/>
        <w:t>vt 0.166050 0.923227</w:t>
        <w:br/>
        <w:t>vt 0.182672 0.919576</w:t>
        <w:br/>
        <w:t>vt 0.200364 0.916938</w:t>
        <w:br/>
        <w:t>vt 0.220012 0.915223</w:t>
        <w:br/>
        <w:t>vt 0.210164 0.915732</w:t>
        <w:br/>
        <w:t>vt 0.219362 0.903278</w:t>
        <w:br/>
        <w:t>vt 0.240531 0.915678</w:t>
        <w:br/>
        <w:t>vt 0.262628 0.914035</w:t>
        <w:br/>
        <w:t>vt 0.250961 0.914861</w:t>
        <w:br/>
        <w:t>vt 0.156622 0.949113</w:t>
        <w:br/>
        <w:t>vt 0.150174 0.952921</w:t>
        <w:br/>
        <w:t>vt 0.169418 0.944958</w:t>
        <w:br/>
        <w:t>vt 0.184343 0.941993</w:t>
        <w:br/>
        <w:t>vt 0.201929 0.940934</w:t>
        <w:br/>
        <w:t>vt 0.192843 0.940717</w:t>
        <w:br/>
        <w:t>vt 0.201134 0.928925</w:t>
        <w:br/>
        <w:t>vt 0.241786 0.939338</w:t>
        <w:br/>
        <w:t>vt 0.230834 0.940278</w:t>
        <w:br/>
        <w:t>vt 0.240891 0.926579</w:t>
        <w:br/>
        <w:t>vt 0.263834 0.939813</w:t>
        <w:br/>
        <w:t>vt 0.185884 0.964220</w:t>
        <w:br/>
        <w:t>vt 0.185020 0.953004</w:t>
        <w:br/>
        <w:t>vt 0.202454 0.962548</w:t>
        <w:br/>
        <w:t>vt 0.202355 0.952350</w:t>
        <w:br/>
        <w:t>vt 0.222044 0.962216</w:t>
        <w:br/>
        <w:t>vt 0.212760 0.962648</w:t>
        <w:br/>
        <w:t>vt 0.221653 0.950909</w:t>
        <w:br/>
        <w:t>vt 0.186342 0.785574</w:t>
        <w:br/>
        <w:t>vt 0.191552 0.783209</w:t>
        <w:br/>
        <w:t>vt 0.198576 0.780282</w:t>
        <w:br/>
        <w:t>vt 0.205622 0.777642</w:t>
        <w:br/>
        <w:t>vt 0.212949 0.774816</w:t>
        <w:br/>
        <w:t>vt 0.220436 0.772309</w:t>
        <w:br/>
        <w:t>vt 0.227219 0.770759</w:t>
        <w:br/>
        <w:t>vt 0.236572 0.768407</w:t>
        <w:br/>
        <w:t>vt 0.242277 0.766818</w:t>
        <w:br/>
        <w:t>vt 0.254359 0.763168</w:t>
        <w:br/>
        <w:t>vt 0.263677 0.760476</w:t>
        <w:br/>
        <w:t>vt 0.389588 0.795083</w:t>
        <w:br/>
        <w:t>vt 0.393970 0.797926</w:t>
        <w:br/>
        <w:t>vt 0.220866 0.940791</w:t>
        <w:br/>
        <w:t>vt 0.220247 0.926893</w:t>
        <w:br/>
        <w:t>vt 0.391503 0.985935</w:t>
        <w:br/>
        <w:t>vt 0.972178 0.655397</w:t>
        <w:br/>
        <w:t>vt 0.972179 0.651695</w:t>
        <w:br/>
        <w:t>vt 0.975096 0.651663</w:t>
        <w:br/>
        <w:t>vt 0.975096 0.655658</w:t>
        <w:br/>
        <w:t>vt 0.975097 0.612818</w:t>
        <w:br/>
        <w:t>vt 0.975097 0.616876</w:t>
        <w:br/>
        <w:t>vt 0.972179 0.616762</w:t>
        <w:br/>
        <w:t>vt 0.972179 0.612686</w:t>
        <w:br/>
        <w:t>vt 0.975096 0.642198</w:t>
        <w:br/>
        <w:t>vt 0.972179 0.642304</w:t>
        <w:br/>
        <w:t>vt 0.972178 0.636665</w:t>
        <w:br/>
        <w:t>vt 0.975097 0.636572</w:t>
        <w:br/>
        <w:t>vt 0.972179 0.646793</w:t>
        <w:br/>
        <w:t>vt 0.975096 0.646806</w:t>
        <w:br/>
        <w:t>vt 0.975096 0.622421</w:t>
        <w:br/>
        <w:t>vt 0.972179 0.622410</w:t>
        <w:br/>
        <w:t>vt 0.972179 0.601345</w:t>
        <w:br/>
        <w:t>vt 0.975096 0.601376</w:t>
        <w:br/>
        <w:t>vt 0.975097 0.608232</w:t>
        <w:br/>
        <w:t>vt 0.972179 0.608216</w:t>
        <w:br/>
        <w:t>vt 0.972178 0.594710</w:t>
        <w:br/>
        <w:t>vt 0.975096 0.594697</w:t>
        <w:br/>
        <w:t>vt 0.972178 0.570004</w:t>
        <w:br/>
        <w:t>vt 0.972179 0.566311</w:t>
        <w:br/>
        <w:t>vt 0.975096 0.566363</w:t>
        <w:br/>
        <w:t>vt 0.975096 0.570030</w:t>
        <w:br/>
        <w:t>vt 0.975096 0.580802</w:t>
        <w:br/>
        <w:t>vt 0.975096 0.587603</w:t>
        <w:br/>
        <w:t>vt 0.972178 0.587626</w:t>
        <w:br/>
        <w:t>vt 0.972179 0.580792</w:t>
        <w:br/>
        <w:t>vt 0.975096 0.575968</w:t>
        <w:br/>
        <w:t>vt 0.972179 0.575786</w:t>
        <w:br/>
        <w:t>vt 0.975096 0.558546</w:t>
        <w:br/>
        <w:t>vt 0.975096 0.561878</w:t>
        <w:br/>
        <w:t>vt 0.972178 0.561931</w:t>
        <w:br/>
        <w:t>vt 0.972178 0.558679</w:t>
        <w:br/>
        <w:t>vt 0.975097 0.542700</w:t>
        <w:br/>
        <w:t>vt 0.975097 0.546533</w:t>
        <w:br/>
        <w:t>vt 0.972178 0.546316</w:t>
        <w:br/>
        <w:t>vt 0.972179 0.542694</w:t>
        <w:br/>
        <w:t>vt 0.975096 0.549793</w:t>
        <w:br/>
        <w:t>vt 0.972179 0.549529</w:t>
        <w:br/>
        <w:t>vt 0.975096 0.539022</w:t>
        <w:br/>
        <w:t>vt 0.972178 0.539057</w:t>
        <w:br/>
        <w:t>vt 0.972178 0.535857</w:t>
        <w:br/>
        <w:t>vt 0.975096 0.535841</w:t>
        <w:br/>
        <w:t>vt 0.972178 0.533375</w:t>
        <w:br/>
        <w:t>vt 0.975096 0.533388</w:t>
        <w:br/>
        <w:t>vt 0.975096 0.527801</w:t>
        <w:br/>
        <w:t>vt 0.975097 0.530727</w:t>
        <w:br/>
        <w:t>vt 0.972179 0.530719</w:t>
        <w:br/>
        <w:t>vt 0.972178 0.527708</w:t>
        <w:br/>
        <w:t>vt 0.975096 0.520705</w:t>
        <w:br/>
        <w:t>vt 0.972178 0.520703</w:t>
        <w:br/>
        <w:t>vt 0.972178 0.504780</w:t>
        <w:br/>
        <w:t>vt 0.975096 0.504831</w:t>
        <w:br/>
        <w:t>vt 0.975096 0.512444</w:t>
        <w:br/>
        <w:t>vt 0.972178 0.512450</w:t>
        <w:br/>
        <w:t>vt 0.975096 0.492801</w:t>
        <w:br/>
        <w:t>vt 0.975096 0.495519</w:t>
        <w:br/>
        <w:t>vt 0.972178 0.495538</w:t>
        <w:br/>
        <w:t>vt 0.972178 0.492848</w:t>
        <w:br/>
        <w:t>vt 0.972178 0.489601</w:t>
        <w:br/>
        <w:t>vt 0.975096 0.489643</w:t>
        <w:br/>
        <w:t>vt 0.972178 0.701245</w:t>
        <w:br/>
        <w:t>vt 0.975097 0.701247</w:t>
        <w:br/>
        <w:t>vt 0.975097 0.710652</w:t>
        <w:br/>
        <w:t>vt 0.972178 0.710639</w:t>
        <w:br/>
        <w:t>vt 0.975097 0.553194</w:t>
        <w:br/>
        <w:t>vt 0.972178 0.553234</w:t>
        <w:br/>
        <w:t>vt 0.972178 0.553234</w:t>
        <w:br/>
        <w:t>vt 0.975096 0.499054</w:t>
        <w:br/>
        <w:t>vt 0.972178 0.499023</w:t>
        <w:br/>
        <w:t>vt 0.972178 0.486235</w:t>
        <w:br/>
        <w:t>vt 0.975096 0.486306</w:t>
        <w:br/>
        <w:t>vt 0.972178 0.469586</w:t>
        <w:br/>
        <w:t>vt 0.975096 0.469546</w:t>
        <w:br/>
        <w:t>vt 0.975096 0.479067</w:t>
        <w:br/>
        <w:t>vt 0.972178 0.479076</w:t>
        <w:br/>
        <w:t>vt 0.972179 0.572814</w:t>
        <w:br/>
        <w:t>vt 0.975096 0.573027</w:t>
        <w:br/>
        <w:t>vt 0.975096 0.629416</w:t>
        <w:br/>
        <w:t>vt 0.972179 0.629413</w:t>
        <w:br/>
        <w:t>vt 0.975096 0.659268</w:t>
        <w:br/>
        <w:t>vt 0.972179 0.659134</w:t>
        <w:br/>
        <w:t>vt 0.973637 0.721915</w:t>
        <w:br/>
        <w:t>vt 0.975096 0.692196</w:t>
        <w:br/>
        <w:t>vt 0.972179 0.692229</w:t>
        <w:br/>
        <w:t>vt 0.972179 0.681162</w:t>
        <w:br/>
        <w:t>vt 0.975097 0.681153</w:t>
        <w:br/>
        <w:t>vt 0.975096 0.694863</w:t>
        <w:br/>
        <w:t>vt 0.972178 0.694852</w:t>
        <w:br/>
        <w:t>vt 0.972179 0.666318</w:t>
        <w:br/>
        <w:t>vt 0.975096 0.666275</w:t>
        <w:br/>
        <w:t>vt 0.026292 0.958934</w:t>
        <w:br/>
        <w:t>vt 0.028657 0.961067</w:t>
        <w:br/>
        <w:t>vt 0.030409 0.961208</w:t>
        <w:br/>
        <w:t>vt 0.023580 0.957391</w:t>
        <w:br/>
        <w:t>vt 0.550715 0.288596</w:t>
        <w:br/>
        <w:t>vt 0.559392 0.289015</w:t>
        <w:br/>
        <w:t>vt 0.558832 0.293933</w:t>
        <w:br/>
        <w:t>vt 0.549973 0.293617</w:t>
        <w:br/>
        <w:t>vt 0.557161 0.283189</w:t>
        <w:br/>
        <w:t>vt 0.559392 0.289015</w:t>
        <w:br/>
        <w:t>vt 0.550715 0.288596</w:t>
        <w:br/>
        <w:t>vt 0.548706 0.285123</w:t>
        <w:br/>
        <w:t>vt 0.019052 0.957969</w:t>
        <w:br/>
        <w:t>vt 0.021395 0.958178</w:t>
        <w:br/>
        <w:t>vt 0.560399 0.298937</w:t>
        <w:br/>
        <w:t>vt 0.551171 0.297335</w:t>
        <w:br/>
        <w:t>vt 0.576843 0.299300</w:t>
        <w:br/>
        <w:t>vt 0.576424 0.294723</w:t>
        <w:br/>
        <w:t>vt 0.585512 0.295071</w:t>
        <w:br/>
        <w:t>vt 0.585512 0.299563</w:t>
        <w:br/>
        <w:t>vt 0.552925 0.300640</w:t>
        <w:br/>
        <w:t>vt 0.546291 0.280551</w:t>
        <w:br/>
        <w:t>vt 0.544493 0.276781</w:t>
        <w:br/>
        <w:t>vt 0.555096 0.277134</w:t>
        <w:br/>
        <w:t>vt 0.553907 0.303470</w:t>
        <w:br/>
        <w:t>vt 0.561601 0.303431</w:t>
        <w:br/>
        <w:t>vt 0.561375 0.307025</w:t>
        <w:br/>
        <w:t>vt 0.553565 0.306877</w:t>
        <w:br/>
        <w:t>vt 0.560479 0.310016</w:t>
        <w:br/>
        <w:t>vt 0.552291 0.309738</w:t>
        <w:br/>
        <w:t>vt 0.585512 0.304524</w:t>
        <w:br/>
        <w:t>vt 0.577078 0.303939</w:t>
        <w:br/>
        <w:t>vt 0.559824 0.312752</w:t>
        <w:br/>
        <w:t>vt 0.551363 0.312408</w:t>
        <w:br/>
        <w:t>vt 0.552518 0.317047</w:t>
        <w:br/>
        <w:t>vt 0.560577 0.317078</w:t>
        <w:br/>
        <w:t>vt 0.554879 0.321483</w:t>
        <w:br/>
        <w:t>vt 0.562113 0.321304</w:t>
        <w:br/>
        <w:t>vt 0.576800 0.316048</w:t>
        <w:br/>
        <w:t>vt 0.576919 0.309502</w:t>
        <w:br/>
        <w:t>vt 0.585512 0.310453</w:t>
        <w:br/>
        <w:t>vt 0.585512 0.317132</w:t>
        <w:br/>
        <w:t>vt 0.544493 0.276781</w:t>
        <w:br/>
        <w:t>vt 0.544631 0.274613</w:t>
        <w:br/>
        <w:t>vt 0.555211 0.274966</w:t>
        <w:br/>
        <w:t>vt 0.555096 0.277134</w:t>
        <w:br/>
        <w:t>vt 0.555381 0.263893</w:t>
        <w:br/>
        <w:t>vt 0.555217 0.270947</w:t>
        <w:br/>
        <w:t>vt 0.544496 0.267527</w:t>
        <w:br/>
        <w:t>vt 0.544981 0.271844</w:t>
        <w:br/>
        <w:t>vt 0.576916 0.323517</w:t>
        <w:br/>
        <w:t>vt 0.585512 0.324070</w:t>
        <w:br/>
        <w:t>vt 0.556639 0.330115</w:t>
        <w:br/>
        <w:t>vt 0.563253 0.329897</w:t>
        <w:br/>
        <w:t>vt 0.562607 0.333011</w:t>
        <w:br/>
        <w:t>vt 0.555571 0.333102</w:t>
        <w:br/>
        <w:t>vt 0.556590 0.325758</w:t>
        <w:br/>
        <w:t>vt 0.563236 0.325462</w:t>
        <w:br/>
        <w:t>vt 0.561872 0.336218</w:t>
        <w:br/>
        <w:t>vt 0.554417 0.336309</w:t>
        <w:br/>
        <w:t>vt 0.585512 0.331671</w:t>
        <w:br/>
        <w:t>vt 0.577099 0.331378</w:t>
        <w:br/>
        <w:t>vt 0.561304 0.340389</w:t>
        <w:br/>
        <w:t>vt 0.553604 0.340482</w:t>
        <w:br/>
        <w:t>vt 0.560392 0.344130</w:t>
        <w:br/>
        <w:t>vt 0.552559 0.344200</w:t>
        <w:br/>
        <w:t>vt 0.559269 0.348188</w:t>
        <w:br/>
        <w:t>vt 0.551058 0.347959</w:t>
        <w:br/>
        <w:t>vt 0.577120 0.336222</w:t>
        <w:br/>
        <w:t>vt 0.585512 0.336444</w:t>
        <w:br/>
        <w:t>vt 0.585512 0.342053</w:t>
        <w:br/>
        <w:t>vt 0.576530 0.342044</w:t>
        <w:br/>
        <w:t>vt 0.585512 0.348210</w:t>
        <w:br/>
        <w:t>vt 0.575746 0.348263</w:t>
        <w:br/>
        <w:t>vt 0.006443 0.978226</w:t>
        <w:br/>
        <w:t>vt 0.005731 0.975773</w:t>
        <w:br/>
        <w:t>vt 0.557751 0.352386</w:t>
        <w:br/>
        <w:t>vt 0.548910 0.351953</w:t>
        <w:br/>
        <w:t>vt 0.556480 0.357609</w:t>
        <w:br/>
        <w:t>vt 0.546937 0.357289</w:t>
        <w:br/>
        <w:t>vt 0.008371 0.980202</w:t>
        <w:br/>
        <w:t>vt 0.575815 0.364438</w:t>
        <w:br/>
        <w:t>vt 0.575574 0.358208</w:t>
        <w:br/>
        <w:t>vt 0.585512 0.358532</w:t>
        <w:br/>
        <w:t>vt 0.585512 0.365522</w:t>
        <w:br/>
        <w:t>vt 0.555635 0.364095</w:t>
        <w:br/>
        <w:t>vt 0.545721 0.363793</w:t>
        <w:br/>
        <w:t>vt 0.545721 0.363793</w:t>
        <w:br/>
        <w:t>vt 0.555635 0.364095</w:t>
        <w:br/>
        <w:t>vt 0.554515 0.366313</w:t>
        <w:br/>
        <w:t>vt 0.544293 0.365957</w:t>
        <w:br/>
        <w:t>vt 0.544266 0.368605</w:t>
        <w:br/>
        <w:t>vt 0.554523 0.368664</w:t>
        <w:br/>
        <w:t>vt 0.545005 0.372275</w:t>
        <w:br/>
        <w:t>vt 0.555163 0.372003</w:t>
        <w:br/>
        <w:t>vt 0.545505 0.376983</w:t>
        <w:br/>
        <w:t>vt 0.555635 0.378119</w:t>
        <w:br/>
        <w:t>vt 0.010185 0.984616</w:t>
        <w:br/>
        <w:t>vt 0.010275 0.982700</w:t>
        <w:br/>
        <w:t>vt 0.575107 0.366388</w:t>
        <w:br/>
        <w:t>vt 0.575815 0.364438</w:t>
        <w:br/>
        <w:t>vt 0.585512 0.365522</w:t>
        <w:br/>
        <w:t>vt 0.545277 0.381371</w:t>
        <w:br/>
        <w:t>vt 0.545467 0.386972</w:t>
        <w:br/>
        <w:t>vt 0.585512 0.375357</w:t>
        <w:br/>
        <w:t>vt 0.575997 0.376120</w:t>
        <w:br/>
        <w:t>vt 0.013843 0.959725</w:t>
        <w:br/>
        <w:t>vt 0.016484 0.958184</w:t>
        <w:br/>
        <w:t>vt 0.012637 0.986675</w:t>
        <w:br/>
        <w:t>vt 0.007049 0.969974</w:t>
        <w:br/>
        <w:t>vt 0.006996 0.967550</w:t>
        <w:br/>
        <w:t>vt 0.006163 0.972670</w:t>
        <w:br/>
        <w:t>vt 0.585512 0.279095</w:t>
        <w:br/>
        <w:t>vt 0.585512 0.284967</w:t>
        <w:br/>
        <w:t>vt 0.576178 0.284250</w:t>
        <w:br/>
        <w:t>vt 0.575965 0.278338</w:t>
        <w:br/>
        <w:t>vt 0.585512 0.275884</w:t>
        <w:br/>
        <w:t>vt 0.576014 0.274876</w:t>
        <w:br/>
        <w:t>vt 0.585512 0.290721</w:t>
        <w:br/>
        <w:t>vt 0.576261 0.290123</w:t>
        <w:br/>
        <w:t>vt 0.011517 0.962205</w:t>
        <w:br/>
        <w:t>vt 0.008495 0.964023</w:t>
        <w:br/>
        <w:t>vt 0.585512 0.353197</w:t>
        <w:br/>
        <w:t>vt 0.575420 0.352952</w:t>
        <w:br/>
        <w:t>vt 0.585512 0.369484</w:t>
        <w:br/>
        <w:t>vt 0.575118 0.369700</w:t>
        <w:br/>
        <w:t>vt 0.585512 0.268797</w:t>
        <w:br/>
        <w:t>vt 0.567913 0.289544</w:t>
        <w:br/>
        <w:t>vt 0.566735 0.283634</w:t>
        <w:br/>
        <w:t>vt 0.567650 0.294338</w:t>
        <w:br/>
        <w:t>vt 0.567913 0.289544</w:t>
        <w:br/>
        <w:t>vt 0.568633 0.299033</w:t>
        <w:br/>
        <w:t>vt 0.569353 0.303462</w:t>
        <w:br/>
        <w:t>vt 0.568962 0.308663</w:t>
        <w:br/>
        <w:t>vt 0.568634 0.315028</w:t>
        <w:br/>
        <w:t>vt 0.569833 0.323091</w:t>
        <w:br/>
        <w:t>vt 0.570030 0.331130</w:t>
        <w:br/>
        <w:t>vt 0.569507 0.336044</w:t>
        <w:br/>
        <w:t>vt 0.568682 0.342076</w:t>
        <w:br/>
        <w:t>vt 0.567488 0.348297</w:t>
        <w:br/>
        <w:t>vt 0.566544 0.352685</w:t>
        <w:br/>
        <w:t>vt 0.566007 0.357845</w:t>
        <w:br/>
        <w:t>vt 0.565712 0.364292</w:t>
        <w:br/>
        <w:t>vt 0.564796 0.366380</w:t>
        <w:br/>
        <w:t>vt 0.565712 0.364292</w:t>
        <w:br/>
        <w:t>vt 0.564734 0.368517</w:t>
        <w:br/>
        <w:t>vt 0.565232 0.371533</w:t>
        <w:br/>
        <w:t>vt 0.565839 0.377014</w:t>
        <w:br/>
        <w:t>vt 0.565631 0.272260</w:t>
        <w:br/>
        <w:t>vt 0.565673 0.275693</w:t>
        <w:br/>
        <w:t>vt 0.565540 0.277717</w:t>
        <w:br/>
        <w:t>vt 0.978344 0.453149</w:t>
        <w:br/>
        <w:t>vt 0.978344 0.435098</w:t>
        <w:br/>
        <w:t>vt 0.981789 0.435356</w:t>
        <w:br/>
        <w:t>vt 0.981789 0.453326</w:t>
        <w:br/>
        <w:t>vt 0.978344 0.422578</w:t>
        <w:br/>
        <w:t>vt 0.981789 0.422630</w:t>
        <w:br/>
        <w:t>vt 0.981788 0.465482</w:t>
        <w:br/>
        <w:t>vt 0.978344 0.465450</w:t>
        <w:br/>
        <w:t>vt 0.981788 0.477605</w:t>
        <w:br/>
        <w:t>vt 0.978344 0.477608</w:t>
        <w:br/>
        <w:t>vt 0.978344 0.407117</w:t>
        <w:br/>
        <w:t>vt 0.981789 0.407135</w:t>
        <w:br/>
        <w:t>vt 0.978344 0.394411</w:t>
        <w:br/>
        <w:t>vt 0.981788 0.394192</w:t>
        <w:br/>
        <w:t>vt 0.981788 0.488358</w:t>
        <w:br/>
        <w:t>vt 0.978344 0.488289</w:t>
        <w:br/>
        <w:t>vt 0.981788 0.501265</w:t>
        <w:br/>
        <w:t>vt 0.978344 0.501253</w:t>
        <w:br/>
        <w:t>vt 0.981789 0.512023</w:t>
        <w:br/>
        <w:t>vt 0.978344 0.512048</w:t>
        <w:br/>
        <w:t>vt 0.978344 0.521065</w:t>
        <w:br/>
        <w:t>vt 0.981788 0.520902</w:t>
        <w:br/>
        <w:t>vt 0.981788 0.536461</w:t>
        <w:br/>
        <w:t>vt 0.978344 0.536505</w:t>
        <w:br/>
        <w:t>vt 0.981789 0.552508</w:t>
        <w:br/>
        <w:t>vt 0.978344 0.552524</w:t>
        <w:br/>
        <w:t>vt 0.978344 0.388096</w:t>
        <w:br/>
        <w:t>vt 0.981789 0.388292</w:t>
        <w:br/>
        <w:t>vt 0.981789 0.366742</w:t>
        <w:br/>
        <w:t>vt 0.978344 0.366820</w:t>
        <w:br/>
        <w:t>vt 0.981788 0.379907</w:t>
        <w:br/>
        <w:t>vt 0.978344 0.379887</w:t>
        <w:br/>
        <w:t>vt 0.978344 0.596039</w:t>
        <w:br/>
        <w:t>vt 0.978344 0.584846</w:t>
        <w:br/>
        <w:t>vt 0.981789 0.584801</w:t>
        <w:br/>
        <w:t>vt 0.981789 0.596163</w:t>
        <w:br/>
        <w:t>vt 0.978344 0.568717</w:t>
        <w:br/>
        <w:t>vt 0.981789 0.568699</w:t>
        <w:br/>
        <w:t>vt 0.978344 0.607383</w:t>
        <w:br/>
        <w:t>vt 0.981789 0.607360</w:t>
        <w:br/>
        <w:t>vt 0.981788 0.621198</w:t>
        <w:br/>
        <w:t>vt 0.978344 0.621214</w:t>
        <w:br/>
        <w:t>vt 0.981788 0.633712</w:t>
        <w:br/>
        <w:t>vt 0.978344 0.633709</w:t>
        <w:br/>
        <w:t>vt 0.981789 0.646378</w:t>
        <w:br/>
        <w:t>vt 0.978344 0.646327</w:t>
        <w:br/>
        <w:t>vt 0.981788 0.659827</w:t>
        <w:br/>
        <w:t>vt 0.978344 0.659734</w:t>
        <w:br/>
        <w:t>vt 0.978344 0.676594</w:t>
        <w:br/>
        <w:t>vt 0.981788 0.676634</w:t>
        <w:br/>
        <w:t>vt 0.981788 0.702474</w:t>
        <w:br/>
        <w:t>vt 0.978344 0.701948</w:t>
        <w:br/>
        <w:t>vt 0.981788 0.708497</w:t>
        <w:br/>
        <w:t>vt 0.978344 0.708486</w:t>
        <w:br/>
        <w:t>vt 0.981789 0.716600</w:t>
        <w:br/>
        <w:t>vt 0.978344 0.716559</w:t>
        <w:br/>
        <w:t>vt 0.978344 0.728028</w:t>
        <w:br/>
        <w:t>vt 0.981789 0.727960</w:t>
        <w:br/>
        <w:t>vt 0.981788 0.741968</w:t>
        <w:br/>
        <w:t>vt 0.978344 0.742072</w:t>
        <w:br/>
        <w:t>vt 0.981789 0.754754</w:t>
        <w:br/>
        <w:t>vt 0.978344 0.754763</w:t>
        <w:br/>
        <w:t>vt 0.139249 0.071481</w:t>
        <w:br/>
        <w:t>vt 0.156458 0.074741</w:t>
        <w:br/>
        <w:t>vt 0.148062 0.081794</w:t>
        <w:br/>
        <w:t>vt 0.133941 0.080041</w:t>
        <w:br/>
        <w:t>vt 0.790840 0.764482</w:t>
        <w:br/>
        <w:t>vt 0.792307 0.775414</w:t>
        <w:br/>
        <w:t>vt 0.223122 0.089473</w:t>
        <w:br/>
        <w:t>vt 0.204391 0.084944</w:t>
        <w:br/>
        <w:t>vt 0.207504 0.081652</w:t>
        <w:br/>
        <w:t>vt 0.226786 0.085339</w:t>
        <w:br/>
        <w:t>vt 0.207504 0.081652</w:t>
        <w:br/>
        <w:t>vt 0.206886 0.077010</w:t>
        <w:br/>
        <w:t>vt 0.225961 0.079082</w:t>
        <w:br/>
        <w:t>vt 0.226786 0.085339</w:t>
        <w:br/>
        <w:t>vt 0.204705 0.067784</w:t>
        <w:br/>
        <w:t>vt 0.201669 0.056894</w:t>
        <w:br/>
        <w:t>vt 0.219354 0.054339</w:t>
        <w:br/>
        <w:t>vt 0.223096 0.067654</w:t>
        <w:br/>
        <w:t>vt 0.173936 0.072319</w:t>
        <w:br/>
        <w:t>vt 0.172312 0.066348</w:t>
        <w:br/>
        <w:t>vt 0.189356 0.067160</w:t>
        <w:br/>
        <w:t>vt 0.191250 0.074793</w:t>
        <w:br/>
        <w:t>vt 0.186703 0.058187</w:t>
        <w:br/>
        <w:t>vt 0.170097 0.059426</w:t>
        <w:br/>
        <w:t>vt 0.158346 0.072495</w:t>
        <w:br/>
        <w:t>vt 0.157832 0.069896</w:t>
        <w:br/>
        <w:t>vt 0.174426 0.075457</w:t>
        <w:br/>
        <w:t>vt 0.180529 0.091472</w:t>
        <w:br/>
        <w:t>vt 0.163749 0.085485</w:t>
        <w:br/>
        <w:t>vt 0.172282 0.077894</w:t>
        <w:br/>
        <w:t>vt 0.189198 0.081487</w:t>
        <w:br/>
        <w:t>vt 0.773890 0.764176</w:t>
        <w:br/>
        <w:t>vt 0.775413 0.764418</w:t>
        <w:br/>
        <w:t>vt 0.777593 0.775414</w:t>
        <w:br/>
        <w:t>vt 0.769685 0.775414</w:t>
        <w:br/>
        <w:t>vt 0.768553 0.764256</w:t>
        <w:br/>
        <w:t>vt 0.758009 0.775414</w:t>
        <w:br/>
        <w:t>vt 0.758097 0.765456</w:t>
        <w:br/>
        <w:t>vt 0.763186 0.764898</w:t>
        <w:br/>
        <w:t>vt 0.763768 0.775414</w:t>
        <w:br/>
        <w:t>vt 0.117918 0.073120</w:t>
        <w:br/>
        <w:t>vt 0.140254 0.069393</w:t>
        <w:br/>
        <w:t>vt 0.118926 0.063762</w:t>
        <w:br/>
        <w:t>vt 0.139772 0.067080</w:t>
        <w:br/>
        <w:t>vt 0.138692 0.063310</w:t>
        <w:br/>
        <w:t>vt 0.119406 0.053757</w:t>
        <w:br/>
        <w:t>vt 0.137454 0.059498</w:t>
        <w:br/>
        <w:t>vt 0.166837 0.049428</w:t>
        <w:br/>
        <w:t>vt 0.154388 0.060066</w:t>
        <w:br/>
        <w:t>vt 0.151423 0.052060</w:t>
        <w:br/>
        <w:t>vt 0.156300 0.065257</w:t>
        <w:br/>
        <w:t>vt 0.221695 0.038388</w:t>
        <w:br/>
        <w:t>vt 0.229233 0.052635</w:t>
        <w:br/>
        <w:t>vt 0.215094 0.039918</w:t>
        <w:br/>
        <w:t>vt 0.135484 0.053850</w:t>
        <w:br/>
        <w:t>vt 0.158346 0.072495</w:t>
        <w:br/>
        <w:t>vt 0.174426 0.075457</w:t>
        <w:br/>
        <w:t>vt 0.237240 0.092329</w:t>
        <w:br/>
        <w:t>vt 0.241349 0.087098</w:t>
        <w:br/>
        <w:t>vt 0.250714 0.087567</w:t>
        <w:br/>
        <w:t>vt 0.257800 0.091781</w:t>
        <w:br/>
        <w:t>vt 0.776705 0.764226</w:t>
        <w:br/>
        <w:t>vt 0.750419 0.775414</w:t>
        <w:br/>
        <w:t>vt 0.753028 0.766156</w:t>
        <w:br/>
        <w:t>vt 0.750187 0.766231</w:t>
        <w:br/>
        <w:t>vt 0.745843 0.766201</w:t>
        <w:br/>
        <w:t>vt 0.790408 0.745010</w:t>
        <w:br/>
        <w:t>vt 0.790726 0.755001</w:t>
        <w:br/>
        <w:t>vt 0.776305 0.754665</w:t>
        <w:br/>
        <w:t>vt 0.775332 0.744056</w:t>
        <w:br/>
        <w:t>vt 0.775022 0.754869</w:t>
        <w:br/>
        <w:t>vt 0.774064 0.744285</w:t>
        <w:br/>
        <w:t>vt 0.773499 0.754692</w:t>
        <w:br/>
        <w:t>vt 0.772657 0.744856</w:t>
        <w:br/>
        <w:t>vt 0.768616 0.755277</w:t>
        <w:br/>
        <w:t>vt 0.768359 0.746552</w:t>
        <w:br/>
        <w:t>vt 0.763672 0.756476</w:t>
        <w:br/>
        <w:t>vt 0.763770 0.747941</w:t>
        <w:br/>
        <w:t>vt 0.759308 0.749270</w:t>
        <w:br/>
        <w:t>vt 0.758897 0.757439</w:t>
        <w:br/>
        <w:t>vt 0.754810 0.750234</w:t>
        <w:br/>
        <w:t>vt 0.754128 0.758224</w:t>
        <w:br/>
        <w:t>vt 0.751406 0.758184</w:t>
        <w:br/>
        <w:t>vt 0.752115 0.750140</w:t>
        <w:br/>
        <w:t>vt 0.748578 0.758033</w:t>
        <w:br/>
        <w:t>vt 0.749244 0.749963</w:t>
        <w:br/>
        <w:t>vt 0.258304 0.112510</w:t>
        <w:br/>
        <w:t>vt 0.246128 0.107568</w:t>
        <w:br/>
        <w:t>vt 0.260038 0.106317</w:t>
        <w:br/>
        <w:t>vt 0.252625 0.097869</w:t>
        <w:br/>
        <w:t>vt 0.237968 0.105247</w:t>
        <w:br/>
        <w:t>vt 0.229810 0.102926</w:t>
        <w:br/>
        <w:t>vt 0.191787 0.078668</w:t>
        <w:br/>
        <w:t>vt 0.194421 0.096022</w:t>
        <w:br/>
        <w:t>vt 0.191787 0.078668</w:t>
        <w:br/>
        <w:t>vt 0.182945 0.045830</w:t>
        <w:br/>
        <w:t>vt 0.197495 0.042892</w:t>
        <w:br/>
        <w:t>vt 0.216305 0.099545</w:t>
        <w:br/>
        <w:t>vt 0.242174 0.079821</w:t>
        <w:br/>
        <w:t>vt 0.250714 0.087567</w:t>
        <w:br/>
        <w:t>vt 0.241349 0.087098</w:t>
        <w:br/>
        <w:t>vt 0.239873 0.079735</w:t>
        <w:br/>
        <w:t>vt 0.235280 0.067109</w:t>
        <w:br/>
        <w:t>vt 0.729071 0.760810</w:t>
        <w:br/>
        <w:t>vt 0.733803 0.758617</w:t>
        <w:br/>
        <w:t>vt 0.734371 0.765896</w:t>
        <w:br/>
        <w:t>vt 0.729964 0.767583</w:t>
        <w:br/>
        <w:t>vt 0.246128 0.107568</w:t>
        <w:br/>
        <w:t>vt 0.262345 0.098786</w:t>
        <w:br/>
        <w:t>vt 0.739840 0.775414</w:t>
        <w:br/>
        <w:t>vt 0.740356 0.765007</w:t>
        <w:br/>
        <w:t>vt 0.742589 0.765890</w:t>
        <w:br/>
        <w:t>vt 0.739840 0.775414</w:t>
        <w:br/>
        <w:t>vt 0.738674 0.765005</w:t>
        <w:br/>
        <w:t>vt 0.728567 0.775414</w:t>
        <w:br/>
        <w:t>vt 0.745912 0.758080</w:t>
        <w:br/>
        <w:t>vt 0.743884 0.758020</w:t>
        <w:br/>
        <w:t>vt 0.742057 0.757671</w:t>
        <w:br/>
        <w:t>vt 0.741004 0.757365</w:t>
        <w:br/>
        <w:t>vt 0.740064 0.757369</w:t>
        <w:br/>
        <w:t>vt 0.738613 0.757639</w:t>
        <w:br/>
        <w:t>vt 0.746534 0.750282</w:t>
        <w:br/>
        <w:t>vt 0.744259 0.750971</w:t>
        <w:br/>
        <w:t>vt 0.742121 0.751925</w:t>
        <w:br/>
        <w:t>vt 0.740914 0.753193</w:t>
        <w:br/>
        <w:t>vt 0.739942 0.754339</w:t>
        <w:br/>
        <w:t>vt 0.738577 0.755741</w:t>
        <w:br/>
        <w:t>vt 0.727007 0.768340</w:t>
        <w:br/>
        <w:t>vt 0.723955 0.768809</w:t>
        <w:br/>
        <w:t>vt 0.721444 0.775414</w:t>
        <w:br/>
        <w:t>vt 0.721483 0.769019</w:t>
        <w:br/>
        <w:t>vt 0.266053 0.107371</w:t>
        <w:br/>
        <w:t>vt 0.270094 0.115348</w:t>
        <w:br/>
        <w:t>vt 0.726221 0.763474</w:t>
        <w:br/>
        <w:t>vt 0.723656 0.766423</w:t>
        <w:br/>
        <w:t>vt 0.790227 0.738169</w:t>
        <w:br/>
        <w:t>vt 0.742589 0.765890</w:t>
        <w:br/>
        <w:t>vt 0.062852 0.744804</w:t>
        <w:br/>
        <w:t>vt 0.049374 0.747018</w:t>
        <w:br/>
        <w:t>vt 0.050648 0.723212</w:t>
        <w:br/>
        <w:t>vt 0.064599 0.720910</w:t>
        <w:br/>
        <w:t>vt 0.081043 0.743437</w:t>
        <w:br/>
        <w:t>vt 0.072278 0.743833</w:t>
        <w:br/>
        <w:t>vt 0.074780 0.720170</w:t>
        <w:br/>
        <w:t>vt 0.084642 0.720145</w:t>
        <w:br/>
        <w:t>vt 0.089581 0.743314</w:t>
        <w:br/>
        <w:t>vt 0.094503 0.720690</w:t>
        <w:br/>
        <w:t>vt 0.083786 0.671350</w:t>
        <w:br/>
        <w:t>vt 0.071362 0.671068</w:t>
        <w:br/>
        <w:t>vt 0.074879 0.648593</w:t>
        <w:br/>
        <w:t>vt 0.088145 0.649367</w:t>
        <w:br/>
        <w:t>vt 0.082275 0.604054</w:t>
        <w:br/>
        <w:t>vt 0.066480 0.603328</w:t>
        <w:br/>
        <w:t>vt 0.070842 0.577037</w:t>
        <w:br/>
        <w:t>vt 0.086790 0.578789</w:t>
        <w:br/>
        <w:t>vt 0.112356 0.722824</w:t>
        <w:br/>
        <w:t>vt 0.122448 0.724143</w:t>
        <w:br/>
        <w:t>vt 0.115210 0.744951</w:t>
        <w:br/>
        <w:t>vt 0.106848 0.744419</w:t>
        <w:br/>
        <w:t>vt 0.132384 0.728474</w:t>
        <w:br/>
        <w:t>vt 0.124707 0.747606</w:t>
        <w:br/>
        <w:t>vt 0.121018 0.701441</w:t>
        <w:br/>
        <w:t>vt 0.128762 0.679557</w:t>
        <w:br/>
        <w:t>vt 0.139931 0.683610</w:t>
        <w:br/>
        <w:t>vt 0.130824 0.704481</w:t>
        <w:br/>
        <w:t>vt 0.143978 0.636102</w:t>
        <w:br/>
        <w:t>vt 0.150534 0.618971</w:t>
        <w:br/>
        <w:t>vt 0.160243 0.623023</w:t>
        <w:br/>
        <w:t>vt 0.157809 0.640858</w:t>
        <w:br/>
        <w:t>vt 0.138234 0.635225</w:t>
        <w:br/>
        <w:t>vt 0.143978 0.636102</w:t>
        <w:br/>
        <w:t>vt 0.135727 0.659798</w:t>
        <w:br/>
        <w:t>vt 0.130768 0.660241</w:t>
        <w:br/>
        <w:t>vt 0.121018 0.701441</w:t>
        <w:br/>
        <w:t>vt 0.117621 0.702157</w:t>
        <w:br/>
        <w:t>vt 0.140440 0.729014</w:t>
        <w:br/>
        <w:t>vt 0.132324 0.748192</w:t>
        <w:br/>
        <w:t>vt 0.113524 0.653594</w:t>
        <w:br/>
        <w:t>vt 0.119774 0.629586</w:t>
        <w:br/>
        <w:t>vt 0.129756 0.633780</w:t>
        <w:br/>
        <w:t>vt 0.122914 0.657562</w:t>
        <w:br/>
        <w:t>vt 0.100591 0.698036</w:t>
        <w:br/>
        <w:t>vt 0.089895 0.696661</w:t>
        <w:br/>
        <w:t>vt 0.095723 0.672286</w:t>
        <w:br/>
        <w:t>vt 0.107464 0.674404</w:t>
        <w:br/>
        <w:t>vt 0.028142 0.672044</w:t>
        <w:br/>
        <w:t>vt 0.055223 0.671852</w:t>
        <w:br/>
        <w:t>vt 0.052625 0.697447</w:t>
        <w:br/>
        <w:t>vt 0.027108 0.697869</w:t>
        <w:br/>
        <w:t>vt 0.026320 0.724195</w:t>
        <w:br/>
        <w:t>vt 0.025979 0.746884</w:t>
        <w:br/>
        <w:t>vt 0.038595 0.520820</w:t>
        <w:br/>
        <w:t>vt 0.036446 0.547374</w:t>
        <w:br/>
        <w:t>vt 0.151966 0.690780</w:t>
        <w:br/>
        <w:t>vt 0.141521 0.710148</w:t>
        <w:br/>
        <w:t>vt 0.169443 0.628196</w:t>
        <w:br/>
        <w:t>vt 0.177350 0.634748</w:t>
        <w:br/>
        <w:t>vt 0.169077 0.650014</w:t>
        <w:br/>
        <w:t>vt 0.178908 0.609166</w:t>
        <w:br/>
        <w:t>vt 0.188025 0.616932</w:t>
        <w:br/>
        <w:t>vt 0.168595 0.603284</w:t>
        <w:br/>
        <w:t>vt 0.176723 0.585876</w:t>
        <w:br/>
        <w:t>vt 0.186788 0.594370</w:t>
        <w:br/>
        <w:t>vt 0.180241 0.677039</w:t>
        <w:br/>
        <w:t>vt 0.173124 0.675456</w:t>
        <w:br/>
        <w:t>vt 0.187733 0.655901</w:t>
        <w:br/>
        <w:t>vt 0.196072 0.658062</w:t>
        <w:br/>
        <w:t>vt 0.180241 0.677039</w:t>
        <w:br/>
        <w:t>vt 0.196072 0.658062</w:t>
        <w:br/>
        <w:t>vt 0.201827 0.665871</w:t>
        <w:br/>
        <w:t>vt 0.185094 0.683109</w:t>
        <w:br/>
        <w:t>vt 0.198702 0.642137</w:t>
        <w:br/>
        <w:t>vt 0.208234 0.645462</w:t>
        <w:br/>
        <w:t>vt 0.191143 0.693874</w:t>
        <w:br/>
        <w:t>vt 0.208824 0.679084</w:t>
        <w:br/>
        <w:t>vt 0.216501 0.694733</w:t>
        <w:br/>
        <w:t>vt 0.197451 0.706768</w:t>
        <w:br/>
        <w:t>vt 0.177274 0.707089</w:t>
        <w:br/>
        <w:t>vt 0.162791 0.722111</w:t>
        <w:br/>
        <w:t>vt 0.158717 0.715512</w:t>
        <w:br/>
        <w:t>vt 0.172150 0.698260</w:t>
        <w:br/>
        <w:t>vt 0.182419 0.717608</w:t>
        <w:br/>
        <w:t>vt 0.166735 0.729811</w:t>
        <w:br/>
        <w:t>vt 0.147660 0.731936</w:t>
        <w:br/>
        <w:t>vt 0.144619 0.729098</w:t>
        <w:br/>
        <w:t>vt 0.155077 0.711658</w:t>
        <w:br/>
        <w:t>vt 0.150177 0.711117</w:t>
        <w:br/>
        <w:t>vt 0.161903 0.692224</w:t>
        <w:br/>
        <w:t>vt 0.151718 0.598549</w:t>
        <w:br/>
        <w:t>vt 0.147164 0.598524</w:t>
        <w:br/>
        <w:t>vt 0.153309 0.576683</w:t>
        <w:br/>
        <w:t>vt 0.158902 0.577486</w:t>
        <w:br/>
        <w:t>vt 0.145539 0.618625</w:t>
        <w:br/>
        <w:t>vt 0.141821 0.618918</w:t>
        <w:br/>
        <w:t>vt 0.075615 0.551029</w:t>
        <w:br/>
        <w:t>vt 0.066694 0.576218</w:t>
        <w:br/>
        <w:t>vt 0.071469 0.550175</w:t>
        <w:br/>
        <w:t>vt 0.082592 0.525391</w:t>
        <w:br/>
        <w:t>vt 0.079403 0.525328</w:t>
        <w:br/>
        <w:t>vt 0.091632 0.553837</w:t>
        <w:br/>
        <w:t>vt 0.096889 0.529118</w:t>
        <w:br/>
        <w:t>vt 0.133300 0.568088</w:t>
        <w:br/>
        <w:t>vt 0.128475 0.589878</w:t>
        <w:br/>
        <w:t>vt 0.114809 0.585278</w:t>
        <w:br/>
        <w:t>vt 0.119504 0.562799</w:t>
        <w:br/>
        <w:t>vt 0.144876 0.572520</w:t>
        <w:br/>
        <w:t>vt 0.139206 0.594298</w:t>
        <w:br/>
        <w:t>vt 0.124200 0.540355</w:t>
        <w:br/>
        <w:t>vt 0.105795 0.558228</w:t>
        <w:br/>
        <w:t>vt 0.110740 0.534766</w:t>
        <w:br/>
        <w:t>vt 0.101043 0.581828</w:t>
        <w:br/>
        <w:t>vt 0.096484 0.605653</w:t>
        <w:br/>
        <w:t>vt 0.110187 0.607922</w:t>
        <w:br/>
        <w:t>vt 0.106445 0.626183</w:t>
        <w:br/>
        <w:t>vt 0.092980 0.624376</w:t>
        <w:br/>
        <w:t>vt 0.132987 0.769492</w:t>
        <w:br/>
        <w:t>vt 0.121127 0.769492</w:t>
        <w:br/>
        <w:t>vt 0.135432 0.748324</w:t>
        <w:br/>
        <w:t>vt 0.138152 0.750053</w:t>
        <w:br/>
        <w:t>vt 0.141012 0.752628</w:t>
        <w:br/>
        <w:t>vt 0.143589 0.755121</w:t>
        <w:br/>
        <w:t>vt 0.142427 0.769492</w:t>
        <w:br/>
        <w:t>vt 0.153774 0.741800</w:t>
        <w:br/>
        <w:t>vt 0.171736 0.741098</w:t>
        <w:br/>
        <w:t>vt 0.157567 0.749819</w:t>
        <w:br/>
        <w:t>vt 0.150830 0.736625</w:t>
        <w:br/>
        <w:t>vt 0.227172 0.688169</w:t>
        <w:br/>
        <w:t>vt 0.232139 0.708290</w:t>
        <w:br/>
        <w:t>vt 0.224572 0.712330</w:t>
        <w:br/>
        <w:t>vt 0.034887 0.769492</w:t>
        <w:br/>
        <w:t>vt 0.018683 0.769492</w:t>
        <w:br/>
        <w:t>vt 0.053927 0.769492</w:t>
        <w:br/>
        <w:t>vt 0.072927 0.769492</w:t>
        <w:br/>
        <w:t>vt 0.088393 0.769492</w:t>
        <w:br/>
        <w:t>vt 0.098251 0.744073</w:t>
        <w:br/>
        <w:t>vt 0.104886 0.769492</w:t>
        <w:br/>
        <w:t>vt 0.147148 0.758729</w:t>
        <w:br/>
        <w:t>vt 0.109563 0.700478</w:t>
        <w:br/>
        <w:t>vt 0.103681 0.722013</w:t>
        <w:br/>
        <w:t>vt 0.155077 0.711658</w:t>
        <w:br/>
        <w:t>vt 0.144619 0.729098</w:t>
        <w:br/>
        <w:t>vt 0.030456 0.622143</w:t>
        <w:br/>
        <w:t>vt 0.029001 0.648254</w:t>
        <w:br/>
        <w:t>vt 0.078783 0.622996</w:t>
        <w:br/>
        <w:t>vt 0.123695 0.611746</w:t>
        <w:br/>
        <w:t>vt 0.133821 0.616040</w:t>
        <w:br/>
        <w:t>vt 0.031950 0.601284</w:t>
        <w:br/>
        <w:t>vt 0.157642 0.598844</w:t>
        <w:br/>
        <w:t>vt 0.034286 0.574180</w:t>
        <w:br/>
        <w:t>vt 0.218658 0.626992</w:t>
        <w:br/>
        <w:t>vt 0.216477 0.637891</w:t>
        <w:br/>
        <w:t>vt 0.076383 0.524340</w:t>
        <w:br/>
        <w:t>vt 0.137917 0.546251</w:t>
        <w:br/>
        <w:t>vt 0.145541 0.548874</w:t>
        <w:br/>
        <w:t>vt 0.154900 0.552477</w:t>
        <w:br/>
        <w:t>vt 0.153309 0.576683</w:t>
        <w:br/>
        <w:t>vt 0.147164 0.598524</w:t>
        <w:br/>
        <w:t>vt 0.165227 0.579342</w:t>
        <w:br/>
        <w:t>vt 0.043884 0.466948</w:t>
        <w:br/>
        <w:t>vt 0.040957 0.494462</w:t>
        <w:br/>
        <w:t>vt 0.088300 0.470167</w:t>
        <w:br/>
        <w:t>vt 0.081708 0.498781</w:t>
        <w:br/>
        <w:t>vt 0.091781 0.471173</w:t>
        <w:br/>
        <w:t>vt 0.084863 0.499877</w:t>
        <w:br/>
        <w:t>vt 0.084863 0.499877</w:t>
        <w:br/>
        <w:t>vt 0.091781 0.471173</w:t>
        <w:br/>
        <w:t>vt 0.095091 0.473246</w:t>
        <w:br/>
        <w:t>vt 0.088248 0.499989</w:t>
        <w:br/>
        <w:t>vt 0.108089 0.480842</w:t>
        <w:br/>
        <w:t>vt 0.102396 0.504591</w:t>
        <w:br/>
        <w:t>vt 0.121454 0.488153</w:t>
        <w:br/>
        <w:t>vt 0.115847 0.511392</w:t>
        <w:br/>
        <w:t>vt 0.134201 0.495699</w:t>
        <w:br/>
        <w:t>vt 0.128901 0.517922</w:t>
        <w:br/>
        <w:t>vt 0.147518 0.502804</w:t>
        <w:br/>
        <w:t>vt 0.142329 0.524403</w:t>
        <w:br/>
        <w:t>vt 0.155788 0.505512</w:t>
        <w:br/>
        <w:t>vt 0.150202 0.527026</w:t>
        <w:br/>
        <w:t>vt 0.163390 0.508129</w:t>
        <w:br/>
        <w:t>vt 0.157301 0.529474</w:t>
        <w:br/>
        <w:t>vt 0.193890 0.599670</w:t>
        <w:br/>
        <w:t>vt 0.203976 0.607142</w:t>
        <w:br/>
        <w:t>vt 0.208911 0.610668</w:t>
        <w:br/>
        <w:t>vt 0.195905 0.621499</w:t>
        <w:br/>
        <w:t>vt 0.200079 0.604225</w:t>
        <w:br/>
        <w:t>vt 0.195905 0.621499</w:t>
        <w:br/>
        <w:t>vt 0.203976 0.607142</w:t>
        <w:br/>
        <w:t>vt 0.184279 0.639062</w:t>
        <w:br/>
        <w:t>vt 0.208437 0.624547</w:t>
        <w:br/>
        <w:t>vt 0.067666 0.696205</w:t>
        <w:br/>
        <w:t>vt 0.079012 0.696135</w:t>
        <w:br/>
        <w:t>vt 0.167834 0.693227</w:t>
        <w:br/>
        <w:t>vt 0.124482 0.680183</w:t>
        <w:br/>
        <w:t>vt 0.128762 0.679557</w:t>
        <w:br/>
        <w:t>vt 0.124482 0.680183</w:t>
        <w:br/>
        <w:t>vt 0.116542 0.677807</w:t>
        <w:br/>
        <w:t>vt 0.148075 0.664778</w:t>
        <w:br/>
        <w:t>vt 0.135727 0.659798</w:t>
        <w:br/>
        <w:t>vt 0.100923 0.650809</w:t>
        <w:br/>
        <w:t>vt 0.057801 0.648703</w:t>
        <w:br/>
        <w:t>vt 0.161709 0.673219</w:t>
        <w:br/>
        <w:t>vt 0.167834 0.693227</w:t>
        <w:br/>
        <w:t>vt 0.188866 0.732306</w:t>
        <w:br/>
        <w:t>vt 0.130768 0.660241</w:t>
        <w:br/>
        <w:t>vt 0.161709 0.673219</w:t>
        <w:br/>
        <w:t>vt 0.059230 0.622464</w:t>
        <w:br/>
        <w:t>vt 0.063210 0.622903</w:t>
        <w:br/>
        <w:t>vt 0.204956 0.723812</w:t>
        <w:br/>
        <w:t>vt 0.175543 0.653786</w:t>
        <w:br/>
        <w:t>vt 0.138234 0.635225</w:t>
        <w:br/>
        <w:t>vt 0.062271 0.602571</w:t>
        <w:br/>
        <w:t>vt 0.141821 0.618918</w:t>
        <w:br/>
        <w:t>vt 0.208234 0.645462</w:t>
        <w:br/>
        <w:t>vt 0.214139 0.654519</w:t>
        <w:br/>
        <w:t>vt 0.175543 0.653786</w:t>
        <w:br/>
        <w:t>vt 0.184279 0.639062</w:t>
        <w:br/>
        <w:t>vt 0.216158 0.652707</w:t>
        <w:br/>
        <w:t>vt 0.216477 0.637891</w:t>
        <w:br/>
        <w:t>vt 0.205590 0.563977</w:t>
        <w:br/>
        <w:t>vt 0.195608 0.579285</w:t>
        <w:br/>
        <w:t>vt 0.185488 0.568843</w:t>
        <w:br/>
        <w:t>vt 0.195100 0.551877</w:t>
        <w:br/>
        <w:t>vt 0.216800 0.615878</w:t>
        <w:br/>
        <w:t>vt 0.160469 0.555076</w:t>
        <w:br/>
        <w:t>vt 0.167126 0.556827</w:t>
        <w:br/>
        <w:t>vt 0.173670 0.560279</w:t>
        <w:br/>
        <w:t>vt 0.162641 0.532195</w:t>
        <w:br/>
        <w:t>vt 0.166030 0.533963</w:t>
        <w:br/>
        <w:t>vt 0.169928 0.535262</w:t>
        <w:br/>
        <w:t>vt 0.173759 0.536324</w:t>
        <w:br/>
        <w:t>vt 0.177912 0.538459</w:t>
        <w:br/>
        <w:t>vt 0.182811 0.541915</w:t>
        <w:br/>
        <w:t>vt 0.168971 0.511714</w:t>
        <w:br/>
        <w:t>vt 0.172515 0.515758</w:t>
        <w:br/>
        <w:t>vt 0.176116 0.520645</w:t>
        <w:br/>
        <w:t>vt 0.178572 0.525821</w:t>
        <w:br/>
        <w:t>vt 0.181582 0.530875</w:t>
        <w:br/>
        <w:t>vt 0.185124 0.537281</w:t>
        <w:br/>
        <w:t>vt 0.203120 0.585631</w:t>
        <w:br/>
        <w:t>vt 0.209498 0.590990</w:t>
        <w:br/>
        <w:t>vt 0.213018 0.594967</w:t>
        <w:br/>
        <w:t>vt 0.213018 0.594967</w:t>
        <w:br/>
        <w:t>vt 0.213822 0.604898</w:t>
        <w:br/>
        <w:t>vt 0.210678 0.574550</w:t>
        <w:br/>
        <w:t>vt 0.213552 0.585531</w:t>
        <w:br/>
        <w:t>vt 0.045961 0.448072</w:t>
        <w:br/>
        <w:t>vt 0.160469 0.555076</w:t>
        <w:br/>
        <w:t>vt 0.991776 0.190188</w:t>
        <w:br/>
        <w:t>vt 0.991776 0.171114</w:t>
        <w:br/>
        <w:t>vt 0.995389 0.171003</w:t>
        <w:br/>
        <w:t>vt 0.995389 0.190135</w:t>
        <w:br/>
        <w:t>vt 0.991776 0.278706</w:t>
        <w:br/>
        <w:t>vt 0.991776 0.258967</w:t>
        <w:br/>
        <w:t>vt 0.995390 0.258887</w:t>
        <w:br/>
        <w:t>vt 0.995389 0.278718</w:t>
        <w:br/>
        <w:t>vt 0.995389 0.129998</w:t>
        <w:br/>
        <w:t>vt 0.995389 0.151242</w:t>
        <w:br/>
        <w:t>vt 0.991776 0.151206</w:t>
        <w:br/>
        <w:t>vt 0.991776 0.129273</w:t>
        <w:br/>
        <w:t>vt 0.995389 0.332907</w:t>
        <w:br/>
        <w:t>vt 0.995389 0.344424</w:t>
        <w:br/>
        <w:t>vt 0.991776 0.344411</w:t>
        <w:br/>
        <w:t>vt 0.991776 0.332572</w:t>
        <w:br/>
        <w:t>vt 0.995389 0.556995</w:t>
        <w:br/>
        <w:t>vt 0.995389 0.559828</w:t>
        <w:br/>
        <w:t>vt 0.991776 0.560740</w:t>
        <w:br/>
        <w:t>vt 0.991776 0.557040</w:t>
        <w:br/>
        <w:t>vt 0.991776 0.552831</w:t>
        <w:br/>
        <w:t>vt 0.995389 0.553195</w:t>
        <w:br/>
        <w:t>vt 0.995389 0.539083</w:t>
        <w:br/>
        <w:t>vt 0.991776 0.539001</w:t>
        <w:br/>
        <w:t>vt 0.991776 0.524821</w:t>
        <w:br/>
        <w:t>vt 0.995389 0.524897</w:t>
        <w:br/>
        <w:t>vt 0.991776 0.510995</w:t>
        <w:br/>
        <w:t>vt 0.995389 0.511033</w:t>
        <w:br/>
        <w:t>vt 0.991776 0.497042</w:t>
        <w:br/>
        <w:t>vt 0.995389 0.496920</w:t>
        <w:br/>
        <w:t>vt 0.995389 0.488922</w:t>
        <w:br/>
        <w:t>vt 0.991776 0.488958</w:t>
        <w:br/>
        <w:t>vt 0.991776 0.481029</w:t>
        <w:br/>
        <w:t>vt 0.995389 0.480927</w:t>
        <w:br/>
        <w:t>vt 0.991776 0.210296</w:t>
        <w:br/>
        <w:t>vt 0.995389 0.210269</w:t>
        <w:br/>
        <w:t>vt 0.991776 0.228516</w:t>
        <w:br/>
        <w:t>vt 0.995389 0.228513</w:t>
        <w:br/>
        <w:t>vt 0.995390 0.298045</w:t>
        <w:br/>
        <w:t>vt 0.991776 0.297992</w:t>
        <w:br/>
        <w:t>vt 0.995389 0.250662</w:t>
        <w:br/>
        <w:t>vt 0.991776 0.250602</w:t>
        <w:br/>
        <w:t>vt 0.995389 0.316159</w:t>
        <w:br/>
        <w:t>vt 0.991776 0.316037</w:t>
        <w:br/>
        <w:t>vt 0.991776 0.332572</w:t>
        <w:br/>
        <w:t>vt 0.995389 0.332907</w:t>
        <w:br/>
        <w:t>vt 0.995389 0.427233</w:t>
        <w:br/>
        <w:t>vt 0.991776 0.427230</w:t>
        <w:br/>
        <w:t>vt 0.991776 0.411857</w:t>
        <w:br/>
        <w:t>vt 0.995389 0.411751</w:t>
        <w:br/>
        <w:t>vt 0.995389 0.355546</w:t>
        <w:br/>
        <w:t>vt 0.991776 0.355573</w:t>
        <w:br/>
        <w:t>vt 0.995389 0.473836</w:t>
        <w:br/>
        <w:t>vt 0.991776 0.473863</w:t>
        <w:br/>
        <w:t>vt 0.991776 0.467890</w:t>
        <w:br/>
        <w:t>vt 0.995389 0.467836</w:t>
        <w:br/>
        <w:t>vt 0.991776 0.461552</w:t>
        <w:br/>
        <w:t>vt 0.995389 0.461530</w:t>
        <w:br/>
        <w:t>vt 0.991776 0.456280</w:t>
        <w:br/>
        <w:t>vt 0.995389 0.456331</w:t>
        <w:br/>
        <w:t>vt 0.995389 0.451292</w:t>
        <w:br/>
        <w:t>vt 0.991776 0.451132</w:t>
        <w:br/>
        <w:t>vt 0.991776 0.444421</w:t>
        <w:br/>
        <w:t>vt 0.995389 0.444714</w:t>
        <w:br/>
        <w:t>vt 0.991776 0.367231</w:t>
        <w:br/>
        <w:t>vt 0.995390 0.367204</w:t>
        <w:br/>
        <w:t>vt 0.995390 0.378380</w:t>
        <w:br/>
        <w:t>vt 0.991776 0.378441</w:t>
        <w:br/>
        <w:t>vt 0.991776 0.400660</w:t>
        <w:br/>
        <w:t>vt 0.995389 0.400668</w:t>
        <w:br/>
        <w:t>vt 0.991776 0.389108</w:t>
        <w:br/>
        <w:t>vt 0.995390 0.389177</w:t>
        <w:br/>
        <w:t>vt 0.991776 0.378441</w:t>
        <w:br/>
        <w:t>vt 0.995390 0.378380</w:t>
        <w:br/>
        <w:t>vt 0.995389 0.608282</w:t>
        <w:br/>
        <w:t>vt 0.991776 0.608285</w:t>
        <w:br/>
        <w:t>vt 0.220488 0.669851</w:t>
        <w:br/>
        <w:t>vt 0.048529 0.203465</w:t>
        <w:br/>
        <w:t>vt 0.229810 0.102926</w:t>
        <w:br/>
        <w:t>vt 0.055226 0.316554</w:t>
        <w:br/>
        <w:t>vt 0.046917 0.314395</w:t>
        <w:br/>
        <w:t>vt 0.991776 0.258967</w:t>
        <w:br/>
        <w:t>vt 0.995390 0.258887</w:t>
        <w:br/>
        <w:t>vt 0.536280 0.413307</w:t>
        <w:br/>
        <w:t>vt 0.536691 0.416017</w:t>
        <w:br/>
        <w:t>vt 0.518763 0.416017</w:t>
        <w:br/>
        <w:t>vt 0.518658 0.413307</w:t>
        <w:br/>
        <w:t>vt 0.564246 0.413307</w:t>
        <w:br/>
        <w:t>vt 0.564340 0.416017</w:t>
        <w:br/>
        <w:t>vt 0.549724 0.416017</w:t>
        <w:br/>
        <w:t>vt 0.549373 0.413307</w:t>
        <w:br/>
        <w:t>vt 0.596133 0.413307</w:t>
        <w:br/>
        <w:t>vt 0.596259 0.416017</w:t>
        <w:br/>
        <w:t>vt 0.040529 0.030446</w:t>
        <w:br/>
        <w:t>vt 0.054213 0.027515</w:t>
        <w:br/>
        <w:t>vt 0.054213 0.052690</w:t>
        <w:br/>
        <w:t>vt 0.040529 0.055069</w:t>
        <w:br/>
        <w:t>vt 0.839126 0.723131</w:t>
        <w:br/>
        <w:t>vt 0.830344 0.723243</w:t>
        <w:br/>
        <w:t>vt 0.830344 0.698737</w:t>
        <w:br/>
        <w:t>vt 0.839126 0.699482</w:t>
        <w:br/>
        <w:t>vt 0.839126 0.662151</w:t>
        <w:br/>
        <w:t>vt 0.839126 0.675979</w:t>
        <w:br/>
        <w:t>vt 0.830344 0.674614</w:t>
        <w:br/>
        <w:t>vt 0.830344 0.660573</w:t>
        <w:br/>
        <w:t>vt 0.519492 0.410864</w:t>
        <w:br/>
        <w:t>vt 0.519460 0.408286</w:t>
        <w:br/>
        <w:t>vt 0.539914 0.408286</w:t>
        <w:br/>
        <w:t>vt 0.539598 0.410864</w:t>
        <w:br/>
        <w:t>vt 0.571125 0.410864</w:t>
        <w:br/>
        <w:t>vt 0.554905 0.410864</w:t>
        <w:br/>
        <w:t>vt 0.555148 0.408286</w:t>
        <w:br/>
        <w:t>vt 0.571100 0.408286</w:t>
        <w:br/>
        <w:t>vt 0.599950 0.410864</w:t>
        <w:br/>
        <w:t>vt 0.600366 0.408286</w:t>
        <w:br/>
        <w:t>vt 0.040529 0.095248</w:t>
        <w:br/>
        <w:t>vt 0.054213 0.094028</w:t>
        <w:br/>
        <w:t>vt 0.054213 0.133240</w:t>
        <w:br/>
        <w:t>vt 0.040529 0.133590</w:t>
        <w:br/>
        <w:t>vt 0.040529 0.074004</w:t>
        <w:br/>
        <w:t>vt 0.054213 0.072392</w:t>
        <w:br/>
        <w:t>vt 0.839126 0.687105</w:t>
        <w:br/>
        <w:t>vt 0.830344 0.686159</w:t>
        <w:br/>
        <w:t>vt 0.703750 0.833587</w:t>
        <w:br/>
        <w:t>vt 0.703750 0.828710</w:t>
        <w:br/>
        <w:t>vt 0.721267 0.828710</w:t>
        <w:br/>
        <w:t>vt 0.721267 0.833587</w:t>
        <w:br/>
        <w:t>vt 0.703464 0.710035</w:t>
        <w:br/>
        <w:t>vt 0.685341 0.719405</w:t>
        <w:br/>
        <w:t>vt 0.687662 0.715292</w:t>
        <w:br/>
        <w:t>vt 0.698766 0.709550</w:t>
        <w:br/>
        <w:t>vt 0.864513 0.221357</w:t>
        <w:br/>
        <w:t>vt 0.864513 0.204715</w:t>
        <w:br/>
        <w:t>vt 0.869390 0.204715</w:t>
        <w:br/>
        <w:t>vt 0.869390 0.221357</w:t>
        <w:br/>
        <w:t>vt 0.688464 0.703234</w:t>
        <w:br/>
        <w:t>vt 0.686834 0.700080</w:t>
        <w:br/>
        <w:t>vt 0.939744 0.849581</w:t>
        <w:br/>
        <w:t>vt 0.944407 0.849581</w:t>
        <w:br/>
        <w:t>vt 0.944407 0.857428</w:t>
        <w:br/>
        <w:t>vt 0.939744 0.857428</w:t>
        <w:br/>
        <w:t>vt 0.889307 0.900171</w:t>
        <w:br/>
        <w:t>vt 0.888647 0.904849</w:t>
        <w:br/>
        <w:t>vt 0.882984 0.886310</w:t>
        <w:br/>
        <w:t>vt 0.885654 0.888651</w:t>
        <w:br/>
        <w:t>vt 0.598456 0.588435</w:t>
        <w:br/>
        <w:t>vt 0.598456 0.580332</w:t>
        <w:br/>
        <w:t>vt 0.603119 0.580332</w:t>
        <w:br/>
        <w:t>vt 0.603119 0.588435</w:t>
        <w:br/>
        <w:t>vt 0.897551 0.890773</w:t>
        <w:br/>
        <w:t>vt 0.902103 0.889509</w:t>
        <w:br/>
        <w:t>vt 0.695895 0.212162</w:t>
        <w:br/>
        <w:t>vt 0.695895 0.220010</w:t>
        <w:br/>
        <w:t>vt 0.691232 0.220010</w:t>
        <w:br/>
        <w:t>vt 0.691232 0.212162</w:t>
        <w:br/>
        <w:t>vt 0.729779 0.831880</w:t>
        <w:br/>
        <w:t>vt 0.729779 0.827003</w:t>
        <w:br/>
        <w:t>vt 0.746420 0.827003</w:t>
        <w:br/>
        <w:t>vt 0.746420 0.831880</w:t>
        <w:br/>
        <w:t>vt 0.626675 0.409334</w:t>
        <w:br/>
        <w:t>vt 0.626675 0.404868</w:t>
        <w:br/>
        <w:t>vt 0.631654 0.404869</w:t>
        <w:br/>
        <w:t>vt 0.631654 0.409335</w:t>
        <w:br/>
        <w:t>vt 0.478184 0.837821</w:t>
        <w:br/>
        <w:t>vt 0.478184 0.765700</w:t>
        <w:br/>
        <w:t>vt 0.549125 0.837821</w:t>
        <w:br/>
        <w:t>vt 0.486668 0.761099</w:t>
        <w:br/>
        <w:t>vt 0.549597 0.788198</w:t>
        <w:br/>
        <w:t>vt 0.631654 0.370287</w:t>
        <w:br/>
        <w:t>vt 0.626675 0.370287</w:t>
        <w:br/>
        <w:t>vt 0.631654 0.370287</w:t>
        <w:br/>
        <w:t>vt 0.626675 0.370287</w:t>
        <w:br/>
        <w:t>vt 0.626675 0.335866</w:t>
        <w:br/>
        <w:t>vt 0.631654 0.335867</w:t>
        <w:br/>
        <w:t>vt 0.264463 0.506055</w:t>
        <w:br/>
        <w:t>vt 0.290346 0.506055</w:t>
        <w:br/>
        <w:t>vt 0.264786 0.532120</w:t>
        <w:br/>
        <w:t>vt 0.267693 0.533782</w:t>
        <w:br/>
        <w:t>vt 0.290346 0.523985</w:t>
        <w:br/>
        <w:t>vt 0.631654 0.335867</w:t>
        <w:br/>
        <w:t>vt 0.626675 0.335866</w:t>
        <w:br/>
        <w:t>vt 0.626675 0.312003</w:t>
        <w:br/>
        <w:t>vt 0.631654 0.312004</w:t>
        <w:br/>
        <w:t>vt 0.549277 0.738964</w:t>
        <w:br/>
        <w:t>vt 0.486724 0.749064</w:t>
        <w:br/>
        <w:t>vt 0.626675 0.415137</w:t>
        <w:br/>
        <w:t>vt 0.626675 0.409334</w:t>
        <w:br/>
        <w:t>vt 0.631654 0.409335</w:t>
        <w:br/>
        <w:t>vt 0.631654 0.415138</w:t>
        <w:br/>
        <w:t>vt 0.631654 0.420290</w:t>
        <w:br/>
        <w:t>vt 0.626675 0.420289</w:t>
        <w:br/>
        <w:t>vt 0.267714 0.538132</w:t>
        <w:br/>
        <w:t>vt 0.290346 0.541778</w:t>
        <w:br/>
        <w:t>vt 0.264762 0.542455</w:t>
        <w:br/>
        <w:t>vt 0.264464 0.540219</w:t>
        <w:br/>
        <w:t>vt 0.478556 0.737099</w:t>
        <w:br/>
        <w:t>vt 0.477729 0.743290</w:t>
        <w:br/>
        <w:t>vt 0.626675 0.288266</w:t>
        <w:br/>
        <w:t>vt 0.626675 0.254156</w:t>
        <w:br/>
        <w:t>vt 0.631654 0.254157</w:t>
        <w:br/>
        <w:t>vt 0.631654 0.288266</w:t>
        <w:br/>
        <w:t>vt 0.626675 0.288266</w:t>
        <w:br/>
        <w:t>vt 0.631654 0.288266</w:t>
        <w:br/>
        <w:t>vt 0.626675 0.423300</w:t>
        <w:br/>
        <w:t>vt 0.631654 0.423300</w:t>
        <w:br/>
        <w:t>vt 0.391663 0.727938</w:t>
        <w:br/>
        <w:t>vt 0.382516 0.727938</w:t>
        <w:br/>
        <w:t>vt 0.382434 0.721679</w:t>
        <w:br/>
        <w:t>vt 0.391645 0.721679</w:t>
        <w:br/>
        <w:t>vt 0.488718 0.210234</w:t>
        <w:br/>
        <w:t>vt 0.488718 0.222840</w:t>
        <w:br/>
        <w:t>vt 0.482042 0.222842</w:t>
        <w:br/>
        <w:t>vt 0.482042 0.210224</w:t>
        <w:br/>
        <w:t>vt 0.482042 0.198383</w:t>
        <w:br/>
        <w:t>vt 0.488718 0.198409</w:t>
        <w:br/>
        <w:t>vt 0.397949 0.398431</w:t>
        <w:br/>
        <w:t>vt 0.398042 0.407209</w:t>
        <w:br/>
        <w:t>vt 0.393463 0.407209</w:t>
        <w:br/>
        <w:t>vt 0.393213 0.398431</w:t>
        <w:br/>
        <w:t>vt 0.482042 0.245639</w:t>
        <w:br/>
        <w:t>vt 0.482042 0.239542</w:t>
        <w:br/>
        <w:t>vt 0.488718 0.239542</w:t>
        <w:br/>
        <w:t>vt 0.488718 0.245632</w:t>
        <w:br/>
        <w:t>vt 0.482042 0.235315</w:t>
        <w:br/>
        <w:t>vt 0.488718 0.235315</w:t>
        <w:br/>
        <w:t>vt 0.400137 0.721679</w:t>
        <w:br/>
        <w:t>vt 0.400592 0.727938</w:t>
        <w:br/>
        <w:t>vt 0.488718 0.235315</w:t>
        <w:br/>
        <w:t>vt 0.482042 0.235315</w:t>
        <w:br/>
        <w:t>vt 0.482042 0.234267</w:t>
        <w:br/>
        <w:t>vt 0.488718 0.234267</w:t>
        <w:br/>
        <w:t>vt 0.400636 0.407209</w:t>
        <w:br/>
        <w:t>vt 0.400457 0.398431</w:t>
        <w:br/>
        <w:t>vt 0.403988 0.398431</w:t>
        <w:br/>
        <w:t>vt 0.404001 0.407209</w:t>
        <w:br/>
        <w:t>vt 0.365890 0.727938</w:t>
        <w:br/>
        <w:t>vt 0.366307 0.721679</w:t>
        <w:br/>
        <w:t>vt 0.488718 0.259585</w:t>
        <w:br/>
        <w:t>vt 0.482039 0.259600</w:t>
        <w:br/>
        <w:t>vt 0.388070 0.407209</w:t>
        <w:br/>
        <w:t>vt 0.387716 0.398431</w:t>
        <w:br/>
        <w:t>vt 0.488718 0.272800</w:t>
        <w:br/>
        <w:t>vt 0.482042 0.272827</w:t>
        <w:br/>
        <w:t>vt 0.488718 0.229506</w:t>
        <w:br/>
        <w:t>vt 0.482042 0.229509</w:t>
        <w:br/>
        <w:t>vt 0.488718 0.234267</w:t>
        <w:br/>
        <w:t>vt 0.482042 0.234267</w:t>
        <w:br/>
        <w:t>vt 0.383316 0.407209</w:t>
        <w:br/>
        <w:t>vt 0.383218 0.398431</w:t>
        <w:br/>
        <w:t>vt 0.384500 0.398431</w:t>
        <w:br/>
        <w:t>vt 0.384812 0.407209</w:t>
        <w:br/>
        <w:t>vt 0.381886 0.398431</w:t>
        <w:br/>
        <w:t>vt 0.381707 0.407209</w:t>
        <w:br/>
        <w:t>vt 0.380612 0.407209</w:t>
        <w:br/>
        <w:t>vt 0.380952 0.398431</w:t>
        <w:br/>
        <w:t>vt 0.488715 0.191574</w:t>
        <w:br/>
        <w:t>vt 0.488718 0.193134</w:t>
        <w:br/>
        <w:t>vt 0.482039 0.193085</w:t>
        <w:br/>
        <w:t>vt 0.482042 0.191558</w:t>
        <w:br/>
        <w:t>vt 0.482042 0.189947</w:t>
        <w:br/>
        <w:t>vt 0.488718 0.189923</w:t>
        <w:br/>
        <w:t>vt 0.348363 0.721679</w:t>
        <w:br/>
        <w:t>vt 0.347631 0.727938</w:t>
        <w:br/>
        <w:t>vt 0.338185 0.721679</w:t>
        <w:br/>
        <w:t>vt 0.337674 0.727938</w:t>
        <w:br/>
        <w:t>vt 0.333990 0.721679</w:t>
        <w:br/>
        <w:t>vt 0.334361 0.727938</w:t>
        <w:br/>
        <w:t>vt 0.333990 0.721679</w:t>
        <w:br/>
        <w:t>vt 0.334361 0.727938</w:t>
        <w:br/>
        <w:t>vt 0.330819 0.727938</w:t>
        <w:br/>
        <w:t>vt 0.329769 0.721679</w:t>
        <w:br/>
        <w:t>vt 0.488715 0.278599</w:t>
        <w:br/>
        <w:t>vt 0.482042 0.278649</w:t>
        <w:br/>
        <w:t>vt 0.488712 0.280802</w:t>
        <w:br/>
        <w:t>vt 0.482036 0.280842</w:t>
        <w:br/>
        <w:t>vt 0.482042 0.282992</w:t>
        <w:br/>
        <w:t>vt 0.488718 0.282965</w:t>
        <w:br/>
        <w:t>vt 0.232865 0.727938</w:t>
        <w:br/>
        <w:t>vt 0.232028 0.721679</w:t>
        <w:br/>
        <w:t>vt 0.240510 0.721679</w:t>
        <w:br/>
        <w:t>vt 0.242372 0.727938</w:t>
        <w:br/>
        <w:t>vt 0.251116 0.721679</w:t>
        <w:br/>
        <w:t>vt 0.252328 0.727938</w:t>
        <w:br/>
        <w:t>vt 0.488718 0.138875</w:t>
        <w:br/>
        <w:t>vt 0.482042 0.138875</w:t>
        <w:br/>
        <w:t>vt 0.482042 0.133746</w:t>
        <w:br/>
        <w:t>vt 0.488718 0.133747</w:t>
        <w:br/>
        <w:t>vt 0.482042 0.346855</w:t>
        <w:br/>
        <w:t>vt 0.482042 0.345610</w:t>
        <w:br/>
        <w:t>vt 0.488718 0.345610</w:t>
        <w:br/>
        <w:t>vt 0.488718 0.346861</w:t>
        <w:br/>
        <w:t>vt 0.352915 0.407209</w:t>
        <w:br/>
        <w:t>vt 0.349511 0.407209</w:t>
        <w:br/>
        <w:t>vt 0.349669 0.398431</w:t>
        <w:br/>
        <w:t>vt 0.353366 0.398431</w:t>
        <w:br/>
        <w:t>vt 0.356059 0.407209</w:t>
        <w:br/>
        <w:t>vt 0.356303 0.398431</w:t>
        <w:br/>
        <w:t>vt 0.361095 0.407209</w:t>
        <w:br/>
        <w:t>vt 0.360963 0.398431</w:t>
        <w:br/>
        <w:t>vt 0.482042 0.158270</w:t>
        <w:br/>
        <w:t>vt 0.482042 0.145597</w:t>
        <w:br/>
        <w:t>vt 0.488718 0.145597</w:t>
        <w:br/>
        <w:t>vt 0.488718 0.158271</w:t>
        <w:br/>
        <w:t>vt 0.482042 0.167853</w:t>
        <w:br/>
        <w:t>vt 0.488718 0.167863</w:t>
        <w:br/>
        <w:t>vt 0.365088 0.398431</w:t>
        <w:br/>
        <w:t>vt 0.365558 0.407209</w:t>
        <w:br/>
        <w:t>vt 0.267518 0.721679</w:t>
        <w:br/>
        <w:t>vt 0.267477 0.727938</w:t>
        <w:br/>
        <w:t>vt 0.368627 0.398431</w:t>
        <w:br/>
        <w:t>vt 0.369146 0.407209</w:t>
        <w:br/>
        <w:t>vt 0.488718 0.332612</w:t>
        <w:br/>
        <w:t>vt 0.482042 0.332605</w:t>
        <w:br/>
        <w:t>vt 0.482042 0.317551</w:t>
        <w:br/>
        <w:t>vt 0.488718 0.317550</w:t>
        <w:br/>
        <w:t>vt 0.488718 0.340846</w:t>
        <w:br/>
        <w:t>vt 0.482042 0.340844</w:t>
        <w:br/>
        <w:t>vt 0.488718 0.345610</w:t>
        <w:br/>
        <w:t>vt 0.482042 0.345610</w:t>
        <w:br/>
        <w:t>vt 0.281604 0.721679</w:t>
        <w:br/>
        <w:t>vt 0.280598 0.727938</w:t>
        <w:br/>
        <w:t>vt 0.292161 0.727938</w:t>
        <w:br/>
        <w:t>vt 0.293393 0.721679</w:t>
        <w:br/>
        <w:t>vt 0.298243 0.727938</w:t>
        <w:br/>
        <w:t>vt 0.298510 0.721679</w:t>
        <w:br/>
        <w:t>vt 0.301356 0.721679</w:t>
        <w:br/>
        <w:t>vt 0.302225 0.727938</w:t>
        <w:br/>
        <w:t>vt 0.305108 0.721679</w:t>
        <w:br/>
        <w:t>vt 0.306272 0.727938</w:t>
        <w:br/>
        <w:t>vt 0.482042 0.174208</w:t>
        <w:br/>
        <w:t>vt 0.488712 0.174213</w:t>
        <w:br/>
        <w:t>vt 0.488718 0.176853</w:t>
        <w:br/>
        <w:t>vt 0.482042 0.176900</w:t>
        <w:br/>
        <w:t>vt 0.488718 0.299357</w:t>
        <w:br/>
        <w:t>vt 0.482042 0.299407</w:t>
        <w:br/>
        <w:t>vt 0.482042 0.296706</w:t>
        <w:br/>
        <w:t>vt 0.488718 0.296718</w:t>
        <w:br/>
        <w:t>vt 0.371639 0.398431</w:t>
        <w:br/>
        <w:t>vt 0.371593 0.407209</w:t>
        <w:br/>
        <w:t>vt 0.370685 0.407209</w:t>
        <w:br/>
        <w:t>vt 0.370425 0.398431</w:t>
        <w:br/>
        <w:t>vt 0.372894 0.398431</w:t>
        <w:br/>
        <w:t>vt 0.372731 0.407209</w:t>
        <w:br/>
        <w:t>vt 0.374083 0.398431</w:t>
        <w:br/>
        <w:t>vt 0.373957 0.407209</w:t>
        <w:br/>
        <w:t>vt 0.482042 0.295590</w:t>
        <w:br/>
        <w:t>vt 0.488718 0.295548</w:t>
        <w:br/>
        <w:t>vt 0.482042 0.294042</w:t>
        <w:br/>
        <w:t>vt 0.488718 0.294020</w:t>
        <w:br/>
        <w:t>vt 0.488718 0.306591</w:t>
        <w:br/>
        <w:t>vt 0.482042 0.306632</w:t>
        <w:br/>
        <w:t>vt 0.488718 0.284152</w:t>
        <w:br/>
        <w:t>vt 0.482042 0.284220</w:t>
        <w:br/>
        <w:t>vt 0.488718 0.285359</w:t>
        <w:br/>
        <w:t>vt 0.482042 0.285403</w:t>
        <w:br/>
        <w:t>vt 0.326352 0.727938</w:t>
        <w:br/>
        <w:t>vt 0.325096 0.721679</w:t>
        <w:br/>
        <w:t>vt 0.327480 0.721679</w:t>
        <w:br/>
        <w:t>vt 0.328786 0.727938</w:t>
        <w:br/>
        <w:t>vt 0.323500 0.727938</w:t>
        <w:br/>
        <w:t>vt 0.322342 0.721679</w:t>
        <w:br/>
        <w:t>vt 0.488718 0.286705</w:t>
        <w:br/>
        <w:t>vt 0.482042 0.286713</w:t>
        <w:br/>
        <w:t>vt 0.482042 0.288215</w:t>
        <w:br/>
        <w:t>vt 0.488718 0.288216</w:t>
        <w:br/>
        <w:t>vt 0.320534 0.727938</w:t>
        <w:br/>
        <w:t>vt 0.319332 0.721679</w:t>
        <w:br/>
        <w:t>vt 0.482036 0.289784</w:t>
        <w:br/>
        <w:t>vt 0.488718 0.289784</w:t>
        <w:br/>
        <w:t>vt 0.377551 0.398431</w:t>
        <w:br/>
        <w:t>vt 0.378644 0.398431</w:t>
        <w:br/>
        <w:t>vt 0.378459 0.407209</w:t>
        <w:br/>
        <w:t>vt 0.377346 0.407209</w:t>
        <w:br/>
        <w:t>vt 0.376387 0.398431</w:t>
        <w:br/>
        <w:t>vt 0.376169 0.407209</w:t>
        <w:br/>
        <w:t>vt 0.488712 0.291250</w:t>
        <w:br/>
        <w:t>vt 0.482036 0.291228</w:t>
        <w:br/>
        <w:t>vt 0.379807 0.398431</w:t>
        <w:br/>
        <w:t>vt 0.379551 0.407209</w:t>
        <w:br/>
        <w:t>vt 0.488718 0.187753</w:t>
        <w:br/>
        <w:t>vt 0.488715 0.188819</w:t>
        <w:br/>
        <w:t>vt 0.482042 0.188830</w:t>
        <w:br/>
        <w:t>vt 0.482039 0.187755</w:t>
        <w:br/>
        <w:t>vt 0.482042 0.186682</w:t>
        <w:br/>
        <w:t>vt 0.488715 0.186698</w:t>
        <w:br/>
        <w:t>vt 0.488718 0.178379</w:t>
        <w:br/>
        <w:t>vt 0.482042 0.178417</w:t>
        <w:br/>
        <w:t>vt 0.488718 0.179968</w:t>
        <w:br/>
        <w:t>vt 0.482042 0.179994</w:t>
        <w:br/>
        <w:t>vt 0.375036 0.407209</w:t>
        <w:br/>
        <w:t>vt 0.375137 0.398431</w:t>
        <w:br/>
        <w:t>vt 0.482042 0.184322</w:t>
        <w:br/>
        <w:t>vt 0.482039 0.182853</w:t>
        <w:br/>
        <w:t>vt 0.488718 0.182836</w:t>
        <w:br/>
        <w:t>vt 0.488718 0.184321</w:t>
        <w:br/>
        <w:t>vt 0.315878 0.721679</w:t>
        <w:br/>
        <w:t>vt 0.317240 0.727938</w:t>
        <w:br/>
        <w:t>vt 0.313374 0.727938</w:t>
        <w:br/>
        <w:t>vt 0.312377 0.721679</w:t>
        <w:br/>
        <w:t>vt 0.310114 0.727938</w:t>
        <w:br/>
        <w:t>vt 0.309110 0.721679</w:t>
        <w:br/>
        <w:t>vt 0.488712 0.181553</w:t>
        <w:br/>
        <w:t>vt 0.482036 0.181578</w:t>
        <w:br/>
        <w:t>vt 0.488718 0.185625</w:t>
        <w:br/>
        <w:t>vt 0.482039 0.185625</w:t>
        <w:br/>
        <w:t>vt 0.488712 0.292565</w:t>
        <w:br/>
        <w:t>vt 0.482042 0.292562</w:t>
        <w:br/>
        <w:t>vt 0.130662 0.796208</w:t>
        <w:br/>
        <w:t>vt 0.141533 0.789782</w:t>
        <w:br/>
        <w:t>vt 0.142497 0.791770</w:t>
        <w:br/>
        <w:t>vt 0.131827 0.798687</w:t>
        <w:br/>
        <w:t>vt 0.124641 0.783716</w:t>
        <w:br/>
        <w:t>vt 0.124190 0.781445</w:t>
        <w:br/>
        <w:t>vt 0.136025 0.777585</w:t>
        <w:br/>
        <w:t>vt 0.137072 0.779511</w:t>
        <w:br/>
        <w:t>vt 0.127060 0.788484</w:t>
        <w:br/>
        <w:t>vt 0.125683 0.786148</w:t>
        <w:br/>
        <w:t>vt 0.138106 0.781448</w:t>
        <w:br/>
        <w:t>vt 0.139074 0.783453</w:t>
        <w:br/>
        <w:t>vt 0.128380 0.790870</w:t>
        <w:br/>
        <w:t>vt 0.139912 0.785570</w:t>
        <w:br/>
        <w:t>vt 0.140702 0.787706</w:t>
        <w:br/>
        <w:t>vt 0.129515 0.793407</w:t>
        <w:br/>
        <w:t>vt 0.143685 0.793662</w:t>
        <w:br/>
        <w:t>vt 0.133491 0.800288</w:t>
        <w:br/>
        <w:t>vt 0.161773 0.781774</w:t>
        <w:br/>
        <w:t>vt 0.160735 0.780024</w:t>
        <w:br/>
        <w:t>vt 0.159825 0.778262</w:t>
        <w:br/>
        <w:t>vt 0.156300 0.768838</w:t>
        <w:br/>
        <w:t>vt 0.156833 0.770881</w:t>
        <w:br/>
        <w:t>vt 0.163251 0.783316</w:t>
        <w:br/>
        <w:t>vt 0.157597 0.772745</w:t>
        <w:br/>
        <w:t>vt 0.158346 0.774575</w:t>
        <w:br/>
        <w:t>vt 0.159125 0.776408</w:t>
        <w:br/>
        <w:t>vt 0.105642 0.061928</w:t>
        <w:br/>
        <w:t>vt 0.106471 0.060523</w:t>
        <w:br/>
        <w:t>vt 0.106265 0.063291</w:t>
        <w:br/>
        <w:t>vt 0.107471 0.064003</w:t>
        <w:br/>
        <w:t>vt 0.108004 0.059909</w:t>
        <w:br/>
        <w:t>vt 0.109326 0.060792</w:t>
        <w:br/>
        <w:t>vt 0.108860 0.063519</w:t>
        <w:br/>
        <w:t>vt 0.109758 0.062274</w:t>
        <w:br/>
        <w:t>vt 0.162135 0.778909</w:t>
        <w:br/>
        <w:t>vt 0.161336 0.777324</w:t>
        <w:br/>
        <w:t>vt 0.163010 0.780368</w:t>
        <w:br/>
        <w:t>vt 0.160644 0.775567</w:t>
        <w:br/>
        <w:t>vt 0.164043 0.781335</w:t>
        <w:br/>
        <w:t>vt 0.158453 0.769559</w:t>
        <w:br/>
        <w:t>vt 0.158641 0.770991</w:t>
        <w:br/>
        <w:t>vt 0.159177 0.772532</w:t>
        <w:br/>
        <w:t>vt 0.159879 0.773994</w:t>
        <w:br/>
        <w:t>vt 0.081492 0.819053</w:t>
        <w:br/>
        <w:t>vt 0.106907 0.805175</w:t>
        <w:br/>
        <w:t>vt 0.107956 0.807427</w:t>
        <w:br/>
        <w:t>vt 0.082386 0.820850</w:t>
        <w:br/>
        <w:t>vt 0.080560 0.817272</w:t>
        <w:br/>
        <w:t>vt 0.105767 0.802905</w:t>
        <w:br/>
        <w:t>vt 0.104531 0.800674</w:t>
        <w:br/>
        <w:t>vt 0.079550 0.815532</w:t>
        <w:br/>
        <w:t>vt 0.103196 0.798573</w:t>
        <w:br/>
        <w:t>vt 0.078482 0.813829</w:t>
        <w:br/>
        <w:t>vt 0.077388 0.812141</w:t>
        <w:br/>
        <w:t>vt 0.101774 0.796698</w:t>
        <w:br/>
        <w:t>vt 0.100388 0.795045</w:t>
        <w:br/>
        <w:t>vt 0.076313 0.810430</w:t>
        <w:br/>
        <w:t>vt 0.109522 0.811682</w:t>
        <w:br/>
        <w:t>vt 0.084246 0.824421</w:t>
        <w:br/>
        <w:t>vt 0.083290 0.822640</w:t>
        <w:br/>
        <w:t>vt 0.108895 0.809610</w:t>
        <w:br/>
        <w:t>vt 0.120080 0.799474</w:t>
        <w:br/>
        <w:t>vt 0.112235 0.803654</w:t>
        <w:br/>
        <w:t>vt 0.110722 0.800458</w:t>
        <w:br/>
        <w:t>vt 0.119150 0.795626</w:t>
        <w:br/>
        <w:t>vt 0.109068 0.797218</w:t>
        <w:br/>
        <w:t>vt 0.117949 0.791870</w:t>
        <w:br/>
        <w:t>vt 0.115817 0.788153</w:t>
        <w:br/>
        <w:t>vt 0.107078 0.793963</w:t>
        <w:br/>
        <w:t>vt 0.112622 0.783935</w:t>
        <w:br/>
        <w:t>vt 0.104423 0.790499</w:t>
        <w:br/>
        <w:t>vt 0.108641 0.778815</w:t>
        <w:br/>
        <w:t>vt 0.100405 0.787519</w:t>
        <w:br/>
        <w:t>vt 0.123915 0.808783</w:t>
        <w:br/>
        <w:t>vt 0.127323 0.814470</w:t>
        <w:br/>
        <w:t>vt 0.115469 0.816307</w:t>
        <w:br/>
        <w:t>vt 0.114648 0.810942</w:t>
        <w:br/>
        <w:t>vt 0.113422 0.807105</w:t>
        <w:br/>
        <w:t>vt 0.121598 0.803702</w:t>
        <w:br/>
        <w:t>vt 0.106907 0.805175</w:t>
        <w:br/>
        <w:t>vt 0.105767 0.802905</w:t>
        <w:br/>
        <w:t>vt 0.104531 0.800674</w:t>
        <w:br/>
        <w:t>vt 0.103196 0.798573</w:t>
        <w:br/>
        <w:t>vt 0.101774 0.796698</w:t>
        <w:br/>
        <w:t>vt 0.104423 0.790499</w:t>
        <w:br/>
        <w:t>vt 0.100388 0.795045</w:t>
        <w:br/>
        <w:t>vt 0.100405 0.787519</w:t>
        <w:br/>
        <w:t>vt 0.115469 0.816307</w:t>
        <w:br/>
        <w:t>vt 0.109522 0.811682</w:t>
        <w:br/>
        <w:t>vt 0.108895 0.809610</w:t>
        <w:br/>
        <w:t>vt 0.114648 0.810942</w:t>
        <w:br/>
        <w:t>vt 0.107956 0.807427</w:t>
        <w:br/>
        <w:t>vt 0.113422 0.807105</w:t>
        <w:br/>
        <w:t>vt 0.129515 0.793407</w:t>
        <w:br/>
        <w:t>vt 0.130662 0.796208</w:t>
        <w:br/>
        <w:t>vt 0.126432 0.798174</w:t>
        <w:br/>
        <w:t>vt 0.120080 0.799474</w:t>
        <w:br/>
        <w:t>vt 0.131827 0.798687</w:t>
        <w:br/>
        <w:t>vt 0.130232 0.803333</w:t>
        <w:br/>
        <w:t>vt 0.133491 0.800288</w:t>
        <w:br/>
        <w:t>vt 0.133901 0.807853</w:t>
        <w:br/>
        <w:t>vt 0.118023 0.778412</w:t>
        <w:br/>
        <w:t>vt 0.117949 0.791870</w:t>
        <w:br/>
        <w:t>vt 0.133901 0.807853</w:t>
        <w:br/>
        <w:t>vt 0.124641 0.783716</w:t>
        <w:br/>
        <w:t>vt 0.124190 0.781445</w:t>
        <w:br/>
        <w:t>vt 0.050740 0.297668</w:t>
        <w:br/>
        <w:t>vt 0.048545 0.299114</w:t>
        <w:br/>
        <w:t>vt 0.047418 0.295013</w:t>
        <w:br/>
        <w:t>vt 0.045919 0.298992</w:t>
        <w:br/>
        <w:t>vt 0.051667 0.295206</w:t>
        <w:br/>
        <w:t>vt 0.050970 0.292673</w:t>
        <w:br/>
        <w:t>vt 0.048917 0.291032</w:t>
        <w:br/>
        <w:t>vt 0.046290 0.290911</w:t>
        <w:br/>
        <w:t>vt 0.044095 0.292356</w:t>
        <w:br/>
        <w:t>vt 0.043169 0.294816</w:t>
        <w:br/>
        <w:t>vt 0.043865 0.297352</w:t>
        <w:br/>
        <w:t>vt 0.094100 0.374696</w:t>
        <w:br/>
        <w:t>vt 0.091700 0.373625</w:t>
        <w:br/>
        <w:t>vt 0.094549 0.370467</w:t>
        <w:br/>
        <w:t>vt 0.090388 0.371346</w:t>
        <w:br/>
        <w:t>vt 0.090665 0.368732</w:t>
        <w:br/>
        <w:t>vt 0.092426 0.366780</w:t>
        <w:br/>
        <w:t>vt 0.094998 0.366236</w:t>
        <w:br/>
        <w:t>vt 0.097399 0.367308</w:t>
        <w:br/>
        <w:t>vt 0.098711 0.369585</w:t>
        <w:br/>
        <w:t>vt 0.098433 0.372199</w:t>
        <w:br/>
        <w:t>vt 0.096672 0.374152</w:t>
        <w:br/>
        <w:t>vt 0.700685 0.023939</w:t>
        <w:br/>
        <w:t>vt 0.720865 0.023939</w:t>
        <w:br/>
        <w:t>vt 0.720866 0.026567</w:t>
        <w:br/>
        <w:t>vt 0.700685 0.026567</w:t>
        <w:br/>
        <w:t>vt 0.700685 0.029197</w:t>
        <w:br/>
        <w:t>vt 0.720866 0.029197</w:t>
        <w:br/>
        <w:t>vt 0.700685 0.031826</w:t>
        <w:br/>
        <w:t>vt 0.720865 0.031826</w:t>
        <w:br/>
        <w:t>vt 0.700685 0.008166</w:t>
        <w:br/>
        <w:t>vt 0.700685 0.005538</w:t>
        <w:br/>
        <w:t>vt 0.720865 0.005538</w:t>
        <w:br/>
        <w:t>vt 0.720866 0.008166</w:t>
        <w:br/>
        <w:t>vt 0.700685 0.010795</w:t>
        <w:br/>
        <w:t>vt 0.720866 0.010795</w:t>
        <w:br/>
        <w:t>vt 0.700685 0.013424</w:t>
        <w:br/>
        <w:t>vt 0.720866 0.013424</w:t>
        <w:br/>
        <w:t>vt 0.720866 0.016052</w:t>
        <w:br/>
        <w:t>vt 0.700685 0.016052</w:t>
        <w:br/>
        <w:t>vt 0.720866 0.018681</w:t>
        <w:br/>
        <w:t>vt 0.700685 0.018681</w:t>
        <w:br/>
        <w:t>vt 0.720865 0.021310</w:t>
        <w:br/>
        <w:t>vt 0.700685 0.021310</w:t>
        <w:br/>
        <w:t>vt 0.344458 0.428539</w:t>
        <w:br/>
        <w:t>vt 0.344443 0.424679</w:t>
        <w:br/>
        <w:t>vt 0.346026 0.424679</w:t>
        <w:br/>
        <w:t>vt 0.346046 0.428539</w:t>
        <w:br/>
        <w:t>vt 0.342975 0.428539</w:t>
        <w:br/>
        <w:t>vt 0.342939 0.424679</w:t>
        <w:br/>
        <w:t>vt 0.324060 0.424679</w:t>
        <w:br/>
        <w:t>vt 0.323744 0.428539</w:t>
        <w:br/>
        <w:t>vt 0.347874 0.424679</w:t>
        <w:br/>
        <w:t>vt 0.347863 0.428539</w:t>
        <w:br/>
        <w:t>vt 0.362095 0.424679</w:t>
        <w:br/>
        <w:t>vt 0.362106 0.428539</w:t>
        <w:br/>
        <w:t>vt 0.363941 0.424679</w:t>
        <w:br/>
        <w:t>vt 0.365528 0.424679</w:t>
        <w:br/>
        <w:t>vt 0.365513 0.428539</w:t>
        <w:br/>
        <w:t>vt 0.363921 0.428539</w:t>
        <w:br/>
        <w:t>vt 0.367035 0.424679</w:t>
        <w:br/>
        <w:t>vt 0.367000 0.428539</w:t>
        <w:br/>
        <w:t>vt 0.385923 0.424679</w:t>
        <w:br/>
        <w:t>vt 0.386239 0.428539</w:t>
        <w:br/>
        <w:t>vt 0.868376 0.007424</w:t>
        <w:br/>
        <w:t>vt 0.877320 0.024034</w:t>
        <w:br/>
        <w:t>vt 0.866006 0.007465</w:t>
        <w:br/>
        <w:t>vt 0.857643 0.024374</w:t>
        <w:br/>
        <w:t>vt 0.877310 0.025457</w:t>
        <w:br/>
        <w:t>vt 0.876338 0.026612</w:t>
        <w:br/>
        <w:t>vt 0.874632 0.027113</w:t>
        <w:br/>
        <w:t>vt 0.857702 0.025797</w:t>
        <w:br/>
        <w:t>vt 0.858713 0.026918</w:t>
        <w:br/>
        <w:t>vt 0.860437 0.027359</w:t>
        <w:br/>
        <w:t>vt 0.866063 0.054048</w:t>
        <w:br/>
        <w:t>vt 0.856869 0.037140</w:t>
        <w:br/>
        <w:t>vt 0.868591 0.053994</w:t>
        <w:br/>
        <w:t>vt 0.877052 0.036708</w:t>
        <w:br/>
        <w:t>vt 0.856874 0.035561</w:t>
        <w:br/>
        <w:t>vt 0.857948 0.034275</w:t>
        <w:br/>
        <w:t>vt 0.859758 0.033736</w:t>
        <w:br/>
        <w:t>vt 0.876979 0.035131</w:t>
        <w:br/>
        <w:t>vt 0.875851 0.033891</w:t>
        <w:br/>
        <w:t>vt 0.874020 0.033430</w:t>
        <w:br/>
        <w:t>vt 0.905460 0.091818</w:t>
        <w:br/>
        <w:t>vt 0.905458 0.077053</w:t>
        <w:br/>
        <w:t>vt 0.920379 0.077051</w:t>
        <w:br/>
        <w:t>vt 0.920381 0.091816</w:t>
        <w:br/>
        <w:t>vt 0.920406 0.169775</w:t>
        <w:br/>
        <w:t>vt 0.905487 0.169778</w:t>
        <w:br/>
        <w:t>vt 0.905484 0.155013</w:t>
        <w:br/>
        <w:t>vt 0.920404 0.155010</w:t>
        <w:br/>
        <w:t>vt 0.905466 0.114846</w:t>
        <w:br/>
        <w:t>vt 0.920389 0.114844</w:t>
        <w:br/>
        <w:t>vt 0.920398 0.131982</w:t>
        <w:br/>
        <w:t>vt 0.905479 0.131985</w:t>
        <w:br/>
        <w:t>vt 0.905455 0.039261</w:t>
        <w:br/>
        <w:t>vt 0.905461 0.022122</w:t>
        <w:br/>
        <w:t>vt 0.920383 0.022119</w:t>
        <w:br/>
        <w:t>vt 0.920375 0.039258</w:t>
        <w:br/>
        <w:t>vt 0.920375 0.041936</w:t>
        <w:br/>
        <w:t>vt 0.905453 0.041938</w:t>
        <w:br/>
        <w:t>vt 0.920374 0.044843</w:t>
        <w:br/>
        <w:t>vt 0.905453 0.044846</w:t>
        <w:br/>
        <w:t>vt 0.920375 0.047521</w:t>
        <w:br/>
        <w:t>vt 0.905454 0.047523</w:t>
        <w:br/>
        <w:t>vt 0.920383 0.106581</w:t>
        <w:br/>
        <w:t>vt 0.920384 0.109259</w:t>
        <w:br/>
        <w:t>vt 0.905464 0.109261</w:t>
        <w:br/>
        <w:t>vt 0.905462 0.106583</w:t>
        <w:br/>
        <w:t>vt 0.920386 0.112166</w:t>
        <w:br/>
        <w:t>vt 0.905466 0.112169</w:t>
        <w:br/>
        <w:t>vt 0.905461 0.019445</w:t>
        <w:br/>
        <w:t>vt 0.920383 0.019442</w:t>
        <w:br/>
        <w:t>vt 0.905463 0.016536</w:t>
        <w:br/>
        <w:t>vt 0.920383 0.016534</w:t>
        <w:br/>
        <w:t>vt 0.905463 0.013859</w:t>
        <w:br/>
        <w:t>vt 0.920382 0.013857</w:t>
        <w:br/>
        <w:t>vt 0.920402 0.140245</w:t>
        <w:br/>
        <w:t>vt 0.905482 0.140248</w:t>
        <w:br/>
        <w:t>vt 0.905481 0.137570</w:t>
        <w:br/>
        <w:t>vt 0.920403 0.137568</w:t>
        <w:br/>
        <w:t>vt 0.905479 0.134662</w:t>
        <w:br/>
        <w:t>vt 0.920401 0.134660</w:t>
        <w:br/>
        <w:t>vt 0.977133 0.930873</w:t>
        <w:br/>
        <w:t>vt 0.977142 0.941468</w:t>
        <w:br/>
        <w:t>vt 0.967641 0.941481</w:t>
        <w:br/>
        <w:t>vt 0.967632 0.930886</w:t>
        <w:br/>
        <w:t>vt 0.967550 0.875572</w:t>
        <w:br/>
        <w:t>vt 0.977051 0.875559</w:t>
        <w:br/>
        <w:t>vt 0.977071 0.886154</w:t>
        <w:br/>
        <w:t>vt 0.967571 0.886168</w:t>
        <w:br/>
        <w:t>vt 0.977073 0.887392</w:t>
        <w:br/>
        <w:t>vt 0.967573 0.887406</w:t>
        <w:br/>
        <w:t>vt 0.977076 0.888631</w:t>
        <w:br/>
        <w:t>vt 0.967575 0.888644</w:t>
        <w:br/>
        <w:t>vt 0.977078 0.889869</w:t>
        <w:br/>
        <w:t>vt 0.967576 0.889882</w:t>
        <w:br/>
        <w:t>vt 0.967628 0.927171</w:t>
        <w:br/>
        <w:t>vt 0.977129 0.927158</w:t>
        <w:br/>
        <w:t>vt 0.977131 0.928396</w:t>
        <w:br/>
        <w:t>vt 0.967630 0.928409</w:t>
        <w:br/>
        <w:t>vt 0.977132 0.929634</w:t>
        <w:br/>
        <w:t>vt 0.967631 0.929647</w:t>
        <w:br/>
        <w:t>vt 0.967548 0.874334</w:t>
        <w:br/>
        <w:t>vt 0.977049 0.874320</w:t>
        <w:br/>
        <w:t>vt 0.967546 0.873095</w:t>
        <w:br/>
        <w:t>vt 0.977047 0.873082</w:t>
        <w:br/>
        <w:t>vt 0.967544 0.871857</w:t>
        <w:br/>
        <w:t>vt 0.977044 0.871844</w:t>
        <w:br/>
        <w:t>vt 0.977144 0.943945</w:t>
        <w:br/>
        <w:t>vt 0.977146 0.945183</w:t>
        <w:br/>
        <w:t>vt 0.967645 0.945196</w:t>
        <w:br/>
        <w:t>vt 0.967643 0.943958</w:t>
        <w:br/>
        <w:t>vt 0.977143 0.942707</w:t>
        <w:br/>
        <w:t>vt 0.967642 0.942720</w:t>
        <w:br/>
        <w:t>vt 0.914846 0.460184</w:t>
        <w:br/>
        <w:t>vt 0.910575 0.460308</w:t>
        <w:br/>
        <w:t>vt 0.910575 0.445509</w:t>
        <w:br/>
        <w:t>vt 0.914846 0.445510</w:t>
        <w:br/>
        <w:t>vt 0.922349 0.267961</w:t>
        <w:br/>
        <w:t>vt 0.922349 0.282827</w:t>
        <w:br/>
        <w:t>vt 0.917533 0.282702</w:t>
        <w:br/>
        <w:t>vt 0.917533 0.267961</w:t>
        <w:br/>
        <w:t>vt 0.917533 0.342692</w:t>
        <w:br/>
        <w:t>vt 0.922349 0.342567</w:t>
        <w:br/>
        <w:t>vt 0.922349 0.357432</w:t>
        <w:br/>
        <w:t>vt 0.917533 0.357432</w:t>
        <w:br/>
        <w:t>vt 0.914846 0.519892</w:t>
        <w:br/>
        <w:t>vt 0.914846 0.534565</w:t>
        <w:br/>
        <w:t>vt 0.910575 0.534565</w:t>
        <w:br/>
        <w:t>vt 0.910575 0.519767</w:t>
        <w:br/>
        <w:t>vt 0.914846 0.481705</w:t>
        <w:br/>
        <w:t>vt 0.914846 0.498369</w:t>
        <w:br/>
        <w:t>vt 0.910575 0.498523</w:t>
        <w:br/>
        <w:t>vt 0.910575 0.481551</w:t>
        <w:br/>
        <w:t>vt 0.917533 0.304327</w:t>
        <w:br/>
        <w:t>vt 0.922349 0.304173</w:t>
        <w:br/>
        <w:t>vt 0.922349 0.321221</w:t>
        <w:br/>
        <w:t>vt 0.917533 0.321066</w:t>
        <w:br/>
        <w:t>vt 0.914846 0.392661</w:t>
        <w:br/>
        <w:t>vt 0.914846 0.409315</w:t>
        <w:br/>
        <w:t>vt 0.910575 0.409469</w:t>
        <w:br/>
        <w:t>vt 0.910575 0.392507</w:t>
        <w:br/>
        <w:t>vt 0.917533 0.214855</w:t>
        <w:br/>
        <w:t>vt 0.922349 0.214701</w:t>
        <w:br/>
        <w:t>vt 0.922349 0.231747</w:t>
        <w:br/>
        <w:t>vt 0.917533 0.231592</w:t>
        <w:br/>
        <w:t>vt 0.914846 0.411603</w:t>
        <w:br/>
        <w:t>vt 0.910575 0.411569</w:t>
        <w:br/>
        <w:t>vt 0.922349 0.233860</w:t>
        <w:br/>
        <w:t>vt 0.917533 0.233894</w:t>
        <w:br/>
        <w:t>vt 0.914846 0.413882</w:t>
        <w:br/>
        <w:t>vt 0.910575 0.413918</w:t>
        <w:br/>
        <w:t>vt 0.922349 0.236220</w:t>
        <w:br/>
        <w:t>vt 0.917533 0.236184</w:t>
        <w:br/>
        <w:t>vt 0.910575 0.416028</w:t>
        <w:br/>
        <w:t>vt 0.914846 0.416169</w:t>
        <w:br/>
        <w:t>vt 0.922349 0.238337</w:t>
        <w:br/>
        <w:t>vt 0.917533 0.238479</w:t>
        <w:br/>
        <w:t>vt 0.910575 0.474988</w:t>
        <w:br/>
        <w:t>vt 0.914846 0.474847</w:t>
        <w:br/>
        <w:t>vt 0.914846 0.477138</w:t>
        <w:br/>
        <w:t>vt 0.910575 0.477104</w:t>
        <w:br/>
        <w:t>vt 0.922349 0.297582</w:t>
        <w:br/>
        <w:t>vt 0.922349 0.299702</w:t>
        <w:br/>
        <w:t>vt 0.917533 0.299738</w:t>
        <w:br/>
        <w:t>vt 0.917533 0.297440</w:t>
        <w:br/>
        <w:t>vt 0.914846 0.479418</w:t>
        <w:br/>
        <w:t>vt 0.910575 0.479452</w:t>
        <w:br/>
        <w:t>vt 0.917533 0.302028</w:t>
        <w:br/>
        <w:t>vt 0.922349 0.302063</w:t>
        <w:br/>
        <w:t>vt 0.917533 0.212550</w:t>
        <w:br/>
        <w:t>vt 0.922349 0.212603</w:t>
        <w:br/>
        <w:t>vt 0.910575 0.390401</w:t>
        <w:br/>
        <w:t>vt 0.914846 0.390372</w:t>
        <w:br/>
        <w:t>vt 0.917533 0.210217</w:t>
        <w:br/>
        <w:t>vt 0.922349 0.210381</w:t>
        <w:br/>
        <w:t>vt 0.914846 0.388104</w:t>
        <w:br/>
        <w:t>vt 0.910575 0.388015</w:t>
        <w:br/>
        <w:t>vt 0.922349 0.209444</w:t>
        <w:br/>
        <w:t>vt 0.922349 0.208988</w:t>
        <w:br/>
        <w:t>vt 0.910575 0.385588</w:t>
        <w:br/>
        <w:t>vt 0.914846 0.385990</w:t>
        <w:br/>
        <w:t>vt 0.922349 0.327811</w:t>
        <w:br/>
        <w:t>vt 0.917533 0.327953</w:t>
        <w:br/>
        <w:t>vt 0.917533 0.325658</w:t>
        <w:br/>
        <w:t>vt 0.922349 0.325693</w:t>
        <w:br/>
        <w:t>vt 0.910575 0.505078</w:t>
        <w:br/>
        <w:t>vt 0.910575 0.502964</w:t>
        <w:br/>
        <w:t>vt 0.914846 0.502930</w:t>
        <w:br/>
        <w:t>vt 0.914846 0.505220</w:t>
        <w:br/>
        <w:t>vt 0.917533 0.323368</w:t>
        <w:br/>
        <w:t>vt 0.922349 0.323333</w:t>
        <w:br/>
        <w:t>vt 0.910575 0.500616</w:t>
        <w:br/>
        <w:t>vt 0.914846 0.500651</w:t>
        <w:br/>
        <w:t>vt 0.917533 0.253220</w:t>
        <w:br/>
        <w:t>vt 0.922349 0.253095</w:t>
        <w:br/>
        <w:t>vt 0.905456 0.062288</w:t>
        <w:br/>
        <w:t>vt 0.920377 0.062286</w:t>
        <w:br/>
        <w:t>vt 0.910575 0.430715</w:t>
        <w:br/>
        <w:t>vt 0.914846 0.430840</w:t>
        <w:br/>
        <w:t>vt 0.914846 0.549239</w:t>
        <w:br/>
        <w:t>vt 0.910575 0.549364</w:t>
        <w:br/>
        <w:t>vt 0.920409 0.184540</w:t>
        <w:br/>
        <w:t>vt 0.905489 0.184543</w:t>
        <w:br/>
        <w:t>vt 0.922349 0.372297</w:t>
        <w:br/>
        <w:t>vt 0.917533 0.372172</w:t>
        <w:br/>
        <w:t>vt 0.914846 0.563912</w:t>
        <w:br/>
        <w:t>vt 0.910575 0.564163</w:t>
        <w:br/>
        <w:t>vt 0.920411 0.199306</w:t>
        <w:br/>
        <w:t>vt 0.905491 0.199308</w:t>
        <w:br/>
        <w:t>vt 0.922349 0.387164</w:t>
        <w:br/>
        <w:t>vt 0.917533 0.386913</w:t>
        <w:br/>
        <w:t>vt 0.643334 0.936559</w:t>
        <w:br/>
        <w:t>vt 0.641834 0.937184</w:t>
        <w:br/>
        <w:t>vt 0.640625 0.935821</w:t>
        <w:br/>
        <w:t>vt 0.641499 0.934457</w:t>
        <w:br/>
        <w:t>vt 0.638926 0.935182</w:t>
        <w:br/>
        <w:t>vt 0.639184 0.932720</w:t>
        <w:br/>
        <w:t>vt 0.646242 0.914183</w:t>
        <w:br/>
        <w:t>vt 0.646116 0.915833</w:t>
        <w:br/>
        <w:t>vt 0.644496 0.915973</w:t>
        <w:br/>
        <w:t>vt 0.644094 0.913272</w:t>
        <w:br/>
        <w:t>vt 0.646854 0.917499</w:t>
        <w:br/>
        <w:t>vt 0.645607 0.918533</w:t>
        <w:br/>
        <w:t>vt 0.648279 0.918623</w:t>
        <w:br/>
        <w:t>vt 0.647284 0.920892</w:t>
        <w:br/>
        <w:t>vt 0.644538 0.939010</w:t>
        <w:br/>
        <w:t>vt 0.642213 0.938794</w:t>
        <w:br/>
        <w:t>vt 0.645220 0.935028</w:t>
        <w:br/>
        <w:t>vt 0.643278 0.932805</w:t>
        <w:br/>
        <w:t>vt 0.641667 0.930344</w:t>
        <w:br/>
        <w:t>vt 0.643278 0.932805</w:t>
        <w:br/>
        <w:t>vt 0.642234 0.916860</w:t>
        <w:br/>
        <w:t>vt 0.640809 0.914198</w:t>
        <w:br/>
        <w:t>vt 0.643410 0.919568</w:t>
        <w:br/>
        <w:t>vt 0.643410 0.919568</w:t>
        <w:br/>
        <w:t>vt 0.644198 0.922402</w:t>
        <w:br/>
        <w:t>vt 0.647387 0.937132</w:t>
        <w:br/>
        <w:t>vt 0.646651 0.933073</w:t>
        <w:br/>
        <w:t>vt 0.645443 0.931709</w:t>
        <w:br/>
        <w:t>vt 0.645063 0.930099</w:t>
        <w:br/>
        <w:t>vt 0.640809 0.914198</w:t>
        <w:br/>
        <w:t>vt 0.640277 0.918287</w:t>
        <w:br/>
        <w:t>vt 0.638853 0.917163</w:t>
        <w:br/>
        <w:t>vt 0.641015 0.919954</w:t>
        <w:br/>
        <w:t>vt 0.640888 0.921604</w:t>
        <w:br/>
        <w:t>vt 0.648350 0.933712</w:t>
        <w:br/>
        <w:t>vt 0.647387 0.937132</w:t>
        <w:br/>
        <w:t>vt 0.640015 0.937579</w:t>
        <w:br/>
        <w:t>vt 0.647969 0.916008</w:t>
        <w:br/>
        <w:t>vt 0.647262 0.931314</w:t>
        <w:br/>
        <w:t>vt 0.639162 0.919779</w:t>
        <w:br/>
        <w:t>vt 0.694314 0.105698</w:t>
        <w:br/>
        <w:t>vt 0.694314 0.107296</w:t>
        <w:br/>
        <w:t>vt 0.696302 0.107296</w:t>
        <w:br/>
        <w:t>vt 0.696302 0.105698</w:t>
        <w:br/>
        <w:t>vt 0.694314 0.108725</w:t>
        <w:br/>
        <w:t>vt 0.696302 0.108725</w:t>
        <w:br/>
        <w:t>vt 0.694314 0.123354</w:t>
        <w:br/>
        <w:t>vt 0.696302 0.123354</w:t>
        <w:br/>
        <w:t>vt 0.694314 0.124858</w:t>
        <w:br/>
        <w:t>vt 0.696302 0.124858</w:t>
        <w:br/>
        <w:t>vt 0.694314 0.126362</w:t>
        <w:br/>
        <w:t>vt 0.696302 0.126362</w:t>
        <w:br/>
        <w:t>vt 0.694314 0.136860</w:t>
        <w:br/>
        <w:t>vt 0.696302 0.136860</w:t>
        <w:br/>
        <w:t>vt 0.694314 0.137640</w:t>
        <w:br/>
        <w:t>vt 0.696302 0.137640</w:t>
        <w:br/>
        <w:t>vt 0.694314 0.138418</w:t>
        <w:br/>
        <w:t>vt 0.696302 0.138418</w:t>
        <w:br/>
        <w:t>vt 0.694314 0.154548</w:t>
        <w:br/>
        <w:t>vt 0.696302 0.154548</w:t>
        <w:br/>
        <w:t>vt 0.694314 0.157426</w:t>
        <w:br/>
        <w:t>vt 0.696302 0.157426</w:t>
        <w:br/>
        <w:t>vt 0.694314 0.160270</w:t>
        <w:br/>
        <w:t>vt 0.696302 0.160270</w:t>
        <w:br/>
        <w:t>vt 0.690310 0.105698</w:t>
        <w:br/>
        <w:t>vt 0.689052 0.105698</w:t>
        <w:br/>
        <w:t>vt 0.689052 0.107296</w:t>
        <w:br/>
        <w:t>vt 0.690310 0.107296</w:t>
        <w:br/>
        <w:t>vt 0.689052 0.108725</w:t>
        <w:br/>
        <w:t>vt 0.690310 0.108725</w:t>
        <w:br/>
        <w:t>vt 0.690310 0.123354</w:t>
        <w:br/>
        <w:t>vt 0.689052 0.123354</w:t>
        <w:br/>
        <w:t>vt 0.689052 0.124858</w:t>
        <w:br/>
        <w:t>vt 0.690310 0.124858</w:t>
        <w:br/>
        <w:t>vt 0.689052 0.126362</w:t>
        <w:br/>
        <w:t>vt 0.690310 0.126362</w:t>
        <w:br/>
        <w:t>vt 0.689052 0.136860</w:t>
        <w:br/>
        <w:t>vt 0.690310 0.136860</w:t>
        <w:br/>
        <w:t>vt 0.689052 0.137640</w:t>
        <w:br/>
        <w:t>vt 0.690310 0.137640</w:t>
        <w:br/>
        <w:t>vt 0.689052 0.138418</w:t>
        <w:br/>
        <w:t>vt 0.690310 0.138418</w:t>
        <w:br/>
        <w:t>vt 0.689052 0.154548</w:t>
        <w:br/>
        <w:t>vt 0.690310 0.154548</w:t>
        <w:br/>
        <w:t>vt 0.689052 0.157426</w:t>
        <w:br/>
        <w:t>vt 0.690310 0.157426</w:t>
        <w:br/>
        <w:t>vt 0.689052 0.160270</w:t>
        <w:br/>
        <w:t>vt 0.690310 0.160270</w:t>
        <w:br/>
        <w:t>vt 0.692292 0.105698</w:t>
        <w:br/>
        <w:t>vt 0.690310 0.105698</w:t>
        <w:br/>
        <w:t>vt 0.690310 0.107296</w:t>
        <w:br/>
        <w:t>vt 0.692292 0.107296</w:t>
        <w:br/>
        <w:t>vt 0.690310 0.108725</w:t>
        <w:br/>
        <w:t>vt 0.692292 0.108725</w:t>
        <w:br/>
        <w:t>vt 0.690310 0.123354</w:t>
        <w:br/>
        <w:t>vt 0.692292 0.123354</w:t>
        <w:br/>
        <w:t>vt 0.690310 0.124858</w:t>
        <w:br/>
        <w:t>vt 0.692292 0.124858</w:t>
        <w:br/>
        <w:t>vt 0.690310 0.126362</w:t>
        <w:br/>
        <w:t>vt 0.692292 0.126362</w:t>
        <w:br/>
        <w:t>vt 0.690310 0.136860</w:t>
        <w:br/>
        <w:t>vt 0.692292 0.136860</w:t>
        <w:br/>
        <w:t>vt 0.690310 0.137640</w:t>
        <w:br/>
        <w:t>vt 0.692292 0.137640</w:t>
        <w:br/>
        <w:t>vt 0.690310 0.138418</w:t>
        <w:br/>
        <w:t>vt 0.692292 0.138418</w:t>
        <w:br/>
        <w:t>vt 0.690310 0.154548</w:t>
        <w:br/>
        <w:t>vt 0.692292 0.154548</w:t>
        <w:br/>
        <w:t>vt 0.690310 0.157426</w:t>
        <w:br/>
        <w:t>vt 0.692292 0.157426</w:t>
        <w:br/>
        <w:t>vt 0.690310 0.160270</w:t>
        <w:br/>
        <w:t>vt 0.692292 0.160270</w:t>
        <w:br/>
        <w:t>vt 0.694314 0.107296</w:t>
        <w:br/>
        <w:t>vt 0.694314 0.105698</w:t>
        <w:br/>
        <w:t>vt 0.692292 0.105698</w:t>
        <w:br/>
        <w:t>vt 0.692292 0.107296</w:t>
        <w:br/>
        <w:t>vt 0.692292 0.108725</w:t>
        <w:br/>
        <w:t>vt 0.694314 0.108725</w:t>
        <w:br/>
        <w:t>vt 0.692292 0.123354</w:t>
        <w:br/>
        <w:t>vt 0.694314 0.123354</w:t>
        <w:br/>
        <w:t>vt 0.694314 0.124858</w:t>
        <w:br/>
        <w:t>vt 0.692292 0.124858</w:t>
        <w:br/>
        <w:t>vt 0.692292 0.126362</w:t>
        <w:br/>
        <w:t>vt 0.694314 0.126362</w:t>
        <w:br/>
        <w:t>vt 0.692292 0.136860</w:t>
        <w:br/>
        <w:t>vt 0.694314 0.136860</w:t>
        <w:br/>
        <w:t>vt 0.694314 0.137640</w:t>
        <w:br/>
        <w:t>vt 0.692292 0.137640</w:t>
        <w:br/>
        <w:t>vt 0.692292 0.138418</w:t>
        <w:br/>
        <w:t>vt 0.694314 0.138418</w:t>
        <w:br/>
        <w:t>vt 0.692292 0.154548</w:t>
        <w:br/>
        <w:t>vt 0.694314 0.154548</w:t>
        <w:br/>
        <w:t>vt 0.692292 0.157426</w:t>
        <w:br/>
        <w:t>vt 0.694314 0.157426</w:t>
        <w:br/>
        <w:t>vt 0.692292 0.160270</w:t>
        <w:br/>
        <w:t>vt 0.694314 0.160270</w:t>
        <w:br/>
        <w:t>vt 0.694314 0.095360</w:t>
        <w:br/>
        <w:t>vt 0.694314 0.085023</w:t>
        <w:br/>
        <w:t>vt 0.692292 0.085023</w:t>
        <w:br/>
        <w:t>vt 0.692292 0.095360</w:t>
        <w:br/>
        <w:t>vt 0.692292 0.085023</w:t>
        <w:br/>
        <w:t>vt 0.690310 0.085023</w:t>
        <w:br/>
        <w:t>vt 0.690310 0.095360</w:t>
        <w:br/>
        <w:t>vt 0.692292 0.095360</w:t>
        <w:br/>
        <w:t>vt 0.689052 0.095360</w:t>
        <w:br/>
        <w:t>vt 0.690310 0.095360</w:t>
        <w:br/>
        <w:t>vt 0.690310 0.085023</w:t>
        <w:br/>
        <w:t>vt 0.689052 0.085023</w:t>
        <w:br/>
        <w:t>vt 0.694314 0.085023</w:t>
        <w:br/>
        <w:t>vt 0.694314 0.095360</w:t>
        <w:br/>
        <w:t>vt 0.696302 0.095360</w:t>
        <w:br/>
        <w:t>vt 0.696302 0.085023</w:t>
        <w:br/>
        <w:t>vt 0.692292 0.064348</w:t>
        <w:br/>
        <w:t>vt 0.694314 0.064348</w:t>
        <w:br/>
        <w:t>vt 0.694314 0.062749</w:t>
        <w:br/>
        <w:t>vt 0.692292 0.062749</w:t>
        <w:br/>
        <w:t>vt 0.694314 0.061321</w:t>
        <w:br/>
        <w:t>vt 0.692292 0.061321</w:t>
        <w:br/>
        <w:t>vt 0.694314 0.046691</w:t>
        <w:br/>
        <w:t>vt 0.692292 0.046691</w:t>
        <w:br/>
        <w:t>vt 0.694314 0.045188</w:t>
        <w:br/>
        <w:t>vt 0.692292 0.045188</w:t>
        <w:br/>
        <w:t>vt 0.692292 0.043684</w:t>
        <w:br/>
        <w:t>vt 0.694314 0.043684</w:t>
        <w:br/>
        <w:t>vt 0.692292 0.033185</w:t>
        <w:br/>
        <w:t>vt 0.694314 0.033185</w:t>
        <w:br/>
        <w:t>vt 0.694314 0.032406</w:t>
        <w:br/>
        <w:t>vt 0.692292 0.032406</w:t>
        <w:br/>
        <w:t>vt 0.692292 0.031628</w:t>
        <w:br/>
        <w:t>vt 0.694314 0.031628</w:t>
        <w:br/>
        <w:t>vt 0.692292 0.015463</w:t>
        <w:br/>
        <w:t>vt 0.694314 0.015463</w:t>
        <w:br/>
        <w:t>vt 0.692292 0.012584</w:t>
        <w:br/>
        <w:t>vt 0.694314 0.012584</w:t>
        <w:br/>
        <w:t>vt 0.694314 0.009741</w:t>
        <w:br/>
        <w:t>vt 0.692292 0.009741</w:t>
        <w:br/>
        <w:t>vt 0.696302 0.062749</w:t>
        <w:br/>
        <w:t>vt 0.694314 0.062749</w:t>
        <w:br/>
        <w:t>vt 0.694314 0.064348</w:t>
        <w:br/>
        <w:t>vt 0.696302 0.064348</w:t>
        <w:br/>
        <w:t>vt 0.696302 0.061321</w:t>
        <w:br/>
        <w:t>vt 0.694314 0.061321</w:t>
        <w:br/>
        <w:t>vt 0.694314 0.046691</w:t>
        <w:br/>
        <w:t>vt 0.696302 0.046691</w:t>
        <w:br/>
        <w:t>vt 0.696302 0.045188</w:t>
        <w:br/>
        <w:t>vt 0.694314 0.045188</w:t>
        <w:br/>
        <w:t>vt 0.696302 0.043684</w:t>
        <w:br/>
        <w:t>vt 0.694314 0.043684</w:t>
        <w:br/>
        <w:t>vt 0.696302 0.033185</w:t>
        <w:br/>
        <w:t>vt 0.694314 0.033185</w:t>
        <w:br/>
        <w:t>vt 0.696302 0.032406</w:t>
        <w:br/>
        <w:t>vt 0.694314 0.032406</w:t>
        <w:br/>
        <w:t>vt 0.696302 0.031628</w:t>
        <w:br/>
        <w:t>vt 0.694314 0.031628</w:t>
        <w:br/>
        <w:t>vt 0.696302 0.015463</w:t>
        <w:br/>
        <w:t>vt 0.694314 0.015463</w:t>
        <w:br/>
        <w:t>vt 0.696302 0.012584</w:t>
        <w:br/>
        <w:t>vt 0.694314 0.012584</w:t>
        <w:br/>
        <w:t>vt 0.696302 0.009741</w:t>
        <w:br/>
        <w:t>vt 0.694314 0.009741</w:t>
        <w:br/>
        <w:t>vt 0.690310 0.064348</w:t>
        <w:br/>
        <w:t>vt 0.690310 0.062749</w:t>
        <w:br/>
        <w:t>vt 0.689052 0.062749</w:t>
        <w:br/>
        <w:t>vt 0.689052 0.064348</w:t>
        <w:br/>
        <w:t>vt 0.690310 0.061321</w:t>
        <w:br/>
        <w:t>vt 0.689052 0.061321</w:t>
        <w:br/>
        <w:t>vt 0.689052 0.046691</w:t>
        <w:br/>
        <w:t>vt 0.690310 0.046691</w:t>
        <w:br/>
        <w:t>vt 0.690310 0.045188</w:t>
        <w:br/>
        <w:t>vt 0.689052 0.045188</w:t>
        <w:br/>
        <w:t>vt 0.690310 0.043684</w:t>
        <w:br/>
        <w:t>vt 0.689052 0.043684</w:t>
        <w:br/>
        <w:t>vt 0.690310 0.033185</w:t>
        <w:br/>
        <w:t>vt 0.689052 0.033185</w:t>
        <w:br/>
        <w:t>vt 0.690310 0.032406</w:t>
        <w:br/>
        <w:t>vt 0.689052 0.032406</w:t>
        <w:br/>
        <w:t>vt 0.690310 0.031628</w:t>
        <w:br/>
        <w:t>vt 0.689052 0.031628</w:t>
        <w:br/>
        <w:t>vt 0.690310 0.015463</w:t>
        <w:br/>
        <w:t>vt 0.689052 0.015463</w:t>
        <w:br/>
        <w:t>vt 0.690310 0.012584</w:t>
        <w:br/>
        <w:t>vt 0.689052 0.012584</w:t>
        <w:br/>
        <w:t>vt 0.690310 0.009741</w:t>
        <w:br/>
        <w:t>vt 0.689052 0.009741</w:t>
        <w:br/>
        <w:t>vt 0.692292 0.064348</w:t>
        <w:br/>
        <w:t>vt 0.692292 0.062749</w:t>
        <w:br/>
        <w:t>vt 0.690310 0.062749</w:t>
        <w:br/>
        <w:t>vt 0.690310 0.064348</w:t>
        <w:br/>
        <w:t>vt 0.692292 0.061321</w:t>
        <w:br/>
        <w:t>vt 0.690310 0.061321</w:t>
        <w:br/>
        <w:t>vt 0.692292 0.046691</w:t>
        <w:br/>
        <w:t>vt 0.690310 0.046691</w:t>
        <w:br/>
        <w:t>vt 0.692292 0.045188</w:t>
        <w:br/>
        <w:t>vt 0.690310 0.045188</w:t>
        <w:br/>
        <w:t>vt 0.692292 0.043684</w:t>
        <w:br/>
        <w:t>vt 0.690310 0.043684</w:t>
        <w:br/>
        <w:t>vt 0.692292 0.033185</w:t>
        <w:br/>
        <w:t>vt 0.690310 0.033185</w:t>
        <w:br/>
        <w:t>vt 0.692292 0.032406</w:t>
        <w:br/>
        <w:t>vt 0.690310 0.032406</w:t>
        <w:br/>
        <w:t>vt 0.692292 0.031628</w:t>
        <w:br/>
        <w:t>vt 0.690310 0.031628</w:t>
        <w:br/>
        <w:t>vt 0.690310 0.015463</w:t>
        <w:br/>
        <w:t>vt 0.692292 0.015463</w:t>
        <w:br/>
        <w:t>vt 0.692292 0.012584</w:t>
        <w:br/>
        <w:t>vt 0.690310 0.012584</w:t>
        <w:br/>
        <w:t>vt 0.692292 0.009741</w:t>
        <w:br/>
        <w:t>vt 0.690310 0.009741</w:t>
        <w:br/>
        <w:t>vt 0.694314 0.163102</w:t>
        <w:br/>
        <w:t>vt 0.696302 0.163102</w:t>
        <w:br/>
        <w:t>vt 0.696302 0.006909</w:t>
        <w:br/>
        <w:t>vt 0.694314 0.006909</w:t>
        <w:br/>
        <w:t>vt 0.689052 0.163102</w:t>
        <w:br/>
        <w:t>vt 0.690310 0.163102</w:t>
        <w:br/>
        <w:t>vt 0.690310 0.006909</w:t>
        <w:br/>
        <w:t>vt 0.689052 0.006909</w:t>
        <w:br/>
        <w:t>vt 0.690310 0.163102</w:t>
        <w:br/>
        <w:t>vt 0.692292 0.163102</w:t>
        <w:br/>
        <w:t>vt 0.692292 0.006909</w:t>
        <w:br/>
        <w:t>vt 0.690310 0.006909</w:t>
        <w:br/>
        <w:t>vt 0.694314 0.006909</w:t>
        <w:br/>
        <w:t>vt 0.692292 0.006909</w:t>
        <w:br/>
        <w:t>vt 0.692292 0.163102</w:t>
        <w:br/>
        <w:t>vt 0.694314 0.163102</w:t>
        <w:br/>
        <w:t>vt 0.694314 0.074685</w:t>
        <w:br/>
        <w:t>vt 0.692292 0.074685</w:t>
        <w:br/>
        <w:t>vt 0.692292 0.074685</w:t>
        <w:br/>
        <w:t>vt 0.690310 0.074685</w:t>
        <w:br/>
        <w:t>vt 0.689052 0.074685</w:t>
        <w:br/>
        <w:t>vt 0.690310 0.074685</w:t>
        <w:br/>
        <w:t>vt 0.694314 0.074685</w:t>
        <w:br/>
        <w:t>vt 0.696302 0.074685</w:t>
        <w:br/>
        <w:t>vt 0.066167 0.778104</w:t>
        <w:br/>
        <w:t>vt 0.072355 0.775479</w:t>
        <w:br/>
        <w:t>vt 0.073644 0.778616</w:t>
        <w:br/>
        <w:t>vt 0.070388 0.773283</w:t>
        <w:br/>
        <w:t>vt 0.067474 0.772027</w:t>
        <w:br/>
        <w:t>vt 0.064808 0.772096</w:t>
        <w:br/>
        <w:t>vt 0.061923 0.773332</w:t>
        <w:br/>
        <w:t>vt 0.059988 0.775515</w:t>
        <w:br/>
        <w:t>vt 0.058746 0.778616</w:t>
        <w:br/>
        <w:t>vt 0.591755 0.305526</w:t>
        <w:br/>
        <w:t>vt 0.593188 0.302397</w:t>
        <w:br/>
        <w:t>vt 0.599348 0.305061</w:t>
        <w:br/>
        <w:t>vt 0.595153 0.300216</w:t>
        <w:br/>
        <w:t>vt 0.598065 0.298973</w:t>
        <w:br/>
        <w:t>vt 0.600732 0.299051</w:t>
        <w:br/>
        <w:t>vt 0.603621 0.300299</w:t>
        <w:br/>
        <w:t>vt 0.605561 0.302496</w:t>
        <w:br/>
        <w:t>vt 0.606736 0.305609</w:t>
        <w:br/>
        <w:t>vt 0.061721 0.856220</w:t>
        <w:br/>
        <w:t>vt 0.066088 0.851719</w:t>
        <w:br/>
        <w:t>vt 0.064452 0.857481</w:t>
        <w:br/>
        <w:t>vt 0.060182 0.854521</w:t>
        <w:br/>
        <w:t>vt 0.058566 0.850965</w:t>
        <w:br/>
        <w:t>vt 0.070407 0.856257</w:t>
        <w:br/>
        <w:t>vt 0.067668 0.857443</w:t>
        <w:br/>
        <w:t>vt 0.071960 0.854594</w:t>
        <w:br/>
        <w:t>vt 0.073644 0.851060</w:t>
        <w:br/>
        <w:t>vt 0.983617 0.899479</w:t>
        <w:br/>
        <w:t>vt 0.979675 0.901619</w:t>
        <w:br/>
        <w:t>vt 0.979675 0.889691</w:t>
        <w:br/>
        <w:t>vt 0.983617 0.889636</w:t>
        <w:br/>
        <w:t>vt 0.986566 0.830576</w:t>
        <w:br/>
        <w:t>vt 0.986566 0.819435</w:t>
        <w:br/>
        <w:t>vt 0.990787 0.821435</w:t>
        <w:br/>
        <w:t>vt 0.990787 0.830628</w:t>
        <w:br/>
        <w:t>vt 0.979675 0.789150</w:t>
        <w:br/>
        <w:t>vt 0.983617 0.789173</w:t>
        <w:br/>
        <w:t>vt 0.983617 0.792639</w:t>
        <w:br/>
        <w:t>vt 0.979675 0.792662</w:t>
        <w:br/>
        <w:t>vt 0.990787 0.726705</w:t>
        <w:br/>
        <w:t>vt 0.990787 0.729943</w:t>
        <w:br/>
        <w:t>vt 0.986566 0.729965</w:t>
        <w:br/>
        <w:t>vt 0.986566 0.726684</w:t>
        <w:br/>
        <w:t>vt 0.990787 0.819051</w:t>
        <w:br/>
        <w:t>vt 0.986566 0.819195</w:t>
        <w:br/>
        <w:t>vt 0.986566 0.818835</w:t>
        <w:br/>
        <w:t>vt 0.990787 0.816965</w:t>
        <w:br/>
        <w:t>vt 0.979675 0.902261</w:t>
        <w:br/>
        <w:t>vt 0.979675 0.901876</w:t>
        <w:br/>
        <w:t>vt 0.983617 0.902028</w:t>
        <w:br/>
        <w:t>vt 0.983617 0.904263</w:t>
        <w:br/>
        <w:t>vt 0.986566 0.832376</w:t>
        <w:br/>
        <w:t>vt 0.990787 0.833293</w:t>
        <w:br/>
        <w:t>vt 0.979675 0.887766</w:t>
        <w:br/>
        <w:t>vt 0.983617 0.886781</w:t>
        <w:br/>
        <w:t>vt 0.986566 0.834923</w:t>
        <w:br/>
        <w:t>vt 0.990787 0.835984</w:t>
        <w:br/>
        <w:t>vt 0.979675 0.885039</w:t>
        <w:br/>
        <w:t>vt 0.983617 0.883898</w:t>
        <w:br/>
        <w:t>vt 0.986566 0.841031</w:t>
        <w:br/>
        <w:t>vt 0.986566 0.837759</w:t>
        <w:br/>
        <w:t>vt 0.990787 0.838577</w:t>
        <w:br/>
        <w:t>vt 0.990787 0.841289</w:t>
        <w:br/>
        <w:t>vt 0.983617 0.881124</w:t>
        <w:br/>
        <w:t>vt 0.979675 0.882003</w:t>
        <w:br/>
        <w:t>vt 0.979675 0.878496</w:t>
        <w:br/>
        <w:t>vt 0.983617 0.878221</w:t>
        <w:br/>
        <w:t>vt 0.990787 0.720102</w:t>
        <w:br/>
        <w:t>vt 0.986566 0.720112</w:t>
        <w:br/>
        <w:t>vt 0.986566 0.715795</w:t>
        <w:br/>
        <w:t>vt 0.990787 0.716143</w:t>
        <w:br/>
        <w:t>vt 0.979675 0.804055</w:t>
        <w:br/>
        <w:t>vt 0.979675 0.799689</w:t>
        <w:br/>
        <w:t>vt 0.983617 0.799739</w:t>
        <w:br/>
        <w:t>vt 0.983617 0.804222</w:t>
        <w:br/>
        <w:t>vt 0.990787 0.723471</w:t>
        <w:br/>
        <w:t>vt 0.986566 0.723502</w:t>
        <w:br/>
        <w:t>vt 0.979675 0.796069</w:t>
        <w:br/>
        <w:t>vt 0.983617 0.796106</w:t>
        <w:br/>
        <w:t>vt 0.990787 0.733181</w:t>
        <w:br/>
        <w:t>vt 0.986566 0.733147</w:t>
        <w:br/>
        <w:t>vt 0.979675 0.785744</w:t>
        <w:br/>
        <w:t>vt 0.983617 0.785710</w:t>
        <w:br/>
        <w:t>vt 0.986566 0.736528</w:t>
        <w:br/>
        <w:t>vt 0.990787 0.736573</w:t>
        <w:br/>
        <w:t>vt 0.979675 0.782111</w:t>
        <w:br/>
        <w:t>vt 0.983617 0.782100</w:t>
        <w:br/>
        <w:t>vt 0.986566 0.740603</w:t>
        <w:br/>
        <w:t>vt 0.990787 0.740758</w:t>
        <w:br/>
        <w:t>vt 0.979675 0.777467</w:t>
        <w:br/>
        <w:t>vt 0.983617 0.777839</w:t>
        <w:br/>
        <w:t>vt 0.810017 0.208780</w:t>
        <w:br/>
        <w:t>vt 0.810628 0.205478</w:t>
        <w:br/>
        <w:t>vt 0.815651 0.206488</w:t>
        <w:br/>
        <w:t>vt 0.814163 0.210606</w:t>
        <w:br/>
        <w:t>vt 0.807440 0.213879</w:t>
        <w:br/>
        <w:t>vt 0.809019 0.211598</w:t>
        <w:br/>
        <w:t>vt 0.812450 0.214252</w:t>
        <w:br/>
        <w:t>vt 0.809816 0.217227</w:t>
        <w:br/>
        <w:t>vt 0.805610 0.215193</w:t>
        <w:br/>
        <w:t>vt 0.806839 0.219009</w:t>
        <w:br/>
        <w:t>vt 0.793070 0.218461</w:t>
        <w:br/>
        <w:t>vt 0.795218 0.214343</w:t>
        <w:br/>
        <w:t>vt 0.793678 0.213582</w:t>
        <w:br/>
        <w:t>vt 0.790704 0.216261</w:t>
        <w:br/>
        <w:t>vt 0.788844 0.214326</w:t>
        <w:br/>
        <w:t>vt 0.793137 0.212402</w:t>
        <w:br/>
        <w:t>vt 0.792113 0.115383</w:t>
        <w:br/>
        <w:t>vt 0.795392 0.118185</w:t>
        <w:br/>
        <w:t>vt 0.793890 0.122383</w:t>
        <w:br/>
        <w:t>vt 0.788844 0.121022</w:t>
        <w:br/>
        <w:t>vt 0.795900 0.112068</w:t>
        <w:br/>
        <w:t>vt 0.797805 0.115749</w:t>
        <w:br/>
        <w:t>vt 0.800459 0.110664</w:t>
        <w:br/>
        <w:t>vt 0.801026 0.114747</w:t>
        <w:br/>
        <w:t>vt 0.805539 0.110470</w:t>
        <w:br/>
        <w:t>vt 0.804561 0.115007</w:t>
        <w:br/>
        <w:t>vt 0.810075 0.112490</w:t>
        <w:br/>
        <w:t>vt 0.807682 0.116020</w:t>
        <w:br/>
        <w:t>vt 0.809998 0.118609</w:t>
        <w:br/>
        <w:t>vt 0.813527 0.116197</w:t>
        <w:br/>
        <w:t>vt 0.811319 0.122955</w:t>
        <w:br/>
        <w:t>vt 0.815651 0.121854</w:t>
        <w:br/>
        <w:t>vt 0.587171 0.243858</w:t>
        <w:br/>
        <w:t>vt 0.588434 0.239573</w:t>
        <w:br/>
        <w:t>vt 0.592837 0.240594</w:t>
        <w:br/>
        <w:t>vt 0.590779 0.246186</w:t>
        <w:br/>
        <w:t>vt 0.584918 0.246430</w:t>
        <w:br/>
        <w:t>vt 0.587401 0.249848</w:t>
        <w:br/>
        <w:t>vt 0.582920 0.251822</w:t>
        <w:br/>
        <w:t>vt 0.581820 0.247588</w:t>
        <w:br/>
        <w:t>vt 0.577846 0.252105</w:t>
        <w:br/>
        <w:t>vt 0.578231 0.247778</w:t>
        <w:br/>
        <w:t>vt 0.573129 0.250675</w:t>
        <w:br/>
        <w:t>vt 0.574945 0.246914</w:t>
        <w:br/>
        <w:t>vt 0.569160 0.247282</w:t>
        <w:br/>
        <w:t>vt 0.572425 0.244474</w:t>
        <w:br/>
        <w:t>vt 0.565801 0.241495</w:t>
        <w:br/>
        <w:t>vt 0.570917 0.240173</w:t>
        <w:br/>
        <w:t>vt 0.570760 0.148861</w:t>
        <w:br/>
        <w:t>vt 0.570226 0.150045</w:t>
        <w:br/>
        <w:t>vt 0.565801 0.148155</w:t>
        <w:br/>
        <w:t>vt 0.567749 0.146347</w:t>
        <w:br/>
        <w:t>vt 0.570264 0.144393</w:t>
        <w:br/>
        <w:t>vt 0.572268 0.148018</w:t>
        <w:br/>
        <w:t>vt 0.584176 0.143369</w:t>
        <w:br/>
        <w:t>vt 0.582884 0.147699</w:t>
        <w:br/>
        <w:t>vt 0.587192 0.145428</w:t>
        <w:br/>
        <w:t>vt 0.584738 0.148955</w:t>
        <w:br/>
        <w:t>vt 0.589855 0.148585</w:t>
        <w:br/>
        <w:t>vt 0.586285 0.151223</w:t>
        <w:br/>
        <w:t>vt 0.587247 0.154095</w:t>
        <w:br/>
        <w:t>vt 0.591616 0.152322</w:t>
        <w:br/>
        <w:t>vt 0.592837 0.156527</w:t>
        <w:br/>
        <w:t>vt 0.587858 0.157250</w:t>
        <w:br/>
        <w:t>vt 0.603653 0.383165</w:t>
        <w:br/>
        <w:t>vt 0.600922 0.384374</w:t>
        <w:br/>
        <w:t>vt 0.599295 0.378792</w:t>
        <w:br/>
        <w:t>vt 0.605194 0.381496</w:t>
        <w:br/>
        <w:t>vt 0.606736 0.378183</w:t>
        <w:br/>
        <w:t>vt 0.594939 0.383195</w:t>
        <w:br/>
        <w:t>vt 0.597695 0.384446</w:t>
        <w:br/>
        <w:t>vt 0.593386 0.381491</w:t>
        <w:br/>
        <w:t>vt 0.591755 0.377912</w:t>
        <w:br/>
        <w:t>vt 0.811319 0.122955</w:t>
        <w:br/>
        <w:t>vt 0.807841 0.124483</w:t>
        <w:br/>
        <w:t>vt 0.807370 0.121867</w:t>
        <w:br/>
        <w:t>vt 0.809998 0.118609</w:t>
        <w:br/>
        <w:t>vt 0.806073 0.119763</w:t>
        <w:br/>
        <w:t>vt 0.807682 0.116020</w:t>
        <w:br/>
        <w:t>vt 0.803761 0.118467</w:t>
        <w:br/>
        <w:t>vt 0.804561 0.115007</w:t>
        <w:br/>
        <w:t>vt 0.801563 0.118375</w:t>
        <w:br/>
        <w:t>vt 0.801026 0.114747</w:t>
        <w:br/>
        <w:t>vt 0.797805 0.115749</w:t>
        <w:br/>
        <w:t>vt 0.799185 0.119556</w:t>
        <w:br/>
        <w:t>vt 0.795392 0.118185</w:t>
        <w:br/>
        <w:t>vt 0.797876 0.121499</w:t>
        <w:br/>
        <w:t>vt 0.793890 0.122383</w:t>
        <w:br/>
        <w:t>vt 0.796634 0.124070</w:t>
        <w:br/>
        <w:t>vt 0.793137 0.212402</w:t>
        <w:br/>
        <w:t>vt 0.796634 0.200264</w:t>
        <w:br/>
        <w:t>vt 0.797050 0.203381</w:t>
        <w:br/>
        <w:t>vt 0.793678 0.213582</w:t>
        <w:br/>
        <w:t>vt 0.798077 0.205040</w:t>
        <w:br/>
        <w:t>vt 0.795218 0.214343</w:t>
        <w:br/>
        <w:t>vt 0.800352 0.206281</w:t>
        <w:br/>
        <w:t>vt 0.805610 0.215193</w:t>
        <w:br/>
        <w:t>vt 0.803170 0.206542</w:t>
        <w:br/>
        <w:t>vt 0.807440 0.213879</w:t>
        <w:br/>
        <w:t>vt 0.809019 0.211598</w:t>
        <w:br/>
        <w:t>vt 0.805627 0.205618</w:t>
        <w:br/>
        <w:t>vt 0.810017 0.208780</w:t>
        <w:br/>
        <w:t>vt 0.806773 0.204098</w:t>
        <w:br/>
        <w:t>vt 0.810628 0.205478</w:t>
        <w:br/>
        <w:t>vt 0.807841 0.200899</w:t>
        <w:br/>
        <w:t>vt 0.577434 0.156284</w:t>
        <w:br/>
        <w:t>vt 0.575101 0.157470</w:t>
        <w:br/>
        <w:t>vt 0.572268 0.148018</w:t>
        <w:br/>
        <w:t>vt 0.582884 0.147699</w:t>
        <w:br/>
        <w:t>vt 0.574034 0.159085</w:t>
        <w:br/>
        <w:t>vt 0.570760 0.148861</w:t>
        <w:br/>
        <w:t>vt 0.573610 0.161986</w:t>
        <w:br/>
        <w:t>vt 0.570226 0.150045</w:t>
        <w:br/>
        <w:t>vt 0.574832 0.241175</w:t>
        <w:br/>
        <w:t>vt 0.572425 0.244474</w:t>
        <w:br/>
        <w:t>vt 0.570917 0.240173</w:t>
        <w:br/>
        <w:t>vt 0.573610 0.238550</w:t>
        <w:br/>
        <w:t>vt 0.582826 0.157154</w:t>
        <w:br/>
        <w:t>vt 0.586285 0.151223</w:t>
        <w:br/>
        <w:t>vt 0.587247 0.154095</w:t>
        <w:br/>
        <w:t>vt 0.583925 0.158701</w:t>
        <w:br/>
        <w:t>vt 0.580310 0.156126</w:t>
        <w:br/>
        <w:t>vt 0.584738 0.148955</w:t>
        <w:br/>
        <w:t>vt 0.587858 0.157250</w:t>
        <w:br/>
        <w:t>vt 0.584934 0.161911</w:t>
        <w:br/>
        <w:t>vt 0.583242 0.242712</w:t>
        <w:br/>
        <w:t>vt 0.584476 0.240722</w:t>
        <w:br/>
        <w:t>vt 0.587171 0.243858</w:t>
        <w:br/>
        <w:t>vt 0.584918 0.246430</w:t>
        <w:br/>
        <w:t>vt 0.584934 0.238116</w:t>
        <w:br/>
        <w:t>vt 0.588434 0.239573</w:t>
        <w:br/>
        <w:t>vt 0.581820 0.247588</w:t>
        <w:br/>
        <w:t>vt 0.580942 0.244091</w:t>
        <w:br/>
        <w:t>vt 0.578231 0.247778</w:t>
        <w:br/>
        <w:t>vt 0.578717 0.244220</w:t>
        <w:br/>
        <w:t>vt 0.574945 0.246914</w:t>
        <w:br/>
        <w:t>vt 0.576288 0.243129</w:t>
        <w:br/>
        <w:t>vt 0.827710 0.630790</w:t>
        <w:br/>
        <w:t>vt 0.825842 0.630790</w:t>
        <w:br/>
        <w:t>vt 0.825890 0.599377</w:t>
        <w:br/>
        <w:t>vt 0.827760 0.599377</w:t>
        <w:br/>
        <w:t>vt 0.824182 0.630791</w:t>
        <w:br/>
        <w:t>vt 0.824225 0.599378</w:t>
        <w:br/>
        <w:t>vt 0.810881 0.630795</w:t>
        <w:br/>
        <w:t>vt 0.810902 0.599382</w:t>
        <w:br/>
        <w:t>vt 0.807770 0.630796</w:t>
        <w:br/>
        <w:t>vt 0.807784 0.599383</w:t>
        <w:br/>
        <w:t>vt 0.804306 0.630797</w:t>
        <w:br/>
        <w:t>vt 0.804320 0.599384</w:t>
        <w:br/>
        <w:t>vt 0.800727 0.630798</w:t>
        <w:br/>
        <w:t>vt 0.800736 0.599385</w:t>
        <w:br/>
        <w:t>vt 0.796970 0.630799</w:t>
        <w:br/>
        <w:t>vt 0.796977 0.599386</w:t>
        <w:br/>
        <w:t>vt 0.727023 0.599405</w:t>
        <w:br/>
        <w:t>vt 0.727008 0.630818</w:t>
        <w:br/>
        <w:t>vt 0.721880 0.630820</w:t>
        <w:br/>
        <w:t>vt 0.721902 0.599407</w:t>
        <w:br/>
        <w:t>vt 0.717086 0.630821</w:t>
        <w:br/>
        <w:t>vt 0.717110 0.599408</w:t>
        <w:br/>
        <w:t>vt 0.712650 0.630823</w:t>
        <w:br/>
        <w:t>vt 0.712672 0.599409</w:t>
        <w:br/>
        <w:t>vt 0.708441 0.599410</w:t>
        <w:br/>
        <w:t>vt 0.708424 0.630824</w:t>
        <w:br/>
        <w:t>vt 0.704007 0.599411</w:t>
        <w:br/>
        <w:t>vt 0.703994 0.630825</w:t>
        <w:br/>
        <w:t>vt 0.699221 0.599413</w:t>
        <w:br/>
        <w:t>vt 0.699214 0.630826</w:t>
        <w:br/>
        <w:t>vt 0.694106 0.599414</w:t>
        <w:br/>
        <w:t>vt 0.694101 0.630827</w:t>
        <w:br/>
        <w:t>vt 0.796955 0.567973</w:t>
        <w:br/>
        <w:t>vt 0.800712 0.567972</w:t>
        <w:br/>
        <w:t>vt 0.804292 0.567971</w:t>
        <w:br/>
        <w:t>vt 0.807755 0.567969</w:t>
        <w:br/>
        <w:t>vt 0.810866 0.567969</w:t>
        <w:br/>
        <w:t>vt 0.824168 0.567965</w:t>
        <w:br/>
        <w:t>vt 0.825828 0.567965</w:t>
        <w:br/>
        <w:t>vt 0.827697 0.567964</w:t>
        <w:br/>
        <w:t>vt 0.694089 0.568001</w:t>
        <w:br/>
        <w:t>vt 0.699201 0.568000</w:t>
        <w:br/>
        <w:t>vt 0.703982 0.567999</w:t>
        <w:br/>
        <w:t>vt 0.708411 0.567997</w:t>
        <w:br/>
        <w:t>vt 0.712637 0.567996</w:t>
        <w:br/>
        <w:t>vt 0.717072 0.567995</w:t>
        <w:br/>
        <w:t>vt 0.721865 0.567994</w:t>
        <w:br/>
        <w:t>vt 0.726994 0.567992</w:t>
        <w:br/>
        <w:t>vt 0.058646 0.799896</w:t>
        <w:br/>
        <w:t>vt 0.066150 0.800269</w:t>
        <w:br/>
        <w:t>vt 0.066113 0.833468</w:t>
        <w:br/>
        <w:t>vt 0.058566 0.833926</w:t>
        <w:br/>
        <w:t>vt 0.796634 0.182393</w:t>
        <w:br/>
        <w:t>vt 0.793043 0.182117</w:t>
        <w:br/>
        <w:t>vt 0.793376 0.146366</w:t>
        <w:br/>
        <w:t>vt 0.796634 0.146563</w:t>
        <w:br/>
        <w:t>vt 0.793043 0.182117</w:t>
        <w:br/>
        <w:t>vt 0.788844 0.182835</w:t>
        <w:br/>
        <w:t>vt 0.788844 0.145790</w:t>
        <w:br/>
        <w:t>vt 0.793376 0.146366</w:t>
        <w:br/>
        <w:t>vt 0.990787 0.791138</w:t>
        <w:br/>
        <w:t>vt 0.986566 0.791021</w:t>
        <w:br/>
        <w:t>vt 0.986566 0.760968</w:t>
        <w:br/>
        <w:t>vt 0.990787 0.760891</w:t>
        <w:br/>
        <w:t>vt 0.359768 0.385339</w:t>
        <w:br/>
        <w:t>vt 0.340745 0.385344</w:t>
        <w:br/>
        <w:t>vt 0.340740 0.365732</w:t>
        <w:br/>
        <w:t>vt 0.359763 0.365726</w:t>
        <w:br/>
        <w:t>vt 0.340734 0.346120</w:t>
        <w:br/>
        <w:t>vt 0.359758 0.346114</w:t>
        <w:br/>
        <w:t>vt 0.979675 0.964304</w:t>
        <w:br/>
        <w:t>vt 0.979675 0.932039</w:t>
        <w:br/>
        <w:t>vt 0.983617 0.931914</w:t>
        <w:br/>
        <w:t>vt 0.983617 0.964317</w:t>
        <w:br/>
        <w:t>vt 0.565801 0.179758</w:t>
        <w:br/>
        <w:t>vt 0.570139 0.180431</w:t>
        <w:br/>
        <w:t>vt 0.570445 0.216220</w:t>
        <w:br/>
        <w:t>vt 0.565801 0.216808</w:t>
        <w:br/>
        <w:t>vt 0.570445 0.216220</w:t>
        <w:br/>
        <w:t>vt 0.570139 0.180431</w:t>
        <w:br/>
        <w:t>vt 0.573610 0.180151</w:t>
        <w:br/>
        <w:t>vt 0.573610 0.216025</w:t>
        <w:br/>
        <w:t>vt 0.606736 0.326861</w:t>
        <w:br/>
        <w:t>vt 0.606736 0.360877</w:t>
        <w:br/>
        <w:t>vt 0.599304 0.360399</w:t>
        <w:br/>
        <w:t>vt 0.599322 0.327217</w:t>
        <w:br/>
        <w:t>vt 0.591755 0.360877</w:t>
        <w:br/>
        <w:t>vt 0.591755 0.326832</w:t>
        <w:br/>
        <w:t>vt 0.599322 0.327217</w:t>
        <w:br/>
        <w:t>vt 0.599304 0.360399</w:t>
        <w:br/>
        <w:t>vt 0.584934 0.215781</w:t>
        <w:br/>
        <w:t>vt 0.584934 0.179929</w:t>
        <w:br/>
        <w:t>vt 0.588116 0.179708</w:t>
        <w:br/>
        <w:t>vt 0.588372 0.215835</w:t>
        <w:br/>
        <w:t>vt 0.588372 0.215835</w:t>
        <w:br/>
        <w:t>vt 0.588116 0.179708</w:t>
        <w:br/>
        <w:t>vt 0.592837 0.179281</w:t>
        <w:br/>
        <w:t>vt 0.592837 0.216253</w:t>
        <w:br/>
        <w:t>vt 0.983617 0.825766</w:t>
        <w:br/>
        <w:t>vt 0.983617 0.858305</w:t>
        <w:br/>
        <w:t>vt 0.979675 0.858269</w:t>
        <w:br/>
        <w:t>vt 0.979675 0.825847</w:t>
        <w:br/>
        <w:t>vt 0.777970 0.567978</w:t>
        <w:br/>
        <w:t>vt 0.777984 0.599391</w:t>
        <w:br/>
        <w:t>vt 0.747530 0.599399</w:t>
        <w:br/>
        <w:t>vt 0.747521 0.567987</w:t>
        <w:br/>
        <w:t>vt 0.777986 0.630804</w:t>
        <w:br/>
        <w:t>vt 0.747537 0.630812</w:t>
        <w:br/>
        <w:t>vt 0.811041 0.183056</w:t>
        <w:br/>
        <w:t>vt 0.811352 0.146761</w:t>
        <w:br/>
        <w:t>vt 0.815651 0.146288</w:t>
        <w:br/>
        <w:t>vt 0.815651 0.183512</w:t>
        <w:br/>
        <w:t>vt 0.990787 0.890293</w:t>
        <w:br/>
        <w:t>vt 0.986566 0.890281</w:t>
        <w:br/>
        <w:t>vt 0.986566 0.859924</w:t>
        <w:br/>
        <w:t>vt 0.990787 0.859890</w:t>
        <w:br/>
        <w:t>vt 0.811041 0.183056</w:t>
        <w:br/>
        <w:t>vt 0.807841 0.182822</w:t>
        <w:br/>
        <w:t>vt 0.807841 0.146871</w:t>
        <w:br/>
        <w:t>vt 0.811352 0.146761</w:t>
        <w:br/>
        <w:t>vt 0.073644 0.833980</w:t>
        <w:br/>
        <w:t>vt 0.066113 0.833468</w:t>
        <w:br/>
        <w:t>vt 0.066150 0.800269</w:t>
        <w:br/>
        <w:t>vt 0.073644 0.799905</w:t>
        <w:br/>
        <w:t>vt 0.990787 0.910428</w:t>
        <w:br/>
        <w:t>vt 0.986566 0.910734</w:t>
        <w:br/>
        <w:t>vt 0.983617 0.985897</w:t>
        <w:br/>
        <w:t>vt 0.979675 0.986225</w:t>
        <w:br/>
        <w:t>vt 0.372552 0.365723</w:t>
        <w:br/>
        <w:t>vt 0.372558 0.385335</w:t>
        <w:br/>
        <w:t>vt 0.322993 0.365737</w:t>
        <w:br/>
        <w:t>vt 0.322998 0.385349</w:t>
        <w:br/>
        <w:t>vt 0.322988 0.346124</w:t>
        <w:br/>
        <w:t>vt 0.372547 0.346111</w:t>
        <w:br/>
        <w:t>vt 0.191491 0.124744</w:t>
        <w:br/>
        <w:t>vt 0.184309 0.124744</w:t>
        <w:br/>
        <w:t>vt 0.183645 0.108244</w:t>
        <w:br/>
        <w:t>vt 0.190554 0.108244</w:t>
        <w:br/>
        <w:t>vt 0.338534 0.415743</w:t>
        <w:br/>
        <w:t>vt 0.338407 0.413324</w:t>
        <w:br/>
        <w:t>vt 0.344884 0.413324</w:t>
        <w:br/>
        <w:t>vt 0.345261 0.415743</w:t>
        <w:br/>
        <w:t>vt 0.460779 0.665038</w:t>
        <w:br/>
        <w:t>vt 0.458221 0.665038</w:t>
        <w:br/>
        <w:t>vt 0.458527 0.653167</w:t>
        <w:br/>
        <w:t>vt 0.461432 0.653167</w:t>
        <w:br/>
        <w:t>vt 0.456681 0.665038</w:t>
        <w:br/>
        <w:t>vt 0.456993 0.653167</w:t>
        <w:br/>
        <w:t>vt 0.347529 0.418851</w:t>
        <w:br/>
        <w:t>vt 0.351656 0.418851</w:t>
        <w:br/>
        <w:t>vt 0.351779 0.421937</w:t>
        <w:br/>
        <w:t>vt 0.347321 0.421937</w:t>
        <w:br/>
        <w:t>vt 0.340379 0.421937</w:t>
        <w:br/>
        <w:t>vt 0.340617 0.418851</w:t>
        <w:br/>
        <w:t>vt 0.347529 0.418851</w:t>
        <w:br/>
        <w:t>vt 0.173484 0.124744</w:t>
        <w:br/>
        <w:t>vt 0.172990 0.108244</w:t>
        <w:br/>
        <w:t>vt 0.166669 0.124744</w:t>
        <w:br/>
        <w:t>vt 0.166416 0.108244</w:t>
        <w:br/>
        <w:t>vt 0.323786 0.421937</w:t>
        <w:br/>
        <w:t>vt 0.323169 0.418851</w:t>
        <w:br/>
        <w:t>vt 0.330035 0.418851</w:t>
        <w:br/>
        <w:t>vt 0.329858 0.421937</w:t>
        <w:br/>
        <w:t>vt 0.471658 0.653167</w:t>
        <w:br/>
        <w:t>vt 0.471208 0.665038</w:t>
        <w:br/>
        <w:t>vt 0.464852 0.665038</w:t>
        <w:br/>
        <w:t>vt 0.465332 0.653167</w:t>
        <w:br/>
        <w:t>vt 0.196048 0.108244</w:t>
        <w:br/>
        <w:t>vt 0.196432 0.124744</w:t>
        <w:br/>
        <w:t>vt 0.200235 0.108244</w:t>
        <w:br/>
        <w:t>vt 0.200772 0.124744</w:t>
        <w:br/>
        <w:t>vt 0.328559 0.415743</w:t>
        <w:br/>
        <w:t>vt 0.328453 0.413324</w:t>
        <w:br/>
        <w:t>vt 0.353884 0.418851</w:t>
        <w:br/>
        <w:t>vt 0.354541 0.421937</w:t>
        <w:br/>
        <w:t>vt 0.456993 0.653167</w:t>
        <w:br/>
        <w:t>vt 0.456681 0.665038</w:t>
        <w:br/>
        <w:t>vt 0.454057 0.665038</w:t>
        <w:br/>
        <w:t>vt 0.453231 0.653167</w:t>
        <w:br/>
        <w:t>vt 0.353031 0.413324</w:t>
        <w:br/>
        <w:t>vt 0.352128 0.415743</w:t>
        <w:br/>
        <w:t>vt 0.350194 0.415743</w:t>
        <w:br/>
        <w:t>vt 0.349997 0.413324</w:t>
        <w:br/>
        <w:t>vt 0.358914 0.415743</w:t>
        <w:br/>
        <w:t>vt 0.352128 0.415743</w:t>
        <w:br/>
        <w:t>vt 0.359911 0.413324</w:t>
        <w:br/>
        <w:t>vt 0.373664 0.413324</w:t>
        <w:br/>
        <w:t>vt 0.373646 0.415743</w:t>
        <w:br/>
        <w:t>vt 0.446421 0.665038</w:t>
        <w:br/>
        <w:t>vt 0.445297 0.653167</w:t>
        <w:br/>
        <w:t>vt 0.206410 0.124744</w:t>
        <w:br/>
        <w:t>vt 0.200772 0.124744</w:t>
        <w:br/>
        <w:t>vt 0.200235 0.108244</w:t>
        <w:br/>
        <w:t>vt 0.207554 0.108244</w:t>
        <w:br/>
        <w:t>vt 0.358146 0.418851</w:t>
        <w:br/>
        <w:t>vt 0.371119 0.418851</w:t>
        <w:br/>
        <w:t>vt 0.370953 0.421937</w:t>
        <w:br/>
        <w:t>vt 0.358945 0.421937</w:t>
        <w:br/>
        <w:t>vt 0.221536 0.108244</w:t>
        <w:br/>
        <w:t>vt 0.219977 0.124744</w:t>
        <w:br/>
        <w:t>vt 0.442411 0.665038</w:t>
        <w:br/>
        <w:t>vt 0.441344 0.653167</w:t>
        <w:br/>
        <w:t>vt 0.377475 0.421937</w:t>
        <w:br/>
        <w:t>vt 0.378114 0.418851</w:t>
        <w:br/>
        <w:t>vt 0.354541 0.421937</w:t>
        <w:br/>
        <w:t>vt 0.353884 0.418851</w:t>
        <w:br/>
        <w:t>vt 0.474733 0.665038</w:t>
        <w:br/>
        <w:t>vt 0.474976 0.653167</w:t>
        <w:br/>
        <w:t>vt 0.441194 0.665038</w:t>
        <w:br/>
        <w:t>vt 0.440855 0.665038</w:t>
        <w:br/>
        <w:t>vt 0.439428 0.653167</w:t>
        <w:br/>
        <w:t>vt 0.440225 0.653167</w:t>
        <w:br/>
        <w:t>vt 0.441194 0.665038</w:t>
        <w:br/>
        <w:t>vt 0.440225 0.653167</w:t>
        <w:br/>
        <w:t>vt 0.380796 0.421937</w:t>
        <w:br/>
        <w:t>vt 0.379976 0.421937</w:t>
        <w:br/>
        <w:t>vt 0.380192 0.418851</w:t>
        <w:br/>
        <w:t>vt 0.382344 0.418851</w:t>
        <w:br/>
        <w:t>vt 0.228745 0.108244</w:t>
        <w:br/>
        <w:t>vt 0.231670 0.108244</w:t>
        <w:br/>
        <w:t>vt 0.229713 0.124744</w:t>
        <w:br/>
        <w:t>vt 0.227083 0.124744</w:t>
        <w:br/>
        <w:t>vt 0.380336 0.413324</w:t>
        <w:br/>
        <w:t>vt 0.380578 0.415743</w:t>
        <w:br/>
        <w:t>vt 0.382646 0.413324</w:t>
        <w:br/>
        <w:t>vt 0.382851 0.415743</w:t>
        <w:br/>
        <w:t>vt 0.384375 0.413324</w:t>
        <w:br/>
        <w:t>vt 0.385694 0.415743</w:t>
        <w:br/>
        <w:t>vt 0.234543 0.108244</w:t>
        <w:br/>
        <w:t>vt 0.232002 0.124744</w:t>
        <w:br/>
        <w:t>vt 0.229713 0.124744</w:t>
        <w:br/>
        <w:t>vt 0.322831 0.413324</w:t>
        <w:br/>
        <w:t>vt 0.322135 0.415743</w:t>
        <w:br/>
        <w:t>vt 0.708106 0.098497</w:t>
        <w:br/>
        <w:t>vt 0.711070 0.100133</w:t>
        <w:br/>
        <w:t>vt 0.711070 0.115686</w:t>
        <w:br/>
        <w:t>vt 0.708106 0.116600</w:t>
        <w:br/>
        <w:t>vt 0.705446 0.117500</w:t>
        <w:br/>
        <w:t>vt 0.705446 0.097086</w:t>
        <w:br/>
        <w:t>vt 0.708106 0.098497</w:t>
        <w:br/>
        <w:t>vt 0.708106 0.116600</w:t>
        <w:br/>
        <w:t>vt 0.708106 0.151122</w:t>
        <w:br/>
        <w:t>vt 0.711070 0.150066</w:t>
        <w:br/>
        <w:t>vt 0.711070 0.154353</w:t>
        <w:br/>
        <w:t>vt 0.708106 0.157191</w:t>
        <w:br/>
        <w:t>vt 0.708106 0.146724</w:t>
        <w:br/>
        <w:t>vt 0.711070 0.146509</w:t>
        <w:br/>
        <w:t>vt 0.705446 0.151705</w:t>
        <w:br/>
        <w:t>vt 0.708106 0.151122</w:t>
        <w:br/>
        <w:t>vt 0.708106 0.157191</w:t>
        <w:br/>
        <w:t>vt 0.705446 0.158780</w:t>
        <w:br/>
        <w:t>vt 0.705446 0.151705</w:t>
        <w:br/>
        <w:t>vt 0.705446 0.158780</w:t>
        <w:br/>
        <w:t>vt 0.702648 0.156876</w:t>
        <w:br/>
        <w:t>vt 0.702648 0.151060</w:t>
        <w:br/>
        <w:t>vt 0.705446 0.146857</w:t>
        <w:br/>
        <w:t>vt 0.702648 0.146724</w:t>
        <w:br/>
        <w:t>vt 0.705446 0.146857</w:t>
        <w:br/>
        <w:t>vt 0.708106 0.146724</w:t>
        <w:br/>
        <w:t>vt 0.705446 0.119114</w:t>
        <w:br/>
        <w:t>vt 0.708106 0.119358</w:t>
        <w:br/>
        <w:t>vt 0.711070 0.119920</w:t>
        <w:br/>
        <w:t>vt 0.708106 0.119358</w:t>
        <w:br/>
        <w:t>vt 0.705446 0.122800</w:t>
        <w:br/>
        <w:t>vt 0.708106 0.122962</w:t>
        <w:br/>
        <w:t>vt 0.708106 0.128430</w:t>
        <w:br/>
        <w:t>vt 0.705446 0.128376</w:t>
        <w:br/>
        <w:t>vt 0.700348 0.115503</w:t>
        <w:br/>
        <w:t>vt 0.702648 0.116350</w:t>
        <w:br/>
        <w:t>vt 0.702648 0.119425</w:t>
        <w:br/>
        <w:t>vt 0.700348 0.119946</w:t>
        <w:br/>
        <w:t>vt 0.700348 0.100104</w:t>
        <w:br/>
        <w:t>vt 0.702648 0.098750</w:t>
        <w:br/>
        <w:t>vt 0.702648 0.116350</w:t>
        <w:br/>
        <w:t>vt 0.705446 0.117500</w:t>
        <w:br/>
        <w:t>vt 0.705446 0.119114</w:t>
        <w:br/>
        <w:t>vt 0.702648 0.119425</w:t>
        <w:br/>
        <w:t>vt 0.702648 0.098750</w:t>
        <w:br/>
        <w:t>vt 0.705446 0.097086</w:t>
        <w:br/>
        <w:t>vt 0.702648 0.151060</w:t>
        <w:br/>
        <w:t>vt 0.702648 0.156876</w:t>
        <w:br/>
        <w:t>vt 0.700348 0.154600</w:t>
        <w:br/>
        <w:t>vt 0.700348 0.150208</w:t>
        <w:br/>
        <w:t>vt 0.702648 0.146724</w:t>
        <w:br/>
        <w:t>vt 0.700348 0.146546</w:t>
        <w:br/>
        <w:t>vt 0.700348 0.141118</w:t>
        <w:br/>
        <w:t>vt 0.702648 0.141192</w:t>
        <w:br/>
        <w:t>vt 0.702648 0.123017</w:t>
        <w:br/>
        <w:t>vt 0.700348 0.123260</w:t>
        <w:br/>
        <w:t>vt 0.702648 0.123017</w:t>
        <w:br/>
        <w:t>vt 0.705446 0.122800</w:t>
        <w:br/>
        <w:t>vt 0.705446 0.128376</w:t>
        <w:br/>
        <w:t>vt 0.702648 0.128455</w:t>
        <w:br/>
        <w:t>vt 0.705446 0.134642</w:t>
        <w:br/>
        <w:t>vt 0.702648 0.134659</w:t>
        <w:br/>
        <w:t>vt 0.702648 0.128455</w:t>
        <w:br/>
        <w:t>vt 0.700348 0.128540</w:t>
        <w:br/>
        <w:t>vt 0.708106 0.128430</w:t>
        <w:br/>
        <w:t>vt 0.708106 0.122962</w:t>
        <w:br/>
        <w:t>vt 0.711070 0.123211</w:t>
        <w:br/>
        <w:t>vt 0.711070 0.128515</w:t>
        <w:br/>
        <w:t>vt 0.711070 0.134662</w:t>
        <w:br/>
        <w:t>vt 0.708106 0.134650</w:t>
        <w:br/>
        <w:t>vt 0.702648 0.134659</w:t>
        <w:br/>
        <w:t>vt 0.700348 0.134674</w:t>
        <w:br/>
        <w:t>vt 0.708106 0.141204</w:t>
        <w:br/>
        <w:t>vt 0.711070 0.141123</w:t>
        <w:br/>
        <w:t>vt 0.705446 0.141260</w:t>
        <w:br/>
        <w:t>vt 0.708106 0.141204</w:t>
        <w:br/>
        <w:t>vt 0.705446 0.134642</w:t>
        <w:br/>
        <w:t>vt 0.708106 0.134650</w:t>
        <w:br/>
        <w:t>vt 0.705446 0.141260</w:t>
        <w:br/>
        <w:t>vt 0.702648 0.141192</w:t>
        <w:br/>
        <w:t>vt 0.782616 0.247777</w:t>
        <w:br/>
        <w:t>vt 0.783086 0.255332</w:t>
        <w:br/>
        <w:t>vt 0.787630 0.257056</w:t>
        <w:br/>
        <w:t>vt 0.789407 0.246882</w:t>
        <w:br/>
        <w:t>vt 0.801097 0.267664</w:t>
        <w:br/>
        <w:t>vt 0.806911 0.271641</w:t>
        <w:br/>
        <w:t>vt 0.811036 0.261422</w:t>
        <w:br/>
        <w:t>vt 0.807626 0.252756</w:t>
        <w:br/>
        <w:t>vt 0.815578 0.251089</w:t>
        <w:br/>
        <w:t>vt 0.793968 0.261992</w:t>
        <w:br/>
        <w:t>vt 0.799472 0.241609</w:t>
        <w:br/>
        <w:t>vt 0.809878 0.272836</w:t>
        <w:br/>
        <w:t>vt 0.815174 0.267050</w:t>
        <w:br/>
        <w:t>vt 0.817324 0.261292</w:t>
        <w:br/>
        <w:t>vt 0.819351 0.253741</w:t>
        <w:br/>
        <w:t>vt 0.813071 0.273869</w:t>
        <w:br/>
        <w:t>vt 0.815711 0.273968</w:t>
        <w:br/>
        <w:t>vt 0.818682 0.268089</w:t>
        <w:br/>
        <w:t>vt 0.820188 0.261693</w:t>
        <w:br/>
        <w:t>vt 0.823182 0.253265</w:t>
        <w:br/>
        <w:t>vt 0.823550 0.264194</w:t>
        <w:br/>
        <w:t>vt 0.821053 0.272720</w:t>
        <w:br/>
        <w:t>vt 0.825637 0.252679</w:t>
        <w:br/>
        <w:t>vt 0.826687 0.270214</w:t>
        <w:br/>
        <w:t>vt 0.828378 0.257544</w:t>
        <w:br/>
        <w:t>vt 0.829689 0.268923</w:t>
        <w:br/>
        <w:t>vt 0.835812 0.266788</w:t>
        <w:br/>
        <w:t>vt 0.834640 0.256990</w:t>
        <w:br/>
        <w:t>vt 0.844107 0.265152</w:t>
        <w:br/>
        <w:t>vt 0.845576 0.254781</w:t>
        <w:br/>
        <w:t>vt 0.836332 0.249694</w:t>
        <w:br/>
        <w:t>vt 0.851537 0.264112</w:t>
        <w:br/>
        <w:t>vt 0.852176 0.257108</w:t>
        <w:br/>
        <w:t>vt 0.858989 0.264125</w:t>
        <w:br/>
        <w:t>vt 0.859508 0.258913</w:t>
        <w:br/>
        <w:t>vt 0.809403 0.236802</w:t>
        <w:br/>
        <w:t>vt 0.816616 0.233212</w:t>
        <w:br/>
        <w:t>vt 0.819575 0.250430</w:t>
        <w:br/>
        <w:t>vt 0.820547 0.233151</w:t>
        <w:br/>
        <w:t>vt 0.823032 0.250601</w:t>
        <w:br/>
        <w:t>vt 0.823458 0.235764</w:t>
        <w:br/>
        <w:t>vt 0.827026 0.240990</w:t>
        <w:br/>
        <w:t>vt 0.830806 0.244862</w:t>
        <w:br/>
        <w:t>vt 0.687570 0.177894</w:t>
        <w:br/>
        <w:t>vt 0.695464 0.182963</w:t>
        <w:br/>
        <w:t>vt 0.701424 0.168589</w:t>
        <w:br/>
        <w:t>vt 0.694271 0.166622</w:t>
        <w:br/>
        <w:t>vt 0.728089 0.168139</w:t>
        <w:br/>
        <w:t>vt 0.722258 0.191242</w:t>
        <w:br/>
        <w:t>vt 0.734453 0.184622</w:t>
        <w:br/>
        <w:t>vt 0.739182 0.168835</w:t>
        <w:br/>
        <w:t>vt 0.730720 0.200418</w:t>
        <w:br/>
        <w:t>vt 0.720651 0.216466</w:t>
        <w:br/>
        <w:t>vt 0.713523 0.207936</w:t>
        <w:br/>
        <w:t>vt 0.710786 0.212020</w:t>
        <w:br/>
        <w:t>vt 0.716682 0.222730</w:t>
        <w:br/>
        <w:t>vt 0.703134 0.197402</w:t>
        <w:br/>
        <w:t>vt 0.713896 0.168418</w:t>
        <w:br/>
        <w:t>vt 0.745172 0.182024</w:t>
        <w:br/>
        <w:t>vt 0.749158 0.172101</w:t>
        <w:br/>
        <w:t>vt 0.744108 0.170256</w:t>
        <w:br/>
        <w:t>vt 0.742351 0.190885</w:t>
        <w:br/>
        <w:t>vt 0.738047 0.201388</w:t>
        <w:br/>
        <w:t>vt 0.726169 0.220173</w:t>
        <w:br/>
        <w:t>vt 0.721916 0.226570</w:t>
        <w:br/>
        <w:t>vt 0.750952 0.184364</w:t>
        <w:br/>
        <w:t>vt 0.755567 0.177746</w:t>
        <w:br/>
        <w:t>vt 0.752710 0.174600</w:t>
        <w:br/>
        <w:t>vt 0.746842 0.193380</w:t>
        <w:br/>
        <w:t>vt 0.743082 0.205858</w:t>
        <w:br/>
        <w:t>vt 0.728373 0.226367</w:t>
        <w:br/>
        <w:t>vt 0.731805 0.220293</w:t>
        <w:br/>
        <w:t>vt 0.753790 0.193843</w:t>
        <w:br/>
        <w:t>vt 0.760746 0.185345</w:t>
        <w:br/>
        <w:t>vt 0.758420 0.181445</w:t>
        <w:br/>
        <w:t>vt 0.746367 0.208953</w:t>
        <w:br/>
        <w:t>vt 0.737671 0.223615</w:t>
        <w:br/>
        <w:t>vt 0.741089 0.216662</w:t>
        <w:br/>
        <w:t>vt 0.745975 0.222867</w:t>
        <w:br/>
        <w:t>vt 0.747892 0.216326</w:t>
        <w:br/>
        <w:t>vt 0.763276 0.189948</w:t>
        <w:br/>
        <w:t>vt 0.771778 0.202662</w:t>
        <w:br/>
        <w:t>vt 0.765968 0.194391</w:t>
        <w:br/>
        <w:t>vt 0.754330 0.206226</w:t>
        <w:br/>
        <w:t>vt 0.761598 0.212811</w:t>
        <w:br/>
        <w:t>vt 0.757074 0.222598</w:t>
        <w:br/>
        <w:t>vt 0.772688 0.225415</w:t>
        <w:br/>
        <w:t>vt 0.780342 0.212288</w:t>
        <w:br/>
        <w:t>vt 0.782650 0.228948</w:t>
        <w:br/>
        <w:t>vt 0.788301 0.220312</w:t>
        <w:br/>
        <w:t>vt 0.797131 0.226923</w:t>
        <w:br/>
        <w:t>vt 0.793132 0.233651</w:t>
        <w:br/>
        <w:t>vt 0.735702 0.204942</w:t>
        <w:br/>
        <w:t>vt 0.740733 0.208310</w:t>
        <w:br/>
        <w:t>vt 0.858781 0.180492</w:t>
        <w:br/>
        <w:t>vt 0.858780 0.172630</w:t>
        <w:br/>
        <w:t>vt 0.854322 0.172854</w:t>
        <w:br/>
        <w:t>vt 0.854322 0.180538</w:t>
        <w:br/>
        <w:t>vt 0.873693 0.162816</w:t>
        <w:br/>
        <w:t>vt 0.873693 0.173263</w:t>
        <w:br/>
        <w:t>vt 0.877553 0.173418</w:t>
        <w:br/>
        <w:t>vt 0.877553 0.163147</w:t>
        <w:br/>
        <w:t>vt 0.854322 0.193307</w:t>
        <w:br/>
        <w:t>vt 0.858780 0.193325</w:t>
        <w:br/>
        <w:t>vt 0.854322 0.207927</w:t>
        <w:br/>
        <w:t>vt 0.858780 0.207981</w:t>
        <w:br/>
        <w:t>vt 0.854322 0.219472</w:t>
        <w:br/>
        <w:t>vt 0.858780 0.219410</w:t>
        <w:br/>
        <w:t>vt 0.877552 0.210513</w:t>
        <w:br/>
        <w:t>vt 0.873693 0.210496</w:t>
        <w:br/>
        <w:t>vt 0.873693 0.224358</w:t>
        <w:br/>
        <w:t>vt 0.877552 0.224399</w:t>
        <w:br/>
        <w:t>vt 0.877552 0.191584</w:t>
        <w:br/>
        <w:t>vt 0.873693 0.191580</w:t>
        <w:br/>
        <w:t>vt 0.858780 0.224832</w:t>
        <w:br/>
        <w:t>vt 0.854322 0.224864</w:t>
        <w:br/>
        <w:t>vt 0.854322 0.230464</w:t>
        <w:br/>
        <w:t>vt 0.858780 0.230375</w:t>
        <w:br/>
        <w:t>vt 0.873693 0.231370</w:t>
        <w:br/>
        <w:t>vt 0.877552 0.231514</w:t>
        <w:br/>
        <w:t>vt 0.854322 0.234834</w:t>
        <w:br/>
        <w:t>vt 0.858780 0.234761</w:t>
        <w:br/>
        <w:t>vt 0.873693 0.238128</w:t>
        <w:br/>
        <w:t>vt 0.877552 0.238124</w:t>
        <w:br/>
        <w:t>vt 0.858780 0.243885</w:t>
        <w:br/>
        <w:t>vt 0.858781 0.239041</w:t>
        <w:br/>
        <w:t>vt 0.854323 0.239043</w:t>
        <w:br/>
        <w:t>vt 0.854323 0.243866</w:t>
        <w:br/>
        <w:t>vt 0.577305 0.162077</w:t>
        <w:br/>
        <w:t>vt 0.577305 0.173047</w:t>
        <w:br/>
        <w:t>vt 0.581777 0.173040</w:t>
        <w:br/>
        <w:t>vt 0.581777 0.162073</w:t>
        <w:br/>
        <w:t>vt 0.577305 0.183070</w:t>
        <w:br/>
        <w:t>vt 0.581777 0.183020</w:t>
        <w:br/>
        <w:t>vt 0.803665 0.122130</w:t>
        <w:br/>
        <w:t>vt 0.800589 0.122031</w:t>
        <w:br/>
        <w:t>vt 0.800589 0.129930</w:t>
        <w:br/>
        <w:t>vt 0.803665 0.130089</w:t>
        <w:br/>
        <w:t>vt 0.800590 0.153226</w:t>
        <w:br/>
        <w:t>vt 0.803665 0.153290</w:t>
        <w:br/>
        <w:t>vt 0.803665 0.138068</w:t>
        <w:br/>
        <w:t>vt 0.800590 0.137765</w:t>
        <w:br/>
        <w:t>vt 0.577305 0.195998</w:t>
        <w:br/>
        <w:t>vt 0.581777 0.195931</w:t>
        <w:br/>
        <w:t>vt 0.800590 0.171522</w:t>
        <w:br/>
        <w:t>vt 0.803665 0.171559</w:t>
        <w:br/>
        <w:t>vt 0.577305 0.213766</w:t>
        <w:br/>
        <w:t>vt 0.581777 0.213748</w:t>
        <w:br/>
        <w:t>vt 0.800590 0.187391</w:t>
        <w:br/>
        <w:t>vt 0.803665 0.187432</w:t>
        <w:br/>
        <w:t>vt 0.577305 0.225364</w:t>
        <w:br/>
        <w:t>vt 0.581778 0.225359</w:t>
        <w:br/>
        <w:t>vt 0.803665 0.203878</w:t>
        <w:br/>
        <w:t>vt 0.800590 0.203574</w:t>
        <w:br/>
        <w:t>vt 0.577305 0.238136</w:t>
        <w:br/>
        <w:t>vt 0.581778 0.238015</w:t>
        <w:br/>
        <w:t>vt 0.858780 0.248671</w:t>
        <w:br/>
        <w:t>vt 0.854322 0.248600</w:t>
        <w:br/>
        <w:t>vt 0.823647 0.271642</w:t>
        <w:br/>
        <w:t>vt 0.818262 0.273490</w:t>
        <w:br/>
        <w:t>vt 0.789407 0.246882</w:t>
        <w:br/>
        <w:t>vt 0.787630 0.257056</w:t>
        <w:br/>
        <w:t>vt 0.799472 0.241609</w:t>
        <w:br/>
        <w:t>vt 0.793968 0.261992</w:t>
        <w:br/>
        <w:t>vt 0.809403 0.236802</w:t>
        <w:br/>
        <w:t>vt 0.807626 0.252756</w:t>
        <w:br/>
        <w:t>vt 0.801097 0.267664</w:t>
        <w:br/>
        <w:t>vt 0.811036 0.261422</w:t>
        <w:br/>
        <w:t>vt 0.806911 0.271641</w:t>
        <w:br/>
        <w:t>vt 0.815578 0.251089</w:t>
        <w:br/>
        <w:t>vt 0.816616 0.233212</w:t>
        <w:br/>
        <w:t>vt 0.809878 0.272836</w:t>
        <w:br/>
        <w:t>vt 0.817324 0.261292</w:t>
        <w:br/>
        <w:t>vt 0.815174 0.267050</w:t>
        <w:br/>
        <w:t>vt 0.819351 0.253741</w:t>
        <w:br/>
        <w:t>vt 0.820547 0.233151</w:t>
        <w:br/>
        <w:t>vt 0.819575 0.250430</w:t>
        <w:br/>
        <w:t>vt 0.815711 0.273968</w:t>
        <w:br/>
        <w:t>vt 0.813071 0.273869</w:t>
        <w:br/>
        <w:t>vt 0.820188 0.261693</w:t>
        <w:br/>
        <w:t>vt 0.818682 0.268089</w:t>
        <w:br/>
        <w:t>vt 0.823182 0.253265</w:t>
        <w:br/>
        <w:t>vt 0.823458 0.235764</w:t>
        <w:br/>
        <w:t>vt 0.823032 0.250601</w:t>
        <w:br/>
        <w:t>vt 0.823550 0.264194</w:t>
        <w:br/>
        <w:t>vt 0.821053 0.272720</w:t>
        <w:br/>
        <w:t>vt 0.825637 0.252679</w:t>
        <w:br/>
        <w:t>vt 0.827026 0.240990</w:t>
        <w:br/>
        <w:t>vt 0.830806 0.244862</w:t>
        <w:br/>
        <w:t>vt 0.828378 0.257544</w:t>
        <w:br/>
        <w:t>vt 0.826687 0.270214</w:t>
        <w:br/>
        <w:t>vt 0.834640 0.256990</w:t>
        <w:br/>
        <w:t>vt 0.835812 0.266788</w:t>
        <w:br/>
        <w:t>vt 0.829689 0.268923</w:t>
        <w:br/>
        <w:t>vt 0.836332 0.249694</w:t>
        <w:br/>
        <w:t>vt 0.845576 0.254781</w:t>
        <w:br/>
        <w:t>vt 0.844107 0.265152</w:t>
        <w:br/>
        <w:t>vt 0.852176 0.257108</w:t>
        <w:br/>
        <w:t>vt 0.851537 0.264112</w:t>
        <w:br/>
        <w:t>vt 0.701424 0.168589</w:t>
        <w:br/>
        <w:t>vt 0.695464 0.182963</w:t>
        <w:br/>
        <w:t>vt 0.713896 0.168418</w:t>
        <w:br/>
        <w:t>vt 0.703134 0.197402</w:t>
        <w:br/>
        <w:t>vt 0.728089 0.168139</w:t>
        <w:br/>
        <w:t>vt 0.722258 0.191242</w:t>
        <w:br/>
        <w:t>vt 0.713523 0.207936</w:t>
        <w:br/>
        <w:t>vt 0.739182 0.168835</w:t>
        <w:br/>
        <w:t>vt 0.734453 0.184622</w:t>
        <w:br/>
        <w:t>vt 0.730720 0.200418</w:t>
        <w:br/>
        <w:t>vt 0.720651 0.216466</w:t>
        <w:br/>
        <w:t>vt 0.716682 0.222730</w:t>
        <w:br/>
        <w:t>vt 0.710786 0.212020</w:t>
        <w:br/>
        <w:t>vt 0.745172 0.182024</w:t>
        <w:br/>
        <w:t>vt 0.744108 0.170256</w:t>
        <w:br/>
        <w:t>vt 0.749158 0.172101</w:t>
        <w:br/>
        <w:t>vt 0.742351 0.190885</w:t>
        <w:br/>
        <w:t>vt 0.738047 0.201388</w:t>
        <w:br/>
        <w:t>vt 0.735702 0.204942</w:t>
        <w:br/>
        <w:t>vt 0.726169 0.220173</w:t>
        <w:br/>
        <w:t>vt 0.721916 0.226570</w:t>
        <w:br/>
        <w:t>vt 0.750952 0.184364</w:t>
        <w:br/>
        <w:t>vt 0.752710 0.174600</w:t>
        <w:br/>
        <w:t>vt 0.755567 0.177746</w:t>
        <w:br/>
        <w:t>vt 0.746842 0.193380</w:t>
        <w:br/>
        <w:t>vt 0.743082 0.205858</w:t>
        <w:br/>
        <w:t>vt 0.731805 0.220293</w:t>
        <w:br/>
        <w:t>vt 0.740733 0.208310</w:t>
        <w:br/>
        <w:t>vt 0.728373 0.226367</w:t>
        <w:br/>
        <w:t>vt 0.753790 0.193843</w:t>
        <w:br/>
        <w:t>vt 0.758420 0.181445</w:t>
        <w:br/>
        <w:t>vt 0.760746 0.185345</w:t>
        <w:br/>
        <w:t>vt 0.746367 0.208953</w:t>
        <w:br/>
        <w:t>vt 0.741089 0.216662</w:t>
        <w:br/>
        <w:t>vt 0.737671 0.223615</w:t>
        <w:br/>
        <w:t>vt 0.745975 0.222867</w:t>
        <w:br/>
        <w:t>vt 0.747892 0.216326</w:t>
        <w:br/>
        <w:t>vt 0.763276 0.189948</w:t>
        <w:br/>
        <w:t>vt 0.771778 0.202662</w:t>
        <w:br/>
        <w:t>vt 0.761598 0.212811</w:t>
        <w:br/>
        <w:t>vt 0.754330 0.206226</w:t>
        <w:br/>
        <w:t>vt 0.765968 0.194391</w:t>
        <w:br/>
        <w:t>vt 0.757074 0.222598</w:t>
        <w:br/>
        <w:t>vt 0.780342 0.212288</w:t>
        <w:br/>
        <w:t>vt 0.772688 0.225415</w:t>
        <w:br/>
        <w:t>vt 0.788301 0.220312</w:t>
        <w:br/>
        <w:t>vt 0.782650 0.228948</w:t>
        <w:br/>
        <w:t>vt 0.854322 0.180538</w:t>
        <w:br/>
        <w:t>vt 0.858781 0.180492</w:t>
        <w:br/>
        <w:t>vt 0.877553 0.173418</w:t>
        <w:br/>
        <w:t>vt 0.873693 0.173263</w:t>
        <w:br/>
        <w:t>vt 0.854322 0.193307</w:t>
        <w:br/>
        <w:t>vt 0.858780 0.193325</w:t>
        <w:br/>
        <w:t>vt 0.854322 0.207927</w:t>
        <w:br/>
        <w:t>vt 0.858780 0.207981</w:t>
        <w:br/>
        <w:t>vt 0.854322 0.219472</w:t>
        <w:br/>
        <w:t>vt 0.858780 0.219410</w:t>
        <w:br/>
        <w:t>vt 0.873693 0.210496</w:t>
        <w:br/>
        <w:t>vt 0.877552 0.210513</w:t>
        <w:br/>
        <w:t>vt 0.877552 0.224399</w:t>
        <w:br/>
        <w:t>vt 0.873693 0.224358</w:t>
        <w:br/>
        <w:t>vt 0.877552 0.191584</w:t>
        <w:br/>
        <w:t>vt 0.873693 0.191580</w:t>
        <w:br/>
        <w:t>vt 0.854322 0.230464</w:t>
        <w:br/>
        <w:t>vt 0.854322 0.224864</w:t>
        <w:br/>
        <w:t>vt 0.858780 0.224832</w:t>
        <w:br/>
        <w:t>vt 0.858780 0.230375</w:t>
        <w:br/>
        <w:t>vt 0.877552 0.231514</w:t>
        <w:br/>
        <w:t>vt 0.873693 0.231370</w:t>
        <w:br/>
        <w:t>vt 0.858780 0.234761</w:t>
        <w:br/>
        <w:t>vt 0.854322 0.234834</w:t>
        <w:br/>
        <w:t>vt 0.877552 0.238124</w:t>
        <w:br/>
        <w:t>vt 0.873693 0.238128</w:t>
        <w:br/>
        <w:t>vt 0.873693 0.231370</w:t>
        <w:br/>
        <w:t>vt 0.854323 0.239043</w:t>
        <w:br/>
        <w:t>vt 0.858781 0.239041</w:t>
        <w:br/>
        <w:t>vt 0.858780 0.243885</w:t>
        <w:br/>
        <w:t>vt 0.854323 0.243866</w:t>
        <w:br/>
        <w:t>vt 0.581777 0.173040</w:t>
        <w:br/>
        <w:t>vt 0.577305 0.173047</w:t>
        <w:br/>
        <w:t>vt 0.577305 0.162077</w:t>
        <w:br/>
        <w:t>vt 0.581777 0.162073</w:t>
        <w:br/>
        <w:t>vt 0.581777 0.183020</w:t>
        <w:br/>
        <w:t>vt 0.577305 0.183070</w:t>
        <w:br/>
        <w:t>vt 0.803665 0.122130</w:t>
        <w:br/>
        <w:t>vt 0.803665 0.130089</w:t>
        <w:br/>
        <w:t>vt 0.800589 0.129930</w:t>
        <w:br/>
        <w:t>vt 0.800589 0.122031</w:t>
        <w:br/>
        <w:t>vt 0.800590 0.153226</w:t>
        <w:br/>
        <w:t>vt 0.800590 0.137765</w:t>
        <w:br/>
        <w:t>vt 0.803665 0.138068</w:t>
        <w:br/>
        <w:t>vt 0.803665 0.153290</w:t>
        <w:br/>
        <w:t>vt 0.581777 0.195931</w:t>
        <w:br/>
        <w:t>vt 0.577305 0.195998</w:t>
        <w:br/>
        <w:t>vt 0.800590 0.171522</w:t>
        <w:br/>
        <w:t>vt 0.803665 0.171559</w:t>
        <w:br/>
        <w:t>vt 0.581777 0.213748</w:t>
        <w:br/>
        <w:t>vt 0.577305 0.213766</w:t>
        <w:br/>
        <w:t>vt 0.800590 0.187391</w:t>
        <w:br/>
        <w:t>vt 0.803665 0.187432</w:t>
        <w:br/>
        <w:t>vt 0.581778 0.225359</w:t>
        <w:br/>
        <w:t>vt 0.577305 0.225364</w:t>
        <w:br/>
        <w:t>vt 0.858780 0.248671</w:t>
        <w:br/>
        <w:t>vt 0.854322 0.248600</w:t>
        <w:br/>
        <w:t>vt 0.823647 0.271642</w:t>
        <w:br/>
        <w:t>vt 0.818262 0.273490</w:t>
        <w:br/>
        <w:t>vt 0.342038 0.993609</w:t>
        <w:br/>
        <w:t>vt 0.341881 0.997133</w:t>
        <w:br/>
        <w:t>vt 0.328392 0.997133</w:t>
        <w:br/>
        <w:t>vt 0.328540 0.993610</w:t>
        <w:br/>
        <w:t>vt 0.470320 0.375805</w:t>
        <w:br/>
        <w:t>vt 0.482102 0.372922</w:t>
        <w:br/>
        <w:t>vt 0.480912 0.384992</w:t>
        <w:br/>
        <w:t>vt 0.469685 0.384992</w:t>
        <w:br/>
        <w:t>vt 0.408289 0.369324</w:t>
        <w:br/>
        <w:t>vt 0.405428 0.355248</w:t>
        <w:br/>
        <w:t>vt 0.418000 0.358372</w:t>
        <w:br/>
        <w:t>vt 0.418899 0.369324</w:t>
        <w:br/>
        <w:t>vt 0.371295 0.993610</w:t>
        <w:br/>
        <w:t>vt 0.371337 0.997133</w:t>
        <w:br/>
        <w:t>vt 0.356131 0.997133</w:t>
        <w:br/>
        <w:t>vt 0.356082 0.993609</w:t>
        <w:br/>
        <w:t>vt 0.356131 0.997133</w:t>
        <w:br/>
        <w:t>vt 0.341881 0.997133</w:t>
        <w:br/>
        <w:t>vt 0.342038 0.993609</w:t>
        <w:br/>
        <w:t>vt 0.356082 0.993609</w:t>
        <w:br/>
        <w:t>vt 0.452543 0.380798</w:t>
        <w:br/>
        <w:t>vt 0.451392 0.384992</w:t>
        <w:br/>
        <w:t>vt 0.400198 0.997133</w:t>
        <w:br/>
        <w:t>vt 0.394508 0.997133</w:t>
        <w:br/>
        <w:t>vt 0.394707 0.993610</w:t>
        <w:br/>
        <w:t>vt 0.400544 0.993610</w:t>
        <w:br/>
        <w:t>vt 0.446112 0.384992</w:t>
        <w:br/>
        <w:t>vt 0.446071 0.382268</w:t>
        <w:br/>
        <w:t>vt 0.305638 0.997133</w:t>
        <w:br/>
        <w:t>vt 0.305746 0.993610</w:t>
        <w:br/>
        <w:t>vt 0.435175 0.363626</w:t>
        <w:br/>
        <w:t>vt 0.436090 0.369324</w:t>
        <w:br/>
        <w:t>vt 0.441360 0.365293</w:t>
        <w:br/>
        <w:t>vt 0.441356 0.369324</w:t>
        <w:br/>
        <w:t>vt 0.447615 0.369324</w:t>
        <w:br/>
        <w:t>vt 0.448759 0.363814</w:t>
        <w:br/>
        <w:t>vt 0.299321 0.993610</w:t>
        <w:br/>
        <w:t>vt 0.299360 0.997133</w:t>
        <w:br/>
        <w:t>vt 0.299321 0.993610</w:t>
        <w:br/>
        <w:t>vt 0.299360 0.997133</w:t>
        <w:br/>
        <w:t>vt 0.292451 0.997133</w:t>
        <w:br/>
        <w:t>vt 0.292238 0.993610</w:t>
        <w:br/>
        <w:t>vt 0.265738 0.997133</w:t>
        <w:br/>
        <w:t>vt 0.265594 0.993610</w:t>
        <w:br/>
        <w:t>vt 0.439751 0.384992</w:t>
        <w:br/>
        <w:t>vt 0.438386 0.380940</w:t>
        <w:br/>
        <w:t>vt 0.467907 0.369324</w:t>
        <w:br/>
        <w:t>vt 0.469147 0.358146</w:t>
        <w:br/>
        <w:t>vt 0.190861 0.997133</w:t>
        <w:br/>
        <w:t>vt 0.190800 0.993610</w:t>
        <w:br/>
        <w:t>vt 0.218285 0.993610</w:t>
        <w:br/>
        <w:t>vt 0.218331 0.997133</w:t>
        <w:br/>
        <w:t>vt 0.418207 0.384992</w:t>
        <w:br/>
        <w:t>vt 0.417195 0.375555</w:t>
        <w:br/>
        <w:t>vt 0.184546 0.993610</w:t>
        <w:br/>
        <w:t>vt 0.184624 0.997133</w:t>
        <w:br/>
        <w:t>vt 0.236064 0.997133</w:t>
        <w:br/>
        <w:t>vt 0.235958 0.993610</w:t>
        <w:br/>
        <w:t>vt 0.251815 0.993610</w:t>
        <w:br/>
        <w:t>vt 0.252077 0.997133</w:t>
        <w:br/>
        <w:t>vt 0.477573 0.369324</w:t>
        <w:br/>
        <w:t>vt 0.481383 0.355163</w:t>
        <w:br/>
        <w:t>vt 0.235958 0.993610</w:t>
        <w:br/>
        <w:t>vt 0.236064 0.997133</w:t>
        <w:br/>
        <w:t>vt 0.408119 0.384992</w:t>
        <w:br/>
        <w:t>vt 0.405932 0.372857</w:t>
        <w:br/>
        <w:t>vt 0.252077 0.997133</w:t>
        <w:br/>
        <w:t>vt 0.251815 0.993610</w:t>
        <w:br/>
        <w:t>vt 0.328392 0.997133</w:t>
        <w:br/>
        <w:t>vt 0.341881 0.997133</w:t>
        <w:br/>
        <w:t>vt 0.342038 0.993609</w:t>
        <w:br/>
        <w:t>vt 0.328540 0.993610</w:t>
        <w:br/>
        <w:t>vt 0.480912 0.384992</w:t>
        <w:br/>
        <w:t>vt 0.482102 0.372922</w:t>
        <w:br/>
        <w:t>vt 0.470320 0.375805</w:t>
        <w:br/>
        <w:t>vt 0.469685 0.384992</w:t>
        <w:br/>
        <w:t>vt 0.408289 0.369324</w:t>
        <w:br/>
        <w:t>vt 0.418899 0.369324</w:t>
        <w:br/>
        <w:t>vt 0.418000 0.358372</w:t>
        <w:br/>
        <w:t>vt 0.405428 0.355248</w:t>
        <w:br/>
        <w:t>vt 0.356131 0.997133</w:t>
        <w:br/>
        <w:t>vt 0.371337 0.997133</w:t>
        <w:br/>
        <w:t>vt 0.371295 0.993610</w:t>
        <w:br/>
        <w:t>vt 0.356082 0.993609</w:t>
        <w:br/>
        <w:t>vt 0.342038 0.993609</w:t>
        <w:br/>
        <w:t>vt 0.341881 0.997133</w:t>
        <w:br/>
        <w:t>vt 0.356131 0.997133</w:t>
        <w:br/>
        <w:t>vt 0.356082 0.993609</w:t>
        <w:br/>
        <w:t>vt 0.452543 0.380798</w:t>
        <w:br/>
        <w:t>vt 0.451392 0.384992</w:t>
        <w:br/>
        <w:t>vt 0.400198 0.997133</w:t>
        <w:br/>
        <w:t>vt 0.400544 0.993610</w:t>
        <w:br/>
        <w:t>vt 0.394707 0.993610</w:t>
        <w:br/>
        <w:t>vt 0.394508 0.997133</w:t>
        <w:br/>
        <w:t>vt 0.446071 0.382268</w:t>
        <w:br/>
        <w:t>vt 0.446112 0.384992</w:t>
        <w:br/>
        <w:t>vt 0.305746 0.993610</w:t>
        <w:br/>
        <w:t>vt 0.305638 0.997133</w:t>
        <w:br/>
        <w:t>vt 0.436090 0.369324</w:t>
        <w:br/>
        <w:t>vt 0.435175 0.363626</w:t>
        <w:br/>
        <w:t>vt 0.441360 0.365293</w:t>
        <w:br/>
        <w:t>vt 0.441356 0.369324</w:t>
        <w:br/>
        <w:t>vt 0.447615 0.369324</w:t>
        <w:br/>
        <w:t>vt 0.448759 0.363814</w:t>
        <w:br/>
        <w:t>vt 0.299321 0.993610</w:t>
        <w:br/>
        <w:t>vt 0.299360 0.997133</w:t>
        <w:br/>
        <w:t>vt 0.299321 0.993610</w:t>
        <w:br/>
        <w:t>vt 0.292238 0.993610</w:t>
        <w:br/>
        <w:t>vt 0.292451 0.997133</w:t>
        <w:br/>
        <w:t>vt 0.299360 0.997133</w:t>
        <w:br/>
        <w:t>vt 0.265594 0.993610</w:t>
        <w:br/>
        <w:t>vt 0.265738 0.997133</w:t>
        <w:br/>
        <w:t>vt 0.439751 0.384992</w:t>
        <w:br/>
        <w:t>vt 0.438386 0.380940</w:t>
        <w:br/>
        <w:t>vt 0.467907 0.369324</w:t>
        <w:br/>
        <w:t>vt 0.469147 0.358146</w:t>
        <w:br/>
        <w:t>vt 0.218285 0.993610</w:t>
        <w:br/>
        <w:t>vt 0.190800 0.993610</w:t>
        <w:br/>
        <w:t>vt 0.190861 0.997133</w:t>
        <w:br/>
        <w:t>vt 0.218331 0.997133</w:t>
        <w:br/>
        <w:t>vt 0.417195 0.375555</w:t>
        <w:br/>
        <w:t>vt 0.418207 0.384992</w:t>
        <w:br/>
        <w:t>vt 0.184546 0.993610</w:t>
        <w:br/>
        <w:t>vt 0.184624 0.997133</w:t>
        <w:br/>
        <w:t>vt 0.236064 0.997133</w:t>
        <w:br/>
        <w:t>vt 0.252077 0.997133</w:t>
        <w:br/>
        <w:t>vt 0.251815 0.993610</w:t>
        <w:br/>
        <w:t>vt 0.235958 0.993610</w:t>
        <w:br/>
        <w:t>vt 0.477573 0.369324</w:t>
        <w:br/>
        <w:t>vt 0.481383 0.355163</w:t>
        <w:br/>
        <w:t>vt 0.236064 0.997133</w:t>
        <w:br/>
        <w:t>vt 0.235958 0.993610</w:t>
        <w:br/>
        <w:t>vt 0.408119 0.384992</w:t>
        <w:br/>
        <w:t>vt 0.405932 0.372857</w:t>
        <w:br/>
        <w:t>vt 0.251815 0.993610</w:t>
        <w:br/>
        <w:t>vt 0.252077 0.997133</w:t>
        <w:br/>
        <w:t>vt 0.096360 0.217395</w:t>
        <w:br/>
        <w:t>vt 0.099311 0.217400</w:t>
        <w:br/>
        <w:t>vt 0.099311 0.229325</w:t>
        <w:br/>
        <w:t>vt 0.096360 0.229343</w:t>
        <w:br/>
        <w:t>vt 0.096360 0.242667</w:t>
        <w:br/>
        <w:t>vt 0.096360 0.229343</w:t>
        <w:br/>
        <w:t>vt 0.099311 0.229325</w:t>
        <w:br/>
        <w:t>vt 0.099311 0.243232</w:t>
        <w:br/>
        <w:t>vt 0.277934 0.173862</w:t>
        <w:br/>
        <w:t>vt 0.268108 0.173892</w:t>
        <w:br/>
        <w:t>vt 0.269474 0.172548</w:t>
        <w:br/>
        <w:t>vt 0.276580 0.172528</w:t>
        <w:br/>
        <w:t>vt 0.276632 0.166345</w:t>
        <w:br/>
        <w:t>vt 0.277994 0.165003</w:t>
        <w:br/>
        <w:t>vt 0.867638 0.095561</w:t>
        <w:br/>
        <w:t>vt 0.868092 0.098483</w:t>
        <w:br/>
        <w:t>vt 0.859146 0.098483</w:t>
        <w:br/>
        <w:t>vt 0.859167 0.095561</w:t>
        <w:br/>
        <w:t>vt 0.099311 0.192197</w:t>
        <w:br/>
        <w:t>vt 0.099311 0.204338</w:t>
        <w:br/>
        <w:t>vt 0.096360 0.204399</w:t>
        <w:br/>
        <w:t>vt 0.096360 0.192645</w:t>
        <w:br/>
        <w:t>vt 0.786096 0.163251</w:t>
        <w:br/>
        <w:t>vt 0.783491 0.165770</w:t>
        <w:br/>
        <w:t>vt 0.775167 0.165758</w:t>
        <w:br/>
        <w:t>vt 0.772497 0.163247</w:t>
        <w:br/>
        <w:t>vt 0.772664 0.175534</w:t>
        <w:br/>
        <w:t>vt 0.775274 0.173013</w:t>
        <w:br/>
        <w:t>vt 0.859167 0.095561</w:t>
        <w:br/>
        <w:t>vt 0.859146 0.098483</w:t>
        <w:br/>
        <w:t>vt 0.851733 0.098483</w:t>
        <w:br/>
        <w:t>vt 0.851707 0.095561</w:t>
        <w:br/>
        <w:t>vt 0.783578 0.173024</w:t>
        <w:br/>
        <w:t>vt 0.786238 0.175538</w:t>
        <w:br/>
        <w:t>vt 0.835878 0.095561</w:t>
        <w:br/>
        <w:t>vt 0.843236 0.095561</w:t>
        <w:br/>
        <w:t>vt 0.843145 0.098483</w:t>
        <w:br/>
        <w:t>vt 0.835514 0.098483</w:t>
        <w:br/>
        <w:t>vt 0.843236 0.095561</w:t>
        <w:br/>
        <w:t>vt 0.851707 0.095561</w:t>
        <w:br/>
        <w:t>vt 0.851733 0.098483</w:t>
        <w:br/>
        <w:t>vt 0.843145 0.098483</w:t>
        <w:br/>
        <w:t>vt 0.099311 0.217400</w:t>
        <w:br/>
        <w:t>vt 0.096360 0.217395</w:t>
        <w:br/>
        <w:t>vt 0.096360 0.204399</w:t>
        <w:br/>
        <w:t>vt 0.099311 0.204338</w:t>
        <w:br/>
        <w:t>vt 0.269555 0.166377</w:t>
        <w:br/>
        <w:t>vt 0.268206 0.165048</w:t>
        <w:br/>
        <w:t>vt 0.099311 0.229325</w:t>
        <w:br/>
        <w:t>vt 0.099311 0.217400</w:t>
        <w:br/>
        <w:t>vt 0.096360 0.217395</w:t>
        <w:br/>
        <w:t>vt 0.096360 0.229343</w:t>
        <w:br/>
        <w:t>vt 0.096360 0.242667</w:t>
        <w:br/>
        <w:t>vt 0.099311 0.243232</w:t>
        <w:br/>
        <w:t>vt 0.099311 0.229325</w:t>
        <w:br/>
        <w:t>vt 0.096360 0.229343</w:t>
        <w:br/>
        <w:t>vt 0.269474 0.172548</w:t>
        <w:br/>
        <w:t>vt 0.268108 0.173892</w:t>
        <w:br/>
        <w:t>vt 0.277934 0.173862</w:t>
        <w:br/>
        <w:t>vt 0.276580 0.172528</w:t>
        <w:br/>
        <w:t>vt 0.276632 0.166345</w:t>
        <w:br/>
        <w:t>vt 0.277994 0.165003</w:t>
        <w:br/>
        <w:t>vt 0.867638 0.095561</w:t>
        <w:br/>
        <w:t>vt 0.859167 0.095561</w:t>
        <w:br/>
        <w:t>vt 0.859146 0.098483</w:t>
        <w:br/>
        <w:t>vt 0.868092 0.098483</w:t>
        <w:br/>
        <w:t>vt 0.099311 0.192197</w:t>
        <w:br/>
        <w:t>vt 0.096360 0.192645</w:t>
        <w:br/>
        <w:t>vt 0.096360 0.204399</w:t>
        <w:br/>
        <w:t>vt 0.099311 0.204338</w:t>
        <w:br/>
        <w:t>vt 0.786096 0.163251</w:t>
        <w:br/>
        <w:t>vt 0.772497 0.163247</w:t>
        <w:br/>
        <w:t>vt 0.775167 0.165758</w:t>
        <w:br/>
        <w:t>vt 0.783491 0.165770</w:t>
        <w:br/>
        <w:t>vt 0.772664 0.175534</w:t>
        <w:br/>
        <w:t>vt 0.775274 0.173013</w:t>
        <w:br/>
        <w:t>vt 0.851733 0.098483</w:t>
        <w:br/>
        <w:t>vt 0.859146 0.098483</w:t>
        <w:br/>
        <w:t>vt 0.859167 0.095561</w:t>
        <w:br/>
        <w:t>vt 0.851707 0.095561</w:t>
        <w:br/>
        <w:t>vt 0.783578 0.173024</w:t>
        <w:br/>
        <w:t>vt 0.786238 0.175538</w:t>
        <w:br/>
        <w:t>vt 0.843145 0.098483</w:t>
        <w:br/>
        <w:t>vt 0.843236 0.095561</w:t>
        <w:br/>
        <w:t>vt 0.835878 0.095561</w:t>
        <w:br/>
        <w:t>vt 0.835514 0.098483</w:t>
        <w:br/>
        <w:t>vt 0.851733 0.098483</w:t>
        <w:br/>
        <w:t>vt 0.851707 0.095561</w:t>
        <w:br/>
        <w:t>vt 0.843236 0.095561</w:t>
        <w:br/>
        <w:t>vt 0.843145 0.098483</w:t>
        <w:br/>
        <w:t>vt 0.096360 0.204399</w:t>
        <w:br/>
        <w:t>vt 0.096360 0.217395</w:t>
        <w:br/>
        <w:t>vt 0.099311 0.217400</w:t>
        <w:br/>
        <w:t>vt 0.099311 0.204338</w:t>
        <w:br/>
        <w:t>vt 0.268206 0.165048</w:t>
        <w:br/>
        <w:t>vt 0.269555 0.166377</w:t>
        <w:br/>
        <w:t>vt 0.096617 0.969489</w:t>
        <w:br/>
        <w:t>vt 0.108306 0.970626</w:t>
        <w:br/>
        <w:t>vt 0.108306 0.968640</w:t>
        <w:br/>
        <w:t>vt 0.096321 0.968486</w:t>
        <w:br/>
        <w:t>vt 0.096900 0.971547</w:t>
        <w:br/>
        <w:t>vt 0.108306 0.972944</w:t>
        <w:br/>
        <w:t>vt 0.097011 0.970761</w:t>
        <w:br/>
        <w:t>vt 0.097809 0.967736</w:t>
        <w:br/>
        <w:t>vt 0.108306 0.966678</w:t>
        <w:br/>
        <w:t>vt 0.097007 0.967039</w:t>
        <w:br/>
        <w:t>vt 0.096213 0.966037</w:t>
        <w:br/>
        <w:t>vt 0.108306 0.964693</w:t>
        <w:br/>
        <w:t>vt 0.097103 0.964821</w:t>
        <w:br/>
        <w:t>vt 0.097170 0.972577</w:t>
        <w:br/>
        <w:t>vt 0.097700 0.973400</w:t>
        <w:br/>
        <w:t>vt 0.097589 0.973823</w:t>
        <w:br/>
        <w:t>vt 0.108306 0.974834</w:t>
        <w:br/>
        <w:t>vt 0.097725 0.975850</w:t>
        <w:br/>
        <w:t>vt 0.098808 0.976067</w:t>
        <w:br/>
        <w:t>vt 0.108306 0.976670</w:t>
        <w:br/>
        <w:t>vt 0.098524 0.964141</w:t>
        <w:br/>
        <w:t>vt 0.108306 0.963492</w:t>
        <w:br/>
        <w:t>vt 0.098524 0.964141</w:t>
        <w:br/>
        <w:t>vt 0.108306 0.963492</w:t>
        <w:br/>
        <w:t>vt 0.098112 0.963758</w:t>
        <w:br/>
        <w:t>vt 0.099236 0.962674</w:t>
        <w:br/>
        <w:t>vt 0.098112 0.963758</w:t>
        <w:br/>
        <w:t>vt 0.108306 0.962705</w:t>
        <w:br/>
        <w:t>vt 0.099176 0.958562</w:t>
        <w:br/>
        <w:t>vt 0.098420 0.960595</w:t>
        <w:br/>
        <w:t>vt 0.108306 0.960752</w:t>
        <w:br/>
        <w:t>vt 0.108306 0.958347</w:t>
        <w:br/>
        <w:t>vt 0.099054 0.958140</w:t>
        <w:br/>
        <w:t>vt 0.099219 0.957770</w:t>
        <w:br/>
        <w:t>vt 0.098596 0.976608</w:t>
        <w:br/>
        <w:t>vt 0.097260 0.977427</w:t>
        <w:br/>
        <w:t>vt 0.108306 0.980087</w:t>
        <w:br/>
        <w:t>vt 0.097676 0.979932</w:t>
        <w:br/>
        <w:t>vt 0.097643 0.980513</w:t>
        <w:br/>
        <w:t>vt 0.108306 0.981199</w:t>
        <w:br/>
        <w:t>vt 0.108306 0.956741</w:t>
        <w:br/>
        <w:t>vt 0.098860 0.956972</w:t>
        <w:br/>
        <w:t>vt 0.099344 0.957400</w:t>
        <w:br/>
        <w:t>vt 0.098390 0.956230</w:t>
        <w:br/>
        <w:t>vt 0.108307 0.954936</w:t>
        <w:br/>
        <w:t>vt 0.108307 0.953709</w:t>
        <w:br/>
        <w:t>vt 0.099764 0.953086</w:t>
        <w:br/>
        <w:t>vt 0.097829 0.955149</w:t>
        <w:br/>
        <w:t>vt 0.097376 0.981225</w:t>
        <w:br/>
        <w:t>vt 0.097528 0.981617</w:t>
        <w:br/>
        <w:t>vt 0.108306 0.981199</w:t>
        <w:br/>
        <w:t>vt 0.097376 0.981225</w:t>
        <w:br/>
        <w:t>vt 0.097344 0.981889</w:t>
        <w:br/>
        <w:t>vt 0.108306 0.985745</w:t>
        <w:br/>
        <w:t>vt 0.098160 0.985796</w:t>
        <w:br/>
        <w:t>vt 0.098160 0.985796</w:t>
        <w:br/>
        <w:t>vt 0.098474 0.986253</w:t>
        <w:br/>
        <w:t>vt 0.108306 0.985745</w:t>
        <w:br/>
        <w:t>vt 0.108307 0.952480</w:t>
        <w:br/>
        <w:t>vt 0.099406 0.952366</w:t>
        <w:br/>
        <w:t>vt 0.099766 0.994746</w:t>
        <w:br/>
        <w:t>vt 0.099633 0.995803</w:t>
        <w:br/>
        <w:t>vt 0.108306 0.995536</w:t>
        <w:br/>
        <w:t>vt 0.108306 0.994572</w:t>
        <w:br/>
        <w:t>vt 0.108306 0.993334</w:t>
        <w:br/>
        <w:t>vt 0.099298 0.993279</w:t>
        <w:br/>
        <w:t>vt 0.099475 0.993623</w:t>
        <w:br/>
        <w:t>vt 0.108306 0.993334</w:t>
        <w:br/>
        <w:t>vt 0.099805 0.993065</w:t>
        <w:br/>
        <w:t>vt 0.099298 0.993279</w:t>
        <w:br/>
        <w:t>vt 0.108306 0.986159</w:t>
        <w:br/>
        <w:t>vt 0.098474 0.986253</w:t>
        <w:br/>
        <w:t>vt 0.098297 0.986573</w:t>
        <w:br/>
        <w:t>vt 0.098049 0.987682</w:t>
        <w:br/>
        <w:t>vt 0.098266 0.988598</w:t>
        <w:br/>
        <w:t>vt 0.108306 0.988864</w:t>
        <w:br/>
        <w:t>vt 0.108306 0.987364</w:t>
        <w:br/>
        <w:t>vt 0.098618 0.988976</w:t>
        <w:br/>
        <w:t>vt 0.098234 0.989815</w:t>
        <w:br/>
        <w:t>vt 0.108306 0.990271</w:t>
        <w:br/>
        <w:t>vt 0.098150 0.990925</w:t>
        <w:br/>
        <w:t>vt 0.108306 0.991242</w:t>
        <w:br/>
        <w:t>vt 0.099106 0.991962</w:t>
        <w:br/>
        <w:t>vt 0.108306 0.992111</w:t>
        <w:br/>
        <w:t>vt 0.099880 0.992783</w:t>
        <w:br/>
        <w:t>vt 0.099805 0.993065</w:t>
        <w:br/>
        <w:t>vt 0.492528 0.273788</w:t>
        <w:br/>
        <w:t>vt 0.514706 0.266990</w:t>
        <w:br/>
        <w:t>vt 0.514706 0.282885</w:t>
        <w:br/>
        <w:t>vt 0.491966 0.265759</w:t>
        <w:br/>
        <w:t>vt 0.514706 0.301435</w:t>
        <w:br/>
        <w:t>vt 0.493066 0.290253</w:t>
        <w:br/>
        <w:t>vt 0.493276 0.283967</w:t>
        <w:br/>
        <w:t>vt 0.494790 0.259763</w:t>
        <w:br/>
        <w:t>vt 0.514706 0.251293</w:t>
        <w:br/>
        <w:t>vt 0.493269 0.254182</w:t>
        <w:br/>
        <w:t>vt 0.491762 0.246160</w:t>
        <w:br/>
        <w:t>vt 0.514706 0.235411</w:t>
        <w:br/>
        <w:t>vt 0.493450 0.236430</w:t>
        <w:br/>
        <w:t>vt 0.493578 0.298498</w:t>
        <w:br/>
        <w:t>vt 0.494584 0.305080</w:t>
        <w:br/>
        <w:t>vt 0.494372 0.308472</w:t>
        <w:br/>
        <w:t>vt 0.514706 0.316557</w:t>
        <w:br/>
        <w:t>vt 0.494631 0.324686</w:t>
        <w:br/>
        <w:t>vt 0.496685 0.326423</w:t>
        <w:br/>
        <w:t>vt 0.514706 0.331251</w:t>
        <w:br/>
        <w:t>vt 0.496146 0.230995</w:t>
        <w:br/>
        <w:t>vt 0.514706 0.225800</w:t>
        <w:br/>
        <w:t>vt 0.496146 0.230995</w:t>
        <w:br/>
        <w:t>vt 0.495364 0.227925</w:t>
        <w:br/>
        <w:t>vt 0.514706 0.225800</w:t>
        <w:br/>
        <w:t>vt 0.497498 0.219253</w:t>
        <w:br/>
        <w:t>vt 0.514706 0.219502</w:t>
        <w:br/>
        <w:t>vt 0.495364 0.227925</w:t>
        <w:br/>
        <w:t>vt 0.514706 0.203869</w:t>
        <w:br/>
        <w:t>vt 0.495949 0.202617</w:t>
        <w:br/>
        <w:t>vt 0.497384 0.186351</w:t>
        <w:br/>
        <w:t>vt 0.514706 0.184626</w:t>
        <w:br/>
        <w:t>vt 0.497152 0.182974</w:t>
        <w:br/>
        <w:t>vt 0.497465 0.180009</w:t>
        <w:br/>
        <w:t>vt 0.496283 0.330756</w:t>
        <w:br/>
        <w:t>vt 0.514706 0.358594</w:t>
        <w:br/>
        <w:t>vt 0.494538 0.357357</w:t>
        <w:br/>
        <w:t>vt 0.493748 0.337310</w:t>
        <w:br/>
        <w:t>vt 0.494474 0.362005</w:t>
        <w:br/>
        <w:t>vt 0.514706 0.367490</w:t>
        <w:br/>
        <w:t>vt 0.514706 0.171772</w:t>
        <w:br/>
        <w:t>vt 0.497702 0.177052</w:t>
        <w:br/>
        <w:t>vt 0.496783 0.173624</w:t>
        <w:br/>
        <w:t>vt 0.495892 0.167682</w:t>
        <w:br/>
        <w:t>vt 0.494828 0.159034</w:t>
        <w:br/>
        <w:t>vt 0.498499 0.142523</w:t>
        <w:br/>
        <w:t>vt 0.514707 0.147515</w:t>
        <w:br/>
        <w:t>vt 0.514707 0.157330</w:t>
        <w:br/>
        <w:t>vt 0.493968 0.367703</w:t>
        <w:br/>
        <w:t>vt 0.494256 0.370836</w:t>
        <w:br/>
        <w:t>vt 0.493968 0.367703</w:t>
        <w:br/>
        <w:t>vt 0.514706 0.367490</w:t>
        <w:br/>
        <w:t>vt 0.493907 0.373012</w:t>
        <w:br/>
        <w:t>vt 0.514706 0.403873</w:t>
        <w:br/>
        <w:t>vt 0.495455 0.404277</w:t>
        <w:br/>
        <w:t>vt 0.495455 0.404277</w:t>
        <w:br/>
        <w:t>vt 0.514706 0.403873</w:t>
        <w:br/>
        <w:t>vt 0.496051 0.407935</w:t>
        <w:br/>
        <w:t>vt 0.497819 0.136762</w:t>
        <w:br/>
        <w:t>vt 0.514707 0.137677</w:t>
        <w:br/>
        <w:t>vt 0.514706 0.482223</w:t>
        <w:br/>
        <w:t>vt 0.498250 0.484358</w:t>
        <w:br/>
        <w:t>vt 0.498503 0.475900</w:t>
        <w:br/>
        <w:t>vt 0.514706 0.474507</w:t>
        <w:br/>
        <w:t>vt 0.514706 0.464601</w:t>
        <w:br/>
        <w:t>vt 0.497951 0.466909</w:t>
        <w:br/>
        <w:t>vt 0.497615 0.464160</w:t>
        <w:br/>
        <w:t>vt 0.514706 0.464601</w:t>
        <w:br/>
        <w:t>vt 0.497615 0.464160</w:t>
        <w:br/>
        <w:t>vt 0.498576 0.462443</w:t>
        <w:br/>
        <w:t>vt 0.514706 0.407183</w:t>
        <w:br/>
        <w:t>vt 0.495716 0.410492</w:t>
        <w:br/>
        <w:t>vt 0.496051 0.407935</w:t>
        <w:br/>
        <w:t>vt 0.514706 0.428832</w:t>
        <w:br/>
        <w:t>vt 0.495656 0.426698</w:t>
        <w:br/>
        <w:t>vt 0.495245 0.419371</w:t>
        <w:br/>
        <w:t>vt 0.514706 0.416826</w:t>
        <w:br/>
        <w:t>vt 0.496324 0.429726</w:t>
        <w:br/>
        <w:t>vt 0.495597 0.436443</w:t>
        <w:br/>
        <w:t>vt 0.514706 0.440092</w:t>
        <w:br/>
        <w:t>vt 0.495437 0.445319</w:t>
        <w:br/>
        <w:t>vt 0.514706 0.447856</w:t>
        <w:br/>
        <w:t>vt 0.497251 0.453619</w:t>
        <w:br/>
        <w:t>vt 0.514706 0.454815</w:t>
        <w:br/>
        <w:t>vt 0.498720 0.460192</w:t>
        <w:br/>
        <w:t>vt 0.502060 0.994359</w:t>
        <w:br/>
        <w:t>vt 0.507691 0.994359</w:t>
        <w:br/>
        <w:t>vt 0.507632 0.997433</w:t>
        <w:br/>
        <w:t>vt 0.502058 0.997433</w:t>
        <w:br/>
        <w:t>vt 0.514659 0.994359</w:t>
        <w:br/>
        <w:t>vt 0.514648 0.997433</w:t>
        <w:br/>
        <w:t>vt 0.497589 0.994359</w:t>
        <w:br/>
        <w:t>vt 0.497743 0.997433</w:t>
        <w:br/>
        <w:t>vt 0.493679 0.997433</w:t>
        <w:br/>
        <w:t>vt 0.493692 0.994359</w:t>
        <w:br/>
        <w:t>vt 0.488174 0.994359</w:t>
        <w:br/>
        <w:t>vt 0.488205 0.997433</w:t>
        <w:br/>
        <w:t>vt 0.481556 0.997433</w:t>
        <w:br/>
        <w:t>vt 0.481433 0.994359</w:t>
        <w:br/>
        <w:t>vt 0.518720 0.994359</w:t>
        <w:br/>
        <w:t>vt 0.524141 0.994359</w:t>
        <w:br/>
        <w:t>vt 0.524127 0.997433</w:t>
        <w:br/>
        <w:t>vt 0.518723 0.997433</w:t>
        <w:br/>
        <w:t>vt 0.528289 0.994359</w:t>
        <w:br/>
        <w:t>vt 0.528515 0.997433</w:t>
        <w:br/>
        <w:t>vt 0.530646 0.994359</w:t>
        <w:br/>
        <w:t>vt 0.530910 0.997433</w:t>
        <w:br/>
        <w:t>vt 0.541178 0.994359</w:t>
        <w:br/>
        <w:t>vt 0.540998 0.997433</w:t>
        <w:br/>
        <w:t>vt 0.542701 0.994360</w:t>
        <w:br/>
        <w:t>vt 0.542333 0.997433</w:t>
        <w:br/>
        <w:t>vt 0.477129 0.997433</w:t>
        <w:br/>
        <w:t>vt 0.477011 0.994359</w:t>
        <w:br/>
        <w:t>vt 0.475152 0.994359</w:t>
        <w:br/>
        <w:t>vt 0.477011 0.994359</w:t>
        <w:br/>
        <w:t>vt 0.475313 0.997433</w:t>
        <w:br/>
        <w:t>vt 0.467858 0.997433</w:t>
        <w:br/>
        <w:t>vt 0.468004 0.994359</w:t>
        <w:br/>
        <w:t>vt 0.456035 0.994359</w:t>
        <w:br/>
        <w:t>vt 0.456137 0.997433</w:t>
        <w:br/>
        <w:t>vt 0.444653 0.997433</w:t>
        <w:br/>
        <w:t>vt 0.444528 0.994359</w:t>
        <w:br/>
        <w:t>vt 0.442219 0.994359</w:t>
        <w:br/>
        <w:t>vt 0.442188 0.997433</w:t>
        <w:br/>
        <w:t>vt 0.439877 0.997433</w:t>
        <w:br/>
        <w:t>vt 0.439880 0.994359</w:t>
        <w:br/>
        <w:t>vt 0.545415 0.994359</w:t>
        <w:br/>
        <w:t>vt 0.545466 0.997433</w:t>
        <w:br/>
        <w:t>vt 0.563643 0.997433</w:t>
        <w:br/>
        <w:t>vt 0.549936 0.997433</w:t>
        <w:br/>
        <w:t>vt 0.549931 0.994360</w:t>
        <w:br/>
        <w:t>vt 0.563721 0.994359</w:t>
        <w:br/>
        <w:t>vt 0.567000 0.994359</w:t>
        <w:br/>
        <w:t>vt 0.567105 0.997433</w:t>
        <w:br/>
        <w:t>vt 0.435073 0.997433</w:t>
        <w:br/>
        <w:t>vt 0.435159 0.994359</w:t>
        <w:br/>
        <w:t>vt 0.437619 0.994359</w:t>
        <w:br/>
        <w:t>vt 0.437653 0.997433</w:t>
        <w:br/>
        <w:t>vt 0.430915 0.994359</w:t>
        <w:br/>
        <w:t>vt 0.430948 0.997433</w:t>
        <w:br/>
        <w:t>vt 0.425047 0.994359</w:t>
        <w:br/>
        <w:t>vt 0.425151 0.997433</w:t>
        <w:br/>
        <w:t>vt 0.414074 0.997433</w:t>
        <w:br/>
        <w:t>vt 0.414125 0.994359</w:t>
        <w:br/>
        <w:t>vt 0.571541 0.994360</w:t>
        <w:br/>
        <w:t>vt 0.571581 0.997433</w:t>
        <w:br/>
        <w:t>vt 0.573865 0.994360</w:t>
        <w:br/>
        <w:t>vt 0.573810 0.997433</w:t>
        <w:br/>
        <w:t>vt 0.574949 0.994360</w:t>
        <w:br/>
        <w:t>vt 0.575107 0.997433</w:t>
        <w:br/>
        <w:t>vt 0.600459 0.994360</w:t>
        <w:br/>
        <w:t>vt 0.600029 0.997433</w:t>
        <w:br/>
        <w:t>vt 0.602364 0.994359</w:t>
        <w:br/>
        <w:t>vt 0.602587 0.997433</w:t>
        <w:br/>
        <w:t>vt 0.410184 0.994359</w:t>
        <w:br/>
        <w:t>vt 0.409792 0.997433</w:t>
        <w:br/>
        <w:t>vt 0.652089 0.997433</w:t>
        <w:br/>
        <w:t>vt 0.652097 0.994359</w:t>
        <w:br/>
        <w:t>vt 0.658029 0.994359</w:t>
        <w:br/>
        <w:t>vt 0.658348 0.997433</w:t>
        <w:br/>
        <w:t>vt 0.643669 0.994359</w:t>
        <w:br/>
        <w:t>vt 0.645954 0.994359</w:t>
        <w:br/>
        <w:t>vt 0.645932 0.997433</w:t>
        <w:br/>
        <w:t>vt 0.643576 0.997433</w:t>
        <w:br/>
        <w:t>vt 0.642284 0.997433</w:t>
        <w:br/>
        <w:t>vt 0.642335 0.994360</w:t>
        <w:br/>
        <w:t>vt 0.604708 0.994360</w:t>
        <w:br/>
        <w:t>vt 0.604779 0.997433</w:t>
        <w:br/>
        <w:t>vt 0.617422 0.994359</w:t>
        <w:br/>
        <w:t>vt 0.617195 0.997433</w:t>
        <w:br/>
        <w:t>vt 0.611566 0.997433</w:t>
        <w:br/>
        <w:t>vt 0.611632 0.994360</w:t>
        <w:br/>
        <w:t>vt 0.619658 0.994360</w:t>
        <w:br/>
        <w:t>vt 0.619659 0.997433</w:t>
        <w:br/>
        <w:t>vt 0.624605 0.994359</w:t>
        <w:br/>
        <w:t>vt 0.624465 0.997433</w:t>
        <w:br/>
        <w:t>vt 0.630654 0.994360</w:t>
        <w:br/>
        <w:t>vt 0.630586 0.997433</w:t>
        <w:br/>
        <w:t>vt 0.636340 0.994359</w:t>
        <w:br/>
        <w:t>vt 0.636338 0.997433</w:t>
        <w:br/>
        <w:t>vt 0.640963 0.994360</w:t>
        <w:br/>
        <w:t>vt 0.640911 0.997433</w:t>
        <w:br/>
        <w:t>vt 0.096617 0.969489</w:t>
        <w:br/>
        <w:t>vt 0.108306 0.968640</w:t>
        <w:br/>
        <w:t>vt 0.108306 0.970626</w:t>
        <w:br/>
        <w:t>vt 0.096321 0.968486</w:t>
        <w:br/>
        <w:t>vt 0.108306 0.972944</w:t>
        <w:br/>
        <w:t>vt 0.096900 0.971547</w:t>
        <w:br/>
        <w:t>vt 0.097011 0.970761</w:t>
        <w:br/>
        <w:t>vt 0.097809 0.967736</w:t>
        <w:br/>
        <w:t>vt 0.108306 0.966678</w:t>
        <w:br/>
        <w:t>vt 0.097007 0.967039</w:t>
        <w:br/>
        <w:t>vt 0.096213 0.966037</w:t>
        <w:br/>
        <w:t>vt 0.097103 0.964821</w:t>
        <w:br/>
        <w:t>vt 0.108306 0.964693</w:t>
        <w:br/>
        <w:t>vt 0.097170 0.972577</w:t>
        <w:br/>
        <w:t>vt 0.097700 0.973400</w:t>
        <w:br/>
        <w:t>vt 0.097589 0.973823</w:t>
        <w:br/>
        <w:t>vt 0.108306 0.974834</w:t>
        <w:br/>
        <w:t>vt 0.097725 0.975850</w:t>
        <w:br/>
        <w:t>vt 0.108306 0.976670</w:t>
        <w:br/>
        <w:t>vt 0.098808 0.976067</w:t>
        <w:br/>
        <w:t>vt 0.098524 0.964141</w:t>
        <w:br/>
        <w:t>vt 0.108306 0.963492</w:t>
        <w:br/>
        <w:t>vt 0.098524 0.964141</w:t>
        <w:br/>
        <w:t>vt 0.098112 0.963758</w:t>
        <w:br/>
        <w:t>vt 0.108306 0.963492</w:t>
        <w:br/>
        <w:t>vt 0.099236 0.962674</w:t>
        <w:br/>
        <w:t>vt 0.108306 0.962705</w:t>
        <w:br/>
        <w:t>vt 0.098112 0.963758</w:t>
        <w:br/>
        <w:t>vt 0.099176 0.958562</w:t>
        <w:br/>
        <w:t>vt 0.108306 0.958347</w:t>
        <w:br/>
        <w:t>vt 0.108306 0.960752</w:t>
        <w:br/>
        <w:t>vt 0.098420 0.960595</w:t>
        <w:br/>
        <w:t>vt 0.099054 0.958140</w:t>
        <w:br/>
        <w:t>vt 0.099219 0.957770</w:t>
        <w:br/>
        <w:t>vt 0.098596 0.976608</w:t>
        <w:br/>
        <w:t>vt 0.097260 0.977427</w:t>
        <w:br/>
        <w:t>vt 0.108306 0.980087</w:t>
        <w:br/>
        <w:t>vt 0.097676 0.979932</w:t>
        <w:br/>
        <w:t>vt 0.097643 0.980513</w:t>
        <w:br/>
        <w:t>vt 0.108306 0.981199</w:t>
        <w:br/>
        <w:t>vt 0.108306 0.956741</w:t>
        <w:br/>
        <w:t>vt 0.099344 0.957400</w:t>
        <w:br/>
        <w:t>vt 0.098860 0.956972</w:t>
        <w:br/>
        <w:t>vt 0.098390 0.956230</w:t>
        <w:br/>
        <w:t>vt 0.108307 0.954936</w:t>
        <w:br/>
        <w:t>vt 0.097829 0.955149</w:t>
        <w:br/>
        <w:t>vt 0.099764 0.953086</w:t>
        <w:br/>
        <w:t>vt 0.108307 0.953709</w:t>
        <w:br/>
        <w:t>vt 0.097376 0.981225</w:t>
        <w:br/>
        <w:t>vt 0.097528 0.981617</w:t>
        <w:br/>
        <w:t>vt 0.097376 0.981225</w:t>
        <w:br/>
        <w:t>vt 0.108306 0.981199</w:t>
        <w:br/>
        <w:t>vt 0.097344 0.981889</w:t>
        <w:br/>
        <w:t>vt 0.108306 0.985745</w:t>
        <w:br/>
        <w:t>vt 0.098160 0.985796</w:t>
        <w:br/>
        <w:t>vt 0.098160 0.985796</w:t>
        <w:br/>
        <w:t>vt 0.108306 0.985745</w:t>
        <w:br/>
        <w:t>vt 0.098474 0.986253</w:t>
        <w:br/>
        <w:t>vt 0.099406 0.952366</w:t>
        <w:br/>
        <w:t>vt 0.108307 0.952480</w:t>
        <w:br/>
        <w:t>vt 0.099766 0.994746</w:t>
        <w:br/>
        <w:t>vt 0.108306 0.994572</w:t>
        <w:br/>
        <w:t>vt 0.108306 0.995536</w:t>
        <w:br/>
        <w:t>vt 0.099633 0.995803</w:t>
        <w:br/>
        <w:t>vt 0.108306 0.993334</w:t>
        <w:br/>
        <w:t>vt 0.099475 0.993623</w:t>
        <w:br/>
        <w:t>vt 0.099298 0.993279</w:t>
        <w:br/>
        <w:t>vt 0.108306 0.993334</w:t>
        <w:br/>
        <w:t>vt 0.099298 0.993279</w:t>
        <w:br/>
        <w:t>vt 0.099805 0.993065</w:t>
        <w:br/>
        <w:t>vt 0.108306 0.986159</w:t>
        <w:br/>
        <w:t>vt 0.098297 0.986573</w:t>
        <w:br/>
        <w:t>vt 0.098474 0.986253</w:t>
        <w:br/>
        <w:t>vt 0.098049 0.987682</w:t>
        <w:br/>
        <w:t>vt 0.108306 0.987364</w:t>
        <w:br/>
        <w:t>vt 0.108306 0.988864</w:t>
        <w:br/>
        <w:t>vt 0.098266 0.988598</w:t>
        <w:br/>
        <w:t>vt 0.098618 0.988976</w:t>
        <w:br/>
        <w:t>vt 0.108306 0.990271</w:t>
        <w:br/>
        <w:t>vt 0.098234 0.989815</w:t>
        <w:br/>
        <w:t>vt 0.098150 0.990925</w:t>
        <w:br/>
        <w:t>vt 0.108306 0.991242</w:t>
        <w:br/>
        <w:t>vt 0.108306 0.992111</w:t>
        <w:br/>
        <w:t>vt 0.099106 0.991962</w:t>
        <w:br/>
        <w:t>vt 0.099880 0.992783</w:t>
        <w:br/>
        <w:t>vt 0.099805 0.993065</w:t>
        <w:br/>
        <w:t>vt 0.492528 0.273788</w:t>
        <w:br/>
        <w:t>vt 0.514706 0.282885</w:t>
        <w:br/>
        <w:t>vt 0.514706 0.266990</w:t>
        <w:br/>
        <w:t>vt 0.491966 0.265759</w:t>
        <w:br/>
        <w:t>vt 0.493066 0.290253</w:t>
        <w:br/>
        <w:t>vt 0.514706 0.301435</w:t>
        <w:br/>
        <w:t>vt 0.493276 0.283967</w:t>
        <w:br/>
        <w:t>vt 0.494790 0.259763</w:t>
        <w:br/>
        <w:t>vt 0.514706 0.251293</w:t>
        <w:br/>
        <w:t>vt 0.493269 0.254182</w:t>
        <w:br/>
        <w:t>vt 0.491762 0.246160</w:t>
        <w:br/>
        <w:t>vt 0.514706 0.235411</w:t>
        <w:br/>
        <w:t>vt 0.493450 0.236430</w:t>
        <w:br/>
        <w:t>vt 0.493578 0.298498</w:t>
        <w:br/>
        <w:t>vt 0.494584 0.305080</w:t>
        <w:br/>
        <w:t>vt 0.494372 0.308472</w:t>
        <w:br/>
        <w:t>vt 0.514706 0.316557</w:t>
        <w:br/>
        <w:t>vt 0.494631 0.324686</w:t>
        <w:br/>
        <w:t>vt 0.496685 0.326423</w:t>
        <w:br/>
        <w:t>vt 0.514706 0.331251</w:t>
        <w:br/>
        <w:t>vt 0.496146 0.230995</w:t>
        <w:br/>
        <w:t>vt 0.514706 0.225800</w:t>
        <w:br/>
        <w:t>vt 0.496146 0.230995</w:t>
        <w:br/>
        <w:t>vt 0.514706 0.225800</w:t>
        <w:br/>
        <w:t>vt 0.495364 0.227925</w:t>
        <w:br/>
        <w:t>vt 0.497498 0.219253</w:t>
        <w:br/>
        <w:t>vt 0.495364 0.227925</w:t>
        <w:br/>
        <w:t>vt 0.514706 0.219502</w:t>
        <w:br/>
        <w:t>vt 0.514706 0.203869</w:t>
        <w:br/>
        <w:t>vt 0.514706 0.184626</w:t>
        <w:br/>
        <w:t>vt 0.497384 0.186351</w:t>
        <w:br/>
        <w:t>vt 0.495949 0.202617</w:t>
        <w:br/>
        <w:t>vt 0.497152 0.182974</w:t>
        <w:br/>
        <w:t>vt 0.497465 0.180009</w:t>
        <w:br/>
        <w:t>vt 0.496283 0.330756</w:t>
        <w:br/>
        <w:t>vt 0.514706 0.358594</w:t>
        <w:br/>
        <w:t>vt 0.493748 0.337310</w:t>
        <w:br/>
        <w:t>vt 0.494538 0.357357</w:t>
        <w:br/>
        <w:t>vt 0.494474 0.362005</w:t>
        <w:br/>
        <w:t>vt 0.514706 0.367490</w:t>
        <w:br/>
        <w:t>vt 0.514706 0.171772</w:t>
        <w:br/>
        <w:t>vt 0.496783 0.173624</w:t>
        <w:br/>
        <w:t>vt 0.497702 0.177052</w:t>
        <w:br/>
        <w:t>vt 0.495892 0.167682</w:t>
        <w:br/>
        <w:t>vt 0.514707 0.147515</w:t>
        <w:br/>
        <w:t>vt 0.498499 0.142523</w:t>
        <w:br/>
        <w:t>vt 0.494828 0.159034</w:t>
        <w:br/>
        <w:t>vt 0.514707 0.157330</w:t>
        <w:br/>
        <w:t>vt 0.493968 0.367703</w:t>
        <w:br/>
        <w:t>vt 0.494256 0.370836</w:t>
        <w:br/>
        <w:t>vt 0.514706 0.367490</w:t>
        <w:br/>
        <w:t>vt 0.493968 0.367703</w:t>
        <w:br/>
        <w:t>vt 0.493907 0.373012</w:t>
        <w:br/>
        <w:t>vt 0.514706 0.403873</w:t>
        <w:br/>
        <w:t>vt 0.495455 0.404277</w:t>
        <w:br/>
        <w:t>vt 0.495455 0.404277</w:t>
        <w:br/>
        <w:t>vt 0.496051 0.407935</w:t>
        <w:br/>
        <w:t>vt 0.514706 0.403873</w:t>
        <w:br/>
        <w:t>vt 0.514707 0.137677</w:t>
        <w:br/>
        <w:t>vt 0.497819 0.136762</w:t>
        <w:br/>
        <w:t>vt 0.514706 0.482223</w:t>
        <w:br/>
        <w:t>vt 0.514706 0.474507</w:t>
        <w:br/>
        <w:t>vt 0.498503 0.475900</w:t>
        <w:br/>
        <w:t>vt 0.498250 0.484358</w:t>
        <w:br/>
        <w:t>vt 0.514706 0.464601</w:t>
        <w:br/>
        <w:t>vt 0.497615 0.464160</w:t>
        <w:br/>
        <w:t>vt 0.497951 0.466909</w:t>
        <w:br/>
        <w:t>vt 0.514706 0.464601</w:t>
        <w:br/>
        <w:t>vt 0.498576 0.462443</w:t>
        <w:br/>
        <w:t>vt 0.497615 0.464160</w:t>
        <w:br/>
        <w:t>vt 0.514706 0.407183</w:t>
        <w:br/>
        <w:t>vt 0.496051 0.407935</w:t>
        <w:br/>
        <w:t>vt 0.495716 0.410492</w:t>
        <w:br/>
        <w:t>vt 0.514706 0.428832</w:t>
        <w:br/>
        <w:t>vt 0.514706 0.416826</w:t>
        <w:br/>
        <w:t>vt 0.495245 0.419371</w:t>
        <w:br/>
        <w:t>vt 0.495656 0.426698</w:t>
        <w:br/>
        <w:t>vt 0.496324 0.429726</w:t>
        <w:br/>
        <w:t>vt 0.495597 0.436443</w:t>
        <w:br/>
        <w:t>vt 0.514706 0.440092</w:t>
        <w:br/>
        <w:t>vt 0.495437 0.445319</w:t>
        <w:br/>
        <w:t>vt 0.514706 0.447856</w:t>
        <w:br/>
        <w:t>vt 0.497251 0.453619</w:t>
        <w:br/>
        <w:t>vt 0.514706 0.454815</w:t>
        <w:br/>
        <w:t>vt 0.498720 0.460192</w:t>
        <w:br/>
        <w:t>vt 0.502060 0.994359</w:t>
        <w:br/>
        <w:t>vt 0.502058 0.997433</w:t>
        <w:br/>
        <w:t>vt 0.507632 0.997433</w:t>
        <w:br/>
        <w:t>vt 0.507691 0.994359</w:t>
        <w:br/>
        <w:t>vt 0.514648 0.997433</w:t>
        <w:br/>
        <w:t>vt 0.514659 0.994359</w:t>
        <w:br/>
        <w:t>vt 0.497589 0.994359</w:t>
        <w:br/>
        <w:t>vt 0.497743 0.997433</w:t>
        <w:br/>
        <w:t>vt 0.493679 0.997433</w:t>
        <w:br/>
        <w:t>vt 0.493692 0.994359</w:t>
        <w:br/>
        <w:t>vt 0.488174 0.994359</w:t>
        <w:br/>
        <w:t>vt 0.488205 0.997433</w:t>
        <w:br/>
        <w:t>vt 0.481556 0.997433</w:t>
        <w:br/>
        <w:t>vt 0.481433 0.994359</w:t>
        <w:br/>
        <w:t>vt 0.524127 0.997433</w:t>
        <w:br/>
        <w:t>vt 0.524141 0.994359</w:t>
        <w:br/>
        <w:t>vt 0.518720 0.994359</w:t>
        <w:br/>
        <w:t>vt 0.518723 0.997433</w:t>
        <w:br/>
        <w:t>vt 0.528515 0.997433</w:t>
        <w:br/>
        <w:t>vt 0.528289 0.994359</w:t>
        <w:br/>
        <w:t>vt 0.530910 0.997433</w:t>
        <w:br/>
        <w:t>vt 0.530646 0.994359</w:t>
        <w:br/>
        <w:t>vt 0.541178 0.994359</w:t>
        <w:br/>
        <w:t>vt 0.540998 0.997433</w:t>
        <w:br/>
        <w:t>vt 0.542333 0.997433</w:t>
        <w:br/>
        <w:t>vt 0.542701 0.994360</w:t>
        <w:br/>
        <w:t>vt 0.477129 0.997433</w:t>
        <w:br/>
        <w:t>vt 0.477011 0.994359</w:t>
        <w:br/>
        <w:t>vt 0.475152 0.994359</w:t>
        <w:br/>
        <w:t>vt 0.475313 0.997433</w:t>
        <w:br/>
        <w:t>vt 0.477011 0.994359</w:t>
        <w:br/>
        <w:t>vt 0.467858 0.997433</w:t>
        <w:br/>
        <w:t>vt 0.468004 0.994359</w:t>
        <w:br/>
        <w:t>vt 0.456035 0.994359</w:t>
        <w:br/>
        <w:t>vt 0.444528 0.994359</w:t>
        <w:br/>
        <w:t>vt 0.444653 0.997433</w:t>
        <w:br/>
        <w:t>vt 0.456137 0.997433</w:t>
        <w:br/>
        <w:t>vt 0.442219 0.994359</w:t>
        <w:br/>
        <w:t>vt 0.442188 0.997433</w:t>
        <w:br/>
        <w:t>vt 0.439877 0.997433</w:t>
        <w:br/>
        <w:t>vt 0.439880 0.994359</w:t>
        <w:br/>
        <w:t>vt 0.545466 0.997433</w:t>
        <w:br/>
        <w:t>vt 0.545415 0.994359</w:t>
        <w:br/>
        <w:t>vt 0.563643 0.997433</w:t>
        <w:br/>
        <w:t>vt 0.563721 0.994359</w:t>
        <w:br/>
        <w:t>vt 0.549931 0.994360</w:t>
        <w:br/>
        <w:t>vt 0.549936 0.997433</w:t>
        <w:br/>
        <w:t>vt 0.567105 0.997433</w:t>
        <w:br/>
        <w:t>vt 0.567000 0.994359</w:t>
        <w:br/>
        <w:t>vt 0.435073 0.997433</w:t>
        <w:br/>
        <w:t>vt 0.437653 0.997433</w:t>
        <w:br/>
        <w:t>vt 0.437619 0.994359</w:t>
        <w:br/>
        <w:t>vt 0.435159 0.994359</w:t>
        <w:br/>
        <w:t>vt 0.430915 0.994359</w:t>
        <w:br/>
        <w:t>vt 0.430948 0.997433</w:t>
        <w:br/>
        <w:t>vt 0.425047 0.994359</w:t>
        <w:br/>
        <w:t>vt 0.414125 0.994359</w:t>
        <w:br/>
        <w:t>vt 0.414074 0.997433</w:t>
        <w:br/>
        <w:t>vt 0.425151 0.997433</w:t>
        <w:br/>
        <w:t>vt 0.571581 0.997433</w:t>
        <w:br/>
        <w:t>vt 0.571541 0.994360</w:t>
        <w:br/>
        <w:t>vt 0.573810 0.997433</w:t>
        <w:br/>
        <w:t>vt 0.573865 0.994360</w:t>
        <w:br/>
        <w:t>vt 0.575107 0.997433</w:t>
        <w:br/>
        <w:t>vt 0.574949 0.994360</w:t>
        <w:br/>
        <w:t>vt 0.600029 0.997433</w:t>
        <w:br/>
        <w:t>vt 0.600459 0.994360</w:t>
        <w:br/>
        <w:t>vt 0.602587 0.997433</w:t>
        <w:br/>
        <w:t>vt 0.602364 0.994359</w:t>
        <w:br/>
        <w:t>vt 0.410184 0.994359</w:t>
        <w:br/>
        <w:t>vt 0.409792 0.997433</w:t>
        <w:br/>
        <w:t>vt 0.652089 0.997433</w:t>
        <w:br/>
        <w:t>vt 0.658348 0.997433</w:t>
        <w:br/>
        <w:t>vt 0.658029 0.994359</w:t>
        <w:br/>
        <w:t>vt 0.652097 0.994359</w:t>
        <w:br/>
        <w:t>vt 0.643669 0.994359</w:t>
        <w:br/>
        <w:t>vt 0.643576 0.997433</w:t>
        <w:br/>
        <w:t>vt 0.645932 0.997433</w:t>
        <w:br/>
        <w:t>vt 0.645954 0.994359</w:t>
        <w:br/>
        <w:t>vt 0.642284 0.997433</w:t>
        <w:br/>
        <w:t>vt 0.642335 0.994360</w:t>
        <w:br/>
        <w:t>vt 0.604779 0.997433</w:t>
        <w:br/>
        <w:t>vt 0.604708 0.994360</w:t>
        <w:br/>
        <w:t>vt 0.611566 0.997433</w:t>
        <w:br/>
        <w:t>vt 0.617195 0.997433</w:t>
        <w:br/>
        <w:t>vt 0.617422 0.994359</w:t>
        <w:br/>
        <w:t>vt 0.611632 0.994360</w:t>
        <w:br/>
        <w:t>vt 0.619659 0.997433</w:t>
        <w:br/>
        <w:t>vt 0.619658 0.994360</w:t>
        <w:br/>
        <w:t>vt 0.624465 0.997433</w:t>
        <w:br/>
        <w:t>vt 0.624605 0.994359</w:t>
        <w:br/>
        <w:t>vt 0.630586 0.997433</w:t>
        <w:br/>
        <w:t>vt 0.630654 0.994360</w:t>
        <w:br/>
        <w:t>vt 0.636338 0.997433</w:t>
        <w:br/>
        <w:t>vt 0.636340 0.994359</w:t>
        <w:br/>
        <w:t>vt 0.640911 0.997433</w:t>
        <w:br/>
        <w:t>vt 0.640963 0.994360</w:t>
        <w:br/>
        <w:t>vt 0.700151 0.902951</w:t>
        <w:br/>
        <w:t>vt 0.706455 0.906238</w:t>
        <w:br/>
        <w:t>vt 0.706896 0.896399</w:t>
        <w:br/>
        <w:t>vt 0.702776 0.890681</w:t>
        <w:br/>
        <w:t>vt 0.706039 0.887306</w:t>
        <w:br/>
        <w:t>vt 0.708723 0.886400</w:t>
        <w:br/>
        <w:t>vt 0.704490 0.872668</w:t>
        <w:br/>
        <w:t>vt 0.702957 0.874220</w:t>
        <w:br/>
        <w:t>vt 0.950329 0.877332</w:t>
        <w:br/>
        <w:t>vt 0.947632 0.874662</w:t>
        <w:br/>
        <w:t>vt 0.934399 0.890589</w:t>
        <w:br/>
        <w:t>vt 0.935673 0.894006</w:t>
        <w:br/>
        <w:t>vt 0.919669 0.906724</w:t>
        <w:br/>
        <w:t>vt 0.920712 0.908859</w:t>
        <w:br/>
        <w:t>vt 0.922305 0.910272</w:t>
        <w:br/>
        <w:t>vt 0.908296 0.917085</w:t>
        <w:br/>
        <w:t>vt 0.909969 0.920675</w:t>
        <w:br/>
        <w:t>vt 0.906763 0.914221</w:t>
        <w:br/>
        <w:t>vt 0.894993 0.917766</w:t>
        <w:br/>
        <w:t>vt 0.895954 0.921544</w:t>
        <w:br/>
        <w:t>vt 0.882542 0.919911</w:t>
        <w:br/>
        <w:t>vt 0.883226 0.924343</w:t>
        <w:br/>
        <w:t>vt 0.870721 0.922144</w:t>
        <w:br/>
        <w:t>vt 0.870568 0.926806</w:t>
        <w:br/>
        <w:t>vt 0.897448 0.927477</w:t>
        <w:br/>
        <w:t>vt 0.912728 0.926149</w:t>
        <w:br/>
        <w:t>vt 0.925184 0.913469</w:t>
        <w:br/>
        <w:t>vt 0.938950 0.895714</w:t>
        <w:br/>
        <w:t>vt 0.952263 0.879153</w:t>
        <w:br/>
        <w:t>vt 0.927633 0.917333</w:t>
        <w:br/>
        <w:t>vt 0.916370 0.933216</w:t>
        <w:br/>
        <w:t>vt 0.942238 0.898799</w:t>
        <w:br/>
        <w:t>vt 0.928727 0.922613</w:t>
        <w:br/>
        <w:t>vt 0.920880 0.939678</w:t>
        <w:br/>
        <w:t>vt 0.899617 0.936973</w:t>
        <w:br/>
        <w:t>vt 0.884306 0.932013</w:t>
        <w:br/>
        <w:t>vt 0.886251 0.945101</w:t>
        <w:br/>
        <w:t>vt 0.889156 0.957917</w:t>
        <w:br/>
        <w:t>vt 0.902420 0.946754</w:t>
        <w:br/>
        <w:t>vt 0.873347 0.959624</w:t>
        <w:br/>
        <w:t>vt 0.872355 0.947168</w:t>
        <w:br/>
        <w:t>vt 0.871423 0.934855</w:t>
        <w:br/>
        <w:t>vt 0.717389 0.891791</w:t>
        <w:br/>
        <w:t>vt 0.712001 0.882165</w:t>
        <w:br/>
        <w:t>vt 0.709804 0.884947</w:t>
        <w:br/>
        <w:t>vt 0.715532 0.895639</w:t>
        <w:br/>
        <w:t>vt 0.712233 0.903251</w:t>
        <w:br/>
        <w:t>vt 0.725364 0.899232</w:t>
        <w:br/>
        <w:t>vt 0.723658 0.902918</w:t>
        <w:br/>
        <w:t>vt 0.734718 0.909493</w:t>
        <w:br/>
        <w:t>vt 0.721932 0.909851</w:t>
        <w:br/>
        <w:t>vt 0.733298 0.915210</w:t>
        <w:br/>
        <w:t>vt 0.706905 0.870166</w:t>
        <w:br/>
        <w:t>vt 0.735680 0.905518</w:t>
        <w:br/>
        <w:t>vt 0.748455 0.915373</w:t>
        <w:br/>
        <w:t>vt 0.749280 0.911094</w:t>
        <w:br/>
        <w:t>vt 0.764651 0.920266</w:t>
        <w:br/>
        <w:t>vt 0.765387 0.916068</w:t>
        <w:br/>
        <w:t>vt 0.701158 0.876499</w:t>
        <w:br/>
        <w:t>vt 0.700151 0.878133</w:t>
        <w:br/>
        <w:t>vt 0.700151 0.892665</w:t>
        <w:br/>
        <w:t>vt 0.700151 0.920790</w:t>
        <w:br/>
        <w:t>vt 0.705622 0.921033</w:t>
        <w:br/>
        <w:t>vt 0.704927 0.936065</w:t>
        <w:br/>
        <w:t>vt 0.710978 0.937274</w:t>
        <w:br/>
        <w:t>vt 0.711724 0.921844</w:t>
        <w:br/>
        <w:t>vt 0.704231 0.950481</w:t>
        <w:br/>
        <w:t>vt 0.710411 0.952431</w:t>
        <w:br/>
        <w:t>vt 0.719251 0.954205</w:t>
        <w:br/>
        <w:t>vt 0.719478 0.938391</w:t>
        <w:br/>
        <w:t>vt 0.720034 0.923142</w:t>
        <w:br/>
        <w:t>vt 0.732448 0.924912</w:t>
        <w:br/>
        <w:t>vt 0.732791 0.939344</w:t>
        <w:br/>
        <w:t>vt 0.732762 0.955721</w:t>
        <w:br/>
        <w:t>vt 0.718106 0.977952</w:t>
        <w:br/>
        <w:t>vt 0.709049 0.977952</w:t>
        <w:br/>
        <w:t>vt 0.703730 0.977952</w:t>
        <w:br/>
        <w:t>vt 0.700151 0.935647</w:t>
        <w:br/>
        <w:t>vt 0.700151 0.949507</w:t>
        <w:br/>
        <w:t>vt 0.700151 0.977952</w:t>
        <w:br/>
        <w:t>vt 0.946336 0.899367</w:t>
        <w:br/>
        <w:t>vt 0.957574 0.883895</w:t>
        <w:br/>
        <w:t>vt 0.955187 0.881862</w:t>
        <w:br/>
        <w:t>vt 0.935366 0.921987</w:t>
        <w:br/>
        <w:t>vt 0.932106 0.939497</w:t>
        <w:br/>
        <w:t>vt 0.917756 0.956694</w:t>
        <w:br/>
        <w:t>vt 0.930945 0.957567</w:t>
        <w:br/>
        <w:t>vt 0.929779 0.977952</w:t>
        <w:br/>
        <w:t>vt 0.912437 0.977952</w:t>
        <w:br/>
        <w:t>vt 0.908421 0.953731</w:t>
        <w:br/>
        <w:t>vt 0.892802 0.977952</w:t>
        <w:br/>
        <w:t>vt 0.910720 0.997226</w:t>
        <w:br/>
        <w:t>vt 0.929188 0.997226</w:t>
        <w:br/>
        <w:t>vt 0.746185 0.924307</w:t>
        <w:br/>
        <w:t>vt 0.763120 0.927960</w:t>
        <w:br/>
        <w:t>vt 0.776759 0.929877</w:t>
        <w:br/>
        <w:t>vt 0.778132 0.923371</w:t>
        <w:br/>
        <w:t>vt 0.789811 0.931945</w:t>
        <w:br/>
        <w:t>vt 0.790979 0.925059</w:t>
        <w:br/>
        <w:t>vt 0.803121 0.934792</w:t>
        <w:br/>
        <w:t>vt 0.803959 0.926667</w:t>
        <w:br/>
        <w:t>vt 0.816634 0.937526</w:t>
        <w:br/>
        <w:t>vt 0.816812 0.932303</w:t>
        <w:br/>
        <w:t>vt 0.815399 0.949900</w:t>
        <w:br/>
        <w:t>vt 0.829579 0.949808</w:t>
        <w:br/>
        <w:t>vt 0.830214 0.936889</w:t>
        <w:br/>
        <w:t>vt 0.829433 0.961611</w:t>
        <w:br/>
        <w:t>vt 0.844161 0.961767</w:t>
        <w:br/>
        <w:t>vt 0.844062 0.949073</w:t>
        <w:br/>
        <w:t>vt 0.858703 0.961118</w:t>
        <w:br/>
        <w:t>vt 0.844910 0.977952</w:t>
        <w:br/>
        <w:t>vt 0.858794 0.977952</w:t>
        <w:br/>
        <w:t>vt 0.816297 0.977952</w:t>
        <w:br/>
        <w:t>vt 0.801452 0.977952</w:t>
        <w:br/>
        <w:t>vt 0.805717 0.997226</w:t>
        <w:br/>
        <w:t>vt 0.817359 0.997226</w:t>
        <w:br/>
        <w:t>vt 0.830815 0.977952</w:t>
        <w:br/>
        <w:t>vt 0.814544 0.960637</w:t>
        <w:br/>
        <w:t>vt 0.829851 0.997226</w:t>
        <w:br/>
        <w:t>vt 0.845192 0.997226</w:t>
        <w:br/>
        <w:t>vt 0.874469 0.977952</w:t>
        <w:br/>
        <w:t>vt 0.858533 0.948391</w:t>
        <w:br/>
        <w:t>vt 0.858285 0.936420</w:t>
        <w:br/>
        <w:t>vt 0.844382 0.936920</w:t>
        <w:br/>
        <w:t>vt 0.831506 0.928224</w:t>
        <w:br/>
        <w:t>vt 0.844598 0.928340</w:t>
        <w:br/>
        <w:t>vt 0.857827 0.927701</w:t>
        <w:br/>
        <w:t>vt 0.801706 0.948170</w:t>
        <w:br/>
        <w:t>vt 0.787044 0.957827</w:t>
        <w:br/>
        <w:t>vt 0.800523 0.959041</w:t>
        <w:br/>
        <w:t>vt 0.788119 0.943596</w:t>
        <w:br/>
        <w:t>vt 0.774836 0.942153</w:t>
        <w:br/>
        <w:t>vt 0.773575 0.957512</w:t>
        <w:br/>
        <w:t>vt 0.761588 0.941356</w:t>
        <w:br/>
        <w:t>vt 0.787077 0.977952</w:t>
        <w:br/>
        <w:t>vt 0.804171 0.921649</w:t>
        <w:br/>
        <w:t>vt 0.791725 0.920380</w:t>
        <w:br/>
        <w:t>vt 0.817284 0.926844</w:t>
        <w:br/>
        <w:t>vt 0.817714 0.921797</w:t>
        <w:br/>
        <w:t>vt 0.778994 0.919007</w:t>
        <w:br/>
        <w:t>vt 0.831250 0.922828</w:t>
        <w:br/>
        <w:t>vt 0.844162 0.923539</w:t>
        <w:br/>
        <w:t>vt 0.857535 0.923121</w:t>
        <w:br/>
        <w:t>vt 0.747312 0.940302</w:t>
        <w:br/>
        <w:t>vt 0.746819 0.956836</w:t>
        <w:br/>
        <w:t>vt 0.760374 0.957461</w:t>
        <w:br/>
        <w:t>vt 0.742854 0.997226</w:t>
        <w:br/>
        <w:t>vt 0.745393 0.977952</w:t>
        <w:br/>
        <w:t>vt 0.731590 0.977952</w:t>
        <w:br/>
        <w:t>vt 0.729235 0.997226</w:t>
        <w:br/>
        <w:t>vt 0.772337 0.997226</w:t>
        <w:br/>
        <w:t>vt 0.788576 0.997226</w:t>
        <w:br/>
        <w:t>vt 0.772843 0.977952</w:t>
        <w:br/>
        <w:t>vt 0.757332 0.997226</w:t>
        <w:br/>
        <w:t>vt 0.758995 0.977952</w:t>
        <w:br/>
        <w:t>vt 0.717078 0.997226</w:t>
        <w:br/>
        <w:t>vt 0.932284 0.887118</w:t>
        <w:br/>
        <w:t>vt 0.923776 0.899329</w:t>
        <w:br/>
        <w:t>vt 0.934399 0.890589</w:t>
        <w:br/>
        <w:t>vt 0.919669 0.906724</w:t>
        <w:br/>
        <w:t>vt 0.914397 0.908308</w:t>
        <w:br/>
        <w:t>vt 0.903551 0.913116</w:t>
        <w:br/>
        <w:t>vt 0.894993 0.917766</w:t>
        <w:br/>
        <w:t>vt 0.891122 0.915479</w:t>
        <w:br/>
        <w:t>vt 0.882542 0.919911</w:t>
        <w:br/>
        <w:t>vt 0.878946 0.917785</w:t>
        <w:br/>
        <w:t>vt 0.870721 0.922144</w:t>
        <w:br/>
        <w:t>vt 0.866931 0.918866</w:t>
        <w:br/>
        <w:t>vt 0.857535 0.923121</w:t>
        <w:br/>
        <w:t>vt 0.853977 0.921336</w:t>
        <w:br/>
        <w:t>vt 0.844162 0.923539</w:t>
        <w:br/>
        <w:t>vt 0.840745 0.921267</w:t>
        <w:br/>
        <w:t>vt 0.828561 0.919570</w:t>
        <w:br/>
        <w:t>vt 0.831250 0.922828</w:t>
        <w:br/>
        <w:t>vt 0.817714 0.921797</w:t>
        <w:br/>
        <w:t>vt 0.815166 0.917911</w:t>
        <w:br/>
        <w:t>vt 0.804171 0.921649</w:t>
        <w:br/>
        <w:t>vt 0.797837 0.918553</w:t>
        <w:br/>
        <w:t>vt 0.785730 0.917161</w:t>
        <w:br/>
        <w:t>vt 0.769767 0.912660</w:t>
        <w:br/>
        <w:t>vt 0.752656 0.907709</w:t>
        <w:br/>
        <w:t>vt 0.749280 0.911094</w:t>
        <w:br/>
        <w:t>vt 0.736763 0.900754</w:t>
        <w:br/>
        <w:t>vt 0.724480 0.892570</w:t>
        <w:br/>
        <w:t>vt 0.716975 0.883661</w:t>
        <w:br/>
        <w:t>vt 0.717389 0.891791</w:t>
        <w:br/>
        <w:t>vt 0.711421 0.873883</w:t>
        <w:br/>
        <w:t>vt 0.712001 0.882165</w:t>
        <w:br/>
        <w:t>vt 0.948840 0.867370</w:t>
        <w:br/>
        <w:t>vt 0.941454 0.877795</w:t>
        <w:br/>
        <w:t>vt 0.947632 0.874662</w:t>
        <w:br/>
        <w:t>vt 0.707073 0.997226</w:t>
        <w:br/>
        <w:t>vt 0.891776 0.997226</w:t>
        <w:br/>
        <w:t>vt 0.857092 0.997226</w:t>
        <w:br/>
        <w:t>vt 0.873837 0.997226</w:t>
        <w:br/>
        <w:t>vt 0.700151 0.997226</w:t>
        <w:br/>
        <w:t>vt 0.702776 0.890681</w:t>
        <w:br/>
        <w:t>vt 0.706896 0.896399</w:t>
        <w:br/>
        <w:t>vt 0.706455 0.906238</w:t>
        <w:br/>
        <w:t>vt 0.706039 0.887306</w:t>
        <w:br/>
        <w:t>vt 0.702957 0.874220</w:t>
        <w:br/>
        <w:t>vt 0.704490 0.872668</w:t>
        <w:br/>
        <w:t>vt 0.708723 0.886400</w:t>
        <w:br/>
        <w:t>vt 0.950329 0.877332</w:t>
        <w:br/>
        <w:t>vt 0.935673 0.894006</w:t>
        <w:br/>
        <w:t>vt 0.934399 0.890589</w:t>
        <w:br/>
        <w:t>vt 0.947632 0.874662</w:t>
        <w:br/>
        <w:t>vt 0.920712 0.908859</w:t>
        <w:br/>
        <w:t>vt 0.919669 0.906724</w:t>
        <w:br/>
        <w:t>vt 0.908296 0.917085</w:t>
        <w:br/>
        <w:t>vt 0.922305 0.910272</w:t>
        <w:br/>
        <w:t>vt 0.909969 0.920675</w:t>
        <w:br/>
        <w:t>vt 0.906763 0.914221</w:t>
        <w:br/>
        <w:t>vt 0.895954 0.921544</w:t>
        <w:br/>
        <w:t>vt 0.894993 0.917766</w:t>
        <w:br/>
        <w:t>vt 0.883226 0.924343</w:t>
        <w:br/>
        <w:t>vt 0.882542 0.919911</w:t>
        <w:br/>
        <w:t>vt 0.870568 0.926806</w:t>
        <w:br/>
        <w:t>vt 0.870721 0.922144</w:t>
        <w:br/>
        <w:t>vt 0.897448 0.927477</w:t>
        <w:br/>
        <w:t>vt 0.925184 0.913469</w:t>
        <w:br/>
        <w:t>vt 0.912728 0.926149</w:t>
        <w:br/>
        <w:t>vt 0.938950 0.895714</w:t>
        <w:br/>
        <w:t>vt 0.952263 0.879153</w:t>
        <w:br/>
        <w:t>vt 0.927633 0.917333</w:t>
        <w:br/>
        <w:t>vt 0.916370 0.933216</w:t>
        <w:br/>
        <w:t>vt 0.942238 0.898799</w:t>
        <w:br/>
        <w:t>vt 0.928727 0.922613</w:t>
        <w:br/>
        <w:t>vt 0.920880 0.939678</w:t>
        <w:br/>
        <w:t>vt 0.899617 0.936973</w:t>
        <w:br/>
        <w:t>vt 0.884306 0.932013</w:t>
        <w:br/>
        <w:t>vt 0.886251 0.945101</w:t>
        <w:br/>
        <w:t>vt 0.902420 0.946754</w:t>
        <w:br/>
        <w:t>vt 0.889156 0.957917</w:t>
        <w:br/>
        <w:t>vt 0.873347 0.959624</w:t>
        <w:br/>
        <w:t>vt 0.872355 0.947168</w:t>
        <w:br/>
        <w:t>vt 0.871423 0.934855</w:t>
        <w:br/>
        <w:t>vt 0.717389 0.891791</w:t>
        <w:br/>
        <w:t>vt 0.715532 0.895639</w:t>
        <w:br/>
        <w:t>vt 0.709804 0.884947</w:t>
        <w:br/>
        <w:t>vt 0.712001 0.882165</w:t>
        <w:br/>
        <w:t>vt 0.712233 0.903251</w:t>
        <w:br/>
        <w:t>vt 0.725364 0.899232</w:t>
        <w:br/>
        <w:t>vt 0.723658 0.902918</w:t>
        <w:br/>
        <w:t>vt 0.734718 0.909493</w:t>
        <w:br/>
        <w:t>vt 0.733298 0.915210</w:t>
        <w:br/>
        <w:t>vt 0.721932 0.909851</w:t>
        <w:br/>
        <w:t>vt 0.706905 0.870166</w:t>
        <w:br/>
        <w:t>vt 0.735680 0.905518</w:t>
        <w:br/>
        <w:t>vt 0.749280 0.911094</w:t>
        <w:br/>
        <w:t>vt 0.748455 0.915373</w:t>
        <w:br/>
        <w:t>vt 0.765387 0.916068</w:t>
        <w:br/>
        <w:t>vt 0.764651 0.920266</w:t>
        <w:br/>
        <w:t>vt 0.701158 0.876499</w:t>
        <w:br/>
        <w:t>vt 0.700151 0.878133</w:t>
        <w:br/>
        <w:t>vt 0.705622 0.921033</w:t>
        <w:br/>
        <w:t>vt 0.704927 0.936065</w:t>
        <w:br/>
        <w:t>vt 0.711724 0.921844</w:t>
        <w:br/>
        <w:t>vt 0.710978 0.937274</w:t>
        <w:br/>
        <w:t>vt 0.710411 0.952431</w:t>
        <w:br/>
        <w:t>vt 0.704231 0.950481</w:t>
        <w:br/>
        <w:t>vt 0.719478 0.938391</w:t>
        <w:br/>
        <w:t>vt 0.719251 0.954205</w:t>
        <w:br/>
        <w:t>vt 0.720034 0.923142</w:t>
        <w:br/>
        <w:t>vt 0.732448 0.924912</w:t>
        <w:br/>
        <w:t>vt 0.732791 0.939344</w:t>
        <w:br/>
        <w:t>vt 0.732762 0.955721</w:t>
        <w:br/>
        <w:t>vt 0.718106 0.977952</w:t>
        <w:br/>
        <w:t>vt 0.709049 0.977952</w:t>
        <w:br/>
        <w:t>vt 0.703730 0.977952</w:t>
        <w:br/>
        <w:t>vt 0.946336 0.899367</w:t>
        <w:br/>
        <w:t>vt 0.955187 0.881862</w:t>
        <w:br/>
        <w:t>vt 0.957574 0.883895</w:t>
        <w:br/>
        <w:t>vt 0.917756 0.956694</w:t>
        <w:br/>
        <w:t>vt 0.912437 0.977952</w:t>
        <w:br/>
        <w:t>vt 0.908421 0.953731</w:t>
        <w:br/>
        <w:t>vt 0.892802 0.977952</w:t>
        <w:br/>
        <w:t>vt 0.910720 0.997226</w:t>
        <w:br/>
        <w:t>vt 0.746185 0.924307</w:t>
        <w:br/>
        <w:t>vt 0.763120 0.927960</w:t>
        <w:br/>
        <w:t>vt 0.778132 0.923371</w:t>
        <w:br/>
        <w:t>vt 0.776759 0.929877</w:t>
        <w:br/>
        <w:t>vt 0.789811 0.931945</w:t>
        <w:br/>
        <w:t>vt 0.790979 0.925059</w:t>
        <w:br/>
        <w:t>vt 0.803121 0.934792</w:t>
        <w:br/>
        <w:t>vt 0.803959 0.926667</w:t>
        <w:br/>
        <w:t>vt 0.816812 0.932303</w:t>
        <w:br/>
        <w:t>vt 0.816634 0.937526</w:t>
        <w:br/>
        <w:t>vt 0.830214 0.936889</w:t>
        <w:br/>
        <w:t>vt 0.829579 0.949808</w:t>
        <w:br/>
        <w:t>vt 0.815399 0.949900</w:t>
        <w:br/>
        <w:t>vt 0.844062 0.949073</w:t>
        <w:br/>
        <w:t>vt 0.844161 0.961767</w:t>
        <w:br/>
        <w:t>vt 0.829433 0.961611</w:t>
        <w:br/>
        <w:t>vt 0.844910 0.977952</w:t>
        <w:br/>
        <w:t>vt 0.858703 0.961118</w:t>
        <w:br/>
        <w:t>vt 0.858794 0.977952</w:t>
        <w:br/>
        <w:t>vt 0.805717 0.997226</w:t>
        <w:br/>
        <w:t>vt 0.801452 0.977952</w:t>
        <w:br/>
        <w:t>vt 0.816297 0.977952</w:t>
        <w:br/>
        <w:t>vt 0.817359 0.997226</w:t>
        <w:br/>
        <w:t>vt 0.814544 0.960637</w:t>
        <w:br/>
        <w:t>vt 0.830815 0.977952</w:t>
        <w:br/>
        <w:t>vt 0.845192 0.997226</w:t>
        <w:br/>
        <w:t>vt 0.829851 0.997226</w:t>
        <w:br/>
        <w:t>vt 0.874469 0.977952</w:t>
        <w:br/>
        <w:t>vt 0.858533 0.948391</w:t>
        <w:br/>
        <w:t>vt 0.844382 0.936920</w:t>
        <w:br/>
        <w:t>vt 0.858285 0.936420</w:t>
        <w:br/>
        <w:t>vt 0.831506 0.928224</w:t>
        <w:br/>
        <w:t>vt 0.844598 0.928340</w:t>
        <w:br/>
        <w:t>vt 0.857827 0.927701</w:t>
        <w:br/>
        <w:t>vt 0.801706 0.948170</w:t>
        <w:br/>
        <w:t>vt 0.787044 0.957827</w:t>
        <w:br/>
        <w:t>vt 0.788119 0.943596</w:t>
        <w:br/>
        <w:t>vt 0.800523 0.959041</w:t>
        <w:br/>
        <w:t>vt 0.774836 0.942153</w:t>
        <w:br/>
        <w:t>vt 0.773575 0.957512</w:t>
        <w:br/>
        <w:t>vt 0.761588 0.941356</w:t>
        <w:br/>
        <w:t>vt 0.787077 0.977952</w:t>
        <w:br/>
        <w:t>vt 0.791725 0.920380</w:t>
        <w:br/>
        <w:t>vt 0.804171 0.921649</w:t>
        <w:br/>
        <w:t>vt 0.817714 0.921797</w:t>
        <w:br/>
        <w:t>vt 0.817284 0.926844</w:t>
        <w:br/>
        <w:t>vt 0.778994 0.919007</w:t>
        <w:br/>
        <w:t>vt 0.831250 0.922828</w:t>
        <w:br/>
        <w:t>vt 0.844162 0.923539</w:t>
        <w:br/>
        <w:t>vt 0.857535 0.923121</w:t>
        <w:br/>
        <w:t>vt 0.747312 0.940302</w:t>
        <w:br/>
        <w:t>vt 0.760374 0.957461</w:t>
        <w:br/>
        <w:t>vt 0.746819 0.956836</w:t>
        <w:br/>
        <w:t>vt 0.742854 0.997226</w:t>
        <w:br/>
        <w:t>vt 0.729235 0.997226</w:t>
        <w:br/>
        <w:t>vt 0.731590 0.977952</w:t>
        <w:br/>
        <w:t>vt 0.745393 0.977952</w:t>
        <w:br/>
        <w:t>vt 0.772337 0.997226</w:t>
        <w:br/>
        <w:t>vt 0.772843 0.977952</w:t>
        <w:br/>
        <w:t>vt 0.788576 0.997226</w:t>
        <w:br/>
        <w:t>vt 0.757332 0.997226</w:t>
        <w:br/>
        <w:t>vt 0.758995 0.977952</w:t>
        <w:br/>
        <w:t>vt 0.717078 0.997226</w:t>
        <w:br/>
        <w:t>vt 0.932284 0.887118</w:t>
        <w:br/>
        <w:t>vt 0.934399 0.890589</w:t>
        <w:br/>
        <w:t>vt 0.923776 0.899329</w:t>
        <w:br/>
        <w:t>vt 0.919669 0.906724</w:t>
        <w:br/>
        <w:t>vt 0.914397 0.908308</w:t>
        <w:br/>
        <w:t>vt 0.894993 0.917766</w:t>
        <w:br/>
        <w:t>vt 0.903551 0.913116</w:t>
        <w:br/>
        <w:t>vt 0.882542 0.919911</w:t>
        <w:br/>
        <w:t>vt 0.891122 0.915479</w:t>
        <w:br/>
        <w:t>vt 0.870721 0.922144</w:t>
        <w:br/>
        <w:t>vt 0.878946 0.917785</w:t>
        <w:br/>
        <w:t>vt 0.857535 0.923121</w:t>
        <w:br/>
        <w:t>vt 0.866931 0.918866</w:t>
        <w:br/>
        <w:t>vt 0.844162 0.923539</w:t>
        <w:br/>
        <w:t>vt 0.853977 0.921336</w:t>
        <w:br/>
        <w:t>vt 0.840745 0.921267</w:t>
        <w:br/>
        <w:t>vt 0.831250 0.922828</w:t>
        <w:br/>
        <w:t>vt 0.828561 0.919570</w:t>
        <w:br/>
        <w:t>vt 0.817714 0.921797</w:t>
        <w:br/>
        <w:t>vt 0.804171 0.921649</w:t>
        <w:br/>
        <w:t>vt 0.815166 0.917911</w:t>
        <w:br/>
        <w:t>vt 0.797837 0.918553</w:t>
        <w:br/>
        <w:t>vt 0.785730 0.917161</w:t>
        <w:br/>
        <w:t>vt 0.769767 0.912660</w:t>
        <w:br/>
        <w:t>vt 0.752656 0.907709</w:t>
        <w:br/>
        <w:t>vt 0.736763 0.900754</w:t>
        <w:br/>
        <w:t>vt 0.724480 0.892570</w:t>
        <w:br/>
        <w:t>vt 0.717389 0.891791</w:t>
        <w:br/>
        <w:t>vt 0.716975 0.883661</w:t>
        <w:br/>
        <w:t>vt 0.712001 0.882165</w:t>
        <w:br/>
        <w:t>vt 0.711421 0.873883</w:t>
        <w:br/>
        <w:t>vt 0.948840 0.867370</w:t>
        <w:br/>
        <w:t>vt 0.947632 0.874662</w:t>
        <w:br/>
        <w:t>vt 0.941454 0.877795</w:t>
        <w:br/>
        <w:t>vt 0.707073 0.997226</w:t>
        <w:br/>
        <w:t>vt 0.891776 0.997226</w:t>
        <w:br/>
        <w:t>vt 0.857092 0.997226</w:t>
        <w:br/>
        <w:t>vt 0.873837 0.997226</w:t>
        <w:br/>
        <w:t>vt 0.236031 0.606672</w:t>
        <w:br/>
        <w:t>vt 0.235716 0.606833</w:t>
        <w:br/>
        <w:t>vt 0.235266 0.579846</w:t>
        <w:br/>
        <w:t>vt 0.239616 0.580118</w:t>
        <w:br/>
        <w:t>vt 0.221347 0.570849</w:t>
        <w:br/>
        <w:t>vt 0.226099 0.565196</w:t>
        <w:br/>
        <w:t>vt 0.228909 0.581302</w:t>
        <w:br/>
        <w:t>vt 0.223383 0.582899</w:t>
        <w:br/>
        <w:t>vt 0.220914 0.562632</w:t>
        <w:br/>
        <w:t>vt 0.226733 0.551141</w:t>
        <w:br/>
        <w:t>vt 0.234736 0.562063</w:t>
        <w:br/>
        <w:t>vt 0.240110 0.559466</w:t>
        <w:br/>
        <w:t>vt 0.236906 0.541060</w:t>
        <w:br/>
        <w:t>vt 0.235201 0.607143</w:t>
        <w:br/>
        <w:t>vt 0.242569 0.553148</w:t>
        <w:br/>
        <w:t>vt 0.239020 0.526779</w:t>
        <w:br/>
        <w:t>vt 0.243877 0.526639</w:t>
        <w:br/>
        <w:t>vt 0.242969 0.553318</w:t>
        <w:br/>
        <w:t>vt 0.250046 0.527985</w:t>
        <w:br/>
        <w:t>vt 0.253502 0.512095</w:t>
        <w:br/>
        <w:t>vt 0.258494 0.518063</w:t>
        <w:br/>
        <w:t>vt 0.255859 0.529911</w:t>
        <w:br/>
        <w:t>vt 0.253769 0.498270</w:t>
        <w:br/>
        <w:t>vt 0.259312 0.509894</w:t>
        <w:br/>
        <w:t>vt 0.244832 0.508852</w:t>
        <w:br/>
        <w:t>vt 0.238876 0.506315</w:t>
        <w:br/>
        <w:t>vt 0.243188 0.487959</w:t>
        <w:br/>
        <w:t>vt 0.243476 0.553648</w:t>
        <w:br/>
        <w:t>vt 0.796602 0.564910</w:t>
        <w:br/>
        <w:t>vt 0.821084 0.564910</w:t>
        <w:br/>
        <w:t>vt 0.821084 0.561900</w:t>
        <w:br/>
        <w:t>vt 0.796602 0.561900</w:t>
        <w:br/>
        <w:t>vt 0.717126 0.561900</w:t>
        <w:br/>
        <w:t>vt 0.717126 0.564910</w:t>
        <w:br/>
        <w:t>vt 0.728432 0.564910</w:t>
        <w:br/>
        <w:t>vt 0.728432 0.561899</w:t>
        <w:br/>
        <w:t>vt 0.736004 0.564910</w:t>
        <w:br/>
        <w:t>vt 0.736004 0.561900</w:t>
        <w:br/>
        <w:t>vt 0.747775 0.564910</w:t>
        <w:br/>
        <w:t>vt 0.747775 0.561900</w:t>
        <w:br/>
        <w:t>vt 0.777751 0.561899</w:t>
        <w:br/>
        <w:t>vt 0.777751 0.564910</w:t>
        <w:br/>
        <w:t>vt 0.760787 0.564910</w:t>
        <w:br/>
        <w:t>vt 0.760788 0.561900</w:t>
        <w:br/>
        <w:t>vt 0.760787 0.564910</w:t>
        <w:br/>
        <w:t>vt 0.760788 0.561900</w:t>
        <w:br/>
        <w:t>vt 0.692457 0.561900</w:t>
        <w:br/>
        <w:t>vt 0.692457 0.564910</w:t>
        <w:br/>
        <w:t>vt 0.253576 0.603207</w:t>
        <w:br/>
        <w:t>vt 0.252741 0.616596</w:t>
        <w:br/>
        <w:t>vt 0.249837 0.616231</w:t>
        <w:br/>
        <w:t>vt 0.248044 0.600989</w:t>
        <w:br/>
        <w:t>vt 0.255421 0.585061</w:t>
        <w:br/>
        <w:t>vt 0.247043 0.580159</w:t>
        <w:br/>
        <w:t>vt 0.247160 0.558540</w:t>
        <w:br/>
        <w:t>vt 0.252883 0.564508</w:t>
        <w:br/>
        <w:t>vt 0.259369 0.604295</w:t>
        <w:br/>
        <w:t>vt 0.255853 0.617385</w:t>
        <w:br/>
        <w:t>vt 0.264244 0.589072</w:t>
        <w:br/>
        <w:t>vt 0.261636 0.574727</w:t>
        <w:br/>
        <w:t>vt 0.264357 0.581963</w:t>
        <w:br/>
        <w:t>vt 0.236125 0.666151</w:t>
        <w:br/>
        <w:t>vt 0.233188 0.666088</w:t>
        <w:br/>
        <w:t>vt 0.233071 0.652685</w:t>
        <w:br/>
        <w:t>vt 0.238920 0.651297</w:t>
        <w:br/>
        <w:t>vt 0.232409 0.634564</w:t>
        <w:br/>
        <w:t>vt 0.241324 0.630798</w:t>
        <w:br/>
        <w:t>vt 0.236749 0.614682</w:t>
        <w:br/>
        <w:t>vt 0.242848 0.609221</w:t>
        <w:br/>
        <w:t>vt 0.229997 0.666302</w:t>
        <w:br/>
        <w:t>vt 0.227110 0.653227</w:t>
        <w:br/>
        <w:t>vt 0.223382 0.637996</w:t>
        <w:br/>
        <w:t>vt 0.223887 0.630991</w:t>
        <w:br/>
        <w:t>vt 0.891092 0.621575</w:t>
        <w:br/>
        <w:t>vt 0.891092 0.606271</w:t>
        <w:br/>
        <w:t>vt 0.887684 0.606271</w:t>
        <w:br/>
        <w:t>vt 0.887684 0.621575</w:t>
        <w:br/>
        <w:t>vt 0.891092 0.585523</w:t>
        <w:br/>
        <w:t>vt 0.887684 0.585523</w:t>
        <w:br/>
        <w:t>vt 0.891092 0.564034</w:t>
        <w:br/>
        <w:t>vt 0.887684 0.564034</w:t>
        <w:br/>
        <w:t>vt 0.887684 0.564034</w:t>
        <w:br/>
        <w:t>vt 0.891092 0.564034</w:t>
        <w:br/>
        <w:t>vt 0.891093 0.555818</w:t>
        <w:br/>
        <w:t>vt 0.887684 0.555818</w:t>
        <w:br/>
        <w:t>vt 0.891092 0.511750</w:t>
        <w:br/>
        <w:t>vt 0.891092 0.498219</w:t>
        <w:br/>
        <w:t>vt 0.887684 0.498219</w:t>
        <w:br/>
        <w:t>vt 0.887684 0.511750</w:t>
        <w:br/>
        <w:t>vt 0.891092 0.527668</w:t>
        <w:br/>
        <w:t>vt 0.887684 0.527668</w:t>
        <w:br/>
        <w:t>vt 0.891092 0.534748</w:t>
        <w:br/>
        <w:t>vt 0.887684 0.534748</w:t>
        <w:br/>
        <w:t>vt 0.891092 0.542440</w:t>
        <w:br/>
        <w:t>vt 0.887684 0.542440</w:t>
        <w:br/>
        <w:t>vt 0.227237 0.624095</w:t>
        <w:br/>
        <w:t>vt 0.887684 0.627860</w:t>
        <w:br/>
        <w:t>vt 0.891093 0.627860</w:t>
        <w:br/>
        <w:t>vt 0.251733 0.622860</w:t>
        <w:br/>
        <w:t>vt 0.248834 0.622459</w:t>
        <w:br/>
        <w:t>vt 0.233554 0.672394</w:t>
        <w:br/>
        <w:t>vt 0.236497 0.672470</w:t>
        <w:br/>
        <w:t>vt 0.254848 0.623609</w:t>
        <w:br/>
        <w:t>vt 0.887684 0.491935</w:t>
        <w:br/>
        <w:t>vt 0.891092 0.491935</w:t>
        <w:br/>
        <w:t>vt 0.230358 0.672619</w:t>
        <w:br/>
        <w:t>vn -0.8002 0.1422 -0.5826</w:t>
        <w:br/>
        <w:t>vn -0.6115 0.0987 -0.7851</w:t>
        <w:br/>
        <w:t>vn -0.9407 0.1949 -0.2776</w:t>
        <w:br/>
        <w:t>vn 0.0499 -0.0618 -0.9968</w:t>
        <w:br/>
        <w:t>vn 0.0739 -0.0546 -0.9958</w:t>
        <w:br/>
        <w:t>vn 0.0921 -0.0461 -0.9947</w:t>
        <w:br/>
        <w:t>vn 0.0920 -0.0461 -0.9947</w:t>
        <w:br/>
        <w:t>vn -0.6255 0.1499 0.7657</w:t>
        <w:br/>
        <w:t>vn -0.6422 0.1951 0.7413</w:t>
        <w:br/>
        <w:t>vn -0.3370 0.1191 0.9339</w:t>
        <w:br/>
        <w:t>vn -0.4405 0.1111 0.8909</w:t>
        <w:br/>
        <w:t>vn 0.9919 -0.1002 -0.0780</w:t>
        <w:br/>
        <w:t>vn 0.9380 -0.3076 -0.1600</w:t>
        <w:br/>
        <w:t>vn 0.9578 -0.2501 -0.1416</w:t>
        <w:br/>
        <w:t>vn 0.1006 -0.0167 0.9948</w:t>
        <w:br/>
        <w:t>vn 0.0527 -0.0122 0.9985</w:t>
        <w:br/>
        <w:t>vn -0.5064 -0.2809 -0.8153</w:t>
        <w:br/>
        <w:t>vn -0.3862 -0.2780 -0.8795</w:t>
        <w:br/>
        <w:t>vn -0.5614 -0.2344 -0.7936</w:t>
        <w:br/>
        <w:t>vn -0.6639 -0.2156 -0.7160</w:t>
        <w:br/>
        <w:t>vn -0.1232 -0.3210 -0.9390</w:t>
        <w:br/>
        <w:t>vn -0.7402 -0.1419 -0.6572</w:t>
        <w:br/>
        <w:t>vn -0.8083 -0.0256 -0.5882</w:t>
        <w:br/>
        <w:t>vn 0.1246 -0.0303 -0.9917</w:t>
        <w:br/>
        <w:t>vn 0.2758 0.0679 -0.9588</w:t>
        <w:br/>
        <w:t>vn -0.9127 -0.0098 0.4085</w:t>
        <w:br/>
        <w:t>vn -0.7094 0.1409 0.6906</w:t>
        <w:br/>
        <w:t>vn -0.5705 0.0829 0.8171</w:t>
        <w:br/>
        <w:t>vn -0.6125 0.1445 0.7771</w:t>
        <w:br/>
        <w:t>vn 0.9814 -0.1922 -0.0029</w:t>
        <w:br/>
        <w:t>vn 0.9708 -0.2388 -0.0223</w:t>
        <w:br/>
        <w:t>vn 0.9923 -0.0148 -0.1230</w:t>
        <w:br/>
        <w:t>vn -0.8893 -0.0140 0.4571</w:t>
        <w:br/>
        <w:t>vn -0.5313 -0.1714 -0.8296</w:t>
        <w:br/>
        <w:t>vn -0.6389 -0.2055 -0.7413</w:t>
        <w:br/>
        <w:t>vn -0.5313 -0.1714 -0.8297</w:t>
        <w:br/>
        <w:t>vn -0.6564 -0.2534 -0.7106</w:t>
        <w:br/>
        <w:t>vn 0.2968 0.0924 0.9505</w:t>
        <w:br/>
        <w:t>vn -0.0023 0.1756 0.9845</w:t>
        <w:br/>
        <w:t>vn -0.1132 0.0942 0.9891</w:t>
        <w:br/>
        <w:t>vn 0.6107 0.1174 -0.7831</w:t>
        <w:br/>
        <w:t>vn 0.7884 0.1448 -0.5979</w:t>
        <w:br/>
        <w:t>vn 1.0000 -0.0053 -0.0065</w:t>
        <w:br/>
        <w:t>vn 0.9826 0.1387 -0.1236</w:t>
        <w:br/>
        <w:t>vn 0.5980 0.1629 0.7847</w:t>
        <w:br/>
        <w:t>vn 0.9733 0.1642 -0.1606</w:t>
        <w:br/>
        <w:t>vn 0.9816 0.0815 -0.1726</w:t>
        <w:br/>
        <w:t>vn 0.9818 0.0938 -0.1649</w:t>
        <w:br/>
        <w:t>vn -0.2401 0.1575 0.9579</w:t>
        <w:br/>
        <w:t>vn -0.5914 0.0762 0.8028</w:t>
        <w:br/>
        <w:t>vn -0.3062 0.1113 0.9454</w:t>
        <w:br/>
        <w:t>vn -0.2998 -0.1900 0.9349</w:t>
        <w:br/>
        <w:t>vn 0.5012 -0.4100 -0.7621</w:t>
        <w:br/>
        <w:t>vn 0.6443 -0.1039 -0.7577</w:t>
        <w:br/>
        <w:t>vn 0.6287 -0.1540 -0.7623</w:t>
        <w:br/>
        <w:t>vn 0.7139 0.2139 -0.6668</w:t>
        <w:br/>
        <w:t>vn -0.2260 -0.9701 -0.0885</w:t>
        <w:br/>
        <w:t>vn -0.0890 -0.9955 0.0338</w:t>
        <w:br/>
        <w:t>vn 0.2047 0.9675 0.1487</w:t>
        <w:br/>
        <w:t>vn 0.3184 0.8882 0.3313</w:t>
        <w:br/>
        <w:t>vn -0.5670 -0.3536 0.7440</w:t>
        <w:br/>
        <w:t>vn -0.4616 0.0018 0.8871</w:t>
        <w:br/>
        <w:t>vn -0.5045 -0.0560 0.8616</w:t>
        <w:br/>
        <w:t>vn -0.3889 0.2467 0.8877</w:t>
        <w:br/>
        <w:t>vn 0.7214 0.0606 -0.6898</w:t>
        <w:br/>
        <w:t>vn -0.5203 0.0701 -0.8511</w:t>
        <w:br/>
        <w:t>vn -0.4949 -0.1584 -0.8544</w:t>
        <w:br/>
        <w:t>vn -0.5314 -0.1714 -0.8296</w:t>
        <w:br/>
        <w:t>vn 0.9891 0.1207 0.0844</w:t>
        <w:br/>
        <w:t>vn 0.7430 0.1581 0.6503</w:t>
        <w:br/>
        <w:t>vn 0.8683 0.0202 -0.4956</w:t>
        <w:br/>
        <w:t>vn 0.8920 -0.0576 -0.4484</w:t>
        <w:br/>
        <w:t>vn 0.9407 0.0310 -0.3379</w:t>
        <w:br/>
        <w:t>vn 0.9825 0.0479 -0.1802</w:t>
        <w:br/>
        <w:t>vn 0.3201 -0.7849 -0.5305</w:t>
        <w:br/>
        <w:t>vn 0.1009 -0.7637 -0.6376</w:t>
        <w:br/>
        <w:t>vn 0.5764 0.5415 -0.6120</w:t>
        <w:br/>
        <w:t>vn 0.5763 0.5415 -0.6120</w:t>
        <w:br/>
        <w:t>vn 0.5724 0.6885 -0.4453</w:t>
        <w:br/>
        <w:t>vn -0.3186 -0.8407 0.4378</w:t>
        <w:br/>
        <w:t>vn -0.3754 -0.8000 0.4681</w:t>
        <w:br/>
        <w:t>vn -0.3754 -0.7999 0.4681</w:t>
        <w:br/>
        <w:t>vn 0.0604 0.7579 0.6495</w:t>
        <w:br/>
        <w:t>vn 0.0605 0.7579 0.6496</w:t>
        <w:br/>
        <w:t>vn -0.1308 0.7485 0.6501</w:t>
        <w:br/>
        <w:t>vn 0.8215 0.2153 -0.5280</w:t>
        <w:br/>
        <w:t>vn -0.0201 -0.2725 0.9619</w:t>
        <w:br/>
        <w:t>vn -0.6156 -0.2149 -0.7582</w:t>
        <w:br/>
        <w:t>vn -0.6156 -0.2148 -0.7582</w:t>
        <w:br/>
        <w:t>vn -0.5131 -0.3965 -0.7613</w:t>
        <w:br/>
        <w:t>vn 0.8555 0.1328 -0.5005</w:t>
        <w:br/>
        <w:t>vn 0.7648 0.2390 -0.5983</w:t>
        <w:br/>
        <w:t>vn 0.8555 0.1329 -0.5005</w:t>
        <w:br/>
        <w:t>vn -0.4920 0.2408 -0.8366</w:t>
        <w:br/>
        <w:t>vn -0.3970 0.3376 -0.8535</w:t>
        <w:br/>
        <w:t>vn -0.8116 -0.2540 0.5261</w:t>
        <w:br/>
        <w:t>vn -0.8199 -0.1774 0.5444</w:t>
        <w:br/>
        <w:t>vn -0.8134 -0.2917 0.5033</w:t>
        <w:br/>
        <w:t>vn 0.2934 0.1199 0.9484</w:t>
        <w:br/>
        <w:t>vn 0.1858 0.1260 0.9745</w:t>
        <w:br/>
        <w:t>vn 0.3540 0.2320 0.9060</w:t>
        <w:br/>
        <w:t>vn -0.5112 -0.8020 0.3091</w:t>
        <w:br/>
        <w:t>vn -0.6851 -0.7191 0.1162</w:t>
        <w:br/>
        <w:t>vn -0.5480 -0.8279 -0.1195</w:t>
        <w:br/>
        <w:t>vn -0.4297 -0.8906 0.1492</w:t>
        <w:br/>
        <w:t>vn 0.8772 -0.0191 -0.4797</w:t>
        <w:br/>
        <w:t>vn 0.9526 0.2576 0.1618</w:t>
        <w:br/>
        <w:t>vn 0.7605 0.3359 0.5557</w:t>
        <w:br/>
        <w:t>vn -0.7848 -0.1136 -0.6092</w:t>
        <w:br/>
        <w:t>vn -0.4834 -0.2492 0.8392</w:t>
        <w:br/>
        <w:t>vn -0.3766 -0.3504 0.8575</w:t>
        <w:br/>
        <w:t>vn -0.2998 -0.1899 0.9349</w:t>
        <w:br/>
        <w:t>vn -0.6199 -0.0672 -0.7818</w:t>
        <w:br/>
        <w:t>vn -0.3743 -0.8576 0.3527</w:t>
        <w:br/>
        <w:t>vn 0.7799 0.3313 -0.5310</w:t>
        <w:br/>
        <w:t>vn 0.8486 0.2795 -0.4491</w:t>
        <w:br/>
        <w:t>vn -0.6406 -0.6866 -0.3438</w:t>
        <w:br/>
        <w:t>vn -0.8101 -0.5853 -0.0339</w:t>
        <w:br/>
        <w:t>vn -0.9080 -0.4011 -0.1211</w:t>
        <w:br/>
        <w:t>vn -0.6334 -0.3134 -0.7075</w:t>
        <w:br/>
        <w:t>vn 0.7274 0.3756 -0.5743</w:t>
        <w:br/>
        <w:t>vn 0.7274 0.3757 -0.5743</w:t>
        <w:br/>
        <w:t>vn 0.2159 -0.0281 0.9760</w:t>
        <w:br/>
        <w:t>vn 0.2159 -0.0282 0.9760</w:t>
        <w:br/>
        <w:t>vn -0.8140 -0.1437 0.5628</w:t>
        <w:br/>
        <w:t>vn -0.8222 -0.1121 0.5581</w:t>
        <w:br/>
        <w:t>vn -0.8469 -0.0860 0.5247</w:t>
        <w:br/>
        <w:t>vn -0.5581 -0.4601 0.6906</w:t>
        <w:br/>
        <w:t>vn -0.3480 -0.8377 0.4209</w:t>
        <w:br/>
        <w:t>vn 0.7100 0.3996 -0.5798</w:t>
        <w:br/>
        <w:t>vn 0.8961 -0.3428 -0.2822</w:t>
        <w:br/>
        <w:t>vn 0.8419 -0.0313 -0.5387</w:t>
        <w:br/>
        <w:t>vn 0.8807 0.2012 -0.4289</w:t>
        <w:br/>
        <w:t>vn 0.8598 0.0702 -0.5058</w:t>
        <w:br/>
        <w:t>vn -0.5732 0.5991 0.5590</w:t>
        <w:br/>
        <w:t>vn -0.4179 0.6029 0.6796</w:t>
        <w:br/>
        <w:t>vn -0.7586 0.1362 -0.6371</w:t>
        <w:br/>
        <w:t>vn -0.4425 0.1832 -0.8779</w:t>
        <w:br/>
        <w:t>vn -0.8825 -0.0030 0.4703</w:t>
        <w:br/>
        <w:t>vn -0.9325 0.0445 0.3585</w:t>
        <w:br/>
        <w:t>vn -0.9868 0.1054 0.1233</w:t>
        <w:br/>
        <w:t>vn -0.9743 0.1748 0.1424</w:t>
        <w:br/>
        <w:t>vn -0.5581 -0.4601 0.6905</w:t>
        <w:br/>
        <w:t>vn -0.6795 -0.3208 0.6598</w:t>
        <w:br/>
        <w:t>vn -0.7604 -0.2684 0.5914</w:t>
        <w:br/>
        <w:t>vn -0.6851 -0.7191 0.1163</w:t>
        <w:br/>
        <w:t>vn -0.1787 0.7331 0.6562</w:t>
        <w:br/>
        <w:t>vn -0.4366 0.4299 0.7903</w:t>
        <w:br/>
        <w:t>vn -0.9594 -0.2328 0.1590</w:t>
        <w:br/>
        <w:t>vn 0.9791 -0.1974 -0.0487</w:t>
        <w:br/>
        <w:t>vn 0.9349 -0.2439 -0.2579</w:t>
        <w:br/>
        <w:t>vn 0.7920 0.0462 -0.6088</w:t>
        <w:br/>
        <w:t>vn 0.2284 -0.1153 0.9667</w:t>
        <w:br/>
        <w:t>vn -0.8660 -0.0891 0.4920</w:t>
        <w:br/>
        <w:t>vn -0.9080 -0.4011 -0.1212</w:t>
        <w:br/>
        <w:t>vn -0.8240 -0.1908 0.5335</w:t>
        <w:br/>
        <w:t>vn -0.8208 -0.1138 0.5598</w:t>
        <w:br/>
        <w:t>vn 0.9648 0.2330 -0.1222</w:t>
        <w:br/>
        <w:t>vn -0.3995 0.3814 0.8336</w:t>
        <w:br/>
        <w:t>vn -0.5422 0.1643 -0.8240</w:t>
        <w:br/>
        <w:t>vn -0.6259 0.0749 -0.7763</w:t>
        <w:br/>
        <w:t>vn -0.2992 0.1088 -0.9480</w:t>
        <w:br/>
        <w:t>vn -0.2531 0.0316 -0.9669</w:t>
        <w:br/>
        <w:t>vn 0.0220 0.5104 0.8596</w:t>
        <w:br/>
        <w:t>vn 0.0670 0.4254 0.9025</w:t>
        <w:br/>
        <w:t>vn -0.3664 0.2779 0.8880</w:t>
        <w:br/>
        <w:t>vn -0.3678 0.3069 0.8778</w:t>
        <w:br/>
        <w:t>vn 0.1706 -0.3464 0.9224</w:t>
        <w:br/>
        <w:t>vn -0.8505 -0.1585 0.5015</w:t>
        <w:br/>
        <w:t>vn -0.2198 -0.0482 0.9743</w:t>
        <w:br/>
        <w:t>vn -0.5796 0.1671 -0.7976</w:t>
        <w:br/>
        <w:t>vn 0.1729 0.0798 0.9817</w:t>
        <w:br/>
        <w:t>vn -0.9682 0.0359 0.2475</w:t>
        <w:br/>
        <w:t>vn -0.9900 -0.1191 -0.0759</w:t>
        <w:br/>
        <w:t>vn -0.6355 0.1391 -0.7595</w:t>
        <w:br/>
        <w:t>vn -0.9647 -0.0071 0.2633</w:t>
        <w:br/>
        <w:t>vn -0.9363 0.0195 0.3506</w:t>
        <w:br/>
        <w:t>vn -0.6742 0.1483 -0.7235</w:t>
        <w:br/>
        <w:t>vn -0.3629 0.1756 -0.9151</w:t>
        <w:br/>
        <w:t>vn -0.9706 -0.1888 0.1493</w:t>
        <w:br/>
        <w:t>vn -0.9418 -0.1834 0.2817</w:t>
        <w:br/>
        <w:t>vn -0.9521 -0.1288 0.2773</w:t>
        <w:br/>
        <w:t>vn -0.5247 -0.3947 0.7543</w:t>
        <w:br/>
        <w:t>vn -0.6895 -0.4235 0.5876</w:t>
        <w:br/>
        <w:t>vn -0.9971 0.0237 -0.0726</w:t>
        <w:br/>
        <w:t>vn -0.9325 -0.0524 0.3574</w:t>
        <w:br/>
        <w:t>vn -0.9525 -0.0570 0.2992</w:t>
        <w:br/>
        <w:t>vn -0.0733 -0.7648 0.6401</w:t>
        <w:br/>
        <w:t>vn 0.1397 -0.8818 0.4504</w:t>
        <w:br/>
        <w:t>vn 0.1892 -0.4791 0.8572</w:t>
        <w:br/>
        <w:t>vn -0.9795 0.0171 0.2005</w:t>
        <w:br/>
        <w:t>vn -0.9177 -0.0376 0.3955</w:t>
        <w:br/>
        <w:t>vn -0.6722 0.2105 -0.7098</w:t>
        <w:br/>
        <w:t>vn -0.6723 0.2105 -0.7097</w:t>
        <w:br/>
        <w:t>vn -0.3604 0.3063 -0.8811</w:t>
        <w:br/>
        <w:t>vn -0.6968 0.3098 -0.6469</w:t>
        <w:br/>
        <w:t>vn -0.9777 0.2101 -0.0076</w:t>
        <w:br/>
        <w:t>vn -0.9010 0.0138 0.4336</w:t>
        <w:br/>
        <w:t>vn -0.9081 0.0080 0.4188</w:t>
        <w:br/>
        <w:t>vn -0.9474 0.1395 0.2882</w:t>
        <w:br/>
        <w:t>vn -0.9749 0.0686 0.2120</w:t>
        <w:br/>
        <w:t>vn -0.2223 0.4358 -0.8722</w:t>
        <w:br/>
        <w:t>vn -0.6382 0.5021 -0.5836</w:t>
        <w:br/>
        <w:t>vn -0.6681 0.3225 -0.6705</w:t>
        <w:br/>
        <w:t>vn -0.6682 0.3225 -0.6705</w:t>
        <w:br/>
        <w:t>vn -0.9143 0.4014 0.0551</w:t>
        <w:br/>
        <w:t>vn -0.0138 0.4625 -0.8865</w:t>
        <w:br/>
        <w:t>vn -0.8778 0.1351 0.4596</w:t>
        <w:br/>
        <w:t>vn -0.8798 0.1416 0.4538</w:t>
        <w:br/>
        <w:t>vn -0.8551 0.4560 -0.2466</w:t>
        <w:br/>
        <w:t>vn -0.8203 0.5583 0.1243</w:t>
        <w:br/>
        <w:t>vn -0.8080 0.5892 -0.0031</w:t>
        <w:br/>
        <w:t>vn 0.1461 0.4222 -0.8947</w:t>
        <w:br/>
        <w:t>vn -0.8551 0.4560 -0.2465</w:t>
        <w:br/>
        <w:t>vn -0.5851 0.4445 -0.6783</w:t>
        <w:br/>
        <w:t>vn -0.9620 0.1707 0.2132</w:t>
        <w:br/>
        <w:t>vn -0.7348 0.6233 -0.2676</w:t>
        <w:br/>
        <w:t>vn 0.0804 0.6371 -0.7666</w:t>
        <w:br/>
        <w:t>vn 0.2319 0.4007 -0.8864</w:t>
        <w:br/>
        <w:t>vn -0.7190 0.6741 0.1692</w:t>
        <w:br/>
        <w:t>vn -0.6938 0.7190 0.0419</w:t>
        <w:br/>
        <w:t>vn 0.0217 0.7685 -0.6395</w:t>
        <w:br/>
        <w:t>vn 0.1634 0.3980 -0.9027</w:t>
        <w:br/>
        <w:t>vn -0.4414 0.5509 -0.7083</w:t>
        <w:br/>
        <w:t>vn -0.8400 0.2856 0.4613</w:t>
        <w:br/>
        <w:t>vn -0.8384 0.2950 0.4583</w:t>
        <w:br/>
        <w:t>vn -0.7307 0.6166 0.2931</w:t>
        <w:br/>
        <w:t>vn -0.3056 0.6086 -0.7323</w:t>
        <w:br/>
        <w:t>vn -0.9251 0.3201 0.2042</w:t>
        <w:br/>
        <w:t>vn -0.7533 0.4315 0.4963</w:t>
        <w:br/>
        <w:t>vn -0.7827 0.4214 0.4580</w:t>
        <w:br/>
        <w:t>vn -0.6494 0.7399 0.1756</w:t>
        <w:br/>
        <w:t>vn -0.5950 0.8033 0.0260</w:t>
        <w:br/>
        <w:t>vn -0.6848 0.6548 0.3199</w:t>
        <w:br/>
        <w:t>vn -0.4604 0.8877 -0.0068</w:t>
        <w:br/>
        <w:t>vn -0.2210 0.6003 -0.7686</w:t>
        <w:br/>
        <w:t>vn -0.3468 0.7749 -0.5284</w:t>
        <w:br/>
        <w:t>vn -0.1977 0.5798 -0.7904</w:t>
        <w:br/>
        <w:t>vn -0.8487 0.5112 0.1354</w:t>
        <w:br/>
        <w:t>vn -0.6658 0.4859 0.5662</w:t>
        <w:br/>
        <w:t>vn -0.7796 0.5986 0.1843</w:t>
        <w:br/>
        <w:t>vn -0.7536 0.6302 0.1870</w:t>
        <w:br/>
        <w:t>vn -0.6176 0.5250 0.5856</w:t>
        <w:br/>
        <w:t>vn -0.9914 -0.0956 0.0889</w:t>
        <w:br/>
        <w:t>vn -0.1751 0.3236 -0.9299</w:t>
        <w:br/>
        <w:t>vn -0.4424 0.1833 -0.8779</w:t>
        <w:br/>
        <w:t>vn -0.3553 0.2758 -0.8931</w:t>
        <w:br/>
        <w:t>vn -0.0751 0.6458 0.7598</w:t>
        <w:br/>
        <w:t>vn -0.1846 -0.6566 -0.7313</w:t>
        <w:br/>
        <w:t>vn 0.5365 0.2608 -0.8026</w:t>
        <w:br/>
        <w:t>vn 0.4321 0.6657 0.6084</w:t>
        <w:br/>
        <w:t>vn 0.4277 0.6852 0.5895</w:t>
        <w:br/>
        <w:t>vn -0.5504 -0.6594 0.5121</w:t>
        <w:br/>
        <w:t>vn -0.5504 -0.6594 0.5122</w:t>
        <w:br/>
        <w:t>vn -0.3430 -0.5532 -0.7592</w:t>
        <w:br/>
        <w:t>vn 0.6090 0.2050 -0.7662</w:t>
        <w:br/>
        <w:t>vn 0.5057 0.4534 0.7339</w:t>
        <w:br/>
        <w:t>vn 0.5761 0.5254 0.6262</w:t>
        <w:br/>
        <w:t>vn 0.5242 0.2749 0.8060</w:t>
        <w:br/>
        <w:t>vn -0.7330 -0.4473 0.5124</w:t>
        <w:br/>
        <w:t>vn -0.2624 0.1326 -0.9558</w:t>
        <w:br/>
        <w:t>vn -0.6333 -0.3134 -0.7076</w:t>
        <w:br/>
        <w:t>vn -0.9002 -0.1589 0.4054</w:t>
        <w:br/>
        <w:t>vn -0.9803 -0.0953 0.1729</w:t>
        <w:br/>
        <w:t>vn -0.6042 0.4945 0.6249</w:t>
        <w:br/>
        <w:t>vn -0.6931 0.4659 0.5501</w:t>
        <w:br/>
        <w:t>vn -0.5652 0.7897 0.2386</w:t>
        <w:br/>
        <w:t>vn -0.4604 0.8877 -0.0069</w:t>
        <w:br/>
        <w:t>vn 0.9853 0.0239 -0.1694</w:t>
        <w:br/>
        <w:t>vn 0.9648 0.2329 -0.1222</w:t>
        <w:br/>
        <w:t>vn 0.9680 -0.0198 -0.2502</w:t>
        <w:br/>
        <w:t>vn 0.9467 -0.0419 -0.3195</w:t>
        <w:br/>
        <w:t>vn 0.9350 -0.1143 -0.3357</w:t>
        <w:br/>
        <w:t>vn -0.9370 -0.0830 0.3394</w:t>
        <w:br/>
        <w:t>vn -0.5808 -0.3403 0.7395</w:t>
        <w:br/>
        <w:t>vn 0.9936 -0.0931 -0.0646</w:t>
        <w:br/>
        <w:t>vn 0.9656 -0.0974 -0.2410</w:t>
        <w:br/>
        <w:t>vn -0.2251 -0.5153 0.8269</w:t>
        <w:br/>
        <w:t>vn 0.8967 -0.1940 -0.3979</w:t>
        <w:br/>
        <w:t>vn 0.8697 -0.2589 -0.4202</w:t>
        <w:br/>
        <w:t>vn -0.8008 0.0062 0.5989</w:t>
        <w:br/>
        <w:t>vn -0.8219 0.1346 0.5535</w:t>
        <w:br/>
        <w:t>vn -0.9579 0.1811 0.2227</w:t>
        <w:br/>
        <w:t>vn -0.9679 0.0777 0.2392</w:t>
        <w:br/>
        <w:t>vn 0.8984 -0.2223 -0.3788</w:t>
        <w:br/>
        <w:t>vn -0.8706 -0.4435 0.2130</w:t>
        <w:br/>
        <w:t>vn -0.8825 -0.3967 0.2526</w:t>
        <w:br/>
        <w:t>vn -0.8825 -0.3967 0.2525</w:t>
        <w:br/>
        <w:t>vn -0.2975 0.1474 -0.9433</w:t>
        <w:br/>
        <w:t>vn -0.2917 0.0942 -0.9519</w:t>
        <w:br/>
        <w:t>vn 0.8309 -0.0160 0.5562</w:t>
        <w:br/>
        <w:t>vn 0.8399 -0.0617 0.5392</w:t>
        <w:br/>
        <w:t>vn 0.4941 -0.2349 0.8370</w:t>
        <w:br/>
        <w:t>vn 0.9856 0.1264 0.1123</w:t>
        <w:br/>
        <w:t>vn 0.8399 -0.0618 0.5393</w:t>
        <w:br/>
        <w:t>vn -0.4567 -0.2305 0.8593</w:t>
        <w:br/>
        <w:t>vn -0.2104 -0.3208 0.9235</w:t>
        <w:br/>
        <w:t>vn 0.8308 -0.3140 -0.4595</w:t>
        <w:br/>
        <w:t>vn 0.7675 -0.3986 -0.5021</w:t>
        <w:br/>
        <w:t>vn -0.5665 -0.0907 0.8191</w:t>
        <w:br/>
        <w:t>vn -0.7711 0.1936 0.6066</w:t>
        <w:br/>
        <w:t>vn -0.9032 -0.2693 0.3342</w:t>
        <w:br/>
        <w:t>vn -0.2874 0.2153 -0.9333</w:t>
        <w:br/>
        <w:t>vn 0.9994 0.0223 0.0268</w:t>
        <w:br/>
        <w:t>vn 0.8432 -0.1461 0.5174</w:t>
        <w:br/>
        <w:t>vn 0.8432 -0.1462 0.5174</w:t>
        <w:br/>
        <w:t>vn 0.4404 -0.2716 0.8557</w:t>
        <w:br/>
        <w:t>vn -0.9205 0.0048 0.3907</w:t>
        <w:br/>
        <w:t>vn -0.9139 -0.1272 0.3855</w:t>
        <w:br/>
        <w:t>vn -0.2426 0.2021 -0.9488</w:t>
        <w:br/>
        <w:t>vn -0.2426 0.2020 -0.9488</w:t>
        <w:br/>
        <w:t>vn -0.1746 0.1216 -0.9771</w:t>
        <w:br/>
        <w:t>vn 0.9967 -0.0725 -0.0364</w:t>
        <w:br/>
        <w:t>vn 0.9826 -0.1694 -0.0759</w:t>
        <w:br/>
        <w:t>vn 0.7719 -0.3836 -0.5070</w:t>
        <w:br/>
        <w:t>vn 0.6551 -0.5216 -0.5466</w:t>
        <w:br/>
        <w:t>vn -0.9178 0.3332 0.2157</w:t>
        <w:br/>
        <w:t>vn -0.7506 0.3461 0.5628</w:t>
        <w:br/>
        <w:t>vn -0.2662 -0.2227 0.9378</w:t>
        <w:br/>
        <w:t>vn -0.1022 -0.2589 0.9605</w:t>
        <w:br/>
        <w:t>vn 0.3696 -0.2429 0.8969</w:t>
        <w:br/>
        <w:t>vn 0.3024 -0.1520 0.9410</w:t>
        <w:br/>
        <w:t>vn -0.2836 -0.2207 0.9332</w:t>
        <w:br/>
        <w:t>vn 0.8966 -0.3802 -0.2270</w:t>
        <w:br/>
        <w:t>vn -0.1324 -0.0576 -0.9895</w:t>
        <w:br/>
        <w:t>vn -0.8308 0.4779 0.2852</w:t>
        <w:br/>
        <w:t>vn -0.9172 0.1547 0.3672</w:t>
        <w:br/>
        <w:t>vn 0.9656 -0.2261 -0.1288</w:t>
        <w:br/>
        <w:t>vn 0.8792 -0.4621 -0.1163</w:t>
        <w:br/>
        <w:t>vn 0.2002 0.0098 0.9797</w:t>
        <w:br/>
        <w:t>vn 0.2457 -0.0456 0.9683</w:t>
        <w:br/>
        <w:t>vn 0.6840 -0.4926 -0.5381</w:t>
        <w:br/>
        <w:t>vn -0.1264 -0.1835 -0.9748</w:t>
        <w:br/>
        <w:t>vn -0.1265 -0.1834 -0.9749</w:t>
        <w:br/>
        <w:t>vn -0.7746 0.5997 0.2008</w:t>
        <w:br/>
        <w:t>vn -0.8119 0.4067 0.4188</w:t>
        <w:br/>
        <w:t>vn -0.3733 -0.1968 -0.9066</w:t>
        <w:br/>
        <w:t>vn -0.2598 -0.1413 -0.9553</w:t>
        <w:br/>
        <w:t>vn -0.7963 -0.5035 -0.3352</w:t>
        <w:br/>
        <w:t>vn -0.8494 -0.4157 -0.3252</w:t>
        <w:br/>
        <w:t>vn -0.8713 -0.4811 0.0973</w:t>
        <w:br/>
        <w:t>vn -0.7939 -0.5968 0.1165</w:t>
        <w:br/>
        <w:t>vn 0.0265 -0.0081 0.9996</w:t>
        <w:br/>
        <w:t>vn -0.0125 -0.0326 -0.9994</w:t>
        <w:br/>
        <w:t>vn 0.1790 0.0573 -0.9822</w:t>
        <w:br/>
        <w:t>vn -0.8933 -0.3001 -0.3346</w:t>
        <w:br/>
        <w:t>vn -0.3714 -0.1563 -0.9152</w:t>
        <w:br/>
        <w:t>vn -0.5670 -0.8041 -0.1786</w:t>
        <w:br/>
        <w:t>vn -0.4812 -0.8584 -0.1779</w:t>
        <w:br/>
        <w:t>vn -0.4468 -0.8713 -0.2030</w:t>
        <w:br/>
        <w:t>vn -0.4839 -0.8678 0.1131</w:t>
        <w:br/>
        <w:t>vn 0.5807 -0.6044 -0.5454</w:t>
        <w:br/>
        <w:t>vn 0.4480 -0.7124 -0.5402</w:t>
        <w:br/>
        <w:t>vn -0.0044 -0.0679 -0.9977</w:t>
        <w:br/>
        <w:t>vn 0.3340 -0.2717 0.9026</w:t>
        <w:br/>
        <w:t>vn 0.1501 -0.3311 0.9316</w:t>
        <w:br/>
        <w:t>vn -0.0540 -0.2963 0.9536</w:t>
        <w:br/>
        <w:t>vn 0.9658 0.1726 0.1935</w:t>
        <w:br/>
        <w:t>vn 0.7663 0.0132 0.6424</w:t>
        <w:br/>
        <w:t>vn 0.9074 0.2551 0.3339</w:t>
        <w:br/>
        <w:t>vn -0.9361 -0.3364 0.1022</w:t>
        <w:br/>
        <w:t>vn -0.8933 -0.3001 -0.3347</w:t>
        <w:br/>
        <w:t>vn -0.7588 -0.6338 -0.1502</w:t>
        <w:br/>
        <w:t>vn -0.6732 -0.6964 0.2485</w:t>
        <w:br/>
        <w:t>vn 0.0372 0.2067 0.9777</w:t>
        <w:br/>
        <w:t>vn -0.6293 0.4935 0.6004</w:t>
        <w:br/>
        <w:t>vn -0.2952 -0.9469 0.1276</w:t>
        <w:br/>
        <w:t>vn 0.9612 -0.2234 -0.1620</w:t>
        <w:br/>
        <w:t>vn -0.2761 -0.1558 -0.9484</w:t>
        <w:br/>
        <w:t>vn -0.9229 -0.1912 -0.3342</w:t>
        <w:br/>
        <w:t>vn -0.9446 -0.1047 -0.3112</w:t>
        <w:br/>
        <w:t>vn -0.3875 -0.1811 -0.9039</w:t>
        <w:br/>
        <w:t>vn -0.6601 0.4716 0.5847</w:t>
        <w:br/>
        <w:t>vn -0.3416 0.5299 0.7762</w:t>
        <w:br/>
        <w:t>vn -0.0939 -0.2611 0.9607</w:t>
        <w:br/>
        <w:t>vn -0.1698 -0.2086 0.9632</w:t>
        <w:br/>
        <w:t>vn -0.6115 0.7361 0.2902</w:t>
        <w:br/>
        <w:t>vn -0.7535 0.6302 0.1871</w:t>
        <w:br/>
        <w:t>vn 0.9836 0.1585 0.0866</w:t>
        <w:br/>
        <w:t>vn 0.9835 0.1585 0.0866</w:t>
        <w:br/>
        <w:t>vn -0.9229 -0.1911 -0.3343</w:t>
        <w:br/>
        <w:t>vn -0.9755 -0.1799 0.1264</w:t>
        <w:br/>
        <w:t>vn -0.9889 -0.0294 0.1460</w:t>
        <w:br/>
        <w:t>vn -0.9673 -0.2536 -0.0051</w:t>
        <w:br/>
        <w:t>vn -0.9139 -0.3990 -0.0742</w:t>
        <w:br/>
        <w:t>vn -0.8109 -0.4566 0.3660</w:t>
        <w:br/>
        <w:t>vn -0.9139 -0.2809 0.2931</w:t>
        <w:br/>
        <w:t>vn 0.8445 -0.4463 0.2960</w:t>
        <w:br/>
        <w:t>vn -0.1054 -0.7031 0.7033</w:t>
        <w:br/>
        <w:t>vn 0.1228 -0.7928 0.5970</w:t>
        <w:br/>
        <w:t>vn 0.6818 -0.5428 -0.4904</w:t>
        <w:br/>
        <w:t>vn -0.2545 -0.5758 0.7770</w:t>
        <w:br/>
        <w:t>vn 0.3567 -0.6256 -0.6938</w:t>
        <w:br/>
        <w:t>vn -0.0823 0.3191 0.9441</w:t>
        <w:br/>
        <w:t>vn -0.3574 0.5019 0.7876</w:t>
        <w:br/>
        <w:t>vn 0.4137 -0.7325 -0.5407</w:t>
        <w:br/>
        <w:t>vn -0.2512 -0.0743 0.9651</w:t>
        <w:br/>
        <w:t>vn -0.6138 -0.1806 0.7685</w:t>
        <w:br/>
        <w:t>vn -0.5794 0.0406 0.8140</w:t>
        <w:br/>
        <w:t>vn -0.2976 0.1100 0.9483</w:t>
        <w:br/>
        <w:t>vn -0.4749 0.6037 0.6403</w:t>
        <w:br/>
        <w:t>vn -0.2410 0.7255 0.6446</w:t>
        <w:br/>
        <w:t>vn -0.8109 -0.4566 0.3661</w:t>
        <w:br/>
        <w:t>vn -0.5104 -0.3000 0.8059</w:t>
        <w:br/>
        <w:t>vn -0.9139 -0.2809 0.2932</w:t>
        <w:br/>
        <w:t>vn -0.9542 -0.0475 -0.2954</w:t>
        <w:br/>
        <w:t>vn -0.6392 -0.1786 -0.7480</w:t>
        <w:br/>
        <w:t>vn -0.7327 0.2283 0.6411</w:t>
        <w:br/>
        <w:t>vn -0.9542 -0.0476 -0.2954</w:t>
        <w:br/>
        <w:t>vn -0.1401 0.6090 0.7807</w:t>
        <w:br/>
        <w:t>vn 0.0547 -0.1110 0.9923</w:t>
        <w:br/>
        <w:t>vn -0.0951 0.2193 0.9710</w:t>
        <w:br/>
        <w:t>vn -0.2877 0.8391 0.4616</w:t>
        <w:br/>
        <w:t>vn -0.1163 -0.1542 -0.9812</w:t>
        <w:br/>
        <w:t>vn 0.1660 0.7718 -0.6137</w:t>
        <w:br/>
        <w:t>vn -0.9862 0.0870 -0.1406</w:t>
        <w:br/>
        <w:t>vn -0.5110 -0.0936 0.8545</w:t>
        <w:br/>
        <w:t>vn -0.5384 0.1179 0.8344</w:t>
        <w:br/>
        <w:t>vn 0.1715 0.8300 -0.5307</w:t>
        <w:br/>
        <w:t>vn -0.1586 0.9608 -0.2272</w:t>
        <w:br/>
        <w:t>vn -0.7747 0.3887 0.4987</w:t>
        <w:br/>
        <w:t>vn -0.4752 0.3882 0.7896</w:t>
        <w:br/>
        <w:t>vn -0.1095 0.4898 0.8649</w:t>
        <w:br/>
        <w:t>vn 0.0904 0.6825 0.7253</w:t>
        <w:br/>
        <w:t>vn 0.1184 0.9562 0.2676</w:t>
        <w:br/>
        <w:t>vn 0.3704 0.8988 -0.2343</w:t>
        <w:br/>
        <w:t>vn 0.2226 -0.8224 -0.5235</w:t>
        <w:br/>
        <w:t>vn 0.0684 0.5529 0.8304</w:t>
        <w:br/>
        <w:t>vn -0.9365 0.3331 0.1099</w:t>
        <w:br/>
        <w:t>vn -0.8019 0.4702 0.3686</w:t>
        <w:br/>
        <w:t>vn 0.2356 -0.8435 -0.4826</w:t>
        <w:br/>
        <w:t>vn -0.3398 -0.4477 0.8271</w:t>
        <w:br/>
        <w:t>vn 0.3978 -0.2076 0.8937</w:t>
        <w:br/>
        <w:t>vn 0.1966 -0.2247 0.9544</w:t>
        <w:br/>
        <w:t>vn 0.2223 0.9244 0.3098</w:t>
        <w:br/>
        <w:t>vn 0.3148 0.9170 -0.2451</w:t>
        <w:br/>
        <w:t>vn 0.1660 0.7719 -0.6137</w:t>
        <w:br/>
        <w:t>vn 0.2545 0.6702 0.6972</w:t>
        <w:br/>
        <w:t>vn 0.0548 0.7688 0.6371</w:t>
        <w:br/>
        <w:t>vn 0.3243 0.5494 0.7701</w:t>
        <w:br/>
        <w:t>vn -0.0743 0.6831 -0.7265</w:t>
        <w:br/>
        <w:t>vn -0.7875 0.5411 0.2952</w:t>
        <w:br/>
        <w:t>vn -0.9162 0.3986 0.0405</w:t>
        <w:br/>
        <w:t>vn -0.0261 0.2217 0.9748</w:t>
        <w:br/>
        <w:t>vn 0.0608 0.0239 0.9979</w:t>
        <w:br/>
        <w:t>vn 0.8073 0.0105 0.5901</w:t>
        <w:br/>
        <w:t>vn -0.5380 0.1919 0.8208</w:t>
        <w:br/>
        <w:t>vn -0.4818 0.3137 0.8182</w:t>
        <w:br/>
        <w:t>vn -0.3791 0.6523 -0.6563</w:t>
        <w:br/>
        <w:t>vn -0.4520 0.5485 0.7035</w:t>
        <w:br/>
        <w:t>vn -0.7892 0.5724 0.2226</w:t>
        <w:br/>
        <w:t>vn -0.9138 0.4042 -0.0401</w:t>
        <w:br/>
        <w:t>vn -0.3791 0.6524 -0.6563</w:t>
        <w:br/>
        <w:t>vn -0.6234 0.5862 -0.5174</w:t>
        <w:br/>
        <w:t>vn -0.0744 0.6831 -0.7265</w:t>
        <w:br/>
        <w:t>vn -0.7870 0.5985 0.1497</w:t>
        <w:br/>
        <w:t>vn -0.9150 0.3915 -0.0978</w:t>
        <w:br/>
        <w:t>vn -0.8571 0.3668 -0.3617</w:t>
        <w:br/>
        <w:t>vn -0.7308 0.6484 -0.2136</w:t>
        <w:br/>
        <w:t>vn -0.4259 0.6468 0.6327</w:t>
        <w:br/>
        <w:t>vn 0.1660 0.7718 -0.6138</w:t>
        <w:br/>
        <w:t>vn -0.0741 0.6940 -0.7161</w:t>
        <w:br/>
        <w:t>vn 0.1943 0.5685 -0.7994</w:t>
        <w:br/>
        <w:t>vn 0.0854 -0.8888 -0.4503</w:t>
        <w:br/>
        <w:t>vn -0.1694 -0.8544 -0.4913</w:t>
        <w:br/>
        <w:t>vn -0.1592 0.4493 0.8791</w:t>
        <w:br/>
        <w:t>vn -0.2486 0.9670 0.0567</w:t>
        <w:br/>
        <w:t>vn -0.1497 0.5497 0.8219</w:t>
        <w:br/>
        <w:t>vn -0.4309 0.7007 0.5687</w:t>
        <w:br/>
        <w:t>vn -0.3796 0.7610 0.5262</w:t>
        <w:br/>
        <w:t>vn 0.5299 0.6950 -0.4860</w:t>
        <w:br/>
        <w:t>vn 0.3627 0.7491 -0.5543</w:t>
        <w:br/>
        <w:t>vn -0.0903 0.6738 0.7334</w:t>
        <w:br/>
        <w:t>vn 0.0400 0.6834 0.7290</w:t>
        <w:br/>
        <w:t>vn 0.4831 0.8712 0.0868</w:t>
        <w:br/>
        <w:t>vn 0.6144 0.7241 0.3135</w:t>
        <w:br/>
        <w:t>vn 0.4654 0.7800 -0.4185</w:t>
        <w:br/>
        <w:t>vn -0.0348 0.8842 -0.4658</w:t>
        <w:br/>
        <w:t>vn -0.0408 0.9683 -0.2465</w:t>
        <w:br/>
        <w:t>vn 0.0795 0.7155 0.6941</w:t>
        <w:br/>
        <w:t>vn 0.3089 0.7309 0.6086</w:t>
        <w:br/>
        <w:t>vn 0.3419 0.8435 0.4141</w:t>
        <w:br/>
        <w:t>vn 0.7865 0.2703 0.5553</w:t>
        <w:br/>
        <w:t>vn 0.7814 0.2323 0.5792</w:t>
        <w:br/>
        <w:t>vn 0.0051 0.7287 0.6848</w:t>
        <w:br/>
        <w:t>vn -0.3241 0.8277 0.4581</w:t>
        <w:br/>
        <w:t>vn 0.1361 0.6119 0.7792</w:t>
        <w:br/>
        <w:t>vn 0.4767 0.4859 0.7326</w:t>
        <w:br/>
        <w:t>vn -0.0202 0.7351 0.6776</w:t>
        <w:br/>
        <w:t>vn 0.5329 0.6494 0.5424</w:t>
        <w:br/>
        <w:t>vn -0.1307 0.8672 0.4805</w:t>
        <w:br/>
        <w:t>vn -0.3827 0.8580 0.3427</w:t>
        <w:br/>
        <w:t>vn -0.1206 0.9815 0.1484</w:t>
        <w:br/>
        <w:t>vn 0.1956 0.9803 -0.0268</w:t>
        <w:br/>
        <w:t>vn -0.1207 0.9815 0.1485</w:t>
        <w:br/>
        <w:t>vn 0.2757 0.9570 0.0905</w:t>
        <w:br/>
        <w:t>vn 0.0290 0.4459 -0.8946</w:t>
        <w:br/>
        <w:t>vn 0.0138 0.4461 -0.8949</w:t>
        <w:br/>
        <w:t>vn -0.0037 0.4471 -0.8945</w:t>
        <w:br/>
        <w:t>vn 0.1241 -0.5729 0.8102</w:t>
        <w:br/>
        <w:t>vn 0.2699 -0.3272 0.9056</w:t>
        <w:br/>
        <w:t>vn 0.8724 0.0709 0.4837</w:t>
        <w:br/>
        <w:t>vn 0.8724 0.0709 0.4836</w:t>
        <w:br/>
        <w:t>vn 0.9860 0.1585 0.0511</w:t>
        <w:br/>
        <w:t>vn 0.0989 0.7713 0.6287</w:t>
        <w:br/>
        <w:t>vn -0.7764 0.6278 0.0554</w:t>
        <w:br/>
        <w:t>vn -0.9083 0.3838 -0.1661</w:t>
        <w:br/>
        <w:t>vn 0.1342 0.9151 0.3802</w:t>
        <w:br/>
        <w:t>vn -0.5653 0.7896 0.2387</w:t>
        <w:br/>
        <w:t>vn 0.0116 0.9965 0.0829</w:t>
        <w:br/>
        <w:t>vn -0.0999 0.3552 0.9294</w:t>
        <w:br/>
        <w:t>vn 0.3522 -0.7618 -0.5437</w:t>
        <w:br/>
        <w:t>vn 0.2466 -0.5920 -0.7672</w:t>
        <w:br/>
        <w:t>vn 0.2466 -0.5921 -0.7672</w:t>
        <w:br/>
        <w:t>vn 0.6376 -0.6147 -0.4643</w:t>
        <w:br/>
        <w:t>vn 0.9432 0.3288 -0.0480</w:t>
        <w:br/>
        <w:t>vn 0.9647 0.2624 -0.0243</w:t>
        <w:br/>
        <w:t>vn 0.9609 -0.0410 -0.2737</w:t>
        <w:br/>
        <w:t>vn 0.9399 0.0594 -0.3361</w:t>
        <w:br/>
        <w:t>vn 0.8013 -0.5647 -0.1974</w:t>
        <w:br/>
        <w:t>vn 0.4224 -0.8671 -0.2639</w:t>
        <w:br/>
        <w:t>vn 0.9697 0.2443 0.0008</w:t>
        <w:br/>
        <w:t>vn -0.9056 -0.4128 -0.0972</w:t>
        <w:br/>
        <w:t>vn -0.8721 -0.4704 -0.1348</w:t>
        <w:br/>
        <w:t>vn 0.1476 -0.4093 -0.9004</w:t>
        <w:br/>
        <w:t>vn -0.9198 -0.3896 -0.0467</w:t>
        <w:br/>
        <w:t>vn 0.8091 0.5634 0.1672</w:t>
        <w:br/>
        <w:t>vn 0.8013 0.5457 0.2454</w:t>
        <w:br/>
        <w:t>vn 0.8975 0.2041 -0.3910</w:t>
        <w:br/>
        <w:t>vn 0.9211 0.3863 -0.0490</w:t>
        <w:br/>
        <w:t>vn 0.8084 0.5823 0.0860</w:t>
        <w:br/>
        <w:t>vn -0.5202 0.4320 0.7367</w:t>
        <w:br/>
        <w:t>vn -0.5202 0.4320 0.7368</w:t>
        <w:br/>
        <w:t>vn -0.6198 0.6395 0.4549</w:t>
        <w:br/>
        <w:t>vn 0.7924 -0.6093 -0.0308</w:t>
        <w:br/>
        <w:t>vn 0.4098 -0.9068 -0.0985</w:t>
        <w:br/>
        <w:t>vn -0.6660 0.7233 0.1826</w:t>
        <w:br/>
        <w:t>vn -0.8543 -0.4984 -0.1478</w:t>
        <w:br/>
        <w:t>vn 0.8057 0.5103 0.3007</w:t>
        <w:br/>
        <w:t>vn 0.9709 0.2150 0.1052</w:t>
        <w:br/>
        <w:t>vn -0.4106 0.1868 0.8925</w:t>
        <w:br/>
        <w:t>vn -0.9253 -0.3662 -0.0986</w:t>
        <w:br/>
        <w:t>vn 0.7828 -0.1472 -0.6046</w:t>
        <w:br/>
        <w:t>vn 0.5873 0.3148 -0.7457</w:t>
        <w:br/>
        <w:t>vn 0.9415 0.2586 -0.2159</w:t>
        <w:br/>
        <w:t>vn 0.0849 -0.9508 -0.2980</w:t>
        <w:br/>
        <w:t>vn -0.2888 -0.8665 -0.4072</w:t>
        <w:br/>
        <w:t>vn -0.1381 -0.9086 -0.3942</w:t>
        <w:br/>
        <w:t>vn -0.0191 -0.8555 -0.5174</w:t>
        <w:br/>
        <w:t>vn -0.3905 -0.8712 -0.2974</w:t>
        <w:br/>
        <w:t>vn -0.3573 -0.8765 -0.3225</w:t>
        <w:br/>
        <w:t>vn 0.1021 -0.4038 -0.9091</w:t>
        <w:br/>
        <w:t>vn 0.8124 0.5634 0.1505</w:t>
        <w:br/>
        <w:t>vn 0.0334 -0.1922 -0.9808</w:t>
        <w:br/>
        <w:t>vn -0.3320 0.4448 0.8318</w:t>
        <w:br/>
        <w:t>vn 0.0613 0.3825 0.9219</w:t>
        <w:br/>
        <w:t>vn -0.3173 -0.0025 0.9483</w:t>
        <w:br/>
        <w:t>vn 0.6071 -0.7155 -0.3457</w:t>
        <w:br/>
        <w:t>vn 0.6068 -0.7157 -0.3458</w:t>
        <w:br/>
        <w:t>vn 0.5346 -0.7897 -0.3011</w:t>
        <w:br/>
        <w:t>vn 0.3449 -0.9316 -0.1150</w:t>
        <w:br/>
        <w:t>vn 0.6010 0.7671 0.2246</w:t>
        <w:br/>
        <w:t>vn 0.5551 0.6872 0.4686</w:t>
        <w:br/>
        <w:t>vn 0.8819 0.2192 -0.4175</w:t>
        <w:br/>
        <w:t>vn 0.9473 0.3191 0.0282</w:t>
        <w:br/>
        <w:t>vn -0.3766 -0.9262 0.0191</w:t>
        <w:br/>
        <w:t>vn -0.3143 -0.5704 -0.7588</w:t>
        <w:br/>
        <w:t>vn 0.4865 0.7181 0.4976</w:t>
        <w:br/>
        <w:t>vn 0.5552 0.6872 0.4686</w:t>
        <w:br/>
        <w:t>vn -0.8362 0.2960 0.4617</w:t>
        <w:br/>
        <w:t>vn -0.7114 0.1292 0.6908</w:t>
        <w:br/>
        <w:t>vn -0.5481 -0.7454 -0.3794</w:t>
        <w:br/>
        <w:t>vn -0.6588 0.7506 0.0504</w:t>
        <w:br/>
        <w:t>vn -0.6588 0.7507 0.0504</w:t>
        <w:br/>
        <w:t>vn 0.5685 0.8027 -0.1801</w:t>
        <w:br/>
        <w:t>vn 0.8495 0.5231 -0.0690</w:t>
        <w:br/>
        <w:t>vn 0.9537 -0.0886 -0.2875</w:t>
        <w:br/>
        <w:t>vn 0.7588 0.1798 -0.6261</w:t>
        <w:br/>
        <w:t>vn 0.0879 0.3658 -0.9265</w:t>
        <w:br/>
        <w:t>vn 0.1877 -0.0028 0.9822</w:t>
        <w:br/>
        <w:t>vn 0.4728 0.8730 -0.1196</w:t>
        <w:br/>
        <w:t>vn 0.9100 0.0062 0.4145</w:t>
        <w:br/>
        <w:t>vn 0.9059 -0.3551 0.2309</w:t>
        <w:br/>
        <w:t>vn 0.7745 -0.6326 0.0036</w:t>
        <w:br/>
        <w:t>vn 0.3076 -0.9327 -0.1881</w:t>
        <w:br/>
        <w:t>vn 0.8076 0.3510 0.4739</w:t>
        <w:br/>
        <w:t>vn -0.9013 -0.3993 -0.1678</w:t>
        <w:br/>
        <w:t>vn 0.6453 0.7579 -0.0957</w:t>
        <w:br/>
        <w:t>vn 0.5045 0.2143 -0.8364</w:t>
        <w:br/>
        <w:t>vn 0.6074 -0.7940 0.0259</w:t>
        <w:br/>
        <w:t>vn 0.4499 -0.8881 0.0942</w:t>
        <w:br/>
        <w:t>vn 0.9485 0.1515 0.2781</w:t>
        <w:br/>
        <w:t>vn -0.9087 0.0468 0.4148</w:t>
        <w:br/>
        <w:t>vn -0.7985 0.3213 0.5091</w:t>
        <w:br/>
        <w:t>vn -0.7297 -0.0828 0.6788</w:t>
        <w:br/>
        <w:t>vn -0.8658 0.4991 0.0367</w:t>
        <w:br/>
        <w:t>vn -0.2168 0.0038 0.9762</w:t>
        <w:br/>
        <w:t>vn -0.3162 -0.0162 0.9485</w:t>
        <w:br/>
        <w:t>vn -0.9050 -0.3284 -0.2703</w:t>
        <w:br/>
        <w:t>vn -0.3882 -0.8223 0.4161</w:t>
        <w:br/>
        <w:t>vn -0.7249 -0.6710 -0.1558</w:t>
        <w:br/>
        <w:t>vn 0.4237 0.4406 0.7914</w:t>
        <w:br/>
        <w:t>vn 0.4775 -0.1692 0.8622</w:t>
        <w:br/>
        <w:t>vn 0.3482 0.7792 -0.5211</w:t>
        <w:br/>
        <w:t>vn 0.7375 -0.2255 0.6365</w:t>
        <w:br/>
        <w:t>vn -0.2673 0.2981 -0.9164</w:t>
        <w:br/>
        <w:t>vn 0.7905 0.4947 0.3610</w:t>
        <w:br/>
        <w:t>vn -0.8105 0.1474 -0.5669</w:t>
        <w:br/>
        <w:t>vn -0.7050 0.5095 -0.4934</w:t>
        <w:br/>
        <w:t>vn -0.9688 0.2123 -0.1281</w:t>
        <w:br/>
        <w:t>vn -0.6476 -0.6052 -0.4630</w:t>
        <w:br/>
        <w:t>vn 0.9148 0.3529 -0.1966</w:t>
        <w:br/>
        <w:t>vn 0.8997 0.3998 0.1754</w:t>
        <w:br/>
        <w:t>vn 0.3473 0.9223 0.1697</w:t>
        <w:br/>
        <w:t>vn 0.2995 0.9426 0.1476</w:t>
        <w:br/>
        <w:t>vn 0.2829 0.9517 0.1195</w:t>
        <w:br/>
        <w:t>vn -0.6095 0.2101 0.7645</w:t>
        <w:br/>
        <w:t>vn -0.5586 -0.1195 0.8208</w:t>
        <w:br/>
        <w:t>vn 0.7272 -0.6437 0.2382</w:t>
        <w:br/>
        <w:t>vn 0.5900 -0.5551 0.5864</w:t>
        <w:br/>
        <w:t>vn 0.5056 -0.6710 0.5423</w:t>
        <w:br/>
        <w:t>vn 0.6629 -0.7203 0.2042</w:t>
        <w:br/>
        <w:t>vn 0.4451 -0.2620 -0.8563</w:t>
        <w:br/>
        <w:t>vn 0.4264 -0.2143 -0.8788</w:t>
        <w:br/>
        <w:t>vn 0.6493 -0.6890 0.3219</w:t>
        <w:br/>
        <w:t>vn 0.6129 -0.6639 0.4284</w:t>
        <w:br/>
        <w:t>vn 0.5914 -0.7992 0.1071</w:t>
        <w:br/>
        <w:t>vn -0.6465 0.7608 0.0563</w:t>
        <w:br/>
        <w:t>vn -0.6102 0.7824 0.1248</w:t>
        <w:br/>
        <w:t>vn 0.4828 0.8328 0.2708</w:t>
        <w:br/>
        <w:t>vn 0.2431 -0.8224 -0.5144</w:t>
        <w:br/>
        <w:t>vn 0.3058 -0.8534 -0.4220</w:t>
        <w:br/>
        <w:t>vn 0.3861 0.8480 0.3630</w:t>
        <w:br/>
        <w:t>vn -0.4122 0.5401 -0.7338</w:t>
        <w:br/>
        <w:t>vn -0.4399 0.4745 -0.7624</w:t>
        <w:br/>
        <w:t>vn -0.4399 0.4746 -0.7624</w:t>
        <w:br/>
        <w:t>vn -0.4123 0.5402 -0.7337</w:t>
        <w:br/>
        <w:t>vn 0.3963 -0.4653 -0.7915</w:t>
        <w:br/>
        <w:t>vn 0.7994 -0.5254 0.2913</w:t>
        <w:br/>
        <w:t>vn 0.7027 -0.3500 0.6195</w:t>
        <w:br/>
        <w:t>vn 0.7580 0.0157 0.6521</w:t>
        <w:br/>
        <w:t>vn 0.7773 -0.3077 0.5487</w:t>
        <w:br/>
        <w:t>vn 0.3643 -0.3833 0.8488</w:t>
        <w:br/>
        <w:t>vn 0.2766 -0.5267 0.8038</w:t>
        <w:br/>
        <w:t>vn 0.8606 -0.0572 0.5061</w:t>
        <w:br/>
        <w:t>vn 0.9014 -0.3465 0.2597</w:t>
        <w:br/>
        <w:t>vn -0.0905 0.7022 -0.7062</w:t>
        <w:br/>
        <w:t>vn 0.2192 0.5935 -0.7744</w:t>
        <w:br/>
        <w:t>vn -0.7735 -0.0961 -0.6264</w:t>
        <w:br/>
        <w:t>vn -0.7428 -0.0195 -0.6692</w:t>
        <w:br/>
        <w:t>vn -0.2564 -0.6383 0.7259</w:t>
        <w:br/>
        <w:t>vn -0.7424 -0.4681 0.4793</w:t>
        <w:br/>
        <w:t>vn -0.5774 0.2727 -0.7696</w:t>
        <w:br/>
        <w:t>vn -0.5810 0.2212 -0.7833</w:t>
        <w:br/>
        <w:t>vn -0.4978 0.1496 -0.8543</w:t>
        <w:br/>
        <w:t>vn -0.4823 0.4644 -0.7428</w:t>
        <w:br/>
        <w:t>vn 0.6577 -0.5507 0.5139</w:t>
        <w:br/>
        <w:t>vn 0.8072 -0.5777 0.1214</w:t>
        <w:br/>
        <w:t>vn -0.6618 0.3719 0.6509</w:t>
        <w:br/>
        <w:t>vn -0.6382 0.4803 0.6017</w:t>
        <w:br/>
        <w:t>vn 0.4548 0.3398 0.8232</w:t>
        <w:br/>
        <w:t>vn 0.4460 -0.1995 0.8725</w:t>
        <w:br/>
        <w:t>vn 0.2079 0.7282 0.6530</w:t>
        <w:br/>
        <w:t>vn 0.4987 -0.1196 0.8585</w:t>
        <w:br/>
        <w:t>vn 0.9102 -0.2241 0.3482</w:t>
        <w:br/>
        <w:t>vn 0.0717 0.0830 0.9940</w:t>
        <w:br/>
        <w:t>vn -0.4489 -0.2505 0.8577</w:t>
        <w:br/>
        <w:t>vn -0.4259 0.1198 0.8968</w:t>
        <w:br/>
        <w:t>vn 0.6869 0.2496 0.6825</w:t>
        <w:br/>
        <w:t>vn 0.6538 0.6264 0.4245</w:t>
        <w:br/>
        <w:t>vn -0.5981 0.6227 0.5045</w:t>
        <w:br/>
        <w:t>vn -0.0597 -0.0634 -0.9962</w:t>
        <w:br/>
        <w:t>vn 0.2618 0.0059 -0.9651</w:t>
        <w:br/>
        <w:t>vn -0.9756 -0.2128 0.0534</w:t>
        <w:br/>
        <w:t>vn -0.9445 -0.2536 -0.2089</w:t>
        <w:br/>
        <w:t>vn 0.8744 0.1892 -0.4468</w:t>
        <w:br/>
        <w:t>vn 0.8457 0.1661 -0.5071</w:t>
        <w:br/>
        <w:t>vn -0.5896 0.7638 0.2626</w:t>
        <w:br/>
        <w:t>vn -0.5524 0.7581 0.3466</w:t>
        <w:br/>
        <w:t>vn -0.2488 0.5495 -0.7976</w:t>
        <w:br/>
        <w:t>vn -0.1222 0.2947 -0.9477</w:t>
        <w:br/>
        <w:t>vn -0.4657 -0.2891 -0.8364</w:t>
        <w:br/>
        <w:t>vn -0.1379 -0.1811 -0.9737</w:t>
        <w:br/>
        <w:t>vn 0.9768 0.0563 0.2068</w:t>
        <w:br/>
        <w:t>vn 0.7797 -0.0115 0.6261</w:t>
        <w:br/>
        <w:t>vn 0.0255 0.2277 0.9734</w:t>
        <w:br/>
        <w:t>vn 0.0922 -0.3942 0.9144</w:t>
        <w:br/>
        <w:t>vn -0.4232 -0.3430 0.8386</w:t>
        <w:br/>
        <w:t>vn 0.7160 0.1910 0.6714</w:t>
        <w:br/>
        <w:t>vn 0.3918 0.1211 0.9120</w:t>
        <w:br/>
        <w:t>vn 0.3871 -0.6932 -0.6080</w:t>
        <w:br/>
        <w:t>vn 0.4347 -0.4340 -0.7891</w:t>
        <w:br/>
        <w:t>vn -0.1651 0.5770 0.7999</w:t>
        <w:br/>
        <w:t>vn 0.3629 -0.8204 -0.4419</w:t>
        <w:br/>
        <w:t>vn 0.3629 -0.8204 -0.4418</w:t>
        <w:br/>
        <w:t>vn -0.9375 -0.3086 -0.1611</w:t>
        <w:br/>
        <w:t>vn -0.9375 -0.3086 -0.1610</w:t>
        <w:br/>
        <w:t>vn -0.7732 0.1402 0.6185</w:t>
        <w:br/>
        <w:t>vn -0.0880 -0.0153 0.9960</w:t>
        <w:br/>
        <w:t>vn 0.4713 -0.2122 -0.8561</w:t>
        <w:br/>
        <w:t>vn 0.3765 -0.8184 -0.4341</w:t>
        <w:br/>
        <w:t>vn 0.2758 0.3177 0.9072</w:t>
        <w:br/>
        <w:t>vn 0.0696 0.0046 0.9976</w:t>
        <w:br/>
        <w:t>vn -0.3628 0.4701 0.8046</w:t>
        <w:br/>
        <w:t>vn -0.4699 -0.1807 0.8640</w:t>
        <w:br/>
        <w:t>vn 0.9359 0.3222 0.1423</w:t>
        <w:br/>
        <w:t>vn 0.9146 0.3861 0.1203</w:t>
        <w:br/>
        <w:t>vn 0.9130 0.3929 0.1101</w:t>
        <w:br/>
        <w:t>vn 0.7280 -0.2739 0.6284</w:t>
        <w:br/>
        <w:t>vn 0.3559 -0.2332 0.9049</w:t>
        <w:br/>
        <w:t>vn -0.3174 0.2322 -0.9194</w:t>
        <w:br/>
        <w:t>vn 0.0023 -0.0932 -0.9956</w:t>
        <w:br/>
        <w:t>vn 0.3749 -0.7292 -0.5724</w:t>
        <w:br/>
        <w:t>vn -0.9539 -0.2985 -0.0310</w:t>
        <w:br/>
        <w:t>vn -0.9631 -0.2636 -0.0544</w:t>
        <w:br/>
        <w:t>vn -0.9631 -0.2635 -0.0544</w:t>
        <w:br/>
        <w:t>vn 0.9564 0.2372 0.1705</w:t>
        <w:br/>
        <w:t>vn 0.3146 -0.5993 -0.7361</w:t>
        <w:br/>
        <w:t>vn 0.9422 0.2953 0.1585</w:t>
        <w:br/>
        <w:t>vn -0.9590 -0.2814 -0.0327</w:t>
        <w:br/>
        <w:t>vn 0.1085 -0.2497 -0.9622</w:t>
        <w:br/>
        <w:t>vn 0.2652 -0.3649 -0.8925</w:t>
        <w:br/>
        <w:t>vn 0.2380 -0.1402 -0.9611</w:t>
        <w:br/>
        <w:t>vn -0.9772 -0.1760 -0.1191</w:t>
        <w:br/>
        <w:t>vn -0.9801 -0.1616 -0.1154</w:t>
        <w:br/>
        <w:t>vn -0.1277 -0.1558 0.9795</w:t>
        <w:br/>
        <w:t>vn 0.9367 0.0557 0.3458</w:t>
        <w:br/>
        <w:t>vn 0.9550 0.1221 0.2703</w:t>
        <w:br/>
        <w:t>vn -0.9689 -0.2447 -0.0373</w:t>
        <w:br/>
        <w:t>vn -0.9688 -0.2448 -0.0373</w:t>
        <w:br/>
        <w:t>vn 0.3782 -0.2815 -0.8819</w:t>
        <w:br/>
        <w:t>vn 0.5865 -0.2096 -0.7823</w:t>
        <w:br/>
        <w:t>vn 0.8962 -0.0550 0.4402</w:t>
        <w:br/>
        <w:t>vn 0.7801 -0.2215 0.5851</w:t>
        <w:br/>
        <w:t>vn -0.9742 -0.0585 -0.2182</w:t>
        <w:br/>
        <w:t>vn -0.9033 0.3244 -0.2807</w:t>
        <w:br/>
        <w:t>vn -0.9582 -0.0121 -0.2859</w:t>
        <w:br/>
        <w:t>vn -0.2233 -0.1333 0.9656</w:t>
        <w:br/>
        <w:t>vn -0.5180 -0.1314 0.8452</w:t>
        <w:br/>
        <w:t>vn -0.6741 0.6985 -0.2399</w:t>
        <w:br/>
        <w:t>vn -0.7093 0.4718 -0.5238</w:t>
        <w:br/>
        <w:t>vn 0.8008 0.1415 -0.5820</w:t>
        <w:br/>
        <w:t>vn 0.8007 0.1415 -0.5820</w:t>
        <w:br/>
        <w:t>vn -0.1043 -0.0489 -0.9933</w:t>
        <w:br/>
        <w:t>vn -0.1043 -0.0491 -0.9933</w:t>
        <w:br/>
        <w:t>vn -0.1404 0.6201 0.7719</w:t>
        <w:br/>
        <w:t>vn -0.1405 0.6201 0.7719</w:t>
        <w:br/>
        <w:t>vn -0.0654 0.8645 0.4983</w:t>
        <w:br/>
        <w:t>vn 0.9653 0.1454 0.2171</w:t>
        <w:br/>
        <w:t>vn 0.1988 -0.3638 0.9100</w:t>
        <w:br/>
        <w:t>vn 0.6309 0.1488 0.7615</w:t>
        <w:br/>
        <w:t>vn 0.4504 0.1113 0.8859</w:t>
        <w:br/>
        <w:t>vn -0.0063 0.9384 0.3456</w:t>
        <w:br/>
        <w:t>vn -0.0063 0.9383 0.3456</w:t>
        <w:br/>
        <w:t>vn -0.0974 0.3223 0.9416</w:t>
        <w:br/>
        <w:t>vn -0.9878 -0.1428 -0.0620</w:t>
        <w:br/>
        <w:t>vn -0.9575 -0.2505 -0.1427</w:t>
        <w:br/>
        <w:t>vn -0.9831 -0.1828 0.0019</w:t>
        <w:br/>
        <w:t>vn -0.9714 -0.2366 -0.0187</w:t>
        <w:br/>
        <w:t>vn -0.0872 0.9006 0.4257</w:t>
        <w:br/>
        <w:t>vn -0.3033 0.1079 0.9468</w:t>
        <w:br/>
        <w:t>vn -0.0484 -0.0095 0.9988</w:t>
        <w:br/>
        <w:t>vn 0.5581 -0.2578 -0.7887</w:t>
        <w:br/>
        <w:t>vn -0.2824 0.6429 0.7120</w:t>
        <w:br/>
        <w:t>vn -0.3944 0.2788 0.8756</w:t>
        <w:br/>
        <w:t>vn 0.9762 -0.0666 -0.2063</w:t>
        <w:br/>
        <w:t>vn 0.1134 -0.3242 -0.9392</w:t>
        <w:br/>
        <w:t>vn 0.8077 -0.0256 -0.5891</w:t>
        <w:br/>
        <w:t>vn 0.7627 -0.1815 -0.6208</w:t>
        <w:br/>
        <w:t>vn -0.2813 0.0660 -0.9574</w:t>
        <w:br/>
        <w:t>vn -0.1323 -0.0320 -0.9907</w:t>
        <w:br/>
        <w:t>vn 0.9600 0.0428 0.2767</w:t>
        <w:br/>
        <w:t>vn 0.6160 0.1428 0.7747</w:t>
        <w:br/>
        <w:t>vn 0.0473 0.1399 0.9890</w:t>
        <w:br/>
        <w:t>vn -0.0036 0.1429 0.9897</w:t>
        <w:br/>
        <w:t>vn 0.9699 -0.2309 -0.0768</w:t>
        <w:br/>
        <w:t>vn -0.9997 0.0219 -0.0091</w:t>
        <w:br/>
        <w:t>vn -0.9923 -0.0152 -0.1226</w:t>
        <w:br/>
        <w:t>vn -0.9923 -0.0152 -0.1225</w:t>
        <w:br/>
        <w:t>vn 0.6870 0.0173 0.7265</w:t>
        <w:br/>
        <w:t>vn 0.6948 -0.1982 -0.6914</w:t>
        <w:br/>
        <w:t>vn 0.8182 -0.2587 -0.5134</w:t>
        <w:br/>
        <w:t>vn -0.3067 0.1036 0.9462</w:t>
        <w:br/>
        <w:t>vn 0.1361 0.1043 0.9852</w:t>
        <w:br/>
        <w:t>vn -0.4691 0.0720 -0.8802</w:t>
        <w:br/>
        <w:t>vn -0.9845 0.1531 -0.0860</w:t>
        <w:br/>
        <w:t>vn -0.9845 0.1532 -0.0860</w:t>
        <w:br/>
        <w:t>vn -0.7890 0.1437 -0.5973</w:t>
        <w:br/>
        <w:t>vn -0.5864 0.1808 0.7896</w:t>
        <w:br/>
        <w:t>vn -0.9836 0.1338 -0.1207</w:t>
        <w:br/>
        <w:t>vn -0.9825 0.1289 -0.1347</w:t>
        <w:br/>
        <w:t>vn 0.2718 0.1742 0.9464</w:t>
        <w:br/>
        <w:t>vn 0.1875 0.1219 0.9747</w:t>
        <w:br/>
        <w:t>vn 0.3233 0.1000 0.9410</w:t>
        <w:br/>
        <w:t>vn 0.4953 -0.2407 0.8347</w:t>
        <w:br/>
        <w:t>vn -0.7412 0.1116 -0.6619</w:t>
        <w:br/>
        <w:t>vn -0.3870 -0.0012 -0.9221</w:t>
        <w:br/>
        <w:t>vn -0.4691 0.0721 -0.8802</w:t>
        <w:br/>
        <w:t>vn 0.6085 -0.2126 -0.7646</w:t>
        <w:br/>
        <w:t>vn 0.5210 0.0751 -0.8502</w:t>
        <w:br/>
        <w:t>vn 0.8182 -0.2588 -0.5134</w:t>
        <w:br/>
        <w:t>vn -0.7068 0.1821 0.6836</w:t>
        <w:br/>
        <w:t>vn -0.9870 0.1139 0.1136</w:t>
        <w:br/>
        <w:t>vn -0.8682 0.0200 -0.4958</w:t>
        <w:br/>
        <w:t>vn -0.9401 0.0314 -0.3394</w:t>
        <w:br/>
        <w:t>vn -0.8898 -0.0666 -0.4515</w:t>
        <w:br/>
        <w:t>vn -0.9825 0.0914 -0.1624</w:t>
        <w:br/>
        <w:t>vn -0.3217 -0.7848 -0.5298</w:t>
        <w:br/>
        <w:t>vn -0.1018 -0.7639 -0.6373</w:t>
        <w:br/>
        <w:t>vn -0.1018 -0.7638 -0.6373</w:t>
        <w:br/>
        <w:t>vn -0.5757 0.5421 -0.6121</w:t>
        <w:br/>
        <w:t>vn -0.5709 0.6897 -0.4454</w:t>
        <w:br/>
        <w:t>vn -0.5757 0.5422 -0.6120</w:t>
        <w:br/>
        <w:t>vn 0.3165 -0.8415 0.4379</w:t>
        <w:br/>
        <w:t>vn 0.3745 -0.8003 0.4682</w:t>
        <w:br/>
        <w:t>vn -0.9870 0.1138 0.1136</w:t>
        <w:br/>
        <w:t>vn -0.0595 0.7583 0.6492</w:t>
        <w:br/>
        <w:t>vn 0.1328 0.7490 0.6492</w:t>
        <w:br/>
        <w:t>vn -0.8069 0.2162 -0.5496</w:t>
        <w:br/>
        <w:t>vn 0.0293 -0.2741 0.9613</w:t>
        <w:br/>
        <w:t>vn 0.5429 -0.1696 -0.8225</w:t>
        <w:br/>
        <w:t>vn 0.5012 -0.3790 -0.7779</w:t>
        <w:br/>
        <w:t>vn -0.7930 0.2191 -0.5685</w:t>
        <w:br/>
        <w:t>vn -0.9286 0.0755 -0.3633</w:t>
        <w:br/>
        <w:t>vn 0.3971 0.3388 -0.8530</w:t>
        <w:br/>
        <w:t>vn 0.3667 0.3335 -0.8685</w:t>
        <w:br/>
        <w:t>vn 0.8125 -0.2558 0.5238</w:t>
        <w:br/>
        <w:t>vn 0.8135 -0.2911 0.5034</w:t>
        <w:br/>
        <w:t>vn 0.8223 -0.1809 0.5395</w:t>
        <w:br/>
        <w:t>vn -0.2951 0.1211 0.9478</w:t>
        <w:br/>
        <w:t>vn -0.3567 0.2336 0.9046</w:t>
        <w:br/>
        <w:t>vn -0.1861 0.1263 0.9744</w:t>
        <w:br/>
        <w:t>vn 0.5473 -0.8286 -0.1179</w:t>
        <w:br/>
        <w:t>vn 0.6834 -0.7206 0.1168</w:t>
        <w:br/>
        <w:t>vn 0.5110 -0.8022 0.3086</w:t>
        <w:br/>
        <w:t>vn 0.4296 -0.8905 0.1495</w:t>
        <w:br/>
        <w:t>vn -0.9531 -0.2017 -0.2255</w:t>
        <w:br/>
        <w:t>vn -0.7177 0.3634 0.5940</w:t>
        <w:br/>
        <w:t>vn -0.9106 0.2592 0.3218</w:t>
        <w:br/>
        <w:t>vn 0.7915 -0.1137 -0.6004</w:t>
        <w:br/>
        <w:t>vn 0.0294 -0.2741 0.9613</w:t>
        <w:br/>
        <w:t>vn 0.4499 -0.3379 0.8267</w:t>
        <w:br/>
        <w:t>vn 0.1850 -0.3654 0.9123</w:t>
        <w:br/>
        <w:t>vn 0.4608 -0.0226 -0.8872</w:t>
        <w:br/>
        <w:t>vn 0.3745 -0.8581 0.3513</w:t>
        <w:br/>
        <w:t>vn -0.7808 0.3307 -0.5301</w:t>
        <w:br/>
        <w:t>vn -0.8483 0.2782 -0.4505</w:t>
        <w:br/>
        <w:t>vn 0.6602 -0.6615 -0.3557</w:t>
        <w:br/>
        <w:t>vn 0.6046 -0.3189 -0.7299</w:t>
        <w:br/>
        <w:t>vn 0.9072 -0.4046 -0.1154</w:t>
        <w:br/>
        <w:t>vn 0.8242 -0.5652 -0.0357</w:t>
        <w:br/>
        <w:t>vn -0.7274 0.3764 -0.5738</w:t>
        <w:br/>
        <w:t>vn -0.1991 -0.0414 0.9791</w:t>
        <w:br/>
        <w:t>vn 0.8179 -0.1496 0.5557</w:t>
        <w:br/>
        <w:t>vn 0.8523 -0.0842 0.5162</w:t>
        <w:br/>
        <w:t>vn 0.8280 -0.1115 0.5495</w:t>
        <w:br/>
        <w:t>vn 0.5582 -0.4611 0.6898</w:t>
        <w:br/>
        <w:t>vn 0.3481 -0.8384 0.4194</w:t>
        <w:br/>
        <w:t>vn -0.7102 0.4001 -0.5792</w:t>
        <w:br/>
        <w:t>vn -0.9267 -0.1899 -0.3244</w:t>
        <w:br/>
        <w:t>vn -0.9091 -0.4027 -0.1068</w:t>
        <w:br/>
        <w:t>vn -0.8917 0.1873 -0.4120</w:t>
        <w:br/>
        <w:t>vn -0.9027 0.0272 -0.4295</w:t>
        <w:br/>
        <w:t>vn 0.5726 0.5992 0.5595</w:t>
        <w:br/>
        <w:t>vn 0.4171 0.6025 0.6805</w:t>
        <w:br/>
        <w:t>vn 0.3209 0.1136 -0.9403</w:t>
        <w:br/>
        <w:t>vn 0.9070 0.0165 0.4209</w:t>
        <w:br/>
        <w:t>vn 0.9740 0.1761 0.1426</w:t>
        <w:br/>
        <w:t>vn 0.9872 0.1083 0.1168</w:t>
        <w:br/>
        <w:t>vn 0.9603 0.0545 0.2738</w:t>
        <w:br/>
        <w:t>vn 0.5111 -0.8022 0.3086</w:t>
        <w:br/>
        <w:t>vn 0.6792 -0.3225 0.6593</w:t>
        <w:br/>
        <w:t>vn 0.6834 -0.7207 0.1168</w:t>
        <w:br/>
        <w:t>vn 0.7594 -0.2704 0.5918</w:t>
        <w:br/>
        <w:t>vn 0.4171 0.6025 0.6804</w:t>
        <w:br/>
        <w:t>vn 0.4365 0.4288 0.7910</w:t>
        <w:br/>
        <w:t>vn 0.1780 0.7331 0.6564</w:t>
        <w:br/>
        <w:t>vn 0.9609 -0.2037 0.1875</w:t>
        <w:br/>
        <w:t>vn -0.9904 -0.1013 -0.0945</w:t>
        <w:br/>
        <w:t>vn -0.9748 -0.1342 -0.1781</w:t>
        <w:br/>
        <w:t>vn -0.8573 0.0422 -0.5130</w:t>
        <w:br/>
        <w:t>vn -0.1944 -0.1415 0.9707</w:t>
        <w:br/>
        <w:t>vn 0.8250 -0.1855 0.5339</w:t>
        <w:br/>
        <w:t>vn 0.8623 -0.0786 0.5002</w:t>
        <w:br/>
        <w:t>vn 0.8279 -0.1082 0.5504</w:t>
        <w:br/>
        <w:t>vn -0.8535 0.2959 -0.4290</w:t>
        <w:br/>
        <w:t>vn -0.9443 0.1926 -0.2669</w:t>
        <w:br/>
        <w:t>vn 0.3992 0.3815 0.8337</w:t>
        <w:br/>
        <w:t>vn 0.9372 -0.0822 0.3390</w:t>
        <w:br/>
        <w:t>vn 0.4906 0.2411 -0.8374</w:t>
        <w:br/>
        <w:t>vn 0.5389 0.1649 -0.8261</w:t>
        <w:br/>
        <w:t>vn 0.2906 0.0241 -0.9565</w:t>
        <w:br/>
        <w:t>vn 0.3332 0.0995 -0.9376</w:t>
        <w:br/>
        <w:t>vn 0.6328 0.0685 -0.7713</w:t>
        <w:br/>
        <w:t>vn -0.6788 0.4465 0.5829</w:t>
        <w:br/>
        <w:t>vn -0.0426 0.5048 0.8622</w:t>
        <w:br/>
        <w:t>vn 0.3608 0.3024 0.8823</w:t>
        <w:br/>
        <w:t>vn 0.3534 0.2860 0.8907</w:t>
        <w:br/>
        <w:t>vn -0.1001 0.4292 0.8977</w:t>
        <w:br/>
        <w:t>vn -0.1585 -0.3435 0.9257</w:t>
        <w:br/>
        <w:t>vn 0.9609 -0.2037 0.1874</w:t>
        <w:br/>
        <w:t>vn 0.8355 -0.1367 0.5322</w:t>
        <w:br/>
        <w:t>vn -0.0083 0.3321 -0.9432</w:t>
        <w:br/>
        <w:t>vn -0.9771 -0.0817 -0.1963</w:t>
        <w:br/>
        <w:t>vn 0.2723 -0.0199 0.9620</w:t>
        <w:br/>
        <w:t>vn 0.5758 0.1684 -0.8001</w:t>
        <w:br/>
        <w:t>vn -0.1917 -0.0126 0.9814</w:t>
        <w:br/>
        <w:t>vn 0.9815 0.0351 0.1881</w:t>
        <w:br/>
        <w:t>vn 0.9655 0.0298 0.2586</w:t>
        <w:br/>
        <w:t>vn 0.9896 -0.1219 -0.0769</w:t>
        <w:br/>
        <w:t>vn -0.0023 0.1316 -0.9913</w:t>
        <w:br/>
        <w:t>vn 0.8935 -0.1988 0.4027</w:t>
        <w:br/>
        <w:t>vn -0.0527 -0.8916 0.4497</w:t>
        <w:br/>
        <w:t>vn 0.0067 -0.5492 0.8357</w:t>
        <w:br/>
        <w:t>vn 0.0245 -0.8631 0.5044</w:t>
        <w:br/>
        <w:t>vn -0.9312 -0.3132 -0.1865</w:t>
        <w:br/>
        <w:t>vn -0.8580 -0.4554 -0.2377</w:t>
        <w:br/>
        <w:t>vn -0.9528 0.0594 -0.2979</w:t>
        <w:br/>
        <w:t>vn -0.9443 0.1927 -0.2669</w:t>
        <w:br/>
        <w:t>vn -0.0048 0.0254 -0.9997</w:t>
        <w:br/>
        <w:t>vn 0.0039 -0.0511 -0.9987</w:t>
        <w:br/>
        <w:t>vn 0.6287 0.1392 -0.7651</w:t>
        <w:br/>
        <w:t>vn 0.9670 -0.0153 0.2544</w:t>
        <w:br/>
        <w:t>vn 0.3854 0.1691 -0.9071</w:t>
        <w:br/>
        <w:t>vn 0.6623 0.1364 -0.7368</w:t>
        <w:br/>
        <w:t>vn 0.7244 -0.6890 -0.0229</w:t>
        <w:br/>
        <w:t>vn 0.8270 -0.3712 -0.4223</w:t>
        <w:br/>
        <w:t>vn 0.8723 -0.4733 -0.1231</w:t>
        <w:br/>
        <w:t>vn 0.0209 -0.1916 -0.9812</w:t>
        <w:br/>
        <w:t>vn 0.0075 -0.1522 -0.9883</w:t>
        <w:br/>
        <w:t>vn 0.9690 -0.1901 0.1577</w:t>
        <w:br/>
        <w:t>vn 0.9377 -0.1865 0.2933</w:t>
        <w:br/>
        <w:t>vn 0.7175 -0.3355 0.6104</w:t>
        <w:br/>
        <w:t>vn 0.5307 -0.3469 0.7733</w:t>
        <w:br/>
        <w:t>vn 0.9069 0.1299 0.4009</w:t>
        <w:br/>
        <w:t>vn 0.8767 -0.0205 0.4806</w:t>
        <w:br/>
        <w:t>vn 0.6961 -0.5829 0.4191</w:t>
        <w:br/>
        <w:t>vn 0.9952 0.0679 -0.0704</w:t>
        <w:br/>
        <w:t>vn 0.9712 -0.0430 0.2342</w:t>
        <w:br/>
        <w:t>vn 0.9584 -0.0450 0.2817</w:t>
        <w:br/>
        <w:t>vn -0.9785 0.0321 -0.2036</w:t>
        <w:br/>
        <w:t>vn -0.9273 -0.1105 -0.3577</w:t>
        <w:br/>
        <w:t>vn 0.1395 -0.6208 0.7715</w:t>
        <w:br/>
        <w:t>vn 0.4618 -0.6044 0.6492</w:t>
        <w:br/>
        <w:t>vn 0.8110 -0.2775 -0.5150</w:t>
        <w:br/>
        <w:t>vn 0.8332 -0.2769 -0.4786</w:t>
        <w:br/>
        <w:t>vn -0.3668 -0.8877 0.2784</w:t>
        <w:br/>
        <w:t>vn -0.4095 -0.8471 0.3388</w:t>
        <w:br/>
        <w:t>vn -0.9380 -0.1061 -0.3300</w:t>
        <w:br/>
        <w:t>vn -0.3187 0.3447 -0.8830</w:t>
        <w:br/>
        <w:t>vn -0.3281 0.3368 -0.8826</w:t>
        <w:br/>
        <w:t>vn 0.5260 -0.4373 0.7294</w:t>
        <w:br/>
        <w:t>vn 0.4924 -0.4170 0.7640</w:t>
        <w:br/>
        <w:t>vn 0.9485 -0.0648 0.3102</w:t>
        <w:br/>
        <w:t>vn 0.6268 -0.4104 0.6624</w:t>
        <w:br/>
        <w:t>vn 0.7900 0.5946 -0.1494</w:t>
        <w:br/>
        <w:t>vn 0.7651 0.6295 -0.1355</w:t>
        <w:br/>
        <w:t>vn 0.9686 -0.0032 0.2485</w:t>
        <w:br/>
        <w:t>vn 0.0638 -0.1483 -0.9869</w:t>
        <w:br/>
        <w:t>vn 0.6687 0.2095 -0.7134</w:t>
        <w:br/>
        <w:t>vn 0.8632 0.2066 -0.4607</w:t>
        <w:br/>
        <w:t>vn 0.9759 -0.0567 0.2107</w:t>
        <w:br/>
        <w:t>vn 0.9842 -0.0041 0.1771</w:t>
        <w:br/>
        <w:t>vn 0.3618 0.3002 -0.8826</w:t>
        <w:br/>
        <w:t>vn 0.7733 0.2754 -0.5710</w:t>
        <w:br/>
        <w:t>vn 0.9566 -0.2800 0.0806</w:t>
        <w:br/>
        <w:t>vn 0.8851 -0.2165 -0.4120</w:t>
        <w:br/>
        <w:t>vn 0.9067 -0.1741 -0.3842</w:t>
        <w:br/>
        <w:t>vn 0.9749 -0.1743 0.1384</w:t>
        <w:br/>
        <w:t>vn -0.1898 -0.3268 -0.9258</w:t>
        <w:br/>
        <w:t>vn -0.9339 -0.1955 -0.2994</w:t>
        <w:br/>
        <w:t>vn 0.9757 0.2185 -0.0131</w:t>
        <w:br/>
        <w:t>vn 0.9691 0.0077 0.2464</w:t>
        <w:br/>
        <w:t>vn 0.9362 -0.0162 0.3512</w:t>
        <w:br/>
        <w:t>vn -0.0252 -0.8222 0.5686</w:t>
        <w:br/>
        <w:t>vn 0.5294 -0.5619 0.6356</w:t>
        <w:br/>
        <w:t>vn 0.3052 -0.5936 0.7447</w:t>
        <w:br/>
        <w:t>vn -0.0623 -0.7631 0.6432</w:t>
        <w:br/>
        <w:t>vn 0.4824 -0.3567 0.8000</w:t>
        <w:br/>
        <w:t>vn 0.5844 -0.1062 0.8045</w:t>
        <w:br/>
        <w:t>vn -0.8927 -0.0698 -0.4453</w:t>
        <w:br/>
        <w:t>vn -0.6274 -0.0059 -0.7786</w:t>
        <w:br/>
        <w:t>vn -0.6204 -0.6205 0.4796</w:t>
        <w:br/>
        <w:t>vn -0.6725 -0.5533 0.4915</w:t>
        <w:br/>
        <w:t>vn -0.6965 -0.5519 0.4586</w:t>
        <w:br/>
        <w:t>vn -0.0395 0.3224 -0.9458</w:t>
        <w:br/>
        <w:t>vn -0.3400 0.2224 -0.9137</w:t>
        <w:br/>
        <w:t>vn -0.3186 0.2026 -0.9260</w:t>
        <w:br/>
        <w:t>vn 0.9785 0.2064 0.0024</w:t>
        <w:br/>
        <w:t>vn 0.9514 0.0481 0.3043</w:t>
        <w:br/>
        <w:t>vn 0.9936 -0.1120 -0.0128</w:t>
        <w:br/>
        <w:t>vn 0.9496 -0.1745 -0.2606</w:t>
        <w:br/>
        <w:t>vn 0.7516 -0.2855 -0.5946</w:t>
        <w:br/>
        <w:t>vn 0.2176 0.4415 -0.8705</w:t>
        <w:br/>
        <w:t>vn 0.6854 0.4618 -0.5630</w:t>
        <w:br/>
        <w:t>vn -0.3583 -0.6621 -0.6583</w:t>
        <w:br/>
        <w:t>vn 0.8954 0.3850 -0.2239</w:t>
        <w:br/>
        <w:t>vn 0.5301 0.4672 -0.7076</w:t>
        <w:br/>
        <w:t>vn -0.8910 -0.2705 -0.3646</w:t>
        <w:br/>
        <w:t>vn -0.8576 -0.2718 -0.4366</w:t>
        <w:br/>
        <w:t>vn -0.8073 -0.3641 -0.4644</w:t>
        <w:br/>
        <w:t>vn 0.6814 0.2613 -0.6837</w:t>
        <w:br/>
        <w:t>vn 0.9432 0.2893 -0.1635</w:t>
        <w:br/>
        <w:t>vn 0.7363 -0.2273 0.6374</w:t>
        <w:br/>
        <w:t>vn -0.1588 -0.6125 0.7744</w:t>
        <w:br/>
        <w:t>vn -0.1391 -0.6558 0.7420</w:t>
        <w:br/>
        <w:t>vn 0.2321 -0.2867 0.9295</w:t>
        <w:br/>
        <w:t>vn 0.9323 0.3608 0.0246</w:t>
        <w:br/>
        <w:t>vn 0.2886 -0.3487 0.8917</w:t>
        <w:br/>
        <w:t>vn 0.5090 -0.1199 0.8524</w:t>
        <w:br/>
        <w:t>vn 0.2354 -0.2410 0.9415</w:t>
        <w:br/>
        <w:t>vn -0.5671 -0.1573 -0.8085</w:t>
        <w:br/>
        <w:t>vn 0.7994 -0.1851 0.5716</w:t>
        <w:br/>
        <w:t>vn 0.9782 0.0478 0.2022</w:t>
        <w:br/>
        <w:t>vn 0.8274 -0.0648 0.5579</w:t>
        <w:br/>
        <w:t>vn 0.1422 0.4716 -0.8703</w:t>
        <w:br/>
        <w:t>vn -0.8378 -0.3525 -0.4169</w:t>
        <w:br/>
        <w:t>vn -0.3032 0.1150 -0.9460</w:t>
        <w:br/>
        <w:t>vn -0.2530 -0.0318 -0.9669</w:t>
        <w:br/>
        <w:t>vn 0.9240 0.0909 0.3714</w:t>
        <w:br/>
        <w:t>vn -0.6780 -0.3505 0.6461</w:t>
        <w:br/>
        <w:t>vn -0.3826 -0.2959 0.8753</w:t>
        <w:br/>
        <w:t>vn -0.1143 -0.0476 0.9923</w:t>
        <w:br/>
        <w:t>vn 0.8736 0.4223 -0.2416</w:t>
        <w:br/>
        <w:t>vn 0.9804 0.1581 0.1176</w:t>
        <w:br/>
        <w:t>vn 0.9703 0.2173 -0.1065</w:t>
        <w:br/>
        <w:t>vn 0.9503 0.1514 0.2720</w:t>
        <w:br/>
        <w:t>vn 0.8474 0.5304 -0.0229</w:t>
        <w:br/>
        <w:t>vn 0.8555 0.5083 0.0982</w:t>
        <w:br/>
        <w:t>vn 0.3210 0.3090 0.8953</w:t>
        <w:br/>
        <w:t>vn 0.2675 0.4405 0.8570</w:t>
        <w:br/>
        <w:t>vn 0.0449 0.4860 -0.8728</w:t>
        <w:br/>
        <w:t>vn 0.0100 0.4732 -0.8809</w:t>
        <w:br/>
        <w:t>vn 0.3286 -0.4349 0.8384</w:t>
        <w:br/>
        <w:t>vn 0.6517 -0.0565 0.7563</w:t>
        <w:br/>
        <w:t>vn 0.9785 0.2063 0.0024</w:t>
        <w:br/>
        <w:t>vn 0.8736 0.4223 -0.2417</w:t>
        <w:br/>
        <w:t>vn 0.8588 0.4510 -0.2430</w:t>
        <w:br/>
        <w:t>vn 0.9518 0.1247 0.2801</w:t>
        <w:br/>
        <w:t>vn 0.9519 0.1247 0.2801</w:t>
        <w:br/>
        <w:t>vn 0.9588 0.1203 0.2572</w:t>
        <w:br/>
        <w:t>vn 0.9802 -0.1894 -0.0575</w:t>
        <w:br/>
        <w:t>vn 0.9799 -0.1479 -0.1337</w:t>
        <w:br/>
        <w:t>vn -0.7232 -0.5184 -0.4564</w:t>
        <w:br/>
        <w:t>vn -0.7607 -0.4693 -0.4484</w:t>
        <w:br/>
        <w:t>vn -0.7330 -0.4990 -0.4623</w:t>
        <w:br/>
        <w:t>vn -0.6142 -0.2860 -0.7355</w:t>
        <w:br/>
        <w:t>vn 0.7850 0.5677 -0.2479</w:t>
        <w:br/>
        <w:t>vn -0.6083 -0.6715 -0.4232</w:t>
        <w:br/>
        <w:t>vn -0.5623 -0.7038 -0.4342</w:t>
        <w:br/>
        <w:t>vn -0.0956 0.4544 -0.8857</w:t>
        <w:br/>
        <w:t>vn -0.1469 0.4207 -0.8952</w:t>
        <w:br/>
        <w:t>vn -0.4714 -0.7883 -0.3953</w:t>
        <w:br/>
        <w:t>vn -0.2330 0.4134 -0.8802</w:t>
        <w:br/>
        <w:t>vn -0.2135 0.4083 -0.8875</w:t>
        <w:br/>
        <w:t>vn 0.7777 0.6273 0.0404</w:t>
        <w:br/>
        <w:t>vn 0.7888 0.5951 0.1540</w:t>
        <w:br/>
        <w:t>vn -0.5330 -0.7300 -0.4279</w:t>
        <w:br/>
        <w:t>vn -0.3442 0.4174 -0.8410</w:t>
        <w:br/>
        <w:t>vn -0.3429 0.3671 -0.8647</w:t>
        <w:br/>
        <w:t>vn -0.2585 0.7156 -0.6489</w:t>
        <w:br/>
        <w:t>vn 0.2274 0.5197 0.8235</w:t>
        <w:br/>
        <w:t>vn 0.7850 0.5677 -0.2480</w:t>
        <w:br/>
        <w:t>vn 0.7836 0.5679 -0.2522</w:t>
        <w:br/>
        <w:t>vn -0.3522 0.3135 -0.8819</w:t>
        <w:br/>
        <w:t>vn 0.4566 0.2462 0.8549</w:t>
        <w:br/>
        <w:t>vn 0.5107 0.2095 0.8338</w:t>
        <w:br/>
        <w:t>vn 0.6511 0.2236 0.7253</w:t>
        <w:br/>
        <w:t>vn -0.7388 -0.4494 -0.5022</w:t>
        <w:br/>
        <w:t>vn -0.3583 -0.6620 -0.6583</w:t>
        <w:br/>
        <w:t>vn 0.0060 0.9009 -0.4341</w:t>
        <w:br/>
        <w:t>vn 0.8977 0.2832 0.3375</w:t>
        <w:br/>
        <w:t>vn 0.7887 0.5545 0.2654</w:t>
        <w:br/>
        <w:t>vn 0.9784 -0.0995 -0.1811</w:t>
        <w:br/>
        <w:t>vn 0.6899 0.7227 0.0410</w:t>
        <w:br/>
        <w:t>vn 0.7171 0.6751 0.1732</w:t>
        <w:br/>
        <w:t>vn 0.5752 0.1675 0.8007</w:t>
        <w:br/>
        <w:t>vn 0.3433 0.2957 0.8915</w:t>
        <w:br/>
        <w:t>vn 0.6940 0.2593 0.6717</w:t>
        <w:br/>
        <w:t>vn 0.7922 0.1193 0.5985</w:t>
        <w:br/>
        <w:t>vn -0.0688 0.9967 -0.0435</w:t>
        <w:br/>
        <w:t>vn -0.0069 0.9951 0.0982</w:t>
        <w:br/>
        <w:t>vn 0.4032 0.5719 -0.7144</w:t>
        <w:br/>
        <w:t>vn 0.2591 0.5362 -0.8033</w:t>
        <w:br/>
        <w:t>vn 0.1437 0.9241 0.3540</w:t>
        <w:br/>
        <w:t>vn 0.5462 0.1239 0.8284</w:t>
        <w:br/>
        <w:t>vn 0.4734 0.2669 0.8394</w:t>
        <w:br/>
        <w:t>vn 0.9225 0.2693 0.2766</w:t>
        <w:br/>
        <w:t>vn 0.7295 0.2819 0.6232</w:t>
        <w:br/>
        <w:t>vn 0.8154 0.4296 0.3879</w:t>
        <w:br/>
        <w:t>vn 0.9075 0.2659 0.3251</w:t>
        <w:br/>
        <w:t>vn 0.5016 0.8644 0.0335</w:t>
        <w:br/>
        <w:t>vn 0.5635 0.8060 0.1812</w:t>
        <w:br/>
        <w:t>vn 0.2135 0.9727 0.0910</w:t>
        <w:br/>
        <w:t>vn 0.2804 0.9406 0.1914</w:t>
        <w:br/>
        <w:t>vn 0.2940 0.9518 0.0880</w:t>
        <w:br/>
        <w:t>vn 0.4941 0.8568 -0.1476</w:t>
        <w:br/>
        <w:t>vn 0.7296 0.6137 0.3016</w:t>
        <w:br/>
        <w:t>vn 0.2736 0.5148 -0.8125</w:t>
        <w:br/>
        <w:t>vn 0.0425 0.9385 0.3425</w:t>
        <w:br/>
        <w:t>vn -0.2008 0.9347 0.2934</w:t>
        <w:br/>
        <w:t>vn -0.1256 0.9890 0.0782</w:t>
        <w:br/>
        <w:t>vn 0.2940 0.9517 0.0881</w:t>
        <w:br/>
        <w:t>vn 0.2952 0.8975 0.3277</w:t>
        <w:br/>
        <w:t>vn 0.6854 0.3997 0.6086</w:t>
        <w:br/>
        <w:t>vn 0.4941 0.8568 -0.1477</w:t>
        <w:br/>
        <w:t>vn 0.2998 0.8876 -0.3498</w:t>
        <w:br/>
        <w:t>vn 0.8664 0.4288 0.2559</w:t>
        <w:br/>
        <w:t>vn 0.3212 0.7656 0.5573</w:t>
        <w:br/>
        <w:t>vn 0.3110 0.6938 0.6496</w:t>
        <w:br/>
        <w:t>vn 0.3667 0.5278 -0.7661</w:t>
        <w:br/>
        <w:t>vn 0.3479 0.8345 0.4274</w:t>
        <w:br/>
        <w:t>vn 0.8664 0.4288 0.2558</w:t>
        <w:br/>
        <w:t>vn 0.8335 0.4323 0.3442</w:t>
        <w:br/>
        <w:t>vn 0.3393 0.6591 -0.6711</w:t>
        <w:br/>
        <w:t>vn 0.3393 0.6591 -0.6712</w:t>
        <w:br/>
        <w:t>vn 0.6824 0.2919 0.6702</w:t>
        <w:br/>
        <w:t>vn 0.4933 0.5990 0.6307</w:t>
        <w:br/>
        <w:t>vn 0.5183 0.6593 0.5447</w:t>
        <w:br/>
        <w:t>vn 0.7500 0.5224 0.4058</w:t>
        <w:br/>
        <w:t>vn 0.8163 0.5625 0.1313</w:t>
        <w:br/>
        <w:t>vn 0.1413 0.8456 0.5148</w:t>
        <w:br/>
        <w:t>vn 0.4707 0.3422 0.8132</w:t>
        <w:br/>
        <w:t>vn 0.7583 0.6508 0.0375</w:t>
        <w:br/>
        <w:t>vn 0.6557 0.5658 0.4999</w:t>
        <w:br/>
        <w:t>vn 0.2935 0.9507 0.1004</w:t>
        <w:br/>
        <w:t>vn 0.0045 0.8449 0.5349</w:t>
        <w:br/>
        <w:t>vn 0.7948 0.5272 0.3004</w:t>
        <w:br/>
        <w:t>vn 0.4314 0.5509 -0.7144</w:t>
        <w:br/>
        <w:t>vn 0.5876 0.5915 -0.5521</w:t>
        <w:br/>
        <w:t>vn 0.3437 0.6473 0.6804</w:t>
        <w:br/>
        <w:t>vn 0.4636 0.4876 0.7398</w:t>
        <w:br/>
        <w:t>vn 0.7799 0.6228 0.0622</w:t>
        <w:br/>
        <w:t>vn 0.7013 0.7104 -0.0600</w:t>
        <w:br/>
        <w:t>vn 0.4084 0.4143 0.8134</w:t>
        <w:br/>
        <w:t>vn 0.3312 0.3734 0.8665</w:t>
        <w:br/>
        <w:t>vn 0.7030 0.3379 0.6258</w:t>
        <w:br/>
        <w:t>vn 0.2553 0.6855 0.6818</w:t>
        <w:br/>
        <w:t>vn 0.3015 0.6566 0.6914</w:t>
        <w:br/>
        <w:t>vn 0.3051 0.5231 0.7958</w:t>
        <w:br/>
        <w:t>vn 0.6257 0.3769 0.6829</w:t>
        <w:br/>
        <w:t>vn 0.5893 0.4003 0.7018</w:t>
        <w:br/>
        <w:t>vn 0.5472 0.5046 0.6678</w:t>
        <w:br/>
        <w:t>vn 0.9603 -0.1142 -0.2544</w:t>
        <w:br/>
        <w:t>vn 0.4808 -0.8459 0.2308</w:t>
        <w:br/>
        <w:t>vn 0.6482 -0.7598 0.0505</w:t>
        <w:br/>
        <w:t>vn 0.9286 -0.3633 -0.0752</w:t>
        <w:br/>
        <w:t>vn 0.4420 -0.5207 0.7304</w:t>
        <w:br/>
        <w:t>vn 0.0523 -0.5241 0.8500</w:t>
        <w:br/>
        <w:t>vn 0.0007 -0.5242 0.8516</w:t>
        <w:br/>
        <w:t>vn 0.2199 -0.6223 0.7513</w:t>
        <w:br/>
        <w:t>vn -0.3871 -0.0012 -0.9220</w:t>
        <w:br/>
        <w:t>vn 0.9905 -0.0991 0.0948</w:t>
        <w:br/>
        <w:t>vn 0.6056 0.1002 0.7894</w:t>
        <w:br/>
        <w:t>vn -0.7048 -0.4762 0.5258</w:t>
        <w:br/>
        <w:t>vn 0.9620 0.2670 -0.0564</w:t>
        <w:br/>
        <w:t>vn 0.9293 0.3145 -0.1937</w:t>
        <w:br/>
        <w:t>vn 0.9122 0.2816 -0.2975</w:t>
        <w:br/>
        <w:t>vn 0.7078 -0.2969 0.6410</w:t>
        <w:br/>
        <w:t>vn 0.2431 0.1989 -0.9494</w:t>
        <w:br/>
        <w:t>vn 0.0752 0.6466 0.7591</w:t>
        <w:br/>
        <w:t>vn 0.5063 -0.0102 0.8623</w:t>
        <w:br/>
        <w:t>vn 0.7436 -0.0043 0.6686</w:t>
        <w:br/>
        <w:t>vn 0.1846 -0.6565 -0.7314</w:t>
        <w:br/>
        <w:t>vn -0.5367 0.2605 -0.8025</w:t>
        <w:br/>
        <w:t>vn -0.4323 0.6655 0.6084</w:t>
        <w:br/>
        <w:t>vn -0.4281 0.6851 0.5894</w:t>
        <w:br/>
        <w:t>vn 0.5507 -0.6591 0.5121</w:t>
        <w:br/>
        <w:t>vn 0.3431 -0.5531 -0.7592</w:t>
        <w:br/>
        <w:t>vn 0.3432 -0.5531 -0.7592</w:t>
        <w:br/>
        <w:t>vn -0.6099 0.2069 -0.7650</w:t>
        <w:br/>
        <w:t>vn -0.6099 0.2070 -0.7650</w:t>
        <w:br/>
        <w:t>vn -0.5059 0.4547 0.7330</w:t>
        <w:br/>
        <w:t>vn -0.5256 0.2773 0.8042</w:t>
        <w:br/>
        <w:t>vn -0.5754 0.5263 0.6261</w:t>
        <w:br/>
        <w:t>vn 0.7333 -0.4468 0.5124</w:t>
        <w:br/>
        <w:t>vn 0.1892 0.1561 -0.9695</w:t>
        <w:br/>
        <w:t>vn 0.6046 -0.3188 -0.7299</w:t>
        <w:br/>
        <w:t>vn -0.9748 -0.1342 -0.1782</w:t>
        <w:br/>
        <w:t>vn 0.7851 0.1492 0.6011</w:t>
        <w:br/>
        <w:t>vn 0.8968 -0.0681 0.4371</w:t>
        <w:br/>
        <w:t>vn 0.4410 0.1313 0.8878</w:t>
        <w:br/>
        <w:t>vn 0.8178 0.0530 0.5730</w:t>
        <w:br/>
        <w:t>vn 0.8848 0.0449 0.4637</w:t>
        <w:br/>
        <w:t>vn -0.2344 -0.6560 0.7174</w:t>
        <w:br/>
        <w:t>vn 0.8636 -0.2810 0.4185</w:t>
        <w:br/>
        <w:t>vn 0.8693 -0.3148 0.3811</w:t>
        <w:br/>
        <w:t>vn -0.4675 0.6770 -0.5684</w:t>
        <w:br/>
        <w:t>vn -0.8503 -0.1973 0.4879</w:t>
        <w:br/>
        <w:t>vn -0.8170 -0.2880 0.4996</w:t>
        <w:br/>
        <w:t>vn -0.6577 -0.3890 0.6451</w:t>
        <w:br/>
        <w:t>vn -0.5585 -0.1195 0.8208</w:t>
        <w:br/>
        <w:t>vn -0.6425 -0.4190 0.6416</w:t>
        <w:br/>
        <w:t>vn -0.7254 -0.4327 0.5353</w:t>
        <w:br/>
        <w:t>vn -0.8691 -0.3493 0.3503</w:t>
        <w:br/>
        <w:t>vn -0.9734 -0.1838 -0.1372</w:t>
        <w:br/>
        <w:t>vn -0.7988 -0.2370 -0.5529</w:t>
        <w:br/>
        <w:t>vn -0.4310 -0.2294 -0.8727</w:t>
        <w:br/>
        <w:t>vn 0.1158 0.1179 -0.9863</w:t>
        <w:br/>
        <w:t>vn 0.5314 0.4322 -0.7286</w:t>
        <w:br/>
        <w:t>vn 0.5520 0.7911 0.2637</w:t>
        <w:br/>
        <w:t>vn 0.6009 0.7671 0.2245</w:t>
        <w:br/>
        <w:t>vn 0.4728 0.8730 -0.1197</w:t>
        <w:br/>
        <w:t>vn 0.2676 0.7924 0.5482</w:t>
        <w:br/>
        <w:t>vn 0.6010 0.7671 0.2245</w:t>
        <w:br/>
        <w:t>vn -0.8135 0.5650 0.1380</w:t>
        <w:br/>
        <w:t>vn -0.6722 0.7379 0.0597</w:t>
        <w:br/>
        <w:t>vn -0.6631 0.7418 0.1004</w:t>
        <w:br/>
        <w:t>vn 0.1084 -0.2497 -0.9622</w:t>
        <w:br/>
        <w:t>vn -0.6842 -0.7287 -0.0276</w:t>
        <w:br/>
        <w:t>vn -0.4782 -0.8617 0.1698</w:t>
        <w:br/>
        <w:t>vn -0.3456 -0.8587 0.3784</w:t>
        <w:br/>
        <w:t>vn -0.3324 -0.7835 0.5250</w:t>
        <w:br/>
        <w:t>vn -0.0696 -0.5707 0.8182</w:t>
        <w:br/>
        <w:t>vn 0.6130 -0.6639 0.4283</w:t>
        <w:br/>
        <w:t>vn 0.5345 -0.7897 -0.3011</w:t>
        <w:br/>
        <w:t>vn 0.5276 -0.1619 -0.8339</w:t>
        <w:br/>
        <w:t>vn 0.1289 -0.0245 -0.9914</w:t>
        <w:br/>
        <w:t>vn 0.1483 -0.0838 -0.9854</w:t>
        <w:br/>
        <w:t>vn 0.1911 -0.0554 -0.9800</w:t>
        <w:br/>
        <w:t>vn 0.6725 -0.3355 0.6596</w:t>
        <w:br/>
        <w:t>vn 0.5374 0.7121 0.4519</w:t>
        <w:br/>
        <w:t>vn 0.7216 0.5904 0.3615</w:t>
        <w:br/>
        <w:t>vn 0.8026 0.5396 0.2543</w:t>
        <w:br/>
        <w:t>vn -0.3553 0.2757 -0.8931</w:t>
        <w:br/>
        <w:t>vn 0.8960 -0.3428 -0.2822</w:t>
        <w:br/>
        <w:t>vn 0.9158 0.3552 0.1875</w:t>
        <w:br/>
        <w:t>vn -0.3468 0.7748 -0.5285</w:t>
        <w:br/>
        <w:t>vn -0.6546 -0.7460 -0.1228</w:t>
        <w:br/>
        <w:t>vn 0.4774 -0.1691 0.8622</w:t>
        <w:br/>
        <w:t>vn 0.4236 0.4406 0.7915</w:t>
        <w:br/>
        <w:t>vn 0.6463 0.3969 -0.6518</w:t>
        <w:br/>
        <w:t>vn 0.7773 -0.3078 0.5487</w:t>
        <w:br/>
        <w:t>vn 0.4223 -0.4550 0.7840</w:t>
        <w:br/>
        <w:t>vn 0.6319 -0.2779 0.7235</w:t>
        <w:br/>
        <w:t>vn 0.6846 -0.5419 0.4875</w:t>
        <w:br/>
        <w:t>vn 0.5695 -0.6391 0.5169</w:t>
        <w:br/>
        <w:t>vn -0.5631 0.4825 0.6709</w:t>
        <w:br/>
        <w:t>vn -0.4043 0.6662 0.6267</w:t>
        <w:br/>
        <w:t>vn -0.5631 0.4826 0.6709</w:t>
        <w:br/>
        <w:t>vn -0.8054 0.1710 -0.5675</w:t>
        <w:br/>
        <w:t>vn -0.5978 0.4050 -0.6918</w:t>
        <w:br/>
        <w:t>vn -0.0720 -0.7433 -0.6651</w:t>
        <w:br/>
        <w:t>vn 0.2156 -0.4584 -0.8622</w:t>
        <w:br/>
        <w:t>vn 0.2156 -0.4585 -0.8622</w:t>
        <w:br/>
        <w:t>vn 0.6498 -0.7360 0.1898</w:t>
        <w:br/>
        <w:t>vn 0.6437 -0.7407 0.1925</w:t>
        <w:br/>
        <w:t>vn -0.1549 -0.8135 -0.5606</w:t>
        <w:br/>
        <w:t>vn 0.7067 -0.5233 0.4761</w:t>
        <w:br/>
        <w:t>vn -0.8548 0.0969 -0.5098</w:t>
        <w:br/>
        <w:t>vn -0.3657 0.7069 0.6054</w:t>
        <w:br/>
        <w:t>vn -0.9924 0.0689 -0.1020</w:t>
        <w:br/>
        <w:t>vn 0.9936 -0.1121 -0.0128</w:t>
        <w:br/>
        <w:t>vn -0.7672 -0.1184 0.6304</w:t>
        <w:br/>
        <w:t>vn -0.3522 -0.7618 -0.5437</w:t>
        <w:br/>
        <w:t>vn -0.6376 -0.6148 -0.4643</w:t>
        <w:br/>
        <w:t>vn -0.2466 -0.5920 -0.7672</w:t>
        <w:br/>
        <w:t>vn -0.2466 -0.5921 -0.7672</w:t>
        <w:br/>
        <w:t>vn -0.9432 0.3288 -0.0480</w:t>
        <w:br/>
        <w:t>vn -0.9399 0.0594 -0.3361</w:t>
        <w:br/>
        <w:t>vn -0.9609 -0.0410 -0.2737</w:t>
        <w:br/>
        <w:t>vn -0.9647 0.2624 -0.0242</w:t>
        <w:br/>
        <w:t>vn -0.4225 -0.8671 -0.2638</w:t>
        <w:br/>
        <w:t>vn -0.8013 -0.5647 -0.1974</w:t>
        <w:br/>
        <w:t>vn -0.9697 0.2442 0.0008</w:t>
        <w:br/>
        <w:t>vn 0.9056 -0.4128 -0.0972</w:t>
        <w:br/>
        <w:t>vn 0.8721 -0.4704 -0.1348</w:t>
        <w:br/>
        <w:t>vn -0.1476 -0.4093 -0.9004</w:t>
        <w:br/>
        <w:t>vn 0.9198 -0.3896 -0.0467</w:t>
        <w:br/>
        <w:t>vn -0.8091 0.5634 0.1672</w:t>
        <w:br/>
        <w:t>vn -0.8012 0.5457 0.2454</w:t>
        <w:br/>
        <w:t>vn -0.9211 0.3862 -0.0490</w:t>
        <w:br/>
        <w:t>vn -0.8975 0.2041 -0.3910</w:t>
        <w:br/>
        <w:t>vn -0.8084 0.5823 0.0860</w:t>
        <w:br/>
        <w:t>vn 0.5202 0.4320 0.7368</w:t>
        <w:br/>
        <w:t>vn 0.6197 0.6395 0.4549</w:t>
        <w:br/>
        <w:t>vn -0.4097 -0.9069 -0.0985</w:t>
        <w:br/>
        <w:t>vn -0.7923 -0.6093 -0.0308</w:t>
        <w:br/>
        <w:t>vn 0.6660 0.7233 0.1826</w:t>
        <w:br/>
        <w:t>vn 0.8543 -0.4984 -0.1478</w:t>
        <w:br/>
        <w:t>vn -0.8057 0.5103 0.3007</w:t>
        <w:br/>
        <w:t>vn -0.7923 -0.6093 -0.0309</w:t>
        <w:br/>
        <w:t>vn -0.9709 0.2149 0.1052</w:t>
        <w:br/>
        <w:t>vn 0.4106 0.1867 0.8925</w:t>
        <w:br/>
        <w:t>vn 0.9253 -0.3662 -0.0986</w:t>
        <w:br/>
        <w:t>vn -0.7828 -0.1472 -0.6046</w:t>
        <w:br/>
        <w:t>vn -0.9415 0.2586 -0.2159</w:t>
        <w:br/>
        <w:t>vn -0.5872 0.3149 -0.7457</w:t>
        <w:br/>
        <w:t>vn -0.0849 -0.9508 -0.2980</w:t>
        <w:br/>
        <w:t>vn 0.0922 -0.8987 -0.4287</w:t>
        <w:br/>
        <w:t>vn 0.3434 -0.8297 -0.4402</w:t>
        <w:br/>
        <w:t>vn 0.0191 -0.8555 -0.5174</w:t>
        <w:br/>
        <w:t>vn -0.1021 -0.4038 -0.9091</w:t>
        <w:br/>
        <w:t>vn 0.3573 -0.8765 -0.3225</w:t>
        <w:br/>
        <w:t>vn 0.3905 -0.8712 -0.2975</w:t>
        <w:br/>
        <w:t>vn -0.8124 0.5634 0.1505</w:t>
        <w:br/>
        <w:t>vn -0.0363 -0.1917 -0.9808</w:t>
        <w:br/>
        <w:t>vn 0.3320 0.4448 0.8319</w:t>
        <w:br/>
        <w:t>vn 0.3173 -0.0025 0.9483</w:t>
        <w:br/>
        <w:t>vn -0.0613 0.3825 0.9219</w:t>
        <w:br/>
        <w:t>vn -0.6071 -0.7155 -0.3457</w:t>
        <w:br/>
        <w:t>vn -0.6068 -0.7157 -0.3457</w:t>
        <w:br/>
        <w:t>vn -0.5940 -0.7185 -0.3619</w:t>
        <w:br/>
        <w:t>vn -0.3448 -0.9316 -0.1150</w:t>
        <w:br/>
        <w:t>vn -0.6010 0.7671 0.2245</w:t>
        <w:br/>
        <w:t>vn -0.5552 0.6872 0.4685</w:t>
        <w:br/>
        <w:t>vn -0.9539 0.2999 0.0083</w:t>
        <w:br/>
        <w:t>vn -0.8807 0.2061 -0.4266</w:t>
        <w:br/>
        <w:t>vn 0.3766 -0.9262 0.0191</w:t>
        <w:br/>
        <w:t>vn 0.3143 -0.5704 -0.7588</w:t>
        <w:br/>
        <w:t>vn -0.4865 0.7181 0.4976</w:t>
        <w:br/>
        <w:t>vn 0.8362 0.2960 0.4617</w:t>
        <w:br/>
        <w:t>vn 0.7114 0.1292 0.6908</w:t>
        <w:br/>
        <w:t>vn 0.4938 -0.7423 -0.4530</w:t>
        <w:br/>
        <w:t>vn 0.7211 -0.6917 0.0387</w:t>
        <w:br/>
        <w:t>vn 0.6588 0.7506 0.0504</w:t>
        <w:br/>
        <w:t>vn 0.6588 0.7507 0.0504</w:t>
        <w:br/>
        <w:t>vn -0.5491 0.8182 -0.1700</w:t>
        <w:br/>
        <w:t>vn -0.7721 0.0884 -0.6293</w:t>
        <w:br/>
        <w:t>vn -0.9536 -0.1678 -0.2500</w:t>
        <w:br/>
        <w:t>vn -0.8421 0.5357 -0.0624</w:t>
        <w:br/>
        <w:t>vn -0.0879 0.3658 -0.9265</w:t>
        <w:br/>
        <w:t>vn -0.1877 -0.0028 0.9822</w:t>
        <w:br/>
        <w:t>vn -0.5872 0.3148 -0.7457</w:t>
        <w:br/>
        <w:t>vn -0.4728 0.8730 -0.1196</w:t>
        <w:br/>
        <w:t>vn -0.9085 -0.3440 0.2371</w:t>
        <w:br/>
        <w:t>vn -0.9089 0.0090 0.4170</w:t>
        <w:br/>
        <w:t>vn -0.3076 -0.9327 -0.1882</w:t>
        <w:br/>
        <w:t>vn -0.7745 -0.6326 0.0036</w:t>
        <w:br/>
        <w:t>vn -0.6513 0.2660 0.7107</w:t>
        <w:br/>
        <w:t>vn 0.9015 -0.3990 -0.1675</w:t>
        <w:br/>
        <w:t>vn -0.6344 0.7674 -0.0935</w:t>
        <w:br/>
        <w:t>vn -0.4977 0.2206 -0.8388</w:t>
        <w:br/>
        <w:t>vn -0.6611 -0.7503 -0.0018</w:t>
        <w:br/>
        <w:t>vn -0.4499 -0.8881 0.0941</w:t>
        <w:br/>
        <w:t>vn -0.9485 0.1515 0.2781</w:t>
        <w:br/>
        <w:t>vn 0.9087 0.0468 0.4148</w:t>
        <w:br/>
        <w:t>vn 0.7278 -0.1457 0.6701</w:t>
        <w:br/>
        <w:t>vn 0.7985 0.3213 0.5091</w:t>
        <w:br/>
        <w:t>vn 0.9688 0.2123 -0.1281</w:t>
        <w:br/>
        <w:t>vn 0.8658 0.4991 0.0367</w:t>
        <w:br/>
        <w:t>vn 0.3170 -0.0141 0.9483</w:t>
        <w:br/>
        <w:t>vn 0.9050 -0.3284 -0.2703</w:t>
        <w:br/>
        <w:t>vn 0.3882 -0.8223 0.4161</w:t>
        <w:br/>
        <w:t>vn 0.7249 -0.6710 -0.1558</w:t>
        <w:br/>
        <w:t>vn -0.4237 0.4406 0.7914</w:t>
        <w:br/>
        <w:t>vn -0.4775 -0.1692 0.8622</w:t>
        <w:br/>
        <w:t>vn -0.0879 0.3659 -0.9265</w:t>
        <w:br/>
        <w:t>vn -0.3482 0.7792 -0.5211</w:t>
        <w:br/>
        <w:t>vn -0.7265 -0.2580 0.6369</w:t>
        <w:br/>
        <w:t>vn 0.2673 0.2981 -0.9164</w:t>
        <w:br/>
        <w:t>vn -0.7906 0.4947 0.3610</w:t>
        <w:br/>
        <w:t>vn 0.8105 0.1474 -0.5669</w:t>
        <w:br/>
        <w:t>vn 0.7050 0.5095 -0.4934</w:t>
        <w:br/>
        <w:t>vn 0.6164 -0.6059 -0.5030</w:t>
        <w:br/>
        <w:t>vn 0.7950 -0.6054 -0.0367</w:t>
        <w:br/>
        <w:t>vn -0.9148 0.3529 -0.1966</w:t>
        <w:br/>
        <w:t>vn -0.8997 0.3998 0.1754</w:t>
        <w:br/>
        <w:t>vn -0.3219 0.9292 0.1814</w:t>
        <w:br/>
        <w:t>vn -0.2630 0.9557 0.1324</w:t>
        <w:br/>
        <w:t>vn -0.2745 0.9472 0.1657</w:t>
        <w:br/>
        <w:t>vn 0.6095 0.2100 0.7645</w:t>
        <w:br/>
        <w:t>vn 0.5604 -0.1039 0.8217</w:t>
        <w:br/>
        <w:t>vn 0.4259 0.1198 0.8968</w:t>
        <w:br/>
        <w:t>vn -0.7272 -0.6437 0.2382</w:t>
        <w:br/>
        <w:t>vn -0.6629 -0.7203 0.2041</w:t>
        <w:br/>
        <w:t>vn -0.5057 -0.6711 0.5422</w:t>
        <w:br/>
        <w:t>vn -0.5900 -0.5551 0.5864</w:t>
        <w:br/>
        <w:t>vn -0.4450 -0.2620 -0.8563</w:t>
        <w:br/>
        <w:t>vn -0.4263 -0.2143 -0.8788</w:t>
        <w:br/>
        <w:t>vn -0.4264 -0.2143 -0.8788</w:t>
        <w:br/>
        <w:t>vn -0.6578 -0.6899 0.3023</w:t>
        <w:br/>
        <w:t>vn -0.5914 -0.7993 0.1071</w:t>
        <w:br/>
        <w:t>vn -0.6501 -0.6105 0.4524</w:t>
        <w:br/>
        <w:t>vn 0.6465 0.7608 0.0563</w:t>
        <w:br/>
        <w:t>vn 0.6102 0.7824 0.1248</w:t>
        <w:br/>
        <w:t>vn -0.4756 0.8355 0.2753</w:t>
        <w:br/>
        <w:t>vn -0.4920 -0.8317 -0.2573</w:t>
        <w:br/>
        <w:t>vn -0.8422 0.5356 -0.0624</w:t>
        <w:br/>
        <w:t>vn -0.3672 0.8567 0.3622</w:t>
        <w:br/>
        <w:t>vn 0.4122 0.5401 -0.7337</w:t>
        <w:br/>
        <w:t>vn 0.4123 0.5402 -0.7337</w:t>
        <w:br/>
        <w:t>vn 0.4399 0.4746 -0.7624</w:t>
        <w:br/>
        <w:t>vn -0.3963 -0.4652 -0.7915</w:t>
        <w:br/>
        <w:t>vn -0.7994 -0.5254 0.2914</w:t>
        <w:br/>
        <w:t>vn -0.7026 -0.3500 0.6195</w:t>
        <w:br/>
        <w:t>vn -0.7580 0.0157 0.6521</w:t>
        <w:br/>
        <w:t>vn -0.7773 -0.3077 0.5487</w:t>
        <w:br/>
        <w:t>vn -0.2766 -0.5267 0.8038</w:t>
        <w:br/>
        <w:t>vn -0.3642 -0.3833 0.8488</w:t>
        <w:br/>
        <w:t>vn -0.2431 -0.8224 -0.5144</w:t>
        <w:br/>
        <w:t>vn -0.9504 -0.2370 0.2013</w:t>
        <w:br/>
        <w:t>vn -0.8606 -0.0572 0.5061</w:t>
        <w:br/>
        <w:t>vn -0.4921 -0.8317 -0.2573</w:t>
        <w:br/>
        <w:t>vn 0.2672 0.2981 -0.9164</w:t>
        <w:br/>
        <w:t>vn -0.2192 0.5935 -0.7744</w:t>
        <w:br/>
        <w:t>vn 0.0905 0.7022 -0.7062</w:t>
        <w:br/>
        <w:t>vn 0.7911 -0.0933 -0.6046</w:t>
        <w:br/>
        <w:t>vn 0.2564 -0.6383 0.7259</w:t>
        <w:br/>
        <w:t>vn 0.7424 -0.4681 0.4793</w:t>
        <w:br/>
        <w:t>vn 0.5555 0.2704 -0.7864</w:t>
        <w:br/>
        <w:t>vn 0.4978 0.1496 -0.8543</w:t>
        <w:br/>
        <w:t>vn 0.4823 0.4644 -0.7428</w:t>
        <w:br/>
        <w:t>vn -0.8071 -0.5777 0.1214</w:t>
        <w:br/>
        <w:t>vn -0.6226 -0.5274 0.5781</w:t>
        <w:br/>
        <w:t>vn 0.6618 0.3719 0.6509</w:t>
        <w:br/>
        <w:t>vn 0.6382 0.4803 0.6017</w:t>
        <w:br/>
        <w:t>vn -0.4548 0.3426 0.8221</w:t>
        <w:br/>
        <w:t>vn -0.4392 -0.2237 0.8701</w:t>
        <w:br/>
        <w:t>vn -0.2008 0.7335 0.6493</w:t>
        <w:br/>
        <w:t>vn -0.4987 -0.1196 0.8585</w:t>
        <w:br/>
        <w:t>vn -0.9102 -0.2241 0.3483</w:t>
        <w:br/>
        <w:t>vn 0.4489 -0.2505 0.8577</w:t>
        <w:br/>
        <w:t>vn -0.0717 0.0829 0.9940</w:t>
        <w:br/>
        <w:t>vn -0.6869 0.2496 0.6825</w:t>
        <w:br/>
        <w:t>vn -0.6538 0.6264 0.4245</w:t>
        <w:br/>
        <w:t>vn 0.5939 0.6500 0.4741</w:t>
        <w:br/>
        <w:t>vn 0.5883 0.6094 0.5316</w:t>
        <w:br/>
        <w:t>vn -0.6115 0.0986 -0.7851</w:t>
        <w:br/>
        <w:t>vn 0.9445 -0.2536 -0.2089</w:t>
        <w:br/>
        <w:t>vn 0.9756 -0.2128 0.0534</w:t>
        <w:br/>
        <w:t>vn 0.5949 0.7686 0.2354</w:t>
        <w:br/>
        <w:t>vn 0.2488 0.5495 -0.7976</w:t>
        <w:br/>
        <w:t>vn 0.1222 0.2947 -0.9477</w:t>
        <w:br/>
        <w:t>vn 0.4883 -0.3410 -0.8033</w:t>
        <w:br/>
        <w:t>vn -0.9768 0.0563 0.2068</w:t>
        <w:br/>
        <w:t>vn -0.7797 -0.0115 0.6261</w:t>
        <w:br/>
        <w:t>vn 0.5630 0.7398 0.3684</w:t>
        <w:br/>
        <w:t>vn -0.0691 -0.3921 0.9173</w:t>
        <w:br/>
        <w:t>vn -0.0279 0.2273 0.9734</w:t>
        <w:br/>
        <w:t>vn 0.4232 -0.3430 0.8386</w:t>
        <w:br/>
        <w:t>vn -0.3635 -0.7036 -0.6106</w:t>
        <w:br/>
        <w:t>vn -0.3634 -0.7036 -0.6106</w:t>
        <w:br/>
        <w:t>vn -0.4335 -0.4354 -0.7890</w:t>
        <w:br/>
        <w:t>vn -0.4335 -0.4355 -0.7890</w:t>
        <w:br/>
        <w:t>vn 0.1665 0.5777 0.7991</w:t>
        <w:br/>
        <w:t>vn -0.3234 -0.8346 -0.4460</w:t>
        <w:br/>
        <w:t>vn 0.7732 0.1402 0.6185</w:t>
        <w:br/>
        <w:t>vn -0.4814 -0.2080 -0.8515</w:t>
        <w:br/>
        <w:t>vn -0.3371 -0.8316 -0.4413</w:t>
        <w:br/>
        <w:t>vn -0.2757 0.3177 0.9072</w:t>
        <w:br/>
        <w:t>vn -0.0717 0.0830 0.9940</w:t>
        <w:br/>
        <w:t>vn -0.0696 0.0046 0.9976</w:t>
        <w:br/>
        <w:t>vn 0.3628 0.4701 0.8046</w:t>
        <w:br/>
        <w:t>vn 0.4699 -0.1807 0.8640</w:t>
        <w:br/>
        <w:t>vn -0.9359 0.3222 0.1423</w:t>
        <w:br/>
        <w:t>vn -0.9146 0.3861 0.1203</w:t>
        <w:br/>
        <w:t>vn -0.9130 0.3929 0.1101</w:t>
        <w:br/>
        <w:t>vn -0.7280 -0.2740 0.6284</w:t>
        <w:br/>
        <w:t>vn -0.3559 -0.2332 0.9049</w:t>
        <w:br/>
        <w:t>vn 0.0083 -0.1048 -0.9945</w:t>
        <w:br/>
        <w:t>vn 0.0020 -0.0940 -0.9956</w:t>
        <w:br/>
        <w:t>vn 0.3397 0.2396 -0.9095</w:t>
        <w:br/>
        <w:t>vn -0.3414 -0.7171 -0.6076</w:t>
        <w:br/>
        <w:t>vn -0.3913 -0.7095 -0.5861</w:t>
        <w:br/>
        <w:t>vn 0.9612 -0.2698 -0.0572</w:t>
        <w:br/>
        <w:t>vn 0.9516 -0.3052 -0.0353</w:t>
        <w:br/>
        <w:t>vn 0.9516 -0.3052 -0.0354</w:t>
        <w:br/>
        <w:t>vn 0.9612 -0.2697 -0.0572</w:t>
        <w:br/>
        <w:t>vn -0.9564 0.2372 0.1705</w:t>
        <w:br/>
        <w:t>vn -0.3266 -0.6150 -0.7177</w:t>
        <w:br/>
        <w:t>vn -0.9422 0.2953 0.1585</w:t>
        <w:br/>
        <w:t>vn 0.9575 -0.2859 -0.0380</w:t>
        <w:br/>
        <w:t>vn -0.0894 -0.2594 -0.9616</w:t>
        <w:br/>
        <w:t>vn -0.2459 -0.1429 -0.9587</w:t>
        <w:br/>
        <w:t>vn -0.2684 -0.4155 -0.8691</w:t>
        <w:br/>
        <w:t>vn 0.9752 -0.1924 -0.1092</w:t>
        <w:br/>
        <w:t>vn 0.1277 -0.1558 0.9795</w:t>
        <w:br/>
        <w:t>vn 0.1276 -0.1558 0.9795</w:t>
        <w:br/>
        <w:t>vn -0.9550 0.1221 0.2703</w:t>
        <w:br/>
        <w:t>vn -0.9367 0.0557 0.3458</w:t>
        <w:br/>
        <w:t>vn 0.9681 -0.2471 -0.0419</w:t>
        <w:br/>
        <w:t>vn 0.9681 -0.2470 -0.0419</w:t>
        <w:br/>
        <w:t>vn -0.2616 -0.5888 -0.7648</w:t>
        <w:br/>
        <w:t>vn -0.8962 -0.0550 0.4402</w:t>
        <w:br/>
        <w:t>vn -0.7801 -0.2215 0.5851</w:t>
        <w:br/>
        <w:t>vn 0.9675 -0.0260 -0.2514</w:t>
        <w:br/>
        <w:t>vn 0.9675 -0.0259 -0.2514</w:t>
        <w:br/>
        <w:t>vn 0.7202 0.4869 -0.4941</w:t>
        <w:br/>
        <w:t>vn 0.8822 0.4099 -0.2316</w:t>
        <w:br/>
        <w:t>vn 0.5180 -0.1314 0.8452</w:t>
        <w:br/>
        <w:t>vn 0.2233 -0.1333 0.9656</w:t>
        <w:br/>
        <w:t>vn 0.6833 0.6959 -0.2207</w:t>
        <w:br/>
        <w:t>vn 0.1405 0.6201 0.7719</w:t>
        <w:br/>
        <w:t>vn 0.0653 0.8645 0.4983</w:t>
        <w:br/>
        <w:t>vn 0.0654 0.8645 0.4983</w:t>
        <w:br/>
        <w:t>vn -0.9731 0.0372 0.2273</w:t>
        <w:br/>
        <w:t>vn -0.1988 -0.3638 0.9100</w:t>
        <w:br/>
        <w:t>vn 0.0063 0.9384 0.3456</w:t>
        <w:br/>
        <w:t>vn 0.0062 0.9384 0.3456</w:t>
        <w:br/>
        <w:t>vn 0.0787 0.2849 0.9553</w:t>
        <w:br/>
        <w:t>vn 0.1371 0.2977 0.9448</w:t>
        <w:br/>
        <w:t>vn 0.0872 0.9007 0.4257</w:t>
        <w:br/>
        <w:t>vn 0.0872 0.9006 0.4257</w:t>
        <w:br/>
        <w:t>vn 0.3033 0.1079 0.9468</w:t>
        <w:br/>
        <w:t>vn 0.2232 -0.1333 0.9656</w:t>
        <w:br/>
        <w:t>vn 0.2824 0.6429 0.7120</w:t>
        <w:br/>
        <w:t>vn 0.3944 0.2788 0.8756</w:t>
        <w:br/>
        <w:t>vn 0.3397 0.2397 -0.9095</w:t>
        <w:br/>
        <w:t>vn 0.4932 0.6859 -0.5351</w:t>
        <w:br/>
        <w:t>vn 0.8170 -0.2880 0.4996</w:t>
        <w:br/>
        <w:t>vn 0.8503 -0.1973 0.4879</w:t>
        <w:br/>
        <w:t>vn 0.5903 -0.3906 0.7063</w:t>
        <w:br/>
        <w:t>vn 0.6036 -0.4009 0.6891</w:t>
        <w:br/>
        <w:t>vn 0.7131 -0.4677 0.5223</w:t>
        <w:br/>
        <w:t>vn 0.8690 -0.3493 0.3503</w:t>
        <w:br/>
        <w:t>vn 0.9734 -0.1838 -0.1372</w:t>
        <w:br/>
        <w:t>vn 0.7989 -0.2370 -0.5529</w:t>
        <w:br/>
        <w:t>vn 0.4310 -0.2295 -0.8727</w:t>
        <w:br/>
        <w:t>vn -0.1158 0.1179 -0.9863</w:t>
        <w:br/>
        <w:t>vn -0.5314 0.4322 -0.7286</w:t>
        <w:br/>
        <w:t>vn -0.5520 0.7911 0.2637</w:t>
        <w:br/>
        <w:t>vn -0.2676 0.7924 0.5482</w:t>
        <w:br/>
        <w:t>vn 0.8135 0.5650 0.1380</w:t>
        <w:br/>
        <w:t>vn 0.6723 0.7379 0.0596</w:t>
        <w:br/>
        <w:t>vn 0.6631 0.7418 0.1004</w:t>
        <w:br/>
        <w:t>vn 0.4782 -0.8617 0.1698</w:t>
        <w:br/>
        <w:t>vn 0.6842 -0.7287 -0.0276</w:t>
        <w:br/>
        <w:t>vn 0.3456 -0.8587 0.3783</w:t>
        <w:br/>
        <w:t>vn 0.3324 -0.7835 0.5250</w:t>
        <w:br/>
        <w:t>vn 0.0696 -0.5707 0.8182</w:t>
        <w:br/>
        <w:t>vn -0.6226 -0.5275 0.5781</w:t>
        <w:br/>
        <w:t>vn -0.6501 -0.6105 0.4523</w:t>
        <w:br/>
        <w:t>vn -0.6577 -0.6900 0.3023</w:t>
        <w:br/>
        <w:t>vn -0.5107 -0.1703 -0.8427</w:t>
        <w:br/>
        <w:t>vn -0.1594 -0.0779 -0.9841</w:t>
        <w:br/>
        <w:t>vn -0.1504 -0.0227 -0.9884</w:t>
        <w:br/>
        <w:t>vn -0.1336 -0.0384 -0.9903</w:t>
        <w:br/>
        <w:t>vn -0.2093 -0.0352 -0.9772</w:t>
        <w:br/>
        <w:t>vn -0.6725 -0.3355 0.6597</w:t>
        <w:br/>
        <w:t>vn 0.6546 -0.7460 -0.1228</w:t>
        <w:br/>
        <w:t>vn -0.4774 -0.1691 0.8622</w:t>
        <w:br/>
        <w:t>vn -0.4236 0.4407 0.7914</w:t>
        <w:br/>
        <w:t>vn -0.6462 0.3968 -0.6518</w:t>
        <w:br/>
        <w:t>vn -0.7773 -0.3078 0.5487</w:t>
        <w:br/>
        <w:t>vn -0.6845 -0.5420 0.4875</w:t>
        <w:br/>
        <w:t>vn -0.6319 -0.2780 0.7235</w:t>
        <w:br/>
        <w:t>vn -0.4222 -0.4550 0.7840</w:t>
        <w:br/>
        <w:t>vn -0.5695 -0.6391 0.5170</w:t>
        <w:br/>
        <w:t>vn 0.4044 0.6662 0.6266</w:t>
        <w:br/>
        <w:t>vn 0.4043 0.6662 0.6266</w:t>
        <w:br/>
        <w:t>vn 0.5631 0.4825 0.6709</w:t>
        <w:br/>
        <w:t>vn 0.8054 0.1710 -0.5675</w:t>
        <w:br/>
        <w:t>vn 0.5978 0.4050 -0.6918</w:t>
        <w:br/>
        <w:t>vn 0.8054 0.1711 -0.5675</w:t>
        <w:br/>
        <w:t>vn 0.0720 -0.7433 -0.6651</w:t>
        <w:br/>
        <w:t>vn -0.2156 -0.4585 -0.8622</w:t>
        <w:br/>
        <w:t>vn -0.2157 -0.4585 -0.8622</w:t>
        <w:br/>
        <w:t>vn -0.6497 -0.7361 0.1898</w:t>
        <w:br/>
        <w:t>vn -0.6437 -0.7407 0.1924</w:t>
        <w:br/>
        <w:t>vn 0.1549 -0.8135 -0.5606</w:t>
        <w:br/>
        <w:t>vn -0.7067 -0.5234 0.4761</w:t>
        <w:br/>
        <w:t>vn 0.8548 0.0969 -0.5098</w:t>
        <w:br/>
        <w:t>vn 0.3657 0.7069 0.6054</w:t>
        <w:br/>
        <w:t>vn -0.8893 -0.0141 0.4571</w:t>
        <w:br/>
        <w:t>vn -0.9823 0.1035 0.1561</w:t>
        <w:br/>
        <w:t>vn -0.5012 -0.4101 -0.7620</w:t>
        <w:br/>
        <w:t>vn -0.6287 -0.1541 -0.7622</w:t>
        <w:br/>
        <w:t>vn -0.6443 -0.1040 -0.7576</w:t>
        <w:br/>
        <w:t>vn -0.7324 -0.0331 -0.6801</w:t>
        <w:br/>
        <w:t>vn -0.5342 -0.2766 -0.7988</w:t>
        <w:br/>
        <w:t>vn -0.7139 0.2140 -0.6668</w:t>
        <w:br/>
        <w:t>vn 0.2260 -0.9701 -0.0889</w:t>
        <w:br/>
        <w:t>vn 0.0890 -0.9955 0.0335</w:t>
        <w:br/>
        <w:t>vn 0.2261 -0.9701 -0.0888</w:t>
        <w:br/>
        <w:t>vn -0.8486 0.2160 -0.4829</w:t>
        <w:br/>
        <w:t>vn 0.4809 -0.8138 -0.3264</w:t>
        <w:br/>
        <w:t>vn 0.6712 -0.7356 -0.0911</w:t>
        <w:br/>
        <w:t>vn -0.2048 0.9675 0.1485</w:t>
        <w:br/>
        <w:t>vn -0.3530 0.8510 0.3889</w:t>
        <w:br/>
        <w:t>vn -0.3647 0.8854 0.2882</w:t>
        <w:br/>
        <w:t>vn 0.5670 -0.3536 0.7439</w:t>
        <w:br/>
        <w:t>vn 0.5046 -0.0561 0.8615</w:t>
        <w:br/>
        <w:t>vn 0.4615 0.0017 0.8872</w:t>
        <w:br/>
        <w:t>vn 0.3889 0.2466 0.8877</w:t>
        <w:br/>
        <w:t>vn -0.6741 -0.2083 -0.7087</w:t>
        <w:br/>
        <w:t>vn -0.6254 -0.1981 -0.7547</w:t>
        <w:br/>
        <w:t>vn -0.8429 -0.0673 -0.5338</w:t>
        <w:br/>
        <w:t>vn -0.8830 -0.2065 -0.4215</w:t>
        <w:br/>
        <w:t>vn 0.6400 -0.1638 0.7508</w:t>
        <w:br/>
        <w:t>vn 0.6453 -0.3762 0.6648</w:t>
        <w:br/>
        <w:t>vn -0.0503 0.3616 0.9310</w:t>
        <w:br/>
        <w:t>vn -0.4592 0.6379 0.6182</w:t>
        <w:br/>
        <w:t>vn -0.9658 0.0728 -0.2487</w:t>
        <w:br/>
        <w:t>vn -0.9810 -0.1781 -0.0771</w:t>
        <w:br/>
        <w:t>vn 0.9400 -0.1482 -0.3073</w:t>
        <w:br/>
        <w:t>vn 0.8789 -0.4587 -0.1307</w:t>
        <w:br/>
        <w:t>vn 0.6516 -0.5384 -0.5343</w:t>
        <w:br/>
        <w:t>vn 0.6848 -0.1890 -0.7038</w:t>
        <w:br/>
        <w:t>vn 0.7960 -0.1757 0.5792</w:t>
        <w:br/>
        <w:t>vn 0.8810 -0.0633 0.4689</w:t>
        <w:br/>
        <w:t>vn -0.2395 -0.1183 0.9637</w:t>
        <w:br/>
        <w:t>vn 0.0778 0.0391 0.9962</w:t>
        <w:br/>
        <w:t>vn 0.2132 -0.1204 0.9696</w:t>
        <w:br/>
        <w:t>vn -0.6793 -0.2224 -0.6994</w:t>
        <w:br/>
        <w:t>vn -0.8578 -0.3519 -0.3747</w:t>
        <w:br/>
        <w:t>vn -0.9040 -0.4275 0.0111</w:t>
        <w:br/>
        <w:t>vn 0.9070 0.1459 -0.3952</w:t>
        <w:br/>
        <w:t>vn 0.5753 0.1397 -0.8059</w:t>
        <w:br/>
        <w:t>vn 0.8836 0.0380 0.4667</w:t>
        <w:br/>
        <w:t>vn -0.0628 -0.2687 0.9612</w:t>
        <w:br/>
        <w:t>vn 0.3513 -0.1621 0.9221</w:t>
        <w:br/>
        <w:t>vn -0.6956 -0.1681 -0.6985</w:t>
        <w:br/>
        <w:t>vn -0.8462 -0.3817 -0.3720</w:t>
        <w:br/>
        <w:t>vn -0.8488 -0.5283 0.0191</w:t>
        <w:br/>
        <w:t>vn 0.4250 0.3360 -0.8405</w:t>
        <w:br/>
        <w:t>vn 0.9668 0.2065 0.1504</w:t>
        <w:br/>
        <w:t>vn 0.8589 0.0554 0.5091</w:t>
        <w:br/>
        <w:t>vn -0.9368 -0.1203 -0.3286</w:t>
        <w:br/>
        <w:t>vn -0.7469 -0.0507 -0.6630</w:t>
        <w:br/>
        <w:t>vn 0.3426 -0.2669 0.9008</w:t>
        <w:br/>
        <w:t>vn 0.0360 -0.3994 0.9161</w:t>
        <w:br/>
        <w:t>vn -0.9288 -0.3698 0.0235</w:t>
        <w:br/>
        <w:t>vn 0.3562 0.3910 -0.8487</w:t>
        <w:br/>
        <w:t>vn 0.9637 0.2103 0.1644</w:t>
        <w:br/>
        <w:t>vn 0.8408 -0.0201 0.5410</w:t>
        <w:br/>
        <w:t>vn 0.3428 -0.3751 0.8613</w:t>
        <w:br/>
        <w:t>vn 0.0389 -0.4916 0.8699</w:t>
        <w:br/>
        <w:t>vn -0.3962 0.2078 0.8943</w:t>
        <w:br/>
        <w:t>vn -0.9948 -0.0796 -0.0635</w:t>
        <w:br/>
        <w:t>vn 0.5342 -0.2765 -0.7989</w:t>
        <w:br/>
        <w:t>vn 0.7323 -0.0331 -0.6802</w:t>
        <w:br/>
        <w:t>vn 0.8486 0.2160 -0.4829</w:t>
        <w:br/>
        <w:t>vn -0.4809 -0.8137 -0.3264</w:t>
        <w:br/>
        <w:t>vn -0.6713 -0.7356 -0.0911</w:t>
        <w:br/>
        <w:t>vn 0.6741 -0.2083 -0.7087</w:t>
        <w:br/>
        <w:t>vn 0.8830 -0.2064 -0.4215</w:t>
        <w:br/>
        <w:t>vn 0.8429 -0.0673 -0.5338</w:t>
        <w:br/>
        <w:t>vn 0.6254 -0.1981 -0.7547</w:t>
        <w:br/>
        <w:t>vn -0.6399 -0.1637 0.7508</w:t>
        <w:br/>
        <w:t>vn -0.6453 -0.3762 0.6648</w:t>
        <w:br/>
        <w:t>vn 0.4281 0.5739 0.6981</w:t>
        <w:br/>
        <w:t>vn 0.9810 -0.1780 -0.0771</w:t>
        <w:br/>
        <w:t>vn 0.9658 0.0728 -0.2487</w:t>
        <w:br/>
        <w:t>vn -0.4608 0.0621 0.8853</w:t>
        <w:br/>
        <w:t>vn -0.9448 -0.1527 -0.2899</w:t>
        <w:br/>
        <w:t>vn -0.6758 -0.1251 -0.7264</w:t>
        <w:br/>
        <w:t>vn -0.6516 -0.5384 -0.5344</w:t>
        <w:br/>
        <w:t>vn -0.8789 -0.4587 -0.1307</w:t>
        <w:br/>
        <w:t>vn -0.7960 -0.1757 0.5792</w:t>
        <w:br/>
        <w:t>vn -0.8810 -0.0634 0.4688</w:t>
        <w:br/>
        <w:t>vn 0.1869 -0.1279 0.9740</w:t>
        <w:br/>
        <w:t>vn -0.2781 -0.0964 0.9557</w:t>
        <w:br/>
        <w:t>vn -0.1493 0.0574 0.9871</w:t>
        <w:br/>
        <w:t>vn 0.3473 0.1569 0.9245</w:t>
        <w:br/>
        <w:t>vn 0.6793 -0.2222 -0.6994</w:t>
        <w:br/>
        <w:t>vn 0.8579 -0.3516 -0.3747</w:t>
        <w:br/>
        <w:t>vn 0.9041 -0.4272 0.0110</w:t>
        <w:br/>
        <w:t>vn -0.6212 0.0858 -0.7789</w:t>
        <w:br/>
        <w:t>vn -0.5261 0.1914 -0.8286</w:t>
        <w:br/>
        <w:t>vn -0.8836 0.0379 0.4666</w:t>
        <w:br/>
        <w:t>vn -0.9865 0.1118 0.1196</w:t>
        <w:br/>
        <w:t>vn -0.3362 -0.1755 0.9253</w:t>
        <w:br/>
        <w:t>vn 0.0410 -0.2831 0.9582</w:t>
        <w:br/>
        <w:t>vn 0.6956 -0.1678 -0.6985</w:t>
        <w:br/>
        <w:t>vn 0.8463 -0.3813 -0.3720</w:t>
        <w:br/>
        <w:t>vn 0.8490 -0.5280 0.0191</w:t>
        <w:br/>
        <w:t>vn -0.4461 0.3152 -0.8377</w:t>
        <w:br/>
        <w:t>vn -0.3906 0.3461 -0.8530</w:t>
        <w:br/>
        <w:t>vn -0.8590 0.0551 0.5090</w:t>
        <w:br/>
        <w:t>vn -0.9669 0.2061 0.1504</w:t>
        <w:br/>
        <w:t>vn -0.0360 -0.3994 0.9161</w:t>
        <w:br/>
        <w:t>vn -0.3427 -0.2671 0.9007</w:t>
        <w:br/>
        <w:t>vn 0.9364 -0.1230 -0.3286</w:t>
        <w:br/>
        <w:t>vn 0.9286 -0.3704 0.0233</w:t>
        <w:br/>
        <w:t>vn -0.3557 0.3911 -0.8488</w:t>
        <w:br/>
        <w:t>vn -0.3558 0.3911 -0.8488</w:t>
        <w:br/>
        <w:t>vn -0.8678 0.0256 0.4963</w:t>
        <w:br/>
        <w:t>vn -0.9639 0.2096 0.1644</w:t>
        <w:br/>
        <w:t>vn -0.3607 -0.3489 0.8650</w:t>
        <w:br/>
        <w:t>vn -0.0386 -0.4916 0.8700</w:t>
        <w:br/>
        <w:t>vn 0.7463 -0.0525 -0.6636</w:t>
        <w:br/>
        <w:t>vn -0.3655 0.3321 -0.8696</w:t>
        <w:br/>
        <w:t>vn 0.9946 -0.0833 -0.0623</w:t>
        <w:br/>
        <w:t>vn -0.2771 0.6908 -0.6678</w:t>
        <w:br/>
        <w:t>vn -0.2771 0.6909 -0.6678</w:t>
        <w:br/>
        <w:t>vn -0.3386 0.6265 -0.7020</w:t>
        <w:br/>
        <w:t>vn -0.3039 -0.9260 -0.2238</w:t>
        <w:br/>
        <w:t>vn -0.0985 -0.9756 -0.1961</w:t>
        <w:br/>
        <w:t>vn 0.0724 -0.9960 0.0526</w:t>
        <w:br/>
        <w:t>vn -0.1151 -0.9903 0.0773</w:t>
        <w:br/>
        <w:t>vn 0.4580 -0.7528 0.4728</w:t>
        <w:br/>
        <w:t>vn 0.3343 -0.7947 0.5066</w:t>
        <w:br/>
        <w:t>vn 0.8007 -0.0695 0.5951</w:t>
        <w:br/>
        <w:t>vn 0.8144 -0.1251 0.5667</w:t>
        <w:br/>
        <w:t>vn 0.8022 0.3730 0.4661</w:t>
        <w:br/>
        <w:t>vn 0.8488 0.3718 0.3760</w:t>
        <w:br/>
        <w:t>vn 0.3614 -0.8943 0.2637</w:t>
        <w:br/>
        <w:t>vn 0.8767 -0.0206 0.4806</w:t>
        <w:br/>
        <w:t>vn 0.8592 0.3922 0.3284</w:t>
        <w:br/>
        <w:t>vn 0.7656 0.3946 0.5080</w:t>
        <w:br/>
        <w:t>vn -0.2355 0.7285 -0.6433</w:t>
        <w:br/>
        <w:t>vn -0.3592 0.6017 -0.7134</w:t>
        <w:br/>
        <w:t>vn -0.8225 0.4651 0.3272</w:t>
        <w:br/>
        <w:t>vn -0.8166 0.5115 0.2675</w:t>
        <w:br/>
        <w:t>vn -0.8166 0.5116 0.2675</w:t>
        <w:br/>
        <w:t>vn -0.8226 0.4651 0.3272</w:t>
        <w:br/>
        <w:t>vn 0.2989 0.4530 -0.8399</w:t>
        <w:br/>
        <w:t>vn 0.1491 0.4497 -0.8806</w:t>
        <w:br/>
        <w:t>vn 0.4174 -0.8831 0.2144</w:t>
        <w:br/>
        <w:t>vn 0.3311 -0.9274 0.1743</w:t>
        <w:br/>
        <w:t>vn 0.3491 0.4536 -0.8200</w:t>
        <w:br/>
        <w:t>vn 0.2852 -0.9449 0.1608</w:t>
        <w:br/>
        <w:t>vn -0.8251 0.4301 0.3662</w:t>
        <w:br/>
        <w:t>vn -0.8149 0.5240 0.2475</w:t>
        <w:br/>
        <w:t>vn -0.7463 -0.6000 -0.2881</w:t>
        <w:br/>
        <w:t>vn -0.7628 -0.5607 -0.3220</w:t>
        <w:br/>
        <w:t>vn -0.6309 -0.2945 -0.7178</w:t>
        <w:br/>
        <w:t>vn -0.6932 -0.2473 -0.6770</w:t>
        <w:br/>
        <w:t>vn -0.7463 -0.6001 -0.2880</w:t>
        <w:br/>
        <w:t>vn -0.5911 -0.7858 0.1819</w:t>
        <w:br/>
        <w:t>vn -0.7076 -0.6897 0.1536</w:t>
        <w:br/>
        <w:t>vn 0.5157 -0.2946 0.8045</w:t>
        <w:br/>
        <w:t>vn 0.7080 -0.0558 0.7040</w:t>
        <w:br/>
        <w:t>vn 0.7189 0.0840 0.6900</w:t>
        <w:br/>
        <w:t>vn 0.5196 -0.1427 0.8424</w:t>
        <w:br/>
        <w:t>vn 0.4237 0.5826 -0.6936</w:t>
        <w:br/>
        <w:t>vn 0.3801 0.3442 -0.8585</w:t>
        <w:br/>
        <w:t>vn 0.8263 0.1877 0.5310</w:t>
        <w:br/>
        <w:t>vn 0.8361 0.3015 0.4582</w:t>
        <w:br/>
        <w:t>vn 0.7189 0.0841 0.6900</w:t>
        <w:br/>
        <w:t>vn -0.5219 -0.8320 0.1884</w:t>
        <w:br/>
        <w:t>vn -0.7281 -0.2038 -0.6545</w:t>
        <w:br/>
        <w:t>vn 0.7021 -0.1719 0.6910</w:t>
        <w:br/>
        <w:t>vn 0.4043 0.6932 -0.5966</w:t>
        <w:br/>
        <w:t>vn 0.7022 -0.1718 0.6909</w:t>
        <w:br/>
        <w:t>vn -0.2837 -0.6709 0.6851</w:t>
        <w:br/>
        <w:t>vn -0.5344 -0.7022 0.4704</w:t>
        <w:br/>
        <w:t>vn -0.4759 -0.7693 0.4262</w:t>
        <w:br/>
        <w:t>vn 0.4100 -0.3823 0.8281</w:t>
        <w:br/>
        <w:t>vn 0.4339 -0.3891 0.8126</w:t>
        <w:br/>
        <w:t>vn 0.3641 -0.3776 0.8514</w:t>
        <w:br/>
        <w:t>vn -0.3424 0.3052 -0.8886</w:t>
        <w:br/>
        <w:t>vn -0.3468 0.2564 -0.9022</w:t>
        <w:br/>
        <w:t>vn -0.3423 0.3052 -0.8886</w:t>
        <w:br/>
        <w:t>vn 0.8840 0.4463 -0.1390</w:t>
        <w:br/>
        <w:t>vn 0.8435 0.5116 -0.1637</w:t>
        <w:br/>
        <w:t>vn -0.5875 -0.6412 0.4936</w:t>
        <w:br/>
        <w:t>vn 0.0774 -0.8900 -0.4493</w:t>
        <w:br/>
        <w:t>vn -0.2968 -0.8239 -0.4829</w:t>
        <w:br/>
        <w:t>vn 0.9158 0.3553 0.1875</w:t>
        <w:br/>
        <w:t>vn -0.6233 0.5863 -0.5174</w:t>
        <w:br/>
        <w:t>vn -0.9517 0.2185 -0.2156</w:t>
        <w:br/>
        <w:t>vn 0.7951 -0.6054 -0.0367</w:t>
        <w:br/>
        <w:t>vn 0.6948 -0.1982 -0.6913</w:t>
        <w:br/>
        <w:t>vn -0.2486 0.9669 0.0566</w:t>
        <w:br/>
        <w:t>vn 0.1697 0.9659 0.1955</w:t>
        <w:br/>
        <w:t>vn 0.9604 -0.1141 -0.2543</w:t>
        <w:br/>
        <w:t>vn 0.2356 -0.8436 -0.4826</w:t>
        <w:br/>
        <w:t>vn -0.7144 -0.4147 -0.5636</w:t>
        <w:br/>
        <w:t>vn -0.5070 -0.4573 -0.7306</w:t>
        <w:br/>
        <w:t>vn -0.4871 -0.6920 -0.5328</w:t>
        <w:br/>
        <w:t>vn -0.6958 -0.6228 -0.3577</w:t>
        <w:br/>
        <w:t>vn -0.6376 -0.1343 -0.7586</w:t>
        <w:br/>
        <w:t>vn -0.5052 -0.1273 -0.8536</w:t>
        <w:br/>
        <w:t>vn -0.8648 -0.4656 -0.1882</w:t>
        <w:br/>
        <w:t>vn -0.8489 -0.3070 -0.4301</w:t>
        <w:br/>
        <w:t>vn -0.2164 -0.7208 -0.6585</w:t>
        <w:br/>
        <w:t>vn -0.2091 -0.4839 -0.8498</w:t>
        <w:br/>
        <w:t>vn -0.4650 -0.7921 -0.3954</w:t>
        <w:br/>
        <w:t>vn -0.6237 -0.7380 -0.2575</w:t>
        <w:br/>
        <w:t>vn -0.7531 -0.1451 -0.6417</w:t>
        <w:br/>
        <w:t>vn -0.2074 -0.1934 -0.9589</w:t>
        <w:br/>
        <w:t>vn -0.7369 -0.6507 -0.1829</w:t>
        <w:br/>
        <w:t>vn -0.2264 -0.8334 -0.5041</w:t>
        <w:br/>
        <w:t>vn -0.5336 0.0184 -0.8455</w:t>
        <w:br/>
        <w:t>vn -0.4816 0.0503 -0.8750</w:t>
        <w:br/>
        <w:t>vn -0.5725 -0.0007 -0.8199</w:t>
        <w:br/>
        <w:t>vn -0.8485 -0.0935 -0.5208</w:t>
        <w:br/>
        <w:t>vn -0.9335 -0.2407 -0.2659</w:t>
        <w:br/>
        <w:t>vn -0.6279 -0.6936 -0.3531</w:t>
        <w:br/>
        <w:t>vn -0.4822 -0.7492 -0.4541</w:t>
        <w:br/>
        <w:t>vn -0.6277 -0.7514 -0.2032</w:t>
        <w:br/>
        <w:t>vn -0.8593 -0.4685 -0.2053</w:t>
        <w:br/>
        <w:t>vn 0.0002 -0.7198 -0.6942</w:t>
        <w:br/>
        <w:t>vn 0.0025 -0.4852 -0.8744</w:t>
        <w:br/>
        <w:t>vn -0.2140 0.0020 -0.9768</w:t>
        <w:br/>
        <w:t>vn -0.2628 -0.7247 -0.6370</w:t>
        <w:br/>
        <w:t>vn -0.6606 0.0975 -0.7444</w:t>
        <w:br/>
        <w:t>vn -0.6855 -0.6241 -0.3748</w:t>
        <w:br/>
        <w:t>vn -0.4993 -0.6621 -0.5589</w:t>
        <w:br/>
        <w:t>vn -0.5578 -0.7241 -0.4056</w:t>
        <w:br/>
        <w:t>vn -0.5590 -0.6167 -0.5543</w:t>
        <w:br/>
        <w:t>vn -0.7053 -0.6228 -0.3386</w:t>
        <w:br/>
        <w:t>vn 0.0087 -0.2044 -0.9788</w:t>
        <w:br/>
        <w:t>vn -0.7171 -0.6942 -0.0619</w:t>
        <w:br/>
        <w:t>vn -0.2825 -0.5323 -0.7980</w:t>
        <w:br/>
        <w:t>vn -0.0000 -0.8450 -0.5347</w:t>
        <w:br/>
        <w:t>vn -0.6167 -0.7867 0.0283</w:t>
        <w:br/>
        <w:t>vn -0.9469 -0.3212 -0.0172</w:t>
        <w:br/>
        <w:t>vn -0.9109 -0.3875 0.1421</w:t>
        <w:br/>
        <w:t>vn -0.8509 0.0161 -0.5250</w:t>
        <w:br/>
        <w:t>vn -0.9594 -0.1907 -0.2077</w:t>
        <w:br/>
        <w:t>vn 0.0000 -0.6873 -0.7264</w:t>
        <w:br/>
        <w:t>vn -0.7055 0.1541 -0.6917</w:t>
        <w:br/>
        <w:t>vn 0.0001 -0.4115 -0.9114</w:t>
        <w:br/>
        <w:t>vn -0.5164 0.1100 -0.8493</w:t>
        <w:br/>
        <w:t>vn -0.7158 -0.4114 -0.5643</w:t>
        <w:br/>
        <w:t>vn -0.4241 0.1585 -0.8916</w:t>
        <w:br/>
        <w:t>vn 0.4244 -0.8487 0.3155</w:t>
        <w:br/>
        <w:t>vn 0.4245 -0.8487 0.3155</w:t>
        <w:br/>
        <w:t>vn 0.1308 -0.8394 0.5276</w:t>
        <w:br/>
        <w:t>vn 0.1308 -0.8393 0.5276</w:t>
        <w:br/>
        <w:t>vn -0.1072 -0.8058 0.5824</w:t>
        <w:br/>
        <w:t>vn 0.0936 -0.7850 0.6123</w:t>
        <w:br/>
        <w:t>vn -0.0663 -0.8462 0.5288</w:t>
        <w:br/>
        <w:t>vn -0.6345 -0.3173 0.7048</w:t>
        <w:br/>
        <w:t>vn -0.4650 -0.7023 0.5391</w:t>
        <w:br/>
        <w:t>vn -0.6307 -0.3569 0.6891</w:t>
        <w:br/>
        <w:t>vn -0.4672 0.0909 0.8795</w:t>
        <w:br/>
        <w:t>vn -0.6307 -0.3568 0.6891</w:t>
        <w:br/>
        <w:t>vn -0.1482 -0.8563 0.4948</w:t>
        <w:br/>
        <w:t>vn -0.3485 -0.7997 0.4890</w:t>
        <w:br/>
        <w:t>vn 0.0141 -0.0085 -0.9999</w:t>
        <w:br/>
        <w:t>vn -0.9613 -0.2729 0.0364</w:t>
        <w:br/>
        <w:t>vn -0.7221 -0.1637 0.6721</w:t>
        <w:br/>
        <w:t>vn -0.5000 0.0030 -0.8660</w:t>
        <w:br/>
        <w:t>vn 0.4281 -0.8975 0.1057</w:t>
        <w:br/>
        <w:t>vn 0.4280 -0.8976 0.1057</w:t>
        <w:br/>
        <w:t>vn 0.0001 -0.7198 -0.6942</w:t>
        <w:br/>
        <w:t>vn 0.2079 -0.4876 -0.8480</w:t>
        <w:br/>
        <w:t>vn 0.2153 -0.7222 -0.6573</w:t>
        <w:br/>
        <w:t>vn -0.4354 0.8995 0.0351</w:t>
        <w:br/>
        <w:t>vn -0.4634 0.8846 0.0528</w:t>
        <w:br/>
        <w:t>vn -0.4634 0.8846 0.0527</w:t>
        <w:br/>
        <w:t>vn 0.2264 -0.8334 -0.5041</w:t>
        <w:br/>
        <w:t>vn 0.0297 -0.8704 0.4914</w:t>
        <w:br/>
        <w:t>vn -0.0000 -0.8887 0.4584</w:t>
        <w:br/>
        <w:t>vn -0.4808 0.8659 0.1382</w:t>
        <w:br/>
        <w:t>vn -0.2125 0.1649 -0.9631</w:t>
        <w:br/>
        <w:t>vn 0.2825 -0.5323 -0.7980</w:t>
        <w:br/>
        <w:t>vn -0.0000 -0.4115 -0.9114</w:t>
        <w:br/>
        <w:t>vn 0.2628 -0.7247 -0.6370</w:t>
        <w:br/>
        <w:t>vn -0.4239 0.9048 0.0411</w:t>
        <w:br/>
        <w:t>vn -0.0166 0.2551 0.9668</w:t>
        <w:br/>
        <w:t>vn -0.7875 -0.3183 -0.5278</w:t>
        <w:br/>
        <w:t>vn -0.5513 -0.2652 -0.7910</w:t>
        <w:br/>
        <w:t>vn -0.5221 -0.4984 -0.6921</w:t>
        <w:br/>
        <w:t>vn -0.6666 -0.5127 -0.5410</w:t>
        <w:br/>
        <w:t>vn 0.2118 -0.1950 -0.9577</w:t>
        <w:br/>
        <w:t>vn -0.4010 -0.0328 -0.9155</w:t>
        <w:br/>
        <w:t>vn -0.6656 -0.1183 -0.7369</w:t>
        <w:br/>
        <w:t>vn -0.7888 -0.5075 -0.3468</w:t>
        <w:br/>
        <w:t>vn 0.1963 0.4798 0.8551</w:t>
        <w:br/>
        <w:t>vn 0.4582 0.5177 0.7226</w:t>
        <w:br/>
        <w:t>vn 0.3439 0.3484 0.8720</w:t>
        <w:br/>
        <w:t>vn -0.3680 -0.0471 -0.9286</w:t>
        <w:br/>
        <w:t>vn -0.4796 0.8145 0.3264</w:t>
        <w:br/>
        <w:t>vn -0.8667 0.3030 -0.3962</w:t>
        <w:br/>
        <w:t>vn -0.9279 -0.2844 -0.2411</w:t>
        <w:br/>
        <w:t>vn -0.9678 0.2334 -0.0943</w:t>
        <w:br/>
        <w:t>vn 0.5526 -0.7047 0.4450</w:t>
        <w:br/>
        <w:t>vn 0.5429 -0.7241 0.4253</w:t>
        <w:br/>
        <w:t>vn -0.9071 -0.2899 0.3052</w:t>
        <w:br/>
        <w:t>vn 0.6855 0.6028 0.4083</w:t>
        <w:br/>
        <w:t>vn 0.5260 0.5593 0.6408</w:t>
        <w:br/>
        <w:t>vn 0.7274 0.4645 0.5051</w:t>
        <w:br/>
        <w:t>vn -0.4037 0.0743 -0.9119</w:t>
        <w:br/>
        <w:t>vn 0.6311 0.6740 0.3839</w:t>
        <w:br/>
        <w:t>vn 0.1482 -0.8563 0.4948</w:t>
        <w:br/>
        <w:t>vn -0.0297 -0.8704 0.4914</w:t>
        <w:br/>
        <w:t>vn 0.0150 0.1671 -0.9858</w:t>
        <w:br/>
        <w:t>vn 0.8775 0.4567 -0.1463</w:t>
        <w:br/>
        <w:t>vn -0.6494 0.6159 -0.4460</w:t>
        <w:br/>
        <w:t>vn -0.4538 0.8349 -0.3114</w:t>
        <w:br/>
        <w:t>vn -0.8134 0.4331 -0.3882</w:t>
        <w:br/>
        <w:t>vn -0.4671 0.0910 0.8795</w:t>
        <w:br/>
        <w:t>vn 0.2853 0.5481 0.7863</w:t>
        <w:br/>
        <w:t>vn -0.1806 0.5148 0.8381</w:t>
        <w:br/>
        <w:t>vn -0.3152 0.2233 -0.9224</w:t>
        <w:br/>
        <w:t>vn -0.2027 0.2532 -0.9459</w:t>
        <w:br/>
        <w:t>vn 0.1345 0.6848 0.7162</w:t>
        <w:br/>
        <w:t>vn 0.2661 0.4788 0.8366</w:t>
        <w:br/>
        <w:t>vn -0.5724 0.7547 -0.3207</w:t>
        <w:br/>
        <w:t>vn -0.5724 0.7547 -0.3206</w:t>
        <w:br/>
        <w:t>vn -0.8591 -0.4900 0.1479</w:t>
        <w:br/>
        <w:t>vn -0.8247 -0.5230 0.2154</w:t>
        <w:br/>
        <w:t>vn 0.2250 0.0018 -0.9744</w:t>
        <w:br/>
        <w:t>vn 0.4993 -0.6621 -0.5589</w:t>
        <w:br/>
        <w:t>vn 0.4822 -0.7492 -0.4541</w:t>
        <w:br/>
        <w:t>vn 0.3569 0.3567 0.8634</w:t>
        <w:br/>
        <w:t>vn 0.5987 0.4203 0.6818</w:t>
        <w:br/>
        <w:t>vn 0.2853 0.5481 0.7862</w:t>
        <w:br/>
        <w:t>vn 0.0161 0.2466 0.9690</w:t>
        <w:br/>
        <w:t>vn -0.4591 0.7161 0.5257</w:t>
        <w:br/>
        <w:t>vn -0.4590 0.7162 0.5258</w:t>
        <w:br/>
        <w:t>vn 0.5619 -0.6846 0.4642</w:t>
        <w:br/>
        <w:t>vn 0.4873 -0.6953 -0.5283</w:t>
        <w:br/>
        <w:t>vn 0.4650 -0.7921 -0.3954</w:t>
        <w:br/>
        <w:t>vn 0.5095 -0.4721 -0.7194</w:t>
        <w:br/>
        <w:t>vn -0.9574 -0.2344 0.1686</w:t>
        <w:br/>
        <w:t>vn -0.9370 0.3388 -0.0855</w:t>
        <w:br/>
        <w:t>vn -0.6649 -0.7427 -0.0787</w:t>
        <w:br/>
        <w:t>vn -0.8305 -0.5428 -0.1247</w:t>
        <w:br/>
        <w:t>vn -0.8431 0.1626 -0.5126</w:t>
        <w:br/>
        <w:t>vn -0.6344 -0.4385 -0.6365</w:t>
        <w:br/>
        <w:t>vn -0.4743 -0.0361 -0.8796</w:t>
        <w:br/>
        <w:t>vn -0.5047 -0.0193 -0.8631</w:t>
        <w:br/>
        <w:t>vn -0.6806 -0.0234 -0.7323</w:t>
        <w:br/>
        <w:t>vn -0.6523 -0.0218 -0.7577</w:t>
        <w:br/>
        <w:t>vn -0.8400 -0.2059 0.5020</w:t>
        <w:br/>
        <w:t>vn -0.4131 -0.8677 -0.2767</w:t>
        <w:br/>
        <w:t>vn -0.3714 -0.9200 0.1248</w:t>
        <w:br/>
        <w:t>vn -0.4685 -0.8708 0.1490</w:t>
        <w:br/>
        <w:t>vn -0.6805 -0.0234 -0.7323</w:t>
        <w:br/>
        <w:t>vn 0.3485 -0.7997 0.4890</w:t>
        <w:br/>
        <w:t>vn 0.0662 -0.8462 0.5288</w:t>
        <w:br/>
        <w:t>vn 0.1072 -0.8058 0.5824</w:t>
        <w:br/>
        <w:t>vn 0.4913 -0.1738 -0.8535</w:t>
        <w:br/>
        <w:t>vn -0.0000 0.4705 0.8824</w:t>
        <w:br/>
        <w:t>vn 0.0000 0.1493 0.9888</w:t>
        <w:br/>
        <w:t>vn -0.6222 -0.7540 0.2106</w:t>
        <w:br/>
        <w:t>vn -0.9237 -0.3722 -0.0914</w:t>
        <w:br/>
        <w:t>vn 0.0000 0.7341 0.6791</w:t>
        <w:br/>
        <w:t>vn -0.6399 0.6959 -0.3258</w:t>
        <w:br/>
        <w:t>vn -0.5089 0.8562 -0.0888</w:t>
        <w:br/>
        <w:t>vn -0.8199 -0.1748 0.5452</w:t>
        <w:br/>
        <w:t>vn -0.8918 -0.3259 0.3137</w:t>
        <w:br/>
        <w:t>vn -0.6868 0.2513 -0.6821</w:t>
        <w:br/>
        <w:t>vn -0.6120 0.2195 -0.7598</w:t>
        <w:br/>
        <w:t>vn 0.6855 -0.6241 -0.3748</w:t>
        <w:br/>
        <w:t>vn 0.6279 -0.6936 -0.3531</w:t>
        <w:br/>
        <w:t>vn -0.4439 0.6659 0.5996</w:t>
        <w:br/>
        <w:t>vn 0.2168 0.1687 -0.9615</w:t>
        <w:br/>
        <w:t>vn -0.0161 0.2466 0.9690</w:t>
        <w:br/>
        <w:t>vn -0.2661 0.4788 0.8366</w:t>
        <w:br/>
        <w:t>vn 0.4645 0.0240 -0.8853</w:t>
        <w:br/>
        <w:t>vn -0.4374 0.8942 -0.0948</w:t>
        <w:br/>
        <w:t>vn -0.3507 -0.2107 -0.9125</w:t>
        <w:br/>
        <w:t>vn -0.0821 0.3516 -0.9326</w:t>
        <w:br/>
        <w:t>vn -0.9273 0.1712 0.3328</w:t>
        <w:br/>
        <w:t>vn -0.9341 0.2617 0.2430</w:t>
        <w:br/>
        <w:t>vn -0.7677 0.5270 -0.3647</w:t>
        <w:br/>
        <w:t>vn -0.7676 0.5270 -0.3647</w:t>
        <w:br/>
        <w:t>vn -0.5968 0.4490 -0.6651</w:t>
        <w:br/>
        <w:t>vn -0.6174 0.6225 -0.4810</w:t>
        <w:br/>
        <w:t>vn 0.6237 -0.7381 -0.2575</w:t>
        <w:br/>
        <w:t>vn -0.8060 -0.5448 -0.2313</w:t>
        <w:br/>
        <w:t>vn -0.8507 -0.4648 -0.2454</w:t>
        <w:br/>
        <w:t>vn -0.6829 -0.2710 -0.6784</w:t>
        <w:br/>
        <w:t>vn -0.6867 0.2512 -0.6821</w:t>
        <w:br/>
        <w:t>vn -0.0024 -0.1979 -0.9802</w:t>
        <w:br/>
        <w:t>vn -0.2285 -0.2534 -0.9400</w:t>
        <w:br/>
        <w:t>vn -0.2658 -0.5464 -0.7942</w:t>
        <w:br/>
        <w:t>vn -0.8140 -0.0363 0.5797</w:t>
        <w:br/>
        <w:t>vn -0.3227 0.7961 -0.5120</w:t>
        <w:br/>
        <w:t>vn -0.4671 0.1040 -0.8781</w:t>
        <w:br/>
        <w:t>vn -0.7314 0.0602 -0.6793</w:t>
        <w:br/>
        <w:t>vn -0.0936 -0.7851 0.6123</w:t>
        <w:br/>
        <w:t>vn -0.3569 0.3567 0.8634</w:t>
        <w:br/>
        <w:t>vn -0.9480 0.2492 -0.1978</w:t>
        <w:br/>
        <w:t>vn -0.7965 0.3132 -0.5172</w:t>
        <w:br/>
        <w:t>vn -0.8578 -0.1120 -0.5016</w:t>
        <w:br/>
        <w:t>vn 0.5578 -0.7241 -0.4056</w:t>
        <w:br/>
        <w:t>vn -0.1344 0.6848 0.7162</w:t>
        <w:br/>
        <w:t>vn -0.1352 0.0488 -0.9896</w:t>
        <w:br/>
        <w:t>vn 0.1916 0.6660 -0.7209</w:t>
        <w:br/>
        <w:t>vn 0.4162 0.2436 -0.8760</w:t>
        <w:br/>
        <w:t>vn -0.1308 -0.8394 0.5276</w:t>
        <w:br/>
        <w:t>vn -0.1308 -0.8393 0.5276</w:t>
        <w:br/>
        <w:t>vn -0.0869 0.1549 -0.9841</w:t>
        <w:br/>
        <w:t>vn -0.2537 0.3306 -0.9090</w:t>
        <w:br/>
        <w:t>vn -0.1936 -0.2176 -0.9567</w:t>
        <w:br/>
        <w:t>vn -0.7451 -0.6346 0.2055</w:t>
        <w:br/>
        <w:t>vn -0.7810 -0.5819 0.2266</w:t>
        <w:br/>
        <w:t>vn 0.6966 -0.6237 -0.3545</w:t>
        <w:br/>
        <w:t>vn 0.5590 -0.6167 -0.5543</w:t>
        <w:br/>
        <w:t>vn -0.5987 0.4203 0.6818</w:t>
        <w:br/>
        <w:t>vn 0.4193 0.1618 -0.8933</w:t>
        <w:br/>
        <w:t>vn 0.2152 0.2394 -0.9468</w:t>
        <w:br/>
        <w:t>vn -0.0186 0.5484 -0.8360</w:t>
        <w:br/>
        <w:t>vn 0.7224 -0.4288 -0.5424</w:t>
        <w:br/>
        <w:t>vn 0.1955 -0.4407 -0.8761</w:t>
        <w:br/>
        <w:t>vn 0.2202 -0.0902 -0.9713</w:t>
        <w:br/>
        <w:t>vn 0.1245 0.8744 -0.4689</w:t>
        <w:br/>
        <w:t>vn 0.1623 0.9405 -0.2984</w:t>
        <w:br/>
        <w:t>vn 0.7053 -0.6228 -0.3386</w:t>
        <w:br/>
        <w:t>vn -0.4245 -0.8487 0.3155</w:t>
        <w:br/>
        <w:t>vn -0.4244 -0.8487 0.3155</w:t>
        <w:br/>
        <w:t>vn 0.1180 -0.9926 -0.0276</w:t>
        <w:br/>
        <w:t>vn -0.0233 -0.9997 -0.0080</w:t>
        <w:br/>
        <w:t>vn 0.0174 -0.8257 -0.5639</w:t>
        <w:br/>
        <w:t>vn 0.2521 -0.8583 -0.4470</w:t>
        <w:br/>
        <w:t>vn -0.2853 0.5481 0.7862</w:t>
        <w:br/>
        <w:t>vn -0.4623 0.6237 0.6302</w:t>
        <w:br/>
        <w:t>vn -0.7913 -0.3712 0.4858</w:t>
        <w:br/>
        <w:t>vn -0.9766 -0.1872 -0.1058</w:t>
        <w:br/>
        <w:t>vn -0.9238 0.1181 -0.3642</w:t>
        <w:br/>
        <w:t>vn -0.8458 0.1128 0.5215</w:t>
        <w:br/>
        <w:t>vn 0.6655 -0.1777 -0.7249</w:t>
        <w:br/>
        <w:t>vn -0.9678 0.1958 0.1581</w:t>
        <w:br/>
        <w:t>vn 0.4671 0.0910 0.8795</w:t>
        <w:br/>
        <w:t>vn 0.6307 -0.3569 0.6891</w:t>
        <w:br/>
        <w:t>vn 0.6307 -0.3568 0.6891</w:t>
        <w:br/>
        <w:t>vn -0.7446 -0.1311 0.6546</w:t>
        <w:br/>
        <w:t>vn -0.7681 -0.0709 0.6363</w:t>
        <w:br/>
        <w:t>vn 0.6277 -0.7514 -0.2032</w:t>
        <w:br/>
        <w:t>vn 0.7370 -0.6507 -0.1829</w:t>
        <w:br/>
        <w:t>vn -0.4443 0.6183 -0.6483</w:t>
        <w:br/>
        <w:t>vn -0.5260 0.5593 0.6408</w:t>
        <w:br/>
        <w:t>vn 0.2190 0.8816 -0.4181</w:t>
        <w:br/>
        <w:t>vn 0.1786 0.9443 -0.2765</w:t>
        <w:br/>
        <w:t>vn -0.3215 0.8693 -0.3755</w:t>
        <w:br/>
        <w:t>vn 0.5596 0.0134 -0.8287</w:t>
        <w:br/>
        <w:t>vn 0.4672 0.0910 0.8795</w:t>
        <w:br/>
        <w:t>vn -0.7747 0.6247 -0.0976</w:t>
        <w:br/>
        <w:t>vn -0.5593 0.6863 -0.4650</w:t>
        <w:br/>
        <w:t>vn -0.1915 0.9382 -0.2883</w:t>
        <w:br/>
        <w:t>vn -0.3091 0.9484 -0.0708</w:t>
        <w:br/>
        <w:t>vn -0.3220 0.9037 -0.2823</w:t>
        <w:br/>
        <w:t>vn -0.4281 -0.8975 0.1057</w:t>
        <w:br/>
        <w:t>vn -0.4280 -0.8976 0.1057</w:t>
        <w:br/>
        <w:t>vn -0.4281 -0.8975 0.1058</w:t>
        <w:br/>
        <w:t>vn 0.6167 -0.7867 0.0283</w:t>
        <w:br/>
        <w:t>vn -0.7612 0.6470 0.0439</w:t>
        <w:br/>
        <w:t>vn -0.8775 0.4567 -0.1462</w:t>
        <w:br/>
        <w:t>vn 0.0327 0.4219 -0.9061</w:t>
        <w:br/>
        <w:t>vn 0.4851 0.2698 -0.8318</w:t>
        <w:br/>
        <w:t>vn 0.5038 0.0177 -0.8636</w:t>
        <w:br/>
        <w:t>vn 0.4384 -0.4453 -0.7807</w:t>
        <w:br/>
        <w:t>vn 0.0946 0.7806 -0.6179</w:t>
        <w:br/>
        <w:t>vn -0.0310 0.8550 -0.5176</w:t>
        <w:br/>
        <w:t>vn 0.3259 0.6542 -0.6825</w:t>
        <w:br/>
        <w:t>vn 0.4672 0.3605 -0.8073</w:t>
        <w:br/>
        <w:t>vn 0.0211 0.9645 -0.2631</w:t>
        <w:br/>
        <w:t>vn 0.8648 -0.4655 -0.1880</w:t>
        <w:br/>
        <w:t>vn -0.6945 0.7152 -0.0786</w:t>
        <w:br/>
        <w:t>vn -0.2225 0.9046 -0.3635</w:t>
        <w:br/>
        <w:t>vn -0.6102 0.1244 -0.7824</w:t>
        <w:br/>
        <w:t>vn -0.5988 0.2719 -0.7533</w:t>
        <w:br/>
        <w:t>vn 0.0753 0.0686 -0.9948</w:t>
        <w:br/>
        <w:t>vn 0.0582 -0.0167 -0.9982</w:t>
        <w:br/>
        <w:t>vn 0.5229 0.1181 -0.8442</w:t>
        <w:br/>
        <w:t>vn -0.8244 0.5240 0.2138</w:t>
        <w:br/>
        <w:t>vn -0.8591 0.1322 0.4945</w:t>
        <w:br/>
        <w:t>vn -0.0006 0.9819 -0.1896</w:t>
        <w:br/>
        <w:t>vn 0.3076 0.6199 -0.7219</w:t>
        <w:br/>
        <w:t>vn 0.3493 0.7170 -0.6033</w:t>
        <w:br/>
        <w:t>vn -0.1963 0.4798 0.8552</w:t>
        <w:br/>
        <w:t>vn -0.4582 0.5177 0.7226</w:t>
        <w:br/>
        <w:t>vn -0.1291 0.4552 0.8810</w:t>
        <w:br/>
        <w:t>vn -0.7612 0.6471 0.0438</w:t>
        <w:br/>
        <w:t>vn -0.7871 0.0341 0.6159</w:t>
        <w:br/>
        <w:t>vn -0.9611 0.2095 -0.1803</w:t>
        <w:br/>
        <w:t>vn 0.7171 -0.6942 -0.0619</w:t>
        <w:br/>
        <w:t>vn 0.6345 -0.3173 0.7048</w:t>
        <w:br/>
        <w:t>vn 0.4642 -0.7032 0.5385</w:t>
        <w:br/>
        <w:t>vn -0.5957 0.3383 0.7285</w:t>
        <w:br/>
        <w:t>vn 0.8463 -0.3394 -0.4105</w:t>
        <w:br/>
        <w:t>vn 0.1881 0.7219 -0.6659</w:t>
        <w:br/>
        <w:t>vn 0.3046 -0.0134 -0.9524</w:t>
        <w:br/>
        <w:t>vn 0.2976 -0.1138 -0.9479</w:t>
        <w:br/>
        <w:t>vn 0.8593 -0.4685 -0.2053</w:t>
        <w:br/>
        <w:t>vn -0.8618 0.4623 -0.2088</w:t>
        <w:br/>
        <w:t>vn -0.7523 0.3850 -0.5346</w:t>
        <w:br/>
        <w:t>vn 0.4661 0.0003 -0.8848</w:t>
        <w:br/>
        <w:t>vn -0.3439 0.3484 0.8720</w:t>
        <w:br/>
        <w:t>vn 0.7701 -0.1694 -0.6150</w:t>
        <w:br/>
        <w:t>vn -0.9216 0.3723 -0.1101</w:t>
        <w:br/>
        <w:t>vn -0.9610 0.2095 -0.1803</w:t>
        <w:br/>
        <w:t>vn -0.7335 0.6754 0.0754</w:t>
        <w:br/>
        <w:t>vn 0.1920 0.4646 -0.8645</w:t>
        <w:br/>
        <w:t>vn 0.6036 0.0008 -0.7973</w:t>
        <w:br/>
        <w:t>vn -0.7999 0.0941 0.5928</w:t>
        <w:br/>
        <w:t>vn -0.6991 0.3161 -0.6414</w:t>
        <w:br/>
        <w:t>vn -0.6211 0.4013 -0.6732</w:t>
        <w:br/>
        <w:t>vn -0.6007 0.5811 -0.5490</w:t>
        <w:br/>
        <w:t>vn -0.7249 0.4441 -0.5266</w:t>
        <w:br/>
        <w:t>vn -0.5973 0.7995 0.0629</w:t>
        <w:br/>
        <w:t>vn -0.2850 0.9571 0.0523</w:t>
        <w:br/>
        <w:t>vn -0.7336 0.6754 0.0754</w:t>
        <w:br/>
        <w:t>vn -0.9265 0.3618 0.1037</w:t>
        <w:br/>
        <w:t>vn 0.1897 -0.8102 -0.5546</w:t>
        <w:br/>
        <w:t>vn 0.3337 -0.8909 -0.3082</w:t>
        <w:br/>
        <w:t>vn 0.1365 -0.9841 -0.1139</w:t>
        <w:br/>
        <w:t>vn 0.1188 -0.9712 -0.2067</w:t>
        <w:br/>
        <w:t>vn -0.7673 0.4042 0.4979</w:t>
        <w:br/>
        <w:t>vn 0.4403 0.4744 -0.7623</w:t>
        <w:br/>
        <w:t>vn -0.6531 0.6138 -0.4435</w:t>
        <w:br/>
        <w:t>vn -0.8678 0.4579 -0.1929</w:t>
        <w:br/>
        <w:t>vn -0.6849 0.5353 -0.4943</w:t>
        <w:br/>
        <w:t>vn -0.1965 0.7173 -0.6685</w:t>
        <w:br/>
        <w:t>vn -0.3331 0.7063 -0.6246</w:t>
        <w:br/>
        <w:t>vn 0.6897 0.0638 -0.7213</w:t>
        <w:br/>
        <w:t>vn -0.8927 0.2368 0.3833</w:t>
        <w:br/>
        <w:t>vn 0.6756 -0.7169 -0.1724</w:t>
        <w:br/>
        <w:t>vn 0.5074 -0.8354 0.2112</w:t>
        <w:br/>
        <w:t>vn -0.9395 0.3054 0.1551</w:t>
        <w:br/>
        <w:t>vn 0.3536 0.0450 -0.9343</w:t>
        <w:br/>
        <w:t>vn 0.3678 0.4760 -0.7988</w:t>
        <w:br/>
        <w:t>vn -0.8224 0.2019 0.5319</w:t>
        <w:br/>
        <w:t>vn 0.5129 -0.0360 -0.8577</w:t>
        <w:br/>
        <w:t>vn 0.7291 0.1162 -0.6745</w:t>
        <w:br/>
        <w:t>vn 0.8608 -0.0811 -0.5024</w:t>
        <w:br/>
        <w:t>vn 0.7221 -0.1637 0.6721</w:t>
        <w:br/>
        <w:t>vn -0.9077 0.1673 0.3849</w:t>
        <w:br/>
        <w:t>vn -0.8826 0.2718 0.3835</w:t>
        <w:br/>
        <w:t>vn -0.9048 0.3663 0.2170</w:t>
        <w:br/>
        <w:t>vn 0.5230 0.7669 -0.3719</w:t>
        <w:br/>
        <w:t>vn 0.5288 0.6540 -0.5411</w:t>
        <w:br/>
        <w:t>vn -0.8114 0.5840 -0.0225</w:t>
        <w:br/>
        <w:t>vn 0.1763 0.7935 -0.5824</w:t>
        <w:br/>
        <w:t>vn -0.9244 0.0954 0.3694</w:t>
        <w:br/>
        <w:t>vn 0.7157 -0.4114 -0.5643</w:t>
        <w:br/>
        <w:t>vn 0.9319 -0.2418 -0.2704</w:t>
        <w:br/>
        <w:t>vn 0.0944 0.9374 -0.3351</w:t>
        <w:br/>
        <w:t>vn 0.2166 0.8180 -0.5329</w:t>
        <w:br/>
        <w:t>vn -0.6909 0.7018 0.1736</w:t>
        <w:br/>
        <w:t>vn -0.5556 0.8236 -0.1142</w:t>
        <w:br/>
        <w:t>vn -0.1127 -0.0168 -0.9935</w:t>
        <w:br/>
        <w:t>vn -0.6161 0.0987 -0.7815</w:t>
        <w:br/>
        <w:t>vn -0.7396 0.0104 -0.6730</w:t>
        <w:br/>
        <w:t>vn -0.5873 0.0958 -0.8037</w:t>
        <w:br/>
        <w:t>vn 0.4818 0.8744 0.0573</w:t>
        <w:br/>
        <w:t>vn 0.4919 0.8675 0.0734</w:t>
        <w:br/>
        <w:t>vn 0.9408 -0.3389 0.0044</w:t>
        <w:br/>
        <w:t>vn 0.6113 -0.3046 -0.7304</w:t>
        <w:br/>
        <w:t>vn 0.5436 -0.5180 -0.6604</w:t>
        <w:br/>
        <w:t>vn 0.6437 0.6643 -0.3800</w:t>
        <w:br/>
        <w:t>vn 0.5227 0.8315 -0.1883</w:t>
        <w:br/>
        <w:t>vn 0.8904 -0.0188 -0.4548</w:t>
        <w:br/>
        <w:t>vn -0.3789 0.9095 -0.1711</w:t>
        <w:br/>
        <w:t>vn 0.0898 0.5012 -0.8607</w:t>
        <w:br/>
        <w:t>vn -0.1324 0.9576 0.2559</w:t>
        <w:br/>
        <w:t>vn 0.0898 0.5012 -0.8606</w:t>
        <w:br/>
        <w:t>vn -0.5526 -0.7047 0.4450</w:t>
        <w:br/>
        <w:t>vn -0.5429 -0.7241 0.4253</w:t>
        <w:br/>
        <w:t>vn 0.8246 -0.5231 0.2154</w:t>
        <w:br/>
        <w:t>vn 0.9124 -0.3923 0.1168</w:t>
        <w:br/>
        <w:t>vn 0.4696 0.7169 -0.5153</w:t>
        <w:br/>
        <w:t>vn 0.4478 0.0359 -0.8934</w:t>
        <w:br/>
        <w:t>vn -0.2395 0.2199 -0.9457</w:t>
        <w:br/>
        <w:t>vn 0.4689 0.6831 -0.5600</w:t>
        <w:br/>
        <w:t>vn -0.7228 0.4762 0.5008</w:t>
        <w:br/>
        <w:t>vn -0.1451 -0.2059 -0.9677</w:t>
        <w:br/>
        <w:t>vn -0.2646 0.1284 -0.9558</w:t>
        <w:br/>
        <w:t>vn -0.1667 0.2249 -0.9600</w:t>
        <w:br/>
        <w:t>vn -0.0547 -0.1006 -0.9934</w:t>
        <w:br/>
        <w:t>vn 0.6252 0.4150 -0.6610</w:t>
        <w:br/>
        <w:t>vn 0.5891 0.3856 -0.7101</w:t>
        <w:br/>
        <w:t>vn 0.7420 0.6278 -0.2352</w:t>
        <w:br/>
        <w:t>vn 0.6576 0.3716 -0.6553</w:t>
        <w:br/>
        <w:t>vn 0.1802 0.9622 -0.2042</w:t>
        <w:br/>
        <w:t>vn 0.2946 0.8666 -0.4027</w:t>
        <w:br/>
        <w:t>vn 0.4169 -0.0191 -0.9087</w:t>
        <w:br/>
        <w:t>vn 0.7119 -0.1145 -0.6929</w:t>
        <w:br/>
        <w:t>vn 0.0899 0.5012 -0.8607</w:t>
        <w:br/>
        <w:t>vn 0.3709 0.2056 -0.9056</w:t>
        <w:br/>
        <w:t>vn 0.4761 0.8774 0.0590</w:t>
        <w:br/>
        <w:t>vn -0.6837 0.3756 0.6256</w:t>
        <w:br/>
        <w:t>vn -0.5619 -0.6846 0.4642</w:t>
        <w:br/>
        <w:t>vn -0.5077 0.6825 -0.5258</w:t>
        <w:br/>
        <w:t>vn -0.4084 0.7446 -0.5279</w:t>
        <w:br/>
        <w:t>vn 0.7827 0.1515 -0.6037</w:t>
        <w:br/>
        <w:t>vn 0.9330 -0.1481 -0.3280</w:t>
        <w:br/>
        <w:t>vn 0.7448 -0.3114 -0.5902</w:t>
        <w:br/>
        <w:t>vn 0.7244 0.3729 -0.5798</w:t>
        <w:br/>
        <w:t>vn -0.3900 0.8760 -0.2838</w:t>
        <w:br/>
        <w:t>vn -0.4032 0.8531 -0.3311</w:t>
        <w:br/>
        <w:t>vn -0.2870 0.8246 -0.4874</w:t>
        <w:br/>
        <w:t>vn -0.3098 0.8157 -0.4886</w:t>
        <w:br/>
        <w:t>vn -0.4647 -0.2514 -0.8490</w:t>
        <w:br/>
        <w:t>vn -0.4406 -0.5423 -0.7154</w:t>
        <w:br/>
        <w:t>vn -0.6897 -0.4737 -0.5477</w:t>
        <w:br/>
        <w:t>vn 0.6993 0.4325 -0.5692</w:t>
        <w:br/>
        <w:t>vn 0.5067 0.8027 -0.3146</w:t>
        <w:br/>
        <w:t>vn -0.4585 0.3686 -0.8086</w:t>
        <w:br/>
        <w:t>vn 0.0899 0.5012 -0.8606</w:t>
        <w:br/>
        <w:t>vn 0.2550 0.3886 -0.8854</w:t>
        <w:br/>
        <w:t>vn 0.8425 0.3708 -0.3908</w:t>
        <w:br/>
        <w:t>vn 0.6566 -0.5142 -0.5518</w:t>
        <w:br/>
        <w:t>vn -0.8121 0.0413 -0.5821</w:t>
        <w:br/>
        <w:t>vn -0.0706 0.0439 -0.9965</w:t>
        <w:br/>
        <w:t>vn -0.3702 0.7059 -0.6039</w:t>
        <w:br/>
        <w:t>vn -0.9786 -0.1274 -0.1619</w:t>
        <w:br/>
        <w:t>vn -0.8121 0.0412 -0.5821</w:t>
        <w:br/>
        <w:t>vn -0.7737 0.5883 0.2350</w:t>
        <w:br/>
        <w:t>vn -0.6465 0.0081 -0.7628</w:t>
        <w:br/>
        <w:t>vn -0.7352 -0.3055 -0.6051</w:t>
        <w:br/>
        <w:t>vn -0.0069 0.7778 0.6285</w:t>
        <w:br/>
        <w:t>vn -0.1324 0.9576 0.2558</w:t>
        <w:br/>
        <w:t>vn -0.2626 0.3536 -0.8978</w:t>
        <w:br/>
        <w:t>vn -0.1331 -0.1131 -0.9846</w:t>
        <w:br/>
        <w:t>vn -0.0730 -0.3702 -0.9261</w:t>
        <w:br/>
        <w:t>vn 0.3861 -0.1755 -0.9056</w:t>
        <w:br/>
        <w:t>vn -0.4257 0.6591 -0.6200</w:t>
        <w:br/>
        <w:t>vn 0.9540 -0.1697 -0.2472</w:t>
        <w:br/>
        <w:t>vn 0.1729 0.5301 -0.8302</w:t>
        <w:br/>
        <w:t>vn 0.4042 -0.1917 -0.8944</w:t>
        <w:br/>
        <w:t>vn -0.5023 0.7493 -0.4315</w:t>
        <w:br/>
        <w:t>vn -0.4933 0.8666 -0.0758</w:t>
        <w:br/>
        <w:t>vn -0.5732 0.7887 0.2223</w:t>
        <w:br/>
        <w:t>vn 0.9721 0.0394 0.2314</w:t>
        <w:br/>
        <w:t>vn 0.9264 0.3582 0.1165</w:t>
        <w:br/>
        <w:t>vn 0.5486 0.4034 -0.7323</w:t>
        <w:br/>
        <w:t>vn -0.4276 0.4623 -0.7768</w:t>
        <w:br/>
        <w:t>vn -0.0695 0.8559 -0.5124</w:t>
        <w:br/>
        <w:t>vn 0.7333 0.1896 -0.6530</w:t>
        <w:br/>
        <w:t>vn 0.8833 -0.4061 0.2344</w:t>
        <w:br/>
        <w:t>vn 0.6230 0.7708 -0.1335</w:t>
        <w:br/>
        <w:t>vn 0.5845 0.6482 -0.4881</w:t>
        <w:br/>
        <w:t>vn 0.7093 0.5116 -0.4849</w:t>
        <w:br/>
        <w:t>vn 0.6654 0.1681 -0.7273</w:t>
        <w:br/>
        <w:t>vn 0.1305 -0.5577 -0.8197</w:t>
        <w:br/>
        <w:t>vn 0.5201 -0.5665 -0.6392</w:t>
        <w:br/>
        <w:t>vn 0.5389 -0.7077 -0.4569</w:t>
        <w:br/>
        <w:t>vn 0.1695 -0.6449 -0.7453</w:t>
        <w:br/>
        <w:t>vn -0.0849 -0.4097 0.9083</w:t>
        <w:br/>
        <w:t>vn -0.0849 -0.4097 0.9082</w:t>
        <w:br/>
        <w:t>vn -0.1263 -0.5134 0.8488</w:t>
        <w:br/>
        <w:t>vn 0.8048 -0.3155 -0.5027</w:t>
        <w:br/>
        <w:t>vn 0.4814 0.8655 0.1384</w:t>
        <w:br/>
        <w:t>vn 0.4814 0.8655 0.1383</w:t>
        <w:br/>
        <w:t>vn 0.9613 -0.2733 0.0356</w:t>
        <w:br/>
        <w:t>vn 0.5318 -0.2086 -0.8208</w:t>
        <w:br/>
        <w:t>vn 0.0363 -0.3538 -0.9346</w:t>
        <w:br/>
        <w:t>vn -0.1228 -0.1739 -0.9771</w:t>
        <w:br/>
        <w:t>vn 0.1968 0.0525 -0.9790</w:t>
        <w:br/>
        <w:t>vn 0.7906 0.2203 0.5713</w:t>
        <w:br/>
        <w:t>vn 0.7444 0.3646 0.5595</w:t>
        <w:br/>
        <w:t>vn -0.5954 0.6053 0.5284</w:t>
        <w:br/>
        <w:t>vn 0.4080 0.7113 -0.5724</w:t>
        <w:br/>
        <w:t>vn -0.1801 0.7730 -0.6083</w:t>
        <w:br/>
        <w:t>vn 0.4177 0.4405 -0.7947</w:t>
        <w:br/>
        <w:t>vn 0.0377 0.9677 -0.2494</w:t>
        <w:br/>
        <w:t>vn 0.0029 0.9993 -0.0385</w:t>
        <w:br/>
        <w:t>vn 0.8727 0.2938 -0.3899</w:t>
        <w:br/>
        <w:t>vn 0.8060 0.4949 -0.3248</w:t>
        <w:br/>
        <w:t>vn 0.7961 0.0385 0.6039</w:t>
        <w:br/>
        <w:t>vn 0.9032 -0.2697 0.3338</w:t>
        <w:br/>
        <w:t>vn 0.2906 0.7707 0.5671</w:t>
        <w:br/>
        <w:t>vn 0.2905 0.7707 0.5671</w:t>
        <w:br/>
        <w:t>vn 0.8118 -0.0580 -0.5810</w:t>
        <w:br/>
        <w:t>vn -0.5826 0.4752 0.6593</w:t>
        <w:br/>
        <w:t>vn 0.9278 -0.2841 -0.2417</w:t>
        <w:br/>
        <w:t>vn 0.7897 -0.5065 -0.3463</w:t>
        <w:br/>
        <w:t>vn 0.5984 0.6016 0.5291</w:t>
        <w:br/>
        <w:t>vn 0.5984 0.6016 0.5292</w:t>
        <w:br/>
        <w:t>vn 0.8582 -0.1104 -0.5012</w:t>
        <w:br/>
        <w:t>vn -0.3567 -0.0875 -0.9301</w:t>
        <w:br/>
        <w:t>vn -0.3476 -0.3147 -0.8833</w:t>
        <w:br/>
        <w:t>vn -0.3868 0.3874 -0.8368</w:t>
        <w:br/>
        <w:t>vn -0.1162 0.4166 -0.9016</w:t>
        <w:br/>
        <w:t>vn -0.9309 0.3645 -0.0245</w:t>
        <w:br/>
        <w:t>vn 0.4796 0.8145 0.3264</w:t>
        <w:br/>
        <w:t>vn -0.3256 0.9419 -0.0819</w:t>
        <w:br/>
        <w:t>vn -0.4218 0.8731 0.2444</w:t>
        <w:br/>
        <w:t>vn -0.2200 0.1247 -0.9675</w:t>
        <w:br/>
        <w:t>vn -0.3504 -0.1650 -0.9220</w:t>
        <w:br/>
        <w:t>vn -0.4855 0.8711 0.0742</w:t>
        <w:br/>
        <w:t>vn -0.6574 0.5292 0.5365</w:t>
        <w:br/>
        <w:t>vn -0.4857 0.5827 0.6516</w:t>
        <w:br/>
        <w:t>vn -0.3048 0.3874 -0.8701</w:t>
        <w:br/>
        <w:t>vn 0.1408 -0.3601 -0.9222</w:t>
        <w:br/>
        <w:t>vn -0.0419 -0.4032 0.9141</w:t>
        <w:br/>
        <w:t>vn -0.0908 -0.4751 0.8752</w:t>
        <w:br/>
        <w:t>vn 0.5987 -0.0025 -0.8010</w:t>
        <w:br/>
        <w:t>vn 0.4590 0.7161 0.5258</w:t>
        <w:br/>
        <w:t>vn 0.9552 0.2877 -0.0690</w:t>
        <w:br/>
        <w:t>vn 0.0923 0.5946 -0.7987</w:t>
        <w:br/>
        <w:t>vn -0.6022 0.7361 0.3089</w:t>
        <w:br/>
        <w:t>vn -0.3815 0.8931 -0.2383</w:t>
        <w:br/>
        <w:t>vn 0.0634 0.7298 -0.6807</w:t>
        <w:br/>
        <w:t>vn 0.8787 -0.4672 -0.0980</w:t>
        <w:br/>
        <w:t>vn 0.6652 0.4970 -0.5572</w:t>
        <w:br/>
        <w:t>vn 0.9134 0.1914 -0.3592</w:t>
        <w:br/>
        <w:t>vn -0.2960 0.8018 -0.5191</w:t>
        <w:br/>
        <w:t>vn -0.4662 0.6995 0.5417</w:t>
        <w:br/>
        <w:t>vn 0.7046 0.3506 -0.6169</w:t>
        <w:br/>
        <w:t>vn 0.7968 0.3274 -0.5079</w:t>
        <w:br/>
        <w:t>vn 0.0752 -0.3064 -0.9489</w:t>
        <w:br/>
        <w:t>vn -0.2870 0.9230 -0.2563</w:t>
        <w:br/>
        <w:t>vn 0.8199 -0.1748 0.5452</w:t>
        <w:br/>
        <w:t>vn 0.8918 -0.3259 0.3137</w:t>
        <w:br/>
        <w:t>vn 0.9574 -0.2344 0.1686</w:t>
        <w:br/>
        <w:t>vn 0.7446 -0.1311 0.6546</w:t>
        <w:br/>
        <w:t>vn 0.0111 -0.6397 -0.7685</w:t>
        <w:br/>
        <w:t>vn 0.0062 -0.0695 -0.9976</w:t>
        <w:br/>
        <w:t>vn 0.9325 0.3494 -0.0910</w:t>
        <w:br/>
        <w:t>vn -0.4749 0.5540 0.6838</w:t>
        <w:br/>
        <w:t>vn 0.0900 0.8936 -0.4398</w:t>
        <w:br/>
        <w:t>vn -0.1798 0.9830 0.0361</w:t>
        <w:br/>
        <w:t>vn -0.0936 0.9954 -0.0218</w:t>
        <w:br/>
        <w:t>vn -0.1700 0.9528 0.2514</w:t>
        <w:br/>
        <w:t>vn 0.2062 0.9415 0.2665</w:t>
        <w:br/>
        <w:t>vn -0.0560 -0.1219 -0.9910</w:t>
        <w:br/>
        <w:t>vn 0.6551 0.6659 -0.3569</w:t>
        <w:br/>
        <w:t>vn 0.8327 0.5283 0.1660</w:t>
        <w:br/>
        <w:t>vn 0.9503 0.2397 -0.1988</w:t>
        <w:br/>
        <w:t>vn 0.9280 0.1616 0.3358</w:t>
        <w:br/>
        <w:t>vn 0.8140 -0.0363 0.5797</w:t>
        <w:br/>
        <w:t>vn 0.9250 0.3189 0.2064</w:t>
        <w:br/>
        <w:t>vn -0.2458 0.7911 0.5602</w:t>
        <w:br/>
        <w:t>vn 0.2355 0.8921 -0.3856</w:t>
        <w:br/>
        <w:t>vn -0.0384 0.8796 0.4742</w:t>
        <w:br/>
        <w:t>vn 0.7681 -0.0709 0.6363</w:t>
        <w:br/>
        <w:t>vn -0.2745 0.0125 0.9615</w:t>
        <w:br/>
        <w:t>vn -0.3760 -0.1382 0.9163</w:t>
        <w:br/>
        <w:t>vn -0.2759 -0.4278 0.8607</w:t>
        <w:br/>
        <w:t>vn -0.1642 -0.3633 0.9171</w:t>
        <w:br/>
        <w:t>vn -0.0570 0.9816 0.1823</w:t>
        <w:br/>
        <w:t>vn -0.3178 0.6881 0.6523</w:t>
        <w:br/>
        <w:t>vn -0.2149 0.4347 0.8745</w:t>
        <w:br/>
        <w:t>vn 0.2260 0.8399 0.4935</w:t>
        <w:br/>
        <w:t>vn 0.4710 0.3986 -0.7870</w:t>
        <w:br/>
        <w:t>vn 0.5038 0.8197 -0.2725</w:t>
        <w:br/>
        <w:t>vn 0.6330 0.6357 -0.4418</w:t>
        <w:br/>
        <w:t>vn 0.0377 0.2495 0.9676</w:t>
        <w:br/>
        <w:t>vn -0.1034 0.3782 0.9199</w:t>
        <w:br/>
        <w:t>vn 0.0044 0.9994 -0.0351</w:t>
        <w:br/>
        <w:t>vn 0.0005 0.9714 0.2373</w:t>
        <w:br/>
        <w:t>vn -0.2727 0.6477 0.7114</w:t>
        <w:br/>
        <w:t>vn 0.7142 -0.5641 0.4143</w:t>
        <w:br/>
        <w:t>vn 0.4259 -0.3652 0.8278</w:t>
        <w:br/>
        <w:t>vn 0.4260 -0.3652 0.8278</w:t>
        <w:br/>
        <w:t>vn 0.6041 -0.4718 0.6422</w:t>
        <w:br/>
        <w:t>vn 0.8458 0.1128 0.5215</w:t>
        <w:br/>
        <w:t>vn 0.9680 0.1940 0.1589</w:t>
        <w:br/>
        <w:t>vn 0.6892 0.6034 -0.4010</w:t>
        <w:br/>
        <w:t>vn 0.8179 0.2917 -0.4960</w:t>
        <w:br/>
        <w:t>vn 0.8826 0.4306 -0.1887</w:t>
        <w:br/>
        <w:t>vn 0.7931 0.5988 -0.1117</w:t>
        <w:br/>
        <w:t>vn 0.4050 0.8994 -0.1643</w:t>
        <w:br/>
        <w:t>vn 0.7871 0.0340 0.6159</w:t>
        <w:br/>
        <w:t>vn -0.0422 -0.3251 0.9447</w:t>
        <w:br/>
        <w:t>vn 0.1405 -0.4151 0.8989</w:t>
        <w:br/>
        <w:t>vn 0.0435 -0.3396 0.9396</w:t>
        <w:br/>
        <w:t>vn 0.0394 -0.5395 0.8411</w:t>
        <w:br/>
        <w:t>vn 0.0199 -0.0062 0.9998</w:t>
        <w:br/>
        <w:t>vn 0.7544 0.4410 -0.4862</w:t>
        <w:br/>
        <w:t>vn 0.8894 0.4314 -0.1514</w:t>
        <w:br/>
        <w:t>vn 0.0905 -0.4420 0.8924</w:t>
        <w:br/>
        <w:t>vn 0.5351 0.7657 -0.3570</w:t>
        <w:br/>
        <w:t>vn 0.5780 0.8149 -0.0423</w:t>
        <w:br/>
        <w:t>vn 0.8271 0.5186 0.2167</w:t>
        <w:br/>
        <w:t>vn -0.0001 0.8226 0.5686</w:t>
        <w:br/>
        <w:t>vn 0.8591 0.1319 0.4945</w:t>
        <w:br/>
        <w:t>vn 0.7999 0.0939 0.5928</w:t>
        <w:br/>
        <w:t>vn 0.9279 0.3555 0.1122</w:t>
        <w:br/>
        <w:t>vn 0.1706 0.9531 0.2500</w:t>
        <w:br/>
        <w:t>vn 0.1006 0.9945 -0.0296</w:t>
        <w:br/>
        <w:t>vn -0.0003 0.6836 0.7299</w:t>
        <w:br/>
        <w:t>vn 0.9393 0.3020 0.1630</w:t>
        <w:br/>
        <w:t>vn 0.7679 0.4031 0.4979</w:t>
        <w:br/>
        <w:t>vn 0.4000 0.8818 0.2499</w:t>
        <w:br/>
        <w:t>vn 0.3450 0.9379 -0.0366</w:t>
        <w:br/>
        <w:t>vn 0.8225 0.2015 0.5318</w:t>
        <w:br/>
        <w:t>vn 0.8929 0.2364 0.3832</w:t>
        <w:br/>
        <w:t>vn 0.7159 0.6716 0.1910</w:t>
        <w:br/>
        <w:t>vn 0.5582 0.8078 0.1895</w:t>
        <w:br/>
        <w:t>vn 0.4107 0.9116 -0.0153</w:t>
        <w:br/>
        <w:t>vn 0.9244 0.0958 0.3692</w:t>
        <w:br/>
        <w:t>vn 0.2452 0.7918 0.5595</w:t>
        <w:br/>
        <w:t>vn 0.2719 0.6483 0.7112</w:t>
        <w:br/>
        <w:t>vn 0.7261 0.4670 0.5046</w:t>
        <w:br/>
        <w:t>vn 0.6838 0.3755 0.6257</w:t>
        <w:br/>
        <w:t>vn 0.4554 0.6991 0.5512</w:t>
        <w:br/>
        <w:t>vn 0.5910 0.5947 0.5449</w:t>
        <w:br/>
        <w:t>vn 0.5820 0.4757 0.6596</w:t>
        <w:br/>
        <w:t>vn 0.4737 0.5549 0.6838</w:t>
        <w:br/>
        <w:t>vn -0.6612 0.3357 -0.6709</w:t>
        <w:br/>
        <w:t>vn -0.2589 -0.8829 -0.3918</w:t>
        <w:br/>
        <w:t>vn -0.2041 -0.9261 -0.3172</w:t>
        <w:br/>
        <w:t>vn -0.2289 -0.9729 -0.0326</w:t>
        <w:br/>
        <w:t>vn -0.2986 -0.9543 0.0139</w:t>
        <w:br/>
        <w:t>vn -0.5626 0.5403 -0.6257</w:t>
        <w:br/>
        <w:t>vn -0.4627 0.6397 -0.6138</w:t>
        <w:br/>
        <w:t>vn 0.4491 0.1609 -0.8789</w:t>
        <w:br/>
        <w:t>vn -0.6949 0.2141 -0.6865</w:t>
        <w:br/>
        <w:t>vn 0.3577 0.0286 -0.9334</w:t>
        <w:br/>
        <w:t>vn -0.1848 -0.4305 0.8834</w:t>
        <w:br/>
        <w:t>vn -0.1848 -0.4306 0.8834</w:t>
        <w:br/>
        <w:t>vn -0.3841 -0.5066 0.7719</w:t>
        <w:br/>
        <w:t>vn -0.4691 -0.4150 0.7796</w:t>
        <w:br/>
        <w:t>vn 0.2380 -0.0591 -0.9695</w:t>
        <w:br/>
        <w:t>vn -0.4075 0.7297 -0.5490</w:t>
        <w:br/>
        <w:t>vn -0.4596 0.8064 -0.3720</w:t>
        <w:br/>
        <w:t>vn 0.9395 -0.2760 -0.2028</w:t>
        <w:br/>
        <w:t>vn 0.8483 -0.5012 0.1709</w:t>
        <w:br/>
        <w:t>vn 0.9299 0.1570 0.3327</w:t>
        <w:br/>
        <w:t>vn 0.8314 -0.0891 0.5485</w:t>
        <w:br/>
        <w:t>vn 0.8596 -0.5069 -0.0650</w:t>
        <w:br/>
        <w:t>vn 0.7460 -0.4716 -0.4702</w:t>
        <w:br/>
        <w:t>vn 0.6045 0.7331 0.3115</w:t>
        <w:br/>
        <w:t>vn 0.4995 0.8401 0.2116</w:t>
        <w:br/>
        <w:t>vn 0.6493 0.4925 0.5795</w:t>
        <w:br/>
        <w:t>vn 0.6493 0.4925 0.5796</w:t>
        <w:br/>
        <w:t>vn 0.0880 0.9362 -0.3403</w:t>
        <w:br/>
        <w:t>vn 0.0271 0.9606 -0.2765</w:t>
        <w:br/>
        <w:t>vn 0.2690 0.8997 -0.3439</w:t>
        <w:br/>
        <w:t>vn 0.0143 0.2658 -0.9639</w:t>
        <w:br/>
        <w:t>vn 0.5532 -0.7581 0.3454</w:t>
        <w:br/>
        <w:t>vn -0.5266 -0.8323 0.1732</w:t>
        <w:br/>
        <w:t>vn 0.3198 0.2277 -0.9197</w:t>
        <w:br/>
        <w:t>vn 0.1978 0.2621 -0.9446</w:t>
        <w:br/>
        <w:t>vn 0.2665 -0.9609 -0.0748</w:t>
        <w:br/>
        <w:t>vn 0.4069 -0.8183 -0.4059</w:t>
        <w:br/>
        <w:t>vn 0.3405 0.1969 -0.9194</w:t>
        <w:br/>
        <w:t>vn 0.8657 -0.4922 0.0912</w:t>
        <w:br/>
        <w:t>vn 0.5993 -0.6205 0.5058</w:t>
        <w:br/>
        <w:t>vn 0.8003 0.0516 0.5973</w:t>
        <w:br/>
        <w:t>vn 0.7749 -0.0787 0.6271</w:t>
        <w:br/>
        <w:t>vn 0.7371 -0.2959 0.6075</w:t>
        <w:br/>
        <w:t>vn 0.8546 -0.1387 0.5005</w:t>
        <w:br/>
        <w:t>vn 0.6607 0.3409 -0.6687</w:t>
        <w:br/>
        <w:t>vn 0.6446 0.4863 -0.5900</w:t>
        <w:br/>
        <w:t>vn 0.5242 0.7038 -0.4794</w:t>
        <w:br/>
        <w:t>vn 0.3055 0.9281 -0.2127</w:t>
        <w:br/>
        <w:t>vn -0.1942 0.8505 -0.4888</w:t>
        <w:br/>
        <w:t>vn -0.2617 0.8752 -0.4068</w:t>
        <w:br/>
        <w:t>vn -0.1221 0.9414 -0.3143</w:t>
        <w:br/>
        <w:t>vn 0.2524 0.9284 -0.2729</w:t>
        <w:br/>
        <w:t>vn 0.0611 -0.3771 0.9241</w:t>
        <w:br/>
        <w:t>vn 0.0896 0.8988 -0.4292</w:t>
        <w:br/>
        <w:t>vn 0.1036 0.8795 -0.4646</w:t>
        <w:br/>
        <w:t>vn -0.0671 0.8983 -0.4342</w:t>
        <w:br/>
        <w:t>vn -0.6302 -0.6534 0.4194</w:t>
        <w:br/>
        <w:t>vn -0.6101 -0.6303 0.4801</w:t>
        <w:br/>
        <w:t>vn -0.5968 0.4490 -0.6650</w:t>
        <w:br/>
        <w:t>vn -0.6169 0.6229 -0.4811</w:t>
        <w:br/>
        <w:t>vn -0.6176 -0.4193 0.6654</w:t>
        <w:br/>
        <w:t>vn -0.6085 0.3746 -0.6995</w:t>
        <w:br/>
        <w:t>vn 0.2047 0.8559 -0.4749</w:t>
        <w:br/>
        <w:t>vn 0.1965 0.8548 -0.4803</w:t>
        <w:br/>
        <w:t>vn 0.5868 0.7690 0.2537</w:t>
        <w:br/>
        <w:t>vn 0.7665 0.6404 0.0492</w:t>
        <w:br/>
        <w:t>vn 0.6500 0.7533 0.1002</w:t>
        <w:br/>
        <w:t>vn 0.4498 0.7239 -0.5231</w:t>
        <w:br/>
        <w:t>vn 0.7679 0.2047 -0.6070</w:t>
        <w:br/>
        <w:t>vn 0.6338 0.4280 0.6443</w:t>
        <w:br/>
        <w:t>vn 0.7376 0.1840 0.6497</w:t>
        <w:br/>
        <w:t>vn -0.4687 -0.1079 -0.8767</w:t>
        <w:br/>
        <w:t>vn 0.2473 -0.3880 -0.8879</w:t>
        <w:br/>
        <w:t>vn -0.3871 -0.0357 -0.9214</w:t>
        <w:br/>
        <w:t>vn 0.3691 -0.3851 -0.8459</w:t>
        <w:br/>
        <w:t>vn -0.9237 -0.3721 -0.0914</w:t>
        <w:br/>
        <w:t>vn -0.9978 0.0663 0.0027</w:t>
        <w:br/>
        <w:t>vn -0.9742 0.2131 0.0749</w:t>
        <w:br/>
        <w:t>vn -0.7515 0.2111 -0.6251</w:t>
        <w:br/>
        <w:t>vn -0.4305 0.2387 -0.8705</w:t>
        <w:br/>
        <w:t>vn 0.1509 0.0001 -0.9886</w:t>
        <w:br/>
        <w:t>vn 0.5496 0.5463 -0.6320</w:t>
        <w:br/>
        <w:t>vn 0.7852 0.6143 -0.0779</w:t>
        <w:br/>
        <w:t>vn 0.2273 -0.0091 -0.9738</w:t>
        <w:br/>
        <w:t>vn 0.1677 0.0803 -0.9826</w:t>
        <w:br/>
        <w:t>vn 0.5459 -0.1192 -0.8293</w:t>
        <w:br/>
        <w:t>vn 0.4693 0.6364 0.6121</w:t>
        <w:br/>
        <w:t>vn 0.4694 0.6364 0.6121</w:t>
        <w:br/>
        <w:t>vn 0.4942 0.5637 0.6618</w:t>
        <w:br/>
        <w:t>vn 0.5015 0.5340 0.6806</w:t>
        <w:br/>
        <w:t>vn -0.3157 0.9169 -0.2441</w:t>
        <w:br/>
        <w:t>vn 0.4333 0.5901 -0.6812</w:t>
        <w:br/>
        <w:t>vn -0.0897 -0.3860 -0.9181</w:t>
        <w:br/>
        <w:t>vn -0.7934 0.4601 -0.3985</w:t>
        <w:br/>
        <w:t>vn -0.6587 0.5817 0.4772</w:t>
        <w:br/>
        <w:t>vn -0.5393 0.6687 0.5119</w:t>
        <w:br/>
        <w:t>vn -0.3697 0.6512 0.6627</w:t>
        <w:br/>
        <w:t>vn 0.3240 0.9445 -0.0546</w:t>
        <w:br/>
        <w:t>vn -0.5432 0.1942 0.8169</w:t>
        <w:br/>
        <w:t>vn 0.1766 0.6812 0.7105</w:t>
        <w:br/>
        <w:t>vn 0.2028 0.6693 0.7148</w:t>
        <w:br/>
        <w:t>vn 0.7309 0.6196 -0.2860</w:t>
        <w:br/>
        <w:t>vn 0.5546 -0.0873 -0.8275</w:t>
        <w:br/>
        <w:t>vn 0.6336 -0.1962 -0.7483</w:t>
        <w:br/>
        <w:t>vn 0.4296 0.7285 0.5336</w:t>
        <w:br/>
        <w:t>vn 0.2162 0.8355 -0.5052</w:t>
        <w:br/>
        <w:t>vn -0.1860 0.8386 -0.5120</w:t>
        <w:br/>
        <w:t>vn -0.6945 0.7152 -0.0787</w:t>
        <w:br/>
        <w:t>vn 0.2041 0.6803 -0.7039</w:t>
        <w:br/>
        <w:t>vn 0.5495 0.5463 -0.6321</w:t>
        <w:br/>
        <w:t>vn 0.4943 0.5636 0.6618</w:t>
        <w:br/>
        <w:t>vn -0.6085 0.3745 -0.6996</w:t>
        <w:br/>
        <w:t>vn 0.8542 0.5159 -0.0642</w:t>
        <w:br/>
        <w:t>vn 0.5486 0.4035 -0.7323</w:t>
        <w:br/>
        <w:t>vn 0.4087 0.8023 -0.4350</w:t>
        <w:br/>
        <w:t>vn 0.5845 0.6481 -0.4881</w:t>
        <w:br/>
        <w:t>vn 0.4443 0.2762 0.8523</w:t>
        <w:br/>
        <w:t>vn -0.8787 -0.4672 -0.0980</w:t>
        <w:br/>
        <w:t>vn -0.3408 -0.9145 0.2180</w:t>
        <w:br/>
        <w:t>vn -0.2794 -0.7685 0.5756</w:t>
        <w:br/>
        <w:t>vn -0.4413 -0.8898 0.1161</w:t>
        <w:br/>
        <w:t>vn -0.4390 -0.7661 0.4694</w:t>
        <w:br/>
        <w:t>vn -0.3822 -0.8169 0.4319</w:t>
        <w:br/>
        <w:t>vn -0.4878 -0.8099 0.3259</w:t>
        <w:br/>
        <w:t>vn -0.6294 -0.6512 0.4239</w:t>
        <w:br/>
        <w:t>vn -0.3737 -0.7181 0.5871</w:t>
        <w:br/>
        <w:t>vn -0.3737 -0.7181 0.5870</w:t>
        <w:br/>
        <w:t>vn -0.3026 -0.5850 0.7524</w:t>
        <w:br/>
        <w:t>vn -0.3026 -0.5851 0.7524</w:t>
        <w:br/>
        <w:t>vn -0.1438 0.3936 0.9080</w:t>
        <w:br/>
        <w:t>vn -0.1484 0.4328 0.8892</w:t>
        <w:br/>
        <w:t>vn 0.3327 0.7736 -0.5392</w:t>
        <w:br/>
        <w:t>vn 0.2866 0.7826 -0.5526</w:t>
        <w:br/>
        <w:t>vn 0.3276 0.7949 -0.5107</w:t>
        <w:br/>
        <w:t>vn 0.4259 0.7595 -0.4918</w:t>
        <w:br/>
        <w:t>vn 0.2667 0.5773 -0.7717</w:t>
        <w:br/>
        <w:t>vn -0.0338 0.7017 -0.7117</w:t>
        <w:br/>
        <w:t>vn 0.0105 0.8457 -0.5336</w:t>
        <w:br/>
        <w:t>vn 0.2621 0.7321 -0.6287</w:t>
        <w:br/>
        <w:t>vn 0.2849 0.7441 -0.6043</w:t>
        <w:br/>
        <w:t>vn -0.2393 0.7773 -0.5819</w:t>
        <w:br/>
        <w:t>vn -0.2373 0.6261 -0.7428</w:t>
        <w:br/>
        <w:t>vn 0.2467 0.6413 -0.7266</w:t>
        <w:br/>
        <w:t>vn 0.2094 0.2898 -0.9339</w:t>
        <w:br/>
        <w:t>vn 0.2842 -0.0054 -0.9587</w:t>
        <w:br/>
        <w:t>vn -0.1015 0.2034 -0.9738</w:t>
        <w:br/>
        <w:t>vn -0.0089 0.8921 -0.4517</w:t>
        <w:br/>
        <w:t>vn -0.0443 0.9186 -0.3927</w:t>
        <w:br/>
        <w:t>vn -0.0725 0.9675 -0.2423</w:t>
        <w:br/>
        <w:t>vn 0.4244 0.8106 -0.4035</w:t>
        <w:br/>
        <w:t>vn 0.3914 0.8066 -0.4430</w:t>
        <w:br/>
        <w:t>vn -0.0639 0.9537 -0.2939</w:t>
        <w:br/>
        <w:t>vn -0.4695 -0.4193 0.7770</w:t>
        <w:br/>
        <w:t>vn -0.4790 -0.3880 0.7874</w:t>
        <w:br/>
        <w:t>vn -0.3096 -0.5199 0.7961</w:t>
        <w:br/>
        <w:t>vn -0.4518 -0.2949 0.8420</w:t>
        <w:br/>
        <w:t>vn -0.2859 -0.4170 0.8628</w:t>
        <w:br/>
        <w:t>vn -0.5873 0.7496 -0.3053</w:t>
        <w:br/>
        <w:t>vn -0.5694 0.7814 -0.2551</w:t>
        <w:br/>
        <w:t>vn 0.8418 -0.5371 -0.0536</w:t>
        <w:br/>
        <w:t>vn 0.8405 -0.5346 -0.0876</w:t>
        <w:br/>
        <w:t>vn 0.8405 -0.5346 -0.0877</w:t>
        <w:br/>
        <w:t>vn -0.6300 0.6722 -0.3890</w:t>
        <w:br/>
        <w:t>vn -0.4107 -0.8596 0.3040</w:t>
        <w:br/>
        <w:t>vn -0.1605 0.1128 0.9806</w:t>
        <w:br/>
        <w:t>vn -0.3033 -0.2412 -0.9219</w:t>
        <w:br/>
        <w:t>vn 0.1120 -0.2538 -0.9607</w:t>
        <w:br/>
        <w:t>vn 0.0655 -0.6387 -0.7667</w:t>
        <w:br/>
        <w:t>vn -0.2952 -0.6728 -0.6784</w:t>
        <w:br/>
        <w:t>vn 0.5366 0.7278 -0.4271</w:t>
        <w:br/>
        <w:t>vn -0.6729 -0.4479 0.5887</w:t>
        <w:br/>
        <w:t>vn -0.4685 -0.4453 0.7630</w:t>
        <w:br/>
        <w:t>vn -0.6070 -0.3550 0.7110</w:t>
        <w:br/>
        <w:t>vn -0.2478 -0.6144 0.7491</w:t>
        <w:br/>
        <w:t>vn 0.2128 0.4838 -0.8489</w:t>
        <w:br/>
        <w:t>vn -0.0868 0.4824 -0.8717</w:t>
        <w:br/>
        <w:t>vn -0.5647 -0.3385 0.7526</w:t>
        <w:br/>
        <w:t>vn -0.2749 -0.3251 0.9048</w:t>
        <w:br/>
        <w:t>vn -0.5292 -0.2720 0.8038</w:t>
        <w:br/>
        <w:t>vn 0.9273 -0.3693 0.0608</w:t>
        <w:br/>
        <w:t>vn 0.9189 -0.3920 0.0439</w:t>
        <w:br/>
        <w:t>vn -0.7637 -0.0777 -0.6409</w:t>
        <w:br/>
        <w:t>vn -0.7727 0.1117 -0.6248</w:t>
        <w:br/>
        <w:t>vn -0.2292 -0.3383 0.9127</w:t>
        <w:br/>
        <w:t>vn 0.2067 0.2618 -0.9427</w:t>
        <w:br/>
        <w:t>vn -0.1684 0.3507 -0.9212</w:t>
        <w:br/>
        <w:t>vn -0.2617 -0.7853 -0.5611</w:t>
        <w:br/>
        <w:t>vn 0.2622 -0.0529 -0.9636</w:t>
        <w:br/>
        <w:t>vn 0.2819 0.0680 -0.9570</w:t>
        <w:br/>
        <w:t>vn 0.2950 0.3826 -0.8756</w:t>
        <w:br/>
        <w:t>vn 0.3329 0.5368 -0.7752</w:t>
        <w:br/>
        <w:t>vn 0.3330 0.5368 -0.7752</w:t>
        <w:br/>
        <w:t>vn 0.3769 0.6358 -0.6736</w:t>
        <w:br/>
        <w:t>vn 0.3770 0.6359 -0.6735</w:t>
        <w:br/>
        <w:t>vn -0.3078 -0.8171 0.4875</w:t>
        <w:br/>
        <w:t>vn -0.3010 -0.6826 0.6659</w:t>
        <w:br/>
        <w:t>vn -0.3011 -0.6826 0.6659</w:t>
        <w:br/>
        <w:t>vn -0.2798 -0.5407 0.7933</w:t>
        <w:br/>
        <w:t>vn -0.2568 -0.4023 0.8788</w:t>
        <w:br/>
        <w:t>vn -0.2797 -0.2373 0.9303</w:t>
        <w:br/>
        <w:t>vn -0.6729 -0.4480 0.5886</w:t>
        <w:br/>
        <w:t>vn -0.6262 -0.2382 0.7424</w:t>
        <w:br/>
        <w:t>vn -0.5982 -0.1603 0.7851</w:t>
        <w:br/>
        <w:t>vn -0.7440 -0.1970 0.6385</w:t>
        <w:br/>
        <w:t>vn 0.9194 -0.3760 0.1154</w:t>
        <w:br/>
        <w:t>vn 0.9228 -0.3253 0.2065</w:t>
        <w:br/>
        <w:t>vn 0.9455 -0.3236 0.0370</w:t>
        <w:br/>
        <w:t>vn 0.9772 -0.2125 0.0052</w:t>
        <w:br/>
        <w:t>vn 0.9990 -0.0444 -0.0048</w:t>
        <w:br/>
        <w:t>vn 0.9849 0.1685 -0.0396</w:t>
        <w:br/>
        <w:t>vn 0.9352 0.3426 -0.0900</w:t>
        <w:br/>
        <w:t>vn 0.8676 0.4794 -0.1323</w:t>
        <w:br/>
        <w:t>vn -0.5022 -0.6342 -0.5879</w:t>
        <w:br/>
        <w:t>vn -0.6657 -0.2411 -0.7062</w:t>
        <w:br/>
        <w:t>vn -0.6177 -0.4356 -0.6547</w:t>
        <w:br/>
        <w:t>vn -0.6852 -0.0364 -0.7274</w:t>
        <w:br/>
        <w:t>vn -0.6657 -0.2412 -0.7062</w:t>
        <w:br/>
        <w:t>vn -0.6846 0.1562 -0.7119</w:t>
        <w:br/>
        <w:t>vn -0.6847 0.1562 -0.7119</w:t>
        <w:br/>
        <w:t>vn -0.6676 0.4626 -0.5833</w:t>
        <w:br/>
        <w:t>vn -0.2372 0.6261 -0.7428</w:t>
        <w:br/>
        <w:t>vn -0.0868 0.4824 -0.8716</w:t>
        <w:br/>
        <w:t>vn -0.6986 0.5947 -0.3979</w:t>
        <w:br/>
        <w:t>vn -0.7285 0.6117 -0.3084</w:t>
        <w:br/>
        <w:t>vn -0.7285 0.6118 -0.3084</w:t>
        <w:br/>
        <w:t>vn 0.7450 -0.6665 0.0284</w:t>
        <w:br/>
        <w:t>vn 0.7166 -0.6969 0.0292</w:t>
        <w:br/>
        <w:t>vn 0.8517 -0.5241 0.0005</w:t>
        <w:br/>
        <w:t>vn 0.9410 -0.3344 -0.0519</w:t>
        <w:br/>
        <w:t>vn 0.9656 -0.2464 -0.0831</w:t>
        <w:br/>
        <w:t>vn 0.9757 -0.1834 -0.1200</w:t>
        <w:br/>
        <w:t>vn 0.9791 -0.1372 -0.1502</w:t>
        <w:br/>
        <w:t>vn -0.6173 -0.6124 -0.4937</w:t>
        <w:br/>
        <w:t>vn -0.6658 -0.1865 -0.7224</w:t>
        <w:br/>
        <w:t>vn -0.5245 0.3875 -0.7581</w:t>
        <w:br/>
        <w:t>vn -0.3316 0.7493 -0.5732</w:t>
        <w:br/>
        <w:t>vn -0.2423 0.8872 -0.3927</w:t>
        <w:br/>
        <w:t>vn -0.2571 0.9185 -0.3003</w:t>
        <w:br/>
        <w:t>vn -0.3103 0.9243 -0.2220</w:t>
        <w:br/>
        <w:t>vn -0.3558 0.9286 -0.1054</w:t>
        <w:br/>
        <w:t>vn 0.9300 -0.2700 0.2492</w:t>
        <w:br/>
        <w:t>vn 0.9301 -0.2700 0.2492</w:t>
        <w:br/>
        <w:t>vn 0.5860 0.7092 -0.3919</w:t>
        <w:br/>
        <w:t>vn -0.3825 0.9225 -0.0516</w:t>
        <w:br/>
        <w:t>vn -0.5532 -0.4341 0.7110</w:t>
        <w:br/>
        <w:t>vn -0.4899 -0.4915 0.7200</w:t>
        <w:br/>
        <w:t>vn -0.4654 -0.2306 0.8545</w:t>
        <w:br/>
        <w:t>vn -0.6393 -0.1176 0.7599</w:t>
        <w:br/>
        <w:t>vn -0.2676 -0.3315 0.9047</w:t>
        <w:br/>
        <w:t>vn 0.8951 -0.4455 -0.0186</w:t>
        <w:br/>
        <w:t>vn 0.3035 0.2639 -0.9156</w:t>
        <w:br/>
        <w:t>vn -0.7174 0.4706 -0.5137</w:t>
        <w:br/>
        <w:t>vn 0.8588 -0.5038 -0.0929</w:t>
        <w:br/>
        <w:t>vn 0.8588 -0.5038 -0.0930</w:t>
        <w:br/>
        <w:t>vn 0.3430 -0.1871 -0.9205</w:t>
        <w:br/>
        <w:t>vn -0.3580 -0.7964 -0.4874</w:t>
        <w:br/>
        <w:t>vn -0.3104 -0.1497 0.9388</w:t>
        <w:br/>
        <w:t>vn 0.8246 0.5457 -0.1493</w:t>
        <w:br/>
        <w:t>vn -0.4229 -0.5453 0.7238</w:t>
        <w:br/>
        <w:t>vn 0.4112 -0.5910 0.6939</w:t>
        <w:br/>
        <w:t>vn 0.3561 -0.5282 0.7709</w:t>
        <w:br/>
        <w:t>vn 0.3529 -0.5157 0.7807</w:t>
        <w:br/>
        <w:t>vn 0.4085 -0.5742 0.7095</w:t>
        <w:br/>
        <w:t>vn 0.3489 -0.4967 0.7947</w:t>
        <w:br/>
        <w:t>vn 0.3713 -0.4722 0.7995</w:t>
        <w:br/>
        <w:t>vn 0.4204 -0.5252 0.7399</w:t>
        <w:br/>
        <w:t>vn 0.4022 -0.5506 0.7315</w:t>
        <w:br/>
        <w:t>vn 0.4515 -0.5002 0.7389</w:t>
        <w:br/>
        <w:t>vn 0.4024 -0.4485 0.7981</w:t>
        <w:br/>
        <w:t>vn 0.4723 -0.4756 0.7421</w:t>
        <w:br/>
        <w:t>vn 0.4174 -0.4273 0.8020</w:t>
        <w:br/>
        <w:t>vn 0.4483 0.0151 0.8937</w:t>
        <w:br/>
        <w:t>vn 0.4586 -0.0272 0.8882</w:t>
        <w:br/>
        <w:t>vn 0.2571 -0.0784 0.9632</w:t>
        <w:br/>
        <w:t>vn 0.2451 0.0580 -0.9678</w:t>
        <w:br/>
        <w:t>vn 0.3143 0.0698 -0.9467</w:t>
        <w:br/>
        <w:t>vn 0.3143 0.0698 -0.9468</w:t>
        <w:br/>
        <w:t>vn 0.2183 -0.1021 -0.9705</w:t>
        <w:br/>
        <w:t>vn 0.2304 -0.0304 -0.9726</w:t>
        <w:br/>
        <w:t>vn 0.1183 0.0390 -0.9922</w:t>
        <w:br/>
        <w:t>vn 0.0376 0.0432 -0.9984</w:t>
        <w:br/>
        <w:t>vn -0.5968 0.7041 -0.3847</w:t>
        <w:br/>
        <w:t>vn -0.5176 0.7747 -0.3633</w:t>
        <w:br/>
        <w:t>vn -0.0028 0.0442 -0.9990</w:t>
        <w:br/>
        <w:t>vn -0.0029 0.0442 -0.9990</w:t>
        <w:br/>
        <w:t>vn -0.6248 0.6783 -0.3868</w:t>
        <w:br/>
        <w:t>vn -0.6247 0.6784 -0.3867</w:t>
        <w:br/>
        <w:t>vn -0.0168 0.0059 -0.9998</w:t>
        <w:br/>
        <w:t>vn -0.6535 0.6521 -0.3843</w:t>
        <w:br/>
        <w:t>vn 0.1586 -0.1996 -0.9670</w:t>
        <w:br/>
        <w:t>vn 0.1586 -0.1997 -0.9670</w:t>
        <w:br/>
        <w:t>vn 0.6380 0.0255 0.7696</w:t>
        <w:br/>
        <w:t>vn 0.6223 -0.1411 0.7699</w:t>
        <w:br/>
        <w:t>vn 0.4801 -0.1280 0.8679</w:t>
        <w:br/>
        <w:t>vn -0.9591 0.0909 -0.2682</w:t>
        <w:br/>
        <w:t>vn -0.9307 -0.3535 -0.0940</w:t>
        <w:br/>
        <w:t>vn -0.9307 -0.3535 -0.0941</w:t>
        <w:br/>
        <w:t>vn -0.4169 0.8515 -0.3179</w:t>
        <w:br/>
        <w:t>vn -0.4169 0.8516 -0.3179</w:t>
        <w:br/>
        <w:t>vn -0.3757 0.8802 -0.2901</w:t>
        <w:br/>
        <w:t>vn -0.3756 0.8802 -0.2900</w:t>
        <w:br/>
        <w:t>vn -0.8102 -0.5859 0.0166</w:t>
        <w:br/>
        <w:t>vn 0.0059 -0.0774 -0.9970</w:t>
        <w:br/>
        <w:t>vn 0.5188 -0.4003 0.7554</w:t>
        <w:br/>
        <w:t>vn 0.4485 -0.3562 0.8197</w:t>
        <w:br/>
        <w:t>vn -0.7317 0.5634 -0.3837</w:t>
        <w:br/>
        <w:t>vn 0.0692 -0.1793 -0.9814</w:t>
        <w:br/>
        <w:t>vn 0.5794 -0.2859 0.7633</w:t>
        <w:br/>
        <w:t>vn 0.4816 -0.2434 0.8419</w:t>
        <w:br/>
        <w:t>vn -0.8509 0.3848 -0.3576</w:t>
        <w:br/>
        <w:t>vn 0.3238 -0.1112 0.9396</w:t>
        <w:br/>
        <w:t>vn 0.3733 -0.3083 0.8750</w:t>
        <w:br/>
        <w:t>vn 0.3753 -0.1967 0.9058</w:t>
        <w:br/>
        <w:t>vn 0.3589 -0.3751 0.8547</w:t>
        <w:br/>
        <w:t>vn 0.3502 -0.3932 0.8501</w:t>
        <w:br/>
        <w:t>vn 0.3190 -0.4151 0.8520</w:t>
        <w:br/>
        <w:t>vn 0.2924 -0.4380 0.8501</w:t>
        <w:br/>
        <w:t>vn 0.2933 -0.4513 0.8428</w:t>
        <w:br/>
        <w:t>vn 0.2964 -0.4585 0.8378</w:t>
        <w:br/>
        <w:t>vn -0.0790 -0.4958 0.8648</w:t>
        <w:br/>
        <w:t>vn 0.0127 -0.4256 0.9048</w:t>
        <w:br/>
        <w:t>vn -0.0232 -0.4113 0.9112</w:t>
        <w:br/>
        <w:t>vn -0.1195 -0.4845 0.8666</w:t>
        <w:br/>
        <w:t>vn -0.0440 -0.4919 0.8696</w:t>
        <w:br/>
        <w:t>vn 0.0397 -0.4254 0.9041</w:t>
        <w:br/>
        <w:t>vn -0.0456 0.2748 0.9604</w:t>
        <w:br/>
        <w:t>vn 0.1690 0.1796 0.9691</w:t>
        <w:br/>
        <w:t>vn -0.0561 0.2526 0.9659</w:t>
        <w:br/>
        <w:t>vn -0.2748 0.1470 0.9502</w:t>
        <w:br/>
        <w:t>vn -0.0831 0.1512 0.9850</w:t>
        <w:br/>
        <w:t>vn -0.1006 -0.0166 0.9948</w:t>
        <w:br/>
        <w:t>vn -0.2471 -0.0708 0.9664</w:t>
        <w:br/>
        <w:t>vn -0.6739 -0.1251 -0.7281</w:t>
        <w:br/>
        <w:t>vn -0.6212 -0.1077 -0.7762</w:t>
        <w:br/>
        <w:t>vn -0.5925 -0.3015 -0.7470</w:t>
        <w:br/>
        <w:t>vn -0.5984 -0.2494 -0.7614</w:t>
        <w:br/>
        <w:t>vn -0.5365 -0.0751 -0.8405</w:t>
        <w:br/>
        <w:t>vn 0.3478 0.7098 -0.6125</w:t>
        <w:br/>
        <w:t>vn 0.3040 0.7699 -0.5611</w:t>
        <w:br/>
        <w:t>vn -0.5548 -0.4016 -0.7287</w:t>
        <w:br/>
        <w:t>vn -0.4976 -0.4014 -0.7689</w:t>
        <w:br/>
        <w:t>vn -0.4977 -0.4015 -0.7689</w:t>
        <w:br/>
        <w:t>vn -0.5548 -0.4016 -0.7286</w:t>
        <w:br/>
        <w:t>vn 0.7056 0.2100 -0.6768</w:t>
        <w:br/>
        <w:t>vn 0.8143 -0.1707 -0.5547</w:t>
        <w:br/>
        <w:t>vn -0.0851 -0.4286 0.8995</w:t>
        <w:br/>
        <w:t>vn 0.0012 -0.3660 0.9306</w:t>
        <w:br/>
        <w:t>vn 0.4266 0.6318 -0.6472</w:t>
        <w:br/>
        <w:t>vn -0.4919 -0.1096 -0.8637</w:t>
        <w:br/>
        <w:t>vn -0.2783 0.3116 0.9086</w:t>
        <w:br/>
        <w:t>vn 0.7804 -0.5445 -0.3073</w:t>
        <w:br/>
        <w:t>vn 0.2923 0.7977 -0.5275</w:t>
        <w:br/>
        <w:t>vn 0.7115 -0.6806 -0.1744</w:t>
        <w:br/>
        <w:t>vn -0.4749 -0.2565 -0.8418</w:t>
        <w:br/>
        <w:t>vn -0.1745 -0.2728 0.9461</w:t>
        <w:br/>
        <w:t>vn -0.0653 -0.2133 0.9748</w:t>
        <w:br/>
        <w:t>vn 0.5566 0.4757 -0.6811</w:t>
        <w:br/>
        <w:t>vn 0.1105 0.1497 0.9825</w:t>
        <w:br/>
        <w:t>vn 0.0483 0.0380 0.9981</w:t>
        <w:br/>
        <w:t>vn 0.0448 -0.1504 0.9876</w:t>
        <w:br/>
        <w:t>vn 0.0873 -0.2989 0.9503</w:t>
        <w:br/>
        <w:t>vn 0.1229 -0.3536 0.9273</w:t>
        <w:br/>
        <w:t>vn 0.1043 -0.3490 0.9313</w:t>
        <w:br/>
        <w:t>vn 0.0734 -0.3313 0.9407</w:t>
        <w:br/>
        <w:t>vn 0.8687 0.2380 0.4343</w:t>
        <w:br/>
        <w:t>vn 0.8687 0.2380 0.4344</w:t>
        <w:br/>
        <w:t>vn 0.8615 0.1497 0.4852</w:t>
        <w:br/>
        <w:t>vn 0.8615 0.1497 0.4853</w:t>
        <w:br/>
        <w:t>vn 0.1039 -0.7433 -0.6609</w:t>
        <w:br/>
        <w:t>vn 0.4566 -0.6753 -0.5793</w:t>
        <w:br/>
        <w:t>vn 0.4207 -0.5157 -0.7464</w:t>
        <w:br/>
        <w:t>vn 0.1292 -0.5376 -0.8333</w:t>
        <w:br/>
        <w:t>vn 0.8717 0.3713 0.3199</w:t>
        <w:br/>
        <w:t>vn 0.0803 -0.9260 -0.3690</w:t>
        <w:br/>
        <w:t>vn 0.4996 -0.8102 -0.3065</w:t>
        <w:br/>
        <w:t>vn -0.3869 0.7695 -0.5081</w:t>
        <w:br/>
        <w:t>vn -0.6341 0.6782 -0.3716</w:t>
        <w:br/>
        <w:t>vn -0.6313 0.7627 -0.1408</w:t>
        <w:br/>
        <w:t>vn -0.3532 0.9221 -0.1581</w:t>
        <w:br/>
        <w:t>vn 0.8235 0.5122 -0.2437</w:t>
        <w:br/>
        <w:t>vn 0.8235 0.5123 -0.2437</w:t>
        <w:br/>
        <w:t>vn 0.8404 0.5414 0.0236</w:t>
        <w:br/>
        <w:t>vn 0.8404 0.5414 0.0235</w:t>
        <w:br/>
        <w:t>vn 0.7258 -0.4118 0.5511</w:t>
        <w:br/>
        <w:t>vn 0.6952 -0.6632 0.2771</w:t>
        <w:br/>
        <w:t>vn 0.6952 -0.6633 0.2771</w:t>
        <w:br/>
        <w:t>vn -0.3078 0.5374 -0.7851</w:t>
        <w:br/>
        <w:t>vn -0.5571 0.5260 -0.6426</w:t>
        <w:br/>
        <w:t>vn 0.7396 0.4206 -0.5254</w:t>
        <w:br/>
        <w:t>vn 0.3886 0.5108 -0.7668</w:t>
        <w:br/>
        <w:t>vn 0.6906 -0.3008 0.6578</w:t>
        <w:br/>
        <w:t>vn 0.6906 -0.3008 0.6577</w:t>
        <w:br/>
        <w:t>vn -0.2311 0.4256 -0.8749</w:t>
        <w:br/>
        <w:t>vn -0.4471 0.4414 -0.7780</w:t>
        <w:br/>
        <w:t>vn 0.3253 0.3803 -0.8658</w:t>
        <w:br/>
        <w:t>vn 0.6186 0.3320 -0.7121</w:t>
        <w:br/>
        <w:t>vn 0.2108 -0.4161 0.8846</w:t>
        <w:br/>
        <w:t>vn 0.6351 -0.2968 0.7132</w:t>
        <w:br/>
        <w:t>vn -0.1633 0.3333 -0.9286</w:t>
        <w:br/>
        <w:t>vn -0.3533 0.3488 -0.8681</w:t>
        <w:br/>
        <w:t>vn 0.2859 0.2877 -0.9140</w:t>
        <w:br/>
        <w:t>vn 0.5202 0.2521 -0.8160</w:t>
        <w:br/>
        <w:t>vn 0.1889 -0.3443 0.9197</w:t>
        <w:br/>
        <w:t>vn 0.5784 -0.2828 0.7652</w:t>
        <w:br/>
        <w:t>vn -0.1322 0.2930 -0.9469</w:t>
        <w:br/>
        <w:t>vn -0.3191 0.3005 -0.8988</w:t>
        <w:br/>
        <w:t>vn 0.2729 0.2472 -0.9297</w:t>
        <w:br/>
        <w:t>vn 0.4735 0.2083 -0.8558</w:t>
        <w:br/>
        <w:t>vn 0.1737 -0.2953 0.9395</w:t>
        <w:br/>
        <w:t>vn 0.5489 -0.2664 0.7923</w:t>
        <w:br/>
        <w:t>vn -0.1382 0.2705 -0.9527</w:t>
        <w:br/>
        <w:t>vn -0.3267 0.2637 -0.9076</w:t>
        <w:br/>
        <w:t>vn 0.2754 0.2308 -0.9332</w:t>
        <w:br/>
        <w:t>vn 0.4815 0.1826 -0.8572</w:t>
        <w:br/>
        <w:t>vn 0.1634 -0.2350 0.9582</w:t>
        <w:br/>
        <w:t>vn 0.5406 -0.2222 0.8114</w:t>
        <w:br/>
        <w:t>vn -0.1628 0.2163 -0.9627</w:t>
        <w:br/>
        <w:t>vn -0.3506 0.2069 -0.9134</w:t>
        <w:br/>
        <w:t>vn 0.5148 0.1204 -0.8488</w:t>
        <w:br/>
        <w:t>vn 0.2823 0.1748 -0.9433</w:t>
        <w:br/>
        <w:t>vn 0.1507 -0.1685 0.9741</w:t>
        <w:br/>
        <w:t>vn 0.5456 -0.1609 0.8224</w:t>
        <w:br/>
        <w:t>vn -0.1962 0.1279 -0.9722</w:t>
        <w:br/>
        <w:t>vn -0.3555 0.1311 -0.9254</w:t>
        <w:br/>
        <w:t>vn 0.5597 0.0591 -0.8266</w:t>
        <w:br/>
        <w:t>vn 0.2922 0.1192 -0.9489</w:t>
        <w:br/>
        <w:t>vn 0.1371 -0.0741 0.9878</w:t>
        <w:br/>
        <w:t>vn 0.4437 0.0537 0.8946</w:t>
        <w:br/>
        <w:t>vn -0.3563 -0.1201 -0.9266</w:t>
        <w:br/>
        <w:t>vn -0.6134 -0.1469 -0.7760</w:t>
        <w:br/>
        <w:t>vn -0.0774 -0.0142 -0.9969</w:t>
        <w:br/>
        <w:t>vn -0.2731 0.0165 -0.9618</w:t>
        <w:br/>
        <w:t>vn 0.3330 0.1927 0.9230</w:t>
        <w:br/>
        <w:t>vn 0.5559 0.1742 0.8128</w:t>
        <w:br/>
        <w:t>vn -0.4226 -0.1960 -0.8849</w:t>
        <w:br/>
        <w:t>vn -0.6770 -0.1551 -0.7195</w:t>
        <w:br/>
        <w:t>vn 0.3120 -0.0365 -0.9494</w:t>
        <w:br/>
        <w:t>vn 0.8209 -0.0345 -0.5700</w:t>
        <w:br/>
        <w:t>vn 0.8378 -0.0475 -0.5439</w:t>
        <w:br/>
        <w:t>vn 0.3414 -0.1432 -0.9289</w:t>
        <w:br/>
        <w:t>vn 0.3062 0.2190 0.9265</w:t>
        <w:br/>
        <w:t>vn 0.2457 0.2380 0.9397</w:t>
        <w:br/>
        <w:t>vn 0.3578 0.2482 0.9002</w:t>
        <w:br/>
        <w:t>vn 0.4768 0.2138 0.8526</w:t>
        <w:br/>
        <w:t>vn 0.8420 -0.0517 -0.5371</w:t>
        <w:br/>
        <w:t>vn 0.7740 -0.0638 -0.6300</w:t>
        <w:br/>
        <w:t>vn 0.1727 0.2667 0.9482</w:t>
        <w:br/>
        <w:t>vn 0.2601 0.2778 0.9248</w:t>
        <w:br/>
        <w:t>vn 0.8334 -0.0870 -0.5457</w:t>
        <w:br/>
        <w:t>vn 0.4964 -0.1914 -0.8468</w:t>
        <w:br/>
        <w:t>vn 0.1129 0.2871 0.9512</w:t>
        <w:br/>
        <w:t>vn 0.2101 0.3084 0.9278</w:t>
        <w:br/>
        <w:t>vn 0.0656 0.2822 0.9571</w:t>
        <w:br/>
        <w:t>vn 0.1944 0.3063 0.9319</w:t>
        <w:br/>
        <w:t>vn -0.9275 -0.0953 -0.3614</w:t>
        <w:br/>
        <w:t>vn -0.9275 -0.0954 -0.3615</w:t>
        <w:br/>
        <w:t>vn -0.9163 -0.1085 -0.3855</w:t>
        <w:br/>
        <w:t>vn 0.0371 0.2638 0.9639</w:t>
        <w:br/>
        <w:t>vn 0.1821 0.2777 0.9433</w:t>
        <w:br/>
        <w:t>vn -0.6722 -0.0095 -0.7403</w:t>
        <w:br/>
        <w:t>vn -0.9408 0.0160 -0.3387</w:t>
        <w:br/>
        <w:t>vn -0.9347 -0.0591 -0.3506</w:t>
        <w:br/>
        <w:t>vn -0.0010 0.2171 0.9761</w:t>
        <w:br/>
        <w:t>vn 0.1093 0.2092 0.9717</w:t>
        <w:br/>
        <w:t>vn 0.1536 0.2454 0.9572</w:t>
        <w:br/>
        <w:t>vn 0.0193 0.2459 0.9691</w:t>
        <w:br/>
        <w:t>vn -0.9499 0.1887 -0.2491</w:t>
        <w:br/>
        <w:t>vn -0.9464 0.0970 -0.3081</w:t>
        <w:br/>
        <w:t>vn -0.8079 0.0920 -0.5820</w:t>
        <w:br/>
        <w:t>vn 0.0715 0.1944 0.9783</w:t>
        <w:br/>
        <w:t>vn -0.0359 0.1711 0.9846</w:t>
        <w:br/>
        <w:t>vn -0.0614 0.1026 0.9928</w:t>
        <w:br/>
        <w:t>vn -0.9372 0.2510 -0.2422</w:t>
        <w:br/>
        <w:t>vn 0.7664 -0.1705 -0.6193</w:t>
        <w:br/>
        <w:t>vn 0.7735 -0.3158 -0.5495</w:t>
        <w:br/>
        <w:t>vn 0.8715 -0.2398 -0.4278</w:t>
        <w:br/>
        <w:t>vn -0.1789 0.0623 0.9819</w:t>
        <w:br/>
        <w:t>vn -0.2251 -0.0877 0.9704</w:t>
        <w:br/>
        <w:t>vn -0.1051 -0.1254 0.9865</w:t>
        <w:br/>
        <w:t>vn -0.9124 0.3076 -0.2701</w:t>
        <w:br/>
        <w:t>vn 0.8943 -0.2130 -0.3935</w:t>
        <w:br/>
        <w:t>vn 0.8943 -0.2129 -0.3935</w:t>
        <w:br/>
        <w:t>vn -0.0084 -0.3118 0.9501</w:t>
        <w:br/>
        <w:t>vn -0.2208 -0.2207 0.9500</w:t>
        <w:br/>
        <w:t>vn -0.8917 0.3660 -0.2663</w:t>
        <w:br/>
        <w:t>vn -0.8911 0.3836 -0.2423</w:t>
        <w:br/>
        <w:t>vn 0.8835 -0.2349 -0.4053</w:t>
        <w:br/>
        <w:t>vn 0.8720 -0.2453 -0.4236</w:t>
        <w:br/>
        <w:t>vn 0.7397 -0.0788 -0.6684</w:t>
        <w:br/>
        <w:t>vn -0.1884 -0.4338 0.8811</w:t>
        <w:br/>
        <w:t>vn 0.2506 -0.5801 0.7750</w:t>
        <w:br/>
        <w:t>vn 0.1304 -0.4599 0.8784</w:t>
        <w:br/>
        <w:t>vn -0.2038 -0.3381 0.9188</w:t>
        <w:br/>
        <w:t>vn -0.9056 0.3548 -0.2325</w:t>
        <w:br/>
        <w:t>vn 0.8708 -0.2346 -0.4320</w:t>
        <w:br/>
        <w:t>vn 0.6287 0.0013 -0.7777</w:t>
        <w:br/>
        <w:t>vn 0.3125 -0.6202 0.7195</w:t>
        <w:br/>
        <w:t>vn -0.9361 0.1016 -0.3367</w:t>
        <w:br/>
        <w:t>vn -0.9242 0.2697 -0.2703</w:t>
        <w:br/>
        <w:t>vn 0.6476 -0.0434 -0.7607</w:t>
        <w:br/>
        <w:t>vn 0.8767 -0.2221 -0.4268</w:t>
        <w:br/>
        <w:t>vn 0.8878 -0.2036 -0.4128</w:t>
        <w:br/>
        <w:t>vn 0.6771 -0.0964 -0.7296</w:t>
        <w:br/>
        <w:t>vn -0.1977 -0.4788 0.8554</w:t>
        <w:br/>
        <w:t>vn -0.2096 -0.3471 0.9141</w:t>
        <w:br/>
        <w:t>vn 0.2768 -0.4435 0.8525</w:t>
        <w:br/>
        <w:t>vn 0.3075 -0.5842 0.7511</w:t>
        <w:br/>
        <w:t>vn -0.8676 -0.3155 -0.3843</w:t>
        <w:br/>
        <w:t>vn -0.9206 -0.1162 -0.3727</w:t>
        <w:br/>
        <w:t>vn -0.9206 -0.1163 -0.3727</w:t>
        <w:br/>
        <w:t>vn 0.9089 -0.1628 -0.3839</w:t>
        <w:br/>
        <w:t>vn 0.6972 -0.1434 -0.7023</w:t>
        <w:br/>
        <w:t>vn -0.2047 -0.1307 0.9701</w:t>
        <w:br/>
        <w:t>vn 0.2931 -0.1773 0.9395</w:t>
        <w:br/>
        <w:t>vn -0.7524 -0.4677 -0.4639</w:t>
        <w:br/>
        <w:t>vn -0.7948 -0.4434 -0.4143</w:t>
        <w:br/>
        <w:t>vn -0.7949 -0.4434 -0.4142</w:t>
        <w:br/>
        <w:t>vn 0.9297 -0.1103 -0.3514</w:t>
        <w:br/>
        <w:t>vn 0.9404 -0.0021 -0.3402</w:t>
        <w:br/>
        <w:t>vn 0.7447 -0.1457 -0.6514</w:t>
        <w:br/>
        <w:t>vn 0.7131 -0.1934 -0.6739</w:t>
        <w:br/>
        <w:t>vn 0.4078 0.3096 0.8590</w:t>
        <w:br/>
        <w:t>vn 0.3423 0.1333 0.9301</w:t>
        <w:br/>
        <w:t>vn -0.7724 -0.3668 -0.5186</w:t>
        <w:br/>
        <w:t>vn -0.7513 -0.4253 -0.5045</w:t>
        <w:br/>
        <w:t>vn -0.7513 -0.4253 -0.5046</w:t>
        <w:br/>
        <w:t>vn -0.7724 -0.3667 -0.5186</w:t>
        <w:br/>
        <w:t>vn 0.9244 0.1746 -0.3391</w:t>
        <w:br/>
        <w:t>vn 0.8790 0.3371 -0.3374</w:t>
        <w:br/>
        <w:t>vn 0.7423 0.2656 -0.6152</w:t>
        <w:br/>
        <w:t>vn 0.7690 0.0504 -0.6373</w:t>
        <w:br/>
        <w:t>vn 0.5094 0.2557 0.8217</w:t>
        <w:br/>
        <w:t>vn 0.6041 0.1176 0.7882</w:t>
        <w:br/>
        <w:t>vn -0.8189 -0.4340 -0.3756</w:t>
        <w:br/>
        <w:t>vn -0.6937 -0.7188 -0.0454</w:t>
        <w:br/>
        <w:t>vn -0.7150 -0.6979 -0.0414</w:t>
        <w:br/>
        <w:t>vn 0.4632 0.7158 -0.5225</w:t>
        <w:br/>
        <w:t>vn 0.5584 0.7079 -0.4325</w:t>
        <w:br/>
        <w:t>vn 0.3989 0.7651 -0.5055</w:t>
        <w:br/>
        <w:t>vn 0.8508 -0.0844 0.5186</w:t>
        <w:br/>
        <w:t>vn 0.8773 -0.0991 0.4695</w:t>
        <w:br/>
        <w:t>vn 0.6636 0.0920 -0.7424</w:t>
        <w:br/>
        <w:t>vn 0.2615 0.0807 -0.9618</w:t>
        <w:br/>
        <w:t>vn 0.5877 -0.0515 -0.8074</w:t>
        <w:br/>
        <w:t>vn 0.3354 -0.1005 -0.9367</w:t>
        <w:br/>
        <w:t>vn 0.2890 -0.0062 -0.9573</w:t>
        <w:br/>
        <w:t>vn 0.6246 0.0295 -0.7804</w:t>
        <w:br/>
        <w:t>vn 0.5599 -0.0937 -0.8232</w:t>
        <w:br/>
        <w:t>vn 0.3485 -0.1473 -0.9257</w:t>
        <w:br/>
        <w:t>vn 0.5369 -0.1402 -0.8319</w:t>
        <w:br/>
        <w:t>vn 0.3271 -0.1819 -0.9273</w:t>
        <w:br/>
        <w:t>vn 0.5131 -0.1784 -0.8396</w:t>
        <w:br/>
        <w:t>vn 0.3018 -0.1991 -0.9324</w:t>
        <w:br/>
        <w:t>vn 0.5021 -0.2075 -0.8395</w:t>
        <w:br/>
        <w:t>vn 0.2891 -0.1954 -0.9372</w:t>
        <w:br/>
        <w:t>vn 0.3018 -0.1913 -0.9340</w:t>
        <w:br/>
        <w:t>vn 0.5132 -0.2459 -0.8223</w:t>
        <w:br/>
        <w:t>vn 0.5550 -0.2808 -0.7831</w:t>
        <w:br/>
        <w:t>vn 0.3483 -0.1636 -0.9230</w:t>
        <w:br/>
        <w:t>vn 0.4356 -0.0962 -0.8950</w:t>
        <w:br/>
        <w:t>vn 0.6406 -0.3291 -0.6938</w:t>
        <w:br/>
        <w:t>vn 0.2977 0.0735 -0.9518</w:t>
        <w:br/>
        <w:t>vn 0.8020 -0.0019 -0.5974</w:t>
        <w:br/>
        <w:t>vn 0.8602 -0.0991 -0.5003</w:t>
        <w:br/>
        <w:t>vn 0.9177 -0.0583 -0.3929</w:t>
        <w:br/>
        <w:t>vn 0.5790 -0.1317 -0.8046</w:t>
        <w:br/>
        <w:t>vn 0.9384 -0.0812 -0.3359</w:t>
        <w:br/>
        <w:t>vn 0.9402 -0.0877 -0.3292</w:t>
        <w:br/>
        <w:t>vn -0.1957 0.0525 -0.9793</w:t>
        <w:br/>
        <w:t>vn 0.0546 -0.1412 -0.9885</w:t>
        <w:br/>
        <w:t>vn -0.0898 -0.0411 -0.9951</w:t>
        <w:br/>
        <w:t>vn 0.5746 -0.1592 -0.8028</w:t>
        <w:br/>
        <w:t>vn 0.0742 -0.2091 -0.9751</w:t>
        <w:br/>
        <w:t>vn 0.0600 -0.1724 -0.9832</w:t>
        <w:br/>
        <w:t>vn 0.1148 -0.0338 -0.9928</w:t>
        <w:br/>
        <w:t>vn 0.0720 -0.1251 -0.9895</w:t>
        <w:br/>
        <w:t>vn 0.1700 0.1508 -0.9739</w:t>
        <w:br/>
        <w:t>vn 0.7664 -0.1704 -0.6193</w:t>
        <w:br/>
        <w:t>vn 0.9659 -0.2097 -0.1521</w:t>
        <w:br/>
        <w:t>vn 0.9683 -0.1576 -0.1939</w:t>
        <w:br/>
        <w:t>vn 0.9544 -0.1260 -0.2705</w:t>
        <w:br/>
        <w:t>vn 0.9304 -0.0999 -0.3527</w:t>
        <w:br/>
        <w:t>vn 0.1197 0.0311 0.9923</w:t>
        <w:br/>
        <w:t>vn 0.2914 0.1302 0.9477</w:t>
        <w:br/>
        <w:t>vn 0.1088 0.1078 0.9882</w:t>
        <w:br/>
        <w:t>vn 0.1213 0.1556 0.9804</w:t>
        <w:br/>
        <w:t>vn 0.2676 0.1940 0.9438</w:t>
        <w:br/>
        <w:t>vn 0.2779 0.1724 0.9450</w:t>
        <w:br/>
        <w:t>vn 0.1382 0.1715 0.9754</w:t>
        <w:br/>
        <w:t>vn 0.2416 0.2199 0.9451</w:t>
        <w:br/>
        <w:t>vn 0.0472 0.2219 0.9739</w:t>
        <w:br/>
        <w:t>vn -0.0650 0.2367 0.9694</w:t>
        <w:br/>
        <w:t>vn -0.0876 0.2325 0.9686</w:t>
        <w:br/>
        <w:t>vn -0.1021 0.2266 0.9686</w:t>
        <w:br/>
        <w:t>vn -0.1199 0.1999 0.9725</w:t>
        <w:br/>
        <w:t>vn -0.1504 0.1414 0.9785</w:t>
        <w:br/>
        <w:t>vn -0.4819 0.8604 0.1656</w:t>
        <w:br/>
        <w:t>vn -0.1984 0.9669 -0.1608</w:t>
        <w:br/>
        <w:t>vn 0.8615 0.4709 0.1899</w:t>
        <w:br/>
        <w:t>vn 0.1252 -0.9838 -0.1284</w:t>
        <w:br/>
        <w:t>vn 0.5861 -0.8069 -0.0736</w:t>
        <w:br/>
        <w:t>vn -0.9926 0.0482 0.1116</w:t>
        <w:br/>
        <w:t>vn -0.9757 0.1301 0.1763</w:t>
        <w:br/>
        <w:t>vn -0.9926 0.0481 0.1117</w:t>
        <w:br/>
        <w:t>vn -0.8399 0.4591 0.2894</w:t>
        <w:br/>
        <w:t>vn -0.0985 0.7928 -0.6014</w:t>
        <w:br/>
        <w:t>vn -0.1913 -0.3146 -0.9298</w:t>
        <w:br/>
        <w:t>vn 0.2374 -0.2414 -0.9409</w:t>
        <w:br/>
        <w:t>vn -0.1688 0.1378 -0.9760</w:t>
        <w:br/>
        <w:t>vn -0.2262 0.1171 -0.9670</w:t>
        <w:br/>
        <w:t>vn -0.2586 0.0858 -0.9622</w:t>
        <w:br/>
        <w:t>vn -0.0477 0.1906 -0.9805</w:t>
        <w:br/>
        <w:t>vn 0.0895 0.2950 -0.9513</w:t>
        <w:br/>
        <w:t>vn 0.1907 0.3409 -0.9205</w:t>
        <w:br/>
        <w:t>vn 0.1907 0.3409 -0.9206</w:t>
        <w:br/>
        <w:t>vn 0.2187 0.3169 -0.9229</w:t>
        <w:br/>
        <w:t>vn 0.2224 0.2988 -0.9280</w:t>
        <w:br/>
        <w:t>vn 0.7396 -0.0788 -0.6684</w:t>
        <w:br/>
        <w:t>vn 0.6286 0.0013 -0.7777</w:t>
        <w:br/>
        <w:t>vn 0.2389 0.2372 -0.9416</w:t>
        <w:br/>
        <w:t>vn 0.2910 0.1441 -0.9458</w:t>
        <w:br/>
        <w:t>vn 0.6771 -0.0964 -0.7295</w:t>
        <w:br/>
        <w:t>vn 0.3596 0.0262 -0.9327</w:t>
        <w:br/>
        <w:t>vn 0.6972 -0.1434 -0.7024</w:t>
        <w:br/>
        <w:t>vn 0.3830 -0.1029 -0.9180</w:t>
        <w:br/>
        <w:t>vn 0.7446 -0.1457 -0.6514</w:t>
        <w:br/>
        <w:t>vn 0.4332 -0.2664 -0.8610</w:t>
        <w:br/>
        <w:t>vn 0.3826 -0.2462 -0.8905</w:t>
        <w:br/>
        <w:t>vn 0.5296 0.1667 -0.8317</w:t>
        <w:br/>
        <w:t>vn 0.5134 -0.0808 -0.8543</w:t>
        <w:br/>
        <w:t>vn 0.3601 0.7115 -0.6034</w:t>
        <w:br/>
        <w:t>vn 0.4631 0.7158 -0.5225</w:t>
        <w:br/>
        <w:t>vn 0.3989 0.7651 -0.5054</w:t>
        <w:br/>
        <w:t>vn -0.8038 -0.3649 -0.4698</w:t>
        <w:br/>
        <w:t>vn -0.7874 -0.5758 -0.2199</w:t>
        <w:br/>
        <w:t>vn 0.7022 0.5968 -0.3882</w:t>
        <w:br/>
        <w:t>vn 0.5762 0.6063 -0.5481</w:t>
        <w:br/>
        <w:t>vn 0.6717 0.4592 -0.5813</w:t>
        <w:br/>
        <w:t>vn 0.8075 0.4758 -0.3486</w:t>
        <w:br/>
        <w:t>vn 0.7734 -0.0669 0.6303</w:t>
        <w:br/>
        <w:t>vn 0.6834 -0.0076 0.7300</w:t>
        <w:br/>
        <w:t>vn 0.4263 0.5906 -0.6852</w:t>
        <w:br/>
        <w:t>vn 0.4859 0.4087 -0.7726</w:t>
        <w:br/>
        <w:t>vn -0.1914 -0.5218 -0.8313</w:t>
        <w:br/>
        <w:t>vn -0.1373 -0.8030 -0.5799</w:t>
        <w:br/>
        <w:t>vn -0.2063 -0.5974 -0.7749</w:t>
        <w:br/>
        <w:t>vn -0.0753 -0.9271 -0.3672</w:t>
        <w:br/>
        <w:t>vn -0.3533 -0.8862 0.2998</w:t>
        <w:br/>
        <w:t>vn 0.0519 -0.9564 0.2874</w:t>
        <w:br/>
        <w:t>vn 0.1048 -0.7420 0.6621</w:t>
        <w:br/>
        <w:t>vn -0.3204 -0.6801 0.6594</w:t>
        <w:br/>
        <w:t>vn 0.2480 -0.2535 0.9350</w:t>
        <w:br/>
        <w:t>vn 0.2527 -0.3019 0.9192</w:t>
        <w:br/>
        <w:t>vn 0.0495 -0.1996 0.9786</w:t>
        <w:br/>
        <w:t>vn -0.2853 -0.0374 0.9577</w:t>
        <w:br/>
        <w:t>vn -0.2493 0.1378 0.9586</w:t>
        <w:br/>
        <w:t>vn -0.2745 0.0148 0.9615</w:t>
        <w:br/>
        <w:t>vn -0.1685 0.1437 0.9752</w:t>
        <w:br/>
        <w:t>vn -0.4294 0.1419 0.8919</w:t>
        <w:br/>
        <w:t>vn -0.0922 0.1881 0.9778</w:t>
        <w:br/>
        <w:t>vn -0.0655 0.2204 0.9732</w:t>
        <w:br/>
        <w:t>vn -0.0890 0.2110 0.9734</w:t>
        <w:br/>
        <w:t>vn -0.0666 0.2206 0.9731</w:t>
        <w:br/>
        <w:t>vn -0.1907 0.1155 0.9748</w:t>
        <w:br/>
        <w:t>vn -0.1284 0.1773 0.9758</w:t>
        <w:br/>
        <w:t>vn -0.2681 0.0329 0.9628</w:t>
        <w:br/>
        <w:t>vn -0.3409 -0.0487 0.9388</w:t>
        <w:br/>
        <w:t>vn -0.4208 -0.1182 0.8994</w:t>
        <w:br/>
        <w:t>vn -0.5105 -0.1739 0.8421</w:t>
        <w:br/>
        <w:t>vn -0.6320 -0.2218 0.7426</w:t>
        <w:br/>
        <w:t>vn -0.6476 -0.2411 0.7228</w:t>
        <w:br/>
        <w:t>vn -0.6408 -0.1657 0.7496</w:t>
        <w:br/>
        <w:t>vn -0.6641 0.0402 0.7466</w:t>
        <w:br/>
        <w:t>vn -0.6472 -0.0522 0.7605</w:t>
        <w:br/>
        <w:t>vn -0.6461 -0.1104 0.7552</w:t>
        <w:br/>
        <w:t>vn -0.6637 0.0315 0.7474</w:t>
        <w:br/>
        <w:t>vn -0.5429 -0.5430 0.6406</w:t>
        <w:br/>
        <w:t>vn -0.5430 -0.5431 0.6405</w:t>
        <w:br/>
        <w:t>vn -0.6055 -0.3104 0.7328</w:t>
        <w:br/>
        <w:t>vn -0.6055 -0.3103 0.7328</w:t>
        <w:br/>
        <w:t>vn -0.4738 -0.8276 0.3008</w:t>
        <w:br/>
        <w:t>vn -0.7150 -0.6978 -0.0414</w:t>
        <w:br/>
        <w:t>vn -0.0104 -0.9872 -0.1591</w:t>
        <w:br/>
        <w:t>vn -0.4971 -0.7340 0.4627</w:t>
        <w:br/>
        <w:t>vn -0.5013 -0.6565 0.5636</w:t>
        <w:br/>
        <w:t>vn 0.9114 -0.0835 -0.4030</w:t>
        <w:br/>
        <w:t>vn -0.2440 -0.0328 -0.9692</w:t>
        <w:br/>
        <w:t>vn -0.9977 0.0033 0.0682</w:t>
        <w:br/>
        <w:t>vn -0.9009 -0.1571 -0.4047</w:t>
        <w:br/>
        <w:t>vn -0.8984 -0.1840 -0.3988</w:t>
        <w:br/>
        <w:t>vn -0.7986 -0.1349 -0.5865</w:t>
        <w:br/>
        <w:t>vn -0.5837 -0.1907 0.7893</w:t>
        <w:br/>
        <w:t>vn 0.1515 -0.5731 0.8054</w:t>
        <w:br/>
        <w:t>vn -0.2990 -0.5393 0.7873</w:t>
        <w:br/>
        <w:t>vn 0.2010 -0.4691 0.8600</w:t>
        <w:br/>
        <w:t>vn 0.2386 -0.3749 0.8958</w:t>
        <w:br/>
        <w:t>vn -0.2914 0.0271 0.9562</w:t>
        <w:br/>
        <w:t>vn -0.8138 0.0350 0.5801</w:t>
        <w:br/>
        <w:t>vn -0.9300 0.0084 0.3675</w:t>
        <w:br/>
        <w:t>vn -0.2168 -0.3513 -0.9108</w:t>
        <w:br/>
        <w:t>vn 0.1019 -0.2640 -0.9591</w:t>
        <w:br/>
        <w:t>vn 0.4964 -0.1913 -0.8468</w:t>
        <w:br/>
        <w:t>vn -0.1491 -0.2280 -0.9622</w:t>
        <w:br/>
        <w:t>vn 0.1019 -0.2665 -0.9584</w:t>
        <w:br/>
        <w:t>vn -0.1122 -0.1388 -0.9839</w:t>
        <w:br/>
        <w:t>vn -0.1122 -0.1389 -0.9839</w:t>
        <w:br/>
        <w:t>vn -0.1511 -0.1167 -0.9816</w:t>
        <w:br/>
        <w:t>vn -0.7790 -0.0213 -0.6266</w:t>
        <w:br/>
        <w:t>vn -0.7790 -0.0214 -0.6266</w:t>
        <w:br/>
        <w:t>vn -0.7713 -0.0734 -0.6322</w:t>
        <w:br/>
        <w:t>vn -0.8572 0.1320 0.4978</w:t>
        <w:br/>
        <w:t>vn -0.8364 0.1628 0.5233</w:t>
        <w:br/>
        <w:t>vn 0.7795 0.0550 -0.6240</w:t>
        <w:br/>
        <w:t>vn 0.8013 0.0832 -0.5924</w:t>
        <w:br/>
        <w:t>vn 0.8014 0.0831 -0.5924</w:t>
        <w:br/>
        <w:t>vn 0.7293 -0.0080 -0.6841</w:t>
        <w:br/>
        <w:t>vn -0.7159 0.1827 -0.6739</w:t>
        <w:br/>
        <w:t>vn -0.7314 0.1088 -0.6732</w:t>
        <w:br/>
        <w:t>vn -0.9330 -0.0440 0.3571</w:t>
        <w:br/>
        <w:t>vn -0.9331 -0.0439 0.3570</w:t>
        <w:br/>
        <w:t>vn -0.9198 0.0128 0.3921</w:t>
        <w:br/>
        <w:t>vn 0.7881 0.0738 -0.6111</w:t>
        <w:br/>
        <w:t>vn 0.8150 0.1092 -0.5691</w:t>
        <w:br/>
        <w:t>vn -0.7270 0.1692 -0.6654</w:t>
        <w:br/>
        <w:t>vn 0.7758 0.0817 -0.6257</w:t>
        <w:br/>
        <w:t>vn 0.7758 0.0818 -0.6257</w:t>
        <w:br/>
        <w:t>vn -0.1455 -0.6343 -0.7593</w:t>
        <w:br/>
        <w:t>vn -0.0519 -0.7421 -0.6683</w:t>
        <w:br/>
        <w:t>vn 0.0841 0.2866 0.9544</w:t>
        <w:br/>
        <w:t>vn -0.0071 0.3435 0.9391</w:t>
        <w:br/>
        <w:t>vn -0.8507 -0.3807 0.3623</w:t>
        <w:br/>
        <w:t>vn -0.8121 -0.4513 0.3699</w:t>
        <w:br/>
        <w:t>vn -0.8508 -0.3807 0.3623</w:t>
        <w:br/>
        <w:t>vn 0.8750 -0.0137 -0.4840</w:t>
        <w:br/>
        <w:t>vn 0.8983 -0.0522 -0.4363</w:t>
        <w:br/>
        <w:t>vn -0.5925 -0.1526 -0.7910</w:t>
        <w:br/>
        <w:t>vn -0.3830 -0.3746 -0.8444</w:t>
        <w:br/>
        <w:t>vn 0.4825 -0.0363 0.8751</w:t>
        <w:br/>
        <w:t>vn 0.2942 0.1507 0.9438</w:t>
        <w:br/>
        <w:t>vn -0.8919 -0.2502 0.3768</w:t>
        <w:br/>
        <w:t>vn -0.8892 -0.2797 0.3621</w:t>
        <w:br/>
        <w:t>vn 0.7925 0.0689 -0.6059</w:t>
        <w:br/>
        <w:t>vn 0.8264 0.0282 -0.5623</w:t>
        <w:br/>
        <w:t>vn -0.7344 -0.1080 -0.6700</w:t>
        <w:br/>
        <w:t>vn -0.8305 0.1649 0.5320</w:t>
        <w:br/>
        <w:t>vn 0.7293 -0.0079 -0.6841</w:t>
        <w:br/>
        <w:t>vn 0.6219 -0.1223 -0.7735</w:t>
        <w:br/>
        <w:t>vn 0.1019 -0.2641 -0.9591</w:t>
        <w:br/>
        <w:t>vn 0.5678 -0.1731 -0.8048</w:t>
        <w:br/>
        <w:t>vn -0.7708 -0.0166 -0.6368</w:t>
        <w:br/>
        <w:t>vn -0.7709 -0.0166 -0.6368</w:t>
        <w:br/>
        <w:t>vn -0.8813 0.0708 0.4672</w:t>
        <w:br/>
        <w:t>vn 0.8272 0.0955 -0.5537</w:t>
        <w:br/>
        <w:t>vn -0.7556 0.0099 -0.6550</w:t>
        <w:br/>
        <w:t>vn -0.8998 0.0375 0.4346</w:t>
        <w:br/>
        <w:t>vn 0.8312 0.1047 -0.5461</w:t>
        <w:br/>
        <w:t>vn 0.5064 -0.1505 0.8491</w:t>
        <w:br/>
        <w:t>vn 0.4871 -0.0922 0.8685</w:t>
        <w:br/>
        <w:t>vn 0.4871 -0.0921 0.8685</w:t>
        <w:br/>
        <w:t>vn -0.7284 0.1102 -0.6763</w:t>
        <w:br/>
        <w:t>vn -0.6927 0.0007 -0.7212</w:t>
        <w:br/>
        <w:t>vn -0.6927 0.0006 -0.7212</w:t>
        <w:br/>
        <w:t>vn 0.5578 -0.1984 0.8059</w:t>
        <w:br/>
        <w:t>vn 0.5526 -0.2250 0.8025</w:t>
        <w:br/>
        <w:t>vn -0.9007 -0.2206 0.3743</w:t>
        <w:br/>
        <w:t>vn -0.8907 -0.2394 0.3865</w:t>
        <w:br/>
        <w:t>vn -0.8907 -0.2394 0.3864</w:t>
        <w:br/>
        <w:t>vn -0.9007 -0.2206 0.3744</w:t>
        <w:br/>
        <w:t>vn 0.7759 0.1078 -0.6216</w:t>
        <w:br/>
        <w:t>vn 0.7736 0.1071 -0.6245</w:t>
        <w:br/>
        <w:t>vn -0.9246 -0.1445 0.3525</w:t>
        <w:br/>
        <w:t>vn 0.5258 -0.1961 0.8277</w:t>
        <w:br/>
        <w:t>vn 0.4749 -0.0781 0.8766</w:t>
        <w:br/>
        <w:t>vn -0.8669 0.1549 -0.4737</w:t>
        <w:br/>
        <w:t>vn -0.9851 0.0973 -0.1420</w:t>
        <w:br/>
        <w:t>vn -0.8912 0.1163 -0.4384</w:t>
        <w:br/>
        <w:t>vn 0.7081 -0.1762 -0.6837</w:t>
        <w:br/>
        <w:t>vn 0.7275 -0.1998 -0.6564</w:t>
        <w:br/>
        <w:t>vn 0.7275 -0.1999 -0.6564</w:t>
        <w:br/>
        <w:t>vn -0.8440 0.1663 -0.5099</w:t>
        <w:br/>
        <w:t>vn -0.8440 0.1663 -0.5098</w:t>
        <w:br/>
        <w:t>vn 0.9315 -0.0742 0.3562</w:t>
        <w:br/>
        <w:t>vn 0.9011 -0.1464 0.4083</w:t>
        <w:br/>
        <w:t>vn 0.9010 -0.1464 0.4083</w:t>
        <w:br/>
        <w:t>vn 0.6989 -0.2051 -0.6851</w:t>
        <w:br/>
        <w:t>vn -0.9322 0.1103 -0.3447</w:t>
        <w:br/>
        <w:t>vn -0.9545 0.0150 -0.2978</w:t>
        <w:br/>
        <w:t>vn -0.9545 0.0150 -0.2977</w:t>
        <w:br/>
        <w:t>vn 0.9373 -0.1312 0.3230</w:t>
        <w:br/>
        <w:t>vn 0.8918 -0.1781 0.4158</w:t>
        <w:br/>
        <w:t>vn 0.4927 -0.2546 -0.8322</w:t>
        <w:br/>
        <w:t>vn 0.5397 -0.1386 -0.8304</w:t>
        <w:br/>
        <w:t>vn -0.9371 -0.1756 -0.3017</w:t>
        <w:br/>
        <w:t>vn -0.9919 -0.1195 0.0427</w:t>
        <w:br/>
        <w:t>vn -0.9542 -0.0970 -0.2829</w:t>
        <w:br/>
        <w:t>vn 0.9637 -0.0512 0.2619</w:t>
        <w:br/>
        <w:t>vn 0.9638 -0.0512 0.2618</w:t>
        <w:br/>
        <w:t>vn 0.5713 -0.0297 -0.8202</w:t>
        <w:br/>
        <w:t>vn 0.5713 -0.0296 -0.8202</w:t>
        <w:br/>
        <w:t>vn -0.9133 -0.2333 -0.3339</w:t>
        <w:br/>
        <w:t>vn -0.9133 -0.2333 -0.3338</w:t>
        <w:br/>
        <w:t>vn -0.8783 -0.3070 -0.3666</w:t>
        <w:br/>
        <w:t>vn -0.8783 -0.3071 -0.3665</w:t>
        <w:br/>
        <w:t>vn 0.9652 0.0609 0.2541</w:t>
        <w:br/>
        <w:t>vn 0.9512 0.1375 0.2764</w:t>
        <w:br/>
        <w:t>vn 0.6116 0.0769 -0.7874</w:t>
        <w:br/>
        <w:t>vn 0.6486 0.2117 -0.7311</w:t>
        <w:br/>
        <w:t>vn -0.6790 -0.3648 -0.6371</w:t>
        <w:br/>
        <w:t>vn -0.6062 -0.3614 -0.7084</w:t>
        <w:br/>
        <w:t>vn 0.8244 0.2361 0.5144</w:t>
        <w:br/>
        <w:t>vn 0.7955 0.2615 0.5466</w:t>
        <w:br/>
        <w:t>vn 0.4797 0.5825 -0.6562</w:t>
        <w:br/>
        <w:t>vn 0.4482 0.6455 -0.6184</w:t>
        <w:br/>
        <w:t>vn -0.6941 0.1727 0.6989</w:t>
        <w:br/>
        <w:t>vn -0.6449 0.2144 0.7336</w:t>
        <w:br/>
        <w:t>vn -0.5690 0.2864 0.7708</w:t>
        <w:br/>
        <w:t>vn -0.7088 0.0627 0.7027</w:t>
        <w:br/>
        <w:t>vn -0.6838 0.1936 0.7035</w:t>
        <w:br/>
        <w:t>vn -0.7137 0.0033 0.7004</w:t>
        <w:br/>
        <w:t>vn -0.7206 -0.0600 0.6908</w:t>
        <w:br/>
        <w:t>vn -0.7053 -0.1869 0.6839</w:t>
        <w:br/>
        <w:t>vn -0.7052 -0.1869 0.6839</w:t>
        <w:br/>
        <w:t>vn -0.6472 -0.3311 0.6866</w:t>
        <w:br/>
        <w:t>vn -0.4157 -0.7768 0.4731</w:t>
        <w:br/>
        <w:t>vn -0.3241 -0.8646 0.3841</w:t>
        <w:br/>
        <w:t>vn -0.4157 -0.7768 0.4730</w:t>
        <w:br/>
        <w:t>vn -0.8036 -0.3591 -0.4746</w:t>
        <w:br/>
        <w:t>vn 0.8777 0.2161 0.4278</w:t>
        <w:br/>
        <w:t>vn 0.5516 0.4809 -0.6815</w:t>
        <w:br/>
        <w:t>vn -0.5256 -0.6049 0.5982</w:t>
        <w:br/>
        <w:t>vn -0.8985 0.1543 -0.4109</w:t>
        <w:br/>
        <w:t>vn 0.8520 -0.2082 0.4804</w:t>
        <w:br/>
        <w:t>vn 0.8520 -0.2083 0.4804</w:t>
        <w:br/>
        <w:t>vn 0.4620 -0.3216 -0.8265</w:t>
        <w:br/>
        <w:t>vn -0.6216 0.3050 0.7215</w:t>
        <w:br/>
        <w:t>vn -0.6216 0.3050 0.7216</w:t>
        <w:br/>
        <w:t>vn 0.8723 -0.1875 0.4517</w:t>
        <w:br/>
        <w:t>vn 0.8504 -0.2058 0.4842</w:t>
        <w:br/>
        <w:t>vn 0.8722 -0.1875 0.4517</w:t>
        <w:br/>
        <w:t>vn -0.8364 0.1789 -0.5181</w:t>
        <w:br/>
        <w:t>vn -0.8363 0.1790 -0.5182</w:t>
        <w:br/>
        <w:t>vn -0.8617 0.1721 -0.4774</w:t>
        <w:br/>
        <w:t>vn 0.6109 -0.2639 -0.7464</w:t>
        <w:br/>
        <w:t>vn 0.5077 -0.3167 -0.8012</w:t>
        <w:br/>
        <w:t>vn -0.5422 0.3350 0.7706</w:t>
        <w:br/>
        <w:t>vn -0.5422 0.3349 0.7706</w:t>
        <w:br/>
        <w:t>vn -0.5589 0.3486 0.7524</w:t>
        <w:br/>
        <w:t>vn -0.8239 0.1625 -0.5429</w:t>
        <w:br/>
        <w:t>vn -0.8654 0.0872 -0.4935</w:t>
        <w:br/>
        <w:t>vn -0.9966 0.0086 -0.0824</w:t>
        <w:br/>
        <w:t>vn -0.9878 -0.0254 -0.1538</w:t>
        <w:br/>
        <w:t>vn 0.3672 -0.0021 -0.9301</w:t>
        <w:br/>
        <w:t>vn 0.5116 -0.0567 -0.8574</w:t>
        <w:br/>
        <w:t>vn -0.9409 -0.2076 0.2677</w:t>
        <w:br/>
        <w:t>vn -0.8138 0.0351 0.5801</w:t>
        <w:br/>
        <w:t>vn 0.9239 0.1913 0.3313</w:t>
        <w:br/>
        <w:t>vn 0.6277 0.3684 -0.6858</w:t>
        <w:br/>
        <w:t>vn -0.5797 -0.4735 0.6631</w:t>
        <w:br/>
        <w:t>vn -0.9919 -0.1194 0.0426</w:t>
        <w:br/>
        <w:t>vn -0.9982 0.0602 0.0041</w:t>
        <w:br/>
        <w:t>vn -0.8972 0.0744 -0.4352</w:t>
        <w:br/>
        <w:t>vn 0.6473 -0.1068 -0.7547</w:t>
        <w:br/>
        <w:t>vn 0.9446 -0.0324 0.3267</w:t>
        <w:br/>
        <w:t>vn -0.9845 -0.0071 -0.1750</w:t>
        <w:br/>
        <w:t>vn -0.9300 0.0083 0.3675</w:t>
        <w:br/>
        <w:t>vn -0.9838 -0.0929 -0.1535</w:t>
        <w:br/>
        <w:t>vn -0.2328 0.3723 0.8984</w:t>
        <w:br/>
        <w:t>vn -0.9198 -0.1441 -0.3649</w:t>
        <w:br/>
        <w:t>vn -0.4806 -0.3294 -0.8127</w:t>
        <w:br/>
        <w:t>vn -0.8371 -0.2087 -0.5057</w:t>
        <w:br/>
        <w:t>vn -0.0339 0.3804 0.9242</w:t>
        <w:br/>
        <w:t>vn -0.0752 0.3960 0.9152</w:t>
        <w:br/>
        <w:t>vn 0.9711 0.1247 0.2035</w:t>
        <w:br/>
        <w:t>vn 0.9711 0.1247 0.2036</w:t>
        <w:br/>
        <w:t>vn 0.9916 0.0679 0.1101</w:t>
        <w:br/>
        <w:t>vn -0.4236 -0.3422 -0.8388</w:t>
        <w:br/>
        <w:t>vn -0.7659 -0.2809 -0.5784</w:t>
        <w:br/>
        <w:t>vn -0.0188 0.3419 0.9395</w:t>
        <w:br/>
        <w:t>vn 0.9375 0.1722 0.3024</w:t>
        <w:br/>
        <w:t>vn -0.3884 -0.3143 -0.8662</w:t>
        <w:br/>
        <w:t>vn -0.3831 -0.2632 -0.8854</w:t>
        <w:br/>
        <w:t>vn -0.7766 -0.2938 -0.5573</w:t>
        <w:br/>
        <w:t>vn -0.7562 -0.3008 -0.5811</w:t>
        <w:br/>
        <w:t>vn -0.0119 0.1579 0.9874</w:t>
        <w:br/>
        <w:t>vn -0.0063 0.2648 0.9643</w:t>
        <w:br/>
        <w:t>vn 0.8610 0.2374 0.4498</w:t>
        <w:br/>
        <w:t>vn 0.8610 0.2373 0.4499</w:t>
        <w:br/>
        <w:t>vn 0.8369 0.2715 0.4753</w:t>
        <w:br/>
        <w:t>vn -0.6157 -0.3860 -0.6870</w:t>
        <w:br/>
        <w:t>vn -0.6158 -0.3859 -0.6869</w:t>
        <w:br/>
        <w:t>vn -0.6639 -0.3685 -0.6507</w:t>
        <w:br/>
        <w:t>vn 0.4249 -0.0642 0.9030</w:t>
        <w:br/>
        <w:t>vn 0.0597 -0.3693 0.9274</w:t>
        <w:br/>
        <w:t>vn 0.1012 -0.5183 0.8492</w:t>
        <w:br/>
        <w:t>vn 0.4349 -0.1555 0.8869</w:t>
        <w:br/>
        <w:t>vn 0.6929 0.2545 0.6747</w:t>
        <w:br/>
        <w:t>vn 0.6618 0.2440 0.7088</w:t>
        <w:br/>
        <w:t>vn -0.7861 -0.3296 -0.5229</w:t>
        <w:br/>
        <w:t>vn -0.7356 -0.3536 -0.5778</w:t>
        <w:br/>
        <w:t>vn 0.4417 0.0537 0.8956</w:t>
        <w:br/>
        <w:t>vn 0.0035 -0.1961 0.9806</w:t>
        <w:br/>
        <w:t>vn 0.1321 -0.0004 -0.9912</w:t>
        <w:br/>
        <w:t>vn 0.1139 0.1168 -0.9866</w:t>
        <w:br/>
        <w:t>vn 0.0959 -0.3121 -0.9452</w:t>
        <w:br/>
        <w:t>vn 0.0670 -0.3218 -0.9444</w:t>
        <w:br/>
        <w:t>vn 0.0197 -0.3534 -0.9353</w:t>
        <w:br/>
        <w:t>vn -0.0132 -0.3723 -0.9280</w:t>
        <w:br/>
        <w:t>vn -0.4806 -0.3294 -0.8128</w:t>
        <w:br/>
        <w:t>vn -0.0011 -0.3389 -0.9408</w:t>
        <w:br/>
        <w:t>vn -0.4236 -0.3421 -0.8388</w:t>
        <w:br/>
        <w:t>vn 0.1298 -0.0720 -0.9889</w:t>
        <w:br/>
        <w:t>vn 0.0944 0.2914 -0.9519</w:t>
        <w:br/>
        <w:t>vn 0.0988 0.4843 -0.8693</w:t>
        <w:br/>
        <w:t>vn 0.0944 0.2913 -0.9519</w:t>
        <w:br/>
        <w:t>vn 0.7640 0.2893 0.5767</w:t>
        <w:br/>
        <w:t>vn 0.9740 -0.0580 -0.2192</w:t>
        <w:br/>
        <w:t>vn 0.9986 0.0234 -0.0482</w:t>
        <w:br/>
        <w:t>vn 0.9986 0.0233 -0.0482</w:t>
        <w:br/>
        <w:t>vn -0.9646 -0.1073 -0.2408</w:t>
        <w:br/>
        <w:t>vn -0.9646 -0.1073 -0.2407</w:t>
        <w:br/>
        <w:t>vn -0.1603 0.3916 0.9061</w:t>
        <w:br/>
        <w:t>vn 0.8940 0.2073 0.3973</w:t>
        <w:br/>
        <w:t>vn 0.0646 -0.2596 -0.9636</w:t>
        <w:br/>
        <w:t>vn -0.7945 -0.3066 -0.5242</w:t>
        <w:br/>
        <w:t>vn -0.7944 -0.3066 -0.5243</w:t>
        <w:br/>
        <w:t>vn -0.0265 0.0425 0.9987</w:t>
        <w:br/>
        <w:t>vn -0.0265 0.0424 0.9987</w:t>
        <w:br/>
        <w:t>vn 0.8669 0.2250 0.4447</w:t>
        <w:br/>
        <w:t>vn 0.1119 -0.1630 -0.9803</w:t>
        <w:br/>
        <w:t>vn 0.9511 -0.1199 -0.2845</w:t>
        <w:br/>
        <w:t>vn -0.2256 -0.9476 -0.2264</w:t>
        <w:br/>
        <w:t>vn -0.2831 -0.9546 -0.0928</w:t>
        <w:br/>
        <w:t>vn -0.0372 -0.9730 -0.2278</w:t>
        <w:br/>
        <w:t>vn -0.0504 -0.9479 -0.3145</w:t>
        <w:br/>
        <w:t>vn -0.0671 0.8415 0.5361</w:t>
        <w:br/>
        <w:t>vn -0.0670 0.8415 0.5361</w:t>
        <w:br/>
        <w:t>vn -0.1074 0.8918 0.4395</w:t>
        <w:br/>
        <w:t>vn -0.1074 0.8918 0.4394</w:t>
        <w:br/>
        <w:t>vn -0.3452 -0.9169 0.2005</w:t>
        <w:br/>
        <w:t>vn 0.0008 -0.9996 0.0297</w:t>
        <w:br/>
        <w:t>vn -0.1867 0.9676 0.1700</w:t>
        <w:br/>
        <w:t>vn -0.1866 0.9676 0.1699</w:t>
        <w:br/>
        <w:t>vn -0.0105 -0.9872 -0.1591</w:t>
        <w:br/>
        <w:t>vn -0.3264 -0.7837 0.5285</w:t>
        <w:br/>
        <w:t>vn 0.0620 -0.9071 0.4163</w:t>
        <w:br/>
        <w:t>vn -0.2768 0.9402 -0.1986</w:t>
        <w:br/>
        <w:t>vn -0.2835 -0.5839 0.7607</w:t>
        <w:br/>
        <w:t>vn 0.1244 -0.6868 0.7161</w:t>
        <w:br/>
        <w:t>vn -0.3751 0.7780 -0.5040</w:t>
        <w:br/>
        <w:t>vn 0.1048 -0.7420 0.6622</w:t>
        <w:br/>
        <w:t>vn -0.2796 -0.4371 0.8549</w:t>
        <w:br/>
        <w:t>vn 0.1620 -0.5153 0.8416</w:t>
        <w:br/>
        <w:t>vn -0.4410 0.5815 -0.6836</w:t>
        <w:br/>
        <w:t>vn 0.1515 -0.5731 0.8053</w:t>
        <w:br/>
        <w:t>vn -0.3064 -0.3499 0.8853</w:t>
        <w:br/>
        <w:t>vn 0.1779 -0.4235 0.8883</w:t>
        <w:br/>
        <w:t>vn -0.4680 0.4465 -0.7626</w:t>
        <w:br/>
        <w:t>vn -0.4680 0.4464 -0.7627</w:t>
        <w:br/>
        <w:t>vn -0.3207 -0.2888 0.9021</w:t>
        <w:br/>
        <w:t>vn 0.1950 -0.3528 0.9151</w:t>
        <w:br/>
        <w:t>vn -0.4879 0.3665 -0.7922</w:t>
        <w:br/>
        <w:t>vn 0.2386 -0.3750 0.8958</w:t>
        <w:br/>
        <w:t>vn -0.3138 -0.2382 0.9192</w:t>
        <w:br/>
        <w:t>vn -0.3137 -0.2381 0.9192</w:t>
        <w:br/>
        <w:t>vn -0.5024 0.3135 -0.8058</w:t>
        <w:br/>
        <w:t>vn 0.6763 -0.2573 0.6902</w:t>
        <w:br/>
        <w:t>vn 0.2527 -0.3019 0.9193</w:t>
        <w:br/>
        <w:t>vn -0.3176 -0.2044 0.9259</w:t>
        <w:br/>
        <w:t>vn -0.5055 0.3018 -0.8083</w:t>
        <w:br/>
        <w:t>vn 0.6766 -0.2366 0.6973</w:t>
        <w:br/>
        <w:t>vn -0.3364 -0.1467 0.9302</w:t>
        <w:br/>
        <w:t>vn -0.3552 -0.0666 0.9324</w:t>
        <w:br/>
        <w:t>vn -0.3553 -0.0666 0.9324</w:t>
        <w:br/>
        <w:t>vn -0.4653 0.2516 -0.8487</w:t>
        <w:br/>
        <w:t>vn -0.2232 0.1652 -0.9607</w:t>
        <w:br/>
        <w:t>vn -0.4035 0.1987 -0.8932</w:t>
        <w:br/>
        <w:t>vn 0.6815 -0.2325 0.6939</w:t>
        <w:br/>
        <w:t>vn 0.7180 -0.2321 0.6562</w:t>
        <w:br/>
        <w:t>vn 0.7181 -0.2320 0.6562</w:t>
        <w:br/>
        <w:t>vn 0.6890 -0.2261 0.6885</w:t>
        <w:br/>
        <w:t>vn -0.3673 -0.0060 0.9301</w:t>
        <w:br/>
        <w:t>vn -0.3673 -0.0061 0.9301</w:t>
        <w:br/>
        <w:t>vn -0.0131 0.1016 -0.9947</w:t>
        <w:br/>
        <w:t>vn -0.3959 0.2089 -0.8942</w:t>
        <w:br/>
        <w:t>vn 0.2113 0.0404 -0.9766</w:t>
        <w:br/>
        <w:t>vn 0.2834 -0.0089 -0.9590</w:t>
        <w:br/>
        <w:t>vn 0.7942 -0.2251 0.5644</w:t>
        <w:br/>
        <w:t>vn 0.7757 -0.2506 0.5792</w:t>
        <w:br/>
        <w:t>vn -0.3928 0.0583 0.9178</w:t>
        <w:br/>
        <w:t>vn -0.0387 0.1074 -0.9935</w:t>
        <w:br/>
        <w:t>vn -0.4478 0.2229 -0.8659</w:t>
        <w:br/>
        <w:t>vn 0.3789 -0.0295 -0.9250</w:t>
        <w:br/>
        <w:t>vn 0.8280 -0.1782 0.5317</w:t>
        <w:br/>
        <w:t>vn 0.8167 -0.2184 0.5341</w:t>
        <w:br/>
        <w:t>vn -0.4370 0.1014 0.8938</w:t>
        <w:br/>
        <w:t>vn -0.4370 0.1014 0.8937</w:t>
        <w:br/>
        <w:t>vn -0.0050 0.0964 -0.9953</w:t>
        <w:br/>
        <w:t>vn -0.5301 0.2289 -0.8165</w:t>
        <w:br/>
        <w:t>vn 0.5230 -0.0680 -0.8496</w:t>
        <w:br/>
        <w:t>vn 0.8284 -0.1844 0.5289</w:t>
        <w:br/>
        <w:t>vn -0.4828 0.1132 0.8684</w:t>
        <w:br/>
        <w:t>vn -0.6252 0.2499 -0.7393</w:t>
        <w:br/>
        <w:t>vn 0.6420 -0.1162 -0.7579</w:t>
        <w:br/>
        <w:t>vn 0.8441 -0.1923 0.5005</w:t>
        <w:br/>
        <w:t>vn -0.5328 0.1236 0.8372</w:t>
        <w:br/>
        <w:t>vn -0.5327 0.1236 0.8372</w:t>
        <w:br/>
        <w:t>vn -0.7150 0.2556 -0.6507</w:t>
        <w:br/>
        <w:t>vn 0.7162 -0.1508 -0.6814</w:t>
        <w:br/>
        <w:t>vn 0.8827 -0.2256 0.4124</w:t>
        <w:br/>
        <w:t>vn 0.8826 -0.2256 0.4124</w:t>
        <w:br/>
        <w:t>vn -0.5813 0.1136 0.8058</w:t>
        <w:br/>
        <w:t>vn -0.5813 0.1136 0.8057</w:t>
        <w:br/>
        <w:t>vn -0.7918 0.2314 -0.5652</w:t>
        <w:br/>
        <w:t>vn -0.7919 0.2314 -0.5652</w:t>
        <w:br/>
        <w:t>vn 0.9081 -0.2033 -0.3661</w:t>
        <w:br/>
        <w:t>vn 0.7694 -0.1617 -0.6180</w:t>
        <w:br/>
        <w:t>vn 0.9250 -0.2423 0.2926</w:t>
        <w:br/>
        <w:t>vn 0.9026 -0.2513 0.3496</w:t>
        <w:br/>
        <w:t>vn -0.6016 0.0637 0.7963</w:t>
        <w:br/>
        <w:t>vn -0.6016 0.0636 0.7963</w:t>
        <w:br/>
        <w:t>vn -0.8520 0.1953 -0.4857</w:t>
        <w:br/>
        <w:t>vn 0.9619 -0.1829 -0.2032</w:t>
        <w:br/>
        <w:t>vn 0.8127 -0.1333 -0.5672</w:t>
        <w:br/>
        <w:t>vn 0.9598 -0.2037 0.1930</w:t>
        <w:br/>
        <w:t>vn -0.6003 -0.0655 0.7971</w:t>
        <w:br/>
        <w:t>vn -0.8817 0.1213 -0.4559</w:t>
        <w:br/>
        <w:t>vn 0.9783 -0.0886 -0.1873</w:t>
        <w:br/>
        <w:t>vn 0.8686 -0.0330 -0.4944</w:t>
        <w:br/>
        <w:t>vn 0.9811 -0.1344 0.1390</w:t>
        <w:br/>
        <w:t>vn -0.6191 -0.2331 0.7499</w:t>
        <w:br/>
        <w:t>vn -0.8717 0.0269 -0.4892</w:t>
        <w:br/>
        <w:t>vn 0.9919 0.0151 -0.1260</w:t>
        <w:br/>
        <w:t>vn 0.9118 0.0948 -0.3996</w:t>
        <w:br/>
        <w:t>vn 0.9852 -0.0658 0.1583</w:t>
        <w:br/>
        <w:t>vn -0.6661 -0.3838 0.6395</w:t>
        <w:br/>
        <w:t>vn -0.8284 -0.0453 -0.5582</w:t>
        <w:br/>
        <w:t>vn -0.8284 -0.0453 -0.5583</w:t>
        <w:br/>
        <w:t>vn 0.9962 0.0759 -0.0431</w:t>
        <w:br/>
        <w:t>vn 0.9379 0.1815 -0.2957</w:t>
        <w:br/>
        <w:t>vn 0.9766 -0.0354 0.2122</w:t>
        <w:br/>
        <w:t>vn -0.7104 -0.4920 0.5032</w:t>
        <w:br/>
        <w:t>vn -0.7561 -0.1188 -0.6436</w:t>
        <w:br/>
        <w:t>vn 0.9874 0.1406 0.0723</w:t>
        <w:br/>
        <w:t>vn 0.9488 0.2622 -0.1762</w:t>
        <w:br/>
        <w:t>vn 0.9489 0.0079 0.3155</w:t>
        <w:br/>
        <w:t>vn -0.7071 -0.5674 0.4221</w:t>
        <w:br/>
        <w:t>vn -0.7071 -0.5673 0.4221</w:t>
        <w:br/>
        <w:t>vn -0.6637 -0.2045 -0.7195</w:t>
        <w:br/>
        <w:t>vn -0.6637 -0.2045 -0.7196</w:t>
        <w:br/>
        <w:t>vn 0.9530 0.2443 0.1794</w:t>
        <w:br/>
        <w:t>vn 0.9354 0.3393 -0.0995</w:t>
        <w:br/>
        <w:t>vn 0.8870 0.1275 0.4438</w:t>
        <w:br/>
        <w:t>vn -0.6329 -0.5922 0.4988</w:t>
        <w:br/>
        <w:t>vn -0.6329 -0.5922 0.4987</w:t>
        <w:br/>
        <w:t>vn -0.5605 -0.3247 -0.7619</w:t>
        <w:br/>
        <w:t>vn -0.5605 -0.3247 -0.7618</w:t>
        <w:br/>
        <w:t>vn 0.9072 0.3783 0.1840</w:t>
        <w:br/>
        <w:t>vn 0.9055 0.4109 -0.1060</w:t>
        <w:br/>
        <w:t>vn 0.8311 0.3130 0.4597</w:t>
        <w:br/>
        <w:t>vn -0.5804 -0.4723 0.6633</w:t>
        <w:br/>
        <w:t>vn -0.4686 -0.4865 -0.7374</w:t>
        <w:br/>
        <w:t>vn -0.4686 -0.4866 -0.7374</w:t>
        <w:br/>
        <w:t>vn 0.8740 0.4731 0.1108</w:t>
        <w:br/>
        <w:t>vn 0.8778 0.4460 -0.1747</w:t>
        <w:br/>
        <w:t>vn 0.7982 0.4613 0.3874</w:t>
        <w:br/>
        <w:t>vn -0.5757 -0.3680 0.7301</w:t>
        <w:br/>
        <w:t>vn -0.4293 -0.5689 -0.7015</w:t>
        <w:br/>
        <w:t>vn 0.8669 0.4935 0.0703</w:t>
        <w:br/>
        <w:t>vn -0.3555 0.1312 -0.9254</w:t>
        <w:br/>
        <w:t>vn -0.2978 0.4827 0.8236</w:t>
        <w:br/>
        <w:t>vn -0.4517 0.4333 0.7799</w:t>
        <w:br/>
        <w:t>vn -0.4011 0.3964 0.8258</w:t>
        <w:br/>
        <w:t>vn -0.2758 0.4237 0.8628</w:t>
        <w:br/>
        <w:t>vn 0.7750 0.3818 0.5037</w:t>
        <w:br/>
        <w:t>vn 0.2097 0.5389 0.8159</w:t>
        <w:br/>
        <w:t>vn 0.1951 0.4430 0.8750</w:t>
        <w:br/>
        <w:t>vn 0.7740 0.2895 0.5631</w:t>
        <w:br/>
        <w:t>vn -0.4188 -0.6391 -0.6451</w:t>
        <w:br/>
        <w:t>vn -0.4333 -0.5670 -0.7005</w:t>
        <w:br/>
        <w:t>vn -0.6296 -0.5629 -0.5355</w:t>
        <w:br/>
        <w:t>vn -0.5951 -0.6095 -0.5238</w:t>
        <w:br/>
        <w:t>vn -0.5712 0.5128 0.6410</w:t>
        <w:br/>
        <w:t>vn -0.3725 0.6181 0.6923</w:t>
        <w:br/>
        <w:t>vn 0.7729 0.5615 0.2954</w:t>
        <w:br/>
        <w:t>vn 0.2354 0.7502 0.6179</w:t>
        <w:br/>
        <w:t>vn -0.3914 -0.8186 -0.4204</w:t>
        <w:br/>
        <w:t>vn -0.5234 -0.7748 -0.3547</w:t>
        <w:br/>
        <w:t>vn -0.7168 0.5453 0.4346</w:t>
        <w:br/>
        <w:t>vn -0.5071 0.7319 0.4551</w:t>
        <w:br/>
        <w:t>vn 0.7285 0.6827 0.0563</w:t>
        <w:br/>
        <w:t>vn 0.1873 0.9323 0.3093</w:t>
        <w:br/>
        <w:t>vn -0.3122 -0.9495 -0.0314</w:t>
        <w:br/>
        <w:t>vn -0.4074 -0.9128 0.0307</w:t>
        <w:br/>
        <w:t>vn -0.6696 0.7219 0.1745</w:t>
        <w:br/>
        <w:t>vn -0.8387 0.4890 0.2398</w:t>
        <w:br/>
        <w:t>vn -0.0126 0.9974 -0.0710</w:t>
        <w:br/>
        <w:t>vn 0.6187 0.7477 -0.2411</w:t>
        <w:br/>
        <w:t>vn -0.1666 -0.9189 0.3577</w:t>
        <w:br/>
        <w:t>vn -0.2452 -0.8746 0.4182</w:t>
        <w:br/>
        <w:t>vn -0.7910 0.6105 -0.0407</w:t>
        <w:br/>
        <w:t>vn -0.8992 0.4210 0.1192</w:t>
        <w:br/>
        <w:t>vn -0.2461 0.8645 -0.4382</w:t>
        <w:br/>
        <w:t>vn 0.4422 0.6623 -0.6048</w:t>
        <w:br/>
        <w:t>vn -0.0359 -0.7854 0.6180</w:t>
        <w:br/>
        <w:t>vn -0.1240 -0.7470 0.6531</w:t>
        <w:br/>
        <w:t>vn -0.8480 0.4992 -0.1779</w:t>
        <w:br/>
        <w:t>vn -0.9259 0.3762 0.0346</w:t>
        <w:br/>
        <w:t>vn 0.3561 0.4906 -0.7953</w:t>
        <w:br/>
        <w:t>vn -0.3545 0.6649 -0.6574</w:t>
        <w:br/>
        <w:t>vn 0.7914 -0.5777 0.2000</w:t>
        <w:br/>
        <w:t>vn 0.7771 -0.4730 0.4153</w:t>
        <w:br/>
        <w:t>vn -0.8630 0.4094 -0.2961</w:t>
        <w:br/>
        <w:t>vn -0.9455 0.3192 -0.0650</w:t>
        <w:br/>
        <w:t>vn 0.3641 0.3788 -0.8508</w:t>
        <w:br/>
        <w:t>vn -0.3569 0.5195 -0.7763</w:t>
        <w:br/>
        <w:t>vn -0.1001 -0.6229 0.7759</w:t>
        <w:br/>
        <w:t>vn -0.1358 -0.4962 0.8575</w:t>
        <w:br/>
        <w:t>vn -0.0148 -0.5015 0.8650</w:t>
        <w:br/>
        <w:t>vn 0.0141 -0.6365 0.7711</w:t>
        <w:br/>
        <w:t>vn -0.8635 0.3175 -0.3918</w:t>
        <w:br/>
        <w:t>vn -0.9606 0.2285 -0.1584</w:t>
        <w:br/>
        <w:t>vn 0.3828 0.3299 -0.8629</w:t>
        <w:br/>
        <w:t>vn -0.3304 0.4298 -0.8403</w:t>
        <w:br/>
        <w:t>vn -0.0777 -0.3991 0.9136</w:t>
        <w:br/>
        <w:t>vn -0.2005 -0.3946 0.8967</w:t>
        <w:br/>
        <w:t>vn -0.8702 0.2367 -0.4321</w:t>
        <w:br/>
        <w:t>vn -0.9678 0.1375 -0.2108</w:t>
        <w:br/>
        <w:t>vn 0.4048 0.3111 -0.8599</w:t>
        <w:br/>
        <w:t>vn -0.3177 0.3825 -0.8676</w:t>
        <w:br/>
        <w:t>vn -0.1305 -0.3524 0.9267</w:t>
        <w:br/>
        <w:t>vn -0.2639 -0.3818 0.8858</w:t>
        <w:br/>
        <w:t>vn -0.8695 0.1814 -0.4594</w:t>
        <w:br/>
        <w:t>vn -0.9658 0.0895 -0.2433</w:t>
        <w:br/>
        <w:t>vn 0.4293 0.3087 -0.8488</w:t>
        <w:br/>
        <w:t>vn -0.2996 0.3465 -0.8889</w:t>
        <w:br/>
        <w:t>vn -0.3075 -0.4040 0.8615</w:t>
        <w:br/>
        <w:t>vn -0.9551 0.0824 -0.2846</w:t>
        <w:br/>
        <w:t>vn -0.8489 0.1603 -0.5037</w:t>
        <w:br/>
        <w:t>vn 0.4600 0.2956 -0.8373</w:t>
        <w:br/>
        <w:t>vn -0.2533 0.3159 -0.9144</w:t>
        <w:br/>
        <w:t>vn -0.3413 -0.3987 0.8512</w:t>
        <w:br/>
        <w:t>vn -0.3413 -0.3988 0.8512</w:t>
        <w:br/>
        <w:t>vn -0.9083 0.0803 -0.4105</w:t>
        <w:br/>
        <w:t>vn -0.9355 0.0894 -0.3419</w:t>
        <w:br/>
        <w:t>vn -0.8112 0.1603 -0.5624</w:t>
        <w:br/>
        <w:t>vn -0.7582 0.1543 -0.6335</w:t>
        <w:br/>
        <w:t>vn 0.5815 0.2634 -0.7697</w:t>
        <w:br/>
        <w:t>vn -0.0923 0.2878 -0.9532</w:t>
        <w:br/>
        <w:t>vn -0.1820 0.2995 -0.9366</w:t>
        <w:br/>
        <w:t>vn 0.5106 0.2688 -0.8167</w:t>
        <w:br/>
        <w:t>vn -0.4215 -0.4136 0.8070</w:t>
        <w:br/>
        <w:t>vn -0.3732 -0.4084 0.8330</w:t>
        <w:br/>
        <w:t>vn -0.6804 0.1552 -0.7162</w:t>
        <w:br/>
        <w:t>vn -0.8711 0.0802 -0.4846</w:t>
        <w:br/>
        <w:t>vn 0.6491 0.2795 -0.7075</w:t>
        <w:br/>
        <w:t>vn 0.0147 0.2783 -0.9604</w:t>
        <w:br/>
        <w:t>vn -0.6574 0.0423 -0.7524</w:t>
        <w:br/>
        <w:t>vn -0.7905 0.0758 -0.6077</w:t>
        <w:br/>
        <w:t>vn -0.5515 0.1484 -0.8209</w:t>
        <w:br/>
        <w:t>vn -0.2382 0.1634 -0.9574</w:t>
        <w:br/>
        <w:t>vn 0.2777 0.2504 -0.9275</w:t>
        <w:br/>
        <w:t>vn 0.1380 0.2760 -0.9512</w:t>
        <w:br/>
        <w:t>vn 0.7101 0.3131 -0.6306</w:t>
        <w:br/>
        <w:t>vn 0.7732 0.3345 -0.5388</w:t>
        <w:br/>
        <w:t>vn -0.6096 -0.2981 0.7345</w:t>
        <w:br/>
        <w:t>vn -0.5283 -0.3534 0.7720</w:t>
        <w:br/>
        <w:t>vn -0.6680 -0.3882 0.6349</w:t>
        <w:br/>
        <w:t>vn -0.7589 -0.3656 0.5388</w:t>
        <w:br/>
        <w:t>vn -0.5223 -0.0470 -0.8515</w:t>
        <w:br/>
        <w:t>vn -0.2639 0.0569 -0.9629</w:t>
        <w:br/>
        <w:t>vn 0.4091 0.2152 -0.8868</w:t>
        <w:br/>
        <w:t>vn 0.8214 0.3540 -0.4472</w:t>
        <w:br/>
        <w:t>vn -0.7467 -0.3089 0.5891</w:t>
        <w:br/>
        <w:t>vn -0.8158 -0.3557 0.4559</w:t>
        <w:br/>
        <w:t>vn -0.4103 -0.1381 -0.9014</w:t>
        <w:br/>
        <w:t>vn -0.1748 -0.0458 -0.9835</w:t>
        <w:br/>
        <w:t>vn 0.5134 0.1914 -0.8366</w:t>
        <w:br/>
        <w:t>vn 0.8418 0.3971 -0.3657</w:t>
        <w:br/>
        <w:t>vn -0.8538 -0.3741 0.3620</w:t>
        <w:br/>
        <w:t>vn -0.7967 -0.3046 0.5220</w:t>
        <w:br/>
        <w:t>vn -0.2968 -0.1889 -0.9361</w:t>
        <w:br/>
        <w:t>vn -0.0678 -0.1044 -0.9922</w:t>
        <w:br/>
        <w:t>vn 0.6067 0.1663 -0.7773</w:t>
        <w:br/>
        <w:t>vn 0.8585 0.4108 -0.3070</w:t>
        <w:br/>
        <w:t>vn -0.8738 -0.3954 0.2830</w:t>
        <w:br/>
        <w:t>vn -0.8248 -0.3347 0.4556</w:t>
        <w:br/>
        <w:t>vn -0.1741 -0.2382 -0.9555</w:t>
        <w:br/>
        <w:t>vn 0.0429 -0.1499 -0.9878</w:t>
        <w:br/>
        <w:t>vn -0.8923 -0.4010 0.2075</w:t>
        <w:br/>
        <w:t>vn -0.8590 -0.3262 0.3946</w:t>
        <w:br/>
        <w:t>vn -0.0995 -0.2972 -0.9496</w:t>
        <w:br/>
        <w:t>vn 0.1080 -0.2144 -0.9708</w:t>
        <w:br/>
        <w:t>vn -0.9175 -0.3747 0.1336</w:t>
        <w:br/>
        <w:t>vn -0.9005 -0.2775 0.3348</w:t>
        <w:br/>
        <w:t>vn -0.0911 -0.3765 -0.9219</w:t>
        <w:br/>
        <w:t>vn 0.1564 -0.2982 -0.9416</w:t>
        <w:br/>
        <w:t>vn -0.9328 -0.3512 0.0812</w:t>
        <w:br/>
        <w:t>vn -0.9246 -0.2484 0.2887</w:t>
        <w:br/>
        <w:t>vn -0.0841 -0.5015 -0.8610</w:t>
        <w:br/>
        <w:t>vn -0.1029 -0.4599 -0.8820</w:t>
        <w:br/>
        <w:t>vn 0.2029 -0.3918 -0.8974</w:t>
        <w:br/>
        <w:t>vn 0.1187 -0.5011 -0.8572</w:t>
        <w:br/>
        <w:t>vn 0.6413 -0.3480 -0.6838</w:t>
        <w:br/>
        <w:t>vn 0.5970 -0.2589 -0.7593</w:t>
        <w:br/>
        <w:t>vn 0.6950 -0.2287 -0.6817</w:t>
        <w:br/>
        <w:t>vn 0.7123 -0.3376 -0.6154</w:t>
        <w:br/>
        <w:t>vn -0.9563 -0.2921 0.0159</w:t>
        <w:br/>
        <w:t>vn -0.9578 -0.2662 0.1083</w:t>
        <w:br/>
        <w:t>vn -0.9421 -0.2178 0.2550</w:t>
        <w:br/>
        <w:t>vn -0.9465 -0.3196 0.0449</w:t>
        <w:br/>
        <w:t>vn 0.7450 -0.3394 -0.5742</w:t>
        <w:br/>
        <w:t>vn 0.6502 -0.3634 -0.6672</w:t>
        <w:br/>
        <w:t>vn 0.7021 -0.3754 -0.6051</w:t>
        <w:br/>
        <w:t>vn 0.7886 -0.3624 -0.4967</w:t>
        <w:br/>
        <w:t>vn 0.8245 -0.3379 -0.4539</w:t>
        <w:br/>
        <w:t>vn 0.8671 -0.3588 -0.3456</w:t>
        <w:br/>
        <w:t>vn 0.5572 -0.4944 -0.6672</w:t>
        <w:br/>
        <w:t>vn 0.8894 -0.4258 -0.1662</w:t>
        <w:br/>
        <w:t>vn 0.8370 -0.5461 0.0347</w:t>
        <w:br/>
        <w:t>vn 0.7048 -0.5239 -0.4784</w:t>
        <w:br/>
        <w:t>vn 0.2807 -0.6975 0.6593</w:t>
        <w:br/>
        <w:t>vn 0.6697 -0.7116 0.2126</w:t>
        <w:br/>
        <w:t>vn 0.5947 -0.5232 0.6104</w:t>
        <w:br/>
        <w:t>vn 0.3130 -0.8047 0.5045</w:t>
        <w:br/>
        <w:t>vn 0.0727 0.1845 -0.9801</w:t>
        <w:br/>
        <w:t>vn -0.2639 0.0570 -0.9629</w:t>
        <w:br/>
        <w:t>vn 0.1309 0.0766 -0.9884</w:t>
        <w:br/>
        <w:t>vn 0.2397 0.0168 -0.9707</w:t>
        <w:br/>
        <w:t>vn 0.0430 -0.1499 -0.9878</w:t>
        <w:br/>
        <w:t>vn 0.3470 -0.0085 -0.9378</w:t>
        <w:br/>
        <w:t>vn 0.4283 -0.0812 -0.9000</w:t>
        <w:br/>
        <w:t>vn 0.1563 -0.2982 -0.9416</w:t>
        <w:br/>
        <w:t>vn 0.5227 -0.1704 -0.8353</w:t>
        <w:br/>
        <w:t>vn 0.9360 0.2297 0.2666</w:t>
        <w:br/>
        <w:t>vn 0.9430 0.1536 0.2952</w:t>
        <w:br/>
        <w:t>vn 0.9036 0.4021 0.1477</w:t>
        <w:br/>
        <w:t>vn 0.8438 0.5366 -0.0042</w:t>
        <w:br/>
        <w:t>vn 0.7794 0.5754 -0.2478</w:t>
        <w:br/>
        <w:t>vn 0.6628 0.4806 -0.5742</w:t>
        <w:br/>
        <w:t>vn 0.5995 0.3396 -0.7247</w:t>
        <w:br/>
        <w:t>vn 0.6155 0.2644 -0.7425</w:t>
        <w:br/>
        <w:t>vn 0.6246 0.2438 -0.7419</w:t>
        <w:br/>
        <w:t>vn 0.6327 0.2383 -0.7368</w:t>
        <w:br/>
        <w:t>vn 0.6414 0.2497 -0.7254</w:t>
        <w:br/>
        <w:t>vn 0.6522 0.2493 -0.7159</w:t>
        <w:br/>
        <w:t>vn 0.6856 0.2190 -0.6942</w:t>
        <w:br/>
        <w:t>vn 0.7484 0.2216 -0.6252</w:t>
        <w:br/>
        <w:t>vn 0.8108 0.2574 -0.5257</w:t>
        <w:br/>
        <w:t>vn 0.8627 0.2999 -0.4073</w:t>
        <w:br/>
        <w:t>vn 0.8961 0.3400 -0.2852</w:t>
        <w:br/>
        <w:t>vn 0.9032 0.3805 -0.1987</w:t>
        <w:br/>
        <w:t>vn 0.8862 0.4409 -0.1424</w:t>
        <w:br/>
        <w:t>vn 0.8741 0.4767 -0.0939</w:t>
        <w:br/>
        <w:t>vn -0.0273 0.0263 -0.9993</w:t>
        <w:br/>
        <w:t>vn 0.6715 0.4242 -0.6076</w:t>
        <w:br/>
        <w:t>vn 0.7608 0.5391 -0.3613</w:t>
        <w:br/>
        <w:t>vn 0.7788 0.5350 -0.3275</w:t>
        <w:br/>
        <w:t>vn 0.6600 0.3406 -0.6696</w:t>
        <w:br/>
        <w:t>vn 0.8196 0.5374 -0.1986</w:t>
        <w:br/>
        <w:t>vn 0.1752 0.0334 0.9840</w:t>
        <w:br/>
        <w:t>vn 0.3726 -0.0358 0.9273</w:t>
        <w:br/>
        <w:t>vn 0.0662 -0.3233 0.9440</w:t>
        <w:br/>
        <w:t>vn -0.1915 -0.2282 0.9546</w:t>
        <w:br/>
        <w:t>vn -0.0081 0.1046 0.9945</w:t>
        <w:br/>
        <w:t>vn -0.3591 -0.1201 0.9255</w:t>
        <w:br/>
        <w:t>vn -0.5862 -0.1064 0.8031</w:t>
        <w:br/>
        <w:t>vn -0.1548 0.1572 0.9754</w:t>
        <w:br/>
        <w:t>vn -0.7743 -0.2008 0.6001</w:t>
        <w:br/>
        <w:t>vn -0.2640 0.1625 0.9507</w:t>
        <w:br/>
        <w:t>vn -0.4838 0.1028 0.8691</w:t>
        <w:br/>
        <w:t>vn -0.3630 0.2165 0.9063</w:t>
        <w:br/>
        <w:t>vn -0.2500 -0.8431 -0.4761</w:t>
        <w:br/>
        <w:t>vn -0.2130 -0.9726 -0.0928</w:t>
        <w:br/>
        <w:t>vn 0.4029 -0.3713 0.8365</w:t>
        <w:br/>
        <w:t>vn -0.1826 -0.3912 0.9020</w:t>
        <w:br/>
        <w:t>vn -0.5709 -0.1589 0.8055</w:t>
        <w:br/>
        <w:t>vn -0.6568 -0.1578 0.7374</w:t>
        <w:br/>
        <w:t>vn -0.5923 -0.0886 0.8009</w:t>
        <w:br/>
        <w:t>vn -0.7133 -0.2067 0.6696</w:t>
        <w:br/>
        <w:t>vn -0.6751 -0.1497 0.7224</w:t>
        <w:br/>
        <w:t>vn -0.7708 -0.1875 0.6088</w:t>
        <w:br/>
        <w:t>vn -0.8220 -0.1094 0.5588</w:t>
        <w:br/>
        <w:t>vn -0.8554 -0.0711 0.5130</w:t>
        <w:br/>
        <w:t>vn -0.9007 -0.0433 0.4323</w:t>
        <w:br/>
        <w:t>vn -0.8818 -0.0558 0.4684</w:t>
        <w:br/>
        <w:t>vn -0.9593 -0.2780 -0.0499</w:t>
        <w:br/>
        <w:t>vn -0.9396 -0.0137 0.3421</w:t>
        <w:br/>
        <w:t>vn -0.9165 -0.0280 0.3990</w:t>
        <w:br/>
        <w:t>vn -0.9502 -0.3115 0.0056</w:t>
        <w:br/>
        <w:t>vn -0.9620 -0.2223 -0.1585</w:t>
        <w:br/>
        <w:t>vn -0.9701 0.0083 0.2424</w:t>
        <w:br/>
        <w:t>vn -0.9356 -0.1297 -0.3283</w:t>
        <w:br/>
        <w:t>vn -0.9927 0.0547 0.1072</w:t>
        <w:br/>
        <w:t>vn -0.9824 0.1790 -0.0534</w:t>
        <w:br/>
        <w:t>vn -0.9268 0.0439 -0.3730</w:t>
        <w:br/>
        <w:t>vn -0.9227 0.3348 -0.1911</w:t>
        <w:br/>
        <w:t>vn -0.8731 0.3391 -0.3503</w:t>
        <w:br/>
        <w:t>vn -0.8840 0.4002 -0.2417</w:t>
        <w:br/>
        <w:t>vn 0.6300 -0.7750 -0.0503</w:t>
        <w:br/>
        <w:t>vn 0.4737 -0.8724 -0.1200</w:t>
        <w:br/>
        <w:t>vn 0.4738 -0.8724 -0.1200</w:t>
        <w:br/>
        <w:t>vn 0.7316 -0.4032 0.5498</w:t>
        <w:br/>
        <w:t>vn 0.7316 -0.4032 0.5497</w:t>
        <w:br/>
        <w:t>vn 0.6839 -0.3130 0.6591</w:t>
        <w:br/>
        <w:t>vn 0.6716 -0.2578 0.6947</w:t>
        <w:br/>
        <w:t>vn 0.6798 -0.2148 0.7013</w:t>
        <w:br/>
        <w:t>vn 0.6980 -0.1654 0.6968</w:t>
        <w:br/>
        <w:t>vn 0.6979 -0.1654 0.6968</w:t>
        <w:br/>
        <w:t>vn 0.5803 0.0477 0.8130</w:t>
        <w:br/>
        <w:t>vn 0.6704 -0.0598 0.7396</w:t>
        <w:br/>
        <w:t>vn 0.6873 -0.1287 0.7149</w:t>
        <w:br/>
        <w:t>vn 0.5812 -0.1080 0.8066</w:t>
        <w:br/>
        <w:t>vn 0.3574 0.1602 0.9201</w:t>
        <w:br/>
        <w:t>vn 0.4718 0.1123 0.8745</w:t>
        <w:br/>
        <w:t>vn 0.2204 0.2365 0.9463</w:t>
        <w:br/>
        <w:t>vn 0.0709 0.2886 0.9548</w:t>
        <w:br/>
        <w:t>vn -0.0891 0.2776 0.9565</w:t>
        <w:br/>
        <w:t>vn -0.2316 0.3240 0.9173</w:t>
        <w:br/>
        <w:t>vn 0.2030 -0.3917 -0.8974</w:t>
        <w:br/>
        <w:t>vn 0.7493 -0.3849 -0.5389</w:t>
        <w:br/>
        <w:t>vn 0.9930 -0.1133 0.0338</w:t>
        <w:br/>
        <w:t>vn 0.9540 -0.1954 0.2274</w:t>
        <w:br/>
        <w:t>vn 0.8345 -0.3301 0.4411</w:t>
        <w:br/>
        <w:t>vn 0.7103 -0.6352 -0.3033</w:t>
        <w:br/>
        <w:t>vn -0.0272 0.0263 -0.9993</w:t>
        <w:br/>
        <w:t>vn 0.1378 0.1414 -0.9803</w:t>
        <w:br/>
        <w:t>vn 0.4331 0.0364 -0.9006</w:t>
        <w:br/>
        <w:t>vn 0.5395 -0.0401 -0.8410</w:t>
        <w:br/>
        <w:t>vn 0.6406 -0.1377 -0.7554</w:t>
        <w:br/>
        <w:t>vn -0.7482 -0.1366 0.6493</w:t>
        <w:br/>
        <w:t>vn -0.8016 -0.0517 0.5957</w:t>
        <w:br/>
        <w:t>vn -0.8398 -0.0095 0.5428</w:t>
        <w:br/>
        <w:t>vn -0.9018 -0.0130 0.4319</w:t>
        <w:br/>
        <w:t>vn -0.8749 -0.0073 0.4843</w:t>
        <w:br/>
        <w:t>vn -0.9450 0.0237 0.3261</w:t>
        <w:br/>
        <w:t>vn -0.9224 -0.0015 0.3862</w:t>
        <w:br/>
        <w:t>vn -0.9698 0.0613 0.2360</w:t>
        <w:br/>
        <w:t>vn -0.9858 0.1113 0.1254</w:t>
        <w:br/>
        <w:t>vn -0.9764 0.2145 0.0243</w:t>
        <w:br/>
        <w:t>vn -0.9586 0.1530 0.2402</w:t>
        <w:br/>
        <w:t>vn 0.5126 0.3441 0.7867</w:t>
        <w:br/>
        <w:t>vn 0.4966 0.4443 0.7457</w:t>
        <w:br/>
        <w:t>vn 0.4965 0.4443 0.7457</w:t>
        <w:br/>
        <w:t>vn 0.5125 0.3441 0.7867</w:t>
        <w:br/>
        <w:t>vn 0.5026 0.4799 0.7190</w:t>
        <w:br/>
        <w:t>vn 0.5026 0.4800 0.7190</w:t>
        <w:br/>
        <w:t>vn 0.5623 0.4666 0.6827</w:t>
        <w:br/>
        <w:t>vn 0.7489 0.4781 0.4589</w:t>
        <w:br/>
        <w:t>vn 0.5624 0.4640 0.6844</w:t>
        <w:br/>
        <w:t>vn 0.7557 0.4504 0.4754</w:t>
        <w:br/>
        <w:t>vn 0.5230 0.4295 0.7362</w:t>
        <w:br/>
        <w:t>vn 0.7339 0.3647 0.5731</w:t>
        <w:br/>
        <w:t>vn 0.7523 0.4068 0.5183</w:t>
        <w:br/>
        <w:t>vn 0.5401 0.4581 0.7060</w:t>
        <w:br/>
        <w:t>vn 0.1444 0.1781 0.9734</w:t>
        <w:br/>
        <w:t>vn 0.4945 0.1134 0.8618</w:t>
        <w:br/>
        <w:t>vn 0.6673 0.2819 0.6894</w:t>
        <w:br/>
        <w:t>vn 0.4099 0.3479 0.8432</w:t>
        <w:br/>
        <w:t>vn -0.1636 0.0011 0.9865</w:t>
        <w:br/>
        <w:t>vn 0.2238 -0.0789 0.9714</w:t>
        <w:br/>
        <w:t>vn -0.4211 -0.1344 0.8970</w:t>
        <w:br/>
        <w:t>vn -0.0953 -0.2614 0.9605</w:t>
        <w:br/>
        <w:t>vn -0.5320 -0.2001 0.8228</w:t>
        <w:br/>
        <w:t>vn -0.3714 -0.3860 0.8445</w:t>
        <w:br/>
        <w:t>vn -0.6757 -0.2325 0.6996</w:t>
        <w:br/>
        <w:t>vn -0.3714 -0.3860 0.8444</w:t>
        <w:br/>
        <w:t>vn -0.9586 0.1529 0.2402</w:t>
        <w:br/>
        <w:t>vn -0.0195 -0.1423 -0.9896</w:t>
        <w:br/>
        <w:t>vn 0.3122 -0.3463 -0.8846</w:t>
        <w:br/>
        <w:t>vn 0.4160 -0.3528 -0.8381</w:t>
        <w:br/>
        <w:t>vn -0.2277 -0.1223 -0.9660</w:t>
        <w:br/>
        <w:t>vn -0.1971 -0.2612 -0.9449</w:t>
        <w:br/>
        <w:t>vn -0.5139 -0.3361 -0.7893</w:t>
        <w:br/>
        <w:t>vn -0.1971 -0.2612 -0.9450</w:t>
        <w:br/>
        <w:t>vn -0.5085 -0.4646 -0.7250</w:t>
        <w:br/>
        <w:t>vn -0.5871 -0.5212 -0.6194</w:t>
        <w:br/>
        <w:t>vn -0.6083 -0.5516 -0.5707</w:t>
        <w:br/>
        <w:t>vn 0.8375 0.5464 -0.0040</w:t>
        <w:br/>
        <w:t>vn 0.8549 0.4998 0.1392</w:t>
        <w:br/>
        <w:t>vn 0.8548 0.4999 0.1392</w:t>
        <w:br/>
        <w:t>vn 0.8718 0.4490 0.1960</w:t>
        <w:br/>
        <w:t>vn 0.9022 0.3216 0.2872</w:t>
        <w:br/>
        <w:t>vn 0.8877 0.4001 0.2276</w:t>
        <w:br/>
        <w:t>vn 0.7557 0.4504 0.4755</w:t>
        <w:br/>
        <w:t>vn 0.8895 0.2723 0.3668</w:t>
        <w:br/>
        <w:t>vn 0.2237 -0.0789 0.9714</w:t>
        <w:br/>
        <w:t>vn -0.0954 -0.2614 0.9605</w:t>
        <w:br/>
        <w:t>vn 0.5767 -0.4706 -0.6678</w:t>
        <w:br/>
        <w:t>vn 0.5572 -0.4943 -0.6672</w:t>
        <w:br/>
        <w:t>vn 0.7047 -0.5239 -0.4784</w:t>
        <w:br/>
        <w:t>vn 0.3094 -0.4328 -0.8467</w:t>
        <w:br/>
        <w:t>vn -0.1900 -0.5199 -0.8328</w:t>
        <w:br/>
        <w:t>vn -0.3552 -0.5607 -0.7480</w:t>
        <w:br/>
        <w:t>vn -0.4117 -0.5751 -0.7070</w:t>
        <w:br/>
        <w:t>vn -0.6077 -0.5603 -0.5628</w:t>
        <w:br/>
        <w:t>vn 0.4933 -0.0418 -0.8689</w:t>
        <w:br/>
        <w:t>vn 0.3298 -0.0152 -0.9439</w:t>
        <w:br/>
        <w:t>vn 0.7063 0.1061 -0.6999</w:t>
        <w:br/>
        <w:t>vn 0.6277 -0.1315 -0.7673</w:t>
        <w:br/>
        <w:t>vn 0.7972 -0.0074 -0.6036</w:t>
        <w:br/>
        <w:t>vn 0.8630 -0.1127 -0.4924</w:t>
        <w:br/>
        <w:t>vn 0.7053 -0.2300 -0.6705</w:t>
        <w:br/>
        <w:t>vn 0.9096 0.3360 -0.2445</w:t>
        <w:br/>
        <w:t>vn 0.9127 0.4084 -0.0093</w:t>
        <w:br/>
        <w:t>vn 0.9685 0.2105 -0.1329</w:t>
        <w:br/>
        <w:t>vn 0.9472 0.2867 0.1432</w:t>
        <w:br/>
        <w:t>vn 0.9313 0.1798 0.3168</w:t>
        <w:br/>
        <w:t>vn 0.9947 0.1012 0.0196</w:t>
        <w:br/>
        <w:t>vn 0.8773 0.0462 0.4778</w:t>
        <w:br/>
        <w:t>vn 0.9799 -0.0644 0.1887</w:t>
        <w:br/>
        <w:t>vn 0.8141 -0.3375 0.4726</w:t>
        <w:br/>
        <w:t>vn 0.9089 -0.2387 0.3419</w:t>
        <w:br/>
        <w:t>vn 0.7850 -0.1071 0.6102</w:t>
        <w:br/>
        <w:t>vn 0.6794 -0.2307 0.6965</w:t>
        <w:br/>
        <w:t>vn 0.6912 -0.4370 0.5756</w:t>
        <w:br/>
        <w:t>vn 0.5597 -0.3399 0.7557</w:t>
        <w:br/>
        <w:t>vn 0.4221 -0.4137 0.8066</w:t>
        <w:br/>
        <w:t>vn 0.5742 -0.5164 0.6353</w:t>
        <w:br/>
        <w:t>vn 0.3439 -0.6645 0.6634</w:t>
        <w:br/>
        <w:t>vn 0.3914 -0.6311 0.6697</w:t>
        <w:br/>
        <w:t>vn 0.1973 -0.5390 0.8188</w:t>
        <w:br/>
        <w:t>vn 0.9378 -0.3452 0.0384</w:t>
        <w:br/>
        <w:t>vn 0.8034 -0.3770 -0.4609</w:t>
        <w:br/>
        <w:t>vn 0.8840 -0.4176 0.2102</w:t>
        <w:br/>
        <w:t>vn 0.7818 -0.5083 0.3612</w:t>
        <w:br/>
        <w:t>vn -0.5654 0.1945 0.8015</w:t>
        <w:br/>
        <w:t>vn -0.4401 0.3056 0.8444</w:t>
        <w:br/>
        <w:t>vn -0.6230 0.3158 0.7157</w:t>
        <w:br/>
        <w:t>vn -0.4903 0.3980 0.7754</w:t>
        <w:br/>
        <w:t>vn -0.6542 0.3844 0.6514</w:t>
        <w:br/>
        <w:t>vn -0.5266 0.4484 0.7222</w:t>
        <w:br/>
        <w:t>vn -0.6950 0.3767 0.6125</w:t>
        <w:br/>
        <w:t>vn -0.5730 0.4344 0.6949</w:t>
        <w:br/>
        <w:t>vn -0.7185 0.3029 0.6261</w:t>
        <w:br/>
        <w:t>vn -0.6425 0.3758 0.6678</w:t>
        <w:br/>
        <w:t>vn -0.9253 0.1704 0.3388</w:t>
        <w:br/>
        <w:t>vn -0.8036 0.2792 0.5256</w:t>
        <w:br/>
        <w:t>vn -0.7705 0.2455 0.5882</w:t>
        <w:br/>
        <w:t>vn -0.8438 0.2493 0.4752</w:t>
        <w:br/>
        <w:t>vn -0.7971 0.2075 0.5671</w:t>
        <w:br/>
        <w:t>vn -0.8594 0.2265 0.4584</w:t>
        <w:br/>
        <w:t>vn -0.3019 0.4073 0.8620</w:t>
        <w:br/>
        <w:t>vn -0.3442 0.4689 0.8134</w:t>
        <w:br/>
        <w:t>vn -0.3857 0.5010 0.7747</w:t>
        <w:br/>
        <w:t>vn -0.4367 0.4814 0.7600</w:t>
        <w:br/>
        <w:t>vn -0.6204 0.3212 0.7155</w:t>
        <w:br/>
        <w:t>vn -0.5235 0.4136 0.7449</w:t>
        <w:br/>
        <w:t>vn -0.6832 0.2372 0.6906</w:t>
        <w:br/>
        <w:t>vn -0.7219 0.1851 0.6668</w:t>
        <w:br/>
        <w:t>vn -0.8097 0.1855 0.5567</w:t>
        <w:br/>
        <w:t>vn -0.8149 0.1260 0.5657</w:t>
        <w:br/>
        <w:t>vn -0.7533 0.0719 0.6538</w:t>
        <w:br/>
        <w:t>vn -0.7468 0.1492 0.6481</w:t>
        <w:br/>
        <w:t>vn -0.8616 0.2193 0.4578</w:t>
        <w:br/>
        <w:t>vn -0.8648 0.1782 0.4694</w:t>
        <w:br/>
        <w:t>vn -0.6439 -0.6408 -0.4180</w:t>
        <w:br/>
        <w:t>vn -0.6519 -0.6323 -0.4187</w:t>
        <w:br/>
        <w:t>vn -0.6425 -0.6465 -0.4113</w:t>
        <w:br/>
        <w:t>vn -0.6443 -0.6398 -0.4190</w:t>
        <w:br/>
        <w:t>vn -0.6053 -0.6133 -0.5074</w:t>
        <w:br/>
        <w:t>vn -0.5399 -0.5749 -0.6148</w:t>
        <w:br/>
        <w:t>vn 0.7710 -0.2998 -0.5618</w:t>
        <w:br/>
        <w:t>vn 0.6899 -0.5865 0.4242</w:t>
        <w:br/>
        <w:t>vn 0.6337 -0.6288 0.4506</w:t>
        <w:br/>
        <w:t>vn 0.4841 -0.5675 0.6660</w:t>
        <w:br/>
        <w:t>vn 0.5586 -0.6800 0.4749</w:t>
        <w:br/>
        <w:t>vn -0.5842 -0.0242 -0.8113</w:t>
        <w:br/>
        <w:t>vn -0.7605 0.1252 -0.6372</w:t>
        <w:br/>
        <w:t>vn -0.7986 0.0251 -0.6014</w:t>
        <w:br/>
        <w:t>vn -0.6608 -0.1459 -0.7362</w:t>
        <w:br/>
        <w:t>vn -0.4052 0.3551 -0.8425</w:t>
        <w:br/>
        <w:t>vn -0.6638 0.3611 -0.6550</w:t>
        <w:br/>
        <w:t>vn -0.4402 0.2871 -0.8507</w:t>
        <w:br/>
        <w:t>vn -0.8728 -0.0746 -0.4823</w:t>
        <w:br/>
        <w:t>vn -0.7538 -0.2618 -0.6027</w:t>
        <w:br/>
        <w:t>vn -0.9101 -0.1361 -0.3914</w:t>
        <w:br/>
        <w:t>vn -0.8171 -0.3567 -0.4528</w:t>
        <w:br/>
        <w:t>vn -0.9433 -0.2639 -0.2016</w:t>
        <w:br/>
        <w:t>vn -0.8352 -0.4271 -0.3464</w:t>
        <w:br/>
        <w:t>vn -0.8171 -0.3568 -0.4528</w:t>
        <w:br/>
        <w:t>vn -0.9183 -0.3949 0.0281</w:t>
        <w:br/>
        <w:t>vn -0.9009 -0.4262 0.0819</w:t>
        <w:br/>
        <w:t>vn -0.8930 -0.4366 0.1088</w:t>
        <w:br/>
        <w:t>vn -0.8930 -0.4366 0.1089</w:t>
        <w:br/>
        <w:t>vn -0.0417 -0.4392 -0.8974</w:t>
        <w:br/>
        <w:t>vn -0.1733 -0.5381 -0.8249</w:t>
        <w:br/>
        <w:t>vn -0.4052 0.3550 -0.8425</w:t>
        <w:br/>
        <w:t>vn -0.4402 0.2871 -0.8508</w:t>
        <w:br/>
        <w:t>vn 0.1984 -0.0969 -0.9753</w:t>
        <w:br/>
        <w:t>vn -0.7538 -0.2619 -0.6027</w:t>
        <w:br/>
        <w:t>vn -0.2710 -0.6230 -0.7338</w:t>
        <w:br/>
        <w:t>vn -0.3171 -0.6858 -0.6551</w:t>
        <w:br/>
        <w:t>vn -0.5191 -0.6634 -0.5390</w:t>
        <w:br/>
        <w:t>vn -0.5973 -0.6464 -0.4748</w:t>
        <w:br/>
        <w:t>vn -0.8240 -0.5046 -0.2577</w:t>
        <w:br/>
        <w:t>vn -0.9330 -0.3513 -0.0786</w:t>
        <w:br/>
        <w:t>vn -0.8240 -0.5045 -0.2577</w:t>
        <w:br/>
        <w:t>vn -0.1876 -0.2877 -0.9392</w:t>
        <w:br/>
        <w:t>vn -0.5191 -0.6633 -0.5390</w:t>
        <w:br/>
        <w:t>vn 0.8034 -0.3771 -0.4609</w:t>
        <w:br/>
        <w:t>vn 0.0684 -0.7493 -0.6587</w:t>
        <w:br/>
        <w:t>vn -0.3171 -0.6859 -0.6550</w:t>
        <w:br/>
        <w:t>vn 0.0809 -0.7271 -0.6817</w:t>
        <w:br/>
        <w:t>vn -0.2709 -0.6230 -0.7338</w:t>
        <w:br/>
        <w:t>vn 0.1558 -0.6893 -0.7075</w:t>
        <w:br/>
        <w:t>vn -0.1732 -0.5381 -0.8249</w:t>
        <w:br/>
        <w:t>vn 0.2818 -0.6308 -0.7229</w:t>
        <w:br/>
        <w:t>vn 0.0953 -0.2708 -0.9579</w:t>
        <w:br/>
        <w:t>vn 0.4231 -0.4913 -0.7613</w:t>
        <w:br/>
        <w:t>vn 0.5278 -0.3582 -0.7702</w:t>
        <w:br/>
        <w:t>vn 0.1984 -0.0970 -0.9753</w:t>
        <w:br/>
        <w:t>vn 0.7312 -0.5743 0.3681</w:t>
        <w:br/>
        <w:t>vn 0.7312 -0.5742 0.3681</w:t>
        <w:br/>
        <w:t>vn 0.8527 -0.5012 0.1476</w:t>
        <w:br/>
        <w:t>vn 0.5576 -0.7418 0.3725</w:t>
        <w:br/>
        <w:t>vn 0.6038 -0.6521 0.4584</w:t>
        <w:br/>
        <w:t>vn 0.5744 -0.7872 0.2244</w:t>
        <w:br/>
        <w:t>vn 0.6168 -0.7733 0.1469</w:t>
        <w:br/>
        <w:t>vn -0.4174 -0.1142 -0.9015</w:t>
        <w:br/>
        <w:t>vn -0.4174 -0.1143 -0.9015</w:t>
        <w:br/>
        <w:t>vn -0.2410 0.0457 -0.9694</w:t>
        <w:br/>
        <w:t>vn -0.0387 0.1974 -0.9796</w:t>
        <w:br/>
        <w:t>vn -0.1200 0.1281 -0.9845</w:t>
        <w:br/>
        <w:t>vn -0.5493 -0.3029 -0.7788</w:t>
        <w:br/>
        <w:t>vn -0.5713 -0.4352 -0.6958</w:t>
        <w:br/>
        <w:t>vn -0.5467 -0.5823 -0.6016</w:t>
        <w:br/>
        <w:t>vn -0.5468 -0.5823 -0.6016</w:t>
        <w:br/>
        <w:t>vn -0.5377 -0.6564 -0.5292</w:t>
        <w:br/>
        <w:t>vn -0.5191 -0.6634 -0.5389</w:t>
        <w:br/>
        <w:t>vn 0.8450 -0.3489 -0.4052</w:t>
        <w:br/>
        <w:t>vn 0.8033 -0.3770 -0.4610</w:t>
        <w:br/>
        <w:t>vn 0.8929 -0.3908 -0.2235</w:t>
        <w:br/>
        <w:t>vn 0.8929 -0.3909 -0.2235</w:t>
        <w:br/>
        <w:t>vn 0.8917 -0.4503 -0.0461</w:t>
        <w:br/>
        <w:t>vn -0.0257 0.2074 -0.9779</w:t>
        <w:br/>
        <w:t>vn 0.0564 -0.5001 -0.8641</w:t>
        <w:br/>
        <w:t>vn -0.0365 -0.5058 -0.8619</w:t>
        <w:br/>
        <w:t>vn -0.0365 -0.5059 -0.8618</w:t>
        <w:br/>
        <w:t>vn -0.9642 -0.2592 -0.0568</w:t>
        <w:br/>
        <w:t>vn -0.9642 -0.2592 -0.0569</w:t>
        <w:br/>
        <w:t>vn -0.9603 -0.2785 -0.0124</w:t>
        <w:br/>
        <w:t>vn 0.2241 -0.4543 -0.8622</w:t>
        <w:br/>
        <w:t>vn -0.9677 -0.2076 -0.1433</w:t>
        <w:br/>
        <w:t>vn 0.4481 -0.3667 -0.8153</w:t>
        <w:br/>
        <w:t>vn -0.9551 -0.1236 -0.2691</w:t>
        <w:br/>
        <w:t>vn 0.6423 -0.3120 -0.7000</w:t>
        <w:br/>
        <w:t>vn 0.6423 -0.3121 -0.7000</w:t>
        <w:br/>
        <w:t>vn -0.7248 0.0880 -0.6833</w:t>
        <w:br/>
        <w:t>vn -0.8967 -0.0474 -0.4401</w:t>
        <w:br/>
        <w:t>vn -0.8967 -0.0474 -0.4402</w:t>
        <w:br/>
        <w:t>vn 0.8050 -0.3768 -0.4582</w:t>
        <w:br/>
        <w:t>vn 0.7591 -0.3226 -0.5654</w:t>
        <w:br/>
        <w:t>vn -0.4299 0.2502 -0.8675</w:t>
        <w:br/>
        <w:t>vn 0.7594 -0.5427 -0.3589</w:t>
        <w:br/>
        <w:t>vn 0.7594 -0.5427 -0.3588</w:t>
        <w:br/>
        <w:t>vn -0.1563 0.3955 -0.9051</w:t>
        <w:br/>
        <w:t>vn 0.6438 -0.7252 -0.2442</w:t>
        <w:br/>
        <w:t>vn 0.0599 0.4875 -0.8711</w:t>
        <w:br/>
        <w:t>vn 0.5625 -0.8041 -0.1923</w:t>
        <w:br/>
        <w:t>vn 0.5626 -0.8041 -0.1923</w:t>
        <w:br/>
        <w:t>vn 0.2051 0.4773 -0.8545</w:t>
        <w:br/>
        <w:t>vn 0.5387 -0.8196 -0.1948</w:t>
        <w:br/>
        <w:t>vn 0.2533 0.4578 -0.8522</w:t>
        <w:br/>
        <w:t>vn -0.6387 -0.3867 0.6653</w:t>
        <w:br/>
        <w:t>vn -0.5148 -0.3977 0.7594</w:t>
        <w:br/>
        <w:t>vn -0.5148 -0.3977 0.7595</w:t>
        <w:br/>
        <w:t>vn -0.0860 -0.9523 0.2929</w:t>
        <w:br/>
        <w:t>vn -0.1666 -0.9189 0.3576</w:t>
        <w:br/>
        <w:t>vn 0.0531 -0.8156 0.5761</w:t>
        <w:br/>
        <w:t>vn 0.1284 -0.6417 0.7561</w:t>
        <w:br/>
        <w:t>vn 0.0464 -0.3975 0.9164</w:t>
        <w:br/>
        <w:t>vn 0.1063 -0.4994 0.8598</w:t>
        <w:br/>
        <w:t>vn 0.0056 -0.3159 0.9488</w:t>
        <w:br/>
        <w:t>vn -0.0156 -0.2900 0.9569</w:t>
        <w:br/>
        <w:t>vn -0.0156 -0.2901 0.9569</w:t>
        <w:br/>
        <w:t>vn -0.0658 -0.2285 0.9713</w:t>
        <w:br/>
        <w:t>vn -0.1388 -0.1403 0.9803</w:t>
        <w:br/>
        <w:t>vn -0.0659 -0.2286 0.9713</w:t>
        <w:br/>
        <w:t>vn -0.1995 -0.1056 0.9742</w:t>
        <w:br/>
        <w:t>vn -0.2475 -0.1073 0.9629</w:t>
        <w:br/>
        <w:t>vn 0.9227 0.0457 -0.3827</w:t>
        <w:br/>
        <w:t>vn 0.8566 0.0005 -0.5160</w:t>
        <w:br/>
        <w:t>vn 0.7321 -0.0105 -0.6811</w:t>
        <w:br/>
        <w:t>vn -0.2602 -0.1313 0.9566</w:t>
        <w:br/>
        <w:t>vn -0.8543 0.2003 -0.4797</w:t>
        <w:br/>
        <w:t>vn -0.5689 0.3124 -0.7608</w:t>
        <w:br/>
        <w:t>vn -0.8503 0.2837 -0.4434</w:t>
        <w:br/>
        <w:t>vn -0.8606 0.2005 -0.4681</w:t>
        <w:br/>
        <w:t>vn 0.8513 -0.0242 -0.5241</w:t>
        <w:br/>
        <w:t>vn 0.6641 0.0701 -0.7444</w:t>
        <w:br/>
        <w:t>vn 0.6068 0.0246 -0.7945</w:t>
        <w:br/>
        <w:t>vn -0.2465 -0.1709 0.9539</w:t>
        <w:br/>
        <w:t>vn -0.6870 0.2913 -0.6657</w:t>
        <w:br/>
        <w:t>vn -0.8540 0.2783 -0.4395</w:t>
        <w:br/>
        <w:t>vn 0.4828 0.1882 -0.8553</w:t>
        <w:br/>
        <w:t>vn 0.6641 0.0701 -0.7443</w:t>
        <w:br/>
        <w:t>vn 0.9126 -0.0208 -0.4084</w:t>
        <w:br/>
        <w:t>vn -0.2254 -0.2229 0.9484</w:t>
        <w:br/>
        <w:t>vn -0.7488 0.2529 -0.6127</w:t>
        <w:br/>
        <w:t>vn -0.8318 0.2552 -0.4929</w:t>
        <w:br/>
        <w:t>vn -0.2016 -0.2467 0.9479</w:t>
        <w:br/>
        <w:t>vn -0.7659 0.2183 -0.6048</w:t>
        <w:br/>
        <w:t>vn -0.7902 0.2355 -0.5658</w:t>
        <w:br/>
        <w:t>vn -0.1794 -0.2679 0.9466</w:t>
        <w:br/>
        <w:t>vn -0.7541 0.1452 -0.6405</w:t>
        <w:br/>
        <w:t>vn -0.7474 0.1653 -0.6435</w:t>
        <w:br/>
        <w:t>vn -0.1387 -0.2567 0.9565</w:t>
        <w:br/>
        <w:t>vn -0.1386 -0.2567 0.9565</w:t>
        <w:br/>
        <w:t>vn -0.7440 0.0117 -0.6681</w:t>
        <w:br/>
        <w:t>vn -0.7012 0.0366 -0.7121</w:t>
        <w:br/>
        <w:t>vn -0.0908 -0.1738 0.9806</w:t>
        <w:br/>
        <w:t>vn 0.1878 -0.0547 0.9807</w:t>
        <w:br/>
        <w:t>vn -0.7108 -0.2144 -0.6699</w:t>
        <w:br/>
        <w:t>vn -0.6424 -0.1591 -0.7496</w:t>
        <w:br/>
        <w:t>vn -0.0702 -0.0770 0.9946</w:t>
        <w:br/>
        <w:t>vn 0.3149 0.1158 0.9420</w:t>
        <w:br/>
        <w:t>vn -0.5681 -0.3486 -0.7455</w:t>
        <w:br/>
        <w:t>vn 0.3887 0.0787 -0.9180</w:t>
        <w:br/>
        <w:t>vn 0.4248 0.1277 -0.8962</w:t>
        <w:br/>
        <w:t>vn 0.4248 0.1277 -0.8963</w:t>
        <w:br/>
        <w:t>vn 0.3928 0.0752 -0.9165</w:t>
        <w:br/>
        <w:t>vn -0.0790 0.0028 0.9969</w:t>
        <w:br/>
        <w:t>vn 0.2550 0.2295 0.9393</w:t>
        <w:br/>
        <w:t>vn -0.4973 -0.4819 -0.7214</w:t>
        <w:br/>
        <w:t>vn 0.3727 0.0573 -0.9262</w:t>
        <w:br/>
        <w:t>vn -0.0992 0.0721 0.9925</w:t>
        <w:br/>
        <w:t>vn 0.1847 0.3257 0.9273</w:t>
        <w:br/>
        <w:t>vn -0.1864 -0.4834 -0.8553</w:t>
        <w:br/>
        <w:t>vn -0.4062 -0.6175 -0.6736</w:t>
        <w:br/>
        <w:t>vn 0.3355 -0.0163 -0.9419</w:t>
        <w:br/>
        <w:t>vn 0.3605 0.0325 -0.9322</w:t>
        <w:br/>
        <w:t>vn 0.1038 0.4369 0.8935</w:t>
        <w:br/>
        <w:t>vn -0.1203 0.1592 0.9799</w:t>
        <w:br/>
        <w:t>vn -0.1401 0.2352 0.9618</w:t>
        <w:br/>
        <w:t>vn 0.0379 0.5421 0.8394</w:t>
        <w:br/>
        <w:t>vn -0.3127 -0.7551 -0.5762</w:t>
        <w:br/>
        <w:t>vn -0.0387 -0.7373 -0.6745</w:t>
        <w:br/>
        <w:t>vn -0.2130 -0.8691 -0.4465</w:t>
        <w:br/>
        <w:t>vn 0.3086 -0.0983 -0.9461</w:t>
        <w:br/>
        <w:t>vn 0.3142 -0.1878 -0.9306</w:t>
        <w:br/>
        <w:t>vn 0.3076 -0.1314 -0.9424</w:t>
        <w:br/>
        <w:t>vn -0.1650 0.2656 0.9499</w:t>
        <w:br/>
        <w:t>vn -0.1938 0.2680 0.9437</w:t>
        <w:br/>
        <w:t>vn -0.0727 0.6996 0.7108</w:t>
        <w:br/>
        <w:t>vn -0.0094 0.6264 0.7794</w:t>
        <w:br/>
        <w:t>vn 0.1411 -0.7067 -0.6933</w:t>
        <w:br/>
        <w:t>vn 0.2748 -0.7661 -0.5810</w:t>
        <w:br/>
        <w:t>vn 0.1052 -0.9766 -0.1877</w:t>
        <w:br/>
        <w:t>vn -0.0778 -0.9425 -0.3249</w:t>
        <w:br/>
        <w:t>vn 0.3260 -0.3027 -0.8956</w:t>
        <w:br/>
        <w:t>vn 0.3811 -0.3853 -0.8404</w:t>
        <w:br/>
        <w:t>vn -0.0094 0.6264 0.7795</w:t>
        <w:br/>
        <w:t>vn 0.1484 0.8729 0.4648</w:t>
        <w:br/>
        <w:t>vn 0.2113 0.7735 0.5976</w:t>
        <w:br/>
        <w:t>vn 0.9606 -0.0266 -0.2766</w:t>
        <w:br/>
        <w:t>vn 0.9755 -0.0057 -0.2199</w:t>
        <w:br/>
        <w:t>vn 0.9875 -0.0349 -0.1538</w:t>
        <w:br/>
        <w:t>vn 0.9778 -0.1092 -0.1789</w:t>
        <w:br/>
        <w:t>vn 0.9669 -0.1346 -0.2168</w:t>
        <w:br/>
        <w:t>vn 0.8346 -0.0344 -0.5497</w:t>
        <w:br/>
        <w:t>vn 0.9673 -0.1652 -0.1923</w:t>
        <w:br/>
        <w:t>vn 0.8339 -0.0202 -0.5515</w:t>
        <w:br/>
        <w:t>vn 0.9776 -0.1995 -0.0668</w:t>
        <w:br/>
        <w:t>vn 0.8515 -0.0231 -0.5238</w:t>
        <w:br/>
        <w:t>vn 0.9703 -0.1942 0.1439</w:t>
        <w:br/>
        <w:t>vn 0.9164 -0.0735 0.3935</w:t>
        <w:br/>
        <w:t>vn 0.8541 0.0382 0.5188</w:t>
        <w:br/>
        <w:t>vn 0.7801 0.1199 0.6141</w:t>
        <w:br/>
        <w:t>vn 0.6419 0.2875 0.7108</w:t>
        <w:br/>
        <w:t>vn 0.5469 0.4183 0.7253</w:t>
        <w:br/>
        <w:t>vn 0.4420 0.5314 0.7227</w:t>
        <w:br/>
        <w:t>vn 0.3144 0.6562 0.6860</w:t>
        <w:br/>
        <w:t>vn 0.0681 0.9538 0.2925</w:t>
        <w:br/>
        <w:t>vn 0.3142 -0.1877 -0.9306</w:t>
        <w:br/>
        <w:t>vn 0.8547 -0.0402 -0.5176</w:t>
        <w:br/>
        <w:t>vn 0.8986 0.0107 -0.4387</w:t>
        <w:br/>
        <w:t>vn 0.5097 0.1584 -0.8457</w:t>
        <w:br/>
        <w:t>vn 0.4752 0.1748 -0.8623</w:t>
        <w:br/>
        <w:t>vn 0.4753 0.1748 -0.8623</w:t>
        <w:br/>
        <w:t>vn 0.4607 0.1817 -0.8687</w:t>
        <w:br/>
        <w:t>vn 0.4608 0.1817 -0.8687</w:t>
        <w:br/>
        <w:t>vn -0.2559 0.2827 -0.9245</w:t>
        <w:br/>
        <w:t>vn 0.8546 -0.0402 -0.5177</w:t>
        <w:br/>
        <w:t>vn 0.9917 -0.1108 0.0645</w:t>
        <w:br/>
        <w:t>vn 0.9548 -0.1128 0.2751</w:t>
        <w:br/>
        <w:t>vn 0.8946 -0.0855 0.4386</w:t>
        <w:br/>
        <w:t>vn 0.8059 0.0240 0.5916</w:t>
        <w:br/>
        <w:t>vn 0.6925 0.2287 0.6842</w:t>
        <w:br/>
        <w:t>vn -0.7439 0.0117 -0.6681</w:t>
        <w:br/>
        <w:t>vn -0.5804 0.0462 -0.8130</w:t>
        <w:br/>
        <w:t>vn -0.5602 -0.1706 -0.8106</w:t>
        <w:br/>
        <w:t>vn -0.5562 0.1657 -0.8144</w:t>
        <w:br/>
        <w:t>vn -0.5253 0.2292 -0.8195</w:t>
        <w:br/>
        <w:t>vn -0.7487 0.2529 -0.6127</w:t>
        <w:br/>
        <w:t>vn -0.4240 0.2672 -0.8653</w:t>
        <w:br/>
        <w:t>vn -0.2975 -0.2471 0.9222</w:t>
        <w:br/>
        <w:t>vn -0.2455 -0.1811 0.9523</w:t>
        <w:br/>
        <w:t>vn -0.4610 -0.4343 -0.7738</w:t>
        <w:br/>
        <w:t>vn -0.6491 -0.5734 -0.4999</w:t>
        <w:br/>
        <w:t>vn 0.5874 0.4863 0.6469</w:t>
        <w:br/>
        <w:t>vn -0.1924 -0.1003 0.9762</w:t>
        <w:br/>
        <w:t>vn -0.3054 -0.6365 -0.7083</w:t>
        <w:br/>
        <w:t>vn -0.4823 -0.7840 -0.3909</w:t>
        <w:br/>
        <w:t>vn 0.4657 0.7164 0.5195</w:t>
        <w:br/>
        <w:t>vn -0.1911 -0.1093 0.9755</w:t>
        <w:br/>
        <w:t>vn -0.0706 -0.7850 -0.6154</w:t>
        <w:br/>
        <w:t>vn -0.2584 -0.9389 -0.2271</w:t>
        <w:br/>
        <w:t>vn 0.2814 0.8629 0.4197</w:t>
        <w:br/>
        <w:t>vn -0.1888 -0.1316 0.9732</w:t>
        <w:br/>
        <w:t>vn 0.0811 -0.8369 -0.5413</w:t>
        <w:br/>
        <w:t>vn 0.1769 0.9043 0.3886</w:t>
        <w:br/>
        <w:t>vn -0.3304 0.1018 -0.9383</w:t>
        <w:br/>
        <w:t>vn -0.2940 -0.0572 -0.9541</w:t>
        <w:br/>
        <w:t>vn -0.3104 0.1940 -0.9306</w:t>
        <w:br/>
        <w:t>vn -0.2698 0.2399 -0.9326</w:t>
        <w:br/>
        <w:t>vn -0.1691 0.2701 -0.9479</w:t>
        <w:br/>
        <w:t>vn -0.0357 0.2700 -0.9622</w:t>
        <w:br/>
        <w:t>vn -0.2159 -0.2412 -0.9461</w:t>
        <w:br/>
        <w:t>vn -0.0816 -0.3913 -0.9167</w:t>
        <w:br/>
        <w:t>vn 0.1293 -0.4719 -0.8721</w:t>
        <w:br/>
        <w:t>vn -0.2057 0.2638 0.9424</w:t>
        <w:br/>
        <w:t>vn 0.3654 -0.7787 -0.5099</w:t>
        <w:br/>
        <w:t>vn 0.0095 0.9823 0.1871</w:t>
        <w:br/>
        <w:t>vn -0.8779 0.1986 -0.4358</w:t>
        <w:br/>
        <w:t>vn -0.8669 0.1702 -0.4684</w:t>
        <w:br/>
        <w:t>vn -0.8698 0.2092 -0.4468</w:t>
        <w:br/>
        <w:t>vn -0.8698 0.2092 -0.4469</w:t>
        <w:br/>
        <w:t>vn -0.8586 0.2344 -0.4560</w:t>
        <w:br/>
        <w:t>vn -0.8710 0.2538 -0.4206</w:t>
        <w:br/>
        <w:t>vn -0.8807 0.2604 -0.3957</w:t>
        <w:br/>
        <w:t>vn 0.4472 0.1438 -0.8828</w:t>
        <w:br/>
        <w:t>vn 0.4028 -0.3713 0.8366</w:t>
        <w:br/>
        <w:t>vn -0.5268 -0.5263 -0.6675</w:t>
        <w:br/>
        <w:t>vn -0.0860 -0.9523 0.2928</w:t>
        <w:br/>
        <w:t>vn -0.9119 -0.3879 0.1338</w:t>
        <w:br/>
        <w:t>vn 0.3967 0.2814 0.8738</w:t>
        <w:br/>
        <w:t>vn 0.4463 0.2851 0.8483</w:t>
        <w:br/>
        <w:t>vn 0.2992 -0.4648 0.8333</w:t>
        <w:br/>
        <w:t>vn -0.5133 0.1322 -0.8480</w:t>
        <w:br/>
        <w:t>vn -0.7231 0.2479 -0.6447</w:t>
        <w:br/>
        <w:t>vn -0.8146 0.0782 0.5747</w:t>
        <w:br/>
        <w:t>vn 0.5662 -0.3038 -0.7662</w:t>
        <w:br/>
        <w:t>vn 0.7093 -0.2637 0.6538</w:t>
        <w:br/>
        <w:t>vn -0.0289 -0.0602 0.9978</w:t>
        <w:br/>
        <w:t>vn -0.5987 -0.4005 -0.6937</w:t>
        <w:br/>
        <w:t>vn 0.1142 -0.5832 0.8042</w:t>
        <w:br/>
        <w:t>vn 0.6503 0.2643 0.7122</w:t>
        <w:br/>
        <w:t>vn 0.1103 0.5860 -0.8028</w:t>
        <w:br/>
        <w:t>vn 0.2019 0.3021 0.9316</w:t>
        <w:br/>
        <w:t>vn 0.4565 0.3998 0.7949</w:t>
        <w:br/>
        <w:t>vn 0.4564 0.3998 0.7949</w:t>
        <w:br/>
        <w:t>vn 0.5908 0.4590 0.6635</w:t>
        <w:br/>
        <w:t>vn 0.6384 0.4581 0.6185</w:t>
        <w:br/>
        <w:t>vn 0.6384 0.4580 0.6185</w:t>
        <w:br/>
        <w:t>vn 0.6500 0.4576 0.6067</w:t>
        <w:br/>
        <w:t>vn -0.0901 0.2447 0.9654</w:t>
        <w:br/>
        <w:t>vn -0.0902 0.2447 0.9654</w:t>
        <w:br/>
        <w:t>vn -0.3416 0.1920 0.9200</w:t>
        <w:br/>
        <w:t>vn -0.5247 0.1348 0.8405</w:t>
        <w:br/>
        <w:t>vn -0.5966 0.1217 0.7933</w:t>
        <w:br/>
        <w:t>vn -0.6063 0.1387 0.7830</w:t>
        <w:br/>
        <w:t>vn -0.6267 0.1286 0.7686</w:t>
        <w:br/>
        <w:t>vn -0.6266 0.1286 0.7687</w:t>
        <w:br/>
        <w:t>vn -0.6381 0.1159 0.7612</w:t>
        <w:br/>
        <w:t>vn -0.1919 0.6895 0.6984</w:t>
        <w:br/>
        <w:t>vn -0.1919 0.6896 0.6983</w:t>
        <w:br/>
        <w:t>vn -0.2457 0.7032 0.6672</w:t>
        <w:br/>
        <w:t>vn -0.2458 0.7032 0.6671</w:t>
        <w:br/>
        <w:t>vn -0.1472 0.6686 0.7289</w:t>
        <w:br/>
        <w:t>vn -0.2672 0.6942 0.6683</w:t>
        <w:br/>
        <w:t>vn -0.2673 0.6942 0.6683</w:t>
        <w:br/>
        <w:t>vn -0.2876 0.6951 0.6589</w:t>
        <w:br/>
        <w:t>vn -0.2877 0.6951 0.6589</w:t>
        <w:br/>
        <w:t>vn -0.3662 0.6577 0.6583</w:t>
        <w:br/>
        <w:t>vn -0.4814 0.5873 0.6506</w:t>
        <w:br/>
        <w:t>vn -0.5587 0.5277 0.6398</w:t>
        <w:br/>
        <w:t>vn -0.6197 0.4614 0.6348</w:t>
        <w:br/>
        <w:t>vn -0.6497 0.4297 0.6270</w:t>
        <w:br/>
        <w:t>vn -0.6881 -0.1346 0.7130</w:t>
        <w:br/>
        <w:t>vn -0.6882 -0.1346 0.7130</w:t>
        <w:br/>
        <w:t>vn -0.4045 -0.2025 0.8918</w:t>
        <w:br/>
        <w:t>vn -0.4045 -0.2027 0.8918</w:t>
        <w:br/>
        <w:t>vn -0.2435 -0.2350 0.9410</w:t>
        <w:br/>
        <w:t>vn -0.2435 -0.2351 0.9410</w:t>
        <w:br/>
        <w:t>vn -0.8760 -0.0510 0.4797</w:t>
        <w:br/>
        <w:t>vn -0.8760 -0.0509 0.4797</w:t>
        <w:br/>
        <w:t>vn -0.1123 -0.2571 0.9598</w:t>
        <w:br/>
        <w:t>vn -0.1124 -0.2571 0.9598</w:t>
        <w:br/>
        <w:t>vn -0.9439 0.0054 0.3303</w:t>
        <w:br/>
        <w:t>vn 0.0000 -0.2652 0.9642</w:t>
        <w:br/>
        <w:t>vn -0.9753 0.0369 0.2177</w:t>
        <w:br/>
        <w:t>vn -0.0003 0.9734 0.2290</w:t>
        <w:br/>
        <w:t>vn 0.0015 0.9691 0.2465</w:t>
        <w:br/>
        <w:t>vn 0.0015 0.9691 0.2466</w:t>
        <w:br/>
        <w:t>vn -0.0124 0.9811 0.1932</w:t>
        <w:br/>
        <w:t>vn -0.0123 0.9811 0.1931</w:t>
        <w:br/>
        <w:t>vn -0.0236 0.9848 0.1722</w:t>
        <w:br/>
        <w:t>vn -0.0024 0.9667 0.2559</w:t>
        <w:br/>
        <w:t>vn -0.0004 0.9661 0.2582</w:t>
        <w:br/>
        <w:t>vn -0.0006 0.9662 0.2579</w:t>
        <w:br/>
        <w:t>vn -0.0025 0.9667 0.2558</w:t>
        <w:br/>
        <w:t>vn -0.0015 0.9679 0.2512</w:t>
        <w:br/>
        <w:t>vn -0.0014 0.9679 0.2512</w:t>
        <w:br/>
        <w:t>vn 0.7552 0.1139 -0.6455</w:t>
        <w:br/>
        <w:t>vn 0.9236 0.0307 -0.3821</w:t>
        <w:br/>
        <w:t>vn 0.9655 -0.0016 -0.2606</w:t>
        <w:br/>
        <w:t>vn 0.9655 -0.0016 -0.2605</w:t>
        <w:br/>
        <w:t>vn 0.4630 0.1901 -0.8657</w:t>
        <w:br/>
        <w:t>vn 0.9773 -0.0093 -0.2117</w:t>
        <w:br/>
        <w:t>vn 0.2587 0.2228 -0.9399</w:t>
        <w:br/>
        <w:t>vn 0.2588 0.2228 -0.9399</w:t>
        <w:br/>
        <w:t>vn 0.1317 0.2356 -0.9629</w:t>
        <w:br/>
        <w:t>vn 0.1317 0.2357 -0.9629</w:t>
        <w:br/>
        <w:t>vn 0.0000 0.9662 0.2578</w:t>
        <w:br/>
        <w:t>vn -0.0000 0.9662 0.2579</w:t>
        <w:br/>
        <w:t>vn -0.0000 0.2387 -0.9711</w:t>
        <w:br/>
        <w:t>vn 0.0000 0.2382 -0.9712</w:t>
        <w:br/>
        <w:t>vn -0.9819 0.1591 0.1030</w:t>
        <w:br/>
        <w:t>vn -0.9837 0.1742 -0.0454</w:t>
        <w:br/>
        <w:t>vn -0.7504 0.6133 -0.2465</w:t>
        <w:br/>
        <w:t>vn -0.9635 0.1618 -0.2131</w:t>
        <w:br/>
        <w:t>vn -0.3211 0.9453 -0.0567</w:t>
        <w:br/>
        <w:t>vn -0.2172 0.9750 -0.0480</w:t>
        <w:br/>
        <w:t>vn -0.2288 0.9476 -0.2230</w:t>
        <w:br/>
        <w:t>vn 0.0574 0.9978 -0.0325</w:t>
        <w:br/>
        <w:t>vn 0.0197 0.9766 -0.2144</w:t>
        <w:br/>
        <w:t>vn 0.0000 0.9997 -0.0261</w:t>
        <w:br/>
        <w:t>vn -0.0000 0.9791 -0.2035</w:t>
        <w:br/>
        <w:t>vn 0.0919 0.9866 0.1346</w:t>
        <w:br/>
        <w:t>vn -0.1986 0.9747 0.1030</w:t>
        <w:br/>
        <w:t>vn -0.2914 0.9524 0.0897</w:t>
        <w:br/>
        <w:t>vn -0.2727 0.9460 0.1753</w:t>
        <w:br/>
        <w:t>vn -0.1807 0.9652 0.1889</w:t>
        <w:br/>
        <w:t>vn -0.9743 0.1092 0.1970</w:t>
        <w:br/>
        <w:t>vn -0.7395 0.5911 -0.3220</w:t>
        <w:br/>
        <w:t>vn -0.9446 0.1515 -0.2910</w:t>
        <w:br/>
        <w:t>vn -0.2304 0.9274 -0.2947</w:t>
        <w:br/>
        <w:t>vn -0.0036 0.9600 -0.2798</w:t>
        <w:br/>
        <w:t>vn 0.0000 0.9879 0.1550</w:t>
        <w:br/>
        <w:t>vn 0.1255 0.9689 0.2131</w:t>
        <w:br/>
        <w:t>vn 0.0000 0.9735 0.2287</w:t>
        <w:br/>
        <w:t>vn -0.1551 0.9528 0.2608</w:t>
        <w:br/>
        <w:t>vn 0.1465 0.9498 0.2765</w:t>
        <w:br/>
        <w:t>vn -0.0000 0.9584 0.2854</w:t>
        <w:br/>
        <w:t>vn -0.2458 0.9376 0.2461</w:t>
        <w:br/>
        <w:t>vn -0.9722 0.0577 0.2270</w:t>
        <w:br/>
        <w:t>vn -0.9660 0.0187 0.2577</w:t>
        <w:br/>
        <w:t>vn -0.2165 0.9134 0.3447</w:t>
        <w:br/>
        <w:t>vn -0.1213 0.9251 0.3598</w:t>
        <w:br/>
        <w:t>vn 0.1538 0.9182 0.3652</w:t>
        <w:br/>
        <w:t>vn -0.0000 0.9302 0.3671</w:t>
        <w:br/>
        <w:t>vn -0.2060 0.8533 0.4790</w:t>
        <w:br/>
        <w:t>vn -0.0987 0.8730 0.4776</w:t>
        <w:br/>
        <w:t>vn -0.9209 -0.0790 0.3817</w:t>
        <w:br/>
        <w:t>vn -0.9404 -0.0200 0.3394</w:t>
        <w:br/>
        <w:t>vn 0.1407 0.8798 0.4539</w:t>
        <w:br/>
        <w:t>vn 0.0000 0.8952 0.4458</w:t>
        <w:br/>
        <w:t>vn 0.1038 0.8280 0.5511</w:t>
        <w:br/>
        <w:t>vn 0.0000 0.8462 0.5329</w:t>
        <w:br/>
        <w:t>vn -0.8852 -0.1437 0.4425</w:t>
        <w:br/>
        <w:t>vn -0.1888 0.7861 0.5886</w:t>
        <w:br/>
        <w:t>vn -0.0876 0.8066 0.5846</w:t>
        <w:br/>
        <w:t>vn -0.1574 0.6185 0.7699</w:t>
        <w:br/>
        <w:t>vn 0.0201 0.7003 0.7136</w:t>
        <w:br/>
        <w:t>vn 0.0000 0.8095 0.5871</w:t>
        <w:br/>
        <w:t>vn -0.3234 0.3993 0.8579</w:t>
        <w:br/>
        <w:t>vn -0.8209 -0.2885 0.4929</w:t>
        <w:br/>
        <w:t>vn -0.7942 -0.3344 0.5074</w:t>
        <w:br/>
        <w:t>vn -0.2016 0.3384 0.9192</w:t>
        <w:br/>
        <w:t>vn -0.5566 -0.3631 0.7472</w:t>
        <w:br/>
        <w:t>vn -0.4678 -0.5358 0.7029</w:t>
        <w:br/>
        <w:t>vn -0.5564 -0.3632 0.7473</w:t>
        <w:br/>
        <w:t>vn -0.2989 -0.2806 0.9121</w:t>
        <w:br/>
        <w:t>vn -0.2990 -0.2808 0.9120</w:t>
        <w:br/>
        <w:t>vn -0.0823 0.2298 0.9697</w:t>
        <w:br/>
        <w:t>vn -0.0000 0.8089 0.5880</w:t>
        <w:br/>
        <w:t>vn -0.2990 -0.2807 0.9120</w:t>
        <w:br/>
        <w:t>vn -0.1889 -0.4309 0.8824</w:t>
        <w:br/>
        <w:t>vn -0.2281 -0.4410 0.8680</w:t>
        <w:br/>
        <w:t>vn -0.4170 -0.9035 0.0989</w:t>
        <w:br/>
        <w:t>vn -0.0000 -0.9893 0.1461</w:t>
        <w:br/>
        <w:t>vn -0.0000 -0.9851 0.1717</w:t>
        <w:br/>
        <w:t>vn -0.3950 -0.9133 0.0994</w:t>
        <w:br/>
        <w:t>vn -0.1474 -0.9610 -0.2339</w:t>
        <w:br/>
        <w:t>vn -0.1190 -0.9400 -0.3199</w:t>
        <w:br/>
        <w:t>vn -0.1530 -0.9276 -0.3407</w:t>
        <w:br/>
        <w:t>vn -0.1758 -0.9485 -0.2637</w:t>
        <w:br/>
        <w:t>vn -0.2279 -0.9725 -0.0483</w:t>
        <w:br/>
        <w:t>vn -0.1841 -0.9718 -0.1471</w:t>
        <w:br/>
        <w:t>vn -0.2184 -0.9597 -0.1772</w:t>
        <w:br/>
        <w:t>vn -0.2769 -0.9576 -0.0794</w:t>
        <w:br/>
        <w:t>vn -0.3444 -0.9388 -0.0007</w:t>
        <w:br/>
        <w:t>vn -0.2772 -0.9600 0.0389</w:t>
        <w:br/>
        <w:t>vn -0.4139 -0.9089 0.0497</w:t>
        <w:br/>
        <w:t>vn -0.3243 -0.9411 0.0954</w:t>
        <w:br/>
        <w:t>vn -0.4685 -0.8814 0.0601</w:t>
        <w:br/>
        <w:t>vn -0.5034 -0.8629 0.0445</w:t>
        <w:br/>
        <w:t>vn -0.5478 -0.8348 0.0551</w:t>
        <w:br/>
        <w:t>vn -0.4393 -0.8937 0.0915</w:t>
        <w:br/>
        <w:t>vn -0.1020 -0.9254 -0.3651</w:t>
        <w:br/>
        <w:t>vn -0.0000 -0.9389 -0.3443</w:t>
        <w:br/>
        <w:t>vn -0.0314 -0.9394 -0.3413</w:t>
        <w:br/>
        <w:t>vn -0.0963 -0.9258 -0.3656</w:t>
        <w:br/>
        <w:t>vn 0.0000 -0.9541 -0.2995</w:t>
        <w:br/>
        <w:t>vn 0.0000 -0.9896 0.1441</w:t>
        <w:br/>
        <w:t>vn 0.0000 -0.9968 0.0801</w:t>
        <w:br/>
        <w:t>vn -0.0000 -0.9999 -0.0171</w:t>
        <w:br/>
        <w:t>vn -0.1457 -0.9175 -0.3701</w:t>
        <w:br/>
        <w:t>vn -0.5566 -0.3632 0.7472</w:t>
        <w:br/>
        <w:t>vn 0.0000 0.9680 -0.2508</w:t>
        <w:br/>
        <w:t>vn -0.0000 -0.4244 0.9055</w:t>
        <w:br/>
        <w:t>vn -0.0823 0.2297 0.9698</w:t>
        <w:br/>
        <w:t>vn 0.0000 -0.4247 0.9054</w:t>
        <w:br/>
        <w:t>vn -0.0000 -0.9933 0.1155</w:t>
        <w:br/>
        <w:t>vn -0.0000 -0.9930 -0.1178</w:t>
        <w:br/>
        <w:t>vn -0.0000 -0.9787 -0.2051</w:t>
        <w:br/>
        <w:t>vn -0.0000 -0.9498 -0.3129</w:t>
        <w:br/>
        <w:t>vn -0.2606 -0.2657 0.9282</w:t>
        <w:br/>
        <w:t>vn -0.4932 -0.2462 0.8344</w:t>
        <w:br/>
        <w:t>vn -0.4931 -0.2462 0.8344</w:t>
        <w:br/>
        <w:t>vn -0.2605 -0.2658 0.9282</w:t>
        <w:br/>
        <w:t>vn -0.1326 -0.2808 0.9506</w:t>
        <w:br/>
        <w:t>vn -0.0000 -0.2892 0.9573</w:t>
        <w:br/>
        <w:t>vn -0.0020 -0.9682 -0.2501</w:t>
        <w:br/>
        <w:t>vn -0.0019 -0.9683 -0.2500</w:t>
        <w:br/>
        <w:t>vn 0.0017 -0.9668 -0.2554</w:t>
        <w:br/>
        <w:t>vn 0.0016 -0.9668 -0.2556</w:t>
        <w:br/>
        <w:t>vn 0.0023 -0.9658 -0.2593</w:t>
        <w:br/>
        <w:t>vn 0.0024 -0.9658 -0.2592</w:t>
        <w:br/>
        <w:t>vn -0.0028 -0.9702 -0.2422</w:t>
        <w:br/>
        <w:t>vn -0.7175 -0.2168 0.6620</w:t>
        <w:br/>
        <w:t>vn 0.0014 -0.9744 -0.2247</w:t>
        <w:br/>
        <w:t>vn -0.8556 -0.1879 0.4824</w:t>
        <w:br/>
        <w:t>vn -0.9454 -0.1499 0.2896</w:t>
        <w:br/>
        <w:t>vn -0.9453 -0.1499 0.2896</w:t>
        <w:br/>
        <w:t>vn -0.9752 -0.1242 0.1832</w:t>
        <w:br/>
        <w:t>vn -0.0046 -0.9815 -0.1915</w:t>
        <w:br/>
        <w:t>vn -0.0047 -0.9815 -0.1915</w:t>
        <w:br/>
        <w:t>vn -0.0140 -0.9851 -0.1712</w:t>
        <w:br/>
        <w:t>vn -0.0140 -0.9851 -0.1711</w:t>
        <w:br/>
        <w:t>vn 0.7602 0.1576 -0.6303</w:t>
        <w:br/>
        <w:t>vn 0.9142 0.1278 -0.3845</w:t>
        <w:br/>
        <w:t>vn 0.9634 0.1105 -0.2443</w:t>
        <w:br/>
        <w:t>vn 0.4850 0.1997 -0.8514</w:t>
        <w:br/>
        <w:t>vn 0.9767 0.0969 -0.1915</w:t>
        <w:br/>
        <w:t>vn 0.2570 0.2157 -0.9420</w:t>
        <w:br/>
        <w:t>vn 0.1640 0.2191 -0.9618</w:t>
        <w:br/>
        <w:t>vn 0.0000 -0.9653 -0.2612</w:t>
        <w:br/>
        <w:t>vn -0.0001 -0.9653 -0.2613</w:t>
        <w:br/>
        <w:t>vn 0.0000 0.2273 -0.9738</w:t>
        <w:br/>
        <w:t>vn 0.4045 -0.2026 0.8918</w:t>
        <w:br/>
        <w:t>vn 0.6882 -0.1346 0.7130</w:t>
        <w:br/>
        <w:t>vn 0.2435 -0.2350 0.9410</w:t>
        <w:br/>
        <w:t>vn 0.8760 -0.0509 0.4797</w:t>
        <w:br/>
        <w:t>vn 0.8759 -0.0510 0.4797</w:t>
        <w:br/>
        <w:t>vn 0.1123 -0.2571 0.9598</w:t>
        <w:br/>
        <w:t>vn 0.1124 -0.2571 0.9598</w:t>
        <w:br/>
        <w:t>vn 0.9439 0.0054 0.3303</w:t>
        <w:br/>
        <w:t>vn 0.9753 0.0369 0.2177</w:t>
        <w:br/>
        <w:t>vn 0.0003 0.9734 0.2290</w:t>
        <w:br/>
        <w:t>vn -0.0015 0.9692 0.2465</w:t>
        <w:br/>
        <w:t>vn -0.0015 0.9691 0.2466</w:t>
        <w:br/>
        <w:t>vn 0.0123 0.9811 0.1932</w:t>
        <w:br/>
        <w:t>vn 0.0123 0.9811 0.1931</w:t>
        <w:br/>
        <w:t>vn 0.0237 0.9848 0.1723</w:t>
        <w:br/>
        <w:t>vn 0.0236 0.9848 0.1723</w:t>
        <w:br/>
        <w:t>vn 0.0024 0.9667 0.2559</w:t>
        <w:br/>
        <w:t>vn 0.0025 0.9667 0.2558</w:t>
        <w:br/>
        <w:t>vn 0.0006 0.9661 0.2580</w:t>
        <w:br/>
        <w:t>vn 0.0006 0.9662 0.2580</w:t>
        <w:br/>
        <w:t>vn 0.0014 0.9679 0.2512</w:t>
        <w:br/>
        <w:t>vn 0.0014 0.9680 0.2511</w:t>
        <w:br/>
        <w:t>vn -0.7552 0.1139 -0.6455</w:t>
        <w:br/>
        <w:t>vn -0.9236 0.0307 -0.3821</w:t>
        <w:br/>
        <w:t>vn -0.9236 0.0307 -0.3822</w:t>
        <w:br/>
        <w:t>vn -0.9655 -0.0016 -0.2605</w:t>
        <w:br/>
        <w:t>vn -0.9655 -0.0016 -0.2606</w:t>
        <w:br/>
        <w:t>vn -0.4630 0.1901 -0.8657</w:t>
        <w:br/>
        <w:t>vn -0.9773 -0.0093 -0.2117</w:t>
        <w:br/>
        <w:t>vn -0.2589 0.2228 -0.9399</w:t>
        <w:br/>
        <w:t>vn -0.2587 0.2228 -0.9399</w:t>
        <w:br/>
        <w:t>vn -0.1317 0.2357 -0.9629</w:t>
        <w:br/>
        <w:t>vn -0.1316 0.2356 -0.9629</w:t>
        <w:br/>
        <w:t>vn 0.9819 0.1591 0.1030</w:t>
        <w:br/>
        <w:t>vn 0.9837 0.1742 -0.0454</w:t>
        <w:br/>
        <w:t>vn 0.9635 0.1618 -0.2131</w:t>
        <w:br/>
        <w:t>vn 0.7504 0.6133 -0.2465</w:t>
        <w:br/>
        <w:t>vn 0.2289 0.9476 -0.2230</w:t>
        <w:br/>
        <w:t>vn 0.2172 0.9750 -0.0480</w:t>
        <w:br/>
        <w:t>vn 0.3211 0.9453 -0.0568</w:t>
        <w:br/>
        <w:t>vn -0.0198 0.9765 -0.2144</w:t>
        <w:br/>
        <w:t>vn -0.0574 0.9978 -0.0325</w:t>
        <w:br/>
        <w:t>vn -0.0919 0.9866 0.1346</w:t>
        <w:br/>
        <w:t>vn 0.1986 0.9747 0.1030</w:t>
        <w:br/>
        <w:t>vn 0.2914 0.9524 0.0896</w:t>
        <w:br/>
        <w:t>vn 0.2727 0.9460 0.1753</w:t>
        <w:br/>
        <w:t>vn 0.1808 0.9652 0.1889</w:t>
        <w:br/>
        <w:t>vn 0.9743 0.1092 0.1970</w:t>
        <w:br/>
        <w:t>vn 0.7395 0.5911 -0.3220</w:t>
        <w:br/>
        <w:t>vn 0.9446 0.1515 -0.2911</w:t>
        <w:br/>
        <w:t>vn 0.2304 0.9274 -0.2947</w:t>
        <w:br/>
        <w:t>vn 0.0036 0.9601 -0.2798</w:t>
        <w:br/>
        <w:t>vn -0.1255 0.9689 0.2131</w:t>
        <w:br/>
        <w:t>vn -0.1465 0.9498 0.2765</w:t>
        <w:br/>
        <w:t>vn 0.1551 0.9529 0.2608</w:t>
        <w:br/>
        <w:t>vn 0.2458 0.9376 0.2461</w:t>
        <w:br/>
        <w:t>vn 0.9722 0.0576 0.2270</w:t>
        <w:br/>
        <w:t>vn 0.9660 0.0187 0.2577</w:t>
        <w:br/>
        <w:t>vn 0.1213 0.9251 0.3599</w:t>
        <w:br/>
        <w:t>vn 0.2165 0.9134 0.3446</w:t>
        <w:br/>
        <w:t>vn -0.1538 0.9182 0.3651</w:t>
        <w:br/>
        <w:t>vn 0.0987 0.8730 0.4777</w:t>
        <w:br/>
        <w:t>vn 0.2060 0.8533 0.4789</w:t>
        <w:br/>
        <w:t>vn 0.9404 -0.0200 0.3395</w:t>
        <w:br/>
        <w:t>vn 0.9209 -0.0790 0.3817</w:t>
        <w:br/>
        <w:t>vn -0.1407 0.8798 0.4540</w:t>
        <w:br/>
        <w:t>vn -0.1038 0.8280 0.5511</w:t>
        <w:br/>
        <w:t>vn 0.8852 -0.1437 0.4426</w:t>
        <w:br/>
        <w:t>vn 0.1888 0.7861 0.5886</w:t>
        <w:br/>
        <w:t>vn 0.0876 0.8066 0.5846</w:t>
        <w:br/>
        <w:t>vn -0.0200 0.7003 0.7136</w:t>
        <w:br/>
        <w:t>vn 0.1573 0.6185 0.7699</w:t>
        <w:br/>
        <w:t>vn 0.3234 0.3993 0.8579</w:t>
        <w:br/>
        <w:t>vn 0.7942 -0.3343 0.5074</w:t>
        <w:br/>
        <w:t>vn 0.8209 -0.2885 0.4929</w:t>
        <w:br/>
        <w:t>vn 0.2016 0.3383 0.9192</w:t>
        <w:br/>
        <w:t>vn 0.5566 -0.3631 0.7472</w:t>
        <w:br/>
        <w:t>vn 0.4678 -0.5359 0.7028</w:t>
        <w:br/>
        <w:t>vn 0.2990 -0.2807 0.9120</w:t>
        <w:br/>
        <w:t>vn 0.5565 -0.3632 0.7472</w:t>
        <w:br/>
        <w:t>vn 0.0823 0.2298 0.9698</w:t>
        <w:br/>
        <w:t>vn 0.2990 -0.2808 0.9120</w:t>
        <w:br/>
        <w:t>vn 0.2282 -0.4411 0.8680</w:t>
        <w:br/>
        <w:t>vn 0.1889 -0.4309 0.8824</w:t>
        <w:br/>
        <w:t>vn 0.4170 -0.9035 0.0989</w:t>
        <w:br/>
        <w:t>vn 0.3950 -0.9133 0.0994</w:t>
        <w:br/>
        <w:t>vn 0.1474 -0.9610 -0.2339</w:t>
        <w:br/>
        <w:t>vn 0.1758 -0.9485 -0.2637</w:t>
        <w:br/>
        <w:t>vn 0.1530 -0.9276 -0.3408</w:t>
        <w:br/>
        <w:t>vn 0.1190 -0.9399 -0.3199</w:t>
        <w:br/>
        <w:t>vn 0.2279 -0.9725 -0.0482</w:t>
        <w:br/>
        <w:t>vn 0.2769 -0.9576 -0.0794</w:t>
        <w:br/>
        <w:t>vn 0.2184 -0.9596 -0.1772</w:t>
        <w:br/>
        <w:t>vn 0.1841 -0.9718 -0.1470</w:t>
        <w:br/>
        <w:t>vn 0.2772 -0.9600 0.0389</w:t>
        <w:br/>
        <w:t>vn 0.3444 -0.9388 -0.0007</w:t>
        <w:br/>
        <w:t>vn 0.3243 -0.9411 0.0954</w:t>
        <w:br/>
        <w:t>vn 0.4139 -0.9090 0.0496</w:t>
        <w:br/>
        <w:t>vn 0.4685 -0.8814 0.0601</w:t>
        <w:br/>
        <w:t>vn 0.5034 -0.8629 0.0445</w:t>
        <w:br/>
        <w:t>vn 0.5478 -0.8348 0.0551</w:t>
        <w:br/>
        <w:t>vn 0.4393 -0.8937 0.0915</w:t>
        <w:br/>
        <w:t>vn 0.1020 -0.9254 -0.3650</w:t>
        <w:br/>
        <w:t>vn 0.0963 -0.9258 -0.3656</w:t>
        <w:br/>
        <w:t>vn 0.0314 -0.9394 -0.3413</w:t>
        <w:br/>
        <w:t>vn 0.1457 -0.9175 -0.3701</w:t>
        <w:br/>
        <w:t>vn 0.2606 -0.2657 0.9282</w:t>
        <w:br/>
        <w:t>vn 0.2605 -0.2658 0.9282</w:t>
        <w:br/>
        <w:t>vn 0.4931 -0.2462 0.8344</w:t>
        <w:br/>
        <w:t>vn 0.4932 -0.2462 0.8344</w:t>
        <w:br/>
        <w:t>vn 0.1326 -0.2808 0.9506</w:t>
        <w:br/>
        <w:t>vn 0.0020 -0.9682 -0.2500</w:t>
        <w:br/>
        <w:t>vn -0.0018 -0.9669 -0.2553</w:t>
        <w:br/>
        <w:t>vn -0.0017 -0.9669 -0.2553</w:t>
        <w:br/>
        <w:t>vn -0.0025 -0.9658 -0.2593</w:t>
        <w:br/>
        <w:t>vn -0.0023 -0.9658 -0.2593</w:t>
        <w:br/>
        <w:t>vn 0.0029 -0.9702 -0.2422</w:t>
        <w:br/>
        <w:t>vn 0.7174 -0.2168 0.6620</w:t>
        <w:br/>
        <w:t>vn 0.7175 -0.2168 0.6620</w:t>
        <w:br/>
        <w:t>vn -0.0014 -0.9744 -0.2247</w:t>
        <w:br/>
        <w:t>vn 0.8556 -0.1879 0.4824</w:t>
        <w:br/>
        <w:t>vn 0.9453 -0.1499 0.2896</w:t>
        <w:br/>
        <w:t>vn 0.9752 -0.1242 0.1832</w:t>
        <w:br/>
        <w:t>vn 0.0047 -0.9815 -0.1915</w:t>
        <w:br/>
        <w:t>vn 0.0140 -0.9851 -0.1712</w:t>
        <w:br/>
        <w:t>vn -0.7602 0.1576 -0.6303</w:t>
        <w:br/>
        <w:t>vn -0.9142 0.1278 -0.3845</w:t>
        <w:br/>
        <w:t>vn -0.9634 0.1105 -0.2443</w:t>
        <w:br/>
        <w:t>vn -0.4850 0.1997 -0.8514</w:t>
        <w:br/>
        <w:t>vn -0.9767 0.0969 -0.1915</w:t>
        <w:br/>
        <w:t>vn -0.2569 0.2156 -0.9421</w:t>
        <w:br/>
        <w:t>vn -0.2570 0.2157 -0.9420</w:t>
        <w:br/>
        <w:t>vn -0.1640 0.2191 -0.9618</w:t>
        <w:br/>
        <w:t>vn 0.0000 -0.9652 -0.2613</w:t>
        <w:br/>
        <w:t>vn -0.0000 -0.9653 -0.2613</w:t>
        <w:br/>
        <w:t>vn -0.9720 0.1728 0.1591</w:t>
        <w:br/>
        <w:t>vn -0.9169 0.3049 0.2575</w:t>
        <w:br/>
        <w:t>vn -0.9147 0.3241 0.2415</w:t>
        <w:br/>
        <w:t>vn -0.9736 0.1836 0.1354</w:t>
        <w:br/>
        <w:t>vn -0.8302 0.4492 0.3302</w:t>
        <w:br/>
        <w:t>vn -0.8300 0.4111 0.3769</w:t>
        <w:br/>
        <w:t>vn -0.6228 0.5618 0.5445</w:t>
        <w:br/>
        <w:t>vn -0.7362 0.5214 0.4315</w:t>
        <w:br/>
        <w:t>vn -0.7309 0.4720 0.4930</w:t>
        <w:br/>
        <w:t>vn -0.6283 0.5007 0.5955</w:t>
        <w:br/>
        <w:t>vn -0.2935 0.5307 0.7951</w:t>
        <w:br/>
        <w:t>vn -0.1308 0.5418 0.8302</w:t>
        <w:br/>
        <w:t>vn -0.1447 0.6064 0.7819</w:t>
        <w:br/>
        <w:t>vn -0.3038 0.6134 0.7290</w:t>
        <w:br/>
        <w:t>vn -0.4742 0.5176 0.7122</w:t>
        <w:br/>
        <w:t>vn -0.4746 0.5978 0.6461</w:t>
        <w:br/>
        <w:t>vn 0.5404 0.4760 -0.6938</w:t>
        <w:br/>
        <w:t>vn -0.5450 0.5001 -0.6730</w:t>
        <w:br/>
        <w:t>vn -0.3884 0.0609 -0.9195</w:t>
        <w:br/>
        <w:t>vn -0.8035 -0.1689 0.5708</w:t>
        <w:br/>
        <w:t>vn -0.8561 -0.1597 0.4915</w:t>
        <w:br/>
        <w:t>vn -0.7843 -0.2227 0.5791</w:t>
        <w:br/>
        <w:t>vn -0.7243 -0.2646 0.6367</w:t>
        <w:br/>
        <w:t>vn -0.7300 -0.1914 0.6561</w:t>
        <w:br/>
        <w:t>vn -0.6394 -0.2785 0.7167</w:t>
        <w:br/>
        <w:t>vn -0.8079 -0.3128 0.4994</w:t>
        <w:br/>
        <w:t>vn -0.6648 -0.3261 0.6721</w:t>
        <w:br/>
        <w:t>vn -0.7526 -0.2899 0.5912</w:t>
        <w:br/>
        <w:t>vn -0.8339 -0.2385 0.4977</w:t>
        <w:br/>
        <w:t>vn -0.6339 -0.1596 0.7568</w:t>
        <w:br/>
        <w:t>vn -0.6289 -0.2878 0.7222</w:t>
        <w:br/>
        <w:t>vn -0.7771 -0.3034 0.5514</w:t>
        <w:br/>
        <w:t>vn -0.7615 -0.2187 0.6101</w:t>
        <w:br/>
        <w:t>vn -0.9690 0.1352 0.2067</w:t>
        <w:br/>
        <w:t>vn -0.9943 -0.0621 0.0872</w:t>
        <w:br/>
        <w:t>vn -0.9872 -0.0659 0.1452</w:t>
        <w:br/>
        <w:t>vn -0.9616 0.0881 0.2600</w:t>
        <w:br/>
        <w:t>vn -0.3109 -0.3407 0.8873</w:t>
        <w:br/>
        <w:t>vn -0.3921 -0.2735 0.8783</w:t>
        <w:br/>
        <w:t>vn -0.3144 -0.4731 0.8230</w:t>
        <w:br/>
        <w:t>vn -0.2581 -0.5363 0.8036</w:t>
        <w:br/>
        <w:t>vn -0.6726 0.2185 0.7071</w:t>
        <w:br/>
        <w:t>vn -0.5564 0.2089 0.8043</w:t>
        <w:br/>
        <w:t>vn -0.5975 0.2844 0.7498</w:t>
        <w:br/>
        <w:t>vn -0.6959 0.2847 0.6593</w:t>
        <w:br/>
        <w:t>vn -0.3819 0.4060 0.8303</w:t>
        <w:br/>
        <w:t>vn -0.2381 0.3960 0.8868</w:t>
        <w:br/>
        <w:t>vn -0.2477 -0.3919 0.8860</w:t>
        <w:br/>
        <w:t>vn -0.1521 -0.4036 0.9022</w:t>
        <w:br/>
        <w:t>vn -0.1683 -0.2023 0.9647</w:t>
        <w:br/>
        <w:t>vn -0.2872 -0.1599 0.9444</w:t>
        <w:br/>
        <w:t>vn -0.1221 0.4034 0.9068</w:t>
        <w:br/>
        <w:t>vn -0.0974 -0.0535 0.9938</w:t>
        <w:br/>
        <w:t>vn -0.2007 -0.0235 0.9794</w:t>
        <w:br/>
        <w:t>vn -0.0674 -0.2237 0.9723</w:t>
        <w:br/>
        <w:t>vn -0.2234 -0.5874 0.7779</w:t>
        <w:br/>
        <w:t>vn -0.2489 -0.6662 0.7030</w:t>
        <w:br/>
        <w:t>vn -0.2877 -0.6661 0.6881</w:t>
        <w:br/>
        <w:t>vn -0.2151 -0.6272 0.7485</w:t>
        <w:br/>
        <w:t>vn -0.1367 -0.5487 0.8248</w:t>
        <w:br/>
        <w:t>vn -0.1666 -0.5685 0.8056</w:t>
        <w:br/>
        <w:t>vn -0.2671 -0.3759 0.8873</w:t>
        <w:br/>
        <w:t>vn -0.1425 -0.4971 0.8559</w:t>
        <w:br/>
        <w:t>vn -0.2982 -0.4661 0.8330</w:t>
        <w:br/>
        <w:t>vn -0.5683 0.0918 0.8177</w:t>
        <w:br/>
        <w:t>vn -0.4128 0.1756 0.8937</w:t>
        <w:br/>
        <w:t>vn -0.4327 0.1830 0.8827</w:t>
        <w:br/>
        <w:t>vn -0.5604 0.1212 0.8193</w:t>
        <w:br/>
        <w:t>vn -0.2375 0.2176 0.9467</w:t>
        <w:br/>
        <w:t>vn -0.2342 0.2558 0.9379</w:t>
        <w:br/>
        <w:t>vn -0.2195 0.2823 0.9339</w:t>
        <w:br/>
        <w:t>vn -0.2360 0.2438 0.9407</w:t>
        <w:br/>
        <w:t>vn -0.2770 0.1976 0.9404</w:t>
        <w:br/>
        <w:t>vn -0.3027 0.2122 0.9292</w:t>
        <w:br/>
        <w:t>vn -0.3077 0.2370 0.9215</w:t>
        <w:br/>
        <w:t>vn -0.3170 0.2257 0.9212</w:t>
        <w:br/>
        <w:t>vn -0.4178 0.1392 0.8978</w:t>
        <w:br/>
        <w:t>vn -0.3748 0.0681 0.9246</w:t>
        <w:br/>
        <w:t>vn -0.4870 -0.0078 0.8733</w:t>
        <w:br/>
        <w:t>vn -0.5245 0.0439 0.8503</w:t>
        <w:br/>
        <w:t>vn -0.3330 0.1768 0.9262</w:t>
        <w:br/>
        <w:t>vn -0.4867 0.1679 0.8573</w:t>
        <w:br/>
        <w:t>vn -0.4454 0.1733 0.8784</w:t>
        <w:br/>
        <w:t>vn -0.3212 0.2193 0.9213</w:t>
        <w:br/>
        <w:t>vn -0.4026 0.1135 0.9083</w:t>
        <w:br/>
        <w:t>vn -0.5738 0.0686 0.8161</w:t>
        <w:br/>
        <w:t>vn -0.7491 0.1397 0.6476</w:t>
        <w:br/>
        <w:t>vn -0.6009 0.1485 0.7854</w:t>
        <w:br/>
        <w:t>vn -0.2687 -0.4404 0.8566</w:t>
        <w:br/>
        <w:t>vn -0.0000 -0.4424 0.8968</w:t>
        <w:br/>
        <w:t>vn 0.0000 -0.7086 0.7056</w:t>
        <w:br/>
        <w:t>vn -0.2940 -0.6624 0.6890</w:t>
        <w:br/>
        <w:t>vn -0.8488 0.1886 0.4940</w:t>
        <w:br/>
        <w:t>vn -0.7560 0.1956 0.6247</w:t>
        <w:br/>
        <w:t>vn -0.6482 0.1738 0.7414</w:t>
        <w:br/>
        <w:t>vn -0.5803 0.1424 0.8018</w:t>
        <w:br/>
        <w:t>vn -0.6706 0.1542 0.7256</w:t>
        <w:br/>
        <w:t>vn -0.7443 0.2110 0.6336</w:t>
        <w:br/>
        <w:t>vn -0.6404 0.3181 0.6991</w:t>
        <w:br/>
        <w:t>vn -0.5911 0.2187 0.7764</w:t>
        <w:br/>
        <w:t>vn -0.4845 -0.0617 0.8726</w:t>
        <w:br/>
        <w:t>vn -0.4445 -0.1648 0.8805</w:t>
        <w:br/>
        <w:t>vn -0.5932 -0.1457 0.7918</w:t>
        <w:br/>
        <w:t>vn -0.6181 -0.0082 0.7860</w:t>
        <w:br/>
        <w:t>vn 0.0000 -0.2251 0.9743</w:t>
        <w:br/>
        <w:t>vn -0.0000 -0.3309 0.9437</w:t>
        <w:br/>
        <w:t>vn -0.3781 -0.2534 0.8904</w:t>
        <w:br/>
        <w:t>vn 0.0000 -0.7835 0.6214</w:t>
        <w:br/>
        <w:t>vn -0.3507 -0.7104 0.6102</w:t>
        <w:br/>
        <w:t>vn -0.8815 -0.1635 0.4430</w:t>
        <w:br/>
        <w:t>vn -0.8958 -0.2407 0.3737</w:t>
        <w:br/>
        <w:t>vn -0.8209 -0.1964 0.5362</w:t>
        <w:br/>
        <w:t>vn -0.9264 -0.3763 0.0109</w:t>
        <w:br/>
        <w:t>vn -0.9218 -0.3875 -0.0098</w:t>
        <w:br/>
        <w:t>vn -0.9201 -0.3915 -0.0109</w:t>
        <w:br/>
        <w:t>vn -0.9207 -0.3902 0.0058</w:t>
        <w:br/>
        <w:t>vn -0.5037 -0.0584 0.8619</w:t>
        <w:br/>
        <w:t>vn -0.3824 0.0478 0.9228</w:t>
        <w:br/>
        <w:t>vn -0.3984 0.1392 0.9066</w:t>
        <w:br/>
        <w:t>vn -0.5257 0.0314 0.8501</w:t>
        <w:br/>
        <w:t>vn -0.5350 0.0738 0.8416</w:t>
        <w:br/>
        <w:t>vn -0.4169 0.1661 0.8937</w:t>
        <w:br/>
        <w:t>vn -0.2644 0.1429 0.9538</w:t>
        <w:br/>
        <w:t>vn -0.1838 0.2019 0.9620</w:t>
        <w:br/>
        <w:t>vn -0.2095 0.2782 0.9374</w:t>
        <w:br/>
        <w:t>vn -0.2902 0.2215 0.9310</w:t>
        <w:br/>
        <w:t>vn -0.2523 -0.1320 0.9586</w:t>
        <w:br/>
        <w:t>vn -0.2121 -0.0062 0.9772</w:t>
        <w:br/>
        <w:t>vn -0.1717 0.0849 0.9815</w:t>
        <w:br/>
        <w:t>vn -0.2368 -0.0022 0.9716</w:t>
        <w:br/>
        <w:t>vn -0.3079 -0.2649 0.9138</w:t>
        <w:br/>
        <w:t>vn -0.3193 -0.3753 0.8702</w:t>
        <w:br/>
        <w:t>vn -0.3112 -0.2274 0.9228</w:t>
        <w:br/>
        <w:t>vn -0.2361 0.2625 0.9356</w:t>
        <w:br/>
        <w:t>vn -0.2210 0.1969 0.9552</w:t>
        <w:br/>
        <w:t>vn -0.2318 0.1112 0.9664</w:t>
        <w:br/>
        <w:t>vn -0.3332 0.0395 0.9420</w:t>
        <w:br/>
        <w:t>vn -0.2260 -0.4296 0.8743</w:t>
        <w:br/>
        <w:t>vn -0.1512 -0.4267 0.8916</w:t>
        <w:br/>
        <w:t>vn -0.1555 -0.5536 0.8181</w:t>
        <w:br/>
        <w:t>vn -0.2397 -0.5296 0.8137</w:t>
        <w:br/>
        <w:t>vn -0.3308 -0.4350 0.8375</w:t>
        <w:br/>
        <w:t>vn -0.3435 -0.4280 0.8359</w:t>
        <w:br/>
        <w:t>vn -0.3019 -0.4394 0.8460</w:t>
        <w:br/>
        <w:t>vn -0.3214 -0.4540 0.8310</w:t>
        <w:br/>
        <w:t>vn -0.3036 -0.4377 0.8463</w:t>
        <w:br/>
        <w:t>vn -0.3895 -0.4820 0.7848</w:t>
        <w:br/>
        <w:t>vn -0.5315 -0.6433 0.5511</w:t>
        <w:br/>
        <w:t>vn -0.4793 -0.6252 0.6160</w:t>
        <w:br/>
        <w:t>vn -0.4093 -0.5409 0.7348</w:t>
        <w:br/>
        <w:t>vn -0.5273 -0.6694 0.5233</w:t>
        <w:br/>
        <w:t>vn -0.5135 -0.6746 0.5303</w:t>
        <w:br/>
        <w:t>vn -0.4037 -0.5270 0.7478</w:t>
        <w:br/>
        <w:t>vn -0.5816 -0.7566 0.2990</w:t>
        <w:br/>
        <w:t>vn -0.5553 -0.8246 0.1082</w:t>
        <w:br/>
        <w:t>vn -0.5208 -0.8533 0.0266</w:t>
        <w:br/>
        <w:t>vn -0.5633 -0.7798 0.2733</w:t>
        <w:br/>
        <w:t>vn -0.3912 -0.9084 -0.1478</w:t>
        <w:br/>
        <w:t>vn -0.3474 -0.9225 -0.1680</w:t>
        <w:br/>
        <w:t>vn -0.2445 -0.9515 -0.1867</w:t>
        <w:br/>
        <w:t>vn -0.2457 -0.9497 -0.1943</w:t>
        <w:br/>
        <w:t>vn -0.4759 -0.8648 -0.1603</w:t>
        <w:br/>
        <w:t>vn -0.4743 -0.8706 -0.1311</w:t>
        <w:br/>
        <w:t>vn -0.5328 -0.8373 -0.1232</w:t>
        <w:br/>
        <w:t>vn -0.4344 -0.5453 0.7170</w:t>
        <w:br/>
        <w:t>vn -0.5826 -0.6373 0.5044</w:t>
        <w:br/>
        <w:t>vn -0.3129 -0.5167 0.7970</w:t>
        <w:br/>
        <w:t>vn -0.3509 -0.4997 0.7919</w:t>
        <w:br/>
        <w:t>vn -0.3310 -0.4719 0.8172</w:t>
        <w:br/>
        <w:t>vn -0.2967 -0.4664 0.8333</w:t>
        <w:br/>
        <w:t>vn -0.5031 -0.4444 0.7412</w:t>
        <w:br/>
        <w:t>vn -0.7153 -0.4950 0.4932</w:t>
        <w:br/>
        <w:t>vn -0.6465 -0.5883 0.4858</w:t>
        <w:br/>
        <w:t>vn -0.4662 -0.5187 0.7166</w:t>
        <w:br/>
        <w:t>vn -0.6739 -0.6852 0.2762</w:t>
        <w:br/>
        <w:t>vn -0.6993 -0.6998 0.1457</w:t>
        <w:br/>
        <w:t>vn -0.6213 -0.7680 0.1555</w:t>
        <w:br/>
        <w:t>vn -0.5996 -0.7458 0.2903</w:t>
        <w:br/>
        <w:t>vn -0.7393 -0.6169 0.2700</w:t>
        <w:br/>
        <w:t>vn -0.7734 -0.6200 0.1321</w:t>
        <w:br/>
        <w:t>vn -0.6060 -0.7847 -0.1306</w:t>
        <w:br/>
        <w:t>vn -0.5729 -0.7987 -0.1837</w:t>
        <w:br/>
        <w:t>vn -0.7055 -0.6488 -0.2850</w:t>
        <w:br/>
        <w:t>vn -0.5965 -0.7707 -0.2241</w:t>
        <w:br/>
        <w:t>vn -0.6692 -0.7121 -0.2126</w:t>
        <w:br/>
        <w:t>vn -0.7304 -0.6335 -0.2551</w:t>
        <w:br/>
        <w:t>vn -0.7496 -0.6374 -0.1783</w:t>
        <w:br/>
        <w:t>vn -0.8038 -0.5828 0.1192</w:t>
        <w:br/>
        <w:t>vn -0.4248 -0.9007 -0.0912</w:t>
        <w:br/>
        <w:t>vn -0.7911 0.2654 0.5512</w:t>
        <w:br/>
        <w:t>vn -0.7645 0.2048 0.6112</w:t>
        <w:br/>
        <w:t>vn -0.8921 -0.3146 0.3244</w:t>
        <w:br/>
        <w:t>vn -0.8870 -0.3283 0.3248</w:t>
        <w:br/>
        <w:t>vn -0.6232 0.0435 0.7808</w:t>
        <w:br/>
        <w:t>vn -0.7142 -0.1457 0.6846</w:t>
        <w:br/>
        <w:t>vn -0.6332 -0.0262 0.7735</w:t>
        <w:br/>
        <w:t>vn -0.9688 0.0912 -0.2302</w:t>
        <w:br/>
        <w:t>vn -0.9543 -0.1769 -0.2409</w:t>
        <w:br/>
        <w:t>vn -0.9708 0.0218 0.2390</w:t>
        <w:br/>
        <w:t>vn -0.9556 0.2944 -0.0074</w:t>
        <w:br/>
        <w:t>vn -0.9380 0.2059 0.2790</w:t>
        <w:br/>
        <w:t>vn -0.7974 0.5529 0.2418</w:t>
        <w:br/>
        <w:t>vn -0.8290 0.0544 0.5565</w:t>
        <w:br/>
        <w:t>vn -0.4019 0.8333 0.3796</w:t>
        <w:br/>
        <w:t>vn 0.1339 0.9910 -0.0003</w:t>
        <w:br/>
        <w:t>vn -0.7231 -0.3504 0.5953</w:t>
        <w:br/>
        <w:t>vn -0.7343 -0.3060 0.6059</w:t>
        <w:br/>
        <w:t>vn -0.8876 -0.2301 0.3991</w:t>
        <w:br/>
        <w:t>vn -0.7817 -0.2136 0.5859</w:t>
        <w:br/>
        <w:t>vn -0.9234 -0.2935 0.2475</w:t>
        <w:br/>
        <w:t>vn -0.7038 -0.3095 0.6395</w:t>
        <w:br/>
        <w:t>vn 0.0390 0.9366 0.3482</w:t>
        <w:br/>
        <w:t>vn -0.2520 0.8368 0.4861</w:t>
        <w:br/>
        <w:t>vn 0.0856 0.8987 0.4300</w:t>
        <w:br/>
        <w:t>vn 0.0389 0.9366 0.3482</w:t>
        <w:br/>
        <w:t>vn 0.4093 0.9124 0.0034</w:t>
        <w:br/>
        <w:t>vn -0.6714 0.0603 0.7387</w:t>
        <w:br/>
        <w:t>vn -0.6834 0.2369 0.6906</w:t>
        <w:br/>
        <w:t>vn -0.5083 0.3623 0.7813</w:t>
        <w:br/>
        <w:t>vn -0.8679 -0.4277 -0.2527</w:t>
        <w:br/>
        <w:t>vn -0.7345 -0.6317 -0.2479</w:t>
        <w:br/>
        <w:t>vn -0.6024 -0.7823 -0.1586</w:t>
        <w:br/>
        <w:t>vn -0.2224 -0.9240 -0.3110</w:t>
        <w:br/>
        <w:t>vn -0.4913 -0.8709 -0.0103</w:t>
        <w:br/>
        <w:t>vn -0.1063 -0.9940 -0.0267</w:t>
        <w:br/>
        <w:t>vn -0.3220 -0.9114 0.2563</w:t>
        <w:br/>
        <w:t>vn -0.5277 0.5636 0.6356</w:t>
        <w:br/>
        <w:t>vn -0.4885 0.5538 0.6742</w:t>
        <w:br/>
        <w:t>vn 0.4097 0.1895 -0.8923</w:t>
        <w:br/>
        <w:t>vn 0.5261 -0.1661 -0.8340</w:t>
        <w:br/>
        <w:t>vn 0.3755 -0.1307 -0.9176</w:t>
        <w:br/>
        <w:t>vn 0.2857 -0.0059 -0.9583</w:t>
        <w:br/>
        <w:t>vn 0.1611 0.2862 -0.9445</w:t>
        <w:br/>
        <w:t>vn 0.1264 0.6371 -0.7603</w:t>
        <w:br/>
        <w:t>vn 0.3528 0.5722 -0.7404</w:t>
        <w:br/>
        <w:t>vn 0.1045 0.8888 -0.4462</w:t>
        <w:br/>
        <w:t>vn 0.3393 0.8162 -0.4677</w:t>
        <w:br/>
        <w:t>vn 0.5404 0.4761 -0.6938</w:t>
        <w:br/>
        <w:t>vn 0.3658 -0.5019 -0.7838</w:t>
        <w:br/>
        <w:t>vn 0.4081 -0.3162 -0.8564</w:t>
        <w:br/>
        <w:t>vn 0.5923 -0.0247 -0.8053</w:t>
        <w:br/>
        <w:t>vn 0.3500 -0.3597 -0.8650</w:t>
        <w:br/>
        <w:t>vn 0.3935 -0.3944 -0.8304</w:t>
        <w:br/>
        <w:t>vn -0.1708 -0.6294 -0.7581</w:t>
        <w:br/>
        <w:t>vn 0.2263 -0.7364 -0.6376</w:t>
        <w:br/>
        <w:t>vn -0.2416 -0.9693 0.0456</w:t>
        <w:br/>
        <w:t>vn -0.4247 -0.9007 -0.0912</w:t>
        <w:br/>
        <w:t>vn -0.8236 0.2444 0.5118</w:t>
        <w:br/>
        <w:t>vn -0.8825 0.2374 0.4060</w:t>
        <w:br/>
        <w:t>vn -0.7610 0.4306 0.4852</w:t>
        <w:br/>
        <w:t>vn -0.6888 0.4024 0.6030</w:t>
        <w:br/>
        <w:t>vn -0.7354 0.2306 -0.6371</w:t>
        <w:br/>
        <w:t>vn -0.5454 -0.0559 -0.8363</w:t>
        <w:br/>
        <w:t>vn 0.3290 -0.5892 -0.7379</w:t>
        <w:br/>
        <w:t>vn -0.1064 -0.9940 -0.0267</w:t>
        <w:br/>
        <w:t>vn 0.0855 0.8988 0.4300</w:t>
        <w:br/>
        <w:t>vn -0.9290 -0.2843 0.2370</w:t>
        <w:br/>
        <w:t>vn -0.5881 0.1713 0.7904</w:t>
        <w:br/>
        <w:t>vn -0.9294 -0.2711 0.2504</w:t>
        <w:br/>
        <w:t>vn -0.0000 -0.3811 0.9245</w:t>
        <w:br/>
        <w:t>vn -0.0527 -0.3902 0.9192</w:t>
        <w:br/>
        <w:t>vn -0.0667 -0.4979 0.8647</w:t>
        <w:br/>
        <w:t>vn -0.0000 -0.4614 0.8872</w:t>
        <w:br/>
        <w:t>vn 0.0000 -0.0683 0.9977</w:t>
        <w:br/>
        <w:t>vn -0.0000 -0.2317 0.9728</w:t>
        <w:br/>
        <w:t>vn -0.5107 -0.2189 0.8314</w:t>
        <w:br/>
        <w:t>vn -0.4556 -0.0377 0.8894</w:t>
        <w:br/>
        <w:t>vn -0.5928 -0.0049 0.8053</w:t>
        <w:br/>
        <w:t>vn -0.9396 -0.1230 0.3195</w:t>
        <w:br/>
        <w:t>vn -0.9382 -0.2381 0.2511</w:t>
        <w:br/>
        <w:t>vn -0.3068 -0.5340 0.7879</w:t>
        <w:br/>
        <w:t>vn -0.4074 -0.4114 0.8154</w:t>
        <w:br/>
        <w:t>vn -0.3115 -0.4945 0.8115</w:t>
        <w:br/>
        <w:t>vn -0.2388 -0.5713 0.7852</w:t>
        <w:br/>
        <w:t>vn -0.5917 -0.0687 0.8032</w:t>
        <w:br/>
        <w:t>vn -0.7314 -0.1321 0.6690</w:t>
        <w:br/>
        <w:t>vn -0.4412 -0.3601 0.8220</w:t>
        <w:br/>
        <w:t>vn -0.3606 -0.5434 0.7581</w:t>
        <w:br/>
        <w:t>vn -0.3696 -0.2465 0.8959</w:t>
        <w:br/>
        <w:t>vn -0.4106 -0.4184 0.8102</w:t>
        <w:br/>
        <w:t>vn -0.5261 -0.3517 0.7743</w:t>
        <w:br/>
        <w:t>vn 0.0000 -0.4471 0.8945</w:t>
        <w:br/>
        <w:t>vn -0.4746 -0.3200 0.8200</w:t>
        <w:br/>
        <w:t>vn -0.3638 0.0364 0.9308</w:t>
        <w:br/>
        <w:t>vn -0.5050 -0.0994 0.8574</w:t>
        <w:br/>
        <w:t>vn -0.2898 0.1683 0.9422</w:t>
        <w:br/>
        <w:t>vn -0.2351 0.2265 0.9452</w:t>
        <w:br/>
        <w:t>vn -0.2420 0.2087 0.9476</w:t>
        <w:br/>
        <w:t>vn -0.5312 -0.3515 0.7709</w:t>
        <w:br/>
        <w:t>vn -0.6399 -0.2974 0.7086</w:t>
        <w:br/>
        <w:t>vn -0.6238 0.0789 0.7776</w:t>
        <w:br/>
        <w:t>vn -0.5078 0.6084 0.6099</w:t>
        <w:br/>
        <w:t>vn -0.7115 0.4499 0.5398</w:t>
        <w:br/>
        <w:t>vn 0.0000 0.7583 0.6519</w:t>
        <w:br/>
        <w:t>vn -0.7843 -0.2172 0.5812</w:t>
        <w:br/>
        <w:t>vn -0.9144 0.2525 0.3163</w:t>
        <w:br/>
        <w:t>vn -0.8173 0.3284 0.4734</w:t>
        <w:br/>
        <w:t>vn -0.9978 -0.0461 0.0484</w:t>
        <w:br/>
        <w:t>vn -0.9991 -0.0294 0.0293</w:t>
        <w:br/>
        <w:t>vn -0.8953 0.2002 0.3979</w:t>
        <w:br/>
        <w:t>vn -0.8639 0.1382 0.4843</w:t>
        <w:br/>
        <w:t>vn -0.9666 -0.2544 -0.0296</w:t>
        <w:br/>
        <w:t>vn -0.9840 -0.1718 0.0463</w:t>
        <w:br/>
        <w:t>vn -0.9808 -0.1948 -0.0107</w:t>
        <w:br/>
        <w:t>vn -0.9696 -0.2393 -0.0504</w:t>
        <w:br/>
        <w:t>vn -0.8150 -0.5791 -0.0221</w:t>
        <w:br/>
        <w:t>vn -0.7577 -0.6360 -0.1462</w:t>
        <w:br/>
        <w:t>vn -0.6834 -0.7150 -0.1471</w:t>
        <w:br/>
        <w:t>vn -0.7564 -0.6538 -0.0196</w:t>
        <w:br/>
        <w:t>vn -0.5862 -0.8097 -0.0270</w:t>
        <w:br/>
        <w:t>vn -0.6144 -0.7870 0.0561</w:t>
        <w:br/>
        <w:t>vn -0.6964 -0.7141 0.0720</w:t>
        <w:br/>
        <w:t>vn -0.6653 -0.7464 -0.0179</w:t>
        <w:br/>
        <w:t>vn -0.8655 -0.0761 0.4951</w:t>
        <w:br/>
        <w:t>vn -0.9161 -0.0891 0.3908</w:t>
        <w:br/>
        <w:t>vn -0.8510 -0.5249 -0.0168</w:t>
        <w:br/>
        <w:t>vn -0.7906 -0.5910 -0.1600</w:t>
        <w:br/>
        <w:t>vn -0.9362 -0.3503 0.0267</w:t>
        <w:br/>
        <w:t>vn -0.9384 -0.3454 -0.0129</w:t>
        <w:br/>
        <w:t>vn -0.4840 -0.8652 -0.1313</w:t>
        <w:br/>
        <w:t>vn -0.0000 -0.9917 -0.1284</w:t>
        <w:br/>
        <w:t>vn 0.0000 -0.9864 -0.1646</w:t>
        <w:br/>
        <w:t>vn -0.3006 -0.9406 -0.1580</w:t>
        <w:br/>
        <w:t>vn -0.3643 -0.9255 -0.1034</w:t>
        <w:br/>
        <w:t>vn -0.9654 -0.2580 -0.0378</w:t>
        <w:br/>
        <w:t>vn -0.9780 -0.2082 -0.0104</w:t>
        <w:br/>
        <w:t>vn -0.9795 -0.2010 -0.0125</w:t>
        <w:br/>
        <w:t>vn -0.9628 -0.2635 -0.0597</w:t>
        <w:br/>
        <w:t>vn -0.9899 -0.0182 -0.1405</w:t>
        <w:br/>
        <w:t>vn -0.9505 -0.2914 -0.1076</w:t>
        <w:br/>
        <w:t>vn -0.2995 0.1541 0.9416</w:t>
        <w:br/>
        <w:t>vn -0.3173 -0.4872 0.8136</w:t>
        <w:br/>
        <w:t>vn -0.3072 -0.4043 0.8615</w:t>
        <w:br/>
        <w:t>vn -0.5152 -0.8555 -0.0513</w:t>
        <w:br/>
        <w:t>vn -0.5493 -0.8353 0.0224</w:t>
        <w:br/>
        <w:t>vn -0.5044 -0.8628 -0.0337</w:t>
        <w:br/>
        <w:t>vn -0.4609 -0.8825 -0.0936</w:t>
        <w:br/>
        <w:t>vn -0.4496 -0.8871 -0.1048</w:t>
        <w:br/>
        <w:t>vn -0.6672 -0.6701 -0.3252</w:t>
        <w:br/>
        <w:t>vn -0.5122 -0.3123 0.8001</w:t>
        <w:br/>
        <w:t>vn -0.3815 -0.7286 0.5688</w:t>
        <w:br/>
        <w:t>vn -0.3199 -0.7368 0.5957</w:t>
        <w:br/>
        <w:t>vn -0.4464 -0.2312 0.8645</w:t>
        <w:br/>
        <w:t>vn -0.0000 -0.5578 0.8300</w:t>
        <w:br/>
        <w:t>vn 0.0000 -0.4337 0.9011</w:t>
        <w:br/>
        <w:t>vn -0.3041 -0.4286 0.8508</w:t>
        <w:br/>
        <w:t>vn -0.3214 -0.4659 0.8244</w:t>
        <w:br/>
        <w:t>vn -0.5656 -0.7636 0.3116</w:t>
        <w:br/>
        <w:t>vn -0.5729 -0.8047 0.1557</w:t>
        <w:br/>
        <w:t>vn -0.2718 -0.9477 -0.1675</w:t>
        <w:br/>
        <w:t>vn -0.2859 -0.6443 0.7093</w:t>
        <w:br/>
        <w:t>vn -0.3626 -0.8846 0.2931</w:t>
        <w:br/>
        <w:t>vn -0.1734 -0.4113 0.8949</w:t>
        <w:br/>
        <w:t>vn -0.3459 -0.0990 0.9330</w:t>
        <w:br/>
        <w:t>vn -0.2890 -0.0801 0.9540</w:t>
        <w:br/>
        <w:t>vn -0.4748 -0.0935 0.8751</w:t>
        <w:br/>
        <w:t>vn -0.9649 -0.2542 0.0659</w:t>
        <w:br/>
        <w:t>vn -0.9612 -0.2659 -0.0731</w:t>
        <w:br/>
        <w:t>vn -0.9412 -0.3304 -0.0710</w:t>
        <w:br/>
        <w:t>vn -0.7187 -0.1022 0.6878</w:t>
        <w:br/>
        <w:t>vn -0.7001 -0.1346 0.7012</w:t>
        <w:br/>
        <w:t>vn -0.0000 0.1108 0.9938</w:t>
        <w:br/>
        <w:t>vn 0.0000 -0.0702 0.9975</w:t>
        <w:br/>
        <w:t>vn -0.5350 0.0842 0.8406</w:t>
        <w:br/>
        <w:t>vn -0.5371 0.5579 0.6327</w:t>
        <w:br/>
        <w:t>vn -0.7290 -0.1612 0.6652</w:t>
        <w:br/>
        <w:t>vn -0.6382 -0.1807 0.7484</w:t>
        <w:br/>
        <w:t>vn -0.7826 -0.0230 0.6221</w:t>
        <w:br/>
        <w:t>vn -0.7064 0.0017 0.7078</w:t>
        <w:br/>
        <w:t>vn -0.9703 -0.0782 0.2289</w:t>
        <w:br/>
        <w:t>vn -0.9405 0.0279 0.3387</w:t>
        <w:br/>
        <w:t>vn -0.9795 -0.1519 0.1324</w:t>
        <w:br/>
        <w:t>vn -0.0000 0.4048 0.9144</w:t>
        <w:br/>
        <w:t>vn -0.1289 0.2542 0.9585</w:t>
        <w:br/>
        <w:t>vn 0.0000 0.2531 0.9675</w:t>
        <w:br/>
        <w:t>vn -0.2449 0.2567 0.9350</w:t>
        <w:br/>
        <w:t>vn -0.3831 0.2593 0.8866</w:t>
        <w:br/>
        <w:t>vn -0.6241 0.3757 0.6851</w:t>
        <w:br/>
        <w:t>vn -0.7156 0.3647 0.5957</w:t>
        <w:br/>
        <w:t>vn -0.5085 0.3823 0.7716</w:t>
        <w:br/>
        <w:t>vn -0.4962 0.2702 0.8251</w:t>
        <w:br/>
        <w:t>vn -0.4167 -0.8971 -0.1469</w:t>
        <w:br/>
        <w:t>vn -0.4060 -0.9030 -0.1405</w:t>
        <w:br/>
        <w:t>vn -0.2692 -0.2251 0.9364</w:t>
        <w:br/>
        <w:t>vn 0.0000 -0.2106 0.9776</w:t>
        <w:br/>
        <w:t>vn -0.7355 0.2306 -0.6371</w:t>
        <w:br/>
        <w:t>vn -0.9899 -0.0182 -0.1404</w:t>
        <w:br/>
        <w:t>vn -0.5450 0.5001 -0.6729</w:t>
        <w:br/>
        <w:t>vn -0.3801 -0.3446 0.8584</w:t>
        <w:br/>
        <w:t>vn -0.4592 -0.1799 0.8699</w:t>
        <w:br/>
        <w:t>vn -0.6241 -0.2935 0.7241</w:t>
        <w:br/>
        <w:t>vn -0.8386 -0.5399 0.0722</w:t>
        <w:br/>
        <w:t>vn -0.8749 -0.4792 0.0705</w:t>
        <w:br/>
        <w:t>vn -0.8449 -0.4768 0.2427</w:t>
        <w:br/>
        <w:t>vn -0.8688 -0.4867 0.0913</w:t>
        <w:br/>
        <w:t>vn -0.8278 -0.5499 0.1111</w:t>
        <w:br/>
        <w:t>vn -0.7957 -0.5473 0.2594</w:t>
        <w:br/>
        <w:t>vn -0.3586 -0.4888 0.7953</w:t>
        <w:br/>
        <w:t>vn -0.7826 -0.6178 0.0766</w:t>
        <w:br/>
        <w:t>vn -0.5140 0.5071 0.6918</w:t>
        <w:br/>
        <w:t>vn -0.1877 0.4107 0.8922</w:t>
        <w:br/>
        <w:t>vn -0.5740 -0.0344 -0.8182</w:t>
        <w:br/>
        <w:t>vn -0.8437 -0.5268 -0.1031</w:t>
        <w:br/>
        <w:t>vn -0.8167 -0.5550 -0.1577</w:t>
        <w:br/>
        <w:t>vn -0.3640 0.1316 0.9221</w:t>
        <w:br/>
        <w:t>vn -0.2314 0.1092 0.9667</w:t>
        <w:br/>
        <w:t>vn -0.1223 0.0922 0.9882</w:t>
        <w:br/>
        <w:t>vn -0.3712 -0.0961 0.9236</w:t>
        <w:br/>
        <w:t>vn -0.4683 0.1674 0.8676</w:t>
        <w:br/>
        <w:t>vn -0.8992 -0.4353 -0.0446</w:t>
        <w:br/>
        <w:t>vn -0.9114 -0.4114 -0.0100</w:t>
        <w:br/>
        <w:t>vn -0.9216 -0.3857 -0.0436</w:t>
        <w:br/>
        <w:t>vn -0.9185 -0.3899 -0.0654</w:t>
        <w:br/>
        <w:t>vn -0.4680 0.0258 0.8834</w:t>
        <w:br/>
        <w:t>vn -0.4048 0.1462 0.9026</w:t>
        <w:br/>
        <w:t>vn -0.3284 0.0244 0.9442</w:t>
        <w:br/>
        <w:t>vn -0.2285 -0.9024 0.3653</w:t>
        <w:br/>
        <w:t>vn -0.2223 -0.8869 0.4050</w:t>
        <w:br/>
        <w:t>vn -0.1629 -0.9149 0.3693</w:t>
        <w:br/>
        <w:t>vn -0.1723 -0.9245 0.3400</w:t>
        <w:br/>
        <w:t>vn -0.3824 -0.5765 0.7221</w:t>
        <w:br/>
        <w:t>vn -0.2097 -0.6388 0.7402</w:t>
        <w:br/>
        <w:t>vn -0.2134 -0.2495 0.9446</w:t>
        <w:br/>
        <w:t>vn -0.3914 -0.2509 0.8854</w:t>
        <w:br/>
        <w:t>vn -0.4391 0.0833 0.8946</w:t>
        <w:br/>
        <w:t>vn -0.3220 0.1929 0.9269</w:t>
        <w:br/>
        <w:t>vn -0.2279 0.5598 0.7967</w:t>
        <w:br/>
        <w:t>vn -0.3148 0.4879 0.8142</w:t>
        <w:br/>
        <w:t>vn -0.3865 -0.7539 0.5312</w:t>
        <w:br/>
        <w:t>vn -0.2690 -0.8837 0.3831</w:t>
        <w:br/>
        <w:t>vn -0.4626 -0.0413 0.8856</w:t>
        <w:br/>
        <w:t>vn -0.4001 0.2345 0.8860</w:t>
        <w:br/>
        <w:t>vn -0.0060 -0.9792 -0.2027</w:t>
        <w:br/>
        <w:t>vn -0.0709 -0.9307 0.3587</w:t>
        <w:br/>
        <w:t>vn -0.1628 -0.9151 0.3688</w:t>
        <w:br/>
        <w:t>vn 0.0214 -0.9819 -0.1882</w:t>
        <w:br/>
        <w:t>vn -0.1342 0.8737 0.4676</w:t>
        <w:br/>
        <w:t>vn -0.1274 0.8748 0.4674</w:t>
        <w:br/>
        <w:t>vn -0.3697 0.3529 0.8595</w:t>
        <w:br/>
        <w:t>vn -0.3147 0.4875 0.8145</w:t>
        <w:br/>
        <w:t>vn -0.4684 -0.0294 0.8830</w:t>
        <w:br/>
        <w:t>vn -0.3696 0.3523 0.8598</w:t>
        <w:br/>
        <w:t>vn -0.3786 -0.8341 0.4013</w:t>
        <w:br/>
        <w:t>vn -0.3905 -0.8474 0.3598</w:t>
        <w:br/>
        <w:t>vn -0.3249 -0.8657 0.3809</w:t>
        <w:br/>
        <w:t>vn -0.3933 -0.7920 0.4669</w:t>
        <w:br/>
        <w:t>vn -0.2215 -0.1850 0.9575</w:t>
        <w:br/>
        <w:t>vn -0.3411 -0.2879 0.8949</w:t>
        <w:br/>
        <w:t>vn -0.4263 -0.1485 0.8923</w:t>
        <w:br/>
        <w:t>vn -0.4476 -0.4027 0.7984</w:t>
        <w:br/>
        <w:t>vn -0.4766 -0.2825 0.8325</w:t>
        <w:br/>
        <w:t>vn -0.5310 -0.4259 0.7326</w:t>
        <w:br/>
        <w:t>vn -0.5229 -0.2990 0.7982</w:t>
        <w:br/>
        <w:t>vn -0.3432 -0.8254 0.4482</w:t>
        <w:br/>
        <w:t>vn -0.3662 -0.7753 0.5146</w:t>
        <w:br/>
        <w:t>vn -0.2850 -0.8191 0.4979</w:t>
        <w:br/>
        <w:t>vn -0.2705 -0.8563 0.4400</w:t>
        <w:br/>
        <w:t>vn -0.5238 -0.6105 0.5941</w:t>
        <w:br/>
        <w:t>vn -0.4174 -0.7721 0.4793</w:t>
        <w:br/>
        <w:t>vn -0.3695 -0.8257 0.4263</w:t>
        <w:br/>
        <w:t>vn -0.3211 -0.5114 0.7971</w:t>
        <w:br/>
        <w:t>vn -0.2186 -0.5475 0.8078</w:t>
        <w:br/>
        <w:t>vn -0.1273 0.8745 0.4680</w:t>
        <w:br/>
        <w:t>vn 0.0440 0.9983 -0.0375</w:t>
        <w:br/>
        <w:t>vn 0.1138 0.9895 -0.0890</w:t>
        <w:br/>
        <w:t>vn -0.1342 0.8738 0.4673</w:t>
        <w:br/>
        <w:t>vn -0.1051 0.8855 0.4526</w:t>
        <w:br/>
        <w:t>vn -0.0598 0.8938 0.4444</w:t>
        <w:br/>
        <w:t>vn 0.0289 0.9896 -0.1410</w:t>
        <w:br/>
        <w:t>vn 0.0327 -0.8245 -0.5649</w:t>
        <w:br/>
        <w:t>vn -0.0059 -0.8139 -0.5809</w:t>
        <w:br/>
        <w:t>vn 0.3711 -0.4367 -0.8195</w:t>
        <w:br/>
        <w:t>vn 0.1881 -0.6587 -0.7285</w:t>
        <w:br/>
        <w:t>vn 0.1443 -0.8456 -0.5139</w:t>
        <w:br/>
        <w:t>vn 0.2048 -0.6204 -0.7570</w:t>
        <w:br/>
        <w:t>vn 0.0346 -0.9683 -0.2474</w:t>
        <w:br/>
        <w:t>vn 0.1149 -0.5290 -0.8408</w:t>
        <w:br/>
        <w:t>vn 0.0212 -0.9820 -0.1877</w:t>
        <w:br/>
        <w:t>vn -0.0061 -0.9792 -0.2026</w:t>
        <w:br/>
        <w:t>vn 0.2594 0.7987 -0.5430</w:t>
        <w:br/>
        <w:t>vn 0.2704 0.7019 -0.6590</w:t>
        <w:br/>
        <w:t>vn 0.2346 0.9320 -0.2761</w:t>
        <w:br/>
        <w:t>vn 0.1657 0.7521 -0.6378</w:t>
        <w:br/>
        <w:t>vn 0.4418 0.0332 -0.8965</w:t>
        <w:br/>
        <w:t>vn 0.5523 0.7920 -0.2600</w:t>
        <w:br/>
        <w:t>vn 0.4294 -0.1957 -0.8817</w:t>
        <w:br/>
        <w:t>vn 0.4419 0.0332 -0.8965</w:t>
        <w:br/>
        <w:t>vn 0.2993 -0.2081 -0.9312</w:t>
        <w:br/>
        <w:t>vn 0.3930 0.0395 -0.9187</w:t>
        <w:br/>
        <w:t>vn 0.1648 -0.2909 -0.9425</w:t>
        <w:br/>
        <w:t>vn -0.0000 -0.2525 -0.9676</w:t>
        <w:br/>
        <w:t>vn -0.0000 0.7045 -0.7097</w:t>
        <w:br/>
        <w:t>vn 0.3404 0.6646 -0.6651</w:t>
        <w:br/>
        <w:t>vn 0.3741 0.7430 -0.5549</w:t>
        <w:br/>
        <w:t>vn 0.5821 0.5093 -0.6339</w:t>
        <w:br/>
        <w:t>vn 0.6261 -0.0606 -0.7774</w:t>
        <w:br/>
        <w:t>vn -0.0000 -0.7272 -0.6864</w:t>
        <w:br/>
        <w:t>vn 0.1228 -0.6772 -0.7255</w:t>
        <w:br/>
        <w:t>vn 0.2448 -0.6873 -0.6839</w:t>
        <w:br/>
        <w:t>vn 0.5616 -0.4440 -0.6982</w:t>
        <w:br/>
        <w:t>vn 0.4122 0.8223 -0.3923</w:t>
        <w:br/>
        <w:t>vn 0.0000 0.9392 -0.3433</w:t>
        <w:br/>
        <w:t>vn 0.0000 1.0000 0.0081</w:t>
        <w:br/>
        <w:t>vn 0.3877 0.9214 -0.0279</w:t>
        <w:br/>
        <w:t>vn 0.5425 0.7841 -0.3017</w:t>
        <w:br/>
        <w:t>vn 0.5419 0.8240 -0.1652</w:t>
        <w:br/>
        <w:t>vn 0.6955 0.6623 -0.2787</w:t>
        <w:br/>
        <w:t>vn 0.7515 0.6255 -0.2100</w:t>
        <w:br/>
        <w:t>vn 0.9162 0.3486 -0.1975</w:t>
        <w:br/>
        <w:t>vn 0.9026 0.0911 -0.4208</w:t>
        <w:br/>
        <w:t>vn 0.9359 -0.3454 -0.0691</w:t>
        <w:br/>
        <w:t>vn 0.9162 0.3486 -0.1976</w:t>
        <w:br/>
        <w:t>vn 0.6789 -0.6542 -0.3333</w:t>
        <w:br/>
        <w:t>vn 0.3206 -0.9468 -0.0266</w:t>
        <w:br/>
        <w:t>vn 0.1801 -0.9083 -0.3776</w:t>
        <w:br/>
        <w:t>vn -0.0590 -0.9957 -0.0714</w:t>
        <w:br/>
        <w:t>vn -0.0364 -0.9455 -0.3236</w:t>
        <w:br/>
        <w:t>vn 0.9709 0.1853 0.1519</w:t>
        <w:br/>
        <w:t>vn 0.8226 -0.5296 0.2070</w:t>
        <w:br/>
        <w:t>vn 0.8767 -0.3016 0.3748</w:t>
        <w:br/>
        <w:t>vn 0.4781 -0.8388 0.2604</w:t>
        <w:br/>
        <w:t>vn 0.5164 -0.6465 0.5615</w:t>
        <w:br/>
        <w:t>vn 0.0569 -0.9814 0.1835</w:t>
        <w:br/>
        <w:t>vn 0.1148 -0.8085 0.5772</w:t>
        <w:br/>
        <w:t>vn -0.0000 -0.9886 0.1505</w:t>
        <w:br/>
        <w:t>vn 0.9234 0.0724 0.3769</w:t>
        <w:br/>
        <w:t>vn 0.8390 0.4093 0.3584</w:t>
        <w:br/>
        <w:t>vn 0.7660 0.6401 0.0594</w:t>
        <w:br/>
        <w:t>vn 0.5888 0.7925 0.1591</w:t>
        <w:br/>
        <w:t>vn 0.6045 0.5383 0.5872</w:t>
        <w:br/>
        <w:t>vn 0.3304 0.9174 0.2220</w:t>
        <w:br/>
        <w:t>vn 0.2355 0.5859 0.7754</w:t>
        <w:br/>
        <w:t>vn 0.0000 0.9518 0.3068</w:t>
        <w:br/>
        <w:t>vn -0.0000 0.5876 0.8092</w:t>
        <w:br/>
        <w:t>vn 0.2649 -0.1517 0.9523</w:t>
        <w:br/>
        <w:t>vn -0.0000 -0.0412 0.9992</w:t>
        <w:br/>
        <w:t>vn 0.7803 -0.0182 0.6251</w:t>
        <w:br/>
        <w:t>vn 0.0753 0.9915 0.1060</w:t>
        <w:br/>
        <w:t>vn 0.1067 -0.8504 -0.5152</w:t>
        <w:br/>
        <w:t>vn -0.4248 -0.9007 -0.0911</w:t>
        <w:br/>
        <w:t>vn -0.0000 -0.6005 0.7996</w:t>
        <w:br/>
        <w:t>vn -0.4687 -0.4932 0.7329</w:t>
        <w:br/>
        <w:t>vn -0.4127 -0.6277 0.6601</w:t>
        <w:br/>
        <w:t>vn -0.0000 -0.7171 0.6969</w:t>
        <w:br/>
        <w:t>vn -0.1610 0.2539 0.9537</w:t>
        <w:br/>
        <w:t>vn -0.0000 0.2743 0.9616</w:t>
        <w:br/>
        <w:t>vn 0.0000 0.6094 0.7928</w:t>
        <w:br/>
        <w:t>vn -0.1075 0.5934 0.7977</w:t>
        <w:br/>
        <w:t>vn -0.0000 0.9900 -0.1412</w:t>
        <w:br/>
        <w:t>vn 0.0000 0.8615 0.5078</w:t>
        <w:br/>
        <w:t>vn -0.5099 -0.2574 0.8208</w:t>
        <w:br/>
        <w:t>vn -0.5122 -0.4820 0.7108</w:t>
        <w:br/>
        <w:t>vn -0.2288 -0.8376 0.4960</w:t>
        <w:br/>
        <w:t>vn -0.2224 -0.8868 0.4052</w:t>
        <w:br/>
        <w:t>vn -0.0822 -0.9430 0.3224</w:t>
        <w:br/>
        <w:t>vn -0.1723 -0.7668 0.6184</w:t>
        <w:br/>
        <w:t>vn -0.3433 -0.8258 0.4474</w:t>
        <w:br/>
        <w:t>vn -0.5236 -0.4836 0.7014</w:t>
        <w:br/>
        <w:t>vn -0.5279 -0.2520 0.8111</w:t>
        <w:br/>
        <w:t>vn -0.0000 -0.6602 0.7511</w:t>
        <w:br/>
        <w:t>vn 0.0000 -0.2475 0.9689</w:t>
        <w:br/>
        <w:t>vn -0.9105 -0.4132 0.0146</w:t>
        <w:br/>
        <w:t>vn -0.7681 -0.4044 0.4965</w:t>
        <w:br/>
        <w:t>vn -0.6675 -0.2049 0.7159</w:t>
        <w:br/>
        <w:t>vn -0.8087 -0.3407 0.4794</w:t>
        <w:br/>
        <w:t>vn -0.6715 0.1241 0.7306</w:t>
        <w:br/>
        <w:t>vn -0.3151 0.1476 0.9375</w:t>
        <w:br/>
        <w:t>vn -0.0000 -0.1664 0.9861</w:t>
        <w:br/>
        <w:t>vn 0.0000 0.2963 0.9551</w:t>
        <w:br/>
        <w:t>vn -0.0000 -0.6633 0.7483</w:t>
        <w:br/>
        <w:t>vn -0.0000 -0.4110 0.9117</w:t>
        <w:br/>
        <w:t>vn -0.0000 -0.9499 0.3125</w:t>
        <w:br/>
        <w:t>vn 0.0000 -0.9803 -0.1975</w:t>
        <w:br/>
        <w:t>vn -0.0000 -0.9774 -0.2115</w:t>
        <w:br/>
        <w:t>vn -0.0000 0.5381 0.8429</w:t>
        <w:br/>
        <w:t>vn 0.0000 -0.9817 -0.1906</w:t>
        <w:br/>
        <w:t>vn -0.0000 0.5982 0.8013</w:t>
        <w:br/>
        <w:t>vn 0.0000 0.0847 0.9964</w:t>
        <w:br/>
        <w:t>vn -0.0710 -0.9307 0.3588</w:t>
        <w:br/>
        <w:t>vn -0.0000 -0.9367 0.3500</w:t>
        <w:br/>
        <w:t>vn -0.0000 -0.9496 0.3134</w:t>
        <w:br/>
        <w:t>vn 0.0000 0.7299 -0.6835</w:t>
        <w:br/>
        <w:t>vn 0.0000 -0.6368 0.7710</w:t>
        <w:br/>
        <w:t>vn 0.0000 -0.6455 -0.7638</w:t>
        <w:br/>
        <w:t>vn 0.0000 -0.9973 -0.0733</w:t>
        <w:br/>
        <w:t>vn 0.0000 -0.9944 -0.1061</w:t>
        <w:br/>
        <w:t>vn -0.0000 -0.9608 -0.2774</w:t>
        <w:br/>
        <w:t>vn -0.0000 -0.7819 0.6234</w:t>
        <w:br/>
        <w:t>vn -0.8716 -0.2930 0.3931</w:t>
        <w:br/>
        <w:t>vn -0.8615 -0.2670 0.4319</w:t>
        <w:br/>
        <w:t>vn 0.8771 -0.0410 -0.4785</w:t>
        <w:br/>
        <w:t>vn 0.9840 -0.0116 -0.1778</w:t>
        <w:br/>
        <w:t>vn 0.6502 0.7569 -0.0664</w:t>
        <w:br/>
        <w:t>vn 0.1785 0.9838 -0.0183</w:t>
        <w:br/>
        <w:t>vn 0.3710 -0.4364 -0.8197</w:t>
        <w:br/>
        <w:t>vn 0.3352 -0.6146 -0.7141</w:t>
        <w:br/>
        <w:t>vn 0.4418 0.0335 -0.8965</w:t>
        <w:br/>
        <w:t>vn -0.6641 0.3074 0.6816</w:t>
        <w:br/>
        <w:t>vn 0.0000 0.7640 0.6452</w:t>
        <w:br/>
        <w:t>vn -0.3309 -0.4214 0.8443</w:t>
        <w:br/>
        <w:t>vn -0.5241 -0.3461 0.7781</w:t>
        <w:br/>
        <w:t>vn -0.4738 -0.2232 0.8518</w:t>
        <w:br/>
        <w:t>vn -0.6923 -0.0939 0.7155</w:t>
        <w:br/>
        <w:t>vn -0.3249 -0.9451 -0.0343</w:t>
        <w:br/>
        <w:t>vn 0.0000 -0.9985 -0.0545</w:t>
        <w:br/>
        <w:t>vn -0.4972 -0.4501 0.7418</w:t>
        <w:br/>
        <w:t>vn -0.4747 -0.6105 0.6341</w:t>
        <w:br/>
        <w:t>vn -0.4044 -0.7461 0.5290</w:t>
        <w:br/>
        <w:t>vn -0.2669 -0.2309 0.9357</w:t>
        <w:br/>
        <w:t>vn -0.0000 -0.2493 0.9684</w:t>
        <w:br/>
        <w:t>vn -0.2980 -0.8077 0.5088</w:t>
        <w:br/>
        <w:t>vn -0.9179 -0.3266 0.2253</w:t>
        <w:br/>
        <w:t>vn -0.9137 -0.3489 0.2085</w:t>
        <w:br/>
        <w:t>vn -0.9081 -0.3767 0.1830</w:t>
        <w:br/>
        <w:t>vn -0.9152 -0.3569 0.1872</w:t>
        <w:br/>
        <w:t>vn -0.9218 -0.3801 0.0767</w:t>
        <w:br/>
        <w:t>vn -0.9275 -0.3668 0.0720</w:t>
        <w:br/>
        <w:t>vn -0.9388 -0.3342 0.0834</w:t>
        <w:br/>
        <w:t>vn -0.9644 -0.2329 0.1250</w:t>
        <w:br/>
        <w:t>vn -0.9696 -0.1244 0.2106</w:t>
        <w:br/>
        <w:t>vn -0.9477 -0.0786 0.3093</w:t>
        <w:br/>
        <w:t>vn -0.9079 -0.0212 0.4186</w:t>
        <w:br/>
        <w:t>vn -0.8237 0.0719 0.5624</w:t>
        <w:br/>
        <w:t>vn -0.7393 0.1233 0.6620</w:t>
        <w:br/>
        <w:t>vn -0.6419 0.1314 0.7555</w:t>
        <w:br/>
        <w:t>vn -0.5068 0.1144 0.8544</w:t>
        <w:br/>
        <w:t>vn -0.4235 0.0623 0.9037</w:t>
        <w:br/>
        <w:t>vn -0.3290 0.0119 0.9443</w:t>
        <w:br/>
        <w:t>vn -0.9090 -0.4081 0.0844</w:t>
        <w:br/>
        <w:t>vn -0.2294 0.2298 0.9458</w:t>
        <w:br/>
        <w:t>vn -0.2382 0.1717 0.9559</w:t>
        <w:br/>
        <w:t>vn -0.2806 0.0961 0.9550</w:t>
        <w:br/>
        <w:t>vn -0.3424 0.0332 0.9390</w:t>
        <w:br/>
        <w:t>vn -0.4637 -0.0116 0.8859</w:t>
        <w:br/>
        <w:t>vn -0.5574 -0.0671 0.8275</w:t>
        <w:br/>
        <w:t>vn -0.6117 -0.1789 0.7706</w:t>
        <w:br/>
        <w:t>vn -0.6237 -0.3113 0.7170</w:t>
        <w:br/>
        <w:t>vn -0.6378 -0.3458 0.6883</w:t>
        <w:br/>
        <w:t>vn -0.7193 -0.3392 0.6062</w:t>
        <w:br/>
        <w:t>vn -0.7669 -0.2359 0.5968</w:t>
        <w:br/>
        <w:t>vn -0.7027 -0.1487 0.6957</w:t>
        <w:br/>
        <w:t>vn -0.6007 -0.2435 0.7615</w:t>
        <w:br/>
        <w:t>vn -0.4834 -0.3360 0.8084</w:t>
        <w:br/>
        <w:t>vn -0.3605 -0.4144 0.8356</w:t>
        <w:br/>
        <w:t>vn -0.2670 -0.5057 0.8204</w:t>
        <w:br/>
        <w:t>vn -0.2293 -0.5547 0.7998</w:t>
        <w:br/>
        <w:t>vn -0.2033 -0.9689 0.1413</w:t>
        <w:br/>
        <w:t>vn -0.3213 -0.8947 0.3102</w:t>
        <w:br/>
        <w:t>vn -0.2163 -0.6303 0.7456</w:t>
        <w:br/>
        <w:t>vn -0.4077 -0.8668 0.2872</w:t>
        <w:br/>
        <w:t>vn -0.5357 -0.7991 0.2730</w:t>
        <w:br/>
        <w:t>vn -0.3009 -0.3873 0.8715</w:t>
        <w:br/>
        <w:t>vn -0.2622 -0.4148 0.8713</w:t>
        <w:br/>
        <w:t>vn -0.3216 -0.4121 0.8525</w:t>
        <w:br/>
        <w:t>vn -0.3805 -0.4141 0.8269</w:t>
        <w:br/>
        <w:t>vn -0.4042 -0.4495 0.7966</w:t>
        <w:br/>
        <w:t>vn -0.4817 -0.4559 0.7484</w:t>
        <w:br/>
        <w:t>vn -0.2285 -0.4177 0.8794</w:t>
        <w:br/>
        <w:t>vn -0.2477 -0.4974 0.8314</w:t>
        <w:br/>
        <w:t>vn -0.4392 -0.1177 0.8907</w:t>
        <w:br/>
        <w:t>vn -0.3785 -0.1821 0.9075</w:t>
        <w:br/>
        <w:t>vn -0.4662 -0.2665 0.8436</w:t>
        <w:br/>
        <w:t>vn -0.4812 -0.1253 0.8676</w:t>
        <w:br/>
        <w:t>vn -0.4526 -0.4560 0.7663</w:t>
        <w:br/>
        <w:t>vn -0.3787 -0.3421 0.8600</w:t>
        <w:br/>
        <w:t>vn -0.4313 -0.1108 0.8954</w:t>
        <w:br/>
        <w:t>vn -0.4326 -0.0279 0.9011</w:t>
        <w:br/>
        <w:t>vn -0.4020 -0.6236 0.6704</w:t>
        <w:br/>
        <w:t>vn -0.3546 -0.4939 0.7939</w:t>
        <w:br/>
        <w:t>vn -0.2826 -0.6547 0.7010</w:t>
        <w:br/>
        <w:t>vn -0.2834 -0.5536 0.7831</w:t>
        <w:br/>
        <w:t>vn 0.0000 -0.7242 0.6896</w:t>
        <w:br/>
        <w:t>vn -0.0000 -0.7940 0.6079</w:t>
        <w:br/>
        <w:t>vn -0.1847 -0.7694 0.6116</w:t>
        <w:br/>
        <w:t>vn -0.1626 -0.7087 0.6865</w:t>
        <w:br/>
        <w:t>vn -0.2908 -0.6508 0.7014</w:t>
        <w:br/>
        <w:t>vn -0.3452 -0.6982 0.6272</w:t>
        <w:br/>
        <w:t>vn -0.3953 -0.5398 0.7432</w:t>
        <w:br/>
        <w:t>vn -0.4733 -0.5752 0.6672</w:t>
        <w:br/>
        <w:t>vn -0.0000 -0.0938 0.9956</w:t>
        <w:br/>
        <w:t>vn -0.2809 -0.0989 0.9546</w:t>
        <w:br/>
        <w:t>vn -0.2828 0.0019 0.9592</w:t>
        <w:br/>
        <w:t>vn 0.0000 0.0027 1.0000</w:t>
        <w:br/>
        <w:t>vn -0.8459 -0.2981 0.4422</w:t>
        <w:br/>
        <w:t>vn -0.8820 -0.4710 -0.0143</w:t>
        <w:br/>
        <w:t>vn -0.8911 -0.4535 -0.0131</w:t>
        <w:br/>
        <w:t>vn -0.8939 -0.4467 0.0377</w:t>
        <w:br/>
        <w:t>vn -0.8912 -0.4493 0.0624</w:t>
        <w:br/>
        <w:t>vn -0.8903 -0.4477 0.0827</w:t>
        <w:br/>
        <w:t>vn -0.8834 -0.4616 0.0803</w:t>
        <w:br/>
        <w:t>vn -0.8949 -0.3999 0.1980</w:t>
        <w:br/>
        <w:t>vn -0.8759 -0.4293 0.2200</w:t>
        <w:br/>
        <w:t>vn -0.3711 -0.4905 0.7885</w:t>
        <w:br/>
        <w:t>vn -0.0000 -0.5282 0.8491</w:t>
        <w:br/>
        <w:t>vn -0.5834 -0.4301 0.6890</w:t>
        <w:br/>
        <w:t>vn -0.6561 -0.4372 0.6151</w:t>
        <w:br/>
        <w:t>vn -0.8555 -0.0120 0.5177</w:t>
        <w:br/>
        <w:t>vn -0.7947 -0.0286 0.6064</w:t>
        <w:br/>
        <w:t>vn -0.8867 0.0302 0.4613</w:t>
        <w:br/>
        <w:t>vn -0.7185 -0.3590 0.5958</w:t>
        <w:br/>
        <w:t>vn -0.7501 -0.2213 0.6233</w:t>
        <w:br/>
        <w:t>vn -0.8868 0.1292 0.4438</w:t>
        <w:br/>
        <w:t>vn -0.6446 0.0282 -0.7640</w:t>
        <w:br/>
        <w:t>vn -0.4047 0.1461 0.9027</w:t>
        <w:br/>
        <w:t>vn -0.4783 -0.0343 0.8775</w:t>
        <w:br/>
        <w:t>vn -0.6023 -0.3858 0.6989</w:t>
        <w:br/>
        <w:t>vn -0.5276 -0.2506 0.8117</w:t>
        <w:br/>
        <w:t>vn -0.2224 -0.8871 0.4045</w:t>
        <w:br/>
        <w:t>vn 0.0346 -0.9681 -0.2481</w:t>
        <w:br/>
        <w:t>vn -0.1050 0.8857 0.4522</w:t>
        <w:br/>
        <w:t>vn -0.2279 0.5600 0.7965</w:t>
        <w:br/>
        <w:t>vn -0.4001 0.2342 0.8860</w:t>
        <w:br/>
        <w:t>vn -0.3793 0.3248 0.8664</w:t>
        <w:br/>
        <w:t>vn -0.2703 -0.8565 0.4397</w:t>
        <w:br/>
        <w:t>vn -0.5290 -0.5267 0.6654</w:t>
        <w:br/>
        <w:t>vn -0.4380 -0.6810 0.5868</w:t>
        <w:br/>
        <w:t>vn -0.4172 -0.7717 0.4800</w:t>
        <w:br/>
        <w:t>vn -0.5240 -0.6102 0.5941</w:t>
        <w:br/>
        <w:t>vn -0.0000 0.8612 0.5082</w:t>
        <w:br/>
        <w:t>vn -0.0599 0.8941 0.4438</w:t>
        <w:br/>
        <w:t>vn -0.1077 0.5939 0.7973</w:t>
        <w:br/>
        <w:t>vn 0.0000 0.6088 0.7933</w:t>
        <w:br/>
        <w:t>vn -0.5971 -0.4911 0.6342</w:t>
        <w:br/>
        <w:t>vn -0.5235 -0.4825 0.7022</w:t>
        <w:br/>
        <w:t>vn -0.0000 -0.9972 -0.0742</w:t>
        <w:br/>
        <w:t>vn -0.0000 -0.9370 0.3492</w:t>
        <w:br/>
        <w:t>vn 0.8664 -0.4134 -0.2800</w:t>
        <w:br/>
        <w:t>vn 0.8771 -0.0409 -0.4785</w:t>
        <w:br/>
        <w:t>vn 0.4463 -0.0780 -0.8915</w:t>
        <w:br/>
        <w:t>vn 0.4418 0.0333 -0.8965</w:t>
        <w:br/>
        <w:t>vn 0.9147 0.3241 0.2415</w:t>
        <w:br/>
        <w:t>vn 0.9169 0.3049 0.2575</w:t>
        <w:br/>
        <w:t>vn 0.9720 0.1728 0.1591</w:t>
        <w:br/>
        <w:t>vn 0.9736 0.1836 0.1354</w:t>
        <w:br/>
        <w:t>vn 0.8302 0.4492 0.3302</w:t>
        <w:br/>
        <w:t>vn 0.8300 0.4111 0.3769</w:t>
        <w:br/>
        <w:t>vn 0.7309 0.4720 0.4930</w:t>
        <w:br/>
        <w:t>vn 0.7362 0.5214 0.4315</w:t>
        <w:br/>
        <w:t>vn 0.6228 0.5618 0.5445</w:t>
        <w:br/>
        <w:t>vn 0.6283 0.5007 0.5955</w:t>
        <w:br/>
        <w:t>vn 0.1447 0.6064 0.7819</w:t>
        <w:br/>
        <w:t>vn 0.1308 0.5418 0.8302</w:t>
        <w:br/>
        <w:t>vn 0.2935 0.5307 0.7951</w:t>
        <w:br/>
        <w:t>vn 0.3038 0.6134 0.7290</w:t>
        <w:br/>
        <w:t>vn 0.4742 0.5176 0.7122</w:t>
        <w:br/>
        <w:t>vn 0.4746 0.5978 0.6461</w:t>
        <w:br/>
        <w:t>vn 0.3884 0.0609 -0.9195</w:t>
        <w:br/>
        <w:t>vn 0.5450 0.5001 -0.6730</w:t>
        <w:br/>
        <w:t>vn -0.5404 0.4760 -0.6938</w:t>
        <w:br/>
        <w:t>vn 0.7843 -0.2227 0.5791</w:t>
        <w:br/>
        <w:t>vn 0.8561 -0.1597 0.4915</w:t>
        <w:br/>
        <w:t>vn 0.8036 -0.1689 0.5708</w:t>
        <w:br/>
        <w:t>vn 0.7243 -0.2646 0.6367</w:t>
        <w:br/>
        <w:t>vn 0.6394 -0.2785 0.7167</w:t>
        <w:br/>
        <w:t>vn 0.7300 -0.1914 0.6561</w:t>
        <w:br/>
        <w:t>vn 0.7526 -0.2899 0.5912</w:t>
        <w:br/>
        <w:t>vn 0.6648 -0.3261 0.6721</w:t>
        <w:br/>
        <w:t>vn 0.8079 -0.3128 0.4994</w:t>
        <w:br/>
        <w:t>vn 0.8339 -0.2384 0.4978</w:t>
        <w:br/>
        <w:t>vn 0.7772 -0.3034 0.5514</w:t>
        <w:br/>
        <w:t>vn 0.6289 -0.2878 0.7222</w:t>
        <w:br/>
        <w:t>vn 0.6339 -0.1596 0.7568</w:t>
        <w:br/>
        <w:t>vn 0.7615 -0.2187 0.6101</w:t>
        <w:br/>
        <w:t>vn 0.9872 -0.0659 0.1452</w:t>
        <w:br/>
        <w:t>vn 0.9943 -0.0621 0.0872</w:t>
        <w:br/>
        <w:t>vn 0.9690 0.1352 0.2067</w:t>
        <w:br/>
        <w:t>vn 0.9616 0.0881 0.2600</w:t>
        <w:br/>
        <w:t>vn 0.3144 -0.4731 0.8230</w:t>
        <w:br/>
        <w:t>vn 0.3921 -0.2735 0.8783</w:t>
        <w:br/>
        <w:t>vn 0.3109 -0.3407 0.8873</w:t>
        <w:br/>
        <w:t>vn 0.2581 -0.5363 0.8036</w:t>
        <w:br/>
        <w:t>vn 0.5975 0.2844 0.7498</w:t>
        <w:br/>
        <w:t>vn 0.5563 0.2088 0.8043</w:t>
        <w:br/>
        <w:t>vn 0.6726 0.2185 0.7071</w:t>
        <w:br/>
        <w:t>vn 0.6959 0.2847 0.6593</w:t>
        <w:br/>
        <w:t>vn 0.2381 0.3960 0.8868</w:t>
        <w:br/>
        <w:t>vn 0.3819 0.4060 0.8303</w:t>
        <w:br/>
        <w:t>vn 0.1683 -0.2023 0.9647</w:t>
        <w:br/>
        <w:t>vn 0.1521 -0.4036 0.9022</w:t>
        <w:br/>
        <w:t>vn 0.2477 -0.3919 0.8860</w:t>
        <w:br/>
        <w:t>vn 0.2872 -0.1599 0.9444</w:t>
        <w:br/>
        <w:t>vn 0.1221 0.4034 0.9068</w:t>
        <w:br/>
        <w:t>vn 0.2007 -0.0234 0.9794</w:t>
        <w:br/>
        <w:t>vn 0.0973 -0.0534 0.9938</w:t>
        <w:br/>
        <w:t>vn 0.0674 -0.2237 0.9723</w:t>
        <w:br/>
        <w:t>vn 0.2234 -0.5874 0.7779</w:t>
        <w:br/>
        <w:t>vn 0.2151 -0.6272 0.7485</w:t>
        <w:br/>
        <w:t>vn 0.2877 -0.6661 0.6881</w:t>
        <w:br/>
        <w:t>vn 0.2489 -0.6662 0.7030</w:t>
        <w:br/>
        <w:t>vn 0.1367 -0.5487 0.8248</w:t>
        <w:br/>
        <w:t>vn 0.1666 -0.5685 0.8056</w:t>
        <w:br/>
        <w:t>vn 0.1425 -0.4971 0.8559</w:t>
        <w:br/>
        <w:t>vn 0.2671 -0.3759 0.8873</w:t>
        <w:br/>
        <w:t>vn 0.2982 -0.4661 0.8330</w:t>
        <w:br/>
        <w:t>vn 0.4327 0.1830 0.8827</w:t>
        <w:br/>
        <w:t>vn 0.4129 0.1756 0.8937</w:t>
        <w:br/>
        <w:t>vn 0.5683 0.0918 0.8177</w:t>
        <w:br/>
        <w:t>vn 0.5604 0.1212 0.8193</w:t>
        <w:br/>
        <w:t>vn 0.2195 0.2823 0.9339</w:t>
        <w:br/>
        <w:t>vn 0.2342 0.2558 0.9379</w:t>
        <w:br/>
        <w:t>vn 0.2375 0.2176 0.9467</w:t>
        <w:br/>
        <w:t>vn 0.2360 0.2438 0.9407</w:t>
        <w:br/>
        <w:t>vn 0.3027 0.2122 0.9292</w:t>
        <w:br/>
        <w:t>vn 0.2769 0.1975 0.9404</w:t>
        <w:br/>
        <w:t>vn 0.3077 0.2370 0.9215</w:t>
        <w:br/>
        <w:t>vn 0.3170 0.2257 0.9212</w:t>
        <w:br/>
        <w:t>vn 0.4870 -0.0078 0.8734</w:t>
        <w:br/>
        <w:t>vn 0.3748 0.0681 0.9246</w:t>
        <w:br/>
        <w:t>vn 0.4178 0.1392 0.8978</w:t>
        <w:br/>
        <w:t>vn 0.5245 0.0439 0.8503</w:t>
        <w:br/>
        <w:t>vn 0.4454 0.1732 0.8784</w:t>
        <w:br/>
        <w:t>vn 0.4867 0.1679 0.8573</w:t>
        <w:br/>
        <w:t>vn 0.3330 0.1768 0.9262</w:t>
        <w:br/>
        <w:t>vn 0.3212 0.2193 0.9213</w:t>
        <w:br/>
        <w:t>vn 0.7491 0.1397 0.6476</w:t>
        <w:br/>
        <w:t>vn 0.5738 0.0686 0.8161</w:t>
        <w:br/>
        <w:t>vn 0.4026 0.1135 0.9083</w:t>
        <w:br/>
        <w:t>vn 0.6009 0.1485 0.7854</w:t>
        <w:br/>
        <w:t>vn 0.2687 -0.4404 0.8566</w:t>
        <w:br/>
        <w:t>vn 0.2940 -0.6624 0.6890</w:t>
        <w:br/>
        <w:t>vn 0.7560 0.1956 0.6247</w:t>
        <w:br/>
        <w:t>vn 0.8488 0.1886 0.4940</w:t>
        <w:br/>
        <w:t>vn 0.5803 0.1424 0.8018</w:t>
        <w:br/>
        <w:t>vn 0.6482 0.1739 0.7414</w:t>
        <w:br/>
        <w:t>vn 0.6404 0.3180 0.6991</w:t>
        <w:br/>
        <w:t>vn 0.7443 0.2111 0.6336</w:t>
        <w:br/>
        <w:t>vn 0.6706 0.1542 0.7257</w:t>
        <w:br/>
        <w:t>vn 0.5912 0.2187 0.7763</w:t>
        <w:br/>
        <w:t>vn 0.5932 -0.1457 0.7918</w:t>
        <w:br/>
        <w:t>vn 0.4445 -0.1648 0.8805</w:t>
        <w:br/>
        <w:t>vn 0.4845 -0.0617 0.8726</w:t>
        <w:br/>
        <w:t>vn 0.6181 -0.0082 0.7860</w:t>
        <w:br/>
        <w:t>vn 0.3781 -0.2534 0.8904</w:t>
        <w:br/>
        <w:t>vn 0.3507 -0.7104 0.6102</w:t>
        <w:br/>
        <w:t>vn 0.8958 -0.2407 0.3737</w:t>
        <w:br/>
        <w:t>vn 0.8815 -0.1635 0.4430</w:t>
        <w:br/>
        <w:t>vn 0.8209 -0.1964 0.5362</w:t>
        <w:br/>
        <w:t>vn 0.9201 -0.3915 -0.0109</w:t>
        <w:br/>
        <w:t>vn 0.9218 -0.3875 -0.0098</w:t>
        <w:br/>
        <w:t>vn 0.9264 -0.3763 0.0109</w:t>
        <w:br/>
        <w:t>vn 0.9207 -0.3902 0.0058</w:t>
        <w:br/>
        <w:t>vn 0.3984 0.1392 0.9066</w:t>
        <w:br/>
        <w:t>vn 0.3825 0.0478 0.9227</w:t>
        <w:br/>
        <w:t>vn 0.5037 -0.0584 0.8619</w:t>
        <w:br/>
        <w:t>vn 0.5257 0.0314 0.8501</w:t>
        <w:br/>
        <w:t>vn 0.5350 0.0738 0.8416</w:t>
        <w:br/>
        <w:t>vn 0.4169 0.1661 0.8937</w:t>
        <w:br/>
        <w:t>vn 0.2095 0.2781 0.9374</w:t>
        <w:br/>
        <w:t>vn 0.1838 0.2019 0.9620</w:t>
        <w:br/>
        <w:t>vn 0.2645 0.1429 0.9537</w:t>
        <w:br/>
        <w:t>vn 0.2902 0.2215 0.9310</w:t>
        <w:br/>
        <w:t>vn 0.1717 0.0849 0.9815</w:t>
        <w:br/>
        <w:t>vn 0.2121 -0.0062 0.9772</w:t>
        <w:br/>
        <w:t>vn 0.2523 -0.1320 0.9586</w:t>
        <w:br/>
        <w:t>vn 0.2368 -0.0022 0.9716</w:t>
        <w:br/>
        <w:t>vn 0.3193 -0.3753 0.8702</w:t>
        <w:br/>
        <w:t>vn 0.3080 -0.2649 0.9138</w:t>
        <w:br/>
        <w:t>vn 0.3112 -0.2274 0.9228</w:t>
        <w:br/>
        <w:t>vn 0.2361 0.2625 0.9356</w:t>
        <w:br/>
        <w:t>vn 0.2210 0.1969 0.9552</w:t>
        <w:br/>
        <w:t>vn 0.2318 0.1112 0.9664</w:t>
        <w:br/>
        <w:t>vn 0.3332 0.0395 0.9420</w:t>
        <w:br/>
        <w:t>vn 0.1555 -0.5536 0.8181</w:t>
        <w:br/>
        <w:t>vn 0.1512 -0.4267 0.8916</w:t>
        <w:br/>
        <w:t>vn 0.2260 -0.4296 0.8743</w:t>
        <w:br/>
        <w:t>vn 0.2397 -0.5296 0.8137</w:t>
        <w:br/>
        <w:t>vn 0.3019 -0.4394 0.8460</w:t>
        <w:br/>
        <w:t>vn 0.3435 -0.4280 0.8360</w:t>
        <w:br/>
        <w:t>vn 0.3308 -0.4350 0.8375</w:t>
        <w:br/>
        <w:t>vn 0.3214 -0.4540 0.8310</w:t>
        <w:br/>
        <w:t>vn 0.5315 -0.6433 0.5511</w:t>
        <w:br/>
        <w:t>vn 0.3895 -0.4820 0.7848</w:t>
        <w:br/>
        <w:t>vn 0.3036 -0.4377 0.8463</w:t>
        <w:br/>
        <w:t>vn 0.4793 -0.6252 0.6160</w:t>
        <w:br/>
        <w:t>vn 0.5135 -0.6746 0.5303</w:t>
        <w:br/>
        <w:t>vn 0.5273 -0.6694 0.5233</w:t>
        <w:br/>
        <w:t>vn 0.4093 -0.5409 0.7348</w:t>
        <w:br/>
        <w:t>vn 0.4037 -0.5270 0.7478</w:t>
        <w:br/>
        <w:t>vn 0.5208 -0.8533 0.0266</w:t>
        <w:br/>
        <w:t>vn 0.5553 -0.8246 0.1082</w:t>
        <w:br/>
        <w:t>vn 0.5816 -0.7565 0.2990</w:t>
        <w:br/>
        <w:t>vn 0.5633 -0.7798 0.2733</w:t>
        <w:br/>
        <w:t>vn 0.2445 -0.9515 -0.1867</w:t>
        <w:br/>
        <w:t>vn 0.3474 -0.9225 -0.1680</w:t>
        <w:br/>
        <w:t>vn 0.3912 -0.9084 -0.1478</w:t>
        <w:br/>
        <w:t>vn 0.2457 -0.9497 -0.1943</w:t>
        <w:br/>
        <w:t>vn 0.5328 -0.8373 -0.1232</w:t>
        <w:br/>
        <w:t>vn 0.4743 -0.8706 -0.1311</w:t>
        <w:br/>
        <w:t>vn 0.4759 -0.8648 -0.1603</w:t>
        <w:br/>
        <w:t>vn 0.5826 -0.6373 0.5044</w:t>
        <w:br/>
        <w:t>vn 0.4344 -0.5453 0.7170</w:t>
        <w:br/>
        <w:t>vn 0.3310 -0.4719 0.8172</w:t>
        <w:br/>
        <w:t>vn 0.3509 -0.4997 0.7920</w:t>
        <w:br/>
        <w:t>vn 0.3129 -0.5167 0.7969</w:t>
        <w:br/>
        <w:t>vn 0.2968 -0.4664 0.8333</w:t>
        <w:br/>
        <w:t>vn 0.6465 -0.5883 0.4858</w:t>
        <w:br/>
        <w:t>vn 0.7153 -0.4951 0.4932</w:t>
        <w:br/>
        <w:t>vn 0.5031 -0.4444 0.7412</w:t>
        <w:br/>
        <w:t>vn 0.4662 -0.5187 0.7166</w:t>
        <w:br/>
        <w:t>vn 0.6213 -0.7680 0.1555</w:t>
        <w:br/>
        <w:t>vn 0.6993 -0.6998 0.1457</w:t>
        <w:br/>
        <w:t>vn 0.6739 -0.6853 0.2762</w:t>
        <w:br/>
        <w:t>vn 0.5995 -0.7458 0.2903</w:t>
        <w:br/>
        <w:t>vn 0.7393 -0.6168 0.2700</w:t>
        <w:br/>
        <w:t>vn 0.7735 -0.6199 0.1320</w:t>
        <w:br/>
        <w:t>vn 0.5729 -0.7987 -0.1837</w:t>
        <w:br/>
        <w:t>vn 0.6060 -0.7847 -0.1306</w:t>
        <w:br/>
        <w:t>vn 0.6692 -0.7121 -0.2126</w:t>
        <w:br/>
        <w:t>vn 0.5965 -0.7707 -0.2241</w:t>
        <w:br/>
        <w:t>vn 0.7055 -0.6488 -0.2850</w:t>
        <w:br/>
        <w:t>vn 0.7304 -0.6335 -0.2551</w:t>
        <w:br/>
        <w:t>vn 0.4248 -0.9007 -0.0912</w:t>
        <w:br/>
        <w:t>vn 0.8038 -0.5828 0.1192</w:t>
        <w:br/>
        <w:t>vn 0.7496 -0.6374 -0.1783</w:t>
        <w:br/>
        <w:t>vn 0.7645 0.2048 0.6112</w:t>
        <w:br/>
        <w:t>vn 0.7911 0.2654 0.5512</w:t>
        <w:br/>
        <w:t>vn 0.8921 -0.3146 0.3244</w:t>
        <w:br/>
        <w:t>vn 0.8870 -0.3283 0.3248</w:t>
        <w:br/>
        <w:t>vn 0.6332 -0.0262 0.7735</w:t>
        <w:br/>
        <w:t>vn 0.7143 -0.1454 0.6846</w:t>
        <w:br/>
        <w:t>vn 0.6232 0.0435 0.7808</w:t>
        <w:br/>
        <w:t>vn 0.9543 -0.1769 -0.2409</w:t>
        <w:br/>
        <w:t>vn 0.9689 0.0912 -0.2302</w:t>
        <w:br/>
        <w:t>vn 0.9708 0.0218 0.2390</w:t>
        <w:br/>
        <w:t>vn 0.9556 0.2944 -0.0074</w:t>
        <w:br/>
        <w:t>vn 0.7974 0.5529 0.2418</w:t>
        <w:br/>
        <w:t>vn 0.9380 0.2058 0.2790</w:t>
        <w:br/>
        <w:t>vn 0.8290 0.0544 0.5565</w:t>
        <w:br/>
        <w:t>vn -0.1338 0.9910 -0.0002</w:t>
        <w:br/>
        <w:t>vn 0.4019 0.8333 0.3796</w:t>
        <w:br/>
        <w:t>vn 0.7343 -0.3060 0.6059</w:t>
        <w:br/>
        <w:t>vn 0.7231 -0.3504 0.5953</w:t>
        <w:br/>
        <w:t>vn 0.7817 -0.2136 0.5859</w:t>
        <w:br/>
        <w:t>vn 0.8876 -0.2301 0.3991</w:t>
        <w:br/>
        <w:t>vn 0.9234 -0.2935 0.2475</w:t>
        <w:br/>
        <w:t>vn 0.7037 -0.3095 0.6395</w:t>
        <w:br/>
        <w:t>vn -0.0855 0.8987 0.4301</w:t>
        <w:br/>
        <w:t>vn 0.2520 0.8368 0.4861</w:t>
        <w:br/>
        <w:t>vn -0.0389 0.9366 0.3483</w:t>
        <w:br/>
        <w:t>vn -0.4093 0.9124 0.0034</w:t>
        <w:br/>
        <w:t>vn -0.0390 0.9366 0.3482</w:t>
        <w:br/>
        <w:t>vn -0.1339 0.9910 -0.0002</w:t>
        <w:br/>
        <w:t>vn 0.6833 0.2369 0.6906</w:t>
        <w:br/>
        <w:t>vn 0.6714 0.0603 0.7387</w:t>
        <w:br/>
        <w:t>vn 0.5083 0.3623 0.7813</w:t>
        <w:br/>
        <w:t>vn 0.7345 -0.6317 -0.2479</w:t>
        <w:br/>
        <w:t>vn 0.8679 -0.4277 -0.2527</w:t>
        <w:br/>
        <w:t>vn 0.8679 -0.4277 -0.2528</w:t>
        <w:br/>
        <w:t>vn 0.6024 -0.7823 -0.1586</w:t>
        <w:br/>
        <w:t>vn 0.4913 -0.8709 -0.0103</w:t>
        <w:br/>
        <w:t>vn 0.2224 -0.9240 -0.3110</w:t>
        <w:br/>
        <w:t>vn 0.3221 -0.9114 0.2563</w:t>
        <w:br/>
        <w:t>vn 0.1063 -0.9940 -0.0268</w:t>
        <w:br/>
        <w:t>vn 0.4885 0.5538 0.6743</w:t>
        <w:br/>
        <w:t>vn 0.5277 0.5636 0.6356</w:t>
        <w:br/>
        <w:t>vn -0.3755 -0.1307 -0.9176</w:t>
        <w:br/>
        <w:t>vn -0.5261 -0.1661 -0.8340</w:t>
        <w:br/>
        <w:t>vn -0.4097 0.1895 -0.8923</w:t>
        <w:br/>
        <w:t>vn -0.2857 -0.0059 -0.9583</w:t>
        <w:br/>
        <w:t>vn -0.1264 0.6371 -0.7604</w:t>
        <w:br/>
        <w:t>vn -0.1611 0.2862 -0.9445</w:t>
        <w:br/>
        <w:t>vn -0.3528 0.5722 -0.7404</w:t>
        <w:br/>
        <w:t>vn -0.1045 0.8888 -0.4462</w:t>
        <w:br/>
        <w:t>vn -0.3393 0.8162 -0.4677</w:t>
        <w:br/>
        <w:t>vn -0.5404 0.4761 -0.6938</w:t>
        <w:br/>
        <w:t>vn -0.4081 -0.3162 -0.8564</w:t>
        <w:br/>
        <w:t>vn -0.3658 -0.5019 -0.7838</w:t>
        <w:br/>
        <w:t>vn -0.3935 -0.3944 -0.8304</w:t>
        <w:br/>
        <w:t>vn -0.3500 -0.3597 -0.8650</w:t>
        <w:br/>
        <w:t>vn -0.5923 -0.0247 -0.8053</w:t>
        <w:br/>
        <w:t>vn -0.2264 -0.7364 -0.6376</w:t>
        <w:br/>
        <w:t>vn 0.1708 -0.6294 -0.7581</w:t>
        <w:br/>
        <w:t>vn 0.2416 -0.9693 0.0456</w:t>
        <w:br/>
        <w:t>vn 0.4247 -0.9007 -0.0912</w:t>
        <w:br/>
        <w:t>vn 0.7610 0.4306 0.4852</w:t>
        <w:br/>
        <w:t>vn 0.8825 0.2374 0.4060</w:t>
        <w:br/>
        <w:t>vn 0.8236 0.2444 0.5119</w:t>
        <w:br/>
        <w:t>vn 0.6888 0.4024 0.6030</w:t>
        <w:br/>
        <w:t>vn 0.5454 -0.0559 -0.8363</w:t>
        <w:br/>
        <w:t>vn 0.7354 0.2306 -0.6371</w:t>
        <w:br/>
        <w:t>vn -0.3290 -0.5892 -0.7379</w:t>
        <w:br/>
        <w:t>vn 0.1064 -0.9940 -0.0267</w:t>
        <w:br/>
        <w:t>vn -0.0855 0.8988 0.4300</w:t>
        <w:br/>
        <w:t>vn 0.9290 -0.2843 0.2370</w:t>
        <w:br/>
        <w:t>vn 0.5881 0.1713 0.7904</w:t>
        <w:br/>
        <w:t>vn 0.9294 -0.2711 0.2504</w:t>
        <w:br/>
        <w:t>vn 0.0667 -0.4979 0.8647</w:t>
        <w:br/>
        <w:t>vn 0.0526 -0.3901 0.9192</w:t>
        <w:br/>
        <w:t>vn 0.4556 -0.0377 0.8894</w:t>
        <w:br/>
        <w:t>vn 0.5108 -0.2189 0.8314</w:t>
        <w:br/>
        <w:t>vn 0.5928 -0.0049 0.8053</w:t>
        <w:br/>
        <w:t>vn 0.9382 -0.2382 0.2511</w:t>
        <w:br/>
        <w:t>vn 0.9396 -0.1230 0.3195</w:t>
        <w:br/>
        <w:t>vn 0.3068 -0.5340 0.7879</w:t>
        <w:br/>
        <w:t>vn 0.4074 -0.4114 0.8154</w:t>
        <w:br/>
        <w:t>vn 0.2388 -0.5713 0.7852</w:t>
        <w:br/>
        <w:t>vn 0.3115 -0.4945 0.8115</w:t>
        <w:br/>
        <w:t>vn 0.5917 -0.0687 0.8032</w:t>
        <w:br/>
        <w:t>vn 0.7315 -0.1322 0.6689</w:t>
        <w:br/>
        <w:t>vn 0.3606 -0.5434 0.7580</w:t>
        <w:br/>
        <w:t>vn 0.4411 -0.3601 0.8220</w:t>
        <w:br/>
        <w:t>vn 0.3696 -0.2465 0.8959</w:t>
        <w:br/>
        <w:t>vn 0.4106 -0.4184 0.8102</w:t>
        <w:br/>
        <w:t>vn 0.5261 -0.3517 0.7743</w:t>
        <w:br/>
        <w:t>vn 0.4746 -0.3200 0.8200</w:t>
        <w:br/>
        <w:t>vn 0.5050 -0.0994 0.8574</w:t>
        <w:br/>
        <w:t>vn 0.3638 0.0365 0.9308</w:t>
        <w:br/>
        <w:t>vn 0.2898 0.1684 0.9422</w:t>
        <w:br/>
        <w:t>vn 0.2420 0.2087 0.9476</w:t>
        <w:br/>
        <w:t>vn 0.2351 0.2265 0.9452</w:t>
        <w:br/>
        <w:t>vn 0.5312 -0.3515 0.7709</w:t>
        <w:br/>
        <w:t>vn 0.6399 -0.2974 0.7086</w:t>
        <w:br/>
        <w:t>vn 0.6237 0.0789 0.7776</w:t>
        <w:br/>
        <w:t>vn 0.7115 0.4499 0.5398</w:t>
        <w:br/>
        <w:t>vn 0.5078 0.6084 0.6099</w:t>
        <w:br/>
        <w:t>vn 0.7843 -0.2172 0.5812</w:t>
        <w:br/>
        <w:t>vn 0.8173 0.3284 0.4734</w:t>
        <w:br/>
        <w:t>vn 0.9144 0.2525 0.3163</w:t>
        <w:br/>
        <w:t>vn 0.9978 -0.0461 0.0484</w:t>
        <w:br/>
        <w:t>vn 0.9991 -0.0294 0.0293</w:t>
        <w:br/>
        <w:t>vn 0.8953 0.2002 0.3979</w:t>
        <w:br/>
        <w:t>vn 0.8639 0.1382 0.4843</w:t>
        <w:br/>
        <w:t>vn 0.9808 -0.1948 -0.0107</w:t>
        <w:br/>
        <w:t>vn 0.9841 -0.1717 0.0463</w:t>
        <w:br/>
        <w:t>vn 0.9666 -0.2544 -0.0296</w:t>
        <w:br/>
        <w:t>vn 0.9696 -0.2393 -0.0504</w:t>
        <w:br/>
        <w:t>vn 0.6834 -0.7150 -0.1471</w:t>
        <w:br/>
        <w:t>vn 0.7577 -0.6361 -0.1462</w:t>
        <w:br/>
        <w:t>vn 0.8150 -0.5791 -0.0221</w:t>
        <w:br/>
        <w:t>vn 0.7564 -0.6538 -0.0196</w:t>
        <w:br/>
        <w:t>vn 0.6964 -0.7141 0.0720</w:t>
        <w:br/>
        <w:t>vn 0.6144 -0.7870 0.0561</w:t>
        <w:br/>
        <w:t>vn 0.5862 -0.8097 -0.0270</w:t>
        <w:br/>
        <w:t>vn 0.6653 -0.7464 -0.0178</w:t>
        <w:br/>
        <w:t>vn 0.8655 -0.0761 0.4951</w:t>
        <w:br/>
        <w:t>vn 0.9161 -0.0891 0.3908</w:t>
        <w:br/>
        <w:t>vn 0.7906 -0.5910 -0.1600</w:t>
        <w:br/>
        <w:t>vn 0.8510 -0.5249 -0.0168</w:t>
        <w:br/>
        <w:t>vn 0.9384 -0.3454 -0.0129</w:t>
        <w:br/>
        <w:t>vn 0.9363 -0.3503 0.0267</w:t>
        <w:br/>
        <w:t>vn 0.4840 -0.8652 -0.1313</w:t>
        <w:br/>
        <w:t>vn 0.3006 -0.9406 -0.1580</w:t>
        <w:br/>
        <w:t>vn 0.3643 -0.9255 -0.1034</w:t>
        <w:br/>
        <w:t>vn 0.9795 -0.2010 -0.0125</w:t>
        <w:br/>
        <w:t>vn 0.9780 -0.2082 -0.0104</w:t>
        <w:br/>
        <w:t>vn 0.9654 -0.2580 -0.0378</w:t>
        <w:br/>
        <w:t>vn 0.9628 -0.2635 -0.0597</w:t>
        <w:br/>
        <w:t>vn 0.9899 -0.0182 -0.1405</w:t>
        <w:br/>
        <w:t>vn 0.9505 -0.2914 -0.1076</w:t>
        <w:br/>
        <w:t>vn 0.2995 0.1541 0.9416</w:t>
        <w:br/>
        <w:t>vn 0.3072 -0.4042 0.8615</w:t>
        <w:br/>
        <w:t>vn 0.3173 -0.4872 0.8136</w:t>
        <w:br/>
        <w:t>vn 0.5493 -0.8353 0.0223</w:t>
        <w:br/>
        <w:t>vn 0.5152 -0.8555 -0.0513</w:t>
        <w:br/>
        <w:t>vn 0.4609 -0.8825 -0.0936</w:t>
        <w:br/>
        <w:t>vn 0.5044 -0.8628 -0.0337</w:t>
        <w:br/>
        <w:t>vn 0.4496 -0.8871 -0.1047</w:t>
        <w:br/>
        <w:t>vn 0.6672 -0.6701 -0.3252</w:t>
        <w:br/>
        <w:t>vn 0.3199 -0.7368 0.5957</w:t>
        <w:br/>
        <w:t>vn 0.3815 -0.7286 0.5688</w:t>
        <w:br/>
        <w:t>vn 0.5122 -0.3123 0.8001</w:t>
        <w:br/>
        <w:t>vn 0.4464 -0.2312 0.8645</w:t>
        <w:br/>
        <w:t>vn 0.3214 -0.4659 0.8244</w:t>
        <w:br/>
        <w:t>vn 0.3041 -0.4286 0.8508</w:t>
        <w:br/>
        <w:t>vn 0.5729 -0.8047 0.1557</w:t>
        <w:br/>
        <w:t>vn 0.5656 -0.7636 0.3116</w:t>
        <w:br/>
        <w:t>vn 0.2718 -0.9477 -0.1675</w:t>
        <w:br/>
        <w:t>vn 0.2859 -0.6443 0.7093</w:t>
        <w:br/>
        <w:t>vn 0.3626 -0.8846 0.2931</w:t>
        <w:br/>
        <w:t>vn 0.1734 -0.4113 0.8949</w:t>
        <w:br/>
        <w:t>vn 0.3459 -0.0990 0.9330</w:t>
        <w:br/>
        <w:t>vn 0.2890 -0.0801 0.9540</w:t>
        <w:br/>
        <w:t>vn 0.4748 -0.0935 0.8751</w:t>
        <w:br/>
        <w:t>vn 0.9649 -0.2542 0.0660</w:t>
        <w:br/>
        <w:t>vn 0.9612 -0.2660 -0.0731</w:t>
        <w:br/>
        <w:t>vn 0.9412 -0.3304 -0.0710</w:t>
        <w:br/>
        <w:t>vn 0.7001 -0.1346 0.7012</w:t>
        <w:br/>
        <w:t>vn 0.7186 -0.1022 0.6878</w:t>
        <w:br/>
        <w:t>vn 0.5350 0.0842 0.8406</w:t>
        <w:br/>
        <w:t>vn 0.5371 0.5579 0.6327</w:t>
        <w:br/>
        <w:t>vn 0.7290 -0.1612 0.6652</w:t>
        <w:br/>
        <w:t>vn 0.6382 -0.1806 0.7484</w:t>
        <w:br/>
        <w:t>vn 0.7826 -0.0230 0.6221</w:t>
        <w:br/>
        <w:t>vn 0.7064 0.0017 0.7078</w:t>
        <w:br/>
        <w:t>vn 0.9703 -0.0781 0.2288</w:t>
        <w:br/>
        <w:t>vn 0.9405 0.0279 0.3387</w:t>
        <w:br/>
        <w:t>vn 0.9795 -0.1519 0.1324</w:t>
        <w:br/>
        <w:t>vn 0.1289 0.2542 0.9585</w:t>
        <w:br/>
        <w:t>vn 0.2449 0.2566 0.9350</w:t>
        <w:br/>
        <w:t>vn 0.3831 0.2594 0.8865</w:t>
        <w:br/>
        <w:t>vn 0.7156 0.3648 0.5957</w:t>
        <w:br/>
        <w:t>vn 0.6241 0.3757 0.6851</w:t>
        <w:br/>
        <w:t>vn 0.5085 0.3823 0.7716</w:t>
        <w:br/>
        <w:t>vn 0.4962 0.2702 0.8251</w:t>
        <w:br/>
        <w:t>vn 0.4167 -0.8971 -0.1469</w:t>
        <w:br/>
        <w:t>vn 0.4060 -0.9030 -0.1405</w:t>
        <w:br/>
        <w:t>vn 0.2692 -0.2251 0.9364</w:t>
        <w:br/>
        <w:t>vn 0.5449 0.5002 -0.6730</w:t>
        <w:br/>
        <w:t>vn 0.9899 -0.0181 -0.1405</w:t>
        <w:br/>
        <w:t>vn 0.7354 0.2306 -0.6372</w:t>
        <w:br/>
        <w:t>vn 0.4590 -0.1801 0.8700</w:t>
        <w:br/>
        <w:t>vn 0.3801 -0.3446 0.8584</w:t>
        <w:br/>
        <w:t>vn 0.6241 -0.2935 0.7241</w:t>
        <w:br/>
        <w:t>vn 0.8749 -0.4792 0.0705</w:t>
        <w:br/>
        <w:t>vn 0.8387 -0.5398 0.0722</w:t>
        <w:br/>
        <w:t>vn 0.8278 -0.5499 0.1111</w:t>
        <w:br/>
        <w:t>vn 0.8688 -0.4867 0.0913</w:t>
        <w:br/>
        <w:t>vn 0.8449 -0.4768 0.2427</w:t>
        <w:br/>
        <w:t>vn 0.7957 -0.5473 0.2594</w:t>
        <w:br/>
        <w:t>vn 0.3586 -0.4888 0.7953</w:t>
        <w:br/>
        <w:t>vn 0.7826 -0.6178 0.0766</w:t>
        <w:br/>
        <w:t>vn 0.4985 0.4469 0.7428</w:t>
        <w:br/>
        <w:t>vn 0.5140 0.5071 0.6918</w:t>
        <w:br/>
        <w:t>vn 0.5740 -0.0344 -0.8182</w:t>
        <w:br/>
        <w:t>vn 0.8437 -0.5268 -0.1031</w:t>
        <w:br/>
        <w:t>vn 0.8167 -0.5551 -0.1577</w:t>
        <w:br/>
        <w:t>vn 0.2313 0.1092 0.9667</w:t>
        <w:br/>
        <w:t>vn 0.3640 0.1316 0.9221</w:t>
        <w:br/>
        <w:t>vn 0.1223 0.0922 0.9882</w:t>
        <w:br/>
        <w:t>vn 0.3712 -0.0961 0.9236</w:t>
        <w:br/>
        <w:t>vn 0.4682 0.1674 0.8676</w:t>
        <w:br/>
        <w:t>vn 0.9114 -0.4114 -0.0100</w:t>
        <w:br/>
        <w:t>vn 0.8992 -0.4353 -0.0446</w:t>
        <w:br/>
        <w:t>vn 0.9216 -0.3857 -0.0436</w:t>
        <w:br/>
        <w:t>vn 0.9185 -0.3899 -0.0654</w:t>
        <w:br/>
        <w:t>vn 0.3284 0.0245 0.9442</w:t>
        <w:br/>
        <w:t>vn 0.4049 0.1462 0.9026</w:t>
        <w:br/>
        <w:t>vn 0.4680 0.0258 0.8833</w:t>
        <w:br/>
        <w:t>vn 0.1629 -0.9149 0.3693</w:t>
        <w:br/>
        <w:t>vn 0.2223 -0.8869 0.4050</w:t>
        <w:br/>
        <w:t>vn 0.2285 -0.9024 0.3653</w:t>
        <w:br/>
        <w:t>vn 0.1723 -0.9245 0.3400</w:t>
        <w:br/>
        <w:t>vn 0.2134 -0.2495 0.9446</w:t>
        <w:br/>
        <w:t>vn 0.2097 -0.6388 0.7402</w:t>
        <w:br/>
        <w:t>vn 0.3824 -0.5766 0.7221</w:t>
        <w:br/>
        <w:t>vn 0.3913 -0.2508 0.8854</w:t>
        <w:br/>
        <w:t>vn 0.2279 0.5598 0.7966</w:t>
        <w:br/>
        <w:t>vn 0.3221 0.1929 0.9269</w:t>
        <w:br/>
        <w:t>vn 0.4391 0.0833 0.8946</w:t>
        <w:br/>
        <w:t>vn 0.3148 0.4879 0.8142</w:t>
        <w:br/>
        <w:t>vn 0.3866 -0.7539 0.5312</w:t>
        <w:br/>
        <w:t>vn 0.2690 -0.8837 0.3830</w:t>
        <w:br/>
        <w:t>vn 0.4001 0.2345 0.8860</w:t>
        <w:br/>
        <w:t>vn 0.4626 -0.0413 0.8856</w:t>
        <w:br/>
        <w:t>vn 0.1629 -0.9151 0.3688</w:t>
        <w:br/>
        <w:t>vn 0.0710 -0.9307 0.3587</w:t>
        <w:br/>
        <w:t>vn 0.0061 -0.9792 -0.2027</w:t>
        <w:br/>
        <w:t>vn -0.0214 -0.9819 -0.1882</w:t>
        <w:br/>
        <w:t>vn 0.3698 0.3529 0.8595</w:t>
        <w:br/>
        <w:t>vn 0.1274 0.8748 0.4674</w:t>
        <w:br/>
        <w:t>vn 0.1342 0.8736 0.4677</w:t>
        <w:br/>
        <w:t>vn 0.3147 0.4873 0.8145</w:t>
        <w:br/>
        <w:t>vn 0.3696 0.3523 0.8598</w:t>
        <w:br/>
        <w:t>vn 0.4684 -0.0294 0.8830</w:t>
        <w:br/>
        <w:t>vn 0.3249 -0.8657 0.3808</w:t>
        <w:br/>
        <w:t>vn 0.3906 -0.8473 0.3599</w:t>
        <w:br/>
        <w:t>vn 0.3786 -0.8340 0.4013</w:t>
        <w:br/>
        <w:t>vn 0.3934 -0.7921 0.4668</w:t>
        <w:br/>
        <w:t>vn 0.3410 -0.2879 0.8949</w:t>
        <w:br/>
        <w:t>vn 0.2215 -0.1850 0.9574</w:t>
        <w:br/>
        <w:t>vn 0.4262 -0.1485 0.8924</w:t>
        <w:br/>
        <w:t>vn 0.4766 -0.2824 0.8325</w:t>
        <w:br/>
        <w:t>vn 0.4476 -0.4028 0.7984</w:t>
        <w:br/>
        <w:t>vn 0.5310 -0.4259 0.7326</w:t>
        <w:br/>
        <w:t>vn 0.5229 -0.2990 0.7982</w:t>
        <w:br/>
        <w:t>vn 0.2850 -0.8191 0.4978</w:t>
        <w:br/>
        <w:t>vn 0.3663 -0.7753 0.5145</w:t>
        <w:br/>
        <w:t>vn 0.3433 -0.8255 0.4481</w:t>
        <w:br/>
        <w:t>vn 0.2705 -0.8563 0.4400</w:t>
        <w:br/>
        <w:t>vn 0.4174 -0.7720 0.4793</w:t>
        <w:br/>
        <w:t>vn 0.5238 -0.6104 0.5941</w:t>
        <w:br/>
        <w:t>vn 0.3694 -0.8256 0.4265</w:t>
        <w:br/>
        <w:t>vn 0.2186 -0.5475 0.8077</w:t>
        <w:br/>
        <w:t>vn 0.3209 -0.5114 0.7972</w:t>
        <w:br/>
        <w:t>vn -0.1137 0.9895 -0.0890</w:t>
        <w:br/>
        <w:t>vn -0.0439 0.9983 -0.0374</w:t>
        <w:br/>
        <w:t>vn 0.1273 0.8745 0.4680</w:t>
        <w:br/>
        <w:t>vn 0.1051 0.8854 0.4527</w:t>
        <w:br/>
        <w:t>vn 0.1342 0.8739 0.4672</w:t>
        <w:br/>
        <w:t>vn 0.0598 0.8938 0.4444</w:t>
        <w:br/>
        <w:t>vn -0.0289 0.9896 -0.1410</w:t>
        <w:br/>
        <w:t>vn -0.3711 -0.4367 -0.8195</w:t>
        <w:br/>
        <w:t>vn 0.0059 -0.8139 -0.5809</w:t>
        <w:br/>
        <w:t>vn -0.0327 -0.8245 -0.5650</w:t>
        <w:br/>
        <w:t>vn -0.2048 -0.6204 -0.7571</w:t>
        <w:br/>
        <w:t>vn -0.1442 -0.8456 -0.5139</w:t>
        <w:br/>
        <w:t>vn -0.1881 -0.6587 -0.7285</w:t>
        <w:br/>
        <w:t>vn -0.0345 -0.9683 -0.2474</w:t>
        <w:br/>
        <w:t>vn -0.0212 -0.9820 -0.1877</w:t>
        <w:br/>
        <w:t>vn -0.1149 -0.5290 -0.8408</w:t>
        <w:br/>
        <w:t>vn 0.0061 -0.9792 -0.2026</w:t>
        <w:br/>
        <w:t>vn -0.2346 0.9320 -0.2762</w:t>
        <w:br/>
        <w:t>vn -0.2704 0.7019 -0.6590</w:t>
        <w:br/>
        <w:t>vn -0.2594 0.7987 -0.5429</w:t>
        <w:br/>
        <w:t>vn -0.1657 0.7522 -0.6378</w:t>
        <w:br/>
        <w:t>vn -0.5523 0.7920 -0.2600</w:t>
        <w:br/>
        <w:t>vn -0.4419 0.0332 -0.8965</w:t>
        <w:br/>
        <w:t>vn -0.4294 -0.1957 -0.8817</w:t>
        <w:br/>
        <w:t>vn -0.2992 -0.2081 -0.9312</w:t>
        <w:br/>
        <w:t>vn -0.3930 0.0395 -0.9187</w:t>
        <w:br/>
        <w:t>vn -0.1648 -0.2908 -0.9425</w:t>
        <w:br/>
        <w:t>vn -0.3404 0.6646 -0.6652</w:t>
        <w:br/>
        <w:t>vn -0.3741 0.7430 -0.5549</w:t>
        <w:br/>
        <w:t>vn -0.5821 0.5093 -0.6339</w:t>
        <w:br/>
        <w:t>vn -0.6261 -0.0606 -0.7774</w:t>
        <w:br/>
        <w:t>vn -0.1228 -0.6772 -0.7255</w:t>
        <w:br/>
        <w:t>vn -0.2448 -0.6873 -0.6839</w:t>
        <w:br/>
        <w:t>vn -0.5616 -0.4440 -0.6982</w:t>
        <w:br/>
        <w:t>vn -0.4122 0.8223 -0.3923</w:t>
        <w:br/>
        <w:t>vn -0.3876 0.9214 -0.0278</w:t>
        <w:br/>
        <w:t>vn -0.5425 0.7841 -0.3016</w:t>
        <w:br/>
        <w:t>vn -0.5419 0.8240 -0.1652</w:t>
        <w:br/>
        <w:t>vn -0.6955 0.6623 -0.2787</w:t>
        <w:br/>
        <w:t>vn -0.7515 0.6254 -0.2100</w:t>
        <w:br/>
        <w:t>vn -0.9162 0.3486 -0.1975</w:t>
        <w:br/>
        <w:t>vn -0.9026 0.0911 -0.4208</w:t>
        <w:br/>
        <w:t>vn -0.9162 0.3486 -0.1976</w:t>
        <w:br/>
        <w:t>vn -0.9359 -0.3454 -0.0691</w:t>
        <w:br/>
        <w:t>vn -0.6789 -0.6542 -0.3333</w:t>
        <w:br/>
        <w:t>vn -0.3206 -0.9468 -0.0266</w:t>
        <w:br/>
        <w:t>vn -0.1801 -0.9083 -0.3776</w:t>
        <w:br/>
        <w:t>vn 0.0590 -0.9957 -0.0714</w:t>
        <w:br/>
        <w:t>vn 0.0364 -0.9455 -0.3236</w:t>
        <w:br/>
        <w:t>vn -0.9709 0.1853 0.1519</w:t>
        <w:br/>
        <w:t>vn -0.8226 -0.5296 0.2070</w:t>
        <w:br/>
        <w:t>vn -0.8767 -0.3016 0.3748</w:t>
        <w:br/>
        <w:t>vn -0.4781 -0.8388 0.2604</w:t>
        <w:br/>
        <w:t>vn -0.5164 -0.6465 0.5615</w:t>
        <w:br/>
        <w:t>vn -0.0569 -0.9814 0.1835</w:t>
        <w:br/>
        <w:t>vn -0.1148 -0.8085 0.5772</w:t>
        <w:br/>
        <w:t>vn -0.9234 0.0724 0.3769</w:t>
        <w:br/>
        <w:t>vn -0.8390 0.4093 0.3584</w:t>
        <w:br/>
        <w:t>vn -0.7660 0.6401 0.0594</w:t>
        <w:br/>
        <w:t>vn -0.5888 0.7925 0.1591</w:t>
        <w:br/>
        <w:t>vn -0.6045 0.5383 0.5872</w:t>
        <w:br/>
        <w:t>vn -0.3304 0.9174 0.2220</w:t>
        <w:br/>
        <w:t>vn -0.2355 0.5859 0.7754</w:t>
        <w:br/>
        <w:t>vn -0.2649 -0.1517 0.9523</w:t>
        <w:br/>
        <w:t>vn -0.7803 -0.0182 0.6251</w:t>
        <w:br/>
        <w:t>vn -0.7803 -0.0181 0.6251</w:t>
        <w:br/>
        <w:t>vn -0.0753 0.9915 0.1059</w:t>
        <w:br/>
        <w:t>vn -0.1067 -0.8503 -0.5153</w:t>
        <w:br/>
        <w:t>vn 0.4248 -0.9007 -0.0911</w:t>
        <w:br/>
        <w:t>vn 0.4127 -0.6277 0.6601</w:t>
        <w:br/>
        <w:t>vn 0.4687 -0.4932 0.7329</w:t>
        <w:br/>
        <w:t>vn 0.1610 0.2539 0.9537</w:t>
        <w:br/>
        <w:t>vn 0.1075 0.5933 0.7977</w:t>
        <w:br/>
        <w:t>vn 0.5122 -0.4820 0.7108</w:t>
        <w:br/>
        <w:t>vn 0.5098 -0.2574 0.8209</w:t>
        <w:br/>
        <w:t>vn 0.2287 -0.8378 0.4958</w:t>
        <w:br/>
        <w:t>vn 0.1723 -0.7668 0.6184</w:t>
        <w:br/>
        <w:t>vn 0.0822 -0.9430 0.3224</w:t>
        <w:br/>
        <w:t>vn 0.3433 -0.8258 0.4474</w:t>
        <w:br/>
        <w:t>vn 0.5234 -0.4836 0.7015</w:t>
        <w:br/>
        <w:t>vn 0.5279 -0.2520 0.8111</w:t>
        <w:br/>
        <w:t>vn 0.9105 -0.4131 0.0147</w:t>
        <w:br/>
        <w:t>vn 0.7681 -0.4044 0.4965</w:t>
        <w:br/>
        <w:t>vn 0.6675 -0.2049 0.7159</w:t>
        <w:br/>
        <w:t>vn 0.8087 -0.3407 0.4794</w:t>
        <w:br/>
        <w:t>vn 0.6715 0.1241 0.7306</w:t>
        <w:br/>
        <w:t>vn 0.3151 0.1476 0.9375</w:t>
        <w:br/>
        <w:t>vn 0.8615 -0.2670 0.4319</w:t>
        <w:br/>
        <w:t>vn 0.8716 -0.2929 0.3931</w:t>
        <w:br/>
        <w:t>vn -0.9840 -0.0116 -0.1778</w:t>
        <w:br/>
        <w:t>vn -0.8771 -0.0409 -0.4785</w:t>
        <w:br/>
        <w:t>vn -0.6502 0.7569 -0.0663</w:t>
        <w:br/>
        <w:t>vn -0.1785 0.9838 -0.0182</w:t>
        <w:br/>
        <w:t>vn -0.4419 0.0334 -0.8965</w:t>
        <w:br/>
        <w:t>vn -0.3353 -0.6146 -0.7140</w:t>
        <w:br/>
        <w:t>vn -0.3711 -0.4365 -0.8196</w:t>
        <w:br/>
        <w:t>vn 0.6641 0.3074 0.6816</w:t>
        <w:br/>
        <w:t>vn 0.3309 -0.4214 0.8443</w:t>
        <w:br/>
        <w:t>vn 0.4738 -0.2232 0.8518</w:t>
        <w:br/>
        <w:t>vn 0.5241 -0.3461 0.7781</w:t>
        <w:br/>
        <w:t>vn 0.6923 -0.0939 0.7155</w:t>
        <w:br/>
        <w:t>vn 0.3249 -0.9451 -0.0343</w:t>
        <w:br/>
        <w:t>vn 0.4972 -0.4501 0.7418</w:t>
        <w:br/>
        <w:t>vn 0.4044 -0.7461 0.5290</w:t>
        <w:br/>
        <w:t>vn 0.4747 -0.6105 0.6340</w:t>
        <w:br/>
        <w:t>vn 0.2669 -0.2309 0.9357</w:t>
        <w:br/>
        <w:t>vn 0.2980 -0.8077 0.5088</w:t>
        <w:br/>
        <w:t>vn 0.9179 -0.3266 0.2253</w:t>
        <w:br/>
        <w:t>vn 0.9137 -0.3489 0.2085</w:t>
        <w:br/>
        <w:t>vn 0.9081 -0.3767 0.1830</w:t>
        <w:br/>
        <w:t>vn 0.9153 -0.3567 0.1872</w:t>
        <w:br/>
        <w:t>vn 0.9218 -0.3801 0.0767</w:t>
        <w:br/>
        <w:t>vn 0.9275 -0.3668 0.0720</w:t>
        <w:br/>
        <w:t>vn 0.9389 -0.3340 0.0833</w:t>
        <w:br/>
        <w:t>vn 0.9644 -0.2329 0.1250</w:t>
        <w:br/>
        <w:t>vn 0.9696 -0.1244 0.2106</w:t>
        <w:br/>
        <w:t>vn 0.9477 -0.0786 0.3093</w:t>
        <w:br/>
        <w:t>vn 0.9079 -0.0212 0.4186</w:t>
        <w:br/>
        <w:t>vn 0.8237 0.0719 0.5624</w:t>
        <w:br/>
        <w:t>vn 0.7393 0.1233 0.6620</w:t>
        <w:br/>
        <w:t>vn 0.6419 0.1313 0.7555</w:t>
        <w:br/>
        <w:t>vn 0.5069 0.1144 0.8544</w:t>
        <w:br/>
        <w:t>vn 0.4235 0.0623 0.9038</w:t>
        <w:br/>
        <w:t>vn 0.3290 0.0119 0.9443</w:t>
        <w:br/>
        <w:t>vn 0.9090 -0.4081 0.0844</w:t>
        <w:br/>
        <w:t>vn 0.2295 0.2299 0.9458</w:t>
        <w:br/>
        <w:t>vn 0.2382 0.1717 0.9559</w:t>
        <w:br/>
        <w:t>vn 0.2806 0.0961 0.9550</w:t>
        <w:br/>
        <w:t>vn 0.3424 0.0332 0.9390</w:t>
        <w:br/>
        <w:t>vn 0.4637 -0.0116 0.8859</w:t>
        <w:br/>
        <w:t>vn 0.5574 -0.0671 0.8275</w:t>
        <w:br/>
        <w:t>vn 0.6117 -0.1789 0.7706</w:t>
        <w:br/>
        <w:t>vn 0.6237 -0.3114 0.7170</w:t>
        <w:br/>
        <w:t>vn 0.6378 -0.3458 0.6883</w:t>
        <w:br/>
        <w:t>vn 0.7193 -0.3392 0.6062</w:t>
        <w:br/>
        <w:t>vn 0.7669 -0.2359 0.5968</w:t>
        <w:br/>
        <w:t>vn 0.7027 -0.1488 0.6958</w:t>
        <w:br/>
        <w:t>vn 0.6007 -0.2435 0.7615</w:t>
        <w:br/>
        <w:t>vn 0.4834 -0.3360 0.8084</w:t>
        <w:br/>
        <w:t>vn 0.3605 -0.4144 0.8356</w:t>
        <w:br/>
        <w:t>vn 0.2670 -0.5057 0.8204</w:t>
        <w:br/>
        <w:t>vn 0.2293 -0.5547 0.7998</w:t>
        <w:br/>
        <w:t>vn 0.2163 -0.6303 0.7456</w:t>
        <w:br/>
        <w:t>vn 0.3213 -0.8947 0.3102</w:t>
        <w:br/>
        <w:t>vn 0.2033 -0.9689 0.1413</w:t>
        <w:br/>
        <w:t>vn 0.4077 -0.8668 0.2872</w:t>
        <w:br/>
        <w:t>vn 0.5357 -0.7991 0.2730</w:t>
        <w:br/>
        <w:t>vn 0.3216 -0.4121 0.8525</w:t>
        <w:br/>
        <w:t>vn 0.2622 -0.4148 0.8713</w:t>
        <w:br/>
        <w:t>vn 0.3010 -0.3873 0.8715</w:t>
        <w:br/>
        <w:t>vn 0.3805 -0.4141 0.8269</w:t>
        <w:br/>
        <w:t>vn 0.4818 -0.4559 0.7484</w:t>
        <w:br/>
        <w:t>vn 0.4042 -0.4495 0.7966</w:t>
        <w:br/>
        <w:t>vn 0.2477 -0.4974 0.8314</w:t>
        <w:br/>
        <w:t>vn 0.2285 -0.4177 0.8794</w:t>
        <w:br/>
        <w:t>vn 0.4662 -0.2665 0.8436</w:t>
        <w:br/>
        <w:t>vn 0.3785 -0.1821 0.9075</w:t>
        <w:br/>
        <w:t>vn 0.4392 -0.1177 0.8907</w:t>
        <w:br/>
        <w:t>vn 0.4812 -0.1253 0.8676</w:t>
        <w:br/>
        <w:t>vn 0.4526 -0.4560 0.7663</w:t>
        <w:br/>
        <w:t>vn 0.3787 -0.3421 0.8599</w:t>
        <w:br/>
        <w:t>vn 0.4313 -0.1108 0.8954</w:t>
        <w:br/>
        <w:t>vn 0.4326 -0.0279 0.9011</w:t>
        <w:br/>
        <w:t>vn 0.4020 -0.6236 0.6704</w:t>
        <w:br/>
        <w:t>vn 0.3546 -0.4939 0.7939</w:t>
        <w:br/>
        <w:t>vn 0.2826 -0.6547 0.7011</w:t>
        <w:br/>
        <w:t>vn 0.2834 -0.5536 0.7831</w:t>
        <w:br/>
        <w:t>vn 0.1847 -0.7694 0.6115</w:t>
        <w:br/>
        <w:t>vn 0.1626 -0.7087 0.6865</w:t>
        <w:br/>
        <w:t>vn 0.2908 -0.6508 0.7014</w:t>
        <w:br/>
        <w:t>vn 0.3452 -0.6982 0.6272</w:t>
        <w:br/>
        <w:t>vn 0.3953 -0.5398 0.7432</w:t>
        <w:br/>
        <w:t>vn 0.4733 -0.5752 0.6672</w:t>
        <w:br/>
        <w:t>vn 0.2828 0.0019 0.9592</w:t>
        <w:br/>
        <w:t>vn 0.2809 -0.0989 0.9546</w:t>
        <w:br/>
        <w:t>vn 0.8459 -0.2981 0.4422</w:t>
        <w:br/>
        <w:t>vn 0.8911 -0.4535 -0.0131</w:t>
        <w:br/>
        <w:t>vn 0.8820 -0.4710 -0.0143</w:t>
        <w:br/>
        <w:t>vn 0.8939 -0.4467 0.0377</w:t>
        <w:br/>
        <w:t>vn 0.8912 -0.4493 0.0624</w:t>
        <w:br/>
        <w:t>vn 0.8903 -0.4477 0.0827</w:t>
        <w:br/>
        <w:t>vn 0.8834 -0.4616 0.0803</w:t>
        <w:br/>
        <w:t>vn 0.8760 -0.4293 0.2200</w:t>
        <w:br/>
        <w:t>vn 0.8949 -0.4000 0.1980</w:t>
        <w:br/>
        <w:t>vn 0.3710 -0.4905 0.7885</w:t>
        <w:br/>
        <w:t>vn 0.8554 -0.0117 0.5178</w:t>
        <w:br/>
        <w:t>vn 0.6561 -0.4372 0.6151</w:t>
        <w:br/>
        <w:t>vn 0.5834 -0.4301 0.6890</w:t>
        <w:br/>
        <w:t>vn 0.7947 -0.0286 0.6064</w:t>
        <w:br/>
        <w:t>vn 0.8867 0.0302 0.4613</w:t>
        <w:br/>
        <w:t>vn 0.7185 -0.3590 0.5958</w:t>
        <w:br/>
        <w:t>vn 0.8868 0.1292 0.4438</w:t>
        <w:br/>
        <w:t>vn 0.7500 -0.2213 0.6233</w:t>
        <w:br/>
        <w:t>vn 0.6446 0.0282 -0.7640</w:t>
        <w:br/>
        <w:t>vn 0.6018 -0.3865 0.6989</w:t>
        <w:br/>
        <w:t>vn 0.4786 -0.0342 0.8774</w:t>
        <w:br/>
        <w:t>vn 0.5273 -0.2508 0.8118</w:t>
        <w:br/>
        <w:t>vn -0.0347 -0.9682 -0.2477</w:t>
        <w:br/>
        <w:t>vn 0.2223 -0.8870 0.4047</w:t>
        <w:br/>
        <w:t>vn 0.1050 0.8857 0.4522</w:t>
        <w:br/>
        <w:t>vn 0.2278 0.5601 0.7965</w:t>
        <w:br/>
        <w:t>vn 0.3792 0.3248 0.8664</w:t>
        <w:br/>
        <w:t>vn 0.4000 0.2343 0.8860</w:t>
        <w:br/>
        <w:t>vn 0.2703 -0.8565 0.4397</w:t>
        <w:br/>
        <w:t>vn 0.4174 -0.7717 0.4799</w:t>
        <w:br/>
        <w:t>vn 0.4382 -0.6810 0.5867</w:t>
        <w:br/>
        <w:t>vn 0.5285 -0.5269 0.6657</w:t>
        <w:br/>
        <w:t>vn 0.5239 -0.6103 0.5942</w:t>
        <w:br/>
        <w:t>vn 0.1077 0.5937 0.7974</w:t>
        <w:br/>
        <w:t>vn 0.0599 0.8941 0.4439</w:t>
        <w:br/>
        <w:t>vn 0.5233 -0.4826 0.7023</w:t>
        <w:br/>
        <w:t>vn 0.5962 -0.4919 0.6344</w:t>
        <w:br/>
        <w:t>vn -0.8664 -0.4134 -0.2800</w:t>
        <w:br/>
        <w:t>vn -0.3710 -0.4367 -0.8195</w:t>
        <w:br/>
        <w:t>vn -0.4464 -0.0780 -0.8914</w:t>
        <w:br/>
        <w:t>vn -0.8772 -0.0409 -0.4784</w:t>
        <w:br/>
        <w:t>vn -0.8745 0.4486 -0.1844</w:t>
        <w:br/>
        <w:t>vn -0.5344 0.8391 -0.1022</w:t>
        <w:br/>
        <w:t>vn -0.6140 0.7706 0.1711</w:t>
        <w:br/>
        <w:t>vn -0.6715 0.1241 0.7305</w:t>
        <w:br/>
        <w:t>vn -0.1249 0.9895 -0.0720</w:t>
        <w:br/>
        <w:t>vn -0.0272 0.9992 -0.0301</w:t>
        <w:br/>
        <w:t>vn -0.0832 0.9754 0.2042</w:t>
        <w:br/>
        <w:t>vn -0.1735 0.9761 0.1311</w:t>
        <w:br/>
        <w:t>vn -0.0883 0.9690 0.2309</w:t>
        <w:br/>
        <w:t>vn -0.0092 0.9999 -0.0139</w:t>
        <w:br/>
        <w:t>vn 0.0549 0.9982 -0.0256</w:t>
        <w:br/>
        <w:t>vn 0.2552 0.9650 -0.0597</w:t>
        <w:br/>
        <w:t>vn 0.0885 0.9681 0.2344</w:t>
        <w:br/>
        <w:t>vn -0.0259 0.9788 0.2032</w:t>
        <w:br/>
        <w:t>vn 0.5729 0.8191 0.0308</w:t>
        <w:br/>
        <w:t>vn 0.2795 0.8719 0.4020</w:t>
        <w:br/>
        <w:t>vn 0.4068 0.6185 0.6723</w:t>
        <w:br/>
        <w:t>vn 0.5913 0.6390 0.4920</w:t>
        <w:br/>
        <w:t>vn 0.8109 0.3473 0.4710</w:t>
        <w:br/>
        <w:t>vn 0.4511 0.2862 0.8453</w:t>
        <w:br/>
        <w:t>vn 0.7856 0.1711 0.5947</w:t>
        <w:br/>
        <w:t>vn 0.5421 0.0465 0.8391</w:t>
        <w:br/>
        <w:t>vn 0.5141 0.0819 0.8538</w:t>
        <w:br/>
        <w:t>vn 0.7677 0.2058 0.6068</w:t>
        <w:br/>
        <w:t>vn 0.1668 -0.9793 -0.1142</w:t>
        <w:br/>
        <w:t>vn 0.1668 -0.9794 -0.1142</w:t>
        <w:br/>
        <w:t>vn 0.2261 -0.9726 -0.0546</w:t>
        <w:br/>
        <w:t>vn 0.0315 -0.9857 -0.1656</w:t>
        <w:br/>
        <w:t>vn -0.1827 -0.9647 -0.1896</w:t>
        <w:br/>
        <w:t>vn -0.2032 -0.9689 0.1413</w:t>
        <w:br/>
        <w:t>vn -0.3704 -0.9103 -0.1850</w:t>
        <w:br/>
        <w:t>vn -0.3213 -0.8948 0.3101</w:t>
        <w:br/>
        <w:t>vn -0.4078 -0.8668 0.2870</w:t>
        <w:br/>
        <w:t>vn -0.4860 -0.8546 -0.1831</w:t>
        <w:br/>
        <w:t>vn -0.7043 -0.4463 -0.5520</w:t>
        <w:br/>
        <w:t>vn -0.9174 -0.0440 -0.3955</w:t>
        <w:br/>
        <w:t>vn -0.9640 -0.2171 -0.1535</w:t>
        <w:br/>
        <w:t>vn 0.1958 -0.9586 0.2070</w:t>
        <w:br/>
        <w:t>vn 0.2230 -0.9476 0.2289</w:t>
        <w:br/>
        <w:t>vn 0.2591 -0.9646 0.0490</w:t>
        <w:br/>
        <w:t>vn 0.2673 -0.9451 0.1881</w:t>
        <w:br/>
        <w:t>vn 0.2673 -0.9451 0.1880</w:t>
        <w:br/>
        <w:t>vn -0.9059 0.4234 0.0043</w:t>
        <w:br/>
        <w:t>vn -0.4134 0.8368 -0.3590</w:t>
        <w:br/>
        <w:t>vn -0.0002 0.9642 -0.2652</w:t>
        <w:br/>
        <w:t>vn 0.1326 0.9584 -0.2529</w:t>
        <w:br/>
        <w:t>vn 0.5791 0.7442 -0.3330</w:t>
        <w:br/>
        <w:t>vn 0.9457 0.2369 0.2226</w:t>
        <w:br/>
        <w:t>vn 0.9238 0.3815 -0.0315</w:t>
        <w:br/>
        <w:t>vn 0.9593 -0.1130 -0.2587</w:t>
        <w:br/>
        <w:t>vn 0.6232 -0.1997 -0.7561</w:t>
        <w:br/>
        <w:t>vn 0.4071 -0.2538 -0.8774</w:t>
        <w:br/>
        <w:t>vn 0.4937 -0.2344 -0.8374</w:t>
        <w:br/>
        <w:t>vn 0.2743 -0.2487 -0.9289</w:t>
        <w:br/>
        <w:t>vn 0.0715 -0.2376 -0.9687</w:t>
        <w:br/>
        <w:t>vn -0.1107 -0.1463 -0.9830</w:t>
        <w:br/>
        <w:t>vn -0.1107 -0.1462 -0.9830</w:t>
        <w:br/>
        <w:t>vn -0.3609 -0.0598 -0.9307</w:t>
        <w:br/>
        <w:t>vn -0.8528 -0.2427 -0.4625</w:t>
        <w:br/>
        <w:t>vn -0.9769 0.0348 -0.2108</w:t>
        <w:br/>
        <w:t>vn 0.6357 -0.1644 -0.7543</w:t>
        <w:br/>
        <w:t>vn 0.8182 -0.2141 -0.5336</w:t>
        <w:br/>
        <w:t>vn -0.7063 -0.7059 -0.0532</w:t>
        <w:br/>
        <w:t>vn -0.7249 -0.6703 -0.1591</w:t>
        <w:br/>
        <w:t>vn 0.9238 0.3815 -0.0316</w:t>
        <w:br/>
        <w:t>vn 0.8576 0.4518 -0.2459</w:t>
        <w:br/>
        <w:t>vn -0.9795 -0.0535 0.1944</w:t>
        <w:br/>
        <w:t>vn -0.6968 0.3657 0.6171</w:t>
        <w:br/>
        <w:t>vn -0.3649 -0.9293 -0.0574</w:t>
        <w:br/>
        <w:t>vn 0.1263 0.3061 0.9436</w:t>
        <w:br/>
        <w:t>vn 0.1022 -0.0420 0.9939</w:t>
        <w:br/>
        <w:t>vn 0.1678 -0.0255 0.9855</w:t>
        <w:br/>
        <w:t>vn 0.1995 0.3344 0.9211</w:t>
        <w:br/>
        <w:t>vn 0.0968 -0.1764 0.9796</w:t>
        <w:br/>
        <w:t>vn 0.1518 -0.2108 0.9657</w:t>
        <w:br/>
        <w:t>vn 0.1594 -0.9870 0.0225</w:t>
        <w:br/>
        <w:t>vn 0.2241 -0.9745 0.0102</w:t>
        <w:br/>
        <w:t>vn 0.2241 -0.9745 0.0101</w:t>
        <w:br/>
        <w:t>vn 0.0025 -0.9992 0.0394</w:t>
        <w:br/>
        <w:t>vn 0.0025 -0.9992 0.0391</w:t>
        <w:br/>
        <w:t>vn -0.0607 -0.2317 0.9709</w:t>
        <w:br/>
        <w:t>vn -0.0097 -0.1869 0.9823</w:t>
        <w:br/>
        <w:t>vn -0.0246 -0.0398 0.9989</w:t>
        <w:br/>
        <w:t>vn -0.0873 -0.0209 0.9960</w:t>
        <w:br/>
        <w:t>vn -0.0674 0.3189 0.9454</w:t>
        <w:br/>
        <w:t>vn -0.1098 0.1907 0.9755</w:t>
        <w:br/>
        <w:t>vn -0.4976 0.4813 0.7217</w:t>
        <w:br/>
        <w:t>vn -0.0928 0.5153 0.8520</w:t>
        <w:br/>
        <w:t>vn 0.2145 0.4969 0.8409</w:t>
        <w:br/>
        <w:t>vn 0.1409 0.5035 0.8524</w:t>
        <w:br/>
        <w:t>vn 0.8586 -0.2845 -0.4265</w:t>
        <w:br/>
        <w:t>vn 0.9119 -0.2007 -0.3581</w:t>
        <w:br/>
        <w:t>vn 0.9593 -0.1131 -0.2587</w:t>
        <w:br/>
        <w:t>vn 0.6140 0.7706 0.1710</w:t>
        <w:br/>
        <w:t>vn 0.5344 0.8391 -0.1022</w:t>
        <w:br/>
        <w:t>vn 0.8745 0.4486 -0.1844</w:t>
        <w:br/>
        <w:t>vn 0.6715 0.1241 0.7305</w:t>
        <w:br/>
        <w:t>vn 0.0833 0.9754 0.2042</w:t>
        <w:br/>
        <w:t>vn 0.0272 0.9992 -0.0301</w:t>
        <w:br/>
        <w:t>vn 0.1249 0.9895 -0.0720</w:t>
        <w:br/>
        <w:t>vn 0.1735 0.9761 0.1311</w:t>
        <w:br/>
        <w:t>vn 0.0883 0.9690 0.2309</w:t>
        <w:br/>
        <w:t>vn 0.0092 0.9999 -0.0139</w:t>
        <w:br/>
        <w:t>vn -0.0885 0.9681 0.2344</w:t>
        <w:br/>
        <w:t>vn -0.2552 0.9650 -0.0598</w:t>
        <w:br/>
        <w:t>vn -0.0549 0.9982 -0.0256</w:t>
        <w:br/>
        <w:t>vn 0.0259 0.9788 0.2032</w:t>
        <w:br/>
        <w:t>vn -0.2795 0.8719 0.4020</w:t>
        <w:br/>
        <w:t>vn -0.5729 0.8191 0.0309</w:t>
        <w:br/>
        <w:t>vn -0.8109 0.3473 0.4710</w:t>
        <w:br/>
        <w:t>vn -0.5913 0.6390 0.4920</w:t>
        <w:br/>
        <w:t>vn -0.4068 0.6186 0.6722</w:t>
        <w:br/>
        <w:t>vn -0.4511 0.2862 0.8453</w:t>
        <w:br/>
        <w:t>vn -0.5141 0.0819 0.8538</w:t>
        <w:br/>
        <w:t>vn -0.5421 0.0465 0.8391</w:t>
        <w:br/>
        <w:t>vn -0.7856 0.1711 0.5947</w:t>
        <w:br/>
        <w:t>vn -0.7677 0.2058 0.6068</w:t>
        <w:br/>
        <w:t>vn -0.2261 -0.9726 -0.0546</w:t>
        <w:br/>
        <w:t>vn -0.1668 -0.9794 -0.1142</w:t>
        <w:br/>
        <w:t>vn -0.0315 -0.9857 -0.1655</w:t>
        <w:br/>
        <w:t>vn -0.0315 -0.9857 -0.1656</w:t>
        <w:br/>
        <w:t>vn 0.2032 -0.9689 0.1413</w:t>
        <w:br/>
        <w:t>vn 0.1827 -0.9647 -0.1895</w:t>
        <w:br/>
        <w:t>vn 0.3704 -0.9103 -0.1850</w:t>
        <w:br/>
        <w:t>vn 0.4078 -0.8668 0.2870</w:t>
        <w:br/>
        <w:t>vn 0.4860 -0.8546 -0.1831</w:t>
        <w:br/>
        <w:t>vn 0.7043 -0.4463 -0.5520</w:t>
        <w:br/>
        <w:t>vn 0.9640 -0.2171 -0.1534</w:t>
        <w:br/>
        <w:t>vn 0.9174 -0.0440 -0.3955</w:t>
        <w:br/>
        <w:t>vn -0.2230 -0.9476 0.2289</w:t>
        <w:br/>
        <w:t>vn -0.1957 -0.9586 0.2071</w:t>
        <w:br/>
        <w:t>vn -0.1957 -0.9586 0.2070</w:t>
        <w:br/>
        <w:t>vn -0.2673 -0.9451 0.1881</w:t>
        <w:br/>
        <w:t>vn -0.2591 -0.9646 0.0490</w:t>
        <w:br/>
        <w:t>vn -0.2673 -0.9451 0.1880</w:t>
        <w:br/>
        <w:t>vn 0.4134 0.8368 -0.3590</w:t>
        <w:br/>
        <w:t>vn 0.9059 0.4234 0.0043</w:t>
        <w:br/>
        <w:t>vn 0.0002 0.9642 -0.2652</w:t>
        <w:br/>
        <w:t>vn -0.5791 0.7442 -0.3330</w:t>
        <w:br/>
        <w:t>vn -0.1326 0.9584 -0.2529</w:t>
        <w:br/>
        <w:t>vn -0.9238 0.3815 -0.0315</w:t>
        <w:br/>
        <w:t>vn -0.9457 0.2369 0.2226</w:t>
        <w:br/>
        <w:t>vn -0.9593 -0.1130 -0.2587</w:t>
        <w:br/>
        <w:t>vn -0.4938 -0.2344 -0.8374</w:t>
        <w:br/>
        <w:t>vn -0.4071 -0.2538 -0.8774</w:t>
        <w:br/>
        <w:t>vn -0.6232 -0.1997 -0.7561</w:t>
        <w:br/>
        <w:t>vn -0.2743 -0.2487 -0.9289</w:t>
        <w:br/>
        <w:t>vn -0.0715 -0.2376 -0.9687</w:t>
        <w:br/>
        <w:t>vn 0.1107 -0.1463 -0.9830</w:t>
        <w:br/>
        <w:t>vn 0.1107 -0.1462 -0.9830</w:t>
        <w:br/>
        <w:t>vn 0.3609 -0.0598 -0.9307</w:t>
        <w:br/>
        <w:t>vn 0.8528 -0.2427 -0.4625</w:t>
        <w:br/>
        <w:t>vn 0.9769 0.0348 -0.2108</w:t>
        <w:br/>
        <w:t>vn -0.8182 -0.2141 -0.5336</w:t>
        <w:br/>
        <w:t>vn -0.6357 -0.1644 -0.7543</w:t>
        <w:br/>
        <w:t>vn 0.7249 -0.6702 -0.1591</w:t>
        <w:br/>
        <w:t>vn 0.7063 -0.7059 -0.0532</w:t>
        <w:br/>
        <w:t>vn -0.8576 0.4517 -0.2459</w:t>
        <w:br/>
        <w:t>vn -0.9238 0.3815 -0.0316</w:t>
        <w:br/>
        <w:t>vn 0.6968 0.3657 0.6171</w:t>
        <w:br/>
        <w:t>vn 0.9795 -0.0535 0.1944</w:t>
        <w:br/>
        <w:t>vn 0.3650 -0.9293 -0.0573</w:t>
        <w:br/>
        <w:t>vn -0.1678 -0.0255 0.9855</w:t>
        <w:br/>
        <w:t>vn -0.1022 -0.0420 0.9939</w:t>
        <w:br/>
        <w:t>vn -0.1263 0.3061 0.9436</w:t>
        <w:br/>
        <w:t>vn -0.1995 0.3344 0.9211</w:t>
        <w:br/>
        <w:t>vn -0.0968 -0.1764 0.9796</w:t>
        <w:br/>
        <w:t>vn -0.1518 -0.2108 0.9657</w:t>
        <w:br/>
        <w:t>vn -0.2241 -0.9745 0.0101</w:t>
        <w:br/>
        <w:t>vn -0.1594 -0.9870 0.0225</w:t>
        <w:br/>
        <w:t>vn -0.0025 -0.9992 0.0391</w:t>
        <w:br/>
        <w:t>vn 0.0246 -0.0397 0.9989</w:t>
        <w:br/>
        <w:t>vn 0.0097 -0.1869 0.9823</w:t>
        <w:br/>
        <w:t>vn 0.0607 -0.2317 0.9709</w:t>
        <w:br/>
        <w:t>vn 0.0873 -0.0209 0.9960</w:t>
        <w:br/>
        <w:t>vn 0.1098 0.1907 0.9755</w:t>
        <w:br/>
        <w:t>vn 0.0674 0.3190 0.9454</w:t>
        <w:br/>
        <w:t>vn 0.4976 0.4813 0.7217</w:t>
        <w:br/>
        <w:t>vn 0.0928 0.5153 0.8520</w:t>
        <w:br/>
        <w:t>vn -0.1409 0.5035 0.8524</w:t>
        <w:br/>
        <w:t>vn -0.2145 0.4969 0.8409</w:t>
        <w:br/>
        <w:t>vn -0.9593 -0.1131 -0.2587</w:t>
        <w:br/>
        <w:t>vn -0.9119 -0.2007 -0.3581</w:t>
        <w:br/>
        <w:t>vn -0.8586 -0.2845 -0.4265</w:t>
        <w:br/>
        <w:t>vn 0.7458 0.5057 0.4336</w:t>
        <w:br/>
        <w:t>vn 0.8666 0.3333 0.3713</w:t>
        <w:br/>
        <w:t>vn 0.8666 0.3333 0.3714</w:t>
        <w:br/>
        <w:t>vn 0.1221 -0.7751 0.6199</w:t>
        <w:br/>
        <w:t>vn 0.1264 -0.8248 0.5511</w:t>
        <w:br/>
        <w:t>vn 0.1263 -0.8248 0.5512</w:t>
        <w:br/>
        <w:t>vn 0.1221 -0.7751 0.6200</w:t>
        <w:br/>
        <w:t>vn 0.4606 0.7548 0.4670</w:t>
        <w:br/>
        <w:t>vn 0.4607 0.7548 0.4669</w:t>
        <w:br/>
        <w:t>vn 0.0302 -0.7432 0.6684</w:t>
        <w:br/>
        <w:t>vn 0.0900 -0.8461 0.5253</w:t>
        <w:br/>
        <w:t>vn 0.8976 0.2846 0.3367</w:t>
        <w:br/>
        <w:t>vn 0.2555 0.8517 0.4574</w:t>
        <w:br/>
        <w:t>vn 0.2557 0.8517 0.4573</w:t>
        <w:br/>
        <w:t>vn -0.1724 -0.3330 0.9270</w:t>
        <w:br/>
        <w:t>vn 0.6544 0.6852 0.3198</w:t>
        <w:br/>
        <w:t>vn 0.7248 0.6744 0.1409</w:t>
        <w:br/>
        <w:t>vn 0.6545 0.6851 0.3198</w:t>
        <w:br/>
        <w:t>vn 0.4798 0.6959 0.5344</w:t>
        <w:br/>
        <w:t>vn 0.4798 0.6959 0.5343</w:t>
        <w:br/>
        <w:t>vn 0.2119 -0.3130 0.9258</w:t>
        <w:br/>
        <w:t>vn 0.2118 -0.3130 0.9258</w:t>
        <w:br/>
        <w:t>vn 0.3820 -0.4805 0.7894</w:t>
        <w:br/>
        <w:t>vn 0.2076 0.7704 0.6028</w:t>
        <w:br/>
        <w:t>vn 0.2075 0.7704 0.6028</w:t>
        <w:br/>
        <w:t>vn -0.0344 -0.2165 0.9757</w:t>
        <w:br/>
        <w:t>vn -0.0345 -0.2165 0.9757</w:t>
        <w:br/>
        <w:t>vn 0.0118 0.7959 0.6053</w:t>
        <w:br/>
        <w:t>vn 0.0118 0.7958 0.6055</w:t>
        <w:br/>
        <w:t>vn -0.1976 -0.1650 0.9663</w:t>
        <w:br/>
        <w:t>vn 0.4599 -0.5847 0.6683</w:t>
        <w:br/>
        <w:t>vn -0.7458 0.5057 0.4337</w:t>
        <w:br/>
        <w:t>vn -0.8666 0.3333 0.3713</w:t>
        <w:br/>
        <w:t>vn -0.1221 -0.7751 0.6199</w:t>
        <w:br/>
        <w:t>vn -0.1262 -0.8248 0.5511</w:t>
        <w:br/>
        <w:t>vn -0.1263 -0.8248 0.5511</w:t>
        <w:br/>
        <w:t>vn -0.4607 0.7548 0.4669</w:t>
        <w:br/>
        <w:t>vn -0.0300 -0.7433 0.6683</w:t>
        <w:br/>
        <w:t>vn -0.0299 -0.7432 0.6684</w:t>
        <w:br/>
        <w:t>vn -0.0900 -0.8461 0.5254</w:t>
        <w:br/>
        <w:t>vn -0.8976 0.2846 0.3365</w:t>
        <w:br/>
        <w:t>vn -0.2556 0.8518 0.4573</w:t>
        <w:br/>
        <w:t>vn -0.2557 0.8518 0.4573</w:t>
        <w:br/>
        <w:t>vn 0.1719 -0.3311 0.9278</w:t>
        <w:br/>
        <w:t>vn -0.6545 0.6852 0.3197</w:t>
        <w:br/>
        <w:t>vn -0.6545 0.6851 0.3196</w:t>
        <w:br/>
        <w:t>vn -0.7248 0.6744 0.1409</w:t>
        <w:br/>
        <w:t>vn -0.4798 0.6959 0.5344</w:t>
        <w:br/>
        <w:t>vn -0.3820 -0.4805 0.7895</w:t>
        <w:br/>
        <w:t>vn -0.2118 -0.3130 0.9258</w:t>
        <w:br/>
        <w:t>vn -0.2076 0.7705 0.6027</w:t>
        <w:br/>
        <w:t>vn -0.2075 0.7705 0.6027</w:t>
        <w:br/>
        <w:t>vn 0.0344 -0.2164 0.9757</w:t>
        <w:br/>
        <w:t>vn 0.0344 -0.2165 0.9757</w:t>
        <w:br/>
        <w:t>vn -0.0121 0.7960 0.6051</w:t>
        <w:br/>
        <w:t>vn -0.0118 0.7959 0.6053</w:t>
        <w:br/>
        <w:t>vn 0.1975 -0.1650 0.9663</w:t>
        <w:br/>
        <w:t>vn 0.1976 -0.1650 0.9663</w:t>
        <w:br/>
        <w:t>vn -0.4598 -0.5846 0.6684</w:t>
        <w:br/>
        <w:t>vn 0.1126 -0.8801 0.4612</w:t>
        <w:br/>
        <w:t>vn 0.1056 -0.8854 0.4527</w:t>
        <w:br/>
        <w:t>vn 0.0185 -0.9617 0.2735</w:t>
        <w:br/>
        <w:t>vn 0.0150 -0.9525 0.3041</w:t>
        <w:br/>
        <w:t>vn 0.1484 -0.8925 0.4260</w:t>
        <w:br/>
        <w:t>vn 0.0881 -0.9673 0.2378</w:t>
        <w:br/>
        <w:t>vn 0.1954 -0.8893 0.4135</w:t>
        <w:br/>
        <w:t>vn 0.1873 -0.9532 0.2373</w:t>
        <w:br/>
        <w:t>vn 0.2366 -0.8768 0.4185</w:t>
        <w:br/>
        <w:t>vn 0.2479 -0.9270 0.2815</w:t>
        <w:br/>
        <w:t>vn 0.2821 -0.8685 0.4076</w:t>
        <w:br/>
        <w:t>vn 0.2921 -0.9019 0.3183</w:t>
        <w:br/>
        <w:t>vn 0.3964 -0.8054 0.4407</w:t>
        <w:br/>
        <w:t>vn 0.4246 -0.8221 0.3794</w:t>
        <w:br/>
        <w:t>vn 0.3789 -0.8470 0.3728</w:t>
        <w:br/>
        <w:t>vn 0.3430 -0.8366 0.4271</w:t>
        <w:br/>
        <w:t>vn 0.5341 -0.7311 0.4245</w:t>
        <w:br/>
        <w:t>vn 0.5574 -0.7571 0.3408</w:t>
        <w:br/>
        <w:t>vn 0.0127 -0.9432 0.3320</w:t>
        <w:br/>
        <w:t>vn -0.0639 -0.9524 0.2979</w:t>
        <w:br/>
        <w:t>vn 0.0795 -0.9024 0.4236</w:t>
        <w:br/>
        <w:t>vn 0.1103 -0.8894 0.4436</w:t>
        <w:br/>
        <w:t>vn 0.7318 0.4260 0.5319</w:t>
        <w:br/>
        <w:t>vn 0.7755 0.4143 0.4765</w:t>
        <w:br/>
        <w:t>vn 0.6233 0.7401 0.2524</w:t>
        <w:br/>
        <w:t>vn 0.4439 -0.8587 0.2563</w:t>
        <w:br/>
        <w:t>vn 0.4035 -0.8016 0.4412</w:t>
        <w:br/>
        <w:t>vn 0.5054 -0.8276 0.2444</w:t>
        <w:br/>
        <w:t>vn 0.6397 0.4383 0.6315</w:t>
        <w:br/>
        <w:t>vn 0.7000 0.6306 0.3351</w:t>
        <w:br/>
        <w:t>vn 0.7643 0.4087 0.4988</w:t>
        <w:br/>
        <w:t>vn 0.6397 0.4382 0.6315</w:t>
        <w:br/>
        <w:t>vn 0.2858 0.6469 0.7070</w:t>
        <w:br/>
        <w:t>vn 0.2859 0.6469 0.7070</w:t>
        <w:br/>
        <w:t>vn 0.4848 0.5286 0.6968</w:t>
        <w:br/>
        <w:t>vn 0.4849 0.5286 0.6968</w:t>
        <w:br/>
        <w:t>vn 0.4100 -0.8731 0.2639</w:t>
        <w:br/>
        <w:t>vn 0.4261 -0.8688 0.2522</w:t>
        <w:br/>
        <w:t>vn 0.6183 -0.6709 0.4093</w:t>
        <w:br/>
        <w:t>vn -0.8227 -0.1910 0.5355</w:t>
        <w:br/>
        <w:t>vn -0.8096 -0.1171 0.5752</w:t>
        <w:br/>
        <w:t>vn 0.3749 -0.5460 0.7492</w:t>
        <w:br/>
        <w:t>vn 0.5819 -0.6213 0.5247</w:t>
        <w:br/>
        <w:t>vn 0.4977 -0.7182 0.4863</w:t>
        <w:br/>
        <w:t>vn 0.2889 -0.6506 0.7023</w:t>
        <w:br/>
        <w:t>vn 0.6595 -0.7175 0.2240</w:t>
        <w:br/>
        <w:t>vn 0.7309 -0.6352 0.2497</w:t>
        <w:br/>
        <w:t>vn -0.5036 0.5797 0.6407</w:t>
        <w:br/>
        <w:t>vn -0.4537 0.5845 0.6727</w:t>
        <w:br/>
        <w:t>vn -0.4536 0.5844 0.6728</w:t>
        <w:br/>
        <w:t>vn -0.5035 0.5796 0.6407</w:t>
        <w:br/>
        <w:t>vn 0.7634 -0.5061 -0.4013</w:t>
        <w:br/>
        <w:t>vn 0.7853 -0.4827 -0.3875</w:t>
        <w:br/>
        <w:t>vn 0.7854 -0.4828 -0.3875</w:t>
        <w:br/>
        <w:t>vn 0.1441 -0.8517 0.5039</w:t>
        <w:br/>
        <w:t>vn 0.1082 -0.8645 0.4908</w:t>
        <w:br/>
        <w:t>vn 0.1504 -0.8385 0.5238</w:t>
        <w:br/>
        <w:t>vn -0.5514 0.6038 0.5757</w:t>
        <w:br/>
        <w:t>vn -0.5514 0.6038 0.5756</w:t>
        <w:br/>
        <w:t>vn 0.8287 -0.4547 -0.3264</w:t>
        <w:br/>
        <w:t>vn 0.3372 -0.7379 0.5847</w:t>
        <w:br/>
        <w:t>vn 0.3371 -0.7379 0.5847</w:t>
        <w:br/>
        <w:t>vn -0.5829 0.6472 0.4913</w:t>
        <w:br/>
        <w:t>vn -0.6544 0.7539 -0.0585</w:t>
        <w:br/>
        <w:t>vn -0.5618 0.8272 -0.0053</w:t>
        <w:br/>
        <w:t>vn 0.8463 -0.4720 -0.2471</w:t>
        <w:br/>
        <w:t>vn 0.8501 -0.4998 0.1657</w:t>
        <w:br/>
        <w:t>vn 0.8065 -0.5652 0.1734</w:t>
        <w:br/>
        <w:t>vn 0.6117 -0.5516 0.5671</w:t>
        <w:br/>
        <w:t>vn 0.3104 0.3655 0.8775</w:t>
        <w:br/>
        <w:t>vn 0.2981 -0.3223 0.8985</w:t>
        <w:br/>
        <w:t>vn 0.4248 0.3077 0.8514</w:t>
        <w:br/>
        <w:t>vn 0.4211 0.5876 0.6909</w:t>
        <w:br/>
        <w:t>vn 0.6355 -0.5043 0.5847</w:t>
        <w:br/>
        <w:t>vn 0.7601 -0.5820 0.2892</w:t>
        <w:br/>
        <w:t>vn 0.4406 -0.3710 0.8174</w:t>
        <w:br/>
        <w:t>vn 0.6889 -0.5658 0.4530</w:t>
        <w:br/>
        <w:t>vn 0.7383 -0.5699 0.3607</w:t>
        <w:br/>
        <w:t>vn 0.6214 -0.4443 0.6453</w:t>
        <w:br/>
        <w:t>vn 0.5926 -0.4341 0.6785</w:t>
        <w:br/>
        <w:t>vn 0.4362 -0.2698 0.8584</w:t>
        <w:br/>
        <w:t>vn 0.4506 -0.2688 0.8513</w:t>
        <w:br/>
        <w:t>vn 0.5837 -0.4348 0.6858</w:t>
        <w:br/>
        <w:t>vn 0.1794 -0.7820 0.5969</w:t>
        <w:br/>
        <w:t>vn 0.1536 -0.6233 0.7667</w:t>
        <w:br/>
        <w:t>vn 0.1767 -0.7320 0.6580</w:t>
        <w:br/>
        <w:t>vn 0.1979 -0.8560 0.4776</w:t>
        <w:br/>
        <w:t>vn 0.2136 -0.0730 0.9742</w:t>
        <w:br/>
        <w:t>vn 0.1752 0.4162 0.8922</w:t>
        <w:br/>
        <w:t>vn 0.2011 -0.6786 0.7065</w:t>
        <w:br/>
        <w:t>vn -0.0352 0.4711 0.8814</w:t>
        <w:br/>
        <w:t>vn -0.0352 0.4712 0.8813</w:t>
        <w:br/>
        <w:t>vn -0.2482 0.4295 0.8683</w:t>
        <w:br/>
        <w:t>vn -0.2482 0.4294 0.8683</w:t>
        <w:br/>
        <w:t>vn 0.2802 -0.8645 0.4173</w:t>
        <w:br/>
        <w:t>vn 0.2348 -0.7934 0.5616</w:t>
        <w:br/>
        <w:t>vn 0.2506 -0.8199 0.5148</w:t>
        <w:br/>
        <w:t>vn 0.3046 -0.8648 0.3992</w:t>
        <w:br/>
        <w:t>vn -0.4083 0.3495 0.8433</w:t>
        <w:br/>
        <w:t>vn 0.2095 -0.9386 0.2741</w:t>
        <w:br/>
        <w:t>vn 0.3177 -0.9114 0.2614</w:t>
        <w:br/>
        <w:t>vn 0.3531 -0.8939 0.2762</w:t>
        <w:br/>
        <w:t>vn -0.4627 0.0870 0.8823</w:t>
        <w:br/>
        <w:t>vn -0.4627 0.0871 0.8822</w:t>
        <w:br/>
        <w:t>vn 0.0866 -0.7462 0.6600</w:t>
        <w:br/>
        <w:t>vn 0.1014 -0.7556 0.6472</w:t>
        <w:br/>
        <w:t>vn 0.3757 -0.8765 0.3010</w:t>
        <w:br/>
        <w:t>vn -0.3215 -0.3240 0.8897</w:t>
        <w:br/>
        <w:t>vn 0.1710 0.6926 0.7008</w:t>
        <w:br/>
        <w:t>vn 0.4037 -0.8724 0.2757</w:t>
        <w:br/>
        <w:t>vn 0.3663 -0.7848 0.4999</w:t>
        <w:br/>
        <w:t>vn 0.5065 -0.6991 0.5047</w:t>
        <w:br/>
        <w:t>vn 0.3055 -0.8226 0.4796</w:t>
        <w:br/>
        <w:t>vn 0.2693 -0.8272 0.4932</w:t>
        <w:br/>
        <w:t>vn 0.1880 -0.7689 0.6111</w:t>
        <w:br/>
        <w:t>vn 0.2058 -0.7730 0.6001</w:t>
        <w:br/>
        <w:t>vn 0.3249 -0.9094 0.2597</w:t>
        <w:br/>
        <w:t>vn 0.1440 -0.8517 0.5039</w:t>
        <w:br/>
        <w:t>vn -0.7326 0.4021 0.5493</w:t>
        <w:br/>
        <w:t>vn -0.7326 0.4021 0.5492</w:t>
        <w:br/>
        <w:t>vn -0.6769 0.4809 0.5572</w:t>
        <w:br/>
        <w:t>vn -0.7371 0.2389 0.6321</w:t>
        <w:br/>
        <w:t>vn -0.7612 0.0455 0.6470</w:t>
        <w:br/>
        <w:t>vn -0.7612 0.0455 0.6469</w:t>
        <w:br/>
        <w:t>vn 0.1221 -0.8452 0.5202</w:t>
        <w:br/>
        <w:t>vn -0.6298 0.4991 0.5952</w:t>
        <w:br/>
        <w:t>vn 0.3500 -0.8727 0.3405</w:t>
        <w:br/>
        <w:t>vn 0.3225 -0.8568 0.4023</w:t>
        <w:br/>
        <w:t>vn -0.1326 -0.9521 0.2755</w:t>
        <w:br/>
        <w:t>vn 0.5442 0.2762 0.7922</w:t>
        <w:br/>
        <w:t>vn 0.5443 0.2762 0.7921</w:t>
        <w:br/>
        <w:t>vn 0.4688 0.7027 0.5352</w:t>
        <w:br/>
        <w:t>vn 0.5166 0.2638 0.8146</w:t>
        <w:br/>
        <w:t>vn 0.5165 0.2638 0.8146</w:t>
        <w:br/>
        <w:t>vn 0.8312 -0.3950 -0.3912</w:t>
        <w:br/>
        <w:t>vn 0.8289 -0.3990 -0.3921</w:t>
        <w:br/>
        <w:t>vn 0.8530 -0.4037 -0.3309</w:t>
        <w:br/>
        <w:t>vn 0.0389 0.9943 -0.0996</w:t>
        <w:br/>
        <w:t>vn 0.2122 0.9756 0.0565</w:t>
        <w:br/>
        <w:t>vn 0.0389 0.9943 -0.0997</w:t>
        <w:br/>
        <w:t>vn 0.3342 0.9246 -0.1828</w:t>
        <w:br/>
        <w:t>vn 0.7001 0.6306 0.3351</w:t>
        <w:br/>
        <w:t>vn 0.6233 0.7401 0.2523</w:t>
        <w:br/>
        <w:t>vn 0.3342 0.9246 -0.1829</w:t>
        <w:br/>
        <w:t>vn -0.4303 0.4771 0.7663</w:t>
        <w:br/>
        <w:t>vn -0.4050 0.4688 0.7849</w:t>
        <w:br/>
        <w:t>vn -0.4050 0.4688 0.7850</w:t>
        <w:br/>
        <w:t>vn -0.4303 0.4770 0.7663</w:t>
        <w:br/>
        <w:t>vn 0.3248 -0.9094 0.2597</w:t>
        <w:br/>
        <w:t>vn 0.4389 -0.8218 -0.3635</w:t>
        <w:br/>
        <w:t>vn 0.4795 -0.8274 -0.2924</w:t>
        <w:br/>
        <w:t>vn 0.4793 -0.8275 -0.2924</w:t>
        <w:br/>
        <w:t>vn 0.1142 0.9051 -0.4096</w:t>
        <w:br/>
        <w:t>vn -0.0420 0.8557 -0.5157</w:t>
        <w:br/>
        <w:t>vn 0.1142 0.9051 -0.4097</w:t>
        <w:br/>
        <w:t>vn 0.5991 -0.7832 -0.1666</w:t>
        <w:br/>
        <w:t>vn 0.5991 -0.7832 -0.1665</w:t>
        <w:br/>
        <w:t>vn -0.4380 0.4955 0.7501</w:t>
        <w:br/>
        <w:t>vn -0.4206 0.5060 0.7530</w:t>
        <w:br/>
        <w:t>vn 0.6744 -0.7298 -0.1121</w:t>
        <w:br/>
        <w:t>vn 0.1218 -0.8802 0.4587</w:t>
        <w:br/>
        <w:t>vn 0.0258 -0.9431 0.3315</w:t>
        <w:br/>
        <w:t>vn 0.8523 -0.4186 -0.3136</w:t>
        <w:br/>
        <w:t>vn -0.0701 0.9834 -0.1672</w:t>
        <w:br/>
        <w:t>vn 0.4212 0.5876 0.6909</w:t>
        <w:br/>
        <w:t>vn 0.4689 0.7026 0.5352</w:t>
        <w:br/>
        <w:t>vn 0.8159 -0.4038 -0.4139</w:t>
        <w:br/>
        <w:t>vn 0.8242 -0.4068 -0.3939</w:t>
        <w:br/>
        <w:t>vn 0.2935 -0.8368 0.4622</w:t>
        <w:br/>
        <w:t>vn -0.1127 -0.8801 0.4611</w:t>
        <w:br/>
        <w:t>vn -0.0150 -0.9525 0.3041</w:t>
        <w:br/>
        <w:t>vn -0.0185 -0.9617 0.2735</w:t>
        <w:br/>
        <w:t>vn -0.1056 -0.8854 0.4527</w:t>
        <w:br/>
        <w:t>vn -0.0881 -0.9673 0.2379</w:t>
        <w:br/>
        <w:t>vn -0.1484 -0.8925 0.4260</w:t>
        <w:br/>
        <w:t>vn -0.1873 -0.9532 0.2373</w:t>
        <w:br/>
        <w:t>vn -0.1954 -0.8893 0.4135</w:t>
        <w:br/>
        <w:t>vn -0.2366 -0.8769 0.4185</w:t>
        <w:br/>
        <w:t>vn -0.2479 -0.9270 0.2815</w:t>
        <w:br/>
        <w:t>vn 0.4893 0.2759 0.8273</w:t>
        <w:br/>
        <w:t>vn 0.4252 0.2332 0.8745</w:t>
        <w:br/>
        <w:t>vn -0.2921 -0.9019 0.3183</w:t>
        <w:br/>
        <w:t>vn -0.2820 -0.8685 0.4076</w:t>
        <w:br/>
        <w:t>vn -0.3964 -0.8053 0.4408</w:t>
        <w:br/>
        <w:t>vn -0.3430 -0.8366 0.4271</w:t>
        <w:br/>
        <w:t>vn -0.3789 -0.8471 0.3727</w:t>
        <w:br/>
        <w:t>vn -0.4246 -0.8220 0.3795</w:t>
        <w:br/>
        <w:t>vn 0.6880 0.3765 0.6205</w:t>
        <w:br/>
        <w:t>vn 0.6187 0.3813 0.6870</w:t>
        <w:br/>
        <w:t>vn -0.5573 -0.7570 0.3410</w:t>
        <w:br/>
        <w:t>vn -0.5341 -0.7311 0.4246</w:t>
        <w:br/>
        <w:t>vn 0.7508 0.4292 0.5021</w:t>
        <w:br/>
        <w:t>vn -0.0127 -0.9432 0.3320</w:t>
        <w:br/>
        <w:t>vn -0.1104 -0.8894 0.4436</w:t>
        <w:br/>
        <w:t>vn -0.0795 -0.9024 0.4236</w:t>
        <w:br/>
        <w:t>vn 0.0639 -0.9524 0.2980</w:t>
        <w:br/>
        <w:t>vn -0.7319 0.4260 0.5319</w:t>
        <w:br/>
        <w:t>vn -0.6233 0.7401 0.2524</w:t>
        <w:br/>
        <w:t>vn -0.7755 0.4142 0.4765</w:t>
        <w:br/>
        <w:t>vn -0.4438 -0.8587 0.2563</w:t>
        <w:br/>
        <w:t>vn -0.5054 -0.8276 0.2444</w:t>
        <w:br/>
        <w:t>vn -0.4035 -0.8016 0.4412</w:t>
        <w:br/>
        <w:t>vn -0.6397 0.4383 0.6315</w:t>
        <w:br/>
        <w:t>vn -0.6397 0.4382 0.6314</w:t>
        <w:br/>
        <w:t>vn -0.7643 0.4087 0.4989</w:t>
        <w:br/>
        <w:t>vn -0.7000 0.6306 0.3351</w:t>
        <w:br/>
        <w:t>vn -0.2859 0.6469 0.7070</w:t>
        <w:br/>
        <w:t>vn -0.4849 0.5286 0.6968</w:t>
        <w:br/>
        <w:t>vn -0.4848 0.5286 0.6968</w:t>
        <w:br/>
        <w:t>vn -0.4100 -0.8731 0.2638</w:t>
        <w:br/>
        <w:t>vn -0.4261 -0.8688 0.2523</w:t>
        <w:br/>
        <w:t>vn 0.7620 0.4676 0.4481</w:t>
        <w:br/>
        <w:t>vn -0.6183 -0.6708 0.4095</w:t>
        <w:br/>
        <w:t>vn 0.8227 -0.1910 0.5355</w:t>
        <w:br/>
        <w:t>vn 0.8096 -0.1171 0.5752</w:t>
        <w:br/>
        <w:t>vn 0.8096 -0.1170 0.5752</w:t>
        <w:br/>
        <w:t>vn -0.4978 -0.7182 0.4863</w:t>
        <w:br/>
        <w:t>vn -0.5819 -0.6213 0.5247</w:t>
        <w:br/>
        <w:t>vn -0.3749 -0.5460 0.7492</w:t>
        <w:br/>
        <w:t>vn -0.2890 -0.6506 0.7023</w:t>
        <w:br/>
        <w:t>vn -0.6595 -0.7175 0.2240</w:t>
        <w:br/>
        <w:t>vn -0.7309 -0.6352 0.2496</w:t>
        <w:br/>
        <w:t>vn 0.5035 0.5796 0.6407</w:t>
        <w:br/>
        <w:t>vn 0.5036 0.5796 0.6407</w:t>
        <w:br/>
        <w:t>vn 0.4536 0.5844 0.6728</w:t>
        <w:br/>
        <w:t>vn 0.4537 0.5845 0.6727</w:t>
        <w:br/>
        <w:t>vn -0.7635 -0.5061 -0.4012</w:t>
        <w:br/>
        <w:t>vn -0.7853 -0.4827 -0.3876</w:t>
        <w:br/>
        <w:t>vn -0.1440 -0.8517 0.5038</w:t>
        <w:br/>
        <w:t>vn -0.1503 -0.8385 0.5237</w:t>
        <w:br/>
        <w:t>vn -0.1082 -0.8645 0.4908</w:t>
        <w:br/>
        <w:t>vn 0.5515 0.6038 0.5756</w:t>
        <w:br/>
        <w:t>vn -0.8287 -0.4547 -0.3264</w:t>
        <w:br/>
        <w:t>vn -0.8287 -0.4547 -0.3265</w:t>
        <w:br/>
        <w:t>vn -0.3371 -0.7378 0.5848</w:t>
        <w:br/>
        <w:t>vn 0.5829 0.6471 0.4913</w:t>
        <w:br/>
        <w:t>vn 0.5618 0.8272 -0.0053</w:t>
        <w:br/>
        <w:t>vn 0.6544 0.7539 -0.0585</w:t>
        <w:br/>
        <w:t>vn -0.8463 -0.4720 -0.2470</w:t>
        <w:br/>
        <w:t>vn -0.8065 -0.5652 0.1735</w:t>
        <w:br/>
        <w:t>vn -0.8501 -0.4998 0.1658</w:t>
        <w:br/>
        <w:t>vn -0.6117 -0.5516 0.5671</w:t>
        <w:br/>
        <w:t>vn -0.3104 0.3655 0.8776</w:t>
        <w:br/>
        <w:t>vn -0.4211 0.5876 0.6909</w:t>
        <w:br/>
        <w:t>vn -0.4248 0.3077 0.8514</w:t>
        <w:br/>
        <w:t>vn -0.2981 -0.3223 0.8985</w:t>
        <w:br/>
        <w:t>vn -0.7601 -0.5820 0.2892</w:t>
        <w:br/>
        <w:t>vn -0.6355 -0.5043 0.5846</w:t>
        <w:br/>
        <w:t>vn -0.4406 -0.3710 0.8175</w:t>
        <w:br/>
        <w:t>vn -0.6889 -0.5657 0.4531</w:t>
        <w:br/>
        <w:t>vn -0.5927 -0.4340 0.6785</w:t>
        <w:br/>
        <w:t>vn -0.6214 -0.4443 0.6453</w:t>
        <w:br/>
        <w:t>vn -0.7383 -0.5699 0.3609</w:t>
        <w:br/>
        <w:t>vn -0.4506 -0.2689 0.8513</w:t>
        <w:br/>
        <w:t>vn -0.4362 -0.2698 0.8584</w:t>
        <w:br/>
        <w:t>vn -0.5836 -0.4347 0.6859</w:t>
        <w:br/>
        <w:t>vn -0.1794 -0.7821 0.5968</w:t>
        <w:br/>
        <w:t>vn -0.1979 -0.8560 0.4776</w:t>
        <w:br/>
        <w:t>vn -0.1767 -0.7320 0.6580</w:t>
        <w:br/>
        <w:t>vn -0.1536 -0.6234 0.7667</w:t>
        <w:br/>
        <w:t>vn -0.2136 -0.0730 0.9742</w:t>
        <w:br/>
        <w:t>vn -0.1752 0.4162 0.8922</w:t>
        <w:br/>
        <w:t>vn -0.2011 -0.6786 0.7065</w:t>
        <w:br/>
        <w:t>vn 0.0352 0.4712 0.8813</w:t>
        <w:br/>
        <w:t>vn 0.2482 0.4294 0.8683</w:t>
        <w:br/>
        <w:t>vn 0.2482 0.4295 0.8683</w:t>
        <w:br/>
        <w:t>vn -0.2802 -0.8645 0.4172</w:t>
        <w:br/>
        <w:t>vn -0.3046 -0.8649 0.3990</w:t>
        <w:br/>
        <w:t>vn -0.2506 -0.8200 0.5145</w:t>
        <w:br/>
        <w:t>vn -0.2349 -0.7935 0.5614</w:t>
        <w:br/>
        <w:t>vn 0.4082 0.3494 0.8434</w:t>
        <w:br/>
        <w:t>vn 0.4081 0.3493 0.8434</w:t>
        <w:br/>
        <w:t>vn -0.2095 -0.9386 0.2742</w:t>
        <w:br/>
        <w:t>vn -0.3177 -0.9115 0.2614</w:t>
        <w:br/>
        <w:t>vn -0.3530 -0.8939 0.2762</w:t>
        <w:br/>
        <w:t>vn 0.4627 0.0871 0.8822</w:t>
        <w:br/>
        <w:t>vn 0.4628 0.0871 0.8822</w:t>
        <w:br/>
        <w:t>vn -0.0864 -0.7462 0.6601</w:t>
        <w:br/>
        <w:t>vn -0.3759 -0.8764 0.3010</w:t>
        <w:br/>
        <w:t>vn -0.1014 -0.7556 0.6472</w:t>
        <w:br/>
        <w:t>vn 0.3219 -0.3236 0.8897</w:t>
        <w:br/>
        <w:t>vn -0.1709 0.6925 0.7009</w:t>
        <w:br/>
        <w:t>vn -0.4037 -0.8724 0.2757</w:t>
        <w:br/>
        <w:t>vn -0.5065 -0.6991 0.5047</w:t>
        <w:br/>
        <w:t>vn -0.3663 -0.7847 0.5000</w:t>
        <w:br/>
        <w:t>vn -0.3055 -0.8225 0.4797</w:t>
        <w:br/>
        <w:t>vn -0.2693 -0.8272 0.4931</w:t>
        <w:br/>
        <w:t>vn -0.1880 -0.7689 0.6112</w:t>
        <w:br/>
        <w:t>vn -0.2058 -0.7730 0.6001</w:t>
        <w:br/>
        <w:t>vn -0.1441 -0.8517 0.5038</w:t>
        <w:br/>
        <w:t>vn -0.3249 -0.9094 0.2596</w:t>
        <w:br/>
        <w:t>vn 0.7325 0.4021 0.5493</w:t>
        <w:br/>
        <w:t>vn 0.6771 0.4809 0.5570</w:t>
        <w:br/>
        <w:t>vn 0.7371 0.2389 0.6321</w:t>
        <w:br/>
        <w:t>vn 0.7612 0.0456 0.6469</w:t>
        <w:br/>
        <w:t>vn 0.7612 0.0455 0.6469</w:t>
        <w:br/>
        <w:t>vn -0.1222 -0.8452 0.5202</w:t>
        <w:br/>
        <w:t>vn 0.6297 0.4989 0.5955</w:t>
        <w:br/>
        <w:t>vn -0.3225 -0.8568 0.4024</w:t>
        <w:br/>
        <w:t>vn -0.3500 -0.8726 0.3406</w:t>
        <w:br/>
        <w:t>vn 0.5769 0.3594 0.7335</w:t>
        <w:br/>
        <w:t>vn 0.1327 -0.9521 0.2755</w:t>
        <w:br/>
        <w:t>vn -0.5443 0.2762 0.7921</w:t>
        <w:br/>
        <w:t>vn -0.5166 0.2638 0.8146</w:t>
        <w:br/>
        <w:t>vn -0.4688 0.7027 0.5352</w:t>
        <w:br/>
        <w:t>vn 0.6923 0.0968 0.7150</w:t>
        <w:br/>
        <w:t>vn 0.6923 0.0968 0.7151</w:t>
        <w:br/>
        <w:t>vn 0.7528 -0.0037 0.6582</w:t>
        <w:br/>
        <w:t>vn -0.7755 0.4143 0.4765</w:t>
        <w:br/>
        <w:t>vn 0.4303 0.4771 0.7663</w:t>
        <w:br/>
        <w:t>vn 0.4303 0.4770 0.7664</w:t>
        <w:br/>
        <w:t>vn 0.4050 0.4688 0.7850</w:t>
        <w:br/>
        <w:t>vn 0.4050 0.4689 0.7849</w:t>
        <w:br/>
        <w:t>vn 0.4380 0.4955 0.7501</w:t>
        <w:br/>
        <w:t>vn 0.4207 0.5060 0.7530</w:t>
        <w:br/>
        <w:t>vn -0.1504 -0.8385 0.5238</w:t>
        <w:br/>
        <w:t>vn -0.1218 -0.8802 0.4586</w:t>
        <w:br/>
        <w:t>vn -0.0258 -0.9431 0.3314</w:t>
        <w:br/>
        <w:t>vn 0.6318 0.1973 0.7496</w:t>
        <w:br/>
        <w:t>vn 0.7629 -0.0022 0.6465</w:t>
        <w:br/>
        <w:t>vn 0.7630 -0.0022 0.6465</w:t>
        <w:br/>
        <w:t>vn -0.2935 -0.8368 0.4622</w:t>
        <w:br/>
        <w:t>vn 0.1367 0.8805 0.4539</w:t>
        <w:br/>
        <w:t>vn 0.1234 0.8557 0.5025</w:t>
        <w:br/>
        <w:t>vn 0.1234 0.8557 0.5026</w:t>
        <w:br/>
        <w:t>vn 0.1367 0.8806 0.4538</w:t>
        <w:br/>
        <w:t>vn 0.1880 0.7202 0.6678</w:t>
        <w:br/>
        <w:t>vn 0.2017 0.6965 0.6886</w:t>
        <w:br/>
        <w:t>vn -0.0019 -0.5782 0.8159</w:t>
        <w:br/>
        <w:t>vn 0.0069 -0.6048 0.7964</w:t>
        <w:br/>
        <w:t>vn 0.0069 -0.6047 0.7964</w:t>
        <w:br/>
        <w:t>vn 0.0578 -0.6321 0.7728</w:t>
        <w:br/>
        <w:t>vn 0.1501 0.8818 0.4471</w:t>
        <w:br/>
        <w:t>vn 0.1489 0.7889 0.5962</w:t>
        <w:br/>
        <w:t>vn 0.1490 0.7889 0.5962</w:t>
        <w:br/>
        <w:t>vn 0.3055 -0.5327 0.7892</w:t>
        <w:br/>
        <w:t>vn 0.2613 -0.5481 0.7946</w:t>
        <w:br/>
        <w:t>vn 0.2613 -0.5481 0.7945</w:t>
        <w:br/>
        <w:t>vn 0.1585 -0.5983 0.7854</w:t>
        <w:br/>
        <w:t>vn 0.1585 -0.5984 0.7853</w:t>
        <w:br/>
        <w:t>vn -0.1368 0.8808 0.4534</w:t>
        <w:br/>
        <w:t>vn -0.1368 0.8808 0.4532</w:t>
        <w:br/>
        <w:t>vn -0.1234 0.8556 0.5027</w:t>
        <w:br/>
        <w:t>vn -0.1235 0.8556 0.5027</w:t>
        <w:br/>
        <w:t>vn -0.1880 0.7202 0.6678</w:t>
        <w:br/>
        <w:t>vn -0.2017 0.6965 0.6886</w:t>
        <w:br/>
        <w:t>vn 0.0019 -0.5780 0.8160</w:t>
        <w:br/>
        <w:t>vn -0.0070 -0.6048 0.7963</w:t>
        <w:br/>
        <w:t>vn -0.0578 -0.6318 0.7729</w:t>
        <w:br/>
        <w:t>vn -0.0578 -0.6319 0.7729</w:t>
        <w:br/>
        <w:t>vn -0.1502 0.8820 0.4466</w:t>
        <w:br/>
        <w:t>vn -0.1490 0.7889 0.5962</w:t>
        <w:br/>
        <w:t>vn -0.3054 -0.5326 0.7893</w:t>
        <w:br/>
        <w:t>vn -0.2613 -0.5480 0.7946</w:t>
        <w:br/>
        <w:t>vn -0.1586 -0.5985 0.7852</w:t>
        <w:br/>
        <w:t>vn -0.2485 -0.6171 0.7466</w:t>
        <w:br/>
        <w:t>vn -0.2664 -0.6352 0.7249</w:t>
        <w:br/>
        <w:t>vn -0.2407 -0.5822 0.7766</w:t>
        <w:br/>
        <w:t>vn -0.2555 -0.6251 0.7375</w:t>
        <w:br/>
        <w:t>vn -0.2330 -0.5814 0.7795</w:t>
        <w:br/>
        <w:t>vn -0.3007 -0.7374 0.6048</w:t>
        <w:br/>
        <w:t>vn -0.2983 -0.6956 0.6536</w:t>
        <w:br/>
        <w:t>vn -0.2803 0.1573 0.9469</w:t>
        <w:br/>
        <w:t>vn -0.1726 -0.3330 0.9270</w:t>
        <w:br/>
        <w:t>vn 0.1719 -0.3310 0.9278</w:t>
        <w:br/>
        <w:t>vn 0.2786 0.1613 0.9468</w:t>
        <w:br/>
        <w:t>vn 0.5765 -0.0257 -0.8167</w:t>
        <w:br/>
        <w:t>vn 0.6796 0.1126 -0.7249</w:t>
        <w:br/>
        <w:t>vn 0.6795 0.1126 -0.7249</w:t>
        <w:br/>
        <w:t>vn 0.3993 -0.1980 -0.8952</w:t>
        <w:br/>
        <w:t>vn 0.6839 0.1326 -0.7175</w:t>
        <w:br/>
        <w:t>vn 0.3356 -0.2515 -0.9078</w:t>
        <w:br/>
        <w:t>vn 0.3359 -0.2513 -0.9078</w:t>
        <w:br/>
        <w:t>vn 0.5735 -0.0667 -0.8165</w:t>
        <w:br/>
        <w:t>vn 0.3536 -0.1693 -0.9200</w:t>
        <w:br/>
        <w:t>vn 0.3535 -0.1693 -0.9200</w:t>
        <w:br/>
        <w:t>vn 0.1255 -0.2652 -0.9560</w:t>
        <w:br/>
        <w:t>vn 0.1254 -0.2652 -0.9560</w:t>
        <w:br/>
        <w:t>vn 0.0045 -0.3036 -0.9528</w:t>
        <w:br/>
        <w:t>vn 0.0045 -0.3035 -0.9528</w:t>
        <w:br/>
        <w:t>vn 0.6783 -0.0186 -0.7346</w:t>
        <w:br/>
        <w:t>vn -0.2892 0.5930 -0.7515</w:t>
        <w:br/>
        <w:t>vn -0.3397 0.5669 -0.7505</w:t>
        <w:br/>
        <w:t>vn -0.3396 0.5669 -0.7505</w:t>
        <w:br/>
        <w:t>vn -0.2356 0.7377 -0.6326</w:t>
        <w:br/>
        <w:t>vn -0.2403 0.6284 -0.7398</w:t>
        <w:br/>
        <w:t>vn -0.2220 0.6428 -0.7332</w:t>
        <w:br/>
        <w:t>vn -0.2493 0.7804 -0.5735</w:t>
        <w:br/>
        <w:t>vn -0.3107 0.6576 -0.6863</w:t>
        <w:br/>
        <w:t>vn -0.2888 0.7234 -0.6271</w:t>
        <w:br/>
        <w:t>vn -0.3142 0.7200 -0.6188</w:t>
        <w:br/>
        <w:t>vn -0.3567 0.7254 -0.5887</w:t>
        <w:br/>
        <w:t>vn -0.2441 0.6844 -0.6871</w:t>
        <w:br/>
        <w:t>vn -0.2305 0.5874 -0.7758</w:t>
        <w:br/>
        <w:t>vn -0.2304 0.5874 -0.7758</w:t>
        <w:br/>
        <w:t>vn -0.2441 0.6844 -0.6870</w:t>
        <w:br/>
        <w:t>vn -0.3024 0.3447 -0.8887</w:t>
        <w:br/>
        <w:t>vn -0.5337 0.4878 -0.6908</w:t>
        <w:br/>
        <w:t>vn -0.3680 0.7194 -0.5891</w:t>
        <w:br/>
        <w:t>vn -0.5934 0.4784 -0.6474</w:t>
        <w:br/>
        <w:t>vn -0.4330 0.5253 -0.7325</w:t>
        <w:br/>
        <w:t>vn -0.2896 0.7366 -0.6112</w:t>
        <w:br/>
        <w:t>vn -0.5221 0.4594 -0.7186</w:t>
        <w:br/>
        <w:t>vn -0.5655 0.4283 -0.7048</w:t>
        <w:br/>
        <w:t>vn -0.5184 0.3153 -0.7949</w:t>
        <w:br/>
        <w:t>vn -0.4920 0.3848 -0.7810</w:t>
        <w:br/>
        <w:t>vn -0.4703 0.2383 -0.8497</w:t>
        <w:br/>
        <w:t>vn -0.3566 0.2262 -0.9065</w:t>
        <w:br/>
        <w:t>vn -0.3567 0.2262 -0.9064</w:t>
        <w:br/>
        <w:t>vn -0.3765 0.1733 -0.9101</w:t>
        <w:br/>
        <w:t>vn 0.0109 0.9592 -0.2827</w:t>
        <w:br/>
        <w:t>vn -0.1331 0.9042 -0.4057</w:t>
        <w:br/>
        <w:t>vn -0.5618 0.8273 -0.0056</w:t>
        <w:br/>
        <w:t>vn -0.6544 0.7538 -0.0590</w:t>
        <w:br/>
        <w:t>vn -0.3791 0.7729 -0.5088</w:t>
        <w:br/>
        <w:t>vn -0.4570 0.4947 -0.7392</w:t>
        <w:br/>
        <w:t>vn -0.5219 0.3856 -0.7609</w:t>
        <w:br/>
        <w:t>vn -0.4929 0.4308 -0.7560</w:t>
        <w:br/>
        <w:t>vn -0.4973 0.1538 -0.8538</w:t>
        <w:br/>
        <w:t>vn -0.4960 0.1084 -0.8615</w:t>
        <w:br/>
        <w:t>vn -0.4960 0.1081 -0.8615</w:t>
        <w:br/>
        <w:t>vn -0.5299 0.2471 -0.8112</w:t>
        <w:br/>
        <w:t>vn -0.5300 0.2471 -0.8112</w:t>
        <w:br/>
        <w:t>vn -0.5000 0.1065 -0.8595</w:t>
        <w:br/>
        <w:t>vn -0.3394 0.7161 -0.6100</w:t>
        <w:br/>
        <w:t>vn -0.3972 0.7817 -0.4808</w:t>
        <w:br/>
        <w:t>vn -0.2318 0.7505 -0.6189</w:t>
        <w:br/>
        <w:t>vn -0.2317 0.7505 -0.6190</w:t>
        <w:br/>
        <w:t>vn -0.2653 0.8829 -0.3875</w:t>
        <w:br/>
        <w:t>vn -0.2850 0.7759 -0.5628</w:t>
        <w:br/>
        <w:t>vn -0.3192 0.7854 -0.5303</w:t>
        <w:br/>
        <w:t>vn -0.3193 0.7854 -0.5303</w:t>
        <w:br/>
        <w:t>vn -0.3267 0.7913 -0.5168</w:t>
        <w:br/>
        <w:t>vn -0.2884 0.2294 -0.9296</w:t>
        <w:br/>
        <w:t>vn -0.2222 0.7352 -0.6404</w:t>
        <w:br/>
        <w:t>vn 0.2892 0.5930 -0.7515</w:t>
        <w:br/>
        <w:t>vn 0.3396 0.5669 -0.7505</w:t>
        <w:br/>
        <w:t>vn 0.3397 0.5669 -0.7505</w:t>
        <w:br/>
        <w:t>vn 0.2356 0.7378 -0.6326</w:t>
        <w:br/>
        <w:t>vn 0.2403 0.6284 -0.7398</w:t>
        <w:br/>
        <w:t>vn 0.2493 0.7804 -0.5735</w:t>
        <w:br/>
        <w:t>vn 0.2220 0.6427 -0.7332</w:t>
        <w:br/>
        <w:t>vn 0.3107 0.6576 -0.6863</w:t>
        <w:br/>
        <w:t>vn 0.3568 0.7254 -0.5886</w:t>
        <w:br/>
        <w:t>vn 0.3141 0.7200 -0.6188</w:t>
        <w:br/>
        <w:t>vn 0.2888 0.7234 -0.6272</w:t>
        <w:br/>
        <w:t>vn 0.2441 0.6844 -0.6870</w:t>
        <w:br/>
        <w:t>vn 0.2441 0.6844 -0.6871</w:t>
        <w:br/>
        <w:t>vn 0.2305 0.5873 -0.7758</w:t>
        <w:br/>
        <w:t>vn 0.2305 0.5874 -0.7758</w:t>
        <w:br/>
        <w:t>vn 0.3024 0.3447 -0.8887</w:t>
        <w:br/>
        <w:t>vn 0.5337 0.4878 -0.6908</w:t>
        <w:br/>
        <w:t>vn 0.5934 0.4784 -0.6473</w:t>
        <w:br/>
        <w:t>vn 0.3680 0.7194 -0.5891</w:t>
        <w:br/>
        <w:t>vn 0.2896 0.7366 -0.6112</w:t>
        <w:br/>
        <w:t>vn 0.4330 0.5253 -0.7325</w:t>
        <w:br/>
        <w:t>vn 0.5221 0.4594 -0.7186</w:t>
        <w:br/>
        <w:t>vn 0.4920 0.3848 -0.7809</w:t>
        <w:br/>
        <w:t>vn 0.5184 0.3153 -0.7949</w:t>
        <w:br/>
        <w:t>vn 0.5656 0.4283 -0.7048</w:t>
        <w:br/>
        <w:t>vn 0.4703 0.2383 -0.8497</w:t>
        <w:br/>
        <w:t>vn 0.3566 0.2261 -0.9065</w:t>
        <w:br/>
        <w:t>vn 0.3567 0.2261 -0.9065</w:t>
        <w:br/>
        <w:t>vn 0.3765 0.1733 -0.9100</w:t>
        <w:br/>
        <w:t>vn -0.0109 0.9592 -0.2827</w:t>
        <w:br/>
        <w:t>vn -0.0108 0.9591 -0.2827</w:t>
        <w:br/>
        <w:t>vn 0.1331 0.9042 -0.4058</w:t>
        <w:br/>
        <w:t>vn 0.1331 0.9043 -0.4057</w:t>
        <w:br/>
        <w:t>vn 0.5618 0.8273 -0.0055</w:t>
        <w:br/>
        <w:t>vn 0.3790 0.7729 -0.5088</w:t>
        <w:br/>
        <w:t>vn 0.6544 0.7538 -0.0590</w:t>
        <w:br/>
        <w:t>vn 0.4571 0.4947 -0.7392</w:t>
        <w:br/>
        <w:t>vn 0.4929 0.4308 -0.7560</w:t>
        <w:br/>
        <w:t>vn 0.5220 0.3856 -0.7609</w:t>
        <w:br/>
        <w:t>vn 0.4973 0.1537 -0.8538</w:t>
        <w:br/>
        <w:t>vn 0.4960 0.1081 -0.8615</w:t>
        <w:br/>
        <w:t>vn 0.4960 0.1080 -0.8616</w:t>
        <w:br/>
        <w:t>vn 0.4973 0.1538 -0.8538</w:t>
        <w:br/>
        <w:t>vn 0.5299 0.2471 -0.8112</w:t>
        <w:br/>
        <w:t>vn 0.5300 0.2471 -0.8112</w:t>
        <w:br/>
        <w:t>vn 0.5000 0.1065 -0.8595</w:t>
        <w:br/>
        <w:t>vn 0.3394 0.7161 -0.6100</w:t>
        <w:br/>
        <w:t>vn 0.3973 0.7817 -0.4807</w:t>
        <w:br/>
        <w:t>vn 0.2317 0.7505 -0.6189</w:t>
        <w:br/>
        <w:t>vn 0.2317 0.7505 -0.6190</w:t>
        <w:br/>
        <w:t>vn 0.2653 0.8829 -0.3876</w:t>
        <w:br/>
        <w:t>vn 0.2850 0.7759 -0.5628</w:t>
        <w:br/>
        <w:t>vn 0.3193 0.7854 -0.5303</w:t>
        <w:br/>
        <w:t>vn 0.3267 0.7913 -0.5168</w:t>
        <w:br/>
        <w:t>vn 0.2884 0.2294 -0.9296</w:t>
        <w:br/>
        <w:t>vn -0.8312 -0.3950 -0.3912</w:t>
        <w:br/>
        <w:t>vn -0.8530 -0.4037 -0.3309</w:t>
        <w:br/>
        <w:t>vn -0.8530 -0.4037 -0.3308</w:t>
        <w:br/>
        <w:t>vn -0.8289 -0.3990 -0.3921</w:t>
        <w:br/>
        <w:t>vn -0.2122 0.9756 0.0566</w:t>
        <w:br/>
        <w:t>vn -0.2122 0.9756 0.0565</w:t>
        <w:br/>
        <w:t>vn -0.0389 0.9943 -0.0994</w:t>
        <w:br/>
        <w:t>vn -0.0389 0.9943 -0.0993</w:t>
        <w:br/>
        <w:t>vn -0.3342 0.9246 -0.1828</w:t>
        <w:br/>
        <w:t>vn -0.3342 0.9246 -0.1827</w:t>
        <w:br/>
        <w:t>vn -0.7001 0.6306 0.3350</w:t>
        <w:br/>
        <w:t>vn -0.3248 -0.9094 0.2597</w:t>
        <w:br/>
        <w:t>vn -0.4793 -0.8275 -0.2924</w:t>
        <w:br/>
        <w:t>vn -0.4794 -0.8274 -0.2924</w:t>
        <w:br/>
        <w:t>vn -0.4388 -0.8218 -0.3635</w:t>
        <w:br/>
        <w:t>vn -0.1142 0.9051 -0.4095</w:t>
        <w:br/>
        <w:t>vn -0.1142 0.9051 -0.4096</w:t>
        <w:br/>
        <w:t>vn 0.0420 0.8557 -0.5157</w:t>
        <w:br/>
        <w:t>vn -0.5991 -0.7832 -0.1666</w:t>
        <w:br/>
        <w:t>vn -0.5991 -0.7832 -0.1665</w:t>
        <w:br/>
        <w:t>vn -0.6744 -0.7298 -0.1121</w:t>
        <w:br/>
        <w:t>vn -0.8523 -0.4186 -0.3137</w:t>
        <w:br/>
        <w:t>vn 0.0701 0.9835 -0.1670</w:t>
        <w:br/>
        <w:t>vn -0.4212 0.5876 0.6909</w:t>
        <w:br/>
        <w:t>vn -0.4689 0.7027 0.5352</w:t>
        <w:br/>
        <w:t>vn -0.8159 -0.4038 -0.4139</w:t>
        <w:br/>
        <w:t>vn -0.8242 -0.4068 -0.3940</w:t>
        <w:br/>
        <w:t>vn 0.2222 0.7352 -0.6404</w:t>
        <w:br/>
        <w:t>vn 0.1968 -0.2605 -0.9452</w:t>
        <w:br/>
        <w:t>vn 0.1741 -0.2558 -0.9509</w:t>
        <w:br/>
        <w:t>vn 0.1516 -0.2188 -0.9639</w:t>
        <w:br/>
        <w:t>vn 0.1516 -0.2189 -0.9639</w:t>
        <w:br/>
        <w:t>vn 0.1938 -0.1495 -0.9696</w:t>
        <w:br/>
        <w:t>vn 0.2581 -0.1064 -0.9603</w:t>
        <w:br/>
        <w:t>vn 0.2581 -0.1063 -0.9603</w:t>
        <w:br/>
        <w:t>vn 0.2806 -0.1006 -0.9546</w:t>
        <w:br/>
        <w:t>vn -0.6796 0.1126 -0.7249</w:t>
        <w:br/>
        <w:t>vn -0.5765 -0.0258 -0.8167</w:t>
        <w:br/>
        <w:t>vn -0.5765 -0.0257 -0.8167</w:t>
        <w:br/>
        <w:t>vn -0.3997 -0.1980 -0.8950</w:t>
        <w:br/>
        <w:t>vn -0.3996 -0.1980 -0.8951</w:t>
        <w:br/>
        <w:t>vn -0.6838 0.1326 -0.7175</w:t>
        <w:br/>
        <w:t>vn -0.3364 -0.2514 -0.9076</w:t>
        <w:br/>
        <w:t>vn -0.3360 -0.2515 -0.9077</w:t>
        <w:br/>
        <w:t>vn -0.5736 -0.0667 -0.8164</w:t>
        <w:br/>
        <w:t>vn -0.3536 -0.1694 -0.9199</w:t>
        <w:br/>
        <w:t>vn -0.1253 -0.2647 -0.9561</w:t>
        <w:br/>
        <w:t>vn -0.1255 -0.2653 -0.9560</w:t>
        <w:br/>
        <w:t>vn -0.0045 -0.3035 -0.9528</w:t>
        <w:br/>
        <w:t>vn -0.6784 -0.0186 -0.7345</w:t>
        <w:br/>
        <w:t>vn -0.4893 0.2759 0.8273</w:t>
        <w:br/>
        <w:t>vn -0.4252 0.2332 0.8745</w:t>
        <w:br/>
        <w:t>vn -0.4894 0.2759 0.8273</w:t>
        <w:br/>
        <w:t>vn -0.6879 0.3764 0.6206</w:t>
        <w:br/>
        <w:t>vn -0.6186 0.3812 0.6870</w:t>
        <w:br/>
        <w:t>vn -0.7508 0.4292 0.5021</w:t>
        <w:br/>
        <w:t>vn -0.7619 0.4675 0.4483</w:t>
        <w:br/>
        <w:t>vn -0.5769 0.3594 0.7335</w:t>
        <w:br/>
        <w:t>vn -0.6923 0.0968 0.7151</w:t>
        <w:br/>
        <w:t>vn -0.7528 -0.0037 0.6582</w:t>
        <w:br/>
        <w:t>vn -0.6318 0.1973 0.7496</w:t>
        <w:br/>
        <w:t>vn -0.7630 -0.0022 0.6464</w:t>
        <w:br/>
        <w:t>vn -0.7629 -0.0022 0.6465</w:t>
        <w:br/>
        <w:t>vn -0.1968 -0.2604 -0.9452</w:t>
        <w:br/>
        <w:t>vn -0.1741 -0.2557 -0.9509</w:t>
        <w:br/>
        <w:t>vn -0.1516 -0.2189 -0.9639</w:t>
        <w:br/>
        <w:t>vn -0.1517 -0.2189 -0.9639</w:t>
        <w:br/>
        <w:t>vn -0.1938 -0.1495 -0.9696</w:t>
        <w:br/>
        <w:t>vn -0.2581 -0.1064 -0.9602</w:t>
        <w:br/>
        <w:t>vn -0.2581 -0.1064 -0.9603</w:t>
        <w:br/>
        <w:t>vn -0.2806 -0.1006 -0.9546</w:t>
        <w:br/>
        <w:t>vn 0.2485 -0.6172 0.7466</w:t>
        <w:br/>
        <w:t>vn 0.2663 -0.6351 0.7251</w:t>
        <w:br/>
        <w:t>vn 0.2407 -0.5821 0.7766</w:t>
        <w:br/>
        <w:t>vn 0.2407 -0.5822 0.7766</w:t>
        <w:br/>
        <w:t>vn 0.2555 -0.6251 0.7375</w:t>
        <w:br/>
        <w:t>vn 0.2330 -0.5814 0.7795</w:t>
        <w:br/>
        <w:t>vn 0.2330 -0.5814 0.7796</w:t>
        <w:br/>
        <w:t>vn 0.3007 -0.7374 0.6049</w:t>
        <w:br/>
        <w:t>vn 0.2983 -0.6955 0.6537</w:t>
        <w:br/>
        <w:t>vn 0.3209 -0.8267 0.4621</w:t>
        <w:br/>
        <w:t>vn 0.3208 -0.7999 0.5072</w:t>
        <w:br/>
        <w:t>vn 0.3207 -0.7999 0.5072</w:t>
        <w:br/>
        <w:t>vn 0.3350 -0.8006 0.4967</w:t>
        <w:br/>
        <w:t>vn 0.3351 -0.8006 0.4967</w:t>
        <w:br/>
        <w:t>vn 0.3157 -0.8659 0.3879</w:t>
        <w:br/>
        <w:t>vn 0.3173 -0.8740 0.3679</w:t>
        <w:br/>
        <w:t>vn 0.3094 -0.8869 0.3431</w:t>
        <w:br/>
        <w:t>vn 0.3445 -0.8320 0.4349</w:t>
        <w:br/>
        <w:t>vn 0.4977 -0.8045 0.3242</w:t>
        <w:br/>
        <w:t>vn 0.4611 -0.8116 0.3586</w:t>
        <w:br/>
        <w:t>vn 0.4611 -0.8117 0.3586</w:t>
        <w:br/>
        <w:t>vn 0.3192 -0.8894 0.3273</w:t>
        <w:br/>
        <w:t>vn 0.3184 -0.8897 0.3271</w:t>
        <w:br/>
        <w:t>vn 0.4064 0.8877 0.2164</w:t>
        <w:br/>
        <w:t>vn 0.4145 0.8914 0.1831</w:t>
        <w:br/>
        <w:t>vn 0.4064 0.8877 0.2163</w:t>
        <w:br/>
        <w:t>vn 0.3614 0.8821 0.3021</w:t>
        <w:br/>
        <w:t>vn 0.2856 0.8856 0.3664</w:t>
        <w:br/>
        <w:t>vn 0.2043 0.8804 0.4279</w:t>
        <w:br/>
        <w:t>vn 0.0972 0.8385 0.5362</w:t>
        <w:br/>
        <w:t>vn -0.0619 0.8119 0.5805</w:t>
        <w:br/>
        <w:t>vn -0.2787 0.7703 0.5735</w:t>
        <w:br/>
        <w:t>vn -0.4431 0.6629 0.6035</w:t>
        <w:br/>
        <w:t>vn -0.4869 0.6059 0.6292</w:t>
        <w:br/>
        <w:t>vn 0.3740 -0.8300 0.4137</w:t>
        <w:br/>
        <w:t>vn 0.3739 -0.8301 0.4137</w:t>
        <w:br/>
        <w:t>vn -0.3209 -0.8267 0.4621</w:t>
        <w:br/>
        <w:t>vn -0.3207 -0.7999 0.5072</w:t>
        <w:br/>
        <w:t>vn -0.3207 -0.7999 0.5073</w:t>
        <w:br/>
        <w:t>vn -0.3210 -0.8267 0.4621</w:t>
        <w:br/>
        <w:t>vn -0.3350 -0.8007 0.4967</w:t>
        <w:br/>
        <w:t>vn -0.3351 -0.8007 0.4967</w:t>
        <w:br/>
        <w:t>vn -0.3157 -0.8659 0.3879</w:t>
        <w:br/>
        <w:t>vn -0.3094 -0.8869 0.3430</w:t>
        <w:br/>
        <w:t>vn -0.3173 -0.8740 0.3679</w:t>
        <w:br/>
        <w:t>vn -0.3445 -0.8320 0.4349</w:t>
        <w:br/>
        <w:t>vn -0.3444 -0.8320 0.4349</w:t>
        <w:br/>
        <w:t>vn -0.4931 -0.8001 0.3415</w:t>
        <w:br/>
        <w:t>vn -0.4587 -0.8092 0.3671</w:t>
        <w:br/>
        <w:t>vn -0.3192 -0.8894 0.3273</w:t>
        <w:br/>
        <w:t>vn -0.3184 -0.8897 0.3271</w:t>
        <w:br/>
        <w:t>vn -0.4101 0.8882 0.2072</w:t>
        <w:br/>
        <w:t>vn -0.4217 0.8917 0.1646</w:t>
        <w:br/>
        <w:t>vn -0.3614 0.8821 0.3022</w:t>
        <w:br/>
        <w:t>vn -0.2856 0.8856 0.3663</w:t>
        <w:br/>
        <w:t>vn -0.2856 0.8856 0.3664</w:t>
        <w:br/>
        <w:t>vn -0.2043 0.8804 0.4279</w:t>
        <w:br/>
        <w:t>vn -0.0972 0.8385 0.5362</w:t>
        <w:br/>
        <w:t>vn 0.0619 0.8119 0.5805</w:t>
        <w:br/>
        <w:t>vn 0.2787 0.7703 0.5735</w:t>
        <w:br/>
        <w:t>vn 0.4431 0.6630 0.6034</w:t>
        <w:br/>
        <w:t>vn 0.4869 0.6059 0.6291</w:t>
        <w:br/>
        <w:t>vn -0.3739 -0.8300 0.4138</w:t>
        <w:br/>
        <w:t>vn -0.5812 -0.3170 0.7495</w:t>
        <w:br/>
        <w:t>vn -0.3038 -0.4264 0.8520</w:t>
        <w:br/>
        <w:t>vn -0.2803 -0.4193 0.8635</w:t>
        <w:br/>
        <w:t>vn -0.2802 -0.4193 0.8635</w:t>
        <w:br/>
        <w:t>vn -0.2491 -0.2428 0.9375</w:t>
        <w:br/>
        <w:t>vn -0.2697 -0.3679 0.8899</w:t>
        <w:br/>
        <w:t>vn -0.2328 -0.2577 0.9378</w:t>
        <w:br/>
        <w:t>vn -0.3079 -0.0791 0.9481</w:t>
        <w:br/>
        <w:t>vn -0.2660 -0.0942 0.9594</w:t>
        <w:br/>
        <w:t>vn -0.1052 -0.4052 0.9082</w:t>
        <w:br/>
        <w:t>vn -0.1582 -0.4010 0.9023</w:t>
        <w:br/>
        <w:t>vn -0.2409 -0.2972 0.9239</w:t>
        <w:br/>
        <w:t>vn -0.1493 -0.3758 0.9146</w:t>
        <w:br/>
        <w:t>vn -0.2693 -0.0958 0.9583</w:t>
        <w:br/>
        <w:t>vn -0.2617 -0.0930 0.9607</w:t>
        <w:br/>
        <w:t>vn -0.2248 -0.4037 0.8869</w:t>
        <w:br/>
        <w:t>vn -0.2665 -0.0997 0.9587</w:t>
        <w:br/>
        <w:t>vn -0.7277 0.5661 0.3874</w:t>
        <w:br/>
        <w:t>vn -0.9229 0.1987 0.3297</w:t>
        <w:br/>
        <w:t>vn -0.8572 0.3872 0.3395</w:t>
        <w:br/>
        <w:t>vn -0.7276 0.5661 0.3874</w:t>
        <w:br/>
        <w:t>vn 0.1343 0.8445 0.5184</w:t>
        <w:br/>
        <w:t>vn -0.3210 0.8275 0.4607</w:t>
        <w:br/>
        <w:t>vn 0.1343 0.8446 0.5183</w:t>
        <w:br/>
        <w:t>vn 0.4941 0.6312 0.5979</w:t>
        <w:br/>
        <w:t>vn 0.7025 0.3373 0.6267</w:t>
        <w:br/>
        <w:t>vn 0.7750 0.1095 0.6224</w:t>
        <w:br/>
        <w:t>vn 0.7125 -0.4464 0.5413</w:t>
        <w:br/>
        <w:t>vn 0.5257 -0.7023 0.4800</w:t>
        <w:br/>
        <w:t>vn 0.5258 -0.7023 0.4800</w:t>
        <w:br/>
        <w:t>vn 0.1714 -0.9179 0.3579</w:t>
        <w:br/>
        <w:t>vn -0.1878 -0.9412 0.2809</w:t>
        <w:br/>
        <w:t>vn -0.1878 -0.9412 0.2808</w:t>
        <w:br/>
        <w:t>vn -0.5181 -0.8144 0.2613</w:t>
        <w:br/>
        <w:t>vn -0.5862 -0.4201 0.6927</w:t>
        <w:br/>
        <w:t>vn -0.7334 -0.6309 0.2532</w:t>
        <w:br/>
        <w:t>vn -0.9498 -0.0401 0.3103</w:t>
        <w:br/>
        <w:t>vn -0.9422 -0.1371 0.3058</w:t>
        <w:br/>
        <w:t>vn -0.6683 -0.2243 0.7093</w:t>
        <w:br/>
        <w:t>vn -0.6932 -0.2313 0.6826</w:t>
        <w:br/>
        <w:t>vn -0.9229 0.1988 0.3297</w:t>
        <w:br/>
        <w:t>vn -0.6538 -0.2643 0.7090</w:t>
        <w:br/>
        <w:t>vn -0.6210 -0.3517 0.7005</w:t>
        <w:br/>
        <w:t>vn -0.2454 -0.1354 0.9599</w:t>
        <w:br/>
        <w:t>vn -0.2352 -0.1688 0.9572</w:t>
        <w:br/>
        <w:t>vn -0.2824 -0.2096 0.9361</w:t>
        <w:br/>
        <w:t>vn -0.2777 -0.1325 0.9515</w:t>
        <w:br/>
        <w:t>vn -0.2777 -0.1324 0.9515</w:t>
        <w:br/>
        <w:t>vn 0.7854 -0.0808 0.6137</w:t>
        <w:br/>
        <w:t>vn 0.7696 -0.2631 0.5818</w:t>
        <w:br/>
        <w:t>vn 0.7696 -0.2632 0.5818</w:t>
        <w:br/>
        <w:t>vn -0.9136 -0.2937 0.2813</w:t>
        <w:br/>
        <w:t>vn -0.8396 -0.4779 0.2581</w:t>
        <w:br/>
        <w:t>vn -0.2909 -0.1007 0.9514</w:t>
        <w:br/>
        <w:t>vn -0.2616 -0.0930 0.9607</w:t>
        <w:br/>
        <w:t>vn 0.2803 -0.4193 0.8635</w:t>
        <w:br/>
        <w:t>vn 0.3038 -0.4264 0.8520</w:t>
        <w:br/>
        <w:t>vn 0.5812 -0.3170 0.7495</w:t>
        <w:br/>
        <w:t>vn 0.2493 -0.2428 0.9375</w:t>
        <w:br/>
        <w:t>vn 0.2328 -0.2577 0.9378</w:t>
        <w:br/>
        <w:t>vn 0.2698 -0.3677 0.8899</w:t>
        <w:br/>
        <w:t>vn 0.2663 -0.0944 0.9593</w:t>
        <w:br/>
        <w:t>vn 0.3080 -0.0793 0.9481</w:t>
        <w:br/>
        <w:t>vn 0.1596 -0.4011 0.9020</w:t>
        <w:br/>
        <w:t>vn 0.1052 -0.4052 0.9082</w:t>
        <w:br/>
        <w:t>vn 0.1493 -0.3758 0.9146</w:t>
        <w:br/>
        <w:t>vn 0.2409 -0.2972 0.9239</w:t>
        <w:br/>
        <w:t>vn 0.2616 -0.0930 0.9607</w:t>
        <w:br/>
        <w:t>vn 0.2693 -0.0958 0.9583</w:t>
        <w:br/>
        <w:t>vn 0.2260 -0.4037 0.8865</w:t>
        <w:br/>
        <w:t>vn 0.2665 -0.0997 0.9587</w:t>
        <w:br/>
        <w:t>vn 0.7277 0.5660 0.3874</w:t>
        <w:br/>
        <w:t>vn 0.8572 0.3871 0.3395</w:t>
        <w:br/>
        <w:t>vn 0.9229 0.1987 0.3297</w:t>
        <w:br/>
        <w:t>vn -0.1343 0.8445 0.5184</w:t>
        <w:br/>
        <w:t>vn 0.3210 0.8274 0.4608</w:t>
        <w:br/>
        <w:t>vn -0.4941 0.6311 0.5980</w:t>
        <w:br/>
        <w:t>vn -0.7025 0.3374 0.6267</w:t>
        <w:br/>
        <w:t>vn -0.7750 0.1095 0.6224</w:t>
        <w:br/>
        <w:t>vn -0.7125 -0.4464 0.5413</w:t>
        <w:br/>
        <w:t>vn -0.5257 -0.7022 0.4801</w:t>
        <w:br/>
        <w:t>vn -0.5257 -0.7023 0.4801</w:t>
        <w:br/>
        <w:t>vn -0.1714 -0.9179 0.3580</w:t>
        <w:br/>
        <w:t>vn 0.1878 -0.9412 0.2808</w:t>
        <w:br/>
        <w:t>vn 0.5181 -0.8145 0.2612</w:t>
        <w:br/>
        <w:t>vn 0.6746 -0.4986 0.5444</w:t>
        <w:br/>
        <w:t>vn 0.7334 -0.6309 0.2532</w:t>
        <w:br/>
        <w:t>vn 0.9498 -0.0401 0.3103</w:t>
        <w:br/>
        <w:t>vn 0.6932 -0.2313 0.6826</w:t>
        <w:br/>
        <w:t>vn 0.6683 -0.2242 0.7093</w:t>
        <w:br/>
        <w:t>vn 0.9422 -0.1371 0.3058</w:t>
        <w:br/>
        <w:t>vn 0.9229 0.1988 0.3297</w:t>
        <w:br/>
        <w:t>vn 0.6538 -0.2643 0.7090</w:t>
        <w:br/>
        <w:t>vn 0.2354 -0.1691 0.9571</w:t>
        <w:br/>
        <w:t>vn 0.2454 -0.1354 0.9599</w:t>
        <w:br/>
        <w:t>vn 0.6209 -0.3518 0.7005</w:t>
        <w:br/>
        <w:t>vn 0.2777 -0.1324 0.9515</w:t>
        <w:br/>
        <w:t>vn 0.2824 -0.2096 0.9361</w:t>
        <w:br/>
        <w:t>vn -0.7854 -0.0808 0.6137</w:t>
        <w:br/>
        <w:t>vn -0.7696 -0.2632 0.5818</w:t>
        <w:br/>
        <w:t>vn -0.7695 -0.2632 0.5818</w:t>
        <w:br/>
        <w:t>vn 0.8396 -0.4779 0.2581</w:t>
        <w:br/>
        <w:t>vn 0.9136 -0.2937 0.2813</w:t>
        <w:br/>
        <w:t>vn 0.2909 -0.1007 0.9514</w:t>
        <w:br/>
        <w:t>vn 0.2616 -0.0929 0.9607</w:t>
        <w:br/>
        <w:t>vn -0.3065 -0.0803 0.9485</w:t>
        <w:br/>
        <w:t>vn -0.2671 -0.0943 0.9590</w:t>
        <w:br/>
        <w:t>vn -0.1052 -0.4052 0.9081</w:t>
        <w:br/>
        <w:t>vn -0.1590 -0.4011 0.9021</w:t>
        <w:br/>
        <w:t>vn -0.2694 -0.0958 0.9582</w:t>
        <w:br/>
        <w:t>vn -0.2254 -0.4039 0.8866</w:t>
        <w:br/>
        <w:t>vn -0.2666 -0.0997 0.9586</w:t>
        <w:br/>
        <w:t>vn 0.3066 -0.0807 0.9484</w:t>
        <w:br/>
        <w:t>vn 0.2671 -0.0947 0.9590</w:t>
        <w:br/>
        <w:t>vn 0.1052 -0.4052 0.9081</w:t>
        <w:br/>
        <w:t>vn 0.1596 -0.4010 0.9020</w:t>
        <w:br/>
        <w:t>vn 0.2694 -0.0958 0.9583</w:t>
        <w:br/>
        <w:t>vn 0.2258 -0.4037 0.8866</w:t>
        <w:br/>
        <w:t>vn 0.2664 -0.0997 0.9587</w:t>
        <w:br/>
        <w:t>vn 0.2445 -0.1349 0.9602</w:t>
        <w:br/>
        <w:t>vn 0.6746 -0.4986 0.5443</w:t>
        <w:br/>
        <w:t>vn -0.2892 -0.4039 0.8679</w:t>
        <w:br/>
        <w:t>vn -0.2896 -0.4053 0.8671</w:t>
        <w:br/>
        <w:t>vn -0.2896 -0.4045 0.8675</w:t>
        <w:br/>
        <w:t>vn -0.2891 -0.4043 0.8677</w:t>
        <w:br/>
        <w:t>vn -0.2890 -0.4045 0.8677</w:t>
        <w:br/>
        <w:t>vn -0.2890 -0.4046 0.8677</w:t>
        <w:br/>
        <w:t>vn -0.2888 -0.4047 0.8676</w:t>
        <w:br/>
        <w:t>vn -0.2886 -0.4049 0.8677</w:t>
        <w:br/>
        <w:t>vn -0.2885 -0.4050 0.8676</w:t>
        <w:br/>
        <w:t>vn -0.2886 -0.4050 0.8676</w:t>
        <w:br/>
        <w:t>vn -0.2890 -0.4054 0.8673</w:t>
        <w:br/>
        <w:t>vn -0.2895 -0.4067 0.8665</w:t>
        <w:br/>
        <w:t>vn -0.2895 -0.4077 0.8660</w:t>
        <w:br/>
        <w:t>vn -0.2897 -0.4072 0.8662</w:t>
        <w:br/>
        <w:t>vn -0.2904 -0.4064 0.8663</w:t>
        <w:br/>
        <w:t>vn -0.2910 -0.4060 0.8663</w:t>
        <w:br/>
        <w:t>vn -0.2917 -0.4056 0.8662</w:t>
        <w:br/>
        <w:t>vn -0.2923 -0.4054 0.8662</w:t>
        <w:br/>
        <w:t>vn -0.2908 -0.4050 0.8668</w:t>
        <w:br/>
        <w:t>vn 0.1902 -0.3750 0.9073</w:t>
        <w:br/>
        <w:t>vn 0.1922 -0.3737 0.9074</w:t>
        <w:br/>
        <w:t>vn 0.1941 -0.3733 0.9072</w:t>
        <w:br/>
        <w:t>vn 0.1909 -0.3750 0.9071</w:t>
        <w:br/>
        <w:t>vn 0.1919 -0.3752 0.9069</w:t>
        <w:br/>
        <w:t>vn 0.1920 -0.3751 0.9069</w:t>
        <w:br/>
        <w:t>vn 0.1915 -0.3752 0.9069</w:t>
        <w:br/>
        <w:t>vn 0.1920 -0.3754 0.9068</w:t>
        <w:br/>
        <w:t>vn 0.1920 -0.3757 0.9066</w:t>
        <w:br/>
        <w:t>vn 0.1920 -0.3760 0.9065</w:t>
        <w:br/>
        <w:t>vn 0.1934 -0.3749 0.9067</w:t>
        <w:br/>
        <w:t>vn 0.1962 -0.3734 0.9067</w:t>
        <w:br/>
        <w:t>vn 0.1986 -0.3730 0.9063</w:t>
        <w:br/>
        <w:t>vn 0.1989 -0.3728 0.9063</w:t>
        <w:br/>
        <w:t>vn 0.1975 -0.3721 0.9069</w:t>
        <w:br/>
        <w:t>vn 0.1959 -0.3706 0.9079</w:t>
        <w:br/>
        <w:t>vn 0.1949 -0.3692 0.9087</w:t>
        <w:br/>
        <w:t>vn 0.1948 -0.3694 0.9086</w:t>
        <w:br/>
        <w:t>vn 0.1941 -0.3709 0.9082</w:t>
        <w:br/>
        <w:t>vn -0.8467 0.0086 -0.5321</w:t>
        <w:br/>
        <w:t>vn -0.3429 -0.9270 0.1522</w:t>
        <w:br/>
        <w:t>vn 0.8034 0.3983 -0.4426</w:t>
        <w:br/>
        <w:t>vn 0.2175 0.9747 0.0516</w:t>
        <w:br/>
        <w:t>vn 0.0274 0.8495 -0.5269</w:t>
        <w:br/>
        <w:t>vn 0.6231 0.3652 -0.6917</w:t>
        <w:br/>
        <w:t>vn 0.3585 -0.8981 0.2549</w:t>
        <w:br/>
        <w:t>vn 0.2677 -0.8424 0.4676</w:t>
        <w:br/>
        <w:t>vn 0.5140 -0.8254 0.2334</w:t>
        <w:br/>
        <w:t>vn 0.7116 -0.6773 -0.1868</w:t>
        <w:br/>
        <w:t>vn 0.4689 -0.7169 -0.5159</w:t>
        <w:br/>
        <w:t>vn -0.0367 -0.9616 -0.2719</w:t>
        <w:br/>
        <w:t>vn 0.0225 -0.9025 -0.4302</w:t>
        <w:br/>
        <w:t>vn -0.2770 -0.9263 -0.2555</w:t>
        <w:br/>
        <w:t>vn 0.8051 -0.1048 -0.5838</w:t>
        <w:br/>
        <w:t>vn 0.8052 -0.1049 -0.5836</w:t>
        <w:br/>
        <w:t>vn 0.0751 0.7458 -0.6619</w:t>
        <w:br/>
        <w:t>vn -0.2137 0.8330 -0.5104</w:t>
        <w:br/>
        <w:t>vn 0.4689 -0.7170 -0.5159</w:t>
        <w:br/>
        <w:t>vn 0.6231 0.3651 -0.6917</w:t>
        <w:br/>
        <w:t>vn 0.7425 -0.1170 -0.6596</w:t>
        <w:br/>
        <w:t>vn 0.8403 -0.1038 -0.5321</w:t>
        <w:br/>
        <w:t>vn 0.8403 -0.1037 -0.5321</w:t>
        <w:br/>
        <w:t>vn 0.9994 -0.0285 0.0175</w:t>
        <w:br/>
        <w:t>vn 0.9054 0.0341 0.4232</w:t>
        <w:br/>
        <w:t>vn 0.9054 0.0341 0.4231</w:t>
        <w:br/>
        <w:t>vn 0.3091 0.8826 -0.3541</w:t>
        <w:br/>
        <w:t>vn -0.0029 0.9822 -0.1876</w:t>
        <w:br/>
        <w:t>vn 0.1470 0.9865 0.0717</w:t>
        <w:br/>
        <w:t>vn 0.1066 0.7772 -0.6201</w:t>
        <w:br/>
        <w:t>vn -0.1833 0.8653 -0.4666</w:t>
        <w:br/>
        <w:t>vn 0.7116 -0.6773 -0.1869</w:t>
        <w:br/>
        <w:t>vn 0.8602 -0.0971 -0.5007</w:t>
        <w:br/>
        <w:t>vn 0.7460 -0.1189 -0.6552</w:t>
        <w:br/>
        <w:t>vn 0.7460 -0.1189 -0.6553</w:t>
        <w:br/>
        <w:t>vn 0.0688 0.9946 -0.0779</w:t>
        <w:br/>
        <w:t>vn -0.1152 0.9540 -0.2767</w:t>
        <w:br/>
        <w:t>vn -0.1755 0.9730 0.1498</w:t>
        <w:br/>
        <w:t>vn 0.0686 0.9946 -0.0776</w:t>
        <w:br/>
        <w:t>vn 0.3074 0.9036 -0.2985</w:t>
        <w:br/>
        <w:t>vn -0.1151 0.9541 -0.2766</w:t>
        <w:br/>
        <w:t>vn -0.2682 -0.8740 0.4053</w:t>
        <w:br/>
        <w:t>vn -0.0003 -0.9829 0.1844</w:t>
        <w:br/>
        <w:t>vn 0.2198 -0.8804 0.4203</w:t>
        <w:br/>
        <w:t>vn -0.0538 -0.7902 0.6105</w:t>
        <w:br/>
        <w:t>vn -0.1826 -0.9828 -0.0291</w:t>
        <w:br/>
        <w:t>vn 0.2687 -0.9612 -0.0618</w:t>
        <w:br/>
        <w:t>vn -0.0003 -0.9828 0.1844</w:t>
        <w:br/>
        <w:t>vn -0.1827 -0.9827 -0.0291</w:t>
        <w:br/>
        <w:t>vn 0.4673 -0.8656 0.1799</w:t>
        <w:br/>
        <w:t>vn 0.2199 -0.8804 0.4203</w:t>
        <w:br/>
        <w:t>vn 0.5056 0.8620 -0.0354</w:t>
        <w:br/>
        <w:t>vn 0.2839 0.9442 0.1670</w:t>
        <w:br/>
        <w:t>vn 0.3319 0.9179 0.2176</w:t>
        <w:br/>
        <w:t>vn 0.5528 0.8332 0.0157</w:t>
        <w:br/>
        <w:t>vn -0.1585 -0.1388 -0.9775</w:t>
        <w:br/>
        <w:t>vn 0.2482 -0.1486 -0.9572</w:t>
        <w:br/>
        <w:t>vn -0.1585 -0.1388 -0.9776</w:t>
        <w:br/>
        <w:t>vn 0.0348 0.9349 0.3533</w:t>
        <w:br/>
        <w:t>vn -0.9942 0.0410 0.0996</w:t>
        <w:br/>
        <w:t>vn -0.9666 -0.0111 -0.2560</w:t>
        <w:br/>
        <w:t>vn -0.9666 -0.0111 -0.2561</w:t>
        <w:br/>
        <w:t>vn -0.8015 0.1082 0.5882</w:t>
        <w:br/>
        <w:t>vn 0.3319 0.9179 0.2177</w:t>
        <w:br/>
        <w:t>vn 0.0791 0.9138 0.3984</w:t>
        <w:br/>
        <w:t>vn 0.2174 0.9747 0.0516</w:t>
        <w:br/>
        <w:t>vn -0.1688 0.9324 0.3197</w:t>
        <w:br/>
        <w:t>vn -0.6817 0.1285 0.7203</w:t>
        <w:br/>
        <w:t>vn -0.7451 0.1242 0.6553</w:t>
        <w:br/>
        <w:t>vn -0.2438 -0.7874 0.5662</w:t>
        <w:br/>
        <w:t>vn -0.4420 -0.7939 0.4175</w:t>
        <w:br/>
        <w:t>vn -0.4419 -0.7940 0.4174</w:t>
        <w:br/>
        <w:t>vn -0.5264 -0.8276 0.1947</w:t>
        <w:br/>
        <w:t>vn -0.0095 -0.7620 0.6475</w:t>
        <w:br/>
        <w:t>vn -0.2437 -0.7874 0.5662</w:t>
        <w:br/>
        <w:t>vn -0.7747 0.5720 0.2696</w:t>
        <w:br/>
        <w:t>vn -0.8549 0.1051 0.5081</w:t>
        <w:br/>
        <w:t>vn -0.3831 0.9064 0.1781</w:t>
        <w:br/>
        <w:t>vn -0.4781 0.8252 -0.3008</w:t>
        <w:br/>
        <w:t>vn -0.2137 0.8329 -0.5104</w:t>
        <w:br/>
        <w:t>vn 0.0275 0.8494 -0.5270</w:t>
        <w:br/>
        <w:t>vn -0.7747 0.5720 0.2697</w:t>
        <w:br/>
        <w:t>vn -0.0368 -0.9616 -0.2720</w:t>
        <w:br/>
        <w:t>vn -0.2770 -0.9262 -0.2557</w:t>
        <w:br/>
        <w:t>vn -0.5431 -0.8382 -0.0502</w:t>
        <w:br/>
        <w:t>vn -0.5264 -0.8277 0.1945</w:t>
        <w:br/>
        <w:t>vn -0.8994 0.0915 0.4274</w:t>
        <w:br/>
        <w:t>vn -0.4982 -0.8423 0.2058</w:t>
        <w:br/>
        <w:t>vn -0.5189 -0.8549 -0.0032</w:t>
        <w:br/>
        <w:t>vn -0.2428 -0.9480 -0.2056</w:t>
        <w:br/>
        <w:t>vn -0.1307 -0.9906 -0.0396</w:t>
        <w:br/>
        <w:t>vn -0.8249 0.1046 0.5555</w:t>
        <w:br/>
        <w:t>vn -0.4079 0.1410 0.9021</w:t>
        <w:br/>
        <w:t>vn -0.4078 0.1410 0.9021</w:t>
        <w:br/>
        <w:t>vn -0.4529 -0.8190 0.3524</w:t>
        <w:br/>
        <w:t>vn -0.4528 -0.8190 0.3524</w:t>
        <w:br/>
        <w:t>vn 0.3910 -0.9038 -0.1737</w:t>
        <w:br/>
        <w:t>vn -0.1306 -0.9906 -0.0396</w:t>
        <w:br/>
        <w:t>vn 0.2659 -0.9235 -0.2766</w:t>
        <w:br/>
        <w:t>vn 0.3910 -0.9038 -0.1738</w:t>
        <w:br/>
        <w:t>vn -0.0238 0.1429 0.9895</w:t>
        <w:br/>
        <w:t>vn -0.0242 0.1428 0.9894</w:t>
        <w:br/>
        <w:t>vn -0.0028 0.9823 -0.1875</w:t>
        <w:br/>
        <w:t>vn -0.3111 0.9504 0.0021</w:t>
        <w:br/>
        <w:t>vn 0.1469 0.9865 0.0720</w:t>
        <w:br/>
        <w:t>vn -0.1832 0.8653 -0.4667</w:t>
        <w:br/>
        <w:t>vn -0.4519 0.8535 -0.2594</w:t>
        <w:br/>
        <w:t>vn 0.0640 -0.9219 -0.3822</w:t>
        <w:br/>
        <w:t>vn -0.8034 0.3983 -0.4426</w:t>
        <w:br/>
        <w:t>vn -0.6231 0.3652 -0.6917</w:t>
        <w:br/>
        <w:t>vn -0.0274 0.8495 -0.5269</w:t>
        <w:br/>
        <w:t>vn -0.2175 0.9747 0.0516</w:t>
        <w:br/>
        <w:t>vn -0.3585 -0.8981 0.2549</w:t>
        <w:br/>
        <w:t>vn -0.7116 -0.6773 -0.1868</w:t>
        <w:br/>
        <w:t>vn -0.5141 -0.8254 0.2334</w:t>
        <w:br/>
        <w:t>vn -0.2678 -0.8424 0.4676</w:t>
        <w:br/>
        <w:t>vn -0.4689 -0.7169 -0.5159</w:t>
        <w:br/>
        <w:t>vn 0.0367 -0.9616 -0.2719</w:t>
        <w:br/>
        <w:t>vn -0.0225 -0.9024 -0.4302</w:t>
        <w:br/>
        <w:t>vn 0.2770 -0.9262 -0.2556</w:t>
        <w:br/>
        <w:t>vn -0.8052 -0.1049 -0.5836</w:t>
        <w:br/>
        <w:t>vn -0.0751 0.7458 -0.6620</w:t>
        <w:br/>
        <w:t>vn 0.2137 0.8329 -0.5104</w:t>
        <w:br/>
        <w:t>vn -0.7425 -0.1170 -0.6596</w:t>
        <w:br/>
        <w:t>vn -0.6231 0.3651 -0.6917</w:t>
        <w:br/>
        <w:t>vn -0.8403 -0.1037 -0.5321</w:t>
        <w:br/>
        <w:t>vn -0.9994 -0.0285 0.0175</w:t>
        <w:br/>
        <w:t>vn -0.9054 0.0341 0.4231</w:t>
        <w:br/>
        <w:t>vn -0.3091 0.8826 -0.3541</w:t>
        <w:br/>
        <w:t>vn -0.1469 0.9866 0.0716</w:t>
        <w:br/>
        <w:t>vn 0.0029 0.9822 -0.1877</w:t>
        <w:br/>
        <w:t>vn 0.1833 0.8653 -0.4666</w:t>
        <w:br/>
        <w:t>vn -0.1066 0.7772 -0.6202</w:t>
        <w:br/>
        <w:t>vn -0.8602 -0.0971 -0.5007</w:t>
        <w:br/>
        <w:t>vn -0.7116 -0.6773 -0.1869</w:t>
        <w:br/>
        <w:t>vn -0.8602 -0.0972 -0.5007</w:t>
        <w:br/>
        <w:t>vn -0.7461 -0.1188 -0.6552</w:t>
        <w:br/>
        <w:t>vn -0.0689 0.9946 -0.0779</w:t>
        <w:br/>
        <w:t>vn 0.1755 0.9730 0.1498</w:t>
        <w:br/>
        <w:t>vn 0.1150 0.9541 -0.2767</w:t>
        <w:br/>
        <w:t>vn -0.0686 0.9946 -0.0777</w:t>
        <w:br/>
        <w:t>vn 0.1152 0.9540 -0.2768</w:t>
        <w:br/>
        <w:t>vn -0.3074 0.9036 -0.2985</w:t>
        <w:br/>
        <w:t>vn 0.2682 -0.8740 0.4053</w:t>
        <w:br/>
        <w:t>vn 0.0538 -0.7902 0.6105</w:t>
        <w:br/>
        <w:t>vn -0.2198 -0.8803 0.4203</w:t>
        <w:br/>
        <w:t>vn 0.0003 -0.9829 0.1843</w:t>
        <w:br/>
        <w:t>vn 0.1826 -0.9828 -0.0292</w:t>
        <w:br/>
        <w:t>vn -0.2687 -0.9612 -0.0618</w:t>
        <w:br/>
        <w:t>vn 0.1827 -0.9827 -0.0291</w:t>
        <w:br/>
        <w:t>vn 0.0003 -0.9828 0.1845</w:t>
        <w:br/>
        <w:t>vn -0.4673 -0.8656 0.1799</w:t>
        <w:br/>
        <w:t>vn -0.2199 -0.8804 0.4202</w:t>
        <w:br/>
        <w:t>vn -0.5056 0.8621 -0.0353</w:t>
        <w:br/>
        <w:t>vn -0.5528 0.8332 0.0158</w:t>
        <w:br/>
        <w:t>vn -0.3319 0.9179 0.2176</w:t>
        <w:br/>
        <w:t>vn -0.2839 0.9442 0.1670</w:t>
        <w:br/>
        <w:t>vn 0.1585 -0.1388 -0.9775</w:t>
        <w:br/>
        <w:t>vn 0.1585 -0.1388 -0.9776</w:t>
        <w:br/>
        <w:t>vn -0.2484 -0.1486 -0.9572</w:t>
        <w:br/>
        <w:t>vn -0.0348 0.9349 0.3533</w:t>
        <w:br/>
        <w:t>vn 0.9666 -0.0111 -0.2559</w:t>
        <w:br/>
        <w:t>vn 0.9666 -0.0111 -0.2560</w:t>
        <w:br/>
        <w:t>vn 0.9942 0.0410 0.0997</w:t>
        <w:br/>
        <w:t>vn 0.9942 0.0410 0.0996</w:t>
        <w:br/>
        <w:t>vn 0.8014 0.1082 0.5882</w:t>
        <w:br/>
        <w:t>vn 0.8015 0.1082 0.5882</w:t>
        <w:br/>
        <w:t>vn -0.0791 0.9138 0.3984</w:t>
        <w:br/>
        <w:t>vn -0.2175 0.9747 0.0515</w:t>
        <w:br/>
        <w:t>vn 0.1687 0.9324 0.3197</w:t>
        <w:br/>
        <w:t>vn 0.7451 0.1242 0.6553</w:t>
        <w:br/>
        <w:t>vn 0.6817 0.1284 0.7203</w:t>
        <w:br/>
        <w:t>vn 0.6817 0.1285 0.7203</w:t>
        <w:br/>
        <w:t>vn 0.4418 -0.7941 0.4173</w:t>
        <w:br/>
        <w:t>vn 0.4419 -0.7940 0.4174</w:t>
        <w:br/>
        <w:t>vn 0.2438 -0.7874 0.5662</w:t>
        <w:br/>
        <w:t>vn 0.5264 -0.8277 0.1946</w:t>
        <w:br/>
        <w:t>vn -0.2677 -0.8424 0.4676</w:t>
        <w:br/>
        <w:t>vn 0.0095 -0.7620 0.6476</w:t>
        <w:br/>
        <w:t>vn 0.2437 -0.7874 0.5662</w:t>
        <w:br/>
        <w:t>vn 0.7747 0.5720 0.2696</w:t>
        <w:br/>
        <w:t>vn 0.8549 0.1051 0.5081</w:t>
        <w:br/>
        <w:t>vn 0.3832 0.9064 0.1781</w:t>
        <w:br/>
        <w:t>vn 0.7747 0.5719 0.2697</w:t>
        <w:br/>
        <w:t>vn 0.4781 0.8252 -0.3008</w:t>
        <w:br/>
        <w:t>vn -0.0275 0.8494 -0.5270</w:t>
        <w:br/>
        <w:t>vn 0.5430 -0.8382 -0.0501</w:t>
        <w:br/>
        <w:t>vn 0.2770 -0.9263 -0.2556</w:t>
        <w:br/>
        <w:t>vn 0.5264 -0.8277 0.1945</w:t>
        <w:br/>
        <w:t>vn 0.8994 0.0915 0.4274</w:t>
        <w:br/>
        <w:t>vn 0.4982 -0.8423 0.2058</w:t>
        <w:br/>
        <w:t>vn 0.1307 -0.9906 -0.0395</w:t>
        <w:br/>
        <w:t>vn 0.2428 -0.9480 -0.2056</w:t>
        <w:br/>
        <w:t>vn 0.5188 -0.8549 -0.0032</w:t>
        <w:br/>
        <w:t>vn 0.8249 0.1046 0.5555</w:t>
        <w:br/>
        <w:t>vn 0.4079 0.1410 0.9021</w:t>
        <w:br/>
        <w:t>vn 0.4529 -0.8190 0.3524</w:t>
        <w:br/>
        <w:t>vn -0.3910 -0.9039 -0.1736</w:t>
        <w:br/>
        <w:t>vn -0.3909 -0.9039 -0.1738</w:t>
        <w:br/>
        <w:t>vn -0.2653 -0.9237 -0.2763</w:t>
        <w:br/>
        <w:t>vn 0.1305 -0.9907 -0.0394</w:t>
        <w:br/>
        <w:t>vn 0.0242 0.1428 0.9895</w:t>
        <w:br/>
        <w:t>vn 0.0028 0.9822 -0.1876</w:t>
        <w:br/>
        <w:t>vn -0.1468 0.9865 0.0718</w:t>
        <w:br/>
        <w:t>vn 0.3111 0.9504 0.0021</w:t>
        <w:br/>
        <w:t>vn 0.1831 0.8653 -0.4667</w:t>
        <w:br/>
        <w:t>vn 0.4518 0.8536 -0.2594</w:t>
        <w:br/>
        <w:t>vn -0.0640 -0.9218 -0.3822</w:t>
        <w:br/>
        <w:t>vn -0.4853 0.7752 -0.4044</w:t>
        <w:br/>
        <w:t>vn -0.4451 0.7593 -0.4747</w:t>
        <w:br/>
        <w:t>vn -0.6594 0.6709 -0.3392</w:t>
        <w:br/>
        <w:t>vn -0.6446 0.7571 -0.1059</w:t>
        <w:br/>
        <w:t>vn -0.5958 -0.0966 0.7973</w:t>
        <w:br/>
        <w:t>vn -0.5446 -0.1255 0.8293</w:t>
        <w:br/>
        <w:t>vn -0.5849 -0.1833 0.7901</w:t>
        <w:br/>
        <w:t>vn -0.5543 -0.1471 0.8193</w:t>
        <w:br/>
        <w:t>vn -0.4762 -0.1412 0.8679</w:t>
        <w:br/>
        <w:t>vn -0.4234 0.0368 0.9052</w:t>
        <w:br/>
        <w:t>vn -0.3813 0.0514 0.9230</w:t>
        <w:br/>
        <w:t>vn -0.4233 0.1448 0.8944</w:t>
        <w:br/>
        <w:t>vn -0.6837 0.7296 0.0128</w:t>
        <w:br/>
        <w:t>vn -0.4961 0.8540 -0.1566</w:t>
        <w:br/>
        <w:t>vn -0.5256 0.8400 0.1347</w:t>
        <w:br/>
        <w:t>vn -0.5256 0.8400 0.1346</w:t>
        <w:br/>
        <w:t>vn -0.4569 0.0566 0.8877</w:t>
        <w:br/>
        <w:t>vn -0.2967 0.8680 -0.3981</w:t>
        <w:br/>
        <w:t>vn -0.5868 0.0246 0.8094</w:t>
        <w:br/>
        <w:t>vn -0.5223 -0.8444 -0.1190</w:t>
        <w:br/>
        <w:t>vn -0.5223 -0.8445 -0.1187</w:t>
        <w:br/>
        <w:t>vn -0.5223 -0.8445 -0.1188</w:t>
        <w:br/>
        <w:t>vn -0.5223 -0.8444 -0.1189</w:t>
        <w:br/>
        <w:t>vn -0.6466 0.3616 -0.6717</w:t>
        <w:br/>
        <w:t>vn -0.5914 0.5065 -0.6275</w:t>
        <w:br/>
        <w:t>vn -0.6360 0.0149 0.7715</w:t>
        <w:br/>
        <w:t>vn -0.6231 -0.0752 0.7785</w:t>
        <w:br/>
        <w:t>vn -0.6270 -0.0358 0.7782</w:t>
        <w:br/>
        <w:t>vn -0.5640 0.1549 0.8111</w:t>
        <w:br/>
        <w:t>vn -0.6074 0.1214 0.7851</w:t>
        <w:br/>
        <w:t>vn -0.5124 0.6444 -0.5677</w:t>
        <w:br/>
        <w:t>vn -0.4204 0.7587 -0.4976</w:t>
        <w:br/>
        <w:t>vn -0.3328 0.8369 -0.4346</w:t>
        <w:br/>
        <w:t>vn -0.5261 0.2098 0.8241</w:t>
        <w:br/>
        <w:t>vn -0.3333 0.2878 0.8978</w:t>
        <w:br/>
        <w:t>vn -0.4128 0.2711 0.8695</w:t>
        <w:br/>
        <w:t>vn -0.2546 0.8941 -0.3684</w:t>
        <w:br/>
        <w:t>vn -0.5842 -0.1599 0.7957</w:t>
        <w:br/>
        <w:t>vn -0.5841 -0.1599 0.7957</w:t>
        <w:br/>
        <w:t>vn -0.6722 0.2436 -0.6991</w:t>
        <w:br/>
        <w:t>vn -0.6723 0.2436 -0.6991</w:t>
        <w:br/>
        <w:t>vn -0.5604 -0.1970 0.8044</w:t>
        <w:br/>
        <w:t>vn -0.5621 -0.2070 0.8008</w:t>
        <w:br/>
        <w:t>vn -0.6752 0.1297 -0.7261</w:t>
        <w:br/>
        <w:t>vn -0.6752 0.1297 -0.7262</w:t>
        <w:br/>
        <w:t>vn -0.5611 -0.2190 0.7983</w:t>
        <w:br/>
        <w:t>vn -0.5554 -0.4182 -0.7187</w:t>
        <w:br/>
        <w:t>vn -0.3088 -0.7934 -0.5246</w:t>
        <w:br/>
        <w:t>vn -0.3087 -0.7934 -0.5246</w:t>
        <w:br/>
        <w:t>vn -0.5651 -0.2269 0.7932</w:t>
        <w:br/>
        <w:t>vn -0.4221 0.0163 0.9064</w:t>
        <w:br/>
        <w:t>vn -0.3671 0.1074 0.9240</w:t>
        <w:br/>
        <w:t>vn -0.3333 0.1546 0.9301</w:t>
        <w:br/>
        <w:t>vn -0.3306 0.8331 -0.4435</w:t>
        <w:br/>
        <w:t>vn -0.0000 0.8513 -0.5248</w:t>
        <w:br/>
        <w:t>vn 0.0000 0.8513 -0.5247</w:t>
        <w:br/>
        <w:t>vn -0.3305 0.8331 -0.4436</w:t>
        <w:br/>
        <w:t>vn -0.0000 -0.0588 0.9983</w:t>
        <w:br/>
        <w:t>vn -0.0000 -0.0589 0.9983</w:t>
        <w:br/>
        <w:t>vn -0.1890 -0.0303 0.9815</w:t>
        <w:br/>
        <w:t>vn -0.1735 -0.0192 0.9846</w:t>
        <w:br/>
        <w:t>vn -0.1640 0.9287 -0.3327</w:t>
        <w:br/>
        <w:t>vn -0.1877 0.0003 0.9822</w:t>
        <w:br/>
        <w:t>vn -0.3430 0.0558 0.9377</w:t>
        <w:br/>
        <w:t>vn -0.5019 0.1103 0.8579</w:t>
        <w:br/>
        <w:t>vn -0.3435 0.8669 -0.3613</w:t>
        <w:br/>
        <w:t>vn -0.3036 0.8964 -0.3229</w:t>
        <w:br/>
        <w:t>vn -0.0664 0.9669 -0.2465</w:t>
        <w:br/>
        <w:t>vn -0.0664 0.9669 -0.2464</w:t>
        <w:br/>
        <w:t>vn -0.3503 0.2273 0.9086</w:t>
        <w:br/>
        <w:t>vn -0.2929 0.8799 -0.3743</w:t>
        <w:br/>
        <w:t>vn -0.4584 0.6850 -0.5663</w:t>
        <w:br/>
        <w:t>vn -0.4584 0.6849 -0.5663</w:t>
        <w:br/>
        <w:t>vn -0.2608 0.3192 0.9111</w:t>
        <w:br/>
        <w:t>vn 0.0000 0.3193 0.9476</w:t>
        <w:br/>
        <w:t>vn 0.0000 0.3194 0.9476</w:t>
        <w:br/>
        <w:t>vn -0.1742 0.9507 -0.2567</w:t>
        <w:br/>
        <w:t>vn -0.0000 0.9833 -0.1818</w:t>
        <w:br/>
        <w:t>vn -0.4002 -0.2493 0.8819</w:t>
        <w:br/>
        <w:t>vn -0.2363 -0.0209 0.9714</w:t>
        <w:br/>
        <w:t>vn -0.0987 0.1513 0.9836</w:t>
        <w:br/>
        <w:t>vn -0.5183 -0.4357 0.7359</w:t>
        <w:br/>
        <w:t>vn -0.4336 -0.5489 0.7146</w:t>
        <w:br/>
        <w:t>vn -0.5384 -0.6073 0.5842</w:t>
        <w:br/>
        <w:t>vn 0.2236 -0.0036 0.9747</w:t>
        <w:br/>
        <w:t>vn 0.0944 -0.1610 0.9824</w:t>
        <w:br/>
        <w:t>vn -0.3251 -0.4876 0.8103</w:t>
        <w:br/>
        <w:t>vn 0.4032 0.1872 0.8957</w:t>
        <w:br/>
        <w:t>vn 0.6588 0.7455 0.1013</w:t>
        <w:br/>
        <w:t>vn 0.6154 0.5807 0.5329</w:t>
        <w:br/>
        <w:t>vn -0.3650 -0.2762 0.8891</w:t>
        <w:br/>
        <w:t>vn -0.1622 0.0769 0.9837</w:t>
        <w:br/>
        <w:t>vn -0.3651 -0.2763 0.8890</w:t>
        <w:br/>
        <w:t>vn -0.0053 -0.4178 0.9085</w:t>
        <w:br/>
        <w:t>vn -0.1601 -0.5631 0.8107</w:t>
        <w:br/>
        <w:t>vn -0.0774 -0.4932 0.8665</w:t>
        <w:br/>
        <w:t>vn 0.8407 0.5236 0.1385</w:t>
        <w:br/>
        <w:t>vn 0.8452 0.4721 0.2506</w:t>
        <w:br/>
        <w:t>vn 0.7806 0.4327 0.4510</w:t>
        <w:br/>
        <w:t>vn 0.6829 0.3749 0.6269</w:t>
        <w:br/>
        <w:t>vn -0.2035 0.0352 0.9784</w:t>
        <w:br/>
        <w:t>vn -0.1034 0.0487 0.9934</w:t>
        <w:br/>
        <w:t>vn -0.2298 0.0277 0.9728</w:t>
        <w:br/>
        <w:t>vn -0.3528 0.0061 0.9357</w:t>
        <w:br/>
        <w:t>vn -0.9201 -0.2334 -0.3146</w:t>
        <w:br/>
        <w:t>vn -0.8992 -0.2166 -0.3803</w:t>
        <w:br/>
        <w:t>vn -0.2970 -0.5136 0.8050</w:t>
        <w:br/>
        <w:t>vn -0.5783 -0.4842 0.6566</w:t>
        <w:br/>
        <w:t>vn -0.3584 -0.3504 0.8653</w:t>
        <w:br/>
        <w:t>vn -0.0000 -0.5663 0.8242</w:t>
        <w:br/>
        <w:t>vn -0.0651 -0.5589 0.8267</w:t>
        <w:br/>
        <w:t>vn -0.0386 -0.5369 0.8428</w:t>
        <w:br/>
        <w:t>vn -0.0361 -0.5222 0.8521</w:t>
        <w:br/>
        <w:t>vn -0.4407 -0.0072 0.8976</w:t>
        <w:br/>
        <w:t>vn 0.2316 0.1573 0.9600</w:t>
        <w:br/>
        <w:t>vn 0.0147 -0.1461 0.9892</w:t>
        <w:br/>
        <w:t>vn -0.3673 -0.6728 0.6422</w:t>
        <w:br/>
        <w:t>vn -0.4378 -0.6881 0.5787</w:t>
        <w:br/>
        <w:t>vn -0.9364 -0.2490 -0.2473</w:t>
        <w:br/>
        <w:t>vn 0.7515 0.3306 0.5709</w:t>
        <w:br/>
        <w:t>vn 0.0906 -0.3322 0.9388</w:t>
        <w:br/>
        <w:t>vn -0.2942 -0.7123 0.6373</w:t>
        <w:br/>
        <w:t>vn 0.4169 0.2619 -0.8704</w:t>
        <w:br/>
        <w:t>vn 0.1126 -0.1501 -0.9822</w:t>
        <w:br/>
        <w:t>vn 0.1126 -0.1500 -0.9822</w:t>
        <w:br/>
        <w:t>vn 0.2663 0.0461 -0.9628</w:t>
        <w:br/>
        <w:t>vn 0.5312 0.4491 -0.7184</w:t>
        <w:br/>
        <w:t>vn 0.4328 0.5443 -0.7186</w:t>
        <w:br/>
        <w:t>vn 0.5305 0.5979 -0.6009</w:t>
        <w:br/>
        <w:t>vn 0.1104 0.2140 -0.9706</w:t>
        <w:br/>
        <w:t>vn 0.3268 0.4875 -0.8097</w:t>
        <w:br/>
        <w:t>vn -0.0405 0.2103 -0.9768</w:t>
        <w:br/>
        <w:t>vn -0.2822 0.0037 -0.9593</w:t>
        <w:br/>
        <w:t>vn 0.2506 0.0353 -0.9675</w:t>
        <w:br/>
        <w:t>vn 0.3359 0.2364 -0.9117</w:t>
        <w:br/>
        <w:t>vn 0.3554 0.2262 -0.9069</w:t>
        <w:br/>
        <w:t>vn 0.4422 0.6826 -0.5818</w:t>
        <w:br/>
        <w:t>vn 0.3701 0.6691 -0.6445</w:t>
        <w:br/>
        <w:t>vn 0.2970 0.7150 -0.6330</w:t>
        <w:br/>
        <w:t>vn 0.1587 0.5601 -0.8131</w:t>
        <w:br/>
        <w:t>vn 0.0875 0.4968 -0.8634</w:t>
        <w:br/>
        <w:t>vn 0.0206 0.4243 -0.9053</w:t>
        <w:br/>
        <w:t>vn -0.0571 0.3536 -0.9336</w:t>
        <w:br/>
        <w:t>vn -0.1869 0.0134 -0.9823</w:t>
        <w:br/>
        <w:t>vn -0.8367 -0.4994 -0.2249</w:t>
        <w:br/>
        <w:t>vn -0.8266 -0.5484 -0.1264</w:t>
        <w:br/>
        <w:t>vn -0.8241 -0.4932 -0.2785</w:t>
        <w:br/>
        <w:t>vn -0.6815 -0.3860 -0.6217</w:t>
        <w:br/>
        <w:t>vn 0.0949 -0.0531 -0.9941</w:t>
        <w:br/>
        <w:t>vn 0.2078 -0.0355 -0.9775</w:t>
        <w:br/>
        <w:t>vn 0.2393 -0.0199 -0.9708</w:t>
        <w:br/>
        <w:t>vn 0.3790 0.0140 -0.9253</w:t>
        <w:br/>
        <w:t>vn 0.9232 0.2074 0.3237</w:t>
        <w:br/>
        <w:t>vn 0.9272 0.2115 0.3091</w:t>
        <w:br/>
        <w:t>vn 0.9272 0.2114 0.3093</w:t>
        <w:br/>
        <w:t>vn 0.5219 0.4826 -0.7034</w:t>
        <w:br/>
        <w:t>vn 0.2508 0.5023 -0.8275</w:t>
        <w:br/>
        <w:t>vn 0.3398 0.3561 -0.8705</w:t>
        <w:br/>
        <w:t>vn 0.0300 0.5311 -0.8468</w:t>
        <w:br/>
        <w:t>vn 0.0212 0.5147 -0.8571</w:t>
        <w:br/>
        <w:t>vn 0.0663 0.5562 -0.8284</w:t>
        <w:br/>
        <w:t>vn 0.0000 0.5636 -0.8260</w:t>
        <w:br/>
        <w:t>vn 0.0000 0.5637 -0.8260</w:t>
        <w:br/>
        <w:t>vn 0.4800 0.0455 -0.8761</w:t>
        <w:br/>
        <w:t>vn -0.2452 -0.1665 -0.9551</w:t>
        <w:br/>
        <w:t>vn 0.9310 0.2155 0.2946</w:t>
        <w:br/>
        <w:t>vn -0.7575 -0.3496 -0.5513</w:t>
        <w:br/>
        <w:t>vn -0.6815 -0.3860 -0.6218</w:t>
        <w:br/>
        <w:t>vn 0.0000 0.8566 0.5159</w:t>
        <w:br/>
        <w:t>vn -0.2029 0.8430 0.4981</w:t>
        <w:br/>
        <w:t>vn -0.0000 0.8567 0.5159</w:t>
        <w:br/>
        <w:t>vn -0.3878 0.8107 0.4387</w:t>
        <w:br/>
        <w:t>vn -0.4668 0.8312 0.3021</w:t>
        <w:br/>
        <w:t>vn -0.3624 0.9160 0.1723</w:t>
        <w:br/>
        <w:t>vn -0.3624 0.9160 0.1724</w:t>
        <w:br/>
        <w:t>vn -0.2018 0.9547 0.2187</w:t>
        <w:br/>
        <w:t>vn -0.1152 0.9708 0.2103</w:t>
        <w:br/>
        <w:t>vn -0.1410 0.9899 0.0178</w:t>
        <w:br/>
        <w:t>vn -0.3008 0.9453 -0.1262</w:t>
        <w:br/>
        <w:t>vn -0.5022 0.8555 -0.1260</w:t>
        <w:br/>
        <w:t>vn -0.6307 0.7757 0.0231</w:t>
        <w:br/>
        <w:t>vn -0.6191 0.7452 0.2477</w:t>
        <w:br/>
        <w:t>vn -0.5342 0.7510 0.3881</w:t>
        <w:br/>
        <w:t>vn -0.5053 0.8005 0.3222</w:t>
        <w:br/>
        <w:t>vn -0.5054 0.8005 0.3222</w:t>
        <w:br/>
        <w:t>vn -0.4844 0.8272 0.2849</w:t>
        <w:br/>
        <w:t>vn -0.4844 0.8271 0.2849</w:t>
        <w:br/>
        <w:t>vn -0.5727 0.7157 0.3999</w:t>
        <w:br/>
        <w:t>vn -0.7736 0.4776 0.4165</w:t>
        <w:br/>
        <w:t>vn -0.8980 0.3328 0.2879</w:t>
        <w:br/>
        <w:t>vn -0.9221 0.3747 0.0964</w:t>
        <w:br/>
        <w:t>vn -0.8891 0.4577 -0.0020</w:t>
        <w:br/>
        <w:t>vn -0.8891 0.4577 -0.0021</w:t>
        <w:br/>
        <w:t>vn -0.8520 0.5156 0.0906</w:t>
        <w:br/>
        <w:t>vn -0.8520 0.5156 0.0905</w:t>
        <w:br/>
        <w:t>vn -0.7892 0.6107 0.0647</w:t>
        <w:br/>
        <w:t>vn -0.6994 0.7019 -0.1352</w:t>
        <w:br/>
        <w:t>vn -0.6993 0.7019 -0.1351</w:t>
        <w:br/>
        <w:t>vn -0.6701 0.7147 -0.2005</w:t>
        <w:br/>
        <w:t>vn -0.7185 0.6425 -0.2664</w:t>
        <w:br/>
        <w:t>vn -0.7127 0.6366 -0.2948</w:t>
        <w:br/>
        <w:t>vn -0.7126 0.6366 -0.2948</w:t>
        <w:br/>
        <w:t>vn -0.7011 0.6095 -0.3702</w:t>
        <w:br/>
        <w:t>vn -0.7011 0.6094 -0.3701</w:t>
        <w:br/>
        <w:t>vn -0.8297 0.3052 -0.4673</w:t>
        <w:br/>
        <w:t>vn -0.8255 -0.4303 -0.3652</w:t>
        <w:br/>
        <w:t>vn -0.5283 -0.8201 -0.2200</w:t>
        <w:br/>
        <w:t>vn -0.8092 -0.5810 -0.0876</w:t>
        <w:br/>
        <w:t>vn -0.8092 -0.5809 -0.0880</w:t>
        <w:br/>
        <w:t>vn -0.8044 -0.5892 0.0766</w:t>
        <w:br/>
        <w:t>vn -0.7922 -0.5571 -0.2492</w:t>
        <w:br/>
        <w:t>vn 0.8466 -0.0086 0.5322</w:t>
        <w:br/>
        <w:t>vn 0.4854 0.7752 -0.4044</w:t>
        <w:br/>
        <w:t>vn 0.4452 0.7593 -0.4746</w:t>
        <w:br/>
        <w:t>vn 0.6446 0.7572 -0.1058</w:t>
        <w:br/>
        <w:t>vn 0.6594 0.6709 -0.3392</w:t>
        <w:br/>
        <w:t>vn 0.5958 -0.0966 0.7973</w:t>
        <w:br/>
        <w:t>vn 0.5849 -0.1833 0.7901</w:t>
        <w:br/>
        <w:t>vn 0.5446 -0.1255 0.8293</w:t>
        <w:br/>
        <w:t>vn 0.5543 -0.1471 0.8193</w:t>
        <w:br/>
        <w:t>vn 0.4762 -0.1412 0.8679</w:t>
        <w:br/>
        <w:t>vn 0.4234 0.0368 0.9052</w:t>
        <w:br/>
        <w:t>vn 0.3813 0.0514 0.9230</w:t>
        <w:br/>
        <w:t>vn 0.4232 0.1448 0.8944</w:t>
        <w:br/>
        <w:t>vn 0.4961 0.8540 -0.1566</w:t>
        <w:br/>
        <w:t>vn 0.6837 0.7296 0.0126</w:t>
        <w:br/>
        <w:t>vn 0.6837 0.7296 0.0127</w:t>
        <w:br/>
        <w:t>vn 0.5256 0.8400 0.1347</w:t>
        <w:br/>
        <w:t>vn 0.4569 0.0566 0.8877</w:t>
        <w:br/>
        <w:t>vn 0.2967 0.8680 -0.3981</w:t>
        <w:br/>
        <w:t>vn 0.2967 0.8680 -0.3982</w:t>
        <w:br/>
        <w:t>vn 0.5868 0.0246 0.8093</w:t>
        <w:br/>
        <w:t>vn 0.5868 0.0246 0.8094</w:t>
        <w:br/>
        <w:t>vn 0.5222 -0.8445 -0.1193</w:t>
        <w:br/>
        <w:t>vn 0.5221 -0.8445 -0.1193</w:t>
        <w:br/>
        <w:t>vn 0.5225 -0.8444 -0.1184</w:t>
        <w:br/>
        <w:t>vn 0.6466 0.3616 -0.6717</w:t>
        <w:br/>
        <w:t>vn 0.5914 0.5064 -0.6275</w:t>
        <w:br/>
        <w:t>vn 0.5914 0.5065 -0.6275</w:t>
        <w:br/>
        <w:t>vn 0.6360 0.0149 0.7715</w:t>
        <w:br/>
        <w:t>vn 0.6270 -0.0358 0.7782</w:t>
        <w:br/>
        <w:t>vn 0.6231 -0.0752 0.7785</w:t>
        <w:br/>
        <w:t>vn 0.6074 0.1214 0.7851</w:t>
        <w:br/>
        <w:t>vn 0.5640 0.1549 0.8111</w:t>
        <w:br/>
        <w:t>vn 0.4204 0.7587 -0.4976</w:t>
        <w:br/>
        <w:t>vn 0.5124 0.6444 -0.5677</w:t>
        <w:br/>
        <w:t>vn 0.3328 0.8369 -0.4346</w:t>
        <w:br/>
        <w:t>vn 0.5261 0.2098 0.8241</w:t>
        <w:br/>
        <w:t>vn 0.4128 0.2711 0.8695</w:t>
        <w:br/>
        <w:t>vn 0.3333 0.2878 0.8978</w:t>
        <w:br/>
        <w:t>vn 0.2546 0.8941 -0.3684</w:t>
        <w:br/>
        <w:t>vn 0.5841 -0.1599 0.7957</w:t>
        <w:br/>
        <w:t>vn 0.5842 -0.1599 0.7957</w:t>
        <w:br/>
        <w:t>vn 0.6722 0.2436 -0.6991</w:t>
        <w:br/>
        <w:t>vn 0.6723 0.2436 -0.6991</w:t>
        <w:br/>
        <w:t>vn 0.5621 -0.2070 0.8008</w:t>
        <w:br/>
        <w:t>vn 0.5604 -0.1970 0.8044</w:t>
        <w:br/>
        <w:t>vn 0.6752 0.1297 -0.7261</w:t>
        <w:br/>
        <w:t>vn 0.6752 0.1297 -0.7262</w:t>
        <w:br/>
        <w:t>vn 0.5611 -0.2190 0.7983</w:t>
        <w:br/>
        <w:t>vn 0.5554 -0.4182 -0.7187</w:t>
        <w:br/>
        <w:t>vn 0.3087 -0.7934 -0.5246</w:t>
        <w:br/>
        <w:t>vn 0.3088 -0.7934 -0.5246</w:t>
        <w:br/>
        <w:t>vn 0.5651 -0.2269 0.7932</w:t>
        <w:br/>
        <w:t>vn 0.4221 0.0163 0.9064</w:t>
        <w:br/>
        <w:t>vn 0.3671 0.1074 0.9240</w:t>
        <w:br/>
        <w:t>vn 0.3333 0.1546 0.9301</w:t>
        <w:br/>
        <w:t>vn 0.3306 0.8331 -0.4435</w:t>
        <w:br/>
        <w:t>vn 0.1735 -0.0192 0.9846</w:t>
        <w:br/>
        <w:t>vn 0.1890 -0.0303 0.9815</w:t>
        <w:br/>
        <w:t>vn 0.1640 0.9287 -0.3327</w:t>
        <w:br/>
        <w:t>vn 0.1877 0.0003 0.9822</w:t>
        <w:br/>
        <w:t>vn 0.3430 0.0558 0.9377</w:t>
        <w:br/>
        <w:t>vn 0.5019 0.1103 0.8579</w:t>
        <w:br/>
        <w:t>vn 0.3435 0.8669 -0.3614</w:t>
        <w:br/>
        <w:t>vn 0.3435 0.8669 -0.3613</w:t>
        <w:br/>
        <w:t>vn 0.3036 0.8964 -0.3228</w:t>
        <w:br/>
        <w:t>vn 0.0664 0.9669 -0.2464</w:t>
        <w:br/>
        <w:t>vn 0.3503 0.2273 0.9086</w:t>
        <w:br/>
        <w:t>vn 0.2929 0.8799 -0.3743</w:t>
        <w:br/>
        <w:t>vn 0.2929 0.8798 -0.3743</w:t>
        <w:br/>
        <w:t>vn 0.4584 0.6849 -0.5664</w:t>
        <w:br/>
        <w:t>vn 0.4584 0.6849 -0.5663</w:t>
        <w:br/>
        <w:t>vn 0.2608 0.3192 0.9111</w:t>
        <w:br/>
        <w:t>vn 0.1742 0.9507 -0.2567</w:t>
        <w:br/>
        <w:t>vn 0.1200 0.0893 0.9887</w:t>
        <w:br/>
        <w:t>vn 0.2457 -0.0523 0.9679</w:t>
        <w:br/>
        <w:t>vn 0.4037 -0.2694 0.8743</w:t>
        <w:br/>
        <w:t>vn 0.1200 0.0892 0.9888</w:t>
        <w:br/>
        <w:t>vn 0.5183 -0.4357 0.7359</w:t>
        <w:br/>
        <w:t>vn 0.5384 -0.6073 0.5842</w:t>
        <w:br/>
        <w:t>vn 0.4336 -0.5489 0.7146</w:t>
        <w:br/>
        <w:t>vn 0.3251 -0.4876 0.8103</w:t>
        <w:br/>
        <w:t>vn -0.0944 -0.1610 0.9824</w:t>
        <w:br/>
        <w:t>vn -0.2236 -0.0036 0.9747</w:t>
        <w:br/>
        <w:t>vn -0.4032 0.1872 0.8957</w:t>
        <w:br/>
        <w:t>vn -0.6588 0.7455 0.1013</w:t>
        <w:br/>
        <w:t>vn -0.6154 0.5807 0.5329</w:t>
        <w:br/>
        <w:t>vn 0.3651 -0.2762 0.8891</w:t>
        <w:br/>
        <w:t>vn 0.3651 -0.2763 0.8890</w:t>
        <w:br/>
        <w:t>vn 0.1622 0.0769 0.9837</w:t>
        <w:br/>
        <w:t>vn 0.0053 -0.4178 0.9085</w:t>
        <w:br/>
        <w:t>vn 0.0774 -0.4932 0.8665</w:t>
        <w:br/>
        <w:t>vn 0.1601 -0.5631 0.8107</w:t>
        <w:br/>
        <w:t>vn -0.8407 0.5236 0.1385</w:t>
        <w:br/>
        <w:t>vn -0.7806 0.4327 0.4511</w:t>
        <w:br/>
        <w:t>vn -0.8451 0.4722 0.2507</w:t>
        <w:br/>
        <w:t>vn -0.6829 0.3749 0.6269</w:t>
        <w:br/>
        <w:t>vn 0.2036 0.0352 0.9784</w:t>
        <w:br/>
        <w:t>vn 0.2298 0.0277 0.9728</w:t>
        <w:br/>
        <w:t>vn 0.1034 0.0487 0.9934</w:t>
        <w:br/>
        <w:t>vn 0.3528 0.0061 0.9357</w:t>
        <w:br/>
        <w:t>vn 0.9201 -0.2334 -0.3146</w:t>
        <w:br/>
        <w:t>vn 0.9201 -0.2334 -0.3145</w:t>
        <w:br/>
        <w:t>vn 0.8992 -0.2166 -0.3803</w:t>
        <w:br/>
        <w:t>vn 0.2970 -0.5136 0.8050</w:t>
        <w:br/>
        <w:t>vn 0.3584 -0.3504 0.8653</w:t>
        <w:br/>
        <w:t>vn 0.5783 -0.4842 0.6566</w:t>
        <w:br/>
        <w:t>vn 0.0651 -0.5589 0.8267</w:t>
        <w:br/>
        <w:t>vn 0.0386 -0.5369 0.8428</w:t>
        <w:br/>
        <w:t>vn 0.0361 -0.5222 0.8521</w:t>
        <w:br/>
        <w:t>vn 0.4407 -0.0072 0.8976</w:t>
        <w:br/>
        <w:t>vn -0.2316 0.1573 0.9600</w:t>
        <w:br/>
        <w:t>vn -0.0147 -0.1461 0.9892</w:t>
        <w:br/>
        <w:t>vn 0.4378 -0.6880 0.5787</w:t>
        <w:br/>
        <w:t>vn 0.3673 -0.6728 0.6422</w:t>
        <w:br/>
        <w:t>vn 0.9364 -0.2490 -0.2473</w:t>
        <w:br/>
        <w:t>vn -0.7515 0.3306 0.5709</w:t>
        <w:br/>
        <w:t>vn -0.0906 -0.3322 0.9388</w:t>
        <w:br/>
        <w:t>vn 0.2942 -0.7123 0.6373</w:t>
        <w:br/>
        <w:t>vn -0.1318 -0.0905 -0.9871</w:t>
        <w:br/>
        <w:t>vn -0.4196 0.2809 -0.8632</w:t>
        <w:br/>
        <w:t>vn -0.2743 0.0763 -0.9586</w:t>
        <w:br/>
        <w:t>vn -0.5312 0.4491 -0.7184</w:t>
        <w:br/>
        <w:t>vn -0.4328 0.5443 -0.7186</w:t>
        <w:br/>
        <w:t>vn -0.5305 0.5979 -0.6009</w:t>
        <w:br/>
        <w:t>vn -0.1104 0.2140 -0.9706</w:t>
        <w:br/>
        <w:t>vn 0.0405 0.2103 -0.9768</w:t>
        <w:br/>
        <w:t>vn -0.3268 0.4875 -0.8097</w:t>
        <w:br/>
        <w:t>vn 0.2822 0.0037 -0.9593</w:t>
        <w:br/>
        <w:t>vn -0.2506 0.0353 -0.9675</w:t>
        <w:br/>
        <w:t>vn -0.3554 0.2262 -0.9069</w:t>
        <w:br/>
        <w:t>vn -0.3359 0.2364 -0.9117</w:t>
        <w:br/>
        <w:t>vn -0.4422 0.6826 -0.5818</w:t>
        <w:br/>
        <w:t>vn -0.3701 0.6691 -0.6445</w:t>
        <w:br/>
        <w:t>vn -0.1587 0.5601 -0.8131</w:t>
        <w:br/>
        <w:t>vn -0.2970 0.7150 -0.6330</w:t>
        <w:br/>
        <w:t>vn -0.0875 0.4968 -0.8634</w:t>
        <w:br/>
        <w:t>vn -0.0206 0.4243 -0.9053</w:t>
        <w:br/>
        <w:t>vn 0.0571 0.3536 -0.9336</w:t>
        <w:br/>
        <w:t>vn 0.1869 0.0134 -0.9823</w:t>
        <w:br/>
        <w:t>vn 0.8367 -0.4994 -0.2249</w:t>
        <w:br/>
        <w:t>vn 0.8241 -0.4932 -0.2785</w:t>
        <w:br/>
        <w:t>vn 0.8266 -0.5484 -0.1264</w:t>
        <w:br/>
        <w:t>vn 0.6815 -0.3860 -0.6218</w:t>
        <w:br/>
        <w:t>vn -0.0949 -0.0531 -0.9941</w:t>
        <w:br/>
        <w:t>vn -0.2393 -0.0199 -0.9707</w:t>
        <w:br/>
        <w:t>vn -0.2078 -0.0355 -0.9775</w:t>
        <w:br/>
        <w:t>vn -0.3790 0.0140 -0.9253</w:t>
        <w:br/>
        <w:t>vn -0.9232 0.2074 0.3237</w:t>
        <w:br/>
        <w:t>vn -0.9272 0.2115 0.3092</w:t>
        <w:br/>
        <w:t>vn -0.9272 0.2115 0.3091</w:t>
        <w:br/>
        <w:t>vn -0.5219 0.4826 -0.7034</w:t>
        <w:br/>
        <w:t>vn -0.3398 0.3561 -0.8705</w:t>
        <w:br/>
        <w:t>vn -0.2508 0.5023 -0.8275</w:t>
        <w:br/>
        <w:t>vn -0.0300 0.5311 -0.8468</w:t>
        <w:br/>
        <w:t>vn -0.0212 0.5147 -0.8571</w:t>
        <w:br/>
        <w:t>vn -0.0663 0.5562 -0.8284</w:t>
        <w:br/>
        <w:t>vn -0.4800 0.0455 -0.8761</w:t>
        <w:br/>
        <w:t>vn 0.2452 -0.1665 -0.9551</w:t>
        <w:br/>
        <w:t>vn -0.9310 0.2155 0.2946</w:t>
        <w:br/>
        <w:t>vn 0.7575 -0.3496 -0.5514</w:t>
        <w:br/>
        <w:t>vn 0.6815 -0.3860 -0.6217</w:t>
        <w:br/>
        <w:t>vn 0.2029 0.8430 0.4982</w:t>
        <w:br/>
        <w:t>vn 0.3878 0.8107 0.4386</w:t>
        <w:br/>
        <w:t>vn 0.4668 0.8312 0.3020</w:t>
        <w:br/>
        <w:t>vn 0.3624 0.9160 0.1723</w:t>
        <w:br/>
        <w:t>vn 0.3624 0.9160 0.1724</w:t>
        <w:br/>
        <w:t>vn 0.2019 0.9547 0.2187</w:t>
        <w:br/>
        <w:t>vn 0.1152 0.9709 0.2102</w:t>
        <w:br/>
        <w:t>vn 0.1152 0.9708 0.2102</w:t>
        <w:br/>
        <w:t>vn 0.1410 0.9898 0.0180</w:t>
        <w:br/>
        <w:t>vn 0.3008 0.9453 -0.1262</w:t>
        <w:br/>
        <w:t>vn 0.5022 0.8555 -0.1261</w:t>
        <w:br/>
        <w:t>vn 0.6307 0.7757 0.0231</w:t>
        <w:br/>
        <w:t>vn 0.6308 0.7756 0.0231</w:t>
        <w:br/>
        <w:t>vn 0.6191 0.7452 0.2478</w:t>
        <w:br/>
        <w:t>vn 0.5343 0.7510 0.3881</w:t>
        <w:br/>
        <w:t>vn 0.5054 0.8005 0.3221</w:t>
        <w:br/>
        <w:t>vn 0.5054 0.8005 0.3222</w:t>
        <w:br/>
        <w:t>vn 0.4844 0.8272 0.2849</w:t>
        <w:br/>
        <w:t>vn 0.4844 0.8271 0.2850</w:t>
        <w:br/>
        <w:t>vn 0.5727 0.7157 0.3998</w:t>
        <w:br/>
        <w:t>vn 0.5727 0.7157 0.3999</w:t>
        <w:br/>
        <w:t>vn 0.7736 0.4776 0.4165</w:t>
        <w:br/>
        <w:t>vn 0.8980 0.3328 0.2880</w:t>
        <w:br/>
        <w:t>vn 0.8980 0.3328 0.2879</w:t>
        <w:br/>
        <w:t>vn 0.9221 0.3747 0.0964</w:t>
        <w:br/>
        <w:t>vn 0.8891 0.4577 -0.0021</w:t>
        <w:br/>
        <w:t>vn 0.8521 0.5155 0.0906</w:t>
        <w:br/>
        <w:t>vn 0.7892 0.6107 0.0647</w:t>
        <w:br/>
        <w:t>vn 0.6994 0.7019 -0.1351</w:t>
        <w:br/>
        <w:t>vn 0.6993 0.7019 -0.1351</w:t>
        <w:br/>
        <w:t>vn 0.6700 0.7147 -0.2005</w:t>
        <w:br/>
        <w:t>vn 0.6701 0.7147 -0.2005</w:t>
        <w:br/>
        <w:t>vn 0.7185 0.6425 -0.2664</w:t>
        <w:br/>
        <w:t>vn 0.7127 0.6366 -0.2948</w:t>
        <w:br/>
        <w:t>vn 0.7126 0.6366 -0.2948</w:t>
        <w:br/>
        <w:t>vn 0.7012 0.6094 -0.3701</w:t>
        <w:br/>
        <w:t>vn 0.7011 0.6094 -0.3702</w:t>
        <w:br/>
        <w:t>vn 0.8297 0.3052 -0.4674</w:t>
        <w:br/>
        <w:t>vn 0.9071 0.0719 -0.4148</w:t>
        <w:br/>
        <w:t>vn 0.9071 0.0719 -0.4147</w:t>
        <w:br/>
        <w:t>vn 0.5113 -0.8325 -0.2133</w:t>
        <w:br/>
        <w:t>vn 0.5113 -0.8325 -0.2134</w:t>
        <w:br/>
        <w:t>vn 0.5114 -0.8325 -0.2129</w:t>
        <w:br/>
        <w:t>vn 0.5114 -0.8325 -0.2130</w:t>
        <w:br/>
        <w:t>vn 0.8092 -0.5810 -0.0875</w:t>
        <w:br/>
        <w:t>vn 0.8044 -0.5892 0.0766</w:t>
        <w:br/>
        <w:t>vn 0.8092 -0.5809 -0.0879</w:t>
        <w:br/>
        <w:t>vn 0.7922 -0.5571 -0.2492</w:t>
        <w:br/>
        <w:t>vn 0.5914 0.0215 0.8061</w:t>
        <w:br/>
        <w:t>vn 0.5126 0.0497 0.8572</w:t>
        <w:br/>
        <w:t>vn 0.6033 -0.1077 -0.7902</w:t>
        <w:br/>
        <w:t>vn 0.6766 -0.1051 -0.7288</w:t>
        <w:br/>
        <w:t>vn 0.6033 -0.1076 -0.7902</w:t>
        <w:br/>
        <w:t>vn 0.6644 -0.0068 0.7473</w:t>
        <w:br/>
        <w:t>vn 0.6645 -0.0068 0.7473</w:t>
        <w:br/>
        <w:t>vn -0.7407 0.1063 0.6633</w:t>
        <w:br/>
        <w:t>vn -0.7407 0.1063 0.6634</w:t>
        <w:br/>
        <w:t>vn -0.6797 0.1054 0.7259</w:t>
        <w:br/>
        <w:t>vn -0.6135 0.1038 0.7829</w:t>
        <w:br/>
        <w:t>vn -0.6815 -0.3379 -0.6492</w:t>
        <w:br/>
        <w:t>vn -0.7882 0.0936 -0.6082</w:t>
        <w:br/>
        <w:t>vn -0.8170 0.0949 -0.5687</w:t>
        <w:br/>
        <w:t>vn -0.4757 -0.7033 -0.5283</w:t>
        <w:br/>
        <w:t>vn 0.7437 -0.1016 -0.6608</w:t>
        <w:br/>
        <w:t>vn -0.5914 0.0215 0.8061</w:t>
        <w:br/>
        <w:t>vn -0.5126 0.0497 0.8572</w:t>
        <w:br/>
        <w:t>vn -0.6033 -0.1076 -0.7902</w:t>
        <w:br/>
        <w:t>vn -0.6766 -0.1051 -0.7288</w:t>
        <w:br/>
        <w:t>vn -0.6645 -0.0068 0.7473</w:t>
        <w:br/>
        <w:t>vn 0.7407 0.1063 0.6633</w:t>
        <w:br/>
        <w:t>vn 0.6797 0.1054 0.7259</w:t>
        <w:br/>
        <w:t>vn 0.7407 0.1063 0.6634</w:t>
        <w:br/>
        <w:t>vn 0.6135 0.1038 0.7829</w:t>
        <w:br/>
        <w:t>vn 0.6815 -0.3379 -0.6491</w:t>
        <w:br/>
        <w:t>vn 0.7882 0.0936 -0.6082</w:t>
        <w:br/>
        <w:t>vn 0.8170 0.0949 -0.5687</w:t>
        <w:br/>
        <w:t>vn 0.4757 -0.7033 -0.5283</w:t>
        <w:br/>
        <w:t>vn -0.7437 -0.1016 -0.6608</w:t>
        <w:br/>
        <w:t>vn -0.8905 0.2561 -0.3761</w:t>
        <w:br/>
        <w:t>vn -0.9182 0.2119 0.3346</w:t>
        <w:br/>
        <w:t>vn -0.9612 0.2510 -0.1146</w:t>
        <w:br/>
        <w:t>vn 0.6244 -0.0991 -0.7748</w:t>
        <w:br/>
        <w:t>vn 0.6798 -0.1275 -0.7222</w:t>
        <w:br/>
        <w:t>vn -0.7545 -0.1171 -0.6458</w:t>
        <w:br/>
        <w:t>vn 0.8053 -0.1563 0.5719</w:t>
        <w:br/>
        <w:t>vn 0.7508 -0.1578 0.6414</w:t>
        <w:br/>
        <w:t>vn -0.7207 0.1470 0.6775</w:t>
        <w:br/>
        <w:t>vn -0.6869 0.1293 0.7152</w:t>
        <w:br/>
        <w:t>vn -0.6559 -0.4614 -0.5973</w:t>
        <w:br/>
        <w:t>vn -0.6560 -0.4614 -0.5973</w:t>
        <w:br/>
        <w:t>vn -0.7524 0.1642 0.6379</w:t>
        <w:br/>
        <w:t>vn 0.7307 -0.1550 -0.6648</w:t>
        <w:br/>
        <w:t>vn 0.7308 -0.1550 -0.6648</w:t>
        <w:br/>
        <w:t>vn 0.6905 -0.1580 0.7059</w:t>
        <w:br/>
        <w:t>vn 0.8905 0.2561 -0.3760</w:t>
        <w:br/>
        <w:t>vn 0.9612 0.2510 -0.1146</w:t>
        <w:br/>
        <w:t>vn 0.9182 0.2119 0.3346</w:t>
        <w:br/>
        <w:t>vn -0.6798 -0.1275 -0.7222</w:t>
        <w:br/>
        <w:t>vn -0.6244 -0.0991 -0.7748</w:t>
        <w:br/>
        <w:t>vn 0.7545 -0.1171 -0.6458</w:t>
        <w:br/>
        <w:t>vn -0.8053 -0.1563 0.5719</w:t>
        <w:br/>
        <w:t>vn -0.7508 -0.1577 0.6414</w:t>
        <w:br/>
        <w:t>vn -0.7508 -0.1578 0.6414</w:t>
        <w:br/>
        <w:t>vn 0.6869 0.1293 0.7151</w:t>
        <w:br/>
        <w:t>vn 0.7207 0.1470 0.6775</w:t>
        <w:br/>
        <w:t>vn 0.6559 -0.4614 -0.5974</w:t>
        <w:br/>
        <w:t>vn 0.7524 0.1642 0.6379</w:t>
        <w:br/>
        <w:t>vn -0.7307 -0.1550 -0.6648</w:t>
        <w:br/>
        <w:t>vn -0.7308 -0.1550 -0.6648</w:t>
        <w:br/>
        <w:t>vn -0.6905 -0.1580 0.7059</w:t>
        <w:br/>
        <w:t>vn -0.2522 0.4956 -0.8312</w:t>
        <w:br/>
        <w:t>vn -0.1960 0.4775 -0.8565</w:t>
        <w:br/>
        <w:t>vn 0.4843 -0.6226 -0.6147</w:t>
        <w:br/>
        <w:t>vn 0.2450 -0.7275 -0.6408</w:t>
        <w:br/>
        <w:t>vn 0.2450 -0.7276 -0.6408</w:t>
        <w:br/>
        <w:t>vn 0.6252 -0.4038 -0.6679</w:t>
        <w:br/>
        <w:t>vn 0.5753 -0.3934 -0.7171</w:t>
        <w:br/>
        <w:t>vn 0.3622 -0.5532 0.7502</w:t>
        <w:br/>
        <w:t>vn 0.3621 -0.5534 0.7501</w:t>
        <w:br/>
        <w:t>vn 0.3067 -0.5110 0.8030</w:t>
        <w:br/>
        <w:t>vn 0.2691 -0.6463 0.7141</w:t>
        <w:br/>
        <w:t>vn -0.0643 -0.7212 0.6897</w:t>
        <w:br/>
        <w:t>vn -0.2015 0.5890 0.7826</w:t>
        <w:br/>
        <w:t>vn -0.4529 0.4942 0.7421</w:t>
        <w:br/>
        <w:t>vn -0.5728 0.3905 0.7207</w:t>
        <w:br/>
        <w:t>vn -0.5727 0.3905 0.7207</w:t>
        <w:br/>
        <w:t>vn -0.3597 0.5549 -0.7501</w:t>
        <w:br/>
        <w:t>vn -0.2713 0.6453 -0.7141</w:t>
        <w:br/>
        <w:t>vn -0.3597 0.5548 -0.7502</w:t>
        <w:br/>
        <w:t>vn -0.5711 0.4557 0.6828</w:t>
        <w:br/>
        <w:t>vn 0.2170 -0.4699 0.8556</w:t>
        <w:br/>
        <w:t>vn 0.2618 -0.4922 0.8302</w:t>
        <w:br/>
        <w:t>vn 0.4046 -0.5357 -0.7411</w:t>
        <w:br/>
        <w:t>vn -0.3003 0.5151 -0.8028</w:t>
        <w:br/>
        <w:t>vn 0.0565 0.7227 -0.6888</w:t>
        <w:br/>
        <w:t>vn -0.0354 -0.5198 -0.8535</w:t>
        <w:br/>
        <w:t>vn 0.2450 -0.7273 -0.6411</w:t>
        <w:br/>
        <w:t>vn -0.0354 -0.5199 -0.8535</w:t>
        <w:br/>
        <w:t>vn -0.2563 0.0281 -0.9662</w:t>
        <w:br/>
        <w:t>vn -0.2620 0.3515 -0.8988</w:t>
        <w:br/>
        <w:t>vn -0.1134 0.4754 -0.8725</w:t>
        <w:br/>
        <w:t>vn -0.1134 0.4753 -0.8725</w:t>
        <w:br/>
        <w:t>vn -0.3397 -0.9121 -0.2295</w:t>
        <w:br/>
        <w:t>vn 0.0628 -0.8391 0.5403</w:t>
        <w:br/>
        <w:t>vn 0.0171 -0.9726 0.2320</w:t>
        <w:br/>
        <w:t>vn -0.3397 -0.9121 -0.2294</w:t>
        <w:br/>
        <w:t>vn 0.2803 -0.7076 0.6487</w:t>
        <w:br/>
        <w:t>vn 0.2617 -0.4922 0.8302</w:t>
        <w:br/>
        <w:t>vn -0.5895 -0.6559 -0.4715</w:t>
        <w:br/>
        <w:t>vn -0.5896 -0.6558 -0.4715</w:t>
        <w:br/>
        <w:t>vn -0.7556 -0.3254 -0.5685</w:t>
        <w:br/>
        <w:t>vn 0.5192 0.3076 -0.7974</w:t>
        <w:br/>
        <w:t>vn 0.5192 0.3075 -0.7974</w:t>
        <w:br/>
        <w:t>vn 0.6620 -0.1439 -0.7356</w:t>
        <w:br/>
        <w:t>vn 0.2097 0.5352 -0.8183</w:t>
        <w:br/>
        <w:t>vn 0.3360 0.9145 0.2254</w:t>
        <w:br/>
        <w:t>vn 0.1670 0.9850 0.0426</w:t>
        <w:br/>
        <w:t>vn -0.0121 0.9720 -0.2348</w:t>
        <w:br/>
        <w:t>vn -0.0121 0.9720 -0.2347</w:t>
        <w:br/>
        <w:t>vn -0.2804 0.7073 -0.6489</w:t>
        <w:br/>
        <w:t>vn 0.1988 0.3020 0.9324</w:t>
        <w:br/>
        <w:t>vn 0.1717 -0.0036 0.9851</w:t>
        <w:br/>
        <w:t>vn -0.0579 0.5120 0.8570</w:t>
        <w:br/>
        <w:t>vn -0.0579 0.5121 0.8570</w:t>
        <w:br/>
        <w:t>vn -0.1852 0.7640 0.6180</w:t>
        <w:br/>
        <w:t>vn -0.2522 0.4956 -0.8311</w:t>
        <w:br/>
        <w:t>vn -0.1852 0.7637 0.6184</w:t>
        <w:br/>
        <w:t>vn -0.3110 0.7238 0.6160</w:t>
        <w:br/>
        <w:t>vn -0.3109 0.7238 0.6160</w:t>
        <w:br/>
        <w:t>vn -0.1852 0.7637 0.6185</w:t>
        <w:br/>
        <w:t>vn 0.0226 -0.4425 0.8965</w:t>
        <w:br/>
        <w:t>vn -0.2353 -0.5268 0.8168</w:t>
        <w:br/>
        <w:t>vn -0.2353 -0.5268 0.8167</w:t>
        <w:br/>
        <w:t>vn -0.5404 -0.2944 0.7882</w:t>
        <w:br/>
        <w:t>vn 0.7574 0.3224 0.5678</w:t>
        <w:br/>
        <w:t>vn 0.7574 0.3225 0.5678</w:t>
        <w:br/>
        <w:t>vn 0.5886 0.6578 0.4699</w:t>
        <w:br/>
        <w:t>vn 0.5885 0.6579 0.4699</w:t>
        <w:br/>
        <w:t>vn 0.7998 -0.1290 0.5862</w:t>
        <w:br/>
        <w:t>vn 0.7998 -0.1291 0.5863</w:t>
        <w:br/>
        <w:t>vn -0.6762 0.1866 0.7126</w:t>
        <w:br/>
        <w:t>vn -0.6763 0.1867 0.7126</w:t>
        <w:br/>
        <w:t>vn -0.3952 0.6366 0.6623</w:t>
        <w:br/>
        <w:t>vn -0.3952 0.6365 0.6623</w:t>
        <w:br/>
        <w:t>vn -0.5882 0.5432 -0.5991</w:t>
        <w:br/>
        <w:t>vn -0.5883 0.5432 -0.5991</w:t>
        <w:br/>
        <w:t>vn -0.8003 0.1225 -0.5870</w:t>
        <w:br/>
        <w:t>vn -0.8003 0.1226 -0.5870</w:t>
        <w:br/>
        <w:t>vn -0.1966 0.7049 -0.6815</w:t>
        <w:br/>
        <w:t>vn -0.1967 0.7049 -0.6815</w:t>
        <w:br/>
        <w:t>vn 0.1268 0.6294 -0.7667</w:t>
        <w:br/>
        <w:t>vn 0.1268 0.6294 -0.7666</w:t>
        <w:br/>
        <w:t>vn 0.1224 0.7637 0.6338</w:t>
        <w:br/>
        <w:t>vn 0.5914 -0.5427 0.5965</w:t>
        <w:br/>
        <w:t>vn 0.5913 -0.5427 0.5965</w:t>
        <w:br/>
        <w:t>vn 0.2029 -0.7049 0.6797</w:t>
        <w:br/>
        <w:t>vn -0.1293 -0.6306 0.7653</w:t>
        <w:br/>
        <w:t>vn 0.4600 0.6612 0.5926</w:t>
        <w:br/>
        <w:t>vn 0.4798 -0.5739 -0.6636</w:t>
        <w:br/>
        <w:t>vn 0.0588 -0.7683 -0.6374</w:t>
        <w:br/>
        <w:t>vn 0.1034 -0.6134 -0.7830</w:t>
        <w:br/>
        <w:t>vn 0.1034 -0.6133 -0.7830</w:t>
        <w:br/>
        <w:t>vn -0.2290 -0.4990 -0.8358</w:t>
        <w:br/>
        <w:t>vn -0.6479 0.6634 0.3743</w:t>
        <w:br/>
        <w:t>vn -0.8090 0.3344 0.4834</w:t>
        <w:br/>
        <w:t>vn -0.6479 0.6634 0.3742</w:t>
        <w:br/>
        <w:t>vn -0.8147 -0.0938 0.5722</w:t>
        <w:br/>
        <w:t>vn 0.1149 -0.2802 0.9530</w:t>
        <w:br/>
        <w:t>vn -0.0448 -0.0402 0.9982</w:t>
        <w:br/>
        <w:t>vn 0.3402 -0.9373 -0.0754</w:t>
        <w:br/>
        <w:t>vn 0.6520 -0.6595 -0.3741</w:t>
        <w:br/>
        <w:t>vn 0.0645 0.5007 0.8632</w:t>
        <w:br/>
        <w:t>vn 0.3543 0.7208 0.5957</w:t>
        <w:br/>
        <w:t>vn -0.3307 0.9408 0.0740</w:t>
        <w:br/>
        <w:t>vn 0.3337 -0.1415 0.9320</w:t>
        <w:br/>
        <w:t>vn 0.8092 -0.3369 -0.4813</w:t>
        <w:br/>
        <w:t>vn 0.8174 0.0888 -0.5692</w:t>
        <w:br/>
        <w:t>vn 0.3948 0.2090 0.8947</w:t>
        <w:br/>
        <w:t>vn -0.5338 -0.5385 0.6520</w:t>
        <w:br/>
        <w:t>vn 0.1546 0.5159 0.8426</w:t>
        <w:br/>
        <w:t>vn 0.5326 0.5406 -0.6512</w:t>
        <w:br/>
        <w:t>vn -0.3505 0.1497 -0.9245</w:t>
        <w:br/>
        <w:t>vn -0.1098 0.2934 -0.9496</w:t>
        <w:br/>
        <w:t>vn -0.1098 0.2934 -0.9497</w:t>
        <w:br/>
        <w:t>vn -0.3505 0.1496 -0.9245</w:t>
        <w:br/>
        <w:t>vn -0.4146 -0.1849 -0.8910</w:t>
        <w:br/>
        <w:t>vn 0.0836 0.0672 -0.9942</w:t>
        <w:br/>
        <w:t>vn 0.1805 0.2578 -0.9492</w:t>
        <w:br/>
        <w:t>vn -0.0107 -0.4882 -0.8727</w:t>
        <w:br/>
        <w:t>vn 0.0541 0.8751 -0.4808</w:t>
        <w:br/>
        <w:t>vn -0.1037 0.9823 -0.1557</w:t>
        <w:br/>
        <w:t>vn 0.2436 0.5523 -0.7972</w:t>
        <w:br/>
        <w:t>vn 0.1806 0.2580 -0.9491</w:t>
        <w:br/>
        <w:t>vn 0.0540 0.8752 -0.4808</w:t>
        <w:br/>
        <w:t>vn -0.0107 -0.4881 -0.8727</w:t>
        <w:br/>
        <w:t>vn -0.1419 -0.7376 -0.6601</w:t>
        <w:br/>
        <w:t>vn -0.3945 -0.6840 -0.6136</w:t>
        <w:br/>
        <w:t>vn -0.6164 -0.5545 -0.5592</w:t>
        <w:br/>
        <w:t>vn -0.0526 -0.8729 0.4850</w:t>
        <w:br/>
        <w:t>vn -0.0527 -0.8729 0.4850</w:t>
        <w:br/>
        <w:t>vn -0.2475 -0.5476 0.7993</w:t>
        <w:br/>
        <w:t>vn -0.3826 -0.7050 -0.5972</w:t>
        <w:br/>
        <w:t>vn -0.5874 -0.5617 -0.5826</w:t>
        <w:br/>
        <w:t>vn -0.5875 -0.5616 -0.5826</w:t>
        <w:br/>
        <w:t>vn 0.3264 0.4904 -0.8081</w:t>
        <w:br/>
        <w:t>vn 0.3068 0.5437 -0.7812</w:t>
        <w:br/>
        <w:t>vn 0.5650 0.5739 0.5928</w:t>
        <w:br/>
        <w:t>vn 0.5649 0.5740 0.5928</w:t>
        <w:br/>
        <w:t>vn 0.5377 0.6195 0.5719</w:t>
        <w:br/>
        <w:t>vn -0.3296 -0.4884 0.8080</w:t>
        <w:br/>
        <w:t>vn -0.3117 -0.5414 0.7809</w:t>
        <w:br/>
        <w:t>vn -0.3117 -0.5413 0.7809</w:t>
        <w:br/>
        <w:t>vn -0.1667 -0.8845 0.4357</w:t>
        <w:br/>
        <w:t>vn -0.1666 -0.8845 0.4358</w:t>
        <w:br/>
        <w:t>vn -0.1684 -0.8838 0.4365</w:t>
        <w:br/>
        <w:t>vn -0.8270 0.0940 0.5544</w:t>
        <w:br/>
        <w:t>vn -0.8268 0.1094 0.5517</w:t>
        <w:br/>
        <w:t>vn -0.8241 0.1182 0.5540</w:t>
        <w:br/>
        <w:t>vn -0.8188 0.1533 0.5533</w:t>
        <w:br/>
        <w:t>vn -0.8229 0.1337 0.5522</w:t>
        <w:br/>
        <w:t>vn -0.8312 0.0870 0.5492</w:t>
        <w:br/>
        <w:t>vn -0.8294 0.1007 0.5494</w:t>
        <w:br/>
        <w:t>vn -0.8317 0.0813 0.5492</w:t>
        <w:br/>
        <w:t>vn -0.8305 0.0914 0.5494</w:t>
        <w:br/>
        <w:t>vn -0.8312 0.0881 0.5489</w:t>
        <w:br/>
        <w:t>vn -0.8268 0.1193 0.5497</w:t>
        <w:br/>
        <w:t>vn -0.8190 0.1643 0.5498</w:t>
        <w:br/>
        <w:t>vn -0.1009 -0.8248 0.5563</w:t>
        <w:br/>
        <w:t>vn 0.2614 -0.2373 0.9356</w:t>
        <w:br/>
        <w:t>vn -0.1684 -0.8838 0.4366</w:t>
        <w:br/>
        <w:t>vn -0.4494 -0.8923 -0.0442</w:t>
        <w:br/>
        <w:t>vn 0.3779 0.4211 0.8246</w:t>
        <w:br/>
        <w:t>vn 0.3779 0.4211 0.8245</w:t>
        <w:br/>
        <w:t>vn 0.2247 0.9142 0.3372</w:t>
        <w:br/>
        <w:t>vn 0.2248 0.9142 0.3372</w:t>
        <w:br/>
        <w:t>vn -0.2367 0.8977 -0.3716</w:t>
        <w:br/>
        <w:t>vn -0.6287 0.2783 -0.7261</w:t>
        <w:br/>
        <w:t>vn -0.4507 -0.8916 -0.0447</w:t>
        <w:br/>
        <w:t>vn -0.5141 -0.8475 -0.1324</w:t>
        <w:br/>
        <w:t>vn -0.7054 -0.3746 -0.6017</w:t>
        <w:br/>
        <w:t>vn 0.8266 -0.0963 -0.5545</w:t>
        <w:br/>
        <w:t>vn 0.8273 -0.0915 -0.5542</w:t>
        <w:br/>
        <w:t>vn 0.8273 -0.1020 -0.5525</w:t>
        <w:br/>
        <w:t>vn 0.8282 -0.0862 -0.5537</w:t>
        <w:br/>
        <w:t>vn 0.8274 -0.0884 -0.5546</w:t>
        <w:br/>
        <w:t>vn 0.8262 -0.1167 -0.5511</w:t>
        <w:br/>
        <w:t>vn 0.8259 -0.1396 -0.5463</w:t>
        <w:br/>
        <w:t>vn 0.8251 -0.1303 -0.5497</w:t>
        <w:br/>
        <w:t>vn 0.8208 -0.1841 -0.5407</w:t>
        <w:br/>
        <w:t>vn 0.8212 -0.1720 -0.5441</w:t>
        <w:br/>
        <w:t>vn 0.8247 -0.1535 -0.5444</w:t>
        <w:br/>
        <w:t>vn 0.8312 -0.0581 -0.5529</w:t>
        <w:br/>
        <w:t>vn -0.4482 0.5681 0.6902</w:t>
        <w:br/>
        <w:t>vn -0.6181 0.7799 0.0984</w:t>
        <w:br/>
        <w:t>vn -0.6096 0.7876 0.0894</w:t>
        <w:br/>
        <w:t>vn -0.4549 0.5791 0.6766</w:t>
        <w:br/>
        <w:t>vn 0.0914 -0.4629 -0.8817</w:t>
        <w:br/>
        <w:t>vn 0.1017 -0.4901 -0.8657</w:t>
        <w:br/>
        <w:t>vn -0.2596 0.1042 -0.9601</w:t>
        <w:br/>
        <w:t>vn -0.2619 0.1237 -0.9571</w:t>
        <w:br/>
        <w:t>vn -0.5509 0.6271 -0.5506</w:t>
        <w:br/>
        <w:t>vn -0.5471 0.6292 -0.5521</w:t>
        <w:br/>
        <w:t>vn -0.2384 0.5552 0.7968</w:t>
        <w:br/>
        <w:t>vn -0.4319 0.8730 0.2265</w:t>
        <w:br/>
        <w:t>vn -0.5393 0.8172 0.2034</w:t>
        <w:br/>
        <w:t>vn -0.3185 0.5233 0.7904</w:t>
        <w:br/>
        <w:t>vn 0.0427 0.1288 0.9907</w:t>
        <w:br/>
        <w:t>vn -0.0247 0.0893 0.9957</w:t>
        <w:br/>
        <w:t>vn -0.4687 0.6894 -0.5524</w:t>
        <w:br/>
        <w:t>vn -0.3846 0.7564 -0.5291</w:t>
        <w:br/>
        <w:t>vn -0.1495 0.2718 -0.9507</w:t>
        <w:br/>
        <w:t>vn -0.1816 0.2328 -0.9554</w:t>
        <w:br/>
        <w:t>vn 0.3831 -0.8238 0.4179</w:t>
        <w:br/>
        <w:t>vn 0.3880 -0.8138 0.4327</w:t>
        <w:br/>
        <w:t>vn 0.1982 -0.4439 0.8739</w:t>
        <w:br/>
        <w:t>vn 0.1871 -0.4667 0.8644</w:t>
        <w:br/>
        <w:t>vn 0.4450 -0.6834 -0.5788</w:t>
        <w:br/>
        <w:t>vn 0.5539 -0.8283 -0.0845</w:t>
        <w:br/>
        <w:t>vn 0.4941 -0.8654 -0.0832</w:t>
        <w:br/>
        <w:t>vn 0.3892 -0.7079 -0.5894</w:t>
        <w:br/>
        <w:t>vn -0.3977 0.8781 0.2661</w:t>
        <w:br/>
        <w:t>vn -0.3618 0.9018 0.2362</w:t>
        <w:br/>
        <w:t>vn -0.1856 0.5829 0.7910</w:t>
        <w:br/>
        <w:t>vn -0.1863 0.5899 0.7857</w:t>
        <w:br/>
        <w:t>vn 0.0783 -0.3993 -0.9135</w:t>
        <w:br/>
        <w:t>vn 0.3202 -0.7874 -0.5268</w:t>
        <w:br/>
        <w:t>vn 0.3275 -0.8178 -0.4732</w:t>
        <w:br/>
        <w:t>vn 0.2622 -0.3991 0.8786</w:t>
        <w:br/>
        <w:t>vn 0.3266 -0.3657 0.8716</w:t>
        <w:br/>
        <w:t>vn -0.1090 0.0846 0.9904</w:t>
        <w:br/>
        <w:t>vn -0.4220 0.5421 0.7266</w:t>
        <w:br/>
        <w:t>vn -0.1387 0.0921 0.9860</w:t>
        <w:br/>
        <w:t>vn 0.4566 -0.7672 0.4505</w:t>
        <w:br/>
        <w:t>vn 0.5178 -0.7349 0.4379</w:t>
        <w:br/>
        <w:t>vn 0.4156 -0.9079 -0.0543</w:t>
        <w:br/>
        <w:t>vn 0.4128 -0.9103 -0.0292</w:t>
        <w:br/>
        <w:t>vn -0.5997 0.7831 0.1648</w:t>
        <w:br/>
        <w:t>vn -0.3808 0.5184 0.7657</w:t>
        <w:br/>
        <w:t>vn -0.0761 0.0769 0.9941</w:t>
        <w:br/>
        <w:t>vn 0.2168 -0.4187 0.8819</w:t>
        <w:br/>
        <w:t>vn 0.4096 -0.7931 0.4507</w:t>
        <w:br/>
        <w:t>vn 0.4413 -0.8943 -0.0741</w:t>
        <w:br/>
        <w:t>vn 0.3375 -0.7468 -0.5730</w:t>
        <w:br/>
        <w:t>vn -0.2325 0.1967 -0.9525</w:t>
        <w:br/>
        <w:t>vn -0.5247 0.6439 -0.5568</w:t>
        <w:br/>
        <w:t>vn -0.3649 0.7963 -0.4824</w:t>
        <w:br/>
        <w:t>vn -0.1677 0.2365 -0.9570</w:t>
        <w:br/>
        <w:t>vn 0.1401 -0.2702 -0.9526</w:t>
        <w:br/>
        <w:t>vn 0.4744 -0.6808 -0.5581</w:t>
        <w:br/>
        <w:t>vn 0.1774 -0.2826 -0.9427</w:t>
        <w:br/>
        <w:t>vn 0.3360 -0.3240 0.8844</w:t>
        <w:br/>
        <w:t>vn 0.0596 0.1711 0.9834</w:t>
        <w:br/>
        <w:t>vn 0.0802 0.1620 0.9835</w:t>
        <w:br/>
        <w:t>vn 0.3605 -0.3313 0.8719</w:t>
        <w:br/>
        <w:t>vn 0.5890 -0.8034 -0.0871</w:t>
        <w:br/>
        <w:t>vn 0.5884 -0.8043 -0.0826</w:t>
        <w:br/>
        <w:t>vn 0.4831 -0.6904 -0.5385</w:t>
        <w:br/>
        <w:t>vn -0.2628 0.4085 -0.8741</w:t>
        <w:br/>
        <w:t>vn -0.0405 -0.0405 -0.9984</w:t>
        <w:br/>
        <w:t>vn 0.1382 -0.2948 -0.9455</w:t>
        <w:br/>
        <w:t>vn 0.0910 -0.3369 -0.9371</w:t>
        <w:br/>
        <w:t>vn 0.5551 -0.7128 0.4287</w:t>
        <w:br/>
        <w:t>vn -0.4484 0.7554 -0.4778</w:t>
        <w:br/>
        <w:t>vn 0.4128 -0.9103 -0.0293</w:t>
        <w:br/>
        <w:t>vn 0.5469 -0.7194 0.4283</w:t>
        <w:br/>
        <w:t>vn 0.5885 -0.8043 -0.0826</w:t>
        <w:br/>
        <w:t>vn 0.5890 -0.8034 -0.0870</w:t>
        <w:br/>
        <w:t>vn 0.3840 -0.8244 0.4158</w:t>
        <w:br/>
        <w:t>vn 0.4171 -0.9087 -0.0171</w:t>
        <w:br/>
        <w:t>vn 0.1812 -0.4728 0.8624</w:t>
        <w:br/>
        <w:t>vn -0.1521 0.0957 0.9837</w:t>
        <w:br/>
        <w:t>vn 0.3355 -0.8281 -0.4490</w:t>
        <w:br/>
        <w:t>vn 0.0571 -0.0061 -0.9983</w:t>
        <w:br/>
        <w:t>vn 0.0491 0.0268 -0.9984</w:t>
        <w:br/>
        <w:t>vn 0.2864 -0.3880 -0.8760</w:t>
        <w:br/>
        <w:t>vn 0.2892 -0.4189 -0.8607</w:t>
        <w:br/>
        <w:t>vn 0.5355 -0.8396 -0.0912</w:t>
        <w:br/>
        <w:t>vn 0.5510 -0.8308 -0.0787</w:t>
        <w:br/>
        <w:t>vn 0.4911 -0.7593 0.4270</w:t>
        <w:br/>
        <w:t>vn 0.4701 -0.7699 0.4317</w:t>
        <w:br/>
        <w:t>vn 0.4747 -0.7113 -0.5184</w:t>
        <w:br/>
        <w:t>vn 0.4636 -0.7189 -0.5179</w:t>
        <w:br/>
        <w:t>vn -0.3700 0.4970 0.7849</w:t>
        <w:br/>
        <w:t>vn -0.0804 0.0489 0.9956</w:t>
        <w:br/>
        <w:t>vn -0.0635 0.0712 0.9954</w:t>
        <w:br/>
        <w:t>vn -0.3404 0.5010 0.7957</w:t>
        <w:br/>
        <w:t>vn -0.1880 0.3932 -0.9000</w:t>
        <w:br/>
        <w:t>vn -0.1829 0.4009 -0.8977</w:t>
        <w:br/>
        <w:t>vn -0.4035 0.6812 -0.6109</w:t>
        <w:br/>
        <w:t>vn -0.3907 0.6755 -0.6253</w:t>
        <w:br/>
        <w:t>vn -0.5442 0.8205 -0.1750</w:t>
        <w:br/>
        <w:t>vn -0.5360 0.8237 -0.1853</w:t>
        <w:br/>
        <w:t>vn -0.2568 0.1637 -0.9525</w:t>
        <w:br/>
        <w:t>vn -0.5459 0.6296 -0.5528</w:t>
        <w:br/>
        <w:t>vn -0.6206 0.7740 0.1257</w:t>
        <w:br/>
        <w:t>vn 0.5252 -0.7366 0.4261</w:t>
        <w:br/>
        <w:t>vn 0.2884 -0.3430 0.8940</w:t>
        <w:br/>
        <w:t>vn 0.4245 -0.7389 -0.5233</w:t>
        <w:br/>
        <w:t>vn 0.2847 -0.4659 -0.8378</w:t>
        <w:br/>
        <w:t>vn 0.2920 -0.5367 -0.7917</w:t>
        <w:br/>
        <w:t>vn -0.4091 0.5948 -0.6920</w:t>
        <w:br/>
        <w:t>vn -0.4752 0.7787 -0.4096</w:t>
        <w:br/>
        <w:t>vn -0.3773 0.6283 -0.6803</w:t>
        <w:br/>
        <w:t>vn 0.2256 -0.3750 0.8992</w:t>
        <w:br/>
        <w:t>vn -0.1363 0.0357 0.9900</w:t>
        <w:br/>
        <w:t>vn -0.0657 0.0881 0.9939</w:t>
        <w:br/>
        <w:t>vn 0.3303 -0.3934 0.8580</w:t>
        <w:br/>
        <w:t>vn 0.4533 -0.7117 0.5366</w:t>
        <w:br/>
        <w:t>vn -0.3921 0.5251 0.7554</w:t>
        <w:br/>
        <w:t>vn -0.3849 0.4350 0.8140</w:t>
        <w:br/>
        <w:t>vn -0.5372 0.7861 0.3055</w:t>
        <w:br/>
        <w:t>vn -0.4815 0.8286 0.2857</w:t>
        <w:br/>
        <w:t>vn -0.5152 0.7674 0.3818</w:t>
        <w:br/>
        <w:t>vn -0.5014 0.8092 -0.3062</w:t>
        <w:br/>
        <w:t>vn -0.3921 0.6071 -0.6912</w:t>
        <w:br/>
        <w:t>vn 0.5635 -0.8211 -0.0910</w:t>
        <w:br/>
        <w:t>vn 0.4553 -0.7192 -0.5248</w:t>
        <w:br/>
        <w:t>vn -0.0687 -0.0011 -0.9976</w:t>
        <w:br/>
        <w:t>vn -0.1565 0.0044 -0.9877</w:t>
        <w:br/>
        <w:t>vn 0.1033 -0.3031 -0.9474</w:t>
        <w:br/>
        <w:t>vn 0.0896 -0.2503 -0.9640</w:t>
        <w:br/>
        <w:t>vn 0.2635 -0.4739 -0.8402</w:t>
        <w:br/>
        <w:t>vn 0.0006 -0.3642 -0.9313</w:t>
        <w:br/>
        <w:t>vn 0.1287 -0.2419 -0.9617</w:t>
        <w:br/>
        <w:t>vn 0.2896 -0.5476 -0.7850</w:t>
        <w:br/>
        <w:t>vn 0.1626 -0.5749 -0.8019</w:t>
        <w:br/>
        <w:t>vn -0.2636 0.4703 -0.8422</w:t>
        <w:br/>
        <w:t>vn -0.0895 0.1718 -0.9811</w:t>
        <w:br/>
        <w:t>vn -0.1858 0.0566 -0.9810</w:t>
        <w:br/>
        <w:t>vn -0.2840 0.4008 -0.8711</w:t>
        <w:br/>
        <w:t>vn -0.3452 0.4066 -0.8459</w:t>
        <w:br/>
        <w:t>vn -0.2431 0.3659 -0.8984</w:t>
        <w:br/>
        <w:t>vn 0.4185 -0.7127 -0.5629</w:t>
        <w:br/>
        <w:t>vn 0.5026 -0.8564 -0.1181</w:t>
        <w:br/>
        <w:t>vn -0.4993 0.8094 -0.3091</w:t>
        <w:br/>
        <w:t>vn -0.2959 0.5602 -0.7737</w:t>
        <w:br/>
        <w:t>vn -0.2734 0.5402 0.7958</w:t>
        <w:br/>
        <w:t>vn -0.0158 0.1497 0.9886</w:t>
        <w:br/>
        <w:t>vn 0.5149 -0.8537 -0.0786</w:t>
        <w:br/>
        <w:t>vn 0.4839 -0.7672 0.4210</w:t>
        <w:br/>
        <w:t>vn -0.3734 0.6148 -0.6947</w:t>
        <w:br/>
        <w:t>vn -0.3685 0.6066 -0.7045</w:t>
        <w:br/>
        <w:t>vn -0.5094 0.8379 -0.1961</w:t>
        <w:br/>
        <w:t>vn -0.5339 0.8283 -0.1699</w:t>
        <w:br/>
        <w:t>vn -0.3659 0.5948 -0.7158</w:t>
        <w:br/>
        <w:t>vn -0.2666 0.5474 -0.7933</w:t>
        <w:br/>
        <w:t>vn -0.3099 0.5367 -0.7848</w:t>
        <w:br/>
        <w:t>vn -0.1431 0.5245 -0.8393</w:t>
        <w:br/>
        <w:t>vn 0.0731 0.2486 -0.9658</w:t>
        <w:br/>
        <w:t>vn 0.4323 -0.4929 -0.7551</w:t>
        <w:br/>
        <w:t>vn 0.5104 -0.6961 -0.5049</w:t>
        <w:br/>
        <w:t>vn 0.3305 -0.5943 -0.7331</w:t>
        <w:br/>
        <w:t>vn 0.4162 -0.8129 0.4074</w:t>
        <w:br/>
        <w:t>vn 0.3869 -0.7946 0.4678</w:t>
        <w:br/>
        <w:t>vn 0.5551 -0.8287 -0.0709</w:t>
        <w:br/>
        <w:t>vn 0.5400 -0.8367 -0.0917</w:t>
        <w:br/>
        <w:t>vn 0.5043 -0.8580 -0.0976</w:t>
        <w:br/>
        <w:t>vn 0.5094 -0.8547 -0.1003</w:t>
        <w:br/>
        <w:t>vn 0.4465 -0.7396 -0.5037</w:t>
        <w:br/>
        <w:t>vn 0.4395 -0.7384 -0.5115</w:t>
        <w:br/>
        <w:t>vn -0.4531 0.5913 -0.6672</w:t>
        <w:br/>
        <w:t>vn -0.3125 0.4396 -0.8421</w:t>
        <w:br/>
        <w:t>vn -0.5736 0.8030 -0.1618</w:t>
        <w:br/>
        <w:t>vn -0.5295 0.7898 0.3097</w:t>
        <w:br/>
        <w:t>vn -0.5680 0.7585 0.3196</w:t>
        <w:br/>
        <w:t>vn -0.4031 0.4871 0.7747</w:t>
        <w:br/>
        <w:t>vn -0.5674 0.7541 0.3307</w:t>
        <w:br/>
        <w:t>vn -0.4072 0.4997 0.7645</w:t>
        <w:br/>
        <w:t>vn -0.1019 0.0586 0.9931</w:t>
        <w:br/>
        <w:t>vn -0.1257 0.0695 0.9896</w:t>
        <w:br/>
        <w:t>vn 0.2329 -0.4295 0.8725</w:t>
        <w:br/>
        <w:t>vn 0.2109 -0.4440 0.8709</w:t>
        <w:br/>
        <w:t>vn 0.4581 -0.7893 0.4089</w:t>
        <w:br/>
        <w:t>vn 0.4578 -0.8002 0.3874</w:t>
        <w:br/>
        <w:t>vn -0.4921 0.8160 0.3032</w:t>
        <w:br/>
        <w:t>vn -0.3671 0.5184 0.7723</w:t>
        <w:br/>
        <w:t>vn -0.3902 0.5175 0.7616</w:t>
        <w:br/>
        <w:t>vn -0.1608 -0.0371 0.9863</w:t>
        <w:br/>
        <w:t>vn -0.1624 0.0219 0.9865</w:t>
        <w:br/>
        <w:t>vn 0.2747 -0.4559 -0.8466</w:t>
        <w:br/>
        <w:t>vn 0.0372 -0.0497 -0.9981</w:t>
        <w:br/>
        <w:t>vn 0.5043 -0.8580 -0.0977</w:t>
        <w:br/>
        <w:t>vn 0.2287 -0.4286 0.8741</w:t>
        <w:br/>
        <w:t>vn -0.5428 0.7673 0.3414</w:t>
        <w:br/>
        <w:t>vn -0.5676 0.8067 -0.1642</w:t>
        <w:br/>
        <w:t>vn -0.4380 0.6714 -0.5979</w:t>
        <w:br/>
        <w:t>vn -0.2220 0.3700 -0.9021</w:t>
        <w:br/>
        <w:t>vn 0.6098 0.7875 0.0893</w:t>
        <w:br/>
        <w:t>vn 0.6183 0.7797 0.0983</w:t>
        <w:br/>
        <w:t>vn 0.4490 0.5676 0.6901</w:t>
        <w:br/>
        <w:t>vn 0.4557 0.5785 0.6765</w:t>
        <w:br/>
        <w:t>vn -0.0924 -0.4623 -0.8819</w:t>
        <w:br/>
        <w:t>vn 0.2608 0.1244 -0.9573</w:t>
        <w:br/>
        <w:t>vn 0.2585 0.1049 -0.9603</w:t>
        <w:br/>
        <w:t>vn -0.1027 -0.4895 -0.8659</w:t>
        <w:br/>
        <w:t>vn 0.5505 0.6275 -0.5507</w:t>
        <w:br/>
        <w:t>vn 0.5466 0.6295 -0.5522</w:t>
        <w:br/>
        <w:t>vn 0.2392 0.5546 0.7970</w:t>
        <w:br/>
        <w:t>vn 0.3193 0.5227 0.7904</w:t>
        <w:br/>
        <w:t>vn 0.5396 0.8170 0.2034</w:t>
        <w:br/>
        <w:t>vn 0.4322 0.8728 0.2266</w:t>
        <w:br/>
        <w:t>vn -0.0417 0.1281 0.9909</w:t>
        <w:br/>
        <w:t>vn 0.0258 0.0886 0.9957</w:t>
        <w:br/>
        <w:t>vn 0.4681 0.6897 -0.5524</w:t>
        <w:br/>
        <w:t>vn 0.1772 0.2327 -0.9563</w:t>
        <w:br/>
        <w:t>vn 0.1362 0.2720 -0.9526</w:t>
        <w:br/>
        <w:t>vn 0.3805 0.7576 -0.5304</w:t>
        <w:br/>
        <w:t>vn -0.3827 -0.8240 0.4178</w:t>
        <w:br/>
        <w:t>vn -0.1862 -0.4673 0.8643</w:t>
        <w:br/>
        <w:t>vn -0.1973 -0.4445 0.8738</w:t>
        <w:br/>
        <w:t>vn -0.3876 -0.8140 0.4326</w:t>
        <w:br/>
        <w:t>vn -0.4452 -0.6780 -0.5850</w:t>
        <w:br/>
        <w:t>vn -0.3910 -0.7050 -0.5917</w:t>
        <w:br/>
        <w:t>vn -0.4943 -0.8653 -0.0833</w:t>
        <w:br/>
        <w:t>vn -0.5541 -0.8282 -0.0845</w:t>
        <w:br/>
        <w:t>vn 0.3981 0.8778 0.2663</w:t>
        <w:br/>
        <w:t>vn 0.1871 0.5893 0.7859</w:t>
        <w:br/>
        <w:t>vn 0.1865 0.5824 0.7912</w:t>
        <w:br/>
        <w:t>vn 0.3622 0.9016 0.2364</w:t>
        <w:br/>
        <w:t>vn -0.3281 -0.8175 -0.4734</w:t>
        <w:br/>
        <w:t>vn -0.3209 -0.7870 -0.5270</w:t>
        <w:br/>
        <w:t>vn -0.0793 -0.3986 -0.9137</w:t>
        <w:br/>
        <w:t>vn -0.3257 -0.3663 0.8716</w:t>
        <w:br/>
        <w:t>vn -0.2613 -0.3997 0.8786</w:t>
        <w:br/>
        <w:t>vn 0.1101 0.0839 0.9904</w:t>
        <w:br/>
        <w:t>vn 0.1398 0.0914 0.9860</w:t>
        <w:br/>
        <w:t>vn 0.4228 0.5416 0.7266</w:t>
        <w:br/>
        <w:t>vn -0.5174 -0.7352 0.4379</w:t>
        <w:br/>
        <w:t>vn -0.4562 -0.7675 0.4504</w:t>
        <w:br/>
        <w:t>vn -0.4130 -0.9103 -0.0295</w:t>
        <w:br/>
        <w:t>vn -0.4158 -0.9078 -0.0545</w:t>
        <w:br/>
        <w:t>vn 0.3817 0.5178 0.7656</w:t>
        <w:br/>
        <w:t>vn 0.5999 0.7829 0.1648</w:t>
        <w:br/>
        <w:t>vn 0.0771 0.0761 0.9941</w:t>
        <w:br/>
        <w:t>vn -0.2159 -0.4194 0.8818</w:t>
        <w:br/>
        <w:t>vn -0.4092 -0.7934 0.4506</w:t>
        <w:br/>
        <w:t>vn -0.3382 -0.7464 -0.5732</w:t>
        <w:br/>
        <w:t>vn -0.4415 -0.8942 -0.0743</w:t>
        <w:br/>
        <w:t>vn 0.5242 0.6442 -0.5569</w:t>
        <w:br/>
        <w:t>vn 0.2314 0.1974 -0.9526</w:t>
        <w:br/>
        <w:t>vn 0.1590 0.2353 -0.9588</w:t>
        <w:br/>
        <w:t>vn 0.3601 0.7961 -0.4863</w:t>
        <w:br/>
        <w:t>vn -0.4951 -0.6653 -0.5587</w:t>
        <w:br/>
        <w:t>vn -0.2571 -0.3599 -0.8969</w:t>
        <w:br/>
        <w:t>vn -0.1406 -0.2637 -0.9543</w:t>
        <w:br/>
        <w:t>vn -0.4720 -0.6759 -0.5661</w:t>
        <w:br/>
        <w:t>vn -0.3351 -0.3246 0.8845</w:t>
        <w:br/>
        <w:t>vn -0.3596 -0.3319 0.8721</w:t>
        <w:br/>
        <w:t>vn -0.0792 0.1614 0.9837</w:t>
        <w:br/>
        <w:t>vn -0.0585 0.1704 0.9836</w:t>
        <w:br/>
        <w:t>vn -0.5886 -0.8042 -0.0825</w:t>
        <w:br/>
        <w:t>vn -0.1849 -0.2754 -0.9434</w:t>
        <w:br/>
        <w:t>vn -0.1434 -0.2915 -0.9458</w:t>
        <w:br/>
        <w:t>vn -0.0920 -0.3362 -0.9373</w:t>
        <w:br/>
        <w:t>vn -0.5465 -0.7196 0.4284</w:t>
        <w:br/>
        <w:t>vn -0.5548 -0.7130 0.4288</w:t>
        <w:br/>
        <w:t>vn 0.4436 0.7533 -0.4855</w:t>
        <w:br/>
        <w:t>vn -0.4130 -0.9103 -0.0294</w:t>
        <w:br/>
        <w:t>vn -0.5892 -0.8033 -0.0870</w:t>
        <w:br/>
        <w:t>vn -0.4172 -0.9086 -0.0173</w:t>
        <w:br/>
        <w:t>vn -0.3836 -0.8247 0.4156</w:t>
        <w:br/>
        <w:t>vn -0.1803 -0.4734 0.8622</w:t>
        <w:br/>
        <w:t>vn 0.1531 0.0950 0.9836</w:t>
        <w:br/>
        <w:t>vn -0.3361 -0.8278 -0.4492</w:t>
        <w:br/>
        <w:t>vn -0.0102 -0.0100 -0.9999</w:t>
        <w:br/>
        <w:t>vn -0.2475 -0.3935 -0.8854</w:t>
        <w:br/>
        <w:t>vn -0.2557 -0.3865 -0.8861</w:t>
        <w:br/>
        <w:t>vn -0.0146 0.0134 -0.9998</w:t>
        <w:br/>
        <w:t>vn -0.5356 -0.8395 -0.0916</w:t>
        <w:br/>
        <w:t>vn -0.5511 -0.8307 -0.0789</w:t>
        <w:br/>
        <w:t>vn -0.4656 -0.7085 -0.5303</w:t>
        <w:br/>
        <w:t>vn -0.4529 -0.7088 -0.5408</w:t>
        <w:br/>
        <w:t>vn 0.0815 0.0482 0.9955</w:t>
        <w:br/>
        <w:t>vn 0.0646 0.0705 0.9954</w:t>
        <w:br/>
        <w:t>vn -0.2419 -0.4143 0.8774</w:t>
        <w:br/>
        <w:t>vn -0.2277 -0.4293 0.8740</w:t>
        <w:br/>
        <w:t>vn -0.4907 -0.7595 0.4270</w:t>
        <w:br/>
        <w:t>vn -0.4697 -0.7701 0.4316</w:t>
        <w:br/>
        <w:t>vn 0.3710 0.4963 0.7849</w:t>
        <w:br/>
        <w:t>vn 0.3413 0.5004 0.7957</w:t>
        <w:br/>
        <w:t>vn 0.5362 0.8232 -0.1866</w:t>
        <w:br/>
        <w:t>vn 0.5282 0.7717 0.3543</w:t>
        <w:br/>
        <w:t>vn 0.5432 0.7671 0.3413</w:t>
        <w:br/>
        <w:t>vn 0.5447 0.8192 -0.1793</w:t>
        <w:br/>
        <w:t>vn 0.2558 0.1643 -0.9527</w:t>
        <w:br/>
        <w:t>vn 0.5454 0.6300 -0.5529</w:t>
        <w:br/>
        <w:t>vn 0.6208 0.7738 0.1255</w:t>
        <w:br/>
        <w:t>vn -0.5248 -0.7369 0.4262</w:t>
        <w:br/>
        <w:t>vn -0.2875 -0.3436 0.8940</w:t>
        <w:br/>
        <w:t>vn -0.3784 -0.7305 -0.5685</w:t>
        <w:br/>
        <w:t>vn -0.2383 -0.5740 -0.7834</w:t>
        <w:br/>
        <w:t>vn -0.2159 -0.5483 -0.8079</w:t>
        <w:br/>
        <w:t>vn 0.3737 0.6243 -0.6860</w:t>
        <w:br/>
        <w:t>vn 0.4723 0.7756 -0.4188</w:t>
        <w:br/>
        <w:t>vn 0.4063 0.5908 -0.6971</w:t>
        <w:br/>
        <w:t>vn 0.0668 0.0874 0.9939</w:t>
        <w:br/>
        <w:t>vn 0.1361 0.0356 0.9901</w:t>
        <w:br/>
        <w:t>vn -0.2264 -0.3743 0.8992</w:t>
        <w:br/>
        <w:t>vn -0.3294 -0.3940 0.8581</w:t>
        <w:br/>
        <w:t>vn -0.4533 -0.7116 0.5367</w:t>
        <w:br/>
        <w:t>vn 0.3859 0.4344 0.8139</w:t>
        <w:br/>
        <w:t>vn 0.3925 0.5246 0.7555</w:t>
        <w:br/>
        <w:t>vn 0.5376 0.7859 0.3055</w:t>
        <w:br/>
        <w:t>vn 0.4819 0.8283 0.2858</w:t>
        <w:br/>
        <w:t>vn 0.5157 0.7670 0.3818</w:t>
        <w:br/>
        <w:t>vn 0.4993 0.8078 -0.3131</w:t>
        <w:br/>
        <w:t>vn 0.2587 0.4061 -0.8764</w:t>
        <w:br/>
        <w:t>vn 0.3860 0.6021 -0.6989</w:t>
        <w:br/>
        <w:t>vn -0.5637 -0.8210 -0.0910</w:t>
        <w:br/>
        <w:t>vn -0.4525 -0.6811 -0.5756</w:t>
        <w:br/>
        <w:t>vn 0.0406 -0.0404 -0.9984</w:t>
        <w:br/>
        <w:t>vn -0.1794 -0.3413 -0.9227</w:t>
        <w:br/>
        <w:t>vn 0.0687 -0.0010 -0.9976</w:t>
        <w:br/>
        <w:t>vn -0.1155 -0.4027 -0.9080</w:t>
        <w:br/>
        <w:t>vn -0.3332 -0.4988 -0.8001</w:t>
        <w:br/>
        <w:t>vn 0.3452 0.4066 -0.8459</w:t>
        <w:br/>
        <w:t>vn 0.2430 0.3659 -0.8983</w:t>
        <w:br/>
        <w:t>vn 0.1565 0.0044 -0.9877</w:t>
        <w:br/>
        <w:t>vn -0.5027 -0.8563 -0.1182</w:t>
        <w:br/>
        <w:t>vn -0.4166 -0.7065 -0.5721</w:t>
        <w:br/>
        <w:t>vn 0.4973 0.8080 -0.3158</w:t>
        <w:br/>
        <w:t>vn 0.2959 0.5602 -0.7737</w:t>
        <w:br/>
        <w:t>vn 0.2744 0.5396 0.7959</w:t>
        <w:br/>
        <w:t>vn 0.0169 0.1490 0.9887</w:t>
        <w:br/>
        <w:t>vn -0.5150 -0.8536 -0.0787</w:t>
        <w:br/>
        <w:t>vn -0.4835 -0.7675 0.4210</w:t>
        <w:br/>
        <w:t>vn -0.5028 -0.8563 -0.1181</w:t>
        <w:br/>
        <w:t>vn 0.3632 0.5918 -0.7196</w:t>
        <w:br/>
        <w:t>vn 0.3099 0.5367 -0.7848</w:t>
        <w:br/>
        <w:t>vn 0.2666 0.5474 -0.7933</w:t>
        <w:br/>
        <w:t>vn 0.3662 0.6041 -0.7078</w:t>
        <w:br/>
        <w:t>vn -0.3284 -0.5891 -0.7383</w:t>
        <w:br/>
        <w:t>vn -0.4606 -0.4756 -0.7494</w:t>
        <w:br/>
        <w:t>vn -0.4417 -0.4277 -0.7887</w:t>
        <w:br/>
        <w:t>vn -0.2893 -0.5475 -0.7852</w:t>
        <w:br/>
        <w:t>vn -0.5206 -0.6796 -0.5169</w:t>
        <w:br/>
        <w:t>vn -0.4575 -0.8005 0.3872</w:t>
        <w:br/>
        <w:t>vn -0.5090 -0.8545 -0.1035</w:t>
        <w:br/>
        <w:t>vn -0.5418 -0.8351 -0.0947</w:t>
        <w:br/>
        <w:t>vn -0.4165 -0.8128 0.4072</w:t>
        <w:br/>
        <w:t>vn -0.4321 -0.7115 -0.5541</w:t>
        <w:br/>
        <w:t>vn -0.5185 -0.6686 -0.5331</w:t>
        <w:br/>
        <w:t>vn -0.2968 -0.3612 -0.8840</w:t>
        <w:br/>
        <w:t>vn -0.4697 -0.3606 -0.8058</w:t>
        <w:br/>
        <w:t>vn -0.1376 0.0209 -0.9903</w:t>
        <w:br/>
        <w:t>vn -0.4636 -0.1368 -0.8754</w:t>
        <w:br/>
        <w:t>vn 0.2612 0.4461 -0.8560</w:t>
        <w:br/>
        <w:t>vn 0.2026 0.3207 -0.9253</w:t>
        <w:br/>
        <w:t>vn 0.3955 0.5739 -0.7171</w:t>
        <w:br/>
        <w:t>vn 0.5713 0.8036 -0.1667</w:t>
        <w:br/>
        <w:t>vn 0.5334 0.8278 -0.1736</w:t>
        <w:br/>
        <w:t>vn 0.3718 0.6127 -0.6974</w:t>
        <w:br/>
        <w:t>vn 0.5299 0.7895 0.3097</w:t>
        <w:br/>
        <w:t>vn 0.5684 0.7582 0.3195</w:t>
        <w:br/>
        <w:t>vn 0.4080 0.4991 0.7645</w:t>
        <w:br/>
        <w:t>vn 0.3905 0.5170 0.7617</w:t>
        <w:br/>
        <w:t>vn 0.1268 0.0683 0.9896</w:t>
        <w:br/>
        <w:t>vn 0.1620 0.0220 0.9865</w:t>
        <w:br/>
        <w:t>vn -0.2101 -0.4451 0.8705</w:t>
        <w:br/>
        <w:t>vn -0.1217 -0.4975 0.8589</w:t>
        <w:br/>
        <w:t>vn -0.5150 -0.8535 -0.0787</w:t>
        <w:br/>
        <w:t>vn 0.4925 0.8157 0.3033</w:t>
        <w:br/>
        <w:t>vn 0.5085 0.8374 -0.2006</w:t>
        <w:br/>
        <w:t>vn 0.3670 0.5181 0.7726</w:t>
        <w:br/>
        <w:t>vn 0.0152 -0.0420 -0.9990</w:t>
        <w:br/>
        <w:t>vn -0.2001 -0.4151 -0.8875</w:t>
        <w:br/>
        <w:t>vn -0.4121 -0.7263 -0.5501</w:t>
        <w:br/>
        <w:t>vn -0.5033 -0.8584 -0.0992</w:t>
        <w:br/>
        <w:t>vn -0.5033 -0.8584 -0.0991</w:t>
        <w:br/>
        <w:t>vn -0.4578 -0.7895 0.4088</w:t>
        <w:br/>
        <w:t>vn -0.2320 -0.4301 0.8725</w:t>
        <w:br/>
        <w:t>vn 0.1030 0.0579 0.9930</w:t>
        <w:br/>
        <w:t>vn 0.4040 0.4865 0.7747</w:t>
        <w:br/>
        <w:t>vn 0.5679 0.7538 0.3307</w:t>
        <w:br/>
        <w:t>vn 0.5661 0.8064 -0.1709</w:t>
        <w:br/>
        <w:t>vn 0.4140 0.6381 -0.6491</w:t>
        <w:br/>
        <w:t>vn 0.4027 0.6531 -0.6413</w:t>
        <w:br/>
        <w:t>vn 0.2014 0.3126 -0.9283</w:t>
        <w:br/>
        <w:t>vn 0.2021 0.3460 -0.9162</w:t>
        <w:br/>
        <w:t>vn 0.2428 -0.4137 0.8774</w:t>
        <w:br/>
        <w:t>vn -0.5278 0.7719 0.3543</w:t>
        <w:br/>
        <w:t>vn -0.5510 -0.8307 -0.0789</w:t>
        <w:br/>
        <w:t>vn 0.1954 0.3757 -0.9059</w:t>
        <w:br/>
        <w:t>vn 0.3899 0.6623 -0.6399</w:t>
        <w:br/>
        <w:t>vn -0.0000 -0.6327 0.7744</w:t>
        <w:br/>
        <w:t>vn -0.0000 -0.6328 0.7744</w:t>
        <w:br/>
        <w:t>vn -0.2381 -0.6319 0.7376</w:t>
        <w:br/>
        <w:t>vn -0.0046 -0.5266 0.8501</w:t>
        <w:br/>
        <w:t>vn -0.1327 -0.5571 0.8197</w:t>
        <w:br/>
        <w:t>vn -0.1328 -0.5571 0.8197</w:t>
        <w:br/>
        <w:t>vn -0.6477 -0.4801 -0.5916</w:t>
        <w:br/>
        <w:t>vn -0.4798 -0.7333 -0.4817</w:t>
        <w:br/>
        <w:t>vn -0.6903 -0.7228 -0.0336</w:t>
        <w:br/>
        <w:t>vn -0.7856 -0.5506 -0.2822</w:t>
        <w:br/>
        <w:t>vn -0.5297 -0.6955 -0.4854</w:t>
        <w:br/>
        <w:t>vn -0.6572 -0.6567 -0.3699</w:t>
        <w:br/>
        <w:t>vn -0.4812 -0.7301 -0.4851</w:t>
        <w:br/>
        <w:t>vn -0.4813 -0.7301 -0.4851</w:t>
        <w:br/>
        <w:t>vn -0.7417 -0.6660 -0.0796</w:t>
        <w:br/>
        <w:t>vn -0.6185 -0.7115 0.3336</w:t>
        <w:br/>
        <w:t>vn -0.6344 -0.7604 0.1392</w:t>
        <w:br/>
        <w:t>vn -0.4134 -0.8283 0.3782</w:t>
        <w:br/>
        <w:t>vn -0.5142 -0.8341 0.1998</w:t>
        <w:br/>
        <w:t>vn -0.2661 -0.8834 0.3858</w:t>
        <w:br/>
        <w:t>vn -0.7792 -0.1054 0.6179</w:t>
        <w:br/>
        <w:t>vn -0.9057 0.0677 0.4185</w:t>
        <w:br/>
        <w:t>vn -0.7959 -0.1324 0.5908</w:t>
        <w:br/>
        <w:t>vn -0.6283 0.5209 -0.5778</w:t>
        <w:br/>
        <w:t>vn -0.9080 0.4189 -0.0065</w:t>
        <w:br/>
        <w:t>vn -0.8774 0.4356 -0.2009</w:t>
        <w:br/>
        <w:t>vn -0.5775 0.3568 -0.7343</w:t>
        <w:br/>
        <w:t>vn -0.3505 0.5089 -0.7863</w:t>
        <w:br/>
        <w:t>vn -0.5945 0.5551 -0.5817</w:t>
        <w:br/>
        <w:t>vn -0.4073 0.5426 -0.7346</w:t>
        <w:br/>
        <w:t>vn -0.8832 0.2544 0.3940</w:t>
        <w:br/>
        <w:t>vn -0.8346 0.4535 -0.3125</w:t>
        <w:br/>
        <w:t>vn -0.9098 0.4091 -0.0703</w:t>
        <w:br/>
        <w:t>vn -0.9260 0.3493 -0.1430</w:t>
        <w:br/>
        <w:t>vn -0.0564 -0.0258 -0.9981</w:t>
        <w:br/>
        <w:t>vn -0.0562 0.0515 -0.9971</w:t>
        <w:br/>
        <w:t>vn -0.9924 0.1176 -0.0362</w:t>
        <w:br/>
        <w:t>vn -0.9192 0.2076 0.3347</w:t>
        <w:br/>
        <w:t>vn -0.9892 0.0481 -0.1382</w:t>
        <w:br/>
        <w:t>vn -0.9663 0.2144 0.1422</w:t>
        <w:br/>
        <w:t>vn -0.9856 0.1596 -0.0550</w:t>
        <w:br/>
        <w:t>vn -0.7683 0.1928 0.6104</w:t>
        <w:br/>
        <w:t>vn -0.7509 0.2237 0.6214</w:t>
        <w:br/>
        <w:t>vn -0.1610 0.1180 0.9799</w:t>
        <w:br/>
        <w:t>vn -0.1746 0.1008 0.9795</w:t>
        <w:br/>
        <w:t>vn 0.2454 0.0048 0.9694</w:t>
        <w:br/>
        <w:t>vn -0.4260 0.2259 0.8761</w:t>
        <w:br/>
        <w:t>vn -0.4800 0.1485 0.8646</w:t>
        <w:br/>
        <w:t>vn -0.9433 0.2195 0.2492</w:t>
        <w:br/>
        <w:t>vn -0.9282 0.2515 0.2742</w:t>
        <w:br/>
        <w:t>vn -0.9757 0.1894 -0.1104</w:t>
        <w:br/>
        <w:t>vn -0.0000 -0.1221 0.9925</w:t>
        <w:br/>
        <w:t>vn -0.0000 -0.1820 0.9833</w:t>
        <w:br/>
        <w:t>vn -0.0656 -0.0772 0.9949</w:t>
        <w:br/>
        <w:t>vn 0.1053 0.0139 0.9943</w:t>
        <w:br/>
        <w:t>vn -0.3349 0.5111 -0.7916</w:t>
        <w:br/>
        <w:t>vn -0.5001 0.7486 -0.4353</w:t>
        <w:br/>
        <w:t>vn -0.7168 0.6691 -0.1964</w:t>
        <w:br/>
        <w:t>vn 0.0177 0.7521 -0.6588</w:t>
        <w:br/>
        <w:t>vn 0.2807 0.1092 0.9536</w:t>
        <w:br/>
        <w:t>vn 0.5481 -0.0419 0.8354</w:t>
        <w:br/>
        <w:t>vn -0.3702 0.2986 0.8796</w:t>
        <w:br/>
        <w:t>vn -0.9107 0.2843 0.2997</w:t>
        <w:br/>
        <w:t>vn -0.8856 0.3883 -0.2548</w:t>
        <w:br/>
        <w:t>vn -0.1885 0.0830 0.9786</w:t>
        <w:br/>
        <w:t>vn 0.4386 0.3206 0.8395</w:t>
        <w:br/>
        <w:t>vn -0.7844 0.1621 0.5986</w:t>
        <w:br/>
        <w:t>vn -0.9847 0.1671 -0.0490</w:t>
        <w:br/>
        <w:t>vn -0.8771 0.1236 -0.4640</w:t>
        <w:br/>
        <w:t>vn -0.8063 0.2147 0.5511</w:t>
        <w:br/>
        <w:t>vn -0.5873 0.0806 0.8053</w:t>
        <w:br/>
        <w:t>vn -0.9160 0.4011 -0.0058</w:t>
        <w:br/>
        <w:t>vn -0.8572 0.4575 -0.2363</w:t>
        <w:br/>
        <w:t>vn -0.0556 0.1285 -0.9901</w:t>
        <w:br/>
        <w:t>vn -0.9073 0.4124 0.0818</w:t>
        <w:br/>
        <w:t>vn -0.5364 0.5574 0.6336</w:t>
        <w:br/>
        <w:t>vn -0.6695 0.5072 -0.5427</w:t>
        <w:br/>
        <w:t>vn -0.3347 0.5163 -0.7883</w:t>
        <w:br/>
        <w:t>vn -0.4076 0.5999 -0.6884</w:t>
        <w:br/>
        <w:t>vn -0.6139 0.6224 -0.4855</w:t>
        <w:br/>
        <w:t>vn -0.8111 -0.1592 0.5628</w:t>
        <w:br/>
        <w:t>vn -0.9425 0.1610 0.2929</w:t>
        <w:br/>
        <w:t>vn -0.8923 0.4502 -0.0334</w:t>
        <w:br/>
        <w:t>vn -0.5000 0.7487 -0.4353</w:t>
        <w:br/>
        <w:t>vn -0.0157 0.7320 -0.6811</w:t>
        <w:br/>
        <w:t>vn -0.0924 0.7375 -0.6690</w:t>
        <w:br/>
        <w:t>vn 0.0529 0.7205 -0.6914</w:t>
        <w:br/>
        <w:t>vn 0.0410 0.7405 -0.6709</w:t>
        <w:br/>
        <w:t>vn 0.0742 0.7736 -0.6294</w:t>
        <w:br/>
        <w:t>vn 0.1447 0.4364 -0.8881</w:t>
        <w:br/>
        <w:t>vn -0.3505 0.5088 -0.7863</w:t>
        <w:br/>
        <w:t>vn 0.1494 0.0012 -0.9888</w:t>
        <w:br/>
        <w:t>vn 0.1447 0.4364 -0.8880</w:t>
        <w:br/>
        <w:t>vn 0.2476 0.5850 -0.7723</w:t>
        <w:br/>
        <w:t>vn 0.4048 0.5421 -0.7364</w:t>
        <w:br/>
        <w:t>vn 0.0000 0.5350 -0.8448</w:t>
        <w:br/>
        <w:t>vn -0.0000 0.5826 -0.8128</w:t>
        <w:br/>
        <w:t>vn 0.0000 0.4708 -0.8822</w:t>
        <w:br/>
        <w:t>vn 0.4649 0.4911 -0.7367</w:t>
        <w:br/>
        <w:t>vn -0.0011 0.4329 -0.9015</w:t>
        <w:br/>
        <w:t>vn 0.1483 0.5395 -0.8288</w:t>
        <w:br/>
        <w:t>vn 0.1224 0.5831 -0.8031</w:t>
        <w:br/>
        <w:t>vn 0.1561 0.5635 -0.8112</w:t>
        <w:br/>
        <w:t>vn 0.2633 0.4805 -0.8365</w:t>
        <w:br/>
        <w:t>vn 0.1239 0.4676 -0.8752</w:t>
        <w:br/>
        <w:t>vn 0.3329 0.4395 -0.8343</w:t>
        <w:br/>
        <w:t>vn -0.0219 0.3621 -0.9319</w:t>
        <w:br/>
        <w:t>vn 0.3231 0.7157 -0.6192</w:t>
        <w:br/>
        <w:t>vn 0.3102 0.7503 -0.5838</w:t>
        <w:br/>
        <w:t>vn 0.1738 0.6109 -0.7724</w:t>
        <w:br/>
        <w:t>vn 0.3798 0.8245 -0.4195</w:t>
        <w:br/>
        <w:t>vn 0.4550 0.8087 -0.3728</w:t>
        <w:br/>
        <w:t>vn 0.2399 0.6069 0.7577</w:t>
        <w:br/>
        <w:t>vn 0.3371 0.1870 0.9227</w:t>
        <w:br/>
        <w:t>vn 0.1365 0.2491 0.9588</w:t>
        <w:br/>
        <w:t>vn 0.4119 0.5030 0.7599</w:t>
        <w:br/>
        <w:t>vn 0.3012 0.4982 0.8131</w:t>
        <w:br/>
        <w:t>vn 0.2582 0.5575 0.7890</w:t>
        <w:br/>
        <w:t>vn 0.1734 0.5856 0.7918</w:t>
        <w:br/>
        <w:t>vn 0.1935 0.5977 0.7780</w:t>
        <w:br/>
        <w:t>vn 0.2366 0.5947 0.7683</w:t>
        <w:br/>
        <w:t>vn 0.5517 0.3892 0.7376</w:t>
        <w:br/>
        <w:t>vn 0.7008 0.3641 0.6135</w:t>
        <w:br/>
        <w:t>vn 0.4650 0.3866 0.7965</w:t>
        <w:br/>
        <w:t>vn 0.6824 0.4653 0.5638</w:t>
        <w:br/>
        <w:t>vn 0.7994 0.4109 0.4384</w:t>
        <w:br/>
        <w:t>vn 0.7768 0.2848 0.5617</w:t>
        <w:br/>
        <w:t>vn 0.3784 0.9043 -0.1975</w:t>
        <w:br/>
        <w:t>vn 0.4571 0.8828 -0.1084</w:t>
        <w:br/>
        <w:t>vn 0.5649 0.5239 0.6375</w:t>
        <w:br/>
        <w:t>vn 0.3892 0.7154 0.5802</w:t>
        <w:br/>
        <w:t>vn 0.5264 0.7765 0.3464</w:t>
        <w:br/>
        <w:t>vn 0.3195 0.8696 0.3765</w:t>
        <w:br/>
        <w:t>vn 0.2905 0.7713 0.5663</w:t>
        <w:br/>
        <w:t>vn 0.2522 0.6881 0.6804</w:t>
        <w:br/>
        <w:t>vn 0.4548 0.3400 0.8231</w:t>
        <w:br/>
        <w:t>vn 0.4237 0.2836 0.8603</w:t>
        <w:br/>
        <w:t>vn 0.1150 0.7256 0.6784</w:t>
        <w:br/>
        <w:t>vn 0.1430 0.8299 0.5393</w:t>
        <w:br/>
        <w:t>vn 0.7129 0.1216 -0.6907</w:t>
        <w:br/>
        <w:t>vn 0.7360 0.1861 -0.6509</w:t>
        <w:br/>
        <w:t>vn 0.8832 -0.0239 -0.4683</w:t>
        <w:br/>
        <w:t>vn 0.6185 -0.4583 0.6383</w:t>
        <w:br/>
        <w:t>vn 0.4747 -0.3062 0.8251</w:t>
        <w:br/>
        <w:t>vn 0.8454 -0.0609 0.5306</w:t>
        <w:br/>
        <w:t>vn 0.9089 -0.4158 0.0320</w:t>
        <w:br/>
        <w:t>vn 0.3997 -0.3827 0.8329</w:t>
        <w:br/>
        <w:t>vn 0.3187 -0.5015 0.8043</w:t>
        <w:br/>
        <w:t>vn 0.4769 -0.5352 0.6972</w:t>
        <w:br/>
        <w:t>vn 0.9241 -0.3535 -0.1452</w:t>
        <w:br/>
        <w:t>vn 0.8787 -0.3178 -0.3562</w:t>
        <w:br/>
        <w:t>vn 0.8582 -0.4198 0.2954</w:t>
        <w:br/>
        <w:t>vn 0.9067 0.0767 0.4146</w:t>
        <w:br/>
        <w:t>vn 0.9702 -0.1266 0.2064</w:t>
        <w:br/>
        <w:t>vn 0.9176 -0.3931 0.0591</w:t>
        <w:br/>
        <w:t>vn 0.0544 -0.0447 0.9975</w:t>
        <w:br/>
        <w:t>vn 0.3179 0.2819 0.9052</w:t>
        <w:br/>
        <w:t>vn 0.3179 0.2818 0.9053</w:t>
        <w:br/>
        <w:t>vn 0.9912 -0.1291 0.0276</w:t>
        <w:br/>
        <w:t>vn 0.6955 -0.0441 -0.7172</w:t>
        <w:br/>
        <w:t>vn 0.9099 -0.2157 -0.3543</w:t>
        <w:br/>
        <w:t>vn 0.9616 -0.2331 -0.1450</w:t>
        <w:br/>
        <w:t>vn 0.9851 -0.1581 0.0673</w:t>
        <w:br/>
        <w:t>vn 0.8023 -0.1949 -0.5642</w:t>
        <w:br/>
        <w:t>vn 0.7928 -0.1723 -0.5846</w:t>
        <w:br/>
        <w:t>vn 0.8764 -0.0516 0.4788</w:t>
        <w:br/>
        <w:t>vn 0.4414 0.3842 -0.8109</w:t>
        <w:br/>
        <w:t>vn 0.2352 0.4719 -0.8497</w:t>
        <w:br/>
        <w:t>vn -0.2345 0.0500 -0.9708</w:t>
        <w:br/>
        <w:t>vn 0.2235 -0.0515 -0.9733</w:t>
        <w:br/>
        <w:t>vn 0.7429 0.1381 -0.6550</w:t>
        <w:br/>
        <w:t>vn 0.3064 0.2970 -0.9044</w:t>
        <w:br/>
        <w:t>vn 0.4227 -0.1691 -0.8904</w:t>
        <w:br/>
        <w:t>vn 0.9156 -0.1965 -0.3508</w:t>
        <w:br/>
        <w:t>vn 0.9740 -0.1367 -0.1805</w:t>
        <w:br/>
        <w:t>vn 0.9859 -0.1461 0.0821</w:t>
        <w:br/>
        <w:t>vn 0.0908 0.4126 -0.9064</w:t>
        <w:br/>
        <w:t>vn -0.0000 0.4754 -0.8798</w:t>
        <w:br/>
        <w:t>vn -0.0000 0.1615 -0.9869</w:t>
        <w:br/>
        <w:t>vn -0.1089 0.0193 -0.9939</w:t>
        <w:br/>
        <w:t>vn 0.1937 -0.2659 0.9443</w:t>
        <w:br/>
        <w:t>vn 0.2694 -0.4433 0.8549</w:t>
        <w:br/>
        <w:t>vn 0.8219 -0.5613 0.0967</w:t>
        <w:br/>
        <w:t>vn 0.5729 -0.7173 0.3966</w:t>
        <w:br/>
        <w:t>vn 0.0013 -0.7583 0.6519</w:t>
        <w:br/>
        <w:t>vn -0.0205 -0.4436 0.8960</w:t>
        <w:br/>
        <w:t>vn -0.5640 0.0531 -0.8241</w:t>
        <w:br/>
        <w:t>vn -0.2876 -0.1005 -0.9525</w:t>
        <w:br/>
        <w:t>vn 0.3866 -0.2890 -0.8758</w:t>
        <w:br/>
        <w:t>vn 0.6954 -0.2941 -0.6557</w:t>
        <w:br/>
        <w:t>vn 0.8179 0.2428 0.5216</w:t>
        <w:br/>
        <w:t>vn -0.6708 0.3279 -0.6652</w:t>
        <w:br/>
        <w:t>vn 0.5884 -0.1164 -0.8001</w:t>
        <w:br/>
        <w:t>vn 0.7825 -0.1494 -0.6044</w:t>
        <w:br/>
        <w:t>vn 0.9867 -0.1436 0.0764</w:t>
        <w:br/>
        <w:t>vn 0.8616 -0.0879 0.4999</w:t>
        <w:br/>
        <w:t>vn 0.5362 -0.0814 -0.8401</w:t>
        <w:br/>
        <w:t>vn 0.7886 -0.2123 -0.5772</w:t>
        <w:br/>
        <w:t>vn 0.9199 -0.3914 0.0248</w:t>
        <w:br/>
        <w:t>vn 0.8525 -0.4442 0.2756</w:t>
        <w:br/>
        <w:t>vn -0.0781 0.3830 0.9204</w:t>
        <w:br/>
        <w:t>vn 0.7913 -0.2669 -0.5501</w:t>
        <w:br/>
        <w:t>vn 0.8985 -0.4198 -0.1283</w:t>
        <w:br/>
        <w:t>vn 0.6769 -0.5023 0.5380</w:t>
        <w:br/>
        <w:t>vn 0.3346 -0.5130 0.7904</w:t>
        <w:br/>
        <w:t>vn 0.3405 -0.5913 0.7310</w:t>
        <w:br/>
        <w:t>vn 0.5003 -0.6328 0.5910</w:t>
        <w:br/>
        <w:t>vn 0.7545 0.2494 -0.6070</w:t>
        <w:br/>
        <w:t>vn 0.9411 -0.1057 -0.3210</w:t>
        <w:br/>
        <w:t>vn 0.8993 -0.4351 0.0429</w:t>
        <w:br/>
        <w:t>vn 0.5730 -0.7172 0.3966</w:t>
        <w:br/>
        <w:t>vn 0.0551 -0.7348 0.6760</w:t>
        <w:br/>
        <w:t>vn 0.1643 -0.7386 0.6539</w:t>
        <w:br/>
        <w:t>vn -0.0494 -0.7208 0.6913</w:t>
        <w:br/>
        <w:t>vn -0.0403 -0.7410 0.6703</w:t>
        <w:br/>
        <w:t>vn -0.0942 -0.7759 0.6238</w:t>
        <w:br/>
        <w:t>vn -0.2397 -0.4682 0.8505</w:t>
        <w:br/>
        <w:t>vn 0.4616 0.8817 0.0971</w:t>
        <w:br/>
        <w:t>vn 0.5099 0.8547 0.0973</w:t>
        <w:br/>
        <w:t>vn 0.5398 0.8287 0.1476</w:t>
        <w:br/>
        <w:t>vn 0.1947 0.6118 -0.7667</w:t>
        <w:br/>
        <w:t>vn 0.3389 0.6888 -0.6408</w:t>
        <w:br/>
        <w:t>vn 0.7429 0.1382 -0.6550</w:t>
        <w:br/>
        <w:t>vn 0.4975 0.8159 -0.2946</w:t>
        <w:br/>
        <w:t>vn 0.4920 0.8682 -0.0648</w:t>
        <w:br/>
        <w:t>vn 0.0000 -0.8917 -0.4527</w:t>
        <w:br/>
        <w:t>vn 0.1168 -0.8799 -0.4606</w:t>
        <w:br/>
        <w:t>vn 0.1613 -0.9001 -0.4047</w:t>
        <w:br/>
        <w:t>vn 0.2198 -0.8475 -0.4831</w:t>
        <w:br/>
        <w:t>vn -0.6903 -0.7228 -0.0335</w:t>
        <w:br/>
        <w:t>vn -0.7310 -0.5326 0.4266</w:t>
        <w:br/>
        <w:t>vn -0.8296 -0.5552 0.0592</w:t>
        <w:br/>
        <w:t>vn -0.5469 -0.5033 0.6691</w:t>
        <w:br/>
        <w:t>vn -0.6433 -0.4744 0.6009</w:t>
        <w:br/>
        <w:t>vn -0.7032 -0.4495 0.5509</w:t>
        <w:br/>
        <w:t>vn -0.3798 -0.6236 0.6833</w:t>
        <w:br/>
        <w:t>vn -0.4133 -0.8284 0.3781</w:t>
        <w:br/>
        <w:t>vn -0.1454 -0.8044 0.5760</w:t>
        <w:br/>
        <w:t>vn 0.0085 -0.8456 0.5338</w:t>
        <w:br/>
        <w:t>vn -0.0966 0.9891 -0.1113</w:t>
        <w:br/>
        <w:t>vn -0.0966 0.9891 -0.1112</w:t>
        <w:br/>
        <w:t>vn -0.0000 1.0000 -0.0017</w:t>
        <w:br/>
        <w:t>vn 0.2492 0.9639 -0.0935</w:t>
        <w:br/>
        <w:t>vn 0.5121 0.7901 0.3369</w:t>
        <w:br/>
        <w:t>vn 0.4201 0.9069 0.0338</w:t>
        <w:br/>
        <w:t>vn 0.8181 0.2426 0.5214</w:t>
        <w:br/>
        <w:t>vn 0.8178 0.2429 0.5217</w:t>
        <w:br/>
        <w:t>vn 0.5119 0.7902 0.3369</w:t>
        <w:br/>
        <w:t>vn 0.4390 0.3206 0.8393</w:t>
        <w:br/>
        <w:t>vn -0.4281 0.8620 -0.2715</w:t>
        <w:br/>
        <w:t>vn -0.6708 0.3280 -0.6652</w:t>
        <w:br/>
        <w:t>vn -0.6707 0.3279 -0.6653</w:t>
        <w:br/>
        <w:t>vn -0.8856 0.3883 -0.2549</w:t>
        <w:br/>
        <w:t>vn 0.0934 0.9956 -0.0011</w:t>
        <w:br/>
        <w:t>vn -0.0148 0.9924 -0.1219</w:t>
        <w:br/>
        <w:t>vn -0.4282 0.8619 -0.2715</w:t>
        <w:br/>
        <w:t>vn 0.2040 0.9635 0.1731</w:t>
        <w:br/>
        <w:t>vn 0.1098 0.9939 -0.0125</w:t>
        <w:br/>
        <w:t>vn 0.1098 0.9939 -0.0126</w:t>
        <w:br/>
        <w:t>vn 0.1803 0.9804 -0.0790</w:t>
        <w:br/>
        <w:t>vn 0.2977 0.9295 0.2176</w:t>
        <w:br/>
        <w:t>vn 0.0630 0.8563 0.5126</w:t>
        <w:br/>
        <w:t>vn 0.2441 0.9101 0.3348</w:t>
        <w:br/>
        <w:t>vn -0.0781 0.3831 0.9204</w:t>
        <w:br/>
        <w:t>vn -0.0780 0.3829 0.9205</w:t>
        <w:br/>
        <w:t>vn 0.0629 0.8562 0.5128</w:t>
        <w:br/>
        <w:t>vn -0.5364 0.5575 0.6336</w:t>
        <w:br/>
        <w:t>vn 0.3497 0.9314 0.1013</w:t>
        <w:br/>
        <w:t>vn 0.2787 0.9353 -0.2180</w:t>
        <w:br/>
        <w:t>vn 0.2788 0.9353 -0.2179</w:t>
        <w:br/>
        <w:t>vn 0.2900 0.8415 0.4558</w:t>
        <w:br/>
        <w:t>vn 0.2901 0.8415 0.4558</w:t>
        <w:br/>
        <w:t>vn 0.1259 0.8363 0.5336</w:t>
        <w:br/>
        <w:t>vn 0.1323 0.8086 0.5733</w:t>
        <w:br/>
        <w:t>vn 0.2283 0.8561 0.4636</w:t>
        <w:br/>
        <w:t>vn 0.2284 0.8561 0.4636</w:t>
        <w:br/>
        <w:t>vn 0.2525 0.7365 0.6276</w:t>
        <w:br/>
        <w:t>vn 0.2525 0.7364 0.6276</w:t>
        <w:br/>
        <w:t>vn -0.0156 0.5128 0.8584</w:t>
        <w:br/>
        <w:t>vn -0.5045 0.5137 0.6939</w:t>
        <w:br/>
        <w:t>vn -0.7957 0.4271 0.4294</w:t>
        <w:br/>
        <w:t>vn -0.7957 0.4271 0.4295</w:t>
        <w:br/>
        <w:t>vn -0.9015 0.3225 0.2887</w:t>
        <w:br/>
        <w:t>vn -0.9015 0.3225 0.2886</w:t>
        <w:br/>
        <w:t>vn -0.9595 0.2553 0.1189</w:t>
        <w:br/>
        <w:t>vn -0.9856 -0.1293 -0.1092</w:t>
        <w:br/>
        <w:t>vn -0.2235 -0.9643 0.1417</w:t>
        <w:br/>
        <w:t>vn -0.0657 -0.9209 0.3843</w:t>
        <w:br/>
        <w:t>vn 0.0908 -0.8053 0.5859</w:t>
        <w:br/>
        <w:t>vn 0.8987 0.3471 0.2681</w:t>
        <w:br/>
        <w:t>vn 0.8360 0.4599 0.2993</w:t>
        <w:br/>
        <w:t>vn 0.8598 0.3763 0.3451</w:t>
        <w:br/>
        <w:t>vn 0.0496 -0.9978 0.0448</w:t>
        <w:br/>
        <w:t>vn 0.0902 -0.9355 0.3416</w:t>
        <w:br/>
        <w:t>vn 0.1224 -0.7857 0.6064</w:t>
        <w:br/>
        <w:t>vn 0.9505 0.3056 0.0555</w:t>
        <w:br/>
        <w:t>vn 0.3435 0.9350 0.0881</w:t>
        <w:br/>
        <w:t>vn -0.8032 0.4374 0.4045</w:t>
        <w:br/>
        <w:t>vn -0.7660 0.4550 0.4542</w:t>
        <w:br/>
        <w:t>vn -0.7659 0.4550 0.4542</w:t>
        <w:br/>
        <w:t>vn -0.7746 0.5731 0.2675</w:t>
        <w:br/>
        <w:t>vn -0.7746 0.5731 0.2674</w:t>
        <w:br/>
        <w:t>vn -0.8222 0.5634 0.0810</w:t>
        <w:br/>
        <w:t>vn -0.8222 0.5633 0.0809</w:t>
        <w:br/>
        <w:t>vn -0.8915 0.4150 0.1814</w:t>
        <w:br/>
        <w:t>vn -0.8915 0.4150 0.1815</w:t>
        <w:br/>
        <w:t>vn -0.8665 0.4471 0.2219</w:t>
        <w:br/>
        <w:t>vn -0.8646 0.4837 0.1360</w:t>
        <w:br/>
        <w:t>vn -0.9379 0.3293 0.1094</w:t>
        <w:br/>
        <w:t>vn -0.9379 0.3293 0.1093</w:t>
        <w:br/>
        <w:t>vn -0.9898 0.0833 0.1157</w:t>
        <w:br/>
        <w:t>vn -0.0858 -0.9648 0.2487</w:t>
        <w:br/>
        <w:t>vn -0.0857 -0.9648 0.2487</w:t>
        <w:br/>
        <w:t>vn -0.0858 -0.9648 0.2488</w:t>
        <w:br/>
        <w:t>vn -0.9948 0.0123 0.1013</w:t>
        <w:br/>
        <w:t>vn 0.3760 0.8243 -0.4234</w:t>
        <w:br/>
        <w:t>vn 0.6782 0.6680 -0.3064</w:t>
        <w:br/>
        <w:t>vn 0.7414 0.6160 -0.2661</w:t>
        <w:br/>
        <w:t>vn 0.7910 0.5787 -0.1988</w:t>
        <w:br/>
        <w:t>vn 0.4295 0.7804 -0.4544</w:t>
        <w:br/>
        <w:t>vn 0.5195 0.7397 -0.4277</w:t>
        <w:br/>
        <w:t>vn 0.8054 0.5515 -0.2172</w:t>
        <w:br/>
        <w:t>vn -0.0675 0.0630 -0.9957</w:t>
        <w:br/>
        <w:t>vn 0.1724 0.5206 -0.8362</w:t>
        <w:br/>
        <w:t>vn -0.1928 0.0674 -0.9789</w:t>
        <w:br/>
        <w:t>vn -0.1538 -0.0325 -0.9876</w:t>
        <w:br/>
        <w:t>vn -0.2477 -0.1443 -0.9580</w:t>
        <w:br/>
        <w:t>vn -0.0517 0.0009 -0.9987</w:t>
        <w:br/>
        <w:t>vn -0.0528 0.2105 -0.9762</w:t>
        <w:br/>
        <w:t>vn -0.0236 0.3182 -0.9477</w:t>
        <w:br/>
        <w:t>vn 0.1201 0.4275 -0.8960</w:t>
        <w:br/>
        <w:t>vn 0.0188 0.5494 -0.8354</w:t>
        <w:br/>
        <w:t>vn 0.3413 0.7719 -0.5364</w:t>
        <w:br/>
        <w:t>vn 0.0877 0.9386 -0.3337</w:t>
        <w:br/>
        <w:t>vn 0.2240 0.9745 -0.0130</w:t>
        <w:br/>
        <w:t>vn 0.4293 0.7687 -0.4741</w:t>
        <w:br/>
        <w:t>vn 0.4021 0.7860 -0.4697</w:t>
        <w:br/>
        <w:t>vn 0.5588 -0.0847 -0.8249</w:t>
        <w:br/>
        <w:t>vn 0.5588 -0.0847 -0.8250</w:t>
        <w:br/>
        <w:t>vn 0.4089 -0.1892 -0.8927</w:t>
        <w:br/>
        <w:t>vn 0.3956 -0.2150 -0.8929</w:t>
        <w:br/>
        <w:t>vn 0.2766 -0.2088 -0.9380</w:t>
        <w:br/>
        <w:t>vn 0.3619 -0.3029 -0.8816</w:t>
        <w:br/>
        <w:t>vn 0.2135 -0.3147 -0.9249</w:t>
        <w:br/>
        <w:t>vn 0.3147 -0.4431 -0.8394</w:t>
        <w:br/>
        <w:t>vn 0.1655 -0.4526 -0.8762</w:t>
        <w:br/>
        <w:t>vn 0.2667 -0.5664 -0.7798</w:t>
        <w:br/>
        <w:t>vn 0.1196 -0.6215 -0.7742</w:t>
        <w:br/>
        <w:t>vn 0.1268 -0.8995 -0.4181</w:t>
        <w:br/>
        <w:t>vn 0.0541 -0.8535 -0.5182</w:t>
        <w:br/>
        <w:t>vn 0.0025 -0.9872 -0.1597</w:t>
        <w:br/>
        <w:t>vn -0.0198 -0.9993 0.0328</w:t>
        <w:br/>
        <w:t>vn 0.0212 -0.9858 -0.1664</w:t>
        <w:br/>
        <w:t>vn -0.0545 -0.9931 -0.1039</w:t>
        <w:br/>
        <w:t>vn 0.0181 -0.8177 -0.5754</w:t>
        <w:br/>
        <w:t>vn -0.0996 -0.8419 -0.5304</w:t>
        <w:br/>
        <w:t>vn 0.0201 -0.5737 -0.8188</w:t>
        <w:br/>
        <w:t>vn -0.1341 -0.4939 -0.8591</w:t>
        <w:br/>
        <w:t>vn 0.0139 -0.1594 -0.9871</w:t>
        <w:br/>
        <w:t>vn -0.1533 -0.0452 -0.9872</w:t>
        <w:br/>
        <w:t>vn -0.0641 0.4860 -0.8716</w:t>
        <w:br/>
        <w:t>vn -0.1370 0.4775 -0.8679</w:t>
        <w:br/>
        <w:t>vn -0.1005 0.7088 -0.6982</w:t>
        <w:br/>
        <w:t>vn 0.0761 0.2891 -0.9543</w:t>
        <w:br/>
        <w:t>vn -0.0069 0.3924 -0.9198</w:t>
        <w:br/>
        <w:t>vn 0.3041 -0.3546 -0.8842</w:t>
        <w:br/>
        <w:t>vn 0.1395 -0.2710 -0.9524</w:t>
        <w:br/>
        <w:t>vn 0.3863 -0.6733 -0.6304</w:t>
        <w:br/>
        <w:t>vn 0.2172 -0.7018 -0.6785</w:t>
        <w:br/>
        <w:t>vn 0.4033 -0.8134 -0.4193</w:t>
        <w:br/>
        <w:t>vn 0.2248 -0.8895 -0.3979</w:t>
        <w:br/>
        <w:t>vn 0.4068 -0.8925 -0.1950</w:t>
        <w:br/>
        <w:t>vn 0.2108 -0.9686 -0.1319</w:t>
        <w:br/>
        <w:t>vn 0.2005 -0.8829 0.4245</w:t>
        <w:br/>
        <w:t>vn 0.3568 -0.8020 0.4790</w:t>
        <w:br/>
        <w:t>vn 0.1578 -0.5826 0.7973</w:t>
        <w:br/>
        <w:t>vn 0.1304 -0.5094 0.8506</w:t>
        <w:br/>
        <w:t>vn 0.2640 -0.7008 0.6627</w:t>
        <w:br/>
        <w:t>vn 0.1193 -0.6665 0.7359</w:t>
        <w:br/>
        <w:t>vn 0.2207 -0.9363 0.2733</w:t>
        <w:br/>
        <w:t>vn 0.1010 -0.9371 0.3342</w:t>
        <w:br/>
        <w:t>vn 0.1523 -0.9747 -0.1637</w:t>
        <w:br/>
        <w:t>vn 0.0308 -0.9808 -0.1928</w:t>
        <w:br/>
        <w:t>vn 0.1225 -0.8092 -0.5746</w:t>
        <w:br/>
        <w:t>vn -0.0794 -0.7044 -0.7053</w:t>
        <w:br/>
        <w:t>vn 0.1047 -0.5923 -0.7989</w:t>
        <w:br/>
        <w:t>vn -0.1107 -0.4195 -0.9010</w:t>
        <w:br/>
        <w:t>vn 0.2122 -0.7787 -0.5904</w:t>
        <w:br/>
        <w:t>vn -0.0368 -0.5563 -0.8302</w:t>
        <w:br/>
        <w:t>vn 0.1358 -0.8870 -0.4414</w:t>
        <w:br/>
        <w:t>vn 0.4197 -0.9065 0.0465</w:t>
        <w:br/>
        <w:t>vn 0.2795 -0.9580 0.0650</w:t>
        <w:br/>
        <w:t>vn 0.4378 -0.8245 0.3586</w:t>
        <w:br/>
        <w:t>vn 0.3284 -0.8996 0.2879</w:t>
        <w:br/>
        <w:t>vn 0.3603 -0.8137 0.4561</w:t>
        <w:br/>
        <w:t>vn 0.4590 -0.6002 0.6551</w:t>
        <w:br/>
        <w:t>vn 0.3812 -0.6632 0.6441</w:t>
        <w:br/>
        <w:t>vn 0.4011 -0.4255 0.8112</w:t>
        <w:br/>
        <w:t>vn 0.2570 0.4402 0.8603</w:t>
        <w:br/>
        <w:t>vn 0.3578 0.2012 0.9119</w:t>
        <w:br/>
        <w:t>vn 0.1778 0.6934 0.6983</w:t>
        <w:br/>
        <w:t>vn 0.0993 0.7746 0.6246</w:t>
        <w:br/>
        <w:t>vn 0.1786 0.4427 0.8787</w:t>
        <w:br/>
        <w:t>vn 0.1062 0.4855 0.8678</w:t>
        <w:br/>
        <w:t>vn 0.1399 -0.1531 0.9783</w:t>
        <w:br/>
        <w:t>vn 0.1949 -0.4096 0.8912</w:t>
        <w:br/>
        <w:t>vn 0.1299 -0.5659 0.8142</w:t>
        <w:br/>
        <w:t>vn 0.1292 -0.8541 0.5038</w:t>
        <w:br/>
        <w:t>vn 0.0946 -0.8475 0.5222</w:t>
        <w:br/>
        <w:t>vn 0.0721 -0.9765 0.2030</w:t>
        <w:br/>
        <w:t>vn 0.0440 -0.9822 0.1827</w:t>
        <w:br/>
        <w:t>vn 0.0564 -0.9936 0.0975</w:t>
        <w:br/>
        <w:t>vn 0.0303 -0.9976 0.0615</w:t>
        <w:br/>
        <w:t>vn 0.1523 -0.9176 0.3673</w:t>
        <w:br/>
        <w:t>vn 0.1272 -0.9369 0.3258</w:t>
        <w:br/>
        <w:t>vn 0.2500 -0.7214 0.6458</w:t>
        <w:br/>
        <w:t>vn 0.2385 -0.7409 0.6278</w:t>
        <w:br/>
        <w:t>vn 0.2969 -0.5677 0.7678</w:t>
        <w:br/>
        <w:t>vn 0.2725 -0.6174 0.7380</w:t>
        <w:br/>
        <w:t>vn 0.3399 -0.3928 0.8545</w:t>
        <w:br/>
        <w:t>vn 0.3036 -0.4421 0.8440</w:t>
        <w:br/>
        <w:t>vn 0.3723 -0.2048 0.9053</w:t>
        <w:br/>
        <w:t>vn 0.3229 -0.2546 0.9115</w:t>
        <w:br/>
        <w:t>vn 0.3821 -0.1067 0.9179</w:t>
        <w:br/>
        <w:t>vn 0.3173 -0.2288 0.9203</w:t>
        <w:br/>
        <w:t>vn 0.3198 0.8899 0.3254</w:t>
        <w:br/>
        <w:t>vn 0.3261 0.8939 0.3075</w:t>
        <w:br/>
        <w:t>vn 0.3122 0.8939 0.3218</w:t>
        <w:br/>
        <w:t>vn 0.2706 0.8997 0.3426</w:t>
        <w:br/>
        <w:t>vn 0.2113 0.7520 0.6243</w:t>
        <w:br/>
        <w:t>vn 0.2912 0.7550 0.5875</w:t>
        <w:br/>
        <w:t>vn 0.0907 0.2496 0.9641</w:t>
        <w:br/>
        <w:t>vn 0.1964 0.4127 0.8894</w:t>
        <w:br/>
        <w:t>vn -0.2441 -0.5198 0.8186</w:t>
        <w:br/>
        <w:t>vn -0.2135 -0.6491 0.7301</w:t>
        <w:br/>
        <w:t>vn -0.3396 -0.8182 0.4639</w:t>
        <w:br/>
        <w:t>vn -0.0584 -0.1530 0.9865</w:t>
        <w:br/>
        <w:t>vn 0.0649 -0.0564 0.9963</w:t>
        <w:br/>
        <w:t>vn -0.0691 -0.4849 0.8718</w:t>
        <w:br/>
        <w:t>vn -0.1017 -0.6150 0.7819</w:t>
        <w:br/>
        <w:t>vn 0.1181 -0.1297 0.9845</w:t>
        <w:br/>
        <w:t>vn 0.2105 0.2134 0.9540</w:t>
        <w:br/>
        <w:t>vn 0.1648 0.3292 0.9298</w:t>
        <w:br/>
        <w:t>vn 0.5041 0.4534 -0.7351</w:t>
        <w:br/>
        <w:t>vn 0.6925 0.6299 -0.3517</w:t>
        <w:br/>
        <w:t>vn -0.1064 -0.3656 -0.9247</w:t>
        <w:br/>
        <w:t>vn 0.3610 0.3093 -0.8798</w:t>
        <w:br/>
        <w:t>vn 0.5337 0.2566 -0.8058</w:t>
        <w:br/>
        <w:t>vn 0.5020 -0.2618 -0.8243</w:t>
        <w:br/>
        <w:t>vn 0.4347 -0.4495 -0.7804</w:t>
        <w:br/>
        <w:t>vn 0.2174 -0.8450 -0.4885</w:t>
        <w:br/>
        <w:t>vn 0.1568 -0.7278 -0.6677</w:t>
        <w:br/>
        <w:t>vn 0.3355 -0.2837 -0.8983</w:t>
        <w:br/>
        <w:t>vn 0.5710 -0.8207 -0.0190</w:t>
        <w:br/>
        <w:t>vn 0.3322 -0.9195 0.2100</w:t>
        <w:br/>
        <w:t>vn 0.3062 -0.9233 -0.2317</w:t>
        <w:br/>
        <w:t>vn 0.4639 -0.8284 -0.3138</w:t>
        <w:br/>
        <w:t>vn 0.5524 -0.7263 0.4090</w:t>
        <w:br/>
        <w:t>vn 0.3694 -0.5443 0.7532</w:t>
        <w:br/>
        <w:t>vn 0.5144 -0.6420 0.5686</w:t>
        <w:br/>
        <w:t>vn 0.1648 0.4864 0.8580</w:t>
        <w:br/>
        <w:t>vn 0.1506 -0.9141 0.3765</w:t>
        <w:br/>
        <w:t>vn 0.2464 -0.6985 0.6718</w:t>
        <w:br/>
        <w:t>vn 0.0763 -0.5469 0.8337</w:t>
        <w:br/>
        <w:t>vn 0.1873 -0.3474 0.9188</w:t>
        <w:br/>
        <w:t>vn 0.2982 0.8935 0.3358</w:t>
        <w:br/>
        <w:t>vn -0.2683 0.2770 0.9226</w:t>
        <w:br/>
        <w:t>vn -0.1564 -0.3921 0.9066</w:t>
        <w:br/>
        <w:t>vn -0.4975 -0.1391 0.8563</w:t>
        <w:br/>
        <w:t>vn 0.1193 -0.2240 0.9673</w:t>
        <w:br/>
        <w:t>vn 0.1411 0.8492 0.5088</w:t>
        <w:br/>
        <w:t>vn 0.1334 0.4986 0.8565</w:t>
        <w:br/>
        <w:t>vn -0.1089 0.8749 0.4719</w:t>
        <w:br/>
        <w:t>vn -0.5559 0.8262 -0.0916</w:t>
        <w:br/>
        <w:t>vn -0.5477 0.7851 0.2893</w:t>
        <w:br/>
        <w:t>vn -0.6595 0.7091 0.2493</w:t>
        <w:br/>
        <w:t>vn -0.6596 0.7091 0.2493</w:t>
        <w:br/>
        <w:t>vn 0.0226 0.9650 0.2611</w:t>
        <w:br/>
        <w:t>vn -0.1639 0.9631 0.2135</w:t>
        <w:br/>
        <w:t>vn 0.0853 0.7930 -0.6032</w:t>
        <w:br/>
        <w:t>vn -0.0781 0.6383 -0.7658</w:t>
        <w:br/>
        <w:t>vn 0.1741 0.9768 -0.1251</w:t>
        <w:br/>
        <w:t>vn -0.0964 0.2458 -0.9645</w:t>
        <w:br/>
        <w:t>vn -0.4098 0.7179 -0.5628</w:t>
        <w:br/>
        <w:t>vn -0.0390 0.9913 -0.1257</w:t>
        <w:br/>
        <w:t>vn 0.1365 0.1876 0.9727</w:t>
        <w:br/>
        <w:t>vn 0.1334 0.4987 0.8565</w:t>
        <w:br/>
        <w:t>vn 0.1410 0.8493 0.5088</w:t>
        <w:br/>
        <w:t>vn -0.1419 0.2104 0.9673</w:t>
        <w:br/>
        <w:t>vn -0.2973 0.6362 0.7120</w:t>
        <w:br/>
        <w:t>vn -0.6775 0.6584 0.3280</w:t>
        <w:br/>
        <w:t>vn -0.7776 0.5895 0.2187</w:t>
        <w:br/>
        <w:t>vn -0.5477 0.7850 0.2893</w:t>
        <w:br/>
        <w:t>vn -0.5559 0.8262 -0.0917</w:t>
        <w:br/>
        <w:t>vn -0.9250 0.3359 -0.1775</w:t>
        <w:br/>
        <w:t>vn -0.8601 0.5011 -0.0959</w:t>
        <w:br/>
        <w:t>vn -0.7694 0.6140 0.1761</w:t>
        <w:br/>
        <w:t>vn -0.9574 0.2402 -0.1604</w:t>
        <w:br/>
        <w:t>vn -0.9294 0.1976 -0.3117</w:t>
        <w:br/>
        <w:t>vn -0.9451 0.2455 -0.2157</w:t>
        <w:br/>
        <w:t>vn -0.9042 0.0760 -0.4203</w:t>
        <w:br/>
        <w:t>vn -0.7185 0.2571 -0.6463</w:t>
        <w:br/>
        <w:t>vn -0.7675 0.6283 0.1270</w:t>
        <w:br/>
        <w:t>vn -0.9567 0.2905 0.0186</w:t>
        <w:br/>
        <w:t>vn -0.8455 0.5331 -0.0307</w:t>
        <w:br/>
        <w:t>vn -0.4833 0.4681 -0.7398</w:t>
        <w:br/>
        <w:t>vn 0.3623 0.8142 0.4536</w:t>
        <w:br/>
        <w:t>vn 0.3743 0.5881 0.7170</w:t>
        <w:br/>
        <w:t>vn 0.4141 0.8410 -0.3483</w:t>
        <w:br/>
        <w:t>vn 0.3760 0.8243 -0.4233</w:t>
        <w:br/>
        <w:t>vn 0.7628 0.6349 -0.1226</w:t>
        <w:br/>
        <w:t>vn -0.7222 0.6735 0.1573</w:t>
        <w:br/>
        <w:t>vn 0.3309 0.7478 0.5756</w:t>
        <w:br/>
        <w:t>vn 0.4297 0.4160 0.8014</w:t>
        <w:br/>
        <w:t>vn 0.3631 0.9126 -0.1878</w:t>
        <w:br/>
        <w:t>vn 0.1741 0.9767 -0.1251</w:t>
        <w:br/>
        <w:t>vn 0.1672 0.9707 0.1724</w:t>
        <w:br/>
        <w:t>vn 0.7628 0.6348 -0.1227</w:t>
        <w:br/>
        <w:t>vn -0.3248 -0.9336 0.1513</w:t>
        <w:br/>
        <w:t>vn -0.3396 -0.8182 0.4638</w:t>
        <w:br/>
        <w:t>vn -0.3590 -0.9333 0.0052</w:t>
        <w:br/>
        <w:t>vn -0.2287 -0.8277 0.5124</w:t>
        <w:br/>
        <w:t>vn -0.0584 -0.1531 0.9865</w:t>
        <w:br/>
        <w:t>vn -0.3248 -0.9336 0.1514</w:t>
        <w:br/>
        <w:t>vn -0.1406 -0.8615 0.4879</w:t>
        <w:br/>
        <w:t>vn 0.0507 -0.8781 0.4759</w:t>
        <w:br/>
        <w:t>vn -0.0776 -0.9098 0.4077</w:t>
        <w:br/>
        <w:t>vn -0.2937 -0.8259 0.4813</w:t>
        <w:br/>
        <w:t>vn -0.2701 -0.8551 0.4426</w:t>
        <w:br/>
        <w:t>vn -0.1827 -0.7032 0.6872</w:t>
        <w:br/>
        <w:t>vn -0.2199 -0.7017 0.6777</w:t>
        <w:br/>
        <w:t>vn 0.0919 -0.2745 0.9572</w:t>
        <w:br/>
        <w:t>vn 0.1884 -0.1830 0.9649</w:t>
        <w:br/>
        <w:t>vn 0.3100 0.0951 0.9460</w:t>
        <w:br/>
        <w:t>vn 0.3015 0.0077 0.9534</w:t>
        <w:br/>
        <w:t>vn 0.2710 0.0888 0.9585</w:t>
        <w:br/>
        <w:t>vn 0.1838 -0.0761 0.9800</w:t>
        <w:br/>
        <w:t>vn 0.1708 -0.1666 0.9711</w:t>
        <w:br/>
        <w:t>vn 0.1517 -0.2699 0.9509</w:t>
        <w:br/>
        <w:t>vn 0.2108 -0.3824 0.8997</w:t>
        <w:br/>
        <w:t>vn 0.1275 -0.4968 0.8584</w:t>
        <w:br/>
        <w:t>vn 0.1146 -0.6544 0.7474</w:t>
        <w:br/>
        <w:t>vn -0.1008 -0.7753 0.6235</w:t>
        <w:br/>
        <w:t>vn -0.0342 -0.9775 -0.2083</w:t>
        <w:br/>
        <w:t>vn -0.1551 -0.9879 0.0056</w:t>
        <w:br/>
        <w:t>vn -0.3627 -0.7861 0.5005</w:t>
        <w:br/>
        <w:t>vn -0.1007 -0.7753 0.6235</w:t>
        <w:br/>
        <w:t>vn -0.1551 -0.9879 0.0057</w:t>
        <w:br/>
        <w:t>vn -0.3190 -0.8180 0.4787</w:t>
        <w:br/>
        <w:t>vn -0.3383 -0.2765 0.8995</w:t>
        <w:br/>
        <w:t>vn -0.2954 0.1574 0.9423</w:t>
        <w:br/>
        <w:t>vn -0.3049 0.1408 0.9419</w:t>
        <w:br/>
        <w:t>vn -0.3382 -0.2765 0.8995</w:t>
        <w:br/>
        <w:t>vn -0.2435 0.1664 0.9555</w:t>
        <w:br/>
        <w:t>vn -0.2568 0.2729 0.9271</w:t>
        <w:br/>
        <w:t>vn -0.1710 0.2917 0.9411</w:t>
        <w:br/>
        <w:t>vn -0.1959 0.4494 0.8716</w:t>
        <w:br/>
        <w:t>vn -0.1150 0.4551 0.8830</w:t>
        <w:br/>
        <w:t>vn -0.1398 0.5932 0.7928</w:t>
        <w:br/>
        <w:t>vn -0.0733 0.6366 0.7677</w:t>
        <w:br/>
        <w:t>vn -0.0146 0.9023 0.4308</w:t>
        <w:br/>
        <w:t>vn -0.0069 0.8620 0.5069</w:t>
        <w:br/>
        <w:t>vn 0.0434 0.9823 0.1822</w:t>
        <w:br/>
        <w:t>vn 0.0718 0.9970 -0.0271</w:t>
        <w:br/>
        <w:t>vn 0.0911 0.9830 0.1594</w:t>
        <w:br/>
        <w:t>vn 0.1094 0.9918 0.0664</w:t>
        <w:br/>
        <w:t>vn 0.1256 0.7457 0.6544</w:t>
        <w:br/>
        <w:t>vn 0.1636 0.7964 0.5823</w:t>
        <w:br/>
        <w:t>vn 0.1064 0.4721 0.8751</w:t>
        <w:br/>
        <w:t>vn 0.2007 0.4101 0.8897</w:t>
        <w:br/>
        <w:t>vn 0.0772 0.1948 0.9778</w:t>
        <w:br/>
        <w:t>vn 0.2109 0.0504 0.9762</w:t>
        <w:br/>
        <w:t>vn 0.0685 -0.4459 0.8925</w:t>
        <w:br/>
        <w:t>vn 0.1620 -0.4879 0.8578</w:t>
        <w:br/>
        <w:t>vn 0.1015 -0.6956 0.7112</w:t>
        <w:br/>
        <w:t>vn -0.0428 -0.2767 0.9600</w:t>
        <w:br/>
        <w:t>vn 0.0227 -0.3685 0.9293</w:t>
        <w:br/>
        <w:t>vn -0.2123 0.3136 0.9255</w:t>
        <w:br/>
        <w:t>vn -0.0936 0.2510 0.9634</w:t>
        <w:br/>
        <w:t>vn -0.3121 0.6726 0.6709</w:t>
        <w:br/>
        <w:t>vn -0.1563 0.6887 0.7080</w:t>
        <w:br/>
        <w:t>vn -0.3338 0.8153 0.4732</w:t>
        <w:br/>
        <w:t>vn -0.1521 0.8830 0.4441</w:t>
        <w:br/>
        <w:t>vn -0.3416 0.9189 0.1973</w:t>
        <w:br/>
        <w:t>vn -0.1276 0.9821 0.1387</w:t>
        <w:br/>
        <w:t>vn -0.1142 0.9017 -0.4171</w:t>
        <w:br/>
        <w:t>vn -0.2971 0.8250 -0.4807</w:t>
        <w:br/>
        <w:t>vn -0.0906 0.6342 -0.7679</w:t>
        <w:br/>
        <w:t>vn -0.0682 0.5384 -0.8399</w:t>
        <w:br/>
        <w:t>vn -0.2204 0.6986 -0.6807</w:t>
        <w:br/>
        <w:t>vn -0.0447 0.6800 -0.7318</w:t>
        <w:br/>
        <w:t>vn -0.1755 0.9474 -0.2675</w:t>
        <w:br/>
        <w:t>vn -0.0021 0.9395 -0.3425</w:t>
        <w:br/>
        <w:t>vn 0.0699 0.9857 0.1534</w:t>
        <w:br/>
        <w:t>vn -0.0945 0.9778 0.1872</w:t>
        <w:br/>
        <w:t>vn -0.0690 0.8286 0.5555</w:t>
        <w:br/>
        <w:t>vn 0.1672 0.6996 0.6946</w:t>
        <w:br/>
        <w:t>vn 0.1657 0.4314 0.8868</w:t>
        <w:br/>
        <w:t>vn -0.0817 0.6154 0.7840</w:t>
        <w:br/>
        <w:t>vn -0.1617 0.8033 0.5732</w:t>
        <w:br/>
        <w:t>vn 0.0910 0.6083 0.7885</w:t>
        <w:br/>
        <w:t>vn -0.0455 0.9030 0.4272</w:t>
        <w:br/>
        <w:t>vn -0.3544 0.9350 -0.0144</w:t>
        <w:br/>
        <w:t>vn -0.1829 0.9818 -0.0514</w:t>
        <w:br/>
        <w:t>vn -0.2390 0.9267 -0.2901</w:t>
        <w:br/>
        <w:t>vn -0.3638 0.8806 -0.3036</w:t>
        <w:br/>
        <w:t>vn -0.2525 0.8671 -0.4294</w:t>
        <w:br/>
        <w:t>vn -0.4207 0.6953 -0.5827</w:t>
        <w:br/>
        <w:t>vn -0.2750 0.7172 -0.6403</w:t>
        <w:br/>
        <w:t>vn -0.4064 0.3114 -0.8590</w:t>
        <w:br/>
        <w:t>vn -0.3108 0.3887 -0.8673</w:t>
        <w:br/>
        <w:t>vn -0.3288 -0.0663 -0.9421</w:t>
        <w:br/>
        <w:t>vn -0.2130 -0.5002 -0.8393</w:t>
        <w:br/>
        <w:t>vn -0.2301 -0.6606 -0.7146</w:t>
        <w:br/>
        <w:t>vn -0.1188 -0.7895 -0.6022</w:t>
        <w:br/>
        <w:t>vn -0.1238 -0.5113 -0.8504</w:t>
        <w:br/>
        <w:t>vn -0.1640 -0.1514 -0.9748</w:t>
        <w:br/>
        <w:t>vn -0.0989 -0.0023 -0.9951</w:t>
        <w:br/>
        <w:t>vn -0.0497 0.5856 -0.8091</w:t>
        <w:br/>
        <w:t>vn -0.0903 0.7262 -0.6815</w:t>
        <w:br/>
        <w:t>vn -0.0114 0.8439 -0.5364</w:t>
        <w:br/>
        <w:t>vn -0.0142 0.9514 -0.3076</w:t>
        <w:br/>
        <w:t>vn 0.0386 0.9681 -0.2475</w:t>
        <w:br/>
        <w:t>vn -0.0107 0.9821 -0.1882</w:t>
        <w:br/>
        <w:t>vn 0.0376 0.9915 -0.1244</w:t>
        <w:br/>
        <w:t>vn -0.0949 0.8894 -0.4472</w:t>
        <w:br/>
        <w:t>vn -0.0736 0.9180 -0.3896</w:t>
        <w:br/>
        <w:t>vn -0.1792 0.7046 -0.6866</w:t>
        <w:br/>
        <w:t>vn -0.1940 0.7287 -0.6568</w:t>
        <w:br/>
        <w:t>vn -0.2360 0.5333 -0.8124</w:t>
        <w:br/>
        <w:t>vn -0.2612 0.5581 -0.7876</w:t>
        <w:br/>
        <w:t>vn -0.3160 0.3629 -0.8766</w:t>
        <w:br/>
        <w:t>vn -0.2911 0.3280 -0.8987</w:t>
        <w:br/>
        <w:t>vn -0.3572 0.1367 -0.9240</w:t>
        <w:br/>
        <w:t>vn -0.2995 0.2060 -0.9316</w:t>
        <w:br/>
        <w:t>vn -0.3676 0.0232 -0.9297</w:t>
        <w:br/>
        <w:t>vn -0.2821 -0.0593 -0.9575</w:t>
        <w:br/>
        <w:t>vn -0.2903 -0.8881 -0.3563</w:t>
        <w:br/>
        <w:t>vn -0.2544 -0.8376 -0.4835</w:t>
        <w:br/>
        <w:t>vn -0.3066 -0.8684 -0.3897</w:t>
        <w:br/>
        <w:t>vn -0.2429 -0.7667 -0.5942</w:t>
        <w:br/>
        <w:t>vn -0.1896 -0.7410 -0.6441</w:t>
        <w:br/>
        <w:t>vn -0.1342 -0.4441 -0.8859</w:t>
        <w:br/>
        <w:t>vn -0.0462 -0.2645 -0.9633</w:t>
        <w:br/>
        <w:t>vn 0.2490 0.3433 -0.9056</w:t>
        <w:br/>
        <w:t>vn 0.0930 0.0104 -0.9956</w:t>
        <w:br/>
        <w:t>vn 0.2291 0.5662 -0.7918</w:t>
        <w:br/>
        <w:t>vn -0.0387 0.0469 -0.9982</w:t>
        <w:br/>
        <w:t>vn -0.0971 0.1296 -0.9868</w:t>
        <w:br/>
        <w:t>vn 0.1273 0.5963 -0.7926</w:t>
        <w:br/>
        <w:t>vn 0.0980 0.4758 -0.8741</w:t>
        <w:br/>
        <w:t>vn -0.1578 -0.3776 -0.9124</w:t>
        <w:br/>
        <w:t>vn -0.2087 -0.2496 -0.9456</w:t>
        <w:br/>
        <w:t>vn 0.3185 -0.0994 0.9427</w:t>
        <w:br/>
        <w:t>vn 0.0066 -0.5000 0.8660</w:t>
        <w:br/>
        <w:t>vn 0.2130 -0.1380 0.9673</w:t>
        <w:br/>
        <w:t>vn -0.1764 0.2234 0.9586</w:t>
        <w:br/>
        <w:t>vn 0.2131 -0.1380 0.9673</w:t>
        <w:br/>
        <w:t>vn -0.0150 0.2796 0.9600</w:t>
        <w:br/>
        <w:t>vn -0.1726 -0.9830 0.0621</w:t>
        <w:br/>
        <w:t>vn -0.3385 0.2216 0.9145</w:t>
        <w:br/>
        <w:t>vn -0.2436 0.4884 0.8379</w:t>
        <w:br/>
        <w:t>vn 0.0009 0.8708 0.4916</w:t>
        <w:br/>
        <w:t>vn 0.0453 0.6808 0.7311</w:t>
        <w:br/>
        <w:t>vn -0.2370 0.2996 0.9242</w:t>
        <w:br/>
        <w:t>vn -0.5470 0.8371 -0.0073</w:t>
        <w:br/>
        <w:t>vn -0.3430 0.9214 -0.1827</w:t>
        <w:br/>
        <w:t>vn -0.2840 0.9160 0.2835</w:t>
        <w:br/>
        <w:t>vn -0.4413 0.8374 0.3225</w:t>
        <w:br/>
        <w:t>vn -0.5279 0.7603 -0.3785</w:t>
        <w:br/>
        <w:t>vn -0.2736 0.7511 -0.6008</w:t>
        <w:br/>
        <w:t>vn -0.2272 -0.2458 -0.9423</w:t>
        <w:br/>
        <w:t>vn -0.0911 0.8951 -0.4365</w:t>
        <w:br/>
        <w:t>vn -0.1931 0.5926 -0.7820</w:t>
        <w:br/>
        <w:t>vn -0.2411 0.3153 -0.9178</w:t>
        <w:br/>
        <w:t>vn -0.2322 -0.1052 -0.9669</w:t>
        <w:br/>
        <w:t>vn -0.1650 -0.6560 -0.7365</w:t>
        <w:br/>
        <w:t>vn 0.1513 0.4500 -0.8801</w:t>
        <w:br/>
        <w:t>vn 0.1537 0.2701 -0.9505</w:t>
        <w:br/>
        <w:t>vn -0.0558 0.3585 -0.9319</w:t>
        <w:br/>
        <w:t>vn -0.2544 -0.1195 -0.9597</w:t>
        <w:br/>
        <w:t>vn -0.1637 -0.8671 -0.4705</w:t>
        <w:br/>
        <w:t>vn -0.0558 -0.9496 -0.3086</w:t>
        <w:br/>
        <w:t>vn -0.1192 -0.4245 -0.8976</w:t>
        <w:br/>
        <w:t>vn 0.9508 -0.1184 -0.2863</w:t>
        <w:br/>
        <w:t>vn 0.8809 -0.4731 -0.0141</w:t>
        <w:br/>
        <w:t>vn 0.9791 -0.1886 0.0760</w:t>
        <w:br/>
        <w:t>vn 0.0480 -0.9645 -0.2597</w:t>
        <w:br/>
        <w:t>vn 0.0461 -0.9314 -0.3610</w:t>
        <w:br/>
        <w:t>vn 0.0341 -0.7955 0.6050</w:t>
        <w:br/>
        <w:t>vn -0.0306 -0.9980 0.0555</w:t>
        <w:br/>
        <w:t>vn 0.2558 -0.6057 0.7534</w:t>
        <w:br/>
        <w:t>vn 0.1600 -0.2214 0.9620</w:t>
        <w:br/>
        <w:t>vn 0.4694 -0.8810 0.0602</w:t>
        <w:br/>
        <w:t>vn 0.8902 -0.3198 0.3245</w:t>
        <w:br/>
        <w:t>vn 0.4747 -0.1987 -0.8574</w:t>
        <w:br/>
        <w:t>vn 0.4665 -0.1726 -0.8675</w:t>
        <w:br/>
        <w:t>vn 0.1263 -0.0335 -0.9914</w:t>
        <w:br/>
        <w:t>vn -0.1192 -0.4245 -0.8975</w:t>
        <w:br/>
        <w:t>vn 0.8612 -0.2362 -0.4501</w:t>
        <w:br/>
        <w:t>vn 0.8751 -0.2063 -0.4378</w:t>
        <w:br/>
        <w:t>vn 0.9060 -0.2810 -0.3166</w:t>
        <w:br/>
        <w:t>vn 0.9498 -0.1401 -0.2797</w:t>
        <w:br/>
        <w:t>vn 0.9164 -0.3420 -0.2077</w:t>
        <w:br/>
        <w:t>vn 0.9583 -0.2753 -0.0772</w:t>
        <w:br/>
        <w:t>vn 0.9987 0.0014 -0.0518</w:t>
        <w:br/>
        <w:t>vn 0.9679 0.1810 0.1746</w:t>
        <w:br/>
        <w:t>vn 0.1532 -0.0767 -0.9852</w:t>
        <w:br/>
        <w:t>vn 0.5894 -0.2699 -0.7614</w:t>
        <w:br/>
        <w:t>vn 0.2435 -0.1975 -0.9496</w:t>
        <w:br/>
        <w:t>vn 0.6546 -0.3216 -0.6842</w:t>
        <w:br/>
        <w:t>vn 0.6916 -0.3265 -0.6443</w:t>
        <w:br/>
        <w:t>vn 0.4013 -0.3585 -0.8429</w:t>
        <w:br/>
        <w:t>vn 0.3494 -0.2981 -0.8883</w:t>
        <w:br/>
        <w:t>vn 0.8196 -0.2964 -0.4904</w:t>
        <w:br/>
        <w:t>vn 0.8212 -0.2920 -0.4903</w:t>
        <w:br/>
        <w:t>vn 0.8928 -0.2641 -0.3650</w:t>
        <w:br/>
        <w:t>vn 0.9021 -0.2323 -0.3635</w:t>
        <w:br/>
        <w:t>vn 0.9814 -0.1340 -0.1375</w:t>
        <w:br/>
        <w:t>vn 0.9721 -0.2020 -0.1192</w:t>
        <w:br/>
        <w:t>vn 0.8091 -0.3167 -0.4950</w:t>
        <w:br/>
        <w:t>vn 0.8910 -0.2740 -0.3621</w:t>
        <w:br/>
        <w:t>vn 0.8752 -0.2767 -0.3968</w:t>
        <w:br/>
        <w:t>vn 0.7818 -0.3305 -0.5288</w:t>
        <w:br/>
        <w:t>vn 0.9692 -0.2271 -0.0951</w:t>
        <w:br/>
        <w:t>vn 0.9728 -0.2110 -0.0960</w:t>
        <w:br/>
        <w:t>vn 0.6723 -0.3791 -0.6358</w:t>
        <w:br/>
        <w:t>vn 0.6292 -0.3864 -0.6744</w:t>
        <w:br/>
        <w:t>vn 0.8352 -0.2493 -0.4902</w:t>
        <w:br/>
        <w:t>vn 0.4487 -0.4019 -0.7983</w:t>
        <w:br/>
        <w:t>vn 0.2173 -0.3610 -0.9069</w:t>
        <w:br/>
        <w:t>vn 0.1455 -0.3855 -0.9112</w:t>
        <w:br/>
        <w:t>vn 0.4167 -0.4170 -0.8078</w:t>
        <w:br/>
        <w:t>vn -0.0572 -0.3401 -0.9387</w:t>
        <w:br/>
        <w:t>vn -0.0823 -0.3220 -0.9432</w:t>
        <w:br/>
        <w:t>vn 0.1052 -0.3506 -0.9306</w:t>
        <w:br/>
        <w:t>vn -0.0404 -0.3154 -0.9481</w:t>
        <w:br/>
        <w:t>vn 0.2800 -0.3311 -0.9011</w:t>
        <w:br/>
        <w:t>vn -0.0065 -0.2967 -0.9549</w:t>
        <w:br/>
        <w:t>vn 0.5203 -0.3504 -0.7787</w:t>
        <w:br/>
        <w:t>vn 0.0644 -0.2474 -0.9668</w:t>
        <w:br/>
        <w:t>vn 0.0043 -0.1304 -0.9915</w:t>
        <w:br/>
        <w:t>vn -0.1038 -0.1280 -0.9863</w:t>
        <w:br/>
        <w:t>vn -0.1581 0.0282 -0.9870</w:t>
        <w:br/>
        <w:t>vn -0.0208 -0.0603 -0.9980</w:t>
        <w:br/>
        <w:t>vn -0.1077 -0.2173 -0.9702</w:t>
        <w:br/>
        <w:t>vn -0.0000 -0.0847 0.9964</w:t>
        <w:br/>
        <w:t>vn 0.0338 -0.2489 0.9679</w:t>
        <w:br/>
        <w:t>vn -0.2813 -0.0433 0.9586</w:t>
        <w:br/>
        <w:t>vn -0.0005 0.0569 0.9984</w:t>
        <w:br/>
        <w:t>vn 0.0003 -0.1614 0.9869</w:t>
        <w:br/>
        <w:t>vn 0.1931 -0.1712 0.9661</w:t>
        <w:br/>
        <w:t>vn -0.0005 0.1137 0.9935</w:t>
        <w:br/>
        <w:t>vn -0.3820 0.0307 0.9237</w:t>
        <w:br/>
        <w:t>vn 0.0004 -0.1067 0.9943</w:t>
        <w:br/>
        <w:t>vn 0.2136 -0.1074 0.9710</w:t>
        <w:br/>
        <w:t>vn 0.0003 -0.0185 0.9998</w:t>
        <w:br/>
        <w:t>vn 0.2233 -0.0229 0.9745</w:t>
        <w:br/>
        <w:t>vn 0.3495 -0.4413 0.8265</w:t>
        <w:br/>
        <w:t>vn 0.4289 -0.1901 0.8831</w:t>
        <w:br/>
        <w:t>vn 0.9733 -0.2268 -0.0349</w:t>
        <w:br/>
        <w:t>vn 1.0000 -0.0072 -0.0000</w:t>
        <w:br/>
        <w:t>vn 0.9985 0.0159 -0.0531</w:t>
        <w:br/>
        <w:t>vn 0.9694 -0.2395 -0.0540</w:t>
        <w:br/>
        <w:t>vn 0.8775 0.4698 0.0965</w:t>
        <w:br/>
        <w:t>vn 0.9454 0.3227 0.0447</w:t>
        <w:br/>
        <w:t>vn 0.9684 0.2493 0.0017</w:t>
        <w:br/>
        <w:t>vn 0.9143 0.3894 0.1110</w:t>
        <w:br/>
        <w:t>vn 0.8621 0.4893 0.1317</w:t>
        <w:br/>
        <w:t>vn 0.9161 0.3739 0.1449</w:t>
        <w:br/>
        <w:t>vn 0.8411 0.4827 0.2441</w:t>
        <w:br/>
        <w:t>vn 0.8858 0.3904 0.2510</w:t>
        <w:br/>
        <w:t>vn 0.8654 0.2705 0.4218</w:t>
        <w:br/>
        <w:t>vn 0.8331 0.1936 0.5181</w:t>
        <w:br/>
        <w:t>vn 0.9270 0.0154 0.3748</w:t>
        <w:br/>
        <w:t>vn 0.9337 0.2131 0.2877</w:t>
        <w:br/>
        <w:t>vn 0.9734 -0.1136 0.1991</w:t>
        <w:br/>
        <w:t>vn 0.9800 0.1300 0.1510</w:t>
        <w:br/>
        <w:t>vn 0.8641 0.4875 0.1254</w:t>
        <w:br/>
        <w:t>vn 0.8604 0.4953 0.1202</w:t>
        <w:br/>
        <w:t>vn 0.8262 0.5094 0.2405</w:t>
        <w:br/>
        <w:t>vn 0.7347 0.5114 0.4458</w:t>
        <w:br/>
        <w:t>vn 0.7668 0.4702 0.4370</w:t>
        <w:br/>
        <w:t>vn 0.9065 0.3408 0.2494</w:t>
        <w:br/>
        <w:t>vn 0.9350 0.2927 0.2005</w:t>
        <w:br/>
        <w:t>vn 0.8881 0.4251 0.1750</w:t>
        <w:br/>
        <w:t>vn 0.9804 0.1738 0.0927</w:t>
        <w:br/>
        <w:t>vn 0.9941 0.0721 0.0807</w:t>
        <w:br/>
        <w:t>vn 0.9802 -0.1911 0.0520</w:t>
        <w:br/>
        <w:t>vn 0.9979 0.0594 0.0238</w:t>
        <w:br/>
        <w:t>vn 0.8951 -0.4269 0.1286</w:t>
        <w:br/>
        <w:t>vn 0.8933 -0.3380 0.2964</w:t>
        <w:br/>
        <w:t>vn 0.7595 -0.5096 0.4044</w:t>
        <w:br/>
        <w:t>vn 0.7530 -0.6224 0.2136</w:t>
        <w:br/>
        <w:t>vn 0.3486 -0.6630 0.6625</w:t>
        <w:br/>
        <w:t>vn 0.0970 -0.5698 0.8160</w:t>
        <w:br/>
        <w:t>vn 0.0727 -0.7573 0.6490</w:t>
        <w:br/>
        <w:t>vn 0.3149 -0.8343 0.4525</w:t>
        <w:br/>
        <w:t>vn 0.8541 -0.1592 0.4952</w:t>
        <w:br/>
        <w:t>vn 0.7132 -0.3116 0.6279</w:t>
        <w:br/>
        <w:t>vn 0.1665 -0.7398 0.6519</w:t>
        <w:br/>
        <w:t>vn 0.4049 -0.7968 0.4485</w:t>
        <w:br/>
        <w:t>vn 0.7530 -0.6485 0.1118</w:t>
        <w:br/>
        <w:t>vn 0.8825 -0.4702 0.0071</w:t>
        <w:br/>
        <w:t>vn 0.9193 -0.3892 0.0587</w:t>
        <w:br/>
        <w:t>vn 0.8464 -0.1921 0.4967</w:t>
        <w:br/>
        <w:t>vn 0.8028 -0.4586 0.3810</w:t>
        <w:br/>
        <w:t>vn 0.6023 -0.4743 0.6421</w:t>
        <w:br/>
        <w:t>vn 0.6764 -0.1996 0.7089</w:t>
        <w:br/>
        <w:t>vn 0.9283 -0.1843 0.3228</w:t>
        <w:br/>
        <w:t>vn 0.9206 -0.2921 0.2592</w:t>
        <w:br/>
        <w:t>vn 0.8306 -0.5306 0.1691</w:t>
        <w:br/>
        <w:t>vn 0.9830 -0.1828 0.0191</w:t>
        <w:br/>
        <w:t>vn 0.9983 -0.0537 0.0244</w:t>
        <w:br/>
        <w:t>vn 0.9652 -0.2474 0.0841</w:t>
        <w:br/>
        <w:t>vn 0.9658 -0.1969 0.1689</w:t>
        <w:br/>
        <w:t>vn 0.9615 -0.1927 0.1961</w:t>
        <w:br/>
        <w:t>vn 0.9632 -0.2384 -0.1244</w:t>
        <w:br/>
        <w:t>vn 0.9619 -0.2124 -0.1722</w:t>
        <w:br/>
        <w:t>vn 0.8403 -0.2432 -0.4845</w:t>
        <w:br/>
        <w:t>vn 0.8480 -0.2799 -0.4500</w:t>
        <w:br/>
        <w:t>vn 0.7143 -0.2489 -0.6541</w:t>
        <w:br/>
        <w:t>vn 0.7130 -0.3260 -0.6208</w:t>
        <w:br/>
        <w:t>vn 0.9747 -0.1514 0.1643</w:t>
        <w:br/>
        <w:t>vn 0.8532 -0.1222 0.5071</w:t>
        <w:br/>
        <w:t>vn 0.6950 -0.1156 0.7096</w:t>
        <w:br/>
        <w:t>vn 0.9360 -0.1254 0.3290</w:t>
        <w:br/>
        <w:t>vn 0.9942 -0.0200 0.1057</w:t>
        <w:br/>
        <w:t>vn 0.9408 0.0076 0.3387</w:t>
        <w:br/>
        <w:t>vn 0.5158 -0.2542 -0.8181</w:t>
        <w:br/>
        <w:t>vn 0.7301 -0.0967 -0.6765</w:t>
        <w:br/>
        <w:t>vn 0.4949 -0.1215 -0.8604</w:t>
        <w:br/>
        <w:t>vn 0.7315 -0.0041 -0.6819</w:t>
        <w:br/>
        <w:t>vn 0.4815 -0.0593 -0.8744</w:t>
        <w:br/>
        <w:t>vn 0.6120 0.4955 0.6164</w:t>
        <w:br/>
        <w:t>vn 0.6573 0.4520 0.6031</w:t>
        <w:br/>
        <w:t>vn 0.4681 0.4872 0.7372</w:t>
        <w:br/>
        <w:t>vn 0.5259 0.4512 0.7210</w:t>
        <w:br/>
        <w:t>vn 0.3238 0.4760 0.8177</w:t>
        <w:br/>
        <w:t>vn 0.3791 0.4378 0.8153</w:t>
        <w:br/>
        <w:t>vn -0.0951 0.3388 0.9360</w:t>
        <w:br/>
        <w:t>vn -0.0113 0.2050 0.9787</w:t>
        <w:br/>
        <w:t>vn 0.2036 0.3565 0.9118</w:t>
        <w:br/>
        <w:t>vn 0.1455 0.4430 0.8846</w:t>
        <w:br/>
        <w:t>vn 0.1580 -0.0646 0.9853</w:t>
        <w:br/>
        <w:t>vn 0.3348 0.0928 0.9377</w:t>
        <w:br/>
        <w:t>vn 0.5138 0.2486 0.8211</w:t>
        <w:br/>
        <w:t>vn 0.6511 0.3209 0.6878</w:t>
        <w:br/>
        <w:t>vn 0.7443 0.3435 0.5727</w:t>
        <w:br/>
        <w:t>vn 0.8243 0.3755 0.4236</w:t>
        <w:br/>
        <w:t>vn -0.0926 -0.2322 -0.9683</w:t>
        <w:br/>
        <w:t>vn -0.1077 -0.3126 -0.9438</w:t>
        <w:br/>
        <w:t>vn -0.0000 -0.3198 -0.9475</w:t>
        <w:br/>
        <w:t>vn 0.0000 -0.2503 -0.9682</w:t>
        <w:br/>
        <w:t>vn -0.0000 -0.1951 -0.9808</w:t>
        <w:br/>
        <w:t>vn -0.2501 0.0472 -0.9671</w:t>
        <w:br/>
        <w:t>vn -0.0615 -0.1716 -0.9833</w:t>
        <w:br/>
        <w:t>vn -0.1411 -0.5132 0.8466</w:t>
        <w:br/>
        <w:t>vn -0.4270 -0.2010 0.8816</w:t>
        <w:br/>
        <w:t>vn -0.2214 -0.5216 0.8239</w:t>
        <w:br/>
        <w:t>vn -0.4817 -0.2247 0.8470</w:t>
        <w:br/>
        <w:t>vn -0.1602 -0.3734 0.9137</w:t>
        <w:br/>
        <w:t>vn -0.4148 -0.1308 0.9005</w:t>
        <w:br/>
        <w:t>vn -0.2432 0.0232 0.9697</w:t>
        <w:br/>
        <w:t>vn -0.0190 -0.2145 0.9765</w:t>
        <w:br/>
        <w:t>vn 0.9900 -0.0365 -0.1364</w:t>
        <w:br/>
        <w:t>vn 0.9321 -0.1487 -0.3304</w:t>
        <w:br/>
        <w:t>vn 0.4467 -0.1102 0.8879</w:t>
        <w:br/>
        <w:t>vn 0.4467 -0.0264 0.8943</w:t>
        <w:br/>
        <w:t>vn 0.6930 -0.0180 0.7207</w:t>
        <w:br/>
        <w:t>vn 0.2274 0.0229 0.9735</w:t>
        <w:br/>
        <w:t>vn 0.4424 0.0208 0.8966</w:t>
        <w:br/>
        <w:t>vn 0.6840 0.0258 0.7290</w:t>
        <w:br/>
        <w:t>vn -0.1460 -0.2695 -0.9519</w:t>
        <w:br/>
        <w:t>vn 0.0000 -0.2696 -0.9630</w:t>
        <w:br/>
        <w:t>vn 0.0000 -0.3173 -0.9483</w:t>
        <w:br/>
        <w:t>vn -0.1388 -0.3075 -0.9414</w:t>
        <w:br/>
        <w:t>vn -0.0000 -0.3394 -0.9406</w:t>
        <w:br/>
        <w:t>vn -0.1193 -0.3298 -0.9365</w:t>
        <w:br/>
        <w:t>vn 0.3007 -0.2514 -0.9200</w:t>
        <w:br/>
        <w:t>vn 0.0490 -0.2229 -0.9736</w:t>
        <w:br/>
        <w:t>vn -0.1277 -0.1848 -0.9744</w:t>
        <w:br/>
        <w:t>vn 0.2912 -0.1374 -0.9467</w:t>
        <w:br/>
        <w:t>vn 0.0964 -0.1301 -0.9868</w:t>
        <w:br/>
        <w:t>vn 0.8625 -0.0922 -0.4975</w:t>
        <w:br/>
        <w:t>vn 0.9695 -0.0759 -0.2329</w:t>
        <w:br/>
        <w:t>vn 0.9653 -0.0070 -0.2609</w:t>
        <w:br/>
        <w:t>vn 0.8702 0.0088 -0.4926</w:t>
        <w:br/>
        <w:t>vn 0.9972 0.0222 0.0720</w:t>
        <w:br/>
        <w:t>vn 0.9374 0.0504 0.3446</w:t>
        <w:br/>
        <w:t>vn 0.8508 -0.0027 0.5254</w:t>
        <w:br/>
        <w:t>vn 0.8423 0.0423 0.5373</w:t>
        <w:br/>
        <w:t>vn 0.0002 0.0234 0.9997</w:t>
        <w:br/>
        <w:t>vn -0.0000 -0.0652 -0.9979</w:t>
        <w:br/>
        <w:t>vn -0.0765 -0.0907 -0.9929</w:t>
        <w:br/>
        <w:t>vn -0.0401 -0.0661 -0.9970</w:t>
        <w:br/>
        <w:t>vn -0.0000 -0.0326 -0.9995</w:t>
        <w:br/>
        <w:t>vn 0.1150 -0.1047 -0.9878</w:t>
        <w:br/>
        <w:t>vn 0.2825 -0.0953 -0.9545</w:t>
        <w:br/>
        <w:t>vn -0.0000 -0.1749 -0.9846</w:t>
        <w:br/>
        <w:t>vn 0.2945 -0.2349 0.9263</w:t>
        <w:br/>
        <w:t>vn 0.3592 -0.4084 0.8392</w:t>
        <w:br/>
        <w:t>vn 0.5449 -0.3920 0.7412</w:t>
        <w:br/>
        <w:t>vn 0.4453 -0.1755 0.8780</w:t>
        <w:br/>
        <w:t>vn 0.5903 -0.6185 0.5186</w:t>
        <w:br/>
        <w:t>vn 0.5614 -0.7692 0.3053</w:t>
        <w:br/>
        <w:t>vn 0.6056 -0.7556 0.2497</w:t>
        <w:br/>
        <w:t>vn 0.1729 -0.3547 0.9189</w:t>
        <w:br/>
        <w:t>vn 0.7672 0.0970 0.6340</w:t>
        <w:br/>
        <w:t>vn 0.6295 -0.0455 0.7757</w:t>
        <w:br/>
        <w:t>vn 0.2748 0.1322 -0.9524</w:t>
        <w:br/>
        <w:t>vn -0.5157 -0.0850 0.8525</w:t>
        <w:br/>
        <w:t>vn -0.5609 -0.0999 0.8219</w:t>
        <w:br/>
        <w:t>vn -0.5127 -0.0023 0.8586</w:t>
        <w:br/>
        <w:t>vn -0.3456 0.1652 0.9237</w:t>
        <w:br/>
        <w:t>vn -0.3349 -0.8199 -0.4643</w:t>
        <w:br/>
        <w:t>vn -0.3739 -0.8905 -0.2592</w:t>
        <w:br/>
        <w:t>vn -0.3919 -0.5819 -0.7126</w:t>
        <w:br/>
        <w:t>vn -0.0635 -0.9233 0.3789</w:t>
        <w:br/>
        <w:t>vn -0.1329 -0.9755 0.1753</w:t>
        <w:br/>
        <w:t>vn 0.9478 -0.2165 -0.2340</w:t>
        <w:br/>
        <w:t>vn 0.9165 -0.3420 -0.2077</w:t>
        <w:br/>
        <w:t>vn 0.9684 0.0259 -0.2481</w:t>
        <w:br/>
        <w:t>vn -0.2313 -0.7181 -0.6563</w:t>
        <w:br/>
        <w:t>vn -0.2313 -0.7181 -0.6564</w:t>
        <w:br/>
        <w:t>vn -0.4200 -0.4192 -0.8049</w:t>
        <w:br/>
        <w:t>vn -0.3743 -0.9122 0.1669</w:t>
        <w:br/>
        <w:t>vn -0.0307 -0.9980 0.0554</w:t>
        <w:br/>
        <w:t>vn 0.0464 -0.9959 -0.0771</w:t>
        <w:br/>
        <w:t>vn 0.4693 -0.8810 0.0602</w:t>
        <w:br/>
        <w:t>vn 0.0221 -0.9937 0.1100</w:t>
        <w:br/>
        <w:t>vn 0.3626 0.9211 -0.1418</w:t>
        <w:br/>
        <w:t>vn 0.4002 0.9150 0.0508</w:t>
        <w:br/>
        <w:t>vn 0.2581 0.8065 -0.5319</w:t>
        <w:br/>
        <w:t>vn 0.0931 0.0103 -0.9956</w:t>
        <w:br/>
        <w:t>vn 0.3626 0.9211 -0.1417</w:t>
        <w:br/>
        <w:t>vn 0.6781 0.6680 -0.3064</w:t>
        <w:br/>
        <w:t>vn 0.9532 0.2961 -0.0604</w:t>
        <w:br/>
        <w:t>vn 0.9626 0.2423 -0.1214</w:t>
        <w:br/>
        <w:t>vn 0.7415 0.6159 -0.2661</w:t>
        <w:br/>
        <w:t>vn 0.7910 0.5786 -0.1988</w:t>
        <w:br/>
        <w:t>vn 0.9637 0.2612 0.0553</w:t>
        <w:br/>
        <w:t>vn 0.9670 0.2283 0.1133</w:t>
        <w:br/>
        <w:t>vn 0.9613 0.2499 0.1157</w:t>
        <w:br/>
        <w:t>vn 0.9613 0.2500 0.1158</w:t>
        <w:br/>
        <w:t>vn 0.9862 0.1562 0.0543</w:t>
        <w:br/>
        <w:t>vn 0.9862 0.1563 0.0543</w:t>
        <w:br/>
        <w:t>vn 0.9510 0.2534 -0.1770</w:t>
        <w:br/>
        <w:t>vn 0.9840 0.1589 -0.0802</w:t>
        <w:br/>
        <w:t>vn 0.9840 0.1590 -0.0803</w:t>
        <w:br/>
        <w:t>vn 0.9526 0.2810 -0.1163</w:t>
        <w:br/>
        <w:t>vn 0.9638 0.2643 -0.0359</w:t>
        <w:br/>
        <w:t>vn 0.9638 0.2642 -0.0359</w:t>
        <w:br/>
        <w:t>vn 0.9867 0.1625 -0.0103</w:t>
        <w:br/>
        <w:t>vn 0.9902 -0.0056 -0.1393</w:t>
        <w:br/>
        <w:t>vn 0.9059 -0.1917 -0.3777</w:t>
        <w:br/>
        <w:t>vn 0.9058 -0.1917 -0.3777</w:t>
        <w:br/>
        <w:t>vn 0.7673 -0.4384 -0.4680</w:t>
        <w:br/>
        <w:t>vn 0.5587 -0.0847 -0.8250</w:t>
        <w:br/>
        <w:t>vn 0.7810 -0.5924 -0.1976</w:t>
        <w:br/>
        <w:t>vn 0.8784 -0.4600 0.1296</w:t>
        <w:br/>
        <w:t>vn 0.7810 -0.5924 -0.1975</w:t>
        <w:br/>
        <w:t>vn 0.8264 -0.5606 0.0522</w:t>
        <w:br/>
        <w:t>vn 0.9421 -0.2940 0.1615</w:t>
        <w:br/>
        <w:t>vn 0.9667 -0.2396 0.0903</w:t>
        <w:br/>
        <w:t>vn 0.9667 -0.2396 0.0904</w:t>
        <w:br/>
        <w:t>vn 0.9727 -0.2269 0.0490</w:t>
        <w:br/>
        <w:t>vn 0.9727 -0.2269 0.0489</w:t>
        <w:br/>
        <w:t>vn 0.9796 -0.1509 -0.1324</w:t>
        <w:br/>
        <w:t>vn 0.9797 -0.1508 -0.1324</w:t>
        <w:br/>
        <w:t>vn 0.9194 -0.1314 -0.3707</w:t>
        <w:br/>
        <w:t>vn 0.9194 -0.1314 -0.3708</w:t>
        <w:br/>
        <w:t>vn 0.9138 -0.2007 -0.3531</w:t>
        <w:br/>
        <w:t>vn 0.9648 -0.2296 -0.1280</w:t>
        <w:br/>
        <w:t>vn 0.9616 -0.2701 0.0476</w:t>
        <w:br/>
        <w:t>vn 0.9617 -0.2701 0.0476</w:t>
        <w:br/>
        <w:t>vn 0.9366 -0.3469 0.0490</w:t>
        <w:br/>
        <w:t>vn 0.9114 -0.4054 -0.0705</w:t>
        <w:br/>
        <w:t>vn 0.8982 -0.3760 -0.2277</w:t>
        <w:br/>
        <w:t>vn 0.8982 -0.3760 -0.2278</w:t>
        <w:br/>
        <w:t>vn 0.8900 -0.3372 -0.3069</w:t>
        <w:br/>
        <w:t>vn 0.9139 -0.3663 -0.1746</w:t>
        <w:br/>
        <w:t>vn 0.9140 -0.3663 -0.1746</w:t>
        <w:br/>
        <w:t>vn 0.9716 -0.2264 0.0689</w:t>
        <w:br/>
        <w:t>vn 0.9834 0.0160 0.1809</w:t>
        <w:br/>
        <w:t>vn 0.9783 0.1182 0.1699</w:t>
        <w:br/>
        <w:t>vn 0.9892 0.1177 0.0876</w:t>
        <w:br/>
        <w:t>vn 0.9882 0.0427 0.1472</w:t>
        <w:br/>
        <w:t>vn 0.9451 -0.0455 0.3237</w:t>
        <w:br/>
        <w:t>vn 0.9451 -0.0454 0.3237</w:t>
        <w:br/>
        <w:t>vn 0.9508 -0.1160 0.2873</w:t>
        <w:br/>
        <w:t>vn 0.9844 -0.0674 0.1626</w:t>
        <w:br/>
        <w:t>vn 0.9844 -0.0675 0.1626</w:t>
        <w:br/>
        <w:t>vn 0.9946 0.0706 -0.0761</w:t>
        <w:br/>
        <w:t>vn 0.9814 0.1176 -0.1519</w:t>
        <w:br/>
        <w:t>vn 0.9929 0.0926 -0.0749</w:t>
        <w:br/>
        <w:t>vn 0.9940 0.0200 -0.1077</w:t>
        <w:br/>
        <w:t>vn 0.9991 -0.0218 -0.0360</w:t>
        <w:br/>
        <w:t>vn 0.9980 0.0627 0.0098</w:t>
        <w:br/>
        <w:t>vn 0.9825 0.1836 -0.0312</w:t>
        <w:br/>
        <w:t>vn 0.9634 0.2287 -0.1400</w:t>
        <w:br/>
        <w:t>vn 0.9399 0.2130 -0.2668</w:t>
        <w:br/>
        <w:t>vn 0.9311 0.1698 -0.3229</w:t>
        <w:br/>
        <w:t>vn 0.9476 0.0532 -0.3151</w:t>
        <w:br/>
        <w:t>vn 0.9649 -0.1363 -0.2244</w:t>
        <w:br/>
        <w:t>vn 0.9649 -0.1364 -0.2244</w:t>
        <w:br/>
        <w:t>vn 0.9744 -0.2158 -0.0624</w:t>
        <w:br/>
        <w:t>vn 0.9744 -0.2159 -0.0624</w:t>
        <w:br/>
        <w:t>vn 0.9826 -0.1855 0.0127</w:t>
        <w:br/>
        <w:t>vn 0.9761 -0.2092 -0.0591</w:t>
        <w:br/>
        <w:t>vn 0.9761 -0.2091 -0.0591</w:t>
        <w:br/>
        <w:t>vn 0.9681 -0.1757 -0.1786</w:t>
        <w:br/>
        <w:t>vn 0.9842 -0.0213 -0.1756</w:t>
        <w:br/>
        <w:t>vn 0.9962 0.0775 -0.0410</w:t>
        <w:br/>
        <w:t>vn 0.9942 0.0779 0.0737</w:t>
        <w:br/>
        <w:t>vn 0.9936 0.0721 0.0874</w:t>
        <w:br/>
        <w:t>vn 0.9967 0.0702 -0.0415</w:t>
        <w:br/>
        <w:t>vn 0.9806 0.0018 -0.1961</w:t>
        <w:br/>
        <w:t>vn 0.9369 -0.1908 -0.2929</w:t>
        <w:br/>
        <w:t>vn 0.8432 -0.4257 -0.3283</w:t>
        <w:br/>
        <w:t>vn 0.7824 -0.5808 -0.2247</w:t>
        <w:br/>
        <w:t>vn 0.7824 -0.5809 -0.2247</w:t>
        <w:br/>
        <w:t>vn 0.8348 -0.5422 -0.0953</w:t>
        <w:br/>
        <w:t>vn 0.9063 -0.4187 -0.0567</w:t>
        <w:br/>
        <w:t>vn 0.9137 -0.4063 0.0050</w:t>
        <w:br/>
        <w:t>vn 0.9138 -0.4062 0.0050</w:t>
        <w:br/>
        <w:t>vn 0.9137 -0.4008 0.0677</w:t>
        <w:br/>
        <w:t>vn 0.9137 -0.4008 0.0678</w:t>
        <w:br/>
        <w:t>vn 0.9001 -0.4280 -0.0815</w:t>
        <w:br/>
        <w:t>vn 0.9146 -0.4006 0.0545</w:t>
        <w:br/>
        <w:t>vn 0.9147 -0.4005 0.0545</w:t>
        <w:br/>
        <w:t>vn 0.9001 -0.4281 -0.0815</w:t>
        <w:br/>
        <w:t>vn 0.8675 -0.4896 -0.0878</w:t>
        <w:br/>
        <w:t>vn 0.9267 -0.3618 -0.1015</w:t>
        <w:br/>
        <w:t>vn 0.8450 -0.5346 -0.0157</w:t>
        <w:br/>
        <w:t>vn 0.9827 0.1740 -0.0628</w:t>
        <w:br/>
        <w:t>vn 0.9232 0.3071 -0.2312</w:t>
        <w:br/>
        <w:t>vn 0.9178 0.2320 -0.3222</w:t>
        <w:br/>
        <w:t>vn 0.9022 0.3136 -0.2963</w:t>
        <w:br/>
        <w:t>vn 0.9510 0.2206 -0.2166</w:t>
        <w:br/>
        <w:t>vn 0.9960 -0.0899 0.0017</w:t>
        <w:br/>
        <w:t>vn 0.9718 -0.2218 -0.0798</w:t>
        <w:br/>
        <w:t>vn 0.9978 0.0363 0.0551</w:t>
        <w:br/>
        <w:t>vn 0.8746 -0.4844 0.0194</w:t>
        <w:br/>
        <w:t>vn 0.8746 -0.4844 0.0193</w:t>
        <w:br/>
        <w:t>vn -0.6109 0.7854 -0.1000</w:t>
        <w:br/>
        <w:t>vn -0.6836 0.7171 -0.1359</w:t>
        <w:br/>
        <w:t>vn -0.6109 0.7854 -0.0999</w:t>
        <w:br/>
        <w:t>vn -0.3565 0.9289 0.1005</w:t>
        <w:br/>
        <w:t>vn -0.4761 0.8723 0.1117</w:t>
        <w:br/>
        <w:t>vn -0.5670 0.8163 0.1101</w:t>
        <w:br/>
        <w:t>vn -0.6024 0.7964 0.0540</w:t>
        <w:br/>
        <w:t>vn -0.6025 0.7963 0.0540</w:t>
        <w:br/>
        <w:t>vn -0.2220 0.9698 0.1014</w:t>
        <w:br/>
        <w:t>vn -0.2242 0.9745 -0.0019</w:t>
        <w:br/>
        <w:t>vn -0.2613 0.9517 0.1612</w:t>
        <w:br/>
        <w:t>vn -0.5594 0.8271 -0.0553</w:t>
        <w:br/>
        <w:t>vn -0.4927 0.8627 -0.1141</w:t>
        <w:br/>
        <w:t>vn -0.4928 0.8693 -0.0383</w:t>
        <w:br/>
        <w:t>vn -0.5172 0.8543 0.0520</w:t>
        <w:br/>
        <w:t>vn -0.5172 0.8543 0.0519</w:t>
        <w:br/>
        <w:t>vn -0.4189 0.7424 0.5228</w:t>
        <w:br/>
        <w:t>vn -0.5617 0.8262 0.0429</w:t>
        <w:br/>
        <w:t>vn -0.3702 0.7238 -0.5823</w:t>
        <w:br/>
        <w:t>vn -0.0000 0.7792 -0.6268</w:t>
        <w:br/>
        <w:t>vn 0.0000 0.1226 -0.9925</w:t>
        <w:br/>
        <w:t>vn -0.4876 0.6087 -0.6259</w:t>
        <w:br/>
        <w:t>vn -0.3540 -0.0145 -0.9351</w:t>
        <w:br/>
        <w:t>vn -0.9186 0.1012 -0.3820</w:t>
        <w:br/>
        <w:t>vn -0.2500 0.0471 -0.9671</w:t>
        <w:br/>
        <w:t>vn -0.4875 0.6087 -0.6260</w:t>
        <w:br/>
        <w:t>vn -0.7115 0.6888 -0.1392</w:t>
        <w:br/>
        <w:t>vn -0.6726 0.7280 -0.1328</w:t>
        <w:br/>
        <w:t>vn -0.6558 0.7412 -0.1432</w:t>
        <w:br/>
        <w:t>vn -0.6138 0.7866 -0.0668</w:t>
        <w:br/>
        <w:t>vn 0.6449 0.0112 -0.7641</w:t>
        <w:br/>
        <w:t>vn 0.5282 0.1382 -0.8378</w:t>
        <w:br/>
        <w:t>vn 0.6449 0.0112 -0.7642</w:t>
        <w:br/>
        <w:t>vn 0.9629 0.1731 -0.2069</w:t>
        <w:br/>
        <w:t>vn 0.9478 -0.2165 -0.2341</w:t>
        <w:br/>
        <w:t>vn 0.9573 0.0763 -0.2787</w:t>
        <w:br/>
        <w:t>vn 0.9625 0.2425 -0.1214</w:t>
        <w:br/>
        <w:t>vn 0.9705 0.2159 -0.1075</w:t>
        <w:br/>
        <w:t>vn 0.7413 0.6161 -0.2662</w:t>
        <w:br/>
        <w:t>vn 0.9129 0.3456 -0.2171</w:t>
        <w:br/>
        <w:t>vn 0.8694 -0.2428 -0.4304</w:t>
        <w:br/>
        <w:t>vn 0.8694 -0.2428 -0.4303</w:t>
        <w:br/>
        <w:t>vn 0.9004 -0.4010 -0.1689</w:t>
        <w:br/>
        <w:t>vn 0.9292 -0.3529 -0.1094</w:t>
        <w:br/>
        <w:t>vn -0.0799 0.1550 0.9847</w:t>
        <w:br/>
        <w:t>vn -0.1020 -0.1562 -0.9824</w:t>
        <w:br/>
        <w:t>vn 0.1896 -0.8828 0.4297</w:t>
        <w:br/>
        <w:t>vn 0.2109 -0.8378 -0.5036</w:t>
        <w:br/>
        <w:t>vn 0.2110 -0.8378 -0.5035</w:t>
        <w:br/>
        <w:t>vn -0.7542 0.1565 0.6377</w:t>
        <w:br/>
        <w:t>vn -0.4974 -0.1391 0.8563</w:t>
        <w:br/>
        <w:t>vn -0.8123 0.0284 0.5826</w:t>
        <w:br/>
        <w:t>vn -0.8246 0.1691 0.5398</w:t>
        <w:br/>
        <w:t>vn -0.9019 0.3660 0.2295</w:t>
        <w:br/>
        <w:t>vn -0.7721 0.4432 0.4555</w:t>
        <w:br/>
        <w:t>vn -0.9658 0.2555 0.0434</w:t>
        <w:br/>
        <w:t>vn -0.9018 0.3660 0.2295</w:t>
        <w:br/>
        <w:t>vn -0.7213 0.2834 -0.6320</w:t>
        <w:br/>
        <w:t>vn -0.3379 -0.0122 -0.9411</w:t>
        <w:br/>
        <w:t>vn -0.2483 0.1170 -0.9616</w:t>
        <w:br/>
        <w:t>vn -0.0791 0.2185 -0.9726</w:t>
        <w:br/>
        <w:t>vn -0.4483 0.2391 -0.8613</w:t>
        <w:br/>
        <w:t>vn -0.9510 -0.1609 0.2642</w:t>
        <w:br/>
        <w:t>vn -0.9567 0.2905 0.0185</w:t>
        <w:br/>
        <w:t>vn -0.8454 0.5332 -0.0308</w:t>
        <w:br/>
        <w:t>vn -0.4728 0.0654 -0.8787</w:t>
        <w:br/>
        <w:t>vn -0.8990 0.3005 -0.3186</w:t>
        <w:br/>
        <w:t>vn -0.9185 0.1012 -0.3822</w:t>
        <w:br/>
        <w:t>vn 0.1867 0.5632 0.8049</w:t>
        <w:br/>
        <w:t>vn 0.9583 -0.2752 -0.0773</w:t>
        <w:br/>
        <w:t>vn 0.9060 -0.2809 -0.3166</w:t>
        <w:br/>
        <w:t>vn 0.2090 0.9064 0.3672</w:t>
        <w:br/>
        <w:t>vn 0.2349 0.9697 0.0673</w:t>
        <w:br/>
        <w:t>vn 0.1585 0.4091 -0.8986</w:t>
        <w:br/>
        <w:t>vn 0.2297 -0.9033 -0.3623</w:t>
        <w:br/>
        <w:t>vn -0.3279 0.4375 0.8373</w:t>
        <w:br/>
        <w:t>vn -0.4181 0.7467 0.5173</w:t>
        <w:br/>
        <w:t>vn -0.1723 0.5709 0.8028</w:t>
        <w:br/>
        <w:t>vn -0.4124 0.6913 0.5933</w:t>
        <w:br/>
        <w:t>vn -0.3309 0.8916 0.3091</w:t>
        <w:br/>
        <w:t>vn -0.2399 0.9577 -0.1587</w:t>
        <w:br/>
        <w:t>vn -0.1340 0.9547 0.2657</w:t>
        <w:br/>
        <w:t>vn -0.3103 0.9078 -0.2823</w:t>
        <w:br/>
        <w:t>vn 0.1420 0.8548 -0.4992</w:t>
        <w:br/>
        <w:t>vn 0.0873 0.9593 -0.2687</w:t>
        <w:br/>
        <w:t>vn 0.2944 0.7907 -0.5368</w:t>
        <w:br/>
        <w:t>vn -0.3407 0.8051 -0.4855</w:t>
        <w:br/>
        <w:t>vn -0.0751 0.9118 -0.4037</w:t>
        <w:br/>
        <w:t>vn 0.0532 0.8591 -0.5091</w:t>
        <w:br/>
        <w:t>vn 0.8377 0.3610 0.4099</w:t>
        <w:br/>
        <w:t>vn 0.8376 0.3611 0.4099</w:t>
        <w:br/>
        <w:t>vn -0.1772 0.4952 -0.8505</w:t>
        <w:br/>
        <w:t>vn 0.1948 -0.9153 -0.3524</w:t>
        <w:br/>
        <w:t>vn -0.3079 0.3809 -0.8718</w:t>
        <w:br/>
        <w:t>vn 0.2194 0.3165 -0.9229</w:t>
        <w:br/>
        <w:t>vn 0.1180 0.4258 -0.8971</w:t>
        <w:br/>
        <w:t>vn -0.1118 -0.6469 0.7544</w:t>
        <w:br/>
        <w:t>vn -0.3093 -0.7114 0.6311</w:t>
        <w:br/>
        <w:t>vn 0.2055 -0.3071 -0.9292</w:t>
        <w:br/>
        <w:t>vn 0.1727 -0.4267 -0.8877</w:t>
        <w:br/>
        <w:t>vn 0.5716 -0.2481 -0.7821</w:t>
        <w:br/>
        <w:t>vn -0.2115 0.0378 0.9767</w:t>
        <w:br/>
        <w:t>vn -0.2257 0.0488 0.9730</w:t>
        <w:br/>
        <w:t>vn -0.1920 0.0557 0.9798</w:t>
        <w:br/>
        <w:t>vn -0.3996 0.3555 0.8449</w:t>
        <w:br/>
        <w:t>vn 0.1721 0.4396 0.8815</w:t>
        <w:br/>
        <w:t>vn -0.1449 0.4385 0.8870</w:t>
        <w:br/>
        <w:t>vn -0.1449 0.4384 0.8870</w:t>
        <w:br/>
        <w:t>vn -0.3139 0.2658 0.9115</w:t>
        <w:br/>
        <w:t>vn -0.5787 0.2007 0.7905</w:t>
        <w:br/>
        <w:t>vn -0.1744 0.3928 0.9030</w:t>
        <w:br/>
        <w:t>vn -0.4415 0.1294 0.8879</w:t>
        <w:br/>
        <w:t>vn -0.4387 0.8958 -0.0707</w:t>
        <w:br/>
        <w:t>vn -0.2197 0.9707 -0.0978</w:t>
        <w:br/>
        <w:t>vn 0.1722 0.4396 0.8816</w:t>
        <w:br/>
        <w:t>vn 0.2152 0.4259 0.8788</w:t>
        <w:br/>
        <w:t>vn -0.0160 0.4093 0.9122</w:t>
        <w:br/>
        <w:t>vn 0.0923 -0.3897 -0.9163</w:t>
        <w:br/>
        <w:t>vn 0.0194 -0.3785 -0.9254</w:t>
        <w:br/>
        <w:t>vn 0.4088 -0.3819 -0.8289</w:t>
        <w:br/>
        <w:t>vn 0.1610 -0.4647 -0.8707</w:t>
        <w:br/>
        <w:t>vn -0.6094 0.7888 -0.0797</w:t>
        <w:br/>
        <w:t>vn -0.2910 0.9342 -0.2063</w:t>
        <w:br/>
        <w:t>vn -0.1988 0.4466 0.8724</w:t>
        <w:br/>
        <w:t>vn 0.0000 0.4557 0.8901</w:t>
        <w:br/>
        <w:t>vn -0.1474 0.9647 -0.2181</w:t>
        <w:br/>
        <w:t>vn -0.4941 0.8436 -0.2103</w:t>
        <w:br/>
        <w:t>vn -0.4941 0.8436 -0.2104</w:t>
        <w:br/>
        <w:t>vn -0.6894 0.6807 -0.2477</w:t>
        <w:br/>
        <w:t>vn 0.4232 0.4426 0.7906</w:t>
        <w:br/>
        <w:t>vn 0.6084 0.4246 0.6705</w:t>
        <w:br/>
        <w:t>vn -0.4319 0.8953 -0.1093</w:t>
        <w:br/>
        <w:t>vn 0.4143 -0.1742 -0.8933</w:t>
        <w:br/>
        <w:t>vn -0.1327 0.9814 -0.1384</w:t>
        <w:br/>
        <w:t>vn -0.1327 0.9814 -0.1385</w:t>
        <w:br/>
        <w:t>vn -0.6040 -0.4282 -0.6721</w:t>
        <w:br/>
        <w:t>vn -0.3748 -0.4461 -0.8127</w:t>
        <w:br/>
        <w:t>vn 0.1171 -0.4746 -0.8724</w:t>
        <w:br/>
        <w:t>vn -0.0000 -0.3653 -0.9309</w:t>
        <w:br/>
        <w:t>vn 0.0000 -0.5166 -0.8562</w:t>
        <w:br/>
        <w:t>vn -0.0125 -0.3222 -0.9466</w:t>
        <w:br/>
        <w:t>vn 0.0489 -0.4341 -0.8995</w:t>
        <w:br/>
        <w:t>vn -0.1427 -0.4292 -0.8919</w:t>
        <w:br/>
        <w:t>vn -0.3748 -0.4462 -0.8127</w:t>
        <w:br/>
        <w:t>vn -0.6199 0.7065 -0.3415</w:t>
        <w:br/>
        <w:t>vn 0.0000 0.8752 -0.4838</w:t>
        <w:br/>
        <w:t>vn 0.0000 0.5124 0.8587</w:t>
        <w:br/>
        <w:t>vn 0.0036 -0.3039 -0.9527</w:t>
        <w:br/>
        <w:t>vn -0.3538 -0.0146 -0.9352</w:t>
        <w:br/>
        <w:t>vn 0.1450 -0.0974 -0.9846</w:t>
        <w:br/>
        <w:t>vn -0.7441 0.0960 -0.6611</w:t>
        <w:br/>
        <w:t>vn 0.1874 -0.3475 0.9188</w:t>
        <w:br/>
        <w:t>vn -0.2683 0.2770 0.9227</w:t>
        <w:br/>
        <w:t>vn 0.1275 -0.3471 0.9291</w:t>
        <w:br/>
        <w:t>vn 0.2381 -0.6319 0.7376</w:t>
        <w:br/>
        <w:t>vn 0.1327 -0.5572 0.8197</w:t>
        <w:br/>
        <w:t>vn 0.1327 -0.5571 0.8197</w:t>
        <w:br/>
        <w:t>vn 0.0046 -0.5266 0.8501</w:t>
        <w:br/>
        <w:t>vn 0.6903 -0.7228 -0.0336</w:t>
        <w:br/>
        <w:t>vn 0.4798 -0.7333 -0.4817</w:t>
        <w:br/>
        <w:t>vn 0.6477 -0.4801 -0.5916</w:t>
        <w:br/>
        <w:t>vn 0.7856 -0.5506 -0.2822</w:t>
        <w:br/>
        <w:t>vn 0.5297 -0.6955 -0.4854</w:t>
        <w:br/>
        <w:t>vn 0.5297 -0.6955 -0.4855</w:t>
        <w:br/>
        <w:t>vn 0.6573 -0.6566 -0.3699</w:t>
        <w:br/>
        <w:t>vn 0.4812 -0.7301 -0.4851</w:t>
        <w:br/>
        <w:t>vn 0.4813 -0.7301 -0.4851</w:t>
        <w:br/>
        <w:t>vn 0.6187 -0.7113 0.3336</w:t>
        <w:br/>
        <w:t>vn 0.7419 -0.6658 -0.0795</w:t>
        <w:br/>
        <w:t>vn 0.4135 -0.8282 0.3782</w:t>
        <w:br/>
        <w:t>vn 0.6345 -0.7602 0.1392</w:t>
        <w:br/>
        <w:t>vn 0.2661 -0.8834 0.3858</w:t>
        <w:br/>
        <w:t>vn 0.5142 -0.8341 0.1998</w:t>
        <w:br/>
        <w:t>vn 0.7792 -0.1054 0.6178</w:t>
        <w:br/>
        <w:t>vn 0.7959 -0.1324 0.5908</w:t>
        <w:br/>
        <w:t>vn 0.9057 0.0677 0.4185</w:t>
        <w:br/>
        <w:t>vn 0.6283 0.5209 -0.5778</w:t>
        <w:br/>
        <w:t>vn 0.5775 0.3568 -0.7343</w:t>
        <w:br/>
        <w:t>vn 0.8771 0.4387 -0.1953</w:t>
        <w:br/>
        <w:t>vn 0.9080 0.4189 -0.0065</w:t>
        <w:br/>
        <w:t>vn 0.3505 0.5088 -0.7863</w:t>
        <w:br/>
        <w:t>vn 0.4073 0.5426 -0.7346</w:t>
        <w:br/>
        <w:t>vn 0.5945 0.5551 -0.5817</w:t>
        <w:br/>
        <w:t>vn 0.8832 0.2544 0.3940</w:t>
        <w:br/>
        <w:t>vn 0.8349 0.4582 -0.3049</w:t>
        <w:br/>
        <w:t>vn 0.9259 0.3508 -0.1401</w:t>
        <w:br/>
        <w:t>vn 0.9098 0.4096 -0.0664</w:t>
        <w:br/>
        <w:t>vn 0.0564 -0.0258 -0.9981</w:t>
        <w:br/>
        <w:t>vn 0.0562 0.0515 -0.9971</w:t>
        <w:br/>
        <w:t>vn 0.9923 0.1181 -0.0380</w:t>
        <w:br/>
        <w:t>vn 0.9892 0.0482 -0.1382</w:t>
        <w:br/>
        <w:t>vn 0.9198 0.2068 0.3334</w:t>
        <w:br/>
        <w:t>vn 0.9663 0.2144 0.1422</w:t>
        <w:br/>
        <w:t>vn 0.9856 0.1596 -0.0550</w:t>
        <w:br/>
        <w:t>vn 0.7509 0.2237 0.6214</w:t>
        <w:br/>
        <w:t>vn 0.7683 0.1928 0.6104</w:t>
        <w:br/>
        <w:t>vn 0.1610 0.1180 0.9799</w:t>
        <w:br/>
        <w:t>vn -0.2454 0.0048 0.9694</w:t>
        <w:br/>
        <w:t>vn 0.1746 0.1008 0.9795</w:t>
        <w:br/>
        <w:t>vn 0.9433 0.2195 0.2492</w:t>
        <w:br/>
        <w:t>vn 0.4800 0.1485 0.8646</w:t>
        <w:br/>
        <w:t>vn 0.4260 0.2259 0.8761</w:t>
        <w:br/>
        <w:t>vn 0.9282 0.2515 0.2742</w:t>
        <w:br/>
        <w:t>vn 0.9757 0.1894 -0.1104</w:t>
        <w:br/>
        <w:t>vn 0.0656 -0.0772 0.9949</w:t>
        <w:br/>
        <w:t>vn -0.1053 0.0140 0.9943</w:t>
        <w:br/>
        <w:t>vn 0.3349 0.5111 -0.7916</w:t>
        <w:br/>
        <w:t>vn 0.3505 0.5089 -0.7862</w:t>
        <w:br/>
        <w:t>vn 0.7168 0.6691 -0.1964</w:t>
        <w:br/>
        <w:t>vn 0.5001 0.7486 -0.4353</w:t>
        <w:br/>
        <w:t>vn -0.0177 0.7521 -0.6588</w:t>
        <w:br/>
        <w:t>vn -0.5481 -0.0419 0.8354</w:t>
        <w:br/>
        <w:t>vn -0.2807 0.1092 0.9536</w:t>
        <w:br/>
        <w:t>vn 0.3702 0.2986 0.8796</w:t>
        <w:br/>
        <w:t>vn 0.9107 0.2843 0.2997</w:t>
        <w:br/>
        <w:t>vn 0.8856 0.3883 -0.2548</w:t>
        <w:br/>
        <w:t>vn -0.4386 0.3206 0.8395</w:t>
        <w:br/>
        <w:t>vn 0.1885 0.0830 0.9786</w:t>
        <w:br/>
        <w:t>vn 0.7844 0.1621 0.5986</w:t>
        <w:br/>
        <w:t>vn 0.9847 0.1671 -0.0490</w:t>
        <w:br/>
        <w:t>vn 0.8771 0.1236 -0.4640</w:t>
        <w:br/>
        <w:t>vn 0.5873 0.0806 0.8053</w:t>
        <w:br/>
        <w:t>vn 0.8063 0.2147 0.5511</w:t>
        <w:br/>
        <w:t>vn 0.5873 0.0807 0.8053</w:t>
        <w:br/>
        <w:t>vn 0.9160 0.4011 -0.0058</w:t>
        <w:br/>
        <w:t>vn 0.8573 0.4574 -0.2363</w:t>
        <w:br/>
        <w:t>vn 0.0556 0.1285 -0.9901</w:t>
        <w:br/>
        <w:t>vn 0.5364 0.5574 0.6336</w:t>
        <w:br/>
        <w:t>vn 0.9073 0.4124 0.0818</w:t>
        <w:br/>
        <w:t>vn 0.6695 0.5072 -0.5427</w:t>
        <w:br/>
        <w:t>vn 0.3347 0.5163 -0.7883</w:t>
        <w:br/>
        <w:t>vn 0.4076 0.5999 -0.6884</w:t>
        <w:br/>
        <w:t>vn 0.6139 0.6224 -0.4855</w:t>
        <w:br/>
        <w:t>vn 0.8111 -0.1592 0.5628</w:t>
        <w:br/>
        <w:t>vn 0.9425 0.1610 0.2929</w:t>
        <w:br/>
        <w:t>vn 0.8923 0.4502 -0.0334</w:t>
        <w:br/>
        <w:t>vn 0.0157 0.7320 -0.6811</w:t>
        <w:br/>
        <w:t>vn 0.0924 0.7375 -0.6690</w:t>
        <w:br/>
        <w:t>vn -0.0529 0.7205 -0.6914</w:t>
        <w:br/>
        <w:t>vn -0.0410 0.7404 -0.6709</w:t>
        <w:br/>
        <w:t>vn -0.0742 0.7736 -0.6294</w:t>
        <w:br/>
        <w:t>vn -0.1447 0.4364 -0.8880</w:t>
        <w:br/>
        <w:t>vn -0.1494 0.0012 -0.9888</w:t>
        <w:br/>
        <w:t>vn -0.4048 0.5421 -0.7364</w:t>
        <w:br/>
        <w:t>vn -0.2476 0.5850 -0.7723</w:t>
        <w:br/>
        <w:t>vn -0.4649 0.4911 -0.7367</w:t>
        <w:br/>
        <w:t>vn 0.0011 0.4329 -0.9015</w:t>
        <w:br/>
        <w:t>vn -0.1561 0.5635 -0.8112</w:t>
        <w:br/>
        <w:t>vn -0.1224 0.5831 -0.8031</w:t>
        <w:br/>
        <w:t>vn -0.1483 0.5395 -0.8288</w:t>
        <w:br/>
        <w:t>vn -0.2633 0.4806 -0.8365</w:t>
        <w:br/>
        <w:t>vn -0.1239 0.4676 -0.8752</w:t>
        <w:br/>
        <w:t>vn -0.3329 0.4395 -0.8343</w:t>
        <w:br/>
        <w:t>vn 0.0219 0.3621 -0.9319</w:t>
        <w:br/>
        <w:t>vn -0.1739 0.6109 -0.7724</w:t>
        <w:br/>
        <w:t>vn -0.3102 0.7503 -0.5838</w:t>
        <w:br/>
        <w:t>vn -0.3231 0.7157 -0.6192</w:t>
        <w:br/>
        <w:t>vn -0.3798 0.8245 -0.4195</w:t>
        <w:br/>
        <w:t>vn -0.4895 0.7876 -0.3744</w:t>
        <w:br/>
        <w:t>vn -0.2399 0.6069 0.7577</w:t>
        <w:br/>
        <w:t>vn -0.1365 0.2491 0.9588</w:t>
        <w:br/>
        <w:t>vn -0.3371 0.1870 0.9227</w:t>
        <w:br/>
        <w:t>vn -0.4119 0.5029 0.7599</w:t>
        <w:br/>
        <w:t>vn -0.2582 0.5575 0.7890</w:t>
        <w:br/>
        <w:t>vn -0.3012 0.4982 0.8131</w:t>
        <w:br/>
        <w:t>vn -0.1935 0.5977 0.7780</w:t>
        <w:br/>
        <w:t>vn -0.1733 0.5857 0.7918</w:t>
        <w:br/>
        <w:t>vn -0.2366 0.5947 0.7683</w:t>
        <w:br/>
        <w:t>vn -0.5517 0.3892 0.7377</w:t>
        <w:br/>
        <w:t>vn -0.4649 0.3865 0.7965</w:t>
        <w:br/>
        <w:t>vn -0.7008 0.3638 0.6136</w:t>
        <w:br/>
        <w:t>vn -0.7768 0.2843 0.5619</w:t>
        <w:br/>
        <w:t>vn -0.7995 0.4105 0.4386</w:t>
        <w:br/>
        <w:t>vn -0.6825 0.4650 0.5638</w:t>
        <w:br/>
        <w:t>vn -0.3784 0.9043 -0.1975</w:t>
        <w:br/>
        <w:t>vn -0.4808 0.8715 -0.0967</w:t>
        <w:br/>
        <w:t>vn -0.5684 0.5274 0.6315</w:t>
        <w:br/>
        <w:t>vn -0.5292 0.7800 0.3340</w:t>
        <w:br/>
        <w:t>vn -0.3928 0.7208 0.5711</w:t>
        <w:br/>
        <w:t>vn -0.3179 0.8741 0.3674</w:t>
        <w:br/>
        <w:t>vn -0.2897 0.7776 0.5580</w:t>
        <w:br/>
        <w:t>vn -0.2522 0.6881 0.6804</w:t>
        <w:br/>
        <w:t>vn -0.4237 0.2835 0.8603</w:t>
        <w:br/>
        <w:t>vn -0.4549 0.3399 0.8231</w:t>
        <w:br/>
        <w:t>vn -0.1410 0.8321 0.5364</w:t>
        <w:br/>
        <w:t>vn -0.1150 0.7256 0.6785</w:t>
        <w:br/>
        <w:t>vn -0.7129 0.1216 -0.6907</w:t>
        <w:br/>
        <w:t>vn -0.8832 -0.0239 -0.4683</w:t>
        <w:br/>
        <w:t>vn -0.7360 0.1861 -0.6509</w:t>
        <w:br/>
        <w:t>vn -0.6185 -0.4583 0.6383</w:t>
        <w:br/>
        <w:t>vn -0.9089 -0.4158 0.0320</w:t>
        <w:br/>
        <w:t>vn -0.8454 -0.0609 0.5306</w:t>
        <w:br/>
        <w:t>vn -0.4747 -0.3075 0.8247</w:t>
        <w:br/>
        <w:t>vn -0.3997 -0.3827 0.8329</w:t>
        <w:br/>
        <w:t>vn -0.4769 -0.5352 0.6972</w:t>
        <w:br/>
        <w:t>vn -0.3187 -0.5015 0.8043</w:t>
        <w:br/>
        <w:t>vn -0.8787 -0.3178 -0.3562</w:t>
        <w:br/>
        <w:t>vn -0.9241 -0.3535 -0.1452</w:t>
        <w:br/>
        <w:t>vn -0.8582 -0.4237 0.2896</w:t>
        <w:br/>
        <w:t>vn -0.9177 -0.3934 0.0562</w:t>
        <w:br/>
        <w:t>vn -0.9717 -0.1254 0.2004</w:t>
        <w:br/>
        <w:t>vn -0.9131 0.0771 0.4004</w:t>
        <w:br/>
        <w:t>vn -0.0544 -0.0447 0.9975</w:t>
        <w:br/>
        <w:t>vn -0.3179 0.2818 0.9053</w:t>
        <w:br/>
        <w:t>vn -0.3179 0.2819 0.9052</w:t>
        <w:br/>
        <w:t>vn -0.9911 -0.1296 0.0293</w:t>
        <w:br/>
        <w:t>vn -0.9106 -0.2149 -0.3529</w:t>
        <w:br/>
        <w:t>vn -0.6955 -0.0441 -0.7172</w:t>
        <w:br/>
        <w:t>vn -0.9747 -0.2058 -0.0874</w:t>
        <w:br/>
        <w:t>vn -0.9851 -0.1460 0.0905</w:t>
        <w:br/>
        <w:t>vn -0.8152 -0.1391 -0.5622</w:t>
        <w:br/>
        <w:t>vn -0.8087 0.3661 -0.4605</w:t>
        <w:br/>
        <w:t>vn -0.8764 -0.0516 0.4788</w:t>
        <w:br/>
        <w:t>vn 0.2306 0.0502 -0.9717</w:t>
        <w:br/>
        <w:t>vn -0.1937 0.4245 -0.8845</w:t>
        <w:br/>
        <w:t>vn -0.4234 0.3492 -0.8359</w:t>
        <w:br/>
        <w:t>vn -0.2287 -0.0274 -0.9731</w:t>
        <w:br/>
        <w:t>vn -0.4227 -0.1691 -0.8904</w:t>
        <w:br/>
        <w:t>vn -0.3064 0.2970 -0.9044</w:t>
        <w:br/>
        <w:t>vn -0.5795 0.3068 -0.7550</w:t>
        <w:br/>
        <w:t>vn -0.9006 -0.1597 -0.4042</w:t>
        <w:br/>
        <w:t>vn -0.9277 -0.0071 -0.3732</w:t>
        <w:br/>
        <w:t>vn -0.9965 -0.0818 -0.0183</w:t>
        <w:br/>
        <w:t>vn -0.0907 0.4126 -0.9064</w:t>
        <w:br/>
        <w:t>vn 0.1089 0.0193 -0.9939</w:t>
        <w:br/>
        <w:t>vn -0.2694 -0.4433 0.8549</w:t>
        <w:br/>
        <w:t>vn -0.1937 -0.2659 0.9443</w:t>
        <w:br/>
        <w:t>vn -0.5729 -0.7173 0.3966</w:t>
        <w:br/>
        <w:t>vn -0.8219 -0.5613 0.0967</w:t>
        <w:br/>
        <w:t>vn -0.0013 -0.7583 0.6519</w:t>
        <w:br/>
        <w:t>vn 0.0205 -0.4436 0.8960</w:t>
        <w:br/>
        <w:t>vn 0.2876 -0.1005 -0.9525</w:t>
        <w:br/>
        <w:t>vn 0.5640 0.0531 -0.8241</w:t>
        <w:br/>
        <w:t>vn -0.3866 -0.2890 -0.8758</w:t>
        <w:br/>
        <w:t>vn -0.6954 -0.2941 -0.6557</w:t>
        <w:br/>
        <w:t>vn -0.8179 0.2428 0.5216</w:t>
        <w:br/>
        <w:t>vn -0.8179 0.2428 0.5217</w:t>
        <w:br/>
        <w:t>vn 0.6708 0.3279 -0.6652</w:t>
        <w:br/>
        <w:t>vn -0.7825 -0.1494 -0.6044</w:t>
        <w:br/>
        <w:t>vn -0.5884 -0.1164 -0.8001</w:t>
        <w:br/>
        <w:t>vn -0.9867 -0.1436 0.0764</w:t>
        <w:br/>
        <w:t>vn -0.8616 -0.0879 0.4998</w:t>
        <w:br/>
        <w:t>vn -0.7886 -0.2123 -0.5772</w:t>
        <w:br/>
        <w:t>vn -0.5363 -0.0814 -0.8401</w:t>
        <w:br/>
        <w:t>vn -0.9199 -0.3914 0.0248</w:t>
        <w:br/>
        <w:t>vn -0.8525 -0.4442 0.2756</w:t>
        <w:br/>
        <w:t>vn 0.0781 0.3830 0.9204</w:t>
        <w:br/>
        <w:t>vn -0.8985 -0.4198 -0.1283</w:t>
        <w:br/>
        <w:t>vn -0.7913 -0.2669 -0.5501</w:t>
        <w:br/>
        <w:t>vn -0.6769 -0.5023 0.5380</w:t>
        <w:br/>
        <w:t>vn -0.3346 -0.5130 0.7904</w:t>
        <w:br/>
        <w:t>vn -0.3405 -0.5913 0.7310</w:t>
        <w:br/>
        <w:t>vn -0.5003 -0.6328 0.5910</w:t>
        <w:br/>
        <w:t>vn -0.7545 0.2494 -0.6070</w:t>
        <w:br/>
        <w:t>vn -0.9411 -0.1057 -0.3210</w:t>
        <w:br/>
        <w:t>vn -0.8993 -0.4351 0.0429</w:t>
        <w:br/>
        <w:t>vn -0.5730 -0.7172 0.3966</w:t>
        <w:br/>
        <w:t>vn -0.0551 -0.7348 0.6760</w:t>
        <w:br/>
        <w:t>vn -0.1643 -0.7386 0.6539</w:t>
        <w:br/>
        <w:t>vn 0.0493 -0.7208 0.6914</w:t>
        <w:br/>
        <w:t>vn 0.0403 -0.7410 0.6703</w:t>
        <w:br/>
        <w:t>vn 0.0942 -0.7759 0.6238</w:t>
        <w:br/>
        <w:t>vn 0.2397 -0.4682 0.8505</w:t>
        <w:br/>
        <w:t>vn -0.5415 0.8281 0.1449</w:t>
        <w:br/>
        <w:t>vn -0.5107 0.8544 0.0959</w:t>
        <w:br/>
        <w:t>vn -0.4623 0.8814 0.0968</w:t>
        <w:br/>
        <w:t>vn -0.3318 0.6591 -0.6749</w:t>
        <w:br/>
        <w:t>vn -0.5373 0.8424 -0.0412</w:t>
        <w:br/>
        <w:t>vn -0.1168 -0.8799 -0.4606</w:t>
        <w:br/>
        <w:t>vn -0.1167 -0.8799 -0.4606</w:t>
        <w:br/>
        <w:t>vn -0.2198 -0.8474 -0.4832</w:t>
        <w:br/>
        <w:t>vn -0.2198 -0.8474 -0.4833</w:t>
        <w:br/>
        <w:t>vn -0.1613 -0.9001 -0.4047</w:t>
        <w:br/>
        <w:t>vn -0.1613 -0.9001 -0.4046</w:t>
        <w:br/>
        <w:t>vn 0.6903 -0.7228 -0.0334</w:t>
        <w:br/>
        <w:t>vn 0.8296 -0.5552 0.0592</w:t>
        <w:br/>
        <w:t>vn 0.7309 -0.5326 0.4268</w:t>
        <w:br/>
        <w:t>vn 0.5469 -0.5032 0.6691</w:t>
        <w:br/>
        <w:t>vn 0.6433 -0.4744 0.6009</w:t>
        <w:br/>
        <w:t>vn 0.6433 -0.4745 0.6009</w:t>
        <w:br/>
        <w:t>vn 0.7032 -0.4495 0.5509</w:t>
        <w:br/>
        <w:t>vn 0.7032 -0.4495 0.5508</w:t>
        <w:br/>
        <w:t>vn 0.6186 -0.7113 0.3336</w:t>
        <w:br/>
        <w:t>vn 0.3798 -0.6235 0.6833</w:t>
        <w:br/>
        <w:t>vn 0.1455 -0.8043 0.5761</w:t>
        <w:br/>
        <w:t>vn 0.4136 -0.8282 0.3782</w:t>
        <w:br/>
        <w:t>vn -0.0084 -0.8456 0.5338</w:t>
        <w:br/>
        <w:t>vn 0.2662 -0.8834 0.3858</w:t>
        <w:br/>
        <w:t>vn 0.0966 0.9891 -0.1113</w:t>
        <w:br/>
        <w:t>vn -0.2492 0.9639 -0.0937</w:t>
        <w:br/>
        <w:t>vn -0.4200 0.9069 0.0338</w:t>
        <w:br/>
        <w:t>vn -0.5120 0.7901 0.3369</w:t>
        <w:br/>
        <w:t>vn -0.5119 0.7902 0.3370</w:t>
        <w:br/>
        <w:t>vn -0.8178 0.2430 0.5217</w:t>
        <w:br/>
        <w:t>vn -0.8182 0.2427 0.5213</w:t>
        <w:br/>
        <w:t>vn -0.4392 0.3206 0.8392</w:t>
        <w:br/>
        <w:t>vn 0.4281 0.8620 -0.2714</w:t>
        <w:br/>
        <w:t>vn 0.8856 0.3883 -0.2549</w:t>
        <w:br/>
        <w:t>vn 0.6707 0.3279 -0.6653</w:t>
        <w:br/>
        <w:t>vn 0.6708 0.3280 -0.6652</w:t>
        <w:br/>
        <w:t>vn 0.4282 0.8619 -0.2715</w:t>
        <w:br/>
        <w:t>vn 0.0149 0.9924 -0.1219</w:t>
        <w:br/>
        <w:t>vn -0.0934 0.9956 -0.0011</w:t>
        <w:br/>
        <w:t>vn -0.2040 0.9635 0.1731</w:t>
        <w:br/>
        <w:t>vn -0.2040 0.9636 0.1731</w:t>
        <w:br/>
        <w:t>vn -0.1098 0.9939 -0.0124</w:t>
        <w:br/>
        <w:t>vn -0.1803 0.9804 -0.0790</w:t>
        <w:br/>
        <w:t>vn -0.2977 0.9295 0.2176</w:t>
        <w:br/>
        <w:t>vn -0.0631 0.8563 0.5126</w:t>
        <w:br/>
        <w:t>vn -0.2441 0.9102 0.3347</w:t>
        <w:br/>
        <w:t>vn -0.0630 0.8562 0.5128</w:t>
        <w:br/>
        <w:t>vn 0.0780 0.3829 0.9205</w:t>
        <w:br/>
        <w:t>vn 0.0781 0.3831 0.9204</w:t>
        <w:br/>
        <w:t>vn 0.5364 0.5575 0.6336</w:t>
        <w:br/>
        <w:t>vn -0.3497 0.9314 0.1014</w:t>
        <w:br/>
        <w:t>vn -0.2788 0.9353 -0.2180</w:t>
        <w:br/>
        <w:t>vn -0.2788 0.9353 -0.2181</w:t>
        <w:br/>
        <w:t>vn -0.2900 0.8415 0.4558</w:t>
        <w:br/>
        <w:t>vn -0.2901 0.8415 0.4558</w:t>
        <w:br/>
        <w:t>vn -0.1259 0.8363 0.5336</w:t>
        <w:br/>
        <w:t>vn -0.1323 0.8086 0.5734</w:t>
        <w:br/>
        <w:t>vn -0.1323 0.8086 0.5733</w:t>
        <w:br/>
        <w:t>vn -0.2284 0.8561 0.4636</w:t>
        <w:br/>
        <w:t>vn -0.2525 0.7365 0.6276</w:t>
        <w:br/>
        <w:t>vn -0.2525 0.7364 0.6276</w:t>
        <w:br/>
        <w:t>vn 0.0156 0.5128 0.8583</w:t>
        <w:br/>
        <w:t>vn 0.5045 0.5136 0.6940</w:t>
        <w:br/>
        <w:t>vn 0.7957 0.4271 0.4295</w:t>
        <w:br/>
        <w:t>vn 0.9015 0.3225 0.2886</w:t>
        <w:br/>
        <w:t>vn 0.9595 0.2553 0.1189</w:t>
        <w:br/>
        <w:t>vn 0.9856 -0.1293 -0.1092</w:t>
        <w:br/>
        <w:t>vn 0.0658 -0.9209 0.3843</w:t>
        <w:br/>
        <w:t>vn 0.2236 -0.9643 0.1417</w:t>
        <w:br/>
        <w:t>vn 0.0657 -0.9209 0.3843</w:t>
        <w:br/>
        <w:t>vn -0.0908 -0.8053 0.5859</w:t>
        <w:br/>
        <w:t>vn -0.8599 0.3760 0.3454</w:t>
        <w:br/>
        <w:t>vn -0.8359 0.4599 0.2996</w:t>
        <w:br/>
        <w:t>vn -0.8985 0.3473 0.2683</w:t>
        <w:br/>
        <w:t>vn -0.8598 0.3760 0.3454</w:t>
        <w:br/>
        <w:t>vn -0.0900 -0.9355 0.3416</w:t>
        <w:br/>
        <w:t>vn -0.0494 -0.9978 0.0448</w:t>
        <w:br/>
        <w:t>vn -0.1222 -0.7857 0.6064</w:t>
        <w:br/>
        <w:t>vn -0.9504 0.3060 0.0557</w:t>
        <w:br/>
        <w:t>vn -0.3434 0.9350 0.0882</w:t>
        <w:br/>
        <w:t>vn 0.7659 0.4550 0.4542</w:t>
        <w:br/>
        <w:t>vn 0.7660 0.4550 0.4542</w:t>
        <w:br/>
        <w:t>vn 0.8032 0.4374 0.4045</w:t>
        <w:br/>
        <w:t>vn 0.7746 0.5731 0.2674</w:t>
        <w:br/>
        <w:t>vn 0.7746 0.5731 0.2675</w:t>
        <w:br/>
        <w:t>vn 0.8222 0.5633 0.0810</w:t>
        <w:br/>
        <w:t>vn 0.8222 0.5633 0.0811</w:t>
        <w:br/>
        <w:t>vn 0.8915 0.4150 0.1815</w:t>
        <w:br/>
        <w:t>vn 0.8915 0.4150 0.1814</w:t>
        <w:br/>
        <w:t>vn 0.8665 0.4471 0.2219</w:t>
        <w:br/>
        <w:t>vn 0.8646 0.4837 0.1360</w:t>
        <w:br/>
        <w:t>vn 0.9379 0.3292 0.1094</w:t>
        <w:br/>
        <w:t>vn 0.9898 0.0831 0.1158</w:t>
        <w:br/>
        <w:t>vn 0.0857 -0.9648 0.2487</w:t>
        <w:br/>
        <w:t>vn 0.0857 -0.9648 0.2486</w:t>
        <w:br/>
        <w:t>vn 0.0858 -0.9647 0.2490</w:t>
        <w:br/>
        <w:t>vn 0.0858 -0.9648 0.2486</w:t>
        <w:br/>
        <w:t>vn 0.9948 0.0121 0.1014</w:t>
        <w:br/>
        <w:t>vn -0.3759 0.8243 -0.4234</w:t>
        <w:br/>
        <w:t>vn -0.7414 0.6160 -0.2661</w:t>
        <w:br/>
        <w:t>vn -0.6783 0.6680 -0.3062</w:t>
        <w:br/>
        <w:t>vn -0.7911 0.5786 -0.1984</w:t>
        <w:br/>
        <w:t>vn -0.5196 0.7397 -0.4277</w:t>
        <w:br/>
        <w:t>vn -0.4295 0.7804 -0.4544</w:t>
        <w:br/>
        <w:t>vn -0.8056 0.5513 -0.2169</w:t>
        <w:br/>
        <w:t>vn -0.1725 0.5206 -0.8362</w:t>
        <w:br/>
        <w:t>vn 0.0675 0.0631 -0.9957</w:t>
        <w:br/>
        <w:t>vn 0.1928 0.0676 -0.9789</w:t>
        <w:br/>
        <w:t>vn 0.1537 -0.0324 -0.9876</w:t>
        <w:br/>
        <w:t>vn 0.0517 0.0009 -0.9987</w:t>
        <w:br/>
        <w:t>vn 0.2477 -0.1441 -0.9581</w:t>
        <w:br/>
        <w:t>vn 0.0528 0.2105 -0.9762</w:t>
        <w:br/>
        <w:t>vn 0.0236 0.3182 -0.9477</w:t>
        <w:br/>
        <w:t>vn -0.1201 0.4275 -0.8960</w:t>
        <w:br/>
        <w:t>vn -0.0188 0.5493 -0.8354</w:t>
        <w:br/>
        <w:t>vn -0.0876 0.9386 -0.3337</w:t>
        <w:br/>
        <w:t>vn -0.3413 0.7719 -0.5364</w:t>
        <w:br/>
        <w:t>vn -0.2240 0.9745 -0.0130</w:t>
        <w:br/>
        <w:t>vn -0.4293 0.7688 -0.4739</w:t>
        <w:br/>
        <w:t>vn -0.4022 0.7860 -0.4695</w:t>
        <w:br/>
        <w:t>vn -0.5590 -0.0846 -0.8248</w:t>
        <w:br/>
        <w:t>vn -0.3956 -0.2150 -0.8929</w:t>
        <w:br/>
        <w:t>vn -0.4089 -0.1892 -0.8927</w:t>
        <w:br/>
        <w:t>vn -0.5589 -0.0846 -0.8249</w:t>
        <w:br/>
        <w:t>vn -0.2767 -0.2089 -0.9380</w:t>
        <w:br/>
        <w:t>vn -0.3619 -0.3029 -0.8816</w:t>
        <w:br/>
        <w:t>vn -0.2136 -0.3146 -0.9249</w:t>
        <w:br/>
        <w:t>vn -0.3147 -0.4431 -0.8394</w:t>
        <w:br/>
        <w:t>vn -0.1656 -0.4525 -0.8762</w:t>
        <w:br/>
        <w:t>vn -0.2667 -0.5664 -0.7798</w:t>
        <w:br/>
        <w:t>vn -0.1196 -0.6215 -0.7742</w:t>
        <w:br/>
        <w:t>vn -0.1268 -0.8995 -0.4181</w:t>
        <w:br/>
        <w:t>vn -0.0541 -0.8535 -0.5182</w:t>
        <w:br/>
        <w:t>vn -0.0025 -0.9872 -0.1596</w:t>
        <w:br/>
        <w:t>vn 0.0197 -0.9993 0.0328</w:t>
        <w:br/>
        <w:t>vn -0.0212 -0.9858 -0.1663</w:t>
        <w:br/>
        <w:t>vn 0.0545 -0.9931 -0.1040</w:t>
        <w:br/>
        <w:t>vn -0.0181 -0.8177 -0.5754</w:t>
        <w:br/>
        <w:t>vn 0.0996 -0.8419 -0.5304</w:t>
        <w:br/>
        <w:t>vn -0.0201 -0.5737 -0.8188</w:t>
        <w:br/>
        <w:t>vn 0.1342 -0.4939 -0.8591</w:t>
        <w:br/>
        <w:t>vn -0.0139 -0.1593 -0.9871</w:t>
        <w:br/>
        <w:t>vn 0.1533 -0.0452 -0.9871</w:t>
        <w:br/>
        <w:t>vn 0.0641 0.4860 -0.8716</w:t>
        <w:br/>
        <w:t>vn 0.1371 0.4775 -0.8679</w:t>
        <w:br/>
        <w:t>vn 0.1005 0.7088 -0.6982</w:t>
        <w:br/>
        <w:t>vn -0.0761 0.2891 -0.9543</w:t>
        <w:br/>
        <w:t>vn 0.0069 0.3923 -0.9198</w:t>
        <w:br/>
        <w:t>vn -0.3041 -0.3546 -0.8842</w:t>
        <w:br/>
        <w:t>vn -0.1395 -0.2709 -0.9524</w:t>
        <w:br/>
        <w:t>vn -0.3863 -0.6733 -0.6304</w:t>
        <w:br/>
        <w:t>vn -0.2172 -0.7017 -0.6785</w:t>
        <w:br/>
        <w:t>vn -0.4033 -0.8133 -0.4193</w:t>
        <w:br/>
        <w:t>vn -0.2249 -0.8894 -0.3979</w:t>
        <w:br/>
        <w:t>vn -0.4067 -0.8925 -0.1951</w:t>
        <w:br/>
        <w:t>vn -0.2108 -0.9686 -0.1319</w:t>
        <w:br/>
        <w:t>vn -0.2005 -0.8829 0.4246</w:t>
        <w:br/>
        <w:t>vn -0.3568 -0.8020 0.4791</w:t>
        <w:br/>
        <w:t>vn -0.1578 -0.5825 0.7974</w:t>
        <w:br/>
        <w:t>vn -0.1304 -0.5094 0.8506</w:t>
        <w:br/>
        <w:t>vn -0.2754 -0.7287 0.6270</w:t>
        <w:br/>
        <w:t>vn -0.1040 -0.6962 0.7103</w:t>
        <w:br/>
        <w:t>vn -0.0848 -0.9315 0.3536</w:t>
        <w:br/>
        <w:t>vn -0.2364 -0.9282 0.2874</w:t>
        <w:br/>
        <w:t>vn -0.1671 -0.9820 -0.0886</w:t>
        <w:br/>
        <w:t>vn -0.0337 -0.9903 -0.1350</w:t>
        <w:br/>
        <w:t>vn -0.1225 -0.8092 -0.5746</w:t>
        <w:br/>
        <w:t>vn 0.0794 -0.7044 -0.7053</w:t>
        <w:br/>
        <w:t>vn 0.1107 -0.4195 -0.9010</w:t>
        <w:br/>
        <w:t>vn -0.1047 -0.5923 -0.7989</w:t>
        <w:br/>
        <w:t>vn -0.2122 -0.7787 -0.5904</w:t>
        <w:br/>
        <w:t>vn 0.0368 -0.5563 -0.8302</w:t>
        <w:br/>
        <w:t>vn -0.1358 -0.8870 -0.4414</w:t>
        <w:br/>
        <w:t>vn -0.4196 -0.9065 0.0465</w:t>
        <w:br/>
        <w:t>vn -0.2794 -0.9580 0.0651</w:t>
        <w:br/>
        <w:t>vn -0.4378 -0.8245 0.3586</w:t>
        <w:br/>
        <w:t>vn -0.3284 -0.8996 0.2880</w:t>
        <w:br/>
        <w:t>vn -0.3602 -0.8137 0.4562</w:t>
        <w:br/>
        <w:t>vn -0.4590 -0.6002 0.6551</w:t>
        <w:br/>
        <w:t>vn -0.3811 -0.6633 0.6441</w:t>
        <w:br/>
        <w:t>vn -0.4014 -0.4255 0.8111</w:t>
        <w:br/>
        <w:t>vn -0.3579 0.2011 0.9119</w:t>
        <w:br/>
        <w:t>vn -0.2570 0.4402 0.8603</w:t>
        <w:br/>
        <w:t>vn -0.1778 0.6934 0.6983</w:t>
        <w:br/>
        <w:t>vn -0.0994 0.7746 0.6246</w:t>
        <w:br/>
        <w:t>vn -0.1785 0.4427 0.8787</w:t>
        <w:br/>
        <w:t>vn -0.1062 0.4855 0.8678</w:t>
        <w:br/>
        <w:t>vn -0.1399 -0.1531 0.9783</w:t>
        <w:br/>
        <w:t>vn -0.1949 -0.4096 0.8912</w:t>
        <w:br/>
        <w:t>vn -0.1299 -0.5659 0.8142</w:t>
        <w:br/>
        <w:t>vn -0.1292 -0.8541 0.5038</w:t>
        <w:br/>
        <w:t>vn -0.0946 -0.8476 0.5221</w:t>
        <w:br/>
        <w:t>vn -0.0721 -0.9765 0.2030</w:t>
        <w:br/>
        <w:t>vn -0.0440 -0.9822 0.1826</w:t>
        <w:br/>
        <w:t>vn -0.0563 -0.9936 0.0976</w:t>
        <w:br/>
        <w:t>vn -0.0303 -0.9977 0.0614</w:t>
        <w:br/>
        <w:t>vn -0.1522 -0.9175 0.3674</w:t>
        <w:br/>
        <w:t>vn -0.1272 -0.9369 0.3257</w:t>
        <w:br/>
        <w:t>vn -0.2500 -0.7214 0.6458</w:t>
        <w:br/>
        <w:t>vn -0.2384 -0.7409 0.6278</w:t>
        <w:br/>
        <w:t>vn -0.2968 -0.5677 0.7678</w:t>
        <w:br/>
        <w:t>vn -0.2725 -0.6174 0.7379</w:t>
        <w:br/>
        <w:t>vn -0.3398 -0.3928 0.8545</w:t>
        <w:br/>
        <w:t>vn -0.3036 -0.4421 0.8440</w:t>
        <w:br/>
        <w:t>vn -0.3722 -0.2047 0.9053</w:t>
        <w:br/>
        <w:t>vn -0.3229 -0.2546 0.9116</w:t>
        <w:br/>
        <w:t>vn -0.3820 -0.1066 0.9180</w:t>
        <w:br/>
        <w:t>vn -0.3173 -0.2288 0.9203</w:t>
        <w:br/>
        <w:t>vn -0.3192 0.8901 0.3254</w:t>
        <w:br/>
        <w:t>vn -0.2705 0.8997 0.3425</w:t>
        <w:br/>
        <w:t>vn -0.3121 0.8939 0.3217</w:t>
        <w:br/>
        <w:t>vn -0.3259 0.8940 0.3075</w:t>
        <w:br/>
        <w:t>vn -0.2911 0.7551 0.5875</w:t>
        <w:br/>
        <w:t>vn -0.2112 0.7521 0.6243</w:t>
        <w:br/>
        <w:t>vn -0.1963 0.4127 0.8895</w:t>
        <w:br/>
        <w:t>vn -0.0907 0.2496 0.9641</w:t>
        <w:br/>
        <w:t>vn 0.2440 -0.5199 0.8186</w:t>
        <w:br/>
        <w:t>vn 0.0584 -0.1531 0.9865</w:t>
        <w:br/>
        <w:t>vn 0.3395 -0.8183 0.4638</w:t>
        <w:br/>
        <w:t>vn 0.2135 -0.6491 0.7301</w:t>
        <w:br/>
        <w:t>vn -0.0649 -0.0564 0.9963</w:t>
        <w:br/>
        <w:t>vn -0.1180 -0.1297 0.9845</w:t>
        <w:br/>
        <w:t>vn 0.1016 -0.6150 0.7819</w:t>
        <w:br/>
        <w:t>vn 0.0691 -0.4849 0.8718</w:t>
        <w:br/>
        <w:t>vn -0.1648 0.3292 0.9298</w:t>
        <w:br/>
        <w:t>vn -0.2105 0.2134 0.9540</w:t>
        <w:br/>
        <w:t>vn -0.5041 0.4533 -0.7352</w:t>
        <w:br/>
        <w:t>vn -0.6925 0.6298 -0.3518</w:t>
        <w:br/>
        <w:t>vn 0.1064 -0.3656 -0.9247</w:t>
        <w:br/>
        <w:t>vn -0.5041 0.4533 -0.7351</w:t>
        <w:br/>
        <w:t>vn -0.3609 0.3092 -0.8799</w:t>
        <w:br/>
        <w:t>vn -0.5336 0.2566 -0.8059</w:t>
        <w:br/>
        <w:t>vn -0.5019 -0.2618 -0.8244</w:t>
        <w:br/>
        <w:t>vn -0.4346 -0.4495 -0.7805</w:t>
        <w:br/>
        <w:t>vn -0.2174 -0.8450 -0.4885</w:t>
        <w:br/>
        <w:t>vn -0.1568 -0.7278 -0.6677</w:t>
        <w:br/>
        <w:t>vn -0.3354 -0.2837 -0.8983</w:t>
        <w:br/>
        <w:t>vn -0.5777 -0.8143 -0.0571</w:t>
        <w:br/>
        <w:t>vn -0.3806 -0.8996 0.2139</w:t>
        <w:br/>
        <w:t>vn -0.3276 -0.9286 -0.1742</w:t>
        <w:br/>
        <w:t>vn -0.4639 -0.8284 -0.3138</w:t>
        <w:br/>
        <w:t>vn -0.5524 -0.7263 0.4090</w:t>
        <w:br/>
        <w:t>vn -0.5143 -0.6420 0.5686</w:t>
        <w:br/>
        <w:t>vn -0.3693 -0.5443 0.7532</w:t>
        <w:br/>
        <w:t>vn -0.1648 0.4865 0.8580</w:t>
        <w:br/>
        <w:t>vn -0.3694 -0.5443 0.7532</w:t>
        <w:br/>
        <w:t>vn -0.1506 -0.9141 0.3765</w:t>
        <w:br/>
        <w:t>vn -0.2464 -0.6986 0.6718</w:t>
        <w:br/>
        <w:t>vn -0.0763 -0.5469 0.8337</w:t>
        <w:br/>
        <w:t>vn -0.1873 -0.3474 0.9188</w:t>
        <w:br/>
        <w:t>vn -0.2982 0.8935 0.3359</w:t>
        <w:br/>
        <w:t>vn 0.2683 0.2771 0.9226</w:t>
        <w:br/>
        <w:t>vn 0.1564 -0.3921 0.9065</w:t>
        <w:br/>
        <w:t>vn -0.0906 0.2496 0.9641</w:t>
        <w:br/>
        <w:t>vn 0.4975 -0.1391 0.8562</w:t>
        <w:br/>
        <w:t>vn -0.1193 -0.2240 0.9673</w:t>
        <w:br/>
        <w:t>vn -0.1411 0.8492 0.5088</w:t>
        <w:br/>
        <w:t>vn 0.1089 0.8749 0.4719</w:t>
        <w:br/>
        <w:t>vn -0.1334 0.4986 0.8565</w:t>
        <w:br/>
        <w:t>vn 0.5559 0.8262 -0.0916</w:t>
        <w:br/>
        <w:t>vn 0.6595 0.7091 0.2492</w:t>
        <w:br/>
        <w:t>vn 0.6596 0.7091 0.2492</w:t>
        <w:br/>
        <w:t>vn 0.5478 0.7850 0.2893</w:t>
        <w:br/>
        <w:t>vn -0.0226 0.9650 0.2611</w:t>
        <w:br/>
        <w:t>vn 0.1640 0.9631 0.2135</w:t>
        <w:br/>
        <w:t>vn -0.0852 0.7930 -0.6032</w:t>
        <w:br/>
        <w:t>vn -0.1741 0.9768 -0.1251</w:t>
        <w:br/>
        <w:t>vn 0.0781 0.6383 -0.7658</w:t>
        <w:br/>
        <w:t>vn 0.0964 0.2458 -0.9645</w:t>
        <w:br/>
        <w:t>vn 0.0389 0.9913 -0.1257</w:t>
        <w:br/>
        <w:t>vn 0.4098 0.7178 -0.5628</w:t>
        <w:br/>
        <w:t>vn -0.1365 0.1876 0.9727</w:t>
        <w:br/>
        <w:t>vn 0.2972 0.6362 0.7120</w:t>
        <w:br/>
        <w:t>vn 0.1419 0.2104 0.9673</w:t>
        <w:br/>
        <w:t>vn 0.1639 0.9631 0.2135</w:t>
        <w:br/>
        <w:t>vn 0.6774 0.6584 0.3281</w:t>
        <w:br/>
        <w:t>vn 0.5559 0.8262 -0.0917</w:t>
        <w:br/>
        <w:t>vn 0.7777 0.5894 0.2187</w:t>
        <w:br/>
        <w:t>vn 0.7961 0.5874 0.1460</w:t>
        <w:br/>
        <w:t>vn 0.8760 0.4654 -0.1267</w:t>
        <w:br/>
        <w:t>vn 0.9252 0.3355 -0.1776</w:t>
        <w:br/>
        <w:t>vn 0.9294 0.1971 -0.3119</w:t>
        <w:br/>
        <w:t>vn 0.9575 0.2396 -0.1607</w:t>
        <w:br/>
        <w:t>vn 0.9452 0.2448 -0.2160</w:t>
        <w:br/>
        <w:t>vn 0.7184 0.2569 -0.6464</w:t>
        <w:br/>
        <w:t>vn 0.9042 0.0758 -0.4204</w:t>
        <w:br/>
        <w:t>vn 0.7675 0.6283 0.1270</w:t>
        <w:br/>
        <w:t>vn 0.8455 0.5331 -0.0307</w:t>
        <w:br/>
        <w:t>vn 0.9567 0.2905 0.0186</w:t>
        <w:br/>
        <w:t>vn 0.4832 0.4681 -0.7399</w:t>
        <w:br/>
        <w:t>vn -0.3600 0.8253 0.4351</w:t>
        <w:br/>
        <w:t>vn -0.3752 0.6207 0.6884</w:t>
        <w:br/>
        <w:t>vn -0.4140 0.8410 -0.3483</w:t>
        <w:br/>
        <w:t>vn -0.7629 0.6348 -0.1225</w:t>
        <w:br/>
        <w:t>vn 0.7960 0.5874 0.1460</w:t>
        <w:br/>
        <w:t>vn 0.8017 0.5940 0.0672</w:t>
        <w:br/>
        <w:t>vn 0.8760 0.4653 -0.1267</w:t>
        <w:br/>
        <w:t>vn -0.3308 0.7478 0.5757</w:t>
        <w:br/>
        <w:t>vn -0.4297 0.4160 0.8014</w:t>
        <w:br/>
        <w:t>vn -0.3631 0.9126 -0.1878</w:t>
        <w:br/>
        <w:t>vn -0.1740 0.9768 -0.1251</w:t>
        <w:br/>
        <w:t>vn -0.3309 0.7478 0.5756</w:t>
        <w:br/>
        <w:t>vn -0.1672 0.9707 0.1724</w:t>
        <w:br/>
        <w:t>vn -0.7628 0.6349 -0.1226</w:t>
        <w:br/>
        <w:t>vn 0.3247 -0.9336 0.1513</w:t>
        <w:br/>
        <w:t>vn 0.3590 -0.9333 0.0051</w:t>
        <w:br/>
        <w:t>vn 0.3396 -0.8183 0.4638</w:t>
        <w:br/>
        <w:t>vn 0.2286 -0.8277 0.5124</w:t>
        <w:br/>
        <w:t>vn 0.0583 -0.1531 0.9865</w:t>
        <w:br/>
        <w:t>vn 0.3247 -0.9336 0.1514</w:t>
        <w:br/>
        <w:t>vn 0.1406 -0.8615 0.4879</w:t>
        <w:br/>
        <w:t>vn 0.0776 -0.9098 0.4076</w:t>
        <w:br/>
        <w:t>vn -0.0506 -0.8780 0.4759</w:t>
        <w:br/>
        <w:t>vn 0.2937 -0.8258 0.4814</w:t>
        <w:br/>
        <w:t>vn 0.1828 -0.7031 0.6872</w:t>
        <w:br/>
        <w:t>vn 0.2701 -0.8551 0.4426</w:t>
        <w:br/>
        <w:t>vn 0.2199 -0.7017 0.6777</w:t>
        <w:br/>
        <w:t>vn -0.0919 -0.2746 0.9572</w:t>
        <w:br/>
        <w:t>vn -0.1883 -0.1831 0.9649</w:t>
        <w:br/>
        <w:t>vn -0.3100 0.0949 0.9460</w:t>
        <w:br/>
        <w:t>vn -0.3015 0.0075 0.9534</w:t>
        <w:br/>
        <w:t>vn -0.1838 -0.0763 0.9800</w:t>
        <w:br/>
        <w:t>vn -0.2709 0.0886 0.9585</w:t>
        <w:br/>
        <w:t>vn -0.1708 -0.1666 0.9711</w:t>
        <w:br/>
        <w:t>vn -0.1517 -0.2700 0.9508</w:t>
        <w:br/>
        <w:t>vn -0.2107 -0.3824 0.8996</w:t>
        <w:br/>
        <w:t>vn -0.1275 -0.4968 0.8584</w:t>
        <w:br/>
        <w:t>vn -0.1146 -0.6544 0.7474</w:t>
        <w:br/>
        <w:t>vn 0.1008 -0.7753 0.6235</w:t>
        <w:br/>
        <w:t>vn 0.0342 -0.9775 -0.2082</w:t>
        <w:br/>
        <w:t>vn 0.1552 -0.9879 0.0057</w:t>
        <w:br/>
        <w:t>vn 0.1551 -0.9879 0.0055</w:t>
        <w:br/>
        <w:t>vn 0.1007 -0.7753 0.6235</w:t>
        <w:br/>
        <w:t>vn 0.3627 -0.7861 0.5004</w:t>
        <w:br/>
        <w:t>vn 0.3190 -0.8180 0.4787</w:t>
        <w:br/>
        <w:t>vn 0.3383 -0.2764 0.8995</w:t>
        <w:br/>
        <w:t>vn 0.3383 -0.2765 0.8995</w:t>
        <w:br/>
        <w:t>vn 0.3049 0.1408 0.9419</w:t>
        <w:br/>
        <w:t>vn 0.2954 0.1574 0.9423</w:t>
        <w:br/>
        <w:t>vn 0.2436 0.1664 0.9555</w:t>
        <w:br/>
        <w:t>vn 0.2568 0.2729 0.9271</w:t>
        <w:br/>
        <w:t>vn 0.1710 0.2917 0.9411</w:t>
        <w:br/>
        <w:t>vn 0.1959 0.4494 0.8716</w:t>
        <w:br/>
        <w:t>vn 0.1152 0.4551 0.8829</w:t>
        <w:br/>
        <w:t>vn 0.1398 0.5932 0.7929</w:t>
        <w:br/>
        <w:t>vn 0.0733 0.6365 0.7678</w:t>
        <w:br/>
        <w:t>vn 0.0146 0.9023 0.4308</w:t>
        <w:br/>
        <w:t>vn 0.0070 0.8619 0.5070</w:t>
        <w:br/>
        <w:t>vn -0.0433 0.9823 0.1822</w:t>
        <w:br/>
        <w:t>vn -0.0718 0.9970 -0.0272</w:t>
        <w:br/>
        <w:t>vn -0.0910 0.9830 0.1595</w:t>
        <w:br/>
        <w:t>vn -0.1094 0.9918 0.0665</w:t>
        <w:br/>
        <w:t>vn -0.1256 0.7457 0.6544</w:t>
        <w:br/>
        <w:t>vn -0.1636 0.7963 0.5823</w:t>
        <w:br/>
        <w:t>vn -0.1064 0.4721 0.8751</w:t>
        <w:br/>
        <w:t>vn -0.2007 0.4101 0.8897</w:t>
        <w:br/>
        <w:t>vn -0.0772 0.1947 0.9778</w:t>
        <w:br/>
        <w:t>vn -0.2110 0.0503 0.9762</w:t>
        <w:br/>
        <w:t>vn -0.0685 -0.4459 0.8925</w:t>
        <w:br/>
        <w:t>vn -0.1620 -0.4880 0.8577</w:t>
        <w:br/>
        <w:t>vn -0.1015 -0.6957 0.7111</w:t>
        <w:br/>
        <w:t>vn 0.0428 -0.2768 0.9600</w:t>
        <w:br/>
        <w:t>vn -0.0227 -0.3686 0.9293</w:t>
        <w:br/>
        <w:t>vn 0.2123 0.3136 0.9255</w:t>
        <w:br/>
        <w:t>vn 0.0936 0.2511 0.9634</w:t>
        <w:br/>
        <w:t>vn 0.3121 0.6726 0.6710</w:t>
        <w:br/>
        <w:t>vn 0.1564 0.6887 0.7080</w:t>
        <w:br/>
        <w:t>vn 0.3338 0.8152 0.4733</w:t>
        <w:br/>
        <w:t>vn 0.1521 0.8830 0.4441</w:t>
        <w:br/>
        <w:t>vn 0.3417 0.9189 0.1973</w:t>
        <w:br/>
        <w:t>vn 0.1276 0.9821 0.1387</w:t>
        <w:br/>
        <w:t>vn 0.1142 0.9016 -0.4172</w:t>
        <w:br/>
        <w:t>vn 0.2971 0.8250 -0.4807</w:t>
        <w:br/>
        <w:t>vn 0.0906 0.6342 -0.7679</w:t>
        <w:br/>
        <w:t>vn 0.0682 0.5385 -0.8398</w:t>
        <w:br/>
        <w:t>vn 0.2357 0.7260 -0.6461</w:t>
        <w:br/>
        <w:t>vn 0.0348 0.6936 -0.7195</w:t>
        <w:br/>
        <w:t>vn -0.0069 0.9361 -0.3517</w:t>
        <w:br/>
        <w:t>vn 0.1950 0.9443 -0.2651</w:t>
        <w:br/>
        <w:t>vn 0.1047 0.9861 0.1287</w:t>
        <w:br/>
        <w:t>vn -0.0693 0.9896 0.1258</w:t>
        <w:br/>
        <w:t>vn 0.0690 0.8287 0.5555</w:t>
        <w:br/>
        <w:t>vn -0.1678 0.6996 0.6946</w:t>
        <w:br/>
        <w:t>vn 0.0817 0.6155 0.7839</w:t>
        <w:br/>
        <w:t>vn -0.1657 0.4314 0.8868</w:t>
        <w:br/>
        <w:t>vn 0.1617 0.8033 0.5732</w:t>
        <w:br/>
        <w:t>vn -0.0910 0.6083 0.7885</w:t>
        <w:br/>
        <w:t>vn 0.0455 0.9030 0.4271</w:t>
        <w:br/>
        <w:t>vn 0.3544 0.9350 -0.0144</w:t>
        <w:br/>
        <w:t>vn 0.1829 0.9818 -0.0514</w:t>
        <w:br/>
        <w:t>vn 0.2390 0.9267 -0.2901</w:t>
        <w:br/>
        <w:t>vn 0.3638 0.8806 -0.3036</w:t>
        <w:br/>
        <w:t>vn 0.2524 0.8671 -0.4294</w:t>
        <w:br/>
        <w:t>vn 0.4206 0.6953 -0.5828</w:t>
        <w:br/>
        <w:t>vn 0.2749 0.7172 -0.6404</w:t>
        <w:br/>
        <w:t>vn 0.4064 0.3113 -0.8590</w:t>
        <w:br/>
        <w:t>vn 0.3108 0.3887 -0.8673</w:t>
        <w:br/>
        <w:t>vn 0.3288 -0.0664 -0.9421</w:t>
        <w:br/>
        <w:t>vn 0.2130 -0.5002 -0.8393</w:t>
        <w:br/>
        <w:t>vn 0.2300 -0.6606 -0.7146</w:t>
        <w:br/>
        <w:t>vn 0.1188 -0.7894 -0.6023</w:t>
        <w:br/>
        <w:t>vn 0.1238 -0.5113 -0.8504</w:t>
        <w:br/>
        <w:t>vn 0.1640 -0.1514 -0.9748</w:t>
        <w:br/>
        <w:t>vn 0.0989 -0.0023 -0.9951</w:t>
        <w:br/>
        <w:t>vn 0.0497 0.5856 -0.8091</w:t>
        <w:br/>
        <w:t>vn 0.0903 0.7262 -0.6816</w:t>
        <w:br/>
        <w:t>vn 0.0114 0.8438 -0.5365</w:t>
        <w:br/>
        <w:t>vn 0.0142 0.9514 -0.3075</w:t>
        <w:br/>
        <w:t>vn -0.0387 0.9681 -0.2474</w:t>
        <w:br/>
        <w:t>vn 0.0107 0.9821 -0.1882</w:t>
        <w:br/>
        <w:t>vn -0.0376 0.9915 -0.1243</w:t>
        <w:br/>
        <w:t>vn 0.0949 0.8894 -0.4472</w:t>
        <w:br/>
        <w:t>vn 0.0736 0.9180 -0.3896</w:t>
        <w:br/>
        <w:t>vn 0.1793 0.7046 -0.6866</w:t>
        <w:br/>
        <w:t>vn 0.1940 0.7287 -0.6568</w:t>
        <w:br/>
        <w:t>vn 0.2359 0.5333 -0.8124</w:t>
        <w:br/>
        <w:t>vn 0.2611 0.5580 -0.7877</w:t>
        <w:br/>
        <w:t>vn 0.3160 0.3629 -0.8766</w:t>
        <w:br/>
        <w:t>vn 0.2910 0.3280 -0.8987</w:t>
        <w:br/>
        <w:t>vn 0.3571 0.1367 -0.9240</w:t>
        <w:br/>
        <w:t>vn 0.2995 0.2060 -0.9316</w:t>
        <w:br/>
        <w:t>vn 0.3675 0.0232 -0.9297</w:t>
        <w:br/>
        <w:t>vn 0.2821 -0.0593 -0.9576</w:t>
        <w:br/>
        <w:t>vn 0.2902 -0.8882 -0.3563</w:t>
        <w:br/>
        <w:t>vn 0.3065 -0.8684 -0.3897</w:t>
        <w:br/>
        <w:t>vn 0.2543 -0.8376 -0.4835</w:t>
        <w:br/>
        <w:t>vn 0.1895 -0.7410 -0.6442</w:t>
        <w:br/>
        <w:t>vn 0.2428 -0.7668 -0.5942</w:t>
        <w:br/>
        <w:t>vn 0.0462 -0.2645 -0.9633</w:t>
        <w:br/>
        <w:t>vn 0.1342 -0.4442 -0.8858</w:t>
        <w:br/>
        <w:t>vn -0.2490 0.3434 -0.9056</w:t>
        <w:br/>
        <w:t>vn -0.2291 0.5662 -0.7918</w:t>
        <w:br/>
        <w:t>vn -0.2489 0.3433 -0.9056</w:t>
        <w:br/>
        <w:t>vn -0.0931 0.0104 -0.9956</w:t>
        <w:br/>
        <w:t>vn 0.0387 0.0469 -0.9982</w:t>
        <w:br/>
        <w:t>vn -0.0980 0.4758 -0.8741</w:t>
        <w:br/>
        <w:t>vn -0.1273 0.5963 -0.7926</w:t>
        <w:br/>
        <w:t>vn 0.0971 0.1296 -0.9868</w:t>
        <w:br/>
        <w:t>vn 0.2087 -0.2496 -0.9456</w:t>
        <w:br/>
        <w:t>vn 0.1578 -0.3776 -0.9124</w:t>
        <w:br/>
        <w:t>vn -0.3184 -0.0995 0.9427</w:t>
        <w:br/>
        <w:t>vn -0.0066 -0.5000 0.8660</w:t>
        <w:br/>
        <w:t>vn -0.2129 -0.1380 0.9673</w:t>
        <w:br/>
        <w:t>vn 0.1764 0.2234 0.9586</w:t>
        <w:br/>
        <w:t>vn 0.0150 0.2796 0.9600</w:t>
        <w:br/>
        <w:t>vn -0.2130 -0.1380 0.9673</w:t>
        <w:br/>
        <w:t>vn 0.1726 -0.9830 0.0621</w:t>
        <w:br/>
        <w:t>vn 0.3384 0.2216 0.9145</w:t>
        <w:br/>
        <w:t>vn 0.2436 0.4884 0.8380</w:t>
        <w:br/>
        <w:t>vn -0.0010 0.8708 0.4916</w:t>
        <w:br/>
        <w:t>vn -0.0454 0.6807 0.7311</w:t>
        <w:br/>
        <w:t>vn 0.2370 0.2995 0.9242</w:t>
        <w:br/>
        <w:t>vn 0.5533 0.8322 0.0362</w:t>
        <w:br/>
        <w:t>vn 0.3841 0.9079 -0.1677</w:t>
        <w:br/>
        <w:t>vn 0.2996 0.9267 0.2271</w:t>
        <w:br/>
        <w:t>vn 0.4413 0.8374 0.3224</w:t>
        <w:br/>
        <w:t>vn 0.5279 0.7603 -0.3785</w:t>
        <w:br/>
        <w:t>vn 0.2736 0.7511 -0.6008</w:t>
        <w:br/>
        <w:t>vn 0.2271 -0.2459 -0.9423</w:t>
        <w:br/>
        <w:t>vn 0.0911 0.8951 -0.4364</w:t>
        <w:br/>
        <w:t>vn 0.1931 0.5926 -0.7820</w:t>
        <w:br/>
        <w:t>vn 0.2411 0.3154 -0.9178</w:t>
        <w:br/>
        <w:t>vn 0.2322 -0.1052 -0.9669</w:t>
        <w:br/>
        <w:t>vn 0.1650 -0.6560 -0.7365</w:t>
        <w:br/>
        <w:t>vn 0.0461 -0.2645 -0.9633</w:t>
        <w:br/>
        <w:t>vn -0.1538 0.2702 -0.9505</w:t>
        <w:br/>
        <w:t>vn -0.1514 0.4500 -0.8801</w:t>
        <w:br/>
        <w:t>vn -0.2291 0.5663 -0.7917</w:t>
        <w:br/>
        <w:t>vn 0.0558 0.3585 -0.9319</w:t>
        <w:br/>
        <w:t>vn 0.2544 -0.1195 -0.9597</w:t>
        <w:br/>
        <w:t>vn 0.1637 -0.8671 -0.4705</w:t>
        <w:br/>
        <w:t>vn 0.1192 -0.4245 -0.8975</w:t>
        <w:br/>
        <w:t>vn 0.0557 -0.9495 -0.3086</w:t>
        <w:br/>
        <w:t>vn -0.9508 -0.1185 -0.2862</w:t>
        <w:br/>
        <w:t>vn -0.9791 -0.1886 0.0761</w:t>
        <w:br/>
        <w:t>vn -0.8809 -0.4731 -0.0141</w:t>
        <w:br/>
        <w:t>vn -0.0480 -0.9645 -0.2597</w:t>
        <w:br/>
        <w:t>vn -0.0461 -0.9314 -0.3610</w:t>
        <w:br/>
        <w:t>vn -0.0341 -0.7955 0.6050</w:t>
        <w:br/>
        <w:t>vn -0.2557 -0.6057 0.7535</w:t>
        <w:br/>
        <w:t>vn 0.0307 -0.9980 0.0555</w:t>
        <w:br/>
        <w:t>vn -0.1600 -0.2215 0.9619</w:t>
        <w:br/>
        <w:t>vn -0.8902 -0.3198 0.3245</w:t>
        <w:br/>
        <w:t>vn -0.4693 -0.8810 0.0602</w:t>
        <w:br/>
        <w:t>vn -0.1263 -0.0335 -0.9914</w:t>
        <w:br/>
        <w:t>vn -0.4665 -0.1726 -0.8675</w:t>
        <w:br/>
        <w:t>vn -0.4747 -0.1986 -0.8575</w:t>
        <w:br/>
        <w:t>vn -0.8612 -0.2362 -0.4501</w:t>
        <w:br/>
        <w:t>vn -0.8751 -0.2062 -0.4379</w:t>
        <w:br/>
        <w:t>vn -0.9060 -0.2810 -0.3165</w:t>
        <w:br/>
        <w:t>vn -0.8809 -0.4731 -0.0140</w:t>
        <w:br/>
        <w:t>vn -0.9498 -0.1398 -0.2799</w:t>
        <w:br/>
        <w:t>vn -0.9986 0.0022 -0.0519</w:t>
        <w:br/>
        <w:t>vn -0.9768 -0.1981 -0.0818</w:t>
        <w:br/>
        <w:t>vn -0.9421 -0.2960 -0.1575</w:t>
        <w:br/>
        <w:t>vn -0.9676 0.1823 0.1746</w:t>
        <w:br/>
        <w:t>vn -0.8986 0.3473 0.2683</w:t>
        <w:br/>
        <w:t>vn -0.9504 0.3059 0.0556</w:t>
        <w:br/>
        <w:t>vn -0.5894 -0.2698 -0.7614</w:t>
        <w:br/>
        <w:t>vn -0.1532 -0.0766 -0.9852</w:t>
        <w:br/>
        <w:t>vn -0.2435 -0.1974 -0.9496</w:t>
        <w:br/>
        <w:t>vn -0.4013 -0.3585 -0.8429</w:t>
        <w:br/>
        <w:t>vn -0.6912 -0.3263 -0.6448</w:t>
        <w:br/>
        <w:t>vn -0.6545 -0.3215 -0.6843</w:t>
        <w:br/>
        <w:t>vn -0.3494 -0.2980 -0.8883</w:t>
        <w:br/>
        <w:t>vn -0.8202 -0.2907 -0.4926</w:t>
        <w:br/>
        <w:t>vn -0.8192 -0.2959 -0.4913</w:t>
        <w:br/>
        <w:t>vn -0.8920 -0.2606 -0.3694</w:t>
        <w:br/>
        <w:t>vn -0.9727 -0.1957 -0.1247</w:t>
        <w:br/>
        <w:t>vn -0.9815 -0.1296 -0.1409</w:t>
        <w:br/>
        <w:t>vn -0.9017 -0.2305 -0.3657</w:t>
        <w:br/>
        <w:t>vn -0.8072 -0.3149 -0.4994</w:t>
        <w:br/>
        <w:t>vn -0.8895 -0.2698 -0.3688</w:t>
        <w:br/>
        <w:t>vn -0.7787 -0.3292 -0.5341</w:t>
        <w:br/>
        <w:t>vn -0.8725 -0.2742 -0.4045</w:t>
        <w:br/>
        <w:t>vn -0.9700 -0.2209 -0.1020</w:t>
        <w:br/>
        <w:t>vn -0.9725 -0.2088 -0.1035</w:t>
        <w:br/>
        <w:t>vn -0.6715 -0.3786 -0.6370</w:t>
        <w:br/>
        <w:t>vn -0.6277 -0.3859 -0.6761</w:t>
        <w:br/>
        <w:t>vn -0.8351 -0.2490 -0.4905</w:t>
        <w:br/>
        <w:t>vn -0.4486 -0.4018 -0.7984</w:t>
        <w:br/>
        <w:t>vn -0.4167 -0.4169 -0.8078</w:t>
        <w:br/>
        <w:t>vn -0.1455 -0.3855 -0.9112</w:t>
        <w:br/>
        <w:t>vn -0.2172 -0.3610 -0.9069</w:t>
        <w:br/>
        <w:t>vn 0.0823 -0.3220 -0.9432</w:t>
        <w:br/>
        <w:t>vn 0.0572 -0.3401 -0.9387</w:t>
        <w:br/>
        <w:t>vn -0.1051 -0.3506 -0.9306</w:t>
        <w:br/>
        <w:t>vn -0.2799 -0.3310 -0.9012</w:t>
        <w:br/>
        <w:t>vn 0.0404 -0.3154 -0.9481</w:t>
        <w:br/>
        <w:t>vn 0.0065 -0.2967 -0.9549</w:t>
        <w:br/>
        <w:t>vn -0.5193 -0.3502 -0.7795</w:t>
        <w:br/>
        <w:t>vn -0.0643 -0.2474 -0.9668</w:t>
        <w:br/>
        <w:t>vn 0.1581 0.0282 -0.9870</w:t>
        <w:br/>
        <w:t>vn 0.1038 -0.1280 -0.9863</w:t>
        <w:br/>
        <w:t>vn -0.0043 -0.1303 -0.9915</w:t>
        <w:br/>
        <w:t>vn 0.0208 -0.0603 -0.9980</w:t>
        <w:br/>
        <w:t>vn 0.1077 -0.2173 -0.9702</w:t>
        <w:br/>
        <w:t>vn 0.2806 -0.0438 0.9588</w:t>
        <w:br/>
        <w:t>vn -0.0328 -0.2489 0.9680</w:t>
        <w:br/>
        <w:t>vn -0.1912 -0.1713 0.9665</w:t>
        <w:br/>
        <w:t>vn 0.3804 0.0296 0.9243</w:t>
        <w:br/>
        <w:t>vn -0.2120 -0.1076 0.9713</w:t>
        <w:br/>
        <w:t>vn -0.2220 -0.0230 0.9748</w:t>
        <w:br/>
        <w:t>vn -0.3470 -0.4408 0.8278</w:t>
        <w:br/>
        <w:t>vn -0.4262 -0.1905 0.8844</w:t>
        <w:br/>
        <w:t>vn -0.9754 -0.2175 -0.0367</w:t>
        <w:br/>
        <w:t>vn -0.9719 -0.2288 -0.0555</w:t>
        <w:br/>
        <w:t>vn -0.9982 0.0273 -0.0534</w:t>
        <w:br/>
        <w:t>vn -1.0000 0.0030 -0.0006</w:t>
        <w:br/>
        <w:t>vn -0.8770 0.4706 0.0965</w:t>
        <w:br/>
        <w:t>vn -0.9138 0.3906 0.1117</w:t>
        <w:br/>
        <w:t>vn -0.9669 0.2551 0.0021</w:t>
        <w:br/>
        <w:t>vn -0.9435 0.3283 0.0448</w:t>
        <w:br/>
        <w:t>vn -0.8619 0.4899 0.1311</w:t>
        <w:br/>
        <w:t>vn -0.9142 0.3785 0.1448</w:t>
        <w:br/>
        <w:t>vn -0.8844 0.3937 0.2506</w:t>
        <w:br/>
        <w:t>vn -0.8409 0.4834 0.2432</w:t>
        <w:br/>
        <w:t>vn -0.9252 0.0256 0.3787</w:t>
        <w:br/>
        <w:t>vn -0.8313 0.1986 0.5192</w:t>
        <w:br/>
        <w:t>vn -0.8636 0.2755 0.4222</w:t>
        <w:br/>
        <w:t>vn -0.9314 0.2214 0.2889</w:t>
        <w:br/>
        <w:t>vn -0.9782 0.1412 0.1524</w:t>
        <w:br/>
        <w:t>vn -0.9739 -0.1009 0.2032</w:t>
        <w:br/>
        <w:t>vn -0.8605 0.4951 0.1196</w:t>
        <w:br/>
        <w:t>vn -0.8642 0.4872 0.1252</w:t>
        <w:br/>
        <w:t>vn -0.8264 0.5096 0.2397</w:t>
        <w:br/>
        <w:t>vn -0.7347 0.5119 0.4452</w:t>
        <w:br/>
        <w:t>vn -0.7667 0.4711 0.4361</w:t>
        <w:br/>
        <w:t>vn -0.9344 0.2941 0.2009</w:t>
        <w:br/>
        <w:t>vn -0.9063 0.3411 0.2497</w:t>
        <w:br/>
        <w:t>vn -0.8880 0.4251 0.1753</w:t>
        <w:br/>
        <w:t>vn -0.9794 0.1790 0.0930</w:t>
        <w:br/>
        <w:t>vn -0.9939 0.0760 0.0800</w:t>
        <w:br/>
        <w:t>vn -0.9972 0.0714 0.0241</w:t>
        <w:br/>
        <w:t>vn -0.9825 -0.1786 0.0532</w:t>
        <w:br/>
        <w:t>vn -0.8974 -0.4207 0.1328</w:t>
        <w:br/>
        <w:t>vn -0.8936 -0.3305 0.3036</w:t>
        <w:br/>
        <w:t>vn -0.7524 -0.6210 0.2197</w:t>
        <w:br/>
        <w:t>vn -0.7581 -0.5062 0.4112</w:t>
        <w:br/>
        <w:t>vn -0.3494 -0.6604 0.6647</w:t>
        <w:br/>
        <w:t>vn -0.3171 -0.8317 0.4558</w:t>
        <w:br/>
        <w:t>vn -0.0740 -0.7559 0.6505</w:t>
        <w:br/>
        <w:t>vn -0.0981 -0.5686 0.8167</w:t>
        <w:br/>
        <w:t>vn -0.8523 -0.1523 0.5003</w:t>
        <w:br/>
        <w:t>vn -0.7115 -0.3079 0.6316</w:t>
        <w:br/>
        <w:t>vn -0.4065 -0.7942 0.4516</w:t>
        <w:br/>
        <w:t>vn -0.1659 -0.7387 0.6533</w:t>
        <w:br/>
        <w:t>vn -0.8850 -0.4656 0.0057</w:t>
        <w:br/>
        <w:t>vn -0.7527 -0.6485 0.1132</w:t>
        <w:br/>
        <w:t>vn -0.9219 -0.3833 0.0556</w:t>
        <w:br/>
        <w:t>vn -0.6016 -0.4730 0.6437</w:t>
        <w:br/>
        <w:t>vn -0.8019 -0.4589 0.3827</w:t>
        <w:br/>
        <w:t>vn -0.8460 -0.1941 0.4966</w:t>
        <w:br/>
        <w:t>vn -0.6753 -0.2006 0.7097</w:t>
        <w:br/>
        <w:t>vn -0.9210 -0.2907 0.2592</w:t>
        <w:br/>
        <w:t>vn -0.9273 -0.1874 0.3242</w:t>
        <w:br/>
        <w:t>vn -0.8315 -0.5296 0.1677</w:t>
        <w:br/>
        <w:t>vn -0.9846 -0.1743 0.0156</w:t>
        <w:br/>
        <w:t>vn -0.9987 -0.0461 0.0221</w:t>
        <w:br/>
        <w:t>vn -0.9673 -0.2403 0.0806</w:t>
        <w:br/>
        <w:t>vn -0.9666 -0.1950 0.1661</w:t>
        <w:br/>
        <w:t>vn -0.9610 -0.1962 0.1950</w:t>
        <w:br/>
        <w:t>vn -0.9619 -0.2403 -0.1307</w:t>
        <w:br/>
        <w:t>vn -0.8440 -0.2801 -0.4574</w:t>
        <w:br/>
        <w:t>vn -0.8360 -0.2461 -0.4905</w:t>
        <w:br/>
        <w:t>vn -0.9600 -0.2173 -0.1764</w:t>
        <w:br/>
        <w:t>vn -0.7108 -0.2498 -0.6576</w:t>
        <w:br/>
        <w:t>vn -0.7095 -0.3256 -0.6250</w:t>
        <w:br/>
        <w:t>vn -0.9738 -0.1570 0.1644</w:t>
        <w:br/>
        <w:t>vn -0.8534 -0.1262 0.5058</w:t>
        <w:br/>
        <w:t>vn -0.6945 -0.1182 0.7098</w:t>
        <w:br/>
        <w:t>vn -0.9351 -0.1304 0.3294</w:t>
        <w:br/>
        <w:t>vn -0.9940 -0.0263 0.1059</w:t>
        <w:br/>
        <w:t>vn -0.9410 0.0019 0.3385</w:t>
        <w:br/>
        <w:t>vn -0.5148 -0.2541 -0.8188</w:t>
        <w:br/>
        <w:t>vn -0.7280 -0.0976 -0.6785</w:t>
        <w:br/>
        <w:t>vn -0.4945 -0.1211 -0.8607</w:t>
        <w:br/>
        <w:t>vn -0.4813 -0.0585 -0.8746</w:t>
        <w:br/>
        <w:t>vn -0.7303 -0.0042 -0.6831</w:t>
        <w:br/>
        <w:t>vn -0.6569 0.4527 0.6030</w:t>
        <w:br/>
        <w:t>vn -0.6116 0.4960 0.6163</w:t>
        <w:br/>
        <w:t>vn -0.5253 0.4517 0.7211</w:t>
        <w:br/>
        <w:t>vn -0.4677 0.4875 0.7373</w:t>
        <w:br/>
        <w:t>vn -0.3787 0.4382 0.8152</w:t>
        <w:br/>
        <w:t>vn -0.3235 0.4762 0.8176</w:t>
        <w:br/>
        <w:t>vn 0.0953 0.3387 0.9361</w:t>
        <w:br/>
        <w:t>vn -0.1454 0.4432 0.8846</w:t>
        <w:br/>
        <w:t>vn -0.2033 0.3568 0.9118</w:t>
        <w:br/>
        <w:t>vn 0.0115 0.2050 0.9787</w:t>
        <w:br/>
        <w:t>vn -0.3343 0.0936 0.9378</w:t>
        <w:br/>
        <w:t>vn -0.1576 -0.0644 0.9854</w:t>
        <w:br/>
        <w:t>vn -0.6503 0.3223 0.6880</w:t>
        <w:br/>
        <w:t>vn -0.5131 0.2501 0.8211</w:t>
        <w:br/>
        <w:t>vn -0.7436 0.3451 0.5726</w:t>
        <w:br/>
        <w:t>vn -0.8236 0.3778 0.4231</w:t>
        <w:br/>
        <w:t>vn 0.0926 -0.2322 -0.9683</w:t>
        <w:br/>
        <w:t>vn 0.1077 -0.3126 -0.9438</w:t>
        <w:br/>
        <w:t>vn 0.0615 -0.1716 -0.9833</w:t>
        <w:br/>
        <w:t>vn 0.2501 0.0472 -0.9671</w:t>
        <w:br/>
        <w:t>vn 0.1413 -0.5134 0.8464</w:t>
        <w:br/>
        <w:t>vn 0.4263 -0.2022 0.8817</w:t>
        <w:br/>
        <w:t>vn 0.2209 -0.5219 0.8239</w:t>
        <w:br/>
        <w:t>vn 0.4812 -0.2260 0.8470</w:t>
        <w:br/>
        <w:t>vn 0.1599 -0.3737 0.9137</w:t>
        <w:br/>
        <w:t>vn 0.4146 -0.1318 0.9004</w:t>
        <w:br/>
        <w:t>vn 0.0190 -0.2147 0.9765</w:t>
        <w:br/>
        <w:t>vn 0.2433 0.0227 0.9697</w:t>
        <w:br/>
        <w:t>vn -0.9899 -0.0342 -0.1376</w:t>
        <w:br/>
        <w:t>vn -0.9319 -0.1479 -0.3312</w:t>
        <w:br/>
        <w:t>vn -0.4445 -0.1114 0.8888</w:t>
        <w:br/>
        <w:t>vn -0.6934 -0.0212 0.7202</w:t>
        <w:br/>
        <w:t>vn -0.4453 -0.0277 0.8950</w:t>
        <w:br/>
        <w:t>vn -0.4414 0.0196 0.8971</w:t>
        <w:br/>
        <w:t>vn -0.2263 0.0228 0.9738</w:t>
        <w:br/>
        <w:t>vn -0.6848 0.0228 0.7283</w:t>
        <w:br/>
        <w:t>vn 0.1458 -0.2694 -0.9519</w:t>
        <w:br/>
        <w:t>vn 0.1388 -0.3075 -0.9414</w:t>
        <w:br/>
        <w:t>vn 0.1192 -0.3297 -0.9365</w:t>
        <w:br/>
        <w:t>vn -0.3007 -0.2512 -0.9200</w:t>
        <w:br/>
        <w:t>vn -0.0489 -0.2229 -0.9736</w:t>
        <w:br/>
        <w:t>vn 0.1277 -0.1850 -0.9744</w:t>
        <w:br/>
        <w:t>vn -0.2913 -0.1370 -0.9468</w:t>
        <w:br/>
        <w:t>vn -0.0965 -0.1300 -0.9868</w:t>
        <w:br/>
        <w:t>vn -0.8599 -0.0956 -0.5014</w:t>
        <w:br/>
        <w:t>vn -0.9685 -0.0818 -0.2353</w:t>
        <w:br/>
        <w:t>vn -0.8688 0.0065 -0.4952</w:t>
        <w:br/>
        <w:t>vn -0.9648 -0.0114 -0.2626</w:t>
        <w:br/>
        <w:t>vn -0.9973 0.0171 0.0719</w:t>
        <w:br/>
        <w:t>vn -0.8518 -0.0075 0.5238</w:t>
        <w:br/>
        <w:t>vn -0.9378 0.0457 0.3441</w:t>
        <w:br/>
        <w:t>vn -0.8436 0.0382 0.5355</w:t>
        <w:br/>
        <w:t>vn 0.0401 -0.0662 -0.9970</w:t>
        <w:br/>
        <w:t>vn 0.0765 -0.0908 -0.9929</w:t>
        <w:br/>
        <w:t>vn -0.1151 -0.1044 -0.9879</w:t>
        <w:br/>
        <w:t>vn -0.2826 -0.0947 -0.9546</w:t>
        <w:br/>
        <w:t>vn -0.5435 -0.3898 0.7434</w:t>
        <w:br/>
        <w:t>vn -0.3586 -0.4071 0.8400</w:t>
        <w:br/>
        <w:t>vn -0.2939 -0.2345 0.9266</w:t>
        <w:br/>
        <w:t>vn -0.4443 -0.1741 0.8788</w:t>
        <w:br/>
        <w:t>vn -0.5895 -0.6157 0.5229</w:t>
        <w:br/>
        <w:t>vn -0.5615 -0.7671 0.3101</w:t>
        <w:br/>
        <w:t>vn -0.6058 -0.7543 0.2532</w:t>
        <w:br/>
        <w:t>vn -0.1733 -0.3542 0.9190</w:t>
        <w:br/>
        <w:t>vn -0.7656 0.1010 0.6354</w:t>
        <w:br/>
        <w:t>vn -0.6285 -0.0426 0.7767</w:t>
        <w:br/>
        <w:t>vn -0.2748 0.1322 -0.9524</w:t>
        <w:br/>
        <w:t>vn 0.5148 -0.0864 0.8529</w:t>
        <w:br/>
        <w:t>vn 0.5603 -0.1013 0.8221</w:t>
        <w:br/>
        <w:t>vn 0.5126 -0.0034 0.8586</w:t>
        <w:br/>
        <w:t>vn 0.3457 0.1647 0.9238</w:t>
        <w:br/>
        <w:t>vn 0.3305 -0.8301 -0.4491</w:t>
        <w:br/>
        <w:t>vn 0.3879 -0.6115 -0.6896</w:t>
        <w:br/>
        <w:t>vn 0.3698 -0.8951 -0.2491</w:t>
        <w:br/>
        <w:t>vn 0.0635 -0.9233 0.3789</w:t>
        <w:br/>
        <w:t>vn 0.1330 -0.9755 0.1753</w:t>
        <w:br/>
        <w:t>vn -0.9806 -0.0904 -0.1739</w:t>
        <w:br/>
        <w:t>vn -0.9924 0.0785 -0.0948</w:t>
        <w:br/>
        <w:t>vn 0.2312 -0.7182 -0.6563</w:t>
        <w:br/>
        <w:t>vn 0.4200 -0.4192 -0.8049</w:t>
        <w:br/>
        <w:t>vn 0.2313 -0.7181 -0.6564</w:t>
        <w:br/>
        <w:t>vn 0.3743 -0.9122 0.1669</w:t>
        <w:br/>
        <w:t>vn 0.0306 -0.9980 0.0555</w:t>
        <w:br/>
        <w:t>vn -0.0464 -0.9959 -0.0771</w:t>
        <w:br/>
        <w:t>vn -0.0221 -0.9937 0.1100</w:t>
        <w:br/>
        <w:t>vn -0.4693 -0.8810 0.0601</w:t>
        <w:br/>
        <w:t>vn -0.3625 0.9212 -0.1416</w:t>
        <w:br/>
        <w:t>vn -0.4000 0.9151 0.0510</w:t>
        <w:br/>
        <w:t>vn -0.2580 0.8066 -0.5319</w:t>
        <w:br/>
        <w:t>vn -0.6782 0.6680 -0.3063</w:t>
        <w:br/>
        <w:t>vn -0.9626 0.2422 -0.1214</w:t>
        <w:br/>
        <w:t>vn -0.9533 0.2959 -0.0600</w:t>
        <w:br/>
        <w:t>vn -0.9637 0.2609 0.0559</w:t>
        <w:br/>
        <w:t>vn -0.8056 0.5514 -0.2169</w:t>
        <w:br/>
        <w:t>vn -0.9670 0.2279 0.1138</w:t>
        <w:br/>
        <w:t>vn -0.9614 0.2495 0.1161</w:t>
        <w:br/>
        <w:t>vn -0.9863 0.1557 0.0547</w:t>
        <w:br/>
        <w:t>vn -0.9512 0.2529 -0.1768</w:t>
        <w:br/>
        <w:t>vn -0.9841 0.1584 -0.0799</w:t>
        <w:br/>
        <w:t>vn -0.9512 0.2530 -0.1768</w:t>
        <w:br/>
        <w:t>vn -0.9528 0.2806 -0.1162</w:t>
        <w:br/>
        <w:t>vn -0.9527 0.2806 -0.1162</w:t>
        <w:br/>
        <w:t>vn -0.9639 0.2640 -0.0358</w:t>
        <w:br/>
        <w:t>vn -0.9867 0.1624 -0.0102</w:t>
        <w:br/>
        <w:t>vn -0.9903 -0.0056 -0.1392</w:t>
        <w:br/>
        <w:t>vn -0.9060 -0.1917 -0.3775</w:t>
        <w:br/>
        <w:t>vn -0.9060 -0.1916 -0.3774</w:t>
        <w:br/>
        <w:t>vn -0.7675 -0.4383 -0.4678</w:t>
        <w:br/>
        <w:t>vn -0.7812 -0.5922 -0.1973</w:t>
        <w:br/>
        <w:t>vn -0.5590 -0.0846 -0.8249</w:t>
        <w:br/>
        <w:t>vn -0.8265 -0.5605 0.0524</w:t>
        <w:br/>
        <w:t>vn -0.7811 -0.5923 -0.1974</w:t>
        <w:br/>
        <w:t>vn -0.8785 -0.4599 0.1297</w:t>
        <w:br/>
        <w:t>vn -0.8785 -0.4598 0.1297</w:t>
        <w:br/>
        <w:t>vn -0.9421 -0.2939 0.1615</w:t>
        <w:br/>
        <w:t>vn -0.9667 -0.2395 0.0903</w:t>
        <w:br/>
        <w:t>vn -0.9727 -0.2269 0.0490</w:t>
        <w:br/>
        <w:t>vn -0.9796 -0.1509 -0.1323</w:t>
        <w:br/>
        <w:t>vn -0.9797 -0.1509 -0.1323</w:t>
        <w:br/>
        <w:t>vn -0.9195 -0.1315 -0.3705</w:t>
        <w:br/>
        <w:t>vn -0.9195 -0.1314 -0.3705</w:t>
        <w:br/>
        <w:t>vn -0.9139 -0.2007 -0.3528</w:t>
        <w:br/>
        <w:t>vn -0.9649 -0.2295 -0.1278</w:t>
        <w:br/>
        <w:t>vn -0.9617 -0.2700 0.0477</w:t>
        <w:br/>
        <w:t>vn -0.9617 -0.2701 0.0477</w:t>
        <w:br/>
        <w:t>vn -0.9366 -0.3469 0.0491</w:t>
        <w:br/>
        <w:t>vn -0.9115 -0.4053 -0.0703</w:t>
        <w:br/>
        <w:t>vn -0.9115 -0.4053 -0.0702</w:t>
        <w:br/>
        <w:t>vn -0.8983 -0.3760 -0.2274</w:t>
        <w:br/>
        <w:t>vn -0.8900 -0.3372 -0.3068</w:t>
        <w:br/>
        <w:t>vn -0.8900 -0.3373 -0.3068</w:t>
        <w:br/>
        <w:t>vn -0.9140 -0.3663 -0.1745</w:t>
        <w:br/>
        <w:t>vn -0.9140 -0.3662 -0.1745</w:t>
        <w:br/>
        <w:t>vn -0.9716 -0.2264 0.0689</w:t>
        <w:br/>
        <w:t>vn -0.9716 -0.2264 0.0690</w:t>
        <w:br/>
        <w:t>vn -0.9833 0.0159 0.1810</w:t>
        <w:br/>
        <w:t>vn -0.9783 0.1181 0.1700</w:t>
        <w:br/>
        <w:t>vn -0.9892 0.1176 0.0878</w:t>
        <w:br/>
        <w:t>vn -0.9881 0.0426 0.1478</w:t>
        <w:br/>
        <w:t>vn -0.9881 0.0426 0.1477</w:t>
        <w:br/>
        <w:t>vn -0.9448 -0.0454 0.3244</w:t>
        <w:br/>
        <w:t>vn -0.9508 -0.1162 0.2872</w:t>
        <w:br/>
        <w:t>vn -0.9802 -0.1964 -0.0264</w:t>
        <w:br/>
        <w:t>vn -0.9924 -0.0860 -0.0882</w:t>
        <w:br/>
        <w:t>vn -0.9958 0.0878 0.0249</w:t>
        <w:br/>
        <w:t>vn -0.9929 0.0926 -0.0751</w:t>
        <w:br/>
        <w:t>vn -0.9940 0.0200 -0.1079</w:t>
        <w:br/>
        <w:t>vn -0.9991 -0.0218 -0.0362</w:t>
        <w:br/>
        <w:t>vn -0.9980 0.0627 0.0097</w:t>
        <w:br/>
        <w:t>vn -0.9825 0.1836 -0.0312</w:t>
        <w:br/>
        <w:t>vn -0.9634 0.2288 -0.1400</w:t>
        <w:br/>
        <w:t>vn -0.9399 0.2131 -0.2667</w:t>
        <w:br/>
        <w:t>vn -0.9311 0.1698 -0.3229</w:t>
        <w:br/>
        <w:t>vn -0.9311 0.1699 -0.3229</w:t>
        <w:br/>
        <w:t>vn -0.9476 0.0532 -0.3150</w:t>
        <w:br/>
        <w:t>vn -0.9649 -0.1363 -0.2244</w:t>
        <w:br/>
        <w:t>vn -0.9744 -0.2159 -0.0624</w:t>
        <w:br/>
        <w:t>vn -0.9744 -0.2160 -0.0624</w:t>
        <w:br/>
        <w:t>vn -0.9826 -0.1855 0.0126</w:t>
        <w:br/>
        <w:t>vn -0.9761 -0.2091 -0.0591</w:t>
        <w:br/>
        <w:t>vn -0.9681 -0.1757 -0.1786</w:t>
        <w:br/>
        <w:t>vn -0.9842 -0.0213 -0.1756</w:t>
        <w:br/>
        <w:t>vn -0.9962 0.0774 -0.0410</w:t>
        <w:br/>
        <w:t>vn -0.9942 0.0779 0.0737</w:t>
        <w:br/>
        <w:t>vn -0.9936 0.0720 0.0873</w:t>
        <w:br/>
        <w:t>vn -0.9967 0.0702 -0.0415</w:t>
        <w:br/>
        <w:t>vn -0.9806 0.0018 -0.1962</w:t>
        <w:br/>
        <w:t>vn -0.9369 -0.1908 -0.2929</w:t>
        <w:br/>
        <w:t>vn -0.8432 -0.4257 -0.3283</w:t>
        <w:br/>
        <w:t>vn -0.8432 -0.4256 -0.3284</w:t>
        <w:br/>
        <w:t>vn -0.7825 -0.5808 -0.2246</w:t>
        <w:br/>
        <w:t>vn -0.8348 -0.5422 -0.0954</w:t>
        <w:br/>
        <w:t>vn -0.9063 -0.4187 -0.0567</w:t>
        <w:br/>
        <w:t>vn -0.9063 -0.4188 -0.0567</w:t>
        <w:br/>
        <w:t>vn -0.9138 -0.4062 0.0051</w:t>
        <w:br/>
        <w:t>vn -0.9136 -0.4009 0.0678</w:t>
        <w:br/>
        <w:t>vn -0.9146 -0.4007 0.0544</w:t>
        <w:br/>
        <w:t>vn -0.9000 -0.4283 -0.0815</w:t>
        <w:br/>
        <w:t>vn -0.9000 -0.4282 -0.0815</w:t>
        <w:br/>
        <w:t>vn -0.9266 -0.3620 -0.1014</w:t>
        <w:br/>
        <w:t>vn -0.8674 -0.4898 -0.0877</w:t>
        <w:br/>
        <w:t>vn -0.8450 -0.5346 -0.0156</w:t>
        <w:br/>
        <w:t>vn -0.8450 -0.5346 -0.0155</w:t>
        <w:br/>
        <w:t>vn -0.9791 -0.1887 0.0760</w:t>
        <w:br/>
        <w:t>vn -0.9508 -0.1185 -0.2861</w:t>
        <w:br/>
        <w:t>vn -0.9232 0.3070 -0.2311</w:t>
        <w:br/>
        <w:t>vn -0.9828 0.1739 -0.0627</w:t>
        <w:br/>
        <w:t>vn -0.9179 0.2320 -0.3221</w:t>
        <w:br/>
        <w:t>vn -0.9022 0.3135 -0.2962</w:t>
        <w:br/>
        <w:t>vn -0.9179 0.2319 -0.3221</w:t>
        <w:br/>
        <w:t>vn -0.9924 0.0785 -0.0949</w:t>
        <w:br/>
        <w:t>vn -0.9448 0.3128 -0.0972</w:t>
        <w:br/>
        <w:t>vn -0.9959 -0.0899 0.0018</w:t>
        <w:br/>
        <w:t>vn -0.8901 -0.3198 0.3246</w:t>
        <w:br/>
        <w:t>vn -0.9978 0.0363 0.0552</w:t>
        <w:br/>
        <w:t>vn -0.9718 -0.2219 -0.0798</w:t>
        <w:br/>
        <w:t>vn -0.8746 -0.4845 0.0195</w:t>
        <w:br/>
        <w:t>vn 0.6834 0.7170 -0.1372</w:t>
        <w:br/>
        <w:t>vn 0.6107 0.7854 -0.1014</w:t>
        <w:br/>
        <w:t>vn 0.6107 0.7853 -0.1015</w:t>
        <w:br/>
        <w:t>vn 0.4762 0.8722 0.1120</w:t>
        <w:br/>
        <w:t>vn 0.3565 0.9289 0.1005</w:t>
        <w:br/>
        <w:t>vn 0.5672 0.8161 0.1106</w:t>
        <w:br/>
        <w:t>vn 0.6026 0.7962 0.0544</w:t>
        <w:br/>
        <w:t>vn 0.6027 0.7961 0.0544</w:t>
        <w:br/>
        <w:t>vn 0.2240 0.9746 -0.0019</w:t>
        <w:br/>
        <w:t>vn 0.2218 0.9698 0.1015</w:t>
        <w:br/>
        <w:t>vn 0.2219 0.9698 0.1015</w:t>
        <w:br/>
        <w:t>vn 0.2613 0.9517 0.1612</w:t>
        <w:br/>
        <w:t>vn 0.5595 0.8270 -0.0555</w:t>
        <w:br/>
        <w:t>vn 0.4927 0.8626 -0.1145</w:t>
        <w:br/>
        <w:t>vn 0.4927 0.8693 -0.0386</w:t>
        <w:br/>
        <w:t>vn 0.4927 0.8693 -0.0385</w:t>
        <w:br/>
        <w:t>vn 0.5172 0.8543 0.0516</w:t>
        <w:br/>
        <w:t>vn 0.5616 0.8263 0.0427</w:t>
        <w:br/>
        <w:t>vn 0.4189 0.7425 0.5227</w:t>
        <w:br/>
        <w:t>vn 0.5171 0.8543 0.0516</w:t>
        <w:br/>
        <w:t>vn 0.3702 0.7238 -0.5823</w:t>
        <w:br/>
        <w:t>vn 0.4876 0.6087 -0.6259</w:t>
        <w:br/>
        <w:t>vn 0.3539 -0.0146 -0.9352</w:t>
        <w:br/>
        <w:t>vn 0.4875 0.6087 -0.6259</w:t>
        <w:br/>
        <w:t>vn 0.9186 0.1012 -0.3820</w:t>
        <w:br/>
        <w:t>vn 0.7111 0.6889 -0.1407</w:t>
        <w:br/>
        <w:t>vn 0.6723 0.7281 -0.1339</w:t>
        <w:br/>
        <w:t>vn 0.6723 0.7281 -0.1340</w:t>
        <w:br/>
        <w:t>vn 0.6556 0.7412 -0.1440</w:t>
        <w:br/>
        <w:t>vn 0.6137 0.7867 -0.0672</w:t>
        <w:br/>
        <w:t>vn -0.5282 0.1381 -0.8378</w:t>
        <w:br/>
        <w:t>vn -0.5282 0.1382 -0.8378</w:t>
        <w:br/>
        <w:t>vn -0.6449 0.0111 -0.7642</w:t>
        <w:br/>
        <w:t>vn -0.9228 0.2407 -0.3007</w:t>
        <w:br/>
        <w:t>vn -0.9352 0.2414 -0.2592</w:t>
        <w:br/>
        <w:t>vn -0.9228 0.2407 -0.3008</w:t>
        <w:br/>
        <w:t>vn -0.9705 0.2158 -0.1075</w:t>
        <w:br/>
        <w:t>vn -0.9626 0.2423 -0.1214</w:t>
        <w:br/>
        <w:t>vn -0.7414 0.6161 -0.2661</w:t>
        <w:br/>
        <w:t>vn -0.9129 0.3457 -0.2171</w:t>
        <w:br/>
        <w:t>vn -0.8694 -0.2430 -0.4302</w:t>
        <w:br/>
        <w:t>vn -0.8694 -0.2430 -0.4303</w:t>
        <w:br/>
        <w:t>vn -0.9003 -0.4012 -0.1690</w:t>
        <w:br/>
        <w:t>vn -0.9292 -0.3531 -0.1094</w:t>
        <w:br/>
        <w:t>vn 0.0799 0.1550 0.9847</w:t>
        <w:br/>
        <w:t>vn -0.1364 0.1876 0.9727</w:t>
        <w:br/>
        <w:t>vn 0.1020 -0.1562 -0.9824</w:t>
        <w:br/>
        <w:t>vn 0.0634 -0.9233 0.3789</w:t>
        <w:br/>
        <w:t>vn -0.1894 -0.8829 0.4297</w:t>
        <w:br/>
        <w:t>vn -0.2109 -0.8378 -0.5036</w:t>
        <w:br/>
        <w:t>vn -0.2110 -0.8378 -0.5036</w:t>
        <w:br/>
        <w:t>vn 0.2683 0.2770 0.9226</w:t>
        <w:br/>
        <w:t>vn 0.7543 0.1565 0.6377</w:t>
        <w:br/>
        <w:t>vn 0.8123 0.0284 0.5826</w:t>
        <w:br/>
        <w:t>vn 0.8246 0.1691 0.5398</w:t>
        <w:br/>
        <w:t>vn 0.8246 0.1692 0.5398</w:t>
        <w:br/>
        <w:t>vn 0.9019 0.3660 0.2294</w:t>
        <w:br/>
        <w:t>vn 0.7721 0.4432 0.4554</w:t>
        <w:br/>
        <w:t>vn 0.9658 0.2555 0.0434</w:t>
        <w:br/>
        <w:t>vn 0.7213 0.2833 -0.6320</w:t>
        <w:br/>
        <w:t>vn 0.9019 0.3660 0.2295</w:t>
        <w:br/>
        <w:t>vn 0.3379 -0.0122 -0.9411</w:t>
        <w:br/>
        <w:t>vn 0.4483 0.2391 -0.8613</w:t>
        <w:br/>
        <w:t>vn 0.0791 0.2185 -0.9726</w:t>
        <w:br/>
        <w:t>vn 0.2483 0.1170 -0.9616</w:t>
        <w:br/>
        <w:t>vn 0.9567 0.2905 0.0185</w:t>
        <w:br/>
        <w:t>vn 0.9510 -0.1609 0.2642</w:t>
        <w:br/>
        <w:t>vn 0.4728 0.0654 -0.8787</w:t>
        <w:br/>
        <w:t>vn 0.8454 0.5332 -0.0307</w:t>
        <w:br/>
        <w:t>vn 0.8990 0.3005 -0.3186</w:t>
        <w:br/>
        <w:t>vn 0.9186 0.1012 -0.3821</w:t>
        <w:br/>
        <w:t>vn 0.1015 -0.1553 -0.9826</w:t>
        <w:br/>
        <w:t>vn -0.1867 0.5632 0.8049</w:t>
        <w:br/>
        <w:t>vn -0.2131 0.9054 0.3673</w:t>
        <w:br/>
        <w:t>vn -0.2501 0.9649 0.0797</w:t>
        <w:br/>
        <w:t>vn -0.1585 0.4091 -0.8986</w:t>
        <w:br/>
        <w:t>vn -0.2297 -0.9033 -0.3623</w:t>
        <w:br/>
        <w:t>vn 0.3278 0.4375 0.8373</w:t>
        <w:br/>
        <w:t>vn 0.4180 0.7468 0.5173</w:t>
        <w:br/>
        <w:t>vn 0.1723 0.5708 0.8028</w:t>
        <w:br/>
        <w:t>vn 0.4124 0.6913 0.5933</w:t>
        <w:br/>
        <w:t>vn 0.3159 0.8773 0.3613</w:t>
        <w:br/>
        <w:t>vn 0.1872 0.9804 0.0622</w:t>
        <w:br/>
        <w:t>vn 0.1325 0.9582 0.2534</w:t>
        <w:br/>
        <w:t>vn 0.3102 0.9078 -0.2823</w:t>
        <w:br/>
        <w:t>vn -0.0873 0.9593 -0.2687</w:t>
        <w:br/>
        <w:t>vn -0.1420 0.8548 -0.4992</w:t>
        <w:br/>
        <w:t>vn -0.2944 0.7907 -0.5368</w:t>
        <w:br/>
        <w:t>vn 0.0750 0.9118 -0.4037</w:t>
        <w:br/>
        <w:t>vn 0.3407 0.8052 -0.4855</w:t>
        <w:br/>
        <w:t>vn -0.0532 0.8591 -0.5091</w:t>
        <w:br/>
        <w:t>vn -0.8377 0.3607 0.4101</w:t>
        <w:br/>
        <w:t>vn 0.1772 0.4953 -0.8505</w:t>
        <w:br/>
        <w:t>vn -0.1948 -0.9153 -0.3524</w:t>
        <w:br/>
        <w:t>vn -0.1948 -0.9153 -0.3525</w:t>
        <w:br/>
        <w:t>vn 0.3080 0.3809 -0.8718</w:t>
        <w:br/>
        <w:t>vn -0.2194 0.3165 -0.9229</w:t>
        <w:br/>
        <w:t>vn -0.1180 0.4258 -0.8971</w:t>
        <w:br/>
        <w:t>vn 0.1118 -0.6469 0.7544</w:t>
        <w:br/>
        <w:t>vn 0.3093 -0.7114 0.6311</w:t>
        <w:br/>
        <w:t>vn -0.0762 -0.5469 0.8337</w:t>
        <w:br/>
        <w:t>vn -0.2055 -0.3072 -0.9292</w:t>
        <w:br/>
        <w:t>vn -0.5716 -0.2481 -0.7821</w:t>
        <w:br/>
        <w:t>vn -0.1727 -0.4267 -0.8877</w:t>
        <w:br/>
        <w:t>vn 0.2115 0.0378 0.9767</w:t>
        <w:br/>
        <w:t>vn 0.1920 0.0557 0.9798</w:t>
        <w:br/>
        <w:t>vn 0.2257 0.0488 0.9730</w:t>
        <w:br/>
        <w:t>vn 0.1449 0.4385 0.8870</w:t>
        <w:br/>
        <w:t>vn -0.1721 0.4396 0.8815</w:t>
        <w:br/>
        <w:t>vn 0.3996 0.3555 0.8449</w:t>
        <w:br/>
        <w:t>vn 0.1449 0.4384 0.8870</w:t>
        <w:br/>
        <w:t>vn 0.3139 0.2658 0.9115</w:t>
        <w:br/>
        <w:t>vn 0.1748 0.3930 0.9028</w:t>
        <w:br/>
        <w:t>vn 0.5787 0.2007 0.7905</w:t>
        <w:br/>
        <w:t>vn 0.4415 0.1294 0.8879</w:t>
        <w:br/>
        <w:t>vn 0.4387 0.8958 -0.0707</w:t>
        <w:br/>
        <w:t>vn 0.2197 0.9707 -0.0978</w:t>
        <w:br/>
        <w:t>vn -0.1721 0.4396 0.8816</w:t>
        <w:br/>
        <w:t>vn 0.0161 0.4093 0.9123</w:t>
        <w:br/>
        <w:t>vn 0.0161 0.4093 0.9122</w:t>
        <w:br/>
        <w:t>vn -0.2152 0.4259 0.8788</w:t>
        <w:br/>
        <w:t>vn -0.4088 -0.3819 -0.8289</w:t>
        <w:br/>
        <w:t>vn -0.0194 -0.3785 -0.9254</w:t>
        <w:br/>
        <w:t>vn -0.0923 -0.3897 -0.9163</w:t>
        <w:br/>
        <w:t>vn -0.1610 -0.4647 -0.8707</w:t>
        <w:br/>
        <w:t>vn 0.2910 0.9342 -0.2062</w:t>
        <w:br/>
        <w:t>vn 0.6094 0.7888 -0.0797</w:t>
        <w:br/>
        <w:t>vn 0.1988 0.4466 0.8724</w:t>
        <w:br/>
        <w:t>vn 0.1474 0.9647 -0.2182</w:t>
        <w:br/>
        <w:t>vn 0.4941 0.8436 -0.2104</w:t>
        <w:br/>
        <w:t>vn 0.4940 0.8436 -0.2104</w:t>
        <w:br/>
        <w:t>vn 0.1474 0.9647 -0.2181</w:t>
        <w:br/>
        <w:t>vn 0.6894 0.6808 -0.2477</w:t>
        <w:br/>
        <w:t>vn 0.6894 0.6807 -0.2477</w:t>
        <w:br/>
        <w:t>vn -0.4232 0.4426 0.7906</w:t>
        <w:br/>
        <w:t>vn -0.6084 0.4246 0.6705</w:t>
        <w:br/>
        <w:t>vn 0.4318 0.8953 -0.1092</w:t>
        <w:br/>
        <w:t>vn -0.4143 -0.1742 -0.8933</w:t>
        <w:br/>
        <w:t>vn 0.1327 0.9814 -0.1384</w:t>
        <w:br/>
        <w:t>vn 0.6040 -0.4282 -0.6721</w:t>
        <w:br/>
        <w:t>vn 0.3748 -0.4461 -0.8127</w:t>
        <w:br/>
        <w:t>vn -0.1171 -0.4746 -0.8724</w:t>
        <w:br/>
        <w:t>vn 0.0125 -0.3222 -0.9466</w:t>
        <w:br/>
        <w:t>vn -0.0489 -0.4341 -0.8995</w:t>
        <w:br/>
        <w:t>vn 0.1427 -0.4293 -0.8918</w:t>
        <w:br/>
        <w:t>vn 0.3747 -0.4462 -0.8127</w:t>
        <w:br/>
        <w:t>vn 0.6199 0.7065 -0.3415</w:t>
        <w:br/>
        <w:t>vn -0.0036 -0.3039 -0.9527</w:t>
        <w:br/>
        <w:t>vn 0.3538 -0.0146 -0.9352</w:t>
        <w:br/>
        <w:t>vn -0.1450 -0.0974 -0.9846</w:t>
        <w:br/>
        <w:t>vn 0.7442 0.0961 -0.6610</w:t>
        <w:br/>
        <w:t>vn -0.1874 -0.3475 0.9188</w:t>
        <w:br/>
        <w:t>vn -0.1275 -0.3471 0.9291</w:t>
        <w:br/>
        <w:t>vn 0.2683 0.2770 0.9227</w:t>
        <w:br/>
        <w:t>vn -0.3165 0.3502 0.8816</w:t>
        <w:br/>
        <w:t>vn -0.3520 0.3515 0.8675</w:t>
        <w:br/>
        <w:t>vn -0.2928 0.4892 0.8216</w:t>
        <w:br/>
        <w:t>vn -0.2456 0.5322 0.8102</w:t>
        <w:br/>
        <w:t>vn -0.2912 0.4997 0.8158</w:t>
        <w:br/>
        <w:t>vn -0.6036 0.0251 0.7969</w:t>
        <w:br/>
        <w:t>vn -0.6153 0.0384 0.7874</w:t>
        <w:br/>
        <w:t>vn -0.7615 -0.3467 0.5477</w:t>
        <w:br/>
        <w:t>vn -0.7351 -0.3049 0.6055</w:t>
        <w:br/>
        <w:t>vn -0.7709 -0.4502 0.4506</w:t>
        <w:br/>
        <w:t>vn -0.7340 -0.3974 0.5507</w:t>
        <w:br/>
        <w:t>vn -0.6563 -0.1227 0.7445</w:t>
        <w:br/>
        <w:t>vn -0.4450 0.1301 0.8860</w:t>
        <w:br/>
        <w:t>vn -0.4155 0.4334 0.7997</w:t>
        <w:br/>
        <w:t>vn -0.4634 0.0327 0.8856</w:t>
        <w:br/>
        <w:t>vn -0.4458 0.0325 0.8946</w:t>
        <w:br/>
        <w:t>vn -0.3218 0.5741 0.7529</w:t>
        <w:br/>
        <w:t>vn -0.3527 0.5813 0.7333</w:t>
        <w:br/>
        <w:t>vn -0.1227 0.9535 0.2753</w:t>
        <w:br/>
        <w:t>vn -0.1215 0.9560 0.2671</w:t>
        <w:br/>
        <w:t>vn -0.0868 0.9862 0.1412</w:t>
        <w:br/>
        <w:t>vn -0.0559 0.9289 0.3660</w:t>
        <w:br/>
        <w:t>vn -0.1744 0.8205 0.5443</w:t>
        <w:br/>
        <w:t>vn -0.1380 0.8772 0.4600</w:t>
        <w:br/>
        <w:t>vn -0.1455 0.9013 0.4080</w:t>
        <w:br/>
        <w:t>vn -0.1226 0.9177 0.3779</w:t>
        <w:br/>
        <w:t>vn -0.7745 -0.4014 0.4889</w:t>
        <w:br/>
        <w:t>vn -0.7266 -0.3961 0.5613</w:t>
        <w:br/>
        <w:t>vn -0.8335 -0.4736 0.2847</w:t>
        <w:br/>
        <w:t>vn -0.8808 -0.4519 0.1413</w:t>
        <w:br/>
        <w:t>vn -0.7072 -0.3405 0.6197</w:t>
        <w:br/>
        <w:t>vn -0.7703 -0.3400 0.5395</w:t>
        <w:br/>
        <w:t>vn -0.8980 -0.4153 0.1455</w:t>
        <w:br/>
        <w:t>vn -0.8198 -0.4403 -0.3662</w:t>
        <w:br/>
        <w:t>vn -0.8250 -0.4122 -0.3866</w:t>
        <w:br/>
        <w:t>vn -0.7265 -0.2438 -0.6424</w:t>
        <w:br/>
        <w:t>vn -0.7519 -0.4117 -0.5148</w:t>
        <w:br/>
        <w:t>vn -0.8292 -0.3835 -0.4067</w:t>
        <w:br/>
        <w:t>vn -0.6903 -0.3195 -0.6491</w:t>
        <w:br/>
        <w:t>vn -0.1156 0.9903 -0.0776</w:t>
        <w:br/>
        <w:t>vn -0.0606 0.9921 -0.1097</w:t>
        <w:br/>
        <w:t>vn 0.0164 0.7612 -0.6483</w:t>
        <w:br/>
        <w:t>vn 0.0085 0.7911 -0.6117</w:t>
        <w:br/>
        <w:t>vn -0.1881 0.9817 0.0296</w:t>
        <w:br/>
        <w:t>vn 0.0504 0.8904 -0.4523</w:t>
        <w:br/>
        <w:t>vn -0.1881 0.9817 0.0297</w:t>
        <w:br/>
        <w:t>vn 0.0473 0.7534 -0.6559</w:t>
        <w:br/>
        <w:t>vn 0.1440 0.8115 -0.5663</w:t>
        <w:br/>
        <w:t>vn -0.7730 -0.3474 -0.5308</w:t>
        <w:br/>
        <w:t>vn -0.4855 0.3389 -0.8059</w:t>
        <w:br/>
        <w:t>vn -0.3524 0.5012 -0.7903</w:t>
        <w:br/>
        <w:t>vn -0.4110 0.2986 -0.8614</w:t>
        <w:br/>
        <w:t>vn -0.4347 0.2905 -0.8524</w:t>
        <w:br/>
        <w:t>vn -0.2646 0.6152 -0.7427</w:t>
        <w:br/>
        <w:t>vn -0.4181 0.3625 -0.8330</w:t>
        <w:br/>
        <w:t>vn -0.2126 0.7135 -0.6676</w:t>
        <w:br/>
        <w:t>vn -0.1796 0.7233 -0.6668</w:t>
        <w:br/>
        <w:t>vn -0.3106 0.6550 -0.6888</w:t>
        <w:br/>
        <w:t>vn -0.4293 0.4233 -0.7978</w:t>
        <w:br/>
        <w:t>vn -0.6403 -0.0799 -0.7639</w:t>
        <w:br/>
        <w:t>vn -0.4435 0.3940 -0.8051</w:t>
        <w:br/>
        <w:t>vn -0.6374 -0.0927 -0.7649</w:t>
        <w:br/>
        <w:t>vn -0.7676 -0.4671 -0.4389</w:t>
        <w:br/>
        <w:t>vn -0.7593 -0.3913 -0.5199</w:t>
        <w:br/>
        <w:t>vn 0.0549 0.9518 -0.3018</w:t>
        <w:br/>
        <w:t>vn 0.2021 0.9786 0.0389</w:t>
        <w:br/>
        <w:t>vn 0.1270 0.9760 -0.1771</w:t>
        <w:br/>
        <w:t>vn 0.0954 0.9710 -0.2191</w:t>
        <w:br/>
        <w:t>vn 0.1270 0.9760 -0.1770</w:t>
        <w:br/>
        <w:t>vn 0.3222 -0.3497 -0.8797</w:t>
        <w:br/>
        <w:t>vn 0.2931 -0.4935 -0.8188</w:t>
        <w:br/>
        <w:t>vn 0.3629 -0.3525 -0.8626</w:t>
        <w:br/>
        <w:t>vn 0.2385 -0.5357 -0.8100</w:t>
        <w:br/>
        <w:t>vn 0.2871 -0.5014 -0.8162</w:t>
        <w:br/>
        <w:t>vn 0.6118 -0.0387 -0.7901</w:t>
        <w:br/>
        <w:t>vn 0.6027 -0.0249 -0.7976</w:t>
        <w:br/>
        <w:t>vn 0.7597 0.3451 -0.5511</w:t>
        <w:br/>
        <w:t>vn 0.7345 0.3031 -0.6072</w:t>
        <w:br/>
        <w:t>vn 0.7706 0.4492 -0.4522</w:t>
        <w:br/>
        <w:t>vn 0.7346 0.3969 -0.5503</w:t>
        <w:br/>
        <w:t>vn 0.6570 0.1221 -0.7439</w:t>
        <w:br/>
        <w:t>vn 0.4252 -0.4291 -0.7969</w:t>
        <w:br/>
        <w:t>vn 0.4520 -0.1226 -0.8836</w:t>
        <w:br/>
        <w:t>vn 0.4633 -0.0254 -0.8858</w:t>
        <w:br/>
        <w:t>vn 0.4478 -0.0219 -0.8939</w:t>
        <w:br/>
        <w:t>vn 0.3512 -0.5822 -0.7333</w:t>
        <w:br/>
        <w:t>vn 0.3149 -0.5767 -0.7539</w:t>
        <w:br/>
        <w:t>vn 0.1224 -0.9560 -0.2667</w:t>
        <w:br/>
        <w:t>vn 0.1187 -0.9537 -0.2765</w:t>
        <w:br/>
        <w:t>vn 0.0576 -0.9288 -0.3660</w:t>
        <w:br/>
        <w:t>vn 0.0849 -0.9859 -0.1440</w:t>
        <w:br/>
        <w:t>vn 0.1720 -0.8216 -0.5435</w:t>
        <w:br/>
        <w:t>vn 0.1343 -0.8775 -0.4603</w:t>
        <w:br/>
        <w:t>vn 0.1453 -0.9008 -0.4093</w:t>
        <w:br/>
        <w:t>vn 0.1271 -0.9172 -0.3777</w:t>
        <w:br/>
        <w:t>vn 0.7769 0.4008 -0.4856</w:t>
        <w:br/>
        <w:t>vn 0.8358 0.4710 -0.2823</w:t>
        <w:br/>
        <w:t>vn 0.7278 0.3949 -0.5607</w:t>
        <w:br/>
        <w:t>vn 0.8822 0.4504 -0.1372</w:t>
        <w:br/>
        <w:t>vn 0.7084 0.3425 -0.6171</w:t>
        <w:br/>
        <w:t>vn 0.7735 0.3400 -0.5349</w:t>
        <w:br/>
        <w:t>vn 0.8985 0.4163 -0.1390</w:t>
        <w:br/>
        <w:t>vn 0.8264 0.4135 0.3822</w:t>
        <w:br/>
        <w:t>vn 0.8234 0.4385 0.3603</w:t>
        <w:br/>
        <w:t>vn 0.7523 0.4142 0.5122</w:t>
        <w:br/>
        <w:t>vn 0.7255 0.2493 0.6415</w:t>
        <w:br/>
        <w:t>vn 0.8285 0.3878 0.4040</w:t>
        <w:br/>
        <w:t>vn 0.6913 0.3208 0.6474</w:t>
        <w:br/>
        <w:t>vn 0.1097 -0.9912 0.0745</w:t>
        <w:br/>
        <w:t>vn -0.0117 -0.7898 0.6132</w:t>
        <w:br/>
        <w:t>vn -0.0191 -0.7588 0.6510</w:t>
        <w:br/>
        <w:t>vn 0.0529 -0.9927 0.1086</w:t>
        <w:br/>
        <w:t>vn 0.0529 -0.9927 0.1087</w:t>
        <w:br/>
        <w:t>vn 0.1853 -0.9821 -0.0331</w:t>
        <w:br/>
        <w:t>vn -0.0654 -0.8944 0.4425</w:t>
        <w:br/>
        <w:t>vn -0.1511 -0.8131 0.5621</w:t>
        <w:br/>
        <w:t>vn -0.0531 -0.7575 0.6507</w:t>
        <w:br/>
        <w:t>vn 0.7696 0.3543 0.5312</w:t>
        <w:br/>
        <w:t>vn 0.4811 -0.3431 0.8067</w:t>
        <w:br/>
        <w:t>vn 0.4324 -0.2879 0.8545</w:t>
        <w:br/>
        <w:t>vn 0.4069 -0.2968 0.8639</w:t>
        <w:br/>
        <w:t>vn 0.3575 -0.4978 0.7901</w:t>
        <w:br/>
        <w:t>vn 0.2451 -0.6207 0.7448</w:t>
        <w:br/>
        <w:t>vn 0.4243 -0.3612 0.8304</w:t>
        <w:br/>
        <w:t>vn 0.1950 -0.7144 0.6720</w:t>
        <w:br/>
        <w:t>vn 0.1727 -0.7240 0.6678</w:t>
        <w:br/>
        <w:t>vn 0.3079 -0.6553 0.6898</w:t>
        <w:br/>
        <w:t>vn 0.4297 -0.4239 0.7973</w:t>
        <w:br/>
        <w:t>vn 0.6363 0.0807 0.7672</w:t>
        <w:br/>
        <w:t>vn 0.4410 -0.3899 0.8084</w:t>
        <w:br/>
        <w:t>vn 0.6345 0.0908 0.7676</w:t>
        <w:br/>
        <w:t>vn 0.7652 0.4648 0.4454</w:t>
        <w:br/>
        <w:t>vn 0.7580 0.3934 0.5203</w:t>
        <w:br/>
        <w:t>vn -0.0717 -0.9521 0.2973</w:t>
        <w:br/>
        <w:t>vn -0.1325 -0.9773 0.1652</w:t>
        <w:br/>
        <w:t>vn -0.2004 -0.9788 -0.0428</w:t>
        <w:br/>
        <w:t>vn -0.0971 -0.9708 0.2193</w:t>
        <w:br/>
        <w:t>vn -0.7908 0.3599 -0.4951</w:t>
        <w:br/>
        <w:t>vn -0.7908 0.3599 -0.4950</w:t>
        <w:br/>
        <w:t>vn -0.8513 0.2831 -0.4417</w:t>
        <w:br/>
        <w:t>vn -0.6358 0.5932 -0.4938</w:t>
        <w:br/>
        <w:t>vn -0.5593 0.7748 -0.2947</w:t>
        <w:br/>
        <w:t>vn -0.5291 0.8390 -0.1269</w:t>
        <w:br/>
        <w:t>vn -0.8219 0.3609 -0.4408</w:t>
        <w:br/>
        <w:t>vn -0.8219 0.3607 -0.4409</w:t>
        <w:br/>
        <w:t>vn -0.8819 0.1923 -0.4305</w:t>
        <w:br/>
        <w:t>vn -0.8818 0.1923 -0.4306</w:t>
        <w:br/>
        <w:t>vn -0.9155 -0.0040 -0.4023</w:t>
        <w:br/>
        <w:t>vn -0.9505 -0.0254 -0.3098</w:t>
        <w:br/>
        <w:t>vn -0.9892 -0.0977 -0.1089</w:t>
        <w:br/>
        <w:t>vn -0.9872 -0.1591 0.0062</w:t>
        <w:br/>
        <w:t>vn -0.9872 -0.1591 0.0063</w:t>
        <w:br/>
        <w:t>vn -0.9899 -0.1409 0.0164</w:t>
        <w:br/>
        <w:t>vn -0.9899 -0.1409 0.0163</w:t>
        <w:br/>
        <w:t>vn -0.4633 0.8824 -0.0818</w:t>
        <w:br/>
        <w:t>vn -0.4632 0.8824 -0.0818</w:t>
        <w:br/>
        <w:t>vn -0.5132 0.8502 -0.1173</w:t>
        <w:br/>
        <w:t>vn -0.4239 0.9055 -0.0169</w:t>
        <w:br/>
        <w:t>vn -0.4238 0.9056 -0.0169</w:t>
        <w:br/>
        <w:t>vn -0.4436 0.8955 0.0369</w:t>
        <w:br/>
        <w:t>vn -0.4648 0.8849 0.0306</w:t>
        <w:br/>
        <w:t>vn -0.9979 -0.0576 0.0283</w:t>
        <w:br/>
        <w:t>vn -0.9979 -0.0575 0.0283</w:t>
        <w:br/>
        <w:t>vn -0.9998 -0.0095 -0.0183</w:t>
        <w:br/>
        <w:t>vn -0.9863 -0.0123 -0.1645</w:t>
        <w:br/>
        <w:t>vn -0.8527 0.1864 0.4880</w:t>
        <w:br/>
        <w:t>vn -0.8094 0.2197 0.5446</w:t>
        <w:br/>
        <w:t>vn -0.9161 0.1247 0.3811</w:t>
        <w:br/>
        <w:t>vn -0.9161 0.1247 0.3810</w:t>
        <w:br/>
        <w:t>vn -0.7636 0.2805 0.5815</w:t>
        <w:br/>
        <w:t>vn -0.6782 0.4551 0.5770</w:t>
        <w:br/>
        <w:t>vn -0.6443 0.5780 0.5008</w:t>
        <w:br/>
        <w:t>vn -0.6443 0.5781 0.5008</w:t>
        <w:br/>
        <w:t>vn -0.6041 0.7396 0.2966</w:t>
        <w:br/>
        <w:t>vn -0.5071 0.8601 0.0550</w:t>
        <w:br/>
        <w:t>vn -0.9942 0.0604 -0.0891</w:t>
        <w:br/>
        <w:t>vn -0.9681 0.1344 0.2116</w:t>
        <w:br/>
        <w:t>vn -0.9942 0.0604 -0.0892</w:t>
        <w:br/>
        <w:t>vn 0.3175 0.3509 0.8809</w:t>
        <w:br/>
        <w:t>vn 0.2937 0.4898 0.8209</w:t>
        <w:br/>
        <w:t>vn 0.3530 0.3522 0.8668</w:t>
        <w:br/>
        <w:t>vn 0.2466 0.5328 0.8096</w:t>
        <w:br/>
        <w:t>vn 0.2921 0.5003 0.8151</w:t>
        <w:br/>
        <w:t>vn 0.6162 0.0389 0.7867</w:t>
        <w:br/>
        <w:t>vn 0.6044 0.0256 0.7962</w:t>
        <w:br/>
        <w:t>vn 0.7620 -0.3463 0.5471</w:t>
        <w:br/>
        <w:t>vn 0.7357 -0.3046 0.6050</w:t>
        <w:br/>
        <w:t>vn 0.7713 -0.4500 0.4501</w:t>
        <w:br/>
        <w:t>vn 0.7346 -0.3971 0.5502</w:t>
        <w:br/>
        <w:t>vn 0.6571 -0.1222 0.7439</w:t>
        <w:br/>
        <w:t>vn 0.4164 0.4339 0.7989</w:t>
        <w:br/>
        <w:t>vn 0.4460 0.1307 0.8854</w:t>
        <w:br/>
        <w:t>vn 0.4643 0.0333 0.8850</w:t>
        <w:br/>
        <w:t>vn 0.4468 0.0331 0.8940</w:t>
        <w:br/>
        <w:t>vn 0.3536 0.5818 0.7324</w:t>
        <w:br/>
        <w:t>vn 0.3227 0.5746 0.7521</w:t>
        <w:br/>
        <w:t>vn 0.1219 0.9562 0.2663</w:t>
        <w:br/>
        <w:t>vn 0.1231 0.9537 0.2745</w:t>
        <w:br/>
        <w:t>vn 0.0564 0.9292 0.3653</w:t>
        <w:br/>
        <w:t>vn 0.0870 0.9863 0.1403</w:t>
        <w:br/>
        <w:t>vn 0.1751 0.8209 0.5435</w:t>
        <w:br/>
        <w:t>vn 0.1461 0.9016 0.4071</w:t>
        <w:br/>
        <w:t>vn 0.1386 0.8775 0.4592</w:t>
        <w:br/>
        <w:t>vn 0.1232 0.9179 0.3771</w:t>
        <w:br/>
        <w:t>vn 0.7750 -0.4011 0.4883</w:t>
        <w:br/>
        <w:t>vn 0.8337 -0.4735 0.2841</w:t>
        <w:br/>
        <w:t>vn 0.7272 -0.3958 0.5608</w:t>
        <w:br/>
        <w:t>vn 0.8809 -0.4519 0.1407</w:t>
        <w:br/>
        <w:t>vn 0.7078 -0.3401 0.6191</w:t>
        <w:br/>
        <w:t>vn 0.7709 -0.3396 0.5389</w:t>
        <w:br/>
        <w:t>vn 0.8981 -0.4153 0.1448</w:t>
        <w:br/>
        <w:t>vn 0.8245 -0.4126 -0.3872</w:t>
        <w:br/>
        <w:t>vn 0.8193 -0.4406 -0.3668</w:t>
        <w:br/>
        <w:t>vn 0.7513 -0.4122 -0.5154</w:t>
        <w:br/>
        <w:t>vn 0.7258 -0.2444 -0.6431</w:t>
        <w:br/>
        <w:t>vn 0.8287 -0.3839 -0.4073</w:t>
        <w:br/>
        <w:t>vn 0.6896 -0.3200 -0.6496</w:t>
        <w:br/>
        <w:t>vn 0.1156 0.9902 -0.0785</w:t>
        <w:br/>
        <w:t>vn -0.0091 0.7906 -0.6123</w:t>
        <w:br/>
        <w:t>vn -0.0170 0.7607 -0.6488</w:t>
        <w:br/>
        <w:t>vn 0.0606 0.9920 -0.1105</w:t>
        <w:br/>
        <w:t>vn 0.1882 0.9817 0.0287</w:t>
        <w:br/>
        <w:t>vn -0.0508 0.8901 -0.4529</w:t>
        <w:br/>
        <w:t>vn -0.1445 0.8111 -0.5667</w:t>
        <w:br/>
        <w:t>vn -0.0480 0.7529 -0.6564</w:t>
        <w:br/>
        <w:t>vn 0.7724 -0.3479 -0.5314</w:t>
        <w:br/>
        <w:t>vn 0.4846 0.3383 -0.8067</w:t>
        <w:br/>
        <w:t>vn 0.4338 0.2898 -0.8531</w:t>
        <w:br/>
        <w:t>vn 0.4101 0.2979 -0.8620</w:t>
        <w:br/>
        <w:t>vn 0.3516 0.5006 -0.7911</w:t>
        <w:br/>
        <w:t>vn 0.2638 0.6146 -0.7434</w:t>
        <w:br/>
        <w:t>vn 0.4172 0.3619 -0.8337</w:t>
        <w:br/>
        <w:t>vn 0.2119 0.7130 -0.6684</w:t>
        <w:br/>
        <w:t>vn 0.1789 0.7228 -0.6675</w:t>
        <w:br/>
        <w:t>vn 0.3099 0.6544 -0.6897</w:t>
        <w:br/>
        <w:t>vn 0.4284 0.4227 -0.7986</w:t>
        <w:br/>
        <w:t>vn 0.6395 -0.0806 -0.7646</w:t>
        <w:br/>
        <w:t>vn 0.4426 0.3933 -0.8059</w:t>
        <w:br/>
        <w:t>vn 0.6365 -0.0934 -0.7656</w:t>
        <w:br/>
        <w:t>vn 0.7671 -0.4675 -0.4394</w:t>
        <w:br/>
        <w:t>vn 0.7587 -0.3917 -0.5204</w:t>
        <w:br/>
        <w:t>vn -0.0552 0.9516 -0.3025</w:t>
        <w:br/>
        <w:t>vn -0.0955 0.9709 -0.2197</w:t>
        <w:br/>
        <w:t>vn -0.1271 0.9759 -0.1777</w:t>
        <w:br/>
        <w:t>vn -0.2020 0.9786 0.0383</w:t>
        <w:br/>
        <w:t>vn -0.1270 0.9759 -0.1776</w:t>
        <w:br/>
        <w:t>vn -0.3233 -0.3504 -0.8791</w:t>
        <w:br/>
        <w:t>vn -0.3639 -0.3531 -0.8619</w:t>
        <w:br/>
        <w:t>vn -0.2941 -0.4941 -0.8181</w:t>
        <w:br/>
        <w:t>vn -0.2394 -0.5363 -0.8094</w:t>
        <w:br/>
        <w:t>vn -0.2881 -0.5020 -0.8155</w:t>
        <w:br/>
        <w:t>vn -0.6036 -0.0254 -0.7969</w:t>
        <w:br/>
        <w:t>vn -0.6126 -0.0392 -0.7894</w:t>
        <w:br/>
        <w:t>vn -0.7603 0.3448 -0.5505</w:t>
        <w:br/>
        <w:t>vn -0.7351 0.3028 -0.6066</w:t>
        <w:br/>
        <w:t>vn -0.7352 0.3965 -0.5498</w:t>
        <w:br/>
        <w:t>vn -0.7710 0.4489 -0.4517</w:t>
        <w:br/>
        <w:t>vn -0.6579 0.1216 -0.7433</w:t>
        <w:br/>
        <w:t>vn -0.4260 -0.4297 -0.7961</w:t>
        <w:br/>
        <w:t>vn -0.4530 -0.1232 -0.8830</w:t>
        <w:br/>
        <w:t>vn -0.4643 -0.0260 -0.8853</w:t>
        <w:br/>
        <w:t>vn -0.4488 -0.0226 -0.8934</w:t>
        <w:br/>
        <w:t>vn -0.3158 -0.5772 -0.7531</w:t>
        <w:br/>
        <w:t>vn -0.3520 -0.5828 -0.7324</w:t>
        <w:br/>
        <w:t>vn -0.1191 -0.9539 -0.2756</w:t>
        <w:br/>
        <w:t>vn -0.1228 -0.9562 -0.2658</w:t>
        <w:br/>
        <w:t>vn -0.0852 -0.9860 -0.1431</w:t>
        <w:br/>
        <w:t>vn -0.0582 -0.9291 -0.3652</w:t>
        <w:br/>
        <w:t>vn -0.1727 -0.8220 -0.5426</w:t>
        <w:br/>
        <w:t>vn -0.1349 -0.8779 -0.4595</w:t>
        <w:br/>
        <w:t>vn -0.1458 -0.9010 -0.4085</w:t>
        <w:br/>
        <w:t>vn -0.1276 -0.9174 -0.3769</w:t>
        <w:br/>
        <w:t>vn -0.7774 0.4005 -0.4851</w:t>
        <w:br/>
        <w:t>vn -0.7283 0.3946 -0.5602</w:t>
        <w:br/>
        <w:t>vn -0.8360 0.4708 -0.2817</w:t>
        <w:br/>
        <w:t>vn -0.8823 0.4504 -0.1365</w:t>
        <w:br/>
        <w:t>vn -0.7090 0.3421 -0.6166</w:t>
        <w:br/>
        <w:t>vn -0.7740 0.3396 -0.5344</w:t>
        <w:br/>
        <w:t>vn -0.8986 0.4163 -0.1383</w:t>
        <w:br/>
        <w:t>vn -0.8229 0.4389 0.3608</w:t>
        <w:br/>
        <w:t>vn -0.8259 0.4139 0.3828</w:t>
        <w:br/>
        <w:t>vn -0.7248 0.2499 0.6421</w:t>
        <w:br/>
        <w:t>vn -0.7517 0.4147 0.5128</w:t>
        <w:br/>
        <w:t>vn -0.8280 0.3882 0.4046</w:t>
        <w:br/>
        <w:t>vn -0.6906 0.3214 0.6479</w:t>
        <w:br/>
        <w:t>vn -0.1097 -0.9911 0.0754</w:t>
        <w:br/>
        <w:t>vn -0.0529 -0.9926 0.1095</w:t>
        <w:br/>
        <w:t>vn 0.0198 -0.7583 0.6516</w:t>
        <w:br/>
        <w:t>vn 0.0123 -0.7894 0.6138</w:t>
        <w:br/>
        <w:t>vn -0.1855 -0.9821 -0.0321</w:t>
        <w:br/>
        <w:t>vn 0.0658 -0.8941 0.4431</w:t>
        <w:br/>
        <w:t>vn 0.1516 -0.8127 0.5626</w:t>
        <w:br/>
        <w:t>vn 0.0537 -0.7570 0.6512</w:t>
        <w:br/>
        <w:t>vn -0.7690 0.3548 0.5318</w:t>
        <w:br/>
        <w:t>vn -0.4802 -0.3424 0.8075</w:t>
        <w:br/>
        <w:t>vn -0.3567 -0.4972 0.7909</w:t>
        <w:br/>
        <w:t>vn -0.4060 -0.2961 0.8646</w:t>
        <w:br/>
        <w:t>vn -0.4315 -0.2872 0.8552</w:t>
        <w:br/>
        <w:t>vn -0.4234 -0.3606 0.8311</w:t>
        <w:br/>
        <w:t>vn -0.2444 -0.6201 0.7455</w:t>
        <w:br/>
        <w:t>vn -0.1943 -0.7139 0.6728</w:t>
        <w:br/>
        <w:t>vn -0.1720 -0.7235 0.6686</w:t>
        <w:br/>
        <w:t>vn -0.3072 -0.6547 0.6906</w:t>
        <w:br/>
        <w:t>vn -0.4288 -0.4232 0.7981</w:t>
        <w:br/>
        <w:t>vn -0.6354 0.0814 0.7679</w:t>
        <w:br/>
        <w:t>vn -0.4401 -0.3893 0.8092</w:t>
        <w:br/>
        <w:t>vn -0.6336 0.0914 0.7682</w:t>
        <w:br/>
        <w:t>vn -0.7647 0.4652 0.4459</w:t>
        <w:br/>
        <w:t>vn -0.7574 0.3939 0.5208</w:t>
        <w:br/>
        <w:t>vn 0.0720 -0.9519 0.2979</w:t>
        <w:br/>
        <w:t>vn 0.1326 -0.9772 0.1658</w:t>
        <w:br/>
        <w:t>vn 0.0973 -0.9707 0.2199</w:t>
        <w:br/>
        <w:t>vn 0.2003 -0.9788 -0.0423</w:t>
        <w:br/>
        <w:t>vn 0.1326 -0.9772 0.1659</w:t>
        <w:br/>
        <w:t>vn 0.7903 0.3594 -0.4962</w:t>
        <w:br/>
        <w:t>vn 0.8508 0.2827 -0.4429</w:t>
        <w:br/>
        <w:t>vn 0.7903 0.3595 -0.4962</w:t>
        <w:br/>
        <w:t>vn 0.6353 0.5928 -0.4950</w:t>
        <w:br/>
        <w:t>vn 0.5591 0.7745 -0.2959</w:t>
        <w:br/>
        <w:t>vn 0.5291 0.8388 -0.1281</w:t>
        <w:br/>
        <w:t>vn 0.8215 0.3604 -0.4419</w:t>
        <w:br/>
        <w:t>vn 0.8215 0.3603 -0.4420</w:t>
        <w:br/>
        <w:t>vn 0.8814 0.1919 -0.4317</w:t>
        <w:br/>
        <w:t>vn 0.8814 0.1918 -0.4317</w:t>
        <w:br/>
        <w:t>vn 0.9151 -0.0044 -0.4033</w:t>
        <w:br/>
        <w:t>vn 0.9501 -0.0258 -0.3108</w:t>
        <w:br/>
        <w:t>vn 0.9891 -0.0978 -0.1099</w:t>
        <w:br/>
        <w:t>vn 0.9872 -0.1593 0.0053</w:t>
        <w:br/>
        <w:t>vn 0.9872 -0.1592 0.0053</w:t>
        <w:br/>
        <w:t>vn 0.9899 -0.1411 0.0154</w:t>
        <w:br/>
        <w:t>vn 0.9899 -0.1410 0.0154</w:t>
        <w:br/>
        <w:t>vn 0.4632 0.8824 -0.0830</w:t>
        <w:br/>
        <w:t>vn 0.5132 0.8500 -0.1185</w:t>
        <w:br/>
        <w:t>vn 0.4240 0.9055 -0.0180</w:t>
        <w:br/>
        <w:t>vn 0.4241 0.9054 -0.0180</w:t>
        <w:br/>
        <w:t>vn 0.4438 0.8954 0.0357</w:t>
        <w:br/>
        <w:t>vn 0.4438 0.8954 0.0356</w:t>
        <w:br/>
        <w:t>vn 0.4649 0.8849 0.0294</w:t>
        <w:br/>
        <w:t>vn 0.4649 0.8849 0.0295</w:t>
        <w:br/>
        <w:t>vn 0.9980 -0.0576 0.0272</w:t>
        <w:br/>
        <w:t>vn 0.9998 -0.0096 -0.0194</w:t>
        <w:br/>
        <w:t>vn 0.9980 -0.0577 0.0272</w:t>
        <w:br/>
        <w:t>vn 0.9861 -0.0125 -0.1656</w:t>
        <w:br/>
        <w:t>vn 0.8533 0.1867 0.4868</w:t>
        <w:br/>
        <w:t>vn 0.8101 0.2200 0.5435</w:t>
        <w:br/>
        <w:t>vn 0.8100 0.2200 0.5435</w:t>
        <w:br/>
        <w:t>vn 0.9165 0.1249 0.3799</w:t>
        <w:br/>
        <w:t>vn 0.7643 0.2809 0.5805</w:t>
        <w:br/>
        <w:t>vn 0.6789 0.4555 0.5758</w:t>
        <w:br/>
        <w:t>vn 0.6449 0.5783 0.4996</w:t>
        <w:br/>
        <w:t>vn 0.6045 0.7398 0.2953</w:t>
        <w:br/>
        <w:t>vn 0.5072 0.8601 0.0538</w:t>
        <w:br/>
        <w:t>vn 0.6046 0.7398 0.2953</w:t>
        <w:br/>
        <w:t>vn 0.9941 0.0602 -0.0903</w:t>
        <w:br/>
        <w:t>vn 0.9683 0.1345 0.2105</w:t>
        <w:br/>
        <w:t>vn 0.9683 0.1345 0.2104</w:t>
        <w:br/>
        <w:t>vn 0.0545 0.3650 -0.9294</w:t>
        <w:br/>
        <w:t>vn 0.2787 0.4717 -0.8365</w:t>
        <w:br/>
        <w:t>vn 0.1501 0.5416 -0.8271</w:t>
        <w:br/>
        <w:t>vn -0.0023 -0.4098 -0.9122</w:t>
        <w:br/>
        <w:t>vn 0.1307 -0.0265 -0.9911</w:t>
        <w:br/>
        <w:t>vn -0.5563 -0.8278 -0.0720</w:t>
        <w:br/>
        <w:t>vn -0.3878 -0.7941 0.4679</w:t>
        <w:br/>
        <w:t>vn -0.0818 -0.5078 0.8576</w:t>
        <w:br/>
        <w:t>vn 0.1588 -0.0358 0.9867</w:t>
        <w:br/>
        <w:t>vn -0.0796 0.2505 -0.9648</w:t>
        <w:br/>
        <w:t>vn -0.1750 0.2507 -0.9521</w:t>
        <w:br/>
        <w:t>vn 0.0706 0.4858 -0.8712</w:t>
        <w:br/>
        <w:t>vn -0.5530 -0.2638 -0.7903</w:t>
        <w:br/>
        <w:t>vn -0.2133 0.1607 -0.9637</w:t>
        <w:br/>
        <w:t>vn -0.4610 -0.0285 -0.8869</w:t>
        <w:br/>
        <w:t>vn -0.3256 -0.1381 -0.9354</w:t>
        <w:br/>
        <w:t>vn 0.1096 0.1582 -0.9813</w:t>
        <w:br/>
        <w:t>vn -0.1226 -0.2570 -0.9586</w:t>
        <w:br/>
        <w:t>vn 0.2839 0.4008 -0.8711</w:t>
        <w:br/>
        <w:t>vn 0.1858 0.0566 -0.9810</w:t>
        <w:br/>
        <w:t>vn 0.0005 -0.3638 -0.9315</w:t>
        <w:br/>
        <w:t>vn -0.1612 -0.5754 -0.8019</w:t>
        <w:br/>
        <w:t>vn 0.2149 0.2953 -0.9309</w:t>
        <w:br/>
        <w:t>vn 0.3207 0.3796 -0.8678</w:t>
        <w:br/>
        <w:t>vn 0.2061 -0.3544 -0.9121</w:t>
        <w:br/>
        <w:t>vn 0.4997 -0.7074 -0.4999</w:t>
        <w:br/>
        <w:t>vn 0.2528 -0.4227 -0.8703</w:t>
        <w:br/>
        <w:t>vn 0.0058 -0.0622 -0.9980</w:t>
        <w:br/>
        <w:t>vn -0.3354 0.3210 -0.8857</w:t>
        <w:br/>
        <w:t>vn 0.0794 -0.5097 0.8567</w:t>
        <w:br/>
        <w:t>vn 0.1209 -0.4980 0.8587</w:t>
        <w:br/>
        <w:t>vn -0.1689 0.3132 -0.9345</w:t>
        <w:br/>
        <w:t>vn 0.1438 0.1149 -0.9829</w:t>
        <w:br/>
        <w:t>vn 0.3503 -0.1716 -0.9208</w:t>
        <w:br/>
        <w:t>vn 0.3841 -0.3818 -0.8407</w:t>
        <w:br/>
        <w:t>vn -0.0763 0.4758 -0.8763</w:t>
        <w:br/>
        <w:t>vn 0.1494 0.2375 -0.9598</w:t>
        <w:br/>
        <w:t>vn 0.5144 -0.2542 -0.8190</w:t>
        <w:br/>
        <w:t>vn 0.4503 -0.0274 -0.8925</w:t>
        <w:br/>
        <w:t>vn 0.4406 -0.4293 -0.7884</w:t>
        <w:br/>
        <w:t>vn 0.3129 -0.1199 -0.9422</w:t>
        <w:br/>
        <w:t>vn 0.0024 -0.4098 -0.9122</w:t>
        <w:br/>
        <w:t>vn -0.1307 -0.0265 -0.9911</w:t>
        <w:br/>
        <w:t>vn -0.3207 0.3796 -0.8678</w:t>
        <w:br/>
        <w:t>vn -0.2149 0.2953 -0.9309</w:t>
        <w:br/>
        <w:t>vn -0.9836 -0.0069 -0.1802</w:t>
        <w:br/>
        <w:t>vn -0.9428 -0.2771 -0.1854</w:t>
        <w:br/>
        <w:t>vn -0.4724 -0.8594 -0.1954</w:t>
        <w:br/>
        <w:t>vn -0.4725 -0.8595 -0.1952</w:t>
        <w:br/>
        <w:t>vn 0.0288 0.0586 -0.9979</w:t>
        <w:br/>
        <w:t>vn 0.0281 0.0308 -0.9991</w:t>
        <w:br/>
        <w:t>vn 0.0005 0.0717 -0.9974</w:t>
        <w:br/>
        <w:t>vn 0.0007 0.0719 -0.9974</w:t>
        <w:br/>
        <w:t>vn -0.0005 0.0716 -0.9974</w:t>
        <w:br/>
        <w:t>vn -0.0287 0.0587 -0.9979</w:t>
        <w:br/>
        <w:t>vn -0.9310 0.2976 -0.2115</w:t>
        <w:br/>
        <w:t>vn -0.4602 0.8602 -0.2197</w:t>
        <w:br/>
        <w:t>vn -0.4601 0.8602 -0.2198</w:t>
        <w:br/>
        <w:t>vn 0.4605 0.8600 -0.2199</w:t>
        <w:br/>
        <w:t>vn 0.0011 -0.0732 0.9973</w:t>
        <w:br/>
        <w:t>vn -0.0011 -0.0733 0.9973</w:t>
        <w:br/>
        <w:t>vn -0.0011 -0.0732 0.9973</w:t>
        <w:br/>
        <w:t>vn 0.0138 -0.0692 0.9975</w:t>
        <w:br/>
        <w:t>vn 0.0137 -0.0693 0.9975</w:t>
        <w:br/>
        <w:t>vn 0.4720 -0.8597 -0.1950</w:t>
        <w:br/>
        <w:t>vn -0.0139 -0.0693 0.9975</w:t>
        <w:br/>
        <w:t>vn 0.9314 0.2960 -0.2117</w:t>
        <w:br/>
        <w:t>vn -0.9774 0.0298 -0.2092</w:t>
        <w:br/>
        <w:t>vn -0.9774 0.0298 -0.2091</w:t>
        <w:br/>
        <w:t>vn -0.0000 -0.9804 -0.1969</w:t>
        <w:br/>
        <w:t>vn -0.0000 -0.9804 -0.1968</w:t>
        <w:br/>
        <w:t>vn -0.0281 0.0309 -0.9991</w:t>
        <w:br/>
        <w:t>vn 0.9423 -0.2788 -0.1853</w:t>
        <w:br/>
        <w:t>vn 0.9774 0.0273 -0.2094</w:t>
        <w:br/>
        <w:t>vn -0.0127 -0.0518 0.9986</w:t>
        <w:br/>
        <w:t>vn 0.9836 -0.0093 -0.1802</w:t>
        <w:br/>
        <w:t>vn 0.0128 -0.0519 0.9986</w:t>
        <w:br/>
        <w:t>vn 0.0127 -0.0519 0.9986</w:t>
        <w:br/>
        <w:t>vn 0.0000 1.0000 -0.0093</w:t>
        <w:br/>
        <w:t>vn -0.0693 -0.6044 0.7936</w:t>
        <w:br/>
        <w:t>vn -0.0693 -0.6045 0.7936</w:t>
        <w:br/>
        <w:t>vn -0.0663 -0.5977 0.7990</w:t>
        <w:br/>
        <w:t>vn -0.0664 -0.5977 0.7990</w:t>
        <w:br/>
        <w:t>vn -0.0695 -0.5966 0.7995</w:t>
        <w:br/>
        <w:t>vn -0.0725 -0.6034 0.7941</w:t>
        <w:br/>
        <w:t>vn 0.9440 -0.2958 -0.1461</w:t>
        <w:br/>
        <w:t>vn 0.9440 -0.2958 -0.1460</w:t>
        <w:br/>
        <w:t>vn 0.3275 0.7852 0.5255</w:t>
        <w:br/>
        <w:t>vn 0.3275 0.7852 0.5256</w:t>
        <w:br/>
        <w:t>vn -0.3274 -0.7846 -0.5265</w:t>
        <w:br/>
        <w:t>vn -0.3274 -0.7847 -0.5264</w:t>
        <w:br/>
        <w:t>vn 0.0687 0.5995 -0.7974</w:t>
        <w:br/>
        <w:t>vn 0.0694 0.6012 -0.7961</w:t>
        <w:br/>
        <w:t>vn 0.0695 0.6011 -0.7961</w:t>
        <w:br/>
        <w:t>vn 0.0687 0.5995 -0.7975</w:t>
        <w:br/>
        <w:t>vn -0.3233 -0.7416 -0.5877</w:t>
        <w:br/>
        <w:t>vn -0.3233 -0.7418 -0.5876</w:t>
        <w:br/>
        <w:t>vn -0.3233 -0.7417 -0.5876</w:t>
        <w:br/>
        <w:t>vn -0.3233 -0.7416 -0.5878</w:t>
        <w:br/>
        <w:t>vn 0.0678 0.6017 -0.7959</w:t>
        <w:br/>
        <w:t>vn 0.0677 0.6017 -0.7959</w:t>
        <w:br/>
        <w:t>vn -0.9440 0.2958 0.1461</w:t>
        <w:br/>
        <w:t>vn 0.3234 0.7418 0.5875</w:t>
        <w:br/>
        <w:t>vn 0.3233 0.7417 0.5876</w:t>
        <w:br/>
        <w:t>vn 0.3233 0.7417 0.5877</w:t>
        <w:br/>
        <w:t>vn 0.0670 0.6000 -0.7972</w:t>
        <w:br/>
        <w:t>vn -0.9440 0.2957 0.1461</w:t>
        <w:br/>
        <w:t>vn -0.9440 0.2957 0.1462</w:t>
        <w:br/>
        <w:t>vn 0.7373 -0.5669 -0.3674</w:t>
        <w:br/>
        <w:t>vn 0.9860 0.0820 0.1453</w:t>
        <w:br/>
        <w:t>vn 0.7999 0.4438 0.4039</w:t>
        <w:br/>
        <w:t>vn 0.8000 0.4440 0.4036</w:t>
        <w:br/>
        <w:t>vn -0.0460 -0.6090 0.7919</w:t>
        <w:br/>
        <w:t>vn -0.0460 -0.6090 0.7918</w:t>
        <w:br/>
        <w:t>vn -0.0462 -0.6090 0.7918</w:t>
        <w:br/>
        <w:t>vn 0.0858 0.5966 -0.7979</w:t>
        <w:br/>
        <w:t>vn 0.0856 0.5966 -0.7979</w:t>
        <w:br/>
        <w:t>vn 0.4119 -0.7426 -0.5281</w:t>
        <w:br/>
        <w:t>vn 0.4118 -0.7428 -0.5279</w:t>
        <w:br/>
        <w:t>vn -0.9958 -0.0109 -0.0911</w:t>
        <w:br/>
        <w:t>vn -0.9958 -0.0110 -0.0911</w:t>
        <w:br/>
        <w:t>vn -0.8896 -0.3251 -0.3207</w:t>
        <w:br/>
        <w:t>vn -0.8896 -0.3251 -0.3206</w:t>
        <w:br/>
        <w:t>vn 0.0503 0.6088 -0.7917</w:t>
        <w:br/>
        <w:t>vn 0.0503 0.6087 -0.7918</w:t>
        <w:br/>
        <w:t>vn -0.0893 -0.5961 0.7979</w:t>
        <w:br/>
        <w:t>vn -0.0895 -0.5959 0.7981</w:t>
        <w:br/>
        <w:t>vn -0.0893 -0.5962 0.7979</w:t>
        <w:br/>
        <w:t>vn -0.2501 0.7814 0.5717</w:t>
        <w:br/>
        <w:t>vn -0.6735 0.6149 0.4103</w:t>
        <w:br/>
        <w:t>vn -0.3306 -0.7385 -0.5876</w:t>
        <w:br/>
        <w:t>vn -0.3305 -0.7386 -0.5875</w:t>
        <w:br/>
        <w:t>vn -0.3306 -0.7385 -0.5877</w:t>
        <w:br/>
        <w:t>vn -0.3307 -0.7383 -0.5878</w:t>
        <w:br/>
        <w:t>vn 0.6843 -0.6075 -0.4033</w:t>
        <w:br/>
        <w:t>vn 0.6844 -0.6074 -0.4033</w:t>
        <w:br/>
        <w:t>vn 0.0659 0.6012 -0.7964</w:t>
        <w:br/>
        <w:t>vn -0.2298 0.3710 -0.8997</w:t>
        <w:br/>
        <w:t>vn -0.3458 0.2397 -0.9072</w:t>
        <w:br/>
        <w:t>vn -0.3306 -0.7386 -0.5875</w:t>
        <w:br/>
        <w:t>vn -0.3305 -0.7385 -0.5876</w:t>
        <w:br/>
        <w:t>vn -0.3307 -0.7386 -0.5875</w:t>
        <w:br/>
        <w:t>vn -0.9881 -0.0711 -0.1364</w:t>
        <w:br/>
        <w:t>vn -0.9881 -0.0711 -0.1365</w:t>
        <w:br/>
        <w:t>vn -0.9881 -0.0710 -0.1365</w:t>
        <w:br/>
        <w:t>vn 0.3306 0.7386 0.5875</w:t>
        <w:br/>
        <w:t>vn 0.3306 0.7388 0.5873</w:t>
        <w:br/>
        <w:t>vn 0.3333 0.9010 0.2779</w:t>
        <w:br/>
        <w:t>vn 0.3333 0.9009 0.2779</w:t>
        <w:br/>
        <w:t>vn 0.9617 -0.2511 -0.1100</w:t>
        <w:br/>
        <w:t>vn 0.9434 -0.0716 -0.3239</w:t>
        <w:br/>
        <w:t>vn 0.9434 -0.0716 -0.3240</w:t>
        <w:br/>
        <w:t>vn 0.3025 0.7472 0.5917</w:t>
        <w:br/>
        <w:t>vn 0.3025 0.7473 0.5916</w:t>
        <w:br/>
        <w:t>vn 0.3032 0.8976 0.3199</w:t>
        <w:br/>
        <w:t>vn 0.3031 0.8976 0.3200</w:t>
        <w:br/>
        <w:t>vn -0.4117 -0.4599 -0.7867</w:t>
        <w:br/>
        <w:t>vn -0.4653 -0.6862 -0.5591</w:t>
        <w:br/>
        <w:t>vn -0.7174 -0.5250 -0.4579</w:t>
        <w:br/>
        <w:t>vn -0.6575 -0.3022 -0.6902</w:t>
        <w:br/>
        <w:t>vn -0.3617 0.1883 -0.9131</w:t>
        <w:br/>
        <w:t>vn -0.0131 0.4753 -0.8797</w:t>
        <w:br/>
        <w:t>vn -0.4119 -0.4600 -0.7866</w:t>
        <w:br/>
        <w:t>vn -0.9253 0.1825 -0.3326</w:t>
        <w:br/>
        <w:t>vn -0.3838 0.5380 -0.7506</w:t>
        <w:br/>
        <w:t>vn -0.9253 0.1825 -0.3324</w:t>
        <w:br/>
        <w:t>vn -0.9961 -0.0070 -0.0884</w:t>
        <w:br/>
        <w:t>vn -0.8745 0.4842 -0.0298</w:t>
        <w:br/>
        <w:t>vn -0.7584 0.6474 0.0750</w:t>
        <w:br/>
        <w:t>vn -0.8058 0.5024 0.3135</w:t>
        <w:br/>
        <w:t>vn -0.9209 0.3438 0.1838</w:t>
        <w:br/>
        <w:t>vn -0.8849 0.4571 -0.0901</w:t>
        <w:br/>
        <w:t>vn -0.9430 0.2983 0.1473</w:t>
        <w:br/>
        <w:t>vn -0.8848 0.4571 -0.0901</w:t>
        <w:br/>
        <w:t>vn -0.3894 0.6719 -0.6300</w:t>
        <w:br/>
        <w:t>vn 0.1904 0.8804 -0.4344</w:t>
        <w:br/>
        <w:t>vn 0.2744 0.9614 0.0174</w:t>
        <w:br/>
        <w:t>vn 0.3033 0.8977 0.3196</w:t>
        <w:br/>
        <w:t>vn 0.8511 0.1135 -0.5125</w:t>
        <w:br/>
        <w:t>vn 0.9433 -0.0716 -0.3240</w:t>
        <w:br/>
        <w:t>vn 0.3076 0.6629 -0.6826</w:t>
        <w:br/>
        <w:t>vn 0.1903 0.8805 -0.4342</w:t>
        <w:br/>
        <w:t>vn 0.3078 0.6629 -0.6825</w:t>
        <w:br/>
        <w:t>vn 0.1460 0.0828 -0.9858</w:t>
        <w:br/>
        <w:t>vn -0.0936 0.2017 -0.9750</w:t>
        <w:br/>
        <w:t>vn -0.3311 0.7646 -0.5530</w:t>
        <w:br/>
        <w:t>vn 0.1195 0.3364 -0.9341</w:t>
        <w:br/>
        <w:t>vn 0.1341 0.2545 -0.9577</w:t>
        <w:br/>
        <w:t>vn -0.0988 -0.5325 -0.8407</w:t>
        <w:br/>
        <w:t>vn -0.2952 -0.5156 -0.8044</w:t>
        <w:br/>
        <w:t>vn -0.7584 0.6474 0.0751</w:t>
        <w:br/>
        <w:t>vn -0.3311 0.7645 -0.5530</w:t>
        <w:br/>
        <w:t>vn -0.5068 0.8577 -0.0869</w:t>
        <w:br/>
        <w:t>vn -0.6019 0.7786 0.1773</w:t>
        <w:br/>
        <w:t>vn -0.6460 0.6333 0.4262</w:t>
        <w:br/>
        <w:t>vn -0.6020 0.7786 0.1770</w:t>
        <w:br/>
        <w:t>vn -0.2951 -0.5156 -0.8044</w:t>
        <w:br/>
        <w:t>vn -0.0986 -0.5324 -0.8407</w:t>
        <w:br/>
        <w:t>vn -0.7690 0.5919 -0.2413</w:t>
        <w:br/>
        <w:t>vn -0.1655 0.4276 -0.8887</w:t>
        <w:br/>
        <w:t>vn -0.3452 0.2396 -0.9074</w:t>
        <w:br/>
        <w:t>vn -0.0891 0.1997 -0.9758</w:t>
        <w:br/>
        <w:t>vn -0.2926 -0.5169 -0.8045</w:t>
        <w:br/>
        <w:t>vn 0.5338 0.4872 -0.6912</w:t>
        <w:br/>
        <w:t>vn 0.0314 0.4611 -0.8868</w:t>
        <w:br/>
        <w:t>vn 0.9752 0.0916 -0.2016</w:t>
        <w:br/>
        <w:t>vn 0.9577 0.2785 -0.0721</w:t>
        <w:br/>
        <w:t>vn 0.8542 0.4213 -0.3047</w:t>
        <w:br/>
        <w:t>vn 0.5339 0.4872 -0.6910</w:t>
        <w:br/>
        <w:t>vn 0.8622 0.0690 -0.5019</w:t>
        <w:br/>
        <w:t>vn 0.9423 -0.0983 -0.3199</w:t>
        <w:br/>
        <w:t>vn -0.0541 0.7789 -0.6248</w:t>
        <w:br/>
        <w:t>vn 0.3332 0.9009 0.2780</w:t>
        <w:br/>
        <w:t>vn 0.3333 0.9010 0.2777</w:t>
        <w:br/>
        <w:t>vn 0.3583 0.7293 0.5829</w:t>
        <w:br/>
        <w:t>vn 0.3665 0.8774 0.3098</w:t>
        <w:br/>
        <w:t>vn 0.3665 0.8774 0.3097</w:t>
        <w:br/>
        <w:t>vn -0.8612 0.5071 -0.0359</w:t>
        <w:br/>
        <w:t>vn -0.8612 0.5070 -0.0360</w:t>
        <w:br/>
        <w:t>vn -0.1347 0.8929 -0.4297</w:t>
        <w:br/>
        <w:t>vn 0.2304 0.8675 -0.4409</w:t>
        <w:br/>
        <w:t>vn 0.3899 0.2898 -0.8740</w:t>
        <w:br/>
        <w:t>vn 0.3664 0.8772 0.3104</w:t>
        <w:br/>
        <w:t>vn 0.3663 0.8774 0.3097</w:t>
        <w:br/>
        <w:t>vn -0.9168 0.3514 0.1897</w:t>
        <w:br/>
        <w:t>vn -0.8612 0.5070 -0.0359</w:t>
        <w:br/>
        <w:t>vn 0.9179 -0.1210 -0.3778</w:t>
        <w:br/>
        <w:t>vn 0.9398 -0.3054 -0.1531</w:t>
        <w:br/>
        <w:t>vn 0.7406 -0.5638 -0.3656</w:t>
        <w:br/>
        <w:t>vn 0.7245 -0.3466 -0.5957</w:t>
        <w:br/>
        <w:t>vn 0.7245 -0.3466 -0.5958</w:t>
        <w:br/>
        <w:t>vn 0.8180 0.0737 -0.5705</w:t>
        <w:br/>
        <w:t>vn 0.9179 -0.1210 -0.3779</w:t>
        <w:br/>
        <w:t>vn 0.1409 -0.5582 -0.8177</w:t>
        <w:br/>
        <w:t>vn 0.1281 0.0313 -0.9913</w:t>
        <w:br/>
        <w:t>vn 0.1265 -0.7956 -0.5925</w:t>
        <w:br/>
        <w:t>vn 0.1410 -0.5583 -0.8176</w:t>
        <w:br/>
        <w:t>vn 0.9968 -0.0756 0.0260</w:t>
        <w:br/>
        <w:t>vn 0.9796 0.1120 0.1668</w:t>
        <w:br/>
        <w:t>vn 0.9577 0.2785 -0.0720</w:t>
        <w:br/>
        <w:t>vn 0.9589 -0.2589 -0.1163</w:t>
        <w:br/>
        <w:t>vn -0.1887 -0.7749 -0.6032</w:t>
        <w:br/>
        <w:t>vn -0.1659 -0.5388 -0.8259</w:t>
        <w:br/>
        <w:t>vn -0.1659 -0.5387 -0.8260</w:t>
        <w:br/>
        <w:t>vn 0.0659 0.6011 -0.7964</w:t>
        <w:br/>
        <w:t>vn 0.0659 0.6012 -0.7963</w:t>
        <w:br/>
        <w:t>vn -0.0669 -0.6033 0.7947</w:t>
        <w:br/>
        <w:t>vn -0.3307 -0.7385 -0.5876</w:t>
        <w:br/>
        <w:t>vn -0.2927 -0.5169 -0.8044</w:t>
        <w:br/>
        <w:t>vn 0.0663 -0.5977 0.7990</w:t>
        <w:br/>
        <w:t>vn 0.0693 -0.6045 0.7936</w:t>
        <w:br/>
        <w:t>vn 0.0664 -0.5977 0.7990</w:t>
        <w:br/>
        <w:t>vn 0.0695 -0.5967 0.7995</w:t>
        <w:br/>
        <w:t>vn 0.0725 -0.6034 0.7941</w:t>
        <w:br/>
        <w:t>vn -0.9440 -0.2958 -0.1461</w:t>
        <w:br/>
        <w:t>vn -0.3275 0.7852 0.5256</w:t>
        <w:br/>
        <w:t>vn -0.3275 0.7852 0.5255</w:t>
        <w:br/>
        <w:t>vn 0.3274 -0.7846 -0.5265</w:t>
        <w:br/>
        <w:t>vn 0.3274 -0.7848 -0.5263</w:t>
        <w:br/>
        <w:t>vn 0.3274 -0.7847 -0.5263</w:t>
        <w:br/>
        <w:t>vn -0.0687 0.5995 -0.7975</w:t>
        <w:br/>
        <w:t>vn -0.0694 0.6011 -0.7961</w:t>
        <w:br/>
        <w:t>vn -0.0694 0.6012 -0.7961</w:t>
        <w:br/>
        <w:t>vn 0.3234 -0.7418 -0.5875</w:t>
        <w:br/>
        <w:t>vn 0.3233 -0.7417 -0.5876</w:t>
        <w:br/>
        <w:t>vn -0.0677 0.6016 -0.7959</w:t>
        <w:br/>
        <w:t>vn -0.0678 0.6017 -0.7959</w:t>
        <w:br/>
        <w:t>vn 0.9440 0.2958 0.1461</w:t>
        <w:br/>
        <w:t>vn -0.3233 0.7417 0.5876</w:t>
        <w:br/>
        <w:t>vn -0.0670 0.6000 -0.7972</w:t>
        <w:br/>
        <w:t>vn 0.9440 0.2957 0.1461</w:t>
        <w:br/>
        <w:t>vn 0.9440 0.2957 0.1462</w:t>
        <w:br/>
        <w:t>vn -0.9860 0.0820 0.1453</w:t>
        <w:br/>
        <w:t>vn -0.7373 -0.5668 -0.3674</w:t>
        <w:br/>
        <w:t>vn -0.7373 -0.5669 -0.3674</w:t>
        <w:br/>
        <w:t>vn -0.7999 0.4438 0.4039</w:t>
        <w:br/>
        <w:t>vn -0.8000 0.4440 0.4036</w:t>
        <w:br/>
        <w:t>vn 0.0460 -0.6090 0.7919</w:t>
        <w:br/>
        <w:t>vn 0.0461 -0.6090 0.7918</w:t>
        <w:br/>
        <w:t>vn 0.0462 -0.6090 0.7918</w:t>
        <w:br/>
        <w:t>vn -0.0854 0.5966 -0.7980</w:t>
        <w:br/>
        <w:t>vn -0.0860 0.5966 -0.7979</w:t>
        <w:br/>
        <w:t>vn -0.0855 0.5966 -0.7980</w:t>
        <w:br/>
        <w:t>vn -0.4119 -0.7426 -0.5281</w:t>
        <w:br/>
        <w:t>vn -0.4118 -0.7428 -0.5279</w:t>
        <w:br/>
        <w:t>vn 0.8896 -0.3251 -0.3207</w:t>
        <w:br/>
        <w:t>vn 0.9958 -0.0110 -0.0912</w:t>
        <w:br/>
        <w:t>vn 0.9958 -0.0109 -0.0911</w:t>
        <w:br/>
        <w:t>vn 0.8896 -0.3251 -0.3206</w:t>
        <w:br/>
        <w:t>vn -0.0503 0.6089 -0.7917</w:t>
        <w:br/>
        <w:t>vn -0.0503 0.6087 -0.7918</w:t>
        <w:br/>
        <w:t>vn -0.0502 0.6090 -0.7916</w:t>
        <w:br/>
        <w:t>vn -0.0503 0.6088 -0.7917</w:t>
        <w:br/>
        <w:t>vn 0.0893 -0.5962 0.7979</w:t>
        <w:br/>
        <w:t>vn 0.0895 -0.5959 0.7981</w:t>
        <w:br/>
        <w:t>vn 0.0893 -0.5961 0.7979</w:t>
        <w:br/>
        <w:t>vn 0.6735 0.6149 0.4103</w:t>
        <w:br/>
        <w:t>vn 0.2501 0.7814 0.5717</w:t>
        <w:br/>
        <w:t>vn 0.3306 -0.7385 -0.5877</w:t>
        <w:br/>
        <w:t>vn 0.3305 -0.7386 -0.5875</w:t>
        <w:br/>
        <w:t>vn 0.3306 -0.7385 -0.5876</w:t>
        <w:br/>
        <w:t>vn 0.3307 -0.7383 -0.5878</w:t>
        <w:br/>
        <w:t>vn -0.6843 -0.6075 -0.4033</w:t>
        <w:br/>
        <w:t>vn -0.6843 -0.6074 -0.4033</w:t>
        <w:br/>
        <w:t>vn -0.0659 0.6012 -0.7964</w:t>
        <w:br/>
        <w:t>vn 0.3458 0.2397 -0.9072</w:t>
        <w:br/>
        <w:t>vn 0.2298 0.3710 -0.8998</w:t>
        <w:br/>
        <w:t>vn 0.3306 -0.7386 -0.5875</w:t>
        <w:br/>
        <w:t>vn 0.3305 -0.7385 -0.5876</w:t>
        <w:br/>
        <w:t>vn 0.9881 -0.0711 -0.1364</w:t>
        <w:br/>
        <w:t>vn 0.9881 -0.0710 -0.1365</w:t>
        <w:br/>
        <w:t>vn -0.3333 0.9009 0.2779</w:t>
        <w:br/>
        <w:t>vn -0.3306 0.7388 0.5873</w:t>
        <w:br/>
        <w:t>vn -0.3306 0.7386 0.5875</w:t>
        <w:br/>
        <w:t>vn -0.3333 0.9009 0.2780</w:t>
        <w:br/>
        <w:t>vn -0.9434 -0.0716 -0.3240</w:t>
        <w:br/>
        <w:t>vn -0.9617 -0.2511 -0.1100</w:t>
        <w:br/>
        <w:t>vn -0.3025 0.7472 0.5917</w:t>
        <w:br/>
        <w:t>vn -0.3031 0.8976 0.3200</w:t>
        <w:br/>
        <w:t>vn -0.3031 0.8976 0.3199</w:t>
        <w:br/>
        <w:t>vn -0.3025 0.7473 0.5916</w:t>
        <w:br/>
        <w:t>vn 0.7174 -0.5250 -0.4579</w:t>
        <w:br/>
        <w:t>vn 0.4653 -0.6862 -0.5591</w:t>
        <w:br/>
        <w:t>vn 0.4117 -0.4599 -0.7867</w:t>
        <w:br/>
        <w:t>vn 0.6575 -0.3022 -0.6902</w:t>
        <w:br/>
        <w:t>vn 0.3617 0.1883 -0.9131</w:t>
        <w:br/>
        <w:t>vn 0.4118 -0.4600 -0.7866</w:t>
        <w:br/>
        <w:t>vn 0.0131 0.4753 -0.8797</w:t>
        <w:br/>
        <w:t>vn 0.9253 0.1825 -0.3326</w:t>
        <w:br/>
        <w:t>vn 0.3838 0.5379 -0.7505</w:t>
        <w:br/>
        <w:t>vn 0.9253 0.1824 -0.3325</w:t>
        <w:br/>
        <w:t>vn 0.9960 -0.0072 -0.0887</w:t>
        <w:br/>
        <w:t>vn 0.8058 0.5024 0.3135</w:t>
        <w:br/>
        <w:t>vn 0.7584 0.6475 0.0750</w:t>
        <w:br/>
        <w:t>vn 0.8745 0.4842 -0.0298</w:t>
        <w:br/>
        <w:t>vn 0.9209 0.3438 0.1838</w:t>
        <w:br/>
        <w:t>vn 0.8848 0.4571 -0.0901</w:t>
        <w:br/>
        <w:t>vn 0.9430 0.2983 0.1473</w:t>
        <w:br/>
        <w:t>vn 0.3894 0.6719 -0.6300</w:t>
        <w:br/>
        <w:t>vn 0.8848 0.4572 -0.0902</w:t>
        <w:br/>
        <w:t>vn -0.1904 0.8804 -0.4344</w:t>
        <w:br/>
        <w:t>vn -0.3033 0.8977 0.3196</w:t>
        <w:br/>
        <w:t>vn -0.2744 0.9614 0.0174</w:t>
        <w:br/>
        <w:t>vn -0.8511 0.1135 -0.5125</w:t>
        <w:br/>
        <w:t>vn -0.3077 0.6629 -0.6826</w:t>
        <w:br/>
        <w:t>vn -0.9433 -0.0716 -0.3240</w:t>
        <w:br/>
        <w:t>vn -0.9434 -0.0716 -0.3239</w:t>
        <w:br/>
        <w:t>vn -0.3078 0.6629 -0.6825</w:t>
        <w:br/>
        <w:t>vn -0.1903 0.8805 -0.4342</w:t>
        <w:br/>
        <w:t>vn -0.1460 0.0828 -0.9858</w:t>
        <w:br/>
        <w:t>vn -0.1195 0.3364 -0.9341</w:t>
        <w:br/>
        <w:t>vn 0.3311 0.7646 -0.5530</w:t>
        <w:br/>
        <w:t>vn 0.0936 0.2017 -0.9750</w:t>
        <w:br/>
        <w:t>vn -0.1341 0.2545 -0.9577</w:t>
        <w:br/>
        <w:t>vn 0.0988 -0.5325 -0.8407</w:t>
        <w:br/>
        <w:t>vn 0.2952 -0.5157 -0.8043</w:t>
        <w:br/>
        <w:t>vn 0.5068 0.8577 -0.0869</w:t>
        <w:br/>
        <w:t>vn 0.7584 0.6474 0.0751</w:t>
        <w:br/>
        <w:t>vn 0.6019 0.7786 0.1773</w:t>
        <w:br/>
        <w:t>vn 0.6460 0.6333 0.4262</w:t>
        <w:br/>
        <w:t>vn 0.6020 0.7786 0.1770</w:t>
        <w:br/>
        <w:t>vn 0.0986 -0.5324 -0.8407</w:t>
        <w:br/>
        <w:t>vn 0.2951 -0.5156 -0.8044</w:t>
        <w:br/>
        <w:t>vn 0.7690 0.5919 -0.2414</w:t>
        <w:br/>
        <w:t>vn 0.1655 0.4276 -0.8887</w:t>
        <w:br/>
        <w:t>vn 0.3452 0.2396 -0.9074</w:t>
        <w:br/>
        <w:t>vn 0.0891 0.1997 -0.9758</w:t>
        <w:br/>
        <w:t>vn 0.2927 -0.5168 -0.8045</w:t>
        <w:br/>
        <w:t>vn -0.5338 0.4872 -0.6912</w:t>
        <w:br/>
        <w:t>vn -0.0314 0.4611 -0.8868</w:t>
        <w:br/>
        <w:t>vn -0.9752 0.0916 -0.2016</w:t>
        <w:br/>
        <w:t>vn -0.5340 0.4872 -0.6910</w:t>
        <w:br/>
        <w:t>vn -0.8542 0.4213 -0.3046</w:t>
        <w:br/>
        <w:t>vn -0.9577 0.2785 -0.0719</w:t>
        <w:br/>
        <w:t>vn -0.9424 -0.0983 -0.3199</w:t>
        <w:br/>
        <w:t>vn -0.8622 0.0690 -0.5019</w:t>
        <w:br/>
        <w:t>vn 0.0541 0.7789 -0.6248</w:t>
        <w:br/>
        <w:t>vn -0.3332 0.9009 0.2780</w:t>
        <w:br/>
        <w:t>vn -0.3333 0.9010 0.2777</w:t>
        <w:br/>
        <w:t>vn -0.3665 0.8774 0.3097</w:t>
        <w:br/>
        <w:t>vn -0.3583 0.7293 0.5829</w:t>
        <w:br/>
        <w:t>vn -0.3583 0.7293 0.5828</w:t>
        <w:br/>
        <w:t>vn 0.1347 0.8929 -0.4297</w:t>
        <w:br/>
        <w:t>vn 0.8612 0.5070 -0.0360</w:t>
        <w:br/>
        <w:t>vn 0.8612 0.5071 -0.0359</w:t>
        <w:br/>
        <w:t>vn -0.2304 0.8675 -0.4409</w:t>
        <w:br/>
        <w:t>vn -0.3900 0.2898 -0.8740</w:t>
        <w:br/>
        <w:t>vn -0.3663 0.8774 0.3097</w:t>
        <w:br/>
        <w:t>vn -0.3664 0.8772 0.3104</w:t>
        <w:br/>
        <w:t>vn 0.9168 0.3514 0.1897</w:t>
        <w:br/>
        <w:t>vn 0.8612 0.5070 -0.0359</w:t>
        <w:br/>
        <w:t>vn -0.7406 -0.5638 -0.3656</w:t>
        <w:br/>
        <w:t>vn -0.9398 -0.3054 -0.1531</w:t>
        <w:br/>
        <w:t>vn -0.9179 -0.1210 -0.3778</w:t>
        <w:br/>
        <w:t>vn -0.7245 -0.3466 -0.5958</w:t>
        <w:br/>
        <w:t>vn -0.8180 0.0737 -0.5704</w:t>
        <w:br/>
        <w:t>vn -0.1282 0.0312 -0.9913</w:t>
        <w:br/>
        <w:t>vn -0.1409 -0.5582 -0.8176</w:t>
        <w:br/>
        <w:t>vn -0.1265 -0.7956 -0.5925</w:t>
        <w:br/>
        <w:t>vn -0.1410 -0.5582 -0.8176</w:t>
        <w:br/>
        <w:t>vn -0.9752 0.0916 -0.2017</w:t>
        <w:br/>
        <w:t>vn -0.9577 0.2785 -0.0720</w:t>
        <w:br/>
        <w:t>vn -0.9796 0.1120 0.1668</w:t>
        <w:br/>
        <w:t>vn -0.9968 -0.0756 0.0260</w:t>
        <w:br/>
        <w:t>vn -0.9423 -0.0983 -0.3199</w:t>
        <w:br/>
        <w:t>vn -0.9589 -0.2589 -0.1163</w:t>
        <w:br/>
        <w:t>vn 0.1659 -0.5388 -0.8260</w:t>
        <w:br/>
        <w:t>vn 0.1887 -0.7749 -0.6032</w:t>
        <w:br/>
        <w:t>vn 0.1659 -0.5387 -0.8260</w:t>
        <w:br/>
        <w:t>vn -0.0659 0.6011 -0.7964</w:t>
        <w:br/>
        <w:t>vn -0.0659 0.6012 -0.7963</w:t>
        <w:br/>
        <w:t>vn 0.0669 -0.6033 0.7947</w:t>
        <w:br/>
        <w:t>vn 0.3307 -0.7385 -0.5876</w:t>
        <w:br/>
        <w:t>vn 0.2927 -0.5169 -0.8044</w:t>
        <w:br/>
        <w:t>vn -0.4913 -0.4258 -0.7598</w:t>
        <w:br/>
        <w:t>vn -0.4770 -0.4443 -0.7583</w:t>
        <w:br/>
        <w:t>vn -0.4770 -0.4443 -0.7584</w:t>
        <w:br/>
        <w:t>vn -0.4912 -0.4258 -0.7598</w:t>
        <w:br/>
        <w:t>vn -0.4965 -0.4312 -0.7533</w:t>
        <w:br/>
        <w:t>vn -0.4965 -0.4312 -0.7534</w:t>
        <w:br/>
        <w:t>vn -0.5106 -0.4125 -0.7544</w:t>
        <w:br/>
        <w:t>vn -0.7644 -0.1324 0.6310</w:t>
        <w:br/>
        <w:t>vn -0.7644 -0.1325 0.6310</w:t>
        <w:br/>
        <w:t>vn -0.2180 0.9569 -0.1920</w:t>
        <w:br/>
        <w:t>vn -0.2182 0.9568 -0.1920</w:t>
        <w:br/>
        <w:t>vn 0.2147 -0.9549 0.2052</w:t>
        <w:br/>
        <w:t>vn 0.5183 0.4095 0.7508</w:t>
        <w:br/>
        <w:t>vn 0.5035 0.4320 0.7482</w:t>
        <w:br/>
        <w:t>vn 0.2589 -0.9323 0.2527</w:t>
        <w:br/>
        <w:t>vn 0.2591 -0.9322 0.2526</w:t>
        <w:br/>
        <w:t>vn 0.4965 0.4214 0.7588</w:t>
        <w:br/>
        <w:t>vn 0.4966 0.4214 0.7588</w:t>
        <w:br/>
        <w:t>vn 0.7669 0.1422 -0.6258</w:t>
        <w:br/>
        <w:t>vn 0.7670 0.1422 -0.6257</w:t>
        <w:br/>
        <w:t>vn -0.2569 0.9301 -0.2625</w:t>
        <w:br/>
        <w:t>vn -0.2569 0.9301 -0.2624</w:t>
        <w:br/>
        <w:t>vn -0.7836 -0.2149 0.5829</w:t>
        <w:br/>
        <w:t>vn -0.7837 -0.2149 0.5828</w:t>
        <w:br/>
        <w:t>vn 0.4814 0.4437 0.7559</w:t>
        <w:br/>
        <w:t>vn 0.7895 0.2330 -0.5679</w:t>
        <w:br/>
        <w:t>vn 0.7894 0.2330 -0.5679</w:t>
        <w:br/>
        <w:t>vn 0.7895 0.2329 -0.5679</w:t>
        <w:br/>
        <w:t>vn -0.8281 0.3436 0.4430</w:t>
        <w:br/>
        <w:t>vn -0.8280 0.3436 0.4430</w:t>
        <w:br/>
        <w:t>vn -0.6073 -0.4510 0.6540</w:t>
        <w:br/>
        <w:t>vn -0.6801 0.7158 0.1582</w:t>
        <w:br/>
        <w:t>vn -0.6801 0.7159 0.1582</w:t>
        <w:br/>
        <w:t>vn -0.5355 -0.4002 -0.7437</w:t>
        <w:br/>
        <w:t>vn -0.5354 -0.4002 -0.7437</w:t>
        <w:br/>
        <w:t>vn 0.5029 0.3958 0.7684</w:t>
        <w:br/>
        <w:t>vn 0.5026 0.3960 0.7685</w:t>
        <w:br/>
        <w:t>vn 0.5030 0.3958 0.7684</w:t>
        <w:br/>
        <w:t>vn 0.5027 0.3960 0.7684</w:t>
        <w:br/>
        <w:t>vn -0.3507 -0.7252 0.5925</w:t>
        <w:br/>
        <w:t>vn -0.3507 -0.7252 0.5926</w:t>
        <w:br/>
        <w:t>vn 0.7697 -0.5920 -0.2387</w:t>
        <w:br/>
        <w:t>vn 0.8564 -0.2565 -0.4481</w:t>
        <w:br/>
        <w:t>vn 0.7698 -0.5920 -0.2386</w:t>
        <w:br/>
        <w:t>vn 0.5319 0.3911 0.7511</w:t>
        <w:br/>
        <w:t>vn -0.4975 -0.3860 -0.7769</w:t>
        <w:br/>
        <w:t>vn -0.4974 -0.3859 -0.7769</w:t>
        <w:br/>
        <w:t>vn 0.2282 0.8158 -0.5313</w:t>
        <w:br/>
        <w:t>vn 0.5778 0.5251 -0.6248</w:t>
        <w:br/>
        <w:t>vn 0.2285 0.8159 -0.5312</w:t>
        <w:br/>
        <w:t>vn 0.2685 -0.9315 0.2453</w:t>
        <w:br/>
        <w:t>vn 0.2685 -0.9314 0.2457</w:t>
        <w:br/>
        <w:t>vn 0.2685 -0.9314 0.2459</w:t>
        <w:br/>
        <w:t>vn 0.2685 -0.9315 0.2455</w:t>
        <w:br/>
        <w:t>vn -0.5661 -0.5294 0.6319</w:t>
        <w:br/>
        <w:t>vn -0.5662 -0.5294 0.6318</w:t>
        <w:br/>
        <w:t>vn -0.5661 -0.5294 0.6318</w:t>
        <w:br/>
        <w:t>vn 0.5247 0.4063 0.7481</w:t>
        <w:br/>
        <w:t>vn 0.7480 0.0960 0.6567</w:t>
        <w:br/>
        <w:t>vn 0.8088 -0.0631 0.5848</w:t>
        <w:br/>
        <w:t>vn 0.5262 0.4102 0.7449</w:t>
        <w:br/>
        <w:t>vn 0.2641 -0.9353 0.2357</w:t>
        <w:br/>
        <w:t>vn 0.2641 -0.9353 0.2355</w:t>
        <w:br/>
        <w:t>vn 0.2650 -0.9347 0.2369</w:t>
        <w:br/>
        <w:t>vn 0.2651 -0.9347 0.2369</w:t>
        <w:br/>
        <w:t>vn 0.8351 -0.2930 -0.4655</w:t>
        <w:br/>
        <w:t>vn 0.8352 -0.2930 -0.4654</w:t>
        <w:br/>
        <w:t>vn -0.2638 0.9311 -0.2520</w:t>
        <w:br/>
        <w:t>vn -0.2637 0.9311 -0.2520</w:t>
        <w:br/>
        <w:t>vn -0.0686 0.9973 0.0275</w:t>
        <w:br/>
        <w:t>vn -0.0686 0.9973 0.0276</w:t>
        <w:br/>
        <w:t>vn -0.8271 -0.0084 0.5619</w:t>
        <w:br/>
        <w:t>vn -0.6508 0.0947 0.7533</w:t>
        <w:br/>
        <w:t>vn -0.6509 0.0947 0.7533</w:t>
        <w:br/>
        <w:t>vn -0.2400 0.9321 -0.2711</w:t>
        <w:br/>
        <w:t>vn -0.0638 0.9977 -0.0238</w:t>
        <w:br/>
        <w:t>vn 0.7398 -0.6353 0.2215</w:t>
        <w:br/>
        <w:t>vn 0.5230 -0.7442 0.4156</w:t>
        <w:br/>
        <w:t>vn 0.3812 -0.9091 0.1682</w:t>
        <w:br/>
        <w:t>vn 0.6029 -0.7972 -0.0330</w:t>
        <w:br/>
        <w:t>vn 0.7733 -0.1614 0.6132</w:t>
        <w:br/>
        <w:t>vn 0.5800 0.2131 0.7862</w:t>
        <w:br/>
        <w:t>vn 0.9716 -0.1614 -0.1730</w:t>
        <w:br/>
        <w:t>vn 0.8451 0.1957 0.4975</w:t>
        <w:br/>
        <w:t>vn 0.9716 -0.1613 -0.1732</w:t>
        <w:br/>
        <w:t>vn 0.8510 -0.2900 -0.4378</w:t>
        <w:br/>
        <w:t>vn 0.6811 0.3812 -0.6252</w:t>
        <w:br/>
        <w:t>vn 0.7827 0.1636 -0.6005</w:t>
        <w:br/>
        <w:t>vn 0.8870 0.2503 -0.3881</w:t>
        <w:br/>
        <w:t>vn 0.7950 0.4657 -0.3887</w:t>
        <w:br/>
        <w:t>vn 0.9291 0.1651 -0.3308</w:t>
        <w:br/>
        <w:t>vn 0.8123 0.0673 -0.5793</w:t>
        <w:br/>
        <w:t>vn 0.9292 0.1650 -0.3308</w:t>
        <w:br/>
        <w:t>vn 0.8451 0.3479 0.4058</w:t>
        <w:br/>
        <w:t>vn 0.3602 0.7471 0.5586</w:t>
        <w:br/>
        <w:t>vn 0.1183 0.9669 0.2261</w:t>
        <w:br/>
        <w:t>vn -0.0639 0.9977 -0.0236</w:t>
        <w:br/>
        <w:t>vn -0.0638 0.9977 -0.0239</w:t>
        <w:br/>
        <w:t>vn -0.4236 0.1904 0.8856</w:t>
        <w:br/>
        <w:t>vn -0.6509 0.0947 0.7532</w:t>
        <w:br/>
        <w:t>vn 0.2970 0.5121 0.8060</w:t>
        <w:br/>
        <w:t>vn 0.3601 0.7472 0.5586</w:t>
        <w:br/>
        <w:t>vn 0.2969 0.5121 0.8060</w:t>
        <w:br/>
        <w:t>vn 0.3543 -0.1205 0.9274</w:t>
        <w:br/>
        <w:t>vn 0.5867 -0.0491 0.8083</w:t>
        <w:br/>
        <w:t>vn 0.7744 0.5161 0.3660</w:t>
        <w:br/>
        <w:t>vn 0.4490 0.1144 0.8862</w:t>
        <w:br/>
        <w:t>vn 0.4192 0.0398 0.9070</w:t>
        <w:br/>
        <w:t>vn 0.2686 -0.7352 0.6224</w:t>
        <w:br/>
        <w:t>vn 0.4252 -0.7513 0.5047</w:t>
        <w:br/>
        <w:t>vn 0.7949 0.4657 -0.3888</w:t>
        <w:br/>
        <w:t>vn 0.7745 0.5161 0.3658</w:t>
        <w:br/>
        <w:t>vn 0.7230 0.6847 -0.0921</w:t>
        <w:br/>
        <w:t>vn 0.6580 0.6573 -0.3675</w:t>
        <w:br/>
        <w:t>vn 0.6579 0.6573 -0.3677</w:t>
        <w:br/>
        <w:t>vn 0.5397 0.5766 -0.6134</w:t>
        <w:br/>
        <w:t>vn 0.2665 -0.9273 0.2630</w:t>
        <w:br/>
        <w:t>vn 0.4252 -0.7513 0.5048</w:t>
        <w:br/>
        <w:t>vn 0.9349 0.3211 -0.1510</w:t>
        <w:br/>
        <w:t>vn 0.7070 0.1611 0.6886</w:t>
        <w:br/>
        <w:t>vn 0.8079 -0.0625 0.5860</w:t>
        <w:br/>
        <w:t>vn 0.6026 -0.0702 0.7950</w:t>
        <w:br/>
        <w:t>vn 0.4227 -0.7764 0.4674</w:t>
        <w:br/>
        <w:t>vn 0.0621 0.4109 0.9096</w:t>
        <w:br/>
        <w:t>vn 0.5490 0.2146 0.8078</w:t>
        <w:br/>
        <w:t>vn -0.6509 0.2405 0.7200</w:t>
        <w:br/>
        <w:t>vn -0.6347 0.4374 0.6370</w:t>
        <w:br/>
        <w:t>vn -0.3960 0.4952 0.7733</w:t>
        <w:br/>
        <w:t>vn 0.0622 0.4109 0.9095</w:t>
        <w:br/>
        <w:t>vn -0.4374 0.1288 0.8900</w:t>
        <w:br/>
        <w:t>vn -0.6376 0.0341 0.7696</w:t>
        <w:br/>
        <w:t>vn 0.4573 0.5530 0.6965</w:t>
        <w:br/>
        <w:t>vn -0.0686 0.9973 0.0274</w:t>
        <w:br/>
        <w:t>vn -0.2884 0.9285 -0.2340</w:t>
        <w:br/>
        <w:t>vn -0.2887 0.9284 -0.2341</w:t>
        <w:br/>
        <w:t>vn -0.1186 0.9928 0.0159</w:t>
        <w:br/>
        <w:t>vn -0.1185 0.9928 0.0159</w:t>
        <w:br/>
        <w:t>vn 0.8952 0.2421 -0.3742</w:t>
        <w:br/>
        <w:t>vn 0.6255 0.6843 0.3749</w:t>
        <w:br/>
        <w:t>vn 0.9388 0.3242 -0.1162</w:t>
        <w:br/>
        <w:t>vn 0.3266 0.7502 0.5749</w:t>
        <w:br/>
        <w:t>vn 0.1843 0.1412 0.9727</w:t>
        <w:br/>
        <w:t>vn 0.6256 0.6843 0.3747</w:t>
        <w:br/>
        <w:t>vn -0.1186 0.9928 0.0157</w:t>
        <w:br/>
        <w:t>vn 0.7842 0.1416 -0.6042</w:t>
        <w:br/>
        <w:t>vn 0.7842 0.1416 -0.6041</w:t>
        <w:br/>
        <w:t>vn 0.8952 0.2420 -0.3743</w:t>
        <w:br/>
        <w:t>vn -0.6304 -0.4312 0.6455</w:t>
        <w:br/>
        <w:t>vn -0.4401 -0.2967 0.8475</w:t>
        <w:br/>
        <w:t>vn -0.6126 0.0137 0.7903</w:t>
        <w:br/>
        <w:t>vn -0.7949 -0.0915 0.5998</w:t>
        <w:br/>
        <w:t>vn -0.3810 0.1177 0.9171</w:t>
        <w:br/>
        <w:t>vn -0.6127 0.0137 0.7902</w:t>
        <w:br/>
        <w:t>vn 0.0540 -0.7017 0.7104</w:t>
        <w:br/>
        <w:t>vn 0.3603 -0.1999 0.9112</w:t>
        <w:br/>
        <w:t>vn -0.1222 -0.8636 0.4891</w:t>
        <w:br/>
        <w:t>vn 0.0540 -0.7017 0.7105</w:t>
        <w:br/>
        <w:t>vn -0.6510 0.2405 0.7200</w:t>
        <w:br/>
        <w:t>vn -0.8302 0.1448 0.5384</w:t>
        <w:br/>
        <w:t>vn -0.8233 0.3453 0.4505</w:t>
        <w:br/>
        <w:t>vn -0.6347 0.4375 0.6370</w:t>
        <w:br/>
        <w:t>vn -0.7972 -0.0627 0.6004</w:t>
        <w:br/>
        <w:t>vn 0.1425 -0.9327 0.3313</w:t>
        <w:br/>
        <w:t>vn 0.3160 -0.7682 0.5567</w:t>
        <w:br/>
        <w:t>vn 0.3159 -0.7683 0.5568</w:t>
        <w:br/>
        <w:t>vn 0.5102 0.4050 0.7587</w:t>
        <w:br/>
        <w:t>vn 0.5167 0.4036 0.7551</w:t>
        <w:br/>
        <w:t>vn -0.5183 -0.3989 -0.7564</w:t>
        <w:br/>
        <w:t>vn -0.5215 -0.3963 -0.7556</w:t>
        <w:br/>
        <w:t>vn -0.5205 -0.4106 -0.7486</w:t>
        <w:br/>
        <w:t>vn -0.5020 -0.4082 -0.7625</w:t>
        <w:br/>
        <w:t>vn -0.5178 -0.3939 -0.7594</w:t>
        <w:br/>
        <w:t>vn -0.5138 -0.3975 -0.7603</w:t>
        <w:br/>
        <w:t>vn -0.5248 -0.3714 -0.7659</w:t>
        <w:br/>
        <w:t>vn -0.5242 -0.3719 -0.7661</w:t>
        <w:br/>
        <w:t>vn -0.5241 -0.3688 -0.7677</w:t>
        <w:br/>
        <w:t>vn -0.5242 -0.3690 -0.7675</w:t>
        <w:br/>
        <w:t>vn -0.5260 -0.3752 -0.7632</w:t>
        <w:br/>
        <w:t>vn -0.5213 -0.3816 -0.7633</w:t>
        <w:br/>
        <w:t>vn -0.5217 -0.3636 -0.7718</w:t>
        <w:br/>
        <w:t>vn -0.5211 -0.3641 -0.7719</w:t>
        <w:br/>
        <w:t>vn -0.5215 -0.3601 -0.7735</w:t>
        <w:br/>
        <w:t>vn -0.5224 -0.3622 -0.7719</w:t>
        <w:br/>
        <w:t>vn -0.5223 -0.3787 -0.7640</w:t>
        <w:br/>
        <w:t>vn 0.2643 -0.9289 0.2594</w:t>
        <w:br/>
        <w:t>vn 0.4228 -0.7765 0.4673</w:t>
        <w:br/>
        <w:t>vn 0.4915 -0.4255 -0.7599</w:t>
        <w:br/>
        <w:t>vn 0.4914 -0.4255 -0.7599</w:t>
        <w:br/>
        <w:t>vn 0.4771 -0.4441 -0.7584</w:t>
        <w:br/>
        <w:t>vn 0.4772 -0.4440 -0.7584</w:t>
        <w:br/>
        <w:t>vn 0.4967 -0.4310 -0.7533</w:t>
        <w:br/>
        <w:t>vn 0.5108 -0.4123 -0.7544</w:t>
        <w:br/>
        <w:t>vn 0.7644 -0.1320 0.6311</w:t>
        <w:br/>
        <w:t>vn 0.2182 0.9569 -0.1919</w:t>
        <w:br/>
        <w:t>vn 0.2180 0.9569 -0.1919</w:t>
        <w:br/>
        <w:t>vn -0.2147 -0.9549 0.2051</w:t>
        <w:br/>
        <w:t>vn -0.2147 -0.9549 0.2052</w:t>
        <w:br/>
        <w:t>vn -0.5037 0.4318 0.7482</w:t>
        <w:br/>
        <w:t>vn -0.5185 0.4093 0.7508</w:t>
        <w:br/>
        <w:t>vn -0.5185 0.4092 0.7508</w:t>
        <w:br/>
        <w:t>vn -0.2591 -0.9323 0.2525</w:t>
        <w:br/>
        <w:t>vn -0.2591 -0.9323 0.2524</w:t>
        <w:br/>
        <w:t>vn -0.2589 -0.9323 0.2527</w:t>
        <w:br/>
        <w:t>vn -0.4967 0.4211 0.7589</w:t>
        <w:br/>
        <w:t>vn -0.7670 0.1417 -0.6259</w:t>
        <w:br/>
        <w:t>vn -0.7670 0.1417 -0.6258</w:t>
        <w:br/>
        <w:t>vn -0.7669 0.1417 -0.6259</w:t>
        <w:br/>
        <w:t>vn 0.2569 0.9302 -0.2623</w:t>
        <w:br/>
        <w:t>vn 0.2569 0.9302 -0.2622</w:t>
        <w:br/>
        <w:t>vn 0.2569 0.9301 -0.2623</w:t>
        <w:br/>
        <w:t>vn 0.7837 -0.2143 0.5829</w:t>
        <w:br/>
        <w:t>vn 0.7838 -0.2143 0.5829</w:t>
        <w:br/>
        <w:t>vn 0.7837 -0.2143 0.5830</w:t>
        <w:br/>
        <w:t>vn -0.4815 0.4435 0.7559</w:t>
        <w:br/>
        <w:t>vn -0.7896 0.2324 -0.5680</w:t>
        <w:br/>
        <w:t>vn -0.7895 0.2324 -0.5680</w:t>
        <w:br/>
        <w:t>vn 0.6073 -0.4509 0.6541</w:t>
        <w:br/>
        <w:t>vn 0.8280 0.3437 0.4430</w:t>
        <w:br/>
        <w:t>vn 0.6074 -0.4509 0.6541</w:t>
        <w:br/>
        <w:t>vn 0.6800 0.7159 0.1582</w:t>
        <w:br/>
        <w:t>vn 0.6801 0.7159 0.1582</w:t>
        <w:br/>
        <w:t>vn 0.5356 -0.4001 -0.7437</w:t>
        <w:br/>
        <w:t>vn 0.5355 -0.4001 -0.7438</w:t>
        <w:br/>
        <w:t>vn -0.5029 0.3959 0.7684</w:t>
        <w:br/>
        <w:t>vn -0.5028 0.3959 0.7684</w:t>
        <w:br/>
        <w:t>vn -0.5026 0.3960 0.7685</w:t>
        <w:br/>
        <w:t>vn -0.5027 0.3959 0.7684</w:t>
        <w:br/>
        <w:t>vn 0.3508 -0.7251 0.5926</w:t>
        <w:br/>
        <w:t>vn 0.3507 -0.7250 0.5927</w:t>
        <w:br/>
        <w:t>vn -0.7696 -0.5922 -0.2386</w:t>
        <w:br/>
        <w:t>vn -0.8563 -0.2567 -0.4481</w:t>
        <w:br/>
        <w:t>vn -0.8563 -0.2568 -0.4481</w:t>
        <w:br/>
        <w:t>vn -0.5319 0.3909 0.7511</w:t>
        <w:br/>
        <w:t>vn -0.5319 0.3909 0.7512</w:t>
        <w:br/>
        <w:t>vn 0.4975 -0.3857 -0.7770</w:t>
        <w:br/>
        <w:t>vn 0.4974 -0.3857 -0.7770</w:t>
        <w:br/>
        <w:t>vn 0.4975 -0.3858 -0.7769</w:t>
        <w:br/>
        <w:t>vn 0.4976 -0.3858 -0.7769</w:t>
        <w:br/>
        <w:t>vn -0.5779 0.5249 -0.6249</w:t>
        <w:br/>
        <w:t>vn -0.2287 0.8159 -0.5310</w:t>
        <w:br/>
        <w:t>vn -0.2685 -0.9314 0.2457</w:t>
        <w:br/>
        <w:t>vn -0.2685 -0.9315 0.2455</w:t>
        <w:br/>
        <w:t>vn 0.5663 -0.5291 0.6319</w:t>
        <w:br/>
        <w:t>vn 0.5663 -0.5291 0.6320</w:t>
        <w:br/>
        <w:t>vn 0.5663 -0.5292 0.6319</w:t>
        <w:br/>
        <w:t>vn -0.5247 0.4063 0.7481</w:t>
        <w:br/>
        <w:t>vn -0.5261 0.4101 0.7450</w:t>
        <w:br/>
        <w:t>vn -0.8088 -0.0634 0.5846</w:t>
        <w:br/>
        <w:t>vn -0.7481 0.0957 0.6567</w:t>
        <w:br/>
        <w:t>vn -0.2641 -0.9353 0.2355</w:t>
        <w:br/>
        <w:t>vn -0.2652 -0.9347 0.2368</w:t>
        <w:br/>
        <w:t>vn -0.2650 -0.9347 0.2368</w:t>
        <w:br/>
        <w:t>vn -0.2641 -0.9353 0.2354</w:t>
        <w:br/>
        <w:t>vn -0.8350 -0.2934 -0.4655</w:t>
        <w:br/>
        <w:t>vn -0.8350 -0.2934 -0.4654</w:t>
        <w:br/>
        <w:t>vn 0.0686 0.9973 0.0276</w:t>
        <w:br/>
        <w:t>vn 0.2637 0.9311 -0.2520</w:t>
        <w:br/>
        <w:t>vn 0.0686 0.9973 0.0275</w:t>
        <w:br/>
        <w:t>vn 0.6508 0.0947 0.7533</w:t>
        <w:br/>
        <w:t>vn 0.6509 0.0947 0.7533</w:t>
        <w:br/>
        <w:t>vn 0.8271 -0.0084 0.5619</w:t>
        <w:br/>
        <w:t>vn 0.8271 -0.0084 0.5620</w:t>
        <w:br/>
        <w:t>vn 0.2400 0.9321 -0.2711</w:t>
        <w:br/>
        <w:t>vn 0.0638 0.9977 -0.0237</w:t>
        <w:br/>
        <w:t>vn 0.0639 0.9977 -0.0238</w:t>
        <w:br/>
        <w:t>vn -0.7398 -0.6354 0.2215</w:t>
        <w:br/>
        <w:t>vn -0.6027 -0.7973 -0.0330</w:t>
        <w:br/>
        <w:t>vn -0.3812 -0.9091 0.1682</w:t>
        <w:br/>
        <w:t>vn -0.5230 -0.7442 0.4156</w:t>
        <w:br/>
        <w:t>vn -0.7732 -0.1614 0.6132</w:t>
        <w:br/>
        <w:t>vn -0.7398 -0.6353 0.2215</w:t>
        <w:br/>
        <w:t>vn -0.5230 -0.7442 0.4155</w:t>
        <w:br/>
        <w:t>vn -0.5801 0.2130 0.7862</w:t>
        <w:br/>
        <w:t>vn -0.9716 -0.1614 -0.1730</w:t>
        <w:br/>
        <w:t>vn -0.8451 0.1957 0.4975</w:t>
        <w:br/>
        <w:t>vn -0.9716 -0.1614 -0.1731</w:t>
        <w:br/>
        <w:t>vn -0.8510 -0.2901 -0.4377</w:t>
        <w:br/>
        <w:t>vn -0.8871 0.2500 -0.3881</w:t>
        <w:br/>
        <w:t>vn -0.7828 0.1633 -0.6005</w:t>
        <w:br/>
        <w:t>vn -0.6812 0.3809 -0.6252</w:t>
        <w:br/>
        <w:t>vn -0.7951 0.4655 -0.3887</w:t>
        <w:br/>
        <w:t>vn -0.9291 0.1651 -0.3308</w:t>
        <w:br/>
        <w:t>vn -0.8123 0.0673 -0.5793</w:t>
        <w:br/>
        <w:t>vn -0.8451 0.3479 0.4059</w:t>
        <w:br/>
        <w:t>vn -0.9292 0.1650 -0.3308</w:t>
        <w:br/>
        <w:t>vn -0.3602 0.7472 0.5585</w:t>
        <w:br/>
        <w:t>vn 0.0636 0.9977 -0.0240</w:t>
        <w:br/>
        <w:t>vn 0.0639 0.9977 -0.0239</w:t>
        <w:br/>
        <w:t>vn -0.1183 0.9670 0.2258</w:t>
        <w:br/>
        <w:t>vn 0.4236 0.1904 0.8856</w:t>
        <w:br/>
        <w:t>vn -0.2971 0.5121 0.8060</w:t>
        <w:br/>
        <w:t>vn 0.6509 0.0947 0.7532</w:t>
        <w:br/>
        <w:t>vn -0.2969 0.5121 0.8060</w:t>
        <w:br/>
        <w:t>vn -0.3601 0.7472 0.5586</w:t>
        <w:br/>
        <w:t>vn -0.3543 -0.1207 0.9273</w:t>
        <w:br/>
        <w:t>vn -0.4491 0.1142 0.8862</w:t>
        <w:br/>
        <w:t>vn -0.7746 0.5158 0.3660</w:t>
        <w:br/>
        <w:t>vn -0.5868 -0.0493 0.8083</w:t>
        <w:br/>
        <w:t>vn -0.4193 0.0396 0.9070</w:t>
        <w:br/>
        <w:t>vn -0.2686 -0.7353 0.6223</w:t>
        <w:br/>
        <w:t>vn -0.4251 -0.7514 0.5046</w:t>
        <w:br/>
        <w:t>vn -0.7232 0.6845 -0.0921</w:t>
        <w:br/>
        <w:t>vn -0.7746 0.5158 0.3659</w:t>
        <w:br/>
        <w:t>vn -0.7951 0.4655 -0.3888</w:t>
        <w:br/>
        <w:t>vn -0.6582 0.6570 -0.3675</w:t>
        <w:br/>
        <w:t>vn -0.5399 0.5763 -0.6135</w:t>
        <w:br/>
        <w:t>vn -0.6581 0.6570 -0.3678</w:t>
        <w:br/>
        <w:t>vn -0.2665 -0.9273 0.2629</w:t>
        <w:br/>
        <w:t>vn -0.2685 -0.7352 0.6224</w:t>
        <w:br/>
        <w:t>vn -0.4251 -0.7514 0.5047</w:t>
        <w:br/>
        <w:t>vn -0.9350 0.3208 -0.1510</w:t>
        <w:br/>
        <w:t>vn -0.7071 0.1609 0.6886</w:t>
        <w:br/>
        <w:t>vn -0.8079 -0.0628 0.5859</w:t>
        <w:br/>
        <w:t>vn -0.6026 -0.0704 0.7949</w:t>
        <w:br/>
        <w:t>vn -0.4227 -0.7765 0.4673</w:t>
        <w:br/>
        <w:t>vn -0.0622 0.4109 0.9096</w:t>
        <w:br/>
        <w:t>vn -0.5490 0.2146 0.8078</w:t>
        <w:br/>
        <w:t>vn 0.6509 0.2407 0.7200</w:t>
        <w:br/>
        <w:t>vn -0.0623 0.4109 0.9096</w:t>
        <w:br/>
        <w:t>vn 0.3959 0.4953 0.7733</w:t>
        <w:br/>
        <w:t>vn 0.6346 0.4377 0.6370</w:t>
        <w:br/>
        <w:t>vn 0.6376 0.0342 0.7696</w:t>
        <w:br/>
        <w:t>vn 0.4375 0.1288 0.8899</w:t>
        <w:br/>
        <w:t>vn -0.4573 0.5529 0.6965</w:t>
        <w:br/>
        <w:t>vn 0.1186 0.9928 0.0159</w:t>
        <w:br/>
        <w:t>vn 0.2885 0.9284 -0.2340</w:t>
        <w:br/>
        <w:t>vn 0.2888 0.9283 -0.2342</w:t>
        <w:br/>
        <w:t>vn 0.1185 0.9928 0.0159</w:t>
        <w:br/>
        <w:t>vn -0.6255 0.6843 0.3748</w:t>
        <w:br/>
        <w:t>vn -0.8952 0.2421 -0.3743</w:t>
        <w:br/>
        <w:t>vn -0.8952 0.2421 -0.3742</w:t>
        <w:br/>
        <w:t>vn -0.9388 0.3242 -0.1162</w:t>
        <w:br/>
        <w:t>vn -0.3266 0.7502 0.5749</w:t>
        <w:br/>
        <w:t>vn -0.6256 0.6842 0.3748</w:t>
        <w:br/>
        <w:t>vn -0.1843 0.1412 0.9727</w:t>
        <w:br/>
        <w:t>vn 0.1187 0.9928 0.0158</w:t>
        <w:br/>
        <w:t>vn 0.1187 0.9928 0.0162</w:t>
        <w:br/>
        <w:t>vn -0.7842 0.1416 -0.6041</w:t>
        <w:br/>
        <w:t>vn -0.8952 0.2420 -0.3743</w:t>
        <w:br/>
        <w:t>vn -0.7842 0.1416 -0.6042</w:t>
        <w:br/>
        <w:t>vn 0.6126 0.0137 0.7903</w:t>
        <w:br/>
        <w:t>vn 0.4401 -0.2967 0.8475</w:t>
        <w:br/>
        <w:t>vn 0.6304 -0.4311 0.6455</w:t>
        <w:br/>
        <w:t>vn 0.7949 -0.0915 0.5998</w:t>
        <w:br/>
        <w:t>vn 0.6127 0.0136 0.7902</w:t>
        <w:br/>
        <w:t>vn 0.3810 0.1177 0.9171</w:t>
        <w:br/>
        <w:t>vn -0.3603 -0.1999 0.9112</w:t>
        <w:br/>
        <w:t>vn -0.0540 -0.7017 0.7104</w:t>
        <w:br/>
        <w:t>vn 0.1222 -0.8636 0.4891</w:t>
        <w:br/>
        <w:t>vn -0.0540 -0.7017 0.7105</w:t>
        <w:br/>
        <w:t>vn 0.6509 0.2406 0.7200</w:t>
        <w:br/>
        <w:t>vn 0.6346 0.4376 0.6370</w:t>
        <w:br/>
        <w:t>vn 0.8232 0.3455 0.4505</w:t>
        <w:br/>
        <w:t>vn 0.8301 0.1450 0.5384</w:t>
        <w:br/>
        <w:t>vn 0.7972 -0.0625 0.6005</w:t>
        <w:br/>
        <w:t>vn -0.3161 -0.7682 0.5567</w:t>
        <w:br/>
        <w:t>vn -0.1425 -0.9327 0.3313</w:t>
        <w:br/>
        <w:t>vn -0.3160 -0.7683 0.5567</w:t>
        <w:br/>
        <w:t>vn -0.5105 0.4048 0.7587</w:t>
        <w:br/>
        <w:t>vn -0.5169 0.4034 0.7550</w:t>
        <w:br/>
        <w:t>vn -0.5104 0.4048 0.7587</w:t>
        <w:br/>
        <w:t>vn 0.5196 -0.4024 -0.7537</w:t>
        <w:br/>
        <w:t>vn 0.5207 -0.4104 -0.7486</w:t>
        <w:br/>
        <w:t>vn 0.5207 -0.4104 -0.7487</w:t>
        <w:br/>
        <w:t>vn 0.5206 -0.4008 -0.7539</w:t>
        <w:br/>
        <w:t>vn 0.5021 -0.4080 -0.7626</w:t>
        <w:br/>
        <w:t>vn 0.5021 -0.4080 -0.7625</w:t>
        <w:br/>
        <w:t>vn 0.5137 -0.3955 -0.7613</w:t>
        <w:br/>
        <w:t>vn 0.5148 -0.3996 -0.7585</w:t>
        <w:br/>
        <w:t>vn 0.5241 -0.3688 -0.7676</w:t>
        <w:br/>
        <w:t>vn 0.5242 -0.3719 -0.7661</w:t>
        <w:br/>
        <w:t>vn 0.5247 -0.3714 -0.7660</w:t>
        <w:br/>
        <w:t>vn 0.5242 -0.3690 -0.7675</w:t>
        <w:br/>
        <w:t>vn 0.5261 -0.3752 -0.7632</w:t>
        <w:br/>
        <w:t>vn 0.5203 -0.3718 -0.7688</w:t>
        <w:br/>
        <w:t>vn 0.5211 -0.3641 -0.7720</w:t>
        <w:br/>
        <w:t>vn 0.5216 -0.3636 -0.7718</w:t>
        <w:br/>
        <w:t>vn 0.5215 -0.3601 -0.7735</w:t>
        <w:br/>
        <w:t>vn 0.5224 -0.3620 -0.7721</w:t>
        <w:br/>
        <w:t>vn 0.5218 -0.3854 -0.7611</w:t>
        <w:br/>
        <w:t>vn -0.2643 -0.9289 0.2594</w:t>
        <w:br/>
        <w:t>vn -0.4228 -0.7766 0.4671</w:t>
        <w:br/>
        <w:t>vn -0.8807 -0.4733 0.0189</w:t>
        <w:br/>
        <w:t>vn -0.6263 -0.6973 0.3485</w:t>
        <w:br/>
        <w:t>vn -0.4746 -0.7921 0.3839</w:t>
        <w:br/>
        <w:t>vn -0.8667 -0.4959 0.0529</w:t>
        <w:br/>
        <w:t>vn -0.5999 -0.7664 0.2297</w:t>
        <w:br/>
        <w:t>vn -0.8179 -0.4944 0.2945</w:t>
        <w:br/>
        <w:t>vn -0.8449 -0.5312 -0.0627</w:t>
        <w:br/>
        <w:t>vn -0.8781 -0.2399 -0.4139</w:t>
        <w:br/>
        <w:t>vn -0.8835 -0.0710 -0.4631</w:t>
        <w:br/>
        <w:t>vn 0.9701 0.2418 -0.0216</w:t>
        <w:br/>
        <w:t>vn 0.9907 0.0593 -0.1228</w:t>
        <w:br/>
        <w:t>vn 0.8860 0.3324 -0.3233</w:t>
        <w:br/>
        <w:t>vn 0.8685 0.4956 -0.0055</w:t>
        <w:br/>
        <w:t>vn -0.8745 -0.4815 -0.0590</w:t>
        <w:br/>
        <w:t>vn -0.9948 -0.0482 -0.0896</w:t>
        <w:br/>
        <w:t>vn -0.9943 0.1066 -0.0014</w:t>
        <w:br/>
        <w:t>vn 0.7159 0.5845 -0.3819</w:t>
        <w:br/>
        <w:t>vn 0.8594 0.5081 -0.0580</w:t>
        <w:br/>
        <w:t>vn 0.9061 0.3659 -0.2123</w:t>
        <w:br/>
        <w:t>vn -0.1892 -0.3975 0.8979</w:t>
        <w:br/>
        <w:t>vn -0.0064 -0.0561 0.9984</w:t>
        <w:br/>
        <w:t>vn 0.2246 -0.0165 0.9743</w:t>
        <w:br/>
        <w:t>vn 0.3812 -0.0706 0.9218</w:t>
        <w:br/>
        <w:t>vn -0.9800 -0.1770 -0.0911</w:t>
        <w:br/>
        <w:t>vn -0.8807 -0.4733 0.0190</w:t>
        <w:br/>
        <w:t>vn -0.9942 0.1041 0.0272</w:t>
        <w:br/>
        <w:t>vn 0.8526 0.5225 0.0106</w:t>
        <w:br/>
        <w:t>vn 0.9036 0.0051 0.4284</w:t>
        <w:br/>
        <w:t>vn 0.9655 0.2363 0.1095</w:t>
        <w:br/>
        <w:t>vn -0.2710 0.7702 0.5774</w:t>
        <w:br/>
        <w:t>vn -0.6293 0.5430 0.5560</w:t>
        <w:br/>
        <w:t>vn -0.7006 0.4751 0.5325</w:t>
        <w:br/>
        <w:t>vn -0.1562 0.8133 0.5605</w:t>
        <w:br/>
        <w:t>vn -0.5406 0.2318 0.8087</w:t>
        <w:br/>
        <w:t>vn 0.0251 0.5672 0.8232</w:t>
        <w:br/>
        <w:t>vn -0.0152 0.4137 0.9103</w:t>
        <w:br/>
        <w:t>vn -0.1778 0.2433 0.9535</w:t>
        <w:br/>
        <w:t>vn 0.8660 0.4993 0.0292</w:t>
        <w:br/>
        <w:t>vn 0.9763 -0.0896 0.1971</w:t>
        <w:br/>
        <w:t>vn 0.9703 0.1023 0.2193</w:t>
        <w:br/>
        <w:t>vn -0.9446 -0.1554 0.2890</w:t>
        <w:br/>
        <w:t>vn -0.0085 -0.6703 0.7420</w:t>
        <w:br/>
        <w:t>vn 0.1919 -0.3425 0.9197</w:t>
        <w:br/>
        <w:t>vn 0.1921 -0.3425 0.9197</w:t>
        <w:br/>
        <w:t>vn 0.5743 -0.3540 0.7381</w:t>
        <w:br/>
        <w:t>vn 0.7103 -0.5439 -0.4468</w:t>
        <w:br/>
        <w:t>vn 0.4212 -0.6662 -0.6154</w:t>
        <w:br/>
        <w:t>vn 0.4212 -0.6662 -0.6155</w:t>
        <w:br/>
        <w:t>vn 0.1506 -0.8658 -0.4772</w:t>
        <w:br/>
        <w:t>vn 0.6896 0.5896 -0.4205</w:t>
        <w:br/>
        <w:t>vn 0.7725 0.5972 -0.2159</w:t>
        <w:br/>
        <w:t>vn -0.5146 -0.8532 -0.0844</w:t>
        <w:br/>
        <w:t>vn -0.8449 -0.5313 -0.0628</w:t>
        <w:br/>
        <w:t>vn -0.3787 -0.9255 -0.0096</w:t>
        <w:br/>
        <w:t>vn -0.3259 -0.0164 -0.9453</w:t>
        <w:br/>
        <w:t>vn 0.0623 0.0085 -0.9980</w:t>
        <w:br/>
        <w:t>vn 0.2251 0.3260 -0.9182</w:t>
        <w:br/>
        <w:t>vn 0.5517 0.8068 -0.2117</w:t>
        <w:br/>
        <w:t>vn 0.7082 0.7000 -0.0917</w:t>
        <w:br/>
        <w:t>vn 0.3653 -0.0229 -0.9306</w:t>
        <w:br/>
        <w:t>vn 0.2091 0.0366 -0.9772</w:t>
        <w:br/>
        <w:t>vn -0.1696 -0.1872 -0.9676</w:t>
        <w:br/>
        <w:t>vn -0.1975 -0.3540 -0.9142</w:t>
        <w:br/>
        <w:t>vn -0.6863 -0.7076 -0.1684</w:t>
        <w:br/>
        <w:t>vn -0.8744 -0.4815 -0.0590</w:t>
        <w:br/>
        <w:t>vn -0.4698 -0.7752 -0.4223</w:t>
        <w:br/>
        <w:t>vn -0.7001 0.5136 -0.4962</w:t>
        <w:br/>
        <w:t>vn -0.3846 0.6216 -0.6824</w:t>
        <w:br/>
        <w:t>vn -0.1368 0.8398 -0.5255</w:t>
        <w:br/>
        <w:t>vn 0.6519 0.7530 -0.0889</w:t>
        <w:br/>
        <w:t>vn 0.3532 0.9336 0.0605</w:t>
        <w:br/>
        <w:t>vn 0.8659 0.4993 0.0292</w:t>
        <w:br/>
        <w:t>vn 0.6884 0.7236 0.0496</w:t>
        <w:br/>
        <w:t>vn 0.4265 0.8492 0.3112</w:t>
        <w:br/>
        <w:t>vn -0.1891 -0.3975 0.8979</w:t>
        <w:br/>
        <w:t>vn -0.9942 0.1041 0.0271</w:t>
        <w:br/>
        <w:t>vn 0.9036 0.0051 0.4283</w:t>
        <w:br/>
        <w:t>vn 0.3532 0.9336 0.0607</w:t>
        <w:br/>
        <w:t>vn 0.4265 0.8493 0.3113</w:t>
        <w:br/>
        <w:t>vn 0.5743 -0.3539 0.7381</w:t>
        <w:br/>
        <w:t>vn -0.0086 -0.6703 0.7420</w:t>
        <w:br/>
        <w:t>vn 0.2252 0.3260 -0.9182</w:t>
        <w:br/>
        <w:t>vn -0.1368 0.8397 -0.5255</w:t>
        <w:br/>
        <w:t>vn 0.7159 0.5845 -0.3818</w:t>
        <w:br/>
        <w:t>vn -0.4699 -0.7752 -0.4223</w:t>
        <w:br/>
        <w:t>vn -0.7001 0.5136 -0.4961</w:t>
        <w:br/>
        <w:t>vn 0.8807 -0.4734 0.0176</w:t>
        <w:br/>
        <w:t>vn 0.4750 -0.7924 0.3827</w:t>
        <w:br/>
        <w:t>vn 0.6266 -0.6976 0.3473</w:t>
        <w:br/>
        <w:t>vn 0.8668 -0.4961 0.0516</w:t>
        <w:br/>
        <w:t>vn 0.8181 -0.4947 0.2932</w:t>
        <w:br/>
        <w:t>vn 0.6001 -0.7667 0.2284</w:t>
        <w:br/>
        <w:t>vn 0.8448 -0.5312 -0.0641</w:t>
        <w:br/>
        <w:t>vn 0.8829 -0.0707 -0.4642</w:t>
        <w:br/>
        <w:t>vn 0.8777 -0.2396 -0.4151</w:t>
        <w:br/>
        <w:t>vn -0.9701 0.2419 -0.0203</w:t>
        <w:br/>
        <w:t>vn -0.8685 0.4957 -0.0041</w:t>
        <w:br/>
        <w:t>vn -0.8863 0.3327 -0.3221</w:t>
        <w:br/>
        <w:t>vn -0.9908 0.0595 -0.1216</w:t>
        <w:br/>
        <w:t>vn 0.8743 -0.4815 -0.0603</w:t>
        <w:br/>
        <w:t>vn 0.9943 0.1065 -0.0025</w:t>
        <w:br/>
        <w:t>vn 0.9947 -0.0482 -0.0908</w:t>
        <w:br/>
        <w:t>vn -0.7163 0.5848 -0.3806</w:t>
        <w:br/>
        <w:t>vn -0.9063 0.3661 -0.2110</w:t>
        <w:br/>
        <w:t>vn -0.8594 0.5082 -0.0567</w:t>
        <w:br/>
        <w:t>vn -0.2235 -0.0173 0.9745</w:t>
        <w:br/>
        <w:t>vn 0.0074 -0.0568 0.9984</w:t>
        <w:br/>
        <w:t>vn 0.1901 -0.3982 0.8974</w:t>
        <w:br/>
        <w:t>vn -0.3802 -0.0712 0.9222</w:t>
        <w:br/>
        <w:t>vn 0.9799 -0.1770 -0.0923</w:t>
        <w:br/>
        <w:t>vn 0.9942 0.1041 0.0261</w:t>
        <w:br/>
        <w:t>vn -0.8525 0.5225 0.0119</w:t>
        <w:br/>
        <w:t>vn -0.9653 0.2363 0.1107</w:t>
        <w:br/>
        <w:t>vn -0.9031 0.0049 0.4294</w:t>
        <w:br/>
        <w:t>vn 0.2717 0.7697 0.5776</w:t>
        <w:br/>
        <w:t>vn 0.1568 0.8129 0.5609</w:t>
        <w:br/>
        <w:t>vn 0.7012 0.4746 0.5321</w:t>
        <w:br/>
        <w:t>vn 0.6300 0.5424 0.5557</w:t>
        <w:br/>
        <w:t>vn 0.5416 0.2312 0.8083</w:t>
        <w:br/>
        <w:t>vn 0.1789 0.2426 0.9535</w:t>
        <w:br/>
        <w:t>vn 0.0162 0.4130 0.9106</w:t>
        <w:br/>
        <w:t>vn -0.0242 0.5666 0.8236</w:t>
        <w:br/>
        <w:t>vn -0.8659 0.4994 0.0305</w:t>
        <w:br/>
        <w:t>vn -0.9700 0.1022 0.2205</w:t>
        <w:br/>
        <w:t>vn -0.9761 -0.0896 0.1981</w:t>
        <w:br/>
        <w:t>vn 0.9449 -0.1558 0.2878</w:t>
        <w:br/>
        <w:t>vn -0.1910 -0.3432 0.9196</w:t>
        <w:br/>
        <w:t>vn 0.0092 -0.6709 0.7415</w:t>
        <w:br/>
        <w:t>vn -0.5735 -0.3544 0.7385</w:t>
        <w:br/>
        <w:t>vn -0.4219 -0.6657 -0.6155</w:t>
        <w:br/>
        <w:t>vn -0.4219 -0.6656 -0.6156</w:t>
        <w:br/>
        <w:t>vn -0.7108 -0.5435 -0.4465</w:t>
        <w:br/>
        <w:t>vn -0.1512 -0.8655 -0.4776</w:t>
        <w:br/>
        <w:t>vn -0.7727 0.5975 -0.2146</w:t>
        <w:br/>
        <w:t>vn -0.6900 0.5899 -0.4193</w:t>
        <w:br/>
        <w:t>vn 0.5145 -0.8532 -0.0856</w:t>
        <w:br/>
        <w:t>vn 0.3785 -0.9255 -0.0109</w:t>
        <w:br/>
        <w:t>vn 0.8448 -0.5313 -0.0641</w:t>
        <w:br/>
        <w:t>vn -0.0634 0.0092 -0.9979</w:t>
        <w:br/>
        <w:t>vn -0.0634 0.0093 -0.9979</w:t>
        <w:br/>
        <w:t>vn 0.3248 -0.0157 -0.9456</w:t>
        <w:br/>
        <w:t>vn -0.2261 0.3267 -0.9177</w:t>
        <w:br/>
        <w:t>vn -0.7082 0.7002 -0.0904</w:t>
        <w:br/>
        <w:t>vn -0.5518 0.8070 -0.2106</w:t>
        <w:br/>
        <w:t>vn 0.1685 -0.1865 -0.9679</w:t>
        <w:br/>
        <w:t>vn -0.2102 0.0374 -0.9770</w:t>
        <w:br/>
        <w:t>vn -0.3664 -0.0221 -0.9302</w:t>
        <w:br/>
        <w:t>vn 0.1965 -0.3533 -0.9147</w:t>
        <w:br/>
        <w:t>vn 0.6860 -0.7075 -0.1697</w:t>
        <w:br/>
        <w:t>vn 0.4694 -0.7749 -0.4233</w:t>
        <w:br/>
        <w:t>vn 0.8743 -0.4816 -0.0603</w:t>
        <w:br/>
        <w:t>vn 0.3839 0.6221 -0.6824</w:t>
        <w:br/>
        <w:t>vn 0.3839 0.6221 -0.6823</w:t>
        <w:br/>
        <w:t>vn 0.6996 0.5139 -0.4965</w:t>
        <w:br/>
        <w:t>vn 0.1363 0.8401 -0.5250</w:t>
        <w:br/>
        <w:t>vn -0.3530 0.9336 0.0616</w:t>
        <w:br/>
        <w:t>vn -0.6520 0.7532 -0.0876</w:t>
        <w:br/>
        <w:t>vn -0.8659 0.4993 0.0306</w:t>
        <w:br/>
        <w:t>vn -0.4261 0.8490 0.3124</w:t>
        <w:br/>
        <w:t>vn -0.6883 0.7237 0.0510</w:t>
        <w:br/>
        <w:t>vn 0.1902 -0.3982 0.8973</w:t>
        <w:br/>
        <w:t>vn 0.9942 0.1040 0.0262</w:t>
        <w:br/>
        <w:t>vn -0.4261 0.8491 0.3122</w:t>
        <w:br/>
        <w:t>vn -0.5736 -0.3544 0.7385</w:t>
        <w:br/>
        <w:t>vn 0.5415 0.2312 0.8083</w:t>
        <w:br/>
        <w:t>vn -0.2261 0.3266 -0.9177</w:t>
        <w:br/>
        <w:t>vn -0.7163 0.5849 -0.3806</w:t>
        <w:br/>
        <w:t>vn 0.4693 -0.7749 -0.4234</w:t>
        <w:br/>
        <w:t>vn 0.6995 0.5139 -0.4966</w:t>
        <w:br/>
        <w:t>vn 0.6855 -0.7281 0.0065</w:t>
        <w:br/>
        <w:t>vn 0.7001 -0.7139 -0.0111</w:t>
        <w:br/>
        <w:t>vn 0.7002 -0.7139 -0.0112</w:t>
        <w:br/>
        <w:t>vn 0.6560 -0.7545 0.0176</w:t>
        <w:br/>
        <w:t>vn 0.6612 -0.7499 0.0208</w:t>
        <w:br/>
        <w:t>vn 0.6509 -0.7590 0.0144</w:t>
        <w:br/>
        <w:t>vn 0.6463 -0.7630 -0.0103</w:t>
        <w:br/>
        <w:t>vn 0.6463 -0.7630 -0.0104</w:t>
        <w:br/>
        <w:t>vn 0.6430 -0.7656 -0.0206</w:t>
        <w:br/>
        <w:t>vn 0.6661 -0.7458 0.0151</w:t>
        <w:br/>
        <w:t>vn 0.6644 -0.7470 0.0236</w:t>
        <w:br/>
        <w:t>vn 0.6626 -0.7483 0.0321</w:t>
        <w:br/>
        <w:t>vn 0.6751 -0.7376 0.0121</w:t>
        <w:br/>
        <w:t>vn 0.6715 -0.7406 0.0261</w:t>
        <w:br/>
        <w:t>vn 0.6677 -0.7434 0.0400</w:t>
        <w:br/>
        <w:t>vn 0.6620 -0.7493 0.0173</w:t>
        <w:br/>
        <w:t>vn 0.6621 -0.7492 0.0173</w:t>
        <w:br/>
        <w:t>vn 0.6347 -0.7725 0.0214</w:t>
        <w:br/>
        <w:t>vn 0.6346 -0.7725 0.0214</w:t>
        <w:br/>
        <w:t>vn 0.6442 -0.7645 0.0223</w:t>
        <w:br/>
        <w:t>vn 0.6501 -0.7592 0.0310</w:t>
        <w:br/>
        <w:t>vn 0.6502 -0.7592 0.0310</w:t>
        <w:br/>
        <w:t>vn 0.6501 -0.7596 0.0183</w:t>
        <w:br/>
        <w:t>vn 0.6626 -0.7487 0.0194</w:t>
        <w:br/>
        <w:t>vn 0.6626 -0.7488 0.0194</w:t>
        <w:br/>
        <w:t>vn -0.7061 0.7079 0.0179</w:t>
        <w:br/>
        <w:t>vn -0.7061 0.7079 0.0180</w:t>
        <w:br/>
        <w:t>vn -0.6885 0.7253 -0.0032</w:t>
        <w:br/>
        <w:t>vn -0.6884 0.7253 -0.0032</w:t>
        <w:br/>
        <w:t>vn -0.6551 0.7553 -0.0178</w:t>
        <w:br/>
        <w:t>vn -0.6607 0.7503 -0.0212</w:t>
        <w:br/>
        <w:t>vn -0.6430 0.7657 0.0134</w:t>
        <w:br/>
        <w:t>vn -0.6495 0.7602 -0.0145</w:t>
        <w:br/>
        <w:t>vn -0.6370 0.7704 0.0264</w:t>
        <w:br/>
        <w:t>vn -0.6371 0.7703 0.0264</w:t>
        <w:br/>
        <w:t>vn -0.6632 0.7481 -0.0238</w:t>
        <w:br/>
        <w:t>vn -0.6653 0.7464 -0.0155</w:t>
        <w:br/>
        <w:t>vn -0.6611 0.7496 -0.0320</w:t>
        <w:br/>
        <w:t>vn -0.6710 0.7410 -0.0261</w:t>
        <w:br/>
        <w:t>vn -0.6747 0.7380 -0.0124</w:t>
        <w:br/>
        <w:t>vn -0.6673 0.7437 -0.0398</w:t>
        <w:br/>
        <w:t>vn -0.6620 0.7493 -0.0176</w:t>
        <w:br/>
        <w:t>vn -0.6621 0.7493 -0.0175</w:t>
        <w:br/>
        <w:t>vn -0.6422 0.7662 -0.0211</w:t>
        <w:br/>
        <w:t>vn -0.6306 0.7759 -0.0190</w:t>
        <w:br/>
        <w:t>vn -0.6307 0.7758 -0.0190</w:t>
        <w:br/>
        <w:t>vn -0.6423 0.7662 -0.0211</w:t>
        <w:br/>
        <w:t>vn -0.6498 0.7595 -0.0311</w:t>
        <w:br/>
        <w:t>vn -0.6498 0.7594 -0.0311</w:t>
        <w:br/>
        <w:t>vn -0.6503 0.7595 -0.0178</w:t>
        <w:br/>
        <w:t>vn -0.6634 0.7480 -0.0182</w:t>
        <w:br/>
        <w:t>vn -0.6635 0.7480 -0.0182</w:t>
        <w:br/>
        <w:t>vn 0.3603 0.5580 0.7475</w:t>
        <w:br/>
        <w:t>vn 0.0112 0.2977 0.9546</w:t>
        <w:br/>
        <w:t>vn -0.4506 -0.0986 0.8873</w:t>
        <w:br/>
        <w:t>vn 0.4919 0.7267 -0.4796</w:t>
        <w:br/>
        <w:t>vn 0.4918 0.7267 -0.4796</w:t>
        <w:br/>
        <w:t>vn 0.4952 0.7218 -0.4836</w:t>
        <w:br/>
        <w:t>vn 0.4952 0.7218 -0.4835</w:t>
        <w:br/>
        <w:t>vn -0.4413 -0.0562 0.8956</w:t>
        <w:br/>
        <w:t>vn -0.4413 -0.0563 0.8956</w:t>
        <w:br/>
        <w:t>vn 0.4985 0.7169 -0.4874</w:t>
        <w:br/>
        <w:t>vn 0.4870 0.6800 0.5482</w:t>
        <w:br/>
        <w:t>vn 0.4706 0.6807 0.5614</w:t>
        <w:br/>
        <w:t>vn -0.4083 -0.0566 -0.9111</w:t>
        <w:br/>
        <w:t>vn -0.4210 -0.0591 -0.9052</w:t>
        <w:br/>
        <w:t>vn -0.4209 -0.0591 -0.9052</w:t>
        <w:br/>
        <w:t>vn 0.0515 0.3474 -0.9363</w:t>
        <w:br/>
        <w:t>vn 0.0513 0.3471 -0.9364</w:t>
        <w:br/>
        <w:t>vn 0.4186 0.5958 -0.6854</w:t>
        <w:br/>
        <w:t>vn 0.4180 0.5958 -0.6858</w:t>
        <w:br/>
        <w:t>vn 0.5032 0.6790 0.5345</w:t>
        <w:br/>
        <w:t>vn 0.5032 0.6791 0.5345</w:t>
        <w:br/>
        <w:t>vn -0.1591 0.1943 0.9680</w:t>
        <w:br/>
        <w:t>vn -0.1591 0.1942 0.9680</w:t>
        <w:br/>
        <w:t>vn -0.0939 0.1961 -0.9761</w:t>
        <w:br/>
        <w:t>vn 0.1809 0.4959 0.8493</w:t>
        <w:br/>
        <w:t>vn 0.1810 0.4958 0.8493</w:t>
        <w:br/>
        <w:t>vn 0.2832 0.5224 -0.8043</w:t>
        <w:br/>
        <w:t>vn 0.2832 0.5225 -0.8043</w:t>
        <w:br/>
        <w:t>vn -0.6150 -0.2940 -0.7317</w:t>
        <w:br/>
        <w:t>vn -0.4996 -0.2516 -0.8289</w:t>
        <w:br/>
        <w:t>vn 0.2959 0.5889 0.7521</w:t>
        <w:br/>
        <w:t>vn -0.8193 -0.4418 -0.3655</w:t>
        <w:br/>
        <w:t>vn -0.7757 -0.3897 -0.4964</w:t>
        <w:br/>
        <w:t>vn -0.8192 -0.4419 -0.3655</w:t>
        <w:br/>
        <w:t>vn 0.0882 0.4029 0.9110</w:t>
        <w:br/>
        <w:t>vn 0.0882 0.4030 0.9110</w:t>
        <w:br/>
        <w:t>vn -0.4257 -0.0479 0.9036</w:t>
        <w:br/>
        <w:t>vn -0.6870 -0.3262 0.6493</w:t>
        <w:br/>
        <w:t>vn -0.6869 -0.3263 0.6493</w:t>
        <w:br/>
        <w:t>vn -0.5909 -0.2694 0.7604</w:t>
        <w:br/>
        <w:t>vn -0.5909 -0.2695 0.7604</w:t>
        <w:br/>
        <w:t>vn -0.6848 -0.3000 0.6641</w:t>
        <w:br/>
        <w:t>vn -0.6848 -0.3001 0.6641</w:t>
        <w:br/>
        <w:t>vn 0.3561 0.5877 -0.7265</w:t>
        <w:br/>
        <w:t>vn -0.8033 -0.3864 0.4533</w:t>
        <w:br/>
        <w:t>vn -0.8032 -0.3864 0.4533</w:t>
        <w:br/>
        <w:t>vn 0.1644 0.4121 -0.8962</w:t>
        <w:br/>
        <w:t>vn -0.8283 -0.4420 0.3442</w:t>
        <w:br/>
        <w:t>vn -0.6075 -0.3160 -0.7288</w:t>
        <w:br/>
        <w:t>vn -0.3176 -0.0130 -0.9481</w:t>
        <w:br/>
        <w:t>vn -0.6074 -0.3160 -0.7288</w:t>
        <w:br/>
        <w:t>vn -0.3835 0.2543 -0.8878</w:t>
        <w:br/>
        <w:t>vn -0.3837 0.2544 -0.8877</w:t>
        <w:br/>
        <w:t>vn -0.5195 0.8543 0.0147</w:t>
        <w:br/>
        <w:t>vn -0.5196 0.8543 0.0147</w:t>
        <w:br/>
        <w:t>vn -0.8481 0.5297 0.0132</w:t>
        <w:br/>
        <w:t>vn -0.8481 0.5297 0.0133</w:t>
        <w:br/>
        <w:t>vn -0.3901 0.2279 0.8921</w:t>
        <w:br/>
        <w:t>vn -0.3900 0.2279 0.8922</w:t>
        <w:br/>
        <w:t>vn 0.8498 -0.5270 -0.0132</w:t>
        <w:br/>
        <w:t>vn 0.8498 -0.5270 -0.0133</w:t>
        <w:br/>
        <w:t>vn -0.7933 -0.6088 -0.0098</w:t>
        <w:br/>
        <w:t>vn -0.0801 0.9967 0.0130</w:t>
        <w:br/>
        <w:t>vn -0.7003 -0.7137 -0.0110</w:t>
        <w:br/>
        <w:t>vn -0.7002 -0.7139 -0.0110</w:t>
        <w:br/>
        <w:t>vn -0.6855 -0.7280 0.0067</w:t>
        <w:br/>
        <w:t>vn -0.6561 -0.7544 0.0178</w:t>
        <w:br/>
        <w:t>vn -0.6613 -0.7499 0.0210</w:t>
        <w:br/>
        <w:t>vn -0.6463 -0.7630 -0.0102</w:t>
        <w:br/>
        <w:t>vn -0.6509 -0.7590 0.0146</w:t>
        <w:br/>
        <w:t>vn -0.6432 -0.7654 -0.0205</w:t>
        <w:br/>
        <w:t>vn -0.6433 -0.7653 -0.0206</w:t>
        <w:br/>
        <w:t>vn -0.6645 -0.7470 0.0238</w:t>
        <w:br/>
        <w:t>vn -0.6662 -0.7456 0.0153</w:t>
        <w:br/>
        <w:t>vn -0.6626 -0.7483 0.0322</w:t>
        <w:br/>
        <w:t>vn -0.6715 -0.7405 0.0262</w:t>
        <w:br/>
        <w:t>vn -0.6752 -0.7375 0.0123</w:t>
        <w:br/>
        <w:t>vn -0.6678 -0.7433 0.0402</w:t>
        <w:br/>
        <w:t>vn -0.6621 -0.7492 0.0175</w:t>
        <w:br/>
        <w:t>vn -0.6443 -0.7644 0.0225</w:t>
        <w:br/>
        <w:t>vn -0.6349 -0.7723 0.0215</w:t>
        <w:br/>
        <w:t>vn -0.6348 -0.7724 0.0215</w:t>
        <w:br/>
        <w:t>vn -0.6502 -0.7591 0.0311</w:t>
        <w:br/>
        <w:t>vn -0.6502 -0.7591 0.0312</w:t>
        <w:br/>
        <w:t>vn -0.6502 -0.7595 0.0185</w:t>
        <w:br/>
        <w:t>vn -0.6502 -0.7596 0.0185</w:t>
        <w:br/>
        <w:t>vn -0.6626 -0.7487 0.0195</w:t>
        <w:br/>
        <w:t>vn -0.6627 -0.7486 0.0196</w:t>
        <w:br/>
        <w:t>vn 0.6885 0.7252 -0.0034</w:t>
        <w:br/>
        <w:t>vn 0.7064 0.7076 0.0176</w:t>
        <w:br/>
        <w:t>vn 0.7063 0.7077 0.0176</w:t>
        <w:br/>
        <w:t>vn 0.6553 0.7552 -0.0180</w:t>
        <w:br/>
        <w:t>vn 0.6608 0.7502 -0.0214</w:t>
        <w:br/>
        <w:t>vn 0.6496 0.7601 -0.0145</w:t>
        <w:br/>
        <w:t>vn 0.6432 0.7656 0.0133</w:t>
        <w:br/>
        <w:t>vn 0.6370 0.7705 0.0263</w:t>
        <w:br/>
        <w:t>vn 0.6369 0.7705 0.0263</w:t>
        <w:br/>
        <w:t>vn 0.6654 0.7463 -0.0157</w:t>
        <w:br/>
        <w:t>vn 0.6633 0.7480 -0.0239</w:t>
        <w:br/>
        <w:t>vn 0.6611 0.7496 -0.0322</w:t>
        <w:br/>
        <w:t>vn 0.6747 0.7380 -0.0126</w:t>
        <w:br/>
        <w:t>vn 0.6711 0.7409 -0.0263</w:t>
        <w:br/>
        <w:t>vn 0.6674 0.7436 -0.0400</w:t>
        <w:br/>
        <w:t>vn 0.6622 0.7491 -0.0177</w:t>
        <w:br/>
        <w:t>vn 0.6621 0.7492 -0.0178</w:t>
        <w:br/>
        <w:t>vn 0.6310 0.7755 -0.0191</w:t>
        <w:br/>
        <w:t>vn 0.6312 0.7753 -0.0191</w:t>
        <w:br/>
        <w:t>vn 0.6423 0.7661 -0.0212</w:t>
        <w:br/>
        <w:t>vn 0.6499 0.7594 -0.0313</w:t>
        <w:br/>
        <w:t>vn 0.6504 0.7594 -0.0179</w:t>
        <w:br/>
        <w:t>vn 0.6635 0.7480 -0.0183</w:t>
        <w:br/>
        <w:t>vn -0.3595 0.5575 0.7483</w:t>
        <w:br/>
        <w:t>vn -0.0102 0.2970 0.9548</w:t>
        <w:br/>
        <w:t>vn -0.0101 0.2971 0.9548</w:t>
        <w:br/>
        <w:t>vn -0.3595 0.5576 0.7482</w:t>
        <w:br/>
        <w:t>vn 0.4515 -0.0993 0.8867</w:t>
        <w:br/>
        <w:t>vn -0.4956 0.7222 -0.4825</w:t>
        <w:br/>
        <w:t>vn -0.4922 0.7271 -0.4786</w:t>
        <w:br/>
        <w:t>vn 0.4423 -0.0569 0.8951</w:t>
        <w:br/>
        <w:t>vn 0.4422 -0.0570 0.8951</w:t>
        <w:br/>
        <w:t>vn -0.4987 0.7174 -0.4863</w:t>
        <w:br/>
        <w:t>vn -0.4988 0.7174 -0.4863</w:t>
        <w:br/>
        <w:t>vn -0.4863 0.6797 0.5492</w:t>
        <w:br/>
        <w:t>vn -0.4863 0.6796 0.5492</w:t>
        <w:br/>
        <w:t>vn -0.4698 0.6804 0.5625</w:t>
        <w:br/>
        <w:t>vn 0.4074 -0.0560 -0.9116</w:t>
        <w:br/>
        <w:t>vn 0.4200 -0.0585 -0.9056</w:t>
        <w:br/>
        <w:t>vn 0.4073 -0.0560 -0.9116</w:t>
        <w:br/>
        <w:t>vn -0.0523 0.3479 -0.9361</w:t>
        <w:br/>
        <w:t>vn -0.0523 0.3478 -0.9361</w:t>
        <w:br/>
        <w:t>vn -0.4189 0.5965 -0.6847</w:t>
        <w:br/>
        <w:t>vn -0.4189 0.5964 -0.6847</w:t>
        <w:br/>
        <w:t>vn -0.5026 0.6786 0.5356</w:t>
        <w:br/>
        <w:t>vn 0.1603 0.1936 0.9679</w:t>
        <w:br/>
        <w:t>vn 0.1602 0.1936 0.9679</w:t>
        <w:br/>
        <w:t>vn 0.0928 0.1968 -0.9760</w:t>
        <w:br/>
        <w:t>vn -0.1800 0.4954 0.8498</w:t>
        <w:br/>
        <w:t>vn -0.1800 0.4953 0.8498</w:t>
        <w:br/>
        <w:t>vn -0.2838 0.5231 -0.8036</w:t>
        <w:br/>
        <w:t>vn -0.2839 0.5231 -0.8036</w:t>
        <w:br/>
        <w:t>vn 0.4988 -0.2510 -0.8296</w:t>
        <w:br/>
        <w:t>vn 0.6141 -0.2936 -0.7326</w:t>
        <w:br/>
        <w:t>vn -0.2950 0.5884 0.7528</w:t>
        <w:br/>
        <w:t>vn 0.7751 -0.3895 -0.4975</w:t>
        <w:br/>
        <w:t>vn 0.8188 -0.4417 -0.3666</w:t>
        <w:br/>
        <w:t>vn -0.0872 0.4023 0.9114</w:t>
        <w:br/>
        <w:t>vn 0.4267 -0.0486 0.9031</w:t>
        <w:br/>
        <w:t>vn -0.0872 0.4023 0.9113</w:t>
        <w:br/>
        <w:t>vn 0.6877 -0.3268 0.6483</w:t>
        <w:br/>
        <w:t>vn 0.6876 -0.3269 0.6483</w:t>
        <w:br/>
        <w:t>vn 0.5916 -0.2702 0.7596</w:t>
        <w:br/>
        <w:t>vn 0.6854 -0.3006 0.6632</w:t>
        <w:br/>
        <w:t>vn -0.3568 0.5883 -0.7257</w:t>
        <w:br/>
        <w:t>vn -0.3567 0.5884 -0.7256</w:t>
        <w:br/>
        <w:t>vn 0.8037 -0.3869 0.4521</w:t>
        <w:br/>
        <w:t>vn 0.8037 -0.3870 0.4521</w:t>
        <w:br/>
        <w:t>vn -0.1653 0.4128 -0.8957</w:t>
        <w:br/>
        <w:t>vn -0.1654 0.4127 -0.8957</w:t>
        <w:br/>
        <w:t>vn 0.8286 -0.4424 0.3431</w:t>
        <w:br/>
        <w:t>vn 0.3165 -0.0123 -0.9485</w:t>
        <w:br/>
        <w:t>vn 0.3166 -0.0124 -0.9485</w:t>
        <w:br/>
        <w:t>vn 0.6066 -0.3154 -0.7298</w:t>
        <w:br/>
        <w:t>vn 0.6065 -0.3154 -0.7299</w:t>
        <w:br/>
        <w:t>vn 0.3828 0.2550 -0.8879</w:t>
        <w:br/>
        <w:t>vn 0.3825 0.2549 -0.8881</w:t>
        <w:br/>
        <w:t>vn 0.3829 0.2550 -0.8879</w:t>
        <w:br/>
        <w:t>vn 0.8482 0.5296 0.0128</w:t>
        <w:br/>
        <w:t>vn 0.5197 0.8542 0.0147</w:t>
        <w:br/>
        <w:t>vn 0.5196 0.8543 0.0147</w:t>
        <w:br/>
        <w:t>vn 0.8482 0.5296 0.0127</w:t>
        <w:br/>
        <w:t>vn 0.3910 0.2272 0.8919</w:t>
        <w:br/>
        <w:t>vn 0.3911 0.2272 0.8919</w:t>
        <w:br/>
        <w:t>vn -0.8498 -0.5269 -0.0127</w:t>
        <w:br/>
        <w:t>vn 0.7931 -0.6089 -0.0111</w:t>
        <w:br/>
        <w:t>vn 0.7932 -0.6089 -0.0111</w:t>
        <w:br/>
        <w:t>vn 0.0803 0.9967 0.0136</w:t>
        <w:br/>
        <w:t>vn 0.0802 0.9967 0.0136</w:t>
        <w:br/>
        <w:t>vn -0.2312 -0.2371 0.9436</w:t>
        <w:br/>
        <w:t>vn -0.2034 -0.1875 0.9610</w:t>
        <w:br/>
        <w:t>vn -0.2034 -0.1874 0.9610</w:t>
        <w:br/>
        <w:t>vn -0.2310 -0.2371 0.9436</w:t>
        <w:br/>
        <w:t>vn -0.1760 -0.1375 0.9747</w:t>
        <w:br/>
        <w:t>vn -0.1759 -0.1376 0.9747</w:t>
        <w:br/>
        <w:t>vn -0.9738 -0.1339 -0.1838</w:t>
        <w:br/>
        <w:t>vn -0.9737 -0.1340 -0.1840</w:t>
        <w:br/>
        <w:t>vn -0.9170 0.3872 -0.0959</w:t>
        <w:br/>
        <w:t>vn -0.9170 0.3871 -0.0959</w:t>
        <w:br/>
        <w:t>vn -0.6530 -0.7249 -0.2193</w:t>
        <w:br/>
        <w:t>vn -0.6529 -0.7250 -0.2193</w:t>
        <w:br/>
        <w:t>vn 0.1755 0.1373 -0.9748</w:t>
        <w:br/>
        <w:t>vn 0.1754 0.1372 -0.9749</w:t>
        <w:br/>
        <w:t>vn 0.1762 0.1354 -0.9750</w:t>
        <w:br/>
        <w:t>vn 0.1763 0.1353 -0.9750</w:t>
        <w:br/>
        <w:t>vn 0.1779 0.1365 -0.9745</w:t>
        <w:br/>
        <w:t>vn 0.1670 0.1407 -0.9759</w:t>
        <w:br/>
        <w:t>vn 0.1776 0.1365 -0.9746</w:t>
        <w:br/>
        <w:t>vn 0.1561 0.1430 -0.9773</w:t>
        <w:br/>
        <w:t>vn 0.3233 0.9261 0.1945</w:t>
        <w:br/>
        <w:t>vn 0.2542 0.9491 0.1862</w:t>
        <w:br/>
        <w:t>vn 0.2541 0.9491 0.1860</w:t>
        <w:br/>
        <w:t>vn -0.3246 -0.9254 -0.1957</w:t>
        <w:br/>
        <w:t>vn -0.3245 -0.9254 -0.1960</w:t>
        <w:br/>
        <w:t>vn -0.2862 -0.9385 -0.1933</w:t>
        <w:br/>
        <w:t>vn -0.2862 -0.9385 -0.1932</w:t>
        <w:br/>
        <w:t>vn 0.6716 0.7075 0.2202</w:t>
        <w:br/>
        <w:t>vn 0.6716 0.7074 0.2202</w:t>
        <w:br/>
        <w:t>vn 0.9763 0.1174 0.1819</w:t>
        <w:br/>
        <w:t>vn 0.9763 0.1174 0.1818</w:t>
        <w:br/>
        <w:t>vn 0.1762 0.1389 -0.9745</w:t>
        <w:br/>
        <w:t>vn 0.1760 0.1388 -0.9745</w:t>
        <w:br/>
        <w:t>vn -0.8274 0.5590 -0.0553</w:t>
        <w:br/>
        <w:t>vn -0.8274 0.5589 -0.0554</w:t>
        <w:br/>
        <w:t>vn 0.7679 -0.6397 0.0332</w:t>
        <w:br/>
        <w:t>vn 0.7680 -0.6396 0.0333</w:t>
        <w:br/>
        <w:t>vn 0.8942 -0.4397 0.0841</w:t>
        <w:br/>
        <w:t>vn 0.8943 -0.4394 0.0841</w:t>
        <w:br/>
        <w:t>vn -0.1772 -0.1384 0.9744</w:t>
        <w:br/>
        <w:t>vn -0.1774 -0.1384 0.9743</w:t>
        <w:br/>
        <w:t>vn -0.1873 -0.1361 0.9728</w:t>
        <w:br/>
        <w:t>vn -0.1872 -0.1360 0.9729</w:t>
        <w:br/>
        <w:t>vn -0.1968 -0.1328 0.9714</w:t>
        <w:br/>
        <w:t>vn -0.0179 0.0738 0.9971</w:t>
        <w:br/>
        <w:t>vn -0.0340 0.0877 0.9956</w:t>
        <w:br/>
        <w:t>vn -0.0374 0.0859 0.9956</w:t>
        <w:br/>
        <w:t>vn 0.9985 -0.0297 0.0460</w:t>
        <w:br/>
        <w:t>vn 0.7247 -0.6851 0.0740</w:t>
        <w:br/>
        <w:t>vn -0.4769 -0.8645 0.1587</w:t>
        <w:br/>
        <w:t>vn -0.4769 -0.8645 0.1586</w:t>
        <w:br/>
        <w:t>vn -0.0365 -0.9897 0.1382</w:t>
        <w:br/>
        <w:t>vn 0.0483 -0.0977 -0.9940</w:t>
        <w:br/>
        <w:t>vn 0.0515 -0.0901 -0.9946</w:t>
        <w:br/>
        <w:t>vn 0.0450 -0.0914 -0.9948</w:t>
        <w:br/>
        <w:t>vn 0.0446 -0.0949 -0.9945</w:t>
        <w:br/>
        <w:t>vn -0.1349 -0.9768 0.1665</w:t>
        <w:br/>
        <w:t>vn -0.1349 -0.9768 0.1664</w:t>
        <w:br/>
        <w:t>vn 0.0438 -0.0982 -0.9942</w:t>
        <w:br/>
        <w:t>vn -0.0265 -0.1069 -0.9939</w:t>
        <w:br/>
        <w:t>vn -0.0148 -0.0910 -0.9957</w:t>
        <w:br/>
        <w:t>vn 0.9228 -0.3620 0.1320</w:t>
        <w:br/>
        <w:t>vn 0.6288 -0.7599 0.1646</w:t>
        <w:br/>
        <w:t>vn 0.6289 -0.7599 0.1646</w:t>
        <w:br/>
        <w:t>vn 0.0564 -0.0895 -0.9944</w:t>
        <w:br/>
        <w:t>vn 0.0467 -0.0839 -0.9954</w:t>
        <w:br/>
        <w:t>vn 0.2102 0.9701 0.1212</w:t>
        <w:br/>
        <w:t>vn 0.0242 0.9893 0.1441</w:t>
        <w:br/>
        <w:t>vn 0.7626 0.6405 0.0903</w:t>
        <w:br/>
        <w:t>vn 0.7627 0.6405 0.0903</w:t>
        <w:br/>
        <w:t>vn -0.0159 0.1036 0.9945</w:t>
        <w:br/>
        <w:t>vn 0.0060 0.0675 0.9977</w:t>
        <w:br/>
        <w:t>vn 0.1053 0.0759 0.9915</w:t>
        <w:br/>
        <w:t>vn -0.0142 0.9874 0.1576</w:t>
        <w:br/>
        <w:t>vn -0.1788 0.9720 0.1523</w:t>
        <w:br/>
        <w:t>vn 0.1755 0.1063 0.9787</w:t>
        <w:br/>
        <w:t>vn 0.1926 0.0788 0.9781</w:t>
        <w:br/>
        <w:t>vn 0.1844 0.1051 0.9772</w:t>
        <w:br/>
        <w:t>vn 0.1723 0.0921 0.9807</w:t>
        <w:br/>
        <w:t>vn 0.1688 0.0874 0.9818</w:t>
        <w:br/>
        <w:t>vn 0.4601 -0.8792 0.1238</w:t>
        <w:br/>
        <w:t>vn 0.0690 -0.9897 0.1253</w:t>
        <w:br/>
        <w:t>vn 0.0690 -0.9897 0.1254</w:t>
        <w:br/>
        <w:t>vn 0.1445 -0.9832 0.1119</w:t>
        <w:br/>
        <w:t>vn 0.1966 0.0456 0.9794</w:t>
        <w:br/>
        <w:t>vn 0.0813 0.1085 0.9908</w:t>
        <w:br/>
        <w:t>vn -0.6350 -0.7649 0.1078</w:t>
        <w:br/>
        <w:t>vn -0.9471 -0.2794 0.1579</w:t>
        <w:br/>
        <w:t>vn -0.9471 -0.2794 0.1580</w:t>
        <w:br/>
        <w:t>vn 0.0566 0.1362 0.9891</w:t>
        <w:br/>
        <w:t>vn 0.0633 0.1277 0.9898</w:t>
        <w:br/>
        <w:t>vn 0.0407 0.0491 0.9980</w:t>
        <w:br/>
        <w:t>vn -0.0423 0.0928 0.9948</w:t>
        <w:br/>
        <w:t>vn -0.0135 0.0692 0.9975</w:t>
        <w:br/>
        <w:t>vn -0.0036 0.0621 0.9981</w:t>
        <w:br/>
        <w:t>vn -0.1397 -0.1114 -0.9839</w:t>
        <w:br/>
        <w:t>vn -0.1151 -0.0680 -0.9910</w:t>
        <w:br/>
        <w:t>vn -0.1896 -0.0981 -0.9770</w:t>
        <w:br/>
        <w:t>vn -0.1956 -0.1133 -0.9741</w:t>
        <w:br/>
        <w:t>vn -0.1924 -0.1079 -0.9754</w:t>
        <w:br/>
        <w:t>vn -0.1948 -0.1126 -0.9744</w:t>
        <w:br/>
        <w:t>vn -0.9868 0.0299 0.1592</w:t>
        <w:br/>
        <w:t>vn -0.9868 0.0300 0.1592</w:t>
        <w:br/>
        <w:t>vn -0.9608 -0.2341 0.1483</w:t>
        <w:br/>
        <w:t>vn -0.9608 -0.2342 0.1483</w:t>
        <w:br/>
        <w:t>vn -0.2475 -0.9615 0.1194</w:t>
        <w:br/>
        <w:t>vn -0.2476 -0.9615 0.1195</w:t>
        <w:br/>
        <w:t>vn -0.7074 0.6864 0.1690</w:t>
        <w:br/>
        <w:t>vn -0.0711 -0.0446 -0.9965</w:t>
        <w:br/>
        <w:t>vn -0.0647 -0.1371 -0.9884</w:t>
        <w:br/>
        <w:t>vn -0.0537 -0.1356 -0.9893</w:t>
        <w:br/>
        <w:t>vn -0.0499 -0.1553 -0.9866</w:t>
        <w:br/>
        <w:t>vn -0.0889 -0.1646 -0.9823</w:t>
        <w:br/>
        <w:t>vn -0.8660 -0.4366 0.2437</w:t>
        <w:br/>
        <w:t>vn 0.0756 0.1438 0.9867</w:t>
        <w:br/>
        <w:t>vn -0.6493 -0.7117 0.2681</w:t>
        <w:br/>
        <w:t>vn 0.0784 0.1381 0.9873</w:t>
        <w:br/>
        <w:t>vn 0.6451 -0.7615 0.0621</w:t>
        <w:br/>
        <w:t>vn 0.8501 -0.5196 0.0856</w:t>
        <w:br/>
        <w:t>vn 0.8501 -0.5197 0.0856</w:t>
        <w:br/>
        <w:t>vn -0.1311 -0.1755 -0.9757</w:t>
        <w:br/>
        <w:t>vn -0.1917 -0.1011 -0.9762</w:t>
        <w:br/>
        <w:t>vn -0.1835 -0.1020 -0.9777</w:t>
        <w:br/>
        <w:t>vn 0.0620 0.1439 0.9876</w:t>
        <w:br/>
        <w:t>vn 0.1619 0.0821 0.9834</w:t>
        <w:br/>
        <w:t>vn 0.9786 0.0330 -0.2029</w:t>
        <w:br/>
        <w:t>vn 0.0937 0.9956 -0.0027</w:t>
        <w:br/>
        <w:t>vn 0.0936 0.9956 -0.0027</w:t>
        <w:br/>
        <w:t>vn -0.1544 0.0347 -0.9874</w:t>
        <w:br/>
        <w:t>vn -0.1543 0.0347 -0.9874</w:t>
        <w:br/>
        <w:t>vn -0.9894 -0.0276 0.1425</w:t>
        <w:br/>
        <w:t>vn -0.9902 -0.0291 0.1363</w:t>
        <w:br/>
        <w:t>vn -0.9907 -0.0466 0.1277</w:t>
        <w:br/>
        <w:t>vn -0.9829 0.0044 0.1842</w:t>
        <w:br/>
        <w:t>vn -0.9843 0.0348 0.1731</w:t>
        <w:br/>
        <w:t>vn 0.0348 -0.9439 -0.3283</w:t>
        <w:br/>
        <w:t>vn 0.2057 -0.8955 0.3946</w:t>
        <w:br/>
        <w:t>vn 0.3468 -0.3364 0.8756</w:t>
        <w:br/>
        <w:t>vn 0.3722 0.3370 0.8648</w:t>
        <w:br/>
        <w:t>vn -0.9853 -0.0245 0.1692</w:t>
        <w:br/>
        <w:t>vn -0.9840 -0.0379 0.1740</w:t>
        <w:br/>
        <w:t>vn -0.0105 -0.4219 -0.9066</w:t>
        <w:br/>
        <w:t>vn -0.0262 0.0594 -0.9979</w:t>
        <w:br/>
        <w:t>vn -0.9836 -0.0268 0.1783</w:t>
        <w:br/>
        <w:t>vn -0.9847 -0.0404 0.1693</w:t>
        <w:br/>
        <w:t>vn -0.9994 -0.0177 0.0289</w:t>
        <w:br/>
        <w:t>vn -0.0005 -0.8933 -0.4495</w:t>
        <w:br/>
        <w:t>vn -0.0565 -0.7459 -0.6637</w:t>
        <w:br/>
        <w:t>vn -0.9810 0.0228 0.1927</w:t>
        <w:br/>
        <w:t>vn 0.2409 0.9002 0.3627</w:t>
        <w:br/>
        <w:t>vn 0.0676 0.9571 -0.2818</w:t>
        <w:br/>
        <w:t>vn -0.9826 -0.0839 0.1659</w:t>
        <w:br/>
        <w:t>vn -0.9825 -0.0676 0.1738</w:t>
        <w:br/>
        <w:t>vn -0.9821 -0.0889 0.1658</w:t>
        <w:br/>
        <w:t>vn -0.0141 0.5037 -0.8638</w:t>
        <w:br/>
        <w:t>vn 0.0414 -0.9988 -0.0263</w:t>
        <w:br/>
        <w:t>vn -0.0163 0.7773 -0.6289</w:t>
        <w:br/>
        <w:t>vn -0.0065 0.5405 -0.8413</w:t>
        <w:br/>
        <w:t>vn -0.9820 -0.0445 0.1835</w:t>
        <w:br/>
        <w:t>vn -0.1356 -0.2536 -0.9578</w:t>
        <w:br/>
        <w:t>vn -0.1153 0.3693 -0.9221</w:t>
        <w:br/>
        <w:t>vn -0.9962 -0.0067 -0.0870</w:t>
        <w:br/>
        <w:t>vn -0.9962 -0.0066 -0.0871</w:t>
        <w:br/>
        <w:t>vn 0.3263 -0.0359 0.9446</w:t>
        <w:br/>
        <w:t>vn 0.3262 -0.0359 0.9446</w:t>
        <w:br/>
        <w:t>vn 0.3261 -0.0359 0.9446</w:t>
        <w:br/>
        <w:t>vn 0.3377 0.1153 0.9342</w:t>
        <w:br/>
        <w:t>vn 0.3296 0.1182 0.9367</w:t>
        <w:br/>
        <w:t>vn 0.3296 0.1181 0.9367</w:t>
        <w:br/>
        <w:t>vn -0.3353 -0.1179 -0.9347</w:t>
        <w:br/>
        <w:t>vn -0.3291 -0.1201 -0.9366</w:t>
        <w:br/>
        <w:t>vn -0.3291 -0.1200 -0.9366</w:t>
        <w:br/>
        <w:t>vn -0.7026 -0.5925 0.3942</w:t>
        <w:br/>
        <w:t>vn -0.7026 -0.5925 0.3941</w:t>
        <w:br/>
        <w:t>vn -0.7359 -0.5355 0.4144</w:t>
        <w:br/>
        <w:t>vn 0.8367 0.5259 -0.1527</w:t>
        <w:br/>
        <w:t>vn 0.7862 0.6060 -0.1211</w:t>
        <w:br/>
        <w:t>vn 0.7862 0.6060 -0.1210</w:t>
        <w:br/>
        <w:t>vn 0.9473 0.2405 -0.2117</w:t>
        <w:br/>
        <w:t>vn -0.3658 -0.0665 -0.9283</w:t>
        <w:br/>
        <w:t>vn -0.3526 -0.0960 -0.9308</w:t>
        <w:br/>
        <w:t>vn -0.3657 -0.0665 -0.9283</w:t>
        <w:br/>
        <w:t>vn -0.8593 -0.1959 0.4724</w:t>
        <w:br/>
        <w:t>vn -0.8767 0.1016 0.4702</w:t>
        <w:br/>
        <w:t>vn -0.0346 0.9865 0.1598</w:t>
        <w:br/>
        <w:t>vn 0.2506 0.9664 0.0578</w:t>
        <w:br/>
        <w:t>vn 0.2505 0.9664 0.0578</w:t>
        <w:br/>
        <w:t>vn -0.0345 0.9865 0.1598</w:t>
        <w:br/>
        <w:t>vn 0.9725 0.0295 -0.2311</w:t>
        <w:br/>
        <w:t>vn 0.2054 -0.9721 0.1136</w:t>
        <w:br/>
        <w:t>vn -0.0145 -0.9793 0.2017</w:t>
        <w:br/>
        <w:t>vn -0.3660 -0.0674 -0.9282</w:t>
        <w:br/>
        <w:t>vn -0.3661 -0.0674 -0.9282</w:t>
        <w:br/>
        <w:t>vn -0.3551 -0.0979 -0.9297</w:t>
        <w:br/>
        <w:t>vn -0.3551 -0.0980 -0.9297</w:t>
        <w:br/>
        <w:t>vn 0.3566 0.0917 0.9297</w:t>
        <w:br/>
        <w:t>vn 0.6101 0.7894 -0.0684</w:t>
        <w:br/>
        <w:t>vn 0.6100 0.7894 -0.0684</w:t>
        <w:br/>
        <w:t>vn 0.6987 0.7102 -0.0863</w:t>
        <w:br/>
        <w:t>vn 0.3465 0.1128 0.9313</w:t>
        <w:br/>
        <w:t>vn 0.3560 0.0918 0.9299</w:t>
        <w:br/>
        <w:t>vn 0.3560 0.0919 0.9299</w:t>
        <w:br/>
        <w:t>vn -0.4805 -0.7891 0.3826</w:t>
        <w:br/>
        <w:t>vn -0.3612 -0.8704 0.3345</w:t>
        <w:br/>
        <w:t>vn -0.3460 -0.1183 -0.9307</w:t>
        <w:br/>
        <w:t>vn 0.3680 0.0608 0.9278</w:t>
        <w:br/>
        <w:t>vn 0.3689 0.0608 0.9275</w:t>
        <w:br/>
        <w:t>vn 0.3689 0.0609 0.9275</w:t>
        <w:br/>
        <w:t>vn 0.8702 -0.2840 0.4026</w:t>
        <w:br/>
        <w:t>vn 0.7310 -0.5789 0.3613</w:t>
        <w:br/>
        <w:t>vn -0.9736 0.2002 -0.1098</w:t>
        <w:br/>
        <w:t>vn -0.7942 0.6018 -0.0844</w:t>
        <w:br/>
        <w:t>vn -0.2339 0.1613 0.9588</w:t>
        <w:br/>
        <w:t>vn -0.2343 0.1780 0.9557</w:t>
        <w:br/>
        <w:t>vn -0.2408 0.1718 0.9552</w:t>
        <w:br/>
        <w:t>vn -0.2409 0.1718 0.9552</w:t>
        <w:br/>
        <w:t>vn -0.6915 0.7195 -0.0641</w:t>
        <w:br/>
        <w:t>vn 0.6481 -0.6824 0.3380</w:t>
        <w:br/>
        <w:t>vn 0.6482 -0.6824 0.3380</w:t>
        <w:br/>
        <w:t>vn 0.9065 -0.0923 0.4119</w:t>
        <w:br/>
        <w:t>vn -0.1496 0.9846 0.0905</w:t>
        <w:br/>
        <w:t>vn -0.3791 0.9245 0.0407</w:t>
        <w:br/>
        <w:t>vn -0.2434 0.1292 0.9613</w:t>
        <w:br/>
        <w:t>vn -0.2434 0.1293 0.9613</w:t>
        <w:br/>
        <w:t>vn -0.2454 0.1388 0.9594</w:t>
        <w:br/>
        <w:t>vn -0.2455 0.1388 0.9594</w:t>
        <w:br/>
        <w:t>vn 0.2343 -0.1798 -0.9554</w:t>
        <w:br/>
        <w:t>vn 0.2306 -0.1667 -0.9587</w:t>
        <w:br/>
        <w:t>vn 0.2436 -0.1715 -0.9546</w:t>
        <w:br/>
        <w:t>vn 0.2405 -0.1376 -0.9609</w:t>
        <w:br/>
        <w:t>vn 0.2404 -0.1376 -0.9609</w:t>
        <w:br/>
        <w:t>vn 0.2444 -0.1476 -0.9584</w:t>
        <w:br/>
        <w:t>vn 0.2444 -0.1477 -0.9584</w:t>
        <w:br/>
        <w:t>vn 0.2441 -0.1654 -0.9555</w:t>
        <w:br/>
        <w:t>vn -0.5863 0.8100 -0.0115</w:t>
        <w:br/>
        <w:t>vn -0.5863 0.8100 -0.0114</w:t>
        <w:br/>
        <w:t>vn 0.1817 -0.9560 0.2305</w:t>
        <w:br/>
        <w:t>vn 0.3937 -0.8734 0.2867</w:t>
        <w:br/>
        <w:t>vn -0.0402 -0.9860 0.1616</w:t>
        <w:br/>
        <w:t>vn -0.9905 -0.0852 -0.1081</w:t>
        <w:br/>
        <w:t>vn -0.2440 0.1574 0.9569</w:t>
        <w:br/>
        <w:t>vn 0.2034 -0.1875 0.9610</w:t>
        <w:br/>
        <w:t>vn 0.2312 -0.2371 0.9436</w:t>
        <w:br/>
        <w:t>vn 0.2310 -0.2371 0.9436</w:t>
        <w:br/>
        <w:t>vn 0.1760 -0.1375 0.9747</w:t>
        <w:br/>
        <w:t>vn 0.9738 -0.1339 -0.1838</w:t>
        <w:br/>
        <w:t>vn 0.9170 0.3871 -0.0959</w:t>
        <w:br/>
        <w:t>vn 0.9170 0.3872 -0.0959</w:t>
        <w:br/>
        <w:t>vn 0.9738 -0.1340 -0.1839</w:t>
        <w:br/>
        <w:t>vn 0.6529 -0.7250 -0.2193</w:t>
        <w:br/>
        <w:t>vn -0.1755 0.1373 -0.9748</w:t>
        <w:br/>
        <w:t>vn -0.1762 0.1354 -0.9750</w:t>
        <w:br/>
        <w:t>vn -0.1754 0.1372 -0.9749</w:t>
        <w:br/>
        <w:t>vn -0.1670 0.1407 -0.9759</w:t>
        <w:br/>
        <w:t>vn -0.1778 0.1365 -0.9746</w:t>
        <w:br/>
        <w:t>vn -0.1774 0.1364 -0.9747</w:t>
        <w:br/>
        <w:t>vn -0.1561 0.1430 -0.9773</w:t>
        <w:br/>
        <w:t>vn -0.3233 0.9261 0.1945</w:t>
        <w:br/>
        <w:t>vn -0.2541 0.9491 0.1860</w:t>
        <w:br/>
        <w:t>vn -0.2542 0.9491 0.1862</w:t>
        <w:br/>
        <w:t>vn 0.3246 -0.9254 -0.1957</w:t>
        <w:br/>
        <w:t>vn 0.2862 -0.9385 -0.1932</w:t>
        <w:br/>
        <w:t>vn 0.2862 -0.9385 -0.1933</w:t>
        <w:br/>
        <w:t>vn 0.3245 -0.9254 -0.1959</w:t>
        <w:br/>
        <w:t>vn -0.6716 0.7075 0.2202</w:t>
        <w:br/>
        <w:t>vn -0.6716 0.7074 0.2202</w:t>
        <w:br/>
        <w:t>vn -0.9763 0.1174 0.1818</w:t>
        <w:br/>
        <w:t>vn -0.9763 0.1173 0.1817</w:t>
        <w:br/>
        <w:t>vn -0.1762 0.1389 -0.9745</w:t>
        <w:br/>
        <w:t>vn -0.1764 0.1389 -0.9745</w:t>
        <w:br/>
        <w:t>vn 0.8274 0.5590 -0.0553</w:t>
        <w:br/>
        <w:t>vn 0.8274 0.5588 -0.0554</w:t>
        <w:br/>
        <w:t>vn -0.7679 -0.6397 0.0332</w:t>
        <w:br/>
        <w:t>vn -0.8943 -0.4394 0.0841</w:t>
        <w:br/>
        <w:t>vn -0.8942 -0.4397 0.0841</w:t>
        <w:br/>
        <w:t>vn -0.7680 -0.6396 0.0333</w:t>
        <w:br/>
        <w:t>vn 0.1772 -0.1384 0.9744</w:t>
        <w:br/>
        <w:t>vn 0.1774 -0.1384 0.9743</w:t>
        <w:br/>
        <w:t>vn 0.1873 -0.1359 0.9729</w:t>
        <w:br/>
        <w:t>vn 0.1872 -0.1360 0.9729</w:t>
        <w:br/>
        <w:t>vn 0.1968 -0.1328 0.9714</w:t>
        <w:br/>
        <w:t>vn 0.0179 0.0738 0.9971</w:t>
        <w:br/>
        <w:t>vn 0.0374 0.0859 0.9956</w:t>
        <w:br/>
        <w:t>vn 0.0340 0.0877 0.9956</w:t>
        <w:br/>
        <w:t>vn -0.7247 -0.6851 0.0740</w:t>
        <w:br/>
        <w:t>vn -0.9985 -0.0298 0.0460</w:t>
        <w:br/>
        <w:t>vn -0.9985 -0.0297 0.0460</w:t>
        <w:br/>
        <w:t>vn 0.4769 -0.8645 0.1586</w:t>
        <w:br/>
        <w:t>vn 0.0365 -0.9897 0.1382</w:t>
        <w:br/>
        <w:t>vn -0.0483 -0.0977 -0.9940</w:t>
        <w:br/>
        <w:t>vn -0.0450 -0.0914 -0.9948</w:t>
        <w:br/>
        <w:t>vn -0.0515 -0.0901 -0.9946</w:t>
        <w:br/>
        <w:t>vn -0.0446 -0.0949 -0.9945</w:t>
        <w:br/>
        <w:t>vn 0.1349 -0.9768 0.1664</w:t>
        <w:br/>
        <w:t>vn -0.0437 -0.0982 -0.9942</w:t>
        <w:br/>
        <w:t>vn 0.0148 -0.0910 -0.9957</w:t>
        <w:br/>
        <w:t>vn 0.0265 -0.1069 -0.9939</w:t>
        <w:br/>
        <w:t>vn -0.6289 -0.7599 0.1646</w:t>
        <w:br/>
        <w:t>vn -0.6288 -0.7599 0.1646</w:t>
        <w:br/>
        <w:t>vn -0.9228 -0.3620 0.1320</w:t>
        <w:br/>
        <w:t>vn -0.0564 -0.0895 -0.9944</w:t>
        <w:br/>
        <w:t>vn -0.0467 -0.0839 -0.9954</w:t>
        <w:br/>
        <w:t>vn -0.0242 0.9893 0.1441</w:t>
        <w:br/>
        <w:t>vn -0.2102 0.9701 0.1212</w:t>
        <w:br/>
        <w:t>vn -0.7626 0.6405 0.0903</w:t>
        <w:br/>
        <w:t>vn -0.0060 0.0675 0.9977</w:t>
        <w:br/>
        <w:t>vn 0.0159 0.1036 0.9945</w:t>
        <w:br/>
        <w:t>vn -0.1053 0.0759 0.9915</w:t>
        <w:br/>
        <w:t>vn 0.0142 0.9874 0.1576</w:t>
        <w:br/>
        <w:t>vn 0.1788 0.9720 0.1523</w:t>
        <w:br/>
        <w:t>vn 0.1788 0.9720 0.1522</w:t>
        <w:br/>
        <w:t>vn -0.1926 0.0788 0.9781</w:t>
        <w:br/>
        <w:t>vn -0.1757 0.1063 0.9787</w:t>
        <w:br/>
        <w:t>vn -0.1844 0.1050 0.9772</w:t>
        <w:br/>
        <w:t>vn -0.1723 0.0921 0.9807</w:t>
        <w:br/>
        <w:t>vn -0.1688 0.0874 0.9818</w:t>
        <w:br/>
        <w:t>vn -0.0690 -0.9897 0.1254</w:t>
        <w:br/>
        <w:t>vn -0.0690 -0.9897 0.1253</w:t>
        <w:br/>
        <w:t>vn -0.4601 -0.8792 0.1238</w:t>
        <w:br/>
        <w:t>vn -0.1445 -0.9832 0.1119</w:t>
        <w:br/>
        <w:t>vn -0.1966 0.0456 0.9794</w:t>
        <w:br/>
        <w:t>vn -0.0813 0.1085 0.9908</w:t>
        <w:br/>
        <w:t>vn 0.6350 -0.7649 0.1078</w:t>
        <w:br/>
        <w:t>vn 0.9471 -0.2794 0.1579</w:t>
        <w:br/>
        <w:t>vn 0.9471 -0.2794 0.1580</w:t>
        <w:br/>
        <w:t>vn -0.0633 0.1277 0.9898</w:t>
        <w:br/>
        <w:t>vn -0.0566 0.1362 0.9891</w:t>
        <w:br/>
        <w:t>vn -0.0407 0.0491 0.9980</w:t>
        <w:br/>
        <w:t>vn 0.0423 0.0928 0.9948</w:t>
        <w:br/>
        <w:t>vn 0.0135 0.0692 0.9975</w:t>
        <w:br/>
        <w:t>vn 0.0036 0.0621 0.9981</w:t>
        <w:br/>
        <w:t>vn 0.1397 -0.1114 -0.9839</w:t>
        <w:br/>
        <w:t>vn 0.1895 -0.0981 -0.9770</w:t>
        <w:br/>
        <w:t>vn 0.1151 -0.0680 -0.9910</w:t>
        <w:br/>
        <w:t>vn 0.1956 -0.1133 -0.9741</w:t>
        <w:br/>
        <w:t>vn 0.1951 -0.1128 -0.9743</w:t>
        <w:br/>
        <w:t>vn 0.1924 -0.1079 -0.9754</w:t>
        <w:br/>
        <w:t>vn 0.9868 0.0299 0.1592</w:t>
        <w:br/>
        <w:t>vn 0.9608 -0.2342 0.1483</w:t>
        <w:br/>
        <w:t>vn 0.9608 -0.2341 0.1483</w:t>
        <w:br/>
        <w:t>vn 0.9868 0.0300 0.1592</w:t>
        <w:br/>
        <w:t>vn 0.2475 -0.9615 0.1195</w:t>
        <w:br/>
        <w:t>vn 0.2476 -0.9615 0.1194</w:t>
        <w:br/>
        <w:t>vn 0.7074 0.6864 0.1690</w:t>
        <w:br/>
        <w:t>vn 0.0711 -0.0446 -0.9965</w:t>
        <w:br/>
        <w:t>vn 0.0647 -0.1371 -0.9884</w:t>
        <w:br/>
        <w:t>vn 0.0537 -0.1356 -0.9893</w:t>
        <w:br/>
        <w:t>vn 0.0500 -0.1553 -0.9866</w:t>
        <w:br/>
        <w:t>vn 0.0889 -0.1646 -0.9823</w:t>
        <w:br/>
        <w:t>vn 0.8660 -0.4366 0.2437</w:t>
        <w:br/>
        <w:t>vn -0.0756 0.1438 0.9867</w:t>
        <w:br/>
        <w:t>vn 0.6493 -0.7117 0.2681</w:t>
        <w:br/>
        <w:t>vn -0.0784 0.1381 0.9873</w:t>
        <w:br/>
        <w:t>vn -0.6451 -0.7615 0.0621</w:t>
        <w:br/>
        <w:t>vn -0.8501 -0.5197 0.0856</w:t>
        <w:br/>
        <w:t>vn -0.8501 -0.5196 0.0856</w:t>
        <w:br/>
        <w:t>vn 0.1311 -0.1755 -0.9757</w:t>
        <w:br/>
        <w:t>vn 0.1917 -0.1011 -0.9762</w:t>
        <w:br/>
        <w:t>vn 0.1835 -0.1020 -0.9777</w:t>
        <w:br/>
        <w:t>vn -0.0620 0.1439 0.9876</w:t>
        <w:br/>
        <w:t>vn -0.1619 0.0821 0.9834</w:t>
        <w:br/>
        <w:t>vn -0.9786 0.0330 -0.2029</w:t>
        <w:br/>
        <w:t>vn -0.0936 0.9956 -0.0027</w:t>
        <w:br/>
        <w:t>vn -0.0937 0.9956 -0.0027</w:t>
        <w:br/>
        <w:t>vn 0.1543 0.0347 -0.9874</w:t>
        <w:br/>
        <w:t>vn 0.1544 0.0347 -0.9874</w:t>
        <w:br/>
        <w:t>vn 0.9894 -0.0276 0.1425</w:t>
        <w:br/>
        <w:t>vn 0.9907 -0.0466 0.1277</w:t>
        <w:br/>
        <w:t>vn 0.9902 -0.0291 0.1363</w:t>
        <w:br/>
        <w:t>vn 0.9829 0.0044 0.1842</w:t>
        <w:br/>
        <w:t>vn 0.9843 0.0348 0.1731</w:t>
        <w:br/>
        <w:t>vn -0.2057 -0.8955 0.3946</w:t>
        <w:br/>
        <w:t>vn -0.0348 -0.9439 -0.3283</w:t>
        <w:br/>
        <w:t>vn -0.3468 -0.3364 0.8756</w:t>
        <w:br/>
        <w:t>vn -0.3722 0.3370 0.8648</w:t>
        <w:br/>
        <w:t>vn 0.9853 -0.0245 0.1692</w:t>
        <w:br/>
        <w:t>vn 0.9840 -0.0379 0.1740</w:t>
        <w:br/>
        <w:t>vn 0.0105 -0.4219 -0.9066</w:t>
        <w:br/>
        <w:t>vn 0.0262 0.0594 -0.9979</w:t>
        <w:br/>
        <w:t>vn 0.9836 -0.0268 0.1783</w:t>
        <w:br/>
        <w:t>vn 0.9994 -0.0177 0.0289</w:t>
        <w:br/>
        <w:t>vn 0.9847 -0.0404 0.1693</w:t>
        <w:br/>
        <w:t>vn 0.0565 -0.7459 -0.6637</w:t>
        <w:br/>
        <w:t>vn 0.0005 -0.8933 -0.4495</w:t>
        <w:br/>
        <w:t>vn 0.9810 0.0228 0.1927</w:t>
        <w:br/>
        <w:t>vn -0.2409 0.9002 0.3627</w:t>
        <w:br/>
        <w:t>vn -0.0676 0.9571 -0.2818</w:t>
        <w:br/>
        <w:t>vn -0.0676 0.9571 -0.2817</w:t>
        <w:br/>
        <w:t>vn 0.9826 -0.0839 0.1659</w:t>
        <w:br/>
        <w:t>vn 0.9821 -0.0889 0.1658</w:t>
        <w:br/>
        <w:t>vn 0.9825 -0.0676 0.1738</w:t>
        <w:br/>
        <w:t>vn 0.0141 0.5037 -0.8638</w:t>
        <w:br/>
        <w:t>vn -0.0414 -0.9988 -0.0263</w:t>
        <w:br/>
        <w:t>vn 0.0065 0.5405 -0.8413</w:t>
        <w:br/>
        <w:t>vn 0.0163 0.7773 -0.6289</w:t>
        <w:br/>
        <w:t>vn 0.9820 -0.0445 0.1835</w:t>
        <w:br/>
        <w:t>vn 0.1153 0.3693 -0.9221</w:t>
        <w:br/>
        <w:t>vn 0.1356 -0.2535 -0.9578</w:t>
        <w:br/>
        <w:t>vn 0.1356 -0.2536 -0.9578</w:t>
        <w:br/>
        <w:t>vn 0.9962 -0.0066 -0.0871</w:t>
        <w:br/>
        <w:t>vn 0.9962 -0.0066 -0.0870</w:t>
        <w:br/>
        <w:t>vn -0.3262 -0.0359 0.9446</w:t>
        <w:br/>
        <w:t>vn -0.3263 -0.0359 0.9446</w:t>
        <w:br/>
        <w:t>vn -0.3377 0.1153 0.9342</w:t>
        <w:br/>
        <w:t>vn -0.3296 0.1182 0.9367</w:t>
        <w:br/>
        <w:t>vn 0.3353 -0.1179 -0.9347</w:t>
        <w:br/>
        <w:t>vn 0.3290 -0.1199 -0.9367</w:t>
        <w:br/>
        <w:t>vn 0.3290 -0.1198 -0.9367</w:t>
        <w:br/>
        <w:t>vn 0.7026 -0.5925 0.3942</w:t>
        <w:br/>
        <w:t>vn 0.7359 -0.5355 0.4144</w:t>
        <w:br/>
        <w:t>vn 0.7026 -0.5925 0.3941</w:t>
        <w:br/>
        <w:t>vn -0.8367 0.5259 -0.1527</w:t>
        <w:br/>
        <w:t>vn -0.7861 0.6060 -0.1212</w:t>
        <w:br/>
        <w:t>vn -0.7862 0.6060 -0.1211</w:t>
        <w:br/>
        <w:t>vn -0.9473 0.2405 -0.2117</w:t>
        <w:br/>
        <w:t>vn 0.3526 -0.0960 -0.9308</w:t>
        <w:br/>
        <w:t>vn 0.3647 -0.0692 -0.9285</w:t>
        <w:br/>
        <w:t>vn 0.3647 -0.0692 -0.9286</w:t>
        <w:br/>
        <w:t>vn 0.8593 -0.1959 0.4724</w:t>
        <w:br/>
        <w:t>vn 0.8767 0.1016 0.4702</w:t>
        <w:br/>
        <w:t>vn -0.3692 0.9293 0.0084</w:t>
        <w:br/>
        <w:t>vn -0.3691 0.9293 0.0084</w:t>
        <w:br/>
        <w:t>vn -0.1289 0.9880 0.0846</w:t>
        <w:br/>
        <w:t>vn -0.1288 0.9881 0.0846</w:t>
        <w:br/>
        <w:t>vn -0.9725 0.0295 -0.2311</w:t>
        <w:br/>
        <w:t>vn -0.9725 0.0295 -0.2310</w:t>
        <w:br/>
        <w:t>vn 0.1114 -0.9655 0.2355</w:t>
        <w:br/>
        <w:t>vn -0.0936 -0.9845 0.1480</w:t>
        <w:br/>
        <w:t>vn -0.0936 -0.9845 0.1481</w:t>
        <w:br/>
        <w:t>vn 0.3656 -0.0748 -0.9277</w:t>
        <w:br/>
        <w:t>vn 0.3656 -0.0748 -0.9278</w:t>
        <w:br/>
        <w:t>vn -0.3566 0.0917 0.9297</w:t>
        <w:br/>
        <w:t>vn -0.6526 0.7537 -0.0782</w:t>
        <w:br/>
        <w:t>vn -0.6525 0.7537 -0.0782</w:t>
        <w:br/>
        <w:t>vn -0.7154 0.6933 -0.0874</w:t>
        <w:br/>
        <w:t>vn -0.3541 0.1027 0.9296</w:t>
        <w:br/>
        <w:t>vn -0.3540 0.1027 0.9296</w:t>
        <w:br/>
        <w:t>vn -0.3414 0.1244 0.9316</w:t>
        <w:br/>
        <w:t>vn -0.3414 0.1245 0.9316</w:t>
        <w:br/>
        <w:t>vn -0.3674 0.0683 0.9275</w:t>
        <w:br/>
        <w:t>vn -0.3675 0.0682 0.9275</w:t>
        <w:br/>
        <w:t>vn 0.4197 -0.8341 0.3578</w:t>
        <w:br/>
        <w:t>vn 0.4197 -0.8342 0.3578</w:t>
        <w:br/>
        <w:t>vn 0.5210 -0.7551 0.3979</w:t>
        <w:br/>
        <w:t>vn 0.5210 -0.7551 0.3980</w:t>
        <w:br/>
        <w:t>vn 0.3409 -0.1295 -0.9311</w:t>
        <w:br/>
        <w:t>vn 0.3532 -0.1084 -0.9293</w:t>
        <w:br/>
        <w:t>vn -0.3678 0.0632 0.9277</w:t>
        <w:br/>
        <w:t>vn -0.7310 -0.5789 0.3613</w:t>
        <w:br/>
        <w:t>vn -0.8702 -0.2840 0.4026</w:t>
        <w:br/>
        <w:t>vn 0.9736 0.2002 -0.1098</w:t>
        <w:br/>
        <w:t>vn 0.7942 0.6018 -0.0844</w:t>
        <w:br/>
        <w:t>vn 0.2343 0.1780 0.9557</w:t>
        <w:br/>
        <w:t>vn 0.2339 0.1613 0.9588</w:t>
        <w:br/>
        <w:t>vn 0.2409 0.1719 0.9552</w:t>
        <w:br/>
        <w:t>vn 0.2409 0.1718 0.9552</w:t>
        <w:br/>
        <w:t>vn 0.6915 0.7195 -0.0641</w:t>
        <w:br/>
        <w:t>vn -0.6481 -0.6824 0.3382</w:t>
        <w:br/>
        <w:t>vn -0.6482 -0.6824 0.3380</w:t>
        <w:br/>
        <w:t>vn -0.9065 -0.0923 0.4120</w:t>
        <w:br/>
        <w:t>vn -0.9065 -0.0923 0.4119</w:t>
        <w:br/>
        <w:t>vn 0.1496 0.9846 0.0905</w:t>
        <w:br/>
        <w:t>vn 0.3791 0.9245 0.0407</w:t>
        <w:br/>
        <w:t>vn 0.2434 0.1293 0.9613</w:t>
        <w:br/>
        <w:t>vn 0.2434 0.1292 0.9613</w:t>
        <w:br/>
        <w:t>vn 0.2454 0.1388 0.9594</w:t>
        <w:br/>
        <w:t>vn 0.2454 0.1387 0.9594</w:t>
        <w:br/>
        <w:t>vn -0.2343 -0.1798 -0.9554</w:t>
        <w:br/>
        <w:t>vn -0.2306 -0.1667 -0.9587</w:t>
        <w:br/>
        <w:t>vn -0.2344 -0.1798 -0.9554</w:t>
        <w:br/>
        <w:t>vn -0.2436 -0.1715 -0.9546</w:t>
        <w:br/>
        <w:t>vn -0.2403 -0.1377 -0.9609</w:t>
        <w:br/>
        <w:t>vn -0.2404 -0.1376 -0.9609</w:t>
        <w:br/>
        <w:t>vn -0.2444 -0.1476 -0.9584</w:t>
        <w:br/>
        <w:t>vn -0.2445 -0.1477 -0.9583</w:t>
        <w:br/>
        <w:t>vn -0.2441 -0.1654 -0.9555</w:t>
        <w:br/>
        <w:t>vn 0.5863 0.8100 -0.0115</w:t>
        <w:br/>
        <w:t>vn 0.5863 0.8100 -0.0114</w:t>
        <w:br/>
        <w:t>vn -0.1817 -0.9560 0.2305</w:t>
        <w:br/>
        <w:t>vn -0.3937 -0.8734 0.2867</w:t>
        <w:br/>
        <w:t>vn 0.0402 -0.9860 0.1616</w:t>
        <w:br/>
        <w:t>vn 0.9905 -0.0852 -0.1081</w:t>
        <w:br/>
        <w:t>vn 0.2440 0.1574 0.9569</w:t>
        <w:br/>
        <w:t>vn 0.8303 -0.0763 -0.5521</w:t>
        <w:br/>
        <w:t>vn 0.7973 0.3005 -0.5234</w:t>
        <w:br/>
        <w:t>vn -0.7054 0.5205 0.4811</w:t>
        <w:br/>
        <w:t>vn -0.8203 0.1642 0.5479</w:t>
        <w:br/>
        <w:t>vn -0.8202 0.1642 0.5479</w:t>
        <w:br/>
        <w:t>vn -0.7054 0.5205 0.4812</w:t>
        <w:br/>
        <w:t>vn -0.8165 -0.2158 0.5355</w:t>
        <w:br/>
        <w:t>vn -0.8165 -0.2159 0.5355</w:t>
        <w:br/>
        <w:t>vn -0.8202 0.1642 0.5480</w:t>
        <w:br/>
        <w:t>vn -0.3940 -0.8709 -0.2938</w:t>
        <w:br/>
        <w:t>vn -0.1744 -0.9800 0.0962</w:t>
        <w:br/>
        <w:t>vn -0.1740 -0.9801 0.0960</w:t>
        <w:br/>
        <w:t>vn 0.5213 0.5065 0.6868</w:t>
        <w:br/>
        <w:t>vn 0.5214 0.5064 0.6868</w:t>
        <w:br/>
        <w:t>vn 0.3952 0.8518 0.3439</w:t>
        <w:br/>
        <w:t>vn 0.8302 -0.0763 -0.5521</w:t>
        <w:br/>
        <w:t>vn 0.7437 -0.4421 -0.5014</w:t>
        <w:br/>
        <w:t>vn 0.3597 -0.4837 0.7979</w:t>
        <w:br/>
        <w:t>vn 0.3597 -0.4838 0.7978</w:t>
        <w:br/>
        <w:t>vn -0.1111 0.8636 -0.4918</w:t>
        <w:br/>
        <w:t>vn -0.5301 -0.5770 -0.6214</w:t>
        <w:br/>
        <w:t>vn -0.3626 0.5232 -0.7712</w:t>
        <w:br/>
        <w:t>vn -0.3626 0.5232 -0.7713</w:t>
        <w:br/>
        <w:t>vn 0.7151 -0.2684 -0.6454</w:t>
        <w:br/>
        <w:t>vn 0.6116 -0.2855 -0.7378</w:t>
        <w:br/>
        <w:t>vn 0.2418 -0.8965 -0.3712</w:t>
        <w:br/>
        <w:t>vn 0.2093 -0.8676 -0.4511</w:t>
        <w:br/>
        <w:t>vn 0.8738 -0.1777 0.4526</w:t>
        <w:br/>
        <w:t>vn 0.9480 -0.2522 0.1941</w:t>
        <w:br/>
        <w:t>vn 0.9018 0.3659 0.2300</w:t>
        <w:br/>
        <w:t>vn 0.7465 0.3940 0.5363</w:t>
        <w:br/>
        <w:t>vn -0.0584 -0.8640 0.5000</w:t>
        <w:br/>
        <w:t>vn 0.4675 -0.8838 -0.0198</w:t>
        <w:br/>
        <w:t>vn 0.3810 -0.7367 0.5586</w:t>
        <w:br/>
        <w:t>vn 0.1534 -0.4166 0.8960</w:t>
        <w:br/>
        <w:t>vn 0.2821 0.4531 0.8457</w:t>
        <w:br/>
        <w:t>vn 0.7465 0.3940 0.5362</w:t>
        <w:br/>
        <w:t>vn 0.4531 0.8849 0.1078</w:t>
        <w:br/>
        <w:t>vn -0.0312 0.7805 0.6244</w:t>
        <w:br/>
        <w:t>vn 0.1786 0.2274 0.9573</w:t>
        <w:br/>
        <w:t>vn 0.7755 0.2768 0.5675</w:t>
        <w:br/>
        <w:t>vn 0.6542 0.5619 0.5063</w:t>
        <w:br/>
        <w:t>vn -0.0865 0.5704 0.8168</w:t>
        <w:br/>
        <w:t>vn 0.8977 -0.4253 -0.1149</w:t>
        <w:br/>
        <w:t>vn 0.9390 0.2544 0.2317</w:t>
        <w:br/>
        <w:t>vn 0.7755 0.2767 0.5675</w:t>
        <w:br/>
        <w:t>vn 0.7839 -0.3672 0.5007</w:t>
        <w:br/>
        <w:t>vn 0.6376 0.3762 -0.6722</w:t>
        <w:br/>
        <w:t>vn 0.1514 0.8734 -0.4628</w:t>
        <w:br/>
        <w:t>vn 0.1262 0.8882 -0.4417</w:t>
        <w:br/>
        <w:t>vn 0.5164 0.3739 -0.7704</w:t>
        <w:br/>
        <w:t>vn 0.5202 -0.7874 0.3307</w:t>
        <w:br/>
        <w:t>vn 0.1655 -0.3903 0.9057</w:t>
        <w:br/>
        <w:t>vn 0.0419 -0.7591 0.6497</w:t>
        <w:br/>
        <w:t>vn -0.0335 0.6319 -0.7743</w:t>
        <w:br/>
        <w:t>vn 0.5868 0.3016 -0.7515</w:t>
        <w:br/>
        <w:t>vn -0.4044 -0.9146 0.0028</w:t>
        <w:br/>
        <w:t>vn -0.2643 -0.9421 0.2063</w:t>
        <w:br/>
        <w:t>vn -0.6006 -0.4716 0.6457</w:t>
        <w:br/>
        <w:t>vn -0.7659 -0.4706 0.4381</w:t>
        <w:br/>
        <w:t>vn -0.3455 -0.4154 0.8414</w:t>
        <w:br/>
        <w:t>vn 0.1534 -0.4167 0.8960</w:t>
        <w:br/>
        <w:t>vn -0.2063 -0.0794 0.9753</w:t>
        <w:br/>
        <w:t>vn -0.3339 0.2563 0.9071</w:t>
        <w:br/>
        <w:t>vn -0.3478 0.2232 0.9106</w:t>
        <w:br/>
        <w:t>vn -0.2829 -0.3404 0.8967</w:t>
        <w:br/>
        <w:t>vn -0.6382 0.2777 0.7180</w:t>
        <w:br/>
        <w:t>vn -0.4094 0.8819 0.2338</w:t>
        <w:br/>
        <w:t>vn -0.5125 0.8543 0.0865</w:t>
        <w:br/>
        <w:t>vn -0.7944 0.2610 0.5484</w:t>
        <w:br/>
        <w:t>vn -0.7502 0.5982 -0.2817</w:t>
        <w:br/>
        <w:t>vn -0.9127 0.1454 0.3819</w:t>
        <w:br/>
        <w:t>vn 0.6379 -0.1483 -0.7557</w:t>
        <w:br/>
        <w:t>vn -0.0202 -0.6019 -0.7983</w:t>
        <w:br/>
        <w:t>vn -0.8874 -0.3640 0.2829</w:t>
        <w:br/>
        <w:t>vn -0.6607 -0.6702 -0.3381</w:t>
        <w:br/>
        <w:t>vn -0.1793 -0.1474 -0.9727</w:t>
        <w:br/>
        <w:t>vn 0.5542 0.0270 -0.8320</w:t>
        <w:br/>
        <w:t>vn 0.5398 0.1594 -0.8266</w:t>
        <w:br/>
        <w:t>vn -0.1747 0.2109 -0.9618</w:t>
        <w:br/>
        <w:t>vn -0.9599 -0.1872 0.2087</w:t>
        <w:br/>
        <w:t>vn -0.8096 -0.2367 -0.5372</w:t>
        <w:br/>
        <w:t>vn -0.9685 -0.0256 0.2477</w:t>
        <w:br/>
        <w:t>vn -0.8397 0.1379 -0.5253</w:t>
        <w:br/>
        <w:t>vn -0.7087 0.1657 0.6857</w:t>
        <w:br/>
        <w:t>vn -0.6666 -0.0254 0.7450</w:t>
        <w:br/>
        <w:t>vn -0.8874 -0.3640 0.2828</w:t>
        <w:br/>
        <w:t>vn -0.6006 -0.4716 0.6456</w:t>
        <w:br/>
        <w:t>vn -0.6107 0.2570 0.7490</w:t>
        <w:br/>
        <w:t>vn 0.8281 -0.2157 -0.5174</w:t>
        <w:br/>
        <w:t>vn 0.9216 0.0037 -0.3881</w:t>
        <w:br/>
        <w:t>vn 0.5868 0.3015 -0.7515</w:t>
        <w:br/>
        <w:t>vn 0.5163 0.3739 -0.7704</w:t>
        <w:br/>
        <w:t>vn 0.6440 -0.2805 -0.7117</w:t>
        <w:br/>
        <w:t>vn 0.2820 0.4530 0.8457</w:t>
        <w:br/>
        <w:t>vn 0.5398 0.1593 -0.8266</w:t>
        <w:br/>
        <w:t>vn 0.5542 0.0270 -0.8319</w:t>
        <w:br/>
        <w:t>vn 0.9355 0.2099 -0.2841</w:t>
        <w:br/>
        <w:t>vn 0.8135 0.3448 -0.4683</w:t>
        <w:br/>
        <w:t>vn 0.8739 -0.1777 0.4525</w:t>
        <w:br/>
        <w:t>vn 0.4675 -0.8837 -0.0198</w:t>
        <w:br/>
        <w:t>vn 0.9390 0.2544 0.2316</w:t>
        <w:br/>
        <w:t>vn 0.8977 -0.4253 -0.1150</w:t>
        <w:br/>
        <w:t>vn -0.3455 -0.4154 0.8415</w:t>
        <w:br/>
        <w:t>vn -0.3340 0.2563 0.9071</w:t>
        <w:br/>
        <w:t>vn 0.6013 0.4631 -0.6511</w:t>
        <w:br/>
        <w:t>vn 0.6117 -0.2855 -0.7377</w:t>
        <w:br/>
        <w:t>vn -0.9685 -0.0256 0.2476</w:t>
        <w:br/>
        <w:t>vn -0.6275 -0.1749 0.7587</w:t>
        <w:br/>
        <w:t>vn -0.9599 -0.1872 0.2086</w:t>
        <w:br/>
        <w:t>vn -0.1892 0.7641 0.6168</w:t>
        <w:br/>
        <w:t>vn 0.5267 0.8478 0.0610</w:t>
        <w:br/>
        <w:t>vn 0.8147 0.3711 0.4455</w:t>
        <w:br/>
        <w:t>vn 0.0779 0.2800 0.9568</w:t>
        <w:br/>
        <w:t>vn 0.9355 0.2100 -0.2841</w:t>
        <w:br/>
        <w:t>vn 0.8135 0.3449 -0.4683</w:t>
        <w:br/>
        <w:t>vn 0.8542 -0.2973 0.4267</w:t>
        <w:br/>
        <w:t>vn 0.6236 -0.7811 0.0318</w:t>
        <w:br/>
        <w:t>vn -0.0904 -0.7884 0.6085</w:t>
        <w:br/>
        <w:t>vn 0.1058 -0.3559 0.9285</w:t>
        <w:br/>
        <w:t>vn -0.7087 0.1658 0.6857</w:t>
        <w:br/>
        <w:t>vn -0.6666 -0.0254 0.7449</w:t>
        <w:br/>
        <w:t>vn -0.6197 -0.3282 0.7130</w:t>
        <w:br/>
        <w:t>vn -0.6273 -0.1750 0.7588</w:t>
        <w:br/>
        <w:t>vn 0.2731 0.9405 -0.2022</w:t>
        <w:br/>
        <w:t>vn 0.4245 -0.8824 -0.2028</w:t>
        <w:br/>
        <w:t>vn -0.6107 0.2569 0.7490</w:t>
        <w:br/>
        <w:t>vn -0.2446 0.8802 0.4066</w:t>
        <w:br/>
        <w:t>vn -0.1119 -0.8707 0.4790</w:t>
        <w:br/>
        <w:t>vn -0.5090 -0.3615 0.7812</w:t>
        <w:br/>
        <w:t>vn -0.6197 -0.3281 0.7130</w:t>
        <w:br/>
        <w:t>vn -0.7944 0.2609 0.5484</w:t>
        <w:br/>
        <w:t>vn -0.5090 -0.3616 0.7812</w:t>
        <w:br/>
        <w:t>vn 0.4682 0.0853 -0.8795</w:t>
        <w:br/>
        <w:t>vn 0.3729 0.3556 -0.8570</w:t>
        <w:br/>
        <w:t>vn 0.8978 -0.4252 -0.1149</w:t>
        <w:br/>
        <w:t>vn 0.5287 -0.5741 -0.6252</w:t>
        <w:br/>
        <w:t>vn -0.1829 0.9645 -0.1903</w:t>
        <w:br/>
        <w:t>vn 0.0350 0.8528 -0.5211</w:t>
        <w:br/>
        <w:t>vn 0.4829 0.4415 -0.7562</w:t>
        <w:br/>
        <w:t>vn 0.4728 -0.2851 -0.8338</w:t>
        <w:br/>
        <w:t>vn 0.4728 -0.2852 -0.8338</w:t>
        <w:br/>
        <w:t>vn -0.6905 -0.2418 0.6818</w:t>
        <w:br/>
        <w:t>vn -0.6904 -0.2417 0.6819</w:t>
        <w:br/>
        <w:t>vn -0.6903 -0.2415 0.6820</w:t>
        <w:br/>
        <w:t>vn -0.6904 -0.2416 0.6819</w:t>
        <w:br/>
        <w:t>vn 0.6977 0.0190 0.7162</w:t>
        <w:br/>
        <w:t>vn 0.6976 0.0190 0.7162</w:t>
        <w:br/>
        <w:t>vn 0.6901 0.2416 -0.6823</w:t>
        <w:br/>
        <w:t>vn 0.6901 0.2417 -0.6821</w:t>
        <w:br/>
        <w:t>vn 0.6900 0.2415 -0.6823</w:t>
        <w:br/>
        <w:t>vn 0.6901 0.2416 -0.6822</w:t>
        <w:br/>
        <w:t>vn -0.1925 0.9721 0.1341</w:t>
        <w:br/>
        <w:t>vn -0.1926 0.9721 0.1342</w:t>
        <w:br/>
        <w:t>vn -0.1924 0.9721 0.1340</w:t>
        <w:br/>
        <w:t>vn -0.6971 -0.0214 -0.7167</w:t>
        <w:br/>
        <w:t>vn -0.6975 -0.0214 -0.7163</w:t>
        <w:br/>
        <w:t>vn -0.6972 -0.0214 -0.7166</w:t>
        <w:br/>
        <w:t>vn -0.6972 -0.0214 -0.7165</w:t>
        <w:br/>
        <w:t>vn 0.2027 -0.9715 -0.1232</w:t>
        <w:br/>
        <w:t>vn 0.2028 -0.9714 -0.1232</w:t>
        <w:br/>
        <w:t>vn 0.2030 -0.9714 -0.1233</w:t>
        <w:br/>
        <w:t>vn 0.2029 -0.9714 -0.1233</w:t>
        <w:br/>
        <w:t>vn -0.9013 0.2375 -0.3622</w:t>
        <w:br/>
        <w:t>vn -0.9194 -0.0528 -0.3898</w:t>
        <w:br/>
        <w:t>vn -0.9194 -0.0527 -0.3898</w:t>
        <w:br/>
        <w:t>vn -0.8477 -0.4343 -0.3046</w:t>
        <w:br/>
        <w:t>vn -0.8754 -0.3769 -0.3029</w:t>
        <w:br/>
        <w:t>vn -0.8754 -0.3768 -0.3029</w:t>
        <w:br/>
        <w:t>vn 0.5274 -0.7269 -0.4398</w:t>
        <w:br/>
        <w:t>vn 0.7019 -0.6010 -0.3823</w:t>
        <w:br/>
        <w:t>vn 0.7018 -0.6010 -0.3823</w:t>
        <w:br/>
        <w:t>vn 0.4356 -0.8122 -0.3881</w:t>
        <w:br/>
        <w:t>vn -0.7939 -0.3703 -0.4824</w:t>
        <w:br/>
        <w:t>vn -0.7938 -0.3703 -0.4824</w:t>
        <w:br/>
        <w:t>vn -0.0057 -0.6015 -0.7989</w:t>
        <w:br/>
        <w:t>vn -0.0079 -0.8346 -0.5507</w:t>
        <w:br/>
        <w:t>vn 0.1007 -0.9601 -0.2611</w:t>
        <w:br/>
        <w:t>vn 0.1069 -0.9615 -0.2532</w:t>
        <w:br/>
        <w:t>vn 0.1574 -0.9474 -0.2788</w:t>
        <w:br/>
        <w:t>vn -0.1876 -0.0651 -0.9801</w:t>
        <w:br/>
        <w:t>vn -0.0105 -0.0217 -0.9997</w:t>
        <w:br/>
        <w:t>vn -0.0222 -0.0277 -0.9994</w:t>
        <w:br/>
        <w:t>vn -0.6513 -0.1706 -0.7394</w:t>
        <w:br/>
        <w:t>vn 0.1826 -0.9391 -0.2912</w:t>
        <w:br/>
        <w:t>vn 0.2691 -0.9115 -0.3110</w:t>
        <w:br/>
        <w:t>vn -0.7703 -0.1718 0.6141</w:t>
        <w:br/>
        <w:t>vn -0.4796 -0.0965 0.8722</w:t>
        <w:br/>
        <w:t>vn -0.7703 -0.1718 0.6142</w:t>
        <w:br/>
        <w:t>vn -0.8779 -0.2174 -0.4267</w:t>
        <w:br/>
        <w:t>vn -0.8779 -0.2174 -0.4266</w:t>
        <w:br/>
        <w:t>vn -0.4038 0.8905 -0.2098</w:t>
        <w:br/>
        <w:t>vn -0.4056 0.8900 -0.2082</w:t>
        <w:br/>
        <w:t>vn -0.4376 0.8606 -0.2604</w:t>
        <w:br/>
        <w:t>vn -0.3889 0.9032 -0.1818</w:t>
        <w:br/>
        <w:t>vn -0.4092 0.8891 -0.2052</w:t>
        <w:br/>
        <w:t>vn -0.4091 0.8891 -0.2052</w:t>
        <w:br/>
        <w:t>vn -0.0566 0.0124 0.9983</w:t>
        <w:br/>
        <w:t>vn -0.0536 0.0013 0.9986</w:t>
        <w:br/>
        <w:t>vn -0.8675 -0.3081 -0.3905</w:t>
        <w:br/>
        <w:t>vn -0.8675 -0.3081 -0.3906</w:t>
        <w:br/>
        <w:t>vn -0.8675 -0.3080 -0.3907</w:t>
        <w:br/>
        <w:t>vn 0.1500 -0.9285 -0.3398</w:t>
        <w:br/>
        <w:t>vn -0.8910 -0.2831 -0.3550</w:t>
        <w:br/>
        <w:t>vn -0.8825 -0.2889 -0.3711</w:t>
        <w:br/>
        <w:t>vn -0.8748 0.2042 -0.4394</w:t>
        <w:br/>
        <w:t>vn 0.9160 0.3813 -0.1245</w:t>
        <w:br/>
        <w:t>vn 0.9161 0.3810 -0.1249</w:t>
        <w:br/>
        <w:t>vn 0.9160 0.3813 -0.1246</w:t>
        <w:br/>
        <w:t>vn -0.7407 0.6270 -0.2414</w:t>
        <w:br/>
        <w:t>vn -0.6558 0.6516 -0.3812</w:t>
        <w:br/>
        <w:t>vn -0.6558 0.6516 -0.3813</w:t>
        <w:br/>
        <w:t>vn 0.3694 0.8726 -0.3196</w:t>
        <w:br/>
        <w:t>vn 0.1888 0.9347 -0.3010</w:t>
        <w:br/>
        <w:t>vn 0.1888 0.9348 -0.3010</w:t>
        <w:br/>
        <w:t>vn 0.6686 -0.7252 -0.1646</w:t>
        <w:br/>
        <w:t>vn 0.6685 -0.7252 -0.1646</w:t>
        <w:br/>
        <w:t>vn 0.6685 -0.7253 -0.1647</w:t>
        <w:br/>
        <w:t>vn 0.6685 -0.7252 -0.1647</w:t>
        <w:br/>
        <w:t>vn -0.4543 -0.8651 -0.2125</w:t>
        <w:br/>
        <w:t>vn -0.4544 -0.8651 -0.2125</w:t>
        <w:br/>
        <w:t>vn 0.0000 -0.9362 -0.3515</w:t>
        <w:br/>
        <w:t>vn -0.0000 0.9624 -0.2716</w:t>
        <w:br/>
        <w:t>vn -0.0000 0.9624 -0.2715</w:t>
        <w:br/>
        <w:t>vn -0.0159 -0.0608 0.9980</w:t>
        <w:br/>
        <w:t>vn -0.0158 -0.0548 0.9984</w:t>
        <w:br/>
        <w:t>vn -0.0159 -0.0547 0.9984</w:t>
        <w:br/>
        <w:t>vn -0.0160 -0.0608 0.9980</w:t>
        <w:br/>
        <w:t>vn 0.0072 0.0411 -0.9991</w:t>
        <w:br/>
        <w:t>vn 0.0085 0.0541 -0.9985</w:t>
        <w:br/>
        <w:t>vn 0.0086 0.0541 -0.9985</w:t>
        <w:br/>
        <w:t>vn -0.0139 -0.0351 0.9993</w:t>
        <w:br/>
        <w:t>vn -0.0087 -0.0227 0.9997</w:t>
        <w:br/>
        <w:t>vn -0.0006 -0.0327 0.9995</w:t>
        <w:br/>
        <w:t>vn -0.0178 -0.0251 0.9995</w:t>
        <w:br/>
        <w:t>vn -0.0000 0.0021 1.0000</w:t>
        <w:br/>
        <w:t>vn -0.0133 0.0046 0.9999</w:t>
        <w:br/>
        <w:t>vn 0.0038 -0.0213 0.9998</w:t>
        <w:br/>
        <w:t>vn -0.0219 -0.0212 0.9995</w:t>
        <w:br/>
        <w:t>vn 0.0010 0.0281 0.9996</w:t>
        <w:br/>
        <w:t>vn 0.0005 0.0166 0.9999</w:t>
        <w:br/>
        <w:t>vn -0.0001 0.0040 1.0000</w:t>
        <w:br/>
        <w:t>vn -0.0001 0.0041 1.0000</w:t>
        <w:br/>
        <w:t>vn -0.0000 -0.0000 1.0000</w:t>
        <w:br/>
        <w:t>vn 0.0009 0.0205 -0.9998</w:t>
        <w:br/>
        <w:t>vn 0.0015 0.0349 -0.9994</w:t>
        <w:br/>
        <w:t>vn -0.0075 0.0193 -0.9998</w:t>
        <w:br/>
        <w:t>vn 0.0171 0.0270 -0.9995</w:t>
        <w:br/>
        <w:t>vn -0.0000 -0.0080 -1.0000</w:t>
        <w:br/>
        <w:t>vn -0.0000 -0.0083 -1.0000</w:t>
        <w:br/>
        <w:t>vn 0.0159 0.0015 -0.9999</w:t>
        <w:br/>
        <w:t>vn 0.0271 0.0181 -0.9995</w:t>
        <w:br/>
        <w:t>vn -0.0140 0.0114 -0.9998</w:t>
        <w:br/>
        <w:t>vn -0.0005 -0.0212 -0.9998</w:t>
        <w:br/>
        <w:t>vn -0.0004 -0.0106 -0.9999</w:t>
        <w:br/>
        <w:t>vn 0.0004 -0.0019 -1.0000</w:t>
        <w:br/>
        <w:t>vn 0.0003 -0.0017 -1.0000</w:t>
        <w:br/>
        <w:t>vn -0.0057 -0.6014 -0.7989</w:t>
        <w:br/>
        <w:t>vn 0.0000 0.0000 -1.0000</w:t>
        <w:br/>
        <w:t>vn 0.9017 0.2344 -0.3634</w:t>
        <w:br/>
        <w:t>vn 0.9189 -0.0556 -0.3907</w:t>
        <w:br/>
        <w:t>vn 0.9017 0.2344 -0.3633</w:t>
        <w:br/>
        <w:t>vn 0.8463 -0.4368 -0.3050</w:t>
        <w:br/>
        <w:t>vn 0.8740 -0.3795 -0.3035</w:t>
        <w:br/>
        <w:t>vn 0.8740 -0.3795 -0.3034</w:t>
        <w:br/>
        <w:t>vn -0.5281 -0.7262 -0.4401</w:t>
        <w:br/>
        <w:t>vn -0.7030 -0.5995 -0.3827</w:t>
        <w:br/>
        <w:t>vn -0.7030 -0.5995 -0.3826</w:t>
        <w:br/>
        <w:t>vn -0.4365 -0.8115 -0.3885</w:t>
        <w:br/>
        <w:t>vn 0.7928 -0.3724 -0.4824</w:t>
        <w:br/>
        <w:t>vn 0.0072 -0.8347 -0.5507</w:t>
        <w:br/>
        <w:t>vn 0.0051 -0.6015 -0.7988</w:t>
        <w:br/>
        <w:t>vn 0.7928 -0.3724 -0.4825</w:t>
        <w:br/>
        <w:t>vn -0.1007 -0.9600 -0.2612</w:t>
        <w:br/>
        <w:t>vn -0.1576 -0.9473 -0.2789</w:t>
        <w:br/>
        <w:t>vn -0.1069 -0.9615 -0.2533</w:t>
        <w:br/>
        <w:t>vn 0.1876 -0.0657 -0.9800</w:t>
        <w:br/>
        <w:t>vn 0.0223 -0.0278 -0.9994</w:t>
        <w:br/>
        <w:t>vn 0.0104 -0.0217 -0.9997</w:t>
        <w:br/>
        <w:t>vn 0.6507 -0.1727 -0.7394</w:t>
        <w:br/>
        <w:t>vn 0.6508 -0.1727 -0.7394</w:t>
        <w:br/>
        <w:t>vn -0.1828 -0.9390 -0.2914</w:t>
        <w:br/>
        <w:t>vn -0.2695 -0.9113 -0.3113</w:t>
        <w:br/>
        <w:t>vn 0.7702 -0.1745 0.6134</w:t>
        <w:br/>
        <w:t>vn 0.4796 -0.0982 0.8719</w:t>
        <w:br/>
        <w:t>vn 0.4796 -0.0982 0.8720</w:t>
        <w:br/>
        <w:t>vn 0.8771 -0.2203 -0.4268</w:t>
        <w:br/>
        <w:t>vn 0.4044 0.8901 -0.2103</w:t>
        <w:br/>
        <w:t>vn 0.4382 0.8602 -0.2609</w:t>
        <w:br/>
        <w:t>vn 0.4062 0.8896 -0.2087</w:t>
        <w:br/>
        <w:t>vn 0.3894 0.9028 -0.1822</w:t>
        <w:br/>
        <w:t>vn 0.4097 0.8887 -0.2056</w:t>
        <w:br/>
        <w:t>vn 0.4098 0.8887 -0.2056</w:t>
        <w:br/>
        <w:t>vn 0.0537 0.0010 0.9986</w:t>
        <w:br/>
        <w:t>vn 0.0567 0.0122 0.9983</w:t>
        <w:br/>
        <w:t>vn 0.8667 -0.3104 -0.3905</w:t>
        <w:br/>
        <w:t>vn 0.8667 -0.3103 -0.3905</w:t>
        <w:br/>
        <w:t>vn -0.1501 -0.9284 -0.3399</w:t>
        <w:br/>
        <w:t>vn -0.1502 -0.9284 -0.3399</w:t>
        <w:br/>
        <w:t>vn 0.8903 -0.2853 -0.3549</w:t>
        <w:br/>
        <w:t>vn 0.8820 -0.2908 -0.3709</w:t>
        <w:br/>
        <w:t>vn 0.8750 0.2031 -0.4395</w:t>
        <w:br/>
        <w:t>vn -0.9154 0.3828 -0.1244</w:t>
        <w:br/>
        <w:t>vn -0.9155 0.3825 -0.1247</w:t>
        <w:br/>
        <w:t>vn -0.9154 0.3828 -0.1243</w:t>
        <w:br/>
        <w:t>vn 0.7413 0.6261 -0.2417</w:t>
        <w:br/>
        <w:t>vn 0.6561 0.6512 -0.3814</w:t>
        <w:br/>
        <w:t>vn 0.6561 0.6511 -0.3815</w:t>
        <w:br/>
        <w:t>vn -0.3692 0.8727 -0.3194</w:t>
        <w:br/>
        <w:t>vn -0.1887 0.9348 -0.3009</w:t>
        <w:br/>
        <w:t>vn -0.6691 -0.7247 -0.1647</w:t>
        <w:br/>
        <w:t>vn -0.6690 -0.7248 -0.1648</w:t>
        <w:br/>
        <w:t>vn -0.6690 -0.7247 -0.1648</w:t>
        <w:br/>
        <w:t>vn 0.4541 -0.8653 -0.2124</w:t>
        <w:br/>
        <w:t>vn 0.4542 -0.8652 -0.2123</w:t>
        <w:br/>
        <w:t>vn 0.0159 -0.0549 0.9984</w:t>
        <w:br/>
        <w:t>vn 0.0159 -0.0548 0.9984</w:t>
        <w:br/>
        <w:t>vn 0.0160 -0.0608 0.9980</w:t>
        <w:br/>
        <w:t>vn 0.0159 -0.0608 0.9980</w:t>
        <w:br/>
        <w:t>vn -0.0073 0.0411 -0.9991</w:t>
        <w:br/>
        <w:t>vn -0.0086 0.0541 -0.9985</w:t>
        <w:br/>
        <w:t>vn -0.0087 0.0541 -0.9985</w:t>
        <w:br/>
        <w:t>vn 0.0138 -0.0352 0.9993</w:t>
        <w:br/>
        <w:t>vn 0.0087 -0.0227 0.9997</w:t>
        <w:br/>
        <w:t>vn 0.0178 -0.0252 0.9995</w:t>
        <w:br/>
        <w:t>vn 0.0006 -0.0328 0.9995</w:t>
        <w:br/>
        <w:t>vn 0.0134 0.0046 0.9999</w:t>
        <w:br/>
        <w:t>vn 0.0219 -0.0214 0.9995</w:t>
        <w:br/>
        <w:t>vn -0.0037 -0.0214 0.9998</w:t>
        <w:br/>
        <w:t>vn -0.0009 0.0280 0.9996</w:t>
        <w:br/>
        <w:t>vn -0.0005 0.0166 0.9999</w:t>
        <w:br/>
        <w:t>vn 0.0001 0.0041 1.0000</w:t>
        <w:br/>
        <w:t>vn -0.0014 0.0349 -0.9994</w:t>
        <w:br/>
        <w:t>vn -0.0009 0.0205 -0.9998</w:t>
        <w:br/>
        <w:t>vn 0.0074 0.0193 -0.9998</w:t>
        <w:br/>
        <w:t>vn -0.0171 0.0271 -0.9995</w:t>
        <w:br/>
        <w:t>vn -0.0159 0.0016 -0.9999</w:t>
        <w:br/>
        <w:t>vn -0.0272 0.0183 -0.9995</w:t>
        <w:br/>
        <w:t>vn 0.0140 0.0115 -0.9998</w:t>
        <w:br/>
        <w:t>vn 0.0005 -0.0212 -0.9998</w:t>
        <w:br/>
        <w:t>vn 0.0004 -0.0107 -0.9999</w:t>
        <w:br/>
        <w:t>vn -0.0004 -0.0019 -1.0000</w:t>
        <w:br/>
        <w:t>vn -0.0003 -0.0017 -1.0000</w:t>
        <w:br/>
        <w:t>vn 0.0051 -0.6015 -0.7989</w:t>
        <w:br/>
        <w:t>vn -0.0000 -0.0152 0.9999</w:t>
        <w:br/>
        <w:t>vn 0.0049 0.0129 0.9999</w:t>
        <w:br/>
        <w:t>vn -0.0064 0.0094 0.9999</w:t>
        <w:br/>
        <w:t>vn -0.0000 -0.0151 0.9999</w:t>
        <w:br/>
        <w:t>vn 0.0000 -0.9077 -0.4196</w:t>
        <w:br/>
        <w:t>vn 0.0000 -0.9077 -0.4197</w:t>
        <w:br/>
        <w:t>vn 0.0000 -0.0571 -0.9984</w:t>
        <w:br/>
        <w:t>vn 0.0000 -0.0572 -0.9984</w:t>
        <w:br/>
        <w:t>vn -0.0025 -0.0353 -0.9994</w:t>
        <w:br/>
        <w:t>vn 0.0025 -0.0353 -0.9994</w:t>
        <w:br/>
        <w:t>vn 0.0001 -0.0101 -0.9999</w:t>
        <w:br/>
        <w:t>vn 0.0048 -0.0257 -0.9997</w:t>
        <w:br/>
        <w:t>vn 0.0030 -0.0261 -0.9997</w:t>
        <w:br/>
        <w:t>vn 0.0039 -0.0172 -0.9998</w:t>
        <w:br/>
        <w:t>vn 0.8921 -0.0095 -0.4517</w:t>
        <w:br/>
        <w:t>vn 0.8245 0.3570 -0.4390</w:t>
        <w:br/>
        <w:t>vn -0.0050 0.0120 -0.9999</w:t>
        <w:br/>
        <w:t>vn -0.0009 0.0011 -1.0000</w:t>
        <w:br/>
        <w:t>vn 0.6462 0.6359 -0.4220</w:t>
        <w:br/>
        <w:t>vn 0.6059 0.6912 -0.3938</w:t>
        <w:br/>
        <w:t>vn 0.6060 0.6912 -0.3938</w:t>
        <w:br/>
        <w:t>vn -0.0015 0.0336 -0.9994</w:t>
        <w:br/>
        <w:t>vn 0.8147 -0.3709 -0.4458</w:t>
        <w:br/>
        <w:t>vn 0.0141 0.0043 0.9999</w:t>
        <w:br/>
        <w:t>vn 0.0138 0.0224 0.9997</w:t>
        <w:br/>
        <w:t>vn 0.0137 0.0223 0.9997</w:t>
        <w:br/>
        <w:t>vn 0.0140 0.0042 0.9999</w:t>
        <w:br/>
        <w:t>vn 0.6380 -0.6398 -0.4285</w:t>
        <w:br/>
        <w:t>vn 0.0140 0.0251 0.9996</w:t>
        <w:br/>
        <w:t>vn 0.0149 -0.0203 0.9997</w:t>
        <w:br/>
        <w:t>vn 0.0142 -0.0333 0.9993</w:t>
        <w:br/>
        <w:t>vn 0.9001 0.3742 0.2229</w:t>
        <w:br/>
        <w:t>vn 0.9528 0.1885 0.2381</w:t>
        <w:br/>
        <w:t>vn 0.9745 -0.0019 0.2246</w:t>
        <w:br/>
        <w:t>vn 0.6861 0.6932 0.2209</w:t>
        <w:br/>
        <w:t>vn 0.5373 0.8103 0.2338</w:t>
        <w:br/>
        <w:t>vn 0.8335 -0.4374 -0.3375</w:t>
        <w:br/>
        <w:t>vn 0.8336 -0.4374 -0.3375</w:t>
        <w:br/>
        <w:t>vn 0.9793 -0.0558 -0.1943</w:t>
        <w:br/>
        <w:t>vn 0.0016 0.0335 -0.9994</w:t>
        <w:br/>
        <w:t>vn 0.0001 0.0794 -0.9968</w:t>
        <w:br/>
        <w:t>vn 0.0001 0.0795 -0.9968</w:t>
        <w:br/>
        <w:t>vn 0.3603 0.8327 -0.4206</w:t>
        <w:br/>
        <w:t>vn -0.3604 0.8328 -0.4201</w:t>
        <w:br/>
        <w:t>vn 0.3603 0.8326 -0.4206</w:t>
        <w:br/>
        <w:t>vn -0.6058 0.6918 -0.3930</w:t>
        <w:br/>
        <w:t>vn 0.0051 0.0120 -0.9999</w:t>
        <w:br/>
        <w:t>vn -0.6455 0.6372 -0.4211</w:t>
        <w:br/>
        <w:t>vn -0.0000 -0.0325 0.9995</w:t>
        <w:br/>
        <w:t>vn -0.0034 -0.0372 0.9993</w:t>
        <w:br/>
        <w:t>vn 0.0046 -0.0362 0.9993</w:t>
        <w:br/>
        <w:t>vn 0.0011 0.0012 -1.0000</w:t>
        <w:br/>
        <w:t>vn -0.8239 0.3593 -0.4382</w:t>
        <w:br/>
        <w:t>vn -0.8924 -0.0067 -0.4512</w:t>
        <w:br/>
        <w:t>vn -0.0142 0.0042 0.9999</w:t>
        <w:br/>
        <w:t>vn -0.0150 -0.0204 0.9997</w:t>
        <w:br/>
        <w:t>vn -0.0150 -0.0205 0.9997</w:t>
        <w:br/>
        <w:t>vn -0.0143 0.0042 0.9999</w:t>
        <w:br/>
        <w:t>vn -0.0141 0.0226 0.9996</w:t>
        <w:br/>
        <w:t>vn -0.9513 -0.1944 0.2394</w:t>
        <w:br/>
        <w:t>vn -0.8973 -0.3799 0.2248</w:t>
        <w:br/>
        <w:t>vn -0.6785 -0.7004 0.2215</w:t>
        <w:br/>
        <w:t>vn -0.5300 -0.8151 0.2337</w:t>
        <w:br/>
        <w:t>vn -0.0142 0.0253 0.9996</w:t>
        <w:br/>
        <w:t>vn -0.0144 0.0253 0.9996</w:t>
        <w:br/>
        <w:t>vn -0.9743 -0.0021 0.2253</w:t>
        <w:br/>
        <w:t>vn -0.8984 0.3780 0.2236</w:t>
        <w:br/>
        <w:t>vn -0.8055 0.5434 0.2364</w:t>
        <w:br/>
        <w:t>vn -0.6866 0.6927 0.2206</w:t>
        <w:br/>
        <w:t>vn -0.8157 -0.3687 -0.4458</w:t>
        <w:br/>
        <w:t>vn -0.0028 -0.0263 -0.9997</w:t>
        <w:br/>
        <w:t>vn -0.0037 -0.0173 -0.9998</w:t>
        <w:br/>
        <w:t>vn -0.6390 -0.6386 -0.4288</w:t>
        <w:br/>
        <w:t>vn -0.0047 -0.0257 -0.9997</w:t>
        <w:br/>
        <w:t>vn -0.0144 -0.0335 0.9993</w:t>
        <w:br/>
        <w:t>vn -0.8347 -0.4350 -0.3376</w:t>
        <w:br/>
        <w:t>vn -0.9796 -0.0520 -0.1939</w:t>
        <w:br/>
        <w:t>vn 0.0028 0.0209 0.9998</w:t>
        <w:br/>
        <w:t>vn -0.0096 0.0218 0.9997</w:t>
        <w:br/>
        <w:t>vn 0.0123 0.0239 0.9996</w:t>
        <w:br/>
        <w:t>vn 0.0004 -0.9764 0.2159</w:t>
        <w:br/>
        <w:t>vn 0.1843 -0.9555 0.2304</w:t>
        <w:br/>
        <w:t>vn -0.3639 -0.9057 0.2175</w:t>
        <w:br/>
        <w:t>vn 0.3619 -0.9066 0.2171</w:t>
        <w:br/>
        <w:t>vn 0.6786 -0.7007 0.2201</w:t>
        <w:br/>
        <w:t>vn 0.8001 -0.5514 0.2361</w:t>
        <w:br/>
        <w:t>vn 0.8002 -0.5513 0.2361</w:t>
        <w:br/>
        <w:t>vn 0.8952 -0.3856 0.2234</w:t>
        <w:br/>
        <w:t>vn -0.1877 0.9544 0.2320</w:t>
        <w:br/>
        <w:t>vn -0.3691 0.9034 0.2184</w:t>
        <w:br/>
        <w:t>vn 0.0004 0.9761 0.2173</w:t>
        <w:br/>
        <w:t>vn 0.3709 0.9026 0.2185</w:t>
        <w:br/>
        <w:t>vn 0.0002 -0.0396 0.9992</w:t>
        <w:br/>
        <w:t>vn 0.0069 -0.0380 0.9993</w:t>
        <w:br/>
        <w:t>vn -0.0070 -0.0385 0.9992</w:t>
        <w:br/>
        <w:t>vn 0.0000 0.9528 -0.3037</w:t>
        <w:br/>
        <w:t>vn 0.0000 0.9527 -0.3038</w:t>
        <w:br/>
        <w:t>vn 0.0000 0.5950 -0.8037</w:t>
        <w:br/>
        <w:t>vn 0.0000 0.5948 -0.8039</w:t>
        <w:br/>
        <w:t>vn 0.0000 0.9527 0.3038</w:t>
        <w:br/>
        <w:t>vn -0.0000 0.9526 0.3043</w:t>
        <w:br/>
        <w:t>vn -0.0000 0.5946 0.8040</w:t>
        <w:br/>
        <w:t>vn -0.0005 0.5945 0.8041</w:t>
        <w:br/>
        <w:t>vn 0.0002 0.5945 0.8041</w:t>
        <w:br/>
        <w:t>vn 0.0000 -0.0003 1.0000</w:t>
        <w:br/>
        <w:t>vn -0.0000 0.5945 0.8041</w:t>
        <w:br/>
        <w:t>vn 0.0000 -0.5949 0.8038</w:t>
        <w:br/>
        <w:t>vn 0.0000 -0.5948 0.8039</w:t>
        <w:br/>
        <w:t>vn 0.0000 -0.9527 0.3038</w:t>
        <w:br/>
        <w:t>vn 0.0000 -0.9528 0.3037</w:t>
        <w:br/>
        <w:t>vn 0.0000 -0.9526 -0.3041</w:t>
        <w:br/>
        <w:t>vn 0.0000 -0.9525 -0.3045</w:t>
        <w:br/>
        <w:t>vn 0.0000 -0.5947 -0.8040</w:t>
        <w:br/>
        <w:t>vn 0.0000 -0.5943 -0.8043</w:t>
        <w:br/>
        <w:t>vn 0.0000 0.0001 -1.0000</w:t>
        <w:br/>
        <w:t>vn 0.0000 0.0005 -1.0000</w:t>
        <w:br/>
        <w:t>vn -1.0000 0.0013 -0.0009</w:t>
        <w:br/>
        <w:t>vn -1.0000 0.0012 -0.0009</w:t>
        <w:br/>
        <w:t>vn 1.0000 -0.0006 0.0004</w:t>
        <w:br/>
        <w:t>vn 1.0000 -0.0007 0.0004</w:t>
        <w:br/>
        <w:t>vn 1.0000 -0.0007 0.0005</w:t>
        <w:br/>
        <w:t>vn -1.0000 0.0015 -0.0009</w:t>
        <w:br/>
        <w:t>vn -1.0000 0.0014 -0.0009</w:t>
        <w:br/>
        <w:t>vn -1.0000 0.0015 -0.0010</w:t>
        <w:br/>
        <w:t>vn -1.0000 0.0016 -0.0010</w:t>
        <w:br/>
        <w:t>vn -1.0000 0.0014 -0.0010</w:t>
        <w:br/>
        <w:t>vn -1.0000 0.0023 -0.0005</w:t>
        <w:br/>
        <w:t>vn -1.0000 0.0024 -0.0006</w:t>
        <w:br/>
        <w:t>vn -1.0000 0.0024 -0.0007</w:t>
        <w:br/>
        <w:t>vn -1.0000 0.0025 -0.0007</w:t>
        <w:br/>
        <w:t>vn -1.0000 0.0017 -0.0011</w:t>
        <w:br/>
        <w:t>vn -1.0000 0.0025 -0.0008</w:t>
        <w:br/>
        <w:t>vn -1.0000 0.0025 -0.0009</w:t>
        <w:br/>
        <w:t>vn -1.0000 0.0024 -0.0010</w:t>
        <w:br/>
        <w:t>vn -1.0000 0.0023 -0.0012</w:t>
        <w:br/>
        <w:t>vn -1.0000 0.0022 -0.0013</w:t>
        <w:br/>
        <w:t>vn -1.0000 0.0023 -0.0013</w:t>
        <w:br/>
        <w:t>vn -1.0000 0.0021 -0.0013</w:t>
        <w:br/>
        <w:t>vn -1.0000 0.0021 -0.0012</w:t>
        <w:br/>
        <w:t>vn -1.0000 0.0020 -0.0012</w:t>
        <w:br/>
        <w:t>vn -1.0000 0.0019 -0.0012</w:t>
        <w:br/>
        <w:t>vn -1.0000 0.0020 -0.0011</w:t>
        <w:br/>
        <w:t>vn -1.0000 0.0019 -0.0011</w:t>
        <w:br/>
        <w:t>vn -1.0000 0.0018 -0.0011</w:t>
        <w:br/>
        <w:t>vn -1.0000 0.0018 -0.0012</w:t>
        <w:br/>
        <w:t>vn -1.0000 0.0020 -0.0010</w:t>
        <w:br/>
        <w:t>vn -1.0000 0.0021 -0.0009</w:t>
        <w:br/>
        <w:t>vn -1.0000 0.0019 -0.0004</w:t>
        <w:br/>
        <w:t>vn -1.0000 0.0020 -0.0005</w:t>
        <w:br/>
        <w:t>vn -1.0000 0.0020 -0.0004</w:t>
        <w:br/>
        <w:t>vn -1.0000 0.0017 -0.0004</w:t>
        <w:br/>
        <w:t>vn -1.0000 0.0017 -0.0003</w:t>
        <w:br/>
        <w:t>vn -1.0000 0.0012 -0.0008</w:t>
        <w:br/>
        <w:t>vn -1.0000 0.0013 -0.0008</w:t>
        <w:br/>
        <w:t>vn -1.0000 0.0015 -0.0003</w:t>
        <w:br/>
        <w:t>vn -1.0000 0.0013 -0.0003</w:t>
        <w:br/>
        <w:t>vn -1.0000 0.0012 -0.0003</w:t>
        <w:br/>
        <w:t>vn -1.0000 0.0010 -0.0002</w:t>
        <w:br/>
        <w:t>vn -1.0000 0.0009 -0.0002</w:t>
        <w:br/>
        <w:t>vn -1.0000 0.0008 -0.0003</w:t>
        <w:br/>
        <w:t>vn -1.0000 0.0009 -0.0003</w:t>
        <w:br/>
        <w:t>vn -1.0000 0.0010 -0.0004</w:t>
        <w:br/>
        <w:t>vn -1.0000 0.0011 -0.0004</w:t>
        <w:br/>
        <w:t>vn -1.0000 0.0011 -0.0005</w:t>
        <w:br/>
        <w:t>vn -1.0000 0.0013 -0.0006</w:t>
        <w:br/>
        <w:t>vn -1.0000 0.0015 -0.0007</w:t>
        <w:br/>
        <w:t>vn -1.0000 0.0014 -0.0007</w:t>
        <w:br/>
        <w:t>vn -1.0000 0.0014 -0.0008</w:t>
        <w:br/>
        <w:t>vn -1.0000 0.0013 -0.0007</w:t>
        <w:br/>
        <w:t>vn -1.0000 0.0016 -0.0007</w:t>
        <w:br/>
        <w:t>vn -1.0000 0.0017 -0.0007</w:t>
        <w:br/>
        <w:t>vn -1.0000 0.0017 -0.0006</w:t>
        <w:br/>
        <w:t>vn 1.0000 -0.0011 0.0003</w:t>
        <w:br/>
        <w:t>vn 1.0000 -0.0012 0.0003</w:t>
        <w:br/>
        <w:t>vn 1.0000 -0.0008 0.0005</w:t>
        <w:br/>
        <w:t>vn 1.0000 -0.0012 0.0004</w:t>
        <w:br/>
        <w:t>vn 1.0000 -0.0011 0.0005</w:t>
        <w:br/>
        <w:t>vn 1.0000 -0.0012 0.0005</w:t>
        <w:br/>
        <w:t>vn 1.0000 -0.0011 0.0006</w:t>
        <w:br/>
        <w:t>vn 1.0000 -0.0010 0.0006</w:t>
        <w:br/>
        <w:t>vn 1.0000 -0.0009 0.0005</w:t>
        <w:br/>
        <w:t>vn 1.0000 -0.0009 0.0006</w:t>
        <w:br/>
        <w:t>vn 1.0000 -0.0010 0.0005</w:t>
        <w:br/>
        <w:t>vn 1.0000 -0.0010 0.0004</w:t>
        <w:br/>
        <w:t>vn 1.0000 -0.0010 0.0002</w:t>
        <w:br/>
        <w:t>vn 1.0000 -0.0009 0.0002</w:t>
        <w:br/>
        <w:t>vn 1.0000 -0.0008 0.0002</w:t>
        <w:br/>
        <w:t>vn 1.0000 -0.0007 0.0001</w:t>
        <w:br/>
        <w:t>vn 1.0000 -0.0007 0.0002</w:t>
        <w:br/>
        <w:t>vn 1.0000 -0.0006 0.0001</w:t>
        <w:br/>
        <w:t>vn 1.0000 -0.0005 0.0001</w:t>
        <w:br/>
        <w:t>vn 1.0000 -0.0004 0.0001</w:t>
        <w:br/>
        <w:t>vn 1.0000 -0.0004 0.0002</w:t>
        <w:br/>
        <w:t>vn 1.0000 -0.0005 0.0002</w:t>
        <w:br/>
        <w:t>vn 1.0000 -0.0006 0.0003</w:t>
        <w:br/>
        <w:t>vn 1.0000 -0.0007 0.0003</w:t>
        <w:br/>
        <w:t>vn 1.0000 -0.0008 0.0003</w:t>
        <w:br/>
        <w:t>vn 0.0000 -0.9972 0.0750</w:t>
        <w:br/>
        <w:t>vn 0.0000 -0.9972 0.0752</w:t>
        <w:br/>
        <w:t>vn 0.0000 -0.9465 -0.3226</w:t>
        <w:br/>
        <w:t>vn 0.0000 -0.9464 -0.3229</w:t>
        <w:br/>
        <w:t>vn 0.0000 -0.8870 0.4618</w:t>
        <w:br/>
        <w:t>vn 0.0000 -0.7647 -0.6444</w:t>
        <w:br/>
        <w:t>vn 0.0000 -0.7644 -0.6447</w:t>
        <w:br/>
        <w:t>vn 0.0000 -0.6480 0.7617</w:t>
        <w:br/>
        <w:t>vn -0.0000 -0.6479 0.7617</w:t>
        <w:br/>
        <w:t>vn 0.0000 -0.3613 0.9325</w:t>
        <w:br/>
        <w:t>vn 0.0000 -0.3615 0.9324</w:t>
        <w:br/>
        <w:t>vn 0.0000 0.8955 -0.4451</w:t>
        <w:br/>
        <w:t>vn 0.0000 0.8955 -0.4450</w:t>
        <w:br/>
        <w:t>vn 0.0000 0.6645 -0.7473</w:t>
        <w:br/>
        <w:t>vn 0.0000 0.6643 -0.7475</w:t>
        <w:br/>
        <w:t>vn 0.0000 0.9991 -0.0428</w:t>
        <w:br/>
        <w:t>vn 0.0000 0.9991 -0.0431</w:t>
        <w:br/>
        <w:t>vn 0.0000 0.3723 -0.9281</w:t>
        <w:br/>
        <w:t>vn 0.0000 0.3720 -0.9282</w:t>
        <w:br/>
        <w:t>vn 0.0000 0.9255 0.3788</w:t>
        <w:br/>
        <w:t>vn 0.0000 0.9256 0.3785</w:t>
        <w:br/>
        <w:t>vn 0.0000 0.6869 0.7267</w:t>
        <w:br/>
        <w:t>vn -0.0000 0.6870 0.7266</w:t>
        <w:br/>
        <w:t>vn 0.0000 -0.1715 0.9852</w:t>
        <w:br/>
        <w:t>vn 0.0000 -0.1717 0.9852</w:t>
        <w:br/>
        <w:t>vn 0.0000 0.1188 -0.9929</w:t>
        <w:br/>
        <w:t>vn 0.0000 0.1186 -0.9929</w:t>
        <w:br/>
        <w:t>vn 0.0000 -0.0108 -0.9999</w:t>
        <w:br/>
        <w:t>vn 0.0000 -0.0109 -0.9999</w:t>
        <w:br/>
        <w:t>vn 0.0000 0.1894 0.9819</w:t>
        <w:br/>
        <w:t>vn -0.0000 0.1890 0.9820</w:t>
        <w:br/>
        <w:t>vn 0.0000 -0.0418 -0.9991</w:t>
        <w:br/>
        <w:t>vn 0.0000 0.4804 0.8770</w:t>
        <w:br/>
        <w:t>vn 0.0000 -0.5042 -0.8636</w:t>
        <w:br/>
        <w:t>vn 0.0000 -0.5038 -0.8638</w:t>
        <w:br/>
        <w:t>vn 0.0000 0.3090 0.9511</w:t>
        <w:br/>
        <w:t>vn 0.0000 0.3091 0.9510</w:t>
        <w:br/>
        <w:t>vn 0.0000 -0.1410 0.9900</w:t>
        <w:br/>
        <w:t>vn -0.0000 -0.1409 0.9900</w:t>
        <w:br/>
        <w:t>vn 0.0000 -0.2342 -0.9722</w:t>
        <w:br/>
        <w:t>vn 0.0000 -0.2339 -0.9723</w:t>
        <w:br/>
        <w:t>vn 0.0000 -0.1090 -0.9940</w:t>
        <w:br/>
        <w:t>vn 0.0000 -0.3559 0.9345</w:t>
        <w:br/>
        <w:t>vn 0.0000 -0.9176 -0.3975</w:t>
        <w:br/>
        <w:t>vn 0.0000 -0.8408 -0.5413</w:t>
        <w:br/>
        <w:t>vn 0.0000 -0.8406 -0.5416</w:t>
        <w:br/>
        <w:t>vn 0.0000 -0.6934 -0.7205</w:t>
        <w:br/>
        <w:t>vn 0.0000 -0.6933 -0.7206</w:t>
        <w:br/>
        <w:t>vn 0.0000 -0.9919 0.1272</w:t>
        <w:br/>
        <w:t>vn 0.0000 -0.9167 0.3997</w:t>
        <w:br/>
        <w:t>vn 0.0000 -0.9166 0.3997</w:t>
        <w:br/>
        <w:t>vn 0.0000 0.9993 0.0367</w:t>
        <w:br/>
        <w:t>vn 0.0000 0.8538 -0.5205</w:t>
        <w:br/>
        <w:t>vn 0.0000 0.8538 -0.5206</w:t>
        <w:br/>
        <w:t>vn 0.0000 0.9993 0.0369</w:t>
        <w:br/>
        <w:t>vn 0.0000 0.9135 0.4068</w:t>
        <w:br/>
        <w:t>vn -0.0000 0.9135 0.4069</w:t>
        <w:br/>
        <w:t>vn 0.0000 0.8099 -0.5866</w:t>
        <w:br/>
        <w:t>vn 0.0000 0.8099 -0.5865</w:t>
        <w:br/>
        <w:t>vn 0.0000 0.6781 0.7350</w:t>
        <w:br/>
        <w:t>vn 0.0000 0.6784 0.7347</w:t>
        <w:br/>
        <w:t>vn 0.0000 0.9849 0.1733</w:t>
        <w:br/>
        <w:t>vn 0.0000 0.9849 0.1731</w:t>
        <w:br/>
        <w:t>vn 0.0000 -0.3938 0.9192</w:t>
        <w:br/>
        <w:t>vn 0.0000 0.4765 0.8791</w:t>
        <w:br/>
        <w:t>vn 0.0000 0.4765 0.8792</w:t>
        <w:br/>
        <w:t>vn -0.0000 -0.3941 0.9191</w:t>
        <w:br/>
        <w:t>vn 0.0000 0.3544 0.9351</w:t>
        <w:br/>
        <w:t>vn 0.0000 0.3546 0.9350</w:t>
        <w:br/>
        <w:t>vn 0.0000 -0.8915 -0.4529</w:t>
        <w:br/>
        <w:t>vn 0.0000 -0.8918 -0.4524</w:t>
        <w:br/>
        <w:t>vn 0.0000 -0.8888 -0.4583</w:t>
        <w:br/>
        <w:t>vn 0.0000 -0.8885 -0.4588</w:t>
        <w:br/>
        <w:t>vn 0.0000 -0.0001 1.0000</w:t>
        <w:br/>
        <w:t>vn -0.0000 -0.0002 1.0000</w:t>
        <w:br/>
        <w:t>vn 0.0000 -0.3545 0.9350</w:t>
        <w:br/>
        <w:t>vn -0.0000 -0.3547 0.9350</w:t>
        <w:br/>
        <w:t>vn 0.0000 -0.4676 -0.8840</w:t>
        <w:br/>
        <w:t>vn 0.0000 -0.4673 -0.8841</w:t>
        <w:br/>
        <w:t>vn 0.0000 -0.0071 -1.0000</w:t>
        <w:br/>
        <w:t>vn 0.0000 -0.0068 -1.0000</w:t>
        <w:br/>
        <w:t>vn 0.0000 0.4800 -0.8773</w:t>
        <w:br/>
        <w:t>vn 0.0000 0.4801 -0.8772</w:t>
        <w:br/>
        <w:t>vn 0.0000 0.8932 -0.4496</w:t>
        <w:br/>
        <w:t>vn 0.0000 -0.6782 0.7349</w:t>
        <w:br/>
        <w:t>vn 0.0000 -0.6781 0.7349</w:t>
        <w:br/>
        <w:t>vn 0.0000 0.9972 0.0751</w:t>
        <w:br/>
        <w:t>vn 0.0000 0.8869 0.4619</w:t>
        <w:br/>
        <w:t>vn 0.0000 0.8870 0.4618</w:t>
        <w:br/>
        <w:t>vn 0.0000 0.9972 0.0750</w:t>
        <w:br/>
        <w:t>vn 0.0000 0.9465 -0.3228</w:t>
        <w:br/>
        <w:t>vn 0.0000 0.6479 0.7617</w:t>
        <w:br/>
        <w:t>vn 0.0000 0.6481 0.7616</w:t>
        <w:br/>
        <w:t>vn 0.0000 0.7645 -0.6446</w:t>
        <w:br/>
        <w:t>vn -0.0000 0.3616 0.9323</w:t>
        <w:br/>
        <w:t>vn 0.0000 0.3614 0.9324</w:t>
        <w:br/>
        <w:t>vn 0.0000 -0.8955 -0.4450</w:t>
        <w:br/>
        <w:t>vn 0.0000 -0.8954 -0.4452</w:t>
        <w:br/>
        <w:t>vn 0.0000 -0.9991 -0.0429</w:t>
        <w:br/>
        <w:t>vn 0.0000 -0.6644 -0.7474</w:t>
        <w:br/>
        <w:t>vn 0.0000 -0.6643 -0.7475</w:t>
        <w:br/>
        <w:t>vn 0.0000 -0.9255 0.3787</w:t>
        <w:br/>
        <w:t>vn 0.0000 -0.3722 -0.9282</w:t>
        <w:br/>
        <w:t>vn 0.0000 -0.3723 -0.9281</w:t>
        <w:br/>
        <w:t>vn 0.0000 -0.6870 0.7267</w:t>
        <w:br/>
        <w:t>vn 0.0000 -0.6871 0.7266</w:t>
        <w:br/>
        <w:t>vn 0.0000 0.1715 0.9852</w:t>
        <w:br/>
        <w:t>vn 0.0000 0.1716 0.9852</w:t>
        <w:br/>
        <w:t>vn 0.0000 -0.1187 -0.9929</w:t>
        <w:br/>
        <w:t>vn 0.0000 -0.1185 -0.9929</w:t>
        <w:br/>
        <w:t>vn 0.0000 0.0108 -0.9999</w:t>
        <w:br/>
        <w:t>vn 0.0000 0.0109 -0.9999</w:t>
        <w:br/>
        <w:t>vn 0.0000 -0.1895 0.9819</w:t>
        <w:br/>
        <w:t>vn 0.0000 -0.1890 0.9820</w:t>
        <w:br/>
        <w:t>vn 0.0000 0.0418 -0.9991</w:t>
        <w:br/>
        <w:t>vn 0.0000 -0.4804 0.8770</w:t>
        <w:br/>
        <w:t>vn 0.0000 0.5040 -0.8637</w:t>
        <w:br/>
        <w:t>vn 0.0000 0.5039 -0.8638</w:t>
        <w:br/>
        <w:t>vn 0.0000 -0.3086 0.9512</w:t>
        <w:br/>
        <w:t>vn 0.0000 -0.3088 0.9511</w:t>
        <w:br/>
        <w:t>vn 0.0000 0.1410 0.9900</w:t>
        <w:br/>
        <w:t>vn 0.0000 0.1407 0.9900</w:t>
        <w:br/>
        <w:t>vn 0.0000 0.2340 -0.9722</w:t>
        <w:br/>
        <w:t>vn 0.0000 0.2339 -0.9723</w:t>
        <w:br/>
        <w:t>vn 0.0000 0.1090 -0.9940</w:t>
        <w:br/>
        <w:t>vn 0.0000 0.3559 0.9345</w:t>
        <w:br/>
        <w:t>vn 0.0000 0.9176 -0.3975</w:t>
        <w:br/>
        <w:t>vn 0.0000 0.8407 -0.5415</w:t>
        <w:br/>
        <w:t>vn 0.0000 0.6934 -0.7206</w:t>
        <w:br/>
        <w:t>vn 0.0000 0.6933 -0.7206</w:t>
        <w:br/>
        <w:t>vn 0.0000 0.9895 0.1444</w:t>
        <w:br/>
        <w:t>vn 0.0000 0.9163 0.4005</w:t>
        <w:br/>
        <w:t>vn 0.0000 0.9164 0.4003</w:t>
        <w:br/>
        <w:t>vn 0.0000 0.9895 0.1445</w:t>
        <w:br/>
        <w:t>vn 0.0000 0.4014 0.9159</w:t>
        <w:br/>
        <w:t>vn 0.0000 0.4015 0.9158</w:t>
        <w:br/>
        <w:t>vn 0.0000 -0.9993 0.0369</w:t>
        <w:br/>
        <w:t>vn 0.0000 -0.9993 0.0367</w:t>
        <w:br/>
        <w:t>vn 0.0000 -0.9136 0.4067</w:t>
        <w:br/>
        <w:t>vn 0.0000 -0.8503 -0.5263</w:t>
        <w:br/>
        <w:t>vn -0.0000 -0.8503 -0.5264</w:t>
        <w:br/>
        <w:t>vn -0.0000 -0.8179 -0.5754</w:t>
        <w:br/>
        <w:t>vn 0.0000 -0.4750 0.8800</w:t>
        <w:br/>
        <w:t>vn 0.0000 -0.4746 0.8802</w:t>
        <w:br/>
        <w:t>vn 0.0000 0.8867 -0.4624</w:t>
        <w:br/>
        <w:t>vn 0.0000 -0.9808 0.1949</w:t>
        <w:br/>
        <w:t>vn 0.0000 -0.9808 0.1951</w:t>
        <w:br/>
        <w:t>vn 0.0000 0.7930 0.6092</w:t>
        <w:br/>
        <w:t>vn 0.0000 0.4421 0.8969</w:t>
        <w:br/>
        <w:t>vn 0.0000 0.4419 0.8970</w:t>
        <w:br/>
        <w:t>vn 0.0000 -0.3879 -0.9217</w:t>
        <w:br/>
        <w:t>vn 0.0000 -0.3876 -0.9218</w:t>
        <w:br/>
        <w:t>vn 0.0000 -0.5438 -0.8392</w:t>
        <w:br/>
        <w:t>vn 0.0000 -0.2196 -0.9756</w:t>
        <w:br/>
        <w:t>vn 0.0000 0.9988 0.0492</w:t>
        <w:br/>
        <w:t>vn 0.0000 0.9406 -0.3396</w:t>
        <w:br/>
        <w:t>vn 0.0000 0.9406 -0.3394</w:t>
        <w:br/>
        <w:t>vn -0.0000 0.9373 -0.3484</w:t>
        <w:br/>
        <w:t>vn 0.0000 0.9373 -0.3485</w:t>
        <w:br/>
        <w:t>vn 0.0000 -0.3836 0.9235</w:t>
        <w:br/>
        <w:t>vn 0.0000 -0.5300 0.8480</w:t>
        <w:br/>
        <w:t>vn 0.0000 -0.3833 0.9236</w:t>
        <w:br/>
        <w:t>vn 0.0000 0.9996 0.0295</w:t>
        <w:br/>
        <w:t>vn 0.0000 -0.2263 0.9741</w:t>
        <w:br/>
        <w:t>vn -1.0000 0.0020 -0.0003</w:t>
        <w:br/>
        <w:t>vn -1.0000 0.0021 -0.0003</w:t>
        <w:br/>
        <w:t>vn -1.0000 0.0022 -0.0003</w:t>
        <w:br/>
        <w:t>vn -1.0000 0.0023 -0.0003</w:t>
        <w:br/>
        <w:t>vn -1.0000 0.0023 -0.0002</w:t>
        <w:br/>
        <w:t>vn -1.0000 0.0022 -0.0001</w:t>
        <w:br/>
        <w:t>vn -1.0000 0.0023 -0.0001</w:t>
        <w:br/>
        <w:t>vn 1.0000 -0.0008 0.0001</w:t>
        <w:br/>
        <w:t>vn 1.0000 -0.0009 0.0001</w:t>
        <w:br/>
        <w:t>vn 1.0000 -0.0009 0.0000</w:t>
        <w:br/>
        <w:t>vn 0.0000 0.3875 -0.9219</w:t>
        <w:br/>
        <w:t>vn 0.0000 0.3878 -0.9217</w:t>
        <w:br/>
        <w:t>vn 0.0000 0.2196 -0.9756</w:t>
        <w:br/>
        <w:t>vn 0.0000 0.5438 -0.8392</w:t>
        <w:br/>
        <w:t>vn -0.0000 -0.4423 0.8969</w:t>
        <w:br/>
        <w:t>vn 0.0000 -0.7930 0.6092</w:t>
        <w:br/>
        <w:t>vn 0.0000 -0.4421 0.8969</w:t>
        <w:br/>
        <w:t>vn 0.0000 -0.9988 0.0492</w:t>
        <w:br/>
        <w:t>vn 0.0000 -0.9407 -0.3392</w:t>
        <w:br/>
        <w:t>vn -0.0000 -0.9373 -0.3484</w:t>
        <w:br/>
        <w:t>vn 0.0000 -0.9374 -0.3483</w:t>
        <w:br/>
        <w:t>vn 0.0000 0.3831 0.9237</w:t>
        <w:br/>
        <w:t>vn 0.0000 0.2263 0.9741</w:t>
        <w:br/>
        <w:t>vn 0.0000 0.3835 0.9236</w:t>
        <w:br/>
        <w:t>vn 0.0000 -0.9996 0.0295</w:t>
        <w:br/>
        <w:t>vn 0.0000 -0.9996 0.0296</w:t>
        <w:br/>
        <w:t>vn 0.0000 0.5300 0.8480</w:t>
        <w:br/>
        <w:t>vn 0.0000 0.5301 0.8480</w:t>
        <w:br/>
        <w:t>vn -1.0000 0.0025 -0.0005</w:t>
        <w:br/>
        <w:t>vn -1.0000 0.0026 -0.0005</w:t>
        <w:br/>
        <w:t>vn -1.0000 0.0025 -0.0004</w:t>
        <w:br/>
        <w:t>vn -1.0000 0.0026 -0.0002</w:t>
        <w:br/>
        <w:t>vn -1.0000 0.0026 -0.0003</w:t>
        <w:br/>
        <w:t>vn -1.0000 0.0026 -0.0001</w:t>
        <w:br/>
        <w:t>vn 1.0000 -0.0010 0.0001</w:t>
        <w:br/>
        <w:t>vn 0.6126 -0.2386 0.7535</w:t>
        <w:br/>
        <w:t>vn 0.6126 -0.2385 0.7535</w:t>
        <w:br/>
        <w:t>vn -0.6126 0.2386 -0.7535</w:t>
        <w:br/>
        <w:t>vn -0.6127 0.2386 -0.7535</w:t>
        <w:br/>
        <w:t>vn -0.6125 0.2386 -0.7536</w:t>
        <w:br/>
        <w:t>vn 0.7578 0.4479 -0.4745</w:t>
        <w:br/>
        <w:t>vn 0.7576 0.4480 -0.4747</w:t>
        <w:br/>
        <w:t>vn 0.7579 0.4479 -0.4744</w:t>
        <w:br/>
        <w:t>vn -0.0937 0.9247 0.3689</w:t>
        <w:br/>
        <w:t>vn -0.0940 0.9249 0.3685</w:t>
        <w:br/>
        <w:t>vn -0.0939 0.9248 0.3686</w:t>
        <w:br/>
        <w:t>vn -0.0942 0.9247 0.3690</w:t>
        <w:br/>
        <w:t>vn -0.7716 0.0261 0.6356</w:t>
        <w:br/>
        <w:t>vn -0.7715 0.0261 0.6356</w:t>
        <w:br/>
        <w:t>vn -0.1290 0.9105 0.3929</w:t>
        <w:br/>
        <w:t>vn -0.1287 0.9104 0.3933</w:t>
        <w:br/>
        <w:t>vn -0.7879 -0.1104 0.6058</w:t>
        <w:br/>
        <w:t>vn -0.7877 -0.1104 0.6060</w:t>
        <w:br/>
        <w:t>vn -0.7880 -0.1104 0.6058</w:t>
        <w:br/>
        <w:t>vn -0.3224 -0.9458 -0.0379</w:t>
        <w:br/>
        <w:t>vn -0.3226 -0.9458 -0.0379</w:t>
        <w:br/>
        <w:t>vn 0.7783 0.3481 -0.5226</w:t>
        <w:br/>
        <w:t>vn 0.7783 0.3480 -0.5227</w:t>
        <w:br/>
        <w:t>vn 0.6665 0.6684 -0.3302</w:t>
        <w:br/>
        <w:t>vn 0.6664 0.6686 -0.3301</w:t>
        <w:br/>
        <w:t>vn 0.4531 0.8872 -0.0876</w:t>
        <w:br/>
        <w:t>vn 0.4529 0.8872 -0.0874</w:t>
        <w:br/>
        <w:t>vn 0.1708 0.9708 0.1684</w:t>
        <w:br/>
        <w:t>vn 0.1709 0.9708 0.1683</w:t>
        <w:br/>
        <w:t>vn -0.4250 0.7045 0.5683</w:t>
        <w:br/>
        <w:t>vn -0.4250 0.7046 0.5683</w:t>
        <w:br/>
        <w:t>vn -0.1376 0.9067 0.3988</w:t>
        <w:br/>
        <w:t>vn -0.1375 0.9067 0.3988</w:t>
        <w:br/>
        <w:t>vn -0.6476 0.3952 0.6514</w:t>
        <w:br/>
        <w:t>vn -0.6477 0.3951 0.6514</w:t>
        <w:br/>
        <w:t>vn -0.7717 0.0257 0.6354</w:t>
        <w:br/>
        <w:t>vn -0.7718 0.0255 0.6354</w:t>
        <w:br/>
        <w:t>vn -0.7784 -0.3477 0.5227</w:t>
        <w:br/>
        <w:t>vn -0.7784 -0.3480 0.5226</w:t>
        <w:br/>
        <w:t>vn -0.6664 -0.6685 0.3302</w:t>
        <w:br/>
        <w:t>vn -0.6665 -0.6684 0.3302</w:t>
        <w:br/>
        <w:t>vn -0.4532 -0.8871 0.0877</w:t>
        <w:br/>
        <w:t>vn -0.4531 -0.8872 0.0875</w:t>
        <w:br/>
        <w:t>vn -0.1707 -0.9708 -0.1685</w:t>
        <w:br/>
        <w:t>vn 0.1376 -0.9067 -0.3986</w:t>
        <w:br/>
        <w:t>vn -0.1708 -0.9708 -0.1683</w:t>
        <w:br/>
        <w:t>vn -0.1707 -0.9708 -0.1683</w:t>
        <w:br/>
        <w:t>vn 0.1377 -0.9067 -0.3987</w:t>
        <w:br/>
        <w:t>vn 0.4250 -0.7045 -0.5684</w:t>
        <w:br/>
        <w:t>vn 0.6477 -0.3951 -0.6515</w:t>
        <w:br/>
        <w:t>vn 0.6477 -0.3950 -0.6515</w:t>
        <w:br/>
        <w:t>vn 0.7716 -0.0255 -0.6356</w:t>
        <w:br/>
        <w:t>vn 0.7716 -0.0254 -0.6356</w:t>
        <w:br/>
        <w:t>vn 0.5963 0.3918 -0.7007</w:t>
        <w:br/>
        <w:t>vn 0.2287 0.4052 -0.8852</w:t>
        <w:br/>
        <w:t>vn 0.1306 0.6607 -0.7392</w:t>
        <w:br/>
        <w:t>vn 0.4758 0.7050 -0.5258</w:t>
        <w:br/>
        <w:t>vn -0.6319 0.1983 -0.7492</w:t>
        <w:br/>
        <w:t>vn -0.0429 0.8353 -0.5481</w:t>
        <w:br/>
        <w:t>vn 0.2640 0.9187 -0.2936</w:t>
        <w:br/>
        <w:t>vn -0.2652 0.9013 -0.3425</w:t>
        <w:br/>
        <w:t>vn -0.0067 0.9991 -0.0415</w:t>
        <w:br/>
        <w:t>vn -0.5047 0.8500 -0.1509</w:t>
        <w:br/>
        <w:t>vn -0.2965 0.9349 0.1949</w:t>
        <w:br/>
        <w:t>vn -0.7266 0.6871 -0.0016</w:t>
        <w:br/>
        <w:t>vn -0.5626 0.7342 0.3801</w:t>
        <w:br/>
        <w:t>vn -0.8965 0.4355 0.0819</w:t>
        <w:br/>
        <w:t>vn -0.7639 0.4260 0.4848</w:t>
        <w:br/>
        <w:t>vn -0.9875 0.1327 0.0855</w:t>
        <w:br/>
        <w:t>vn -0.8687 0.0572 0.4920</w:t>
        <w:br/>
        <w:t>vn -0.9846 -0.1747 0.0082</w:t>
        <w:br/>
        <w:t>vn -0.8604 -0.3151 0.4005</w:t>
        <w:br/>
        <w:t>vn -0.8879 -0.4387 -0.1384</w:t>
        <w:br/>
        <w:t>vn -0.7405 -0.6333 0.2249</w:t>
        <w:br/>
        <w:t>vn -0.7125 -0.6183 -0.3317</w:t>
        <w:br/>
        <w:t>vn -0.5275 -0.8495 -0.0079</w:t>
        <w:br/>
        <w:t>vn -0.4851 -0.6859 -0.5424</w:t>
        <w:br/>
        <w:t>vn -0.2537 -0.9310 -0.2625</w:t>
        <w:br/>
        <w:t>vn -0.2404 -0.6306 -0.7379</w:t>
        <w:br/>
        <w:t>vn 0.0394 -0.8649 -0.5004</w:t>
        <w:br/>
        <w:t>vn -0.0166 -0.4605 -0.8875</w:t>
        <w:br/>
        <w:t>vn 0.3072 -0.6604 -0.6852</w:t>
        <w:br/>
        <w:t>vn 0.1510 -0.2027 -0.9675</w:t>
        <w:br/>
        <w:t>vn 0.5074 -0.3487 -0.7880</w:t>
        <w:br/>
        <w:t>vn 0.2364 0.1034 -0.9661</w:t>
        <w:br/>
        <w:t>vn 0.6086 0.0230 -0.7932</w:t>
        <w:br/>
        <w:t>vn 0.6133 -0.2399 0.7526</w:t>
        <w:br/>
        <w:t>vn 0.6132 -0.2399 0.7526</w:t>
        <w:br/>
        <w:t>vn -0.6211 -0.4149 -0.6649</w:t>
        <w:br/>
        <w:t>vn -0.7467 -0.4331 -0.5048</w:t>
        <w:br/>
        <w:t>vn -0.7467 -0.4331 -0.5047</w:t>
        <w:br/>
        <w:t>vn -0.8142 -0.4647 -0.3479</w:t>
        <w:br/>
        <w:t>vn -0.8142 -0.4648 -0.3479</w:t>
        <w:br/>
        <w:t>vn -0.7979 -0.5260 -0.2944</w:t>
        <w:br/>
        <w:t>vn -0.8030 -0.5830 -0.1236</w:t>
        <w:br/>
        <w:t>vn -0.7736 -0.6278 0.0862</w:t>
        <w:br/>
        <w:t>vn -0.4508 -0.6131 0.6487</w:t>
        <w:br/>
        <w:t>vn -0.4508 -0.6132 0.6487</w:t>
        <w:br/>
        <w:t>vn -0.5857 -0.6394 0.4981</w:t>
        <w:br/>
        <w:t>vn 0.7715 -0.4946 -0.4002</w:t>
        <w:br/>
        <w:t>vn 0.8410 -0.4796 -0.2505</w:t>
        <w:br/>
        <w:t>vn 0.8410 -0.4795 -0.2505</w:t>
        <w:br/>
        <w:t>vn 0.7715 -0.4946 -0.4003</w:t>
        <w:br/>
        <w:t>vn 0.5246 -0.5728 -0.6299</w:t>
        <w:br/>
        <w:t>vn 0.6636 -0.5305 -0.5275</w:t>
        <w:br/>
        <w:t>vn 0.6635 -0.5305 -0.5276</w:t>
        <w:br/>
        <w:t>vn 0.4547 0.6104 -0.6486</w:t>
        <w:br/>
        <w:t>vn 0.5885 0.6370 -0.4979</w:t>
        <w:br/>
        <w:t>vn 0.5885 0.6370 -0.4980</w:t>
        <w:br/>
        <w:t>vn 0.8053 0.5808 0.1194</w:t>
        <w:br/>
        <w:t>vn 0.7752 0.6255 -0.0880</w:t>
        <w:br/>
        <w:t>vn -0.5240 0.8508 0.0390</w:t>
        <w:br/>
        <w:t>vn -0.5240 0.8509 0.0390</w:t>
        <w:br/>
        <w:t>vn -0.5195 0.8541 -0.0250</w:t>
        <w:br/>
        <w:t>vn -0.4414 0.8806 0.1725</w:t>
        <w:br/>
        <w:t>vn -0.4414 0.8806 0.1726</w:t>
        <w:br/>
        <w:t>vn -0.4973 0.8612 0.1051</w:t>
        <w:br/>
        <w:t>vn -0.4974 0.8612 0.1051</w:t>
        <w:br/>
        <w:t>vn 0.1663 0.5437 -0.8226</w:t>
        <w:br/>
        <w:t>vn 0.3093 0.5781 -0.7550</w:t>
        <w:br/>
        <w:t>vn 0.3093 0.5781 -0.7551</w:t>
        <w:br/>
        <w:t>vn 0.1662 0.5438 -0.8226</w:t>
        <w:br/>
        <w:t>vn 0.0101 -0.5227 0.8524</w:t>
        <w:br/>
        <w:t>vn -0.0600 -0.5320 0.8446</w:t>
        <w:br/>
        <w:t>vn -0.1803 0.9436 0.2776</w:t>
        <w:br/>
        <w:t>vn -0.3447 0.9094 0.2328</w:t>
        <w:br/>
        <w:t>vn -0.1610 -0.5473 0.8213</w:t>
        <w:br/>
        <w:t>vn -0.3044 -0.5812 0.7547</w:t>
        <w:br/>
        <w:t>vn -0.4189 0.8998 -0.1221</w:t>
        <w:br/>
        <w:t>vn -0.3333 0.9307 -0.1507</w:t>
        <w:br/>
        <w:t>vn -0.3334 0.9307 -0.1507</w:t>
        <w:br/>
        <w:t>vn 0.8011 0.5241 0.2890</w:t>
        <w:br/>
        <w:t>vn 0.8162 0.4637 0.3446</w:t>
        <w:br/>
        <w:t>vn 0.8012 0.5240 0.2890</w:t>
        <w:br/>
        <w:t>vn -0.2346 0.9591 -0.1582</w:t>
        <w:br/>
        <w:t>vn -0.1285 0.9744 -0.1843</w:t>
        <w:br/>
        <w:t>vn -0.1285 0.9744 -0.1842</w:t>
        <w:br/>
        <w:t>vn 0.6212 0.4164 0.6639</w:t>
        <w:br/>
        <w:t>vn 0.6212 0.4164 0.6638</w:t>
        <w:br/>
        <w:t>vn 0.7472 0.4338 0.5035</w:t>
        <w:br/>
        <w:t>vn 0.7471 0.4338 0.5036</w:t>
        <w:br/>
        <w:t>vn -0.0476 0.9919 -0.1181</w:t>
        <w:br/>
        <w:t>vn -0.0211 0.9994 -0.0274</w:t>
        <w:br/>
        <w:t>vn -0.0210 0.9994 -0.0274</w:t>
        <w:br/>
        <w:t>vn 0.8454 -0.5294 0.0710</w:t>
        <w:br/>
        <w:t>vn 0.8454 -0.5293 0.0710</w:t>
        <w:br/>
        <w:t>vn 0.7804 -0.5885 0.2112</w:t>
        <w:br/>
        <w:t>vn 0.7804 -0.5886 0.2112</w:t>
        <w:br/>
        <w:t>vn 0.6856 -0.6574 0.3128</w:t>
        <w:br/>
        <w:t>vn 0.5944 -0.7115 0.3747</w:t>
        <w:br/>
        <w:t>vn 0.4647 -0.7349 0.4940</w:t>
        <w:br/>
        <w:t>vn 0.4646 -0.7349 0.4940</w:t>
        <w:br/>
        <w:t>vn 0.5120 -0.7361 0.4427</w:t>
        <w:br/>
        <w:t>vn 0.5119 -0.7361 0.4428</w:t>
        <w:br/>
        <w:t>vn -0.5497 -0.0561 -0.8335</w:t>
        <w:br/>
        <w:t>vn -0.4980 0.1228 -0.8585</w:t>
        <w:br/>
        <w:t>vn -0.3523 0.0102 -0.9358</w:t>
        <w:br/>
        <w:t>vn -0.4869 -0.0475 -0.8722</w:t>
        <w:br/>
        <w:t>vn -0.5206 0.4527 0.7239</w:t>
        <w:br/>
        <w:t>vn -0.6106 0.4872 0.6244</w:t>
        <w:br/>
        <w:t>vn -0.6106 0.4872 0.6243</w:t>
        <w:br/>
        <w:t>vn 0.4994 -0.1272 0.8569</w:t>
        <w:br/>
        <w:t>vn 0.4994 -0.1272 0.8570</w:t>
        <w:br/>
        <w:t>vn 0.5562 0.0499 0.8295</w:t>
        <w:br/>
        <w:t>vn 0.5563 0.0499 0.8295</w:t>
        <w:br/>
        <w:t>vn 0.3526 -0.0210 0.9355</w:t>
        <w:br/>
        <w:t>vn 0.4918 0.0371 0.8699</w:t>
        <w:br/>
        <w:t>vn 0.4918 0.0372 0.8699</w:t>
        <w:br/>
        <w:t>vn 0.0550 0.0133 0.9984</w:t>
        <w:br/>
        <w:t>vn 0.2275 -0.0175 0.9736</w:t>
        <w:br/>
        <w:t>vn -0.3510 0.1547 0.9235</w:t>
        <w:br/>
        <w:t>vn -0.1461 0.0806 0.9860</w:t>
        <w:br/>
        <w:t>vn -0.3510 0.1548 0.9235</w:t>
        <w:br/>
        <w:t>vn -0.5989 0.2523 0.7600</w:t>
        <w:br/>
        <w:t>vn -0.5189 0.2105 0.8285</w:t>
        <w:br/>
        <w:t>vn -0.5189 0.2104 0.8285</w:t>
        <w:br/>
        <w:t>vn -0.3810 -0.8855 0.2660</w:t>
        <w:br/>
        <w:t>vn -0.5361 -0.8199 0.2010</w:t>
        <w:br/>
        <w:t>vn -0.3809 -0.8855 0.2660</w:t>
        <w:br/>
        <w:t>vn 0.1389 -0.0841 -0.9867</w:t>
        <w:br/>
        <w:t>vn 0.3474 -0.1578 -0.9243</w:t>
        <w:br/>
        <w:t>vn 0.3362 0.8719 0.3560</w:t>
        <w:br/>
        <w:t>vn 0.3747 0.8464 0.3785</w:t>
        <w:br/>
        <w:t>vn 0.3746 0.8464 0.3785</w:t>
        <w:br/>
        <w:t>vn 0.5946 -0.2542 -0.7627</w:t>
        <w:br/>
        <w:t>vn 0.5170 -0.2141 -0.8288</w:t>
        <w:br/>
        <w:t>vn 0.3407 0.8748 0.3444</w:t>
        <w:br/>
        <w:t>vn 0.3005 0.8946 0.3307</w:t>
        <w:br/>
        <w:t>vn 0.3005 0.8946 0.3306</w:t>
        <w:br/>
        <w:t>vn 0.2615 -0.9225 0.2841</w:t>
        <w:br/>
        <w:t>vn -0.0812 -0.9459 0.3142</w:t>
        <w:br/>
        <w:t>vn -0.0623 -0.0198 -0.9979</w:t>
        <w:br/>
        <w:t>vn -0.2318 0.0080 -0.9727</w:t>
        <w:br/>
        <w:t>vn -0.2319 0.0080 -0.9727</w:t>
        <w:br/>
        <w:t>vn -0.7130 -0.6975 0.0720</w:t>
        <w:br/>
        <w:t>vn -0.7130 -0.6974 0.0720</w:t>
        <w:br/>
        <w:t>vn -0.6242 -0.7697 0.1338</w:t>
        <w:br/>
        <w:t>vn -0.6242 -0.7698 0.1338</w:t>
        <w:br/>
        <w:t>vn -0.8631 -0.4892 0.1256</w:t>
        <w:br/>
        <w:t>vn -0.7939 -0.6047 0.0637</w:t>
        <w:br/>
        <w:t>vn -0.7939 -0.6048 0.0637</w:t>
        <w:br/>
        <w:t>vn -0.5881 0.4869 0.6459</w:t>
        <w:br/>
        <w:t>vn -0.6164 0.3380 0.7112</w:t>
        <w:br/>
        <w:t>vn -0.5881 0.4869 0.6458</w:t>
        <w:br/>
        <w:t>vn 0.1276 0.9391 0.3192</w:t>
        <w:br/>
        <w:t>vn 0.1275 0.9391 0.3192</w:t>
        <w:br/>
        <w:t>vn -0.1136 0.9326 0.3425</w:t>
        <w:br/>
        <w:t>vn -0.1137 0.9326 0.3425</w:t>
        <w:br/>
        <w:t>vn -0.3251 0.8521 0.4101</w:t>
        <w:br/>
        <w:t>vn -0.3252 0.8521 0.4102</w:t>
        <w:br/>
        <w:t>vn -0.5096 0.6913 0.5122</w:t>
        <w:br/>
        <w:t>vn -0.5096 0.6914 0.5122</w:t>
        <w:br/>
        <w:t>vn 0.8855 -0.4508 -0.1124</w:t>
        <w:br/>
        <w:t>vn 0.8005 -0.5534 -0.2302</w:t>
        <w:br/>
        <w:t>vn 0.5286 -0.8289 0.1830</w:t>
        <w:br/>
        <w:t>vn 0.7642 -0.6440 0.0351</w:t>
        <w:br/>
        <w:t>vn 0.1621 -0.6539 -0.7390</w:t>
        <w:br/>
        <w:t>vn 0.3669 -0.6154 -0.6976</w:t>
        <w:br/>
        <w:t>vn 0.3668 -0.6154 -0.6977</w:t>
        <w:br/>
        <w:t>vn 0.0646 0.5276 -0.8470</w:t>
        <w:br/>
        <w:t>vn -0.0079 0.5170 -0.8559</w:t>
        <w:br/>
        <w:t>vn -0.1583 0.4927 -0.8557</w:t>
        <w:br/>
        <w:t>vn -0.0720 0.5045 -0.8604</w:t>
        <w:br/>
        <w:t>vn -0.0720 0.5043 -0.8605</w:t>
        <w:br/>
        <w:t>vn -0.5614 -0.6130 -0.5559</w:t>
        <w:br/>
        <w:t>vn -0.5615 -0.6130 -0.5558</w:t>
        <w:br/>
        <w:t>vn -0.3252 -0.6619 -0.6753</w:t>
        <w:br/>
        <w:t>vn -0.3251 -0.6620 -0.6754</w:t>
        <w:br/>
        <w:t>vn 0.1546 -0.4982 0.8531</w:t>
        <w:br/>
        <w:t>vn 0.0710 -0.5108 0.8568</w:t>
        <w:br/>
        <w:t>vn 0.2814 -0.5130 0.8109</w:t>
        <w:br/>
        <w:t>vn 0.3837 -0.5510 0.7410</w:t>
        <w:br/>
        <w:t>vn 0.4389 -0.6632 0.6063</w:t>
        <w:br/>
        <w:t>vn 0.4165 -0.8363 0.3565</w:t>
        <w:br/>
        <w:t>vn 0.7024 0.7112 0.0275</w:t>
        <w:br/>
        <w:t>vn 0.6287 0.7770 -0.0321</w:t>
        <w:br/>
        <w:t>vn -0.4423 0.6643 -0.6025</w:t>
        <w:br/>
        <w:t>vn -0.4167 0.8372 -0.3541</w:t>
        <w:br/>
        <w:t>vn -0.3881 0.5489 -0.7403</w:t>
        <w:br/>
        <w:t>vn 0.5503 0.8350 -0.0045</w:t>
        <w:br/>
        <w:t>vn 0.5503 0.8349 -0.0045</w:t>
        <w:br/>
        <w:t>vn -0.2856 0.5090 -0.8120</w:t>
        <w:br/>
        <w:t>vn 0.4184 0.9014 0.1113</w:t>
        <w:br/>
        <w:t>vn 0.2457 0.9453 0.2145</w:t>
        <w:br/>
        <w:t>vn 0.4184 0.9014 0.1112</w:t>
        <w:br/>
        <w:t>vn -0.9521 -0.2056 -0.2266</w:t>
        <w:br/>
        <w:t>vn -0.8707 -0.3923 -0.2965</w:t>
        <w:br/>
        <w:t>vn -0.9520 -0.2056 -0.2266</w:t>
        <w:br/>
        <w:t>vn -0.7508 -0.5230 -0.4034</w:t>
        <w:br/>
        <w:t>vn -0.9920 -0.0262 -0.1235</w:t>
        <w:br/>
        <w:t>vn 0.3129 -0.9447 0.0984</w:t>
        <w:br/>
        <w:t>vn 0.7863 0.6147 0.0617</w:t>
        <w:br/>
        <w:t>vn 0.7864 0.6147 0.0617</w:t>
        <w:br/>
        <w:t>vn -0.2716 0.9574 0.0983</w:t>
        <w:br/>
        <w:t>vn -0.3129 0.9444 -0.1009</w:t>
        <w:br/>
        <w:t>vn 0.8215 0.5670 0.0593</w:t>
        <w:br/>
        <w:t>vn 0.0324 0.9608 0.2755</w:t>
        <w:br/>
        <w:t>vn -0.0771 -0.6733 -0.7353</w:t>
        <w:br/>
        <w:t>vn 0.5843 -0.4811 -0.6535</w:t>
        <w:br/>
        <w:t>vn 0.6114 -0.3343 -0.7173</w:t>
        <w:br/>
        <w:t>vn 0.6114 -0.3343 -0.7172</w:t>
        <w:br/>
        <w:t>vn 0.5150 0.8169 0.2598</w:t>
        <w:br/>
        <w:t>vn 0.4367 0.8248 0.3591</w:t>
        <w:br/>
        <w:t>vn 0.5151 0.8168 0.2598</w:t>
        <w:br/>
        <w:t>vn 0.6257 0.7687 0.1327</w:t>
        <w:br/>
        <w:t>vn 0.4955 -0.6724 -0.5498</w:t>
        <w:br/>
        <w:t>vn -0.9235 -0.3281 0.1988</w:t>
        <w:br/>
        <w:t>vn -0.9992 0.0389 0.0005</w:t>
        <w:br/>
        <w:t>vn -0.9916 -0.0140 0.1289</w:t>
        <w:br/>
        <w:t>vn -0.9916 -0.0140 0.1288</w:t>
        <w:br/>
        <w:t>vn 0.2679 -0.9583 -0.0999</w:t>
        <w:br/>
        <w:t>vn 0.2679 -0.9582 -0.0998</w:t>
        <w:br/>
        <w:t>vn 0.3061 -0.9055 -0.2938</w:t>
        <w:br/>
        <w:t>vn 0.3061 -0.9056 -0.2938</w:t>
        <w:br/>
        <w:t>vn -0.3121 0.9033 0.2943</w:t>
        <w:br/>
        <w:t>vn -0.4977 0.6741 0.5458</w:t>
        <w:br/>
        <w:t>vn 0.8053 0.5889 0.0687</w:t>
        <w:br/>
        <w:t>vn -0.4844 0.8712 -0.0797</w:t>
        <w:br/>
        <w:t>vn 0.7031 0.6443 -0.3008</w:t>
        <w:br/>
        <w:t>vn 0.8680 -0.4889 -0.0868</w:t>
        <w:br/>
        <w:t>vn 0.8680 -0.4890 -0.0868</w:t>
        <w:br/>
        <w:t>vn -0.7011 -0.6467 0.3004</w:t>
        <w:br/>
        <w:t>vn -0.3871 0.8117 0.4374</w:t>
        <w:br/>
        <w:t>vn -0.9666 -0.1474 0.2096</w:t>
        <w:br/>
        <w:t>vn 0.3839 -0.8133 -0.4373</w:t>
        <w:br/>
        <w:t>vn 0.7374 0.6709 0.0788</w:t>
        <w:br/>
        <w:t>vn 0.6712 -0.6869 -0.2786</w:t>
        <w:br/>
        <w:t>vn 0.6717 -0.6864 -0.2787</w:t>
        <w:br/>
        <w:t>vn 0.4560 -0.2585 0.8516</w:t>
        <w:br/>
        <w:t>vn -0.4100 0.5068 0.7584</w:t>
        <w:br/>
        <w:t>vn -0.4100 0.5068 0.7583</w:t>
        <w:br/>
        <w:t>vn -0.4599 0.2531 -0.8512</w:t>
        <w:br/>
        <w:t>vn -0.4599 0.2529 -0.8512</w:t>
        <w:br/>
        <w:t>vn 0.5368 0.8151 0.2176</w:t>
        <w:br/>
        <w:t>vn 0.9855 0.1606 0.0543</w:t>
        <w:br/>
        <w:t>vn 0.9466 -0.3131 -0.0767</w:t>
        <w:br/>
        <w:t>vn 0.8372 -0.5290 -0.1390</w:t>
        <w:br/>
        <w:t>vn -0.1065 0.9655 0.2376</w:t>
        <w:br/>
        <w:t>vn -0.6911 0.7049 0.1597</w:t>
        <w:br/>
        <w:t>vn -0.6910 0.7049 0.1597</w:t>
        <w:br/>
        <w:t>vn -0.9874 0.1551 0.0318</w:t>
        <w:br/>
        <w:t>vn -0.9874 0.1552 0.0318</w:t>
        <w:br/>
        <w:t>vn 0.7578 -0.6320 -0.1621</w:t>
        <w:br/>
        <w:t>vn 0.8646 -0.4878 -0.1204</w:t>
        <w:br/>
        <w:t>vn -0.9996 -0.0267 -0.0055</w:t>
        <w:br/>
        <w:t>vn 0.9851 0.1657 0.0464</w:t>
        <w:br/>
        <w:t>vn 0.0017 0.9821 0.1883</w:t>
        <w:br/>
        <w:t>vn 0.0017 0.9821 0.1886</w:t>
        <w:br/>
        <w:t>vn 0.0018 0.9820 0.1887</w:t>
        <w:br/>
        <w:t>vn 0.0016 0.9822 0.1880</w:t>
        <w:br/>
        <w:t>vn 0.8713 0.4746 0.1247</w:t>
        <w:br/>
        <w:t>vn 0.9901 0.1338 0.0415</w:t>
        <w:br/>
        <w:t>vn 0.9902 0.1337 0.0414</w:t>
        <w:br/>
        <w:t>vn 0.8333 -0.5370 -0.1316</w:t>
        <w:br/>
        <w:t>vn 0.0024 -0.9689 -0.2475</w:t>
        <w:br/>
        <w:t>vn 0.0023 -0.9689 -0.2475</w:t>
        <w:br/>
        <w:t>vn -0.5542 -0.8087 -0.1969</w:t>
        <w:br/>
        <w:t>vn -0.8893 -0.4460 -0.1014</w:t>
        <w:br/>
        <w:t>vn -0.8893 -0.4459 -0.1014</w:t>
        <w:br/>
        <w:t>vn -0.9971 -0.0751 -0.0159</w:t>
        <w:br/>
        <w:t>vn -0.0014 -0.9792 -0.2031</w:t>
        <w:br/>
        <w:t>vn -0.0011 -0.9793 -0.2026</w:t>
        <w:br/>
        <w:t>vn -0.0014 -0.9792 -0.2030</w:t>
        <w:br/>
        <w:t>vn 0.6922 0.7040 0.1588</w:t>
        <w:br/>
        <w:t>vn 0.6923 0.7039 0.1588</w:t>
        <w:br/>
        <w:t>vn 0.1070 0.9656 0.2370</w:t>
        <w:br/>
        <w:t>vn 0.1070 0.9656 0.2369</w:t>
        <w:br/>
        <w:t>vn -0.5364 0.8154 0.2177</w:t>
        <w:br/>
        <w:t>vn -0.9851 0.1626 0.0556</w:t>
        <w:br/>
        <w:t>vn -0.9851 0.1625 0.0557</w:t>
        <w:br/>
        <w:t>vn -0.9471 -0.3122 -0.0751</w:t>
        <w:br/>
        <w:t>vn -0.9470 -0.3122 -0.0751</w:t>
        <w:br/>
        <w:t>vn -0.8374 -0.5291 -0.1372</w:t>
        <w:br/>
        <w:t>vn -0.8374 -0.5290 -0.1372</w:t>
        <w:br/>
        <w:t>vn -0.7592 -0.6309 -0.1601</w:t>
        <w:br/>
        <w:t>vn 0.9875 0.1542 0.0311</w:t>
        <w:br/>
        <w:t>vn 0.9875 0.1543 0.0311</w:t>
        <w:br/>
        <w:t>vn 0.9996 -0.0279 -0.0064</w:t>
        <w:br/>
        <w:t>vn 0.9996 -0.0279 -0.0065</w:t>
        <w:br/>
        <w:t>vn -0.8659 -0.4861 -0.1182</w:t>
        <w:br/>
        <w:t>vn -0.9842 0.1704 0.0491</w:t>
        <w:br/>
        <w:t>vn -0.9841 0.1704 0.0491</w:t>
        <w:br/>
        <w:t>vn -0.8373 -0.5317 -0.1272</w:t>
        <w:br/>
        <w:t>vn -0.9898 0.1357 0.0441</w:t>
        <w:br/>
        <w:t>vn -0.8373 -0.5317 -0.1273</w:t>
        <w:br/>
        <w:t>vn -0.0113 -0.9691 -0.2463</w:t>
        <w:br/>
        <w:t>vn -0.0114 -0.9691 -0.2462</w:t>
        <w:br/>
        <w:t>vn 0.5508 -0.8108 -0.1979</w:t>
        <w:br/>
        <w:t>vn 0.8882 -0.4478 -0.1026</w:t>
        <w:br/>
        <w:t>vn -0.8683 0.4794 0.1273</w:t>
        <w:br/>
        <w:t>vn -0.8683 0.4794 0.1272</w:t>
        <w:br/>
        <w:t>vn 0.9969 -0.0766 -0.0172</w:t>
        <w:br/>
        <w:t>vn 0.9969 -0.0766 -0.0173</w:t>
        <w:br/>
        <w:t>vn 0.0460 0.2570 -0.9653</w:t>
        <w:br/>
        <w:t>vn 0.0432 0.2461 -0.9683</w:t>
        <w:br/>
        <w:t>vn 0.0461 0.2570 -0.9653</w:t>
        <w:br/>
        <w:t>vn 0.0504 0.2352 -0.9706</w:t>
        <w:br/>
        <w:t>vn 0.0504 0.2351 -0.9707</w:t>
        <w:br/>
        <w:t>vn 0.0520 0.2196 -0.9742</w:t>
        <w:br/>
        <w:t>vn 0.0284 0.1793 -0.9834</w:t>
        <w:br/>
        <w:t>vn 0.0426 0.1877 -0.9813</w:t>
        <w:br/>
        <w:t>vn 0.0248 0.2604 -0.9652</w:t>
        <w:br/>
        <w:t>vn 0.0221 0.2444 -0.9694</w:t>
        <w:br/>
        <w:t>vn 0.0237 0.1984 -0.9798</w:t>
        <w:br/>
        <w:t>vn 0.0236 0.1985 -0.9798</w:t>
        <w:br/>
        <w:t>vn 0.0231 0.1674 -0.9856</w:t>
        <w:br/>
        <w:t>vn 0.0347 0.1698 -0.9849</w:t>
        <w:br/>
        <w:t>vn -0.0430 0.2472 -0.9680</w:t>
        <w:br/>
        <w:t>vn -0.0430 0.2471 -0.9680</w:t>
        <w:br/>
        <w:t>vn -0.0460 0.2581 -0.9650</w:t>
        <w:br/>
        <w:t>vn -0.0460 0.2580 -0.9650</w:t>
        <w:br/>
        <w:t>vn -0.0491 0.2354 -0.9707</w:t>
        <w:br/>
        <w:t>vn -0.0501 0.2194 -0.9743</w:t>
        <w:br/>
        <w:t>vn -0.0272 0.1792 -0.9834</w:t>
        <w:br/>
        <w:t>vn -0.0406 0.1875 -0.9814</w:t>
        <w:br/>
        <w:t>vn -0.0165 0.2635 -0.9645</w:t>
        <w:br/>
        <w:t>vn -0.0166 0.2445 -0.9695</w:t>
        <w:br/>
        <w:t>vn -0.0210 0.1968 -0.9802</w:t>
        <w:br/>
        <w:t>vn -0.0322 0.1693 -0.9850</w:t>
        <w:br/>
        <w:t>vn -0.0216 0.1671 -0.9857</w:t>
        <w:br/>
        <w:t>vn -0.0476 -0.2559 0.9655</w:t>
        <w:br/>
        <w:t>vn -0.0476 -0.2560 0.9655</w:t>
        <w:br/>
        <w:t>vn -0.0469 -0.2457 0.9682</w:t>
        <w:br/>
        <w:t>vn -0.0577 -0.2368 0.9699</w:t>
        <w:br/>
        <w:t>vn -0.0577 -0.2368 0.9698</w:t>
        <w:br/>
        <w:t>vn -0.0596 -0.2216 0.9733</w:t>
        <w:br/>
        <w:t>vn -0.0310 -0.1762 0.9839</w:t>
        <w:br/>
        <w:t>vn -0.0465 -0.1871 0.9812</w:t>
        <w:br/>
        <w:t>vn -0.0284 -0.2426 0.9697</w:t>
        <w:br/>
        <w:t>vn -0.0338 -0.2545 0.9665</w:t>
        <w:br/>
        <w:t>vn -0.0284 -0.2425 0.9697</w:t>
        <w:br/>
        <w:t>vn -0.0266 -0.2000 0.9794</w:t>
        <w:br/>
        <w:t>vn -0.0366 -0.1692 0.9849</w:t>
        <w:br/>
        <w:t>vn -0.0244 -0.1642 0.9861</w:t>
        <w:br/>
        <w:t>vn 0.0476 -0.2569 0.9653</w:t>
        <w:br/>
        <w:t>vn 0.0467 -0.2468 0.9679</w:t>
        <w:br/>
        <w:t>vn 0.0466 -0.2467 0.9680</w:t>
        <w:br/>
        <w:t>vn 0.0563 -0.2370 0.9699</w:t>
        <w:br/>
        <w:t>vn 0.0577 -0.2213 0.9735</w:t>
        <w:br/>
        <w:t>vn 0.0296 -0.1761 0.9839</w:t>
        <w:br/>
        <w:t>vn 0.0445 -0.1869 0.9814</w:t>
        <w:br/>
        <w:t>vn 0.0222 -0.2430 0.9698</w:t>
        <w:br/>
        <w:t>vn 0.0243 -0.2582 0.9658</w:t>
        <w:br/>
        <w:t>vn 0.0240 -0.1984 0.9798</w:t>
        <w:br/>
        <w:t>vn 0.0228 -0.1640 0.9862</w:t>
        <w:br/>
        <w:t>vn 0.0342 -0.1688 0.9851</w:t>
        <w:br/>
        <w:t>vn -0.5041 0.1060 0.8571</w:t>
        <w:br/>
        <w:t>vn -0.0684 -0.1975 0.9779</w:t>
        <w:br/>
        <w:t>vn -0.1737 0.3347 0.9262</w:t>
        <w:br/>
        <w:t>vn 0.0799 -0.6970 0.7126</w:t>
        <w:br/>
        <w:t>vn 0.4162 -0.4918 0.7648</w:t>
        <w:br/>
        <w:t>vn -0.4435 0.4216 -0.7909</w:t>
        <w:br/>
        <w:t>vn -0.5631 0.0839 -0.8221</w:t>
        <w:br/>
        <w:t>vn -0.9332 0.0921 -0.3474</w:t>
        <w:br/>
        <w:t>vn -0.6908 0.4395 -0.5742</w:t>
        <w:br/>
        <w:t>vn 0.4995 -0.1562 -0.8521</w:t>
        <w:br/>
        <w:t>vn 0.6337 0.1861 -0.7509</w:t>
        <w:br/>
        <w:t>vn 0.8869 0.1378 -0.4409</w:t>
        <w:br/>
        <w:t>vn 0.7139 -0.3661 -0.5970</w:t>
        <w:br/>
        <w:t>vn -0.6158 -0.1916 0.7643</w:t>
        <w:br/>
        <w:t>vn 0.2058 0.3547 0.9120</w:t>
        <w:br/>
        <w:t>vn -0.5182 -0.4782 0.7090</w:t>
        <w:br/>
        <w:t>vn 0.4623 0.1684 0.8706</w:t>
        <w:br/>
        <w:t>vn -0.2719 -0.6759 0.6850</w:t>
        <w:br/>
        <w:t>vn 0.5483 -0.1516 0.8224</w:t>
        <w:br/>
        <w:t>vn 0.8355 0.5311 0.1414</w:t>
        <w:br/>
        <w:t>vn 0.5602 0.4767 -0.6775</w:t>
        <w:br/>
        <w:t>vn 0.3392 0.6650 -0.6653</w:t>
        <w:br/>
        <w:t>vn 0.4421 0.8949 0.0609</w:t>
        <w:br/>
        <w:t>vn -0.7355 -0.6033 -0.3085</w:t>
        <w:br/>
        <w:t>vn -0.4562 -0.2052 -0.8659</w:t>
        <w:br/>
        <w:t>vn -0.1939 -0.3872 -0.9014</w:t>
        <w:br/>
        <w:t>vn -0.3126 -0.6885 -0.6544</w:t>
        <w:br/>
        <w:t>vn -0.8656 -0.1644 0.4730</w:t>
        <w:br/>
        <w:t>vn -0.7208 0.1737 0.6711</w:t>
        <w:br/>
        <w:t>vn -0.8442 -0.3564 0.4003</w:t>
        <w:br/>
        <w:t>vn 0.6721 -0.5940 0.4421</w:t>
        <w:br/>
        <w:t>vn 0.1675 -0.9130 0.3719</w:t>
        <w:br/>
        <w:t>vn 0.8554 -0.0704 0.5132</w:t>
        <w:br/>
        <w:t>vn 0.8355 0.5310 0.1414</w:t>
        <w:br/>
        <w:t>vn 0.0566 0.1784 -0.9823</w:t>
        <w:br/>
        <w:t>vn -0.0591 0.6749 -0.7355</w:t>
        <w:br/>
        <w:t>vn 0.1624 -0.3875 -0.9075</w:t>
        <w:br/>
        <w:t>vn -0.0273 0.8809 -0.4725</w:t>
        <w:br/>
        <w:t>vn -0.0950 0.6049 0.7906</w:t>
        <w:br/>
        <w:t>vn -0.0437 0.2247 -0.9734</w:t>
        <w:br/>
        <w:t>vn -0.0254 0.2299 -0.9729</w:t>
        <w:br/>
        <w:t>vn -0.0253 0.2299 -0.9729</w:t>
        <w:br/>
        <w:t>vn 0.0101 0.2309 -0.9729</w:t>
        <w:br/>
        <w:t>vn -0.0571 0.2020 -0.9777</w:t>
        <w:br/>
        <w:t>vn -0.0609 0.1776 -0.9822</w:t>
        <w:br/>
        <w:t>vn -0.0568 0.1738 -0.9831</w:t>
        <w:br/>
        <w:t>vn -0.0440 0.1917 -0.9805</w:t>
        <w:br/>
        <w:t>vn -0.0439 0.1917 -0.9805</w:t>
        <w:br/>
        <w:t>vn -0.0492 0.1823 -0.9820</w:t>
        <w:br/>
        <w:t>vn -0.0491 0.1821 -0.9820</w:t>
        <w:br/>
        <w:t>vn 0.0354 0.2267 -0.9733</w:t>
        <w:br/>
        <w:t>vn 0.0351 0.2264 -0.9734</w:t>
        <w:br/>
        <w:t>vn -0.6907 0.4395 -0.5742</w:t>
        <w:br/>
        <w:t>vn 0.2156 -0.7042 -0.6765</w:t>
        <w:br/>
        <w:t>vn 0.0258 -0.2311 0.9726</w:t>
        <w:br/>
        <w:t>vn 0.0258 -0.2310 0.9726</w:t>
        <w:br/>
        <w:t>vn -0.0103 -0.2323 0.9726</w:t>
        <w:br/>
        <w:t>vn -0.0104 -0.2322 0.9726</w:t>
        <w:br/>
        <w:t>vn 0.0469 -0.2227 0.9737</w:t>
        <w:br/>
        <w:t>vn 0.0469 -0.2228 0.9737</w:t>
        <w:br/>
        <w:t>vn 0.0600 -0.2022 0.9775</w:t>
        <w:br/>
        <w:t>vn 0.0603 -0.1808 0.9817</w:t>
        <w:br/>
        <w:t>vn 0.0603 -0.1807 0.9817</w:t>
        <w:br/>
        <w:t>vn 0.0556 -0.1747 0.9831</w:t>
        <w:br/>
        <w:t>vn 0.0556 -0.1747 0.9830</w:t>
        <w:br/>
        <w:t>vn 0.0484 -0.1845 0.9817</w:t>
        <w:br/>
        <w:t>vn 0.0433 -0.1954 0.9798</w:t>
        <w:br/>
        <w:t>vn 0.0482 -0.1844 0.9817</w:t>
        <w:br/>
        <w:t>vn -0.0473 -0.2181 0.9748</w:t>
        <w:br/>
        <w:t>vn -0.0473 -0.2180 0.9748</w:t>
        <w:br/>
        <w:t>vn -0.7208 0.1737 0.6710</w:t>
        <w:br/>
        <w:t>vn 0.1441 0.7061 0.6933</w:t>
        <w:br/>
        <w:t>vn 0.4422 0.8948 0.0608</w:t>
        <w:br/>
        <w:t>vn -0.3581 -0.8677 0.3447</w:t>
        <w:br/>
        <w:t>vn -0.2931 0.9442 0.1504</w:t>
        <w:br/>
        <w:t>vn -0.2935 0.9441 0.1503</w:t>
        <w:br/>
        <w:t>vn 0.1157 0.9809 0.1562</w:t>
        <w:br/>
        <w:t>vn 0.1159 0.9809 0.1561</w:t>
        <w:br/>
        <w:t>vn -0.1167 -0.9810 -0.1550</w:t>
        <w:br/>
        <w:t>vn 0.3400 -0.9290 -0.1462</w:t>
        <w:br/>
        <w:t>vn 0.3399 -0.9290 -0.1465</w:t>
        <w:br/>
        <w:t>vn -0.1168 -0.9810 -0.1547</w:t>
        <w:br/>
        <w:t>vn -0.6866 0.7173 0.1187</w:t>
        <w:br/>
        <w:t>vn 0.7298 -0.6749 -0.1093</w:t>
        <w:br/>
        <w:t>vn 0.7298 -0.6749 -0.1094</w:t>
        <w:br/>
        <w:t>vn -0.6872 0.7138 0.1352</w:t>
        <w:br/>
        <w:t>vn -0.6872 0.7138 0.1351</w:t>
        <w:br/>
        <w:t>vn 0.8701 -0.4861 -0.0822</w:t>
        <w:br/>
        <w:t>vn 0.8701 -0.4860 -0.0822</w:t>
        <w:br/>
        <w:t>vn -0.7249 0.6749 0.1377</w:t>
        <w:br/>
        <w:t>vn -0.7249 0.6749 0.1376</w:t>
        <w:br/>
        <w:t>vn 0.9216 0.3825 0.0659</w:t>
        <w:br/>
        <w:t>vn 0.7584 0.6421 0.1120</w:t>
        <w:br/>
        <w:t>vn 0.6980 -0.7042 -0.1298</w:t>
        <w:br/>
        <w:t>vn 0.1706 -0.9676 -0.1859</w:t>
        <w:br/>
        <w:t>vn 0.1706 -0.9677 -0.1858</w:t>
        <w:br/>
        <w:t>vn 0.6979 -0.7043 -0.1298</w:t>
        <w:br/>
        <w:t>vn -0.9077 -0.4129 -0.0754</w:t>
        <w:br/>
        <w:t>vn -0.4475 -0.8779 -0.1705</w:t>
        <w:br/>
        <w:t>vn -0.9077 -0.4128 -0.0754</w:t>
        <w:br/>
        <w:t>vn -0.9817 0.1851 0.0446</w:t>
        <w:br/>
        <w:t>vn -0.9817 0.1852 0.0447</w:t>
        <w:br/>
        <w:t>vn 0.9783 -0.2037 -0.0374</w:t>
        <w:br/>
        <w:t>vn -0.4903 -0.8601 -0.1410</w:t>
        <w:br/>
        <w:t>vn 0.4665 0.8713 0.1523</w:t>
        <w:br/>
        <w:t>vn 0.4665 0.8713 0.1524</w:t>
        <w:br/>
        <w:t>vn -0.6270 -0.7679 -0.1312</w:t>
        <w:br/>
        <w:t>vn -0.6271 -0.7678 -0.1311</w:t>
        <w:br/>
        <w:t>vn 0.6149 0.7742 0.1499</w:t>
        <w:br/>
        <w:t>vn 0.6149 0.7743 0.1499</w:t>
        <w:br/>
        <w:t>vn -0.0949 0.6049 0.7906</w:t>
        <w:br/>
        <w:t>vn 0.0001 0.1022 -0.9948</w:t>
        <w:br/>
        <w:t>vn -0.0010 0.1757 -0.9844</w:t>
        <w:br/>
        <w:t>vn -0.0019 0.2482 -0.9687</w:t>
        <w:br/>
        <w:t>vn -0.0020 0.2482 -0.9687</w:t>
        <w:br/>
        <w:t>vn 0.8644 -0.2653 0.4271</w:t>
        <w:br/>
        <w:t>vn 0.8628 0.1843 0.4707</w:t>
        <w:br/>
        <w:t>vn 0.8628 0.1843 0.4708</w:t>
        <w:br/>
        <w:t>vn -0.0001 0.8689 0.4951</w:t>
        <w:br/>
        <w:t>vn 0.0000 0.8689 0.4949</w:t>
        <w:br/>
        <w:t>vn -0.0000 0.8689 0.4950</w:t>
        <w:br/>
        <w:t>vn -0.0002 0.8688 0.4952</w:t>
        <w:br/>
        <w:t>vn -0.8609 0.1854 0.4738</w:t>
        <w:br/>
        <w:t>vn -0.8629 -0.2654 0.4300</w:t>
        <w:br/>
        <w:t>vn -0.3697 -0.8835 0.2875</w:t>
        <w:br/>
        <w:t>vn 0.3747 -0.8819 0.2862</w:t>
        <w:br/>
        <w:t>vn -0.3697 -0.8836 0.2874</w:t>
        <w:br/>
        <w:t>vn -0.0002 -0.1067 0.9943</w:t>
        <w:br/>
        <w:t>vn 0.0013 -0.1774 0.9841</w:t>
        <w:br/>
        <w:t>vn 0.0000 -0.1067 0.9943</w:t>
        <w:br/>
        <w:t>vn 0.0027 -0.2471 0.9690</w:t>
        <w:br/>
        <w:t>vn 0.8189 -0.1258 -0.5600</w:t>
        <w:br/>
        <w:t>vn 0.8096 -0.1382 -0.5705</w:t>
        <w:br/>
        <w:t>vn 0.8127 -0.1277 -0.5685</w:t>
        <w:br/>
        <w:t>vn 0.8194 -0.1265 -0.5591</w:t>
        <w:br/>
        <w:t>vn 0.8145 -0.1374 -0.5637</w:t>
        <w:br/>
        <w:t>vn -0.1707 0.9830 -0.0675</w:t>
        <w:br/>
        <w:t>vn -0.1706 0.9830 -0.0676</w:t>
        <w:br/>
        <w:t>vn -0.5908 0.5754 -0.5656</w:t>
        <w:br/>
        <w:t>vn 0.1415 0.8551 0.4988</w:t>
        <w:br/>
        <w:t>vn 0.8006 -0.1518 -0.5797</w:t>
        <w:br/>
        <w:t>vn 0.8052 -0.1503 -0.5737</w:t>
        <w:br/>
        <w:t>vn -0.7718 -0.2110 -0.5999</w:t>
        <w:br/>
        <w:t>vn -0.7718 -0.2111 -0.5999</w:t>
        <w:br/>
        <w:t>vn -0.6206 -0.7630 -0.1808</w:t>
        <w:br/>
        <w:t>vn -0.8199 0.1220 0.5594</w:t>
        <w:br/>
        <w:t>vn -0.8190 0.1201 0.5611</w:t>
        <w:br/>
        <w:t>vn -0.8093 0.1333 0.5721</w:t>
        <w:br/>
        <w:t>vn -0.8123 0.1216 0.5705</w:t>
        <w:br/>
        <w:t>vn -0.8151 0.1331 0.5638</w:t>
        <w:br/>
        <w:t>vn -0.3105 -0.8643 0.3957</w:t>
        <w:br/>
        <w:t>vn 0.0389 -0.4581 0.8880</w:t>
        <w:br/>
        <w:t>vn -0.3105 -0.8643 0.3956</w:t>
        <w:br/>
        <w:t>vn 0.0389 -0.4582 0.8880</w:t>
        <w:br/>
        <w:t>vn 0.8039 -0.1376 -0.5786</w:t>
        <w:br/>
        <w:t>vn -0.8029 0.1320 0.5813</w:t>
        <w:br/>
        <w:t>vn 0.8004 -0.1477 -0.5809</w:t>
        <w:br/>
        <w:t>vn 0.2331 0.2985 0.9255</w:t>
        <w:br/>
        <w:t>vn -0.7993 0.1427 0.5838</w:t>
        <w:br/>
        <w:t>vn -0.7998 0.1475 0.5819</w:t>
        <w:br/>
        <w:t>vn -0.8054 0.1463 0.5745</w:t>
        <w:br/>
        <w:t>vn 0.0225 0.1332 -0.9908</w:t>
        <w:br/>
        <w:t>vn 0.0226 0.1331 -0.9908</w:t>
        <w:br/>
        <w:t>vn 0.0377 -0.9355 0.3512</w:t>
        <w:br/>
        <w:t>vn -0.1240 -0.9623 0.2421</w:t>
        <w:br/>
        <w:t>vn -0.2623 0.8678 0.4220</w:t>
        <w:br/>
        <w:t>vn -0.0680 0.8199 0.5685</w:t>
        <w:br/>
        <w:t>vn -0.0614 -0.1350 0.9889</w:t>
        <w:br/>
        <w:t>vn -0.5371 -0.1941 0.8209</w:t>
        <w:br/>
        <w:t>vn 0.8715 0.1775 -0.4571</w:t>
        <w:br/>
        <w:t>vn 0.8715 0.1775 -0.4572</w:t>
        <w:br/>
        <w:t>vn -0.2723 -0.9584 -0.0860</w:t>
        <w:br/>
        <w:t>vn -0.2724 -0.9583 -0.0860</w:t>
        <w:br/>
        <w:t>vn -0.0892 -0.9112 -0.4021</w:t>
        <w:br/>
        <w:t>vn -0.0892 -0.9112 -0.4022</w:t>
        <w:br/>
        <w:t>vn -0.4290 0.9005 0.0714</w:t>
        <w:br/>
        <w:t>vn -0.9785 -0.2020 -0.0416</w:t>
        <w:br/>
        <w:t>vn -0.9785 -0.2020 -0.0415</w:t>
        <w:br/>
        <w:t>vn -0.8443 -0.1517 -0.5140</w:t>
        <w:br/>
        <w:t>vn -0.2284 0.9391 -0.2569</w:t>
        <w:br/>
        <w:t>vn -0.2284 0.9391 -0.2570</w:t>
        <w:br/>
        <w:t>vn -0.0414 0.9194 -0.3910</w:t>
        <w:br/>
        <w:t>vn -0.0414 0.9195 -0.3910</w:t>
        <w:br/>
        <w:t>vn 0.0138 0.0583 -0.9982</w:t>
        <w:br/>
        <w:t>vn 0.0138 0.0584 -0.9982</w:t>
        <w:br/>
        <w:t>vn 0.0767 -0.8644 -0.4970</w:t>
        <w:br/>
        <w:t>vn -0.0681 -0.1103 0.9916</w:t>
        <w:br/>
        <w:t>vn -0.0681 -0.1104 0.9916</w:t>
        <w:br/>
        <w:t>vn -0.0680 -0.1104 0.9916</w:t>
        <w:br/>
        <w:t>vn 0.8368 0.0734 0.5426</w:t>
        <w:br/>
        <w:t>vn -0.5757 0.8081 -0.1245</w:t>
        <w:br/>
        <w:t>vn -0.4550 0.8438 -0.2844</w:t>
        <w:br/>
        <w:t>vn -0.3155 0.8446 -0.4325</w:t>
        <w:br/>
        <w:t>vn 0.2667 0.1022 -0.9584</w:t>
        <w:br/>
        <w:t>vn 0.2667 0.1022 -0.9583</w:t>
        <w:br/>
        <w:t>vn 0.1694 -0.2931 -0.9409</w:t>
        <w:br/>
        <w:t>vn 0.9810 -0.1767 -0.0804</w:t>
        <w:br/>
        <w:t>vn 0.8554 0.5058 0.1116</w:t>
        <w:br/>
        <w:t>vn -0.2877 -0.1148 0.9508</w:t>
        <w:br/>
        <w:t>vn -0.1887 0.3122 0.9311</w:t>
        <w:br/>
        <w:t>vn -0.6963 0.6770 -0.2384</w:t>
        <w:br/>
        <w:t>vn -0.9767 0.2058 0.0614</w:t>
        <w:br/>
        <w:t>vn 0.1562 0.8248 0.5434</w:t>
        <w:br/>
        <w:t>vn -0.8558 -0.5066 -0.1042</w:t>
        <w:br/>
        <w:t>vn -0.4257 -0.7599 -0.4912</w:t>
        <w:br/>
        <w:t>vn 0.2798 -0.8557 0.4353</w:t>
        <w:br/>
        <w:t>vn 0.4452 -0.8539 0.2696</w:t>
        <w:br/>
        <w:t>vn 0.5862 -0.8053 0.0892</w:t>
        <w:br/>
        <w:t>vn 0.5862 -0.8053 0.0891</w:t>
        <w:br/>
        <w:t>vn 0.3158 0.7360 0.5988</w:t>
        <w:br/>
        <w:t>vn 0.4292 0.7632 0.4829</w:t>
        <w:br/>
        <w:t>vn 0.3157 0.7360 0.5988</w:t>
        <w:br/>
        <w:t>vn 0.7269 -0.6501 0.2215</w:t>
        <w:br/>
        <w:t>vn 0.7269 -0.6501 0.2214</w:t>
        <w:br/>
        <w:t>vn 0.4864 -0.7688 0.4151</w:t>
        <w:br/>
        <w:t>vn -0.3750 -0.8702 -0.3197</w:t>
        <w:br/>
        <w:t>vn -0.1752 -0.7990 -0.5752</w:t>
        <w:br/>
        <w:t>vn -0.3008 -0.7206 -0.6247</w:t>
        <w:br/>
        <w:t>vn 0.3499 0.8875 0.2999</w:t>
        <w:br/>
        <w:t>vn 0.3499 0.8875 0.2998</w:t>
        <w:br/>
        <w:t>vn -0.4701 0.7793 -0.4144</w:t>
        <w:br/>
        <w:t>vn 0.3509 -0.5150 0.7821</w:t>
        <w:br/>
        <w:t>vn 0.0796 -0.5464 0.8338</w:t>
        <w:br/>
        <w:t>vn -0.2814 -0.3460 0.8951</w:t>
        <w:br/>
        <w:t>vn -0.2673 -0.1940 0.9439</w:t>
        <w:br/>
        <w:t>vn 0.4687 0.1593 -0.8689</w:t>
        <w:br/>
        <w:t>vn 0.4690 0.1594 -0.8687</w:t>
        <w:br/>
        <w:t>vn 0.4689 0.1593 -0.8688</w:t>
        <w:br/>
        <w:t>vn 0.0385 0.5468 0.8364</w:t>
        <w:br/>
        <w:t>vn -0.2523 0.1895 0.9489</w:t>
        <w:br/>
        <w:t>vn -0.0188 -0.1571 0.9874</w:t>
        <w:br/>
        <w:t>vn 0.2423 -0.1198 0.9628</w:t>
        <w:br/>
        <w:t>vn 0.4699 0.1609 -0.8679</w:t>
        <w:br/>
        <w:t>vn 0.4672 0.1597 -0.8696</w:t>
        <w:br/>
        <w:t>vn 0.4685 0.1604 -0.8688</w:t>
        <w:br/>
        <w:t>vn 0.4675 0.1597 -0.8694</w:t>
        <w:br/>
        <w:t>vn 0.4671 0.1594 -0.8697</w:t>
        <w:br/>
        <w:t>vn 0.4660 0.1590 -0.8704</w:t>
        <w:br/>
        <w:t>vn 0.1004 0.3662 0.9251</w:t>
        <w:br/>
        <w:t>vn -0.2841 0.0150 0.9587</w:t>
        <w:br/>
        <w:t>vn 0.3826 0.3241 0.8652</w:t>
        <w:br/>
        <w:t>vn 0.0062 0.4123 0.9110</w:t>
        <w:br/>
        <w:t>vn 0.2906 -0.7966 -0.5300</w:t>
        <w:br/>
        <w:t>vn 0.2906 -0.7967 -0.5299</w:t>
        <w:br/>
        <w:t>vn 0.2906 -0.7967 -0.5300</w:t>
        <w:br/>
        <w:t>vn -0.6641 -0.6317 0.3999</w:t>
        <w:br/>
        <w:t>vn -0.5973 -0.1949 0.7780</w:t>
        <w:br/>
        <w:t>vn -0.9556 0.2508 0.1549</w:t>
        <w:br/>
        <w:t>vn -0.8648 -0.4888 0.1150</w:t>
        <w:br/>
        <w:t>vn -0.6503 -0.7560 -0.0749</w:t>
        <w:br/>
        <w:t>vn -0.3953 -0.9143 0.0878</w:t>
        <w:br/>
        <w:t>vn 0.1300 0.9557 -0.2639</w:t>
        <w:br/>
        <w:t>vn 0.1301 0.9558 -0.2638</w:t>
        <w:br/>
        <w:t>vn -0.6640 -0.6317 0.3999</w:t>
        <w:br/>
        <w:t>vn -0.3954 -0.9143 0.0878</w:t>
        <w:br/>
        <w:t>vn 0.1813 -0.9140 0.3629</w:t>
        <w:br/>
        <w:t>vn 0.1814 -0.9140 0.3630</w:t>
        <w:br/>
        <w:t>vn -0.2672 -0.1940 0.9439</w:t>
        <w:br/>
        <w:t>vn -0.5973 -0.1950 0.7780</w:t>
        <w:br/>
        <w:t>vn -0.2813 -0.3460 0.8951</w:t>
        <w:br/>
        <w:t>vn -0.2841 0.0149 0.9587</w:t>
        <w:br/>
        <w:t>vn 0.0062 0.4124 0.9110</w:t>
        <w:br/>
        <w:t>vn -0.2149 -0.4935 0.8428</w:t>
        <w:br/>
        <w:t>vn 0.0925 -0.7182 0.6897</w:t>
        <w:br/>
        <w:t>vn 0.4029 0.6501 0.6442</w:t>
        <w:br/>
        <w:t>vn 0.1028 0.8229 0.5588</w:t>
        <w:br/>
        <w:t>vn 0.3826 0.3240 0.8652</w:t>
        <w:br/>
        <w:t>vn -0.5455 0.8100 0.2154</w:t>
        <w:br/>
        <w:t>vn 0.0063 0.4123 0.9110</w:t>
        <w:br/>
        <w:t>vn -0.5455 0.8100 0.2153</w:t>
        <w:br/>
        <w:t>vn -0.5454 0.8100 0.2155</w:t>
        <w:br/>
        <w:t>vn -0.7967 0.6043 -0.0046</w:t>
        <w:br/>
        <w:t>vn 0.4399 -0.7763 0.4515</w:t>
        <w:br/>
        <w:t>vn 0.1087 0.1080 -0.9882</w:t>
        <w:br/>
        <w:t>vn -0.3431 -0.0214 -0.9390</w:t>
        <w:br/>
        <w:t>vn -0.3431 -0.0215 -0.9391</w:t>
        <w:br/>
        <w:t>vn 0.2242 -0.9381 0.2640</w:t>
        <w:br/>
        <w:t>vn 0.0982 -0.9645 0.2450</w:t>
        <w:br/>
        <w:t>vn 0.0982 -0.9645 0.2449</w:t>
        <w:br/>
        <w:t>vn -0.1638 0.8997 0.4046</w:t>
        <w:br/>
        <w:t>vn 0.0331 0.8954 0.4440</w:t>
        <w:br/>
        <w:t>vn 0.3092 0.0517 0.9496</w:t>
        <w:br/>
        <w:t>vn -0.1285 -0.1093 0.9857</w:t>
        <w:br/>
        <w:t>vn 0.5362 0.2134 -0.8167</w:t>
        <w:br/>
        <w:t>vn -0.0807 -0.9949 0.0601</w:t>
        <w:br/>
        <w:t>vn -0.0806 -0.9949 0.0601</w:t>
        <w:br/>
        <w:t>vn -0.3965 -0.8944 -0.2068</w:t>
        <w:br/>
        <w:t>vn -0.0551 -0.9671 -0.2485</w:t>
        <w:br/>
        <w:t>vn -0.4063 0.8882 0.2147</w:t>
        <w:br/>
        <w:t>vn -0.9150 -0.4011 -0.0436</w:t>
        <w:br/>
        <w:t>vn -0.3965 -0.8944 -0.2069</w:t>
        <w:br/>
        <w:t>vn -0.8236 -0.3670 0.4324</w:t>
        <w:br/>
        <w:t>vn -0.3715 0.9212 -0.1161</w:t>
        <w:br/>
        <w:t>vn -0.3715 0.9211 -0.1161</w:t>
        <w:br/>
        <w:t>vn -0.2768 0.9119 -0.3031</w:t>
        <w:br/>
        <w:t>vn -0.3492 -0.1218 -0.9291</w:t>
        <w:br/>
        <w:t>vn -0.3492 -0.1217 -0.9291</w:t>
        <w:br/>
        <w:t>vn 0.0212 -0.9218 -0.3871</w:t>
        <w:br/>
        <w:t>vn 0.3026 0.0513 0.9517</w:t>
        <w:br/>
        <w:t>vn 0.9482 0.3069 0.0821</w:t>
        <w:br/>
        <w:t>vn 0.9482 0.3069 0.0820</w:t>
        <w:br/>
        <w:t>vn -0.1500 0.9520 0.2667</w:t>
        <w:br/>
        <w:t>vn -0.6009 0.7888 0.1290</w:t>
        <w:br/>
        <w:t>vn -0.5678 0.8208 -0.0631</w:t>
        <w:br/>
        <w:t>vn -0.5677 0.8208 -0.0631</w:t>
        <w:br/>
        <w:t>vn -0.5125 0.8207 -0.2527</w:t>
        <w:br/>
        <w:t>vn -0.5125 0.8206 -0.2527</w:t>
        <w:br/>
        <w:t>vn -0.1301 -0.4625 -0.8770</w:t>
        <w:br/>
        <w:t>vn -0.1295 -0.0354 -0.9910</w:t>
        <w:br/>
        <w:t>vn 0.8279 -0.1375 -0.5437</w:t>
        <w:br/>
        <w:t>vn 0.7625 0.2220 -0.6077</w:t>
        <w:br/>
        <w:t>vn 0.8279 -0.1376 -0.5437</w:t>
        <w:br/>
        <w:t>vn -0.3714 -0.1166 0.9211</w:t>
        <w:br/>
        <w:t>vn 0.1126 0.0245 0.9933</w:t>
        <w:br/>
        <w:t>vn 0.1077 0.4777 0.8719</w:t>
        <w:br/>
        <w:t>vn -0.3182 0.9136 0.2531</w:t>
        <w:br/>
        <w:t>vn -0.7121 0.6917 0.1206</w:t>
        <w:br/>
        <w:t>vn -0.8301 0.1679 0.5318</w:t>
        <w:br/>
        <w:t>vn -0.8300 0.1679 0.5318</w:t>
        <w:br/>
        <w:t>vn 0.1414 0.9337 0.3290</w:t>
        <w:br/>
        <w:t>vn -0.3183 0.9136 0.2530</w:t>
        <w:br/>
        <w:t>vn -0.7590 -0.2275 0.6100</w:t>
        <w:br/>
        <w:t>vn 0.0931 -0.9920 -0.0857</w:t>
        <w:br/>
        <w:t>vn 0.0316 -0.9910 0.1304</w:t>
        <w:br/>
        <w:t>vn -0.4303 -0.9016 -0.0440</w:t>
        <w:br/>
        <w:t>vn -0.3874 -0.8986 -0.2058</w:t>
        <w:br/>
        <w:t>vn 0.4854 -0.8309 0.2720</w:t>
        <w:br/>
        <w:t>vn 0.0315 -0.9910 0.1304</w:t>
        <w:br/>
        <w:t>vn 0.0931 -0.9920 -0.0858</w:t>
        <w:br/>
        <w:t>vn 0.5551 -0.8298 0.0579</w:t>
        <w:br/>
        <w:t>vn 0.1495 -0.9432 -0.2966</w:t>
        <w:br/>
        <w:t>vn 0.5964 -0.7867 -0.1591</w:t>
        <w:br/>
        <w:t>vn -0.1501 0.9520 0.2667</w:t>
        <w:br/>
        <w:t>vn 0.3899 0.8988 0.2003</w:t>
        <w:br/>
        <w:t>vn 0.3382 0.8782 0.3381</w:t>
        <w:br/>
        <w:t>vn 0.4330 0.8995 0.0582</w:t>
        <w:br/>
        <w:t>vn 0.5028 -0.7964 -0.3361</w:t>
        <w:br/>
        <w:t>vn 0.7378 -0.6594 -0.1442</w:t>
        <w:br/>
        <w:t>vn 0.2224 -0.9746 0.0276</w:t>
        <w:br/>
        <w:t>vn 0.6206 -0.7731 0.1312</w:t>
        <w:br/>
        <w:t>vn 0.2223 -0.9746 0.0276</w:t>
        <w:br/>
        <w:t>vn -0.2225 -0.9715 -0.0819</w:t>
        <w:br/>
        <w:t>vn -0.1705 -0.9210 -0.3503</w:t>
        <w:br/>
        <w:t>vn -0.2226 -0.9715 -0.0819</w:t>
        <w:br/>
        <w:t>vn -0.1705 -0.9210 -0.3504</w:t>
        <w:br/>
        <w:t>vn -0.3335 -0.8705 -0.3619</w:t>
        <w:br/>
        <w:t>vn 0.1497 -0.9432 -0.2965</w:t>
        <w:br/>
        <w:t>vn 0.1942 0.9779 0.0771</w:t>
        <w:br/>
        <w:t>vn -0.2240 0.9741 -0.0312</w:t>
        <w:br/>
        <w:t>vn -0.2241 0.9741 -0.0313</w:t>
        <w:br/>
        <w:t>vn -0.6005 0.7883 -0.1338</w:t>
        <w:br/>
        <w:t>vn 0.0190 -0.2036 0.9789</w:t>
        <w:br/>
        <w:t>vn 0.6146 -0.4890 0.6190</w:t>
        <w:br/>
        <w:t>vn 0.3994 -0.5473 0.7355</w:t>
        <w:br/>
        <w:t>vn 0.0057 -0.3790 0.9254</w:t>
        <w:br/>
        <w:t>vn 0.1308 0.1915 -0.9727</w:t>
        <w:br/>
        <w:t>vn 0.1477 0.1908 -0.9705</w:t>
        <w:br/>
        <w:t>vn 0.1755 0.7072 0.6849</w:t>
        <w:br/>
        <w:t>vn 0.3018 -0.1079 0.9472</w:t>
        <w:br/>
        <w:t>vn 0.3772 0.5521 0.7436</w:t>
        <w:br/>
        <w:t>vn 0.1677 0.1771 -0.9698</w:t>
        <w:br/>
        <w:t>vn 0.1915 0.1849 -0.9639</w:t>
        <w:br/>
        <w:t>vn 0.1921 0.1930 -0.9622</w:t>
        <w:br/>
        <w:t>vn 0.1924 0.1956 -0.9616</w:t>
        <w:br/>
        <w:t>vn 0.1821 0.1812 -0.9664</w:t>
        <w:br/>
        <w:t>vn 0.1855 0.1656 -0.9686</w:t>
        <w:br/>
        <w:t>vn 0.3064 0.5184 0.7984</w:t>
        <w:br/>
        <w:t>vn -0.0182 0.0535 0.9984</w:t>
        <w:br/>
        <w:t>vn 0.5807 0.5132 0.6321</w:t>
        <w:br/>
        <w:t>vn 0.2085 -0.0652 0.9758</w:t>
        <w:br/>
        <w:t>vn 0.1685 -0.8913 -0.4210</w:t>
        <w:br/>
        <w:t>vn 0.1686 -0.8913 -0.4209</w:t>
        <w:br/>
        <w:t>vn -0.3340 -0.2497 0.9089</w:t>
        <w:br/>
        <w:t>vn -0.8467 0.1993 0.4933</w:t>
        <w:br/>
        <w:t>vn -0.6460 -0.6531 0.3952</w:t>
        <w:br/>
        <w:t>vn -0.3769 -0.7290 0.5714</w:t>
        <w:br/>
        <w:t>vn -0.6459 -0.6531 0.3952</w:t>
        <w:br/>
        <w:t>vn -0.4179 -0.9009 0.1174</w:t>
        <w:br/>
        <w:t>vn -0.1573 -0.9743 0.1612</w:t>
        <w:br/>
        <w:t>vn -0.0928 0.9710 -0.2202</w:t>
        <w:br/>
        <w:t>vn -0.0929 0.9710 -0.2204</w:t>
        <w:br/>
        <w:t>vn -0.0929 0.9710 -0.2203</w:t>
        <w:br/>
        <w:t>vn -0.1571 -0.9744 0.1611</w:t>
        <w:br/>
        <w:t>vn 0.3670 -0.9041 0.2187</w:t>
        <w:br/>
        <w:t>vn 0.3669 -0.9042 0.2188</w:t>
        <w:br/>
        <w:t>vn -0.3340 -0.2498 0.9089</w:t>
        <w:br/>
        <w:t>vn 0.0056 -0.3789 0.9254</w:t>
        <w:br/>
        <w:t>vn 0.1075 -0.5420 0.8335</w:t>
        <w:br/>
        <w:t>vn -0.1839 -0.2315 0.9553</w:t>
        <w:br/>
        <w:t>vn 0.3019 -0.1079 0.9472</w:t>
        <w:br/>
        <w:t>vn 0.3019 -0.1078 0.9472</w:t>
        <w:br/>
        <w:t>vn 0.1075 -0.5419 0.8335</w:t>
        <w:br/>
        <w:t>vn 0.3852 -0.7502 0.5375</w:t>
        <w:br/>
        <w:t>vn 0.5361 -0.5841 0.6094</w:t>
        <w:br/>
        <w:t>vn 0.4655 0.8267 0.3161</w:t>
        <w:br/>
        <w:t>vn 0.1653 0.9221 0.3500</w:t>
        <w:br/>
        <w:t>vn 0.1652 0.9221 0.3500</w:t>
        <w:br/>
        <w:t>vn 0.5806 0.5132 0.6321</w:t>
        <w:br/>
        <w:t>vn -0.4666 0.8226 0.3250</w:t>
        <w:br/>
        <w:t>vn -0.4666 0.8226 0.3249</w:t>
        <w:br/>
        <w:t>vn -0.7303 0.6296 0.2653</w:t>
        <w:br/>
        <w:t>vn 0.5933 -0.7716 0.2295</w:t>
        <w:br/>
        <w:t>vn 0.6145 -0.4891 0.6190</w:t>
        <w:br/>
        <w:t>vn 0.3668 -0.9042 0.2188</w:t>
        <w:br/>
        <w:t>vn 0.3669 -0.9042 0.2187</w:t>
        <w:br/>
        <w:t>vn 0.0000 -0.0036 -1.0000</w:t>
        <w:br/>
        <w:t>vn 0.0000 0.1568 -0.9876</w:t>
        <w:br/>
        <w:t>vn 0.0000 0.1571 -0.9876</w:t>
        <w:br/>
        <w:t>vn 0.0000 1.0000 -0.0056</w:t>
        <w:br/>
        <w:t>vn 1.0000 -0.0018 -0.0047</w:t>
        <w:br/>
        <w:t>vn 1.0000 -0.0015 -0.0048</w:t>
        <w:br/>
        <w:t>vn 1.0000 -0.0018 -0.0048</w:t>
        <w:br/>
        <w:t>vn 1.0000 -0.0020 -0.0048</w:t>
        <w:br/>
        <w:t>vn 0.9964 -0.0052 -0.0849</w:t>
        <w:br/>
        <w:t>vn 0.9921 -0.0075 -0.1249</w:t>
        <w:br/>
        <w:t>vn 1.0000 -0.0010 -0.0050</w:t>
        <w:br/>
        <w:t>vn 1.0000 -0.0008 -0.0051</w:t>
        <w:br/>
        <w:t>vn 0.0001 -0.0159 -0.9999</w:t>
        <w:br/>
        <w:t>vn 0.0001 -0.1774 -0.9841</w:t>
        <w:br/>
        <w:t>vn 0.0001 -0.1778 -0.9841</w:t>
        <w:br/>
        <w:t>vn -1.0000 0.0016 -0.0045</w:t>
        <w:br/>
        <w:t>vn -1.0000 0.0016 -0.0046</w:t>
        <w:br/>
        <w:t>vn -1.0000 0.0015 -0.0046</w:t>
        <w:br/>
        <w:t>vn -1.0000 0.0020 -0.0049</w:t>
        <w:br/>
        <w:t>vn -0.9964 0.0043 -0.0843</w:t>
        <w:br/>
        <w:t>vn -0.9923 0.0054 -0.1240</w:t>
        <w:br/>
        <w:t>vn -1.0000 0.0022 -0.0049</w:t>
        <w:br/>
        <w:t>vn -1.0000 0.0023 -0.0050</w:t>
        <w:br/>
        <w:t>vn 0.0000 -0.9998 -0.0176</w:t>
        <w:br/>
        <w:t>vn 0.0001 -0.9998 -0.0176</w:t>
        <w:br/>
        <w:t>vn 0.0122 0.9994 -0.0316</w:t>
        <w:br/>
        <w:t>vn 0.0122 0.9994 -0.0317</w:t>
        <w:br/>
        <w:t>vn 0.0132 0.9971 -0.0756</w:t>
        <w:br/>
        <w:t>vn 0.9998 -0.0152 -0.0085</w:t>
        <w:br/>
        <w:t>vn 0.9923 -0.0165 -0.1226</w:t>
        <w:br/>
        <w:t>vn 0.9923 -0.0164 -0.1226</w:t>
        <w:br/>
        <w:t>vn -0.0123 -0.9995 -0.0305</w:t>
        <w:br/>
        <w:t>vn -0.0118 -0.9964 -0.0840</w:t>
        <w:br/>
        <w:t>vn -0.0123 -0.9995 -0.0306</w:t>
        <w:br/>
        <w:t>vn -0.9998 0.0167 0.0080</w:t>
        <w:br/>
        <w:t>vn -0.9924 0.0151 -0.1218</w:t>
        <w:br/>
        <w:t>vn -0.9924 0.0151 -0.1219</w:t>
        <w:br/>
        <w:t>vn 0.0000 0.3135 -0.9496</w:t>
        <w:br/>
        <w:t>vn 0.0000 0.3134 -0.9496</w:t>
        <w:br/>
        <w:t>vn 0.0001 -0.3348 -0.9423</w:t>
        <w:br/>
        <w:t>vn 0.0038 0.9949 -0.1005</w:t>
        <w:br/>
        <w:t>vn 0.9999 -0.0059 -0.0084</w:t>
        <w:br/>
        <w:t>vn -0.0041 -0.9966 -0.0827</w:t>
        <w:br/>
        <w:t>vn -0.0041 -0.9966 -0.0826</w:t>
        <w:br/>
        <w:t>vn -0.9999 0.0074 0.0079</w:t>
        <w:br/>
        <w:t>vn -0.9999 0.0075 0.0078</w:t>
        <w:br/>
        <w:t>vn -0.0001 1.0000 -0.0058</w:t>
        <w:br/>
        <w:t>vn -0.0000 1.0000 -0.0060</w:t>
        <w:br/>
        <w:t>vn -0.0001 -0.9999 0.0105</w:t>
        <w:br/>
        <w:t>vn -0.0000 -0.9999 0.0104</w:t>
        <w:br/>
        <w:t>vn -1.0000 0.0023 -0.0007</w:t>
        <w:br/>
        <w:t>vn 0.0000 0.7617 -0.6479</w:t>
        <w:br/>
        <w:t>vn 0.0000 0.7616 -0.6480</w:t>
        <w:br/>
        <w:t>vn 0.0000 0.6328 -0.7743</w:t>
        <w:br/>
        <w:t>vn 0.0001 0.6327 -0.7744</w:t>
        <w:br/>
        <w:t>vn 0.0000 0.8315 0.5556</w:t>
        <w:br/>
        <w:t>vn -0.0059 0.2849 0.9585</w:t>
        <w:br/>
        <w:t>vn 0.0000 0.8316 0.5554</w:t>
        <w:br/>
        <w:t>vn -1.0000 0.0022 -0.0007</w:t>
        <w:br/>
        <w:t>vn 0.0010 0.9956 -0.0940</w:t>
        <w:br/>
        <w:t>vn -0.0002 0.7833 0.6216</w:t>
        <w:br/>
        <w:t>vn -0.0001 0.7835 0.6214</w:t>
        <w:br/>
        <w:t>vn 0.0010 0.9956 -0.0942</w:t>
        <w:br/>
        <w:t>vn -0.0010 -0.9960 0.0897</w:t>
        <w:br/>
        <w:t>vn -0.0010 -0.9960 0.0895</w:t>
        <w:br/>
        <w:t>vn -0.0009 -0.6689 0.7433</w:t>
        <w:br/>
        <w:t>vn -0.0012 -0.6689 0.7433</w:t>
        <w:br/>
        <w:t>vn 0.0002 -0.8229 -0.5682</w:t>
        <w:br/>
        <w:t>vn 0.0002 -0.8228 -0.5683</w:t>
        <w:br/>
        <w:t>vn -1.0000 0.0024 -0.0008</w:t>
        <w:br/>
        <w:t>vn -0.0003 0.1036 0.9946</w:t>
        <w:br/>
        <w:t>vn -0.0003 0.1035 0.9946</w:t>
        <w:br/>
        <w:t>vn -0.0000 -0.4132 0.9107</w:t>
        <w:br/>
        <w:t>vn -0.0001 -0.4130 0.9107</w:t>
        <w:br/>
        <w:t>vn 0.0001 0.2391 -0.9710</w:t>
        <w:br/>
        <w:t>vn 0.0000 0.2394 -0.9709</w:t>
        <w:br/>
        <w:t>vn 0.0004 -0.2886 -0.9574</w:t>
        <w:br/>
        <w:t>vn 0.0004 -0.2887 -0.9574</w:t>
        <w:br/>
        <w:t>vn -0.0000 -0.8716 0.4901</w:t>
        <w:br/>
        <w:t>vn -0.0000 -0.8715 0.4903</w:t>
        <w:br/>
        <w:t>vn -1.0000 0.0023 -0.0008</w:t>
        <w:br/>
        <w:t>vn 0.0013 0.6689 0.7433</w:t>
        <w:br/>
        <w:t>vn 0.0066 0.9966 0.0826</w:t>
        <w:br/>
        <w:t>vn 0.0137 0.8540 -0.5201</w:t>
        <w:br/>
        <w:t>vn -1.0000 0.0021 -0.0006</w:t>
        <w:br/>
        <w:t>vn -1.0000 0.0021 -0.0007</w:t>
        <w:br/>
        <w:t>vn 0.0100 0.4117 -0.9113</w:t>
        <w:br/>
        <w:t>vn -0.0720 -0.8154 0.5744</w:t>
        <w:br/>
        <w:t>vn -0.0297 -0.9941 -0.1039</w:t>
        <w:br/>
        <w:t>vn -0.0298 -0.9941 -0.1038</w:t>
        <w:br/>
        <w:t>vn -0.0434 -0.2094 0.9769</w:t>
        <w:br/>
        <w:t>vn -0.0433 -0.2093 0.9769</w:t>
        <w:br/>
        <w:t>vn 0.0022 -0.1558 -0.9878</w:t>
        <w:br/>
        <w:t>vn 0.0000 -0.6184 -0.7858</w:t>
        <w:br/>
        <w:t>vn 0.0000 -0.6187 -0.7856</w:t>
        <w:br/>
        <w:t>vn 0.0000 -0.7617 -0.6480</w:t>
        <w:br/>
        <w:t>vn 0.0000 -0.7617 -0.6479</w:t>
        <w:br/>
        <w:t>vn 1.0000 -0.0009 0.0003</w:t>
        <w:br/>
        <w:t>vn -1.0000 0.0026 -0.0007</w:t>
        <w:br/>
        <w:t>vn 0.0000 0.1567 0.9876</w:t>
        <w:br/>
        <w:t>vn 0.0005 0.5579 0.8299</w:t>
        <w:br/>
        <w:t>vn 0.0000 0.1566 0.9877</w:t>
        <w:br/>
        <w:t>vn -0.0007 -0.5579 0.8299</w:t>
        <w:br/>
        <w:t>vn -0.0007 -0.5578 0.8299</w:t>
        <w:br/>
        <w:t>vn -0.0000 -0.1567 0.9877</w:t>
        <w:br/>
        <w:t>vn -0.0000 -0.1566 0.9877</w:t>
        <w:br/>
        <w:t>vn -1.0000 0.0022 -0.0006</w:t>
        <w:br/>
        <w:t>vn -1.0000 0.0022 -0.0005</w:t>
        <w:br/>
        <w:t>vn 0.0017 0.9405 -0.3399</w:t>
        <w:br/>
        <w:t>vn 0.0017 0.9404 -0.3400</w:t>
        <w:br/>
        <w:t>vn -0.0017 -0.9405 -0.3399</w:t>
        <w:br/>
        <w:t>vn -0.0017 -0.9405 -0.3398</w:t>
        <w:br/>
        <w:t>vn 0.0097 0.9884 -0.1513</w:t>
        <w:br/>
        <w:t>vn -0.0069 -0.9859 -0.1671</w:t>
        <w:br/>
        <w:t>vn -0.0069 -0.9859 -0.1672</w:t>
        <w:br/>
        <w:t>vn -0.1817 -0.4085 0.8945</w:t>
        <w:br/>
        <w:t>vn -0.1822 -0.4088 0.8943</w:t>
        <w:br/>
        <w:t>vn -0.1816 -0.4087 0.8944</w:t>
        <w:br/>
        <w:t>vn -0.1820 -0.4087 0.8943</w:t>
        <w:br/>
        <w:t>vn -0.1814 -0.4083 0.8946</w:t>
        <w:br/>
        <w:t>vn -0.1817 -0.4089 0.8943</w:t>
        <w:br/>
        <w:t>vn -0.1814 -0.4084 0.8946</w:t>
        <w:br/>
        <w:t>vn -0.1813 -0.4082 0.8947</w:t>
        <w:br/>
        <w:t>vn -0.2698 0.9607 0.0655</w:t>
        <w:br/>
        <w:t>vn -0.2698 0.9607 0.0656</w:t>
        <w:br/>
        <w:t>vn -0.8189 -0.1275 -0.5595</w:t>
        <w:br/>
        <w:t>vn -0.8602 0.3066 -0.4075</w:t>
        <w:br/>
        <w:t>vn -0.8188 -0.1276 -0.5597</w:t>
        <w:br/>
        <w:t>vn -0.8603 0.3072 -0.4068</w:t>
        <w:br/>
        <w:t>vn 0.3729 -0.7335 -0.5683</w:t>
        <w:br/>
        <w:t>vn 0.3728 -0.7335 -0.5683</w:t>
        <w:br/>
        <w:t>vn 0.3729 -0.7334 -0.5684</w:t>
        <w:br/>
        <w:t>vn -0.5709 -0.4556 -0.6830</w:t>
        <w:br/>
        <w:t>vn -0.5699 -0.4568 -0.6830</w:t>
        <w:br/>
        <w:t>vn -0.5699 -0.4569 -0.6830</w:t>
        <w:br/>
        <w:t>vn -0.5708 -0.4556 -0.6831</w:t>
        <w:br/>
        <w:t>vn -0.8188 -0.1291 -0.5594</w:t>
        <w:br/>
        <w:t>vn -0.8187 -0.1289 -0.5595</w:t>
        <w:br/>
        <w:t>vn -0.5708 -0.4556 -0.6830</w:t>
        <w:br/>
        <w:t>vn 0.9302 0.3640 0.0463</w:t>
        <w:br/>
        <w:t>vn 0.9302 0.3641 0.0462</w:t>
        <w:br/>
        <w:t>vn 0.9302 0.3642 0.0461</w:t>
        <w:br/>
        <w:t>vn 0.1817 0.4085 -0.8945</w:t>
        <w:br/>
        <w:t>vn 0.1815 0.4087 -0.8944</w:t>
        <w:br/>
        <w:t>vn 0.1821 0.4086 -0.8944</w:t>
        <w:br/>
        <w:t>vn 0.1823 0.4087 -0.8943</w:t>
        <w:br/>
        <w:t>vn 0.1811 0.4080 -0.8948</w:t>
        <w:br/>
        <w:t>vn 0.1817 0.4090 -0.8943</w:t>
        <w:br/>
        <w:t>vn 0.1810 0.4080 -0.8949</w:t>
        <w:br/>
        <w:t>vn 0.1813 0.4081 -0.8947</w:t>
        <w:br/>
        <w:t>vn 0.1817 -0.4085 0.8945</w:t>
        <w:br/>
        <w:t>vn 0.1816 -0.4087 0.8944</w:t>
        <w:br/>
        <w:t>vn 0.1818 -0.4086 0.8944</w:t>
        <w:br/>
        <w:t>vn 0.1818 -0.4085 0.8944</w:t>
        <w:br/>
        <w:t>vn 0.1813 -0.4083 0.8947</w:t>
        <w:br/>
        <w:t>vn 0.1817 -0.4090 0.8943</w:t>
        <w:br/>
        <w:t>vn 0.1814 -0.4084 0.8946</w:t>
        <w:br/>
        <w:t>vn 0.1812 -0.4082 0.8948</w:t>
        <w:br/>
        <w:t>vn 0.2697 0.9607 0.0655</w:t>
        <w:br/>
        <w:t>vn 0.2698 0.9607 0.0655</w:t>
        <w:br/>
        <w:t>vn 0.8602 0.3068 -0.4074</w:t>
        <w:br/>
        <w:t>vn 0.8189 -0.1277 -0.5595</w:t>
        <w:br/>
        <w:t>vn 0.8190 -0.1276 -0.5594</w:t>
        <w:br/>
        <w:t>vn 0.8602 0.3067 -0.4074</w:t>
        <w:br/>
        <w:t>vn 0.8603 0.3075 -0.4066</w:t>
        <w:br/>
        <w:t>vn -0.3729 -0.7334 -0.5684</w:t>
        <w:br/>
        <w:t>vn -0.3730 -0.7333 -0.5684</w:t>
        <w:br/>
        <w:t>vn 0.5698 -0.4572 -0.6829</w:t>
        <w:br/>
        <w:t>vn 0.5698 -0.4571 -0.6829</w:t>
        <w:br/>
        <w:t>vn 0.5709 -0.4557 -0.6830</w:t>
        <w:br/>
        <w:t>vn 0.5709 -0.4556 -0.6830</w:t>
        <w:br/>
        <w:t>vn 0.8187 -0.1296 -0.5594</w:t>
        <w:br/>
        <w:t>vn 0.8187 -0.1295 -0.5594</w:t>
        <w:br/>
        <w:t>vn 0.5709 -0.4556 -0.6829</w:t>
        <w:br/>
        <w:t>vn 0.8603 0.3074 -0.4066</w:t>
        <w:br/>
        <w:t>vn -0.9302 0.3641 0.0461</w:t>
        <w:br/>
        <w:t>vn -0.9302 0.3642 0.0460</w:t>
        <w:br/>
        <w:t>vn -0.1817 0.4085 -0.8945</w:t>
        <w:br/>
        <w:t>vn -0.1822 0.4087 -0.8943</w:t>
        <w:br/>
        <w:t>vn -0.1815 0.4084 -0.8946</w:t>
        <w:br/>
        <w:t>vn -0.1821 0.4086 -0.8943</w:t>
        <w:br/>
        <w:t>vn -0.1811 0.4080 -0.8948</w:t>
        <w:br/>
        <w:t>vn -0.1817 0.4091 -0.8942</w:t>
        <w:br/>
        <w:t>vn -0.1809 0.4080 -0.8949</w:t>
        <w:br/>
        <w:t>vn -0.1812 0.4080 -0.8948</w:t>
        <w:br/>
        <w:t>vn -0.0691 0.0076 0.9976</w:t>
        <w:br/>
        <w:t>vn -0.0994 -0.0767 0.9921</w:t>
        <w:br/>
        <w:t>vn 0.0288 0.1004 0.9945</w:t>
        <w:br/>
        <w:t>vn 0.3244 0.7056 0.6301</w:t>
        <w:br/>
        <w:t>vn 0.3244 0.7056 0.6300</w:t>
        <w:br/>
        <w:t>vn 0.2822 0.3948 -0.8744</w:t>
        <w:br/>
        <w:t>vn 0.2821 0.3948 -0.8744</w:t>
        <w:br/>
        <w:t>vn 0.0241 -0.1870 -0.9821</w:t>
        <w:br/>
        <w:t>vn 0.0240 -0.1869 -0.9821</w:t>
        <w:br/>
        <w:t>vn -0.1878 -0.4842 -0.8546</w:t>
        <w:br/>
        <w:t>vn -0.1878 -0.4843 -0.8545</w:t>
        <w:br/>
        <w:t>vn 0.4002 0.8670 -0.2970</w:t>
        <w:br/>
        <w:t>vn 0.8233 -0.5228 -0.2211</w:t>
        <w:br/>
        <w:t>vn 0.7962 -0.5490 -0.2543</w:t>
        <w:br/>
        <w:t>vn 0.7465 -0.6010 -0.2856</w:t>
        <w:br/>
        <w:t>vn 0.7465 -0.6009 -0.2856</w:t>
        <w:br/>
        <w:t>vn -0.7021 0.6460 -0.2994</w:t>
        <w:br/>
        <w:t>vn -0.7361 0.6106 -0.2921</w:t>
        <w:br/>
        <w:t>vn -0.7361 0.6105 -0.2921</w:t>
        <w:br/>
        <w:t>vn -0.8510 0.4542 -0.2634</w:t>
        <w:br/>
        <w:t>vn -0.8511 0.4542 -0.2634</w:t>
        <w:br/>
        <w:t>vn -0.9607 0.2283 -0.1577</w:t>
        <w:br/>
        <w:t>vn -0.9607 0.2284 -0.1577</w:t>
        <w:br/>
        <w:t>vn 0.7728 -0.6117 -0.1691</w:t>
        <w:br/>
        <w:t>vn 0.7728 -0.6117 -0.1690</w:t>
        <w:br/>
        <w:t>vn -0.9790 0.1741 0.1064</w:t>
        <w:br/>
        <w:t>vn -0.9790 0.1741 0.1063</w:t>
        <w:br/>
        <w:t>vn 0.7342 -0.6760 0.0628</w:t>
        <w:br/>
        <w:t>vn -0.8811 0.3449 0.3236</w:t>
        <w:br/>
        <w:t>vn -0.8066 0.5496 0.2173</w:t>
        <w:br/>
        <w:t>vn -0.7835 0.6171 0.0732</w:t>
        <w:br/>
        <w:t>vn 0.8678 -0.3033 0.3935</w:t>
        <w:br/>
        <w:t>vn 0.7867 -0.4833 0.3841</w:t>
        <w:br/>
        <w:t>vn 0.6935 -0.6549 0.3004</w:t>
        <w:br/>
        <w:t>vn 0.0697 -0.0058 -0.9976</w:t>
        <w:br/>
        <w:t>vn 0.0973 0.0746 -0.9925</w:t>
        <w:br/>
        <w:t>vn -0.0313 -0.1029 -0.9942</w:t>
        <w:br/>
        <w:t>vn -0.0313 -0.1030 -0.9942</w:t>
        <w:br/>
        <w:t>vn -0.2954 -0.6464 -0.7035</w:t>
        <w:br/>
        <w:t>vn -0.0315 0.1663 0.9856</w:t>
        <w:br/>
        <w:t>vn -0.2666 -0.4061 0.8741</w:t>
        <w:br/>
        <w:t>vn -0.2666 -0.4061 0.8740</w:t>
        <w:br/>
        <w:t>vn -0.0314 0.1663 0.9856</w:t>
        <w:br/>
        <w:t>vn 0.1770 0.4692 0.8652</w:t>
        <w:br/>
        <w:t>vn -0.3638 -0.8475 -0.3865</w:t>
        <w:br/>
        <w:t>vn -0.2800 -0.6233 0.7302</w:t>
        <w:br/>
        <w:t>vn 0.1329 -0.0143 0.9910</w:t>
        <w:br/>
        <w:t>vn 0.6713 -0.0361 0.7403</w:t>
        <w:br/>
        <w:t>vn 0.6713 -0.0362 0.7403</w:t>
        <w:br/>
        <w:t>vn -0.4041 0.0142 0.9146</w:t>
        <w:br/>
        <w:t>vn -0.8175 0.0512 0.5736</w:t>
        <w:br/>
        <w:t>vn -0.8175 0.0513 0.5736</w:t>
        <w:br/>
        <w:t>vn -0.9878 0.0679 0.1401</w:t>
        <w:br/>
        <w:t>vn -0.9878 0.0680 0.1402</w:t>
        <w:br/>
        <w:t>vn -0.9332 0.0651 -0.3533</w:t>
        <w:br/>
        <w:t>vn -0.9333 0.0651 -0.3533</w:t>
        <w:br/>
        <w:t>vn 0.9580 -0.0417 0.2839</w:t>
        <w:br/>
        <w:t>vn 0.9959 -0.0087 -0.0896</w:t>
        <w:br/>
        <w:t>vn 0.9959 -0.0087 -0.0897</w:t>
        <w:br/>
        <w:t>vn 0.8228 0.0641 -0.5647</w:t>
        <w:br/>
        <w:t>vn -0.0426 0.1152 -0.9924</w:t>
        <w:br/>
        <w:t>vn 0.4547 0.1125 -0.8835</w:t>
        <w:br/>
        <w:t>vn -0.6144 0.0815 -0.7847</w:t>
        <w:br/>
        <w:t>vn -0.0088 -0.9998 0.0150</w:t>
        <w:br/>
        <w:t>vn 0.0110 -0.9999 0.0030</w:t>
        <w:br/>
        <w:t>vn 0.0182 0.9994 -0.0307</w:t>
        <w:br/>
        <w:t>vn -0.0060 0.9998 -0.0181</w:t>
        <w:br/>
        <w:t>vn -0.0059 0.9998 -0.0182</w:t>
        <w:br/>
        <w:t>vn 0.0182 0.9994 -0.0306</w:t>
        <w:br/>
        <w:t>vn 0.0208 -0.9995 0.0228</w:t>
        <w:br/>
        <w:t>vn 0.0208 -0.9995 0.0227</w:t>
        <w:br/>
        <w:t>vn -0.0243 0.9991 -0.0351</w:t>
        <w:br/>
        <w:t>vn -0.0243 0.9991 -0.0350</w:t>
        <w:br/>
        <w:t>vn 0.0250 -0.9990 0.0371</w:t>
        <w:br/>
        <w:t>vn -0.0263 0.9985 -0.0480</w:t>
        <w:br/>
        <w:t>vn -0.0108 0.9997 -0.0204</w:t>
        <w:br/>
        <w:t>vn -0.0109 0.9997 -0.0204</w:t>
        <w:br/>
        <w:t>vn 0.0102 -0.9999 0.0120</w:t>
        <w:br/>
        <w:t>vn -0.0241 0.9989 0.0405</w:t>
        <w:br/>
        <w:t>vn 0.0209 -0.9988 -0.0439</w:t>
        <w:br/>
        <w:t>vn 0.0143 0.9999 -0.0030</w:t>
        <w:br/>
        <w:t>vn -0.0135 -0.9999 -0.0058</w:t>
        <w:br/>
        <w:t>vn -0.0143 0.9991 0.0406</w:t>
        <w:br/>
        <w:t>vn 0.0124 -0.9989 -0.0458</w:t>
        <w:br/>
        <w:t>vn 0.0409 -0.9985 -0.0373</w:t>
        <w:br/>
        <w:t>vn 0.0408 -0.9985 -0.0373</w:t>
        <w:br/>
        <w:t>vn -0.0391 0.9987 0.0333</w:t>
        <w:br/>
        <w:t>vn -0.0114 0.9986 0.0519</w:t>
        <w:br/>
        <w:t>vn -0.0327 0.9987 0.0392</w:t>
        <w:br/>
        <w:t>vn -0.0114 0.9986 0.0520</w:t>
        <w:br/>
        <w:t>vn 0.0128 -0.9984 -0.0542</w:t>
        <w:br/>
        <w:t>vn 0.0128 -0.9984 -0.0544</w:t>
        <w:br/>
        <w:t>vn 0.0374 -0.9985 -0.0411</w:t>
        <w:br/>
        <w:t>vn 0.0374 -0.9985 -0.0412</w:t>
        <w:br/>
        <w:t>vn 0.0251 -0.9976 -0.0640</w:t>
        <w:br/>
        <w:t>vn 0.0209 -0.9988 -0.0440</w:t>
        <w:br/>
        <w:t>vn 0.0251 -0.9976 -0.0641</w:t>
        <w:br/>
        <w:t>vn -0.0286 0.9976 0.0628</w:t>
        <w:br/>
        <w:t>vn -0.0286 0.9976 0.0629</w:t>
        <w:br/>
        <w:t>vn -0.1329 -0.0143 0.9910</w:t>
        <w:br/>
        <w:t>vn -0.6713 -0.0362 0.7403</w:t>
        <w:br/>
        <w:t>vn -0.6713 -0.0361 0.7403</w:t>
        <w:br/>
        <w:t>vn -0.1329 -0.0142 0.9910</w:t>
        <w:br/>
        <w:t>vn 0.4041 0.0142 0.9146</w:t>
        <w:br/>
        <w:t>vn 0.8175 0.0512 0.5736</w:t>
        <w:br/>
        <w:t>vn 0.8175 0.0513 0.5736</w:t>
        <w:br/>
        <w:t>vn 0.9878 0.0680 0.1402</w:t>
        <w:br/>
        <w:t>vn 0.9333 0.0651 -0.3533</w:t>
        <w:br/>
        <w:t>vn 0.9332 0.0651 -0.3533</w:t>
        <w:br/>
        <w:t>vn -0.9580 -0.0417 0.2839</w:t>
        <w:br/>
        <w:t>vn -0.9959 -0.0087 -0.0896</w:t>
        <w:br/>
        <w:t>vn -0.9959 -0.0087 -0.0897</w:t>
        <w:br/>
        <w:t>vn -0.8228 0.0641 -0.5647</w:t>
        <w:br/>
        <w:t>vn 0.0426 0.1152 -0.9924</w:t>
        <w:br/>
        <w:t>vn -0.4547 0.1125 -0.8835</w:t>
        <w:br/>
        <w:t>vn 0.6144 0.0815 -0.7847</w:t>
        <w:br/>
        <w:t>vn -0.0110 -0.9999 0.0030</w:t>
        <w:br/>
        <w:t>vn 0.0088 -0.9998 0.0150</w:t>
        <w:br/>
        <w:t>vn -0.0182 0.9994 -0.0307</w:t>
        <w:br/>
        <w:t>vn 0.0059 0.9998 -0.0182</w:t>
        <w:br/>
        <w:t>vn 0.0060 0.9998 -0.0181</w:t>
        <w:br/>
        <w:t>vn -0.0208 -0.9995 0.0227</w:t>
        <w:br/>
        <w:t>vn 0.0243 0.9991 -0.0350</w:t>
        <w:br/>
        <w:t>vn 0.0243 0.9991 -0.0351</w:t>
        <w:br/>
        <w:t>vn -0.0250 -0.9990 0.0371</w:t>
        <w:br/>
        <w:t>vn 0.0263 0.9985 -0.0480</w:t>
        <w:br/>
        <w:t>vn 0.0109 0.9997 -0.0204</w:t>
        <w:br/>
        <w:t>vn 0.0108 0.9997 -0.0204</w:t>
        <w:br/>
        <w:t>vn -0.0102 -0.9999 0.0120</w:t>
        <w:br/>
        <w:t>vn 0.0241 0.9989 0.0405</w:t>
        <w:br/>
        <w:t>vn -0.0209 -0.9988 -0.0439</w:t>
        <w:br/>
        <w:t>vn -0.0143 0.9999 -0.0030</w:t>
        <w:br/>
        <w:t>vn 0.0135 -0.9999 -0.0058</w:t>
        <w:br/>
        <w:t>vn 0.0135 -0.9999 -0.0059</w:t>
        <w:br/>
        <w:t>vn 0.0143 0.9991 0.0406</w:t>
        <w:br/>
        <w:t>vn -0.0124 -0.9989 -0.0458</w:t>
        <w:br/>
        <w:t>vn -0.0409 -0.9985 -0.0373</w:t>
        <w:br/>
        <w:t>vn -0.0408 -0.9985 -0.0373</w:t>
        <w:br/>
        <w:t>vn 0.0391 0.9987 0.0333</w:t>
        <w:br/>
        <w:t>vn 0.0114 0.9986 0.0522</w:t>
        <w:br/>
        <w:t>vn 0.0114 0.9986 0.0519</w:t>
        <w:br/>
        <w:t>vn 0.0327 0.9987 0.0392</w:t>
        <w:br/>
        <w:t>vn 0.0328 0.9987 0.0392</w:t>
        <w:br/>
        <w:t>vn -0.0374 -0.9985 -0.0411</w:t>
        <w:br/>
        <w:t>vn -0.0128 -0.9984 -0.0544</w:t>
        <w:br/>
        <w:t>vn -0.0374 -0.9985 -0.0412</w:t>
        <w:br/>
        <w:t>vn -0.0251 -0.9976 -0.0641</w:t>
        <w:br/>
        <w:t>vn 0.0286 0.9976 0.0629</w:t>
        <w:br/>
        <w:t>vn 0.0692 0.0074 0.9976</w:t>
        <w:br/>
        <w:t>vn 0.0994 -0.0770 0.9921</w:t>
        <w:br/>
        <w:t>vn 0.0995 -0.0770 0.9921</w:t>
        <w:br/>
        <w:t>vn -0.0287 0.1005 0.9945</w:t>
        <w:br/>
        <w:t>vn -0.3240 0.7059 0.6298</w:t>
        <w:br/>
        <w:t>vn -0.3240 0.7059 0.6299</w:t>
        <w:br/>
        <w:t>vn -0.0242 -0.1868 -0.9821</w:t>
        <w:br/>
        <w:t>vn -0.2821 0.3957 -0.8740</w:t>
        <w:br/>
        <w:t>vn 0.1875 -0.4847 -0.8544</w:t>
        <w:br/>
        <w:t>vn -0.3997 0.8673 -0.2966</w:t>
        <w:br/>
        <w:t>vn -0.3997 0.8673 -0.2965</w:t>
        <w:br/>
        <w:t>vn -0.8247 -0.5206 -0.2209</w:t>
        <w:br/>
        <w:t>vn -0.7977 -0.5470 -0.2541</w:t>
        <w:br/>
        <w:t>vn -0.7479 -0.5992 -0.2856</w:t>
        <w:br/>
        <w:t>vn 0.7372 0.6088 -0.2931</w:t>
        <w:br/>
        <w:t>vn 0.7372 0.6088 -0.2930</w:t>
        <w:br/>
        <w:t>vn 0.7030 0.6446 -0.3004</w:t>
        <w:br/>
        <w:t>vn 0.8522 0.4515 -0.2643</w:t>
        <w:br/>
        <w:t>vn 0.9615 0.2247 -0.1585</w:t>
        <w:br/>
        <w:t>vn 0.9615 0.2247 -0.1584</w:t>
        <w:br/>
        <w:t>vn -0.7742 -0.6100 -0.1687</w:t>
        <w:br/>
        <w:t>vn 0.9797 0.1704 0.1057</w:t>
        <w:br/>
        <w:t>vn -0.7355 -0.6746 0.0636</w:t>
        <w:br/>
        <w:t>vn -0.7355 -0.6746 0.0635</w:t>
        <w:br/>
        <w:t>vn 0.8823 0.3420 0.3233</w:t>
        <w:br/>
        <w:t>vn 0.8080 0.5477 0.2170</w:t>
        <w:br/>
        <w:t>vn 0.7847 0.6156 0.0726</w:t>
        <w:br/>
        <w:t>vn -0.7875 -0.4811 0.3852</w:t>
        <w:br/>
        <w:t>vn -0.8684 -0.3004 0.3946</w:t>
        <w:br/>
        <w:t>vn -0.6944 -0.6533 0.3015</w:t>
        <w:br/>
        <w:t>vn -0.0698 -0.0056 -0.9975</w:t>
        <w:br/>
        <w:t>vn -0.0974 0.0749 -0.9924</w:t>
        <w:br/>
        <w:t>vn 0.0313 -0.1031 -0.9942</w:t>
        <w:br/>
        <w:t>vn 0.2952 -0.6468 -0.7033</w:t>
        <w:br/>
        <w:t>vn 0.2952 -0.6468 -0.7032</w:t>
        <w:br/>
        <w:t>vn 0.0316 0.1661 0.9856</w:t>
        <w:br/>
        <w:t>vn 0.0316 0.1662 0.9856</w:t>
        <w:br/>
        <w:t>vn 0.2666 -0.4070 0.8737</w:t>
        <w:br/>
        <w:t>vn -0.1767 0.4696 0.8650</w:t>
        <w:br/>
        <w:t>vn 0.3633 -0.8478 -0.3863</w:t>
        <w:br/>
        <w:t>vn 0.2798 -0.6240 0.7296</w:t>
        <w:br/>
        <w:t>vn -0.7170 0.4171 -0.5586</w:t>
        <w:br/>
        <w:t>vn -0.7170 0.4170 -0.5586</w:t>
        <w:br/>
        <w:t>vn -0.7297 -0.0315 -0.6830</w:t>
        <w:br/>
        <w:t>vn -0.7198 0.0055 -0.6941</w:t>
        <w:br/>
        <w:t>vn -0.7135 0.0664 -0.6975</w:t>
        <w:br/>
        <w:t>vn -0.7053 0.0160 -0.7087</w:t>
        <w:br/>
        <w:t>vn -0.7053 0.0159 -0.7087</w:t>
        <w:br/>
        <w:t>vn -0.6575 -0.2057 -0.7249</w:t>
        <w:br/>
        <w:t>vn -0.3826 -0.6705 -0.6357</w:t>
        <w:br/>
        <w:t>vn -0.3826 -0.6705 -0.6356</w:t>
        <w:br/>
        <w:t>vn 0.7194 -0.4620 0.5187</w:t>
        <w:br/>
        <w:t>vn 0.7399 -0.2569 0.6217</w:t>
        <w:br/>
        <w:t>vn 0.6967 0.0735 0.7136</w:t>
        <w:br/>
        <w:t>vn 0.7169 -0.0107 0.6971</w:t>
        <w:br/>
        <w:t>vn 0.6898 0.0895 0.7184</w:t>
        <w:br/>
        <w:t>vn 0.6898 0.0896 0.7184</w:t>
        <w:br/>
        <w:t>vn 0.7222 -0.0443 0.6903</w:t>
        <w:br/>
        <w:t>vn 0.7377 -0.1372 0.6610</w:t>
        <w:br/>
        <w:t>vn -0.2143 0.9768 0.0052</w:t>
        <w:br/>
        <w:t>vn -0.2142 0.9768 0.0052</w:t>
        <w:br/>
        <w:t>vn 0.1735 0.9267 0.3333</w:t>
        <w:br/>
        <w:t>vn 0.1737 0.9266 0.3334</w:t>
        <w:br/>
        <w:t>vn 0.7126 -0.4385 0.5477</w:t>
        <w:br/>
        <w:t>vn 0.7328 0.0151 0.6803</w:t>
        <w:br/>
        <w:t>vn 0.7125 -0.4386 0.5477</w:t>
        <w:br/>
        <w:t>vn 0.7211 -0.0073 0.6928</w:t>
        <w:br/>
        <w:t>vn 0.7146 -0.0660 0.6965</w:t>
        <w:br/>
        <w:t>vn 0.7063 -0.0126 0.7078</w:t>
        <w:br/>
        <w:t>vn 0.6553 0.2166 0.7237</w:t>
        <w:br/>
        <w:t>vn 0.3952 0.6596 0.6393</w:t>
        <w:br/>
        <w:t>vn -0.6993 0.5020 -0.5089</w:t>
        <w:br/>
        <w:t>vn -0.7313 0.2844 -0.6199</w:t>
        <w:br/>
        <w:t>vn -0.6981 -0.0703 -0.7125</w:t>
        <w:br/>
        <w:t>vn -0.6981 -0.0704 -0.7125</w:t>
        <w:br/>
        <w:t>vn -0.7173 0.0188 -0.6965</w:t>
        <w:br/>
        <w:t>vn -0.7171 0.0189 -0.6967</w:t>
        <w:br/>
        <w:t>vn -0.6890 -0.0901 -0.7191</w:t>
        <w:br/>
        <w:t>vn -0.7205 0.0282 -0.6929</w:t>
        <w:br/>
        <w:t>vn -0.7205 0.0281 -0.6929</w:t>
        <w:br/>
        <w:t>vn -0.7373 0.1075 -0.6670</w:t>
        <w:br/>
        <w:t>vn 0.2006 -0.9795 -0.0186</w:t>
        <w:br/>
        <w:t>vn -0.1895 -0.9193 -0.3449</w:t>
        <w:br/>
        <w:t>vn -0.1895 -0.9193 -0.3448</w:t>
        <w:br/>
        <w:t>vn -0.6513 -0.1250 0.7485</w:t>
        <w:br/>
        <w:t>vn -0.6245 -0.1207 0.7716</w:t>
        <w:br/>
        <w:t>vn -0.6246 -0.1207 0.7716</w:t>
        <w:br/>
        <w:t>vn 0.6227 0.1445 -0.7690</w:t>
        <w:br/>
        <w:t>vn 0.6246 0.0903 -0.7757</w:t>
        <w:br/>
        <w:t>vn 0.6247 0.0903 -0.7757</w:t>
        <w:br/>
        <w:t>vn -0.6214 -0.1371 0.7714</w:t>
        <w:br/>
        <w:t>vn 0.6121 0.1492 -0.7766</w:t>
        <w:br/>
        <w:t>vn 0.6123 0.1492 -0.7764</w:t>
        <w:br/>
        <w:t>vn -0.6235 -0.1581 0.7657</w:t>
        <w:br/>
        <w:t>vn 0.6188 0.1423 -0.7726</w:t>
        <w:br/>
        <w:t>vn -0.6446 -0.1648 0.7466</w:t>
        <w:br/>
        <w:t>vn -0.6445 -0.1648 0.7466</w:t>
        <w:br/>
        <w:t>vn 0.6425 0.1438 -0.7527</w:t>
        <w:br/>
        <w:t>vn 0.6425 0.1437 -0.7527</w:t>
        <w:br/>
        <w:t>vn -0.6663 -0.1512 0.7302</w:t>
        <w:br/>
        <w:t>vn 0.6366 0.1738 -0.7513</w:t>
        <w:br/>
        <w:t>vn -0.7061 -0.1160 0.6985</w:t>
        <w:br/>
        <w:t>vn -0.7061 -0.1160 0.6986</w:t>
        <w:br/>
        <w:t>vn 0.5502 0.1704 -0.8175</w:t>
        <w:br/>
        <w:t>vn -0.7361 -0.1525 0.6595</w:t>
        <w:br/>
        <w:t>vn -0.6912 -0.1902 0.6972</w:t>
        <w:br/>
        <w:t>vn -0.6912 -0.1901 0.6972</w:t>
        <w:br/>
        <w:t>vn 0.7250 0.1072 -0.6804</w:t>
        <w:br/>
        <w:t>vn 0.6196 0.1208 -0.7756</w:t>
        <w:br/>
        <w:t>vn 0.6196 0.1208 -0.7755</w:t>
        <w:br/>
        <w:t>vn -0.6530 -0.1608 0.7400</w:t>
        <w:br/>
        <w:t>vn -0.6530 -0.1608 0.7401</w:t>
        <w:br/>
        <w:t>vn -0.6484 -0.1581 0.7447</w:t>
        <w:br/>
        <w:t>vn -0.6484 -0.1580 0.7447</w:t>
        <w:br/>
        <w:t>vn 0.6500 0.1596 -0.7430</w:t>
        <w:br/>
        <w:t>vn 0.6859 0.1328 -0.7155</w:t>
        <w:br/>
        <w:t>vn -0.6483 -0.1581 0.7448</w:t>
        <w:br/>
        <w:t>vn -0.6346 -0.1295 0.7620</w:t>
        <w:br/>
        <w:t>vn -0.6346 -0.1295 0.7619</w:t>
        <w:br/>
        <w:t>vn 0.6263 0.1686 -0.7611</w:t>
        <w:br/>
        <w:t>vn -0.6056 -0.1189 0.7869</w:t>
        <w:br/>
        <w:t>vn -0.6056 -0.1189 0.7868</w:t>
        <w:br/>
        <w:t>vn 0.6046 0.1394 -0.7842</w:t>
        <w:br/>
        <w:t>vn 0.6046 0.1394 -0.7843</w:t>
        <w:br/>
        <w:t>vn -0.6494 -0.0722 0.7570</w:t>
        <w:br/>
        <w:t>vn -0.6494 -0.0722 0.7571</w:t>
        <w:br/>
        <w:t>vn 0.5702 0.0999 -0.8154</w:t>
        <w:br/>
        <w:t>vn 0.5809 0.0630 -0.8115</w:t>
        <w:br/>
        <w:t>vn 0.5810 0.0630 -0.8115</w:t>
        <w:br/>
        <w:t>vn -0.6941 -0.0707 0.7164</w:t>
        <w:br/>
        <w:t>vn -0.1037 -0.8836 -0.4567</w:t>
        <w:br/>
        <w:t>vn -0.1037 -0.8836 -0.4566</w:t>
        <w:br/>
        <w:t>vn 0.1436 0.8639 0.4827</w:t>
        <w:br/>
        <w:t>vn 0.1437 0.8639 0.4827</w:t>
        <w:br/>
        <w:t>vn 0.2167 0.9738 0.0682</w:t>
        <w:br/>
        <w:t>vn 0.2167 0.9738 0.0683</w:t>
        <w:br/>
        <w:t>vn 0.2092 0.9350 0.2863</w:t>
        <w:br/>
        <w:t>vn 0.2093 0.9350 0.2863</w:t>
        <w:br/>
        <w:t>vn -0.2326 -0.3712 -0.8990</w:t>
        <w:br/>
        <w:t>vn -0.2326 -0.3711 -0.8990</w:t>
        <w:br/>
        <w:t>vn 0.9316 0.0235 -0.3627</w:t>
        <w:br/>
        <w:t>vn 0.9395 0.1211 -0.3203</w:t>
        <w:br/>
        <w:t>vn 0.9977 0.0678 0.0087</w:t>
        <w:br/>
        <w:t>vn 0.9977 0.0678 0.0088</w:t>
        <w:br/>
        <w:t>vn 0.9959 0.0714 -0.0555</w:t>
        <w:br/>
        <w:t>vn 0.9959 0.0715 -0.0555</w:t>
        <w:br/>
        <w:t>vn 0.9543 0.2684 0.1319</w:t>
        <w:br/>
        <w:t>vn 0.9520 0.3023 0.0482</w:t>
        <w:br/>
        <w:t>vn 0.9542 0.2684 0.1319</w:t>
        <w:br/>
        <w:t>vn 0.9875 0.0936 0.1266</w:t>
        <w:br/>
        <w:t>vn 0.9674 0.1805 0.1779</w:t>
        <w:br/>
        <w:t>vn 0.4447 -0.8210 0.3581</w:t>
        <w:br/>
        <w:t>vn 0.4448 -0.8210 0.3579</w:t>
        <w:br/>
        <w:t>vn 0.4448 -0.8210 0.3580</w:t>
        <w:br/>
        <w:t>vn 0.1838 0.5804 0.7933</w:t>
        <w:br/>
        <w:t>vn 0.2843 0.4268 0.8585</w:t>
        <w:br/>
        <w:t>vn 0.2844 0.4268 0.8585</w:t>
        <w:br/>
        <w:t>vn 0.4426 0.3553 0.8233</w:t>
        <w:br/>
        <w:t>vn 0.3935 0.3634 0.8444</w:t>
        <w:br/>
        <w:t>vn -0.7664 0.0427 0.6410</w:t>
        <w:br/>
        <w:t>vn -0.7495 0.0992 0.6545</w:t>
        <w:br/>
        <w:t>vn -0.7664 0.0428 0.6410</w:t>
        <w:br/>
        <w:t>vn -0.8075 0.3791 0.4518</w:t>
        <w:br/>
        <w:t>vn -0.8301 0.4304 0.3545</w:t>
        <w:br/>
        <w:t>vn -0.8301 0.4304 0.3546</w:t>
        <w:br/>
        <w:t>vn -0.7337 0.2163 0.6441</w:t>
        <w:br/>
        <w:t>vn -0.7612 0.3244 0.5616</w:t>
        <w:br/>
        <w:t>vn -0.7612 0.3244 0.5615</w:t>
        <w:br/>
        <w:t>vn 0.1805 0.8838 -0.4316</w:t>
        <w:br/>
        <w:t>vn 0.1605 0.8051 -0.5710</w:t>
        <w:br/>
        <w:t>vn -0.7967 0.5957 -0.1020</w:t>
        <w:br/>
        <w:t>vn -0.7759 0.6300 -0.0343</w:t>
        <w:br/>
        <w:t>vn 0.9492 0.2923 -0.1170</w:t>
        <w:br/>
        <w:t>vn 0.9519 0.3039 -0.0389</w:t>
        <w:br/>
        <w:t>vn -0.7817 0.5996 0.1715</w:t>
        <w:br/>
        <w:t>vn -0.8133 0.5184 0.2641</w:t>
        <w:br/>
        <w:t>vn -0.8134 0.5184 0.2640</w:t>
        <w:br/>
        <w:t>vn 0.9447 0.2506 -0.2116</w:t>
        <w:br/>
        <w:t>vn -0.7578 0.6479 0.0769</w:t>
        <w:br/>
        <w:t>vn 0.2065 0.9656 -0.1581</w:t>
        <w:br/>
        <w:t>vn 0.2066 0.9656 -0.1581</w:t>
        <w:br/>
        <w:t>vn 0.1824 0.8460 0.5011</w:t>
        <w:br/>
        <w:t>vn 0.1534 0.7320 0.6639</w:t>
        <w:br/>
        <w:t>vn 0.1534 0.7319 0.6639</w:t>
        <w:br/>
        <w:t>vn -0.2092 0.9350 0.2863</w:t>
        <w:br/>
        <w:t>vn -0.2167 0.9738 0.0682</w:t>
        <w:br/>
        <w:t>vn -0.2167 0.9738 0.0683</w:t>
        <w:br/>
        <w:t>vn -0.2093 0.9350 0.2863</w:t>
        <w:br/>
        <w:t>vn 0.2326 -0.3712 -0.8990</w:t>
        <w:br/>
        <w:t>vn 0.2326 -0.3711 -0.8990</w:t>
        <w:br/>
        <w:t>vn -0.9395 0.1211 -0.3203</w:t>
        <w:br/>
        <w:t>vn -0.9316 0.0235 -0.3627</w:t>
        <w:br/>
        <w:t>vn -0.9977 0.0678 0.0088</w:t>
        <w:br/>
        <w:t>vn -0.9959 0.0715 -0.0555</w:t>
        <w:br/>
        <w:t>vn -0.9520 0.3023 0.0482</w:t>
        <w:br/>
        <w:t>vn -0.9543 0.2684 0.1319</w:t>
        <w:br/>
        <w:t>vn -0.9542 0.2684 0.1319</w:t>
        <w:br/>
        <w:t>vn -0.9674 0.1805 0.1779</w:t>
        <w:br/>
        <w:t>vn -0.9875 0.0936 0.1266</w:t>
        <w:br/>
        <w:t>vn -0.4447 -0.8210 0.3581</w:t>
        <w:br/>
        <w:t>vn -0.4448 -0.8210 0.3580</w:t>
        <w:br/>
        <w:t>vn -0.1838 0.5804 0.7933</w:t>
        <w:br/>
        <w:t>vn -0.2844 0.4268 0.8585</w:t>
        <w:br/>
        <w:t>vn -0.2843 0.4268 0.8585</w:t>
        <w:br/>
        <w:t>vn -0.4426 0.3553 0.8233</w:t>
        <w:br/>
        <w:t>vn -0.3935 0.3634 0.8444</w:t>
        <w:br/>
        <w:t>vn 0.7664 0.0427 0.6410</w:t>
        <w:br/>
        <w:t>vn 0.7495 0.0992 0.6545</w:t>
        <w:br/>
        <w:t>vn 0.7495 0.0993 0.6545</w:t>
        <w:br/>
        <w:t>vn 0.8301 0.4304 0.3546</w:t>
        <w:br/>
        <w:t>vn 0.8301 0.4304 0.3545</w:t>
        <w:br/>
        <w:t>vn 0.8075 0.3791 0.4518</w:t>
        <w:br/>
        <w:t>vn 0.7612 0.3244 0.5616</w:t>
        <w:br/>
        <w:t>vn 0.7337 0.2163 0.6441</w:t>
        <w:br/>
        <w:t>vn -0.1805 0.8838 -0.4316</w:t>
        <w:br/>
        <w:t>vn -0.1605 0.8051 -0.5710</w:t>
        <w:br/>
        <w:t>vn 0.7759 0.6300 -0.0343</w:t>
        <w:br/>
        <w:t>vn 0.7967 0.5957 -0.1020</w:t>
        <w:br/>
        <w:t>vn -0.9492 0.2923 -0.1170</w:t>
        <w:br/>
        <w:t>vn -0.9519 0.3039 -0.0389</w:t>
        <w:br/>
        <w:t>vn 0.8134 0.5184 0.2640</w:t>
        <w:br/>
        <w:t>vn 0.7817 0.5996 0.1714</w:t>
        <w:br/>
        <w:t>vn -0.9447 0.2506 -0.2116</w:t>
        <w:br/>
        <w:t>vn 0.7578 0.6479 0.0769</w:t>
        <w:br/>
        <w:t>vn -0.2065 0.9656 -0.1581</w:t>
        <w:br/>
        <w:t>vn -0.1824 0.8460 0.5011</w:t>
        <w:br/>
        <w:t>vn -0.1824 0.8459 0.5011</w:t>
        <w:br/>
        <w:t>vn -0.1534 0.7320 0.6639</w:t>
        <w:br/>
        <w:t>vn -0.1534 0.7319 0.6639</w:t>
        <w:br/>
        <w:t>vn 0.4786 -0.7486 0.4588</w:t>
        <w:br/>
        <w:t>vn 0.2463 -0.4071 0.8795</w:t>
        <w:br/>
        <w:t>vn 0.2463 -0.4071 0.8796</w:t>
        <w:br/>
        <w:t>vn 0.5457 -0.8377 -0.0214</w:t>
        <w:br/>
        <w:t>vn 0.4808 -0.7358 -0.4768</w:t>
        <w:br/>
        <w:t>vn 0.0098 0.0150 -0.9998</w:t>
        <w:br/>
        <w:t>vn -0.4318 0.6487 -0.6267</w:t>
        <w:br/>
        <w:t>vn -0.5674 0.8030 -0.1824</w:t>
        <w:br/>
        <w:t>vn -0.5505 0.7547 0.3570</w:t>
        <w:br/>
        <w:t>vn -0.5505 0.7547 0.3569</w:t>
        <w:br/>
        <w:t>vn -0.7856 -0.5814 0.2118</w:t>
        <w:br/>
        <w:t>vn -0.7011 -0.7040 0.1128</w:t>
        <w:br/>
        <w:t>vn 0.9004 0.3747 0.2210</w:t>
        <w:br/>
        <w:t>vn 0.9541 0.2695 0.1309</w:t>
        <w:br/>
        <w:t>vn -0.6608 -0.7504 -0.0174</w:t>
        <w:br/>
        <w:t>vn -0.6608 -0.7504 -0.0175</w:t>
        <w:br/>
        <w:t>vn 0.9729 0.2312 -0.0021</w:t>
        <w:br/>
        <w:t>vn -0.6944 -0.7038 -0.1498</w:t>
        <w:br/>
        <w:t>vn -0.6944 -0.7038 -0.1497</w:t>
        <w:br/>
        <w:t>vn -0.6607 -0.7504 -0.0175</w:t>
        <w:br/>
        <w:t>vn -0.6607 -0.7504 -0.0174</w:t>
        <w:br/>
        <w:t>vn 0.9562 0.2643 -0.1256</w:t>
        <w:br/>
        <w:t>vn -0.8285 -0.4769 -0.2933</w:t>
        <w:br/>
        <w:t>vn -0.8285 -0.4770 -0.2933</w:t>
        <w:br/>
        <w:t>vn 0.8410 0.4689 -0.2698</w:t>
        <w:br/>
        <w:t>vn -0.9764 -0.2055 -0.0660</w:t>
        <w:br/>
        <w:t>vn -0.9385 -0.2773 -0.2058</w:t>
        <w:br/>
        <w:t>vn 0.7232 0.6687 -0.1726</w:t>
        <w:br/>
        <w:t>vn 0.6942 0.7181 -0.0494</w:t>
        <w:br/>
        <w:t>vn 0.6943 0.7180 -0.0495</w:t>
        <w:br/>
        <w:t>vn -0.9667 -0.2360 0.0995</w:t>
        <w:br/>
        <w:t>vn -0.9667 -0.2359 0.0995</w:t>
        <w:br/>
        <w:t>vn 0.7205 0.6869 0.0953</w:t>
        <w:br/>
        <w:t>vn 0.7205 0.6869 0.0952</w:t>
        <w:br/>
        <w:t>vn -0.5147 -0.8532 -0.0844</w:t>
        <w:br/>
        <w:t>vn -0.2453 -0.4078 0.8795</w:t>
        <w:br/>
        <w:t>vn -0.4781 -0.7489 0.4588</w:t>
        <w:br/>
        <w:t>vn -0.2454 -0.4078 0.8795</w:t>
        <w:br/>
        <w:t>vn -0.5458 -0.8376 -0.0214</w:t>
        <w:br/>
        <w:t>vn -0.5458 -0.8377 -0.0214</w:t>
        <w:br/>
        <w:t>vn -0.4814 -0.7354 -0.4768</w:t>
        <w:br/>
        <w:t>vn -0.0109 0.0157 -0.9998</w:t>
        <w:br/>
        <w:t>vn 0.4311 0.6492 -0.6267</w:t>
        <w:br/>
        <w:t>vn 0.5672 0.8031 -0.1824</w:t>
        <w:br/>
        <w:t>vn 0.5673 0.8031 -0.1824</w:t>
        <w:br/>
        <w:t>vn 0.5510 0.7543 0.3569</w:t>
        <w:br/>
        <w:t>vn 0.5510 0.7544 0.3569</w:t>
        <w:br/>
        <w:t>vn 0.7012 -0.7042 0.1115</w:t>
        <w:br/>
        <w:t>vn 0.7857 -0.5816 0.2105</w:t>
        <w:br/>
        <w:t>vn 0.7858 -0.5816 0.2105</w:t>
        <w:br/>
        <w:t>vn -0.9539 0.2695 0.1322</w:t>
        <w:br/>
        <w:t>vn -0.9002 0.3746 0.2223</w:t>
        <w:br/>
        <w:t>vn -0.9001 0.3746 0.2223</w:t>
        <w:br/>
        <w:t>vn -0.9539 0.2695 0.1321</w:t>
        <w:br/>
        <w:t>vn 0.6606 -0.7505 -0.0188</w:t>
        <w:br/>
        <w:t>vn 0.6606 -0.7505 -0.0187</w:t>
        <w:br/>
        <w:t>vn -0.9729 0.2313 -0.0009</w:t>
        <w:br/>
        <w:t>vn 0.6941 -0.7038 -0.1511</w:t>
        <w:br/>
        <w:t>vn 0.6942 -0.7038 -0.1511</w:t>
        <w:br/>
        <w:t>vn -0.9563 0.2645 -0.1244</w:t>
        <w:br/>
        <w:t>vn -0.9563 0.2645 -0.1243</w:t>
        <w:br/>
        <w:t>vn 0.8282 -0.4768 -0.2946</w:t>
        <w:br/>
        <w:t>vn -0.8412 0.4692 -0.2686</w:t>
        <w:br/>
        <w:t>vn -0.8413 0.4692 -0.2686</w:t>
        <w:br/>
        <w:t>vn 0.9382 -0.2773 -0.2071</w:t>
        <w:br/>
        <w:t>vn 0.9763 -0.2055 -0.0672</w:t>
        <w:br/>
        <w:t>vn 0.9763 -0.2056 -0.0672</w:t>
        <w:br/>
        <w:t>vn 0.9382 -0.2773 -0.2070</w:t>
        <w:br/>
        <w:t>vn -0.7233 0.6689 -0.1713</w:t>
        <w:br/>
        <w:t>vn -0.7234 0.6689 -0.1713</w:t>
        <w:br/>
        <w:t>vn -0.6941 0.7183 -0.0485</w:t>
        <w:br/>
        <w:t>vn -0.6942 0.7181 -0.0481</w:t>
        <w:br/>
        <w:t>vn 0.9667 -0.2361 0.0983</w:t>
        <w:br/>
        <w:t>vn 0.9667 -0.2362 0.0983</w:t>
        <w:br/>
        <w:t>vn -0.7203 0.6869 0.0966</w:t>
        <w:br/>
        <w:t>vn 0.7902 -0.0742 0.6083</w:t>
        <w:br/>
        <w:t>vn 0.9275 -0.0570 0.3695</w:t>
        <w:br/>
        <w:t>vn 0.7903 -0.0742 0.6083</w:t>
        <w:br/>
        <w:t>vn 0.9888 -0.0415 0.1430</w:t>
        <w:br/>
        <w:t>vn 0.4793 -0.0914 0.8729</w:t>
        <w:br/>
        <w:t>vn 0.0297 0.2163 0.9759</w:t>
        <w:br/>
        <w:t>vn 0.0393 -0.4131 0.9098</w:t>
        <w:br/>
        <w:t>vn -0.2167 -0.5689 0.7934</w:t>
        <w:br/>
        <w:t>vn -0.2322 0.3648 0.9016</w:t>
        <w:br/>
        <w:t>vn -0.7222 -0.6903 0.0443</w:t>
        <w:br/>
        <w:t>vn -0.7092 -0.5931 0.3811</w:t>
        <w:br/>
        <w:t>vn -0.8781 -0.2417 0.4129</w:t>
        <w:br/>
        <w:t>vn -0.9534 -0.2960 0.0576</w:t>
        <w:br/>
        <w:t>vn -0.9186 -0.2265 -0.3238</w:t>
        <w:br/>
        <w:t>vn -0.7103 -0.6584 -0.2487</w:t>
        <w:br/>
        <w:t>vn -0.0133 -0.0092 -0.9999</w:t>
        <w:br/>
        <w:t>vn 0.3406 -0.0033 -0.9402</w:t>
        <w:br/>
        <w:t>vn 0.3407 -0.0034 -0.9402</w:t>
        <w:br/>
        <w:t>vn -0.4743 -0.0448 -0.8792</w:t>
        <w:br/>
        <w:t>vn -0.6340 -0.5978 -0.4906</w:t>
        <w:br/>
        <w:t>vn -0.7821 -0.1209 -0.6113</w:t>
        <w:br/>
        <w:t>vn 0.9649 -0.0174 -0.2622</w:t>
        <w:br/>
        <w:t>vn 0.9972 -0.0278 -0.0700</w:t>
        <w:br/>
        <w:t>vn 0.8774 -0.0097 -0.4796</w:t>
        <w:br/>
        <w:t>vn 0.6684 -0.0039 -0.7438</w:t>
        <w:br/>
        <w:t>vn 0.9890 -0.0986 0.1100</w:t>
        <w:br/>
        <w:t>vn 0.9816 -0.0780 -0.1745</w:t>
        <w:br/>
        <w:t>vn 0.9815 -0.0780 -0.1746</w:t>
        <w:br/>
        <w:t>vn 0.9890 -0.0986 0.1099</w:t>
        <w:br/>
        <w:t>vn 0.9327 -0.0986 0.3469</w:t>
        <w:br/>
        <w:t>vn 0.8701 -0.0524 -0.4901</w:t>
        <w:br/>
        <w:t>vn 0.7861 -0.1075 0.6087</w:t>
        <w:br/>
        <w:t>vn 0.6293 -0.0446 -0.7759</w:t>
        <w:br/>
        <w:t>vn 0.6294 -0.0446 -0.7758</w:t>
        <w:br/>
        <w:t>vn 0.3665 -0.6239 0.6902</w:t>
        <w:br/>
        <w:t>vn 0.4586 -0.1486 0.8761</w:t>
        <w:br/>
        <w:t>vn 0.0710 -0.6386 0.7662</w:t>
        <w:br/>
        <w:t>vn 0.0812 -0.1795 0.9804</w:t>
        <w:br/>
        <w:t>vn -0.2971 -0.2216 0.9288</w:t>
        <w:br/>
        <w:t>vn -0.2255 -0.6683 0.7089</w:t>
        <w:br/>
        <w:t>vn -0.6545 -0.6808 0.3289</w:t>
        <w:br/>
        <w:t>vn -0.8628 -0.2588 0.4343</w:t>
        <w:br/>
        <w:t>vn -0.9744 -0.2004 0.1017</w:t>
        <w:br/>
        <w:t>vn -0.7397 -0.6682 0.0801</w:t>
        <w:br/>
        <w:t>vn -0.9384 -0.1475 -0.3124</w:t>
        <w:br/>
        <w:t>vn -0.7868 -0.1071 -0.6078</w:t>
        <w:br/>
        <w:t>vn 0.3223 -0.0409 -0.9458</w:t>
        <w:br/>
        <w:t>vn -0.0607 -0.0546 -0.9967</w:t>
        <w:br/>
        <w:t>vn 0.3223 -0.0410 -0.9458</w:t>
        <w:br/>
        <w:t>vn -0.5037 -0.0920 -0.8589</w:t>
        <w:br/>
        <w:t>vn -0.7175 -0.1892 0.6704</w:t>
        <w:br/>
        <w:t>vn -0.7518 -0.1572 0.6404</w:t>
        <w:br/>
        <w:t>vn -0.6697 -0.5087 0.5410</w:t>
        <w:br/>
        <w:t>vn -0.7304 -0.2834 0.6215</w:t>
        <w:br/>
        <w:t>vn -0.6375 -0.2680 0.7223</w:t>
        <w:br/>
        <w:t>vn -0.4194 -0.4680 0.7779</w:t>
        <w:br/>
        <w:t>vn -0.8847 -0.2427 0.3980</w:t>
        <w:br/>
        <w:t>vn -0.5126 -0.2078 0.8331</w:t>
        <w:br/>
        <w:t>vn -0.5405 -0.3815 0.7499</w:t>
        <w:br/>
        <w:t>vn -0.5459 -0.1515 0.8240</w:t>
        <w:br/>
        <w:t>vn 0.4201 0.8466 0.3267</w:t>
        <w:br/>
        <w:t>vn 0.4764 0.8581 0.1914</w:t>
        <w:br/>
        <w:t>vn 0.4765 0.8581 0.1911</w:t>
        <w:br/>
        <w:t>vn 0.3758 -0.9148 0.1483</w:t>
        <w:br/>
        <w:t>vn 0.3757 -0.9148 0.1483</w:t>
        <w:br/>
        <w:t>vn 0.3170 -0.9172 0.2414</w:t>
        <w:br/>
        <w:t>vn 0.4095 -0.9105 0.0577</w:t>
        <w:br/>
        <w:t>vn 0.4972 0.8645 0.0734</w:t>
        <w:br/>
        <w:t>vn 0.2579 0.8399 0.4775</w:t>
        <w:br/>
        <w:t>vn 0.1888 -0.9211 0.3405</w:t>
        <w:br/>
        <w:t>vn 0.0947 -0.9162 0.3894</w:t>
        <w:br/>
        <w:t>vn 0.0288 -0.9089 0.4161</w:t>
        <w:br/>
        <w:t>vn 0.0331 0.8010 0.5978</w:t>
        <w:br/>
        <w:t>vn 0.1279 0.8241 0.5519</w:t>
        <w:br/>
        <w:t>vn -0.1573 0.7639 0.6259</w:t>
        <w:br/>
        <w:t>vn 0.0287 -0.9089 0.4161</w:t>
        <w:br/>
        <w:t>vn -0.1347 -0.8810 0.4536</w:t>
        <w:br/>
        <w:t>vn -0.5527 0.8329 0.0288</w:t>
        <w:br/>
        <w:t>vn -0.5030 0.8325 0.2325</w:t>
        <w:br/>
        <w:t>vn -0.5029 0.8325 0.2325</w:t>
        <w:br/>
        <w:t>vn -0.3450 -0.9384 0.0221</w:t>
        <w:br/>
        <w:t>vn -0.2725 -0.9552 0.1159</w:t>
        <w:br/>
        <w:t>vn -0.4997 0.8472 -0.1805</w:t>
        <w:br/>
        <w:t>vn -0.3456 -0.9308 -0.1188</w:t>
        <w:br/>
        <w:t>vn 0.1672 0.8720 -0.4601</w:t>
        <w:br/>
        <w:t>vn -0.0081 0.8663 -0.4995</w:t>
        <w:br/>
        <w:t>vn -0.0048 -0.8923 -0.4514</w:t>
        <w:br/>
        <w:t>vn 0.1532 -0.8924 -0.4244</w:t>
        <w:br/>
        <w:t>vn -0.1967 -0.9075 -0.3711</w:t>
        <w:br/>
        <w:t>vn -0.2399 0.8650 -0.4407</w:t>
        <w:br/>
        <w:t>vn -0.3206 -0.9158 -0.2419</w:t>
        <w:br/>
        <w:t>vn -0.4123 0.8475 -0.3343</w:t>
        <w:br/>
        <w:t>vn -0.4123 0.8475 -0.3342</w:t>
        <w:br/>
        <w:t>vn 0.4212 -0.9064 -0.0318</w:t>
        <w:br/>
        <w:t>vn 0.4164 -0.9022 -0.1125</w:t>
        <w:br/>
        <w:t>vn 0.4213 -0.9064 -0.0317</w:t>
        <w:br/>
        <w:t>vn 0.4705 0.8729 -0.1289</w:t>
        <w:br/>
        <w:t>vn 0.4705 0.8730 -0.1289</w:t>
        <w:br/>
        <w:t>vn 0.4913 0.8704 -0.0321</w:t>
        <w:br/>
        <w:t>vn 0.4914 0.8703 -0.0323</w:t>
        <w:br/>
        <w:t>vn 0.4972 0.8645 0.0733</w:t>
        <w:br/>
        <w:t>vn 0.4096 -0.9104 0.0578</w:t>
        <w:br/>
        <w:t>vn 0.4096 -0.9104 0.0577</w:t>
        <w:br/>
        <w:t>vn 0.3844 -0.8987 -0.2113</w:t>
        <w:br/>
        <w:t>vn 0.3843 -0.8987 -0.2113</w:t>
        <w:br/>
        <w:t>vn 0.4264 0.8742 -0.2325</w:t>
        <w:br/>
        <w:t>vn 0.4265 0.8741 -0.2325</w:t>
        <w:br/>
        <w:t>vn 0.2971 -0.8944 -0.3344</w:t>
        <w:br/>
        <w:t>vn 0.3270 0.8732 -0.3614</w:t>
        <w:br/>
        <w:t>vn 0.3271 0.8732 -0.3612</w:t>
        <w:br/>
        <w:t>vn -0.2146 -0.9656 0.1466</w:t>
        <w:br/>
        <w:t>vn -0.2308 -0.8563 0.4621</w:t>
        <w:br/>
        <w:t>vn -0.3218 0.7934 0.5167</w:t>
        <w:br/>
        <w:t>vn -0.4167 0.8245 0.3827</w:t>
        <w:br/>
        <w:t>vn -0.4167 0.8246 0.3827</w:t>
        <w:br/>
        <w:t>vn 0.5057 0.8608 0.0573</w:t>
        <w:br/>
        <w:t>vn 0.4943 0.8653 -0.0831</w:t>
        <w:br/>
        <w:t>vn 0.4106 -0.9085 -0.0773</w:t>
        <w:br/>
        <w:t>vn 0.4012 -0.9149 0.0437</w:t>
        <w:br/>
        <w:t>vn 0.4012 -0.9149 0.0438</w:t>
        <w:br/>
        <w:t>vn 0.4842 0.8556 0.1831</w:t>
        <w:br/>
        <w:t>vn 0.3772 -0.9158 0.1376</w:t>
        <w:br/>
        <w:t>vn 0.4277 0.8732 -0.2337</w:t>
        <w:br/>
        <w:t>vn 0.4276 0.8733 -0.2334</w:t>
        <w:br/>
        <w:t>vn 0.3739 -0.9014 -0.2185</w:t>
        <w:br/>
        <w:t>vn 0.4172 0.8481 0.3265</w:t>
        <w:br/>
        <w:t>vn 0.4173 0.8481 0.3264</w:t>
        <w:br/>
        <w:t>vn 0.3110 -0.9202 0.2377</w:t>
        <w:br/>
        <w:t>vn 0.3094 0.8751 -0.3721</w:t>
        <w:br/>
        <w:t>vn 0.3094 0.8751 -0.3720</w:t>
        <w:br/>
        <w:t>vn 0.2744 -0.8960 -0.3491</w:t>
        <w:br/>
        <w:t>vn 0.2502 0.8324 0.4945</w:t>
        <w:br/>
        <w:t>vn 0.1813 -0.9267 0.3291</w:t>
        <w:br/>
        <w:t>vn 0.0360 0.8109 0.5840</w:t>
        <w:br/>
        <w:t>vn 0.0429 -0.9312 0.3619</w:t>
        <w:br/>
        <w:t>vn -0.1711 0.8061 0.5665</w:t>
        <w:br/>
        <w:t>vn -0.0999 -0.9424 0.3192</w:t>
        <w:br/>
        <w:t>vn -0.5614 0.8254 0.0593</w:t>
        <w:br/>
        <w:t>vn -0.5148 0.8191 0.2530</w:t>
        <w:br/>
        <w:t>vn -0.3130 -0.9490 0.0377</w:t>
        <w:br/>
        <w:t>vn -0.2982 -0.9428 0.1491</w:t>
        <w:br/>
        <w:t>vn -0.5166 0.8385 -0.1730</w:t>
        <w:br/>
        <w:t>vn -0.2876 -0.9530 -0.0953</w:t>
        <w:br/>
        <w:t>vn -0.4253 0.8444 -0.3258</w:t>
        <w:br/>
        <w:t>vn -0.2810 -0.9339 -0.2210</w:t>
        <w:br/>
        <w:t>vn -0.0298 0.8710 -0.4904</w:t>
        <w:br/>
        <w:t>vn 0.1595 0.8743 -0.4583</w:t>
        <w:br/>
        <w:t>vn 0.1595 0.8743 -0.4584</w:t>
        <w:br/>
        <w:t>vn -0.0301 0.8709 -0.4906</w:t>
        <w:br/>
        <w:t>vn 0.1419 -0.8938 -0.4254</w:t>
        <w:br/>
        <w:t>vn 0.1419 -0.8938 -0.4255</w:t>
        <w:br/>
        <w:t>vn -0.0255 -0.8995 -0.4362</w:t>
        <w:br/>
        <w:t>vn -0.0256 -0.8995 -0.4363</w:t>
        <w:br/>
        <w:t>vn -0.2616 0.8643 -0.4295</w:t>
        <w:br/>
        <w:t>vn -0.2019 -0.9112 -0.3592</w:t>
        <w:br/>
        <w:t>vn -0.2018 -0.9112 -0.3592</w:t>
        <w:br/>
        <w:t>vn -0.4691 0.8194 0.3294</w:t>
        <w:br/>
        <w:t>vn -0.4691 0.8194 0.3293</w:t>
        <w:br/>
        <w:t>vn -0.2638 -0.9478 0.1790</w:t>
        <w:br/>
        <w:t>vn -0.2772 0.8027 0.5281</w:t>
        <w:br/>
        <w:t>vn -0.1786 -0.9463 0.2695</w:t>
        <w:br/>
        <w:t>vn -0.8546 -0.0683 -0.5148</w:t>
        <w:br/>
        <w:t>vn -0.9849 -0.1155 -0.1289</w:t>
        <w:br/>
        <w:t>vn -0.8229 -0.0144 -0.5679</w:t>
        <w:br/>
        <w:t>vn -0.8229 -0.0144 -0.5680</w:t>
        <w:br/>
        <w:t>vn 0.5554 -0.0893 0.8268</w:t>
        <w:br/>
        <w:t>vn 0.3065 -0.1696 0.9366</w:t>
        <w:br/>
        <w:t>vn -0.4193 -0.4681 0.7778</w:t>
        <w:br/>
        <w:t>vn -0.1975 -0.2563 0.9462</w:t>
        <w:br/>
        <w:t>vn -0.4326 -0.2681 0.8608</w:t>
        <w:br/>
        <w:t>vn -0.1974 -0.2563 0.9462</w:t>
        <w:br/>
        <w:t>vn -0.9849 -0.1155 -0.1288</w:t>
        <w:br/>
        <w:t>vn -0.8805 -0.3012 0.3660</w:t>
        <w:br/>
        <w:t>vn 0.0371 0.7413 0.6701</w:t>
        <w:br/>
        <w:t>vn 0.1824 0.6653 0.7240</w:t>
        <w:br/>
        <w:t>vn 0.1824 0.6653 0.7239</w:t>
        <w:br/>
        <w:t>vn -0.0906 0.8039 0.5879</w:t>
        <w:br/>
        <w:t>vn 0.4505 0.6775 0.5815</w:t>
        <w:br/>
        <w:t>vn -0.1838 0.9512 0.2477</w:t>
        <w:br/>
        <w:t>vn 0.0620 0.9392 0.3378</w:t>
        <w:br/>
        <w:t>vn -0.0171 0.9526 -0.3037</w:t>
        <w:br/>
        <w:t>vn 0.2040 0.9726 0.1117</w:t>
        <w:br/>
        <w:t>vn -0.0133 0.8722 -0.4889</w:t>
        <w:br/>
        <w:t>vn -0.1784 0.8972 0.4041</w:t>
        <w:br/>
        <w:t>vn -0.2116 0.9610 0.1779</w:t>
        <w:br/>
        <w:t>vn 0.0096 0.9737 -0.2278</w:t>
        <w:br/>
        <w:t>vn 0.1829 0.9831 -0.0071</w:t>
        <w:br/>
        <w:t>vn -0.5333 0.5276 0.6613</w:t>
        <w:br/>
        <w:t>vn -0.6543 0.5059 0.5621</w:t>
        <w:br/>
        <w:t>vn -0.6932 0.5192 0.4999</w:t>
        <w:br/>
        <w:t>vn -0.8556 0.2419 0.4577</w:t>
        <w:br/>
        <w:t>vn -0.9402 0.1369 0.3118</w:t>
        <w:br/>
        <w:t>vn -0.9234 0.1818 0.3382</w:t>
        <w:br/>
        <w:t>vn -0.9452 0.1420 0.2941</w:t>
        <w:br/>
        <w:t>vn -0.9153 0.2651 0.3033</w:t>
        <w:br/>
        <w:t>vn -0.9267 0.2550 0.2761</w:t>
        <w:br/>
        <w:t>vn -0.9624 0.1565 0.2222</w:t>
        <w:br/>
        <w:t>vn -0.8928 0.2041 0.4015</w:t>
        <w:br/>
        <w:t>vn -0.8248 -0.0172 0.5651</w:t>
        <w:br/>
        <w:t>vn -0.9840 0.0416 0.1731</w:t>
        <w:br/>
        <w:t>vn -0.9859 0.0740 0.1502</w:t>
        <w:br/>
        <w:t>vn -0.9942 0.0945 0.0511</w:t>
        <w:br/>
        <w:t>vn -0.9729 0.2135 -0.0889</w:t>
        <w:br/>
        <w:t>vn -0.9617 0.2408 -0.1307</w:t>
        <w:br/>
        <w:t>vn -0.8454 0.4079 -0.3448</w:t>
        <w:br/>
        <w:t>vn -0.8084 0.5886 0.0031</w:t>
        <w:br/>
        <w:t>vn -0.5891 0.5466 -0.5951</w:t>
        <w:br/>
        <w:t>vn -0.5182 0.8242 -0.2282</w:t>
        <w:br/>
        <w:t>vn 0.0809 0.9316 -0.3543</w:t>
        <w:br/>
        <w:t>vn 0.5294 0.8266 -0.1909</w:t>
        <w:br/>
        <w:t>vn 0.8107 0.5744 -0.1133</w:t>
        <w:br/>
        <w:t>vn 0.8905 0.0806 -0.4479</w:t>
        <w:br/>
        <w:t>vn 0.9848 0.0909 -0.1480</w:t>
        <w:br/>
        <w:t>vn 0.8995 0.1266 -0.4182</w:t>
        <w:br/>
        <w:t>vn 0.8227 0.1153 -0.5566</w:t>
        <w:br/>
        <w:t>vn 0.9661 0.2578 -0.0122</w:t>
        <w:br/>
        <w:t>vn 0.9769 0.2114 0.0325</w:t>
        <w:br/>
        <w:t>vn 0.9839 0.1563 0.0869</w:t>
        <w:br/>
        <w:t>vn 0.9304 0.2093 0.3008</w:t>
        <w:br/>
        <w:t>vn 0.8980 0.2306 0.3748</w:t>
        <w:br/>
        <w:t>vn 0.4438 0.4923 0.7488</w:t>
        <w:br/>
        <w:t>vn -0.0026 0.8329 0.5534</w:t>
        <w:br/>
        <w:t>vn -0.0034 0.9000 0.4359</w:t>
        <w:br/>
        <w:t>vn 0.3393 0.8539 0.3947</w:t>
        <w:br/>
        <w:t>vn 0.7196 0.6495 0.2458</w:t>
        <w:br/>
        <w:t>vn 0.0621 0.9392 0.3377</w:t>
        <w:br/>
        <w:t>vn -0.3716 0.8323 0.4113</w:t>
        <w:br/>
        <w:t>vn -0.8021 0.5633 0.1981</w:t>
        <w:br/>
        <w:t>vn -0.1784 0.8971 0.4041</w:t>
        <w:br/>
        <w:t>vn -0.0174 0.9684 0.2490</w:t>
        <w:br/>
        <w:t>vn 0.2866 0.9267 0.2431</w:t>
        <w:br/>
        <w:t>vn -0.3489 0.9080 0.2320</w:t>
        <w:br/>
        <w:t>vn -0.7664 0.6247 0.1498</w:t>
        <w:br/>
        <w:t>vn 0.6523 0.7231 0.2275</w:t>
        <w:br/>
        <w:t>vn -0.0396 0.9377 0.3451</w:t>
        <w:br/>
        <w:t>vn -0.3597 0.8740 0.3268</w:t>
        <w:br/>
        <w:t>vn -0.7359 0.6017 0.3104</w:t>
        <w:br/>
        <w:t>vn 0.2697 0.8928 0.3609</w:t>
        <w:br/>
        <w:t>vn 0.6185 0.6817 0.3909</w:t>
        <w:br/>
        <w:t>vn -0.4157 0.6033 0.6806</w:t>
        <w:br/>
        <w:t>vn -0.0594 0.6755 0.7350</w:t>
        <w:br/>
        <w:t>vn 0.2735 0.6408 0.7173</w:t>
        <w:br/>
        <w:t>vn 0.5363 0.5397 0.6490</w:t>
        <w:br/>
        <w:t>vn -0.6832 0.4642 0.5636</w:t>
        <w:br/>
        <w:t>vn -0.0991 0.4774 0.8731</w:t>
        <w:br/>
        <w:t>vn -0.0800 0.3379 0.9378</w:t>
        <w:br/>
        <w:t>vn -0.4577 0.2717 0.8466</w:t>
        <w:br/>
        <w:t>vn -0.4617 0.4446 0.7676</w:t>
        <w:br/>
        <w:t>vn -0.7599 0.4157 0.4998</w:t>
        <w:br/>
        <w:t>vn -0.7809 0.2001 0.5917</w:t>
        <w:br/>
        <w:t>vn 0.2773 0.4859 0.8288</w:t>
        <w:br/>
        <w:t>vn 0.2843 0.3183 0.9044</w:t>
        <w:br/>
        <w:t>vn 0.6241 0.4727 0.6221</w:t>
        <w:br/>
        <w:t>vn 0.6319 0.2850 0.7207</w:t>
        <w:br/>
        <w:t>vn 0.8539 0.3200 0.4104</w:t>
        <w:br/>
        <w:t>vn 0.9294 0.3296 0.1662</w:t>
        <w:br/>
        <w:t>vn 0.9656 0.2592 0.0204</w:t>
        <w:br/>
        <w:t>vn 0.9284 0.3569 0.1031</w:t>
        <w:br/>
        <w:t>vn 0.8389 0.4205 0.3456</w:t>
        <w:br/>
        <w:t>vn 0.9535 0.3001 -0.0286</w:t>
        <w:br/>
        <w:t>vn -0.9459 0.1969 0.2579</w:t>
        <w:br/>
        <w:t>vn -0.9817 0.1902 0.0112</w:t>
        <w:br/>
        <w:t>vn -0.9829 0.1542 -0.1003</w:t>
        <w:br/>
        <w:t>vn -0.9077 0.3855 0.1657</w:t>
        <w:br/>
        <w:t>vn -0.9528 0.3004 -0.0446</w:t>
        <w:br/>
        <w:t>vn -0.9725 0.2105 -0.0999</w:t>
        <w:br/>
        <w:t>vn 0.9859 0.1674 -0.0087</w:t>
        <w:br/>
        <w:t>vn 0.9500 0.2935 0.1065</w:t>
        <w:br/>
        <w:t>vn 0.9720 0.2348 0.0013</w:t>
        <w:br/>
        <w:t>vn -0.9957 0.0730 -0.0567</w:t>
        <w:br/>
        <w:t>vn -0.9800 0.1843 0.0755</w:t>
        <w:br/>
        <w:t>vn 0.9972 0.0715 0.0219</w:t>
        <w:br/>
        <w:t>vn 0.9840 0.1276 0.1242</w:t>
        <w:br/>
        <w:t>vn 1.0000 0.0047 0.0009</w:t>
        <w:br/>
        <w:t>vn 0.9987 0.0255 0.0431</w:t>
        <w:br/>
        <w:t>vn 0.9990 -0.0170 -0.0402</w:t>
        <w:br/>
        <w:t>vn 0.9999 -0.0044 -0.0139</w:t>
        <w:br/>
        <w:t>vn 0.9745 0.2068 0.0868</w:t>
        <w:br/>
        <w:t>vn 0.9705 0.2026 0.1304</w:t>
        <w:br/>
        <w:t>vn 0.9773 0.1845 0.1042</w:t>
        <w:br/>
        <w:t>vn 0.9862 0.0186 -0.1646</w:t>
        <w:br/>
        <w:t>vn 0.9930 0.0199 -0.1168</w:t>
        <w:br/>
        <w:t>vn 0.9730 0.2282 -0.0333</w:t>
        <w:br/>
        <w:t>vn 0.9069 0.1314 -0.4003</w:t>
        <w:br/>
        <w:t>vn 0.9661 0.2578 -0.0121</w:t>
        <w:br/>
        <w:t>vn 0.9035 0.3254 -0.2788</w:t>
        <w:br/>
        <w:t>vn -0.0219 -0.0084 -0.9997</w:t>
        <w:br/>
        <w:t>vn -0.0157 -0.0390 -0.9991</w:t>
        <w:br/>
        <w:t>vn 0.3530 -0.0320 -0.9351</w:t>
        <w:br/>
        <w:t>vn 0.3856 -0.0055 -0.9227</w:t>
        <w:br/>
        <w:t>vn 0.4722 -0.0403 -0.8806</w:t>
        <w:br/>
        <w:t>vn 0.8227 0.1154 -0.5567</w:t>
        <w:br/>
        <w:t>vn -0.4935 -0.0222 -0.8694</w:t>
        <w:br/>
        <w:t>vn -0.4488 -0.0465 -0.8924</w:t>
        <w:br/>
        <w:t>vn -0.6209 -0.0386 -0.7829</w:t>
        <w:br/>
        <w:t>vn 0.8995 0.1266 -0.4183</w:t>
        <w:br/>
        <w:t>vn 0.4621 0.1235 -0.8782</w:t>
        <w:br/>
        <w:t>vn -0.0356 0.1121 -0.9931</w:t>
        <w:br/>
        <w:t>vn -0.5721 0.0786 -0.8164</w:t>
        <w:br/>
        <w:t>vn -0.7415 -0.0151 -0.6708</w:t>
        <w:br/>
        <w:t>vn 0.6889 0.2190 -0.6910</w:t>
        <w:br/>
        <w:t>vn 0.5464 0.2636 -0.7949</w:t>
        <w:br/>
        <w:t>vn -0.0421 0.2866 -0.9571</w:t>
        <w:br/>
        <w:t>vn -0.6246 0.2036 -0.7539</w:t>
        <w:br/>
        <w:t>vn -0.8095 0.1485 -0.5681</w:t>
        <w:br/>
        <w:t>vn 0.6149 0.3045 -0.7274</w:t>
        <w:br/>
        <w:t>vn -0.0248 0.3976 -0.9172</w:t>
        <w:br/>
        <w:t>vn -0.6399 0.3037 -0.7059</w:t>
        <w:br/>
        <w:t>vn -0.8229 0.2208 -0.5236</w:t>
        <w:br/>
        <w:t>vn 0.6287 0.2921 -0.7207</w:t>
        <w:br/>
        <w:t>vn 0.0093 0.3866 -0.9222</w:t>
        <w:br/>
        <w:t>vn -0.5984 0.3013 -0.7424</w:t>
        <w:br/>
        <w:t>vn -0.8871 0.1409 -0.4395</w:t>
        <w:br/>
        <w:t>vn 0.6470 0.4967 -0.5785</w:t>
        <w:br/>
        <w:t>vn 0.0345 0.6227 -0.7817</w:t>
        <w:br/>
        <w:t>vn -0.5904 0.4807 -0.6483</w:t>
        <w:br/>
        <w:t>vn -0.8859 0.2553 -0.3873</w:t>
        <w:br/>
        <w:t>vn -0.9267 0.2549 0.2761</w:t>
        <w:br/>
        <w:t>vn -0.8928 0.2041 0.4016</w:t>
        <w:br/>
        <w:t>vn -0.9857 -0.0217 -0.1672</w:t>
        <w:br/>
        <w:t>vn -0.9883 0.0986 -0.1161</w:t>
        <w:br/>
        <w:t>vn -0.9884 -0.1512 0.0101</w:t>
        <w:br/>
        <w:t>vn -0.9826 -0.1817 0.0374</w:t>
        <w:br/>
        <w:t>vn -0.9891 0.0290 0.1442</w:t>
        <w:br/>
        <w:t>vn -0.9731 0.0504 0.2247</w:t>
        <w:br/>
        <w:t>vn -0.9891 -0.1198 0.0855</w:t>
        <w:br/>
        <w:t>vn -0.9967 -0.0799 0.0150</w:t>
        <w:br/>
        <w:t>vn -0.9861 0.1642 -0.0248</w:t>
        <w:br/>
        <w:t>vn -0.9851 0.1197 0.1237</w:t>
        <w:br/>
        <w:t>vn -0.9737 0.0519 0.2220</w:t>
        <w:br/>
        <w:t>vn -0.5904 0.4808 -0.6483</w:t>
        <w:br/>
        <w:t>vn 0.0387 0.8355 -0.5481</w:t>
        <w:br/>
        <w:t>vn -0.5570 0.3309 -0.7617</w:t>
        <w:br/>
        <w:t>vn -0.8680 0.1581 -0.4708</w:t>
        <w:br/>
        <w:t>vn -0.9799 0.0331 -0.1965</w:t>
        <w:br/>
        <w:t>vn -0.9883 0.0987 -0.1161</w:t>
        <w:br/>
        <w:t>vn -0.9987 0.0197 0.0470</w:t>
        <w:br/>
        <w:t>vn -0.9532 0.1437 0.2659</w:t>
        <w:br/>
        <w:t>vn -0.9851 0.1198 0.1238</w:t>
        <w:br/>
        <w:t>vn -0.9617 0.1912 0.1964</w:t>
        <w:br/>
        <w:t>vn -0.9785 0.2036 0.0328</w:t>
        <w:br/>
        <w:t>vn -0.9694 0.2269 -0.0941</w:t>
        <w:br/>
        <w:t>vn -0.9549 0.2852 -0.0830</w:t>
        <w:br/>
        <w:t>vn -0.9528 0.3003 -0.0446</w:t>
        <w:br/>
        <w:t>vn -0.9246 0.3576 0.1313</w:t>
        <w:br/>
        <w:t>vn -0.9077 0.3854 0.1656</w:t>
        <w:br/>
        <w:t>vn -0.7771 0.3807 0.5012</w:t>
        <w:br/>
        <w:t>vn -0.4779 0.3686 0.7973</w:t>
        <w:br/>
        <w:t>vn -0.0949 0.3778 0.9210</w:t>
        <w:br/>
        <w:t>vn 0.3069 0.4005 0.8634</w:t>
        <w:br/>
        <w:t>vn 0.6621 0.4028 0.6319</w:t>
        <w:br/>
        <w:t>vn 0.8790 0.3413 0.3329</w:t>
        <w:br/>
        <w:t>vn 0.9570 0.2801 0.0759</w:t>
        <w:br/>
        <w:t>vn 0.9656 0.2512 -0.0674</w:t>
        <w:br/>
        <w:t>vn 0.9790 0.2019 -0.0285</w:t>
        <w:br/>
        <w:t>vn 0.9834 0.1714 0.0599</w:t>
        <w:br/>
        <w:t>vn 0.9827 0.1648 0.0843</w:t>
        <w:br/>
        <w:t>vn 0.9861 0.1477 0.0756</w:t>
        <w:br/>
        <w:t>vn 0.9800 0.1279 -0.1523</w:t>
        <w:br/>
        <w:t>vn 0.9730 0.2283 -0.0332</w:t>
        <w:br/>
        <w:t>vn 0.8824 0.2435 -0.4027</w:t>
        <w:br/>
        <w:t>vn 0.6790 0.4695 -0.5644</w:t>
        <w:br/>
        <w:t>vn -0.0949 0.3779 0.9210</w:t>
        <w:br/>
        <w:t>vn -0.0792 0.0325 0.9963</w:t>
        <w:br/>
        <w:t>vn 0.3321 0.0222 0.9430</w:t>
        <w:br/>
        <w:t>vn -0.4948 0.0380 0.8682</w:t>
        <w:br/>
        <w:t>vn -0.8259 0.0199 0.5635</w:t>
        <w:br/>
        <w:t>vn -0.9867 -0.0171 0.1617</w:t>
        <w:br/>
        <w:t>vn -0.9925 0.0016 -0.1224</w:t>
        <w:br/>
        <w:t>vn -0.9693 0.2270 -0.0941</w:t>
        <w:br/>
        <w:t>vn -0.9821 0.0492 -0.1818</w:t>
        <w:br/>
        <w:t>vn 0.6948 -0.0013 0.7192</w:t>
        <w:br/>
        <w:t>vn 0.6621 0.4028 0.6320</w:t>
        <w:br/>
        <w:t>vn 0.8790 0.3414 0.3329</w:t>
        <w:br/>
        <w:t>vn 0.9265 -0.0231 0.3756</w:t>
        <w:br/>
        <w:t>vn 0.9972 -0.0349 0.0664</w:t>
        <w:br/>
        <w:t>vn 0.9893 -0.0316 -0.1421</w:t>
        <w:br/>
        <w:t>vn 0.9831 -0.0317 -0.1801</w:t>
        <w:br/>
        <w:t>vn 0.9893 -0.0580 -0.1337</w:t>
        <w:br/>
        <w:t>vn 0.9866 -0.0947 -0.1331</w:t>
        <w:br/>
        <w:t>vn 0.9898 -0.0702 -0.1241</w:t>
        <w:br/>
        <w:t>vn 0.9861 0.1478 0.0756</w:t>
        <w:br/>
        <w:t>vn 0.9690 -0.0454 -0.2427</w:t>
        <w:br/>
        <w:t>vn -0.5570 0.3309 -0.7618</w:t>
        <w:br/>
        <w:t>vn -0.0011 -0.0796 -0.9968</w:t>
        <w:br/>
        <w:t>vn -0.0039 -0.0768 -0.9970</w:t>
        <w:br/>
        <w:t>vn -0.4388 -0.0813 -0.8949</w:t>
        <w:br/>
        <w:t>vn 0.2041 -0.0787 -0.9758</w:t>
        <w:br/>
        <w:t>vn 0.4281 -0.0704 -0.9010</w:t>
        <w:br/>
        <w:t>vn -0.7763 -0.1022 -0.6220</w:t>
        <w:br/>
        <w:t>vn 0.7736 -0.0700 -0.6298</w:t>
        <w:br/>
        <w:t>vn -0.9799 0.0332 -0.1965</w:t>
        <w:br/>
        <w:t>vn -0.9276 -0.1463 -0.3438</w:t>
        <w:br/>
        <w:t>vn -0.9963 0.0420 -0.0745</w:t>
        <w:br/>
        <w:t>vn -0.9987 0.0015 0.0500</w:t>
        <w:br/>
        <w:t>vn -0.9956 -0.0369 0.0866</w:t>
        <w:br/>
        <w:t>vn 0.8266 -0.0408 -0.5613</w:t>
        <w:br/>
        <w:t>vn 0.4730 -0.0444 -0.8799</w:t>
        <w:br/>
        <w:t>vn -0.0126 -0.0506 -0.9986</w:t>
        <w:br/>
        <w:t>vn -0.4924 -0.0492 -0.8690</w:t>
        <w:br/>
        <w:t>vn -0.8266 -0.0434 -0.5612</w:t>
        <w:br/>
        <w:t>vn -0.9606 -0.0436 -0.2746</w:t>
        <w:br/>
        <w:t>vn -0.9982 -0.0469 -0.0386</w:t>
        <w:br/>
        <w:t>vn -0.9956 -0.0369 0.0865</w:t>
        <w:br/>
        <w:t>vn 0.9922 -0.0016 -0.1243</w:t>
        <w:br/>
        <w:t>vn 0.9760 0.0014 -0.2178</w:t>
        <w:br/>
        <w:t>vn -0.9968 -0.0150 0.0784</w:t>
        <w:br/>
        <w:t>vn -0.9996 -0.0082 -0.0270</w:t>
        <w:br/>
        <w:t>vn 0.8634 0.0030 -0.5046</w:t>
        <w:br/>
        <w:t>vn 0.5092 -0.0117 -0.8606</w:t>
        <w:br/>
        <w:t>vn -0.0185 -0.0270 -0.9995</w:t>
        <w:br/>
        <w:t>vn -0.5270 -0.0175 -0.8497</w:t>
        <w:br/>
        <w:t>vn -0.8561 -0.0028 -0.5169</w:t>
        <w:br/>
        <w:t>vn -0.9713 -0.0008 -0.2378</w:t>
        <w:br/>
        <w:t>vn -0.0151 -0.9208 -0.3898</w:t>
        <w:br/>
        <w:t>vn 0.0051 -0.9785 -0.2063</w:t>
        <w:br/>
        <w:t>vn -0.0536 -0.6162 -0.7858</w:t>
        <w:br/>
        <w:t>vn -0.0670 -0.7100 -0.7010</w:t>
        <w:br/>
        <w:t>vn -0.0671 -0.7100 -0.7010</w:t>
        <w:br/>
        <w:t>vn -0.0273 -0.9886 -0.1479</w:t>
        <w:br/>
        <w:t>vn -0.0273 -0.9886 -0.1478</w:t>
        <w:br/>
        <w:t>vn -0.0082 -0.9968 0.0798</w:t>
        <w:br/>
        <w:t>vn -0.0216 -0.9874 0.1569</w:t>
        <w:br/>
        <w:t>vn -0.0216 -0.9874 0.1568</w:t>
        <w:br/>
        <w:t>vn -0.0263 -0.9801 0.1965</w:t>
        <w:br/>
        <w:t>vn -0.0001 -1.0000 0.0016</w:t>
        <w:br/>
        <w:t>vn -0.0002 -1.0000 0.0005</w:t>
        <w:br/>
        <w:t>vn -0.0002 -1.0000 0.0006</w:t>
        <w:br/>
        <w:t>vn -0.0002 -1.0000 0.0013</w:t>
        <w:br/>
        <w:t>vn -0.0001 -1.0000 0.0003</w:t>
        <w:br/>
        <w:t>vn 0.0001 -1.0000 0.0005</w:t>
        <w:br/>
        <w:t>vn 0.0008 -1.0000 0.0006</w:t>
        <w:br/>
        <w:t>vn 0.0003 -1.0000 0.0009</w:t>
        <w:br/>
        <w:t>vn 0.0006 -1.0000 0.0009</w:t>
        <w:br/>
        <w:t>vn 0.0004 -1.0000 0.0013</w:t>
        <w:br/>
        <w:t>vn -0.0371 0.7413 0.6701</w:t>
        <w:br/>
        <w:t>vn -0.1824 0.6653 0.7240</w:t>
        <w:br/>
        <w:t>vn -0.1823 0.6653 0.7240</w:t>
        <w:br/>
        <w:t>vn 0.0906 0.8039 0.5879</w:t>
        <w:br/>
        <w:t>vn -0.4505 0.6775 0.5814</w:t>
        <w:br/>
        <w:t>vn -0.0620 0.9392 0.3378</w:t>
        <w:br/>
        <w:t>vn 0.1838 0.9512 0.2477</w:t>
        <w:br/>
        <w:t>vn 0.0171 0.9526 -0.3037</w:t>
        <w:br/>
        <w:t>vn -0.2040 0.9726 0.1117</w:t>
        <w:br/>
        <w:t>vn 0.0133 0.8722 -0.4889</w:t>
        <w:br/>
        <w:t>vn 0.1784 0.8972 0.4041</w:t>
        <w:br/>
        <w:t>vn -0.1829 0.9831 -0.0072</w:t>
        <w:br/>
        <w:t>vn -0.0096 0.9737 -0.2278</w:t>
        <w:br/>
        <w:t>vn 0.2116 0.9610 0.1779</w:t>
        <w:br/>
        <w:t>vn 0.5333 0.5276 0.6613</w:t>
        <w:br/>
        <w:t>vn 0.6932 0.5192 0.4999</w:t>
        <w:br/>
        <w:t>vn 0.6543 0.5059 0.5621</w:t>
        <w:br/>
        <w:t>vn 0.9402 0.1369 0.3118</w:t>
        <w:br/>
        <w:t>vn 0.8556 0.2419 0.4577</w:t>
        <w:br/>
        <w:t>vn 0.9234 0.1818 0.3382</w:t>
        <w:br/>
        <w:t>vn 0.9452 0.1420 0.2941</w:t>
        <w:br/>
        <w:t>vn 0.9267 0.2550 0.2761</w:t>
        <w:br/>
        <w:t>vn 0.9153 0.2651 0.3033</w:t>
        <w:br/>
        <w:t>vn 0.8928 0.2041 0.4015</w:t>
        <w:br/>
        <w:t>vn 0.9624 0.1565 0.2222</w:t>
        <w:br/>
        <w:t>vn 0.8248 -0.0172 0.5651</w:t>
        <w:br/>
        <w:t>vn 0.9840 0.0416 0.1731</w:t>
        <w:br/>
        <w:t>vn 0.9942 0.0945 0.0511</w:t>
        <w:br/>
        <w:t>vn 0.9859 0.0740 0.1502</w:t>
        <w:br/>
        <w:t>vn 0.9729 0.2135 -0.0889</w:t>
        <w:br/>
        <w:t>vn 0.9617 0.2408 -0.1307</w:t>
        <w:br/>
        <w:t>vn 0.8084 0.5886 0.0031</w:t>
        <w:br/>
        <w:t>vn 0.8454 0.4079 -0.3448</w:t>
        <w:br/>
        <w:t>vn 0.5182 0.8242 -0.2282</w:t>
        <w:br/>
        <w:t>vn 0.5891 0.5466 -0.5951</w:t>
        <w:br/>
        <w:t>vn -0.0809 0.9316 -0.3543</w:t>
        <w:br/>
        <w:t>vn -0.5294 0.8266 -0.1909</w:t>
        <w:br/>
        <w:t>vn -0.8107 0.5744 -0.1133</w:t>
        <w:br/>
        <w:t>vn -0.8905 0.0806 -0.4479</w:t>
        <w:br/>
        <w:t>vn -0.8227 0.1153 -0.5566</w:t>
        <w:br/>
        <w:t>vn -0.8995 0.1266 -0.4182</w:t>
        <w:br/>
        <w:t>vn -0.9848 0.0909 -0.1480</w:t>
        <w:br/>
        <w:t>vn -0.9661 0.2578 -0.0122</w:t>
        <w:br/>
        <w:t>vn -0.9304 0.2093 0.3008</w:t>
        <w:br/>
        <w:t>vn -0.9839 0.1563 0.0869</w:t>
        <w:br/>
        <w:t>vn -0.9769 0.2114 0.0325</w:t>
        <w:br/>
        <w:t>vn -0.8980 0.2306 0.3748</w:t>
        <w:br/>
        <w:t>vn -0.4438 0.4923 0.7488</w:t>
        <w:br/>
        <w:t>vn 0.0035 0.9000 0.4359</w:t>
        <w:br/>
        <w:t>vn 0.0026 0.8329 0.5534</w:t>
        <w:br/>
        <w:t>vn -0.3393 0.8539 0.3947</w:t>
        <w:br/>
        <w:t>vn -0.7196 0.6495 0.2458</w:t>
        <w:br/>
        <w:t>vn -0.0621 0.9392 0.3377</w:t>
        <w:br/>
        <w:t>vn 0.3716 0.8323 0.4113</w:t>
        <w:br/>
        <w:t>vn 0.8021 0.5633 0.1981</w:t>
        <w:br/>
        <w:t>vn 0.1784 0.8971 0.4041</w:t>
        <w:br/>
        <w:t>vn -0.2866 0.9267 0.2431</w:t>
        <w:br/>
        <w:t>vn 0.0174 0.9684 0.2490</w:t>
        <w:br/>
        <w:t>vn 0.3489 0.9080 0.2320</w:t>
        <w:br/>
        <w:t>vn 0.7664 0.6247 0.1498</w:t>
        <w:br/>
        <w:t>vn -0.6523 0.7231 0.2275</w:t>
        <w:br/>
        <w:t>vn 0.0396 0.9377 0.3451</w:t>
        <w:br/>
        <w:t>vn 0.3597 0.8740 0.3268</w:t>
        <w:br/>
        <w:t>vn 0.7359 0.6017 0.3104</w:t>
        <w:br/>
        <w:t>vn -0.2697 0.8928 0.3609</w:t>
        <w:br/>
        <w:t>vn -0.6185 0.6817 0.3909</w:t>
        <w:br/>
        <w:t>vn 0.0594 0.6755 0.7350</w:t>
        <w:br/>
        <w:t>vn 0.4157 0.6033 0.6806</w:t>
        <w:br/>
        <w:t>vn -0.2735 0.6408 0.7173</w:t>
        <w:br/>
        <w:t>vn -0.5363 0.5397 0.6490</w:t>
        <w:br/>
        <w:t>vn 0.6832 0.4642 0.5636</w:t>
        <w:br/>
        <w:t>vn 0.4577 0.2717 0.8466</w:t>
        <w:br/>
        <w:t>vn 0.0800 0.3379 0.9378</w:t>
        <w:br/>
        <w:t>vn 0.0991 0.4774 0.8731</w:t>
        <w:br/>
        <w:t>vn 0.4617 0.4446 0.7676</w:t>
        <w:br/>
        <w:t>vn 0.7599 0.4157 0.4997</w:t>
        <w:br/>
        <w:t>vn 0.7809 0.2001 0.5917</w:t>
        <w:br/>
        <w:t>vn -0.2843 0.3183 0.9044</w:t>
        <w:br/>
        <w:t>vn -0.2773 0.4859 0.8288</w:t>
        <w:br/>
        <w:t>vn -0.6319 0.2850 0.7207</w:t>
        <w:br/>
        <w:t>vn -0.6241 0.4727 0.6221</w:t>
        <w:br/>
        <w:t>vn -0.9294 0.3297 0.1662</w:t>
        <w:br/>
        <w:t>vn -0.8539 0.3200 0.4104</w:t>
        <w:br/>
        <w:t>vn -0.9656 0.2592 0.0204</w:t>
        <w:br/>
        <w:t>vn -0.9284 0.3569 0.1031</w:t>
        <w:br/>
        <w:t>vn -0.8389 0.4205 0.3456</w:t>
        <w:br/>
        <w:t>vn -0.9535 0.3000 -0.0286</w:t>
        <w:br/>
        <w:t>vn 0.9459 0.1969 0.2579</w:t>
        <w:br/>
        <w:t>vn 0.9817 0.1902 0.0112</w:t>
        <w:br/>
        <w:t>vn 0.9829 0.1542 -0.1003</w:t>
        <w:br/>
        <w:t>vn 0.9077 0.3855 0.1657</w:t>
        <w:br/>
        <w:t>vn 0.9528 0.3004 -0.0446</w:t>
        <w:br/>
        <w:t>vn 0.9725 0.2105 -0.0999</w:t>
        <w:br/>
        <w:t>vn -0.9500 0.2935 0.1065</w:t>
        <w:br/>
        <w:t>vn -0.9859 0.1674 -0.0087</w:t>
        <w:br/>
        <w:t>vn -0.9720 0.2348 0.0013</w:t>
        <w:br/>
        <w:t>vn 0.9957 0.0730 -0.0567</w:t>
        <w:br/>
        <w:t>vn 0.9800 0.1843 0.0755</w:t>
        <w:br/>
        <w:t>vn -0.9972 0.0715 0.0219</w:t>
        <w:br/>
        <w:t>vn -0.9840 0.1276 0.1242</w:t>
        <w:br/>
        <w:t>vn -0.9987 0.0255 0.0431</w:t>
        <w:br/>
        <w:t>vn -1.0000 0.0047 0.0009</w:t>
        <w:br/>
        <w:t>vn -0.9999 -0.0044 -0.0139</w:t>
        <w:br/>
        <w:t>vn -0.9990 -0.0170 -0.0402</w:t>
        <w:br/>
        <w:t>vn -0.9745 0.2068 0.0868</w:t>
        <w:br/>
        <w:t>vn -0.9705 0.2026 0.1304</w:t>
        <w:br/>
        <w:t>vn -0.9773 0.1845 0.1042</w:t>
        <w:br/>
        <w:t>vn -0.9862 0.0186 -0.1646</w:t>
        <w:br/>
        <w:t>vn -0.9930 0.0199 -0.1168</w:t>
        <w:br/>
        <w:t>vn -0.9730 0.2282 -0.0333</w:t>
        <w:br/>
        <w:t>vn -0.9069 0.1314 -0.4003</w:t>
        <w:br/>
        <w:t>vn -0.9661 0.2578 -0.0121</w:t>
        <w:br/>
        <w:t>vn -0.9035 0.3254 -0.2788</w:t>
        <w:br/>
        <w:t>vn 0.0219 -0.0084 -0.9997</w:t>
        <w:br/>
        <w:t>vn -0.3856 -0.0055 -0.9227</w:t>
        <w:br/>
        <w:t>vn -0.3530 -0.0320 -0.9351</w:t>
        <w:br/>
        <w:t>vn 0.0157 -0.0390 -0.9991</w:t>
        <w:br/>
        <w:t>vn -0.4722 -0.0403 -0.8805</w:t>
        <w:br/>
        <w:t>vn -0.8227 0.1154 -0.5567</w:t>
        <w:br/>
        <w:t>vn 0.4488 -0.0465 -0.8924</w:t>
        <w:br/>
        <w:t>vn 0.4935 -0.0222 -0.8694</w:t>
        <w:br/>
        <w:t>vn 0.6209 -0.0386 -0.7829</w:t>
        <w:br/>
        <w:t>vn -0.4621 0.1235 -0.8782</w:t>
        <w:br/>
        <w:t>vn -0.8995 0.1266 -0.4183</w:t>
        <w:br/>
        <w:t>vn 0.0356 0.1121 -0.9931</w:t>
        <w:br/>
        <w:t>vn 0.5721 0.0785 -0.8164</w:t>
        <w:br/>
        <w:t>vn 0.7415 -0.0151 -0.6708</w:t>
        <w:br/>
        <w:t>vn -0.5464 0.2636 -0.7949</w:t>
        <w:br/>
        <w:t>vn -0.6889 0.2190 -0.6910</w:t>
        <w:br/>
        <w:t>vn 0.0421 0.2866 -0.9571</w:t>
        <w:br/>
        <w:t>vn 0.6246 0.2035 -0.7539</w:t>
        <w:br/>
        <w:t>vn 0.8094 0.1486 -0.5681</w:t>
        <w:br/>
        <w:t>vn -0.6149 0.3045 -0.7274</w:t>
        <w:br/>
        <w:t>vn 0.0248 0.3976 -0.9172</w:t>
        <w:br/>
        <w:t>vn 0.6399 0.3037 -0.7059</w:t>
        <w:br/>
        <w:t>vn 0.8229 0.2208 -0.5236</w:t>
        <w:br/>
        <w:t>vn -0.6287 0.2921 -0.7207</w:t>
        <w:br/>
        <w:t>vn -0.0093 0.3866 -0.9222</w:t>
        <w:br/>
        <w:t>vn 0.5984 0.3013 -0.7424</w:t>
        <w:br/>
        <w:t>vn 0.8871 0.1409 -0.4395</w:t>
        <w:br/>
        <w:t>vn -0.6469 0.4967 -0.5785</w:t>
        <w:br/>
        <w:t>vn -0.0345 0.6227 -0.7817</w:t>
        <w:br/>
        <w:t>vn 0.5904 0.4807 -0.6483</w:t>
        <w:br/>
        <w:t>vn 0.8859 0.2553 -0.3873</w:t>
        <w:br/>
        <w:t>vn 0.9267 0.2549 0.2761</w:t>
        <w:br/>
        <w:t>vn 0.9857 -0.0217 -0.1672</w:t>
        <w:br/>
        <w:t>vn 0.8928 0.2041 0.4016</w:t>
        <w:br/>
        <w:t>vn 0.9883 0.0986 -0.1161</w:t>
        <w:br/>
        <w:t>vn 0.9884 -0.1512 0.0101</w:t>
        <w:br/>
        <w:t>vn 0.9826 -0.1817 0.0374</w:t>
        <w:br/>
        <w:t>vn 0.9891 0.0290 0.1442</w:t>
        <w:br/>
        <w:t>vn 0.9737 0.0519 0.2220</w:t>
        <w:br/>
        <w:t>vn 0.9891 -0.1198 0.0855</w:t>
        <w:br/>
        <w:t>vn 0.9967 -0.0799 0.0150</w:t>
        <w:br/>
        <w:t>vn 0.9861 0.1642 -0.0248</w:t>
        <w:br/>
        <w:t>vn 0.9851 0.1197 0.1237</w:t>
        <w:br/>
        <w:t>vn 0.5904 0.4808 -0.6483</w:t>
        <w:br/>
        <w:t>vn 0.5570 0.3309 -0.7617</w:t>
        <w:br/>
        <w:t>vn -0.0387 0.8355 -0.5481</w:t>
        <w:br/>
        <w:t>vn 0.8680 0.1581 -0.4708</w:t>
        <w:br/>
        <w:t>vn 0.9883 0.0987 -0.1161</w:t>
        <w:br/>
        <w:t>vn 0.9799 0.0331 -0.1965</w:t>
        <w:br/>
        <w:t>vn 0.9987 0.0197 0.0470</w:t>
        <w:br/>
        <w:t>vn 0.9532 0.1437 0.2659</w:t>
        <w:br/>
        <w:t>vn 0.9851 0.1198 0.1238</w:t>
        <w:br/>
        <w:t>vn 0.9617 0.1912 0.1964</w:t>
        <w:br/>
        <w:t>vn 0.9737 0.0519 0.2221</w:t>
        <w:br/>
        <w:t>vn 0.9785 0.2036 0.0328</w:t>
        <w:br/>
        <w:t>vn 0.9694 0.2269 -0.0941</w:t>
        <w:br/>
        <w:t>vn 0.9549 0.2852 -0.0830</w:t>
        <w:br/>
        <w:t>vn 0.9528 0.3003 -0.0446</w:t>
        <w:br/>
        <w:t>vn 0.9246 0.3576 0.1313</w:t>
        <w:br/>
        <w:t>vn 0.9077 0.3854 0.1656</w:t>
        <w:br/>
        <w:t>vn 0.7771 0.3807 0.5012</w:t>
        <w:br/>
        <w:t>vn 0.7599 0.4157 0.4998</w:t>
        <w:br/>
        <w:t>vn 0.4779 0.3686 0.7973</w:t>
        <w:br/>
        <w:t>vn 0.0949 0.3778 0.9210</w:t>
        <w:br/>
        <w:t>vn -0.3069 0.4005 0.8634</w:t>
        <w:br/>
        <w:t>vn -0.6621 0.4028 0.6319</w:t>
        <w:br/>
        <w:t>vn -0.8790 0.3413 0.3329</w:t>
        <w:br/>
        <w:t>vn -0.9570 0.2801 0.0759</w:t>
        <w:br/>
        <w:t>vn -0.9535 0.3001 -0.0286</w:t>
        <w:br/>
        <w:t>vn -0.9656 0.2512 -0.0674</w:t>
        <w:br/>
        <w:t>vn -0.9790 0.2019 -0.0285</w:t>
        <w:br/>
        <w:t>vn -0.9834 0.1714 0.0599</w:t>
        <w:br/>
        <w:t>vn -0.9827 0.1648 0.0843</w:t>
        <w:br/>
        <w:t>vn -0.9861 0.1477 0.0756</w:t>
        <w:br/>
        <w:t>vn -0.9800 0.1279 -0.1523</w:t>
        <w:br/>
        <w:t>vn -0.9730 0.2283 -0.0332</w:t>
        <w:br/>
        <w:t>vn -0.8824 0.2435 -0.4027</w:t>
        <w:br/>
        <w:t>vn -0.6790 0.4695 -0.5644</w:t>
        <w:br/>
        <w:t>vn -0.6470 0.4967 -0.5785</w:t>
        <w:br/>
        <w:t>vn 0.0792 0.0325 0.9963</w:t>
        <w:br/>
        <w:t>vn 0.0949 0.3779 0.9210</w:t>
        <w:br/>
        <w:t>vn -0.3321 0.0222 0.9430</w:t>
        <w:br/>
        <w:t>vn 0.4948 0.0380 0.8682</w:t>
        <w:br/>
        <w:t>vn 0.8259 0.0199 0.5635</w:t>
        <w:br/>
        <w:t>vn 0.9867 -0.0171 0.1617</w:t>
        <w:br/>
        <w:t>vn 0.9925 0.0016 -0.1224</w:t>
        <w:br/>
        <w:t>vn 0.9821 0.0492 -0.1818</w:t>
        <w:br/>
        <w:t>vn 0.9693 0.2270 -0.0941</w:t>
        <w:br/>
        <w:t>vn -0.6621 0.4028 0.6320</w:t>
        <w:br/>
        <w:t>vn -0.6948 -0.0013 0.7192</w:t>
        <w:br/>
        <w:t>vn -0.8790 0.3414 0.3329</w:t>
        <w:br/>
        <w:t>vn -0.9265 -0.0233 0.3757</w:t>
        <w:br/>
        <w:t>vn -0.9972 -0.0348 0.0664</w:t>
        <w:br/>
        <w:t>vn -0.9893 -0.0316 -0.1421</w:t>
        <w:br/>
        <w:t>vn -0.9831 -0.0317 -0.1801</w:t>
        <w:br/>
        <w:t>vn -0.9893 -0.0580 -0.1337</w:t>
        <w:br/>
        <w:t>vn -0.9866 -0.0947 -0.1331</w:t>
        <w:br/>
        <w:t>vn -0.9898 -0.0702 -0.1241</w:t>
        <w:br/>
        <w:t>vn -0.9861 0.1478 0.0756</w:t>
        <w:br/>
        <w:t>vn -0.9690 -0.0454 -0.2427</w:t>
        <w:br/>
        <w:t>vn 0.0039 -0.0768 -0.9970</w:t>
        <w:br/>
        <w:t>vn 0.0011 -0.0796 -0.9968</w:t>
        <w:br/>
        <w:t>vn 0.5570 0.3309 -0.7618</w:t>
        <w:br/>
        <w:t>vn 0.4388 -0.0813 -0.8949</w:t>
        <w:br/>
        <w:t>vn -0.4281 -0.0704 -0.9010</w:t>
        <w:br/>
        <w:t>vn -0.2041 -0.0787 -0.9758</w:t>
        <w:br/>
        <w:t>vn 0.7763 -0.1022 -0.6220</w:t>
        <w:br/>
        <w:t>vn -0.7736 -0.0700 -0.6298</w:t>
        <w:br/>
        <w:t>vn 0.9799 0.0332 -0.1965</w:t>
        <w:br/>
        <w:t>vn 0.9276 -0.1463 -0.3438</w:t>
        <w:br/>
        <w:t>vn 0.9963 0.0420 -0.0745</w:t>
        <w:br/>
        <w:t>vn 0.9987 0.0015 0.0500</w:t>
        <w:br/>
        <w:t>vn 0.9956 -0.0369 0.0866</w:t>
        <w:br/>
        <w:t>vn -0.8266 -0.0408 -0.5613</w:t>
        <w:br/>
        <w:t>vn -0.4730 -0.0444 -0.8799</w:t>
        <w:br/>
        <w:t>vn 0.0126 -0.0506 -0.9986</w:t>
        <w:br/>
        <w:t>vn 0.4924 -0.0492 -0.8690</w:t>
        <w:br/>
        <w:t>vn 0.8266 -0.0434 -0.5612</w:t>
        <w:br/>
        <w:t>vn 0.9606 -0.0436 -0.2746</w:t>
        <w:br/>
        <w:t>vn 0.9982 -0.0469 -0.0386</w:t>
        <w:br/>
        <w:t>vn 0.9956 -0.0369 0.0865</w:t>
        <w:br/>
        <w:t>vn -0.9922 -0.0016 -0.1243</w:t>
        <w:br/>
        <w:t>vn -0.9760 0.0014 -0.2178</w:t>
        <w:br/>
        <w:t>vn 0.9968 -0.0150 0.0784</w:t>
        <w:br/>
        <w:t>vn 0.9996 -0.0082 -0.0270</w:t>
        <w:br/>
        <w:t>vn -0.8634 0.0030 -0.5046</w:t>
        <w:br/>
        <w:t>vn -0.5092 -0.0117 -0.8606</w:t>
        <w:br/>
        <w:t>vn 0.0185 -0.0270 -0.9995</w:t>
        <w:br/>
        <w:t>vn 0.5270 -0.0175 -0.8497</w:t>
        <w:br/>
        <w:t>vn 0.8561 -0.0028 -0.5169</w:t>
        <w:br/>
        <w:t>vn 0.9713 -0.0008 -0.2378</w:t>
        <w:br/>
        <w:t>vn 0.0151 -0.9208 -0.3898</w:t>
        <w:br/>
        <w:t>vn -0.0051 -0.9785 -0.2063</w:t>
        <w:br/>
        <w:t>vn 0.0536 -0.6162 -0.7858</w:t>
        <w:br/>
        <w:t>vn 0.0670 -0.7100 -0.7010</w:t>
        <w:br/>
        <w:t>vn 0.0671 -0.7100 -0.7010</w:t>
        <w:br/>
        <w:t>vn 0.0273 -0.9886 -0.1478</w:t>
        <w:br/>
        <w:t>vn 0.0273 -0.9886 -0.1479</w:t>
        <w:br/>
        <w:t>vn 0.0082 -0.9968 0.0798</w:t>
        <w:br/>
        <w:t>vn 0.0216 -0.9874 0.1568</w:t>
        <w:br/>
        <w:t>vn 0.0216 -0.9874 0.1569</w:t>
        <w:br/>
        <w:t>vn 0.0263 -0.9801 0.1965</w:t>
        <w:br/>
        <w:t>vn 0.0002 -1.0000 0.0013</w:t>
        <w:br/>
        <w:t>vn 0.0003 -1.0000 0.0010</w:t>
        <w:br/>
        <w:t>vn 0.0002 -1.0000 0.0006</w:t>
        <w:br/>
        <w:t>vn 0.0002 -1.0000 0.0005</w:t>
        <w:br/>
        <w:t>vn 0.0001 -1.0000 0.0003</w:t>
        <w:br/>
        <w:t>vn -0.0001 -1.0000 0.0005</w:t>
        <w:br/>
        <w:t>vn -0.0008 -1.0000 0.0006</w:t>
        <w:br/>
        <w:t>vn -0.0006 -1.0000 0.0009</w:t>
        <w:br/>
        <w:t>vn -0.0003 -1.0000 0.0009</w:t>
        <w:br/>
        <w:t>vn -0.0004 -1.0000 0.0013</w:t>
        <w:br/>
        <w:t>vn -0.5067 -0.3599 0.7834</w:t>
        <w:br/>
        <w:t>vn -0.8162 -0.2960 0.4961</w:t>
        <w:br/>
        <w:t>vn -0.7779 -0.0526 -0.6262</w:t>
        <w:br/>
        <w:t>vn 0.8475 -0.5290 0.0445</w:t>
        <w:br/>
        <w:t>vn 0.9526 -0.3037 -0.0177</w:t>
        <w:br/>
        <w:t>vn 0.9225 -0.3852 -0.0255</w:t>
        <w:br/>
        <w:t>vn 0.9110 -0.4085 0.0572</w:t>
        <w:br/>
        <w:t>vn 0.9110 -0.4085 0.0571</w:t>
        <w:br/>
        <w:t>vn 0.2079 -0.0063 -0.9781</w:t>
        <w:br/>
        <w:t>vn 0.2078 -0.0063 -0.9781</w:t>
        <w:br/>
        <w:t>vn 0.1208 -0.0093 -0.9926</w:t>
        <w:br/>
        <w:t>vn 0.0267 -0.0070 0.9996</w:t>
        <w:br/>
        <w:t>vn 0.0266 -0.0069 0.9996</w:t>
        <w:br/>
        <w:t>vn -0.0689 0.0123 0.9975</w:t>
        <w:br/>
        <w:t>vn -0.0688 0.0122 0.9976</w:t>
        <w:br/>
        <w:t>vn -0.3802 -0.9185 0.1083</w:t>
        <w:br/>
        <w:t>vn -0.3798 -0.9194 0.1026</w:t>
        <w:br/>
        <w:t>vn 0.9668 -0.2448 0.0727</w:t>
        <w:br/>
        <w:t>vn 0.9669 -0.2448 0.0727</w:t>
        <w:br/>
        <w:t>vn 0.3188 0.9351 0.1546</w:t>
        <w:br/>
        <w:t>vn 0.3666 0.9227 0.1194</w:t>
        <w:br/>
        <w:t>vn 0.3666 0.9227 0.1193</w:t>
        <w:br/>
        <w:t>vn 0.2060 0.9539 0.2184</w:t>
        <w:br/>
        <w:t>vn 0.2060 0.9539 0.2183</w:t>
        <w:br/>
        <w:t>vn -0.3353 -0.9374 -0.0945</w:t>
        <w:br/>
        <w:t>vn -0.3354 -0.9373 -0.0944</w:t>
        <w:br/>
        <w:t>vn -0.3358 -0.9347 -0.1165</w:t>
        <w:br/>
        <w:t>vn -0.3475 -0.9373 -0.0253</w:t>
        <w:br/>
        <w:t>vn -0.2282 -0.9421 0.2457</w:t>
        <w:br/>
        <w:t>vn -0.2154 -0.9376 0.2730</w:t>
        <w:br/>
        <w:t>vn -0.2527 -0.9431 0.2163</w:t>
        <w:br/>
        <w:t>vn 0.1330 -0.0445 0.9901</w:t>
        <w:br/>
        <w:t>vn -0.1429 0.0487 -0.9885</w:t>
        <w:br/>
        <w:t>vn -0.2684 0.0692 -0.9608</w:t>
        <w:br/>
        <w:t>vn 0.3412 0.8995 0.2729</w:t>
        <w:br/>
        <w:t>vn 0.3045 0.9110 0.2781</w:t>
        <w:br/>
        <w:t>vn -0.2206 -0.9528 0.2087</w:t>
        <w:br/>
        <w:t>vn -0.4037 0.0568 -0.9131</w:t>
        <w:br/>
        <w:t>vn 0.4476 0.8420 0.3011</w:t>
        <w:br/>
        <w:t>vn 0.4475 0.8420 0.3011</w:t>
        <w:br/>
        <w:t>vn 0.8321 0.0717 -0.5500</w:t>
        <w:br/>
        <w:t>vn 0.6798 0.0267 -0.7329</w:t>
        <w:br/>
        <w:t>vn 0.4224 0.0043 -0.9064</w:t>
        <w:br/>
        <w:t>vn -0.3705 -0.9264 0.0680</w:t>
        <w:br/>
        <w:t>vn 0.1022 0.9613 0.2559</w:t>
        <w:br/>
        <w:t>vn 0.0700 0.9579 0.2783</w:t>
        <w:br/>
        <w:t>vn 0.8641 0.1021 -0.4929</w:t>
        <w:br/>
        <w:t>vn 0.8641 0.1020 -0.4928</w:t>
        <w:br/>
        <w:t>vn 0.0770 0.9534 0.2916</w:t>
        <w:br/>
        <w:t>vn -0.6723 -0.0302 0.7397</w:t>
        <w:br/>
        <w:t>vn -0.8282 -0.0753 0.5553</w:t>
        <w:br/>
        <w:t>vn 0.4072 -0.0488 0.9121</w:t>
        <w:br/>
        <w:t>vn 0.4072 -0.0488 0.9120</w:t>
        <w:br/>
        <w:t>vn 0.2702 -0.0666 0.9605</w:t>
        <w:br/>
        <w:t>vn -0.2094 0.0056 0.9778</w:t>
        <w:br/>
        <w:t>vn -0.4223 -0.0063 0.9064</w:t>
        <w:br/>
        <w:t>vn -0.8652 -0.1050 0.4902</w:t>
        <w:br/>
        <w:t>vn -0.8653 -0.1050 0.4902</w:t>
        <w:br/>
        <w:t>vn -0.0912 0.0361 -0.9952</w:t>
        <w:br/>
        <w:t>vn -0.0911 0.0361 -0.9952</w:t>
        <w:br/>
        <w:t>vn 0.2951 0.9092 0.2936</w:t>
        <w:br/>
        <w:t>vn -0.1762 -0.9634 0.2021</w:t>
        <w:br/>
        <w:t>vn -0.1762 -0.9634 0.2022</w:t>
        <w:br/>
        <w:t>vn 0.4680 -0.0243 0.8834</w:t>
        <w:br/>
        <w:t>vn 0.5230 0.7912 0.3171</w:t>
        <w:br/>
        <w:t>vn 0.5230 0.7911 0.3172</w:t>
        <w:br/>
        <w:t>vn -0.4646 0.0364 -0.8848</w:t>
        <w:br/>
        <w:t>vn -0.5330 0.6343 -0.5600</w:t>
        <w:br/>
        <w:t>vn -0.6987 0.0134 -0.7153</w:t>
        <w:br/>
        <w:t>vn -0.3956 0.5113 -0.7630</w:t>
        <w:br/>
        <w:t>vn -0.5330 0.6342 -0.5600</w:t>
        <w:br/>
        <w:t>vn -0.1871 0.3661 -0.9116</w:t>
        <w:br/>
        <w:t>vn -0.3505 0.6542 -0.6702</w:t>
        <w:br/>
        <w:t>vn -0.6135 0.7657 0.1932</w:t>
        <w:br/>
        <w:t>vn -0.7946 0.5291 0.2976</w:t>
        <w:br/>
        <w:t>vn -0.6115 0.7545 0.2383</w:t>
        <w:br/>
        <w:t>vn -0.7034 -0.6770 -0.2166</w:t>
        <w:br/>
        <w:t>vn -0.6041 -0.7030 -0.3753</w:t>
        <w:br/>
        <w:t>vn -0.2770 -0.9141 -0.2962</w:t>
        <w:br/>
        <w:t>vn -0.3757 -0.9037 -0.2056</w:t>
        <w:br/>
        <w:t>vn 0.9444 0.2881 0.1586</w:t>
        <w:br/>
        <w:t>vn 0.9982 0.0134 -0.0577</w:t>
        <w:br/>
        <w:t>vn 0.6816 0.7209 0.1254</w:t>
        <w:br/>
        <w:t>vn 0.6713 0.7089 0.2164</w:t>
        <w:br/>
        <w:t>vn 0.3201 -0.5328 0.7833</w:t>
        <w:br/>
        <w:t>vn 0.3202 -0.5328 0.7833</w:t>
        <w:br/>
        <w:t>vn 0.3175 -0.5589 0.7660</w:t>
        <w:br/>
        <w:t>vn 0.3361 -0.3351 0.8802</w:t>
        <w:br/>
        <w:t>vn 0.2184 -0.2035 0.9544</w:t>
        <w:br/>
        <w:t>vn 0.3362 -0.3351 0.8802</w:t>
        <w:br/>
        <w:t>vn 0.0989 -0.8539 0.5109</w:t>
        <w:br/>
        <w:t>vn 0.2485 -0.8571 0.4513</w:t>
        <w:br/>
        <w:t>vn 0.2578 -0.5606 0.7869</w:t>
        <w:br/>
        <w:t>vn 0.0652 -0.5875 0.8066</w:t>
        <w:br/>
        <w:t>vn -0.3191 -0.5474 0.7737</w:t>
        <w:br/>
        <w:t>vn -0.1680 -0.8212 0.5454</w:t>
        <w:br/>
        <w:t>vn -0.0343 -0.8088 0.5871</w:t>
        <w:br/>
        <w:t>vn -0.1085 -0.5767 0.8097</w:t>
        <w:br/>
        <w:t>vn 0.6402 -0.7330 -0.2300</w:t>
        <w:br/>
        <w:t>vn 0.7461 -0.6522 -0.1343</w:t>
        <w:br/>
        <w:t>vn 0.4417 -0.8968 -0.0249</w:t>
        <w:br/>
        <w:t>vn 0.3878 -0.9211 -0.0349</w:t>
        <w:br/>
        <w:t>vn 0.7927 -0.5979 -0.1184</w:t>
        <w:br/>
        <w:t>vn 0.5009 -0.8574 -0.1178</w:t>
        <w:br/>
        <w:t>vn 0.5077 0.6964 -0.5073</w:t>
        <w:br/>
        <w:t>vn 0.5077 0.6964 -0.5072</w:t>
        <w:br/>
        <w:t>vn 0.5326 0.5923 -0.6046</w:t>
        <w:br/>
        <w:t>vn 0.5326 0.5923 -0.6045</w:t>
        <w:br/>
        <w:t>vn 0.0891 0.6309 -0.7707</w:t>
        <w:br/>
        <w:t>vn 0.2866 0.6779 -0.6770</w:t>
        <w:br/>
        <w:t>vn 0.3917 0.4310 -0.8129</w:t>
        <w:br/>
        <w:t>vn 0.5327 0.5923 -0.6045</w:t>
        <w:br/>
        <w:t>vn 0.5158 0.2201 -0.8280</w:t>
        <w:br/>
        <w:t>vn 0.6877 0.2316 -0.6881</w:t>
        <w:br/>
        <w:t>vn 0.5716 0.2664 -0.7761</w:t>
        <w:br/>
        <w:t>vn 0.7396 0.2897 -0.6076</w:t>
        <w:br/>
        <w:t>vn 0.7549 0.2351 -0.6122</w:t>
        <w:br/>
        <w:t>vn 0.7634 0.2962 -0.5741</w:t>
        <w:br/>
        <w:t>vn 0.7706 0.3335 -0.5430</w:t>
        <w:br/>
        <w:t>vn 0.4082 0.2917 0.8650</w:t>
        <w:br/>
        <w:t>vn -0.5854 -0.0265 0.8103</w:t>
        <w:br/>
        <w:t>vn -0.3359 0.0569 0.9402</w:t>
        <w:br/>
        <w:t>vn -0.7598 -0.1448 0.6339</w:t>
        <w:br/>
        <w:t>vn -0.7316 -0.2140 0.6473</w:t>
        <w:br/>
        <w:t>vn -0.7558 -0.1898 0.6266</w:t>
        <w:br/>
        <w:t>vn -0.7441 -0.1916 0.6400</w:t>
        <w:br/>
        <w:t>vn -0.0783 0.1740 -0.9816</w:t>
        <w:br/>
        <w:t>vn 0.0103 0.1742 -0.9847</w:t>
        <w:br/>
        <w:t>vn -0.0378 0.6012 -0.7982</w:t>
        <w:br/>
        <w:t>vn -0.1338 0.5914 -0.7952</w:t>
        <w:br/>
        <w:t>vn -0.0032 -0.6681 -0.7441</w:t>
        <w:br/>
        <w:t>vn 0.0617 -0.8999 -0.4317</w:t>
        <w:br/>
        <w:t>vn -0.0329 -0.8939 -0.4471</w:t>
        <w:br/>
        <w:t>vn -0.1673 -0.6748 -0.7188</w:t>
        <w:br/>
        <w:t>vn 0.0535 -0.6857 -0.7259</w:t>
        <w:br/>
        <w:t>vn 0.0407 -0.6888 -0.7238</w:t>
        <w:br/>
        <w:t>vn 0.1334 -0.9354 -0.3276</w:t>
        <w:br/>
        <w:t>vn 0.1012 -0.9379 -0.3319</w:t>
        <w:br/>
        <w:t>vn -0.3890 -0.4937 0.7778</w:t>
        <w:br/>
        <w:t>vn -0.4702 -0.4621 0.7519</w:t>
        <w:br/>
        <w:t>vn -0.3066 -0.4592 0.8337</w:t>
        <w:br/>
        <w:t>vn -0.2656 -0.5112 0.8174</w:t>
        <w:br/>
        <w:t>vn -0.3067 -0.4592 0.8337</w:t>
        <w:br/>
        <w:t>vn -0.3358 -0.3505 0.8743</w:t>
        <w:br/>
        <w:t>vn -0.3149 -0.1890 0.9301</w:t>
        <w:br/>
        <w:t>vn -0.4584 -0.8841 -0.0910</w:t>
        <w:br/>
        <w:t>vn -0.4684 -0.8811 0.0651</w:t>
        <w:br/>
        <w:t>vn -0.8063 -0.5679 0.1654</w:t>
        <w:br/>
        <w:t>vn -0.7819 -0.6223 -0.0384</w:t>
        <w:br/>
        <w:t>vn -0.5531 -0.5519 0.6241</w:t>
        <w:br/>
        <w:t>vn -0.7266 -0.5580 0.4009</w:t>
        <w:br/>
        <w:t>vn -0.3949 -0.8865 0.2411</w:t>
        <w:br/>
        <w:t>vn -0.2964 -0.8661 0.4026</w:t>
        <w:br/>
        <w:t>vn -0.5709 0.7621 0.3055</w:t>
        <w:br/>
        <w:t>vn -0.8175 0.3803 0.4326</w:t>
        <w:br/>
        <w:t>vn -0.6635 0.4013 0.6315</w:t>
        <w:br/>
        <w:t>vn -0.4566 0.8035 0.3819</w:t>
        <w:br/>
        <w:t>vn 0.8491 -0.5094 0.1396</w:t>
        <w:br/>
        <w:t>vn 0.6282 -0.7777 -0.0236</w:t>
        <w:br/>
        <w:t>vn 0.5854 -0.8003 -0.1299</w:t>
        <w:br/>
        <w:t>vn 0.8395 -0.5421 -0.0376</w:t>
        <w:br/>
        <w:t>vn 0.7893 -0.5227 0.3221</w:t>
        <w:br/>
        <w:t>vn 0.5854 -0.8060 0.0877</w:t>
        <w:br/>
        <w:t>vn 0.2704 0.3663 -0.8903</w:t>
        <w:br/>
        <w:t>vn 0.2606 0.3275 -0.9082</w:t>
        <w:br/>
        <w:t>vn 0.0754 -0.0744 0.9944</w:t>
        <w:br/>
        <w:t>vn 0.0755 -0.0744 0.9944</w:t>
        <w:br/>
        <w:t>vn 0.4990 0.3150 0.8073</w:t>
        <w:br/>
        <w:t>vn 0.2301 0.7075 0.6682</w:t>
        <w:br/>
        <w:t>vn 0.0468 0.7530 0.6563</w:t>
        <w:br/>
        <w:t>vn 0.2580 0.3412 0.9039</w:t>
        <w:br/>
        <w:t>vn 0.4230 -0.5537 0.7173</w:t>
        <w:br/>
        <w:t>vn 0.3690 -0.8399 0.3980</w:t>
        <w:br/>
        <w:t>vn 0.4879 -0.8410 0.2338</w:t>
        <w:br/>
        <w:t>vn 0.6282 -0.5594 0.5407</w:t>
        <w:br/>
        <w:t>vn -0.1699 -0.0469 0.9843</w:t>
        <w:br/>
        <w:t>vn -0.1699 -0.0470 0.9843</w:t>
        <w:br/>
        <w:t>vn 0.1376 0.0095 0.9904</w:t>
        <w:br/>
        <w:t>vn 0.1377 0.0095 0.9904</w:t>
        <w:br/>
        <w:t>vn 0.4107 -0.0059 0.9117</w:t>
        <w:br/>
        <w:t>vn 0.6754 -0.0212 0.7372</w:t>
        <w:br/>
        <w:t>vn 0.5991 0.0010 0.8007</w:t>
        <w:br/>
        <w:t>vn 0.7542 0.0114 0.6565</w:t>
        <w:br/>
        <w:t>vn 0.8647 -0.0586 0.4989</w:t>
        <w:br/>
        <w:t>vn 0.9088 -0.1125 0.4018</w:t>
        <w:br/>
        <w:t>vn -0.3267 0.3826 -0.8642</w:t>
        <w:br/>
        <w:t>vn -0.3503 0.3498 -0.8689</w:t>
        <w:br/>
        <w:t>vn -0.7029 0.3839 -0.5988</w:t>
        <w:br/>
        <w:t>vn -0.6396 0.3217 -0.6981</w:t>
        <w:br/>
        <w:t>vn -0.4679 0.3388 -0.8162</w:t>
        <w:br/>
        <w:t>vn -0.7337 0.3084 -0.6055</w:t>
        <w:br/>
        <w:t>vn -0.7292 0.2766 -0.6259</w:t>
        <w:br/>
        <w:t>vn 0.3431 0.3032 -0.8890</w:t>
        <w:br/>
        <w:t>vn -0.7691 0.2968 -0.5661</w:t>
        <w:br/>
        <w:t>vn -0.7720 0.2861 -0.5677</w:t>
        <w:br/>
        <w:t>vn -0.6887 0.2364 -0.6854</w:t>
        <w:br/>
        <w:t>vn -0.6148 0.1866 -0.7662</w:t>
        <w:br/>
        <w:t>vn -0.6040 -0.7031 -0.3753</w:t>
        <w:br/>
        <w:t>vn -0.4814 -0.6940 -0.5353</w:t>
        <w:br/>
        <w:t>vn -0.1980 -0.9056 -0.3751</w:t>
        <w:br/>
        <w:t>vn -0.9094 -0.2061 -0.3614</w:t>
        <w:br/>
        <w:t>vn -0.9418 -0.2173 -0.2566</w:t>
        <w:br/>
        <w:t>vn -0.9094 -0.2061 -0.3613</w:t>
        <w:br/>
        <w:t>vn 0.9783 -0.1769 -0.1083</w:t>
        <w:br/>
        <w:t>vn 0.9783 -0.1769 -0.1082</w:t>
        <w:br/>
        <w:t>vn 0.9463 -0.2603 -0.1918</w:t>
        <w:br/>
        <w:t>vn 0.8064 -0.4396 -0.3955</w:t>
        <w:br/>
        <w:t>vn 0.7927 -0.5980 -0.1184</w:t>
        <w:br/>
        <w:t>vn 0.9374 0.1351 0.3211</w:t>
        <w:br/>
        <w:t>vn 0.9444 0.2881 0.1587</w:t>
        <w:br/>
        <w:t>vn -0.8175 0.3802 0.4326</w:t>
        <w:br/>
        <w:t>vn -0.7818 -0.6223 -0.0384</w:t>
        <w:br/>
        <w:t>vn -0.8063 -0.5679 0.1653</w:t>
        <w:br/>
        <w:t>vn -0.9756 -0.1832 0.1209</w:t>
        <w:br/>
        <w:t>vn -0.9683 -0.2490 0.0212</w:t>
        <w:br/>
        <w:t>vn -0.7034 -0.6770 -0.2165</w:t>
        <w:br/>
        <w:t>vn -0.9202 -0.3408 -0.1929</w:t>
        <w:br/>
        <w:t>vn -0.6486 -0.6049 -0.4619</w:t>
        <w:br/>
        <w:t>vn -0.5116 -0.5153 -0.6876</w:t>
        <w:br/>
        <w:t>vn 0.5994 0.0732 -0.7971</w:t>
        <w:br/>
        <w:t>vn 0.5305 -0.3740 -0.7607</w:t>
        <w:br/>
        <w:t>vn 0.5306 -0.3740 -0.7607</w:t>
        <w:br/>
        <w:t>vn 0.0141 0.9898 0.1419</w:t>
        <w:br/>
        <w:t>vn 0.0141 0.9898 0.1418</w:t>
        <w:br/>
        <w:t>vn 0.2794 0.9396 -0.1976</w:t>
        <w:br/>
        <w:t>vn -0.4221 0.6947 0.5825</w:t>
        <w:br/>
        <w:t>vn -0.4220 0.6946 0.5825</w:t>
        <w:br/>
        <w:t>vn -0.6499 0.4371 0.6217</w:t>
        <w:br/>
        <w:t>vn -0.8075 0.4082 0.4258</w:t>
        <w:br/>
        <w:t>vn -0.8631 0.4240 0.2745</w:t>
        <w:br/>
        <w:t>vn -0.9083 0.3886 0.1549</w:t>
        <w:br/>
        <w:t>vn -0.9714 0.2374 -0.0010</w:t>
        <w:br/>
        <w:t>vn -0.9976 0.0491 -0.0479</w:t>
        <w:br/>
        <w:t>vn -0.9976 0.0491 -0.0478</w:t>
        <w:br/>
        <w:t>vn -0.9926 -0.0702 -0.0994</w:t>
        <w:br/>
        <w:t>vn -0.9926 -0.0701 -0.0994</w:t>
        <w:br/>
        <w:t>vn -0.9721 -0.1552 -0.1760</w:t>
        <w:br/>
        <w:t>vn -0.5601 -0.2365 -0.7939</w:t>
        <w:br/>
        <w:t>vn -0.5602 -0.2366 -0.7939</w:t>
        <w:br/>
        <w:t>vn -0.2775 0.9399 -0.1990</w:t>
        <w:br/>
        <w:t>vn -0.4804 0.7210 -0.4993</w:t>
        <w:br/>
        <w:t>vn -0.4805 0.7210 -0.4993</w:t>
        <w:br/>
        <w:t>vn 0.2272 0.8887 0.3982</w:t>
        <w:br/>
        <w:t>vn 0.2273 0.8887 0.3982</w:t>
        <w:br/>
        <w:t>vn 0.5517 0.5664 0.6122</w:t>
        <w:br/>
        <w:t>vn 0.4083 0.2917 0.8650</w:t>
        <w:br/>
        <w:t>vn 0.7561 0.4451 0.4798</w:t>
        <w:br/>
        <w:t>vn 0.9117 0.3535 0.2094</w:t>
        <w:br/>
        <w:t>vn 0.9789 0.1979 0.0502</w:t>
        <w:br/>
        <w:t>vn 0.9995 0.0328 -0.0020</w:t>
        <w:br/>
        <w:t>vn -0.3296 -0.6733 -0.6618</w:t>
        <w:br/>
        <w:t>vn -0.4815 -0.6940 -0.5353</w:t>
        <w:br/>
        <w:t>vn -0.4874 -0.3531 -0.7986</w:t>
        <w:br/>
        <w:t>vn -0.8587 -0.3126 -0.4061</w:t>
        <w:br/>
        <w:t>vn -0.2788 -0.3595 -0.8905</w:t>
        <w:br/>
        <w:t>vn -0.1134 0.1652 -0.9797</w:t>
        <w:br/>
        <w:t>vn -0.0031 -0.6681 -0.7441</w:t>
        <w:br/>
        <w:t>vn -0.1673 -0.6747 -0.7188</w:t>
        <w:br/>
        <w:t>vn 0.5121 -0.6310 -0.5827</w:t>
        <w:br/>
        <w:t>vn -0.6546 0.7502 0.0933</w:t>
        <w:br/>
        <w:t>vn -0.6547 0.7501 0.0933</w:t>
        <w:br/>
        <w:t>vn 0.3484 -0.4543 0.8199</w:t>
        <w:br/>
        <w:t>vn 0.9922 -0.1109 -0.0563</w:t>
        <w:br/>
        <w:t>vn 0.3313 0.3898 -0.8592</w:t>
        <w:br/>
        <w:t>vn 0.3314 0.3898 -0.8592</w:t>
        <w:br/>
        <w:t>vn -0.8308 -0.4161 -0.3697</w:t>
        <w:br/>
        <w:t>vn 0.6521 -0.4937 -0.5753</w:t>
        <w:br/>
        <w:t>vn -0.1308 0.6196 -0.7739</w:t>
        <w:br/>
        <w:t>vn 0.0103 0.1743 -0.9846</w:t>
        <w:br/>
        <w:t>vn 0.0882 -0.6702 -0.7369</w:t>
        <w:br/>
        <w:t>vn 0.1032 -0.9206 -0.3766</w:t>
        <w:br/>
        <w:t>vn 0.0536 -0.6857 -0.7259</w:t>
        <w:br/>
        <w:t>vn -0.2110 0.5777 -0.7885</w:t>
        <w:br/>
        <w:t>vn -0.1521 0.1630 -0.9748</w:t>
        <w:br/>
        <w:t>vn -0.1521 0.1629 -0.9748</w:t>
        <w:br/>
        <w:t>vn -0.0320 0.5901 -0.8067</w:t>
        <w:br/>
        <w:t>vn -0.0393 0.1335 -0.9903</w:t>
        <w:br/>
        <w:t>vn 0.1608 -0.7183 -0.6769</w:t>
        <w:br/>
        <w:t>vn 0.2147 -0.9358 -0.2795</w:t>
        <w:br/>
        <w:t>vn 0.2722 -0.9412 -0.1999</w:t>
        <w:br/>
        <w:t>vn 0.2850 -0.7632 -0.5799</w:t>
        <w:br/>
        <w:t>vn -0.1412 0.5807 -0.8018</w:t>
        <w:br/>
        <w:t>vn -0.0393 0.1334 -0.9903</w:t>
        <w:br/>
        <w:t>vn 0.2851 -0.7632 -0.5799</w:t>
        <w:br/>
        <w:t>vn 0.2474 -0.4490 -0.8586</w:t>
        <w:br/>
        <w:t>vn 0.3916 -0.8009 -0.4530</w:t>
        <w:br/>
        <w:t>vn 0.3274 -0.9364 -0.1263</w:t>
        <w:br/>
        <w:t>vn 0.4050 -0.5597 -0.7230</w:t>
        <w:br/>
        <w:t>vn 0.5040 -0.7920 -0.3445</w:t>
        <w:br/>
        <w:t>vn 0.5933 -0.5738 -0.5645</w:t>
        <w:br/>
        <w:t>vn 0.5040 -0.7920 -0.3444</w:t>
        <w:br/>
        <w:t>vn 0.3636 -0.9271 -0.0907</w:t>
        <w:br/>
        <w:t>vn 0.4065 0.7120 0.5725</w:t>
        <w:br/>
        <w:t>vn 0.7201 0.3246 0.6132</w:t>
        <w:br/>
        <w:t>vn 0.4780 0.7125 0.5136</w:t>
        <w:br/>
        <w:t>vn 0.5721 0.7083 0.4135</w:t>
        <w:br/>
        <w:t>vn 0.7201 0.3247 0.6132</w:t>
        <w:br/>
        <w:t>vn 0.7893 -0.5227 0.3220</w:t>
        <w:br/>
        <w:t>vn -0.1252 -0.8940 -0.4301</w:t>
        <w:br/>
        <w:t>vn -0.3297 -0.6732 -0.6619</w:t>
        <w:br/>
        <w:t>vn -0.3342 0.8320 0.4427</w:t>
        <w:br/>
        <w:t>vn -0.4230 -0.1881 0.8864</w:t>
        <w:br/>
        <w:t>vn -0.2198 0.8632 0.4544</w:t>
        <w:br/>
        <w:t>vn -0.2198 0.8632 0.4545</w:t>
        <w:br/>
        <w:t>vn -0.1711 -0.2805 0.9445</w:t>
        <w:br/>
        <w:t>vn -0.1273 0.8815 0.4547</w:t>
        <w:br/>
        <w:t>vn 0.0211 -0.2268 0.9737</w:t>
        <w:br/>
        <w:t>vn -0.0656 0.8403 0.5382</w:t>
        <w:br/>
        <w:t>vn 0.2579 -0.5607 0.7869</w:t>
        <w:br/>
        <w:t>vn 0.2153 -0.1502 0.9649</w:t>
        <w:br/>
        <w:t>vn 0.4990 0.3150 0.8074</w:t>
        <w:br/>
        <w:t>vn -0.2746 -0.5240 0.8062</w:t>
        <w:br/>
        <w:t>vn -0.2622 0.3659 -0.8930</w:t>
        <w:br/>
        <w:t>vn -0.3047 0.3846 -0.8713</w:t>
        <w:br/>
        <w:t>vn -0.3720 0.3388 -0.8642</w:t>
        <w:br/>
        <w:t>vn -0.6846 0.7289 0.0100</w:t>
        <w:br/>
        <w:t>vn 0.1050 0.0278 -0.9941</w:t>
        <w:br/>
        <w:t>vn 0.4127 0.0523 -0.9093</w:t>
        <w:br/>
        <w:t>vn 0.4128 0.0523 -0.9093</w:t>
        <w:br/>
        <w:t>vn -0.3128 0.0023 -0.9498</w:t>
        <w:br/>
        <w:t>vn -0.4088 0.0041 -0.9126</w:t>
        <w:br/>
        <w:t>vn 0.3975 -0.0643 -0.9153</w:t>
        <w:br/>
        <w:t>vn 0.3975 -0.0643 -0.9154</w:t>
        <w:br/>
        <w:t>vn 0.1053 -0.0838 -0.9909</w:t>
        <w:br/>
        <w:t>vn -0.3096 -0.0286 -0.9504</w:t>
        <w:br/>
        <w:t>vn -0.5193 0.0035 -0.8546</w:t>
        <w:br/>
        <w:t>vn -0.6939 0.1551 0.7032</w:t>
        <w:br/>
        <w:t>vn -0.9333 0.1490 0.3267</w:t>
        <w:br/>
        <w:t>vn -0.1469 0.1246 0.9813</w:t>
        <w:br/>
        <w:t>vn 0.0801 0.1474 0.9858</w:t>
        <w:br/>
        <w:t>vn 0.0801 0.1473 0.9858</w:t>
        <w:br/>
        <w:t>vn 0.1265 0.1307 0.9833</w:t>
        <w:br/>
        <w:t>vn 0.1198 0.0822 0.9894</w:t>
        <w:br/>
        <w:t>vn -0.2260 0.0320 0.9736</w:t>
        <w:br/>
        <w:t>vn -0.1569 0.0334 0.9871</w:t>
        <w:br/>
        <w:t>vn -0.1569 0.0334 0.9870</w:t>
        <w:br/>
        <w:t>vn -0.1640 -0.0119 0.9864</w:t>
        <w:br/>
        <w:t>vn 0.1805 -0.0174 0.9834</w:t>
        <w:br/>
        <w:t>vn 0.3833 0.0199 0.9234</w:t>
        <w:br/>
        <w:t>vn 0.9934 0.0966 0.0613</w:t>
        <w:br/>
        <w:t>vn -0.7576 -0.0819 0.6476</w:t>
        <w:br/>
        <w:t>vn -0.8591 -0.1628 0.4853</w:t>
        <w:br/>
        <w:t>vn -0.1812 -0.1275 0.9751</w:t>
        <w:br/>
        <w:t>vn -0.1587 -0.0139 0.9872</w:t>
        <w:br/>
        <w:t>vn -0.1342 0.0994 0.9860</w:t>
        <w:br/>
        <w:t>vn -0.4943 0.0713 0.8664</w:t>
        <w:br/>
        <w:t>vn 0.2657 0.1733 0.9483</w:t>
        <w:br/>
        <w:t>vn 0.2725 -0.0209 0.9619</w:t>
        <w:br/>
        <w:t>vn 0.2689 -0.2159 0.9387</w:t>
        <w:br/>
        <w:t>vn 0.1135 -0.0758 0.9906</w:t>
        <w:br/>
        <w:t>vn 0.0967 0.2740 0.9569</w:t>
        <w:br/>
        <w:t>vn 0.1162 -0.4182 0.9009</w:t>
        <w:br/>
        <w:t>vn -0.1488 0.2894 0.9456</w:t>
        <w:br/>
        <w:t>vn -0.2020 -0.0197 0.9792</w:t>
        <w:br/>
        <w:t>vn -0.2556 0.0730 0.9640</w:t>
        <w:br/>
        <w:t>vn -0.2099 0.2181 0.9531</w:t>
        <w:br/>
        <w:t>vn -0.2355 -0.3328 0.9131</w:t>
        <w:br/>
        <w:t>vn -0.2956 -0.0748 0.9524</w:t>
        <w:br/>
        <w:t>vn -0.0651 0.0725 0.9952</w:t>
        <w:br/>
        <w:t>vn -0.0773 0.1293 0.9886</w:t>
        <w:br/>
        <w:t>vn -0.0527 0.0152 0.9985</w:t>
        <w:br/>
        <w:t>vn 0.3903 0.0127 0.9206</w:t>
        <w:br/>
        <w:t>vn 0.3758 0.0905 0.9223</w:t>
        <w:br/>
        <w:t>vn 0.4024 -0.0647 0.9132</w:t>
        <w:br/>
        <w:t>vn 0.6526 -0.0244 0.7573</w:t>
        <w:br/>
        <w:t>vn 0.6489 0.0783 0.7568</w:t>
        <w:br/>
        <w:t>vn 0.6493 -0.1268 0.7499</w:t>
        <w:br/>
        <w:t>vn 0.9779 -0.0028 -0.2092</w:t>
        <w:br/>
        <w:t>vn 0.9594 -0.1421 -0.2435</w:t>
        <w:br/>
        <w:t>vn 0.7352 -0.1519 -0.6606</w:t>
        <w:br/>
        <w:t>vn 0.7667 -0.0016 -0.6420</w:t>
        <w:br/>
        <w:t>vn 0.9209 -0.2784 -0.2727</w:t>
        <w:br/>
        <w:t>vn 0.6869 -0.2966 -0.6634</w:t>
        <w:br/>
        <w:t>vn 0.0936 -0.2451 -0.9650</w:t>
        <w:br/>
        <w:t>vn 0.1340 -0.1227 -0.9834</w:t>
        <w:br/>
        <w:t>vn 0.1720 0.0015 -0.9851</w:t>
        <w:br/>
        <w:t>vn -0.1665 -0.2694 -0.9485</w:t>
        <w:br/>
        <w:t>vn -0.1233 -0.1463 -0.9815</w:t>
        <w:br/>
        <w:t>vn -0.0778 -0.0207 -0.9968</w:t>
        <w:br/>
        <w:t>vn -0.0604 -0.1756 -0.9826</w:t>
        <w:br/>
        <w:t>vn -0.0583 0.0192 -0.9981</w:t>
        <w:br/>
        <w:t>vn -0.0602 -0.3652 -0.9290</w:t>
        <w:br/>
        <w:t>vn -0.0037 0.1812 -0.9834</w:t>
        <w:br/>
        <w:t>vn 0.0346 -0.1089 -0.9935</w:t>
        <w:br/>
        <w:t>vn 0.0881 -0.5385 -0.8380</w:t>
        <w:br/>
        <w:t>vn 0.0786 -0.0718 -0.9943</w:t>
        <w:br/>
        <w:t>vn 0.0455 0.1404 -0.9891</w:t>
        <w:br/>
        <w:t>vn -0.0304 0.5341 -0.8449</w:t>
        <w:br/>
        <w:t>vn -0.0110 -0.0721 -0.9973</w:t>
        <w:br/>
        <w:t>vn 0.0336 -0.5328 -0.8456</w:t>
        <w:br/>
        <w:t>vn 0.1086 -0.2845 -0.9525</w:t>
        <w:br/>
        <w:t>vn 0.1136 0.0024 -0.9935</w:t>
        <w:br/>
        <w:t>vn 0.0663 0.0858 -0.9941</w:t>
        <w:br/>
        <w:t>vn 0.1604 -0.0819 -0.9836</w:t>
        <w:br/>
        <w:t>vn -0.2061 0.0149 -0.9784</w:t>
        <w:br/>
        <w:t>vn -0.2446 -0.0354 -0.9690</w:t>
        <w:br/>
        <w:t>vn -0.1676 0.0642 -0.9838</w:t>
        <w:br/>
        <w:t>vn -0.8289 -0.0678 -0.5552</w:t>
        <w:br/>
        <w:t>vn -0.3532 0.0331 -0.9350</w:t>
        <w:br/>
        <w:t>vn -0.5011 -0.0771 -0.8620</w:t>
        <w:br/>
        <w:t>vn -0.9893 -0.0451 -0.1388</w:t>
        <w:br/>
        <w:t>vn -0.9893 -0.0451 -0.1389</w:t>
        <w:br/>
        <w:t>vn -0.9890 -0.1427 0.0385</w:t>
        <w:br/>
        <w:t>vn 0.2466 -0.9691 -0.0042</w:t>
        <w:br/>
        <w:t>vn 0.3038 -0.9404 -0.1531</w:t>
        <w:br/>
        <w:t>vn 0.3180 0.9396 -0.1263</w:t>
        <w:br/>
        <w:t>vn 0.1453 0.9815 -0.1250</w:t>
        <w:br/>
        <w:t>vn 0.1454 0.9815 -0.1250</w:t>
        <w:br/>
        <w:t>vn 0.4256 0.8950 -0.1335</w:t>
        <w:br/>
        <w:t>vn 0.4894 -0.8601 -0.1438</w:t>
        <w:br/>
        <w:t>vn 0.4894 -0.8601 -0.1439</w:t>
        <w:br/>
        <w:t>vn 0.1697 0.9831 0.0692</w:t>
        <w:br/>
        <w:t>vn 0.1245 0.9893 -0.0766</w:t>
        <w:br/>
        <w:t>vn 0.2306 -0.9529 -0.1972</w:t>
        <w:br/>
        <w:t>vn 0.3556 -0.9345 -0.0175</w:t>
        <w:br/>
        <w:t>vn 0.4181 0.9077 -0.0351</w:t>
        <w:br/>
        <w:t>vn 0.2119 0.9709 -0.1120</w:t>
        <w:br/>
        <w:t>vn 0.4180 0.9077 -0.0351</w:t>
        <w:br/>
        <w:t>vn 0.2306 -0.9528 -0.1973</w:t>
        <w:br/>
        <w:t>vn 0.3149 -0.9298 0.1906</w:t>
        <w:br/>
        <w:t>vn 0.0684 -0.9924 -0.1025</w:t>
        <w:br/>
        <w:t>vn 0.4823 0.8758 0.0199</w:t>
        <w:br/>
        <w:t>vn 0.5187 -0.7953 0.3138</w:t>
        <w:br/>
        <w:t>vn 0.4119 -0.9085 0.0698</w:t>
        <w:br/>
        <w:t>vn 0.4119 -0.9086 0.0698</w:t>
        <w:br/>
        <w:t>vn 0.2862 0.9571 -0.0463</w:t>
        <w:br/>
        <w:t>vn 0.1599 0.9758 -0.1489</w:t>
        <w:br/>
        <w:t>vn 0.2644 -0.9642 0.0182</w:t>
        <w:br/>
        <w:t>vn -0.4211 0.9042 -0.0709</w:t>
        <w:br/>
        <w:t>vn -0.2672 0.9612 -0.0683</w:t>
        <w:br/>
        <w:t>vn -0.2859 0.9572 0.0456</w:t>
        <w:br/>
        <w:t>vn -0.4211 0.9042 -0.0710</w:t>
        <w:br/>
        <w:t>vn -0.2208 -0.9603 -0.1703</w:t>
        <w:br/>
        <w:t>vn -0.1177 -0.9662 -0.2292</w:t>
        <w:br/>
        <w:t>vn -0.4223 -0.8606 -0.2848</w:t>
        <w:br/>
        <w:t>vn -0.3300 0.9435 0.0314</w:t>
        <w:br/>
        <w:t>vn -0.4002 -0.9036 -0.1531</w:t>
        <w:br/>
        <w:t>vn -0.4001 -0.9036 -0.1531</w:t>
        <w:br/>
        <w:t>vn -0.1869 0.9823 0.0124</w:t>
        <w:br/>
        <w:t>vn -0.1869 0.9823 0.0123</w:t>
        <w:br/>
        <w:t>vn -0.3562 -0.9301 -0.0899</w:t>
        <w:br/>
        <w:t>vn -0.0861 0.9961 -0.0200</w:t>
        <w:br/>
        <w:t>vn -0.0861 0.9961 -0.0201</w:t>
        <w:br/>
        <w:t>vn -0.3521 -0.9350 0.0432</w:t>
        <w:br/>
        <w:t>vn -0.3520 -0.9350 0.0432</w:t>
        <w:br/>
        <w:t>vn -0.1268 0.9918 0.0183</w:t>
        <w:br/>
        <w:t>vn -0.4445 -0.8728 0.2014</w:t>
        <w:br/>
        <w:t>vn -0.5513 -0.7865 0.2784</w:t>
        <w:br/>
        <w:t>vn -0.2382 0.9704 0.0386</w:t>
        <w:br/>
        <w:t>vn -0.2383 0.9704 0.0386</w:t>
        <w:br/>
        <w:t>vn -0.5425 -0.7377 0.4018</w:t>
        <w:br/>
        <w:t>vn -0.3546 0.9267 0.1245</w:t>
        <w:br/>
        <w:t>vn -0.4099 0.9097 0.0674</w:t>
        <w:br/>
        <w:t>vn -0.3128 -0.9086 0.2766</w:t>
        <w:br/>
        <w:t>vn -0.2451 0.9525 -0.1808</w:t>
        <w:br/>
        <w:t>vn -0.2673 0.9612 -0.0683</w:t>
        <w:br/>
        <w:t>vn -0.1177 -0.9663 -0.2291</w:t>
        <w:br/>
        <w:t>vn -0.1374 -0.9880 0.0711</w:t>
        <w:br/>
        <w:t>vn 0.1246 0.9892 -0.0766</w:t>
        <w:br/>
        <w:t>vn 0.2306 -0.9528 -0.1972</w:t>
        <w:br/>
        <w:t>vn -0.1177 -0.9662 -0.2291</w:t>
        <w:br/>
        <w:t>vn 0.0336 -0.5327 -0.8456</w:t>
        <w:br/>
        <w:t>vn 0.4993 -0.0223 -0.8662</w:t>
        <w:br/>
        <w:t>vn 0.4993 -0.0223 -0.8661</w:t>
        <w:br/>
        <w:t>vn -0.4127 0.0523 -0.9093</w:t>
        <w:br/>
        <w:t>vn -0.1050 0.0278 -0.9941</w:t>
        <w:br/>
        <w:t>vn -0.1050 0.0277 -0.9941</w:t>
        <w:br/>
        <w:t>vn -0.4128 0.0523 -0.9093</w:t>
        <w:br/>
        <w:t>vn 0.3128 0.0023 -0.9498</w:t>
        <w:br/>
        <w:t>vn 0.4088 0.0041 -0.9126</w:t>
        <w:br/>
        <w:t>vn -0.3975 -0.0643 -0.9153</w:t>
        <w:br/>
        <w:t>vn -0.1053 -0.0838 -0.9909</w:t>
        <w:br/>
        <w:t>vn -0.3975 -0.0643 -0.9154</w:t>
        <w:br/>
        <w:t>vn 0.3096 -0.0286 -0.9504</w:t>
        <w:br/>
        <w:t>vn 0.5193 0.0035 -0.8546</w:t>
        <w:br/>
        <w:t>vn 0.6939 0.1550 0.7032</w:t>
        <w:br/>
        <w:t>vn 0.6941 0.1544 0.7032</w:t>
        <w:br/>
        <w:t>vn 0.9333 0.1490 0.3266</w:t>
        <w:br/>
        <w:t>vn 0.9333 0.1490 0.3267</w:t>
        <w:br/>
        <w:t>vn 0.1469 0.1246 0.9813</w:t>
        <w:br/>
        <w:t>vn -0.0801 0.1473 0.9858</w:t>
        <w:br/>
        <w:t>vn -0.0801 0.1474 0.9858</w:t>
        <w:br/>
        <w:t>vn -0.1265 0.1307 0.9833</w:t>
        <w:br/>
        <w:t>vn -0.1198 0.0822 0.9894</w:t>
        <w:br/>
        <w:t>vn 0.2260 0.0320 0.9736</w:t>
        <w:br/>
        <w:t>vn 0.1569 0.0334 0.9870</w:t>
        <w:br/>
        <w:t>vn 0.1569 0.0334 0.9871</w:t>
        <w:br/>
        <w:t>vn 0.1640 -0.0119 0.9864</w:t>
        <w:br/>
        <w:t>vn -0.1805 -0.0174 0.9834</w:t>
        <w:br/>
        <w:t>vn -0.3833 0.0199 0.9234</w:t>
        <w:br/>
        <w:t>vn -0.9934 0.0966 0.0613</w:t>
        <w:br/>
        <w:t>vn 0.7576 -0.0819 0.6476</w:t>
        <w:br/>
        <w:t>vn 0.1587 -0.0139 0.9872</w:t>
        <w:br/>
        <w:t>vn 0.1812 -0.1275 0.9751</w:t>
        <w:br/>
        <w:t>vn 0.8591 -0.1628 0.4853</w:t>
        <w:br/>
        <w:t>vn 0.4943 0.0713 0.8664</w:t>
        <w:br/>
        <w:t>vn 0.1342 0.0994 0.9860</w:t>
        <w:br/>
        <w:t>vn -0.2657 0.1733 0.9483</w:t>
        <w:br/>
        <w:t>vn -0.2725 -0.0209 0.9619</w:t>
        <w:br/>
        <w:t>vn -0.2689 -0.2159 0.9387</w:t>
        <w:br/>
        <w:t>vn -0.0967 0.2740 0.9569</w:t>
        <w:br/>
        <w:t>vn -0.1135 -0.0758 0.9906</w:t>
        <w:br/>
        <w:t>vn -0.1162 -0.4182 0.9009</w:t>
        <w:br/>
        <w:t>vn 0.1488 0.2894 0.9456</w:t>
        <w:br/>
        <w:t>vn 0.2099 0.2181 0.9531</w:t>
        <w:br/>
        <w:t>vn 0.2556 0.0730 0.9640</w:t>
        <w:br/>
        <w:t>vn 0.2020 -0.0197 0.9792</w:t>
        <w:br/>
        <w:t>vn 0.2956 -0.0748 0.9524</w:t>
        <w:br/>
        <w:t>vn 0.2355 -0.3328 0.9131</w:t>
        <w:br/>
        <w:t>vn 0.0773 0.1293 0.9886</w:t>
        <w:br/>
        <w:t>vn 0.0651 0.0725 0.9952</w:t>
        <w:br/>
        <w:t>vn 0.0527 0.0152 0.9985</w:t>
        <w:br/>
        <w:t>vn -0.3758 0.0905 0.9223</w:t>
        <w:br/>
        <w:t>vn -0.3903 0.0127 0.9206</w:t>
        <w:br/>
        <w:t>vn -0.4024 -0.0647 0.9132</w:t>
        <w:br/>
        <w:t>vn -0.6489 0.0783 0.7568</w:t>
        <w:br/>
        <w:t>vn -0.6526 -0.0244 0.7573</w:t>
        <w:br/>
        <w:t>vn -0.6493 -0.1268 0.7499</w:t>
        <w:br/>
        <w:t>vn -0.9779 -0.0028 -0.2092</w:t>
        <w:br/>
        <w:t>vn -0.7667 -0.0016 -0.6420</w:t>
        <w:br/>
        <w:t>vn -0.7352 -0.1519 -0.6606</w:t>
        <w:br/>
        <w:t>vn -0.9594 -0.1421 -0.2435</w:t>
        <w:br/>
        <w:t>vn -0.6869 -0.2966 -0.6634</w:t>
        <w:br/>
        <w:t>vn -0.9209 -0.2784 -0.2727</w:t>
        <w:br/>
        <w:t>vn -0.1340 -0.1227 -0.9834</w:t>
        <w:br/>
        <w:t>vn -0.0936 -0.2451 -0.9650</w:t>
        <w:br/>
        <w:t>vn -0.1720 0.0015 -0.9851</w:t>
        <w:br/>
        <w:t>vn 0.1665 -0.2694 -0.9485</w:t>
        <w:br/>
        <w:t>vn 0.1233 -0.1463 -0.9815</w:t>
        <w:br/>
        <w:t>vn 0.0778 -0.0207 -0.9968</w:t>
        <w:br/>
        <w:t>vn 0.0583 0.0191 -0.9981</w:t>
        <w:br/>
        <w:t>vn 0.0604 -0.1756 -0.9826</w:t>
        <w:br/>
        <w:t>vn 0.0602 -0.3652 -0.9290</w:t>
        <w:br/>
        <w:t>vn 0.0037 0.1812 -0.9834</w:t>
        <w:br/>
        <w:t>vn -0.0346 -0.1089 -0.9935</w:t>
        <w:br/>
        <w:t>vn -0.0881 -0.5385 -0.8380</w:t>
        <w:br/>
        <w:t>vn -0.0786 -0.0718 -0.9943</w:t>
        <w:br/>
        <w:t>vn 0.0110 -0.0721 -0.9973</w:t>
        <w:br/>
        <w:t>vn 0.0304 0.5341 -0.8449</w:t>
        <w:br/>
        <w:t>vn -0.0455 0.1404 -0.9891</w:t>
        <w:br/>
        <w:t>vn -0.1086 -0.2845 -0.9525</w:t>
        <w:br/>
        <w:t>vn -0.0336 -0.5328 -0.8456</w:t>
        <w:br/>
        <w:t>vn -0.0663 0.0858 -0.9941</w:t>
        <w:br/>
        <w:t>vn -0.1136 0.0024 -0.9935</w:t>
        <w:br/>
        <w:t>vn -0.1604 -0.0819 -0.9836</w:t>
        <w:br/>
        <w:t>vn 0.2061 0.0149 -0.9784</w:t>
        <w:br/>
        <w:t>vn 0.2446 -0.0354 -0.9690</w:t>
        <w:br/>
        <w:t>vn 0.1676 0.0642 -0.9838</w:t>
        <w:br/>
        <w:t>vn 0.3532 0.0331 -0.9350</w:t>
        <w:br/>
        <w:t>vn 0.8289 -0.0678 -0.5552</w:t>
        <w:br/>
        <w:t>vn 0.5011 -0.0771 -0.8620</w:t>
        <w:br/>
        <w:t>vn 0.9893 -0.0451 -0.1388</w:t>
        <w:br/>
        <w:t>vn 0.9893 -0.0451 -0.1389</w:t>
        <w:br/>
        <w:t>vn 0.9890 -0.1427 0.0385</w:t>
        <w:br/>
        <w:t>vn -0.2466 -0.9691 -0.0042</w:t>
        <w:br/>
        <w:t>vn -0.3038 -0.9404 -0.1531</w:t>
        <w:br/>
        <w:t>vn -0.3180 0.9396 -0.1263</w:t>
        <w:br/>
        <w:t>vn -0.1454 0.9815 -0.1250</w:t>
        <w:br/>
        <w:t>vn -0.1453 0.9815 -0.1250</w:t>
        <w:br/>
        <w:t>vn -0.4256 0.8950 -0.1335</w:t>
        <w:br/>
        <w:t>vn -0.4894 -0.8601 -0.1439</w:t>
        <w:br/>
        <w:t>vn -0.4894 -0.8601 -0.1438</w:t>
        <w:br/>
        <w:t>vn -0.1697 0.9831 0.0692</w:t>
        <w:br/>
        <w:t>vn -0.1245 0.9893 -0.0766</w:t>
        <w:br/>
        <w:t>vn -0.3556 -0.9345 -0.0175</w:t>
        <w:br/>
        <w:t>vn -0.2306 -0.9529 -0.1972</w:t>
        <w:br/>
        <w:t>vn -0.4181 0.9077 -0.0351</w:t>
        <w:br/>
        <w:t>vn -0.4180 0.9077 -0.0351</w:t>
        <w:br/>
        <w:t>vn -0.2119 0.9709 -0.1120</w:t>
        <w:br/>
        <w:t>vn -0.2306 -0.9528 -0.1973</w:t>
        <w:br/>
        <w:t>vn -0.0684 -0.9924 -0.1025</w:t>
        <w:br/>
        <w:t>vn -0.3149 -0.9298 0.1906</w:t>
        <w:br/>
        <w:t>vn -0.4823 0.8758 0.0199</w:t>
        <w:br/>
        <w:t>vn -0.5187 -0.7953 0.3138</w:t>
        <w:br/>
        <w:t>vn -0.4119 -0.9085 0.0698</w:t>
        <w:br/>
        <w:t>vn -0.2862 0.9571 -0.0463</w:t>
        <w:br/>
        <w:t>vn -0.1599 0.9758 -0.1489</w:t>
        <w:br/>
        <w:t>vn -0.2644 -0.9642 0.0182</w:t>
        <w:br/>
        <w:t>vn 0.4211 0.9042 -0.0709</w:t>
        <w:br/>
        <w:t>vn 0.2859 0.9572 0.0456</w:t>
        <w:br/>
        <w:t>vn 0.2672 0.9612 -0.0683</w:t>
        <w:br/>
        <w:t>vn 0.2208 -0.9603 -0.1703</w:t>
        <w:br/>
        <w:t>vn 0.4223 -0.8606 -0.2848</w:t>
        <w:br/>
        <w:t>vn 0.1177 -0.9662 -0.2292</w:t>
        <w:br/>
        <w:t>vn 0.3300 0.9435 0.0314</w:t>
        <w:br/>
        <w:t>vn 0.4001 -0.9036 -0.1531</w:t>
        <w:br/>
        <w:t>vn 0.4002 -0.9036 -0.1531</w:t>
        <w:br/>
        <w:t>vn 0.1869 0.9823 0.0123</w:t>
        <w:br/>
        <w:t>vn 0.3562 -0.9301 -0.0899</w:t>
        <w:br/>
        <w:t>vn 0.0861 0.9961 -0.0200</w:t>
        <w:br/>
        <w:t>vn 0.0862 0.9961 -0.0200</w:t>
        <w:br/>
        <w:t>vn 0.3520 -0.9350 0.0433</w:t>
        <w:br/>
        <w:t>vn 0.3521 -0.9350 0.0432</w:t>
        <w:br/>
        <w:t>vn 0.1268 0.9918 0.0183</w:t>
        <w:br/>
        <w:t>vn 0.4445 -0.8728 0.2014</w:t>
        <w:br/>
        <w:t>vn 0.5513 -0.7865 0.2784</w:t>
        <w:br/>
        <w:t>vn 0.2383 0.9704 0.0386</w:t>
        <w:br/>
        <w:t>vn 0.5425 -0.7377 0.4018</w:t>
        <w:br/>
        <w:t>vn 0.3546 0.9267 0.1245</w:t>
        <w:br/>
        <w:t>vn 0.3546 0.9267 0.1246</w:t>
        <w:br/>
        <w:t>vn 0.4099 0.9097 0.0674</w:t>
        <w:br/>
        <w:t>vn 0.3128 -0.9086 0.2766</w:t>
        <w:br/>
        <w:t>vn 0.2451 0.9525 -0.1808</w:t>
        <w:br/>
        <w:t>vn 0.2673 0.9612 -0.0683</w:t>
        <w:br/>
        <w:t>vn 0.1374 -0.9880 0.0711</w:t>
        <w:br/>
        <w:t>vn 0.1177 -0.9663 -0.2291</w:t>
        <w:br/>
        <w:t>vn -0.1246 0.9892 -0.0766</w:t>
        <w:br/>
        <w:t>vn 0.1177 -0.9662 -0.2291</w:t>
        <w:br/>
        <w:t>vn -0.2306 -0.9528 -0.1972</w:t>
        <w:br/>
        <w:t>vn -0.0336 -0.5327 -0.8456</w:t>
        <w:br/>
        <w:t>vn -0.0337 -0.5327 -0.8456</w:t>
        <w:br/>
        <w:t>vn -0.4993 -0.0223 -0.8662</w:t>
        <w:br/>
        <w:t>vn -0.4993 -0.0223 -0.8661</w:t>
        <w:br/>
        <w:t>vn 0.8439 -0.5290 0.0897</w:t>
        <w:br/>
        <w:t>vn 0.7925 -0.6096 0.0193</w:t>
        <w:br/>
        <w:t>vn 0.4562 -0.1483 -0.8774</w:t>
        <w:br/>
        <w:t>vn 0.5365 0.1051 -0.8373</w:t>
        <w:br/>
        <w:t>vn 0.1296 -0.3593 0.9242</w:t>
        <w:br/>
        <w:t>vn 0.1658 -0.3084 0.9367</w:t>
        <w:br/>
        <w:t>vn 0.9288 -0.3435 0.1387</w:t>
        <w:br/>
        <w:t>vn 0.9513 0.0598 0.3023</w:t>
        <w:br/>
        <w:t>vn 0.9514 0.0598 0.3023</w:t>
        <w:br/>
        <w:t>vn 0.9288 -0.3436 0.1387</w:t>
        <w:br/>
        <w:t>vn 0.2075 -0.1730 0.9628</w:t>
        <w:br/>
        <w:t>vn 0.0681 -0.0364 0.9970</w:t>
        <w:br/>
        <w:t>vn 0.5373 0.6902 0.4847</w:t>
        <w:br/>
        <w:t>vn 0.4447 0.7489 0.4913</w:t>
        <w:br/>
        <w:t>vn 0.2305 0.5347 0.8130</w:t>
        <w:br/>
        <w:t>vn 0.4941 0.4947 -0.7150</w:t>
        <w:br/>
        <w:t>vn 0.4941 0.4946 -0.7150</w:t>
        <w:br/>
        <w:t>vn 0.2306 0.5347 0.8130</w:t>
        <w:br/>
        <w:t>vn -0.0269 0.2182 0.9755</w:t>
        <w:br/>
        <w:t>vn 0.5000 0.0749 -0.8628</w:t>
        <w:br/>
        <w:t>vn 0.5577 0.2419 -0.7940</w:t>
        <w:br/>
        <w:t>vn -0.9612 0.1804 -0.2086</w:t>
        <w:br/>
        <w:t>vn -0.9505 -0.0592 -0.3050</w:t>
        <w:br/>
        <w:t>vn -0.9000 0.3949 0.1847</w:t>
        <w:br/>
        <w:t>vn -0.4034 -0.5341 -0.7430</w:t>
        <w:br/>
        <w:t>vn -0.2993 -0.5869 -0.7523</w:t>
        <w:br/>
        <w:t>vn -0.6129 -0.5043 -0.6083</w:t>
        <w:br/>
        <w:t>vn -0.4034 -0.5341 -0.7429</w:t>
        <w:br/>
        <w:t>vn -0.7708 -0.5426 -0.3339</w:t>
        <w:br/>
        <w:t>vn -0.8447 -0.5319 -0.0593</w:t>
        <w:br/>
        <w:t>vn -0.8448 -0.5319 -0.0593</w:t>
        <w:br/>
        <w:t>vn -0.8778 -0.4499 0.1644</w:t>
        <w:br/>
        <w:t>vn -0.8042 -0.1457 0.5762</w:t>
        <w:br/>
        <w:t>vn -0.8616 -0.3661 0.3517</w:t>
        <w:br/>
        <w:t>vn -0.8036 -0.1869 0.5651</w:t>
        <w:br/>
        <w:t>vn 0.5017 0.6331 0.5894</w:t>
        <w:br/>
        <w:t>vn 0.2785 0.6311 0.7240</w:t>
        <w:br/>
        <w:t>vn -0.0416 0.4505 0.8918</w:t>
        <w:br/>
        <w:t>vn 0.3618 0.4968 0.7889</w:t>
        <w:br/>
        <w:t>vn 0.7142 0.5718 0.4037</w:t>
        <w:br/>
        <w:t>vn -0.8165 -0.3149 0.4840</w:t>
        <w:br/>
        <w:t>vn -0.0860 0.2865 0.9542</w:t>
        <w:br/>
        <w:t>vn -0.6158 0.1492 0.7737</w:t>
        <w:br/>
        <w:t>vn -0.3970 0.3784 0.8362</w:t>
        <w:br/>
        <w:t>vn -0.7613 0.1054 0.6397</w:t>
        <w:br/>
        <w:t>vn 0.0651 0.5583 0.8271</w:t>
        <w:br/>
        <w:t>vn -0.1545 0.5475 0.8224</w:t>
        <w:br/>
        <w:t>vn -0.4188 0.4303 0.7996</w:t>
        <w:br/>
        <w:t>vn -0.9276 0.1160 0.3550</w:t>
        <w:br/>
        <w:t>vn -0.9787 0.1416 0.1484</w:t>
        <w:br/>
        <w:t>vn -0.4188 0.4303 0.7997</w:t>
        <w:br/>
        <w:t>vn -0.3514 0.6557 0.6683</w:t>
        <w:br/>
        <w:t>vn -0.2636 0.5768 0.7732</w:t>
        <w:br/>
        <w:t>vn -0.4304 0.7182 0.5468</w:t>
        <w:br/>
        <w:t>vn 0.3057 0.4118 0.8585</w:t>
        <w:br/>
        <w:t>vn 0.0044 0.1329 0.9911</w:t>
        <w:br/>
        <w:t>vn 0.5594 0.5025 -0.6592</w:t>
        <w:br/>
        <w:t>vn 0.5594 0.5025 -0.6593</w:t>
        <w:br/>
        <w:t>vn 0.7273 0.4244 -0.5394</w:t>
        <w:br/>
        <w:t>vn 0.5577 0.6196 0.5524</w:t>
        <w:br/>
        <w:t>vn 0.6739 0.4274 0.6027</w:t>
        <w:br/>
        <w:t>vn 0.5085 0.3225 0.7984</w:t>
        <w:br/>
        <w:t>vn -0.4705 -0.1761 0.8647</w:t>
        <w:br/>
        <w:t>vn -0.1265 -0.0001 0.9920</w:t>
        <w:br/>
        <w:t>vn -0.3054 -0.0364 0.9515</w:t>
        <w:br/>
        <w:t>vn -0.1265 -0.0002 0.9920</w:t>
        <w:br/>
        <w:t>vn -0.7110 -0.3006 0.6357</w:t>
        <w:br/>
        <w:t>vn 0.8526 0.4784 0.2103</w:t>
        <w:br/>
        <w:t>vn 0.8485 0.4267 -0.3131</w:t>
        <w:br/>
        <w:t>vn 0.9257 0.3740 -0.0562</w:t>
        <w:br/>
        <w:t>vn 0.7971 0.3975 0.4546</w:t>
        <w:br/>
        <w:t>vn 0.8827 0.4356 0.1763</w:t>
        <w:br/>
        <w:t>vn 0.7971 0.3975 0.4545</w:t>
        <w:br/>
        <w:t>vn 0.4375 0.3075 0.8450</w:t>
        <w:br/>
        <w:t>vn 0.6238 0.3991 0.6721</w:t>
        <w:br/>
        <w:t>vn 0.0965 0.2865 0.9532</w:t>
        <w:br/>
        <w:t>vn 0.0295 -0.4941 0.8689</w:t>
        <w:br/>
        <w:t>vn 0.2065 -0.3365 0.9187</w:t>
        <w:br/>
        <w:t>vn 0.2065 -0.3365 0.9188</w:t>
        <w:br/>
        <w:t>vn -0.7843 0.3484 -0.5133</w:t>
        <w:br/>
        <w:t>vn -0.7174 0.3330 -0.6119</w:t>
        <w:br/>
        <w:t>vn -0.9490 0.2407 -0.2035</w:t>
        <w:br/>
        <w:t>vn -0.9414 0.3342 -0.0458</w:t>
        <w:br/>
        <w:t>vn -0.9634 0.0932 0.2515</w:t>
        <w:br/>
        <w:t>vn -0.8636 0.2347 0.4463</w:t>
        <w:br/>
        <w:t>vn 0.4429 -0.1226 0.8882</w:t>
        <w:br/>
        <w:t>vn -0.4075 0.2243 0.8852</w:t>
        <w:br/>
        <w:t>vn -0.0101 0.2075 0.9782</w:t>
        <w:br/>
        <w:t>vn 0.1417 -0.0872 0.9861</w:t>
        <w:br/>
        <w:t>vn -0.6315 0.3652 0.6840</w:t>
        <w:br/>
        <w:t>vn -0.7997 0.4139 0.4350</w:t>
        <w:br/>
        <w:t>vn 0.5804 -0.1070 0.8073</w:t>
        <w:br/>
        <w:t>vn 0.5968 -0.2976 0.7452</w:t>
        <w:br/>
        <w:t>vn -0.8398 0.3587 -0.4074</w:t>
        <w:br/>
        <w:t>vn -0.8766 0.3770 -0.2991</w:t>
        <w:br/>
        <w:t>vn -0.9394 0.3335 0.0790</w:t>
        <w:br/>
        <w:t>vn -0.9054 0.4122 -0.1022</w:t>
        <w:br/>
        <w:t>vn -0.8094 0.4404 0.3886</w:t>
        <w:br/>
        <w:t>vn 0.9753 0.1278 -0.1801</w:t>
        <w:br/>
        <w:t>vn 0.9954 0.0697 -0.0664</w:t>
        <w:br/>
        <w:t>vn 0.9803 0.0218 0.1965</w:t>
        <w:br/>
        <w:t>vn 0.9215 -0.3114 -0.2321</w:t>
        <w:br/>
        <w:t>vn 0.3928 0.6929 0.6046</w:t>
        <w:br/>
        <w:t>vn 0.2026 0.6015 0.7728</w:t>
        <w:br/>
        <w:t>vn -0.0237 0.5820 0.8129</w:t>
        <w:br/>
        <w:t>vn -0.2400 0.5532 0.7977</w:t>
        <w:br/>
        <w:t>vn -0.0249 0.4627 0.8862</w:t>
        <w:br/>
        <w:t>vn 0.8026 0.0905 0.5896</w:t>
        <w:br/>
        <w:t>vn 0.8081 -0.0721 0.5847</w:t>
        <w:br/>
        <w:t>vn 0.9161 -0.0963 0.3891</w:t>
        <w:br/>
        <w:t>vn -0.4193 0.5594 0.7150</w:t>
        <w:br/>
        <w:t>vn -0.0149 0.4363 0.8997</w:t>
        <w:br/>
        <w:t>vn 0.7474 -0.5144 -0.4204</w:t>
        <w:br/>
        <w:t>vn 0.9098 -0.3712 -0.1858</w:t>
        <w:br/>
        <w:t>vn 0.8085 -0.4899 -0.3261</w:t>
        <w:br/>
        <w:t>vn 0.8540 -0.4694 -0.2242</w:t>
        <w:br/>
        <w:t>vn 0.9001 -0.4352 0.0194</w:t>
        <w:br/>
        <w:t>vn -0.4523 0.7186 0.5282</w:t>
        <w:br/>
        <w:t>vn 0.0437 0.6437 0.7640</w:t>
        <w:br/>
        <w:t>vn 0.0438 0.6438 0.7640</w:t>
        <w:br/>
        <w:t>vn 0.7404 0.2056 0.6400</w:t>
        <w:br/>
        <w:t>vn 0.8081 -0.0721 0.5846</w:t>
        <w:br/>
        <w:t>vn -0.0150 0.4363 0.8997</w:t>
        <w:br/>
        <w:t>vn 0.8941 -0.4190 0.1579</w:t>
        <w:br/>
        <w:t>vn 0.9352 -0.2922 0.1998</w:t>
        <w:br/>
        <w:t>vn 0.8147 0.0612 0.5767</w:t>
        <w:br/>
        <w:t>vn 0.8853 0.0474 0.4626</w:t>
        <w:br/>
        <w:t>vn 0.5900 -0.5510 -0.5902</w:t>
        <w:br/>
        <w:t>vn 0.3622 -0.6337 -0.6835</w:t>
        <w:br/>
        <w:t>vn 0.2209 -0.6908 -0.6885</w:t>
        <w:br/>
        <w:t>vn 0.4601 0.7580 0.4623</w:t>
        <w:br/>
        <w:t>vn -0.6128 0.6936 0.3786</w:t>
        <w:br/>
        <w:t>vn -0.6129 0.6936 0.3785</w:t>
        <w:br/>
        <w:t>vn -0.8885 0.3772 0.2613</w:t>
        <w:br/>
        <w:t>vn -0.8327 0.2479 0.4952</w:t>
        <w:br/>
        <w:t>vn 0.3923 0.4393 0.8081</w:t>
        <w:br/>
        <w:t>vn 0.0770 0.3620 0.9290</w:t>
        <w:br/>
        <w:t>vn 0.0290 -0.0635 0.9976</w:t>
        <w:br/>
        <w:t>vn 0.9172 -0.1861 0.3524</w:t>
        <w:br/>
        <w:t>vn 0.8620 -0.2095 0.4616</w:t>
        <w:br/>
        <w:t>vn 0.7173 -0.3440 0.6059</w:t>
        <w:br/>
        <w:t>vn 0.7404 0.2055 0.6400</w:t>
        <w:br/>
        <w:t>vn 0.7174 -0.3439 0.6059</w:t>
        <w:br/>
        <w:t>vn -0.7997 0.4138 0.4350</w:t>
        <w:br/>
        <w:t>vn -0.8035 -0.1869 0.5651</w:t>
        <w:br/>
        <w:t>vn -0.8439 -0.5290 0.0897</w:t>
        <w:br/>
        <w:t>vn -0.7925 -0.6096 0.0194</w:t>
        <w:br/>
        <w:t>vn -0.7925 -0.6096 0.0193</w:t>
        <w:br/>
        <w:t>vn -0.4562 -0.1483 -0.8774</w:t>
        <w:br/>
        <w:t>vn -0.5365 0.1051 -0.8373</w:t>
        <w:br/>
        <w:t>vn -0.5365 0.1052 -0.8373</w:t>
        <w:br/>
        <w:t>vn -0.1296 -0.3593 0.9242</w:t>
        <w:br/>
        <w:t>vn -0.1659 -0.3084 0.9367</w:t>
        <w:br/>
        <w:t>vn -0.1658 -0.3084 0.9367</w:t>
        <w:br/>
        <w:t>vn -0.9288 -0.3435 0.1387</w:t>
        <w:br/>
        <w:t>vn -0.9288 -0.3436 0.1387</w:t>
        <w:br/>
        <w:t>vn -0.9513 0.0598 0.3023</w:t>
        <w:br/>
        <w:t>vn -0.2075 -0.1730 0.9628</w:t>
        <w:br/>
        <w:t>vn -0.0681 -0.0364 0.9970</w:t>
        <w:br/>
        <w:t>vn -0.5373 0.6902 0.4847</w:t>
        <w:br/>
        <w:t>vn -0.2305 0.5347 0.8130</w:t>
        <w:br/>
        <w:t>vn -0.4447 0.7489 0.4913</w:t>
        <w:br/>
        <w:t>vn -0.4941 0.4947 -0.7150</w:t>
        <w:br/>
        <w:t>vn -0.4941 0.4946 -0.7150</w:t>
        <w:br/>
        <w:t>vn -0.2306 0.5347 0.8130</w:t>
        <w:br/>
        <w:t>vn 0.0269 0.2182 0.9755</w:t>
        <w:br/>
        <w:t>vn -0.5000 0.0749 -0.8628</w:t>
        <w:br/>
        <w:t>vn -0.5577 0.2419 -0.7940</w:t>
        <w:br/>
        <w:t>vn 0.9612 0.1804 -0.2086</w:t>
        <w:br/>
        <w:t>vn 0.9000 0.3949 0.1847</w:t>
        <w:br/>
        <w:t>vn 0.9505 -0.0592 -0.3050</w:t>
        <w:br/>
        <w:t>vn 0.4034 -0.5341 -0.7430</w:t>
        <w:br/>
        <w:t>vn 0.2993 -0.5869 -0.7523</w:t>
        <w:br/>
        <w:t>vn 0.6129 -0.5043 -0.6083</w:t>
        <w:br/>
        <w:t>vn 0.4034 -0.5341 -0.7429</w:t>
        <w:br/>
        <w:t>vn 0.7708 -0.5426 -0.3339</w:t>
        <w:br/>
        <w:t>vn 0.8448 -0.5319 -0.0594</w:t>
        <w:br/>
        <w:t>vn 0.8447 -0.5319 -0.0593</w:t>
        <w:br/>
        <w:t>vn 0.8778 -0.4499 0.1644</w:t>
        <w:br/>
        <w:t>vn 0.8042 -0.1457 0.5762</w:t>
        <w:br/>
        <w:t>vn 0.8036 -0.1869 0.5651</w:t>
        <w:br/>
        <w:t>vn 0.8616 -0.3661 0.3517</w:t>
        <w:br/>
        <w:t>vn -0.5017 0.6331 0.5894</w:t>
        <w:br/>
        <w:t>vn 0.0416 0.4506 0.8918</w:t>
        <w:br/>
        <w:t>vn -0.2785 0.6311 0.7240</w:t>
        <w:br/>
        <w:t>vn -0.3618 0.4968 0.7889</w:t>
        <w:br/>
        <w:t>vn -0.7142 0.5718 0.4037</w:t>
        <w:br/>
        <w:t>vn 0.8165 -0.3149 0.4840</w:t>
        <w:br/>
        <w:t>vn 0.0860 0.2865 0.9542</w:t>
        <w:br/>
        <w:t>vn 0.0416 0.4505 0.8918</w:t>
        <w:br/>
        <w:t>vn 0.6158 0.1492 0.7737</w:t>
        <w:br/>
        <w:t>vn 0.7613 0.1054 0.6397</w:t>
        <w:br/>
        <w:t>vn 0.3970 0.3784 0.8362</w:t>
        <w:br/>
        <w:t>vn -0.0651 0.5583 0.8271</w:t>
        <w:br/>
        <w:t>vn 0.4188 0.4303 0.7996</w:t>
        <w:br/>
        <w:t>vn 0.1545 0.5475 0.8224</w:t>
        <w:br/>
        <w:t>vn 0.9787 0.1416 0.1484</w:t>
        <w:br/>
        <w:t>vn 0.9276 0.1160 0.3550</w:t>
        <w:br/>
        <w:t>vn 0.4188 0.4303 0.7997</w:t>
        <w:br/>
        <w:t>vn 0.2637 0.5768 0.7731</w:t>
        <w:br/>
        <w:t>vn 0.3514 0.6557 0.6683</w:t>
        <w:br/>
        <w:t>vn 0.4304 0.7182 0.5468</w:t>
        <w:br/>
        <w:t>vn -0.3057 0.4118 0.8585</w:t>
        <w:br/>
        <w:t>vn -0.0044 0.1329 0.9911</w:t>
        <w:br/>
        <w:t>vn -0.5594 0.5025 -0.6592</w:t>
        <w:br/>
        <w:t>vn -0.7273 0.4244 -0.5394</w:t>
        <w:br/>
        <w:t>vn -0.5594 0.5025 -0.6593</w:t>
        <w:br/>
        <w:t>vn -0.5576 0.6196 0.5524</w:t>
        <w:br/>
        <w:t>vn -0.5085 0.3225 0.7984</w:t>
        <w:br/>
        <w:t>vn -0.6739 0.4274 0.6027</w:t>
        <w:br/>
        <w:t>vn 0.4705 -0.1761 0.8647</w:t>
        <w:br/>
        <w:t>vn 0.3054 -0.0364 0.9515</w:t>
        <w:br/>
        <w:t>vn 0.1265 -0.0001 0.9920</w:t>
        <w:br/>
        <w:t>vn 0.1265 -0.0002 0.9920</w:t>
        <w:br/>
        <w:t>vn 0.7110 -0.3006 0.6357</w:t>
        <w:br/>
        <w:t>vn -0.8526 0.4784 0.2103</w:t>
        <w:br/>
        <w:t>vn -0.7971 0.3975 0.4545</w:t>
        <w:br/>
        <w:t>vn -0.9257 0.3740 -0.0562</w:t>
        <w:br/>
        <w:t>vn -0.8485 0.4267 -0.3131</w:t>
        <w:br/>
        <w:t>vn -0.8827 0.4356 0.1763</w:t>
        <w:br/>
        <w:t>vn -0.6238 0.3991 0.6721</w:t>
        <w:br/>
        <w:t>vn -0.4375 0.3075 0.8450</w:t>
        <w:br/>
        <w:t>vn -0.0965 0.2865 0.9532</w:t>
        <w:br/>
        <w:t>vn -0.0295 -0.4941 0.8689</w:t>
        <w:br/>
        <w:t>vn -0.2065 -0.3365 0.9188</w:t>
        <w:br/>
        <w:t>vn -0.2065 -0.3365 0.9187</w:t>
        <w:br/>
        <w:t>vn 0.7843 0.3484 -0.5133</w:t>
        <w:br/>
        <w:t>vn 0.9414 0.3342 -0.0458</w:t>
        <w:br/>
        <w:t>vn 0.9490 0.2407 -0.2035</w:t>
        <w:br/>
        <w:t>vn 0.7174 0.3330 -0.6119</w:t>
        <w:br/>
        <w:t>vn 0.9634 0.0932 0.2515</w:t>
        <w:br/>
        <w:t>vn 0.8636 0.2347 0.4463</w:t>
        <w:br/>
        <w:t>vn -0.4429 -0.1226 0.8881</w:t>
        <w:br/>
        <w:t>vn 0.4075 0.2243 0.8852</w:t>
        <w:br/>
        <w:t>vn -0.1417 -0.0872 0.9861</w:t>
        <w:br/>
        <w:t>vn 0.0101 0.2075 0.9782</w:t>
        <w:br/>
        <w:t>vn 0.7997 0.4139 0.4350</w:t>
        <w:br/>
        <w:t>vn 0.6315 0.3652 0.6840</w:t>
        <w:br/>
        <w:t>vn -0.5804 -0.1070 0.8073</w:t>
        <w:br/>
        <w:t>vn -0.5968 -0.2976 0.7452</w:t>
        <w:br/>
        <w:t>vn 0.8398 0.3587 -0.4074</w:t>
        <w:br/>
        <w:t>vn 0.8766 0.3770 -0.2991</w:t>
        <w:br/>
        <w:t>vn 0.9394 0.3335 0.0790</w:t>
        <w:br/>
        <w:t>vn 0.8094 0.4404 0.3886</w:t>
        <w:br/>
        <w:t>vn 0.9054 0.4122 -0.1022</w:t>
        <w:br/>
        <w:t>vn -0.9753 0.1278 -0.1801</w:t>
        <w:br/>
        <w:t>vn -0.9954 0.0697 -0.0664</w:t>
        <w:br/>
        <w:t>vn -0.9215 -0.3114 -0.2321</w:t>
        <w:br/>
        <w:t>vn -0.9803 0.0218 0.1965</w:t>
        <w:br/>
        <w:t>vn -0.3928 0.6929 0.6046</w:t>
        <w:br/>
        <w:t>vn -0.2026 0.6015 0.7728</w:t>
        <w:br/>
        <w:t>vn 0.0237 0.5820 0.8129</w:t>
        <w:br/>
        <w:t>vn 0.2400 0.5532 0.7977</w:t>
        <w:br/>
        <w:t>vn 0.0249 0.4627 0.8862</w:t>
        <w:br/>
        <w:t>vn -0.8026 0.0905 0.5896</w:t>
        <w:br/>
        <w:t>vn -0.9161 -0.0963 0.3891</w:t>
        <w:br/>
        <w:t>vn -0.8081 -0.0721 0.5846</w:t>
        <w:br/>
        <w:t>vn 0.0149 0.4363 0.8997</w:t>
        <w:br/>
        <w:t>vn 0.4193 0.5594 0.7150</w:t>
        <w:br/>
        <w:t>vn -0.7474 -0.5144 -0.4204</w:t>
        <w:br/>
        <w:t>vn -0.8540 -0.4694 -0.2242</w:t>
        <w:br/>
        <w:t>vn -0.8085 -0.4899 -0.3261</w:t>
        <w:br/>
        <w:t>vn -0.9098 -0.3712 -0.1858</w:t>
        <w:br/>
        <w:t>vn -0.9001 -0.4352 0.0194</w:t>
        <w:br/>
        <w:t>vn -0.8081 -0.0721 0.5847</w:t>
        <w:br/>
        <w:t>vn 0.4523 0.7186 0.5282</w:t>
        <w:br/>
        <w:t>vn -0.0437 0.6437 0.7640</w:t>
        <w:br/>
        <w:t>vn -0.0438 0.6438 0.7640</w:t>
        <w:br/>
        <w:t>vn -0.7404 0.2056 0.6400</w:t>
        <w:br/>
        <w:t>vn -0.8941 -0.4190 0.1579</w:t>
        <w:br/>
        <w:t>vn -0.9352 -0.2922 0.1998</w:t>
        <w:br/>
        <w:t>vn -0.8147 0.0612 0.5767</w:t>
        <w:br/>
        <w:t>vn -0.8853 0.0474 0.4626</w:t>
        <w:br/>
        <w:t>vn -0.5900 -0.5510 -0.5902</w:t>
        <w:br/>
        <w:t>vn -0.3622 -0.6337 -0.6836</w:t>
        <w:br/>
        <w:t>vn -0.2209 -0.6908 -0.6885</w:t>
        <w:br/>
        <w:t>vn -0.4601 0.7580 0.4623</w:t>
        <w:br/>
        <w:t>vn 0.6128 0.6936 0.3785</w:t>
        <w:br/>
        <w:t>vn 0.8327 0.2479 0.4952</w:t>
        <w:br/>
        <w:t>vn 0.8885 0.3773 0.2613</w:t>
        <w:br/>
        <w:t>vn 0.6129 0.6936 0.3785</w:t>
        <w:br/>
        <w:t>vn -0.3923 0.4393 0.8081</w:t>
        <w:br/>
        <w:t>vn -0.0290 -0.0635 0.9976</w:t>
        <w:br/>
        <w:t>vn -0.0770 0.3620 0.9290</w:t>
        <w:br/>
        <w:t>vn -0.9172 -0.1861 0.3524</w:t>
        <w:br/>
        <w:t>vn -0.7173 -0.3440 0.6059</w:t>
        <w:br/>
        <w:t>vn -0.8620 -0.2095 0.4616</w:t>
        <w:br/>
        <w:t>vn -0.7174 -0.3439 0.6059</w:t>
        <w:br/>
        <w:t>vn 0.7997 0.4138 0.4350</w:t>
        <w:br/>
        <w:t>vn 0.8035 -0.1869 0.5651</w:t>
        <w:br/>
        <w:t>vn 0.7452 -0.6084 0.2729</w:t>
        <w:br/>
        <w:t>vn 0.7312 -0.6176 0.2896</w:t>
        <w:br/>
        <w:t>vn 0.7312 -0.6176 0.2897</w:t>
        <w:br/>
        <w:t>vn 0.7453 -0.6083 0.2729</w:t>
        <w:br/>
        <w:t>vn -0.1249 -0.4335 0.8925</w:t>
        <w:br/>
        <w:t>vn -0.3991 -0.2573 0.8800</w:t>
        <w:br/>
        <w:t>vn -0.1266 -0.4336 0.8922</w:t>
        <w:br/>
        <w:t>vn -0.1268 -0.4335 0.8922</w:t>
        <w:br/>
        <w:t>vn -0.8256 0.1996 0.5278</w:t>
        <w:br/>
        <w:t>vn -0.8186 0.1912 0.5416</w:t>
        <w:br/>
        <w:t>vn -0.8325 0.2069 0.5140</w:t>
        <w:br/>
        <w:t>vn 0.7582 -0.4518 0.4701</w:t>
        <w:br/>
        <w:t>vn 0.7275 -0.6110 0.3122</w:t>
        <w:br/>
        <w:t>vn 0.7275 -0.6109 0.3122</w:t>
        <w:br/>
        <w:t>vn -0.3993 -0.2617 0.8787</w:t>
        <w:br/>
        <w:t>vn -0.1432 -0.4537 0.8796</w:t>
        <w:br/>
        <w:t>vn 0.1361 -0.4070 0.9032</w:t>
        <w:br/>
        <w:t>vn -0.1344 -0.4486 0.8835</w:t>
        <w:br/>
        <w:t>vn 0.7585 -0.1729 0.6283</w:t>
        <w:br/>
        <w:t>vn -0.7894 0.2057 0.5785</w:t>
        <w:br/>
        <w:t>vn -0.3994 -0.2617 0.8787</w:t>
        <w:br/>
        <w:t>vn -0.3968 -0.0789 0.9145</w:t>
        <w:br/>
        <w:t>vn -0.5823 0.3227 0.7462</w:t>
        <w:br/>
        <w:t>vn -0.1799 -0.0084 0.9836</w:t>
        <w:br/>
        <w:t>vn -0.0094 -0.0779 0.9969</w:t>
        <w:br/>
        <w:t>vn 0.1526 0.4787 0.8646</w:t>
        <w:br/>
        <w:t>vn -0.1976 0.4295 0.8812</w:t>
        <w:br/>
        <w:t>vn -0.1799 -0.0084 0.9837</w:t>
        <w:br/>
        <w:t>vn -0.0093 -0.0779 0.9969</w:t>
        <w:br/>
        <w:t>vn 0.5109 0.3891 0.7665</w:t>
        <w:br/>
        <w:t>vn 0.7223 0.1064 0.6833</w:t>
        <w:br/>
        <w:t>vn -0.1067 -0.4223 0.9002</w:t>
        <w:br/>
        <w:t>vn -0.0980 -0.4128 0.9055</w:t>
        <w:br/>
        <w:t>vn -0.4664 -0.7263 -0.5050</w:t>
        <w:br/>
        <w:t>vn -0.3991 -0.2573 0.8801</w:t>
        <w:br/>
        <w:t>vn 0.7688 -0.5930 0.2394</w:t>
        <w:br/>
        <w:t>vn 0.7611 -0.5978 0.2516</w:t>
        <w:br/>
        <w:t>vn 0.7688 -0.5930 0.2395</w:t>
        <w:br/>
        <w:t>vn -0.1273 -0.4340 0.8919</w:t>
        <w:br/>
        <w:t>vn -0.1272 -0.4340 0.8919</w:t>
        <w:br/>
        <w:t>vn -0.1270 -0.4343 0.8918</w:t>
        <w:br/>
        <w:t>vn -0.1269 -0.4344 0.8917</w:t>
        <w:br/>
        <w:t>vn -0.8400 0.2175 0.4971</w:t>
        <w:br/>
        <w:t>vn -0.8400 0.2175 0.4970</w:t>
        <w:br/>
        <w:t>vn -0.8409 0.2209 0.4940</w:t>
        <w:br/>
        <w:t>vn -0.8409 0.2210 0.4939</w:t>
        <w:br/>
        <w:t>vn -0.7452 -0.6092 0.2713</w:t>
        <w:br/>
        <w:t>vn -0.7453 -0.6091 0.2714</w:t>
        <w:br/>
        <w:t>vn -0.7315 -0.6181 0.2879</w:t>
        <w:br/>
        <w:t>vn 0.1246 -0.4335 0.8925</w:t>
        <w:br/>
        <w:t>vn 0.1265 -0.4334 0.8923</w:t>
        <w:br/>
        <w:t>vn 0.1263 -0.4336 0.8922</w:t>
        <w:br/>
        <w:t>vn 0.3982 -0.2574 0.8805</w:t>
        <w:br/>
        <w:t>vn 0.8241 0.1989 0.5304</w:t>
        <w:br/>
        <w:t>vn 0.8311 0.2063 0.5165</w:t>
        <w:br/>
        <w:t>vn 0.8311 0.2064 0.5165</w:t>
        <w:br/>
        <w:t>vn 0.8172 0.1905 0.5440</w:t>
        <w:br/>
        <w:t>vn -0.7587 -0.4522 0.4689</w:t>
        <w:br/>
        <w:t>vn -0.7279 -0.6114 0.3105</w:t>
        <w:br/>
        <w:t>vn 0.3983 -0.2617 0.8791</w:t>
        <w:br/>
        <w:t>vn -0.1365 -0.4069 0.9032</w:t>
        <w:br/>
        <w:t>vn 0.1430 -0.4538 0.8795</w:t>
        <w:br/>
        <w:t>vn 0.1340 -0.4484 0.8838</w:t>
        <w:br/>
        <w:t>vn -0.1365 -0.4070 0.9032</w:t>
        <w:br/>
        <w:t>vn -0.7592 -0.1728 0.6275</w:t>
        <w:br/>
        <w:t>vn 0.7878 0.2050 0.5808</w:t>
        <w:br/>
        <w:t>vn 0.5809 0.3220 0.7476</w:t>
        <w:br/>
        <w:t>vn 0.3958 -0.0792 0.9149</w:t>
        <w:br/>
        <w:t>vn 0.1795 -0.0086 0.9837</w:t>
        <w:br/>
        <w:t>vn 0.0093 -0.0777 0.9969</w:t>
        <w:br/>
        <w:t>vn -0.1525 0.4790 0.8645</w:t>
        <w:br/>
        <w:t>vn 0.0092 -0.0777 0.9969</w:t>
        <w:br/>
        <w:t>vn 0.1796 -0.0086 0.9837</w:t>
        <w:br/>
        <w:t>vn 0.1972 0.4291 0.8815</w:t>
        <w:br/>
        <w:t>vn -0.5109 0.3901 0.7660</w:t>
        <w:br/>
        <w:t>vn -0.5109 0.3901 0.7661</w:t>
        <w:br/>
        <w:t>vn -0.7228 0.1072 0.6827</w:t>
        <w:br/>
        <w:t>vn -0.7227 0.1072 0.6827</w:t>
        <w:br/>
        <w:t>vn 0.1065 -0.4222 0.9002</w:t>
        <w:br/>
        <w:t>vn 0.0978 -0.4128 0.9055</w:t>
        <w:br/>
        <w:t>vn 0.4664 -0.7263 -0.5049</w:t>
        <w:br/>
        <w:t>vn 0.4663 -0.7263 -0.5049</w:t>
        <w:br/>
        <w:t>vn -0.7685 -0.5937 0.2385</w:t>
        <w:br/>
        <w:t>vn -0.7685 -0.5938 0.2384</w:t>
        <w:br/>
        <w:t>vn -0.7609 -0.5986 0.2504</w:t>
        <w:br/>
        <w:t>vn -0.7609 -0.5986 0.2503</w:t>
        <w:br/>
        <w:t>vn 0.1270 -0.4339 0.8919</w:t>
        <w:br/>
        <w:t>vn 0.1267 -0.4343 0.8918</w:t>
        <w:br/>
        <w:t>vn 0.1270 -0.4340 0.8919</w:t>
        <w:br/>
        <w:t>vn 0.8390 0.2174 0.4988</w:t>
        <w:br/>
        <w:t>vn 0.8402 0.2211 0.4952</w:t>
        <w:br/>
        <w:t>vn 0.8401 0.2210 0.4953</w:t>
        <w:br/>
        <w:t>vn 0.9384 -0.0191 -0.3449</w:t>
        <w:br/>
        <w:t>vn 0.5759 0.0505 -0.8160</w:t>
        <w:br/>
        <w:t>vn 0.5722 -0.0910 -0.8151</w:t>
        <w:br/>
        <w:t>vn 0.9267 -0.1487 -0.3452</w:t>
        <w:br/>
        <w:t>vn 0.9812 -0.0310 0.1907</w:t>
        <w:br/>
        <w:t>vn 0.9610 -0.2132 0.1761</w:t>
        <w:br/>
        <w:t>vn -0.0522 0.1120 -0.9923</w:t>
        <w:br/>
        <w:t>vn -0.0649 -0.0448 -0.9969</w:t>
        <w:br/>
        <w:t>vn 0.0739 -0.0862 0.9935</w:t>
        <w:br/>
        <w:t>vn 0.5741 -0.0542 0.8170</w:t>
        <w:br/>
        <w:t>vn 0.5002 -0.1355 0.8552</w:t>
        <w:br/>
        <w:t>vn 0.0549 -0.2794 0.9586</w:t>
        <w:br/>
        <w:t>vn -0.4272 -0.1995 0.8819</w:t>
        <w:br/>
        <w:t>vn -0.4316 -0.0767 0.8988</w:t>
        <w:br/>
        <w:t>vn 0.8283 -0.0014 0.5603</w:t>
        <w:br/>
        <w:t>vn 0.8050 -0.2710 0.5278</w:t>
        <w:br/>
        <w:t>vn -0.7842 -0.1353 0.6056</w:t>
        <w:br/>
        <w:t>vn -0.7878 0.0199 0.6156</w:t>
        <w:br/>
        <w:t>vn -0.6403 0.1283 -0.7574</w:t>
        <w:br/>
        <w:t>vn -0.6472 -0.0300 -0.7617</w:t>
        <w:br/>
        <w:t>vn -0.9529 0.0967 -0.2876</w:t>
        <w:br/>
        <w:t>vn -0.9580 -0.0403 -0.2839</w:t>
        <w:br/>
        <w:t>vn -0.9799 0.0633 0.1890</w:t>
        <w:br/>
        <w:t>vn -0.9781 -0.0724 0.1951</w:t>
        <w:br/>
        <w:t>vn -0.5067 -0.3598 0.7834</w:t>
        <w:br/>
        <w:t>vn -0.3360 -0.3360 0.8799</w:t>
        <w:br/>
        <w:t>vn -0.1262 -0.1260 0.9840</w:t>
        <w:br/>
        <w:t>vn -0.0358 -0.2615 0.9645</w:t>
        <w:br/>
        <w:t>vn 0.4325 -0.0713 0.8988</w:t>
        <w:br/>
        <w:t>vn 0.4199 -0.2147 0.8818</w:t>
        <w:br/>
        <w:t>vn 0.7876 0.0361 0.6151</w:t>
        <w:br/>
        <w:t>vn 0.7809 -0.1361 0.6096</w:t>
        <w:br/>
        <w:t>vn 0.9780 0.0873 0.1893</w:t>
        <w:br/>
        <w:t>vn 0.9777 -0.0664 0.1994</w:t>
        <w:br/>
        <w:t>vn 0.9781 0.0873 0.1892</w:t>
        <w:br/>
        <w:t>vn 0.9500 0.1252 -0.2862</w:t>
        <w:br/>
        <w:t>vn 0.9581 -0.0400 -0.2836</w:t>
        <w:br/>
        <w:t>vn 0.6383 0.1522 -0.7546</w:t>
        <w:br/>
        <w:t>vn 0.6440 -0.0610 -0.7626</w:t>
        <w:br/>
        <w:t>vn 0.0524 0.1178 -0.9917</w:t>
        <w:br/>
        <w:t>vn 0.0564 -0.1200 -0.9912</w:t>
        <w:br/>
        <w:t>vn -0.5761 0.0437 -0.8162</w:t>
        <w:br/>
        <w:t>vn -0.5705 -0.1896 -0.7991</w:t>
        <w:br/>
        <w:t>vn -0.9384 -0.0250 -0.3446</w:t>
        <w:br/>
        <w:t>vn -0.9114 -0.2381 -0.3356</w:t>
        <w:br/>
        <w:t>vn -0.9767 -0.1011 0.1891</w:t>
        <w:br/>
        <w:t>vn -0.9287 -0.3355 0.1576</w:t>
        <w:br/>
        <w:t>vn -0.8106 -0.4276 0.4002</w:t>
        <w:br/>
        <w:t>vn -0.9234 0.1817 0.3382</w:t>
        <w:br/>
        <w:t>vn -0.9931 0.0445 0.1082</w:t>
        <w:br/>
        <w:t>vn -0.9916 0.0729 0.1066</w:t>
        <w:br/>
        <w:t>vn -0.7966 0.0899 0.5978</w:t>
        <w:br/>
        <w:t>vn -0.8613 0.0824 0.5014</w:t>
        <w:br/>
        <w:t>vn -0.8555 0.2419 0.4577</w:t>
        <w:br/>
        <w:t>vn -0.9840 0.0416 0.1732</w:t>
        <w:br/>
        <w:t>vn -0.7597 0.2546 0.5984</w:t>
        <w:br/>
        <w:t>vn 0.2364 0.3776 0.8953</w:t>
        <w:br/>
        <w:t>vn 0.4772 0.4407 0.7603</w:t>
        <w:br/>
        <w:t>vn 0.7531 0.3098 0.5804</w:t>
        <w:br/>
        <w:t>vn 0.9965 0.0392 0.0736</w:t>
        <w:br/>
        <w:t>vn 0.9505 0.0718 0.3024</w:t>
        <w:br/>
        <w:t>vn 0.9341 0.1596 0.3193</w:t>
        <w:br/>
        <w:t>vn 0.7671 0.4001 0.5015</w:t>
        <w:br/>
        <w:t>vn 0.4505 0.6775 0.5814</w:t>
        <w:br/>
        <w:t>vn 0.1931 0.2518 0.9483</w:t>
        <w:br/>
        <w:t>vn 0.7032 0.1632 0.6920</w:t>
        <w:br/>
        <w:t>vn 0.7041 0.0943 0.7038</w:t>
        <w:br/>
        <w:t>vn 0.1582 0.1123 0.9810</w:t>
        <w:br/>
        <w:t>vn 0.6807 0.0004 0.7326</w:t>
        <w:br/>
        <w:t>vn 0.1843 -0.0158 0.9827</w:t>
        <w:br/>
        <w:t>vn 0.9247 0.0833 0.3715</w:t>
        <w:br/>
        <w:t>vn 0.9471 0.0199 0.3202</w:t>
        <w:br/>
        <w:t>vn 0.8918 0.1085 0.4393</w:t>
        <w:br/>
        <w:t>vn -0.4715 0.0944 0.8768</w:t>
        <w:br/>
        <w:t>vn -0.5416 0.2081 0.8145</w:t>
        <w:br/>
        <w:t>vn -0.3186 0.3426 0.8838</w:t>
        <w:br/>
        <w:t>vn -0.0090 0.3755 0.9268</w:t>
        <w:br/>
        <w:t>vn -0.3820 0.3717 0.8462</w:t>
        <w:br/>
        <w:t>vn 0.9926 0.0671 0.1014</w:t>
        <w:br/>
        <w:t>vn 0.9938 0.1093 0.0213</w:t>
        <w:br/>
        <w:t>vn 0.9304 0.2093 0.3009</w:t>
        <w:br/>
        <w:t>vn 0.9943 0.0519 -0.0932</w:t>
        <w:br/>
        <w:t>vn 0.9859 -0.0319 -0.1641</w:t>
        <w:br/>
        <w:t>vn 0.8904 0.0805 -0.4479</w:t>
        <w:br/>
        <w:t>vn 0.9787 -0.0903 -0.1842</w:t>
        <w:br/>
        <w:t>vn 0.5538 -0.0418 -0.8316</w:t>
        <w:br/>
        <w:t>vn -0.0844 0.0369 -0.9957</w:t>
        <w:br/>
        <w:t>vn 0.3566 -0.0122 -0.9342</w:t>
        <w:br/>
        <w:t>vn -0.0437 0.0994 -0.9941</w:t>
        <w:br/>
        <w:t>vn 0.9530 -0.0502 0.2986</w:t>
        <w:br/>
        <w:t>vn 0.9458 -0.1091 0.3060</w:t>
        <w:br/>
        <w:t>vn 0.6724 -0.1094 0.7321</w:t>
        <w:br/>
        <w:t>vn 0.6874 -0.0566 0.7241</w:t>
        <w:br/>
        <w:t>vn 0.6512 -0.1432 0.7453</w:t>
        <w:br/>
        <w:t>vn 0.9354 -0.1398 0.3248</w:t>
        <w:br/>
        <w:t>vn 0.9761 -0.1202 -0.1811</w:t>
        <w:br/>
        <w:t>vn 0.2143 -0.0598 0.9749</w:t>
        <w:br/>
        <w:t>vn 0.2011 -0.0977 0.9747</w:t>
        <w:br/>
        <w:t>vn -0.7939 0.0461 0.6063</w:t>
        <w:br/>
        <w:t>vn -0.9835 0.0703 0.1668</w:t>
        <w:br/>
        <w:t>vn -0.8177 0.0248 0.5751</w:t>
        <w:br/>
        <w:t>vn -0.9874 0.0735 0.1402</w:t>
        <w:br/>
        <w:t>vn -1.0000 -0.0064 -0.0005</w:t>
        <w:br/>
        <w:t>vn -0.7799 0.0864 -0.6199</w:t>
        <w:br/>
        <w:t>vn -0.9934 0.0803 0.0817</w:t>
        <w:br/>
        <w:t>vn -0.9062 -0.0421 0.4208</w:t>
        <w:br/>
        <w:t>vn -0.8669 0.0161 0.4982</w:t>
        <w:br/>
        <w:t>vn -0.9960 -0.0736 -0.0506</w:t>
        <w:br/>
        <w:t>vn -0.7792 -0.0447 -0.6252</w:t>
        <w:br/>
        <w:t>vn -0.9168 -0.0887 0.3894</w:t>
        <w:br/>
        <w:t>vn -0.5024 -0.1148 0.8570</w:t>
        <w:br/>
        <w:t>vn -0.4667 -0.0794 0.8808</w:t>
        <w:br/>
        <w:t>vn -0.9167 -0.0982 0.3873</w:t>
        <w:br/>
        <w:t>vn -0.9939 -0.0712 -0.0847</w:t>
        <w:br/>
        <w:t>vn -0.9163 -0.0989 0.3880</w:t>
        <w:br/>
        <w:t>vn -0.9909 -0.0648 -0.1177</w:t>
        <w:br/>
        <w:t>vn -0.5281 -0.1260 0.8398</w:t>
        <w:br/>
        <w:t>vn -0.5537 -0.1337 0.8219</w:t>
        <w:br/>
        <w:t>vn 0.1611 -0.1348 0.9777</w:t>
        <w:br/>
        <w:t>vn 0.1207 -0.1538 0.9807</w:t>
        <w:br/>
        <w:t>vn 0.6384 -0.1552 0.7539</w:t>
        <w:br/>
        <w:t>vn -0.4124 -0.0441 0.9099</w:t>
        <w:br/>
        <w:t>vn -0.3888 -0.0183 0.9211</w:t>
        <w:br/>
        <w:t>vn -0.9939 -0.0712 -0.0848</w:t>
        <w:br/>
        <w:t>vn -0.7456 -0.0365 -0.6654</w:t>
        <w:br/>
        <w:t>vn -0.0851 -0.0246 -0.9961</w:t>
        <w:br/>
        <w:t>vn -0.7149 -0.0354 -0.6983</w:t>
        <w:br/>
        <w:t>vn -0.0674 -0.0284 -0.9973</w:t>
        <w:br/>
        <w:t>vn -0.7004 -0.0217 -0.7134</w:t>
        <w:br/>
        <w:t>vn -0.0527 -0.0244 -0.9983</w:t>
        <w:br/>
        <w:t>vn -0.7000 0.0004 -0.7142</w:t>
        <w:br/>
        <w:t>vn -0.0391 0.0012 -0.9992</w:t>
        <w:br/>
        <w:t>vn -0.9899 -0.0338 -0.1380</w:t>
        <w:br/>
        <w:t>vn -0.9900 -0.0474 -0.1329</w:t>
        <w:br/>
        <w:t>vn -0.9909 -0.0648 -0.1176</w:t>
        <w:br/>
        <w:t>vn 0.6334 -0.0700 -0.7707</w:t>
        <w:br/>
        <w:t>vn 0.6350 -0.0652 -0.7698</w:t>
        <w:br/>
        <w:t>vn 0.6408 -0.0569 -0.7656</w:t>
        <w:br/>
        <w:t>vn -0.1094 -0.0281 -0.9936</w:t>
        <w:br/>
        <w:t>vn -0.8454 0.4080 -0.3448</w:t>
        <w:br/>
        <w:t>vn 0.6377 -0.0735 -0.7668</w:t>
        <w:br/>
        <w:t>vn 0.9775 -0.1199 -0.1735</w:t>
        <w:br/>
        <w:t>vn 0.0892 -0.1675 0.9818</w:t>
        <w:br/>
        <w:t>vn 0.6302 -0.1627 0.7592</w:t>
        <w:br/>
        <w:t>vn 0.6260 -0.1736 0.7603</w:t>
        <w:br/>
        <w:t>vn 0.0632 -0.1889 0.9800</w:t>
        <w:br/>
        <w:t>vn 0.6228 -0.1639 0.7650</w:t>
        <w:br/>
        <w:t>vn 0.0407 -0.1936 0.9802</w:t>
        <w:br/>
        <w:t>vn 0.6194 -0.1404 0.7724</w:t>
        <w:br/>
        <w:t>vn 0.0236 -0.1938 0.9807</w:t>
        <w:br/>
        <w:t>vn -0.6180 -0.1616 0.7694</w:t>
        <w:br/>
        <w:t>vn 0.0051 -0.2006 0.9797</w:t>
        <w:br/>
        <w:t>vn -0.6366 -0.1664 0.7531</w:t>
        <w:br/>
        <w:t>vn -0.9879 0.0438 -0.1490</w:t>
        <w:br/>
        <w:t>vn -0.9901 -0.0044 -0.1405</w:t>
        <w:br/>
        <w:t>vn -0.9129 -0.0933 0.3975</w:t>
        <w:br/>
        <w:t>vn -0.9197 -0.0745 0.3855</w:t>
        <w:br/>
        <w:t>vn 0.6673 0.1573 -0.7280</w:t>
        <w:br/>
        <w:t>vn 0.9900 0.0528 -0.1312</w:t>
        <w:br/>
        <w:t>vn 0.9865 -0.0372 -0.1594</w:t>
        <w:br/>
        <w:t>vn 0.6615 0.0403 -0.7488</w:t>
        <w:br/>
        <w:t>vn 0.8907 -0.1062 0.4419</w:t>
        <w:br/>
        <w:t>vn 0.8776 -0.0553 0.4762</w:t>
        <w:br/>
        <w:t>vn 0.6215 -0.1214 0.7740</w:t>
        <w:br/>
        <w:t>vn 0.9055 -0.1410 0.4002</w:t>
        <w:br/>
        <w:t>vn -0.6064 -0.1524 0.7804</w:t>
        <w:br/>
        <w:t>vn -0.5824 -0.1433 0.8002</w:t>
        <w:br/>
        <w:t>vn -0.9165 -0.0928 0.3890</w:t>
        <w:br/>
        <w:t>vn -0.9145 -0.0959 0.3930</w:t>
        <w:br/>
        <w:t>vn 0.9142 -0.1525 0.3755</w:t>
        <w:br/>
        <w:t>vn 0.9789 -0.1070 -0.1742</w:t>
        <w:br/>
        <w:t>vn 0.9808 -0.0874 -0.1746</w:t>
        <w:br/>
        <w:t>vn 0.6496 -0.0259 -0.7598</w:t>
        <w:br/>
        <w:t>vn -0.0246 0.0610 -0.9978</w:t>
        <w:br/>
        <w:t>vn -0.7110 0.0477 -0.7015</w:t>
        <w:br/>
        <w:t>vn -0.7220 0.1380 -0.6780</w:t>
        <w:br/>
        <w:t>vn -0.0207 0.1902 -0.9815</w:t>
        <w:br/>
        <w:t>vn 0.9787 -0.1129 -0.1713</w:t>
        <w:br/>
        <w:t>vn 0.9198 -0.1495 0.3629</w:t>
        <w:br/>
        <w:t>vn 0.9263 -0.1472 0.3469</w:t>
        <w:br/>
        <w:t>vn -0.9818 -0.0437 0.1848</w:t>
        <w:br/>
        <w:t>vn -0.9346 0.0071 -0.3557</w:t>
        <w:br/>
        <w:t>vn -0.9234 0.0308 -0.3826</w:t>
        <w:br/>
        <w:t>vn -0.9762 -0.0694 0.2053</w:t>
        <w:br/>
        <w:t>vn -0.9832 -0.0517 0.1749</w:t>
        <w:br/>
        <w:t>vn -0.9484 -0.0089 -0.3170</w:t>
        <w:br/>
        <w:t>vn -0.7398 -0.1344 0.6593</w:t>
        <w:br/>
        <w:t>vn -0.7038 -0.1524 0.6939</w:t>
        <w:br/>
        <w:t>vn -0.7482 -0.1374 0.6491</w:t>
        <w:br/>
        <w:t>vn -0.1474 -0.1693 0.9745</w:t>
        <w:br/>
        <w:t>vn -0.0894 -0.2192 0.9716</w:t>
        <w:br/>
        <w:t>vn -0.0832 -0.2395 0.9673</w:t>
        <w:br/>
        <w:t>vn 0.6229 -0.1550 0.7668</w:t>
        <w:br/>
        <w:t>vn 0.6049 -0.2158 0.7665</w:t>
        <w:br/>
        <w:t>vn 0.5740 -0.2378 0.7836</w:t>
        <w:br/>
        <w:t>vn 0.8325 -0.2135 0.5111</w:t>
        <w:br/>
        <w:t>vn 0.9299 -0.1886 0.3157</w:t>
        <w:br/>
        <w:t>vn 0.9468 -0.1027 0.3048</w:t>
        <w:br/>
        <w:t>vn 0.9405 -0.1053 -0.3232</w:t>
        <w:br/>
        <w:t>vn 0.9284 -0.1539 -0.3381</w:t>
        <w:br/>
        <w:t>vn 0.9648 -0.1969 0.1741</w:t>
        <w:br/>
        <w:t>vn 0.9525 -0.0251 -0.3035</w:t>
        <w:br/>
        <w:t>vn 0.9129 -0.0814 0.4001</w:t>
        <w:br/>
        <w:t>vn 0.9584 0.0929 -0.2698</w:t>
        <w:br/>
        <w:t>vn 0.6451 -0.1697 0.7450</w:t>
        <w:br/>
        <w:t>vn 0.3689 -0.1675 0.9142</w:t>
        <w:br/>
        <w:t>vn -0.9379 -0.1690 0.3030</w:t>
        <w:br/>
        <w:t>vn -0.7535 -0.2048 0.6247</w:t>
        <w:br/>
        <w:t>vn -0.6875 -0.1810 0.7033</w:t>
        <w:br/>
        <w:t>vn -0.9268 0.0397 -0.3734</w:t>
        <w:br/>
        <w:t>vn -0.9450 -0.0179 -0.3265</w:t>
        <w:br/>
        <w:t>vn -0.9700 0.0147 -0.2426</w:t>
        <w:br/>
        <w:t>vn -0.9238 -0.1653 0.3452</w:t>
        <w:br/>
        <w:t>vn -0.9415 -0.2181 0.2571</w:t>
        <w:br/>
        <w:t>vn 0.3964 -0.2597 0.8806</w:t>
        <w:br/>
        <w:t>vn 0.5955 -0.2440 0.7654</w:t>
        <w:br/>
        <w:t>vn 0.6180 -0.2454 0.7469</w:t>
        <w:br/>
        <w:t>vn 0.4375 -0.2933 0.8500</w:t>
        <w:br/>
        <w:t>vn 0.4786 -0.2318 0.8469</w:t>
        <w:br/>
        <w:t>vn 0.6504 -0.1774 0.7386</w:t>
        <w:br/>
        <w:t>vn -0.9818 0.0765 -0.1737</w:t>
        <w:br/>
        <w:t>vn -0.7268 0.2134 -0.6529</w:t>
        <w:br/>
        <w:t>vn -0.0611 0.3877 -0.9197</w:t>
        <w:br/>
        <w:t>vn -0.0359 0.3139 -0.9488</w:t>
        <w:br/>
        <w:t>vn -0.7279 0.2211 -0.6491</w:t>
        <w:br/>
        <w:t>vn 0.6232 -0.1329 0.7707</w:t>
        <w:br/>
        <w:t>vn 0.8818 -0.0351 0.4703</w:t>
        <w:br/>
        <w:t>vn 0.8977 -0.0446 0.4384</w:t>
        <w:br/>
        <w:t>vn 0.5018 -0.1599 0.8501</w:t>
        <w:br/>
        <w:t>vn -0.9362 -0.0657 0.3453</w:t>
        <w:br/>
        <w:t>vn 0.6261 0.1780 -0.7591</w:t>
        <w:br/>
        <w:t>vn 0.5956 0.0418 -0.8022</w:t>
        <w:br/>
        <w:t>vn 0.5736 -0.0860 -0.8146</w:t>
        <w:br/>
        <w:t>vn 0.5774 -0.0291 -0.8159</w:t>
        <w:br/>
        <w:t>vn 0.9562 0.1908 -0.2219</w:t>
        <w:br/>
        <w:t>vn 0.6348 0.3260 -0.7005</w:t>
        <w:br/>
        <w:t>vn 0.6577 0.2674 -0.7042</w:t>
        <w:br/>
        <w:t>vn 0.9831 0.1289 -0.1300</w:t>
        <w:br/>
        <w:t>vn -0.0747 0.2388 -0.9682</w:t>
        <w:br/>
        <w:t>vn -0.6762 0.1612 -0.7189</w:t>
        <w:br/>
        <w:t>vn -0.6445 0.0806 -0.7604</w:t>
        <w:br/>
        <w:t>vn -0.0699 0.0931 -0.9932</w:t>
        <w:br/>
        <w:t>vn -0.9268 0.0397 -0.3733</w:t>
        <w:br/>
        <w:t>vn -0.6270 0.0154 -0.7789</w:t>
        <w:br/>
        <w:t>vn -0.6323 -0.0002 -0.7747</w:t>
        <w:br/>
        <w:t>vn -0.0331 -0.0358 -0.9988</w:t>
        <w:br/>
        <w:t>vn -0.0473 0.0028 -0.9989</w:t>
        <w:br/>
        <w:t>vn -0.7097 0.1950 -0.6769</w:t>
        <w:br/>
        <w:t>vn -0.5666 0.2744 -0.7770</w:t>
        <w:br/>
        <w:t>vn -0.6702 -0.2973 0.6800</w:t>
        <w:br/>
        <w:t>vn -0.7511 -0.2650 0.6046</w:t>
        <w:br/>
        <w:t>vn -0.7177 -0.2113 0.6635</w:t>
        <w:br/>
        <w:t>vn -0.6063 -0.2564 0.7528</w:t>
        <w:br/>
        <w:t>vn -0.7479 -0.2746 0.6044</w:t>
        <w:br/>
        <w:t>vn 0.7721 -0.2029 0.6022</w:t>
        <w:br/>
        <w:t>vn 0.7643 -0.1778 0.6198</w:t>
        <w:br/>
        <w:t>vn 0.4388 0.3623 -0.8223</w:t>
        <w:br/>
        <w:t>vn 0.6410 0.3457 -0.6853</w:t>
        <w:br/>
        <w:t>vn -0.6729 -0.1783 0.7179</w:t>
        <w:br/>
        <w:t>vn -0.7036 -0.2838 0.6515</w:t>
        <w:br/>
        <w:t>vn -0.5461 -0.2191 0.8086</w:t>
        <w:br/>
        <w:t>vn 0.9374 -0.0257 0.3472</w:t>
        <w:br/>
        <w:t>vn 0.9823 0.1553 -0.1049</w:t>
        <w:br/>
        <w:t>vn 0.3457 -0.0464 -0.9372</w:t>
        <w:br/>
        <w:t>vn 0.9384 -0.0192 -0.3449</w:t>
        <w:br/>
        <w:t>vn -0.4317 -0.0767 0.8988</w:t>
        <w:br/>
        <w:t>vn 0.9812 -0.0311 0.1907</w:t>
        <w:br/>
        <w:t>vn 0.9931 0.0445 0.1082</w:t>
        <w:br/>
        <w:t>vn 0.9234 0.1817 0.3382</w:t>
        <w:br/>
        <w:t>vn 0.9916 0.0729 0.1066</w:t>
        <w:br/>
        <w:t>vn 0.7966 0.0899 0.5978</w:t>
        <w:br/>
        <w:t>vn 0.8613 0.0824 0.5014</w:t>
        <w:br/>
        <w:t>vn 0.8555 0.2419 0.4577</w:t>
        <w:br/>
        <w:t>vn 0.9840 0.0416 0.1732</w:t>
        <w:br/>
        <w:t>vn 0.7597 0.2546 0.5984</w:t>
        <w:br/>
        <w:t>vn -0.2364 0.3776 0.8953</w:t>
        <w:br/>
        <w:t>vn -0.7531 0.3098 0.5804</w:t>
        <w:br/>
        <w:t>vn -0.4772 0.4407 0.7603</w:t>
        <w:br/>
        <w:t>vn -0.9965 0.0392 0.0736</w:t>
        <w:br/>
        <w:t>vn -0.9341 0.1596 0.3193</w:t>
        <w:br/>
        <w:t>vn -0.9505 0.0718 0.3024</w:t>
        <w:br/>
        <w:t>vn -0.7671 0.4001 0.5015</w:t>
        <w:br/>
        <w:t>vn -0.1931 0.2518 0.9483</w:t>
        <w:br/>
        <w:t>vn -0.7032 0.1632 0.6920</w:t>
        <w:br/>
        <w:t>vn -0.1582 0.1123 0.9810</w:t>
        <w:br/>
        <w:t>vn -0.7041 0.0943 0.7038</w:t>
        <w:br/>
        <w:t>vn -0.1843 -0.0158 0.9827</w:t>
        <w:br/>
        <w:t>vn -0.6807 0.0005 0.7325</w:t>
        <w:br/>
        <w:t>vn -0.9471 0.0199 0.3202</w:t>
        <w:br/>
        <w:t>vn -0.9247 0.0833 0.3715</w:t>
        <w:br/>
        <w:t>vn -0.8918 0.1085 0.4393</w:t>
        <w:br/>
        <w:t>vn 0.5416 0.2081 0.8145</w:t>
        <w:br/>
        <w:t>vn 0.4715 0.0944 0.8768</w:t>
        <w:br/>
        <w:t>vn 0.3186 0.3426 0.8838</w:t>
        <w:br/>
        <w:t>vn 0.0090 0.3755 0.9268</w:t>
        <w:br/>
        <w:t>vn 0.3820 0.3717 0.8462</w:t>
        <w:br/>
        <w:t>vn -0.9926 0.0671 0.1014</w:t>
        <w:br/>
        <w:t>vn -0.9938 0.1093 0.0213</w:t>
        <w:br/>
        <w:t>vn -0.9304 0.2093 0.3009</w:t>
        <w:br/>
        <w:t>vn -0.9943 0.0520 -0.0932</w:t>
        <w:br/>
        <w:t>vn -0.9859 -0.0319 -0.1641</w:t>
        <w:br/>
        <w:t>vn -0.8904 0.0805 -0.4479</w:t>
        <w:br/>
        <w:t>vn -0.9787 -0.0903 -0.1842</w:t>
        <w:br/>
        <w:t>vn -0.5538 -0.0418 -0.8316</w:t>
        <w:br/>
        <w:t>vn -0.3566 -0.0122 -0.9342</w:t>
        <w:br/>
        <w:t>vn 0.0844 0.0369 -0.9957</w:t>
        <w:br/>
        <w:t>vn 0.0436 0.0993 -0.9941</w:t>
        <w:br/>
        <w:t>vn -0.9530 -0.0502 0.2987</w:t>
        <w:br/>
        <w:t>vn -0.6724 -0.1093 0.7321</w:t>
        <w:br/>
        <w:t>vn -0.9458 -0.1091 0.3060</w:t>
        <w:br/>
        <w:t>vn -0.6874 -0.0566 0.7241</w:t>
        <w:br/>
        <w:t>vn -0.6511 -0.1433 0.7453</w:t>
        <w:br/>
        <w:t>vn -0.9354 -0.1398 0.3248</w:t>
        <w:br/>
        <w:t>vn -0.9761 -0.1202 -0.1811</w:t>
        <w:br/>
        <w:t>vn -0.2143 -0.0598 0.9749</w:t>
        <w:br/>
        <w:t>vn -0.2011 -0.0977 0.9747</w:t>
        <w:br/>
        <w:t>vn 0.7939 0.0461 0.6063</w:t>
        <w:br/>
        <w:t>vn 0.9835 0.0703 0.1668</w:t>
        <w:br/>
        <w:t>vn 0.9874 0.0735 0.1402</w:t>
        <w:br/>
        <w:t>vn 0.8177 0.0248 0.5751</w:t>
        <w:br/>
        <w:t>vn 1.0000 -0.0064 -0.0005</w:t>
        <w:br/>
        <w:t>vn 0.9934 0.0803 0.0817</w:t>
        <w:br/>
        <w:t>vn 0.7799 0.0864 -0.6199</w:t>
        <w:br/>
        <w:t>vn 0.9062 -0.0421 0.4208</w:t>
        <w:br/>
        <w:t>vn 0.8669 0.0161 0.4982</w:t>
        <w:br/>
        <w:t>vn 0.7792 -0.0447 -0.6252</w:t>
        <w:br/>
        <w:t>vn 0.9960 -0.0736 -0.0506</w:t>
        <w:br/>
        <w:t>vn 0.9168 -0.0887 0.3894</w:t>
        <w:br/>
        <w:t>vn 0.5024 -0.1148 0.8570</w:t>
        <w:br/>
        <w:t>vn 0.4667 -0.0794 0.8808</w:t>
        <w:br/>
        <w:t>vn 0.9167 -0.0982 0.3873</w:t>
        <w:br/>
        <w:t>vn 0.9939 -0.0712 -0.0847</w:t>
        <w:br/>
        <w:t>vn 0.9163 -0.0989 0.3880</w:t>
        <w:br/>
        <w:t>vn 0.9909 -0.0648 -0.1177</w:t>
        <w:br/>
        <w:t>vn 0.5537 -0.1337 0.8219</w:t>
        <w:br/>
        <w:t>vn 0.5281 -0.1259 0.8398</w:t>
        <w:br/>
        <w:t>vn -0.1611 -0.1348 0.9777</w:t>
        <w:br/>
        <w:t>vn -0.1207 -0.1538 0.9807</w:t>
        <w:br/>
        <w:t>vn -0.6384 -0.1552 0.7539</w:t>
        <w:br/>
        <w:t>vn 0.4124 -0.0441 0.9099</w:t>
        <w:br/>
        <w:t>vn 0.3888 -0.0184 0.9211</w:t>
        <w:br/>
        <w:t>vn 0.9939 -0.0712 -0.0848</w:t>
        <w:br/>
        <w:t>vn 0.7456 -0.0364 -0.6654</w:t>
        <w:br/>
        <w:t>vn 0.7149 -0.0354 -0.6983</w:t>
        <w:br/>
        <w:t>vn 0.0851 -0.0246 -0.9961</w:t>
        <w:br/>
        <w:t>vn 0.0674 -0.0284 -0.9973</w:t>
        <w:br/>
        <w:t>vn 0.7004 -0.0217 -0.7134</w:t>
        <w:br/>
        <w:t>vn 0.0527 -0.0244 -0.9983</w:t>
        <w:br/>
        <w:t>vn 0.7000 0.0004 -0.7142</w:t>
        <w:br/>
        <w:t>vn 0.0391 0.0012 -0.9992</w:t>
        <w:br/>
        <w:t>vn 0.9899 -0.0338 -0.1380</w:t>
        <w:br/>
        <w:t>vn 0.9900 -0.0474 -0.1329</w:t>
        <w:br/>
        <w:t>vn 0.9909 -0.0648 -0.1176</w:t>
        <w:br/>
        <w:t>vn -0.6333 -0.0701 -0.7707</w:t>
        <w:br/>
        <w:t>vn -0.6348 -0.0650 -0.7699</w:t>
        <w:br/>
        <w:t>vn -0.6408 -0.0569 -0.7656</w:t>
        <w:br/>
        <w:t>vn 0.1094 -0.0281 -0.9936</w:t>
        <w:br/>
        <w:t>vn 0.8454 0.4080 -0.3448</w:t>
        <w:br/>
        <w:t>vn -0.6377 -0.0735 -0.7668</w:t>
        <w:br/>
        <w:t>vn -0.9775 -0.1199 -0.1735</w:t>
        <w:br/>
        <w:t>vn -0.0892 -0.1675 0.9818</w:t>
        <w:br/>
        <w:t>vn -0.6302 -0.1627 0.7592</w:t>
        <w:br/>
        <w:t>vn -0.0632 -0.1889 0.9800</w:t>
        <w:br/>
        <w:t>vn -0.6260 -0.1736 0.7603</w:t>
        <w:br/>
        <w:t>vn -0.0407 -0.1936 0.9802</w:t>
        <w:br/>
        <w:t>vn -0.6228 -0.1639 0.7650</w:t>
        <w:br/>
        <w:t>vn -0.0236 -0.1938 0.9807</w:t>
        <w:br/>
        <w:t>vn -0.6193 -0.1403 0.7725</w:t>
        <w:br/>
        <w:t>vn -0.0051 -0.2006 0.9797</w:t>
        <w:br/>
        <w:t>vn 0.6180 -0.1615 0.7694</w:t>
        <w:br/>
        <w:t>vn 0.6366 -0.1664 0.7530</w:t>
        <w:br/>
        <w:t>vn 0.9129 -0.0933 0.3975</w:t>
        <w:br/>
        <w:t>vn 0.9901 -0.0044 -0.1405</w:t>
        <w:br/>
        <w:t>vn 0.9879 0.0438 -0.1490</w:t>
        <w:br/>
        <w:t>vn 0.9197 -0.0745 0.3855</w:t>
        <w:br/>
        <w:t>vn -0.9865 -0.0372 -0.1594</w:t>
        <w:br/>
        <w:t>vn -0.9900 0.0528 -0.1312</w:t>
        <w:br/>
        <w:t>vn -0.6673 0.1572 -0.7280</w:t>
        <w:br/>
        <w:t>vn -0.6615 0.0403 -0.7488</w:t>
        <w:br/>
        <w:t>vn -0.8907 -0.1062 0.4419</w:t>
        <w:br/>
        <w:t>vn -0.8776 -0.0553 0.4762</w:t>
        <w:br/>
        <w:t>vn -0.6215 -0.1214 0.7740</w:t>
        <w:br/>
        <w:t>vn -0.9055 -0.1410 0.4002</w:t>
        <w:br/>
        <w:t>vn 0.6064 -0.1524 0.7804</w:t>
        <w:br/>
        <w:t>vn 0.5824 -0.1433 0.8002</w:t>
        <w:br/>
        <w:t>vn 0.9165 -0.0928 0.3890</w:t>
        <w:br/>
        <w:t>vn 0.9145 -0.0959 0.3931</w:t>
        <w:br/>
        <w:t>vn -0.9142 -0.1525 0.3755</w:t>
        <w:br/>
        <w:t>vn -0.9789 -0.1070 -0.1742</w:t>
        <w:br/>
        <w:t>vn -0.9808 -0.0874 -0.1746</w:t>
        <w:br/>
        <w:t>vn -0.6496 -0.0259 -0.7598</w:t>
        <w:br/>
        <w:t>vn 0.0246 0.0610 -0.9978</w:t>
        <w:br/>
        <w:t>vn 0.7110 0.0477 -0.7015</w:t>
        <w:br/>
        <w:t>vn 0.7220 0.1380 -0.6780</w:t>
        <w:br/>
        <w:t>vn 0.0207 0.1902 -0.9815</w:t>
        <w:br/>
        <w:t>vn -0.9787 -0.1129 -0.1713</w:t>
        <w:br/>
        <w:t>vn -0.9263 -0.1472 0.3469</w:t>
        <w:br/>
        <w:t>vn -0.9198 -0.1495 0.3629</w:t>
        <w:br/>
        <w:t>vn 0.9818 -0.0437 0.1848</w:t>
        <w:br/>
        <w:t>vn 0.9762 -0.0694 0.2053</w:t>
        <w:br/>
        <w:t>vn 0.9234 0.0308 -0.3826</w:t>
        <w:br/>
        <w:t>vn 0.9345 0.0072 -0.3558</w:t>
        <w:br/>
        <w:t>vn 0.9482 -0.0083 -0.3175</w:t>
        <w:br/>
        <w:t>vn 0.9833 -0.0514 0.1747</w:t>
        <w:br/>
        <w:t>vn 0.7398 -0.1344 0.6593</w:t>
        <w:br/>
        <w:t>vn 0.7038 -0.1521 0.6939</w:t>
        <w:br/>
        <w:t>vn 0.7482 -0.1374 0.6491</w:t>
        <w:br/>
        <w:t>vn 0.1474 -0.1693 0.9745</w:t>
        <w:br/>
        <w:t>vn 0.0894 -0.2193 0.9716</w:t>
        <w:br/>
        <w:t>vn 0.0792 -0.2372 0.9682</w:t>
        <w:br/>
        <w:t>vn -0.6049 -0.2158 0.7665</w:t>
        <w:br/>
        <w:t>vn -0.6229 -0.1550 0.7668</w:t>
        <w:br/>
        <w:t>vn -0.5781 -0.2357 0.7812</w:t>
        <w:br/>
        <w:t>vn -0.8299 -0.2130 0.5157</w:t>
        <w:br/>
        <w:t>vn -0.9299 -0.1886 0.3157</w:t>
        <w:br/>
        <w:t>vn -0.9468 -0.1027 0.3048</w:t>
        <w:br/>
        <w:t>vn -0.9640 -0.1958 0.1798</w:t>
        <w:br/>
        <w:t>vn -0.9284 -0.1547 -0.3377</w:t>
        <w:br/>
        <w:t>vn -0.9405 -0.1054 -0.3231</w:t>
        <w:br/>
        <w:t>vn -0.9525 -0.0250 -0.3035</w:t>
        <w:br/>
        <w:t>vn -0.9584 0.0929 -0.2698</w:t>
        <w:br/>
        <w:t>vn -0.9129 -0.0814 0.4001</w:t>
        <w:br/>
        <w:t>vn -0.6451 -0.1697 0.7450</w:t>
        <w:br/>
        <w:t>vn -0.3689 -0.1675 0.9142</w:t>
        <w:br/>
        <w:t>vn 0.7535 -0.2048 0.6247</w:t>
        <w:br/>
        <w:t>vn 0.9379 -0.1690 0.3030</w:t>
        <w:br/>
        <w:t>vn 0.6875 -0.1810 0.7033</w:t>
        <w:br/>
        <w:t>vn 0.9268 0.0397 -0.3734</w:t>
        <w:br/>
        <w:t>vn 0.9450 -0.0179 -0.3265</w:t>
        <w:br/>
        <w:t>vn 0.9415 -0.2181 0.2571</w:t>
        <w:br/>
        <w:t>vn 0.9238 -0.1653 0.3452</w:t>
        <w:br/>
        <w:t>vn 0.9700 0.0147 -0.2426</w:t>
        <w:br/>
        <w:t>vn -0.5955 -0.2440 0.7654</w:t>
        <w:br/>
        <w:t>vn -0.3964 -0.2597 0.8806</w:t>
        <w:br/>
        <w:t>vn -0.6180 -0.2454 0.7469</w:t>
        <w:br/>
        <w:t>vn -0.6504 -0.1774 0.7386</w:t>
        <w:br/>
        <w:t>vn -0.4786 -0.2318 0.8469</w:t>
        <w:br/>
        <w:t>vn -0.4375 -0.2933 0.8500</w:t>
        <w:br/>
        <w:t>vn 0.7268 0.2134 -0.6529</w:t>
        <w:br/>
        <w:t>vn 0.9818 0.0765 -0.1737</w:t>
        <w:br/>
        <w:t>vn 0.0611 0.3877 -0.9197</w:t>
        <w:br/>
        <w:t>vn 0.7279 0.2211 -0.6491</w:t>
        <w:br/>
        <w:t>vn 0.0359 0.3139 -0.9488</w:t>
        <w:br/>
        <w:t>vn -0.8977 -0.0446 0.4384</w:t>
        <w:br/>
        <w:t>vn -0.8818 -0.0351 0.4703</w:t>
        <w:br/>
        <w:t>vn -0.6232 -0.1329 0.7707</w:t>
        <w:br/>
        <w:t>vn -0.5017 -0.1600 0.8501</w:t>
        <w:br/>
        <w:t>vn 0.9362 -0.0657 0.3453</w:t>
        <w:br/>
        <w:t>vn -0.6261 0.1780 -0.7591</w:t>
        <w:br/>
        <w:t>vn -0.5956 0.0418 -0.8022</w:t>
        <w:br/>
        <w:t>vn -0.5738 -0.0867 -0.8144</w:t>
        <w:br/>
        <w:t>vn -0.5775 -0.0292 -0.8159</w:t>
        <w:br/>
        <w:t>vn -0.9562 0.1908 -0.2218</w:t>
        <w:br/>
        <w:t>vn -0.6348 0.3260 -0.7005</w:t>
        <w:br/>
        <w:t>vn -0.6577 0.2674 -0.7042</w:t>
        <w:br/>
        <w:t>vn -0.9831 0.1289 -0.1300</w:t>
        <w:br/>
        <w:t>vn 0.0747 0.2388 -0.9682</w:t>
        <w:br/>
        <w:t>vn 0.0699 0.0931 -0.9932</w:t>
        <w:br/>
        <w:t>vn 0.6445 0.0806 -0.7604</w:t>
        <w:br/>
        <w:t>vn 0.6762 0.1612 -0.7189</w:t>
        <w:br/>
        <w:t>vn 0.9268 0.0397 -0.3733</w:t>
        <w:br/>
        <w:t>vn 0.6269 0.0156 -0.7789</w:t>
        <w:br/>
        <w:t>vn 0.6320 0.0006 -0.7750</w:t>
        <w:br/>
        <w:t>vn 0.0473 0.0028 -0.9989</w:t>
        <w:br/>
        <w:t>vn 0.0330 -0.0358 -0.9988</w:t>
        <w:br/>
        <w:t>vn 0.7097 0.1950 -0.6769</w:t>
        <w:br/>
        <w:t>vn 0.5666 0.2744 -0.7770</w:t>
        <w:br/>
        <w:t>vn 0.6702 -0.2973 0.6800</w:t>
        <w:br/>
        <w:t>vn 0.6063 -0.2564 0.7528</w:t>
        <w:br/>
        <w:t>vn 0.7177 -0.2113 0.6635</w:t>
        <w:br/>
        <w:t>vn 0.7511 -0.2649 0.6047</w:t>
        <w:br/>
        <w:t>vn 0.7479 -0.2746 0.6044</w:t>
        <w:br/>
        <w:t>vn -0.7721 -0.2029 0.6022</w:t>
        <w:br/>
        <w:t>vn -0.7643 -0.1778 0.6198</w:t>
        <w:br/>
        <w:t>vn -0.4388 0.3623 -0.8223</w:t>
        <w:br/>
        <w:t>vn -0.6410 0.3457 -0.6853</w:t>
        <w:br/>
        <w:t>vn 0.6729 -0.1783 0.7179</w:t>
        <w:br/>
        <w:t>vn 0.7036 -0.2838 0.6515</w:t>
        <w:br/>
        <w:t>vn 0.5461 -0.2191 0.8086</w:t>
        <w:br/>
        <w:t>vn -0.9374 -0.0257 0.3472</w:t>
        <w:br/>
        <w:t>vn -0.9823 0.1553 -0.1049</w:t>
        <w:br/>
        <w:t>vn -0.3457 -0.0464 -0.9372</w:t>
        <w:br/>
        <w:t>vn -0.5762 0.0437 -0.8162</w:t>
        <w:br/>
        <w:t>vn 0.9780 0.0873 0.1892</w:t>
        <w:br/>
        <w:t>vn 0.9500 0.1251 -0.2862</w:t>
        <w:br/>
        <w:t>vn -0.4205 0.2907 0.8595</w:t>
        <w:br/>
        <w:t>vn -0.4434 0.2718 0.8541</w:t>
        <w:br/>
        <w:t>vn -0.7278 0.4704 0.4991</w:t>
        <w:br/>
        <w:t>vn -0.7014 0.5002 0.5079</w:t>
        <w:br/>
        <w:t>vn -0.2903 0.4321 0.8538</w:t>
        <w:br/>
        <w:t>vn -0.3465 0.3658 0.8638</w:t>
        <w:br/>
        <w:t>vn -0.5934 0.6160 0.5181</w:t>
        <w:br/>
        <w:t>vn -0.4874 0.7125 0.5048</w:t>
        <w:br/>
        <w:t>vn -0.7271 0.4942 -0.4765</w:t>
        <w:br/>
        <w:t>vn -0.4308 0.3057 -0.8491</w:t>
        <w:br/>
        <w:t>vn -0.4222 0.3171 -0.8492</w:t>
        <w:br/>
        <w:t>vn -0.7107 0.5214 -0.4724</w:t>
        <w:br/>
        <w:t>vn -0.5679 0.8225 0.0328</w:t>
        <w:br/>
        <w:t>vn -0.6961 0.7165 0.0457</w:t>
        <w:br/>
        <w:t>vn -0.3721 0.3754 -0.8489</w:t>
        <w:br/>
        <w:t>vn -0.3007 0.4266 -0.8530</w:t>
        <w:br/>
        <w:t>vn -0.3007 0.4268 -0.8529</w:t>
        <w:br/>
        <w:t>vn 0.6962 -0.7164 -0.0455</w:t>
        <w:br/>
        <w:t>vn 0.5667 -0.8233 -0.0327</w:t>
        <w:br/>
        <w:t>vn -0.9997 0.0072 0.0247</w:t>
        <w:br/>
        <w:t>vn -0.9997 0.0070 0.0248</w:t>
        <w:br/>
        <w:t>vn -0.9997 0.0069 0.0248</w:t>
        <w:br/>
        <w:t>vn 0.8128 -0.5817 -0.0307</w:t>
        <w:br/>
        <w:t>vn 0.8383 -0.5449 -0.0207</w:t>
        <w:br/>
        <w:t>vn 0.1895 0.9818 0.0133</w:t>
        <w:br/>
        <w:t>vn 0.1896 0.9818 0.0133</w:t>
        <w:br/>
        <w:t>vn -0.7629 0.6450 0.0445</w:t>
        <w:br/>
        <w:t>vn -0.6521 0.5528 0.5189</w:t>
        <w:br/>
        <w:t>vn -0.4049 0.3405 -0.8486</w:t>
        <w:br/>
        <w:t>vn 0.7633 -0.6445 -0.0447</w:t>
        <w:br/>
        <w:t>vn 0.7633 -0.6445 -0.0445</w:t>
        <w:br/>
        <w:t>vn -0.3817 0.3247 0.8654</w:t>
        <w:br/>
        <w:t>vn -0.4417 0.8970 0.0171</w:t>
        <w:br/>
        <w:t>vn -0.3834 0.7855 0.4857</w:t>
        <w:br/>
        <w:t>vn -0.2313 0.4571 -0.8588</w:t>
        <w:br/>
        <w:t>vn -0.2312 0.4571 -0.8588</w:t>
        <w:br/>
        <w:t>vn 0.4389 -0.8984 -0.0170</w:t>
        <w:br/>
        <w:t>vn 0.4388 -0.8984 -0.0170</w:t>
        <w:br/>
        <w:t>vn -0.2350 0.4894 0.8398</w:t>
        <w:br/>
        <w:t>vn -0.3505 0.8050 0.4786</w:t>
        <w:br/>
        <w:t>vn -0.2166 0.5070 0.8343</w:t>
        <w:br/>
        <w:t>vn -0.4027 0.9153 0.0112</w:t>
        <w:br/>
        <w:t>vn -0.2097 0.4598 -0.8629</w:t>
        <w:br/>
        <w:t>vn 0.3994 -0.9167 -0.0112</w:t>
        <w:br/>
        <w:t>vn 0.3993 -0.9167 -0.0113</w:t>
        <w:br/>
        <w:t>vn 0.4214 0.2901 0.8592</w:t>
        <w:br/>
        <w:t>vn 0.7020 0.4997 0.5075</w:t>
        <w:br/>
        <w:t>vn 0.7284 0.4700 0.4986</w:t>
        <w:br/>
        <w:t>vn 0.4444 0.2711 0.8538</w:t>
        <w:br/>
        <w:t>vn 0.2913 0.4314 0.8538</w:t>
        <w:br/>
        <w:t>vn 0.4880 0.7121 0.5048</w:t>
        <w:br/>
        <w:t>vn 0.5940 0.6156 0.5179</w:t>
        <w:br/>
        <w:t>vn 0.3475 0.3652 0.8637</w:t>
        <w:br/>
        <w:t>vn 0.4213 0.3178 -0.8494</w:t>
        <w:br/>
        <w:t>vn 0.4299 0.3063 -0.8493</w:t>
        <w:br/>
        <w:t>vn 0.7266 0.4945 -0.4769</w:t>
        <w:br/>
        <w:t>vn 0.7102 0.5216 -0.4728</w:t>
        <w:br/>
        <w:t>vn 0.5680 0.8224 0.0328</w:t>
        <w:br/>
        <w:t>vn 0.6962 0.7164 0.0454</w:t>
        <w:br/>
        <w:t>vn 0.2998 0.4275 -0.8528</w:t>
        <w:br/>
        <w:t>vn 0.3713 0.3760 -0.8490</w:t>
        <w:br/>
        <w:t>vn 0.2998 0.4274 -0.8529</w:t>
        <w:br/>
        <w:t>vn -0.5668 -0.8232 -0.0327</w:t>
        <w:br/>
        <w:t>vn -0.6963 -0.7163 -0.0453</w:t>
        <w:br/>
        <w:t>vn 0.9997 0.0069 0.0237</w:t>
        <w:br/>
        <w:t>vn 0.9997 0.0070 0.0237</w:t>
        <w:br/>
        <w:t>vn -0.8383 -0.5448 -0.0201</w:t>
        <w:br/>
        <w:t>vn -0.8129 -0.5816 -0.0303</w:t>
        <w:br/>
        <w:t>vn -0.1894 0.9818 0.0143</w:t>
        <w:br/>
        <w:t>vn -0.1893 0.9818 0.0142</w:t>
        <w:br/>
        <w:t>vn 0.6527 0.5523 0.5186</w:t>
        <w:br/>
        <w:t>vn 0.7628 0.6451 0.0444</w:t>
        <w:br/>
        <w:t>vn 0.4040 0.3411 -0.8488</w:t>
        <w:br/>
        <w:t>vn -0.7634 -0.6444 -0.0442</w:t>
        <w:br/>
        <w:t>vn -0.7634 -0.6444 -0.0444</w:t>
        <w:br/>
        <w:t>vn 0.3827 0.3240 0.8652</w:t>
        <w:br/>
        <w:t>vn 0.3840 0.7852 0.4859</w:t>
        <w:br/>
        <w:t>vn 0.4418 0.8970 0.0172</w:t>
        <w:br/>
        <w:t>vn 0.2304 0.4577 -0.8587</w:t>
        <w:br/>
        <w:t>vn -0.4390 -0.8983 -0.0171</w:t>
        <w:br/>
        <w:t>vn 0.2360 0.4887 0.8399</w:t>
        <w:br/>
        <w:t>vn 0.2176 0.5064 0.8344</w:t>
        <w:br/>
        <w:t>vn 0.3514 0.8045 0.4788</w:t>
        <w:br/>
        <w:t>vn 0.4028 0.9152 0.0115</w:t>
        <w:br/>
        <w:t>vn 0.2088 0.4604 -0.8628</w:t>
        <w:br/>
        <w:t>vn -0.3995 -0.9167 -0.0115</w:t>
        <w:br/>
        <w:t>vn -0.3996 -0.9166 -0.0112</w:t>
        <w:br/>
        <w:t>vn 0.0075 0.0616 -0.9981</w:t>
        <w:br/>
        <w:t>vn 0.0818 0.0827 -0.9932</w:t>
        <w:br/>
        <w:t>vn 0.0042 0.0802 -0.9968</w:t>
        <w:br/>
        <w:t>vn 0.3575 -0.9255 0.1254</w:t>
        <w:br/>
        <w:t>vn -0.0461 -0.9898 0.1346</w:t>
        <w:br/>
        <w:t>vn 0.3576 -0.9254 0.1254</w:t>
        <w:br/>
        <w:t>vn -0.4276 -0.8957 0.1217</w:t>
        <w:br/>
        <w:t>vn -0.7224 -0.6876 0.0737</w:t>
        <w:br/>
        <w:t>vn -0.7224 -0.6876 0.0736</w:t>
        <w:br/>
        <w:t>vn -0.8451 -0.5310 0.0616</w:t>
        <w:br/>
        <w:t>vn -0.1163 -0.1738 0.9779</w:t>
        <w:br/>
        <w:t>vn -0.1184 -0.1998 0.9727</w:t>
        <w:br/>
        <w:t>vn 0.6004 0.6240 0.5002</w:t>
        <w:br/>
        <w:t>vn 0.4373 0.7137 0.5472</w:t>
        <w:br/>
        <w:t>vn 0.6004 0.6239 0.5002</w:t>
        <w:br/>
        <w:t>vn 0.3532 0.7484 0.5615</w:t>
        <w:br/>
        <w:t>vn 0.0684 0.2440 -0.9674</w:t>
        <w:br/>
        <w:t>vn 0.0856 0.2240 -0.9708</w:t>
        <w:br/>
        <w:t>vn 0.1109 0.1784 -0.9777</w:t>
        <w:br/>
        <w:t>vn 0.7386 0.5280 0.4191</w:t>
        <w:br/>
        <w:t>vn 0.1019 0.1289 -0.9864</w:t>
        <w:br/>
        <w:t>vn -0.9289 0.1787 0.3245</w:t>
        <w:br/>
        <w:t>vn -0.9474 -0.2981 0.1163</w:t>
        <w:br/>
        <w:t>vn -0.9474 -0.2981 0.1164</w:t>
        <w:br/>
        <w:t>vn -0.1255 -0.2020 0.9713</w:t>
        <w:br/>
        <w:t>vn -0.1255 -0.2019 0.9713</w:t>
        <w:br/>
        <w:t>vn -0.7344 0.5225 0.4331</w:t>
        <w:br/>
        <w:t>vn -0.7344 0.5226 0.4331</w:t>
        <w:br/>
        <w:t>vn -0.1141 -0.1242 0.9857</w:t>
        <w:br/>
        <w:t>vn -0.0905 -0.0976 0.9911</w:t>
        <w:br/>
        <w:t>vn -0.0054 -0.0953 0.9954</w:t>
        <w:br/>
        <w:t>vn -0.0095 -0.0979 0.9951</w:t>
        <w:br/>
        <w:t>vn -0.7668 0.5201 0.3761</w:t>
        <w:br/>
        <w:t>vn -0.7092 0.5637 0.4233</w:t>
        <w:br/>
        <w:t>vn -0.7092 0.5637 0.4234</w:t>
        <w:br/>
        <w:t>vn -0.5617 0.6602 0.4987</w:t>
        <w:br/>
        <w:t>vn -0.5616 0.6602 0.4988</w:t>
        <w:br/>
        <w:t>vn 0.1128 -0.1470 0.9827</w:t>
        <w:br/>
        <w:t>vn 0.1127 -0.1470 0.9827</w:t>
        <w:br/>
        <w:t>vn 0.1211 -0.1685 0.9782</w:t>
        <w:br/>
        <w:t>vn 0.1211 -0.1684 0.9782</w:t>
        <w:br/>
        <w:t>vn 0.8209 -0.5667 0.0708</w:t>
        <w:br/>
        <w:t>vn 0.6799 -0.7280 0.0876</w:t>
        <w:br/>
        <w:t>vn 0.1079 -0.1086 0.9882</w:t>
        <w:br/>
        <w:t>vn 0.0797 -0.0924 0.9925</w:t>
        <w:br/>
        <w:t>vn -0.1065 0.1512 -0.9828</w:t>
        <w:br/>
        <w:t>vn -0.0959 0.1130 -0.9890</w:t>
        <w:br/>
        <w:t>vn -0.0959 0.1129 -0.9890</w:t>
        <w:br/>
        <w:t>vn 0.9419 -0.3173 0.1099</w:t>
        <w:br/>
        <w:t>vn 0.9419 -0.3173 0.1098</w:t>
        <w:br/>
        <w:t>vn -0.0852 0.1912 -0.9778</w:t>
        <w:br/>
        <w:t>vn -0.2834 0.7794 0.5587</w:t>
        <w:br/>
        <w:t>vn -0.2834 0.7795 0.5587</w:t>
        <w:br/>
        <w:t>vn -0.3789 0.7484 0.5444</w:t>
        <w:br/>
        <w:t>vn -0.3788 0.7484 0.5444</w:t>
        <w:br/>
        <w:t>vn 0.7730 0.4958 0.3958</w:t>
        <w:br/>
        <w:t>vn 0.9427 0.1564 0.2947</w:t>
        <w:br/>
        <w:t>vn 0.7731 0.4955 0.3960</w:t>
        <w:br/>
        <w:t>vn -0.0661 0.2137 -0.9747</w:t>
        <w:br/>
        <w:t>vn 0.1283 -0.1740 0.9764</w:t>
        <w:br/>
        <w:t>vn 0.1284 -0.1740 0.9763</w:t>
        <w:br/>
        <w:t>vn 0.7946 0.4833 0.3676</w:t>
        <w:br/>
        <w:t>vn -0.0734 0.0772 -0.9943</w:t>
        <w:br/>
        <w:t>vn -0.0199 0.5643 -0.8253</w:t>
        <w:br/>
        <w:t>vn -0.0651 0.7169 -0.6941</w:t>
        <w:br/>
        <w:t>vn -0.1419 0.7295 -0.6690</w:t>
        <w:br/>
        <w:t>vn -0.1738 0.5823 -0.7942</w:t>
        <w:br/>
        <w:t>vn -0.0307 0.6128 -0.7897</w:t>
        <w:br/>
        <w:t>vn -0.1272 0.6222 -0.7724</w:t>
        <w:br/>
        <w:t>vn -0.2914 0.8475 -0.4436</w:t>
        <w:br/>
        <w:t>vn -0.5337 0.6197 -0.5754</w:t>
        <w:br/>
        <w:t>vn -0.3563 0.6223 -0.6970</w:t>
        <w:br/>
        <w:t>vn -0.2040 0.8158 -0.5411</w:t>
        <w:br/>
        <w:t>vn -0.2934 0.8287 -0.4766</w:t>
        <w:br/>
        <w:t>vn -0.2135 0.7455 -0.6313</w:t>
        <w:br/>
        <w:t>vn -0.4251 0.8483 -0.3158</w:t>
        <w:br/>
        <w:t>vn -0.7412 0.5431 -0.3946</w:t>
        <w:br/>
        <w:t>vn -0.3310 0.8999 -0.2839</w:t>
        <w:br/>
        <w:t>vn 0.0502 0.3104 -0.9493</w:t>
        <w:br/>
        <w:t>vn -0.1349 0.3226 -0.9369</w:t>
        <w:br/>
        <w:t>vn -0.5332 0.5659 -0.6288</w:t>
        <w:br/>
        <w:t>vn -0.3599 0.4332 -0.8263</w:t>
        <w:br/>
        <w:t>vn -0.5982 0.7154 -0.3610</w:t>
        <w:br/>
        <w:t>vn -0.9467 0.2185 0.2367</w:t>
        <w:br/>
        <w:t>vn -0.9467 0.2185 0.2368</w:t>
        <w:br/>
        <w:t>vn -0.9545 0.2954 0.0416</w:t>
        <w:br/>
        <w:t>vn -0.5810 0.7746 0.2499</w:t>
        <w:br/>
        <w:t>vn -0.2946 0.9314 0.2137</w:t>
        <w:br/>
        <w:t>vn -0.3114 0.9470 0.0785</w:t>
        <w:br/>
        <w:t>vn -0.5876 0.8047 0.0844</w:t>
        <w:br/>
        <w:t>vn 0.0231 0.9877 0.1546</w:t>
        <w:br/>
        <w:t>vn -0.0062 0.9979 0.0651</w:t>
        <w:br/>
        <w:t>vn -0.7080 0.4747 0.5229</w:t>
        <w:br/>
        <w:t>vn -0.8325 0.1875 0.5214</w:t>
        <w:br/>
        <w:t>vn -0.8975 0.1840 0.4008</w:t>
        <w:br/>
        <w:t>vn -0.8975 0.1840 0.4007</w:t>
        <w:br/>
        <w:t>vn -0.5522 0.6676 0.4995</w:t>
        <w:br/>
        <w:t>vn -0.3748 0.8243 0.4244</w:t>
        <w:br/>
        <w:t>vn -0.3101 0.8935 0.3247</w:t>
        <w:br/>
        <w:t>vn -0.5486 0.7417 0.3858</w:t>
        <w:br/>
        <w:t>vn -0.1079 0.9536 0.2810</w:t>
        <w:br/>
        <w:t>vn -0.0456 0.9706 0.2363</w:t>
        <w:br/>
        <w:t>vn -0.5069 0.5585 0.6566</w:t>
        <w:br/>
        <w:t>vn -0.6233 0.2127 0.7525</w:t>
        <w:br/>
        <w:t>vn -0.7445 0.2171 0.6314</w:t>
        <w:br/>
        <w:t>vn -0.5608 0.6058 0.5644</w:t>
        <w:br/>
        <w:t>vn -0.4580 0.6046 0.6517</w:t>
        <w:br/>
        <w:t>vn -0.4497 0.7245 0.5224</w:t>
        <w:br/>
        <w:t>vn -0.5513 0.3206 0.7703</w:t>
        <w:br/>
        <w:t>vn -0.5955 0.5158 0.6159</w:t>
        <w:br/>
        <w:t>vn -0.4885 0.1382 0.8616</w:t>
        <w:br/>
        <w:t>vn -0.4343 0.4701 0.7684</w:t>
        <w:br/>
        <w:t>vn -0.3469 0.3555 0.8679</w:t>
        <w:br/>
        <w:t>vn -0.3389 0.0390 0.9400</w:t>
        <w:br/>
        <w:t>vn -0.3828 0.4835 0.7872</w:t>
        <w:br/>
        <w:t>vn -0.2938 0.3721 0.8805</w:t>
        <w:br/>
        <w:t>vn -0.2398 0.0728 0.9681</w:t>
        <w:br/>
        <w:t>vn -0.3946 0.1668 0.9036</w:t>
        <w:br/>
        <w:t>vn -0.0738 0.2436 0.9671</w:t>
        <w:br/>
        <w:t>vn -0.0357 0.0435 0.9984</w:t>
        <w:br/>
        <w:t>vn -0.1883 -0.0138 0.9820</w:t>
        <w:br/>
        <w:t>vn -0.2314 0.2623 0.9368</w:t>
        <w:br/>
        <w:t>vn -0.0182 0.1927 0.9811</w:t>
        <w:br/>
        <w:t>vn -0.1852 0.2722 0.9442</w:t>
        <w:br/>
        <w:t>vn 0.0736 -0.0621 0.9953</w:t>
        <w:br/>
        <w:t>vn -0.0994 0.0048 0.9950</w:t>
        <w:br/>
        <w:t>vn 0.1518 0.7776 -0.6102</w:t>
        <w:br/>
        <w:t>vn 0.0445 0.7102 -0.7026</w:t>
        <w:br/>
        <w:t>vn 0.1989 0.4590 -0.8659</w:t>
        <w:br/>
        <w:t>vn 0.3632 0.5246 -0.7700</w:t>
        <w:br/>
        <w:t>vn 0.1993 0.7287 -0.6552</w:t>
        <w:br/>
        <w:t>vn 0.0805 0.6524 -0.7536</w:t>
        <w:br/>
        <w:t>vn 0.4372 0.3890 -0.8109</w:t>
        <w:br/>
        <w:t>vn 0.2610 0.3102 -0.9141</w:t>
        <w:br/>
        <w:t>vn 0.2476 0.2392 0.9389</w:t>
        <w:br/>
        <w:t>vn 0.2416 0.1754 0.9544</w:t>
        <w:br/>
        <w:t>vn 0.3554 -0.0149 0.9346</w:t>
        <w:br/>
        <w:t>vn 0.4927 0.2110 0.8442</w:t>
        <w:br/>
        <w:t>vn 0.5303 0.0653 0.8453</w:t>
        <w:br/>
        <w:t>vn 0.4238 0.7564 -0.4983</w:t>
        <w:br/>
        <w:t>vn 0.3800 0.8077 -0.4508</w:t>
        <w:br/>
        <w:t>vn 0.6479 0.5122 -0.5638</w:t>
        <w:br/>
        <w:t>vn 0.6677 0.7394 -0.0866</w:t>
        <w:br/>
        <w:t>vn 0.4481 0.8919 -0.0614</w:t>
        <w:br/>
        <w:t>vn 0.8417 0.5294 -0.1059</w:t>
        <w:br/>
        <w:t>vn 0.7654 0.6141 0.1923</w:t>
        <w:br/>
        <w:t>vn 0.8523 0.4726 0.2242</w:t>
        <w:br/>
        <w:t>vn 0.8318 0.4186 0.3646</w:t>
        <w:br/>
        <w:t>vn 0.8175 0.3735 0.4383</w:t>
        <w:br/>
        <w:t>vn -0.0003 0.8071 0.5904</w:t>
        <w:br/>
        <w:t>vn 0.1409 0.8083 0.5717</w:t>
        <w:br/>
        <w:t>vn 0.1410 0.8083 0.5717</w:t>
        <w:br/>
        <w:t>vn 0.3744 0.8055 0.4594</w:t>
        <w:br/>
        <w:t>vn 0.4996 0.8167 0.2889</w:t>
        <w:br/>
        <w:t>vn 0.5135 0.8510 0.1100</w:t>
        <w:br/>
        <w:t>vn 0.0307 -0.9937 -0.1075</w:t>
        <w:br/>
        <w:t>vn 0.0306 -0.9937 -0.1076</w:t>
        <w:br/>
        <w:t>vn 0.1628 -0.9810 -0.1057</w:t>
        <w:br/>
        <w:t>vn 0.1629 -0.9810 -0.1056</w:t>
        <w:br/>
        <w:t>vn -0.4233 -0.9054 0.0330</w:t>
        <w:br/>
        <w:t>vn -0.3148 -0.9489 -0.0216</w:t>
        <w:br/>
        <w:t>vn -0.4712 -0.8807 0.0478</w:t>
        <w:br/>
        <w:t>vn 0.3359 0.9413 0.0324</w:t>
        <w:br/>
        <w:t>vn 0.2778 0.9597 0.0419</w:t>
        <w:br/>
        <w:t>vn -0.5342 -0.8412 -0.0837</w:t>
        <w:br/>
        <w:t>vn -0.5058 -0.8619 -0.0358</w:t>
        <w:br/>
        <w:t>vn -0.5058 -0.8619 -0.0359</w:t>
        <w:br/>
        <w:t>vn 0.2614 0.9640 0.0485</w:t>
        <w:br/>
        <w:t>vn 0.2809 0.9575 0.0653</w:t>
        <w:br/>
        <w:t>vn 0.2810 0.9575 0.0653</w:t>
        <w:br/>
        <w:t>vn -0.5116 -0.8494 -0.1296</w:t>
        <w:br/>
        <w:t>vn -0.5418 -0.8337 -0.1070</w:t>
        <w:br/>
        <w:t>vn 0.2888 0.9562 0.0482</w:t>
        <w:br/>
        <w:t>vn 0.2370 0.9714 -0.0125</w:t>
        <w:br/>
        <w:t>vn -0.2215 -0.9740 -0.0481</w:t>
        <w:br/>
        <w:t>vn -0.4050 -0.9064 -0.1203</w:t>
        <w:br/>
        <w:t>vn -0.4049 -0.9064 -0.1203</w:t>
        <w:br/>
        <w:t>vn 0.1444 0.9880 -0.0544</w:t>
        <w:br/>
        <w:t>vn 0.0654 0.9961 -0.0599</w:t>
        <w:br/>
        <w:t>vn 0.1457 -0.9893 -0.0026</w:t>
        <w:br/>
        <w:t>vn -0.0226 -0.9997 -0.0007</w:t>
        <w:br/>
        <w:t>vn 0.0090 0.9981 -0.0611</w:t>
        <w:br/>
        <w:t>vn 0.0090 0.9981 -0.0612</w:t>
        <w:br/>
        <w:t>vn -0.0567 0.9921 -0.1121</w:t>
        <w:br/>
        <w:t>vn 0.3380 -0.9374 -0.0841</w:t>
        <w:br/>
        <w:t>vn 0.2627 -0.9642 -0.0366</w:t>
        <w:br/>
        <w:t>vn 0.2628 -0.9642 -0.0366</w:t>
        <w:br/>
        <w:t>vn -0.4248 0.7039 0.5692</w:t>
        <w:br/>
        <w:t>vn -0.1656 0.7885 0.5924</w:t>
        <w:br/>
        <w:t>vn 0.2676 -0.9605 -0.0756</w:t>
        <w:br/>
        <w:t>vn 0.2676 -0.9606 -0.0756</w:t>
        <w:br/>
        <w:t>vn 0.3923 -0.9198 -0.0038</w:t>
        <w:br/>
        <w:t>vn -0.1730 0.9742 -0.1450</w:t>
        <w:br/>
        <w:t>vn 0.4025 -0.9033 -0.1483</w:t>
        <w:br/>
        <w:t>vn -0.2514 0.9587 -0.1328</w:t>
        <w:br/>
        <w:t>vn 0.4397 -0.8789 -0.1850</w:t>
        <w:br/>
        <w:t>vn -0.7286 0.5501 0.4081</w:t>
        <w:br/>
        <w:t>vn -0.7285 0.5501 0.4081</w:t>
        <w:br/>
        <w:t>vn 0.4185 -0.9082 0.0059</w:t>
        <w:br/>
        <w:t>vn 0.4185 -0.9082 0.0060</w:t>
        <w:br/>
        <w:t>vn -0.8363 0.5272 0.1502</w:t>
        <w:br/>
        <w:t>vn 0.3749 -0.9264 0.0342</w:t>
        <w:br/>
        <w:t>vn 0.3325 -0.9303 0.1548</w:t>
        <w:br/>
        <w:t>vn -0.6984 0.7155 -0.0189</w:t>
        <w:br/>
        <w:t>vn 0.2895 -0.9387 0.1873</w:t>
        <w:br/>
        <w:t>vn -0.5023 0.8635 -0.0459</w:t>
        <w:br/>
        <w:t>vn -0.5024 0.8634 -0.0459</w:t>
        <w:br/>
        <w:t>vn 0.2818 -0.9449 0.1668</w:t>
        <w:br/>
        <w:t>vn -0.4320 0.9017 -0.0173</w:t>
        <w:br/>
        <w:t>vn -0.1695 0.7658 -0.6204</w:t>
        <w:br/>
        <w:t>vn -0.1646 0.6714 -0.7226</w:t>
        <w:br/>
        <w:t>vn -0.2321 0.3546 -0.9058</w:t>
        <w:br/>
        <w:t>vn -0.1503 -0.9855 -0.0792</w:t>
        <w:br/>
        <w:t>vn -0.1502 -0.9855 -0.0792</w:t>
        <w:br/>
        <w:t>vn 0.2527 0.8019 0.5414</w:t>
        <w:br/>
        <w:t>vn -0.2549 0.5913 -0.7651</w:t>
        <w:br/>
        <w:t>vn 0.4323 0.9013 0.0285</w:t>
        <w:br/>
        <w:t>vn -0.4878 -0.8729 0.0136</w:t>
        <w:br/>
        <w:t>vn -0.5893 0.7994 -0.1167</w:t>
        <w:br/>
        <w:t>vn -0.3337 0.9382 -0.0913</w:t>
        <w:br/>
        <w:t>vn -0.5515 0.8232 -0.1352</w:t>
        <w:br/>
        <w:t>vn -0.8955 0.4100 -0.1733</w:t>
        <w:br/>
        <w:t>vn -0.8811 0.4593 0.1124</w:t>
        <w:br/>
        <w:t>vn -0.8658 0.4595 0.1980</w:t>
        <w:br/>
        <w:t>vn -0.9152 0.4008 -0.0410</w:t>
        <w:br/>
        <w:t>vn 0.2128 0.3609 0.9080</w:t>
        <w:br/>
        <w:t>vn 0.4153 0.2606 0.8715</w:t>
        <w:br/>
        <w:t>vn 0.5252 0.1768 0.8324</w:t>
        <w:br/>
        <w:t>vn 0.5252 0.1767 0.8324</w:t>
        <w:br/>
        <w:t>vn 0.0875 -0.5355 -0.8400</w:t>
        <w:br/>
        <w:t>vn 0.5418 -0.6336 -0.5522</w:t>
        <w:br/>
        <w:t>vn 0.4790 -0.6863 -0.5473</w:t>
        <w:br/>
        <w:t>vn 0.4789 -0.6863 -0.5474</w:t>
        <w:br/>
        <w:t>vn 0.2726 -0.5269 -0.8051</w:t>
        <w:br/>
        <w:t>vn 0.6665 -0.5509 -0.5023</w:t>
        <w:br/>
        <w:t>vn 0.7673 -0.5033 -0.3975</w:t>
        <w:br/>
        <w:t>vn 0.7673 -0.5033 -0.3974</w:t>
        <w:br/>
        <w:t>vn 0.8113 -0.5124 -0.2814</w:t>
        <w:br/>
        <w:t>vn 0.0829 0.3053 0.9487</w:t>
        <w:br/>
        <w:t>vn 0.1044 0.3431 0.9335</w:t>
        <w:br/>
        <w:t>vn 0.0570 0.2609 0.9637</w:t>
        <w:br/>
        <w:t>vn -0.8943 0.3024 -0.3298</w:t>
        <w:br/>
        <w:t>vn -0.9295 0.3193 -0.1847</w:t>
        <w:br/>
        <w:t>vn -0.8444 0.3137 -0.4343</w:t>
        <w:br/>
        <w:t>vn 0.8364 -0.5137 -0.1913</w:t>
        <w:br/>
        <w:t>vn 0.0059 0.1986 0.9801</w:t>
        <w:br/>
        <w:t>vn 0.0059 0.1985 0.9801</w:t>
        <w:br/>
        <w:t>vn 0.8744 -0.4595 -0.1561</w:t>
        <w:br/>
        <w:t>vn 0.8743 -0.4595 -0.1561</w:t>
        <w:br/>
        <w:t>vn 0.2725 -0.5269 -0.8051</w:t>
        <w:br/>
        <w:t>vn -0.1888 -0.3725 -0.9086</w:t>
        <w:br/>
        <w:t>vn -0.0884 -0.3496 -0.9327</w:t>
        <w:br/>
        <w:t>vn 0.0876 -0.5354 -0.8400</w:t>
        <w:br/>
        <w:t>vn -0.3967 -0.2745 -0.8759</w:t>
        <w:br/>
        <w:t>vn -0.0790 -0.3078 -0.9482</w:t>
        <w:br/>
        <w:t>vn -0.0791 -0.3078 -0.9482</w:t>
        <w:br/>
        <w:t>vn -0.5123 -0.1884 -0.8379</w:t>
        <w:br/>
        <w:t>vn 0.1641 0.7367 0.6560</w:t>
        <w:br/>
        <w:t>vn 0.1642 0.7368 0.6559</w:t>
        <w:br/>
        <w:t>vn 0.1642 0.7368 0.6558</w:t>
        <w:br/>
        <w:t>vn 0.0413 0.9076 -0.4177</w:t>
        <w:br/>
        <w:t>vn -0.0876 0.7521 -0.6532</w:t>
        <w:br/>
        <w:t>vn -0.0876 0.7522 -0.6531</w:t>
        <w:br/>
        <w:t>vn -0.7691 0.6279 0.1193</w:t>
        <w:br/>
        <w:t>vn -0.7692 0.6278 0.1192</w:t>
        <w:br/>
        <w:t>vn -0.8187 0.5651 0.1022</w:t>
        <w:br/>
        <w:t>vn -0.7769 0.6282 0.0425</w:t>
        <w:br/>
        <w:t>vn -0.8848 0.4408 -0.1511</w:t>
        <w:br/>
        <w:t>vn -0.8945 0.3215 -0.3105</w:t>
        <w:br/>
        <w:t>vn -0.8945 0.3216 -0.3105</w:t>
        <w:br/>
        <w:t>vn -0.9138 0.3079 -0.2650</w:t>
        <w:br/>
        <w:t>vn 0.1085 -0.0841 0.9905</w:t>
        <w:br/>
        <w:t>vn 0.1595 -0.1240 0.9794</w:t>
        <w:br/>
        <w:t>vn 0.0037 -0.0088 1.0000</w:t>
        <w:br/>
        <w:t>vn -0.0583 0.0864 0.9945</w:t>
        <w:br/>
        <w:t>vn -0.0583 0.0864 0.9946</w:t>
        <w:br/>
        <w:t>vn -0.8712 0.3219 -0.3706</w:t>
        <w:br/>
        <w:t>vn -0.8712 0.3220 -0.3706</w:t>
        <w:br/>
        <w:t>vn -0.1588 0.1378 -0.9776</w:t>
        <w:br/>
        <w:t>vn -0.1115 0.0949 -0.9892</w:t>
        <w:br/>
        <w:t>vn -0.1116 0.0949 -0.9892</w:t>
        <w:br/>
        <w:t>vn -0.1588 0.1379 -0.9776</w:t>
        <w:br/>
        <w:t>vn -0.0088 0.0138 -0.9999</w:t>
        <w:br/>
        <w:t>vn -0.0087 0.0137 -0.9999</w:t>
        <w:br/>
        <w:t>vn -0.8551 0.2919 -0.4284</w:t>
        <w:br/>
        <w:t>vn -0.8551 0.2919 -0.4285</w:t>
        <w:br/>
        <w:t>vn -0.0412 0.1583 0.9865</w:t>
        <w:br/>
        <w:t>vn -0.0411 0.1583 0.9865</w:t>
        <w:br/>
        <w:t>vn -0.8372 0.2835 -0.4676</w:t>
        <w:br/>
        <w:t>vn -0.8372 0.2835 -0.4677</w:t>
        <w:br/>
        <w:t>vn 0.9171 -0.2411 -0.3174</w:t>
        <w:br/>
        <w:t>vn 0.9252 -0.3054 -0.2251</w:t>
        <w:br/>
        <w:t>vn 0.9262 -0.3378 -0.1673</w:t>
        <w:br/>
        <w:t>vn 0.9052 -0.3982 -0.1483</w:t>
        <w:br/>
        <w:t>vn 0.9052 -0.3982 -0.1482</w:t>
        <w:br/>
        <w:t>vn 0.0357 -0.1580 -0.9868</w:t>
        <w:br/>
        <w:t>vn 0.0534 -0.0847 -0.9950</w:t>
        <w:br/>
        <w:t>vn -0.0112 -0.1975 -0.9802</w:t>
        <w:br/>
        <w:t>vn -0.0111 -0.1976 -0.9802</w:t>
        <w:br/>
        <w:t>vn 0.9150 -0.1275 -0.3829</w:t>
        <w:br/>
        <w:t>vn -0.1146 -0.9135 0.3905</w:t>
        <w:br/>
        <w:t>vn 0.0597 -0.4857 0.8721</w:t>
        <w:br/>
        <w:t>vn 0.9473 0.1473 -0.2843</w:t>
        <w:br/>
        <w:t>vn 0.9473 0.1474 -0.2843</w:t>
        <w:br/>
        <w:t>vn 0.9463 0.1645 -0.2783</w:t>
        <w:br/>
        <w:t>vn 0.9463 0.1645 -0.2782</w:t>
        <w:br/>
        <w:t>vn 0.9468 0.1324 -0.2932</w:t>
        <w:br/>
        <w:t>vn 0.1165 0.9078 -0.4029</w:t>
        <w:br/>
        <w:t>vn 0.9355 0.0120 -0.3531</w:t>
        <w:br/>
        <w:t>vn -0.0437 -0.9115 0.4090</w:t>
        <w:br/>
        <w:t>vn -0.0545 0.4951 -0.8671</w:t>
        <w:br/>
        <w:t>vn 0.0857 -0.7410 0.6660</w:t>
        <w:br/>
        <w:t>vn 0.0857 -0.7409 0.6661</w:t>
        <w:br/>
        <w:t>vn -0.0598 -0.2600 -0.9637</w:t>
        <w:br/>
        <w:t>vn -0.0597 -0.2600 -0.9638</w:t>
        <w:br/>
        <w:t>vn -0.8250 0.3040 -0.4763</w:t>
        <w:br/>
        <w:t>vn 0.8852 0.4522 0.1094</w:t>
        <w:br/>
        <w:t>vn 0.8706 0.4496 0.1996</w:t>
        <w:br/>
        <w:t>vn 0.8852 0.4522 0.1093</w:t>
        <w:br/>
        <w:t>vn 0.9153 0.3999 -0.0489</w:t>
        <w:br/>
        <w:t>vn 0.9152 0.3999 -0.0489</w:t>
        <w:br/>
        <w:t>vn 0.9372 0.3025 -0.1735</w:t>
        <w:br/>
        <w:t>vn 0.9372 0.3024 -0.1736</w:t>
        <w:br/>
        <w:t>vn 0.9180 0.2681 -0.2921</w:t>
        <w:br/>
        <w:t>vn 0.9181 0.2681 -0.2921</w:t>
        <w:br/>
        <w:t>vn 0.8693 0.2890 -0.4009</w:t>
        <w:br/>
        <w:t>vn 0.8252 0.3159 -0.4682</w:t>
        <w:br/>
        <w:t>vn 0.8252 0.3159 -0.4683</w:t>
        <w:br/>
        <w:t>vn -0.0638 0.2986 0.9522</w:t>
        <w:br/>
        <w:t>vn 0.0237 0.2019 0.9791</w:t>
        <w:br/>
        <w:t>vn 0.0777 0.1147 0.9904</w:t>
        <w:br/>
        <w:t>vn 0.0778 0.1147 0.9904</w:t>
        <w:br/>
        <w:t>vn 0.8171 0.3249 -0.4763</w:t>
        <w:br/>
        <w:t>vn 0.8430 0.3104 -0.4394</w:t>
        <w:br/>
        <w:t>vn -0.0744 -0.1150 -0.9906</w:t>
        <w:br/>
        <w:t>vn -0.0970 -0.0631 -0.9933</w:t>
        <w:br/>
        <w:t>vn -0.0743 -0.1151 -0.9906</w:t>
        <w:br/>
        <w:t>vn 0.8694 0.3124 -0.3828</w:t>
        <w:br/>
        <w:t>vn 0.8694 0.3125 -0.3827</w:t>
        <w:br/>
        <w:t>vn -0.0830 -0.0089 -0.9965</w:t>
        <w:br/>
        <w:t>vn -0.0834 -0.0087 -0.9965</w:t>
        <w:br/>
        <w:t>vn -0.0204 -0.1988 -0.9798</w:t>
        <w:br/>
        <w:t>vn 0.0684 -0.2949 -0.9531</w:t>
        <w:br/>
        <w:t>vn 0.0684 -0.2948 -0.9531</w:t>
        <w:br/>
        <w:t>vn 0.1011 0.0633 0.9929</w:t>
        <w:br/>
        <w:t>vn 0.0859 0.0153 0.9962</w:t>
        <w:br/>
        <w:t>vn 0.0859 0.0154 0.9962</w:t>
        <w:br/>
        <w:t>vn -0.8980 -0.4157 -0.1441</w:t>
        <w:br/>
        <w:t>vn -0.9235 -0.3444 -0.1689</w:t>
        <w:br/>
        <w:t>vn -0.9235 -0.3444 -0.1688</w:t>
        <w:br/>
        <w:t>vn -0.9264 -0.2954 -0.2336</w:t>
        <w:br/>
        <w:t>vn -0.8693 -0.4712 -0.1493</w:t>
        <w:br/>
        <w:t>vn -0.8431 -0.5019 -0.1931</w:t>
        <w:br/>
        <w:t>vn -0.1685 0.3286 0.9293</w:t>
        <w:br/>
        <w:t>vn -0.8237 -0.4898 -0.2857</w:t>
        <w:br/>
        <w:t>vn 0.1719 -0.3267 -0.9293</w:t>
        <w:br/>
        <w:t>vn 0.2767 -0.3129 -0.9086</w:t>
        <w:br/>
        <w:t>vn 0.3950 -0.2664 -0.8792</w:t>
        <w:br/>
        <w:t>vn -0.7746 -0.5004 -0.3869</w:t>
        <w:br/>
        <w:t>vn -0.6695 -0.5571 -0.4914</w:t>
        <w:br/>
        <w:t>vn -0.6694 -0.5571 -0.4914</w:t>
        <w:br/>
        <w:t>vn -0.2779 0.3126 0.9083</w:t>
        <w:br/>
        <w:t>vn -0.2778 0.3126 0.9083</w:t>
        <w:br/>
        <w:t>vn -0.3993 0.2647 0.8778</w:t>
        <w:br/>
        <w:t>vn -0.3993 0.2646 0.8778</w:t>
        <w:br/>
        <w:t>vn -0.5292 0.1917 0.8265</w:t>
        <w:br/>
        <w:t>vn -0.5233 -0.6669 -0.5305</w:t>
        <w:br/>
        <w:t>vn -0.5233 -0.6669 -0.5304</w:t>
        <w:br/>
        <w:t>vn -0.5938 0.1631 0.7879</w:t>
        <w:br/>
        <w:t>vn -0.4357 -0.7471 -0.5019</w:t>
        <w:br/>
        <w:t>vn 0.5250 -0.1953 -0.8284</w:t>
        <w:br/>
        <w:t>vn 0.5900 -0.1683 -0.7896</w:t>
        <w:br/>
        <w:t>vn 0.5901 -0.1683 -0.7896</w:t>
        <w:br/>
        <w:t>vn 0.7411 0.6465 0.1810</w:t>
        <w:br/>
        <w:t>vn 0.7832 0.6167 0.0793</w:t>
        <w:br/>
        <w:t>vn 0.0765 -0.6989 0.7111</w:t>
        <w:br/>
        <w:t>vn 0.1391 -0.8686 0.4756</w:t>
        <w:br/>
        <w:t>vn -0.9358 0.0459 -0.3495</w:t>
        <w:br/>
        <w:t>vn -0.9459 0.1142 -0.3035</w:t>
        <w:br/>
        <w:t>vn 0.1192 -0.8210 0.5584</w:t>
        <w:br/>
        <w:t>vn 0.1192 -0.8210 0.5583</w:t>
        <w:br/>
        <w:t>vn -0.0679 -0.0761 0.9948</w:t>
        <w:br/>
        <w:t>vn -0.0343 -0.3404 0.9397</w:t>
        <w:br/>
        <w:t>vn -0.0343 -0.3403 0.9397</w:t>
        <w:br/>
        <w:t>vn -0.0679 -0.0760 0.9948</w:t>
        <w:br/>
        <w:t>vn 0.0142 -0.0300 0.9994</w:t>
        <w:br/>
        <w:t>vn 0.8925 0.3125 -0.3252</w:t>
        <w:br/>
        <w:t>vn 0.9057 0.3246 -0.2727</w:t>
        <w:br/>
        <w:t>vn 0.9057 0.3245 -0.2727</w:t>
        <w:br/>
        <w:t>vn 0.8925 0.3126 -0.3251</w:t>
        <w:br/>
        <w:t>vn 0.8889 0.4130 -0.1982</w:t>
        <w:br/>
        <w:t>vn 0.8889 0.4130 -0.1981</w:t>
        <w:br/>
        <w:t>vn 0.0693 0.0947 -0.9931</w:t>
        <w:br/>
        <w:t>vn -0.0125 0.0417 -0.9991</w:t>
        <w:br/>
        <w:t>vn -0.9093 -0.2465 -0.3353</w:t>
        <w:br/>
        <w:t>vn -0.9093 -0.2464 -0.3353</w:t>
        <w:br/>
        <w:t>vn -0.8961 -0.1660 -0.4116</w:t>
        <w:br/>
        <w:t>vn -0.8961 -0.1661 -0.4116</w:t>
        <w:br/>
        <w:t>vn 0.0374 0.3590 -0.9326</w:t>
        <w:br/>
        <w:t>vn -0.9010 -0.0896 -0.4245</w:t>
        <w:br/>
        <w:t>vn -0.9010 -0.0897 -0.4245</w:t>
        <w:br/>
        <w:t>vn 0.8437 0.5299 -0.0863</w:t>
        <w:br/>
        <w:t>vn -0.0800 0.7096 -0.7001</w:t>
        <w:br/>
        <w:t>vn -0.1368 0.8637 -0.4851</w:t>
        <w:br/>
        <w:t>vn -0.1122 0.8155 -0.5678</w:t>
        <w:br/>
        <w:t>vn -0.1122 0.8155 -0.5677</w:t>
        <w:br/>
        <w:t>vn -0.9384 0.0628 -0.3398</w:t>
        <w:br/>
        <w:t>vn -0.9384 0.0628 -0.3397</w:t>
        <w:br/>
        <w:t>vn -0.1702 0.6966 0.6969</w:t>
        <w:br/>
        <w:t>vn -0.1702 0.6966 0.6970</w:t>
        <w:br/>
        <w:t>vn -0.1701 0.6966 0.6970</w:t>
        <w:br/>
        <w:t>vn -0.2112 -0.0045 0.9774</w:t>
        <w:br/>
        <w:t>vn -0.2112 -0.0044 0.9774</w:t>
        <w:br/>
        <w:t>vn 0.0001 -0.0282 0.9996</w:t>
        <w:br/>
        <w:t>vn -0.4144 0.0445 0.9090</w:t>
        <w:br/>
        <w:t>vn -0.0969 0.8971 0.4310</w:t>
        <w:br/>
        <w:t>vn 0.0001 0.9013 0.4333</w:t>
        <w:br/>
        <w:t>vn 0.0001 0.9013 0.4332</w:t>
        <w:br/>
        <w:t>vn -0.1697 0.8893 0.4247</w:t>
        <w:br/>
        <w:t>vn -0.0822 -0.8933 0.4419</w:t>
        <w:br/>
        <w:t>vn -0.1988 -0.8878 0.4151</w:t>
        <w:br/>
        <w:t>vn -0.1988 -0.8878 0.4152</w:t>
        <w:br/>
        <w:t>vn -0.7577 0.5526 -0.3472</w:t>
        <w:br/>
        <w:t>vn -0.8377 -0.4312 -0.3351</w:t>
        <w:br/>
        <w:t>vn -0.9469 -0.2839 -0.1507</w:t>
        <w:br/>
        <w:t>vn -0.9893 0.0319 -0.1424</w:t>
        <w:br/>
        <w:t>vn -0.5566 -0.8282 -0.0657</w:t>
        <w:br/>
        <w:t>vn -0.5344 -0.8450 -0.0189</w:t>
        <w:br/>
        <w:t>vn -0.8786 -0.4773 -0.0186</w:t>
        <w:br/>
        <w:t>vn -0.5519 -0.8338 -0.0123</w:t>
        <w:br/>
        <w:t>vn -0.7004 0.5465 0.4592</w:t>
        <w:br/>
        <w:t>vn -0.8198 0.5418 0.1851</w:t>
        <w:br/>
        <w:t>vn -0.9795 0.0443 0.1966</w:t>
        <w:br/>
        <w:t>vn -0.8476 0.0867 0.5236</w:t>
        <w:br/>
        <w:t>vn -0.5167 -0.8532 0.0719</w:t>
        <w:br/>
        <w:t>vn -0.4716 -0.8427 0.2598</w:t>
        <w:br/>
        <w:t>vn -0.5277 0.5496 0.6477</w:t>
        <w:br/>
        <w:t>vn -0.6492 0.0848 0.7559</w:t>
        <w:br/>
        <w:t>vn -0.3908 0.8742 0.2881</w:t>
        <w:br/>
        <w:t>vn -0.4441 0.8873 0.1244</w:t>
        <w:br/>
        <w:t>vn -0.8378 -0.4312 -0.3350</w:t>
        <w:br/>
        <w:t>vn -0.5450 -0.8167 -0.1898</w:t>
        <w:br/>
        <w:t>vn -0.5566 -0.8282 -0.0658</w:t>
        <w:br/>
        <w:t>vn -0.6740 -0.4407 -0.5928</w:t>
        <w:br/>
        <w:t>vn -0.4471 -0.8158 -0.3668</w:t>
        <w:br/>
        <w:t>vn -0.6071 0.5340 -0.5885</w:t>
        <w:br/>
        <w:t>vn -0.6740 -0.4408 -0.5928</w:t>
        <w:br/>
        <w:t>vn -0.4055 0.8895 -0.2105</w:t>
        <w:br/>
        <w:t>vn -0.3234 0.8781 -0.3525</w:t>
        <w:br/>
        <w:t>vn -0.0192 0.4645 -0.8854</w:t>
        <w:br/>
        <w:t>vn -0.0915 0.4506 -0.8880</w:t>
        <w:br/>
        <w:t>vn -0.0017 0.7947 -0.6070</w:t>
        <w:br/>
        <w:t>vn 0.0182 0.7880 -0.6154</w:t>
        <w:br/>
        <w:t>vn -0.1999 -0.4521 -0.8693</w:t>
        <w:br/>
        <w:t>vn -0.1908 -0.8123 -0.5511</w:t>
        <w:br/>
        <w:t>vn -0.2948 -0.8128 -0.5025</w:t>
        <w:br/>
        <w:t>vn -0.3975 -0.4647 -0.7912</w:t>
        <w:br/>
        <w:t>vn -0.0780 -0.4311 -0.8989</w:t>
        <w:br/>
        <w:t>vn -0.1999 -0.4520 -0.8693</w:t>
        <w:br/>
        <w:t>vn -0.0916 0.4506 -0.8880</w:t>
        <w:br/>
        <w:t>vn -0.0833 -0.8122 -0.5774</w:t>
        <w:br/>
        <w:t>vn 0.0155 0.4696 -0.8828</w:t>
        <w:br/>
        <w:t>vn 0.0000 -0.4315 -0.9021</w:t>
        <w:br/>
        <w:t>vn 0.0199 0.7930 -0.6090</w:t>
        <w:br/>
        <w:t>vn 0.0000 0.7982 -0.6025</w:t>
        <w:br/>
        <w:t>vn -0.0000 0.4715 -0.8819</w:t>
        <w:br/>
        <w:t>vn -0.0000 -0.4377 -0.8991</w:t>
        <w:br/>
        <w:t>vn 0.0000 -0.8214 -0.5703</w:t>
        <w:br/>
        <w:t>vn -0.0083 -0.8160 -0.5780</w:t>
        <w:br/>
        <w:t>vn 0.0000 -0.4316 -0.9021</w:t>
        <w:br/>
        <w:t>vn -0.3135 0.4810 -0.8187</w:t>
        <w:br/>
        <w:t>vn -0.1354 0.8418 -0.5226</w:t>
        <w:br/>
        <w:t>vn -0.3135 0.4810 -0.8188</w:t>
        <w:br/>
        <w:t>vn 0.0000 -0.8885 0.4589</w:t>
        <w:br/>
        <w:t>vn -0.5276 0.5497 0.6477</w:t>
        <w:br/>
        <w:t>vn -0.2809 0.8790 0.3854</w:t>
        <w:br/>
        <w:t>vn -0.3469 -0.8584 0.3779</w:t>
        <w:br/>
        <w:t>vn -0.9998 0.0115 -0.0136</w:t>
        <w:br/>
        <w:t>vn -0.8786 -0.4773 -0.0187</w:t>
        <w:br/>
        <w:t>vn -0.4501 0.8930 0.0019</w:t>
        <w:br/>
        <w:t>vn -0.4372 0.8952 -0.0859</w:t>
        <w:br/>
        <w:t>vn 0.2119 -0.0051 0.9773</w:t>
        <w:br/>
        <w:t>vn 0.4149 0.0438 0.9088</w:t>
        <w:br/>
        <w:t>vn 0.0973 0.8971 0.4311</w:t>
        <w:br/>
        <w:t>vn 0.0970 0.8972 0.4307</w:t>
        <w:br/>
        <w:t>vn 0.1700 0.8892 0.4247</w:t>
        <w:br/>
        <w:t>vn 0.0824 -0.8931 0.4423</w:t>
        <w:br/>
        <w:t>vn 0.0825 -0.8931 0.4423</w:t>
        <w:br/>
        <w:t>vn 0.1993 -0.8871 0.4163</w:t>
        <w:br/>
        <w:t>vn 0.1994 -0.8871 0.4163</w:t>
        <w:br/>
        <w:t>vn 0.7585 0.5519 -0.3464</w:t>
        <w:br/>
        <w:t>vn 0.9895 0.0310 -0.1413</w:t>
        <w:br/>
        <w:t>vn 0.9471 -0.2838 -0.1499</w:t>
        <w:br/>
        <w:t>vn 0.8382 -0.4307 -0.3345</w:t>
        <w:br/>
        <w:t>vn 0.8790 -0.4765 -0.0181</w:t>
        <w:br/>
        <w:t>vn 0.5361 -0.8439 -0.0186</w:t>
        <w:br/>
        <w:t>vn 0.5587 -0.8268 -0.0656</w:t>
        <w:br/>
        <w:t>vn 0.5538 -0.8326 -0.0119</w:t>
        <w:br/>
        <w:t>vn 0.9794 0.0441 0.1973</w:t>
        <w:br/>
        <w:t>vn 0.8195 0.5421 0.1857</w:t>
        <w:br/>
        <w:t>vn 0.6992 0.5468 0.4605</w:t>
        <w:br/>
        <w:t>vn 0.8465 0.0867 0.5252</w:t>
        <w:br/>
        <w:t>vn 0.5183 -0.8521 0.0726</w:t>
        <w:br/>
        <w:t>vn 0.5183 -0.8521 0.0725</w:t>
        <w:br/>
        <w:t>vn 0.4728 -0.8413 0.2620</w:t>
        <w:br/>
        <w:t>vn 0.5267 0.5495 0.6486</w:t>
        <w:br/>
        <w:t>vn 0.6479 0.0844 0.7570</w:t>
        <w:br/>
        <w:t>vn 0.4431 0.8877 0.1247</w:t>
        <w:br/>
        <w:t>vn 0.3896 0.8746 0.2885</w:t>
        <w:br/>
        <w:t>vn 0.6992 0.5469 0.4605</w:t>
        <w:br/>
        <w:t>vn 0.5586 -0.8268 -0.0656</w:t>
        <w:br/>
        <w:t>vn 0.5472 -0.8150 -0.1905</w:t>
        <w:br/>
        <w:t>vn 0.8382 -0.4307 -0.3346</w:t>
        <w:br/>
        <w:t>vn 0.4487 -0.8143 -0.3684</w:t>
        <w:br/>
        <w:t>vn 0.6743 -0.4404 -0.5928</w:t>
        <w:br/>
        <w:t>vn 0.6078 0.5331 -0.5886</w:t>
        <w:br/>
        <w:t>vn 0.6743 -0.4403 -0.5928</w:t>
        <w:br/>
        <w:t>vn 0.3238 0.8780 -0.3525</w:t>
        <w:br/>
        <w:t>vn 0.4058 0.8896 -0.2097</w:t>
        <w:br/>
        <w:t>vn 0.0017 0.7947 -0.6070</w:t>
        <w:br/>
        <w:t>vn 0.0915 0.4504 -0.8881</w:t>
        <w:br/>
        <w:t>vn 0.0192 0.4644 -0.8854</w:t>
        <w:br/>
        <w:t>vn -0.0182 0.7880 -0.6154</w:t>
        <w:br/>
        <w:t>vn 0.2955 -0.8115 -0.5041</w:t>
        <w:br/>
        <w:t>vn 0.1909 -0.8114 -0.5524</w:t>
        <w:br/>
        <w:t>vn 0.1998 -0.4516 -0.8696</w:t>
        <w:br/>
        <w:t>vn 0.3975 -0.4643 -0.7914</w:t>
        <w:br/>
        <w:t>vn 0.0779 -0.4308 -0.8991</w:t>
        <w:br/>
        <w:t>vn 0.0832 -0.8118 -0.5780</w:t>
        <w:br/>
        <w:t>vn -0.0155 0.4696 -0.8827</w:t>
        <w:br/>
        <w:t>vn -0.0199 0.7930 -0.6089</w:t>
        <w:br/>
        <w:t>vn 0.0083 -0.8159 -0.5781</w:t>
        <w:br/>
        <w:t>vn 0.3976 -0.4643 -0.7915</w:t>
        <w:br/>
        <w:t>vn 0.3137 0.4804 -0.8190</w:t>
        <w:br/>
        <w:t>vn 0.1355 0.8416 -0.5228</w:t>
        <w:br/>
        <w:t>vn 0.5267 0.5495 0.6485</w:t>
        <w:br/>
        <w:t>vn 0.2804 0.8790 0.3856</w:t>
        <w:br/>
        <w:t>vn 0.3475 -0.8570 0.3805</w:t>
        <w:br/>
        <w:t>vn 0.8790 -0.4765 -0.0180</w:t>
        <w:br/>
        <w:t>vn 0.9999 0.0111 -0.0130</w:t>
        <w:br/>
        <w:t>vn 0.4495 0.8933 0.0022</w:t>
        <w:br/>
        <w:t>vn 0.4370 0.8954 -0.0851</w:t>
        <w:br/>
        <w:t>vn 0.4372 0.7920 0.4261</w:t>
        <w:br/>
        <w:t>vn 0.3309 0.6495 0.6846</w:t>
        <w:br/>
        <w:t>vn 0.3744 0.5665 0.7341</w:t>
        <w:br/>
        <w:t>vn 0.4892 0.7334 0.4720</w:t>
        <w:br/>
        <w:t>vn 0.1878 0.4607 0.8675</w:t>
        <w:br/>
        <w:t>vn -0.0118 0.2375 0.9713</w:t>
        <w:br/>
        <w:t>vn -0.0290 0.1282 0.9913</w:t>
        <w:br/>
        <w:t>vn 0.1939 0.3540 0.9149</w:t>
        <w:br/>
        <w:t>vn -0.6182 -0.0377 0.7851</w:t>
        <w:br/>
        <w:t>vn -0.6383 -0.0221 0.7695</w:t>
        <w:br/>
        <w:t>vn -0.5389 -0.4638 0.7032</w:t>
        <w:br/>
        <w:t>vn -0.4494 -0.3827 0.8072</w:t>
        <w:br/>
        <w:t>vn -0.8815 -0.1494 0.4479</w:t>
        <w:br/>
        <w:t>vn -0.9832 -0.1826 0.0023</w:t>
        <w:br/>
        <w:t>vn -0.7601 -0.6499 0.0029</w:t>
        <w:br/>
        <w:t>vn -0.7119 -0.6103 0.3474</w:t>
        <w:br/>
        <w:t>vn -0.7496 -0.0939 0.6552</w:t>
        <w:br/>
        <w:t>vn -0.6286 -0.5467 0.5532</w:t>
        <w:br/>
        <w:t>vn 0.4716 0.8818 0.0055</w:t>
        <w:br/>
        <w:t>vn 0.4734 0.8543 0.2148</w:t>
        <w:br/>
        <w:t>vn 0.5170 0.8226 0.2368</w:t>
        <w:br/>
        <w:t>vn 0.5099 0.8601 0.0165</w:t>
        <w:br/>
        <w:t>vn 0.1456 0.9893 -0.0106</w:t>
        <w:br/>
        <w:t>vn 0.1760 0.9547 0.2401</w:t>
        <w:br/>
        <w:t>vn 0.0339 0.8061 0.5908</w:t>
        <w:br/>
        <w:t>vn -0.2733 0.5226 0.8076</w:t>
        <w:br/>
        <w:t>vn -0.6051 0.7276 0.3233</w:t>
        <w:br/>
        <w:t>vn -0.3836 0.1858 0.9046</w:t>
        <w:br/>
        <w:t>vn -0.5662 0.0420 0.8232</w:t>
        <w:br/>
        <w:t>vn 0.9996 0.0231 -0.0186</w:t>
        <w:br/>
        <w:t>vn 0.9903 0.1378 -0.0165</w:t>
        <w:br/>
        <w:t>vn 0.9157 0.1705 0.3640</w:t>
        <w:br/>
        <w:t>vn 0.9112 0.0560 0.4081</w:t>
        <w:br/>
        <w:t>vn 0.7932 0.1617 0.5871</w:t>
        <w:br/>
        <w:t>vn 0.7387 0.1636 0.6539</w:t>
        <w:br/>
        <w:t>vn 0.7400 0.0022 0.6726</w:t>
        <w:br/>
        <w:t>vn 0.6506 0.0707 0.7562</w:t>
        <w:br/>
        <w:t>vn 0.5398 -0.1941 0.8191</w:t>
        <w:br/>
        <w:t>vn 0.4219 -0.1244 0.8981</w:t>
        <w:br/>
        <w:t>vn 0.3964 -0.1480 0.9061</w:t>
        <w:br/>
        <w:t>vn 0.4179 -0.3116 0.8534</w:t>
        <w:br/>
        <w:t>vn 0.4391 -0.2698 0.8570</w:t>
        <w:br/>
        <w:t>vn 0.2528 -0.5595 0.7893</w:t>
        <w:br/>
        <w:t>vn 0.2112 -0.6540 0.7264</w:t>
        <w:br/>
        <w:t>vn 0.0160 -0.8744 0.4849</w:t>
        <w:br/>
        <w:t>vn 0.0915 -0.7487 0.6565</w:t>
        <w:br/>
        <w:t>vn 0.0099 -0.8796 0.4756</w:t>
        <w:br/>
        <w:t>vn -0.0593 -0.9621 0.2662</w:t>
        <w:br/>
        <w:t>vn -0.0620 -0.9599 0.2734</w:t>
        <w:br/>
        <w:t>vn -0.0654 -0.9978 0.0132</w:t>
        <w:br/>
        <w:t>vn -0.0740 -0.9972 0.0103</w:t>
        <w:br/>
        <w:t>vn 0.9615 -0.0672 0.2666</w:t>
        <w:br/>
        <w:t>vn 0.9999 0.0002 -0.0160</w:t>
        <w:br/>
        <w:t>vn 0.8201 -0.1567 0.5503</w:t>
        <w:br/>
        <w:t>vn 0.3186 -0.7363 0.5970</w:t>
        <w:br/>
        <w:t>vn 0.5409 -0.4512 0.7099</w:t>
        <w:br/>
        <w:t>vn 0.1403 -0.9355 0.3243</w:t>
        <w:br/>
        <w:t>vn 0.1416 -0.9899 0.0096</w:t>
        <w:br/>
        <w:t>vn 0.6919 -0.2993 0.6570</w:t>
        <w:br/>
        <w:t>vn -0.3553 -0.2783 0.8923</w:t>
        <w:br/>
        <w:t>vn 0.4303 0.7966 -0.4246</w:t>
        <w:br/>
        <w:t>vn 0.4706 0.7474 -0.4690</w:t>
        <w:br/>
        <w:t>vn 0.3683 0.5687 -0.7355</w:t>
        <w:br/>
        <w:t>vn 0.3382 0.6417 -0.6883</w:t>
        <w:br/>
        <w:t>vn 0.2188 0.4487 -0.8665</w:t>
        <w:br/>
        <w:t>vn 0.2098 0.3497 -0.9131</w:t>
        <w:br/>
        <w:t>vn -0.0077 0.1134 -0.9935</w:t>
        <w:br/>
        <w:t>vn 0.0192 0.2129 -0.9769</w:t>
        <w:br/>
        <w:t>vn -0.2147 -0.1227 -0.9689</w:t>
        <w:br/>
        <w:t>vn -0.3752 0.1588 -0.9132</w:t>
        <w:br/>
        <w:t>vn -0.6158 -0.0636 -0.7853</w:t>
        <w:br/>
        <w:t>vn -0.4286 -0.4024 -0.8089</w:t>
        <w:br/>
        <w:t>vn -0.5203 -0.4846 -0.7032</w:t>
        <w:br/>
        <w:t>vn -0.6337 -0.0507 -0.7720</w:t>
        <w:br/>
        <w:t>vn -0.7416 -0.1163 -0.6607</w:t>
        <w:br/>
        <w:t>vn -0.6154 -0.5682 -0.5463</w:t>
        <w:br/>
        <w:t>vn -0.7032 -0.6258 -0.3373</w:t>
        <w:br/>
        <w:t>vn -0.8793 -0.1662 -0.4462</w:t>
        <w:br/>
        <w:t>vn 0.5022 0.8378 -0.2142</w:t>
        <w:br/>
        <w:t>vn 0.4647 0.8613 -0.2054</w:t>
        <w:br/>
        <w:t>vn 0.1818 0.9520 -0.2464</w:t>
        <w:br/>
        <w:t>vn 0.0670 0.8062 -0.5878</w:t>
        <w:br/>
        <w:t>vn -0.2478 0.5152 -0.8205</w:t>
        <w:br/>
        <w:t>vn -0.6722 0.3640 -0.6447</w:t>
        <w:br/>
        <w:t>vn 0.9245 0.1267 -0.3594</w:t>
        <w:br/>
        <w:t>vn 0.9003 0.0052 -0.4351</w:t>
        <w:br/>
        <w:t>vn 0.8081 0.0694 -0.5849</w:t>
        <w:br/>
        <w:t>vn 0.7515 -0.0484 -0.6579</w:t>
        <w:br/>
        <w:t>vn 0.7394 0.0404 -0.6720</w:t>
        <w:br/>
        <w:t>vn 0.7145 0.0181 -0.6994</w:t>
        <w:br/>
        <w:t>vn 0.6124 -0.2113 -0.7618</w:t>
        <w:br/>
        <w:t>vn 0.5371 -0.1667 -0.8269</w:t>
        <w:br/>
        <w:t>vn 0.4511 -0.2305 -0.8622</w:t>
        <w:br/>
        <w:t>vn 0.4581 -0.3525 -0.8161</w:t>
        <w:br/>
        <w:t>vn 0.4744 -0.3193 -0.8203</w:t>
        <w:br/>
        <w:t>vn 0.3453 -0.5587 -0.7540</w:t>
        <w:br/>
        <w:t>vn 0.2858 -0.6411 -0.7123</w:t>
        <w:br/>
        <w:t>vn 0.0841 -0.8501 -0.5199</w:t>
        <w:br/>
        <w:t>vn 0.0987 -0.8713 -0.4808</w:t>
        <w:br/>
        <w:t>vn 0.2179 -0.7319 -0.6457</w:t>
        <w:br/>
        <w:t>vn -0.0310 -0.9597 -0.2792</w:t>
        <w:br/>
        <w:t>vn -0.0146 -0.9648 -0.2627</w:t>
        <w:br/>
        <w:t>vn 0.9375 -0.0655 -0.3419</w:t>
        <w:br/>
        <w:t>vn 0.7831 -0.1184 -0.6105</w:t>
        <w:br/>
        <w:t>vn 0.5126 -0.4263 -0.7453</w:t>
        <w:br/>
        <w:t>vn 0.3189 -0.6915 -0.6481</w:t>
        <w:br/>
        <w:t>vn 0.1512 -0.9196 -0.3626</w:t>
        <w:br/>
        <w:t>vn 0.6846 -0.2472 -0.6857</w:t>
        <w:br/>
        <w:t>vn -0.5597 0.0249 -0.8283</w:t>
        <w:br/>
        <w:t>vn -0.3413 -0.3011 -0.8904</w:t>
        <w:br/>
        <w:t>vn -0.2254 -0.0967 0.9695</w:t>
        <w:br/>
        <w:t>vn -0.4367 -0.7910 -0.4285</w:t>
        <w:br/>
        <w:t>vn -0.4901 -0.7325 -0.4725</w:t>
        <w:br/>
        <w:t>vn -0.3778 -0.5663 -0.7325</w:t>
        <w:br/>
        <w:t>vn -0.3257 -0.6554 -0.6815</w:t>
        <w:br/>
        <w:t>vn -0.1874 -0.4796 -0.8572</w:t>
        <w:br/>
        <w:t>vn -0.1985 -0.3548 -0.9137</w:t>
        <w:br/>
        <w:t>vn 0.0243 -0.1306 -0.9911</w:t>
        <w:br/>
        <w:t>vn 0.0069 -0.2531 -0.9674</w:t>
        <w:br/>
        <w:t>vn 0.3528 0.2762 -0.8940</w:t>
        <w:br/>
        <w:t>vn 0.3640 0.2344 -0.9014</w:t>
        <w:br/>
        <w:t>vn 0.2088 -0.0139 -0.9779</w:t>
        <w:br/>
        <w:t>vn 0.2217 0.0929 -0.9707</w:t>
        <w:br/>
        <w:t>vn 0.4502 0.3770 -0.8095</w:t>
        <w:br/>
        <w:t>vn 0.4487 0.3830 -0.8074</w:t>
        <w:br/>
        <w:t>vn 0.5388 0.4653 -0.7023</w:t>
        <w:br/>
        <w:t>vn 0.5370 0.4576 -0.7087</w:t>
        <w:br/>
        <w:t>vn 0.7066 0.6168 -0.3468</w:t>
        <w:br/>
        <w:t>vn 0.7119 0.6144 -0.3402</w:t>
        <w:br/>
        <w:t>vn 0.7576 0.6527 -0.0033</w:t>
        <w:br/>
        <w:t>vn 0.7506 0.6608 -0.0044</w:t>
        <w:br/>
        <w:t>vn 0.6282 0.5488 -0.5515</w:t>
        <w:br/>
        <w:t>vn 0.6215 0.5463 -0.5616</w:t>
        <w:br/>
        <w:t>vn -0.5104 -0.8598 -0.0154</w:t>
        <w:br/>
        <w:t>vn -0.5165 -0.8231 -0.2361</w:t>
        <w:br/>
        <w:t>vn -0.4729 -0.8542 -0.2159</w:t>
        <w:br/>
        <w:t>vn -0.4717 -0.8818 -0.0055</w:t>
        <w:br/>
        <w:t>vn -0.4122 -0.9111 -0.0041</w:t>
        <w:br/>
        <w:t>vn -0.3736 -0.8796 -0.2946</w:t>
        <w:br/>
        <w:t>vn -0.2242 -0.7196 -0.6572</w:t>
        <w:br/>
        <w:t>vn -0.0021 -0.4151 -0.9098</w:t>
        <w:br/>
        <w:t>vn 0.5951 0.5291 -0.6048</w:t>
        <w:br/>
        <w:t>vn 0.4713 0.3574 -0.8063</w:t>
        <w:br/>
        <w:t>vn 0.2868 0.0550 -0.9564</w:t>
        <w:br/>
        <w:t>vn -0.2334 -0.7485 -0.6208</w:t>
        <w:br/>
        <w:t>vn 0.0016 -0.4118 -0.9113</w:t>
        <w:br/>
        <w:t>vn -0.3482 -0.8822 -0.3171</w:t>
        <w:br/>
        <w:t>vn -0.3964 -0.9177 -0.0281</w:t>
        <w:br/>
        <w:t>vn 0.6878 0.6329 -0.3555</w:t>
        <w:br/>
        <w:t>vn 0.7359 0.6771 -0.0023</w:t>
        <w:br/>
        <w:t>vn 0.4847 0.4513 -0.7493</w:t>
        <w:br/>
        <w:t>vn 0.6289 0.6451 -0.4340</w:t>
        <w:br/>
        <w:t>vn 0.2936 0.1580 -0.9428</w:t>
        <w:br/>
        <w:t>vn -0.0141 -0.2911 -0.9566</w:t>
        <w:br/>
        <w:t>vn -0.3032 -0.6823 -0.6652</w:t>
        <w:br/>
        <w:t>vn -0.4161 -0.8497 -0.3239</w:t>
        <w:br/>
        <w:t>vn -0.4365 -0.8992 -0.0305</w:t>
        <w:br/>
        <w:t>vn -0.9162 -0.1731 -0.3614</w:t>
        <w:br/>
        <w:t>vn -0.9901 -0.1393 0.0158</w:t>
        <w:br/>
        <w:t>vn -0.9907 -0.1349 0.0152</w:t>
        <w:br/>
        <w:t>vn -0.8916 -0.1434 -0.4294</w:t>
        <w:br/>
        <w:t>vn -0.7942 -0.1635 -0.5852</w:t>
        <w:br/>
        <w:t>vn -0.7098 -0.0810 -0.6997</w:t>
        <w:br/>
        <w:t>vn -0.7383 -0.1625 -0.6546</w:t>
        <w:br/>
        <w:t>vn -0.6503 -0.0731 -0.7561</w:t>
        <w:br/>
        <w:t>vn -0.4657 0.1272 -0.8758</w:t>
        <w:br/>
        <w:t>vn -0.4243 0.1193 -0.8976</w:t>
        <w:br/>
        <w:t>vn -0.3985 0.1505 -0.9047</w:t>
        <w:br/>
        <w:t>vn -0.3522 0.2944 -0.8884</w:t>
        <w:br/>
        <w:t>vn -0.4395 0.2749 -0.8551</w:t>
        <w:br/>
        <w:t>vn -0.2510 0.5580 -0.7910</w:t>
        <w:br/>
        <w:t>vn -0.1560 0.6547 -0.7396</w:t>
        <w:br/>
        <w:t>vn 0.0391 0.8749 -0.4826</w:t>
        <w:br/>
        <w:t>vn -0.0100 0.8790 -0.4767</w:t>
        <w:br/>
        <w:t>vn -0.0917 0.7461 -0.6595</w:t>
        <w:br/>
        <w:t>vn 0.1057 0.9553 -0.2762</w:t>
        <w:br/>
        <w:t>vn 0.0608 0.9621 -0.2658</w:t>
        <w:br/>
        <w:t>vn 0.0671 0.9977 -0.0128</w:t>
        <w:br/>
        <w:t>vn 0.1188 0.9929 -0.0096</w:t>
        <w:br/>
        <w:t>vn 0.5423 0.7509 -0.3769</w:t>
        <w:br/>
        <w:t>vn 0.6867 0.7270 -0.0008</w:t>
        <w:br/>
        <w:t>vn 0.5858 0.8104 -0.0062</w:t>
        <w:br/>
        <w:t>vn 0.4010 0.5599 -0.7251</w:t>
        <w:br/>
        <w:t>vn 0.2012 0.2711 -0.9413</w:t>
        <w:br/>
        <w:t>vn -0.1048 -0.1502 -0.9831</w:t>
        <w:br/>
        <w:t>vn -0.4364 -0.5667 -0.6988</w:t>
        <w:br/>
        <w:t>vn -0.5872 -0.7560 -0.2894</w:t>
        <w:br/>
        <w:t>vn -0.6012 -0.7991 0.0017</w:t>
        <w:br/>
        <w:t>vn 0.4478 0.8941 -0.0098</w:t>
        <w:br/>
        <w:t>vn 0.3987 0.8376 -0.3736</w:t>
        <w:br/>
        <w:t>vn 0.2315 0.6351 -0.7370</w:t>
        <w:br/>
        <w:t>vn 0.0084 0.3319 -0.9433</w:t>
        <w:br/>
        <w:t>vn -0.2917 -0.0166 -0.9564</w:t>
        <w:br/>
        <w:t>vn -0.6227 -0.3508 -0.6994</w:t>
        <w:br/>
        <w:t>vn -0.8164 -0.5018 -0.2857</w:t>
        <w:br/>
        <w:t>vn -0.8569 -0.5151 0.0176</w:t>
        <w:br/>
        <w:t>vn 0.2693 0.9630 -0.0081</w:t>
        <w:br/>
        <w:t>vn 0.1957 0.9004 -0.3886</w:t>
        <w:br/>
        <w:t>vn 0.0190 0.6585 -0.7523</w:t>
        <w:br/>
        <w:t>vn -0.1890 0.3562 -0.9151</w:t>
        <w:br/>
        <w:t>vn -0.4520 0.0941 -0.8870</w:t>
        <w:br/>
        <w:t>vn -0.7328 -0.1351 -0.6669</w:t>
        <w:br/>
        <w:t>vn -0.9175 -0.2161 -0.3340</w:t>
        <w:br/>
        <w:t>vn -0.9757 -0.2187 0.0141</w:t>
        <w:br/>
        <w:t>vn -0.3722 -0.5685 0.7336</w:t>
        <w:br/>
        <w:t>vn -0.4731 -0.7455 0.4694</w:t>
        <w:br/>
        <w:t>vn -0.4311 -0.7951 0.4266</w:t>
        <w:br/>
        <w:t>vn -0.3330 -0.6491 0.6840</w:t>
        <w:br/>
        <w:t>vn 0.0031 -0.1155 0.9933</w:t>
        <w:br/>
        <w:t>vn -0.2140 -0.3498 0.9120</w:t>
        <w:br/>
        <w:t>vn -0.2170 -0.4694 0.8559</w:t>
        <w:br/>
        <w:t>vn -0.0239 -0.2292 0.9731</w:t>
        <w:br/>
        <w:t>vn 0.2106 0.1189 0.9703</w:t>
        <w:br/>
        <w:t>vn 0.1943 0.0364 0.9803</w:t>
        <w:br/>
        <w:t>vn 0.3391 0.2995 0.8918</w:t>
        <w:br/>
        <w:t>vn 0.3479 0.2667 0.8988</w:t>
        <w:br/>
        <w:t>vn 0.5203 0.4862 0.7021</w:t>
        <w:br/>
        <w:t>vn 0.4283 0.4030 0.8088</w:t>
        <w:br/>
        <w:t>vn 0.4305 0.3945 0.8118</w:t>
        <w:br/>
        <w:t>vn 0.5199 0.4762 0.7092</w:t>
        <w:br/>
        <w:t>vn 0.7033 0.6296 0.3301</w:t>
        <w:br/>
        <w:t>vn 0.6150 0.5703 0.5446</w:t>
        <w:br/>
        <w:t>vn 0.6095 0.5670 0.5541</w:t>
        <w:br/>
        <w:t>vn 0.6995 0.6313 0.3349</w:t>
        <w:br/>
        <w:t>vn -0.5040 -0.8365 0.2152</w:t>
        <w:br/>
        <w:t>vn -0.4656 -0.8605 0.2069</w:t>
        <w:br/>
        <w:t>vn -0.3975 -0.8719 0.2859</w:t>
        <w:br/>
        <w:t>vn -0.2771 -0.7025 0.6555</w:t>
        <w:br/>
        <w:t>vn -0.0470 -0.3707 0.9276</w:t>
        <w:br/>
        <w:t>vn 0.5866 0.5438 0.6001</w:t>
        <w:br/>
        <w:t>vn 0.6850 0.6414 0.3457</w:t>
        <w:br/>
        <w:t>vn 0.4558 0.3790 0.8053</w:t>
        <w:br/>
        <w:t>vn -0.2713 -0.7397 0.6158</w:t>
        <w:br/>
        <w:t>vn -0.0106 -0.3664 0.9304</w:t>
        <w:br/>
        <w:t>vn -0.3815 -0.8827 0.2744</w:t>
        <w:br/>
        <w:t>vn -0.3964 -0.9176 -0.0281</w:t>
        <w:br/>
        <w:t>vn 0.4706 0.4636 0.7507</w:t>
        <w:br/>
        <w:t>vn 0.6213 0.6534 0.4326</w:t>
        <w:br/>
        <w:t>vn 0.2933 0.1811 0.9387</w:t>
        <w:br/>
        <w:t>vn 0.2795 0.1093 0.9539</w:t>
        <w:br/>
        <w:t>vn -0.2780 -0.6908 0.6675</w:t>
        <w:br/>
        <w:t>vn 0.0115 -0.2706 0.9626</w:t>
        <w:br/>
        <w:t>vn -0.4069 -0.8673 0.2868</w:t>
        <w:br/>
        <w:t>vn -0.4366 -0.8992 -0.0305</w:t>
        <w:br/>
        <w:t>vn -0.9243 -0.1286 0.3594</w:t>
        <w:br/>
        <w:t>vn -0.8832 -0.1090 0.4561</w:t>
        <w:br/>
        <w:t>vn -0.8076 -0.0717 0.5853</w:t>
        <w:br/>
        <w:t>vn -0.7407 -0.0420 0.6705</w:t>
        <w:br/>
        <w:t>vn -0.7146 -0.0411 0.6983</w:t>
        <w:br/>
        <w:t>vn -0.7129 -0.0191 0.7010</w:t>
        <w:br/>
        <w:t>vn -0.5194 0.1432 0.8424</w:t>
        <w:br/>
        <w:t>vn -0.5346 0.1631 0.8292</w:t>
        <w:br/>
        <w:t>vn -0.4513 0.2308 0.8620</w:t>
        <w:br/>
        <w:t>vn -0.3823 0.3300 0.8631</w:t>
        <w:br/>
        <w:t>vn -0.4752 0.3228 0.8185</w:t>
        <w:br/>
        <w:t>vn -0.3445 0.5587 0.7545</w:t>
        <w:br/>
        <w:t>vn -0.2161 0.6399 0.7375</w:t>
        <w:br/>
        <w:t>vn -0.0064 0.8561 0.5167</w:t>
        <w:br/>
        <w:t>vn -0.2175 0.7311 0.6467</w:t>
        <w:br/>
        <w:t>vn -0.0986 0.8712 0.4810</w:t>
        <w:br/>
        <w:t>vn 0.0160 0.9649 0.2622</w:t>
        <w:br/>
        <w:t>vn 0.0901 0.9547 0.2837</w:t>
        <w:br/>
        <w:t>vn 0.5348 0.7544 0.3807</w:t>
        <w:br/>
        <w:t>vn 0.3912 0.5545 0.7345</w:t>
        <w:br/>
        <w:t>vn 0.2036 0.2686 0.9415</w:t>
        <w:br/>
        <w:t>vn -0.0832 -0.1510 0.9850</w:t>
        <w:br/>
        <w:t>vn -0.4042 -0.5746 0.7117</w:t>
        <w:br/>
        <w:t>vn -0.5658 -0.7683 0.2993</w:t>
        <w:br/>
        <w:t>vn 0.3940 0.8328 0.3888</w:t>
        <w:br/>
        <w:t>vn 0.2329 0.6074 0.7595</w:t>
        <w:br/>
        <w:t>vn 0.0303 0.3095 0.9504</w:t>
        <w:br/>
        <w:t>vn -0.2623 -0.0304 0.9645</w:t>
        <w:br/>
        <w:t>vn -0.5985 -0.3435 0.7237</w:t>
        <w:br/>
        <w:t>vn -0.8104 -0.4906 0.3201</w:t>
        <w:br/>
        <w:t>vn -0.8569 -0.5152 0.0176</w:t>
        <w:br/>
        <w:t>vn 0.1927 0.8863 0.4212</w:t>
        <w:br/>
        <w:t>vn 0.0216 0.6214 0.7832</w:t>
        <w:br/>
        <w:t>vn -0.1720 0.3377 0.9254</w:t>
        <w:br/>
        <w:t>vn -0.4308 0.0785 0.8990</w:t>
        <w:br/>
        <w:t>vn -0.6975 -0.1350 0.7038</w:t>
        <w:br/>
        <w:t>vn -0.9014 -0.2134 0.3768</w:t>
        <w:br/>
        <w:t>vn -0.5979 0.7588 -0.2582</w:t>
        <w:br/>
        <w:t>vn -0.7662 0.6248 -0.1503</w:t>
        <w:br/>
        <w:t>vn -0.2046 0.9712 -0.1223</w:t>
        <w:br/>
        <w:t>vn -0.3938 0.8843 -0.2508</w:t>
        <w:br/>
        <w:t>vn -0.3261 0.9107 0.2536</w:t>
        <w:br/>
        <w:t>vn -0.3059 0.8827 0.3568</w:t>
        <w:br/>
        <w:t>vn -0.3060 0.8827 0.3568</w:t>
        <w:br/>
        <w:t>vn -0.6159 0.7878 -0.0023</w:t>
        <w:br/>
        <w:t>vn -0.5139 0.7898 0.3347</w:t>
        <w:br/>
        <w:t>vn -0.3849 0.8354 0.3923</w:t>
        <w:br/>
        <w:t>vn -0.8363 0.5459 -0.0511</w:t>
        <w:br/>
        <w:t>vn -0.8537 0.5207 0.0103</w:t>
        <w:br/>
        <w:t>vn 0.1682 -0.9857 -0.0074</w:t>
        <w:br/>
        <w:t>vn 0.2364 -0.9580 -0.1626</w:t>
        <w:br/>
        <w:t>vn 0.2363 -0.9580 -0.1625</w:t>
        <w:br/>
        <w:t>vn 0.3315 -0.9030 -0.2734</w:t>
        <w:br/>
        <w:t>vn 0.4010 -0.8420 -0.3608</w:t>
        <w:br/>
        <w:t>vn 0.4011 -0.8420 -0.3608</w:t>
        <w:br/>
        <w:t>vn 0.5291 -0.7199 -0.4491</w:t>
        <w:br/>
        <w:t>vn 0.6691 -0.5894 -0.4527</w:t>
        <w:br/>
        <w:t>vn 0.7318 -0.5277 -0.4313</w:t>
        <w:br/>
        <w:t>vn 0.7792 -0.4134 -0.4711</w:t>
        <w:br/>
        <w:t>vn 0.8484 -0.2761 -0.4516</w:t>
        <w:br/>
        <w:t>vn 0.8484 -0.2760 -0.4516</w:t>
        <w:br/>
        <w:t>vn 0.9089 -0.1954 -0.3684</w:t>
        <w:br/>
        <w:t>vn 0.9632 -0.1271 -0.2367</w:t>
        <w:br/>
        <w:t>vn 0.9632 -0.1272 -0.2366</w:t>
        <w:br/>
        <w:t>vn 0.9927 -0.0779 -0.0924</w:t>
        <w:br/>
        <w:t>vn 0.9983 -0.0574 -0.0124</w:t>
        <w:br/>
        <w:t>vn -0.4236 0.9002 0.1010</w:t>
        <w:br/>
        <w:t>vn -0.4237 0.9002 0.1011</w:t>
        <w:br/>
        <w:t>vn -0.7756 0.6105 0.1605</w:t>
        <w:br/>
        <w:t>vn -0.6145 0.7481 0.2506</w:t>
        <w:br/>
        <w:t>vn -0.4098 0.8815 0.2345</w:t>
        <w:br/>
        <w:t>vn -0.2081 0.9727 0.1023</w:t>
        <w:br/>
        <w:t>vn -0.2967 0.9548 -0.0189</w:t>
        <w:br/>
        <w:t>vn -0.3207 0.8701 -0.3742</w:t>
        <w:br/>
        <w:t>vn -0.3555 0.8977 -0.2603</w:t>
        <w:br/>
        <w:t>vn -0.3208 0.8701 -0.3742</w:t>
        <w:br/>
        <w:t>vn -0.5198 0.7776 -0.3537</w:t>
        <w:br/>
        <w:t>vn -0.3820 0.8196 -0.4270</w:t>
        <w:br/>
        <w:t>vn -0.3820 0.8196 -0.4269</w:t>
        <w:br/>
        <w:t>vn -0.8422 0.5345 0.0709</w:t>
        <w:br/>
        <w:t>vn 0.1949 -0.9652 0.1746</w:t>
        <w:br/>
        <w:t>vn 0.2741 -0.9004 0.3378</w:t>
        <w:br/>
        <w:t>vn 0.3431 -0.8240 0.4509</w:t>
        <w:br/>
        <w:t>vn 0.4424 -0.7280 0.5237</w:t>
        <w:br/>
        <w:t>vn 0.6003 -0.5918 0.5380</w:t>
        <w:br/>
        <w:t>vn 0.6934 -0.4992 0.5197</w:t>
        <w:br/>
        <w:t>vn 0.7427 -0.3920 0.5429</w:t>
        <w:br/>
        <w:t>vn 0.8162 -0.2313 0.5294</w:t>
        <w:br/>
        <w:t>vn 0.9598 -0.0522 0.2757</w:t>
        <w:br/>
        <w:t>vn 0.8896 -0.1245 0.4395</w:t>
        <w:br/>
        <w:t>vn 0.9952 -0.0329 0.0919</w:t>
        <w:br/>
        <w:t>vn 0.9952 -0.0329 0.0920</w:t>
        <w:br/>
        <w:t>vn -0.4394 0.8900 -0.1217</w:t>
        <w:br/>
        <w:t>vn -0.2921 0.9564 -0.0060</w:t>
        <w:br/>
        <w:t>vn 0.7788 -0.5685 0.2651</w:t>
        <w:br/>
        <w:t>vn 0.6748 -0.2717 -0.6862</w:t>
        <w:br/>
        <w:t>vn -0.4367 0.7924 0.4260</w:t>
        <w:br/>
        <w:t>vn -0.4886 0.7338 0.4721</w:t>
        <w:br/>
        <w:t>vn -0.3735 0.5671 0.7341</w:t>
        <w:br/>
        <w:t>vn -0.3301 0.6500 0.6845</w:t>
        <w:br/>
        <w:t>vn -0.1868 0.4613 0.8673</w:t>
        <w:br/>
        <w:t>vn -0.1929 0.3547 0.9149</w:t>
        <w:br/>
        <w:t>vn 0.0301 0.1289 0.9912</w:t>
        <w:br/>
        <w:t>vn 0.0129 0.2382 0.9711</w:t>
        <w:br/>
        <w:t>vn 0.6190 -0.0372 0.7845</w:t>
        <w:br/>
        <w:t>vn 0.4502 -0.3821 0.8070</w:t>
        <w:br/>
        <w:t>vn 0.5396 -0.4633 0.7029</w:t>
        <w:br/>
        <w:t>vn 0.6391 -0.0216 0.7688</w:t>
        <w:br/>
        <w:t>vn 0.8820 -0.1492 0.4471</w:t>
        <w:br/>
        <w:t>vn 0.7122 -0.6101 0.3471</w:t>
        <w:br/>
        <w:t>vn 0.7600 -0.6499 0.0024</w:t>
        <w:br/>
        <w:t>vn 0.9832 -0.1827 0.0014</w:t>
        <w:br/>
        <w:t>vn 0.6291 -0.5464 0.5529</w:t>
        <w:br/>
        <w:t>vn 0.7503 -0.0935 0.6545</w:t>
        <w:br/>
        <w:t>vn -0.4716 0.8818 0.0054</w:t>
        <w:br/>
        <w:t>vn -0.5098 0.8602 0.0164</w:t>
        <w:br/>
        <w:t>vn -0.5166 0.8228 0.2367</w:t>
        <w:br/>
        <w:t>vn -0.4730 0.8545 0.2147</w:t>
        <w:br/>
        <w:t>vn -0.1455 0.9893 -0.0112</w:t>
        <w:br/>
        <w:t>vn -0.1756 0.9549 0.2396</w:t>
        <w:br/>
        <w:t>vn -0.0332 0.8065 0.5903</w:t>
        <w:br/>
        <w:t>vn 0.2742 0.5231 0.8069</w:t>
        <w:br/>
        <w:t>vn 0.6055 0.7278 0.3221</w:t>
        <w:br/>
        <w:t>vn 0.3846 0.1864 0.9041</w:t>
        <w:br/>
        <w:t>vn 0.5670 0.0426 0.8226</w:t>
        <w:br/>
        <w:t>vn -0.9153 0.1709 0.3648</w:t>
        <w:br/>
        <w:t>vn -0.9903 0.1379 -0.0155</w:t>
        <w:br/>
        <w:t>vn -0.9996 0.0232 -0.0176</w:t>
        <w:br/>
        <w:t>vn -0.9108 0.0564 0.4091</w:t>
        <w:br/>
        <w:t>vn -0.7926 0.1622 0.5878</w:t>
        <w:br/>
        <w:t>vn -0.7393 0.0027 0.6733</w:t>
        <w:br/>
        <w:t>vn -0.7379 0.1642 0.6546</w:t>
        <w:br/>
        <w:t>vn -0.6497 0.0713 0.7568</w:t>
        <w:br/>
        <w:t>vn -0.5390 -0.1934 0.8198</w:t>
        <w:br/>
        <w:t>vn -0.4209 -0.1237 0.8986</w:t>
        <w:br/>
        <w:t>vn -0.3954 -0.1473 0.9066</w:t>
        <w:br/>
        <w:t>vn -0.4171 -0.3109 0.8540</w:t>
        <w:br/>
        <w:t>vn -0.4382 -0.2692 0.8576</w:t>
        <w:br/>
        <w:t>vn -0.2520 -0.5589 0.7900</w:t>
        <w:br/>
        <w:t>vn -0.2105 -0.6535 0.7271</w:t>
        <w:br/>
        <w:t>vn -0.0157 -0.8741 0.4855</w:t>
        <w:br/>
        <w:t>vn -0.0094 -0.8793 0.4762</w:t>
        <w:br/>
        <w:t>vn -0.0909 -0.7482 0.6572</w:t>
        <w:br/>
        <w:t>vn 0.0622 -0.9597 0.2739</w:t>
        <w:br/>
        <w:t>vn 0.0595 -0.9619 0.2668</w:t>
        <w:br/>
        <w:t>vn 0.0653 -0.9978 0.0139</w:t>
        <w:br/>
        <w:t>vn 0.0739 -0.9972 0.0109</w:t>
        <w:br/>
        <w:t>vn -0.9999 0.0003 -0.0149</w:t>
        <w:br/>
        <w:t>vn -0.9612 -0.0669 0.2677</w:t>
        <w:br/>
        <w:t>vn -0.8195 -0.1562 0.5513</w:t>
        <w:br/>
        <w:t>vn -0.5402 -0.4506 0.7108</w:t>
        <w:br/>
        <w:t>vn -0.3180 -0.7358 0.5978</w:t>
        <w:br/>
        <w:t>vn -0.1400 -0.9352 0.3252</w:t>
        <w:br/>
        <w:t>vn -0.1417 -0.9899 0.0105</w:t>
        <w:br/>
        <w:t>vn -0.6913 -0.2987 0.6580</w:t>
        <w:br/>
        <w:t>vn 0.3563 -0.2777 0.8922</w:t>
        <w:br/>
        <w:t>vn -0.3690 0.5682 -0.7355</w:t>
        <w:br/>
        <w:t>vn -0.4710 0.7471 -0.4690</w:t>
        <w:br/>
        <w:t>vn -0.4306 0.7964 -0.4247</w:t>
        <w:br/>
        <w:t>vn -0.3388 0.6413 -0.6884</w:t>
        <w:br/>
        <w:t>vn 0.0066 0.1127 -0.9936</w:t>
        <w:br/>
        <w:t>vn -0.2107 0.3490 -0.9131</w:t>
        <w:br/>
        <w:t>vn -0.2196 0.4481 -0.8666</w:t>
        <w:br/>
        <w:t>vn -0.0202 0.2121 -0.9770</w:t>
        <w:br/>
        <w:t>vn 0.2136 -0.1235 -0.9691</w:t>
        <w:br/>
        <w:t>vn 0.3742 0.1581 -0.9138</w:t>
        <w:br/>
        <w:t>vn 0.5195 -0.4852 -0.7034</w:t>
        <w:br/>
        <w:t>vn 0.4277 -0.4031 -0.8091</w:t>
        <w:br/>
        <w:t>vn 0.6150 -0.0643 -0.7859</w:t>
        <w:br/>
        <w:t>vn 0.6328 -0.0513 -0.7726</w:t>
        <w:br/>
        <w:t>vn 0.7028 -0.6262 -0.3376</w:t>
        <w:br/>
        <w:t>vn 0.6148 -0.5686 -0.5465</w:t>
        <w:br/>
        <w:t>vn 0.7408 -0.1168 -0.6614</w:t>
        <w:br/>
        <w:t>vn 0.8788 -0.1667 -0.4470</w:t>
        <w:br/>
        <w:t>vn -0.5024 0.8377 -0.2143</w:t>
        <w:br/>
        <w:t>vn -0.4649 0.8612 -0.2055</w:t>
        <w:br/>
        <w:t>vn -0.1820 0.9518 -0.2469</w:t>
        <w:br/>
        <w:t>vn -0.0675 0.8058 -0.5883</w:t>
        <w:br/>
        <w:t>vn 0.2470 0.5145 -0.8211</w:t>
        <w:br/>
        <w:t>vn 0.6715 0.3634 -0.6457</w:t>
        <w:br/>
        <w:t>vn -0.9249 0.1266 -0.3585</w:t>
        <w:br/>
        <w:t>vn -0.9008 0.0050 -0.4342</w:t>
        <w:br/>
        <w:t>vn -0.8088 0.0690 -0.5841</w:t>
        <w:br/>
        <w:t>vn -0.7401 0.0400 -0.6713</w:t>
        <w:br/>
        <w:t>vn -0.7522 -0.0488 -0.6571</w:t>
        <w:br/>
        <w:t>vn -0.7152 0.0177 -0.6986</w:t>
        <w:br/>
        <w:t>vn -0.6132 -0.2118 -0.7610</w:t>
        <w:br/>
        <w:t>vn -0.5380 -0.1672 -0.8262</w:t>
        <w:br/>
        <w:t>vn -0.4520 -0.2311 -0.8615</w:t>
        <w:br/>
        <w:t>vn -0.4590 -0.3530 -0.8153</w:t>
        <w:br/>
        <w:t>vn -0.4754 -0.3198 -0.8196</w:t>
        <w:br/>
        <w:t>vn -0.3462 -0.5593 -0.7533</w:t>
        <w:br/>
        <w:t>vn -0.2867 -0.6416 -0.7115</w:t>
        <w:br/>
        <w:t>vn -0.0848 -0.8505 -0.5192</w:t>
        <w:br/>
        <w:t>vn -0.2187 -0.7323 -0.6449</w:t>
        <w:br/>
        <w:t>vn -0.0993 -0.8716 -0.4800</w:t>
        <w:br/>
        <w:t>vn 0.0142 -0.9650 -0.2620</w:t>
        <w:br/>
        <w:t>vn 0.0306 -0.9599 -0.2785</w:t>
        <w:br/>
        <w:t>vn -0.9378 -0.0656 -0.3408</w:t>
        <w:br/>
        <w:t>vn -0.7838 -0.1187 -0.6096</w:t>
        <w:br/>
        <w:t>vn -0.3197 -0.6920 -0.6473</w:t>
        <w:br/>
        <w:t>vn -0.5134 -0.4268 -0.7445</w:t>
        <w:br/>
        <w:t>vn -0.1517 -0.9198 -0.3618</w:t>
        <w:br/>
        <w:t>vn -0.6853 -0.2477 -0.6848</w:t>
        <w:br/>
        <w:t>vn 0.3403 -0.3018 -0.8906</w:t>
        <w:br/>
        <w:t>vn 0.5588 0.0242 -0.8289</w:t>
        <w:br/>
        <w:t>vn 0.2265 -0.0960 0.9693</w:t>
        <w:br/>
        <w:t>vn 0.4362 -0.7913 -0.4285</w:t>
        <w:br/>
        <w:t>vn 0.3249 -0.6559 -0.6813</w:t>
        <w:br/>
        <w:t>vn 0.3770 -0.5669 -0.7325</w:t>
        <w:br/>
        <w:t>vn 0.4895 -0.7329 -0.4725</w:t>
        <w:br/>
        <w:t>vn 0.1864 -0.4803 -0.8571</w:t>
        <w:br/>
        <w:t>vn -0.0080 -0.2538 -0.9672</w:t>
        <w:br/>
        <w:t>vn -0.0254 -0.1313 -0.9910</w:t>
        <w:br/>
        <w:t>vn 0.1974 -0.3554 -0.9136</w:t>
        <w:br/>
        <w:t>vn -0.3538 0.2756 -0.8938</w:t>
        <w:br/>
        <w:t>vn -0.2227 0.0922 -0.9705</w:t>
        <w:br/>
        <w:t>vn -0.2098 -0.0146 -0.9776</w:t>
        <w:br/>
        <w:t>vn -0.3650 0.2337 -0.9012</w:t>
        <w:br/>
        <w:t>vn -0.4511 0.3765 -0.8092</w:t>
        <w:br/>
        <w:t>vn -0.5377 0.4571 -0.7084</w:t>
        <w:br/>
        <w:t>vn -0.5395 0.4648 -0.7020</w:t>
        <w:br/>
        <w:t>vn -0.4496 0.3824 -0.8072</w:t>
        <w:br/>
        <w:t>vn -0.7069 0.6166 -0.3465</w:t>
        <w:br/>
        <w:t>vn -0.7505 0.6609 -0.0041</w:t>
        <w:br/>
        <w:t>vn -0.7575 0.6528 -0.0028</w:t>
        <w:br/>
        <w:t>vn -0.7122 0.6142 -0.3399</w:t>
        <w:br/>
        <w:t>vn -0.6220 0.5459 -0.5613</w:t>
        <w:br/>
        <w:t>vn -0.6288 0.5485 -0.5512</w:t>
        <w:br/>
        <w:t>vn 0.4726 -0.8545 -0.2158</w:t>
        <w:br/>
        <w:t>vn 0.5161 -0.8233 -0.2361</w:t>
        <w:br/>
        <w:t>vn 0.5103 -0.8599 -0.0154</w:t>
        <w:br/>
        <w:t>vn 0.4716 -0.8818 -0.0053</w:t>
        <w:br/>
        <w:t>vn 0.4121 -0.9111 -0.0039</w:t>
        <w:br/>
        <w:t>vn 0.3732 -0.8798 -0.2943</w:t>
        <w:br/>
        <w:t>vn 0.2234 -0.7201 -0.6569</w:t>
        <w:br/>
        <w:t>vn 0.0011 -0.4158 -0.9095</w:t>
        <w:br/>
        <w:t>vn -0.5957 0.5288 -0.6046</w:t>
        <w:br/>
        <w:t>vn -0.4721 0.3569 -0.8061</w:t>
        <w:br/>
        <w:t>vn -0.2878 0.0543 -0.9562</w:t>
        <w:br/>
        <w:t>vn 0.2326 -0.7489 -0.6205</w:t>
        <w:br/>
        <w:t>vn -0.0026 -0.4124 -0.9110</w:t>
        <w:br/>
        <w:t>vn 0.3478 -0.8824 -0.3168</w:t>
        <w:br/>
        <w:t>vn 0.3963 -0.9177 -0.0278</w:t>
        <w:br/>
        <w:t>vn -0.6881 0.6327 -0.3552</w:t>
        <w:br/>
        <w:t>vn -0.7359 0.6771 -0.0020</w:t>
        <w:br/>
        <w:t>vn -0.4855 0.4508 -0.7491</w:t>
        <w:br/>
        <w:t>vn -0.6293 0.6448 -0.4338</w:t>
        <w:br/>
        <w:t>vn -0.2946 0.1574 -0.9426</w:t>
        <w:br/>
        <w:t>vn 0.3024 -0.6829 -0.6650</w:t>
        <w:br/>
        <w:t>vn 0.0131 -0.2918 -0.9564</w:t>
        <w:br/>
        <w:t>vn 0.4157 -0.8499 -0.3237</w:t>
        <w:br/>
        <w:t>vn 0.4364 -0.8992 -0.0303</w:t>
        <w:br/>
        <w:t>vn 0.9907 -0.1350 0.0142</w:t>
        <w:br/>
        <w:t>vn 0.9901 -0.1394 0.0148</w:t>
        <w:br/>
        <w:t>vn 0.9158 -0.1735 -0.3622</w:t>
        <w:br/>
        <w:t>vn 0.8912 -0.1438 -0.4303</w:t>
        <w:br/>
        <w:t>vn 0.7936 -0.1640 -0.5859</w:t>
        <w:br/>
        <w:t>vn 0.7376 -0.1631 -0.6552</w:t>
        <w:br/>
        <w:t>vn 0.7091 -0.0815 -0.7004</w:t>
        <w:br/>
        <w:t>vn 0.6495 -0.0737 -0.7568</w:t>
        <w:br/>
        <w:t>vn 0.4647 0.1266 -0.8764</w:t>
        <w:br/>
        <w:t>vn 0.4234 0.1186 -0.8982</w:t>
        <w:br/>
        <w:t>vn 0.3976 0.1499 -0.9053</w:t>
        <w:br/>
        <w:t>vn 0.3514 0.2938 -0.8889</w:t>
        <w:br/>
        <w:t>vn 0.4386 0.2742 -0.8558</w:t>
        <w:br/>
        <w:t>vn 0.2502 0.5574 -0.7917</w:t>
        <w:br/>
        <w:t>vn 0.1553 0.6542 -0.7402</w:t>
        <w:br/>
        <w:t>vn -0.0395 0.8746 -0.4832</w:t>
        <w:br/>
        <w:t>vn 0.0911 0.7456 -0.6602</w:t>
        <w:br/>
        <w:t>vn 0.0096 0.8787 -0.4773</w:t>
        <w:br/>
        <w:t>vn -0.0610 0.9619 -0.2665</w:t>
        <w:br/>
        <w:t>vn -0.1059 0.9551 -0.2768</w:t>
        <w:br/>
        <w:t>vn -0.0670 0.9977 -0.0135</w:t>
        <w:br/>
        <w:t>vn -0.1188 0.9929 -0.0102</w:t>
        <w:br/>
        <w:t>vn -0.5426 0.7507 -0.3769</w:t>
        <w:br/>
        <w:t>vn -0.5858 0.8104 -0.0062</w:t>
        <w:br/>
        <w:t>vn -0.6866 0.7271 -0.0006</w:t>
        <w:br/>
        <w:t>vn -0.4017 0.5594 -0.7250</w:t>
        <w:br/>
        <w:t>vn -0.2021 0.2704 -0.9413</w:t>
        <w:br/>
        <w:t>vn 0.1037 -0.1510 -0.9831</w:t>
        <w:br/>
        <w:t>vn 0.4356 -0.5673 -0.6989</w:t>
        <w:br/>
        <w:t>vn 0.5868 -0.7563 -0.2893</w:t>
        <w:br/>
        <w:t>vn 0.6011 -0.7992 0.0017</w:t>
        <w:br/>
        <w:t>vn -0.4477 0.8941 -0.0099</w:t>
        <w:br/>
        <w:t>vn -0.3990 0.8373 -0.3738</w:t>
        <w:br/>
        <w:t>vn -0.2322 0.6346 -0.7372</w:t>
        <w:br/>
        <w:t>vn -0.0094 0.3312 -0.9435</w:t>
        <w:br/>
        <w:t>vn 0.2906 -0.0173 -0.9567</w:t>
        <w:br/>
        <w:t>vn 0.6219 -0.3513 -0.6998</w:t>
        <w:br/>
        <w:t>vn 0.8160 -0.5021 -0.2862</w:t>
        <w:br/>
        <w:t>vn 0.8569 -0.5153 0.0170</w:t>
        <w:br/>
        <w:t>vn -0.2692 0.9631 -0.0086</w:t>
        <w:br/>
        <w:t>vn -0.1960 0.9001 -0.3890</w:t>
        <w:br/>
        <w:t>vn -0.0197 0.6580 -0.7528</w:t>
        <w:br/>
        <w:t>vn 0.1881 0.3555 -0.9155</w:t>
        <w:br/>
        <w:t>vn 0.4510 0.0935 -0.8876</w:t>
        <w:br/>
        <w:t>vn 0.7320 -0.1356 -0.6676</w:t>
        <w:br/>
        <w:t>vn 0.9171 -0.2164 -0.3349</w:t>
        <w:br/>
        <w:t>vn 0.9757 -0.2188 0.0132</w:t>
        <w:br/>
        <w:t>vn 0.4315 -0.7948 0.4267</w:t>
        <w:br/>
        <w:t>vn 0.4735 -0.7452 0.4695</w:t>
        <w:br/>
        <w:t>vn 0.3730 -0.5680 0.7336</w:t>
        <w:br/>
        <w:t>vn 0.3337 -0.6486 0.6841</w:t>
        <w:br/>
        <w:t>vn 0.2179 -0.4688 0.8560</w:t>
        <w:br/>
        <w:t>vn 0.2150 -0.3492 0.9121</w:t>
        <w:br/>
        <w:t>vn -0.0021 -0.1148 0.9934</w:t>
        <w:br/>
        <w:t>vn 0.0249 -0.2285 0.9732</w:t>
        <w:br/>
        <w:t>vn -0.2095 0.1197 0.9705</w:t>
        <w:br/>
        <w:t>vn -0.1932 0.0371 0.9805</w:t>
        <w:br/>
        <w:t>vn -0.3381 0.3002 0.8920</w:t>
        <w:br/>
        <w:t>vn -0.3469 0.2674 0.8990</w:t>
        <w:br/>
        <w:t>vn -0.4296 0.3952 0.8119</w:t>
        <w:br/>
        <w:t>vn -0.4274 0.4036 0.8090</w:t>
        <w:br/>
        <w:t>vn -0.5195 0.4867 0.7023</w:t>
        <w:br/>
        <w:t>vn -0.5191 0.4768 0.7094</w:t>
        <w:br/>
        <w:t>vn -0.6088 0.5674 0.5544</w:t>
        <w:br/>
        <w:t>vn -0.6143 0.5707 0.5449</w:t>
        <w:br/>
        <w:t>vn -0.7029 0.6299 0.3304</w:t>
        <w:br/>
        <w:t>vn -0.6991 0.6316 0.3352</w:t>
        <w:br/>
        <w:t>vn 0.5103 -0.8599 -0.0153</w:t>
        <w:br/>
        <w:t>vn 0.5042 -0.8364 0.2152</w:t>
        <w:br/>
        <w:t>vn 0.4658 -0.8603 0.2070</w:t>
        <w:br/>
        <w:t>vn 0.3977 -0.8718 0.2861</w:t>
        <w:br/>
        <w:t>vn 0.2778 -0.7020 0.6557</w:t>
        <w:br/>
        <w:t>vn 0.0480 -0.3700 0.9278</w:t>
        <w:br/>
        <w:t>vn -0.5859 0.5443 0.6004</w:t>
        <w:br/>
        <w:t>vn -0.6845 0.6417 0.3459</w:t>
        <w:br/>
        <w:t>vn -0.4550 0.3796 0.8056</w:t>
        <w:br/>
        <w:t>vn 0.2719 -0.7393 0.6161</w:t>
        <w:br/>
        <w:t>vn 0.0116 -0.3657 0.9307</w:t>
        <w:br/>
        <w:t>vn 0.3817 -0.8826 0.2746</w:t>
        <w:br/>
        <w:t>vn 0.3963 -0.9177 -0.0279</w:t>
        <w:br/>
        <w:t>vn -0.4698 0.4642 0.7509</w:t>
        <w:br/>
        <w:t>vn -0.6207 0.6537 0.4328</w:t>
        <w:br/>
        <w:t>vn -0.2923 0.1818 0.9389</w:t>
        <w:br/>
        <w:t>vn -0.2785 0.1100 0.9541</w:t>
        <w:br/>
        <w:t>vn -0.0105 -0.2699 0.9628</w:t>
        <w:br/>
        <w:t>vn 0.2787 -0.6903 0.6677</w:t>
        <w:br/>
        <w:t>vn 0.4071 -0.8671 0.2870</w:t>
        <w:br/>
        <w:t>vn 0.9247 -0.1285 0.3585</w:t>
        <w:br/>
        <w:t>vn 0.8837 -0.1088 0.4552</w:t>
        <w:br/>
        <w:t>vn 0.8082 -0.0713 0.5845</w:t>
        <w:br/>
        <w:t>vn 0.7154 -0.0407 0.6975</w:t>
        <w:br/>
        <w:t>vn 0.7414 -0.0415 0.6697</w:t>
        <w:br/>
        <w:t>vn 0.7137 -0.0186 0.7002</w:t>
        <w:br/>
        <w:t>vn 0.5203 0.1438 0.8418</w:t>
        <w:br/>
        <w:t>vn 0.5355 0.1637 0.8285</w:t>
        <w:br/>
        <w:t>vn 0.4523 0.2313 0.8613</w:t>
        <w:br/>
        <w:t>vn 0.3833 0.3306 0.8624</w:t>
        <w:br/>
        <w:t>vn 0.4762 0.3234 0.8177</w:t>
        <w:br/>
        <w:t>vn 0.3453 0.5592 0.7537</w:t>
        <w:br/>
        <w:t>vn 0.2170 0.6404 0.7367</w:t>
        <w:br/>
        <w:t>vn 0.0070 0.8565 0.5161</w:t>
        <w:br/>
        <w:t>vn 0.0992 0.8715 0.4802</w:t>
        <w:br/>
        <w:t>vn 0.2182 0.7316 0.6459</w:t>
        <w:br/>
        <w:t>vn -0.0896 0.9549 0.2831</w:t>
        <w:br/>
        <w:t>vn -0.0156 0.9651 0.2615</w:t>
        <w:br/>
        <w:t>vn -0.5343 0.7547 0.3807</w:t>
        <w:br/>
        <w:t>vn -0.3904 0.5551 0.7345</w:t>
        <w:br/>
        <w:t>vn -0.2025 0.2694 0.9415</w:t>
        <w:br/>
        <w:t>vn 0.0843 -0.1503 0.9850</w:t>
        <w:br/>
        <w:t>vn 0.4049 -0.5741 0.7117</w:t>
        <w:br/>
        <w:t>vn 0.5661 -0.7681 0.2993</w:t>
        <w:br/>
        <w:t>vn -0.3935 0.8331 0.3886</w:t>
        <w:br/>
        <w:t>vn -0.2320 0.6080 0.7593</w:t>
        <w:br/>
        <w:t>vn -0.0293 0.3102 0.9502</w:t>
        <w:br/>
        <w:t>vn 0.2633 -0.0297 0.9643</w:t>
        <w:br/>
        <w:t>vn 0.5993 -0.3431 0.7233</w:t>
        <w:br/>
        <w:t>vn 0.8107 -0.4905 0.3196</w:t>
        <w:br/>
        <w:t>vn 0.8569 -0.5152 0.0170</w:t>
        <w:br/>
        <w:t>vn -0.1921 0.8866 0.4208</w:t>
        <w:br/>
        <w:t>vn -0.0207 0.6220 0.7828</w:t>
        <w:br/>
        <w:t>vn 0.1730 0.3383 0.9250</w:t>
        <w:br/>
        <w:t>vn 0.4318 0.0791 0.8985</w:t>
        <w:br/>
        <w:t>vn 0.6982 -0.1346 0.7032</w:t>
        <w:br/>
        <w:t>vn 0.9018 -0.2132 0.3760</w:t>
        <w:br/>
        <w:t>vn 0.7661 0.6246 -0.1516</w:t>
        <w:br/>
        <w:t>vn 0.5977 0.7586 -0.2594</w:t>
        <w:br/>
        <w:t>vn 0.3937 0.8841 -0.2519</w:t>
        <w:br/>
        <w:t>vn 0.2046 0.9711 -0.1232</w:t>
        <w:br/>
        <w:t>vn 0.3064 0.8829 0.3558</w:t>
        <w:br/>
        <w:t>vn 0.3265 0.9108 0.2526</w:t>
        <w:br/>
        <w:t>vn 0.6160 0.7877 -0.0036</w:t>
        <w:br/>
        <w:t>vn 0.5144 0.7900 0.3336</w:t>
        <w:br/>
        <w:t>vn 0.6161 0.7877 -0.0036</w:t>
        <w:br/>
        <w:t>vn 0.3854 0.8357 0.3913</w:t>
        <w:br/>
        <w:t>vn 0.8537 0.5206 0.0090</w:t>
        <w:br/>
        <w:t>vn 0.8538 0.5206 0.0090</w:t>
        <w:br/>
        <w:t>vn 0.8363 0.5458 -0.0525</w:t>
        <w:br/>
        <w:t>vn -0.1683 -0.9857 -0.0066</w:t>
        <w:br/>
        <w:t>vn -0.2366 -0.9581 -0.1616</w:t>
        <w:br/>
        <w:t>vn -0.2366 -0.9581 -0.1615</w:t>
        <w:br/>
        <w:t>vn -0.1683 -0.9857 -0.0065</w:t>
        <w:br/>
        <w:t>vn -0.3319 -0.9031 -0.2724</w:t>
        <w:br/>
        <w:t>vn -0.4016 -0.8422 -0.3598</w:t>
        <w:br/>
        <w:t>vn -0.4016 -0.8422 -0.3597</w:t>
        <w:br/>
        <w:t>vn -0.5297 -0.7202 -0.4480</w:t>
        <w:br/>
        <w:t>vn -0.6696 -0.5897 -0.4515</w:t>
        <w:br/>
        <w:t>vn -0.7322 -0.5280 -0.4302</w:t>
        <w:br/>
        <w:t>vn -0.7323 -0.5280 -0.4301</w:t>
        <w:br/>
        <w:t>vn -0.7797 -0.4137 -0.4700</w:t>
        <w:br/>
        <w:t>vn -0.8489 -0.2763 -0.4505</w:t>
        <w:br/>
        <w:t>vn -0.8490 -0.2763 -0.4505</w:t>
        <w:br/>
        <w:t>vn -0.9093 -0.1956 -0.3672</w:t>
        <w:br/>
        <w:t>vn -0.9635 -0.1272 -0.2355</w:t>
        <w:br/>
        <w:t>vn -0.9928 -0.0779 -0.0913</w:t>
        <w:br/>
        <w:t>vn -0.9983 -0.0573 -0.0113</w:t>
        <w:br/>
        <w:t>vn 0.4239 0.9002 0.0999</w:t>
        <w:br/>
        <w:t>vn 0.7758 0.6106 0.1591</w:t>
        <w:br/>
        <w:t>vn 0.6148 0.7482 0.2494</w:t>
        <w:br/>
        <w:t>vn 0.4102 0.8816 0.2334</w:t>
        <w:br/>
        <w:t>vn 0.2083 0.9728 0.1014</w:t>
        <w:br/>
        <w:t>vn 0.4102 0.8817 0.2334</w:t>
        <w:br/>
        <w:t>vn 0.2968 0.9547 -0.0200</w:t>
        <w:br/>
        <w:t>vn 0.3554 0.8975 -0.2614</w:t>
        <w:br/>
        <w:t>vn 0.3554 0.8974 -0.2614</w:t>
        <w:br/>
        <w:t>vn 0.3204 0.8698 -0.3752</w:t>
        <w:br/>
        <w:t>vn 0.5195 0.7773 -0.3549</w:t>
        <w:br/>
        <w:t>vn 0.3816 0.8193 -0.4279</w:t>
        <w:br/>
        <w:t>vn 0.3816 0.8193 -0.4280</w:t>
        <w:br/>
        <w:t>vn 0.8423 0.5344 0.0696</w:t>
        <w:br/>
        <w:t>vn -0.1948 -0.9650 0.1755</w:t>
        <w:br/>
        <w:t>vn -0.2738 -0.9002 0.3387</w:t>
        <w:br/>
        <w:t>vn -0.3427 -0.8236 0.4519</w:t>
        <w:br/>
        <w:t>vn -0.4419 -0.7276 0.5247</w:t>
        <w:br/>
        <w:t>vn -0.5998 -0.5913 0.5391</w:t>
        <w:br/>
        <w:t>vn -0.6929 -0.4987 0.5208</w:t>
        <w:br/>
        <w:t>vn -0.6928 -0.4987 0.5208</w:t>
        <w:br/>
        <w:t>vn -0.7422 -0.3915 0.5440</w:t>
        <w:br/>
        <w:t>vn -0.8157 -0.2309 0.5304</w:t>
        <w:br/>
        <w:t>vn -0.8157 -0.2308 0.5305</w:t>
        <w:br/>
        <w:t>vn -0.8891 -0.1241 0.4406</w:t>
        <w:br/>
        <w:t>vn -0.8891 -0.1241 0.4405</w:t>
        <w:br/>
        <w:t>vn -0.9595 -0.0519 0.2767</w:t>
        <w:br/>
        <w:t>vn -0.9951 -0.0327 0.0930</w:t>
        <w:br/>
        <w:t>vn -0.9951 -0.0327 0.0931</w:t>
        <w:br/>
        <w:t>vn 0.4393 0.8899 -0.1229</w:t>
        <w:br/>
        <w:t>vn 0.4393 0.8899 -0.1228</w:t>
        <w:br/>
        <w:t>vn 0.2922 0.9563 -0.0068</w:t>
        <w:br/>
        <w:t>vn -0.7785 -0.5683 0.2663</w:t>
        <w:br/>
        <w:t>vn -0.6755 -0.2721 -0.6853</w:t>
        <w:br/>
        <w:t>vn -0.2131 -0.9754 0.0562</w:t>
        <w:br/>
        <w:t>vn -0.1567 -0.9367 0.3132</w:t>
        <w:br/>
        <w:t>vn -0.2676 -0.5738 -0.7741</w:t>
        <w:br/>
        <w:t>vn -0.2852 -0.9108 -0.2986</w:t>
        <w:br/>
        <w:t>vn -0.2355 -0.8851 -0.4015</w:t>
        <w:br/>
        <w:t>vn -0.3646 -0.8950 0.2569</w:t>
        <w:br/>
        <w:t>vn -0.3646 -0.8950 0.2570</w:t>
        <w:br/>
        <w:t>vn -0.3242 -0.6842 0.6532</w:t>
        <w:br/>
        <w:t>vn -0.3242 -0.6842 0.6533</w:t>
        <w:br/>
        <w:t>vn 0.3086 0.9458 0.1010</w:t>
        <w:br/>
        <w:t>vn 0.2059 0.7562 0.6211</w:t>
        <w:br/>
        <w:t>vn 0.2976 0.9541 -0.0339</w:t>
        <w:br/>
        <w:t>vn 0.0590 0.4498 0.8912</w:t>
        <w:br/>
        <w:t>vn 0.1461 0.9734 0.1766</w:t>
        <w:br/>
        <w:t>vn 0.1147 0.9822 0.1488</w:t>
        <w:br/>
        <w:t>vn 0.1899 0.9746 0.1183</w:t>
        <w:br/>
        <w:t>vn -0.2563 -0.5157 -0.8176</w:t>
        <w:br/>
        <w:t>vn -0.0769 0.3125 -0.9468</w:t>
        <w:br/>
        <w:t>vn -0.0768 0.3125 -0.9468</w:t>
        <w:br/>
        <w:t>vn 0.1387 0.9325 -0.3336</w:t>
        <w:br/>
        <w:t>vn 0.0978 0.8555 -0.5085</w:t>
        <w:br/>
        <w:t>vn 0.2851 0.8328 0.4745</w:t>
        <w:br/>
        <w:t>vn 0.2268 0.9738 0.0177</w:t>
        <w:br/>
        <w:t>vn 0.1110 0.9938 0.0114</w:t>
        <w:br/>
        <w:t>vn 0.1701 0.7819 0.5997</w:t>
        <w:br/>
        <w:t>vn 0.3835 0.8565 0.3454</w:t>
        <w:br/>
        <w:t>vn 0.3390 0.9405 0.0236</w:t>
        <w:br/>
        <w:t>vn -0.3084 0.9483 -0.0750</w:t>
        <w:br/>
        <w:t>vn 0.1959 0.9744 -0.1100</w:t>
        <w:br/>
        <w:t>vn 0.3828 0.9173 -0.1098</w:t>
        <w:br/>
        <w:t>vn 0.2347 0.9530 0.1914</w:t>
        <w:br/>
        <w:t>vn -0.1815 0.9538 0.2395</w:t>
        <w:br/>
        <w:t>vn 0.4183 0.8937 0.1625</w:t>
        <w:br/>
        <w:t>vn 0.2466 0.9264 0.2845</w:t>
        <w:br/>
        <w:t>vn 0.4225 0.8753 0.2353</w:t>
        <w:br/>
        <w:t>vn 0.3130 0.8844 -0.3461</w:t>
        <w:br/>
        <w:t>vn 0.4674 0.8103 -0.3535</w:t>
        <w:br/>
        <w:t>vn 0.3749 0.5527 -0.7442</w:t>
        <w:br/>
        <w:t>vn 0.3051 0.5496 -0.7777</w:t>
        <w:br/>
        <w:t>vn 0.2094 0.6325 -0.7457</w:t>
        <w:br/>
        <w:t>vn 0.2400 0.9353 -0.2601</w:t>
        <w:br/>
        <w:t>vn -0.1921 -0.7593 -0.6218</w:t>
        <w:br/>
        <w:t>vn -0.0795 -0.7659 -0.6380</w:t>
        <w:br/>
        <w:t>vn -0.1491 -0.9749 -0.1656</w:t>
        <w:br/>
        <w:t>vn -0.2867 -0.9455 -0.1542</w:t>
        <w:br/>
        <w:t>vn -0.4163 -0.8984 -0.1401</w:t>
        <w:br/>
        <w:t>vn -0.3040 -0.7424 -0.5971</w:t>
        <w:br/>
        <w:t>vn 0.2723 -0.9618 0.0266</w:t>
        <w:br/>
        <w:t>vn -0.2723 -0.9619 0.0231</w:t>
        <w:br/>
        <w:t>vn -0.6482 -0.7613 0.0153</w:t>
        <w:br/>
        <w:t>vn -0.2312 -0.9728 0.0139</w:t>
        <w:br/>
        <w:t>vn 0.3052 -0.9514 0.0403</w:t>
        <w:br/>
        <w:t>vn -0.6303 -0.7763 -0.0105</w:t>
        <w:br/>
        <w:t>vn -0.0893 -0.5459 -0.8331</w:t>
        <w:br/>
        <w:t>vn -0.1884 -0.5226 -0.8315</w:t>
        <w:br/>
        <w:t>vn 0.0107 -0.5635 -0.8260</w:t>
        <w:br/>
        <w:t>vn -0.1996 -0.9727 -0.1181</w:t>
        <w:br/>
        <w:t>vn -0.3004 -0.9427 -0.1450</w:t>
        <w:br/>
        <w:t>vn -0.0948 -0.9915 -0.0893</w:t>
        <w:br/>
        <w:t>vn -0.2215 -0.9681 -0.1172</w:t>
        <w:br/>
        <w:t>vn -0.1248 -0.9802 -0.1537</w:t>
        <w:br/>
        <w:t>vn -0.2730 -0.9516 -0.1410</w:t>
        <w:br/>
        <w:t>vn -0.1624 -0.9721 0.1695</w:t>
        <w:br/>
        <w:t>vn -0.3510 -0.9138 0.2045</w:t>
        <w:br/>
        <w:t>vn -0.3274 -0.9434 0.0537</w:t>
        <w:br/>
        <w:t>vn 0.0160 -0.9732 0.2295</w:t>
        <w:br/>
        <w:t>vn 0.4143 0.5087 0.7547</w:t>
        <w:br/>
        <w:t>vn 0.3345 0.1456 0.9311</w:t>
        <w:br/>
        <w:t>vn 0.1617 0.0099 0.9868</w:t>
        <w:br/>
        <w:t>vn 0.2538 -0.4169 0.8728</w:t>
        <w:br/>
        <w:t>vn 0.0714 -0.2967 0.9523</w:t>
        <w:br/>
        <w:t>vn 0.0302 0.1368 0.9901</w:t>
        <w:br/>
        <w:t>vn -0.0715 -0.2226 0.9723</w:t>
        <w:br/>
        <w:t>vn -0.9514 0.2770 -0.1342</w:t>
        <w:br/>
        <w:t>vn -0.9479 0.1594 -0.2760</w:t>
        <w:br/>
        <w:t>vn 0.7834 -0.3740 -0.4963</w:t>
        <w:br/>
        <w:t>vn 0.8358 -0.3595 -0.4151</w:t>
        <w:br/>
        <w:t>vn 0.8358 -0.3595 -0.4150</w:t>
        <w:br/>
        <w:t>vn -0.9310 0.1022 -0.3505</w:t>
        <w:br/>
        <w:t>vn -0.9196 0.1047 -0.3786</w:t>
        <w:br/>
        <w:t>vn 0.9125 -0.2939 -0.2846</w:t>
        <w:br/>
        <w:t>vn 0.8026 -0.2439 -0.5444</w:t>
        <w:br/>
        <w:t>vn -0.2109 0.1447 0.9667</w:t>
        <w:br/>
        <w:t>vn 0.9226 -0.3854 0.0155</w:t>
        <w:br/>
        <w:t>vn 0.8762 -0.4029 0.2645</w:t>
        <w:br/>
        <w:t>vn -0.8282 0.5604 0.0102</w:t>
        <w:br/>
        <w:t>vn -0.8853 0.1002 0.4541</w:t>
        <w:br/>
        <w:t>vn -0.8993 0.1886 0.3946</w:t>
        <w:br/>
        <w:t>vn -0.8569 0.2656 0.4418</w:t>
        <w:br/>
        <w:t>vn 0.7493 -0.5221 0.4073</w:t>
        <w:br/>
        <w:t>vn 0.8762 -0.4028 0.2645</w:t>
        <w:br/>
        <w:t>vn 0.7705 -0.3912 0.5032</w:t>
        <w:br/>
        <w:t>vn -0.9359 0.3125 0.1628</w:t>
        <w:br/>
        <w:t>vn 0.8626 -0.3877 0.3249</w:t>
        <w:br/>
        <w:t>vn 0.8922 -0.3373 0.3004</w:t>
        <w:br/>
        <w:t>vn -0.9615 0.2728 0.0345</w:t>
        <w:br/>
        <w:t>vn 0.8569 -0.2408 0.4558</w:t>
        <w:br/>
        <w:t>vn 0.8798 -0.3277 0.3443</w:t>
        <w:br/>
        <w:t>vn 0.8798 -0.3277 0.3442</w:t>
        <w:br/>
        <w:t>vn -0.9497 0.2309 0.2117</w:t>
        <w:br/>
        <w:t>vn -0.8595 0.3408 0.3810</w:t>
        <w:br/>
        <w:t>vn 0.8412 -0.1898 0.5063</w:t>
        <w:br/>
        <w:t>vn -0.8042 0.4234 0.4170</w:t>
        <w:br/>
        <w:t>vn -0.8569 0.2655 0.4418</w:t>
        <w:br/>
        <w:t>vn -0.9074 0.1072 -0.4065</w:t>
        <w:br/>
        <w:t>vn -0.9037 0.1400 -0.4047</w:t>
        <w:br/>
        <w:t>vn -0.9196 0.1047 -0.3787</w:t>
        <w:br/>
        <w:t>vn 0.8406 -0.0875 -0.5346</w:t>
        <w:br/>
        <w:t>vn 0.8467 -0.1099 -0.5207</w:t>
        <w:br/>
        <w:t>vn 0.8023 -0.2437 -0.5450</w:t>
        <w:br/>
        <w:t>vn 0.8406 -0.0874 -0.5346</w:t>
        <w:br/>
        <w:t>vn 0.8188 -0.1116 -0.5631</w:t>
        <w:br/>
        <w:t>vn 0.8188 -0.1115 -0.5631</w:t>
        <w:br/>
        <w:t>vn -0.9321 0.1960 -0.3046</w:t>
        <w:br/>
        <w:t>vn -0.9601 0.2011 -0.1944</w:t>
        <w:br/>
        <w:t>vn -0.9638 0.2498 -0.0934</w:t>
        <w:br/>
        <w:t>vn -0.9638 0.2499 -0.0934</w:t>
        <w:br/>
        <w:t>vn 0.8703 -0.1407 -0.4720</w:t>
        <w:br/>
        <w:t>vn 0.8778 -0.2477 -0.4100</w:t>
        <w:br/>
        <w:t>vn 0.9113 -0.1348 -0.3890</w:t>
        <w:br/>
        <w:t>vn -0.9453 0.3245 -0.0344</w:t>
        <w:br/>
        <w:t>vn -0.2140 -0.0017 -0.9768</w:t>
        <w:br/>
        <w:t>vn -0.2256 -0.0644 -0.9721</w:t>
        <w:br/>
        <w:t>vn -0.2364 -0.1267 -0.9634</w:t>
        <w:br/>
        <w:t>vn -0.2257 -0.0644 -0.9721</w:t>
        <w:br/>
        <w:t>vn -0.2676 -0.5738 -0.7740</w:t>
        <w:br/>
        <w:t>vn -0.6483 -0.7612 0.0153</w:t>
        <w:br/>
        <w:t>vn -0.8999 -0.4358 0.0148</w:t>
        <w:br/>
        <w:t>vn -0.8999 -0.4358 0.0149</w:t>
        <w:br/>
        <w:t>vn 0.3793 -0.1169 -0.9179</w:t>
        <w:br/>
        <w:t>vn 0.3792 -0.1169 -0.9179</w:t>
        <w:br/>
        <w:t>vn 0.3792 -0.1170 -0.9179</w:t>
        <w:br/>
        <w:t>vn 0.3226 -0.1887 0.9275</w:t>
        <w:br/>
        <w:t>vn 0.3226 -0.1886 0.9275</w:t>
        <w:br/>
        <w:t>vn 0.3226 -0.1886 0.9276</w:t>
        <w:br/>
        <w:t>vn 0.3226 -0.1887 0.9276</w:t>
        <w:br/>
        <w:t>vn 0.1688 0.9554 0.2421</w:t>
        <w:br/>
        <w:t>vn 0.1862 0.9790 -0.0836</w:t>
        <w:br/>
        <w:t>vn 0.4144 0.5087 0.7547</w:t>
        <w:br/>
        <w:t>vn -0.2773 -0.9006 -0.3348</w:t>
        <w:br/>
        <w:t>vn -0.2545 -0.9452 -0.2047</w:t>
        <w:br/>
        <w:t>vn -0.2774 -0.9006 -0.3347</w:t>
        <w:br/>
        <w:t>vn 0.1570 -0.9365 0.3137</w:t>
        <w:br/>
        <w:t>vn 0.1570 -0.9364 0.3137</w:t>
        <w:br/>
        <w:t>vn 0.2131 -0.9754 0.0567</w:t>
        <w:br/>
        <w:t>vn 0.2848 -0.9110 -0.2982</w:t>
        <w:br/>
        <w:t>vn 0.2667 -0.5744 -0.7739</w:t>
        <w:br/>
        <w:t>vn 0.2349 -0.8854 -0.4011</w:t>
        <w:br/>
        <w:t>vn 0.3648 -0.8949 0.2572</w:t>
        <w:br/>
        <w:t>vn 0.3248 -0.6838 0.6534</w:t>
        <w:br/>
        <w:t>vn -0.3084 0.9459 0.1006</w:t>
        <w:br/>
        <w:t>vn -0.2052 0.7567 0.6208</w:t>
        <w:br/>
        <w:t>vn -0.2052 0.7566 0.6208</w:t>
        <w:br/>
        <w:t>vn -0.3084 0.9459 0.1007</w:t>
        <w:br/>
        <w:t>vn -0.2975 0.9541 -0.0343</w:t>
        <w:br/>
        <w:t>vn -0.0580 0.4505 0.8909</w:t>
        <w:br/>
        <w:t>vn -0.1458 0.9735 0.1760</w:t>
        <w:br/>
        <w:t>vn -0.1145 0.9823 0.1482</w:t>
        <w:br/>
        <w:t>vn -0.1897 0.9748 0.1178</w:t>
        <w:br/>
        <w:t>vn 0.2554 -0.5163 -0.8174</w:t>
        <w:br/>
        <w:t>vn 0.0758 0.3118 -0.9471</w:t>
        <w:br/>
        <w:t>vn 0.2554 -0.5163 -0.8175</w:t>
        <w:br/>
        <w:t>vn -0.0983 0.8551 -0.5090</w:t>
        <w:br/>
        <w:t>vn -0.1390 0.9322 -0.3341</w:t>
        <w:br/>
        <w:t>vn -0.2845 0.8332 0.4742</w:t>
        <w:br/>
        <w:t>vn -0.1693 0.7824 0.5993</w:t>
        <w:br/>
        <w:t>vn -0.1109 0.9938 0.0108</w:t>
        <w:br/>
        <w:t>vn -0.2267 0.9738 0.0172</w:t>
        <w:br/>
        <w:t>vn -0.3388 0.9406 0.0233</w:t>
        <w:br/>
        <w:t>vn -0.3830 0.8568 0.3452</w:t>
        <w:br/>
        <w:t>vn 0.3085 0.9482 -0.0760</w:t>
        <w:br/>
        <w:t>vn -0.1960 0.9744 -0.1105</w:t>
        <w:br/>
        <w:t>vn -0.3828 0.9172 -0.1100</w:t>
        <w:br/>
        <w:t>vn 0.1819 0.9539 0.2386</w:t>
        <w:br/>
        <w:t>vn -0.2344 0.9532 0.1910</w:t>
        <w:br/>
        <w:t>vn -0.4180 0.8938 0.1623</w:t>
        <w:br/>
        <w:t>vn -0.2462 0.9266 0.2841</w:t>
        <w:br/>
        <w:t>vn -0.4222 0.8755 0.2352</w:t>
        <w:br/>
        <w:t>vn -0.3133 0.8842 -0.3464</w:t>
        <w:br/>
        <w:t>vn -0.4678 0.8101 -0.3536</w:t>
        <w:br/>
        <w:t>vn -0.3059 0.5491 -0.7778</w:t>
        <w:br/>
        <w:t>vn -0.3757 0.5522 -0.7442</w:t>
        <w:br/>
        <w:t>vn -0.2402 0.9351 -0.2605</w:t>
        <w:br/>
        <w:t>vn -0.2102 0.6320 -0.7459</w:t>
        <w:br/>
        <w:t>vn 0.1913 -0.7597 -0.6215</w:t>
        <w:br/>
        <w:t>vn 0.2864 -0.9457 -0.1538</w:t>
        <w:br/>
        <w:t>vn 0.1489 -0.9750 -0.1651</w:t>
        <w:br/>
        <w:t>vn 0.0787 -0.7664 -0.6375</w:t>
        <w:br/>
        <w:t>vn 0.4160 -0.8985 -0.1399</w:t>
        <w:br/>
        <w:t>vn 0.3033 -0.7428 -0.5969</w:t>
        <w:br/>
        <w:t>vn 0.2723 -0.9619 0.0235</w:t>
        <w:br/>
        <w:t>vn -0.2723 -0.9618 0.0276</w:t>
        <w:br/>
        <w:t>vn 0.6482 -0.7613 0.0152</w:t>
        <w:br/>
        <w:t>vn 0.2311 -0.9728 0.0143</w:t>
        <w:br/>
        <w:t>vn -0.3053 -0.9514 0.0414</w:t>
        <w:br/>
        <w:t>vn 0.6302 -0.7763 -0.0106</w:t>
        <w:br/>
        <w:t>vn 0.0883 -0.5465 -0.8328</w:t>
        <w:br/>
        <w:t>vn 0.1874 -0.5233 -0.8313</w:t>
        <w:br/>
        <w:t>vn -0.0117 -0.5642 -0.8256</w:t>
        <w:br/>
        <w:t>vn 0.3001 -0.9429 -0.1446</w:t>
        <w:br/>
        <w:t>vn 0.1994 -0.9728 -0.1176</w:t>
        <w:br/>
        <w:t>vn 0.0946 -0.9916 -0.0887</w:t>
        <w:br/>
        <w:t>vn 0.2213 -0.9682 -0.1167</w:t>
        <w:br/>
        <w:t>vn 0.1245 -0.9803 -0.1531</w:t>
        <w:br/>
        <w:t>vn 0.2728 -0.9517 -0.1406</w:t>
        <w:br/>
        <w:t>vn 0.1625 -0.9719 0.1700</w:t>
        <w:br/>
        <w:t>vn 0.3273 -0.9434 0.0540</w:t>
        <w:br/>
        <w:t>vn 0.3511 -0.9137 0.2048</w:t>
        <w:br/>
        <w:t>vn -0.0158 -0.9730 0.2302</w:t>
        <w:br/>
        <w:t>vn -0.4135 0.5093 0.7548</w:t>
        <w:br/>
        <w:t>vn -0.2528 -0.4162 0.8734</w:t>
        <w:br/>
        <w:t>vn -0.1606 0.0107 0.9870</w:t>
        <w:br/>
        <w:t>vn -0.3335 0.1463 0.9313</w:t>
        <w:br/>
        <w:t>vn -0.0704 -0.2960 0.9526</w:t>
        <w:br/>
        <w:t>vn -0.0291 0.1376 0.9901</w:t>
        <w:br/>
        <w:t>vn 0.0725 -0.2219 0.9724</w:t>
        <w:br/>
        <w:t>vn 0.9514 0.2767 -0.1354</w:t>
        <w:br/>
        <w:t>vn 0.9476 0.1592 -0.2771</w:t>
        <w:br/>
        <w:t>vn -0.8362 -0.3597 -0.4139</w:t>
        <w:br/>
        <w:t>vn -0.7840 -0.3742 -0.4952</w:t>
        <w:br/>
        <w:t>vn -0.7840 -0.3743 -0.4952</w:t>
        <w:br/>
        <w:t>vn 0.9192 0.1044 -0.3797</w:t>
        <w:br/>
        <w:t>vn 0.9306 0.1018 -0.3516</w:t>
        <w:br/>
        <w:t>vn -0.9128 -0.2941 -0.2834</w:t>
        <w:br/>
        <w:t>vn -0.8028 -0.2441 -0.5439</w:t>
        <w:br/>
        <w:t>vn 0.2120 0.1454 0.9664</w:t>
        <w:br/>
        <w:t>vn -0.8759 -0.4026 0.2657</w:t>
        <w:br/>
        <w:t>vn -0.9226 -0.3853 0.0168</w:t>
        <w:br/>
        <w:t>vn -0.9128 -0.2940 -0.2835</w:t>
        <w:br/>
        <w:t>vn 0.8283 0.5603 0.0089</w:t>
        <w:br/>
        <w:t>vn 0.8282 0.5603 0.0089</w:t>
        <w:br/>
        <w:t>vn 0.8998 0.1888 0.3934</w:t>
        <w:br/>
        <w:t>vn 0.8998 0.1887 0.3934</w:t>
        <w:br/>
        <w:t>vn 0.8858 0.1004 0.4530</w:t>
        <w:br/>
        <w:t>vn 0.8574 0.2658 0.4407</w:t>
        <w:br/>
        <w:t>vn -0.7490 -0.5217 0.4085</w:t>
        <w:br/>
        <w:t>vn -0.7701 -0.3907 0.5043</w:t>
        <w:br/>
        <w:t>vn -0.8760 -0.4026 0.2657</w:t>
        <w:br/>
        <w:t>vn 0.9361 0.3124 0.1615</w:t>
        <w:br/>
        <w:t>vn -0.8622 -0.3875 0.3262</w:t>
        <w:br/>
        <w:t>vn -0.8919 -0.3370 0.3015</w:t>
        <w:br/>
        <w:t>vn 0.9616 0.2726 0.0332</w:t>
        <w:br/>
        <w:t>vn -0.8795 -0.3274 0.3455</w:t>
        <w:br/>
        <w:t>vn -0.8563 -0.2405 0.4570</w:t>
        <w:br/>
        <w:t>vn 0.9499 0.2308 0.2105</w:t>
        <w:br/>
        <w:t>vn 0.8599 0.3410 0.3798</w:t>
        <w:br/>
        <w:t>vn -0.8407 -0.1893 0.5073</w:t>
        <w:br/>
        <w:t>vn -0.7700 -0.3908 0.5043</w:t>
        <w:br/>
        <w:t>vn 0.8047 0.4237 0.4159</w:t>
        <w:br/>
        <w:t>vn 0.9033 0.1394 -0.4058</w:t>
        <w:br/>
        <w:t>vn 0.9069 0.1067 -0.4075</w:t>
        <w:br/>
        <w:t>vn 0.9192 0.1043 -0.3798</w:t>
        <w:br/>
        <w:t>vn -0.8028 -0.2441 -0.5440</w:t>
        <w:br/>
        <w:t>vn -0.8472 -0.1102 -0.5197</w:t>
        <w:br/>
        <w:t>vn -0.8412 -0.0877 -0.5336</w:t>
        <w:br/>
        <w:t>vn -0.8194 -0.1118 -0.5623</w:t>
        <w:br/>
        <w:t>vn 0.9318 0.1958 -0.3057</w:t>
        <w:br/>
        <w:t>vn 0.9637 0.2498 -0.0946</w:t>
        <w:br/>
        <w:t>vn 0.9599 0.2008 -0.1955</w:t>
        <w:br/>
        <w:t>vn 0.9599 0.2008 -0.1956</w:t>
        <w:br/>
        <w:t>vn -0.8709 -0.1412 -0.4708</w:t>
        <w:br/>
        <w:t>vn -0.8783 -0.2479 -0.4088</w:t>
        <w:br/>
        <w:t>vn -0.9118 -0.1350 -0.3879</w:t>
        <w:br/>
        <w:t>vn 0.9452 0.3244 -0.0356</w:t>
        <w:br/>
        <w:t>vn 0.2130 -0.0025 -0.9771</w:t>
        <w:br/>
        <w:t>vn 0.2246 -0.0651 -0.9723</w:t>
        <w:br/>
        <w:t>vn 0.2353 -0.1274 -0.9635</w:t>
        <w:br/>
        <w:t>vn 0.8999 -0.4359 0.0142</w:t>
        <w:br/>
        <w:t>vn 0.8998 -0.4360 0.0142</w:t>
        <w:br/>
        <w:t>vn 0.6302 -0.7764 -0.0106</w:t>
        <w:br/>
        <w:t>vn -0.3803 -0.1176 -0.9174</w:t>
        <w:br/>
        <w:t>vn -0.3802 -0.1176 -0.9174</w:t>
        <w:br/>
        <w:t>vn -0.3216 -0.1880 0.9280</w:t>
        <w:br/>
        <w:t>vn -0.3216 -0.1879 0.9280</w:t>
        <w:br/>
        <w:t>vn -0.3216 -0.1879 0.9281</w:t>
        <w:br/>
        <w:t>vn -0.1685 0.9556 0.2416</w:t>
        <w:br/>
        <w:t>vn -0.2529 -0.4162 0.8734</w:t>
        <w:br/>
        <w:t>vn -0.1862 0.9789 -0.0842</w:t>
        <w:br/>
        <w:t>vn -0.4134 0.5093 0.7548</w:t>
        <w:br/>
        <w:t>vn 0.2542 -0.9453 -0.2043</w:t>
        <w:br/>
        <w:t>vn 0.2769 -0.9009 -0.3343</w:t>
        <w:br/>
        <w:t>vn 0.2769 -0.9009 -0.3344</w:t>
        <w:br/>
        <w:t>vn 0.0000 0.0817 0.9967</w:t>
        <w:br/>
        <w:t>vn -0.2607 0.0886 0.9614</w:t>
        <w:br/>
        <w:t>vn -0.2954 -0.0102 0.9553</w:t>
        <w:br/>
        <w:t>vn -0.3204 -0.0499 0.9460</w:t>
        <w:br/>
        <w:t>vn -0.3032 0.1086 0.9467</w:t>
        <w:br/>
        <w:t>vn -0.2914 0.1046 0.9509</w:t>
        <w:br/>
        <w:t>vn -0.2935 -0.0488 0.9547</w:t>
        <w:br/>
        <w:t>vn -0.1786 0.0873 0.9800</w:t>
        <w:br/>
        <w:t>vn -0.0406 -0.0591 0.9974</w:t>
        <w:br/>
        <w:t>vn 0.1103 0.1171 0.9870</w:t>
        <w:br/>
        <w:t>vn 0.1691 0.1678 0.9712</w:t>
        <w:br/>
        <w:t>vn 0.4063 -0.0122 0.9136</w:t>
        <w:br/>
        <w:t>vn 0.3334 -0.2627 0.9054</w:t>
        <w:br/>
        <w:t>vn 0.1230 -0.1660 0.9784</w:t>
        <w:br/>
        <w:t>vn 0.1072 -0.1561 0.9819</w:t>
        <w:br/>
        <w:t>vn -0.1255 -0.2206 0.9673</w:t>
        <w:br/>
        <w:t>vn -0.1424 -0.1962 0.9702</w:t>
        <w:br/>
        <w:t>vn -0.2699 -0.2111 0.9395</w:t>
        <w:br/>
        <w:t>vn -0.3293 -0.2072 0.9212</w:t>
        <w:br/>
        <w:t>vn 0.3011 0.0753 0.9506</w:t>
        <w:br/>
        <w:t>vn 0.5530 0.1484 0.8199</w:t>
        <w:br/>
        <w:t>vn 0.5444 0.3509 0.7619</w:t>
        <w:br/>
        <w:t>vn 0.6388 0.3064 0.7057</w:t>
        <w:br/>
        <w:t>vn 0.7683 -0.0458 0.6384</w:t>
        <w:br/>
        <w:t>vn 0.7326 -0.2600 0.6290</w:t>
        <w:br/>
        <w:t>vn 0.6590 -0.1077 0.7444</w:t>
        <w:br/>
        <w:t>vn 0.6273 -0.0020 0.7788</w:t>
        <w:br/>
        <w:t>vn 0.5834 0.0077 0.8122</w:t>
        <w:br/>
        <w:t>vn 0.8088 0.1049 0.5786</w:t>
        <w:br/>
        <w:t>vn 0.9273 0.2663 0.2632</w:t>
        <w:br/>
        <w:t>vn 0.8802 0.4322 0.1962</w:t>
        <w:br/>
        <w:t>vn 0.9080 0.4029 0.1150</w:t>
        <w:br/>
        <w:t>vn 0.9942 0.0801 0.0712</w:t>
        <w:br/>
        <w:t>vn 0.9956 -0.0791 0.0503</w:t>
        <w:br/>
        <w:t>vn 0.9895 0.1074 0.0964</w:t>
        <w:br/>
        <w:t>vn 0.9975 0.0284 0.0646</w:t>
        <w:br/>
        <w:t>vn 0.8257 0.4110 -0.3864</w:t>
        <w:br/>
        <w:t>vn 0.9423 0.3292 -0.0602</w:t>
        <w:br/>
        <w:t>vn 0.8354 0.2966 -0.4628</w:t>
        <w:br/>
        <w:t>vn 0.8726 0.1335 -0.4698</w:t>
        <w:br/>
        <w:t>vn 0.8312 0.1435 -0.5371</w:t>
        <w:br/>
        <w:t>vn 0.4181 0.1380 -0.8979</w:t>
        <w:br/>
        <w:t>vn 0.4259 0.1729 -0.8881</w:t>
        <w:br/>
        <w:t>vn 0.5712 0.4077 -0.7124</w:t>
        <w:br/>
        <w:t>vn 0.4284 0.3225 -0.8441</w:t>
        <w:br/>
        <w:t>vn 0.2284 0.3312 -0.9155</w:t>
        <w:br/>
        <w:t>vn -0.0315 0.2460 -0.9688</w:t>
        <w:br/>
        <w:t>vn 0.0324 0.1586 -0.9868</w:t>
        <w:br/>
        <w:t>vn 0.0409 0.0626 -0.9972</w:t>
        <w:br/>
        <w:t>vn -0.1814 0.1488 -0.9721</w:t>
        <w:br/>
        <w:t>vn -0.1600 0.1075 -0.9812</w:t>
        <w:br/>
        <w:t>vn -0.1749 0.0576 -0.9829</w:t>
        <w:br/>
        <w:t>vn -0.0000 0.0147 -0.9999</w:t>
        <w:br/>
        <w:t>vn 0.2965 0.0071 -0.9550</w:t>
        <w:br/>
        <w:t>vn 0.2615 -0.0932 -0.9607</w:t>
        <w:br/>
        <w:t>vn -0.0000 -0.0857 -0.9963</w:t>
        <w:br/>
        <w:t>vn 0.3202 0.0475 -0.9462</w:t>
        <w:br/>
        <w:t>vn 0.3031 -0.1139 -0.9461</w:t>
        <w:br/>
        <w:t>vn 0.2918 0.0471 -0.9553</w:t>
        <w:br/>
        <w:t>vn 0.2894 -0.1097 -0.9509</w:t>
        <w:br/>
        <w:t>vn 0.0423 0.0608 -0.9973</w:t>
        <w:br/>
        <w:t>vn 0.1749 -0.0911 -0.9804</w:t>
        <w:br/>
        <w:t>vn -0.1724 -0.1688 -0.9705</w:t>
        <w:br/>
        <w:t>vn -0.1172 -0.1186 -0.9860</w:t>
        <w:br/>
        <w:t>vn -0.3964 0.0148 -0.9180</w:t>
        <w:br/>
        <w:t>vn -0.3296 0.2701 -0.9047</w:t>
        <w:br/>
        <w:t>vn -0.1349 0.1624 -0.9775</w:t>
        <w:br/>
        <w:t>vn 0.1420 0.1968 -0.9701</w:t>
        <w:br/>
        <w:t>vn 0.1270 0.2185 -0.9675</w:t>
        <w:br/>
        <w:t>vn -0.1200 0.1476 -0.9817</w:t>
        <w:br/>
        <w:t>vn 0.2693 0.2115 -0.9395</w:t>
        <w:br/>
        <w:t>vn 0.3289 0.2077 -0.9213</w:t>
        <w:br/>
        <w:t>vn -0.5557 -0.1475 -0.8182</w:t>
        <w:br/>
        <w:t>vn -0.5837 -0.0030 -0.8120</w:t>
        <w:br/>
        <w:t>vn -0.3061 -0.0732 -0.9492</w:t>
        <w:br/>
        <w:t>vn -0.5469 -0.3526 -0.7594</w:t>
        <w:br/>
        <w:t>vn -0.6395 -0.3076 -0.7046</w:t>
        <w:br/>
        <w:t>vn -0.7668 0.0514 -0.6398</w:t>
        <w:br/>
        <w:t>vn -0.7322 0.2639 -0.6279</w:t>
        <w:br/>
        <w:t>vn -0.6673 0.0970 -0.7385</w:t>
        <w:br/>
        <w:t>vn -0.6373 -0.0155 -0.7704</w:t>
        <w:br/>
        <w:t>vn -0.9294 -0.2652 -0.2567</w:t>
        <w:br/>
        <w:t>vn -0.9442 -0.1849 -0.2727</w:t>
        <w:br/>
        <w:t>vn -0.8129 -0.1032 -0.5732</w:t>
        <w:br/>
        <w:t>vn -0.8811 -0.4322 -0.1920</w:t>
        <w:br/>
        <w:t>vn -0.9096 -0.3996 -0.1143</w:t>
        <w:br/>
        <w:t>vn -0.9955 0.0822 -0.0477</w:t>
        <w:br/>
        <w:t>vn -0.9948 -0.0745 -0.0689</w:t>
        <w:br/>
        <w:t>vn -0.9884 -0.1233 -0.0888</w:t>
        <w:br/>
        <w:t>vn -0.9974 -0.0359 -0.0624</w:t>
        <w:br/>
        <w:t>vn -0.8263 -0.4083 0.3879</w:t>
        <w:br/>
        <w:t>vn -0.8198 -0.3801 0.4284</w:t>
        <w:br/>
        <w:t>vn -0.9432 -0.3253 0.0671</w:t>
        <w:br/>
        <w:t>vn -0.8350 -0.2960 0.4639</w:t>
        <w:br/>
        <w:t>vn -0.8691 -0.1355 0.4757</w:t>
        <w:br/>
        <w:t>vn -0.8258 -0.1531 0.5427</w:t>
        <w:br/>
        <w:t>vn -0.4176 -0.1426 0.8974</w:t>
        <w:br/>
        <w:t>vn -0.4236 -0.1755 0.8887</w:t>
        <w:br/>
        <w:t>vn -0.5760 -0.4043 0.7105</w:t>
        <w:br/>
        <w:t>vn 0.0283 -0.2450 0.9691</w:t>
        <w:br/>
        <w:t>vn -0.2369 -0.3299 0.9138</w:t>
        <w:br/>
        <w:t>vn -0.4303 -0.3216 0.8435</w:t>
        <w:br/>
        <w:t>vn -0.0351 -0.1596 0.9866</w:t>
        <w:br/>
        <w:t>vn -0.0426 -0.0653 0.9970</w:t>
        <w:br/>
        <w:t>vn 0.1585 -0.1075 0.9815</w:t>
        <w:br/>
        <w:t>vn 0.1804 -0.1479 0.9724</w:t>
        <w:br/>
        <w:t>vn 0.1747 -0.0564 0.9830</w:t>
        <w:br/>
        <w:t>vn 0.0000 -0.0130 0.9999</w:t>
        <w:br/>
        <w:t>vn 0.0000 -0.0131 0.9999</w:t>
        <w:br/>
        <w:t>vn 0.2789 0.9498 -0.1420</w:t>
        <w:br/>
        <w:t>vn 0.0000 0.9868 -0.1622</w:t>
        <w:br/>
        <w:t>vn -0.0000 -0.9998 -0.0175</w:t>
        <w:br/>
        <w:t>vn 0.4677 -0.8833 -0.0330</w:t>
        <w:br/>
        <w:t>vn 0.3712 0.9199 -0.1268</w:t>
        <w:br/>
        <w:t>vn 0.3078 0.9430 -0.1269</w:t>
        <w:br/>
        <w:t>vn 0.1797 0.9781 -0.1049</w:t>
        <w:br/>
        <w:t>vn 0.1796 0.9781 -0.1049</w:t>
        <w:br/>
        <w:t>vn -0.0007 0.9982 -0.0597</w:t>
        <w:br/>
        <w:t>vn 0.6609 -0.7483 -0.0577</w:t>
        <w:br/>
        <w:t>vn 0.4562 -0.8815 -0.1218</w:t>
        <w:br/>
        <w:t>vn 0.7406 -0.6686 -0.0673</w:t>
        <w:br/>
        <w:t>vn 0.7110 -0.7010 -0.0551</w:t>
        <w:br/>
        <w:t>vn -0.1356 0.9908 -0.0023</w:t>
        <w:br/>
        <w:t>vn -0.2385 0.9634 0.1225</w:t>
        <w:br/>
        <w:t>vn 0.1317 -0.9776 0.1642</w:t>
        <w:br/>
        <w:t>vn 0.1316 -0.9776 0.1642</w:t>
        <w:br/>
        <w:t>vn -0.3117 0.8993 0.3066</w:t>
        <w:br/>
        <w:t>vn 0.1981 -0.8615 0.4675</w:t>
        <w:br/>
        <w:t>vn -0.1731 0.8584 0.4829</w:t>
        <w:br/>
        <w:t>vn -0.2674 0.8632 0.4283</w:t>
        <w:br/>
        <w:t>vn 0.4746 -0.8290 0.2959</w:t>
        <w:br/>
        <w:t>vn 0.5970 -0.7977 0.0854</w:t>
        <w:br/>
        <w:t>vn 0.0132 0.8893 0.4571</w:t>
        <w:br/>
        <w:t>vn -0.0714 0.8659 0.4951</w:t>
        <w:br/>
        <w:t>vn 0.0133 0.8893 0.4571</w:t>
        <w:br/>
        <w:t>vn 0.0841 0.9588 0.2712</w:t>
        <w:br/>
        <w:t>vn 0.0646 0.9232 0.3788</w:t>
        <w:br/>
        <w:t>vn 0.6139 -0.7894 0.0028</w:t>
        <w:br/>
        <w:t>vn 0.0796 0.9842 0.1581</w:t>
        <w:br/>
        <w:t>vn 0.4621 -0.8849 -0.0585</w:t>
        <w:br/>
        <w:t>vn 0.0498 0.9973 0.0534</w:t>
        <w:br/>
        <w:t>vn 0.2615 -0.9622 -0.0766</w:t>
        <w:br/>
        <w:t>vn 0.0000 1.0000 0.0034</w:t>
        <w:br/>
        <w:t>vn -0.0000 -0.9968 -0.0799</w:t>
        <w:br/>
        <w:t>vn -0.0000 -0.9968 -0.0800</w:t>
        <w:br/>
        <w:t>vn 0.8170 0.3869 -0.4275</w:t>
        <w:br/>
        <w:t>vn 0.9393 0.1900 0.2858</w:t>
        <w:br/>
        <w:t>vn 0.2954 -0.0111 0.9553</w:t>
        <w:br/>
        <w:t>vn 0.2607 0.0879 0.9614</w:t>
        <w:br/>
        <w:t>vn 0.3204 -0.0509 0.9459</w:t>
        <w:br/>
        <w:t>vn 0.3033 0.1078 0.9468</w:t>
        <w:br/>
        <w:t>vn 0.2936 -0.0497 0.9546</w:t>
        <w:br/>
        <w:t>vn 0.2916 0.1038 0.9509</w:t>
        <w:br/>
        <w:t>vn 0.0407 -0.0592 0.9974</w:t>
        <w:br/>
        <w:t>vn 0.1788 0.0868 0.9801</w:t>
        <w:br/>
        <w:t>vn -0.1691 0.1682 0.9711</w:t>
        <w:br/>
        <w:t>vn -0.1103 0.1172 0.9870</w:t>
        <w:br/>
        <w:t>vn -0.4062 -0.0107 0.9137</w:t>
        <w:br/>
        <w:t>vn -0.3334 -0.2613 0.9058</w:t>
        <w:br/>
        <w:t>vn -0.1231 -0.1656 0.9785</w:t>
        <w:br/>
        <w:t>vn 0.1424 -0.1966 0.9701</w:t>
        <w:br/>
        <w:t>vn 0.1255 -0.2210 0.9672</w:t>
        <w:br/>
        <w:t>vn -0.1073 -0.1557 0.9820</w:t>
        <w:br/>
        <w:t>vn 0.2700 -0.2120 0.9392</w:t>
        <w:br/>
        <w:t>vn 0.3293 -0.2084 0.9209</w:t>
        <w:br/>
        <w:t>vn -0.3011 0.0759 0.9506</w:t>
        <w:br/>
        <w:t>vn -0.5440 0.3522 0.7616</w:t>
        <w:br/>
        <w:t>vn -0.5528 0.1496 0.8198</w:t>
        <w:br/>
        <w:t>vn -0.6383 0.3084 0.7053</w:t>
        <w:br/>
        <w:t>vn -0.7331 -0.2572 0.6297</w:t>
        <w:br/>
        <w:t>vn -0.7683 -0.0428 0.6386</w:t>
        <w:br/>
        <w:t>vn -0.6271 0.0003 0.7790</w:t>
        <w:br/>
        <w:t>vn -0.6590 -0.1053 0.7447</w:t>
        <w:br/>
        <w:t>vn -0.8086 0.1066 0.5786</w:t>
        <w:br/>
        <w:t>vn -0.5833 0.0090 0.8122</w:t>
        <w:br/>
        <w:t>vn -0.8792 0.4342 0.1963</w:t>
        <w:br/>
        <w:t>vn -0.9267 0.2683 0.2632</w:t>
        <w:br/>
        <w:t>vn -0.9068 0.4055 0.1152</w:t>
        <w:br/>
        <w:t>vn -0.9959 -0.0752 0.0510</w:t>
        <w:br/>
        <w:t>vn -0.9939 0.0839 0.0717</w:t>
        <w:br/>
        <w:t>vn -0.9891 0.1110 0.0969</w:t>
        <w:br/>
        <w:t>vn -0.9974 0.0321 0.0651</w:t>
        <w:br/>
        <w:t>vn -0.8250 0.4130 -0.3857</w:t>
        <w:br/>
        <w:t>vn -0.9417 0.3311 -0.0600</w:t>
        <w:br/>
        <w:t>vn -0.8349 0.2994 -0.4619</w:t>
        <w:br/>
        <w:t>vn -0.8726 0.1368 -0.4690</w:t>
        <w:br/>
        <w:t>vn -0.8312 0.1465 -0.5363</w:t>
        <w:br/>
        <w:t>vn -0.4184 0.1395 -0.8975</w:t>
        <w:br/>
        <w:t>vn -0.4261 0.1745 -0.8877</w:t>
        <w:br/>
        <w:t>vn -0.5711 0.4090 -0.7117</w:t>
        <w:br/>
        <w:t>vn -0.4284 0.3238 -0.8436</w:t>
        <w:br/>
        <w:t>vn -0.0325 0.1587 -0.9868</w:t>
        <w:br/>
        <w:t>vn 0.0314 0.2460 -0.9688</w:t>
        <w:br/>
        <w:t>vn -0.2284 0.3318 -0.9153</w:t>
        <w:br/>
        <w:t>vn -0.0411 0.0628 -0.9972</w:t>
        <w:br/>
        <w:t>vn 0.1599 0.1070 -0.9813</w:t>
        <w:br/>
        <w:t>vn 0.1813 0.1483 -0.9722</w:t>
        <w:br/>
        <w:t>vn 0.1749 0.0571 -0.9829</w:t>
        <w:br/>
        <w:t>vn -0.2964 0.0080 -0.9550</w:t>
        <w:br/>
        <w:t>vn -0.2615 -0.0925 -0.9608</w:t>
        <w:br/>
        <w:t>vn -0.3031 -0.1131 -0.9462</w:t>
        <w:br/>
        <w:t>vn -0.3202 0.0485 -0.9461</w:t>
        <w:br/>
        <w:t>vn -0.2896 -0.1089 -0.9509</w:t>
        <w:br/>
        <w:t>vn -0.2919 0.0480 -0.9553</w:t>
        <w:br/>
        <w:t>vn -0.1750 -0.0906 -0.9804</w:t>
        <w:br/>
        <w:t>vn -0.0423 0.0609 -0.9972</w:t>
        <w:br/>
        <w:t>vn 0.1172 -0.1188 -0.9860</w:t>
        <w:br/>
        <w:t>vn 0.1724 -0.1692 -0.9704</w:t>
        <w:br/>
        <w:t>vn 0.3963 0.0134 -0.9180</w:t>
        <w:br/>
        <w:t>vn 0.3297 0.2687 -0.9050</w:t>
        <w:br/>
        <w:t>vn 0.1349 0.1619 -0.9775</w:t>
        <w:br/>
        <w:t>vn 0.1200 0.1472 -0.9818</w:t>
        <w:br/>
        <w:t>vn -0.1270 0.2190 -0.9674</w:t>
        <w:br/>
        <w:t>vn -0.1420 0.1974 -0.9700</w:t>
        <w:br/>
        <w:t>vn -0.2694 0.2124 -0.9393</w:t>
        <w:br/>
        <w:t>vn -0.3288 0.2088 -0.9210</w:t>
        <w:br/>
        <w:t>vn 0.5555 -0.1488 -0.8181</w:t>
        <w:br/>
        <w:t>vn 0.3061 -0.0738 -0.9491</w:t>
        <w:br/>
        <w:t>vn 0.5837 -0.0043 -0.8120</w:t>
        <w:br/>
        <w:t>vn 0.5464 -0.3539 -0.7590</w:t>
        <w:br/>
        <w:t>vn 0.6389 -0.3096 -0.7042</w:t>
        <w:br/>
        <w:t>vn 0.7668 0.0485 -0.6400</w:t>
        <w:br/>
        <w:t>vn 0.7327 0.2610 -0.6285</w:t>
        <w:br/>
        <w:t>vn 0.6673 0.0945 -0.7388</w:t>
        <w:br/>
        <w:t>vn 0.6371 -0.0178 -0.7706</w:t>
        <w:br/>
        <w:t>vn 0.9288 -0.2672 -0.2567</w:t>
        <w:br/>
        <w:t>vn 0.8127 -0.1050 -0.5732</w:t>
        <w:br/>
        <w:t>vn 0.9437 -0.1869 -0.2728</w:t>
        <w:br/>
        <w:t>vn 0.8800 -0.4343 -0.1921</w:t>
        <w:br/>
        <w:t>vn 0.9084 -0.4022 -0.1146</w:t>
        <w:br/>
        <w:t>vn 0.9945 -0.0783 -0.0696</w:t>
        <w:br/>
        <w:t>vn 0.9958 0.0783 -0.0484</w:t>
        <w:br/>
        <w:t>vn 0.9879 -0.1269 -0.0892</w:t>
        <w:br/>
        <w:t>vn 0.9972 -0.0396 -0.0629</w:t>
        <w:br/>
        <w:t>vn 0.8257 -0.4102 0.3872</w:t>
        <w:br/>
        <w:t>vn 0.9425 -0.3274 0.0667</w:t>
        <w:br/>
        <w:t>vn 0.8194 -0.3819 0.4275</w:t>
        <w:br/>
        <w:t>vn 0.8345 -0.2988 0.4630</w:t>
        <w:br/>
        <w:t>vn 0.8690 -0.1387 0.4749</w:t>
        <w:br/>
        <w:t>vn 0.8258 -0.1562 0.5420</w:t>
        <w:br/>
        <w:t>vn 0.4179 -0.1441 0.8970</w:t>
        <w:br/>
        <w:t>vn 0.4238 -0.1770 0.8883</w:t>
        <w:br/>
        <w:t>vn 0.5758 -0.4057 0.7098</w:t>
        <w:br/>
        <w:t>vn -0.0283 -0.2450 0.9691</w:t>
        <w:br/>
        <w:t>vn 0.0352 -0.1598 0.9865</w:t>
        <w:br/>
        <w:t>vn 0.4303 -0.3229 0.8430</w:t>
        <w:br/>
        <w:t>vn 0.2369 -0.3305 0.9136</w:t>
        <w:br/>
        <w:t>vn 0.0428 -0.0655 0.9969</w:t>
        <w:br/>
        <w:t>vn -0.1804 -0.1475 0.9725</w:t>
        <w:br/>
        <w:t>vn -0.1585 -0.1071 0.9815</w:t>
        <w:br/>
        <w:t>vn -0.1746 -0.0558 0.9830</w:t>
        <w:br/>
        <w:t>vn -0.2787 0.9499 -0.1419</w:t>
        <w:br/>
        <w:t>vn -0.2787 0.9499 -0.1418</w:t>
        <w:br/>
        <w:t>vn -0.4684 -0.8829 -0.0326</w:t>
        <w:br/>
        <w:t>vn -0.3709 0.9200 -0.1267</w:t>
        <w:br/>
        <w:t>vn -0.3076 0.9430 -0.1267</w:t>
        <w:br/>
        <w:t>vn -0.1796 0.9781 -0.1049</w:t>
        <w:br/>
        <w:t>vn -0.1797 0.9781 -0.1050</w:t>
        <w:br/>
        <w:t>vn 0.0008 0.9982 -0.0597</w:t>
        <w:br/>
        <w:t>vn -0.6622 -0.7471 -0.0572</w:t>
        <w:br/>
        <w:t>vn -0.4570 -0.8811 -0.1216</w:t>
        <w:br/>
        <w:t>vn -0.7124 -0.6996 -0.0545</w:t>
        <w:br/>
        <w:t>vn -0.7418 -0.6673 -0.0668</w:t>
        <w:br/>
        <w:t>vn 0.2387 0.9633 0.1225</w:t>
        <w:br/>
        <w:t>vn 0.1357 0.9907 -0.0023</w:t>
        <w:br/>
        <w:t>vn -0.1319 -0.9776 0.1642</w:t>
        <w:br/>
        <w:t>vn 0.3120 0.8992 0.3067</w:t>
        <w:br/>
        <w:t>vn -0.1986 -0.8612 0.4679</w:t>
        <w:br/>
        <w:t>vn 0.2677 0.8630 0.4284</w:t>
        <w:br/>
        <w:t>vn 0.1733 0.8583 0.4831</w:t>
        <w:br/>
        <w:t>vn 0.1732 0.8583 0.4831</w:t>
        <w:br/>
        <w:t>vn -0.4756 -0.8282 0.2964</w:t>
        <w:br/>
        <w:t>vn -0.5984 -0.7966 0.0861</w:t>
        <w:br/>
        <w:t>vn -0.5984 -0.7966 0.0860</w:t>
        <w:br/>
        <w:t>vn 0.0715 0.8658 0.4953</w:t>
        <w:br/>
        <w:t>vn 0.0715 0.8657 0.4953</w:t>
        <w:br/>
        <w:t>vn -0.0132 0.8893 0.4571</w:t>
        <w:br/>
        <w:t>vn -0.0841 0.9589 0.2710</w:t>
        <w:br/>
        <w:t>vn -0.0645 0.9233 0.3787</w:t>
        <w:br/>
        <w:t>vn -0.0841 0.9589 0.2711</w:t>
        <w:br/>
        <w:t>vn -0.6153 -0.7883 0.0034</w:t>
        <w:br/>
        <w:t>vn -0.0796 0.9842 0.1581</w:t>
        <w:br/>
        <w:t>vn -0.4628 -0.8846 -0.0579</w:t>
        <w:br/>
        <w:t>vn -0.4628 -0.8846 -0.0580</w:t>
        <w:br/>
        <w:t>vn -0.0498 0.9973 0.0534</w:t>
        <w:br/>
        <w:t>vn -0.2616 -0.9621 -0.0765</w:t>
        <w:br/>
        <w:t>vn -0.2616 -0.9621 -0.0764</w:t>
        <w:br/>
        <w:t>vn -0.8166 0.3886 -0.4267</w:t>
        <w:br/>
        <w:t>vn -0.9388 0.1920 0.2859</w:t>
        <w:br/>
        <w:t>vn -0.1890 0.9394 -0.2862</w:t>
        <w:br/>
        <w:t>vn 0.0000 0.9344 -0.3563</w:t>
        <w:br/>
        <w:t>vn 0.0000 0.9343 -0.3564</w:t>
        <w:br/>
        <w:t>vn 0.0000 0.1922 -0.9814</w:t>
        <w:br/>
        <w:t>vn 0.4596 0.1069 -0.8816</w:t>
        <w:br/>
        <w:t>vn 0.4993 0.1033 -0.8603</w:t>
        <w:br/>
        <w:t>vn 0.0000 0.1567 -0.9876</w:t>
        <w:br/>
        <w:t>vn 0.7294 -0.0305 -0.6835</w:t>
        <w:br/>
        <w:t>vn 0.6218 0.0864 -0.7784</w:t>
        <w:br/>
        <w:t>vn -0.3313 0.9342 -0.1324</w:t>
        <w:br/>
        <w:t>vn -0.5216 0.3379 0.7835</w:t>
        <w:br/>
        <w:t>vn -0.6433 0.1709 0.7463</w:t>
        <w:br/>
        <w:t>vn -0.4060 0.2169 0.8878</w:t>
        <w:br/>
        <w:t>vn -0.6926 0.2292 0.6839</w:t>
        <w:br/>
        <w:t>vn -0.7262 0.4015 0.5581</w:t>
        <w:br/>
        <w:t>vn -0.4219 0.9055 -0.0453</w:t>
        <w:br/>
        <w:t>vn -0.3916 0.9175 0.0696</w:t>
        <w:br/>
        <w:t>vn 0.7723 0.0744 -0.6308</w:t>
        <w:br/>
        <w:t>vn 0.5197 0.2815 -0.8066</w:t>
        <w:br/>
        <w:t>vn 0.4774 0.2385 -0.8457</w:t>
        <w:br/>
        <w:t>vn -0.7261 0.4015 0.5581</w:t>
        <w:br/>
        <w:t>vn -0.4098 0.8813 0.2352</w:t>
        <w:br/>
        <w:t>vn -0.3915 0.9175 0.0697</w:t>
        <w:br/>
        <w:t>vn 0.5335 0.1099 -0.8386</w:t>
        <w:br/>
        <w:t>vn 0.0000 0.1189 -0.9929</w:t>
        <w:br/>
        <w:t>vn 0.4643 0.1733 -0.8686</w:t>
        <w:br/>
        <w:t>vn -0.4436 0.1192 0.8883</w:t>
        <w:br/>
        <w:t>vn -0.5157 0.1091 0.8498</w:t>
        <w:br/>
        <w:t>vn -0.0001 0.1047 0.9945</w:t>
        <w:br/>
        <w:t>vn -0.0002 0.1114 0.9938</w:t>
        <w:br/>
        <w:t>vn -0.4921 0.1727 0.8533</w:t>
        <w:br/>
        <w:t>vn -0.0000 0.1887 0.9820</w:t>
        <w:br/>
        <w:t>vn -0.5472 0.0952 0.8316</w:t>
        <w:br/>
        <w:t>vn -0.5727 0.3279 0.7513</w:t>
        <w:br/>
        <w:t>vn -0.4935 0.2896 0.8201</w:t>
        <w:br/>
        <w:t>vn -0.1204 0.2265 0.9665</w:t>
        <w:br/>
        <w:t>vn -0.1977 0.3914 0.8987</w:t>
        <w:br/>
        <w:t>vn -0.0054 0.3316 0.9434</w:t>
        <w:br/>
        <w:t>vn 0.0053 0.1727 0.9850</w:t>
        <w:br/>
        <w:t>vn -0.0644 0.0530 0.9965</w:t>
        <w:br/>
        <w:t>vn 0.0732 0.9845 0.1596</w:t>
        <w:br/>
        <w:t>vn 0.0731 0.9845 0.1596</w:t>
        <w:br/>
        <w:t>vn -0.1459 0.9653 0.2164</w:t>
        <w:br/>
        <w:t>vn 0.1538 0.1674 -0.9738</w:t>
        <w:br/>
        <w:t>vn 0.2013 0.2403 -0.9496</w:t>
        <w:br/>
        <w:t>vn 0.1049 0.0244 -0.9942</w:t>
        <w:br/>
        <w:t>vn 0.2588 0.1872 -0.9476</w:t>
        <w:br/>
        <w:t>vn -0.5646 -0.0916 0.8203</w:t>
        <w:br/>
        <w:t>vn -0.3339 0.0340 0.9420</w:t>
        <w:br/>
        <w:t>vn -0.3017 0.1932 0.9336</w:t>
        <w:br/>
        <w:t>vn -0.2753 0.9481 0.1591</w:t>
        <w:br/>
        <w:t>vn -0.2753 0.9481 0.1592</w:t>
        <w:br/>
        <w:t>vn -0.3782 0.9154 0.1381</w:t>
        <w:br/>
        <w:t>vn -0.3781 0.9154 0.1382</w:t>
        <w:br/>
        <w:t>vn 0.3953 0.0631 -0.9164</w:t>
        <w:br/>
        <w:t>vn 0.1048 -0.1075 -0.9887</w:t>
        <w:br/>
        <w:t>vn 0.0882 0.1440 -0.9856</w:t>
        <w:br/>
        <w:t>vn -0.1072 0.0710 0.9917</w:t>
        <w:br/>
        <w:t>vn -0.0942 0.1873 0.9778</w:t>
        <w:br/>
        <w:t>vn -0.0246 0.3977 0.9172</w:t>
        <w:br/>
        <w:t>vn 0.0374 0.4945 0.8684</w:t>
        <w:br/>
        <w:t>vn 0.1083 0.5062 0.8556</w:t>
        <w:br/>
        <w:t>vn -0.1107 0.4487 0.8868</w:t>
        <w:br/>
        <w:t>vn -0.5135 0.2591 0.8180</w:t>
        <w:br/>
        <w:t>vn -0.3151 0.3567 0.8795</w:t>
        <w:br/>
        <w:t>vn 0.2892 0.4754 0.8309</w:t>
        <w:br/>
        <w:t>vn 0.2823 0.4475 0.8485</w:t>
        <w:br/>
        <w:t>vn 0.5027 0.4103 0.7609</w:t>
        <w:br/>
        <w:t>vn 0.5138 0.4512 0.7296</w:t>
        <w:br/>
        <w:t>vn 0.0427 0.3788 0.9245</w:t>
        <w:br/>
        <w:t>vn 0.3081 0.3415 0.8879</w:t>
        <w:br/>
        <w:t>vn 0.0981 0.3931 0.9143</w:t>
        <w:br/>
        <w:t>vn 0.3170 0.3400 0.8854</w:t>
        <w:br/>
        <w:t>vn 0.2591 0.3007 0.9179</w:t>
        <w:br/>
        <w:t>vn -0.5884 0.1935 0.7851</w:t>
        <w:br/>
        <w:t>vn -0.4750 0.3805 0.7935</w:t>
        <w:br/>
        <w:t>vn 0.8671 0.4251 0.2595</w:t>
        <w:br/>
        <w:t>vn 0.9125 0.3806 0.1497</w:t>
        <w:br/>
        <w:t>vn 0.9510 0.1071 0.2899</w:t>
        <w:br/>
        <w:t>vn 0.9677 0.1301 0.2161</w:t>
        <w:br/>
        <w:t>vn 0.9933 0.0551 0.1018</w:t>
        <w:br/>
        <w:t>vn 0.9924 -0.0685 0.1020</w:t>
        <w:br/>
        <w:t>vn 0.9493 -0.0563 0.3093</w:t>
        <w:br/>
        <w:t>vn 0.9984 -0.0040 -0.0566</w:t>
        <w:br/>
        <w:t>vn 0.9878 0.1542 -0.0214</w:t>
        <w:br/>
        <w:t>vn 0.9730 0.2233 0.0574</w:t>
        <w:br/>
        <w:t>vn 0.9594 0.2145 0.1829</w:t>
        <w:br/>
        <w:t>vn 0.9677 0.0377 0.2494</w:t>
        <w:br/>
        <w:t>vn 0.9990 0.0252 0.0356</w:t>
        <w:br/>
        <w:t>vn 0.0092 0.9880 0.1544</w:t>
        <w:br/>
        <w:t>vn -0.0295 0.9286 0.3699</w:t>
        <w:br/>
        <w:t>vn -0.0294 0.9286 0.3698</w:t>
        <w:br/>
        <w:t>vn 0.0093 0.9880 0.1544</w:t>
        <w:br/>
        <w:t>vn -0.0307 0.9919 -0.1231</w:t>
        <w:br/>
        <w:t>vn -0.0308 0.9919 -0.1231</w:t>
        <w:br/>
        <w:t>vn 0.9681 0.0120 0.2504</w:t>
        <w:br/>
        <w:t>vn 0.7767 0.5841 0.2356</w:t>
        <w:br/>
        <w:t>vn 0.8644 0.4898 0.1136</w:t>
        <w:br/>
        <w:t>vn 0.7525 0.6405 0.1533</w:t>
        <w:br/>
        <w:t>vn 0.7867 0.5930 0.1715</w:t>
        <w:br/>
        <w:t>vn 0.8323 0.5262 0.1743</w:t>
        <w:br/>
        <w:t>vn 0.8320 0.5169 0.2017</w:t>
        <w:br/>
        <w:t>vn 0.9698 -0.1198 0.2124</w:t>
        <w:br/>
        <w:t>vn 0.9567 0.0756 0.2811</w:t>
        <w:br/>
        <w:t>vn 0.9826 -0.0376 0.1817</w:t>
        <w:br/>
        <w:t>vn 0.1756 0.9718 0.1575</w:t>
        <w:br/>
        <w:t>vn 0.1755 0.9718 0.1575</w:t>
        <w:br/>
        <w:t>vn 0.1133 0.9933 0.0226</w:t>
        <w:br/>
        <w:t>vn -0.1237 0.9546 0.2710</w:t>
        <w:br/>
        <w:t>vn -0.9765 -0.0866 -0.1973</w:t>
        <w:br/>
        <w:t>vn -0.9605 -0.0246 -0.2772</w:t>
        <w:br/>
        <w:t>vn -0.9795 0.0800 -0.1848</w:t>
        <w:br/>
        <w:t>vn -0.9815 0.0292 -0.1893</w:t>
        <w:br/>
        <w:t>vn -0.9986 0.0045 -0.0520</w:t>
        <w:br/>
        <w:t>vn -0.9931 0.1171 0.0059</w:t>
        <w:br/>
        <w:t>vn -0.9846 0.1726 -0.0280</w:t>
        <w:br/>
        <w:t>vn -0.9955 -0.0622 0.0716</w:t>
        <w:br/>
        <w:t>vn -0.9974 0.0494 0.0530</w:t>
        <w:br/>
        <w:t>vn -0.9624 0.1369 -0.2348</w:t>
        <w:br/>
        <w:t>vn -0.9623 0.0407 -0.2689</w:t>
        <w:br/>
        <w:t>vn -0.8414 0.1175 -0.5275</w:t>
        <w:br/>
        <w:t>vn -0.8049 0.0172 -0.5931</w:t>
        <w:br/>
        <w:t>vn -0.9661 -0.0397 -0.2550</w:t>
        <w:br/>
        <w:t>vn -0.7542 -0.0863 -0.6509</w:t>
        <w:br/>
        <w:t>vn -0.4288 -0.2236 -0.8753</w:t>
        <w:br/>
        <w:t>vn -0.5134 -0.0458 -0.8569</w:t>
        <w:br/>
        <w:t>vn 0.0965 0.9363 0.3376</w:t>
        <w:br/>
        <w:t>vn 0.7620 0.1559 0.6285</w:t>
        <w:br/>
        <w:t>vn 0.7563 -0.0294 0.6536</w:t>
        <w:br/>
        <w:t>vn 0.3647 0.1827 0.9130</w:t>
        <w:br/>
        <w:t>vn 0.3896 0.3235 0.8623</w:t>
        <w:br/>
        <w:t>vn 0.5705 0.2792 0.7724</w:t>
        <w:br/>
        <w:t>vn 0.5739 0.4233 0.7010</w:t>
        <w:br/>
        <w:t>vn 0.6322 0.2884 0.7191</w:t>
        <w:br/>
        <w:t>vn 0.6335 0.3844 0.6714</w:t>
        <w:br/>
        <w:t>vn 0.3386 0.2614 0.9039</w:t>
        <w:br/>
        <w:t>vn 0.7200 0.3670 0.5890</w:t>
        <w:br/>
        <w:t>vn -0.0141 0.9722 0.2337</w:t>
        <w:br/>
        <w:t>vn -0.0140 0.9722 0.2337</w:t>
        <w:br/>
        <w:t>vn 0.0259 0.9996 0.0142</w:t>
        <w:br/>
        <w:t>vn 0.0259 0.9996 0.0143</w:t>
        <w:br/>
        <w:t>vn -0.6322 -0.1253 -0.7646</w:t>
        <w:br/>
        <w:t>vn -0.5772 -0.3221 -0.7504</w:t>
        <w:br/>
        <w:t>vn -0.5847 -0.2989 -0.7542</w:t>
        <w:br/>
        <w:t>vn -0.6384 -0.1403 -0.7569</w:t>
        <w:br/>
        <w:t>vn -0.3257 -0.0151 -0.9453</w:t>
        <w:br/>
        <w:t>vn -0.3083 -0.3044 -0.9012</w:t>
        <w:br/>
        <w:t>vn -0.1727 0.9850 -0.0043</w:t>
        <w:br/>
        <w:t>vn 0.1421 0.9742 -0.1755</w:t>
        <w:br/>
        <w:t>vn -0.1098 -0.2579 -0.9599</w:t>
        <w:br/>
        <w:t>vn -0.1481 0.0148 -0.9889</w:t>
        <w:br/>
        <w:t>vn -0.5364 0.8383 0.0977</w:t>
        <w:br/>
        <w:t>vn 0.6964 0.4038 0.5933</w:t>
        <w:br/>
        <w:t>vn 0.7911 0.4621 0.4008</w:t>
        <w:br/>
        <w:t>vn 0.8530 0.3666 0.3715</w:t>
        <w:br/>
        <w:t>vn 0.0260 0.3543 -0.9348</w:t>
        <w:br/>
        <w:t>vn -0.3188 0.0426 -0.9469</w:t>
        <w:br/>
        <w:t>vn -0.3032 -0.2693 -0.9141</w:t>
        <w:br/>
        <w:t>vn -0.0354 0.9993 0.0156</w:t>
        <w:br/>
        <w:t>vn -0.0354 0.9992 0.0157</w:t>
        <w:br/>
        <w:t>vn 0.2768 0.2100 0.9377</w:t>
        <w:br/>
        <w:t>vn 0.3525 0.1953 0.9152</w:t>
        <w:br/>
        <w:t>vn 0.1691 0.1853 0.9680</w:t>
        <w:br/>
        <w:t>vn -0.3618 0.9315 -0.0378</w:t>
        <w:br/>
        <w:t>vn -0.3210 -0.2569 -0.9115</w:t>
        <w:br/>
        <w:t>vn -0.1205 -0.2418 -0.9628</w:t>
        <w:br/>
        <w:t>vn -0.2050 0.0214 -0.9785</w:t>
        <w:br/>
        <w:t>vn -0.3634 0.0283 -0.9312</w:t>
        <w:br/>
        <w:t>vn -0.3151 0.2760 -0.9080</w:t>
        <w:br/>
        <w:t>vn -0.2766 0.2987 -0.9134</w:t>
        <w:br/>
        <w:t>vn 0.0401 0.9935 -0.1066</w:t>
        <w:br/>
        <w:t>vn 0.1348 0.2037 0.9697</w:t>
        <w:br/>
        <w:t>vn 0.2574 0.2998 -0.9186</w:t>
        <w:br/>
        <w:t>vn -0.6196 0.1097 -0.7772</w:t>
        <w:br/>
        <w:t>vn -0.3636 0.3514 0.8627</w:t>
        <w:br/>
        <w:t>vn -0.6009 0.1915 0.7761</w:t>
        <w:br/>
        <w:t>vn 0.9478 0.2719 0.1666</w:t>
        <w:br/>
        <w:t>vn 0.9322 0.3030 0.1980</w:t>
        <w:br/>
        <w:t>vn 0.9755 0.1148 0.1879</w:t>
        <w:br/>
        <w:t>vn 0.9902 0.0579 0.1273</w:t>
        <w:br/>
        <w:t>vn -0.2770 0.5420 -0.7934</w:t>
        <w:br/>
        <w:t>vn -0.1175 0.9922 -0.0408</w:t>
        <w:br/>
        <w:t>vn -0.9797 -0.1317 -0.1510</w:t>
        <w:br/>
        <w:t>vn -0.9911 -0.0369 -0.1277</w:t>
        <w:br/>
        <w:t>vn -0.9882 -0.1228 -0.0913</w:t>
        <w:br/>
        <w:t>vn -0.9626 -0.1190 -0.2434</w:t>
        <w:br/>
        <w:t>vn -0.9689 -0.0560 -0.2411</w:t>
        <w:br/>
        <w:t>vn -0.9853 0.0498 -0.1633</w:t>
        <w:br/>
        <w:t>vn -0.9898 0.0290 -0.1391</w:t>
        <w:br/>
        <w:t>vn -0.9721 -0.0744 -0.2226</w:t>
        <w:br/>
        <w:t>vn -0.9992 -0.0236 -0.0327</w:t>
        <w:br/>
        <w:t>vn -0.9950 -0.0972 -0.0242</w:t>
        <w:br/>
        <w:t>vn -0.9631 -0.1186 -0.2415</w:t>
        <w:br/>
        <w:t>vn -0.1329 0.9892 0.0613</w:t>
        <w:br/>
        <w:t>vn -0.2174 0.9018 0.3735</w:t>
        <w:br/>
        <w:t>vn -0.6814 0.1347 0.7194</w:t>
        <w:br/>
        <w:t>vn -0.6527 0.1273 0.7469</w:t>
        <w:br/>
        <w:t>vn -0.6243 0.1272 0.7707</w:t>
        <w:br/>
        <w:t>vn -0.0000 0.3287 0.9444</w:t>
        <w:br/>
        <w:t>vn 0.0000 0.4442 0.8959</w:t>
        <w:br/>
        <w:t>vn -0.0000 0.4219 0.9067</w:t>
        <w:br/>
        <w:t>vn 0.6810 0.5376 0.4972</w:t>
        <w:br/>
        <w:t>vn 0.4192 0.8861 -0.1976</w:t>
        <w:br/>
        <w:t>vn 0.5906 0.7734 0.2303</w:t>
        <w:br/>
        <w:t>vn 0.6736 0.3458 0.6533</w:t>
        <w:br/>
        <w:t>vn 0.5622 -0.3491 0.7497</w:t>
        <w:br/>
        <w:t>vn 0.3974 -0.3307 0.8559</w:t>
        <w:br/>
        <w:t>vn 0.2306 -0.5222 0.8211</w:t>
        <w:br/>
        <w:t>vn 0.5141 -0.3014 0.8031</w:t>
        <w:br/>
        <w:t>vn 0.1593 -0.4306 0.8883</w:t>
        <w:br/>
        <w:t>vn 0.4882 -0.3092 0.8161</w:t>
        <w:br/>
        <w:t>vn 0.2231 0.9598 0.1706</w:t>
        <w:br/>
        <w:t>vn 0.2234 0.9471 0.2305</w:t>
        <w:br/>
        <w:t>vn 0.1852 0.9741 0.1300</w:t>
        <w:br/>
        <w:t>vn 0.2352 0.9532 0.1899</w:t>
        <w:br/>
        <w:t>vn 0.5716 -0.3759 0.7294</w:t>
        <w:br/>
        <w:t>vn 0.5505 -0.6302 0.5475</w:t>
        <w:br/>
        <w:t>vn 0.5275 -0.6218 0.5789</w:t>
        <w:br/>
        <w:t>vn 0.5377 -0.5181 0.6652</w:t>
        <w:br/>
        <w:t>vn 0.5612 -0.1655 0.8110</w:t>
        <w:br/>
        <w:t>vn 0.5991 -0.3381 0.7258</w:t>
        <w:br/>
        <w:t>vn 0.5567 0.1039 0.8242</w:t>
        <w:br/>
        <w:t>vn 0.0557 -0.9945 -0.0892</w:t>
        <w:br/>
        <w:t>vn 0.3902 -0.8831 0.2605</w:t>
        <w:br/>
        <w:t>vn 0.1470 -0.9811 0.1260</w:t>
        <w:br/>
        <w:t>vn 0.5231 -0.8221 0.2249</w:t>
        <w:br/>
        <w:t>vn 0.3767 0.2529 0.8911</w:t>
        <w:br/>
        <w:t>vn 0.4814 0.1578 0.8622</w:t>
        <w:br/>
        <w:t>vn 0.4013 0.0174 0.9158</w:t>
        <w:br/>
        <w:t>vn 0.6587 -0.6744 0.3337</w:t>
        <w:br/>
        <w:t>vn 0.6080 -0.7938 0.0169</w:t>
        <w:br/>
        <w:t>vn 0.7022 -0.7120 0.0100</w:t>
        <w:br/>
        <w:t>vn 0.7230 -0.6623 0.1968</w:t>
        <w:br/>
        <w:t>vn 0.6314 -0.2486 0.7346</w:t>
        <w:br/>
        <w:t>vn 0.4394 -0.7812 -0.4434</w:t>
        <w:br/>
        <w:t>vn 0.4136 -0.7709 -0.4844</w:t>
        <w:br/>
        <w:t>vn 0.0637 -0.5073 -0.8594</w:t>
        <w:br/>
        <w:t>vn 0.2858 -0.8297 -0.4796</w:t>
        <w:br/>
        <w:t>vn 0.4256 -0.8981 0.1108</w:t>
        <w:br/>
        <w:t>vn 0.5991 -0.8003 0.0255</w:t>
        <w:br/>
        <w:t>vn 0.3164 -0.5472 0.7749</w:t>
        <w:br/>
        <w:t>vn 0.6286 -0.7777 0.0051</w:t>
        <w:br/>
        <w:t>vn 0.7836 -0.6141 -0.0940</w:t>
        <w:br/>
        <w:t>vn 0.2092 -0.3698 0.9053</w:t>
        <w:br/>
        <w:t>vn 0.1524 -0.4104 0.8991</w:t>
        <w:br/>
        <w:t>vn 0.5782 -0.2053 -0.7896</w:t>
        <w:br/>
        <w:t>vn 0.7301 -0.4151 -0.5429</w:t>
        <w:br/>
        <w:t>vn 0.6417 -0.5883 -0.4920</w:t>
        <w:br/>
        <w:t>vn -0.2438 0.7426 -0.6238</w:t>
        <w:br/>
        <w:t>vn -0.2924 0.6940 -0.6579</w:t>
        <w:br/>
        <w:t>vn -0.0837 0.6302 -0.7719</w:t>
        <w:br/>
        <w:t>vn 0.1684 -0.5596 -0.8115</w:t>
        <w:br/>
        <w:t>vn 0.4607 -0.5739 -0.6770</w:t>
        <w:br/>
        <w:t>vn 0.1265 -0.2110 -0.9693</w:t>
        <w:br/>
        <w:t>vn -0.2254 0.6998 -0.6778</w:t>
        <w:br/>
        <w:t>vn 0.6745 -0.3681 -0.6399</w:t>
        <w:br/>
        <w:t>vn -0.1095 -0.8964 0.4295</w:t>
        <w:br/>
        <w:t>vn 0.2826 -0.9587 0.0321</w:t>
        <w:br/>
        <w:t>vn 0.7172 -0.6538 -0.2412</w:t>
        <w:br/>
        <w:t>vn 0.2268 -0.9516 0.2072</w:t>
        <w:br/>
        <w:t>vn 0.5297 -0.7413 -0.4122</w:t>
        <w:br/>
        <w:t>vn 0.6593 -0.4425 -0.6079</w:t>
        <w:br/>
        <w:t>vn -0.0512 -0.9709 0.2341</w:t>
        <w:br/>
        <w:t>vn 0.5649 0.3365 -0.7534</w:t>
        <w:br/>
        <w:t>vn 0.6287 0.0194 -0.7774</w:t>
        <w:br/>
        <w:t>vn 0.6813 0.1567 -0.7151</w:t>
        <w:br/>
        <w:t>vn 0.7023 -0.1970 -0.6841</w:t>
        <w:br/>
        <w:t>vn 0.7885 -0.2305 -0.5702</w:t>
        <w:br/>
        <w:t>vn 0.4849 -0.0786 -0.8710</w:t>
        <w:br/>
        <w:t>vn 0.6071 0.0423 -0.7935</w:t>
        <w:br/>
        <w:t>vn 0.7266 0.3103 -0.6130</w:t>
        <w:br/>
        <w:t>vn 0.7928 0.0847 -0.6036</w:t>
        <w:br/>
        <w:t>vn 0.5582 0.4884 -0.6708</w:t>
        <w:br/>
        <w:t>vn 0.3922 0.3076 -0.8669</w:t>
        <w:br/>
        <w:t>vn 0.5624 0.5274 -0.6368</w:t>
        <w:br/>
        <w:t>vn 0.6583 0.7497 -0.0674</w:t>
        <w:br/>
        <w:t>vn 0.8413 0.5403 0.0201</w:t>
        <w:br/>
        <w:t>vn 0.7156 0.6955 -0.0648</w:t>
        <w:br/>
        <w:t>vn 0.7948 0.6067 -0.0114</w:t>
        <w:br/>
        <w:t>vn 0.8958 0.4293 0.1150</w:t>
        <w:br/>
        <w:t>vn 0.9021 0.4165 0.1131</w:t>
        <w:br/>
        <w:t>vn 0.8156 0.5075 0.2779</w:t>
        <w:br/>
        <w:t>vn 0.8487 0.5213 0.0891</w:t>
        <w:br/>
        <w:t>vn 0.6864 -0.1926 0.7013</w:t>
        <w:br/>
        <w:t>vn 0.5826 -0.0950 0.8072</w:t>
        <w:br/>
        <w:t>vn 0.4095 0.2047 0.8890</w:t>
        <w:br/>
        <w:t>vn 0.5288 0.4365 0.7279</w:t>
        <w:br/>
        <w:t>vn 0.8687 0.4067 0.2828</w:t>
        <w:br/>
        <w:t>vn 0.8903 0.4435 -0.1034</w:t>
        <w:br/>
        <w:t>vn 0.5582 0.4884 -0.6707</w:t>
        <w:br/>
        <w:t>vn 0.9711 0.2299 -0.0636</w:t>
        <w:br/>
        <w:t>vn -0.3506 -0.6392 -0.6845</w:t>
        <w:br/>
        <w:t>vn -0.4226 -0.7068 -0.5674</w:t>
        <w:br/>
        <w:t>vn -0.3248 -0.6586 -0.6788</w:t>
        <w:br/>
        <w:t>vn -0.3640 -0.6288 -0.6871</w:t>
        <w:br/>
        <w:t>vn 0.0500 -0.1049 -0.9932</w:t>
        <w:br/>
        <w:t>vn 0.3704 0.4594 -0.8073</w:t>
        <w:br/>
        <w:t>vn 0.0500 -0.1050 -0.9932</w:t>
        <w:br/>
        <w:t>vn 0.5690 0.7156 -0.4051</w:t>
        <w:br/>
        <w:t>vn 0.7145 0.6283 -0.3078</w:t>
        <w:br/>
        <w:t>vn 0.7820 0.3766 -0.4967</w:t>
        <w:br/>
        <w:t>vn 0.8114 0.1009 -0.5757</w:t>
        <w:br/>
        <w:t>vn 0.5575 -0.5739 -0.5999</w:t>
        <w:br/>
        <w:t>vn 0.6117 -0.5379 -0.5801</w:t>
        <w:br/>
        <w:t>vn -0.1063 -0.9837 -0.1450</w:t>
        <w:br/>
        <w:t>vn -0.0644 -0.9818 -0.1787</w:t>
        <w:br/>
        <w:t>vn -0.3844 -0.9218 0.0496</w:t>
        <w:br/>
        <w:t>vn -0.1851 -0.9762 -0.1131</w:t>
        <w:br/>
        <w:t>vn -0.2024 -0.9650 -0.1666</w:t>
        <w:br/>
        <w:t>vn 0.2210 -0.7539 -0.6187</w:t>
        <w:br/>
        <w:t>vn 0.4797 -0.1336 -0.8672</w:t>
        <w:br/>
        <w:t>vn 0.2209 -0.7539 -0.6187</w:t>
        <w:br/>
        <w:t>vn 0.4840 0.3534 -0.8005</w:t>
        <w:br/>
        <w:t>vn 0.4937 0.4914 -0.7174</w:t>
        <w:br/>
        <w:t>vn 0.6011 0.2461 -0.7603</w:t>
        <w:br/>
        <w:t>vn 0.6548 -0.0886 -0.7506</w:t>
        <w:br/>
        <w:t>vn 0.6199 -0.2617 -0.7398</w:t>
        <w:br/>
        <w:t>vn 0.4837 -0.5015 -0.7173</w:t>
        <w:br/>
        <w:t>vn 0.2910 -0.7781 -0.5566</w:t>
        <w:br/>
        <w:t>vn 0.2071 -0.8803 -0.4268</w:t>
        <w:br/>
        <w:t>vn -0.3094 -0.7206 0.6205</w:t>
        <w:br/>
        <w:t>vn -0.2461 -0.8355 0.4912</w:t>
        <w:br/>
        <w:t>vn -0.3306 -0.6630 0.6717</w:t>
        <w:br/>
        <w:t>vn -0.2311 -0.8881 0.3974</w:t>
        <w:br/>
        <w:t>vn 0.0093 -0.9730 -0.2306</w:t>
        <w:br/>
        <w:t>vn 0.1501 -0.6216 -0.7688</w:t>
        <w:br/>
        <w:t>vn 0.0093 -0.9730 -0.2305</w:t>
        <w:br/>
        <w:t>vn 0.0840 -0.0900 -0.9924</w:t>
        <w:br/>
        <w:t>vn -0.0830 0.5164 -0.8523</w:t>
        <w:br/>
        <w:t>vn -0.0830 0.5165 -0.8523</w:t>
        <w:br/>
        <w:t>vn -0.1938 0.7867 -0.5861</w:t>
        <w:br/>
        <w:t>vn 0.0574 0.5458 -0.8360</w:t>
        <w:br/>
        <w:t>vn 0.4430 -0.1798 -0.8783</w:t>
        <w:br/>
        <w:t>vn 0.5316 -0.5886 -0.6091</w:t>
        <w:br/>
        <w:t>vn 0.5271 -0.7466 -0.4058</w:t>
        <w:br/>
        <w:t>vn 0.5069 -0.8466 -0.1625</w:t>
        <w:br/>
        <w:t>vn 0.4569 -0.8497 0.2632</w:t>
        <w:br/>
        <w:t>vn 0.2162 -0.5281 0.8212</w:t>
        <w:br/>
        <w:t>vn 0.0429 -0.3361 0.9409</w:t>
        <w:br/>
        <w:t>vn 0.2740 -0.6789 0.6812</w:t>
        <w:br/>
        <w:t>vn 0.4062 -0.8841 0.2309</w:t>
        <w:br/>
        <w:t>vn 0.3593 -0.9146 -0.1855</w:t>
        <w:br/>
        <w:t>vn 0.1611 -0.7255 -0.6691</w:t>
        <w:br/>
        <w:t>vn -0.1633 -0.2873 -0.9438</w:t>
        <w:br/>
        <w:t>vn -0.0304 -0.4001 -0.9160</w:t>
        <w:br/>
        <w:t>vn 0.3839 -0.8093 -0.4446</w:t>
        <w:br/>
        <w:t>vn 0.5078 -0.8583 -0.0740</w:t>
        <w:br/>
        <w:t>vn 0.5576 -0.8212 0.1218</w:t>
        <w:br/>
        <w:t>vn 0.5886 -0.7405 0.3243</w:t>
        <w:br/>
        <w:t>vn 0.6054 -0.6040 0.5182</w:t>
        <w:br/>
        <w:t>vn 0.6057 -0.3934 0.6916</w:t>
        <w:br/>
        <w:t>vn 0.5655 -0.0624 0.8224</w:t>
        <w:br/>
        <w:t>vn 0.8666 0.0667 0.4945</w:t>
        <w:br/>
        <w:t>vn -0.1100 0.9400 0.3231</w:t>
        <w:br/>
        <w:t>vn -0.0508 0.9070 0.4181</w:t>
        <w:br/>
        <w:t>vn 0.1458 0.6092 0.7795</w:t>
        <w:br/>
        <w:t>vn -0.0509 0.9070 0.4181</w:t>
        <w:br/>
        <w:t>vn 0.2999 0.0402 0.9531</w:t>
        <w:br/>
        <w:t>vn 0.3247 -0.1831 0.9279</w:t>
        <w:br/>
        <w:t>vn -0.0021 -0.9860 0.1664</w:t>
        <w:br/>
        <w:t>vn -0.1099 -0.9911 -0.0750</w:t>
        <w:br/>
        <w:t>vn -0.2971 -0.8204 -0.4885</w:t>
        <w:br/>
        <w:t>vn -0.3317 -0.7332 -0.5936</w:t>
        <w:br/>
        <w:t>vn -0.2917 -0.7884 -0.5416</w:t>
        <w:br/>
        <w:t>vn 0.4441 -0.8494 0.2852</w:t>
        <w:br/>
        <w:t>vn 0.5155 -0.7394 0.4331</w:t>
        <w:br/>
        <w:t>vn 0.6015 -0.4991 0.6237</w:t>
        <w:br/>
        <w:t>vn 0.6194 -0.2934 0.7282</w:t>
        <w:br/>
        <w:t>vn 0.5605 -0.2156 0.7996</w:t>
        <w:br/>
        <w:t>vn 0.5023 0.0117 0.8646</w:t>
        <w:br/>
        <w:t>vn 0.4171 0.6878 0.5940</w:t>
        <w:br/>
        <w:t>vn 0.2219 0.9689 0.1099</w:t>
        <w:br/>
        <w:t>vn 0.4172 0.6878 0.5940</w:t>
        <w:br/>
        <w:t>vn 0.1515 0.9867 0.0590</w:t>
        <w:br/>
        <w:t>vn 0.1339 0.9871 0.0878</w:t>
        <w:br/>
        <w:t>vn 0.1455 -0.2781 0.9495</w:t>
        <w:br/>
        <w:t>vn 0.2612 0.0702 0.9627</w:t>
        <w:br/>
        <w:t>vn -0.0041 -0.6210 0.7838</w:t>
        <w:br/>
        <w:t>vn 0.0657 -0.5725 0.8173</w:t>
        <w:br/>
        <w:t>vn 0.2065 -0.4067 0.8899</w:t>
        <w:br/>
        <w:t>vn 0.3389 -0.2189 0.9150</w:t>
        <w:br/>
        <w:t>vn 0.4595 0.0062 0.8882</w:t>
        <w:br/>
        <w:t>vn 0.6070 0.4220 0.6734</w:t>
        <w:br/>
        <w:t>vn 0.1988 -0.0976 0.9752</w:t>
        <w:br/>
        <w:t>vn 0.2393 -0.1065 0.9651</w:t>
        <w:br/>
        <w:t>vn 0.2327 -0.1366 0.9629</w:t>
        <w:br/>
        <w:t>vn 0.3620 -0.0314 0.9316</w:t>
        <w:br/>
        <w:t>vn 0.3323 -0.1375 0.9331</w:t>
        <w:br/>
        <w:t>vn 0.3297 -0.1602 0.9304</w:t>
        <w:br/>
        <w:t>vn 0.3136 -0.1693 0.9344</w:t>
        <w:br/>
        <w:t>vn 0.6606 -0.1941 -0.7252</w:t>
        <w:br/>
        <w:t>vn 0.6267 -0.0083 -0.7792</w:t>
        <w:br/>
        <w:t>vn 0.2582 0.0270 0.9657</w:t>
        <w:br/>
        <w:t>vn 0.6544 0.2426 0.7162</w:t>
        <w:br/>
        <w:t>vn -0.0103 -0.2165 0.9762</w:t>
        <w:br/>
        <w:t>vn -0.0020 -0.4255 0.9050</w:t>
        <w:br/>
        <w:t>vn -0.1929 -0.2880 0.9380</w:t>
        <w:br/>
        <w:t>vn 0.3062 -0.2857 0.9081</w:t>
        <w:br/>
        <w:t>vn 0.4545 -0.2940 0.8408</w:t>
        <w:br/>
        <w:t>vn 0.1694 -0.5011 0.8487</w:t>
        <w:br/>
        <w:t>vn 0.8888 0.1038 0.4464</w:t>
        <w:br/>
        <w:t>vn 0.9458 0.2842 0.1569</w:t>
        <w:br/>
        <w:t>vn 0.7124 0.0952 0.6953</w:t>
        <w:br/>
        <w:t>vn 0.2898 -0.1044 0.9514</w:t>
        <w:br/>
        <w:t>vn 0.7123 0.0953 0.6954</w:t>
        <w:br/>
        <w:t>vn 0.3102 -0.1340 0.9412</w:t>
        <w:br/>
        <w:t>vn 0.7507 0.1766 0.6366</w:t>
        <w:br/>
        <w:t>vn 0.6907 0.0420 0.7219</w:t>
        <w:br/>
        <w:t>vn 0.8557 0.3117 0.4130</w:t>
        <w:br/>
        <w:t>vn 0.8247 0.5037 0.2572</w:t>
        <w:br/>
        <w:t>vn 0.8123 0.5790 0.0700</w:t>
        <w:br/>
        <w:t>vn 0.8247 0.5037 0.2571</w:t>
        <w:br/>
        <w:t>vn 0.1695 0.2349 0.9571</w:t>
        <w:br/>
        <w:t>vn 0.0008 0.0604 0.9982</w:t>
        <w:br/>
        <w:t>vn 0.0565 0.1527 0.9867</w:t>
        <w:br/>
        <w:t>vn -0.0840 -0.0287 0.9961</w:t>
        <w:br/>
        <w:t>vn 0.1792 0.0231 0.9835</w:t>
        <w:br/>
        <w:t>vn -0.0205 -0.1179 0.9928</w:t>
        <w:br/>
        <w:t>vn 0.3246 0.1003 0.9405</w:t>
        <w:br/>
        <w:t>vn 0.4265 0.2646 0.8649</w:t>
        <w:br/>
        <w:t>vn 0.5144 0.3170 0.7968</w:t>
        <w:br/>
        <w:t>vn 0.3632 0.2447 0.8990</w:t>
        <w:br/>
        <w:t>vn 0.2686 0.1376 0.9534</w:t>
        <w:br/>
        <w:t>vn 0.4062 0.2340 0.8833</w:t>
        <w:br/>
        <w:t>vn 0.4063 0.2340 0.8833</w:t>
        <w:br/>
        <w:t>vn 0.3553 0.1655 0.9200</w:t>
        <w:br/>
        <w:t>vn 0.3553 0.1656 0.9200</w:t>
        <w:br/>
        <w:t>vn 0.4083 0.2647 0.8736</w:t>
        <w:br/>
        <w:t>vn 0.4096 0.2047 0.8890</w:t>
        <w:br/>
        <w:t>vn -0.5659 -0.7208 -0.4001</w:t>
        <w:br/>
        <w:t>vn -0.5732 -0.7882 -0.2240</w:t>
        <w:br/>
        <w:t>vn -0.3580 -0.8890 0.2853</w:t>
        <w:br/>
        <w:t>vn -0.6308 -0.3839 -0.6743</w:t>
        <w:br/>
        <w:t>vn -0.4273 0.5052 -0.7498</w:t>
        <w:br/>
        <w:t>vn -0.1597 0.5978 -0.7856</w:t>
        <w:br/>
        <w:t>vn -0.3920 0.3022 -0.8689</w:t>
        <w:br/>
        <w:t>vn -0.7213 0.2833 -0.6320</w:t>
        <w:br/>
        <w:t>vn -0.1318 0.5298 -0.8378</w:t>
        <w:br/>
        <w:t>vn -0.1891 -0.9651 -0.1810</w:t>
        <w:br/>
        <w:t>vn -0.1318 -0.9901 -0.0477</w:t>
        <w:br/>
        <w:t>vn -0.1492 -0.9603 -0.2356</w:t>
        <w:br/>
        <w:t>vn -0.3337 -0.7988 -0.5006</w:t>
        <w:br/>
        <w:t>vn -0.5374 0.6137 -0.5784</w:t>
        <w:br/>
        <w:t>vn -0.5743 0.3330 -0.7479</w:t>
        <w:br/>
        <w:t>vn -0.5508 0.2169 -0.8060</w:t>
        <w:br/>
        <w:t>vn -0.5685 0.4422 -0.6938</w:t>
        <w:br/>
        <w:t>vn -0.5883 0.3385 -0.7344</w:t>
        <w:br/>
        <w:t>vn -0.0169 0.9946 0.1028</w:t>
        <w:br/>
        <w:t>vn -0.0414 0.9983 -0.0399</w:t>
        <w:br/>
        <w:t>vn -0.3296 -0.4084 -0.8512</w:t>
        <w:br/>
        <w:t>vn -0.3936 -0.1336 -0.9095</w:t>
        <w:br/>
        <w:t>vn -0.4838 -0.2353 -0.8430</w:t>
        <w:br/>
        <w:t>vn -0.5767 0.8162 -0.0358</w:t>
        <w:br/>
        <w:t>vn -0.6361 0.6772 -0.3697</w:t>
        <w:br/>
        <w:t>vn -0.6211 0.2433 -0.7450</w:t>
        <w:br/>
        <w:t>vn -0.3914 0.8063 0.4435</w:t>
        <w:br/>
        <w:t>vn -0.0395 0.5119 0.8581</w:t>
        <w:br/>
        <w:t>vn -0.2316 0.8361 0.4974</w:t>
        <w:br/>
        <w:t>vn -0.3697 0.9259 -0.0781</w:t>
        <w:br/>
        <w:t>vn -0.2642 0.5250 -0.8091</w:t>
        <w:br/>
        <w:t>vn -0.6154 0.7864 -0.0532</w:t>
        <w:br/>
        <w:t>vn -0.1517 0.3815 -0.9119</w:t>
        <w:br/>
        <w:t>vn -0.5521 0.3050 0.7760</w:t>
        <w:br/>
        <w:t>vn -0.6172 0.6089 0.4983</w:t>
        <w:br/>
        <w:t>vn 0.1543 -0.6750 0.7215</w:t>
        <w:br/>
        <w:t>vn -0.0040 -0.5916 0.8062</w:t>
        <w:br/>
        <w:t>vn 0.1106 -0.7155 0.6898</w:t>
        <w:br/>
        <w:t>vn -0.1075 0.4287 0.8971</w:t>
        <w:br/>
        <w:t>vn -0.1024 0.2346 0.9667</w:t>
        <w:br/>
        <w:t>vn -0.5886 0.3880 0.7092</w:t>
        <w:br/>
        <w:t>vn -0.4762 0.7621 0.4387</w:t>
        <w:br/>
        <w:t>vn -0.2279 0.9734 0.0233</w:t>
        <w:br/>
        <w:t>vn -0.6134 0.4666 0.6372</w:t>
        <w:br/>
        <w:t>vn 0.1352 0.8861 -0.4433</w:t>
        <w:br/>
        <w:t>vn -0.1444 0.9638 -0.2242</w:t>
        <w:br/>
        <w:t>vn -0.4340 -0.4064 0.8041</w:t>
        <w:br/>
        <w:t>vn -0.6174 -0.1687 0.7684</w:t>
        <w:br/>
        <w:t>vn -0.4545 -0.0694 0.8881</w:t>
        <w:br/>
        <w:t>vn -0.6706 0.2014 0.7139</w:t>
        <w:br/>
        <w:t>vn -0.6949 0.1144 0.7100</w:t>
        <w:br/>
        <w:t>vn -0.6014 -0.1417 0.7862</w:t>
        <w:br/>
        <w:t>vn -0.5883 0.5601 0.5833</w:t>
        <w:br/>
        <w:t>vn -0.7974 -0.0549 0.6010</w:t>
        <w:br/>
        <w:t>vn -0.6907 -0.4384 0.5752</w:t>
        <w:br/>
        <w:t>vn 0.4687 0.4208 0.7767</w:t>
        <w:br/>
        <w:t>vn -0.4579 -0.6010 0.6551</w:t>
        <w:br/>
        <w:t>vn 0.4649 0.3866 0.7965</w:t>
        <w:br/>
        <w:t>vn -0.2561 -0.6688 0.6980</w:t>
        <w:br/>
        <w:t>vn -0.4579 -0.6011 0.6550</w:t>
        <w:br/>
        <w:t>vn 0.5476 0.2754 0.7901</w:t>
        <w:br/>
        <w:t>vn 0.7767 0.2848 0.5618</w:t>
        <w:br/>
        <w:t>vn -0.4686 -0.8667 0.1711</w:t>
        <w:br/>
        <w:t>vn -0.5038 -0.8310 0.2358</w:t>
        <w:br/>
        <w:t>vn -0.4265 -0.8012 0.4197</w:t>
        <w:br/>
        <w:t>vn -0.4778 -0.8766 0.0579</w:t>
        <w:br/>
        <w:t>vn -0.2943 -0.9138 0.2799</w:t>
        <w:br/>
        <w:t>vn -0.1786 -0.8152 0.5509</w:t>
        <w:br/>
        <w:t>vn -0.2223 -0.9404 0.2574</w:t>
        <w:br/>
        <w:t>vn -0.0634 -0.9233 0.3789</w:t>
        <w:br/>
        <w:t>vn -0.4581 -0.8874 0.0512</w:t>
        <w:br/>
        <w:t>vn -0.5612 0.0841 -0.8234</w:t>
        <w:br/>
        <w:t>vn -0.4050 0.1356 -0.9042</w:t>
        <w:br/>
        <w:t>vn -0.3222 -0.8476 0.4216</w:t>
        <w:br/>
        <w:t>vn -0.5659 -0.7209 -0.4001</w:t>
        <w:br/>
        <w:t>vn -0.4952 -0.3573 -0.7919</w:t>
        <w:br/>
        <w:t>vn -0.3980 -0.1381 -0.9069</w:t>
        <w:br/>
        <w:t>vn -0.4593 -0.8882 0.0120</w:t>
        <w:br/>
        <w:t>vn -0.5287 -0.8058 0.2667</w:t>
        <w:br/>
        <w:t>vn -0.5533 -0.6714 0.4930</w:t>
        <w:br/>
        <w:t>vn -0.5649 -0.5480 0.6169</w:t>
        <w:br/>
        <w:t>vn -0.2003 0.1442 0.9691</w:t>
        <w:br/>
        <w:t>vn -0.4821 -0.2575 0.8374</w:t>
        <w:br/>
        <w:t>vn 0.7975 0.4217 0.4315</w:t>
        <w:br/>
        <w:t>vn 0.4403 0.6344 0.6354</w:t>
        <w:br/>
        <w:t>vn 0.7425 0.3398 0.5773</w:t>
        <w:br/>
        <w:t>vn -0.3999 -0.4530 0.7968</w:t>
        <w:br/>
        <w:t>vn -0.2971 -0.3483 0.8890</w:t>
        <w:br/>
        <w:t>vn -0.5996 -0.6782 0.4249</w:t>
        <w:br/>
        <w:t>vn -0.7136 -0.6422 0.2798</w:t>
        <w:br/>
        <w:t>vn -0.7804 -0.3965 0.4835</w:t>
        <w:br/>
        <w:t>vn -0.8002 -0.0815 0.5941</w:t>
        <w:br/>
        <w:t>vn -0.6076 0.5312 0.5905</w:t>
        <w:br/>
        <w:t>vn 0.0215 0.9764 0.2151</w:t>
        <w:br/>
        <w:t>vn 0.0604 0.9934 0.0977</w:t>
        <w:br/>
        <w:t>vn 0.3859 0.9195 -0.0748</w:t>
        <w:br/>
        <w:t>vn 0.2506 0.9638 0.0913</w:t>
        <w:br/>
        <w:t>vn 0.2025 0.9793 -0.0082</w:t>
        <w:br/>
        <w:t>vn -0.2013 0.7660 0.6105</w:t>
        <w:br/>
        <w:t>vn -0.2013 0.7660 0.6106</w:t>
        <w:br/>
        <w:t>vn -0.4904 0.0777 0.8680</w:t>
        <w:br/>
        <w:t>vn -0.4858 -0.3953 0.7796</w:t>
        <w:br/>
        <w:t>vn -0.4958 -0.4857 0.7199</w:t>
        <w:br/>
        <w:t>vn -0.6011 -0.2383 0.7629</w:t>
        <w:br/>
        <w:t>vn -0.6539 0.0861 0.7517</w:t>
        <w:br/>
        <w:t>vn -0.6193 0.2621 0.7401</w:t>
        <w:br/>
        <w:t>vn -0.4816 0.5041 0.7169</w:t>
        <w:br/>
        <w:t>vn -0.2764 0.7917 0.5448</w:t>
        <w:br/>
        <w:t>vn 0.0245 0.9991 -0.0336</w:t>
        <w:br/>
        <w:t>vn 0.2889 0.7420 -0.6050</w:t>
        <w:br/>
        <w:t>vn 0.3203 0.6625 -0.6771</w:t>
        <w:br/>
        <w:t>vn 0.2410 0.8605 -0.4489</w:t>
        <w:br/>
        <w:t>vn 0.0400 0.9742 0.2223</w:t>
        <w:br/>
        <w:t>vn 0.1031 0.9305 -0.3515</w:t>
        <w:br/>
        <w:t>vn 0.0400 0.9742 0.2222</w:t>
        <w:br/>
        <w:t>vn -0.0701 0.5401 0.8387</w:t>
        <w:br/>
        <w:t>vn 0.0126 0.0205 0.9997</w:t>
        <w:br/>
        <w:t>vn 0.1675 -0.5814 0.7962</w:t>
        <w:br/>
        <w:t>vn 0.2116 -0.8121 0.5438</w:t>
        <w:br/>
        <w:t>vn -0.0676 -0.5121 0.8563</w:t>
        <w:br/>
        <w:t>vn -0.4385 0.1769 0.8811</w:t>
        <w:br/>
        <w:t>vn -0.5289 0.5855 0.6144</w:t>
        <w:br/>
        <w:t>vn -0.5264 0.7460 0.4080</w:t>
        <w:br/>
        <w:t>vn -0.5043 0.8503 0.1505</w:t>
        <w:br/>
        <w:t>vn -0.4483 0.8501 -0.2764</w:t>
        <w:br/>
        <w:t>vn -0.2226 0.5398 -0.8118</w:t>
        <w:br/>
        <w:t>vn -0.0457 0.3343 -0.9414</w:t>
        <w:br/>
        <w:t>vn -0.2647 0.6831 -0.6807</w:t>
        <w:br/>
        <w:t>vn -0.2647 0.6831 -0.6806</w:t>
        <w:br/>
        <w:t>vn -0.4004 0.8910 -0.2141</w:t>
        <w:br/>
        <w:t>vn -0.3567 0.9178 0.1746</w:t>
        <w:br/>
        <w:t>vn -0.1517 0.7253 0.6715</w:t>
        <w:br/>
        <w:t>vn 0.1515 0.2938 0.9438</w:t>
        <w:br/>
        <w:t>vn 0.0193 0.4124 0.9108</w:t>
        <w:br/>
        <w:t>vn -0.3715 0.8092 0.4553</w:t>
        <w:br/>
        <w:t>vn -0.5008 0.8620 0.0782</w:t>
        <w:br/>
        <w:t>vn -0.5513 0.8252 -0.1230</w:t>
        <w:br/>
        <w:t>vn -0.5835 0.7444 -0.3247</w:t>
        <w:br/>
        <w:t>vn -0.6021 0.6117 -0.5131</w:t>
        <w:br/>
        <w:t>vn -0.6027 0.3993 -0.6909</w:t>
        <w:br/>
        <w:t>vn -0.5604 0.0516 -0.8266</w:t>
        <w:br/>
        <w:t>vn -0.2965 -0.6051 -0.7389</w:t>
        <w:br/>
        <w:t>vn 0.0053 -0.8951 -0.4457</w:t>
        <w:br/>
        <w:t>vn -0.1387 -0.6234 -0.7695</w:t>
        <w:br/>
        <w:t>vn -0.2929 -0.0586 -0.9543</w:t>
        <w:br/>
        <w:t>vn -0.3207 0.1072 -0.9411</w:t>
        <w:br/>
        <w:t>vn 0.0243 0.9911 -0.1307</w:t>
        <w:br/>
        <w:t>vn 0.1227 0.9873 0.1005</w:t>
        <w:br/>
        <w:t>vn 0.2866 0.8187 0.4976</w:t>
        <w:br/>
        <w:t>vn 0.2942 0.7666 0.5708</w:t>
        <w:br/>
        <w:t>vn 0.2367 0.8418 0.4851</w:t>
        <w:br/>
        <w:t>vn -0.4285 0.8607 -0.2748</w:t>
        <w:br/>
        <w:t>vn -0.5043 0.7464 -0.4343</w:t>
        <w:br/>
        <w:t>vn -0.5925 0.4981 -0.6332</w:t>
        <w:br/>
        <w:t>vn -0.6106 0.2921 -0.7361</w:t>
        <w:br/>
        <w:t>vn -0.5524 0.2097 -0.8068</w:t>
        <w:br/>
        <w:t>vn -0.4959 -0.0292 -0.8679</w:t>
        <w:br/>
        <w:t>vn -0.4132 -0.6766 -0.6094</w:t>
        <w:br/>
        <w:t>vn -0.2285 -0.9655 -0.1251</w:t>
        <w:br/>
        <w:t>vn -0.1290 -0.9911 0.0323</w:t>
        <w:br/>
        <w:t>vn -0.0941 -0.9932 0.0685</w:t>
        <w:br/>
        <w:t>vn -0.2254 0.0503 -0.9730</w:t>
        <w:br/>
        <w:t>vn -0.1202 0.3720 -0.9204</w:t>
        <w:br/>
        <w:t>vn 0.0076 0.6502 -0.7597</w:t>
        <w:br/>
        <w:t>vn -0.0681 0.5701 -0.8187</w:t>
        <w:br/>
        <w:t>vn -0.2083 0.4036 -0.8909</w:t>
        <w:br/>
        <w:t>vn -0.3395 0.2169 -0.9153</w:t>
        <w:br/>
        <w:t>vn -0.4659 -0.0210 -0.8846</w:t>
        <w:br/>
        <w:t>vn -0.6085 -0.4444 -0.6574</w:t>
        <w:br/>
        <w:t>vn -0.2266 0.1467 -0.9629</w:t>
        <w:br/>
        <w:t>vn -0.2295 0.1769 -0.9571</w:t>
        <w:br/>
        <w:t>vn -0.4729 0.0654 -0.8787</w:t>
        <w:br/>
        <w:t>vn -0.3021 0.1360 -0.9435</w:t>
        <w:br/>
        <w:t>vn -0.4275 0.0338 -0.9034</w:t>
        <w:br/>
        <w:t>vn -0.5218 -0.0534 -0.8514</w:t>
        <w:br/>
        <w:t>vn -0.9509 -0.1609 0.2642</w:t>
        <w:br/>
        <w:t>vn -0.7534 -0.5388 0.3770</w:t>
        <w:br/>
        <w:t>vn -0.6128 -0.2868 -0.7363</w:t>
        <w:br/>
        <w:t>vn -0.1524 0.0117 -0.9882</w:t>
        <w:br/>
        <w:t>vn 0.2379 0.2658 -0.9342</w:t>
        <w:br/>
        <w:t>vn 0.0470 0.3022 -0.9521</w:t>
        <w:br/>
        <w:t>vn -0.0614 0.3802 -0.9228</w:t>
        <w:br/>
        <w:t>vn -0.4810 0.2376 -0.8439</w:t>
        <w:br/>
        <w:t>vn -0.9284 -0.0741 -0.3642</w:t>
        <w:br/>
        <w:t>vn -0.9647 -0.2635 -0.0001</w:t>
        <w:br/>
        <w:t>vn -0.9186 0.1012 -0.3821</w:t>
        <w:br/>
        <w:t>vn -0.9646 -0.2636 0.0001</w:t>
        <w:br/>
        <w:t>vn 0.2825 -0.4341 -0.8554</w:t>
        <w:br/>
        <w:t>vn -0.2217 0.1684 -0.9605</w:t>
        <w:br/>
        <w:t>vn -0.2747 0.1550 -0.9490</w:t>
        <w:br/>
        <w:t>vn -0.2746 0.1550 -0.9490</w:t>
        <w:br/>
        <w:t>vn -0.7424 -0.1539 -0.6520</w:t>
        <w:br/>
        <w:t>vn -0.6787 -0.0326 -0.7337</w:t>
        <w:br/>
        <w:t>vn -0.8461 -0.2761 -0.4560</w:t>
        <w:br/>
        <w:t>vn -0.8687 -0.4816 -0.1161</w:t>
        <w:br/>
        <w:t>vn -0.8132 -0.5310 0.2383</w:t>
        <w:br/>
        <w:t>vn 0.0376 -0.0362 -0.9986</w:t>
        <w:br/>
        <w:t>vn -0.0419 -0.1594 -0.9863</w:t>
        <w:br/>
        <w:t>vn 0.4400 -0.4797 -0.7591</w:t>
        <w:br/>
        <w:t>vn 0.0184 -0.1080 -0.9940</w:t>
        <w:br/>
        <w:t>vn 0.0772 0.0259 -0.9967</w:t>
        <w:br/>
        <w:t>vn -0.0127 0.1031 -0.9946</w:t>
        <w:br/>
        <w:t>vn -0.1941 -0.0190 -0.9808</w:t>
        <w:br/>
        <w:t>vn -0.3282 -0.0845 -0.9408</w:t>
        <w:br/>
        <w:t>vn -0.5166 -0.3013 -0.8015</w:t>
        <w:br/>
        <w:t>vn -0.4249 -0.2511 -0.8697</w:t>
        <w:br/>
        <w:t>vn -0.3706 -0.2455 -0.8958</w:t>
        <w:br/>
        <w:t>vn -0.2641 -0.1332 -0.9553</w:t>
        <w:br/>
        <w:t>vn -0.4082 -0.2379 -0.8814</w:t>
        <w:br/>
        <w:t>vn -0.3568 -0.1673 -0.9191</w:t>
        <w:br/>
        <w:t>vn -0.4098 -0.2688 -0.8717</w:t>
        <w:br/>
        <w:t>vn -0.3980 -0.1382 -0.9069</w:t>
        <w:br/>
        <w:t>vn 0.7612 -0.6470 -0.0436</w:t>
        <w:br/>
        <w:t>vn 0.7967 -0.6039 0.0233</w:t>
        <w:br/>
        <w:t>vn 0.7612 -0.6471 -0.0436</w:t>
        <w:br/>
        <w:t>vn 0.9320 0.2209 0.2872</w:t>
        <w:br/>
        <w:t>vn 0.9565 0.1985 0.2138</w:t>
        <w:br/>
        <w:t>vn 0.9597 0.2337 0.1560</w:t>
        <w:br/>
        <w:t>vn 0.9020 0.4166 0.1131</w:t>
        <w:br/>
        <w:t>vn 0.8834 0.0959 0.4586</w:t>
        <w:br/>
        <w:t>vn 0.8911 0.2184 0.3978</w:t>
        <w:br/>
        <w:t>vn 0.9584 0.2806 0.0527</w:t>
        <w:br/>
        <w:t>vn 0.8994 0.4369 0.0110</w:t>
        <w:br/>
        <w:t>vn 0.6517 -0.7356 -0.1846</w:t>
        <w:br/>
        <w:t>vn 0.9209 -0.0375 0.3880</w:t>
        <w:br/>
        <w:t>vn 0.9390 0.2982 0.1715</w:t>
        <w:br/>
        <w:t>vn 0.9383 -0.0730 0.3380</w:t>
        <w:br/>
        <w:t>vn 0.9349 -0.0720 0.3475</w:t>
        <w:br/>
        <w:t>vn 0.9400 0.0189 0.3408</w:t>
        <w:br/>
        <w:t>vn 0.9671 0.1461 0.2084</w:t>
        <w:br/>
        <w:t>vn 0.9399 0.0190 0.3408</w:t>
        <w:br/>
        <w:t>vn 0.7975 0.4217 0.4314</w:t>
        <w:br/>
        <w:t>vn 0.9940 0.0873 0.0658</w:t>
        <w:br/>
        <w:t>vn 0.9988 0.0384 0.0310</w:t>
        <w:br/>
        <w:t>vn 0.9965 0.0825 0.0129</w:t>
        <w:br/>
        <w:t>vn 0.9900 0.0783 0.1171</w:t>
        <w:br/>
        <w:t>vn 0.9780 -0.0674 0.1975</w:t>
        <w:br/>
        <w:t>vn 0.9535 -0.2791 0.1137</w:t>
        <w:br/>
        <w:t>vn 0.9363 -0.2926 0.1943</w:t>
        <w:br/>
        <w:t>vn 0.9031 -0.2714 0.3329</w:t>
        <w:br/>
        <w:t>vn 0.8845 -0.2653 0.3839</w:t>
        <w:br/>
        <w:t>vn 0.8844 -0.2653 0.3839</w:t>
        <w:br/>
        <w:t>vn 0.9027 -0.1511 0.4030</w:t>
        <w:br/>
        <w:t>vn 0.9026 -0.1511 0.4030</w:t>
        <w:br/>
        <w:t>vn 0.9339 -0.0927 0.3452</w:t>
        <w:br/>
        <w:t>vn 0.9428 -0.1019 0.3174</w:t>
        <w:br/>
        <w:t>vn 0.9428 -0.1018 0.3174</w:t>
        <w:br/>
        <w:t>vn 0.9291 -0.1173 0.3506</w:t>
        <w:br/>
        <w:t>vn 0.9291 -0.1172 0.3507</w:t>
        <w:br/>
        <w:t>vn 0.9056 -0.2181 0.3638</w:t>
        <w:br/>
        <w:t>vn 0.9132 -0.3173 0.2556</w:t>
        <w:br/>
        <w:t>vn 0.9483 -0.2898 0.1295</w:t>
        <w:br/>
        <w:t>vn 0.9613 -0.2519 0.1113</w:t>
        <w:br/>
        <w:t>vn 0.9438 -0.2739 0.1852</w:t>
        <w:br/>
        <w:t>vn 0.9437 -0.2739 0.1852</w:t>
        <w:br/>
        <w:t>vn 0.9203 -0.2721 0.2812</w:t>
        <w:br/>
        <w:t>vn 0.9279 -0.1972 0.3163</w:t>
        <w:br/>
        <w:t>vn 0.9495 -0.1430 0.2791</w:t>
        <w:br/>
        <w:t>vn 0.9666 -0.1587 0.2012</w:t>
        <w:br/>
        <w:t>vn 0.9658 -0.2526 0.0593</w:t>
        <w:br/>
        <w:t>vn 0.9266 -0.3760 0.0015</w:t>
        <w:br/>
        <w:t>vn 0.9146 -0.4024 0.0402</w:t>
        <w:br/>
        <w:t>vn 0.9516 -0.3057 0.0302</w:t>
        <w:br/>
        <w:t>vn 0.9808 -0.1779 0.0799</w:t>
        <w:br/>
        <w:t>vn 0.9727 -0.1528 0.1748</w:t>
        <w:br/>
        <w:t>vn 0.9652 -0.2040 0.1639</w:t>
        <w:br/>
        <w:t>vn 0.9652 -0.2040 0.1638</w:t>
        <w:br/>
        <w:t>vn 0.9795 -0.1950 0.0514</w:t>
        <w:br/>
        <w:t>vn 0.9794 -0.1950 0.0514</w:t>
        <w:br/>
        <w:t>vn 0.9862 -0.1655 0.0064</w:t>
        <w:br/>
        <w:t>vn 0.9757 -0.1816 0.1228</w:t>
        <w:br/>
        <w:t>vn 0.9611 -0.0438 0.2726</w:t>
        <w:br/>
        <w:t>vn 0.9395 0.1848 0.2884</w:t>
        <w:br/>
        <w:t>vn 0.9313 0.2843 0.2277</w:t>
        <w:br/>
        <w:t>vn 0.9361 0.3052 0.1751</w:t>
        <w:br/>
        <w:t>vn 0.9738 0.1963 0.1146</w:t>
        <w:br/>
        <w:t>vn 0.9864 0.0043 0.1646</w:t>
        <w:br/>
        <w:t>vn 0.9864 0.0043 0.1645</w:t>
        <w:br/>
        <w:t>vn 0.9739 -0.0600 0.2187</w:t>
        <w:br/>
        <w:t>vn 0.9860 0.0589 0.1558</w:t>
        <w:br/>
        <w:t>vn 0.9860 0.0589 0.1559</w:t>
        <w:br/>
        <w:t>vn 0.9479 0.1989 0.2489</w:t>
        <w:br/>
        <w:t>vn 0.9479 0.1989 0.2488</w:t>
        <w:br/>
        <w:t>vn 0.9590 0.2145 0.1854</w:t>
        <w:br/>
        <w:t>vn 0.9590 0.2145 0.1855</w:t>
        <w:br/>
        <w:t>vn 0.9967 0.0527 -0.0610</w:t>
        <w:br/>
        <w:t>vn 0.9855 -0.0905 -0.1435</w:t>
        <w:br/>
        <w:t>vn 0.9912 0.0293 -0.1292</w:t>
        <w:br/>
        <w:t>vn 0.9465 0.2803 -0.1602</w:t>
        <w:br/>
        <w:t>vn 0.8715 0.4044 -0.2773</w:t>
        <w:br/>
        <w:t>vn 0.8534 0.4050 -0.3281</w:t>
        <w:br/>
        <w:t>vn 0.8527 0.3876 -0.3502</w:t>
        <w:br/>
        <w:t>vn 0.8527 0.3877 -0.3502</w:t>
        <w:br/>
        <w:t>vn 0.8467 0.3787 -0.3736</w:t>
        <w:br/>
        <w:t>vn 0.8467 0.3788 -0.3736</w:t>
        <w:br/>
        <w:t>vn 0.8433 0.3489 -0.4087</w:t>
        <w:br/>
        <w:t>vn 0.9050 0.1808 -0.3850</w:t>
        <w:br/>
        <w:t>vn 0.9050 0.1808 -0.3851</w:t>
        <w:br/>
        <w:t>vn 0.9884 0.0083 -0.1515</w:t>
        <w:br/>
        <w:t>vn 0.9428 0.0413 -0.3309</w:t>
        <w:br/>
        <w:t>vn 0.9980 0.0111 0.0630</w:t>
        <w:br/>
        <w:t>vn 0.9998 -0.0051 -0.0170</w:t>
        <w:br/>
        <w:t>vn 0.9840 0.0749 -0.1616</w:t>
        <w:br/>
        <w:t>vn 0.9767 0.2064 -0.0582</w:t>
        <w:br/>
        <w:t>vn 0.9919 0.0404 0.1206</w:t>
        <w:br/>
        <w:t>vn 0.9919 0.0403 0.1206</w:t>
        <w:br/>
        <w:t>vn 0.9858 -0.1542 0.0671</w:t>
        <w:br/>
        <w:t>vn 0.9963 -0.0725 -0.0454</w:t>
        <w:br/>
        <w:t>vn 0.9735 0.1405 -0.1805</w:t>
        <w:br/>
        <w:t>vn 0.9096 0.1813 -0.3739</w:t>
        <w:br/>
        <w:t>vn 0.8860 0.0379 -0.4621</w:t>
        <w:br/>
        <w:t>vn 0.8716 -0.1748 -0.4580</w:t>
        <w:br/>
        <w:t>vn 0.8383 -0.3833 -0.3876</w:t>
        <w:br/>
        <w:t>vn 0.8383 -0.3833 -0.3877</w:t>
        <w:br/>
        <w:t>vn 0.8268 -0.5053 -0.2471</w:t>
        <w:br/>
        <w:t>vn 0.8268 -0.5052 -0.2471</w:t>
        <w:br/>
        <w:t>vn 0.8650 -0.4851 -0.1283</w:t>
        <w:br/>
        <w:t>vn 0.8650 -0.4851 -0.1284</w:t>
        <w:br/>
        <w:t>vn 0.9112 -0.3892 -0.1353</w:t>
        <w:br/>
        <w:t>vn 0.9133 -0.3925 -0.1086</w:t>
        <w:br/>
        <w:t>vn 0.9133 -0.3924 -0.1086</w:t>
        <w:br/>
        <w:t>vn 0.8759 -0.4656 -0.1267</w:t>
        <w:br/>
        <w:t>vn 0.8862 -0.4144 -0.2074</w:t>
        <w:br/>
        <w:t>vn 0.9126 -0.3462 -0.2175</w:t>
        <w:br/>
        <w:t>vn 0.9126 -0.3462 -0.2174</w:t>
        <w:br/>
        <w:t>vn 0.8721 -0.4003 -0.2816</w:t>
        <w:br/>
        <w:t>vn 0.8720 -0.4003 -0.2816</w:t>
        <w:br/>
        <w:t>vn 0.7886 -0.5000 -0.3579</w:t>
        <w:br/>
        <w:t>vn 0.6962 -0.6187 -0.3639</w:t>
        <w:br/>
        <w:t>vn 0.6532 -0.7044 -0.2779</w:t>
        <w:br/>
        <w:t>vn 0.7155 -0.6923 -0.0939</w:t>
        <w:br/>
        <w:t>vn 0.7155 -0.6922 -0.0939</w:t>
        <w:br/>
        <w:t>vn 0.5146 -0.8076 -0.2881</w:t>
        <w:br/>
        <w:t>vn 0.5145 -0.8076 -0.2882</w:t>
        <w:br/>
        <w:t>vn 0.5682 -0.7762 -0.2734</w:t>
        <w:br/>
        <w:t>vn 0.5154 -0.8053 -0.2930</w:t>
        <w:br/>
        <w:t>vn 0.5155 -0.8053 -0.2929</w:t>
        <w:br/>
        <w:t>vn 0.5556 -0.7384 -0.3822</w:t>
        <w:br/>
        <w:t>vn 0.5774 -0.6719 -0.4638</w:t>
        <w:br/>
        <w:t>vn 0.5044 -0.5641 -0.6537</w:t>
        <w:br/>
        <w:t>vn 0.5397 -0.4737 -0.6960</w:t>
        <w:br/>
        <w:t>vn 0.5044 -0.5642 -0.6536</w:t>
        <w:br/>
        <w:t>vn 0.6605 -0.1941 -0.7253</w:t>
        <w:br/>
        <w:t>vn 0.7241 -0.6095 -0.3229</w:t>
        <w:br/>
        <w:t>vn 0.6683 -0.7236 -0.1726</w:t>
        <w:br/>
        <w:t>vn 0.7023 -0.7080 -0.0739</w:t>
        <w:br/>
        <w:t>vn 0.7023 -0.7080 -0.0740</w:t>
        <w:br/>
        <w:t>vn 0.5000 -0.6480 -0.5745</w:t>
        <w:br/>
        <w:t>vn 0.5000 -0.6480 -0.5746</w:t>
        <w:br/>
        <w:t>vn 0.6180 -0.6973 -0.3631</w:t>
        <w:br/>
        <w:t>vn 0.3860 -0.4521 -0.8041</w:t>
        <w:br/>
        <w:t>vn 0.3572 -0.5463 -0.7576</w:t>
        <w:br/>
        <w:t>vn 0.2824 -0.4341 -0.8554</w:t>
        <w:br/>
        <w:t>vn 0.5072 -0.6272 -0.5911</w:t>
        <w:br/>
        <w:t>vn 0.3695 -0.8756 -0.3112</w:t>
        <w:br/>
        <w:t>vn 0.2547 -0.9318 -0.2586</w:t>
        <w:br/>
        <w:t>vn 0.2546 -0.9318 -0.2586</w:t>
        <w:br/>
        <w:t>vn 0.3287 -0.8830 -0.3350</w:t>
        <w:br/>
        <w:t>vn 0.4339 -0.6907 -0.5785</w:t>
        <w:br/>
        <w:t>vn 0.4400 -0.4798 -0.7591</w:t>
        <w:br/>
        <w:t>vn 0.5017 -0.4803 -0.7194</w:t>
        <w:br/>
        <w:t>vn 0.6232 -0.5741 -0.5311</w:t>
        <w:br/>
        <w:t>vn 0.6448 -0.7001 -0.3067</w:t>
        <w:br/>
        <w:t>vn 0.6448 -0.7001 -0.3068</w:t>
        <w:br/>
        <w:t>vn 0.6430 -0.7108 -0.2852</w:t>
        <w:br/>
        <w:t>vn 0.6146 -0.7395 -0.2747</w:t>
        <w:br/>
        <w:t>vn 0.5214 -0.8299 -0.1985</w:t>
        <w:br/>
        <w:t>vn 0.5215 -0.8299 -0.1985</w:t>
        <w:br/>
        <w:t>vn 0.5377 -0.8329 -0.1310</w:t>
        <w:br/>
        <w:t>vn 0.6644 -0.7393 -0.1094</w:t>
        <w:br/>
        <w:t>vn 0.7551 -0.6520 -0.0686</w:t>
        <w:br/>
        <w:t>vn 0.7551 -0.6521 -0.0686</w:t>
        <w:br/>
        <w:t>vn 0.9835 -0.1505 -0.1007</w:t>
        <w:br/>
        <w:t>vn 0.9006 -0.4259 -0.0870</w:t>
        <w:br/>
        <w:t>vn 0.9006 -0.4259 -0.0869</w:t>
        <w:br/>
        <w:t>vn 0.9924 -0.0910 -0.0829</w:t>
        <w:br/>
        <w:t>vn 0.9505 0.3057 0.0555</w:t>
        <w:br/>
        <w:t>vn 0.8995 0.4369 0.0111</w:t>
        <w:br/>
        <w:t>vn 0.7873 0.6158 -0.0307</w:t>
        <w:br/>
        <w:t>vn -0.3378 0.3001 -0.8921</w:t>
        <w:br/>
        <w:t>vn -0.7442 0.0960 -0.6611</w:t>
        <w:br/>
        <w:t>vn 0.1890 0.9393 -0.2862</w:t>
        <w:br/>
        <w:t>vn -0.4993 0.1034 -0.8603</w:t>
        <w:br/>
        <w:t>vn -0.4596 0.1069 -0.8816</w:t>
        <w:br/>
        <w:t>vn -0.6258 0.0998 -0.7736</w:t>
        <w:br/>
        <w:t>vn -0.7294 -0.0305 -0.6835</w:t>
        <w:br/>
        <w:t>vn 0.3313 0.9342 -0.1323</w:t>
        <w:br/>
        <w:t>vn 0.3313 0.9342 -0.1324</w:t>
        <w:br/>
        <w:t>vn 0.5216 0.3379 0.7835</w:t>
        <w:br/>
        <w:t>vn 0.4060 0.2169 0.8878</w:t>
        <w:br/>
        <w:t>vn 0.6433 0.1709 0.7463</w:t>
        <w:br/>
        <w:t>vn 0.6926 0.2292 0.6839</w:t>
        <w:br/>
        <w:t>vn 0.7262 0.4016 0.5581</w:t>
        <w:br/>
        <w:t>vn 0.3913 0.9176 0.0695</w:t>
        <w:br/>
        <w:t>vn 0.4215 0.9057 -0.0453</w:t>
        <w:br/>
        <w:t>vn -0.3460 0.2611 -0.9012</w:t>
        <w:br/>
        <w:t>vn -0.4529 0.3240 -0.8306</w:t>
        <w:br/>
        <w:t>vn -0.7746 0.1058 -0.6236</w:t>
        <w:br/>
        <w:t>vn 0.4097 0.8814 0.2350</w:t>
        <w:br/>
        <w:t>vn 0.7261 0.4017 0.5581</w:t>
        <w:br/>
        <w:t>vn -0.5335 0.1099 -0.8386</w:t>
        <w:br/>
        <w:t>vn -0.4252 0.1703 -0.8889</w:t>
        <w:br/>
        <w:t>vn 0.5154 0.1086 0.8501</w:t>
        <w:br/>
        <w:t>vn 0.4431 0.1186 0.8886</w:t>
        <w:br/>
        <w:t>vn 0.4920 0.1727 0.8533</w:t>
        <w:br/>
        <w:t>vn 0.5727 0.3279 0.7513</w:t>
        <w:br/>
        <w:t>vn 0.5472 0.0952 0.8316</w:t>
        <w:br/>
        <w:t>vn 0.4936 0.2896 0.8201</w:t>
        <w:br/>
        <w:t>vn 0.1204 0.2265 0.9665</w:t>
        <w:br/>
        <w:t>vn 0.1977 0.3914 0.8987</w:t>
        <w:br/>
        <w:t>vn 0.0645 0.0530 0.9965</w:t>
        <w:br/>
        <w:t>vn -0.0053 0.1727 0.9850</w:t>
        <w:br/>
        <w:t>vn 0.0054 0.3316 0.9434</w:t>
        <w:br/>
        <w:t>vn -0.0731 0.9845 0.1597</w:t>
        <w:br/>
        <w:t>vn 0.1459 0.9653 0.2164</w:t>
        <w:br/>
        <w:t>vn 0.1458 0.9654 0.2164</w:t>
        <w:br/>
        <w:t>vn -0.1645 0.2641 -0.9504</w:t>
        <w:br/>
        <w:t>vn -0.1391 0.0914 -0.9861</w:t>
        <w:br/>
        <w:t>vn -0.2043 0.2014 -0.9580</w:t>
        <w:br/>
        <w:t>vn 0.5646 -0.0916 0.8203</w:t>
        <w:br/>
        <w:t>vn 0.3339 0.0340 0.9420</w:t>
        <w:br/>
        <w:t>vn 0.3017 0.1932 0.9336</w:t>
        <w:br/>
        <w:t>vn 0.2753 0.9481 0.1592</w:t>
        <w:br/>
        <w:t>vn 0.2753 0.9481 0.1591</w:t>
        <w:br/>
        <w:t>vn 0.3781 0.9154 0.1382</w:t>
        <w:br/>
        <w:t>vn -0.4507 0.2083 -0.8680</w:t>
        <w:br/>
        <w:t>vn -0.2208 0.1816 -0.9583</w:t>
        <w:br/>
        <w:t>vn -0.5921 0.2464 -0.7673</w:t>
        <w:br/>
        <w:t>vn -0.4141 0.1245 -0.9017</w:t>
        <w:br/>
        <w:t>vn 0.1072 0.0710 0.9917</w:t>
        <w:br/>
        <w:t>vn 0.0942 0.1873 0.9778</w:t>
        <w:br/>
        <w:t>vn 0.0247 0.3978 0.9172</w:t>
        <w:br/>
        <w:t>vn -0.0372 0.4946 0.8683</w:t>
        <w:br/>
        <w:t>vn 0.1108 0.4488 0.8868</w:t>
        <w:br/>
        <w:t>vn -0.1082 0.5063 0.8556</w:t>
        <w:br/>
        <w:t>vn 0.5135 0.2590 0.8181</w:t>
        <w:br/>
        <w:t>vn 0.3152 0.3567 0.8795</w:t>
        <w:br/>
        <w:t>vn -0.2889 0.4756 0.8308</w:t>
        <w:br/>
        <w:t>vn -0.2821 0.4477 0.8485</w:t>
        <w:br/>
        <w:t>vn -0.5022 0.4107 0.7610</w:t>
        <w:br/>
        <w:t>vn -0.5135 0.4517 0.7296</w:t>
        <w:br/>
        <w:t>vn -0.0426 0.3789 0.9245</w:t>
        <w:br/>
        <w:t>vn -0.3080 0.3417 0.8879</w:t>
        <w:br/>
        <w:t>vn -0.0981 0.3931 0.9143</w:t>
        <w:br/>
        <w:t>vn -0.3170 0.3400 0.8854</w:t>
        <w:br/>
        <w:t>vn -0.2591 0.3007 0.9179</w:t>
        <w:br/>
        <w:t>vn 0.5883 0.1933 0.7852</w:t>
        <w:br/>
        <w:t>vn 0.4750 0.3804 0.7935</w:t>
        <w:br/>
        <w:t>vn -0.9511 0.1072 0.2896</w:t>
        <w:br/>
        <w:t>vn -0.9128 0.3803 0.1492</w:t>
        <w:br/>
        <w:t>vn -0.8673 0.4252 0.2589</w:t>
        <w:br/>
        <w:t>vn -0.9677 0.1305 0.2159</w:t>
        <w:br/>
        <w:t>vn -0.9933 0.0550 0.1014</w:t>
        <w:br/>
        <w:t>vn -0.9925 -0.0683 0.1017</w:t>
        <w:br/>
        <w:t>vn -0.9494 -0.0559 0.3091</w:t>
        <w:br/>
        <w:t>vn -0.9984 -0.0039 -0.0570</w:t>
        <w:br/>
        <w:t>vn -0.9878 0.1540 -0.0219</w:t>
        <w:br/>
        <w:t>vn -0.9731 0.2230 0.0568</w:t>
        <w:br/>
        <w:t>vn -0.9991 0.0251 0.0351</w:t>
        <w:br/>
        <w:t>vn -0.9678 0.0376 0.2489</w:t>
        <w:br/>
        <w:t>vn -0.9596 0.2142 0.1825</w:t>
        <w:br/>
        <w:t>vn 0.0294 0.9286 0.3699</w:t>
        <w:br/>
        <w:t>vn 0.0295 0.9286 0.3698</w:t>
        <w:br/>
        <w:t>vn -0.0091 0.9880 0.1545</w:t>
        <w:br/>
        <w:t>vn -0.0093 0.9879 0.1545</w:t>
        <w:br/>
        <w:t>vn 0.0308 0.9919 -0.1231</w:t>
        <w:br/>
        <w:t>vn -0.9682 0.0118 0.2500</w:t>
        <w:br/>
        <w:t>vn -0.7770 0.5839 0.2350</w:t>
        <w:br/>
        <w:t>vn -0.8647 0.4894 0.1130</w:t>
        <w:br/>
        <w:t>vn -0.8326 0.5258 0.1741</w:t>
        <w:br/>
        <w:t>vn -0.7869 0.5928 0.1714</w:t>
        <w:br/>
        <w:t>vn -0.7529 0.6402 0.1528</w:t>
        <w:br/>
        <w:t>vn -0.8321 0.5167 0.2017</w:t>
        <w:br/>
        <w:t>vn -0.9567 0.0764 0.2810</w:t>
        <w:br/>
        <w:t>vn -0.9699 -0.1190 0.2125</w:t>
        <w:br/>
        <w:t>vn -0.9827 -0.0370 0.1816</w:t>
        <w:br/>
        <w:t>vn -0.1756 0.9718 0.1575</w:t>
        <w:br/>
        <w:t>vn -0.1132 0.9933 0.0227</w:t>
        <w:br/>
        <w:t>vn -0.1133 0.9933 0.0227</w:t>
        <w:br/>
        <w:t>vn 0.1236 0.9546 0.2710</w:t>
        <w:br/>
        <w:t>vn 0.1237 0.9546 0.2710</w:t>
        <w:br/>
        <w:t>vn 0.9796 0.0799 -0.1843</w:t>
        <w:br/>
        <w:t>vn 0.9606 -0.0249 -0.2769</w:t>
        <w:br/>
        <w:t>vn 0.9765 -0.0872 -0.1971</w:t>
        <w:br/>
        <w:t>vn 0.9816 0.0287 -0.1889</w:t>
        <w:br/>
        <w:t>vn 0.9931 0.1170 0.0064</w:t>
        <w:br/>
        <w:t>vn 0.9987 0.0044 -0.0516</w:t>
        <w:br/>
        <w:t>vn 0.9846 0.1725 -0.0274</w:t>
        <w:br/>
        <w:t>vn 0.9973 0.0494 0.0535</w:t>
        <w:br/>
        <w:t>vn 0.9955 -0.0623 0.0720</w:t>
        <w:br/>
        <w:t>vn 0.9625 0.1363 -0.2344</w:t>
        <w:br/>
        <w:t>vn 0.9623 0.0399 -0.2689</w:t>
        <w:br/>
        <w:t>vn 0.8048 0.0164 -0.5933</w:t>
        <w:br/>
        <w:t>vn 0.8414 0.1166 -0.5277</w:t>
        <w:br/>
        <w:t>vn 0.9661 -0.0405 -0.2551</w:t>
        <w:br/>
        <w:t>vn 0.7541 -0.0869 -0.6510</w:t>
        <w:br/>
        <w:t>vn 0.4286 -0.2239 -0.8753</w:t>
        <w:br/>
        <w:t>vn 0.5132 -0.0463 -0.8570</w:t>
        <w:br/>
        <w:t>vn -0.0966 0.9363 0.3375</w:t>
        <w:br/>
        <w:t>vn -0.7618 0.1566 0.6286</w:t>
        <w:br/>
        <w:t>vn -0.3894 0.3238 0.8623</w:t>
        <w:br/>
        <w:t>vn -0.3646 0.1829 0.9130</w:t>
        <w:br/>
        <w:t>vn -0.7561 -0.0287 0.6538</w:t>
        <w:br/>
        <w:t>vn -0.5737 0.4237 0.7010</w:t>
        <w:br/>
        <w:t>vn -0.5703 0.2795 0.7724</w:t>
        <w:br/>
        <w:t>vn -0.6332 0.3848 0.6715</w:t>
        <w:br/>
        <w:t>vn -0.6320 0.2887 0.7192</w:t>
        <w:br/>
        <w:t>vn -0.3385 0.2615 0.9039</w:t>
        <w:br/>
        <w:t>vn -0.7196 0.3677 0.5890</w:t>
        <w:br/>
        <w:t>vn 0.0141 0.9722 0.2337</w:t>
        <w:br/>
        <w:t>vn -0.0259 0.9996 0.0142</w:t>
        <w:br/>
        <w:t>vn -0.0259 0.9996 0.0141</w:t>
        <w:br/>
        <w:t>vn 0.6319 -0.1258 -0.7648</w:t>
        <w:br/>
        <w:t>vn 0.6381 -0.1409 -0.7570</w:t>
        <w:br/>
        <w:t>vn 0.5845 -0.2993 -0.7542</w:t>
        <w:br/>
        <w:t>vn 0.5770 -0.3224 -0.7505</w:t>
        <w:br/>
        <w:t>vn 0.3255 -0.0154 -0.9454</w:t>
        <w:br/>
        <w:t>vn 0.3082 -0.3045 -0.9013</w:t>
        <w:br/>
        <w:t>vn -0.1421 0.9742 -0.1755</w:t>
        <w:br/>
        <w:t>vn -0.1420 0.9742 -0.1756</w:t>
        <w:br/>
        <w:t>vn 0.1728 0.9849 -0.0044</w:t>
        <w:br/>
        <w:t>vn 0.1728 0.9850 -0.0043</w:t>
        <w:br/>
        <w:t>vn 0.1097 -0.2579 -0.9599</w:t>
        <w:br/>
        <w:t>vn 0.1480 0.0147 -0.9889</w:t>
        <w:br/>
        <w:t>vn 0.5364 0.8383 0.0977</w:t>
        <w:br/>
        <w:t>vn -0.6961 0.4044 0.5932</w:t>
        <w:br/>
        <w:t>vn -0.7911 0.4625 0.4003</w:t>
        <w:br/>
        <w:t>vn -0.8529 0.3671 0.3712</w:t>
        <w:br/>
        <w:t>vn 0.1422 0.3362 -0.9310</w:t>
        <w:br/>
        <w:t>vn 0.3187 0.0426 -0.9469</w:t>
        <w:br/>
        <w:t>vn 0.3032 -0.2693 -0.9141</w:t>
        <w:br/>
        <w:t>vn 0.2841 -0.2713 -0.9196</w:t>
        <w:br/>
        <w:t>vn 0.0354 0.9993 0.0155</w:t>
        <w:br/>
        <w:t>vn -0.2768 0.2100 0.9377</w:t>
        <w:br/>
        <w:t>vn -0.3525 0.1953 0.9152</w:t>
        <w:br/>
        <w:t>vn -0.1691 0.1853 0.9680</w:t>
        <w:br/>
        <w:t>vn 0.3618 0.9315 -0.0378</w:t>
        <w:br/>
        <w:t>vn 0.2049 0.0212 -0.9786</w:t>
        <w:br/>
        <w:t>vn 0.1205 -0.2418 -0.9628</w:t>
        <w:br/>
        <w:t>vn 0.3210 -0.2569 -0.9115</w:t>
        <w:br/>
        <w:t>vn 0.3633 0.0282 -0.9312</w:t>
        <w:br/>
        <w:t>vn 0.2765 0.2985 -0.9135</w:t>
        <w:br/>
        <w:t>vn 0.3149 0.2756 -0.9082</w:t>
        <w:br/>
        <w:t>vn -0.0401 0.9935 -0.1064</w:t>
        <w:br/>
        <w:t>vn -0.0401 0.9935 -0.1065</w:t>
        <w:br/>
        <w:t>vn -0.1348 0.2037 0.9697</w:t>
        <w:br/>
        <w:t>vn -0.7279 0.2751 -0.6281</w:t>
        <w:br/>
        <w:t>vn -0.2502 0.2891 -0.9240</w:t>
        <w:br/>
        <w:t>vn 0.6194 0.1090 -0.7775</w:t>
        <w:br/>
        <w:t>vn 0.3637 0.3514 0.8627</w:t>
        <w:br/>
        <w:t>vn 0.6009 0.1910 0.7762</w:t>
        <w:br/>
        <w:t>vn -0.9479 0.2716 0.1662</w:t>
        <w:br/>
        <w:t>vn -0.9323 0.3028 0.1978</w:t>
        <w:br/>
        <w:t>vn -0.9902 0.0577 0.1269</w:t>
        <w:br/>
        <w:t>vn -0.9756 0.1147 0.1875</w:t>
        <w:br/>
        <w:t>vn 0.2770 0.5420 -0.7934</w:t>
        <w:br/>
        <w:t>vn 0.1175 0.9922 -0.0408</w:t>
        <w:br/>
        <w:t>vn 0.9912 -0.0367 -0.1274</w:t>
        <w:br/>
        <w:t>vn 0.9798 -0.1316 -0.1506</w:t>
        <w:br/>
        <w:t>vn 0.9883 -0.1226 -0.0908</w:t>
        <w:br/>
        <w:t>vn 0.9627 -0.1188 -0.2430</w:t>
        <w:br/>
        <w:t>vn 0.9690 -0.0558 -0.2406</w:t>
        <w:br/>
        <w:t>vn 0.9899 0.0293 -0.1385</w:t>
        <w:br/>
        <w:t>vn 0.9854 0.0500 -0.1630</w:t>
        <w:br/>
        <w:t>vn 0.9722 -0.0741 -0.2221</w:t>
        <w:br/>
        <w:t>vn 0.9950 -0.0971 -0.0236</w:t>
        <w:br/>
        <w:t>vn 0.9992 -0.0234 -0.0321</w:t>
        <w:br/>
        <w:t>vn 0.9633 -0.1185 -0.2410</w:t>
        <w:br/>
        <w:t>vn 0.1329 0.9892 0.0614</w:t>
        <w:br/>
        <w:t>vn 0.2174 0.9018 0.3735</w:t>
        <w:br/>
        <w:t>vn 0.2173 0.9018 0.3735</w:t>
        <w:br/>
        <w:t>vn 0.6812 0.1336 0.7198</w:t>
        <w:br/>
        <w:t>vn 0.6524 0.1266 0.7472</w:t>
        <w:br/>
        <w:t>vn 0.6239 0.1262 0.7713</w:t>
        <w:br/>
        <w:t>vn -0.6810 0.5376 0.4972</w:t>
        <w:br/>
        <w:t>vn -0.5906 0.7734 0.2303</w:t>
        <w:br/>
        <w:t>vn -0.4192 0.8861 -0.1975</w:t>
        <w:br/>
        <w:t>vn -0.6736 0.3458 0.6532</w:t>
        <w:br/>
        <w:t>vn -0.5622 -0.3491 0.7497</w:t>
        <w:br/>
        <w:t>vn -0.5140 -0.3014 0.8031</w:t>
        <w:br/>
        <w:t>vn -0.2306 -0.5222 0.8211</w:t>
        <w:br/>
        <w:t>vn -0.3974 -0.3307 0.8559</w:t>
        <w:br/>
        <w:t>vn -0.1593 -0.4306 0.8884</w:t>
        <w:br/>
        <w:t>vn -0.4884 -0.3092 0.8160</w:t>
        <w:br/>
        <w:t>vn -0.2231 0.9597 0.1706</w:t>
        <w:br/>
        <w:t>vn -0.1852 0.9741 0.1300</w:t>
        <w:br/>
        <w:t>vn -0.2235 0.9471 0.2305</w:t>
        <w:br/>
        <w:t>vn -0.2353 0.9532 0.1899</w:t>
        <w:br/>
        <w:t>vn -0.5275 -0.6218 0.5788</w:t>
        <w:br/>
        <w:t>vn -0.5505 -0.6302 0.5475</w:t>
        <w:br/>
        <w:t>vn -0.5715 -0.3759 0.7295</w:t>
        <w:br/>
        <w:t>vn -0.5377 -0.5182 0.6651</w:t>
        <w:br/>
        <w:t>vn -0.5611 -0.1655 0.8110</w:t>
        <w:br/>
        <w:t>vn -0.5992 -0.3381 0.7257</w:t>
        <w:br/>
        <w:t>vn -0.5566 0.1039 0.8243</w:t>
        <w:br/>
        <w:t>vn -0.4883 -0.3092 0.8160</w:t>
        <w:br/>
        <w:t>vn -0.3902 -0.8831 0.2605</w:t>
        <w:br/>
        <w:t>vn -0.0557 -0.9945 -0.0892</w:t>
        <w:br/>
        <w:t>vn -0.5231 -0.8221 0.2249</w:t>
        <w:br/>
        <w:t>vn -0.1470 -0.9811 0.1259</w:t>
        <w:br/>
        <w:t>vn -0.3767 0.2530 0.8911</w:t>
        <w:br/>
        <w:t>vn -0.4013 0.0174 0.9158</w:t>
        <w:br/>
        <w:t>vn -0.4814 0.1577 0.8622</w:t>
        <w:br/>
        <w:t>vn -0.7022 -0.7120 0.0100</w:t>
        <w:br/>
        <w:t>vn -0.6080 -0.7938 0.0169</w:t>
        <w:br/>
        <w:t>vn -0.6587 -0.6744 0.3337</w:t>
        <w:br/>
        <w:t>vn -0.7229 -0.6623 0.1968</w:t>
        <w:br/>
        <w:t>vn -0.6314 -0.2486 0.7346</w:t>
        <w:br/>
        <w:t>vn -0.5231 -0.8221 0.2248</w:t>
        <w:br/>
        <w:t>vn -0.4322 -0.7752 -0.4608</w:t>
        <w:br/>
        <w:t>vn -0.4394 -0.7813 -0.4434</w:t>
        <w:br/>
        <w:t>vn -0.0637 -0.5073 -0.8594</w:t>
        <w:br/>
        <w:t>vn -0.2956 -0.8444 -0.4467</w:t>
        <w:br/>
        <w:t>vn -0.3568 -0.8000 0.4824</w:t>
        <w:br/>
        <w:t>vn -0.5673 -0.7436 0.3538</w:t>
        <w:br/>
        <w:t>vn -0.7836 -0.6141 -0.0941</w:t>
        <w:br/>
        <w:t>vn -0.6286 -0.7777 0.0050</w:t>
        <w:br/>
        <w:t>vn -0.3419 -0.5772 0.7416</w:t>
        <w:br/>
        <w:t>vn -0.5782 -0.2052 -0.7897</w:t>
        <w:br/>
        <w:t>vn -0.6417 -0.5883 -0.4921</w:t>
        <w:br/>
        <w:t>vn -0.7300 -0.4151 -0.5430</w:t>
        <w:br/>
        <w:t>vn 0.2438 0.7425 -0.6239</w:t>
        <w:br/>
        <w:t>vn 0.0837 0.6302 -0.7719</w:t>
        <w:br/>
        <w:t>vn 0.2923 0.6940 -0.6580</w:t>
        <w:br/>
        <w:t>vn -0.1684 -0.5596 -0.8115</w:t>
        <w:br/>
        <w:t>vn -0.1265 -0.2110 -0.9693</w:t>
        <w:br/>
        <w:t>vn -0.4607 -0.5739 -0.6770</w:t>
        <w:br/>
        <w:t>vn 0.2253 0.6998 -0.6779</w:t>
        <w:br/>
        <w:t>vn -0.6745 -0.3681 -0.6400</w:t>
        <w:br/>
        <w:t>vn -0.7171 -0.6539 -0.2413</w:t>
        <w:br/>
        <w:t>vn -0.2827 -0.9587 0.0320</w:t>
        <w:br/>
        <w:t>vn 0.1095 -0.8964 0.4294</w:t>
        <w:br/>
        <w:t>vn -0.2267 -0.9517 0.2073</w:t>
        <w:br/>
        <w:t>vn -0.5296 -0.7413 -0.4123</w:t>
        <w:br/>
        <w:t>vn -0.6593 -0.4425 -0.6079</w:t>
        <w:br/>
        <w:t>vn 0.0512 -0.9709 0.2340</w:t>
        <w:br/>
        <w:t>vn -0.5649 0.3365 -0.7534</w:t>
        <w:br/>
        <w:t>vn -0.6812 0.1567 -0.7151</w:t>
        <w:br/>
        <w:t>vn -0.6286 0.0194 -0.7775</w:t>
        <w:br/>
        <w:t>vn -0.7884 -0.2305 -0.5704</w:t>
        <w:br/>
        <w:t>vn -0.7023 -0.1970 -0.6841</w:t>
        <w:br/>
        <w:t>vn -0.4849 -0.0786 -0.8710</w:t>
        <w:br/>
        <w:t>vn -0.6069 0.0422 -0.7936</w:t>
        <w:br/>
        <w:t>vn -0.7265 0.3102 -0.6132</w:t>
        <w:br/>
        <w:t>vn -0.7927 0.0846 -0.6038</w:t>
        <w:br/>
        <w:t>vn -0.5582 0.4882 -0.6709</w:t>
        <w:br/>
        <w:t>vn -0.5624 0.5273 -0.6369</w:t>
        <w:br/>
        <w:t>vn -0.3920 0.3075 -0.8670</w:t>
        <w:br/>
        <w:t>vn -0.6584 0.7497 -0.0674</w:t>
        <w:br/>
        <w:t>vn -0.7157 0.6954 -0.0647</w:t>
        <w:br/>
        <w:t>vn -0.8414 0.5401 0.0202</w:t>
        <w:br/>
        <w:t>vn -0.7948 0.6068 -0.0112</w:t>
        <w:br/>
        <w:t>vn -0.9019 0.4167 0.1134</w:t>
        <w:br/>
        <w:t>vn -0.8959 0.4291 0.1153</w:t>
        <w:br/>
        <w:t>vn -0.8489 0.5210 0.0892</w:t>
        <w:br/>
        <w:t>vn -0.8157 0.5072 0.2780</w:t>
        <w:br/>
        <w:t>vn -0.6864 -0.1926 0.7013</w:t>
        <w:br/>
        <w:t>vn -0.5826 -0.0950 0.8072</w:t>
        <w:br/>
        <w:t>vn -0.5289 0.4366 0.7278</w:t>
        <w:br/>
        <w:t>vn -0.4096 0.2047 0.8890</w:t>
        <w:br/>
        <w:t>vn -0.8688 0.4063 0.2829</w:t>
        <w:br/>
        <w:t>vn -0.8904 0.4432 -0.1035</w:t>
        <w:br/>
        <w:t>vn -0.9712 0.2294 -0.0638</w:t>
        <w:br/>
        <w:t>vn 0.3505 -0.6392 -0.6845</w:t>
        <w:br/>
        <w:t>vn 0.3247 -0.6586 -0.6788</w:t>
        <w:br/>
        <w:t>vn 0.4225 -0.7068 -0.5674</w:t>
        <w:br/>
        <w:t>vn 0.3639 -0.6287 -0.6872</w:t>
        <w:br/>
        <w:t>vn -0.0499 -0.1050 -0.9932</w:t>
        <w:br/>
        <w:t>vn -0.3713 0.4592 -0.8070</w:t>
        <w:br/>
        <w:t>vn -0.5690 0.7156 -0.4052</w:t>
        <w:br/>
        <w:t>vn -0.7146 0.6282 -0.3079</w:t>
        <w:br/>
        <w:t>vn -0.7820 0.3764 -0.4968</w:t>
        <w:br/>
        <w:t>vn -0.8113 0.1008 -0.5759</w:t>
        <w:br/>
        <w:t>vn -0.6116 -0.5380 -0.5801</w:t>
        <w:br/>
        <w:t>vn -0.5574 -0.5739 -0.5999</w:t>
        <w:br/>
        <w:t>vn 0.0645 -0.9818 -0.1786</w:t>
        <w:br/>
        <w:t>vn 0.1064 -0.9837 -0.1450</w:t>
        <w:br/>
        <w:t>vn 0.3844 -0.9218 0.0496</w:t>
        <w:br/>
        <w:t>vn 0.2024 -0.9650 -0.1667</w:t>
        <w:br/>
        <w:t>vn 0.1851 -0.9762 -0.1132</w:t>
        <w:br/>
        <w:t>vn -0.2209 -0.7539 -0.6188</w:t>
        <w:br/>
        <w:t>vn -0.2210 -0.7539 -0.6187</w:t>
        <w:br/>
        <w:t>vn -0.4796 -0.1335 -0.8673</w:t>
        <w:br/>
        <w:t>vn -0.4839 0.3534 -0.8006</w:t>
        <w:br/>
        <w:t>vn -0.4937 0.4914 -0.7175</w:t>
        <w:br/>
        <w:t>vn -0.6011 0.2461 -0.7604</w:t>
        <w:br/>
        <w:t>vn -0.6548 -0.0885 -0.7506</w:t>
        <w:br/>
        <w:t>vn -0.6199 -0.2616 -0.7398</w:t>
        <w:br/>
        <w:t>vn -0.4837 -0.5015 -0.7173</w:t>
        <w:br/>
        <w:t>vn -0.2910 -0.7781 -0.5566</w:t>
        <w:br/>
        <w:t>vn -0.2071 -0.8803 -0.4268</w:t>
        <w:br/>
        <w:t>vn 0.3093 -0.7207 0.6205</w:t>
        <w:br/>
        <w:t>vn 0.2460 -0.8356 0.4912</w:t>
        <w:br/>
        <w:t>vn 0.3307 -0.6630 0.6716</w:t>
        <w:br/>
        <w:t>vn 0.2311 -0.8881 0.3974</w:t>
        <w:br/>
        <w:t>vn -0.0094 -0.9730 -0.2305</w:t>
        <w:br/>
        <w:t>vn -0.0094 -0.9730 -0.2304</w:t>
        <w:br/>
        <w:t>vn -0.1502 -0.6216 -0.7688</w:t>
        <w:br/>
        <w:t>vn -0.0841 -0.0900 -0.9924</w:t>
        <w:br/>
        <w:t>vn 0.0830 0.5164 -0.8523</w:t>
        <w:br/>
        <w:t>vn 0.1938 0.7867 -0.5861</w:t>
        <w:br/>
        <w:t>vn -0.0575 0.5458 -0.8359</w:t>
        <w:br/>
        <w:t>vn -0.4431 -0.1797 -0.8783</w:t>
        <w:br/>
        <w:t>vn -0.5316 -0.5886 -0.6091</w:t>
        <w:br/>
        <w:t>vn -0.5271 -0.7466 -0.4058</w:t>
        <w:br/>
        <w:t>vn -0.5068 -0.8466 -0.1626</w:t>
        <w:br/>
        <w:t>vn -0.4569 -0.8497 0.2631</w:t>
        <w:br/>
        <w:t>vn -0.2161 -0.5281 0.8212</w:t>
        <w:br/>
        <w:t>vn -0.0468 -0.3589 0.9322</w:t>
        <w:br/>
        <w:t>vn -0.2345 -0.7134 0.6604</w:t>
        <w:br/>
        <w:t>vn -0.3482 -0.8971 0.2718</w:t>
        <w:br/>
        <w:t>vn -0.3465 -0.9272 -0.1424</w:t>
        <w:br/>
        <w:t>vn -0.1610 -0.7256 -0.6691</w:t>
        <w:br/>
        <w:t>vn 0.1633 -0.2873 -0.9438</w:t>
        <w:br/>
        <w:t>vn 0.0304 -0.4000 -0.9160</w:t>
        <w:br/>
        <w:t>vn -0.3839 -0.8093 -0.4447</w:t>
        <w:br/>
        <w:t>vn -0.5078 -0.8583 -0.0740</w:t>
        <w:br/>
        <w:t>vn -0.5575 -0.8212 0.1218</w:t>
        <w:br/>
        <w:t>vn -0.5886 -0.7405 0.3243</w:t>
        <w:br/>
        <w:t>vn -0.6054 -0.6041 0.5182</w:t>
        <w:br/>
        <w:t>vn -0.6056 -0.3935 0.6917</w:t>
        <w:br/>
        <w:t>vn -0.5655 -0.0624 0.8224</w:t>
        <w:br/>
        <w:t>vn -0.8666 0.0667 0.4945</w:t>
        <w:br/>
        <w:t>vn 0.1099 0.9399 0.3231</w:t>
        <w:br/>
        <w:t>vn 0.0508 0.9070 0.4181</w:t>
        <w:br/>
        <w:t>vn -0.1457 0.6093 0.7795</w:t>
        <w:br/>
        <w:t>vn -0.2998 0.0402 0.9531</w:t>
        <w:br/>
        <w:t>vn -0.3247 -0.1831 0.9279</w:t>
        <w:br/>
        <w:t>vn 0.0022 -0.9860 0.1664</w:t>
        <w:br/>
        <w:t>vn 0.1099 -0.9911 -0.0750</w:t>
        <w:br/>
        <w:t>vn 0.2971 -0.8204 -0.4885</w:t>
        <w:br/>
        <w:t>vn 0.3316 -0.7332 -0.5936</w:t>
        <w:br/>
        <w:t>vn 0.2916 -0.7884 -0.5417</w:t>
        <w:br/>
        <w:t>vn -0.4439 -0.8495 0.2851</w:t>
        <w:br/>
        <w:t>vn -0.5154 -0.7395 0.4331</w:t>
        <w:br/>
        <w:t>vn -0.6014 -0.4991 0.6238</w:t>
        <w:br/>
        <w:t>vn -0.6193 -0.2934 0.7283</w:t>
        <w:br/>
        <w:t>vn -0.5603 -0.2155 0.7998</w:t>
        <w:br/>
        <w:t>vn -0.5022 0.0118 0.8647</w:t>
        <w:br/>
        <w:t>vn -0.4170 0.6879 0.5940</w:t>
        <w:br/>
        <w:t>vn -0.2218 0.9689 0.1100</w:t>
        <w:br/>
        <w:t>vn -0.4170 0.6879 0.5941</w:t>
        <w:br/>
        <w:t>vn -0.1515 0.9867 0.0590</w:t>
        <w:br/>
        <w:t>vn -0.1339 0.9871 0.0879</w:t>
        <w:br/>
        <w:t>vn -0.2611 0.0702 0.9627</w:t>
        <w:br/>
        <w:t>vn -0.1456 -0.2781 0.9495</w:t>
        <w:br/>
        <w:t>vn 0.0041 -0.6210 0.7838</w:t>
        <w:br/>
        <w:t>vn -0.0657 -0.5725 0.8173</w:t>
        <w:br/>
        <w:t>vn -0.2065 -0.4067 0.8899</w:t>
        <w:br/>
        <w:t>vn -0.3389 -0.2189 0.9150</w:t>
        <w:br/>
        <w:t>vn -0.4595 0.0063 0.8882</w:t>
        <w:br/>
        <w:t>vn -0.6071 0.4220 0.6733</w:t>
        <w:br/>
        <w:t>vn -0.1988 -0.0976 0.9752</w:t>
        <w:br/>
        <w:t>vn -0.2327 -0.1366 0.9629</w:t>
        <w:br/>
        <w:t>vn -0.2393 -0.1065 0.9651</w:t>
        <w:br/>
        <w:t>vn -0.3620 -0.0314 0.9316</w:t>
        <w:br/>
        <w:t>vn -0.3323 -0.1375 0.9331</w:t>
        <w:br/>
        <w:t>vn -0.3297 -0.1602 0.9304</w:t>
        <w:br/>
        <w:t>vn -0.3136 -0.1693 0.9344</w:t>
        <w:br/>
        <w:t>vn -0.6267 -0.0083 -0.7792</w:t>
        <w:br/>
        <w:t>vn -0.6606 -0.1941 -0.7252</w:t>
        <w:br/>
        <w:t>vn -0.6544 0.2426 0.7162</w:t>
        <w:br/>
        <w:t>vn -0.2582 0.0270 0.9657</w:t>
        <w:br/>
        <w:t>vn 0.0103 -0.2165 0.9762</w:t>
        <w:br/>
        <w:t>vn 0.1929 -0.2880 0.9380</w:t>
        <w:br/>
        <w:t>vn 0.0020 -0.4255 0.9050</w:t>
        <w:br/>
        <w:t>vn -0.3062 -0.2857 0.9081</w:t>
        <w:br/>
        <w:t>vn -0.1694 -0.5011 0.8486</w:t>
        <w:br/>
        <w:t>vn -0.4545 -0.2940 0.8408</w:t>
        <w:br/>
        <w:t>vn -0.8888 0.1038 0.4464</w:t>
        <w:br/>
        <w:t>vn -0.9458 0.2842 0.1569</w:t>
        <w:br/>
        <w:t>vn -0.7124 0.0952 0.6953</w:t>
        <w:br/>
        <w:t>vn -0.7123 0.0953 0.6954</w:t>
        <w:br/>
        <w:t>vn -0.2899 -0.1043 0.9514</w:t>
        <w:br/>
        <w:t>vn -0.3102 -0.1340 0.9412</w:t>
        <w:br/>
        <w:t>vn -0.7507 0.1766 0.6365</w:t>
        <w:br/>
        <w:t>vn -0.6907 0.0420 0.7219</w:t>
        <w:br/>
        <w:t>vn -0.8557 0.3117 0.4130</w:t>
        <w:br/>
        <w:t>vn -0.8247 0.5037 0.2571</w:t>
        <w:br/>
        <w:t>vn -0.8123 0.5790 0.0700</w:t>
        <w:br/>
        <w:t>vn -0.0008 0.0604 0.9982</w:t>
        <w:br/>
        <w:t>vn -0.1695 0.2349 0.9571</w:t>
        <w:br/>
        <w:t>vn -0.1704 0.2342 0.9571</w:t>
        <w:br/>
        <w:t>vn -0.0565 0.1527 0.9867</w:t>
        <w:br/>
        <w:t>vn 0.0840 -0.0287 0.9961</w:t>
        <w:br/>
        <w:t>vn 0.0205 -0.1179 0.9928</w:t>
        <w:br/>
        <w:t>vn -0.1792 0.0231 0.9835</w:t>
        <w:br/>
        <w:t>vn -0.3246 0.1003 0.9405</w:t>
        <w:br/>
        <w:t>vn -0.5144 0.3171 0.7968</w:t>
        <w:br/>
        <w:t>vn -0.4265 0.2646 0.8649</w:t>
        <w:br/>
        <w:t>vn -0.3633 0.2446 0.8990</w:t>
        <w:br/>
        <w:t>vn -0.2686 0.1377 0.9534</w:t>
        <w:br/>
        <w:t>vn -0.2686 0.1376 0.9534</w:t>
        <w:br/>
        <w:t>vn -0.4062 0.2341 0.8833</w:t>
        <w:br/>
        <w:t>vn -0.3553 0.1656 0.9200</w:t>
        <w:br/>
        <w:t>vn -0.4082 0.2648 0.8736</w:t>
        <w:br/>
        <w:t>vn -0.4083 0.2647 0.8736</w:t>
        <w:br/>
        <w:t>vn 0.5659 -0.7208 -0.4001</w:t>
        <w:br/>
        <w:t>vn 0.3581 -0.8890 0.2853</w:t>
        <w:br/>
        <w:t>vn 0.5732 -0.7882 -0.2241</w:t>
        <w:br/>
        <w:t>vn 0.6308 -0.3839 -0.6743</w:t>
        <w:br/>
        <w:t>vn 0.3920 0.3022 -0.8689</w:t>
        <w:br/>
        <w:t>vn 0.1598 0.5978 -0.7856</w:t>
        <w:br/>
        <w:t>vn 0.4274 0.5052 -0.7498</w:t>
        <w:br/>
        <w:t>vn 0.1318 0.5298 -0.8378</w:t>
        <w:br/>
        <w:t>vn 0.1891 -0.9651 -0.1810</w:t>
        <w:br/>
        <w:t>vn 0.1491 -0.9603 -0.2356</w:t>
        <w:br/>
        <w:t>vn 0.1318 -0.9901 -0.0478</w:t>
        <w:br/>
        <w:t>vn 0.3336 -0.7988 -0.5006</w:t>
        <w:br/>
        <w:t>vn 0.5742 0.3330 -0.7479</w:t>
        <w:br/>
        <w:t>vn 0.5373 0.6138 -0.5785</w:t>
        <w:br/>
        <w:t>vn 0.5507 0.2169 -0.8060</w:t>
        <w:br/>
        <w:t>vn 0.5685 0.4422 -0.6937</w:t>
        <w:br/>
        <w:t>vn 0.5883 0.3385 -0.7344</w:t>
        <w:br/>
        <w:t>vn 0.0169 0.9946 0.1028</w:t>
        <w:br/>
        <w:t>vn 0.0414 0.9983 -0.0399</w:t>
        <w:br/>
        <w:t>vn 0.3296 -0.4084 -0.8512</w:t>
        <w:br/>
        <w:t>vn 0.4838 -0.2353 -0.8430</w:t>
        <w:br/>
        <w:t>vn 0.3936 -0.1336 -0.9095</w:t>
        <w:br/>
        <w:t>vn 0.6361 0.6773 -0.3697</w:t>
        <w:br/>
        <w:t>vn 0.5767 0.8162 -0.0358</w:t>
        <w:br/>
        <w:t>vn 0.3103 0.9078 -0.2823</w:t>
        <w:br/>
        <w:t>vn 0.6211 0.2433 -0.7450</w:t>
        <w:br/>
        <w:t>vn 0.3914 0.8063 0.4435</w:t>
        <w:br/>
        <w:t>vn 0.0395 0.5120 0.8581</w:t>
        <w:br/>
        <w:t>vn 0.2359 0.8577 0.4568</w:t>
        <w:br/>
        <w:t>vn 0.3392 0.9279 -0.1546</w:t>
        <w:br/>
        <w:t>vn 0.3160 0.8773 0.3613</w:t>
        <w:br/>
        <w:t>vn 0.6073 0.7941 -0.0245</w:t>
        <w:br/>
        <w:t>vn 0.2625 0.5649 -0.7823</w:t>
        <w:br/>
        <w:t>vn 0.2719 0.4796 -0.8343</w:t>
        <w:br/>
        <w:t>vn 0.1804 0.4731 -0.8623</w:t>
        <w:br/>
        <w:t>vn 0.5520 0.3050 0.7760</w:t>
        <w:br/>
        <w:t>vn 0.6172 0.6089 0.4983</w:t>
        <w:br/>
        <w:t>vn -0.1544 -0.6750 0.7215</w:t>
        <w:br/>
        <w:t>vn -0.1106 -0.7155 0.6898</w:t>
        <w:br/>
        <w:t>vn 0.0040 -0.5916 0.8062</w:t>
        <w:br/>
        <w:t>vn 0.1075 0.4286 0.8971</w:t>
        <w:br/>
        <w:t>vn 0.1024 0.2345 0.9667</w:t>
        <w:br/>
        <w:t>vn 0.5885 0.3880 0.7093</w:t>
        <w:br/>
        <w:t>vn 0.4762 0.7621 0.4387</w:t>
        <w:br/>
        <w:t>vn 0.4180 0.7467 0.5173</w:t>
        <w:br/>
        <w:t>vn 0.2279 0.9734 0.0234</w:t>
        <w:br/>
        <w:t>vn 0.6134 0.4666 0.6373</w:t>
        <w:br/>
        <w:t>vn 0.1444 0.9638 -0.2242</w:t>
        <w:br/>
        <w:t>vn -0.1352 0.8861 -0.4433</w:t>
        <w:br/>
        <w:t>vn 0.4339 -0.4064 0.8041</w:t>
        <w:br/>
        <w:t>vn 0.6173 -0.1687 0.7684</w:t>
        <w:br/>
        <w:t>vn 0.6014 -0.1418 0.7863</w:t>
        <w:br/>
        <w:t>vn 0.6706 0.2014 0.7140</w:t>
        <w:br/>
        <w:t>vn 0.6948 0.1145 0.7100</w:t>
        <w:br/>
        <w:t>vn 0.6173 -0.1687 0.7685</w:t>
        <w:br/>
        <w:t>vn 0.5882 0.5601 0.5834</w:t>
        <w:br/>
        <w:t>vn 0.7973 -0.0547 0.6011</w:t>
        <w:br/>
        <w:t>vn 0.6906 -0.4382 0.5753</w:t>
        <w:br/>
        <w:t>vn -0.4686 0.4206 0.7768</w:t>
        <w:br/>
        <w:t>vn 0.4579 -0.6009 0.6551</w:t>
        <w:br/>
        <w:t>vn 0.2560 -0.6687 0.6980</w:t>
        <w:br/>
        <w:t>vn 0.4579 -0.6010 0.6551</w:t>
        <w:br/>
        <w:t>vn -0.7008 0.3638 0.6137</w:t>
        <w:br/>
        <w:t>vn -0.5475 0.2751 0.7903</w:t>
        <w:br/>
        <w:t>vn -0.7767 0.2844 0.5620</w:t>
        <w:br/>
        <w:t>vn 0.4685 -0.8667 0.1711</w:t>
        <w:br/>
        <w:t>vn 0.4265 -0.8012 0.4197</w:t>
        <w:br/>
        <w:t>vn 0.5038 -0.8310 0.2357</w:t>
        <w:br/>
        <w:t>vn 0.4777 -0.8766 0.0578</w:t>
        <w:br/>
        <w:t>vn 0.2942 -0.9138 0.2799</w:t>
        <w:br/>
        <w:t>vn 0.2222 -0.9404 0.2573</w:t>
        <w:br/>
        <w:t>vn 0.1786 -0.8152 0.5509</w:t>
        <w:br/>
        <w:t>vn 0.4580 -0.8875 0.0510</w:t>
        <w:br/>
        <w:t>vn 0.5613 0.0841 -0.8234</w:t>
        <w:br/>
        <w:t>vn 0.4049 0.1356 -0.9042</w:t>
        <w:br/>
        <w:t>vn 0.3221 -0.8476 0.4216</w:t>
        <w:br/>
        <w:t>vn 0.5660 -0.7208 -0.4001</w:t>
        <w:br/>
        <w:t>vn 0.3980 -0.1382 -0.9069</w:t>
        <w:br/>
        <w:t>vn 0.4952 -0.3573 -0.7919</w:t>
        <w:br/>
        <w:t>vn 0.4592 -0.8882 0.0120</w:t>
        <w:br/>
        <w:t>vn 0.5532 -0.6713 0.4932</w:t>
        <w:br/>
        <w:t>vn 0.5287 -0.8058 0.2669</w:t>
        <w:br/>
        <w:t>vn 0.5648 -0.5478 0.6171</w:t>
        <w:br/>
        <w:t>vn 0.4819 -0.2572 0.8376</w:t>
        <w:br/>
        <w:t>vn 0.2002 0.1443 0.9691</w:t>
        <w:br/>
        <w:t>vn -0.7976 0.4214 0.4316</w:t>
        <w:br/>
        <w:t>vn 0.2003 0.1443 0.9691</w:t>
        <w:br/>
        <w:t>vn -0.4402 0.6343 0.6355</w:t>
        <w:br/>
        <w:t>vn -0.7424 0.3394 0.5776</w:t>
        <w:br/>
        <w:t>vn 0.3999 -0.4530 0.7968</w:t>
        <w:br/>
        <w:t>vn 0.2972 -0.3484 0.8890</w:t>
        <w:br/>
        <w:t>vn 0.5996 -0.6782 0.4249</w:t>
        <w:br/>
        <w:t>vn 0.7137 -0.6421 0.2799</w:t>
        <w:br/>
        <w:t>vn 0.7804 -0.3963 0.4836</w:t>
        <w:br/>
        <w:t>vn 0.8001 -0.0814 0.5943</w:t>
        <w:br/>
        <w:t>vn 0.6074 0.5313 0.5906</w:t>
        <w:br/>
        <w:t>vn -0.0604 0.9934 0.0976</w:t>
        <w:br/>
        <w:t>vn -0.0216 0.9763 0.2151</w:t>
        <w:br/>
        <w:t>vn -0.3859 0.9195 -0.0748</w:t>
        <w:br/>
        <w:t>vn -0.2025 0.9792 -0.0083</w:t>
        <w:br/>
        <w:t>vn -0.2507 0.9638 0.0913</w:t>
        <w:br/>
        <w:t>vn 0.2012 0.7659 0.6107</w:t>
        <w:br/>
        <w:t>vn 0.4544 -0.0694 0.8881</w:t>
        <w:br/>
        <w:t>vn 0.4904 0.0776 0.8680</w:t>
        <w:br/>
        <w:t>vn 0.2012 0.7659 0.6106</w:t>
        <w:br/>
        <w:t>vn 0.4858 -0.3952 0.7796</w:t>
        <w:br/>
        <w:t>vn 0.4958 -0.4857 0.7199</w:t>
        <w:br/>
        <w:t>vn 0.6010 -0.2383 0.7629</w:t>
        <w:br/>
        <w:t>vn 0.6539 0.0861 0.7517</w:t>
        <w:br/>
        <w:t>vn 0.6193 0.2620 0.7401</w:t>
        <w:br/>
        <w:t>vn 0.4816 0.5041 0.7169</w:t>
        <w:br/>
        <w:t>vn 0.2765 0.7917 0.5448</w:t>
        <w:br/>
        <w:t>vn -0.0245 0.9991 -0.0336</w:t>
        <w:br/>
        <w:t>vn -0.2889 0.7420 -0.6050</w:t>
        <w:br/>
        <w:t>vn -0.3203 0.6625 -0.6771</w:t>
        <w:br/>
        <w:t>vn -0.2410 0.8605 -0.4488</w:t>
        <w:br/>
        <w:t>vn -0.1032 0.9305 -0.3515</w:t>
        <w:br/>
        <w:t>vn -0.0400 0.9742 0.2223</w:t>
        <w:br/>
        <w:t>vn 0.0702 0.5401 0.8386</w:t>
        <w:br/>
        <w:t>vn -0.0399 0.9742 0.2222</w:t>
        <w:br/>
        <w:t>vn -0.0126 0.0205 0.9997</w:t>
        <w:br/>
        <w:t>vn -0.1675 -0.5813 0.7962</w:t>
        <w:br/>
        <w:t>vn -0.2116 -0.8121 0.5438</w:t>
        <w:br/>
        <w:t>vn 0.0677 -0.5121 0.8563</w:t>
        <w:br/>
        <w:t>vn 0.4385 0.1769 0.8811</w:t>
        <w:br/>
        <w:t>vn 0.5289 0.5855 0.6143</w:t>
        <w:br/>
        <w:t>vn 0.5264 0.7460 0.4080</w:t>
        <w:br/>
        <w:t>vn 0.5043 0.8503 0.1505</w:t>
        <w:br/>
        <w:t>vn 0.4483 0.8501 -0.2764</w:t>
        <w:br/>
        <w:t>vn 0.2226 0.5398 -0.8118</w:t>
        <w:br/>
        <w:t>vn 0.0495 0.3564 -0.9330</w:t>
        <w:br/>
        <w:t>vn 0.2275 0.7147 -0.6615</w:t>
        <w:br/>
        <w:t>vn 0.3458 0.9011 -0.2616</w:t>
        <w:br/>
        <w:t>vn 0.2275 0.7147 -0.6614</w:t>
        <w:br/>
        <w:t>vn 0.3446 0.9303 0.1259</w:t>
        <w:br/>
        <w:t>vn 0.1517 0.7253 0.6715</w:t>
        <w:br/>
        <w:t>vn -0.1515 0.2937 0.9438</w:t>
        <w:br/>
        <w:t>vn -0.0192 0.4125 0.9108</w:t>
        <w:br/>
        <w:t>vn 0.3714 0.8092 0.4552</w:t>
        <w:br/>
        <w:t>vn 0.5007 0.8621 0.0782</w:t>
        <w:br/>
        <w:t>vn 0.5513 0.8252 -0.1230</w:t>
        <w:br/>
        <w:t>vn 0.5835 0.7444 -0.3247</w:t>
        <w:br/>
        <w:t>vn 0.6021 0.6117 -0.5132</w:t>
        <w:br/>
        <w:t>vn 0.6026 0.3993 -0.6910</w:t>
        <w:br/>
        <w:t>vn 0.5603 0.0516 -0.8267</w:t>
        <w:br/>
        <w:t>vn 0.2964 -0.6050 -0.7390</w:t>
        <w:br/>
        <w:t>vn -0.0052 -0.8951 -0.4458</w:t>
        <w:br/>
        <w:t>vn 0.1387 -0.6235 -0.7694</w:t>
        <w:br/>
        <w:t>vn 0.2929 -0.0586 -0.9543</w:t>
        <w:br/>
        <w:t>vn 0.3206 0.1072 -0.9411</w:t>
        <w:br/>
        <w:t>vn -0.0244 0.9911 -0.1306</w:t>
        <w:br/>
        <w:t>vn -0.1227 0.9873 0.1005</w:t>
        <w:br/>
        <w:t>vn -0.2865 0.8187 0.4976</w:t>
        <w:br/>
        <w:t>vn -0.2941 0.7666 0.5708</w:t>
        <w:br/>
        <w:t>vn -0.2366 0.8418 0.4851</w:t>
        <w:br/>
        <w:t>vn 0.4284 0.8608 -0.2748</w:t>
        <w:br/>
        <w:t>vn 0.5041 0.7465 -0.4344</w:t>
        <w:br/>
        <w:t>vn 0.5923 0.4981 -0.6333</w:t>
        <w:br/>
        <w:t>vn 0.6104 0.2921 -0.7362</w:t>
        <w:br/>
        <w:t>vn 0.5523 0.2096 -0.8069</w:t>
        <w:br/>
        <w:t>vn 0.4958 -0.0293 -0.8679</w:t>
        <w:br/>
        <w:t>vn 0.4131 -0.6767 -0.6095</w:t>
        <w:br/>
        <w:t>vn 0.2285 -0.9655 -0.1251</w:t>
        <w:br/>
        <w:t>vn 0.1290 -0.9911 0.0322</w:t>
        <w:br/>
        <w:t>vn 0.0941 -0.9932 0.0684</w:t>
        <w:br/>
        <w:t>vn 0.1202 0.3720 -0.9204</w:t>
        <w:br/>
        <w:t>vn 0.2253 0.0504 -0.9730</w:t>
        <w:br/>
        <w:t>vn -0.0076 0.6502 -0.7597</w:t>
        <w:br/>
        <w:t>vn 0.0682 0.5701 -0.8188</w:t>
        <w:br/>
        <w:t>vn 0.2083 0.4036 -0.8909</w:t>
        <w:br/>
        <w:t>vn 0.3395 0.2169 -0.9153</w:t>
        <w:br/>
        <w:t>vn 0.4660 -0.0210 -0.8845</w:t>
        <w:br/>
        <w:t>vn 0.6085 -0.4445 -0.6574</w:t>
        <w:br/>
        <w:t>vn 0.2265 0.1467 -0.9629</w:t>
        <w:br/>
        <w:t>vn 0.4050 0.1356 -0.9042</w:t>
        <w:br/>
        <w:t>vn 0.2296 0.1769 -0.9571</w:t>
        <w:br/>
        <w:t>vn 0.4729 0.0654 -0.8787</w:t>
        <w:br/>
        <w:t>vn 0.3021 0.1360 -0.9435</w:t>
        <w:br/>
        <w:t>vn 0.4275 0.0338 -0.9034</w:t>
        <w:br/>
        <w:t>vn 0.5218 -0.0534 -0.8514</w:t>
        <w:br/>
        <w:t>vn 0.9509 -0.1609 0.2642</w:t>
        <w:br/>
        <w:t>vn 0.7534 -0.5388 0.3770</w:t>
        <w:br/>
        <w:t>vn 0.1524 0.0117 -0.9882</w:t>
        <w:br/>
        <w:t>vn 0.6128 -0.2868 -0.7363</w:t>
        <w:br/>
        <w:t>vn -0.0470 0.3022 -0.9521</w:t>
        <w:br/>
        <w:t>vn -0.2379 0.2658 -0.9342</w:t>
        <w:br/>
        <w:t>vn 0.4810 0.2376 -0.8439</w:t>
        <w:br/>
        <w:t>vn 0.0614 0.3802 -0.9228</w:t>
        <w:br/>
        <w:t>vn 0.9284 -0.0741 -0.3642</w:t>
        <w:br/>
        <w:t>vn 0.9647 -0.2635 -0.0001</w:t>
        <w:br/>
        <w:t>vn 0.9646 -0.2636 0.0001</w:t>
        <w:br/>
        <w:t>vn 0.2217 0.1684 -0.9605</w:t>
        <w:br/>
        <w:t>vn -0.2825 -0.4341 -0.8554</w:t>
        <w:br/>
        <w:t>vn 0.2746 0.1550 -0.9490</w:t>
        <w:br/>
        <w:t>vn 0.2747 0.1550 -0.9490</w:t>
        <w:br/>
        <w:t>vn 0.7424 -0.1539 -0.6520</w:t>
        <w:br/>
        <w:t>vn 0.6787 -0.0326 -0.7337</w:t>
        <w:br/>
        <w:t>vn 0.8461 -0.2761 -0.4560</w:t>
        <w:br/>
        <w:t>vn 0.8687 -0.4816 -0.1161</w:t>
        <w:br/>
        <w:t>vn 0.8132 -0.5310 0.2383</w:t>
        <w:br/>
        <w:t>vn -0.4401 -0.4797 -0.7591</w:t>
        <w:br/>
        <w:t>vn 0.0419 -0.1594 -0.9863</w:t>
        <w:br/>
        <w:t>vn -0.0376 -0.0362 -0.9986</w:t>
        <w:br/>
        <w:t>vn -0.0184 -0.1080 -0.9940</w:t>
        <w:br/>
        <w:t>vn -0.0772 0.0259 -0.9967</w:t>
        <w:br/>
        <w:t>vn 0.1941 -0.0190 -0.9808</w:t>
        <w:br/>
        <w:t>vn 0.0127 0.1031 -0.9946</w:t>
        <w:br/>
        <w:t>vn 0.3281 -0.0845 -0.9408</w:t>
        <w:br/>
        <w:t>vn 0.4249 -0.2512 -0.8697</w:t>
        <w:br/>
        <w:t>vn 0.5166 -0.3013 -0.8015</w:t>
        <w:br/>
        <w:t>vn 0.3706 -0.2455 -0.8958</w:t>
        <w:br/>
        <w:t>vn 0.2641 -0.1332 -0.9553</w:t>
        <w:br/>
        <w:t>vn 0.4082 -0.2379 -0.8813</w:t>
        <w:br/>
        <w:t>vn 0.4082 -0.2380 -0.8813</w:t>
        <w:br/>
        <w:t>vn 0.3568 -0.1673 -0.9191</w:t>
        <w:br/>
        <w:t>vn 0.4098 -0.2689 -0.8716</w:t>
        <w:br/>
        <w:t>vn -0.7967 -0.6039 0.0234</w:t>
        <w:br/>
        <w:t>vn -0.7613 -0.6469 -0.0435</w:t>
        <w:br/>
        <w:t>vn -0.9565 0.1982 0.2141</w:t>
        <w:br/>
        <w:t>vn -0.9321 0.2205 0.2875</w:t>
        <w:br/>
        <w:t>vn -0.9020 0.4166 0.1134</w:t>
        <w:br/>
        <w:t>vn -0.9597 0.2336 0.1563</w:t>
        <w:br/>
        <w:t>vn -0.8911 0.2179 0.3980</w:t>
        <w:br/>
        <w:t>vn -0.8834 0.0954 0.4588</w:t>
        <w:br/>
        <w:t>vn -0.8157 0.5072 0.2781</w:t>
        <w:br/>
        <w:t>vn -0.8994 0.4370 0.0113</w:t>
        <w:br/>
        <w:t>vn -0.9583 0.2807 0.0530</w:t>
        <w:br/>
        <w:t>vn -0.6518 -0.7356 -0.1845</w:t>
        <w:br/>
        <w:t>vn -0.6519 -0.7355 -0.1845</w:t>
        <w:br/>
        <w:t>vn -0.9208 -0.0381 0.3881</w:t>
        <w:br/>
        <w:t>vn -0.8688 0.4063 0.2830</w:t>
        <w:br/>
        <w:t>vn -0.9391 0.2978 0.1716</w:t>
        <w:br/>
        <w:t>vn -0.9382 -0.0736 0.3382</w:t>
        <w:br/>
        <w:t>vn -0.9349 -0.0726 0.3475</w:t>
        <w:br/>
        <w:t>vn -0.9399 0.0183 0.3408</w:t>
        <w:br/>
        <w:t>vn -0.9713 0.2294 -0.0637</w:t>
        <w:br/>
        <w:t>vn -0.8905 0.4432 -0.1034</w:t>
        <w:br/>
        <w:t>vn -0.9399 0.0183 0.3410</w:t>
        <w:br/>
        <w:t>vn -0.9671 0.1455 0.2085</w:t>
        <w:br/>
        <w:t>vn -0.9940 0.0868 0.0659</w:t>
        <w:br/>
        <w:t>vn -0.9988 0.0378 0.0311</w:t>
        <w:br/>
        <w:t>vn -0.9965 0.0820 0.0131</w:t>
        <w:br/>
        <w:t>vn -0.9900 0.0778 0.1173</w:t>
        <w:br/>
        <w:t>vn -0.9779 -0.0678 0.1976</w:t>
        <w:br/>
        <w:t>vn -0.9900 0.0779 0.1172</w:t>
        <w:br/>
        <w:t>vn -0.7424 0.3395 0.5776</w:t>
        <w:br/>
        <w:t>vn -0.9534 -0.2796 0.1137</w:t>
        <w:br/>
        <w:t>vn -0.9361 -0.2932 0.1943</w:t>
        <w:br/>
        <w:t>vn -0.9029 -0.2719 0.3328</w:t>
        <w:br/>
        <w:t>vn -0.9029 -0.2720 0.3329</w:t>
        <w:br/>
        <w:t>vn -0.8844 -0.2655 0.3838</w:t>
        <w:br/>
        <w:t>vn -0.8844 -0.2655 0.3839</w:t>
        <w:br/>
        <w:t>vn -0.9027 -0.1512 0.4029</w:t>
        <w:br/>
        <w:t>vn -0.9026 -0.1512 0.4030</w:t>
        <w:br/>
        <w:t>vn -0.9339 -0.0927 0.3453</w:t>
        <w:br/>
        <w:t>vn -0.9339 -0.0927 0.3452</w:t>
        <w:br/>
        <w:t>vn -0.9429 -0.1018 0.3172</w:t>
        <w:br/>
        <w:t>vn -0.9292 -0.1173 0.3506</w:t>
        <w:br/>
        <w:t>vn -0.9056 -0.2181 0.3638</w:t>
        <w:br/>
        <w:t>vn -0.9133 -0.3172 0.2555</w:t>
        <w:br/>
        <w:t>vn -0.9133 -0.3172 0.2556</w:t>
        <w:br/>
        <w:t>vn -0.9483 -0.2898 0.1295</w:t>
        <w:br/>
        <w:t>vn -0.9613 -0.2519 0.1113</w:t>
        <w:br/>
        <w:t>vn -0.9438 -0.2739 0.1852</w:t>
        <w:br/>
        <w:t>vn -0.9203 -0.2720 0.2811</w:t>
        <w:br/>
        <w:t>vn -0.9280 -0.1971 0.3162</w:t>
        <w:br/>
        <w:t>vn -0.9496 -0.1430 0.2791</w:t>
        <w:br/>
        <w:t>vn -0.9666 -0.1587 0.2011</w:t>
        <w:br/>
        <w:t>vn -0.9666 -0.1586 0.2011</w:t>
        <w:br/>
        <w:t>vn -0.9658 -0.2525 0.0593</w:t>
        <w:br/>
        <w:t>vn -0.9658 -0.2526 0.0593</w:t>
        <w:br/>
        <w:t>vn -0.9266 -0.3760 0.0015</w:t>
        <w:br/>
        <w:t>vn -0.9146 -0.4023 0.0403</w:t>
        <w:br/>
        <w:t>vn -0.9517 -0.3056 0.0302</w:t>
        <w:br/>
        <w:t>vn -0.9517 -0.3057 0.0302</w:t>
        <w:br/>
        <w:t>vn -0.9808 -0.1781 0.0799</w:t>
        <w:br/>
        <w:t>vn -0.9808 -0.1779 0.0799</w:t>
        <w:br/>
        <w:t>vn -0.9727 -0.1528 0.1748</w:t>
        <w:br/>
        <w:t>vn -0.9652 -0.2040 0.1638</w:t>
        <w:br/>
        <w:t>vn -0.9795 -0.1950 0.0514</w:t>
        <w:br/>
        <w:t>vn -0.9862 -0.1654 0.0064</w:t>
        <w:br/>
        <w:t>vn -0.9862 -0.1655 0.0065</w:t>
        <w:br/>
        <w:t>vn -0.9757 -0.1816 0.1228</w:t>
        <w:br/>
        <w:t>vn -0.9611 -0.0437 0.2726</w:t>
        <w:br/>
        <w:t>vn -0.9395 0.1848 0.2884</w:t>
        <w:br/>
        <w:t>vn -0.9313 0.2843 0.2277</w:t>
        <w:br/>
        <w:t>vn -0.9361 0.3052 0.1751</w:t>
        <w:br/>
        <w:t>vn -0.9738 0.1964 0.1146</w:t>
        <w:br/>
        <w:t>vn -0.9864 0.0043 0.1645</w:t>
        <w:br/>
        <w:t>vn -0.9864 0.0043 0.1646</w:t>
        <w:br/>
        <w:t>vn -0.9740 -0.0600 0.2187</w:t>
        <w:br/>
        <w:t>vn -0.9860 0.0591 0.1558</w:t>
        <w:br/>
        <w:t>vn -0.9479 0.1991 0.2487</w:t>
        <w:br/>
        <w:t>vn -0.9590 0.2144 0.1854</w:t>
        <w:br/>
        <w:t>vn -0.9968 0.0525 -0.0610</w:t>
        <w:br/>
        <w:t>vn -0.9968 0.0525 -0.0609</w:t>
        <w:br/>
        <w:t>vn -0.9855 -0.0905 -0.1436</w:t>
        <w:br/>
        <w:t>vn -0.9912 0.0293 -0.1293</w:t>
        <w:br/>
        <w:t>vn -0.9464 0.2804 -0.1602</w:t>
        <w:br/>
        <w:t>vn -0.8715 0.4045 -0.2773</w:t>
        <w:br/>
        <w:t>vn -0.8534 0.4050 -0.3280</w:t>
        <w:br/>
        <w:t>vn -0.8526 0.3878 -0.3502</w:t>
        <w:br/>
        <w:t>vn -0.8526 0.3877 -0.3503</w:t>
        <w:br/>
        <w:t>vn -0.8467 0.3788 -0.3736</w:t>
        <w:br/>
        <w:t>vn -0.8433 0.3490 -0.4088</w:t>
        <w:br/>
        <w:t>vn -0.9050 0.1809 -0.3851</w:t>
        <w:br/>
        <w:t>vn -0.9884 0.0083 -0.1514</w:t>
        <w:br/>
        <w:t>vn -0.9428 0.0414 -0.3309</w:t>
        <w:br/>
        <w:t>vn -0.9979 0.0112 0.0631</w:t>
        <w:br/>
        <w:t>vn -0.9979 0.0112 0.0630</w:t>
        <w:br/>
        <w:t>vn -0.9998 -0.0050 -0.0169</w:t>
        <w:br/>
        <w:t>vn -0.9840 0.0750 -0.1616</w:t>
        <w:br/>
        <w:t>vn -0.9767 0.2066 -0.0582</w:t>
        <w:br/>
        <w:t>vn -0.9767 0.2065 -0.0582</w:t>
        <w:br/>
        <w:t>vn -0.9919 0.0405 0.1207</w:t>
        <w:br/>
        <w:t>vn -0.9858 -0.1541 0.0671</w:t>
        <w:br/>
        <w:t>vn -0.9858 -0.1542 0.0671</w:t>
        <w:br/>
        <w:t>vn -0.9963 -0.0725 -0.0454</w:t>
        <w:br/>
        <w:t>vn -0.9735 0.1406 -0.1806</w:t>
        <w:br/>
        <w:t>vn -0.9096 0.1813 -0.3739</w:t>
        <w:br/>
        <w:t>vn -0.8860 0.0379 -0.4621</w:t>
        <w:br/>
        <w:t>vn -0.8716 -0.1748 -0.4580</w:t>
        <w:br/>
        <w:t>vn -0.8383 -0.3833 -0.3877</w:t>
        <w:br/>
        <w:t>vn -0.8268 -0.5052 -0.2471</w:t>
        <w:br/>
        <w:t>vn -0.8268 -0.5052 -0.2472</w:t>
        <w:br/>
        <w:t>vn -0.8649 -0.4852 -0.1283</w:t>
        <w:br/>
        <w:t>vn -0.9111 -0.3893 -0.1353</w:t>
        <w:br/>
        <w:t>vn -0.9133 -0.3925 -0.1086</w:t>
        <w:br/>
        <w:t>vn -0.9134 -0.3924 -0.1086</w:t>
        <w:br/>
        <w:t>vn -0.8758 -0.4657 -0.1265</w:t>
        <w:br/>
        <w:t>vn -0.8759 -0.4657 -0.1266</w:t>
        <w:br/>
        <w:t>vn -0.8861 -0.4145 -0.2074</w:t>
        <w:br/>
        <w:t>vn -0.9126 -0.3463 -0.2175</w:t>
        <w:br/>
        <w:t>vn -0.8720 -0.4004 -0.2815</w:t>
        <w:br/>
        <w:t>vn -0.7886 -0.5001 -0.3578</w:t>
        <w:br/>
        <w:t>vn -0.6962 -0.6187 -0.3640</w:t>
        <w:br/>
        <w:t>vn -0.6532 -0.7044 -0.2779</w:t>
        <w:br/>
        <w:t>vn -0.6532 -0.7043 -0.2779</w:t>
        <w:br/>
        <w:t>vn -0.7155 -0.6923 -0.0939</w:t>
        <w:br/>
        <w:t>vn -0.7155 -0.6923 -0.0940</w:t>
        <w:br/>
        <w:t>vn -0.5146 -0.8075 -0.2882</w:t>
        <w:br/>
        <w:t>vn -0.5682 -0.7762 -0.2733</w:t>
        <w:br/>
        <w:t>vn -0.5146 -0.8076 -0.2882</w:t>
        <w:br/>
        <w:t>vn -0.5154 -0.8054 -0.2928</w:t>
        <w:br/>
        <w:t>vn -0.5557 -0.7384 -0.3822</w:t>
        <w:br/>
        <w:t>vn -0.5556 -0.7384 -0.3822</w:t>
        <w:br/>
        <w:t>vn -0.5774 -0.6719 -0.4639</w:t>
        <w:br/>
        <w:t>vn -0.5043 -0.5641 -0.6538</w:t>
        <w:br/>
        <w:t>vn -0.6267 -0.0083 -0.7793</w:t>
        <w:br/>
        <w:t>vn -0.5043 -0.5642 -0.6538</w:t>
        <w:br/>
        <w:t>vn -0.5397 -0.4737 -0.6959</w:t>
        <w:br/>
        <w:t>vn -0.6605 -0.1941 -0.7253</w:t>
        <w:br/>
        <w:t>vn -0.7241 -0.6095 -0.3228</w:t>
        <w:br/>
        <w:t>vn -0.6684 -0.7236 -0.1725</w:t>
        <w:br/>
        <w:t>vn -0.7023 -0.7080 -0.0741</w:t>
        <w:br/>
        <w:t>vn -0.7023 -0.7080 -0.0740</w:t>
        <w:br/>
        <w:t>vn -0.4999 -0.6480 -0.5746</w:t>
        <w:br/>
        <w:t>vn -0.6180 -0.6973 -0.3631</w:t>
        <w:br/>
        <w:t>vn -0.5000 -0.6480 -0.5746</w:t>
        <w:br/>
        <w:t>vn -0.3572 -0.5463 -0.7576</w:t>
        <w:br/>
        <w:t>vn -0.3859 -0.4521 -0.8042</w:t>
        <w:br/>
        <w:t>vn -0.3859 -0.4521 -0.8041</w:t>
        <w:br/>
        <w:t>vn -0.2824 -0.4341 -0.8554</w:t>
        <w:br/>
        <w:t>vn -0.5072 -0.6272 -0.5911</w:t>
        <w:br/>
        <w:t>vn -0.3695 -0.8755 -0.3112</w:t>
        <w:br/>
        <w:t>vn -0.2547 -0.9318 -0.2587</w:t>
        <w:br/>
        <w:t>vn -0.2548 -0.9317 -0.2588</w:t>
        <w:br/>
        <w:t>vn -0.3287 -0.8830 -0.3350</w:t>
        <w:br/>
        <w:t>vn -0.4339 -0.6907 -0.5785</w:t>
        <w:br/>
        <w:t>vn -0.5017 -0.4803 -0.7194</w:t>
        <w:br/>
        <w:t>vn -0.4400 -0.4798 -0.7591</w:t>
        <w:br/>
        <w:t>vn -0.6232 -0.5741 -0.5311</w:t>
        <w:br/>
        <w:t>vn -0.6448 -0.7001 -0.3067</w:t>
        <w:br/>
        <w:t>vn -0.6430 -0.7108 -0.2853</w:t>
        <w:br/>
        <w:t>vn -0.6430 -0.7108 -0.2852</w:t>
        <w:br/>
        <w:t>vn -0.6146 -0.7395 -0.2747</w:t>
        <w:br/>
        <w:t>vn -0.5214 -0.8299 -0.1985</w:t>
        <w:br/>
        <w:t>vn -0.5214 -0.8299 -0.1986</w:t>
        <w:br/>
        <w:t>vn -0.5377 -0.8329 -0.1310</w:t>
        <w:br/>
        <w:t>vn -0.6645 -0.7393 -0.1094</w:t>
        <w:br/>
        <w:t>vn -0.7551 -0.6520 -0.0686</w:t>
        <w:br/>
        <w:t>vn -0.9006 -0.4258 -0.0870</w:t>
        <w:br/>
        <w:t>vn -0.9835 -0.1504 -0.1008</w:t>
        <w:br/>
        <w:t>vn -0.9924 -0.0908 -0.0830</w:t>
        <w:br/>
        <w:t>vn 0.1726 -0.9830 0.0620</w:t>
        <w:br/>
        <w:t>vn -0.9505 0.3059 0.0556</w:t>
        <w:br/>
        <w:t>vn -0.9504 0.3060 0.0556</w:t>
        <w:br/>
        <w:t>vn -0.7874 0.6157 -0.0307</w:t>
        <w:br/>
        <w:t>vn -0.9391 0.2977 0.1716</w:t>
        <w:br/>
        <w:t>vn -0.4606 -0.5739 -0.6771</w:t>
        <w:br/>
        <w:t>vn 0.3378 0.3002 -0.8921</w:t>
        <w:br/>
        <w:t>vn -0.0923 0.9920 0.0860</w:t>
        <w:br/>
        <w:t>vn 0.0923 0.9920 0.0860</w:t>
        <w:br/>
        <w:t>vn -0.0141 0.5902 0.8072</w:t>
        <w:br/>
        <w:t>vn 0.4548 0.3400 0.8232</w:t>
        <w:br/>
        <w:t>vn 0.4649 0.3865 0.7965</w:t>
        <w:br/>
        <w:t>vn -0.4548 0.3399 0.8232</w:t>
        <w:br/>
        <w:t>vn 0.0141 0.5902 0.8071</w:t>
        <w:br/>
        <w:t>vn 0.5212 0.8461 0.1116</w:t>
        <w:br/>
        <w:t>vn 0.4905 0.8508 0.1887</w:t>
        <w:br/>
        <w:t>vn 0.4422 0.8595 -0.2563</w:t>
        <w:br/>
        <w:t>vn 0.5012 0.8210 -0.2733</w:t>
        <w:br/>
        <w:t>vn 0.3040 0.6197 -0.7235</w:t>
        <w:br/>
        <w:t>vn 0.2067 0.6787 -0.7047</w:t>
        <w:br/>
        <w:t>vn 0.4369 0.7747 0.4571</w:t>
        <w:br/>
        <w:t>vn -0.2566 0.1301 -0.9577</w:t>
        <w:br/>
        <w:t>vn -0.1232 0.0685 -0.9900</w:t>
        <w:br/>
        <w:t>vn 0.0505 0.7011 0.7113</w:t>
        <w:br/>
        <w:t>vn 0.3364 0.8234 0.4571</w:t>
        <w:br/>
        <w:t>vn 0.2468 0.7413 0.6242</w:t>
        <w:br/>
        <w:t>vn -0.1558 0.2077 0.9657</w:t>
        <w:br/>
        <w:t>vn -0.3420 0.3712 0.8633</w:t>
        <w:br/>
        <w:t>vn 0.2079 0.5799 0.7877</w:t>
        <w:br/>
        <w:t>vn -0.5876 -0.4435 -0.6767</w:t>
        <w:br/>
        <w:t>vn -0.2417 0.0841 -0.9667</w:t>
        <w:br/>
        <w:t>vn -0.4773 -0.5533 -0.6826</w:t>
        <w:br/>
        <w:t>vn 0.4350 0.8646 -0.2515</w:t>
        <w:br/>
        <w:t>vn 0.2110 0.6726 -0.7092</w:t>
        <w:br/>
        <w:t>vn 0.4512 0.8831 0.1282</w:t>
        <w:br/>
        <w:t>vn 0.5003 0.8659 0.0028</w:t>
        <w:br/>
        <w:t>vn 0.4688 0.8415 0.2685</w:t>
        <w:br/>
        <w:t>vn 0.5420 0.8024 0.2499</w:t>
        <w:br/>
        <w:t>vn 0.5385 0.8426 -0.0009</w:t>
        <w:br/>
        <w:t>vn 0.6451 0.6394 -0.4182</w:t>
        <w:br/>
        <w:t>vn 0.5710 0.8204 0.0316</w:t>
        <w:br/>
        <w:t>vn 0.6599 0.6028 -0.4485</w:t>
        <w:br/>
        <w:t>vn -0.4211 0.3859 0.8209</w:t>
        <w:br/>
        <w:t>vn -0.7766 -0.1787 0.6042</w:t>
        <w:br/>
        <w:t>vn -0.7700 -0.2619 0.5819</w:t>
        <w:br/>
        <w:t>vn 0.2683 0.7201 0.6399</w:t>
        <w:br/>
        <w:t>vn 0.3541 0.7647 0.5383</w:t>
        <w:br/>
        <w:t>vn 0.4080 0.8544 0.3218</w:t>
        <w:br/>
        <w:t>vn -0.6809 -0.6597 -0.3180</w:t>
        <w:br/>
        <w:t>vn -0.7330 -0.6746 -0.0869</w:t>
        <w:br/>
        <w:t>vn -0.6586 -0.7516 -0.0353</w:t>
        <w:br/>
        <w:t>vn -0.6113 -0.7216 -0.3250</w:t>
        <w:br/>
        <w:t>vn -0.8127 -0.5596 0.1628</w:t>
        <w:br/>
        <w:t>vn -0.6932 -0.6634 0.2819</w:t>
        <w:br/>
        <w:t>vn -0.4850 -0.4950 -0.7209</w:t>
        <w:br/>
        <w:t>vn -0.5748 -0.3251 0.7510</w:t>
        <w:br/>
        <w:t>vn 0.4466 0.8505 -0.2779</w:t>
        <w:br/>
        <w:t>vn 0.2271 0.6440 -0.7305</w:t>
        <w:br/>
        <w:t>vn 0.4631 0.8844 0.0587</w:t>
        <w:br/>
        <w:t>vn 0.4560 0.8330 -0.3134</w:t>
        <w:br/>
        <w:t>vn 0.4405 0.7554 0.4851</w:t>
        <w:br/>
        <w:t>vn 0.0307 0.5897 0.8071</w:t>
        <w:br/>
        <w:t>vn 0.5469 0.7905 -0.2757</w:t>
        <w:br/>
        <w:t>vn 0.5443 0.8303 0.1194</w:t>
        <w:br/>
        <w:t>vn 0.4447 0.7456 0.4963</w:t>
        <w:br/>
        <w:t>vn 0.2555 0.5179 0.8164</w:t>
        <w:br/>
        <w:t>vn 0.5125 0.4836 -0.7095</w:t>
        <w:br/>
        <w:t>vn 0.1919 0.3650 -0.9110</w:t>
        <w:br/>
        <w:t>vn 0.2903 0.4772 -0.8295</w:t>
        <w:br/>
        <w:t>vn 0.5081 0.5628 -0.6520</w:t>
        <w:br/>
        <w:t>vn 0.6939 0.5618 -0.4504</w:t>
        <w:br/>
        <w:t>vn 0.5611 0.6131 -0.5560</w:t>
        <w:br/>
        <w:t>vn 0.5982 0.6450 -0.4756</w:t>
        <w:br/>
        <w:t>vn 0.6362 0.2720 -0.7220</w:t>
        <w:br/>
        <w:t>vn 0.6987 0.4730 0.5368</w:t>
        <w:br/>
        <w:t>vn 0.5149 0.3860 0.7654</w:t>
        <w:br/>
        <w:t>vn 0.8358 0.5471 0.0468</w:t>
        <w:br/>
        <w:t>vn 0.8137 0.5790 0.0510</w:t>
        <w:br/>
        <w:t>vn 0.4830 0.4702 -0.7387</w:t>
        <w:br/>
        <w:t>vn 0.7874 0.5972 -0.1526</w:t>
        <w:br/>
        <w:t>vn 0.2150 0.3332 -0.9180</w:t>
        <w:br/>
        <w:t>vn 0.4829 0.4702 -0.7387</w:t>
        <w:br/>
        <w:t>vn 0.1869 0.3053 -0.9337</w:t>
        <w:br/>
        <w:t>vn 0.3614 0.5695 -0.7383</w:t>
        <w:br/>
        <w:t>vn 0.2604 0.2660 -0.9282</w:t>
        <w:br/>
        <w:t>vn 0.4779 0.6549 -0.5854</w:t>
        <w:br/>
        <w:t>vn 0.6611 0.6429 0.3868</w:t>
        <w:br/>
        <w:t>vn 0.7017 0.0842 0.7074</w:t>
        <w:br/>
        <w:t>vn 0.8939 0.2110 0.3955</w:t>
        <w:br/>
        <w:t>vn 0.6849 0.5272 0.5030</w:t>
        <w:br/>
        <w:t>vn 0.5271 -0.0315 0.8492</w:t>
        <w:br/>
        <w:t>vn 0.4658 -0.0062 0.8849</w:t>
        <w:br/>
        <w:t>vn 0.3392 0.0985 0.9356</w:t>
        <w:br/>
        <w:t>vn 0.5307 0.5151 0.6731</w:t>
        <w:br/>
        <w:t>vn 0.2989 0.1906 0.9351</w:t>
        <w:br/>
        <w:t>vn 0.4862 0.5660 0.6658</w:t>
        <w:br/>
        <w:t>vn -0.3625 -0.5569 -0.7473</w:t>
        <w:br/>
        <w:t>vn 0.0078 -0.0045 -1.0000</w:t>
        <w:br/>
        <w:t>vn 0.3939 0.5614 -0.7278</w:t>
        <w:br/>
        <w:t>vn -0.5552 -0.7557 0.3473</w:t>
        <w:br/>
        <w:t>vn -0.5685 -0.8226 -0.0059</w:t>
        <w:br/>
        <w:t>vn -0.5217 -0.7835 -0.3376</w:t>
        <w:br/>
        <w:t>vn -0.0425 0.1045 0.9936</w:t>
        <w:br/>
        <w:t>vn 0.5628 0.5581 0.6098</w:t>
        <w:br/>
        <w:t>vn 0.4726 0.6064 0.6395</w:t>
        <w:br/>
        <w:t>vn 0.6280 0.7444 0.2271</w:t>
        <w:br/>
        <w:t>vn 0.4784 0.4182 0.7722</w:t>
        <w:br/>
        <w:t>vn 0.4683 0.3564 0.8085</w:t>
        <w:br/>
        <w:t>vn -0.3890 -0.4412 0.8088</w:t>
        <w:br/>
        <w:t>vn -0.3890 -0.4412 0.8087</w:t>
        <w:br/>
        <w:t>vn -0.5000 -0.8623 -0.0798</w:t>
        <w:br/>
        <w:t>vn -0.4257 -0.8981 -0.1104</w:t>
        <w:br/>
        <w:t>vn -0.5850 -0.8056 0.0941</w:t>
        <w:br/>
        <w:t>vn -0.6279 -0.7587 0.1734</w:t>
        <w:br/>
        <w:t>vn -0.7478 -0.4843 0.4542</w:t>
        <w:br/>
        <w:t>vn -0.6463 -0.5090 0.5685</w:t>
        <w:br/>
        <w:t>vn -0.4450 0.0765 0.8923</w:t>
        <w:br/>
        <w:t>vn -0.3665 0.1561 0.9173</w:t>
        <w:br/>
        <w:t>vn -0.6463 -0.5091 0.5685</w:t>
        <w:br/>
        <w:t>vn -0.4734 -0.8317 -0.2900</w:t>
        <w:br/>
        <w:t>vn -0.4193 -0.8706 -0.2574</w:t>
        <w:br/>
        <w:t>vn -0.4789 -0.6508 -0.5891</w:t>
        <w:br/>
        <w:t>vn -0.1670 -0.0153 -0.9858</w:t>
        <w:br/>
        <w:t>vn -0.3107 -0.1820 -0.9329</w:t>
        <w:br/>
        <w:t>vn 0.5757 0.1715 -0.7995</w:t>
        <w:br/>
        <w:t>vn 0.6129 0.5741 -0.5428</w:t>
        <w:br/>
        <w:t>vn 0.3751 0.4432 0.8142</w:t>
        <w:br/>
        <w:t>vn 0.4271 0.3182 0.8464</w:t>
        <w:br/>
        <w:t>vn 0.2586 0.4565 0.8513</w:t>
        <w:br/>
        <w:t>vn 0.2818 0.4296 0.8579</w:t>
        <w:br/>
        <w:t>vn 0.0220 0.3448 0.9384</w:t>
        <w:br/>
        <w:t>vn 0.0057 0.3933 0.9194</w:t>
        <w:br/>
        <w:t>vn 0.5182 0.8487 -0.1055</w:t>
        <w:br/>
        <w:t>vn 0.5419 0.8366 0.0804</w:t>
        <w:br/>
        <w:t>vn 0.6180 0.7858 0.0250</w:t>
        <w:br/>
        <w:t>vn 0.6137 0.7537 0.2352</w:t>
        <w:br/>
        <w:t>vn 0.6150 0.7879 0.0330</w:t>
        <w:br/>
        <w:t>vn -0.7700 -0.2619 0.5818</w:t>
        <w:br/>
        <w:t>vn 0.5673 0.8212 0.0617</w:t>
        <w:br/>
        <w:t>vn -0.4424 0.8594 -0.2565</w:t>
        <w:br/>
        <w:t>vn -0.4902 0.8509 0.1886</w:t>
        <w:br/>
        <w:t>vn -0.5210 0.8463 0.1115</w:t>
        <w:br/>
        <w:t>vn -0.5014 0.8209 -0.2734</w:t>
        <w:br/>
        <w:t>vn -0.3048 0.6192 -0.7237</w:t>
        <w:br/>
        <w:t>vn -0.2074 0.6782 -0.7050</w:t>
        <w:br/>
        <w:t>vn -0.4363 0.7751 0.4570</w:t>
        <w:br/>
        <w:t>vn 0.1222 0.0678 -0.9902</w:t>
        <w:br/>
        <w:t>vn 0.2556 0.1294 -0.9581</w:t>
        <w:br/>
        <w:t>vn -0.0497 0.7017 0.7108</w:t>
        <w:br/>
        <w:t>vn -0.2462 0.7417 0.6238</w:t>
        <w:br/>
        <w:t>vn -0.3358 0.8237 0.4568</w:t>
        <w:br/>
        <w:t>vn 0.3429 0.3718 0.8626</w:t>
        <w:br/>
        <w:t>vn 0.1568 0.2084 0.9654</w:t>
        <w:br/>
        <w:t>vn -0.2070 0.5805 0.7875</w:t>
        <w:br/>
        <w:t>vn 0.5868 -0.4441 -0.6771</w:t>
        <w:br/>
        <w:t>vn 0.4766 -0.5539 -0.6827</w:t>
        <w:br/>
        <w:t>vn 0.2406 0.0833 -0.9670</w:t>
        <w:br/>
        <w:t>vn -0.2117 0.6721 -0.7095</w:t>
        <w:br/>
        <w:t>vn -0.4352 0.8644 -0.2517</w:t>
        <w:br/>
        <w:t>vn -0.4510 0.8833 0.1280</w:t>
        <w:br/>
        <w:t>vn -0.5002 0.8659 0.0028</w:t>
        <w:br/>
        <w:t>vn -0.5384 0.8427 -0.0009</w:t>
        <w:br/>
        <w:t>vn -0.5416 0.8026 0.2499</w:t>
        <w:br/>
        <w:t>vn -0.4684 0.8417 0.2685</w:t>
        <w:br/>
        <w:t>vn -0.6456 0.6392 -0.4180</w:t>
        <w:br/>
        <w:t>vn -0.6603 0.6025 -0.4483</w:t>
        <w:br/>
        <w:t>vn -0.5709 0.8204 0.0316</w:t>
        <w:br/>
        <w:t>vn 0.4220 0.3864 0.8201</w:t>
        <w:br/>
        <w:t>vn 0.7706 -0.2615 0.5812</w:t>
        <w:br/>
        <w:t>vn 0.7772 -0.1784 0.6034</w:t>
        <w:br/>
        <w:t>vn -0.2676 0.7206 0.6397</w:t>
        <w:br/>
        <w:t>vn -0.4076 0.8547 0.3216</w:t>
        <w:br/>
        <w:t>vn -0.3535 0.7652 0.5381</w:t>
        <w:br/>
        <w:t>vn 0.6805 -0.6600 -0.3182</w:t>
        <w:br/>
        <w:t>vn 0.6109 -0.7219 -0.3251</w:t>
        <w:br/>
        <w:t>vn 0.6585 -0.7517 -0.0354</w:t>
        <w:br/>
        <w:t>vn 0.7329 -0.6748 -0.0872</w:t>
        <w:br/>
        <w:t>vn 0.8128 -0.5595 0.1623</w:t>
        <w:br/>
        <w:t>vn 0.6934 -0.6632 0.2817</w:t>
        <w:br/>
        <w:t>vn 0.4842 -0.4956 -0.7211</w:t>
        <w:br/>
        <w:t>vn 0.5755 -0.3246 0.7506</w:t>
        <w:br/>
        <w:t>vn 0.7772 -0.1784 0.6035</w:t>
        <w:br/>
        <w:t>vn -0.2279 0.6435 -0.7307</w:t>
        <w:br/>
        <w:t>vn -0.4468 0.8503 -0.2780</w:t>
        <w:br/>
        <w:t>vn -0.4629 0.8845 0.0586</w:t>
        <w:br/>
        <w:t>vn -0.4562 0.8328 -0.3135</w:t>
        <w:br/>
        <w:t>vn -0.4399 0.7558 0.4850</w:t>
        <w:br/>
        <w:t>vn -0.0298 0.5903 0.8067</w:t>
        <w:br/>
        <w:t>vn -0.5441 0.8305 0.1194</w:t>
        <w:br/>
        <w:t>vn -0.5471 0.7904 -0.2757</w:t>
        <w:br/>
        <w:t>vn -0.4440 0.7460 0.4963</w:t>
        <w:br/>
        <w:t>vn -0.2546 0.5185 0.8163</w:t>
        <w:br/>
        <w:t>vn -0.5132 0.4832 -0.7093</w:t>
        <w:br/>
        <w:t>vn -0.5087 0.5624 -0.6519</w:t>
        <w:br/>
        <w:t>vn -0.2912 0.4766 -0.8295</w:t>
        <w:br/>
        <w:t>vn -0.1928 0.3643 -0.9111</w:t>
        <w:br/>
        <w:t>vn -0.6944 0.5615 -0.4501</w:t>
        <w:br/>
        <w:t>vn -0.5986 0.6447 -0.4754</w:t>
        <w:br/>
        <w:t>vn -0.5617 0.6128 -0.5559</w:t>
        <w:br/>
        <w:t>vn -0.6369 0.2715 -0.7215</w:t>
        <w:br/>
        <w:t>vn -0.6980 0.4735 0.5372</w:t>
        <w:br/>
        <w:t>vn -0.8136 0.5791 0.0515</w:t>
        <w:br/>
        <w:t>vn -0.8357 0.5472 0.0473</w:t>
        <w:br/>
        <w:t>vn -0.5140 0.3866 0.7657</w:t>
        <w:br/>
        <w:t>vn -0.7875 0.5972 -0.1522</w:t>
        <w:br/>
        <w:t>vn -0.4836 0.4697 -0.7385</w:t>
        <w:br/>
        <w:t>vn -0.2160 0.3325 -0.9180</w:t>
        <w:br/>
        <w:t>vn -0.3621 0.5690 -0.7383</w:t>
        <w:br/>
        <w:t>vn -0.1879 0.3047 -0.9337</w:t>
        <w:br/>
        <w:t>vn -0.4837 0.4697 -0.7385</w:t>
        <w:br/>
        <w:t>vn -0.4784 0.6546 -0.5853</w:t>
        <w:br/>
        <w:t>vn -0.2613 0.2653 -0.9281</w:t>
        <w:br/>
        <w:t>vn -0.6606 0.6433 0.3870</w:t>
        <w:br/>
        <w:t>vn -0.6766 0.5398 0.5008</w:t>
        <w:br/>
        <w:t>vn -0.8847 0.2262 0.4077</w:t>
        <w:br/>
        <w:t>vn -0.7010 0.0849 0.7081</w:t>
        <w:br/>
        <w:t>vn -0.6264 0.4556 0.6326</w:t>
        <w:br/>
        <w:t>vn -0.5295 -0.0152 0.8482</w:t>
        <w:br/>
        <w:t>vn -0.5423 0.5207 0.6594</w:t>
        <w:br/>
        <w:t>vn -0.3608 0.0958 0.9277</w:t>
        <w:br/>
        <w:t>vn -0.4873 0.5677 0.6635</w:t>
        <w:br/>
        <w:t>vn -0.3009 0.1913 0.9343</w:t>
        <w:br/>
        <w:t>vn -0.0089 -0.0052 -0.9999</w:t>
        <w:br/>
        <w:t>vn 0.3616 -0.5575 -0.7472</w:t>
        <w:br/>
        <w:t>vn -0.3946 0.5609 -0.7278</w:t>
        <w:br/>
        <w:t>vn 0.5684 -0.8227 -0.0059</w:t>
        <w:br/>
        <w:t>vn 0.5555 -0.7556 0.3472</w:t>
        <w:br/>
        <w:t>vn 0.5213 -0.7838 -0.3376</w:t>
        <w:br/>
        <w:t>vn 0.0436 0.1052 0.9935</w:t>
        <w:br/>
        <w:t>vn -0.5621 0.5586 0.6100</w:t>
        <w:br/>
        <w:t>vn -0.6276 0.7446 0.2273</w:t>
        <w:br/>
        <w:t>vn -0.4718 0.6070 0.6395</w:t>
        <w:br/>
        <w:t>vn -0.4775 0.4188 0.7724</w:t>
        <w:br/>
        <w:t>vn -0.4674 0.3570 0.8088</w:t>
        <w:br/>
        <w:t>vn 0.3898 -0.4406 0.8087</w:t>
        <w:br/>
        <w:t>vn 0.4998 -0.8624 -0.0797</w:t>
        <w:br/>
        <w:t>vn 0.6281 -0.7586 0.1732</w:t>
        <w:br/>
        <w:t>vn 0.5850 -0.8055 0.0940</w:t>
        <w:br/>
        <w:t>vn 0.4255 -0.8982 -0.1102</w:t>
        <w:br/>
        <w:t>vn 0.6469 -0.5087 0.5682</w:t>
        <w:br/>
        <w:t>vn 0.7482 -0.4840 0.4537</w:t>
        <w:br/>
        <w:t>vn 0.6468 -0.5087 0.5682</w:t>
        <w:br/>
        <w:t>vn 0.3675 0.1567 0.9167</w:t>
        <w:br/>
        <w:t>vn 0.4460 0.0770 0.8917</w:t>
        <w:br/>
        <w:t>vn 0.4729 -0.8320 -0.2899</w:t>
        <w:br/>
        <w:t>vn 0.4188 -0.8709 -0.2573</w:t>
        <w:br/>
        <w:t>vn 0.4782 -0.6513 -0.5892</w:t>
        <w:br/>
        <w:t>vn 0.1659 -0.0160 -0.9860</w:t>
        <w:br/>
        <w:t>vn 0.3097 -0.1827 -0.9331</w:t>
        <w:br/>
        <w:t>vn -0.5765 0.1710 -0.7990</w:t>
        <w:br/>
        <w:t>vn -0.6134 0.5738 -0.5426</w:t>
        <w:br/>
        <w:t>vn -0.3742 0.4438 0.8142</w:t>
        <w:br/>
        <w:t>vn -0.4262 0.3188 0.8466</w:t>
        <w:br/>
        <w:t>vn -0.2576 0.4571 0.8513</w:t>
        <w:br/>
        <w:t>vn -0.2808 0.4303 0.8579</w:t>
        <w:br/>
        <w:t>vn -0.0047 0.3940 0.9191</w:t>
        <w:br/>
        <w:t>vn -0.0210 0.3454 0.9382</w:t>
        <w:br/>
        <w:t>vn -0.5417 0.8367 0.0804</w:t>
        <w:br/>
        <w:t>vn -0.5181 0.8488 -0.1055</w:t>
        <w:br/>
        <w:t>vn -0.6179 0.7859 0.0251</w:t>
        <w:br/>
        <w:t>vn -0.6148 0.7880 0.0331</w:t>
        <w:br/>
        <w:t>vn -0.5671 0.8213 0.0617</w:t>
        <w:br/>
        <w:t>vn -0.7279 -0.6857 -0.0056</w:t>
        <w:br/>
        <w:t>vn -0.8145 -0.3175 0.4857</w:t>
        <w:br/>
        <w:t>vn -0.6729 -0.7364 -0.0706</w:t>
        <w:br/>
        <w:t>vn 0.2184 -0.1680 0.9613</w:t>
        <w:br/>
        <w:t>vn 0.3392 0.0984 0.9356</w:t>
        <w:br/>
        <w:t>vn 0.5131 -0.3969 0.7611</w:t>
        <w:br/>
        <w:t>vn 0.1577 -0.8455 0.5101</w:t>
        <w:br/>
        <w:t>vn -0.0911 -0.9943 -0.0552</w:t>
        <w:br/>
        <w:t>vn -0.1783 -0.9802 -0.0856</w:t>
        <w:br/>
        <w:t>vn -0.0139 -0.7395 0.6730</w:t>
        <w:br/>
        <w:t>vn 0.8894 -0.3417 0.3037</w:t>
        <w:br/>
        <w:t>vn 0.9043 -0.2813 -0.3212</w:t>
        <w:br/>
        <w:t>vn 0.9053 0.3521 -0.2376</w:t>
        <w:br/>
        <w:t>vn 0.4337 -0.3345 -0.8367</w:t>
        <w:br/>
        <w:t>vn 0.4337 -0.3345 -0.8366</w:t>
        <w:br/>
        <w:t>vn 0.0797 -0.7882 -0.6103</w:t>
        <w:br/>
        <w:t>vn 0.3820 -0.6779 -0.6281</w:t>
        <w:br/>
        <w:t>vn -0.2246 -0.9546 0.1958</w:t>
        <w:br/>
        <w:t>vn -0.1675 -0.9752 0.1448</w:t>
        <w:br/>
        <w:t>vn -0.1097 -0.6685 0.7356</w:t>
        <w:br/>
        <w:t>vn -0.1511 -0.7690 0.6211</w:t>
        <w:br/>
        <w:t>vn -0.3418 -0.9394 0.0265</w:t>
        <w:br/>
        <w:t>vn -0.1497 -0.6469 0.7477</w:t>
        <w:br/>
        <w:t>vn 0.7745 0.5003 -0.3872</w:t>
        <w:br/>
        <w:t>vn 0.5468 -0.3742 -0.7490</w:t>
        <w:br/>
        <w:t>vn 0.5081 -0.8499 -0.1394</w:t>
        <w:br/>
        <w:t>vn 0.5062 -0.5610 -0.6550</w:t>
        <w:br/>
        <w:t>vn 0.5469 -0.3742 -0.7489</w:t>
        <w:br/>
        <w:t>vn 0.1366 -0.9770 -0.1637</w:t>
        <w:br/>
        <w:t>vn -0.0675 -0.9910 0.1153</w:t>
        <w:br/>
        <w:t>vn 0.6279 0.7444 0.2271</w:t>
        <w:br/>
        <w:t>vn 0.5045 0.7972 0.3315</w:t>
        <w:br/>
        <w:t>vn 0.7155 0.6979 0.0320</w:t>
        <w:br/>
        <w:t>vn 0.6370 0.7180 0.2807</w:t>
        <w:br/>
        <w:t>vn 0.6430 0.7503 0.1537</w:t>
        <w:br/>
        <w:t>vn 0.3230 0.1346 0.9368</w:t>
        <w:br/>
        <w:t>vn 0.0748 -0.5310 0.8441</w:t>
        <w:br/>
        <w:t>vn -0.1232 -0.4538 0.8826</w:t>
        <w:br/>
        <w:t>vn 0.2336 0.1706 0.9572</w:t>
        <w:br/>
        <w:t>vn 0.5217 0.6636 0.5362</w:t>
        <w:br/>
        <w:t>vn 0.5804 0.6360 0.5086</w:t>
        <w:br/>
        <w:t>vn 0.3230 0.1347 0.9368</w:t>
        <w:br/>
        <w:t>vn 0.2337 0.1707 0.9572</w:t>
        <w:br/>
        <w:t>vn -0.2517 -0.9576 0.1400</w:t>
        <w:br/>
        <w:t>vn -0.4029 -0.8968 0.1828</w:t>
        <w:br/>
        <w:t>vn 0.5587 0.7916 -0.2474</w:t>
        <w:br/>
        <w:t>vn 0.5859 0.7612 -0.2780</w:t>
        <w:br/>
        <w:t>vn 0.6687 -0.4417 0.5981</w:t>
        <w:br/>
        <w:t>vn 0.5081 -0.5777 0.6389</w:t>
        <w:br/>
        <w:t>vn 0.5411 -0.1615 0.8253</w:t>
        <w:br/>
        <w:t>vn 0.1503 -0.8474 0.5093</w:t>
        <w:br/>
        <w:t>vn 0.7807 0.5295 0.3318</w:t>
        <w:br/>
        <w:t>vn 0.5611 0.6131 -0.5561</w:t>
        <w:br/>
        <w:t>vn 0.5381 0.7755 -0.3303</w:t>
        <w:br/>
        <w:t>vn -0.3651 -0.6837 -0.6319</w:t>
        <w:br/>
        <w:t>vn -0.2344 -0.7472 -0.6219</w:t>
        <w:br/>
        <w:t>vn -0.0118 -0.2064 -0.9784</w:t>
        <w:br/>
        <w:t>vn -0.1080 -0.1515 -0.9825</w:t>
        <w:br/>
        <w:t>vn 0.2633 0.4208 -0.8681</w:t>
        <w:br/>
        <w:t>vn 0.3072 0.3698 -0.8768</w:t>
        <w:br/>
        <w:t>vn 0.6073 0.3179 -0.7281</w:t>
        <w:br/>
        <w:t>vn 0.3703 -0.4441 -0.8159</w:t>
        <w:br/>
        <w:t>vn 0.8280 -0.3712 -0.4202</w:t>
        <w:br/>
        <w:t>vn 0.8413 0.3307 -0.4277</w:t>
        <w:br/>
        <w:t>vn -0.0378 -0.8634 -0.5031</w:t>
        <w:br/>
        <w:t>vn 0.3470 -0.8692 -0.3522</w:t>
        <w:br/>
        <w:t>vn 0.5802 0.6759 -0.4545</w:t>
        <w:br/>
        <w:t>vn 0.5685 0.6521 0.5016</w:t>
        <w:br/>
        <w:t>vn 0.6119 0.6151 0.4972</w:t>
        <w:br/>
        <w:t>vn 0.3429 0.0801 0.9360</w:t>
        <w:br/>
        <w:t>vn 0.2798 0.1521 0.9479</w:t>
        <w:br/>
        <w:t>vn -0.0747 -0.5957 0.7997</w:t>
        <w:br/>
        <w:t>vn -0.1530 -0.4881 0.8593</w:t>
        <w:br/>
        <w:t>vn -0.4358 -0.8962 0.0826</w:t>
        <w:br/>
        <w:t>vn -0.4891 -0.8484 0.2022</w:t>
        <w:br/>
        <w:t>vn 0.5726 0.7844 -0.2385</w:t>
        <w:br/>
        <w:t>vn 0.5775 0.7757 -0.2546</w:t>
        <w:br/>
        <w:t>vn 0.6979 -0.6329 0.3351</w:t>
        <w:br/>
        <w:t>vn 0.3470 -0.8692 -0.3523</w:t>
        <w:br/>
        <w:t>vn 0.7110 -0.2012 0.6738</w:t>
        <w:br/>
        <w:t>vn 0.8396 0.5062 0.1969</w:t>
        <w:br/>
        <w:t>vn -0.1864 -0.9675 -0.1707</w:t>
        <w:br/>
        <w:t>vn 0.0480 -0.9981 -0.0375</w:t>
        <w:br/>
        <w:t>vn 0.4785 0.6916 -0.5410</w:t>
        <w:br/>
        <w:t>vn 0.7492 0.6246 -0.2205</w:t>
        <w:br/>
        <w:t>vn 0.5993 0.6589 -0.4546</w:t>
        <w:br/>
        <w:t>vn 0.2902 0.4824 -0.8265</w:t>
        <w:br/>
        <w:t>vn -0.1514 -0.1301 -0.9799</w:t>
        <w:br/>
        <w:t>vn -0.1477 -0.1104 -0.9829</w:t>
        <w:br/>
        <w:t>vn 0.2860 0.4997 -0.8177</w:t>
        <w:br/>
        <w:t>vn -0.4576 -0.6722 -0.5820</w:t>
        <w:br/>
        <w:t>vn -0.4867 -0.6884 -0.5378</w:t>
        <w:br/>
        <w:t>vn -0.3226 -0.9421 -0.0915</w:t>
        <w:br/>
        <w:t>vn -0.4639 -0.6217 -0.6311</w:t>
        <w:br/>
        <w:t>vn -0.3553 -0.9148 -0.1921</w:t>
        <w:br/>
        <w:t>vn -0.4338 -0.8964 -0.0909</w:t>
        <w:br/>
        <w:t>vn -0.5569 -0.6365 -0.5336</w:t>
        <w:br/>
        <w:t>vn -0.4855 -0.6545 -0.5796</w:t>
        <w:br/>
        <w:t>vn 0.1672 0.5145 -0.8411</w:t>
        <w:br/>
        <w:t>vn -0.2715 -0.0206 -0.9622</w:t>
        <w:br/>
        <w:t>vn -0.3170 0.0307 -0.9479</w:t>
        <w:br/>
        <w:t>vn 0.2994 0.6665 -0.6827</w:t>
        <w:br/>
        <w:t>vn -0.7331 -0.4724 0.4893</w:t>
        <w:br/>
        <w:t>vn -0.7726 -0.3978 0.4949</w:t>
        <w:br/>
        <w:t>vn -0.6105 -0.7818 -0.1266</w:t>
        <w:br/>
        <w:t>vn -0.5447 -0.8164 -0.1921</w:t>
        <w:br/>
        <w:t>vn -0.1222 -0.9006 -0.4171</w:t>
        <w:br/>
        <w:t>vn 0.0196 -0.7979 -0.6025</w:t>
        <w:br/>
        <w:t>vn 0.1366 0.4184 0.8979</w:t>
        <w:br/>
        <w:t>vn 0.0938 0.4542 0.8859</w:t>
        <w:br/>
        <w:t>vn -0.4101 0.1436 0.9007</w:t>
        <w:br/>
        <w:t>vn -0.3999 0.0647 0.9143</w:t>
        <w:br/>
        <w:t>vn 0.7045 -0.2706 -0.6561</w:t>
        <w:br/>
        <w:t>vn 0.4663 -0.8449 -0.2622</w:t>
        <w:br/>
        <w:t>vn 0.9987 -0.0257 -0.0431</w:t>
        <w:br/>
        <w:t>vn 0.9540 0.2993 -0.0158</w:t>
        <w:br/>
        <w:t>vn 0.5869 0.4457 0.6760</w:t>
        <w:br/>
        <w:t>vn 0.6912 0.2181 0.6889</w:t>
        <w:br/>
        <w:t>vn 0.6475 0.2215 0.7292</w:t>
        <w:br/>
        <w:t>vn 0.6475 0.2214 0.7292</w:t>
        <w:br/>
        <w:t>vn 0.4138 0.4655 0.7823</w:t>
        <w:br/>
        <w:t>vn -0.3306 -0.9437 0.0116</w:t>
        <w:br/>
        <w:t>vn -0.2348 -0.9721 -0.0007</w:t>
        <w:br/>
        <w:t>vn -0.2949 -0.9493 0.1090</w:t>
        <w:br/>
        <w:t>vn 0.2550 0.0230 0.9667</w:t>
        <w:br/>
        <w:t>vn 0.3599 0.4704 0.8058</w:t>
        <w:br/>
        <w:t>vn 0.4166 0.4552 0.7869</w:t>
        <w:br/>
        <w:t>vn 0.3897 0.0241 0.9206</w:t>
        <w:br/>
        <w:t>vn 0.3295 -0.5342 0.7785</w:t>
        <w:br/>
        <w:t>vn 0.0961 -0.4672 0.8789</w:t>
        <w:br/>
        <w:t>vn 0.1762 -0.9189 0.3531</w:t>
        <w:br/>
        <w:t>vn -0.1178 -0.8522 0.5098</w:t>
        <w:br/>
        <w:t>vn -0.2678 -0.9634 0.0146</w:t>
        <w:br/>
        <w:t>vn -0.5416 -0.8056 -0.2403</w:t>
        <w:br/>
        <w:t>vn -0.4958 -0.8491 -0.1821</w:t>
        <w:br/>
        <w:t>vn -0.4192 -0.8706 -0.2575</w:t>
        <w:br/>
        <w:t>vn -0.4789 -0.6508 -0.5892</w:t>
        <w:br/>
        <w:t>vn -0.5577 -0.5907 -0.5831</w:t>
        <w:br/>
        <w:t>vn -0.3108 -0.1820 -0.9329</w:t>
        <w:br/>
        <w:t>vn -0.5429 -0.6250 -0.5609</w:t>
        <w:br/>
        <w:t>vn -0.2693 0.0352 -0.9624</w:t>
        <w:br/>
        <w:t>vn -0.4855 -0.8575 -0.1703</w:t>
        <w:br/>
        <w:t>vn -0.3094 -0.9201 -0.2403</w:t>
        <w:br/>
        <w:t>vn -0.0879 -0.9949 -0.0493</w:t>
        <w:br/>
        <w:t>vn 0.0301 0.5439 0.8386</w:t>
        <w:br/>
        <w:t>vn -0.4446 0.2521 0.8595</w:t>
        <w:br/>
        <w:t>vn -0.0541 -0.9983 -0.0215</w:t>
        <w:br/>
        <w:t>vn 0.7312 0.6813 0.0324</w:t>
        <w:br/>
        <w:t>vn 0.6400 0.5456 -0.5411</w:t>
        <w:br/>
        <w:t>vn 0.4912 -0.5376 0.6853</w:t>
        <w:br/>
        <w:t>vn 0.1702 -0.1833 0.9682</w:t>
        <w:br/>
        <w:t>vn -0.4450 0.0764 0.8923</w:t>
        <w:br/>
        <w:t>vn 0.4595 0.4914 0.7399</w:t>
        <w:br/>
        <w:t>vn 0.4533 0.4591 0.7640</w:t>
        <w:br/>
        <w:t>vn 0.1608 -0.1231 0.9793</w:t>
        <w:br/>
        <w:t>vn 0.1363 -0.1829 0.9736</w:t>
        <w:br/>
        <w:t>vn 0.4059 0.5140 0.7557</w:t>
        <w:br/>
        <w:t>vn 0.2992 0.4881 -0.8199</w:t>
        <w:br/>
        <w:t>vn -0.1374 -0.0906 -0.9864</w:t>
        <w:br/>
        <w:t>vn -0.1911 -0.0799 -0.9783</w:t>
        <w:br/>
        <w:t>vn 0.2652 0.4623 -0.8461</w:t>
        <w:br/>
        <w:t>vn -0.7241 -0.5667 0.3931</w:t>
        <w:br/>
        <w:t>vn -0.4688 -0.8074 -0.3583</w:t>
        <w:br/>
        <w:t>vn -0.4671 -0.7918 -0.3935</w:t>
        <w:br/>
        <w:t>vn -0.7276 -0.4509 0.5170</w:t>
        <w:br/>
        <w:t>vn -0.3602 -0.8715 -0.3328</w:t>
        <w:br/>
        <w:t>vn -0.7212 -0.5939 0.3565</w:t>
        <w:br/>
        <w:t>vn -0.7467 -0.5589 0.3608</w:t>
        <w:br/>
        <w:t>vn -0.4514 -0.8029 -0.3894</w:t>
        <w:br/>
        <w:t>vn -0.4892 0.0355 0.8714</w:t>
        <w:br/>
        <w:t>vn -0.4846 0.0228 0.8744</w:t>
        <w:br/>
        <w:t>vn 0.1020 -0.5694 -0.8157</w:t>
        <w:br/>
        <w:t>vn 0.1129 -0.5399 -0.8341</w:t>
        <w:br/>
        <w:t>vn 0.1401 -0.5552 -0.8198</w:t>
        <w:br/>
        <w:t>vn 0.2348 -0.6395 -0.7321</w:t>
        <w:br/>
        <w:t>vn -0.1517 -0.9784 0.1402</w:t>
        <w:br/>
        <w:t>vn -0.2015 -0.9568 -0.2095</w:t>
        <w:br/>
        <w:t>vn 0.3744 -0.7512 -0.5436</w:t>
        <w:br/>
        <w:t>vn 0.5316 -0.8204 -0.2105</w:t>
        <w:br/>
        <w:t>vn -0.0805 -0.2483 0.9653</w:t>
        <w:br/>
        <w:t>vn 0.3594 -0.6961 0.6215</w:t>
        <w:br/>
        <w:t>vn 0.2986 -0.1192 0.9469</w:t>
        <w:br/>
        <w:t>vn 0.1044 0.4578 0.8829</w:t>
        <w:br/>
        <w:t>vn -0.4228 0.0188 0.9060</w:t>
        <w:br/>
        <w:t>vn -0.4627 0.0048 0.8865</w:t>
        <w:br/>
        <w:t>vn 0.0447 0.4753 0.8787</w:t>
        <w:br/>
        <w:t>vn -0.7330 -0.4724 0.4894</w:t>
        <w:br/>
        <w:t>vn -0.3422 -0.4927 0.8001</w:t>
        <w:br/>
        <w:t>vn -0.0395 0.4778 0.8776</w:t>
        <w:br/>
        <w:t>vn -0.5304 -0.0887 0.8431</w:t>
        <w:br/>
        <w:t>vn 0.8435 0.5057 -0.1811</w:t>
        <w:br/>
        <w:t>vn 0.6445 -0.0530 -0.7628</w:t>
        <w:br/>
        <w:t>vn 0.6439 -0.0151 -0.7650</w:t>
        <w:br/>
        <w:t>vn 0.7824 0.6219 -0.0336</w:t>
        <w:br/>
        <w:t>vn 0.4588 0.7313 0.5046</w:t>
        <w:br/>
        <w:t>vn 0.4769 0.7249 0.4971</w:t>
        <w:br/>
        <w:t>vn 0.9514 -0.1839 -0.2470</w:t>
        <w:br/>
        <w:t>vn 0.7890 -0.2315 -0.5691</w:t>
        <w:br/>
        <w:t>vn 0.5266 0.6859 0.5021</w:t>
        <w:br/>
        <w:t>vn 0.5827 0.6159 0.5303</w:t>
        <w:br/>
        <w:t>vn 0.4440 0.4076 0.7980</w:t>
        <w:br/>
        <w:t>vn 0.1030 0.5442 0.8326</w:t>
        <w:br/>
        <w:t>vn 0.6505 -0.0262 -0.7591</w:t>
        <w:br/>
        <w:t>vn 0.6982 -0.1020 -0.7086</w:t>
        <w:br/>
        <w:t>vn -0.4959 -0.8216 -0.2810</w:t>
        <w:br/>
        <w:t>vn 0.0788 -0.6816 -0.7274</w:t>
        <w:br/>
        <w:t>vn -0.7145 -0.5399 0.4450</w:t>
        <w:br/>
        <w:t>vn -0.7241 -0.5667 0.3930</w:t>
        <w:br/>
        <w:t>vn -0.6004 -0.7150 0.3582</w:t>
        <w:br/>
        <w:t>vn 0.8188 0.5341 -0.2104</w:t>
        <w:br/>
        <w:t>vn 0.8368 0.5033 -0.2155</w:t>
        <w:br/>
        <w:t>vn -0.0249 0.5029 0.8640</w:t>
        <w:br/>
        <w:t>vn -0.0282 0.4941 0.8690</w:t>
        <w:br/>
        <w:t>vn -0.4994 0.0183 0.8662</w:t>
        <w:br/>
        <w:t>vn 0.9173 0.3558 -0.1790</w:t>
        <w:br/>
        <w:t>vn 0.4485 0.7580 0.4736</w:t>
        <w:br/>
        <w:t>vn 0.5642 0.6780 0.4711</w:t>
        <w:br/>
        <w:t>vn 0.8368 0.5033 -0.2154</w:t>
        <w:br/>
        <w:t>vn 0.9466 -0.2957 0.1282</w:t>
        <w:br/>
        <w:t>vn 0.9138 -0.4060 0.0097</w:t>
        <w:br/>
        <w:t>vn 0.9900 -0.1323 0.0480</w:t>
        <w:br/>
        <w:t>vn -0.7213 -0.5939 0.3564</w:t>
        <w:br/>
        <w:t>vn -0.6005 -0.7150 0.3582</w:t>
        <w:br/>
        <w:t>vn -0.5652 0.0445 0.8237</w:t>
        <w:br/>
        <w:t>vn 0.9900 -0.1324 0.0480</w:t>
        <w:br/>
        <w:t>vn 0.9514 -0.1839 -0.2471</w:t>
        <w:br/>
        <w:t>vn -0.1517 -0.9784 0.1403</w:t>
        <w:br/>
        <w:t>vn -0.3421 -0.4926 0.8002</w:t>
        <w:br/>
        <w:t>vn 0.1376 -0.0846 0.9869</w:t>
        <w:br/>
        <w:t>vn 0.4343 0.5161 0.7383</w:t>
        <w:br/>
        <w:t>vn 0.0636 -0.0627 0.9960</w:t>
        <w:br/>
        <w:t>vn 0.1375 0.0885 0.9865</w:t>
        <w:br/>
        <w:t>vn 0.4147 0.5507 0.7244</w:t>
        <w:br/>
        <w:t>vn 0.4164 0.5273 0.7406</w:t>
        <w:br/>
        <w:t>vn 0.0935 -0.0710 0.9931</w:t>
        <w:br/>
        <w:t>vn -0.2872 -0.6621 0.6921</w:t>
        <w:br/>
        <w:t>vn -0.3018 -0.6732 0.6751</w:t>
        <w:br/>
        <w:t>vn 0.0463 -0.0623 0.9970</w:t>
        <w:br/>
        <w:t>vn -0.3326 -0.6875 0.6455</w:t>
        <w:br/>
        <w:t>vn -0.3029 -0.7233 0.6206</w:t>
        <w:br/>
        <w:t>vn 0.1312 0.0791 0.9882</w:t>
        <w:br/>
        <w:t>vn -0.4566 -0.8882 -0.0511</w:t>
        <w:br/>
        <w:t>vn -0.4493 -0.8885 -0.0938</w:t>
        <w:br/>
        <w:t>vn -0.4060 -0.9035 -0.1371</w:t>
        <w:br/>
        <w:t>vn -0.4544 -0.8821 -0.1240</w:t>
        <w:br/>
        <w:t>vn 0.3627 -0.9224 -0.1329</w:t>
        <w:br/>
        <w:t>vn 0.3599 -0.8528 0.3785</w:t>
        <w:br/>
        <w:t>vn -0.0357 -0.8512 0.5236</w:t>
        <w:br/>
        <w:t>vn -0.0477 -0.9854 -0.1636</w:t>
        <w:br/>
        <w:t>vn 0.3801 -0.8958 0.2304</w:t>
        <w:br/>
        <w:t>vn 0.3598 -0.8528 0.3785</w:t>
        <w:br/>
        <w:t>vn 0.4389 -0.8899 -0.1246</w:t>
        <w:br/>
        <w:t>vn 0.5899 0.8034 0.0809</w:t>
        <w:br/>
        <w:t>vn 0.3612 0.5996 0.7142</w:t>
        <w:br/>
        <w:t>vn 0.4649 0.8766 0.1240</w:t>
        <w:br/>
        <w:t>vn 0.5325 0.8369 0.1271</w:t>
        <w:br/>
        <w:t>vn 0.3962 0.5753 0.7155</w:t>
        <w:br/>
        <w:t>vn 0.4512 0.5987 -0.6618</w:t>
        <w:br/>
        <w:t>vn 0.1356 0.0448 -0.9898</w:t>
        <w:br/>
        <w:t>vn 0.4482 0.6713 -0.5903</w:t>
        <w:br/>
        <w:t>vn 0.1811 0.2558 -0.9496</w:t>
        <w:br/>
        <w:t>vn 0.0978 0.1299 -0.9867</w:t>
        <w:br/>
        <w:t>vn 0.4286 0.6547 -0.6227</w:t>
        <w:br/>
        <w:t>vn 0.1811 0.2559 -0.9496</w:t>
        <w:br/>
        <w:t>vn -0.2607 -0.5070 -0.8216</w:t>
        <w:br/>
        <w:t>vn -0.2568 -0.5161 -0.8171</w:t>
        <w:br/>
        <w:t>vn 0.0813 0.1107 -0.9905</w:t>
        <w:br/>
        <w:t>vn -0.2790 -0.5371 -0.7961</w:t>
        <w:br/>
        <w:t>vn 0.4137 0.6331 -0.6543</w:t>
        <w:br/>
        <w:t>vn 0.0812 0.1107 -0.9905</w:t>
        <w:br/>
        <w:t>vn -0.1893 -0.6424 -0.7426</w:t>
        <w:br/>
        <w:t>vn -0.4525 -0.8845 -0.1133</w:t>
        <w:br/>
        <w:t>vn -0.2651 -0.5131 -0.8163</w:t>
        <w:br/>
        <w:t>vn -0.2273 -0.5316 -0.8159</w:t>
        <w:br/>
        <w:t>vn 0.4414 -0.5338 -0.7213</w:t>
        <w:br/>
        <w:t>vn 0.0501 -0.6243 -0.7796</w:t>
        <w:br/>
        <w:t>vn 0.4175 0.7349 -0.5344</w:t>
        <w:br/>
        <w:t>vn 0.4579 0.7092 -0.5360</w:t>
        <w:br/>
        <w:t>vn -0.2265 -0.7830 0.5793</w:t>
        <w:br/>
        <w:t>vn 0.0659 -0.1308 0.9892</w:t>
        <w:br/>
        <w:t>vn -0.2868 -0.9454 -0.1550</w:t>
        <w:br/>
        <w:t>vn -0.1362 -0.5685 -0.8113</w:t>
        <w:br/>
        <w:t>vn 0.1557 -0.2640 0.9519</w:t>
        <w:br/>
        <w:t>vn 0.2553 0.0303 -0.9664</w:t>
        <w:br/>
        <w:t>vn 0.2146 0.2818 -0.9352</w:t>
        <w:br/>
        <w:t>vn 0.1721 0.1393 -0.9752</w:t>
        <w:br/>
        <w:t>vn -0.3187 -0.6765 0.6639</w:t>
        <w:br/>
        <w:t>vn 0.1376 0.0885 0.9865</w:t>
        <w:br/>
        <w:t>vn 0.2145 0.2818 -0.9352</w:t>
        <w:br/>
        <w:t>vn 0.4701 0.7046 -0.5315</w:t>
        <w:br/>
        <w:t>vn 0.0464 -0.0623 0.9970</w:t>
        <w:br/>
        <w:t>vn 0.1311 0.0792 0.9882</w:t>
        <w:br/>
        <w:t>vn 0.3982 0.5668 0.7212</w:t>
        <w:br/>
        <w:t>vn 0.4115 0.5432 0.7319</w:t>
        <w:br/>
        <w:t>vn 0.5635 0.8176 0.1186</w:t>
        <w:br/>
        <w:t>vn 0.5468 0.8273 0.1283</w:t>
        <w:br/>
        <w:t>vn 0.4572 0.6959 -0.5538</w:t>
        <w:br/>
        <w:t>vn 0.1085 0.1403 -0.9841</w:t>
        <w:br/>
        <w:t>vn 0.4484 0.6754 -0.5855</w:t>
        <w:br/>
        <w:t>vn 0.1086 0.1403 -0.9841</w:t>
        <w:br/>
        <w:t>vn 0.4400 0.5591 0.7027</w:t>
        <w:br/>
        <w:t>vn 0.3212 -0.0006 0.9470</w:t>
        <w:br/>
        <w:t>vn 0.4531 0.5146 0.7279</w:t>
        <w:br/>
        <w:t>vn 0.1720 0.1393 -0.9752</w:t>
        <w:br/>
        <w:t>vn 0.4951 0.7107 -0.4998</w:t>
        <w:br/>
        <w:t>vn 0.5484 0.8214 0.1566</w:t>
        <w:br/>
        <w:t>vn 0.5130 0.8478 0.1347</w:t>
        <w:br/>
        <w:t>vn 0.3329 -0.9342 -0.1280</w:t>
        <w:br/>
        <w:t>vn 0.4389 -0.8899 -0.1245</w:t>
        <w:br/>
        <w:t>vn 0.2255 -0.8934 -0.3885</w:t>
        <w:br/>
        <w:t>vn 0.4595 -0.5106 -0.7268</w:t>
        <w:br/>
        <w:t>vn 0.4414 -0.5337 -0.7213</w:t>
        <w:br/>
        <w:t>vn 0.0975 -0.0397 0.9944</w:t>
        <w:br/>
        <w:t>vn 0.1489 0.0951 0.9843</w:t>
        <w:br/>
        <w:t>vn 0.3958 0.5693 0.7206</w:t>
        <w:br/>
        <w:t>vn -0.2057 -0.6726 0.7109</w:t>
        <w:br/>
        <w:t>vn 0.1319 -0.0988 0.9863</w:t>
        <w:br/>
        <w:t>vn -0.1506 -0.6854 0.7125</w:t>
        <w:br/>
        <w:t>vn 0.1517 0.0789 0.9853</w:t>
        <w:br/>
        <w:t>vn 0.0749 -0.0504 0.9959</w:t>
        <w:br/>
        <w:t>vn -0.2946 -0.6727 0.6787</w:t>
        <w:br/>
        <w:t>vn -0.2614 -0.7154 0.6480</w:t>
        <w:br/>
        <w:t>vn 0.0937 -0.1141 0.9890</w:t>
        <w:br/>
        <w:t>vn 0.3721 0.6124 0.6975</w:t>
        <w:br/>
        <w:t>vn 0.3951 0.5841 0.7091</w:t>
        <w:br/>
        <w:t>vn 0.1516 0.0789 0.9853</w:t>
        <w:br/>
        <w:t>vn 0.4054 0.5638 0.7196</w:t>
        <w:br/>
        <w:t>vn 0.4209 0.5384 0.7301</w:t>
        <w:br/>
        <w:t>vn -0.3200 -0.9431 -0.0902</w:t>
        <w:br/>
        <w:t>vn -0.3815 -0.9206 -0.0830</w:t>
        <w:br/>
        <w:t>vn -0.3893 -0.9175 -0.0814</w:t>
        <w:br/>
        <w:t>vn -0.4477 -0.8905 -0.0810</w:t>
        <w:br/>
        <w:t>vn 0.4830 -0.6165 0.6217</w:t>
        <w:br/>
        <w:t>vn 0.0083 -0.8122 0.5833</w:t>
        <w:br/>
        <w:t>vn -0.0418 -0.9959 -0.0807</w:t>
        <w:br/>
        <w:t>vn 0.4459 -0.8903 -0.0923</w:t>
        <w:br/>
        <w:t>vn 0.9235 -0.3765 -0.0739</w:t>
        <w:br/>
        <w:t>vn 0.7779 -0.4797 0.4058</w:t>
        <w:br/>
        <w:t>vn 0.8185 -0.5699 -0.0729</w:t>
        <w:br/>
        <w:t>vn 0.4604 0.8863 0.0499</w:t>
        <w:br/>
        <w:t>vn 0.5165 0.8526 0.0791</w:t>
        <w:br/>
        <w:t>vn 0.5651 0.8212 0.0800</w:t>
        <w:br/>
        <w:t>vn 0.5365 0.8387 0.0936</w:t>
        <w:br/>
        <w:t>vn 0.4148 0.6466 -0.6402</w:t>
        <w:br/>
        <w:t>vn 0.1353 0.2261 -0.9647</w:t>
        <w:br/>
        <w:t>vn 0.0353 0.0725 -0.9967</w:t>
        <w:br/>
        <w:t>vn 0.0353 0.0724 -0.9967</w:t>
        <w:br/>
        <w:t>vn -0.2906 -0.5218 -0.8020</w:t>
        <w:br/>
        <w:t>vn -0.2617 -0.5293 -0.8070</w:t>
        <w:br/>
        <w:t>vn -0.2261 -0.5474 -0.8058</w:t>
        <w:br/>
        <w:t>vn 0.0237 0.0283 -0.9993</w:t>
        <w:br/>
        <w:t>vn 0.1869 0.3054 -0.9337</w:t>
        <w:br/>
        <w:t>vn 0.0237 0.0282 -0.9993</w:t>
        <w:br/>
        <w:t>vn 0.0931 0.0704 -0.9932</w:t>
        <w:br/>
        <w:t>vn 0.1583 0.2552 -0.9538</w:t>
        <w:br/>
        <w:t>vn 0.4094 0.6874 -0.5998</w:t>
        <w:br/>
        <w:t>vn 0.3624 0.7092 -0.6047</w:t>
        <w:br/>
        <w:t>vn -0.1919 -0.6300 -0.7526</w:t>
        <w:br/>
        <w:t>vn -0.2545 -0.5679 -0.7828</w:t>
        <w:br/>
        <w:t>vn 0.0767 0.1302 -0.9885</w:t>
        <w:br/>
        <w:t>vn -0.2916 -0.5289 -0.7970</w:t>
        <w:br/>
        <w:t>vn 0.4095 0.6883 -0.5988</w:t>
        <w:br/>
        <w:t>vn 0.0767 0.1303 -0.9885</w:t>
        <w:br/>
        <w:t>vn 0.4200 0.6566 -0.6265</w:t>
        <w:br/>
        <w:t>vn -0.4372 -0.8961 -0.0760</w:t>
        <w:br/>
        <w:t>vn 0.0140 -0.6864 -0.7271</w:t>
        <w:br/>
        <w:t>vn 0.4440 -0.5019 -0.7422</w:t>
        <w:br/>
        <w:t>vn 0.4353 0.6340 -0.6391</w:t>
        <w:br/>
        <w:t>vn 0.5909 0.8041 0.0659</w:t>
        <w:br/>
        <w:t>vn -0.2642 -0.6602 0.7031</w:t>
        <w:br/>
        <w:t>vn -0.2953 -0.9528 -0.0707</w:t>
        <w:br/>
        <w:t>vn -0.1969 -0.7593 0.6203</w:t>
        <w:br/>
        <w:t>vn 0.1998 -0.2055 0.9580</w:t>
        <w:br/>
        <w:t>vn 0.1643 -0.0302 -0.9859</w:t>
        <w:br/>
        <w:t>vn 0.1488 0.0951 0.9843</w:t>
        <w:br/>
        <w:t>vn 0.5637 0.8226 0.0750</w:t>
        <w:br/>
        <w:t>vn 0.8358 0.5470 0.0468</w:t>
        <w:br/>
        <w:t>vn 0.4409 0.8153 0.3754</w:t>
        <w:br/>
        <w:t>vn 0.4631 0.8856 0.0369</w:t>
        <w:br/>
        <w:t>vn 0.4237 0.8615 -0.2800</w:t>
        <w:br/>
        <w:t>vn 0.4830 -0.6166 0.6218</w:t>
        <w:br/>
        <w:t>vn 0.3895 0.4407 0.8087</w:t>
        <w:br/>
        <w:t>vn 0.4017 0.5341 0.7439</w:t>
        <w:br/>
        <w:t>vn 0.3557 0.6522 -0.6694</w:t>
        <w:br/>
        <w:t>vn 0.3880 0.8175 0.4256</w:t>
        <w:br/>
        <w:t>vn 0.4327 0.8997 0.0581</w:t>
        <w:br/>
        <w:t>vn 0.4016 0.5341 0.7439</w:t>
        <w:br/>
        <w:t>vn 0.4065 0.9110 0.0698</w:t>
        <w:br/>
        <w:t>vn 0.3533 0.8881 -0.2939</w:t>
        <w:br/>
        <w:t>vn 0.7507 -0.3901 -0.5332</w:t>
        <w:br/>
        <w:t>vn 0.5956 -0.2588 -0.7604</w:t>
        <w:br/>
        <w:t>vn 0.4440 -0.5020 -0.7422</w:t>
        <w:br/>
        <w:t>vn 0.2152 0.1771 0.9604</w:t>
        <w:br/>
        <w:t>vn 0.2831 0.3018 0.9104</w:t>
        <w:br/>
        <w:t>vn 0.4902 0.7151 0.4984</w:t>
        <w:br/>
        <w:t>vn 0.4907 0.6938 0.5272</w:t>
        <w:br/>
        <w:t>vn -0.1289 -0.4628 0.8770</w:t>
        <w:br/>
        <w:t>vn 0.2152 0.1770 0.9604</w:t>
        <w:br/>
        <w:t>vn 0.2184 0.1793 0.9592</w:t>
        <w:br/>
        <w:t>vn -0.1509 -0.4671 0.8712</w:t>
        <w:br/>
        <w:t>vn -0.1706 -0.4864 0.8569</w:t>
        <w:br/>
        <w:t>vn -0.1426 -0.5272 0.8377</w:t>
        <w:br/>
        <w:t>vn 0.3169 0.3244 0.8913</w:t>
        <w:br/>
        <w:t>vn 0.5114 0.7262 0.4594</w:t>
        <w:br/>
        <w:t>vn 0.5108 0.7071 0.4890</w:t>
        <w:br/>
        <w:t>vn 0.5179 0.7017 0.4892</w:t>
        <w:br/>
        <w:t>vn -0.4122 -0.8901 0.1946</w:t>
        <w:br/>
        <w:t>vn -0.4269 -0.8770 0.2204</w:t>
        <w:br/>
        <w:t>vn -0.4250 -0.8801 0.2116</w:t>
        <w:br/>
        <w:t>vn -0.3769 -0.8990 0.2232</w:t>
        <w:br/>
        <w:t>vn -0.0378 -0.9792 0.1993</w:t>
        <w:br/>
        <w:t>vn 0.4866 -0.8690 0.0900</w:t>
        <w:br/>
        <w:t>vn 0.3799 -0.7038 0.6003</w:t>
        <w:br/>
        <w:t>vn 0.1052 -0.6700 0.7348</w:t>
        <w:br/>
        <w:t>vn 0.9451 -0.3040 -0.1197</w:t>
        <w:br/>
        <w:t>vn 0.8790 -0.3459 0.3283</w:t>
        <w:br/>
        <w:t>vn 0.8314 -0.5529 -0.0544</w:t>
        <w:br/>
        <w:t>vn 0.5298 0.8168 -0.2282</w:t>
        <w:br/>
        <w:t>vn 0.5154 0.8272 -0.2237</w:t>
        <w:br/>
        <w:t>vn 0.5398 0.8079 -0.2366</w:t>
        <w:br/>
        <w:t>vn 0.5272 0.8159 -0.2373</w:t>
        <w:br/>
        <w:t>vn 0.5134 0.8244 -0.2381</w:t>
        <w:br/>
        <w:t>vn 0.4410 0.8635 -0.2449</w:t>
        <w:br/>
        <w:t>vn 0.4991 0.8343 -0.2341</w:t>
        <w:br/>
        <w:t>vn 0.5022 0.7422 0.4438</w:t>
        <w:br/>
        <w:t>vn 0.4804 0.7552 0.4461</w:t>
        <w:br/>
        <w:t>vn 0.2642 0.4948 -0.8279</w:t>
        <w:br/>
        <w:t>vn -0.0303 0.0087 -0.9995</w:t>
        <w:br/>
        <w:t>vn -0.1222 -0.1267 -0.9844</w:t>
        <w:br/>
        <w:t>vn 0.2513 0.4655 -0.8486</w:t>
        <w:br/>
        <w:t>vn -0.1221 -0.1267 -0.9844</w:t>
        <w:br/>
        <w:t>vn -0.0302 0.0087 -0.9995</w:t>
        <w:br/>
        <w:t>vn -0.3993 -0.6934 -0.5998</w:t>
        <w:br/>
        <w:t>vn -0.3882 -0.6838 -0.6178</w:t>
        <w:br/>
        <w:t>vn 0.2784 0.5143 -0.8111</w:t>
        <w:br/>
        <w:t>vn -0.0218 -0.0109 -0.9997</w:t>
        <w:br/>
        <w:t>vn -0.1007 -0.1234 -0.9872</w:t>
        <w:br/>
        <w:t>vn 0.2821 0.4932 -0.8229</w:t>
        <w:br/>
        <w:t>vn -0.0219 -0.0109 -0.9997</w:t>
        <w:br/>
        <w:t>vn -0.3748 -0.7552 -0.5377</w:t>
        <w:br/>
        <w:t>vn -0.4032 -0.7140 -0.5724</w:t>
        <w:br/>
        <w:t>vn 0.2932 0.4860 -0.8233</w:t>
        <w:br/>
        <w:t>vn -0.1327 -0.8883 -0.4397</w:t>
        <w:br/>
        <w:t>vn 0.2116 -0.8952 -0.3922</w:t>
        <w:br/>
        <w:t>vn 0.2491 0.5090 -0.8239</w:t>
        <w:br/>
        <w:t>vn 0.2826 0.5024 -0.8172</w:t>
        <w:br/>
        <w:t>vn -0.0786 -0.5888 0.8044</w:t>
        <w:br/>
        <w:t>vn 0.2700 0.1315 0.9538</w:t>
        <w:br/>
        <w:t>vn -0.2847 -0.9332 0.2193</w:t>
        <w:br/>
        <w:t>vn -0.3149 -0.8134 -0.4891</w:t>
        <w:br/>
        <w:t>vn 0.3597 0.0220 0.9328</w:t>
        <w:br/>
        <w:t>vn -0.0070 -0.3176 -0.9482</w:t>
        <w:br/>
        <w:t>vn -0.0867 -0.2220 -0.9712</w:t>
        <w:br/>
        <w:t>vn -0.0867 -0.2221 -0.9712</w:t>
        <w:br/>
        <w:t>vn 0.3804 0.7321 -0.5652</w:t>
        <w:br/>
        <w:t>vn 0.5315 0.6700 0.5183</w:t>
        <w:br/>
        <w:t>vn 0.2737 0.4168 -0.8668</w:t>
        <w:br/>
        <w:t>vn 0.5269 0.5899 0.6118</w:t>
        <w:br/>
        <w:t>vn 0.4964 0.8472 0.1893</w:t>
        <w:br/>
        <w:t>vn 0.4841 0.8415 -0.2398</w:t>
        <w:br/>
        <w:t>vn 0.3537 0.7100 -0.6089</w:t>
        <w:br/>
        <w:t>vn 0.4759 0.8489 -0.2302</w:t>
        <w:br/>
        <w:t>vn 0.2446 0.3241 -0.9138</w:t>
        <w:br/>
        <w:t>vn 0.1924 0.0076 -0.9813</w:t>
        <w:br/>
        <w:t>vn 0.3673 0.3008 0.8801</w:t>
        <w:br/>
        <w:t>vn 0.5663 0.6779 0.4689</w:t>
        <w:br/>
        <w:t>vn 0.2961 0.2092 0.9320</w:t>
        <w:br/>
        <w:t>vn -0.1633 -0.4460 0.8800</w:t>
        <w:br/>
        <w:t>vn -0.1257 -0.4790 0.8688</w:t>
        <w:br/>
        <w:t>vn 0.3746 0.3360 0.8642</w:t>
        <w:br/>
        <w:t>vn 0.3745 0.3360 0.8642</w:t>
        <w:br/>
        <w:t>vn 0.5768 0.7098 0.4044</w:t>
        <w:br/>
        <w:t>vn 0.5982 0.6737 0.4340</w:t>
        <w:br/>
        <w:t>vn -0.5030 -0.8252 0.2568</w:t>
        <w:br/>
        <w:t>vn -0.4841 -0.8310 0.2742</w:t>
        <w:br/>
        <w:t>vn -0.1659 -0.4505 0.8772</w:t>
        <w:br/>
        <w:t>vn -0.4223 -0.8625 0.2789</w:t>
        <w:br/>
        <w:t>vn -0.0474 -0.9650 0.2580</w:t>
        <w:br/>
        <w:t>vn 0.4411 -0.8878 0.1312</w:t>
        <w:br/>
        <w:t>vn 0.3995 -0.6946 0.5982</w:t>
        <w:br/>
        <w:t>vn 0.1342 -0.6310 0.7641</w:t>
        <w:br/>
        <w:t>vn 0.9650 -0.1840 -0.1868</w:t>
        <w:br/>
        <w:t>vn 0.9296 -0.2532 0.2676</w:t>
        <w:br/>
        <w:t>vn 0.8460 -0.5292 -0.0657</w:t>
        <w:br/>
        <w:t>vn 0.5996 0.7441 -0.2946</w:t>
        <w:br/>
        <w:t>vn 0.5662 0.7674 -0.3009</w:t>
        <w:br/>
        <w:t>vn 0.4463 0.8354 -0.3210</w:t>
        <w:br/>
        <w:t>vn 0.5189 0.7961 -0.3115</w:t>
        <w:br/>
        <w:t>vn 0.5568 0.7300 0.3963</w:t>
        <w:br/>
        <w:t>vn 0.5244 0.7498 0.4035</w:t>
        <w:br/>
        <w:t>vn 0.2725 0.4738 -0.8374</w:t>
        <w:br/>
        <w:t>vn -0.0737 -0.0295 -0.9968</w:t>
        <w:br/>
        <w:t>vn -0.5067 -0.7022 -0.5002</w:t>
        <w:br/>
        <w:t>vn 0.2904 0.4295 -0.8551</w:t>
        <w:br/>
        <w:t>vn -0.0531 -0.0791 -0.9955</w:t>
        <w:br/>
        <w:t>vn -0.1555 -0.1958 -0.9682</w:t>
        <w:br/>
        <w:t>vn 0.2961 0.4045 -0.8653</w:t>
        <w:br/>
        <w:t>vn -0.4391 -0.7670 -0.4679</w:t>
        <w:br/>
        <w:t>vn -0.4901 -0.7265 -0.4817</w:t>
        <w:br/>
        <w:t>vn 0.3037 0.4153 -0.8575</w:t>
        <w:br/>
        <w:t>vn -0.1624 -0.8977 -0.4096</w:t>
        <w:br/>
        <w:t>vn 0.1660 -0.9231 -0.3469</w:t>
        <w:br/>
        <w:t>vn 0.6106 0.7395 -0.2834</w:t>
        <w:br/>
        <w:t>vn 0.2111 0.4414 -0.8721</w:t>
        <w:br/>
        <w:t>vn 0.2683 0.4372 -0.8584</w:t>
        <w:br/>
        <w:t>vn -0.0552 -0.5351 0.8430</w:t>
        <w:br/>
        <w:t>vn 0.3195 0.1624 0.9336</w:t>
        <w:br/>
        <w:t>vn -0.3132 -0.9058 0.2852</w:t>
        <w:br/>
        <w:t>vn -0.3676 -0.8191 -0.4404</w:t>
        <w:br/>
        <w:t>vn 0.6081 0.6558 0.4474</w:t>
        <w:br/>
        <w:t>vn 0.4132 0.0364 0.9099</w:t>
        <w:br/>
        <w:t>vn -0.0605 -0.3529 -0.9337</w:t>
        <w:br/>
        <w:t>vn -0.1331 -0.2604 -0.9563</w:t>
        <w:br/>
        <w:t>vn 0.5323 0.8458 0.0372</w:t>
        <w:br/>
        <w:t>vn 0.3538 0.6744 -0.6481</w:t>
        <w:br/>
        <w:t>vn 0.4820 0.7689 -0.4201</w:t>
        <w:br/>
        <w:t>vn 0.2185 0.3265 -0.9196</w:t>
        <w:br/>
        <w:t>vn 0.5946 0.2643 0.7593</w:t>
        <w:br/>
        <w:t>vn 0.7776 0.2617 0.5717</w:t>
        <w:br/>
        <w:t>vn 0.5901 0.6535 0.4741</w:t>
        <w:br/>
        <w:t>vn 0.4131 0.0365 0.9099</w:t>
        <w:br/>
        <w:t>vn 0.2184 0.3264 -0.9196</w:t>
        <w:br/>
        <w:t>vn 0.7777 0.2617 0.5716</w:t>
        <w:br/>
        <w:t>vn 0.5651 0.8199 0.0916</w:t>
        <w:br/>
        <w:t>vn 0.5444 0.7771 0.3158</w:t>
        <w:br/>
        <w:t>vn 0.3487 0.6292 -0.6946</w:t>
        <w:br/>
        <w:t>vn 0.5133 0.7889 -0.3377</w:t>
        <w:br/>
        <w:t>vn 0.3942 -0.0494 -0.9177</w:t>
        <w:br/>
        <w:t>vn 0.1117 -0.1008 -0.9886</w:t>
        <w:br/>
        <w:t>vn 0.1609 -0.1230 0.9793</w:t>
        <w:br/>
        <w:t>vn -0.3615 -0.9278 -0.0923</w:t>
        <w:br/>
        <w:t>vn 0.6627 0.6885 -0.2945</w:t>
        <w:br/>
        <w:t>vn -0.7145 -0.5399 0.4449</w:t>
        <w:br/>
        <w:t>vn 0.5776 0.8127 0.0766</w:t>
        <w:br/>
        <w:t>vn 0.4326 0.5143 0.7406</w:t>
        <w:br/>
        <w:t>vn 0.5775 0.8103 0.0998</w:t>
        <w:br/>
        <w:t>vn 0.4389 0.5289 0.7264</w:t>
        <w:br/>
        <w:t>vn 0.5729 0.8117 0.1135</w:t>
        <w:br/>
        <w:t>vn 0.5572 0.7902 -0.2552</w:t>
        <w:br/>
        <w:t>vn -0.0045 0.4933 0.8698</w:t>
        <w:br/>
        <w:t>vn 0.4845 0.7166 0.5016</w:t>
        <w:br/>
        <w:t>vn 0.6650 0.6896 -0.2869</w:t>
        <w:br/>
        <w:t>vn 0.6077 0.7253 -0.3234</w:t>
        <w:br/>
        <w:t>vn 0.4913 -0.5376 0.6853</w:t>
        <w:br/>
        <w:t>vn 0.0967 -0.0494 -0.9941</w:t>
        <w:br/>
        <w:t>vn 0.2604 0.2659 -0.9282</w:t>
        <w:br/>
        <w:t>vn 0.2818 0.4297 0.8579</w:t>
        <w:br/>
        <w:t>vn 0.5270 0.3195 0.7875</w:t>
        <w:br/>
        <w:t>vn 0.6167 -0.6870 0.3845</w:t>
        <w:br/>
        <w:t>vn 0.3996 -0.6946 0.5983</w:t>
        <w:br/>
        <w:t>vn 0.4749 -0.8486 -0.2332</w:t>
        <w:br/>
        <w:t>vn 0.4866 -0.8690 0.0901</w:t>
        <w:br/>
        <w:t>vn 0.6995 -0.5951 0.3957</w:t>
        <w:br/>
        <w:t>vn 0.3799 -0.7037 0.6004</w:t>
        <w:br/>
        <w:t>vn 0.2116 -0.8953 -0.3921</w:t>
        <w:br/>
        <w:t>vn 0.6027 -0.6988 -0.3853</w:t>
        <w:br/>
        <w:t>vn 0.4185 0.5617 0.7137</w:t>
        <w:br/>
        <w:t>vn 0.5721 0.8121 0.1144</w:t>
        <w:br/>
        <w:t>vn 0.4633 0.6722 -0.5775</w:t>
        <w:br/>
        <w:t>vn 0.5747 0.8106 0.1123</w:t>
        <w:br/>
        <w:t>vn 0.4609 0.6651 -0.5875</w:t>
        <w:br/>
        <w:t>vn 0.4206 0.5474 0.7235</w:t>
        <w:br/>
        <w:t>vn 0.3990 0.5784 0.7115</w:t>
        <w:br/>
        <w:t>vn 0.5414 0.8304 0.1315</w:t>
        <w:br/>
        <w:t>vn 0.4240 0.5458 0.7228</w:t>
        <w:br/>
        <w:t>vn 0.5756 0.8153 0.0633</w:t>
        <w:br/>
        <w:t>vn 0.4233 0.6431 -0.6382</w:t>
        <w:br/>
        <w:t>vn 0.4013 0.5789 0.7098</w:t>
        <w:br/>
        <w:t>vn 0.5243 0.8461 0.0956</w:t>
        <w:br/>
        <w:t>vn 0.4133 0.6981 -0.5846</w:t>
        <w:br/>
        <w:t>vn 0.5077 0.7147 0.4811</w:t>
        <w:br/>
        <w:t>vn 0.5271 0.8151 -0.2401</w:t>
        <w:br/>
        <w:t>vn 0.2890 0.4955 -0.8191</w:t>
        <w:br/>
        <w:t>vn 0.5137 0.7381 0.4373</w:t>
        <w:br/>
        <w:t>vn 0.5094 0.8305 -0.2253</w:t>
        <w:br/>
        <w:t>vn 0.2854 0.5212 -0.8043</w:t>
        <w:br/>
        <w:t>vn 0.5905 0.6699 0.4501</w:t>
        <w:br/>
        <w:t>vn 0.5837 0.7656 -0.2704</w:t>
        <w:br/>
        <w:t>vn 0.2884 0.4522 -0.8440</w:t>
        <w:br/>
        <w:t>vn 0.5657 0.7280 0.3874</w:t>
        <w:br/>
        <w:t>vn 0.5407 0.7844 -0.3038</w:t>
        <w:br/>
        <w:t>vn 0.2868 0.4481 -0.8467</w:t>
        <w:br/>
        <w:t>vn -0.5274 0.0111 0.8495</w:t>
        <w:br/>
        <w:t>vn -0.7467 -0.5588 0.3608</w:t>
        <w:br/>
        <w:t>vn -0.1034 0.5463 0.8312</w:t>
        <w:br/>
        <w:t>vn -0.0511 0.5027 0.8629</w:t>
        <w:br/>
        <w:t>vn 0.4850 0.7326 0.4775</w:t>
        <w:br/>
        <w:t>vn 0.8894 -0.3418 0.3036</w:t>
        <w:br/>
        <w:t>vn 0.3602 -0.7204 0.5927</w:t>
        <w:br/>
        <w:t>vn 0.5130 -0.3969 0.7611</w:t>
        <w:br/>
        <w:t>vn -0.1122 -0.6268 -0.7711</w:t>
        <w:br/>
        <w:t>vn -0.1408 -0.9887 0.0521</w:t>
        <w:br/>
        <w:t>vn 0.7110 -0.2013 0.6738</w:t>
        <w:br/>
        <w:t>vn 0.4067 -0.2519 0.8781</w:t>
        <w:br/>
        <w:t>vn 0.3602 -0.7203 0.5928</w:t>
        <w:br/>
        <w:t>vn 0.9043 -0.2814 -0.3212</w:t>
        <w:br/>
        <w:t>vn 0.4822 -0.8464 -0.2261</w:t>
        <w:br/>
        <w:t>vn 0.8280 -0.3713 -0.4202</w:t>
        <w:br/>
        <w:t>vn 0.5489 -0.3669 -0.7511</w:t>
        <w:br/>
        <w:t>vn 0.1195 -0.3317 -0.9358</w:t>
        <w:br/>
        <w:t>vn 0.3799 -0.8959 0.2305</w:t>
        <w:br/>
        <w:t>vn 0.2245 -0.9686 0.1071</w:t>
        <w:br/>
        <w:t>vn 0.5170 0.7285 0.4494</w:t>
        <w:br/>
        <w:t>vn 0.5048 0.8284 -0.2426</w:t>
        <w:br/>
        <w:t>vn 0.5647 0.8146 -0.1325</w:t>
        <w:br/>
        <w:t>vn 0.6313 0.7562 0.1722</w:t>
        <w:br/>
        <w:t>vn 0.4594 -0.5106 -0.7268</w:t>
        <w:br/>
        <w:t>vn 0.4791 0.8595 -0.1780</w:t>
        <w:br/>
        <w:t>vn 0.4791 0.8595 -0.1781</w:t>
        <w:br/>
        <w:t>vn 0.4903 0.8625 0.1256</w:t>
        <w:br/>
        <w:t>vn 0.4479 0.7932 0.4127</w:t>
        <w:br/>
        <w:t>vn 0.4479 0.7931 0.4127</w:t>
        <w:br/>
        <w:t>vn 0.4236 0.8615 -0.2801</w:t>
        <w:br/>
        <w:t>vn 0.3558 0.6522 -0.6693</w:t>
        <w:br/>
        <w:t>vn 0.7051 -0.5356 0.4647</w:t>
        <w:br/>
        <w:t>vn 0.4830 -0.6165 0.6218</w:t>
        <w:br/>
        <w:t>vn 0.3095 0.8440 -0.4380</w:t>
        <w:br/>
        <w:t>vn 0.7051 -0.5356 0.4648</w:t>
        <w:br/>
        <w:t>vn 0.5957 -0.2588 -0.7604</w:t>
        <w:br/>
        <w:t>vn 0.3804 0.7320 -0.5652</w:t>
        <w:br/>
        <w:t>vn 0.4700 0.8467 -0.2492</w:t>
        <w:br/>
        <w:t>vn 0.5013 0.8595 0.1000</w:t>
        <w:br/>
        <w:t>vn 0.5013 0.8595 0.0999</w:t>
        <w:br/>
        <w:t>vn 0.2446 0.3240 -0.9139</w:t>
        <w:br/>
        <w:t>vn 0.8314 -0.5530 -0.0544</w:t>
        <w:br/>
        <w:t>vn 0.7565 -0.4243 -0.4976</w:t>
        <w:br/>
        <w:t>vn 0.6026 -0.6987 -0.3855</w:t>
        <w:br/>
        <w:t>vn 0.6995 -0.5950 0.3958</w:t>
        <w:br/>
        <w:t>vn 0.4782 0.8139 -0.3300</w:t>
        <w:br/>
        <w:t>vn 0.4463 0.8353 -0.3211</w:t>
        <w:br/>
        <w:t>vn 0.5323 0.8458 0.0371</w:t>
        <w:br/>
        <w:t>vn 0.5901 0.6534 0.4742</w:t>
        <w:br/>
        <w:t>vn 0.5651 0.8199 0.0918</w:t>
        <w:br/>
        <w:t>vn 0.3943 -0.0494 -0.9177</w:t>
        <w:br/>
        <w:t>vn 0.8459 -0.5292 -0.0657</w:t>
        <w:br/>
        <w:t>vn 0.7642 -0.3825 -0.5193</w:t>
        <w:br/>
        <w:t>vn 0.3944 -0.0494 -0.9176</w:t>
        <w:br/>
        <w:t>vn 0.7777 0.2616 0.5717</w:t>
        <w:br/>
        <w:t>vn 0.1904 0.6712 0.7164</w:t>
        <w:br/>
        <w:t>vn 0.1905 0.6713 0.7163</w:t>
        <w:br/>
        <w:t>vn -0.0712 0.5118 0.8561</w:t>
        <w:br/>
        <w:t>vn -0.3394 0.3074 0.8890</w:t>
        <w:br/>
        <w:t>vn -0.3394 0.3073 0.8890</w:t>
        <w:br/>
        <w:t>vn -0.1035 0.5463 0.8312</w:t>
        <w:br/>
        <w:t>vn 0.3565 0.7021 0.6164</w:t>
        <w:br/>
        <w:t>vn 0.2305 -0.9651 0.1241</w:t>
        <w:br/>
        <w:t>vn 0.5316 -0.8204 -0.2106</w:t>
        <w:br/>
        <w:t>vn 0.3595 -0.6961 0.6214</w:t>
        <w:br/>
        <w:t>vn 0.4438 0.4075 0.7981</w:t>
        <w:br/>
        <w:t>vn 0.7278 -0.6857 -0.0059</w:t>
        <w:br/>
        <w:t>vn 0.8150 -0.3172 0.4850</w:t>
        <w:br/>
        <w:t>vn 0.6727 -0.7365 -0.0708</w:t>
        <w:br/>
        <w:t>vn -0.2243 -0.1791 0.9579</w:t>
        <w:br/>
        <w:t>vn -0.5053 -0.4015 0.7638</w:t>
        <w:br/>
        <w:t>vn -0.1573 -0.8451 0.5109</w:t>
        <w:br/>
        <w:t>vn 0.0146 -0.7391 0.6735</w:t>
        <w:br/>
        <w:t>vn 0.1780 -0.9803 -0.0851</w:t>
        <w:br/>
        <w:t>vn 0.0909 -0.9944 -0.0545</w:t>
        <w:br/>
        <w:t>vn -0.5054 -0.4015 0.7638</w:t>
        <w:br/>
        <w:t>vn -0.2244 -0.1791 0.9579</w:t>
        <w:br/>
        <w:t>vn -0.8808 -0.3433 0.3261</w:t>
        <w:br/>
        <w:t>vn -0.8847 0.2262 0.4076</w:t>
        <w:br/>
        <w:t>vn -0.9046 -0.2816 -0.3200</w:t>
        <w:br/>
        <w:t>vn -0.4346 -0.3351 -0.8360</w:t>
        <w:br/>
        <w:t>vn -0.9055 0.3520 -0.2369</w:t>
        <w:br/>
        <w:t>vn -0.4347 -0.3351 -0.8359</w:t>
        <w:br/>
        <w:t>vn -0.3826 -0.6784 -0.6272</w:t>
        <w:br/>
        <w:t>vn -0.0804 -0.7886 -0.6096</w:t>
        <w:br/>
        <w:t>vn 0.2246 -0.9545 0.1963</w:t>
        <w:br/>
        <w:t>vn 0.1516 -0.7686 0.6215</w:t>
        <w:br/>
        <w:t>vn 0.1104 -0.6680 0.7359</w:t>
        <w:br/>
        <w:t>vn 0.1674 -0.9751 0.1452</w:t>
        <w:br/>
        <w:t>vn 0.1504 -0.6464 0.7480</w:t>
        <w:br/>
        <w:t>vn 0.3416 -0.9395 0.0268</w:t>
        <w:br/>
        <w:t>vn -0.5477 -0.3746 -0.7481</w:t>
        <w:br/>
        <w:t>vn -0.7748 0.5002 -0.3867</w:t>
        <w:br/>
        <w:t>vn -0.5084 -0.8500 -0.1383</w:t>
        <w:br/>
        <w:t>vn -0.5476 -0.3745 -0.7482</w:t>
        <w:br/>
        <w:t>vn -0.5069 -0.5612 -0.6543</w:t>
        <w:br/>
        <w:t>vn -0.1369 -0.9771 -0.1628</w:t>
        <w:br/>
        <w:t>vn 0.0675 -0.9910 0.1159</w:t>
        <w:br/>
        <w:t>vn -0.6276 0.7446 0.2272</w:t>
        <w:br/>
        <w:t>vn -0.5041 0.7975 0.3314</w:t>
        <w:br/>
        <w:t>vn -0.7153 0.6981 0.0323</w:t>
        <w:br/>
        <w:t>vn -0.6426 0.7506 0.1539</w:t>
        <w:br/>
        <w:t>vn -0.6365 0.7183 0.2809</w:t>
        <w:br/>
        <w:t>vn -0.3220 0.1353 0.9370</w:t>
        <w:br/>
        <w:t>vn -0.2326 0.1714 0.9573</w:t>
        <w:br/>
        <w:t>vn 0.1241 -0.4531 0.8828</w:t>
        <w:br/>
        <w:t>vn -0.0739 -0.5304 0.8445</w:t>
        <w:br/>
        <w:t>vn -0.5212 0.6639 0.5363</w:t>
        <w:br/>
        <w:t>vn -0.2326 0.1713 0.9574</w:t>
        <w:br/>
        <w:t>vn -0.5799 0.6363 0.5088</w:t>
        <w:br/>
        <w:t>vn 0.4032 -0.8966 0.1831</w:t>
        <w:br/>
        <w:t>vn 0.2519 -0.9575 0.1404</w:t>
        <w:br/>
        <w:t>vn -0.5590 0.7914 -0.2474</w:t>
        <w:br/>
        <w:t>vn -0.5863 0.7609 -0.2779</w:t>
        <w:br/>
        <w:t>vn -0.6681 -0.4413 0.5991</w:t>
        <w:br/>
        <w:t>vn -0.5402 -0.1609 0.8260</w:t>
        <w:br/>
        <w:t>vn -0.5074 -0.5772 0.6398</w:t>
        <w:br/>
        <w:t>vn -0.1497 -0.8470 0.5101</w:t>
        <w:br/>
        <w:t>vn -0.7804 0.5297 0.3323</w:t>
        <w:br/>
        <w:t>vn -0.5402 -0.1610 0.8260</w:t>
        <w:br/>
        <w:t>vn -0.5384 0.7753 -0.3303</w:t>
        <w:br/>
        <w:t>vn 0.3644 -0.6842 -0.6318</w:t>
        <w:br/>
        <w:t>vn 0.1069 -0.1522 -0.9825</w:t>
        <w:br/>
        <w:t>vn 0.0107 -0.2071 -0.9783</w:t>
        <w:br/>
        <w:t>vn 0.2338 -0.7477 -0.6216</w:t>
        <w:br/>
        <w:t>vn -0.2642 0.4202 -0.8681</w:t>
        <w:br/>
        <w:t>vn -0.3082 0.3691 -0.8768</w:t>
        <w:br/>
        <w:t>vn -0.6081 0.3173 -0.7277</w:t>
        <w:br/>
        <w:t>vn -0.8417 0.3303 -0.4270</w:t>
        <w:br/>
        <w:t>vn -0.8284 -0.3716 -0.4191</w:t>
        <w:br/>
        <w:t>vn -0.3712 -0.4448 -0.8151</w:t>
        <w:br/>
        <w:t>vn -0.3711 -0.4447 -0.8151</w:t>
        <w:br/>
        <w:t>vn -0.3473 -0.8695 -0.3512</w:t>
        <w:br/>
        <w:t>vn 0.0373 -0.8638 -0.5025</w:t>
        <w:br/>
        <w:t>vn -0.5807 0.6755 -0.4544</w:t>
        <w:br/>
        <w:t>vn -0.5682 0.6522 0.5018</w:t>
        <w:br/>
        <w:t>vn -0.2788 0.1527 0.9481</w:t>
        <w:br/>
        <w:t>vn -0.3418 0.0806 0.9363</w:t>
        <w:br/>
        <w:t>vn -0.6115 0.6153 0.4975</w:t>
        <w:br/>
        <w:t>vn -0.3419 0.0806 0.9363</w:t>
        <w:br/>
        <w:t>vn -0.2788 0.1526 0.9481</w:t>
        <w:br/>
        <w:t>vn 0.1541 -0.4875 0.8594</w:t>
        <w:br/>
        <w:t>vn 0.0757 -0.5952 0.8000</w:t>
        <w:br/>
        <w:t>vn 0.4896 -0.8482 0.2023</w:t>
        <w:br/>
        <w:t>vn 0.4361 -0.8961 0.0826</w:t>
        <w:br/>
        <w:t>vn -0.5730 0.7841 -0.2384</w:t>
        <w:br/>
        <w:t>vn -0.5780 0.7754 -0.2545</w:t>
        <w:br/>
        <w:t>vn -0.6975 -0.6328 0.3364</w:t>
        <w:br/>
        <w:t>vn -0.7102 -0.2009 0.6747</w:t>
        <w:br/>
        <w:t>vn -0.8395 0.5062 0.1975</w:t>
        <w:br/>
        <w:t>vn -0.0479 -0.9982 -0.0368</w:t>
        <w:br/>
        <w:t>vn 0.1862 -0.9677 -0.1702</w:t>
        <w:br/>
        <w:t>vn -0.4791 0.6912 -0.5410</w:t>
        <w:br/>
        <w:t>vn -0.5998 0.6585 -0.4544</w:t>
        <w:br/>
        <w:t>vn -0.7495 0.6243 -0.2202</w:t>
        <w:br/>
        <w:t>vn -0.2912 0.4818 -0.8265</w:t>
        <w:br/>
        <w:t>vn -0.2870 0.4990 -0.8177</w:t>
        <w:br/>
        <w:t>vn 0.1467 -0.1110 -0.9829</w:t>
        <w:br/>
        <w:t>vn 0.1504 -0.1307 -0.9799</w:t>
        <w:br/>
        <w:t>vn 0.4571 -0.6725 -0.5820</w:t>
        <w:br/>
        <w:t>vn 0.4863 -0.6886 -0.5378</w:t>
        <w:br/>
        <w:t>vn 0.4633 -0.6221 -0.6312</w:t>
        <w:br/>
        <w:t>vn 0.3227 -0.9421 -0.0912</w:t>
        <w:br/>
        <w:t>vn 0.3552 -0.9149 -0.1919</w:t>
        <w:br/>
        <w:t>vn 0.4849 -0.6549 -0.5796</w:t>
        <w:br/>
        <w:t>vn 0.5563 -0.6370 -0.5337</w:t>
        <w:br/>
        <w:t>vn 0.4336 -0.8965 -0.0907</w:t>
        <w:br/>
        <w:t>vn -0.1681 0.5138 -0.8413</w:t>
        <w:br/>
        <w:t>vn -0.3001 0.6660 -0.6829</w:t>
        <w:br/>
        <w:t>vn 0.3160 0.0300 -0.9483</w:t>
        <w:br/>
        <w:t>vn 0.2704 -0.0214 -0.9625</w:t>
        <w:br/>
        <w:t>vn 0.7335 -0.4722 0.4889</w:t>
        <w:br/>
        <w:t>vn 0.5444 -0.8165 -0.1921</w:t>
        <w:br/>
        <w:t>vn 0.6103 -0.7820 -0.1267</w:t>
        <w:br/>
        <w:t>vn 0.7730 -0.3975 0.4944</w:t>
        <w:br/>
        <w:t>vn -0.0203 -0.7983 -0.6019</w:t>
        <w:br/>
        <w:t>vn 0.1217 -0.9009 -0.4166</w:t>
        <w:br/>
        <w:t>vn -0.1356 0.4191 0.8978</w:t>
        <w:br/>
        <w:t>vn 0.4009 0.0653 0.9138</w:t>
        <w:br/>
        <w:t>vn 0.4110 0.1442 0.9001</w:t>
        <w:br/>
        <w:t>vn -0.0928 0.4549 0.8857</w:t>
        <w:br/>
        <w:t>vn -0.7052 -0.2710 -0.6552</w:t>
        <w:br/>
        <w:t>vn -0.9540 0.2993 -0.0150</w:t>
        <w:br/>
        <w:t>vn -0.9988 -0.0256 -0.0420</w:t>
        <w:br/>
        <w:t>vn -0.4667 -0.8450 -0.2611</w:t>
        <w:br/>
        <w:t>vn -0.5861 0.4462 0.6763</w:t>
        <w:br/>
        <w:t>vn -0.6466 0.2221 0.7298</w:t>
        <w:br/>
        <w:t>vn -0.6904 0.2187 0.6895</w:t>
        <w:br/>
        <w:t>vn -0.9540 0.2994 -0.0150</w:t>
        <w:br/>
        <w:t>vn -0.6467 0.2220 0.7297</w:t>
        <w:br/>
        <w:t>vn -0.4129 0.4661 0.7825</w:t>
        <w:br/>
        <w:t>vn -0.5132 0.4831 -0.7094</w:t>
        <w:br/>
        <w:t>vn 0.3305 -0.9437 0.0119</w:t>
        <w:br/>
        <w:t>vn 0.2949 -0.9493 0.1094</w:t>
        <w:br/>
        <w:t>vn 0.2346 -0.9721 -0.0003</w:t>
        <w:br/>
        <w:t>vn -0.2540 0.0238 0.9669</w:t>
        <w:br/>
        <w:t>vn -0.3887 0.0249 0.9210</w:t>
        <w:br/>
        <w:t>vn -0.4157 0.4558 0.7870</w:t>
        <w:br/>
        <w:t>vn -0.3590 0.4710 0.8058</w:t>
        <w:br/>
        <w:t>vn -0.0952 -0.4665 0.8794</w:t>
        <w:br/>
        <w:t>vn -0.3287 -0.5336 0.7793</w:t>
        <w:br/>
        <w:t>vn 0.1179 -0.8518 0.5105</w:t>
        <w:br/>
        <w:t>vn -0.1759 -0.9186 0.3539</w:t>
        <w:br/>
        <w:t>vn -0.0952 -0.4666 0.8793</w:t>
        <w:br/>
        <w:t>vn 0.2678 -0.9634 0.0150</w:t>
        <w:br/>
        <w:t>vn 0.5412 -0.8058 -0.2402</w:t>
        <w:br/>
        <w:t>vn 0.4956 -0.8493 -0.1820</w:t>
        <w:br/>
        <w:t>vn 0.5570 -0.5912 -0.5832</w:t>
        <w:br/>
        <w:t>vn 0.3098 -0.1827 -0.9331</w:t>
        <w:br/>
        <w:t>vn 0.5422 -0.6255 -0.5611</w:t>
        <w:br/>
        <w:t>vn 0.2683 0.0345 -0.9627</w:t>
        <w:br/>
        <w:t>vn 0.4853 -0.8576 -0.1702</w:t>
        <w:br/>
        <w:t>vn 0.3090 -0.9203 -0.2399</w:t>
        <w:br/>
        <w:t>vn 0.0878 -0.9950 -0.0486</w:t>
        <w:br/>
        <w:t>vn -0.0291 0.5445 0.8382</w:t>
        <w:br/>
        <w:t>vn 0.4455 0.2527 0.8589</w:t>
        <w:br/>
        <w:t>vn 0.0540 -0.9983 -0.0208</w:t>
        <w:br/>
        <w:t>vn -0.7312 0.6813 0.0328</w:t>
        <w:br/>
        <w:t>vn -0.6406 0.5452 -0.5407</w:t>
        <w:br/>
        <w:t>vn -0.4906 -0.5371 0.6862</w:t>
        <w:br/>
        <w:t>vn -0.1692 -0.1825 0.9685</w:t>
        <w:br/>
        <w:t>vn -0.1692 -0.1826 0.9685</w:t>
        <w:br/>
        <w:t>vn 0.4459 0.0771 0.8917</w:t>
        <w:br/>
        <w:t>vn -0.4586 0.4920 0.7400</w:t>
        <w:br/>
        <w:t>vn -0.1353 -0.1822 0.9739</w:t>
        <w:br/>
        <w:t>vn -0.1598 -0.1223 0.9795</w:t>
        <w:br/>
        <w:t>vn -0.4524 0.4597 0.7642</w:t>
        <w:br/>
        <w:t>vn -0.4050 0.5146 0.7557</w:t>
        <w:br/>
        <w:t>vn -0.3002 0.4875 -0.8199</w:t>
        <w:br/>
        <w:t>vn -0.2661 0.4617 -0.8462</w:t>
        <w:br/>
        <w:t>vn 0.1901 -0.0806 -0.9785</w:t>
        <w:br/>
        <w:t>vn 0.1364 -0.0913 -0.9864</w:t>
        <w:br/>
        <w:t>vn 0.7245 -0.5665 0.3927</w:t>
        <w:br/>
        <w:t>vn 0.7281 -0.4506 0.5165</w:t>
        <w:br/>
        <w:t>vn 0.4666 -0.7921 -0.3934</w:t>
        <w:br/>
        <w:t>vn 0.4683 -0.8077 -0.3582</w:t>
        <w:br/>
        <w:t>vn 0.3596 -0.8718 -0.3325</w:t>
        <w:br/>
        <w:t>vn 0.4509 -0.8032 -0.3893</w:t>
        <w:br/>
        <w:t>vn 0.7470 -0.5587 0.3604</w:t>
        <w:br/>
        <w:t>vn 0.7216 -0.5937 0.3561</w:t>
        <w:br/>
        <w:t>vn 0.4902 0.0360 0.8709</w:t>
        <w:br/>
        <w:t>vn 0.4856 0.0234 0.8739</w:t>
        <w:br/>
        <w:t>vn -0.1138 -0.5405 -0.8336</w:t>
        <w:br/>
        <w:t>vn -0.1029 -0.5700 -0.8152</w:t>
        <w:br/>
        <w:t>vn -0.2357 -0.6399 -0.7314</w:t>
        <w:br/>
        <w:t>vn -0.1409 -0.5558 -0.8193</w:t>
        <w:br/>
        <w:t>vn 0.1517 -0.9783 0.1408</w:t>
        <w:br/>
        <w:t>vn -0.5319 -0.8205 -0.2094</w:t>
        <w:br/>
        <w:t>vn -0.3750 -0.7516 -0.5426</w:t>
        <w:br/>
        <w:t>vn 0.2012 -0.9570 -0.2090</w:t>
        <w:br/>
        <w:t>vn 0.0815 -0.2476 0.9654</w:t>
        <w:br/>
        <w:t>vn -0.2977 -0.1185 0.9473</w:t>
        <w:br/>
        <w:t>vn -0.3589 -0.6956 0.6223</w:t>
        <w:br/>
        <w:t>vn 0.4637 0.0054 0.8860</w:t>
        <w:br/>
        <w:t>vn 0.4238 0.0194 0.9055</w:t>
        <w:br/>
        <w:t>vn -0.1034 0.4585 0.8827</w:t>
        <w:br/>
        <w:t>vn -0.0436 0.4759 0.8784</w:t>
        <w:br/>
        <w:t>vn 0.7335 -0.4721 0.4889</w:t>
        <w:br/>
        <w:t>vn 0.3430 -0.4921 0.8001</w:t>
        <w:br/>
        <w:t>vn 0.5313 -0.0881 0.8426</w:t>
        <w:br/>
        <w:t>vn 0.0405 0.4784 0.8772</w:t>
        <w:br/>
        <w:t>vn -0.8436 0.5056 -0.1805</w:t>
        <w:br/>
        <w:t>vn -0.6453 -0.0535 -0.7620</w:t>
        <w:br/>
        <w:t>vn -0.6447 -0.0156 -0.7642</w:t>
        <w:br/>
        <w:t>vn -0.7823 0.6220 -0.0332</w:t>
        <w:br/>
        <w:t>vn -0.4582 0.7318 0.5045</w:t>
        <w:br/>
        <w:t>vn -0.4763 0.7253 0.4971</w:t>
        <w:br/>
        <w:t>vn -0.9517 -0.1840 -0.2459</w:t>
        <w:br/>
        <w:t>vn -0.7896 -0.2319 -0.5681</w:t>
        <w:br/>
        <w:t>vn -0.5821 0.6163 0.5304</w:t>
        <w:br/>
        <w:t>vn -0.5260 0.6864 0.5022</w:t>
        <w:br/>
        <w:t>vn -0.4431 0.4082 0.7981</w:t>
        <w:br/>
        <w:t>vn -0.1020 0.5449 0.8323</w:t>
        <w:br/>
        <w:t>vn -0.6990 -0.1024 -0.7078</w:t>
        <w:br/>
        <w:t>vn -0.6513 -0.0267 -0.7583</w:t>
        <w:br/>
        <w:t>vn -0.8437 0.5056 -0.1805</w:t>
        <w:br/>
        <w:t>vn -0.0796 -0.6821 -0.7269</w:t>
        <w:br/>
        <w:t>vn 0.4956 -0.8219 -0.2810</w:t>
        <w:br/>
        <w:t>vn 0.7150 -0.5396 0.4446</w:t>
        <w:br/>
        <w:t>vn 0.6008 -0.7148 0.3580</w:t>
        <w:br/>
        <w:t>vn -0.8370 0.5032 -0.2149</w:t>
        <w:br/>
        <w:t>vn -0.8190 0.5340 -0.2099</w:t>
        <w:br/>
        <w:t>vn 0.0292 0.4947 0.8686</w:t>
        <w:br/>
        <w:t>vn 0.0259 0.5036 0.8636</w:t>
        <w:br/>
        <w:t>vn 0.5003 0.0189 0.8656</w:t>
        <w:br/>
        <w:t>vn -0.9174 0.3558 -0.1783</w:t>
        <w:br/>
        <w:t>vn -0.4479 0.7584 0.4735</w:t>
        <w:br/>
        <w:t>vn -0.9174 0.3557 -0.1783</w:t>
        <w:br/>
        <w:t>vn -0.5637 0.6784 0.4712</w:t>
        <w:br/>
        <w:t>vn -0.9465 -0.2955 0.1296</w:t>
        <w:br/>
        <w:t>vn -0.9900 -0.1324 0.0493</w:t>
        <w:br/>
        <w:t>vn -0.9138 -0.4060 0.0111</w:t>
        <w:br/>
        <w:t>vn 0.7216 -0.5938 0.3561</w:t>
        <w:br/>
        <w:t>vn 0.5661 0.0450 0.8231</w:t>
        <w:br/>
        <w:t>vn -0.9900 -0.1323 0.0492</w:t>
        <w:br/>
        <w:t>vn 0.3429 -0.4921 0.8001</w:t>
        <w:br/>
        <w:t>vn -0.1366 -0.0839 0.9871</w:t>
        <w:br/>
        <w:t>vn -0.4333 0.5167 0.7384</w:t>
        <w:br/>
        <w:t>vn -0.1365 -0.0839 0.9871</w:t>
        <w:br/>
        <w:t>vn -0.0625 -0.0620 0.9961</w:t>
        <w:br/>
        <w:t>vn -0.4155 0.5279 0.7407</w:t>
        <w:br/>
        <w:t>vn -0.4137 0.5513 0.7245</w:t>
        <w:br/>
        <w:t>vn -0.1365 0.0893 0.9866</w:t>
        <w:br/>
        <w:t>vn 0.2878 -0.6618 0.6923</w:t>
        <w:br/>
        <w:t>vn -0.0924 -0.0703 0.9932</w:t>
        <w:br/>
        <w:t>vn 0.3023 -0.6728 0.6752</w:t>
        <w:br/>
        <w:t>vn -0.0453 -0.0616 0.9971</w:t>
        <w:br/>
        <w:t>vn -0.1301 0.0799 0.9883</w:t>
        <w:br/>
        <w:t>vn 0.3033 -0.7229 0.6208</w:t>
        <w:br/>
        <w:t>vn 0.3331 -0.6872 0.6456</w:t>
        <w:br/>
        <w:t>vn 0.4563 -0.8884 -0.0510</w:t>
        <w:br/>
        <w:t>vn 0.4489 -0.8887 -0.0937</w:t>
        <w:br/>
        <w:t>vn 0.4055 -0.9038 -0.1370</w:t>
        <w:br/>
        <w:t>vn 0.4540 -0.8823 -0.1240</w:t>
        <w:br/>
        <w:t>vn -0.3630 -0.9224 -0.1319</w:t>
        <w:br/>
        <w:t>vn 0.0473 -0.9855 -0.1630</w:t>
        <w:br/>
        <w:t>vn 0.0360 -0.8509 0.5242</w:t>
        <w:br/>
        <w:t>vn -0.3597 -0.8524 0.3795</w:t>
        <w:br/>
        <w:t>vn -0.3800 -0.8955 0.2316</w:t>
        <w:br/>
        <w:t>vn -0.4393 -0.8898 -0.1235</w:t>
        <w:br/>
        <w:t>vn -0.5896 0.8037 0.0810</w:t>
        <w:br/>
        <w:t>vn -0.3602 0.6002 0.7142</w:t>
        <w:br/>
        <w:t>vn -0.3953 0.5759 0.7156</w:t>
        <w:br/>
        <w:t>vn -0.5321 0.8371 0.1271</w:t>
        <w:br/>
        <w:t>vn -0.4645 0.8768 0.1239</w:t>
        <w:br/>
        <w:t>vn -0.1367 0.0441 -0.9896</w:t>
        <w:br/>
        <w:t>vn -0.4517 0.5984 -0.6617</w:t>
        <w:br/>
        <w:t>vn -0.4487 0.6710 -0.5903</w:t>
        <w:br/>
        <w:t>vn -0.4290 0.6543 -0.6227</w:t>
        <w:br/>
        <w:t>vn -0.0988 0.1293 -0.9867</w:t>
        <w:br/>
        <w:t>vn -0.1820 0.2552 -0.9496</w:t>
        <w:br/>
        <w:t>vn 0.2557 -0.5167 -0.8171</w:t>
        <w:br/>
        <w:t>vn 0.2597 -0.5076 -0.8215</w:t>
        <w:br/>
        <w:t>vn -0.1821 0.2553 -0.9496</w:t>
        <w:br/>
        <w:t>vn -0.0823 0.1101 -0.9905</w:t>
        <w:br/>
        <w:t>vn 0.2779 -0.5377 -0.7960</w:t>
        <w:br/>
        <w:t>vn -0.4142 0.6327 -0.6543</w:t>
        <w:br/>
        <w:t>vn 0.1883 -0.6430 -0.7424</w:t>
        <w:br/>
        <w:t>vn 0.4521 -0.8847 -0.1131</w:t>
        <w:br/>
        <w:t>vn 0.2263 -0.5323 -0.8158</w:t>
        <w:br/>
        <w:t>vn 0.2641 -0.5138 -0.8163</w:t>
        <w:br/>
        <w:t>vn -0.4423 -0.5341 -0.7204</w:t>
        <w:br/>
        <w:t>vn -0.0511 -0.6248 -0.7791</w:t>
        <w:br/>
        <w:t>vn -0.4582 0.7090 -0.5360</w:t>
        <w:br/>
        <w:t>vn -0.4178 0.7347 -0.5345</w:t>
        <w:br/>
        <w:t>vn 0.2269 -0.7827 0.5796</w:t>
        <w:br/>
        <w:t>vn -0.0649 -0.1301 0.9894</w:t>
        <w:br/>
        <w:t>vn 0.2864 -0.9455 -0.1547</w:t>
        <w:br/>
        <w:t>vn 0.1351 -0.5691 -0.8111</w:t>
        <w:br/>
        <w:t>vn -0.1547 -0.2633 0.9522</w:t>
        <w:br/>
        <w:t>vn -0.2563 0.0297 -0.9661</w:t>
        <w:br/>
        <w:t>vn -0.2155 0.2813 -0.9351</w:t>
        <w:br/>
        <w:t>vn -0.1731 0.1386 -0.9751</w:t>
        <w:br/>
        <w:t>vn 0.3192 -0.6761 0.6640</w:t>
        <w:br/>
        <w:t>vn -0.1365 0.0892 0.9866</w:t>
        <w:br/>
        <w:t>vn -0.4704 0.7044 -0.5315</w:t>
        <w:br/>
        <w:t>vn -0.4105 0.5438 0.7319</w:t>
        <w:br/>
        <w:t>vn -0.3973 0.5674 0.7213</w:t>
        <w:br/>
        <w:t>vn -0.1300 0.0799 0.9883</w:t>
        <w:br/>
        <w:t>vn -0.5632 0.8178 0.1186</w:t>
        <w:br/>
        <w:t>vn -0.5465 0.8276 0.1283</w:t>
        <w:br/>
        <w:t>vn -0.4575 0.6957 -0.5538</w:t>
        <w:br/>
        <w:t>vn -0.4488 0.6751 -0.5854</w:t>
        <w:br/>
        <w:t>vn -0.1096 0.1397 -0.9841</w:t>
        <w:br/>
        <w:t>vn -0.4390 0.5597 0.7028</w:t>
        <w:br/>
        <w:t>vn -0.4521 0.5152 0.7281</w:t>
        <w:br/>
        <w:t>vn -0.3201 0.0001 0.9474</w:t>
        <w:br/>
        <w:t>vn -0.1548 -0.2633 0.9522</w:t>
        <w:br/>
        <w:t>vn -0.2564 0.0297 -0.9661</w:t>
        <w:br/>
        <w:t>vn -0.4955 0.7105 -0.4997</w:t>
        <w:br/>
        <w:t>vn -0.1731 0.1387 -0.9751</w:t>
        <w:br/>
        <w:t>vn -0.4391 0.5598 0.7027</w:t>
        <w:br/>
        <w:t>vn -0.5480 0.8217 0.1566</w:t>
        <w:br/>
        <w:t>vn -0.4522 0.5152 0.7281</w:t>
        <w:br/>
        <w:t>vn -0.4955 0.7104 -0.4998</w:t>
        <w:br/>
        <w:t>vn -0.5126 0.8480 0.1346</w:t>
        <w:br/>
        <w:t>vn -0.3333 -0.9342 -0.1270</w:t>
        <w:br/>
        <w:t>vn -0.2262 -0.8937 -0.3876</w:t>
        <w:br/>
        <w:t>vn -0.4392 -0.8899 -0.1235</w:t>
        <w:br/>
        <w:t>vn -0.4604 -0.5109 -0.7260</w:t>
        <w:br/>
        <w:t>vn -0.0964 -0.0389 0.9946</w:t>
        <w:br/>
        <w:t>vn -0.3950 0.5698 0.7206</w:t>
        <w:br/>
        <w:t>vn -0.1478 0.0959 0.9844</w:t>
        <w:br/>
        <w:t>vn 0.2064 -0.6721 0.7111</w:t>
        <w:br/>
        <w:t>vn 0.1512 -0.6849 0.7128</w:t>
        <w:br/>
        <w:t>vn -0.1315 -0.0999 0.9863</w:t>
        <w:br/>
        <w:t>vn -0.0965 -0.0389 0.9946</w:t>
        <w:br/>
        <w:t>vn 0.2953 -0.6723 0.6788</w:t>
        <w:br/>
        <w:t>vn -0.0738 -0.0497 0.9960</w:t>
        <w:br/>
        <w:t>vn -0.1506 0.0797 0.9854</w:t>
        <w:br/>
        <w:t>vn 0.2620 -0.7150 0.6482</w:t>
        <w:br/>
        <w:t>vn -0.0926 -0.1134 0.9892</w:t>
        <w:br/>
        <w:t>vn -0.3942 0.5847 0.7091</w:t>
        <w:br/>
        <w:t>vn -0.3712 0.6130 0.6975</w:t>
        <w:br/>
        <w:t>vn -0.4200 0.5389 0.7302</w:t>
        <w:br/>
        <w:t>vn -0.4046 0.5644 0.7196</w:t>
        <w:br/>
        <w:t>vn 0.3813 -0.9207 -0.0827</w:t>
        <w:br/>
        <w:t>vn 0.3198 -0.9432 -0.0898</w:t>
        <w:br/>
        <w:t>vn 0.3891 -0.9176 -0.0811</w:t>
        <w:br/>
        <w:t>vn 0.4475 -0.8906 -0.0808</w:t>
        <w:br/>
        <w:t>vn -0.4824 -0.6160 0.6228</w:t>
        <w:br/>
        <w:t>vn -0.4462 -0.8903 -0.0911</w:t>
        <w:br/>
        <w:t>vn 0.0416 -0.9959 -0.0800</w:t>
        <w:br/>
        <w:t>vn -0.0078 -0.8118 0.5838</w:t>
        <w:br/>
        <w:t>vn -0.9236 -0.3763 -0.0727</w:t>
        <w:br/>
        <w:t>vn -0.8187 -0.5698 -0.0716</w:t>
        <w:br/>
        <w:t>vn -0.7775 -0.4793 0.4071</w:t>
        <w:br/>
        <w:t>vn -0.4603 0.8864 0.0498</w:t>
        <w:br/>
        <w:t>vn -0.5162 0.8528 0.0791</w:t>
        <w:br/>
        <w:t>vn -0.5649 0.8213 0.0801</w:t>
        <w:br/>
        <w:t>vn -0.5362 0.8389 0.0936</w:t>
        <w:br/>
        <w:t>vn -0.4155 0.6462 -0.6402</w:t>
        <w:br/>
        <w:t>vn -0.0364 0.0718 -0.9968</w:t>
        <w:br/>
        <w:t>vn -0.1363 0.2255 -0.9647</w:t>
        <w:br/>
        <w:t>vn -0.0364 0.0717 -0.9968</w:t>
        <w:br/>
        <w:t>vn 0.2608 -0.5300 -0.8069</w:t>
        <w:br/>
        <w:t>vn 0.2897 -0.5224 -0.8020</w:t>
        <w:br/>
        <w:t>vn -0.0248 0.0275 -0.9993</w:t>
        <w:br/>
        <w:t>vn 0.2251 -0.5479 -0.8057</w:t>
        <w:br/>
        <w:t>vn -0.0942 0.0698 -0.9931</w:t>
        <w:br/>
        <w:t>vn -0.3629 0.7088 -0.6048</w:t>
        <w:br/>
        <w:t>vn -0.4100 0.6871 -0.5999</w:t>
        <w:br/>
        <w:t>vn -0.1593 0.2545 -0.9539</w:t>
        <w:br/>
        <w:t>vn 0.2536 -0.5685 -0.7826</w:t>
        <w:br/>
        <w:t>vn 0.1910 -0.6305 -0.7523</w:t>
        <w:br/>
        <w:t>vn -0.0942 0.0697 -0.9931</w:t>
        <w:br/>
        <w:t>vn -0.0778 0.1295 -0.9885</w:t>
        <w:br/>
        <w:t>vn 0.2906 -0.5295 -0.7970</w:t>
        <w:br/>
        <w:t>vn -0.4101 0.6879 -0.5988</w:t>
        <w:br/>
        <w:t>vn -0.4206 0.6562 -0.6265</w:t>
        <w:br/>
        <w:t>vn 0.4370 -0.8962 -0.0758</w:t>
        <w:br/>
        <w:t>vn -0.4449 -0.5024 -0.7414</w:t>
        <w:br/>
        <w:t>vn -0.0149 -0.6869 -0.7266</w:t>
        <w:br/>
        <w:t>vn -0.4359 0.6336 -0.6391</w:t>
        <w:br/>
        <w:t>vn -0.5907 0.8042 0.0660</w:t>
        <w:br/>
        <w:t>vn 0.2649 -0.6597 0.7033</w:t>
        <w:br/>
        <w:t>vn 0.1975 -0.7589 0.6206</w:t>
        <w:br/>
        <w:t>vn 0.2951 -0.9529 -0.0703</w:t>
        <w:br/>
        <w:t>vn -0.1988 -0.2048 0.9584</w:t>
        <w:br/>
        <w:t>vn -0.1654 -0.0309 -0.9857</w:t>
        <w:br/>
        <w:t>vn -0.1478 0.0958 0.9844</w:t>
        <w:br/>
        <w:t>vn -0.5635 0.8227 0.0750</w:t>
        <w:br/>
        <w:t>vn -0.4404 0.8156 0.3753</w:t>
        <w:br/>
        <w:t>vn -0.4603 0.8864 0.0497</w:t>
        <w:br/>
        <w:t>vn -0.4629 0.8856 0.0367</w:t>
        <w:br/>
        <w:t>vn -0.4238 0.8613 -0.2802</w:t>
        <w:br/>
        <w:t>vn -0.4824 -0.6161 0.6227</w:t>
        <w:br/>
        <w:t>vn -0.4008 0.5347 0.7439</w:t>
        <w:br/>
        <w:t>vn -0.3886 0.4414 0.8088</w:t>
        <w:br/>
        <w:t>vn -0.3564 0.6518 -0.6695</w:t>
        <w:br/>
        <w:t>vn -0.4007 0.5347 0.7440</w:t>
        <w:br/>
        <w:t>vn -0.4325 0.8998 0.0579</w:t>
        <w:br/>
        <w:t>vn -0.3874 0.8179 0.4254</w:t>
        <w:br/>
        <w:t>vn -0.4063 0.9111 0.0694</w:t>
        <w:br/>
        <w:t>vn -0.3535 0.8879 -0.2943</w:t>
        <w:br/>
        <w:t>vn -0.7513 -0.3903 -0.5322</w:t>
        <w:br/>
        <w:t>vn -0.4449 -0.5025 -0.7414</w:t>
        <w:br/>
        <w:t>vn -0.5965 -0.2593 -0.7596</w:t>
        <w:br/>
        <w:t>vn -0.2142 0.1777 0.9605</w:t>
        <w:br/>
        <w:t>vn -0.4902 0.6941 0.5272</w:t>
        <w:br/>
        <w:t>vn -0.4897 0.7154 0.4984</w:t>
        <w:br/>
        <w:t>vn -0.2822 0.3024 0.9105</w:t>
        <w:br/>
        <w:t>vn 0.1298 -0.4621 0.8773</w:t>
        <w:br/>
        <w:t>vn 0.1519 -0.4665 0.8714</w:t>
        <w:br/>
        <w:t>vn -0.2822 0.3024 0.9104</w:t>
        <w:br/>
        <w:t>vn -0.2174 0.1800 0.9594</w:t>
        <w:br/>
        <w:t>vn 0.1716 -0.4857 0.8571</w:t>
        <w:br/>
        <w:t>vn 0.1436 -0.5266 0.8379</w:t>
        <w:br/>
        <w:t>vn -0.3159 0.3250 0.8914</w:t>
        <w:br/>
        <w:t>vn -0.5103 0.7074 0.4890</w:t>
        <w:br/>
        <w:t>vn -0.5110 0.7265 0.4594</w:t>
        <w:br/>
        <w:t>vn -0.5175 0.7020 0.4893</w:t>
        <w:br/>
        <w:t>vn 0.4125 -0.8899 0.1948</w:t>
        <w:br/>
        <w:t>vn 0.4272 -0.8769 0.2205</w:t>
        <w:br/>
        <w:t>vn 0.4253 -0.8800 0.2117</w:t>
        <w:br/>
        <w:t>vn 0.3772 -0.8988 0.2234</w:t>
        <w:br/>
        <w:t>vn 0.0381 -0.9791 0.2000</w:t>
        <w:br/>
        <w:t>vn -0.1043 -0.6695 0.7354</w:t>
        <w:br/>
        <w:t>vn -0.3792 -0.7034 0.6012</w:t>
        <w:br/>
        <w:t>vn -0.4864 -0.8689 0.0912</w:t>
        <w:br/>
        <w:t>vn -0.9453 -0.3040 -0.1182</w:t>
        <w:br/>
        <w:t>vn -0.8315 -0.5530 -0.0530</w:t>
        <w:br/>
        <w:t>vn -0.8787 -0.3456 0.3293</w:t>
        <w:br/>
        <w:t>vn -0.5301 0.8166 -0.2283</w:t>
        <w:br/>
        <w:t>vn -0.5158 0.8270 -0.2237</w:t>
        <w:br/>
        <w:t>vn -0.5401 0.8077 -0.2365</w:t>
        <w:br/>
        <w:t>vn -0.5276 0.8157 -0.2372</w:t>
        <w:br/>
        <w:t>vn -0.5138 0.8242 -0.2382</w:t>
        <w:br/>
        <w:t>vn -0.4413 0.8632 -0.2451</w:t>
        <w:br/>
        <w:t>vn -0.4800 0.7555 0.4460</w:t>
        <w:br/>
        <w:t>vn -0.5017 0.7425 0.4439</w:t>
        <w:br/>
        <w:t>vn -0.4994 0.8341 -0.2343</w:t>
        <w:br/>
        <w:t>vn -0.2651 0.4942 -0.8279</w:t>
        <w:br/>
        <w:t>vn -0.2523 0.4649 -0.8487</w:t>
        <w:br/>
        <w:t>vn 0.1211 -0.1274 -0.9844</w:t>
        <w:br/>
        <w:t>vn 0.0292 0.0079 -0.9995</w:t>
        <w:br/>
        <w:t>vn 0.3876 -0.6842 -0.6177</w:t>
        <w:br/>
        <w:t>vn 0.3987 -0.6938 -0.5997</w:t>
        <w:br/>
        <w:t>vn -0.2794 0.5137 -0.8112</w:t>
        <w:br/>
        <w:t>vn -0.2830 0.4926 -0.8230</w:t>
        <w:br/>
        <w:t>vn 0.0997 -0.1241 -0.9873</w:t>
        <w:br/>
        <w:t>vn 0.0208 -0.0116 -0.9997</w:t>
        <w:br/>
        <w:t>vn 0.0997 -0.1241 -0.9872</w:t>
        <w:br/>
        <w:t>vn 0.4026 -0.7144 -0.5724</w:t>
        <w:br/>
        <w:t>vn 0.3743 -0.7556 -0.5376</w:t>
        <w:br/>
        <w:t>vn -0.2942 0.4853 -0.8234</w:t>
        <w:br/>
        <w:t>vn -0.2119 -0.8956 -0.3912</w:t>
        <w:br/>
        <w:t>vn 0.1323 -0.8886 -0.4392</w:t>
        <w:br/>
        <w:t>vn -0.2835 0.5017 -0.8172</w:t>
        <w:br/>
        <w:t>vn -0.2500 0.5084 -0.8240</w:t>
        <w:br/>
        <w:t>vn -0.2690 0.1322 0.9540</w:t>
        <w:br/>
        <w:t>vn 0.0795 -0.5882 0.8048</w:t>
        <w:br/>
        <w:t>vn 0.2851 -0.9330 0.2196</w:t>
        <w:br/>
        <w:t>vn 0.3144 -0.8137 -0.4889</w:t>
        <w:br/>
        <w:t>vn -0.3587 0.0227 0.9332</w:t>
        <w:br/>
        <w:t>vn 0.0060 -0.3183 -0.9480</w:t>
        <w:br/>
        <w:t>vn 0.0857 -0.2227 -0.9711</w:t>
        <w:br/>
        <w:t>vn 0.0857 -0.2228 -0.9711</w:t>
        <w:br/>
        <w:t>vn -0.3811 0.7316 -0.5653</w:t>
        <w:br/>
        <w:t>vn -0.5310 0.6703 0.5184</w:t>
        <w:br/>
        <w:t>vn -0.2747 0.4162 -0.8668</w:t>
        <w:br/>
        <w:t>vn -0.5263 0.5904 0.6119</w:t>
        <w:br/>
        <w:t>vn -0.4844 0.8413 -0.2399</w:t>
        <w:br/>
        <w:t>vn -0.4963 0.8473 0.1892</w:t>
        <w:br/>
        <w:t>vn -0.3544 0.7095 -0.6091</w:t>
        <w:br/>
        <w:t>vn -0.4762 0.8487 -0.2302</w:t>
        <w:br/>
        <w:t>vn -0.1934 0.0069 -0.9811</w:t>
        <w:br/>
        <w:t>vn -0.2457 0.3234 -0.9138</w:t>
        <w:br/>
        <w:t>vn -0.5660 0.6780 0.4690</w:t>
        <w:br/>
        <w:t>vn -0.3664 0.3013 0.8803</w:t>
        <w:br/>
        <w:t>vn -0.2952 0.2097 0.9321</w:t>
        <w:br/>
        <w:t>vn -0.3737 0.3365 0.8644</w:t>
        <w:br/>
        <w:t>vn 0.1268 -0.4784 0.8689</w:t>
        <w:br/>
        <w:t>vn 0.1644 -0.4454 0.8801</w:t>
        <w:br/>
        <w:t>vn -0.5979 0.6738 0.4342</w:t>
        <w:br/>
        <w:t>vn -0.5765 0.7099 0.4045</w:t>
        <w:br/>
        <w:t>vn 0.5035 -0.8249 0.2568</w:t>
        <w:br/>
        <w:t>vn 0.1670 -0.4499 0.8773</w:t>
        <w:br/>
        <w:t>vn 0.4846 -0.8306 0.2743</w:t>
        <w:br/>
        <w:t>vn 0.4228 -0.8622 0.2790</w:t>
        <w:br/>
        <w:t>vn 0.0479 -0.9648 0.2586</w:t>
        <w:br/>
        <w:t>vn -0.1332 -0.6305 0.7647</w:t>
        <w:br/>
        <w:t>vn -0.3987 -0.6943 0.5992</w:t>
        <w:br/>
        <w:t>vn -0.4407 -0.8878 0.1323</w:t>
        <w:br/>
        <w:t>vn -0.9652 -0.1844 -0.1854</w:t>
        <w:br/>
        <w:t>vn -0.8459 -0.5295 -0.0643</w:t>
        <w:br/>
        <w:t>vn -0.9293 -0.2533 0.2687</w:t>
        <w:br/>
        <w:t>vn -0.6002 0.7437 -0.2945</w:t>
        <w:br/>
        <w:t>vn -0.5667 0.7670 -0.3008</w:t>
        <w:br/>
        <w:t>vn -0.4468 0.8350 -0.3211</w:t>
        <w:br/>
        <w:t>vn -0.5241 0.7500 0.4035</w:t>
        <w:br/>
        <w:t>vn -0.5565 0.7302 0.3964</w:t>
        <w:br/>
        <w:t>vn -0.5194 0.7957 -0.3115</w:t>
        <w:br/>
        <w:t>vn -0.2735 0.4732 -0.8375</w:t>
        <w:br/>
        <w:t>vn 0.0726 -0.0302 -0.9969</w:t>
        <w:br/>
        <w:t>vn 0.5063 -0.7025 -0.5001</w:t>
        <w:br/>
        <w:t>vn -0.2914 0.4289 -0.8551</w:t>
        <w:br/>
        <w:t>vn -0.2971 0.4038 -0.8652</w:t>
        <w:br/>
        <w:t>vn 0.1545 -0.1964 -0.9683</w:t>
        <w:br/>
        <w:t>vn 0.0521 -0.0798 -0.9954</w:t>
        <w:br/>
        <w:t>vn 0.4898 -0.7267 -0.4817</w:t>
        <w:br/>
        <w:t>vn 0.4388 -0.7672 -0.4679</w:t>
        <w:br/>
        <w:t>vn -0.3047 0.4146 -0.8575</w:t>
        <w:br/>
        <w:t>vn -0.1661 -0.9234 -0.3461</w:t>
        <w:br/>
        <w:t>vn 0.1622 -0.8979 -0.4092</w:t>
        <w:br/>
        <w:t>vn -0.6111 0.7391 -0.2833</w:t>
        <w:br/>
        <w:t>vn -0.2693 0.4366 -0.8584</w:t>
        <w:br/>
        <w:t>vn -0.2122 0.4407 -0.8722</w:t>
        <w:br/>
        <w:t>vn 0.0563 -0.5345 0.8433</w:t>
        <w:br/>
        <w:t>vn -0.3186 0.1629 0.9338</w:t>
        <w:br/>
        <w:t>vn 0.3137 -0.9056 0.2855</w:t>
        <w:br/>
        <w:t>vn 0.3673 -0.8193 -0.4403</w:t>
        <w:br/>
        <w:t>vn -0.6078 0.6559 0.4476</w:t>
        <w:br/>
        <w:t>vn -0.4122 0.0370 0.9104</w:t>
        <w:br/>
        <w:t>vn 0.0596 -0.3535 -0.9335</w:t>
        <w:br/>
        <w:t>vn 0.1322 -0.2610 -0.9563</w:t>
        <w:br/>
        <w:t>vn -0.3185 0.1629 0.9338</w:t>
        <w:br/>
        <w:t>vn -0.5325 0.8456 0.0372</w:t>
        <w:br/>
        <w:t>vn -0.3547 0.6739 -0.6481</w:t>
        <w:br/>
        <w:t>vn -0.2195 0.3257 -0.9196</w:t>
        <w:br/>
        <w:t>vn -0.4827 0.7684 -0.4202</w:t>
        <w:br/>
        <w:t>vn -0.5938 0.2646 0.7598</w:t>
        <w:br/>
        <w:t>vn -0.5898 0.6536 0.4743</w:t>
        <w:br/>
        <w:t>vn -0.7771 0.2619 0.5724</w:t>
        <w:br/>
        <w:t>vn -0.7771 0.2618 0.5723</w:t>
        <w:br/>
        <w:t>vn -0.5443 0.7771 0.3159</w:t>
        <w:br/>
        <w:t>vn -0.5652 0.8198 0.0918</w:t>
        <w:br/>
        <w:t>vn -0.3497 0.6287 -0.6946</w:t>
        <w:br/>
        <w:t>vn -0.5139 0.7886 -0.3376</w:t>
        <w:br/>
        <w:t>vn -0.1128 -0.1016 -0.9884</w:t>
        <w:br/>
        <w:t>vn -0.3952 -0.0501 -0.9172</w:t>
        <w:br/>
        <w:t>vn 0.8149 -0.3172 0.4850</w:t>
        <w:br/>
        <w:t>vn 0.3613 -0.9279 -0.0920</w:t>
        <w:br/>
        <w:t>vn -0.6631 0.6883 -0.2942</w:t>
        <w:br/>
        <w:t>vn 0.7149 -0.5396 0.4446</w:t>
        <w:br/>
        <w:t>vn -0.5773 0.8129 0.0767</w:t>
        <w:br/>
        <w:t>vn -0.5771 0.8105 0.0999</w:t>
        <w:br/>
        <w:t>vn -0.4316 0.5149 0.7407</w:t>
        <w:br/>
        <w:t>vn -0.4381 0.5294 0.7265</w:t>
        <w:br/>
        <w:t>vn -0.5725 0.8120 0.1135</w:t>
        <w:br/>
        <w:t>vn -0.5577 0.7899 -0.2551</w:t>
        <w:br/>
        <w:t>vn 0.0055 0.4940 0.8694</w:t>
        <w:br/>
        <w:t>vn -0.4839 0.7171 0.5016</w:t>
        <w:br/>
        <w:t>vn -0.6653 0.6893 -0.2867</w:t>
        <w:br/>
        <w:t>vn -0.6082 0.7250 -0.3233</w:t>
        <w:br/>
        <w:t>vn -0.4905 -0.5371 0.6862</w:t>
        <w:br/>
        <w:t>vn -0.0978 -0.0501 -0.9939</w:t>
        <w:br/>
        <w:t>vn -0.4674 0.3570 0.8087</w:t>
        <w:br/>
        <w:t>vn -0.5263 0.5904 0.6120</w:t>
        <w:br/>
        <w:t>vn -0.5262 0.3201 0.7878</w:t>
        <w:br/>
        <w:t>vn -0.3986 -0.6943 0.5992</w:t>
        <w:br/>
        <w:t>vn -0.6159 -0.6869 0.3857</w:t>
        <w:br/>
        <w:t>vn -0.1660 -0.9234 -0.3461</w:t>
        <w:br/>
        <w:t>vn -0.4750 -0.8488 -0.2321</w:t>
        <w:br/>
        <w:t>vn -0.4864 -0.8690 0.0912</w:t>
        <w:br/>
        <w:t>vn -0.6990 -0.5948 0.3969</w:t>
        <w:br/>
        <w:t>vn -0.6031 -0.6991 -0.3841</w:t>
        <w:br/>
        <w:t>vn -0.4176 0.5623 0.7138</w:t>
        <w:br/>
        <w:t>vn -0.5718 0.8124 0.1145</w:t>
        <w:br/>
        <w:t>vn -0.4638 0.6719 -0.5774</w:t>
        <w:br/>
        <w:t>vn -0.4614 0.6649 -0.5875</w:t>
        <w:br/>
        <w:t>vn -0.5743 0.8109 0.1124</w:t>
        <w:br/>
        <w:t>vn -0.4196 0.5480 0.7236</w:t>
        <w:br/>
        <w:t>vn -0.3981 0.5790 0.7115</w:t>
        <w:br/>
        <w:t>vn -0.5410 0.8307 0.1315</w:t>
        <w:br/>
        <w:t>vn -0.4231 0.5463 0.7228</w:t>
        <w:br/>
        <w:t>vn -0.5754 0.8154 0.0633</w:t>
        <w:br/>
        <w:t>vn -0.4239 0.6427 -0.6382</w:t>
        <w:br/>
        <w:t>vn -0.4005 0.5794 0.7099</w:t>
        <w:br/>
        <w:t>vn -0.5241 0.8463 0.0955</w:t>
        <w:br/>
        <w:t>vn -0.4139 0.6978 -0.5846</w:t>
        <w:br/>
        <w:t>vn -0.5074 0.7150 0.4811</w:t>
        <w:br/>
        <w:t>vn -0.5275 0.8149 -0.2402</w:t>
        <w:br/>
        <w:t>vn -0.2900 0.4949 -0.8191</w:t>
        <w:br/>
        <w:t>vn -0.5133 0.7385 0.4373</w:t>
        <w:br/>
        <w:t>vn -0.5097 0.8303 -0.2254</w:t>
        <w:br/>
        <w:t>vn -0.2863 0.5206 -0.8044</w:t>
        <w:br/>
        <w:t>vn -0.5902 0.6700 0.4503</w:t>
        <w:br/>
        <w:t>vn -0.5842 0.7653 -0.2703</w:t>
        <w:br/>
        <w:t>vn -0.2895 0.4515 -0.8440</w:t>
        <w:br/>
        <w:t>vn -0.5655 0.7281 0.3876</w:t>
        <w:br/>
        <w:t>vn -0.5413 0.7841 -0.3037</w:t>
        <w:br/>
        <w:t>vn -0.2878 0.4474 -0.8467</w:t>
        <w:br/>
        <w:t>vn 0.5284 0.0117 0.8489</w:t>
        <w:br/>
        <w:t>vn 0.1044 0.5469 0.8306</w:t>
        <w:br/>
        <w:t>vn 0.0521 0.5033 0.8625</w:t>
        <w:br/>
        <w:t>vn -0.4844 0.7330 0.4775</w:t>
        <w:br/>
        <w:t>vn -0.8190 0.5340 -0.2098</w:t>
        <w:br/>
        <w:t>vn -0.3597 -0.7199 0.5936</w:t>
        <w:br/>
        <w:t>vn 0.1108 -0.6275 -0.7707</w:t>
        <w:br/>
        <w:t>vn 0.1409 -0.9886 0.0527</w:t>
        <w:br/>
        <w:t>vn -0.0978 -0.0502 -0.9939</w:t>
        <w:br/>
        <w:t>vn -0.4057 -0.2513 0.8788</w:t>
        <w:br/>
        <w:t>vn -0.4823 -0.8466 -0.2250</w:t>
        <w:br/>
        <w:t>vn -0.8284 -0.3716 -0.4190</w:t>
        <w:br/>
        <w:t>vn -0.5084 -0.8500 -0.1382</w:t>
        <w:br/>
        <w:t>vn -0.5478 -0.3746 -0.7481</w:t>
        <w:br/>
        <w:t>vn -0.1206 -0.3324 -0.9354</w:t>
        <w:br/>
        <w:t>vn -0.3800 -0.8956 0.2314</w:t>
        <w:br/>
        <w:t>vn -0.2247 -0.9684 0.1079</w:t>
        <w:br/>
        <w:t>vn -0.5164 0.7290 0.4494</w:t>
        <w:br/>
        <w:t>vn -0.5048 0.8284 -0.2426</w:t>
        <w:br/>
        <w:t>vn -0.5645 0.8147 -0.1325</w:t>
        <w:br/>
        <w:t>vn -0.6309 0.7565 0.1723</w:t>
        <w:br/>
        <w:t>vn -0.4603 -0.5109 -0.7260</w:t>
        <w:br/>
        <w:t>vn -0.4790 0.8596 -0.1781</w:t>
        <w:br/>
        <w:t>vn -0.4790 0.8595 -0.1781</w:t>
        <w:br/>
        <w:t>vn -0.4898 0.8627 0.1256</w:t>
        <w:br/>
        <w:t>vn -0.4472 0.7935 0.4127</w:t>
        <w:br/>
        <w:t>vn -0.4645 0.8769 0.1240</w:t>
        <w:br/>
        <w:t>vn -0.4472 0.7936 0.4126</w:t>
        <w:br/>
        <w:t>vn -0.8186 -0.5699 -0.0716</w:t>
        <w:br/>
        <w:t>vn -0.4824 -0.6160 0.6227</w:t>
        <w:br/>
        <w:t>vn -0.7046 -0.5352 0.4659</w:t>
        <w:br/>
        <w:t>vn -0.4462 -0.8903 -0.0912</w:t>
        <w:br/>
        <w:t>vn -0.3099 0.8438 -0.4382</w:t>
        <w:br/>
        <w:t>vn -0.7046 -0.5352 0.4660</w:t>
        <w:br/>
        <w:t>vn -0.5965 -0.2591 -0.7596</w:t>
        <w:br/>
        <w:t>vn -0.4703 0.8465 -0.2493</w:t>
        <w:br/>
        <w:t>vn -0.5013 0.8595 0.0999</w:t>
        <w:br/>
        <w:t>vn -0.5013 0.8595 0.0998</w:t>
        <w:br/>
        <w:t>vn -0.8315 -0.5530 -0.0531</w:t>
        <w:br/>
        <w:t>vn -0.7571 -0.4248 -0.4963</w:t>
        <w:br/>
        <w:t>vn -0.6030 -0.6992 -0.3841</w:t>
        <w:br/>
        <w:t>vn -0.6992 -0.5947 0.3968</w:t>
        <w:br/>
        <w:t>vn -0.4788 0.8136 -0.3299</w:t>
        <w:br/>
        <w:t>vn -0.4469 0.8350 -0.3210</w:t>
        <w:br/>
        <w:t>vn -0.5325 0.8456 0.0371</w:t>
        <w:br/>
        <w:t>vn -0.5652 0.8198 0.0919</w:t>
        <w:br/>
        <w:t>vn -0.8459 -0.5294 -0.0644</w:t>
        <w:br/>
        <w:t>vn -0.7645 -0.3832 -0.5183</w:t>
        <w:br/>
        <w:t>vn -0.3950 -0.0500 -0.9173</w:t>
        <w:br/>
        <w:t>vn -0.7772 0.2617 0.5722</w:t>
        <w:br/>
        <w:t>vn -0.5636 0.6784 0.4713</w:t>
        <w:br/>
        <w:t>vn -0.1896 0.6718 0.7161</w:t>
        <w:br/>
        <w:t>vn 0.0722 0.5125 0.8557</w:t>
        <w:br/>
        <w:t>vn 0.3404 0.3080 0.8884</w:t>
        <w:br/>
        <w:t>vn 0.1044 0.5469 0.8307</w:t>
        <w:br/>
        <w:t>vn -0.3558 0.7026 0.6163</w:t>
        <w:br/>
        <w:t>vn -0.9139 -0.4059 0.0110</w:t>
        <w:br/>
        <w:t>vn -0.2305 -0.9650 0.1250</w:t>
        <w:br/>
        <w:t>vn -0.3589 -0.6957 0.6223</w:t>
        <w:br/>
        <w:t>vn -0.5319 -0.8205 -0.2093</w:t>
        <w:br/>
        <w:t>vn -0.4431 0.4083 0.7981</w:t>
        <w:br/>
        <w:t>vn -0.7670 -0.1318 0.6280</w:t>
        <w:br/>
        <w:t>vn -0.7566 -0.0425 0.6525</w:t>
        <w:br/>
        <w:t>vn -0.9465 0.0068 0.3227</w:t>
        <w:br/>
        <w:t>vn -0.9349 -0.0961 0.3418</w:t>
        <w:br/>
        <w:t>vn -0.0610 -0.0824 0.9947</w:t>
        <w:br/>
        <w:t>vn -0.0756 -0.1431 0.9868</w:t>
        <w:br/>
        <w:t>vn 0.1948 -0.1790 0.9644</w:t>
        <w:br/>
        <w:t>vn 0.1988 -0.0789 0.9768</w:t>
        <w:br/>
        <w:t>vn 0.4670 -0.0846 0.8802</w:t>
        <w:br/>
        <w:t>vn 0.4903 -0.1855 0.8516</w:t>
        <w:br/>
        <w:t>vn 0.7189 -0.2041 0.6645</w:t>
        <w:br/>
        <w:t>vn 0.7140 -0.1021 0.6927</w:t>
        <w:br/>
        <w:t>vn 0.8885 -0.1027 -0.4473</w:t>
        <w:br/>
        <w:t>vn 0.9830 -0.1186 -0.1399</w:t>
        <w:br/>
        <w:t>vn 0.9700 -0.1859 -0.1566</w:t>
        <w:br/>
        <w:t>vn 0.8802 -0.1652 -0.4450</w:t>
        <w:br/>
        <w:t>vn 0.7201 -0.1029 -0.6862</w:t>
        <w:br/>
        <w:t>vn 0.6849 -0.0545 -0.7266</w:t>
        <w:br/>
        <w:t>vn -0.9922 -0.0512 0.1135</w:t>
        <w:br/>
        <w:t>vn -0.9943 0.0347 0.1012</w:t>
        <w:br/>
        <w:t>vn -0.9979 0.0324 -0.0559</w:t>
        <w:br/>
        <w:t>vn -0.9973 -0.0224 -0.0698</w:t>
        <w:br/>
        <w:t>vn 0.4562 -0.0360 0.8891</w:t>
        <w:br/>
        <w:t>vn 0.2010 -0.0375 0.9789</w:t>
        <w:br/>
        <w:t>vn -0.6799 0.0418 -0.7321</w:t>
        <w:br/>
        <w:t>vn -0.6856 0.0394 -0.7269</w:t>
        <w:br/>
        <w:t>vn -0.8693 0.0195 -0.4939</w:t>
        <w:br/>
        <w:t>vn -0.8609 0.0266 -0.5080</w:t>
        <w:br/>
        <w:t>vn -0.7876 -0.1237 0.6036</w:t>
        <w:br/>
        <w:t>vn -0.7825 -0.1330 0.6083</w:t>
        <w:br/>
        <w:t>vn -0.9276 -0.1032 0.3590</w:t>
        <w:br/>
        <w:t>vn -0.9249 -0.0921 0.3690</w:t>
        <w:br/>
        <w:t>vn 0.5103 -0.2462 0.8240</w:t>
        <w:br/>
        <w:t>vn 0.4413 -0.2450 0.8633</w:t>
        <w:br/>
        <w:t>vn 0.0071 -0.1994 0.9799</w:t>
        <w:br/>
        <w:t>vn 0.0016 -0.2074 0.9783</w:t>
        <w:br/>
        <w:t>vn 0.8181 -0.2666 0.5095</w:t>
        <w:br/>
        <w:t>vn 0.7223 -0.2537 0.6434</w:t>
        <w:br/>
        <w:t>vn 0.8668 -0.2653 0.4222</w:t>
        <w:br/>
        <w:t>vn 0.9660 -0.2388 0.0992</w:t>
        <w:br/>
        <w:t>vn 0.9713 -0.2373 0.0181</w:t>
        <w:br/>
        <w:t>vn 0.4357 -0.1005 -0.8945</w:t>
        <w:br/>
        <w:t>vn 0.0668 -0.0648 -0.9957</w:t>
        <w:br/>
        <w:t>vn 0.0369 -0.0442 -0.9983</w:t>
        <w:br/>
        <w:t>vn 0.4325 -0.0905 -0.8971</w:t>
        <w:br/>
        <w:t>vn -0.9899 -0.0579 0.1297</w:t>
        <w:br/>
        <w:t>vn -0.9884 -0.0748 0.1321</w:t>
        <w:br/>
        <w:t>vn -0.9957 -0.0504 -0.0772</w:t>
        <w:br/>
        <w:t>vn -0.9847 -0.0439 -0.1688</w:t>
        <w:br/>
        <w:t>vn -0.7517 0.0098 0.6595</w:t>
        <w:br/>
        <w:t>vn -0.9463 0.0720 0.3150</w:t>
        <w:br/>
        <w:t>vn 0.7234 -0.6164 -0.3110</w:t>
        <w:br/>
        <w:t>vn 0.9892 -0.0739 -0.1267</w:t>
        <w:br/>
        <w:t>vn 0.1162 -0.4598 -0.8804</w:t>
        <w:br/>
        <w:t>vn 0.4276 -0.5683 -0.7030</w:t>
        <w:br/>
        <w:t>vn 0.4259 -0.0085 -0.9047</w:t>
        <w:br/>
        <w:t>vn 0.0314 0.0221 -0.9993</w:t>
        <w:br/>
        <w:t>vn -0.9906 0.0897 0.1032</w:t>
        <w:br/>
        <w:t>vn -0.8625 -0.5060 -0.0098</w:t>
        <w:br/>
        <w:t>vn -0.8301 -0.5091 -0.2273</w:t>
        <w:br/>
        <w:t>vn -0.8588 0.0150 -0.5122</w:t>
        <w:br/>
        <w:t>vn -0.9593 0.0253 -0.2812</w:t>
        <w:br/>
        <w:t>vn 0.6650 -0.0366 -0.7460</w:t>
        <w:br/>
        <w:t>vn -0.3967 -0.0768 0.9147</w:t>
        <w:br/>
        <w:t>vn -0.3883 -0.0425 0.9206</w:t>
        <w:br/>
        <w:t>vn 0.9151 -0.1172 0.3859</w:t>
        <w:br/>
        <w:t>vn 0.9167 -0.0710 0.3931</w:t>
        <w:br/>
        <w:t>vn 0.7075 -0.0434 0.7053</w:t>
        <w:br/>
        <w:t>vn 0.9920 -0.0865 0.0923</w:t>
        <w:br/>
        <w:t>vn 0.9897 -0.1194 0.0795</w:t>
        <w:br/>
        <w:t>vn -0.6758 0.0245 -0.7367</w:t>
        <w:br/>
        <w:t>vn -0.5469 0.0432 -0.8361</w:t>
        <w:br/>
        <w:t>vn -0.3707 0.0431 -0.9277</w:t>
        <w:br/>
        <w:t>vn 0.4345 -0.0395 -0.8998</w:t>
        <w:br/>
        <w:t>vn -0.4283 -0.1445 0.8920</w:t>
        <w:br/>
        <w:t>vn 0.9799 -0.1933 0.0490</w:t>
        <w:br/>
        <w:t>vn 0.7646 -0.1532 -0.6260</w:t>
        <w:br/>
        <w:t>vn 0.0245 0.0075 -0.9997</w:t>
        <w:br/>
        <w:t>vn -0.3627 0.0344 -0.9313</w:t>
        <w:br/>
        <w:t>vn -0.9649 -0.0353 -0.2602</w:t>
        <w:br/>
        <w:t>vn -0.9607 -0.0024 -0.2777</w:t>
        <w:br/>
        <w:t>vn -0.8745 -0.0210 -0.4845</w:t>
        <w:br/>
        <w:t>vn -0.0532 -0.0482 0.9974</w:t>
        <w:br/>
        <w:t>vn 0.8986 -0.2037 0.3886</w:t>
        <w:br/>
        <w:t>vn -0.3330 -0.0206 -0.9427</w:t>
        <w:br/>
        <w:t>vn -0.2749 -0.0540 -0.9600</w:t>
        <w:br/>
        <w:t>vn -0.1085 -0.6251 -0.7730</w:t>
        <w:br/>
        <w:t>vn -0.6759 -0.0108 -0.7369</w:t>
        <w:br/>
        <w:t>vn -0.9943 0.0347 0.1013</w:t>
        <w:br/>
        <w:t>vn -0.4570 -0.1686 0.8733</w:t>
        <w:br/>
        <w:t>vn -0.4611 -0.1624 0.8724</w:t>
        <w:br/>
        <w:t>vn 0.9314 -0.1954 -0.3072</w:t>
        <w:br/>
        <w:t>vn 0.9237 -0.1870 -0.3343</w:t>
        <w:br/>
        <w:t>vn 0.7532 -0.1378 -0.6432</w:t>
        <w:br/>
        <w:t>vn -0.6345 -0.0514 -0.7713</w:t>
        <w:br/>
        <w:t>vn -0.8680 -0.0525 -0.4938</w:t>
        <w:br/>
        <w:t>vn 0.8935 -0.2988 -0.3351</w:t>
        <w:br/>
        <w:t>vn 0.5719 -0.2319 -0.7869</w:t>
        <w:br/>
        <w:t>vn 0.0253 -0.4122 0.9107</w:t>
        <w:br/>
        <w:t>vn 0.4820 -0.5100 0.7125</w:t>
        <w:br/>
        <w:t>vn -0.4183 -0.3446 0.8404</w:t>
        <w:br/>
        <w:t>vn -0.9625 -0.1758 0.2064</w:t>
        <w:br/>
        <w:t>vn 0.9137 -0.3842 0.1321</w:t>
        <w:br/>
        <w:t>vn -0.0795 -0.1849 -0.9795</w:t>
        <w:br/>
        <w:t>vn -0.9458 -0.1519 -0.2872</w:t>
        <w:br/>
        <w:t>vn -0.6685 -0.1787 -0.7219</w:t>
        <w:br/>
        <w:t>vn -0.7963 -0.2521 0.5498</w:t>
        <w:br/>
        <w:t>vn 0.7508 -0.4867 0.4466</w:t>
        <w:br/>
        <w:t>vn 0.8935 -0.2989 -0.3351</w:t>
        <w:br/>
        <w:t>vn 0.7508 -0.4867 0.4467</w:t>
        <w:br/>
        <w:t>vn 0.8050 -0.2711 0.5278</w:t>
        <w:br/>
        <w:t>vn 0.5202 -0.7688 0.3720</w:t>
        <w:br/>
        <w:t>vn -0.4184 -0.3446 0.8404</w:t>
        <w:br/>
        <w:t>vn -0.4272 -0.1994 0.8819</w:t>
        <w:br/>
        <w:t>vn -0.7964 -0.2521 0.5498</w:t>
        <w:br/>
        <w:t>vn -0.9458 -0.1519 -0.2871</w:t>
        <w:br/>
        <w:t>vn -0.0795 -0.1848 -0.9795</w:t>
        <w:br/>
        <w:t>vn 0.7663 -0.1208 0.6310</w:t>
        <w:br/>
        <w:t>vn 0.9367 -0.0843 0.3400</w:t>
        <w:br/>
        <w:t>vn 0.9465 0.0083 0.3226</w:t>
        <w:br/>
        <w:t>vn 0.7567 -0.0413 0.6525</w:t>
        <w:br/>
        <w:t>vn -0.2029 -0.1560 0.9667</w:t>
        <w:br/>
        <w:t>vn 0.0674 -0.1392 0.9880</w:t>
        <w:br/>
        <w:t>vn 0.0610 -0.0824 0.9947</w:t>
        <w:br/>
        <w:t>vn -0.1990 -0.0791 0.9768</w:t>
        <w:br/>
        <w:t>vn -0.7157 -0.1835 0.6739</w:t>
        <w:br/>
        <w:t>vn -0.5042 -0.1705 0.8466</w:t>
        <w:br/>
        <w:t>vn -0.4877 -0.0836 0.8690</w:t>
        <w:br/>
        <w:t>vn -0.7157 -0.0962 0.6917</w:t>
        <w:br/>
        <w:t>vn -0.8857 -0.0912 -0.4552</w:t>
        <w:br/>
        <w:t>vn -0.8880 -0.1506 -0.4345</w:t>
        <w:br/>
        <w:t>vn -0.9724 -0.1646 -0.1653</w:t>
        <w:br/>
        <w:t>vn -0.9845 -0.1033 -0.1415</w:t>
        <w:br/>
        <w:t>vn -0.6801 -0.0514 -0.7313</w:t>
        <w:br/>
        <w:t>vn -0.7180 -0.1102 -0.6873</w:t>
        <w:br/>
        <w:t>vn 0.9931 -0.0381 0.1111</w:t>
        <w:br/>
        <w:t>vn 0.9974 -0.0080 -0.0715</w:t>
        <w:br/>
        <w:t>vn 0.9979 0.0339 -0.0560</w:t>
        <w:br/>
        <w:t>vn 0.9942 0.0363 0.1011</w:t>
        <w:br/>
        <w:t>vn -0.2011 -0.0376 0.9788</w:t>
        <w:br/>
        <w:t>vn -0.4768 -0.0481 0.8777</w:t>
        <w:br/>
        <w:t>vn 0.6799 0.0428 -0.7320</w:t>
        <w:br/>
        <w:t>vn 0.8609 0.0279 -0.5079</w:t>
        <w:br/>
        <w:t>vn 0.8687 0.0349 -0.4940</w:t>
        <w:br/>
        <w:t>vn 0.6808 0.0519 -0.7306</w:t>
        <w:br/>
        <w:t>vn 0.9463 0.0728 0.3149</w:t>
        <w:br/>
        <w:t>vn 0.7518 0.0105 0.6594</w:t>
        <w:br/>
        <w:t>vn -0.7228 -0.6165 -0.3123</w:t>
        <w:br/>
        <w:t>vn -0.9889 -0.0749 -0.1286</w:t>
        <w:br/>
        <w:t>vn -0.1164 -0.4609 -0.8798</w:t>
        <w:br/>
        <w:t>vn -0.0314 0.0220 -0.9993</w:t>
        <w:br/>
        <w:t>vn -0.4259 -0.0090 -0.9047</w:t>
        <w:br/>
        <w:t>vn -0.4277 -0.5688 -0.7025</w:t>
        <w:br/>
        <w:t>vn 0.8626 -0.5058 -0.0098</w:t>
        <w:br/>
        <w:t>vn 0.9906 0.0904 0.1031</w:t>
        <w:br/>
        <w:t>vn 0.8588 0.0156 -0.5121</w:t>
        <w:br/>
        <w:t>vn 0.8302 -0.5089 -0.2273</w:t>
        <w:br/>
        <w:t>vn 0.9593 0.0268 -0.2812</w:t>
        <w:br/>
        <w:t>vn -0.6641 -0.0366 -0.7467</w:t>
        <w:br/>
        <w:t>vn 0.3883 -0.0421 0.9206</w:t>
        <w:br/>
        <w:t>vn 0.3966 -0.0762 0.9148</w:t>
        <w:br/>
        <w:t>vn -0.9078 -0.1062 0.4057</w:t>
        <w:br/>
        <w:t>vn -0.7122 -0.0638 0.6991</w:t>
        <w:br/>
        <w:t>vn -0.9099 -0.0805 0.4070</w:t>
        <w:br/>
        <w:t>vn -0.9919 -0.0873 0.0922</w:t>
        <w:br/>
        <w:t>vn -0.9914 -0.1042 0.0796</w:t>
        <w:br/>
        <w:t>vn 0.3708 0.0437 -0.9277</w:t>
        <w:br/>
        <w:t>vn 0.5470 0.0437 -0.8360</w:t>
        <w:br/>
        <w:t>vn 0.6758 0.0250 -0.7366</w:t>
        <w:br/>
        <w:t>vn -0.4423 -0.0370 -0.8961</w:t>
        <w:br/>
        <w:t>vn 0.4250 -0.1336 0.8953</w:t>
        <w:br/>
        <w:t>vn -0.9806 -0.1879 0.0550</w:t>
        <w:br/>
        <w:t>vn -0.0195 0.0146 -0.9997</w:t>
        <w:br/>
        <w:t>vn 0.3627 0.0412 -0.9310</w:t>
        <w:br/>
        <w:t>vn 0.0531 -0.0482 0.9974</w:t>
        <w:br/>
        <w:t>vn -0.8925 -0.1966 0.4060</w:t>
        <w:br/>
        <w:t>vn 0.1086 -0.6257 -0.7724</w:t>
        <w:br/>
        <w:t>vn 0.9601 0.0123 -0.2794</w:t>
        <w:br/>
        <w:t>vn 0.9906 0.0905 0.1031</w:t>
        <w:br/>
        <w:t>vn 0.3080 -0.9218 0.2354</w:t>
        <w:br/>
        <w:t>vn 0.3935 -0.9067 0.1522</w:t>
        <w:br/>
        <w:t>vn 0.6161 -0.7299 0.2963</w:t>
        <w:br/>
        <w:t>vn 0.6181 -0.6163 0.4880</w:t>
        <w:br/>
        <w:t>vn 0.8309 -0.5460 0.1077</w:t>
        <w:br/>
        <w:t>vn 0.4532 -0.8891 0.0641</w:t>
        <w:br/>
        <w:t>vn 0.1738 -0.9331 0.3148</w:t>
        <w:br/>
        <w:t>vn 0.6312 0.7705 0.0892</w:t>
        <w:br/>
        <w:t>vn 0.6013 0.7621 0.2401</w:t>
        <w:br/>
        <w:t>vn 0.8554 0.3945 0.3356</w:t>
        <w:br/>
        <w:t>vn 0.9094 0.3982 0.1200</w:t>
        <w:br/>
        <w:t>vn 0.7361 0.3747 0.5637</w:t>
        <w:br/>
        <w:t>vn 0.5321 0.7419 0.4080</w:t>
        <w:br/>
        <w:t>vn 0.4486 0.3357 0.8283</w:t>
        <w:br/>
        <w:t>vn 0.3337 0.7115 0.6183</w:t>
        <w:br/>
        <w:t>vn 0.6071 0.7934 -0.0431</w:t>
        <w:br/>
        <w:t>vn 0.9066 0.4150 -0.0766</w:t>
        <w:br/>
        <w:t>vn 0.8539 -0.5168 -0.0623</w:t>
        <w:br/>
        <w:t>vn 0.8309 -0.5459 0.1077</w:t>
        <w:br/>
        <w:t>vn 0.4799 -0.8766 -0.0343</w:t>
        <w:br/>
        <w:t>vn 0.0557 -0.6218 0.7812</w:t>
        <w:br/>
        <w:t>vn 0.0314 -0.9228 0.3839</w:t>
        <w:br/>
        <w:t>vn 0.0750 0.2740 0.9588</w:t>
        <w:br/>
        <w:t>vn 0.0536 0.6403 0.7663</w:t>
        <w:br/>
        <w:t>vn -0.2573 0.2276 0.9392</w:t>
        <w:br/>
        <w:t>vn -0.2136 0.5891 0.7794</w:t>
        <w:br/>
        <w:t>vn -0.1735 -0.6194 0.7656</w:t>
        <w:br/>
        <w:t>vn -0.1000 -0.9085 0.4057</w:t>
        <w:br/>
        <w:t>vn -0.7484 -0.6625 0.0327</w:t>
        <w:br/>
        <w:t>vn -0.3749 -0.9269 0.0158</w:t>
        <w:br/>
        <w:t>vn -0.3463 -0.9243 0.1604</w:t>
        <w:br/>
        <w:t>vn -0.6782 -0.6642 0.3143</w:t>
        <w:br/>
        <w:t>vn -0.8716 0.4861 0.0628</w:t>
        <w:br/>
        <w:t>vn -0.9843 0.1585 0.0772</w:t>
        <w:br/>
        <w:t>vn -0.8902 0.1800 0.4185</w:t>
        <w:br/>
        <w:t>vn -0.7385 0.5799 0.3441</w:t>
        <w:br/>
        <w:t>vn -0.7853 -0.5548 -0.2748</w:t>
        <w:br/>
        <w:t>vn -0.3592 -0.9238 -0.1329</w:t>
        <w:br/>
        <w:t>vn -0.7884 0.5599 -0.2548</w:t>
        <w:br/>
        <w:t>vn -0.9247 0.2268 -0.3057</w:t>
        <w:br/>
        <w:t>vn -0.5994 -0.6069 -0.5220</w:t>
        <w:br/>
        <w:t>vn -0.3167 -0.9118 -0.2613</w:t>
        <w:br/>
        <w:t>vn -0.6035 0.6660 -0.4385</w:t>
        <w:br/>
        <w:t>vn -0.7684 0.2943 -0.5682</w:t>
        <w:br/>
        <w:t>vn 0.1633 -0.8800 -0.4461</w:t>
        <w:br/>
        <w:t>vn 0.1633 -0.8800 -0.4460</w:t>
        <w:br/>
        <w:t>vn -0.0045 -0.8849 -0.4657</w:t>
        <w:br/>
        <w:t>vn -0.1963 -0.9038 -0.3802</w:t>
        <w:br/>
        <w:t>vn -0.4049 -0.7228 -0.5600</w:t>
        <w:br/>
        <w:t>vn 0.3271 -0.8746 -0.3579</w:t>
        <w:br/>
        <w:t>vn 0.3270 -0.8746 -0.3579</w:t>
        <w:br/>
        <w:t>vn -0.3157 0.8006 -0.5093</w:t>
        <w:br/>
        <w:t>vn -0.0123 0.8695 -0.4937</w:t>
        <w:br/>
        <w:t>vn -0.0123 0.8696 -0.4937</w:t>
        <w:br/>
        <w:t>vn 0.1622 0.8814 -0.4437</w:t>
        <w:br/>
        <w:t>vn 0.3265 0.8711 -0.3668</w:t>
        <w:br/>
        <w:t>vn 0.5576 0.8169 -0.1475</w:t>
        <w:br/>
        <w:t>vn 0.8712 0.4368 -0.2241</w:t>
        <w:br/>
        <w:t>vn 0.4721 0.8451 -0.2510</w:t>
        <w:br/>
        <w:t>vn 0.7764 0.4703 -0.4196</w:t>
        <w:br/>
        <w:t>vn 0.4786 -0.8679 -0.1328</w:t>
        <w:br/>
        <w:t>vn 0.4344 -0.8693 -0.2361</w:t>
        <w:br/>
        <w:t>vn 0.4344 -0.8692 -0.2361</w:t>
        <w:br/>
        <w:t>vn 0.9755 -0.0806 0.2048</w:t>
        <w:br/>
        <w:t>vn 0.8309 -0.5460 0.1078</w:t>
        <w:br/>
        <w:t>vn -0.4158 -0.6241 0.6615</w:t>
        <w:br/>
        <w:t>vn -0.5687 -0.6321 0.5264</w:t>
        <w:br/>
        <w:t>vn -0.5994 -0.6069 -0.5219</w:t>
        <w:br/>
        <w:t>vn 0.9619 0.0125 -0.2731</w:t>
        <w:br/>
        <w:t>vn 0.8744 0.0295 -0.4843</w:t>
        <w:br/>
        <w:t>vn -0.0142 -0.0065 -0.9999</w:t>
        <w:br/>
        <w:t>vn 0.3553 0.0272 -0.9344</w:t>
        <w:br/>
        <w:t>vn 0.6778 0.0432 -0.7340</w:t>
        <w:br/>
        <w:t>vn 0.4452 -0.1569 0.8816</w:t>
        <w:br/>
        <w:t>vn -0.1875 -0.0213 -0.9820</w:t>
        <w:br/>
        <w:t>vn -0.4050 -0.7228 -0.5599</w:t>
        <w:br/>
        <w:t>vn 0.6160 -0.7299 0.2963</w:t>
        <w:br/>
        <w:t>vn 0.6793 -0.6876 0.2564</w:t>
        <w:br/>
        <w:t>vn 0.7308 -0.6778 0.0804</w:t>
        <w:br/>
        <w:t>vn 0.9127 -0.3938 0.1088</w:t>
        <w:br/>
        <w:t>vn 0.8570 -0.3969 0.3286</w:t>
        <w:br/>
        <w:t>vn 0.9341 -0.3197 -0.1588</w:t>
        <w:br/>
        <w:t>vn 0.7338 -0.6677 -0.1253</w:t>
        <w:br/>
        <w:t>vn 0.6469 -0.6760 -0.3528</w:t>
        <w:br/>
        <w:t>vn 0.8122 -0.3796 -0.4429</w:t>
        <w:br/>
        <w:t>vn 0.5552 -0.7170 0.4216</w:t>
        <w:br/>
        <w:t>vn 0.7204 -0.4232 0.5495</w:t>
        <w:br/>
        <w:t>vn 0.4654 -0.6906 -0.5536</w:t>
        <w:br/>
        <w:t>vn 0.5987 -0.3841 -0.7029</w:t>
        <w:br/>
        <w:t>vn 0.3131 -0.7585 0.5715</w:t>
        <w:br/>
        <w:t>vn 0.4220 -0.4715 0.7743</w:t>
        <w:br/>
        <w:t>vn 0.2363 -0.6999 -0.6740</w:t>
        <w:br/>
        <w:t>vn 0.3070 -0.3892 -0.8685</w:t>
        <w:br/>
        <w:t>vn 0.0644 -0.7742 0.6296</w:t>
        <w:br/>
        <w:t>vn 0.0794 -0.4926 0.8666</w:t>
        <w:br/>
        <w:t>vn -0.2319 -0.5144 0.8256</w:t>
        <w:br/>
        <w:t>vn -0.1735 -0.7856 0.5939</w:t>
        <w:br/>
        <w:t>vn 0.9201 0.1658 0.3549</w:t>
        <w:br/>
        <w:t>vn 0.7856 0.5487 0.2861</w:t>
        <w:br/>
        <w:t>vn 0.6530 0.5657 0.5035</w:t>
        <w:br/>
        <w:t>vn 0.7734 0.2136 0.5968</w:t>
        <w:br/>
        <w:t>vn 0.3747 0.5609 0.7382</w:t>
        <w:br/>
        <w:t>vn 0.4416 0.1888 0.8772</w:t>
        <w:br/>
        <w:t>vn 0.9522 0.2852 0.1092</w:t>
        <w:br/>
        <w:t>vn 0.8239 0.5587 0.0948</w:t>
        <w:br/>
        <w:t>vn 0.0472 0.1418 0.9888</w:t>
        <w:br/>
        <w:t>vn 0.0609 0.5304 0.8456</w:t>
        <w:br/>
        <w:t>vn -0.3253 0.1102 0.9392</w:t>
        <w:br/>
        <w:t>vn -0.2599 0.5347 0.8041</w:t>
        <w:br/>
        <w:t>vn 0.8033 0.5768 -0.1483</w:t>
        <w:br/>
        <w:t>vn 0.9361 0.3053 -0.1747</w:t>
        <w:br/>
        <w:t>vn -0.8772 0.1295 0.4623</w:t>
        <w:br/>
        <w:t>vn -0.7552 0.5319 0.3831</w:t>
        <w:br/>
        <w:t>vn -0.8518 0.5153 0.0946</w:t>
        <w:br/>
        <w:t>vn -0.9809 0.1565 0.1158</w:t>
        <w:br/>
        <w:t>vn -0.8667 -0.4927 0.0780</w:t>
        <w:br/>
        <w:t>vn -0.6675 -0.7417 0.0657</w:t>
        <w:br/>
        <w:t>vn -0.5820 -0.7699 0.2618</w:t>
        <w:br/>
        <w:t>vn -0.7649 -0.5375 0.3549</w:t>
        <w:br/>
        <w:t>vn -0.8388 -0.4649 -0.2835</w:t>
        <w:br/>
        <w:t>vn -0.6431 -0.7339 -0.2185</w:t>
        <w:br/>
        <w:t>vn -0.7529 0.6102 -0.2465</w:t>
        <w:br/>
        <w:t>vn -0.9219 0.2446 -0.3004</w:t>
        <w:br/>
        <w:t>vn -0.7088 -0.4583 -0.5362</w:t>
        <w:br/>
        <w:t>vn -0.5414 -0.7311 -0.4151</w:t>
        <w:br/>
        <w:t>vn -0.6478 0.5817 -0.4918</w:t>
        <w:br/>
        <w:t>vn -0.7924 0.1634 -0.5877</w:t>
        <w:br/>
        <w:t>vn -0.3430 -0.7408 -0.5775</w:t>
        <w:br/>
        <w:t>vn -0.4476 -0.4610 -0.7662</w:t>
        <w:br/>
        <w:t>vn -0.4127 0.5897 -0.6942</w:t>
        <w:br/>
        <w:t>vn -0.4833 0.2757 -0.8309</w:t>
        <w:br/>
        <w:t>vn -0.0539 0.6541 -0.7545</w:t>
        <w:br/>
        <w:t>vn -0.0582 0.3169 -0.9467</w:t>
        <w:br/>
        <w:t>vn 0.3147 0.2449 -0.9171</w:t>
        <w:br/>
        <w:t>vn 0.2396 0.6569 -0.7149</w:t>
        <w:br/>
        <w:t>vn 0.5869 0.3199 -0.7438</w:t>
        <w:br/>
        <w:t>vn 0.4787 0.6367 -0.6046</w:t>
        <w:br/>
        <w:t>vn -0.0370 -0.4088 -0.9119</w:t>
        <w:br/>
        <w:t>vn -0.0345 -0.7138 -0.6995</w:t>
        <w:br/>
        <w:t>vn 0.8429 0.2222 -0.4901</w:t>
        <w:br/>
        <w:t>vn 0.6896 0.6076 -0.3940</w:t>
        <w:br/>
        <w:t>vn -0.4968 -0.1130 -0.8605</w:t>
        <w:br/>
        <w:t>vn -0.0343 -0.0444 -0.9984</w:t>
        <w:br/>
        <w:t>vn 0.3349 -0.0206 -0.9420</w:t>
        <w:br/>
        <w:t>vn 0.6518 -0.0229 -0.7580</w:t>
        <w:br/>
        <w:t>vn -0.8740 -0.0325 -0.4849</w:t>
        <w:br/>
        <w:t>vn 0.4834 -0.1264 0.8662</w:t>
        <w:br/>
        <w:t>vn 0.4833 -0.1264 0.8663</w:t>
        <w:br/>
        <w:t>vn -0.3170 -0.9032 0.2894</w:t>
        <w:br/>
        <w:t>vn -0.7890 0.2245 0.5719</w:t>
        <w:br/>
        <w:t>vn -0.5947 0.6641 0.4531</w:t>
        <w:br/>
        <w:t>vn -0.7992 0.1813 0.5731</w:t>
        <w:br/>
        <w:t>vn -0.6252 0.6408 0.4456</w:t>
        <w:br/>
        <w:t>vn -0.5203 -0.7911 0.3217</w:t>
        <w:br/>
        <w:t>vn -0.6902 -0.5591 0.4595</w:t>
        <w:br/>
        <w:t>vn -0.5019 0.1063 0.8584</w:t>
        <w:br/>
        <w:t>vn -0.4273 0.5434 0.7226</w:t>
        <w:br/>
        <w:t>vn -0.3921 -0.5202 0.7587</w:t>
        <w:br/>
        <w:t>vn -0.3024 -0.7830 0.5435</w:t>
        <w:br/>
        <w:t>vn -0.4270 0.2038 0.8810</w:t>
        <w:br/>
        <w:t>vn -0.3534 0.5686 0.7429</w:t>
        <w:br/>
        <w:t>vn -0.2424 -0.8992 0.3643</w:t>
        <w:br/>
        <w:t>vn -0.4158 -0.6242 0.6615</w:t>
        <w:br/>
        <w:t>vn -0.7858 -0.0063 -0.6185</w:t>
        <w:br/>
        <w:t>vn 0.6046 -0.0439 0.7953</w:t>
        <w:br/>
        <w:t>vn -0.5820 -0.3014 -0.7552</w:t>
        <w:br/>
        <w:t>vn -0.8706 -0.3400 -0.3556</w:t>
        <w:br/>
        <w:t>vn -0.8936 -0.4334 0.1171</w:t>
        <w:br/>
        <w:t>vn 0.0685 -0.2561 -0.9642</w:t>
        <w:br/>
        <w:t>vn -0.0102 -0.4308 0.9024</w:t>
        <w:br/>
        <w:t>vn -0.3312 -0.4644 0.8213</w:t>
        <w:br/>
        <w:t>vn -0.3361 -0.3360 0.8799</w:t>
        <w:br/>
        <w:t>vn 0.4040 -0.3786 0.8328</w:t>
        <w:br/>
        <w:t>vn 0.7869 -0.2772 0.5514</w:t>
        <w:br/>
        <w:t>vn -0.7524 -0.5012 0.4275</w:t>
        <w:br/>
        <w:t>vn -0.8106 -0.4275 0.4002</w:t>
        <w:br/>
        <w:t>vn 0.6192 -0.1984 -0.7597</w:t>
        <w:br/>
        <w:t>vn 0.9416 -0.1664 -0.2927</w:t>
        <w:br/>
        <w:t>vn 0.9617 -0.1803 0.2066</w:t>
        <w:br/>
        <w:t>vn -0.6766 -0.5343 0.5067</w:t>
        <w:br/>
        <w:t>vn 0.9416 -0.1664 -0.2928</w:t>
        <w:br/>
        <w:t>vn 0.6192 -0.1984 -0.7598</w:t>
        <w:br/>
        <w:t>vn 0.4040 -0.3785 0.8328</w:t>
        <w:br/>
        <w:t>vn 0.0685 -0.2560 -0.9642</w:t>
        <w:br/>
        <w:t>vn -0.7524 -0.5011 0.4275</w:t>
        <w:br/>
        <w:t>vn -0.8806 -0.3012 0.3659</w:t>
        <w:br/>
        <w:t>vn -0.9849 -0.1154 -0.1288</w:t>
        <w:br/>
        <w:t>vn -0.0795 0.9824 -0.1691</w:t>
        <w:br/>
        <w:t>vn -0.0933 0.7570 -0.6467</w:t>
        <w:br/>
        <w:t>vn -0.1988 0.7432 -0.6388</w:t>
        <w:br/>
        <w:t>vn -0.2503 0.9559 -0.1536</w:t>
        <w:br/>
        <w:t>vn -0.2541 0.9214 0.2940</w:t>
        <w:br/>
        <w:t>vn -0.0716 0.9587 0.2753</w:t>
        <w:br/>
        <w:t>vn -0.4352 0.1449 0.8886</w:t>
        <w:br/>
        <w:t>vn -0.5964 0.2080 0.7752</w:t>
        <w:br/>
        <w:t>vn -0.4520 0.2550 0.8548</w:t>
        <w:br/>
        <w:t>vn -0.2916 0.7097 0.6413</w:t>
        <w:br/>
        <w:t>vn -0.1609 0.7643 0.6244</w:t>
        <w:br/>
        <w:t>vn -0.1128 0.7896 0.6032</w:t>
        <w:br/>
        <w:t>vn -0.0074 0.9624 0.2715</w:t>
        <w:br/>
        <w:t>vn -0.5136 0.3346 0.7901</w:t>
        <w:br/>
        <w:t>vn -0.1770 0.3971 -0.9005</w:t>
        <w:br/>
        <w:t>vn -0.1220 0.4142 -0.9020</w:t>
        <w:br/>
        <w:t>vn -0.0813 0.6998 -0.7097</w:t>
        <w:br/>
        <w:t>vn -0.1053 0.4151 -0.9036</w:t>
        <w:br/>
        <w:t>vn 0.1035 0.0609 -0.9928</w:t>
        <w:br/>
        <w:t>vn 0.0563 0.2047 -0.9772</w:t>
        <w:br/>
        <w:t>vn 0.0455 0.1641 -0.9854</w:t>
        <w:br/>
        <w:t>vn 0.0794 0.0409 -0.9960</w:t>
        <w:br/>
        <w:t>vn 0.0100 0.0838 -0.9964</w:t>
        <w:br/>
        <w:t>vn -0.0701 0.2683 -0.9608</w:t>
        <w:br/>
        <w:t>vn -0.0996 0.3961 -0.9128</w:t>
        <w:br/>
        <w:t>vn -0.1134 0.3462 -0.9313</w:t>
        <w:br/>
        <w:t>vn -0.0541 0.0997 -0.9935</w:t>
        <w:br/>
        <w:t>vn -0.0986 0.1063 -0.9894</w:t>
        <w:br/>
        <w:t>vn -0.1970 0.0627 -0.9784</w:t>
        <w:br/>
        <w:t>vn -0.1561 0.0969 -0.9830</w:t>
        <w:br/>
        <w:t>vn -0.1986 0.0155 -0.9799</w:t>
        <w:br/>
        <w:t>vn -0.0274 0.9854 -0.1683</w:t>
        <w:br/>
        <w:t>vn -0.0598 -0.0563 -0.9966</w:t>
        <w:br/>
        <w:t>vn -0.1484 -0.0619 -0.9870</w:t>
        <w:br/>
        <w:t>vn -0.2512 -0.0985 -0.9629</w:t>
        <w:br/>
        <w:t>vn -0.4741 -0.2470 -0.8451</w:t>
        <w:br/>
        <w:t>vn -0.3041 -0.4257 -0.8522</w:t>
        <w:br/>
        <w:t>vn 0.1083 -0.0385 -0.9934</w:t>
        <w:br/>
        <w:t>vn 0.0029 -0.0552 -0.9985</w:t>
        <w:br/>
        <w:t>vn 0.1000 -0.0316 -0.9945</w:t>
        <w:br/>
        <w:t>vn -0.6052 -0.0266 0.7956</w:t>
        <w:br/>
        <w:t>vn -0.8249 0.2753 0.4938</w:t>
        <w:br/>
        <w:t>vn -0.8061 -0.3096 0.5044</w:t>
        <w:br/>
        <w:t>vn -0.9762 -0.0263 0.2151</w:t>
        <w:br/>
        <w:t>vn -0.9830 -0.1779 -0.0453</w:t>
        <w:br/>
        <w:t>vn -0.9796 -0.1677 0.1103</w:t>
        <w:br/>
        <w:t>vn -0.8052 -0.5177 0.2894</w:t>
        <w:br/>
        <w:t>vn -0.8763 -0.4804 -0.0369</w:t>
        <w:br/>
        <w:t>vn 0.0940 -0.0489 -0.9944</w:t>
        <w:br/>
        <w:t>vn -0.0046 -0.0312 -0.9995</w:t>
        <w:br/>
        <w:t>vn 0.1137 -0.0476 -0.9924</w:t>
        <w:br/>
        <w:t>vn -0.8343 -0.3991 -0.3804</w:t>
        <w:br/>
        <w:t>vn -0.9420 -0.2008 -0.2690</w:t>
        <w:br/>
        <w:t>vn -0.6270 -0.2028 -0.7522</w:t>
        <w:br/>
        <w:t>vn -0.0379 -0.0402 -0.9985</w:t>
        <w:br/>
        <w:t>vn -0.1861 -0.1030 -0.9771</w:t>
        <w:br/>
        <w:t>vn -0.2513 -0.0985 -0.9629</w:t>
        <w:br/>
        <w:t>vn -0.3470 0.3746 0.8598</w:t>
        <w:br/>
        <w:t>vn -0.3280 0.4394 0.8362</w:t>
        <w:br/>
        <w:t>vn -0.3118 0.4859 0.8165</w:t>
        <w:br/>
        <w:t>vn -0.3150 0.3793 0.8700</w:t>
        <w:br/>
        <w:t>vn -0.2983 0.3940 0.8693</w:t>
        <w:br/>
        <w:t>vn -0.1833 0.0612 0.9812</w:t>
        <w:br/>
        <w:t>vn -0.2885 0.0844 0.9538</w:t>
        <w:br/>
        <w:t>vn 0.0489 -0.9985 -0.0241</w:t>
        <w:br/>
        <w:t>vn -0.4800 -0.8767 -0.0304</w:t>
        <w:br/>
        <w:t>vn -0.4820 -0.8004 0.3563</w:t>
        <w:br/>
        <w:t>vn -0.0523 -0.8858 0.4611</w:t>
        <w:br/>
        <w:t>vn -0.4440 -0.6484 0.6184</w:t>
        <w:br/>
        <w:t>vn -0.0728 -0.5114 0.8562</w:t>
        <w:br/>
        <w:t>vn -0.3760 -0.3107 0.8730</w:t>
        <w:br/>
        <w:t>vn -0.4340 -0.7785 -0.4534</w:t>
        <w:br/>
        <w:t>vn -0.4801 -0.8767 -0.0304</w:t>
        <w:br/>
        <w:t>vn 0.0699 -0.8286 -0.5555</w:t>
        <w:br/>
        <w:t>vn -0.1022 -0.4867 -0.8676</w:t>
        <w:br/>
        <w:t>vn 0.0860 -0.4642 -0.8816</w:t>
        <w:br/>
        <w:t>vn 0.3835 -0.7767 -0.4996</w:t>
        <w:br/>
        <w:t>vn 0.1952 -0.4162 -0.8881</w:t>
        <w:br/>
        <w:t>vn 0.4306 -0.9024 -0.0147</w:t>
        <w:br/>
        <w:t>vn 0.3735 -0.8183 0.4369</w:t>
        <w:br/>
        <w:t>vn 0.4307 -0.9024 -0.0147</w:t>
        <w:br/>
        <w:t>vn -0.1161 0.0522 0.9919</w:t>
        <w:br/>
        <w:t>vn 0.1589 -0.4562 0.8756</w:t>
        <w:br/>
        <w:t>vn 0.2354 -0.4266 0.8733</w:t>
        <w:br/>
        <w:t>vn 0.4786 -0.7676 0.4263</w:t>
        <w:br/>
        <w:t>vn -0.2992 0.7232 -0.6225</w:t>
        <w:br/>
        <w:t>vn -0.2090 0.3846 -0.8991</w:t>
        <w:br/>
        <w:t>vn -0.1551 -0.0097 -0.9879</w:t>
        <w:br/>
        <w:t>vn -0.0958 -0.0068 -0.9954</w:t>
        <w:br/>
        <w:t>vn -0.2464 0.3698 -0.8958</w:t>
        <w:br/>
        <w:t>vn -0.0664 0.0153 -0.9977</w:t>
        <w:br/>
        <w:t>vn 0.4518 -0.7465 -0.4885</w:t>
        <w:br/>
        <w:t>vn 0.2335 -0.3988 -0.8868</w:t>
        <w:br/>
        <w:t>vn -0.2870 0.3603 -0.8876</w:t>
        <w:br/>
        <w:t>vn -0.0501 0.0343 -0.9982</w:t>
        <w:br/>
        <w:t>vn -0.3913 0.6877 -0.6115</w:t>
        <w:br/>
        <w:t>vn 0.5269 -0.8492 -0.0335</w:t>
        <w:br/>
        <w:t>vn 0.4991 -0.7610 0.4144</w:t>
        <w:br/>
        <w:t>vn 0.2561 -0.4159 0.8726</w:t>
        <w:br/>
        <w:t>vn 0.2588 -0.4060 0.8764</w:t>
        <w:br/>
        <w:t>vn 0.4975 -0.7613 0.4159</w:t>
        <w:br/>
        <w:t>vn -0.5233 0.7115 0.4690</w:t>
        <w:br/>
        <w:t>vn -0.3183 0.4025 0.8583</w:t>
        <w:br/>
        <w:t>vn -0.4510 0.7441 0.4929</w:t>
        <w:br/>
        <w:t>vn -0.3918 0.7778 0.4915</w:t>
        <w:br/>
        <w:t>vn -0.3857 0.9143 -0.1238</w:t>
        <w:br/>
        <w:t>vn -0.4861 0.8665 -0.1139</w:t>
        <w:br/>
        <w:t>vn -0.2800 0.3707 -0.8855</w:t>
        <w:br/>
        <w:t>vn -0.0664 0.0567 0.9962</w:t>
        <w:br/>
        <w:t>vn -0.3379 0.4508 0.8262</w:t>
        <w:br/>
        <w:t>vn -0.3394 0.4782 0.8100</w:t>
        <w:br/>
        <w:t>vn -0.0600 0.0773 0.9952</w:t>
        <w:br/>
        <w:t>vn 0.2654 -0.3783 -0.8868</w:t>
        <w:br/>
        <w:t>vn 0.2489 -0.3851 -0.8887</w:t>
        <w:br/>
        <w:t>vn 0.4757 -0.7253 -0.4976</w:t>
        <w:br/>
        <w:t>vn 0.4736 -0.7166 -0.5121</w:t>
        <w:br/>
        <w:t>vn -0.0791 0.0476 0.9957</w:t>
        <w:br/>
        <w:t>vn -0.5365 0.7250 0.4319</w:t>
        <w:br/>
        <w:t>vn -0.5828 0.8020 -0.1308</w:t>
        <w:br/>
        <w:t>vn -0.5851 0.7942 -0.1641</w:t>
        <w:br/>
        <w:t>vn -0.4602 0.6275 -0.6281</w:t>
        <w:br/>
        <w:t>vn -0.4702 0.6369 -0.6110</w:t>
        <w:br/>
        <w:t>vn 0.5499 -0.8328 -0.0641</w:t>
        <w:br/>
        <w:t>vn 0.5516 -0.8324 -0.0530</w:t>
        <w:br/>
        <w:t>vn -0.5476 0.8144 -0.1922</w:t>
        <w:br/>
        <w:t>vn -0.5634 0.8044 -0.1886</w:t>
        <w:br/>
        <w:t>vn -0.4260 0.6380 -0.6414</w:t>
        <w:br/>
        <w:t>vn -0.4001 0.6575 -0.6385</w:t>
        <w:br/>
        <w:t>vn -0.5351 0.7582 0.3726</w:t>
        <w:br/>
        <w:t>vn -0.5391 0.7427 0.3972</w:t>
        <w:br/>
        <w:t>vn -0.3265 0.4286 0.8424</w:t>
        <w:br/>
        <w:t>vn 0.4911 -0.7592 0.4271</w:t>
        <w:br/>
        <w:t>vn -0.2466 0.3837 -0.8899</w:t>
        <w:br/>
        <w:t>vn -0.2051 0.3960 -0.8950</w:t>
        <w:br/>
        <w:t>vn -0.0267 0.0432 -0.9987</w:t>
        <w:br/>
        <w:t>vn 0.0156 0.0419 -0.9990</w:t>
        <w:br/>
        <w:t>vn -0.5360 0.8236 -0.1853</w:t>
        <w:br/>
        <w:t>vn -0.5278 0.7720 0.3543</w:t>
        <w:br/>
        <w:t>vn 0.5516 -0.8324 -0.0531</w:t>
        <w:br/>
        <w:t>vn 0.0000 0.1437 -0.9896</w:t>
        <w:br/>
        <w:t>vn -0.0000 0.0330 -0.9995</w:t>
        <w:br/>
        <w:t>vn 0.0000 -0.0338 -0.9994</w:t>
        <w:br/>
        <w:t>vn -0.8248 0.2753 0.4938</w:t>
        <w:br/>
        <w:t>vn -0.9037 0.3227 0.2813</w:t>
        <w:br/>
        <w:t>vn -0.7832 0.5104 0.3551</w:t>
        <w:br/>
        <w:t>vn -0.9929 -0.0088 0.1185</w:t>
        <w:br/>
        <w:t>vn -0.3357 0.8000 0.4973</w:t>
        <w:br/>
        <w:t>vn -0.5089 0.5118 0.6922</w:t>
        <w:br/>
        <w:t>vn -0.2453 0.5134 0.8223</w:t>
        <w:br/>
        <w:t>vn -0.1181 0.8082 0.5770</w:t>
        <w:br/>
        <w:t>vn -0.3113 0.8510 0.4229</w:t>
        <w:br/>
        <w:t>vn -0.0768 0.8552 0.5126</w:t>
        <w:br/>
        <w:t>vn -0.7968 0.5318 0.2867</w:t>
        <w:br/>
        <w:t>vn -0.7688 0.6112 0.1881</w:t>
        <w:br/>
        <w:t>vn -0.8200 0.5536 0.1454</w:t>
        <w:br/>
        <w:t>vn -0.6276 0.7251 0.2833</w:t>
        <w:br/>
        <w:t>vn -0.5917 0.7536 0.2862</w:t>
        <w:br/>
        <w:t>vn -0.3203 0.8551 0.4077</w:t>
        <w:br/>
        <w:t>vn -0.8332 0.4944 0.2476</w:t>
        <w:br/>
        <w:t>vn -0.7821 0.5571 0.2790</w:t>
        <w:br/>
        <w:t>vn -0.6138 0.7033 0.3587</w:t>
        <w:br/>
        <w:t>vn -0.6486 0.5040 0.5703</w:t>
        <w:br/>
        <w:t>vn -0.3447 0.8223 0.4527</w:t>
        <w:br/>
        <w:t>vn -0.6573 0.5726 0.4899</w:t>
        <w:br/>
        <w:t>vn 0.0674 0.7542 0.6532</w:t>
        <w:br/>
        <w:t>vn 0.1174 0.7911 0.6003</w:t>
        <w:br/>
        <w:t>vn 0.2070 0.5120 0.8337</w:t>
        <w:br/>
        <w:t>vn 0.2852 0.6627 0.6925</w:t>
        <w:br/>
        <w:t>vn 0.0220 0.5023 0.8644</w:t>
        <w:br/>
        <w:t>vn -0.0569 0.8602 0.5067</w:t>
        <w:br/>
        <w:t>vn 0.1811 0.8024 0.5686</w:t>
        <w:br/>
        <w:t>vn 0.3888 0.6734 0.6288</w:t>
        <w:br/>
        <w:t>vn -0.0663 0.8376 0.5422</w:t>
        <w:br/>
        <w:t>vn -0.1352 0.7317 0.6680</w:t>
        <w:br/>
        <w:t>vn -0.3659 0.6581 0.6580</w:t>
        <w:br/>
        <w:t>vn 0.1298 0.7639 0.6322</w:t>
        <w:br/>
        <w:t>vn 0.0163 0.7031 0.7109</w:t>
        <w:br/>
        <w:t>vn -0.4143 0.5108 0.7533</w:t>
        <w:br/>
        <w:t>vn 0.3096 0.6642 0.6804</w:t>
        <w:br/>
        <w:t>vn 0.0000 0.6674 0.7447</w:t>
        <w:br/>
        <w:t>vn -0.0000 0.6816 0.7318</w:t>
        <w:br/>
        <w:t>vn -0.1725 0.5843 0.7930</w:t>
        <w:br/>
        <w:t>vn 0.0298 0.5941 0.8038</w:t>
        <w:br/>
        <w:t>vn 0.0697 0.7053 0.7055</w:t>
        <w:br/>
        <w:t>vn -0.0963 0.6658 0.7399</w:t>
        <w:br/>
        <w:t>vn 0.1011 0.6834 0.7230</w:t>
        <w:br/>
        <w:t>vn -0.0795 0.6900 0.7195</w:t>
        <w:br/>
        <w:t>vn -0.0007 0.2447 -0.9696</w:t>
        <w:br/>
        <w:t>vn 0.1938 0.6715 0.7152</w:t>
        <w:br/>
        <w:t>vn 0.1544 0.6236 0.7663</w:t>
        <w:br/>
        <w:t>vn 0.0000 0.6446 0.7645</w:t>
        <w:br/>
        <w:t>vn 0.0000 0.5657 0.8246</w:t>
        <w:br/>
        <w:t>vn 0.0000 0.6074 0.7944</w:t>
        <w:br/>
        <w:t>vn -0.0000 0.3017 0.9534</w:t>
        <w:br/>
        <w:t>vn -0.0879 0.3853 0.9186</w:t>
        <w:br/>
        <w:t>vn -0.1714 0.6079 0.7753</w:t>
        <w:br/>
        <w:t>vn -0.1428 0.3588 -0.9224</w:t>
        <w:br/>
        <w:t>vn -0.1741 0.4751 -0.8625</w:t>
        <w:br/>
        <w:t>vn -0.1111 0.5486 -0.8287</w:t>
        <w:br/>
        <w:t>vn -0.3214 0.4140 0.8516</w:t>
        <w:br/>
        <w:t>vn -0.6128 -0.6672 -0.4233</w:t>
        <w:br/>
        <w:t>vn -0.6128 -0.6673 -0.4233</w:t>
        <w:br/>
        <w:t>vn -0.6590 -0.6533 -0.3726</w:t>
        <w:br/>
        <w:t>vn -0.7408 -0.6340 -0.2221</w:t>
        <w:br/>
        <w:t>vn -0.6568 -0.5996 -0.4573</w:t>
        <w:br/>
        <w:t>vn -0.0000 -0.4528 0.8916</w:t>
        <w:br/>
        <w:t>vn -0.5742 -0.4089 0.7093</w:t>
        <w:br/>
        <w:t>vn -0.5799 -0.3044 0.7557</w:t>
        <w:br/>
        <w:t>vn -0.0000 -0.3565 0.9343</w:t>
        <w:br/>
        <w:t>vn -0.7687 -0.6183 -0.1637</w:t>
        <w:br/>
        <w:t>vn -0.6338 -0.5796 -0.5123</w:t>
        <w:br/>
        <w:t>vn -0.7295 -0.3769 -0.5709</w:t>
        <w:br/>
        <w:t>vn -0.8503 -0.4732 -0.2303</w:t>
        <w:br/>
        <w:t>vn 0.0000 -0.3196 -0.9475</w:t>
        <w:br/>
        <w:t>vn -0.4324 -0.3076 -0.8476</w:t>
        <w:br/>
        <w:t>vn -0.3856 -0.4973 -0.7772</w:t>
        <w:br/>
        <w:t>vn -0.0000 -0.5349 -0.8449</w:t>
        <w:br/>
        <w:t>vn -0.8472 -0.5295 -0.0441</w:t>
        <w:br/>
        <w:t>vn -0.8145 -0.5666 0.1246</w:t>
        <w:br/>
        <w:t>vn -0.7197 -0.6942 0.0001</w:t>
        <w:br/>
        <w:t>vn -0.7554 -0.6496 -0.0855</w:t>
        <w:br/>
        <w:t>vn -0.8567 -0.0683 -0.5112</w:t>
        <w:br/>
        <w:t>vn -0.9869 -0.1286 -0.0972</w:t>
        <w:br/>
        <w:t>vn -0.7978 -0.2839 0.5318</w:t>
        <w:br/>
        <w:t>vn -0.7642 -0.5365 0.3580</w:t>
        <w:br/>
        <w:t>vn -0.8394 -0.5352 0.0945</w:t>
        <w:br/>
        <w:t>vn -0.4677 -0.0226 -0.8836</w:t>
        <w:br/>
        <w:t>vn 0.0000 -0.0103 -0.9999</w:t>
        <w:br/>
        <w:t>vn -0.8420 0.4564 0.2876</w:t>
        <w:br/>
        <w:t>vn -0.7637 0.5826 0.2783</w:t>
        <w:br/>
        <w:t>vn -0.6273 0.5002 0.5969</w:t>
        <w:br/>
        <w:t>vn -0.7280 0.3840 0.5679</w:t>
        <w:br/>
        <w:t>vn -0.3508 0.5078 -0.7868</w:t>
        <w:br/>
        <w:t>vn 0.0000 0.4826 -0.8758</w:t>
        <w:br/>
        <w:t>vn 0.0000 0.5094 -0.8605</w:t>
        <w:br/>
        <w:t>vn -0.3126 0.5486 -0.7755</w:t>
        <w:br/>
        <w:t>vn -0.8126 0.5828 -0.0055</w:t>
        <w:br/>
        <w:t>vn -0.8865 0.4626 -0.0074</w:t>
        <w:br/>
        <w:t>vn -0.6704 0.5944 -0.4442</w:t>
        <w:br/>
        <w:t>vn -0.7335 0.5071 -0.4525</w:t>
        <w:br/>
        <w:t>vn -0.0000 0.3555 -0.9347</w:t>
        <w:br/>
        <w:t>vn -0.4262 0.3743 -0.8235</w:t>
        <w:br/>
        <w:t>vn -0.8187 0.3480 -0.4568</w:t>
        <w:br/>
        <w:t>vn -0.9639 0.2659 -0.0148</w:t>
        <w:br/>
        <w:t>vn -0.8514 0.1764 0.4939</w:t>
        <w:br/>
        <w:t>vn -0.9314 0.2179 0.2915</w:t>
        <w:br/>
        <w:t>vn -0.7061 0.0633 0.7053</w:t>
        <w:br/>
        <w:t>vn -0.5416 0.2327 0.8078</w:t>
        <w:br/>
        <w:t>vn -0.4444 -0.0767 0.8926</w:t>
        <w:br/>
        <w:t>vn -0.3051 0.1171 0.9451</w:t>
        <w:br/>
        <w:t>vn -0.0000 -0.1452 0.9894</w:t>
        <w:br/>
        <w:t>vn -0.0000 0.0715 0.9974</w:t>
        <w:br/>
        <w:t>vn -0.0000 0.1607 -0.9870</w:t>
        <w:br/>
        <w:t>vn -0.4691 0.1678 -0.8671</w:t>
        <w:br/>
        <w:t>vn -0.9957 0.0810 -0.0455</w:t>
        <w:br/>
        <w:t>vn -0.9624 0.0216 0.2710</w:t>
        <w:br/>
        <w:t>vn -0.9646 -0.2007 0.1713</w:t>
        <w:br/>
        <w:t>vn -0.8627 0.1457 -0.4842</w:t>
        <w:br/>
        <w:t>vn -0.7842 -0.0541 0.6181</w:t>
        <w:br/>
        <w:t>vn -0.5421 -0.1576 0.8254</w:t>
        <w:br/>
        <w:t>vn -0.8969 -0.0025 0.4422</w:t>
        <w:br/>
        <w:t>vn -0.9039 -0.2610 0.3390</w:t>
        <w:br/>
        <w:t>vn -0.0000 -0.2282 0.9736</w:t>
        <w:br/>
        <w:t>vn -0.0000 0.1906 -0.9817</w:t>
        <w:br/>
        <w:t>vn -0.2729 0.5827 0.7655</w:t>
        <w:br/>
        <w:t>vn 0.4361 0.4573 0.7750</w:t>
        <w:br/>
        <w:t>vn -0.0000 0.4818 0.8763</w:t>
        <w:br/>
        <w:t>vn 0.5293 0.4217 0.7362</w:t>
        <w:br/>
        <w:t>vn 0.3796 0.4289 0.8197</w:t>
        <w:br/>
        <w:t>vn 0.0018 0.0402 -0.9992</w:t>
        <w:br/>
        <w:t>vn 0.0778 -0.0398 -0.9962</w:t>
        <w:br/>
        <w:t>vn 0.0000 -0.0469 -0.9989</w:t>
        <w:br/>
        <w:t>vn -0.1772 0.1900 0.9657</w:t>
        <w:br/>
        <w:t>vn -0.6802 0.2262 0.6973</w:t>
        <w:br/>
        <w:t>vn -0.0000 0.3755 0.9268</w:t>
        <w:br/>
        <w:t>vn 0.4743 0.2920 0.8306</w:t>
        <w:br/>
        <w:t>vn 0.2956 0.2374 0.9254</w:t>
        <w:br/>
        <w:t>vn 0.1984 0.7434 -0.6387</w:t>
        <w:br/>
        <w:t>vn 0.0932 0.7571 -0.6466</w:t>
        <w:br/>
        <w:t>vn 0.0794 0.9824 -0.1690</w:t>
        <w:br/>
        <w:t>vn 0.2503 0.9559 -0.1535</w:t>
        <w:br/>
        <w:t>vn 0.2543 0.9213 0.2941</w:t>
        <w:br/>
        <w:t>vn 0.0716 0.9587 0.2754</w:t>
        <w:br/>
        <w:t>vn 0.4354 0.1448 0.8885</w:t>
        <w:br/>
        <w:t>vn 0.4519 0.2550 0.8548</w:t>
        <w:br/>
        <w:t>vn 0.5963 0.2081 0.7753</w:t>
        <w:br/>
        <w:t>vn 0.2919 0.7096 0.6413</w:t>
        <w:br/>
        <w:t>vn 0.1608 0.7643 0.6245</w:t>
        <w:br/>
        <w:t>vn 0.0074 0.9624 0.2715</w:t>
        <w:br/>
        <w:t>vn 0.1127 0.7896 0.6032</w:t>
        <w:br/>
        <w:t>vn 0.5135 0.3347 0.7902</w:t>
        <w:br/>
        <w:t>vn 0.1764 0.3974 -0.9005</w:t>
        <w:br/>
        <w:t>vn 0.1219 0.4142 -0.9020</w:t>
        <w:br/>
        <w:t>vn 0.0813 0.6999 -0.7096</w:t>
        <w:br/>
        <w:t>vn 0.1053 0.4152 -0.9036</w:t>
        <w:br/>
        <w:t>vn -0.1035 0.0609 -0.9928</w:t>
        <w:br/>
        <w:t>vn -0.0794 0.0409 -0.9960</w:t>
        <w:br/>
        <w:t>vn -0.0455 0.1641 -0.9854</w:t>
        <w:br/>
        <w:t>vn -0.0563 0.2047 -0.9772</w:t>
        <w:br/>
        <w:t>vn -0.0100 0.0838 -0.9964</w:t>
        <w:br/>
        <w:t>vn 0.0701 0.2684 -0.9608</w:t>
        <w:br/>
        <w:t>vn 0.0996 0.3961 -0.9128</w:t>
        <w:br/>
        <w:t>vn 0.0986 0.1063 -0.9894</w:t>
        <w:br/>
        <w:t>vn 0.0541 0.0997 -0.9935</w:t>
        <w:br/>
        <w:t>vn 0.1134 0.3462 -0.9313</w:t>
        <w:br/>
        <w:t>vn 0.1968 0.0629 -0.9784</w:t>
        <w:br/>
        <w:t>vn 0.1562 0.0970 -0.9830</w:t>
        <w:br/>
        <w:t>vn 0.1979 0.0158 -0.9801</w:t>
        <w:br/>
        <w:t>vn 0.0273 0.9854 -0.1683</w:t>
        <w:br/>
        <w:t>vn 0.0598 -0.0563 -0.9966</w:t>
        <w:br/>
        <w:t>vn 0.1484 -0.0619 -0.9870</w:t>
        <w:br/>
        <w:t>vn 0.4741 -0.2468 -0.8452</w:t>
        <w:br/>
        <w:t>vn 0.2513 -0.0983 -0.9629</w:t>
        <w:br/>
        <w:t>vn 0.3036 -0.4254 -0.8526</w:t>
        <w:br/>
        <w:t>vn -0.1083 -0.0385 -0.9934</w:t>
        <w:br/>
        <w:t>vn -0.0029 -0.0552 -0.9985</w:t>
        <w:br/>
        <w:t>vn -0.1001 -0.0316 -0.9945</w:t>
        <w:br/>
        <w:t>vn 0.6054 -0.0265 0.7955</w:t>
        <w:br/>
        <w:t>vn 0.8248 0.2754 0.4937</w:t>
        <w:br/>
        <w:t>vn 0.8063 -0.3098 0.5040</w:t>
        <w:br/>
        <w:t>vn 0.9763 -0.0267 0.2148</w:t>
        <w:br/>
        <w:t>vn 0.9830 -0.1780 -0.0454</w:t>
        <w:br/>
        <w:t>vn 0.8764 -0.4802 -0.0372</w:t>
        <w:br/>
        <w:t>vn 0.8053 -0.5178 0.2888</w:t>
        <w:br/>
        <w:t>vn 0.9796 -0.1682 0.1099</w:t>
        <w:br/>
        <w:t>vn -0.0940 -0.0489 -0.9944</w:t>
        <w:br/>
        <w:t>vn 0.0046 -0.0312 -0.9995</w:t>
        <w:br/>
        <w:t>vn -0.1137 -0.0476 -0.9924</w:t>
        <w:br/>
        <w:t>vn 0.8764 -0.4801 -0.0372</w:t>
        <w:br/>
        <w:t>vn 0.9830 -0.1779 -0.0454</w:t>
        <w:br/>
        <w:t>vn 0.9420 -0.2006 -0.2690</w:t>
        <w:br/>
        <w:t>vn 0.8344 -0.3988 -0.3805</w:t>
        <w:br/>
        <w:t>vn 0.6270 -0.2027 -0.7522</w:t>
        <w:br/>
        <w:t>vn 0.0379 -0.0402 -0.9985</w:t>
        <w:br/>
        <w:t>vn 0.1861 -0.1030 -0.9771</w:t>
        <w:br/>
        <w:t>vn 0.3279 0.4394 0.8363</w:t>
        <w:br/>
        <w:t>vn 0.3472 0.3744 0.8598</w:t>
        <w:br/>
        <w:t>vn 0.3116 0.4860 0.8165</w:t>
        <w:br/>
        <w:t>vn 0.1846 0.0605 0.9810</w:t>
        <w:br/>
        <w:t>vn 0.2994 0.3933 0.8693</w:t>
        <w:br/>
        <w:t>vn 0.3158 0.3788 0.8699</w:t>
        <w:br/>
        <w:t>vn 0.2894 0.0840 0.9535</w:t>
        <w:br/>
        <w:t>vn -0.0490 -0.9985 -0.0248</w:t>
        <w:br/>
        <w:t>vn 0.0529 -0.8861 0.4606</w:t>
        <w:br/>
        <w:t>vn 0.4827 -0.8004 0.3555</w:t>
        <w:br/>
        <w:t>vn 0.4803 -0.8766 -0.0311</w:t>
        <w:br/>
        <w:t>vn 0.4447 -0.6485 0.6178</w:t>
        <w:br/>
        <w:t>vn 0.0739 -0.5119 0.8559</w:t>
        <w:br/>
        <w:t>vn 0.3768 -0.3109 0.8726</w:t>
        <w:br/>
        <w:t>vn 0.4339 -0.7783 -0.4539</w:t>
        <w:br/>
        <w:t>vn -0.0705 -0.8281 -0.5561</w:t>
        <w:br/>
        <w:t>vn 0.1010 -0.4861 -0.8680</w:t>
        <w:br/>
        <w:t>vn -0.0872 -0.4634 -0.8818</w:t>
        <w:br/>
        <w:t>vn -0.1964 -0.4155 -0.8882</w:t>
        <w:br/>
        <w:t>vn -0.3842 -0.7763 -0.4997</w:t>
        <w:br/>
        <w:t>vn -0.4307 -0.9024 -0.0150</w:t>
        <w:br/>
        <w:t>vn -0.3731 -0.8186 0.4367</w:t>
        <w:br/>
        <w:t>vn -0.1578 -0.4569 0.8754</w:t>
        <w:br/>
        <w:t>vn 0.1173 0.0514 0.9918</w:t>
        <w:br/>
        <w:t>vn -0.2345 -0.4272 0.8732</w:t>
        <w:br/>
        <w:t>vn -0.4782 -0.7679 0.4263</w:t>
        <w:br/>
        <w:t>vn 0.2985 0.7235 -0.6225</w:t>
        <w:br/>
        <w:t>vn 0.2080 0.3851 -0.8991</w:t>
        <w:br/>
        <w:t>vn 0.1538 -0.0093 -0.9881</w:t>
        <w:br/>
        <w:t>vn 0.2453 0.3704 -0.8959</w:t>
        <w:br/>
        <w:t>vn 0.0944 -0.0062 -0.9955</w:t>
        <w:br/>
        <w:t>vn 0.0653 0.0161 -0.9977</w:t>
        <w:br/>
        <w:t>vn -0.2346 -0.3982 -0.8868</w:t>
        <w:br/>
        <w:t>vn -0.4526 -0.7461 -0.4884</w:t>
        <w:br/>
        <w:t>vn 0.2860 0.3609 -0.8877</w:t>
        <w:br/>
        <w:t>vn 0.0490 0.0351 -0.9982</w:t>
        <w:br/>
        <w:t>vn 0.3906 0.6882 -0.6114</w:t>
        <w:br/>
        <w:t>vn -0.5271 -0.8492 -0.0335</w:t>
        <w:br/>
        <w:t>vn -0.2579 -0.4067 0.8764</w:t>
        <w:br/>
        <w:t>vn -0.2552 -0.4165 0.8726</w:t>
        <w:br/>
        <w:t>vn -0.4987 -0.7613 0.4144</w:t>
        <w:br/>
        <w:t>vn -0.4971 -0.7615 0.4159</w:t>
        <w:br/>
        <w:t>vn 0.3193 0.4018 0.8582</w:t>
        <w:br/>
        <w:t>vn 0.5239 0.7111 0.4689</w:t>
        <w:br/>
        <w:t>vn 0.4516 0.7437 0.4929</w:t>
        <w:br/>
        <w:t>vn 0.3924 0.7775 0.4915</w:t>
        <w:br/>
        <w:t>vn 0.3856 0.9143 -0.1237</w:t>
        <w:br/>
        <w:t>vn 0.4860 0.8665 -0.1138</w:t>
        <w:br/>
        <w:t>vn 0.2791 0.3714 -0.8856</w:t>
        <w:br/>
        <w:t>vn 0.0675 0.0559 0.9962</w:t>
        <w:br/>
        <w:t>vn 0.0611 0.0765 0.9952</w:t>
        <w:br/>
        <w:t>vn 0.3403 0.4776 0.8100</w:t>
        <w:br/>
        <w:t>vn 0.3389 0.4501 0.8261</w:t>
        <w:br/>
        <w:t>vn -0.2548 -0.3792 -0.8895</w:t>
        <w:br/>
        <w:t>vn -0.4711 -0.7162 -0.5148</w:t>
        <w:br/>
        <w:t>vn -0.4764 -0.7249 -0.4976</w:t>
        <w:br/>
        <w:t>vn -0.2498 -0.3845 -0.8887</w:t>
        <w:br/>
        <w:t>vn 0.0802 0.0469 0.9957</w:t>
        <w:br/>
        <w:t>vn 0.5370 0.7246 0.4318</w:t>
        <w:br/>
        <w:t>vn 0.5849 0.7943 -0.1643</w:t>
        <w:br/>
        <w:t>vn 0.5828 0.8020 -0.1308</w:t>
        <w:br/>
        <w:t>vn 0.4696 0.6373 -0.6110</w:t>
        <w:br/>
        <w:t>vn 0.4596 0.6279 -0.6281</w:t>
        <w:br/>
        <w:t>vn -0.5517 -0.8323 -0.0531</w:t>
        <w:br/>
        <w:t>vn -0.5500 -0.8327 -0.0641</w:t>
        <w:br/>
        <w:t>vn 0.5477 0.8142 -0.1926</w:t>
        <w:br/>
        <w:t>vn 0.4012 0.6519 -0.6434</w:t>
        <w:br/>
        <w:t>vn 0.4254 0.6378 -0.6420</w:t>
        <w:br/>
        <w:t>vn 0.5633 0.8045 -0.1886</w:t>
        <w:br/>
        <w:t>vn 0.5355 0.7579 0.3725</w:t>
        <w:br/>
        <w:t>vn 0.5396 0.7424 0.3972</w:t>
        <w:br/>
        <w:t>vn -0.5510 -0.8308 -0.0789</w:t>
        <w:br/>
        <w:t>vn 0.3275 0.4279 0.8424</w:t>
        <w:br/>
        <w:t>vn 0.2147 0.3872 -0.8967</w:t>
        <w:br/>
        <w:t>vn 0.2464 0.3841 -0.8898</w:t>
        <w:br/>
        <w:t>vn 0.0011 0.0380 -0.9993</w:t>
        <w:br/>
        <w:t>vn 0.0267 0.0447 -0.9986</w:t>
        <w:br/>
        <w:t>vn 0.1953 0.3757 -0.9059</w:t>
        <w:br/>
        <w:t>vn -0.0146 0.0135 -0.9998</w:t>
        <w:br/>
        <w:t>vn 0.3898 0.6623 -0.6398</w:t>
        <w:br/>
        <w:t>vn -0.5500 -0.8327 -0.0642</w:t>
        <w:br/>
        <w:t>vn 0.7831 0.5105 0.3551</w:t>
        <w:br/>
        <w:t>vn 0.9038 0.3226 0.2812</w:t>
        <w:br/>
        <w:t>vn 0.9929 -0.0095 0.1183</w:t>
        <w:br/>
        <w:t>vn 0.2455 0.5133 0.8223</w:t>
        <w:br/>
        <w:t>vn 0.5092 0.5114 0.6922</w:t>
        <w:br/>
        <w:t>vn 0.3359 0.7999 0.4973</w:t>
        <w:br/>
        <w:t>vn 0.1181 0.8081 0.5770</w:t>
        <w:br/>
        <w:t>vn 0.3114 0.8510 0.4229</w:t>
        <w:br/>
        <w:t>vn 0.0768 0.8552 0.5126</w:t>
        <w:br/>
        <w:t>vn 0.7966 0.5318 0.2874</w:t>
        <w:br/>
        <w:t>vn 0.8196 0.5540 0.1460</w:t>
        <w:br/>
        <w:t>vn 0.7685 0.6114 0.1885</w:t>
        <w:br/>
        <w:t>vn 0.5916 0.7536 0.2864</w:t>
        <w:br/>
        <w:t>vn 0.6276 0.7251 0.2836</w:t>
        <w:br/>
        <w:t>vn 0.3203 0.8551 0.4077</w:t>
        <w:br/>
        <w:t>vn 0.8331 0.4945 0.2478</w:t>
        <w:br/>
        <w:t>vn 0.7820 0.5573 0.2792</w:t>
        <w:br/>
        <w:t>vn 0.6136 0.7033 0.3589</w:t>
        <w:br/>
        <w:t>vn 0.6485 0.5042 0.5703</w:t>
        <w:br/>
        <w:t>vn 0.3447 0.8223 0.4527</w:t>
        <w:br/>
        <w:t>vn 0.6574 0.5722 0.4903</w:t>
        <w:br/>
        <w:t>vn -0.1174 0.7911 0.6003</w:t>
        <w:br/>
        <w:t>vn -0.0674 0.7542 0.6532</w:t>
        <w:br/>
        <w:t>vn -0.2852 0.6627 0.6924</w:t>
        <w:br/>
        <w:t>vn -0.2070 0.5121 0.8336</w:t>
        <w:br/>
        <w:t>vn -0.0220 0.5023 0.8644</w:t>
        <w:br/>
        <w:t>vn 0.0569 0.8602 0.5067</w:t>
        <w:br/>
        <w:t>vn -0.1811 0.8024 0.5686</w:t>
        <w:br/>
        <w:t>vn -0.3888 0.6734 0.6288</w:t>
        <w:br/>
        <w:t>vn 0.3659 0.6582 0.6580</w:t>
        <w:br/>
        <w:t>vn 0.1352 0.7317 0.6680</w:t>
        <w:br/>
        <w:t>vn 0.0663 0.8376 0.5422</w:t>
        <w:br/>
        <w:t>vn -0.0163 0.7031 0.7109</w:t>
        <w:br/>
        <w:t>vn -0.1298 0.7639 0.6322</w:t>
        <w:br/>
        <w:t>vn 0.4143 0.5108 0.7533</w:t>
        <w:br/>
        <w:t>vn -0.3096 0.6642 0.6804</w:t>
        <w:br/>
        <w:t>vn 0.1725 0.5843 0.7930</w:t>
        <w:br/>
        <w:t>vn 0.0963 0.6658 0.7399</w:t>
        <w:br/>
        <w:t>vn -0.0697 0.7053 0.7055</w:t>
        <w:br/>
        <w:t>vn -0.0298 0.5941 0.8038</w:t>
        <w:br/>
        <w:t>vn -0.1012 0.6834 0.7230</w:t>
        <w:br/>
        <w:t>vn 0.0795 0.6900 0.7195</w:t>
        <w:br/>
        <w:t>vn 0.0007 0.2447 -0.9696</w:t>
        <w:br/>
        <w:t>vn -0.1544 0.6236 0.7663</w:t>
        <w:br/>
        <w:t>vn -0.1938 0.6715 0.7152</w:t>
        <w:br/>
        <w:t>vn 0.0879 0.3853 0.9186</w:t>
        <w:br/>
        <w:t>vn 0.1714 0.6079 0.7753</w:t>
        <w:br/>
        <w:t>vn 0.1428 0.3588 -0.9224</w:t>
        <w:br/>
        <w:t>vn 0.1741 0.4751 -0.8625</w:t>
        <w:br/>
        <w:t>vn 0.1111 0.5486 -0.8287</w:t>
        <w:br/>
        <w:t>vn 0.0814 0.6998 -0.7097</w:t>
        <w:br/>
        <w:t>vn 0.3214 0.4140 0.8516</w:t>
        <w:br/>
        <w:t>vn 0.6128 -0.6672 -0.4233</w:t>
        <w:br/>
        <w:t>vn 0.7408 -0.6340 -0.2221</w:t>
        <w:br/>
        <w:t>vn 0.6590 -0.6533 -0.3726</w:t>
        <w:br/>
        <w:t>vn 0.6128 -0.6673 -0.4233</w:t>
        <w:br/>
        <w:t>vn 0.6568 -0.5996 -0.4573</w:t>
        <w:br/>
        <w:t>vn 0.5799 -0.3044 0.7557</w:t>
        <w:br/>
        <w:t>vn 0.5742 -0.4089 0.7093</w:t>
        <w:br/>
        <w:t>vn 0.7687 -0.6183 -0.1637</w:t>
        <w:br/>
        <w:t>vn 0.8503 -0.4732 -0.2303</w:t>
        <w:br/>
        <w:t>vn 0.7294 -0.3769 -0.5709</w:t>
        <w:br/>
        <w:t>vn 0.6338 -0.5796 -0.5123</w:t>
        <w:br/>
        <w:t>vn 0.3855 -0.4973 -0.7772</w:t>
        <w:br/>
        <w:t>vn 0.4324 -0.3076 -0.8476</w:t>
        <w:br/>
        <w:t>vn 0.8472 -0.5295 -0.0441</w:t>
        <w:br/>
        <w:t>vn 0.7554 -0.6496 -0.0855</w:t>
        <w:br/>
        <w:t>vn 0.7197 -0.6942 0.0001</w:t>
        <w:br/>
        <w:t>vn 0.8145 -0.5666 0.1246</w:t>
        <w:br/>
        <w:t>vn 0.9869 -0.1286 -0.0972</w:t>
        <w:br/>
        <w:t>vn 0.8567 -0.0683 -0.5112</w:t>
        <w:br/>
        <w:t>vn 0.7978 -0.2839 0.5318</w:t>
        <w:br/>
        <w:t>vn 0.7642 -0.5365 0.3580</w:t>
        <w:br/>
        <w:t>vn 0.8394 -0.5352 0.0945</w:t>
        <w:br/>
        <w:t>vn 0.4678 -0.0227 -0.8836</w:t>
        <w:br/>
        <w:t>vn 0.8420 0.4564 0.2876</w:t>
        <w:br/>
        <w:t>vn 0.7280 0.3840 0.5679</w:t>
        <w:br/>
        <w:t>vn 0.6273 0.5002 0.5969</w:t>
        <w:br/>
        <w:t>vn 0.7637 0.5826 0.2783</w:t>
        <w:br/>
        <w:t>vn 0.3508 0.5078 -0.7868</w:t>
        <w:br/>
        <w:t>vn 0.3126 0.5486 -0.7754</w:t>
        <w:br/>
        <w:t>vn 0.8126 0.5828 -0.0055</w:t>
        <w:br/>
        <w:t>vn 0.8865 0.4626 -0.0074</w:t>
        <w:br/>
        <w:t>vn 0.6704 0.5944 -0.4442</w:t>
        <w:br/>
        <w:t>vn 0.7335 0.5071 -0.4525</w:t>
        <w:br/>
        <w:t>vn 0.4262 0.3743 -0.8235</w:t>
        <w:br/>
        <w:t>vn 0.8187 0.3480 -0.4568</w:t>
        <w:br/>
        <w:t>vn 0.9639 0.2660 -0.0148</w:t>
        <w:br/>
        <w:t>vn 0.8514 0.1765 0.4939</w:t>
        <w:br/>
        <w:t>vn 0.9314 0.2179 0.2915</w:t>
        <w:br/>
        <w:t>vn 0.7061 0.0633 0.7053</w:t>
        <w:br/>
        <w:t>vn 0.5416 0.2327 0.8078</w:t>
        <w:br/>
        <w:t>vn 0.4443 -0.0768 0.8926</w:t>
        <w:br/>
        <w:t>vn 0.3051 0.1171 0.9451</w:t>
        <w:br/>
        <w:t>vn 0.4691 0.1677 -0.8671</w:t>
        <w:br/>
        <w:t>vn 0.9957 0.0810 -0.0455</w:t>
        <w:br/>
        <w:t>vn 0.9646 -0.2007 0.1713</w:t>
        <w:br/>
        <w:t>vn 0.9624 0.0216 0.2709</w:t>
        <w:br/>
        <w:t>vn 0.8627 0.1457 -0.4842</w:t>
        <w:br/>
        <w:t>vn 0.5421 -0.1576 0.8254</w:t>
        <w:br/>
        <w:t>vn 0.7842 -0.0541 0.6181</w:t>
        <w:br/>
        <w:t>vn 0.9039 -0.2610 0.3390</w:t>
        <w:br/>
        <w:t>vn 0.8969 -0.0026 0.4422</w:t>
        <w:br/>
        <w:t>vn 0.2729 0.5827 0.7655</w:t>
        <w:br/>
        <w:t>vn -0.4361 0.4574 0.7750</w:t>
        <w:br/>
        <w:t>vn -0.5293 0.4217 0.7362</w:t>
        <w:br/>
        <w:t>vn -0.3796 0.4289 0.8197</w:t>
        <w:br/>
        <w:t>vn -0.0018 0.0402 -0.9992</w:t>
        <w:br/>
        <w:t>vn -0.0778 -0.0398 -0.9962</w:t>
        <w:br/>
        <w:t>vn 0.1773 0.1898 0.9657</w:t>
        <w:br/>
        <w:t>vn 0.6802 0.2255 0.6975</w:t>
        <w:br/>
        <w:t>vn -0.4743 0.2920 0.8305</w:t>
        <w:br/>
        <w:t>vn -0.2956 0.2374 0.9254</w:t>
        <w:br/>
        <w:t>vn 0.4746 -0.7113 -0.5184</w:t>
        <w:br/>
        <w:t>vn -0.2558 -0.3865 -0.8861</w:t>
        <w:br/>
        <w:t>vn 0.5282 0.7716 0.3543</w:t>
        <w:br/>
        <w:t>vn 0.7298 -0.4402 -0.5230</w:t>
        <w:br/>
        <w:t>vn 0.7297 -0.4402 -0.5231</w:t>
        <w:br/>
        <w:t>vn 0.6099 -0.3963 -0.6863</w:t>
        <w:br/>
        <w:t>vn 0.6099 -0.3964 -0.6862</w:t>
        <w:br/>
        <w:t>vn -0.4273 0.3110 0.8490</w:t>
        <w:br/>
        <w:t>vn -0.4273 0.3110 0.8489</w:t>
        <w:br/>
        <w:t>vn -0.2437 0.2541 0.9360</w:t>
        <w:br/>
        <w:t>vn -0.2437 0.2540 0.9360</w:t>
        <w:br/>
        <w:t>vn -0.2504 0.3074 0.9180</w:t>
        <w:br/>
        <w:t>vn -0.4266 0.3141 0.8482</w:t>
        <w:br/>
        <w:t>vn -0.0000 0.3055 0.9522</w:t>
        <w:br/>
        <w:t>vn -0.0000 0.3056 0.9522</w:t>
        <w:br/>
        <w:t>vn -0.1022 0.2024 0.9740</w:t>
        <w:br/>
        <w:t>vn 0.7421 -0.2492 0.6223</w:t>
        <w:br/>
        <w:t>vn 0.7422 -0.2492 0.6222</w:t>
        <w:br/>
        <w:t>vn 0.7421 -0.2492 0.6222</w:t>
        <w:br/>
        <w:t>vn 0.3450 -0.2726 -0.8982</w:t>
        <w:br/>
        <w:t>vn 0.1986 -0.2795 -0.9394</w:t>
        <w:br/>
        <w:t>vn -0.0000 -0.2896 -0.9571</w:t>
        <w:br/>
        <w:t>vn 0.0000 -0.2896 -0.9572</w:t>
        <w:br/>
        <w:t>vn 0.4217 -0.3074 -0.8530</w:t>
        <w:br/>
        <w:t>vn 0.3308 0.9317 -0.1498</w:t>
        <w:br/>
        <w:t>vn 0.3746 0.9226 -0.0926</w:t>
        <w:br/>
        <w:t>vn 0.1984 0.9444 -0.2622</w:t>
        <w:br/>
        <w:t>vn -0.1054 0.9737 -0.2020</w:t>
        <w:br/>
        <w:t>vn 0.0453 0.9638 -0.2626</w:t>
        <w:br/>
        <w:t>vn 0.0001 -0.8800 0.4750</w:t>
        <w:br/>
        <w:t>vn -0.3481 -0.8406 0.4150</w:t>
        <w:br/>
        <w:t>vn -0.0001 0.9802 -0.1981</w:t>
        <w:br/>
        <w:t>vn -0.5067 -0.8262 0.2463</w:t>
        <w:br/>
        <w:t>vn -0.5559 -0.8127 0.1745</w:t>
        <w:br/>
        <w:t>vn -0.4882 -0.8185 0.3027</w:t>
        <w:br/>
        <w:t>vn -0.4662 -0.8377 0.2845</w:t>
        <w:br/>
        <w:t>vn -0.7298 -0.4402 -0.5231</w:t>
        <w:br/>
        <w:t>vn -0.6098 -0.3964 -0.6863</w:t>
        <w:br/>
        <w:t>vn -0.6099 -0.3964 -0.6862</w:t>
        <w:br/>
        <w:t>vn -0.7298 -0.4402 -0.5230</w:t>
        <w:br/>
        <w:t>vn 0.4273 0.3110 0.8490</w:t>
        <w:br/>
        <w:t>vn 0.2437 0.2540 0.9360</w:t>
        <w:br/>
        <w:t>vn 0.4273 0.3109 0.8490</w:t>
        <w:br/>
        <w:t>vn 0.4266 0.3141 0.8482</w:t>
        <w:br/>
        <w:t>vn 0.2504 0.3074 0.9180</w:t>
        <w:br/>
        <w:t>vn 0.1022 0.2023 0.9740</w:t>
        <w:br/>
        <w:t>vn -0.7421 -0.2492 0.6222</w:t>
        <w:br/>
        <w:t>vn -0.7422 -0.2492 0.6222</w:t>
        <w:br/>
        <w:t>vn -0.3450 -0.2726 -0.8982</w:t>
        <w:br/>
        <w:t>vn -0.1986 -0.2795 -0.9394</w:t>
        <w:br/>
        <w:t>vn -0.3450 -0.2725 -0.8982</w:t>
        <w:br/>
        <w:t>vn -0.4216 -0.3074 -0.8531</w:t>
        <w:br/>
        <w:t>vn -0.3307 0.9318 -0.1497</w:t>
        <w:br/>
        <w:t>vn -0.3744 0.9226 -0.0925</w:t>
        <w:br/>
        <w:t>vn -0.3745 0.9226 -0.0925</w:t>
        <w:br/>
        <w:t>vn -0.1983 0.9444 -0.2621</w:t>
        <w:br/>
        <w:t>vn 0.1053 0.9737 -0.2020</w:t>
        <w:br/>
        <w:t>vn -0.0453 0.9638 -0.2627</w:t>
        <w:br/>
        <w:t>vn 0.3481 -0.8406 0.4149</w:t>
        <w:br/>
        <w:t>vn 0.3481 -0.8406 0.4150</w:t>
        <w:br/>
        <w:t>vn 0.5065 -0.8264 0.2462</w:t>
        <w:br/>
        <w:t>vn 0.5065 -0.8263 0.2462</w:t>
        <w:br/>
        <w:t>vn 0.5557 -0.8129 0.1744</w:t>
        <w:br/>
        <w:t>vn 0.4882 -0.8185 0.3027</w:t>
        <w:br/>
        <w:t>vn 0.4662 -0.8377 0.2845</w:t>
        <w:br/>
        <w:t>vn -0.6707 0.6569 0.3443</w:t>
        <w:br/>
        <w:t>vn -0.6708 0.6570 0.3442</w:t>
        <w:br/>
        <w:t>vn -0.8095 0.5799 0.0915</w:t>
        <w:br/>
        <w:t>vn -0.8096 0.5799 0.0914</w:t>
        <w:br/>
        <w:t>vn -0.1847 0.6342 0.7508</w:t>
        <w:br/>
        <w:t>vn -0.5917 0.6652 0.4554</w:t>
        <w:br/>
        <w:t>vn -0.3575 0.6697 0.6510</w:t>
        <w:br/>
        <w:t>vn -0.5488 0.7392 0.3905</w:t>
        <w:br/>
        <w:t>vn -0.2891 0.7768 0.5595</w:t>
        <w:br/>
        <w:t>vn -0.3750 0.8933 0.2479</w:t>
        <w:br/>
        <w:t>vn -0.3014 -0.5016 -0.8109</w:t>
        <w:br/>
        <w:t>vn -0.2883 -0.4305 -0.8553</w:t>
        <w:br/>
        <w:t>vn -0.2884 -0.4305 -0.8553</w:t>
        <w:br/>
        <w:t>vn 0.9641 -0.2248 0.1413</w:t>
        <w:br/>
        <w:t>vn 0.9164 -0.2192 0.3349</w:t>
        <w:br/>
        <w:t>vn 0.9164 -0.2192 0.3350</w:t>
        <w:br/>
        <w:t>vn 0.9641 -0.2249 0.1413</w:t>
        <w:br/>
        <w:t>vn 0.6347 -0.3944 0.6646</w:t>
        <w:br/>
        <w:t>vn -0.2178 -0.3346 -0.9168</w:t>
        <w:br/>
        <w:t>vn -0.0824 -0.2643 -0.9609</w:t>
        <w:br/>
        <w:t>vn -0.0823 -0.2643 -0.9609</w:t>
        <w:br/>
        <w:t>vn -0.2806 -0.5256 -0.8032</w:t>
        <w:br/>
        <w:t>vn 0.9640 -0.2547 0.0761</w:t>
        <w:br/>
        <w:t>vn 0.9640 -0.2547 0.0762</w:t>
        <w:br/>
        <w:t>vn -0.1848 0.6344 0.7506</w:t>
        <w:br/>
        <w:t>vn 0.2696 0.4422 0.8554</w:t>
        <w:br/>
        <w:t>vn 0.2021 0.3483 0.9153</w:t>
        <w:br/>
        <w:t>vn 0.2551 0.3965 0.8819</w:t>
        <w:br/>
        <w:t>vn 0.0673 0.2806 0.9575</w:t>
        <w:br/>
        <w:t>vn 0.1479 0.2978 0.9431</w:t>
        <w:br/>
        <w:t>vn -0.3576 0.6693 0.6512</w:t>
        <w:br/>
        <w:t>vn 0.0000 -0.1480 0.9890</w:t>
        <w:br/>
        <w:t>vn -0.0000 0.2614 0.9652</w:t>
        <w:br/>
        <w:t>vn -0.2891 0.7768 0.5594</w:t>
        <w:br/>
        <w:t>vn 0.0001 0.9875 0.1574</w:t>
        <w:br/>
        <w:t>vn -0.9955 0.0399 0.0858</w:t>
        <w:br/>
        <w:t>vn -0.9955 0.0400 0.0856</w:t>
        <w:br/>
        <w:t>vn -0.8856 -0.4246 0.1883</w:t>
        <w:br/>
        <w:t>vn -0.8855 -0.4245 0.1888</w:t>
        <w:br/>
        <w:t>vn 0.9420 -0.3301 0.0608</w:t>
        <w:br/>
        <w:t>vn 0.9507 -0.3033 0.0649</w:t>
        <w:br/>
        <w:t>vn -0.2609 -0.5239 -0.8108</w:t>
        <w:br/>
        <w:t>vn 0.2687 0.5272 0.8061</w:t>
        <w:br/>
        <w:t>vn 0.2454 0.5207 0.8177</w:t>
        <w:br/>
        <w:t>vn 0.2877 0.5101 0.8106</w:t>
        <w:br/>
        <w:t>vn 0.2877 0.5101 0.8105</w:t>
        <w:br/>
        <w:t>vn -0.0000 -0.2437 -0.9698</w:t>
        <w:br/>
        <w:t>vn 0.0000 -0.5551 0.8318</w:t>
        <w:br/>
        <w:t>vn -0.0000 -0.1479 0.9890</w:t>
        <w:br/>
        <w:t>vn 0.8097 0.5797 0.0912</w:t>
        <w:br/>
        <w:t>vn 0.6708 0.6567 0.3446</w:t>
        <w:br/>
        <w:t>vn 0.6707 0.6569 0.3444</w:t>
        <w:br/>
        <w:t>vn 0.8097 0.5797 0.0911</w:t>
        <w:br/>
        <w:t>vn 0.5913 0.6656 0.4554</w:t>
        <w:br/>
        <w:t>vn 0.1846 0.6345 0.7505</w:t>
        <w:br/>
        <w:t>vn 0.5487 0.7388 0.3913</w:t>
        <w:br/>
        <w:t>vn 0.3574 0.6693 0.6514</w:t>
        <w:br/>
        <w:t>vn 0.2889 0.7767 0.5597</w:t>
        <w:br/>
        <w:t>vn 0.3747 0.8933 0.2481</w:t>
        <w:br/>
        <w:t>vn 0.3014 -0.5016 -0.8109</w:t>
        <w:br/>
        <w:t>vn 0.2884 -0.4304 -0.8553</w:t>
        <w:br/>
        <w:t>vn 0.2884 -0.4305 -0.8553</w:t>
        <w:br/>
        <w:t>vn -0.9164 -0.2192 0.3348</w:t>
        <w:br/>
        <w:t>vn -0.9164 -0.2192 0.3349</w:t>
        <w:br/>
        <w:t>vn -0.9641 -0.2249 0.1413</w:t>
        <w:br/>
        <w:t>vn -0.6349 -0.3945 0.6643</w:t>
        <w:br/>
        <w:t>vn 0.0823 -0.2643 -0.9609</w:t>
        <w:br/>
        <w:t>vn 0.0824 -0.2644 -0.9609</w:t>
        <w:br/>
        <w:t>vn 0.2178 -0.3346 -0.9168</w:t>
        <w:br/>
        <w:t>vn 0.2806 -0.5255 -0.8032</w:t>
        <w:br/>
        <w:t>vn -0.9640 -0.2547 0.0764</w:t>
        <w:br/>
        <w:t>vn 0.1846 0.6344 0.7507</w:t>
        <w:br/>
        <w:t>vn -0.2551 0.3966 0.8819</w:t>
        <w:br/>
        <w:t>vn -0.2021 0.3483 0.9153</w:t>
        <w:br/>
        <w:t>vn -0.2697 0.4422 0.8554</w:t>
        <w:br/>
        <w:t>vn -0.0673 0.2806 0.9575</w:t>
        <w:br/>
        <w:t>vn -0.1479 0.2978 0.9431</w:t>
        <w:br/>
        <w:t>vn 0.2890 0.7768 0.5595</w:t>
        <w:br/>
        <w:t>vn 0.9955 0.0399 0.0857</w:t>
        <w:br/>
        <w:t>vn 0.9955 0.0400 0.0856</w:t>
        <w:br/>
        <w:t>vn 0.8856 -0.4246 0.1881</w:t>
        <w:br/>
        <w:t>vn 0.8856 -0.4245 0.1884</w:t>
        <w:br/>
        <w:t>vn -0.9507 -0.3032 0.0652</w:t>
        <w:br/>
        <w:t>vn -0.9420 -0.3301 0.0609</w:t>
        <w:br/>
        <w:t>vn -0.9420 -0.3301 0.0610</w:t>
        <w:br/>
        <w:t>vn 0.2609 -0.5239 -0.8109</w:t>
        <w:br/>
        <w:t>vn -0.2687 0.5272 0.8062</w:t>
        <w:br/>
        <w:t>vn -0.2454 0.5207 0.8177</w:t>
        <w:br/>
        <w:t>vn -0.2687 0.5272 0.8061</w:t>
        <w:br/>
        <w:t>vn -0.2877 0.5101 0.8105</w:t>
        <w:br/>
        <w:t>vn 0.1839 -0.4257 0.8860</w:t>
        <w:br/>
        <w:t>vn 0.1814 -0.4488 0.8750</w:t>
        <w:br/>
        <w:t>vn 0.1639 -0.4386 0.8836</w:t>
        <w:br/>
        <w:t>vn 0.1438 -0.4240 0.8942</w:t>
        <w:br/>
        <w:t>vn 0.1467 -0.4316 0.8900</w:t>
        <w:br/>
        <w:t>vn 0.1586 -0.4151 0.8958</w:t>
        <w:br/>
        <w:t>vn 0.1509 -0.4164 0.8966</w:t>
        <w:br/>
        <w:t>vn 0.1510 -0.4163 0.8966</w:t>
        <w:br/>
        <w:t>vn 0.1586 -0.4151 0.8959</w:t>
        <w:br/>
        <w:t>vn 0.1679 -0.4251 0.8894</w:t>
        <w:br/>
        <w:t>vn 0.1500 -0.3922 0.9076</w:t>
        <w:br/>
        <w:t>vn 0.1605 -0.4519 0.8775</w:t>
        <w:br/>
        <w:t>vn 0.1528 -0.4203 0.8944</w:t>
        <w:br/>
        <w:t>vn 0.2677 0.0726 0.9608</w:t>
        <w:br/>
        <w:t>vn 0.2172 -0.1399 0.9660</w:t>
        <w:br/>
        <w:t>vn 0.1348 0.6686 -0.7313</w:t>
        <w:br/>
        <w:t>vn 0.0774 0.5749 -0.8145</w:t>
        <w:br/>
        <w:t>vn 0.4164 0.4554 -0.7869</w:t>
        <w:br/>
        <w:t>vn 0.5687 0.4357 -0.6976</w:t>
        <w:br/>
        <w:t>vn 0.6993 0.4005 -0.5921</w:t>
        <w:br/>
        <w:t>vn 0.2626 0.7879 -0.5570</w:t>
        <w:br/>
        <w:t>vn 0.0752 0.5704 -0.8179</w:t>
        <w:br/>
        <w:t>vn 0.3565 0.3877 -0.8500</w:t>
        <w:br/>
        <w:t>vn 0.3435 0.4287 0.8356</w:t>
        <w:br/>
        <w:t>vn 0.3556 0.4780 0.8032</w:t>
        <w:br/>
        <w:t>vn 0.2910 0.9205 -0.2608</w:t>
        <w:br/>
        <w:t>vn 0.3693 0.9094 0.1913</w:t>
        <w:br/>
        <w:t>vn 0.3724 0.9177 0.1386</w:t>
        <w:br/>
        <w:t>vn 0.2667 0.4798 -0.8359</w:t>
        <w:br/>
        <w:t>vn 0.1894 0.8064 -0.5603</w:t>
        <w:br/>
        <w:t>vn 0.5147 0.8545 -0.0708</w:t>
        <w:br/>
        <w:t>vn 0.5147 0.8545 -0.0707</w:t>
        <w:br/>
        <w:t>vn 0.3096 -0.2480 0.9180</w:t>
        <w:br/>
        <w:t>vn 0.6106 0.4621 0.6431</w:t>
        <w:br/>
        <w:t>vn 0.6106 0.4622 0.6431</w:t>
        <w:br/>
        <w:t>vn 0.0674 -0.5697 0.8191</w:t>
        <w:br/>
        <w:t>vn 0.0650 -0.5998 0.7975</w:t>
        <w:br/>
        <w:t>vn 0.0650 -0.5997 0.7975</w:t>
        <w:br/>
        <w:t>vn 0.0807 -0.6242 0.7771</w:t>
        <w:br/>
        <w:t>vn 0.0795 -0.6373 0.7665</w:t>
        <w:br/>
        <w:t>vn 0.0642 -0.6579 0.7504</w:t>
        <w:br/>
        <w:t>vn 0.0641 -0.6579 0.7504</w:t>
        <w:br/>
        <w:t>vn 0.0546 -0.6800 0.7312</w:t>
        <w:br/>
        <w:t>vn 0.1458 -0.4135 0.8988</w:t>
        <w:br/>
        <w:t>vn -0.1652 0.4360 -0.8847</w:t>
        <w:br/>
        <w:t>vn -0.1534 0.4341 -0.8877</w:t>
        <w:br/>
        <w:t>vn -0.1627 0.4408 -0.8827</w:t>
        <w:br/>
        <w:t>vn -0.1461 0.4340 -0.8890</w:t>
        <w:br/>
        <w:t>vn -0.1476 0.4344 -0.8885</w:t>
        <w:br/>
        <w:t>vn -0.1480 0.4166 -0.8970</w:t>
        <w:br/>
        <w:t>vn -0.1479 0.4166 -0.8970</w:t>
        <w:br/>
        <w:t>vn -0.1549 0.4150 -0.8965</w:t>
        <w:br/>
        <w:t>vn -0.1634 0.4246 -0.8905</w:t>
        <w:br/>
        <w:t>vn 0.1494 0.4154 -0.8973</w:t>
        <w:br/>
        <w:t>vn -0.1503 0.4536 -0.8784</w:t>
        <w:br/>
        <w:t>vn -0.1157 0.4385 -0.8912</w:t>
        <w:br/>
        <w:t>vn 0.2878 0.3963 -0.8718</w:t>
        <w:br/>
        <w:t>vn -0.1766 0.1745 -0.9687</w:t>
        <w:br/>
        <w:t>vn 0.1510 0.3139 -0.9374</w:t>
        <w:br/>
        <w:t>vn -0.2020 -0.7215 0.6623</w:t>
        <w:br/>
        <w:t>vn -0.0884 -0.5825 0.8080</w:t>
        <w:br/>
        <w:t>vn -0.2828 -0.5596 0.7790</w:t>
        <w:br/>
        <w:t>vn -0.3267 -0.3548 0.8760</w:t>
        <w:br/>
        <w:t>vn -0.3489 -0.8209 0.4520</w:t>
        <w:br/>
        <w:t>vn -0.4227 -0.6365 0.6452</w:t>
        <w:br/>
        <w:t>vn -0.0647 -0.5092 0.8582</w:t>
        <w:br/>
        <w:t>vn -0.3218 -0.3644 0.8739</w:t>
        <w:br/>
        <w:t>vn -0.3572 -0.4844 -0.7986</w:t>
        <w:br/>
        <w:t>vn -0.0950 -0.0860 -0.9918</w:t>
        <w:br/>
        <w:t>vn -0.3819 -0.7187 -0.5811</w:t>
        <w:br/>
        <w:t>vn -0.3754 -0.9165 -0.1381</w:t>
        <w:br/>
        <w:t>vn -0.4996 -0.4618 0.7329</w:t>
        <w:br/>
        <w:t>vn -0.1243 -0.6831 0.7197</w:t>
        <w:br/>
        <w:t>vn -0.5336 -0.8450 0.0345</w:t>
        <w:br/>
        <w:t>vn -0.5342 -0.7131 0.4539</w:t>
        <w:br/>
        <w:t>vn -0.6235 -0.5695 -0.5356</w:t>
        <w:br/>
        <w:t>vn -0.5575 -0.2581 -0.7891</w:t>
        <w:br/>
        <w:t>vn -0.3789 0.1126 -0.9186</w:t>
        <w:br/>
        <w:t>vn -0.1768 0.4125 -0.8936</w:t>
        <w:br/>
        <w:t>vn -0.0466 0.5631 -0.8251</w:t>
        <w:br/>
        <w:t>vn -0.0633 0.5413 -0.8384</w:t>
        <w:br/>
        <w:t>vn -0.0397 0.5913 -0.8055</w:t>
        <w:br/>
        <w:t>vn -0.0533 0.6152 -0.7866</w:t>
        <w:br/>
        <w:t>vn -0.0533 0.6151 -0.7866</w:t>
        <w:br/>
        <w:t>vn -0.0471 0.6270 -0.7776</w:t>
        <w:br/>
        <w:t>vn -0.0472 0.6270 -0.7776</w:t>
        <w:br/>
        <w:t>vn -0.0236 0.6469 -0.7622</w:t>
        <w:br/>
        <w:t>vn -0.0091 0.6691 -0.7431</w:t>
        <w:br/>
        <w:t>vn -0.1503 0.4357 -0.8875</w:t>
        <w:br/>
        <w:t>vn 0.7277 -0.1726 -0.6639</w:t>
        <w:br/>
        <w:t>vn 0.7278 -0.1726 -0.6637</w:t>
        <w:br/>
        <w:t>vn 0.7277 -0.1726 -0.6638</w:t>
        <w:br/>
        <w:t>vn -0.9001 0.3993 0.1745</w:t>
        <w:br/>
        <w:t>vn -0.8897 0.4124 0.1959</w:t>
        <w:br/>
        <w:t>vn -0.8897 0.4124 0.1958</w:t>
        <w:br/>
        <w:t>vn -0.6000 -0.6405 -0.4794</w:t>
        <w:br/>
        <w:t>vn -0.6000 -0.6405 -0.4793</w:t>
        <w:br/>
        <w:t>vn 0.8205 -0.0305 -0.5708</w:t>
        <w:br/>
        <w:t>vn 0.8198 0.0186 -0.5724</w:t>
        <w:br/>
        <w:t>vn -0.9119 0.3807 0.1535</w:t>
        <w:br/>
        <w:t>vn -0.9159 0.3689 0.1583</w:t>
        <w:br/>
        <w:t>vn -0.9158 0.3690 0.1584</w:t>
        <w:br/>
        <w:t>vn 0.8202 0.0700 -0.5678</w:t>
        <w:br/>
        <w:t>vn -0.9198 0.3523 0.1726</w:t>
        <w:br/>
        <w:t>vn -0.9230 0.3334 0.1923</w:t>
        <w:br/>
        <w:t>vn -0.9247 0.3201 0.2059</w:t>
        <w:br/>
        <w:t>vn -0.9247 0.3202 0.2060</w:t>
        <w:br/>
        <w:t>vn -0.9229 0.3334 0.1924</w:t>
        <w:br/>
        <w:t>vn -0.9275 0.2624 0.2662</w:t>
        <w:br/>
        <w:t>vn -0.8948 0.1080 0.4332</w:t>
        <w:br/>
        <w:t>vn -0.8948 0.1080 0.4333</w:t>
        <w:br/>
        <w:t>vn 0.6496 0.2561 -0.7159</w:t>
        <w:br/>
        <w:t>vn 0.2879 0.3963 -0.8718</w:t>
        <w:br/>
        <w:t>vn 0.5673 0.2954 -0.7687</w:t>
        <w:br/>
        <w:t>vn -0.5456 -0.1226 0.8290</w:t>
        <w:br/>
        <w:t>vn -0.3812 -0.2728 0.8833</w:t>
        <w:br/>
        <w:t>vn 0.7309 0.2406 -0.6387</w:t>
        <w:br/>
        <w:t>vn 0.5688 0.4357 -0.6976</w:t>
        <w:br/>
        <w:t>vn 0.8082 0.1295 -0.5745</w:t>
        <w:br/>
        <w:t>vn 0.8558 -0.0336 -0.5162</w:t>
        <w:br/>
        <w:t>vn -0.3173 -0.4796 0.8181</w:t>
        <w:br/>
        <w:t>vn -0.4227 -0.6365 0.6451</w:t>
        <w:br/>
        <w:t>vn -0.6316 -0.0185 0.7750</w:t>
        <w:br/>
        <w:t>vn 0.6153 0.2104 -0.7597</w:t>
        <w:br/>
        <w:t>vn 0.5445 0.2982 -0.7839</w:t>
        <w:br/>
        <w:t>vn 0.5151 0.3040 -0.8014</w:t>
        <w:br/>
        <w:t>vn -0.8430 0.0247 0.5373</w:t>
        <w:br/>
        <w:t>vn -0.7928 -0.0284 0.6088</w:t>
        <w:br/>
        <w:t>vn -0.6152 -0.2595 0.7445</w:t>
        <w:br/>
        <w:t>vn 0.2666 0.4798 -0.8359</w:t>
        <w:br/>
        <w:t>vn 0.4748 0.1877 -0.8598</w:t>
        <w:br/>
        <w:t>vn -0.6933 -0.0475 0.7191</w:t>
        <w:br/>
        <w:t>vn -0.4923 -0.6707 0.5548</w:t>
        <w:br/>
        <w:t>vn -0.5342 -0.7132 0.4539</w:t>
        <w:br/>
        <w:t>vn 0.8300 -0.1733 -0.5302</w:t>
        <w:br/>
        <w:t>vn 0.8792 -0.1116 -0.4633</w:t>
        <w:br/>
        <w:t>vn 0.8128 -0.1657 -0.5585</w:t>
        <w:br/>
        <w:t>vn 0.7834 -0.1417 -0.6051</w:t>
        <w:br/>
        <w:t>vn 0.8318 -0.0084 -0.5550</w:t>
        <w:br/>
        <w:t>vn 0.8022 -0.0061 -0.5971</w:t>
        <w:br/>
        <w:t>vn -0.7059 -0.5647 0.4276</w:t>
        <w:br/>
        <w:t>vn -0.7979 -0.5486 0.2498</w:t>
        <w:br/>
        <w:t>vn -0.9496 -0.2443 0.1964</w:t>
        <w:br/>
        <w:t>vn -0.9747 -0.1865 0.1232</w:t>
        <w:br/>
        <w:t>vn 0.8782 0.0535 -0.4753</w:t>
        <w:br/>
        <w:t>vn 0.9098 0.0208 -0.4146</w:t>
        <w:br/>
        <w:t>vn -0.9445 0.2608 0.1997</w:t>
        <w:br/>
        <w:t>vn 0.8807 -0.0444 -0.4716</w:t>
        <w:br/>
        <w:t>vn 0.8807 -0.0443 -0.4716</w:t>
        <w:br/>
        <w:t>vn -0.8739 0.4131 0.2561</w:t>
        <w:br/>
        <w:t>vn 0.8699 -0.0238 -0.4927</w:t>
        <w:br/>
        <w:t>vn -0.8613 0.4148 0.2933</w:t>
        <w:br/>
        <w:t>vn -0.8626 0.3980 0.3123</w:t>
        <w:br/>
        <w:t>vn 0.8697 0.0191 -0.4932</w:t>
        <w:br/>
        <w:t>vn 0.8852 0.0669 -0.4604</w:t>
        <w:br/>
        <w:t>vn 0.8852 0.0670 -0.4604</w:t>
        <w:br/>
        <w:t>vn -0.8982 0.3390 0.2797</w:t>
        <w:br/>
        <w:t>vn -0.9285 0.2832 0.2402</w:t>
        <w:br/>
        <w:t>vn 0.8993 0.1049 -0.4246</w:t>
        <w:br/>
        <w:t>vn 0.8992 0.1049 -0.4247</w:t>
        <w:br/>
        <w:t>vn -0.1259 0.9817 0.1432</w:t>
        <w:br/>
        <w:t>vn 0.0264 -0.7524 -0.6581</w:t>
        <w:br/>
        <w:t>vn 0.5150 0.3040 -0.8015</w:t>
        <w:br/>
        <w:t>vn -0.0949 -0.0859 -0.9918</w:t>
        <w:br/>
        <w:t>vn 0.4475 0.2557 -0.8569</w:t>
        <w:br/>
        <w:t>vn 0.4476 0.2557 -0.8569</w:t>
        <w:br/>
        <w:t>vn 0.1704 -0.4421 0.8806</w:t>
        <w:br/>
        <w:t>vn 0.1707 -0.4424 0.8804</w:t>
        <w:br/>
        <w:t>vn -0.1663 0.4399 -0.8825</w:t>
        <w:br/>
        <w:t>vn -0.1659 0.4398 -0.8827</w:t>
        <w:br/>
        <w:t>vn 0.7971 0.1303 -0.5896</w:t>
        <w:br/>
        <w:t>vn 0.7971 0.1303 -0.5897</w:t>
        <w:br/>
        <w:t>vn 0.7919 0.1333 -0.5959</w:t>
        <w:br/>
        <w:t>vn 0.7506 0.1762 -0.6368</w:t>
        <w:br/>
        <w:t>vn 0.8095 0.1096 -0.5768</w:t>
        <w:br/>
        <w:t>vn 0.8199 0.0821 -0.5666</w:t>
        <w:br/>
        <w:t>vn -0.6256 -0.5363 -0.5666</w:t>
        <w:br/>
        <w:t>vn -0.0611 -0.6341 0.7708</w:t>
        <w:br/>
        <w:t>vn -0.6152 -0.2597 0.7444</w:t>
        <w:br/>
        <w:t>vn -0.1243 -0.6831 0.7196</w:t>
        <w:br/>
        <w:t>vn -0.1834 -0.4259 0.8860</w:t>
        <w:br/>
        <w:t>vn -0.1636 -0.4387 0.8836</w:t>
        <w:br/>
        <w:t>vn -0.1809 -0.4489 0.8751</w:t>
        <w:br/>
        <w:t>vn -0.1834 -0.4260 0.8860</w:t>
        <w:br/>
        <w:t>vn -0.1438 -0.4242 0.8941</w:t>
        <w:br/>
        <w:t>vn -0.1467 -0.4317 0.8900</w:t>
        <w:br/>
        <w:t>vn -0.1586 -0.4151 0.8958</w:t>
        <w:br/>
        <w:t>vn -0.1509 -0.4164 0.8966</w:t>
        <w:br/>
        <w:t>vn -0.1678 -0.4252 0.8894</w:t>
        <w:br/>
        <w:t>vn -0.1500 -0.3922 0.9076</w:t>
        <w:br/>
        <w:t>vn -0.1528 -0.4203 0.8944</w:t>
        <w:br/>
        <w:t>vn -0.1605 -0.4519 0.8775</w:t>
        <w:br/>
        <w:t>vn -0.2677 0.0728 0.9607</w:t>
        <w:br/>
        <w:t>vn -0.2172 -0.1398 0.9661</w:t>
        <w:br/>
        <w:t>vn -0.1348 0.6686 -0.7313</w:t>
        <w:br/>
        <w:t>vn -0.5684 0.4360 -0.6978</w:t>
        <w:br/>
        <w:t>vn -0.4162 0.4553 -0.7871</w:t>
        <w:br/>
        <w:t>vn -0.0774 0.5749 -0.8146</w:t>
        <w:br/>
        <w:t>vn -0.6987 0.4008 -0.5926</w:t>
        <w:br/>
        <w:t>vn -0.2625 0.7878 -0.5572</w:t>
        <w:br/>
        <w:t>vn -0.3563 0.3877 -0.8501</w:t>
        <w:br/>
        <w:t>vn -0.0752 0.5704 -0.8179</w:t>
        <w:br/>
        <w:t>vn -0.3434 0.4290 0.8355</w:t>
        <w:br/>
        <w:t>vn -0.3555 0.4783 0.8030</w:t>
        <w:br/>
        <w:t>vn -0.2909 0.9206 -0.2607</w:t>
        <w:br/>
        <w:t>vn -0.3723 0.9177 0.1387</w:t>
        <w:br/>
        <w:t>vn -0.3692 0.9095 0.1913</w:t>
        <w:br/>
        <w:t>vn -0.2666 0.4800 -0.8358</w:t>
        <w:br/>
        <w:t>vn -0.1894 0.8064 -0.5602</w:t>
        <w:br/>
        <w:t>vn -0.5145 0.8545 -0.0715</w:t>
        <w:br/>
        <w:t>vn -0.5145 0.8545 -0.0713</w:t>
        <w:br/>
        <w:t>vn -0.3098 -0.2477 0.9180</w:t>
        <w:br/>
        <w:t>vn -0.6108 0.4627 0.6426</w:t>
        <w:br/>
        <w:t>vn -0.6108 0.4626 0.6426</w:t>
        <w:br/>
        <w:t>vn -0.0674 -0.5697 0.8191</w:t>
        <w:br/>
        <w:t>vn -0.0650 -0.5997 0.7976</w:t>
        <w:br/>
        <w:t>vn -0.0807 -0.6241 0.7772</w:t>
        <w:br/>
        <w:t>vn -0.0808 -0.6241 0.7772</w:t>
        <w:br/>
        <w:t>vn -0.0795 -0.6371 0.7667</w:t>
        <w:br/>
        <w:t>vn -0.0795 -0.6370 0.7667</w:t>
        <w:br/>
        <w:t>vn -0.0641 -0.6577 0.7505</w:t>
        <w:br/>
        <w:t>vn -0.0642 -0.6577 0.7505</w:t>
        <w:br/>
        <w:t>vn -0.0546 -0.6798 0.7313</w:t>
        <w:br/>
        <w:t>vn -0.1457 -0.4137 0.8987</w:t>
        <w:br/>
        <w:t>vn 0.1647 0.4362 -0.8846</w:t>
        <w:br/>
        <w:t>vn 0.1623 0.4408 -0.8828</w:t>
        <w:br/>
        <w:t>vn 0.1532 0.4342 -0.8877</w:t>
        <w:br/>
        <w:t>vn 0.1461 0.4342 -0.8889</w:t>
        <w:br/>
        <w:t>vn 0.1475 0.4345 -0.8885</w:t>
        <w:br/>
        <w:t>vn 0.1479 0.4166 -0.8970</w:t>
        <w:br/>
        <w:t>vn 0.1548 0.4150 -0.8965</w:t>
        <w:br/>
        <w:t>vn 0.1634 0.4245 -0.8905</w:t>
        <w:br/>
        <w:t>vn 0.1634 0.4246 -0.8905</w:t>
        <w:br/>
        <w:t>vn -0.1494 0.4154 -0.8973</w:t>
        <w:br/>
        <w:t>vn -0.2878 0.3964 -0.8718</w:t>
        <w:br/>
        <w:t>vn 0.1157 0.4385 -0.8913</w:t>
        <w:br/>
        <w:t>vn 0.1503 0.4536 -0.8784</w:t>
        <w:br/>
        <w:t>vn 0.1767 0.1744 -0.9687</w:t>
        <w:br/>
        <w:t>vn -0.1510 0.3140 -0.9373</w:t>
        <w:br/>
        <w:t>vn 0.2019 -0.7214 0.6624</w:t>
        <w:br/>
        <w:t>vn 0.2826 -0.5596 0.7791</w:t>
        <w:br/>
        <w:t>vn 0.0884 -0.5825 0.8080</w:t>
        <w:br/>
        <w:t>vn 0.3265 -0.3549 0.8760</w:t>
        <w:br/>
        <w:t>vn 0.3486 -0.8208 0.4524</w:t>
        <w:br/>
        <w:t>vn 0.4224 -0.6364 0.6454</w:t>
        <w:br/>
        <w:t>vn 0.0647 -0.5092 0.8582</w:t>
        <w:br/>
        <w:t>vn 0.3217 -0.3647 0.8738</w:t>
        <w:br/>
        <w:t>vn 0.3571 -0.4846 -0.7985</w:t>
        <w:br/>
        <w:t>vn 0.0949 -0.0860 -0.9918</w:t>
        <w:br/>
        <w:t>vn 0.3817 -0.7188 -0.5811</w:t>
        <w:br/>
        <w:t>vn 0.3752 -0.9166 -0.1381</w:t>
        <w:br/>
        <w:t>vn 0.4994 -0.4624 0.7326</w:t>
        <w:br/>
        <w:t>vn 0.1243 -0.6832 0.7196</w:t>
        <w:br/>
        <w:t>vn 0.5334 -0.8451 0.0353</w:t>
        <w:br/>
        <w:t>vn 0.5339 -0.7131 0.4543</w:t>
        <w:br/>
        <w:t>vn 0.6236 -0.5701 -0.5348</w:t>
        <w:br/>
        <w:t>vn 0.3792 0.1123 -0.9185</w:t>
        <w:br/>
        <w:t>vn 0.5577 -0.2587 -0.7887</w:t>
        <w:br/>
        <w:t>vn 0.1768 0.4125 -0.8936</w:t>
        <w:br/>
        <w:t>vn 0.0466 0.5631 -0.8251</w:t>
        <w:br/>
        <w:t>vn -0.4895 0.3603 -0.7941</w:t>
        <w:br/>
        <w:t>vn 0.0397 0.5913 -0.8055</w:t>
        <w:br/>
        <w:t>vn 0.0397 0.5912 -0.8055</w:t>
        <w:br/>
        <w:t>vn 0.0533 0.6151 -0.7867</w:t>
        <w:br/>
        <w:t>vn 0.0471 0.6269 -0.7777</w:t>
        <w:br/>
        <w:t>vn 0.0236 0.6468 -0.7623</w:t>
        <w:br/>
        <w:t>vn 0.0091 0.6691 -0.7431</w:t>
        <w:br/>
        <w:t>vn 0.1503 0.4359 -0.8874</w:t>
        <w:br/>
        <w:t>vn -0.7263 -0.1730 -0.6653</w:t>
        <w:br/>
        <w:t>vn -0.7261 -0.1729 -0.6655</w:t>
        <w:br/>
        <w:t>vn -0.7261 -0.1730 -0.6654</w:t>
        <w:br/>
        <w:t>vn 0.8890 0.4132 0.1974</w:t>
        <w:br/>
        <w:t>vn 0.8996 0.3995 0.1762</w:t>
        <w:br/>
        <w:t>vn 0.5999 -0.6411 -0.4785</w:t>
        <w:br/>
        <w:t>vn 0.5999 -0.6411 -0.4786</w:t>
        <w:br/>
        <w:t>vn 0.6000 -0.6412 -0.4784</w:t>
        <w:br/>
        <w:t>vn -0.8195 -0.0301 -0.5722</w:t>
        <w:br/>
        <w:t>vn -0.8188 0.0190 -0.5737</w:t>
        <w:br/>
        <w:t>vn 0.9117 0.3804 0.1551</w:t>
        <w:br/>
        <w:t>vn 0.9157 0.3687 0.1598</w:t>
        <w:br/>
        <w:t>vn 0.9157 0.3686 0.1598</w:t>
        <w:br/>
        <w:t>vn -0.8194 0.0703 -0.5689</w:t>
        <w:br/>
        <w:t>vn -0.8194 0.0703 -0.5688</w:t>
        <w:br/>
        <w:t>vn 0.9197 0.3521 0.1736</w:t>
        <w:br/>
        <w:t>vn 0.9197 0.3520 0.1736</w:t>
        <w:br/>
        <w:t>vn 0.9229 0.3332 0.1931</w:t>
        <w:br/>
        <w:t>vn 0.9246 0.3200 0.2064</w:t>
        <w:br/>
        <w:t>vn 0.9247 0.3200 0.2064</w:t>
        <w:br/>
        <w:t>vn 0.9276 0.2620 0.2662</w:t>
        <w:br/>
        <w:t>vn 0.8950 0.1071 0.4330</w:t>
        <w:br/>
        <w:t>vn -0.6495 0.2562 -0.7159</w:t>
        <w:br/>
        <w:t>vn -0.5674 0.2956 -0.7686</w:t>
        <w:br/>
        <w:t>vn -0.1511 0.3140 -0.9373</w:t>
        <w:br/>
        <w:t>vn 0.2825 -0.5596 0.7791</w:t>
        <w:br/>
        <w:t>vn 0.3809 -0.2729 0.8835</w:t>
        <w:br/>
        <w:t>vn 0.5452 -0.1230 0.8292</w:t>
        <w:br/>
        <w:t>vn -0.5683 0.4360 -0.6978</w:t>
        <w:br/>
        <w:t>vn -0.7304 0.2408 -0.6391</w:t>
        <w:br/>
        <w:t>vn -0.8076 0.1302 -0.5752</w:t>
        <w:br/>
        <w:t>vn -0.8552 -0.0330 -0.5172</w:t>
        <w:br/>
        <w:t>vn 0.3171 -0.4795 0.8183</w:t>
        <w:br/>
        <w:t>vn 0.6314 -0.0193 0.7752</w:t>
        <w:br/>
        <w:t>vn -0.6149 0.2104 -0.7600</w:t>
        <w:br/>
        <w:t>vn -0.5151 0.3043 -0.8013</w:t>
        <w:br/>
        <w:t>vn -0.5446 0.2986 -0.7838</w:t>
        <w:br/>
        <w:t>vn 0.8432 0.0235 0.5371</w:t>
        <w:br/>
        <w:t>vn 0.6151 -0.2604 0.7442</w:t>
        <w:br/>
        <w:t>vn 0.7929 -0.0296 0.6087</w:t>
        <w:br/>
        <w:t>vn -0.4748 0.1877 -0.8598</w:t>
        <w:br/>
        <w:t>vn 0.4994 -0.4624 0.7327</w:t>
        <w:br/>
        <w:t>vn 0.6933 -0.0486 0.7190</w:t>
        <w:br/>
        <w:t>vn 0.4919 -0.6705 0.5553</w:t>
        <w:br/>
        <w:t>vn 0.5339 -0.7131 0.4544</w:t>
        <w:br/>
        <w:t>vn -0.8294 -0.1728 -0.5313</w:t>
        <w:br/>
        <w:t>vn -0.8786 -0.1110 -0.4644</w:t>
        <w:br/>
        <w:t>vn -0.8121 -0.1653 -0.5596</w:t>
        <w:br/>
        <w:t>vn -0.8311 -0.0075 -0.5561</w:t>
        <w:br/>
        <w:t>vn -0.7827 -0.1411 -0.6062</w:t>
        <w:br/>
        <w:t>vn -0.8013 -0.0053 -0.5982</w:t>
        <w:br/>
        <w:t>vn 0.7053 -0.5648 0.4285</w:t>
        <w:br/>
        <w:t>vn 0.9491 -0.2451 0.1978</w:t>
        <w:br/>
        <w:t>vn 0.7973 -0.5489 0.2509</w:t>
        <w:br/>
        <w:t>vn 0.9743 -0.1875 0.1246</w:t>
        <w:br/>
        <w:t>vn -0.9092 0.0216 -0.4159</w:t>
        <w:br/>
        <w:t>vn 0.9446 0.2595 0.2008</w:t>
        <w:br/>
        <w:t>vn -0.8802 -0.0436 -0.4726</w:t>
        <w:br/>
        <w:t>vn -0.8802 -0.0435 -0.4726</w:t>
        <w:br/>
        <w:t>vn 0.8746 0.4114 0.2567</w:t>
        <w:br/>
        <w:t>vn -0.8698 -0.0219 -0.4929</w:t>
        <w:br/>
        <w:t>vn -0.8698 -0.0220 -0.4929</w:t>
        <w:br/>
        <w:t>vn 0.8624 0.4127 0.2932</w:t>
        <w:br/>
        <w:t>vn 0.8624 0.4127 0.2931</w:t>
        <w:br/>
        <w:t>vn 0.8640 0.3956 0.3116</w:t>
        <w:br/>
        <w:t>vn -0.8698 0.0218 -0.4929</w:t>
        <w:br/>
        <w:t>vn -0.8853 0.0701 -0.4597</w:t>
        <w:br/>
        <w:t>vn 0.8995 0.3364 0.2788</w:t>
        <w:br/>
        <w:t>vn 0.9295 0.2806 0.2392</w:t>
        <w:br/>
        <w:t>vn -0.8993 0.1082 -0.4237</w:t>
        <w:br/>
        <w:t>vn 0.1256 0.9816 0.1439</w:t>
        <w:br/>
        <w:t>vn -0.0264 -0.7524 -0.6582</w:t>
        <w:br/>
        <w:t>vn -0.0264 -0.7524 -0.6581</w:t>
        <w:br/>
        <w:t>vn -0.5150 0.3044 -0.8013</w:t>
        <w:br/>
        <w:t>vn -0.4475 0.2561 -0.8568</w:t>
        <w:br/>
        <w:t>vn 0.0949 -0.0859 -0.9918</w:t>
        <w:br/>
        <w:t>vn -0.1707 -0.4424 0.8804</w:t>
        <w:br/>
        <w:t>vn -0.1704 -0.4422 0.8806</w:t>
        <w:br/>
        <w:t>vn 0.1662 0.4399 -0.8825</w:t>
        <w:br/>
        <w:t>vn 0.1659 0.4398 -0.8826</w:t>
        <w:br/>
        <w:t>vn -0.7968 0.1305 -0.5900</w:t>
        <w:br/>
        <w:t>vn -0.7504 0.1763 -0.6370</w:t>
        <w:br/>
        <w:t>vn -0.7916 0.1334 -0.5962</w:t>
        <w:br/>
        <w:t>vn -0.7968 0.1304 -0.5900</w:t>
        <w:br/>
        <w:t>vn -0.8090 0.1098 -0.5774</w:t>
        <w:br/>
        <w:t>vn -0.8091 0.1098 -0.5774</w:t>
        <w:br/>
        <w:t>vn -0.8193 0.0824 -0.5674</w:t>
        <w:br/>
        <w:t>vn 0.6257 -0.5368 -0.5660</w:t>
        <w:br/>
        <w:t>vn 0.6236 -0.5701 -0.5349</w:t>
        <w:br/>
        <w:t>vn 0.0611 -0.6341 0.7708</w:t>
        <w:br/>
        <w:t>vn 0.1242 -0.6832 0.7196</w:t>
        <w:br/>
        <w:t>vn -0.3691 0.9095 0.1913</w:t>
        <w:br/>
        <w:t>vn -0.3668 0.8602 0.3542</w:t>
        <w:br/>
        <w:t>vn -0.5770 0.7488 0.3262</w:t>
        <w:br/>
        <w:t>vn -0.5770 0.7488 0.3263</w:t>
        <w:br/>
        <w:t>vn -0.6706 0.6775 0.3020</w:t>
        <w:br/>
        <w:t>vn -0.6706 0.6775 0.3021</w:t>
        <w:br/>
        <w:t>vn -0.8721 -0.4264 -0.2402</w:t>
        <w:br/>
        <w:t>vn -0.6233 -0.6650 -0.4113</w:t>
        <w:br/>
        <w:t>vn -0.6233 -0.6651 -0.4113</w:t>
        <w:br/>
        <w:t>vn -0.8721 -0.4263 -0.2403</w:t>
        <w:br/>
        <w:t>vn -0.4875 0.8093 0.3277</w:t>
        <w:br/>
        <w:t>vn -0.4875 0.8093 0.3276</w:t>
        <w:br/>
        <w:t>vn 0.8336 0.5522 -0.0150</w:t>
        <w:br/>
        <w:t>vn 0.8336 0.5521 -0.0150</w:t>
        <w:br/>
        <w:t>vn 0.8335 0.5522 -0.0151</w:t>
        <w:br/>
        <w:t>vn 0.4473 -0.6793 -0.5818</w:t>
        <w:br/>
        <w:t>vn 0.4473 -0.6792 -0.5819</w:t>
        <w:br/>
        <w:t>vn 0.4473 -0.6793 -0.5819</w:t>
        <w:br/>
        <w:t>vn -0.8760 -0.4226 -0.2322</w:t>
        <w:br/>
        <w:t>vn -0.8760 -0.4227 -0.2322</w:t>
        <w:br/>
        <w:t>vn -0.8760 -0.4227 -0.2321</w:t>
        <w:br/>
        <w:t>vn -0.2534 0.8989 0.3575</w:t>
        <w:br/>
        <w:t>vn -0.2535 0.8989 0.3573</w:t>
        <w:br/>
        <w:t>vn 0.9522 0.1727 -0.2519</w:t>
        <w:br/>
        <w:t>vn 0.9524 0.1632 -0.2576</w:t>
        <w:br/>
        <w:t>vn 0.8369 0.5467 -0.0282</w:t>
        <w:br/>
        <w:t>vn 0.8270 0.5619 -0.0156</w:t>
        <w:br/>
        <w:t>vn -0.6209 -0.6677 -0.4107</w:t>
        <w:br/>
        <w:t>vn -0.8690 -0.4330 -0.2396</w:t>
        <w:br/>
        <w:t>vn 0.4447 -0.6815 -0.5813</w:t>
        <w:br/>
        <w:t>vn 0.4447 -0.6814 -0.5813</w:t>
        <w:br/>
        <w:t>vn 0.4447 -0.6815 -0.5812</w:t>
        <w:br/>
        <w:t>vn 0.1292 -0.4288 0.8941</w:t>
        <w:br/>
        <w:t>vn 0.1304 -0.4370 0.8900</w:t>
        <w:br/>
        <w:t>vn 0.1292 -0.4340 0.8916</w:t>
        <w:br/>
        <w:t>vn 0.1256 -0.4269 0.8955</w:t>
        <w:br/>
        <w:t>vn 0.1295 -0.4287 0.8941</w:t>
        <w:br/>
        <w:t>vn 0.1300 -0.4291 0.8939</w:t>
        <w:br/>
        <w:t>vn 0.1333 -0.4410 0.8876</w:t>
        <w:br/>
        <w:t>vn 0.1312 -0.4454 0.8857</w:t>
        <w:br/>
        <w:t>vn 0.1323 -0.4459 0.8853</w:t>
        <w:br/>
        <w:t>vn 0.1321 -0.4455 0.8855</w:t>
        <w:br/>
        <w:t>vn 0.1338 -0.4386 0.8886</w:t>
        <w:br/>
        <w:t>vn 0.1308 -0.4453 0.8857</w:t>
        <w:br/>
        <w:t>vn 0.1315 -0.4457 0.8855</w:t>
        <w:br/>
        <w:t>vn 0.1313 -0.4457 0.8855</w:t>
        <w:br/>
        <w:t>vn -0.1292 0.4291 -0.8940</w:t>
        <w:br/>
        <w:t>vn -0.1293 0.4343 -0.8915</w:t>
        <w:br/>
        <w:t>vn -0.1306 0.4375 -0.8897</w:t>
        <w:br/>
        <w:t>vn -0.1257 0.4271 -0.8954</w:t>
        <w:br/>
        <w:t>vn -0.1288 0.4290 -0.8941</w:t>
        <w:br/>
        <w:t>vn -0.1300 0.4294 -0.8937</w:t>
        <w:br/>
        <w:t>vn -0.1335 0.4413 -0.8874</w:t>
        <w:br/>
        <w:t>vn -0.1322 0.4457 -0.8854</w:t>
        <w:br/>
        <w:t>vn -0.1323 0.4459 -0.8853</w:t>
        <w:br/>
        <w:t>vn -0.1309 0.4454 -0.8857</w:t>
        <w:br/>
        <w:t>vn -0.1339 0.4392 -0.8883</w:t>
        <w:br/>
        <w:t>vn -0.1310 0.4455 -0.8857</w:t>
        <w:br/>
        <w:t>vn -0.1318 0.4457 -0.8854</w:t>
        <w:br/>
        <w:t>vn -0.1316 0.4457 -0.8854</w:t>
        <w:br/>
        <w:t>vn 0.1317 -0.4462 0.8852</w:t>
        <w:br/>
        <w:t>vn 0.1316 -0.4465 0.8850</w:t>
        <w:br/>
        <w:t>vn 0.1319 -0.4459 0.8853</w:t>
        <w:br/>
        <w:t>vn 0.1318 -0.4461 0.8853</w:t>
        <w:br/>
        <w:t>vn 0.1324 -0.4452 0.8856</w:t>
        <w:br/>
        <w:t>vn 0.1320 -0.4456 0.8854</w:t>
        <w:br/>
        <w:t>vn 0.1322 -0.4455 0.8855</w:t>
        <w:br/>
        <w:t>vn 0.1323 -0.4452 0.8856</w:t>
        <w:br/>
        <w:t>vn -0.1321 0.4456 -0.8854</w:t>
        <w:br/>
        <w:t>vn -0.1320 0.4455 -0.8855</w:t>
        <w:br/>
        <w:t>vn -0.1320 0.4459 -0.8853</w:t>
        <w:br/>
        <w:t>vn -0.1321 0.4460 -0.8852</w:t>
        <w:br/>
        <w:t>vn -0.1318 0.4462 -0.8852</w:t>
        <w:br/>
        <w:t>vn -0.1318 0.4464 -0.8851</w:t>
        <w:br/>
        <w:t>vn -0.1325 0.4452 -0.8856</w:t>
        <w:br/>
        <w:t>vn -0.1324 0.4452 -0.8856</w:t>
        <w:br/>
        <w:t>vn -0.0542 0.8878 0.4571</w:t>
        <w:br/>
        <w:t>vn -0.8062 0.4659 0.3646</w:t>
        <w:br/>
        <w:t>vn -0.8062 0.4659 0.3647</w:t>
        <w:br/>
        <w:t>vn 0.0992 -0.8813 -0.4621</w:t>
        <w:br/>
        <w:t>vn 0.0993 -0.8813 -0.4621</w:t>
        <w:br/>
        <w:t>vn 0.7791 -0.4986 -0.3800</w:t>
        <w:br/>
        <w:t>vn -0.9784 -0.1992 0.0558</w:t>
        <w:br/>
        <w:t>vn -0.9783 -0.1994 0.0557</w:t>
        <w:br/>
        <w:t>vn -0.6356 -0.7253 -0.2646</w:t>
        <w:br/>
        <w:t>vn 0.9768 0.2069 -0.0559</w:t>
        <w:br/>
        <w:t>vn 0.9768 0.2068 -0.0559</w:t>
        <w:br/>
        <w:t>vn 0.7791 -0.4986 -0.3801</w:t>
        <w:br/>
        <w:t>vn 0.6316 0.7286 0.2648</w:t>
        <w:br/>
        <w:t>vn 0.6317 0.7286 0.2648</w:t>
        <w:br/>
        <w:t>vn 0.1319 -0.4456 0.8855</w:t>
        <w:br/>
        <w:t>vn 0.1320 -0.4455 0.8855</w:t>
        <w:br/>
        <w:t>vn 0.1321 -0.4454 0.8855</w:t>
        <w:br/>
        <w:t>vn 0.1323 -0.4454 0.8855</w:t>
        <w:br/>
        <w:t>vn 0.1325 -0.4453 0.8855</w:t>
        <w:br/>
        <w:t>vn 0.1318 -0.4455 0.8855</w:t>
        <w:br/>
        <w:t>vn 0.1320 -0.4454 0.8855</w:t>
        <w:br/>
        <w:t>vn 0.1319 -0.4454 0.8856</w:t>
        <w:br/>
        <w:t>vn 0.1320 -0.4453 0.8856</w:t>
        <w:br/>
        <w:t>vn 0.1319 -0.4452 0.8856</w:t>
        <w:br/>
        <w:t>vn 0.1316 -0.4454 0.8856</w:t>
        <w:br/>
        <w:t>vn 0.1319 -0.4453 0.8856</w:t>
        <w:br/>
        <w:t>vn 0.1318 -0.4452 0.8857</w:t>
        <w:br/>
        <w:t>vn 0.1317 -0.4459 0.8853</w:t>
        <w:br/>
        <w:t>vn 0.1317 -0.4458 0.8854</w:t>
        <w:br/>
        <w:t>vn 0.1319 -0.4460 0.8853</w:t>
        <w:br/>
        <w:t>vn 0.1320 -0.4460 0.8853</w:t>
        <w:br/>
        <w:t>vn 0.1321 -0.4461 0.8852</w:t>
        <w:br/>
        <w:t>vn 0.1316 -0.4458 0.8854</w:t>
        <w:br/>
        <w:t>vn 0.1315 -0.4459 0.8854</w:t>
        <w:br/>
        <w:t>vn 0.1314 -0.4458 0.8854</w:t>
        <w:br/>
        <w:t>vn 0.1313 -0.4460 0.8854</w:t>
        <w:br/>
        <w:t>vn 0.1311 -0.4462 0.8853</w:t>
        <w:br/>
        <w:t>vn 0.1312 -0.4460 0.8853</w:t>
        <w:br/>
        <w:t>vn 0.1311 -0.4461 0.8853</w:t>
        <w:br/>
        <w:t>vn -0.1320 0.4456 -0.8854</w:t>
        <w:br/>
        <w:t>vn -0.1322 0.4455 -0.8855</w:t>
        <w:br/>
        <w:t>vn -0.1324 0.4454 -0.8855</w:t>
        <w:br/>
        <w:t>vn -0.1326 0.4454 -0.8855</w:t>
        <w:br/>
        <w:t>vn -0.1319 0.4456 -0.8855</w:t>
        <w:br/>
        <w:t>vn -0.1321 0.4455 -0.8855</w:t>
        <w:br/>
        <w:t>vn -0.1320 0.4454 -0.8856</w:t>
        <w:br/>
        <w:t>vn -0.1322 0.4454 -0.8855</w:t>
        <w:br/>
        <w:t>vn -0.1319 0.4453 -0.8856</w:t>
        <w:br/>
        <w:t>vn -0.1321 0.4453 -0.8856</w:t>
        <w:br/>
        <w:t>vn -0.1321 0.4452 -0.8856</w:t>
        <w:br/>
        <w:t>vn -0.1320 0.4460 -0.8852</w:t>
        <w:br/>
        <w:t>vn -0.1317 0.4458 -0.8854</w:t>
        <w:br/>
        <w:t>vn -0.1318 0.4460 -0.8853</w:t>
        <w:br/>
        <w:t>vn -0.1321 0.4462 -0.8852</w:t>
        <w:br/>
        <w:t>vn -0.1323 0.4462 -0.8851</w:t>
        <w:br/>
        <w:t>vn -0.1315 0.4459 -0.8853</w:t>
        <w:br/>
        <w:t>vn -0.1315 0.4459 -0.8854</w:t>
        <w:br/>
        <w:t>vn -0.1314 0.4460 -0.8853</w:t>
        <w:br/>
        <w:t>vn -0.1314 0.4461 -0.8853</w:t>
        <w:br/>
        <w:t>vn -0.1312 0.4461 -0.8853</w:t>
        <w:br/>
        <w:t>vn -0.1314 0.4463 -0.8852</w:t>
        <w:br/>
        <w:t>vn -0.1313 0.4462 -0.8852</w:t>
        <w:br/>
        <w:t>vn 0.9885 0.0244 -0.1493</w:t>
        <w:br/>
        <w:t>vn 0.9799 0.1889 -0.0643</w:t>
        <w:br/>
        <w:t>vn 0.9800 0.1884 -0.0648</w:t>
        <w:br/>
        <w:t>vn 0.9885 0.0246 -0.1495</w:t>
        <w:br/>
        <w:t>vn -0.9373 -0.3478 -0.0229</w:t>
        <w:br/>
        <w:t>vn -0.9373 -0.3476 -0.0230</w:t>
        <w:br/>
        <w:t>vn -0.9890 -0.0317 0.1447</w:t>
        <w:br/>
        <w:t>vn -0.9890 -0.0310 0.1449</w:t>
        <w:br/>
        <w:t>vn 0.9379 0.3462 0.0226</w:t>
        <w:br/>
        <w:t>vn 0.9378 0.3464 0.0224</w:t>
        <w:br/>
        <w:t>vn 0.1545 0.8916 0.4256</w:t>
        <w:br/>
        <w:t>vn -0.9113 0.2888 0.2936</w:t>
        <w:br/>
        <w:t>vn -0.9113 0.2888 0.2935</w:t>
        <w:br/>
        <w:t>vn 0.2529 0.8796 0.4030</w:t>
        <w:br/>
        <w:t>vn 0.2665 0.8771 0.3996</w:t>
        <w:br/>
        <w:t>vn 0.2664 0.8771 0.3996</w:t>
        <w:br/>
        <w:t>vn 0.2527 0.8796 0.4031</w:t>
        <w:br/>
        <w:t>vn -0.6529 -0.7138 -0.2536</w:t>
        <w:br/>
        <w:t>vn -0.6530 -0.7136 -0.2538</w:t>
        <w:br/>
        <w:t>vn -0.4306 -0.8320 -0.3497</w:t>
        <w:br/>
        <w:t>vn -0.4306 -0.8321 -0.3497</w:t>
        <w:br/>
        <w:t>vn 0.4318 0.8316 0.3492</w:t>
        <w:br/>
        <w:t>vn 0.6461 0.7191 0.2559</w:t>
        <w:br/>
        <w:t>vn 0.6461 0.7191 0.2561</w:t>
        <w:br/>
        <w:t>vn -0.0078 -0.8929 -0.4502</w:t>
        <w:br/>
        <w:t>vn 0.9338 0.3569 0.0232</w:t>
        <w:br/>
        <w:t>vn 0.9338 0.3570 0.0233</w:t>
        <w:br/>
        <w:t>vn 0.9798 -0.0539 -0.1928</w:t>
        <w:br/>
        <w:t>vn 0.9797 -0.0541 -0.1930</w:t>
        <w:br/>
        <w:t>vn 0.1618 -0.8695 -0.4667</w:t>
        <w:br/>
        <w:t>vn 0.1617 -0.8694 -0.4668</w:t>
        <w:br/>
        <w:t>vn 0.7459 0.6354 0.1998</w:t>
        <w:br/>
        <w:t>vn 0.4789 0.8123 0.3329</w:t>
        <w:br/>
        <w:t>vn 0.7459 0.6353 0.1998</w:t>
        <w:br/>
        <w:t>vn -0.6176 -0.7373 -0.2737</w:t>
        <w:br/>
        <w:t>vn -0.4684 -0.8166 -0.3372</w:t>
        <w:br/>
        <w:t>vn -0.4685 -0.8165 -0.3373</w:t>
        <w:br/>
        <w:t>vn 0.1543 0.8915 0.4260</w:t>
        <w:br/>
        <w:t>vn 0.1542 0.8915 0.4260</w:t>
        <w:br/>
        <w:t>vn -0.9100 0.2933 0.2931</w:t>
        <w:br/>
        <w:t>vn -0.9100 0.2933 0.2932</w:t>
        <w:br/>
        <w:t>vn -0.9100 0.2932 0.2931</w:t>
        <w:br/>
        <w:t>vn -0.7467 -0.6339 -0.2014</w:t>
        <w:br/>
        <w:t>vn -0.7468 -0.6338 -0.2015</w:t>
        <w:br/>
        <w:t>vn -0.9503 0.1870 0.2490</w:t>
        <w:br/>
        <w:t>vn -0.9460 0.2001 0.2549</w:t>
        <w:br/>
        <w:t>vn -0.9460 0.2001 0.2550</w:t>
        <w:br/>
        <w:t>vn -0.9852 0.0198 0.1703</w:t>
        <w:br/>
        <w:t>vn -0.9852 0.0199 0.1701</w:t>
        <w:br/>
        <w:t>vn 0.9850 -0.0190 -0.1715</w:t>
        <w:br/>
        <w:t>vn 0.9716 0.2330 -0.0412</w:t>
        <w:br/>
        <w:t>vn 0.9715 0.2332 -0.0413</w:t>
        <w:br/>
        <w:t>vn 0.9850 -0.0190 -0.1716</w:t>
        <w:br/>
        <w:t>vn 0.8377 -0.4193 -0.3498</w:t>
        <w:br/>
        <w:t>vn -0.9738 -0.2226 0.0460</w:t>
        <w:br/>
        <w:t>vn -0.9738 -0.2228 0.0460</w:t>
        <w:br/>
        <w:t>vn 0.7292 -0.5549 -0.4004</w:t>
        <w:br/>
        <w:t>vn -0.7563 -0.6253 -0.1924</w:t>
        <w:br/>
        <w:t>vn -0.3886 -0.8465 -0.3640</w:t>
        <w:br/>
        <w:t>vn -0.3890 -0.8463 -0.3640</w:t>
        <w:br/>
        <w:t>vn 0.4703 -0.7542 -0.4583</w:t>
        <w:br/>
        <w:t>vn 0.4705 -0.7541 -0.4581</w:t>
        <w:br/>
        <w:t>vn 0.4704 -0.7541 -0.4582</w:t>
        <w:br/>
        <w:t>vn 0.4702 -0.7542 -0.4584</w:t>
        <w:br/>
        <w:t>vn -0.4705 0.7542 0.4581</w:t>
        <w:br/>
        <w:t>vn -0.4704 0.7542 0.4582</w:t>
        <w:br/>
        <w:t>vn 0.9811 0.1771 -0.0780</w:t>
        <w:br/>
        <w:t>vn 0.9811 0.1772 -0.0779</w:t>
        <w:br/>
        <w:t>vn 0.7696 -0.5074 -0.3876</w:t>
        <w:br/>
        <w:t>vn 0.6060 0.7462 0.2756</w:t>
        <w:br/>
        <w:t>vn -0.1084 0.8794 0.4637</w:t>
        <w:br/>
        <w:t>vn -0.1082 0.8794 0.4637</w:t>
        <w:br/>
        <w:t>vn -0.7698 0.5087 0.3855</w:t>
        <w:br/>
        <w:t>vn -0.9820 -0.1732 0.0757</w:t>
        <w:br/>
        <w:t>vn -0.6068 -0.7459 -0.2748</w:t>
        <w:br/>
        <w:t>vn -0.6067 -0.7459 -0.2749</w:t>
        <w:br/>
        <w:t>vn 0.1089 -0.8801 -0.4621</w:t>
        <w:br/>
        <w:t>vn 0.1088 -0.8801 -0.4621</w:t>
        <w:br/>
        <w:t>vn -0.9813 -0.1763 0.0770</w:t>
        <w:br/>
        <w:t>vn -0.7699 0.5075 0.3869</w:t>
        <w:br/>
        <w:t>vn -0.7695 0.5064 0.3892</w:t>
        <w:br/>
        <w:t>vn -0.9813 -0.1764 0.0770</w:t>
        <w:br/>
        <w:t>vn -0.1324 0.4465 -0.8849</w:t>
        <w:br/>
        <w:t>vn -0.1307 0.4444 -0.8863</w:t>
        <w:br/>
        <w:t>vn -0.1307 0.4443 -0.8863</w:t>
        <w:br/>
        <w:t>vn -0.1298 0.4454 -0.8859</w:t>
        <w:br/>
        <w:t>vn -0.1316 0.4442 -0.8862</w:t>
        <w:br/>
        <w:t>vn -0.1315 0.4443 -0.8862</w:t>
        <w:br/>
        <w:t>vn 0.1117 -0.8791 -0.4633</w:t>
        <w:br/>
        <w:t>vn -0.6037 -0.7477 -0.2766</w:t>
        <w:br/>
        <w:t>vn -0.1329 0.4458 -0.8852</w:t>
        <w:br/>
        <w:t>vn -0.1330 0.4458 -0.8852</w:t>
        <w:br/>
        <w:t>vn -0.1311 0.4471 -0.8848</w:t>
        <w:br/>
        <w:t>vn -0.1312 0.4470 -0.8849</w:t>
        <w:br/>
        <w:t>vn 0.7694 -0.5094 -0.3854</w:t>
        <w:br/>
        <w:t>vn 0.7693 -0.5096 -0.3854</w:t>
        <w:br/>
        <w:t>vn 0.9821 0.1727 -0.0758</w:t>
        <w:br/>
        <w:t>vn 0.9821 0.1726 -0.0758</w:t>
        <w:br/>
        <w:t>vn -0.1304 0.4449 -0.8861</w:t>
        <w:br/>
        <w:t>vn -0.1319 0.4472 -0.8847</w:t>
        <w:br/>
        <w:t>vn -0.1319 0.4473 -0.8846</w:t>
        <w:br/>
        <w:t>vn -0.1301 0.4449 -0.8861</w:t>
        <w:br/>
        <w:t>vn -0.1122 0.8791 0.4633</w:t>
        <w:br/>
        <w:t>vn 0.6041 0.7472 0.2772</w:t>
        <w:br/>
        <w:t>vn 0.6041 0.7472 0.2771</w:t>
        <w:br/>
        <w:t>vn 0.1336 -0.4476 0.8842</w:t>
        <w:br/>
        <w:t>vn 0.1301 -0.4497 0.8836</w:t>
        <w:br/>
        <w:t>vn 0.1301 -0.4497 0.8837</w:t>
        <w:br/>
        <w:t>vn 0.1338 -0.4476 0.8842</w:t>
        <w:br/>
        <w:t>vn 0.1306 -0.4489 0.8840</w:t>
        <w:br/>
        <w:t>vn 0.1297 -0.4435 0.8868</w:t>
        <w:br/>
        <w:t>vn 0.1295 -0.4436 0.8868</w:t>
        <w:br/>
        <w:t>vn 0.1287 -0.4433 0.8871</w:t>
        <w:br/>
        <w:t>vn 0.1301 -0.4456 0.8857</w:t>
        <w:br/>
        <w:t>vn 0.1303 -0.4455 0.8857</w:t>
        <w:br/>
        <w:t>vn 0.1286 -0.4434 0.8871</w:t>
        <w:br/>
        <w:t>vn 0.1290 -0.4469 0.8852</w:t>
        <w:br/>
        <w:t>vn 0.1289 -0.4470 0.8852</w:t>
        <w:br/>
        <w:t>vn 0.1321 -0.4480 0.8842</w:t>
        <w:br/>
        <w:t>vn -0.7706 0.5099 0.3822</w:t>
        <w:br/>
        <w:t>vn -0.7699 0.5075 0.3870</w:t>
        <w:br/>
        <w:t>vn 0.7129 0.6481 -0.2679</w:t>
        <w:br/>
        <w:t>vn 0.1433 0.5967 -0.7896</w:t>
        <w:br/>
        <w:t>vn 0.8343 0.2288 0.5015</w:t>
        <w:br/>
        <w:t>vn 0.8343 0.2288 0.5016</w:t>
        <w:br/>
        <w:t>vn 0.4143 -0.2939 0.8614</w:t>
        <w:br/>
        <w:t>vn -0.1222 -0.5994 0.7911</w:t>
        <w:br/>
        <w:t>vn -0.6759 -0.6726 0.3013</w:t>
        <w:br/>
        <w:t>vn -0.2717 -0.7520 -0.6005</w:t>
        <w:br/>
        <w:t>vn -0.6758 -0.6726 0.3013</w:t>
        <w:br/>
        <w:t>vn -0.8428 -0.5236 -0.1248</w:t>
        <w:br/>
        <w:t>vn -0.0062 -0.0599 -0.9982</w:t>
        <w:br/>
        <w:t>vn -0.5135 0.1910 -0.8366</w:t>
        <w:br/>
        <w:t>vn -0.3272 0.3441 -0.8801</w:t>
        <w:br/>
        <w:t>vn -0.1395 0.9426 0.3034</w:t>
        <w:br/>
        <w:t>vn -0.1394 0.9426 0.3034</w:t>
        <w:br/>
        <w:t>vn -0.3858 0.9190 0.0815</w:t>
        <w:br/>
        <w:t>vn -0.3858 0.9190 0.0814</w:t>
        <w:br/>
        <w:t>vn 0.4769 -0.3632 -0.8004</w:t>
        <w:br/>
        <w:t>vn 0.7510 -0.3599 -0.5535</w:t>
        <w:br/>
        <w:t>vn 0.8050 -0.5572 -0.2036</w:t>
        <w:br/>
        <w:t>vn -0.0438 0.7519 0.6578</w:t>
        <w:br/>
        <w:t>vn 0.6108 -0.7901 -0.0517</w:t>
        <w:br/>
        <w:t>vn 0.6107 -0.7901 -0.0517</w:t>
        <w:br/>
        <w:t>vn -0.2486 0.5175 0.8187</w:t>
        <w:br/>
        <w:t>vn -0.2487 0.5175 0.8187</w:t>
        <w:br/>
        <w:t>vn -0.4588 0.3959 0.7954</w:t>
        <w:br/>
        <w:t>vn -0.4588 0.3960 0.7954</w:t>
        <w:br/>
        <w:t>vn 0.3795 -0.9244 -0.0394</w:t>
        <w:br/>
        <w:t>vn 0.0941 -0.9542 -0.2839</w:t>
        <w:br/>
        <w:t>vn 0.0942 -0.9542 -0.2839</w:t>
        <w:br/>
        <w:t>vn -0.7091 0.3721 0.5989</w:t>
        <w:br/>
        <w:t>vn -0.7090 0.3721 0.5990</w:t>
        <w:br/>
        <w:t>vn -0.7773 0.5874 0.2251</w:t>
        <w:br/>
        <w:t>vn 0.0942 -0.6963 -0.7115</w:t>
        <w:br/>
        <w:t>vn 0.0943 -0.9542 -0.2838</w:t>
        <w:br/>
        <w:t>vn -0.5624 0.8254 0.0489</w:t>
        <w:br/>
        <w:t>vn -0.0062 -0.0598 -0.9982</w:t>
        <w:br/>
        <w:t>vn 0.3072 -0.4362 -0.8458</w:t>
        <w:br/>
        <w:t>vn -0.6141 -0.7394 -0.2760</w:t>
        <w:br/>
        <w:t>vn -0.9853 -0.1490 0.0842</w:t>
        <w:br/>
        <w:t>vn -0.9853 -0.1489 0.0843</w:t>
        <w:br/>
        <w:t>vn -0.7708 0.5093 0.3827</w:t>
        <w:br/>
        <w:t>vn -0.7709 0.5092 0.3827</w:t>
        <w:br/>
        <w:t>vn 0.1258 -0.8775 -0.4628</w:t>
        <w:br/>
        <w:t>vn 0.1258 -0.8774 -0.4629</w:t>
        <w:br/>
        <w:t>vn 0.6148 0.7377 0.2790</w:t>
        <w:br/>
        <w:t>vn 0.9861 0.1482 -0.0757</w:t>
        <w:br/>
        <w:t>vn 0.6148 0.7378 0.2789</w:t>
        <w:br/>
        <w:t>vn -0.1105 0.8794 0.4631</w:t>
        <w:br/>
        <w:t>vn -0.1107 0.8793 0.4632</w:t>
        <w:br/>
        <w:t>vn 0.7625 -0.5230 -0.3809</w:t>
        <w:br/>
        <w:t>vn 0.7625 -0.5230 -0.3810</w:t>
        <w:br/>
        <w:t>vn -0.1355 0.4472 -0.8841</w:t>
        <w:br/>
        <w:t>vn -0.1354 0.4469 -0.8843</w:t>
        <w:br/>
        <w:t>vn -0.1354 0.4470 -0.8842</w:t>
        <w:br/>
        <w:t>vn -0.1353 0.4471 -0.8842</w:t>
        <w:br/>
        <w:t>vn -0.1357 0.4476 -0.8839</w:t>
        <w:br/>
        <w:t>vn -0.1356 0.4480 -0.8837</w:t>
        <w:br/>
        <w:t>vn -0.1356 0.4481 -0.8836</w:t>
        <w:br/>
        <w:t>vn -0.1353 0.4485 -0.8835</w:t>
        <w:br/>
        <w:t>vn 0.1358 -0.4482 0.8835</w:t>
        <w:br/>
        <w:t>vn 0.1355 -0.4486 0.8834</w:t>
        <w:br/>
        <w:t>vn 0.1358 -0.4482 0.8836</w:t>
        <w:br/>
        <w:t>vn 0.1359 -0.4478 0.8838</w:t>
        <w:br/>
        <w:t>vn 0.1358 -0.4473 0.8840</w:t>
        <w:br/>
        <w:t>vn 0.1359 -0.4468 0.8842</w:t>
        <w:br/>
        <w:t>vn 0.1356 -0.4470 0.8842</w:t>
        <w:br/>
        <w:t>vn 0.1359 -0.4465 0.8844</w:t>
        <w:br/>
        <w:t>vn 0.9901 0.0588 -0.1272</w:t>
        <w:br/>
        <w:t>vn 0.7240 0.6560 0.2134</w:t>
        <w:br/>
        <w:t>vn 0.9901 0.0587 -0.1272</w:t>
        <w:br/>
        <w:t>vn -0.7906 0.4826 0.3769</w:t>
        <w:br/>
        <w:t>vn -0.9446 0.2009 0.2595</w:t>
        <w:br/>
        <w:t>vn -0.9445 0.2012 0.2597</w:t>
        <w:br/>
        <w:t>vn -0.7905 0.4828 0.3770</w:t>
        <w:br/>
        <w:t>vn 0.3859 0.8477 0.3639</w:t>
        <w:br/>
        <w:t>vn -0.6934 0.5893 0.4146</w:t>
        <w:br/>
        <w:t>vn -0.6933 0.5894 0.4148</w:t>
        <w:br/>
        <w:t>vn 0.9865 0.1427 -0.0801</w:t>
        <w:br/>
        <w:t>vn -0.9835 0.0293 0.1786</w:t>
        <w:br/>
        <w:t>vn -0.0843 -0.8944 -0.4393</w:t>
        <w:br/>
        <w:t>vn -0.2082 -0.8853 -0.4158</w:t>
        <w:br/>
        <w:t>vn 0.6527 0.7117 0.2598</w:t>
        <w:br/>
        <w:t>vn 0.5409 0.7810 0.3122</w:t>
        <w:br/>
        <w:t>vn 0.6524 0.7119 0.2598</w:t>
        <w:br/>
        <w:t>vn 0.7569 0.6225 0.1990</w:t>
        <w:br/>
        <w:t>vn 0.0410 -0.8892 -0.4558</w:t>
        <w:br/>
        <w:t>vn 0.9857 0.1515 -0.0740</w:t>
        <w:br/>
        <w:t>vn 0.9154 -0.2853 -0.2841</w:t>
        <w:br/>
        <w:t>vn 0.9857 0.1517 -0.0740</w:t>
        <w:br/>
        <w:t>vn 0.2684 0.8772 0.3982</w:t>
        <w:br/>
        <w:t>vn -0.0821 0.8835 0.4613</w:t>
        <w:br/>
        <w:t>vn -0.0820 0.8835 0.4612</w:t>
        <w:br/>
        <w:t>vn -0.2324 0.8508 0.4714</w:t>
        <w:br/>
        <w:t>vn -0.2327 0.8508 0.4712</w:t>
        <w:br/>
        <w:t>vn -0.9624 -0.2696 0.0325</w:t>
        <w:br/>
        <w:t>vn -0.9701 0.0983 0.2218</w:t>
        <w:br/>
        <w:t>vn -0.9701 0.0985 0.2220</w:t>
        <w:br/>
        <w:t>vn -0.5397 -0.7848 -0.3046</w:t>
        <w:br/>
        <w:t>vn -0.6090 -0.7427 -0.2784</w:t>
        <w:br/>
        <w:t>vn -0.6091 -0.7426 -0.2784</w:t>
        <w:br/>
        <w:t>vn 0.4551 0.8231 0.3397</w:t>
        <w:br/>
        <w:t>vn -0.9906 -0.0717 0.1169</w:t>
        <w:br/>
        <w:t>vn -0.9794 -0.1940 0.0555</w:t>
        <w:br/>
        <w:t>vn 0.9297 -0.2514 -0.2692</w:t>
        <w:br/>
        <w:t>vn 0.8791 -0.3577 -0.3151</w:t>
        <w:br/>
        <w:t>vn 0.9297 -0.2513 -0.2692</w:t>
        <w:br/>
        <w:t>vn -0.9452 -0.3258 -0.0200</w:t>
        <w:br/>
        <w:t>vn -0.6127 -0.7390 -0.2799</w:t>
        <w:br/>
        <w:t>vn -0.6126 -0.7391 -0.2800</w:t>
        <w:br/>
        <w:t>vn -0.1692 -0.8898 -0.4239</w:t>
        <w:br/>
        <w:t>vn -0.1694 -0.8897 -0.4238</w:t>
        <w:br/>
        <w:t>vn 0.8143 -0.4583 -0.3561</w:t>
        <w:br/>
        <w:t>vn -0.1372 0.4474 -0.8837</w:t>
        <w:br/>
        <w:t>vn -0.1371 0.4472 -0.8839</w:t>
        <w:br/>
        <w:t>vn -0.1371 0.4474 -0.8838</w:t>
        <w:br/>
        <w:t>vn -0.1366 0.4473 -0.8839</w:t>
        <w:br/>
        <w:t>vn -0.1366 0.4477 -0.8837</w:t>
        <w:br/>
        <w:t>vn -0.1365 0.4477 -0.8837</w:t>
        <w:br/>
        <w:t>vn -0.1359 0.4474 -0.8839</w:t>
        <w:br/>
        <w:t>vn -0.1380 0.4491 -0.8828</w:t>
        <w:br/>
        <w:t>vn -0.1380 0.4490 -0.8828</w:t>
        <w:br/>
        <w:t>vn -0.1379 0.4488 -0.8829</w:t>
        <w:br/>
        <w:t>vn -0.1375 0.4484 -0.8832</w:t>
        <w:br/>
        <w:t>vn -0.1373 0.4483 -0.8833</w:t>
        <w:br/>
        <w:t>vn -0.1360 0.4475 -0.8839</w:t>
        <w:br/>
        <w:t>vn -0.1352 0.4468 -0.8844</w:t>
        <w:br/>
        <w:t>vn -0.1351 0.4468 -0.8844</w:t>
        <w:br/>
        <w:t>vn -0.1352 0.4467 -0.8844</w:t>
        <w:br/>
        <w:t>vn -0.1351 0.4467 -0.8844</w:t>
        <w:br/>
        <w:t>vn 0.1379 -0.4483 0.8832</w:t>
        <w:br/>
        <w:t>vn 0.1374 -0.4479 0.8834</w:t>
        <w:br/>
        <w:t>vn 0.1377 -0.4479 0.8834</w:t>
        <w:br/>
        <w:t>vn 0.1373 -0.4483 0.8833</w:t>
        <w:br/>
        <w:t>vn 0.1372 -0.4479 0.8835</w:t>
        <w:br/>
        <w:t>vn 0.1371 -0.4484 0.8833</w:t>
        <w:br/>
        <w:t>vn 0.1365 -0.4479 0.8836</w:t>
        <w:br/>
        <w:t>vn 0.1385 -0.4497 0.8824</w:t>
        <w:br/>
        <w:t>vn 0.1383 -0.4495 0.8825</w:t>
        <w:br/>
        <w:t>vn 0.1383 -0.4493 0.8826</w:t>
        <w:br/>
        <w:t>vn 0.1379 -0.4489 0.8829</w:t>
        <w:br/>
        <w:t>vn 0.1378 -0.4489 0.8829</w:t>
        <w:br/>
        <w:t>vn 0.1366 -0.4481 0.8835</w:t>
        <w:br/>
        <w:t>vn 0.1356 -0.4472 0.8841</w:t>
        <w:br/>
        <w:t>vn 0.1356 -0.4474 0.8840</w:t>
        <w:br/>
        <w:t>vn 0.1352 -0.4471 0.8842</w:t>
        <w:br/>
        <w:t>vn 0.1352 -0.4470 0.8843</w:t>
        <w:br/>
        <w:t>vn 0.1352 -0.4470 0.8842</w:t>
        <w:br/>
        <w:t>vn 0.1352 -0.4473 0.8841</w:t>
        <w:br/>
        <w:t>vn 0.1353 -0.4471 0.8842</w:t>
        <w:br/>
        <w:t>vn 0.1351 -0.4470 0.8843</w:t>
        <w:br/>
        <w:t>vn -0.1269 0.4339 -0.8920</w:t>
        <w:br/>
        <w:t>vn 0.2371 0.5861 -0.7748</w:t>
        <w:br/>
        <w:t>vn 0.2207 0.3682 -0.9032</w:t>
        <w:br/>
        <w:t>vn 0.0261 0.1821 -0.9829</w:t>
        <w:br/>
        <w:t>vn 0.5611 0.6389 -0.5262</w:t>
        <w:br/>
        <w:t>vn 0.4044 0.3109 -0.8601</w:t>
        <w:br/>
        <w:t>vn -0.8566 -0.2518 -0.4503</w:t>
        <w:br/>
        <w:t>vn -0.8604 -0.2658 -0.4348</w:t>
        <w:br/>
        <w:t>vn 0.1764 -0.0873 -0.9804</w:t>
        <w:br/>
        <w:t>vn -0.8656 -0.3056 -0.3968</w:t>
        <w:br/>
        <w:t>vn -0.8649 -0.2927 -0.4079</w:t>
        <w:br/>
        <w:t>vn -0.1253 0.4336 -0.8924</w:t>
        <w:br/>
        <w:t>vn 0.2669 0.5962 -0.7572</w:t>
        <w:br/>
        <w:t>vn 0.2581 0.5927 -0.7629</w:t>
        <w:br/>
        <w:t>vn -0.1262 0.4337 -0.8922</w:t>
        <w:br/>
        <w:t>vn 0.5936 0.6394 -0.4887</w:t>
        <w:br/>
        <w:t>vn 0.2581 0.5928 -0.7629</w:t>
        <w:br/>
        <w:t>vn 0.2669 0.5961 -0.7572</w:t>
        <w:br/>
        <w:t>vn 0.6063 0.6404 -0.4715</w:t>
        <w:br/>
        <w:t>vn -0.8677 -0.4900 -0.0833</w:t>
        <w:br/>
        <w:t>vn -0.8658 -0.4920 -0.0917</w:t>
        <w:br/>
        <w:t>vn -0.8659 -0.4918 -0.0915</w:t>
        <w:br/>
        <w:t>vn -0.8677 -0.4899 -0.0835</w:t>
        <w:br/>
        <w:t>vn 0.1320 -0.4459 0.8853</w:t>
        <w:br/>
        <w:t>vn 0.1326 -0.4445 0.8859</w:t>
        <w:br/>
        <w:t>vn 0.1324 -0.4448 0.8858</w:t>
        <w:br/>
        <w:t>vn 0.1319 -0.4462 0.8852</w:t>
        <w:br/>
        <w:t>vn 0.1323 -0.4467 0.8848</w:t>
        <w:br/>
        <w:t>vn 0.1317 -0.4471 0.8847</w:t>
        <w:br/>
        <w:t>vn 0.1318 -0.4464 0.8851</w:t>
        <w:br/>
        <w:t>vn 0.1315 -0.4464 0.8851</w:t>
        <w:br/>
        <w:t>vn 0.8610 0.4985 0.1005</w:t>
        <w:br/>
        <w:t>vn 0.8635 0.4952 0.0959</w:t>
        <w:br/>
        <w:t>vn 0.8635 0.4952 0.0958</w:t>
        <w:br/>
        <w:t>vn -0.1321 0.4459 -0.8853</w:t>
        <w:br/>
        <w:t>vn -0.1319 0.4462 -0.8851</w:t>
        <w:br/>
        <w:t>vn -0.1324 0.4448 -0.8858</w:t>
        <w:br/>
        <w:t>vn -0.1325 0.4447 -0.8858</w:t>
        <w:br/>
        <w:t>vn 0.8668 0.4910 0.0870</w:t>
        <w:br/>
        <w:t>vn 0.8690 0.4886 0.0782</w:t>
        <w:br/>
        <w:t>vn 0.8690 0.4885 0.0782</w:t>
        <w:br/>
        <w:t>vn -0.1320 0.4470 -0.8847</w:t>
        <w:br/>
        <w:t>vn -0.1316 0.4464 -0.8851</w:t>
        <w:br/>
        <w:t>vn -0.1319 0.4464 -0.8851</w:t>
        <w:br/>
        <w:t>vn -0.1318 0.4471 -0.8847</w:t>
        <w:br/>
        <w:t>vn -0.8639 -0.4937 -0.0995</w:t>
        <w:br/>
        <w:t>vn -0.8627 -0.4951 -0.1033</w:t>
        <w:br/>
        <w:t>vn -0.8627 -0.4950 -0.1033</w:t>
        <w:br/>
        <w:t>vn -0.8640 -0.4936 -0.0995</w:t>
        <w:br/>
        <w:t>vn 0.4651 -0.7471 -0.4748</w:t>
        <w:br/>
        <w:t>vn 0.4651 -0.7470 -0.4750</w:t>
        <w:br/>
        <w:t>vn 0.4652 -0.7473 -0.4745</w:t>
        <w:br/>
        <w:t>vn 0.4652 -0.7471 -0.4748</w:t>
        <w:br/>
        <w:t>vn -0.1337 0.4444 -0.8858</w:t>
        <w:br/>
        <w:t>vn -0.1336 0.4445 -0.8857</w:t>
        <w:br/>
        <w:t>vn 0.8704 0.4868 0.0738</w:t>
        <w:br/>
        <w:t>vn 0.1334 -0.4447 0.8857</w:t>
        <w:br/>
        <w:t>vn 0.1337 -0.4444 0.8858</w:t>
        <w:br/>
        <w:t>vn -0.8690 -0.4884 -0.0788</w:t>
        <w:br/>
        <w:t>vn -0.8690 -0.4884 -0.0787</w:t>
        <w:br/>
        <w:t>vn 0.3674 0.8600 0.3543</w:t>
        <w:br/>
        <w:t>vn 0.3673 0.8600 0.3543</w:t>
        <w:br/>
        <w:t>vn 0.5781 0.7478 0.3264</w:t>
        <w:br/>
        <w:t>vn 0.5781 0.7478 0.3263</w:t>
        <w:br/>
        <w:t>vn 0.6720 0.6762 0.3020</w:t>
        <w:br/>
        <w:t>vn 0.8707 -0.4290 -0.2405</w:t>
        <w:br/>
        <w:t>vn 0.8707 -0.4291 -0.2402</w:t>
        <w:br/>
        <w:t>vn 0.6221 -0.6663 -0.4111</w:t>
        <w:br/>
        <w:t>vn 0.6222 -0.6663 -0.4111</w:t>
        <w:br/>
        <w:t>vn 0.4883 0.8088 0.3278</w:t>
        <w:br/>
        <w:t>vn 0.4883 0.8088 0.3277</w:t>
        <w:br/>
        <w:t>vn -0.8321 0.5544 -0.0145</w:t>
        <w:br/>
        <w:t>vn -0.8321 0.5544 -0.0144</w:t>
        <w:br/>
        <w:t>vn -0.8322 0.5544 -0.0144</w:t>
        <w:br/>
        <w:t>vn -0.4480 -0.6786 -0.5822</w:t>
        <w:br/>
        <w:t>vn -0.4479 -0.6785 -0.5822</w:t>
        <w:br/>
        <w:t>vn -0.4480 -0.6786 -0.5821</w:t>
        <w:br/>
        <w:t>vn 0.8746 -0.4255 -0.2324</w:t>
        <w:br/>
        <w:t>vn 0.8746 -0.4254 -0.2324</w:t>
        <w:br/>
        <w:t>vn 0.2535 0.8989 0.3574</w:t>
        <w:br/>
        <w:t>vn 0.2535 0.8988 0.3576</w:t>
        <w:br/>
        <w:t>vn -0.9519 0.1663 -0.2574</w:t>
        <w:br/>
        <w:t>vn -0.9517 0.1756 -0.2520</w:t>
        <w:br/>
        <w:t>vn -0.9519 0.1663 -0.2573</w:t>
        <w:br/>
        <w:t>vn -0.8353 0.5491 -0.0277</w:t>
        <w:br/>
        <w:t>vn -0.8353 0.5490 -0.0277</w:t>
        <w:br/>
        <w:t>vn -0.8256 0.5640 -0.0157</w:t>
        <w:br/>
        <w:t>vn 0.6199 -0.6690 -0.4102</w:t>
        <w:br/>
        <w:t>vn 0.6199 -0.6689 -0.4102</w:t>
        <w:br/>
        <w:t>vn 0.8678 -0.4354 -0.2394</w:t>
        <w:br/>
        <w:t>vn 0.8678 -0.4354 -0.2393</w:t>
        <w:br/>
        <w:t>vn -0.4451 -0.6805 -0.5820</w:t>
        <w:br/>
        <w:t>vn -0.4451 -0.6805 -0.5821</w:t>
        <w:br/>
        <w:t>vn -0.4451 -0.6806 -0.5820</w:t>
        <w:br/>
        <w:t>vn -0.1292 -0.4284 0.8943</w:t>
        <w:br/>
        <w:t>vn -0.1292 -0.4336 0.8918</w:t>
        <w:br/>
        <w:t>vn -0.1304 -0.4366 0.8901</w:t>
        <w:br/>
        <w:t>vn -0.1256 -0.4266 0.8957</w:t>
        <w:br/>
        <w:t>vn -0.1288 -0.4284 0.8944</w:t>
        <w:br/>
        <w:t>vn -0.1300 -0.4287 0.8940</w:t>
        <w:br/>
        <w:t>vn -0.1333 -0.4406 0.8878</w:t>
        <w:br/>
        <w:t>vn -0.1321 -0.4451 0.8857</w:t>
        <w:br/>
        <w:t>vn -0.1323 -0.4454 0.8855</w:t>
        <w:br/>
        <w:t>vn -0.1307 -0.4449 0.8860</w:t>
        <w:br/>
        <w:t>vn -0.1338 -0.4383 0.8888</w:t>
        <w:br/>
        <w:t>vn -0.1309 -0.4449 0.8860</w:t>
        <w:br/>
        <w:t>vn -0.1318 -0.4453 0.8856</w:t>
        <w:br/>
        <w:t>vn -0.1316 -0.4453 0.8856</w:t>
        <w:br/>
        <w:t>vn 0.1292 0.4288 -0.8941</w:t>
        <w:br/>
        <w:t>vn 0.1306 0.4371 -0.8899</w:t>
        <w:br/>
        <w:t>vn 0.1293 0.4339 -0.8916</w:t>
        <w:br/>
        <w:t>vn 0.1255 0.4266 -0.8957</w:t>
        <w:br/>
        <w:t>vn 0.1290 0.4286 -0.8942</w:t>
        <w:br/>
        <w:t>vn 0.1300 0.4291 -0.8939</w:t>
        <w:br/>
        <w:t>vn 0.1334 0.4410 -0.8875</w:t>
        <w:br/>
        <w:t>vn 0.1309 0.4450 -0.8859</w:t>
        <w:br/>
        <w:t>vn 0.1324 0.4455 -0.8855</w:t>
        <w:br/>
        <w:t>vn 0.1322 0.4453 -0.8856</w:t>
        <w:br/>
        <w:t>vn 0.1339 0.4388 -0.8886</w:t>
        <w:br/>
        <w:t>vn 0.1308 0.4448 -0.8860</w:t>
        <w:br/>
        <w:t>vn 0.1316 0.4453 -0.8856</w:t>
        <w:br/>
        <w:t>vn 0.1317 0.4453 -0.8856</w:t>
        <w:br/>
        <w:t>vn -0.1318 -0.4458 0.8854</w:t>
        <w:br/>
        <w:t>vn -0.1321 -0.4456 0.8855</w:t>
        <w:br/>
        <w:t>vn -0.1319 -0.4455 0.8855</w:t>
        <w:br/>
        <w:t>vn -0.1325 -0.4448 0.8858</w:t>
        <w:br/>
        <w:t>vn -0.1324 -0.4448 0.8858</w:t>
        <w:br/>
        <w:t>vn -0.1319 -0.4451 0.8857</w:t>
        <w:br/>
        <w:t>vn -0.1321 -0.4452 0.8857</w:t>
        <w:br/>
        <w:t>vn 0.1320 0.4455 -0.8855</w:t>
        <w:br/>
        <w:t>vn 0.1323 0.4451 -0.8857</w:t>
        <w:br/>
        <w:t>vn 0.1321 0.4452 -0.8856</w:t>
        <w:br/>
        <w:t>vn 0.1322 0.4456 -0.8854</w:t>
        <w:br/>
        <w:t>vn 0.1319 0.4458 -0.8854</w:t>
        <w:br/>
        <w:t>vn 0.1319 0.4460 -0.8853</w:t>
        <w:br/>
        <w:t>vn 0.1325 0.4448 -0.8858</w:t>
        <w:br/>
        <w:t>vn 0.0548 0.8877 0.4572</w:t>
        <w:br/>
        <w:t>vn 0.8073 0.4638 0.3649</w:t>
        <w:br/>
        <w:t>vn 0.8073 0.4638 0.3648</w:t>
        <w:br/>
        <w:t>vn -0.7802 -0.4965 -0.3805</w:t>
        <w:br/>
        <w:t>vn -0.0996 -0.8811 -0.4623</w:t>
        <w:br/>
        <w:t>vn 0.9777 -0.2026 0.0553</w:t>
        <w:br/>
        <w:t>vn 0.9777 -0.2024 0.0553</w:t>
        <w:br/>
        <w:t>vn 0.6345 -0.7263 -0.2644</w:t>
        <w:br/>
        <w:t>vn 0.6344 -0.7264 -0.2644</w:t>
        <w:br/>
        <w:t>vn -0.7802 -0.4965 -0.3806</w:t>
        <w:br/>
        <w:t>vn -0.9761 0.2100 -0.0559</w:t>
        <w:br/>
        <w:t>vn -0.9761 0.2101 -0.0558</w:t>
        <w:br/>
        <w:t>vn -0.6306 0.7297 0.2645</w:t>
        <w:br/>
        <w:t>vn -0.6304 0.7298 0.2646</w:t>
        <w:br/>
        <w:t>vn -0.1320 -0.4451 0.8857</w:t>
        <w:br/>
        <w:t>vn -0.1319 -0.4452 0.8857</w:t>
        <w:br/>
        <w:t>vn -0.1321 -0.4450 0.8857</w:t>
        <w:br/>
        <w:t>vn -0.1323 -0.4450 0.8857</w:t>
        <w:br/>
        <w:t>vn -0.1322 -0.4450 0.8857</w:t>
        <w:br/>
        <w:t>vn -0.1318 -0.4451 0.8857</w:t>
        <w:br/>
        <w:t>vn -0.1320 -0.4450 0.8857</w:t>
        <w:br/>
        <w:t>vn -0.1319 -0.4450 0.8858</w:t>
        <w:br/>
        <w:t>vn -0.1321 -0.4449 0.8858</w:t>
        <w:br/>
        <w:t>vn -0.1321 -0.4448 0.8859</w:t>
        <w:br/>
        <w:t>vn -0.1320 -0.4448 0.8858</w:t>
        <w:br/>
        <w:t>vn -0.1319 -0.4448 0.8859</w:t>
        <w:br/>
        <w:t>vn -0.1319 -0.4449 0.8858</w:t>
        <w:br/>
        <w:t>vn -0.1319 -0.4456 0.8855</w:t>
        <w:br/>
        <w:t>vn -0.1316 -0.4454 0.8856</w:t>
        <w:br/>
        <w:t>vn -0.1316 -0.4455 0.8855</w:t>
        <w:br/>
        <w:t>vn -0.1320 -0.4456 0.8855</w:t>
        <w:br/>
        <w:t>vn -0.1322 -0.4457 0.8854</w:t>
        <w:br/>
        <w:t>vn -0.1314 -0.4455 0.8856</w:t>
        <w:br/>
        <w:t>vn -0.1313 -0.4456 0.8856</w:t>
        <w:br/>
        <w:t>vn -0.1312 -0.4457 0.8855</w:t>
        <w:br/>
        <w:t>vn -0.1310 -0.4458 0.8855</w:t>
        <w:br/>
        <w:t>vn 0.1322 0.4451 -0.8857</w:t>
        <w:br/>
        <w:t>vn 0.1320 0.4452 -0.8856</w:t>
        <w:br/>
        <w:t>vn 0.1321 0.4452 -0.8857</w:t>
        <w:br/>
        <w:t>vn 0.1324 0.4450 -0.8857</w:t>
        <w:br/>
        <w:t>vn 0.1326 0.4449 -0.8857</w:t>
        <w:br/>
        <w:t>vn 0.1319 0.4452 -0.8857</w:t>
        <w:br/>
        <w:t>vn 0.1321 0.4451 -0.8857</w:t>
        <w:br/>
        <w:t>vn 0.1320 0.4450 -0.8857</w:t>
        <w:br/>
        <w:t>vn 0.1322 0.4450 -0.8857</w:t>
        <w:br/>
        <w:t>vn 0.1321 0.4449 -0.8858</w:t>
        <w:br/>
        <w:t>vn 0.1322 0.4448 -0.8858</w:t>
        <w:br/>
        <w:t>vn 0.1321 0.4448 -0.8858</w:t>
        <w:br/>
        <w:t>vn 0.1317 0.4456 -0.8855</w:t>
        <w:br/>
        <w:t>vn 0.1317 0.4454 -0.8856</w:t>
        <w:br/>
        <w:t>vn 0.1321 0.4456 -0.8854</w:t>
        <w:br/>
        <w:t>vn 0.1322 0.4458 -0.8853</w:t>
        <w:br/>
        <w:t>vn 0.1321 0.4458 -0.8853</w:t>
        <w:br/>
        <w:t>vn 0.1316 0.4454 -0.8856</w:t>
        <w:br/>
        <w:t>vn 0.1315 0.4455 -0.8856</w:t>
        <w:br/>
        <w:t>vn 0.1314 0.4456 -0.8855</w:t>
        <w:br/>
        <w:t>vn 0.1312 0.4458 -0.8855</w:t>
        <w:br/>
        <w:t>vn 0.1313 0.4457 -0.8855</w:t>
        <w:br/>
        <w:t>vn 0.1313 0.4459 -0.8854</w:t>
        <w:br/>
        <w:t>vn -0.9884 0.0282 -0.1491</w:t>
        <w:br/>
        <w:t>vn -0.9884 0.0281 -0.1490</w:t>
        <w:br/>
        <w:t>vn -0.9793 0.1921 -0.0643</w:t>
        <w:br/>
        <w:t>vn -0.9793 0.1922 -0.0642</w:t>
        <w:br/>
        <w:t>vn 0.9361 -0.3510 -0.0231</w:t>
        <w:br/>
        <w:t>vn 0.9889 -0.0348 0.1447</w:t>
        <w:br/>
        <w:t>vn 0.9889 -0.0352 0.1445</w:t>
        <w:br/>
        <w:t>vn -0.9366 0.3497 0.0227</w:t>
        <w:br/>
        <w:t>vn -0.9367 0.3495 0.0229</w:t>
        <w:br/>
        <w:t>vn -0.1544 0.8917 0.4254</w:t>
        <w:br/>
        <w:t>vn -0.1547 0.8917 0.4255</w:t>
        <w:br/>
        <w:t>vn 0.9122 0.2857 0.2937</w:t>
        <w:br/>
        <w:t>vn 0.9121 0.2856 0.2940</w:t>
        <w:br/>
        <w:t>vn -0.2527 0.8798 0.4027</w:t>
        <w:br/>
        <w:t>vn -0.2528 0.8797 0.4027</w:t>
        <w:br/>
        <w:t>vn -0.2661 0.8773 0.3993</w:t>
        <w:br/>
        <w:t>vn -0.2662 0.8773 0.3993</w:t>
        <w:br/>
        <w:t>vn 0.4298 -0.8326 -0.3493</w:t>
        <w:br/>
        <w:t>vn 0.6516 -0.7151 -0.2531</w:t>
        <w:br/>
        <w:t>vn 0.6514 -0.7153 -0.2529</w:t>
        <w:br/>
        <w:t>vn 0.4299 -0.8326 -0.3493</w:t>
        <w:br/>
        <w:t>vn -0.4311 0.8322 0.3488</w:t>
        <w:br/>
        <w:t>vn -0.4312 0.8321 0.3488</w:t>
        <w:br/>
        <w:t>vn -0.6451 0.7200 0.2559</w:t>
        <w:br/>
        <w:t>vn -0.6453 0.7200 0.2552</w:t>
        <w:br/>
        <w:t>vn 0.0077 -0.8929 -0.4502</w:t>
        <w:br/>
        <w:t>vn 0.0078 -0.8929 -0.4502</w:t>
        <w:br/>
        <w:t>vn -0.9799 -0.0503 -0.1932</w:t>
        <w:br/>
        <w:t>vn -0.9328 0.3596 0.0227</w:t>
        <w:br/>
        <w:t>vn -0.9798 -0.0505 -0.1935</w:t>
        <w:br/>
        <w:t>vn -0.1619 -0.8693 -0.4670</w:t>
        <w:br/>
        <w:t>vn -0.1620 -0.8694 -0.4669</w:t>
        <w:br/>
        <w:t>vn -0.7444 0.6372 0.1997</w:t>
        <w:br/>
        <w:t>vn -0.7444 0.6371 0.1998</w:t>
        <w:br/>
        <w:t>vn -0.4779 0.8130 0.3327</w:t>
        <w:br/>
        <w:t>vn 0.4677 -0.8172 -0.3369</w:t>
        <w:br/>
        <w:t>vn 0.6164 -0.7384 -0.2736</w:t>
        <w:br/>
        <w:t>vn 0.6165 -0.7383 -0.2736</w:t>
        <w:br/>
        <w:t>vn 0.4678 -0.8171 -0.3370</w:t>
        <w:br/>
        <w:t>vn -0.1542 0.8916 0.4258</w:t>
        <w:br/>
        <w:t>vn -0.1540 0.8917 0.4257</w:t>
        <w:br/>
        <w:t>vn 0.9111 0.2901 0.2928</w:t>
        <w:br/>
        <w:t>vn 0.9112 0.2900 0.2927</w:t>
        <w:br/>
        <w:t>vn 0.7453 -0.6356 -0.2013</w:t>
        <w:br/>
        <w:t>vn 0.7454 -0.6354 -0.2014</w:t>
        <w:br/>
        <w:t>vn 0.9508 0.1838 0.2492</w:t>
        <w:br/>
        <w:t>vn 0.9509 0.1838 0.2492</w:t>
        <w:br/>
        <w:t>vn 0.9466 0.1968 0.2552</w:t>
        <w:br/>
        <w:t>vn 0.9467 0.1968 0.2550</w:t>
        <w:br/>
        <w:t>vn 0.9853 0.0165 0.1702</w:t>
        <w:br/>
        <w:t>vn 0.9852 0.0163 0.1704</w:t>
        <w:br/>
        <w:t>vn -0.9850 -0.0160 -0.1718</w:t>
        <w:br/>
        <w:t>vn -0.9850 -0.0157 -0.1719</w:t>
        <w:br/>
        <w:t>vn -0.9706 0.2369 -0.0415</w:t>
        <w:br/>
        <w:t>vn -0.9707 0.2368 -0.0414</w:t>
        <w:br/>
        <w:t>vn -0.8385 -0.4171 -0.3505</w:t>
        <w:br/>
        <w:t>vn -0.8385 -0.4172 -0.3505</w:t>
        <w:br/>
        <w:t>vn 0.9729 -0.2264 0.0461</w:t>
        <w:br/>
        <w:t>vn 0.9731 -0.2258 0.0461</w:t>
        <w:br/>
        <w:t>vn -0.7299 -0.5533 -0.4012</w:t>
        <w:br/>
        <w:t>vn -0.7299 -0.5533 -0.4013</w:t>
        <w:br/>
        <w:t>vn 0.7550 -0.6270 -0.1919</w:t>
        <w:br/>
        <w:t>vn 0.3879 -0.8470 -0.3635</w:t>
        <w:br/>
        <w:t>vn 0.3884 -0.8468 -0.3635</w:t>
        <w:br/>
        <w:t>vn -0.4709 -0.7535 -0.4589</w:t>
        <w:br/>
        <w:t>vn -0.4708 -0.7535 -0.4589</w:t>
        <w:br/>
        <w:t>vn -0.4710 -0.7534 -0.4588</w:t>
        <w:br/>
        <w:t>vn 0.4710 0.7535 0.4587</w:t>
        <w:br/>
        <w:t>vn 0.4709 0.7535 0.4588</w:t>
        <w:br/>
        <w:t>vn -0.7704 -0.5053 -0.3887</w:t>
        <w:br/>
        <w:t>vn -0.9805 0.1802 -0.0787</w:t>
        <w:br/>
        <w:t>vn -0.7705 -0.5053 -0.3885</w:t>
        <w:br/>
        <w:t>vn -0.6049 0.7473 0.2749</w:t>
        <w:br/>
        <w:t>vn -0.6050 0.7473 0.2749</w:t>
        <w:br/>
        <w:t>vn 0.1087 0.8792 0.4639</w:t>
        <w:br/>
        <w:t>vn 0.1089 0.8792 0.4639</w:t>
        <w:br/>
        <w:t>vn 0.7706 0.5068 0.3863</w:t>
        <w:br/>
        <w:t>vn 0.7707 0.5068 0.3863</w:t>
        <w:br/>
        <w:t>vn 0.9814 -0.1761 0.0762</w:t>
        <w:br/>
        <w:t>vn -0.1093 -0.8799 -0.4623</w:t>
        <w:br/>
        <w:t>vn 0.6056 -0.7470 -0.2742</w:t>
        <w:br/>
        <w:t>vn 0.6057 -0.7470 -0.2742</w:t>
        <w:br/>
        <w:t>vn -0.1092 -0.8799 -0.4624</w:t>
        <w:br/>
        <w:t>vn 0.9807 -0.1792 0.0778</w:t>
        <w:br/>
        <w:t>vn 0.9807 -0.1792 0.0777</w:t>
        <w:br/>
        <w:t>vn 0.7707 0.5055 0.3880</w:t>
        <w:br/>
        <w:t>vn 0.7708 0.5060 0.3872</w:t>
        <w:br/>
        <w:t>vn 0.1307 0.4440 -0.8865</w:t>
        <w:br/>
        <w:t>vn 0.1308 0.4440 -0.8864</w:t>
        <w:br/>
        <w:t>vn 0.1324 0.4461 -0.8851</w:t>
        <w:br/>
        <w:t>vn 0.1299 0.4451 -0.8860</w:t>
        <w:br/>
        <w:t>vn 0.1315 0.4440 -0.8863</w:t>
        <w:br/>
        <w:t>vn 0.1316 0.4438 -0.8864</w:t>
        <w:br/>
        <w:t>vn 0.1298 0.4451 -0.8860</w:t>
        <w:br/>
        <w:t>vn 0.6027 -0.7487 -0.2760</w:t>
        <w:br/>
        <w:t>vn -0.1120 -0.8790 -0.4635</w:t>
        <w:br/>
        <w:t>vn -0.1121 -0.8790 -0.4635</w:t>
        <w:br/>
        <w:t>vn 0.1329 0.4454 -0.8854</w:t>
        <w:br/>
        <w:t>vn 0.1312 0.4466 -0.8851</w:t>
        <w:br/>
        <w:t>vn 0.1312 0.4467 -0.8850</w:t>
        <w:br/>
        <w:t>vn 0.1330 0.4454 -0.8854</w:t>
        <w:br/>
        <w:t>vn -0.9815 0.1755 -0.0764</w:t>
        <w:br/>
        <w:t>vn -0.7701 -0.5076 -0.3863</w:t>
        <w:br/>
        <w:t>vn -0.7702 -0.5076 -0.3863</w:t>
        <w:br/>
        <w:t>vn 0.1319 0.4468 -0.8849</w:t>
        <w:br/>
        <w:t>vn 0.1319 0.4468 -0.8848</w:t>
        <w:br/>
        <w:t>vn 0.1304 0.4446 -0.8862</w:t>
        <w:br/>
        <w:t>vn 0.1303 0.4446 -0.8862</w:t>
        <w:br/>
        <w:t>vn 0.1126 0.8789 0.4636</w:t>
        <w:br/>
        <w:t>vn -0.6030 0.7483 0.2765</w:t>
        <w:br/>
        <w:t>vn -0.1337 -0.4473 0.8843</w:t>
        <w:br/>
        <w:t>vn -0.1301 -0.4494 0.8838</w:t>
        <w:br/>
        <w:t>vn -0.1297 -0.4431 0.8870</w:t>
        <w:br/>
        <w:t>vn -0.1306 -0.4486 0.8841</w:t>
        <w:br/>
        <w:t>vn -0.1288 -0.4429 0.8873</w:t>
        <w:br/>
        <w:t>vn -0.1302 -0.4451 0.8860</w:t>
        <w:br/>
        <w:t>vn -0.1304 -0.4452 0.8859</w:t>
        <w:br/>
        <w:t>vn -0.1320 -0.4478 0.8844</w:t>
        <w:br/>
        <w:t>vn -0.1290 -0.4466 0.8854</w:t>
        <w:br/>
        <w:t>vn -0.1321 -0.4478 0.8843</w:t>
        <w:br/>
        <w:t>vn 0.7706 0.5055 0.3880</w:t>
        <w:br/>
        <w:t>vn -0.7129 0.6473 -0.2697</w:t>
        <w:br/>
        <w:t>vn -0.1433 0.5964 -0.7898</w:t>
        <w:br/>
        <w:t>vn -0.8358 0.2291 0.4990</w:t>
        <w:br/>
        <w:t>vn -0.4156 -0.2937 0.8608</w:t>
        <w:br/>
        <w:t>vn 0.1222 -0.5992 0.7912</w:t>
        <w:br/>
        <w:t>vn 0.1221 -0.5993 0.7912</w:t>
        <w:br/>
        <w:t>vn 0.6755 -0.6723 0.3028</w:t>
        <w:br/>
        <w:t>vn 0.6756 -0.6722 0.3028</w:t>
        <w:br/>
        <w:t>vn 0.5198 -0.7827 -0.3424</w:t>
        <w:br/>
        <w:t>vn 0.8429 -0.5241 -0.1219</w:t>
        <w:br/>
        <w:t>vn 0.0065 -0.0595 -0.9982</w:t>
        <w:br/>
        <w:t>vn 0.3281 0.3440 -0.8798</w:t>
        <w:br/>
        <w:t>vn 0.5148 0.1905 -0.8359</w:t>
        <w:br/>
        <w:t>vn 0.5149 0.1905 -0.8358</w:t>
        <w:br/>
        <w:t>vn 0.1397 0.9424 0.3039</w:t>
        <w:br/>
        <w:t>vn 0.3865 0.9186 0.0828</w:t>
        <w:br/>
        <w:t>vn 0.3865 0.9186 0.0827</w:t>
        <w:br/>
        <w:t>vn -0.7508 -0.3584 -0.5548</w:t>
        <w:br/>
        <w:t>vn -0.7508 -0.3585 -0.5548</w:t>
        <w:br/>
        <w:t>vn -0.4770 -0.3623 -0.8007</w:t>
        <w:br/>
        <w:t>vn -0.8056 -0.5556 -0.2057</w:t>
        <w:br/>
        <w:t>vn -0.8056 -0.5557 -0.2057</w:t>
        <w:br/>
        <w:t>vn 0.0439 0.7519 0.6579</w:t>
        <w:br/>
        <w:t>vn 0.0439 0.7518 0.6579</w:t>
        <w:br/>
        <w:t>vn -0.6118 -0.7892 -0.0536</w:t>
        <w:br/>
        <w:t>vn 0.2489 0.5170 0.8190</w:t>
        <w:br/>
        <w:t>vn 0.4590 0.3948 0.7959</w:t>
        <w:br/>
        <w:t>vn -0.3802 -0.9240 -0.0406</w:t>
        <w:br/>
        <w:t>vn -0.0943 -0.9541 -0.2842</w:t>
        <w:br/>
        <w:t>vn -0.0944 -0.9541 -0.2842</w:t>
        <w:br/>
        <w:t>vn 0.7089 0.3704 0.6001</w:t>
        <w:br/>
        <w:t>vn 0.7090 0.3704 0.6001</w:t>
        <w:br/>
        <w:t>vn 0.7089 0.3704 0.6002</w:t>
        <w:br/>
        <w:t>vn 0.7777 0.5861 0.2273</w:t>
        <w:br/>
        <w:t>vn -0.0942 -0.6962 -0.7117</w:t>
        <w:br/>
        <w:t>vn 0.5198 -0.7826 -0.3424</w:t>
        <w:br/>
        <w:t>vn -0.0945 -0.9541 -0.2841</w:t>
        <w:br/>
        <w:t>vn 0.5632 0.8247 0.0509</w:t>
        <w:br/>
        <w:t>vn -0.0943 -0.6962 -0.7116</w:t>
        <w:br/>
        <w:t>vn -0.3075 -0.4354 -0.8461</w:t>
        <w:br/>
        <w:t>vn -0.2609 -0.4457 -0.8563</w:t>
        <w:br/>
        <w:t>vn 0.6144 -0.7393 -0.2756</w:t>
        <w:br/>
        <w:t>vn 0.9852 -0.1487 0.0849</w:t>
        <w:br/>
        <w:t>vn 0.9852 -0.1487 0.0848</w:t>
        <w:br/>
        <w:t>vn 0.6143 -0.7394 -0.2757</w:t>
        <w:br/>
        <w:t>vn 0.7707 0.5091 0.3831</w:t>
        <w:br/>
        <w:t>vn 0.7707 0.5092 0.3831</w:t>
        <w:br/>
        <w:t>vn -0.1257 -0.8775 -0.4628</w:t>
        <w:br/>
        <w:t>vn -0.1257 -0.8774 -0.4629</w:t>
        <w:br/>
        <w:t>vn -0.6148 0.7377 0.2790</w:t>
        <w:br/>
        <w:t>vn -0.6148 0.7377 0.2789</w:t>
        <w:br/>
        <w:t>vn -0.9861 0.1482 -0.0757</w:t>
        <w:br/>
        <w:t>vn 0.1106 0.8793 0.4632</w:t>
        <w:br/>
        <w:t>vn 0.1107 0.8793 0.4633</w:t>
        <w:br/>
        <w:t>vn -0.7625 -0.5230 -0.3809</w:t>
        <w:br/>
        <w:t>vn -0.7625 -0.5230 -0.3808</w:t>
        <w:br/>
        <w:t>vn 0.1358 0.4468 -0.8843</w:t>
        <w:br/>
        <w:t>vn 0.1354 0.4471 -0.8842</w:t>
        <w:br/>
        <w:t>vn 0.1354 0.4470 -0.8842</w:t>
        <w:br/>
        <w:t>vn 0.1352 0.4470 -0.8842</w:t>
        <w:br/>
        <w:t>vn 0.1358 0.4477 -0.8838</w:t>
        <w:br/>
        <w:t>vn 0.1358 0.4478 -0.8838</w:t>
        <w:br/>
        <w:t>vn 0.1356 0.4481 -0.8836</w:t>
        <w:br/>
        <w:t>vn 0.1357 0.4483 -0.8835</w:t>
        <w:br/>
        <w:t>vn -0.1359 -0.4480 0.8837</w:t>
        <w:br/>
        <w:t>vn -0.1358 -0.4485 0.8834</w:t>
        <w:br/>
        <w:t>vn -0.1358 -0.4483 0.8835</w:t>
        <w:br/>
        <w:t>vn -0.1359 -0.4478 0.8837</w:t>
        <w:br/>
        <w:t>vn -0.1358 -0.4473 0.8840</w:t>
        <w:br/>
        <w:t>vn -0.1358 -0.4471 0.8841</w:t>
        <w:br/>
        <w:t>vn -0.1356 -0.4470 0.8842</w:t>
        <w:br/>
        <w:t>vn -0.1357 -0.4468 0.8843</w:t>
        <w:br/>
        <w:t>vn -0.9901 0.0585 -0.1275</w:t>
        <w:br/>
        <w:t>vn -0.9901 0.0586 -0.1275</w:t>
        <w:br/>
        <w:t>vn -0.7243 0.6558 0.2129</w:t>
        <w:br/>
        <w:t>vn 0.7906 0.4822 0.3773</w:t>
        <w:br/>
        <w:t>vn 0.7903 0.4826 0.3775</w:t>
        <w:br/>
        <w:t>vn 0.9444 0.2011 0.2602</w:t>
        <w:br/>
        <w:t>vn 0.9444 0.2011 0.2603</w:t>
        <w:br/>
        <w:t>vn -0.3862 0.8477 0.3636</w:t>
        <w:br/>
        <w:t>vn 0.6935 0.5889 0.4150</w:t>
        <w:br/>
        <w:t>vn 0.6937 0.5889 0.4148</w:t>
        <w:br/>
        <w:t>vn -0.9865 0.1428 -0.0802</w:t>
        <w:br/>
        <w:t>vn -0.9866 0.1423 -0.0800</w:t>
        <w:br/>
        <w:t>vn 0.9833 0.0295 0.1794</w:t>
        <w:br/>
        <w:t>vn 0.9834 0.0295 0.1793</w:t>
        <w:br/>
        <w:t>vn 0.2082 -0.8853 -0.4158</w:t>
        <w:br/>
        <w:t>vn 0.0843 -0.8944 -0.4393</w:t>
        <w:br/>
        <w:t>vn -0.6529 0.7115 0.2598</w:t>
        <w:br/>
        <w:t>vn -0.6527 0.7117 0.2598</w:t>
        <w:br/>
        <w:t>vn -0.5409 0.7810 0.3122</w:t>
        <w:br/>
        <w:t>vn -0.7569 0.6225 0.1990</w:t>
        <w:br/>
        <w:t>vn -0.0410 -0.8892 -0.4558</w:t>
        <w:br/>
        <w:t>vn -0.9857 0.1515 -0.0740</w:t>
        <w:br/>
        <w:t>vn -0.9857 0.1517 -0.0740</w:t>
        <w:br/>
        <w:t>vn -0.9154 -0.2853 -0.2841</w:t>
        <w:br/>
        <w:t>vn -0.2686 0.8772 0.3979</w:t>
        <w:br/>
        <w:t>vn -0.2687 0.8772 0.3979</w:t>
        <w:br/>
        <w:t>vn 0.0821 0.8834 0.4614</w:t>
        <w:br/>
        <w:t>vn 0.2329 0.8506 0.4715</w:t>
        <w:br/>
        <w:t>vn 0.2326 0.8505 0.4717</w:t>
        <w:br/>
        <w:t>vn 0.9625 -0.2691 0.0340</w:t>
        <w:br/>
        <w:t>vn 0.9625 -0.2690 0.0340</w:t>
        <w:br/>
        <w:t>vn 0.9697 0.0988 0.2235</w:t>
        <w:br/>
        <w:t>vn 0.5403 -0.7847 -0.3038</w:t>
        <w:br/>
        <w:t>vn 0.5403 -0.7847 -0.3039</w:t>
        <w:br/>
        <w:t>vn 0.6093 -0.7425 -0.2781</w:t>
        <w:br/>
        <w:t>vn 0.6093 -0.7426 -0.2781</w:t>
        <w:br/>
        <w:t>vn -0.4555 0.8230 0.3392</w:t>
        <w:br/>
        <w:t>vn -0.4556 0.8230 0.3393</w:t>
        <w:br/>
        <w:t>vn 0.9905 -0.0716 0.1170</w:t>
        <w:br/>
        <w:t>vn 0.9906 -0.0717 0.1169</w:t>
        <w:br/>
        <w:t>vn 0.9794 -0.1940 0.0558</w:t>
        <w:br/>
        <w:t>vn 0.9794 -0.1938 0.0558</w:t>
        <w:br/>
        <w:t>vn -0.9297 -0.2514 -0.2692</w:t>
        <w:br/>
        <w:t>vn -0.8791 -0.3577 -0.3151</w:t>
        <w:br/>
        <w:t>vn 0.9452 -0.3258 -0.0199</w:t>
        <w:br/>
        <w:t>vn 0.6126 -0.7391 -0.2800</w:t>
        <w:br/>
        <w:t>vn 0.6127 -0.7390 -0.2799</w:t>
        <w:br/>
        <w:t>vn 0.1692 -0.8898 -0.4239</w:t>
        <w:br/>
        <w:t>vn 0.1694 -0.8897 -0.4238</w:t>
        <w:br/>
        <w:t>vn -0.8143 -0.4583 -0.3561</w:t>
        <w:br/>
        <w:t>vn 0.1373 0.4475 -0.8837</w:t>
        <w:br/>
        <w:t>vn 0.1369 0.4473 -0.8838</w:t>
        <w:br/>
        <w:t>vn 0.1372 0.4472 -0.8838</w:t>
        <w:br/>
        <w:t>vn 0.1366 0.4474 -0.8839</w:t>
        <w:br/>
        <w:t>vn 0.1367 0.4474 -0.8838</w:t>
        <w:br/>
        <w:t>vn 0.1366 0.4478 -0.8836</w:t>
        <w:br/>
        <w:t>vn 0.1359 0.4473 -0.8840</w:t>
        <w:br/>
        <w:t>vn 0.1383 0.4492 -0.8826</w:t>
        <w:br/>
        <w:t>vn 0.1381 0.4490 -0.8828</w:t>
        <w:br/>
        <w:t>vn 0.1380 0.4488 -0.8829</w:t>
        <w:br/>
        <w:t>vn 0.1375 0.4483 -0.8832</w:t>
        <w:br/>
        <w:t>vn 0.1376 0.4485 -0.8831</w:t>
        <w:br/>
        <w:t>vn 0.1361 0.4475 -0.8838</w:t>
        <w:br/>
        <w:t>vn 0.1352 0.4468 -0.8844</w:t>
        <w:br/>
        <w:t>vn 0.1353 0.4471 -0.8842</w:t>
        <w:br/>
        <w:t>vn 0.1351 0.4468 -0.8844</w:t>
        <w:br/>
        <w:t>vn 0.1351 0.4467 -0.8844</w:t>
        <w:br/>
        <w:t>vn 0.1352 0.4467 -0.8844</w:t>
        <w:br/>
        <w:t>vn -0.1380 -0.4484 0.8831</w:t>
        <w:br/>
        <w:t>vn -0.1378 -0.4480 0.8834</w:t>
        <w:br/>
        <w:t>vn -0.1376 -0.4480 0.8834</w:t>
        <w:br/>
        <w:t>vn -0.1373 -0.4480 0.8834</w:t>
        <w:br/>
        <w:t>vn -0.1374 -0.4484 0.8832</w:t>
        <w:br/>
        <w:t>vn -0.1365 -0.4479 0.8836</w:t>
        <w:br/>
        <w:t>vn -0.1373 -0.4484 0.8832</w:t>
        <w:br/>
        <w:t>vn -0.1387 -0.4499 0.8822</w:t>
        <w:br/>
        <w:t>vn -0.1386 -0.4495 0.8825</w:t>
        <w:br/>
        <w:t>vn -0.1385 -0.4496 0.8824</w:t>
        <w:br/>
        <w:t>vn -0.1380 -0.4490 0.8828</w:t>
        <w:br/>
        <w:t>vn -0.1367 -0.4482 0.8834</w:t>
        <w:br/>
        <w:t>vn -0.1355 -0.4471 0.8842</w:t>
        <w:br/>
        <w:t>vn -0.1356 -0.4473 0.8841</w:t>
        <w:br/>
        <w:t>vn -0.1352 -0.4471 0.8842</w:t>
        <w:br/>
        <w:t>vn -0.1352 -0.4470 0.8842</w:t>
        <w:br/>
        <w:t>vn -0.1352 -0.4470 0.8843</w:t>
        <w:br/>
        <w:t>vn -0.1352 -0.4473 0.8841</w:t>
        <w:br/>
        <w:t>vn -0.1353 -0.4471 0.8842</w:t>
        <w:br/>
        <w:t>vn -0.1351 -0.4470 0.8843</w:t>
        <w:br/>
        <w:t>vn -0.2207 0.3680 -0.9033</w:t>
        <w:br/>
        <w:t>vn -0.2371 0.5858 -0.7750</w:t>
        <w:br/>
        <w:t>vn 0.1273 0.4339 -0.8919</w:t>
        <w:br/>
        <w:t>vn -0.0261 0.1822 -0.9829</w:t>
        <w:br/>
        <w:t>vn -0.2207 0.3680 -0.9032</w:t>
        <w:br/>
        <w:t>vn -0.4044 0.3106 -0.8602</w:t>
        <w:br/>
        <w:t>vn -0.5613 0.6383 -0.5268</w:t>
        <w:br/>
        <w:t>vn 0.8576 -0.2517 -0.4485</w:t>
        <w:br/>
        <w:t>vn 0.8614 -0.2660 -0.4327</w:t>
        <w:br/>
        <w:t>vn 0.8616 -0.2658 -0.4325</w:t>
        <w:br/>
        <w:t>vn -0.1765 -0.0874 -0.9804</w:t>
        <w:br/>
        <w:t>vn -0.0260 0.1821 -0.9829</w:t>
        <w:br/>
        <w:t>vn 0.8667 -0.3063 -0.3938</w:t>
        <w:br/>
        <w:t>vn 0.8660 -0.2931 -0.4052</w:t>
        <w:br/>
        <w:t>vn -0.2579 0.5924 -0.7633</w:t>
        <w:br/>
        <w:t>vn -0.2667 0.5957 -0.7576</w:t>
        <w:br/>
        <w:t>vn 0.1256 0.4335 -0.8923</w:t>
        <w:br/>
        <w:t>vn 0.1268 0.4334 -0.8922</w:t>
        <w:br/>
        <w:t>vn -0.5935 0.6388 -0.4895</w:t>
        <w:br/>
        <w:t>vn -0.6062 0.6398 -0.4725</w:t>
        <w:br/>
        <w:t>vn 0.8678 -0.4903 -0.0806</w:t>
        <w:br/>
        <w:t>vn 0.8678 -0.4903 -0.0807</w:t>
        <w:br/>
        <w:t>vn 0.8658 -0.4923 -0.0890</w:t>
        <w:br/>
        <w:t>vn 0.8657 -0.4925 -0.0893</w:t>
        <w:br/>
        <w:t>vn -0.1322 -0.4459 0.8853</w:t>
        <w:br/>
        <w:t>vn -0.1321 -0.4462 0.8851</w:t>
        <w:br/>
        <w:t>vn -0.1326 -0.4448 0.8858</w:t>
        <w:br/>
        <w:t>vn -0.1329 -0.4445 0.8859</w:t>
        <w:br/>
        <w:t>vn -0.1319 -0.4462 0.8851</w:t>
        <w:br/>
        <w:t>vn -0.1321 -0.4469 0.8848</w:t>
        <w:br/>
        <w:t>vn -0.1323 -0.4467 0.8848</w:t>
        <w:br/>
        <w:t>vn -0.1317 -0.4463 0.8852</w:t>
        <w:br/>
        <w:t>vn -0.8603 0.5001 0.0992</w:t>
        <w:br/>
        <w:t>vn -0.8631 0.4963 0.0936</w:t>
        <w:br/>
        <w:t>vn -0.8631 0.4963 0.0941</w:t>
        <w:br/>
        <w:t>vn 0.1323 0.4459 -0.8853</w:t>
        <w:br/>
        <w:t>vn 0.1328 0.4447 -0.8858</w:t>
        <w:br/>
        <w:t>vn 0.1330 0.4444 -0.8859</w:t>
        <w:br/>
        <w:t>vn -0.8668 0.4914 0.0845</w:t>
        <w:br/>
        <w:t>vn -0.8691 0.4888 0.0754</w:t>
        <w:br/>
        <w:t>vn 0.1320 0.4462 -0.8851</w:t>
        <w:br/>
        <w:t>vn 0.1319 0.4462 -0.8851</w:t>
        <w:br/>
        <w:t>vn 0.1321 0.4469 -0.8848</w:t>
        <w:br/>
        <w:t>vn 0.1323 0.4468 -0.8848</w:t>
        <w:br/>
        <w:t>vn 0.8621 -0.4964 -0.1019</w:t>
        <w:br/>
        <w:t>vn 0.8621 -0.4963 -0.1020</w:t>
        <w:br/>
        <w:t>vn 0.8636 -0.4945 -0.0979</w:t>
        <w:br/>
        <w:t>vn 0.8636 -0.4946 -0.0977</w:t>
        <w:br/>
        <w:t>vn -0.4657 -0.7462 -0.4757</w:t>
        <w:br/>
        <w:t>vn -0.4656 -0.7460 -0.4761</w:t>
        <w:br/>
        <w:t>vn -0.4655 -0.7459 -0.4763</w:t>
        <w:br/>
        <w:t>vn 0.1337 0.4448 -0.8856</w:t>
        <w:br/>
        <w:t>vn -0.8705 0.4870 0.0708</w:t>
        <w:br/>
        <w:t>vn -0.8706 0.4869 0.0709</w:t>
        <w:br/>
        <w:t>vn -0.1339 -0.4445 0.8857</w:t>
        <w:br/>
        <w:t>vn -0.1337 -0.4448 0.8856</w:t>
        <w:br/>
        <w:t>vn 0.8692 -0.4887 -0.0758</w:t>
        <w:br/>
        <w:t>vn 0.8692 -0.4886 -0.0758</w:t>
        <w:br/>
        <w:t>vn -0.1049 -0.3487 0.9313</w:t>
        <w:br/>
        <w:t>vn -0.0907 -0.4399 0.8935</w:t>
        <w:br/>
        <w:t>vn 0.0000 -0.4537 0.8911</w:t>
        <w:br/>
        <w:t>vn -0.0000 -0.3533 0.9355</w:t>
        <w:br/>
        <w:t>vn -0.1382 -0.2686 0.9533</w:t>
        <w:br/>
        <w:t>vn -0.2922 -0.3742 0.8801</w:t>
        <w:br/>
        <w:t>vn -0.4431 -0.3338 0.8320</w:t>
        <w:br/>
        <w:t>vn -0.3845 -0.3402 0.8581</w:t>
        <w:br/>
        <w:t>vn -0.3873 -0.3995 0.8309</w:t>
        <w:br/>
        <w:t>vn -0.5235 -0.3824 0.7614</w:t>
        <w:br/>
        <w:t>vn -0.6580 -0.3802 0.6499</w:t>
        <w:br/>
        <w:t>vn -0.5712 -0.4918 0.6572</w:t>
        <w:br/>
        <w:t>vn -0.4919 -0.4847 0.7232</w:t>
        <w:br/>
        <w:t>vn -0.4895 -0.3807 0.7845</w:t>
        <w:br/>
        <w:t>vn -0.9003 -0.3109 0.3047</w:t>
        <w:br/>
        <w:t>vn -0.8795 -0.3161 0.3557</w:t>
        <w:br/>
        <w:t>vn -0.9585 -0.2309 0.1674</w:t>
        <w:br/>
        <w:t>vn -0.6625 -0.2386 0.7100</w:t>
        <w:br/>
        <w:t>vn -0.1121 -0.2236 0.9682</w:t>
        <w:br/>
        <w:t>vn -0.1162 -0.2416 0.9634</w:t>
        <w:br/>
        <w:t>vn -0.0000 -0.2330 0.9725</w:t>
        <w:br/>
        <w:t>vn -0.0000 -0.2159 0.9764</w:t>
        <w:br/>
        <w:t>vn -0.3996 -0.2796 0.8730</w:t>
        <w:br/>
        <w:t>vn -0.5215 -0.3011 0.7984</w:t>
        <w:br/>
        <w:t>vn -0.4393 -0.3013 0.8463</w:t>
        <w:br/>
        <w:t>vn -0.4471 -0.2977 0.8435</w:t>
        <w:br/>
        <w:t>vn -0.1372 -0.2490 0.9587</w:t>
        <w:br/>
        <w:t>vn -0.1420 -0.2518 0.9573</w:t>
        <w:br/>
        <w:t>vn -0.4236 -0.2769 0.8625</w:t>
        <w:br/>
        <w:t>vn -0.4020 -0.2788 0.8722</w:t>
        <w:br/>
        <w:t>vn -0.5959 -0.2565 0.7610</w:t>
        <w:br/>
        <w:t>vn -0.5723 -0.2659 0.7757</w:t>
        <w:br/>
        <w:t>vn -0.7557 -0.2338 0.6118</w:t>
        <w:br/>
        <w:t>vn -0.7439 -0.2473 0.6208</w:t>
        <w:br/>
        <w:t>vn -0.9402 -0.2028 0.2738</w:t>
        <w:br/>
        <w:t>vn -0.9364 -0.2117 0.2798</w:t>
        <w:br/>
        <w:t>vn -0.9737 -0.1867 0.1308</w:t>
        <w:br/>
        <w:t>vn -0.9738 -0.1888 0.1270</w:t>
        <w:br/>
        <w:t>vn -0.8757 -0.2237 0.4279</w:t>
        <w:br/>
        <w:t>vn -0.8986 -0.2190 0.3801</w:t>
        <w:br/>
        <w:t>vn -0.7489 -0.5706 0.3371</w:t>
        <w:br/>
        <w:t>vn -0.8519 -0.3901 0.3495</w:t>
        <w:br/>
        <w:t>vn -0.9302 -0.3560 -0.0892</w:t>
        <w:br/>
        <w:t>vn -0.8438 -0.5346 -0.0471</w:t>
        <w:br/>
        <w:t>vn -0.5258 -0.5536 0.6458</w:t>
        <w:br/>
        <w:t>vn 0.2388 -0.2495 0.9385</w:t>
        <w:br/>
        <w:t>vn 0.6279 -0.0455 0.7769</w:t>
        <w:br/>
        <w:t>vn 0.6875 0.0361 0.7253</w:t>
        <w:br/>
        <w:t>vn -0.5257 -0.5536 0.6459</w:t>
        <w:br/>
        <w:t>vn -0.4594 -0.4948 0.7376</w:t>
        <w:br/>
        <w:t>vn -0.7878 -0.6100 -0.0857</w:t>
        <w:br/>
        <w:t>vn -0.4370 -0.1852 0.8802</w:t>
        <w:br/>
        <w:t>vn 0.2059 -0.0636 0.9765</w:t>
        <w:br/>
        <w:t>vn 0.7526 0.1026 0.6504</w:t>
        <w:br/>
        <w:t>vn 0.5714 -0.0240 0.8203</w:t>
        <w:br/>
        <w:t>vn -0.1507 -0.2992 0.9422</w:t>
        <w:br/>
        <w:t>vn -0.6408 -0.3891 0.6619</w:t>
        <w:br/>
        <w:t>vn -0.4019 -0.2101 0.8912</w:t>
        <w:br/>
        <w:t>vn 0.3630 -0.0520 0.9303</w:t>
        <w:br/>
        <w:t>vn 0.7648 0.0920 0.6376</w:t>
        <w:br/>
        <w:t>vn 0.5646 -0.0389 0.8244</w:t>
        <w:br/>
        <w:t>vn -0.1333 -0.2970 0.9455</w:t>
        <w:br/>
        <w:t>vn -0.6363 -0.4018 0.6586</w:t>
        <w:br/>
        <w:t>vn -0.8319 -0.4508 -0.3235</w:t>
        <w:br/>
        <w:t>vn -0.8794 -0.4748 0.0349</w:t>
        <w:br/>
        <w:t>vn -0.7966 -0.4433 0.4110</w:t>
        <w:br/>
        <w:t>vn -0.8311 -0.5174 0.2040</w:t>
        <w:br/>
        <w:t>vn -0.8850 -0.3192 -0.3389</w:t>
        <w:br/>
        <w:t>vn -0.9370 -0.3473 0.0386</w:t>
        <w:br/>
        <w:t>vn 0.0000 -0.2139 0.9768</w:t>
        <w:br/>
        <w:t>vn -0.0944 -0.2166 0.9717</w:t>
        <w:br/>
        <w:t>vn -0.2839 -0.2785 0.9175</w:t>
        <w:br/>
        <w:t>vn 0.0000 -0.2135 0.9769</w:t>
        <w:br/>
        <w:t>vn -0.9576 0.0476 -0.2840</w:t>
        <w:br/>
        <w:t>vn -0.7403 0.0508 -0.6704</w:t>
        <w:br/>
        <w:t>vn -0.7221 -0.1776 -0.6686</w:t>
        <w:br/>
        <w:t>vn -0.7519 -0.1587 -0.6399</w:t>
        <w:br/>
        <w:t>vn 0.0058 0.0447 -0.9990</w:t>
        <w:br/>
        <w:t>vn -0.0060 0.1731 -0.9849</w:t>
        <w:br/>
        <w:t>vn -0.1614 0.2069 -0.9650</w:t>
        <w:br/>
        <w:t>vn -0.1614 0.2070 -0.9649</w:t>
        <w:br/>
        <w:t>vn -0.2363 0.0656 -0.9695</w:t>
        <w:br/>
        <w:t>vn -0.4131 -0.0335 -0.9101</w:t>
        <w:br/>
        <w:t>vn -0.2456 0.1535 -0.9571</w:t>
        <w:br/>
        <w:t>vn 0.2083 0.1491 -0.9666</w:t>
        <w:br/>
        <w:t>vn 0.1351 -0.0223 -0.9906</w:t>
        <w:br/>
        <w:t>vn 0.2663 0.1628 -0.9500</w:t>
        <w:br/>
        <w:t>vn -0.6467 0.2307 -0.7271</w:t>
        <w:br/>
        <w:t>vn -0.7124 0.0555 -0.6996</w:t>
        <w:br/>
        <w:t>vn -0.9147 0.0231 -0.4034</w:t>
        <w:br/>
        <w:t>vn -0.9069 0.2117 -0.3643</w:t>
        <w:br/>
        <w:t>vn -0.9783 0.1918 -0.0790</w:t>
        <w:br/>
        <w:t>vn -0.9848 -0.0616 -0.1626</w:t>
        <w:br/>
        <w:t>vn -0.9397 0.2244 -0.2581</w:t>
        <w:br/>
        <w:t>vn -0.9602 -0.0744 -0.2694</w:t>
        <w:br/>
        <w:t>vn -0.7207 0.2492 -0.6469</w:t>
        <w:br/>
        <w:t>vn -0.8633 0.0240 -0.5041</w:t>
        <w:br/>
        <w:t>vn -0.8203 0.3450 -0.4562</w:t>
        <w:br/>
        <w:t>vn -0.9175 0.2368 -0.3197</w:t>
        <w:br/>
        <w:t>vn -0.7965 0.1974 -0.5715</w:t>
        <w:br/>
        <w:t>vn -0.8166 0.1586 -0.5550</w:t>
        <w:br/>
        <w:t>vn -0.8140 0.1372 -0.5645</w:t>
        <w:br/>
        <w:t>vn -0.7733 0.1452 -0.6172</w:t>
        <w:br/>
        <w:t>vn -0.0553 0.2543 -0.9655</w:t>
        <w:br/>
        <w:t>vn -0.3496 0.2057 -0.9140</w:t>
        <w:br/>
        <w:t>vn 0.0000 0.2118 -0.9773</w:t>
        <w:br/>
        <w:t>vn -0.0000 0.2778 -0.9606</w:t>
        <w:br/>
        <w:t>vn -0.5326 0.2434 -0.8106</w:t>
        <w:br/>
        <w:t>vn -0.7880 0.4260 0.4446</w:t>
        <w:br/>
        <w:t>vn -0.5090 0.2877 0.8112</w:t>
        <w:br/>
        <w:t>vn -0.5926 0.2803 0.7552</w:t>
        <w:br/>
        <w:t>vn -0.8028 0.4124 0.4306</w:t>
        <w:br/>
        <w:t>vn -0.9191 0.3941 -0.0017</w:t>
        <w:br/>
        <w:t>vn -0.9080 0.4187 -0.0146</w:t>
        <w:br/>
        <w:t>vn -0.7877 0.2010 0.5823</w:t>
        <w:br/>
        <w:t>vn -0.7366 0.2327 0.6350</w:t>
        <w:br/>
        <w:t>vn -0.9448 0.2260 0.2372</w:t>
        <w:br/>
        <w:t>vn -0.9505 0.1870 0.2480</w:t>
        <w:br/>
        <w:t>vn -0.8679 0.2506 0.4289</w:t>
        <w:br/>
        <w:t>vn -0.8788 0.2305 0.4178</w:t>
        <w:br/>
        <w:t>vn -0.5834 0.2174 0.7825</w:t>
        <w:br/>
        <w:t>vn -0.6298 0.1984 0.7510</w:t>
        <w:br/>
        <w:t>vn -0.2580 0.0878 0.9621</w:t>
        <w:br/>
        <w:t>vn -0.1871 0.1045 0.9768</w:t>
        <w:br/>
        <w:t>vn 0.0220 -0.0388 0.9990</w:t>
        <w:br/>
        <w:t>vn 0.1045 -0.0027 0.9945</w:t>
        <w:br/>
        <w:t>vn 0.1456 -0.0336 0.9888</w:t>
        <w:br/>
        <w:t>vn 0.0568 -0.0917 0.9942</w:t>
        <w:br/>
        <w:t>vn -0.9163 0.1189 -0.3825</w:t>
        <w:br/>
        <w:t>vn -0.9870 0.1350 -0.0874</w:t>
        <w:br/>
        <w:t>vn -0.9979 -0.0057 -0.0643</w:t>
        <w:br/>
        <w:t>vn -0.9072 -0.0151 -0.4203</w:t>
        <w:br/>
        <w:t>vn -0.8139 0.1391 0.5641</w:t>
        <w:br/>
        <w:t>vn -0.7809 0.0290 0.6240</w:t>
        <w:br/>
        <w:t>vn -0.3277 0.1333 0.9353</w:t>
        <w:br/>
        <w:t>vn -0.2982 0.0746 0.9516</w:t>
        <w:br/>
        <w:t>vn 0.0841 0.0478 0.9953</w:t>
        <w:br/>
        <w:t>vn -0.0335 0.1055 0.9939</w:t>
        <w:br/>
        <w:t>vn 0.0757 0.1564 0.9848</w:t>
        <w:br/>
        <w:t>vn 0.2959 0.1103 0.9488</w:t>
        <w:br/>
        <w:t>vn 0.0000 0.1184 0.9930</w:t>
        <w:br/>
        <w:t>vn -0.0000 -0.0792 0.9969</w:t>
        <w:br/>
        <w:t>vn 0.2096 -0.0401 0.9770</w:t>
        <w:br/>
        <w:t>vn 0.0000 -0.2661 0.9639</w:t>
        <w:br/>
        <w:t>vn 0.1185 -0.1903 0.9745</w:t>
        <w:br/>
        <w:t>vn -0.1093 0.0049 0.9940</w:t>
        <w:br/>
        <w:t>vn -0.2676 0.0158 0.9634</w:t>
        <w:br/>
        <w:t>vn -0.7354 -0.0802 0.6728</w:t>
        <w:br/>
        <w:t>vn -0.9875 -0.1532 -0.0386</w:t>
        <w:br/>
        <w:t>vn -0.0327 -0.1487 0.9883</w:t>
        <w:br/>
        <w:t>vn -0.0609 -0.0745 0.9954</w:t>
        <w:br/>
        <w:t>vn -0.3272 0.0713 0.9423</w:t>
        <w:br/>
        <w:t>vn -0.6737 0.1788 0.7170</w:t>
        <w:br/>
        <w:t>vn -0.8277 0.2384 0.5081</w:t>
        <w:br/>
        <w:t>vn -0.9301 0.1863 0.3165</w:t>
        <w:br/>
        <w:t>vn -0.8316 0.1697 0.5289</w:t>
        <w:br/>
        <w:t>vn -0.8621 0.2300 0.4515</w:t>
        <w:br/>
        <w:t>vn -0.9768 0.2126 0.0272</w:t>
        <w:br/>
        <w:t>vn -0.9315 -0.2591 -0.2552</w:t>
        <w:br/>
        <w:t>vn -0.9129 -0.2347 -0.3340</w:t>
        <w:br/>
        <w:t>vn -0.7517 -0.1159 -0.6492</w:t>
        <w:br/>
        <w:t>vn -0.5650 -0.2556 -0.7845</w:t>
        <w:br/>
        <w:t>vn -0.6714 -0.3813 -0.6355</w:t>
        <w:br/>
        <w:t>vn -0.5710 -0.2584 -0.7792</w:t>
        <w:br/>
        <w:t>vn -0.1141 -0.1452 -0.9828</w:t>
        <w:br/>
        <w:t>vn -0.4253 0.0335 -0.9044</w:t>
        <w:br/>
        <w:t>vn -0.0000 0.1452 -0.9894</w:t>
        <w:br/>
        <w:t>vn -0.0619 -0.0852 0.9944</w:t>
        <w:br/>
        <w:t>vn -0.6631 -0.0255 0.7481</w:t>
        <w:br/>
        <w:t>vn -0.6326 0.2223 0.7419</w:t>
        <w:br/>
        <w:t>vn 0.5010 -0.8446 0.1890</w:t>
        <w:br/>
        <w:t>vn 0.4161 -0.8884 0.1939</w:t>
        <w:br/>
        <w:t>vn 0.4161 -0.8884 0.1940</w:t>
        <w:br/>
        <w:t>vn 0.4780 -0.8326 0.2797</w:t>
        <w:br/>
        <w:t>vn 0.5149 -0.8263 0.2282</w:t>
        <w:br/>
        <w:t>vn 0.4469 -0.8941 -0.0297</w:t>
        <w:br/>
        <w:t>vn 0.4652 -0.8698 -0.1646</w:t>
        <w:br/>
        <w:t>vn 0.4100 -0.8995 0.1509</w:t>
        <w:br/>
        <w:t>vn 0.5521 -0.8321 0.0523</w:t>
        <w:br/>
        <w:t>vn 0.7054 -0.7033 -0.0889</w:t>
        <w:br/>
        <w:t>vn 0.6465 -0.7602 0.0649</w:t>
        <w:br/>
        <w:t>vn 0.5496 -0.8326 0.0684</w:t>
        <w:br/>
        <w:t>vn 0.1429 -0.9785 0.1488</w:t>
        <w:br/>
        <w:t>vn 0.1112 -0.9782 0.1756</w:t>
        <w:br/>
        <w:t>vn 0.3291 -0.9149 0.2339</w:t>
        <w:br/>
        <w:t>vn 0.1785 -0.9457 0.2715</w:t>
        <w:br/>
        <w:t>vn 0.1533 -0.9591 0.2380</w:t>
        <w:br/>
        <w:t>vn 0.1463 -0.9679 0.2045</w:t>
        <w:br/>
        <w:t>vn 0.3118 -0.9431 -0.1158</w:t>
        <w:br/>
        <w:t>vn 0.0278 -0.9992 0.0279</w:t>
        <w:br/>
        <w:t>vn 0.2386 -0.9655 0.1047</w:t>
        <w:br/>
        <w:t>vn 0.2386 -0.9654 0.1047</w:t>
        <w:br/>
        <w:t>vn 0.4817 -0.8763 -0.0010</w:t>
        <w:br/>
        <w:t>vn 0.4818 -0.8763 -0.0010</w:t>
        <w:br/>
        <w:t>vn -0.0640 -0.9923 0.1061</w:t>
        <w:br/>
        <w:t>vn 0.0835 -0.9803 0.1788</w:t>
        <w:br/>
        <w:t>vn 0.2563 -0.9663 -0.0228</w:t>
        <w:br/>
        <w:t>vn 0.4965 -0.8525 -0.1636</w:t>
        <w:br/>
        <w:t>vn 0.3393 -0.9084 -0.2445</w:t>
        <w:br/>
        <w:t>vn 0.5132 -0.8555 0.0685</w:t>
        <w:br/>
        <w:t>vn 0.5132 -0.8555 0.0686</w:t>
        <w:br/>
        <w:t>vn 0.1093 -0.9582 0.2645</w:t>
        <w:br/>
        <w:t>vn 0.3601 -0.9074 0.2164</w:t>
        <w:br/>
        <w:t>vn 0.3601 -0.9075 0.2164</w:t>
        <w:br/>
        <w:t>vn 0.0230 -0.9985 0.0498</w:t>
        <w:br/>
        <w:t>vn 0.3091 -0.9402 0.1434</w:t>
        <w:br/>
        <w:t>vn 0.4513 -0.8921 0.0228</w:t>
        <w:br/>
        <w:t>vn 0.4513 -0.8921 0.0229</w:t>
        <w:br/>
        <w:t>vn 0.3821 0.1562 -0.9108</w:t>
        <w:br/>
        <w:t>vn 0.3047 0.1720 -0.9368</w:t>
        <w:br/>
        <w:t>vn 0.3822 0.1563 -0.9108</w:t>
        <w:br/>
        <w:t>vn 0.4968 -0.8165 -0.2941</w:t>
        <w:br/>
        <w:t>vn -0.0839 -0.9895 0.1178</w:t>
        <w:br/>
        <w:t>vn 0.3443 -0.9379 -0.0416</w:t>
        <w:br/>
        <w:t>vn 0.1376 -0.9682 0.2088</w:t>
        <w:br/>
        <w:t>vn 0.2071 -0.9739 0.0925</w:t>
        <w:br/>
        <w:t>vn 0.0000 -0.9634 0.2679</w:t>
        <w:br/>
        <w:t>vn 0.1680 -0.9693 0.1796</w:t>
        <w:br/>
        <w:t>vn 0.5076 -0.8553 -0.1043</w:t>
        <w:br/>
        <w:t>vn 0.6245 -0.7691 0.1359</w:t>
        <w:br/>
        <w:t>vn 0.4061 0.1567 -0.9003</w:t>
        <w:br/>
        <w:t>vn 0.6123 -0.7129 -0.3419</w:t>
        <w:br/>
        <w:t>vn 0.6513 -0.7559 -0.0662</w:t>
        <w:br/>
        <w:t>vn 0.4571 -0.2245 -0.8606</w:t>
        <w:br/>
        <w:t>vn 0.4571 -0.2244 -0.8606</w:t>
        <w:br/>
        <w:t>vn 0.6869 -0.7266 0.0137</w:t>
        <w:br/>
        <w:t>vn -0.0306 -0.9789 0.2022</w:t>
        <w:br/>
        <w:t>vn 0.0132 -0.9768 0.2135</w:t>
        <w:br/>
        <w:t>vn 0.0000 -0.9999 -0.0121</w:t>
        <w:br/>
        <w:t>vn -0.0522 -0.9805 0.1896</w:t>
        <w:br/>
        <w:t>vn -0.0699 -0.9855 0.1545</w:t>
        <w:br/>
        <w:t>vn -0.7388 -0.0626 0.6711</w:t>
        <w:br/>
        <w:t>vn -0.9540 -0.0485 0.2959</w:t>
        <w:br/>
        <w:t>vn -0.9598 -0.0550 0.2752</w:t>
        <w:br/>
        <w:t>vn -0.7473 -0.0567 0.6621</w:t>
        <w:br/>
        <w:t>vn -0.1422 -0.2071 0.9679</w:t>
        <w:br/>
        <w:t>vn -0.0960 -0.1637 0.9818</w:t>
        <w:br/>
        <w:t>vn 0.0961 -0.1561 0.9830</w:t>
        <w:br/>
        <w:t>vn 0.0050 -0.1733 0.9849</w:t>
        <w:br/>
        <w:t>vn -0.1054 -0.9857 0.1317</w:t>
        <w:br/>
        <w:t>vn -0.0906 -0.9855 0.1437</w:t>
        <w:br/>
        <w:t>vn -0.2423 -0.0666 0.9679</w:t>
        <w:br/>
        <w:t>vn -0.3415 -0.1192 0.9323</w:t>
        <w:br/>
        <w:t>vn -0.6899 -0.1593 0.7062</w:t>
        <w:br/>
        <w:t>vn -0.7036 -0.1533 0.6938</w:t>
        <w:br/>
        <w:t>vn -0.5007 -0.1793 0.8468</w:t>
        <w:br/>
        <w:t>vn -0.5320 -0.1820 0.8270</w:t>
        <w:br/>
        <w:t>vn -0.2422 -0.1532 0.9581</w:t>
        <w:br/>
        <w:t>vn 0.1964 -0.1521 0.9686</w:t>
        <w:br/>
        <w:t>vn 0.2568 -0.1538 0.9541</w:t>
        <w:br/>
        <w:t>vn 0.2402 -0.1684 0.9560</w:t>
        <w:br/>
        <w:t>vn -0.6462 -0.2331 0.7267</w:t>
        <w:br/>
        <w:t>vn -0.6580 -0.2226 0.7193</w:t>
        <w:br/>
        <w:t>vn -0.9052 -0.2183 0.3646</w:t>
        <w:br/>
        <w:t>vn -0.9079 -0.2134 0.3607</w:t>
        <w:br/>
        <w:t>vn -0.9776 -0.1783 0.1116</w:t>
        <w:br/>
        <w:t>vn -0.9775 -0.1937 0.0834</w:t>
        <w:br/>
        <w:t>vn -0.7346 -0.2330 0.6372</w:t>
        <w:br/>
        <w:t>vn -0.7556 -0.2328 0.6122</w:t>
        <w:br/>
        <w:t>vn -0.9393 -0.2098 0.2713</w:t>
        <w:br/>
        <w:t>vn -0.9387 -0.2270 0.2594</w:t>
        <w:br/>
        <w:t>vn -0.7197 -0.2510 0.6474</w:t>
        <w:br/>
        <w:t>vn -0.7507 -0.2645 0.6054</w:t>
        <w:br/>
        <w:t>vn -0.8186 -0.3477 0.4571</w:t>
        <w:br/>
        <w:t>vn -0.8360 -0.3590 0.4149</w:t>
        <w:br/>
        <w:t>vn -0.9355 -0.2320 0.2666</w:t>
        <w:br/>
        <w:t>vn -0.9316 -0.2333 0.2786</w:t>
        <w:br/>
        <w:t>vn -0.9231 -0.2631 0.2806</w:t>
        <w:br/>
        <w:t>vn -0.9284 -0.2621 0.2634</w:t>
        <w:br/>
        <w:t>vn -0.7791 -0.1709 0.6031</w:t>
        <w:br/>
        <w:t>vn -0.7743 -0.1666 0.6105</w:t>
        <w:br/>
        <w:t>vn -0.7556 -0.1865 0.6279</w:t>
        <w:br/>
        <w:t>vn -0.7831 -0.2026 0.5880</w:t>
        <w:br/>
        <w:t>vn -0.0491 -0.2558 0.9655</w:t>
        <w:br/>
        <w:t>vn -0.3262 -0.2518 0.9112</w:t>
        <w:br/>
        <w:t>vn 0.0000 -0.2556 0.9668</w:t>
        <w:br/>
        <w:t>vn 0.0000 -0.2769 0.9609</w:t>
        <w:br/>
        <w:t>vn -0.5368 -0.2458 0.8071</w:t>
        <w:br/>
        <w:t>vn -0.9332 -0.3373 0.1238</w:t>
        <w:br/>
        <w:t>vn -0.9376 -0.3333 0.0994</w:t>
        <w:br/>
        <w:t>vn -0.5644 -0.3081 -0.7658</w:t>
        <w:br/>
        <w:t>vn -0.7767 -0.4591 -0.4313</w:t>
        <w:br/>
        <w:t>vn -0.7849 -0.4297 -0.4464</w:t>
        <w:br/>
        <w:t>vn -0.5085 -0.2899 -0.8108</w:t>
        <w:br/>
        <w:t>vn -0.8918 -0.4524 0.0075</w:t>
        <w:br/>
        <w:t>vn -0.9066 -0.4217 0.0155</w:t>
        <w:br/>
        <w:t>vn -0.7362 -0.2364 -0.6341</w:t>
        <w:br/>
        <w:t>vn -0.7677 -0.2454 -0.5919</w:t>
        <w:br/>
        <w:t>vn -0.8411 -0.3239 -0.4332</w:t>
        <w:br/>
        <w:t>vn -0.8416 -0.3200 -0.4350</w:t>
        <w:br/>
        <w:t>vn -0.9434 -0.2290 -0.2400</w:t>
        <w:br/>
        <w:t>vn -0.9431 -0.2259 -0.2438</w:t>
        <w:br/>
        <w:t>vn -0.8679 -0.2526 -0.4278</w:t>
        <w:br/>
        <w:t>vn -0.8745 -0.2618 -0.4084</w:t>
        <w:br/>
        <w:t>vn -0.5821 -0.2196 -0.7829</w:t>
        <w:br/>
        <w:t>vn -0.6139 -0.2319 -0.7545</w:t>
        <w:br/>
        <w:t>vn -0.8206 -0.3107 -0.4797</w:t>
        <w:br/>
        <w:t>vn -0.8602 -0.3247 -0.3933</w:t>
        <w:br/>
        <w:t>vn -0.8598 -0.3248 -0.3941</w:t>
        <w:br/>
        <w:t>vn -0.8226 -0.3106 -0.4763</w:t>
        <w:br/>
        <w:t>vn -0.6827 -0.3156 -0.6590</w:t>
        <w:br/>
        <w:t>vn -0.6907 -0.3178 -0.6496</w:t>
        <w:br/>
        <w:t>vn -0.1270 -0.9839 -0.1254</w:t>
        <w:br/>
        <w:t>vn -0.0666 -0.9768 -0.2034</w:t>
        <w:br/>
        <w:t>vn -0.2200 -0.1091 -0.9694</w:t>
        <w:br/>
        <w:t>vn -0.1850 -0.1059 -0.9770</w:t>
        <w:br/>
        <w:t>vn 0.0604 -0.0056 -0.9982</w:t>
        <w:br/>
        <w:t>vn 0.0859 -0.0047 -0.9963</w:t>
        <w:br/>
        <w:t>vn -0.0349 -0.9698 -0.2413</w:t>
        <w:br/>
        <w:t>vn -0.1078 -0.1141 -0.9876</w:t>
        <w:br/>
        <w:t>vn -0.0552 -0.1201 -0.9912</w:t>
        <w:br/>
        <w:t>vn -0.0461 -0.0718 -0.9964</w:t>
        <w:br/>
        <w:t>vn -0.4870 -0.1542 -0.8597</w:t>
        <w:br/>
        <w:t>vn 0.1034 0.0190 -0.9945</w:t>
        <w:br/>
        <w:t>vn 0.0878 0.0216 -0.9959</w:t>
        <w:br/>
        <w:t>vn -0.9566 -0.1331 0.2592</w:t>
        <w:br/>
        <w:t>vn -0.9895 -0.1417 0.0272</w:t>
        <w:br/>
        <w:t>vn -0.9903 -0.1387 0.0031</w:t>
        <w:br/>
        <w:t>vn -0.9548 -0.1271 0.2688</w:t>
        <w:br/>
        <w:t>vn -0.8144 -0.1432 -0.5623</w:t>
        <w:br/>
        <w:t>vn -0.7931 -0.1404 -0.5927</w:t>
        <w:br/>
        <w:t>vn -0.3236 -0.1437 -0.9352</w:t>
        <w:br/>
        <w:t>vn -0.2855 -0.1295 -0.9496</w:t>
        <w:br/>
        <w:t>vn 0.1090 -0.1358 -0.9847</w:t>
        <w:br/>
        <w:t>vn 0.1687 -0.1193 -0.9784</w:t>
        <w:br/>
        <w:t>vn -0.1233 -0.9747 -0.1866</w:t>
        <w:br/>
        <w:t>vn -0.1027 -0.9772 -0.1857</w:t>
        <w:br/>
        <w:t>vn -0.9346 -0.1262 0.3327</w:t>
        <w:br/>
        <w:t>vn -0.9395 -0.1275 0.3179</w:t>
        <w:br/>
        <w:t>vn -0.9714 -0.1972 -0.1325</w:t>
        <w:br/>
        <w:t>vn -0.0000 -0.1169 -0.9931</w:t>
        <w:br/>
        <w:t>vn 0.2944 -0.1108 -0.9492</w:t>
        <w:br/>
        <w:t>vn 0.0000 -0.1172 -0.9931</w:t>
        <w:br/>
        <w:t>vn 0.1050 -0.1193 -0.9873</w:t>
        <w:br/>
        <w:t>vn 0.1271 -0.1305 -0.9833</w:t>
        <w:br/>
        <w:t>vn 0.0000 -0.1018 -0.9948</w:t>
        <w:br/>
        <w:t>vn -0.0000 -0.1023 -0.9948</w:t>
        <w:br/>
        <w:t>vn 0.0000 -0.9797 0.2007</w:t>
        <w:br/>
        <w:t>vn -0.1201 -0.9878 0.0995</w:t>
        <w:br/>
        <w:t>vn -0.1495 -0.9878 0.0427</w:t>
        <w:br/>
        <w:t>vn 0.0363 -0.9702 -0.2397</w:t>
        <w:br/>
        <w:t>vn -0.0000 -0.9688 -0.2480</w:t>
        <w:br/>
        <w:t>vn -0.1492 -0.9849 -0.0874</w:t>
        <w:br/>
        <w:t>vn -0.1519 -0.9837 -0.0967</w:t>
        <w:br/>
        <w:t>vn -0.1542 -0.9850 -0.0773</w:t>
        <w:br/>
        <w:t>vn -0.2298 -0.1477 0.9620</w:t>
        <w:br/>
        <w:t>vn -0.2451 -0.1446 0.9586</w:t>
        <w:br/>
        <w:t>vn 0.0762 -0.1667 0.9831</w:t>
        <w:br/>
        <w:t>vn 0.0413 -0.1743 0.9838</w:t>
        <w:br/>
        <w:t>vn -0.3506 -0.1635 0.9222</w:t>
        <w:br/>
        <w:t>vn -0.4380 -0.1801 0.8808</w:t>
        <w:br/>
        <w:t>vn -0.5240 -0.2088 0.8257</w:t>
        <w:br/>
        <w:t>vn -0.5417 -0.2007 0.8162</w:t>
        <w:br/>
        <w:t>vn -0.1545 -0.9871 0.0410</w:t>
        <w:br/>
        <w:t>vn -0.1523 -0.9883 0.0107</w:t>
        <w:br/>
        <w:t>vn -0.3014 -0.2371 -0.9236</w:t>
        <w:br/>
        <w:t>vn -0.3232 -0.2426 -0.9147</w:t>
        <w:br/>
        <w:t>vn -0.4531 -0.2021 -0.8683</w:t>
        <w:br/>
        <w:t>vn -0.4661 -0.2105 -0.8593</w:t>
        <w:br/>
        <w:t>vn -0.0000 -0.1753 0.9845</w:t>
        <w:br/>
        <w:t>vn 0.0000 -0.2100 0.9777</w:t>
        <w:br/>
        <w:t>vn -0.0356 -0.1570 0.9870</w:t>
        <w:br/>
        <w:t>vn 0.1125 -0.1450 0.9830</w:t>
        <w:br/>
        <w:t>vn -0.9347 -0.0854 0.3451</w:t>
        <w:br/>
        <w:t>vn -0.7243 -0.1083 0.6809</w:t>
        <w:br/>
        <w:t>vn -0.4409 -0.1485 0.8852</w:t>
        <w:br/>
        <w:t>vn -0.6917 -0.2226 0.6871</w:t>
        <w:br/>
        <w:t>vn -0.9392 -0.2108 0.2711</w:t>
        <w:br/>
        <w:t>vn -0.8998 -0.2485 0.3586</w:t>
        <w:br/>
        <w:t>vn -0.8951 -0.4049 0.1869</w:t>
        <w:br/>
        <w:t>vn -0.7744 -0.3860 -0.5014</w:t>
        <w:br/>
        <w:t>vn -0.8083 -0.2827 -0.5165</w:t>
        <w:br/>
        <w:t>vn -0.8845 -0.2812 -0.3723</w:t>
        <w:br/>
        <w:t>vn -0.6603 -0.2789 -0.6973</w:t>
        <w:br/>
        <w:t>vn -0.2676 -0.1721 -0.9480</w:t>
        <w:br/>
        <w:t>vn 0.0162 -0.0662 -0.9977</w:t>
        <w:br/>
        <w:t>vn 0.0518 -0.0331 -0.9981</w:t>
        <w:br/>
        <w:t>vn -0.9486 -0.1250 0.2907</w:t>
        <w:br/>
        <w:t>vn -0.9841 -0.1634 -0.0691</w:t>
        <w:br/>
        <w:t>vn -0.7259 -0.1756 -0.6650</w:t>
        <w:br/>
        <w:t>vn -0.2481 -0.1549 -0.9563</w:t>
        <w:br/>
        <w:t>vn 0.1588 -0.1238 -0.9795</w:t>
        <w:br/>
        <w:t>vn -0.0000 -0.1083 -0.9941</w:t>
        <w:br/>
        <w:t>vn -0.0000 -0.2393 0.9709</w:t>
        <w:br/>
        <w:t>vn -0.3515 -0.2219 0.9095</w:t>
        <w:br/>
        <w:t>vn -0.7103 -0.1577 0.6860</w:t>
        <w:br/>
        <w:t>vn -0.2786 -0.1605 0.9469</w:t>
        <w:br/>
        <w:t>vn 0.9576 0.0476 -0.2840</w:t>
        <w:br/>
        <w:t>vn 0.7519 -0.1587 -0.6399</w:t>
        <w:br/>
        <w:t>vn 0.7221 -0.1776 -0.6686</w:t>
        <w:br/>
        <w:t>vn 0.7403 0.0508 -0.6704</w:t>
        <w:br/>
        <w:t>vn -0.0058 0.0447 -0.9990</w:t>
        <w:br/>
        <w:t>vn 0.1614 0.2070 -0.9649</w:t>
        <w:br/>
        <w:t>vn 0.0060 0.1731 -0.9849</w:t>
        <w:br/>
        <w:t>vn 0.2363 0.0656 -0.9695</w:t>
        <w:br/>
        <w:t>vn 0.4131 -0.0335 -0.9101</w:t>
        <w:br/>
        <w:t>vn 0.2456 0.1535 -0.9571</w:t>
        <w:br/>
        <w:t>vn -0.2083 0.1491 -0.9666</w:t>
        <w:br/>
        <w:t>vn -0.2663 0.1628 -0.9500</w:t>
        <w:br/>
        <w:t>vn -0.1351 -0.0223 -0.9906</w:t>
        <w:br/>
        <w:t>vn 0.6467 0.2307 -0.7271</w:t>
        <w:br/>
        <w:t>vn 0.7124 0.0555 -0.6996</w:t>
        <w:br/>
        <w:t>vn 0.9147 0.0231 -0.4034</w:t>
        <w:br/>
        <w:t>vn 0.9069 0.2117 -0.3643</w:t>
        <w:br/>
        <w:t>vn 0.9848 -0.0616 -0.1626</w:t>
        <w:br/>
        <w:t>vn 0.9783 0.1918 -0.0790</w:t>
        <w:br/>
        <w:t>vn 0.9602 -0.0744 -0.2694</w:t>
        <w:br/>
        <w:t>vn 0.9397 0.2244 -0.2581</w:t>
        <w:br/>
        <w:t>vn 0.8633 0.0240 -0.5041</w:t>
        <w:br/>
        <w:t>vn 0.7207 0.2492 -0.6469</w:t>
        <w:br/>
        <w:t>vn 0.8203 0.3450 -0.4562</w:t>
        <w:br/>
        <w:t>vn 0.9175 0.2368 -0.3197</w:t>
        <w:br/>
        <w:t>vn 0.8139 0.1372 -0.5645</w:t>
        <w:br/>
        <w:t>vn 0.8166 0.1586 -0.5549</w:t>
        <w:br/>
        <w:t>vn 0.7965 0.1974 -0.5715</w:t>
        <w:br/>
        <w:t>vn 0.7733 0.1452 -0.6172</w:t>
        <w:br/>
        <w:t>vn 0.0553 0.2543 -0.9655</w:t>
        <w:br/>
        <w:t>vn 0.3496 0.2057 -0.9140</w:t>
        <w:br/>
        <w:t>vn 0.5326 0.2434 -0.8106</w:t>
        <w:br/>
        <w:t>vn 0.5926 0.2802 0.7552</w:t>
        <w:br/>
        <w:t>vn 0.5090 0.2877 0.8112</w:t>
        <w:br/>
        <w:t>vn 0.7880 0.4260 0.4446</w:t>
        <w:br/>
        <w:t>vn 0.8028 0.4124 0.4306</w:t>
        <w:br/>
        <w:t>vn 0.9080 0.4187 -0.0146</w:t>
        <w:br/>
        <w:t>vn 0.9191 0.3941 -0.0017</w:t>
        <w:br/>
        <w:t>vn 0.7877 0.2010 0.5823</w:t>
        <w:br/>
        <w:t>vn 0.7366 0.2327 0.6350</w:t>
        <w:br/>
        <w:t>vn 0.9505 0.1870 0.2480</w:t>
        <w:br/>
        <w:t>vn 0.9448 0.2260 0.2372</w:t>
        <w:br/>
        <w:t>vn 0.8788 0.2305 0.4178</w:t>
        <w:br/>
        <w:t>vn 0.8679 0.2506 0.4289</w:t>
        <w:br/>
        <w:t>vn 0.6298 0.1984 0.7510</w:t>
        <w:br/>
        <w:t>vn 0.5834 0.2174 0.7825</w:t>
        <w:br/>
        <w:t>vn 0.2579 0.0881 0.9621</w:t>
        <w:br/>
        <w:t>vn 0.1871 0.1045 0.9768</w:t>
        <w:br/>
        <w:t>vn -0.0220 -0.0388 0.9990</w:t>
        <w:br/>
        <w:t>vn -0.1045 -0.0027 0.9945</w:t>
        <w:br/>
        <w:t>vn -0.0568 -0.0917 0.9942</w:t>
        <w:br/>
        <w:t>vn -0.1456 -0.0336 0.9888</w:t>
        <w:br/>
        <w:t>vn 0.9163 0.1189 -0.3825</w:t>
        <w:br/>
        <w:t>vn 0.9072 -0.0151 -0.4203</w:t>
        <w:br/>
        <w:t>vn 0.9979 -0.0057 -0.0643</w:t>
        <w:br/>
        <w:t>vn 0.9870 0.1350 -0.0874</w:t>
        <w:br/>
        <w:t>vn 0.7809 0.0290 0.6240</w:t>
        <w:br/>
        <w:t>vn 0.8139 0.1391 0.5641</w:t>
        <w:br/>
        <w:t>vn 0.2982 0.0746 0.9516</w:t>
        <w:br/>
        <w:t>vn 0.3277 0.1333 0.9353</w:t>
        <w:br/>
        <w:t>vn -0.0841 0.0478 0.9953</w:t>
        <w:br/>
        <w:t>vn -0.0757 0.1564 0.9848</w:t>
        <w:br/>
        <w:t>vn 0.0336 0.1055 0.9939</w:t>
        <w:br/>
        <w:t>vn -0.2959 0.1103 0.9488</w:t>
        <w:br/>
        <w:t>vn -0.2096 -0.0401 0.9770</w:t>
        <w:br/>
        <w:t>vn -0.1185 -0.1903 0.9745</w:t>
        <w:br/>
        <w:t>vn 0.1093 0.0049 0.9940</w:t>
        <w:br/>
        <w:t>vn 0.2676 0.0158 0.9634</w:t>
        <w:br/>
        <w:t>vn 0.7354 -0.0802 0.6728</w:t>
        <w:br/>
        <w:t>vn 0.9875 -0.1532 -0.0386</w:t>
        <w:br/>
        <w:t>vn 0.0609 -0.0745 0.9954</w:t>
        <w:br/>
        <w:t>vn 0.0327 -0.1487 0.9883</w:t>
        <w:br/>
        <w:t>vn 0.3272 0.0713 0.9423</w:t>
        <w:br/>
        <w:t>vn 0.6737 0.1788 0.7170</w:t>
        <w:br/>
        <w:t>vn 0.8277 0.2384 0.5081</w:t>
        <w:br/>
        <w:t>vn 0.9301 0.1863 0.3165</w:t>
        <w:br/>
        <w:t>vn 0.8316 0.1697 0.5289</w:t>
        <w:br/>
        <w:t>vn 0.8621 0.2300 0.4515</w:t>
        <w:br/>
        <w:t>vn 0.9768 0.2126 0.0272</w:t>
        <w:br/>
        <w:t>vn 0.9315 -0.2591 -0.2552</w:t>
        <w:br/>
        <w:t>vn 0.9129 -0.2347 -0.3340</w:t>
        <w:br/>
        <w:t>vn 0.7517 -0.1159 -0.6492</w:t>
        <w:br/>
        <w:t>vn 0.5650 -0.2556 -0.7845</w:t>
        <w:br/>
        <w:t>vn 0.6714 -0.3815 -0.6354</w:t>
        <w:br/>
        <w:t>vn 0.5710 -0.2584 -0.7792</w:t>
        <w:br/>
        <w:t>vn 0.1141 -0.1452 -0.9828</w:t>
        <w:br/>
        <w:t>vn 0.4253 0.0335 -0.9044</w:t>
        <w:br/>
        <w:t>vn 0.2070 -0.9762 -0.0653</w:t>
        <w:br/>
        <w:t>vn 0.1304 -0.9913 -0.0168</w:t>
        <w:br/>
        <w:t>vn 0.4159 -0.9040 -0.0991</w:t>
        <w:br/>
        <w:t>vn 0.3271 -0.9438 0.0478</w:t>
        <w:br/>
        <w:t>vn 0.3271 -0.9438 0.0477</w:t>
        <w:br/>
        <w:t>vn 0.3575 -0.9338 -0.0167</w:t>
        <w:br/>
        <w:t>vn 0.4356 -0.8859 -0.1594</w:t>
        <w:br/>
        <w:t>vn 0.2536 -0.9519 -0.1719</w:t>
        <w:br/>
        <w:t>vn 0.2536 -0.9519 -0.1720</w:t>
        <w:br/>
        <w:t>vn 0.2321 -0.9677 -0.0986</w:t>
        <w:br/>
        <w:t>vn 0.1383 -0.9636 -0.2290</w:t>
        <w:br/>
        <w:t>vn 0.1404 -0.9565 -0.2559</w:t>
        <w:br/>
        <w:t>vn 0.2446 -0.9691 -0.0314</w:t>
        <w:br/>
        <w:t>vn 0.3978 -0.8943 0.2048</w:t>
        <w:br/>
        <w:t>vn 0.4435 -0.8633 0.2410</w:t>
        <w:br/>
        <w:t>vn 0.0596 -0.9708 -0.2323</w:t>
        <w:br/>
        <w:t>vn 0.1843 -0.9558 -0.2289</w:t>
        <w:br/>
        <w:t>vn -0.0000 -0.9639 -0.2661</w:t>
        <w:br/>
        <w:t>vn -0.0000 -0.9640 -0.2661</w:t>
        <w:br/>
        <w:t>vn 0.1415 -0.9640 -0.2251</w:t>
        <w:br/>
        <w:t>vn 0.1415 -0.9640 -0.2252</w:t>
        <w:br/>
        <w:t>vn 0.4417 -0.8968 0.0267</w:t>
        <w:br/>
        <w:t>vn 0.4416 -0.8968 0.0267</w:t>
        <w:br/>
        <w:t>vn 0.4539 -0.8890 -0.0600</w:t>
        <w:br/>
        <w:t>vn 0.4065 -0.8990 0.1627</w:t>
        <w:br/>
        <w:t>vn 0.3438 -0.9374 -0.0555</w:t>
        <w:br/>
        <w:t>vn 0.2574 -0.9653 -0.0445</w:t>
        <w:br/>
        <w:t>vn 0.2937 -0.9540 -0.0595</w:t>
        <w:br/>
        <w:t>vn 0.3845 -0.9216 -0.0540</w:t>
        <w:br/>
        <w:t>vn 0.3844 -0.9216 -0.0540</w:t>
        <w:br/>
        <w:t>vn 0.3919 -0.9200 -0.0040</w:t>
        <w:br/>
        <w:t>vn 0.2904 -0.9566 -0.0246</w:t>
        <w:br/>
        <w:t>vn 0.2471 -0.9321 -0.2650</w:t>
        <w:br/>
        <w:t>vn 0.1993 -0.9574 -0.2091</w:t>
        <w:br/>
        <w:t>vn 0.0837 -0.9919 0.0959</w:t>
        <w:br/>
        <w:t>vn 0.0838 -0.9919 0.0959</w:t>
        <w:br/>
        <w:t>vn 0.0528 -0.9878 0.1468</w:t>
        <w:br/>
        <w:t>vn 0.0528 -0.9877 0.1468</w:t>
        <w:br/>
        <w:t>vn 0.1250 -0.9804 0.1523</w:t>
        <w:br/>
        <w:t>vn 0.1540 -0.9764 0.1515</w:t>
        <w:br/>
        <w:t>vn 0.1540 -0.9764 0.1514</w:t>
        <w:br/>
        <w:t>vn -0.0000 -0.9905 0.1375</w:t>
        <w:br/>
        <w:t>vn -0.5699 -0.4098 0.7122</w:t>
        <w:br/>
        <w:t>vn -0.4302 -0.2482 0.8679</w:t>
        <w:br/>
        <w:t>vn -0.2875 -0.2316 0.9294</w:t>
        <w:br/>
        <w:t>vn -0.4094 -0.3677 0.8350</w:t>
        <w:br/>
        <w:t>vn -0.0295 -0.1043 0.9941</w:t>
        <w:br/>
        <w:t>vn -0.1910 -0.2175 0.9572</w:t>
        <w:br/>
        <w:t>vn -0.2032 -0.2352 0.9505</w:t>
        <w:br/>
        <w:t>vn -0.1038 -0.1522 0.9829</w:t>
        <w:br/>
        <w:t>vn -0.8318 -0.4374 -0.3418</w:t>
        <w:br/>
        <w:t>vn -0.8242 -0.4454 -0.3497</w:t>
        <w:br/>
        <w:t>vn -0.7758 -0.4033 -0.4852</w:t>
        <w:br/>
        <w:t>vn -0.7876 -0.4010 -0.4678</w:t>
        <w:br/>
        <w:t>vn 0.0097 -0.1027 0.9947</w:t>
        <w:br/>
        <w:t>vn -0.2596 -0.2751 0.9257</w:t>
        <w:br/>
        <w:t>vn -0.6471 -0.2836 -0.7077</w:t>
        <w:br/>
        <w:t>vn -0.6574 -0.3054 -0.6888</w:t>
        <w:br/>
        <w:t>vn -0.6962 -0.3354 -0.6347</w:t>
        <w:br/>
        <w:t>vn -0.6809 -0.3280 -0.6549</w:t>
        <w:br/>
        <w:t>vn -0.6892 -0.3638 -0.6266</w:t>
        <w:br/>
        <w:t>vn -0.6759 -0.3942 -0.6228</w:t>
        <w:br/>
        <w:t>vn -0.7534 -0.4559 -0.4739</w:t>
        <w:br/>
        <w:t>vn -0.7776 -0.4149 -0.4724</w:t>
        <w:br/>
        <w:t>vn -0.6621 -0.3442 -0.6657</w:t>
        <w:br/>
        <w:t>vn -0.6723 -0.3788 -0.6360</w:t>
        <w:br/>
        <w:t>vn -0.7201 -0.5396 -0.4363</w:t>
        <w:br/>
        <w:t>vn -0.7685 -0.6394 -0.0244</w:t>
        <w:br/>
        <w:t>vn -0.8002 -0.4992 -0.3323</w:t>
        <w:br/>
        <w:t>vn -0.2466 -0.2554 0.9349</w:t>
        <w:br/>
        <w:t>vn -0.1369 -0.1609 0.9774</w:t>
        <w:br/>
        <w:t>vn -0.0755 -0.1587 0.9844</w:t>
        <w:br/>
        <w:t>vn -0.1675 -0.2189 0.9613</w:t>
        <w:br/>
        <w:t>vn -0.7205 -0.5012 0.4792</w:t>
        <w:br/>
        <w:t>vn -0.7572 -0.6482 0.0810</w:t>
        <w:br/>
        <w:t>vn -0.7396 -0.6138 -0.2761</w:t>
        <w:br/>
        <w:t>vn -0.7002 -0.5893 -0.4032</w:t>
        <w:br/>
        <w:t>vn -0.7007 -0.5460 -0.4593</w:t>
        <w:br/>
        <w:t>vn -0.7487 -0.4685 -0.4690</w:t>
        <w:br/>
        <w:t>vn -0.8078 -0.4316 -0.4016</w:t>
        <w:br/>
        <w:t>vn -0.6816 -0.3710 -0.6307</w:t>
        <w:br/>
        <w:t>vn -0.7066 -0.4395 -0.5545</w:t>
        <w:br/>
        <w:t>vn -0.6840 -0.4457 -0.5775</w:t>
        <w:br/>
        <w:t>vn -0.6693 -0.4691 -0.5762</w:t>
        <w:br/>
        <w:t>vn -0.6395 -0.2755 -0.7177</w:t>
        <w:br/>
        <w:t>vn -0.6372 -0.2447 -0.7308</w:t>
        <w:br/>
        <w:t>vn -0.6445 -0.2642 -0.7175</w:t>
        <w:br/>
        <w:t>vn -0.7620 -0.3974 -0.5112</w:t>
        <w:br/>
        <w:t>vn -0.4152 -0.3838 0.8248</w:t>
        <w:br/>
        <w:t>vn -0.3509 -0.3442 0.8709</w:t>
        <w:br/>
        <w:t>vn -0.0042 -0.5087 0.8609</w:t>
        <w:br/>
        <w:t>vn -0.0427 -0.1511 0.9876</w:t>
        <w:br/>
        <w:t>vn -0.0075 -0.1123 0.9936</w:t>
        <w:br/>
        <w:t>vn 0.1095 -0.0256 0.9937</w:t>
        <w:br/>
        <w:t>vn 0.1332 -0.1276 0.9829</w:t>
        <w:br/>
        <w:t>vn 0.1722 -0.0510 0.9837</w:t>
        <w:br/>
        <w:t>vn 0.5335 -0.0815 0.8419</w:t>
        <w:br/>
        <w:t>vn -0.8253 -0.4479 -0.3438</w:t>
        <w:br/>
        <w:t>vn -0.0021 -0.0663 0.9978</w:t>
        <w:br/>
        <w:t>vn -0.2574 -0.2764 0.9259</w:t>
        <w:br/>
        <w:t>vn -0.6615 -0.3352 -0.6709</w:t>
        <w:br/>
        <w:t>vn -0.6535 -0.2982 -0.6957</w:t>
        <w:br/>
        <w:t>vn 0.1336 0.0134 0.9909</w:t>
        <w:br/>
        <w:t>vn -0.7990 -0.4678 -0.3778</w:t>
        <w:br/>
        <w:t>vn -0.7506 -0.4231 -0.5076</w:t>
        <w:br/>
        <w:t>vn -0.7860 -0.4751 -0.3955</w:t>
        <w:br/>
        <w:t>vn -0.7384 -0.4320 -0.5179</w:t>
        <w:br/>
        <w:t>vn -0.6721 -0.3487 -0.6532</w:t>
        <w:br/>
        <w:t>vn 0.1811 0.0240 0.9832</w:t>
        <w:br/>
        <w:t>vn 0.1178 -0.0020 0.9930</w:t>
        <w:br/>
        <w:t>vn 0.2619 -0.2988 0.9177</w:t>
        <w:br/>
        <w:t>vn 0.1515 0.5024 -0.8512</w:t>
        <w:br/>
        <w:t>vn 0.2002 0.5379 -0.8189</w:t>
        <w:br/>
        <w:t>vn 0.1362 0.5479 -0.8254</w:t>
        <w:br/>
        <w:t>vn 0.1054 0.4765 -0.8728</w:t>
        <w:br/>
        <w:t>vn 0.4900 0.5320 -0.6906</w:t>
        <w:br/>
        <w:t>vn 0.5146 0.5409 -0.6653</w:t>
        <w:br/>
        <w:t>vn 0.3765 0.5403 -0.7525</w:t>
        <w:br/>
        <w:t>vn 0.3486 0.5300 -0.7730</w:t>
        <w:br/>
        <w:t>vn 0.6245 0.5350 -0.5690</w:t>
        <w:br/>
        <w:t>vn 0.6564 0.5370 -0.5299</w:t>
        <w:br/>
        <w:t>vn 0.4314 0.4916 -0.7565</w:t>
        <w:br/>
        <w:t>vn 0.4553 0.4301 -0.7796</w:t>
        <w:br/>
        <w:t>vn 0.3030 0.4227 -0.8541</w:t>
        <w:br/>
        <w:t>vn 0.2841 0.4765 -0.8320</w:t>
        <w:br/>
        <w:t>vn 0.3156 0.3260 -0.8911</w:t>
        <w:br/>
        <w:t>vn 0.3203 0.3058 -0.8966</w:t>
        <w:br/>
        <w:t>vn 0.3910 0.3156 -0.8646</w:t>
        <w:br/>
        <w:t>vn 0.3630 0.3311 -0.8710</w:t>
        <w:br/>
        <w:t>vn 0.6323 0.5035 -0.5888</w:t>
        <w:br/>
        <w:t>vn 0.7142 0.5465 -0.4373</w:t>
        <w:br/>
        <w:t>vn 0.7724 0.5736 -0.2728</w:t>
        <w:br/>
        <w:t>vn 0.8090 0.5398 -0.2325</w:t>
        <w:br/>
        <w:t>vn 0.7706 0.5813 -0.2613</w:t>
        <w:br/>
        <w:t>vn 0.7956 0.5178 -0.3145</w:t>
        <w:br/>
        <w:t>vn 0.8775 0.4576 -0.1434</w:t>
        <w:br/>
        <w:t>vn 0.8214 0.4704 -0.3226</w:t>
        <w:br/>
        <w:t>vn 0.7839 0.5110 -0.3527</w:t>
        <w:br/>
        <w:t>vn 0.8478 0.5006 -0.1753</w:t>
        <w:br/>
        <w:t>vn 0.8593 0.4111 -0.3043</w:t>
        <w:br/>
        <w:t>vn 0.4930 0.3949 -0.7753</w:t>
        <w:br/>
        <w:t>vn 0.8272 0.4263 -0.3661</w:t>
        <w:br/>
        <w:t>vn 0.9030 0.4145 -0.1128</w:t>
        <w:br/>
        <w:t>vn -0.0477 0.2198 -0.9744</w:t>
        <w:br/>
        <w:t>vn -0.0072 0.2588 -0.9659</w:t>
        <w:br/>
        <w:t>vn -0.2176 0.1862 -0.9581</w:t>
        <w:br/>
        <w:t>vn -0.0076 0.2304 -0.9731</w:t>
        <w:br/>
        <w:t>vn 0.4363 0.4020 -0.8050</w:t>
        <w:br/>
        <w:t>vn 0.7009 0.6084 -0.3722</w:t>
        <w:br/>
        <w:t>vn 0.6319 0.4981 -0.5938</w:t>
        <w:br/>
        <w:t>vn 0.8176 0.4171 -0.3970</w:t>
        <w:br/>
        <w:t>vn 0.8714 0.3898 -0.2979</w:t>
        <w:br/>
        <w:t>vn 0.9039 0.3184 -0.2858</w:t>
        <w:br/>
        <w:t>vn 0.8597 0.3517 -0.3706</w:t>
        <w:br/>
        <w:t>vn 0.5750 0.5040 -0.6445</w:t>
        <w:br/>
        <w:t>vn 0.5521 0.5232 -0.6492</w:t>
        <w:br/>
        <w:t>vn 0.7082 0.5187 -0.4789</w:t>
        <w:br/>
        <w:t>vn 0.7560 0.4964 -0.4266</w:t>
        <w:br/>
        <w:t>vn 0.1122 0.4573 -0.8822</w:t>
        <w:br/>
        <w:t>vn 0.1142 0.5051 -0.8555</w:t>
        <w:br/>
        <w:t>vn 0.1737 0.5027 -0.8468</w:t>
        <w:br/>
        <w:t>vn 0.1900 0.4631 -0.8657</w:t>
        <w:br/>
        <w:t>vn 0.1123 0.5613 -0.8200</w:t>
        <w:br/>
        <w:t>vn 0.0000 0.5596 -0.8288</w:t>
        <w:br/>
        <w:t>vn 0.0000 0.5346 -0.8451</w:t>
        <w:br/>
        <w:t>vn 0.0916 0.5267 -0.8451</w:t>
        <w:br/>
        <w:t>vn 0.0000 0.2688 -0.9632</w:t>
        <w:br/>
        <w:t>vn 0.1185 0.2709 -0.9553</w:t>
        <w:br/>
        <w:t>vn 0.1205 0.2572 -0.9588</w:t>
        <w:br/>
        <w:t>vn 0.0000 0.2534 -0.9674</w:t>
        <w:br/>
        <w:t>vn 0.7897 0.4783 -0.3843</w:t>
        <w:br/>
        <w:t>vn 0.7770 0.4351 -0.4549</w:t>
        <w:br/>
        <w:t>vn 0.9244 0.3728 0.0811</w:t>
        <w:br/>
        <w:t>vn 0.9211 0.3851 0.0577</w:t>
        <w:br/>
        <w:t>vn 0.9261 0.3748 0.0418</w:t>
        <w:br/>
        <w:t>vn 0.9398 0.3113 0.1409</w:t>
        <w:br/>
        <w:t>vn 0.9320 0.3542 0.0768</w:t>
        <w:br/>
        <w:t>vn 0.9321 0.3547 0.0733</w:t>
        <w:br/>
        <w:t>vn 0.8639 0.3810 -0.3296</w:t>
        <w:br/>
        <w:t>vn 0.8620 0.3848 -0.3300</w:t>
        <w:br/>
        <w:t>vn 0.9236 0.3717 -0.0937</w:t>
        <w:br/>
        <w:t>vn 0.9181 0.3760 -0.1253</w:t>
        <w:br/>
        <w:t>vn 0.1719 0.1817 -0.9682</w:t>
        <w:br/>
        <w:t>vn 0.2966 0.2419 -0.9238</w:t>
        <w:br/>
        <w:t>vn 0.3186 0.2950 -0.9008</w:t>
        <w:br/>
        <w:t>vn 0.2929 0.2738 -0.9161</w:t>
        <w:br/>
        <w:t>vn 0.7882 0.4291 0.4411</w:t>
        <w:br/>
        <w:t>vn 0.8374 0.4780 0.2650</w:t>
        <w:br/>
        <w:t>vn 0.8550 0.4606 0.2382</w:t>
        <w:br/>
        <w:t>vn 0.8080 0.4177 0.4155</w:t>
        <w:br/>
        <w:t>vn 0.6988 0.3379 0.6305</w:t>
        <w:br/>
        <w:t>vn 0.6579 0.3069 0.6877</w:t>
        <w:br/>
        <w:t>vn 0.6463 0.2928 0.7046</w:t>
        <w:br/>
        <w:t>vn 0.6811 0.3392 0.6489</w:t>
        <w:br/>
        <w:t>vn 0.7733 0.4790 0.4155</w:t>
        <w:br/>
        <w:t>vn 0.6799 0.4012 0.6138</w:t>
        <w:br/>
        <w:t>vn 0.6923 0.3673 0.6212</w:t>
        <w:br/>
        <w:t>vn 0.7997 0.4349 0.4139</w:t>
        <w:br/>
        <w:t>vn 0.6628 0.3459 0.6641</w:t>
        <w:br/>
        <w:t>vn 0.6729 0.3824 0.6332</w:t>
        <w:br/>
        <w:t>vn 0.7847 0.6197 -0.0133</w:t>
        <w:br/>
        <w:t>vn 0.7441 0.5395 0.3941</w:t>
        <w:br/>
        <w:t>vn 0.8198 0.5272 0.2235</w:t>
        <w:br/>
        <w:t>vn 0.5073 0.4067 -0.7597</w:t>
        <w:br/>
        <w:t>vn 0.4076 0.3338 -0.8500</w:t>
        <w:br/>
        <w:t>vn -0.3482 0.1022 -0.9318</w:t>
        <w:br/>
        <w:t>vn -0.6057 0.0173 -0.7955</w:t>
        <w:br/>
        <w:t>vn -0.2546 0.1615 -0.9534</w:t>
        <w:br/>
        <w:t>vn -0.2433 0.1581 -0.9570</w:t>
        <w:br/>
        <w:t>vn -0.6041 0.0185 -0.7967</w:t>
        <w:br/>
        <w:t>vn -0.2824 0.1650 -0.9450</w:t>
        <w:br/>
        <w:t>vn 0.3654 0.3176 -0.8750</w:t>
        <w:br/>
        <w:t>vn 0.3595 0.2853 -0.8885</w:t>
        <w:br/>
        <w:t>vn 0.4181 0.2948 -0.8592</w:t>
        <w:br/>
        <w:t>vn 0.1147 0.2486 -0.9618</w:t>
        <w:br/>
        <w:t>vn 0.4081 0.2837 -0.8677</w:t>
        <w:br/>
        <w:t>vn 0.3390 0.2832 -0.8971</w:t>
        <w:br/>
        <w:t>vn 0.3650 0.2787 -0.8883</w:t>
        <w:br/>
        <w:t>vn 0.6871 0.3079 -0.6580</w:t>
        <w:br/>
        <w:t>vn 0.9037 0.2672 -0.3344</w:t>
        <w:br/>
        <w:t>vn 0.9346 0.2247 -0.2758</w:t>
        <w:br/>
        <w:t>vn 0.7102 0.2751 -0.6480</w:t>
        <w:br/>
        <w:t>vn 0.9213 0.2634 -0.2860</w:t>
        <w:br/>
        <w:t>vn 0.9241 0.2167 -0.3147</w:t>
        <w:br/>
        <w:t>vn 0.5106 0.2847 -0.8113</w:t>
        <w:br/>
        <w:t>vn 0.7267 0.2620 -0.6351</w:t>
        <w:br/>
        <w:t>vn 0.5360 0.2748 -0.7982</w:t>
        <w:br/>
        <w:t>vn 0.4879 0.3140 -0.8145</w:t>
        <w:br/>
        <w:t>vn 0.6397 0.3831 -0.6664</w:t>
        <w:br/>
        <w:t>vn 0.6618 0.3489 -0.6635</w:t>
        <w:br/>
        <w:t>vn 0.4771 0.3463 -0.8077</w:t>
        <w:br/>
        <w:t>vn 0.4728 0.3785 -0.7957</w:t>
        <w:br/>
        <w:t>vn 0.7290 0.6466 -0.2245</w:t>
        <w:br/>
        <w:t>vn 0.7254 0.6568 0.2060</w:t>
        <w:br/>
        <w:t>vn 0.7408 0.6698 -0.0502</w:t>
        <w:br/>
        <w:t>vn 0.7086 0.5988 0.3732</w:t>
        <w:br/>
        <w:t>vn 0.7005 0.5499 0.4549</w:t>
        <w:br/>
        <w:t>vn 0.7968 0.4563 0.3960</w:t>
        <w:br/>
        <w:t>vn 0.7480 0.4673 0.4713</w:t>
        <w:br/>
        <w:t>vn 0.6887 0.4346 0.5804</w:t>
        <w:br/>
        <w:t>vn 0.7093 0.4280 0.5602</w:t>
        <w:br/>
        <w:t>vn 0.6813 0.3739 0.6292</w:t>
        <w:br/>
        <w:t>vn 0.6794 0.4597 0.5719</w:t>
        <w:br/>
        <w:t>vn 0.6357 0.2611 0.7264</w:t>
        <w:br/>
        <w:t>vn 0.6377 0.2921 0.7128</w:t>
        <w:br/>
        <w:t>vn 0.6437 0.2731 0.7149</w:t>
        <w:br/>
        <w:t>vn 0.0725 0.4676 -0.8809</w:t>
        <w:br/>
        <w:t>vn 0.1307 0.4195 -0.8983</w:t>
        <w:br/>
        <w:t>vn 0.1383 0.4193 -0.8973</w:t>
        <w:br/>
        <w:t>vn 0.3523 0.4847 -0.8006</w:t>
        <w:br/>
        <w:t>vn 0.6147 0.5103 -0.6014</w:t>
        <w:br/>
        <w:t>vn 0.7525 0.5635 -0.3408</w:t>
        <w:br/>
        <w:t>vn 0.7014 0.5364 -0.4693</w:t>
        <w:br/>
        <w:t>vn 0.0000 0.4834 -0.8754</w:t>
        <w:br/>
        <w:t>vn 0.7612 0.3931 0.5159</w:t>
        <w:br/>
        <w:t>vn 0.7771 0.4874 -0.3982</w:t>
        <w:br/>
        <w:t>vn 0.7246 0.5182 -0.4544</w:t>
        <w:br/>
        <w:t>vn 0.4960 0.4423 -0.7473</w:t>
        <w:br/>
        <w:t>vn 0.4436 0.4052 -0.7994</w:t>
        <w:br/>
        <w:t>vn 0.1079 0.4118 -0.9048</w:t>
        <w:br/>
        <w:t>vn 0.1039 0.3595 -0.9273</w:t>
        <w:br/>
        <w:t>vn 0.0000 0.3543 -0.9351</w:t>
        <w:br/>
        <w:t>vn 0.0000 0.4039 -0.9148</w:t>
        <w:br/>
        <w:t>vn 0.9227 0.2780 -0.2672</w:t>
        <w:br/>
        <w:t>vn 0.8850 0.3083 -0.3488</w:t>
        <w:br/>
        <w:t>vn 0.1063 0.3258 -0.9395</w:t>
        <w:br/>
        <w:t>vn 0.0000 0.3259 -0.9454</w:t>
        <w:br/>
        <w:t>vn 0.5118 0.3630 -0.7787</w:t>
        <w:br/>
        <w:t>vn -0.0000 0.2949 -0.9555</w:t>
        <w:br/>
        <w:t>vn 0.1136 0.2960 -0.9484</w:t>
        <w:br/>
        <w:t>vn 0.0914 0.1674 -0.9816</w:t>
        <w:br/>
        <w:t>vn 0.3406 0.3162 -0.8855</w:t>
        <w:br/>
        <w:t>vn 0.3833 0.3594 -0.8509</w:t>
        <w:br/>
        <w:t>vn 0.0839 0.1687 -0.9821</w:t>
        <w:br/>
        <w:t>vn 0.5023 0.2937 -0.8133</w:t>
        <w:br/>
        <w:t>vn 0.9297 0.2223 -0.2936</w:t>
        <w:br/>
        <w:t>vn 0.9693 0.1914 -0.1544</w:t>
        <w:br/>
        <w:t>vn 0.6728 0.2123 -0.7087</w:t>
        <w:br/>
        <w:t>vn 0.8489 0.2919 -0.4407</w:t>
        <w:br/>
        <w:t>vn 0.8169 0.2277 -0.5299</w:t>
        <w:br/>
        <w:t>vn 0.5282 0.3619 -0.7682</w:t>
        <w:br/>
        <w:t>vn -0.0000 0.2332 -0.9724</w:t>
        <w:br/>
        <w:t>vn 0.1195 0.2407 -0.9632</w:t>
        <w:br/>
        <w:t>vn 0.1167 0.2232 -0.9678</w:t>
        <w:br/>
        <w:t>vn 0.0000 0.2159 -0.9764</w:t>
        <w:br/>
        <w:t>vn 0.5497 0.2991 -0.7800</w:t>
        <w:br/>
        <w:t>vn 0.4273 0.2767 -0.8607</w:t>
        <w:br/>
        <w:t>vn 0.8294 0.2985 -0.4722</w:t>
        <w:br/>
        <w:t>vn 0.8400 0.3005 -0.4518</w:t>
        <w:br/>
        <w:t>vn -0.0966 0.1947 -0.9761</w:t>
        <w:br/>
        <w:t>vn 0.0939 0.2392 -0.9664</w:t>
        <w:br/>
        <w:t>vn 0.0759 0.2308 -0.9700</w:t>
        <w:br/>
        <w:t>vn -0.1427 0.1759 -0.9740</w:t>
        <w:br/>
        <w:t>vn 0.4001 0.2777 -0.8734</w:t>
        <w:br/>
        <w:t>vn 0.4209 0.2752 -0.8644</w:t>
        <w:br/>
        <w:t>vn 0.5728 0.2655 -0.7755</w:t>
        <w:br/>
        <w:t>vn 0.5961 0.2558 -0.7611</w:t>
        <w:br/>
        <w:t>vn 0.7578 0.2323 -0.6097</w:t>
        <w:br/>
        <w:t>vn 0.7457 0.2465 -0.6190</w:t>
        <w:br/>
        <w:t>vn 0.9355 0.2112 -0.2832</w:t>
        <w:br/>
        <w:t>vn 0.9393 0.2013 -0.2777</w:t>
        <w:br/>
        <w:t>vn 0.9738 0.1853 -0.1320</w:t>
        <w:br/>
        <w:t>vn 0.9738 0.1882 -0.1278</w:t>
        <w:br/>
        <w:t>vn 0.9090 0.2158 -0.3566</w:t>
        <w:br/>
        <w:t>vn 0.8885 0.2182 -0.4038</w:t>
        <w:br/>
        <w:t>vn 0.8863 0.3102 0.3440</w:t>
        <w:br/>
        <w:t>vn 0.0320 0.0418 -0.9986</w:t>
        <w:br/>
        <w:t>vn -0.0860 0.0089 -0.9963</w:t>
        <w:br/>
        <w:t>vn -0.0950 -0.0110 -0.9954</w:t>
        <w:br/>
        <w:t>vn 0.9487 0.3070 0.0757</w:t>
        <w:br/>
        <w:t>vn 0.9405 0.2925 -0.1728</w:t>
        <w:br/>
        <w:t>vn 0.9347 0.2807 -0.2179</w:t>
        <w:br/>
        <w:t>vn -0.1105 0.0266 -0.9935</w:t>
        <w:br/>
        <w:t>vn -0.0834 0.0564 -0.9949</w:t>
        <w:br/>
        <w:t>vn 0.2573 0.5041 -0.8245</w:t>
        <w:br/>
        <w:t>vn 0.4148 0.5135 -0.7511</w:t>
        <w:br/>
        <w:t>vn 0.0000 0.5000 -0.8660</w:t>
        <w:br/>
        <w:t>vn 0.8498 0.4748 0.2291</w:t>
        <w:br/>
        <w:t>vn -0.0337 0.2296 -0.9727</w:t>
        <w:br/>
        <w:t>vn 0.8061 0.4530 -0.3808</w:t>
        <w:br/>
        <w:t>vn 0.8234 0.4635 -0.3275</w:t>
        <w:br/>
        <w:t>vn -0.0000 0.4518 -0.8921</w:t>
        <w:br/>
        <w:t>vn 0.9070 0.4022 -0.1250</w:t>
        <w:br/>
        <w:t>vn 0.8440 0.4210 -0.3324</w:t>
        <w:br/>
        <w:t>vn 0.6116 0.4350 -0.6608</w:t>
        <w:br/>
        <w:t>vn 0.2343 0.4150 -0.8791</w:t>
        <w:br/>
        <w:t>vn 0.2732 0.1873 -0.9435</w:t>
        <w:br/>
        <w:t>vn 0.3679 0.3396 -0.8656</w:t>
        <w:br/>
        <w:t>vn 0.6617 0.3364 0.6701</w:t>
        <w:br/>
        <w:t>vn 0.8352 0.3920 -0.3857</w:t>
        <w:br/>
        <w:t>vn 0.9308 0.3644 0.0294</w:t>
        <w:br/>
        <w:t>vn 0.3160 0.3608 -0.8775</w:t>
        <w:br/>
        <w:t>vn 0.3269 0.3631 -0.8725</w:t>
        <w:br/>
        <w:t>vn 0.3036 0.3740 -0.8763</w:t>
        <w:br/>
        <w:t>vn 0.6536 0.2994 0.6951</w:t>
        <w:br/>
        <w:t>vn 0.0458 0.0843 -0.9954</w:t>
        <w:br/>
        <w:t>vn 0.8564 0.3211 -0.4044</w:t>
        <w:br/>
        <w:t>vn 0.3382 0.3405 -0.8773</w:t>
        <w:br/>
        <w:t>vn 0.7638 0.4378 0.4744</w:t>
        <w:br/>
        <w:t>vn 0.8166 0.4862 0.3111</w:t>
        <w:br/>
        <w:t>vn 0.8733 0.2869 -0.3936</w:t>
        <w:br/>
        <w:t>vn 0.7592 0.4263 0.4918</w:t>
        <w:br/>
        <w:t>vn 0.8762 0.1595 0.4548</w:t>
        <w:br/>
        <w:t>vn 0.8688 0.3795 -0.3182</w:t>
        <w:br/>
        <w:t>vn 0.9320 0.3534 0.0799</w:t>
        <w:br/>
        <w:t>vn 0.9314 0.3536 0.0864</w:t>
        <w:br/>
        <w:t>vn 0.8539 0.3837 -0.3516</w:t>
        <w:br/>
        <w:t>vn -0.1710 -0.0219 -0.9850</w:t>
        <w:br/>
        <w:t>vn -0.6839 -0.0281 -0.7290</w:t>
        <w:br/>
        <w:t>vn -0.2280 0.1858 -0.9558</w:t>
        <w:br/>
        <w:t>vn 0.5173 0.3702 -0.7716</w:t>
        <w:br/>
        <w:t>vn 0.4509 0.1859 -0.8730</w:t>
        <w:br/>
        <w:t>vn -0.2238 0.0600 -0.9728</w:t>
        <w:br/>
        <w:t>vn -0.7441 -0.0836 -0.6628</w:t>
        <w:br/>
        <w:t>vn -0.5557 0.0364 -0.8306</w:t>
        <w:br/>
        <w:t>vn 0.1390 0.2887 -0.9473</w:t>
        <w:br/>
        <w:t>vn 0.6412 0.3789 -0.6673</w:t>
        <w:br/>
        <w:t>vn 0.4131 0.2005 -0.8884</w:t>
        <w:br/>
        <w:t>vn -0.3933 0.0332 -0.9188</w:t>
        <w:br/>
        <w:t>vn -0.7508 -0.0894 -0.6545</w:t>
        <w:br/>
        <w:t>vn -0.5352 0.0362 -0.8439</w:t>
        <w:br/>
        <w:t>vn 0.1260 0.2762 -0.9528</w:t>
        <w:br/>
        <w:t>vn 0.6424 0.3834 -0.6636</w:t>
        <w:br/>
        <w:t>vn 0.8863 0.3119 0.3424</w:t>
        <w:br/>
        <w:t>vn 0.9399 0.3388 0.0432</w:t>
        <w:br/>
        <w:t>vn 0.9873 0.0882 -0.1322</w:t>
        <w:br/>
        <w:t>vn -0.1138 -0.0171 -0.9934</w:t>
        <w:br/>
        <w:t>vn 0.0202 0.0345 -0.9992</w:t>
        <w:br/>
        <w:t>vn 0.8856 0.3130 0.3431</w:t>
        <w:br/>
        <w:t>vn 0.9422 0.3342 0.0257</w:t>
        <w:br/>
        <w:t>vn 0.0981 0.2167 -0.9713</w:t>
        <w:br/>
        <w:t>vn 0.0000 0.2134 -0.9770</w:t>
        <w:br/>
        <w:t>vn 0.3072 0.2250 -0.9247</w:t>
        <w:br/>
        <w:t>vn -0.3482 0.1023 -0.9318</w:t>
        <w:br/>
        <w:t>vn 0.0000 0.2131 -0.9770</w:t>
        <w:br/>
        <w:t>vn -0.6523 -0.2027 0.7303</w:t>
        <w:br/>
        <w:t>vn -0.7038 -0.1498 0.6944</w:t>
        <w:br/>
        <w:t>vn -0.7316 -0.0964 0.6749</w:t>
        <w:br/>
        <w:t>vn -0.7320 -0.0643 0.6783</w:t>
        <w:br/>
        <w:t>vn 0.0794 -0.9449 0.3176</w:t>
        <w:br/>
        <w:t>vn 0.0373 -0.9415 0.3349</w:t>
        <w:br/>
        <w:t>vn -0.5355 -0.1855 0.8239</w:t>
        <w:br/>
        <w:t>vn -0.4506 -0.1489 0.8802</w:t>
        <w:br/>
        <w:t>vn 0.9181 -0.3078 0.2496</w:t>
        <w:br/>
        <w:t>vn 0.8762 0.1595 0.4549</w:t>
        <w:br/>
        <w:t>vn 0.8369 -0.1676 0.5210</w:t>
        <w:br/>
        <w:t>vn 0.3639 -0.9199 -0.1461</w:t>
        <w:br/>
        <w:t>vn 0.3381 -0.9319 -0.1312</w:t>
        <w:br/>
        <w:t>vn 0.4725 -0.8747 -0.1079</w:t>
        <w:br/>
        <w:t>vn 0.4323 -0.8992 -0.0680</w:t>
        <w:br/>
        <w:t>vn 0.3826 -0.9238 0.0147</w:t>
        <w:br/>
        <w:t>vn 0.3826 -0.9238 0.0146</w:t>
        <w:br/>
        <w:t>vn 0.3188 -0.9450 0.0723</w:t>
        <w:br/>
        <w:t>vn 0.2209 -0.9752 0.0089</w:t>
        <w:br/>
        <w:t>vn 0.1745 -0.9825 -0.0657</w:t>
        <w:br/>
        <w:t>vn 0.2583 -0.9660 0.0034</w:t>
        <w:br/>
        <w:t>vn -0.7229 -0.1104 0.6821</w:t>
        <w:br/>
        <w:t>vn -0.7294 -0.1172 0.6740</w:t>
        <w:br/>
        <w:t>vn -0.7293 -0.1173 0.6740</w:t>
        <w:br/>
        <w:t>vn 0.1245 -0.9244 0.3606</w:t>
        <w:br/>
        <w:t>vn 0.2209 -0.7792 0.5866</w:t>
        <w:br/>
        <w:t>vn -0.0042 -0.5087 0.8610</w:t>
        <w:br/>
        <w:t>vn 0.3032 -0.6204 0.7233</w:t>
        <w:br/>
        <w:t>vn 0.4511 -0.8589 0.2426</w:t>
        <w:br/>
        <w:t>vn 0.2808 -0.8917 0.3550</w:t>
        <w:br/>
        <w:t>vn 0.4511 -0.8589 0.2425</w:t>
        <w:br/>
        <w:t>vn 0.8724 -0.4818 -0.0825</w:t>
        <w:br/>
        <w:t>vn 0.8724 -0.4817 -0.0825</w:t>
        <w:br/>
        <w:t>vn 0.4811 -0.8763 -0.0245</w:t>
        <w:br/>
        <w:t>vn 0.4811 -0.8763 -0.0244</w:t>
        <w:br/>
        <w:t>vn 0.6047 -0.7441 -0.2841</w:t>
        <w:br/>
        <w:t>vn 0.6047 -0.7440 -0.2841</w:t>
        <w:br/>
        <w:t>vn 0.6306 -0.5682 -0.5287</w:t>
        <w:br/>
        <w:t>vn 0.7518 -0.4919 -0.4392</w:t>
        <w:br/>
        <w:t>vn 0.7517 -0.4919 -0.4392</w:t>
        <w:br/>
        <w:t>vn 0.7988 -0.5985 -0.0609</w:t>
        <w:br/>
        <w:t>vn 0.6485 -0.7346 0.1996</w:t>
        <w:br/>
        <w:t>vn 0.8702 -0.4916 0.0316</w:t>
        <w:br/>
        <w:t>vn 0.8860 -0.4272 0.1804</w:t>
        <w:br/>
        <w:t>vn 0.9873 0.0883 -0.1322</w:t>
        <w:br/>
        <w:t>vn 0.8702 -0.4916 0.0317</w:t>
        <w:br/>
        <w:t>vn 0.1658 -0.8257 0.5392</w:t>
        <w:br/>
        <w:t>vn 0.3324 -0.6562 0.6774</w:t>
        <w:br/>
        <w:t>vn 0.5017 -0.4874 0.7147</w:t>
        <w:br/>
        <w:t>vn 0.2620 -0.2988 0.9177</w:t>
        <w:br/>
        <w:t>vn 0.3879 -0.9122 -0.1322</w:t>
        <w:br/>
        <w:t>vn -0.0000 -0.9810 -0.1939</w:t>
        <w:br/>
        <w:t>vn 0.6716 0.3583 0.6485</w:t>
        <w:br/>
        <w:t>vn -0.3810 -0.5537 -0.7404</w:t>
        <w:br/>
        <w:t>vn -0.5779 -0.2711 -0.7698</w:t>
        <w:br/>
        <w:t>vn -0.2505 -0.3531 -0.9014</w:t>
        <w:br/>
        <w:t>vn -0.1214 -0.6480 -0.7519</w:t>
        <w:br/>
        <w:t>vn 0.0000 -0.3818 -0.9242</w:t>
        <w:br/>
        <w:t>vn -0.0000 -0.6390 -0.7692</w:t>
        <w:br/>
        <w:t>vn -0.1336 -0.4018 -0.9060</w:t>
        <w:br/>
        <w:t>vn -0.3614 -0.6190 -0.6972</w:t>
        <w:br/>
        <w:t>vn -0.4012 -0.6408 -0.6545</w:t>
        <w:br/>
        <w:t>vn 0.0380 -0.2458 -0.9686</w:t>
        <w:br/>
        <w:t>vn -0.3382 -0.4790 -0.8100</w:t>
        <w:br/>
        <w:t>vn -0.3227 -0.4874 -0.8114</w:t>
        <w:br/>
        <w:t>vn -0.5752 -0.6334 -0.5176</w:t>
        <w:br/>
        <w:t>vn -0.2333 -0.4795 -0.8460</w:t>
        <w:br/>
        <w:t>vn -0.8018 -0.5364 -0.2635</w:t>
        <w:br/>
        <w:t>vn -0.8146 -0.5635 -0.1370</w:t>
        <w:br/>
        <w:t>vn -0.7643 -0.6023 -0.2301</w:t>
        <w:br/>
        <w:t>vn -0.6670 -0.5439 -0.5092</w:t>
        <w:br/>
        <w:t>vn -0.7040 -0.6336 -0.3208</w:t>
        <w:br/>
        <w:t>vn -0.2188 -0.4088 -0.8860</w:t>
        <w:br/>
        <w:t>vn -0.4933 -0.4967 -0.7141</w:t>
        <w:br/>
        <w:t>vn -0.2856 -0.4447 -0.8489</w:t>
        <w:br/>
        <w:t>vn -0.4060 -0.4698 -0.7839</w:t>
        <w:br/>
        <w:t>vn 0.2307 -0.1953 -0.9532</w:t>
        <w:br/>
        <w:t>vn 0.2316 -0.1618 -0.9593</w:t>
        <w:br/>
        <w:t>vn -0.2445 -0.3622 -0.8995</w:t>
        <w:br/>
        <w:t>vn -0.4207 -0.4275 -0.8001</w:t>
        <w:br/>
        <w:t>vn -0.2018 -0.4069 -0.8909</w:t>
        <w:br/>
        <w:t>vn -0.0522 -0.3719 -0.9268</w:t>
        <w:br/>
        <w:t>vn 0.2295 -0.2282 -0.9462</w:t>
        <w:br/>
        <w:t>vn -0.5784 -0.4821 -0.6581</w:t>
        <w:br/>
        <w:t>vn -0.8382 -0.5211 -0.1608</w:t>
        <w:br/>
        <w:t>vn -0.3319 -0.4200 -0.8447</w:t>
        <w:br/>
        <w:t>vn 0.2305 -0.0795 -0.9698</w:t>
        <w:br/>
        <w:t>vn 0.3439 0.0646 -0.9368</w:t>
        <w:br/>
        <w:t>vn 0.0058 -0.1976 -0.9803</w:t>
        <w:br/>
        <w:t>vn -0.1104 -0.3394 -0.9341</w:t>
        <w:br/>
        <w:t>vn -0.1268 -0.1608 -0.9788</w:t>
        <w:br/>
        <w:t>vn -0.7300 -0.3384 -0.5938</w:t>
        <w:br/>
        <w:t>vn -0.9566 -0.2738 0.0998</w:t>
        <w:br/>
        <w:t>vn -0.9464 -0.3216 -0.0318</w:t>
        <w:br/>
        <w:t>vn -0.9490 -0.3040 0.0833</w:t>
        <w:br/>
        <w:t>vn -0.5900 -0.4828 -0.6471</w:t>
        <w:br/>
        <w:t>vn -0.1920 -0.4859 -0.8527</w:t>
        <w:br/>
        <w:t>vn -0.1644 -0.4955 -0.8529</w:t>
        <w:br/>
        <w:t>vn 0.0057 -0.1976 -0.9803</w:t>
        <w:br/>
        <w:t>vn -0.2395 -0.5155 -0.8227</w:t>
        <w:br/>
        <w:t>vn -0.1365 -0.5049 -0.8524</w:t>
        <w:br/>
        <w:t>vn 0.7930 -0.1007 -0.6009</w:t>
        <w:br/>
        <w:t>vn 0.7929 -0.1007 -0.6009</w:t>
        <w:br/>
        <w:t>vn 0.6100 -0.0286 -0.7919</w:t>
        <w:br/>
        <w:t>vn 0.1496 -0.0728 -0.9861</w:t>
        <w:br/>
        <w:t>vn -0.5423 -0.2615 -0.7985</w:t>
        <w:br/>
        <w:t>vn -0.5465 -0.6895 -0.4754</w:t>
        <w:br/>
        <w:t>vn -0.7482 -0.5592 -0.3571</w:t>
        <w:br/>
        <w:t>vn -0.7303 -0.5946 -0.3364</w:t>
        <w:br/>
        <w:t>vn -0.4558 -0.7817 -0.4257</w:t>
        <w:br/>
        <w:t>vn -0.1787 -0.3811 -0.9071</w:t>
        <w:br/>
        <w:t>vn -0.8569 -0.4750 0.2001</w:t>
        <w:br/>
        <w:t>vn -0.4180 -0.5250 -0.7414</w:t>
        <w:br/>
        <w:t>vn -0.0000 -0.7806 -0.6251</w:t>
        <w:br/>
        <w:t>vn -0.0902 -0.7113 -0.6971</w:t>
        <w:br/>
        <w:t>vn -0.2101 -0.5149 -0.8311</w:t>
        <w:br/>
        <w:t>vn 0.3225 -0.3701 -0.8712</w:t>
        <w:br/>
        <w:t>vn -0.7703 -0.2346 -0.5930</w:t>
        <w:br/>
        <w:t>vn -0.6873 -0.1955 -0.6995</w:t>
        <w:br/>
        <w:t>vn -0.5406 -0.1799 -0.8218</w:t>
        <w:br/>
        <w:t>vn -0.3097 -0.2560 -0.9157</w:t>
        <w:br/>
        <w:t>vn 0.0000 -0.2979 -0.9546</w:t>
        <w:br/>
        <w:t>vn -0.6953 -0.3296 -0.6387</w:t>
        <w:br/>
        <w:t>vn 0.4698 -0.0639 -0.8805</w:t>
        <w:br/>
        <w:t>vn -0.7906 -0.5930 -0.1529</w:t>
        <w:br/>
        <w:t>vn -0.6196 -0.6439 -0.4489</w:t>
        <w:br/>
        <w:t>vn -0.3182 -0.8380 -0.4433</w:t>
        <w:br/>
        <w:t>vn -0.1819 -0.8960 -0.4051</w:t>
        <w:br/>
        <w:t>vn -0.4177 -0.7195 -0.5549</w:t>
        <w:br/>
        <w:t>vn -0.7666 -0.5790 -0.2776</w:t>
        <w:br/>
        <w:t>vn -0.6897 -0.6094 -0.3911</w:t>
        <w:br/>
        <w:t>vn -0.5455 -0.6066 -0.5784</w:t>
        <w:br/>
        <w:t>vn -0.8107 -0.5080 -0.2912</w:t>
        <w:br/>
        <w:t>vn 0.2505 -0.3531 -0.9014</w:t>
        <w:br/>
        <w:t>vn 0.5779 -0.2711 -0.7698</w:t>
        <w:br/>
        <w:t>vn 0.3810 -0.5537 -0.7404</w:t>
        <w:br/>
        <w:t>vn 0.1214 -0.6480 -0.7519</w:t>
        <w:br/>
        <w:t>vn 0.1335 -0.4018 -0.9060</w:t>
        <w:br/>
        <w:t>vn 0.4011 -0.6408 -0.6545</w:t>
        <w:br/>
        <w:t>vn 0.3614 -0.6191 -0.6973</w:t>
        <w:br/>
        <w:t>vn 0.3382 -0.4790 -0.8100</w:t>
        <w:br/>
        <w:t>vn -0.0380 -0.2459 -0.9685</w:t>
        <w:br/>
        <w:t>vn 0.5752 -0.6334 -0.5175</w:t>
        <w:br/>
        <w:t>vn 0.5752 -0.6334 -0.5176</w:t>
        <w:br/>
        <w:t>vn 0.3227 -0.4873 -0.8114</w:t>
        <w:br/>
        <w:t>vn 0.2334 -0.4793 -0.8460</w:t>
        <w:br/>
        <w:t>vn 0.7643 -0.6024 -0.2302</w:t>
        <w:br/>
        <w:t>vn 0.8146 -0.5636 -0.1370</w:t>
        <w:br/>
        <w:t>vn 0.8018 -0.5364 -0.2636</w:t>
        <w:br/>
        <w:t>vn 0.6670 -0.5439 -0.5092</w:t>
        <w:br/>
        <w:t>vn 0.7040 -0.6337 -0.3207</w:t>
        <w:br/>
        <w:t>vn 0.2189 -0.4086 -0.8861</w:t>
        <w:br/>
        <w:t>vn 0.2856 -0.4446 -0.8490</w:t>
        <w:br/>
        <w:t>vn 0.4934 -0.4966 -0.7142</w:t>
        <w:br/>
        <w:t>vn 0.4060 -0.4697 -0.7839</w:t>
        <w:br/>
        <w:t>vn -0.2307 -0.1953 -0.9532</w:t>
        <w:br/>
        <w:t>vn 0.4207 -0.4275 -0.8001</w:t>
        <w:br/>
        <w:t>vn 0.2445 -0.3622 -0.8995</w:t>
        <w:br/>
        <w:t>vn -0.2316 -0.1618 -0.9593</w:t>
        <w:br/>
        <w:t>vn 0.2019 -0.4069 -0.8909</w:t>
        <w:br/>
        <w:t>vn 0.0522 -0.3719 -0.9268</w:t>
        <w:br/>
        <w:t>vn -0.2295 -0.2282 -0.9462</w:t>
        <w:br/>
        <w:t>vn 0.3319 -0.4200 -0.8447</w:t>
        <w:br/>
        <w:t>vn 0.8382 -0.5211 -0.1608</w:t>
        <w:br/>
        <w:t>vn 0.5784 -0.4821 -0.6581</w:t>
        <w:br/>
        <w:t>vn -0.2305 -0.0795 -0.9698</w:t>
        <w:br/>
        <w:t>vn -0.0058 -0.1976 -0.9803</w:t>
        <w:br/>
        <w:t>vn -0.3439 0.0646 -0.9368</w:t>
        <w:br/>
        <w:t>vn 0.1104 -0.3394 -0.9341</w:t>
        <w:br/>
        <w:t>vn 0.1268 -0.1608 -0.9788</w:t>
        <w:br/>
        <w:t>vn 0.7300 -0.3384 -0.5938</w:t>
        <w:br/>
        <w:t>vn 0.9464 -0.3216 -0.0317</w:t>
        <w:br/>
        <w:t>vn 0.9566 -0.2738 0.0998</w:t>
        <w:br/>
        <w:t>vn 0.5900 -0.4828 -0.6471</w:t>
        <w:br/>
        <w:t>vn 0.9490 -0.3040 0.0833</w:t>
        <w:br/>
        <w:t>vn -0.0057 -0.1976 -0.9803</w:t>
        <w:br/>
        <w:t>vn 0.1644 -0.4955 -0.8529</w:t>
        <w:br/>
        <w:t>vn 0.1920 -0.4859 -0.8527</w:t>
        <w:br/>
        <w:t>vn 0.1365 -0.5049 -0.8524</w:t>
        <w:br/>
        <w:t>vn 0.2395 -0.5155 -0.8227</w:t>
        <w:br/>
        <w:t>vn -0.7929 -0.1007 -0.6009</w:t>
        <w:br/>
        <w:t>vn -0.6100 -0.0286 -0.7919</w:t>
        <w:br/>
        <w:t>vn -0.7930 -0.1007 -0.6009</w:t>
        <w:br/>
        <w:t>vn 0.5423 -0.2615 -0.7985</w:t>
        <w:br/>
        <w:t>vn -0.1496 -0.0728 -0.9861</w:t>
        <w:br/>
        <w:t>vn 0.5465 -0.6895 -0.4754</w:t>
        <w:br/>
        <w:t>vn 0.4558 -0.7816 -0.4258</w:t>
        <w:br/>
        <w:t>vn 0.7303 -0.5946 -0.3364</w:t>
        <w:br/>
        <w:t>vn 0.7482 -0.5592 -0.3571</w:t>
        <w:br/>
        <w:t>vn -0.1260 -0.6614 -0.7393</w:t>
        <w:br/>
        <w:t>vn 0.8569 -0.4750 0.2001</w:t>
        <w:br/>
        <w:t>vn 0.4180 -0.5250 -0.7414</w:t>
        <w:br/>
        <w:t>vn 0.0902 -0.7113 -0.6971</w:t>
        <w:br/>
        <w:t>vn 0.2101 -0.5149 -0.8311</w:t>
        <w:br/>
        <w:t>vn -0.3225 -0.3701 -0.8712</w:t>
        <w:br/>
        <w:t>vn 0.6873 -0.1955 -0.6995</w:t>
        <w:br/>
        <w:t>vn 0.7703 -0.2346 -0.5930</w:t>
        <w:br/>
        <w:t>vn 0.5406 -0.1799 -0.8218</w:t>
        <w:br/>
        <w:t>vn 0.3097 -0.2560 -0.9157</w:t>
        <w:br/>
        <w:t>vn 0.6953 -0.3296 -0.6387</w:t>
        <w:br/>
        <w:t>vn -0.4698 -0.0639 -0.8805</w:t>
        <w:br/>
        <w:t>vn 0.7905 -0.5930 -0.1530</w:t>
        <w:br/>
        <w:t>vn 0.6196 -0.6439 -0.4489</w:t>
        <w:br/>
        <w:t>vn 0.3182 -0.8380 -0.4433</w:t>
        <w:br/>
        <w:t>vn 0.1819 -0.8959 -0.4052</w:t>
        <w:br/>
        <w:t>vn 0.4178 -0.7195 -0.5548</w:t>
        <w:br/>
        <w:t>vn 0.6896 -0.6095 -0.3911</w:t>
        <w:br/>
        <w:t>vn 0.7666 -0.5790 -0.2776</w:t>
        <w:br/>
        <w:t>vn 0.5455 -0.6066 -0.5784</w:t>
        <w:br/>
        <w:t>vn 0.8107 -0.5080 -0.2911</w:t>
        <w:br/>
        <w:t>vn 0.4513 0.3060 0.8383</w:t>
        <w:br/>
        <w:t>vn 0.1214 0.3772 0.9181</w:t>
        <w:br/>
        <w:t>vn 0.2509 0.3527 0.9015</w:t>
        <w:br/>
        <w:t>vn 0.5873 0.2737 0.7617</w:t>
        <w:br/>
        <w:t>vn 0.0000 0.3811 0.9245</w:t>
        <w:br/>
        <w:t>vn -0.0000 0.4237 0.9058</w:t>
        <w:br/>
        <w:t>vn 0.0100 0.1591 0.9872</w:t>
        <w:br/>
        <w:t>vn 0.1931 0.1595 0.9681</w:t>
        <w:br/>
        <w:t>vn 0.1632 0.1705 0.9717</w:t>
        <w:br/>
        <w:t>vn 0.0056 0.1850 0.9827</w:t>
        <w:br/>
        <w:t>vn 0.1099 0.1808 0.9774</w:t>
        <w:br/>
        <w:t>vn 0.4096 0.1568 0.8987</w:t>
        <w:br/>
        <w:t>vn 0.3573 0.1486 0.9221</w:t>
        <w:br/>
        <w:t>vn 0.3375 0.1524 0.9289</w:t>
        <w:br/>
        <w:t>vn 0.7568 0.4381 0.4851</w:t>
        <w:br/>
        <w:t>vn 0.8179 0.4583 0.3478</w:t>
        <w:br/>
        <w:t>vn 0.8683 0.2790 0.4101</w:t>
        <w:br/>
        <w:t>vn 0.6349 0.3951 0.6639</w:t>
        <w:br/>
        <w:t>vn 0.5756 0.5258 0.6263</w:t>
        <w:br/>
        <w:t>vn 0.8401 0.3317 0.4291</w:t>
        <w:br/>
        <w:t>vn 0.7633 0.5307 0.3684</w:t>
        <w:br/>
        <w:t>vn 0.3798 0.4881 0.7859</w:t>
        <w:br/>
        <w:t>vn 0.5358 0.6104 0.5834</w:t>
        <w:br/>
        <w:t>vn 0.3913 0.3655 0.8446</w:t>
        <w:br/>
        <w:t>vn 0.1704 0.2919 0.9411</w:t>
        <w:br/>
        <w:t>vn 0.8653 0.4121 0.2852</w:t>
        <w:br/>
        <w:t>vn 0.8169 0.5297 0.2280</w:t>
        <w:br/>
        <w:t>vn 0.5321 0.3972 0.7477</w:t>
        <w:br/>
        <w:t>vn 0.2539 0.4460 0.8583</w:t>
        <w:br/>
        <w:t>vn 0.6314 0.5681 0.5278</w:t>
        <w:br/>
        <w:t>vn 0.8829 0.4528 0.1245</w:t>
        <w:br/>
        <w:t>vn 0.8564 0.4438 0.2640</w:t>
        <w:br/>
        <w:t>vn 0.7224 0.4462 0.5283</w:t>
        <w:br/>
        <w:t>vn 0.7606 0.5684 0.3137</w:t>
        <w:br/>
        <w:t>vn 0.2873 0.3894 0.8751</w:t>
        <w:br/>
        <w:t>vn 0.6062 0.3677 0.7052</w:t>
        <w:br/>
        <w:t>vn 0.5807 0.4297 0.6915</w:t>
        <w:br/>
        <w:t>vn 0.5029 0.3563 0.7875</w:t>
        <w:br/>
        <w:t>vn 0.4647 0.3938 0.7931</w:t>
        <w:br/>
        <w:t>vn 0.4719 0.2017 0.8583</w:t>
        <w:br/>
        <w:t>vn 0.3413 0.2177 0.9144</w:t>
        <w:br/>
        <w:t>vn -0.1545 0.0981 0.9831</w:t>
        <w:br/>
        <w:t>vn 0.0510 0.1287 0.9904</w:t>
        <w:br/>
        <w:t>vn 0.2429 0.3229 0.9147</w:t>
        <w:br/>
        <w:t>vn 0.2181 0.2765 0.9359</w:t>
        <w:br/>
        <w:t>vn 0.0245 0.2710 0.9623</w:t>
        <w:br/>
        <w:t>vn 0.0542 0.1731 0.9834</w:t>
        <w:br/>
        <w:t>vn -0.1149 0.2326 0.9658</w:t>
        <w:br/>
        <w:t>vn 0.6540 0.2587 0.7109</w:t>
        <w:br/>
        <w:t>vn 0.5628 0.2495 0.7881</w:t>
        <w:br/>
        <w:t>vn 0.5280 0.2452 0.8130</w:t>
        <w:br/>
        <w:t>vn -0.1852 0.0724 0.9800</w:t>
        <w:br/>
        <w:t>vn 0.1060 0.1047 0.9888</w:t>
        <w:br/>
        <w:t>vn -0.3403 -0.0473 0.9391</w:t>
        <w:br/>
        <w:t>vn 0.2674 0.3026 0.9148</w:t>
        <w:br/>
        <w:t>vn 0.3603 0.2396 0.9015</w:t>
        <w:br/>
        <w:t>vn 0.0891 0.0679 0.9937</w:t>
        <w:br/>
        <w:t>vn 0.7396 0.2417 0.6281</w:t>
        <w:br/>
        <w:t>vn 0.6058 0.2596 0.7520</w:t>
        <w:br/>
        <w:t>vn 0.9546 0.2772 -0.1092</w:t>
        <w:br/>
        <w:t>vn 0.6058 0.2596 0.7521</w:t>
        <w:br/>
        <w:t>vn 0.6869 0.3803 0.6193</w:t>
        <w:br/>
        <w:t>vn 0.9484 0.3070 -0.0788</w:t>
        <w:br/>
        <w:t>vn 0.3697 0.2459 0.8960</w:t>
        <w:br/>
        <w:t>vn 0.3315 0.3531 0.8749</w:t>
        <w:br/>
        <w:t>vn 0.2648 0.2806 0.9226</w:t>
        <w:br/>
        <w:t>vn 0.1287 0.3223 0.9378</w:t>
        <w:br/>
        <w:t>vn 0.2830 0.3582 0.8897</w:t>
        <w:br/>
        <w:t>vn 0.3048 0.2480 0.9196</w:t>
        <w:br/>
        <w:t>vn -0.6210 0.0462 0.7824</w:t>
        <w:br/>
        <w:t>vn -0.9279 -0.1201 0.3529</w:t>
        <w:br/>
        <w:t>vn -0.8079 -0.0516 0.5870</w:t>
        <w:br/>
        <w:t>vn -0.1628 0.0761 0.9837</w:t>
        <w:br/>
        <w:t>vn 0.3282 0.2049 0.9221</w:t>
        <w:br/>
        <w:t>vn -0.1527 0.0609 0.9864</w:t>
        <w:br/>
        <w:t>vn 0.2729 0.1802 0.9450</w:t>
        <w:br/>
        <w:t>vn 0.4783 0.2243 0.8491</w:t>
        <w:br/>
        <w:t>vn 0.3951 0.2230 0.8911</w:t>
        <w:br/>
        <w:t>vn 0.5666 0.2987 0.7679</w:t>
        <w:br/>
        <w:t>vn 0.6895 0.2788 0.6685</w:t>
        <w:br/>
        <w:t>vn 0.2211 0.1820 0.9581</w:t>
        <w:br/>
        <w:t>vn 0.6931 0.5817 0.4257</w:t>
        <w:br/>
        <w:t>vn 0.6523 0.5926 0.4726</w:t>
        <w:br/>
        <w:t>vn 0.7149 0.2833 0.6392</w:t>
        <w:br/>
        <w:t>vn 0.5879 0.6956 0.4130</w:t>
        <w:br/>
        <w:t>vn 0.5747 0.7118 0.4039</w:t>
        <w:br/>
        <w:t>vn 0.7300 0.5949 0.3365</w:t>
        <w:br/>
        <w:t>vn 0.7477 0.5599 0.3569</w:t>
        <w:br/>
        <w:t>vn 0.4203 0.3682 0.8293</w:t>
        <w:br/>
        <w:t>vn 0.5281 0.2452 0.8130</w:t>
        <w:br/>
        <w:t>vn 0.4307 0.1649 0.8873</w:t>
        <w:br/>
        <w:t>vn 0.4751 0.1569 0.8658</w:t>
        <w:br/>
        <w:t>vn 0.9263 0.2585 -0.2740</w:t>
        <w:br/>
        <w:t>vn -0.0000 -0.6864 0.7273</w:t>
        <w:br/>
        <w:t>vn 0.1695 0.0815 0.9822</w:t>
        <w:br/>
        <w:t>vn -0.0000 -0.2741 0.9617</w:t>
        <w:br/>
        <w:t>vn 0.3235 0.1716 0.9305</w:t>
        <w:br/>
        <w:t>vn 0.0000 0.3782 0.9257</w:t>
        <w:br/>
        <w:t>vn 0.1294 0.1707 0.9768</w:t>
        <w:br/>
        <w:t>vn 0.1294 0.1708 0.9768</w:t>
        <w:br/>
        <w:t>vn 0.7042 0.1981 0.6818</w:t>
        <w:br/>
        <w:t>vn 0.7968 0.2388 0.5551</w:t>
        <w:br/>
        <w:t>vn 0.3091 0.2558 0.9160</w:t>
        <w:br/>
        <w:t>vn 0.5408 0.1801 0.8217</w:t>
        <w:br/>
        <w:t>vn 0.0000 0.2969 0.9549</w:t>
        <w:br/>
        <w:t>vn 0.0000 0.1818 0.9833</w:t>
        <w:br/>
        <w:t>vn -0.3862 0.1276 0.9135</w:t>
        <w:br/>
        <w:t>vn 0.8802 0.2281 -0.4162</w:t>
        <w:br/>
        <w:t>vn 0.3436 0.1328 0.9297</w:t>
        <w:br/>
        <w:t>vn -0.3336 0.1001 0.9374</w:t>
        <w:br/>
        <w:t>vn 0.6199 0.6434 0.4493</w:t>
        <w:br/>
        <w:t>vn 0.5634 0.6994 0.4398</w:t>
        <w:br/>
        <w:t>vn 0.6522 0.5925 0.4728</w:t>
        <w:br/>
        <w:t>vn 0.6898 0.6087 0.3919</w:t>
        <w:br/>
        <w:t>vn 0.7663 0.5792 0.2782</w:t>
        <w:br/>
        <w:t>vn 0.5460 0.6058 0.5787</w:t>
        <w:br/>
        <w:t>vn 0.8098 0.5091 0.2915</w:t>
        <w:br/>
        <w:t>vn 0.1534 0.2415 0.9582</w:t>
        <w:br/>
        <w:t>vn 0.0298 0.2333 0.9719</w:t>
        <w:br/>
        <w:t>vn 0.3375 0.1551 0.9284</w:t>
        <w:br/>
        <w:t>vn 0.3059 0.2322 0.9233</w:t>
        <w:br/>
        <w:t>vn 0.5441 0.2064 0.8132</w:t>
        <w:br/>
        <w:t>vn 0.4714 0.1743 0.8645</w:t>
        <w:br/>
        <w:t>vn 0.5409 0.2466 0.8041</w:t>
        <w:br/>
        <w:t>vn 0.5920 0.2719 0.7586</w:t>
        <w:br/>
        <w:t>vn 0.6933 0.3170 0.6472</w:t>
        <w:br/>
        <w:t>vn 0.7342 0.2737 0.6213</w:t>
        <w:br/>
        <w:t>vn 0.8527 0.3099 0.4205</w:t>
        <w:br/>
        <w:t>vn 0.8801 0.2655 0.3935</w:t>
        <w:br/>
        <w:t>vn 0.9233 0.3186 0.2145</w:t>
        <w:br/>
        <w:t>vn 0.8903 0.3306 0.3132</w:t>
        <w:br/>
        <w:t>vn 0.9188 0.3727 0.1301</w:t>
        <w:br/>
        <w:t>vn 0.8891 0.3720 0.2666</w:t>
        <w:br/>
        <w:t>vn 0.0780 0.1254 0.9890</w:t>
        <w:br/>
        <w:t>vn -0.0578 0.0614 0.9964</w:t>
        <w:br/>
        <w:t>vn -0.0616 0.2061 0.9766</w:t>
        <w:br/>
        <w:t>vn 0.0708 0.2010 0.9770</w:t>
        <w:br/>
        <w:t>vn 0.3878 0.0971 0.9166</w:t>
        <w:br/>
        <w:t>vn 0.3862 0.1498 0.9102</w:t>
        <w:br/>
        <w:t>vn 0.6312 0.1090 0.7680</w:t>
        <w:br/>
        <w:t>vn 0.6912 0.1600 0.7047</w:t>
        <w:br/>
        <w:t>vn 0.8193 0.2366 0.5223</w:t>
        <w:br/>
        <w:t>vn 0.8599 0.2499 0.4452</w:t>
        <w:br/>
        <w:t>vn 0.8456 0.4180 0.3321</w:t>
        <w:br/>
        <w:t>vn 0.9339 0.3432 0.1006</w:t>
        <w:br/>
        <w:t>vn 0.8118 0.5531 0.1871</w:t>
        <w:br/>
        <w:t>vn 0.8879 0.4011 0.2251</w:t>
        <w:br/>
        <w:t>vn 0.9102 0.4033 0.0942</w:t>
        <w:br/>
        <w:t>vn 0.8726 0.4619 -0.1587</w:t>
        <w:br/>
        <w:t>vn 0.8741 0.3797 -0.3030</w:t>
        <w:br/>
        <w:t>vn 0.7786 0.3338 -0.5313</w:t>
        <w:br/>
        <w:t>vn 0.9231 0.3845 0.0087</w:t>
        <w:br/>
        <w:t>vn 0.9303 0.3598 0.0709</w:t>
        <w:br/>
        <w:t>vn 0.8892 0.3659 0.2746</w:t>
        <w:br/>
        <w:t>vn 0.8273 0.3518 0.4380</w:t>
        <w:br/>
        <w:t>vn 0.6244 0.3544 0.6961</w:t>
        <w:br/>
        <w:t>vn 0.6770 0.2624 0.6876</w:t>
        <w:br/>
        <w:t>vn 0.4775 0.2952 0.8276</w:t>
        <w:br/>
        <w:t>vn 0.2476 0.3370 0.9083</w:t>
        <w:br/>
        <w:t>vn 0.1777 0.3025 0.9364</w:t>
        <w:br/>
        <w:t>vn 0.0706 0.2518 0.9652</w:t>
        <w:br/>
        <w:t>vn 0.8848 0.4581 -0.0850</w:t>
        <w:br/>
        <w:t>vn 0.8861 0.4544 0.0912</w:t>
        <w:br/>
        <w:t>vn 0.8608 0.4204 0.2868</w:t>
        <w:br/>
        <w:t>vn 0.7888 0.3392 0.5127</w:t>
        <w:br/>
        <w:t>vn 0.6787 0.3367 0.6527</w:t>
        <w:br/>
        <w:t>vn 0.7299 0.3779 0.5696</w:t>
        <w:br/>
        <w:t>vn 0.4413 0.3900 0.8082</w:t>
        <w:br/>
        <w:t>vn 0.3032 0.3203 0.8975</w:t>
        <w:br/>
        <w:t>vn 0.2292 0.2629 0.9372</w:t>
        <w:br/>
        <w:t>vn 0.1281 0.2356 0.9634</w:t>
        <w:br/>
        <w:t>vn 0.8743 0.4809 -0.0663</w:t>
        <w:br/>
        <w:t>vn 0.8377 0.4775 -0.2651</w:t>
        <w:br/>
        <w:t>vn 0.8389 0.4609 0.2896</w:t>
        <w:br/>
        <w:t>vn 0.7529 0.4372 0.4919</w:t>
        <w:br/>
        <w:t>vn 0.8686 0.3480 0.3527</w:t>
        <w:br/>
        <w:t>vn 0.6271 0.3762 0.6821</w:t>
        <w:br/>
        <w:t>vn 0.4265 0.1112 0.8976</w:t>
        <w:br/>
        <w:t>vn 0.5444 0.2392 0.8040</w:t>
        <w:br/>
        <w:t>vn 0.2417 0.0984 0.9653</w:t>
        <w:br/>
        <w:t>vn 0.8468 0.3934 0.3581</w:t>
        <w:br/>
        <w:t>vn 0.7318 0.3958 0.5548</w:t>
        <w:br/>
        <w:t>vn 0.1662 0.1066 0.9803</w:t>
        <w:br/>
        <w:t>vn 0.0499 0.2244 0.9732</w:t>
        <w:br/>
        <w:t>vn 0.3603 0.2397 0.9015</w:t>
        <w:br/>
        <w:t>vn 0.1695 0.0815 0.9821</w:t>
        <w:br/>
        <w:t>vn -0.4513 0.3060 0.8383</w:t>
        <w:br/>
        <w:t>vn -0.5873 0.2737 0.7617</w:t>
        <w:br/>
        <w:t>vn -0.2509 0.3527 0.9015</w:t>
        <w:br/>
        <w:t>vn -0.1214 0.3772 0.9181</w:t>
        <w:br/>
        <w:t>vn -0.3945 0.1477 0.9069</w:t>
        <w:br/>
        <w:t>vn -0.3597 0.1391 0.9226</w:t>
        <w:br/>
        <w:t>vn -0.1866 0.1482 0.9712</w:t>
        <w:br/>
        <w:t>vn -0.1678 0.1621 0.9724</w:t>
        <w:br/>
        <w:t>vn -0.5594 0.2929 0.7754</w:t>
        <w:br/>
        <w:t>vn -0.5678 0.2273 0.7912</w:t>
        <w:br/>
        <w:t>vn -0.3909 0.2013 0.8981</w:t>
        <w:br/>
        <w:t>vn -0.4521 0.2530 0.8553</w:t>
        <w:br/>
        <w:t>vn -0.8785 0.3280 0.3473</w:t>
        <w:br/>
        <w:t>vn -0.8299 0.3364 0.4451</w:t>
        <w:br/>
        <w:t>vn -0.8603 0.3036 0.4094</w:t>
        <w:br/>
        <w:t>vn -0.8712 0.2722 0.4086</w:t>
        <w:br/>
        <w:t>vn -0.1053 0.1749 0.9789</w:t>
        <w:br/>
        <w:t>vn -0.4125 0.1458 0.8992</w:t>
        <w:br/>
        <w:t>vn -0.3377 0.1391 0.9309</w:t>
        <w:br/>
        <w:t>vn -0.5032 0.3318 0.7979</w:t>
        <w:br/>
        <w:t>vn -0.5877 0.2326 0.7749</w:t>
        <w:br/>
        <w:t>vn -0.6259 0.3399 0.7020</w:t>
        <w:br/>
        <w:t>vn -0.7545 0.4524 0.4755</w:t>
        <w:br/>
        <w:t>vn -0.8061 0.4785 0.3483</w:t>
        <w:br/>
        <w:t>vn -0.6288 0.3983 0.6678</w:t>
        <w:br/>
        <w:t>vn -0.5775 0.5236 0.6264</w:t>
        <w:br/>
        <w:t>vn -0.7657 0.5282 0.3671</w:t>
        <w:br/>
        <w:t>vn -0.3798 0.4881 0.7859</w:t>
        <w:br/>
        <w:t>vn -0.5358 0.6104 0.5834</w:t>
        <w:br/>
        <w:t>vn -0.6289 0.3982 0.6678</w:t>
        <w:br/>
        <w:t>vn -0.1704 0.2919 0.9411</w:t>
        <w:br/>
        <w:t>vn -0.3913 0.3655 0.8446</w:t>
        <w:br/>
        <w:t>vn -0.8537 0.4299 0.2941</w:t>
        <w:br/>
        <w:t>vn -0.8169 0.5297 0.2280</w:t>
        <w:br/>
        <w:t>vn -0.8060 0.4785 0.3483</w:t>
        <w:br/>
        <w:t>vn -0.6314 0.5681 0.5278</w:t>
        <w:br/>
        <w:t>vn -0.2539 0.4460 0.8583</w:t>
        <w:br/>
        <w:t>vn -0.5465 0.3917 0.7402</w:t>
        <w:br/>
        <w:t>vn -0.8563 0.4438 0.2640</w:t>
        <w:br/>
        <w:t>vn -0.8829 0.4528 0.1245</w:t>
        <w:br/>
        <w:t>vn -0.7224 0.4462 0.5283</w:t>
        <w:br/>
        <w:t>vn -0.7606 0.5684 0.3137</w:t>
        <w:br/>
        <w:t>vn -0.2873 0.3894 0.8751</w:t>
        <w:br/>
        <w:t>vn -0.5807 0.4297 0.6915</w:t>
        <w:br/>
        <w:t>vn -0.5031 0.3319 0.7979</w:t>
        <w:br/>
        <w:t>vn -0.4647 0.3938 0.7931</w:t>
        <w:br/>
        <w:t>vn -0.4719 0.2017 0.8583</w:t>
        <w:br/>
        <w:t>vn -0.0510 0.1287 0.9904</w:t>
        <w:br/>
        <w:t>vn 0.1545 0.0981 0.9831</w:t>
        <w:br/>
        <w:t>vn -0.3413 0.2177 0.9144</w:t>
        <w:br/>
        <w:t>vn -0.2430 0.3229 0.9147</w:t>
        <w:br/>
        <w:t>vn -0.0245 0.2710 0.9623</w:t>
        <w:br/>
        <w:t>vn -0.2088 0.2699 0.9400</w:t>
        <w:br/>
        <w:t>vn 0.1149 0.2326 0.9658</w:t>
        <w:br/>
        <w:t>vn -0.0542 0.1731 0.9834</w:t>
        <w:br/>
        <w:t>vn -0.5628 0.2495 0.7881</w:t>
        <w:br/>
        <w:t>vn -0.6540 0.2587 0.7109</w:t>
        <w:br/>
        <w:t>vn -0.5280 0.2452 0.8130</w:t>
        <w:br/>
        <w:t>vn 0.1852 0.0724 0.9800</w:t>
        <w:br/>
        <w:t>vn 0.3403 -0.0473 0.9391</w:t>
        <w:br/>
        <w:t>vn -0.1060 0.1047 0.9888</w:t>
        <w:br/>
        <w:t>vn -0.3603 0.2396 0.9015</w:t>
        <w:br/>
        <w:t>vn -0.2674 0.3026 0.9148</w:t>
        <w:br/>
        <w:t>vn -0.0891 0.0679 0.9937</w:t>
        <w:br/>
        <w:t>vn -0.7396 0.2417 0.6281</w:t>
        <w:br/>
        <w:t>vn -0.6058 0.2596 0.7520</w:t>
        <w:br/>
        <w:t>vn -0.9546 0.2772 -0.1092</w:t>
        <w:br/>
        <w:t>vn -0.6058 0.2596 0.7521</w:t>
        <w:br/>
        <w:t>vn -0.9484 0.3070 -0.0788</w:t>
        <w:br/>
        <w:t>vn -0.6869 0.3803 0.6193</w:t>
        <w:br/>
        <w:t>vn -0.3697 0.2459 0.8960</w:t>
        <w:br/>
        <w:t>vn -0.3315 0.3531 0.8749</w:t>
        <w:br/>
        <w:t>vn -0.2830 0.3582 0.8897</w:t>
        <w:br/>
        <w:t>vn -0.1287 0.3223 0.9379</w:t>
        <w:br/>
        <w:t>vn -0.2648 0.2806 0.9226</w:t>
        <w:br/>
        <w:t>vn -0.3048 0.2480 0.9196</w:t>
        <w:br/>
        <w:t>vn 0.8079 -0.0516 0.5870</w:t>
        <w:br/>
        <w:t>vn 0.9279 -0.1201 0.3529</w:t>
        <w:br/>
        <w:t>vn 0.1628 0.0761 0.9837</w:t>
        <w:br/>
        <w:t>vn 0.1527 0.0609 0.9864</w:t>
        <w:br/>
        <w:t>vn -0.3282 0.2049 0.9221</w:t>
        <w:br/>
        <w:t>vn -0.2724 0.1704 0.9470</w:t>
        <w:br/>
        <w:t>vn -0.3430 0.1946 0.9190</w:t>
        <w:br/>
        <w:t>vn -0.3478 0.1269 0.9289</w:t>
        <w:br/>
        <w:t>vn -0.5464 0.3917 0.7402</w:t>
        <w:br/>
        <w:t>vn -0.7784 0.2529 0.5745</w:t>
        <w:br/>
        <w:t>vn -0.8537 0.4298 0.2941</w:t>
        <w:br/>
        <w:t>vn -0.2222 0.1722 0.9597</w:t>
        <w:br/>
        <w:t>vn -0.6931 0.5817 0.4257</w:t>
        <w:br/>
        <w:t>vn -0.7156 0.2839 0.6382</w:t>
        <w:br/>
        <w:t>vn -0.7300 0.5949 0.3365</w:t>
        <w:br/>
        <w:t>vn -0.5747 0.7118 0.4039</w:t>
        <w:br/>
        <w:t>vn -0.5878 0.6956 0.4130</w:t>
        <w:br/>
        <w:t>vn -0.7477 0.5599 0.3569</w:t>
        <w:br/>
        <w:t>vn -0.5281 0.2452 0.8130</w:t>
        <w:br/>
        <w:t>vn -0.4203 0.3682 0.8293</w:t>
        <w:br/>
        <w:t>vn -0.4397 0.1581 0.8841</w:t>
        <w:br/>
        <w:t>vn -0.4783 0.1458 0.8660</w:t>
        <w:br/>
        <w:t>vn -0.9263 0.2585 -0.2740</w:t>
        <w:br/>
        <w:t>vn -0.1695 0.0815 0.9822</w:t>
        <w:br/>
        <w:t>vn -0.3235 0.1715 0.9305</w:t>
        <w:br/>
        <w:t>vn -0.0892 0.1804 0.9795</w:t>
        <w:br/>
        <w:t>vn 0.3862 0.1276 0.9135</w:t>
        <w:br/>
        <w:t>vn -0.7968 0.2388 0.5551</w:t>
        <w:br/>
        <w:t>vn -0.7042 0.1981 0.6818</w:t>
        <w:br/>
        <w:t>vn -0.5408 0.1801 0.8217</w:t>
        <w:br/>
        <w:t>vn -0.3091 0.2558 0.9160</w:t>
        <w:br/>
        <w:t>vn -0.8802 0.2281 -0.4162</w:t>
        <w:br/>
        <w:t>vn 0.3336 0.1001 0.9374</w:t>
        <w:br/>
        <w:t>vn -0.6199 0.6434 0.4493</w:t>
        <w:br/>
        <w:t>vn -0.5634 0.6994 0.4398</w:t>
        <w:br/>
        <w:t>vn -0.7663 0.5792 0.2782</w:t>
        <w:br/>
        <w:t>vn -0.6898 0.6087 0.3919</w:t>
        <w:br/>
        <w:t>vn -0.5460 0.6058 0.5787</w:t>
        <w:br/>
        <w:t>vn -0.8098 0.5091 0.2915</w:t>
        <w:br/>
        <w:t>vn -0.1206 0.2498 0.9607</w:t>
        <w:br/>
        <w:t>vn -0.3672 0.1789 0.9128</w:t>
        <w:br/>
        <w:t>vn -0.5288 0.1878 0.8277</w:t>
        <w:br/>
        <w:t>vn -0.4625 0.2088 0.8616</w:t>
        <w:br/>
        <w:t>vn -0.5476 0.2770 0.7895</w:t>
        <w:br/>
        <w:t>vn -0.7091 0.3255 0.6255</w:t>
        <w:br/>
        <w:t>vn -0.8692 0.2917 0.3993</w:t>
        <w:br/>
        <w:t>vn -0.8088 0.2912 0.5109</w:t>
        <w:br/>
        <w:t>vn -0.9051 0.3371 0.2592</w:t>
        <w:br/>
        <w:t>vn -0.9208 0.3702 0.1224</w:t>
        <w:br/>
        <w:t>vn -0.8900 0.3720 0.2636</w:t>
        <w:br/>
        <w:t>vn -0.1358 0.0315 0.9902</w:t>
        <w:br/>
        <w:t>vn -0.1199 0.2283 0.9662</w:t>
        <w:br/>
        <w:t>vn -0.3613 0.0036 0.9324</w:t>
        <w:br/>
        <w:t>vn -0.3544 0.2481 0.9016</w:t>
        <w:br/>
        <w:t>vn -0.6397 0.0207 0.7683</w:t>
        <w:br/>
        <w:t>vn -0.5309 0.2053 0.8222</w:t>
        <w:br/>
        <w:t>vn -0.8172 0.2331 0.5271</w:t>
        <w:br/>
        <w:t>vn -0.8770 0.1072 0.4684</w:t>
        <w:br/>
        <w:t>vn -0.9728 0.1434 0.1819</w:t>
        <w:br/>
        <w:t>vn -0.9411 0.3077 0.1406</w:t>
        <w:br/>
        <w:t>vn -0.9532 0.2124 0.2150</w:t>
        <w:br/>
        <w:t>vn -0.8754 0.4687 -0.1183</w:t>
        <w:br/>
        <w:t>vn -0.8387 0.4929 0.2314</w:t>
        <w:br/>
        <w:t>vn -0.8755 0.4686 0.1181</w:t>
        <w:br/>
        <w:t>vn -0.5458 0.1790 -0.8186</w:t>
        <w:br/>
        <w:t>vn -0.6360 0.2708 -0.7226</w:t>
        <w:br/>
        <w:t>vn -0.9158 0.3672 0.1628</w:t>
        <w:br/>
        <w:t>vn -0.9223 0.3866 -0.0015</w:t>
        <w:br/>
        <w:t>vn -0.8804 0.3173 0.3526</w:t>
        <w:br/>
        <w:t>vn -0.6919 0.3375 0.6383</w:t>
        <w:br/>
        <w:t>vn -0.8094 0.3360 0.4817</w:t>
        <w:br/>
        <w:t>vn -0.6398 0.2590 0.7236</w:t>
        <w:br/>
        <w:t>vn -0.5963 0.1768 0.7831</w:t>
        <w:br/>
        <w:t>vn -0.2247 0.3315 0.9163</w:t>
        <w:br/>
        <w:t>vn -0.3954 0.2562 0.8820</w:t>
        <w:br/>
        <w:t>vn -0.2623 0.2629 0.9285</w:t>
        <w:br/>
        <w:t>vn -0.2317 0.2205 0.9475</w:t>
        <w:br/>
        <w:t>vn -0.9021 0.4299 0.0384</w:t>
        <w:br/>
        <w:t>vn -0.8877 0.4373 -0.1442</w:t>
        <w:br/>
        <w:t>vn -0.8522 0.3859 0.3534</w:t>
        <w:br/>
        <w:t>vn -0.7574 0.3513 0.5504</w:t>
        <w:br/>
        <w:t>vn -0.7324 0.2341 0.6394</w:t>
        <w:br/>
        <w:t>vn -0.3276 0.4674 0.8211</w:t>
        <w:br/>
        <w:t>vn -0.5996 0.2954 0.7438</w:t>
        <w:br/>
        <w:t>vn -0.5224 0.2810 0.8051</w:t>
        <w:br/>
        <w:t>vn -0.4270 0.2458 0.8702</w:t>
        <w:br/>
        <w:t>vn -0.2040 0.2044 0.9574</w:t>
        <w:br/>
        <w:t>vn -0.4817 0.0850 0.8722</w:t>
        <w:br/>
        <w:t>vn -0.8767 0.4613 -0.1365</w:t>
        <w:br/>
        <w:t>vn -0.8046 0.4113 -0.4284</w:t>
        <w:br/>
        <w:t>vn -0.8584 0.4467 0.2523</w:t>
        <w:br/>
        <w:t>vn -0.8372 0.3468 0.4228</w:t>
        <w:br/>
        <w:t>vn -0.4962 0.5137 0.6999</w:t>
        <w:br/>
        <w:t>vn -0.7302 0.4132 0.5441</w:t>
        <w:br/>
        <w:t>vn -0.6796 0.3209 0.6596</w:t>
        <w:br/>
        <w:t>vn -0.3619 0.3020 0.8819</w:t>
        <w:br/>
        <w:t>vn -0.5807 0.0942 0.8087</w:t>
        <w:br/>
        <w:t>vn -0.5630 0.0219 0.8262</w:t>
        <w:br/>
        <w:t>vn -0.0724 0.3642 0.9285</w:t>
        <w:br/>
        <w:t>vn -0.8170 0.4328 0.3811</w:t>
        <w:br/>
        <w:t>vn -0.7301 0.5516 0.4034</w:t>
        <w:br/>
        <w:t>vn -0.8904 0.1603 0.4261</w:t>
        <w:br/>
        <w:t>vn -0.7447 0.2894 0.6014</w:t>
        <w:br/>
        <w:t>vn -0.3397 0.4517 0.8250</w:t>
        <w:br/>
        <w:t>vn -0.6143 0.3430 0.7107</w:t>
        <w:br/>
        <w:t>vn -0.5632 0.2548 0.7861</w:t>
        <w:br/>
        <w:t>vn -0.3603 0.2397 0.9015</w:t>
        <w:br/>
        <w:t>vn -0.1695 0.0815 0.9821</w:t>
        <w:br/>
        <w:t>vn 0.2181 0.2764 0.9359</w:t>
        <w:br/>
        <w:t>vn -0.7097 0.0668 0.7014</w:t>
        <w:br/>
        <w:t>vn -0.4231 0.4087 0.8086</w:t>
        <w:br/>
        <w:t>vn 0.7827 0.6002 0.1649</w:t>
        <w:br/>
        <w:t>vn -0.5010 -0.8446 0.1890</w:t>
        <w:br/>
        <w:t>vn -0.4162 -0.8884 0.1939</w:t>
        <w:br/>
        <w:t>vn -0.4781 -0.8326 0.2796</w:t>
        <w:br/>
        <w:t>vn -0.5149 -0.8263 0.2281</w:t>
        <w:br/>
        <w:t>vn -0.4781 -0.8326 0.2797</w:t>
        <w:br/>
        <w:t>vn -0.4469 -0.8941 -0.0297</w:t>
        <w:br/>
        <w:t>vn -0.4652 -0.8698 -0.1646</w:t>
        <w:br/>
        <w:t>vn -0.4100 -0.8995 0.1510</w:t>
        <w:br/>
        <w:t>vn -0.4099 -0.8995 0.1510</w:t>
        <w:br/>
        <w:t>vn -0.5521 -0.8321 0.0524</w:t>
        <w:br/>
        <w:t>vn -0.5521 -0.8321 0.0523</w:t>
        <w:br/>
        <w:t>vn -0.7054 -0.7033 -0.0888</w:t>
        <w:br/>
        <w:t>vn -0.7054 -0.7033 -0.0889</w:t>
        <w:br/>
        <w:t>vn -0.6465 -0.7602 0.0649</w:t>
        <w:br/>
        <w:t>vn -0.5496 -0.8327 0.0684</w:t>
        <w:br/>
        <w:t>vn -0.5496 -0.8326 0.0684</w:t>
        <w:br/>
        <w:t>vn -0.1429 -0.9785 0.1488</w:t>
        <w:br/>
        <w:t>vn -0.1113 -0.9782 0.1755</w:t>
        <w:br/>
        <w:t>vn -0.1785 -0.9458 0.2714</w:t>
        <w:br/>
        <w:t>vn -0.3291 -0.9149 0.2338</w:t>
        <w:br/>
        <w:t>vn -0.1785 -0.9458 0.2715</w:t>
        <w:br/>
        <w:t>vn -0.1533 -0.9591 0.2381</w:t>
        <w:br/>
        <w:t>vn -0.3118 -0.9431 -0.1158</w:t>
        <w:br/>
        <w:t>vn -0.1462 -0.9679 0.2045</w:t>
        <w:br/>
        <w:t>vn -0.0278 -0.9992 0.0279</w:t>
        <w:br/>
        <w:t>vn -0.2386 -0.9654 0.1047</w:t>
        <w:br/>
        <w:t>vn -0.2386 -0.9655 0.1047</w:t>
        <w:br/>
        <w:t>vn -0.4818 -0.8763 -0.0010</w:t>
        <w:br/>
        <w:t>vn -0.4818 -0.8763 -0.0011</w:t>
        <w:br/>
        <w:t>vn 0.0640 -0.9923 0.1062</w:t>
        <w:br/>
        <w:t>vn 0.0640 -0.9923 0.1061</w:t>
        <w:br/>
        <w:t>vn -0.0835 -0.9803 0.1788</w:t>
        <w:br/>
        <w:t>vn -0.2563 -0.9663 -0.0227</w:t>
        <w:br/>
        <w:t>vn -0.2563 -0.9663 -0.0228</w:t>
        <w:br/>
        <w:t>vn -0.4965 -0.8525 -0.1636</w:t>
        <w:br/>
        <w:t>vn -0.3393 -0.9083 -0.2445</w:t>
        <w:br/>
        <w:t>vn -0.5132 -0.8555 0.0685</w:t>
        <w:br/>
        <w:t>vn -0.1093 -0.9582 0.2645</w:t>
        <w:br/>
        <w:t>vn -0.1093 -0.9582 0.2644</w:t>
        <w:br/>
        <w:t>vn -0.3601 -0.9075 0.2164</w:t>
        <w:br/>
        <w:t>vn -0.3091 -0.9402 0.1434</w:t>
        <w:br/>
        <w:t>vn -0.0230 -0.9985 0.0498</w:t>
        <w:br/>
        <w:t>vn -0.4513 -0.8921 0.0230</w:t>
        <w:br/>
        <w:t>vn -0.3046 0.1720 -0.9368</w:t>
        <w:br/>
        <w:t>vn -0.3821 0.1563 -0.9108</w:t>
        <w:br/>
        <w:t>vn -0.3822 0.1563 -0.9108</w:t>
        <w:br/>
        <w:t>vn -0.4968 -0.8166 -0.2939</w:t>
        <w:br/>
        <w:t>vn -0.5755 -0.8027 -0.1566</w:t>
        <w:br/>
        <w:t>vn -0.1260 -0.6614 -0.7394</w:t>
        <w:br/>
        <w:t>vn -0.4968 -0.8165 -0.2941</w:t>
        <w:br/>
        <w:t>vn 0.0839 -0.9895 0.1178</w:t>
        <w:br/>
        <w:t>vn -0.3443 -0.9379 -0.0416</w:t>
        <w:br/>
        <w:t>vn -0.1376 -0.9682 0.2087</w:t>
        <w:br/>
        <w:t>vn -0.2071 -0.9739 0.0925</w:t>
        <w:br/>
        <w:t>vn -0.1680 -0.9693 0.1796</w:t>
        <w:br/>
        <w:t>vn -0.5076 -0.8553 -0.1042</w:t>
        <w:br/>
        <w:t>vn -0.6245 -0.7691 0.1359</w:t>
        <w:br/>
        <w:t>vn -0.4061 0.1567 -0.9003</w:t>
        <w:br/>
        <w:t>vn -0.6123 -0.7129 -0.3419</w:t>
        <w:br/>
        <w:t>vn -0.6513 -0.7559 -0.0662</w:t>
        <w:br/>
        <w:t>vn -0.4571 -0.2245 -0.8606</w:t>
        <w:br/>
        <w:t>vn -0.4571 -0.2244 -0.8606</w:t>
        <w:br/>
        <w:t>vn -0.6869 -0.7266 0.0137</w:t>
        <w:br/>
        <w:t>vn -0.6869 -0.7267 0.0137</w:t>
        <w:br/>
        <w:t>vn -0.0132 -0.9768 0.2135</w:t>
        <w:br/>
        <w:t>vn 0.0306 -0.9789 0.2022</w:t>
        <w:br/>
        <w:t>vn 0.0522 -0.9805 0.1896</w:t>
        <w:br/>
        <w:t>vn 0.0699 -0.9855 0.1545</w:t>
        <w:br/>
        <w:t>vn 0.9598 -0.0550 0.2752</w:t>
        <w:br/>
        <w:t>vn 0.9540 -0.0485 0.2959</w:t>
        <w:br/>
        <w:t>vn 0.7388 -0.0626 0.6711</w:t>
        <w:br/>
        <w:t>vn 0.7473 -0.0567 0.6621</w:t>
        <w:br/>
        <w:t>vn -0.0961 -0.1561 0.9830</w:t>
        <w:br/>
        <w:t>vn 0.0960 -0.1637 0.9818</w:t>
        <w:br/>
        <w:t>vn 0.1422 -0.2071 0.9679</w:t>
        <w:br/>
        <w:t>vn -0.0050 -0.1733 0.9849</w:t>
        <w:br/>
        <w:t>vn 0.0907 -0.9855 0.1437</w:t>
        <w:br/>
        <w:t>vn 0.1054 -0.9857 0.1317</w:t>
        <w:br/>
        <w:t>vn 0.3415 -0.1192 0.9323</w:t>
        <w:br/>
        <w:t>vn 0.2423 -0.0666 0.9679</w:t>
        <w:br/>
        <w:t>vn 0.5007 -0.1793 0.8468</w:t>
        <w:br/>
        <w:t>vn 0.7036 -0.1533 0.6938</w:t>
        <w:br/>
        <w:t>vn 0.6899 -0.1593 0.7062</w:t>
        <w:br/>
        <w:t>vn 0.5320 -0.1820 0.8270</w:t>
        <w:br/>
        <w:t>vn 0.2421 -0.1532 0.9581</w:t>
        <w:br/>
        <w:t>vn -0.1964 -0.1521 0.9687</w:t>
        <w:br/>
        <w:t>vn -0.2402 -0.1684 0.9560</w:t>
        <w:br/>
        <w:t>vn -0.2568 -0.1538 0.9541</w:t>
        <w:br/>
        <w:t>vn 0.6462 -0.2331 0.7267</w:t>
        <w:br/>
        <w:t>vn 0.6580 -0.2226 0.7193</w:t>
        <w:br/>
        <w:t>vn 0.9052 -0.2183 0.3646</w:t>
        <w:br/>
        <w:t>vn 0.9079 -0.2134 0.3607</w:t>
        <w:br/>
        <w:t>vn 0.9776 -0.1783 0.1116</w:t>
        <w:br/>
        <w:t>vn 0.9775 -0.1937 0.0834</w:t>
        <w:br/>
        <w:t>vn 0.7556 -0.2328 0.6122</w:t>
        <w:br/>
        <w:t>vn 0.7346 -0.2330 0.6372</w:t>
        <w:br/>
        <w:t>vn 0.9393 -0.2098 0.2713</w:t>
        <w:br/>
        <w:t>vn 0.9387 -0.2270 0.2594</w:t>
        <w:br/>
        <w:t>vn 0.7197 -0.2510 0.6473</w:t>
        <w:br/>
        <w:t>vn 0.7507 -0.2644 0.6054</w:t>
        <w:br/>
        <w:t>vn 0.8186 -0.3477 0.4571</w:t>
        <w:br/>
        <w:t>vn 0.8360 -0.3590 0.4149</w:t>
        <w:br/>
        <w:t>vn 0.9231 -0.2630 0.2806</w:t>
        <w:br/>
        <w:t>vn 0.9316 -0.2333 0.2786</w:t>
        <w:br/>
        <w:t>vn 0.9355 -0.2319 0.2666</w:t>
        <w:br/>
        <w:t>vn 0.9284 -0.2621 0.2634</w:t>
        <w:br/>
        <w:t>vn 0.7791 -0.1709 0.6031</w:t>
        <w:br/>
        <w:t>vn 0.7831 -0.2026 0.5880</w:t>
        <w:br/>
        <w:t>vn 0.7556 -0.1865 0.6279</w:t>
        <w:br/>
        <w:t>vn 0.7743 -0.1666 0.6105</w:t>
        <w:br/>
        <w:t>vn -0.0000 -0.2555 0.9668</w:t>
        <w:br/>
        <w:t>vn 0.3261 -0.2518 0.9112</w:t>
        <w:br/>
        <w:t>vn 0.0491 -0.2558 0.9655</w:t>
        <w:br/>
        <w:t>vn 0.5368 -0.2458 0.8071</w:t>
        <w:br/>
        <w:t>vn 0.9332 -0.3373 0.1237</w:t>
        <w:br/>
        <w:t>vn 0.9376 -0.3333 0.0994</w:t>
        <w:br/>
        <w:t>vn 0.7849 -0.4297 -0.4464</w:t>
        <w:br/>
        <w:t>vn 0.7767 -0.4591 -0.4313</w:t>
        <w:br/>
        <w:t>vn 0.5644 -0.3081 -0.7659</w:t>
        <w:br/>
        <w:t>vn 0.5085 -0.2899 -0.8108</w:t>
        <w:br/>
        <w:t>vn 0.9066 -0.4216 0.0155</w:t>
        <w:br/>
        <w:t>vn 0.8918 -0.4524 0.0075</w:t>
        <w:br/>
        <w:t>vn 0.7677 -0.2454 -0.5919</w:t>
        <w:br/>
        <w:t>vn 0.7362 -0.2364 -0.6341</w:t>
        <w:br/>
        <w:t>vn 0.8416 -0.3200 -0.4350</w:t>
        <w:br/>
        <w:t>vn 0.8411 -0.3239 -0.4332</w:t>
        <w:br/>
        <w:t>vn 0.9431 -0.2259 -0.2438</w:t>
        <w:br/>
        <w:t>vn 0.9434 -0.2290 -0.2400</w:t>
        <w:br/>
        <w:t>vn 0.8745 -0.2618 -0.4083</w:t>
        <w:br/>
        <w:t>vn 0.8679 -0.2526 -0.4278</w:t>
        <w:br/>
        <w:t>vn 0.6139 -0.2319 -0.7545</w:t>
        <w:br/>
        <w:t>vn 0.5821 -0.2196 -0.7829</w:t>
        <w:br/>
        <w:t>vn 0.8206 -0.3108 -0.4797</w:t>
        <w:br/>
        <w:t>vn 0.8226 -0.3107 -0.4763</w:t>
        <w:br/>
        <w:t>vn 0.8598 -0.3248 -0.3941</w:t>
        <w:br/>
        <w:t>vn 0.8602 -0.3247 -0.3933</w:t>
        <w:br/>
        <w:t>vn 0.6907 -0.3178 -0.6496</w:t>
        <w:br/>
        <w:t>vn 0.6827 -0.3157 -0.6590</w:t>
        <w:br/>
        <w:t>vn 0.0666 -0.9768 -0.2034</w:t>
        <w:br/>
        <w:t>vn 0.1271 -0.9839 -0.1254</w:t>
        <w:br/>
        <w:t>vn 0.2200 -0.1091 -0.9694</w:t>
        <w:br/>
        <w:t>vn 0.1850 -0.1059 -0.9770</w:t>
        <w:br/>
        <w:t>vn -0.0604 -0.0056 -0.9982</w:t>
        <w:br/>
        <w:t>vn -0.0859 -0.0047 -0.9963</w:t>
        <w:br/>
        <w:t>vn 0.0349 -0.9698 -0.2412</w:t>
        <w:br/>
        <w:t>vn 0.0461 -0.0718 -0.9964</w:t>
        <w:br/>
        <w:t>vn 0.0552 -0.1201 -0.9912</w:t>
        <w:br/>
        <w:t>vn 0.1078 -0.1141 -0.9876</w:t>
        <w:br/>
        <w:t>vn 0.4870 -0.1542 -0.8597</w:t>
        <w:br/>
        <w:t>vn -0.0878 0.0216 -0.9959</w:t>
        <w:br/>
        <w:t>vn -0.1034 0.0190 -0.9945</w:t>
        <w:br/>
        <w:t>vn 0.9566 -0.1331 0.2592</w:t>
        <w:br/>
        <w:t>vn 0.9548 -0.1271 0.2688</w:t>
        <w:br/>
        <w:t>vn 0.9903 -0.1387 0.0031</w:t>
        <w:br/>
        <w:t>vn 0.9895 -0.1417 0.0272</w:t>
        <w:br/>
        <w:t>vn 0.8144 -0.1432 -0.5623</w:t>
        <w:br/>
        <w:t>vn 0.7931 -0.1404 -0.5926</w:t>
        <w:br/>
        <w:t>vn 0.3236 -0.1437 -0.9352</w:t>
        <w:br/>
        <w:t>vn 0.2854 -0.1296 -0.9496</w:t>
        <w:br/>
        <w:t>vn -0.1090 -0.1358 -0.9847</w:t>
        <w:br/>
        <w:t>vn -0.1687 -0.1193 -0.9784</w:t>
        <w:br/>
        <w:t>vn 0.1027 -0.9772 -0.1857</w:t>
        <w:br/>
        <w:t>vn 0.1233 -0.9747 -0.1866</w:t>
        <w:br/>
        <w:t>vn 0.9714 -0.1972 -0.1325</w:t>
        <w:br/>
        <w:t>vn 0.9395 -0.1275 0.3179</w:t>
        <w:br/>
        <w:t>vn 0.9346 -0.1262 0.3327</w:t>
        <w:br/>
        <w:t>vn -0.2944 -0.1108 -0.9492</w:t>
        <w:br/>
        <w:t>vn -0.1050 -0.1193 -0.9873</w:t>
        <w:br/>
        <w:t>vn -0.1271 -0.1306 -0.9833</w:t>
        <w:br/>
        <w:t>vn 0.1495 -0.9878 0.0427</w:t>
        <w:br/>
        <w:t>vn 0.1201 -0.9878 0.0995</w:t>
        <w:br/>
        <w:t>vn -0.0363 -0.9702 -0.2397</w:t>
        <w:br/>
        <w:t>vn 0.1518 -0.9837 -0.0967</w:t>
        <w:br/>
        <w:t>vn 0.1492 -0.9849 -0.0874</w:t>
        <w:br/>
        <w:t>vn 0.1544 -0.9850 -0.0770</w:t>
        <w:br/>
        <w:t>vn 0.2298 -0.1477 0.9620</w:t>
        <w:br/>
        <w:t>vn -0.0413 -0.1743 0.9838</w:t>
        <w:br/>
        <w:t>vn -0.0762 -0.1667 0.9831</w:t>
        <w:br/>
        <w:t>vn 0.2451 -0.1446 0.9586</w:t>
        <w:br/>
        <w:t>vn 0.3506 -0.1635 0.9222</w:t>
        <w:br/>
        <w:t>vn 0.4380 -0.1801 0.8808</w:t>
        <w:br/>
        <w:t>vn 0.5240 -0.2088 0.8257</w:t>
        <w:br/>
        <w:t>vn 0.5417 -0.2007 0.8162</w:t>
        <w:br/>
        <w:t>vn 0.1545 -0.9871 0.0410</w:t>
        <w:br/>
        <w:t>vn 0.1523 -0.9883 0.0106</w:t>
        <w:br/>
        <w:t>vn 0.3232 -0.2426 -0.9147</w:t>
        <w:br/>
        <w:t>vn 0.3014 -0.2370 -0.9236</w:t>
        <w:br/>
        <w:t>vn 0.4531 -0.2021 -0.8683</w:t>
        <w:br/>
        <w:t>vn 0.4661 -0.2105 -0.8593</w:t>
        <w:br/>
        <w:t>vn 0.0000 -0.1752 0.9845</w:t>
        <w:br/>
        <w:t>vn 0.0356 -0.1570 0.9870</w:t>
        <w:br/>
        <w:t>vn -0.1125 -0.1450 0.9830</w:t>
        <w:br/>
        <w:t>vn 0.7243 -0.1083 0.6809</w:t>
        <w:br/>
        <w:t>vn 0.9347 -0.0854 0.3451</w:t>
        <w:br/>
        <w:t>vn 0.4409 -0.1485 0.8852</w:t>
        <w:br/>
        <w:t>vn 0.6917 -0.2226 0.6871</w:t>
        <w:br/>
        <w:t>vn 0.9392 -0.2108 0.2711</w:t>
        <w:br/>
        <w:t>vn 0.8998 -0.2485 0.3586</w:t>
        <w:br/>
        <w:t>vn 0.8950 -0.4049 0.1868</w:t>
        <w:br/>
        <w:t>vn 0.7744 -0.3860 -0.5014</w:t>
        <w:br/>
        <w:t>vn 0.8083 -0.2827 -0.5165</w:t>
        <w:br/>
        <w:t>vn 0.8845 -0.2812 -0.3723</w:t>
        <w:br/>
        <w:t>vn 0.6603 -0.2789 -0.6973</w:t>
        <w:br/>
        <w:t>vn 0.2676 -0.1722 -0.9480</w:t>
        <w:br/>
        <w:t>vn -0.0162 -0.0662 -0.9977</w:t>
        <w:br/>
        <w:t>vn -0.0518 -0.0331 -0.9981</w:t>
        <w:br/>
        <w:t>vn 0.9841 -0.1634 -0.0691</w:t>
        <w:br/>
        <w:t>vn 0.9486 -0.1250 0.2907</w:t>
        <w:br/>
        <w:t>vn 0.7259 -0.1756 -0.6650</w:t>
        <w:br/>
        <w:t>vn 0.2481 -0.1549 -0.9563</w:t>
        <w:br/>
        <w:t>vn -0.1588 -0.1238 -0.9795</w:t>
        <w:br/>
        <w:t>vn 0.3515 -0.2219 0.9095</w:t>
        <w:br/>
        <w:t>vn 0.7103 -0.1577 0.6860</w:t>
        <w:br/>
        <w:t>vn 0.2786 -0.1605 0.9469</w:t>
        <w:br/>
        <w:t>vn -0.1304 -0.9913 -0.0168</w:t>
        <w:br/>
        <w:t>vn -0.2070 -0.9762 -0.0653</w:t>
        <w:br/>
        <w:t>vn -0.4159 -0.9040 -0.0991</w:t>
        <w:br/>
        <w:t>vn -0.3271 -0.9438 0.0478</w:t>
        <w:br/>
        <w:t>vn -0.3575 -0.9338 -0.0167</w:t>
        <w:br/>
        <w:t>vn -0.4356 -0.8859 -0.1594</w:t>
        <w:br/>
        <w:t>vn -0.2536 -0.9519 -0.1720</w:t>
        <w:br/>
        <w:t>vn -0.2321 -0.9677 -0.0986</w:t>
        <w:br/>
        <w:t>vn -0.1383 -0.9636 -0.2289</w:t>
        <w:br/>
        <w:t>vn -0.1383 -0.9636 -0.2290</w:t>
        <w:br/>
        <w:t>vn -0.1404 -0.9565 -0.2559</w:t>
        <w:br/>
        <w:t>vn -0.2446 -0.9691 -0.0314</w:t>
        <w:br/>
        <w:t>vn -0.3978 -0.8943 0.2048</w:t>
        <w:br/>
        <w:t>vn -0.4435 -0.8633 0.2409</w:t>
        <w:br/>
        <w:t>vn -0.0596 -0.9708 -0.2323</w:t>
        <w:br/>
        <w:t>vn -0.1843 -0.9558 -0.2289</w:t>
        <w:br/>
        <w:t>vn -0.1415 -0.9640 -0.2251</w:t>
        <w:br/>
        <w:t>vn -0.4539 -0.8890 -0.0600</w:t>
        <w:br/>
        <w:t>vn -0.4416 -0.8968 0.0267</w:t>
        <w:br/>
        <w:t>vn -0.4417 -0.8968 0.0267</w:t>
        <w:br/>
        <w:t>vn -0.4539 -0.8890 -0.0601</w:t>
        <w:br/>
        <w:t>vn -0.4065 -0.8990 0.1627</w:t>
        <w:br/>
        <w:t>vn -0.3438 -0.9374 -0.0555</w:t>
        <w:br/>
        <w:t>vn -0.2574 -0.9653 -0.0445</w:t>
        <w:br/>
        <w:t>vn -0.2937 -0.9540 -0.0595</w:t>
        <w:br/>
        <w:t>vn -0.3844 -0.9216 -0.0540</w:t>
        <w:br/>
        <w:t>vn -0.3845 -0.9216 -0.0540</w:t>
        <w:br/>
        <w:t>vn -0.3920 -0.9200 -0.0040</w:t>
        <w:br/>
        <w:t>vn -0.3919 -0.9200 -0.0040</w:t>
        <w:br/>
        <w:t>vn -0.2905 -0.9566 -0.0246</w:t>
        <w:br/>
        <w:t>vn -0.2904 -0.9566 -0.0246</w:t>
        <w:br/>
        <w:t>vn -0.2471 -0.9321 -0.2650</w:t>
        <w:br/>
        <w:t>vn -0.2470 -0.9321 -0.2650</w:t>
        <w:br/>
        <w:t>vn -0.1993 -0.9574 -0.2091</w:t>
        <w:br/>
        <w:t>vn -0.0837 -0.9919 0.0959</w:t>
        <w:br/>
        <w:t>vn -0.0528 -0.9878 0.1468</w:t>
        <w:br/>
        <w:t>vn -0.0528 -0.9877 0.1468</w:t>
        <w:br/>
        <w:t>vn -0.1250 -0.9804 0.1524</w:t>
        <w:br/>
        <w:t>vn -0.1250 -0.9804 0.1523</w:t>
        <w:br/>
        <w:t>vn -0.1540 -0.9764 0.1515</w:t>
        <w:br/>
        <w:t>vn 0.5691 -0.4116 0.7118</w:t>
        <w:br/>
        <w:t>vn 0.4088 -0.3690 0.8347</w:t>
        <w:br/>
        <w:t>vn 0.2872 -0.2326 0.9292</w:t>
        <w:br/>
        <w:t>vn 0.4298 -0.2498 0.8677</w:t>
        <w:br/>
        <w:t>vn 0.1048 -0.3487 0.9314</w:t>
        <w:br/>
        <w:t>vn 0.0907 -0.4399 0.8935</w:t>
        <w:br/>
        <w:t>vn 0.0295 -0.1042 0.9941</w:t>
        <w:br/>
        <w:t>vn 0.1038 -0.1523 0.9829</w:t>
        <w:br/>
        <w:t>vn 0.2032 -0.2353 0.9505</w:t>
        <w:br/>
        <w:t>vn 0.1910 -0.2174 0.9572</w:t>
        <w:br/>
        <w:t>vn 0.8316 -0.4377 -0.3418</w:t>
        <w:br/>
        <w:t>vn 0.7875 -0.4012 -0.4677</w:t>
        <w:br/>
        <w:t>vn 0.7758 -0.4034 -0.4852</w:t>
        <w:br/>
        <w:t>vn 0.8242 -0.4454 -0.3498</w:t>
        <w:br/>
        <w:t>vn 0.6962 -0.3357 -0.6346</w:t>
        <w:br/>
        <w:t>vn 0.6575 -0.3056 -0.6887</w:t>
        <w:br/>
        <w:t>vn 0.6471 -0.2837 -0.7077</w:t>
        <w:br/>
        <w:t>vn 0.6808 -0.3278 -0.6551</w:t>
        <w:br/>
        <w:t>vn 0.7526 -0.4575 -0.4736</w:t>
        <w:br/>
        <w:t>vn 0.6753 -0.3958 -0.6223</w:t>
        <w:br/>
        <w:t>vn 0.6889 -0.3648 -0.6263</w:t>
        <w:br/>
        <w:t>vn 0.7771 -0.4159 -0.4723</w:t>
        <w:br/>
        <w:t>vn 0.6620 -0.3451 -0.6653</w:t>
        <w:br/>
        <w:t>vn 0.6719 -0.3805 -0.6354</w:t>
        <w:br/>
        <w:t>vn 0.7669 -0.6413 -0.0244</w:t>
        <w:br/>
        <w:t>vn 0.7189 -0.5416 -0.4357</w:t>
        <w:br/>
        <w:t>vn 0.7993 -0.5008 -0.3322</w:t>
        <w:br/>
        <w:t>vn 0.0754 -0.1588 0.9844</w:t>
        <w:br/>
        <w:t>vn 0.1368 -0.1613 0.9774</w:t>
        <w:br/>
        <w:t>vn 0.2465 -0.2560 0.9347</w:t>
        <w:br/>
        <w:t>vn 0.1674 -0.2192 0.9612</w:t>
        <w:br/>
        <w:t>vn 0.1382 -0.2686 0.9533</w:t>
        <w:br/>
        <w:t>vn 0.4431 -0.3338 0.8320</w:t>
        <w:br/>
        <w:t>vn 0.2921 -0.3755 0.8796</w:t>
        <w:br/>
        <w:t>vn 0.3873 -0.3995 0.8309</w:t>
        <w:br/>
        <w:t>vn 0.3845 -0.3402 0.8581</w:t>
        <w:br/>
        <w:t>vn 0.5712 -0.4918 0.6572</w:t>
        <w:br/>
        <w:t>vn 0.6580 -0.3802 0.6499</w:t>
        <w:br/>
        <w:t>vn 0.5235 -0.3824 0.7614</w:t>
        <w:br/>
        <w:t>vn 0.4919 -0.4847 0.7232</w:t>
        <w:br/>
        <w:t>vn 0.7192 -0.5031 0.4792</w:t>
        <w:br/>
        <w:t>vn 0.7555 -0.6501 0.0811</w:t>
        <w:br/>
        <w:t>vn 0.7383 -0.6157 -0.2754</w:t>
        <w:br/>
        <w:t>vn 0.6989 -0.5912 -0.4024</w:t>
        <w:br/>
        <w:t>vn 0.6996 -0.5481 -0.4585</w:t>
        <w:br/>
        <w:t>vn 0.8069 -0.4341 -0.4006</w:t>
        <w:br/>
        <w:t>vn 0.7477 -0.4710 -0.4680</w:t>
        <w:br/>
        <w:t>vn 0.6812 -0.3729 -0.6300</w:t>
        <w:br/>
        <w:t>vn 0.6832 -0.4479 -0.5767</w:t>
        <w:br/>
        <w:t>vn 0.7059 -0.4418 -0.5536</w:t>
        <w:br/>
        <w:t>vn 0.6685 -0.4712 -0.5754</w:t>
        <w:br/>
        <w:t>vn 0.6372 -0.2448 -0.7308</w:t>
        <w:br/>
        <w:t>vn 0.6395 -0.2756 -0.7177</w:t>
        <w:br/>
        <w:t>vn 0.6445 -0.2643 -0.7174</w:t>
        <w:br/>
        <w:t>vn 0.7614 -0.4001 -0.5101</w:t>
        <w:br/>
        <w:t>vn 0.4149 -0.3850 0.8244</w:t>
        <w:br/>
        <w:t>vn 0.3508 -0.3451 0.8706</w:t>
        <w:br/>
        <w:t>vn -0.0097 -0.1027 0.9947</w:t>
        <w:br/>
        <w:t>vn 0.2596 -0.2751 0.9257</w:t>
        <w:br/>
        <w:t>vn 0.0042 -0.5087 0.8609</w:t>
        <w:br/>
        <w:t>vn 0.0427 -0.1511 0.9876</w:t>
        <w:br/>
        <w:t>vn 0.4895 -0.3807 0.7845</w:t>
        <w:br/>
        <w:t>vn 0.8792 -0.3172 0.3555</w:t>
        <w:br/>
        <w:t>vn 0.9003 -0.3109 0.3047</w:t>
        <w:br/>
        <w:t>vn 0.9585 -0.2310 0.1674</w:t>
        <w:br/>
        <w:t>vn 0.6625 -0.2386 0.7100</w:t>
        <w:br/>
        <w:t>vn 0.1120 -0.2237 0.9682</w:t>
        <w:br/>
        <w:t>vn 0.1162 -0.2416 0.9634</w:t>
        <w:br/>
        <w:t>vn 0.5215 -0.3011 0.7984</w:t>
        <w:br/>
        <w:t>vn 0.3996 -0.2796 0.8730</w:t>
        <w:br/>
        <w:t>vn 0.4471 -0.2977 0.8435</w:t>
        <w:br/>
        <w:t>vn 0.4393 -0.3013 0.8463</w:t>
        <w:br/>
        <w:t>vn 0.1420 -0.2518 0.9573</w:t>
        <w:br/>
        <w:t>vn 0.1372 -0.2490 0.9587</w:t>
        <w:br/>
        <w:t>vn 0.4020 -0.2788 0.8722</w:t>
        <w:br/>
        <w:t>vn 0.4236 -0.2769 0.8625</w:t>
        <w:br/>
        <w:t>vn 0.5723 -0.2659 0.7757</w:t>
        <w:br/>
        <w:t>vn 0.5959 -0.2565 0.7610</w:t>
        <w:br/>
        <w:t>vn 0.7557 -0.2338 0.6118</w:t>
        <w:br/>
        <w:t>vn 0.7439 -0.2473 0.6208</w:t>
        <w:br/>
        <w:t>vn 0.9402 -0.2028 0.2738</w:t>
        <w:br/>
        <w:t>vn 0.9364 -0.2117 0.2798</w:t>
        <w:br/>
        <w:t>vn 0.9738 -0.1888 0.1270</w:t>
        <w:br/>
        <w:t>vn 0.9737 -0.1867 0.1308</w:t>
        <w:br/>
        <w:t>vn 0.8986 -0.2190 0.3801</w:t>
        <w:br/>
        <w:t>vn 0.8757 -0.2237 0.4279</w:t>
        <w:br/>
        <w:t>vn 0.0075 -0.1123 0.9936</w:t>
        <w:br/>
        <w:t>vn 0.0019 -0.1543 0.9880</w:t>
        <w:br/>
        <w:t>vn -0.1095 -0.0256 0.9937</w:t>
        <w:br/>
        <w:t>vn -0.1722 -0.0510 0.9837</w:t>
        <w:br/>
        <w:t>vn 0.8248 -0.4489 -0.3439</w:t>
        <w:br/>
        <w:t>vn 0.0021 -0.0663 0.9978</w:t>
        <w:br/>
        <w:t>vn 0.2573 -0.2768 0.9258</w:t>
        <w:br/>
        <w:t>vn 0.6614 -0.3361 -0.6705</w:t>
        <w:br/>
        <w:t>vn 0.6535 -0.2984 -0.6956</w:t>
        <w:br/>
        <w:t>vn -0.1336 0.0134 0.9909</w:t>
        <w:br/>
        <w:t>vn 0.7384 -0.4319 -0.5179</w:t>
        <w:br/>
        <w:t>vn 0.7861 -0.4752 -0.3953</w:t>
        <w:br/>
        <w:t>vn 0.7990 -0.4678 -0.3778</w:t>
        <w:br/>
        <w:t>vn 0.7505 -0.4231 -0.5076</w:t>
        <w:br/>
        <w:t>vn 0.6721 -0.3488 -0.6532</w:t>
        <w:br/>
        <w:t>vn 0.9302 -0.3560 -0.0892</w:t>
        <w:br/>
        <w:t>vn 0.8518 -0.3901 0.3495</w:t>
        <w:br/>
        <w:t>vn 0.7489 -0.5706 0.3371</w:t>
        <w:br/>
        <w:t>vn 0.8438 -0.5346 -0.0471</w:t>
        <w:br/>
        <w:t>vn -0.1811 0.0240 0.9832</w:t>
        <w:br/>
        <w:t>vn 0.5258 -0.5536 0.6458</w:t>
        <w:br/>
        <w:t>vn -0.2388 -0.2495 0.9385</w:t>
        <w:br/>
        <w:t>vn -0.6875 0.0361 0.7253</w:t>
        <w:br/>
        <w:t>vn -0.6279 -0.0455 0.7769</w:t>
        <w:br/>
        <w:t>vn 0.5257 -0.5536 0.6459</w:t>
        <w:br/>
        <w:t>vn 0.4594 -0.4948 0.7376</w:t>
        <w:br/>
        <w:t>vn 0.7878 -0.6100 -0.0857</w:t>
        <w:br/>
        <w:t>vn 0.4370 -0.1852 0.8802</w:t>
        <w:br/>
        <w:t>vn -0.2059 -0.0636 0.9765</w:t>
        <w:br/>
        <w:t>vn -0.7526 0.1026 0.6504</w:t>
        <w:br/>
        <w:t>vn -0.5714 -0.0240 0.8203</w:t>
        <w:br/>
        <w:t>vn 0.1507 -0.2992 0.9422</w:t>
        <w:br/>
        <w:t>vn 0.6407 -0.3891 0.6619</w:t>
        <w:br/>
        <w:t>vn 0.4019 -0.2101 0.8912</w:t>
        <w:br/>
        <w:t>vn -0.3630 -0.0520 0.9303</w:t>
        <w:br/>
        <w:t>vn -0.7648 0.0920 0.6377</w:t>
        <w:br/>
        <w:t>vn -0.5646 -0.0389 0.8244</w:t>
        <w:br/>
        <w:t>vn 0.1333 -0.2970 0.9455</w:t>
        <w:br/>
        <w:t>vn 0.6363 -0.4018 0.6586</w:t>
        <w:br/>
        <w:t>vn 0.8319 -0.4508 -0.3235</w:t>
        <w:br/>
        <w:t>vn 0.8794 -0.4748 0.0349</w:t>
        <w:br/>
        <w:t>vn 0.8311 -0.5174 0.2040</w:t>
        <w:br/>
        <w:t>vn 0.7966 -0.4433 0.4110</w:t>
        <w:br/>
        <w:t>vn -0.1178 -0.0020 0.9930</w:t>
        <w:br/>
        <w:t>vn -0.2619 -0.2988 0.9177</w:t>
        <w:br/>
        <w:t>vn 0.8850 -0.3192 -0.3389</w:t>
        <w:br/>
        <w:t>vn 0.9370 -0.3473 0.0386</w:t>
        <w:br/>
        <w:t>vn 0.0944 -0.2166 0.9717</w:t>
        <w:br/>
        <w:t>vn 0.2839 -0.2785 0.9175</w:t>
        <w:br/>
        <w:t>vn -0.1513 0.5029 -0.8510</w:t>
        <w:br/>
        <w:t>vn -0.1055 0.4769 -0.8726</w:t>
        <w:br/>
        <w:t>vn -0.1362 0.5483 -0.8251</w:t>
        <w:br/>
        <w:t>vn -0.2000 0.5386 -0.8185</w:t>
        <w:br/>
        <w:t>vn -0.4892 0.5335 -0.6900</w:t>
        <w:br/>
        <w:t>vn -0.3482 0.5309 -0.7726</w:t>
        <w:br/>
        <w:t>vn -0.3761 0.5415 -0.7519</w:t>
        <w:br/>
        <w:t>vn -0.5140 0.5424 -0.6646</w:t>
        <w:br/>
        <w:t>vn -0.6234 0.5370 -0.5683</w:t>
        <w:br/>
        <w:t>vn -0.6553 0.5389 -0.5293</w:t>
        <w:br/>
        <w:t>vn -0.4312 0.4921 -0.7562</w:t>
        <w:br/>
        <w:t>vn -0.2841 0.4769 -0.8318</w:t>
        <w:br/>
        <w:t>vn -0.3030 0.4228 -0.8541</w:t>
        <w:br/>
        <w:t>vn -0.4552 0.4303 -0.7795</w:t>
        <w:br/>
        <w:t>vn -0.3157 0.3260 -0.8911</w:t>
        <w:br/>
        <w:t>vn -0.3630 0.3311 -0.8710</w:t>
        <w:br/>
        <w:t>vn -0.3911 0.3156 -0.8646</w:t>
        <w:br/>
        <w:t>vn -0.3203 0.3058 -0.8966</w:t>
        <w:br/>
        <w:t>vn -0.6312 0.5053 -0.5884</w:t>
        <w:br/>
        <w:t>vn -0.8076 0.5421 -0.2323</w:t>
        <w:br/>
        <w:t>vn -0.7708 0.5760 -0.2724</w:t>
        <w:br/>
        <w:t>vn -0.7128 0.5486 -0.4369</w:t>
        <w:br/>
        <w:t>vn -0.7941 0.5202 -0.3142</w:t>
        <w:br/>
        <w:t>vn -0.7690 0.5835 -0.2610</w:t>
        <w:br/>
        <w:t>vn -0.7829 0.5128 -0.3523</w:t>
        <w:br/>
        <w:t>vn -0.8209 0.4715 -0.3223</w:t>
        <w:br/>
        <w:t>vn -0.8769 0.4587 -0.1434</w:t>
        <w:br/>
        <w:t>vn -0.8467 0.5025 -0.1752</w:t>
        <w:br/>
        <w:t>vn -0.8257 0.4264 -0.3693</w:t>
        <w:br/>
        <w:t>vn -0.4905 0.3946 -0.7770</w:t>
        <w:br/>
        <w:t>vn -0.8592 0.4107 -0.3052</w:t>
        <w:br/>
        <w:t>vn -0.9019 0.4157 -0.1168</w:t>
        <w:br/>
        <w:t>vn 0.2238 0.1839 -0.9571</w:t>
        <w:br/>
        <w:t>vn 0.0165 0.2559 -0.9666</w:t>
        <w:br/>
        <w:t>vn 0.0524 0.2170 -0.9748</w:t>
        <w:br/>
        <w:t>vn 0.0076 0.2304 -0.9731</w:t>
        <w:br/>
        <w:t>vn -0.4357 0.4030 -0.8048</w:t>
        <w:br/>
        <w:t>vn -0.6309 0.5001 -0.5932</w:t>
        <w:br/>
        <w:t>vn -0.6995 0.6103 -0.3718</w:t>
        <w:br/>
        <w:t>vn -0.8174 0.4175 -0.3969</w:t>
        <w:br/>
        <w:t>vn -0.8597 0.3517 -0.3706</w:t>
        <w:br/>
        <w:t>vn -0.9056 0.3184 -0.2801</w:t>
        <w:br/>
        <w:t>vn -0.8726 0.3890 -0.2953</w:t>
        <w:br/>
        <w:t>vn -0.7073 0.5204 -0.4784</w:t>
        <w:br/>
        <w:t>vn -0.5515 0.5245 -0.6487</w:t>
        <w:br/>
        <w:t>vn -0.5747 0.5048 -0.6441</w:t>
        <w:br/>
        <w:t>vn -0.7555 0.4974 -0.4263</w:t>
        <w:br/>
        <w:t>vn -0.1123 0.4574 -0.8821</w:t>
        <w:br/>
        <w:t>vn -0.1899 0.4634 -0.8655</w:t>
        <w:br/>
        <w:t>vn -0.1737 0.5031 -0.8466</w:t>
        <w:br/>
        <w:t>vn -0.1141 0.5054 -0.8553</w:t>
        <w:br/>
        <w:t>vn -0.1122 0.5616 -0.8197</w:t>
        <w:br/>
        <w:t>vn -0.0916 0.5270 -0.8449</w:t>
        <w:br/>
        <w:t>vn -0.1204 0.2573 -0.9588</w:t>
        <w:br/>
        <w:t>vn -0.1185 0.2708 -0.9553</w:t>
        <w:br/>
        <w:t>vn -0.7765 0.4361 -0.4548</w:t>
        <w:br/>
        <w:t>vn -0.7886 0.4801 -0.3842</w:t>
        <w:br/>
        <w:t>vn -0.9203 0.3873 0.0558</w:t>
        <w:br/>
        <w:t>vn -0.9237 0.3749 0.0792</w:t>
        <w:br/>
        <w:t>vn -0.9257 0.3764 0.0384</w:t>
        <w:br/>
        <w:t>vn -0.9320 0.3542 0.0768</w:t>
        <w:br/>
        <w:t>vn -0.9398 0.3113 0.1409</w:t>
        <w:br/>
        <w:t>vn -0.8620 0.3848 -0.3300</w:t>
        <w:br/>
        <w:t>vn -0.8639 0.3809 -0.3296</w:t>
        <w:br/>
        <w:t>vn -0.9321 0.3547 0.0734</w:t>
        <w:br/>
        <w:t>vn -0.3186 0.2951 -0.9008</w:t>
        <w:br/>
        <w:t>vn -0.2966 0.2421 -0.9238</w:t>
        <w:br/>
        <w:t>vn -0.1719 0.1817 -0.9682</w:t>
        <w:br/>
        <w:t>vn -0.2929 0.2738 -0.9161</w:t>
        <w:br/>
        <w:t>vn -0.8549 0.4610 0.2382</w:t>
        <w:br/>
        <w:t>vn -0.8374 0.4780 0.2650</w:t>
        <w:br/>
        <w:t>vn -0.7882 0.4292 0.4410</w:t>
        <w:br/>
        <w:t>vn -0.8079 0.4180 0.4155</w:t>
        <w:br/>
        <w:t>vn -0.0914 0.1674 -0.9816</w:t>
        <w:br/>
        <w:t>vn -0.3406 0.3162 -0.8855</w:t>
        <w:br/>
        <w:t>vn -0.6987 0.3381 0.6304</w:t>
        <w:br/>
        <w:t>vn -0.6811 0.3393 0.6489</w:t>
        <w:br/>
        <w:t>vn -0.6463 0.2928 0.7046</w:t>
        <w:br/>
        <w:t>vn -0.6580 0.3071 0.6876</w:t>
        <w:br/>
        <w:t>vn -0.6920 0.3682 0.6209</w:t>
        <w:br/>
        <w:t>vn -0.6794 0.4028 0.6134</w:t>
        <w:br/>
        <w:t>vn -0.7724 0.4806 0.4151</w:t>
        <w:br/>
        <w:t>vn -0.7992 0.4359 0.4138</w:t>
        <w:br/>
        <w:t>vn -0.6627 0.3468 0.6638</w:t>
        <w:br/>
        <w:t>vn -0.6725 0.3841 0.6327</w:t>
        <w:br/>
        <w:t>vn -0.7429 0.5416 0.3935</w:t>
        <w:br/>
        <w:t>vn -0.7831 0.6217 -0.0133</w:t>
        <w:br/>
        <w:t>vn -0.8188 0.5288 0.2234</w:t>
        <w:br/>
        <w:t>vn -0.5069 0.4080 -0.7594</w:t>
        <w:br/>
        <w:t>vn -0.4075 0.3344 -0.8498</w:t>
        <w:br/>
        <w:t>vn 0.2546 0.1615 -0.9534</w:t>
        <w:br/>
        <w:t>vn 0.6057 0.0173 -0.7955</w:t>
        <w:br/>
        <w:t>vn 0.3482 0.1022 -0.9318</w:t>
        <w:br/>
        <w:t>vn 0.2433 0.1581 -0.9570</w:t>
        <w:br/>
        <w:t>vn 0.2847 0.1648 -0.9443</w:t>
        <w:br/>
        <w:t>vn 0.6041 0.0185 -0.7967</w:t>
        <w:br/>
        <w:t>vn -0.3595 0.2853 -0.8885</w:t>
        <w:br/>
        <w:t>vn -0.3654 0.3176 -0.8750</w:t>
        <w:br/>
        <w:t>vn -0.4181 0.2948 -0.8593</w:t>
        <w:br/>
        <w:t>vn -0.1147 0.2487 -0.9618</w:t>
        <w:br/>
        <w:t>vn -0.4081 0.2837 -0.8677</w:t>
        <w:br/>
        <w:t>vn -0.3389 0.2830 -0.8973</w:t>
        <w:br/>
        <w:t>vn -0.3650 0.2787 -0.8883</w:t>
        <w:br/>
        <w:t>vn -0.9346 0.2247 -0.2758</w:t>
        <w:br/>
        <w:t>vn -0.9037 0.2672 -0.3344</w:t>
        <w:br/>
        <w:t>vn -0.6872 0.3079 -0.6580</w:t>
        <w:br/>
        <w:t>vn -0.7102 0.2751 -0.6480</w:t>
        <w:br/>
        <w:t>vn -0.9241 0.2167 -0.3147</w:t>
        <w:br/>
        <w:t>vn -0.9213 0.2634 -0.2860</w:t>
        <w:br/>
        <w:t>vn -0.7267 0.2620 -0.6351</w:t>
        <w:br/>
        <w:t>vn -0.5106 0.2847 -0.8113</w:t>
        <w:br/>
        <w:t>vn -0.5361 0.2748 -0.7982</w:t>
        <w:br/>
        <w:t>vn -0.4879 0.3142 -0.8144</w:t>
        <w:br/>
        <w:t>vn -0.4771 0.3463 -0.8077</w:t>
        <w:br/>
        <w:t>vn -0.6618 0.3489 -0.6635</w:t>
        <w:br/>
        <w:t>vn -0.6397 0.3831 -0.6664</w:t>
        <w:br/>
        <w:t>vn -0.4728 0.3785 -0.7957</w:t>
        <w:br/>
        <w:t>vn -0.7240 0.6585 0.2054</w:t>
        <w:br/>
        <w:t>vn -0.7276 0.6483 -0.2244</w:t>
        <w:br/>
        <w:t>vn -0.7392 0.6716 -0.0503</w:t>
        <w:br/>
        <w:t>vn -0.7073 0.6008 0.3725</w:t>
        <w:br/>
        <w:t>vn -0.6994 0.5520 0.4541</w:t>
        <w:br/>
        <w:t>vn -0.7471 0.4697 0.4704</w:t>
        <w:br/>
        <w:t>vn -0.7959 0.4588 0.3951</w:t>
        <w:br/>
        <w:t>vn -0.6880 0.4368 0.5796</w:t>
        <w:br/>
        <w:t>vn -0.6810 0.3757 0.6286</w:t>
        <w:br/>
        <w:t>vn -0.7086 0.4303 0.5592</w:t>
        <w:br/>
        <w:t>vn -0.6785 0.4618 0.5713</w:t>
        <w:br/>
        <w:t>vn -0.6376 0.2922 0.7127</w:t>
        <w:br/>
        <w:t>vn -0.6357 0.2612 0.7264</w:t>
        <w:br/>
        <w:t>vn -0.6437 0.2732 0.7149</w:t>
        <w:br/>
        <w:t>vn -0.1308 0.4199 -0.8981</w:t>
        <w:br/>
        <w:t>vn -0.0725 0.4679 -0.8808</w:t>
        <w:br/>
        <w:t>vn -0.1382 0.4198 -0.8970</w:t>
        <w:br/>
        <w:t>vn -0.3519 0.4858 -0.8001</w:t>
        <w:br/>
        <w:t>vn -0.6137 0.5123 -0.6008</w:t>
        <w:br/>
        <w:t>vn -0.7001 0.5386 -0.4688</w:t>
        <w:br/>
        <w:t>vn -0.7510 0.5657 -0.3405</w:t>
        <w:br/>
        <w:t>vn -0.7605 0.3957 0.5148</w:t>
        <w:br/>
        <w:t>vn -0.7761 0.4893 -0.3978</w:t>
        <w:br/>
        <w:t>vn -0.7234 0.5203 -0.4539</w:t>
        <w:br/>
        <w:t>vn -0.4433 0.4063 -0.7990</w:t>
        <w:br/>
        <w:t>vn -0.4956 0.4437 -0.7467</w:t>
        <w:br/>
        <w:t>vn -0.1034 0.3597 -0.9273</w:t>
        <w:br/>
        <w:t>vn -0.1079 0.4119 -0.9048</w:t>
        <w:br/>
        <w:t>vn -0.3160 0.3608 -0.8775</w:t>
        <w:br/>
        <w:t>vn -0.8850 0.3083 -0.3488</w:t>
        <w:br/>
        <w:t>vn -0.9232 0.2793 -0.2640</w:t>
        <w:br/>
        <w:t>vn -0.1063 0.3258 -0.9394</w:t>
        <w:br/>
        <w:t>vn -0.5118 0.3630 -0.7787</w:t>
        <w:br/>
        <w:t>vn -0.1136 0.2960 -0.9484</w:t>
        <w:br/>
        <w:t>vn -0.0839 0.1687 -0.9821</w:t>
        <w:br/>
        <w:t>vn -0.3833 0.3594 -0.8509</w:t>
        <w:br/>
        <w:t>vn -0.5023 0.2938 -0.8133</w:t>
        <w:br/>
        <w:t>vn -0.9297 0.2223 -0.2936</w:t>
        <w:br/>
        <w:t>vn -0.9693 0.1914 -0.1543</w:t>
        <w:br/>
        <w:t>vn -0.6728 0.2123 -0.7087</w:t>
        <w:br/>
        <w:t>vn -0.8169 0.2277 -0.5299</w:t>
        <w:br/>
        <w:t>vn -0.8489 0.2919 -0.4407</w:t>
        <w:br/>
        <w:t>vn -0.5282 0.3619 -0.7682</w:t>
        <w:br/>
        <w:t>vn -0.1167 0.2232 -0.9678</w:t>
        <w:br/>
        <w:t>vn -0.1195 0.2407 -0.9632</w:t>
        <w:br/>
        <w:t>vn -0.4273 0.2767 -0.8607</w:t>
        <w:br/>
        <w:t>vn -0.5497 0.2991 -0.7800</w:t>
        <w:br/>
        <w:t>vn -0.8400 0.3005 -0.4518</w:t>
        <w:br/>
        <w:t>vn -0.8295 0.2985 -0.4721</w:t>
        <w:br/>
        <w:t>vn 0.0966 0.1947 -0.9761</w:t>
        <w:br/>
        <w:t>vn 0.1427 0.1759 -0.9740</w:t>
        <w:br/>
        <w:t>vn -0.0759 0.2308 -0.9700</w:t>
        <w:br/>
        <w:t>vn -0.0939 0.2392 -0.9664</w:t>
        <w:br/>
        <w:t>vn -0.4209 0.2752 -0.8644</w:t>
        <w:br/>
        <w:t>vn -0.4001 0.2777 -0.8734</w:t>
        <w:br/>
        <w:t>vn -0.5961 0.2557 -0.7611</w:t>
        <w:br/>
        <w:t>vn -0.5728 0.2655 -0.7755</w:t>
        <w:br/>
        <w:t>vn -0.7578 0.2323 -0.6097</w:t>
        <w:br/>
        <w:t>vn -0.7457 0.2465 -0.6190</w:t>
        <w:br/>
        <w:t>vn -0.9393 0.2013 -0.2777</w:t>
        <w:br/>
        <w:t>vn -0.9355 0.2112 -0.2832</w:t>
        <w:br/>
        <w:t>vn -0.9738 0.1853 -0.1319</w:t>
        <w:br/>
        <w:t>vn -0.9738 0.1881 -0.1279</w:t>
        <w:br/>
        <w:t>vn -0.8885 0.2182 -0.4038</w:t>
        <w:br/>
        <w:t>vn -0.9090 0.2158 -0.3566</w:t>
        <w:br/>
        <w:t>vn -0.8863 0.3102 0.3440</w:t>
        <w:br/>
        <w:t>vn -0.0320 0.0417 -0.9986</w:t>
        <w:br/>
        <w:t>vn 0.0950 -0.0110 -0.9954</w:t>
        <w:br/>
        <w:t>vn 0.0860 0.0089 -0.9963</w:t>
        <w:br/>
        <w:t>vn -0.9487 0.3070 0.0757</w:t>
        <w:br/>
        <w:t>vn -0.9405 0.2925 -0.1728</w:t>
        <w:br/>
        <w:t>vn -0.9347 0.2807 -0.2179</w:t>
        <w:br/>
        <w:t>vn 0.0834 0.0564 -0.9949</w:t>
        <w:br/>
        <w:t>vn 0.1105 0.0266 -0.9935</w:t>
        <w:br/>
        <w:t>vn -0.2571 0.5047 -0.8241</w:t>
        <w:br/>
        <w:t>vn -0.4145 0.5145 -0.7507</w:t>
        <w:br/>
        <w:t>vn -0.8492 0.4758 0.2292</w:t>
        <w:br/>
        <w:t>vn 0.0336 0.2296 -0.9727</w:t>
        <w:br/>
        <w:t>vn -0.8056 0.4541 -0.3805</w:t>
        <w:br/>
        <w:t>vn -0.8228 0.4646 -0.3273</w:t>
        <w:br/>
        <w:t>vn -0.9065 0.4025 -0.1272</w:t>
        <w:br/>
        <w:t>vn -0.8427 0.4224 -0.3338</w:t>
        <w:br/>
        <w:t>vn -0.6116 0.4352 -0.6607</w:t>
        <w:br/>
        <w:t>vn -0.2343 0.4151 -0.8791</w:t>
        <w:br/>
        <w:t>vn -0.2732 0.1875 -0.9435</w:t>
        <w:br/>
        <w:t>vn -0.3679 0.3401 -0.8655</w:t>
        <w:br/>
        <w:t>vn -0.6616 0.3372 0.6698</w:t>
        <w:br/>
        <w:t>vn -0.8382 0.3903 -0.3808</w:t>
        <w:br/>
        <w:t>vn -0.9311 0.3639 0.0273</w:t>
        <w:br/>
        <w:t>vn -0.3036 0.3740 -0.8763</w:t>
        <w:br/>
        <w:t>vn -0.3269 0.3631 -0.8725</w:t>
        <w:br/>
        <w:t>vn -0.6535 0.2997 0.6951</w:t>
        <w:br/>
        <w:t>vn -0.0458 0.0842 -0.9954</w:t>
        <w:br/>
        <w:t>vn -0.8613 0.3216 -0.3934</w:t>
        <w:br/>
        <w:t>vn -0.3382 0.3405 -0.8773</w:t>
        <w:br/>
        <w:t>vn -0.8752 0.2895 -0.3876</w:t>
        <w:br/>
        <w:t>vn -0.8166 0.4862 0.3111</w:t>
        <w:br/>
        <w:t>vn -0.7637 0.4378 0.4744</w:t>
        <w:br/>
        <w:t>vn -0.9236 0.3717 -0.0936</w:t>
        <w:br/>
        <w:t>vn -0.9181 0.3760 -0.1253</w:t>
        <w:br/>
        <w:t>vn -0.7592 0.4263 0.4918</w:t>
        <w:br/>
        <w:t>vn -0.8762 0.1595 0.4548</w:t>
        <w:br/>
        <w:t>vn -0.9314 0.3536 0.0864</w:t>
        <w:br/>
        <w:t>vn -0.9320 0.3534 0.0799</w:t>
        <w:br/>
        <w:t>vn -0.8688 0.3795 -0.3182</w:t>
        <w:br/>
        <w:t>vn -0.8539 0.3837 -0.3516</w:t>
        <w:br/>
        <w:t>vn 0.1710 -0.0219 -0.9850</w:t>
        <w:br/>
        <w:t>vn 0.6839 -0.0281 -0.7290</w:t>
        <w:br/>
        <w:t>vn 0.2280 0.1858 -0.9558</w:t>
        <w:br/>
        <w:t>vn -0.5173 0.3702 -0.7716</w:t>
        <w:br/>
        <w:t>vn -0.4509 0.1859 -0.8730</w:t>
        <w:br/>
        <w:t>vn 0.2238 0.0600 -0.9728</w:t>
        <w:br/>
        <w:t>vn 0.7441 -0.0835 -0.6628</w:t>
        <w:br/>
        <w:t>vn 0.5557 0.0364 -0.8306</w:t>
        <w:br/>
        <w:t>vn -0.1390 0.2887 -0.9473</w:t>
        <w:br/>
        <w:t>vn -0.6412 0.3789 -0.6673</w:t>
        <w:br/>
        <w:t>vn -0.4131 0.2005 -0.8884</w:t>
        <w:br/>
        <w:t>vn 0.3933 0.0332 -0.9188</w:t>
        <w:br/>
        <w:t>vn 0.7508 -0.0894 -0.6544</w:t>
        <w:br/>
        <w:t>vn 0.5352 0.0362 -0.8439</w:t>
        <w:br/>
        <w:t>vn -0.1260 0.2762 -0.9528</w:t>
        <w:br/>
        <w:t>vn -0.6424 0.3834 -0.6636</w:t>
        <w:br/>
        <w:t>vn -0.8863 0.3119 0.3424</w:t>
        <w:br/>
        <w:t>vn -0.9399 0.3388 0.0432</w:t>
        <w:br/>
        <w:t>vn -0.9873 0.0882 -0.1322</w:t>
        <w:br/>
        <w:t>vn -0.0202 0.0345 -0.9992</w:t>
        <w:br/>
        <w:t>vn 0.1138 -0.0171 -0.9934</w:t>
        <w:br/>
        <w:t>vn -0.8856 0.3130 0.3431</w:t>
        <w:br/>
        <w:t>vn -0.9422 0.3342 0.0257</w:t>
        <w:br/>
        <w:t>vn -0.0981 0.2167 -0.9713</w:t>
        <w:br/>
        <w:t>vn -0.3072 0.2250 -0.9247</w:t>
        <w:br/>
        <w:t>vn 0.7037 -0.1519 0.6941</w:t>
        <w:br/>
        <w:t>vn 0.6518 -0.2051 0.7301</w:t>
        <w:br/>
        <w:t>vn -0.0794 -0.9449 0.3176</w:t>
        <w:br/>
        <w:t>vn -0.0373 -0.9415 0.3349</w:t>
        <w:br/>
        <w:t>vn 0.4503 -0.1506 0.8801</w:t>
        <w:br/>
        <w:t>vn 0.5350 -0.1875 0.8238</w:t>
        <w:br/>
        <w:t>vn 0.4503 -0.1505 0.8801</w:t>
        <w:br/>
        <w:t>vn -0.8762 0.1595 0.4549</w:t>
        <w:br/>
        <w:t>vn -0.9181 -0.3078 0.2496</w:t>
        <w:br/>
        <w:t>vn -0.8370 -0.1676 0.5210</w:t>
        <w:br/>
        <w:t>vn -0.3639 -0.9199 -0.1461</w:t>
        <w:br/>
        <w:t>vn -0.3381 -0.9319 -0.1312</w:t>
        <w:br/>
        <w:t>vn -0.3381 -0.9319 -0.1311</w:t>
        <w:br/>
        <w:t>vn -0.3639 -0.9199 -0.1460</w:t>
        <w:br/>
        <w:t>vn -0.4725 -0.8747 -0.1079</w:t>
        <w:br/>
        <w:t>vn -0.4725 -0.8747 -0.1080</w:t>
        <w:br/>
        <w:t>vn -0.4323 -0.8992 -0.0680</w:t>
        <w:br/>
        <w:t>vn -0.3826 -0.9238 0.0146</w:t>
        <w:br/>
        <w:t>vn -0.3826 -0.9238 0.0147</w:t>
        <w:br/>
        <w:t>vn -0.3188 -0.9450 0.0723</w:t>
        <w:br/>
        <w:t>vn -0.2209 -0.9752 0.0089</w:t>
        <w:br/>
        <w:t>vn -0.1745 -0.9825 -0.0657</w:t>
        <w:br/>
        <w:t>vn -0.2583 -0.9660 0.0034</w:t>
        <w:br/>
        <w:t>vn 0.7232 -0.1116 0.6816</w:t>
        <w:br/>
        <w:t>vn 0.7232 -0.1115 0.6816</w:t>
        <w:br/>
        <w:t>vn 0.7296 -0.1176 0.6737</w:t>
        <w:br/>
        <w:t>vn -0.1245 -0.9244 0.3606</w:t>
        <w:br/>
        <w:t>vn 0.7317 -0.0964 0.6748</w:t>
        <w:br/>
        <w:t>vn -0.2209 -0.7792 0.5866</w:t>
        <w:br/>
        <w:t>vn 0.0042 -0.5087 0.8610</w:t>
        <w:br/>
        <w:t>vn -0.3032 -0.6204 0.7233</w:t>
        <w:br/>
        <w:t>vn -0.4511 -0.8589 0.2426</w:t>
        <w:br/>
        <w:t>vn -0.2808 -0.8917 0.3550</w:t>
        <w:br/>
        <w:t>vn -0.8724 -0.4817 -0.0825</w:t>
        <w:br/>
        <w:t>vn -0.8724 -0.4818 -0.0825</w:t>
        <w:br/>
        <w:t>vn -0.4811 -0.8763 -0.0245</w:t>
        <w:br/>
        <w:t>vn -0.4812 -0.8763 -0.0245</w:t>
        <w:br/>
        <w:t>vn -0.6047 -0.7440 -0.2840</w:t>
        <w:br/>
        <w:t>vn -0.6047 -0.7441 -0.2841</w:t>
        <w:br/>
        <w:t>vn -0.6306 -0.5682 -0.5287</w:t>
        <w:br/>
        <w:t>vn -0.7518 -0.4919 -0.4392</w:t>
        <w:br/>
        <w:t>vn -0.7517 -0.4919 -0.4392</w:t>
        <w:br/>
        <w:t>vn -0.7988 -0.5985 -0.0609</w:t>
        <w:br/>
        <w:t>vn -0.6485 -0.7346 0.1996</w:t>
        <w:br/>
        <w:t>vn -0.8702 -0.4916 0.0317</w:t>
        <w:br/>
        <w:t>vn -0.9873 0.0883 -0.1322</w:t>
        <w:br/>
        <w:t>vn -0.8860 -0.4272 0.1804</w:t>
        <w:br/>
        <w:t>vn -0.1658 -0.8257 0.5392</w:t>
        <w:br/>
        <w:t>vn -0.3324 -0.6562 0.6774</w:t>
        <w:br/>
        <w:t>vn -0.2619 -0.2987 0.9177</w:t>
        <w:br/>
        <w:t>vn -0.5017 -0.4873 0.7147</w:t>
        <w:br/>
        <w:t>vn -0.3879 -0.9122 -0.1322</w:t>
        <w:br/>
        <w:t>vn -0.6715 0.3584 0.6485</w:t>
        <w:br/>
        <w:t>vn 0.1287 0.3223 0.9379</w:t>
        <w:br/>
        <w:t>vn 0.0619 -0.0852 0.9944</w:t>
        <w:br/>
        <w:t>vn 0.7149 0.2833 0.6393</w:t>
        <w:br/>
        <w:t>vn 0.9431 0.0679 0.3256</w:t>
        <w:br/>
        <w:t>vn 0.7321 -0.0643 0.6782</w:t>
        <w:br/>
        <w:t>vn -0.7089 -0.1643 -0.6859</w:t>
        <w:br/>
        <w:t>vn -0.6933 -0.1904 -0.6950</w:t>
        <w:br/>
        <w:t>vn -0.7731 0.0207 -0.6339</w:t>
        <w:br/>
        <w:t>vn -0.7302 -0.0673 -0.6799</w:t>
        <w:br/>
        <w:t>vn -0.8102 0.0376 -0.5849</w:t>
        <w:br/>
        <w:t>vn -0.8347 0.3034 0.4596</w:t>
        <w:br/>
        <w:t>vn -0.7974 0.3563 0.4869</w:t>
        <w:br/>
        <w:t>vn -0.7974 0.3564 0.4869</w:t>
        <w:br/>
        <w:t>vn 0.6874 -0.2771 -0.6714</w:t>
        <w:br/>
        <w:t>vn 0.6954 -0.3278 -0.6396</w:t>
        <w:br/>
        <w:t>vn 0.8400 -0.2829 -0.4630</w:t>
        <w:br/>
        <w:t>vn 0.8012 -0.3477 -0.4870</w:t>
        <w:br/>
        <w:t>vn 0.8012 -0.3478 -0.4870</w:t>
        <w:br/>
        <w:t>vn 0.3540 0.2321 0.9060</w:t>
        <w:br/>
        <w:t>vn 0.3539 0.2321 0.9060</w:t>
        <w:br/>
        <w:t>vn 0.3956 0.1910 0.8983</w:t>
        <w:br/>
        <w:t>vn 0.4671 0.0881 0.8798</w:t>
        <w:br/>
        <w:t>vn 0.4523 0.1210 0.8836</w:t>
        <w:br/>
        <w:t>vn 0.4522 0.1211 0.8836</w:t>
        <w:br/>
        <w:t>vn 0.4661 0.0833 0.8808</w:t>
        <w:br/>
        <w:t>vn -0.6973 0.3120 0.6452</w:t>
        <w:br/>
        <w:t>vn -0.6974 0.3120 0.6452</w:t>
        <w:br/>
        <w:t>vn -0.6941 0.2448 0.6770</w:t>
        <w:br/>
        <w:t>vn -0.7278 0.3932 0.5619</w:t>
        <w:br/>
        <w:t>vn 0.7303 -0.3946 -0.5576</w:t>
        <w:br/>
        <w:t>vn -0.1384 0.9847 0.1058</w:t>
        <w:br/>
        <w:t>vn -0.5210 0.6788 0.5175</w:t>
        <w:br/>
        <w:t>vn -0.5184 0.6783 0.5208</w:t>
        <w:br/>
        <w:t>vn -0.1383 0.9847 0.1058</w:t>
        <w:br/>
        <w:t>vn 0.5391 -0.3849 -0.7492</w:t>
        <w:br/>
        <w:t>vn 0.7343 -0.3793 -0.5629</w:t>
        <w:br/>
        <w:t>vn 0.5390 -0.3850 -0.7492</w:t>
        <w:br/>
        <w:t>vn 0.0835 -0.1952 0.9772</w:t>
        <w:br/>
        <w:t>vn 0.0836 -0.1952 0.9772</w:t>
        <w:br/>
        <w:t>vn 0.5746 -0.5708 -0.5865</w:t>
        <w:br/>
        <w:t>vn 0.4992 0.6036 0.6217</w:t>
        <w:br/>
        <w:t>vn 0.4994 0.6035 0.6216</w:t>
        <w:br/>
        <w:t>vn 0.4994 0.6034 0.6216</w:t>
        <w:br/>
        <w:t>vn -0.6345 0.4244 0.6460</w:t>
        <w:br/>
        <w:t>vn -0.6331 0.4202 0.6500</w:t>
        <w:br/>
        <w:t>vn -0.5016 -0.6658 0.5523</w:t>
        <w:br/>
        <w:t>vn -0.5015 -0.6659 0.5523</w:t>
        <w:br/>
        <w:t>vn -0.5016 -0.6659 0.5523</w:t>
        <w:br/>
        <w:t>vn -0.6308 0.4235 0.6502</w:t>
        <w:br/>
        <w:t>vn -0.6402 0.5686 -0.5166</w:t>
        <w:br/>
        <w:t>vn -0.6402 0.5688 -0.5164</w:t>
        <w:br/>
        <w:t>vn -0.6403 0.5689 -0.5160</w:t>
        <w:br/>
        <w:t>vn -0.6402 0.5685 -0.5168</w:t>
        <w:br/>
        <w:t>vn -0.9597 -0.2645 -0.0954</w:t>
        <w:br/>
        <w:t>vn -0.9597 -0.2644 -0.0954</w:t>
        <w:br/>
        <w:t>vn -0.9597 -0.2644 -0.0953</w:t>
        <w:br/>
        <w:t>vn -0.4257 -0.8490 -0.3131</w:t>
        <w:br/>
        <w:t>vn -0.5673 -0.5005 -0.6540</w:t>
        <w:br/>
        <w:t>vn -0.5673 -0.5004 -0.6540</w:t>
        <w:br/>
        <w:t>vn -0.8269 0.1356 0.5457</w:t>
        <w:br/>
        <w:t>vn -0.8290 0.1408 0.5412</w:t>
        <w:br/>
        <w:t>vn -0.8263 0.1357 0.5467</w:t>
        <w:br/>
        <w:t>vn -0.8237 0.1400 0.5495</w:t>
        <w:br/>
        <w:t>vn -0.8200 0.1369 0.5558</w:t>
        <w:br/>
        <w:t>vn -0.5628 -0.0228 -0.8263</w:t>
        <w:br/>
        <w:t>vn 0.1844 0.9783 -0.0944</w:t>
        <w:br/>
        <w:t>vn 0.1843 0.9783 -0.0944</w:t>
        <w:br/>
        <w:t>vn 0.1845 0.9783 -0.0946</w:t>
        <w:br/>
        <w:t>vn 0.8268 -0.1357 -0.5459</w:t>
        <w:br/>
        <w:t>vn 0.8254 -0.1335 -0.5485</w:t>
        <w:br/>
        <w:t>vn 0.8275 -0.1376 -0.5443</w:t>
        <w:br/>
        <w:t>vn 0.8231 -0.1373 -0.5511</w:t>
        <w:br/>
        <w:t>vn 0.8204 -0.1362 -0.5553</w:t>
        <w:br/>
        <w:t>vn 0.5162 -0.0066 0.8564</w:t>
        <w:br/>
        <w:t>vn 0.5292 -0.0036 0.8485</w:t>
        <w:br/>
        <w:t>vn -0.8173 0.1514 0.5559</w:t>
        <w:br/>
        <w:t>vn -0.8173 0.1515 0.5559</w:t>
        <w:br/>
        <w:t>vn -0.3972 0.4944 -0.7732</w:t>
        <w:br/>
        <w:t>vn -0.5525 0.0293 -0.8330</w:t>
        <w:br/>
        <w:t>vn -0.5524 0.0292 -0.8331</w:t>
        <w:br/>
        <w:t>vn -0.3972 0.4943 -0.7732</w:t>
        <w:br/>
        <w:t>vn -0.3927 0.5006 -0.7715</w:t>
        <w:br/>
        <w:t>vn 0.8159 -0.1522 -0.5578</w:t>
        <w:br/>
        <w:t>vn 0.8120 -0.1571 -0.5621</w:t>
        <w:br/>
        <w:t>vn 0.8121 -0.1571 -0.5620</w:t>
        <w:br/>
        <w:t>vn -0.8154 0.1546 0.5578</w:t>
        <w:br/>
        <w:t>vn -0.8154 0.1546 0.5579</w:t>
        <w:br/>
        <w:t>vn -0.1725 -0.9799 0.0997</w:t>
        <w:br/>
        <w:t>vn -0.1721 -0.9800 0.0995</w:t>
        <w:br/>
        <w:t>vn 0.5421 -0.0006 0.8403</w:t>
        <w:br/>
        <w:t>vn -0.5473 0.0438 -0.8358</w:t>
        <w:br/>
        <w:t>vn -0.5474 0.0438 -0.8357</w:t>
        <w:br/>
        <w:t>vn 0.0045 -0.2565 -0.9665</w:t>
        <w:br/>
        <w:t>vn 0.0381 -0.2469 -0.9683</w:t>
        <w:br/>
        <w:t>vn 0.0046 -0.2565 -0.9665</w:t>
        <w:br/>
        <w:t>vn -0.9398 0.3299 -0.0887</w:t>
        <w:br/>
        <w:t>vn -0.9942 0.1038 -0.0267</w:t>
        <w:br/>
        <w:t>vn -0.9398 0.3300 -0.0887</w:t>
        <w:br/>
        <w:t>vn -0.9257 0.3644 -0.1011</w:t>
        <w:br/>
        <w:t>vn -0.0383 0.2465 0.9684</w:t>
        <w:br/>
        <w:t>vn -0.1322 0.1501 0.9798</w:t>
        <w:br/>
        <w:t>vn 0.9766 -0.2077 0.0554</w:t>
        <w:br/>
        <w:t>vn 0.9936 -0.1094 0.0274</w:t>
        <w:br/>
        <w:t>vn 0.9995 -0.0319 0.0072</w:t>
        <w:br/>
        <w:t>vn 0.0002 -0.2540 -0.9672</w:t>
        <w:br/>
        <w:t>vn 0.0003 -0.2540 -0.9672</w:t>
        <w:br/>
        <w:t>vn 0.1352 -0.9589 0.2495</w:t>
        <w:br/>
        <w:t>vn 0.1353 -0.9588 0.2499</w:t>
        <w:br/>
        <w:t>vn -0.0046 0.2535 0.9673</w:t>
        <w:br/>
        <w:t>vn -0.0046 0.2536 0.9673</w:t>
        <w:br/>
        <w:t>vn 0.0003 0.2494 0.9684</w:t>
        <w:br/>
        <w:t>vn 0.1317 -0.1496 -0.9799</w:t>
        <w:br/>
        <w:t>vn 0.1318 -0.1496 -0.9799</w:t>
        <w:br/>
        <w:t>vn 0.9647 -0.2532 0.0722</w:t>
        <w:br/>
        <w:t>vn -0.2305 -0.0317 0.9726</w:t>
        <w:br/>
        <w:t>vn -0.2305 -0.0317 0.9725</w:t>
        <w:br/>
        <w:t>vn 0.9559 -0.2825 0.0799</w:t>
        <w:br/>
        <w:t>vn 0.9559 -0.2826 0.0799</w:t>
        <w:br/>
        <w:t>vn -0.9763 -0.2093 0.0558</w:t>
        <w:br/>
        <w:t>vn -0.9762 -0.2096 0.0558</w:t>
        <w:br/>
        <w:t>vn -0.9422 -0.3240 0.0856</w:t>
        <w:br/>
        <w:t>vn 0.2363 0.6691 0.7045</w:t>
        <w:br/>
        <w:t>vn 0.2363 0.6692 0.7045</w:t>
        <w:br/>
        <w:t>vn -0.1233 0.0810 0.9891</w:t>
        <w:br/>
        <w:t>vn 0.3908 0.9153 -0.0975</w:t>
        <w:br/>
        <w:t>vn 0.3908 0.9153 -0.0974</w:t>
        <w:br/>
        <w:t>vn 0.2842 0.5588 -0.7791</w:t>
        <w:br/>
        <w:t>vn 0.2841 0.5587 -0.7792</w:t>
        <w:br/>
        <w:t>vn -0.8661 0.4681 -0.1753</w:t>
        <w:br/>
        <w:t>vn -0.9106 0.4014 -0.0979</w:t>
        <w:br/>
        <w:t>vn -0.8662 0.4680 -0.1753</w:t>
        <w:br/>
        <w:t>vn -0.8337 0.3541 -0.4238</w:t>
        <w:br/>
        <w:t>vn 0.2311 0.0327 -0.9724</w:t>
        <w:br/>
        <w:t>vn 0.1322 -0.0658 -0.9890</w:t>
        <w:br/>
        <w:t>vn -0.0080 -0.2558 -0.9667</w:t>
        <w:br/>
        <w:t>vn -0.0080 -0.2559 -0.9667</w:t>
        <w:br/>
        <w:t>vn -0.3914 -0.8819 -0.2629</w:t>
        <w:br/>
        <w:t>vn -0.3924 -0.9149 0.0945</w:t>
        <w:br/>
        <w:t>vn 0.9469 -0.3167 0.0560</w:t>
        <w:br/>
        <w:t>vn 0.9469 -0.3167 0.0561</w:t>
        <w:br/>
        <w:t>vn 0.9121 -0.3992 0.0935</w:t>
        <w:br/>
        <w:t>vn 0.9121 -0.3992 0.0934</w:t>
        <w:br/>
        <w:t>vn 0.8730 -0.3682 0.3197</w:t>
        <w:br/>
        <w:t>vn 0.8730 -0.3682 0.3198</w:t>
        <w:br/>
        <w:t>vn -0.0024 0.2508 0.9680</w:t>
        <w:br/>
        <w:t>vn -0.0022 0.2507 0.9681</w:t>
        <w:br/>
        <w:t>vn 0.0030 0.2534 0.9674</w:t>
        <w:br/>
        <w:t>vn 0.0029 0.2534 0.9674</w:t>
        <w:br/>
        <w:t>vn 0.0243 0.2544 0.9668</w:t>
        <w:br/>
        <w:t>vn -0.9951 -0.0960 0.0246</w:t>
        <w:br/>
        <w:t>vn -0.9997 -0.0250 0.0061</w:t>
        <w:br/>
        <w:t>vn -0.2822 -0.9284 0.2418</w:t>
        <w:br/>
        <w:t>vn -0.2821 -0.9285 0.2414</w:t>
        <w:br/>
        <w:t>vn -0.2821 -0.9285 0.2415</w:t>
        <w:br/>
        <w:t>vn -0.2822 -0.9284 0.2419</w:t>
        <w:br/>
        <w:t>vn -0.0058 -0.2551 -0.9669</w:t>
        <w:br/>
        <w:t>vn -0.0023 -0.2527 -0.9675</w:t>
        <w:br/>
        <w:t>vn -0.0024 -0.2526 -0.9676</w:t>
        <w:br/>
        <w:t>vn -0.0057 -0.2552 -0.9669</w:t>
        <w:br/>
        <w:t>vn -0.0249 -0.2550 -0.9666</w:t>
        <w:br/>
        <w:t>vn -0.0250 -0.2550 -0.9666</w:t>
        <w:br/>
        <w:t>vn -0.0668 -0.2289 -0.9711</w:t>
        <w:br/>
        <w:t>vn -0.0668 -0.2290 -0.9711</w:t>
        <w:br/>
        <w:t>vn -0.9733 -0.2276 0.0295</w:t>
        <w:br/>
        <w:t>vn -0.9792 -0.1977 0.0463</w:t>
        <w:br/>
        <w:t>vn -0.9792 -0.1977 0.0462</w:t>
        <w:br/>
        <w:t>vn -0.9727 -0.2301 -0.0319</w:t>
        <w:br/>
        <w:t>vn -0.9727 -0.2300 -0.0319</w:t>
        <w:br/>
        <w:t>vn -0.0697 -0.2012 -0.9771</w:t>
        <w:br/>
        <w:t>vn -0.0696 -0.2012 -0.9771</w:t>
        <w:br/>
        <w:t>vn 0.0667 0.2288 0.9712</w:t>
        <w:br/>
        <w:t>vn -0.0109 -0.1320 -0.9912</w:t>
        <w:br/>
        <w:t>vn 0.9966 0.0776 -0.0259</w:t>
        <w:br/>
        <w:t>vn 0.9582 0.2648 -0.1082</w:t>
        <w:br/>
        <w:t>vn 0.9822 -0.1816 0.0482</w:t>
        <w:br/>
        <w:t>vn 0.9822 -0.1815 0.0478</w:t>
        <w:br/>
        <w:t>vn 0.9633 -0.2598 0.0680</w:t>
        <w:br/>
        <w:t>vn 0.0687 0.2010 0.9772</w:t>
        <w:br/>
        <w:t>vn 0.0079 0.1363 0.9906</w:t>
        <w:br/>
        <w:t>vn 0.0031 -0.1668 0.9860</w:t>
        <w:br/>
        <w:t>vn -0.0145 -0.6478 0.7617</w:t>
        <w:br/>
        <w:t>vn -0.1348 -0.9561 0.2601</w:t>
        <w:br/>
        <w:t>vn -0.1349 -0.9561 0.2601</w:t>
        <w:br/>
        <w:t>vn -0.9616 -0.2418 -0.1300</w:t>
        <w:br/>
        <w:t>vn -0.9616 -0.2417 -0.1300</w:t>
        <w:br/>
        <w:t>vn -0.9412 -0.2102 -0.2646</w:t>
        <w:br/>
        <w:t>vn 0.9385 0.3448 0.0187</w:t>
        <w:br/>
        <w:t>vn 0.9109 0.3150 0.2665</w:t>
        <w:br/>
        <w:t>vn 0.0135 0.6590 -0.7521</w:t>
        <w:br/>
        <w:t>vn 0.0135 0.6590 -0.7520</w:t>
        <w:br/>
        <w:t>vn -0.0057 0.1809 -0.9835</w:t>
        <w:br/>
        <w:t>vn -0.0057 0.1808 -0.9835</w:t>
        <w:br/>
        <w:t>vn 0.1338 0.9602 -0.2453</w:t>
        <w:br/>
        <w:t>vn 0.1339 0.9602 -0.2452</w:t>
        <w:br/>
        <w:t>vn 0.2359 0.8203 0.5209</w:t>
        <w:br/>
        <w:t>vn 0.9123 0.0528 0.4061</w:t>
        <w:br/>
        <w:t>vn 0.9233 -0.2538 0.2884</w:t>
        <w:br/>
        <w:t>vn 0.9511 0.2875 -0.1127</w:t>
        <w:br/>
        <w:t>vn 0.9511 0.2875 -0.1126</w:t>
        <w:br/>
        <w:t>vn 0.9206 -0.0220 0.3898</w:t>
        <w:br/>
        <w:t>vn 0.9698 0.2210 0.1033</w:t>
        <w:br/>
        <w:t>vn 0.9698 0.2211 0.1032</w:t>
        <w:br/>
        <w:t>vn -0.1329 0.1387 0.9814</w:t>
        <w:br/>
        <w:t>vn -0.1329 0.1388 0.9814</w:t>
        <w:br/>
        <w:t>vn -0.2838 -0.5544 0.7824</w:t>
        <w:br/>
        <w:t>vn -0.2837 -0.5544 0.7824</w:t>
        <w:br/>
        <w:t>vn -0.1111 0.7963 0.5946</w:t>
        <w:br/>
        <w:t>vn -0.1112 0.7963 0.5945</w:t>
        <w:br/>
        <w:t>vn 0.9798 0.1767 -0.0937</w:t>
        <w:br/>
        <w:t>vn 0.9794 0.1398 -0.1460</w:t>
        <w:br/>
        <w:t>vn -0.1336 0.9765 -0.1690</w:t>
        <w:br/>
        <w:t>vn -0.1336 0.9765 -0.1691</w:t>
        <w:br/>
        <w:t>vn 0.9701 0.0600 -0.2350</w:t>
        <w:br/>
        <w:t>vn 0.1365 -0.9764 0.1672</w:t>
        <w:br/>
        <w:t>vn 0.1143 -0.8051 -0.5821</w:t>
        <w:br/>
        <w:t>vn 0.1143 -0.8050 -0.5821</w:t>
        <w:br/>
        <w:t>vn 0.1544 -0.6809 0.7159</w:t>
        <w:br/>
        <w:t>vn 0.9529 -0.1573 -0.2592</w:t>
        <w:br/>
        <w:t>vn 0.9529 -0.1573 -0.2593</w:t>
        <w:br/>
        <w:t>vn 0.1396 -0.1434 -0.9798</w:t>
        <w:br/>
        <w:t>vn -0.9754 -0.1307 -0.1773</w:t>
        <w:br/>
        <w:t>vn -0.8959 0.0154 -0.4440</w:t>
        <w:br/>
        <w:t>vn -0.8959 0.0153 -0.4440</w:t>
        <w:br/>
        <w:t>vn -0.9755 -0.1307 -0.1772</w:t>
        <w:br/>
        <w:t>vn -0.9928 -0.1189 -0.0136</w:t>
        <w:br/>
        <w:t>vn -0.9928 -0.1190 -0.0136</w:t>
        <w:br/>
        <w:t>vn -0.9251 -0.0428 -0.3773</w:t>
        <w:br/>
        <w:t>vn -0.9251 -0.0428 -0.3772</w:t>
        <w:br/>
        <w:t>vn -0.9164 0.2289 -0.3283</w:t>
        <w:br/>
        <w:t>vn 0.2108 0.0216 0.9773</w:t>
        <w:br/>
        <w:t>vn -0.9722 -0.1281 0.1961</w:t>
        <w:br/>
        <w:t>vn -0.9670 0.1064 0.2316</w:t>
        <w:br/>
        <w:t>vn -0.9670 0.1064 0.2317</w:t>
        <w:br/>
        <w:t>vn -0.1528 0.6766 -0.7203</w:t>
        <w:br/>
        <w:t>vn -0.2113 -0.0298 -0.9770</w:t>
        <w:br/>
        <w:t>vn -0.2387 -0.8273 -0.5085</w:t>
        <w:br/>
        <w:t>vn -0.9396 0.3417 -0.0205</w:t>
        <w:br/>
        <w:t>vn -0.9841 -0.1551 0.0862</w:t>
        <w:br/>
        <w:t>vn 0.9400 -0.3403 -0.0241</w:t>
        <w:br/>
        <w:t>vn -0.0513 -0.0765 -0.9958</w:t>
        <w:br/>
        <w:t>vn -0.0553 -0.0725 -0.9958</w:t>
        <w:br/>
        <w:t>vn -0.7413 -0.0829 -0.6660</w:t>
        <w:br/>
        <w:t>vn -0.7415 -0.0701 -0.6672</w:t>
        <w:br/>
        <w:t>vn -0.4478 -0.2667 0.8535</w:t>
        <w:br/>
        <w:t>vn -0.9980 -0.0168 0.0603</w:t>
        <w:br/>
        <w:t>vn -0.9974 -0.0424 0.0587</w:t>
        <w:br/>
        <w:t>vn -0.6624 0.0248 0.7488</w:t>
        <w:br/>
        <w:t>vn 0.7081 -0.2687 0.6530</w:t>
        <w:br/>
        <w:t>vn 0.0514 -0.2357 0.9705</w:t>
        <w:br/>
        <w:t>vn 0.0570 0.0764 0.9954</w:t>
        <w:br/>
        <w:t>vn 0.7416 0.0841 0.6656</w:t>
        <w:br/>
        <w:t>vn 0.9467 -0.3183 -0.0486</w:t>
        <w:br/>
        <w:t>vn 0.9975 0.0452 -0.0537</w:t>
        <w:br/>
        <w:t>vn 0.6658 -0.0188 -0.7459</w:t>
        <w:br/>
        <w:t>vn 0.7284 -0.2674 -0.6308</w:t>
        <w:br/>
        <w:t>vn -0.6492 -0.4807 -0.5895</w:t>
        <w:br/>
        <w:t>vn -0.0463 -0.4483 -0.8927</w:t>
        <w:br/>
        <w:t>vn 0.6045 -0.4320 -0.6692</w:t>
        <w:br/>
        <w:t>vn -0.8936 -0.4461 0.0492</w:t>
        <w:br/>
        <w:t>vn -0.5941 -0.4207 0.6856</w:t>
        <w:br/>
        <w:t>vn -0.8937 -0.4461 0.0492</w:t>
        <w:br/>
        <w:t>vn 0.0658 -0.3530 0.9333</w:t>
        <w:br/>
        <w:t>vn 0.6970 -0.3630 0.6184</w:t>
        <w:br/>
        <w:t>vn 0.9289 -0.3670 -0.0502</w:t>
        <w:br/>
        <w:t>vn -0.3031 -0.8897 0.3415</w:t>
        <w:br/>
        <w:t>vn -0.2388 -0.9710 -0.0154</w:t>
        <w:br/>
        <w:t>vn 0.0259 -0.9319 0.3617</w:t>
        <w:br/>
        <w:t>vn 0.2082 -0.9643 0.1637</w:t>
        <w:br/>
        <w:t>vn -0.3267 -0.8923 -0.3117</w:t>
        <w:br/>
        <w:t>vn -0.0177 -0.9667 -0.2555</w:t>
        <w:br/>
        <w:t>vn 0.3618 -0.9313 -0.0429</w:t>
        <w:br/>
        <w:t>vn 0.3013 -0.8883 -0.3466</w:t>
        <w:br/>
        <w:t>vn -0.0176 -0.9667 -0.2554</w:t>
        <w:br/>
        <w:t>vn 0.3013 -0.8885 -0.3462</w:t>
        <w:br/>
        <w:t>vn -0.3264 -0.8923 -0.3118</w:t>
        <w:br/>
        <w:t>vn 0.3619 -0.9312 -0.0429</w:t>
        <w:br/>
        <w:t>vn -0.2387 -0.9710 -0.0155</w:t>
        <w:br/>
        <w:t>vn -0.2388 -0.9710 -0.0155</w:t>
        <w:br/>
        <w:t>vn -0.3030 -0.8898 0.3412</w:t>
        <w:br/>
        <w:t>vn 0.0260 -0.9319 0.3618</w:t>
        <w:br/>
        <w:t>vn 0.2083 -0.9643 0.1637</w:t>
        <w:br/>
        <w:t>vn 0.5433 0.0394 -0.8386</w:t>
        <w:br/>
        <w:t>vn -0.1961 -0.0364 -0.9799</w:t>
        <w:br/>
        <w:t>vn 0.9761 0.0934 -0.1962</w:t>
        <w:br/>
        <w:t>vn 0.8219 0.0912 0.5623</w:t>
        <w:br/>
        <w:t>vn 0.1960 0.0364 0.9799</w:t>
        <w:br/>
        <w:t>vn -0.5429 -0.0392 0.8389</w:t>
        <w:br/>
        <w:t>vn -0.5428 -0.0392 0.8389</w:t>
        <w:br/>
        <w:t>vn -0.9759 -0.0933 0.1973</w:t>
        <w:br/>
        <w:t>vn -0.9759 -0.0932 0.1973</w:t>
        <w:br/>
        <w:t>vn -0.8220 -0.0912 -0.5621</w:t>
        <w:br/>
        <w:t>vn 0.5847 -0.2328 -0.7772</w:t>
        <w:br/>
        <w:t>vn 0.4440 0.5866 -0.6773</w:t>
        <w:br/>
        <w:t>vn 0.7077 0.6873 -0.1635</w:t>
        <w:br/>
        <w:t>vn 0.9756 -0.1927 -0.1051</w:t>
        <w:br/>
        <w:t>vn 0.5313 0.7708 0.3516</w:t>
        <w:br/>
        <w:t>vn 0.7384 0.3943 0.5471</w:t>
        <w:br/>
        <w:t>vn 0.0912 -0.0855 0.9922</w:t>
        <w:br/>
        <w:t>vn 0.0825 0.7881 0.6100</w:t>
        <w:br/>
        <w:t>vn -0.5489 -0.1540 0.8216</w:t>
        <w:br/>
        <w:t>vn -0.5918 0.2843 0.7543</w:t>
        <w:br/>
        <w:t>vn -0.9888 -0.0942 0.1159</w:t>
        <w:br/>
        <w:t>vn -0.9884 0.0999 0.1145</w:t>
        <w:br/>
        <w:t>vn -0.7430 -0.2737 -0.6107</w:t>
        <w:br/>
        <w:t>vn -0.7814 -0.0393 -0.6228</w:t>
        <w:br/>
        <w:t>vn -0.1256 -0.0331 -0.9915</w:t>
        <w:br/>
        <w:t>vn -0.0925 -0.2632 -0.9603</w:t>
        <w:br/>
        <w:t>vn 0.2102 0.8882 -0.4085</w:t>
        <w:br/>
        <w:t>vn 0.3416 0.9292 -0.1411</w:t>
        <w:br/>
        <w:t>vn 0.2327 0.9674 0.0996</w:t>
        <w:br/>
        <w:t>vn 0.0274 0.9836 0.1783</w:t>
        <w:br/>
        <w:t>vn -0.1572 0.9802 0.1201</w:t>
        <w:br/>
        <w:t>vn -0.1571 0.9802 0.1201</w:t>
        <w:br/>
        <w:t>vn -0.2924 0.9556 -0.0357</w:t>
        <w:br/>
        <w:t>vn -0.2925 0.9556 -0.0357</w:t>
        <w:br/>
        <w:t>vn -0.2906 0.9151 -0.2796</w:t>
        <w:br/>
        <w:t>vn -0.2905 0.9151 -0.2796</w:t>
        <w:br/>
        <w:t>vn -0.0811 0.8794 -0.4691</w:t>
        <w:br/>
        <w:t>vn -0.0810 0.8794 -0.4691</w:t>
        <w:br/>
        <w:t>vn 0.4762 -0.8560 -0.2014</w:t>
        <w:br/>
        <w:t>vn 0.2202 -0.9642 -0.1479</w:t>
        <w:br/>
        <w:t>vn 0.0933 -0.8114 -0.5770</w:t>
        <w:br/>
        <w:t>vn -0.0917 -0.9958 -0.0029</w:t>
        <w:br/>
        <w:t>vn -0.4160 -0.8550 -0.3096</w:t>
        <w:br/>
        <w:t>vn -0.1441 -0.9858 0.0868</w:t>
        <w:br/>
        <w:t>vn -0.4011 -0.7980 0.4497</w:t>
        <w:br/>
        <w:t>vn -0.4012 -0.7980 0.4497</w:t>
        <w:br/>
        <w:t>vn 0.5971 -0.5672 0.5672</w:t>
        <w:br/>
        <w:t>vn -0.8893 -0.3779 -0.2577</w:t>
        <w:br/>
        <w:t>vn -0.1589 -0.9825 0.0968</w:t>
        <w:br/>
        <w:t>vn -0.4012 -0.7979 0.4498</w:t>
        <w:br/>
        <w:t>vn -0.1441 -0.9857 0.0868</w:t>
        <w:br/>
        <w:t>vn 0.4764 0.1754 -0.8615</w:t>
        <w:br/>
        <w:t>vn 0.4768 0.1758 -0.8612</w:t>
        <w:br/>
        <w:t>vn 0.4772 0.1752 -0.8611</w:t>
        <w:br/>
        <w:t>vn 0.4774 0.1760 -0.8609</w:t>
        <w:br/>
        <w:t>vn 0.4763 0.1750 -0.8617</w:t>
        <w:br/>
        <w:t>vn 0.4765 0.1747 -0.8616</w:t>
        <w:br/>
        <w:t>vn 0.4770 0.1745 -0.8614</w:t>
        <w:br/>
        <w:t>vn 0.4776 0.1747 -0.8610</w:t>
        <w:br/>
        <w:t>vn 0.4780 0.1750 -0.8607</w:t>
        <w:br/>
        <w:t>vn 0.4781 0.1754 -0.8606</w:t>
        <w:br/>
        <w:t>vn 0.4778 0.1757 -0.8607</w:t>
        <w:br/>
        <w:t>vn -0.4780 -0.1742 0.8609</w:t>
        <w:br/>
        <w:t>vn -0.4774 -0.1740 0.8613</w:t>
        <w:br/>
        <w:t>vn -0.4778 -0.1735 0.8611</w:t>
        <w:br/>
        <w:t>vn -0.4770 -0.1737 0.8616</w:t>
        <w:br/>
        <w:t>vn -0.4770 -0.1734 0.8616</w:t>
        <w:br/>
        <w:t>vn -0.4772 -0.1731 0.8616</w:t>
        <w:br/>
        <w:t>vn -0.4777 -0.1729 0.8614</w:t>
        <w:br/>
        <w:t>vn -0.4783 -0.1730 0.8610</w:t>
        <w:br/>
        <w:t>vn -0.4786 -0.1733 0.8607</w:t>
        <w:br/>
        <w:t>vn -0.4787 -0.1736 0.8606</w:t>
        <w:br/>
        <w:t>vn -0.4785 -0.1739 0.8607</w:t>
        <w:br/>
        <w:t>vn -0.4487 0.8890 -0.0912</w:t>
        <w:br/>
        <w:t>vn -0.4486 0.8891 -0.0912</w:t>
        <w:br/>
        <w:t>vn -0.8011 0.4614 -0.3813</w:t>
        <w:br/>
        <w:t>vn -0.8009 0.4618 -0.3810</w:t>
        <w:br/>
        <w:t>vn -0.8399 -0.1474 -0.5224</w:t>
        <w:br/>
        <w:t>vn -0.8399 -0.1475 -0.5224</w:t>
        <w:br/>
        <w:t>vn -0.5563 -0.6912 -0.4613</w:t>
        <w:br/>
        <w:t>vn -0.5564 -0.6911 -0.4613</w:t>
        <w:br/>
        <w:t>vn -0.0686 -0.9711 -0.2286</w:t>
        <w:br/>
        <w:t>vn -0.0686 -0.9711 -0.2285</w:t>
        <w:br/>
        <w:t>vn 0.4488 -0.8889 0.0920</w:t>
        <w:br/>
        <w:t>vn 0.8008 -0.4614 0.3819</w:t>
        <w:br/>
        <w:t>vn 0.8398 0.1473 0.5226</w:t>
        <w:br/>
        <w:t>vn 0.8397 0.1475 0.5225</w:t>
        <w:br/>
        <w:t>vn 0.5567 0.6909 0.4612</w:t>
        <w:br/>
        <w:t>vn 0.5567 0.6910 0.4611</w:t>
        <w:br/>
        <w:t>vn 0.0690 0.9710 0.2287</w:t>
        <w:br/>
        <w:t>vn 0.0689 0.9710 0.2287</w:t>
        <w:br/>
        <w:t>vn -0.5191 0.2114 0.8282</w:t>
        <w:br/>
        <w:t>vn -0.4804 0.7351 0.4784</w:t>
        <w:br/>
        <w:t>vn -0.4804 0.7351 0.4783</w:t>
        <w:br/>
        <w:t>vn -0.3437 -0.3429 0.8742</w:t>
        <w:br/>
        <w:t>vn -0.3436 -0.3429 0.8743</w:t>
        <w:br/>
        <w:t>vn -0.2236 -0.5466 0.8070</w:t>
        <w:br/>
        <w:t>vn -0.2237 -0.5466 0.8069</w:t>
        <w:br/>
        <w:t>vn -0.3255 0.9360 0.1338</w:t>
        <w:br/>
        <w:t>vn -0.3253 0.9361 0.1338</w:t>
        <w:br/>
        <w:t>vn -0.1872 0.9780 -0.0917</w:t>
        <w:br/>
        <w:t>vn -0.1873 0.9780 -0.0917</w:t>
        <w:br/>
        <w:t>vn 0.0660 0.9070 -0.4159</w:t>
        <w:br/>
        <w:t>vn 0.4308 0.5274 -0.7323</w:t>
        <w:br/>
        <w:t>vn 0.4308 0.5273 -0.7323</w:t>
        <w:br/>
        <w:t>vn 0.0661 0.9070 -0.4158</w:t>
        <w:br/>
        <w:t>vn 0.6510 -0.0068 -0.7590</w:t>
        <w:br/>
        <w:t>vn 0.6510 -0.0067 -0.7590</w:t>
        <w:br/>
        <w:t>vn 0.6869 -0.2417 -0.6854</w:t>
        <w:br/>
        <w:t>vn 0.6866 -0.2419 -0.6856</w:t>
        <w:br/>
        <w:t>vn 0.7722 0.3273 0.5446</w:t>
        <w:br/>
        <w:t>vn 0.7734 0.3264 0.5434</w:t>
        <w:br/>
        <w:t>vn 0.7731 0.3268 0.5437</w:t>
        <w:br/>
        <w:t>vn 0.7751 0.3235 0.5427</w:t>
        <w:br/>
        <w:t>vn 0.7746 0.3245 0.5428</w:t>
        <w:br/>
        <w:t>vn 0.7760 0.3214 0.5426</w:t>
        <w:br/>
        <w:t>vn 0.7751 0.3235 0.5428</w:t>
        <w:br/>
        <w:t>vn 0.7750 0.3235 0.5429</w:t>
        <w:br/>
        <w:t>vn 0.7740 0.3258 0.5429</w:t>
        <w:br/>
        <w:t>vn 0.7732 0.3277 0.5429</w:t>
        <w:br/>
        <w:t>vn -0.7731 -0.3246 -0.5449</w:t>
        <w:br/>
        <w:t>vn -0.7742 -0.3245 -0.5434</w:t>
        <w:br/>
        <w:t>vn -0.7735 -0.3256 -0.5438</w:t>
        <w:br/>
        <w:t>vn -0.7745 -0.3251 -0.5427</w:t>
        <w:br/>
        <w:t>vn -0.7751 -0.3231 -0.5429</w:t>
        <w:br/>
        <w:t>vn -0.7744 -0.3254 -0.5426</w:t>
        <w:br/>
        <w:t>vn -0.7751 -0.3235 -0.5427</w:t>
        <w:br/>
        <w:t>vn -0.7747 -0.3247 -0.5427</w:t>
        <w:br/>
        <w:t>vn -0.7762 -0.3205 -0.5430</w:t>
        <w:br/>
        <w:t>vn -0.7772 -0.3175 -0.5433</w:t>
        <w:br/>
        <w:t>vn 0.7733 0.3280 0.5426</w:t>
        <w:br/>
        <w:t>vn 0.7735 0.3252 0.5440</w:t>
        <w:br/>
        <w:t>vn 0.7735 0.3252 0.5439</w:t>
        <w:br/>
        <w:t>vn 0.7734 0.3279 0.5425</w:t>
        <w:br/>
        <w:t>vn -0.7754 -0.3210 -0.5438</w:t>
        <w:br/>
        <w:t>vn -0.7755 -0.3209 -0.5437</w:t>
        <w:br/>
        <w:t>vn -0.7741 -0.3236 -0.5441</w:t>
        <w:br/>
        <w:t>vn -0.7742 -0.3235 -0.5440</w:t>
        <w:br/>
        <w:t>vn 0.6173 0.2246 -0.7540</w:t>
        <w:br/>
        <w:t>vn 0.3865 0.1253 -0.9137</w:t>
        <w:br/>
        <w:t>vn 0.3865 0.1252 -0.9137</w:t>
        <w:br/>
        <w:t>vn -0.3875 -0.1208 0.9139</w:t>
        <w:br/>
        <w:t>vn -0.6161 -0.2153 0.7577</w:t>
        <w:br/>
        <w:t>vn -0.6161 -0.2152 0.7577</w:t>
        <w:br/>
        <w:t>vn -0.0372 0.0185 0.9991</w:t>
        <w:br/>
        <w:t>vn 0.4008 0.1855 0.8972</w:t>
        <w:br/>
        <w:t>vn 0.6900 0.2911 0.6626</w:t>
        <w:br/>
        <w:t>vn 0.6900 0.2911 0.6627</w:t>
        <w:br/>
        <w:t>vn 0.8399 0.3527 0.4125</w:t>
        <w:br/>
        <w:t>vn 0.9260 0.3760 0.0328</w:t>
        <w:br/>
        <w:t>vn 0.9261 0.3759 0.0325</w:t>
        <w:br/>
        <w:t>vn 0.8399 0.3526 0.4126</w:t>
        <w:br/>
        <w:t>vn 0.8362 0.3241 -0.4424</w:t>
        <w:br/>
        <w:t>vn 0.8362 0.3240 -0.4424</w:t>
        <w:br/>
        <w:t>vn -0.8376 -0.3105 0.4494</w:t>
        <w:br/>
        <w:t>vn -0.8376 -0.3107 0.4494</w:t>
        <w:br/>
        <w:t>vn -0.9322 -0.3606 -0.0296</w:t>
        <w:br/>
        <w:t>vn -0.9322 -0.3606 -0.0295</w:t>
        <w:br/>
        <w:t>vn -0.8449 -0.3377 -0.4148</w:t>
        <w:br/>
        <w:t>vn -0.6880 -0.2952 -0.6630</w:t>
        <w:br/>
        <w:t>vn -0.6881 -0.2952 -0.6629</w:t>
        <w:br/>
        <w:t>vn -0.3977 -0.1882 -0.8980</w:t>
        <w:br/>
        <w:t>vn -0.3977 -0.1881 -0.8980</w:t>
        <w:br/>
        <w:t>vn 0.0370 -0.0180 -0.9992</w:t>
        <w:br/>
        <w:t>vn -0.6048 -0.2189 0.7657</w:t>
        <w:br/>
        <w:t>vn -0.4014 -0.1314 0.9064</w:t>
        <w:br/>
        <w:t>vn -0.6047 -0.2189 0.7657</w:t>
        <w:br/>
        <w:t>vn 0.6030 0.2102 -0.7695</w:t>
        <w:br/>
        <w:t>vn 0.6031 0.2106 -0.7694</w:t>
        <w:br/>
        <w:t>vn 0.4026 0.1271 -0.9065</w:t>
        <w:br/>
        <w:t>vn 0.4025 0.1271 -0.9065</w:t>
        <w:br/>
        <w:t>vn 0.0539 -0.0120 -0.9985</w:t>
        <w:br/>
        <w:t>vn -0.4157 -0.1910 -0.8892</w:t>
        <w:br/>
        <w:t>vn -0.4157 -0.1911 -0.8892</w:t>
        <w:br/>
        <w:t>vn -0.6165 -0.2643 -0.7417</w:t>
        <w:br/>
        <w:t>vn -0.6161 -0.2642 -0.7420</w:t>
        <w:br/>
        <w:t>vn -0.8787 -0.3653 -0.3074</w:t>
        <w:br/>
        <w:t>vn -0.8787 -0.3653 -0.3073</w:t>
        <w:br/>
        <w:t>vn -0.9253 -0.3759 -0.0499</w:t>
        <w:br/>
        <w:t>vn -0.9253 -0.3759 -0.0500</w:t>
        <w:br/>
        <w:t>vn -0.8289 -0.3203 0.4586</w:t>
        <w:br/>
        <w:t>vn -0.8289 -0.3203 0.4585</w:t>
        <w:br/>
        <w:t>vn 0.8298 0.3074 -0.4657</w:t>
        <w:br/>
        <w:t>vn 0.8298 0.3078 -0.4655</w:t>
        <w:br/>
        <w:t>vn 0.9313 0.3612 0.0477</w:t>
        <w:br/>
        <w:t>vn 0.8842 0.3501 0.3093</w:t>
        <w:br/>
        <w:t>vn 0.8841 0.3502 0.3096</w:t>
        <w:br/>
        <w:t>vn 0.4127 0.1941 0.8899</w:t>
        <w:br/>
        <w:t>vn 0.6124 0.2688 0.7434</w:t>
        <w:br/>
        <w:t>vn -0.0534 0.0115 0.9985</w:t>
        <w:br/>
        <w:t>vn -0.0535 0.0115 0.9985</w:t>
        <w:br/>
        <w:t>vn 0.3364 -0.9411 0.0333</w:t>
        <w:br/>
        <w:t>vn 0.3358 -0.9413 0.0338</w:t>
        <w:br/>
        <w:t>vn -0.3365 0.9411 -0.0328</w:t>
        <w:br/>
        <w:t>vn -0.3370 0.9409 -0.0325</w:t>
        <w:br/>
        <w:t>vn -0.3370 0.9410 -0.0325</w:t>
        <w:br/>
        <w:t>vn -0.3348 0.9418 -0.0319</w:t>
        <w:br/>
        <w:t>vn -0.3347 0.9418 -0.0319</w:t>
        <w:br/>
        <w:t>vn -0.3336 0.9422 -0.0310</w:t>
        <w:br/>
        <w:t>vn -0.3338 0.9421 -0.0313</w:t>
        <w:br/>
        <w:t>vn 0.3315 -0.9430 0.0306</w:t>
        <w:br/>
        <w:t>vn 0.3311 -0.9431 0.0305</w:t>
        <w:br/>
        <w:t>vn 0.3316 -0.9429 0.0307</w:t>
        <w:br/>
        <w:t>vn 0.3346 -0.9418 0.0328</w:t>
        <w:br/>
        <w:t>vn 0.3336 -0.9422 0.0321</w:t>
        <w:br/>
        <w:t>vn 0.3337 -0.9421 0.0322</w:t>
        <w:br/>
        <w:t>vn 0.3348 -0.9417 0.0328</w:t>
        <w:br/>
        <w:t>vn -0.3358 0.9414 -0.0323</w:t>
        <w:br/>
        <w:t>vn -0.3359 0.9413 -0.0322</w:t>
        <w:br/>
        <w:t>vn -0.3349 0.9417 -0.0321</w:t>
        <w:br/>
        <w:t>vn -0.3349 0.9417 -0.0320</w:t>
        <w:br/>
        <w:t>vn 0.3323 -0.9426 0.0323</w:t>
        <w:br/>
        <w:t>vn 0.3339 -0.9420 0.0331</w:t>
        <w:br/>
        <w:t>vn 0.3339 -0.9420 0.0332</w:t>
        <w:br/>
        <w:t>vn -0.3332 0.9423 -0.0325</w:t>
        <w:br/>
        <w:t>vn -0.3331 0.9423 -0.0326</w:t>
        <w:br/>
        <w:t>vn -0.3347 0.9418 -0.0328</w:t>
        <w:br/>
        <w:t>vn -0.3346 0.9418 -0.0325</w:t>
        <w:br/>
        <w:t>vn 0.3351 -0.9416 0.0336</w:t>
        <w:br/>
        <w:t>vn 0.3351 -0.9416 0.0334</w:t>
        <w:br/>
        <w:t>vn -0.3357 0.9414 -0.0340</w:t>
        <w:br/>
        <w:t>vn -0.3357 0.9414 -0.0335</w:t>
        <w:br/>
        <w:t>vn 0.3356 -0.9414 0.0340</w:t>
        <w:br/>
        <w:t>vn 0.3357 -0.9414 0.0338</w:t>
        <w:br/>
        <w:t>vn -0.3360 0.9413 -0.0332</w:t>
        <w:br/>
        <w:t>vn -0.3361 0.9413 -0.0333</w:t>
        <w:br/>
        <w:t>vn 0.3356 -0.9414 0.0341</w:t>
        <w:br/>
        <w:t>vn -0.3360 0.9413 -0.0333</w:t>
        <w:br/>
        <w:t>vn -0.3360 0.9413 -0.0334</w:t>
        <w:br/>
        <w:t>vn 0.3363 -0.9412 0.0335</w:t>
        <w:br/>
        <w:t>vn 0.3362 -0.9412 0.0334</w:t>
        <w:br/>
        <w:t>vn 0.3361 -0.9412 0.0335</w:t>
        <w:br/>
        <w:t>vn -0.3374 0.9408 -0.0327</w:t>
        <w:br/>
        <w:t>vn -0.3361 0.9413 -0.0330</w:t>
        <w:br/>
        <w:t>vn -0.3373 0.9408 -0.0326</w:t>
        <w:br/>
        <w:t>vn 0.3358 -0.9414 0.0333</w:t>
        <w:br/>
        <w:t>vn 0.3358 -0.9413 0.0334</w:t>
        <w:br/>
        <w:t>vn -0.3360 0.9413 -0.0327</w:t>
        <w:br/>
        <w:t>vn -0.3361 0.9413 -0.0326</w:t>
        <w:br/>
        <w:t>vn -0.3326 0.9425 -0.0321</w:t>
        <w:br/>
        <w:t>vn 0.3315 -0.9429 0.0317</w:t>
        <w:br/>
        <w:t>vn 0.3317 -0.9428 0.0318</w:t>
        <w:br/>
        <w:t>vn -0.3325 0.9426 -0.0321</w:t>
        <w:br/>
        <w:t>vn 0.3312 -0.9430 0.0316</w:t>
        <w:br/>
        <w:t>vn 0.3311 -0.9431 0.0315</w:t>
        <w:br/>
        <w:t>vn -0.3326 0.9425 -0.0319</w:t>
        <w:br/>
        <w:t>vn -0.3326 0.9425 -0.0318</w:t>
        <w:br/>
        <w:t>vn 0.3310 -0.9431 0.0313</w:t>
        <w:br/>
        <w:t>vn -0.3347 0.9418 -0.0320</w:t>
        <w:br/>
        <w:t>vn -0.3344 0.9419 -0.0323</w:t>
        <w:br/>
        <w:t>vn 0.3317 -0.9428 0.0316</w:t>
        <w:br/>
        <w:t>vn 0.3321 -0.9427 0.0323</w:t>
        <w:br/>
        <w:t>vn 0.3322 -0.9427 0.0323</w:t>
        <w:br/>
        <w:t>vn 0.3320 -0.9427 0.0319</w:t>
        <w:br/>
        <w:t>vn -0.3340 0.9420 -0.0318</w:t>
        <w:br/>
        <w:t>vn -0.3342 0.9420 -0.0317</w:t>
        <w:br/>
        <w:t>vn 0.3331 -0.9423 0.0323</w:t>
        <w:br/>
        <w:t>vn 0.3331 -0.9423 0.0322</w:t>
        <w:br/>
        <w:t>vn -0.3362 0.9412 -0.0333</w:t>
        <w:br/>
        <w:t>vn 0.7739 0.3223 0.5452</w:t>
        <w:br/>
        <w:t>vn 0.7739 0.3222 0.5452</w:t>
        <w:br/>
        <w:t>vn 0.3356 -0.9414 0.0344</w:t>
        <w:br/>
        <w:t>vn 0.3311 -0.9431 0.0309</w:t>
        <w:br/>
        <w:t>vn 0.3311 -0.9431 0.0310</w:t>
        <w:br/>
        <w:t>vn -0.7764 -0.3174 -0.5445</w:t>
        <w:br/>
        <w:t>vn -0.7765 -0.3173 -0.5444</w:t>
        <w:br/>
        <w:t>vn -0.3330 0.9424 -0.0309</w:t>
        <w:br/>
        <w:t>vn -0.3327 0.9425 -0.0317</w:t>
        <w:br/>
        <w:t>vn -0.2268 -0.5758 -0.7855</w:t>
        <w:br/>
        <w:t>vn 0.0869 -0.9075 -0.4110</w:t>
        <w:br/>
        <w:t>vn -0.1632 -0.9866 0.0030</w:t>
        <w:br/>
        <w:t>vn -0.6830 -0.7297 -0.0321</w:t>
        <w:br/>
        <w:t>vn 0.0406 -0.8961 0.4421</w:t>
        <w:br/>
        <w:t>vn -0.3126 -0.5588 0.7681</w:t>
        <w:br/>
        <w:t>vn 0.5024 -0.7233 0.4737</w:t>
        <w:br/>
        <w:t>vn 0.5233 -0.2302 0.8205</w:t>
        <w:br/>
        <w:t>vn -0.3127 -0.5588 0.7681</w:t>
        <w:br/>
        <w:t>vn 0.7636 -0.6432 0.0562</w:t>
        <w:br/>
        <w:t>vn 0.9953 -0.0748 0.0619</w:t>
        <w:br/>
        <w:t>vn 0.5517 -0.7372 -0.3900</w:t>
        <w:br/>
        <w:t>vn 0.6137 -0.2507 -0.7487</w:t>
        <w:br/>
        <w:t>vn 0.6136 -0.2506 -0.7487</w:t>
        <w:br/>
        <w:t>vn -0.4913 0.0613 -0.8688</w:t>
        <w:br/>
        <w:t>vn -0.9673 0.0136 -0.2534</w:t>
        <w:br/>
        <w:t>vn -0.7473 0.1290 0.6518</w:t>
        <w:br/>
        <w:t>vn -0.8015 -0.3862 0.4565</w:t>
        <w:br/>
        <w:t>vn 0.3094 0.4326 0.8468</w:t>
        <w:br/>
        <w:t>vn -0.0279 -0.0600 0.9978</w:t>
        <w:br/>
        <w:t>vn 0.6993 0.6777 0.2274</w:t>
        <w:br/>
        <w:t>vn 0.8575 0.2440 -0.4530</w:t>
        <w:br/>
        <w:t>vn 0.4864 0.5654 -0.6661</w:t>
        <w:br/>
        <w:t>vn 0.0791 -0.0835 -0.9934</w:t>
        <w:br/>
        <w:t>vn -0.5161 0.6714 -0.5318</w:t>
        <w:br/>
        <w:t>vn -0.8126 0.5800 -0.0577</w:t>
        <w:br/>
        <w:t>vn -0.7473 0.1291 0.6518</w:t>
        <w:br/>
        <w:t>vn -0.5724 0.6865 0.4484</w:t>
        <w:br/>
        <w:t>vn -0.0456 0.8809 0.4711</w:t>
        <w:br/>
        <w:t>vn 0.2382 0.9712 0.0015</w:t>
        <w:br/>
        <w:t>vn 0.0072 0.8683 -0.4960</w:t>
        <w:br/>
        <w:t>vn 0.0073 0.8683 -0.4960</w:t>
        <w:br/>
        <w:t>vn 0.4865 0.5654 -0.6661</w:t>
        <w:br/>
        <w:t>vn 0.3374 -0.9408 0.0337</w:t>
        <w:br/>
        <w:t>vn -0.3374 0.9408 -0.0336</w:t>
        <w:br/>
        <w:t>vn -0.3373 0.9408 -0.0336</w:t>
        <w:br/>
        <w:t>vn 0.4206 0.8594 0.2907</w:t>
        <w:br/>
        <w:t>vn 0.4673 0.8798 -0.0871</w:t>
        <w:br/>
        <w:t>vn 0.4672 0.8798 -0.0872</w:t>
        <w:br/>
        <w:t>vn 0.4205 0.8595 0.2907</w:t>
        <w:br/>
        <w:t>vn 0.3071 0.7957 -0.5220</w:t>
        <w:br/>
        <w:t>vn 0.3071 0.7957 -0.5221</w:t>
        <w:br/>
        <w:t>vn 0.0363 0.6830 -0.7295</w:t>
        <w:br/>
        <w:t>vn -0.3534 0.5637 -0.7465</w:t>
        <w:br/>
        <w:t>vn -0.3534 0.5637 -0.7466</w:t>
        <w:br/>
        <w:t>vn -0.7136 0.4429 -0.5429</w:t>
        <w:br/>
        <w:t>vn -0.7136 0.4429 -0.5428</w:t>
        <w:br/>
        <w:t>vn -0.8684 0.3820 -0.3163</w:t>
        <w:br/>
        <w:t>vn -0.9783 0.1965 -0.0665</w:t>
        <w:br/>
        <w:t>vn -0.9875 -0.0821 0.1344</w:t>
        <w:br/>
        <w:t>vn -0.9875 -0.0820 0.1345</w:t>
        <w:br/>
        <w:t>vn -0.9736 -0.1605 0.1624</w:t>
        <w:br/>
        <w:t>vn -0.9736 -0.1604 0.1624</w:t>
        <w:br/>
        <w:t>vn -0.9928 -0.0388 0.1135</w:t>
        <w:br/>
        <w:t>vn -0.9851 0.1677 -0.0392</w:t>
        <w:br/>
        <w:t>vn 0.8664 -0.3683 0.3372</w:t>
        <w:br/>
        <w:t>vn 0.9258 -0.3745 -0.0508</w:t>
        <w:br/>
        <w:t>vn 0.9258 -0.3746 -0.0508</w:t>
        <w:br/>
        <w:t>vn 0.7503 -0.4382 -0.4949</w:t>
        <w:br/>
        <w:t>vn 0.7503 -0.4383 -0.4949</w:t>
        <w:br/>
        <w:t>vn 0.4589 -0.5412 -0.7046</w:t>
        <w:br/>
        <w:t>vn 0.4588 -0.5413 -0.7046</w:t>
        <w:br/>
        <w:t>vn 0.0421 -0.6999 -0.7130</w:t>
        <w:br/>
        <w:t>vn 0.0421 -0.6998 -0.7131</w:t>
        <w:br/>
        <w:t>vn -0.3154 -0.7971 -0.5150</w:t>
        <w:br/>
        <w:t>vn -0.3154 -0.7970 -0.5151</w:t>
        <w:br/>
        <w:t>vn -0.3533 -0.8079 -0.4716</w:t>
        <w:br/>
        <w:t>vn -0.2696 -0.6444 -0.7156</w:t>
        <w:br/>
        <w:t>vn -0.2354 -0.3844 -0.8926</w:t>
        <w:br/>
        <w:t>vn -0.2503 -0.3215 -0.9132</w:t>
        <w:br/>
        <w:t>vn -0.2501 -0.3218 -0.9132</w:t>
        <w:br/>
        <w:t>vn -0.2471 -0.4062 -0.8798</w:t>
        <w:br/>
        <w:t>vn -0.2471 -0.4062 -0.8797</w:t>
        <w:br/>
        <w:t>vn -0.2822 -0.5825 -0.7622</w:t>
        <w:br/>
        <w:t>vn -0.2822 -0.5825 -0.7623</w:t>
        <w:br/>
        <w:t>vn -0.4166 -0.8562 -0.3055</w:t>
        <w:br/>
        <w:t>vn -0.4632 -0.8824 0.0825</w:t>
        <w:br/>
        <w:t>vn -0.3020 -0.7915 0.5314</w:t>
        <w:br/>
        <w:t>vn -0.0538 -0.6865 0.7251</w:t>
        <w:br/>
        <w:t>vn -0.0538 -0.6866 0.7251</w:t>
        <w:br/>
        <w:t>vn 0.3545 -0.5700 0.7413</w:t>
        <w:br/>
        <w:t>vn 0.3545 -0.5699 0.7413</w:t>
        <w:br/>
        <w:t>vn 0.7261 -0.4361 0.5316</w:t>
        <w:br/>
        <w:t>vn 0.8617 -0.3881 0.3269</w:t>
        <w:br/>
        <w:t>vn 0.8619 -0.3879 0.3266</w:t>
        <w:br/>
        <w:t>vn 0.9787 -0.1928 0.0700</w:t>
        <w:br/>
        <w:t>vn 0.9855 0.0935 -0.1414</w:t>
        <w:br/>
        <w:t>vn 0.9733 0.1620 -0.1623</w:t>
        <w:br/>
        <w:t>vn 0.9733 0.1620 -0.1624</w:t>
        <w:br/>
        <w:t>vn 0.9926 0.0424 -0.1140</w:t>
        <w:br/>
        <w:t>vn 0.9833 -0.1750 0.0504</w:t>
        <w:br/>
        <w:t>vn 0.9833 -0.1749 0.0504</w:t>
        <w:br/>
        <w:t>vn -0.9239 0.3799 0.0456</w:t>
        <w:br/>
        <w:t>vn -0.8607 0.3680 -0.3519</w:t>
        <w:br/>
        <w:t>vn -0.8606 0.3682 -0.3519</w:t>
        <w:br/>
        <w:t>vn -0.7434 0.4395 0.5043</w:t>
        <w:br/>
        <w:t>vn -0.4716 0.5344 0.7014</w:t>
        <w:br/>
        <w:t>vn -0.4716 0.5345 0.7014</w:t>
        <w:br/>
        <w:t>vn -0.0444 0.7035 0.7093</w:t>
        <w:br/>
        <w:t>vn 0.3274 0.7983 0.5055</w:t>
        <w:br/>
        <w:t>vn 0.3496 0.8019 0.4844</w:t>
        <w:br/>
        <w:t>vn 0.3496 0.8020 0.4844</w:t>
        <w:br/>
        <w:t>vn 0.2644 0.6463 0.7158</w:t>
        <w:br/>
        <w:t>vn 0.2367 0.3983 0.8862</w:t>
        <w:br/>
        <w:t>vn 0.2367 0.3982 0.8862</w:t>
        <w:br/>
        <w:t>vn 0.2504 0.3213 0.9133</w:t>
        <w:br/>
        <w:t>vn 0.2503 0.3213 0.9133</w:t>
        <w:br/>
        <w:t>vn 0.2476 0.4054 0.8800</w:t>
        <w:br/>
        <w:t>vn 0.2477 0.4055 0.8799</w:t>
        <w:br/>
        <w:t>vn 0.2801 0.5701 0.7724</w:t>
        <w:br/>
        <w:t>vn 0.2800 0.5701 0.7724</w:t>
        <w:br/>
        <w:t>vn -0.8128 0.3833 -0.4387</w:t>
        <w:br/>
        <w:t>vn -0.8137 0.3817 -0.4384</w:t>
        <w:br/>
        <w:t>vn -0.8137 0.3816 -0.4384</w:t>
        <w:br/>
        <w:t>vn -0.8127 0.3834 -0.4387</w:t>
        <w:br/>
        <w:t>vn -0.3686 -0.8441 -0.3895</w:t>
        <w:br/>
        <w:t>vn -0.3683 -0.8442 -0.3894</w:t>
        <w:br/>
        <w:t>vn -0.3690 -0.8436 -0.3902</w:t>
        <w:br/>
        <w:t>vn -0.3690 -0.8435 -0.3902</w:t>
        <w:br/>
        <w:t>vn 0.8127 -0.3830 0.4390</w:t>
        <w:br/>
        <w:t>vn 0.8127 -0.3832 0.4390</w:t>
        <w:br/>
        <w:t>vn 0.8137 -0.3814 0.4387</w:t>
        <w:br/>
        <w:t>vn 0.8137 -0.3815 0.4387</w:t>
        <w:br/>
        <w:t>vn 0.3685 0.8441 0.3894</w:t>
        <w:br/>
        <w:t>vn 0.3692 0.8435 0.3902</w:t>
        <w:br/>
        <w:t>vn 0.3691 0.8435 0.3901</w:t>
        <w:br/>
        <w:t>vn -0.7571 0.3927 -0.5222</w:t>
        <w:br/>
        <w:t>vn -0.7571 0.3927 -0.5221</w:t>
        <w:br/>
        <w:t>vn -0.4468 0.5177 -0.7297</w:t>
        <w:br/>
        <w:t>vn 0.0112 0.6736 -0.7390</w:t>
        <w:br/>
        <w:t>vn 0.2867 0.7803 -0.5558</w:t>
        <w:br/>
        <w:t>vn 0.2868 0.7803 -0.5558</w:t>
        <w:br/>
        <w:t>vn 0.4652 0.8738 -0.1418</w:t>
        <w:br/>
        <w:t>vn 0.4516 0.8433 0.2914</w:t>
        <w:br/>
        <w:t>vn 0.4515 0.8433 0.2914</w:t>
        <w:br/>
        <w:t>vn 0.4447 0.8364 0.3205</w:t>
        <w:br/>
        <w:t>vn 0.4446 0.8364 0.3206</w:t>
        <w:br/>
        <w:t>vn 0.6266 0.7716 0.1093</w:t>
        <w:br/>
        <w:t>vn 0.6267 0.7716 0.1093</w:t>
        <w:br/>
        <w:t>vn 0.8008 0.5968 -0.0502</w:t>
        <w:br/>
        <w:t>vn 0.8009 0.5967 -0.0501</w:t>
        <w:br/>
        <w:t>vn 0.8484 0.5246 -0.0706</w:t>
        <w:br/>
        <w:t>vn 0.8100 0.5853 -0.0359</w:t>
        <w:br/>
        <w:t>vn 0.7046 0.7047 0.0835</w:t>
        <w:br/>
        <w:t>vn 0.0043 0.7267 0.6870</w:t>
        <w:br/>
        <w:t>vn 0.3054 0.8221 0.4804</w:t>
        <w:br/>
        <w:t>vn -0.4329 0.5542 0.7110</w:t>
        <w:br/>
        <w:t>vn -0.4329 0.5542 0.7109</w:t>
        <w:br/>
        <w:t>vn -0.7302 0.4339 0.5278</w:t>
        <w:br/>
        <w:t>vn -0.9124 0.3813 0.1491</w:t>
        <w:br/>
        <w:t>vn -0.9124 0.3812 0.1491</w:t>
        <w:br/>
        <w:t>vn -0.8747 0.3861 -0.2929</w:t>
        <w:br/>
        <w:t>vn -0.7324 0.4206 -0.5354</w:t>
        <w:br/>
        <w:t>vn -0.5359 0.3365 -0.7743</w:t>
        <w:br/>
        <w:t>vn -0.5359 0.3366 -0.7743</w:t>
        <w:br/>
        <w:t>vn -0.3285 0.1384 -0.9343</w:t>
        <w:br/>
        <w:t>vn -0.3286 0.1384 -0.9343</w:t>
        <w:br/>
        <w:t>vn -0.2901 0.0728 -0.9542</w:t>
        <w:br/>
        <w:t>vn -0.3562 0.1728 -0.9183</w:t>
        <w:br/>
        <w:t>vn -0.3562 0.1729 -0.9183</w:t>
        <w:br/>
        <w:t>vn -0.5065 0.3188 -0.8012</w:t>
        <w:br/>
        <w:t>vn -0.5065 0.3187 -0.8012</w:t>
        <w:br/>
        <w:t>vn 0.7468 -0.3981 0.5327</w:t>
        <w:br/>
        <w:t>vn 0.4426 -0.5166 0.7330</w:t>
        <w:br/>
        <w:t>vn 0.4425 -0.5166 0.7330</w:t>
        <w:br/>
        <w:t>vn 0.7468 -0.3981 0.5328</w:t>
        <w:br/>
        <w:t>vn 0.0002 -0.6728 0.7398</w:t>
        <w:br/>
        <w:t>vn -0.2942 -0.7854 0.5446</w:t>
        <w:br/>
        <w:t>vn -0.4702 -0.8711 0.1421</w:t>
        <w:br/>
        <w:t>vn -0.4701 -0.8711 0.1422</w:t>
        <w:br/>
        <w:t>vn -0.4543 -0.8466 -0.2774</w:t>
        <w:br/>
        <w:t>vn -0.4543 -0.8466 -0.2773</w:t>
        <w:br/>
        <w:t>vn -0.4346 -0.8374 -0.3314</w:t>
        <w:br/>
        <w:t>vn -0.4346 -0.8374 -0.3315</w:t>
        <w:br/>
        <w:t>vn -0.6293 -0.7687 -0.1144</w:t>
        <w:br/>
        <w:t>vn -0.6293 -0.7687 -0.1143</w:t>
        <w:br/>
        <w:t>vn -0.8084 -0.5858 0.0571</w:t>
        <w:br/>
        <w:t>vn -0.8487 -0.5243 0.0699</w:t>
        <w:br/>
        <w:t>vn -0.8091 -0.5866 0.0350</w:t>
        <w:br/>
        <w:t>vn -0.6939 -0.7140 -0.0931</w:t>
        <w:br/>
        <w:t>vn -0.3160 -0.8241 -0.4700</w:t>
        <w:br/>
        <w:t>vn -0.0053 -0.7311 -0.6823</w:t>
        <w:br/>
        <w:t>vn 0.4427 -0.5483 -0.7094</w:t>
        <w:br/>
        <w:t>vn 0.7184 -0.4350 -0.5429</w:t>
        <w:br/>
        <w:t>vn 0.7184 -0.4349 -0.5430</w:t>
        <w:br/>
        <w:t>vn 0.9095 -0.3885 -0.1479</w:t>
        <w:br/>
        <w:t>vn 0.8690 -0.3847 0.3112</w:t>
        <w:br/>
        <w:t>vn 0.8690 -0.3847 0.3111</w:t>
        <w:br/>
        <w:t>vn 0.7395 -0.4220 0.5245</w:t>
        <w:br/>
        <w:t>vn 0.5389 -0.3324 0.7741</w:t>
        <w:br/>
        <w:t>vn 0.5389 -0.3324 0.7740</w:t>
        <w:br/>
        <w:t>vn 0.3200 -0.1298 0.9385</w:t>
        <w:br/>
        <w:t>vn 0.2889 -0.0712 0.9547</w:t>
        <w:br/>
        <w:t>vn 0.2888 -0.0713 0.9547</w:t>
        <w:br/>
        <w:t>vn 0.3536 -0.1698 0.9199</w:t>
        <w:br/>
        <w:t>vn 0.5160 -0.3230 0.7934</w:t>
        <w:br/>
        <w:t>vn -0.8193 0.3536 -0.4514</w:t>
        <w:br/>
        <w:t>vn -0.8193 0.3535 -0.4514</w:t>
        <w:br/>
        <w:t>vn -0.4763 -0.7600 -0.4422</w:t>
        <w:br/>
        <w:t>vn -0.4762 -0.7600 -0.4423</w:t>
        <w:br/>
        <w:t>vn -0.4762 -0.7600 -0.4422</w:t>
        <w:br/>
        <w:t>vn 0.8165 -0.3649 0.4474</w:t>
        <w:br/>
        <w:t>vn 0.8165 -0.3649 0.4475</w:t>
        <w:br/>
        <w:t>vn 0.4897 0.7477 0.4484</w:t>
        <w:br/>
        <w:t>vn 0.4897 0.7477 0.4485</w:t>
        <w:br/>
        <w:t>vn -0.8144 0.3794 -0.4391</w:t>
        <w:br/>
        <w:t>vn -0.8144 0.3792 -0.4392</w:t>
        <w:br/>
        <w:t>vn -0.3679 -0.8445 -0.3891</w:t>
        <w:br/>
        <w:t>vn 0.8144 -0.3792 0.4392</w:t>
        <w:br/>
        <w:t>vn 0.8145 -0.3790 0.4393</w:t>
        <w:br/>
        <w:t>vn 0.3685 0.8442 0.3892</w:t>
        <w:br/>
        <w:t>vn -0.3333 -0.5289 0.7805</w:t>
        <w:br/>
        <w:t>vn -0.1790 -0.1872 0.9659</w:t>
        <w:br/>
        <w:t>vn -0.2082 -0.1003 0.9729</w:t>
        <w:br/>
        <w:t>vn -0.2036 -0.3186 0.9258</w:t>
        <w:br/>
        <w:t>vn -0.2912 -0.4525 0.8429</w:t>
        <w:br/>
        <w:t>vn -0.4242 -0.5074 0.7501</w:t>
        <w:br/>
        <w:t>vn -0.5777 -0.4725 0.6656</w:t>
        <w:br/>
        <w:t>vn -0.6802 -0.3933 0.6186</w:t>
        <w:br/>
        <w:t>vn -0.7210 -0.3107 0.6194</w:t>
        <w:br/>
        <w:t>vn 0.7551 0.2274 -0.6149</w:t>
        <w:br/>
        <w:t>vn 0.7804 0.1333 -0.6109</w:t>
        <w:br/>
        <w:t>vn 0.6062 -0.2204 -0.7642</w:t>
        <w:br/>
        <w:t>vn 0.7564 -0.0042 -0.6540</w:t>
        <w:br/>
        <w:t>vn 0.6615 -0.1444 -0.7360</w:t>
        <w:br/>
        <w:t>vn 0.5218 -0.1986 -0.8296</w:t>
        <w:br/>
        <w:t>vn 0.3686 -0.1588 -0.9159</w:t>
        <w:br/>
        <w:t>vn 0.2680 -0.0769 -0.9604</w:t>
        <w:br/>
        <w:t>vn 0.2358 0.0087 -0.9718</w:t>
        <w:br/>
        <w:t>vn -0.7347 0.0136 0.6783</w:t>
        <w:br/>
        <w:t>vn -0.5910 0.2102 0.7788</w:t>
        <w:br/>
        <w:t>vn -0.6402 0.1509 0.7533</w:t>
        <w:br/>
        <w:t>vn -0.7579 -0.1411 0.6369</w:t>
        <w:br/>
        <w:t>vn -0.7330 -0.2434 0.6352</w:t>
        <w:br/>
        <w:t>vn -0.3393 0.1337 0.9311</w:t>
        <w:br/>
        <w:t>vn -0.4949 0.1943 0.8469</w:t>
        <w:br/>
        <w:t>vn -0.2310 0.0256 0.9726</w:t>
        <w:br/>
        <w:t>vn -0.2046 -0.0521 0.9774</w:t>
        <w:br/>
        <w:t>vn 0.5614 0.1008 -0.8214</w:t>
        <w:br/>
        <w:t>vn 0.5614 0.1007 -0.8214</w:t>
        <w:br/>
        <w:t>vn 0.5707 0.1146 -0.8131</w:t>
        <w:br/>
        <w:t>vn 0.5706 0.1148 -0.8132</w:t>
        <w:br/>
        <w:t>vn -0.4533 -0.1855 0.8719</w:t>
        <w:br/>
        <w:t>vn -0.4487 -0.1957 0.8720</w:t>
        <w:br/>
        <w:t>vn -0.4533 -0.1854 0.8719</w:t>
        <w:br/>
        <w:t>vn 0.5045 0.1698 -0.8465</w:t>
        <w:br/>
        <w:t>vn 0.5045 0.1699 -0.8465</w:t>
        <w:br/>
        <w:t>vn 0.5059 0.1704 -0.8456</w:t>
        <w:br/>
        <w:t>vn 0.5060 0.1704 -0.8455</w:t>
        <w:br/>
        <w:t>vn -0.5092 -0.1644 0.8448</w:t>
        <w:br/>
        <w:t>vn -0.5080 -0.1641 0.8456</w:t>
        <w:br/>
        <w:t>vn -0.5094 -0.1644 0.8447</w:t>
        <w:br/>
        <w:t>vn -0.4487 -0.2040 0.8701</w:t>
        <w:br/>
        <w:t>vn -0.4487 -0.2041 0.8701</w:t>
        <w:br/>
        <w:t>vn -0.4585 -0.2040 0.8650</w:t>
        <w:br/>
        <w:t>vn 0.5459 0.1185 -0.8294</w:t>
        <w:br/>
        <w:t>vn 0.5536 0.0961 -0.8272</w:t>
        <w:br/>
        <w:t>vn -0.4603 -0.1819 0.8689</w:t>
        <w:br/>
        <w:t>vn -0.4604 -0.1819 0.8688</w:t>
        <w:br/>
        <w:t>vn 0.5681 0.1290 -0.8128</w:t>
        <w:br/>
        <w:t>vn -0.4674 -0.1817 0.8652</w:t>
        <w:br/>
        <w:t>vn 0.5581 0.1417 -0.8176</w:t>
        <w:br/>
        <w:t>vn 0.5580 0.1418 -0.8176</w:t>
        <w:br/>
        <w:t>vn -0.4866 -0.1792 0.8550</w:t>
        <w:br/>
        <w:t>vn -0.4742 -0.1817 0.8615</w:t>
        <w:br/>
        <w:t>vn -0.4741 -0.1817 0.8615</w:t>
        <w:br/>
        <w:t>vn 0.5513 0.1469 -0.8213</w:t>
        <w:br/>
        <w:t>vn 0.5514 0.1469 -0.8212</w:t>
        <w:br/>
        <w:t>vn 0.5366 0.1573 -0.8290</w:t>
        <w:br/>
        <w:t>vn -0.5109 -0.1662 0.8434</w:t>
        <w:br/>
        <w:t>vn -0.5105 -0.1680 0.8433</w:t>
        <w:br/>
        <w:t>vn 0.5078 0.1747 -0.8436</w:t>
        <w:br/>
        <w:t>vn 0.5080 0.1727 -0.8438</w:t>
        <w:br/>
        <w:t>vn 0.5081 0.1726 -0.8438</w:t>
        <w:br/>
        <w:t>vn 0.5077 0.1748 -0.8436</w:t>
        <w:br/>
        <w:t>vn -0.5104 -0.1652 0.8439</w:t>
        <w:br/>
        <w:t>vn 0.5074 0.1714 -0.8445</w:t>
        <w:br/>
        <w:t>vn -0.5067 -0.1640 0.8464</w:t>
        <w:br/>
        <w:t>vn -0.5067 -0.1641 0.8464</w:t>
        <w:br/>
        <w:t>vn 0.5031 0.1695 -0.8474</w:t>
        <w:br/>
        <w:t>vn -0.5057 -0.1644 0.8469</w:t>
        <w:br/>
        <w:t>vn 0.5024 0.1699 -0.8478</w:t>
        <w:br/>
        <w:t>vn 0.5024 0.1700 -0.8478</w:t>
        <w:br/>
        <w:t>vn -0.5050 -0.1653 0.8471</w:t>
        <w:br/>
        <w:t>vn -0.5053 -0.1655 0.8469</w:t>
        <w:br/>
        <w:t>vn 0.5028 0.1717 -0.8472</w:t>
        <w:br/>
        <w:t>vn 0.5027 0.1716 -0.8472</w:t>
        <w:br/>
        <w:t>vn -0.7539 -0.3358 -0.5647</w:t>
        <w:br/>
        <w:t>vn -0.7750 -0.2926 -0.5601</w:t>
        <w:br/>
        <w:t>vn -0.7750 -0.2925 -0.5602</w:t>
        <w:br/>
        <w:t>vn -0.7539 -0.3357 -0.5647</w:t>
        <w:br/>
        <w:t>vn -0.4616 -0.7633 -0.4521</w:t>
        <w:br/>
        <w:t>vn -0.6728 -0.5013 -0.5441</w:t>
        <w:br/>
        <w:t>vn 0.0243 -0.9854 -0.1686</w:t>
        <w:br/>
        <w:t>vn 0.4758 -0.8654 0.1572</w:t>
        <w:br/>
        <w:t>vn 0.7614 -0.4939 0.4199</w:t>
        <w:br/>
        <w:t>vn 0.8289 0.0472 0.5574</w:t>
        <w:br/>
        <w:t>vn 0.5537 0.6784 0.4829</w:t>
        <w:br/>
        <w:t>vn 0.7351 0.4029 0.5452</w:t>
        <w:br/>
        <w:t>vn 0.7352 0.4029 0.5452</w:t>
        <w:br/>
        <w:t>vn 0.1359 0.9542 0.2664</w:t>
        <w:br/>
        <w:t>vn -0.2293 0.9727 0.0352</w:t>
        <w:br/>
        <w:t>vn -0.4274 0.8978 -0.1061</w:t>
        <w:br/>
        <w:t>vn -0.4275 0.8978 -0.1061</w:t>
        <w:br/>
        <w:t>vn -0.7022 0.6296 -0.3324</w:t>
        <w:br/>
        <w:t>vn -0.8459 0.1176 -0.5202</w:t>
        <w:br/>
        <w:t>vn -0.8014 -0.2240 -0.5546</w:t>
        <w:br/>
        <w:t>vn -0.8013 -0.2241 -0.5546</w:t>
        <w:br/>
        <w:t>vn -0.8487 0.1076 -0.5179</w:t>
        <w:br/>
        <w:t>vn -0.8017 -0.2354 -0.5494</w:t>
        <w:br/>
        <w:t>vn -0.7064 0.6259 -0.3307</w:t>
        <w:br/>
        <w:t>vn -0.7063 0.6259 -0.3307</w:t>
        <w:br/>
        <w:t>vn -0.4287 0.8975 -0.1037</w:t>
        <w:br/>
        <w:t>vn -0.4286 0.8975 -0.1036</w:t>
        <w:br/>
        <w:t>vn -0.2293 0.9727 0.0369</w:t>
        <w:br/>
        <w:t>vn -0.2294 0.9726 0.0369</w:t>
        <w:br/>
        <w:t>vn 0.1347 0.9548 0.2648</w:t>
        <w:br/>
        <w:t>vn 0.5511 0.6837 0.4784</w:t>
        <w:br/>
        <w:t>vn 0.7327 0.4119 0.5417</w:t>
        <w:br/>
        <w:t>vn 0.7917 -0.4949 0.3583</w:t>
        <w:br/>
        <w:t>vn 0.8597 0.0409 0.5092</w:t>
        <w:br/>
        <w:t>vn 0.5008 -0.8567 0.1233</w:t>
        <w:br/>
        <w:t>vn 0.0328 -0.9851 -0.1688</w:t>
        <w:br/>
        <w:t>vn -0.4818 -0.7668 -0.4242</w:t>
        <w:br/>
        <w:t>vn -0.7032 -0.5013 -0.5042</w:t>
        <w:br/>
        <w:t>vn -0.7855 -0.3406 -0.5167</w:t>
        <w:br/>
        <w:t>vn -0.7854 -0.3406 -0.5168</w:t>
        <w:br/>
        <w:t>vn -0.8039 -0.2985 -0.5144</w:t>
        <w:br/>
        <w:t>vn 0.2110 0.3265 -0.9214</w:t>
        <w:br/>
        <w:t>vn 0.3000 0.4619 -0.8347</w:t>
        <w:br/>
        <w:t>vn 0.3404 0.5314 -0.7758</w:t>
        <w:br/>
        <w:t>vn 0.1953 0.1927 -0.9616</w:t>
        <w:br/>
        <w:t>vn 0.2236 0.0970 -0.9698</w:t>
        <w:br/>
        <w:t>vn 0.6137 0.4480 -0.6502</w:t>
        <w:br/>
        <w:t>vn 0.4483 0.5078 -0.7356</w:t>
        <w:br/>
        <w:t>vn 0.7317 0.3332 -0.5947</w:t>
        <w:br/>
        <w:t>vn 0.7632 0.2619 -0.5908</w:t>
        <w:br/>
        <w:t>vn -0.5095 -0.1683 0.8438</w:t>
        <w:br/>
        <w:t>vn -0.2082 -0.1004 0.9729</w:t>
        <w:br/>
        <w:t>vn -0.5099 -0.1666 0.8440</w:t>
        <w:br/>
        <w:t>vn -0.2037 -0.3186 0.9258</w:t>
        <w:br/>
        <w:t>vn -0.5095 -0.1660 0.8443</w:t>
        <w:br/>
        <w:t>vn -0.5089 -0.1655 0.8448</w:t>
        <w:br/>
        <w:t>vn -0.5079 -0.1651 0.8454</w:t>
        <w:br/>
        <w:t>vn -0.5070 -0.1651 0.8460</w:t>
        <w:br/>
        <w:t>vn -0.5062 -0.1656 0.8464</w:t>
        <w:br/>
        <w:t>vn -0.5055 -0.1663 0.8466</w:t>
        <w:br/>
        <w:t>vn -0.7210 -0.3107 0.6193</w:t>
        <w:br/>
        <w:t>vn -0.4583 -0.1980 0.8665</w:t>
        <w:br/>
        <w:t>vn -0.7330 -0.2434 0.6351</w:t>
        <w:br/>
        <w:t>vn -0.7580 -0.1411 0.6369</w:t>
        <w:br/>
        <w:t>vn -0.4535 -0.2016 0.8682</w:t>
        <w:br/>
        <w:t>vn -0.4533 -0.1995 0.8687</w:t>
        <w:br/>
        <w:t>vn -0.4582 -0.1931 0.8676</w:t>
        <w:br/>
        <w:t>vn -0.4644 -0.1873 0.8656</w:t>
        <w:br/>
        <w:t>vn -0.4678 -0.1863 0.8640</w:t>
        <w:br/>
        <w:t>vn -0.4718 -0.1859 0.8619</w:t>
        <w:br/>
        <w:t>vn -0.4862 -0.1843 0.8542</w:t>
        <w:br/>
        <w:t>vn -0.2046 -0.0521 0.9775</w:t>
        <w:br/>
        <w:t>vn 0.2110 0.3264 -0.9214</w:t>
        <w:br/>
        <w:t>vn 0.5502 0.1266 -0.8254</w:t>
        <w:br/>
        <w:t>vn 0.5551 0.1322 -0.8212</w:t>
        <w:br/>
        <w:t>vn 0.1953 0.1926 -0.9617</w:t>
        <w:br/>
        <w:t>vn 0.5548 0.1346 -0.8210</w:t>
        <w:br/>
        <w:t>vn 0.5423 0.1420 -0.8281</w:t>
        <w:br/>
        <w:t>vn 0.2680 -0.0769 -0.9603</w:t>
        <w:br/>
        <w:t>vn 0.5028 0.1706 -0.8474</w:t>
        <w:br/>
        <w:t>vn 0.5007 0.1707 -0.8486</w:t>
        <w:br/>
        <w:t>vn 0.2359 0.0087 -0.9718</w:t>
        <w:br/>
        <w:t>vn 0.5499 0.1421 -0.8230</w:t>
        <w:br/>
        <w:t>vn 0.5609 0.1419 -0.8156</w:t>
        <w:br/>
        <w:t>vn 0.5534 0.1382 -0.8214</w:t>
        <w:br/>
        <w:t>vn 0.5536 0.1540 -0.8185</w:t>
        <w:br/>
        <w:t>vn 0.7631 0.2619 -0.5908</w:t>
        <w:br/>
        <w:t>vn 0.7564 -0.0042 -0.6541</w:t>
        <w:br/>
        <w:t>vn 0.5067 0.1725 -0.8447</w:t>
        <w:br/>
        <w:t>vn 0.5063 0.1718 -0.8451</w:t>
        <w:br/>
        <w:t>vn 0.7551 0.2275 -0.6148</w:t>
        <w:br/>
        <w:t>vn 0.5084 0.1753 -0.8431</w:t>
        <w:br/>
        <w:t>vn 0.5055 0.1711 -0.8457</w:t>
        <w:br/>
        <w:t>vn 0.5043 0.1706 -0.8465</w:t>
        <w:br/>
        <w:t>vn 0.5218 -0.1987 -0.8296</w:t>
        <w:br/>
        <w:t>vn 0.5034 0.1704 -0.8471</w:t>
        <w:br/>
        <w:t>vn -0.8344 -0.0584 -0.5481</w:t>
        <w:br/>
        <w:t>vn -0.7826 0.4513 -0.4288</w:t>
        <w:br/>
        <w:t>vn -0.7880 0.4549 -0.4150</w:t>
        <w:br/>
        <w:t>vn -0.8407 -0.0548 -0.5386</w:t>
        <w:br/>
        <w:t>vn -0.5011 0.8477 -0.1740</w:t>
        <w:br/>
        <w:t>vn -0.5055 0.8468 -0.1654</w:t>
        <w:br/>
        <w:t>vn -0.0814 0.9885 0.1273</w:t>
        <w:br/>
        <w:t>vn -0.0834 0.9882 0.1287</w:t>
        <w:br/>
        <w:t>vn 0.3705 0.8402 0.3960</w:t>
        <w:br/>
        <w:t>vn 0.3750 0.8403 0.3916</w:t>
        <w:br/>
        <w:t>vn 0.6153 0.6012 0.5098</w:t>
        <w:br/>
        <w:t>vn 0.6222 0.6005 0.5023</w:t>
        <w:br/>
        <w:t>vn 0.7298 0.4120 0.5456</w:t>
        <w:br/>
        <w:t>vn 0.7366 0.4101 0.5378</w:t>
        <w:br/>
        <w:t>vn 0.7714 0.3206 0.5497</w:t>
        <w:br/>
        <w:t>vn 0.7760 0.3188 0.5442</w:t>
        <w:br/>
        <w:t>vn 0.8060 0.2136 0.5521</w:t>
        <w:br/>
        <w:t>vn 0.8061 0.2106 0.5531</w:t>
        <w:br/>
        <w:t>vn 0.8460 -0.1410 0.5142</w:t>
        <w:br/>
        <w:t>vn 0.8466 -0.1383 0.5140</w:t>
        <w:br/>
        <w:t>vn 0.7109 -0.6161 0.3392</w:t>
        <w:br/>
        <w:t>vn 0.7118 -0.6151 0.3391</w:t>
        <w:br/>
        <w:t>vn 0.4465 -0.8868 0.1194</w:t>
        <w:br/>
        <w:t>vn 0.4469 -0.8866 0.1191</w:t>
        <w:br/>
        <w:t>vn 0.2086 -0.9767 -0.0500</w:t>
        <w:br/>
        <w:t>vn 0.2087 -0.9767 -0.0496</w:t>
        <w:br/>
        <w:t>vn -0.1486 -0.9505 -0.2730</w:t>
        <w:br/>
        <w:t>vn -0.1490 -0.9503 -0.2735</w:t>
        <w:br/>
        <w:t>vn -0.5367 -0.6989 -0.4728</w:t>
        <w:br/>
        <w:t>vn -0.5373 -0.6977 -0.4739</w:t>
        <w:br/>
        <w:t>vn -0.7279 -0.4213 -0.5410</w:t>
        <w:br/>
        <w:t>vn -0.7284 -0.4190 -0.5421</w:t>
        <w:br/>
        <w:t>vn 0.7807 0.3169 0.5386</w:t>
        <w:br/>
        <w:t>vn 0.7433 0.4081 0.5300</w:t>
        <w:br/>
        <w:t>vn 0.6290 0.5997 0.4947</w:t>
        <w:br/>
        <w:t>vn 0.3796 0.8403 0.3871</w:t>
        <w:br/>
        <w:t>vn -0.0852 0.9878 0.1302</w:t>
        <w:br/>
        <w:t>vn -0.5099 0.8459 -0.1566</w:t>
        <w:br/>
        <w:t>vn -0.7932 0.4583 -0.4010</w:t>
        <w:br/>
        <w:t>vn -0.8470 -0.0512 -0.5292</w:t>
        <w:br/>
        <w:t>vn -0.7274 -0.4236 -0.5398</w:t>
        <w:br/>
        <w:t>vn -0.5360 -0.7001 -0.4717</w:t>
        <w:br/>
        <w:t>vn -0.1485 -0.9506 -0.2727</w:t>
        <w:br/>
        <w:t>vn 0.2088 -0.9767 -0.0501</w:t>
        <w:br/>
        <w:t>vn 0.4470 -0.8866 0.1187</w:t>
        <w:br/>
        <w:t>vn 0.7127 -0.6142 0.3389</w:t>
        <w:br/>
        <w:t>vn 0.8471 -0.1355 0.5139</w:t>
        <w:br/>
        <w:t>vn 0.8057 0.2165 0.5513</w:t>
        <w:br/>
        <w:t>vn -0.7333 -0.2635 0.6267</w:t>
        <w:br/>
        <w:t>vn -0.8819 -0.3296 0.3371</w:t>
        <w:br/>
        <w:t>vn -0.8805 -0.3299 0.3404</w:t>
        <w:br/>
        <w:t>vn -0.7232 -0.2714 0.6351</w:t>
        <w:br/>
        <w:t>vn -0.4828 -0.1816 0.8567</w:t>
        <w:br/>
        <w:t>vn -0.5039 -0.1684 0.8472</w:t>
        <w:br/>
        <w:t>vn 0.7824 0.2847 0.5539</w:t>
        <w:br/>
        <w:t>vn 0.7735 0.3172 0.5487</w:t>
        <w:br/>
        <w:t>vn 0.7736 0.3172 0.5486</w:t>
        <w:br/>
        <w:t>vn -0.4850 -0.1858 0.8545</w:t>
        <w:br/>
        <w:t>vn -0.5039 -0.1676 0.8473</w:t>
        <w:br/>
        <w:t>vn -0.7736 -0.3187 -0.5477</w:t>
        <w:br/>
        <w:t>vn -0.7877 -0.2790 -0.5492</w:t>
        <w:br/>
        <w:t>vn -0.7894 -0.2800 -0.5464</w:t>
        <w:br/>
        <w:t>vn -0.7729 -0.3215 -0.5471</w:t>
        <w:br/>
        <w:t>vn -0.7910 -0.2809 -0.5435</w:t>
        <w:br/>
        <w:t>vn -0.7723 -0.3241 -0.5463</w:t>
        <w:br/>
        <w:t>vn 0.5048 0.1737 -0.8455</w:t>
        <w:br/>
        <w:t>vn 0.5236 0.1561 -0.8376</w:t>
        <w:br/>
        <w:t>vn 0.5049 0.1741 -0.8454</w:t>
        <w:br/>
        <w:t>vn 0.7926 0.2884 0.5373</w:t>
        <w:br/>
        <w:t>vn 0.7712 0.3271 0.5461</w:t>
        <w:br/>
        <w:t>vn 0.7713 0.3271 0.5460</w:t>
        <w:br/>
        <w:t>vn 0.4946 0.1685 -0.8527</w:t>
        <w:br/>
        <w:t>vn 0.5056 0.1531 -0.8491</w:t>
        <w:br/>
        <w:t>vn 0.2319 0.0534 -0.9713</w:t>
        <w:br/>
        <w:t>vn 0.2252 0.0575 -0.9726</w:t>
        <w:br/>
        <w:t>vn -0.0648 -0.0516 -0.9966</w:t>
        <w:br/>
        <w:t>vn -0.0666 -0.0592 -0.9960</w:t>
        <w:br/>
        <w:t>vn 0.7461 0.2625 -0.6119</w:t>
        <w:br/>
        <w:t>vn 0.7344 0.2756 -0.6202</w:t>
        <w:br/>
        <w:t>vn 0.8771 0.3425 -0.3367</w:t>
        <w:br/>
        <w:t>vn 0.8878 0.3230 -0.3277</w:t>
        <w:br/>
        <w:t>vn 0.5265 0.1747 -0.8320</w:t>
        <w:br/>
        <w:t>vn 0.5144 0.1798 -0.8385</w:t>
        <w:br/>
        <w:t>vn -0.7754 -0.3295 -0.5387</w:t>
        <w:br/>
        <w:t>vn -0.7912 -0.3158 -0.5237</w:t>
        <w:br/>
        <w:t>vn -0.7911 -0.3157 -0.5239</w:t>
        <w:br/>
        <w:t>vn -0.7753 -0.3295 -0.5388</w:t>
        <w:br/>
        <w:t>vn 0.5077 0.1769 -0.8431</w:t>
        <w:br/>
        <w:t>vn 0.5164 0.1721 -0.8389</w:t>
        <w:br/>
        <w:t>vn 0.5163 0.1721 -0.8389</w:t>
        <w:br/>
        <w:t>vn 0.5077 0.1769 -0.8432</w:t>
        <w:br/>
        <w:t>vn 0.7791 0.3147 0.5422</w:t>
        <w:br/>
        <w:t>vn 0.7779 0.3134 0.5447</w:t>
        <w:br/>
        <w:t>vn 0.7722 0.3234 0.5469</w:t>
        <w:br/>
        <w:t>vn 0.7717 0.3264 0.5458</w:t>
        <w:br/>
        <w:t>vn 0.7765 0.3122 0.5473</w:t>
        <w:br/>
        <w:t>vn 0.7724 0.3205 0.5483</w:t>
        <w:br/>
        <w:t>vn -0.7750 -0.3098 -0.5508</w:t>
        <w:br/>
        <w:t>vn -0.7724 -0.3180 -0.5499</w:t>
        <w:br/>
        <w:t>vn -0.7723 -0.3180 -0.5499</w:t>
        <w:br/>
        <w:t>vn -0.5098 -0.1697 0.8434</w:t>
        <w:br/>
        <w:t>vn -0.5101 -0.1697 0.8432</w:t>
        <w:br/>
        <w:t>vn -0.5030 -0.1735 0.8467</w:t>
        <w:br/>
        <w:t>vn -0.5038 -0.1767 0.8456</w:t>
        <w:br/>
        <w:t>vn -0.2217 -0.0671 0.9728</w:t>
        <w:br/>
        <w:t>vn -0.2315 -0.0575 0.9711</w:t>
        <w:br/>
        <w:t>vn -0.5093 -0.1700 0.8436</w:t>
        <w:br/>
        <w:t>vn 0.0844 0.0497 0.9952</w:t>
        <w:br/>
        <w:t>vn 0.0704 0.0611 0.9956</w:t>
        <w:br/>
        <w:t>vn -0.5105 -0.1679 0.8433</w:t>
        <w:br/>
        <w:t>vn 0.5027 0.1717 -0.8472</w:t>
        <w:br/>
        <w:t>vn 0.5028 0.1716 -0.8472</w:t>
        <w:br/>
        <w:t>vn -0.8407 -0.0548 -0.5387</w:t>
        <w:br/>
        <w:t>vn -0.5956 0.1950 -0.7793</w:t>
        <w:br/>
        <w:t>vn -0.4534 0.0211 -0.8910</w:t>
        <w:br/>
        <w:t>vn -0.9564 -0.2012 -0.2117</w:t>
        <w:br/>
        <w:t>vn -0.9855 0.1182 -0.1216</w:t>
        <w:br/>
        <w:t>vn -0.9205 -0.2885 0.2634</w:t>
        <w:br/>
        <w:t>vn -0.9294 -0.0005 0.3691</w:t>
        <w:br/>
        <w:t>vn 0.8069 -0.1680 0.5663</w:t>
        <w:br/>
        <w:t>vn 0.6466 -0.6884 0.3286</w:t>
        <w:br/>
        <w:t>vn 0.8069 -0.1679 0.5663</w:t>
        <w:br/>
        <w:t>vn 0.3987 -0.9124 0.0928</w:t>
        <w:br/>
        <w:t>vn 0.0222 0.5292 -0.8482</w:t>
        <w:br/>
        <w:t>vn -0.2932 0.7342 -0.6123</w:t>
        <w:br/>
        <w:t>vn 0.0575 0.6277 -0.7764</w:t>
        <w:br/>
        <w:t>vn -0.0264 0.3366 -0.9413</w:t>
        <w:br/>
        <w:t>vn -0.0623 0.1051 -0.9925</w:t>
        <w:br/>
        <w:t>vn -0.3867 -0.1418 -0.9112</w:t>
        <w:br/>
        <w:t>vn -0.8975 -0.3492 -0.2694</w:t>
        <w:br/>
        <w:t>vn -0.0015 -0.3482 -0.9374</w:t>
        <w:br/>
        <w:t>vn -0.8472 -0.4392 -0.2991</w:t>
        <w:br/>
        <w:t>vn 0.3374 -0.2602 -0.9047</w:t>
        <w:br/>
        <w:t>vn -0.3867 -0.1418 -0.9113</w:t>
        <w:br/>
        <w:t>vn -0.0098 -0.0013 -1.0000</w:t>
        <w:br/>
        <w:t>vn 0.7270 0.2281 0.6477</w:t>
        <w:br/>
        <w:t>vn 0.7829 0.0730 0.6178</w:t>
        <w:br/>
        <w:t>vn -0.7745 0.6217 0.1167</w:t>
        <w:br/>
        <w:t>vn -0.2932 0.7342 -0.6124</w:t>
        <w:br/>
        <w:t>vn -0.5454 0.7956 0.2637</w:t>
        <w:br/>
        <w:t>vn -0.1579 0.8874 -0.4332</w:t>
        <w:br/>
        <w:t>vn -0.9125 -0.3684 0.1780</w:t>
        <w:br/>
        <w:t>vn -0.1578 0.8874 -0.4331</w:t>
        <w:br/>
        <w:t>vn 0.0918 0.7160 -0.6920</w:t>
        <w:br/>
        <w:t>vn -0.7483 -0.2260 -0.6236</w:t>
        <w:br/>
        <w:t>vn -0.7483 -0.2261 -0.6236</w:t>
        <w:br/>
        <w:t>vn -0.7809 -0.1390 -0.6090</w:t>
        <w:br/>
        <w:t>vn -0.2490 0.4095 0.8777</w:t>
        <w:br/>
        <w:t>vn -0.5455 0.7956 0.2637</w:t>
        <w:br/>
        <w:t>vn -0.7599 0.3988 0.5134</w:t>
        <w:br/>
        <w:t>vn 0.4972 0.1302 0.8578</w:t>
        <w:br/>
        <w:t>vn 0.4610 0.2877 0.8395</w:t>
        <w:br/>
        <w:t>vn -0.2489 0.4094 0.8777</w:t>
        <w:br/>
        <w:t>vn 0.1618 0.0365 0.9862</w:t>
        <w:br/>
        <w:t>vn 0.1788 -0.1891 0.9655</w:t>
        <w:br/>
        <w:t>vn 0.5431 -0.1069 0.8328</w:t>
        <w:br/>
        <w:t>vn -0.8161 0.0017 -0.5779</w:t>
        <w:br/>
        <w:t>vn 0.9269 0.2718 0.2589</w:t>
        <w:br/>
        <w:t>vn 0.8647 0.4049 0.2972</w:t>
        <w:br/>
        <w:t>vn 0.4609 0.2877 0.8395</w:t>
        <w:br/>
        <w:t>vn 0.9269 0.2718 0.2590</w:t>
        <w:br/>
        <w:t>vn 0.9750 0.0832 0.2061</w:t>
        <w:br/>
        <w:t>vn 0.9685 0.1606 -0.1902</w:t>
        <w:br/>
        <w:t>vn 0.9462 0.2956 -0.1316</w:t>
        <w:br/>
        <w:t>vn 0.9750 0.0831 0.2061</w:t>
        <w:br/>
        <w:t>vn -0.8233 0.2472 -0.5109</w:t>
        <w:br/>
        <w:t>vn 0.9757 0.0418 -0.2153</w:t>
        <w:br/>
        <w:t>vn 0.9804 -0.1360 0.1423</w:t>
        <w:br/>
        <w:t>vn 0.9124 0.4037 -0.0667</w:t>
        <w:br/>
        <w:t>vn 0.6797 0.3273 0.6564</w:t>
        <w:br/>
        <w:t>vn -0.2086 0.9544 0.2138</w:t>
        <w:br/>
        <w:t>vn -0.2085 0.9544 0.2138</w:t>
        <w:br/>
        <w:t>vn -0.7903 0.4305 -0.4360</w:t>
        <w:br/>
        <w:t>vn 0.8330 -0.2425 -0.4973</w:t>
        <w:br/>
        <w:t>vn 0.7103 -0.5513 -0.4377</w:t>
        <w:br/>
        <w:t>vn -0.0016 -0.3482 -0.9374</w:t>
        <w:br/>
        <w:t>vn 0.5495 -0.4004 0.7333</w:t>
        <w:br/>
        <w:t>vn 0.2527 -0.8871 0.3864</w:t>
        <w:br/>
        <w:t>vn 0.7702 -0.5035 0.3916</w:t>
        <w:br/>
        <w:t>vn 0.9805 -0.1360 0.1422</w:t>
        <w:br/>
        <w:t>vn 0.1973 -0.4460 0.8730</w:t>
        <w:br/>
        <w:t>vn 0.5496 -0.4004 0.7333</w:t>
        <w:br/>
        <w:t>vn -0.0946 -0.8084 0.5810</w:t>
        <w:br/>
        <w:t>vn 0.2527 -0.8871 0.3863</w:t>
        <w:br/>
        <w:t>vn -0.6788 -0.6957 0.2352</w:t>
        <w:br/>
        <w:t>vn -0.0581 -0.9959 0.0699</w:t>
        <w:br/>
        <w:t>vn 0.2527 -0.8870 0.3864</w:t>
        <w:br/>
        <w:t>vn -0.0580 -0.9959 0.0699</w:t>
        <w:br/>
        <w:t>vn 0.2469 -0.9518 -0.1822</w:t>
        <w:br/>
        <w:t>vn 0.7103 -0.5512 -0.4377</w:t>
        <w:br/>
        <w:t>vn -0.6787 -0.6957 0.2352</w:t>
        <w:br/>
        <w:t>vn -0.8471 -0.4392 -0.2990</w:t>
        <w:br/>
        <w:t>vn -0.8228 -0.4499 -0.3473</w:t>
        <w:br/>
        <w:t>vn -0.4129 -0.4285 -0.8037</w:t>
        <w:br/>
        <w:t>vn -0.4129 -0.4285 -0.8036</w:t>
        <w:br/>
        <w:t>vn -0.9344 0.3065 -0.1813</w:t>
        <w:br/>
        <w:t>vn -0.4555 0.3880 -0.8013</w:t>
        <w:br/>
        <w:t>vn -0.4555 0.3880 -0.8012</w:t>
        <w:br/>
        <w:t>vn -0.9957 -0.0871 -0.0324</w:t>
        <w:br/>
        <w:t>vn -0.9719 0.2166 -0.0922</w:t>
        <w:br/>
        <w:t>vn -0.0541 -0.0344 -0.9979</w:t>
        <w:br/>
        <w:t>vn -0.0542 -0.0344 -0.9979</w:t>
        <w:br/>
        <w:t>vn 0.9972 0.0630 0.0397</w:t>
        <w:br/>
        <w:t>vn 0.8171 0.4573 0.3510</w:t>
        <w:br/>
        <w:t>vn 0.9284 -0.2348 0.2879</w:t>
        <w:br/>
        <w:t>vn 0.9704 -0.2215 0.0960</w:t>
        <w:br/>
        <w:t>vn 0.0024 -0.3965 -0.9180</w:t>
        <w:br/>
        <w:t>vn -0.9725 -0.1876 0.1381</w:t>
        <w:br/>
        <w:t>vn -0.2553 -0.0419 -0.9660</w:t>
        <w:br/>
        <w:t>vn -0.2553 -0.0419 -0.9659</w:t>
        <w:br/>
        <w:t>vn -0.8685 -0.4727 0.1493</w:t>
        <w:br/>
        <w:t>vn -0.6357 -0.7709 -0.0402</w:t>
        <w:br/>
        <w:t>vn 0.9318 -0.3052 0.1964</w:t>
        <w:br/>
        <w:t>vn 0.9318 -0.3053 0.1964</w:t>
        <w:br/>
        <w:t>vn 0.9775 0.1580 -0.1400</w:t>
        <w:br/>
        <w:t>vn 0.9775 0.1579 -0.1400</w:t>
        <w:br/>
        <w:t>vn 0.4675 -0.3834 0.7965</w:t>
        <w:br/>
        <w:t>vn 0.3983 0.4312 0.8096</w:t>
        <w:br/>
        <w:t>vn 0.3982 0.4312 0.8096</w:t>
        <w:br/>
        <w:t>vn 0.2566 0.0246 0.9662</w:t>
        <w:br/>
        <w:t>vn 0.3594 0.3175 0.8775</w:t>
        <w:br/>
        <w:t>vn 0.0680 -0.0057 0.9977</w:t>
        <w:br/>
        <w:t>vn 0.3593 0.3174 0.8776</w:t>
        <w:br/>
        <w:t>vn 0.4675 -0.3835 0.7965</w:t>
        <w:br/>
        <w:t>vn -0.0004 0.3854 0.9227</w:t>
        <w:br/>
        <w:t>vn 0.1140 0.7579 0.6423</w:t>
        <w:br/>
        <w:t>vn 0.1140 0.7580 0.6423</w:t>
        <w:br/>
        <w:t>vn 0.8745 0.4612 -0.1501</w:t>
        <w:br/>
        <w:t>vn 0.8745 0.4611 -0.1501</w:t>
        <w:br/>
        <w:t>vn 0.3177 -0.2384 0.9177</w:t>
        <w:br/>
        <w:t>vn 0.4946 -0.4777 0.7261</w:t>
        <w:br/>
        <w:t>vn 0.4946 -0.4777 0.7260</w:t>
        <w:br/>
        <w:t>vn 0.6824 -0.5484 0.4832</w:t>
        <w:br/>
        <w:t>vn 0.6824 -0.5484 0.4833</w:t>
        <w:br/>
        <w:t>vn 0.6406 0.7666 0.0436</w:t>
        <w:br/>
        <w:t>vn -0.4987 0.4810 -0.7211</w:t>
        <w:br/>
        <w:t>vn -0.3198 0.2401 -0.9166</w:t>
        <w:br/>
        <w:t>vn -0.6823 0.5502 -0.4814</w:t>
        <w:br/>
        <w:t>vn 0.3380 0.8758 0.3446</w:t>
        <w:br/>
        <w:t>vn -0.8294 0.4835 -0.2797</w:t>
        <w:br/>
        <w:t>vn -0.8294 0.4836 -0.2797</w:t>
        <w:br/>
        <w:t>vn -0.1094 -0.7547 -0.6469</w:t>
        <w:br/>
        <w:t>vn -0.3341 -0.8777 -0.3435</w:t>
        <w:br/>
        <w:t>vn 0.8333 -0.4778 0.2780</w:t>
        <w:br/>
        <w:t>vn 0.8333 -0.4778 0.2781</w:t>
        <w:br/>
        <w:t>vn -0.8102 0.0136 -0.5860</w:t>
        <w:br/>
        <w:t>vn -0.6952 0.0853 -0.7137</w:t>
        <w:br/>
        <w:t>vn -0.8338 0.1579 -0.5290</w:t>
        <w:br/>
        <w:t>vn -0.9430 0.1322 -0.3055</w:t>
        <w:br/>
        <w:t>vn -0.9530 0.1327 -0.2725</w:t>
        <w:br/>
        <w:t>vn -0.8457 -0.0336 -0.5327</w:t>
        <w:br/>
        <w:t>vn -0.9706 -0.1380 -0.1974</w:t>
        <w:br/>
        <w:t>vn -0.7564 0.0883 -0.6481</w:t>
        <w:br/>
        <w:t>vn -0.7255 -0.0487 -0.6865</w:t>
        <w:br/>
        <w:t>vn -0.9843 0.0548 -0.1677</w:t>
        <w:br/>
        <w:t>vn -0.9939 0.0406 0.1023</w:t>
        <w:br/>
        <w:t>vn -0.9789 0.1660 0.1195</w:t>
        <w:br/>
        <w:t>vn -0.9785 0.0585 0.1980</w:t>
        <w:br/>
        <w:t>vn -0.9882 -0.0786 0.1318</w:t>
        <w:br/>
        <w:t>vn -0.9011 -0.0543 0.4302</w:t>
        <w:br/>
        <w:t>vn -0.7227 0.0403 0.6900</w:t>
        <w:br/>
        <w:t>vn -0.6921 0.1636 0.7030</w:t>
        <w:br/>
        <w:t>vn -0.6316 0.1096 0.7675</w:t>
        <w:br/>
        <w:t>vn -0.1366 0.1906 0.9721</w:t>
        <w:br/>
        <w:t>vn -0.4681 0.0936 0.8787</w:t>
        <w:br/>
        <w:t>vn -0.0462 0.0886 0.9950</w:t>
        <w:br/>
        <w:t>vn 0.2910 0.2628 0.9199</w:t>
        <w:br/>
        <w:t>vn 0.4964 0.2372 0.8351</w:t>
        <w:br/>
        <w:t>vn 0.6536 0.2884 0.6997</w:t>
        <w:br/>
        <w:t>vn 0.8385 0.2961 0.4574</w:t>
        <w:br/>
        <w:t>vn 0.8531 0.2384 0.4641</w:t>
        <w:br/>
        <w:t>vn 0.9338 0.2884 0.2119</w:t>
        <w:br/>
        <w:t>vn 0.9357 0.2486 0.2505</w:t>
        <w:br/>
        <w:t>vn 0.8646 0.1797 0.4692</w:t>
        <w:br/>
        <w:t>vn 0.9063 0.2214 0.3601</w:t>
        <w:br/>
        <w:t>vn 0.7836 0.1126 0.6110</w:t>
        <w:br/>
        <w:t>vn -0.7586 -0.3048 -0.5759</w:t>
        <w:br/>
        <w:t>vn -0.8744 -0.4392 -0.2061</w:t>
        <w:br/>
        <w:t>vn -0.9307 -0.2919 0.2203</w:t>
        <w:br/>
        <w:t>vn -0.8441 -0.5040 0.1829</w:t>
        <w:br/>
        <w:t>vn -0.5899 -0.2037 0.7814</w:t>
        <w:br/>
        <w:t>vn -0.5495 -0.6535 0.5205</w:t>
        <w:br/>
        <w:t>vn 0.0013 -0.0350 0.9994</w:t>
        <w:br/>
        <w:t>vn 0.5530 0.1529 0.8190</w:t>
        <w:br/>
        <w:t>vn 0.8037 -0.0233 0.5946</w:t>
        <w:br/>
        <w:t>vn 0.6915 -0.0926 0.7164</w:t>
        <w:br/>
        <w:t>vn 0.8231 -0.1069 0.5578</w:t>
        <w:br/>
        <w:t>vn 0.8346 0.0248 0.5503</w:t>
        <w:br/>
        <w:t>vn 0.9578 -0.1058 0.2674</w:t>
        <w:br/>
        <w:t>vn 0.9439 -0.0779 0.3208</w:t>
        <w:br/>
        <w:t>vn 0.9741 0.1207 0.1913</w:t>
        <w:br/>
        <w:t>vn 0.8560 0.3949 0.3335</w:t>
        <w:br/>
        <w:t>vn 0.7432 0.2729 0.6109</w:t>
        <w:br/>
        <w:t>vn 0.7077 0.3058 0.6370</w:t>
        <w:br/>
        <w:t>vn 0.8309 0.3575 0.4263</w:t>
        <w:br/>
        <w:t>vn 0.6967 0.0753 0.7134</w:t>
        <w:br/>
        <w:t>vn 0.7306 -0.0806 0.6780</w:t>
        <w:br/>
        <w:t>vn 0.9947 -0.0061 -0.1025</w:t>
        <w:br/>
        <w:t>vn 0.9826 0.1262 -0.1361</w:t>
        <w:br/>
        <w:t>vn 0.9849 0.0058 0.1732</w:t>
        <w:br/>
        <w:t>vn 0.9766 -0.1682 -0.1341</w:t>
        <w:br/>
        <w:t>vn 0.9729 -0.0746 -0.2187</w:t>
        <w:br/>
        <w:t>vn 0.8717 0.4519 -0.1897</w:t>
        <w:br/>
        <w:t>vn 0.9284 0.3429 -0.1432</w:t>
        <w:br/>
        <w:t>vn 0.7296 -0.0396 -0.6827</w:t>
        <w:br/>
        <w:t>vn 0.7218 0.0214 -0.6918</w:t>
        <w:br/>
        <w:t>vn 0.8972 0.0792 -0.4345</w:t>
        <w:br/>
        <w:t>vn 0.6987 -0.1612 -0.6970</w:t>
        <w:br/>
        <w:t>vn 0.6424 -0.0980 -0.7600</w:t>
        <w:br/>
        <w:t>vn 0.5700 0.2057 -0.7955</w:t>
        <w:br/>
        <w:t>vn 0.5371 0.3009 -0.7880</w:t>
        <w:br/>
        <w:t>vn 0.1718 -0.2056 -0.9634</w:t>
        <w:br/>
        <w:t>vn 0.1237 -0.2186 -0.9680</w:t>
        <w:br/>
        <w:t>vn 0.4915 -0.1163 -0.8630</w:t>
        <w:br/>
        <w:t>vn 0.0540 -0.0582 -0.9968</w:t>
        <w:br/>
        <w:t>vn -0.0342 0.0221 -0.9992</w:t>
        <w:br/>
        <w:t>vn -0.0254 0.0514 -0.9984</w:t>
        <w:br/>
        <w:t>vn -0.5652 -0.1111 -0.8175</w:t>
        <w:br/>
        <w:t>vn -0.5544 -0.1182 -0.8238</w:t>
        <w:br/>
        <w:t>vn -0.2304 -0.2999 -0.9257</w:t>
        <w:br/>
        <w:t>vn -0.8210 -0.3133 -0.4773</w:t>
        <w:br/>
        <w:t>vn -0.6213 -0.3157 -0.7171</w:t>
        <w:br/>
        <w:t>vn -0.4690 -0.2391 -0.8503</w:t>
        <w:br/>
        <w:t>vn -0.8258 -0.2169 -0.5206</w:t>
        <w:br/>
        <w:t>vn -0.8536 -0.1349 -0.5031</w:t>
        <w:br/>
        <w:t>vn -0.9336 -0.2431 -0.2631</w:t>
        <w:br/>
        <w:t>vn -0.9297 -0.2946 -0.2209</w:t>
        <w:br/>
        <w:t>vn -0.9086 -0.2277 -0.3502</w:t>
        <w:br/>
        <w:t>vn -0.7887 -0.1181 -0.6034</w:t>
        <w:br/>
        <w:t>vn 0.9171 0.3043 -0.2576</w:t>
        <w:br/>
        <w:t>vn 0.5525 0.2269 -0.8020</w:t>
        <w:br/>
        <w:t>vn -0.3274 0.8677 0.3740</w:t>
        <w:br/>
        <w:t>vn -0.1996 0.9685 0.1492</w:t>
        <w:br/>
        <w:t>vn 0.3547 -0.9338 -0.0466</w:t>
        <w:br/>
        <w:t>vn 0.1199 -0.9583 0.2595</w:t>
        <w:br/>
        <w:t>vn -0.3878 0.8200 0.4209</w:t>
        <w:br/>
        <w:t>vn -0.3879 0.8200 0.4208</w:t>
        <w:br/>
        <w:t>vn -0.3688 0.8738 0.3170</w:t>
        <w:br/>
        <w:t>vn -0.3688 0.8738 0.3169</w:t>
        <w:br/>
        <w:t>vn -0.3319 0.9305 0.1550</w:t>
        <w:br/>
        <w:t>vn -0.0050 -0.8823 0.4707</w:t>
        <w:br/>
        <w:t>vn 0.1658 -0.9327 0.3203</w:t>
        <w:br/>
        <w:t>vn 0.1657 -0.9327 0.3203</w:t>
        <w:br/>
        <w:t>vn -0.0502 -0.8700 0.4905</w:t>
        <w:br/>
        <w:t>vn -0.3214 0.9459 0.0441</w:t>
        <w:br/>
        <w:t>vn -0.3591 0.9300 -0.0779</w:t>
        <w:br/>
        <w:t>vn 0.1358 -0.9844 -0.1118</w:t>
        <w:br/>
        <w:t>vn -0.4391 0.8714 -0.2187</w:t>
        <w:br/>
        <w:t>vn -0.4392 0.8714 -0.2187</w:t>
        <w:br/>
        <w:t>vn -0.0395 -0.9231 -0.3824</w:t>
        <w:br/>
        <w:t>vn -0.1754 -0.9631 -0.2042</w:t>
        <w:br/>
        <w:t>vn -0.6021 0.7661 -0.2247</w:t>
        <w:br/>
        <w:t>vn -0.5287 0.8112 -0.2498</w:t>
        <w:br/>
        <w:t>vn -0.6021 0.7662 -0.2247</w:t>
        <w:br/>
        <w:t>vn -0.5496 -0.6534 0.5206</w:t>
        <w:br/>
        <w:t>vn -0.1829 -0.9745 0.1297</w:t>
        <w:br/>
        <w:t>vn -0.1755 -0.9631 -0.2040</w:t>
        <w:br/>
        <w:t>vn -0.0579 -0.9380 0.3419</w:t>
        <w:br/>
        <w:t>vn -0.6594 0.7297 -0.1809</w:t>
        <w:br/>
        <w:t>vn -0.6820 0.7247 -0.0980</w:t>
        <w:br/>
        <w:t>vn -0.6821 0.7247 -0.0980</w:t>
        <w:br/>
        <w:t>vn -0.5776 0.8124 0.0795</w:t>
        <w:br/>
        <w:t>vn -0.6535 0.7569 0.0024</w:t>
        <w:br/>
        <w:t>vn 0.0110 -0.9253 0.3791</w:t>
        <w:br/>
        <w:t>vn -0.4807 0.8689 0.1178</w:t>
        <w:br/>
        <w:t>vn 0.1603 -0.9565 0.2437</w:t>
        <w:br/>
        <w:t>vn -0.3849 0.9124 0.1393</w:t>
        <w:br/>
        <w:t>vn 0.2612 -0.9587 0.1121</w:t>
        <w:br/>
        <w:t>vn 0.2613 -0.9587 0.1121</w:t>
        <w:br/>
        <w:t>vn -0.3019 0.9484 0.0964</w:t>
        <w:br/>
        <w:t>vn 0.3460 -0.9379 -0.0249</w:t>
        <w:br/>
        <w:t>vn -0.6594 0.7297 -0.1808</w:t>
        <w:br/>
        <w:t>vn -0.6595 0.7297 -0.1808</w:t>
        <w:br/>
        <w:t>vn -0.0774 0.1763 0.9813</w:t>
        <w:br/>
        <w:t>vn -0.7215 -0.0198 0.6921</w:t>
        <w:br/>
        <w:t>vn -0.8990 -0.0794 -0.4307</w:t>
        <w:br/>
        <w:t>vn -0.8680 -0.2069 -0.4515</w:t>
        <w:br/>
        <w:t>vn -0.8840 -0.0863 -0.4595</w:t>
        <w:br/>
        <w:t>vn -0.7310 -0.3607 -0.5792</w:t>
        <w:br/>
        <w:t>vn -0.7931 -0.1320 -0.5946</w:t>
        <w:br/>
        <w:t>vn -0.8266 0.0012 -0.5628</w:t>
        <w:br/>
        <w:t>vn -0.7035 0.0769 -0.7065</w:t>
        <w:br/>
        <w:t>vn -0.6979 0.0739 -0.7124</w:t>
        <w:br/>
        <w:t>vn -0.5789 -0.0652 -0.8128</w:t>
        <w:br/>
        <w:t>vn -0.4788 -0.2879 -0.8294</w:t>
        <w:br/>
        <w:t>vn -0.6246 0.0414 -0.7799</w:t>
        <w:br/>
        <w:t>vn -0.4342 0.3059 -0.8473</w:t>
        <w:br/>
        <w:t>vn -0.4276 0.1764 -0.8866</w:t>
        <w:br/>
        <w:t>vn -0.3231 0.2576 -0.9106</w:t>
        <w:br/>
        <w:t>vn -0.1488 -0.4955 -0.8557</w:t>
        <w:br/>
        <w:t>vn -0.2037 -0.0077 -0.9790</w:t>
        <w:br/>
        <w:t>vn -0.1147 0.2663 -0.9571</w:t>
        <w:br/>
        <w:t>vn -0.3654 0.0855 -0.9269</w:t>
        <w:br/>
        <w:t>vn 0.1804 0.5655 -0.8048</w:t>
        <w:br/>
        <w:t>vn 0.1491 0.4758 -0.8668</w:t>
        <w:br/>
        <w:t>vn 0.3019 0.5195 -0.7994</w:t>
        <w:br/>
        <w:t>vn 0.3157 -0.2006 -0.9274</w:t>
        <w:br/>
        <w:t>vn 0.3994 0.2636 -0.8780</w:t>
        <w:br/>
        <w:t>vn 0.6281 0.6650 -0.4041</w:t>
        <w:br/>
        <w:t>vn 0.3864 0.6046 -0.6965</w:t>
        <w:br/>
        <w:t>vn 0.7667 0.5170 -0.3807</w:t>
        <w:br/>
        <w:t>vn 0.8130 0.4123 -0.4112</w:t>
        <w:br/>
        <w:t>vn 0.8986 0.3800 0.2193</w:t>
        <w:br/>
        <w:t>vn 0.8473 0.4744 0.2387</w:t>
        <w:br/>
        <w:t>vn 0.7694 0.6377 0.0377</w:t>
        <w:br/>
        <w:t>vn 0.6936 0.1627 0.7018</w:t>
        <w:br/>
        <w:t>vn 0.6687 0.1757 0.7224</w:t>
        <w:br/>
        <w:t>vn 0.7735 0.3805 0.5069</w:t>
        <w:br/>
        <w:t>vn 0.7178 0.1494 0.6801</w:t>
        <w:br/>
        <w:t>vn 0.5667 0.0378 0.8230</w:t>
        <w:br/>
        <w:t>vn 0.5500 0.0380 0.8343</w:t>
        <w:br/>
        <w:t>vn 0.6546 0.0386 0.7550</w:t>
        <w:br/>
        <w:t>vn 0.8974 0.0737 0.4350</w:t>
        <w:br/>
        <w:t>vn 0.8888 0.0910 0.4492</w:t>
        <w:br/>
        <w:t>vn 0.8501 0.2634 0.4561</w:t>
        <w:br/>
        <w:t>vn 0.8311 0.0039 0.5562</w:t>
        <w:br/>
        <w:t>vn 0.7948 0.1318 0.5923</w:t>
        <w:br/>
        <w:t>vn 0.7348 0.3851 0.5583</w:t>
        <w:br/>
        <w:t>vn 0.6955 -0.0689 0.7152</w:t>
        <w:br/>
        <w:t>vn 0.6929 -0.0874 0.7157</w:t>
        <w:br/>
        <w:t>vn 0.5720 0.0724 0.8170</w:t>
        <w:br/>
        <w:t>vn 0.5780 0.3315 0.7457</w:t>
        <w:br/>
        <w:t>vn 0.6704 0.3223 0.6684</w:t>
        <w:br/>
        <w:t>vn 0.7383 0.4176 0.5296</w:t>
        <w:br/>
        <w:t>vn 0.4181 -0.1818 0.8900</w:t>
        <w:br/>
        <w:t>vn 0.6172 -0.0403 0.7858</w:t>
        <w:br/>
        <w:t>vn 0.3624 -0.0842 0.9282</w:t>
        <w:br/>
        <w:t>vn 0.4126 -0.3237 0.8515</w:t>
        <w:br/>
        <w:t>vn 0.2973 -0.2740 0.9146</w:t>
        <w:br/>
        <w:t>vn 0.1391 0.0241 0.9900</w:t>
        <w:br/>
        <w:t>vn 0.1848 0.1147 0.9761</w:t>
        <w:br/>
        <w:t>vn 0.3138 -0.0165 0.9493</w:t>
        <w:br/>
        <w:t>vn -0.1534 -0.4758 0.8661</w:t>
        <w:br/>
        <w:t>vn 0.1091 -0.2701 0.9566</w:t>
        <w:br/>
        <w:t>vn -0.1505 -0.4258 0.8922</w:t>
        <w:br/>
        <w:t>vn -0.1903 -0.5651 0.8028</w:t>
        <w:br/>
        <w:t>vn -0.3109 -0.5204 0.7953</w:t>
        <w:br/>
        <w:t>vn -0.4486 -0.2488 0.8584</w:t>
        <w:br/>
        <w:t>vn -0.4654 -0.2623 0.8453</w:t>
        <w:br/>
        <w:t>vn -0.3905 -0.3756 0.8405</w:t>
        <w:br/>
        <w:t>vn -0.6309 -0.6621 0.4045</w:t>
        <w:br/>
        <w:t>vn -0.3883 -0.6025 0.6973</w:t>
        <w:br/>
        <w:t>vn -0.6440 -0.6772 0.3559</w:t>
        <w:br/>
        <w:t>vn -0.7714 -0.5159 0.3726</w:t>
        <w:br/>
        <w:t>vn -0.8223 -0.4356 0.3661</w:t>
        <w:br/>
        <w:t>vn -0.8108 -0.4699 0.3491</w:t>
        <w:br/>
        <w:t>vn -0.8938 -0.3773 -0.2425</w:t>
        <w:br/>
        <w:t>vn -0.8951 -0.3813 -0.2311</w:t>
        <w:br/>
        <w:t>vn -0.7744 -0.6319 -0.0319</w:t>
        <w:br/>
        <w:t>vn -0.6724 -0.1699 -0.7205</w:t>
        <w:br/>
        <w:t>vn -0.7243 -0.1846 -0.6643</w:t>
        <w:br/>
        <w:t>vn -0.8481 -0.4754 -0.2340</w:t>
        <w:br/>
        <w:t>vn -0.7815 -0.3792 -0.4955</w:t>
        <w:br/>
        <w:t>vn -0.7252 -0.1499 -0.6720</w:t>
        <w:br/>
        <w:t>vn -0.5518 -0.0356 -0.8332</w:t>
        <w:br/>
        <w:t>vn -0.5675 -0.0376 -0.8225</w:t>
        <w:br/>
        <w:t>vn -0.6546 -0.0392 -0.7549</w:t>
        <w:br/>
        <w:t>vn -0.1035 0.9892 -0.1033</w:t>
        <w:br/>
        <w:t>vn -0.1035 0.9892 -0.1034</w:t>
        <w:br/>
        <w:t>vn 0.5624 -0.7407 -0.3676</w:t>
        <w:br/>
        <w:t>vn -0.0599 0.9821 -0.1783</w:t>
        <w:br/>
        <w:t>vn -0.0743 0.9941 -0.0789</w:t>
        <w:br/>
        <w:t>vn -0.1910 0.9776 0.0885</w:t>
        <w:br/>
        <w:t>vn 0.6040 -0.5492 -0.5776</w:t>
        <w:br/>
        <w:t>vn 0.5896 -0.6826 -0.4317</w:t>
        <w:br/>
        <w:t>vn 0.6198 -0.5060 -0.5998</w:t>
        <w:br/>
        <w:t>vn -0.4829 0.8398 0.2482</w:t>
        <w:br/>
        <w:t>vn -0.3201 0.9252 0.2038</w:t>
        <w:br/>
        <w:t>vn 0.2587 -0.9036 -0.3413</w:t>
        <w:br/>
        <w:t>vn 0.5574 -0.7757 -0.2960</w:t>
        <w:br/>
        <w:t>vn -0.6754 0.7054 0.2149</w:t>
        <w:br/>
        <w:t>vn 0.2587 -0.9036 -0.3414</w:t>
        <w:br/>
        <w:t>vn 0.0316 -0.8457 -0.5327</w:t>
        <w:br/>
        <w:t>vn -0.0677 -0.9343 -0.3500</w:t>
        <w:br/>
        <w:t>vn -0.1487 -0.4955 -0.8558</w:t>
        <w:br/>
        <w:t>vn -0.7658 0.6367 0.0907</w:t>
        <w:br/>
        <w:t>vn -0.7658 0.6366 0.0908</w:t>
        <w:br/>
        <w:t>vn -0.7731 0.6314 -0.0607</w:t>
        <w:br/>
        <w:t>vn 0.3025 -0.7027 -0.6440</w:t>
        <w:br/>
        <w:t>vn 0.0315 -0.8457 -0.5327</w:t>
        <w:br/>
        <w:t>vn 0.5047 -0.5925 -0.6279</w:t>
        <w:br/>
        <w:t>vn -0.7224 0.6614 -0.2016</w:t>
        <w:br/>
        <w:t>vn -0.6193 0.7246 -0.3022</w:t>
        <w:br/>
        <w:t>vn -0.3728 0.8895 -0.2642</w:t>
        <w:br/>
        <w:t>vn -0.4787 0.8078 -0.3440</w:t>
        <w:br/>
        <w:t>vn -0.3728 0.8895 -0.2643</w:t>
        <w:br/>
        <w:t>vn 0.5570 -0.5646 -0.6092</w:t>
        <w:br/>
        <w:t>vn 0.5569 -0.5646 -0.6092</w:t>
        <w:br/>
        <w:t>vn -0.3330 0.9365 -0.1094</w:t>
        <w:br/>
        <w:t>vn 0.5262 -0.7446 -0.4107</w:t>
        <w:br/>
        <w:t>vn -0.2913 0.9566 0.0035</w:t>
        <w:br/>
        <w:t>vn 0.4329 -0.8791 -0.1992</w:t>
        <w:br/>
        <w:t>vn -0.7225 0.6614 -0.2016</w:t>
        <w:br/>
        <w:t>vn 0.6381 0.6853 -0.3510</w:t>
        <w:br/>
        <w:t>vn 0.1458 0.4264 -0.8927</w:t>
        <w:br/>
        <w:t>vn -0.7614 -0.6464 0.0492</w:t>
        <w:br/>
        <w:t>vn -0.7897 -0.6115 0.0494</w:t>
        <w:br/>
        <w:t>vn 0.0619 0.2819 0.9574</w:t>
        <w:br/>
        <w:t>vn 0.0577 0.3770 0.9244</w:t>
        <w:br/>
        <w:t>vn -0.0358 -0.3799 -0.9243</w:t>
        <w:br/>
        <w:t>vn -0.0529 -0.2818 -0.9580</w:t>
        <w:br/>
        <w:t>vn 0.6603 0.7509 -0.0153</w:t>
        <w:br/>
        <w:t>vn 0.6423 0.7495 -0.1602</w:t>
        <w:br/>
        <w:t>vn 0.7857 -0.5496 0.2841</w:t>
        <w:br/>
        <w:t>vn 0.7857 -0.5495 0.2841</w:t>
        <w:br/>
        <w:t>vn 0.0823 0.1579 0.9840</w:t>
        <w:br/>
        <w:t>vn 0.0436 0.9397 0.3391</w:t>
        <w:br/>
        <w:t>vn 0.5896 0.7812 0.2049</w:t>
        <w:br/>
        <w:t>vn 0.5896 0.7812 0.2050</w:t>
        <w:br/>
        <w:t>vn 0.0437 0.9397 0.3391</w:t>
        <w:br/>
        <w:t>vn -0.0129 0.1718 0.9851</w:t>
        <w:br/>
        <w:t>vn -0.0129 0.1717 0.9851</w:t>
        <w:br/>
        <w:t>vn -0.7767 -0.6198 0.1126</w:t>
        <w:br/>
        <w:t>vn -0.7767 -0.6197 0.1126</w:t>
        <w:br/>
        <w:t>vn -0.0807 -0.1621 -0.9835</w:t>
        <w:br/>
        <w:t>vn 0.0130 -0.1791 -0.9837</w:t>
        <w:br/>
        <w:t>vn 0.0130 -0.1791 -0.9838</w:t>
        <w:br/>
        <w:t>vn 0.0630 -0.2220 -0.9730</w:t>
        <w:br/>
        <w:t>vn -0.7311 -0.6594 0.1749</w:t>
        <w:br/>
        <w:t>vn 0.6098 -0.7869 0.0950</w:t>
        <w:br/>
        <w:t>vn 0.6721 -0.7398 -0.0318</w:t>
        <w:br/>
        <w:t>vn 0.6881 -0.6914 -0.2201</w:t>
        <w:br/>
        <w:t>vn -0.3179 0.6002 0.7340</w:t>
        <w:br/>
        <w:t>vn -0.0756 0.2228 0.9719</w:t>
        <w:br/>
        <w:t>vn -0.0845 -0.2880 -0.9539</w:t>
        <w:br/>
        <w:t>vn -0.3180 0.6002 0.7340</w:t>
        <w:br/>
        <w:t>vn -0.4784 0.8229 0.3067</w:t>
        <w:br/>
        <w:t>vn -0.5315 0.8103 0.2466</w:t>
        <w:br/>
        <w:t>vn 0.0643 0.2962 0.9529</w:t>
        <w:br/>
        <w:t>vn -0.7897 -0.4498 0.4171</w:t>
        <w:br/>
        <w:t>vn -0.1759 -0.3416 -0.9232</w:t>
        <w:br/>
        <w:t>vn -0.5369 0.8192 0.2018</w:t>
        <w:br/>
        <w:t>vn 0.1541 0.3532 0.9228</w:t>
        <w:br/>
        <w:t>vn 0.6533 -0.7030 -0.2812</w:t>
        <w:br/>
        <w:t>vn 0.7897 -0.6115 0.0494</w:t>
        <w:br/>
        <w:t>vn 0.7614 -0.6464 0.0492</w:t>
        <w:br/>
        <w:t>vn -0.0577 0.3770 0.9244</w:t>
        <w:br/>
        <w:t>vn -0.0619 0.2819 0.9574</w:t>
        <w:br/>
        <w:t>vn 0.0358 -0.3799 -0.9243</w:t>
        <w:br/>
        <w:t>vn 0.0529 -0.2818 -0.9580</w:t>
        <w:br/>
        <w:t>vn -0.6423 0.7495 -0.1602</w:t>
        <w:br/>
        <w:t>vn -0.6603 0.7509 -0.0153</w:t>
        <w:br/>
        <w:t>vn -0.7857 -0.5496 0.2841</w:t>
        <w:br/>
        <w:t>vn -0.0823 0.1579 0.9840</w:t>
        <w:br/>
        <w:t>vn -0.0436 0.9397 0.3391</w:t>
        <w:br/>
        <w:t>vn -0.0437 0.9397 0.3391</w:t>
        <w:br/>
        <w:t>vn -0.5896 0.7812 0.2050</w:t>
        <w:br/>
        <w:t>vn 0.0129 0.1717 0.9851</w:t>
        <w:br/>
        <w:t>vn 0.0129 0.1718 0.9851</w:t>
        <w:br/>
        <w:t>vn 0.7767 -0.6197 0.1126</w:t>
        <w:br/>
        <w:t>vn 0.7767 -0.6198 0.1126</w:t>
        <w:br/>
        <w:t>vn 0.0807 -0.1621 -0.9835</w:t>
        <w:br/>
        <w:t>vn -0.0130 -0.1791 -0.9837</w:t>
        <w:br/>
        <w:t>vn -0.0130 -0.1791 -0.9838</w:t>
        <w:br/>
        <w:t>vn -0.0630 -0.2220 -0.9730</w:t>
        <w:br/>
        <w:t>vn 0.7311 -0.6594 0.1749</w:t>
        <w:br/>
        <w:t>vn -0.6098 -0.7869 0.0950</w:t>
        <w:br/>
        <w:t>vn -0.6721 -0.7398 -0.0318</w:t>
        <w:br/>
        <w:t>vn -0.6881 -0.6914 -0.2201</w:t>
        <w:br/>
        <w:t>vn 0.3179 0.6002 0.7340</w:t>
        <w:br/>
        <w:t>vn 0.0756 0.2228 0.9719</w:t>
        <w:br/>
        <w:t>vn 0.0845 -0.2880 -0.9539</w:t>
        <w:br/>
        <w:t>vn 0.5315 0.8104 0.2466</w:t>
        <w:br/>
        <w:t>vn 0.4784 0.8229 0.3067</w:t>
        <w:br/>
        <w:t>vn 0.3180 0.6002 0.7340</w:t>
        <w:br/>
        <w:t>vn 0.5315 0.8103 0.2466</w:t>
        <w:br/>
        <w:t>vn -0.0643 0.2962 0.9529</w:t>
        <w:br/>
        <w:t>vn -0.0436 0.9397 0.3392</w:t>
        <w:br/>
        <w:t>vn 0.7897 -0.4498 0.4171</w:t>
        <w:br/>
        <w:t>vn 0.1759 -0.3416 -0.9232</w:t>
        <w:br/>
        <w:t>vn 0.5369 0.8192 0.2018</w:t>
        <w:br/>
        <w:t>vn -0.1541 0.3532 0.9228</w:t>
        <w:br/>
        <w:t>vn -0.6533 -0.7030 -0.2812</w:t>
        <w:br/>
        <w:t>vn -0.1719 0.9567 0.2350</w:t>
        <w:br/>
        <w:t>vn 0.0823 -0.1610 0.9835</w:t>
        <w:br/>
        <w:t>vn 0.0819 -0.1613 0.9835</w:t>
        <w:br/>
        <w:t>vn 0.9130 0.3485 0.2121</w:t>
        <w:br/>
        <w:t>vn 0.9115 0.3541 0.2090</w:t>
        <w:br/>
        <w:t>vn 0.9115 0.3542 0.2090</w:t>
        <w:br/>
        <w:t>vn 0.9129 0.3486 0.2122</w:t>
        <w:br/>
        <w:t>vn 0.9138 0.3439 0.2162</w:t>
        <w:br/>
        <w:t>vn 0.9138 0.3439 0.2163</w:t>
        <w:br/>
        <w:t>vn 0.2991 0.3087 -0.9029</w:t>
        <w:br/>
        <w:t>vn 0.6277 -0.7677 -0.1290</w:t>
        <w:br/>
        <w:t>vn 0.6278 -0.7676 -0.1290</w:t>
        <w:br/>
        <w:t>vn -0.9115 -0.3499 -0.2160</w:t>
        <w:br/>
        <w:t>vn -0.9114 -0.3501 -0.2162</w:t>
        <w:br/>
        <w:t>vn -0.9133 -0.3479 -0.2118</w:t>
        <w:br/>
        <w:t>vn -0.9151 -0.3456 -0.2077</w:t>
        <w:br/>
        <w:t>vn -0.9150 -0.3457 -0.2078</w:t>
        <w:br/>
        <w:t>vn -0.2125 0.9496 0.2306</w:t>
        <w:br/>
        <w:t>vn -0.2124 0.9496 0.2306</w:t>
        <w:br/>
        <w:t>vn -0.9133 -0.3477 -0.2120</w:t>
        <w:br/>
        <w:t>vn 0.5953 -0.7919 -0.1357</w:t>
        <w:br/>
        <w:t>vn 0.5954 -0.7919 -0.1357</w:t>
        <w:br/>
        <w:t>vn 0.5953 -0.7920 -0.1357</w:t>
        <w:br/>
        <w:t>vn 0.0341 -0.1818 0.9827</w:t>
        <w:br/>
        <w:t>vn 0.0341 -0.1819 0.9827</w:t>
        <w:br/>
        <w:t>vn 0.0338 -0.1821 0.9827</w:t>
        <w:br/>
        <w:t>vn 0.0342 -0.1818 0.9827</w:t>
        <w:br/>
        <w:t>vn 0.3482 0.3231 -0.8800</w:t>
        <w:br/>
        <w:t>vn 0.3482 0.3232 -0.8800</w:t>
        <w:br/>
        <w:t>vn 0.9124 0.3495 0.2131</w:t>
        <w:br/>
        <w:t>vn 0.9124 0.3494 0.2130</w:t>
        <w:br/>
        <w:t>vn 0.1719 0.9567 0.2350</w:t>
        <w:br/>
        <w:t>vn 0.1719 0.9567 0.2349</w:t>
        <w:br/>
        <w:t>vn -0.0823 -0.1610 0.9835</w:t>
        <w:br/>
        <w:t>vn -0.0819 -0.1613 0.9835</w:t>
        <w:br/>
        <w:t>vn -0.9115 0.3541 0.2090</w:t>
        <w:br/>
        <w:t>vn -0.9130 0.3486 0.2121</w:t>
        <w:br/>
        <w:t>vn -0.9129 0.3486 0.2122</w:t>
        <w:br/>
        <w:t>vn -0.9138 0.3439 0.2163</w:t>
        <w:br/>
        <w:t>vn -0.2992 0.3087 -0.9029</w:t>
        <w:br/>
        <w:t>vn -0.2991 0.3087 -0.9029</w:t>
        <w:br/>
        <w:t>vn -0.6277 -0.7677 -0.1290</w:t>
        <w:br/>
        <w:t>vn 0.9114 -0.3501 -0.2162</w:t>
        <w:br/>
        <w:t>vn 0.9133 -0.3479 -0.2117</w:t>
        <w:br/>
        <w:t>vn 0.9133 -0.3479 -0.2118</w:t>
        <w:br/>
        <w:t>vn 0.9115 -0.3499 -0.2160</w:t>
        <w:br/>
        <w:t>vn 0.9149 -0.3459 -0.2079</w:t>
        <w:br/>
        <w:t>vn 0.9150 -0.3458 -0.2078</w:t>
        <w:br/>
        <w:t>vn 0.2125 0.9496 0.2306</w:t>
        <w:br/>
        <w:t>vn 0.2124 0.9496 0.2306</w:t>
        <w:br/>
        <w:t>vn 0.9133 -0.3477 -0.2120</w:t>
        <w:br/>
        <w:t>vn 0.9133 -0.3477 -0.2121</w:t>
        <w:br/>
        <w:t>vn -0.5954 -0.7919 -0.1356</w:t>
        <w:br/>
        <w:t>vn -0.5954 -0.7919 -0.1357</w:t>
        <w:br/>
        <w:t>vn -0.5953 -0.7920 -0.1358</w:t>
        <w:br/>
        <w:t>vn -0.0338 -0.1821 0.9827</w:t>
        <w:br/>
        <w:t>vn -0.0337 -0.1821 0.9827</w:t>
        <w:br/>
        <w:t>vn -0.0341 -0.1818 0.9827</w:t>
        <w:br/>
        <w:t>vn -0.0342 -0.1818 0.9827</w:t>
        <w:br/>
        <w:t>vn -0.3482 0.3232 -0.8800</w:t>
        <w:br/>
        <w:t>vn -0.3482 0.3231 -0.8800</w:t>
        <w:br/>
        <w:t>vn -0.9124 0.3494 0.2130</w:t>
        <w:br/>
        <w:t>vn -0.9124 0.3495 0.2131</w:t>
        <w:br/>
        <w:t>vn -0.8138 -0.1598 0.5587</w:t>
        <w:br/>
        <w:t>vn -0.9344 -0.1919 0.3002</w:t>
        <w:br/>
        <w:t>vn -0.7234 -0.1307 0.6780</w:t>
        <w:br/>
        <w:t>vn -0.7095 -0.1142 0.6954</w:t>
        <w:br/>
        <w:t>vn -0.9305 -0.2416 0.2754</w:t>
        <w:br/>
        <w:t>vn -0.9406 -0.3297 0.0815</w:t>
        <w:br/>
        <w:t>vn -0.9570 -0.2157 0.1938</w:t>
        <w:br/>
        <w:t>vn -0.7428 -0.1697 0.6476</w:t>
        <w:br/>
        <w:t>vn -0.6254 -0.2095 0.7516</w:t>
        <w:br/>
        <w:t>vn -0.6702 -0.2474 0.6998</w:t>
        <w:br/>
        <w:t>vn -0.4540 -0.2076 0.8665</w:t>
        <w:br/>
        <w:t>vn -0.3925 -0.2688 0.8796</w:t>
        <w:br/>
        <w:t>vn -0.8669 -0.3537 0.3512</w:t>
        <w:br/>
        <w:t>vn -0.8752 -0.3916 -0.2839</w:t>
        <w:br/>
        <w:t>vn -0.8702 -0.2604 -0.4182</w:t>
        <w:br/>
        <w:t>vn -0.9365 -0.2249 -0.2690</w:t>
        <w:br/>
        <w:t>vn -0.9853 -0.1398 -0.0979</w:t>
        <w:br/>
        <w:t>vn -0.9470 -0.3157 0.0592</w:t>
        <w:br/>
        <w:t>vn -0.8720 -0.3547 -0.3372</w:t>
        <w:br/>
        <w:t>vn -0.3145 -0.2984 0.9011</w:t>
        <w:br/>
        <w:t>vn -0.2635 -0.2799 0.9232</w:t>
        <w:br/>
        <w:t>vn 0.8491 0.4051 0.3390</w:t>
        <w:br/>
        <w:t>vn -0.0622 -0.2982 0.9525</w:t>
        <w:br/>
        <w:t>vn -0.2116 -0.2604 0.9420</w:t>
        <w:br/>
        <w:t>vn -0.0622 -0.2983 0.9524</w:t>
        <w:br/>
        <w:t>vn 0.8730 -0.1480 0.4648</w:t>
        <w:br/>
        <w:t>vn 0.3250 -0.3123 0.8927</w:t>
        <w:br/>
        <w:t>vn 0.3249 -0.3124 0.8927</w:t>
        <w:br/>
        <w:t>vn 0.8161 -0.0857 0.5715</w:t>
        <w:br/>
        <w:t>vn 0.9318 -0.0062 0.3629</w:t>
        <w:br/>
        <w:t>vn 0.7534 -0.0294 0.6569</w:t>
        <w:br/>
        <w:t>vn -0.8354 -0.4426 -0.3259</w:t>
        <w:br/>
        <w:t>vn -0.6588 -0.3363 -0.6730</w:t>
        <w:br/>
        <w:t>vn -0.3094 -0.2521 -0.9169</w:t>
        <w:br/>
        <w:t>vn -0.2563 -0.2968 -0.9199</w:t>
        <w:br/>
        <w:t>vn -0.2807 -0.2108 -0.9364</w:t>
        <w:br/>
        <w:t>vn -0.4369 -0.3175 -0.8416</w:t>
        <w:br/>
        <w:t>vn 0.7165 -0.1945 0.6699</w:t>
        <w:br/>
        <w:t>vn 0.5598 -0.2174 0.7996</w:t>
        <w:br/>
        <w:t>vn 0.5028 -0.1314 0.8544</w:t>
        <w:br/>
        <w:t>vn 0.8640 -0.2393 0.4431</w:t>
        <w:br/>
        <w:t>vn 0.8871 -0.3356 0.3169</w:t>
        <w:br/>
        <w:t>vn 0.8777 -0.4361 0.1987</w:t>
        <w:br/>
        <w:t>vn 0.9303 -0.3660 -0.0253</w:t>
        <w:br/>
        <w:t>vn 0.8874 -0.3347 0.3171</w:t>
        <w:br/>
        <w:t>vn -0.5890 -0.2382 -0.7723</w:t>
        <w:br/>
        <w:t>vn -0.9460 -0.1943 -0.2595</w:t>
        <w:br/>
        <w:t>vn -0.9817 0.0163 0.1899</w:t>
        <w:br/>
        <w:t>vn -0.3638 -0.4313 -0.8256</w:t>
        <w:br/>
        <w:t>vn 0.2408 -0.2561 -0.9362</w:t>
        <w:br/>
        <w:t>vn -0.0020 -0.4471 -0.8945</w:t>
        <w:br/>
        <w:t>vn 0.9644 0.1539 0.2151</w:t>
        <w:br/>
        <w:t>vn 0.9470 -0.3088 -0.0882</w:t>
        <w:br/>
        <w:t>vn 0.9591 -0.2033 -0.1968</w:t>
        <w:br/>
        <w:t>vn 0.9782 -0.2068 -0.0171</w:t>
        <w:br/>
        <w:t>vn 0.9470 -0.3089 -0.0882</w:t>
        <w:br/>
        <w:t>vn 0.9449 -0.3104 -0.1040</w:t>
        <w:br/>
        <w:t>vn 0.9745 -0.2241 0.0053</w:t>
        <w:br/>
        <w:t>vn 0.9772 -0.2040 -0.0593</w:t>
        <w:br/>
        <w:t>vn 0.4879 0.0950 0.8677</w:t>
        <w:br/>
        <w:t>vn 0.3486 -0.0142 -0.9372</w:t>
        <w:br/>
        <w:t>vn 0.2408 -0.2560 -0.9362</w:t>
        <w:br/>
        <w:t>vn 0.4602 -0.0401 -0.8869</w:t>
        <w:br/>
        <w:t>vn 0.4109 -0.0393 -0.9108</w:t>
        <w:br/>
        <w:t>vn 0.2539 -0.1264 -0.9589</w:t>
        <w:br/>
        <w:t>vn 0.4446 -0.2053 -0.8719</w:t>
        <w:br/>
        <w:t>vn 0.3642 -0.2681 -0.8919</w:t>
        <w:br/>
        <w:t>vn 0.7560 -0.3847 -0.5296</w:t>
        <w:br/>
        <w:t>vn 0.8202 -0.4448 -0.3599</w:t>
        <w:br/>
        <w:t>vn 0.8202 -0.4448 -0.3598</w:t>
        <w:br/>
        <w:t>vn 0.8636 -0.4447 -0.2377</w:t>
        <w:br/>
        <w:t>vn 0.8636 -0.4447 -0.2376</w:t>
        <w:br/>
        <w:t>vn 0.8990 -0.4124 -0.1472</w:t>
        <w:br/>
        <w:t>vn 0.9255 -0.3731 -0.0654</w:t>
        <w:br/>
        <w:t>vn 0.8139 0.1602 -0.5584</w:t>
        <w:br/>
        <w:t>vn 0.7236 0.1309 -0.6777</w:t>
        <w:br/>
        <w:t>vn 0.9337 0.1890 -0.3041</w:t>
        <w:br/>
        <w:t>vn 0.7100 0.1133 -0.6950</w:t>
        <w:br/>
        <w:t>vn 0.9390 0.3381 -0.0628</w:t>
        <w:br/>
        <w:t>vn 0.9292 0.2395 -0.2814</w:t>
        <w:br/>
        <w:t>vn 0.9564 0.2094 -0.2035</w:t>
        <w:br/>
        <w:t>vn 0.7434 0.1708 -0.6467</w:t>
        <w:br/>
        <w:t>vn 0.6264 0.2106 -0.7505</w:t>
        <w:br/>
        <w:t>vn 0.6713 0.2491 -0.6981</w:t>
        <w:br/>
        <w:t>vn 0.4574 0.2079 -0.8646</w:t>
        <w:br/>
        <w:t>vn 0.3617 0.2531 -0.8973</w:t>
        <w:br/>
        <w:t>vn 0.8720 0.3608 -0.3308</w:t>
        <w:br/>
        <w:t>vn 0.8601 0.3998 0.3168</w:t>
        <w:br/>
        <w:t>vn 0.8606 0.2692 0.4324</w:t>
        <w:br/>
        <w:t>vn 0.9378 0.2254 0.2641</w:t>
        <w:br/>
        <w:t>vn 0.9887 0.1304 0.0745</w:t>
        <w:br/>
        <w:t>vn 0.9583 0.2738 -0.0814</w:t>
        <w:br/>
        <w:t>vn 0.8923 0.3129 0.3253</w:t>
        <w:br/>
        <w:t>vn 0.2497 0.2650 -0.9314</w:t>
        <w:br/>
        <w:t>vn 0.2478 0.2567 -0.9342</w:t>
        <w:br/>
        <w:t>vn -0.6198 -0.7383 -0.2662</w:t>
        <w:br/>
        <w:t>vn -0.8410 -0.3515 -0.4113</w:t>
        <w:br/>
        <w:t>vn 0.0822 0.2903 -0.9534</w:t>
        <w:br/>
        <w:t>vn 0.2459 0.2484 -0.9369</w:t>
        <w:br/>
        <w:t>vn -0.3239 0.3058 -0.8953</w:t>
        <w:br/>
        <w:t>vn -0.8629 0.1536 -0.4815</w:t>
        <w:br/>
        <w:t>vn -0.8084 0.0881 -0.5821</w:t>
        <w:br/>
        <w:t>vn -0.9169 0.0151 -0.3989</w:t>
        <w:br/>
        <w:t>vn -0.7477 0.0282 -0.6634</w:t>
        <w:br/>
        <w:t>vn 0.8699 0.3825 0.3114</w:t>
        <w:br/>
        <w:t>vn 0.3013 0.2389 0.9231</w:t>
        <w:br/>
        <w:t>vn 0.2406 0.2809 0.9291</w:t>
        <w:br/>
        <w:t>vn 0.6771 0.2988 0.6725</w:t>
        <w:br/>
        <w:t>vn 0.2721 0.2033 0.9405</w:t>
        <w:br/>
        <w:t>vn 0.4515 0.3043 0.8388</w:t>
        <w:br/>
        <w:t>vn -0.7162 0.1973 -0.6694</w:t>
        <w:br/>
        <w:t>vn -0.5166 0.1417 -0.8444</w:t>
        <w:br/>
        <w:t>vn -0.5519 0.2208 -0.8041</w:t>
        <w:br/>
        <w:t>vn -0.8569 0.2365 -0.4580</w:t>
        <w:br/>
        <w:t>vn -0.8885 0.3339 -0.3147</w:t>
        <w:br/>
        <w:t>vn -0.9324 0.3601 0.0299</w:t>
        <w:br/>
        <w:t>vn -0.8815 0.4299 -0.1951</w:t>
        <w:br/>
        <w:t>vn 0.5771 0.2234 0.7855</w:t>
        <w:br/>
        <w:t>vn 0.9515 0.2091 0.2256</w:t>
        <w:br/>
        <w:t>vn 0.9820 0.0400 -0.1848</w:t>
        <w:br/>
        <w:t>vn 0.3979 0.4201 0.8156</w:t>
        <w:br/>
        <w:t>vn -0.2960 0.2338 0.9261</w:t>
        <w:br/>
        <w:t>vn -0.0041 0.4323 0.9017</w:t>
        <w:br/>
        <w:t>vn -0.9915 -0.0851 -0.0985</w:t>
        <w:br/>
        <w:t>vn -0.9612 0.1979 0.1923</w:t>
        <w:br/>
        <w:t>vn -0.9493 0.3025 0.0850</w:t>
        <w:br/>
        <w:t>vn -0.9788 0.2041 0.0154</w:t>
        <w:br/>
        <w:t>vn -0.9513 0.2970 0.0827</w:t>
        <w:br/>
        <w:t>vn -0.9746 0.2015 0.0978</w:t>
        <w:br/>
        <w:t>vn -0.9739 0.2191 0.0593</w:t>
        <w:br/>
        <w:t>vn -0.4691 -0.0446 -0.8820</w:t>
        <w:br/>
        <w:t>vn -0.8127 0.1561 -0.5613</w:t>
        <w:br/>
        <w:t>vn -0.3846 0.0048 0.9231</w:t>
        <w:br/>
        <w:t>vn -0.3844 0.0035 0.9232</w:t>
        <w:br/>
        <w:t>vn -0.5508 0.0060 0.8346</w:t>
        <w:br/>
        <w:t>vn -0.4565 0.2065 0.8654</w:t>
        <w:br/>
        <w:t>vn -0.2830 0.1320 0.9500</w:t>
        <w:br/>
        <w:t>vn -0.4002 0.0440 0.9154</w:t>
        <w:br/>
        <w:t>vn -0.3823 0.2711 0.8834</w:t>
        <w:br/>
        <w:t>vn -0.7530 0.3848 0.5337</w:t>
        <w:br/>
        <w:t>vn -0.8196 0.4485 0.3564</w:t>
        <w:br/>
        <w:t>vn -0.8609 0.4506 0.2362</w:t>
        <w:br/>
        <w:t>vn -0.9180 0.3910 0.0665</w:t>
        <w:br/>
        <w:t>vn -0.8128 0.1561 -0.5613</w:t>
        <w:br/>
        <w:t>vn 0.0344 -0.9993 -0.0112</w:t>
        <w:br/>
        <w:t>vn 0.1809 -0.9593 0.2170</w:t>
        <w:br/>
        <w:t>vn 0.2660 -0.9383 0.2211</w:t>
        <w:br/>
        <w:t>vn 0.2660 -0.9383 0.2210</w:t>
        <w:br/>
        <w:t>vn 0.1338 -0.9908 -0.0201</w:t>
        <w:br/>
        <w:t>vn 0.3152 -0.9425 0.1109</w:t>
        <w:br/>
        <w:t>vn 0.2131 -0.9748 -0.0663</w:t>
        <w:br/>
        <w:t>vn -0.0884 -0.9873 -0.1320</w:t>
        <w:br/>
        <w:t>vn 0.2593 -0.9600 0.1055</w:t>
        <w:br/>
        <w:t>vn 0.2300 -0.9603 0.1577</w:t>
        <w:br/>
        <w:t>vn 0.2594 -0.9600 0.1055</w:t>
        <w:br/>
        <w:t>vn 0.2300 -0.9701 0.0775</w:t>
        <w:br/>
        <w:t>vn 0.2300 -0.9701 0.0776</w:t>
        <w:br/>
        <w:t>vn 0.1502 -0.9861 -0.0717</w:t>
        <w:br/>
        <w:t>vn 0.1502 -0.9861 -0.0716</w:t>
        <w:br/>
        <w:t>vn 0.0792 -0.9792 0.1868</w:t>
        <w:br/>
        <w:t>vn 0.1929 -0.9763 0.0977</w:t>
        <w:br/>
        <w:t>vn 0.1929 -0.9763 0.0976</w:t>
        <w:br/>
        <w:t>vn 0.0596 -0.9977 -0.0334</w:t>
        <w:br/>
        <w:t>vn -0.6198 -0.7382 -0.2662</w:t>
        <w:br/>
        <w:t>vn 0.1863 -0.9794 0.0772</w:t>
        <w:br/>
        <w:t>vn 0.3754 -0.9269 -0.0006</w:t>
        <w:br/>
        <w:t>vn 0.1303 -0.9913 0.0170</w:t>
        <w:br/>
        <w:t>vn 0.1175 -0.9818 -0.1494</w:t>
        <w:br/>
        <w:t>vn -0.0078 -0.9825 -0.1863</w:t>
        <w:br/>
        <w:t>vn 0.0062 -0.9937 -0.1122</w:t>
        <w:br/>
        <w:t>vn -0.0301 -0.9986 -0.0445</w:t>
        <w:br/>
        <w:t>vn 0.3308 -0.9176 -0.2204</w:t>
        <w:br/>
        <w:t>vn 0.1945 -0.9808 0.0135</w:t>
        <w:br/>
        <w:t>vn 0.3107 -0.9459 -0.0933</w:t>
        <w:br/>
        <w:t>vn 0.1509 -0.9826 -0.1080</w:t>
        <w:br/>
        <w:t>vn -0.0336 -0.9730 -0.2282</w:t>
        <w:br/>
        <w:t>vn -0.0017 -0.9880 -0.1547</w:t>
        <w:br/>
        <w:t>vn -0.0018 -0.9880 -0.1548</w:t>
        <w:br/>
        <w:t>vn -0.1728 -0.9680 -0.1821</w:t>
        <w:br/>
        <w:t>vn -0.3029 -0.9527 -0.0254</w:t>
        <w:br/>
        <w:t>vn -0.3533 -0.9322 -0.0790</w:t>
        <w:br/>
        <w:t>vn 0.1256 -0.9867 -0.1035</w:t>
        <w:br/>
        <w:t>vn 0.2375 -0.9663 -0.0989</w:t>
        <w:br/>
        <w:t>vn 0.2376 -0.9663 -0.0989</w:t>
        <w:br/>
        <w:t>vn 0.2598 -0.9637 0.0617</w:t>
        <w:br/>
        <w:t>vn 0.0997 -0.9638 0.2472</w:t>
        <w:br/>
        <w:t>vn 0.1432 -0.9710 0.1915</w:t>
        <w:br/>
        <w:t>vn 0.1432 -0.9710 0.1914</w:t>
        <w:br/>
        <w:t>vn -0.2556 -0.9575 -0.1336</w:t>
        <w:br/>
        <w:t>vn -0.1958 -0.9799 -0.0375</w:t>
        <w:br/>
        <w:t>vn -0.2555 -0.9575 -0.1336</w:t>
        <w:br/>
        <w:t>vn -0.2555 -0.9576 -0.1336</w:t>
        <w:br/>
        <w:t>vn -0.3217 -0.9134 0.2493</w:t>
        <w:br/>
        <w:t>vn -0.2015 -0.9794 -0.0155</w:t>
        <w:br/>
        <w:t>vn -0.4003 -0.8674 0.2955</w:t>
        <w:br/>
        <w:t>vn -0.4003 -0.8674 0.2956</w:t>
        <w:br/>
        <w:t>vn 0.1984 -0.9768 0.0809</w:t>
        <w:br/>
        <w:t>vn -0.0976 -0.9935 0.0582</w:t>
        <w:br/>
        <w:t>vn 0.1218 -0.9925 0.0035</w:t>
        <w:br/>
        <w:t>vn -0.2237 -0.9543 0.1984</w:t>
        <w:br/>
        <w:t>vn -0.2660 -0.9253 0.2704</w:t>
        <w:br/>
        <w:t>vn -0.4150 -0.8973 0.1502</w:t>
        <w:br/>
        <w:t>vn -0.4622 -0.8860 0.0373</w:t>
        <w:br/>
        <w:t>vn -0.4621 -0.8860 0.0373</w:t>
        <w:br/>
        <w:t>vn -0.4065 -0.9103 0.0785</w:t>
        <w:br/>
        <w:t>vn -0.4066 -0.9102 0.0785</w:t>
        <w:br/>
        <w:t>vn 0.8139 -0.1595 0.5587</w:t>
        <w:br/>
        <w:t>vn 0.7234 -0.1304 0.6780</w:t>
        <w:br/>
        <w:t>vn 0.9344 -0.1917 0.3001</w:t>
        <w:br/>
        <w:t>vn 0.7096 -0.1139 0.6953</w:t>
        <w:br/>
        <w:t>vn 0.9406 -0.3295 0.0816</w:t>
        <w:br/>
        <w:t>vn 0.9306 -0.2413 0.2753</w:t>
        <w:br/>
        <w:t>vn 0.9571 -0.2155 0.1937</w:t>
        <w:br/>
        <w:t>vn 0.7429 -0.1693 0.6477</w:t>
        <w:br/>
        <w:t>vn 0.6255 -0.2091 0.7517</w:t>
        <w:br/>
        <w:t>vn 0.6702 -0.2469 0.6999</w:t>
        <w:br/>
        <w:t>vn 0.4541 -0.2073 0.8665</w:t>
        <w:br/>
        <w:t>vn 0.3926 -0.2686 0.8796</w:t>
        <w:br/>
        <w:t>vn 0.3925 -0.2686 0.8796</w:t>
        <w:br/>
        <w:t>vn 0.8669 -0.3536 0.3513</w:t>
        <w:br/>
        <w:t>vn 0.8753 -0.3915 -0.2840</w:t>
        <w:br/>
        <w:t>vn 0.8703 -0.2603 -0.4182</w:t>
        <w:br/>
        <w:t>vn 0.9366 -0.2248 -0.2690</w:t>
        <w:br/>
        <w:t>vn 0.9854 -0.1396 -0.0977</w:t>
        <w:br/>
        <w:t>vn 0.8721 -0.3547 -0.3371</w:t>
        <w:br/>
        <w:t>vn 0.9470 -0.3157 0.0595</w:t>
        <w:br/>
        <w:t>vn 0.3145 -0.2982 0.9012</w:t>
        <w:br/>
        <w:t>vn 0.2635 -0.2798 0.9232</w:t>
        <w:br/>
        <w:t>vn -0.8494 0.4048 0.3388</w:t>
        <w:br/>
        <w:t>vn 0.0623 -0.2982 0.9525</w:t>
        <w:br/>
        <w:t>vn 0.2636 -0.2798 0.9232</w:t>
        <w:br/>
        <w:t>vn 0.2118 -0.2603 0.9420</w:t>
        <w:br/>
        <w:t>vn -0.8731 -0.1483 0.4645</w:t>
        <w:br/>
        <w:t>vn -0.8162 -0.0860 0.5714</w:t>
        <w:br/>
        <w:t>vn -0.3249 -0.3125 0.8926</w:t>
        <w:br/>
        <w:t>vn -0.3250 -0.3125 0.8926</w:t>
        <w:br/>
        <w:t>vn -0.9319 -0.0065 0.3626</w:t>
        <w:br/>
        <w:t>vn -0.7534 -0.0297 0.6569</w:t>
        <w:br/>
        <w:t>vn 0.8354 -0.4427 -0.3257</w:t>
        <w:br/>
        <w:t>vn 0.6587 -0.3362 -0.6731</w:t>
        <w:br/>
        <w:t>vn 0.3094 -0.2520 -0.9169</w:t>
        <w:br/>
        <w:t>vn 0.2562 -0.2968 -0.9199</w:t>
        <w:br/>
        <w:t>vn 0.2807 -0.2106 -0.9364</w:t>
        <w:br/>
        <w:t>vn 0.4368 -0.3172 -0.8418</w:t>
        <w:br/>
        <w:t>vn -0.7165 -0.1947 0.6699</w:t>
        <w:br/>
        <w:t>vn -0.5027 -0.1316 0.8544</w:t>
        <w:br/>
        <w:t>vn -0.5598 -0.2175 0.7995</w:t>
        <w:br/>
        <w:t>vn -0.8640 -0.2396 0.4429</w:t>
        <w:br/>
        <w:t>vn -0.8870 -0.3358 0.3169</w:t>
        <w:br/>
        <w:t>vn -0.9302 -0.3662 -0.0254</w:t>
        <w:br/>
        <w:t>vn -0.8776 -0.4362 0.1987</w:t>
        <w:br/>
        <w:t>vn 0.5890 -0.2378 -0.7724</w:t>
        <w:br/>
        <w:t>vn 0.9462 -0.1936 -0.2592</w:t>
        <w:br/>
        <w:t>vn 0.9816 0.0170 0.1901</w:t>
        <w:br/>
        <w:t>vn 0.3641 -0.4310 -0.8256</w:t>
        <w:br/>
        <w:t>vn 0.4371 -0.3172 -0.8416</w:t>
        <w:br/>
        <w:t>vn -0.2406 -0.2562 -0.9362</w:t>
        <w:br/>
        <w:t>vn 0.0020 -0.4471 -0.8945</w:t>
        <w:br/>
        <w:t>vn -0.9646 0.1534 0.2147</w:t>
        <w:br/>
        <w:t>vn -0.9591 -0.2035 -0.1968</w:t>
        <w:br/>
        <w:t>vn -0.9470 -0.3090 -0.0881</w:t>
        <w:br/>
        <w:t>vn -0.9782 -0.2071 -0.0171</w:t>
        <w:br/>
        <w:t>vn -0.9591 -0.2035 -0.1967</w:t>
        <w:br/>
        <w:t>vn -0.9448 -0.3107 -0.1038</w:t>
        <w:br/>
        <w:t>vn -0.9771 -0.2043 -0.0592</w:t>
        <w:br/>
        <w:t>vn -0.9745 -0.2245 0.0058</w:t>
        <w:br/>
        <w:t>vn -0.4879 0.0947 0.8678</w:t>
        <w:br/>
        <w:t>vn -0.3484 -0.0144 -0.9372</w:t>
        <w:br/>
        <w:t>vn -0.3483 -0.0144 -0.9373</w:t>
        <w:br/>
        <w:t>vn -0.4598 -0.0405 -0.8871</w:t>
        <w:br/>
        <w:t>vn -0.4109 -0.0396 -0.9108</w:t>
        <w:br/>
        <w:t>vn -0.4445 -0.2055 -0.8719</w:t>
        <w:br/>
        <w:t>vn -0.2539 -0.1266 -0.9589</w:t>
        <w:br/>
        <w:t>vn -0.3641 -0.2683 -0.8919</w:t>
        <w:br/>
        <w:t>vn -0.7559 -0.3850 -0.5295</w:t>
        <w:br/>
        <w:t>vn -0.8201 -0.4451 -0.3597</w:t>
        <w:br/>
        <w:t>vn -0.8635 -0.4450 -0.2375</w:t>
        <w:br/>
        <w:t>vn -0.8989 -0.4127 -0.1470</w:t>
        <w:br/>
        <w:t>vn -0.9254 -0.3734 -0.0649</w:t>
        <w:br/>
        <w:t>vn -0.8140 0.1599 -0.5585</w:t>
        <w:br/>
        <w:t>vn -0.9337 0.1890 -0.3040</w:t>
        <w:br/>
        <w:t>vn -0.7237 0.1307 -0.6777</w:t>
        <w:br/>
        <w:t>vn -0.7099 0.1130 -0.6951</w:t>
        <w:br/>
        <w:t>vn -0.9293 0.2392 -0.2813</w:t>
        <w:br/>
        <w:t>vn -0.9391 0.3379 -0.0628</w:t>
        <w:br/>
        <w:t>vn -0.9565 0.2092 -0.2034</w:t>
        <w:br/>
        <w:t>vn -0.7434 0.1704 -0.6468</w:t>
        <w:br/>
        <w:t>vn -0.6265 0.2102 -0.7506</w:t>
        <w:br/>
        <w:t>vn -0.6713 0.2486 -0.6982</w:t>
        <w:br/>
        <w:t>vn -0.4575 0.2077 -0.8646</w:t>
        <w:br/>
        <w:t>vn -0.3617 0.2529 -0.8973</w:t>
        <w:br/>
        <w:t>vn -0.8720 0.3606 -0.3309</w:t>
        <w:br/>
        <w:t>vn -0.8602 0.3996 0.3168</w:t>
        <w:br/>
        <w:t>vn -0.8606 0.2690 0.4324</w:t>
        <w:br/>
        <w:t>vn -0.9379 0.2252 0.2640</w:t>
        <w:br/>
        <w:t>vn -0.9887 0.1303 0.0744</w:t>
        <w:br/>
        <w:t>vn -0.9583 0.2738 -0.0817</w:t>
        <w:br/>
        <w:t>vn -0.8924 0.3128 0.3252</w:t>
        <w:br/>
        <w:t>vn -0.2497 0.2648 -0.9314</w:t>
        <w:br/>
        <w:t>vn -0.2479 0.2566 -0.9342</w:t>
        <w:br/>
        <w:t>vn 0.6199 -0.7382 -0.2661</w:t>
        <w:br/>
        <w:t>vn 0.8413 -0.3512 -0.4110</w:t>
        <w:br/>
        <w:t>vn -0.0822 0.2903 -0.9534</w:t>
        <w:br/>
        <w:t>vn -0.2460 0.2483 -0.9369</w:t>
        <w:br/>
        <w:t>vn -0.2478 0.2566 -0.9342</w:t>
        <w:br/>
        <w:t>vn 0.3239 0.3059 -0.8953</w:t>
        <w:br/>
        <w:t>vn 0.8084 0.0884 -0.5820</w:t>
        <w:br/>
        <w:t>vn 0.8630 0.1539 -0.4812</w:t>
        <w:br/>
        <w:t>vn 0.9170 0.0153 -0.3987</w:t>
        <w:br/>
        <w:t>vn 0.7477 0.0285 -0.6634</w:t>
        <w:br/>
        <w:t>vn -0.8700 0.3825 0.3112</w:t>
        <w:br/>
        <w:t>vn -0.3014 0.2388 0.9231</w:t>
        <w:br/>
        <w:t>vn -0.6770 0.2987 0.6726</w:t>
        <w:br/>
        <w:t>vn -0.2406 0.2808 0.9291</w:t>
        <w:br/>
        <w:t>vn -0.2722 0.2032 0.9406</w:t>
        <w:br/>
        <w:t>vn -0.4518 0.3040 0.8387</w:t>
        <w:br/>
        <w:t>vn 0.7162 0.1975 -0.6694</w:t>
        <w:br/>
        <w:t>vn 0.5519 0.2210 -0.8041</w:t>
        <w:br/>
        <w:t>vn 0.5165 0.1419 -0.8444</w:t>
        <w:br/>
        <w:t>vn 0.8568 0.2368 -0.4579</w:t>
        <w:br/>
        <w:t>vn 0.8814 0.4301 -0.1951</w:t>
        <w:br/>
        <w:t>vn 0.9323 0.3603 0.0299</w:t>
        <w:br/>
        <w:t>vn 0.8884 0.3342 -0.3147</w:t>
        <w:br/>
        <w:t>vn 0.8884 0.3342 -0.3146</w:t>
        <w:br/>
        <w:t>vn -0.5771 0.2230 0.7856</w:t>
        <w:br/>
        <w:t>vn -0.9518 0.2084 0.2252</w:t>
        <w:br/>
        <w:t>vn -0.9819 0.0393 -0.1850</w:t>
        <w:br/>
        <w:t>vn -0.3984 0.4198 0.8155</w:t>
        <w:br/>
        <w:t>vn -0.4517 0.3040 0.8387</w:t>
        <w:br/>
        <w:t>vn -0.9518 0.2083 0.2252</w:t>
        <w:br/>
        <w:t>vn 0.2958 0.2340 0.9262</w:t>
        <w:br/>
        <w:t>vn 0.0041 0.4323 0.9017</w:t>
        <w:br/>
        <w:t>vn 0.9916 -0.0846 -0.0980</w:t>
        <w:br/>
        <w:t>vn 0.9493 0.3027 0.0849</w:t>
        <w:br/>
        <w:t>vn 0.9612 0.1981 0.1922</w:t>
        <w:br/>
        <w:t>vn 0.9788 0.2043 0.0154</w:t>
        <w:br/>
        <w:t>vn 0.9512 0.2974 0.0825</w:t>
        <w:br/>
        <w:t>vn 0.9738 0.2195 0.0589</w:t>
        <w:br/>
        <w:t>vn 0.9745 0.2019 0.0977</w:t>
        <w:br/>
        <w:t>vn 0.4691 -0.0444 -0.8820</w:t>
        <w:br/>
        <w:t>vn 0.8126 0.1564 -0.5615</w:t>
        <w:br/>
        <w:t>vn 0.3842 0.0038 0.9232</w:t>
        <w:br/>
        <w:t>vn 0.2958 0.2340 0.9261</w:t>
        <w:br/>
        <w:t>vn 0.5505 0.0064 0.8348</w:t>
        <w:br/>
        <w:t>vn 0.4565 0.2067 0.8654</w:t>
        <w:br/>
        <w:t>vn 0.4002 0.0443 0.9154</w:t>
        <w:br/>
        <w:t>vn 0.4002 0.0443 0.9153</w:t>
        <w:br/>
        <w:t>vn 0.2829 0.1321 0.9500</w:t>
        <w:br/>
        <w:t>vn 0.3822 0.2712 0.8834</w:t>
        <w:br/>
        <w:t>vn 0.7529 0.3852 0.5336</w:t>
        <w:br/>
        <w:t>vn 0.8195 0.4488 0.3563</w:t>
        <w:br/>
        <w:t>vn 0.8608 0.4509 0.2361</w:t>
        <w:br/>
        <w:t>vn 0.9179 0.3913 0.0663</w:t>
        <w:br/>
        <w:t>vn -0.0343 -0.9993 -0.0111</w:t>
        <w:br/>
        <w:t>vn -0.1807 -0.9593 0.2171</w:t>
        <w:br/>
        <w:t>vn -0.2658 -0.9383 0.2211</w:t>
        <w:br/>
        <w:t>vn -0.1337 -0.9908 -0.0202</w:t>
        <w:br/>
        <w:t>vn -0.3152 -0.9425 0.1108</w:t>
        <w:br/>
        <w:t>vn -0.3151 -0.9426 0.1108</w:t>
        <w:br/>
        <w:t>vn -0.2132 -0.9748 -0.0663</w:t>
        <w:br/>
        <w:t>vn -0.2131 -0.9748 -0.0663</w:t>
        <w:br/>
        <w:t>vn 0.0883 -0.9873 -0.1320</w:t>
        <w:br/>
        <w:t>vn -0.2299 -0.9604 0.1576</w:t>
        <w:br/>
        <w:t>vn -0.2592 -0.9600 0.1055</w:t>
        <w:br/>
        <w:t>vn -0.2300 -0.9701 0.0775</w:t>
        <w:br/>
        <w:t>vn -0.1502 -0.9861 -0.0717</w:t>
        <w:br/>
        <w:t>vn -0.0791 -0.9792 0.1867</w:t>
        <w:br/>
        <w:t>vn -0.0791 -0.9792 0.1868</w:t>
        <w:br/>
        <w:t>vn -0.1929 -0.9764 0.0976</w:t>
        <w:br/>
        <w:t>vn -0.0598 -0.9976 -0.0335</w:t>
        <w:br/>
        <w:t>vn -0.1865 -0.9794 0.0772</w:t>
        <w:br/>
        <w:t>vn -0.3756 -0.9268 -0.0006</w:t>
        <w:br/>
        <w:t>vn -0.1302 -0.9913 0.0170</w:t>
        <w:br/>
        <w:t>vn -0.1303 -0.9913 0.0170</w:t>
        <w:br/>
        <w:t>vn -0.1176 -0.9818 -0.1495</w:t>
        <w:br/>
        <w:t>vn 0.0078 -0.9825 -0.1863</w:t>
        <w:br/>
        <w:t>vn -0.0062 -0.9937 -0.1123</w:t>
        <w:br/>
        <w:t>vn 0.0301 -0.9986 -0.0445</w:t>
        <w:br/>
        <w:t>vn -0.3307 -0.9176 -0.2204</w:t>
        <w:br/>
        <w:t>vn -0.3306 -0.9176 -0.2204</w:t>
        <w:br/>
        <w:t>vn -0.1944 -0.9808 0.0134</w:t>
        <w:br/>
        <w:t>vn -0.1944 -0.9808 0.0135</w:t>
        <w:br/>
        <w:t>vn -0.3105 -0.9460 -0.0934</w:t>
        <w:br/>
        <w:t>vn -0.1509 -0.9826 -0.1079</w:t>
        <w:br/>
        <w:t>vn -0.1509 -0.9826 -0.1080</w:t>
        <w:br/>
        <w:t>vn 0.0336 -0.9731 -0.2281</w:t>
        <w:br/>
        <w:t>vn 0.0018 -0.9879 -0.1548</w:t>
        <w:br/>
        <w:t>vn 0.1728 -0.9680 -0.1822</w:t>
        <w:br/>
        <w:t>vn 0.3029 -0.9527 -0.0254</w:t>
        <w:br/>
        <w:t>vn 0.3533 -0.9322 -0.0790</w:t>
        <w:br/>
        <w:t>vn -0.1255 -0.9867 -0.1035</w:t>
        <w:br/>
        <w:t>vn -0.2375 -0.9663 -0.0991</w:t>
        <w:br/>
        <w:t>vn -0.2374 -0.9663 -0.0991</w:t>
        <w:br/>
        <w:t>vn -0.2597 -0.9637 0.0614</w:t>
        <w:br/>
        <w:t>vn -0.0997 -0.9638 0.2471</w:t>
        <w:br/>
        <w:t>vn -0.1432 -0.9710 0.1913</w:t>
        <w:br/>
        <w:t>vn 0.2556 -0.9575 -0.1336</w:t>
        <w:br/>
        <w:t>vn 0.1958 -0.9799 -0.0375</w:t>
        <w:br/>
        <w:t>vn 0.2555 -0.9575 -0.1336</w:t>
        <w:br/>
        <w:t>vn 0.3218 -0.9134 0.2493</w:t>
        <w:br/>
        <w:t>vn 0.2015 -0.9794 -0.0156</w:t>
        <w:br/>
        <w:t>vn 0.4004 -0.8674 0.2955</w:t>
        <w:br/>
        <w:t>vn -0.1983 -0.9768 0.0808</w:t>
        <w:br/>
        <w:t>vn -0.1218 -0.9925 0.0035</w:t>
        <w:br/>
        <w:t>vn 0.0977 -0.9935 0.0581</w:t>
        <w:br/>
        <w:t>vn 0.2238 -0.9542 0.1984</w:t>
        <w:br/>
        <w:t>vn 0.2660 -0.9253 0.2703</w:t>
        <w:br/>
        <w:t>vn 0.4151 -0.8973 0.1502</w:t>
        <w:br/>
        <w:t>vn 0.4622 -0.8860 0.0373</w:t>
        <w:br/>
        <w:t>vn 0.4066 -0.9102 0.0784</w:t>
        <w:br/>
        <w:t>vn 0.4066 -0.9102 0.0785</w:t>
        <w:br/>
        <w:t>vn 0.0000 -0.9544 -0.2985</w:t>
        <w:br/>
        <w:t>vn -0.4194 -0.8300 -0.3678</w:t>
        <w:br/>
        <w:t>vn -0.6458 -0.7158 -0.2655</w:t>
        <w:br/>
        <w:t>vn -0.6317 -0.7580 -0.1624</w:t>
        <w:br/>
        <w:t>vn -0.8649 -0.4569 -0.2076</w:t>
        <w:br/>
        <w:t>vn -0.8479 -0.4615 -0.2609</w:t>
        <w:br/>
        <w:t>vn -0.9908 -0.0907 -0.1006</w:t>
        <w:br/>
        <w:t>vn -0.9570 -0.2870 -0.0416</w:t>
        <w:br/>
        <w:t>vn -0.9652 -0.2448 -0.0923</w:t>
        <w:br/>
        <w:t>vn -0.9587 -0.2473 0.1404</w:t>
        <w:br/>
        <w:t>vn -0.9827 0.0951 0.1587</w:t>
        <w:br/>
        <w:t>vn -0.8770 -0.2046 0.4348</w:t>
        <w:br/>
        <w:t>vn -0.8779 0.1054 0.4671</w:t>
        <w:br/>
        <w:t>vn -0.8919 0.0474 0.4496</w:t>
        <w:br/>
        <w:t>vn -0.5653 0.0110 0.8248</w:t>
        <w:br/>
        <w:t>vn -0.5894 0.0620 0.8055</w:t>
        <w:br/>
        <w:t>vn -0.3039 -0.7057 0.6400</w:t>
        <w:br/>
        <w:t>vn -0.1615 -0.0415 0.9860</w:t>
        <w:br/>
        <w:t>vn -0.1816 0.0506 0.9821</w:t>
        <w:br/>
        <w:t>vn 0.1157 0.0896 0.9892</w:t>
        <w:br/>
        <w:t>vn 0.1115 0.1451 0.9831</w:t>
        <w:br/>
        <w:t>vn 0.3222 0.1412 0.9361</w:t>
        <w:br/>
        <w:t>vn 0.3144 0.2100 0.9258</w:t>
        <w:br/>
        <w:t>vn -0.2022 0.1095 0.9732</w:t>
        <w:br/>
        <w:t>vn -0.5575 -0.0684 0.8274</w:t>
        <w:br/>
        <w:t>vn -0.8732 -0.1392 0.4670</w:t>
        <w:br/>
        <w:t>vn -0.9538 -0.2422 0.1779</w:t>
        <w:br/>
        <w:t>vn -0.7167 -0.4594 0.5247</w:t>
        <w:br/>
        <w:t>vn -0.3229 -0.3440 0.8817</w:t>
        <w:br/>
        <w:t>vn -0.7019 -0.6945 0.1581</w:t>
        <w:br/>
        <w:t>vn -0.3797 -0.7669 0.5174</w:t>
        <w:br/>
        <w:t>vn -0.0926 -0.4484 0.8890</w:t>
        <w:br/>
        <w:t>vn -0.1883 0.0383 0.9814</w:t>
        <w:br/>
        <w:t>vn 0.1177 0.1550 0.9809</w:t>
        <w:br/>
        <w:t>vn 0.1263 0.1105 0.9858</w:t>
        <w:br/>
        <w:t>vn 0.1956 0.0883 0.9767</w:t>
        <w:br/>
        <w:t>vn -0.0755 -0.0869 0.9934</w:t>
        <w:br/>
        <w:t>vn 0.4052 0.1893 0.8944</w:t>
        <w:br/>
        <w:t>vn 0.3781 0.1863 0.9068</w:t>
        <w:br/>
        <w:t>vn 0.3354 0.2249 0.9148</w:t>
        <w:br/>
        <w:t>vn -0.6871 -0.4744 -0.5503</w:t>
        <w:br/>
        <w:t>vn -0.8903 -0.3395 -0.3036</w:t>
        <w:br/>
        <w:t>vn -0.9364 -0.1661 -0.3090</w:t>
        <w:br/>
        <w:t>vn -0.7573 -0.3063 -0.5768</w:t>
        <w:br/>
        <w:t>vn -0.5429 -0.6981 -0.4668</w:t>
        <w:br/>
        <w:t>vn -0.4361 -0.5275 -0.7291</w:t>
        <w:br/>
        <w:t>vn -0.4787 -0.3611 -0.8003</w:t>
        <w:br/>
        <w:t>vn -0.2354 -0.2587 -0.9368</w:t>
        <w:br/>
        <w:t>vn -0.2764 -0.6663 -0.6926</w:t>
        <w:br/>
        <w:t>vn -0.0522 -0.5870 -0.8079</w:t>
        <w:br/>
        <w:t>vn -0.2130 -0.4836 -0.8490</w:t>
        <w:br/>
        <w:t>vn 0.0686 -0.2097 -0.9753</w:t>
        <w:br/>
        <w:t>vn 0.0108 -0.2712 -0.9625</w:t>
        <w:br/>
        <w:t>vn 0.3677 -0.1607 -0.9160</w:t>
        <w:br/>
        <w:t>vn 0.3641 -0.4785 -0.7990</w:t>
        <w:br/>
        <w:t>vn -0.7759 -0.6306 -0.0184</w:t>
        <w:br/>
        <w:t>vn -0.5354 -0.8445 -0.0110</w:t>
        <w:br/>
        <w:t>vn 0.0000 -0.9923 -0.1239</w:t>
        <w:br/>
        <w:t>vn 0.0000 -0.7496 -0.6619</w:t>
        <w:br/>
        <w:t>vn -0.3366 -0.6854 -0.6457</w:t>
        <w:br/>
        <w:t>vn -0.2454 -0.4076 -0.8796</w:t>
        <w:br/>
        <w:t>vn -0.2313 -0.3463 -0.9092</w:t>
        <w:br/>
        <w:t>vn -0.3126 -0.6458 -0.6966</w:t>
        <w:br/>
        <w:t>vn -0.1451 0.0679 -0.9871</w:t>
        <w:br/>
        <w:t>vn -0.1588 0.1216 -0.9798</w:t>
        <w:br/>
        <w:t>vn -0.0663 0.1672 -0.9837</w:t>
        <w:br/>
        <w:t>vn -0.0939 -0.3003 -0.9492</w:t>
        <w:br/>
        <w:t>vn -0.1567 -0.6121 -0.7751</w:t>
        <w:br/>
        <w:t>vn 0.0507 -0.5666 -0.8224</w:t>
        <w:br/>
        <w:t>vn 0.0836 -0.2789 -0.9567</w:t>
        <w:br/>
        <w:t>vn 0.0805 0.1856 -0.9793</w:t>
        <w:br/>
        <w:t>vn -0.0718 0.4454 -0.8925</w:t>
        <w:br/>
        <w:t>vn -0.1146 0.4478 -0.8868</w:t>
        <w:br/>
        <w:t>vn -0.1102 0.4711 -0.8752</w:t>
        <w:br/>
        <w:t>vn 0.0000 -0.4477 -0.8942</w:t>
        <w:br/>
        <w:t>vn 0.0000 0.0441 -0.9990</w:t>
        <w:br/>
        <w:t>vn -0.0000 0.4968 -0.8679</w:t>
        <w:br/>
        <w:t>vn -0.2024 -0.9650 0.1665</w:t>
        <w:br/>
        <w:t>vn -0.0000 -0.8701 0.4929</w:t>
        <w:br/>
        <w:t>vn -0.0000 -0.4902 0.8716</w:t>
        <w:br/>
        <w:t>vn -0.0083 -0.1695 0.9855</w:t>
        <w:br/>
        <w:t>vn -0.0000 -0.1792 0.9838</w:t>
        <w:br/>
        <w:t>vn -0.0000 -0.0438 0.9990</w:t>
        <w:br/>
        <w:t>vn 0.0800 -0.0241 0.9965</w:t>
        <w:br/>
        <w:t>vn 0.0296 -0.1658 0.9857</w:t>
        <w:br/>
        <w:t>vn 0.2309 0.0348 0.9723</w:t>
        <w:br/>
        <w:t>vn 0.1224 0.0411 0.9916</w:t>
        <w:br/>
        <w:t>vn 0.0000 0.0168 0.9999</w:t>
        <w:br/>
        <w:t>vn 0.1798 -0.4299 -0.8848</w:t>
        <w:br/>
        <w:t>vn 0.3825 -0.2386 -0.8926</w:t>
        <w:br/>
        <w:t>vn 0.6249 -0.0530 -0.7789</w:t>
        <w:br/>
        <w:t>vn 0.5790 -0.0991 -0.8093</w:t>
        <w:br/>
        <w:t>vn 0.8096 0.1772 -0.5596</w:t>
        <w:br/>
        <w:t>vn 0.8132 0.0268 -0.5814</w:t>
        <w:br/>
        <w:t>vn 0.9125 0.2487 -0.3248</w:t>
        <w:br/>
        <w:t>vn 0.9337 0.1495 -0.3254</w:t>
        <w:br/>
        <w:t>vn 0.9575 0.2763 -0.0826</w:t>
        <w:br/>
        <w:t>vn 0.9682 0.2352 -0.0856</w:t>
        <w:br/>
        <w:t>vn 0.9483 0.3117 -0.0606</w:t>
        <w:br/>
        <w:t>vn 0.9025 0.3486 0.2530</w:t>
        <w:br/>
        <w:t>vn 0.9247 0.3200 0.2061</w:t>
        <w:br/>
        <w:t>vn 0.9171 0.2965 0.2667</w:t>
        <w:br/>
        <w:t>vn 0.8216 0.2805 0.4963</w:t>
        <w:br/>
        <w:t>vn 0.8038 0.3499 0.4811</w:t>
        <w:br/>
        <w:t>vn 0.6435 0.2475 0.7244</w:t>
        <w:br/>
        <w:t>vn 0.8352 0.2492 0.4902</w:t>
        <w:br/>
        <w:t>vn 0.6697 0.2076 0.7130</w:t>
        <w:br/>
        <w:t>vn 0.9550 0.2945 0.0338</w:t>
        <w:br/>
        <w:t>vn 0.9361 0.2743 -0.2201</w:t>
        <w:br/>
        <w:t>vn 0.9095 0.3721 -0.1851</w:t>
        <w:br/>
        <w:t>vn 0.9435 0.3277 0.0496</w:t>
        <w:br/>
        <w:t>vn 0.9239 0.2838 0.2566</w:t>
        <w:br/>
        <w:t>vn 0.9604 0.2785 -0.0116</w:t>
        <w:br/>
        <w:t>vn 0.9202 0.3068 0.2433</w:t>
        <w:br/>
        <w:t>vn 0.8377 0.2654 0.4774</w:t>
        <w:br/>
        <w:t>vn 0.4366 0.1478 0.8874</w:t>
        <w:br/>
        <w:t>vn 0.6086 0.2868 0.7398</w:t>
        <w:br/>
        <w:t>vn 0.5649 0.3278 0.7573</w:t>
        <w:br/>
        <w:t>vn 0.7978 0.3818 0.4666</w:t>
        <w:br/>
        <w:t>vn 0.9553 0.2326 0.1827</w:t>
        <w:br/>
        <w:t>vn 0.8403 0.2701 0.4700</w:t>
        <w:br/>
        <w:t>vn 0.5765 0.2551 0.7763</w:t>
        <w:br/>
        <w:t>vn 0.9253 0.2330 -0.2991</w:t>
        <w:br/>
        <w:t>vn 0.8786 0.1585 -0.4505</w:t>
        <w:br/>
        <w:t>vn 0.9441 0.2205 -0.2452</w:t>
        <w:br/>
        <w:t>vn 0.8380 0.1116 -0.5341</w:t>
        <w:br/>
        <w:t>vn 0.6904 -0.0141 -0.7233</w:t>
        <w:br/>
        <w:t>vn 0.6595 0.1745 -0.7312</w:t>
        <w:br/>
        <w:t>vn 0.4777 -0.1112 -0.8715</w:t>
        <w:br/>
        <w:t>vn 0.8114 0.3230 -0.4871</w:t>
        <w:br/>
        <w:t>vn 0.8451 -0.4662 -0.2618</w:t>
        <w:br/>
        <w:t>vn 0.6568 -0.6346 -0.4072</w:t>
        <w:br/>
        <w:t>vn 0.9786 0.1873 -0.0849</w:t>
        <w:br/>
        <w:t>vn 0.9882 0.1283 -0.0834</w:t>
        <w:br/>
        <w:t>vn 0.5099 -0.6473 -0.5666</w:t>
        <w:br/>
        <w:t>vn 0.9744 0.1438 0.1730</w:t>
        <w:br/>
        <w:t>vn 0.8695 0.1441 0.4724</w:t>
        <w:br/>
        <w:t>vn 0.6046 0.1419 0.7837</w:t>
        <w:br/>
        <w:t>vn 0.3214 -0.2554 -0.9118</w:t>
        <w:br/>
        <w:t>vn 0.3446 0.2047 -0.9162</w:t>
        <w:br/>
        <w:t>vn 0.4899 0.2191 -0.8438</w:t>
        <w:br/>
        <w:t>vn 0.3033 0.4794 -0.8235</w:t>
        <w:br/>
        <w:t>vn 0.3127 0.4567 -0.8329</w:t>
        <w:br/>
        <w:t>vn 0.0580 0.4493 -0.8915</w:t>
        <w:br/>
        <w:t>vn 0.0552 0.4538 -0.8894</w:t>
        <w:br/>
        <w:t>vn 0.5138 0.5343 -0.6712</w:t>
        <w:br/>
        <w:t>vn 0.7555 0.4742 -0.4521</w:t>
        <w:br/>
        <w:t>vn 0.5486 0.4289 -0.7177</w:t>
        <w:br/>
        <w:t>vn 0.4186 0.5043 -0.7553</w:t>
        <w:br/>
        <w:t>vn 0.4369 0.4423 -0.7833</w:t>
        <w:br/>
        <w:t>vn -0.0827 0.4555 -0.8864</w:t>
        <w:br/>
        <w:t>vn -0.3621 -0.9262 0.1056</w:t>
        <w:br/>
        <w:t>vn -0.4025 -0.8961 0.1868</w:t>
        <w:br/>
        <w:t>vn -0.3621 -0.9262 0.1055</w:t>
        <w:br/>
        <w:t>vn -0.2355 -0.9048 0.3547</w:t>
        <w:br/>
        <w:t>vn -0.1375 -0.9401 0.3120</w:t>
        <w:br/>
        <w:t>vn 0.1028 -0.9743 0.2005</w:t>
        <w:br/>
        <w:t>vn 0.1422 -0.9772 0.1574</w:t>
        <w:br/>
        <w:t>vn 0.1843 -0.9804 0.0695</w:t>
        <w:br/>
        <w:t>vn 0.1828 -0.9823 0.0419</w:t>
        <w:br/>
        <w:t>vn 0.1830 -0.9830 0.0114</w:t>
        <w:br/>
        <w:t>vn 0.1609 -0.9870 -0.0055</w:t>
        <w:br/>
        <w:t>vn 0.1451 -0.9893 -0.0139</w:t>
        <w:br/>
        <w:t>vn 0.1237 -0.9922 -0.0177</w:t>
        <w:br/>
        <w:t>vn 0.1267 -0.9919 -0.0020</w:t>
        <w:br/>
        <w:t>vn 0.1503 -0.9886 0.0073</w:t>
        <w:br/>
        <w:t>vn 0.2044 -0.9784 0.0321</w:t>
        <w:br/>
        <w:t>vn 0.3152 -0.9483 0.0370</w:t>
        <w:br/>
        <w:t>vn 0.2669 -0.9632 0.0318</w:t>
        <w:br/>
        <w:t>vn 0.3509 -0.9364 0.0041</w:t>
        <w:br/>
        <w:t>vn 0.3963 -0.9180 -0.0146</w:t>
        <w:br/>
        <w:t>vn 0.3825 -0.9231 -0.0399</w:t>
        <w:br/>
        <w:t>vn 0.3860 -0.8871 -0.2532</w:t>
        <w:br/>
        <w:t>vn 0.2796 -0.7883 -0.5481</w:t>
        <w:br/>
        <w:t>vn -0.2332 -0.8684 -0.4375</w:t>
        <w:br/>
        <w:t>vn -0.4211 -0.8619 -0.2824</w:t>
        <w:br/>
        <w:t>vn -0.2539 -0.9113 -0.3243</w:t>
        <w:br/>
        <w:t>vn -0.4804 -0.8487 -0.2210</w:t>
        <w:br/>
        <w:t>vn -0.6007 -0.7959 -0.0754</w:t>
        <w:br/>
        <w:t>vn -0.8625 -0.5060 -0.0097</w:t>
        <w:br/>
        <w:t>vn -0.4026 -0.8961 0.1868</w:t>
        <w:br/>
        <w:t>vn 0.3962 -0.9180 -0.0146</w:t>
        <w:br/>
        <w:t>vn -0.1334 0.5351 -0.8342</w:t>
        <w:br/>
        <w:t>vn 0.3033 0.0903 0.9486</w:t>
        <w:br/>
        <w:t>vn 0.6819 0.2036 0.7025</w:t>
        <w:br/>
        <w:t>vn 0.4888 0.1430 0.8606</w:t>
        <w:br/>
        <w:t>vn -0.0000 0.6379 -0.7701</w:t>
        <w:br/>
        <w:t>vn 0.6317 -0.7580 -0.1624</w:t>
        <w:br/>
        <w:t>vn 0.6458 -0.7158 -0.2655</w:t>
        <w:br/>
        <w:t>vn 0.4194 -0.8300 -0.3678</w:t>
        <w:br/>
        <w:t>vn 0.8649 -0.4569 -0.2076</w:t>
        <w:br/>
        <w:t>vn 0.9570 -0.2870 -0.0416</w:t>
        <w:br/>
        <w:t>vn 0.9908 -0.0907 -0.1006</w:t>
        <w:br/>
        <w:t>vn 0.8479 -0.4615 -0.2609</w:t>
        <w:br/>
        <w:t>vn 0.9827 0.0951 0.1587</w:t>
        <w:br/>
        <w:t>vn 0.9587 -0.2474 0.1404</w:t>
        <w:br/>
        <w:t>vn 0.9652 -0.2448 -0.0923</w:t>
        <w:br/>
        <w:t>vn 0.8779 0.1054 0.4671</w:t>
        <w:br/>
        <w:t>vn 0.8770 -0.2046 0.4348</w:t>
        <w:br/>
        <w:t>vn 0.5653 0.0110 0.8248</w:t>
        <w:br/>
        <w:t>vn 0.8919 0.0474 0.4496</w:t>
        <w:br/>
        <w:t>vn 0.5894 0.0619 0.8055</w:t>
        <w:br/>
        <w:t>vn 0.3039 -0.7057 0.6400</w:t>
        <w:br/>
        <w:t>vn 0.1816 0.0506 0.9821</w:t>
        <w:br/>
        <w:t>vn 0.1615 -0.0415 0.9860</w:t>
        <w:br/>
        <w:t>vn -0.1115 0.1451 0.9831</w:t>
        <w:br/>
        <w:t>vn -0.1157 0.0896 0.9892</w:t>
        <w:br/>
        <w:t>vn -0.3144 0.2100 0.9258</w:t>
        <w:br/>
        <w:t>vn -0.3222 0.1412 0.9361</w:t>
        <w:br/>
        <w:t>vn 0.2022 0.1095 0.9732</w:t>
        <w:br/>
        <w:t>vn 0.8732 -0.1392 0.4670</w:t>
        <w:br/>
        <w:t>vn 0.5575 -0.0684 0.8274</w:t>
        <w:br/>
        <w:t>vn 0.9538 -0.2422 0.1779</w:t>
        <w:br/>
        <w:t>vn 0.7167 -0.4594 0.5247</w:t>
        <w:br/>
        <w:t>vn 0.3229 -0.3440 0.8817</w:t>
        <w:br/>
        <w:t>vn 0.7019 -0.6945 0.1578</w:t>
        <w:br/>
        <w:t>vn 0.3797 -0.7669 0.5173</w:t>
        <w:br/>
        <w:t>vn 0.0926 -0.4484 0.8890</w:t>
        <w:br/>
        <w:t>vn 0.1883 0.0383 0.9814</w:t>
        <w:br/>
        <w:t>vn -0.1177 0.1550 0.9809</w:t>
        <w:br/>
        <w:t>vn -0.1263 0.1105 0.9858</w:t>
        <w:br/>
        <w:t>vn 0.0755 -0.0869 0.9934</w:t>
        <w:br/>
        <w:t>vn -0.1956 0.0883 0.9767</w:t>
        <w:br/>
        <w:t>vn -0.4052 0.1893 0.8944</w:t>
        <w:br/>
        <w:t>vn -0.3781 0.1863 0.9068</w:t>
        <w:br/>
        <w:t>vn -0.3354 0.2249 0.9148</w:t>
        <w:br/>
        <w:t>vn 0.6871 -0.4744 -0.5503</w:t>
        <w:br/>
        <w:t>vn 0.7573 -0.3063 -0.5768</w:t>
        <w:br/>
        <w:t>vn 0.9364 -0.1661 -0.3090</w:t>
        <w:br/>
        <w:t>vn 0.8903 -0.3395 -0.3036</w:t>
        <w:br/>
        <w:t>vn 0.5429 -0.6981 -0.4668</w:t>
        <w:br/>
        <w:t>vn 0.4359 -0.5283 -0.7286</w:t>
        <w:br/>
        <w:t>vn 0.4799 -0.3657 -0.7975</w:t>
        <w:br/>
        <w:t>vn 0.2381 -0.2806 -0.9298</w:t>
        <w:br/>
        <w:t>vn 0.0623 -0.6147 -0.7863</w:t>
        <w:br/>
        <w:t>vn 0.2839 -0.6723 -0.6836</w:t>
        <w:br/>
        <w:t>vn 0.2130 -0.4895 -0.8456</w:t>
        <w:br/>
        <w:t>vn -0.0913 -0.4465 -0.8901</w:t>
        <w:br/>
        <w:t>vn -0.0800 -0.2383 -0.9679</w:t>
        <w:br/>
        <w:t>vn -0.3659 -0.4822 -0.7960</w:t>
        <w:br/>
        <w:t>vn -0.3714 -0.1647 -0.9137</w:t>
        <w:br/>
        <w:t>vn 0.7759 -0.6306 -0.0184</w:t>
        <w:br/>
        <w:t>vn 0.5354 -0.8445 -0.0110</w:t>
        <w:br/>
        <w:t>vn 0.3366 -0.6854 -0.6457</w:t>
        <w:br/>
        <w:t>vn 0.2454 -0.4076 -0.8796</w:t>
        <w:br/>
        <w:t>vn 0.3126 -0.6458 -0.6966</w:t>
        <w:br/>
        <w:t>vn 0.2313 -0.3463 -0.9092</w:t>
        <w:br/>
        <w:t>vn 0.1588 0.1216 -0.9798</w:t>
        <w:br/>
        <w:t>vn 0.1451 0.0679 -0.9871</w:t>
        <w:br/>
        <w:t>vn 0.1270 -0.2958 -0.9468</w:t>
        <w:br/>
        <w:t>vn 0.0993 0.1669 -0.9810</w:t>
        <w:br/>
        <w:t>vn 0.1799 -0.6158 -0.7671</w:t>
        <w:br/>
        <w:t>vn -0.0185 -0.5924 -0.8055</w:t>
        <w:br/>
        <w:t>vn -0.0239 -0.2814 -0.9593</w:t>
        <w:br/>
        <w:t>vn -0.0115 0.1863 -0.9824</w:t>
        <w:br/>
        <w:t>vn 0.1004 0.4439 -0.8904</w:t>
        <w:br/>
        <w:t>vn 0.1146 0.4478 -0.8868</w:t>
        <w:br/>
        <w:t>vn 0.1102 0.4711 -0.8752</w:t>
        <w:br/>
        <w:t>vn 0.5656 -0.8235 0.0434</w:t>
        <w:br/>
        <w:t>vn 0.0083 -0.1695 0.9855</w:t>
        <w:br/>
        <w:t>vn -0.0800 -0.0241 0.9965</w:t>
        <w:br/>
        <w:t>vn -0.0296 -0.1658 0.9857</w:t>
        <w:br/>
        <w:t>vn -0.2309 0.0348 0.9723</w:t>
        <w:br/>
        <w:t>vn -0.1224 0.0411 0.9916</w:t>
        <w:br/>
        <w:t>vn -0.1957 -0.4785 -0.8560</w:t>
        <w:br/>
        <w:t>vn -0.4035 -0.2626 -0.8765</w:t>
        <w:br/>
        <w:t>vn -0.5790 -0.0991 -0.8093</w:t>
        <w:br/>
        <w:t>vn -0.6255 -0.0541 -0.7783</w:t>
        <w:br/>
        <w:t>vn -0.8096 0.1772 -0.5595</w:t>
        <w:br/>
        <w:t>vn -0.8132 0.0268 -0.5814</w:t>
        <w:br/>
        <w:t>vn -0.9125 0.2487 -0.3248</w:t>
        <w:br/>
        <w:t>vn -0.9337 0.1495 -0.3254</w:t>
        <w:br/>
        <w:t>vn -0.9682 0.2352 -0.0856</w:t>
        <w:br/>
        <w:t>vn -0.9575 0.2763 -0.0826</w:t>
        <w:br/>
        <w:t>vn -0.9247 0.3200 0.2061</w:t>
        <w:br/>
        <w:t>vn -0.9025 0.3486 0.2530</w:t>
        <w:br/>
        <w:t>vn -0.9483 0.3117 -0.0607</w:t>
        <w:br/>
        <w:t>vn -0.8038 0.3499 0.4812</w:t>
        <w:br/>
        <w:t>vn -0.8216 0.2805 0.4963</w:t>
        <w:br/>
        <w:t>vn -0.9171 0.2965 0.2667</w:t>
        <w:br/>
        <w:t>vn -0.8352 0.2492 0.4902</w:t>
        <w:br/>
        <w:t>vn -0.6435 0.2475 0.7243</w:t>
        <w:br/>
        <w:t>vn -0.6697 0.2076 0.7130</w:t>
        <w:br/>
        <w:t>vn -0.9095 0.3722 -0.1850</w:t>
        <w:br/>
        <w:t>vn -0.9362 0.2743 -0.2198</w:t>
        <w:br/>
        <w:t>vn -0.9550 0.2945 0.0338</w:t>
        <w:br/>
        <w:t>vn -0.9435 0.3277 0.0496</w:t>
        <w:br/>
        <w:t>vn -0.9604 0.2785 -0.0116</w:t>
        <w:br/>
        <w:t>vn -0.9239 0.2838 0.2566</w:t>
        <w:br/>
        <w:t>vn -0.8377 0.2654 0.4774</w:t>
        <w:br/>
        <w:t>vn -0.9202 0.3068 0.2433</w:t>
        <w:br/>
        <w:t>vn -0.4366 0.1478 0.8874</w:t>
        <w:br/>
        <w:t>vn -0.6087 0.2868 0.7398</w:t>
        <w:br/>
        <w:t>vn -0.7978 0.3818 0.4666</w:t>
        <w:br/>
        <w:t>vn -0.5649 0.3278 0.7573</w:t>
        <w:br/>
        <w:t>vn -0.9553 0.2326 0.1827</w:t>
        <w:br/>
        <w:t>vn -0.8403 0.2701 0.4700</w:t>
        <w:br/>
        <w:t>vn -0.5765 0.2551 0.7763</w:t>
        <w:br/>
        <w:t>vn -0.9254 0.2329 -0.2990</w:t>
        <w:br/>
        <w:t>vn -0.8848 0.1527 -0.4403</w:t>
        <w:br/>
        <w:t>vn -0.8386 0.1108 -0.5334</w:t>
        <w:br/>
        <w:t>vn -0.9442 0.2204 -0.2448</w:t>
        <w:br/>
        <w:t>vn -0.7055 -0.0345 -0.7078</w:t>
        <w:br/>
        <w:t>vn -0.6928 0.1607 -0.7031</w:t>
        <w:br/>
        <w:t>vn -0.5225 -0.1635 -0.8368</w:t>
        <w:br/>
        <w:t>vn -0.8139 0.3287 -0.4792</w:t>
        <w:br/>
        <w:t>vn -0.6568 -0.6346 -0.4072</w:t>
        <w:br/>
        <w:t>vn -0.8451 -0.4662 -0.2618</w:t>
        <w:br/>
        <w:t>vn -0.9882 0.1283 -0.0834</w:t>
        <w:br/>
        <w:t>vn -0.9786 0.1874 -0.0849</w:t>
        <w:br/>
        <w:t>vn -0.5099 -0.6473 -0.5666</w:t>
        <w:br/>
        <w:t>vn -0.9744 0.1438 0.1730</w:t>
        <w:br/>
        <w:t>vn -0.8695 0.1441 0.4724</w:t>
        <w:br/>
        <w:t>vn -0.6046 0.1419 0.7837</w:t>
        <w:br/>
        <w:t>vn -0.3192 -0.2893 -0.9025</w:t>
        <w:br/>
        <w:t>vn -0.5372 0.2097 -0.8170</w:t>
        <w:br/>
        <w:t>vn -0.3270 0.2056 -0.9224</w:t>
        <w:br/>
        <w:t>vn -0.3037 0.5246 -0.7953</w:t>
        <w:br/>
        <w:t>vn -0.0160 0.4868 -0.8733</w:t>
        <w:br/>
        <w:t>vn -0.0072 0.4576 -0.8891</w:t>
        <w:br/>
        <w:t>vn -0.3043 0.4847 -0.8200</w:t>
        <w:br/>
        <w:t>vn -0.5199 0.5396 -0.6622</w:t>
        <w:br/>
        <w:t>vn -0.5590 0.4483 -0.6975</w:t>
        <w:br/>
        <w:t>vn -0.7556 0.4746 -0.4514</w:t>
        <w:br/>
        <w:t>vn -0.4373 0.5270 -0.7288</w:t>
        <w:br/>
        <w:t>vn -0.4618 0.4711 -0.7516</w:t>
        <w:br/>
        <w:t>vn 0.1086 0.4620 -0.8802</w:t>
        <w:br/>
        <w:t>vn 0.3621 -0.9261 0.1056</w:t>
        <w:br/>
        <w:t>vn 0.4025 -0.8961 0.1868</w:t>
        <w:br/>
        <w:t>vn 0.2355 -0.9048 0.3547</w:t>
        <w:br/>
        <w:t>vn 0.1375 -0.9401 0.3120</w:t>
        <w:br/>
        <w:t>vn -0.1422 -0.9772 0.1574</w:t>
        <w:br/>
        <w:t>vn -0.1028 -0.9743 0.2005</w:t>
        <w:br/>
        <w:t>vn -0.1828 -0.9823 0.0418</w:t>
        <w:br/>
        <w:t>vn -0.1843 -0.9804 0.0695</w:t>
        <w:br/>
        <w:t>vn -0.1609 -0.9870 -0.0055</w:t>
        <w:br/>
        <w:t>vn -0.1830 -0.9830 0.0113</w:t>
        <w:br/>
        <w:t>vn -0.1237 -0.9922 -0.0177</w:t>
        <w:br/>
        <w:t>vn -0.1450 -0.9893 -0.0139</w:t>
        <w:br/>
        <w:t>vn -0.1503 -0.9886 0.0073</w:t>
        <w:br/>
        <w:t>vn -0.1267 -0.9919 -0.0020</w:t>
        <w:br/>
        <w:t>vn -0.2044 -0.9784 0.0321</w:t>
        <w:br/>
        <w:t>vn -0.2669 -0.9632 0.0318</w:t>
        <w:br/>
        <w:t>vn -0.3152 -0.9483 0.0370</w:t>
        <w:br/>
        <w:t>vn -0.3509 -0.9364 0.0040</w:t>
        <w:br/>
        <w:t>vn -0.3825 -0.9231 -0.0399</w:t>
        <w:br/>
        <w:t>vn -0.3963 -0.9180 -0.0146</w:t>
        <w:br/>
        <w:t>vn -0.3860 -0.8871 -0.2532</w:t>
        <w:br/>
        <w:t>vn -0.4278 -0.5688 -0.7025</w:t>
        <w:br/>
        <w:t>vn 0.1086 -0.6257 -0.7725</w:t>
        <w:br/>
        <w:t>vn 0.2332 -0.8684 -0.4375</w:t>
        <w:br/>
        <w:t>vn 0.2539 -0.9113 -0.3243</w:t>
        <w:br/>
        <w:t>vn 0.4211 -0.8619 -0.2824</w:t>
        <w:br/>
        <w:t>vn 0.4804 -0.8487 -0.2210</w:t>
        <w:br/>
        <w:t>vn 0.8303 -0.5089 -0.2273</w:t>
        <w:br/>
        <w:t>vn 0.6007 -0.7959 -0.0754</w:t>
        <w:br/>
        <w:t>vn 0.4026 -0.8961 0.1868</w:t>
        <w:br/>
        <w:t>vn 0.8302 -0.5089 -0.2274</w:t>
        <w:br/>
        <w:t>vn -0.3962 -0.9180 -0.0146</w:t>
        <w:br/>
        <w:t>vn 0.1334 0.5351 -0.8342</w:t>
        <w:br/>
        <w:t>vn -0.3033 0.0903 0.9486</w:t>
        <w:br/>
        <w:t>vn -0.6819 0.2036 0.7025</w:t>
        <w:br/>
        <w:t>vn -0.4888 0.1430 0.8606</w:t>
        <w:br/>
        <w:t>vn 0.2136 -0.1863 -0.9590</w:t>
        <w:br/>
        <w:t>vn -0.0870 -0.2424 -0.9663</w:t>
        <w:br/>
        <w:t>vn 0.0333 -0.3414 -0.9393</w:t>
        <w:br/>
        <w:t>vn 0.2912 -0.3136 -0.9038</w:t>
        <w:br/>
        <w:t>vn -0.2817 -0.4020 -0.8712</w:t>
        <w:br/>
        <w:t>vn -0.2736 -0.4307 -0.8600</w:t>
        <w:br/>
        <w:t>vn -0.2326 -0.3396 -0.9114</w:t>
        <w:br/>
        <w:t>vn -0.2403 -0.3334 -0.9117</w:t>
        <w:br/>
        <w:t>vn -0.3470 -0.4079 -0.8445</w:t>
        <w:br/>
        <w:t>vn -0.3172 -0.4453 -0.8373</w:t>
        <w:br/>
        <w:t>vn -0.0156 -0.4713 -0.8818</w:t>
        <w:br/>
        <w:t>vn 0.2369 -0.4536 -0.8592</w:t>
        <w:br/>
        <w:t>vn -0.0910 -0.4837 -0.8705</w:t>
        <w:br/>
        <w:t>vn -0.2644 -0.2710 -0.9256</w:t>
        <w:br/>
        <w:t>vn -0.1275 0.2452 0.9610</w:t>
        <w:br/>
        <w:t>vn -0.2224 0.3543 0.9083</w:t>
        <w:br/>
        <w:t>vn -0.0155 0.3692 0.9292</w:t>
        <w:br/>
        <w:t>vn 0.0625 0.2699 0.9609</w:t>
        <w:br/>
        <w:t>vn 0.1754 0.3501 0.9201</w:t>
        <w:br/>
        <w:t>vn 0.2394 0.4390 0.8660</w:t>
        <w:br/>
        <w:t>vn 0.2418 0.4076 0.8805</w:t>
        <w:br/>
        <w:t>vn 0.1602 0.3319 0.9296</w:t>
        <w:br/>
        <w:t>vn 0.2850 0.4571 0.8425</w:t>
        <w:br/>
        <w:t>vn 0.3129 0.4192 0.8523</w:t>
        <w:br/>
        <w:t>vn 0.0151 0.4798 0.8773</w:t>
        <w:br/>
        <w:t>vn -0.2084 0.4658 0.8600</w:t>
        <w:br/>
        <w:t>vn 0.0783 0.4906 0.8678</w:t>
        <w:br/>
        <w:t>vn 0.1505 0.2686 0.9514</w:t>
        <w:br/>
        <w:t>vn -0.8329 -0.2294 -0.5036</w:t>
        <w:br/>
        <w:t>vn -0.8353 -0.0962 -0.5412</w:t>
        <w:br/>
        <w:t>vn -0.8354 -0.0962 -0.5412</w:t>
        <w:br/>
        <w:t>vn 0.9083 0.3876 -0.1576</w:t>
        <w:br/>
        <w:t>vn 0.9679 0.1552 -0.1975</w:t>
        <w:br/>
        <w:t>vn 0.9777 -0.1671 -0.1269</w:t>
        <w:br/>
        <w:t>vn 0.8676 -0.4757 0.1451</w:t>
        <w:br/>
        <w:t>vn -0.8577 -0.4000 -0.3230</w:t>
        <w:br/>
        <w:t>vn -0.8826 -0.4331 -0.1828</w:t>
        <w:br/>
        <w:t>vn 0.7841 -0.5440 0.2989</w:t>
        <w:br/>
        <w:t>vn 0.8382 0.5245 -0.1493</w:t>
        <w:br/>
        <w:t>vn -0.4044 -0.2584 -0.8773</w:t>
        <w:br/>
        <w:t>vn -0.6187 0.1013 -0.7791</w:t>
        <w:br/>
        <w:t>vn -0.6088 0.0385 -0.7924</w:t>
        <w:br/>
        <w:t>vn -0.3779 -0.3480 -0.8580</w:t>
        <w:br/>
        <w:t>vn -0.1396 -0.4950 -0.8576</w:t>
        <w:br/>
        <w:t>vn -0.1161 -0.5322 -0.8386</w:t>
        <w:br/>
        <w:t>vn -0.0335 -0.5838 -0.8112</w:t>
        <w:br/>
        <w:t>vn -0.0848 -0.5621 -0.8227</w:t>
        <w:br/>
        <w:t>vn -0.4273 -0.1661 -0.8887</w:t>
        <w:br/>
        <w:t>vn -0.6259 0.1624 -0.7628</w:t>
        <w:br/>
        <w:t>vn -0.1914 -0.3897 -0.9008</w:t>
        <w:br/>
        <w:t>vn -0.1096 -0.5570 -0.8233</w:t>
        <w:br/>
        <w:t>vn -0.1016 -0.5067 -0.8561</w:t>
        <w:br/>
        <w:t>vn 0.6024 -0.0450 0.7970</w:t>
        <w:br/>
        <w:t>vn 0.6264 -0.0999 0.7730</w:t>
        <w:br/>
        <w:t>vn 0.4073 0.2646 0.8741</w:t>
        <w:br/>
        <w:t>vn 0.3507 0.3534 0.8672</w:t>
        <w:br/>
        <w:t>vn 0.1540 0.4859 0.8603</w:t>
        <w:br/>
        <w:t>vn 0.0963 0.5426 0.8344</w:t>
        <w:br/>
        <w:t>vn 0.0793 0.5788 0.8116</w:t>
        <w:br/>
        <w:t>vn 0.0246 0.5913 0.8061</w:t>
        <w:br/>
        <w:t>vn 0.6476 -0.1534 0.7464</w:t>
        <w:br/>
        <w:t>vn 0.4593 0.1728 0.8713</w:t>
        <w:br/>
        <w:t>vn 0.2198 0.3830 0.8972</w:t>
        <w:br/>
        <w:t>vn 0.1395 0.4998 0.8548</w:t>
        <w:br/>
        <w:t>vn 0.7816 -0.3789 -0.4954</w:t>
        <w:br/>
        <w:t>vn 0.8699 -0.2540 -0.4228</w:t>
        <w:br/>
        <w:t>vn 0.7817 -0.3789 -0.4954</w:t>
        <w:br/>
        <w:t>vn 0.9504 -0.2403 -0.1973</w:t>
        <w:br/>
        <w:t>vn 0.9763 -0.2027 -0.0763</w:t>
        <w:br/>
        <w:t>vn -0.7936 -0.4599 0.3985</w:t>
        <w:br/>
        <w:t>vn -0.8028 -0.4230 0.4202</w:t>
        <w:br/>
        <w:t>vn -0.7952 0.5543 0.2458</w:t>
        <w:br/>
        <w:t>vn -0.7330 0.5440 0.4083</w:t>
        <w:br/>
        <w:t>vn -0.7330 0.5440 0.4084</w:t>
        <w:br/>
        <w:t>vn -0.9110 0.3847 0.1488</w:t>
        <w:br/>
        <w:t>vn -0.9665 0.0740 0.2458</w:t>
        <w:br/>
        <w:t>vn -0.8900 -0.2373 0.3893</w:t>
        <w:br/>
        <w:t>vn 0.1338 0.5643 0.8146</w:t>
        <w:br/>
        <w:t>vn 0.7249 -0.5180 -0.4541</w:t>
        <w:br/>
        <w:t>vn -0.6530 0.2902 -0.6995</w:t>
        <w:br/>
        <w:t>vn -0.6386 0.2785 -0.7173</w:t>
        <w:br/>
        <w:t>vn 0.6613 -0.2970 0.6888</w:t>
        <w:br/>
        <w:t>vn 0.6476 -0.2857 0.7064</w:t>
        <w:br/>
        <w:t>vn -0.6669 0.3016 -0.6814</w:t>
        <w:br/>
        <w:t>vn -0.7207 0.5167 0.4622</w:t>
        <w:br/>
        <w:t>vn 0.6746 -0.3080 0.6709</w:t>
        <w:br/>
        <w:t>usemtl MI_Aodaili_Hair_103</w:t>
        <w:br/>
        <w:t>s 1</w:t>
        <w:br/>
        <w:t>f 850/1/1 849/2/2 848/3/3</w:t>
        <w:br/>
        <w:t>f 847/4/1 850/1/1 848/3/3</w:t>
        <w:br/>
        <w:t>f 854/5/4 853/6/5 852/7/6</w:t>
        <w:br/>
        <w:t>f 851/8/7 854/5/4 852/7/6</w:t>
        <w:br/>
        <w:t>f 858/9/8 857/10/9 856/11/10</w:t>
        <w:br/>
        <w:t>f 855/12/11 858/9/8 856/11/10</w:t>
        <w:br/>
        <w:t>f 862/13/12 861/14/13 860/15/13</w:t>
        <w:br/>
        <w:t>f 859/16/14 862/13/12 860/15/13</w:t>
        <w:br/>
        <w:t>f 856/11/10 864/17/15 863/18/16</w:t>
        <w:br/>
        <w:t>f 855/12/11 856/11/10 863/18/16</w:t>
        <w:br/>
        <w:t>f 867/19/17 866/20/18 865/21/19</w:t>
        <w:br/>
        <w:t>f 868/22/20 867/19/17 865/21/19</w:t>
        <w:br/>
        <w:t>f 867/19/17 869/23/21 866/20/18</w:t>
        <w:br/>
        <w:t>f 847/4/1 871/24/22 870/25/23</w:t>
        <w:br/>
        <w:t>f 850/1/1 847/4/1 870/25/23</w:t>
        <w:br/>
        <w:t>f 851/8/7 852/7/6 873/26/24</w:t>
        <w:br/>
        <w:t>f 872/27/25 851/8/7 873/26/24</w:t>
        <w:br/>
        <w:t>f 876/28/26 875/29/27 874/30/28</w:t>
        <w:br/>
        <w:t>f 858/9/8 855/12/11 877/31/29</w:t>
        <w:br/>
        <w:t>f 880/32/30 879/33/31 878/34/12</w:t>
        <w:br/>
        <w:t>f 882/35/32 862/13/12 859/16/14</w:t>
        <w:br/>
        <w:t>f 881/36/32 882/35/32 859/16/14</w:t>
        <w:br/>
        <w:t>f 883/37/33 876/28/26 874/30/28</w:t>
        <w:br/>
        <w:t>f 870/25/23 871/24/22 884/38/34</w:t>
        <w:br/>
        <w:t>f 888/39/35 887/40/36 886/41/22</w:t>
        <w:br/>
        <w:t>f 885/42/37 888/39/35 886/41/22</w:t>
        <w:br/>
        <w:t>f 891/43/16 890/44/38 889/45/38</w:t>
        <w:br/>
        <w:t>f 874/30/28 875/29/27 893/46/39</w:t>
        <w:br/>
        <w:t>f 892/47/40 874/30/28 893/46/39</w:t>
        <w:br/>
        <w:t>f 872/27/25 895/48/41 894/49/42</w:t>
        <w:br/>
        <w:t>f 897/50/43 878/34/12 896/51/44</w:t>
        <w:br/>
        <w:t>f 894/49/42 882/35/32 881/36/32</w:t>
        <w:br/>
        <w:t>f 889/45/38 890/44/38 899/52/45</w:t>
        <w:br/>
        <w:t>f 898/53/45 889/45/38 899/52/45</w:t>
        <w:br/>
        <w:t>f 902/54/46 901/55/47 900/56/48</w:t>
        <w:br/>
        <w:t>f 896/51/44 902/54/46 900/56/48</w:t>
        <w:br/>
        <w:t>f 874/30/28 904/57/49 903/58/50</w:t>
        <w:br/>
        <w:t>f 906/59/51 905/60/52 903/58/50</w:t>
        <w:br/>
        <w:t>f 904/57/49 906/59/51 903/58/50</w:t>
        <w:br/>
        <w:t>f 909/61/53 908/62/54 907/63/55</w:t>
        <w:br/>
        <w:t>f 908/62/54 910/64/56 907/63/55</w:t>
        <w:br/>
        <w:t>f 913/65/57 912/66/57 911/67/58</w:t>
        <w:br/>
        <w:t>f 916/68/59 915/69/60 914/70/60</w:t>
        <w:br/>
        <w:t>f 919/71/61 918/72/62 917/73/63</w:t>
        <w:br/>
        <w:t>f 917/73/63 918/72/62 920/74/64</w:t>
        <w:br/>
        <w:t>f 922/75/65 921/76/65 894/49/42</w:t>
        <w:br/>
        <w:t>f 895/48/41 922/75/65 894/49/42</w:t>
        <w:br/>
        <w:t>f 925/77/66 924/78/67 923/79/68</w:t>
        <w:br/>
        <w:t>f 926/80/35 925/77/66 923/79/68</w:t>
        <w:br/>
        <w:t>f 928/81/69 898/53/45 899/52/45</w:t>
        <w:br/>
        <w:t>f 927/82/70 928/81/69 899/52/45</w:t>
        <w:br/>
        <w:t>f 931/83/71 930/84/72 929/85/73</w:t>
        <w:br/>
        <w:t>f 932/86/74 900/56/48 901/55/47</w:t>
        <w:br/>
        <w:t>f 935/87/75 934/88/76 933/89/76</w:t>
        <w:br/>
        <w:t>f 938/90/77 937/91/78 936/92/79</w:t>
        <w:br/>
        <w:t>f 941/93/80 940/94/81 939/95/82</w:t>
        <w:br/>
        <w:t>f 932/86/74 901/55/47 942/96/69</w:t>
        <w:br/>
        <w:t>f 945/97/83 944/98/84 943/99/85</w:t>
        <w:br/>
        <w:t>f 922/75/65 947/100/86 946/101/86</w:t>
        <w:br/>
        <w:t>f 921/76/65 922/75/65 946/101/86</w:t>
        <w:br/>
        <w:t>f 906/59/51 948/102/87 905/60/52</w:t>
        <w:br/>
        <w:t>f 952/103/88 951/104/89 950/105/90</w:t>
        <w:br/>
        <w:t>f 949/106/90 952/103/88 950/105/90</w:t>
        <w:br/>
        <w:t>f 956/107/91 955/108/92 954/109/92</w:t>
        <w:br/>
        <w:t>f 953/110/93 956/107/91 954/109/92</w:t>
        <w:br/>
        <w:t>f 959/111/94 958/112/66 957/113/95</w:t>
        <w:br/>
        <w:t>f 962/114/96 961/115/97 960/116/98</w:t>
        <w:br/>
        <w:t>f 965/117/99 964/118/100 963/119/101</w:t>
        <w:br/>
        <w:t>f 969/120/102 968/121/103 967/122/104</w:t>
        <w:br/>
        <w:t>f 966/123/105 969/120/102 967/122/104</w:t>
        <w:br/>
        <w:t>f 970/124/106 956/107/91 953/110/93</w:t>
        <w:br/>
        <w:t>f 971/125/106 970/124/106 953/110/93</w:t>
        <w:br/>
        <w:t>f 973/126/107 928/81/69 927/82/70</w:t>
        <w:br/>
        <w:t>f 972/127/108 973/126/107 927/82/70</w:t>
        <w:br/>
        <w:t>f 925/77/66 974/128/109 924/78/67</w:t>
        <w:br/>
        <w:t>f 977/129/110 976/130/111 975/131/112</w:t>
        <w:br/>
        <w:t>f 978/132/87 977/129/110 975/131/112</w:t>
        <w:br/>
        <w:t>f 980/133/113 979/134/113 951/104/89</w:t>
        <w:br/>
        <w:t>f 952/103/88 980/133/113 951/104/89</w:t>
        <w:br/>
        <w:t>f 981/135/114 969/120/102 966/123/105</w:t>
        <w:br/>
        <w:t>f 985/136/115 984/137/116 983/138/116</w:t>
        <w:br/>
        <w:t>f 982/139/115 985/136/115 983/138/116</w:t>
        <w:br/>
        <w:t>f 989/140/117 988/141/118 987/142/119</w:t>
        <w:br/>
        <w:t>f 986/143/120 989/140/117 987/142/119</w:t>
        <w:br/>
        <w:t>f 982/139/115 991/144/121 990/145/122</w:t>
        <w:br/>
        <w:t>f 985/136/115 982/139/115 990/145/122</w:t>
        <w:br/>
        <w:t>f 964/118/100 965/117/99 992/146/123</w:t>
        <w:br/>
        <w:t>f 993/147/124 964/118/100 992/146/123</w:t>
        <w:br/>
        <w:t>f 996/148/125 995/149/126 994/150/127</w:t>
        <w:br/>
        <w:t>f 961/115/97 996/148/125 994/150/127</w:t>
        <w:br/>
        <w:t>f 998/151/128 981/135/114 997/152/129</w:t>
        <w:br/>
        <w:t>f 990/145/122 991/144/121 999/153/130</w:t>
        <w:br/>
        <w:t>f 1001/154/131 1000/155/132 970/124/106</w:t>
        <w:br/>
        <w:t>f 971/125/106 1001/154/131 970/124/106</w:t>
        <w:br/>
        <w:t>f 1004/156/133 1003/157/134 1002/158/134</w:t>
        <w:br/>
        <w:t>f 1005/159/133 1004/156/133 1002/158/134</w:t>
        <w:br/>
        <w:t>f 1008/160/135 1007/161/136 1006/162/135</w:t>
        <w:br/>
        <w:t>f 979/134/113 980/133/113 1010/163/137</w:t>
        <w:br/>
        <w:t>f 1009/164/138 979/134/113 1010/163/137</w:t>
        <w:br/>
        <w:t>f 1014/165/139 1013/166/140 1012/167/141</w:t>
        <w:br/>
        <w:t>f 1011/168/142 1014/165/139 1012/167/141</w:t>
        <w:br/>
        <w:t>f 1017/169/102 1016/170/143 1015/171/144</w:t>
        <w:br/>
        <w:t>f 1017/169/102 1015/171/144 1019/172/145</w:t>
        <w:br/>
        <w:t>f 1018/173/146 1017/169/102 1019/172/145</w:t>
        <w:br/>
        <w:t>f 1007/161/136 1021/174/147 1020/175/148</w:t>
        <w:br/>
        <w:t>f 986/143/120 987/142/119 1022/176/149</w:t>
        <w:br/>
        <w:t>f 1016/170/143 1020/175/148 1015/171/144</w:t>
        <w:br/>
        <w:t>f 932/86/74 942/96/69 1023/177/150</w:t>
        <w:br/>
        <w:t>f 1024/178/151 1000/155/132 1001/154/131</w:t>
        <w:br/>
        <w:t>f 1002/158/134 1003/157/134 1026/179/132</w:t>
        <w:br/>
        <w:t>f 1025/180/152 1002/158/134 1026/179/132</w:t>
        <w:br/>
        <w:t>f 992/146/123 1028/181/153 1027/182/153</w:t>
        <w:br/>
        <w:t>f 993/147/124 992/146/123 1027/182/153</w:t>
        <w:br/>
        <w:t>f 1031/183/154 1030/184/155 1029/185/118</w:t>
        <w:br/>
        <w:t>f 1032/186/156 1031/183/154 1029/185/118</w:t>
        <w:br/>
        <w:t>f 994/150/127 995/149/126 1033/187/157</w:t>
        <w:br/>
        <w:t>f 947/100/86 1034/188/158 946/101/86</w:t>
        <w:br/>
        <w:t>f 1035/189/159 1019/172/145 1015/171/144</w:t>
        <w:br/>
        <w:t>f 1020/175/148 1035/189/159 1015/171/144</w:t>
        <w:br/>
        <w:t>f 976/130/111 977/129/110 1014/165/139</w:t>
        <w:br/>
        <w:t>f 959/111/94 1036/190/160 958/112/66</w:t>
        <w:br/>
        <w:t>f 974/128/109 1039/191/161 1038/192/162</w:t>
        <w:br/>
        <w:t>f 1037/193/163 974/128/109 1038/192/162</w:t>
        <w:br/>
        <w:t>f 1034/188/158 973/126/107 972/127/108</w:t>
        <w:br/>
        <w:t>f 1043/194/164 1042/195/165 1041/196/166</w:t>
        <w:br/>
        <w:t>f 1040/197/167 1043/194/164 1041/196/166</w:t>
        <w:br/>
        <w:t>f 978/132/87 1044/198/168 977/129/110</w:t>
        <w:br/>
        <w:t>f 1032/186/156 1040/197/167 1041/196/166</w:t>
        <w:br/>
        <w:t>f 1031/183/154 1032/186/156 1041/196/166</w:t>
        <w:br/>
        <w:t>f 1046/199/149 1030/184/155 1031/183/154</w:t>
        <w:br/>
        <w:t>f 1045/200/169 1046/199/149 1031/183/154</w:t>
        <w:br/>
        <w:t>f 1047/201/170 1045/200/169 1031/183/154</w:t>
        <w:br/>
        <w:t>f 1041/196/166 1047/201/170 1031/183/154</w:t>
        <w:br/>
        <w:t>f 959/111/94 1048/202/171 1036/190/160</w:t>
        <w:br/>
        <w:t>f 1047/201/170 1041/196/166 1042/195/165</w:t>
        <w:br/>
        <w:t>f 1049/203/172 1047/201/170 1042/195/165</w:t>
        <w:br/>
        <w:t>f 1013/166/140 1050/204/173 1012/167/141</w:t>
        <w:br/>
        <w:t>f 1051/205/174 1039/191/161 974/128/109</w:t>
        <w:br/>
        <w:t>f 1048/202/171 1053/206/175 1052/207/175</w:t>
        <w:br/>
        <w:t>f 1036/190/160 1048/202/171 1052/207/175</w:t>
        <w:br/>
        <w:t>f 1013/166/140 1055/208/176 1054/209/177</w:t>
        <w:br/>
        <w:t>f 1039/191/161 1057/210/178 1056/211/179</w:t>
        <w:br/>
        <w:t>f 1038/192/162 1039/191/161 1056/211/179</w:t>
        <w:br/>
        <w:t>f 1059/212/180 1058/213/181 1051/205/174</w:t>
        <w:br/>
        <w:t>f 1062/214/182 1061/215/183 1060/216/184</w:t>
        <w:br/>
        <w:t>f 1045/200/169 1047/201/170 1061/215/183</w:t>
        <w:br/>
        <w:t>f 1051/205/174 1063/217/185 1057/210/178</w:t>
        <w:br/>
        <w:t>f 1039/191/161 1051/205/174 1057/210/178</w:t>
        <w:br/>
        <w:t>f 1054/209/177 1064/218/186 1050/204/173</w:t>
        <w:br/>
        <w:t>f 1058/213/181 1065/219/187 1063/217/185</w:t>
        <w:br/>
        <w:t>f 1051/205/174 1058/213/181 1063/217/185</w:t>
        <w:br/>
        <w:t>f 1068/220/188 1067/221/189 1066/222/190</w:t>
        <w:br/>
        <w:t>f 1055/208/176 1070/223/191 1069/224/192</w:t>
        <w:br/>
        <w:t>f 1054/209/177 1055/208/176 1069/224/192</w:t>
        <w:br/>
        <w:t>f 1053/206/175 1072/225/193 1071/226/194</w:t>
        <w:br/>
        <w:t>f 1052/207/175 1053/206/175 1071/226/194</w:t>
        <w:br/>
        <w:t>f 1074/227/195 1056/211/179 1057/210/178</w:t>
        <w:br/>
        <w:t>f 1073/228/196 1074/227/195 1057/210/178</w:t>
        <w:br/>
        <w:t>f 1063/217/185 1075/229/197 1073/228/196</w:t>
        <w:br/>
        <w:t>f 1057/210/178 1063/217/185 1073/228/196</w:t>
        <w:br/>
        <w:t>f 1069/224/192 1077/230/198 1076/231/199</w:t>
        <w:br/>
        <w:t>f 1064/218/186 1069/224/192 1076/231/199</w:t>
        <w:br/>
        <w:t>f 1065/219/187 1078/232/200 1075/229/197</w:t>
        <w:br/>
        <w:t>f 1063/217/185 1065/219/187 1075/229/197</w:t>
        <w:br/>
        <w:t>f 1070/223/191 1079/233/201 1077/230/198</w:t>
        <w:br/>
        <w:t>f 1069/224/192 1070/223/191 1077/230/198</w:t>
        <w:br/>
        <w:t>f 1081/234/202 1074/227/195 1073/228/196</w:t>
        <w:br/>
        <w:t>f 1080/235/203 1081/234/202 1073/228/196</w:t>
        <w:br/>
        <w:t>f 1072/225/193 1083/236/204 1082/237/205</w:t>
        <w:br/>
        <w:t>f 1071/226/194 1072/225/193 1082/237/205</w:t>
        <w:br/>
        <w:t>f 1075/229/197 1084/238/206 1080/235/203</w:t>
        <w:br/>
        <w:t>f 1073/228/196 1075/229/197 1080/235/203</w:t>
        <w:br/>
        <w:t>f 1080/235/203 1086/239/207 1085/240/207</w:t>
        <w:br/>
        <w:t>f 1081/234/202 1080/235/203 1085/240/207</w:t>
        <w:br/>
        <w:t>f 1077/230/198 1088/241/208 1087/242/209</w:t>
        <w:br/>
        <w:t>f 1076/231/199 1077/230/198 1087/242/209</w:t>
        <w:br/>
        <w:t>f 1078/232/200 1089/243/210 1084/238/206</w:t>
        <w:br/>
        <w:t>f 1075/229/197 1078/232/200 1084/238/206</w:t>
        <w:br/>
        <w:t>f 1084/238/206 1091/244/211 1090/245/212</w:t>
        <w:br/>
        <w:t>f 1080/235/203 1084/238/206 1090/245/212</w:t>
        <w:br/>
        <w:t>f 1093/246/213 1092/247/213 1085/240/207</w:t>
        <w:br/>
        <w:t>f 1086/239/207 1093/246/213 1085/240/207</w:t>
        <w:br/>
        <w:t>f 1095/248/214 1082/237/205 1083/236/204</w:t>
        <w:br/>
        <w:t>f 1094/249/215 1095/248/214 1083/236/204</w:t>
        <w:br/>
        <w:t>f 1079/233/201 1096/250/216 1088/241/208</w:t>
        <w:br/>
        <w:t>f 1077/230/198 1079/233/201 1088/241/208</w:t>
        <w:br/>
        <w:t>f 1089/243/210 1097/251/217 1091/244/211</w:t>
        <w:br/>
        <w:t>f 1084/238/206 1089/243/210 1091/244/211</w:t>
        <w:br/>
        <w:t>f 1092/247/213 1093/246/213 1098/252/218</w:t>
        <w:br/>
        <w:t>f 1099/253/219 1092/247/213 1098/252/218</w:t>
        <w:br/>
        <w:t>f 1091/244/211 1101/254/220 1100/255/221</w:t>
        <w:br/>
        <w:t>f 1090/245/212 1091/244/211 1100/255/221</w:t>
        <w:br/>
        <w:t>f 1098/252/218 1103/256/222 1102/257/223</w:t>
        <w:br/>
        <w:t>f 1099/253/219 1098/252/218 1102/257/223</w:t>
        <w:br/>
        <w:t>f 1094/249/215 1105/258/224 1104/259/217</w:t>
        <w:br/>
        <w:t>f 1095/248/214 1094/249/215 1104/259/217</w:t>
        <w:br/>
        <w:t>f 1088/241/208 1107/260/225 1106/261/226</w:t>
        <w:br/>
        <w:t>f 1087/242/209 1088/241/208 1106/261/226</w:t>
        <w:br/>
        <w:t>f 1097/251/217 1108/262/227 1101/254/220</w:t>
        <w:br/>
        <w:t>f 1091/244/211 1097/251/217 1101/254/220</w:t>
        <w:br/>
        <w:t>f 1110/263/228 1104/259/217 1105/258/224</w:t>
        <w:br/>
        <w:t>f 1109/264/228 1110/263/228 1105/258/224</w:t>
        <w:br/>
        <w:t>f 1096/250/216 1111/265/229 1107/260/225</w:t>
        <w:br/>
        <w:t>f 1088/241/208 1096/250/216 1107/260/225</w:t>
        <w:br/>
        <w:t>f 1107/260/225 1113/266/230 1112/267/231</w:t>
        <w:br/>
        <w:t>f 1106/261/226 1107/260/225 1112/267/231</w:t>
        <w:br/>
        <w:t>f 1101/254/220 1115/268/232 1114/269/233</w:t>
        <w:br/>
        <w:t>f 1100/255/221 1101/254/220 1114/269/233</w:t>
        <w:br/>
        <w:t>f 1101/254/220 1108/262/227 1116/270/234</w:t>
        <w:br/>
        <w:t>f 1115/268/232 1101/254/220 1116/270/234</w:t>
        <w:br/>
        <w:t>f 1115/268/232 1116/270/234 1117/271/235</w:t>
        <w:br/>
        <w:t>f 1120/272/236 1119/273/237 1118/274/238</w:t>
        <w:br/>
        <w:t>f 1121/275/239 1113/266/230 1107/260/225</w:t>
        <w:br/>
        <w:t>f 1111/265/229 1121/275/239 1107/260/225</w:t>
        <w:br/>
        <w:t>f 1109/264/228 1119/273/237 1120/272/236</w:t>
        <w:br/>
        <w:t>f 1110/263/228 1109/264/228 1120/272/236</w:t>
        <w:br/>
        <w:t>f 1125/276/240 1124/277/241 1123/278/242</w:t>
        <w:br/>
        <w:t>f 1122/279/243 1125/276/240 1123/278/242</w:t>
        <w:br/>
        <w:t>f 1124/277/241 1125/276/240 1113/266/230</w:t>
        <w:br/>
        <w:t>f 1121/275/239 1124/277/241 1113/266/230</w:t>
        <w:br/>
        <w:t>f 1051/205/174 974/128/109 1059/212/180</w:t>
        <w:br/>
        <w:t>f 974/128/109 1037/193/163 924/78/67</w:t>
        <w:br/>
        <w:t>f 1059/212/180 974/128/109 1126/280/244</w:t>
        <w:br/>
        <w:t>f 1007/161/136 1020/175/148 1016/170/143</w:t>
        <w:br/>
        <w:t>f 1129/281/245 1128/282/246 1127/283/247</w:t>
        <w:br/>
        <w:t>f 1020/175/148 1021/174/147 1130/284/248</w:t>
        <w:br/>
        <w:t>f 1035/189/159 1020/175/148 1130/284/248</w:t>
        <w:br/>
        <w:t>f 1132/285/249 1131/286/249 933/89/76</w:t>
        <w:br/>
        <w:t>f 934/88/76 1132/285/249 933/89/76</w:t>
        <w:br/>
        <w:t>f 938/90/77 1134/287/250 1133/288/250</w:t>
        <w:br/>
        <w:t>f 937/91/78 938/90/77 1133/288/250</w:t>
        <w:br/>
        <w:t>f 1136/289/251 944/98/84 945/97/83</w:t>
        <w:br/>
        <w:t>f 1135/290/252 1136/289/251 945/97/83</w:t>
        <w:br/>
        <w:t>f 1138/291/253 1137/292/254 939/95/82</w:t>
        <w:br/>
        <w:t>f 940/94/81 1138/291/253 939/95/82</w:t>
        <w:br/>
        <w:t>f 949/106/90 950/105/90 1140/293/255</w:t>
        <w:br/>
        <w:t>f 1139/294/255 949/106/90 1140/293/255</w:t>
        <w:br/>
        <w:t>f 1142/295/256 954/109/92 955/108/92</w:t>
        <w:br/>
        <w:t>f 1141/296/256 1142/295/256 955/108/92</w:t>
        <w:br/>
        <w:t>f 1145/297/257 1144/298/258 1143/299/259</w:t>
        <w:br/>
        <w:t>f 962/114/96 960/116/98 1147/300/260</w:t>
        <w:br/>
        <w:t>f 1146/301/260 962/114/96 1147/300/260</w:t>
        <w:br/>
        <w:t>f 1145/297/257 1136/289/251 1144/298/258</w:t>
        <w:br/>
        <w:t>f 1133/288/250 1134/287/250 1142/295/256</w:t>
        <w:br/>
        <w:t>f 1141/296/256 1133/288/250 1142/295/256</w:t>
        <w:br/>
        <w:t>f 1139/294/255 1140/293/255 1131/286/249</w:t>
        <w:br/>
        <w:t>f 1132/285/249 1139/294/255 1131/286/249</w:t>
        <w:br/>
        <w:t>f 1146/301/260 1147/300/260 1137/292/254</w:t>
        <w:br/>
        <w:t>f 1138/291/253 1146/301/260 1137/292/254</w:t>
        <w:br/>
        <w:t>f 967/122/104 968/121/103 988/141/118</w:t>
        <w:br/>
        <w:t>f 989/140/117 967/122/104 988/141/118</w:t>
        <w:br/>
        <w:t>f 1005/159/133 983/138/116 984/137/116</w:t>
        <w:br/>
        <w:t>f 1004/156/133 1005/159/133 984/137/116</w:t>
        <w:br/>
        <w:t>f 1035/189/159 1130/284/248 1043/194/164</w:t>
        <w:br/>
        <w:t>f 1040/197/167 1035/189/159 1043/194/164</w:t>
        <w:br/>
        <w:t>f 1019/172/145 1035/189/159 1040/197/167</w:t>
        <w:br/>
        <w:t>f 1032/186/156 1019/172/145 1040/197/167</w:t>
        <w:br/>
        <w:t>f 1018/173/146 1019/172/145 1032/186/156</w:t>
        <w:br/>
        <w:t>f 1029/185/118 1018/173/146 1032/186/156</w:t>
        <w:br/>
        <w:t>f 1149/302/261 986/143/262 1148/303/261</w:t>
        <w:br/>
        <w:t>f 1150/304/151 1025/180/152 1026/179/132</w:t>
        <w:br/>
        <w:t>f 981/135/114 998/151/128 969/120/102</w:t>
        <w:br/>
        <w:t>f 994/150/127 1046/199/149 1151/305/263</w:t>
        <w:br/>
        <w:t>f 963/119/101 1145/297/257 1143/299/259</w:t>
        <w:br/>
        <w:t>f 965/117/99 963/119/101 1143/299/259</w:t>
        <w:br/>
        <w:t>f 962/114/96 996/148/125 961/115/97</w:t>
        <w:br/>
        <w:t>f 1136/289/251 1135/290/252 1144/298/258</w:t>
        <w:br/>
        <w:t>f 1066/222/190 1061/215/183 1047/201/170</w:t>
        <w:br/>
        <w:t>f 1066/222/190 1047/201/170 1049/203/172</w:t>
        <w:br/>
        <w:t>f 1062/214/182 1060/216/184 1152/306/264</w:t>
        <w:br/>
        <w:t>f 1068/220/188 1060/216/184 1061/215/183</w:t>
        <w:br/>
        <w:t>f 1045/200/169 1061/215/183 1062/214/182</w:t>
        <w:br/>
        <w:t>f 886/41/22 867/19/17 868/22/20</w:t>
        <w:br/>
        <w:t>f 885/42/37 886/41/22 868/22/20</w:t>
        <w:br/>
        <w:t>f 905/60/52 883/37/33 903/58/50</w:t>
        <w:br/>
        <w:t>f 1125/276/240 1122/279/243 1154/307/265</w:t>
        <w:br/>
        <w:t>f 1153/308/266 1125/276/240 1154/307/265</w:t>
        <w:br/>
        <w:t>f 1153/308/266 1113/266/230 1125/276/240</w:t>
        <w:br/>
        <w:t>f 1154/307/265 1122/279/243 1155/309/267</w:t>
        <w:br/>
        <w:t>f 1123/278/242 1155/309/267 1122/279/243</w:t>
        <w:br/>
        <w:t>f 1098/252/218 1117/271/268 1103/256/222</w:t>
        <w:br/>
        <w:t>f 1158/310/269 1157/311/69 1156/312/107</w:t>
        <w:br/>
        <w:t>f 1156/312/107 1160/313/270 1159/314/271</w:t>
        <w:br/>
        <w:t>f 1158/310/269 1156/312/107 1159/314/271</w:t>
        <w:br/>
        <w:t>f 1159/314/271 1160/313/270 1162/315/272</w:t>
        <w:br/>
        <w:t>f 1161/316/273 1159/314/271 1162/315/272</w:t>
        <w:br/>
        <w:t>f 1164/317/274 1060/216/184 1163/318/275</w:t>
        <w:br/>
        <w:t>f 1166/319/276 1158/310/269 1159/314/271</w:t>
        <w:br/>
        <w:t>f 1165/320/277 1166/319/276 1159/314/271</w:t>
        <w:br/>
        <w:t>f 1163/318/275 1060/216/184 1068/220/188</w:t>
        <w:br/>
        <w:t>f 1167/321/278 1163/318/275 1068/220/188</w:t>
        <w:br/>
        <w:t>f 1161/316/273 1162/315/272 1169/322/279</w:t>
        <w:br/>
        <w:t>f 1168/323/280 1161/316/273 1169/322/279</w:t>
        <w:br/>
        <w:t>f 1173/324/281 1172/325/282 1171/326/283</w:t>
        <w:br/>
        <w:t>f 1170/327/284 1173/324/281 1171/326/283</w:t>
        <w:br/>
        <w:t>f 1165/320/277 1159/314/271 1161/316/273</w:t>
        <w:br/>
        <w:t>f 1174/328/285 1165/320/277 1161/316/273</w:t>
        <w:br/>
        <w:t>f 1177/329/286 1176/330/287 1175/331/288</w:t>
        <w:br/>
        <w:t>f 1180/332/289 1179/333/289 1178/334/290</w:t>
        <w:br/>
        <w:t>f 1183/335/291 1182/336/292 1181/337/293</w:t>
        <w:br/>
        <w:t>f 1186/338/291 1185/339/294 1184/340/295</w:t>
        <w:br/>
        <w:t>f 1188/341/296 1163/318/275 1167/321/278</w:t>
        <w:br/>
        <w:t>f 1187/342/297 1188/341/296 1167/321/278</w:t>
        <w:br/>
        <w:t>f 1168/323/280 1169/322/279 1190/343/298</w:t>
        <w:br/>
        <w:t>f 1189/344/299 1168/323/280 1190/343/298</w:t>
        <w:br/>
        <w:t>f 1172/325/282 1173/324/281 1192/345/300</w:t>
        <w:br/>
        <w:t>f 1191/346/301 1172/325/282 1192/345/300</w:t>
        <w:br/>
        <w:t>f 1194/347/302 1175/331/288 1176/330/287</w:t>
        <w:br/>
        <w:t>f 1193/348/302 1194/347/302 1176/330/287</w:t>
        <w:br/>
        <w:t>f 1196/349/303 1179/333/289 1180/332/289</w:t>
        <w:br/>
        <w:t>f 1195/350/303 1196/349/303 1180/332/289</w:t>
        <w:br/>
        <w:t>f 1184/340/295 1185/339/294 1198/351/304</w:t>
        <w:br/>
        <w:t>f 1197/352/305 1184/340/295 1198/351/304</w:t>
        <w:br/>
        <w:t>f 1181/337/293 1182/336/292 1200/353/306</w:t>
        <w:br/>
        <w:t>f 1199/354/307 1181/337/293 1200/353/306</w:t>
        <w:br/>
        <w:t>f 1168/323/280 1174/328/285 1161/316/273</w:t>
        <w:br/>
        <w:t>f 1204/355/308 1203/356/309 1202/357/309</w:t>
        <w:br/>
        <w:t>f 1201/358/308 1204/355/308 1202/357/309</w:t>
        <w:br/>
        <w:t>f 1208/359/310 1207/360/311 1206/361/312</w:t>
        <w:br/>
        <w:t>f 1205/362/312 1208/359/310 1206/361/312</w:t>
        <w:br/>
        <w:t>f 1212/363/313 1211/364/313 1210/365/314</w:t>
        <w:br/>
        <w:t>f 1209/366/314 1212/363/313 1210/365/314</w:t>
        <w:br/>
        <w:t>f 1189/344/299 1190/343/298 1214/367/315</w:t>
        <w:br/>
        <w:t>f 1213/368/316 1189/344/299 1214/367/315</w:t>
        <w:br/>
        <w:t>f 1216/369/317 1171/326/283 1172/325/282</w:t>
        <w:br/>
        <w:t>f 1215/370/318 1216/369/317 1172/325/282</w:t>
        <w:br/>
        <w:t>f 1218/371/319 1187/342/297 1217/372/320</w:t>
        <w:br/>
        <w:t>f 1222/373/321 1221/374/321 1220/375/322</w:t>
        <w:br/>
        <w:t>f 1219/376/322 1222/373/321 1220/375/322</w:t>
        <w:br/>
        <w:t>f 1192/345/300 1218/371/319 1223/377/323</w:t>
        <w:br/>
        <w:t>f 1191/346/301 1192/345/300 1223/377/323</w:t>
        <w:br/>
        <w:t>f 1168/323/280 1224/378/324 1174/328/285</w:t>
        <w:br/>
        <w:t>f 1205/362/312 1206/361/312 1226/379/325</w:t>
        <w:br/>
        <w:t>f 1225/380/325 1205/362/312 1226/379/325</w:t>
        <w:br/>
        <w:t>f 1229/381/229 1216/369/317 1228/382/326</w:t>
        <w:br/>
        <w:t>f 1227/383/239 1229/381/229 1228/382/326</w:t>
        <w:br/>
        <w:t>f 1231/384/327 1204/355/308 1201/358/308</w:t>
        <w:br/>
        <w:t>f 1230/385/327 1231/384/327 1201/358/308</w:t>
        <w:br/>
        <w:t>f 1209/366/314 1210/365/314 1233/386/328</w:t>
        <w:br/>
        <w:t>f 1232/387/328 1209/366/314 1233/386/328</w:t>
        <w:br/>
        <w:t>f 1168/323/280 1189/344/299 1234/388/329</w:t>
        <w:br/>
        <w:t>f 1224/378/324 1168/323/280 1234/388/329</w:t>
        <w:br/>
        <w:t>f 1236/389/330 1219/376/322 1220/375/322</w:t>
        <w:br/>
        <w:t>f 1235/390/331 1236/389/330 1220/375/322</w:t>
        <w:br/>
        <w:t>f 1228/382/326 1216/369/317 1215/370/318</w:t>
        <w:br/>
        <w:t>f 1213/368/316 1214/367/315 1237/391/332</w:t>
        <w:br/>
        <w:t>f 1215/370/318 1172/325/282 1191/346/301</w:t>
        <w:br/>
        <w:t>f 1226/379/325 1239/392/333 1238/393/334</w:t>
        <w:br/>
        <w:t>f 1225/380/325 1226/379/325 1238/393/334</w:t>
        <w:br/>
        <w:t>f 1227/383/239 1241/394/335 1240/395/241</w:t>
        <w:br/>
        <w:t>f 1243/396/301 1231/384/327 1230/385/327</w:t>
        <w:br/>
        <w:t>f 1242/397/336 1243/396/301 1230/385/327</w:t>
        <w:br/>
        <w:t>f 1247/398/337 1246/399/338 1245/400/339</w:t>
        <w:br/>
        <w:t>f 1244/401/340 1247/398/337 1245/400/339</w:t>
        <w:br/>
        <w:t>f 1251/402/341 1250/403/340 1249/404/339</w:t>
        <w:br/>
        <w:t>f 1248/405/342 1251/402/341 1249/404/339</w:t>
        <w:br/>
        <w:t>f 1217/372/320 1252/406/343 1223/377/323</w:t>
        <w:br/>
        <w:t>f 1218/371/319 1217/372/320 1223/377/323</w:t>
        <w:br/>
        <w:t>f 1254/407/344 1253/408/345 1246/399/338</w:t>
        <w:br/>
        <w:t>f 1247/398/337 1254/407/344 1246/399/338</w:t>
        <w:br/>
        <w:t>f 1247/398/337 1244/401/340 1256/409/346</w:t>
        <w:br/>
        <w:t>f 1255/410/347 1247/398/337 1256/409/346</w:t>
        <w:br/>
        <w:t>f 1260/411/348 1259/412/349 1258/413/350</w:t>
        <w:br/>
        <w:t>f 1257/414/351 1260/411/348 1258/413/350</w:t>
        <w:br/>
        <w:t>f 1213/368/316 1237/391/332 1262/415/352</w:t>
        <w:br/>
        <w:t>f 1261/416/353 1213/368/316 1262/415/352</w:t>
        <w:br/>
        <w:t>f 1254/407/344 1247/398/337 1255/410/347</w:t>
        <w:br/>
        <w:t>f 1263/417/354 1254/407/344 1255/410/347</w:t>
        <w:br/>
        <w:t>f 1266/418/355 1265/419/356 1264/420/357</w:t>
        <w:br/>
        <w:t>f 1270/421/358 1269/422/359 1268/423/360</w:t>
        <w:br/>
        <w:t>f 1267/424/358 1270/421/358 1268/423/360</w:t>
        <w:br/>
        <w:t>f 1250/403/340 1251/402/341 1272/425/361</w:t>
        <w:br/>
        <w:t>f 1271/426/362 1250/403/340 1272/425/361</w:t>
        <w:br/>
        <w:t>f 1274/427/363 1260/411/348 1257/414/351</w:t>
        <w:br/>
        <w:t>f 1273/428/364 1274/427/363 1257/414/351</w:t>
        <w:br/>
        <w:t>f 1236/389/330 1276/429/343 1275/430/365</w:t>
        <w:br/>
        <w:t>f 1277/431/366 1241/394/335 1228/382/326</w:t>
        <w:br/>
        <w:t>f 1280/432/350 1279/433/367 1278/434/351</w:t>
        <w:br/>
        <w:t>f 1232/387/328 1233/386/328 1282/435/368</w:t>
        <w:br/>
        <w:t>f 1281/436/368 1232/387/328 1282/435/368</w:t>
        <w:br/>
        <w:t>f 1286/437/369 1285/438/370 1284/439/371</w:t>
        <w:br/>
        <w:t>f 1283/440/372 1286/437/369 1284/439/371</w:t>
        <w:br/>
        <w:t>f 1277/431/366 1288/441/373 1287/442/374</w:t>
        <w:br/>
        <w:t>f 1243/396/301 1242/397/336 1289/443/373</w:t>
        <w:br/>
        <w:t>f 1264/420/357 1291/444/375 1290/445/376</w:t>
        <w:br/>
        <w:t>f 1240/395/241 1241/394/335 1293/446/377</w:t>
        <w:br/>
        <w:t>f 1292/447/378 1240/395/241 1293/446/377</w:t>
        <w:br/>
        <w:t>f 1270/421/358 1267/424/358 1295/448/379</w:t>
        <w:br/>
        <w:t>f 1294/449/380 1270/421/358 1295/448/379</w:t>
        <w:br/>
        <w:t>f 1299/450/381 1298/451/382 1297/452/383</w:t>
        <w:br/>
        <w:t>f 1296/453/371 1299/450/381 1297/452/383</w:t>
        <w:br/>
        <w:t>f 1303/454/384 1302/455/385 1301/456/386</w:t>
        <w:br/>
        <w:t>f 1300/457/387 1303/454/384 1301/456/386</w:t>
        <w:br/>
        <w:t>f 1224/378/324 1234/388/329 1304/458/388</w:t>
        <w:br/>
        <w:t>f 1306/459/389 1278/434/351 1279/433/367</w:t>
        <w:br/>
        <w:t>f 1305/460/390 1306/459/389 1279/433/367</w:t>
        <w:br/>
        <w:t>f 1234/388/329 1189/344/299 1307/461/391</w:t>
        <w:br/>
        <w:t>f 1309/462/392 1308/463/364 1278/434/351</w:t>
        <w:br/>
        <w:t>f 1306/459/389 1309/462/392 1278/434/351</w:t>
        <w:br/>
        <w:t>f 1307/461/391 1189/344/299 1213/368/316</w:t>
        <w:br/>
        <w:t>f 1310/464/393 1307/461/391 1213/368/316</w:t>
        <w:br/>
        <w:t>f 1275/430/365 1312/465/394 1311/466/395</w:t>
        <w:br/>
        <w:t>f 1313/467/396 1261/416/353 1262/415/352</w:t>
        <w:br/>
        <w:t>f 1317/468/397 1316/469/398 1315/470/399</w:t>
        <w:br/>
        <w:t>f 1314/471/400 1317/468/397 1315/470/399</w:t>
        <w:br/>
        <w:t>f 1319/472/401 1318/473/402 1293/446/377</w:t>
        <w:br/>
        <w:t>f 1322/474/403 1321/475/404 1320/476/405</w:t>
        <w:br/>
        <w:t>f 1284/439/371 1324/477/406 1323/478/407</w:t>
        <w:br/>
        <w:t>f 1283/440/372 1284/439/371 1323/478/407</w:t>
        <w:br/>
        <w:t>f 1297/452/383 1326/479/408 1325/480/409</w:t>
        <w:br/>
        <w:t>f 1296/453/371 1297/452/383 1325/480/409</w:t>
        <w:br/>
        <w:t>f 1307/461/391 1304/458/388 1234/388/329</w:t>
        <w:br/>
        <w:t>f 1319/472/401 1287/442/374 1327/481/410</w:t>
        <w:br/>
        <w:t>f 1329/482/411 1328/483/412 1252/406/343</w:t>
        <w:br/>
        <w:t>f 1331/484/267 1293/446/377 1330/485/413</w:t>
        <w:br/>
        <w:t>f 1332/486/414 1283/440/372 1323/478/407</w:t>
        <w:br/>
        <w:t>f 1289/443/373 1311/466/395 1333/487/374</w:t>
        <w:br/>
        <w:t>f 1328/483/412 1334/488/394 1252/406/343</w:t>
        <w:br/>
        <w:t>f 1102/257/223 1103/256/222 1335/489/415</w:t>
        <w:br/>
        <w:t>f 1323/478/407 1324/477/406 1336/490/416</w:t>
        <w:br/>
        <w:t>f 1311/466/395 1312/465/394 1333/487/374</w:t>
        <w:br/>
        <w:t>f 1315/470/399 1316/469/398 1338/491/417</w:t>
        <w:br/>
        <w:t>f 1337/492/418 1315/470/399 1338/491/417</w:t>
        <w:br/>
        <w:t>f 1340/493/419 1103/256/222 1339/494/420</w:t>
        <w:br/>
        <w:t>f 1342/495/416 1325/480/409 1326/479/408</w:t>
        <w:br/>
        <w:t>f 1341/496/421 1342/495/416 1326/479/408</w:t>
        <w:br/>
        <w:t>f 1326/479/408 1343/497/422 1341/496/421</w:t>
        <w:br/>
        <w:t>f 1334/488/394 1328/483/412 1344/498/423</w:t>
        <w:br/>
        <w:t>f 1287/442/374 1334/488/394 1344/498/423</w:t>
        <w:br/>
        <w:t>f 1318/473/402 1330/485/413 1293/446/377</w:t>
        <w:br/>
        <w:t>f 1318/473/402 1319/472/401 1327/481/410</w:t>
        <w:br/>
        <w:t>f 1345/499/424 1318/473/402 1327/481/410</w:t>
        <w:br/>
        <w:t>f 1349/500/419 1348/501/420 1347/502/425</w:t>
        <w:br/>
        <w:t>f 1346/503/426 1349/500/419 1347/502/425</w:t>
        <w:br/>
        <w:t>f 1310/464/393 1213/368/316 1261/416/353</w:t>
        <w:br/>
        <w:t>f 1350/504/427 1310/464/393 1261/416/353</w:t>
        <w:br/>
        <w:t>f 1327/481/410 1287/442/374 1344/498/423</w:t>
        <w:br/>
        <w:t>f 1351/505/428 1327/481/410 1344/498/423</w:t>
        <w:br/>
        <w:t>f 1353/506/429 1342/495/416 1341/496/421</w:t>
        <w:br/>
        <w:t>f 1352/507/430 1353/506/429 1341/496/421</w:t>
        <w:br/>
        <w:t>f 1354/508/431 1261/416/353 1313/467/396</w:t>
        <w:br/>
        <w:t>f 1357/509/432 1356/510/433 1355/511/434</w:t>
        <w:br/>
        <w:t>f 1321/475/404 1357/509/432 1355/511/434</w:t>
        <w:br/>
        <w:t>f 1346/503/426 1347/502/425 1359/512/435</w:t>
        <w:br/>
        <w:t>f 1358/513/436 1346/503/426 1359/512/435</w:t>
        <w:br/>
        <w:t>f 1349/500/419 1346/503/426 1360/514/437</w:t>
        <w:br/>
        <w:t>f 1362/515/438 1361/516/439 1345/499/424</w:t>
        <w:br/>
        <w:t>f 1327/481/410 1351/505/428 1363/517/440</w:t>
        <w:br/>
        <w:t>f 1345/499/424 1327/481/410 1363/517/440</w:t>
        <w:br/>
        <w:t>f 1364/518/441 1360/514/437 1358/513/436</w:t>
        <w:br/>
        <w:t>f 1366/519/442 1365/520/443 1353/506/429</w:t>
        <w:br/>
        <w:t>f 1352/507/430 1366/519/442 1353/506/429</w:t>
        <w:br/>
        <w:t>f 1368/521/444 1337/492/418 1338/491/417</w:t>
        <w:br/>
        <w:t>f 1367/522/445 1368/521/444 1338/491/417</w:t>
        <w:br/>
        <w:t>f 1356/510/433 1369/523/446 1355/511/434</w:t>
        <w:br/>
        <w:t>f 1343/497/422 1371/524/447 1370/525/448</w:t>
        <w:br/>
        <w:t>f 1358/513/436 1359/512/435 1372/526/449</w:t>
        <w:br/>
        <w:t>f 1352/507/430 1341/496/421 1373/527/450</w:t>
        <w:br/>
        <w:t>f 1345/499/424 1363/517/440 1362/515/438</w:t>
        <w:br/>
        <w:t>f 1364/518/441 1358/513/436 1372/526/449</w:t>
        <w:br/>
        <w:t>f 1375/528/451 1374/529/452 1365/520/443</w:t>
        <w:br/>
        <w:t>f 1366/519/442 1375/528/451 1365/520/443</w:t>
        <w:br/>
        <w:t>f 1378/530/453 1377/531/454 1376/532/455</w:t>
        <w:br/>
        <w:t>f 1380/533/456 1379/534/457 1374/529/452</w:t>
        <w:br/>
        <w:t>f 1375/528/451 1380/533/456 1374/529/452</w:t>
        <w:br/>
        <w:t>f 1378/530/453 1382/535/458 1381/536/459</w:t>
        <w:br/>
        <w:t>f 1377/531/454 1378/530/453 1381/536/459</w:t>
        <w:br/>
        <w:t>f 1373/527/450 1383/537/460 1366/519/442</w:t>
        <w:br/>
        <w:t>f 1352/507/430 1373/527/450 1366/519/442</w:t>
        <w:br/>
        <w:t>f 1386/538/461 1385/539/462 1384/540/463</w:t>
        <w:br/>
        <w:t>f 1389/541/427 1388/542/464 1387/543/465</w:t>
        <w:br/>
        <w:t>f 1370/525/448 1390/544/466 1343/497/422</w:t>
        <w:br/>
        <w:t>f 1391/545/467 1385/539/462 1377/531/454</w:t>
        <w:br/>
        <w:t>f 1343/497/422 1390/544/466 1392/546/468</w:t>
        <w:br/>
        <w:t>f 1373/527/450 1343/497/422 1392/546/468</w:t>
        <w:br/>
        <w:t>f 1375/528/451 1366/519/442 1383/537/460</w:t>
        <w:br/>
        <w:t>f 1393/547/469 1375/528/451 1383/537/460</w:t>
        <w:br/>
        <w:t>f 1380/533/456 1375/528/451 1393/547/469</w:t>
        <w:br/>
        <w:t>f 1394/548/470 1380/533/456 1393/547/469</w:t>
        <w:br/>
        <w:t>f 1384/540/463 1396/549/471 1395/550/472</w:t>
        <w:br/>
        <w:t>f 1373/527/450 1392/546/468 1397/551/473</w:t>
        <w:br/>
        <w:t>f 1383/537/460 1373/527/450 1397/551/473</w:t>
        <w:br/>
        <w:t>f 1397/551/473 1398/552/474 1393/547/469</w:t>
        <w:br/>
        <w:t>f 1383/537/460 1397/551/473 1393/547/469</w:t>
        <w:br/>
        <w:t>f 1401/553/475 1400/554/476 1399/555/477</w:t>
        <w:br/>
        <w:t>f 1403/556/478 1395/550/472 1402/557/479</w:t>
        <w:br/>
        <w:t>f 1394/548/470 1398/552/474 1404/558/480</w:t>
        <w:br/>
        <w:t>f 1406/559/481 1400/554/476 1405/560/482</w:t>
        <w:br/>
        <w:t>f 1408/561/483 1407/562/484 1400/554/476</w:t>
        <w:br/>
        <w:t>f 1398/552/474 1397/551/473 1409/563/485</w:t>
        <w:br/>
        <w:t>f 1410/564/486 1404/558/480 1406/559/481</w:t>
        <w:br/>
        <w:t>f 1411/565/487 1397/551/473 1392/546/468</w:t>
        <w:br/>
        <w:t>f 1398/552/474 1409/563/485 1412/566/488</w:t>
        <w:br/>
        <w:t>f 1404/558/480 1398/552/474 1412/566/488</w:t>
        <w:br/>
        <w:t>f 1413/567/489 1409/563/485 1397/551/473</w:t>
        <w:br/>
        <w:t>f 1400/554/476 1406/559/481 1414/568/490</w:t>
        <w:br/>
        <w:t>f 1408/561/483 1400/554/476 1414/568/490</w:t>
        <w:br/>
        <w:t>f 1414/568/490 1406/559/481 1404/558/480</w:t>
        <w:br/>
        <w:t>f 1412/566/488 1414/568/490 1404/558/480</w:t>
        <w:br/>
        <w:t>f 1416/569/491 1415/570/492 1409/563/485</w:t>
        <w:br/>
        <w:t>f 1417/571/493 1415/570/492 1416/569/491</w:t>
        <w:br/>
        <w:t>f 1419/572/494 1417/571/495 1418/573/496</w:t>
        <w:br/>
        <w:t>f 1422/574/497 1421/575/498 1420/576/499</w:t>
        <w:br/>
        <w:t>f 1218/371/319 1188/341/296 1187/342/297</w:t>
        <w:br/>
        <w:t>f 1306/459/389 1424/577/500 1423/578/501</w:t>
        <w:br/>
        <w:t>f 1309/462/392 1306/459/389 1423/578/501</w:t>
        <w:br/>
        <w:t>f 1322/474/403 1308/463/364 1309/462/392</w:t>
        <w:br/>
        <w:t>f 1357/509/432 1322/474/403 1309/462/392</w:t>
        <w:br/>
        <w:t>f 1274/427/363 1273/428/364 1301/456/386</w:t>
        <w:br/>
        <w:t>f 1302/455/385 1274/427/363 1301/456/386</w:t>
        <w:br/>
        <w:t>f 1426/579/502 1425/580/503 1369/523/446</w:t>
        <w:br/>
        <w:t>f 1356/510/433 1357/509/432 1309/462/392</w:t>
        <w:br/>
        <w:t>f 1423/578/501 1356/510/433 1309/462/392</w:t>
        <w:br/>
        <w:t>f 1203/356/309 1194/347/302 1193/348/302</w:t>
        <w:br/>
        <w:t>f 1202/357/309 1203/356/309 1193/348/302</w:t>
        <w:br/>
        <w:t>f 1208/359/310 1196/349/303 1195/350/303</w:t>
        <w:br/>
        <w:t>f 1207/360/311 1208/359/310 1195/350/303</w:t>
        <w:br/>
        <w:t>f 1197/352/305 1198/351/304 1211/364/313</w:t>
        <w:br/>
        <w:t>f 1212/363/313 1197/352/305 1211/364/313</w:t>
        <w:br/>
        <w:t>f 1199/354/307 1200/353/306 1221/374/321</w:t>
        <w:br/>
        <w:t>f 1222/373/321 1199/354/307 1221/374/321</w:t>
        <w:br/>
        <w:t>f 1410/564/486 1394/548/470 1404/558/480</w:t>
        <w:br/>
        <w:t>f 1289/443/373 1242/397/336 1311/466/395</w:t>
        <w:br/>
        <w:t>f 1275/430/365 1276/429/343 1312/465/394</w:t>
        <w:br/>
        <w:t>f 1277/431/366 1215/370/318 1288/441/373</w:t>
        <w:br/>
        <w:t>f 1367/522/445 1338/491/417 1321/475/404</w:t>
        <w:br/>
        <w:t>f 1355/511/434 1367/522/445 1321/475/404</w:t>
        <w:br/>
        <w:t>f 1316/469/398 1320/476/405 1321/475/404</w:t>
        <w:br/>
        <w:t>f 1338/491/417 1316/469/398 1321/475/404</w:t>
        <w:br/>
        <w:t>f 1255/410/347 1256/409/346 1285/438/370</w:t>
        <w:br/>
        <w:t>f 1286/437/369 1255/410/347 1285/438/370</w:t>
        <w:br/>
        <w:t>f 1263/417/354 1255/410/347 1286/437/369</w:t>
        <w:br/>
        <w:t>f 1294/449/380 1295/448/379 1427/581/504</w:t>
        <w:br/>
        <w:t>f 1290/445/376 1316/469/398 1317/468/397</w:t>
        <w:br/>
        <w:t>f 1271/426/362 1272/425/361 1298/451/382</w:t>
        <w:br/>
        <w:t>f 1299/450/381 1271/426/362 1298/451/382</w:t>
        <w:br/>
        <w:t>f 1303/454/384 1300/457/387 1428/582/398</w:t>
        <w:br/>
        <w:t>f 1429/583/505 1361/516/439 1362/515/438</w:t>
        <w:br/>
        <w:t>f 1431/584/506 1430/585/507 1379/534/457</w:t>
        <w:br/>
        <w:t>f 1380/533/456 1431/584/506 1379/534/457</w:t>
        <w:br/>
        <w:t>f 1431/584/506 1380/533/456 1394/548/470</w:t>
        <w:br/>
        <w:t>f 1410/564/486 1431/584/506 1394/548/470</w:t>
        <w:br/>
        <w:t>f 1330/485/413 1347/502/425 1348/501/420</w:t>
        <w:br/>
        <w:t>f 1331/484/267 1330/485/413 1348/501/420</w:t>
        <w:br/>
        <w:t>f 1361/516/439 1347/502/425 1330/485/413</w:t>
        <w:br/>
        <w:t>f 1429/583/505 1432/586/508 1359/512/435</w:t>
        <w:br/>
        <w:t>f 1361/516/439 1429/583/505 1359/512/435</w:t>
        <w:br/>
        <w:t>f 1382/535/458 1430/585/507 1431/584/506</w:t>
        <w:br/>
        <w:t>f 1381/536/459 1382/535/458 1431/584/506</w:t>
        <w:br/>
        <w:t>f 1410/564/486 1391/545/467 1381/536/459</w:t>
        <w:br/>
        <w:t>f 1431/584/506 1410/564/486 1381/536/459</w:t>
        <w:br/>
        <w:t>f 1434/587/420 1433/588/235 1155/309/509</w:t>
        <w:br/>
        <w:t>f 1359/512/435 1347/502/425 1361/516/439</w:t>
        <w:br/>
        <w:t>f 1345/499/424 1361/516/439 1318/473/402</w:t>
        <w:br/>
        <w:t>f 1418/573/496 1435/589/510 1419/572/494</w:t>
        <w:br/>
        <w:t>f 1314/471/400 1371/524/447 1326/479/408</w:t>
        <w:br/>
        <w:t>f 1370/525/448 1371/524/447 1315/470/399</w:t>
        <w:br/>
        <w:t>f 1337/492/418 1370/525/448 1315/470/399</w:t>
        <w:br/>
        <w:t>f 1436/590/511 1370/525/448 1337/492/418</w:t>
        <w:br/>
        <w:t>f 1368/521/444 1436/590/511 1337/492/418</w:t>
        <w:br/>
        <w:t>f 1440/591/512 1439/592/513 1438/593/514</w:t>
        <w:br/>
        <w:t>f 1437/594/515 1440/591/512 1438/593/514</w:t>
        <w:br/>
        <w:t>f 1444/595/516 1443/596/517 1442/597/518</w:t>
        <w:br/>
        <w:t>f 1441/598/519 1444/595/516 1442/597/518</w:t>
        <w:br/>
        <w:t>f 1437/594/515 1446/599/520 1445/600/521</w:t>
        <w:br/>
        <w:t>f 1440/591/512 1437/594/515 1445/600/521</w:t>
        <w:br/>
        <w:t>f 1443/596/517 1447/601/522 1446/599/520</w:t>
        <w:br/>
        <w:t>f 1437/594/515 1443/596/517 1446/599/520</w:t>
        <w:br/>
        <w:t>f 1451/602/523 1450/603/523 1449/604/524</w:t>
        <w:br/>
        <w:t>f 1448/605/524 1451/602/523 1449/604/524</w:t>
        <w:br/>
        <w:t>f 1439/592/513 1453/606/525 1452/607/525</w:t>
        <w:br/>
        <w:t>f 1438/593/514 1439/592/513 1452/607/525</w:t>
        <w:br/>
        <w:t>f 1455/608/526 1454/609/526 1450/603/523</w:t>
        <w:br/>
        <w:t>f 1451/602/523 1455/608/526 1450/603/523</w:t>
        <w:br/>
        <w:t>f 1456/610/527 1443/596/517 1444/595/516</w:t>
        <w:br/>
        <w:t>f 1457/611/528 1456/610/527 1444/595/516</w:t>
        <w:br/>
        <w:t>f 1441/598/519 1459/612/529 1458/613/530</w:t>
        <w:br/>
        <w:t>f 1444/595/516 1441/598/519 1458/613/530</w:t>
        <w:br/>
        <w:t>f 1456/610/527 1460/614/531 1447/601/522</w:t>
        <w:br/>
        <w:t>f 1443/596/517 1456/610/527 1447/601/522</w:t>
        <w:br/>
        <w:t>f 1464/615/532 1463/616/533 1462/617/534</w:t>
        <w:br/>
        <w:t>f 1461/618/534 1464/615/532 1462/617/534</w:t>
        <w:br/>
        <w:t>f 1446/599/520 1466/619/535 1465/620/536</w:t>
        <w:br/>
        <w:t>f 1445/600/521 1446/599/520 1465/620/536</w:t>
        <w:br/>
        <w:t>f 1468/621/537 1467/622/537 1461/618/534</w:t>
        <w:br/>
        <w:t>f 1462/617/534 1468/621/537 1461/618/534</w:t>
        <w:br/>
        <w:t>f 1469/623/538 1448/605/524 1449/604/524</w:t>
        <w:br/>
        <w:t>f 1470/624/538 1469/623/538 1449/604/524</w:t>
        <w:br/>
        <w:t>f 1458/613/530 1471/625/539 1457/611/528</w:t>
        <w:br/>
        <w:t>f 1444/595/516 1458/613/530 1457/611/528</w:t>
        <w:br/>
        <w:t>f 1447/601/522 1472/626/540 1466/619/535</w:t>
        <w:br/>
        <w:t>f 1446/599/520 1447/601/522 1466/619/535</w:t>
        <w:br/>
        <w:t>f 1474/627/541 1473/628/541 1463/616/533</w:t>
        <w:br/>
        <w:t>f 1464/615/532 1474/627/541 1463/616/533</w:t>
        <w:br/>
        <w:t>f 1476/629/542 1475/630/542 1454/609/526</w:t>
        <w:br/>
        <w:t>f 1455/608/526 1476/629/542 1454/609/526</w:t>
        <w:br/>
        <w:t>f 1479/631/543 1478/632/544 1477/633/545</w:t>
        <w:br/>
        <w:t>f 1482/634/546 1481/635/547 1480/636/548</w:t>
        <w:br/>
        <w:t>f 1486/637/549 1485/638/550 1484/639/551</w:t>
        <w:br/>
        <w:t>f 1483/640/552 1486/637/549 1484/639/551</w:t>
        <w:br/>
        <w:t>f 1460/614/531 1487/641/553 1472/626/540</w:t>
        <w:br/>
        <w:t>f 1447/601/522 1460/614/531 1472/626/540</w:t>
        <w:br/>
        <w:t>f 1453/606/525 1489/642/554 1488/643/554</w:t>
        <w:br/>
        <w:t>f 1452/607/525 1453/606/525 1488/643/554</w:t>
        <w:br/>
        <w:t>f 1492/644/555 1491/645/556 1490/646/557</w:t>
        <w:br/>
        <w:t>f 1479/631/543 1477/633/545 1493/647/558</w:t>
        <w:br/>
        <w:t>f 1493/647/559 1485/638/550 1486/637/549</w:t>
        <w:br/>
        <w:t>f 1495/648/560 1494/649/561 1482/634/546</w:t>
        <w:br/>
        <w:t>f 1497/650/562 1496/651/563 1477/633/545</w:t>
        <w:br/>
        <w:t>f 1459/612/529 1499/652/564 1498/653/565</w:t>
        <w:br/>
        <w:t>f 1458/613/530 1459/612/529 1498/653/565</w:t>
        <w:br/>
        <w:t>f 1501/654/566 1500/655/567 1484/639/551</w:t>
        <w:br/>
        <w:t>f 1492/644/555 1503/656/568 1502/657/569</w:t>
        <w:br/>
        <w:t>f 1505/658/570 1492/644/555 1504/659/571</w:t>
        <w:br/>
        <w:t>f 1481/635/547 1507/660/572 1506/661/572</w:t>
        <w:br/>
        <w:t>f 1480/636/548 1481/635/547 1506/661/572</w:t>
        <w:br/>
        <w:t>f 1509/662/573 1508/663/574 1467/622/537</w:t>
        <w:br/>
        <w:t>f 1468/621/537 1509/662/573 1467/622/537</w:t>
        <w:br/>
        <w:t>f 1513/664/575 1512/665/576 1511/666/577</w:t>
        <w:br/>
        <w:t>f 1510/667/578 1513/664/575 1511/666/577</w:t>
        <w:br/>
        <w:t>f 1483/640/552 1514/668/579 1478/632/544</w:t>
        <w:br/>
        <w:t>f 1491/645/556 1515/669/580 1490/646/557</w:t>
        <w:br/>
        <w:t>f 1478/632/544 1516/670/581 1497/650/562</w:t>
        <w:br/>
        <w:t>f 1512/665/576 1518/671/582 1517/672/583</w:t>
        <w:br/>
        <w:t>f 1511/666/577 1512/665/576 1517/672/583</w:t>
        <w:br/>
        <w:t>f 1466/619/535 1520/673/584 1519/674/585</w:t>
        <w:br/>
        <w:t>f 1465/620/536 1466/619/535 1519/674/585</w:t>
        <w:br/>
        <w:t>f 1471/625/539 1458/613/530 1498/653/565</w:t>
        <w:br/>
        <w:t>f 1521/675/586 1471/625/539 1498/653/565</w:t>
        <w:br/>
        <w:t>f 1523/676/587 1522/677/587 1469/623/538</w:t>
        <w:br/>
        <w:t>f 1470/624/538 1523/676/587 1469/623/538</w:t>
        <w:br/>
        <w:t>f 1525/678/588 1513/664/575 1510/667/578</w:t>
        <w:br/>
        <w:t>f 1524/679/589 1525/678/588 1510/667/578</w:t>
        <w:br/>
        <w:t>f 1527/680/590 1526/681/591 1494/649/561</w:t>
        <w:br/>
        <w:t>f 1472/626/540 1528/682/592 1520/673/584</w:t>
        <w:br/>
        <w:t>f 1466/619/535 1472/626/540 1520/673/584</w:t>
        <w:br/>
        <w:t>f 1531/683/593 1530/684/594 1529/685/595</w:t>
        <w:br/>
        <w:t>f 1531/683/593 1532/686/596 1530/684/594</w:t>
        <w:br/>
        <w:t>f 1534/687/597 1533/688/598 1473/628/541</w:t>
        <w:br/>
        <w:t>f 1474/627/541 1534/687/597 1473/628/541</w:t>
        <w:br/>
        <w:t>f 1536/689/599 1535/690/599 1475/630/542</w:t>
        <w:br/>
        <w:t>f 1476/629/542 1536/689/599 1475/630/542</w:t>
        <w:br/>
        <w:t>f 1538/691/600 1537/692/601 1501/654/566</w:t>
        <w:br/>
        <w:t>f 1540/693/602 1539/694/603 1515/669/580</w:t>
        <w:br/>
        <w:t>f 1514/668/579 1541/695/604 1516/670/581</w:t>
        <w:br/>
        <w:t>f 1518/671/582 1542/696/605 1517/672/583</w:t>
        <w:br/>
        <w:t>f 1500/655/567 1543/697/606 1514/668/579</w:t>
        <w:br/>
        <w:t>f 1487/641/553 1544/698/607 1528/682/592</w:t>
        <w:br/>
        <w:t>f 1472/626/540 1487/641/553 1528/682/592</w:t>
        <w:br/>
        <w:t>f 1547/699/608 1546/700/609 1545/701/610</w:t>
        <w:br/>
        <w:t>f 1507/660/572 1549/702/611 1548/703/611</w:t>
        <w:br/>
        <w:t>f 1506/661/572 1507/660/572 1548/703/611</w:t>
        <w:br/>
        <w:t>f 1551/704/612 1550/705/613 1525/678/588</w:t>
        <w:br/>
        <w:t>f 1524/679/589 1551/704/612 1525/678/588</w:t>
        <w:br/>
        <w:t>f 1554/706/614 1553/707/615 1513/664/575</w:t>
        <w:br/>
        <w:t>f 1552/708/616 1554/706/614 1513/664/575</w:t>
        <w:br/>
        <w:t>f 1529/685/595 1556/709/617 1555/710/618</w:t>
        <w:br/>
        <w:t>f 1560/711/619 1559/712/620 1558/713/621</w:t>
        <w:br/>
        <w:t>f 1557/714/622 1560/711/619 1558/713/621</w:t>
        <w:br/>
        <w:t>f 1564/715/623 1563/716/623 1562/717/624</w:t>
        <w:br/>
        <w:t>f 1561/718/624 1564/715/623 1562/717/624</w:t>
        <w:br/>
        <w:t>f 1567/719/625 1566/720/626 1565/721/627</w:t>
        <w:br/>
        <w:t>f 1526/681/591 1567/719/625 1565/721/627</w:t>
        <w:br/>
        <w:t>f 1569/722/628 1568/723/629 1508/663/574</w:t>
        <w:br/>
        <w:t>f 1509/662/573 1569/722/628 1508/663/574</w:t>
        <w:br/>
        <w:t>f 1525/678/588 1570/724/630 1552/708/616</w:t>
        <w:br/>
        <w:t>f 1513/664/575 1525/678/588 1552/708/616</w:t>
        <w:br/>
        <w:t>f 1572/725/631 1519/674/585 1571/726/632</w:t>
        <w:br/>
        <w:t>f 1512/665/576 1554/706/614 1574/727/633</w:t>
        <w:br/>
        <w:t>f 1573/728/633 1512/665/576 1574/727/633</w:t>
        <w:br/>
        <w:t>f 1578/729/634 1577/730/635 1576/731/636</w:t>
        <w:br/>
        <w:t>f 1575/732/637 1578/729/634 1576/731/636</w:t>
        <w:br/>
        <w:t>f 1580/733/638 1579/734/638 1563/716/623</w:t>
        <w:br/>
        <w:t>f 1564/715/623 1580/733/638 1563/716/623</w:t>
        <w:br/>
        <w:t>f 1582/735/639 1581/736/640 1559/712/620</w:t>
        <w:br/>
        <w:t>f 1560/711/619 1582/735/639 1559/712/620</w:t>
        <w:br/>
        <w:t>f 1584/737/641 1583/738/642 1539/694/603</w:t>
        <w:br/>
        <w:t>f 1559/712/620 1586/739/643 1585/740/644</w:t>
        <w:br/>
        <w:t>f 1558/713/621 1559/712/620 1585/740/644</w:t>
        <w:br/>
        <w:t>f 1579/734/638 1580/733/638 1572/725/631</w:t>
        <w:br/>
        <w:t>f 1571/726/632 1579/734/638 1572/725/631</w:t>
        <w:br/>
        <w:t>f 1528/682/592 1588/741/645 1587/742/646</w:t>
        <w:br/>
        <w:t>f 1520/673/584 1528/682/592 1587/742/646</w:t>
        <w:br/>
        <w:t>f 1587/742/646 1588/741/645 1581/736/640</w:t>
        <w:br/>
        <w:t>f 1582/735/639 1587/742/646 1581/736/640</w:t>
        <w:br/>
        <w:t>f 1543/697/606 1590/743/647 1589/744/648</w:t>
        <w:br/>
        <w:t>f 1541/695/604 1543/697/606 1589/744/648</w:t>
        <w:br/>
        <w:t>f 1592/745/649 1591/746/650 1535/690/599</w:t>
        <w:br/>
        <w:t>f 1536/689/599 1592/745/649 1535/690/599</w:t>
        <w:br/>
        <w:t>f 1594/747/651 1593/748/652 1538/691/600</w:t>
        <w:br/>
        <w:t>f 1577/730/635 1596/749/653 1595/750/654</w:t>
        <w:br/>
        <w:t>f 1576/731/636 1577/730/635 1595/750/654</w:t>
        <w:br/>
        <w:t>f 1598/751/655 1597/752/656 1547/699/608</w:t>
        <w:br/>
        <w:t>f 1566/720/626 1600/753/657 1599/754/658</w:t>
        <w:br/>
        <w:t>f 1565/721/627 1566/720/626 1599/754/658</w:t>
        <w:br/>
        <w:t>f 1604/755/659 1603/756/660 1602/757/660</w:t>
        <w:br/>
        <w:t>f 1601/758/659 1604/755/659 1602/757/660</w:t>
        <w:br/>
        <w:t>f 1606/759/661 1605/760/662 1542/696/605</w:t>
        <w:br/>
        <w:t>f 1574/727/633 1607/761/663 1606/759/661</w:t>
        <w:br/>
        <w:t>f 1573/728/633 1574/727/633 1606/759/661</w:t>
        <w:br/>
        <w:t>f 1595/750/654 1591/746/650 1592/745/649</w:t>
        <w:br/>
        <w:t>f 1586/739/643 1559/712/620 1581/736/640</w:t>
        <w:br/>
        <w:t>f 1608/762/664 1586/739/643 1581/736/640</w:t>
        <w:br/>
        <w:t>f 1600/753/657 1583/738/642 1609/763/665</w:t>
        <w:br/>
        <w:t>f 1599/754/658 1600/753/657 1609/763/665</w:t>
        <w:br/>
        <w:t>f 1612/764/666 1611/765/667 1555/710/618</w:t>
        <w:br/>
        <w:t>f 1610/766/668 1612/764/666 1555/710/618</w:t>
        <w:br/>
        <w:t>f 1544/698/607 1613/767/669 1588/741/645</w:t>
        <w:br/>
        <w:t>f 1528/682/592 1544/698/607 1588/741/645</w:t>
        <w:br/>
        <w:t>f 1550/705/613 1614/768/670 1570/724/630</w:t>
        <w:br/>
        <w:t>f 1525/678/588 1550/705/613 1570/724/630</w:t>
        <w:br/>
        <w:t>f 1588/741/645 1613/767/669 1608/762/664</w:t>
        <w:br/>
        <w:t>f 1581/736/640 1588/741/645 1608/762/664</w:t>
        <w:br/>
        <w:t>f 1603/756/660 1616/769/671 1615/770/671</w:t>
        <w:br/>
        <w:t>f 1602/757/660 1603/756/660 1615/770/671</w:t>
        <w:br/>
        <w:t>f 1489/642/554 1618/771/672 1617/772/673</w:t>
        <w:br/>
        <w:t>f 1488/643/554 1489/642/554 1617/772/673</w:t>
        <w:br/>
        <w:t>f 1537/692/601 1620/773/674 1619/774/675</w:t>
        <w:br/>
        <w:t>f 1622/775/676 1621/776/677 1498/653/565</w:t>
        <w:br/>
        <w:t>f 1499/652/564 1622/775/676 1498/653/565</w:t>
        <w:br/>
        <w:t>f 1624/777/678 1623/778/679 1568/723/629</w:t>
        <w:br/>
        <w:t>f 1626/779/680 1598/751/655 1625/780/681</w:t>
        <w:br/>
        <w:t>f 1590/743/647 1626/779/680 1625/780/681</w:t>
        <w:br/>
        <w:t>f 1589/744/648 1590/743/647 1625/780/681</w:t>
        <w:br/>
        <w:t>f 1549/702/611 1628/781/682 1627/782/683</w:t>
        <w:br/>
        <w:t>f 1548/703/611 1549/702/611 1627/782/683</w:t>
        <w:br/>
        <w:t>f 1630/783/684 1629/784/685 1550/705/613</w:t>
        <w:br/>
        <w:t>f 1616/769/671 1623/778/679 1624/777/678</w:t>
        <w:br/>
        <w:t>f 1615/770/671 1616/769/671 1624/777/678</w:t>
        <w:br/>
        <w:t>f 1605/760/662 1632/785/686 1631/786/687</w:t>
        <w:br/>
        <w:t>f 1633/787/688 1594/747/651 1631/786/687</w:t>
        <w:br/>
        <w:t>f 1635/788/689 1634/789/690 1521/675/586</w:t>
        <w:br/>
        <w:t>f 1498/653/565 1635/788/689 1521/675/586</w:t>
        <w:br/>
        <w:t>f 1639/790/691 1638/791/692 1637/792/692</w:t>
        <w:br/>
        <w:t>f 1636/793/691 1639/790/691 1637/792/692</w:t>
        <w:br/>
        <w:t>f 1632/785/686 1606/759/661 1607/761/663</w:t>
        <w:br/>
        <w:t>f 1640/794/693 1632/785/686 1607/761/663</w:t>
        <w:br/>
        <w:t>f 1642/795/694 1639/790/691 1636/793/691</w:t>
        <w:br/>
        <w:t>f 1641/796/695 1642/795/694 1636/793/691</w:t>
        <w:br/>
        <w:t>f 1643/797/696 1522/677/587 1523/676/587</w:t>
        <w:br/>
        <w:t>f 1644/798/697 1643/797/696 1523/676/587</w:t>
        <w:br/>
        <w:t>f 1593/748/652 1645/799/698 1620/773/674</w:t>
        <w:br/>
        <w:t>f 1534/687/597 1646/800/699 1533/688/598</w:t>
        <w:br/>
        <w:t>f 1638/791/692 1648/801/700 1647/802/700</w:t>
        <w:br/>
        <w:t>f 1637/792/692 1638/791/692 1647/802/700</w:t>
        <w:br/>
        <w:t>f 1641/796/695 1650/803/701 1649/804/701</w:t>
        <w:br/>
        <w:t>f 1642/795/694 1641/796/695 1649/804/701</w:t>
        <w:br/>
        <w:t>f 1652/805/702 1651/806/703 1612/764/666</w:t>
        <w:br/>
        <w:t>f 1653/807/704 1632/785/686 1640/794/693</w:t>
        <w:br/>
        <w:t>f 1645/799/698 1653/807/704 1640/794/693</w:t>
        <w:br/>
        <w:t>f 1612/764/666 1654/808/705 1611/765/667</w:t>
        <w:br/>
        <w:t>f 1658/809/706 1657/810/707 1656/811/707</w:t>
        <w:br/>
        <w:t>f 1655/812/706 1658/809/706 1656/811/707</w:t>
        <w:br/>
        <w:t>f 1657/810/707 1660/813/708 1659/814/708</w:t>
        <w:br/>
        <w:t>f 1656/811/707 1657/810/707 1659/814/708</w:t>
        <w:br/>
        <w:t>f 1662/815/709 1661/816/710 1629/784/685</w:t>
        <w:br/>
        <w:t>f 1628/781/682 1664/817/711 1663/818/712</w:t>
        <w:br/>
        <w:t>f 1627/782/683 1628/781/682 1663/818/712</w:t>
        <w:br/>
        <w:t>f 1650/803/701 1666/819/713 1665/820/713</w:t>
        <w:br/>
        <w:t>f 1649/804/701 1650/803/701 1665/820/713</w:t>
        <w:br/>
        <w:t>f 1670/821/714 1669/822/714 1668/823/715</w:t>
        <w:br/>
        <w:t>f 1667/824/716 1670/821/714 1668/823/715</w:t>
        <w:br/>
        <w:t>f 1672/825/717 1671/826/717 1658/809/706</w:t>
        <w:br/>
        <w:t>f 1655/812/706 1672/825/717 1658/809/706</w:t>
        <w:br/>
        <w:t>f 1674/827/718 1673/828/718 1665/820/713</w:t>
        <w:br/>
        <w:t>f 1666/819/713 1674/827/718 1665/820/713</w:t>
        <w:br/>
        <w:t>f 1660/813/708 1676/829/719 1675/830/719</w:t>
        <w:br/>
        <w:t>f 1659/814/708 1660/813/708 1675/830/719</w:t>
        <w:br/>
        <w:t>f 1678/831/720 1677/832/720 1669/822/714</w:t>
        <w:br/>
        <w:t>f 1670/821/714 1678/831/720 1669/822/714</w:t>
        <w:br/>
        <w:t>f 1682/833/721 1681/834/722 1680/835/723</w:t>
        <w:br/>
        <w:t>f 1679/836/712 1682/833/721 1680/835/723</w:t>
        <w:br/>
        <w:t>f 1667/824/716 1668/823/715 1684/837/724</w:t>
        <w:br/>
        <w:t>f 1683/838/725 1667/824/716 1684/837/724</w:t>
        <w:br/>
        <w:t>f 1651/806/703 1685/839/726 1654/808/705</w:t>
        <w:br/>
        <w:t>f 1661/816/710 1685/839/726 1651/806/703</w:t>
        <w:br/>
        <w:t>f 1676/829/719 1687/840/727 1686/841/728</w:t>
        <w:br/>
        <w:t>f 1675/830/719 1676/829/719 1686/841/728</w:t>
        <w:br/>
        <w:t>f 1678/831/720 1689/842/729 1688/843/730</w:t>
        <w:br/>
        <w:t>f 1677/832/720 1678/831/720 1688/843/730</w:t>
        <w:br/>
        <w:t>f 1681/834/722 1682/833/721 1673/828/718</w:t>
        <w:br/>
        <w:t>f 1674/827/718 1681/834/722 1673/828/718</w:t>
        <w:br/>
        <w:t>f 1648/801/700 1691/844/731 1690/845/732</w:t>
        <w:br/>
        <w:t>f 1647/802/700 1648/801/700 1690/845/732</w:t>
        <w:br/>
        <w:t>f 1693/846/733 1687/840/727 1692/847/734</w:t>
        <w:br/>
        <w:t>f 1683/838/725 1684/837/724 1694/848/735</w:t>
        <w:br/>
        <w:t>f 1696/849/736 1694/848/735 1695/850/737</w:t>
        <w:br/>
        <w:t>f 1685/839/726 1698/851/738 1697/852/739</w:t>
        <w:br/>
        <w:t>f 1700/853/740 1696/849/736 1699/854/741</w:t>
        <w:br/>
        <w:t>f 1702/855/742 1701/856/743 1621/776/677</w:t>
        <w:br/>
        <w:t>f 1617/772/673 1702/855/742 1621/776/677</w:t>
        <w:br/>
        <w:t>f 1618/771/672 1704/857/744 1703/858/745</w:t>
        <w:br/>
        <w:t>f 1617/772/673 1618/771/672 1703/858/745</w:t>
        <w:br/>
        <w:t>f 1708/859/746 1707/860/747 1706/861/748</w:t>
        <w:br/>
        <w:t>f 1705/862/748 1708/859/746 1706/861/748</w:t>
        <w:br/>
        <w:t>f 1710/863/749 1709/864/749 1671/826/717</w:t>
        <w:br/>
        <w:t>f 1672/825/717 1710/863/749 1671/826/717</w:t>
        <w:br/>
        <w:t>f 1711/865/750 1685/839/726 1661/816/710</w:t>
        <w:br/>
        <w:t>f 1713/866/751 1712/867/752 1634/789/690</w:t>
        <w:br/>
        <w:t>f 1635/788/689 1713/866/751 1634/789/690</w:t>
        <w:br/>
        <w:t>f 1715/868/753 1714/869/754 1705/862/748</w:t>
        <w:br/>
        <w:t>f 1706/861/748 1715/868/753 1705/862/748</w:t>
        <w:br/>
        <w:t>f 1717/870/755 1716/871/755 1707/860/747</w:t>
        <w:br/>
        <w:t>f 1708/859/746 1717/870/755 1707/860/747</w:t>
        <w:br/>
        <w:t>f 1719/872/756 1718/873/757 1643/797/696</w:t>
        <w:br/>
        <w:t>f 1644/798/697 1719/872/756 1643/797/696</w:t>
        <w:br/>
        <w:t>f 1689/842/729 1721/874/758 1720/875/759</w:t>
        <w:br/>
        <w:t>f 1688/843/730 1689/842/729 1720/875/759</w:t>
        <w:br/>
        <w:t>f 1723/876/760 1722/877/760 1714/869/754</w:t>
        <w:br/>
        <w:t>f 1715/868/753 1723/876/760 1714/869/754</w:t>
        <w:br/>
        <w:t>f 1724/878/761 1698/851/738 1711/865/750</w:t>
        <w:br/>
        <w:t>f 1634/789/690 1712/867/752 1725/879/762</w:t>
        <w:br/>
        <w:t>f 1646/800/699 1634/789/690 1725/879/762</w:t>
        <w:br/>
        <w:t>f 1726/880/763 1690/845/732 1691/844/731</w:t>
        <w:br/>
        <w:t>f 1729/881/764 1728/882/764 1727/883/765</w:t>
        <w:br/>
        <w:t>f 1724/878/761 1729/881/764 1727/883/765</w:t>
        <w:br/>
        <w:t>f 1722/877/760 1723/876/760 1728/882/764</w:t>
        <w:br/>
        <w:t>f 1729/881/764 1722/877/760 1728/882/764</w:t>
        <w:br/>
        <w:t>f 1730/884/766 1690/845/732 1726/880/763</w:t>
        <w:br/>
        <w:t>f 1726/880/763 1691/844/731 1731/885/767</w:t>
        <w:br/>
        <w:t>f 1702/855/742 1733/886/768 1732/887/769</w:t>
        <w:br/>
        <w:t>f 1701/856/743 1702/855/742 1732/887/769</w:t>
        <w:br/>
        <w:t>f 1704/857/744 1735/888/770 1734/889/771</w:t>
        <w:br/>
        <w:t>f 1703/858/745 1704/857/744 1734/889/771</w:t>
        <w:br/>
        <w:t>f 1730/884/766 1736/890/772 1709/864/749</w:t>
        <w:br/>
        <w:t>f 1710/863/749 1730/884/766 1709/864/749</w:t>
        <w:br/>
        <w:t>f 1713/866/751 1737/891/773 1712/867/752</w:t>
        <w:br/>
        <w:t>f 1739/892/774 1738/893/775 1716/871/755</w:t>
        <w:br/>
        <w:t>f 1717/870/755 1739/892/774 1716/871/755</w:t>
        <w:br/>
        <w:t>f 1741/894/769 1740/895/776 1730/884/766</w:t>
        <w:br/>
        <w:t>f 1726/880/763 1741/894/769 1730/884/766</w:t>
        <w:br/>
        <w:t>f 1721/874/758 1743/896/777 1742/897/756</w:t>
        <w:br/>
        <w:t>f 1745/898/778 1744/899/779 1718/873/757</w:t>
        <w:br/>
        <w:t>f 1719/872/756 1745/898/778 1718/873/757</w:t>
        <w:br/>
        <w:t>f 1740/895/776 1746/900/780 1736/890/772</w:t>
        <w:br/>
        <w:t>f 1730/884/766 1740/895/776 1736/890/772</w:t>
        <w:br/>
        <w:t>f 1733/886/768 1747/901/781 1732/887/769</w:t>
        <w:br/>
        <w:t>f 1741/894/769 1748/902/782 1740/895/776</w:t>
        <w:br/>
        <w:t>f 1725/879/762 1750/903/783 1749/904/783</w:t>
        <w:br/>
        <w:t>f 1739/892/774 1751/905/784 1738/893/775</w:t>
        <w:br/>
        <w:t>f 1752/906/785 1734/889/771 1735/888/770</w:t>
        <w:br/>
        <w:t>f 1743/896/777 1754/907/786 1753/908/787</w:t>
        <w:br/>
        <w:t>f 1742/897/756 1743/896/777 1753/908/787</w:t>
        <w:br/>
        <w:t>f 1755/909/788 1744/899/779 1745/898/778</w:t>
        <w:br/>
        <w:t>f 1750/903/783 1757/910/789 1756/911/789</w:t>
        <w:br/>
        <w:t>f 1749/904/783 1750/903/783 1756/911/789</w:t>
        <w:br/>
        <w:t>f 1759/912/790 1758/913/791 1753/908/787</w:t>
        <w:br/>
        <w:t>f 1754/907/786 1759/912/790 1753/908/787</w:t>
        <w:br/>
        <w:t>f 1761/914/792 1751/905/784 1760/915/793</w:t>
        <w:br/>
        <w:t>f 1746/900/780 1761/914/792 1760/915/793</w:t>
        <w:br/>
        <w:t>f 1763/916/794 1761/914/792 1746/900/780</w:t>
        <w:br/>
        <w:t>f 1762/917/795 1763/916/794 1746/900/780</w:t>
        <w:br/>
        <w:t>f 1755/909/788 1766/918/796 1765/919/797</w:t>
        <w:br/>
        <w:t>f 1764/920/798 1755/909/788 1765/919/797</w:t>
        <w:br/>
        <w:t>f 1769/921/781 1768/922/799 1767/923/800</w:t>
        <w:br/>
        <w:t>f 1770/924/801 1769/921/781 1767/923/800</w:t>
        <w:br/>
        <w:t>f 1772/925/802 1756/911/789 1757/910/789</w:t>
        <w:br/>
        <w:t>f 1771/926/803 1772/925/802 1757/910/789</w:t>
        <w:br/>
        <w:t>f 1775/927/804 1774/928/805 1773/929/806</w:t>
        <w:br/>
        <w:t>f 1776/930/807 1758/913/791 1759/912/790</w:t>
        <w:br/>
        <w:t>f 1779/931/808 1778/932/809 1777/933/810</w:t>
        <w:br/>
        <w:t>f 1782/934/811 1781/935/812 1780/936/813</w:t>
        <w:br/>
        <w:t>f 1785/937/814 1784/938/815 1783/939/815</w:t>
        <w:br/>
        <w:t>f 1776/930/807 1786/940/816 1758/913/791</w:t>
        <w:br/>
        <w:t>f 1789/941/817 1788/942/818 1787/943/817</w:t>
        <w:br/>
        <w:t>f 1765/919/797 1766/918/796 1790/944/819</w:t>
        <w:br/>
        <w:t>f 1763/916/794 1762/917/795 1791/945/820</w:t>
        <w:br/>
        <w:t>f 1795/946/821 1794/947/822 1793/948/822</w:t>
        <w:br/>
        <w:t>f 1792/949/821 1795/946/821 1793/948/822</w:t>
        <w:br/>
        <w:t>f 1799/950/823 1798/951/824 1797/952/824</w:t>
        <w:br/>
        <w:t>f 1796/953/823 1799/950/823 1797/952/824</w:t>
        <w:br/>
        <w:t>f 1802/954/800 1801/955/825 1800/956/826</w:t>
        <w:br/>
        <w:t>f 1805/957/827 1804/958/828 1803/959/829</w:t>
        <w:br/>
        <w:t>f 1808/960/830 1807/961/831 1806/962/832</w:t>
        <w:br/>
        <w:t>f 1812/963/833 1811/964/834 1810/965/835</w:t>
        <w:br/>
        <w:t>f 1809/966/836 1812/963/833 1810/965/835</w:t>
        <w:br/>
        <w:t>f 1798/951/824 1814/967/837 1813/968/837</w:t>
        <w:br/>
        <w:t>f 1797/952/824 1798/951/824 1813/968/837</w:t>
        <w:br/>
        <w:t>f 1816/969/838 1772/925/802 1815/970/839</w:t>
        <w:br/>
        <w:t>f 1767/923/800 1768/922/799 1817/971/840</w:t>
        <w:br/>
        <w:t>f 1821/972/841 1820/973/795 1819/974/842</w:t>
        <w:br/>
        <w:t>f 1818/975/843 1821/972/841 1819/974/842</w:t>
        <w:br/>
        <w:t>f 1823/976/844 1795/946/821 1792/949/821</w:t>
        <w:br/>
        <w:t>f 1822/977/844 1823/976/844 1792/949/821</w:t>
        <w:br/>
        <w:t>f 1824/978/845 1809/966/836 1810/965/835</w:t>
        <w:br/>
        <w:t>f 1828/979/846 1827/980/846 1826/981/847</w:t>
        <w:br/>
        <w:t>f 1825/982/847 1828/979/846 1826/981/847</w:t>
        <w:br/>
        <w:t>f 1832/983/848 1831/984/849 1830/985/850</w:t>
        <w:br/>
        <w:t>f 1829/986/851 1832/983/848 1830/985/850</w:t>
        <w:br/>
        <w:t>f 1834/987/852 1833/988/852 1827/980/846</w:t>
        <w:br/>
        <w:t>f 1828/979/846 1834/987/852 1827/980/846</w:t>
        <w:br/>
        <w:t>f 1806/962/832 1836/989/853 1835/990/853</w:t>
        <w:br/>
        <w:t>f 1808/960/830 1806/962/832 1835/990/853</w:t>
        <w:br/>
        <w:t>f 1839/991/854 1803/959/829 1838/992/855</w:t>
        <w:br/>
        <w:t>f 1837/993/856 1839/991/854 1838/992/855</w:t>
        <w:br/>
        <w:t>f 1841/994/857 1840/995/858 1824/978/845</w:t>
        <w:br/>
        <w:t>f 1834/987/852 1842/996/859 1833/988/852</w:t>
        <w:br/>
        <w:t>f 1814/967/837 1844/997/860 1843/998/861</w:t>
        <w:br/>
        <w:t>f 1813/968/837 1814/967/837 1843/998/861</w:t>
        <w:br/>
        <w:t>f 1847/999/862 1846/1000/862 1845/1001/863</w:t>
        <w:br/>
        <w:t>f 1848/1002/863 1847/999/862 1845/1001/863</w:t>
        <w:br/>
        <w:t>f 1851/1003/864 1850/1004/864 1849/1005/865</w:t>
        <w:br/>
        <w:t>f 1822/977/844 1853/1006/866 1852/1007/866</w:t>
        <w:br/>
        <w:t>f 1823/976/844 1822/977/844 1852/1007/866</w:t>
        <w:br/>
        <w:t>f 1857/1008/867 1856/1009/868 1855/1010/869</w:t>
        <w:br/>
        <w:t>f 1854/1011/870 1857/1008/867 1855/1010/869</w:t>
        <w:br/>
        <w:t>f 1860/1012/871 1859/1013/872 1858/1014/857</w:t>
        <w:br/>
        <w:t>f 1860/1012/871 1862/1015/873 1861/1016/874</w:t>
        <w:br/>
        <w:t>f 1859/1013/872 1860/1012/871 1861/1016/874</w:t>
        <w:br/>
        <w:t>f 1849/1005/875 1864/1017/876 1863/1018/877</w:t>
        <w:br/>
        <w:t>f 1831/984/849 1865/1019/878 1830/985/850</w:t>
        <w:br/>
        <w:t>f 1858/1014/857 1859/1013/872 1864/1017/876</w:t>
        <w:br/>
        <w:t>f 1776/930/807 1866/1020/879 1786/940/816</w:t>
        <w:br/>
        <w:t>f 1868/1021/879 1843/998/861 1844/997/860</w:t>
        <w:br/>
        <w:t>f 1867/1022/880 1868/1021/879 1844/997/860</w:t>
        <w:br/>
        <w:t>f 1870/1023/860 1848/1002/863 1845/1001/863</w:t>
        <w:br/>
        <w:t>f 1869/1024/881 1870/1023/860 1845/1001/863</w:t>
        <w:br/>
        <w:t>f 1835/990/853 1836/989/853 1872/1025/882</w:t>
        <w:br/>
        <w:t>f 1871/1026/882 1835/990/853 1872/1025/882</w:t>
        <w:br/>
        <w:t>f 1876/1027/883 1875/1028/851 1874/1029/850</w:t>
        <w:br/>
        <w:t>f 1873/1030/884 1876/1027/883 1874/1029/850</w:t>
        <w:br/>
        <w:t>f 1838/992/855 1877/1031/885 1837/993/856</w:t>
        <w:br/>
        <w:t>f 1790/944/819 1879/1032/886 1878/1033/887</w:t>
        <w:br/>
        <w:t>f 1880/1034/888 1864/1017/876 1859/1013/872</w:t>
        <w:br/>
        <w:t>f 1861/1016/874 1880/1034/888 1859/1013/872</w:t>
        <w:br/>
        <w:t>f 1881/1035/889 1857/1008/867 1854/1011/870</w:t>
        <w:br/>
        <w:t>f 1883/1036/890 1802/954/800 1882/1037/891</w:t>
        <w:br/>
        <w:t>f 1817/971/840 1886/1038/892 1885/1039/893</w:t>
        <w:br/>
        <w:t>f 1884/1040/894 1817/971/840 1885/1039/893</w:t>
        <w:br/>
        <w:t>f 1887/1041/895 1816/969/838 1815/970/839</w:t>
        <w:br/>
        <w:t>f 1891/1042/896 1890/1043/897 1889/1044/898</w:t>
        <w:br/>
        <w:t>f 1888/1045/899 1891/1042/896 1889/1044/898</w:t>
        <w:br/>
        <w:t>f 1821/972/841 1818/975/843 1892/1046/900</w:t>
        <w:br/>
        <w:t>f 1876/1027/883 1873/1030/884 1889/1044/898</w:t>
        <w:br/>
        <w:t>f 1890/1043/897 1876/1027/883 1889/1044/898</w:t>
        <w:br/>
        <w:t>f 1894/1047/901 1893/1048/902 1873/1030/884</w:t>
        <w:br/>
        <w:t>f 1874/1029/850 1894/1047/901 1873/1030/884</w:t>
        <w:br/>
        <w:t>f 1420/576/499 1421/575/498 1896/1049/903</w:t>
        <w:br/>
        <w:t>f 1895/1050/903 1420/576/499 1896/1049/903</w:t>
        <w:br/>
        <w:t>f 1899/1051/816 1898/1052/879 1897/1053/904</w:t>
        <w:br/>
        <w:t>f 1897/1053/904 1900/1054/839 1899/1051/816</w:t>
        <w:br/>
        <w:t>f 1901/1055/905 1889/1044/898 1873/1030/884</w:t>
        <w:br/>
        <w:t>f 1893/1048/902 1901/1055/905 1873/1030/884</w:t>
        <w:br/>
        <w:t>f 1883/1036/890 1882/1037/891 1902/1056/906</w:t>
        <w:br/>
        <w:t>f 1901/1055/905 1903/1057/907 1888/1045/899</w:t>
        <w:br/>
        <w:t>f 1889/1044/898 1901/1055/905 1888/1045/899</w:t>
        <w:br/>
        <w:t>f 1854/1011/870 1905/1058/908 1904/1059/909</w:t>
        <w:br/>
        <w:t>f 1906/1060/910 1817/971/840 1884/1040/894</w:t>
        <w:br/>
        <w:t>f 1908/1061/911 1907/1062/911 1895/1050/903</w:t>
        <w:br/>
        <w:t>f 1896/1049/903 1908/1061/911 1895/1050/903</w:t>
        <w:br/>
        <w:t>f 1910/1063/889 1909/1064/912 1893/1048/902</w:t>
        <w:br/>
        <w:t>f 1894/1047/901 1910/1063/889 1893/1048/902</w:t>
        <w:br/>
        <w:t>f 1913/1065/913 1912/1066/914 1911/1067/915</w:t>
        <w:br/>
        <w:t>f 1897/1053/904 1915/1068/916 1914/1069/917</w:t>
        <w:br/>
        <w:t>f 1900/1054/839 1897/1053/904 1917/1070/918</w:t>
        <w:br/>
        <w:t>f 1916/1071/919 1900/1054/839 1917/1070/918</w:t>
        <w:br/>
        <w:t>f 1919/1072/920 1254/407/344 1263/417/354</w:t>
        <w:br/>
        <w:t>f 1918/1073/921 1919/1072/920 1263/417/354</w:t>
        <w:br/>
        <w:t>f 1902/1056/906 1882/1037/891 1921/1074/922</w:t>
        <w:br/>
        <w:t>f 1920/1075/922 1902/1056/906 1921/1074/922</w:t>
        <w:br/>
        <w:t>f 1881/1035/889 1854/1011/870 1922/1076/923</w:t>
        <w:br/>
        <w:t>f 1884/1040/894 1885/1039/893 1924/1077/924</w:t>
        <w:br/>
        <w:t>f 1923/1078/925 1884/1040/894 1924/1077/924</w:t>
        <w:br/>
        <w:t>f 1927/1079/926 1926/1080/927 1925/1081/928</w:t>
        <w:br/>
        <w:t>f 1283/440/372 1929/1082/929 1928/1083/930</w:t>
        <w:br/>
        <w:t>f 1286/437/369 1283/440/372 1928/1083/930</w:t>
        <w:br/>
        <w:t>f 1931/1084/931 1906/1060/910 1930/1085/932</w:t>
        <w:br/>
        <w:t>f 1909/1064/912 1933/1086/933 1932/1087/934</w:t>
        <w:br/>
        <w:t>f 1937/1088/935 1936/1089/935 1935/1090/936</w:t>
        <w:br/>
        <w:t>f 1934/1091/937 1937/1088/935 1935/1090/936</w:t>
        <w:br/>
        <w:t>f 1893/1048/902 1932/1087/934 1901/1055/905</w:t>
        <w:br/>
        <w:t>f 1938/1092/937 1927/1079/926 1925/1081/928</w:t>
        <w:br/>
        <w:t>f 1906/1060/910 1884/1040/894 1923/1078/925</w:t>
        <w:br/>
        <w:t>f 1939/1093/938 1906/1060/910 1923/1078/925</w:t>
        <w:br/>
        <w:t>f 1904/1059/909 1905/1058/908 1941/1094/939</w:t>
        <w:br/>
        <w:t>f 1940/1095/940 1904/1059/909 1941/1094/939</w:t>
        <w:br/>
        <w:t>f 1943/1096/941 1917/1070/918 1942/1097/942</w:t>
        <w:br/>
        <w:t>f 1945/1098/943 1938/1092/937 1944/1099/944</w:t>
        <w:br/>
        <w:t>f 1925/1081/928 1947/1100/945 1946/1101/946</w:t>
        <w:br/>
        <w:t>f 1950/1102/947 1949/1103/948 1948/1104/948</w:t>
        <w:br/>
        <w:t>f 1897/1053/904 1951/1105/949 1917/1070/918</w:t>
        <w:br/>
        <w:t>f 1954/1106/950 1953/1107/951 1952/1108/951</w:t>
        <w:br/>
        <w:t>f 1957/1109/952 1956/1110/953 1955/1111/953</w:t>
        <w:br/>
        <w:t>f 1930/1085/932 1906/1060/910 1939/1093/938</w:t>
        <w:br/>
        <w:t>f 1958/1112/954 1930/1085/932 1939/1093/938</w:t>
        <w:br/>
        <w:t>f 1959/1113/955 1912/1066/914 1932/1087/934</w:t>
        <w:br/>
        <w:t>f 1962/1114/956 1961/1115/957 1960/1116/956</w:t>
        <w:br/>
        <w:t>f 1922/1076/923 1904/1059/909 1940/1095/940</w:t>
        <w:br/>
        <w:t>f 1963/1117/958 1922/1076/923 1940/1095/940</w:t>
        <w:br/>
        <w:t>f 1929/1082/929 1283/440/372 1332/486/414</w:t>
        <w:br/>
        <w:t>f 1964/1118/959 1929/1082/929 1332/486/414</w:t>
        <w:br/>
        <w:t>f 1920/1075/922 1921/1074/922 1966/1119/960</w:t>
        <w:br/>
        <w:t>f 1965/1120/961 1920/1075/922 1966/1119/960</w:t>
        <w:br/>
        <w:t>f 1970/1121/962 1969/1122/923 1968/1123/958</w:t>
        <w:br/>
        <w:t>f 1967/1124/963 1970/1121/962 1968/1123/958</w:t>
        <w:br/>
        <w:t>f 1923/1078/925 1924/1077/924 1972/1125/964</w:t>
        <w:br/>
        <w:t>f 1971/1126/965 1923/1078/925 1972/1125/964</w:t>
        <w:br/>
        <w:t>f 1976/1127/966 1975/1128/967 1974/1129/968</w:t>
        <w:br/>
        <w:t>f 1973/1130/969 1976/1127/966 1974/1129/968</w:t>
        <w:br/>
        <w:t>f 1964/1118/959 1332/486/414 1977/1131/970</w:t>
        <w:br/>
        <w:t>f 1978/1132/971 1943/1096/941 1942/1097/942</w:t>
        <w:br/>
        <w:t>f 1939/1093/938 1971/1126/965 1979/1133/972</w:t>
        <w:br/>
        <w:t>f 1940/1095/940 1941/1094/939 1981/1134/973</w:t>
        <w:br/>
        <w:t>f 1980/1135/974 1940/1095/940 1981/1134/973</w:t>
        <w:br/>
        <w:t>f 1985/1136/975 1984/1137/976 1983/1138/977</w:t>
        <w:br/>
        <w:t>f 1982/1139/978 1985/1136/975 1983/1138/977</w:t>
        <w:br/>
        <w:t>f 1355/511/434 1987/1140/979 1986/1141/980</w:t>
        <w:br/>
        <w:t>f 1942/1097/942 1917/1070/918 1989/1142/981</w:t>
        <w:br/>
        <w:t>f 1988/1143/982 1942/1097/942 1989/1142/981</w:t>
        <w:br/>
        <w:t>f 1992/1144/983 1991/1145/984 1990/1146/985</w:t>
        <w:br/>
        <w:t>f 1996/1147/986 1995/1148/987 1994/1149/987</w:t>
        <w:br/>
        <w:t>f 1993/1150/988 1996/1147/986 1994/1149/987</w:t>
        <w:br/>
        <w:t>f 1987/1140/979 1976/1127/966 1973/1130/969</w:t>
        <w:br/>
        <w:t>f 1958/1112/954 1939/1093/938 1997/1151/989</w:t>
        <w:br/>
        <w:t>f 1963/1117/958 1980/1135/974 1998/1152/990</w:t>
        <w:br/>
        <w:t>f 2001/1153/991 2000/1154/992 1999/1155/993</w:t>
        <w:br/>
        <w:t>f 1971/1126/965 1972/1125/964 2003/1156/994</w:t>
        <w:br/>
        <w:t>f 2002/1157/995 1971/1126/965 2003/1156/994</w:t>
        <w:br/>
        <w:t>f 1977/1131/970 2006/1158/391 2005/1159/393</w:t>
        <w:br/>
        <w:t>f 2004/1160/996 1977/1131/970 2005/1159/393</w:t>
        <w:br/>
        <w:t>f 2009/1161/997 2008/1162/986 2007/1163/998</w:t>
        <w:br/>
        <w:t>f 2012/1164/999 1978/1132/971 2011/1165/1000</w:t>
        <w:br/>
        <w:t>f 2010/1166/1001 2012/1164/999 2011/1165/1000</w:t>
        <w:br/>
        <w:t>f 1965/1120/961 1966/1119/960 2014/1167/1002</w:t>
        <w:br/>
        <w:t>f 2013/1168/1003 1965/1120/961 2014/1167/1002</w:t>
        <w:br/>
        <w:t>f 2015/1169/1004 1983/1138/977 1984/1137/976</w:t>
        <w:br/>
        <w:t>f 2018/1170/1005 2017/1171/1006 2016/1172/1007</w:t>
        <w:br/>
        <w:t>f 1979/1133/972 1971/1126/965 2002/1157/995</w:t>
        <w:br/>
        <w:t>f 2019/1173/1008 1979/1133/972 2002/1157/995</w:t>
        <w:br/>
        <w:t>f 2023/1174/1009 2022/1175/1009 2021/1176/1010</w:t>
        <w:br/>
        <w:t>f 2020/1177/1011 2023/1174/1009 2021/1176/1010</w:t>
        <w:br/>
        <w:t>f 2011/1165/1000 1942/1097/942 1988/1143/982</w:t>
        <w:br/>
        <w:t>f 2024/1178/1012 2011/1165/1000 1988/1143/982</w:t>
        <w:br/>
        <w:t>f 2005/1159/393 1389/541/427 1387/543/465</w:t>
        <w:br/>
        <w:t>f 2004/1160/996 2005/1159/393 1387/543/465</w:t>
        <w:br/>
        <w:t>f 2027/1179/1013 2026/1180/1014 2025/1181/1015</w:t>
        <w:br/>
        <w:t>f 2003/1156/994 2028/1182/1016 2002/1157/995</w:t>
        <w:br/>
        <w:t>f 2029/1183/1017 2012/1164/999 2010/1166/1001</w:t>
        <w:br/>
        <w:t>f 2033/1184/1012 2032/1185/982 2031/1186/1018</w:t>
        <w:br/>
        <w:t>f 2030/1187/1019 2033/1184/1012 2031/1186/1018</w:t>
        <w:br/>
        <w:t>f 1981/1134/973 2034/1188/1020 1980/1135/974</w:t>
        <w:br/>
        <w:t>f 2037/1189/1021 2036/1190/1022 2035/1191/1023</w:t>
        <w:br/>
        <w:t>f 1997/1151/989 1979/1133/972 2019/1173/1008</w:t>
        <w:br/>
        <w:t>f 2038/1192/1024 1997/1151/989 2019/1173/1008</w:t>
        <w:br/>
        <w:t>f 2041/1193/1025 2040/1194/1026 2039/1195/1027</w:t>
        <w:br/>
        <w:t>f 2019/1173/1008 2002/1157/995 2043/1196/1028</w:t>
        <w:br/>
        <w:t>f 2042/1197/1029 2019/1173/1008 2043/1196/1028</w:t>
        <w:br/>
        <w:t>f 1436/590/511 2045/1198/1030 2044/1199/1031</w:t>
        <w:br/>
        <w:t>f 1390/544/466 1436/590/511 2044/1199/1031</w:t>
        <w:br/>
        <w:t>f 2047/1200/1032 2046/1201/1033 2028/1182/1016</w:t>
        <w:br/>
        <w:t>f 2049/1202/1034 2048/1203/1035 2016/1172/1007</w:t>
        <w:br/>
        <w:t>f 2052/1204/1036 2051/1205/1037 2050/1206/1038</w:t>
        <w:br/>
        <w:t>f 2013/1168/1003 2052/1204/1036 2050/1206/1038</w:t>
        <w:br/>
        <w:t>f 1998/1152/990 2034/1188/1020 2053/1207/1039</w:t>
        <w:br/>
        <w:t>f 2026/1180/1014 2056/1208/990 2055/1209/1040</w:t>
        <w:br/>
        <w:t>f 2054/1210/1041 2026/1180/1014 2055/1209/1040</w:t>
        <w:br/>
        <w:t>f 2060/1211/992 2059/1212/1042 2058/1213/1043</w:t>
        <w:br/>
        <w:t>f 2057/1214/1043 2060/1211/992 2058/1213/1043</w:t>
        <w:br/>
        <w:t>f 2063/1215/1044 2062/1216/1045 2061/1217/1046</w:t>
        <w:br/>
        <w:t>f 2010/1166/1001 2011/1165/1000 2024/1178/1012</w:t>
        <w:br/>
        <w:t>f 2064/1218/1047 2010/1166/1001 2024/1178/1012</w:t>
        <w:br/>
        <w:t>f 2038/1192/1024 2019/1173/1008 2042/1197/1029</w:t>
        <w:br/>
        <w:t>f 2065/1219/1048 2038/1192/1024 2042/1197/1029</w:t>
        <w:br/>
        <w:t>f 2067/1220/1049 2063/1215/1044 2061/1217/1046</w:t>
        <w:br/>
        <w:t>f 2066/1221/1050 2067/1220/1049 2061/1217/1046</w:t>
        <w:br/>
        <w:t>f 2069/1222/1051 2068/1223/1052 2046/1201/1033</w:t>
        <w:br/>
        <w:t>f 2070/1224/1053 2067/1220/1049 2066/1221/1050</w:t>
        <w:br/>
        <w:t>f 2072/1225/1054 2068/1223/1052 2071/1226/1055</w:t>
        <w:br/>
        <w:t>f 2073/1227/1054 2072/1225/1054 2071/1226/1055</w:t>
        <w:br/>
        <w:t>f 2042/1197/1029 2043/1196/1028 2075/1228/1056</w:t>
        <w:br/>
        <w:t>f 2074/1229/1057 2042/1197/1029 2075/1228/1056</w:t>
        <w:br/>
        <w:t>f 2077/1230/1058 2070/1224/1053 2066/1221/1050</w:t>
        <w:br/>
        <w:t>f 2076/1231/465 2077/1230/1058 2066/1221/1050</w:t>
        <w:br/>
        <w:t>f 2080/1232/1059 2079/1233/1060 2078/1234/1061</w:t>
        <w:br/>
        <w:t>f 2081/1235/1062 1392/546/468 1390/544/466</w:t>
        <w:br/>
        <w:t>f 2044/1199/1031 2081/1235/1062 1390/544/466</w:t>
        <w:br/>
        <w:t>f 2073/1227/1054 2080/1232/1059 2078/1234/1061</w:t>
        <w:br/>
        <w:t>f 2072/1225/1054 2073/1227/1054 2078/1234/1061</w:t>
        <w:br/>
        <w:t>f 2033/1184/1012 2030/1187/1019 2082/1236/1047</w:t>
        <w:br/>
        <w:t>f 2050/1206/1038 2051/1205/1037 2084/1237/1063</w:t>
        <w:br/>
        <w:t>f 2083/1238/1064 2050/1206/1038 2084/1237/1063</w:t>
        <w:br/>
        <w:t>f 2086/1239/1065 2085/1240/478 2079/1233/1060</w:t>
        <w:br/>
        <w:t>f 2089/1241/1066 2088/1242/1067 2087/1243/1068</w:t>
        <w:br/>
        <w:t>f 2010/1166/1001 2091/1244/1069 2090/1245/1070</w:t>
        <w:br/>
        <w:t>f 2061/1217/1046 2010/1166/1001 2090/1245/1070</w:t>
        <w:br/>
        <w:t>f 2092/1246/1071 1403/556/478 1402/557/479</w:t>
        <w:br/>
        <w:t>f 2013/1168/1003 2093/1247/1072 2034/1188/1020</w:t>
        <w:br/>
        <w:t>f 2065/1219/1048 2042/1197/1029 2074/1229/1057</w:t>
        <w:br/>
        <w:t>f 2094/1248/1073 2065/1219/1048 2074/1229/1057</w:t>
        <w:br/>
        <w:t>f 2064/1218/1047 2095/1249/970 2010/1166/1001</w:t>
        <w:br/>
        <w:t>f 2058/1213/1043 2096/1250/1074 2057/1214/1043</w:t>
        <w:br/>
        <w:t>f 2074/1229/1057 2075/1228/1056 2098/1251/1075</w:t>
        <w:br/>
        <w:t>f 2097/1252/1076 2074/1229/1057 2098/1251/1075</w:t>
        <w:br/>
        <w:t>f 2101/1253/1077 2089/1241/1066 2100/1254/1078</w:t>
        <w:br/>
        <w:t>f 2099/1255/1079 2101/1253/1077 2100/1254/1078</w:t>
        <w:br/>
        <w:t>f 2025/1181/1015 2054/1210/1041 2102/1256/1080</w:t>
        <w:br/>
        <w:t>f 2104/1257/1081 2085/1240/478 2103/1258/1082</w:t>
        <w:br/>
        <w:t>f 2066/1221/1050 2061/1217/1046 2090/1245/1070</w:t>
        <w:br/>
        <w:t>f 2083/1238/1064 2084/1237/1063 2106/1259/1083</w:t>
        <w:br/>
        <w:t>f 2105/1260/1083 2083/1238/1064 2106/1259/1083</w:t>
        <w:br/>
        <w:t>f 2092/1246/1071 2107/1261/1084 1403/556/478</w:t>
        <w:br/>
        <w:t>f 2108/1262/1085 2103/1258/1082 2085/1240/478</w:t>
        <w:br/>
        <w:t>f 2087/1243/1068 2110/1263/1086 2109/1264/1087</w:t>
        <w:br/>
        <w:t>f 2089/1241/1066 2087/1243/1068 2109/1264/1087</w:t>
        <w:br/>
        <w:t>f 2034/1188/1020 2093/1247/1072 2111/1265/1088</w:t>
        <w:br/>
        <w:t>f 2053/1207/1039 2034/1188/1020 2111/1265/1088</w:t>
        <w:br/>
        <w:t>f 2044/1199/1031 2045/1198/1030 2112/1266/1089</w:t>
        <w:br/>
        <w:t>f 2050/1206/1038 2083/1238/1064 2113/1267/1090</w:t>
        <w:br/>
        <w:t>f 2093/1247/1072 2050/1206/1038 2113/1267/1090</w:t>
        <w:br/>
        <w:t>f 2054/1210/1041 2055/1209/1040 2115/1268/1088</w:t>
        <w:br/>
        <w:t>f 2114/1269/1091 2054/1210/1041 2115/1268/1088</w:t>
        <w:br/>
        <w:t>f 2117/1270/1092 2116/1271/1093 2097/1252/1076</w:t>
        <w:br/>
        <w:t>f 2098/1251/1075 2117/1270/1092 2097/1252/1076</w:t>
        <w:br/>
        <w:t>f 2119/1272/1094 2103/1258/1082 2118/1273/1095</w:t>
        <w:br/>
        <w:t>f 2048/1203/1035 2102/1256/1080 2110/1263/1086</w:t>
        <w:br/>
        <w:t>f 2108/1262/1085 2120/1274/1096 2118/1273/1095</w:t>
        <w:br/>
        <w:t>f 2103/1258/1082 2108/1262/1085 2118/1273/1095</w:t>
        <w:br/>
        <w:t>f 2118/1273/1095 2116/1271/1093 2117/1270/1092</w:t>
        <w:br/>
        <w:t>f 2119/1272/1094 2118/1273/1095 2117/1270/1092</w:t>
        <w:br/>
        <w:t>f 2097/1252/1076 2116/1271/1093 2122/1275/1097</w:t>
        <w:br/>
        <w:t>f 2121/1276/1098 2097/1252/1076 2122/1275/1097</w:t>
        <w:br/>
        <w:t>f 2123/1277/1099 2107/1261/1084 2092/1246/1071</w:t>
        <w:br/>
        <w:t>f 2124/1278/1100 1435/589/510 1418/573/496</w:t>
        <w:br/>
        <w:t>f 2126/1279/1101 2125/1280/1102 2092/1246/1071</w:t>
        <w:br/>
        <w:t>f 1435/589/510 2126/1279/1101 2092/1246/1071</w:t>
        <w:br/>
        <w:t>f 2116/1271/1093 2118/1273/1095 2120/1274/1096</w:t>
        <w:br/>
        <w:t>f 2122/1275/1097 2116/1271/1093 2120/1274/1096</w:t>
        <w:br/>
        <w:t>f 2129/1281/1103 2128/1282/1085 2127/1283/1104</w:t>
        <w:br/>
        <w:t>f 2044/1199/1031 2130/1284/1105 2081/1235/1062</w:t>
        <w:br/>
        <w:t>f 2132/1285/1106 2129/1281/1103 2131/1286/1107</w:t>
        <w:br/>
        <w:t>f 2111/1265/1088 2093/1247/1072 2113/1267/1090</w:t>
        <w:br/>
        <w:t>f 2133/1287/1108 2111/1265/1088 2113/1267/1090</w:t>
        <w:br/>
        <w:t>f 2135/1288/1109 2128/1282/1085 2134/1289/1110</w:t>
        <w:br/>
        <w:t>f 2136/1290/1111 2107/1261/1084 2123/1277/1099</w:t>
        <w:br/>
        <w:t>f 1414/568/490 1416/569/491 2137/1291/1112</w:t>
        <w:br/>
        <w:t>f 1418/573/496 1414/568/490 2137/1291/1112</w:t>
        <w:br/>
        <w:t>f 2114/1269/1091 2115/1268/1088 2139/1292/1113</w:t>
        <w:br/>
        <w:t>f 2138/1293/1114 2114/1269/1091 2139/1292/1113</w:t>
        <w:br/>
        <w:t>f 2132/1285/1106 2131/1286/1107 2141/1294/1115</w:t>
        <w:br/>
        <w:t>f 2140/1295/1116 2132/1285/1106 2141/1294/1115</w:t>
        <w:br/>
        <w:t>f 2102/1256/1080 2114/1269/1091 2142/1296/1117</w:t>
        <w:br/>
        <w:t>f 2135/1288/1109 2134/1289/1110 2144/1297/1118</w:t>
        <w:br/>
        <w:t>f 2143/1298/1119 2135/1288/1109 2144/1297/1118</w:t>
        <w:br/>
        <w:t>f 2146/1299/1120 2145/1300/1121 2133/1287/1108</w:t>
        <w:br/>
        <w:t>f 2113/1267/1090 2146/1299/1120 2133/1287/1108</w:t>
        <w:br/>
        <w:t>f 2124/1278/1100 1418/573/496 2137/1291/1112</w:t>
        <w:br/>
        <w:t>f 2147/1301/1122 2124/1278/1100 2137/1291/1112</w:t>
        <w:br/>
        <w:t>f 2148/1302/1123 2100/1254/1078 2089/1241/1066</w:t>
        <w:br/>
        <w:t>f 2109/1264/1087 2148/1302/1123 2089/1241/1066</w:t>
        <w:br/>
        <w:t>f 2143/1298/1119 2144/1297/1118 2150/1303/1124</w:t>
        <w:br/>
        <w:t>f 2149/1304/1125 2143/1298/1119 2150/1303/1124</w:t>
        <w:br/>
        <w:t>f 2126/1279/1101 2151/1305/1126 2125/1280/1102</w:t>
        <w:br/>
        <w:t>f 2126/1279/1101 2124/1278/1100 2147/1301/1122</w:t>
        <w:br/>
        <w:t>f 2152/1306/1127 2126/1279/1101 2147/1301/1122</w:t>
        <w:br/>
        <w:t>f 2149/1304/1125 2150/1303/1124 2145/1300/1121</w:t>
        <w:br/>
        <w:t>f 2146/1299/1120 2149/1304/1125 2145/1300/1121</w:t>
        <w:br/>
        <w:t>f 2138/1293/1114 2139/1292/1113 2154/1307/1121</w:t>
        <w:br/>
        <w:t>f 2153/1308/1128 2138/1293/1114 2154/1307/1121</w:t>
        <w:br/>
        <w:t>f 2110/1263/1086 2142/1296/1117 2109/1264/1087</w:t>
        <w:br/>
        <w:t>f 2156/1309/1129 2155/1310/1130 2136/1290/1111</w:t>
        <w:br/>
        <w:t>f 1416/569/491 1413/567/489 2157/1311/1131</w:t>
        <w:br/>
        <w:t>f 2137/1291/1112 1416/569/491 2157/1311/1131</w:t>
        <w:br/>
        <w:t>f 1411/565/487 2081/1235/1062 2158/1312/1132</w:t>
        <w:br/>
        <w:t>f 2159/1313/1133 2153/1308/1128 2154/1307/1121</w:t>
        <w:br/>
        <w:t>f 2159/1313/1133 2161/1314/1124 2160/1315/1134</w:t>
        <w:br/>
        <w:t>f 1411/565/487 2157/1311/1131 1413/567/489</w:t>
        <w:br/>
        <w:t>f 2163/1316/1135 2162/1317/1136 2100/1254/1078</w:t>
        <w:br/>
        <w:t>f 2148/1302/1123 2163/1316/1135 2100/1254/1078</w:t>
        <w:br/>
        <w:t>f 2130/1284/1105 2164/1318/1137 2158/1312/1132</w:t>
        <w:br/>
        <w:t>f 2142/1296/1117 2114/1269/1091 2138/1293/1114</w:t>
        <w:br/>
        <w:t>f 2165/1319/1138 2147/1301/1122 2137/1291/1112</w:t>
        <w:br/>
        <w:t>f 2147/1301/1122 2165/1319/1138 2166/1320/1139</w:t>
        <w:br/>
        <w:t>f 2152/1306/1127 2147/1301/1122 2166/1320/1139</w:t>
        <w:br/>
        <w:t>f 2167/1321/1140 2158/1312/1132 2163/1316/1135</w:t>
        <w:br/>
        <w:t>f 2152/1306/1127 2166/1320/1139 2160/1315/1134</w:t>
        <w:br/>
        <w:t>f 2151/1305/1126 2152/1306/1127 2160/1315/1134</w:t>
        <w:br/>
        <w:t>f 2165/1319/1138 2157/1311/1131 2158/1312/1132</w:t>
        <w:br/>
        <w:t>f 2167/1321/1140 2165/1319/1138 2158/1312/1132</w:t>
        <w:br/>
        <w:t>f 2109/1264/1087 2142/1296/1117 2168/1322/1141</w:t>
        <w:br/>
        <w:t>f 2148/1302/1123 2109/1264/1087 2168/1322/1141</w:t>
        <w:br/>
        <w:t>f 2168/1322/1141 2138/1293/1114 2153/1308/1128</w:t>
        <w:br/>
        <w:t>f 2169/1323/1142 2168/1322/1141 2153/1308/1128</w:t>
        <w:br/>
        <w:t>f 2163/1316/1135 2148/1302/1123 2169/1323/1142</w:t>
        <w:br/>
        <w:t>f 2159/1313/1133 2160/1315/1134 2166/1320/1139</w:t>
        <w:br/>
        <w:t>f 2170/1324/1143 2159/1313/1133 2166/1320/1139</w:t>
        <w:br/>
        <w:t>f 2169/1323/1142 2153/1308/1128 2170/1324/1143</w:t>
        <w:br/>
        <w:t>f 2166/1320/1139 2165/1319/1138 2167/1321/1140</w:t>
        <w:br/>
        <w:t>f 2167/1321/1140 2163/1316/1135 2170/1324/1143</w:t>
        <w:br/>
        <w:t>f 1906/1060/910 1931/1084/931 1817/971/840</w:t>
        <w:br/>
        <w:t>f 2171/1325/1144 2000/1154/992 2001/1153/991</w:t>
        <w:br/>
        <w:t>f 1938/1092/937 2172/1326/1145 1927/1079/926</w:t>
        <w:br/>
        <w:t>f 1927/1079/926 2172/1326/1145 2173/1327/1146</w:t>
        <w:br/>
        <w:t>f 1927/1079/926 2173/1327/1146 1926/1080/927</w:t>
        <w:br/>
        <w:t>f 1254/407/344 1919/1072/920 1907/1062/911</w:t>
        <w:br/>
        <w:t>f 1908/1061/911 1254/407/344 1907/1062/911</w:t>
        <w:br/>
        <w:t>f 2174/1328/1147 1946/1101/946 1975/1128/967</w:t>
        <w:br/>
        <w:t>f 2175/1329/1148 2174/1328/1147 1976/1127/966</w:t>
        <w:br/>
        <w:t>f 1987/1140/979 2175/1329/1148 1976/1127/966</w:t>
        <w:br/>
        <w:t>f 2177/1330/1149 2175/1329/1148 1987/1140/979</w:t>
        <w:br/>
        <w:t>f 2176/1331/1150 2177/1330/1149 1987/1140/979</w:t>
        <w:br/>
        <w:t>f 1944/1099/944 1925/1081/928 2174/1328/1147</w:t>
        <w:br/>
        <w:t>f 2175/1329/1148 1944/1099/944 2174/1328/1147</w:t>
        <w:br/>
        <w:t>f 1945/1098/943 1944/1099/944 2175/1329/1148</w:t>
        <w:br/>
        <w:t>f 2177/1330/1149 1945/1098/943 2175/1329/1148</w:t>
        <w:br/>
        <w:t>f 1936/1089/935 1937/1088/935 1425/580/503</w:t>
        <w:br/>
        <w:t>f 1426/579/502 1936/1089/935 1425/580/503</w:t>
        <w:br/>
        <w:t>f 1305/460/390 2178/1332/1151 1424/577/500</w:t>
        <w:br/>
        <w:t>f 1306/459/389 1305/460/390 1424/577/500</w:t>
        <w:br/>
        <w:t>f 1817/971/840 2179/1333/1152 1886/1038/892</w:t>
        <w:br/>
        <w:t>f 1931/1084/931 2180/1334/1153 1817/971/840</w:t>
        <w:br/>
        <w:t>f 1435/589/510 2092/1246/1071 1402/557/479</w:t>
        <w:br/>
        <w:t>f 2020/1177/1011 2021/1176/1010 2181/1335/1154</w:t>
        <w:br/>
        <w:t>f 2036/1190/1022 2020/1177/1011 2181/1335/1154</w:t>
        <w:br/>
        <w:t>f 1990/1146/985 1991/1145/984 2182/1336/1155</w:t>
        <w:br/>
        <w:t>f 2032/1185/982 1996/1147/986 1993/1150/988</w:t>
        <w:br/>
        <w:t>f 2031/1186/1018 2032/1185/982 1993/1150/988</w:t>
        <w:br/>
        <w:t>f 2183/1337/1156 2040/1194/1026 2041/1193/1025</w:t>
        <w:br/>
        <w:t>f 2184/1338/1157 2040/1194/1026 2183/1337/1156</w:t>
        <w:br/>
        <w:t>f 2185/1339/1158 2040/1194/1026 2184/1338/1157</w:t>
        <w:br/>
        <w:t>f 2021/1176/1010 2039/1195/1027 2181/1335/1154</w:t>
        <w:br/>
        <w:t>f 2009/1161/997 2040/1194/1026 2185/1339/1158</w:t>
        <w:br/>
        <w:t>f 2048/1203/1035 2025/1181/1015 2102/1256/1080</w:t>
        <w:br/>
        <w:t>f 2016/1172/1007 2048/1203/1035 2110/1263/1086</w:t>
        <w:br/>
        <w:t>f 2110/1263/1086 2102/1256/1080 2142/1296/1117</w:t>
        <w:br/>
        <w:t>f 2102/1256/1080 2054/1210/1041 2114/1269/1091</w:t>
        <w:br/>
        <w:t>f 2025/1181/1015 2026/1180/1014 2054/1210/1041</w:t>
        <w:br/>
        <w:t>f 1849/1005/875 1858/1014/857 1864/1017/876</w:t>
        <w:br/>
        <w:t>f 1984/1137/976 1985/1136/975 1913/1065/913</w:t>
        <w:br/>
        <w:t>f 1911/1067/915 1984/1137/976 1913/1065/913</w:t>
        <w:br/>
        <w:t>f 1983/1138/977 2049/1202/1034 2017/1171/1006</w:t>
        <w:br/>
        <w:t>f 1982/1139/978 1983/1138/977 2017/1171/1006</w:t>
        <w:br/>
        <w:t>f 1933/1086/933 2027/1179/1013 2186/1340/1159</w:t>
        <w:br/>
        <w:t>f 1959/1113/955 1933/1086/933 2186/1340/1159</w:t>
        <w:br/>
        <w:t>f 1983/1138/977 2015/1169/1004 2049/1202/1034</w:t>
        <w:br/>
        <w:t>f 2016/1172/1007 2017/1171/1006 2049/1202/1034</w:t>
        <w:br/>
        <w:t>f 2049/1202/1034 2015/1169/1004 2048/1203/1035</w:t>
        <w:br/>
        <w:t>f 1967/1124/963 1968/1123/958 2056/1208/990</w:t>
        <w:br/>
        <w:t>f 2026/1180/1014 1967/1124/963 2056/1208/990</w:t>
        <w:br/>
        <w:t>f 2188/1341/1160 1852/1007/866 1853/1006/866</w:t>
        <w:br/>
        <w:t>f 2187/1342/1160 2188/1341/1160 1853/1006/866</w:t>
        <w:br/>
        <w:t>f 1864/1017/876 1880/1034/888 2189/1343/1161</w:t>
        <w:br/>
        <w:t>f 1863/1018/877 1864/1017/876 2189/1343/1161</w:t>
        <w:br/>
        <w:t>f 1263/417/354 1286/437/369 1928/1083/930</w:t>
        <w:br/>
        <w:t>f 1918/1073/921 1263/417/354 1928/1083/930</w:t>
        <w:br/>
        <w:t>f 1974/1129/968 2171/1325/1144 1973/1130/969</w:t>
        <w:br/>
        <w:t>f 2191/1344/1162 1986/1141/980 2190/1345/1163</w:t>
        <w:br/>
        <w:t>f 2191/1344/1162 1367/522/445 1355/511/434</w:t>
        <w:br/>
        <w:t>f 1986/1141/980 2191/1344/1162 1355/511/434</w:t>
        <w:br/>
        <w:t>f 2193/1346/1164 1777/933/810 1778/932/809</w:t>
        <w:br/>
        <w:t>f 2192/1347/1164 2193/1346/1164 1778/932/809</w:t>
        <w:br/>
        <w:t>f 1782/934/811 1780/936/813 2195/1348/1165</w:t>
        <w:br/>
        <w:t>f 2194/1349/1165 1782/934/811 2195/1348/1165</w:t>
        <w:br/>
        <w:t>f 2197/1350/1166 2196/1351/1167 1789/941/817</w:t>
        <w:br/>
        <w:t>f 1787/943/817 2197/1350/1166 1789/941/817</w:t>
        <w:br/>
        <w:t>f 1784/938/815 2199/1352/1168 2198/1353/1168</w:t>
        <w:br/>
        <w:t>f 1783/939/815 1784/938/815 2198/1353/1168</w:t>
        <w:br/>
        <w:t>f 1794/947/822 2201/1354/1169 2200/1355/1170</w:t>
        <w:br/>
        <w:t>f 1793/948/822 1794/947/822 2200/1355/1170</w:t>
        <w:br/>
        <w:t>f 2203/1356/1171 2202/1357/1172 1799/950/823</w:t>
        <w:br/>
        <w:t>f 1796/953/823 2203/1356/1171 1799/950/823</w:t>
        <w:br/>
        <w:t>f 2206/1358/1173 2205/1359/1174 2204/1360/1175</w:t>
        <w:br/>
        <w:t>f 2208/1361/1176 1804/958/828 1805/957/827</w:t>
        <w:br/>
        <w:t>f 2207/1362/1176 2208/1361/1176 1805/957/827</w:t>
        <w:br/>
        <w:t>f 2206/1358/1173 2204/1360/1175 2197/1350/1166</w:t>
        <w:br/>
        <w:t>f 2203/1356/1171 2194/1349/1165 2195/1348/1165</w:t>
        <w:br/>
        <w:t>f 2202/1357/1172 2203/1356/1171 2195/1348/1165</w:t>
        <w:br/>
        <w:t>f 2201/1354/1169 2193/1346/1164 2192/1347/1164</w:t>
        <w:br/>
        <w:t>f 2200/1355/1170 2201/1354/1169 2192/1347/1164</w:t>
        <w:br/>
        <w:t>f 2199/1352/1168 2208/1361/1176 2207/1362/1176</w:t>
        <w:br/>
        <w:t>f 2198/1353/1168 2199/1352/1168 2207/1362/1176</w:t>
        <w:br/>
        <w:t>f 2027/1179/1013 1967/1124/963 2026/1180/1014</w:t>
        <w:br/>
        <w:t>f 1933/1086/933 1970/1121/962 1967/1124/963</w:t>
        <w:br/>
        <w:t>f 2027/1179/1013 1933/1086/933 1967/1124/963</w:t>
        <w:br/>
        <w:t>f 1812/963/833 1832/983/848 1829/986/851</w:t>
        <w:br/>
        <w:t>f 1811/964/834 1812/963/833 1829/986/851</w:t>
        <w:br/>
        <w:t>f 1846/1000/862 1847/999/862 1825/982/847</w:t>
        <w:br/>
        <w:t>f 1826/981/847 1846/1000/862 1825/982/847</w:t>
        <w:br/>
        <w:t>f 1891/1042/896 2189/1343/1161 1880/1034/888</w:t>
        <w:br/>
        <w:t>f 1890/1043/897 1891/1042/896 1880/1034/888</w:t>
        <w:br/>
        <w:t>f 1890/1043/897 1880/1034/888 1861/1016/874</w:t>
        <w:br/>
        <w:t>f 1876/1027/883 1890/1043/897 1861/1016/874</w:t>
        <w:br/>
        <w:t>f 1862/1015/873 1875/1028/851 1876/1027/883</w:t>
        <w:br/>
        <w:t>f 1861/1016/874 1862/1015/873 1876/1027/883</w:t>
        <w:br/>
        <w:t>f 2210/1363/1177 2209/1364/1177 1831/984/1178</w:t>
        <w:br/>
        <w:t>f 2211/1365/1179 1870/1023/860 1869/1024/881</w:t>
        <w:br/>
        <w:t>f 2112/1266/1089 2099/1255/1079 2164/1318/1137</w:t>
        <w:br/>
        <w:t>f 2130/1284/1105 2112/1266/1089 2164/1318/1137</w:t>
        <w:br/>
        <w:t>f 2212/1366/1180 2101/1253/1077 2099/1255/1079</w:t>
        <w:br/>
        <w:t>f 2112/1266/1089 2212/1366/1180 2099/1255/1079</w:t>
        <w:br/>
        <w:t>f 2215/1367/889 2214/1368/901 2213/1369/1181</w:t>
        <w:br/>
        <w:t>f 2162/1317/1136 2158/1312/1132 2164/1318/1137</w:t>
        <w:br/>
        <w:t>f 2162/1317/1136 2164/1318/1137 2099/1255/1079</w:t>
        <w:br/>
        <w:t>f 2100/1254/1078 2162/1317/1136 2099/1255/1079</w:t>
        <w:br/>
        <w:t>f 2136/1290/1111 2123/1277/1099 2156/1309/1129</w:t>
        <w:br/>
        <w:t>f 2160/1315/1134 2155/1310/1130 2151/1305/1126</w:t>
        <w:br/>
        <w:t>f 2160/1315/1134 2161/1314/1124 2155/1310/1130</w:t>
        <w:br/>
        <w:t>f 2126/1279/1101 1435/589/510 2124/1278/1100</w:t>
        <w:br/>
        <w:t>f 2165/1319/1138 2137/1291/1112 2157/1311/1131</w:t>
        <w:br/>
        <w:t>f 2158/1312/1132 2081/1235/1062 2130/1284/1105</w:t>
        <w:br/>
        <w:t>f 2163/1316/1135 2158/1312/1132 2162/1317/1136</w:t>
        <w:br/>
        <w:t>f 2045/1198/1030 1436/590/511 1368/521/444</w:t>
        <w:br/>
        <w:t>f 2212/1366/1180 2217/1370/1182 2216/1371/1183</w:t>
        <w:br/>
        <w:t>f 2216/1371/1183 2218/1372/1184 2101/1253/1077</w:t>
        <w:br/>
        <w:t>f 2212/1366/1180 2216/1371/1183 2101/1253/1077</w:t>
        <w:br/>
        <w:t>f 2101/1253/1077 2035/1191/1023 2088/1242/1067</w:t>
        <w:br/>
        <w:t>f 2036/1190/1022 2181/1335/1154 2088/1242/1067</w:t>
        <w:br/>
        <w:t>f 2035/1191/1023 2036/1190/1022 2088/1242/1067</w:t>
        <w:br/>
        <w:t>f 2181/1335/1154 2009/1161/997 2087/1243/1068</w:t>
        <w:br/>
        <w:t>f 2088/1242/1067 2181/1335/1154 2087/1243/1068</w:t>
        <w:br/>
        <w:t>f 2016/1172/1007 2110/1263/1086 2087/1243/1068</w:t>
        <w:br/>
        <w:t>f 1824/978/845 1810/965/835 1841/994/857</w:t>
        <w:br/>
        <w:t>f 1838/992/855 2213/1369/1181 2214/1368/901</w:t>
        <w:br/>
        <w:t>f 1807/961/831 2205/1359/1174 2206/1358/1173</w:t>
        <w:br/>
        <w:t>f 1808/960/830 2205/1359/1174 1807/961/831</w:t>
        <w:br/>
        <w:t>f 1805/957/827 1803/959/829 1839/991/854</w:t>
        <w:br/>
        <w:t>f 2197/1350/1166 2204/1360/1175 2196/1351/1167</w:t>
        <w:br/>
        <w:t>f 1969/1122/923 1970/1121/962 1909/1064/912</w:t>
        <w:br/>
        <w:t>f 1910/1063/889 1969/1122/923 1909/1064/912</w:t>
        <w:br/>
        <w:t>f 2027/1179/1013 2025/1181/1015 2186/1340/1159</w:t>
        <w:br/>
        <w:t>f 1912/1066/914 1901/1055/905 1932/1087/934</w:t>
        <w:br/>
        <w:t>f 1912/1066/914 1903/1057/907 1901/1055/905</w:t>
        <w:br/>
        <w:t>f 2219/1373/1185 1903/1057/907 1912/1066/914</w:t>
        <w:br/>
        <w:t>f 2219/1373/1185 1912/1066/914 1913/1065/913</w:t>
        <w:br/>
        <w:t>f 2015/1169/1004 2025/1181/1015 2048/1203/1035</w:t>
        <w:br/>
        <w:t>f 2015/1169/1004 1984/1137/976 2186/1340/1159</w:t>
        <w:br/>
        <w:t>f 1984/1137/976 2220/1374/1186 1959/1113/955</w:t>
        <w:br/>
        <w:t>f 2186/1340/1159 1984/1137/976 1959/1113/955</w:t>
        <w:br/>
        <w:t>f 2220/1374/1186 2221/1375/1187 1959/1113/955</w:t>
        <w:br/>
        <w:t>f 1909/1064/912 1970/1121/962 1933/1086/933</w:t>
        <w:br/>
        <w:t>f 1959/1113/955 1932/1087/934 1933/1086/933</w:t>
        <w:br/>
        <w:t>f 1893/1048/902 1909/1064/912 1932/1087/934</w:t>
        <w:br/>
        <w:t>f 1762/917/795 1746/900/780 1740/895/776</w:t>
        <w:br/>
        <w:t>f 1664/817/711 1700/853/740 2222/1376/1188</w:t>
        <w:br/>
        <w:t>f 2226/1377/705 2225/1378/739 2224/1379/1189</w:t>
        <w:br/>
        <w:t>f 2223/1380/1190 2226/1377/705 2224/1379/1189</w:t>
        <w:br/>
        <w:t>f 2227/1381/1191 2226/1377/705 2223/1380/1190</w:t>
        <w:br/>
        <w:t>f 2230/1382/1192 2229/1383/667 2227/1381/1191</w:t>
        <w:br/>
        <w:t>f 2228/1384/1193 2230/1382/1192 2227/1381/1191</w:t>
        <w:br/>
        <w:t>f 2232/1385/595 2230/1382/1192 2228/1384/1193</w:t>
        <w:br/>
        <w:t>f 2231/1386/1194 2232/1385/595 2228/1384/1193</w:t>
        <w:br/>
        <w:t>f 2234/1387/1195 2233/1388/593 2232/1385/595</w:t>
        <w:br/>
        <w:t>f 2231/1386/1194 2234/1387/1195 2232/1385/595</w:t>
        <w:br/>
        <w:t>f 2236/1389/1196 2235/1390/610 2233/1388/593</w:t>
        <w:br/>
        <w:t>f 2234/1387/1195 2236/1389/1196 2233/1388/593</w:t>
        <w:br/>
        <w:t>f 2236/1389/1196 2237/1391/608 2235/1390/610</w:t>
        <w:br/>
        <w:t>f 2239/1392/1197 2238/1393/655 2237/1391/608</w:t>
        <w:br/>
        <w:t>f 2241/1394/681 2238/1393/655 2240/1395/1198</w:t>
        <w:br/>
        <w:t>f 2243/1396/1199 2242/1397/648 2241/1394/681</w:t>
        <w:br/>
        <w:t>f 2245/1398/604 2242/1397/648 2244/1399/1200</w:t>
        <w:br/>
        <w:t>f 2247/1400/581 2245/1398/604 2246/1401/1201</w:t>
        <w:br/>
        <w:t>f 2249/1402/1202 2247/1400/1203 2248/1403/1204</w:t>
        <w:br/>
        <w:t>f 1491/645/556 1492/644/555 1502/657/569</w:t>
        <w:br/>
        <w:t>f 2249/1402/1205 1491/645/556 1502/657/569</w:t>
        <w:br/>
        <w:t>f 1700/853/740 1699/854/741 2222/1376/1188</w:t>
        <w:br/>
        <w:t>f 2250/1404/1206 1696/849/736 1700/853/740</w:t>
        <w:br/>
        <w:t>f 1496/651/563 2251/1405/568 1477/633/545</w:t>
        <w:br/>
        <w:t>f 2253/1406/1207 1700/853/740 2252/1407/1208</w:t>
        <w:br/>
        <w:t>f 2253/1406/1207 2250/1404/1206 1700/853/740</w:t>
        <w:br/>
        <w:t>f 1663/818/712 1664/817/711 2254/1408/1209</w:t>
        <w:br/>
        <w:t>f 1485/638/550 2256/1409/1210 2255/1410/1211</w:t>
        <w:br/>
        <w:t>f 1484/639/551 1485/638/550 2255/1410/1211</w:t>
        <w:br/>
        <w:t>f 2255/1410/1211 1501/654/566 1484/639/551</w:t>
        <w:br/>
        <w:t>f 2257/1411/1212 1538/691/600 1501/654/566</w:t>
        <w:br/>
        <w:t>f 2258/1412/1213 1594/747/651 1538/691/600</w:t>
        <w:br/>
        <w:t>f 1631/786/687 1594/747/651 2259/1413/1214</w:t>
        <w:br/>
        <w:t>f 1605/760/662 1631/786/687 2261/1414/657</w:t>
        <w:br/>
        <w:t>f 2260/1415/1215 1605/760/662 2261/1414/657</w:t>
        <w:br/>
        <w:t>f 1542/696/605 1605/760/662 2260/1415/1215</w:t>
        <w:br/>
        <w:t>f 2262/1416/625 1542/696/605 2260/1415/1215</w:t>
        <w:br/>
        <w:t>f 1517/672/583 1542/696/605 2262/1416/625</w:t>
        <w:br/>
        <w:t>f 1511/666/577 1517/672/583 2264/1417/590</w:t>
        <w:br/>
        <w:t>f 2263/1418/1216 1511/666/577 2264/1417/590</w:t>
        <w:br/>
        <w:t>f 1510/667/578 1511/666/577 2263/1418/1216</w:t>
        <w:br/>
        <w:t>f 2265/1419/1217 1510/667/578 2263/1418/1216</w:t>
        <w:br/>
        <w:t>f 1524/679/589 1510/667/578 2265/1419/1217</w:t>
        <w:br/>
        <w:t>f 2268/1420/1218 1524/679/589 2267/1421/1219</w:t>
        <w:br/>
        <w:t>f 2266/1422/1218 2268/1420/1218 2267/1421/1219</w:t>
        <w:br/>
        <w:t>f 2270/1423/683 2269/1424/1220 2268/1420/1218</w:t>
        <w:br/>
        <w:t>f 2266/1422/1218 2270/1423/683 2268/1420/1218</w:t>
        <w:br/>
        <w:t>f 1679/836/712 1680/835/723 2269/1424/1220</w:t>
        <w:br/>
        <w:t>f 2270/1423/683 1679/836/712 2269/1424/1220</w:t>
        <w:br/>
        <w:t>f 1693/846/733 1692/847/734 2271/1425/1221</w:t>
        <w:br/>
        <w:t>f 2271/1425/1221 1711/865/750 1661/816/710</w:t>
        <w:br/>
        <w:t>f 1662/815/709 2271/1425/1221 1661/816/710</w:t>
        <w:br/>
        <w:t>f 2127/1283/1104 2128/1282/1085 2135/1288/1109</w:t>
        <w:br/>
        <w:t>f 2272/1426/1222 2127/1283/1104 2135/1288/1109</w:t>
        <w:br/>
        <w:t>f 2143/1298/1119 2272/1426/1222 2135/1288/1109</w:t>
        <w:br/>
        <w:t>f 2273/1427/1223 2272/1426/1222 2143/1298/1119</w:t>
        <w:br/>
        <w:t>f 2149/1304/1125 2273/1427/1223 2143/1298/1119</w:t>
        <w:br/>
        <w:t>f 2083/1238/1064 2274/1428/1224 2146/1299/1120</w:t>
        <w:br/>
        <w:t>f 2113/1267/1090 2083/1238/1064 2146/1299/1120</w:t>
        <w:br/>
        <w:t>f 2159/1313/1133 2154/1307/1121 2161/1314/1124</w:t>
        <w:br/>
        <w:t>f 2276/1429/151 2275/1430/150 1158/310/269</w:t>
        <w:br/>
        <w:t>f 1166/319/276 2276/1429/151 1158/310/269</w:t>
        <w:br/>
        <w:t>f 1157/311/69 1158/310/269 2275/1430/150</w:t>
        <w:br/>
        <w:t>f 2277/1431/1225 1009/164/138 1010/163/137</w:t>
        <w:br/>
        <w:t>f 1897/1053/904 2278/1432/1179 1915/1068/916</w:t>
        <w:br/>
        <w:t>f 1897/1053/904 1898/1052/879 2278/1432/1179</w:t>
        <w:br/>
        <w:t>f 2276/1429/151 2279/1433/1226 2275/1430/150</w:t>
        <w:br/>
        <w:t>f 1164/317/274 1152/306/264 1060/216/184</w:t>
        <w:br/>
        <w:t>f 1400/554/476 1396/549/471 1399/555/477</w:t>
        <w:br/>
        <w:t>f 1407/562/484 1408/561/483 2280/1434/1227</w:t>
        <w:br/>
        <w:t>f 1402/557/479 1419/572/494 1435/589/510</w:t>
        <w:br/>
        <w:t>f 2131/1286/1107 2129/1281/1103 2127/1283/1104</w:t>
        <w:br/>
        <w:t>f 1339/494/420 1103/256/222 1117/271/268</w:t>
        <w:br/>
        <w:t>f 1318/473/402 1361/516/439 1330/485/413</w:t>
        <w:br/>
        <w:t>f 1319/472/401 1293/446/377 1241/394/335</w:t>
        <w:br/>
        <w:t>f 1319/472/401 1277/431/366 1287/442/374</w:t>
        <w:br/>
        <w:t>f 1119/273/1228 1155/309/509 1433/588/235</w:t>
        <w:br/>
        <w:t>f 1115/268/232 1117/271/235 1114/269/233</w:t>
        <w:br/>
        <w:t>f 1358/513/436 1360/514/437 1346/503/426</w:t>
        <w:br/>
        <w:t>f 1406/559/481 1391/545/467 1410/564/486</w:t>
        <w:br/>
        <w:t>f 2256/1409/1210 1485/638/550 2281/1435/1229</w:t>
        <w:br/>
        <w:t>f 1501/654/566 1537/692/601 1500/655/567</w:t>
        <w:br/>
        <w:t>f 2257/1411/1212 1501/654/566 2255/1410/1211</w:t>
        <w:br/>
        <w:t>f 2258/1412/1213 1538/691/600 2257/1411/1212</w:t>
        <w:br/>
        <w:t>f 2259/1413/1214 1594/747/651 2282/1436/1230</w:t>
        <w:br/>
        <w:t>f 2249/1402/1205 1540/693/602 1491/645/556</w:t>
        <w:br/>
        <w:t>f 2247/1400/581 2246/1401/1201 1540/693/1231</w:t>
        <w:br/>
        <w:t>f 2245/1398/604 2244/1399/1200 2283/1437/1232</w:t>
        <w:br/>
        <w:t>f 2244/1399/1200 2242/1397/648 2243/1396/1199</w:t>
        <w:br/>
        <w:t>f 2241/1394/681 2240/1395/1198 2243/1396/1199</w:t>
        <w:br/>
        <w:t>f 2240/1395/1198 2238/1393/655 2239/1392/1197</w:t>
        <w:br/>
        <w:t>f 2239/1392/1197 2237/1391/608 2236/1389/1196</w:t>
        <w:br/>
        <w:t>f 1545/701/610 1546/700/609 1532/686/596</w:t>
        <w:br/>
        <w:t>f 1547/699/608 1597/752/656 1546/700/609</w:t>
        <w:br/>
        <w:t>f 1631/786/687 2284/1438/1233 2261/1414/657</w:t>
        <w:br/>
        <w:t>f 1631/786/687 1632/785/686 1633/787/688</w:t>
        <w:br/>
        <w:t>f 1491/645/556 1540/693/602 1515/669/580</w:t>
        <w:br/>
        <w:t>f 1584/737/641 1539/694/603 1540/693/602</w:t>
        <w:br/>
        <w:t>f 1609/763/665 1583/738/642 1584/737/641</w:t>
        <w:br/>
        <w:t>f 1527/680/590 1567/719/625 1526/681/591</w:t>
        <w:br/>
        <w:t>f 1495/648/560 1527/680/590 1494/649/561</w:t>
        <w:br/>
        <w:t>f 1482/634/546 1480/636/548 1495/648/560</w:t>
        <w:br/>
        <w:t>f 1524/679/589 2265/1419/1217 2267/1421/1219</w:t>
        <w:br/>
        <w:t>f 1626/779/680 1597/752/656 1598/751/655</w:t>
        <w:br/>
        <w:t>f 1593/748/652 1620/773/674 1537/692/601</w:t>
        <w:br/>
        <w:t>f 1633/787/688 1645/799/698 1593/748/652</w:t>
        <w:br/>
        <w:t>f 1517/672/583 2262/1416/625 2264/1417/590</w:t>
        <w:br/>
        <w:t>f 1518/671/582 1606/759/661 1542/696/605</w:t>
        <w:br/>
        <w:t>f 1606/759/661 1632/785/686 1605/760/662</w:t>
        <w:br/>
        <w:t>f 1492/644/555 1490/646/557 1504/659/571</w:t>
        <w:br/>
        <w:t>f 1478/632/544 1514/668/579 1516/670/581</w:t>
        <w:br/>
        <w:t>f 1514/668/579 1543/697/606 1541/695/604</w:t>
        <w:br/>
        <w:t>f 1537/692/601 1543/697/606 1500/655/567</w:t>
        <w:br/>
        <w:t>f 1500/655/567 1514/668/579 1483/640/552</w:t>
        <w:br/>
        <w:t>f 1483/640/552 1478/632/544 1479/631/543</w:t>
        <w:br/>
        <w:t>f 1497/650/562 1477/633/545 1478/632/544</w:t>
        <w:br/>
        <w:t>f 1484/639/551 1500/655/567 1483/640/552</w:t>
        <w:br/>
        <w:t>f 1538/691/600 1593/748/652 1537/692/601</w:t>
        <w:br/>
        <w:t>f 1633/787/688 1593/748/652 1594/747/651</w:t>
        <w:br/>
        <w:t>f 1612/764/666 1651/806/703 1654/808/705</w:t>
        <w:br/>
        <w:t>f 1654/808/705 1685/839/726 1697/852/739</w:t>
        <w:br/>
        <w:t>f 1661/816/710 1651/806/703 1629/784/685</w:t>
        <w:br/>
        <w:t>f 1629/784/685 1612/764/666 1550/705/613</w:t>
        <w:br/>
        <w:t>f 1630/783/684 1550/705/613 1551/704/612</w:t>
        <w:br/>
        <w:t>f 1662/815/709 1629/784/685 1630/783/684</w:t>
        <w:br/>
        <w:t>f 1711/865/750 1698/851/738 1685/839/726</w:t>
        <w:br/>
        <w:t>f 1724/878/761 1727/883/765 1698/851/738</w:t>
        <w:br/>
        <w:t>f 2271/1425/1221 1692/847/734 1711/865/750</w:t>
        <w:br/>
        <w:t>f 1686/841/728 1687/840/727 1693/846/733</w:t>
        <w:br/>
        <w:t>f 2288/1439/1234 2287/1440/1235 2286/1441/1236</w:t>
        <w:br/>
        <w:t>f 2285/1442/1237 2288/1439/1234 2286/1441/1236</w:t>
        <w:br/>
        <w:t>f 2291/1443/1238 2290/1444/1239 2289/1445/1239</w:t>
        <w:br/>
        <w:t>f 2292/1446/1240 2291/1443/1238 2289/1445/1239</w:t>
        <w:br/>
        <w:t>f 2296/1447/1241 2295/1448/1241 2294/1449/1242</w:t>
        <w:br/>
        <w:t>f 2293/1450/1242 2296/1447/1241 2294/1449/1242</w:t>
        <w:br/>
        <w:t>f 2300/1451/1243 2299/1452/1243 2298/1453/1244</w:t>
        <w:br/>
        <w:t>f 2297/1454/1245 2300/1451/1243 2298/1453/1244</w:t>
        <w:br/>
        <w:t>f 2285/1442/1237 2286/1441/1236 2302/1455/1246</w:t>
        <w:br/>
        <w:t>f 2301/1456/1247 2285/1442/1237 2302/1455/1246</w:t>
        <w:br/>
        <w:t>f 1558/713/621 1585/740/644 2288/1439/1234</w:t>
        <w:br/>
        <w:t>f 2285/1442/1237 1558/713/621 2288/1439/1234</w:t>
        <w:br/>
        <w:t>f 2292/1446/1240 1604/755/659 1601/758/659</w:t>
        <w:br/>
        <w:t>f 2291/1443/1238 2292/1446/1240 1601/758/659</w:t>
        <w:br/>
        <w:t>f 2294/1449/1242 1578/729/634 1575/732/637</w:t>
        <w:br/>
        <w:t>f 2293/1450/1242 2294/1449/1242 1575/732/637</w:t>
        <w:br/>
        <w:t>f 2297/1454/1245 2298/1453/1244 1561/718/624</w:t>
        <w:br/>
        <w:t>f 1562/717/624 2297/1454/1245 1561/718/624</w:t>
        <w:br/>
        <w:t>f 1557/714/622 1558/713/621 2285/1442/1237</w:t>
        <w:br/>
        <w:t>f 2301/1456/1247 1557/714/622 2285/1442/1237</w:t>
        <w:br/>
        <w:t>f 2299/1452/1243 2300/1451/1243 2303/1457/1248</w:t>
        <w:br/>
        <w:t>f 2302/1455/1246 2286/1441/1236 2304/1458/1249</w:t>
        <w:br/>
        <w:t>f 2295/1448/1241 2296/1447/1241 2305/1459/1250</w:t>
        <w:br/>
        <w:t>f 2286/1441/1236 2287/1440/1235 2304/1458/1249</w:t>
        <w:br/>
        <w:t>f 2289/1445/1239 2290/1444/1239 2306/1460/1251</w:t>
        <w:br/>
        <w:t>f 1062/214/182 2307/1461/1252 1010/163/137</w:t>
        <w:br/>
        <w:t>f 1045/200/169 1151/305/263 1046/199/149</w:t>
        <w:br/>
        <w:t>f 2308/1462/176 2307/1461/1252 1062/214/182</w:t>
        <w:br/>
        <w:t>f 1152/306/264 2308/1462/176 1062/214/182</w:t>
        <w:br/>
        <w:t>f 2310/1463/201 2309/1464/191 1164/317/274</w:t>
        <w:br/>
        <w:t>f 1170/327/284 2310/1463/201 1164/317/274</w:t>
        <w:br/>
        <w:t>f 2311/1465/216 2310/1463/201 1170/327/284</w:t>
        <w:br/>
        <w:t>f 1171/326/283 2311/1465/216 1170/327/284</w:t>
        <w:br/>
        <w:t>f 1171/326/283 1216/369/317 1229/381/229</w:t>
        <w:br/>
        <w:t>f 2311/1465/216 1171/326/283 1229/381/229</w:t>
        <w:br/>
        <w:t>f 2309/1464/191 2308/1462/176 1152/306/264</w:t>
        <w:br/>
        <w:t>f 1164/317/274 2309/1464/191 1152/306/264</w:t>
        <w:br/>
        <w:t>f 1292/447/378 1293/446/377 1331/484/267</w:t>
        <w:br/>
        <w:t>f 1062/214/182 1151/305/263 1045/200/169</w:t>
        <w:br/>
        <w:t>f 2074/1229/1057 2097/1252/1076 2121/1276/1098</w:t>
        <w:br/>
        <w:t>f 2094/1248/1073 2074/1229/1057 2121/1276/1098</w:t>
        <w:br/>
        <w:t>f 2141/1294/1115 2105/1260/1083 2106/1259/1083</w:t>
        <w:br/>
        <w:t>f 2140/1295/1116 2141/1294/1115 2106/1259/1083</w:t>
        <w:br/>
        <w:t>f 2274/1428/1224 2273/1427/1223 2146/1299/1120</w:t>
        <w:br/>
        <w:t>f 2166/1320/1139 2167/1321/1140 2170/1324/1143</w:t>
        <w:br/>
        <w:t>f 2217/1370/1182 1368/521/444 1367/522/445</w:t>
        <w:br/>
        <w:t>f 2216/1371/1183 2217/1370/1182 2191/1344/1162</w:t>
        <w:br/>
        <w:t>f 2190/1345/1163 2216/1371/1183 2191/1344/1162</w:t>
        <w:br/>
        <w:t>f 2218/1372/1184 2216/1371/1183 2001/1153/1253</w:t>
        <w:br/>
        <w:t>f 2312/1466/1254 1164/317/274 1163/318/275</w:t>
        <w:br/>
        <w:t>f 1188/341/296 2312/1466/1254 1163/318/275</w:t>
        <w:br/>
        <w:t>f 1170/327/284 1164/317/274 2312/1466/1254</w:t>
        <w:br/>
        <w:t>f 1173/324/281 1170/327/284 2312/1466/1254</w:t>
        <w:br/>
        <w:t>f 1173/324/281 2312/1466/1254 1188/341/296</w:t>
        <w:br/>
        <w:t>f 1192/345/300 1173/324/281 1188/341/296</w:t>
        <w:br/>
        <w:t>f 1188/341/296 1218/371/319 1192/345/300</w:t>
        <w:br/>
        <w:t>f 2316/1467/1255 2315/1468/1256 2314/1469/1257</w:t>
        <w:br/>
        <w:t>f 2313/1470/1258 2316/1467/1255 2314/1469/1257</w:t>
        <w:br/>
        <w:t>f 2320/1471/1259 2319/1472/1260 2318/1473/1261</w:t>
        <w:br/>
        <w:t>f 2317/1474/1262 2320/1471/1259 2318/1473/1261</w:t>
        <w:br/>
        <w:t>f 2315/1468/1256 2316/1467/1255 2322/1475/1263</w:t>
        <w:br/>
        <w:t>f 2321/1476/1264 2315/1468/1256 2322/1475/1263</w:t>
        <w:br/>
        <w:t>f 2317/1474/1262 2325/1477/1256 2324/1478/1264</w:t>
        <w:br/>
        <w:t>f 2323/1479/1265 2317/1474/1262 2324/1478/1264</w:t>
        <w:br/>
        <w:t>f 2329/1480/1266 2328/1481/1267 2327/1482/1267</w:t>
        <w:br/>
        <w:t>f 2326/1483/1266 2329/1480/1266 2327/1482/1267</w:t>
        <w:br/>
        <w:t>f 2313/1470/1258 2314/1469/1257 2331/1484/1268</w:t>
        <w:br/>
        <w:t>f 2330/1485/1268 2313/1470/1258 2331/1484/1268</w:t>
        <w:br/>
        <w:t>f 2333/1486/1269 2329/1480/1266 2326/1483/1266</w:t>
        <w:br/>
        <w:t>f 2332/1487/1269 2333/1486/1269 2326/1483/1266</w:t>
        <w:br/>
        <w:t>f 2320/1471/1259 2317/1474/1262 2334/1488/1270</w:t>
        <w:br/>
        <w:t>f 2335/1489/1271 2320/1471/1259 2334/1488/1270</w:t>
        <w:br/>
        <w:t>f 2319/1472/1260 2320/1471/1259 2337/1490/1272</w:t>
        <w:br/>
        <w:t>f 2336/1491/1273 2319/1472/1260 2337/1490/1272</w:t>
        <w:br/>
        <w:t>f 2334/1488/1270 2317/1474/1262 2323/1479/1265</w:t>
        <w:br/>
        <w:t>f 2338/1492/1274 2334/1488/1270 2323/1479/1265</w:t>
        <w:br/>
        <w:t>f 2342/1493/1275 2341/1494/1276 2340/1495/1276</w:t>
        <w:br/>
        <w:t>f 2339/1496/1275 2342/1493/1275 2340/1495/1276</w:t>
        <w:br/>
        <w:t>f 2321/1476/1264 2322/1475/1263 2344/1497/1277</w:t>
        <w:br/>
        <w:t>f 2343/1498/1278 2321/1476/1264 2344/1497/1277</w:t>
        <w:br/>
        <w:t>f 2346/1499/1279 2340/1495/1276 2341/1494/1276</w:t>
        <w:br/>
        <w:t>f 2345/1500/1279 2346/1499/1279 2341/1494/1276</w:t>
        <w:br/>
        <w:t>f 2327/1482/1267 2328/1481/1267 2347/1501/1280</w:t>
        <w:br/>
        <w:t>f 2348/1502/1280 2327/1482/1267 2347/1501/1280</w:t>
        <w:br/>
        <w:t>f 2335/1489/1271 2349/1503/1281 2337/1490/1272</w:t>
        <w:br/>
        <w:t>f 2320/1471/1259 2335/1489/1271 2337/1490/1272</w:t>
        <w:br/>
        <w:t>f 2323/1479/1265 2324/1478/1264 2351/1504/1282</w:t>
        <w:br/>
        <w:t>f 2350/1505/1283 2323/1479/1265 2351/1504/1282</w:t>
        <w:br/>
        <w:t>f 2353/1506/1284 2342/1493/1275 2339/1496/1275</w:t>
        <w:br/>
        <w:t>f 2352/1507/1284 2353/1506/1284 2339/1496/1275</w:t>
        <w:br/>
        <w:t>f 2355/1508/1285 2333/1486/1269 2332/1487/1269</w:t>
        <w:br/>
        <w:t>f 2354/1509/1285 2355/1508/1285 2332/1487/1269</w:t>
        <w:br/>
        <w:t>f 2358/1510/1286 2357/1511/1287 2356/1512/1288</w:t>
        <w:br/>
        <w:t>f 2361/1513/1289 2360/1514/1290 2359/1515/1291</w:t>
        <w:br/>
        <w:t>f 2365/1516/1292 2364/1517/1293 2363/1518/1294</w:t>
        <w:br/>
        <w:t>f 2362/1519/1295 2365/1516/1292 2363/1518/1294</w:t>
        <w:br/>
        <w:t>f 2338/1492/1274 2323/1479/1265 2350/1505/1283</w:t>
        <w:br/>
        <w:t>f 2366/1520/1296 2338/1492/1274 2350/1505/1283</w:t>
        <w:br/>
        <w:t>f 2330/1485/1268 2331/1484/1268 2368/1521/1297</w:t>
        <w:br/>
        <w:t>f 2367/1522/1297 2330/1485/1268 2368/1521/1297</w:t>
        <w:br/>
        <w:t>f 2371/1523/1298 2370/1524/1299 2369/1525/1300</w:t>
        <w:br/>
        <w:t>f 2358/1510/1286 2372/1526/1301 2357/1511/1287</w:t>
        <w:br/>
        <w:t>f 2372/1526/1302 2365/1516/1292 2362/1519/1295</w:t>
        <w:br/>
        <w:t>f 2374/1527/1303 2361/1513/1289 2373/1528/1304</w:t>
        <w:br/>
        <w:t>f 2377/1529/1305 2376/1530/1287 2375/1531/1306</w:t>
        <w:br/>
        <w:t>f 2336/1491/1273 2337/1490/1272 2379/1532/1307</w:t>
        <w:br/>
        <w:t>f 2378/1533/1308 2336/1491/1273 2379/1532/1307</w:t>
        <w:br/>
        <w:t>f 2381/1534/1309 2363/1518/1294 2380/1535/1310</w:t>
        <w:br/>
        <w:t>f 2371/1523/1298 2375/1531/1306 2382/1536/1311</w:t>
        <w:br/>
        <w:t>f 2384/1537/1312 2383/1538/1313 2371/1523/1298</w:t>
        <w:br/>
        <w:t>f 2359/1515/1291 2386/1539/1314 2385/1540/1315</w:t>
        <w:br/>
        <w:t>f 2388/1541/1316 2346/1499/1279 2345/1500/1279</w:t>
        <w:br/>
        <w:t>f 2387/1542/1317 2388/1541/1316 2345/1500/1279</w:t>
        <w:br/>
        <w:t>f 2392/1543/1318 2391/1544/1319 2390/1545/1320</w:t>
        <w:br/>
        <w:t>f 2389/1546/1321 2392/1543/1318 2390/1545/1320</w:t>
        <w:br/>
        <w:t>f 2364/1517/1293 2356/1512/1288 2393/1547/1322</w:t>
        <w:br/>
        <w:t>f 2369/1525/1300 2370/1524/1299 2394/1548/1323</w:t>
        <w:br/>
        <w:t>f 2396/1549/1324 2377/1529/1305 2395/1550/1325</w:t>
        <w:br/>
        <w:t>f 2389/1546/1321 2390/1545/1320 2398/1551/1326</w:t>
        <w:br/>
        <w:t>f 2397/1552/1327 2389/1546/1321 2398/1551/1326</w:t>
        <w:br/>
        <w:t>f 2343/1498/1278 2344/1497/1277 2400/1553/1328</w:t>
        <w:br/>
        <w:t>f 2399/1554/1329 2343/1498/1278 2400/1553/1328</w:t>
        <w:br/>
        <w:t>f 2379/1532/1307 2337/1490/1272 2349/1503/1281</w:t>
        <w:br/>
        <w:t>f 2401/1555/1330 2379/1532/1307 2349/1503/1281</w:t>
        <w:br/>
        <w:t>f 2403/1556/1331 2348/1502/1280 2347/1501/1280</w:t>
        <w:br/>
        <w:t>f 2402/1557/1331 2403/1556/1331 2347/1501/1280</w:t>
        <w:br/>
        <w:t>f 2405/1558/1332 2404/1559/1333 2391/1544/1319</w:t>
        <w:br/>
        <w:t>f 2392/1543/1318 2405/1558/1332 2391/1544/1319</w:t>
        <w:br/>
        <w:t>f 2407/1560/1334 2373/1528/1304 2406/1561/1335</w:t>
        <w:br/>
        <w:t>f 2350/1505/1283 2351/1504/1282 2409/1562/1329</w:t>
        <w:br/>
        <w:t>f 2408/1563/1336 2350/1505/1283 2409/1562/1329</w:t>
        <w:br/>
        <w:t>f 2412/1564/1337 2411/1565/1338 2410/1566/1339</w:t>
        <w:br/>
        <w:t>f 2414/1567/1340 2412/1564/1337 2413/1568/1341</w:t>
        <w:br/>
        <w:t>f 2416/1569/1342 2353/1506/1284 2352/1507/1284</w:t>
        <w:br/>
        <w:t>f 2415/1570/1342 2416/1569/1342 2352/1507/1284</w:t>
        <w:br/>
        <w:t>f 2418/1571/1343 2355/1508/1285 2354/1509/1285</w:t>
        <w:br/>
        <w:t>f 2417/1572/1343 2418/1571/1343 2354/1509/1285</w:t>
        <w:br/>
        <w:t>f 2420/1573/1344 2381/1534/1309 2419/1574/1345</w:t>
        <w:br/>
        <w:t>f 2422/1575/1346 2394/1548/1323 2421/1576/1347</w:t>
        <w:br/>
        <w:t>f 2424/1577/1348 2395/1550/1325 2423/1578/1349</w:t>
        <w:br/>
        <w:t>f 2397/1552/1327 2398/1551/1326 2425/1579/1350</w:t>
        <w:br/>
        <w:t>f 2380/1535/1310 2393/1547/1322 2426/1580/1351</w:t>
        <w:br/>
        <w:t>f 2366/1520/1296 2350/1505/1283 2408/1563/1336</w:t>
        <w:br/>
        <w:t>f 2427/1581/1352 2366/1520/1296 2408/1563/1336</w:t>
        <w:br/>
        <w:t>f 2429/1582/1353 2414/1567/1340 2428/1583/1354</w:t>
        <w:br/>
        <w:t>f 2385/1540/1315 2431/1584/1355 2430/1585/1356</w:t>
        <w:br/>
        <w:t>f 2433/1586/1357 2404/1559/1333 2405/1558/1332</w:t>
        <w:br/>
        <w:t>f 2432/1587/1358 2433/1586/1357 2405/1558/1332</w:t>
        <w:br/>
        <w:t>f 2436/1588/1359 2435/1589/1360 2392/1543/1318</w:t>
        <w:br/>
        <w:t>f 2434/1590/1361 2436/1588/1359 2392/1543/1318</w:t>
        <w:br/>
        <w:t>f 2439/1591/1362 2438/1592/1363 2437/1593/1364</w:t>
        <w:br/>
        <w:t>f 2443/1594/1365 2442/1595/1366 2441/1596/1367</w:t>
        <w:br/>
        <w:t>f 2440/1597/1368 2443/1594/1365 2441/1596/1367</w:t>
        <w:br/>
        <w:t>f 2447/1598/1369 2446/1599/1370 2445/1600/1371</w:t>
        <w:br/>
        <w:t>f 2444/1601/1369 2447/1598/1369 2445/1600/1371</w:t>
        <w:br/>
        <w:t>f 2450/1602/1372 2406/1561/1335 2449/1603/1373</w:t>
        <w:br/>
        <w:t>f 2448/1604/1374 2450/1602/1372 2449/1603/1373</w:t>
        <w:br/>
        <w:t>f 2452/1605/1375 2388/1541/1316 2387/1542/1317</w:t>
        <w:br/>
        <w:t>f 2451/1606/1376 2452/1605/1375 2387/1542/1317</w:t>
        <w:br/>
        <w:t>f 2405/1558/1332 2392/1543/1318 2435/1589/1360</w:t>
        <w:br/>
        <w:t>f 2453/1607/1377 2405/1558/1332 2435/1589/1360</w:t>
        <w:br/>
        <w:t>f 2399/1554/1329 2400/1553/1328 2454/1608/1378</w:t>
        <w:br/>
        <w:t>f 2389/1546/1379 2456/1609/1380 2455/1610/1380</w:t>
        <w:br/>
        <w:t>f 2436/1588/1359 2389/1546/1379 2455/1610/1380</w:t>
        <w:br/>
        <w:t>f 2460/1611/1381 2459/1612/1382 2458/1613/1383</w:t>
        <w:br/>
        <w:t>f 2457/1614/1383 2460/1611/1381 2458/1613/1383</w:t>
        <w:br/>
        <w:t>f 2462/1615/1384 2447/1598/1369 2444/1601/1369</w:t>
        <w:br/>
        <w:t>f 2461/1616/1384 2462/1615/1384 2444/1601/1369</w:t>
        <w:br/>
        <w:t>f 2464/1617/1385 2443/1594/1365 2440/1597/1368</w:t>
        <w:br/>
        <w:t>f 2463/1618/1386 2464/1617/1385 2440/1597/1368</w:t>
        <w:br/>
        <w:t>f 2466/1619/1387 2421/1576/1347 2465/1620/1388</w:t>
        <w:br/>
        <w:t>f 2440/1597/1368 2441/1596/1367 2468/1621/1389</w:t>
        <w:br/>
        <w:t>f 2467/1622/1390 2440/1597/1368 2468/1621/1389</w:t>
        <w:br/>
        <w:t>f 2461/1616/1384 2454/1608/1378 2469/1623/1391</w:t>
        <w:br/>
        <w:t>f 2462/1615/1384 2461/1616/1384 2469/1623/1391</w:t>
        <w:br/>
        <w:t>f 2471/1624/1392 2470/1625/1393 2408/1563/1336</w:t>
        <w:br/>
        <w:t>f 2409/1562/1329 2471/1624/1392 2408/1563/1336</w:t>
        <w:br/>
        <w:t>f 2472/1626/1394 2464/1617/1385 2463/1618/1386</w:t>
        <w:br/>
        <w:t>f 2470/1625/1393 2472/1626/1394 2463/1618/1386</w:t>
        <w:br/>
        <w:t>f 2475/1627/1395 2423/1578/1349 2474/1628/1396</w:t>
        <w:br/>
        <w:t>f 2473/1629/1397 2475/1627/1395 2474/1628/1396</w:t>
        <w:br/>
        <w:t>f 2477/1630/1398 2418/1571/1343 2417/1572/1343</w:t>
        <w:br/>
        <w:t>f 2476/1631/1398 2477/1630/1398 2417/1572/1343</w:t>
        <w:br/>
        <w:t>f 2479/1632/1399 2420/1573/1344 2478/1633/1400</w:t>
        <w:br/>
        <w:t>f 2457/1614/1383 2458/1613/1383 2481/1634/1401</w:t>
        <w:br/>
        <w:t>f 2480/1635/1401 2457/1614/1383 2481/1634/1401</w:t>
        <w:br/>
        <w:t>f 2483/1636/1402 2429/1582/1353 2482/1637/1403</w:t>
        <w:br/>
        <w:t>f 2448/1604/1374 2449/1603/1373 2485/1638/1404</w:t>
        <w:br/>
        <w:t>f 2484/1639/1405 2448/1604/1374 2485/1638/1404</w:t>
        <w:br/>
        <w:t>f 2489/1640/1406 2488/1641/1406 2487/1642/1407</w:t>
        <w:br/>
        <w:t>f 2486/1643/1407 2489/1640/1406 2487/1642/1407</w:t>
        <w:br/>
        <w:t>f 2491/1644/1408 2425/1579/1350 2490/1645/1409</w:t>
        <w:br/>
        <w:t>f 2455/1610/1380 2456/1609/1380 2491/1644/1408</w:t>
        <w:br/>
        <w:t>f 2492/1646/1410 2455/1610/1380 2491/1644/1408</w:t>
        <w:br/>
        <w:t>f 2481/1634/1401 2477/1630/1398 2476/1631/1398</w:t>
        <w:br/>
        <w:t>f 2480/1635/1401 2481/1634/1401 2476/1631/1398</w:t>
        <w:br/>
        <w:t>f 2463/1618/1386 2440/1597/1368 2467/1622/1390</w:t>
        <w:br/>
        <w:t>f 2493/1647/1411 2463/1618/1386 2467/1622/1390</w:t>
        <w:br/>
        <w:t>f 2484/1639/1405 2485/1638/1404 2494/1648/1412</w:t>
        <w:br/>
        <w:t>f 2465/1620/1388 2484/1639/1405 2494/1648/1412</w:t>
        <w:br/>
        <w:t>f 2438/1592/1363 2496/1649/1413 2495/1650/1414</w:t>
        <w:br/>
        <w:t>f 2437/1593/1364 2438/1592/1363 2495/1650/1414</w:t>
        <w:br/>
        <w:t>f 2470/1625/1393 2497/1651/1415 2427/1581/1352</w:t>
        <w:br/>
        <w:t>f 2408/1563/1336 2470/1625/1393 2427/1581/1352</w:t>
        <w:br/>
        <w:t>f 2432/1587/1358 2405/1558/1332 2453/1607/1377</w:t>
        <w:br/>
        <w:t>f 2498/1652/1416 2432/1587/1358 2453/1607/1377</w:t>
        <w:br/>
        <w:t>f 2493/1647/1411 2497/1651/1415 2470/1625/1393</w:t>
        <w:br/>
        <w:t>f 2463/1618/1386 2493/1647/1411 2470/1625/1393</w:t>
        <w:br/>
        <w:t>f 2486/1643/1407 2487/1642/1407 2500/1653/1417</w:t>
        <w:br/>
        <w:t>f 2499/1654/1418 2486/1643/1407 2500/1653/1417</w:t>
        <w:br/>
        <w:t>f 2367/1522/1297 2368/1521/1297 2501/1655/1419</w:t>
        <w:br/>
        <w:t>f 854/5/4 2367/1522/1297 2501/1655/1419</w:t>
        <w:br/>
        <w:t>f 2419/1574/1345 2503/1656/1420 2502/1657/1421</w:t>
        <w:br/>
        <w:t>f 848/3/3 2378/1533/1308 2379/1532/1307</w:t>
        <w:br/>
        <w:t>f 2451/1606/1376 2504/1658/1422 2452/1605/1375</w:t>
        <w:br/>
        <w:t>f 2506/1659/1423 2505/1660/1424 2483/1636/1402</w:t>
        <w:br/>
        <w:t>f 2505/1660/1424 2506/1659/1423 2473/1629/1397</w:t>
        <w:br/>
        <w:t>f 2474/1628/1396 2505/1660/1424 2473/1629/1397</w:t>
        <w:br/>
        <w:t>f 2430/1585/1356 2431/1584/1355 2507/1661/1425</w:t>
        <w:br/>
        <w:t>f 2509/1662/1426 2432/1587/1358 2508/1663/1427</w:t>
        <w:br/>
        <w:t>f 2499/1654/1418 2500/1653/1417 2510/1664/1428</w:t>
        <w:br/>
        <w:t>f 2490/1645/1409 2512/1665/1429 2511/1666/1430</w:t>
        <w:br/>
        <w:t>f 2513/1667/1431 2512/1665/1429 2479/1632/1399</w:t>
        <w:br/>
        <w:t>f 857/10/9 2401/1555/1330 856/11/10</w:t>
        <w:br/>
        <w:t>f 2517/1668/1432 2516/1669/1433 2515/1670/1434</w:t>
        <w:br/>
        <w:t>f 2514/1671/1435 2517/1668/1432 2515/1670/1434</w:t>
        <w:br/>
        <w:t>f 2492/1646/1410 2491/1644/1408 2511/1666/1430</w:t>
        <w:br/>
        <w:t>f 2518/1672/1436 2492/1646/1410 2511/1666/1430</w:t>
        <w:br/>
        <w:t>f 2520/1673/1437 2519/1674/1437 2516/1669/1433</w:t>
        <w:br/>
        <w:t>f 2517/1668/1432 2520/1673/1437 2516/1669/1433</w:t>
        <w:br/>
        <w:t>f 2403/1556/1331 2402/1557/1331 860/15/13</w:t>
        <w:br/>
        <w:t>f 861/14/13 2403/1556/1331 860/15/13</w:t>
        <w:br/>
        <w:t>f 2478/1633/1400 2502/1657/1421 2521/1675/1438</w:t>
        <w:br/>
        <w:t>f 2416/1569/1342 2415/1570/1342 864/17/15</w:t>
        <w:br/>
        <w:t>f 2514/1671/1435 2515/1670/1434 2523/1676/1439</w:t>
        <w:br/>
        <w:t>f 2522/1677/1439 2514/1671/1435 2523/1676/1439</w:t>
        <w:br/>
        <w:t>f 2519/1674/1437 2520/1673/1437 2525/1678/1440</w:t>
        <w:br/>
        <w:t>f 2524/1679/1440 2519/1674/1437 2525/1678/1440</w:t>
        <w:br/>
        <w:t>f 2528/1680/1441 2527/1681/1442 2526/1682/1443</w:t>
        <w:br/>
        <w:t>f 2518/1672/1436 2511/1666/1430 2529/1683/1444</w:t>
        <w:br/>
        <w:t>f 2521/1675/1438 2518/1672/1436 2529/1683/1444</w:t>
        <w:br/>
        <w:t>f 2495/1650/1414 2496/1649/1413 2530/1684/1445</w:t>
        <w:br/>
        <w:t>f 2534/1685/1446 2533/1686/1446 2532/1687/1447</w:t>
        <w:br/>
        <w:t>f 2531/1688/1447 2534/1685/1446 2532/1687/1447</w:t>
        <w:br/>
        <w:t>f 2531/1688/1447 2532/1687/1447 2536/1689/1448</w:t>
        <w:br/>
        <w:t>f 2535/1690/1448 2531/1688/1447 2536/1689/1448</w:t>
        <w:br/>
        <w:t>f 2538/1691/1449 2508/1663/1427 2537/1692/1450</w:t>
        <w:br/>
        <w:t>f 2507/1661/1425 2541/1693/1451 2540/1694/1452</w:t>
        <w:br/>
        <w:t>f 2539/1695/1453 2507/1661/1425 2540/1694/1452</w:t>
        <w:br/>
        <w:t>f 2524/1679/1440 2525/1678/1440 2543/1696/1454</w:t>
        <w:br/>
        <w:t>f 2542/1697/1455 2524/1679/1440 2543/1696/1454</w:t>
        <w:br/>
        <w:t>f 2547/1698/1456 2546/1699/1457 2545/1700/1458</w:t>
        <w:br/>
        <w:t>f 2544/1701/1459 2547/1698/1456 2545/1700/1458</w:t>
        <w:br/>
        <w:t>f 2549/1702/1460 2533/1686/1446 2534/1685/1446</w:t>
        <w:br/>
        <w:t>f 2548/1703/1460 2549/1702/1460 2534/1685/1446</w:t>
        <w:br/>
        <w:t>f 2542/1697/1455 2543/1696/1454 2550/1704/1461</w:t>
        <w:br/>
        <w:t>f 2535/1690/1448 2536/1689/1448 2552/1705/1462</w:t>
        <w:br/>
        <w:t>f 2551/1706/1462 2535/1690/1448 2552/1705/1462</w:t>
        <w:br/>
        <w:t>f 2546/1699/1457 2554/1707/1463 2553/1708/1463</w:t>
        <w:br/>
        <w:t>f 2545/1700/1458 2546/1699/1457 2553/1708/1463</w:t>
        <w:br/>
        <w:t>f 2558/1709/1464 2557/1710/1452 2556/1711/1465</w:t>
        <w:br/>
        <w:t>f 2555/1712/1466 2558/1709/1464 2556/1711/1465</w:t>
        <w:br/>
        <w:t>f 2560/1713/1467 2547/1698/1456 2544/1701/1459</w:t>
        <w:br/>
        <w:t>f 2559/1714/1467 2560/1713/1467 2544/1701/1459</w:t>
        <w:br/>
        <w:t>f 2562/1715/1443 2530/1684/1445 2561/1716/1468</w:t>
        <w:br/>
        <w:t>f 2537/1692/1450 2526/1682/1443 2563/1717/1469</w:t>
        <w:br/>
        <w:t>f 2551/1706/1462 2552/1705/1462 2565/1718/1470</w:t>
        <w:br/>
        <w:t>f 2564/1719/1471 2551/1706/1462 2565/1718/1470</w:t>
        <w:br/>
        <w:t>f 2553/1708/1463 2554/1707/1463 2567/1720/1472</w:t>
        <w:br/>
        <w:t>f 2566/1721/1473 2553/1708/1463 2567/1720/1472</w:t>
        <w:br/>
        <w:t>f 2568/1722/1474 2555/1712/1466 2550/1704/1461</w:t>
        <w:br/>
        <w:t>f 2522/1677/1439 2523/1676/1439 865/21/19</w:t>
        <w:br/>
        <w:t>f 866/20/18 2522/1677/1439 865/21/19</w:t>
        <w:br/>
        <w:t>f 2570/1723/1475 2569/1724/1476 2564/1719/1471</w:t>
        <w:br/>
        <w:t>f 2572/1725/1477 2560/1713/1467 2559/1714/1467</w:t>
        <w:br/>
        <w:t>f 2571/1726/1478 2572/1725/1477 2559/1714/1467</w:t>
        <w:br/>
        <w:t>f 2573/1727/1479 2572/1725/1477 2571/1726/1478</w:t>
        <w:br/>
        <w:t>f 2574/1728/1480 2573/1727/1479 2571/1726/1478</w:t>
        <w:br/>
        <w:t>f 2561/1716/1468 2576/1729/1481 2575/1730/1482</w:t>
        <w:br/>
        <w:t>f 2577/1731/1483 2573/1727/1479 2574/1728/1480</w:t>
        <w:br/>
        <w:t>f 2581/1732/1484 2580/1733/1485 2579/1734/1486</w:t>
        <w:br/>
        <w:t>f 2578/1735/1484 2581/1732/1484 2579/1734/1486</w:t>
        <w:br/>
        <w:t>f 2582/1736/1487 2549/1702/1460 2548/1703/1460</w:t>
        <w:br/>
        <w:t>f 875/29/27 2582/1736/1487 2548/1703/1460</w:t>
        <w:br/>
        <w:t>f 2583/1737/1488 2537/1692/1450 2563/1717/1469</w:t>
        <w:br/>
        <w:t>f 2585/1738/1489 2579/1734/1486 2580/1733/1485</w:t>
        <w:br/>
        <w:t>f 2584/1739/1490 2585/1738/1489 2580/1733/1485</w:t>
        <w:br/>
        <w:t>f 2587/1740/1491 2581/1732/1484 2578/1735/1484</w:t>
        <w:br/>
        <w:t>f 2586/1741/1492 2587/1740/1491 2578/1735/1484</w:t>
        <w:br/>
        <w:t>f 2566/1721/1473 2567/1720/1472 879/33/31</w:t>
        <w:br/>
        <w:t>f 880/32/30 2566/1721/1473 879/33/31</w:t>
        <w:br/>
        <w:t>f 2589/1742/1493 2585/1738/1489 2584/1739/1490</w:t>
        <w:br/>
        <w:t>f 2588/1743/1494 2589/1742/1493 2584/1739/1490</w:t>
        <w:br/>
        <w:t>f 2591/1744/1495 2583/1737/1488 2590/1745/1496</w:t>
        <w:br/>
        <w:t>f 2594/1746/1497 2591/1744/1495 2593/1747/1498</w:t>
        <w:br/>
        <w:t>f 2592/1748/1497 2594/1746/1497 2593/1747/1498</w:t>
        <w:br/>
        <w:t>f 2588/1743/1494 2594/1746/1497 2592/1748/1497</w:t>
        <w:br/>
        <w:t>f 2589/1742/1493 2588/1743/1494 2592/1748/1497</w:t>
        <w:br/>
        <w:t>f 893/46/39 2587/1740/1491 2586/1741/1492</w:t>
        <w:br/>
        <w:t>f 2539/1695/1499 2595/1749/1500 2577/1731/1483</w:t>
        <w:br/>
        <w:t>f 2530/1684/1445 2597/1750/1501 2596/1751/1502</w:t>
        <w:br/>
        <w:t>f 2576/1729/1481 2530/1684/1445 2596/1751/1502</w:t>
        <w:br/>
        <w:t>f 2496/1649/1413 2598/1752/1503 2530/1684/1445</w:t>
        <w:br/>
        <w:t>f 2438/1592/1363 2599/1753/1504 2598/1752/1503</w:t>
        <w:br/>
        <w:t>f 2496/1649/1413 2438/1592/1363 2598/1752/1503</w:t>
        <w:br/>
        <w:t>f 2385/1540/1315 2411/1565/1338 2600/1754/1505</w:t>
        <w:br/>
        <w:t>f 2601/1755/1506 2600/1754/1505 2411/1565/1338</w:t>
        <w:br/>
        <w:t>f 2412/1564/1337 2601/1755/1506 2411/1565/1338</w:t>
        <w:br/>
        <w:t>f 2602/1756/1507 2601/1755/1506 2412/1564/1337</w:t>
        <w:br/>
        <w:t>f 2414/1567/1340 2602/1756/1507 2412/1564/1337</w:t>
        <w:br/>
        <w:t>f 2602/1756/1507 2414/1567/1340 2429/1582/1353</w:t>
        <w:br/>
        <w:t>f 2603/1757/1508 2429/1582/1353 2483/1636/1402</w:t>
        <w:br/>
        <w:t>f 2505/1660/1424 2604/1758/1509 2483/1636/1402</w:t>
        <w:br/>
        <w:t>f 2605/1759/1510 2505/1660/1424 2474/1628/1396</w:t>
        <w:br/>
        <w:t>f 2423/1578/1349 2606/1760/1511 2474/1628/1396</w:t>
        <w:br/>
        <w:t>f 2395/1550/1325 2607/1761/1512 2423/1578/1349</w:t>
        <w:br/>
        <w:t>f 2377/1529/1305 2608/1762/1513 2395/1550/1325</w:t>
        <w:br/>
        <w:t>f 2369/1525/1300 2377/1529/1305 2375/1531/1306</w:t>
        <w:br/>
        <w:t>f 2371/1523/1298 2369/1525/1300 2375/1531/1306</w:t>
        <w:br/>
        <w:t>f 2577/1731/1483 2595/1749/1500 2573/1727/1479</w:t>
        <w:br/>
        <w:t>f 2609/1763/1514 2577/1731/1483 2574/1728/1480</w:t>
        <w:br/>
        <w:t>f 2375/1531/1306 2376/1530/1287 2382/1536/1311</w:t>
        <w:br/>
        <w:t>f 2611/1764/1515 2610/1765/1516 2577/1731/1483</w:t>
        <w:br/>
        <w:t>f 2611/1764/1515 2577/1731/1483 2609/1763/1514</w:t>
        <w:br/>
        <w:t>f 2540/1694/1452 2612/1766/1464 2539/1695/1453</w:t>
        <w:br/>
        <w:t>f 2362/1519/1295 2363/1518/1294 2614/1767/1517</w:t>
        <w:br/>
        <w:t>f 2613/1768/1518 2362/1519/1295 2614/1767/1517</w:t>
        <w:br/>
        <w:t>f 2614/1767/1517 2363/1518/1294 2381/1534/1309</w:t>
        <w:br/>
        <w:t>f 2615/1769/1519 2381/1534/1309 2420/1573/1344</w:t>
        <w:br/>
        <w:t>f 2616/1770/1520 2420/1573/1344 2479/1632/1399</w:t>
        <w:br/>
        <w:t>f 2512/1665/1429 2617/1771/1521 2479/1632/1399</w:t>
        <w:br/>
        <w:t>f 2619/1772/1522 2490/1645/1409 2618/1773/1523</w:t>
        <w:br/>
        <w:t>f 2425/1579/1350 2618/1773/1523 2490/1645/1409</w:t>
        <w:br/>
        <w:t>f 2398/1551/1326 2620/1774/1524 2425/1579/1350</w:t>
        <w:br/>
        <w:t>f 2390/1545/1320 2621/1775/1334 2398/1551/1326</w:t>
        <w:br/>
        <w:t>f 2391/1544/1319 2623/1776/1525 2622/1777/1303</w:t>
        <w:br/>
        <w:t>f 2404/1559/1333 2623/1776/1525 2391/1544/1319</w:t>
        <w:br/>
        <w:t>f 2626/1778/1526 2404/1559/1333 2625/1779/1527</w:t>
        <w:br/>
        <w:t>f 2624/1780/1528 2626/1778/1526 2625/1779/1527</w:t>
        <w:br/>
        <w:t>f 2627/1781/1451 2624/1780/1528 2625/1779/1527</w:t>
        <w:br/>
        <w:t>f 2557/1710/1452 2627/1781/1451 2628/1782/1529</w:t>
        <w:br/>
        <w:t>f 2556/1711/1465 2557/1710/1452 2628/1782/1529</w:t>
        <w:br/>
        <w:t>f 2570/1723/1475 2629/1783/1530 2569/1724/1476</w:t>
        <w:br/>
        <w:t>f 2537/1692/1450 2583/1737/1488 2629/1783/1530</w:t>
        <w:br/>
        <w:t>f 2538/1691/1449 2537/1692/1450 2629/1783/1530</w:t>
        <w:br/>
        <w:t>f 2613/1768/1518 2630/1784/1531 2362/1519/1295</w:t>
        <w:br/>
        <w:t>f 2381/1534/1309 2380/1535/1310 2419/1574/1345</w:t>
        <w:br/>
        <w:t>f 2615/1769/1519 2614/1767/1517 2381/1534/1309</w:t>
        <w:br/>
        <w:t>f 2616/1770/1520 2615/1769/1519 2420/1573/1344</w:t>
        <w:br/>
        <w:t>f 2617/1771/1521 2631/1785/1532 2479/1632/1399</w:t>
        <w:br/>
        <w:t>f 2377/1529/1305 2369/1525/1300 2422/1575/1346</w:t>
        <w:br/>
        <w:t>f 2395/1550/1325 2422/1575/1533 2607/1761/1512</w:t>
        <w:br/>
        <w:t>f 2423/1578/1349 2632/1786/1534 2606/1760/1511</w:t>
        <w:br/>
        <w:t>f 2606/1760/1511 2605/1759/1510 2474/1628/1396</w:t>
        <w:br/>
        <w:t>f 2505/1660/1424 2605/1759/1510 2604/1758/1509</w:t>
        <w:br/>
        <w:t>f 2604/1758/1509 2603/1757/1508 2483/1636/1402</w:t>
        <w:br/>
        <w:t>f 2603/1757/1508 2602/1756/1507 2429/1582/1353</w:t>
        <w:br/>
        <w:t>f 2414/1567/1340 2413/1568/1341 2428/1583/1354</w:t>
        <w:br/>
        <w:t>f 2429/1582/1353 2428/1583/1354 2482/1637/1403</w:t>
        <w:br/>
        <w:t>f 2512/1665/1429 2619/1772/1522 2633/1787/1535</w:t>
        <w:br/>
        <w:t>f 2512/1665/1429 2513/1667/1431 2511/1666/1430</w:t>
        <w:br/>
        <w:t>f 2369/1525/1300 2394/1548/1323 2422/1575/1346</w:t>
        <w:br/>
        <w:t>f 2466/1619/1387 2422/1575/1346 2421/1576/1347</w:t>
        <w:br/>
        <w:t>f 2494/1648/1412 2466/1619/1387 2465/1620/1388</w:t>
        <w:br/>
        <w:t>f 2407/1560/1334 2406/1561/1335 2450/1602/1372</w:t>
        <w:br/>
        <w:t>f 2374/1527/1303 2373/1528/1304 2407/1560/1334</w:t>
        <w:br/>
        <w:t>f 2361/1513/1289 2374/1527/1303 2360/1514/1290</w:t>
        <w:br/>
        <w:t>f 2404/1559/1333 2626/1778/1526 2623/1776/1525</w:t>
        <w:br/>
        <w:t>f 2506/1659/1423 2483/1636/1402 2482/1637/1403</w:t>
        <w:br/>
        <w:t>f 2478/1633/1400 2419/1574/1345 2502/1657/1421</w:t>
        <w:br/>
        <w:t>f 2513/1667/1431 2478/1633/1400 2521/1675/1438</w:t>
        <w:br/>
        <w:t>f 2398/1551/1326 2621/1775/1334 2620/1774/1524</w:t>
        <w:br/>
        <w:t>f 2397/1552/1327 2425/1579/1350 2491/1644/1408</w:t>
        <w:br/>
        <w:t>f 2491/1644/1408 2490/1645/1409 2511/1666/1430</w:t>
        <w:br/>
        <w:t>f 2371/1523/1298 2383/1538/1313 2370/1524/1299</w:t>
        <w:br/>
        <w:t>f 2396/1549/1324 2395/1550/1325 2424/1577/1348</w:t>
        <w:br/>
        <w:t>f 2424/1577/1348 2423/1578/1349 2475/1627/1395</w:t>
        <w:br/>
        <w:t>f 2419/1574/1345 2380/1535/1310 2426/1580/1351</w:t>
        <w:br/>
        <w:t>f 2380/1535/1310 2364/1517/1293 2393/1547/1322</w:t>
        <w:br/>
        <w:t>f 2364/1517/1293 2358/1510/1286 2356/1512/1288</w:t>
        <w:br/>
        <w:t>f 2377/1529/1305 2396/1549/1324 2376/1530/1287</w:t>
        <w:br/>
        <w:t>f 2363/1518/1294 2364/1517/1293 2380/1535/1310</w:t>
        <w:br/>
        <w:t>f 2420/1573/1344 2419/1574/1345 2478/1633/1400</w:t>
        <w:br/>
        <w:t>f 2513/1667/1431 2479/1632/1399 2478/1633/1400</w:t>
        <w:br/>
        <w:t>f 2495/1650/1414 2530/1684/1445 2562/1715/1443</w:t>
        <w:br/>
        <w:t>f 2530/1684/1445 2576/1729/1481 2561/1716/1468</w:t>
        <w:br/>
        <w:t>f 2537/1692/1450 2508/1663/1427 2526/1682/1443</w:t>
        <w:br/>
        <w:t>f 2508/1663/1427 2432/1587/1358 2527/1681/1442</w:t>
        <w:br/>
        <w:t>f 2509/1662/1426 2433/1586/1357 2432/1587/1358</w:t>
        <w:br/>
        <w:t>f 2538/1691/1449 2509/1662/1426 2508/1663/1427</w:t>
        <w:br/>
        <w:t>f 2583/1737/1488 2563/1717/1469 2590/1745/1496</w:t>
        <w:br/>
        <w:t>f 2591/1744/1495 2590/1745/1496 2593/1747/1498</w:t>
        <w:br/>
        <w:t>f 2629/1783/1530 2583/1737/1488 2569/1724/1476</w:t>
        <w:br/>
        <w:t>f 2565/1718/1470 2570/1723/1475 2564/1719/1471</w:t>
        <w:br/>
        <w:t>f 2637/1788/1536 2636/1789/1537 2635/1790/1538</w:t>
        <w:br/>
        <w:t>f 2634/1791/1539 2637/1788/1536 2635/1790/1538</w:t>
        <w:br/>
        <w:t>f 2640/1792/1540 2639/1793/1541 2638/1794/1542</w:t>
        <w:br/>
        <w:t>f 2641/1795/1542 2640/1792/1540 2638/1794/1542</w:t>
        <w:br/>
        <w:t>f 2645/1796/1543 2644/1797/1544 2643/1798/1544</w:t>
        <w:br/>
        <w:t>f 2642/1799/1545 2645/1796/1543 2643/1798/1544</w:t>
        <w:br/>
        <w:t>f 2649/1800/1546 2648/1801/1547 2647/1802/1548</w:t>
        <w:br/>
        <w:t>f 2646/1803/1546 2649/1800/1546 2647/1802/1548</w:t>
        <w:br/>
        <w:t>f 2651/1804/1549 2637/1788/1536 2634/1791/1539</w:t>
        <w:br/>
        <w:t>f 2650/1805/1550 2651/1804/1549 2634/1791/1539</w:t>
        <w:br/>
        <w:t>f 2441/1596/1367 2634/1791/1539 2635/1790/1538</w:t>
        <w:br/>
        <w:t>f 2468/1621/1389 2441/1596/1367 2635/1790/1538</w:t>
        <w:br/>
        <w:t>f 2488/1641/1406 2489/1640/1406 2641/1795/1542</w:t>
        <w:br/>
        <w:t>f 2638/1794/1542 2488/1641/1406 2641/1795/1542</w:t>
        <w:br/>
        <w:t>f 2459/1612/1382 2460/1611/1381 2643/1798/1544</w:t>
        <w:br/>
        <w:t>f 2644/1797/1544 2459/1612/1382 2643/1798/1544</w:t>
        <w:br/>
        <w:t>f 2648/1801/1547 2445/1600/1371 2446/1599/1370</w:t>
        <w:br/>
        <w:t>f 2647/1802/1548 2648/1801/1547 2446/1599/1370</w:t>
        <w:br/>
        <w:t>f 2442/1595/1366 2650/1805/1550 2634/1791/1539</w:t>
        <w:br/>
        <w:t>f 2441/1596/1367 2442/1595/1366 2634/1791/1539</w:t>
        <w:br/>
        <w:t>f 2646/1803/1546 2652/1806/1551 2649/1800/1546</w:t>
        <w:br/>
        <w:t>f 2651/1804/1549 2653/1807/1552 2637/1788/1536</w:t>
        <w:br/>
        <w:t>f 2642/1799/1545 2654/1808/1553 2645/1796/1543</w:t>
        <w:br/>
        <w:t>f 2637/1788/1536 2653/1807/1552 2636/1789/1537</w:t>
        <w:br/>
        <w:t>f 2640/1792/1540 2655/1809/1554 2639/1793/1541</w:t>
        <w:br/>
        <w:t>f 1740/895/776 1748/902/782 1762/917/795</w:t>
        <w:br/>
        <w:t>f 883/37/1555 2657/1810/1556 2656/1811/1556</w:t>
        <w:br/>
        <w:t>f 2660/1812/1557 2659/1813/1558 2658/1814/1559</w:t>
        <w:br/>
        <w:t>f 2660/1812/1557 2658/1814/1559 2662/1815/1560</w:t>
        <w:br/>
        <w:t>f 2661/1816/1561 2660/1812/1557 2662/1815/1560</w:t>
        <w:br/>
        <w:t>f 2658/1814/1559 2659/1813/1558 2663/1817/1562</w:t>
        <w:br/>
        <w:t>f 2666/1818/1563 2665/1819/1564 2664/1820/1565</w:t>
        <w:br/>
        <w:t>f 2663/1817/1562 2667/1821/1566 2662/1815/1560</w:t>
        <w:br/>
        <w:t>f 2658/1814/1559 2663/1817/1562 2662/1815/1560</w:t>
        <w:br/>
        <w:t>f 2666/1818/1563 2664/1820/1565 2668/1822/1567</w:t>
        <w:br/>
        <w:t>f 2669/1823/1568 2666/1818/1563 2668/1822/1567</w:t>
        <w:br/>
        <w:t>f 2672/1824/1569 2671/1825/1570 2670/1826/1571</w:t>
        <w:br/>
        <w:t>f 2675/1827/1572 2674/1828/1573 2673/1829/1574</w:t>
        <w:br/>
        <w:t>f 2674/1828/1573 2676/1830/1575 2673/1829/1574</w:t>
        <w:br/>
        <w:t>f 2680/1831/1576 2679/1832/1577 2678/1833/1578</w:t>
        <w:br/>
        <w:t>f 2677/1834/1579 2680/1831/1576 2678/1833/1578</w:t>
        <w:br/>
        <w:t>f 2682/1835/1580 2674/1828/1573 2675/1827/1572</w:t>
        <w:br/>
        <w:t>f 2681/1836/1581 2682/1835/1580 2675/1827/1572</w:t>
        <w:br/>
        <w:t>f 2671/1825/1570 2684/1837/1582 2683/1838/1583</w:t>
        <w:br/>
        <w:t>f 2677/1834/1579 2678/1833/1578 2686/1839/1584</w:t>
        <w:br/>
        <w:t>f 2685/1840/1585 2677/1834/1579 2686/1839/1584</w:t>
        <w:br/>
        <w:t>f 2674/1828/1573 2682/1835/1580 2684/1837/1582</w:t>
        <w:br/>
        <w:t>f 2676/1830/1575 2674/1828/1573 2684/1837/1582</w:t>
        <w:br/>
        <w:t>f 2690/1841/1586 2689/1842/1587 2688/1843/1588</w:t>
        <w:br/>
        <w:t>f 2687/1844/1589 2690/1841/1586 2688/1843/1588</w:t>
        <w:br/>
        <w:t>f 2692/1845/1590 2689/1842/1587 2690/1841/1586</w:t>
        <w:br/>
        <w:t>f 2691/1846/1591 2692/1845/1590 2690/1841/1586</w:t>
        <w:br/>
        <w:t>f 2695/1847/1592 2694/1848/1593 2693/1849/1594</w:t>
        <w:br/>
        <w:t>f 2694/1848/1593 2692/1845/1590 2691/1846/1591</w:t>
        <w:br/>
        <w:t>f 2693/1849/1594 2694/1848/1593 2691/1846/1591</w:t>
        <w:br/>
        <w:t>f 2697/1850/1595 2680/1831/1576 2677/1834/1579</w:t>
        <w:br/>
        <w:t>f 2696/1851/1596 2697/1850/1595 2677/1834/1579</w:t>
        <w:br/>
        <w:t>f 2696/1851/1596 2677/1834/1579 2685/1840/1585</w:t>
        <w:br/>
        <w:t>f 2698/1852/1597 2696/1851/1596 2685/1840/1585</w:t>
        <w:br/>
        <w:t>f 2700/1853/1598 2690/1841/1586 2687/1844/1589</w:t>
        <w:br/>
        <w:t>f 2699/1854/1599 2700/1853/1598 2687/1844/1589</w:t>
        <w:br/>
        <w:t>f 2691/1846/1591 2690/1841/1586 2700/1853/1598</w:t>
        <w:br/>
        <w:t>f 2701/1855/1600 2691/1846/1591 2700/1853/1598</w:t>
        <w:br/>
        <w:t>f 2695/1847/1592 2693/1849/1594 2702/1856/1601</w:t>
        <w:br/>
        <w:t>f 2693/1849/1594 2691/1846/1591 2701/1855/1600</w:t>
        <w:br/>
        <w:t>f 2703/1857/1602 2693/1849/1594 2701/1855/1600</w:t>
        <w:br/>
        <w:t>f 2705/1858/1603 2697/1850/1595 2696/1851/1596</w:t>
        <w:br/>
        <w:t>f 2704/1859/1604 2705/1858/1603 2696/1851/1596</w:t>
        <w:br/>
        <w:t>f 2704/1859/1604 2696/1851/1596 2698/1852/1597</w:t>
        <w:br/>
        <w:t>f 2706/1860/1605 2704/1859/1604 2698/1852/1597</w:t>
        <w:br/>
        <w:t>f 2708/1861/1606 2700/1853/1598 2699/1854/1599</w:t>
        <w:br/>
        <w:t>f 2707/1862/1606 2708/1861/1606 2699/1854/1599</w:t>
        <w:br/>
        <w:t>f 2701/1855/1600 2700/1853/1598 2710/1863/1607</w:t>
        <w:br/>
        <w:t>f 2709/1864/1608 2701/1855/1600 2710/1863/1607</w:t>
        <w:br/>
        <w:t>f 2704/1859/1604 2712/1865/1609 2711/1866/1610</w:t>
        <w:br/>
        <w:t>f 2705/1858/1603 2704/1859/1604 2711/1866/1610</w:t>
        <w:br/>
        <w:t>f 2702/1856/1601 2703/1857/1602 2714/1867/1611</w:t>
        <w:br/>
        <w:t>f 2713/1868/1612 2702/1856/1601 2714/1867/1611</w:t>
        <w:br/>
        <w:t>f 2703/1857/1602 2701/1855/1600 2709/1864/1608</w:t>
        <w:br/>
        <w:t>f 2714/1867/1611 2703/1857/1602 2709/1864/1608</w:t>
        <w:br/>
        <w:t>f 2706/1860/1605 2715/1869/1613 2712/1865/1609</w:t>
        <w:br/>
        <w:t>f 2704/1859/1604 2706/1860/1605 2712/1865/1609</w:t>
        <w:br/>
        <w:t>f 2707/1862/1606 2717/1870/1614 2716/1871/1614</w:t>
        <w:br/>
        <w:t>f 2708/1861/1606 2707/1862/1606 2716/1871/1614</w:t>
        <w:br/>
        <w:t>f 1775/927/804 2712/1865/1609 1774/928/805</w:t>
        <w:br/>
        <w:t>f 2709/1864/1608 2710/1863/1607 2719/1872/1615</w:t>
        <w:br/>
        <w:t>f 2718/1873/1616 2709/1864/1608 2719/1872/1615</w:t>
        <w:br/>
        <w:t>f 2713/1868/1612 2714/1867/1611 2721/1874/1617</w:t>
        <w:br/>
        <w:t>f 2720/1875/1618 2713/1868/1612 2721/1874/1617</w:t>
        <w:br/>
        <w:t>f 2714/1867/1611 2709/1864/1608 2718/1873/1616</w:t>
        <w:br/>
        <w:t>f 2721/1874/1617 2714/1867/1611 2718/1873/1616</w:t>
        <w:br/>
        <w:t>f 2716/1871/1614 2717/1870/1614 1800/956/826</w:t>
        <w:br/>
        <w:t>f 1801/955/825 2716/1871/1614 1800/956/826</w:t>
        <w:br/>
        <w:t>f 2718/1873/1616 2719/1872/1615 1856/1009/868</w:t>
        <w:br/>
        <w:t>f 1857/1008/867 2718/1873/1616 1856/1009/868</w:t>
        <w:br/>
        <w:t>f 2721/1874/1617 1819/974/842 1820/973/795</w:t>
        <w:br/>
        <w:t>f 2720/1875/1618 2721/1874/1617 1820/973/795</w:t>
        <w:br/>
        <w:t>f 1819/974/842 2718/1873/1616 1857/1008/867</w:t>
        <w:br/>
        <w:t>f 2684/1837/1582 2722/1876/1619 2683/1838/1583</w:t>
        <w:br/>
        <w:t>f 2678/1833/1578 2662/1815/1560 2667/1821/1566</w:t>
        <w:br/>
        <w:t>f 2686/1839/1584 2678/1833/1578 2667/1821/1566</w:t>
        <w:br/>
        <w:t>f 2661/1816/1561 2662/1815/1560 2678/1833/1578</w:t>
        <w:br/>
        <w:t>f 2679/1832/1577 2661/1816/1561 2678/1833/1578</w:t>
        <w:br/>
        <w:t>f 2668/1822/1567 2688/1843/1588 2689/1842/1587</w:t>
        <w:br/>
        <w:t>f 2669/1823/1568 2668/1822/1567 2689/1842/1587</w:t>
        <w:br/>
        <w:t>f 2682/1835/1580 2669/1823/1568 2689/1842/1587</w:t>
        <w:br/>
        <w:t>f 2692/1845/1590 2682/1835/1580 2689/1842/1587</w:t>
        <w:br/>
        <w:t>f 2684/1837/1582 2682/1835/1580 2692/1845/1590</w:t>
        <w:br/>
        <w:t>f 2694/1848/1593 2684/1837/1582 2692/1845/1590</w:t>
        <w:br/>
        <w:t>f 2715/1869/1613 2723/1877/1620 2712/1865/1609</w:t>
        <w:br/>
        <w:t>f 909/61/53 2725/1878/1621 2724/1879/1622</w:t>
        <w:br/>
        <w:t>f 908/62/54 909/61/53 2724/1879/1622</w:t>
        <w:br/>
        <w:t>f 910/64/56 908/62/54 2724/1879/1622</w:t>
        <w:br/>
        <w:t>f 2726/1880/1623 910/64/56 2724/1879/1622</w:t>
        <w:br/>
        <w:t>f 2727/1881/1624 912/66/57 913/65/57</w:t>
        <w:br/>
        <w:t>f 2728/1882/1625 2727/1881/1624 913/65/57</w:t>
        <w:br/>
        <w:t>f 2732/1883/1626 2731/1884/1627 2730/1885/1628</w:t>
        <w:br/>
        <w:t>f 2729/1886/1629 2732/1883/1626 2730/1885/1628</w:t>
        <w:br/>
        <w:t>f 2734/1887/1630 2733/1888/1631 919/71/61</w:t>
        <w:br/>
        <w:t>f 917/73/63 2734/1887/1630 919/71/61</w:t>
        <w:br/>
        <w:t>f 2736/1889/1632 2735/1890/1632 914/70/60</w:t>
        <w:br/>
        <w:t>f 915/69/60 2736/1889/1632 914/70/60</w:t>
        <w:br/>
        <w:t>f 2731/1884/1627 2738/1891/1633 2737/1892/1634</w:t>
        <w:br/>
        <w:t>f 2730/1885/1628 2731/1884/1627 2737/1892/1634</w:t>
        <w:br/>
        <w:t>f 2739/1893/1635 2734/1887/1630 917/73/63</w:t>
        <w:br/>
        <w:t>f 920/74/64 2739/1893/1635 917/73/63</w:t>
        <w:br/>
        <w:t>f 2743/1894/1636 2742/1895/1637 2741/1896/1638</w:t>
        <w:br/>
        <w:t>f 2740/1897/1639 2743/1894/1636 2741/1896/1638</w:t>
        <w:br/>
        <w:t>f 2745/1898/1640 2744/1899/1641 2743/1894/1636</w:t>
        <w:br/>
        <w:t>f 2740/1897/1639 2745/1898/1640 2743/1894/1636</w:t>
        <w:br/>
        <w:t>f 2749/1900/1642 2748/1901/1643 2747/1902/1644</w:t>
        <w:br/>
        <w:t>f 2746/1903/1645 2749/1900/1642 2747/1902/1644</w:t>
        <w:br/>
        <w:t>f 2747/1902/1644 2748/1901/1643 2744/1899/1641</w:t>
        <w:br/>
        <w:t>f 2745/1898/1640 2747/1902/1644 2744/1899/1641</w:t>
        <w:br/>
        <w:t>f 2751/1904/1646 2750/1905/1647 2731/1884/1627</w:t>
        <w:br/>
        <w:t>f 2732/1883/1626 2751/1904/1646 2731/1884/1627</w:t>
        <w:br/>
        <w:t>f 2750/1905/1647 2752/1906/1648 2738/1891/1633</w:t>
        <w:br/>
        <w:t>f 2731/1884/1627 2750/1905/1647 2738/1891/1633</w:t>
        <w:br/>
        <w:t>f 2754/1907/1649 2753/1908/1650 2742/1895/1637</w:t>
        <w:br/>
        <w:t>f 2744/1899/1641 2756/1909/1651 2755/1910/1652</w:t>
        <w:br/>
        <w:t>f 2743/1894/1636 2744/1899/1641 2755/1910/1652</w:t>
        <w:br/>
        <w:t>f 2758/1911/1653 2748/1901/1643 2749/1900/1642</w:t>
        <w:br/>
        <w:t>f 2757/1912/1654 2758/1911/1653 2749/1900/1642</w:t>
        <w:br/>
        <w:t>f 2748/1901/1643 2758/1911/1653 2756/1909/1651</w:t>
        <w:br/>
        <w:t>f 2744/1899/1641 2748/1901/1643 2756/1909/1651</w:t>
        <w:br/>
        <w:t>f 2760/1913/1655 2759/1914/1656 2750/1905/1647</w:t>
        <w:br/>
        <w:t>f 2751/1904/1646 2760/1913/1655 2750/1905/1647</w:t>
        <w:br/>
        <w:t>f 2759/1914/1656 2761/1915/1657 2752/1906/1648</w:t>
        <w:br/>
        <w:t>f 2750/1905/1647 2759/1914/1656 2752/1906/1648</w:t>
        <w:br/>
        <w:t>f 2763/1916/1658 2762/1917/1659 2753/1908/1650</w:t>
        <w:br/>
        <w:t>f 2756/1909/1651 2765/1918/1660 2764/1919/1661</w:t>
        <w:br/>
        <w:t>f 2755/1910/1652 2756/1909/1651 2764/1919/1661</w:t>
        <w:br/>
        <w:t>f 2757/1912/1654 2767/1920/1662 2766/1921/1663</w:t>
        <w:br/>
        <w:t>f 2758/1911/1653 2757/1912/1654 2766/1921/1663</w:t>
        <w:br/>
        <w:t>f 2758/1911/1653 2766/1921/1663 2765/1918/1660</w:t>
        <w:br/>
        <w:t>f 2756/1909/1651 2758/1911/1653 2765/1918/1660</w:t>
        <w:br/>
        <w:t>f 2769/1922/1664 2768/1923/1665 2761/1915/1657</w:t>
        <w:br/>
        <w:t>f 2759/1914/1656 2769/1922/1664 2761/1915/1657</w:t>
        <w:br/>
        <w:t>f 2771/1924/1666 2770/1925/1667 2762/1917/1659</w:t>
        <w:br/>
        <w:t>f 2763/1916/1658 2771/1924/1666 2762/1917/1659</w:t>
        <w:br/>
        <w:t>f 2765/1918/1660 2773/1926/1668 2772/1927/1669</w:t>
        <w:br/>
        <w:t>f 2764/1919/1661 2765/1918/1660 2772/1927/1669</w:t>
        <w:br/>
        <w:t>f 2775/1928/1670 2766/1921/1663 2767/1920/1662</w:t>
        <w:br/>
        <w:t>f 2774/1929/1671 2775/1928/1670 2767/1920/1662</w:t>
        <w:br/>
        <w:t>f 2766/1921/1663 2775/1928/1670 2773/1926/1668</w:t>
        <w:br/>
        <w:t>f 2765/1918/1660 2766/1921/1663 2773/1926/1668</w:t>
        <w:br/>
        <w:t>f 2746/1903/1645 2747/1902/1644 2735/1890/1632</w:t>
        <w:br/>
        <w:t>f 2736/1889/1632 2746/1903/1645 2735/1890/1632</w:t>
        <w:br/>
        <w:t>f 2730/1885/1628 2737/1892/1634 2726/1880/1623</w:t>
        <w:br/>
        <w:t>f 2724/1879/1622 2730/1885/1628 2726/1880/1623</w:t>
        <w:br/>
        <w:t>f 2725/1878/1621 2729/1886/1629 2730/1885/1628</w:t>
        <w:br/>
        <w:t>f 2724/1879/1622 2725/1878/1621 2730/1885/1628</w:t>
        <w:br/>
        <w:t>f 2740/1897/1639 2741/1896/1638 2727/1881/1624</w:t>
        <w:br/>
        <w:t>f 2728/1882/1625 2740/1897/1639 2727/1881/1624</w:t>
        <w:br/>
        <w:t>f 2740/1897/1639 2728/1882/1625 2734/1887/1630</w:t>
        <w:br/>
        <w:t>f 2745/1898/1640 2740/1897/1639 2734/1887/1630</w:t>
        <w:br/>
        <w:t>f 2739/1893/1635 2747/1902/1644 2745/1898/1640</w:t>
        <w:br/>
        <w:t>f 2734/1887/1630 2739/1893/1635 2745/1898/1640</w:t>
        <w:br/>
        <w:t>f 2776/1930/1672 2769/1922/1664 2759/1914/1656</w:t>
        <w:br/>
        <w:t>f 2760/1913/1655 2776/1930/1672 2759/1914/1656</w:t>
        <w:br/>
        <w:t>f 880/32/30 878/34/12 897/50/43</w:t>
        <w:br/>
        <w:t>f 1721/874/758 1742/897/756 1720/875/759</w:t>
        <w:br/>
        <w:t>f 975/131/112 976/130/111 2775/1928/1670</w:t>
        <w:br/>
        <w:t>f 2774/1929/1671 975/131/112 2775/1928/1670</w:t>
        <w:br/>
        <w:t>f 2775/1928/1670 976/130/111 1014/165/139</w:t>
        <w:br/>
        <w:t>f 2773/1926/1668 2775/1928/1670 1014/165/139</w:t>
        <w:br/>
        <w:t>f 2773/1926/1668 1014/165/139 1011/168/142</w:t>
        <w:br/>
        <w:t>f 2772/1927/1669 2773/1926/1668 1011/168/142</w:t>
        <w:br/>
        <w:t>f 2777/1931/1673 2770/1925/1667 2771/1924/1666</w:t>
        <w:br/>
        <w:t>f 957/113/95 2777/1931/1673 2771/1924/1666</w:t>
        <w:br/>
        <w:t>f 931/83/71 2769/1922/1664 2776/1930/1672</w:t>
        <w:br/>
        <w:t>f 2778/1932/1674 2769/1922/1664 929/85/73</w:t>
        <w:br/>
        <w:t>f 931/83/71 929/85/73 2769/1922/1664</w:t>
        <w:br/>
        <w:t>f 1775/927/804 2711/1866/1610 2712/1865/1609</w:t>
        <w:br/>
        <w:t>f 2768/1923/1665 2769/1922/1664 2778/1932/1674</w:t>
        <w:br/>
        <w:t>f 2712/1865/1609 2723/1877/1620 1774/928/805</w:t>
        <w:br/>
        <w:t>f 2782/1933/1675 2781/1934/1676 2780/1935/1677</w:t>
        <w:br/>
        <w:t>f 2779/1936/1677 2782/1933/1675 2780/1935/1677</w:t>
        <w:br/>
        <w:t>f 2786/1937/1678 2785/1938/1679 2784/1939/1680</w:t>
        <w:br/>
        <w:t>f 2783/1940/1681 2786/1937/1678 2784/1939/1680</w:t>
        <w:br/>
        <w:t>f 2783/1940/1681 2784/1939/1680 2788/1941/1682</w:t>
        <w:br/>
        <w:t>f 2787/1942/1683 2783/1940/1681 2788/1941/1682</w:t>
        <w:br/>
        <w:t>f 2788/1941/1682 2790/1943/1684 2789/1944/1685</w:t>
        <w:br/>
        <w:t>f 2787/1942/1683 2788/1941/1682 2789/1944/1685</w:t>
        <w:br/>
        <w:t>f 2790/1943/1684 2792/1945/1686 2791/1946/1687</w:t>
        <w:br/>
        <w:t>f 2789/1944/1685 2790/1943/1684 2791/1946/1687</w:t>
        <w:br/>
        <w:t>f 2783/1940/1681 1279/433/367 1280/432/350</w:t>
        <w:br/>
        <w:t>f 2786/1937/1678 2783/1940/1681 1280/432/350</w:t>
        <w:br/>
        <w:t>f 2793/1947/1688 2784/1939/1680 2785/1938/1679</w:t>
        <w:br/>
        <w:t>f 1279/433/367 2783/1940/1681 2787/1942/1683</w:t>
        <w:br/>
        <w:t>f 1305/460/390 1279/433/367 2787/1942/1683</w:t>
        <w:br/>
        <w:t>f 2784/1939/1680 2793/1947/1688 2788/1941/1682</w:t>
        <w:br/>
        <w:t>f 2788/1941/1682 2793/1947/1688 2790/1943/1684</w:t>
        <w:br/>
        <w:t>f 1935/1090/1689 1305/460/390 2787/1942/1683</w:t>
        <w:br/>
        <w:t>f 2789/1944/1685 1935/1090/1689 2787/1942/1683</w:t>
        <w:br/>
        <w:t>f 2794/1948/1690 1935/1090/1689 2789/1944/1685</w:t>
        <w:br/>
        <w:t>f 2791/1946/1687 2794/1948/1690 2789/1944/1685</w:t>
        <w:br/>
        <w:t>f 2795/1949/1691 2792/1945/1686 2790/1943/1684</w:t>
        <w:br/>
        <w:t>f 2797/1950/1692 2796/1951/1692 2781/1934/1676</w:t>
        <w:br/>
        <w:t>f 2782/1933/1675 2797/1950/1692 2781/1934/1676</w:t>
        <w:br/>
        <w:t>f 2798/1952/1693 2779/1936/1677 2780/1935/1677</w:t>
        <w:br/>
        <w:t>f 2802/1953/1694 2801/1954/1695 2800/1955/1696</w:t>
        <w:br/>
        <w:t>f 2799/1956/1697 2802/1953/1694 2800/1955/1696</w:t>
        <w:br/>
        <w:t>f 2806/1957/1698 2805/1958/1699 2804/1959/1699</w:t>
        <w:br/>
        <w:t>f 2803/1960/1698 2806/1957/1698 2804/1959/1699</w:t>
        <w:br/>
        <w:t>f 2810/1961/1700 2809/1962/1700 2808/1963/1701</w:t>
        <w:br/>
        <w:t>f 2807/1964/1701 2810/1961/1700 2808/1963/1701</w:t>
        <w:br/>
        <w:t>f 2806/1957/1698 2803/1960/1698 2811/1965/1702</w:t>
        <w:br/>
        <w:t>f 2807/1964/1701 2808/1963/1701 2812/1966/1703</w:t>
        <w:br/>
        <w:t>f 2799/1956/1697 2814/1967/1704 2813/1968/1704</w:t>
        <w:br/>
        <w:t>f 2802/1953/1694 2799/1956/1697 2813/1968/1704</w:t>
        <w:br/>
        <w:t>f 2804/1959/1699 2805/1958/1699 1421/575/498</w:t>
        <w:br/>
        <w:t>f 1422/574/497 2804/1959/1699 1421/575/498</w:t>
        <w:br/>
        <w:t>f 2800/1955/1696 2801/1954/1695 2815/1969/1705</w:t>
        <w:br/>
        <w:t>f 2809/1962/1700 2810/1961/1700 2173/1327/1146</w:t>
        <w:br/>
        <w:t>f 2172/1326/1145 2809/1962/1700 2173/1327/1146</w:t>
        <w:br/>
        <w:t>f 2819/1970/1706 2818/1971/1707 2817/1972/1708</w:t>
        <w:br/>
        <w:t>f 2816/1973/1709 2819/1970/1706 2817/1972/1708</w:t>
        <w:br/>
        <w:t>f 2823/1974/1707 2822/1975/1710 2821/1976/1711</w:t>
        <w:br/>
        <w:t>f 2820/1977/1712 2823/1974/1707 2821/1976/1711</w:t>
        <w:br/>
        <w:t>f 2827/1978/1713 2826/1979/1714 2825/1980/1715</w:t>
        <w:br/>
        <w:t>f 2824/1981/1716 2827/1978/1713 2825/1980/1715</w:t>
        <w:br/>
        <w:t>f 2831/1982/1717 2830/1983/1718 2829/1984/1718</w:t>
        <w:br/>
        <w:t>f 2828/1985/1717 2831/1982/1717 2829/1984/1718</w:t>
        <w:br/>
        <w:t>f 2835/1986/1714 2834/1987/1719 2833/1988/1720</w:t>
        <w:br/>
        <w:t>f 2832/1989/1721 2835/1986/1714 2833/1988/1720</w:t>
        <w:br/>
        <w:t>f 2822/1975/1710 2836/1990/1722 2821/1976/1711</w:t>
        <w:br/>
        <w:t>f 2816/1973/1709 2837/1991/1723 2819/1970/1706</w:t>
        <w:br/>
        <w:t>f 1249/404/339 2823/1974/1707 2820/1977/1712</w:t>
        <w:br/>
        <w:t>f 1248/405/342 1249/404/339 2820/1977/1712</w:t>
        <w:br/>
        <w:t>f 2827/1978/1713 2838/1992/1724 2826/1979/1714</w:t>
        <w:br/>
        <w:t>f 2828/1985/1717 2839/1993/1725 2831/1982/1717</w:t>
        <w:br/>
        <w:t>f 1246/399/338 2817/1972/1708 2818/1971/1707</w:t>
        <w:br/>
        <w:t>f 1245/400/339 1246/399/338 2818/1971/1707</w:t>
        <w:br/>
        <w:t>f 2840/1994/1726 2834/1987/1719 2835/1986/1714</w:t>
        <w:br/>
        <w:t>f 1253/408/345 2829/1984/1718 2830/1983/1718</w:t>
        <w:br/>
        <w:t>f 1246/399/338 1253/408/345 2830/1983/1718</w:t>
        <w:br/>
        <w:t>f 2824/1981/1716 2825/1980/1715 2841/1995/359</w:t>
        <w:br/>
        <w:t>f 1266/418/355 2824/1981/1716 2841/1995/359</w:t>
        <w:br/>
        <w:t>f 2832/1989/1721 2833/1988/1720 1268/423/360</w:t>
        <w:br/>
        <w:t>f 1269/422/359 2832/1989/1721 1268/423/360</w:t>
        <w:br/>
        <w:t>f 2845/1996/1727 2844/1997/1728 2843/1998/1729</w:t>
        <w:br/>
        <w:t>f 2842/1999/1729 2845/1996/1727 2843/1998/1729</w:t>
        <w:br/>
        <w:t>f 2849/2000/1730 2848/2001/1731 2847/2002/1731</w:t>
        <w:br/>
        <w:t>f 2846/2003/1732 2849/2000/1730 2847/2002/1731</w:t>
        <w:br/>
        <w:t>f 2853/2004/1733 2852/2005/1734 2851/2006/1734</w:t>
        <w:br/>
        <w:t>f 2850/2007/1735 2853/2004/1733 2851/2006/1734</w:t>
        <w:br/>
        <w:t>f 2857/2008/1736 2856/2009/1736 2855/2010/1737</w:t>
        <w:br/>
        <w:t>f 2854/2011/1737 2857/2008/1736 2855/2010/1737</w:t>
        <w:br/>
        <w:t>f 1948/1104/948 1949/1103/948 2842/1999/1729</w:t>
        <w:br/>
        <w:t>f 2843/1998/1729 1948/1104/948 2842/1999/1729</w:t>
        <w:br/>
        <w:t>f 2850/2007/1735 1952/1108/951 1953/1107/951</w:t>
        <w:br/>
        <w:t>f 2853/2004/1733 2850/2007/1735 1953/1107/951</w:t>
        <w:br/>
        <w:t>f 1962/1114/956 1960/1116/956 2854/2011/1737</w:t>
        <w:br/>
        <w:t>f 2855/2010/1737 1962/1114/956 2854/2011/1737</w:t>
        <w:br/>
        <w:t>f 1956/1110/953 2847/2002/1731 2848/2001/1731</w:t>
        <w:br/>
        <w:t>f 1955/1111/953 1956/1110/953 2848/2001/1731</w:t>
        <w:br/>
        <w:t>f 2846/2003/1732 2022/1175/1009 2023/1174/1009</w:t>
        <w:br/>
        <w:t>f 2845/1996/1727 2846/2003/1732 2023/1174/1009</w:t>
        <w:br/>
        <w:t>f 2844/1997/1728 2845/1996/1727 2858/2012/1738</w:t>
        <w:br/>
        <w:t>f 1992/1144/983 2844/1997/1728 2858/2012/1738</w:t>
        <w:br/>
        <w:t>f 1995/1148/987 2851/2006/1734 2852/2005/1734</w:t>
        <w:br/>
        <w:t>f 1994/1149/987 1995/1148/987 2852/2005/1734</w:t>
        <w:br/>
        <w:t>f 2856/2009/1736 2857/2008/1736 2184/1338/1157</w:t>
        <w:br/>
        <w:t>f 2183/1337/1156 2856/2009/1736 2184/1338/1157</w:t>
        <w:br/>
        <w:t>f 1387/543/465 1388/542/464 2859/2013/1739</w:t>
        <w:br/>
        <w:t>f 2076/1231/465 2860/2014/1740 2077/1230/1058</w:t>
        <w:br/>
        <w:t>f 1387/543/465 2859/2013/1739 2861/2015/1740</w:t>
        <w:br/>
        <w:t>f 1395/550/472 1396/549/471 2280/1434/1741</w:t>
        <w:br/>
        <w:t>f 1396/549/471 1384/540/463 1399/555/477</w:t>
        <w:br/>
        <w:t>f 1384/540/463 1385/539/462 1399/555/477</w:t>
        <w:br/>
        <w:t>f 1377/531/1742 2863/2016/1743 2862/2017/1743</w:t>
        <w:br/>
        <w:t>f 1377/531/454 1385/539/462 1386/538/461</w:t>
        <w:br/>
        <w:t>f 1335/489/415 1103/256/222 1340/493/419</w:t>
        <w:br/>
        <w:t>f 1764/920/798 2864/2018/770 1755/909/788</w:t>
        <w:br/>
        <w:t>f 1790/944/819 1766/918/796 1879/1032/886</w:t>
        <w:br/>
        <w:t>f 1815/970/839 1772/925/802 1771/926/803</w:t>
        <w:br/>
        <w:t>f 1897/1053/904 1914/1069/917 1951/1105/949</w:t>
        <w:br/>
        <w:t>f 1917/1070/918 1951/1105/949 1989/1142/981</w:t>
        <w:br/>
        <w:t>f 896/51/44 878/34/12 902/54/46</w:t>
        <w:br/>
        <w:t>f 2530/1684/1445 2430/1585/1744 2597/1750/1501</w:t>
        <w:br/>
        <w:t>f 2413/1568/1341 2412/1564/1337 2410/1566/1339</w:t>
        <w:br/>
        <w:t>f 2410/1566/1339 2411/1565/1338 2439/1591/1362</w:t>
        <w:br/>
        <w:t>f 2411/1565/1338 2438/1592/1363 2439/1591/1362</w:t>
        <w:br/>
        <w:t>f 2385/1540/1315 2386/1539/1314 2431/1584/1355</w:t>
        <w:br/>
        <w:t>f 2359/1515/1291 2360/1514/1290 2386/1539/1314</w:t>
        <w:br/>
        <w:t>f 2627/1781/1451 2625/1779/1527 2628/1782/1529</w:t>
        <w:br/>
        <w:t>f 2507/1661/1425 2431/1584/1355 2541/1693/1451</w:t>
        <w:br/>
        <w:t>f 2619/1772/1522 2512/1665/1429 2490/1645/1409</w:t>
        <w:br/>
        <w:t>f 2425/1579/1350 2620/1774/1524 2618/1773/1523</w:t>
        <w:br/>
        <w:t>f 2176/1331/1150 1987/1140/979 1355/511/434</w:t>
        <w:br/>
        <w:t>f 1938/1092/937 1925/1081/928 1944/1099/944</w:t>
        <w:br/>
        <w:t>f 1357/509/432 1321/475/404 1322/474/403</w:t>
        <w:br/>
        <w:t>f 2101/1253/1077 2088/1242/1067 2089/1241/1066</w:t>
        <w:br/>
        <w:t>f 2112/1266/1089 2045/1198/1030 2212/1366/1180</w:t>
        <w:br/>
        <w:t>f 1411/565/487 2158/1312/1132 2157/1311/1131</w:t>
        <w:br/>
        <w:t>f 1416/569/491 1409/563/485 1413/567/489</w:t>
        <w:br/>
        <w:t>f 1413/567/489 1397/551/473 1411/565/487</w:t>
        <w:br/>
        <w:t>f 1373/527/450 1341/496/421 1343/497/422</w:t>
        <w:br/>
        <w:t>f 1314/471/400 1315/470/399 1371/524/447</w:t>
        <w:br/>
        <w:t>f 1371/524/447 1343/497/422 1326/479/408</w:t>
        <w:br/>
        <w:t>f 1264/420/357 1265/419/356 1291/444/375</w:t>
        <w:br/>
        <w:t>f 1266/418/355 2841/1995/359 1265/419/356</w:t>
        <w:br/>
        <w:t>f 1290/445/376 1291/444/375 1316/469/398</w:t>
        <w:br/>
        <w:t>f 2217/1370/1182 1367/522/445 2191/1344/1162</w:t>
        <w:br/>
        <w:t>f 2045/1198/1030 1368/521/444 2217/1370/1182</w:t>
        <w:br/>
        <w:t>f 1411/565/487 1392/546/468 2081/1235/1062</w:t>
        <w:br/>
        <w:t>f 2045/1198/1030 2217/1370/1182 2212/1366/1180</w:t>
        <w:br/>
        <w:t>f 2044/1199/1031 2112/1266/1089 2130/1284/1105</w:t>
        <w:br/>
        <w:t>f 1370/525/448 1436/590/511 1390/544/466</w:t>
        <w:br/>
        <w:t>f 1987/1140/979 1973/1130/969 1986/1141/980</w:t>
        <w:br/>
        <w:t>f 2001/1153/991 1986/1141/980 1973/1130/969</w:t>
        <w:br/>
        <w:t>f 2015/1169/1004 2186/1340/1159 2025/1181/1015</w:t>
        <w:br/>
        <w:t>f 2169/1323/1142 2148/1302/1123 2168/1322/1141</w:t>
        <w:br/>
        <w:t>f 2170/1324/1143 2163/1316/1135 2169/1323/1142</w:t>
        <w:br/>
        <w:t>f 2170/1324/1143 2153/1308/1128 2159/1313/1133</w:t>
        <w:br/>
        <w:t>f 2142/1296/1117 2138/1293/1114 2168/1322/1141</w:t>
        <w:br/>
        <w:t>f 2013/1168/1003 2050/1206/1038 2093/1247/1072</w:t>
        <w:br/>
        <w:t>f 1965/1120/961 2013/1168/1003 2034/1188/1020</w:t>
        <w:br/>
        <w:t>f 1939/1093/938 1923/1078/925 1971/1126/965</w:t>
        <w:br/>
        <w:t>f 1760/915/793 1751/905/784 1739/892/774</w:t>
        <w:br/>
        <w:t>f 1545/701/610 1532/686/596 1531/683/593</w:t>
        <w:br/>
        <w:t>f 1529/685/595 1530/684/594 1556/709/617</w:t>
        <w:br/>
        <w:t>f 1555/710/618 1556/709/617 1610/766/668</w:t>
        <w:br/>
        <w:t>f 2229/1383/667 2226/1377/705 2227/1381/1191</w:t>
        <w:br/>
        <w:t>f 1696/849/736 1695/850/737 1699/854/741</w:t>
        <w:br/>
        <w:t>f 1694/848/735 1684/837/724 1695/850/737</w:t>
        <w:br/>
        <w:t>f 1741/894/769 2865/2019/1745 1748/902/782</w:t>
        <w:br/>
        <w:t>f 1883/1036/890 1801/955/825 1802/954/800</w:t>
        <w:br/>
        <w:t>f 1819/974/842 1857/1008/867 1818/975/843</w:t>
        <w:br/>
        <w:t>f 1854/1011/870 1855/1010/869 1905/1058/908</w:t>
        <w:br/>
        <w:t>f 1998/1152/990 1980/1135/974 2034/1188/1020</w:t>
        <w:br/>
        <w:t>f 1963/1117/958 1940/1095/940 1980/1135/974</w:t>
        <w:br/>
        <w:t>f 1401/553/475 1391/545/1746 1400/554/476</w:t>
        <w:br/>
        <w:t>f 1391/545/467 1377/531/454 1381/536/459</w:t>
        <w:br/>
        <w:t>f 2866/2020/1747 1359/512/435 1432/586/508</w:t>
        <w:br/>
        <w:t>f 1394/548/470 1393/547/469 1398/552/474</w:t>
        <w:br/>
        <w:t>f 1252/406/343 1217/372/320 1329/482/411</w:t>
        <w:br/>
        <w:t>f 1235/390/331 1276/429/343 1236/389/330</w:t>
        <w:br/>
        <w:t>f 1277/431/366 1319/472/401 1241/394/335</w:t>
        <w:br/>
        <w:t>f 1215/370/318 1191/346/301 1288/441/373</w:t>
        <w:br/>
        <w:t>f 1228/382/326 1215/370/318 1277/431/366</w:t>
        <w:br/>
        <w:t>f 1227/383/239 1228/382/326 1241/394/335</w:t>
        <w:br/>
        <w:t>f 977/129/110 1055/208/176 1013/166/140</w:t>
        <w:br/>
        <w:t>f 1013/166/140 1054/209/177 1050/204/173</w:t>
        <w:br/>
        <w:t>f 1054/209/177 1069/224/192 1064/218/186</w:t>
        <w:br/>
        <w:t>f 1153/308/266 1112/267/231 1113/266/230</w:t>
        <w:br/>
        <w:t>f 1014/165/139 977/129/110 1013/166/140</w:t>
        <w:br/>
        <w:t>f 957/113/95 958/112/66 2777/1931/1673</w:t>
        <w:br/>
        <w:t>f 872/27/25 873/26/24 2867/2021/34</w:t>
        <w:br/>
        <w:t>f 876/28/26 2582/1736/1487 875/29/27</w:t>
        <w:br/>
        <w:t>f 883/37/33 874/30/28 903/58/50</w:t>
        <w:br/>
        <w:t>f 892/47/40 904/57/49 874/30/28</w:t>
        <w:br/>
        <w:t>f 875/29/27 2587/1740/1491 893/46/39</w:t>
        <w:br/>
        <w:t>f 2568/1722/1474 2558/1709/1464 2555/1712/1466</w:t>
        <w:br/>
        <w:t>f 2550/1704/1461 2543/1696/1454 2568/1722/1474</w:t>
        <w:br/>
        <w:t>f 2454/1608/1378 2400/1553/1328 2469/1623/1391</w:t>
        <w:br/>
        <w:t>f 2510/1664/1428 2500/1653/1417 2504/1658/1422</w:t>
        <w:br/>
        <w:t>f 2451/1606/1376 2510/1664/1428 2504/1658/1422</w:t>
        <w:br/>
        <w:t>f 2385/1540/1315 2438/1592/1363 2411/1565/1338</w:t>
        <w:br/>
        <w:t>f 2391/1544/1319 2622/1777/1303 2390/1545/1320</w:t>
        <w:br/>
        <w:t>f 2390/1545/1320 2622/1777/1303 2621/1775/1334</w:t>
        <w:br/>
        <w:t>f 2126/1279/1101 2152/1306/1127 2151/1305/1126</w:t>
        <w:br/>
        <w:t>f 2146/1299/1120 2273/1427/1223 2149/1304/1125</w:t>
        <w:br/>
        <w:t>f 1997/1151/989 1939/1093/938 1979/1133/972</w:t>
        <w:br/>
        <w:t>f 1922/1076/923 1854/1011/870 1904/1059/909</w:t>
        <w:br/>
        <w:t>f 2702/1856/1601 2693/1849/1594 2703/1857/1602</w:t>
        <w:br/>
        <w:t>f 2695/1847/1592 2722/1876/1619 2694/1848/1593</w:t>
        <w:br/>
        <w:t>f 2684/1837/1582 2694/1848/1593 2722/1876/1619</w:t>
        <w:br/>
        <w:t>f 2671/1825/1570 2683/1838/1583 2670/1826/1571</w:t>
        <w:br/>
        <w:t>f 2003/1156/994 2047/1200/1032 2028/1182/1016</w:t>
        <w:br/>
        <w:t>f 2069/1222/1051 2071/1226/1055 2068/1223/1052</w:t>
        <w:br/>
        <w:t>f 2047/1200/1032 2069/1222/1051 2046/1201/1033</w:t>
        <w:br/>
        <w:t>f 2078/1234/1061 2104/1257/1081 2103/1258/1082</w:t>
        <w:br/>
        <w:t>f 2080/1232/1059 2086/1239/1065 2079/1233/1060</w:t>
        <w:br/>
        <w:t>f 2754/1907/1649 2742/1895/1637 2743/1894/1636</w:t>
        <w:br/>
        <w:t>f 2763/1916/1658 2753/1908/1650 2754/1907/1649</w:t>
        <w:br/>
        <w:t>f 2401/1555/1330 864/17/15 856/11/10</w:t>
        <w:br/>
        <w:t>f 848/3/3 2379/1532/1307 2401/1555/1330</w:t>
        <w:br/>
        <w:t>f 849/2/2 2378/1533/1308 848/3/3</w:t>
        <w:br/>
        <w:t>f 1571/726/632 1519/674/585 1520/673/584</w:t>
        <w:br/>
        <w:t>f 1624/777/678 1568/723/629 1569/722/628</w:t>
        <w:br/>
        <w:t>f 1595/750/654 1596/749/653 1591/746/650</w:t>
        <w:br/>
        <w:t>f 2721/1874/1617 2718/1873/1616 1819/974/842</w:t>
        <w:br/>
        <w:t>f 1943/1096/941 1916/1071/919 1917/1070/918</w:t>
        <w:br/>
        <w:t>f 1978/1132/971 1942/1097/942 2011/1165/1000</w:t>
        <w:br/>
        <w:t>f 2010/1166/1001 2061/1217/1046 2062/1216/1045</w:t>
        <w:br/>
        <w:t>f 2029/1183/1017 2010/1166/1001 2062/1216/1045</w:t>
        <w:br/>
        <w:t>f 2066/1221/1050 2090/1245/1070 2076/1231/465</w:t>
        <w:br/>
        <w:t>f 1423/578/501 1369/523/446 1356/510/433</w:t>
        <w:br/>
        <w:t>f 2174/1328/1147 1975/1128/967 1976/1127/966</w:t>
        <w:br/>
        <w:t>f 1925/1081/928 1946/1101/946 2174/1328/1147</w:t>
        <w:br/>
        <w:t>f 1925/1081/928 1926/1080/927 1947/1100/945</w:t>
        <w:br/>
        <w:t>f 1973/1130/969 2171/1325/1144 2001/1153/991</w:t>
        <w:br/>
        <w:t>f 2868/2022/1748 2059/1212/1042 2060/1211/992</w:t>
        <w:br/>
        <w:t>f 2037/1189/1021 2182/1336/1155 2036/1190/1022</w:t>
        <w:br/>
        <w:t>f 1992/1144/983 2858/2012/1738 1991/1145/984</w:t>
        <w:br/>
        <w:t>f 2182/1336/1155 1991/1145/984 2036/1190/1022</w:t>
        <w:br/>
        <w:t>f 1350/504/427 1261/416/353 1354/508/431</w:t>
        <w:br/>
        <w:t>f 1389/541/427 2869/2023/1749 1388/542/464</w:t>
        <w:br/>
        <w:t>f 1534/687/597 1634/789/690 1646/800/699</w:t>
        <w:br/>
        <w:t>f 2873/2024/1750 2872/2025/1751 2871/2026/1752</w:t>
        <w:br/>
        <w:t>f 2870/2027/1753 2873/2024/1750 2871/2026/1752</w:t>
        <w:br/>
        <w:t>f 2872/2025/1751 2873/2024/1750 2875/2028/1754</w:t>
        <w:br/>
        <w:t>f 2874/2029/1755 2872/2025/1751 2875/2028/1754</w:t>
        <w:br/>
        <w:t>f 2873/2024/1750 2870/2027/1753 2876/2030/1756</w:t>
        <w:br/>
        <w:t>f 2877/2031/1757 2873/2024/1750 2876/2030/1756</w:t>
        <w:br/>
        <w:t>f 2879/2032/1758 2871/2026/1752 2872/2025/1751</w:t>
        <w:br/>
        <w:t>f 2878/2033/1759 2879/2032/1758 2872/2025/1751</w:t>
        <w:br/>
        <w:t>f 2871/2026/1752 2881/2034/1760 2880/2035/1761</w:t>
        <w:br/>
        <w:t>f 2870/2027/1753 2871/2026/1752 2880/2035/1761</w:t>
        <w:br/>
        <w:t>f 2882/2036/1762 2875/2028/1754 2873/2024/1750</w:t>
        <w:br/>
        <w:t>f 2877/2031/1757 2882/2036/1762 2873/2024/1750</w:t>
        <w:br/>
        <w:t>f 2878/2033/1759 2872/2025/1751 2874/2029/1755</w:t>
        <w:br/>
        <w:t>f 2883/2037/1763 2878/2033/1759 2874/2029/1755</w:t>
        <w:br/>
        <w:t>f 2870/2027/1753 2884/2038/1764 2876/2030/1756</w:t>
        <w:br/>
        <w:t>f 2885/2039/1765 2881/2034/1760 2871/2026/1752</w:t>
        <w:br/>
        <w:t>f 2879/2032/1758 2885/2039/1765 2871/2026/1752</w:t>
        <w:br/>
        <w:t>f 2874/2029/1755 2887/2040/1766 2886/2041/1767</w:t>
        <w:br/>
        <w:t>f 2875/2028/1754 2888/2042/1768 2887/2040/1766</w:t>
        <w:br/>
        <w:t>f 2890/2043/1769 2877/2031/1757 2889/2044/1770</w:t>
        <w:br/>
        <w:t>f 2892/2045/1771 2880/2035/1761 2881/2034/1760</w:t>
        <w:br/>
        <w:t>f 2891/2046/1772 2892/2045/1771 2881/2034/1760</w:t>
        <w:br/>
        <w:t>f 2889/2044/1770 2877/2031/1757 2876/2030/1756</w:t>
        <w:br/>
        <w:t>f 2893/2047/1773 2884/2038/1764 2880/2035/1761</w:t>
        <w:br/>
        <w:t>f 2892/2045/1771 2893/2047/1773 2880/2035/1761</w:t>
        <w:br/>
        <w:t>f 2884/2038/1764 2894/2048/1774 2876/2030/1756</w:t>
        <w:br/>
        <w:t>f 2896/2049/1775 2879/2032/1758 2878/2033/1759</w:t>
        <w:br/>
        <w:t>f 2895/2050/1776 2896/2049/1775 2878/2033/1759</w:t>
        <w:br/>
        <w:t>f 2883/2037/1763 2874/2029/1755 2886/2041/1767</w:t>
        <w:br/>
        <w:t>f 2897/2051/1777 2883/2037/1763 2886/2041/1767</w:t>
        <w:br/>
        <w:t>f 2881/2034/1760 2885/2039/1765 2898/2052/1778</w:t>
        <w:br/>
        <w:t>f 2891/2046/1772 2881/2034/1760 2898/2052/1778</w:t>
        <w:br/>
        <w:t>f 2899/2053/1779 2888/2042/1768 2882/2036/1762</w:t>
        <w:br/>
        <w:t>f 2890/2043/1769 2899/2053/1779 2882/2036/1762</w:t>
        <w:br/>
        <w:t>f 2901/2054/1780 2892/2045/1771 2891/2046/1772</w:t>
        <w:br/>
        <w:t>f 2900/2055/1781 2901/2054/1780 2891/2046/1772</w:t>
        <w:br/>
        <w:t>f 2901/2054/1780 2902/2056/1782 2892/2045/1771</w:t>
        <w:br/>
        <w:t>f 2902/2056/1782 2903/2057/1783 2892/2045/1771</w:t>
        <w:br/>
        <w:t>f 2903/2057/1783 2904/2058/1784 2892/2045/1771</w:t>
        <w:br/>
        <w:t>f 2895/2050/1776 2878/2033/1759 2883/2037/1763</w:t>
        <w:br/>
        <w:t>f 2905/2059/1785 2895/2050/1776 2883/2037/1763</w:t>
        <w:br/>
        <w:t>f 2884/2038/1764 2906/2060/1786 2894/2048/1774</w:t>
        <w:br/>
        <w:t>f 2900/2055/1781 2891/2046/1772 2898/2052/1778</w:t>
        <w:br/>
        <w:t>f 2907/2061/1787 2900/2055/1781 2898/2052/1778</w:t>
        <w:br/>
        <w:t>f 2908/2062/1788 2885/2039/1765 2879/2032/1758</w:t>
        <w:br/>
        <w:t>f 2896/2049/1775 2908/2062/1788 2879/2032/1758</w:t>
        <w:br/>
        <w:t>f 2904/2058/1784 2893/2047/1773 2892/2045/1771</w:t>
        <w:br/>
        <w:t>f 2904/2058/1784 2909/2063/1789 2893/2047/1773</w:t>
        <w:br/>
        <w:t>f 2911/2064/1790 2894/2048/1774 2910/2065/1791</w:t>
        <w:br/>
        <w:t>f 2906/2060/1786 2893/2047/1773 2909/2063/1789</w:t>
        <w:br/>
        <w:t>f 2913/2066/1792 2890/2043/1769 2889/2044/1770</w:t>
        <w:br/>
        <w:t>f 2912/2067/1793 2913/2066/1792 2889/2044/1770</w:t>
        <w:br/>
        <w:t>f 2914/2068/1794 2898/2052/1778 2885/2039/1765</w:t>
        <w:br/>
        <w:t>f 2908/2062/1788 2914/2068/1794 2885/2039/1765</w:t>
        <w:br/>
        <w:t>f 2915/2069/1795 2899/2053/1779 2913/2066/1792</w:t>
        <w:br/>
        <w:t>f 2907/2061/1787 2898/2052/1778 2914/2068/1794</w:t>
        <w:br/>
        <w:t>f 2916/2070/1796 2907/2061/1787 2914/2068/1794</w:t>
        <w:br/>
        <w:t>f 2917/2071/1797 2887/2040/1766 2888/2042/1768</w:t>
        <w:br/>
        <w:t>f 2906/2060/1786 2918/2072/1798 2894/2048/1774</w:t>
        <w:br/>
        <w:t>f 2886/2041/1767 2917/2071/1797 2919/2073/1799</w:t>
        <w:br/>
        <w:t>f 2917/2071/1797 2888/2042/1768 2899/2053/1779</w:t>
        <w:br/>
        <w:t>f 2923/2074/1800 2922/2075/1801 2921/2076/1802</w:t>
        <w:br/>
        <w:t>f 2920/2077/1803 2923/2074/1800 2921/2076/1802</w:t>
        <w:br/>
        <w:t>f 2926/2078/1804 2925/2079/1805 2924/2080/1806</w:t>
        <w:br/>
        <w:t>f 2921/2076/1802 2925/2079/1805 2926/2078/1804</w:t>
        <w:br/>
        <w:t>f 2920/2077/1803 2921/2076/1802 2926/2078/1804</w:t>
        <w:br/>
        <w:t>f 2928/2081/1807 2906/2060/1786 2909/2063/1789</w:t>
        <w:br/>
        <w:t>f 2927/2082/1808 2928/2081/1807 2909/2063/1789</w:t>
        <w:br/>
        <w:t>f 2932/2083/1809 2931/2084/1809 2930/2085/1810</w:t>
        <w:br/>
        <w:t>f 2929/2086/1811 2932/2083/1809 2930/2085/1810</w:t>
        <w:br/>
        <w:t>f 2924/2080/1806 2934/2087/1812 2933/2088/1813</w:t>
        <w:br/>
        <w:t>f 2926/2078/1804 2924/2080/1806 2933/2088/1813</w:t>
        <w:br/>
        <w:t>f 2905/2059/1785 2883/2037/1763 2897/2051/1777</w:t>
        <w:br/>
        <w:t>f 2935/2089/1814 2905/2059/1785 2897/2051/1777</w:t>
        <w:br/>
        <w:t>f 2912/2067/1793 2911/2064/1790 2936/2090/1815</w:t>
        <w:br/>
        <w:t>f 2906/2060/1786 2928/2081/1807 2937/2091/1816</w:t>
        <w:br/>
        <w:t>f 2899/2053/1779 2938/2092/1817 2917/2071/1797</w:t>
        <w:br/>
        <w:t>f 2942/2093/1818 2941/2094/1818 2940/2095/1819</w:t>
        <w:br/>
        <w:t>f 2939/2096/1819 2942/2093/1818 2940/2095/1819</w:t>
        <w:br/>
        <w:t>f 2946/2097/1820 2945/2098/1776 2944/2099/1821</w:t>
        <w:br/>
        <w:t>f 2943/2100/1822 2946/2097/1820 2944/2099/1821</w:t>
        <w:br/>
        <w:t>f 2950/2101/1823 2949/2102/1823 2948/2103/1824</w:t>
        <w:br/>
        <w:t>f 2947/2104/1825 2950/2101/1823 2948/2103/1824</w:t>
        <w:br/>
        <w:t>f 2952/2105/1788 2946/2097/1820 2943/2100/1822</w:t>
        <w:br/>
        <w:t>f 2951/2106/1826 2952/2105/1788 2943/2100/1822</w:t>
        <w:br/>
        <w:t>f 2955/2107/1827 2934/2087/1812 2954/2108/1828</w:t>
        <w:br/>
        <w:t>f 2953/2109/1828 2955/2107/1827 2954/2108/1828</w:t>
        <w:br/>
        <w:t>f 2947/2104/1825 2948/2103/1824 2957/2110/1829</w:t>
        <w:br/>
        <w:t>f 2956/2111/1829 2947/2104/1825 2957/2110/1829</w:t>
        <w:br/>
        <w:t>f 2894/2048/1774 2918/2072/1798 2910/2065/1791</w:t>
        <w:br/>
        <w:t>f 2897/2051/1777 2886/2041/1767 2919/2073/1799</w:t>
        <w:br/>
        <w:t>f 2958/2112/1830 2897/2051/1777 2919/2073/1799</w:t>
        <w:br/>
        <w:t>f 2962/2113/1831 2961/2114/1832 2960/2115/1794</w:t>
        <w:br/>
        <w:t>f 2959/2116/1833 2962/2113/1831 2960/2115/1794</w:t>
        <w:br/>
        <w:t>f 2949/2102/1823 2950/2101/1823 2963/2117/1834</w:t>
        <w:br/>
        <w:t>f 2966/2118/1816 2965/2119/1807 2964/2120/1835</w:t>
        <w:br/>
        <w:t>f 2960/2115/1794 2952/2105/1788 2951/2106/1826</w:t>
        <w:br/>
        <w:t>f 2959/2116/1833 2960/2115/1794 2951/2106/1826</w:t>
        <w:br/>
        <w:t>f 2969/2121/1836 2968/2122/1837 2967/2123/1838</w:t>
        <w:br/>
        <w:t>f 2970/2124/1839 2969/2121/1836 2967/2123/1838</w:t>
        <w:br/>
        <w:t>f 2945/2098/1776 2972/2125/1785 2971/2126/1840</w:t>
        <w:br/>
        <w:t>f 2944/2099/1821 2945/2098/1776 2971/2126/1840</w:t>
        <w:br/>
        <w:t>f 2938/2092/1817 2968/2122/1837 2973/2127/1841</w:t>
        <w:br/>
        <w:t>f 2974/2128/1842 2968/2122/1837 2969/2121/1836</w:t>
        <w:br/>
        <w:t>f 2934/2087/1812 2955/2107/1827 2933/2088/1813</w:t>
        <w:br/>
        <w:t>f 2975/2129/1843 2969/2121/1836 2970/2124/1839</w:t>
        <w:br/>
        <w:t>f 2978/2130/1844 2977/2131/1845 2976/2132/1846</w:t>
        <w:br/>
        <w:t>f 2974/2128/1842 2979/2133/1847 2973/2127/1841</w:t>
        <w:br/>
        <w:t>f 2968/2122/1837 2974/2128/1842 2973/2127/1841</w:t>
        <w:br/>
        <w:t>f 2956/2111/1829 2957/2110/1829 2981/2134/1848</w:t>
        <w:br/>
        <w:t>f 2980/2135/1848 2956/2111/1829 2981/2134/1848</w:t>
        <w:br/>
        <w:t>f 2984/2136/1849 2983/2137/1850 2982/2138/1851</w:t>
        <w:br/>
        <w:t>f 2987/2139/1852 2986/2140/1852 2985/2141/1853</w:t>
        <w:br/>
        <w:t>f 2911/2064/1790 2910/2065/1791 2988/2142/1854</w:t>
        <w:br/>
        <w:t>f 2936/2090/1815 2911/2064/1790 2988/2142/1854</w:t>
        <w:br/>
        <w:t>f 2977/2131/1845 2991/2143/1855 2990/2144/1856</w:t>
        <w:br/>
        <w:t>f 2989/2145/1857 2977/2131/1845 2990/2144/1856</w:t>
        <w:br/>
        <w:t>f 2992/2146/1858 2917/2071/1797 2938/2092/1817</w:t>
        <w:br/>
        <w:t>f 2978/2130/1844 2993/2147/1859 2977/2131/1845</w:t>
        <w:br/>
        <w:t>f 2997/2148/1828 2996/2149/1860 2995/2150/1861</w:t>
        <w:br/>
        <w:t>f 2994/2151/1828 2997/2148/1828 2995/2150/1861</w:t>
        <w:br/>
        <w:t>f 2977/2131/1845 2993/2147/1859 2991/2143/1855</w:t>
        <w:br/>
        <w:t>f 2897/2051/1777 2958/2112/1830 2998/2152/1862</w:t>
        <w:br/>
        <w:t>f 2935/2089/1814 2897/2051/1777 2998/2152/1862</w:t>
        <w:br/>
        <w:t>f 2993/2147/1859 2999/2153/1863 2991/2143/1855</w:t>
        <w:br/>
        <w:t>f 3002/2154/1864 3001/2155/1865 2984/2136/1849</w:t>
        <w:br/>
        <w:t>f 3000/2156/1866 3002/2154/1864 2984/2136/1849</w:t>
        <w:br/>
        <w:t>f 3005/2157/1867 3004/2158/1868 3003/2159/1869</w:t>
        <w:br/>
        <w:t>f 2919/2073/1799 3007/2160/1870 3006/2161/1871</w:t>
        <w:br/>
        <w:t>f 2958/2112/1830 2919/2073/1799 3006/2161/1871</w:t>
        <w:br/>
        <w:t>f 3009/2162/1872 2990/2144/1856 2991/2143/1855</w:t>
        <w:br/>
        <w:t>f 3008/2163/1873 3009/2162/1872 2991/2143/1855</w:t>
        <w:br/>
        <w:t>f 3011/2164/1874 3001/2155/1865 3002/2154/1864</w:t>
        <w:br/>
        <w:t>f 3010/2165/1875 3011/2164/1874 3002/2154/1864</w:t>
        <w:br/>
        <w:t>f 3013/2166/1876 2910/2065/1791 3012/2167/1877</w:t>
        <w:br/>
        <w:t>f 2972/2125/1785 3015/2168/1814 3014/2169/1878</w:t>
        <w:br/>
        <w:t>f 2971/2126/1840 2972/2125/1785 3014/2169/1878</w:t>
        <w:br/>
        <w:t>f 3017/2170/1879 2962/2113/1831 2959/2116/1833</w:t>
        <w:br/>
        <w:t>f 3016/2171/1880 3017/2170/1879 2959/2116/1833</w:t>
        <w:br/>
        <w:t>f 3019/2172/1881 3008/2163/1873 3018/2173/1882</w:t>
        <w:br/>
        <w:t>f 3008/2163/1873 2991/2143/1855 3004/2158/1883</w:t>
        <w:br/>
        <w:t>f 3018/2173/1882 3008/2163/1873 3004/2158/1883</w:t>
        <w:br/>
        <w:t>f 3019/2172/1881 3020/2174/1884 3008/2163/1873</w:t>
        <w:br/>
        <w:t>f 2980/2135/1848 2981/2134/1848 3022/2175/1885</w:t>
        <w:br/>
        <w:t>f 3021/2176/1886 2980/2135/1848 3022/2175/1885</w:t>
        <w:br/>
        <w:t>f 2987/2139/1852 3023/2177/1887 2986/2140/1852</w:t>
        <w:br/>
        <w:t>f 2951/2106/1826 2943/2100/1822 3025/2178/1888</w:t>
        <w:br/>
        <w:t>f 3024/2179/1889 2951/2106/1826 3025/2178/1888</w:t>
        <w:br/>
        <w:t>f 2943/2100/1822 2944/2099/1821 3026/2180/1890</w:t>
        <w:br/>
        <w:t>f 3025/2178/1888 2943/2100/1822 3026/2180/1890</w:t>
        <w:br/>
        <w:t>f 2982/2138/1851 2983/2137/1850 3027/2181/1891</w:t>
        <w:br/>
        <w:t>f 2959/2116/1833 2951/2106/1826 3024/2179/1889</w:t>
        <w:br/>
        <w:t>f 3016/2171/1880 2959/2116/1833 3024/2179/1889</w:t>
        <w:br/>
        <w:t>f 3000/2156/1866 2984/2136/1849 2982/2138/1851</w:t>
        <w:br/>
        <w:t>f 3028/2182/1892 3000/2156/1866 2982/2138/1851</w:t>
        <w:br/>
        <w:t>f 3032/2183/1893 3031/2184/1894 3030/2185/1895</w:t>
        <w:br/>
        <w:t>f 3029/2186/1896 3032/2183/1893 3030/2185/1895</w:t>
        <w:br/>
        <w:t>f 3036/2187/1897 3035/2188/1898 3034/2189/1899</w:t>
        <w:br/>
        <w:t>f 3033/2190/1900 3036/2187/1897 3034/2189/1899</w:t>
        <w:br/>
        <w:t>f 2910/2065/1791 3013/2166/1876 3037/2191/1901</w:t>
        <w:br/>
        <w:t>f 2988/2142/1854 2910/2065/1791 3037/2191/1901</w:t>
        <w:br/>
        <w:t>f 3032/2183/1893 3040/2192/1902 3039/2193/1903</w:t>
        <w:br/>
        <w:t>f 3038/2194/1904 3032/2183/1893 3039/2193/1903</w:t>
        <w:br/>
        <w:t>f 3034/2189/1905 3002/2154/1864 3000/2156/1866</w:t>
        <w:br/>
        <w:t>f 3043/2195/1906 2996/2149/1860 3042/2196/1907</w:t>
        <w:br/>
        <w:t>f 3041/2197/1908 3043/2195/1906 3042/2196/1907</w:t>
        <w:br/>
        <w:t>f 2944/2099/1821 2971/2126/1840 3044/2198/1909</w:t>
        <w:br/>
        <w:t>f 3026/2180/1890 2944/2099/1821 3044/2198/1909</w:t>
        <w:br/>
        <w:t>f 3046/2199/1910 3008/2163/1873 3020/2174/1884</w:t>
        <w:br/>
        <w:t>f 3045/2200/1911 3046/2199/1910 3020/2174/1884</w:t>
        <w:br/>
        <w:t>f 2996/2149/1860 3043/2195/1906 2995/2150/1861</w:t>
        <w:br/>
        <w:t>f 3031/2184/1894 3032/2183/1893 3048/2201/1912</w:t>
        <w:br/>
        <w:t>f 3047/2202/1913 3031/2184/1894 3048/2201/1912</w:t>
        <w:br/>
        <w:t>f 3049/2203/1914 3009/2162/1872 3008/2163/1873</w:t>
        <w:br/>
        <w:t>f 3046/2199/1910 3049/2203/1914 3008/2163/1873</w:t>
        <w:br/>
        <w:t>f 3051/2204/1915 3050/2205/1916 3000/2156/1866</w:t>
        <w:br/>
        <w:t>f 3053/2206/1917 3027/2181/1891 3052/2207/1918</w:t>
        <w:br/>
        <w:t>f 3030/2185/1895 3055/2208/1919 3054/2209/1920</w:t>
        <w:br/>
        <w:t>f 3057/2210/1921 3017/2170/1879 3016/2171/1880</w:t>
        <w:br/>
        <w:t>f 3056/2211/1922 3057/2210/1921 3016/2171/1880</w:t>
        <w:br/>
        <w:t>f 3058/2212/1923 3021/2176/1886 3022/2175/1885</w:t>
        <w:br/>
        <w:t>f 3060/2213/1924 3014/2169/1878 3015/2168/1814</w:t>
        <w:br/>
        <w:t>f 3059/2214/1862 3060/2213/1924 3015/2168/1814</w:t>
        <w:br/>
        <w:t>f 3046/2199/1910 3045/2200/1911 3062/2215/1925</w:t>
        <w:br/>
        <w:t>f 3061/2216/1926 3046/2199/1910 3062/2215/1925</w:t>
        <w:br/>
        <w:t>f 2971/2126/1840 3014/2169/1878 3063/2217/1927</w:t>
        <w:br/>
        <w:t>f 3044/2198/1909 2971/2126/1840 3063/2217/1927</w:t>
        <w:br/>
        <w:t>f 3065/2218/1928 3064/2219/1928 3050/2205/1916</w:t>
        <w:br/>
        <w:t>f 3051/2204/1915 3065/2218/1928 3050/2205/1916</w:t>
        <w:br/>
        <w:t>f 3067/2220/1929 3054/2209/1920 3066/2221/1930</w:t>
        <w:br/>
        <w:t>f 3028/2182/1892 2982/2138/1851 3069/2222/1931</w:t>
        <w:br/>
        <w:t>f 3068/2223/1932 3028/2182/1892 3069/2222/1931</w:t>
        <w:br/>
        <w:t>f 3073/2224/1933 3072/2225/1934 3071/2226/1935</w:t>
        <w:br/>
        <w:t>f 3070/2227/1936 3073/2224/1933 3071/2226/1935</w:t>
        <w:br/>
        <w:t>f 3056/2211/1922 3016/2171/1880 3024/2179/1889</w:t>
        <w:br/>
        <w:t>f 3074/2228/1937 3056/2211/1922 3024/2179/1889</w:t>
        <w:br/>
        <w:t>f 3077/2229/1938 3076/2230/1939 3075/2231/1940</w:t>
        <w:br/>
        <w:t>f 3055/2208/1941 3077/2229/1938 3075/2231/1940</w:t>
        <w:br/>
        <w:t>f 3080/2232/1942 3079/2233/1943 3078/2234/1944</w:t>
        <w:br/>
        <w:t>f 3069/2222/1931 3027/2181/1891 3053/2206/1917</w:t>
        <w:br/>
        <w:t>f 3081/2235/1945 3069/2222/1931 3053/2206/1917</w:t>
        <w:br/>
        <w:t>f 3054/2209/1920 3055/2208/1919 3082/2236/1946</w:t>
        <w:br/>
        <w:t>f 3085/2237/1947 3084/2238/1935 3083/2239/1948</w:t>
        <w:br/>
        <w:t>f 3041/2197/1908 3042/2196/1907 3086/2240/1949</w:t>
        <w:br/>
        <w:t>f 3080/2232/1942 3067/2220/1929 3066/2221/1930</w:t>
        <w:br/>
        <w:t>f 3087/2241/1950 3061/2216/1926 3062/2215/1925</w:t>
        <w:br/>
        <w:t>f 3000/2156/1866 3089/2242/1951 3088/2243/1952</w:t>
        <w:br/>
        <w:t>f 3076/2230/1939 3090/2244/1953 3075/2231/1940</w:t>
        <w:br/>
        <w:t>f 3057/2210/1921 3056/2211/1922 3091/2245/1954</w:t>
        <w:br/>
        <w:t>f 3052/2207/1918 3037/2191/1901 3053/2206/1917</w:t>
        <w:br/>
        <w:t>f 3049/2203/1914 3046/2199/1910 3061/2216/1926</w:t>
        <w:br/>
        <w:t>f 3092/2246/1955 3049/2203/1914 3061/2216/1926</w:t>
        <w:br/>
        <w:t>f 3095/2247/1956 3094/2248/1957 3093/2249/1958</w:t>
        <w:br/>
        <w:t>f 3041/2197/1908 3086/2240/1949 3097/2250/1959</w:t>
        <w:br/>
        <w:t>f 3096/2251/1960 3041/2197/1908 3097/2250/1959</w:t>
        <w:br/>
        <w:t>f 3100/2252/1961 3099/2253/1962 3098/2254/1963</w:t>
        <w:br/>
        <w:t>f 3079/2233/1943 3100/2252/1961 3098/2254/1963</w:t>
        <w:br/>
        <w:t>f 3102/2255/1964 3101/2256/1965 3076/2230/1939</w:t>
        <w:br/>
        <w:t>f 3077/2229/1938 3102/2255/1964 3076/2230/1939</w:t>
        <w:br/>
        <w:t>f 3025/2178/1888 3103/2257/1966 3074/2228/1937</w:t>
        <w:br/>
        <w:t>f 3024/2179/1889 3025/2178/1888 3074/2228/1937</w:t>
        <w:br/>
        <w:t>f 3091/2245/1954 3056/2211/1922 3104/2258/1967</w:t>
        <w:br/>
        <w:t>f 3087/2241/1950 3105/2259/1968 3061/2216/1926</w:t>
        <w:br/>
        <w:t>f 3014/2169/1878 3060/2213/1924 3106/2260/1969</w:t>
        <w:br/>
        <w:t>f 3063/2217/1927 3014/2169/1878 3106/2260/1969</w:t>
        <w:br/>
        <w:t>f 3100/2252/1961 3108/2261/1970 3107/2262/1971</w:t>
        <w:br/>
        <w:t>f 3025/2178/1888 3026/2180/1890 3109/2263/1972</w:t>
        <w:br/>
        <w:t>f 3103/2257/1966 3025/2178/1888 3109/2263/1972</w:t>
        <w:br/>
        <w:t>f 3111/2264/1973 3098/2254/1963 3099/2253/1962</w:t>
        <w:br/>
        <w:t>f 3110/2265/1974 3111/2264/1973 3099/2253/1962</w:t>
        <w:br/>
        <w:t>f 3094/2248/1957 3113/2266/1975 3112/2267/1976</w:t>
        <w:br/>
        <w:t>f 3104/2258/1967 3056/2211/1922 3114/2268/1977</w:t>
        <w:br/>
        <w:t>f 3097/2250/1959 3116/2269/1978 3115/2270/1979</w:t>
        <w:br/>
        <w:t>f 3096/2251/1960 3097/2250/1959 3115/2270/1979</w:t>
        <w:br/>
        <w:t>f 3120/2271/1980 3119/2272/1981 3118/2273/1982</w:t>
        <w:br/>
        <w:t>f 3117/2274/1983 3120/2271/1980 3118/2273/1982</w:t>
        <w:br/>
        <w:t>f 3061/2216/1926 3105/2259/1968 3122/2275/1984</w:t>
        <w:br/>
        <w:t>f 3121/2276/1985 3061/2216/1926 3122/2275/1984</w:t>
        <w:br/>
        <w:t>f 3101/2256/1965 3124/2277/1986 3123/2278/1987</w:t>
        <w:br/>
        <w:t>f 3123/2278/1987 3125/2279/1988 3090/2244/1953</w:t>
        <w:br/>
        <w:t>f 3068/2223/1932 3069/2222/1931 3126/2280/1989</w:t>
        <w:br/>
        <w:t>f 3026/2180/1890 3044/2198/1909 3127/2281/1990</w:t>
        <w:br/>
        <w:t>f 3109/2263/1972 3026/2180/1890 3127/2281/1990</w:t>
        <w:br/>
        <w:t>f 3128/2282/1991 3089/2242/1951 3028/2182/1892</w:t>
        <w:br/>
        <w:t>f 3132/2283/1992 3131/2284/1993 3130/2285/1994</w:t>
        <w:br/>
        <w:t>f 3129/2286/1994 3132/2283/1992 3130/2285/1994</w:t>
        <w:br/>
        <w:t>f 3081/2235/1945 3053/2206/1917 3134/2287/1995</w:t>
        <w:br/>
        <w:t>f 3133/2288/1996 3081/2235/1945 3134/2287/1995</w:t>
        <w:br/>
        <w:t>f 3136/2289/1997 3056/2211/1922 3074/2228/1937</w:t>
        <w:br/>
        <w:t>f 3135/2290/1998 3136/2289/1997 3074/2228/1937</w:t>
        <w:br/>
        <w:t>f 3114/2268/1977 3056/2211/1922 3136/2289/1997</w:t>
        <w:br/>
        <w:t>f 3099/2253/1962 3100/2252/1961 3107/2262/1971</w:t>
        <w:br/>
        <w:t>f 3137/2291/1999 3099/2253/1962 3107/2262/1971</w:t>
        <w:br/>
        <w:t>f 3092/2246/1955 3061/2216/1926 3121/2276/1985</w:t>
        <w:br/>
        <w:t>f 3138/2292/2000 3092/2246/1955 3121/2276/1985</w:t>
        <w:br/>
        <w:t>f 3140/2293/2001 3139/2294/2002 3112/2267/1976</w:t>
        <w:br/>
        <w:t>f 3113/2266/1975 3140/2293/2001 3112/2267/1976</w:t>
        <w:br/>
        <w:t>f 3113/2266/1975 3141/2295/2003 3140/2293/2001</w:t>
        <w:br/>
        <w:t>f 3044/2198/1909 3063/2217/1927 3142/2296/2004</w:t>
        <w:br/>
        <w:t>f 3127/2281/1990 3044/2198/1909 3142/2296/2004</w:t>
        <w:br/>
        <w:t>f 3143/2297/2005 3121/2276/1985 3122/2275/1984</w:t>
        <w:br/>
        <w:t>f 3088/2243/1952 3089/2242/1951 3145/2298/2006</w:t>
        <w:br/>
        <w:t>f 3144/2299/2007 3088/2243/1952 3145/2298/2006</w:t>
        <w:br/>
        <w:t>f 3148/2300/2008 3147/2301/2009 3146/2302/2010</w:t>
        <w:br/>
        <w:t>f 3152/2303/2011 3151/2304/2012 3150/2305/2011</w:t>
        <w:br/>
        <w:t>f 3149/2306/2013 3152/2303/2011 3150/2305/2011</w:t>
        <w:br/>
        <w:t>f 3114/2268/1977 3136/2289/1997 3153/2307/2014</w:t>
        <w:br/>
        <w:t>f 3156/2308/2015 3155/2309/2016 3154/2310/2016</w:t>
        <w:br/>
        <w:t>f 3110/2265/1974 3099/2253/1962 3157/2311/2017</w:t>
        <w:br/>
        <w:t>f 3159/2312/2018 3158/2313/2019 3093/2249/1958</w:t>
        <w:br/>
        <w:t>f 3110/2265/1974 3160/2314/2020 3111/2264/1973</w:t>
        <w:br/>
        <w:t>f 3162/2315/2021 3148/2300/2008 3161/2316/2022</w:t>
        <w:br/>
        <w:t>f 3093/2249/1958 3164/2317/2023 3163/2318/2024</w:t>
        <w:br/>
        <w:t>f 3094/2248/1957 3112/2267/1976 3165/2319/2025</w:t>
        <w:br/>
        <w:t>f 3164/2317/2023 3094/2248/1957 3165/2319/2025</w:t>
        <w:br/>
        <w:t>f 3135/2290/1998 3103/2257/1966 3166/2320/2026</w:t>
        <w:br/>
        <w:t>f 3168/2321/2027 3141/2295/2003 3167/2322/2028</w:t>
        <w:br/>
        <w:t>f 3172/2323/2029 3171/2324/2030 3170/2325/2031</w:t>
        <w:br/>
        <w:t>f 3169/2326/2032 3172/2323/2029 3170/2325/2031</w:t>
        <w:br/>
        <w:t>f 3063/2217/1927 3106/2260/1969 3173/2327/2033</w:t>
        <w:br/>
        <w:t>f 3142/2296/2004 3063/2217/1927 3173/2327/2033</w:t>
        <w:br/>
        <w:t>f 3089/2242/1951 3128/2282/1991 3174/2328/2034</w:t>
        <w:br/>
        <w:t>f 3145/2298/2006 3089/2242/1951 3174/2328/2034</w:t>
        <w:br/>
        <w:t>f 3175/2329/2035 3128/2282/1991 3068/2223/1932</w:t>
        <w:br/>
        <w:t>f 3126/2280/1989 3175/2329/2035 3068/2223/1932</w:t>
        <w:br/>
        <w:t>f 3165/2319/2025 3112/2267/1976 3139/2294/2002</w:t>
        <w:br/>
        <w:t>f 3176/2330/2036 3165/2319/2025 3139/2294/2002</w:t>
        <w:br/>
        <w:t>f 3178/2331/2037 3162/2315/2021 3161/2316/2022</w:t>
        <w:br/>
        <w:t>f 3177/2332/2038 3178/2331/2037 3161/2316/2022</w:t>
        <w:br/>
        <w:t>f 3181/2333/2039 3180/2334/2040 3179/2335/2041</w:t>
        <w:br/>
        <w:t>f 3180/2334/2040 3121/2276/1985 3156/2308/2042</w:t>
        <w:br/>
        <w:t>f 3126/2280/1989 3081/2235/1945 3133/2288/1996</w:t>
        <w:br/>
        <w:t>f 3182/2336/2043 3126/2280/1989 3133/2288/1996</w:t>
        <w:br/>
        <w:t>f 3183/2337/2044 3171/2324/2030 3172/2323/2029</w:t>
        <w:br/>
        <w:t>f 3184/2338/2045 3153/2307/2014 3136/2289/1997</w:t>
        <w:br/>
        <w:t>f 3186/2339/2046 3185/2340/2047 3153/2307/2014</w:t>
        <w:br/>
        <w:t>f 3184/2338/2045 3186/2339/2046 3153/2307/2014</w:t>
        <w:br/>
        <w:t>f 3138/2292/2000 3121/2276/1985 3180/2334/2040</w:t>
        <w:br/>
        <w:t>f 3187/2341/2048 3138/2292/2000 3180/2334/2040</w:t>
        <w:br/>
        <w:t>f 3109/2263/1972 3188/2342/2049 3166/2320/2026</w:t>
        <w:br/>
        <w:t>f 3103/2257/1966 3109/2263/1972 3166/2320/2026</w:t>
        <w:br/>
        <w:t>f 3189/2343/2050 3178/2331/2037 3177/2332/2038</w:t>
        <w:br/>
        <w:t>f 3191/2344/2051 3190/2345/2052 3169/2326/2032</w:t>
        <w:br/>
        <w:t>f 3170/2325/2031 3191/2344/2051 3169/2326/2032</w:t>
        <w:br/>
        <w:t>f 3184/2338/2045 3135/2290/1998 3192/2346/2053</w:t>
        <w:br/>
        <w:t>f 3144/2299/2007 3145/2298/2006 3194/2347/2054</w:t>
        <w:br/>
        <w:t>f 3193/2348/2055 3144/2299/2007 3194/2347/2054</w:t>
        <w:br/>
        <w:t>f 3195/2349/2056 3110/2265/1974 3157/2311/2017</w:t>
        <w:br/>
        <w:t>f 3181/2333/2039 3196/2350/2057 3180/2334/2040</w:t>
        <w:br/>
        <w:t>f 3127/2281/1990 3197/2351/2058 3188/2342/2049</w:t>
        <w:br/>
        <w:t>f 3109/2263/1972 3127/2281/1990 3188/2342/2049</w:t>
        <w:br/>
        <w:t>f 3199/2352/2059 3183/2337/2060 3198/2353/2061</w:t>
        <w:br/>
        <w:t>f 3171/2324/2030 3200/2354/2062 3170/2325/2031</w:t>
        <w:br/>
        <w:t>f 3127/2281/1990 3142/2296/2004 3201/2355/2063</w:t>
        <w:br/>
        <w:t>f 3197/2351/2058 3127/2281/1990 3201/2355/2063</w:t>
        <w:br/>
        <w:t>f 3175/2329/2035 3126/2280/1989 3182/2336/2043</w:t>
        <w:br/>
        <w:t>f 3202/2356/2064 3175/2329/2035 3182/2336/2043</w:t>
        <w:br/>
        <w:t>f 3205/2357/2065 3204/2358/2066 3203/2359/2067</w:t>
        <w:br/>
        <w:t>f 3206/2360/2068 3205/2357/2065 3203/2359/2067</w:t>
        <w:br/>
        <w:t>f 3208/2361/2069 3207/2362/2070 3198/2353/2071</w:t>
        <w:br/>
        <w:t>f 3194/2347/2054 3145/2298/2006 3174/2328/2034</w:t>
        <w:br/>
        <w:t>f 3209/2363/2072 3194/2347/2054 3174/2328/2034</w:t>
        <w:br/>
        <w:t>f 3213/2364/2073 3212/2365/2074 3211/2366/2075</w:t>
        <w:br/>
        <w:t>f 3210/2367/2076 3213/2364/2073 3211/2366/2075</w:t>
        <w:br/>
        <w:t>f 3214/2368/2077 3174/2328/2034 3128/2282/1991</w:t>
        <w:br/>
        <w:t>f 3175/2329/2035 3214/2368/2077 3128/2282/1991</w:t>
        <w:br/>
        <w:t>f 3173/2327/2033 3201/2355/2063 3142/2296/2004</w:t>
        <w:br/>
        <w:t>f 3215/2369/2078 3191/2344/2051 3170/2325/2031</w:t>
        <w:br/>
        <w:t>f 3200/2354/2062 3215/2369/2078 3170/2325/2031</w:t>
        <w:br/>
        <w:t>f 3199/2352/2059 3216/2370/2079 3171/2324/2030</w:t>
        <w:br/>
        <w:t>f 3193/2348/2055 3194/2347/2054 3218/2371/2080</w:t>
        <w:br/>
        <w:t>f 3217/2372/2081 3193/2348/2055 3218/2371/2080</w:t>
        <w:br/>
        <w:t>f 3220/2373/2082 3203/2359/2067 3219/2374/2083</w:t>
        <w:br/>
        <w:t>f 3173/2327/2033 3221/2375/2084 3201/2355/2063</w:t>
        <w:br/>
        <w:t>f 3180/2334/2040 3196/2350/2057 3187/2341/2048</w:t>
        <w:br/>
        <w:t>f 3209/2363/2072 3174/2328/2034 3214/2368/2077</w:t>
        <w:br/>
        <w:t>f 3222/2376/2085 3209/2363/2072 3214/2368/2077</w:t>
        <w:br/>
        <w:t>f 3212/2365/2074 3224/2377/2086 3223/2378/2087</w:t>
        <w:br/>
        <w:t>f 3211/2366/2075 3212/2365/2074 3223/2378/2087</w:t>
        <w:br/>
        <w:t>f 3225/2379/2088 3218/2371/2080 3194/2347/2054</w:t>
        <w:br/>
        <w:t>f 3209/2363/2072 3225/2379/2088 3194/2347/2054</w:t>
        <w:br/>
        <w:t>f 3227/2380/2089 3195/2349/2056 3226/2381/2090</w:t>
        <w:br/>
        <w:t>f 3214/2368/2077 3175/2329/2035 3202/2356/2064</w:t>
        <w:br/>
        <w:t>f 3228/2382/2091 3214/2368/2077 3202/2356/2064</w:t>
        <w:br/>
        <w:t>f 3221/2375/2084 3173/2327/2033 3230/2383/2092</w:t>
        <w:br/>
        <w:t>f 3229/2384/2093 3221/2375/2084 3230/2383/2092</w:t>
        <w:br/>
        <w:t>f 3197/2351/2058 3201/2355/2063 3221/2375/2084</w:t>
        <w:br/>
        <w:t>f 3231/2385/2094 3197/2351/2058 3221/2375/2084</w:t>
        <w:br/>
        <w:t>f 3184/2338/2045 3232/2386/2095 3186/2339/2046</w:t>
        <w:br/>
        <w:t>f 3135/2290/1998 3166/2320/2026 3192/2346/2053</w:t>
        <w:br/>
        <w:t>f 3235/2387/2096 3234/2388/2097 3233/2389/2098</w:t>
        <w:br/>
        <w:t>f 3198/2353/2061 3235/2387/2096 3233/2389/2098</w:t>
        <w:br/>
        <w:t>f 3237/2390/2099 3215/2369/2078 3236/2391/2100</w:t>
        <w:br/>
        <w:t>f 3238/2392/2101 3199/2352/2059 3233/2389/2098</w:t>
        <w:br/>
        <w:t>f 3200/2354/2062 3239/2393/2102 3236/2391/2100</w:t>
        <w:br/>
        <w:t>f 3240/2394/2103 3225/2379/2088 3209/2363/2072</w:t>
        <w:br/>
        <w:t>f 3222/2376/2085 3240/2394/2103 3209/2363/2072</w:t>
        <w:br/>
        <w:t>f 3184/2338/2045 3192/2346/2053 3241/2395/2104</w:t>
        <w:br/>
        <w:t>f 3188/2342/2049 3197/2351/2058 3231/2385/2094</w:t>
        <w:br/>
        <w:t>f 3242/2396/2105 3188/2342/2049 3231/2385/2094</w:t>
        <w:br/>
        <w:t>f 3220/2373/2082 3219/2374/2083 3243/2397/2106</w:t>
        <w:br/>
        <w:t>f 3244/2398/2107 3220/2373/2082 3243/2397/2106</w:t>
        <w:br/>
        <w:t>f 3218/2371/2080 3246/2399/2108 3245/2400/2109</w:t>
        <w:br/>
        <w:t>f 3250/2401/2110 3249/2402/2111 3248/2403/2112</w:t>
        <w:br/>
        <w:t>f 3247/2404/2113 3250/2401/2110 3248/2403/2112</w:t>
        <w:br/>
        <w:t>f 3228/2382/2091 3222/2376/2085 3214/2368/2077</w:t>
        <w:br/>
        <w:t>f 3253/2405/2114 3252/2406/2115 3251/2407/2114</w:t>
        <w:br/>
        <w:t>f 3166/2320/2026 3242/2396/2105 3254/2408/2116</w:t>
        <w:br/>
        <w:t>f 3230/2383/2092 3256/2409/2117 3255/2410/2118</w:t>
        <w:br/>
        <w:t>f 3237/2390/2099 3258/2411/2119 3257/2412/2120</w:t>
        <w:br/>
        <w:t>f 3231/2385/2094 3221/2375/2084 3229/2384/2093</w:t>
        <w:br/>
        <w:t>f 3259/2413/2121 3231/2385/2094 3229/2384/2093</w:t>
        <w:br/>
        <w:t>f 3228/2382/2091 3240/2394/2103 3222/2376/2085</w:t>
        <w:br/>
        <w:t>f 3216/2370/2079 3260/2414/2122 3239/2393/2102</w:t>
        <w:br/>
        <w:t>f 3159/2312/2018 3163/2318/2024 3261/2415/2123</w:t>
        <w:br/>
        <w:t>f 3165/2319/2025 3176/2330/2036 3262/2416/2124</w:t>
        <w:br/>
        <w:t>f 3164/2317/2023 3165/2319/2025 3261/2415/2123</w:t>
        <w:br/>
        <w:t>f 3163/2318/2024 3164/2317/2023 3261/2415/2123</w:t>
        <w:br/>
        <w:t>f 3161/2316/2022 3146/2302/2010 3261/2415/2125</w:t>
        <w:br/>
        <w:t>f 3190/2345/2052 3191/2344/2051 3261/2415/2125</w:t>
        <w:br/>
        <w:t>f 3265/2417/2126 3264/2418/2127 3263/2419/2126</w:t>
        <w:br/>
        <w:t>f 3267/2420/2128 3232/2386/2095 3266/2421/2129</w:t>
        <w:br/>
        <w:t>f 3236/2391/2100 3268/2422/2130 3258/2411/2119</w:t>
        <w:br/>
        <w:t>f 3191/2344/2051 3215/2369/2078 3261/2415/2125</w:t>
        <w:br/>
        <w:t>f 3177/2332/2038 3161/2316/2022 3261/2415/2125</w:t>
        <w:br/>
        <w:t>f 3270/2423/2131 3250/2401/2110 3269/2424/2132</w:t>
        <w:br/>
        <w:t>f 3271/2425/2133 3177/2332/2038 3261/2415/2125</w:t>
        <w:br/>
        <w:t>f 3240/2394/2103 3272/2426/2134 3225/2379/2088</w:t>
        <w:br/>
        <w:t>f 3204/2358/2066 3205/2357/2065 3261/2415/2125</w:t>
        <w:br/>
        <w:t>f 3192/2346/2053 3254/2408/2116 3266/2421/2129</w:t>
        <w:br/>
        <w:t>f 3276/2427/2135 3275/2428/2136 3274/2429/2137</w:t>
        <w:br/>
        <w:t>f 3273/2430/2138 3276/2427/2135 3274/2429/2137</w:t>
        <w:br/>
        <w:t>f 3215/2369/2078 3237/2390/2099 3261/2415/2125</w:t>
        <w:br/>
        <w:t>f 3280/2431/2139 3279/2432/2140 3278/2433/2141</w:t>
        <w:br/>
        <w:t>f 3277/2434/2142 3280/2431/2139 3278/2433/2141</w:t>
        <w:br/>
        <w:t>f 3237/2390/2099 3257/2412/2120 3261/2415/2125</w:t>
        <w:br/>
        <w:t>f 3219/2374/2083 3204/2358/2066 3261/2415/2125</w:t>
        <w:br/>
        <w:t>f 3244/2398/2107 3243/2397/2106 3282/2435/2143</w:t>
        <w:br/>
        <w:t>f 3281/2436/2144 3244/2398/2107 3282/2435/2143</w:t>
        <w:br/>
        <w:t>f 3284/2437/2145 3279/2432/2140 3283/2438/2146</w:t>
        <w:br/>
        <w:t>f 3256/2409/2117 3284/2437/2145 3283/2438/2146</w:t>
        <w:br/>
        <w:t>f 3276/2427/2135 3273/2430/2138 3261/2415/2147</w:t>
        <w:br/>
        <w:t>f 3273/2430/2138 3285/2439/2148 3261/2415/2147</w:t>
        <w:br/>
        <w:t>f 3287/2440/2149 3253/2405/2114 3251/2407/2114</w:t>
        <w:br/>
        <w:t>f 3286/2441/2149 3287/2440/2149 3251/2407/2114</w:t>
        <w:br/>
        <w:t>f 3243/2397/2106 3219/2374/2083 3261/2415/2125</w:t>
        <w:br/>
        <w:t>f 3272/2426/2134 3240/2394/2103 3228/2382/2091</w:t>
        <w:br/>
        <w:t>f 3288/2442/2150 3272/2426/2134 3228/2382/2091</w:t>
        <w:br/>
        <w:t>f 3265/2417/2126 3263/2419/2126 3289/2443/2151</w:t>
        <w:br/>
        <w:t>f 3274/2429/2137 3275/2428/2136 3291/2444/2152</w:t>
        <w:br/>
        <w:t>f 3290/2445/2153 3274/2429/2137 3291/2444/2152</w:t>
        <w:br/>
        <w:t>f 3270/2423/2131 3294/2446/2154 3293/2447/2155</w:t>
        <w:br/>
        <w:t>f 3292/2448/2156 3270/2423/2131 3293/2447/2155</w:t>
        <w:br/>
        <w:t>f 3285/2439/2148 3295/2449/2157 3261/2415/2147</w:t>
        <w:br/>
        <w:t>f 3282/2435/2143 3243/2397/2106 3261/2415/2125</w:t>
        <w:br/>
        <w:t>f 3299/2450/2158 3298/2451/2159 3297/2452/2160</w:t>
        <w:br/>
        <w:t>f 3296/2453/2161 3299/2450/2158 3297/2452/2160</w:t>
        <w:br/>
        <w:t>f 3302/2454/2162 3301/2455/2163 3300/2456/2164</w:t>
        <w:br/>
        <w:t>f 3279/2432/2140 3280/2431/2139 3304/2457/2165</w:t>
        <w:br/>
        <w:t>f 3303/2458/2166 3279/2432/2140 3304/2457/2165</w:t>
        <w:br/>
        <w:t>f 3305/2459/2167 3302/2454/2162 3261/2415/2168</w:t>
        <w:br/>
        <w:t>f 3285/2439/2148 3273/2430/2138 3274/2429/2137</w:t>
        <w:br/>
        <w:t>f 3306/2460/2169 3285/2439/2148 3274/2429/2137</w:t>
        <w:br/>
        <w:t>f 3295/2449/2157 3307/2461/2170 3261/2415/2147</w:t>
        <w:br/>
        <w:t>f 3308/2462/2171 3255/2410/2118 3256/2409/2117</w:t>
        <w:br/>
        <w:t>f 3310/2463/2172 3309/2464/2173 3261/2415/2123</w:t>
        <w:br/>
        <w:t>f 3311/2465/2174 3305/2459/2167 3261/2415/2168</w:t>
        <w:br/>
        <w:t>f 3312/2466/2175 3310/2463/2176 3300/2456/2164</w:t>
        <w:br/>
        <w:t>f 3260/2414/2122 3238/2392/2101 3313/2467/2177</w:t>
        <w:br/>
        <w:t>f 3315/2468/2178 3314/2469/2179 3301/2455/2163</w:t>
        <w:br/>
        <w:t>f 3302/2454/2162 3315/2468/2178 3301/2455/2163</w:t>
        <w:br/>
        <w:t>f 3317/2470/2180 3316/2471/2180 3262/2416/2181</w:t>
        <w:br/>
        <w:t>f 3319/2472/2182 3318/2473/2183 3261/2415/2125</w:t>
        <w:br/>
        <w:t>f 3318/2473/2183 3320/2474/2184 3261/2415/2125</w:t>
        <w:br/>
        <w:t>f 3309/2464/2173 3321/2475/2185 3261/2415/2123</w:t>
        <w:br/>
        <w:t>f 3322/2476/2186 3319/2472/2182 3261/2415/2125</w:t>
        <w:br/>
        <w:t>f 3242/2396/2105 3231/2385/2094 3259/2413/2121</w:t>
        <w:br/>
        <w:t>f 3323/2477/2187 3242/2396/2105 3259/2413/2121</w:t>
        <w:br/>
        <w:t>f 3294/2446/2154 3270/2423/2131 3324/2478/2188</w:t>
        <w:br/>
        <w:t>f 3321/2475/2185 3325/2479/2189 3261/2415/2123</w:t>
        <w:br/>
        <w:t>f 3326/2480/2190 3322/2476/2186 3261/2415/2125</w:t>
        <w:br/>
        <w:t>f 3328/2481/2191 3245/2400/2109 3246/2399/2108</w:t>
        <w:br/>
        <w:t>f 3327/2482/2192 3328/2481/2191 3246/2399/2108</w:t>
        <w:br/>
        <w:t>f 3330/2483/2193 3293/2447/2155 3294/2446/2154</w:t>
        <w:br/>
        <w:t>f 3329/2484/2194 3330/2483/2193 3294/2446/2154</w:t>
        <w:br/>
        <w:t>f 3331/2485/2195 3280/2431/2139 3277/2434/2142</w:t>
        <w:br/>
        <w:t>f 3269/2424/2132 3332/2486/2196 3324/2478/2188</w:t>
        <w:br/>
        <w:t>f 3306/2460/2169 3274/2429/2137 3290/2445/2153</w:t>
        <w:br/>
        <w:t>f 3333/2487/2197 3306/2460/2169 3290/2445/2153</w:t>
        <w:br/>
        <w:t>f 3305/2459/2167 3315/2468/2178 3302/2454/2162</w:t>
        <w:br/>
        <w:t>f 3280/2431/2139 3331/2485/2195 3334/2488/2198</w:t>
        <w:br/>
        <w:t>f 3304/2457/2165 3280/2431/2139 3334/2488/2198</w:t>
        <w:br/>
        <w:t>f 3335/2489/2199 3267/2420/2128 3266/2421/2129</w:t>
        <w:br/>
        <w:t>f 3338/2490/2200 3337/2491/2201 3336/2492/2202</w:t>
        <w:br/>
        <w:t>f 3295/2449/2157 3285/2439/2148 3339/2493/2203</w:t>
        <w:br/>
        <w:t>f 3343/2494/2204 3342/2495/2205 3341/2496/2206</w:t>
        <w:br/>
        <w:t>f 3340/2497/2207 3343/2494/2204 3341/2496/2206</w:t>
        <w:br/>
        <w:t>f 3346/2498/2208 3345/2499/2209 3344/2500/2210</w:t>
        <w:br/>
        <w:t>f 3347/2501/2210 3346/2498/2208 3344/2500/2210</w:t>
        <w:br/>
        <w:t>f 3348/2502/2211 3256/2409/2117 3283/2438/2146</w:t>
        <w:br/>
        <w:t>f 3350/2503/2212 3287/2440/2149 3286/2441/2149</w:t>
        <w:br/>
        <w:t>f 3349/2504/2213 3350/2503/2212 3286/2441/2149</w:t>
        <w:br/>
        <w:t>f 3254/2408/2116 3242/2396/2105 3323/2477/2187</w:t>
        <w:br/>
        <w:t>f 3351/2505/2214 3254/2408/2116 3323/2477/2187</w:t>
        <w:br/>
        <w:t>f 3355/2506/2215 3354/2507/2216 3353/2508/2217</w:t>
        <w:br/>
        <w:t>f 3352/2509/2218 3355/2506/2215 3353/2508/2217</w:t>
        <w:br/>
        <w:t>f 3357/2510/2219 3330/2483/2193 3329/2484/2194</w:t>
        <w:br/>
        <w:t>f 3356/2511/2220 3357/2510/2219 3329/2484/2194</w:t>
        <w:br/>
        <w:t>f 3272/2426/2134 3358/2512/2221 3327/2482/2192</w:t>
        <w:br/>
        <w:t>f 3246/2399/2108 3272/2426/2134 3327/2482/2192</w:t>
        <w:br/>
        <w:t>f 3329/2484/2194 3294/2446/2154 3324/2478/2188</w:t>
        <w:br/>
        <w:t>f 3359/2513/2222 3329/2484/2194 3324/2478/2188</w:t>
        <w:br/>
        <w:t>f 3360/2514/2223 3332/2486/2196 3305/2459/2167</w:t>
        <w:br/>
        <w:t>f 3311/2465/2174 3360/2514/2223 3305/2459/2167</w:t>
        <w:br/>
        <w:t>f 3324/2478/2188 3360/2514/2223 3359/2513/2222</w:t>
        <w:br/>
        <w:t>f 3339/2493/2203 3306/2460/2169 3361/2515/2224</w:t>
        <w:br/>
        <w:t>f 3363/2516/2225 3260/2414/2122 3362/2517/2226</w:t>
        <w:br/>
        <w:t>f 3365/2518/2227 3303/2458/2166 3304/2457/2165</w:t>
        <w:br/>
        <w:t>f 3364/2519/2228 3365/2518/2227 3304/2457/2165</w:t>
        <w:br/>
        <w:t>f 3367/2520/2229 3335/2489/2199 3366/2521/2230</w:t>
        <w:br/>
        <w:t>f 3366/2521/2230 3266/2421/2129 3254/2408/2116</w:t>
        <w:br/>
        <w:t>f 3351/2505/2214 3366/2521/2230 3254/2408/2116</w:t>
        <w:br/>
        <w:t>f 3316/2471/2180 3317/2470/2180 3369/2522/2231</w:t>
        <w:br/>
        <w:t>f 3368/2523/2232 3316/2471/2180 3369/2522/2231</w:t>
        <w:br/>
        <w:t>f 3370/2524/2233 3307/2461/2170 3295/2449/2157</w:t>
        <w:br/>
        <w:t>f 3339/2493/2203 3370/2524/2233 3295/2449/2157</w:t>
        <w:br/>
        <w:t>f 3288/2442/2150 3371/2525/2234 3358/2512/2221</w:t>
        <w:br/>
        <w:t>f 3272/2426/2134 3288/2442/2150 3358/2512/2221</w:t>
        <w:br/>
        <w:t>f 3373/2526/2235 3372/2527/2236 3348/2502/2211</w:t>
        <w:br/>
        <w:t>f 3356/2511/2220 3329/2484/2194 3375/2528/2237</w:t>
        <w:br/>
        <w:t>f 3374/2529/2238 3356/2511/2220 3375/2528/2237</w:t>
        <w:br/>
        <w:t>f 3334/2488/2198 3376/2530/2239 3304/2457/2165</w:t>
        <w:br/>
        <w:t>f 3320/2474/2184 3318/2473/2183 3378/2531/2240</w:t>
        <w:br/>
        <w:t>f 3377/2532/2241 3320/2474/2184 3378/2531/2240</w:t>
        <w:br/>
        <w:t>f 3309/2464/2173 3380/2533/2242 3379/2534/2243</w:t>
        <w:br/>
        <w:t>f 3368/2523/2232 3369/2522/2231 3374/2529/2238</w:t>
        <w:br/>
        <w:t>f 3375/2528/2237 3368/2523/2232 3374/2529/2238</w:t>
        <w:br/>
        <w:t>f 3310/2463/2176 3312/2466/2175 3382/2535/2244</w:t>
        <w:br/>
        <w:t>f 3381/2536/2244 3310/2463/2176 3382/2535/2244</w:t>
        <w:br/>
        <w:t>f 3384/2537/2245 3350/2503/2212 3349/2504/2213</w:t>
        <w:br/>
        <w:t>f 3383/2538/2245 3384/2537/2245 3349/2504/2213</w:t>
        <w:br/>
        <w:t>f 3386/2539/2246 3328/2481/2191 3327/2482/2192</w:t>
        <w:br/>
        <w:t>f 3385/2540/2247 3386/2539/2246 3327/2482/2192</w:t>
        <w:br/>
        <w:t>f 3377/2532/2241 3378/2531/2240 3388/2541/2248</w:t>
        <w:br/>
        <w:t>f 3387/2542/2249 3377/2532/2241 3388/2541/2248</w:t>
        <w:br/>
        <w:t>f 3352/2509/2218 3353/2508/2217 3387/2542/2249</w:t>
        <w:br/>
        <w:t>f 3388/2541/2248 3352/2509/2218 3387/2542/2249</w:t>
        <w:br/>
        <w:t>f 3336/2492/2202 3364/2519/2228 3338/2490/2200</w:t>
        <w:br/>
        <w:t>f 3391/2543/2250 3390/2544/2251 3389/2545/2252</w:t>
        <w:br/>
        <w:t>f 3392/2546/2253 3378/2531/2240 3318/2473/2183</w:t>
        <w:br/>
        <w:t>f 3319/2472/2182 3392/2546/2253 3318/2473/2183</w:t>
        <w:br/>
        <w:t>f 3321/2475/2185 3309/2464/2173 3393/2547/2254</w:t>
        <w:br/>
        <w:t>f 3397/2548/2255 3396/2549/2256 3395/2550/2256</w:t>
        <w:br/>
        <w:t>f 3394/2551/2255 3397/2548/2255 3395/2550/2256</w:t>
        <w:br/>
        <w:t>f 3339/2493/2203 3398/2552/2257 3370/2524/2233</w:t>
        <w:br/>
        <w:t>f 3400/2553/2258 3384/2537/2245 3383/2538/2245</w:t>
        <w:br/>
        <w:t>f 3399/2554/2258 3400/2553/2258 3383/2538/2245</w:t>
        <w:br/>
        <w:t>f 3373/2526/2235 3365/2518/2227 3401/2555/2259</w:t>
        <w:br/>
        <w:t>f 3388/2541/2248 3392/2546/2253 3402/2556/2260</w:t>
        <w:br/>
        <w:t>f 3381/2536/2244 3382/2535/2244 3404/2557/2261</w:t>
        <w:br/>
        <w:t>f 3403/2558/2262 3381/2536/2244 3404/2557/2261</w:t>
        <w:br/>
        <w:t>f 3379/2534/2243 3403/2558/2262 3405/2559/2263</w:t>
        <w:br/>
        <w:t>f 3373/2526/2235 3406/2560/2264 3372/2527/2236</w:t>
        <w:br/>
        <w:t>f 3367/2520/2229 3400/2553/2258 3399/2554/2258</w:t>
        <w:br/>
        <w:t>f 3352/2509/2218 3408/2561/2265 3407/2562/2266</w:t>
        <w:br/>
        <w:t>f 3355/2506/2215 3352/2509/2218 3407/2562/2266</w:t>
        <w:br/>
        <w:t>f 3319/2472/2182 3322/2476/2186 3409/2563/2267</w:t>
        <w:br/>
        <w:t>f 3392/2546/2253 3319/2472/2182 3409/2563/2267</w:t>
        <w:br/>
        <w:t>f 3408/2561/2265 3352/2509/2218 3388/2541/2248</w:t>
        <w:br/>
        <w:t>f 3402/2556/2260 3408/2561/2265 3388/2541/2248</w:t>
        <w:br/>
        <w:t>f 3327/2482/2192 3358/2512/2221 3410/2564/2268</w:t>
        <w:br/>
        <w:t>f 3385/2540/2247 3327/2482/2192 3410/2564/2268</w:t>
        <w:br/>
        <w:t>f 3336/2492/2202 3412/2565/2269 3411/2566/2270</w:t>
        <w:br/>
        <w:t>f 3364/2519/2228 3336/2492/2202 3411/2566/2270</w:t>
        <w:br/>
        <w:t>f 3393/2547/2254 3413/2567/2271 3325/2479/2189</w:t>
        <w:br/>
        <w:t>f 3321/2475/2185 3393/2547/2254 3325/2479/2189</w:t>
        <w:br/>
        <w:t>f 3322/2476/2186 3326/2480/2190 3414/2568/2272</w:t>
        <w:br/>
        <w:t>f 3409/2563/2267 3322/2476/2186 3414/2568/2272</w:t>
        <w:br/>
        <w:t>f 3417/2569/2273 3416/2570/2274 3415/2571/2275</w:t>
        <w:br/>
        <w:t>f 3418/2572/2276 3367/2520/2229 3417/2569/2273</w:t>
        <w:br/>
        <w:t>f 3393/2547/2254 3420/2573/2277 3419/2574/2278</w:t>
        <w:br/>
        <w:t>f 3401/2555/2259 3365/2518/2227 3364/2519/2228</w:t>
        <w:br/>
        <w:t>f 3421/2575/2279 3401/2555/2259 3364/2519/2228</w:t>
        <w:br/>
        <w:t>f 3358/2512/2221 3371/2525/2234 3422/2576/2280</w:t>
        <w:br/>
        <w:t>f 3410/2564/2268 3358/2512/2221 3422/2576/2280</w:t>
        <w:br/>
        <w:t>f 3392/2546/2253 3409/2563/2267 3423/2577/2281</w:t>
        <w:br/>
        <w:t>f 3402/2556/2260 3392/2546/2253 3423/2577/2281</w:t>
        <w:br/>
        <w:t>f 3424/2578/2282 3391/2543/2250 3389/2545/2252</w:t>
        <w:br/>
        <w:t>f 3426/2579/2283 3386/2539/2246 3385/2540/2247</w:t>
        <w:br/>
        <w:t>f 3425/2580/2284 3426/2579/2283 3385/2540/2247</w:t>
        <w:br/>
        <w:t>f 3415/2571/2275 3373/2526/2235 3401/2555/2259</w:t>
        <w:br/>
        <w:t>f 3409/2563/2267 3414/2568/2272 3427/2581/2285</w:t>
        <w:br/>
        <w:t>f 3423/2577/2281 3409/2563/2267 3427/2581/2285</w:t>
        <w:br/>
        <w:t>f 3413/2567/2271 3393/2547/2254 3419/2574/2278</w:t>
        <w:br/>
        <w:t>f 3428/2582/2286 3413/2567/2271 3419/2574/2278</w:t>
        <w:br/>
        <w:t>f 3429/2583/2287 3408/2561/2265 3402/2556/2260</w:t>
        <w:br/>
        <w:t>f 3423/2577/2281 3429/2583/2287 3402/2556/2260</w:t>
        <w:br/>
        <w:t>f 3408/2561/2265 3430/2584/2288 3407/2562/2266</w:t>
        <w:br/>
        <w:t>f 3364/2519/2228 3431/2585/2289 3421/2575/2279</w:t>
        <w:br/>
        <w:t>f 3417/2569/2273 3415/2571/2275 3433/2586/2290</w:t>
        <w:br/>
        <w:t>f 3432/2587/2291 3417/2569/2273 3433/2586/2290</w:t>
        <w:br/>
        <w:t>f 3433/2586/2290 3401/2555/2259 3434/2588/2292</w:t>
        <w:br/>
        <w:t>f 3425/2580/2284 3385/2540/2247 3410/2564/2268</w:t>
        <w:br/>
        <w:t>f 3435/2589/2293 3425/2580/2284 3410/2564/2268</w:t>
        <w:br/>
        <w:t>f 3437/2590/2294 3424/2578/2282 3436/2591/2295</w:t>
        <w:br/>
        <w:t>f 3418/2572/2276 3417/2569/2273 3432/2587/2291</w:t>
        <w:br/>
        <w:t>f 3438/2592/2296 3418/2572/2276 3432/2587/2291</w:t>
        <w:br/>
        <w:t>f 3442/2593/2297 3441/2594/2298 3440/2595/2299</w:t>
        <w:br/>
        <w:t>f 3439/2596/2300 3442/2593/2297 3440/2595/2299</w:t>
        <w:br/>
        <w:t>f 3446/2597/2301 3445/2598/2302 3444/2599/2303</w:t>
        <w:br/>
        <w:t>f 3443/2600/2304 3446/2597/2301 3444/2599/2303</w:t>
        <w:br/>
        <w:t>f 3449/2601/2305 3437/2590/2294 3448/2602/2306</w:t>
        <w:br/>
        <w:t>f 3447/2603/2307 3449/2601/2305 3448/2602/2306</w:t>
        <w:br/>
        <w:t>f 3442/2593/2297 3451/2604/2308 3450/2605/2309</w:t>
        <w:br/>
        <w:t>f 3453/2606/2310 3426/2579/2283 3425/2580/2284</w:t>
        <w:br/>
        <w:t>f 3452/2607/2311 3453/2606/2310 3425/2580/2284</w:t>
        <w:br/>
        <w:t>f 3435/2589/2293 3410/2564/2268 3422/2576/2280</w:t>
        <w:br/>
        <w:t>f 3454/2608/2312 3435/2589/2293 3422/2576/2280</w:t>
        <w:br/>
        <w:t>f 3458/2609/2313 3457/2610/2314 3456/2611/2315</w:t>
        <w:br/>
        <w:t>f 3455/2612/2316 3458/2609/2313 3456/2611/2315</w:t>
        <w:br/>
        <w:t>f 3432/2587/2291 3433/2586/2290 3459/2613/2317</w:t>
        <w:br/>
        <w:t>f 3421/2575/2279 3460/2614/2318 3434/2588/2292</w:t>
        <w:br/>
        <w:t>f 3464/2615/2319 3463/2616/2320 3462/2617/2321</w:t>
        <w:br/>
        <w:t>f 3461/2618/2322 3464/2615/2319 3462/2617/2321</w:t>
        <w:br/>
        <w:t>f 3465/2619/2323 3446/2597/2301 3443/2600/2304</w:t>
        <w:br/>
        <w:t>f 3438/2592/2296 3432/2587/2291 3459/2613/2317</w:t>
        <w:br/>
        <w:t>f 3466/2620/2324 3438/2592/2296 3459/2613/2317</w:t>
        <w:br/>
        <w:t>f 3451/2604/2308 3442/2593/2297 3439/2596/2300</w:t>
        <w:br/>
        <w:t>f 3467/2621/2325 3451/2604/2308 3439/2596/2300</w:t>
        <w:br/>
        <w:t>f 3470/2622/2326 3469/2623/2327 3468/2624/2328</w:t>
        <w:br/>
        <w:t>f 3457/2610/2314 3471/2625/2329 3470/2622/2326</w:t>
        <w:br/>
        <w:t>f 3456/2611/2315 3457/2610/2314 3470/2622/2326</w:t>
        <w:br/>
        <w:t>f 3463/2616/2320 3473/2626/2330 3472/2627/2331</w:t>
        <w:br/>
        <w:t>f 3462/2617/2321 3463/2616/2320 3472/2627/2331</w:t>
        <w:br/>
        <w:t>f 3474/2628/2332 3468/2624/2328 3469/2623/2327</w:t>
        <w:br/>
        <w:t>f 3473/2626/2330 3476/2629/2333 3475/2630/2334</w:t>
        <w:br/>
        <w:t>f 3472/2627/2331 3473/2626/2330 3475/2630/2334</w:t>
        <w:br/>
        <w:t>f 3431/2585/2289 3461/2618/2322 3477/2631/2335</w:t>
        <w:br/>
        <w:t>f 3460/2614/2318 3431/2585/2289 3477/2631/2335</w:t>
        <w:br/>
        <w:t>f 3452/2607/2311 3425/2580/2284 3435/2589/2293</w:t>
        <w:br/>
        <w:t>f 3478/2632/2336 3452/2607/2311 3435/2589/2293</w:t>
        <w:br/>
        <w:t>f 3479/2633/2337 3459/2613/2317 3434/2588/2292</w:t>
        <w:br/>
        <w:t>f 3460/2614/2318 3479/2633/2337 3434/2588/2292</w:t>
        <w:br/>
        <w:t>f 3466/2620/2324 3459/2613/2317 3479/2633/2337</w:t>
        <w:br/>
        <w:t>f 3480/2634/2338 3466/2620/2324 3479/2633/2337</w:t>
        <w:br/>
        <w:t>f 3477/2631/2335 3461/2618/2322 3462/2617/2321</w:t>
        <w:br/>
        <w:t>f 3481/2635/2339 3477/2631/2335 3462/2617/2321</w:t>
        <w:br/>
        <w:t>f 3483/2636/2340 3482/2637/2341 3453/2606/2310</w:t>
        <w:br/>
        <w:t>f 3452/2607/2311 3483/2636/2340 3453/2606/2310</w:t>
        <w:br/>
        <w:t>f 3435/2589/2293 3454/2608/2312 3484/2638/2342</w:t>
        <w:br/>
        <w:t>f 3478/2632/2336 3435/2589/2293 3484/2638/2342</w:t>
        <w:br/>
        <w:t>f 3462/2617/2321 3472/2627/2331 3485/2639/2343</w:t>
        <w:br/>
        <w:t>f 3481/2635/2339 3462/2617/2321 3485/2639/2343</w:t>
        <w:br/>
        <w:t>f 3486/2640/2344 3479/2633/2337 3460/2614/2318</w:t>
        <w:br/>
        <w:t>f 3477/2631/2335 3486/2640/2344 3460/2614/2318</w:t>
        <w:br/>
        <w:t>f 3488/2641/2345 3487/2642/2346 3482/2637/2341</w:t>
        <w:br/>
        <w:t>f 3483/2636/2340 3488/2641/2345 3482/2637/2341</w:t>
        <w:br/>
        <w:t>f 3480/2634/2338 3479/2633/2337 3486/2640/2344</w:t>
        <w:br/>
        <w:t>f 3489/2643/2347 3480/2634/2338 3486/2640/2344</w:t>
        <w:br/>
        <w:t>f 3486/2640/2344 3477/2631/2335 3481/2635/2339</w:t>
        <w:br/>
        <w:t>f 3490/2644/2348 3486/2640/2344 3481/2635/2339</w:t>
        <w:br/>
        <w:t>f 3475/2630/2334 3491/2645/2349 3472/2627/2331</w:t>
        <w:br/>
        <w:t>f 3493/2646/2350 3492/2647/2351 3487/2642/2346</w:t>
        <w:br/>
        <w:t>f 3488/2641/2345 3493/2646/2350 3487/2642/2346</w:t>
        <w:br/>
        <w:t>f 3491/2645/2349 3475/2630/2334 3493/2646/2350</w:t>
        <w:br/>
        <w:t>f 3481/2635/2339 3485/2639/2343 3494/2648/2352</w:t>
        <w:br/>
        <w:t>f 3490/2644/2348 3481/2635/2339 3494/2648/2352</w:t>
        <w:br/>
        <w:t>f 3452/2607/2311 3478/2632/2336 3495/2649/2353</w:t>
        <w:br/>
        <w:t>f 3483/2636/2340 3452/2607/2311 3495/2649/2353</w:t>
        <w:br/>
        <w:t>f 3489/2643/2347 3486/2640/2344 3490/2644/2348</w:t>
        <w:br/>
        <w:t>f 3489/2643/2347 3490/2644/2348 3494/2648/2352</w:t>
        <w:br/>
        <w:t>f 3484/2638/2342 3496/2650/2354 3495/2649/2353</w:t>
        <w:br/>
        <w:t>f 3478/2632/2336 3484/2638/2342 3495/2649/2353</w:t>
        <w:br/>
        <w:t>f 3489/2643/2347 3494/2648/2352 3498/2651/2355</w:t>
        <w:br/>
        <w:t>f 3497/2652/2356 3489/2643/2347 3498/2651/2355</w:t>
        <w:br/>
        <w:t>f 3494/2648/2352 3485/2639/2343 3498/2651/2355</w:t>
        <w:br/>
        <w:t>f 3499/2653/2357 3488/2641/2345 3483/2636/2340</w:t>
        <w:br/>
        <w:t>f 3495/2649/2353 3499/2653/2357 3483/2636/2340</w:t>
        <w:br/>
        <w:t>f 3493/2646/2350 3488/2641/2345 3499/2653/2357</w:t>
        <w:br/>
        <w:t>f 3500/2654/2358 3493/2646/2350 3499/2653/2357</w:t>
        <w:br/>
        <w:t>f 3493/2646/2350 3500/2654/2358 3498/2651/2355</w:t>
        <w:br/>
        <w:t>f 3491/2645/2349 3493/2646/2350 3498/2651/2355</w:t>
        <w:br/>
        <w:t>f 3497/2652/2356 3498/2651/2355 3500/2654/2358</w:t>
        <w:br/>
        <w:t>f 3501/2655/2359 3497/2652/2356 3500/2654/2358</w:t>
        <w:br/>
        <w:t>f 3495/2649/2353 3496/2650/2354 3502/2656/2360</w:t>
        <w:br/>
        <w:t>f 3499/2653/2357 3495/2649/2353 3502/2656/2360</w:t>
        <w:br/>
        <w:t>f 3500/2654/2358 3499/2653/2357 3502/2656/2360</w:t>
        <w:br/>
        <w:t>f 3501/2655/2359 3500/2654/2358 3502/2656/2360</w:t>
        <w:br/>
        <w:t>f 3503/2657/2361 3036/2187/1897 3033/2190/1900</w:t>
        <w:br/>
        <w:t>f 3507/2658/2362 3506/2659/2363 3505/2660/2364</w:t>
        <w:br/>
        <w:t>f 3504/2661/2365 3507/2658/2362 3505/2660/2364</w:t>
        <w:br/>
        <w:t>f 3144/2299/2007 3509/2662/2366 3508/2663/2367</w:t>
        <w:br/>
        <w:t>f 3510/2664/2368 3173/2327/2033 3106/2260/1969</w:t>
        <w:br/>
        <w:t>f 3193/2348/2055 3511/2665/2369 3509/2662/2366</w:t>
        <w:br/>
        <w:t>f 3512/2666/2370 3230/2383/2092 3173/2327/2033</w:t>
        <w:br/>
        <w:t>f 3510/2664/2368 3512/2666/2370 3173/2327/2033</w:t>
        <w:br/>
        <w:t>f 3512/2666/2370 3284/2437/2145 3230/2383/2092</w:t>
        <w:br/>
        <w:t>f 3515/2667/2371 3514/2668/2372 3513/2669/2373</w:t>
        <w:br/>
        <w:t>f 3516/2670/2374 3515/2667/2371 3513/2669/2373</w:t>
        <w:br/>
        <w:t>f 3279/2432/2140 3284/2437/2145 3512/2666/2370</w:t>
        <w:br/>
        <w:t>f 3517/2671/2375 3279/2432/2140 3512/2666/2370</w:t>
        <w:br/>
        <w:t>f 3346/2498/2208 3514/2668/2372 3515/2667/2371</w:t>
        <w:br/>
        <w:t>f 3345/2499/2209 3346/2498/2208 3515/2667/2371</w:t>
        <w:br/>
        <w:t>f 3296/2453/2161 3519/2672/2376 3518/2673/2377</w:t>
        <w:br/>
        <w:t>f 3299/2450/2158 3296/2453/2161 3518/2673/2377</w:t>
        <w:br/>
        <w:t>f 3342/2495/2205 3521/2674/2378 3520/2675/2379</w:t>
        <w:br/>
        <w:t>f 3341/2496/2206 3342/2495/2205 3520/2675/2379</w:t>
        <w:br/>
        <w:t>f 3521/2674/2378 3523/2676/2380 3522/2677/2381</w:t>
        <w:br/>
        <w:t>f 3520/2675/2379 3521/2674/2378 3522/2677/2381</w:t>
        <w:br/>
        <w:t>f 3458/2609/2313 3525/2678/2382 3524/2679/2383</w:t>
        <w:br/>
        <w:t>f 3529/2680/2384 3528/2681/2385 3527/2682/2386</w:t>
        <w:br/>
        <w:t>f 3526/2683/2387 3529/2680/2384 3527/2682/2386</w:t>
        <w:br/>
        <w:t>f 3453/2606/2310 3482/2637/2341 3531/2684/2388</w:t>
        <w:br/>
        <w:t>f 3530/2685/2389 3453/2606/2310 3531/2684/2388</w:t>
        <w:br/>
        <w:t>f 3487/2642/2346 3532/2686/2390 3531/2684/2388</w:t>
        <w:br/>
        <w:t>f 3482/2637/2341 3487/2642/2346 3531/2684/2388</w:t>
        <w:br/>
        <w:t>f 2958/2112/1830 3006/2161/1871 3533/2687/2391</w:t>
        <w:br/>
        <w:t>f 2998/2152/1862 2958/2112/1830 3533/2687/2391</w:t>
        <w:br/>
        <w:t>f 3519/2672/2376 3511/2665/2369 3217/2372/2081</w:t>
        <w:br/>
        <w:t>f 3534/2688/2392 3223/2378/2087 3224/2377/2086</w:t>
        <w:br/>
        <w:t>f 3032/2183/1893 3038/2194/1904 3535/2689/2393</w:t>
        <w:br/>
        <w:t>f 3048/2201/1912 3032/2183/1893 3535/2689/2393</w:t>
        <w:br/>
        <w:t>f 3537/2690/2394 3106/2260/1969 3060/2213/1924</w:t>
        <w:br/>
        <w:t>f 3536/2691/2395 3537/2690/2394 3060/2213/1924</w:t>
        <w:br/>
        <w:t>f 3117/2274/1983 3538/2692/2396 3120/2271/1980</w:t>
        <w:br/>
        <w:t>f 3536/2691/2395 3060/2213/1924 3059/2214/1862</w:t>
        <w:br/>
        <w:t>f 3539/2693/2391 3536/2691/2395 3059/2214/1862</w:t>
        <w:br/>
        <w:t>f 3506/2659/2363 3118/2273/1982 3119/2272/1981</w:t>
        <w:br/>
        <w:t>f 3505/2660/2364 3506/2659/2363 3119/2272/1981</w:t>
        <w:br/>
        <w:t>f 3210/2367/2076 3538/2692/2396 3540/2694/2397</w:t>
        <w:br/>
        <w:t>f 3213/2364/2073 3210/2367/2076 3540/2694/2397</w:t>
        <w:br/>
        <w:t>f 3510/2664/2368 3106/2260/1969 3537/2690/2394</w:t>
        <w:br/>
        <w:t>f 3541/2695/2398 3510/2664/2368 3537/2690/2394</w:t>
        <w:br/>
        <w:t>f 3534/2688/2392 3543/2696/2399 3542/2697/2400</w:t>
        <w:br/>
        <w:t>f 3534/2688/2392 3224/2377/2086 3543/2696/2399</w:t>
        <w:br/>
        <w:t>f 3547/2698/2401 3546/2699/2402 3545/2700/2403</w:t>
        <w:br/>
        <w:t>f 3544/2701/2404 3547/2698/2401 3545/2700/2403</w:t>
        <w:br/>
        <w:t>f 3543/2696/2399 3544/2701/2404 3545/2700/2403</w:t>
        <w:br/>
        <w:t>f 3542/2697/2400 3543/2696/2399 3545/2700/2403</w:t>
        <w:br/>
        <w:t>f 3336/2492/2202 3548/2702/2405 3412/2565/2269</w:t>
        <w:br/>
        <w:t>f 3548/2702/2405 3549/2703/2406 3412/2565/2269</w:t>
        <w:br/>
        <w:t>f 3411/2566/2270 3464/2615/2319 3461/2618/2322</w:t>
        <w:br/>
        <w:t>f 3431/2585/2289 3411/2566/2270 3461/2618/2322</w:t>
        <w:br/>
        <w:t>f 3411/2566/2270 3549/2703/2406 3464/2615/2319</w:t>
        <w:br/>
        <w:t>f 3550/2704/2407 3463/2616/2320 3464/2615/2319</w:t>
        <w:br/>
        <w:t>f 3549/2703/2406 3550/2704/2407 3464/2615/2319</w:t>
        <w:br/>
        <w:t>f 3492/2647/2351 3475/2630/2334 3551/2705/2408</w:t>
        <w:br/>
        <w:t>f 3554/2706/2409 3553/2707/2410 3552/2708/2411</w:t>
        <w:br/>
        <w:t>f 3492/2647/2351 3555/2709/2412 3532/2686/2390</w:t>
        <w:br/>
        <w:t>f 3487/2642/2346 3492/2647/2351 3532/2686/2390</w:t>
        <w:br/>
        <w:t>f 3556/2710/2413 3451/2604/2308 3467/2621/2325</w:t>
        <w:br/>
        <w:t>f 3474/2628/2332 3556/2710/2413 3467/2621/2325</w:t>
        <w:br/>
        <w:t>f 3558/2711/2414 3531/2684/2388 3557/2712/2415</w:t>
        <w:br/>
        <w:t>f 3559/2713/2416 3552/2708/2411 3530/2685/2389</w:t>
        <w:br/>
        <w:t>f 3347/2501/2210 3344/2500/2210 3395/2550/2256</w:t>
        <w:br/>
        <w:t>f 3396/2549/2256 3347/2501/2210 3395/2550/2256</w:t>
        <w:br/>
        <w:t>f 3101/2256/1965 3102/2255/1964 3561/2714/2417</w:t>
        <w:br/>
        <w:t>f 3560/2715/2418 3101/2256/1965 3561/2714/2417</w:t>
        <w:br/>
        <w:t>f 3084/2238/2419 3508/2663/2367 3562/2716/2420</w:t>
        <w:br/>
        <w:t>f 3051/2204/1915 3000/2156/1866 3088/2243/1952</w:t>
        <w:br/>
        <w:t>f 3084/2238/2419 3051/2204/1915 3088/2243/1952</w:t>
        <w:br/>
        <w:t>f 3084/2238/2419 3144/2299/2007 3508/2663/2367</w:t>
        <w:br/>
        <w:t>f 3560/2715/2418 3563/2717/2421 3124/2277/1986</w:t>
        <w:br/>
        <w:t>f 3101/2256/1965 3560/2715/2418 3124/2277/1986</w:t>
        <w:br/>
        <w:t>f 3563/2717/2421 3516/2670/2374 3124/2277/1986</w:t>
        <w:br/>
        <w:t>f 3516/2670/2374 3513/2669/2373 3124/2277/1986</w:t>
        <w:br/>
        <w:t>f 3217/2372/2081 3518/2673/2377 3519/2672/2376</w:t>
        <w:br/>
        <w:t>f 3386/2539/2246 3553/2707/2410 3298/2451/2159</w:t>
        <w:br/>
        <w:t>f 3328/2481/2191 3386/2539/2246 3298/2451/2159</w:t>
        <w:br/>
        <w:t>f 3503/2657/2361 3564/2718/2422 3011/2164/1874</w:t>
        <w:br/>
        <w:t>f 3010/2165/1875 3503/2657/2361 3011/2164/1874</w:t>
        <w:br/>
        <w:t>f 2973/2127/1841 2979/2133/1847 2992/2146/1858</w:t>
        <w:br/>
        <w:t>f 3555/2709/2412 3551/2705/2408 3566/2719/2423</w:t>
        <w:br/>
        <w:t>f 3565/2720/2424 3555/2709/2412 3566/2719/2423</w:t>
        <w:br/>
        <w:t>f 2973/2127/1841 2992/2146/1858 2938/2092/1817</w:t>
        <w:br/>
        <w:t>f 3504/2661/2365 3040/2192/1902 3507/2658/2362</w:t>
        <w:br/>
        <w:t>f 2992/2146/1858 3007/2160/1870 2919/2073/1799</w:t>
        <w:br/>
        <w:t>f 3569/2721/2425 3568/2722/2426 3567/2723/2427</w:t>
        <w:br/>
        <w:t>f 3471/2625/2329 3443/2600/2304 3444/2599/2303</w:t>
        <w:br/>
        <w:t>f 3571/2724/2428 3473/2626/2330 3570/2725/2429</w:t>
        <w:br/>
        <w:t>f 3463/2616/2320 3572/2726/2382 3570/2725/2429</w:t>
        <w:br/>
        <w:t>f 3522/2677/2381 3523/2676/2380 3574/2727/2430</w:t>
        <w:br/>
        <w:t>f 3573/2728/2431 3522/2677/2381 3574/2727/2430</w:t>
        <w:br/>
        <w:t>f 3507/2658/2362 3040/2192/1902 3078/2234/1944</w:t>
        <w:br/>
        <w:t>f 3576/2729/2432 3575/2730/2432 3079/2233/1943</w:t>
        <w:br/>
        <w:t>f 3098/2254/1963 3576/2729/2432 3079/2233/1943</w:t>
        <w:br/>
        <w:t>f 3040/2192/1902 3032/2183/1893 3029/2186/1896</w:t>
        <w:br/>
        <w:t>f 3111/2264/1973 3117/2274/1983 3118/2273/1982</w:t>
        <w:br/>
        <w:t>f 3577/2731/2433 3160/2314/2020 3195/2349/2056</w:t>
        <w:br/>
        <w:t>f 3227/2380/2089 3577/2731/2433 3195/2349/2056</w:t>
        <w:br/>
        <w:t>f 3250/2401/2110 3578/2732/2434 3227/2380/2089</w:t>
        <w:br/>
        <w:t>f 3292/2448/2156 3579/2733/2435 3250/2401/2110</w:t>
        <w:br/>
        <w:t>f 3270/2423/2131 3292/2448/2156 3250/2401/2110</w:t>
        <w:br/>
        <w:t>f 3580/2734/2436 3033/2190/1900 3083/2239/1948</w:t>
        <w:br/>
        <w:t>f 3582/2735/2437 3123/2278/1987 3124/2277/1986</w:t>
        <w:br/>
        <w:t>f 3581/2736/2438 3582/2735/2437 3124/2277/1986</w:t>
        <w:br/>
        <w:t>f 3029/2186/1896 3054/2209/1920 3067/2220/1929</w:t>
        <w:br/>
        <w:t>f 3078/2234/1944 3029/2186/1896 3067/2220/1929</w:t>
        <w:br/>
        <w:t>f 3090/2244/1953 3125/2279/1988 3584/2737/2439</w:t>
        <w:br/>
        <w:t>f 3583/2738/2440 3090/2244/1953 3584/2737/2439</w:t>
        <w:br/>
        <w:t>f 3075/2231/1940 3583/2738/2440 3095/2247/1956</w:t>
        <w:br/>
        <w:t>f 3055/2208/1941 3095/2247/1956 3585/2739/2441</w:t>
        <w:br/>
        <w:t>f 3587/2740/2442 3465/2619/2323 3567/2723/2427</w:t>
        <w:br/>
        <w:t>f 3586/2741/2443 3587/2740/2442 3567/2723/2427</w:t>
        <w:br/>
        <w:t>f 3590/2742/2444 3589/2743/2445 3588/2744/2446</w:t>
        <w:br/>
        <w:t>f 3594/2745/2447 3593/2746/2448 3592/2747/2449</w:t>
        <w:br/>
        <w:t>f 3591/2748/2450 3594/2745/2447 3592/2747/2449</w:t>
        <w:br/>
        <w:t>f 3082/2236/1946 3595/2749/2451 3147/2301/2009</w:t>
        <w:br/>
        <w:t>f 3148/2300/2008 3082/2236/1946 3147/2301/2009</w:t>
        <w:br/>
        <w:t>f 3066/2221/1930 3082/2236/1946 3148/2300/2008</w:t>
        <w:br/>
        <w:t>f 3162/2315/2021 3066/2221/1930 3148/2300/2008</w:t>
        <w:br/>
        <w:t>f 3108/2261/1970 3066/2221/1930 3162/2315/2021</w:t>
        <w:br/>
        <w:t>f 3178/2331/2037 3108/2261/1970 3162/2315/2021</w:t>
        <w:br/>
        <w:t>f 3107/2262/1971 3178/2331/2037 3189/2343/2050</w:t>
        <w:br/>
        <w:t>f 3137/2291/1999 3107/2262/1971 3189/2343/2050</w:t>
        <w:br/>
        <w:t>f 3203/2359/2067 3137/2291/1999 3189/2343/2050</w:t>
        <w:br/>
        <w:t>f 3157/2311/2017 3137/2291/1999 3220/2373/2082</w:t>
        <w:br/>
        <w:t>f 3226/2381/2090 3220/2373/2082 3244/2398/2107</w:t>
        <w:br/>
        <w:t>f 3596/2750/2452 3244/2398/2107 3281/2436/2144</w:t>
        <w:br/>
        <w:t>f 3247/2404/2113 3248/2403/2112 3314/2469/2179</w:t>
        <w:br/>
        <w:t>f 3315/2468/2178 3247/2404/2113 3314/2469/2179</w:t>
        <w:br/>
        <w:t>f 3269/2424/2132 3247/2404/2113 3315/2468/2178</w:t>
        <w:br/>
        <w:t>f 3585/2739/2441 3093/2249/1958 3158/2313/2019</w:t>
        <w:br/>
        <w:t>f 3355/2506/2215 3521/2674/2378 3342/2495/2205</w:t>
        <w:br/>
        <w:t>f 3354/2507/2216 3355/2506/2215 3342/2495/2205</w:t>
        <w:br/>
        <w:t>f 3343/2494/2204 3354/2507/2216 3342/2495/2205</w:t>
        <w:br/>
        <w:t>f 3330/2483/2193 3357/2510/2219 3547/2698/2401</w:t>
        <w:br/>
        <w:t>f 3544/2701/2404 3330/2483/2193 3547/2698/2401</w:t>
        <w:br/>
        <w:t>f 3293/2447/2155 3330/2483/2193 3543/2696/2399</w:t>
        <w:br/>
        <w:t>f 3292/2448/2156 3543/2696/2399 3224/2377/2086</w:t>
        <w:br/>
        <w:t>f 3579/2733/2435 3292/2448/2156 3224/2377/2086</w:t>
        <w:br/>
        <w:t>f 3577/2731/2433 3579/2733/2435 3597/2751/2453</w:t>
        <w:br/>
        <w:t>f 3213/2364/2073 3577/2731/2433 3597/2751/2453</w:t>
        <w:br/>
        <w:t>f 3160/2314/2020 3577/2731/2433 3213/2364/2073</w:t>
        <w:br/>
        <w:t>f 3540/2694/2397 3160/2314/2020 3213/2364/2073</w:t>
        <w:br/>
        <w:t>f 3598/2752/2454 3030/2185/1895 3072/2225/1934</w:t>
        <w:br/>
        <w:t>f 3073/2224/1933 3598/2752/2454 3072/2225/1934</w:t>
        <w:br/>
        <w:t>f 3313/2467/2177 3233/2389/2098 3234/2388/2097</w:t>
        <w:br/>
        <w:t>f 3599/2753/2455 3313/2467/2177 3234/2388/2097</w:t>
        <w:br/>
        <w:t>f 3601/2754/2456 3599/2753/2455 3600/2755/2457</w:t>
        <w:br/>
        <w:t>f 3602/2756/2458 3528/2681/2385 3529/2680/2384</w:t>
        <w:br/>
        <w:t>f 3389/2545/2252 3603/2757/2459 3442/2593/2297</w:t>
        <w:br/>
        <w:t>f 3605/2758/2460 3451/2604/2308 3604/2759/2461</w:t>
        <w:br/>
        <w:t>f 3447/2603/2307 3448/2602/2306 3607/2760/2462</w:t>
        <w:br/>
        <w:t>f 3606/2761/2462 3447/2603/2307 3607/2760/2462</w:t>
        <w:br/>
        <w:t>f 3586/2741/2443 3567/2723/2427 3568/2722/2426</w:t>
        <w:br/>
        <w:t>f 3588/2744/2446 3609/2762/2463 3608/2763/2464</w:t>
        <w:br/>
        <w:t>f 3430/2584/2288 3574/2727/2430 3523/2676/2380</w:t>
        <w:br/>
        <w:t>f 3407/2562/2266 3523/2676/2380 3521/2674/2378</w:t>
        <w:br/>
        <w:t>f 3268/2422/2130 3239/2393/2102 3260/2414/2122</w:t>
        <w:br/>
        <w:t>f 3363/2516/2225 3268/2422/2130 3260/2414/2122</w:t>
        <w:br/>
        <w:t>f 3290/2445/2153 3291/2444/2152 3363/2516/2225</w:t>
        <w:br/>
        <w:t>f 3391/2543/2250 3290/2445/2153 3363/2516/2225</w:t>
        <w:br/>
        <w:t>f 3333/2487/2197 3391/2543/2250 3424/2578/2282</w:t>
        <w:br/>
        <w:t>f 3361/2515/2224 3333/2487/2197 3437/2590/2294</w:t>
        <w:br/>
        <w:t>f 3398/2552/2257 3361/2515/2224 3449/2601/2305</w:t>
        <w:br/>
        <w:t>f 3403/2558/2262 3404/2557/2261 3445/2598/2302</w:t>
        <w:br/>
        <w:t>f 3446/2597/2301 3403/2558/2262 3445/2598/2302</w:t>
        <w:br/>
        <w:t>f 3405/2559/2263 3446/2597/2301 3465/2619/2323</w:t>
        <w:br/>
        <w:t>f 3419/2574/2278 3405/2559/2263 3589/2743/2445</w:t>
        <w:br/>
        <w:t>f 3428/2582/2286 3419/2574/2278 3589/2743/2445</w:t>
        <w:br/>
        <w:t>f 3590/2742/2444 3428/2582/2286 3589/2743/2445</w:t>
        <w:br/>
        <w:t>f 3610/2764/2465 3427/2581/2285 3593/2746/2448</w:t>
        <w:br/>
        <w:t>f 3594/2745/2447 3610/2764/2465 3593/2746/2448</w:t>
        <w:br/>
        <w:t>f 3581/2736/2438 3208/2361/2069 3168/2321/2027</w:t>
        <w:br/>
        <w:t>f 3299/2450/2158 3328/2481/2191 3298/2451/2159</w:t>
        <w:br/>
        <w:t>f 3245/2400/2109 3299/2450/2158 3518/2673/2377</w:t>
        <w:br/>
        <w:t>f 3558/2711/2414 3559/2713/2416 3530/2685/2389</w:t>
        <w:br/>
        <w:t>f 3531/2684/2388 3558/2711/2414 3530/2685/2389</w:t>
        <w:br/>
        <w:t>f 3532/2686/2390 3611/2765/2466 3557/2712/2415</w:t>
        <w:br/>
        <w:t>f 3531/2684/2388 3532/2686/2390 3557/2712/2415</w:t>
        <w:br/>
        <w:t>f 3476/2629/2333 3571/2724/2428 3566/2719/2423</w:t>
        <w:br/>
        <w:t>f 3551/2705/2408 3476/2629/2333 3566/2719/2423</w:t>
        <w:br/>
        <w:t>f 3386/2539/2246 3552/2708/2411 3553/2707/2410</w:t>
        <w:br/>
        <w:t>f 3555/2709/2412 3565/2720/2424 3611/2765/2466</w:t>
        <w:br/>
        <w:t>f 3532/2686/2390 3555/2709/2412 3611/2765/2466</w:t>
        <w:br/>
        <w:t>f 3426/2579/2283 3453/2606/2310 3530/2685/2389</w:t>
        <w:br/>
        <w:t>f 3552/2708/2411 3426/2579/2283 3530/2685/2389</w:t>
        <w:br/>
        <w:t>f 3553/2707/2410 3612/2766/2467 3297/2452/2160</w:t>
        <w:br/>
        <w:t>f 3555/2709/2412 3492/2647/2351 3551/2705/2408</w:t>
        <w:br/>
        <w:t>f 3473/2626/2330 3571/2724/2428 3476/2629/2333</w:t>
        <w:br/>
        <w:t>f 3217/2372/2081 3245/2400/2109 3518/2673/2377</w:t>
        <w:br/>
        <w:t>f 3088/2243/1952 3144/2299/2007 3084/2238/2419</w:t>
        <w:br/>
        <w:t>f 3193/2348/2055 3217/2372/2081 3511/2665/2369</w:t>
        <w:br/>
        <w:t>f 3144/2299/2007 3193/2348/2055 3509/2662/2366</w:t>
        <w:br/>
        <w:t>f 3123/2278/1987 3168/2321/2468 3125/2279/1988</w:t>
        <w:br/>
        <w:t>f 3553/2707/2410 3297/2452/2160 3298/2451/2159</w:t>
        <w:br/>
        <w:t>f 3554/2706/2409 3612/2766/2467 3553/2707/2410</w:t>
        <w:br/>
        <w:t>f 3554/2706/2409 3552/2708/2411 3559/2713/2416</w:t>
        <w:br/>
        <w:t>f 3551/2705/2408 3475/2630/2334 3476/2629/2333</w:t>
        <w:br/>
        <w:t>f 3493/2646/2350 3475/2630/2334 3492/2647/2351</w:t>
        <w:br/>
        <w:t>f 3463/2616/2320 3570/2725/2429 3473/2626/2330</w:t>
        <w:br/>
        <w:t>f 3465/2619/2323 3443/2600/2304 3567/2723/2427</w:t>
        <w:br/>
        <w:t>f 3569/2721/2425 3567/2723/2427 3443/2600/2304</w:t>
        <w:br/>
        <w:t>f 3587/2740/2442 3405/2559/2263 3465/2619/2323</w:t>
        <w:br/>
        <w:t>f 3419/2574/2278 3379/2534/2243 3405/2559/2263</w:t>
        <w:br/>
        <w:t>f 3393/2547/2254 3309/2464/2173 3379/2534/2243</w:t>
        <w:br/>
        <w:t>f 3309/2464/2173 3310/2463/2172 3380/2533/2242</w:t>
        <w:br/>
        <w:t>f 3379/2534/2243 3380/2533/2242 3403/2558/2262</w:t>
        <w:br/>
        <w:t>f 3405/2559/2263 3403/2558/2262 3446/2597/2301</w:t>
        <w:br/>
        <w:t>f 3361/2515/2224 3306/2460/2169 3333/2487/2197</w:t>
        <w:br/>
        <w:t>f 3339/2493/2203 3285/2439/2148 3306/2460/2169</w:t>
        <w:br/>
        <w:t>f 3339/2493/2203 3361/2515/2224 3398/2552/2257</w:t>
        <w:br/>
        <w:t>f 3449/2601/2305 3361/2515/2224 3437/2590/2294</w:t>
        <w:br/>
        <w:t>f 3437/2590/2294 3436/2591/2295 3448/2602/2306</w:t>
        <w:br/>
        <w:t>f 3605/2758/2460 3436/2591/2295 3451/2604/2308</w:t>
        <w:br/>
        <w:t>f 3442/2593/2297 3436/2591/2295 3389/2545/2252</w:t>
        <w:br/>
        <w:t>f 3442/2593/2297 3603/2757/2459 3441/2594/2298</w:t>
        <w:br/>
        <w:t>f 3602/2756/2458 3362/2517/2226 3528/2681/2385</w:t>
        <w:br/>
        <w:t>f 3424/2578/2282 3389/2545/2252 3436/2591/2295</w:t>
        <w:br/>
        <w:t>f 3389/2545/2252 3390/2544/2251 3603/2757/2459</w:t>
        <w:br/>
        <w:t>f 3363/2516/2225 3362/2517/2226 3602/2756/2458</w:t>
        <w:br/>
        <w:t>f 3601/2754/2456 3313/2467/2177 3599/2753/2455</w:t>
        <w:br/>
        <w:t>f 3260/2414/2122 3313/2467/2177 3362/2517/2226</w:t>
        <w:br/>
        <w:t>f 3238/2392/2101 3260/2414/2122 3216/2370/2079</w:t>
        <w:br/>
        <w:t>f 3199/2352/2059 3238/2392/2101 3216/2370/2079</w:t>
        <w:br/>
        <w:t>f 3238/2392/2101 3233/2389/2098 3313/2467/2177</w:t>
        <w:br/>
        <w:t>f 3236/2391/2100 3239/2393/2102 3268/2422/2130</w:t>
        <w:br/>
        <w:t>f 3237/2390/2099 3236/2391/2100 3258/2411/2119</w:t>
        <w:br/>
        <w:t>f 3613/2767/2469 3239/2393/2102 3200/2354/2062</w:t>
        <w:br/>
        <w:t>f 3171/2324/2030 3216/2370/2079 3200/2354/2062</w:t>
        <w:br/>
        <w:t>f 3236/2391/2100 3215/2369/2078 3200/2354/2062</w:t>
        <w:br/>
        <w:t>f 3141/2295/2003 3199/2352/2059 3171/2324/2030</w:t>
        <w:br/>
        <w:t>f 3167/2322/2028 3141/2295/2003 3113/2266/1975</w:t>
        <w:br/>
        <w:t>f 3199/2352/2059 3198/2353/2061 3233/2389/2098</w:t>
        <w:br/>
        <w:t>f 3208/2361/2069 3198/2353/2071 3168/2321/2027</w:t>
        <w:br/>
        <w:t>f 3168/2321/2027 3198/2353/2071 3141/2295/2003</w:t>
        <w:br/>
        <w:t>f 3101/2256/1965 3123/2278/1987 3076/2230/1939</w:t>
        <w:br/>
        <w:t>f 3076/2230/1939 3123/2278/1987 3090/2244/1953</w:t>
        <w:br/>
        <w:t>f 3075/2231/1940 3090/2244/1953 3583/2738/2440</w:t>
        <w:br/>
        <w:t>f 3095/2247/1956 3583/2738/2440 3094/2248/1957</w:t>
        <w:br/>
        <w:t>f 3583/2738/2440 3113/2266/1975 3094/2248/1957</w:t>
        <w:br/>
        <w:t>f 3159/2312/2018 3093/2249/1958 3163/2318/2024</w:t>
        <w:br/>
        <w:t>f 3082/2236/1946 3055/2208/1919 3595/2749/2451</w:t>
        <w:br/>
        <w:t>f 3030/2185/1895 3598/2752/2454 3055/2208/1919</w:t>
        <w:br/>
        <w:t>f 3055/2208/1941 3075/2231/1940 3095/2247/1956</w:t>
        <w:br/>
        <w:t>f 3585/2739/2441 3095/2247/1956 3093/2249/1958</w:t>
        <w:br/>
        <w:t>f 3093/2249/1958 3094/2248/1957 3164/2317/2023</w:t>
        <w:br/>
        <w:t>f 3333/2487/2197 3290/2445/2153 3391/2543/2250</w:t>
        <w:br/>
        <w:t>f 3437/2590/2294 3333/2487/2197 3424/2578/2282</w:t>
        <w:br/>
        <w:t>f 3378/2531/2240 3392/2546/2253 3388/2541/2248</w:t>
        <w:br/>
        <w:t>f 3355/2506/2215 3407/2562/2266 3521/2674/2378</w:t>
        <w:br/>
        <w:t>f 3588/2744/2446 3587/2740/2470 3609/2762/2463</w:t>
        <w:br/>
        <w:t>f 3588/2744/2446 3608/2763/2464 3524/2679/2383</w:t>
        <w:br/>
        <w:t>f 3408/2561/2265 3429/2583/2287 3430/2584/2288</w:t>
        <w:br/>
        <w:t>f 3430/2584/2288 3592/2747/2471 3574/2727/2430</w:t>
        <w:br/>
        <w:t>f 3332/2486/2196 3315/2468/2178 3305/2459/2167</w:t>
        <w:br/>
        <w:t>f 3315/2468/2178 3332/2486/2196 3269/2424/2132</w:t>
        <w:br/>
        <w:t>f 3332/2486/2196 3360/2514/2223 3324/2478/2188</w:t>
        <w:br/>
        <w:t>f 3324/2478/2188 3270/2423/2131 3269/2424/2132</w:t>
        <w:br/>
        <w:t>f 3269/2424/2132 3250/2401/2110 3247/2404/2113</w:t>
        <w:br/>
        <w:t>f 3543/2696/2399 3330/2483/2193 3544/2701/2404</w:t>
        <w:br/>
        <w:t>f 3292/2448/2156 3293/2447/2155 3543/2696/2399</w:t>
        <w:br/>
        <w:t>f 3579/2733/2435 3224/2377/2086 3212/2365/2074</w:t>
        <w:br/>
        <w:t>f 3579/2733/2435 3577/2731/2433 3250/2401/2110</w:t>
        <w:br/>
        <w:t>f 3220/2373/2082 3137/2291/1999 3203/2359/2067</w:t>
        <w:br/>
        <w:t>f 3107/2262/1971 3108/2261/1970 3178/2331/2037</w:t>
        <w:br/>
        <w:t>f 3161/2316/2022 3148/2300/2008 3146/2302/2010</w:t>
        <w:br/>
        <w:t>f 3189/2343/2050 3177/2332/2038 3271/2425/2133</w:t>
        <w:br/>
        <w:t>f 3066/2221/1930 3054/2209/1920 3082/2236/1946</w:t>
        <w:br/>
        <w:t>f 3080/2232/1942 3066/2221/1930 3108/2261/1970</w:t>
        <w:br/>
        <w:t>f 3029/2186/1896 3030/2185/1895 3054/2209/1920</w:t>
        <w:br/>
        <w:t>f 3078/2234/1944 3067/2220/1929 3080/2232/1942</w:t>
        <w:br/>
        <w:t>f 3080/2232/1942 3100/2252/1961 3079/2233/1943</w:t>
        <w:br/>
        <w:t>f 3117/2274/1983 3160/2314/2020 3540/2694/2397</w:t>
        <w:br/>
        <w:t>f 3098/2254/1963 3118/2273/1982 3506/2659/2363</w:t>
        <w:br/>
        <w:t>f 3098/2254/1963 3111/2264/1973 3118/2273/1982</w:t>
        <w:br/>
        <w:t>f 3195/2349/2056 3157/2311/2017 3226/2381/2090</w:t>
        <w:br/>
        <w:t>f 3227/2380/2089 3226/2381/2090 3596/2750/2452</w:t>
        <w:br/>
        <w:t>f 3111/2264/1973 3160/2314/2020 3117/2274/1983</w:t>
        <w:br/>
        <w:t>f 3117/2274/1983 3540/2694/2397 3538/2692/2396</w:t>
        <w:br/>
        <w:t>f 2992/2146/1858 2919/2073/1799 2917/2071/1797</w:t>
        <w:br/>
        <w:t>f 2938/2092/1817 2967/2123/1838 2968/2122/1837</w:t>
        <w:br/>
        <w:t>f 2899/2053/1779 2915/2069/1795 2938/2092/1817</w:t>
        <w:br/>
        <w:t>f 2913/2066/1792 2899/2053/1779 2890/2043/1769</w:t>
        <w:br/>
        <w:t>f 2886/2041/1767 2887/2040/1766 2917/2071/1797</w:t>
        <w:br/>
        <w:t>f 2874/2029/1755 2875/2028/1754 2887/2040/1766</w:t>
        <w:br/>
        <w:t>f 2992/2146/1858 2979/2133/1847 3564/2718/2472</w:t>
        <w:br/>
        <w:t>f 3128/2282/1991 3028/2182/1892 3068/2223/1932</w:t>
        <w:br/>
        <w:t>f 3586/2741/2443 3568/2722/2426 3614/2768/2473</w:t>
        <w:br/>
        <w:t>f 3407/2562/2266 3430/2584/2288 3523/2676/2380</w:t>
        <w:br/>
        <w:t>f 3337/2491/2201 3548/2702/2405 3336/2492/2202</w:t>
        <w:br/>
        <w:t>f 3617/2769/2474 3616/2770/2475 3615/2771/2201</w:t>
        <w:br/>
        <w:t>f 3331/2485/2195 3337/2491/2476 3334/2488/2198</w:t>
        <w:br/>
        <w:t>f 3110/2265/1974 3195/2349/2056 3160/2314/2020</w:t>
        <w:br/>
        <w:t>f 3157/2311/2017 3099/2253/1962 3137/2291/1999</w:t>
        <w:br/>
        <w:t>f 3596/2750/2452 3226/2381/2090 3244/2398/2107</w:t>
        <w:br/>
        <w:t>f 3226/2381/2090 3157/2311/2017 3220/2373/2082</w:t>
        <w:br/>
        <w:t>f 3219/2374/2083 3203/2359/2067 3204/2358/2066</w:t>
        <w:br/>
        <w:t>f 3471/2625/2329 3444/2599/2303 3469/2623/2327</w:t>
        <w:br/>
        <w:t>f 3470/2622/2326 3471/2625/2329 3469/2623/2327</w:t>
        <w:br/>
        <w:t>f 3474/2628/2332 3469/2623/2327 3556/2710/2413</w:t>
        <w:br/>
        <w:t>f 3455/2612/2316 3525/2678/2382 3458/2609/2313</w:t>
        <w:br/>
        <w:t>f 3040/2192/1902 3029/2186/1896 3078/2234/1944</w:t>
        <w:br/>
        <w:t>f 3504/2661/2365 3039/2193/1903 3040/2192/1902</w:t>
        <w:br/>
        <w:t>f 3507/2658/2362 3078/2234/1944 3079/2233/1943</w:t>
        <w:br/>
        <w:t>f 3100/2252/1961 3080/2232/1942 3108/2261/1970</w:t>
        <w:br/>
        <w:t>f 2964/2120/1835 2976/2132/1846 2977/2131/1845</w:t>
        <w:br/>
        <w:t>f 3620/2772/2477 3619/2773/2046 3618/2774/2095</w:t>
        <w:br/>
        <w:t>f 3366/2521/2230 3335/2489/2199 3266/2421/2129</w:t>
        <w:br/>
        <w:t>f 3417/2569/2273 3367/2520/2229 3416/2570/2274</w:t>
        <w:br/>
        <w:t>f 3415/2571/2275 3416/2570/2274 3406/2560/2264</w:t>
        <w:br/>
        <w:t>f 3415/2571/2275 3406/2560/2264 3373/2526/2235</w:t>
        <w:br/>
        <w:t>f 3415/2571/2275 3401/2555/2259 3433/2586/2290</w:t>
        <w:br/>
        <w:t>f 3308/2462/2171 3256/2409/2117 3348/2502/2211</w:t>
        <w:br/>
        <w:t>f 3230/2383/2092 3284/2437/2145 3256/2409/2117</w:t>
        <w:br/>
        <w:t>f 3348/2502/2211 3283/2438/2146 3365/2518/2227</w:t>
        <w:br/>
        <w:t>f 3434/2588/2292 3401/2555/2259 3421/2575/2279</w:t>
        <w:br/>
        <w:t>f 3421/2575/2279 3431/2585/2289 3460/2614/2318</w:t>
        <w:br/>
        <w:t>f 3459/2613/2317 3433/2586/2290 3434/2588/2292</w:t>
        <w:br/>
        <w:t>f 3412/2565/2269 3549/2703/2406 3411/2566/2270</w:t>
        <w:br/>
        <w:t>f 2974/2128/1842 2969/2121/1836 2984/2136/1849</w:t>
        <w:br/>
        <w:t>f 2983/2137/1850 3621/2775/2478 3027/2181/1891</w:t>
        <w:br/>
        <w:t>f 2984/2136/1849 2969/2121/1836 2983/2137/1850</w:t>
        <w:br/>
        <w:t>f 2982/2138/1851 3027/2181/1891 3069/2222/1931</w:t>
        <w:br/>
        <w:t>f 3126/2280/1989 3069/2222/1931 3081/2235/1945</w:t>
        <w:br/>
        <w:t>f 3053/2206/1917 3037/2191/1901 3134/2287/1995</w:t>
        <w:br/>
        <w:t>f 3052/2207/1918 3027/2181/1891 3621/2775/2478</w:t>
        <w:br/>
        <w:t>f 2983/2137/1850 2975/2129/1843 3621/2775/2478</w:t>
        <w:br/>
        <w:t>f 2983/2137/1850 2969/2121/1836 2975/2129/1843</w:t>
        <w:br/>
        <w:t>f 2911/2064/1790 2876/2030/1756 2894/2048/1774</w:t>
        <w:br/>
        <w:t>f 2889/2044/1770 2876/2030/1756 2911/2064/1790</w:t>
        <w:br/>
        <w:t>f 2937/2091/1816 3012/2167/1877 2910/2065/1791</w:t>
        <w:br/>
        <w:t>f 2884/2038/1764 2893/2047/1773 2906/2060/1786</w:t>
        <w:br/>
        <w:t>f 2912/2067/1793 2889/2044/1770 2911/2064/1790</w:t>
        <w:br/>
        <w:t>f 2890/2043/1769 2882/2036/1762 2877/2031/1757</w:t>
        <w:br/>
        <w:t>f 2875/2028/1754 2882/2036/1762 2888/2042/1768</w:t>
        <w:br/>
        <w:t>f 2870/2027/1753 2880/2035/1761 2884/2038/1764</w:t>
        <w:br/>
        <w:t>f 3000/2156/1866 3028/2182/1892 3089/2242/1951</w:t>
        <w:br/>
        <w:t>f 3135/2290/1998 3074/2228/1937 3103/2257/1966</w:t>
        <w:br/>
        <w:t>f 3241/2395/2104 3192/2346/2053 3266/2421/2129</w:t>
        <w:br/>
        <w:t>f 3184/2338/2045 3136/2289/1997 3135/2290/1998</w:t>
        <w:br/>
        <w:t>f 3166/2320/2026 3188/2342/2049 3242/2396/2105</w:t>
        <w:br/>
        <w:t>f 3192/2346/2053 3166/2320/2026 3254/2408/2116</w:t>
        <w:br/>
        <w:t>f 3372/2527/2236 3308/2462/2171 3348/2502/2211</w:t>
        <w:br/>
        <w:t>f 3373/2526/2235 3348/2502/2211 3365/2518/2227</w:t>
        <w:br/>
        <w:t>f 3364/2519/2228 3411/2566/2270 3431/2585/2289</w:t>
        <w:br/>
        <w:t>f 3485/2639/2343 3491/2645/2349 3498/2651/2355</w:t>
        <w:br/>
        <w:t>f 3491/2645/2349 3485/2639/2343 3472/2627/2331</w:t>
        <w:br/>
        <w:t>f 3386/2539/2246 3426/2579/2283 3552/2708/2411</w:t>
        <w:br/>
        <w:t>f 3245/2400/2109 3328/2481/2191 3299/2450/2158</w:t>
        <w:br/>
        <w:t>f 3217/2372/2081 3218/2371/2080 3245/2400/2109</w:t>
        <w:br/>
        <w:t>f 3218/2371/2080 3225/2379/2088 3246/2399/2108</w:t>
        <w:br/>
        <w:t>f 3272/2426/2134 3246/2399/2108 3225/2379/2088</w:t>
        <w:br/>
        <w:t>f 3624/2776/2479 3623/2777/2480 3622/2778/2481</w:t>
        <w:br/>
        <w:t>f 3628/2779/2482 3627/2780/2483 3626/2781/2484</w:t>
        <w:br/>
        <w:t>f 3625/2782/2485 3628/2779/2482 3626/2781/2484</w:t>
        <w:br/>
        <w:t>f 3629/2783/2486 3627/2780/2483 3628/2779/2482</w:t>
        <w:br/>
        <w:t>f 3630/2784/2487 3629/2783/2486 3628/2779/2482</w:t>
        <w:br/>
        <w:t>f 3630/2784/2487 3632/2785/2488 3631/2786/2489</w:t>
        <w:br/>
        <w:t>f 3629/2783/2486 3630/2784/2487 3631/2786/2489</w:t>
        <w:br/>
        <w:t>f 3635/2787/2490 3634/2788/2490 3633/2789/2491</w:t>
        <w:br/>
        <w:t>f 3638/2790/2492 3637/2791/2493 3636/2792/2494</w:t>
        <w:br/>
        <w:t>f 3639/2793/2495 3638/2790/2492 3636/2792/2494</w:t>
        <w:br/>
        <w:t>f 3643/2794/2496 3642/2795/2497 3641/2796/2498</w:t>
        <w:br/>
        <w:t>f 3640/2797/2499 3643/2794/2496 3641/2796/2498</w:t>
        <w:br/>
        <w:t>f 3637/2791/2493 3638/2790/2492 3644/2798/2500</w:t>
        <w:br/>
        <w:t>f 3645/2799/2501 3637/2791/2493 3644/2798/2500</w:t>
        <w:br/>
        <w:t>f 3647/2800/2502 3645/2799/2501 3644/2798/2500</w:t>
        <w:br/>
        <w:t>f 3646/2801/2503 3647/2800/2502 3644/2798/2500</w:t>
        <w:br/>
        <w:t>f 3651/2802/2504 3650/2803/2505 3649/2804/2505</w:t>
        <w:br/>
        <w:t>f 3648/2805/2506 3651/2802/2504 3649/2804/2505</w:t>
        <w:br/>
        <w:t>f 3652/2806/2507 3637/2791/2493 3640/2797/2499</w:t>
        <w:br/>
        <w:t>f 3641/2796/2498 3652/2806/2507 3640/2797/2499</w:t>
        <w:br/>
        <w:t>f 3637/2791/2493 3652/2806/2507 3653/2807/2508</w:t>
        <w:br/>
        <w:t>f 3636/2792/2494 3637/2791/2493 3653/2807/2508</w:t>
        <w:br/>
        <w:t>f 3656/2808/2509 3655/2809/2510 3654/2810/2511</w:t>
        <w:br/>
        <w:t>f 3657/2811/2512 3656/2808/2509 3654/2810/2511</w:t>
        <w:br/>
        <w:t>f 3660/2812/2513 3659/2813/2514 3658/2814/2515</w:t>
        <w:br/>
        <w:t>f 3661/2815/2480 3660/2812/2513 3658/2814/2515</w:t>
        <w:br/>
        <w:t>f 3659/2813/2514 3663/2816/2516 3662/2817/2517</w:t>
        <w:br/>
        <w:t>f 3658/2814/2515 3659/2813/2514 3662/2817/2517</w:t>
        <w:br/>
        <w:t>f 3667/2818/2518 3666/2819/2519 3665/2820/2519</w:t>
        <w:br/>
        <w:t>f 3664/2821/2518 3667/2818/2518 3665/2820/2519</w:t>
        <w:br/>
        <w:t>f 3671/2822/2520 3670/2823/2520 3669/2824/2521</w:t>
        <w:br/>
        <w:t>f 3668/2825/2522 3671/2822/2520 3669/2824/2521</w:t>
        <w:br/>
        <w:t>f 3667/2818/2518 3664/2821/2518 3673/2826/2523</w:t>
        <w:br/>
        <w:t>f 3672/2827/2523 3667/2818/2518 3673/2826/2523</w:t>
        <w:br/>
        <w:t>f 3624/2776/2479 3622/2778/2481 3674/2828/2524</w:t>
        <w:br/>
        <w:t>f 3634/2788/2490 3635/2787/2490 3676/2829/2525</w:t>
        <w:br/>
        <w:t>f 3675/2830/2525 3634/2788/2490 3676/2829/2525</w:t>
        <w:br/>
        <w:t>f 3679/2831/2526 3678/2832/2527 3677/2833/2528</w:t>
        <w:br/>
        <w:t>f 3680/2834/2529 3679/2831/2526 3677/2833/2528</w:t>
        <w:br/>
        <w:t>f 3639/2793/2495 3636/2792/2494 3654/2810/2511</w:t>
        <w:br/>
        <w:t>f 3681/2835/2530 3639/2793/2495 3654/2810/2511</w:t>
        <w:br/>
        <w:t>f 3657/2811/2512 3654/2810/2511 3636/2792/2494</w:t>
        <w:br/>
        <w:t>f 3653/2807/2508 3657/2811/2512 3636/2792/2494</w:t>
        <w:br/>
        <w:t>f 3685/2836/2531 3684/2837/2513 3683/2838/2532</w:t>
        <w:br/>
        <w:t>f 3682/2839/2533 3685/2836/2531 3683/2838/2532</w:t>
        <w:br/>
        <w:t>f 3623/2777/2480 3686/2840/2534 3683/2838/2532</w:t>
        <w:br/>
        <w:t>f 3684/2837/2513 3623/2777/2480 3683/2838/2532</w:t>
        <w:br/>
        <w:t>f 3647/2800/2502 3646/2801/2503 3687/2841/2535</w:t>
        <w:br/>
        <w:t>f 3688/2842/2536 3647/2800/2502 3687/2841/2535</w:t>
        <w:br/>
        <w:t>f 3691/2843/2537 3690/2844/2538 3689/2845/2539</w:t>
        <w:br/>
        <w:t>f 3694/2846/2540 3693/2847/2541 3692/2848/2541</w:t>
        <w:br/>
        <w:t>f 3697/2849/2542 3696/2850/2543 3695/2851/2543</w:t>
        <w:br/>
        <w:t>f 3698/2852/2544 3631/2786/2489 3632/2785/2488</w:t>
        <w:br/>
        <w:t>f 3699/2853/2544 3698/2852/2544 3632/2785/2488</w:t>
        <w:br/>
        <w:t>f 3675/2830/2525 3676/2829/2525 3698/2852/2544</w:t>
        <w:br/>
        <w:t>f 3699/2853/2544 3675/2830/2525 3698/2852/2544</w:t>
        <w:br/>
        <w:t>f 3642/2795/2497 3643/2794/2496 3700/2854/2545</w:t>
        <w:br/>
        <w:t>f 3701/2855/2546 3642/2795/2497 3700/2854/2545</w:t>
        <w:br/>
        <w:t>f 3701/2855/2546 3700/2854/2545 3678/2832/2527</w:t>
        <w:br/>
        <w:t>f 3679/2831/2526 3701/2855/2546 3678/2832/2527</w:t>
        <w:br/>
        <w:t>f 3687/2841/2535 3651/2802/2504 3648/2805/2506</w:t>
        <w:br/>
        <w:t>f 3688/2842/2536 3687/2841/2535 3648/2805/2506</w:t>
        <w:br/>
        <w:t>f 3677/2833/2528 3702/2856/2547 3680/2834/2529</w:t>
        <w:br/>
        <w:t>f 3705/2857/2548 3704/2858/2549 3703/2859/2549</w:t>
        <w:br/>
        <w:t>f 3708/2860/2550 3707/2861/2550 3706/2862/2551</w:t>
        <w:br/>
        <w:t>f 3709/2863/2552 3708/2860/2550 3706/2862/2551</w:t>
        <w:br/>
        <w:t>f 3711/2864/2553 3710/2865/2554 3709/2863/2552</w:t>
        <w:br/>
        <w:t>f 3706/2862/2551 3711/2864/2553 3709/2863/2552</w:t>
        <w:br/>
        <w:t>f 3622/2778/2481 3626/2781/2484 3627/2780/2483</w:t>
        <w:br/>
        <w:t>f 3674/2828/2524 3622/2778/2481 3627/2780/2483</w:t>
        <w:br/>
        <w:t>f 3713/2866/2555 3674/2828/2524 3627/2780/2483</w:t>
        <w:br/>
        <w:t>f 3712/2867/2555 3713/2866/2555 3627/2780/2483</w:t>
        <w:br/>
        <w:t>f 3714/2868/2556 3713/2866/2555 3712/2867/2555</w:t>
        <w:br/>
        <w:t>f 3715/2869/2557 3714/2868/2556 3712/2867/2555</w:t>
        <w:br/>
        <w:t>f 3714/2868/2556 3715/2869/2557 3717/2870/2558</w:t>
        <w:br/>
        <w:t>f 3716/2871/2558 3714/2868/2556 3717/2870/2558</w:t>
        <w:br/>
        <w:t>f 3716/2871/2558 3717/2870/2558 3719/2872/2559</w:t>
        <w:br/>
        <w:t>f 3718/2873/2559 3716/2871/2558 3719/2872/2559</w:t>
        <w:br/>
        <w:t>f 3721/2874/2560 3720/2875/2560 3718/2873/2559</w:t>
        <w:br/>
        <w:t>f 3719/2872/2559 3721/2874/2560 3718/2873/2559</w:t>
        <w:br/>
        <w:t>f 3659/2813/2514 3660/2812/2513 3723/2876/2561</w:t>
        <w:br/>
        <w:t>f 3722/2877/2562 3659/2813/2514 3723/2876/2561</w:t>
        <w:br/>
        <w:t>f 3722/2877/2562 3724/2878/2563 3663/2816/2516</w:t>
        <w:br/>
        <w:t>f 3659/2813/2514 3722/2877/2562 3663/2816/2516</w:t>
        <w:br/>
        <w:t>f 3691/2843/2537 3689/2845/2539 3725/2879/2564</w:t>
        <w:br/>
        <w:t>f 3626/2781/2484 3685/2836/2531 3625/2782/2485</w:t>
        <w:br/>
        <w:t>f 3625/2782/2485 3685/2836/2531 3682/2839/2533</w:t>
        <w:br/>
        <w:t>f 3729/2880/2565 3728/2881/2565 3727/2882/2566</w:t>
        <w:br/>
        <w:t>f 3726/2883/2566 3729/2880/2565 3727/2882/2566</w:t>
        <w:br/>
        <w:t>f 3728/2881/2565 3729/2880/2565 3731/2884/2567</w:t>
        <w:br/>
        <w:t>f 3730/2885/2567 3728/2881/2565 3731/2884/2567</w:t>
        <w:br/>
        <w:t>f 3730/2885/2567 3731/2884/2567 3733/2886/2568</w:t>
        <w:br/>
        <w:t>f 3732/2887/2568 3730/2885/2567 3733/2886/2568</w:t>
        <w:br/>
        <w:t>f 3735/2888/2569 3734/2889/2569 3732/2887/2568</w:t>
        <w:br/>
        <w:t>f 3733/2886/2568 3735/2888/2569 3732/2887/2568</w:t>
        <w:br/>
        <w:t>f 3734/2889/2569 3735/2888/2569 3737/2890/2570</w:t>
        <w:br/>
        <w:t>f 3736/2891/2570 3734/2889/2569 3737/2890/2570</w:t>
        <w:br/>
        <w:t>f 3736/2891/2570 3737/2890/2570 3738/2892/2571</w:t>
        <w:br/>
        <w:t>f 3739/2893/2571 3736/2891/2570 3738/2892/2571</w:t>
        <w:br/>
        <w:t>f 3739/2893/2571 3738/2892/2571 3740/2894/2572</w:t>
        <w:br/>
        <w:t>f 3741/2895/2572 3739/2893/2571 3740/2894/2572</w:t>
        <w:br/>
        <w:t>f 3744/2896/2573 3743/2897/2574 3742/2898/2575</w:t>
        <w:br/>
        <w:t>f 3745/2899/2573 3744/2896/2573 3742/2898/2575</w:t>
        <w:br/>
        <w:t>f 3748/2900/2576 3747/2901/2506 3743/2897/2577</w:t>
        <w:br/>
        <w:t>f 3746/2902/2578 3748/2900/2576 3743/2897/2577</w:t>
        <w:br/>
        <w:t>f 3746/2902/2579 3751/2903/2580 3750/2904/2581</w:t>
        <w:br/>
        <w:t>f 3749/2905/2582 3746/2902/2579 3750/2904/2581</w:t>
        <w:br/>
        <w:t>f 3751/2903/2580 3753/2906/2583 3752/2907/2501</w:t>
        <w:br/>
        <w:t>f 3750/2904/2581 3751/2903/2580 3752/2907/2501</w:t>
        <w:br/>
        <w:t>f 3753/2906/2583 3755/2908/2584 3754/2909/2585</w:t>
        <w:br/>
        <w:t>f 3752/2907/2501 3753/2906/2583 3754/2909/2585</w:t>
        <w:br/>
        <w:t>f 3759/2910/2586 3758/2911/2587 3757/2912/2587</w:t>
        <w:br/>
        <w:t>f 3756/2913/2586 3759/2910/2586 3757/2912/2587</w:t>
        <w:br/>
        <w:t>f 3759/2910/2586 3756/2913/2586 3761/2914/2588</w:t>
        <w:br/>
        <w:t>f 3760/2915/2588 3759/2910/2586 3761/2914/2588</w:t>
        <w:br/>
        <w:t>f 3763/2916/2589 3762/2917/2589 3760/2915/2588</w:t>
        <w:br/>
        <w:t>f 3761/2914/2588 3763/2916/2589 3760/2915/2588</w:t>
        <w:br/>
        <w:t>f 3762/2917/2589 3763/2916/2589 3764/2918/2590</w:t>
        <w:br/>
        <w:t>f 3765/2919/2590 3762/2917/2589 3764/2918/2590</w:t>
        <w:br/>
        <w:t>f 3767/2920/2591 3765/2919/2590 3764/2918/2590</w:t>
        <w:br/>
        <w:t>f 3766/2921/2591 3767/2920/2591 3764/2918/2590</w:t>
        <w:br/>
        <w:t>f 3768/2922/2592 3767/2920/2591 3766/2921/2591</w:t>
        <w:br/>
        <w:t>f 3680/2834/2529 3702/2856/2547 3769/2923/2593</w:t>
        <w:br/>
        <w:t>f 3769/2923/2593 3770/2924/2594 3679/2831/2526</w:t>
        <w:br/>
        <w:t>f 3680/2834/2529 3769/2923/2593 3679/2831/2526</w:t>
        <w:br/>
        <w:t>f 3770/2924/2594 3771/2925/2595 3701/2855/2546</w:t>
        <w:br/>
        <w:t>f 3679/2831/2526 3770/2924/2594 3701/2855/2546</w:t>
        <w:br/>
        <w:t>f 3771/2925/2595 3772/2926/2596 3642/2795/2497</w:t>
        <w:br/>
        <w:t>f 3701/2855/2546 3771/2925/2595 3642/2795/2497</w:t>
        <w:br/>
        <w:t>f 3773/2927/2597 3641/2796/2498 3642/2795/2497</w:t>
        <w:br/>
        <w:t>f 3772/2926/2596 3773/2927/2597 3642/2795/2497</w:t>
        <w:br/>
        <w:t>f 3641/2796/2498 3773/2927/2597 3774/2928/2598</w:t>
        <w:br/>
        <w:t>f 3652/2806/2507 3641/2796/2498 3774/2928/2598</w:t>
        <w:br/>
        <w:t>f 3652/2806/2507 3774/2928/2598 3775/2929/2599</w:t>
        <w:br/>
        <w:t>f 3653/2807/2508 3652/2806/2507 3775/2929/2599</w:t>
        <w:br/>
        <w:t>f 3776/2930/2600 3657/2811/2512 3653/2807/2508</w:t>
        <w:br/>
        <w:t>f 3775/2929/2599 3776/2930/2600 3653/2807/2508</w:t>
        <w:br/>
        <w:t>f 3778/2931/2601 3777/2932/2602 3726/2883/2566</w:t>
        <w:br/>
        <w:t>f 3727/2882/2566 3778/2931/2601 3726/2883/2566</w:t>
        <w:br/>
        <w:t>f 3655/2809/2510 3779/2933/2603 3681/2835/2530</w:t>
        <w:br/>
        <w:t>f 3654/2810/2511 3655/2809/2510 3681/2835/2530</w:t>
        <w:br/>
        <w:t>f 3656/2808/2509 3657/2811/2512 3776/2930/2600</w:t>
        <w:br/>
        <w:t>f 3780/2934/2604 3656/2808/2509 3776/2930/2600</w:t>
        <w:br/>
        <w:t>f 3782/2935/2605 3682/2839/2533 3683/2838/2532</w:t>
        <w:br/>
        <w:t>f 3781/2936/2606 3782/2935/2605 3683/2838/2532</w:t>
        <w:br/>
        <w:t>f 3725/2879/2564 3689/2845/2539 3784/2937/2607</w:t>
        <w:br/>
        <w:t>f 3783/2938/2608 3725/2879/2564 3784/2937/2607</w:t>
        <w:br/>
        <w:t>f 3784/2937/2607 3689/2845/2539 3690/2844/2538</w:t>
        <w:br/>
        <w:t>f 3785/2939/2609 3784/2937/2607 3690/2844/2538</w:t>
        <w:br/>
        <w:t>f 3693/2847/2541 3787/2940/2610 3786/2941/2610</w:t>
        <w:br/>
        <w:t>f 3692/2848/2541 3693/2847/2541 3786/2941/2610</w:t>
        <w:br/>
        <w:t>f 3789/2942/2611 3788/2943/2611 3703/2859/2549</w:t>
        <w:br/>
        <w:t>f 3704/2858/2549 3789/2942/2611 3703/2859/2549</w:t>
        <w:br/>
        <w:t>f 3791/2944/2612 3790/2945/2612 3695/2851/2543</w:t>
        <w:br/>
        <w:t>f 3696/2850/2543 3791/2944/2612 3695/2851/2543</w:t>
        <w:br/>
        <w:t>f 3793/2946/2613 3792/2947/2614 3668/2825/2522</w:t>
        <w:br/>
        <w:t>f 3669/2824/2521 3793/2946/2613 3668/2825/2522</w:t>
        <w:br/>
        <w:t>f 3663/2816/2516 3784/2937/2607 3785/2939/2609</w:t>
        <w:br/>
        <w:t>f 3662/2817/2517 3663/2816/2516 3785/2939/2609</w:t>
        <w:br/>
        <w:t>f 3787/2940/2610 3792/2947/2614 3793/2946/2613</w:t>
        <w:br/>
        <w:t>f 3786/2941/2610 3787/2940/2610 3793/2946/2613</w:t>
        <w:br/>
        <w:t>f 3707/2861/2550 3708/2860/2550 3788/2943/2611</w:t>
        <w:br/>
        <w:t>f 3789/2942/2611 3707/2861/2550 3788/2943/2611</w:t>
        <w:br/>
        <w:t>f 3790/2945/2612 3791/2944/2612 3672/2827/2523</w:t>
        <w:br/>
        <w:t>f 3673/2826/2523 3790/2945/2612 3672/2827/2523</w:t>
        <w:br/>
        <w:t>f 3784/2937/2607 3663/2816/2516 3724/2878/2563</w:t>
        <w:br/>
        <w:t>f 3783/2938/2608 3784/2937/2607 3724/2878/2563</w:t>
        <w:br/>
        <w:t>f 3794/2948/2615 3649/2804/2505 3650/2803/2505</w:t>
        <w:br/>
        <w:t>f 3795/2949/2616 3744/2896/2573 3745/2899/2573</w:t>
        <w:br/>
        <w:t>f 3721/2874/2560 3796/2950/2617 3720/2875/2560</w:t>
        <w:br/>
        <w:t>f 3741/2895/2572 3740/2894/2572 3797/2951/2618</w:t>
        <w:br/>
        <w:t>f 3683/2838/2532 3686/2840/2534 3798/2952/2619</w:t>
        <w:br/>
        <w:t>f 3781/2936/2606 3683/2838/2532 3798/2952/2619</w:t>
        <w:br/>
        <w:t>f 3686/2840/2534 3623/2777/2480 3624/2776/2479</w:t>
        <w:br/>
        <w:t>f 3801/2953/2620 3800/2954/2621 3799/2955/2622</w:t>
        <w:br/>
        <w:t>f 3802/2956/2623 3801/2953/2620 3799/2955/2622</w:t>
        <w:br/>
        <w:t>f 3806/2957/2624 3805/2958/2625 3804/2959/2626</w:t>
        <w:br/>
        <w:t>f 3803/2960/2627 3806/2957/2624 3804/2959/2626</w:t>
        <w:br/>
        <w:t>f 3808/2961/2628 3804/2959/2626 3805/2958/2625</w:t>
        <w:br/>
        <w:t>f 3807/2962/2629 3808/2961/2628 3805/2958/2625</w:t>
        <w:br/>
        <w:t>f 3810/2963/2630 3808/2961/2628 3807/2962/2629</w:t>
        <w:br/>
        <w:t>f 3809/2964/2631 3810/2963/2630 3807/2962/2629</w:t>
        <w:br/>
        <w:t>f 3813/2965/2632 3812/2966/2633 3811/2967/2634</w:t>
        <w:br/>
        <w:t>f 3817/2968/2635 3816/2969/2635 3815/2970/2636</w:t>
        <w:br/>
        <w:t>f 3814/2971/2637 3817/2968/2635 3815/2970/2636</w:t>
        <w:br/>
        <w:t>f 3820/2972/2638 3819/2973/2638 3818/2974/2639</w:t>
        <w:br/>
        <w:t>f 3824/2975/2640 3823/2976/2640 3822/2977/2641</w:t>
        <w:br/>
        <w:t>f 3821/2978/2641 3824/2975/2640 3822/2977/2641</w:t>
        <w:br/>
        <w:t>f 3827/2979/2642 3826/2980/2643 3825/2981/2643</w:t>
        <w:br/>
        <w:t>f 3828/2982/2642 3827/2979/2642 3825/2981/2643</w:t>
        <w:br/>
        <w:t>f 3821/2978/2641 3822/2977/2641 3830/2983/2644</w:t>
        <w:br/>
        <w:t>f 3829/2984/2645 3821/2978/2641 3830/2983/2644</w:t>
        <w:br/>
        <w:t>f 3828/2982/2642 3832/2985/2646 3831/2986/2647</w:t>
        <w:br/>
        <w:t>f 3827/2979/2642 3828/2982/2642 3831/2986/2647</w:t>
        <w:br/>
        <w:t>f 3829/2984/2645 3830/2983/2644 3834/2987/2648</w:t>
        <w:br/>
        <w:t>f 3833/2988/2648 3829/2984/2645 3834/2987/2648</w:t>
        <w:br/>
        <w:t>f 3835/2989/2649 3831/2986/2647 3832/2985/2646</w:t>
        <w:br/>
        <w:t>f 3836/2990/2649 3835/2989/2649 3832/2985/2646</w:t>
        <w:br/>
        <w:t>f 3838/2991/2650 3837/2992/2651 3819/2973/2638</w:t>
        <w:br/>
        <w:t>f 3820/2972/2638 3838/2991/2650 3819/2973/2638</w:t>
        <w:br/>
        <w:t>f 3812/2966/2633 3841/2993/2652 3840/2994/2653</w:t>
        <w:br/>
        <w:t>f 3839/2995/2654 3812/2966/2633 3840/2994/2653</w:t>
        <w:br/>
        <w:t>f 3845/2996/2655 3844/2997/2656 3843/2998/2657</w:t>
        <w:br/>
        <w:t>f 3842/2999/2655 3845/2996/2655 3843/2998/2657</w:t>
        <w:br/>
        <w:t>f 3816/2969/2635 3817/2968/2635 3823/2976/2640</w:t>
        <w:br/>
        <w:t>f 3824/2975/2640 3816/2969/2635 3823/2976/2640</w:t>
        <w:br/>
        <w:t>f 3803/2960/2627 3802/2956/2623 3799/2955/2622</w:t>
        <w:br/>
        <w:t>f 3806/2957/2624 3803/2960/2627 3799/2955/2622</w:t>
        <w:br/>
        <w:t>f 3825/2981/2643 3826/2980/2643 3847/3000/2658</w:t>
        <w:br/>
        <w:t>f 3846/3001/2659 3825/2981/2643 3847/3000/2658</w:t>
        <w:br/>
        <w:t>f 3847/3000/2658 3849/3002/2660 3848/3003/2661</w:t>
        <w:br/>
        <w:t>f 3846/3001/2659 3847/3000/2658 3848/3003/2661</w:t>
        <w:br/>
        <w:t>f 3844/2997/2656 3850/3004/2662 3843/2998/2657</w:t>
        <w:br/>
        <w:t>f 3833/2988/2648 3834/2987/2648 3852/3005/2663</w:t>
        <w:br/>
        <w:t>f 3851/3006/2663 3833/2988/2648 3852/3005/2663</w:t>
        <w:br/>
        <w:t>f 3854/3007/2664 3810/2963/2630 3809/2964/2631</w:t>
        <w:br/>
        <w:t>f 3853/3008/2665 3854/3007/2664 3809/2964/2631</w:t>
        <w:br/>
        <w:t>f 3855/3009/2666 3835/2989/2649 3836/2990/2649</w:t>
        <w:br/>
        <w:t>f 3856/3010/2666 3855/3009/2666 3836/2990/2649</w:t>
        <w:br/>
        <w:t>f 3858/3011/2667 3857/3012/2667 3851/3006/2663</w:t>
        <w:br/>
        <w:t>f 3852/3005/2663 3858/3011/2667 3851/3006/2663</w:t>
        <w:br/>
        <w:t>f 3860/3013/2668 3854/3007/2664 3853/3008/2665</w:t>
        <w:br/>
        <w:t>f 3859/3014/2669 3860/3013/2668 3853/3008/2665</w:t>
        <w:br/>
        <w:t>f 3856/3010/2666 3862/3015/2670 3861/3016/2670</w:t>
        <w:br/>
        <w:t>f 3855/3009/2666 3856/3010/2666 3861/3016/2670</w:t>
        <w:br/>
        <w:t>f 3811/2967/2634 3812/2966/2633 3839/2995/2654</w:t>
        <w:br/>
        <w:t>f 3863/3017/2671 3811/2967/2634 3839/2995/2654</w:t>
        <w:br/>
        <w:t>f 3853/3008/2665 3865/3018/2672 3864/3019/2673</w:t>
        <w:br/>
        <w:t>f 3859/3014/2669 3853/3008/2665 3864/3019/2673</w:t>
        <w:br/>
        <w:t>f 3853/3008/2665 3809/2964/2631 3866/3020/2674</w:t>
        <w:br/>
        <w:t>f 3865/3018/2672 3853/3008/2665 3866/3020/2674</w:t>
        <w:br/>
        <w:t>f 3809/2964/2631 3807/2962/2629 3867/3021/2675</w:t>
        <w:br/>
        <w:t>f 3866/3020/2674 3809/2964/2631 3867/3021/2675</w:t>
        <w:br/>
        <w:t>f 3807/2962/2629 3805/2958/2625 3868/3022/2676</w:t>
        <w:br/>
        <w:t>f 3867/3021/2675 3807/2962/2629 3868/3022/2676</w:t>
        <w:br/>
        <w:t>f 3869/3023/2677 3868/3022/2676 3805/2958/2625</w:t>
        <w:br/>
        <w:t>f 3806/2957/2624 3869/3023/2677 3805/2958/2625</w:t>
        <w:br/>
        <w:t>f 3806/2957/2624 3799/2955/2622 3870/3024/2678</w:t>
        <w:br/>
        <w:t>f 3869/3023/2677 3806/2957/2624 3870/3024/2678</w:t>
        <w:br/>
        <w:t>f 3799/2955/2622 3800/2954/2621 3871/3025/2679</w:t>
        <w:br/>
        <w:t>f 3870/3024/2678 3799/2955/2622 3871/3025/2679</w:t>
        <w:br/>
        <w:t>f 3813/2965/2632 3841/2993/2652 3812/2966/2633</w:t>
        <w:br/>
        <w:t>f 3859/3014/2669 3839/2995/2654 3840/2994/2653</w:t>
        <w:br/>
        <w:t>f 3860/3013/2668 3859/3014/2669 3840/2994/2653</w:t>
        <w:br/>
        <w:t>f 3863/3017/2671 3839/2995/2654 3859/3014/2669</w:t>
        <w:br/>
        <w:t>f 3864/3019/2673 3863/3017/2671 3859/3014/2669</w:t>
        <w:br/>
        <w:t>f 3842/2999/2655 3861/3016/2670 3862/3015/2670</w:t>
        <w:br/>
        <w:t>f 3845/2996/2655 3842/2999/2655 3862/3015/2670</w:t>
        <w:br/>
        <w:t>f 3857/3012/2667 3858/3011/2667 3837/2992/2651</w:t>
        <w:br/>
        <w:t>f 3838/2991/2650 3857/3012/2667 3837/2992/2651</w:t>
        <w:br/>
        <w:t>f 3875/3026/2680 3874/3027/2681 3873/3028/2682</w:t>
        <w:br/>
        <w:t>f 3872/3029/2683 3875/3026/2680 3873/3028/2682</w:t>
        <w:br/>
        <w:t>f 3874/3027/2681 3875/3026/2680 3877/3030/2684</w:t>
        <w:br/>
        <w:t>f 3876/3031/2685 3874/3027/2681 3877/3030/2684</w:t>
        <w:br/>
        <w:t>f 3880/3032/2686 3879/3033/2687 3878/3034/2688</w:t>
        <w:br/>
        <w:t>f 3884/3035/2689 3883/3036/2690 3882/3037/2691</w:t>
        <w:br/>
        <w:t>f 3881/3038/2692 3884/3035/2689 3882/3037/2691</w:t>
        <w:br/>
        <w:t>f 3888/3039/2693 3887/3040/2694 3886/3041/2694</w:t>
        <w:br/>
        <w:t>f 3885/3042/2693 3888/3039/2693 3886/3041/2694</w:t>
        <w:br/>
        <w:t>f 3891/3043/2695 3890/3044/2696 3889/3045/2695</w:t>
        <w:br/>
        <w:t>f 3893/3046/2697 3886/3041/2694 3887/3040/2694</w:t>
        <w:br/>
        <w:t>f 3892/3047/2697 3893/3046/2697 3887/3040/2694</w:t>
        <w:br/>
        <w:t>f 3897/3048/2698 3896/3049/2698 3895/3050/2699</w:t>
        <w:br/>
        <w:t>f 3894/3051/2699 3897/3048/2698 3895/3050/2699</w:t>
        <w:br/>
        <w:t>f 3901/3052/2700 3900/3053/2701 3899/3054/2702</w:t>
        <w:br/>
        <w:t>f 3898/3055/2703 3901/3052/2700 3899/3054/2702</w:t>
        <w:br/>
        <w:t>f 3905/3056/2704 3904/3057/2704 3903/3058/2705</w:t>
        <w:br/>
        <w:t>f 3902/3059/2705 3905/3056/2704 3903/3058/2705</w:t>
        <w:br/>
        <w:t>f 3907/3060/2706 3906/3061/2707 3876/3031/2685</w:t>
        <w:br/>
        <w:t>f 3877/3030/2684 3907/3060/2706 3876/3031/2685</w:t>
        <w:br/>
        <w:t>f 3896/3049/2698 3897/3048/2698 3909/3062/2708</w:t>
        <w:br/>
        <w:t>f 3908/3063/2708 3896/3049/2698 3909/3062/2708</w:t>
        <w:br/>
        <w:t>f 3911/3064/2709 3893/3046/2697 3892/3047/2697</w:t>
        <w:br/>
        <w:t>f 3910/3065/2709 3911/3064/2709 3892/3047/2697</w:t>
        <w:br/>
        <w:t>f 3891/3043/2695 3889/3045/2695 3901/3052/2700</w:t>
        <w:br/>
        <w:t>f 3898/3055/2703 3891/3043/2695 3901/3052/2700</w:t>
        <w:br/>
        <w:t>f 3884/3035/2689 3912/3066/2710 3878/3034/2688</w:t>
        <w:br/>
        <w:t>f 3883/3036/2690 3884/3035/2689 3878/3034/2688</w:t>
        <w:br/>
        <w:t>f 3902/3059/2705 3903/3058/2705 3914/3067/2711</w:t>
        <w:br/>
        <w:t>f 3913/3068/2711 3902/3059/2705 3914/3067/2711</w:t>
        <w:br/>
        <w:t>f 3894/3051/2699 3895/3050/2699 3915/3069/2712</w:t>
        <w:br/>
        <w:t>f 3916/3070/2712 3894/3051/2699 3915/3069/2712</w:t>
        <w:br/>
        <w:t>f 3913/3068/2711 3914/3067/2711 3917/3071/2713</w:t>
        <w:br/>
        <w:t>f 3919/3072/2714 3911/3064/2709 3910/3065/2709</w:t>
        <w:br/>
        <w:t>f 3918/3073/2714 3919/3072/2714 3910/3065/2709</w:t>
        <w:br/>
        <w:t>f 3921/3074/2715 3920/3075/2716 3906/3061/2707</w:t>
        <w:br/>
        <w:t>f 3907/3060/2706 3921/3074/2715 3906/3061/2707</w:t>
        <w:br/>
        <w:t>f 3908/3063/2708 3909/3062/2708 3923/3076/2717</w:t>
        <w:br/>
        <w:t>f 3922/3077/2717 3908/3063/2708 3923/3076/2717</w:t>
        <w:br/>
        <w:t>f 3900/3053/2701 3919/3072/2714 3918/3073/2714</w:t>
        <w:br/>
        <w:t>f 3899/3054/2702 3900/3053/2701 3918/3073/2714</w:t>
        <w:br/>
        <w:t>f 3881/3038/2692 3882/3037/2691 3920/3075/2716</w:t>
        <w:br/>
        <w:t>f 3921/3074/2715 3881/3038/2692 3920/3075/2716</w:t>
        <w:br/>
        <w:t>f 3922/3077/2717 3923/3076/2717 3904/3057/2704</w:t>
        <w:br/>
        <w:t>f 3905/3056/2704 3922/3077/2717 3904/3057/2704</w:t>
        <w:br/>
        <w:t>f 3883/3036/2690 3878/3034/2688 3879/3033/2687</w:t>
        <w:br/>
        <w:t>f 3924/3078/2718 3883/3036/2690 3879/3033/2687</w:t>
        <w:br/>
        <w:t>f 3883/3036/2690 3924/3078/2718 3925/3079/2719</w:t>
        <w:br/>
        <w:t>f 3882/3037/2691 3883/3036/2690 3925/3079/2719</w:t>
        <w:br/>
        <w:t>f 3882/3037/2691 3925/3079/2719 3926/3080/2720</w:t>
        <w:br/>
        <w:t>f 3920/3075/2716 3882/3037/2691 3926/3080/2720</w:t>
        <w:br/>
        <w:t>f 3920/3075/2716 3926/3080/2720 3927/3081/2721</w:t>
        <w:br/>
        <w:t>f 3906/3061/2707 3920/3075/2716 3927/3081/2721</w:t>
        <w:br/>
        <w:t>f 3906/3061/2707 3927/3081/2721 3928/3082/2722</w:t>
        <w:br/>
        <w:t>f 3876/3031/2685 3906/3061/2707 3928/3082/2722</w:t>
        <w:br/>
        <w:t>f 3929/3083/2723 3874/3027/2681 3876/3031/2685</w:t>
        <w:br/>
        <w:t>f 3928/3082/2722 3929/3083/2723 3876/3031/2685</w:t>
        <w:br/>
        <w:t>f 3874/3027/2681 3929/3083/2723 3930/3084/2724</w:t>
        <w:br/>
        <w:t>f 3873/3028/2682 3874/3027/2681 3930/3084/2724</w:t>
        <w:br/>
        <w:t>f 3880/3032/2686 3878/3034/2688 3912/3066/2710</w:t>
        <w:br/>
        <w:t>f 29864/3085/2725 29863/3086/2726 29862/3087/2727</w:t>
        <w:br/>
        <w:t>f 29861/3088/2728 29864/3085/2725 29862/3087/2727</w:t>
        <w:br/>
        <w:t>f 29868/3089/2729 29867/3090/2730 29866/3091/2731</w:t>
        <w:br/>
        <w:t>f 29865/3092/2732 29868/3089/2729 29866/3091/2731</w:t>
        <w:br/>
        <w:t>f 29863/3086/2726 29864/3085/2725 29870/3093/2733</w:t>
        <w:br/>
        <w:t>f 29869/3094/2733 29863/3086/2726 29870/3093/2733</w:t>
        <w:br/>
        <w:t>f 29872/3095/2734 29871/3096/2735 29867/3090/2730</w:t>
        <w:br/>
        <w:t>f 29868/3089/2729 29872/3095/2734 29867/3090/2730</w:t>
        <w:br/>
        <w:t>f 29875/3097/2736 29874/3098/2737 29873/3099/2738</w:t>
        <w:br/>
        <w:t>f 29876/3100/2739 29875/3097/2736 29873/3099/2738</w:t>
        <w:br/>
        <w:t>f 29879/3101/2740 29878/3102/2741 29877/3103/2742</w:t>
        <w:br/>
        <w:t>f 29880/3104/2743 29879/3101/2740 29877/3103/2742</w:t>
        <w:br/>
        <w:t>f 29883/3105/2744 29882/3106/2744 29881/3107/2745</w:t>
        <w:br/>
        <w:t>f 29884/3108/2746 29883/3105/2744 29881/3107/2745</w:t>
        <w:br/>
        <w:t>f 29886/3109/2747 29885/3110/2748 29874/3098/2737</w:t>
        <w:br/>
        <w:t>f 29875/3097/2736 29886/3109/2747 29874/3098/2737</w:t>
        <w:br/>
        <w:t>f 29879/3101/2740 29888/3111/2749 29887/3112/2750</w:t>
        <w:br/>
        <w:t>f 29878/3102/2741 29879/3101/2740 29887/3112/2750</w:t>
        <w:br/>
        <w:t>f 29890/3113/2751 29889/3114/2752 29882/3106/2744</w:t>
        <w:br/>
        <w:t>f 29883/3105/2744 29890/3113/2751 29882/3106/2744</w:t>
        <w:br/>
        <w:t>f 29892/3115/2753 29891/3116/2754 29885/3110/2748</w:t>
        <w:br/>
        <w:t>f 29886/3109/2747 29892/3115/2753 29885/3110/2748</w:t>
        <w:br/>
        <w:t>f 29893/3117/2755 29887/3112/2750 29888/3111/2749</w:t>
        <w:br/>
        <w:t>f 29894/3118/2756 29893/3117/2755 29888/3111/2749</w:t>
        <w:br/>
        <w:t>f 29889/3114/2752 29890/3113/2751 29896/3119/2757</w:t>
        <w:br/>
        <w:t>f 29895/3120/2758 29889/3114/2752 29896/3119/2757</w:t>
        <w:br/>
        <w:t>f 29898/3121/2759 29897/3122/2760 29891/3116/2754</w:t>
        <w:br/>
        <w:t>f 29892/3115/2753 29898/3121/2759 29891/3116/2754</w:t>
        <w:br/>
        <w:t>f 29899/3123/2761 29893/3117/2755 29894/3118/2756</w:t>
        <w:br/>
        <w:t>f 29900/3124/2762 29899/3123/2761 29894/3118/2756</w:t>
        <w:br/>
        <w:t>f 29895/3120/2758 29896/3119/2757 29902/3125/2763</w:t>
        <w:br/>
        <w:t>f 29901/3126/2764 29895/3120/2758 29902/3125/2763</w:t>
        <w:br/>
        <w:t>f 29904/3127/2765 29903/3128/2766 29897/3122/2760</w:t>
        <w:br/>
        <w:t>f 29898/3121/2759 29904/3127/2765 29897/3122/2760</w:t>
        <w:br/>
        <w:t>f 29905/3129/2767 29899/3123/2761 29900/3124/2762</w:t>
        <w:br/>
        <w:t>f 29906/3130/2768 29905/3129/2767 29900/3124/2762</w:t>
        <w:br/>
        <w:t>f 29901/3126/2764 29902/3125/2763 29908/3131/2769</w:t>
        <w:br/>
        <w:t>f 29907/3132/2770 29901/3126/2764 29908/3131/2769</w:t>
        <w:br/>
        <w:t>f 29910/3133/2771 29909/3134/2772 29903/3128/2766</w:t>
        <w:br/>
        <w:t>f 29904/3127/2765 29910/3133/2771 29903/3128/2766</w:t>
        <w:br/>
        <w:t>f 29911/3135/2773 29905/3129/2767 29906/3130/2768</w:t>
        <w:br/>
        <w:t>f 29912/3136/2774 29911/3135/2773 29906/3130/2768</w:t>
        <w:br/>
        <w:t>f 29908/3131/2769 29914/3137/2775 29913/3138/2776</w:t>
        <w:br/>
        <w:t>f 29907/3132/2770 29908/3131/2769 29913/3138/2776</w:t>
        <w:br/>
        <w:t>f 29916/3139/2777 29915/3140/2778 29909/3134/2772</w:t>
        <w:br/>
        <w:t>f 29910/3133/2771 29916/3139/2777 29909/3134/2772</w:t>
        <w:br/>
        <w:t>f 29912/3136/2774 29918/3141/2779 29917/3142/2780</w:t>
        <w:br/>
        <w:t>f 29911/3135/2773 29912/3136/2774 29917/3142/2780</w:t>
        <w:br/>
        <w:t>f 29914/3137/2775 29920/3143/2781 29919/3144/2782</w:t>
        <w:br/>
        <w:t>f 29913/3138/2776 29914/3137/2775 29919/3144/2782</w:t>
        <w:br/>
        <w:t>f 29922/3145/2783 29921/3146/2784 29915/3140/2778</w:t>
        <w:br/>
        <w:t>f 29916/3139/2777 29922/3145/2783 29915/3140/2778</w:t>
        <w:br/>
        <w:t>f 29918/3141/2779 29924/3147/2785 29923/3148/2786</w:t>
        <w:br/>
        <w:t>f 29917/3142/2780 29918/3141/2779 29923/3148/2786</w:t>
        <w:br/>
        <w:t>f 29920/3143/2781 29926/3149/2787 29925/3150/2788</w:t>
        <w:br/>
        <w:t>f 29919/3144/2782 29920/3143/2781 29925/3150/2788</w:t>
        <w:br/>
        <w:t>f 29930/3151/2789 29929/3152/2790 29928/3153/2791</w:t>
        <w:br/>
        <w:t>f 29927/3154/2792 29930/3151/2789 29928/3153/2791</w:t>
        <w:br/>
        <w:t>f 29925/3150/2788 29932/3155/2793 29931/3156/2794</w:t>
        <w:br/>
        <w:t>f 29934/3157/2795 29933/3158/2796 29929/3152/2790</w:t>
        <w:br/>
        <w:t>f 29930/3151/2789 29934/3157/2795 29929/3152/2790</w:t>
        <w:br/>
        <w:t>f 29938/3159/2797 29937/3160/2798 29936/3161/2799</w:t>
        <w:br/>
        <w:t>f 29935/3162/2800 29938/3159/2797 29936/3161/2799</w:t>
        <w:br/>
        <w:t>f 29941/3163/2801 29940/3164/2802 29939/3165/2803</w:t>
        <w:br/>
        <w:t>f 29942/3166/2804 29941/3163/2801 29939/3165/2803</w:t>
        <w:br/>
        <w:t>f 29935/3162/2800 29936/3161/2799 29944/3167/2805</w:t>
        <w:br/>
        <w:t>f 29943/3168/2806 29935/3162/2800 29944/3167/2805</w:t>
        <w:br/>
        <w:t>f 29939/3165/2803 29940/3164/2802 29946/3169/2807</w:t>
        <w:br/>
        <w:t>f 29945/3170/2808 29939/3165/2803 29946/3169/2807</w:t>
        <w:br/>
        <w:t>f 29944/3167/2805 29948/3171/2809 29947/3172/2810</w:t>
        <w:br/>
        <w:t>f 29943/3168/2806 29944/3167/2805 29947/3172/2810</w:t>
        <w:br/>
        <w:t>f 29946/3169/2807 29950/3173/2811 29949/3174/2812</w:t>
        <w:br/>
        <w:t>f 29945/3170/2808 29946/3169/2807 29949/3174/2812</w:t>
        <w:br/>
        <w:t>f 29949/3174/2812 29950/3173/2811 29952/3175/2813</w:t>
        <w:br/>
        <w:t>f 29951/3176/2814 29949/3174/2812 29952/3175/2813</w:t>
        <w:br/>
        <w:t>f 29956/3177/2815 29955/3178/2816 29954/3179/2817</w:t>
        <w:br/>
        <w:t>f 29953/3180/2817 29956/3177/2815 29954/3179/2817</w:t>
        <w:br/>
        <w:t>f 29951/3176/2814 29952/3175/2813 29958/3181/2818</w:t>
        <w:br/>
        <w:t>f 29957/3182/2819 29951/3176/2814 29958/3181/2818</w:t>
        <w:br/>
        <w:t>f 29962/3183/2820 29961/3184/2821 29960/3185/2822</w:t>
        <w:br/>
        <w:t>f 29959/3186/2822 29962/3183/2820 29960/3185/2822</w:t>
        <w:br/>
        <w:t>f 29965/3187/2823 29964/3188/2824 29963/3189/2825</w:t>
        <w:br/>
        <w:t>f 29966/3190/2826 29965/3187/2823 29963/3189/2825</w:t>
        <w:br/>
        <w:t>f 29970/3191/2827 29969/3192/2827 29968/3193/2828</w:t>
        <w:br/>
        <w:t>f 29967/3194/2829 29970/3191/2827 29968/3193/2828</w:t>
        <w:br/>
        <w:t>f 29973/3195/2830 29972/3196/2831 29971/3197/2832</w:t>
        <w:br/>
        <w:t>f 29975/3198/2833 29974/3199/2833 29969/3192/2827</w:t>
        <w:br/>
        <w:t>f 29970/3191/2827 29975/3198/2833 29969/3192/2827</w:t>
        <w:br/>
        <w:t>f 29979/3200/2834 29978/3201/2835 29977/3202/2836</w:t>
        <w:br/>
        <w:t>f 29976/3203/2836 29979/3200/2834 29977/3202/2836</w:t>
        <w:br/>
        <w:t>f 29982/3204/2837 29981/3205/2838 29980/3206/2839</w:t>
        <w:br/>
        <w:t>f 29971/3197/2832 29982/3204/2837 29980/3206/2839</w:t>
        <w:br/>
        <w:t>f 29975/3198/2833 29984/3207/2840 29983/3208/2840</w:t>
        <w:br/>
        <w:t>f 29974/3199/2833 29975/3198/2833 29983/3208/2840</w:t>
        <w:br/>
        <w:t>f 29986/3209/2841 29985/3210/2842 29976/3203/2836</w:t>
        <w:br/>
        <w:t>f 29977/3202/2836 29986/3209/2841 29976/3203/2836</w:t>
        <w:br/>
        <w:t>f 29987/3211/2843 29980/3206/2839 29981/3205/2838</w:t>
        <w:br/>
        <w:t>f 29988/3212/2844 29987/3211/2843 29981/3205/2838</w:t>
        <w:br/>
        <w:t>f 29992/3213/2845 29991/3214/2846 29990/3215/2846</w:t>
        <w:br/>
        <w:t>f 29989/3216/2845 29992/3213/2845 29990/3215/2846</w:t>
        <w:br/>
        <w:t>f 29996/3217/2847 29995/3218/2847 29994/3219/2848</w:t>
        <w:br/>
        <w:t>f 29993/3220/2849 29996/3217/2847 29994/3219/2848</w:t>
        <w:br/>
        <w:t>f 30000/3221/2850 29999/3222/2851 29998/3223/2852</w:t>
        <w:br/>
        <w:t>f 29997/3224/2853 30000/3221/2850 29998/3223/2852</w:t>
        <w:br/>
        <w:t>f 29991/3214/2846 30002/3225/2854 30001/3226/2854</w:t>
        <w:br/>
        <w:t>f 29990/3215/2846 29991/3214/2846 30001/3226/2854</w:t>
        <w:br/>
        <w:t>f 30004/3227/2855 30003/3228/2856 29993/3220/2849</w:t>
        <w:br/>
        <w:t>f 29994/3219/2848 30004/3227/2855 29993/3220/2849</w:t>
        <w:br/>
        <w:t>f 30005/3229/2857 29999/3222/2851 30000/3221/2850</w:t>
        <w:br/>
        <w:t>f 30006/3230/2857 30005/3229/2857 30000/3221/2850</w:t>
        <w:br/>
        <w:t>f 30009/3231/2858 30008/3232/2858 30007/3233/2859</w:t>
        <w:br/>
        <w:t>f 30010/3234/2859 30009/3231/2858 30007/3233/2859</w:t>
        <w:br/>
        <w:t>f 30014/3235/2860 30013/3236/2861 30012/3237/2862</w:t>
        <w:br/>
        <w:t>f 30011/3238/2863 30014/3235/2860 30012/3237/2862</w:t>
        <w:br/>
        <w:t>f 30018/3239/2864 30017/3240/2865 30016/3241/2866</w:t>
        <w:br/>
        <w:t>f 30015/3242/2867 30018/3239/2864 30016/3241/2866</w:t>
        <w:br/>
        <w:t>f 30022/3243/2868 30021/3244/2868 30020/3245/2869</w:t>
        <w:br/>
        <w:t>f 30019/3246/2870 30022/3243/2868 30020/3245/2869</w:t>
        <w:br/>
        <w:t>f 30012/3237/2862 30024/3247/2871 30023/3248/2872</w:t>
        <w:br/>
        <w:t>f 30011/3238/2863 30012/3237/2862 30023/3248/2872</w:t>
        <w:br/>
        <w:t>f 30017/3240/2865 30026/3249/2873 30025/3250/2874</w:t>
        <w:br/>
        <w:t>f 30016/3241/2866 30017/3240/2865 30025/3250/2874</w:t>
        <w:br/>
        <w:t>f 30030/3251/2875 30029/3252/2875 30028/3253/2876</w:t>
        <w:br/>
        <w:t>f 30027/3254/2877 30030/3251/2875 30028/3253/2876</w:t>
        <w:br/>
        <w:t>f 30034/3255/2878 30033/3256/2879 30032/3257/2880</w:t>
        <w:br/>
        <w:t>f 30031/3258/2881 30034/3255/2878 30032/3257/2880</w:t>
        <w:br/>
        <w:t>f 30037/3259/2882 30036/3260/2883 30035/3261/2883</w:t>
        <w:br/>
        <w:t>f 30038/3262/2882 30037/3259/2882 30035/3261/2883</w:t>
        <w:br/>
        <w:t>f 30041/3263/2884 30040/3264/2885 30039/3265/2886</w:t>
        <w:br/>
        <w:t>f 30042/3266/2887 30041/3263/2884 30039/3265/2886</w:t>
        <w:br/>
        <w:t>f 30046/3267/2888 30045/3268/2889 30044/3269/2890</w:t>
        <w:br/>
        <w:t>f 30043/3270/2891 30046/3267/2888 30044/3269/2890</w:t>
        <w:br/>
        <w:t>f 30050/3271/2892 30049/3272/2892 30048/3273/2893</w:t>
        <w:br/>
        <w:t>f 30047/3274/2893 30050/3271/2892 30048/3273/2893</w:t>
        <w:br/>
        <w:t>f 30053/3275/2894 30052/3276/2895 30051/3277/2896</w:t>
        <w:br/>
        <w:t>f 30056/3278/2897 30055/3279/2898 30054/3280/2899</w:t>
        <w:br/>
        <w:t>f 30059/3281/2900 30058/3282/2900 30057/3283/2901</w:t>
        <w:br/>
        <w:t>f 29924/3147/2785 30061/3284/2902 30060/3285/2903</w:t>
        <w:br/>
        <w:t>f 30064/3286/2904 30063/3287/2905 30062/3288/2906</w:t>
        <w:br/>
        <w:t>f 30065/3289/2907 30064/3286/2904 30062/3288/2906</w:t>
        <w:br/>
        <w:t>f 30067/3290/2908 30066/3291/2909 30063/3287/2905</w:t>
        <w:br/>
        <w:t>f 30064/3286/2904 30067/3290/2908 30063/3287/2905</w:t>
        <w:br/>
        <w:t>f 30067/3290/2908 30069/3292/2910 30068/3293/2911</w:t>
        <w:br/>
        <w:t>f 30066/3291/2909 30067/3290/2908 30068/3293/2911</w:t>
        <w:br/>
        <w:t>f 30069/3292/2910 30071/3294/2912 30070/3295/2913</w:t>
        <w:br/>
        <w:t>f 30068/3293/2911 30069/3292/2910 30070/3295/2913</w:t>
        <w:br/>
        <w:t>f 30071/3294/2912 30073/3296/2914 30072/3297/2915</w:t>
        <w:br/>
        <w:t>f 30070/3295/2913 30071/3294/2912 30072/3297/2915</w:t>
        <w:br/>
        <w:t>f 30077/3298/2916 30076/3299/2917 30075/3300/2918</w:t>
        <w:br/>
        <w:t>f 30074/3301/2919 30077/3298/2916 30075/3300/2918</w:t>
        <w:br/>
        <w:t>f 30079/3302/2920 30078/3303/2921 29978/3201/2835</w:t>
        <w:br/>
        <w:t>f 29979/3200/2834 30079/3302/2920 29978/3201/2835</w:t>
        <w:br/>
        <w:t>f 29937/3160/2798 29938/3159/2797 30081/3304/2922</w:t>
        <w:br/>
        <w:t>f 30080/3305/2923 29937/3160/2798 30081/3304/2922</w:t>
        <w:br/>
        <w:t>f 30082/3306/2924 29947/3172/2810 29948/3171/2809</w:t>
        <w:br/>
        <w:t>f 29936/3161/2799 30084/3307/2925 30083/3308/2926</w:t>
        <w:br/>
        <w:t>f 29944/3167/2805 29936/3161/2799 30083/3308/2926</w:t>
        <w:br/>
        <w:t>f 29937/3160/2798 30085/3309/2927 30084/3307/2925</w:t>
        <w:br/>
        <w:t>f 29936/3161/2799 29937/3160/2798 30084/3307/2925</w:t>
        <w:br/>
        <w:t>f 30080/3305/2923 30086/3310/2928 30085/3309/2927</w:t>
        <w:br/>
        <w:t>f 29937/3160/2798 30080/3305/2923 30085/3309/2927</w:t>
        <w:br/>
        <w:t>f 29924/3147/2785 30060/3285/2903 30087/3311/2929</w:t>
        <w:br/>
        <w:t>f 30063/3287/2905 30089/3312/2930 30088/3313/2931</w:t>
        <w:br/>
        <w:t>f 30062/3288/2906 30063/3287/2905 30088/3313/2931</w:t>
        <w:br/>
        <w:t>f 30066/3291/2909 30083/3308/2926 30089/3312/2930</w:t>
        <w:br/>
        <w:t>f 30063/3287/2905 30066/3291/2909 30089/3312/2930</w:t>
        <w:br/>
        <w:t>f 30068/3293/2911 30090/3314/2932 30083/3308/2926</w:t>
        <w:br/>
        <w:t>f 30066/3291/2909 30068/3293/2911 30083/3308/2926</w:t>
        <w:br/>
        <w:t>f 30068/3293/2911 30070/3295/2913 30091/3315/2933</w:t>
        <w:br/>
        <w:t>f 30090/3314/2932 30068/3293/2911 30091/3315/2933</w:t>
        <w:br/>
        <w:t>f 30092/3316/2934 30091/3315/2933 30070/3295/2913</w:t>
        <w:br/>
        <w:t>f 30072/3297/2915 30092/3316/2934 30070/3295/2913</w:t>
        <w:br/>
        <w:t>f 30074/3301/2919 30094/3317/2935 30093/3318/2936</w:t>
        <w:br/>
        <w:t>f 30077/3298/2916 30074/3301/2919 30093/3318/2936</w:t>
        <w:br/>
        <w:t>f 30079/3302/2920 29979/3200/2834 30095/3319/2937</w:t>
        <w:br/>
        <w:t>f 29979/3200/2938 30097/3320/2939 30096/3321/2939</w:t>
        <w:br/>
        <w:t>f 30099/3322/2940 30098/3323/2940 30096/3321/2939</w:t>
        <w:br/>
        <w:t>f 30097/3320/2939 30099/3322/2940 30096/3321/2939</w:t>
        <w:br/>
        <w:t>f 30103/3324/2941 30102/3325/2942 30101/3326/2942</w:t>
        <w:br/>
        <w:t>f 30100/3327/2941 30103/3324/2941 30101/3326/2942</w:t>
        <w:br/>
        <w:t>f 29926/3149/2787 30105/3328/2943 30104/3329/2944</w:t>
        <w:br/>
        <w:t>f 29925/3150/2788 29926/3149/2787 30104/3329/2944</w:t>
        <w:br/>
        <w:t>f 30109/3330/2945 30108/3331/2946 30107/3332/2947</w:t>
        <w:br/>
        <w:t>f 30106/3333/2948 30109/3330/2945 30107/3332/2947</w:t>
        <w:br/>
        <w:t>f 30108/3331/2946 30111/3334/2949 30110/3335/2950</w:t>
        <w:br/>
        <w:t>f 30107/3332/2947 30108/3331/2946 30110/3335/2950</w:t>
        <w:br/>
        <w:t>f 30110/3335/2950 30111/3334/2949 30112/3336/2951</w:t>
        <w:br/>
        <w:t>f 29925/3150/2788 30104/3329/2944 29932/3155/2793</w:t>
        <w:br/>
        <w:t>f 30106/3333/2948 30107/3332/2947 29940/3164/2802</w:t>
        <w:br/>
        <w:t>f 29941/3163/2801 30106/3333/2948 29940/3164/2802</w:t>
        <w:br/>
        <w:t>f 30107/3332/2947 30110/3335/2950 29946/3169/2807</w:t>
        <w:br/>
        <w:t>f 29940/3164/2802 30107/3332/2947 29946/3169/2807</w:t>
        <w:br/>
        <w:t>f 30110/3335/2950 30112/3336/2951 29950/3173/2811</w:t>
        <w:br/>
        <w:t>f 29946/3169/2807 30110/3335/2950 29950/3173/2811</w:t>
        <w:br/>
        <w:t>f 30112/3336/2951 30113/3337/2952 29952/3175/2813</w:t>
        <w:br/>
        <w:t>f 29950/3173/2811 30112/3336/2951 29952/3175/2813</w:t>
        <w:br/>
        <w:t>f 30113/3337/2952 30114/3338/2953 29958/3181/2818</w:t>
        <w:br/>
        <w:t>f 29952/3175/2813 30113/3337/2952 29958/3181/2818</w:t>
        <w:br/>
        <w:t>f 30116/3339/2954 30115/3340/2955 29965/3187/2823</w:t>
        <w:br/>
        <w:t>f 29966/3190/2826 30116/3339/2954 29965/3187/2823</w:t>
        <w:br/>
        <w:t>f 29972/3196/2831 30117/3341/2956 29982/3204/2837</w:t>
        <w:br/>
        <w:t>f 29972/3196/2831 29982/3204/2837 29971/3197/2832</w:t>
        <w:br/>
        <w:t>f 30120/3342/2957 30119/3343/2957 30118/3344/2958</w:t>
        <w:br/>
        <w:t>f 29876/3100/2739 30120/3342/2957 30118/3344/2958</w:t>
        <w:br/>
        <w:t>f 29880/3104/2743 29877/3103/2742 30122/3345/2959</w:t>
        <w:br/>
        <w:t>f 30121/3346/2959 29880/3104/2743 30122/3345/2959</w:t>
        <w:br/>
        <w:t>f 30124/3347/2960 30123/3348/2961 29871/3096/2735</w:t>
        <w:br/>
        <w:t>f 29872/3095/2734 30124/3347/2960 29871/3096/2735</w:t>
        <w:br/>
        <w:t>f 30127/3349/2962 30126/3350/2963 30125/3351/2963</w:t>
        <w:br/>
        <w:t>f 30128/3352/2964 30127/3349/2962 30125/3351/2963</w:t>
        <w:br/>
        <w:t>f 30126/3350/2963 30130/3353/2965 30129/3354/2965</w:t>
        <w:br/>
        <w:t>f 30125/3351/2963 30126/3350/2963 30129/3354/2965</w:t>
        <w:br/>
        <w:t>f 30118/3344/2958 30131/3355/2966 29875/3097/2736</w:t>
        <w:br/>
        <w:t>f 29876/3100/2739 30118/3344/2958 29875/3097/2736</w:t>
        <w:br/>
        <w:t>f 29875/3097/2736 30131/3355/2966 29887/3112/2750</w:t>
        <w:br/>
        <w:t>f 29886/3109/2747 29875/3097/2736 29887/3112/2750</w:t>
        <w:br/>
        <w:t>f 29887/3112/2750 29893/3117/2755 29892/3115/2753</w:t>
        <w:br/>
        <w:t>f 29886/3109/2747 29887/3112/2750 29892/3115/2753</w:t>
        <w:br/>
        <w:t>f 29893/3117/2755 29899/3123/2761 29898/3121/2759</w:t>
        <w:br/>
        <w:t>f 29892/3115/2753 29893/3117/2755 29898/3121/2759</w:t>
        <w:br/>
        <w:t>f 29899/3123/2761 29905/3129/2767 29904/3127/2765</w:t>
        <w:br/>
        <w:t>f 29898/3121/2759 29899/3123/2761 29904/3127/2765</w:t>
        <w:br/>
        <w:t>f 29905/3129/2767 29911/3135/2773 29910/3133/2771</w:t>
        <w:br/>
        <w:t>f 29904/3127/2765 29905/3129/2767 29910/3133/2771</w:t>
        <w:br/>
        <w:t>f 29911/3135/2773 29917/3142/2780 29916/3139/2777</w:t>
        <w:br/>
        <w:t>f 29910/3133/2771 29911/3135/2773 29916/3139/2777</w:t>
        <w:br/>
        <w:t>f 29923/3148/2786 29922/3145/2783 29916/3139/2777</w:t>
        <w:br/>
        <w:t>f 29917/3142/2780 29923/3148/2786 29916/3139/2777</w:t>
        <w:br/>
        <w:t>f 29923/3148/2786 30081/3304/2922 29927/3154/2792</w:t>
        <w:br/>
        <w:t>f 29922/3145/2783 29923/3148/2786 29927/3154/2792</w:t>
        <w:br/>
        <w:t>f 29938/3159/2797 29935/3162/2800 29934/3157/2795</w:t>
        <w:br/>
        <w:t>f 29930/3151/2789 29938/3159/2797 29934/3157/2795</w:t>
        <w:br/>
        <w:t>f 29935/3162/2800 30133/3356/2967 30132/3357/2968</w:t>
        <w:br/>
        <w:t>f 29934/3157/2795 29935/3162/2800 30132/3357/2968</w:t>
        <w:br/>
        <w:t>f 30136/3358/2969 30135/3359/2969 30134/3360/2970</w:t>
        <w:br/>
        <w:t>f 30137/3361/2971 30136/3358/2969 30134/3360/2970</w:t>
        <w:br/>
        <w:t>f 30136/3358/2969 30139/3362/2972 30138/3363/2972</w:t>
        <w:br/>
        <w:t>f 30135/3359/2969 30136/3358/2969 30138/3363/2972</w:t>
        <w:br/>
        <w:t>f 30139/3362/2972 30141/3364/2973 30140/3365/2973</w:t>
        <w:br/>
        <w:t>f 30138/3363/2972 30139/3362/2972 30140/3365/2973</w:t>
        <w:br/>
        <w:t>f 30145/3366/2974 30144/3367/2975 30143/3368/2976</w:t>
        <w:br/>
        <w:t>f 30142/3369/2977 30145/3366/2974 30143/3368/2976</w:t>
        <w:br/>
        <w:t>f 30142/3369/2977 30148/3370/2978 30147/3371/2979</w:t>
        <w:br/>
        <w:t>f 30146/3372/2980 30142/3369/2977 30147/3371/2979</w:t>
        <w:br/>
        <w:t>f 30152/3373/2981 30151/3374/2860 30150/3375/2982</w:t>
        <w:br/>
        <w:t>f 30149/3376/2983 30152/3373/2981 30150/3375/2982</w:t>
        <w:br/>
        <w:t>f 30150/3375/2982 30154/3377/2984 30153/3378/2985</w:t>
        <w:br/>
        <w:t>f 30149/3376/2983 30150/3375/2982 30153/3378/2985</w:t>
        <w:br/>
        <w:t>f 30158/3379/2881 30157/3380/2986 30156/3381/2987</w:t>
        <w:br/>
        <w:t>f 30155/3382/2988 30158/3379/2881 30156/3381/2987</w:t>
        <w:br/>
        <w:t>f 30162/3383/2891 30161/3384/2890 30160/3385/2989</w:t>
        <w:br/>
        <w:t>f 30159/3386/2990 30162/3383/2891 30160/3385/2989</w:t>
        <w:br/>
        <w:t>f 30165/3387/2991 30164/3388/2992 30163/3389/2993</w:t>
        <w:br/>
        <w:t>f 30042/3266/2887 30167/3390/2994 30166/3391/2995</w:t>
        <w:br/>
        <w:t>f 30041/3263/2884 30042/3266/2887 30166/3391/2995</w:t>
        <w:br/>
        <w:t>f 30171/3392/2996 30170/3393/2997 30169/3394/2998</w:t>
        <w:br/>
        <w:t>f 30168/3395/2999 30171/3392/2996 30169/3394/2998</w:t>
        <w:br/>
        <w:t>f 30175/3396/3000 30174/3397/3000 30173/3398/3001</w:t>
        <w:br/>
        <w:t>f 30172/3399/3001 30175/3396/3000 30173/3398/3001</w:t>
        <w:br/>
        <w:t>f 30179/3400/2998 30178/3401/2997 30177/3402/3002</w:t>
        <w:br/>
        <w:t>f 30176/3403/3003 30179/3400/2998 30177/3402/3002</w:t>
        <w:br/>
        <w:t>f 30182/3404/3004 29868/3089/2729 29865/3092/2732</w:t>
        <w:br/>
        <w:t>f 30180/3405/3005 29868/3089/2729 30182/3404/3004</w:t>
        <w:br/>
        <w:t>f 30182/3404/3004 30181/3406/3006 30180/3405/3005</w:t>
        <w:br/>
        <w:t>f 29872/3095/2734 29868/3089/2729 30180/3405/3005</w:t>
        <w:br/>
        <w:t>f 30183/3407/3007 29872/3095/2734 30180/3405/3005</w:t>
        <w:br/>
        <w:t>f 30187/3408/3008 30186/3409/3009 30185/3410/3010</w:t>
        <w:br/>
        <w:t>f 30184/3411/3011 30187/3408/3008 30185/3410/3010</w:t>
        <w:br/>
        <w:t>f 30189/3412/3012 29914/3137/2775 29908/3131/2769</w:t>
        <w:br/>
        <w:t>f 30188/3413/3013 30189/3412/3012 29908/3131/2769</w:t>
        <w:br/>
        <w:t>f 29914/3137/2775 30189/3412/3012 30190/3414/3014</w:t>
        <w:br/>
        <w:t>f 29920/3143/2781 29914/3137/2775 30190/3414/3014</w:t>
        <w:br/>
        <w:t>f 29926/3149/2787 29920/3143/2781 30190/3414/3014</w:t>
        <w:br/>
        <w:t>f 30191/3415/3015 29926/3149/2787 30190/3414/3014</w:t>
        <w:br/>
        <w:t>f 30193/3416/3016 30109/3330/2945 30105/3328/2943</w:t>
        <w:br/>
        <w:t>f 30192/3417/3017 30193/3416/3016 30105/3328/2943</w:t>
        <w:br/>
        <w:t>f 30194/3418/3018 30108/3331/2946 30109/3330/2945</w:t>
        <w:br/>
        <w:t>f 30193/3416/3016 30194/3418/3018 30109/3330/2945</w:t>
        <w:br/>
        <w:t>f 30195/3419/3019 30111/3334/2949 30108/3331/2946</w:t>
        <w:br/>
        <w:t>f 30194/3418/3018 30195/3419/3019 30108/3331/2946</w:t>
        <w:br/>
        <w:t>f 30196/3420/3020 30112/3336/2951 30111/3334/2949</w:t>
        <w:br/>
        <w:t>f 30195/3419/3019 30196/3420/3020 30111/3334/2949</w:t>
        <w:br/>
        <w:t>f 30197/3421/3021 30113/3337/2952 30112/3336/2951</w:t>
        <w:br/>
        <w:t>f 30196/3420/3020 30197/3421/3021 30112/3336/2951</w:t>
        <w:br/>
        <w:t>f 30199/3422/3022 30116/3339/2954 30114/3338/2953</w:t>
        <w:br/>
        <w:t>f 30198/3423/3023 30199/3422/3022 30114/3338/2953</w:t>
        <w:br/>
        <w:t>f 30201/3424/3024 30117/3341/2956 30115/3340/2955</w:t>
        <w:br/>
        <w:t>f 30200/3425/3025 30201/3424/3024 30115/3340/2955</w:t>
        <w:br/>
        <w:t>f 30202/3426/3026 29982/3204/2837 30117/3341/2956</w:t>
        <w:br/>
        <w:t>f 30201/3424/3024 30202/3426/3026 30117/3341/2956</w:t>
        <w:br/>
        <w:t>f 29981/3205/2838 29982/3204/2837 30202/3426/3026</w:t>
        <w:br/>
        <w:t>f 30203/3427/3027 29981/3205/2838 30202/3426/3026</w:t>
        <w:br/>
        <w:t>f 29997/3224/2853 29988/3212/2844 30205/3428/3028</w:t>
        <w:br/>
        <w:t>f 30204/3429/3029 29997/3224/2853 30205/3428/3028</w:t>
        <w:br/>
        <w:t>f 30018/3239/2864 30208/3430/3030 30207/3431/3030</w:t>
        <w:br/>
        <w:t>f 30206/3432/3031 30018/3239/2864 30207/3431/3030</w:t>
        <w:br/>
        <w:t>f 30017/3240/2865 30018/3239/2864 30206/3432/3031</w:t>
        <w:br/>
        <w:t>f 30209/3433/3032 30017/3240/2865 30206/3432/3031</w:t>
        <w:br/>
        <w:t>f 30212/3434/3033 30211/3435/3033 30026/3249/2873</w:t>
        <w:br/>
        <w:t>f 30210/3436/3034 30212/3434/3033 30026/3249/2873</w:t>
        <w:br/>
        <w:t>f 30216/3437/3035 30215/3438/3035 30214/3439/3036</w:t>
        <w:br/>
        <w:t>f 30213/3440/3036 30216/3437/3035 30214/3439/3036</w:t>
        <w:br/>
        <w:t>f 30220/3441/3037 30219/3442/3038 30218/3443/3039</w:t>
        <w:br/>
        <w:t>f 30217/3444/3040 30220/3441/3037 30218/3443/3039</w:t>
        <w:br/>
        <w:t>f 30223/3445/2895 30222/3446/3041 30221/3447/3042</w:t>
        <w:br/>
        <w:t>f 30187/3408/3008 30124/3347/2960 30224/3448/3043</w:t>
        <w:br/>
        <w:t>f 30186/3409/3009 30187/3408/3008 30224/3448/3043</w:t>
        <w:br/>
        <w:t>f 30226/3449/3044 30219/3442/3038 30220/3441/3037</w:t>
        <w:br/>
        <w:t>f 30225/3450/3045 30226/3449/3044 30220/3441/3037</w:t>
        <w:br/>
        <w:t>f 29959/3186/2822 29960/3185/2822 29955/3178/2816</w:t>
        <w:br/>
        <w:t>f 29956/3177/2815 29959/3186/2822 29955/3178/2816</w:t>
        <w:br/>
        <w:t>f 29966/3190/2826 29963/3189/2825 29957/3182/2819</w:t>
        <w:br/>
        <w:t>f 29958/3181/2818 29966/3190/2826 29957/3182/2819</w:t>
        <w:br/>
        <w:t>f 30073/3296/2914 30076/3299/2917 30077/3298/2916</w:t>
        <w:br/>
        <w:t>f 30072/3297/2915 30073/3296/2914 30077/3298/2916</w:t>
        <w:br/>
        <w:t>f 30077/3298/2916 30093/3318/2936 30092/3316/2934</w:t>
        <w:br/>
        <w:t>f 30072/3297/2915 30077/3298/2916 30092/3316/2934</w:t>
        <w:br/>
        <w:t>f 30102/3325/2942 30082/3306/2924 30227/3451/3046</w:t>
        <w:br/>
        <w:t>f 30101/3326/2942 30102/3325/2942 30227/3451/3046</w:t>
        <w:br/>
        <w:t>f 30114/3338/2953 30116/3339/2954 29966/3190/2826</w:t>
        <w:br/>
        <w:t>f 29958/3181/2818 30114/3338/2953 29966/3190/2826</w:t>
        <w:br/>
        <w:t>f 30113/3337/2952 30197/3421/3021 30198/3423/3023</w:t>
        <w:br/>
        <w:t>f 30114/3338/2953 30113/3337/2952 30198/3423/3023</w:t>
        <w:br/>
        <w:t>f 29967/3194/2829 29968/3193/2828 29961/3184/2821</w:t>
        <w:br/>
        <w:t>f 29962/3183/2820 29967/3194/2829 29961/3184/2821</w:t>
        <w:br/>
        <w:t>f 29965/3187/2823 29972/3196/2831 29973/3195/2830</w:t>
        <w:br/>
        <w:t>f 29964/3188/2824 29965/3187/2823 29973/3195/2830</w:t>
        <w:br/>
        <w:t>f 30078/3303/2921 30079/3302/2920 30074/3301/2919</w:t>
        <w:br/>
        <w:t>f 30075/3300/2918 30078/3303/2921 30074/3301/2919</w:t>
        <w:br/>
        <w:t>f 30079/3302/2920 30095/3319/2937 30094/3317/2935</w:t>
        <w:br/>
        <w:t>f 30074/3301/2919 30079/3302/2920 30094/3317/2935</w:t>
        <w:br/>
        <w:t>f 30100/3327/2941 30098/3323/2940 30099/3322/2940</w:t>
        <w:br/>
        <w:t>f 30103/3324/2941 30100/3327/2941 30099/3322/2940</w:t>
        <w:br/>
        <w:t>f 30115/3340/2955 30117/3341/2956 29972/3196/2831</w:t>
        <w:br/>
        <w:t>f 29965/3187/2823 30115/3340/2955 29972/3196/2831</w:t>
        <w:br/>
        <w:t>f 30137/3361/2971 29967/3194/2829 29962/3183/2820</w:t>
        <w:br/>
        <w:t>f 30228/3452/3047 30137/3361/2971 29962/3183/2820</w:t>
        <w:br/>
        <w:t>f 30116/3339/2954 30199/3422/3022 30200/3425/3025</w:t>
        <w:br/>
        <w:t>f 30115/3340/2955 30116/3339/2954 30200/3425/3025</w:t>
        <w:br/>
        <w:t>f 30051/3277/2896 30166/3391/2995 30167/3390/2994</w:t>
        <w:br/>
        <w:t>f 30053/3275/2894 30051/3277/2896 30167/3390/2994</w:t>
        <w:br/>
        <w:t>f 30170/3393/2997 30171/3392/2996 30055/3279/2898</w:t>
        <w:br/>
        <w:t>f 30056/3278/2897 30170/3393/2997 30055/3279/2898</w:t>
        <w:br/>
        <w:t>f 30059/3281/2900 30174/3397/3000 30175/3396/3000</w:t>
        <w:br/>
        <w:t>f 30058/3282/2900 30059/3281/2900 30175/3396/3000</w:t>
        <w:br/>
        <w:t>f 30177/3402/3002 30178/3401/2997 30164/3388/2992</w:t>
        <w:br/>
        <w:t>f 30165/3387/2991 30177/3402/3002 30164/3388/2992</w:t>
        <w:br/>
        <w:t>f 30222/3446/3041 30226/3449/3044 30229/3453/2995</w:t>
        <w:br/>
        <w:t>f 30221/3447/3042 30222/3446/3041 30229/3453/2995</w:t>
        <w:br/>
        <w:t>f 29932/3155/2793 29941/3163/2801 29942/3166/2804</w:t>
        <w:br/>
        <w:t>f 29931/3156/2794 29932/3155/2793 29942/3166/2804</w:t>
        <w:br/>
        <w:t>f 30065/3289/2907 30062/3288/2906 30060/3285/2903</w:t>
        <w:br/>
        <w:t>f 30061/3284/2902 30065/3289/2907 30060/3285/2903</w:t>
        <w:br/>
        <w:t>f 29923/3148/2786 29924/3147/2785 30080/3305/2923</w:t>
        <w:br/>
        <w:t>f 30081/3304/2922 29923/3148/2786 30080/3305/2923</w:t>
        <w:br/>
        <w:t>f 30080/3305/2923 29924/3147/2785 30086/3310/2928</w:t>
        <w:br/>
        <w:t>f 30062/3288/2906 30088/3313/2931 30087/3311/2929</w:t>
        <w:br/>
        <w:t>f 30060/3285/2903 30062/3288/2906 30087/3311/2929</w:t>
        <w:br/>
        <w:t>f 30105/3328/2943 30109/3330/2945 30106/3333/2948</w:t>
        <w:br/>
        <w:t>f 30104/3329/2944 30105/3328/2943 30106/3333/2948</w:t>
        <w:br/>
        <w:t>f 29941/3163/2801 29932/3155/2793 30104/3329/2944</w:t>
        <w:br/>
        <w:t>f 30106/3333/2948 29941/3163/2801 30104/3329/2944</w:t>
        <w:br/>
        <w:t>f 30081/3304/2922 29938/3159/2797 29930/3151/2789</w:t>
        <w:br/>
        <w:t>f 29927/3154/2792 30081/3304/2922 29930/3151/2789</w:t>
        <w:br/>
        <w:t>f 29926/3149/2787 30191/3415/3015 30192/3417/3017</w:t>
        <w:br/>
        <w:t>f 30105/3328/2943 29926/3149/2787 30192/3417/3017</w:t>
        <w:br/>
        <w:t>f 30090/3314/2932 29948/3171/2809 29944/3167/2805</w:t>
        <w:br/>
        <w:t>f 30083/3308/2926 30090/3314/2932 29944/3167/2805</w:t>
        <w:br/>
        <w:t>f 30090/3314/2932 30227/3451/3046 30082/3306/2924</w:t>
        <w:br/>
        <w:t>f 29948/3171/2809 30090/3314/2932 30082/3306/2924</w:t>
        <w:br/>
        <w:t>f 30233/3454/3048 30232/3455/3049 30231/3456/3050</w:t>
        <w:br/>
        <w:t>f 30230/3457/3051 30233/3454/3048 30231/3456/3050</w:t>
        <w:br/>
        <w:t>f 29921/3146/2784 29922/3145/2783 29927/3154/2792</w:t>
        <w:br/>
        <w:t>f 29928/3153/2791 29921/3146/2784 29927/3154/2792</w:t>
        <w:br/>
        <w:t>f 30129/3354/2965 30130/3353/2965 30119/3343/2957</w:t>
        <w:br/>
        <w:t>f 30120/3342/2957 30129/3354/2965 30119/3343/2957</w:t>
        <w:br/>
        <w:t>f 29869/3094/2733 29870/3093/2733 30121/3346/2959</w:t>
        <w:br/>
        <w:t>f 30122/3345/2959 29869/3094/2733 30121/3346/2959</w:t>
        <w:br/>
        <w:t>f 29884/3108/2746 29881/3107/2745 30123/3348/2961</w:t>
        <w:br/>
        <w:t>f 30124/3347/2960 29884/3108/2746 30123/3348/2961</w:t>
        <w:br/>
        <w:t>f 30124/3347/2960 29872/3095/2734 30183/3407/3007</w:t>
        <w:br/>
        <w:t>f 30224/3448/3043 30124/3347/2960 30183/3407/3007</w:t>
        <w:br/>
        <w:t>f 29953/3180/2817 29954/3179/2817 30232/3455/3049</w:t>
        <w:br/>
        <w:t>f 30233/3454/3048 29953/3180/2817 30232/3455/3049</w:t>
        <w:br/>
        <w:t>f 29984/3207/2840 29992/3213/2845 29989/3216/2845</w:t>
        <w:br/>
        <w:t>f 29983/3208/2840 29984/3207/2840 29989/3216/2845</w:t>
        <w:br/>
        <w:t>f 29995/3218/2847 29996/3217/2847 29985/3210/2842</w:t>
        <w:br/>
        <w:t>f 29986/3209/2841 29995/3218/2847 29985/3210/2842</w:t>
        <w:br/>
        <w:t>f 29997/3224/2853 29998/3223/2852 29987/3211/2843</w:t>
        <w:br/>
        <w:t>f 29988/3212/2844 29997/3224/2853 29987/3211/2843</w:t>
        <w:br/>
        <w:t>f 30144/3367/2975 30145/3366/2974 30140/3365/2973</w:t>
        <w:br/>
        <w:t>f 30141/3364/2973 30144/3367/2975 30140/3365/2973</w:t>
        <w:br/>
        <w:t>f 29988/3212/2844 29981/3205/2838 30203/3427/3027</w:t>
        <w:br/>
        <w:t>f 30205/3428/3028 29988/3212/2844 30203/3427/3027</w:t>
        <w:br/>
        <w:t>f 30000/3221/2850 29997/3224/2853 30204/3429/3029</w:t>
        <w:br/>
        <w:t>f 30234/3458/3052 30000/3221/2850 30204/3429/3029</w:t>
        <w:br/>
        <w:t>f 30010/3234/2859 30007/3233/2859 30001/3226/2854</w:t>
        <w:br/>
        <w:t>f 30002/3225/2854 30010/3234/2859 30001/3226/2854</w:t>
        <w:br/>
        <w:t>f 30013/3236/2861 30014/3235/2860 30003/3228/2856</w:t>
        <w:br/>
        <w:t>f 30004/3227/2855 30013/3236/2861 30003/3228/2856</w:t>
        <w:br/>
        <w:t>f 30006/3230/2857 30018/3239/2864 30015/3242/2867</w:t>
        <w:br/>
        <w:t>f 30005/3229/2857 30006/3230/2857 30015/3242/2867</w:t>
        <w:br/>
        <w:t>f 30151/3374/2860 30152/3373/2981 30146/3372/2980</w:t>
        <w:br/>
        <w:t>f 30147/3371/2979 30151/3374/2860 30146/3372/2980</w:t>
        <w:br/>
        <w:t>f 30208/3430/3030 30000/3221/2850 30234/3458/3052</w:t>
        <w:br/>
        <w:t>f 30207/3431/3030 30208/3430/3030 30234/3458/3052</w:t>
        <w:br/>
        <w:t>f 30236/3459/3053 30235/3460/3054 30184/3411/3011</w:t>
        <w:br/>
        <w:t>f 30185/3410/3010 30236/3459/3053 30184/3411/3011</w:t>
        <w:br/>
        <w:t>f 30237/3461/3055 29896/3119/2757 30235/3460/3054</w:t>
        <w:br/>
        <w:t>f 30236/3459/3053 30237/3461/3055 30235/3460/3054</w:t>
        <w:br/>
        <w:t>f 30238/3462/3056 29902/3125/2763 29896/3119/2757</w:t>
        <w:br/>
        <w:t>f 30237/3461/3055 30238/3462/3056 29896/3119/2757</w:t>
        <w:br/>
        <w:t>f 30188/3413/3013 29908/3131/2769 29902/3125/2763</w:t>
        <w:br/>
        <w:t>f 30238/3462/3056 30188/3413/3013 29902/3125/2763</w:t>
        <w:br/>
        <w:t>f 30191/3415/3015 30239/3463/3057 30192/3417/3017</w:t>
        <w:br/>
        <w:t>f 30239/3463/3057 30240/3464/3058 30193/3416/3016</w:t>
        <w:br/>
        <w:t>f 30192/3417/3017 30239/3463/3057 30193/3416/3016</w:t>
        <w:br/>
        <w:t>f 30194/3418/3018 30241/3465/3059 30195/3419/3019</w:t>
        <w:br/>
        <w:t>f 30133/3356/2967 30243/3466/3060 30242/3467/3061</w:t>
        <w:br/>
        <w:t>f 30132/3357/2968 30133/3356/2967 30242/3467/3061</w:t>
        <w:br/>
        <w:t>f 29947/3172/3062 30245/3468/3063 30244/3469/3063</w:t>
        <w:br/>
        <w:t>f 30242/3467/3064 29947/3172/3062 30244/3469/3063</w:t>
        <w:br/>
        <w:t>f 30245/3468/3063 30247/3470/3065 30246/3471/3066</w:t>
        <w:br/>
        <w:t>f 30244/3469/3063 30245/3468/3063 30246/3471/3066</w:t>
        <w:br/>
        <w:t>f 30251/3472/3066 30250/3473/3067 30249/3474/3067</w:t>
        <w:br/>
        <w:t>f 30248/3475/3066 30251/3472/3066 30249/3474/3067</w:t>
        <w:br/>
        <w:t>f 30228/3452/3047 29962/3183/2820 30249/3474/3067</w:t>
        <w:br/>
        <w:t>f 30250/3473/3067 30228/3452/3047 30249/3474/3067</w:t>
        <w:br/>
        <w:t>f 30254/3476/3068 30253/3477/3069 30252/3478/3070</w:t>
        <w:br/>
        <w:t>f 30255/3479/3070 30254/3476/3068 30252/3478/3070</w:t>
        <w:br/>
        <w:t>f 30258/3480/3071 30257/3481/3071 30256/3482/3048</w:t>
        <w:br/>
        <w:t>f 30259/3483/3072 30258/3480/3071 30256/3482/3048</w:t>
        <w:br/>
        <w:t>f 30263/3484/3073 30262/3485/3074 30261/3486/3075</w:t>
        <w:br/>
        <w:t>f 30260/3487/3076 30263/3484/3073 30261/3486/3075</w:t>
        <w:br/>
        <w:t>f 30266/3488/3077 30265/3489/3077 30264/3490/3078</w:t>
        <w:br/>
        <w:t>f 30267/3491/3078 30266/3488/3077 30264/3490/3078</w:t>
        <w:br/>
        <w:t>f 30271/3492/3079 30270/3493/3080 30269/3494/3081</w:t>
        <w:br/>
        <w:t>f 30268/3495/3081 30271/3492/3079 30269/3494/3081</w:t>
        <w:br/>
        <w:t>f 30275/3496/3082 30274/3497/3082 30273/3498/3083</w:t>
        <w:br/>
        <w:t>f 30272/3499/3083 30275/3496/3082 30273/3498/3083</w:t>
        <w:br/>
        <w:t>f 30266/3488/3077 30277/3500/3084 30276/3501/3084</w:t>
        <w:br/>
        <w:t>f 30265/3489/3077 30266/3488/3077 30276/3501/3084</w:t>
        <w:br/>
        <w:t>f 30279/3502/3085 30278/3503/3086 30274/3497/3082</w:t>
        <w:br/>
        <w:t>f 30275/3496/3082 30279/3502/3085 30274/3497/3082</w:t>
        <w:br/>
        <w:t>f 30282/3504/3087 30281/3505/3088 30280/3506/3087</w:t>
        <w:br/>
        <w:t>f 30285/3507/3089 30284/3508/3090 30283/3509/3089</w:t>
        <w:br/>
        <w:t>f 30288/3510/3091 30287/3511/3092 30286/3512/3093</w:t>
        <w:br/>
        <w:t>f 30291/3513/3094 30290/3514/3095 30289/3515/3094</w:t>
        <w:br/>
        <w:t>f 30295/3516/3096 30294/3517/3097 30293/3518/3097</w:t>
        <w:br/>
        <w:t>f 30292/3519/3096 30295/3516/3096 30293/3518/3097</w:t>
        <w:br/>
        <w:t>f 30299/3520/3098 30298/3521/3098 30297/3522/3099</w:t>
        <w:br/>
        <w:t>f 30296/3523/3099 30299/3520/3098 30297/3522/3099</w:t>
        <w:br/>
        <w:t>f 30302/3524/3100 30301/3525/3101 30300/3526/3101</w:t>
        <w:br/>
        <w:t>f 30303/3527/3100 30302/3524/3100 30300/3526/3101</w:t>
        <w:br/>
        <w:t>f 30307/3528/3102 30306/3529/3103 30305/3530/3103</w:t>
        <w:br/>
        <w:t>f 30304/3531/3102 30307/3528/3102 30305/3530/3103</w:t>
        <w:br/>
        <w:t>f 30309/3532/3051 30308/3533/3104 30255/3479/3070</w:t>
        <w:br/>
        <w:t>f 30252/3478/3070 30309/3532/3051 30255/3479/3070</w:t>
        <w:br/>
        <w:t>f 30256/3482/3048 30310/3534/3105 30259/3483/3072</w:t>
        <w:br/>
        <w:t>f 30260/3487/3106 30313/3535/3107 30312/3536/2968</w:t>
        <w:br/>
        <w:t>f 30311/3537/3108 30260/3487/3106 30312/3536/2968</w:t>
        <w:br/>
        <w:t>f 30308/3533/3104 30309/3532/3051 30315/3538/2796</w:t>
        <w:br/>
        <w:t>f 30314/3539/2795 30308/3533/3104 30315/3538/2796</w:t>
        <w:br/>
        <w:t>f 30312/3536/2968 30313/3535/3107 30316/3540/3109</w:t>
        <w:br/>
        <w:t>f 30254/3476/3068 30318/3541/3110 30317/3542/3111</w:t>
        <w:br/>
        <w:t>f 30253/3477/3069 30254/3476/3068 30317/3542/3111</w:t>
        <w:br/>
        <w:t>f 30257/3481/3071 30258/3480/3071 30320/3543/3112</w:t>
        <w:br/>
        <w:t>f 30319/3544/3112 30257/3481/3071 30320/3543/3112</w:t>
        <w:br/>
        <w:t>f 30262/3485/3074 30322/3545/3113 30321/3546/3113</w:t>
        <w:br/>
        <w:t>f 30261/3486/3075 30262/3485/3074 30321/3546/3113</w:t>
        <w:br/>
        <w:t>f 30318/3541/3110 30324/3547/3114 30323/3548/3114</w:t>
        <w:br/>
        <w:t>f 30317/3542/3111 30318/3541/3110 30323/3548/3114</w:t>
        <w:br/>
        <w:t>f 30319/3544/3112 30320/3543/3112 30326/3549/3115</w:t>
        <w:br/>
        <w:t>f 30325/3550/3115 30319/3544/3112 30326/3549/3115</w:t>
        <w:br/>
        <w:t>f 30322/3545/3113 30328/3551/3116 30327/3552/3116</w:t>
        <w:br/>
        <w:t>f 30321/3546/3113 30322/3545/3113 30327/3552/3116</w:t>
        <w:br/>
        <w:t>f 30331/3553/3117 30330/3554/3117 30329/3555/3118</w:t>
        <w:br/>
        <w:t>f 30332/3556/3119 30331/3553/3117 30329/3555/3118</w:t>
        <w:br/>
        <w:t>f 30336/3557/3120 30335/3558/3121 30334/3559/3122</w:t>
        <w:br/>
        <w:t>f 30333/3560/3120 30336/3557/3120 30334/3559/3122</w:t>
        <w:br/>
        <w:t>f 30340/3561/3123 30339/3562/3123 30338/3563/3124</w:t>
        <w:br/>
        <w:t>f 30337/3564/3124 30340/3561/3123 30338/3563/3124</w:t>
        <w:br/>
        <w:t>f 30344/3565/3125 30343/3566/3126 30342/3567/3127</w:t>
        <w:br/>
        <w:t>f 30341/3568/3128 30344/3565/3125 30342/3567/3127</w:t>
        <w:br/>
        <w:t>f 30347/3569/3129 30346/3570/3129 30345/3571/3130</w:t>
        <w:br/>
        <w:t>f 30348/3572/3130 30347/3569/3129 30345/3571/3130</w:t>
        <w:br/>
        <w:t>f 30271/3492/3079 30350/3573/3131 30349/3574/3131</w:t>
        <w:br/>
        <w:t>f 30270/3493/3080 30271/3492/3079 30349/3574/3131</w:t>
        <w:br/>
        <w:t>f 30352/3575/3132 30351/3576/3132 30330/3554/3117</w:t>
        <w:br/>
        <w:t>f 30331/3553/3117 30352/3575/3132 30330/3554/3117</w:t>
        <w:br/>
        <w:t>f 30325/3550/3115 30326/3549/3115 30268/3495/3081</w:t>
        <w:br/>
        <w:t>f 30269/3494/3081 30325/3550/3115 30268/3495/3081</w:t>
        <w:br/>
        <w:t>f 30264/3490/3078 30323/3548/3114 30324/3547/3114</w:t>
        <w:br/>
        <w:t>f 30267/3491/3078 30264/3490/3078 30324/3547/3114</w:t>
        <w:br/>
        <w:t>f 30273/3498/3083 30327/3552/3116 30328/3551/3116</w:t>
        <w:br/>
        <w:t>f 30272/3499/3083 30273/3498/3083 30328/3551/3116</w:t>
        <w:br/>
        <w:t>f 30329/3555/3118 30353/3577/3133 30332/3556/3119</w:t>
        <w:br/>
        <w:t>f 30277/3500/3084 30336/3557/3120 30333/3560/3120</w:t>
        <w:br/>
        <w:t>f 30276/3501/3084 30277/3500/3084 30333/3560/3120</w:t>
        <w:br/>
        <w:t>f 30348/3572/3130 30345/3571/3130 30278/3503/3086</w:t>
        <w:br/>
        <w:t>f 30279/3502/3085 30348/3572/3130 30278/3503/3086</w:t>
        <w:br/>
        <w:t>f 30341/3568/3128 30349/3574/3131 30350/3573/3131</w:t>
        <w:br/>
        <w:t>f 30344/3565/3125 30341/3568/3128 30350/3573/3131</w:t>
        <w:br/>
        <w:t>f 30337/3564/3124 30338/3563/3124 30351/3576/3132</w:t>
        <w:br/>
        <w:t>f 30352/3575/3132 30337/3564/3124 30351/3576/3132</w:t>
        <w:br/>
        <w:t>f 30335/3558/3121 30295/3516/3096 30292/3519/3096</w:t>
        <w:br/>
        <w:t>f 30334/3559/3122 30335/3558/3121 30292/3519/3096</w:t>
        <w:br/>
        <w:t>f 30298/3521/3098 30299/3520/3098 30339/3562/3123</w:t>
        <w:br/>
        <w:t>f 30340/3561/3123 30298/3521/3098 30339/3562/3123</w:t>
        <w:br/>
        <w:t>f 30343/3566/3126 30302/3524/3100 30303/3527/3100</w:t>
        <w:br/>
        <w:t>f 30342/3567/3127 30343/3566/3126 30303/3527/3100</w:t>
        <w:br/>
        <w:t>f 30304/3531/3102 30346/3570/3129 30347/3569/3129</w:t>
        <w:br/>
        <w:t>f 30307/3528/3102 30304/3531/3102 30347/3569/3129</w:t>
        <w:br/>
        <w:t>f 30280/3506/3087 30293/3518/3097 30294/3517/3097</w:t>
        <w:br/>
        <w:t>f 30282/3504/3087 30280/3506/3087 30294/3517/3097</w:t>
        <w:br/>
        <w:t>f 30297/3522/3099 30285/3507/3089 30283/3509/3089</w:t>
        <w:br/>
        <w:t>f 30296/3523/3099 30297/3522/3099 30283/3509/3089</w:t>
        <w:br/>
        <w:t>f 30288/3510/3091 30286/3512/3093 30300/3526/3101</w:t>
        <w:br/>
        <w:t>f 30301/3525/3101 30288/3510/3091 30300/3526/3101</w:t>
        <w:br/>
        <w:t>f 30306/3529/3103 30291/3513/3094 30289/3515/3094</w:t>
        <w:br/>
        <w:t>f 30305/3530/3103 30306/3529/3103 30289/3515/3094</w:t>
        <w:br/>
        <w:t>f 30357/3578/3134 30356/3579/3135 30355/3580/3136</w:t>
        <w:br/>
        <w:t>f 30354/3581/3134 30357/3578/3134 30355/3580/3136</w:t>
        <w:br/>
        <w:t>f 30360/3582/3137 30359/3583/3137 30358/3584/3138</w:t>
        <w:br/>
        <w:t>f 30361/3585/3139 30360/3582/3137 30358/3584/3138</w:t>
        <w:br/>
        <w:t>f 30354/3581/3134 30363/3586/3140 30362/3587/3141</w:t>
        <w:br/>
        <w:t>f 30357/3578/3134 30354/3581/3134 30362/3587/3141</w:t>
        <w:br/>
        <w:t>f 30367/3588/3142 30366/3589/3143 30365/3590/3144</w:t>
        <w:br/>
        <w:t>f 30364/3591/3142 30367/3588/3142 30365/3590/3144</w:t>
        <w:br/>
        <w:t>f 30361/3585/3139 30358/3584/3138 30369/3592/3145</w:t>
        <w:br/>
        <w:t>f 30368/3593/3145 30361/3585/3139 30369/3592/3145</w:t>
        <w:br/>
        <w:t>f 30372/3594/3146 30371/3595/3147 30370/3596/3148</w:t>
        <w:br/>
        <w:t>f 30373/3597/3146 30372/3594/3146 30370/3596/3148</w:t>
        <w:br/>
        <w:t>f 30376/3598/3149 30375/3599/3149 30374/3600/3150</w:t>
        <w:br/>
        <w:t>f 30377/3601/3150 30376/3598/3149 30374/3600/3150</w:t>
        <w:br/>
        <w:t>f 30381/3602/3151 30380/3603/3152 30379/3604/3152</w:t>
        <w:br/>
        <w:t>f 30378/3605/3151 30381/3602/3151 30379/3604/3152</w:t>
        <w:br/>
        <w:t>f 30385/3606/3153 30384/3607/3154 30383/3608/3155</w:t>
        <w:br/>
        <w:t>f 30382/3609/3153 30385/3606/3153 30383/3608/3155</w:t>
        <w:br/>
        <w:t>f 30387/3610/3156 30386/3611/3157 30375/3599/3149</w:t>
        <w:br/>
        <w:t>f 30376/3598/3149 30387/3610/3156 30375/3599/3149</w:t>
        <w:br/>
        <w:t>f 30380/3603/3152 30389/3612/3158 30388/3613/3159</w:t>
        <w:br/>
        <w:t>f 30379/3604/3152 30380/3603/3152 30388/3613/3159</w:t>
        <w:br/>
        <w:t>f 30393/3614/3160 30392/3615/3161 30391/3616/3162</w:t>
        <w:br/>
        <w:t>f 30390/3617/3163 30393/3614/3160 30391/3616/3162</w:t>
        <w:br/>
        <w:t>f 30397/3618/3164 30396/3619/3164 30395/3620/3165</w:t>
        <w:br/>
        <w:t>f 30394/3621/3165 30397/3618/3164 30395/3620/3165</w:t>
        <w:br/>
        <w:t>f 30401/3622/3166 30400/3623/3167 30399/3624/3167</w:t>
        <w:br/>
        <w:t>f 30398/3625/3166 30401/3622/3166 30399/3624/3167</w:t>
        <w:br/>
        <w:t>f 30404/3626/3168 30403/3627/3168 30402/3628/3169</w:t>
        <w:br/>
        <w:t>f 30407/3629/3170 30406/3630/3171 30405/3631/3170</w:t>
        <w:br/>
        <w:t>f 30410/3632/3172 30409/3633/3173 30408/3634/3172</w:t>
        <w:br/>
        <w:t>f 30414/3635/3019 30413/3636/3174 30412/3637/3175</w:t>
        <w:br/>
        <w:t>f 30411/3638/3175 30414/3635/3019 30412/3637/3175</w:t>
        <w:br/>
        <w:t>f 30411/3638/3175 30412/3637/3175 30416/3639/3176</w:t>
        <w:br/>
        <w:t>f 30415/3640/3176 30411/3638/3175 30416/3639/3176</w:t>
        <w:br/>
        <w:t>f 30419/3641/3177 30418/3642/3177 30417/3643/3178</w:t>
        <w:br/>
        <w:t>f 30420/3644/3178 30419/3641/3177 30417/3643/3178</w:t>
        <w:br/>
        <w:t>f 30422/3645/3179 30421/3646/3180 30418/3642/3177</w:t>
        <w:br/>
        <w:t>f 30419/3641/3177 30422/3645/3179 30418/3642/3177</w:t>
        <w:br/>
        <w:t>f 30426/3647/3181 30425/3648/3182 30424/3649/3183</w:t>
        <w:br/>
        <w:t>f 30423/3650/3183 30426/3647/3181 30424/3649/3183</w:t>
        <w:br/>
        <w:t>f 30429/3651/3184 30428/3652/3185 30427/3653/3186</w:t>
        <w:br/>
        <w:t>f 30431/3654/3187 30430/3655/3187 30403/3627/3168</w:t>
        <w:br/>
        <w:t>f 30404/3626/3168 30431/3654/3187 30403/3627/3168</w:t>
        <w:br/>
        <w:t>f 30407/3629/3170 30405/3631/3170 30433/3656/3188</w:t>
        <w:br/>
        <w:t>f 30432/3657/3188 30407/3629/3170 30433/3656/3188</w:t>
        <w:br/>
        <w:t>f 30408/3634/3172 30435/3658/3189 30434/3659/3189</w:t>
        <w:br/>
        <w:t>f 30410/3632/3172 30408/3634/3172 30434/3659/3189</w:t>
        <w:br/>
        <w:t>f 30429/3651/3184 30427/3653/3186 30437/3660/3190</w:t>
        <w:br/>
        <w:t>f 30436/3661/3190 30429/3651/3184 30437/3660/3190</w:t>
        <w:br/>
        <w:t>f 30438/3662/3191 30372/3594/3146 30373/3597/3146</w:t>
        <w:br/>
        <w:t>f 30439/3663/3191 30438/3662/3191 30373/3597/3146</w:t>
        <w:br/>
        <w:t>f 30441/3664/3192 30440/3665/3193 30377/3601/3150</w:t>
        <w:br/>
        <w:t>f 30374/3600/3150 30441/3664/3192 30377/3601/3150</w:t>
        <w:br/>
        <w:t>f 30443/3666/3194 30381/3602/3151 30378/3605/3151</w:t>
        <w:br/>
        <w:t>f 30442/3667/3194 30443/3666/3194 30378/3605/3151</w:t>
        <w:br/>
        <w:t>f 30420/3644/3178 30417/3643/3178 30444/3668/3195</w:t>
        <w:br/>
        <w:t>f 30445/3669/3196 30420/3644/3178 30444/3668/3195</w:t>
        <w:br/>
        <w:t>f 30449/3670/3197 30448/3671/3198 30447/3672/3198</w:t>
        <w:br/>
        <w:t>f 30446/3673/3199 30449/3670/3197 30447/3672/3198</w:t>
        <w:br/>
        <w:t>f 30453/3674/3200 30452/3675/3201 30451/3676/3202</w:t>
        <w:br/>
        <w:t>f 30450/3677/3202 30453/3674/3200 30451/3676/3202</w:t>
        <w:br/>
        <w:t>f 30457/3678/3203 30456/3679/3204 30455/3680/3204</w:t>
        <w:br/>
        <w:t>f 30454/3681/3203 30457/3678/3203 30455/3680/3204</w:t>
        <w:br/>
        <w:t>f 30461/3682/3205 30460/3683/3206 30459/3684/3207</w:t>
        <w:br/>
        <w:t>f 30458/3685/3207 30461/3682/3205 30459/3684/3207</w:t>
        <w:br/>
        <w:t>f 30464/3686/3208 30463/3687/3209 30462/3688/3210</w:t>
        <w:br/>
        <w:t>f 30465/3689/3211 30464/3686/3208 30462/3688/3210</w:t>
        <w:br/>
        <w:t>f 30469/3690/3212 30468/3691/2791 30467/3692/3213</w:t>
        <w:br/>
        <w:t>f 30466/3693/3213 30469/3690/3212 30467/3692/3213</w:t>
        <w:br/>
        <w:t>f 30471/3694/3214 30465/3689/3211 30462/3688/3210</w:t>
        <w:br/>
        <w:t>f 30470/3695/3215 30471/3694/3214 30462/3688/3210</w:t>
        <w:br/>
        <w:t>f 30393/3614/3160 30385/3606/3153 30382/3609/3153</w:t>
        <w:br/>
        <w:t>f 30392/3615/3161 30393/3614/3160 30382/3609/3153</w:t>
        <w:br/>
        <w:t>f 30473/3696/3216 30472/3697/3216 30394/3621/3165</w:t>
        <w:br/>
        <w:t>f 30395/3620/3165 30473/3696/3216 30394/3621/3165</w:t>
        <w:br/>
        <w:t>f 30400/3623/3167 30475/3698/3217 30474/3699/3217</w:t>
        <w:br/>
        <w:t>f 30399/3624/3167 30400/3623/3167 30474/3699/3217</w:t>
        <w:br/>
        <w:t>f 30477/3700/3218 30476/3701/3218 30423/3650/3183</w:t>
        <w:br/>
        <w:t>f 30424/3649/3183 30477/3700/3218 30423/3650/3183</w:t>
        <w:br/>
        <w:t>f 30390/3617/3163 30391/3616/3162 30430/3655/3187</w:t>
        <w:br/>
        <w:t>f 30431/3654/3187 30390/3617/3163 30430/3655/3187</w:t>
        <w:br/>
        <w:t>f 30473/3696/3216 30432/3657/3188 30433/3656/3188</w:t>
        <w:br/>
        <w:t>f 30472/3697/3216 30473/3696/3216 30433/3656/3188</w:t>
        <w:br/>
        <w:t>f 30435/3658/3189 30474/3699/3217 30475/3698/3217</w:t>
        <w:br/>
        <w:t>f 30434/3659/3189 30435/3658/3189 30475/3698/3217</w:t>
        <w:br/>
        <w:t>f 30476/3701/3218 30477/3700/3218 30436/3661/3190</w:t>
        <w:br/>
        <w:t>f 30437/3660/3190 30476/3701/3218 30436/3661/3190</w:t>
        <w:br/>
        <w:t>f 30384/3607/3154 30370/3596/3148 30371/3595/3147</w:t>
        <w:br/>
        <w:t>f 30383/3608/3155 30384/3607/3154 30371/3595/3147</w:t>
        <w:br/>
        <w:t>f 30396/3619/3164 30397/3618/3164 30386/3611/3157</w:t>
        <w:br/>
        <w:t>f 30387/3610/3156 30396/3619/3164 30386/3611/3157</w:t>
        <w:br/>
        <w:t>f 30389/3612/3158 30401/3622/3166 30398/3625/3166</w:t>
        <w:br/>
        <w:t>f 30388/3613/3159 30389/3612/3158 30398/3625/3166</w:t>
        <w:br/>
        <w:t>f 30425/3648/3182 30426/3647/3181 30421/3646/3180</w:t>
        <w:br/>
        <w:t>f 30384/3607/3219 30425/3648/3182 30421/3646/3180</w:t>
        <w:br/>
        <w:t>f 30356/3579/3135 30479/3702/3220 30478/3703/3221</w:t>
        <w:br/>
        <w:t>f 30355/3580/3136 30356/3579/3135 30478/3703/3221</w:t>
        <w:br/>
        <w:t>f 30360/3582/3137 30481/3704/3222 30480/3705/3222</w:t>
        <w:br/>
        <w:t>f 30359/3583/3137 30360/3582/3137 30480/3705/3222</w:t>
        <w:br/>
        <w:t>f 30482/3706/3059 30479/3702/3220 30356/3579/3135</w:t>
        <w:br/>
        <w:t>f 30414/3635/3019 30482/3706/3059 30356/3579/3135</w:t>
        <w:br/>
        <w:t>f 30484/3707/3223 30367/3588/3142 30364/3591/3142</w:t>
        <w:br/>
        <w:t>f 30483/3708/3223 30484/3707/3223 30364/3591/3142</w:t>
        <w:br/>
        <w:t>f 30463/3687/3209 30478/3703/3221 30479/3702/3220</w:t>
        <w:br/>
        <w:t>f 30462/3688/3210 30463/3687/3209 30479/3702/3220</w:t>
        <w:br/>
        <w:t>f 30469/3690/3212 30485/3709/2784 30468/3691/2791</w:t>
        <w:br/>
        <w:t>f 30480/3705/3222 30481/3704/3222 30466/3693/3213</w:t>
        <w:br/>
        <w:t>f 30467/3692/3213 30480/3705/3222 30466/3693/3213</w:t>
        <w:br/>
        <w:t>f 30471/3694/3214 30486/3710/3224 30465/3689/3211</w:t>
        <w:br/>
        <w:t>f 30479/3702/3220 30482/3706/3059 30470/3695/3215</w:t>
        <w:br/>
        <w:t>f 30462/3688/3210 30479/3702/3220 30470/3695/3215</w:t>
        <w:br/>
        <w:t>f 30489/3711/3215 30488/3712/3225 30487/3713/3226</w:t>
        <w:br/>
        <w:t>f 30493/3714/3227 30492/3715/3227 30491/3716/3016</w:t>
        <w:br/>
        <w:t>f 30490/3717/3215 30493/3714/3227 30491/3716/3016</w:t>
        <w:br/>
        <w:t>f 30496/3718/3228 30495/3719/3229 30494/3720/3230</w:t>
        <w:br/>
        <w:t>f 30497/3721/3228 30496/3718/3228 30494/3720/3230</w:t>
        <w:br/>
        <w:t>f 30500/3722/3231 30499/3723/3231 30498/3724/3232</w:t>
        <w:br/>
        <w:t>f 30501/3725/3232 30500/3722/3231 30498/3724/3232</w:t>
        <w:br/>
        <w:t>f 30505/3726/3233 30504/3727/3234 30503/3728/3235</w:t>
        <w:br/>
        <w:t>f 30502/3729/3235 30505/3726/3233 30503/3728/3235</w:t>
        <w:br/>
        <w:t>f 30495/3719/3229 30507/3730/3236 30506/3731/3237</w:t>
        <w:br/>
        <w:t>f 30494/3720/3230 30495/3719/3229 30506/3731/3237</w:t>
        <w:br/>
        <w:t>f 30509/3732/3238 30508/3733/3238 30499/3723/3231</w:t>
        <w:br/>
        <w:t>f 30500/3722/3231 30509/3732/3238 30499/3723/3231</w:t>
        <w:br/>
        <w:t>f 30504/3727/3234 30505/3726/3233 30511/3734/3239</w:t>
        <w:br/>
        <w:t>f 30510/3735/3239 30504/3727/3234 30511/3734/3239</w:t>
        <w:br/>
        <w:t>f 30515/3736/3240 30514/3737/3241 30513/3738/3242</w:t>
        <w:br/>
        <w:t>f 30512/3739/3243 30515/3736/3240 30513/3738/3242</w:t>
        <w:br/>
        <w:t>f 30519/3740/3244 30518/3741/3244 30517/3742/3245</w:t>
        <w:br/>
        <w:t>f 30516/3743/3245 30519/3740/3244 30517/3742/3245</w:t>
        <w:br/>
        <w:t>f 30523/3744/3246 30522/3745/3247 30521/3746/3248</w:t>
        <w:br/>
        <w:t>f 30520/3747/3248 30523/3744/3246 30521/3746/3248</w:t>
        <w:br/>
        <w:t>f 30526/3748/3249 30525/3749/3250 30524/3750/3251</w:t>
        <w:br/>
        <w:t>f 30527/3751/3251 30526/3748/3249 30524/3750/3251</w:t>
        <w:br/>
        <w:t>f 30531/3752/3252 30530/3753/3253 30529/3754/3254</w:t>
        <w:br/>
        <w:t>f 30528/3755/3255 30531/3752/3252 30529/3754/3254</w:t>
        <w:br/>
        <w:t>f 30533/3756/3256 30531/3752/3252 30528/3755/3255</w:t>
        <w:br/>
        <w:t>f 30532/3757/3257 30533/3756/3256 30528/3755/3255</w:t>
        <w:br/>
        <w:t>f 30537/3758/3258 30536/3759/3258 30535/3760/3259</w:t>
        <w:br/>
        <w:t>f 30534/3761/3259 30537/3758/3258 30535/3760/3259</w:t>
        <w:br/>
        <w:t>f 30539/3762/3260 30538/3763/3261 30530/3753/3253</w:t>
        <w:br/>
        <w:t>f 30531/3752/3252 30539/3762/3260 30530/3753/3253</w:t>
        <w:br/>
        <w:t>f 30543/3764/3262 30542/3765/3263 30541/3766/3263</w:t>
        <w:br/>
        <w:t>f 30540/3767/3262 30543/3764/3262 30541/3766/3263</w:t>
        <w:br/>
        <w:t>f 30546/3768/3264 30545/3769/3265 30544/3770/3265</w:t>
        <w:br/>
        <w:t>f 30547/3771/3264 30546/3768/3264 30544/3770/3265</w:t>
        <w:br/>
        <w:t>f 30550/3772/3266 30549/3773/3267 30548/3774/3268</w:t>
        <w:br/>
        <w:t>f 30551/3775/3266 30550/3772/3266 30548/3774/3268</w:t>
        <w:br/>
        <w:t>f 30549/3773/3267 30553/3776/3269 30552/3777/3270</w:t>
        <w:br/>
        <w:t>f 30548/3774/3268 30549/3773/3267 30552/3777/3270</w:t>
        <w:br/>
        <w:t>f 30540/3767/3262 30555/3778/3271 30554/3779/3271</w:t>
        <w:br/>
        <w:t>f 30543/3764/3262 30540/3767/3262 30554/3779/3271</w:t>
        <w:br/>
        <w:t>f 30559/3780/3272 30558/3781/3273 30557/3782/3273</w:t>
        <w:br/>
        <w:t>f 30556/3783/3274 30559/3780/3272 30557/3782/3273</w:t>
        <w:br/>
        <w:t>f 30531/3752/3252 30533/3756/3256 30560/3784/3275</w:t>
        <w:br/>
        <w:t>f 30539/3762/3260 30531/3752/3252 30560/3784/3275</w:t>
        <w:br/>
        <w:t>f 30564/3785/3276 30563/3786/3276 30562/3787/3277</w:t>
        <w:br/>
        <w:t>f 30561/3788/3278 30564/3785/3276 30562/3787/3277</w:t>
        <w:br/>
        <w:t>f 30565/3789/3279 30496/3718/3228 30497/3721/3228</w:t>
        <w:br/>
        <w:t>f 30566/3790/3280 30565/3789/3279 30497/3721/3228</w:t>
        <w:br/>
        <w:t>f 30568/3791/3281 30567/3792/3281 30501/3725/3232</w:t>
        <w:br/>
        <w:t>f 30498/3724/3232 30568/3791/3281 30501/3725/3232</w:t>
        <w:br/>
        <w:t>f 30502/3729/3235 30503/3728/3235 30561/3788/3278</w:t>
        <w:br/>
        <w:t>f 30562/3787/3277 30502/3729/3235 30561/3788/3278</w:t>
        <w:br/>
        <w:t>f 30545/3769/3265 30550/3772/3266 30551/3775/3266</w:t>
        <w:br/>
        <w:t>f 30544/3770/3265 30545/3769/3265 30551/3775/3266</w:t>
        <w:br/>
        <w:t>f 30507/3730/3236 30515/3736/3240 30512/3739/3243</w:t>
        <w:br/>
        <w:t>f 30506/3731/3237 30507/3730/3236 30512/3739/3243</w:t>
        <w:br/>
        <w:t>f 30516/3743/3245 30517/3742/3245 30508/3733/3238</w:t>
        <w:br/>
        <w:t>f 30509/3732/3238 30516/3743/3245 30508/3733/3238</w:t>
        <w:br/>
        <w:t>f 30570/3793/3282 30569/3794/3282 30510/3735/3239</w:t>
        <w:br/>
        <w:t>f 30511/3734/3239 30570/3793/3282 30510/3735/3239</w:t>
        <w:br/>
        <w:t>f 30553/3776/3269 30572/3795/3283 30571/3796/3240</w:t>
        <w:br/>
        <w:t>f 30552/3777/3270 30553/3776/3269 30571/3796/3240</w:t>
        <w:br/>
        <w:t>f 30514/3737/3241 30574/3797/3284 30573/3798/3285</w:t>
        <w:br/>
        <w:t>f 30513/3738/3242 30514/3737/3241 30573/3798/3285</w:t>
        <w:br/>
        <w:t>f 30576/3799/3286 30575/3800/3287 30518/3741/3244</w:t>
        <w:br/>
        <w:t>f 30519/3740/3244 30576/3799/3286 30518/3741/3244</w:t>
        <w:br/>
        <w:t>f 30569/3794/3282 30570/3793/3282 30578/3801/3288</w:t>
        <w:br/>
        <w:t>f 30577/3802/3288 30569/3794/3282 30578/3801/3288</w:t>
        <w:br/>
        <w:t>f 30580/3803/3241 30571/3796/3240 30572/3795/3283</w:t>
        <w:br/>
        <w:t>f 30579/3804/3289 30580/3803/3241 30572/3795/3283</w:t>
        <w:br/>
        <w:t>f 30567/3792/3281 30568/3791/3281 30492/3715/3227</w:t>
        <w:br/>
        <w:t>f 30493/3714/3227 30567/3792/3281 30492/3715/3227</w:t>
        <w:br/>
        <w:t>f 30488/3712/3225 30565/3789/3279 30566/3790/3280</w:t>
        <w:br/>
        <w:t>f 30487/3713/3226 30488/3712/3225 30566/3790/3280</w:t>
        <w:br/>
        <w:t>f 30564/3785/3276 30581/3805/3290 30563/3786/3276</w:t>
        <w:br/>
        <w:t>f 30584/3806/3291 30583/3807/3292 30582/3808/3293</w:t>
        <w:br/>
        <w:t>f 30585/3809/3294 30584/3806/3291 30582/3808/3293</w:t>
        <w:br/>
        <w:t>f 30589/3810/3295 30588/3811/3296 30587/3812/3297</w:t>
        <w:br/>
        <w:t>f 30586/3813/3298 30589/3810/3295 30587/3812/3297</w:t>
        <w:br/>
        <w:t>f 30585/3809/3294 30582/3808/3293 30590/3814/3007</w:t>
        <w:br/>
        <w:t>f 30591/3815/3005 30585/3809/3294 30590/3814/3007</w:t>
        <w:br/>
        <w:t>f 30583/3807/3292 30593/3816/3299 30592/3817/3300</w:t>
        <w:br/>
        <w:t>f 30582/3808/3293 30583/3807/3292 30592/3817/3300</w:t>
        <w:br/>
        <w:t>f 30586/3813/3298 30587/3812/3297 30595/3818/3301</w:t>
        <w:br/>
        <w:t>f 30594/3819/3302 30586/3813/3298 30595/3818/3301</w:t>
        <w:br/>
        <w:t>f 30582/3808/3293 30592/3817/3300 30596/3820/3303</w:t>
        <w:br/>
        <w:t>f 30590/3814/3007 30582/3808/3293 30596/3820/3303</w:t>
        <w:br/>
        <w:t>f 30593/3816/3299 30598/3821/3304 30597/3822/3305</w:t>
        <w:br/>
        <w:t>f 30592/3817/3300 30593/3816/3299 30597/3822/3305</w:t>
        <w:br/>
        <w:t>f 30594/3819/3302 30595/3818/3301 30600/3823/3306</w:t>
        <w:br/>
        <w:t>f 30599/3824/3306 30594/3819/3302 30600/3823/3306</w:t>
        <w:br/>
        <w:t>f 30592/3817/3300 30597/3822/3305 30601/3825/3009</w:t>
        <w:br/>
        <w:t>f 30596/3820/3303 30592/3817/3300 30601/3825/3009</w:t>
        <w:br/>
        <w:t>f 30598/3821/3304 30603/3826/3307 30602/3827/3308</w:t>
        <w:br/>
        <w:t>f 30597/3822/3305 30598/3821/3304 30602/3827/3308</w:t>
        <w:br/>
        <w:t>f 30599/3824/3306 30600/3823/3306 30605/3828/3309</w:t>
        <w:br/>
        <w:t>f 30604/3829/3309 30599/3824/3306 30605/3828/3309</w:t>
        <w:br/>
        <w:t>f 30597/3822/3305 30602/3827/3308 30606/3830/3310</w:t>
        <w:br/>
        <w:t>f 30601/3825/3009 30597/3822/3305 30606/3830/3310</w:t>
        <w:br/>
        <w:t>f 30603/3826/3307 30608/3831/3311 30607/3832/3312</w:t>
        <w:br/>
        <w:t>f 30602/3827/3308 30603/3826/3307 30607/3832/3312</w:t>
        <w:br/>
        <w:t>f 30604/3829/3309 30605/3828/3309 30610/3833/3313</w:t>
        <w:br/>
        <w:t>f 30609/3834/3313 30604/3829/3309 30610/3833/3313</w:t>
        <w:br/>
        <w:t>f 30602/3827/3308 30607/3832/3312 30611/3835/3314</w:t>
        <w:br/>
        <w:t>f 30606/3830/3310 30602/3827/3308 30611/3835/3314</w:t>
        <w:br/>
        <w:t>f 30608/3831/3311 30613/3836/3315 30612/3837/3316</w:t>
        <w:br/>
        <w:t>f 30607/3832/3312 30608/3831/3311 30612/3837/3316</w:t>
        <w:br/>
        <w:t>f 30609/3834/3313 30610/3833/3313 30615/3838/3317</w:t>
        <w:br/>
        <w:t>f 30614/3839/3318 30609/3834/3313 30615/3838/3317</w:t>
        <w:br/>
        <w:t>f 30607/3832/3312 30612/3837/3316 30616/3840/3055</w:t>
        <w:br/>
        <w:t>f 30611/3835/3314 30607/3832/3312 30616/3840/3055</w:t>
        <w:br/>
        <w:t>f 30613/3836/3315 30618/3841/3319 30617/3842/3320</w:t>
        <w:br/>
        <w:t>f 30612/3837/3316 30613/3836/3315 30617/3842/3320</w:t>
        <w:br/>
        <w:t>f 30614/3839/3318 30615/3838/3317 30620/3843/3321</w:t>
        <w:br/>
        <w:t>f 30619/3844/3321 30614/3839/3318 30620/3843/3321</w:t>
        <w:br/>
        <w:t>f 30612/3837/3316 30617/3842/3320 30621/3845/3322</w:t>
        <w:br/>
        <w:t>f 30616/3840/3055 30612/3837/3316 30621/3845/3322</w:t>
        <w:br/>
        <w:t>f 30618/3841/3319 30623/3846/3323 30622/3847/3324</w:t>
        <w:br/>
        <w:t>f 30617/3842/3320 30618/3841/3319 30622/3847/3324</w:t>
        <w:br/>
        <w:t>f 30619/3844/3321 30620/3843/3321 30625/3848/3325</w:t>
        <w:br/>
        <w:t>f 30624/3849/3325 30619/3844/3321 30625/3848/3325</w:t>
        <w:br/>
        <w:t>f 30617/3842/3320 30627/3850/3326 30626/3851/3327</w:t>
        <w:br/>
        <w:t>f 30621/3845/3322 30617/3842/3320 30626/3851/3327</w:t>
        <w:br/>
        <w:t>f 30623/3846/3323 30629/3852/3328 30628/3853/3328</w:t>
        <w:br/>
        <w:t>f 30622/3847/3324 30623/3846/3323 30628/3853/3328</w:t>
        <w:br/>
        <w:t>f 30624/3849/3325 30625/3848/3325 30631/3854/3329</w:t>
        <w:br/>
        <w:t>f 30630/3855/3329 30624/3849/3325 30631/3854/3329</w:t>
        <w:br/>
        <w:t>f 30627/3850/3326 30633/3856/3330 30632/3857/3012</w:t>
        <w:br/>
        <w:t>f 30626/3851/3327 30627/3850/3326 30632/3857/3012</w:t>
        <w:br/>
        <w:t>f 30636/3858/3331 30635/3859/3332 30634/3860/3333</w:t>
        <w:br/>
        <w:t>f 30637/3861/3331 30636/3858/3331 30634/3860/3333</w:t>
        <w:br/>
        <w:t>f 30641/3862/3334 30640/3863/3334 30639/3864/3335</w:t>
        <w:br/>
        <w:t>f 30638/3865/3336 30641/3862/3334 30639/3864/3335</w:t>
        <w:br/>
        <w:t>f 30644/3866/3337 30643/3867/3338 30642/3868/3339</w:t>
        <w:br/>
        <w:t>f 30645/3869/3340 30644/3866/3337 30642/3868/3339</w:t>
        <w:br/>
        <w:t>f 30635/3859/3332 30647/3870/3341 30646/3871/3342</w:t>
        <w:br/>
        <w:t>f 30634/3860/3333 30635/3859/3332 30646/3871/3342</w:t>
        <w:br/>
        <w:t>f 30638/3865/3336 30639/3864/3335 30649/3872/3343</w:t>
        <w:br/>
        <w:t>f 30648/3873/3344 30638/3865/3336 30649/3872/3343</w:t>
        <w:br/>
        <w:t>f 30651/3874/3345 30650/3875/3346 30649/3872/3343</w:t>
        <w:br/>
        <w:t>f 30643/3867/3338 30653/3876/3347 30652/3877/3348</w:t>
        <w:br/>
        <w:t>f 30642/3868/3339 30643/3867/3338 30652/3877/3348</w:t>
        <w:br/>
        <w:t>f 30647/3870/3341 30655/3878/3349 30654/3879/3349</w:t>
        <w:br/>
        <w:t>f 30646/3871/3342 30647/3870/3341 30654/3879/3349</w:t>
        <w:br/>
        <w:t>f 30648/3873/3344 30649/3872/3343 30657/3880/3350</w:t>
        <w:br/>
        <w:t>f 30656/3881/3351 30648/3873/3344 30657/3880/3350</w:t>
        <w:br/>
        <w:t>f 30649/3872/3343 30650/3875/3346 30658/3882/3352</w:t>
        <w:br/>
        <w:t>f 30657/3880/3350 30649/3872/3343 30658/3882/3352</w:t>
        <w:br/>
        <w:t>f 30653/3876/3347 30660/3883/3353 30659/3884/3353</w:t>
        <w:br/>
        <w:t>f 30661/3885/3354 30653/3876/3347 30659/3884/3353</w:t>
        <w:br/>
        <w:t>f 30655/3878/3349 30663/3886/3355 30662/3887/3356</w:t>
        <w:br/>
        <w:t>f 30654/3879/3349 30655/3878/3349 30662/3887/3356</w:t>
        <w:br/>
        <w:t>f 30656/3881/3351 30657/3880/3350 30665/3888/3357</w:t>
        <w:br/>
        <w:t>f 30664/3889/3358 30656/3881/3351 30665/3888/3357</w:t>
        <w:br/>
        <w:t>f 30657/3880/3350 30658/3882/3352 30666/3890/3359</w:t>
        <w:br/>
        <w:t>f 30665/3888/3357 30657/3880/3350 30666/3890/3359</w:t>
        <w:br/>
        <w:t>f 30660/3883/3353 30668/3891/3360 30667/3892/3360</w:t>
        <w:br/>
        <w:t>f 30659/3884/3353 30660/3883/3353 30667/3892/3360</w:t>
        <w:br/>
        <w:t>f 30663/3886/3355 30670/3893/3361 30669/3894/3361</w:t>
        <w:br/>
        <w:t>f 30662/3887/3356 30663/3886/3355 30669/3894/3361</w:t>
        <w:br/>
        <w:t>f 30664/3889/3358 30665/3888/3357 30672/3895/3362</w:t>
        <w:br/>
        <w:t>f 30671/3896/3362 30664/3889/3358 30672/3895/3362</w:t>
        <w:br/>
        <w:t>f 30665/3888/3357 30666/3890/3359 30674/3897/3363</w:t>
        <w:br/>
        <w:t>f 30673/3898/3363 30665/3888/3357 30674/3897/3363</w:t>
        <w:br/>
        <w:t>f 30668/3891/3360 30676/3899/3364 30675/3900/3364</w:t>
        <w:br/>
        <w:t>f 30667/3892/3360 30668/3891/3360 30675/3900/3364</w:t>
        <w:br/>
        <w:t>f 30670/3893/3361 30678/3901/3365 30677/3902/3366</w:t>
        <w:br/>
        <w:t>f 30669/3894/3361 30670/3893/3361 30677/3902/3366</w:t>
        <w:br/>
        <w:t>f 30671/3896/3362 30672/3895/3362 30680/3903/3367</w:t>
        <w:br/>
        <w:t>f 30679/3904/3367 30671/3896/3362 30680/3903/3367</w:t>
        <w:br/>
        <w:t>f 30673/3898/3363 30674/3897/3363 30682/3905/3368</w:t>
        <w:br/>
        <w:t>f 30681/3906/3368 30673/3898/3363 30682/3905/3368</w:t>
        <w:br/>
        <w:t>f 30676/3899/3364 30684/3907/3369 30683/3908/3370</w:t>
        <w:br/>
        <w:t>f 30675/3900/3364 30676/3899/3364 30683/3908/3370</w:t>
        <w:br/>
        <w:t>f 30677/3902/3366 30678/3901/3365 30686/3909/3371</w:t>
        <w:br/>
        <w:t>f 30685/3910/3372 30677/3902/3366 30686/3909/3371</w:t>
        <w:br/>
        <w:t>f 30679/3904/3367 30680/3903/3367 30688/3911/3373</w:t>
        <w:br/>
        <w:t>f 30687/3912/3374 30679/3904/3367 30688/3911/3373</w:t>
        <w:br/>
        <w:t>f 30681/3906/3368 30682/3905/3368 30690/3913/3375</w:t>
        <w:br/>
        <w:t>f 30689/3914/3376 30681/3906/3368 30690/3913/3375</w:t>
        <w:br/>
        <w:t>f 30684/3907/3369 30692/3915/3377 30691/3916/3378</w:t>
        <w:br/>
        <w:t>f 30683/3908/3370 30684/3907/3369 30691/3916/3378</w:t>
        <w:br/>
        <w:t>f 30685/3910/3372 30686/3909/3371 30694/3917/3379</w:t>
        <w:br/>
        <w:t>f 30693/3918/3380 30685/3910/3372 30694/3917/3379</w:t>
        <w:br/>
        <w:t>f 30687/3912/3374 30688/3911/3373 30696/3919/3381</w:t>
        <w:br/>
        <w:t>f 30695/3920/3381 30687/3912/3374 30696/3919/3381</w:t>
        <w:br/>
        <w:t>f 30689/3914/3376 30690/3913/3375 30698/3921/3382</w:t>
        <w:br/>
        <w:t>f 30697/3922/3383 30689/3914/3376 30698/3921/3382</w:t>
        <w:br/>
        <w:t>f 30692/3915/3377 30700/3923/3384 30699/3924/3382</w:t>
        <w:br/>
        <w:t>f 30701/3925/3375 30692/3915/3377 30699/3924/3382</w:t>
        <w:br/>
        <w:t>f 30693/3918/3380 30694/3917/3379 30703/3926/3385</w:t>
        <w:br/>
        <w:t>f 30702/3927/3385 30693/3918/3380 30703/3926/3385</w:t>
        <w:br/>
        <w:t>f 30695/3920/3381 30696/3919/3381 30705/3928/3386</w:t>
        <w:br/>
        <w:t>f 30704/3929/3386 30695/3920/3381 30705/3928/3386</w:t>
        <w:br/>
        <w:t>f 30698/3921/3382 30707/3930/3387 30706/3931/3388</w:t>
        <w:br/>
        <w:t>f 30697/3922/3383 30698/3921/3382 30706/3931/3388</w:t>
        <w:br/>
        <w:t>f 30700/3923/3384 30709/3932/3389 30708/3933/3387</w:t>
        <w:br/>
        <w:t>f 30699/3924/3382 30700/3923/3384 30708/3933/3387</w:t>
        <w:br/>
        <w:t>f 30702/3927/3385 30703/3926/3385 30711/3934/3390</w:t>
        <w:br/>
        <w:t>f 30710/3935/3390 30702/3927/3385 30711/3934/3390</w:t>
        <w:br/>
        <w:t>f 30704/3929/3386 30705/3928/3386 30713/3936/3391</w:t>
        <w:br/>
        <w:t>f 30712/3937/3391 30704/3929/3386 30713/3936/3391</w:t>
        <w:br/>
        <w:t>f 30707/3930/3387 30715/3938/3392 30714/3939/3393</w:t>
        <w:br/>
        <w:t>f 30706/3931/3388 30707/3930/3387 30714/3939/3393</w:t>
        <w:br/>
        <w:t>f 30709/3932/3389 30717/3940/3394 30716/3941/3392</w:t>
        <w:br/>
        <w:t>f 30708/3933/3387 30709/3932/3389 30716/3941/3392</w:t>
        <w:br/>
        <w:t>f 30710/3935/3390 30711/3934/3390 30719/3942/3395</w:t>
        <w:br/>
        <w:t>f 30718/3943/3395 30710/3935/3390 30719/3942/3395</w:t>
        <w:br/>
        <w:t>f 30712/3937/3391 30713/3936/3391 30721/3944/3396</w:t>
        <w:br/>
        <w:t>f 30720/3945/3397 30712/3937/3391 30721/3944/3396</w:t>
        <w:br/>
        <w:t>f 30715/3938/3392 30723/3946/3398 30722/3947/3399</w:t>
        <w:br/>
        <w:t>f 30714/3939/3393 30715/3938/3392 30722/3947/3399</w:t>
        <w:br/>
        <w:t>f 30717/3940/3394 30725/3948/3400 30724/3949/3398</w:t>
        <w:br/>
        <w:t>f 30716/3941/3392 30717/3940/3394 30724/3949/3398</w:t>
        <w:br/>
        <w:t>f 30719/3942/3395 30727/3950/3401 30726/3951/3401</w:t>
        <w:br/>
        <w:t>f 30718/3943/3395 30719/3942/3395 30726/3951/3401</w:t>
        <w:br/>
        <w:t>f 30720/3945/3397 30721/3944/3396 30729/3952/3402</w:t>
        <w:br/>
        <w:t>f 30728/3953/3402 30720/3945/3397 30729/3952/3402</w:t>
        <w:br/>
        <w:t>f 30723/3946/3398 30731/3954/3403 30730/3955/3404</w:t>
        <w:br/>
        <w:t>f 30722/3947/3399 30723/3946/3398 30730/3955/3404</w:t>
        <w:br/>
        <w:t>f 30725/3948/3400 30733/3956/3405 30732/3957/3403</w:t>
        <w:br/>
        <w:t>f 30724/3949/3398 30725/3948/3400 30732/3957/3403</w:t>
        <w:br/>
        <w:t>f 30726/3951/3401 30727/3950/3401 30735/3958/3406</w:t>
        <w:br/>
        <w:t>f 30734/3959/3407 30726/3951/3401 30735/3958/3406</w:t>
        <w:br/>
        <w:t>f 30728/3953/3402 30729/3952/3402 30737/3960/3408</w:t>
        <w:br/>
        <w:t>f 30736/3961/3409 30728/3953/3402 30737/3960/3408</w:t>
        <w:br/>
        <w:t>f 30731/3954/3403 30739/3962/3410 30738/3963/3411</w:t>
        <w:br/>
        <w:t>f 30730/3955/3404 30731/3954/3403 30738/3963/3411</w:t>
        <w:br/>
        <w:t>f 30733/3956/3405 30741/3964/3412 30740/3965/3410</w:t>
        <w:br/>
        <w:t>f 30732/3957/3403 30733/3956/3405 30740/3965/3410</w:t>
        <w:br/>
        <w:t>f 30734/3959/3407 30735/3958/3406 30743/3966/3413</w:t>
        <w:br/>
        <w:t>f 30742/3967/3414 30734/3959/3407 30743/3966/3413</w:t>
        <w:br/>
        <w:t>f 30736/3961/3409 30737/3960/3408 30745/3968/3415</w:t>
        <w:br/>
        <w:t>f 30744/3969/3416 30736/3961/3409 30745/3968/3415</w:t>
        <w:br/>
        <w:t>f 30739/3962/3410 30747/3970/3417 30746/3971/3418</w:t>
        <w:br/>
        <w:t>f 30738/3963/3411 30739/3962/3410 30746/3971/3418</w:t>
        <w:br/>
        <w:t>f 30740/3965/3410 30741/3964/3412 30749/3972/3419</w:t>
        <w:br/>
        <w:t>f 30748/3973/3417 30740/3965/3410 30749/3972/3419</w:t>
        <w:br/>
        <w:t>f 30742/3967/3414 30743/3966/3413 30751/3974/3420</w:t>
        <w:br/>
        <w:t>f 30750/3975/3420 30742/3967/3414 30751/3974/3420</w:t>
        <w:br/>
        <w:t>f 30745/3968/3415 30753/3976/3421 30752/3977/3422</w:t>
        <w:br/>
        <w:t>f 30744/3969/3416 30745/3968/3415 30752/3977/3422</w:t>
        <w:br/>
        <w:t>f 30747/3970/3417 30755/3978/3423 30754/3979/3424</w:t>
        <w:br/>
        <w:t>f 30746/3971/3418 30747/3970/3417 30754/3979/3424</w:t>
        <w:br/>
        <w:t>f 30748/3973/3417 30749/3972/3419 30757/3980/3425</w:t>
        <w:br/>
        <w:t>f 30756/3981/3423 30748/3973/3417 30757/3980/3425</w:t>
        <w:br/>
        <w:t>f 30750/3975/3420 30751/3974/3420 30758/3982/3426</w:t>
        <w:br/>
        <w:t>f 30752/3977/3422 30753/3976/3421 30759/3983/3427</w:t>
        <w:br/>
        <w:t>f 30754/3979/3424 30755/3978/3423 30760/3984/3428</w:t>
        <w:br/>
        <w:t>f 30756/3981/3423 30757/3980/3425 30761/3985/3428</w:t>
        <w:br/>
        <w:t>f 30629/3852/3328 30636/3858/3331 30637/3861/3331</w:t>
        <w:br/>
        <w:t>f 30628/3853/3328 30629/3852/3328 30637/3861/3331</w:t>
        <w:br/>
        <w:t>f 30640/3863/3334 30641/3862/3334 30630/3855/3329</w:t>
        <w:br/>
        <w:t>f 30631/3854/3329 30640/3863/3334 30630/3855/3329</w:t>
        <w:br/>
        <w:t>f 30633/3856/3330 30644/3866/3337 30762/3986/3014</w:t>
        <w:br/>
        <w:t>f 30632/3857/3012 30633/3856/3330 30762/3986/3014</w:t>
        <w:br/>
        <w:t>f 30653/3876/3347 30661/3885/3354 30652/3877/3348</w:t>
        <w:br/>
        <w:t>f 30649/3872/3343 30639/3864/3335 30651/3874/3345</w:t>
        <w:br/>
        <w:t>f 30486/3710/3224 30763/3987/3429 30464/3686/3208</w:t>
        <w:br/>
        <w:t>f 30465/3689/3211 30486/3710/3224 30464/3686/3208</w:t>
        <w:br/>
        <w:t>f 30448/3671/3198 30440/3665/3193 30441/3664/3192</w:t>
        <w:br/>
        <w:t>f 30447/3672/3198 30448/3671/3198 30441/3664/3192</w:t>
        <w:br/>
        <w:t>f 30438/3662/3191 30439/3663/3191 30450/3677/3202</w:t>
        <w:br/>
        <w:t>f 30451/3676/3202 30438/3662/3191 30450/3677/3202</w:t>
        <w:br/>
        <w:t>f 30456/3679/3204 30443/3666/3194 30442/3667/3194</w:t>
        <w:br/>
        <w:t>f 30455/3680/3204 30456/3679/3204 30442/3667/3194</w:t>
        <w:br/>
        <w:t>f 30445/3669/3196 30444/3668/3195 30458/3685/3207</w:t>
        <w:br/>
        <w:t>f 30459/3684/3207 30445/3669/3196 30458/3685/3207</w:t>
        <w:br/>
        <w:t>f 30363/3586/3140 30452/3675/3201 30453/3674/3200</w:t>
        <w:br/>
        <w:t>f 30362/3587/3141 30363/3586/3140 30453/3674/3200</w:t>
        <w:br/>
        <w:t>f 30366/3589/3143 30449/3670/3197 30446/3673/3199</w:t>
        <w:br/>
        <w:t>f 30365/3590/3144 30366/3589/3143 30446/3673/3199</w:t>
        <w:br/>
        <w:t>f 30369/3592/3145 30457/3678/3203 30454/3681/3203</w:t>
        <w:br/>
        <w:t>f 30368/3593/3145 30369/3592/3145 30454/3681/3203</w:t>
        <w:br/>
        <w:t>f 30460/3683/3206 30461/3682/3205 30415/3640/3176</w:t>
        <w:br/>
        <w:t>f 30416/3639/3176 30460/3683/3206 30415/3640/3176</w:t>
        <w:br/>
        <w:t>f 30767/3988/3430 30766/3989/3431 30765/3990/3432</w:t>
        <w:br/>
        <w:t>f 30764/3991/3433 30767/3988/3430 30765/3990/3432</w:t>
        <w:br/>
        <w:t>f 30771/3992/3434 30770/3993/3435 30769/3994/3436</w:t>
        <w:br/>
        <w:t>f 30768/3995/3437 30771/3992/3434 30769/3994/3436</w:t>
        <w:br/>
        <w:t>f 30775/3996/3438 30774/3997/3439 30773/3998/3440</w:t>
        <w:br/>
        <w:t>f 30772/3999/3441 30775/3996/3438 30773/3998/3440</w:t>
        <w:br/>
        <w:t>f 30777/4000/3442 30766/3989/3431 30767/3988/3430</w:t>
        <w:br/>
        <w:t>f 30776/4001/3443 30777/4000/3442 30767/3988/3430</w:t>
        <w:br/>
        <w:t>f 30779/4002/3444 30778/4003/3445 30770/3993/3435</w:t>
        <w:br/>
        <w:t>f 30771/3992/3434 30779/4002/3444 30770/3993/3435</w:t>
        <w:br/>
        <w:t>f 30781/4004/3446 30775/3996/3438 30772/3999/3441</w:t>
        <w:br/>
        <w:t>f 30780/4005/3447 30781/4004/3446 30772/3999/3441</w:t>
        <w:br/>
        <w:t>f 30783/4006/3448 30777/4000/3442 30776/4001/3443</w:t>
        <w:br/>
        <w:t>f 30782/4007/3449 30783/4006/3448 30776/4001/3443</w:t>
        <w:br/>
        <w:t>f 30785/4008/3450 30784/4009/3451 30778/4003/3445</w:t>
        <w:br/>
        <w:t>f 30779/4002/3444 30785/4008/3450 30778/4003/3445</w:t>
        <w:br/>
        <w:t>f 30786/4010/3452 30781/4004/3446 30780/4005/3447</w:t>
        <w:br/>
        <w:t>f 30787/4011/3453 30786/4010/3452 30780/4005/3447</w:t>
        <w:br/>
        <w:t>f 30783/4006/3448 30782/4007/3449 30788/4012/3454</w:t>
        <w:br/>
        <w:t>f 30789/4013/3455 30783/4006/3448 30788/4012/3454</w:t>
        <w:br/>
        <w:t>f 30790/4014/3456 30784/4009/3451 30785/4008/3450</w:t>
        <w:br/>
        <w:t>f 30791/4015/3457 30790/4014/3456 30785/4008/3450</w:t>
        <w:br/>
        <w:t>f 30792/4016/3458 30786/4010/3452 30787/4011/3453</w:t>
        <w:br/>
        <w:t>f 30793/4017/3459 30792/4016/3458 30787/4011/3453</w:t>
        <w:br/>
        <w:t>f 30789/4013/3455 30788/4012/3454 30794/4018/3460</w:t>
        <w:br/>
        <w:t>f 30795/4019/3461 30789/4013/3455 30794/4018/3460</w:t>
        <w:br/>
        <w:t>f 30796/4020/3462 30790/4014/3456 30791/4015/3457</w:t>
        <w:br/>
        <w:t>f 30797/4021/3463 30796/4020/3462 30791/4015/3457</w:t>
        <w:br/>
        <w:t>f 30798/4022/3464 30792/4016/3458 30793/4017/3459</w:t>
        <w:br/>
        <w:t>f 30799/4023/3465 30798/4022/3464 30793/4017/3459</w:t>
        <w:br/>
        <w:t>f 30795/4019/3461 30794/4018/3460 30800/4024/3466</w:t>
        <w:br/>
        <w:t>f 30801/4025/3467 30795/4019/3461 30800/4024/3466</w:t>
        <w:br/>
        <w:t>f 30803/4026/3468 30802/4027/3469 30796/4020/3462</w:t>
        <w:br/>
        <w:t>f 30797/4021/3463 30803/4026/3468 30796/4020/3462</w:t>
        <w:br/>
        <w:t>f 30806/4028/3470 30805/4029/3471 30804/4030/3471</w:t>
        <w:br/>
        <w:t>f 30807/4031/3470 30806/4028/3470 30804/4030/3471</w:t>
        <w:br/>
        <w:t>f 30800/4024/3466 30809/4032/3472 30808/4033/3473</w:t>
        <w:br/>
        <w:t>f 30801/4025/3467 30800/4024/3466 30808/4033/3473</w:t>
        <w:br/>
        <w:t>f 30811/4034/3474 30810/4035/3475 30802/4027/3469</w:t>
        <w:br/>
        <w:t>f 30803/4026/3468 30811/4034/3474 30802/4027/3469</w:t>
        <w:br/>
        <w:t>f 30815/4036/3476 30814/4037/3477 30813/4038/3478</w:t>
        <w:br/>
        <w:t>f 30812/4039/3479 30815/4036/3476 30813/4038/3478</w:t>
        <w:br/>
        <w:t>f 30817/4040/3480 30816/4041/3481 30808/4033/3473</w:t>
        <w:br/>
        <w:t>f 30809/4032/3472 30817/4040/3480 30808/4033/3473</w:t>
        <w:br/>
        <w:t>f 30819/4042/3482 30818/4043/3483 30810/4035/3475</w:t>
        <w:br/>
        <w:t>f 30811/4034/3474 30819/4042/3482 30810/4035/3475</w:t>
        <w:br/>
        <w:t>f 30820/4044/3484 30813/4038/3478 30814/4037/3477</w:t>
        <w:br/>
        <w:t>f 30821/4045/3485 30820/4044/3484 30814/4037/3477</w:t>
        <w:br/>
        <w:t>f 30823/4046/3486 30822/4047/3487 30816/4041/3481</w:t>
        <w:br/>
        <w:t>f 30817/4040/3480 30823/4046/3486 30816/4041/3481</w:t>
        <w:br/>
        <w:t>f 30825/4048/3488 30824/4049/3489 30818/4043/3483</w:t>
        <w:br/>
        <w:t>f 30819/4042/3482 30825/4048/3488 30818/4043/3483</w:t>
        <w:br/>
        <w:t>f 30827/4050/3490 30820/4044/3484 30821/4045/3485</w:t>
        <w:br/>
        <w:t>f 30826/4051/3491 30827/4050/3490 30821/4045/3485</w:t>
        <w:br/>
        <w:t>f 30829/4052/3492 30828/4053/3493 30822/4047/3487</w:t>
        <w:br/>
        <w:t>f 30823/4046/3486 30829/4052/3492 30822/4047/3487</w:t>
        <w:br/>
        <w:t>f 30831/4054/3494 30830/4055/3495 30824/4049/3489</w:t>
        <w:br/>
        <w:t>f 30825/4048/3488 30831/4054/3494 30824/4049/3489</w:t>
        <w:br/>
        <w:t>f 30833/4056/3496 30827/4050/3490 30826/4051/3491</w:t>
        <w:br/>
        <w:t>f 30832/4057/3496 30833/4056/3496 30826/4051/3491</w:t>
        <w:br/>
        <w:t>f 30834/4058/3497 30828/4053/3493 30829/4052/3492</w:t>
        <w:br/>
        <w:t>f 30835/4059/3498 30834/4058/3497 30829/4052/3492</w:t>
        <w:br/>
        <w:t>f 30837/4060/3499 30836/4061/3500 30830/4055/3495</w:t>
        <w:br/>
        <w:t>f 30831/4054/3494 30837/4060/3499 30830/4055/3495</w:t>
        <w:br/>
        <w:t>f 30839/4062/3501 30833/4056/3496 30832/4057/3496</w:t>
        <w:br/>
        <w:t>f 30838/4063/3502 30839/4062/3501 30832/4057/3496</w:t>
        <w:br/>
        <w:t>f 30843/4064/3503 30842/4065/3504 30841/4066/3505</w:t>
        <w:br/>
        <w:t>f 30840/4067/3506 30843/4064/3503 30841/4066/3505</w:t>
        <w:br/>
        <w:t>f 30847/4068/3507 30846/4069/3508 30845/4070/3509</w:t>
        <w:br/>
        <w:t>f 30844/4071/3510 30847/4068/3507 30845/4070/3509</w:t>
        <w:br/>
        <w:t>f 30851/4072/3511 30850/4073/3512 30849/4074/3512</w:t>
        <w:br/>
        <w:t>f 30848/4075/3511 30851/4072/3511 30849/4074/3512</w:t>
        <w:br/>
        <w:t>f 30840/4067/3506 30853/4076/3513 30852/4077/3514</w:t>
        <w:br/>
        <w:t>f 30843/4064/3503 30840/4067/3506 30852/4077/3514</w:t>
        <w:br/>
        <w:t>f 30847/4068/3507 30855/4078/3515 30854/4079/3516</w:t>
        <w:br/>
        <w:t>f 30846/4069/3508 30847/4068/3507 30854/4079/3516</w:t>
        <w:br/>
        <w:t>f 30859/4080/3517 30858/4081/3518 30857/4082/3519</w:t>
        <w:br/>
        <w:t>f 30856/4083/3520 30859/4080/3517 30857/4082/3519</w:t>
        <w:br/>
        <w:t>f 30863/4084/3521 30862/4085/3522 30861/4086/3523</w:t>
        <w:br/>
        <w:t>f 30860/4087/3524 30863/4084/3521 30861/4086/3523</w:t>
        <w:br/>
        <w:t>f 30867/4088/3525 30866/4089/3526 30865/4090/3527</w:t>
        <w:br/>
        <w:t>f 30864/4091/3528 30867/4088/3525 30865/4090/3527</w:t>
        <w:br/>
        <w:t>f 30871/4092/3529 30870/4093/3517 30869/4094/3520</w:t>
        <w:br/>
        <w:t>f 30868/4095/3530 30871/4092/3529 30869/4094/3520</w:t>
        <w:br/>
        <w:t>f 30873/4096/3531 30863/4084/3521 30860/4087/3524</w:t>
        <w:br/>
        <w:t>f 30872/4097/3532 30873/4096/3531 30860/4087/3524</w:t>
        <w:br/>
        <w:t>f 30875/4098/3533 30867/4088/3525 30864/4091/3528</w:t>
        <w:br/>
        <w:t>f 30874/4099/3534 30875/4098/3533 30864/4091/3528</w:t>
        <w:br/>
        <w:t>f 30877/4100/3535 30871/4092/3529 30868/4095/3530</w:t>
        <w:br/>
        <w:t>f 30876/4101/3536 30877/4100/3535 30868/4095/3530</w:t>
        <w:br/>
        <w:t>f 30879/4102/3537 30873/4096/3531 30872/4097/3532</w:t>
        <w:br/>
        <w:t>f 30878/4103/3538 30879/4102/3537 30872/4097/3532</w:t>
        <w:br/>
        <w:t>f 30881/4104/3539 30880/4105/3540 30875/4098/3533</w:t>
        <w:br/>
        <w:t>f 30874/4099/3534 30881/4104/3539 30875/4098/3533</w:t>
        <w:br/>
        <w:t>f 30883/4106/3541 30877/4100/3535 30876/4101/3536</w:t>
        <w:br/>
        <w:t>f 30882/4107/3542 30883/4106/3541 30876/4101/3536</w:t>
        <w:br/>
        <w:t>f 30885/4108/3543 30879/4102/3537 30878/4103/3538</w:t>
        <w:br/>
        <w:t>f 30884/4109/3544 30885/4108/3543 30878/4103/3538</w:t>
        <w:br/>
        <w:t>f 30887/4110/3545 30886/4111/3546 30880/4105/3540</w:t>
        <w:br/>
        <w:t>f 30881/4104/3539 30887/4110/3545 30880/4105/3540</w:t>
        <w:br/>
        <w:t>f 30889/4112/3547 30883/4106/3541 30882/4107/3542</w:t>
        <w:br/>
        <w:t>f 30888/4113/3548 30889/4112/3547 30882/4107/3542</w:t>
        <w:br/>
        <w:t>f 30891/4114/3549 30890/4115/3550 30886/4111/3546</w:t>
        <w:br/>
        <w:t>f 30887/4110/3545 30891/4114/3549 30886/4111/3546</w:t>
        <w:br/>
        <w:t>f 30893/4116/3551 30889/4112/3547 30888/4113/3548</w:t>
        <w:br/>
        <w:t>f 30892/4117/3552 30893/4116/3551 30888/4113/3548</w:t>
        <w:br/>
        <w:t>f 30895/4118/3553 30894/4119/3554 30890/4115/3550</w:t>
        <w:br/>
        <w:t>f 30891/4114/3549 30895/4118/3553 30890/4115/3550</w:t>
        <w:br/>
        <w:t>f 30897/4120/3555 30893/4116/3551 30892/4117/3552</w:t>
        <w:br/>
        <w:t>f 30896/4121/3556 30897/4120/3555 30892/4117/3552</w:t>
        <w:br/>
        <w:t>f 30899/4122/3557 30898/4123/3558 30894/4119/3554</w:t>
        <w:br/>
        <w:t>f 30895/4118/3553 30899/4122/3557 30894/4119/3554</w:t>
        <w:br/>
        <w:t>f 30903/4124/3559 30902/4125/3560 30901/4126/3561</w:t>
        <w:br/>
        <w:t>f 30900/4127/3562 30903/4124/3559 30901/4126/3561</w:t>
        <w:br/>
        <w:t>f 30907/4128/3563 30906/4129/3564 30905/4130/3565</w:t>
        <w:br/>
        <w:t>f 30904/4131/3566 30907/4128/3563 30905/4130/3565</w:t>
        <w:br/>
        <w:t>f 30911/4132/3567 30910/4133/3568 30909/4134/3569</w:t>
        <w:br/>
        <w:t>f 30908/4135/3570 30911/4132/3567 30909/4134/3569</w:t>
        <w:br/>
        <w:t>f 30915/4136/3571 30914/4137/3572 30913/4138/3573</w:t>
        <w:br/>
        <w:t>f 30912/4139/3574 30915/4136/3571 30913/4138/3573</w:t>
        <w:br/>
        <w:t>f 30917/4140/3575 30915/4136/3571 30912/4139/3574</w:t>
        <w:br/>
        <w:t>f 30916/4141/3576 30917/4140/3575 30912/4139/3574</w:t>
        <w:br/>
        <w:t>f 30919/4142/3577 30917/4140/3575 30916/4141/3576</w:t>
        <w:br/>
        <w:t>f 30918/4143/3578 30919/4142/3577 30916/4141/3576</w:t>
        <w:br/>
        <w:t>f 30918/4143/3578 30921/4144/3579 30920/4145/3580</w:t>
        <w:br/>
        <w:t>f 30919/4142/3577 30918/4143/3578 30920/4145/3580</w:t>
        <w:br/>
        <w:t>f 30924/4146/3581 30923/4147/3582 30921/4144/3579</w:t>
        <w:br/>
        <w:t>f 30922/4148/3583 30924/4146/3581 30921/4144/3579</w:t>
        <w:br/>
        <w:t>f 30924/4146/3581 30925/4149/3584 30923/4147/3582</w:t>
        <w:br/>
        <w:t>f 30770/3993/3435 30767/3988/3430 30764/3991/3433</w:t>
        <w:br/>
        <w:t>f 30769/3994/3436 30770/3993/3435 30764/3991/3433</w:t>
        <w:br/>
        <w:t>f 30767/3988/3430 30770/3993/3435 30778/4003/3445</w:t>
        <w:br/>
        <w:t>f 30776/4001/3443 30767/3988/3430 30778/4003/3445</w:t>
        <w:br/>
        <w:t>f 30782/4007/3449 30776/4001/3443 30778/4003/3445</w:t>
        <w:br/>
        <w:t>f 30784/4009/3451 30782/4007/3449 30778/4003/3445</w:t>
        <w:br/>
        <w:t>f 30788/4012/3454 30782/4007/3449 30784/4009/3451</w:t>
        <w:br/>
        <w:t>f 30790/4014/3456 30788/4012/3454 30784/4009/3451</w:t>
        <w:br/>
        <w:t>f 30794/4018/3460 30788/4012/3454 30790/4014/3456</w:t>
        <w:br/>
        <w:t>f 30796/4020/3462 30794/4018/3460 30790/4014/3456</w:t>
        <w:br/>
        <w:t>f 30794/4018/3460 30796/4020/3462 30802/4027/3469</w:t>
        <w:br/>
        <w:t>f 30800/4024/3466 30794/4018/3460 30802/4027/3469</w:t>
        <w:br/>
        <w:t>f 30810/4035/3475 30809/4032/3472 30800/4024/3466</w:t>
        <w:br/>
        <w:t>f 30802/4027/3469 30810/4035/3475 30800/4024/3466</w:t>
        <w:br/>
        <w:t>f 30818/4043/3483 30817/4040/3480 30809/4032/3472</w:t>
        <w:br/>
        <w:t>f 30810/4035/3475 30818/4043/3483 30809/4032/3472</w:t>
        <w:br/>
        <w:t>f 30824/4049/3489 30823/4046/3486 30817/4040/3480</w:t>
        <w:br/>
        <w:t>f 30818/4043/3483 30824/4049/3489 30817/4040/3480</w:t>
        <w:br/>
        <w:t>f 30830/4055/3495 30829/4052/3492 30823/4046/3486</w:t>
        <w:br/>
        <w:t>f 30824/4049/3489 30830/4055/3495 30823/4046/3486</w:t>
        <w:br/>
        <w:t>f 30836/4061/3500 30835/4059/3498 30829/4052/3492</w:t>
        <w:br/>
        <w:t>f 30830/4055/3495 30836/4061/3500 30829/4052/3492</w:t>
        <w:br/>
        <w:t>f 30846/4069/3508 30840/4067/3506 30841/4066/3505</w:t>
        <w:br/>
        <w:t>f 30845/4070/3509 30846/4069/3508 30841/4066/3505</w:t>
        <w:br/>
        <w:t>f 30854/4079/3516 30853/4076/3513 30840/4067/3506</w:t>
        <w:br/>
        <w:t>f 30846/4069/3508 30854/4079/3516 30840/4067/3506</w:t>
        <w:br/>
        <w:t>f 30856/4083/3520 30857/4082/3519 30862/4085/3522</w:t>
        <w:br/>
        <w:t>f 30863/4084/3521 30856/4083/3520 30862/4085/3522</w:t>
        <w:br/>
        <w:t>f 30928/4150/3520 30927/4151/3585 30926/4152/3586</w:t>
        <w:br/>
        <w:t>f 30930/4153/3536 30926/4152/3586 30927/4151/3585</w:t>
        <w:br/>
        <w:t>f 30929/4154/3587 30930/4153/3536 30927/4151/3585</w:t>
        <w:br/>
        <w:t>f 30932/4155/3542 30930/4153/3536 30929/4154/3587</w:t>
        <w:br/>
        <w:t>f 30931/4156/3588 30932/4155/3542 30929/4154/3587</w:t>
        <w:br/>
        <w:t>f 30934/4157/3589 30932/4155/3542 30931/4156/3588</w:t>
        <w:br/>
        <w:t>f 30933/4158/3590 30934/4157/3589 30931/4156/3588</w:t>
        <w:br/>
        <w:t>f 30936/4159/3552 30934/4157/3589 30933/4158/3590</w:t>
        <w:br/>
        <w:t>f 30935/4160/3591 30936/4159/3552 30933/4158/3590</w:t>
        <w:br/>
        <w:t>f 30938/4161/3592 30936/4159/3552 30935/4160/3591</w:t>
        <w:br/>
        <w:t>f 30937/4162/3593 30938/4161/3592 30935/4160/3591</w:t>
        <w:br/>
        <w:t>f 30940/4163/3594 30771/3992/3434 30768/3995/3437</w:t>
        <w:br/>
        <w:t>f 30939/4164/3595 30940/4163/3594 30768/3995/3437</w:t>
        <w:br/>
        <w:t>f 30941/4165/3596 30779/4002/3444 30771/3992/3434</w:t>
        <w:br/>
        <w:t>f 30940/4163/3594 30941/4165/3596 30771/3992/3434</w:t>
        <w:br/>
        <w:t>f 30779/4002/3444 30941/4165/3596 30942/4166/3597</w:t>
        <w:br/>
        <w:t>f 30785/4008/3450 30779/4002/3444 30942/4166/3597</w:t>
        <w:br/>
        <w:t>f 30785/4008/3450 30942/4166/3597 30943/4167/3598</w:t>
        <w:br/>
        <w:t>f 30791/4015/3457 30785/4008/3450 30943/4167/3598</w:t>
        <w:br/>
        <w:t>f 30797/4021/3463 30791/4015/3457 30943/4167/3598</w:t>
        <w:br/>
        <w:t>f 30944/4168/3599 30797/4021/3463 30943/4167/3598</w:t>
        <w:br/>
        <w:t>f 30803/4026/3468 30797/4021/3463 30944/4168/3599</w:t>
        <w:br/>
        <w:t>f 30945/4169/3600 30803/4026/3468 30944/4168/3599</w:t>
        <w:br/>
        <w:t>f 30946/4170/3601 30811/4034/3474 30803/4026/3468</w:t>
        <w:br/>
        <w:t>f 30945/4169/3600 30946/4170/3601 30803/4026/3468</w:t>
        <w:br/>
        <w:t>f 30946/4170/3601 30947/4171/3602 30819/4042/3482</w:t>
        <w:br/>
        <w:t>f 30811/4034/3474 30946/4170/3601 30819/4042/3482</w:t>
        <w:br/>
        <w:t>f 30948/4172/3603 30825/4048/3488 30819/4042/3482</w:t>
        <w:br/>
        <w:t>f 30947/4171/3602 30948/4172/3603 30819/4042/3482</w:t>
        <w:br/>
        <w:t>f 30949/4173/3604 30831/4054/3494 30825/4048/3488</w:t>
        <w:br/>
        <w:t>f 30948/4172/3603 30949/4173/3604 30825/4048/3488</w:t>
        <w:br/>
        <w:t>f 30950/4174/3605 30837/4060/3499 30831/4054/3494</w:t>
        <w:br/>
        <w:t>f 30949/4173/3604 30950/4174/3605 30831/4054/3494</w:t>
        <w:br/>
        <w:t>f 30847/4068/3507 30844/4071/3510 30952/4175/3606</w:t>
        <w:br/>
        <w:t>f 30951/4176/3607 30847/4068/3507 30952/4175/3606</w:t>
        <w:br/>
        <w:t>f 30951/4176/3607 30953/4177/3608 30855/4078/3515</w:t>
        <w:br/>
        <w:t>f 30847/4068/3507 30951/4176/3607 30855/4078/3515</w:t>
        <w:br/>
        <w:t>f 30860/4087/3524 30861/4086/3523 30955/4178/3609</w:t>
        <w:br/>
        <w:t>f 30954/4179/3610 30860/4087/3524 30955/4178/3609</w:t>
        <w:br/>
        <w:t>f 30872/4097/3532 30860/4087/3524 30954/4179/3610</w:t>
        <w:br/>
        <w:t>f 30956/4180/3611 30872/4097/3532 30954/4179/3610</w:t>
        <w:br/>
        <w:t>f 30878/4103/3538 30872/4097/3532 30956/4180/3611</w:t>
        <w:br/>
        <w:t>f 30957/4181/3612 30878/4103/3538 30956/4180/3611</w:t>
        <w:br/>
        <w:t>f 30884/4109/3544 30878/4103/3538 30957/4181/3612</w:t>
        <w:br/>
        <w:t>f 30958/4182/3613 30884/4109/3544 30957/4181/3612</w:t>
        <w:br/>
        <w:t>f 30959/4183/3614 30856/4083/3520 30863/4084/3521</w:t>
        <w:br/>
        <w:t>f 30873/4096/3531 30959/4183/3614 30863/4084/3521</w:t>
        <w:br/>
        <w:t>f 30962/4184/3615 30961/4185/3616 30960/4186/3617</w:t>
        <w:br/>
        <w:t>f 30964/4187/3618 30962/4184/3615 30960/4186/3617</w:t>
        <w:br/>
        <w:t>f 30963/4188/3619 30964/4187/3618 30960/4186/3617</w:t>
        <w:br/>
        <w:t>f 30968/4189/3620 30967/4190/3621 30966/4191/3622</w:t>
        <w:br/>
        <w:t>f 30965/4192/3623 30968/4189/3620 30966/4191/3622</w:t>
        <w:br/>
        <w:t>f 30970/4193/3624 30968/4189/3620 30965/4192/3623</w:t>
        <w:br/>
        <w:t>f 30969/4194/3625 30970/4193/3624 30965/4192/3623</w:t>
        <w:br/>
        <w:t>f 30972/4195/3626 30971/4196/3627 30970/4193/3624</w:t>
        <w:br/>
        <w:t>f 30969/4194/3625 30972/4195/3626 30970/4193/3624</w:t>
        <w:br/>
        <w:t>f 30974/4197/3628 30973/4198/3629 30971/4196/3627</w:t>
        <w:br/>
        <w:t>f 30972/4195/3626 30974/4197/3628 30971/4196/3627</w:t>
        <w:br/>
        <w:t>f 30976/4199/3630 30975/4200/3631 30973/4198/3629</w:t>
        <w:br/>
        <w:t>f 30974/4197/3628 30976/4199/3630 30973/4198/3629</w:t>
        <w:br/>
        <w:t>f 30978/4201/3006 30977/4202/3004 30774/3997/3439</w:t>
        <w:br/>
        <w:t>f 30775/3996/3438 30978/4201/3006 30774/3997/3439</w:t>
        <w:br/>
        <w:t>f 30979/4203/3632 30978/4201/3006 30775/3996/3438</w:t>
        <w:br/>
        <w:t>f 30781/4004/3446 30979/4203/3632 30775/3996/3438</w:t>
        <w:br/>
        <w:t>f 30980/4204/3633 30979/4203/3632 30781/4004/3446</w:t>
        <w:br/>
        <w:t>f 30786/4010/3452 30980/4204/3633 30781/4004/3446</w:t>
        <w:br/>
        <w:t>f 30983/4205/3622 30982/4206/3634 30981/4207/3635</w:t>
        <w:br/>
        <w:t>f 30985/4208/3625 30984/4209/3623 30866/4089/3526</w:t>
        <w:br/>
        <w:t>f 30867/4088/3525 30985/4208/3625 30866/4089/3526</w:t>
        <w:br/>
        <w:t>f 30987/4210/3626 30985/4208/3625 30986/4211/3636</w:t>
        <w:br/>
        <w:t>f 30987/4210/3626 30986/4211/3636 30989/4212/3637</w:t>
        <w:br/>
        <w:t>f 30988/4213/3638 30987/4210/3626 30989/4212/3637</w:t>
        <w:br/>
        <w:t>f 30988/4213/3638 30989/4212/3637 30991/4214/3639</w:t>
        <w:br/>
        <w:t>f 30990/4215/3640 30988/4213/3638 30991/4214/3639</w:t>
        <w:br/>
        <w:t>f 30890/4115/3550 30992/4216/3641 30991/4214/3639</w:t>
        <w:br/>
        <w:t>f 30886/4111/3546 30890/4115/3550 30991/4214/3639</w:t>
        <w:br/>
        <w:t>f 30894/4119/3554 30993/4217/3642 30992/4216/3641</w:t>
        <w:br/>
        <w:t>f 30890/4115/3550 30894/4119/3554 30992/4216/3641</w:t>
        <w:br/>
        <w:t>f 30898/4123/3558 30994/4218/3643 30993/4217/3642</w:t>
        <w:br/>
        <w:t>f 30894/4119/3554 30898/4123/3558 30993/4217/3642</w:t>
        <w:br/>
        <w:t>f 30910/4133/3568 30996/4219/3644 30995/4220/3645</w:t>
        <w:br/>
        <w:t>f 30909/4134/3569 30910/4133/3568 30995/4220/3645</w:t>
        <w:br/>
        <w:t>f 31000/4221/3646 30999/4222/3647 30998/4223/3648</w:t>
        <w:br/>
        <w:t>f 30997/4224/3649 31000/4221/3646 30998/4223/3648</w:t>
        <w:br/>
        <w:t>f 31002/4225/3650 31001/4226/3651 30999/4222/3647</w:t>
        <w:br/>
        <w:t>f 31000/4221/3646 31002/4225/3650 30999/4222/3647</w:t>
        <w:br/>
        <w:t>f 31001/4226/3651 31002/4225/3650 31003/4227/3652</w:t>
        <w:br/>
        <w:t>f 31004/4228/3653 31001/4226/3651 31003/4227/3652</w:t>
        <w:br/>
        <w:t>f 31006/4229/3654 31004/4228/3653 31003/4227/3652</w:t>
        <w:br/>
        <w:t>f 31005/4230/3655 31006/4229/3654 31003/4227/3652</w:t>
        <w:br/>
        <w:t>f 31008/4231/3656 31006/4229/3654 31005/4230/3655</w:t>
        <w:br/>
        <w:t>f 31007/4232/3657 31008/4231/3656 31005/4230/3655</w:t>
        <w:br/>
        <w:t>f 31009/4233/3658 31008/4231/3656 31007/4232/3657</w:t>
        <w:br/>
        <w:t>f 30799/4023/3465 30815/4036/3476 30812/4039/3479</w:t>
        <w:br/>
        <w:t>f 30798/4022/3464 30799/4023/3465 30812/4039/3479</w:t>
        <w:br/>
        <w:t>f 31012/4234/3659 31011/4235/3660 31010/4236/3661</w:t>
        <w:br/>
        <w:t>f 31013/4237/3659 31012/4234/3659 31010/4236/3661</w:t>
        <w:br/>
        <w:t>f 30807/4031/3470 31012/4234/3659 31013/4237/3659</w:t>
        <w:br/>
        <w:t>f 30806/4028/3470 30807/4031/3470 31013/4237/3659</w:t>
        <w:br/>
        <w:t>f 30805/4029/3471 31015/4238/3662 31014/4239/3663</w:t>
        <w:br/>
        <w:t>f 30804/4030/3471 30805/4029/3471 31014/4239/3663</w:t>
        <w:br/>
        <w:t>f 31017/4240/3664 31014/4239/3663 31015/4238/3662</w:t>
        <w:br/>
        <w:t>f 31016/4241/3664 31017/4240/3664 31015/4238/3662</w:t>
        <w:br/>
        <w:t>f 31019/4242/3665 31017/4240/3664 31016/4241/3664</w:t>
        <w:br/>
        <w:t>f 31018/4243/3665 31019/4242/3665 31016/4241/3664</w:t>
        <w:br/>
        <w:t>f 31021/4244/3666 31019/4242/3665 31018/4243/3665</w:t>
        <w:br/>
        <w:t>f 31020/4245/3666 31021/4244/3666 31018/4243/3665</w:t>
        <w:br/>
        <w:t>f 31023/4246/3667 31021/4244/3666 31020/4245/3666</w:t>
        <w:br/>
        <w:t>f 31022/4247/3668 31023/4246/3667 31020/4245/3666</w:t>
        <w:br/>
        <w:t>f 31027/4248/3669 31026/4249/3670 31025/4250/3671</w:t>
        <w:br/>
        <w:t>f 31024/4251/3672 31027/4248/3669 31025/4250/3671</w:t>
        <w:br/>
        <w:t>f 31029/4252/3673 31028/4253/3674 30967/4190/3621</w:t>
        <w:br/>
        <w:t>f 30968/4189/3620 31029/4252/3673 30967/4190/3621</w:t>
        <w:br/>
        <w:t>f 31030/4254/3675 31029/4252/3673 30968/4189/3620</w:t>
        <w:br/>
        <w:t>f 30970/4193/3624 31030/4254/3675 30968/4189/3620</w:t>
        <w:br/>
        <w:t>f 31031/4255/3676 31030/4254/3675 30970/4193/3624</w:t>
        <w:br/>
        <w:t>f 30971/4196/3627 31031/4255/3676 30970/4193/3624</w:t>
        <w:br/>
        <w:t>f 30973/4198/3629 31032/4256/3677 31031/4255/3676</w:t>
        <w:br/>
        <w:t>f 30971/4196/3627 30973/4198/3629 31031/4255/3676</w:t>
        <w:br/>
        <w:t>f 30975/4200/3631 31033/4257/3678 31032/4256/3677</w:t>
        <w:br/>
        <w:t>f 30973/4198/3629 30975/4200/3631 31032/4256/3677</w:t>
        <w:br/>
        <w:t>f 31035/4258/3562 31034/4259/3679 30906/4129/3564</w:t>
        <w:br/>
        <w:t>f 30907/4128/3563 31035/4258/3562 30906/4129/3564</w:t>
        <w:br/>
        <w:t>f 30904/4131/3566 31036/4260/3680 30913/4138/3573</w:t>
        <w:br/>
        <w:t>f 30907/4128/3563 30904/4131/3566 30913/4138/3573</w:t>
        <w:br/>
        <w:t>f 31038/4261/3681 31037/4262/3682 30916/4141/3576</w:t>
        <w:br/>
        <w:t>f 30912/4139/3574 31038/4261/3681 30916/4141/3576</w:t>
        <w:br/>
        <w:t>f 31037/4262/3682 31039/4263/3683 30918/4143/3578</w:t>
        <w:br/>
        <w:t>f 30916/4141/3576 31037/4262/3682 30918/4143/3578</w:t>
        <w:br/>
        <w:t>f 31039/4263/3683 30922/4148/3583 30921/4144/3579</w:t>
        <w:br/>
        <w:t>f 30918/4143/3578 31039/4263/3683 30921/4144/3579</w:t>
        <w:br/>
        <w:t>f 30923/4147/3582 31040/4264/3684 30920/4145/3580</w:t>
        <w:br/>
        <w:t>f 30921/4144/3579 30923/4147/3582 30920/4145/3580</w:t>
        <w:br/>
        <w:t>f 30925/4149/3584 31040/4264/3684 30923/4147/3582</w:t>
        <w:br/>
        <w:t>f 31042/4265/3685 31041/4266/3686 30929/4154/3587</w:t>
        <w:br/>
        <w:t>f 30927/4151/3585 31042/4265/3685 30929/4154/3587</w:t>
        <w:br/>
        <w:t>f 30962/4184/3615 30964/4187/3618 30931/4156/3588</w:t>
        <w:br/>
        <w:t>f 30929/4154/3587 30962/4184/3615 30931/4156/3588</w:t>
        <w:br/>
        <w:t>f 30964/4187/3618 31043/4267/3687 30933/4158/3590</w:t>
        <w:br/>
        <w:t>f 30931/4156/3588 30964/4187/3618 30933/4158/3590</w:t>
        <w:br/>
        <w:t>f 31043/4267/3687 31044/4268/3688 30935/4160/3591</w:t>
        <w:br/>
        <w:t>f 30933/4158/3590 31043/4267/3687 30935/4160/3591</w:t>
        <w:br/>
        <w:t>f 31044/4268/3688 31045/4269/3689 30937/4162/3593</w:t>
        <w:br/>
        <w:t>f 30935/4160/3591 31044/4268/3688 30937/4162/3593</w:t>
        <w:br/>
        <w:t>f 30986/4211/3636 30875/4098/3533 30880/4105/3540</w:t>
        <w:br/>
        <w:t>f 30989/4212/3637 30986/4211/3636 30880/4105/3540</w:t>
        <w:br/>
        <w:t>f 30989/4212/3637 30880/4105/3540 30886/4111/3546</w:t>
        <w:br/>
        <w:t>f 30991/4214/3639 30989/4212/3637 30886/4111/3546</w:t>
        <w:br/>
        <w:t>f 30992/4216/3641 31046/4270/3690 30990/4215/3640</w:t>
        <w:br/>
        <w:t>f 30991/4214/3639 30992/4216/3641 30990/4215/3640</w:t>
        <w:br/>
        <w:t>f 30993/4217/3642 31047/4271/3691 31046/4270/3690</w:t>
        <w:br/>
        <w:t>f 30992/4216/3641 30993/4217/3642 31046/4270/3690</w:t>
        <w:br/>
        <w:t>f 30994/4218/3643 31048/4272/3692 31047/4271/3691</w:t>
        <w:br/>
        <w:t>f 30993/4217/3642 30994/4218/3643 31047/4271/3691</w:t>
        <w:br/>
        <w:t>f 30996/4219/3644 31050/4273/3693 31049/4274/3694</w:t>
        <w:br/>
        <w:t>f 30995/4220/3645 30996/4219/3644 31049/4274/3694</w:t>
        <w:br/>
        <w:t>f 30999/4222/3647 31052/4275/3695 31051/4276/3696</w:t>
        <w:br/>
        <w:t>f 30998/4223/3648 30999/4222/3647 31051/4276/3696</w:t>
        <w:br/>
        <w:t>f 31052/4275/3695 30999/4222/3647 31001/4226/3651</w:t>
        <w:br/>
        <w:t>f 31053/4277/3697 31052/4275/3695 31001/4226/3651</w:t>
        <w:br/>
        <w:t>f 31053/4277/3697 31001/4226/3651 31004/4228/3653</w:t>
        <w:br/>
        <w:t>f 31054/4278/3698 31053/4277/3697 31004/4228/3653</w:t>
        <w:br/>
        <w:t>f 31055/4279/3699 31054/4278/3698 31004/4228/3653</w:t>
        <w:br/>
        <w:t>f 31006/4229/3654 31055/4279/3699 31004/4228/3653</w:t>
        <w:br/>
        <w:t>f 31056/4280/3700 31055/4279/3699 31006/4229/3654</w:t>
        <w:br/>
        <w:t>f 31008/4231/3656 31056/4280/3700 31006/4229/3654</w:t>
        <w:br/>
        <w:t>f 31009/4233/3658 31056/4280/3700 31008/4231/3656</w:t>
        <w:br/>
        <w:t>f 31060/4281/3701 31059/4282/3702 31058/4283/3703</w:t>
        <w:br/>
        <w:t>f 31057/4284/3704 31060/4281/3701 31058/4283/3703</w:t>
        <w:br/>
        <w:t>f 31059/4282/3702 31062/4285/3705 31061/4286/3706</w:t>
        <w:br/>
        <w:t>f 31058/4283/3703 31059/4282/3702 31061/4286/3706</w:t>
        <w:br/>
        <w:t>f 31064/4287/3707 31063/4288/3708 31061/4286/3706</w:t>
        <w:br/>
        <w:t>f 31062/4285/3705 31064/4287/3707 31061/4286/3706</w:t>
        <w:br/>
        <w:t>f 31066/4289/3709 31065/4290/3710 31063/4288/3708</w:t>
        <w:br/>
        <w:t>f 31064/4287/3707 31066/4289/3709 31063/4288/3708</w:t>
        <w:br/>
        <w:t>f 31070/4291/3711 31069/4292/3712 31068/4293/3713</w:t>
        <w:br/>
        <w:t>f 31067/4294/3714 31070/4291/3711 31068/4293/3713</w:t>
        <w:br/>
        <w:t>f 31074/4295/3715 31073/4296/3716 31072/4297/3717</w:t>
        <w:br/>
        <w:t>f 31071/4298/3718 31074/4295/3715 31072/4297/3717</w:t>
        <w:br/>
        <w:t>f 31076/4299/3719 31075/4300/3720 31073/4296/3716</w:t>
        <w:br/>
        <w:t>f 31074/4295/3715 31076/4299/3719 31073/4296/3716</w:t>
        <w:br/>
        <w:t>f 31078/4301/3721 31077/4302/3722 31075/4300/3720</w:t>
        <w:br/>
        <w:t>f 31076/4299/3719 31078/4301/3721 31075/4300/3720</w:t>
        <w:br/>
        <w:t>f 31080/4303/3723 31079/4304/3724 31077/4302/3722</w:t>
        <w:br/>
        <w:t>f 31078/4301/3721 31080/4303/3723 31077/4302/3722</w:t>
        <w:br/>
        <w:t>f 31081/4305/3725 31079/4304/3726 31056/4280/3727</w:t>
        <w:br/>
        <w:t>f 31084/4306/3728 31083/4307/3729 31082/4308/3730</w:t>
        <w:br/>
        <w:t>f 31084/4306/3728 31086/4309/3731 31085/4310/3732</w:t>
        <w:br/>
        <w:t>f 31083/4307/3729 31084/4306/3728 31085/4310/3732</w:t>
        <w:br/>
        <w:t>f 31005/4230/3655 31003/4227/3652 31087/4311/3733</w:t>
        <w:br/>
        <w:t>f 31085/4310/3734 31005/4230/3655 31087/4311/3733</w:t>
        <w:br/>
        <w:t>f 31003/4227/3652 31002/4225/3650 31088/4312/3735</w:t>
        <w:br/>
        <w:t>f 31087/4311/3733 31003/4227/3652 31088/4312/3735</w:t>
        <w:br/>
        <w:t>f 31002/4225/3650 31000/4221/3646 31089/4313/3736</w:t>
        <w:br/>
        <w:t>f 31088/4312/3735 31002/4225/3650 31089/4313/3736</w:t>
        <w:br/>
        <w:t>f 31000/4221/3646 30997/4224/3649 31090/4314/3737</w:t>
        <w:br/>
        <w:t>f 31089/4313/3736 31000/4221/3646 31090/4314/3737</w:t>
        <w:br/>
        <w:t>f 31092/4315/3738 30964/4187/3618 30963/4188/3619</w:t>
        <w:br/>
        <w:t>f 31091/4316/3738 31092/4315/3738 30963/4188/3619</w:t>
        <w:br/>
        <w:t>f 31094/4317/3739 31092/4315/3738 31091/4316/3738</w:t>
        <w:br/>
        <w:t>f 31093/4318/3740 31094/4317/3739 31091/4316/3738</w:t>
        <w:br/>
        <w:t>f 31096/4319/3741 31094/4317/3739 31093/4318/3740</w:t>
        <w:br/>
        <w:t>f 31095/4320/3708 31096/4319/3741 31093/4318/3740</w:t>
        <w:br/>
        <w:t>f 31100/4321/3742 31099/4322/3743 31098/4323/3744</w:t>
        <w:br/>
        <w:t>f 31097/4324/3713 31100/4321/3742 31098/4323/3744</w:t>
        <w:br/>
        <w:t>f 31038/4261/3681 31103/4325/3745 31102/4326/3712</w:t>
        <w:br/>
        <w:t>f 31101/4327/3717 31038/4261/3681 31102/4326/3712</w:t>
        <w:br/>
        <w:t>f 31037/4262/3682 31038/4261/3681 31101/4327/3717</w:t>
        <w:br/>
        <w:t>f 31104/4328/3716 31037/4262/3682 31101/4327/3717</w:t>
        <w:br/>
        <w:t>f 31037/4262/3682 31104/4328/3716 31105/4329/3746</w:t>
        <w:br/>
        <w:t>f 31039/4263/3683 31037/4262/3682 31105/4329/3746</w:t>
        <w:br/>
        <w:t>f 31039/4263/3683 31105/4329/3746 31106/4330/3747</w:t>
        <w:br/>
        <w:t>f 30922/4148/3583 31039/4263/3683 31106/4330/3747</w:t>
        <w:br/>
        <w:t>f 31107/4331/3726 30924/4146/3581 30922/4148/3583</w:t>
        <w:br/>
        <w:t>f 31106/4330/3747 31107/4331/3726 30922/4148/3583</w:t>
        <w:br/>
        <w:t>f 30925/4149/3584 30924/4146/3581 31107/4331/3726</w:t>
        <w:br/>
        <w:t>f 31110/4332/3729 31109/4333/3684 31108/4334/3730</w:t>
        <w:br/>
        <w:t>f 31111/4335/3580 31109/4333/3684 31110/4332/3729</w:t>
        <w:br/>
        <w:t>f 31112/4336/3748 31111/4335/3580 31110/4332/3729</w:t>
        <w:br/>
        <w:t>f 31115/4337/3749 31111/4335/3750 31114/4338/3732</w:t>
        <w:br/>
        <w:t>f 31113/4339/3751 31115/4337/3749 31114/4338/3732</w:t>
        <w:br/>
        <w:t>f 31118/4340/3752 31115/4337/3577 31117/4341/3733</w:t>
        <w:br/>
        <w:t>f 31116/4342/3735 31118/4340/3752 31117/4341/3733</w:t>
        <w:br/>
        <w:t>f 31120/4343/3753 31118/4340/3752 31116/4342/3735</w:t>
        <w:br/>
        <w:t>f 31119/4344/3736 31120/4343/3753 31116/4342/3735</w:t>
        <w:br/>
        <w:t>f 31124/4345/3562 31123/4346/3754 31122/4347/3737</w:t>
        <w:br/>
        <w:t>f 31121/4348/3755 31124/4345/3562 31122/4347/3737</w:t>
        <w:br/>
        <w:t>f 31127/4349/3756 31126/4350/3757 30885/4108/3543</w:t>
        <w:br/>
        <w:t>f 31125/4351/3758 31127/4349/3756 30885/4108/3543</w:t>
        <w:br/>
        <w:t>f 31129/4352/3759 31127/4349/3756 31125/4351/3758</w:t>
        <w:br/>
        <w:t>f 31128/4353/3760 31129/4352/3759 31125/4351/3758</w:t>
        <w:br/>
        <w:t>f 31128/4353/3760 31131/4354/3761 31130/4355/3762</w:t>
        <w:br/>
        <w:t>f 31129/4352/3759 31128/4353/3760 31130/4355/3762</w:t>
        <w:br/>
        <w:t>f 31133/4356/3763 30884/4109/3544 30958/4182/3613</w:t>
        <w:br/>
        <w:t>f 31132/4357/3764 31133/4356/3763 30958/4182/3613</w:t>
        <w:br/>
        <w:t>f 31135/4358/3765 31133/4356/3763 31132/4357/3764</w:t>
        <w:br/>
        <w:t>f 31134/4359/3766 31135/4358/3765 31132/4357/3764</w:t>
        <w:br/>
        <w:t>f 31134/4359/3766 31137/4360/3767 31136/4361/3768</w:t>
        <w:br/>
        <w:t>f 31135/4358/3765 31134/4359/3766 31136/4361/3768</w:t>
        <w:br/>
        <w:t>f 31137/4360/3767 31139/4362/3769 31138/4363/3770</w:t>
        <w:br/>
        <w:t>f 31136/4361/3768 31137/4360/3767 31138/4363/3770</w:t>
        <w:br/>
        <w:t>f 31142/4364/3771 31141/4365/3772 31140/4366/3773</w:t>
        <w:br/>
        <w:t>f 31143/4367/3774 31142/4364/3771 31140/4366/3773</w:t>
        <w:br/>
        <w:t>f 31144/4368/3775 31142/4364/3771 31143/4367/3774</w:t>
        <w:br/>
        <w:t>f 31145/4369/3776 31144/4368/3775 31143/4367/3774</w:t>
        <w:br/>
        <w:t>f 31147/4370/3777 31146/4371/3778 31144/4368/3775</w:t>
        <w:br/>
        <w:t>f 31145/4369/3776 31147/4370/3777 31144/4368/3775</w:t>
        <w:br/>
        <w:t>f 31150/4372/3779 31149/4373/3780 31148/4374/3781</w:t>
        <w:br/>
        <w:t>f 31152/4375/3782 31151/4376/3783 31138/4363/3770</w:t>
        <w:br/>
        <w:t>f 31141/4365/3772 31152/4375/3782 31138/4363/3770</w:t>
        <w:br/>
        <w:t>f 31141/4365/3772 31142/4364/3771 31153/4377/3784</w:t>
        <w:br/>
        <w:t>f 31152/4375/3782 31141/4365/3772 31153/4377/3784</w:t>
        <w:br/>
        <w:t>f 31142/4364/3771 31144/4368/3775 31154/4378/3785</w:t>
        <w:br/>
        <w:t>f 31153/4377/3784 31142/4364/3771 31154/4378/3785</w:t>
        <w:br/>
        <w:t>f 31156/4379/3786 31155/4380/3787 30975/4200/3631</w:t>
        <w:br/>
        <w:t>f 30976/4199/3630 31156/4379/3786 30975/4200/3631</w:t>
        <w:br/>
        <w:t>f 31155/4380/3787 31156/4379/3786 31158/4381/3788</w:t>
        <w:br/>
        <w:t>f 31157/4382/3789 31155/4380/3787 31158/4381/3788</w:t>
        <w:br/>
        <w:t>f 31157/4382/3789 31158/4381/3788 31160/4383/3790</w:t>
        <w:br/>
        <w:t>f 31159/4384/3791 31157/4382/3789 31160/4383/3790</w:t>
        <w:br/>
        <w:t>f 31159/4384/3791 31160/4383/3790 31162/4385/3792</w:t>
        <w:br/>
        <w:t>f 31161/4386/3793 31159/4384/3791 31162/4385/3792</w:t>
        <w:br/>
        <w:t>f 31166/4387/3794 31165/4388/3795 31164/4389/3796</w:t>
        <w:br/>
        <w:t>f 31163/4390/3797 31166/4387/3794 31164/4389/3796</w:t>
        <w:br/>
        <w:t>f 31168/4391/3798 31166/4387/3794 31163/4390/3797</w:t>
        <w:br/>
        <w:t>f 31167/4392/3799 31168/4391/3798 31163/4390/3797</w:t>
        <w:br/>
        <w:t>f 31170/4393/3800 31168/4391/3798 31167/4392/3799</w:t>
        <w:br/>
        <w:t>f 31169/4394/3801 31170/4393/3800 31167/4392/3799</w:t>
        <w:br/>
        <w:t>f 31155/4380/3787 31171/4395/3802 31033/4257/3678</w:t>
        <w:br/>
        <w:t>f 30975/4200/3631 31155/4380/3787 31033/4257/3678</w:t>
        <w:br/>
        <w:t>f 31157/4382/3789 31172/4396/3803 31171/4395/3802</w:t>
        <w:br/>
        <w:t>f 31155/4380/3787 31157/4382/3789 31171/4395/3802</w:t>
        <w:br/>
        <w:t>f 31173/4397/3804 31172/4396/3803 31157/4382/3789</w:t>
        <w:br/>
        <w:t>f 31159/4384/3791 31173/4397/3804 31157/4382/3789</w:t>
        <w:br/>
        <w:t>f 31159/4384/3791 31161/4386/3793 31174/4398/3805</w:t>
        <w:br/>
        <w:t>f 31173/4397/3804 31159/4384/3791 31174/4398/3805</w:t>
        <w:br/>
        <w:t>f 31176/4399/3806 31175/4400/3807 31165/4388/3795</w:t>
        <w:br/>
        <w:t>f 31166/4387/3794 31176/4399/3806 31165/4388/3795</w:t>
        <w:br/>
        <w:t>f 31177/4401/3808 31176/4399/3806 31166/4387/3794</w:t>
        <w:br/>
        <w:t>f 31168/4391/3798 31177/4401/3808 31166/4387/3794</w:t>
        <w:br/>
        <w:t>f 31178/4402/3809 31177/4401/3808 31168/4391/3798</w:t>
        <w:br/>
        <w:t>f 31170/4393/3800 31178/4402/3809 31168/4391/3798</w:t>
        <w:br/>
        <w:t>f 31182/4403/3810 31181/4404/3811 31180/4405/3812</w:t>
        <w:br/>
        <w:t>f 31179/4406/3813 31182/4403/3810 31180/4405/3812</w:t>
        <w:br/>
        <w:t>f 31184/4407/3814 31183/4408/3815 31181/4404/3811</w:t>
        <w:br/>
        <w:t>f 31182/4403/3810 31184/4407/3814 31181/4404/3811</w:t>
        <w:br/>
        <w:t>f 31188/4409/3816 31187/4410/3817 31186/4411/3818</w:t>
        <w:br/>
        <w:t>f 31185/4412/3819 31188/4409/3816 31186/4411/3818</w:t>
        <w:br/>
        <w:t>f 31185/4412/3819 31186/4411/3818 31189/4413/3820</w:t>
        <w:br/>
        <w:t>f 31190/4414/3820 31185/4412/3819 31189/4413/3820</w:t>
        <w:br/>
        <w:t>f 31190/4414/3820 31189/4413/3820 31192/4415/3821</w:t>
        <w:br/>
        <w:t>f 31191/4416/3821 31190/4414/3820 31192/4415/3821</w:t>
        <w:br/>
        <w:t>f 30884/4109/3544 31133/4356/3763 31125/4351/3758</w:t>
        <w:br/>
        <w:t>f 30885/4108/3543 30884/4109/3544 31125/4351/3758</w:t>
        <w:br/>
        <w:t>f 31133/4356/3763 31135/4358/3765 31128/4353/3760</w:t>
        <w:br/>
        <w:t>f 31125/4351/3758 31133/4356/3763 31128/4353/3760</w:t>
        <w:br/>
        <w:t>f 31135/4358/3765 31136/4361/3768 31131/4354/3761</w:t>
        <w:br/>
        <w:t>f 31128/4353/3760 31135/4358/3765 31131/4354/3761</w:t>
        <w:br/>
        <w:t>f 31193/4417/3822 31130/4355/3762 31131/4354/3761</w:t>
        <w:br/>
        <w:t>f 31151/4376/3783 31193/4417/3822 31131/4354/3761</w:t>
        <w:br/>
        <w:t>f 31144/4368/3775 31146/4371/3778 31194/4418/3823</w:t>
        <w:br/>
        <w:t>f 31154/4378/3785 31144/4368/3775 31194/4418/3823</w:t>
        <w:br/>
        <w:t>f 31197/4419/3824 31196/4420/3825 31149/4373/3780</w:t>
        <w:br/>
        <w:t>f 31195/4421/3826 31197/4419/3824 31149/4373/3780</w:t>
        <w:br/>
        <w:t>f 31201/4422/3827 31200/4423/3828 31199/4424/3829</w:t>
        <w:br/>
        <w:t>f 31198/4425/3830 31201/4422/3827 31199/4424/3829</w:t>
        <w:br/>
        <w:t>f 31204/4426/3831 31203/4427/3832 31202/4428/3833</w:t>
        <w:br/>
        <w:t>f 31206/4429/3834 31205/4430/3835 31198/4425/3830</w:t>
        <w:br/>
        <w:t>f 31199/4424/3829 31206/4429/3834 31198/4425/3830</w:t>
        <w:br/>
        <w:t>f 31208/4431/3836 31207/4432/3837 31205/4430/3835</w:t>
        <w:br/>
        <w:t>f 31206/4429/3834 31208/4431/3836 31205/4430/3835</w:t>
        <w:br/>
        <w:t>f 31210/4433/3838 31209/4434/3839 31207/4432/3840</w:t>
        <w:br/>
        <w:t>f 31164/4389/3796 31210/4433/3838 31207/4432/3840</w:t>
        <w:br/>
        <w:t>f 31214/4435/3841 31213/4436/3841 31212/4437/3842</w:t>
        <w:br/>
        <w:t>f 31211/4438/3842 31214/4435/3841 31212/4437/3842</w:t>
        <w:br/>
        <w:t>f 31211/4438/3842 31212/4437/3842 31216/4439/3843</w:t>
        <w:br/>
        <w:t>f 31215/4440/3844 31211/4438/3842 31216/4439/3843</w:t>
        <w:br/>
        <w:t>f 31220/4441/3845 31219/4442/3827 31218/4443/3830</w:t>
        <w:br/>
        <w:t>f 31217/4444/3846 31220/4441/3845 31218/4443/3830</w:t>
        <w:br/>
        <w:t>f 31223/4445/3847 31222/4446/3848 31221/4447/3849</w:t>
        <w:br/>
        <w:t>f 31217/4444/3846 31218/4443/3830 31225/4448/3850</w:t>
        <w:br/>
        <w:t>f 31224/4449/3851 31217/4444/3846 31225/4448/3850</w:t>
        <w:br/>
        <w:t>f 31227/4450/3840 31226/4451/3852 31224/4449/3851</w:t>
        <w:br/>
        <w:t>f 31225/4448/3850 31227/4450/3840 31224/4449/3851</w:t>
        <w:br/>
        <w:t>f 31229/4452/3839 31228/4453/3853 31226/4451/3852</w:t>
        <w:br/>
        <w:t>f 31227/4450/3840 31229/4452/3839 31226/4451/3852</w:t>
        <w:br/>
        <w:t>f 31230/4454/3854 31228/4453/3853 31187/4410/3817</w:t>
        <w:br/>
        <w:t>f 31188/4409/3816 31230/4454/3854 31187/4410/3817</w:t>
        <w:br/>
        <w:t>f 31213/4436/3841 31214/4435/3841 31232/4455/3855</w:t>
        <w:br/>
        <w:t>f 31231/4456/3856 31213/4436/3841 31232/4455/3855</w:t>
        <w:br/>
        <w:t>f 31187/4410/3817 31233/4457/3857 31186/4411/3818</w:t>
        <w:br/>
        <w:t>f 30873/4096/3531 30879/4102/3537 31234/4458/3858</w:t>
        <w:br/>
        <w:t>f 30959/4183/3614 30873/4096/3531 31234/4458/3858</w:t>
        <w:br/>
        <w:t>f 30879/4102/3537 30885/4108/3543 31126/4350/3757</w:t>
        <w:br/>
        <w:t>f 31234/4458/3858 30879/4102/3537 31126/4350/3757</w:t>
        <w:br/>
        <w:t>f 30928/4150/3520 31042/4265/3685 30927/4151/3585</w:t>
        <w:br/>
        <w:t>f 31238/4459/3859 31237/4460/3860 31236/4461/3861</w:t>
        <w:br/>
        <w:t>f 31235/4462/3862 31238/4459/3859 31236/4461/3861</w:t>
        <w:br/>
        <w:t>f 31235/4462/3862 31236/4461/3861 31240/4463/3863</w:t>
        <w:br/>
        <w:t>f 31239/4464/3864 31235/4462/3862 31240/4463/3863</w:t>
        <w:br/>
        <w:t>f 31239/4464/3864 31240/4463/3863 31242/4465/3865</w:t>
        <w:br/>
        <w:t>f 31241/4466/3866 31239/4464/3864 31242/4465/3865</w:t>
        <w:br/>
        <w:t>f 31241/4466/3866 31242/4465/3865 31244/4467/3867</w:t>
        <w:br/>
        <w:t>f 31243/4468/3845 31241/4466/3866 31244/4467/3867</w:t>
        <w:br/>
        <w:t>f 31248/4469/3868 31247/4470/3869 31246/4471/3870</w:t>
        <w:br/>
        <w:t>f 31245/4472/3871 31248/4469/3868 31246/4471/3870</w:t>
        <w:br/>
        <w:t>f 31251/4473/3872 31250/4474/3873 31249/4475/3874</w:t>
        <w:br/>
        <w:t>f 31252/4476/3874 31251/4473/3872 31249/4475/3874</w:t>
        <w:br/>
        <w:t>f 31256/4477/3875 31255/4478/3875 31254/4479/3876</w:t>
        <w:br/>
        <w:t>f 31253/4480/3876 31256/4477/3875 31254/4479/3876</w:t>
        <w:br/>
        <w:t>f 31259/4481/3877 31258/4482/3877 31257/4483/3878</w:t>
        <w:br/>
        <w:t>f 31262/4484/3879 31261/4485/3880 31260/4486/3881</w:t>
        <w:br/>
        <w:t>f 31263/4487/3881 31262/4484/3879 31260/4486/3881</w:t>
        <w:br/>
        <w:t>f 31266/4488/3882 31265/4489/3883 31264/4490/3883</w:t>
        <w:br/>
        <w:t>f 31267/4491/3882 31266/4488/3882 31264/4490/3883</w:t>
        <w:br/>
        <w:t>f 31271/4492/3884 31270/4493/3884 31269/4494/3885</w:t>
        <w:br/>
        <w:t>f 31268/4495/3885 31271/4492/3884 31269/4494/3885</w:t>
        <w:br/>
        <w:t>f 31275/4496/3886 31274/4497/3887 31273/4498/3888</w:t>
        <w:br/>
        <w:t>f 31272/4499/3888 31275/4496/3886 31273/4498/3888</w:t>
        <w:br/>
        <w:t>f 31272/4499/3888 31273/4498/3888 31277/4500/3889</w:t>
        <w:br/>
        <w:t>f 31276/4501/3854 31272/4499/3888 31277/4500/3889</w:t>
        <w:br/>
        <w:t>f 31281/4502/3890 31280/4503/3822 31279/4504/3891</w:t>
        <w:br/>
        <w:t>f 31278/4505/3890 31281/4502/3890 31279/4504/3891</w:t>
        <w:br/>
        <w:t>f 31283/4506/3892 31281/4502/3890 31278/4505/3890</w:t>
        <w:br/>
        <w:t>f 31282/4507/3893 31283/4506/3892 31278/4505/3890</w:t>
        <w:br/>
        <w:t>f 31249/4475/3874 31285/4508/3894 31284/4509/3894</w:t>
        <w:br/>
        <w:t>f 31252/4476/3874 31249/4475/3874 31284/4509/3894</w:t>
        <w:br/>
        <w:t>f 31266/4488/3882 31267/4491/3882 31286/4510/3895</w:t>
        <w:br/>
        <w:t>f 31290/4511/3896 31289/4512/3897 31288/4513/3898</w:t>
        <w:br/>
        <w:t>f 31287/4514/3896 31290/4511/3896 31288/4513/3898</w:t>
        <w:br/>
        <w:t>f 31294/4515/3899 31293/4516/3900 31292/4517/3901</w:t>
        <w:br/>
        <w:t>f 31291/4518/3901 31294/4515/3899 31292/4517/3901</w:t>
        <w:br/>
        <w:t>f 31296/4519/3902 31290/4511/3896 31287/4514/3896</w:t>
        <w:br/>
        <w:t>f 31295/4520/3902 31296/4519/3902 31287/4514/3896</w:t>
        <w:br/>
        <w:t>f 31298/4521/3903 31297/4522/3903 31293/4516/3900</w:t>
        <w:br/>
        <w:t>f 31294/4515/3899 31298/4521/3903 31293/4516/3900</w:t>
        <w:br/>
        <w:t>f 31300/4523/3904 31296/4519/3902 31295/4520/3902</w:t>
        <w:br/>
        <w:t>f 31299/4524/3904 31300/4523/3904 31295/4520/3902</w:t>
        <w:br/>
        <w:t>f 31297/4522/3903 31298/4521/3903 31301/4525/3905</w:t>
        <w:br/>
        <w:t>f 31302/4526/3905 31297/4522/3903 31301/4525/3905</w:t>
        <w:br/>
        <w:t>f 31299/4524/3904 31304/4527/3906 31303/4528/3907</w:t>
        <w:br/>
        <w:t>f 31300/4523/3904 31299/4524/3904 31303/4528/3907</w:t>
        <w:br/>
        <w:t>f 31308/4529/3908 31307/4530/3909 31306/4531/3910</w:t>
        <w:br/>
        <w:t>f 31305/4532/3908 31308/4529/3908 31306/4531/3910</w:t>
        <w:br/>
        <w:t>f 31311/4533/3911 31310/4534/3912 31309/4535/3912</w:t>
        <w:br/>
        <w:t>f 31312/4536/3911 31311/4533/3911 31309/4535/3912</w:t>
        <w:br/>
        <w:t>f 31313/4537/3913 31308/4529/3908 31305/4532/3908</w:t>
        <w:br/>
        <w:t>f 31314/4538/3913 31313/4537/3913 31305/4532/3908</w:t>
        <w:br/>
        <w:t>f 31316/4539/3914 31315/4540/3915 31311/4533/3911</w:t>
        <w:br/>
        <w:t>f 31312/4536/3911 31316/4539/3914 31311/4533/3911</w:t>
        <w:br/>
        <w:t>f 31317/4541/3916 31313/4537/3913 31314/4538/3913</w:t>
        <w:br/>
        <w:t>f 31318/4542/3916 31317/4541/3916 31314/4538/3913</w:t>
        <w:br/>
        <w:t>f 31320/4543/3917 31319/4544/3917 31315/4540/3915</w:t>
        <w:br/>
        <w:t>f 31316/4539/3914 31320/4543/3917 31315/4540/3915</w:t>
        <w:br/>
        <w:t>f 31317/4541/3916 31318/4542/3916 31321/4545/3918</w:t>
        <w:br/>
        <w:t>f 31322/4546/3918 31317/4541/3916 31321/4545/3918</w:t>
        <w:br/>
        <w:t>f 31324/4547/3919 31323/4548/3920 31319/4544/3917</w:t>
        <w:br/>
        <w:t>f 31320/4543/3917 31324/4547/3919 31319/4544/3917</w:t>
        <w:br/>
        <w:t>f 31322/4546/3918 31321/4545/3918 31325/4549/3921</w:t>
        <w:br/>
        <w:t>f 31326/4550/3921 31322/4546/3918 31325/4549/3921</w:t>
        <w:br/>
        <w:t>f 31327/4551/3922 31323/4548/3920 31324/4547/3919</w:t>
        <w:br/>
        <w:t>f 31328/4552/3923 31326/4550/3921 31325/4549/3921</w:t>
        <w:br/>
        <w:t>f 31304/4527/3906 31309/4535/3912 31310/4534/3912</w:t>
        <w:br/>
        <w:t>f 31303/4528/3907 31304/4527/3906 31310/4534/3912</w:t>
        <w:br/>
        <w:t>f 31307/4530/3909 31302/4526/3905 31301/4525/3905</w:t>
        <w:br/>
        <w:t>f 31306/4531/3910 31307/4530/3909 31301/4525/3905</w:t>
        <w:br/>
        <w:t>f 30867/4088/3525 30875/4098/3533 30986/4211/3636</w:t>
        <w:br/>
        <w:t>f 30985/4208/3625 30867/4088/3525 30986/4211/3636</w:t>
        <w:br/>
        <w:t>f 30835/4059/3498 30841/4066/3505 30842/4065/3504</w:t>
        <w:br/>
        <w:t>f 30834/4058/3497 30835/4059/3498 30842/4065/3504</w:t>
        <w:br/>
        <w:t>f 30836/4061/3500 30837/4060/3499 30844/4071/3510</w:t>
        <w:br/>
        <w:t>f 30845/4070/3509 30836/4061/3500 30844/4071/3510</w:t>
        <w:br/>
        <w:t>f 30850/4073/3512 30839/4062/3501 30838/4063/3502</w:t>
        <w:br/>
        <w:t>f 30849/4074/3512 30850/4073/3512 30838/4063/3502</w:t>
        <w:br/>
        <w:t>f 30835/4059/3498 30836/4061/3500 30845/4070/3509</w:t>
        <w:br/>
        <w:t>f 30841/4066/3505 30835/4059/3498 30845/4070/3509</w:t>
        <w:br/>
        <w:t>f 30844/4071/3510 30837/4060/3499 30950/4174/3605</w:t>
        <w:br/>
        <w:t>f 30952/4175/3606 30844/4071/3510 30950/4174/3605</w:t>
        <w:br/>
        <w:t>f 31026/4249/3670 31023/4246/3667 31022/4247/3668</w:t>
        <w:br/>
        <w:t>f 31025/4250/3671 31026/4249/3670 31022/4247/3668</w:t>
        <w:br/>
        <w:t>f 30865/4090/3527 30866/4089/3526 31329/4553/3924</w:t>
        <w:br/>
        <w:t>f 31331/4554/3925 30851/4072/3511 30848/4075/3511</w:t>
        <w:br/>
        <w:t>f 31330/4555/3926 31331/4554/3925 30848/4075/3511</w:t>
        <w:br/>
        <w:t>f 30981/4207/3635 30866/4089/3526 30984/4209/3623</w:t>
        <w:br/>
        <w:t>f 31335/4556/3927 31334/4557/3928 31333/4558/3464</w:t>
        <w:br/>
        <w:t>f 31332/4559/3929 31335/4556/3927 31333/4558/3464</w:t>
        <w:br/>
        <w:t>f 31337/4560/3479 31336/4561/3930 31332/4559/3929</w:t>
        <w:br/>
        <w:t>f 31333/4558/3464 31337/4560/3479 31332/4559/3929</w:t>
        <w:br/>
        <w:t>f 31340/4562/3478 31339/4563/3484 31338/4564/3931</w:t>
        <w:br/>
        <w:t>f 31341/4565/3932 31340/4562/3478 31338/4564/3931</w:t>
        <w:br/>
        <w:t>f 31339/4563/3484 31343/4566/3490 31342/4567/3933</w:t>
        <w:br/>
        <w:t>f 31338/4564/3931 31339/4563/3484 31342/4567/3933</w:t>
        <w:br/>
        <w:t>f 31343/4566/3490 31345/4568/3934 31344/4569/3935</w:t>
        <w:br/>
        <w:t>f 31342/4567/3933 31343/4566/3490 31344/4569/3935</w:t>
        <w:br/>
        <w:t>f 31348/4570/3936 31347/4571/3937 31346/4572/3937</w:t>
        <w:br/>
        <w:t>f 31349/4573/3938 31348/4570/3936 31346/4572/3937</w:t>
        <w:br/>
        <w:t>f 31347/4571/3937 31351/4574/3939 31350/4575/3939</w:t>
        <w:br/>
        <w:t>f 31346/4572/3937 31347/4571/3937 31350/4575/3939</w:t>
        <w:br/>
        <w:t>f 31350/4575/3939 31351/4574/3939 31353/4576/3940</w:t>
        <w:br/>
        <w:t>f 31352/4577/3940 31350/4575/3939 31353/4576/3940</w:t>
        <w:br/>
        <w:t>f 31356/4578/3941 31355/4579/3942 31354/4580/3943</w:t>
        <w:br/>
        <w:t>f 31352/4577/3940 31353/4576/3940 31358/4581/3944</w:t>
        <w:br/>
        <w:t>f 31357/4582/3944 31352/4577/3940 31358/4581/3944</w:t>
        <w:br/>
        <w:t>f 31361/4583/3945 31360/4584/3946 31359/4585/3947</w:t>
        <w:br/>
        <w:t>f 31362/4586/3948 31361/4583/3945 31359/4585/3947</w:t>
        <w:br/>
        <w:t>f 31365/4587/3949 31364/4588/3950 31363/4589/3951</w:t>
        <w:br/>
        <w:t>f 31355/4579/3942 31365/4587/3949 31363/4589/3951</w:t>
        <w:br/>
        <w:t>f 31357/4582/3944 31358/4581/3944 31367/4590/3952</w:t>
        <w:br/>
        <w:t>f 31366/4591/3952 31357/4582/3944 31367/4590/3952</w:t>
        <w:br/>
        <w:t>f 31369/4592/3953 31368/4593/3954 31359/4585/3947</w:t>
        <w:br/>
        <w:t>f 31360/4584/3946 31369/4592/3953 31359/4585/3947</w:t>
        <w:br/>
        <w:t>f 31372/4594/3955 31371/4595/3956 31370/4596/3957</w:t>
        <w:br/>
        <w:t>f 31374/4597/3958 31373/4598/3958 31366/4591/3952</w:t>
        <w:br/>
        <w:t>f 31367/4590/3952 31374/4597/3958 31366/4591/3952</w:t>
        <w:br/>
        <w:t>f 31368/4593/3954 31369/4592/3953 31376/4599/3959</w:t>
        <w:br/>
        <w:t>f 31375/4600/3960 31368/4593/3954 31376/4599/3959</w:t>
        <w:br/>
        <w:t>f 31373/4598/3958 31374/4597/3958 31378/4601/3961</w:t>
        <w:br/>
        <w:t>f 31377/4602/3961 31373/4598/3958 31378/4601/3961</w:t>
        <w:br/>
        <w:t>f 31375/4600/3960 31376/4599/3959 31380/4603/3962</w:t>
        <w:br/>
        <w:t>f 31379/4604/3963 31375/4600/3960 31380/4603/3962</w:t>
        <w:br/>
        <w:t>f 31377/4602/3961 31378/4601/3961 31382/4605/3964</w:t>
        <w:br/>
        <w:t>f 31381/4606/3964 31377/4602/3961 31382/4605/3964</w:t>
        <w:br/>
        <w:t>f 31380/4603/3962 31384/4607/3965 31383/4608/3966</w:t>
        <w:br/>
        <w:t>f 31379/4604/3963 31380/4603/3962 31383/4608/3966</w:t>
        <w:br/>
        <w:t>f 31386/4609/3967 31385/4610/3968 31381/4606/3964</w:t>
        <w:br/>
        <w:t>f 31382/4605/3964 31386/4609/3967 31381/4606/3964</w:t>
        <w:br/>
        <w:t>f 31384/4607/3965 31388/4611/3969 31387/4612/3970</w:t>
        <w:br/>
        <w:t>f 31383/4608/3966 31384/4607/3965 31387/4612/3970</w:t>
        <w:br/>
        <w:t>f 31390/4613/3971 31389/4614/3972 31385/4610/3968</w:t>
        <w:br/>
        <w:t>f 31386/4609/3967 31390/4613/3971 31385/4610/3968</w:t>
        <w:br/>
        <w:t>f 31388/4611/3969 31392/4615/3973 31391/4616/3974</w:t>
        <w:br/>
        <w:t>f 31387/4612/3970 31388/4611/3969 31391/4616/3974</w:t>
        <w:br/>
        <w:t>f 31394/4617/3975 31393/4618/3976 31389/4614/3972</w:t>
        <w:br/>
        <w:t>f 31390/4613/3971 31394/4617/3975 31389/4614/3972</w:t>
        <w:br/>
        <w:t>f 31397/4619/3973 31396/4620/3977 31395/4621/3977</w:t>
        <w:br/>
        <w:t>f 31398/4622/3974 31397/4619/3973 31395/4621/3977</w:t>
        <w:br/>
        <w:t>f 31403/4623/3978 31400/4624/3979 31399/4625/3978</w:t>
        <w:br/>
        <w:t>f 31401/4626/3980 31400/4624/3979 31403/4623/3978</w:t>
        <w:br/>
        <w:t>f 31403/4623/3978 31402/4627/3981 31401/4626/3980</w:t>
        <w:br/>
        <w:t>f 31405/4628/3982 31404/4629/3983 31393/4618/3976</w:t>
        <w:br/>
        <w:t>f 31394/4617/3975 31405/4628/3982 31393/4618/3976</w:t>
        <w:br/>
        <w:t>f 31396/4620/3977 31407/4630/3984 31406/4631/3984</w:t>
        <w:br/>
        <w:t>f 31395/4621/3977 31396/4620/3977 31406/4631/3984</w:t>
        <w:br/>
        <w:t>f 31399/4625/3978 31409/4632/3985 31408/4633/3985</w:t>
        <w:br/>
        <w:t>f 31403/4623/3978 31399/4625/3978 31408/4633/3985</w:t>
        <w:br/>
        <w:t>f 31404/4629/3983 31405/4628/3982 31411/4634/3986</w:t>
        <w:br/>
        <w:t>f 31410/4635/3987 31404/4629/3983 31411/4634/3986</w:t>
        <w:br/>
        <w:t>f 31407/4630/3984 31413/4636/3988 31412/4637/3989</w:t>
        <w:br/>
        <w:t>f 31406/4631/3984 31407/4630/3984 31412/4637/3989</w:t>
        <w:br/>
        <w:t>f 31409/4632/3985 31415/4638/3990 31414/4639/3991</w:t>
        <w:br/>
        <w:t>f 31408/4633/3985 31409/4632/3985 31414/4639/3991</w:t>
        <w:br/>
        <w:t>f 31419/4640/3992 31418/4641/3993 31417/4642/3994</w:t>
        <w:br/>
        <w:t>f 31416/4643/3995 31419/4640/3992 31417/4642/3994</w:t>
        <w:br/>
        <w:t>f 31422/4644/3996 31421/4645/3997 31420/4646/3998</w:t>
        <w:br/>
        <w:t>f 31423/4647/3996 31422/4644/3996 31420/4646/3998</w:t>
        <w:br/>
        <w:t>f 31427/4648/3999 31426/4649/4000 31425/4650/4001</w:t>
        <w:br/>
        <w:t>f 31424/4651/3999 31427/4648/3999 31425/4650/4001</w:t>
        <w:br/>
        <w:t>f 31430/4652/4002 31429/4653/4003 31428/4654/4004</w:t>
        <w:br/>
        <w:t>f 31431/4655/4005 31430/4652/4002 31428/4654/4004</w:t>
        <w:br/>
        <w:t>f 31435/4656/4006 31434/4657/4007 31433/4658/4008</w:t>
        <w:br/>
        <w:t>f 31432/4659/4009 31435/4656/4006 31433/4658/4008</w:t>
        <w:br/>
        <w:t>f 31437/4660/4010 31436/4661/4011 31434/4657/4007</w:t>
        <w:br/>
        <w:t>f 31435/4656/4006 31437/4660/4010 31434/4657/4007</w:t>
        <w:br/>
        <w:t>f 31430/4652/4002 31431/4655/4005 31416/4643/3995</w:t>
        <w:br/>
        <w:t>f 31417/4642/3994 31430/4652/4002 31416/4643/3995</w:t>
        <w:br/>
        <w:t>f 31432/4659/4009 31420/4646/3998 31421/4645/3997</w:t>
        <w:br/>
        <w:t>f 31435/4656/4006 31432/4659/4009 31421/4645/3997</w:t>
        <w:br/>
        <w:t>f 31440/4662/4012 31439/4663/4013 31438/4664/4014</w:t>
        <w:br/>
        <w:t>f 31441/4665/3995 31440/4662/4012 31438/4664/4014</w:t>
        <w:br/>
        <w:t>f 31443/4666/4015 31442/4667/4016 31356/4578/3941</w:t>
        <w:br/>
        <w:t>f 31442/4667/4016 31444/4668/4017 31355/4579/3942</w:t>
        <w:br/>
        <w:t>f 31356/4578/3941 31442/4667/4016 31355/4579/3942</w:t>
        <w:br/>
        <w:t>f 31444/4668/4017 31445/4669/4018 31365/4587/3949</w:t>
        <w:br/>
        <w:t>f 31355/4579/3942 31444/4668/4017 31365/4587/3949</w:t>
        <w:br/>
        <w:t>f 31445/4669/4018 31447/4670/4019 31446/4671/4020</w:t>
        <w:br/>
        <w:t>f 31365/4587/3949 31445/4669/4018 31446/4671/4020</w:t>
        <w:br/>
        <w:t>f 31447/4670/4019 31449/4672/4021 31448/4673/4022</w:t>
        <w:br/>
        <w:t>f 31446/4671/4020 31447/4670/4019 31448/4673/4022</w:t>
        <w:br/>
        <w:t>f 31449/4672/4021 31451/4674/4023 31450/4675/4024</w:t>
        <w:br/>
        <w:t>f 31448/4673/4022 31449/4672/4021 31450/4675/4024</w:t>
        <w:br/>
        <w:t>f 31451/4674/4023 31453/4676/4025 31452/4677/4025</w:t>
        <w:br/>
        <w:t>f 31450/4675/4024 31451/4674/4023 31452/4677/4025</w:t>
        <w:br/>
        <w:t>f 31453/4676/4025 31455/4678/4026 31454/4679/4026</w:t>
        <w:br/>
        <w:t>f 31452/4677/4025 31453/4676/4025 31454/4679/4026</w:t>
        <w:br/>
        <w:t>f 31457/4680/4027 31456/4681/4028 31454/4679/4026</w:t>
        <w:br/>
        <w:t>f 31455/4678/4026 31457/4680/4027 31454/4679/4026</w:t>
        <w:br/>
        <w:t>f 31460/4682/3976 31459/4683/4029 31458/4684/4028</w:t>
        <w:br/>
        <w:t>f 31461/4685/3972 31460/4682/3976 31458/4684/4028</w:t>
        <w:br/>
        <w:t>f 31463/4686/3983 31462/4687/4030 31459/4683/4029</w:t>
        <w:br/>
        <w:t>f 31460/4682/3976 31463/4686/3983 31459/4683/4029</w:t>
        <w:br/>
        <w:t>f 31462/4687/4030 31463/4686/3983 31465/4688/3987</w:t>
        <w:br/>
        <w:t>f 31464/4689/4031 31462/4687/4030 31465/4688/3987</w:t>
        <w:br/>
        <w:t>f 31441/4665/3995 31438/4664/4014 31466/4690/4032</w:t>
        <w:br/>
        <w:t>f 31467/4691/3992 31441/4665/3995 31466/4690/4032</w:t>
        <w:br/>
        <w:t>f 31439/4663/4013 31440/4662/4012 31469/4692/4004</w:t>
        <w:br/>
        <w:t>f 31468/4693/4033 31439/4663/4013 31469/4692/4004</w:t>
        <w:br/>
        <w:t>f 31435/4656/4006 31421/4645/3997 31426/4649/4034</w:t>
        <w:br/>
        <w:t>f 31437/4660/4010 31435/4656/4006 31426/4649/4034</w:t>
        <w:br/>
        <w:t>f 31365/4587/3949 31446/4671/4020 31470/4694/4035</w:t>
        <w:br/>
        <w:t>f 31364/4588/3950 31365/4587/3949 31470/4694/4035</w:t>
        <w:br/>
        <w:t>f 31446/4671/4020 31448/4673/4022 31471/4695/4036</w:t>
        <w:br/>
        <w:t>f 31470/4694/4035 31446/4671/4020 31471/4695/4036</w:t>
        <w:br/>
        <w:t>f 31448/4673/4022 31450/4675/4024 31472/4696/4037</w:t>
        <w:br/>
        <w:t>f 31471/4695/4036 31448/4673/4022 31472/4696/4037</w:t>
        <w:br/>
        <w:t>f 31450/4675/4024 31474/4697/4038 31473/4698/4039</w:t>
        <w:br/>
        <w:t>f 31472/4696/4037 31450/4675/4024 31473/4698/4039</w:t>
        <w:br/>
        <w:t>f 31474/4697/4038 31476/4699/4040 31475/4700/4041</w:t>
        <w:br/>
        <w:t>f 31473/4698/4039 31474/4697/4038 31475/4700/4041</w:t>
        <w:br/>
        <w:t>f 31476/4699/4040 31478/4701/3980 31477/4702/3979</w:t>
        <w:br/>
        <w:t>f 31475/4700/4041 31476/4699/4040 31477/4702/3979</w:t>
        <w:br/>
        <w:t>f 31481/4703/3953 31480/4704/3946 31479/4705/4042</w:t>
        <w:br/>
        <w:t>f 31371/4595/3956 31482/4706/4043 31370/4596/3957</w:t>
        <w:br/>
        <w:t>f 31483/4707/4044 31370/4596/3957 31482/4706/4043</w:t>
        <w:br/>
        <w:t>f 31484/4708/4036 31483/4707/4044 31482/4706/4043</w:t>
        <w:br/>
        <w:t>f 31485/4709/4045 31483/4707/4044 31484/4708/4036</w:t>
        <w:br/>
        <w:t>f 31486/4710/4045 31485/4709/4045 31484/4708/4036</w:t>
        <w:br/>
        <w:t>f 31487/4711/4046 31485/4709/4045 31486/4710/4045</w:t>
        <w:br/>
        <w:t>f 31488/4712/4046 31487/4711/4046 31486/4710/4045</w:t>
        <w:br/>
        <w:t>f 31489/4713/4047 31487/4711/4046 31488/4712/4046</w:t>
        <w:br/>
        <w:t>f 31490/4714/4047 31489/4713/4047 31488/4712/4046</w:t>
        <w:br/>
        <w:t>f 31491/4715/4048 31489/4713/4047 31490/4714/4047</w:t>
        <w:br/>
        <w:t>f 31492/4716/4048 31491/4715/4048 31490/4714/4047</w:t>
        <w:br/>
        <w:t>f 31496/4717/3973 31495/4718/4049 31494/4719/4050</w:t>
        <w:br/>
        <w:t>f 31493/4720/4051 31496/4717/3973 31494/4719/4050</w:t>
        <w:br/>
        <w:t>f 31495/4718/4049 31498/4721/3965 31497/4722/4052</w:t>
        <w:br/>
        <w:t>f 31494/4719/4050 31495/4718/4049 31497/4722/4052</w:t>
        <w:br/>
        <w:t>f 31498/4721/3965 31500/4723/3962 31499/4724/4053</w:t>
        <w:br/>
        <w:t>f 31497/4722/4052 31498/4721/3965 31499/4724/4053</w:t>
        <w:br/>
        <w:t>f 31502/4725/4054 31501/4726/4055 31499/4724/4053</w:t>
        <w:br/>
        <w:t>f 31500/4723/3962 31502/4725/4054 31499/4724/4053</w:t>
        <w:br/>
        <w:t>f 31481/4703/3953 31479/4705/4042 31501/4726/4055</w:t>
        <w:br/>
        <w:t>f 31502/4725/4054 31481/4703/3953 31501/4726/4055</w:t>
        <w:br/>
        <w:t>f 31506/4727/4056 31505/4728/4056 31504/4729/4057</w:t>
        <w:br/>
        <w:t>f 31503/4730/4057 31506/4727/4056 31504/4729/4057</w:t>
        <w:br/>
        <w:t>f 31493/4720/4051 31508/4731/4058 31507/4732/4059</w:t>
        <w:br/>
        <w:t>f 31496/4717/3973 31493/4720/4051 31507/4732/4059</w:t>
        <w:br/>
        <w:t>f 31491/4715/4048 31492/4716/4048 31510/4733/4060</w:t>
        <w:br/>
        <w:t>f 31509/4734/4060 31491/4715/4048 31510/4733/4060</w:t>
        <w:br/>
        <w:t>f 31503/4730/4057 31504/4729/4057 31512/4735/4061</w:t>
        <w:br/>
        <w:t>f 31511/4736/4061 31503/4730/4057 31512/4735/4061</w:t>
        <w:br/>
        <w:t>f 31508/4731/4058 31514/4737/4062 31513/4738/4063</w:t>
        <w:br/>
        <w:t>f 31507/4732/4059 31508/4731/4058 31513/4738/4063</w:t>
        <w:br/>
        <w:t>f 31509/4734/4060 31510/4733/4060 31516/4739/4064</w:t>
        <w:br/>
        <w:t>f 31515/4740/4064 31509/4734/4060 31516/4739/4064</w:t>
        <w:br/>
        <w:t>f 31511/4736/4061 31512/4735/4061 31518/4741/4065</w:t>
        <w:br/>
        <w:t>f 31517/4742/4065 31511/4736/4061 31518/4741/4065</w:t>
        <w:br/>
        <w:t>f 31514/4737/4062 31520/4743/4066 31519/4744/4067</w:t>
        <w:br/>
        <w:t>f 31513/4738/4063 31514/4737/4062 31519/4744/4067</w:t>
        <w:br/>
        <w:t>f 31515/4740/4064 31516/4739/4064 31522/4745/4068</w:t>
        <w:br/>
        <w:t>f 31521/4746/4068 31515/4740/4064 31522/4745/4068</w:t>
        <w:br/>
        <w:t>f 31517/4742/4065 31518/4741/4065 31523/4747/4069</w:t>
        <w:br/>
        <w:t>f 31519/4744/4067 31520/4743/4066 31524/4748/4070</w:t>
        <w:br/>
        <w:t>f 31521/4746/4068 31522/4745/4068 31525/4749/4071</w:t>
        <w:br/>
        <w:t>f 31527/4750/4072 31526/4751/4073 31493/4720/4051</w:t>
        <w:br/>
        <w:t>f 31494/4719/4050 31527/4750/4072 31493/4720/4051</w:t>
        <w:br/>
        <w:t>f 31528/4752/4074 31527/4750/4072 31494/4719/4050</w:t>
        <w:br/>
        <w:t>f 31497/4722/4052 31528/4752/4074 31494/4719/4050</w:t>
        <w:br/>
        <w:t>f 31529/4753/4075 31528/4752/4074 31497/4722/4052</w:t>
        <w:br/>
        <w:t>f 31499/4724/4053 31529/4753/4075 31497/4722/4052</w:t>
        <w:br/>
        <w:t>f 31530/4754/4076 31529/4753/4075 31499/4724/4053</w:t>
        <w:br/>
        <w:t>f 31501/4726/4055 31530/4754/4076 31499/4724/4053</w:t>
        <w:br/>
        <w:t>f 31531/4755/4077 31530/4754/4076 31501/4726/4055</w:t>
        <w:br/>
        <w:t>f 31479/4705/4042 31531/4755/4077 31501/4726/4055</w:t>
        <w:br/>
        <w:t>f 31526/4751/4073 31532/4756/4078 31508/4731/4058</w:t>
        <w:br/>
        <w:t>f 31493/4720/4051 31526/4751/4073 31508/4731/4058</w:t>
        <w:br/>
        <w:t>f 31532/4756/4078 31533/4757/4079 31514/4737/4062</w:t>
        <w:br/>
        <w:t>f 31508/4731/4058 31532/4756/4078 31514/4737/4062</w:t>
        <w:br/>
        <w:t>f 31533/4757/4079 31534/4758/4080 31520/4743/4066</w:t>
        <w:br/>
        <w:t>f 31514/4737/4062 31533/4757/4079 31520/4743/4066</w:t>
        <w:br/>
        <w:t>f 31520/4743/4066 31534/4758/4080 31524/4748/4070</w:t>
        <w:br/>
        <w:t>f 31418/4641/3993 31419/4640/3992 31410/4635/3987</w:t>
        <w:br/>
        <w:t>f 31411/4634/3986 31418/4641/3993 31410/4635/3987</w:t>
        <w:br/>
        <w:t>f 31413/4636/3988 31422/4644/3996 31423/4647/3996</w:t>
        <w:br/>
        <w:t>f 31412/4637/3989 31413/4636/3988 31423/4647/3996</w:t>
        <w:br/>
        <w:t>f 31415/4638/3990 31427/4648/3999 31424/4651/3999</w:t>
        <w:br/>
        <w:t>f 31413/4636/3988 31415/4638/3990 31424/4651/3999</w:t>
        <w:br/>
        <w:t>f 31467/4691/3992 31466/4690/4032 31464/4689/4031</w:t>
        <w:br/>
        <w:t>f 31465/4688/3987 31467/4691/3992 31464/4689/4031</w:t>
        <w:br/>
        <w:t>f 31429/4653/4003 31535/4759/4081 31428/4654/4004</w:t>
        <w:br/>
        <w:t>f 31434/4657/4007 31536/4760/4082 31433/4658/4008</w:t>
        <w:br/>
        <w:t>f 31436/4661/4011 31536/4760/4082 31434/4657/4007</w:t>
        <w:br/>
        <w:t>f 31469/4692/4004 31537/4761/4083 31468/4693/4033</w:t>
        <w:br/>
        <w:t>f 31480/4704/3946 31531/4755/4077 31479/4705/4042</w:t>
        <w:br/>
        <w:t>f 31345/4568/3934 31348/4570/3936 31349/4573/3938</w:t>
        <w:br/>
        <w:t>f 31344/4569/3935 31345/4568/3934 31349/4573/3938</w:t>
        <w:br/>
        <w:t>f 31337/4560/3479 31340/4562/3478 31341/4565/3932</w:t>
        <w:br/>
        <w:t>f 31336/4561/3930 31337/4560/3479 31341/4565/3932</w:t>
        <w:br/>
        <w:t>f 31539/4762/4084 31538/4763/4085 31362/4586/3948</w:t>
        <w:br/>
        <w:t>f 31540/4764/4084 31539/4762/4084 31362/4586/3948</w:t>
        <w:br/>
        <w:t>f 31540/4764/4084 31542/4765/4086 31541/4766/4087</w:t>
        <w:br/>
        <w:t>f 31539/4762/4084 31540/4764/4084 31541/4766/4087</w:t>
        <w:br/>
        <w:t>f 31542/4765/4086 31544/4767/4088 31543/4768/4088</w:t>
        <w:br/>
        <w:t>f 31541/4766/4087 31542/4765/4086 31543/4768/4088</w:t>
        <w:br/>
        <w:t>f 31544/4767/4088 31546/4769/4089 31545/4770/4089</w:t>
        <w:br/>
        <w:t>f 31543/4768/4088 31544/4767/4088 31545/4770/4089</w:t>
        <w:br/>
        <w:t>f 31545/4770/4089 31546/4769/4089 31547/4771/4090</w:t>
        <w:br/>
        <w:t>f 31549/4772/3955 31548/4773/4091 31363/4589/3951</w:t>
        <w:br/>
        <w:t>f 31364/4588/3950 31549/4772/3955 31363/4589/3951</w:t>
        <w:br/>
        <w:t>f 31363/4589/3951 31354/4580/3943 31355/4579/3942</w:t>
        <w:br/>
        <w:t>f 30853/4076/3513 30857/4082/3519 30858/4081/3518</w:t>
        <w:br/>
        <w:t>f 30852/4077/3514 30853/4076/3513 30858/4081/3518</w:t>
        <w:br/>
        <w:t>f 30855/4078/3515 30861/4086/3523 30862/4085/3522</w:t>
        <w:br/>
        <w:t>f 30854/4079/3516 30855/4078/3515 30862/4085/3522</w:t>
        <w:br/>
        <w:t>f 30862/4085/3522 30857/4082/3519 30853/4076/3513</w:t>
        <w:br/>
        <w:t>f 30854/4079/3516 30862/4085/3522 30853/4076/3513</w:t>
        <w:br/>
        <w:t>f 30953/4177/3608 30955/4178/3609 30861/4086/3523</w:t>
        <w:br/>
        <w:t>f 30855/4078/3515 30953/4177/3608 30861/4086/3523</w:t>
        <w:br/>
        <w:t>f 30967/4190/3621 31024/4251/3672 31550/4774/4092</w:t>
        <w:br/>
        <w:t>f 30966/4191/3622 30967/4190/3621 31550/4774/4092</w:t>
        <w:br/>
        <w:t>f 31028/4253/3674 31027/4248/3669 31024/4251/3672</w:t>
        <w:br/>
        <w:t>f 30967/4190/3621 31028/4253/3674 31024/4251/3672</w:t>
        <w:br/>
        <w:t>f 31330/4555/3926 30865/4090/3527 31329/4553/3924</w:t>
        <w:br/>
        <w:t>f 31331/4554/3925 31330/4555/3926 31329/4553/3924</w:t>
        <w:br/>
        <w:t>f 31538/4763/4085 31361/4583/3945 31362/4586/3948</w:t>
        <w:br/>
        <w:t>f 30981/4207/3635 30984/4209/3623 30983/4205/3622</w:t>
        <w:br/>
        <w:t>f 30959/4183/3614 31234/4458/3858 31551/4775/4093</w:t>
        <w:br/>
        <w:t>f 31191/4416/3821 31192/4415/3821 31551/4775/4093</w:t>
        <w:br/>
        <w:t>f 31234/4458/3858 31191/4416/3821 31551/4775/4093</w:t>
        <w:br/>
        <w:t>f 31552/4776/4094 30980/4204/3633 30786/4010/3452</w:t>
        <w:br/>
        <w:t>f 30792/4016/3458 31552/4776/4094 30786/4010/3452</w:t>
        <w:br/>
        <w:t>f 31253/4480/3876 31254/4479/3876 31250/4474/3873</w:t>
        <w:br/>
        <w:t>f 31251/4473/3872 31253/4480/3876 31250/4474/3873</w:t>
        <w:br/>
        <w:t>f 31270/4493/3884 31271/4492/3884 31261/4485/3880</w:t>
        <w:br/>
        <w:t>f 31262/4484/3879 31270/4493/3884 31261/4485/3880</w:t>
        <w:br/>
        <w:t>f 31274/4497/3887 31275/4496/3886 31268/4495/3885</w:t>
        <w:br/>
        <w:t>f 31269/4494/3885 31274/4497/3887 31268/4495/3885</w:t>
        <w:br/>
        <w:t>f 31285/4508/3894 31283/4506/3892 31282/4507/3893</w:t>
        <w:br/>
        <w:t>f 31284/4509/3894 31285/4508/3894 31282/4507/3893</w:t>
        <w:br/>
        <w:t>f 31258/4482/3877 31259/4481/3877 31255/4478/3875</w:t>
        <w:br/>
        <w:t>f 31256/4477/3875 31258/4482/3877 31255/4478/3875</w:t>
        <w:br/>
        <w:t>f 31260/4486/3881 31264/4490/3883 31265/4489/3883</w:t>
        <w:br/>
        <w:t>f 31263/4487/3881 31260/4486/3881 31265/4489/3883</w:t>
        <w:br/>
        <w:t>f 31139/4362/3769 31140/4366/3773 31141/4365/3772</w:t>
        <w:br/>
        <w:t>f 31138/4363/3770 31139/4362/3769 31141/4365/3772</w:t>
        <w:br/>
        <w:t>f 31164/4389/3796 31165/4388/3795 31161/4386/3793</w:t>
        <w:br/>
        <w:t>f 31162/4385/3792 31164/4389/3796 31161/4386/3793</w:t>
        <w:br/>
        <w:t>f 31161/4386/3793 31165/4388/3795 31175/4400/3807</w:t>
        <w:br/>
        <w:t>f 31174/4398/3805 31161/4386/3793 31175/4400/3807</w:t>
        <w:br/>
        <w:t>f 31231/4456/3856 31232/4455/3855 31209/4434/3839</w:t>
        <w:br/>
        <w:t>f 31210/4433/3838 31231/4456/3856 31209/4434/3839</w:t>
        <w:br/>
        <w:t>f 31151/4376/3783 31131/4354/3761 31136/4361/3768</w:t>
        <w:br/>
        <w:t>f 31138/4363/3770 31151/4376/3783 31136/4361/3768</w:t>
        <w:br/>
        <w:t>f 31233/4457/3857 31187/4410/3817 31228/4453/3853</w:t>
        <w:br/>
        <w:t>f 31229/4452/3839 31233/4457/3857 31228/4453/3853</w:t>
        <w:br/>
        <w:t>f 30972/4195/3626 31553/4777/4095 30974/4197/3628</w:t>
        <w:br/>
        <w:t>f 30974/4197/3628 31553/4777/4095 31215/4440/3844</w:t>
        <w:br/>
        <w:t>f 31216/4439/3843 30974/4197/3628 31215/4440/3844</w:t>
        <w:br/>
        <w:t>f 31556/4778/4096 31555/4779/4097 31554/4780/4097</w:t>
        <w:br/>
        <w:t>f 31555/4779/4097 31060/4281/3701 31057/4284/3704</w:t>
        <w:br/>
        <w:t>f 31554/4780/4097 31555/4779/4097 31057/4284/3704</w:t>
        <w:br/>
        <w:t>f 30902/4125/3560 30897/4120/3555 30896/4121/3556</w:t>
        <w:br/>
        <w:t>f 30901/4126/3561 30902/4125/3560 30896/4121/3556</w:t>
        <w:br/>
        <w:t>f 30906/4129/3564 30937/4162/3593 31045/4269/3689</w:t>
        <w:br/>
        <w:t>f 30905/4130/3565 30906/4129/3564 31045/4269/3689</w:t>
        <w:br/>
        <w:t>f 30898/4123/3558 30899/4122/3557 30908/4135/3570</w:t>
        <w:br/>
        <w:t>f 30909/4134/3569 30898/4123/3558 30908/4135/3570</w:t>
        <w:br/>
        <w:t>f 30994/4218/3643 30898/4123/3558 30909/4134/3569</w:t>
        <w:br/>
        <w:t>f 30995/4220/3645 30994/4218/3643 30909/4134/3569</w:t>
        <w:br/>
        <w:t>f 31034/4259/3679 30938/4161/3592 30937/4162/3593</w:t>
        <w:br/>
        <w:t>f 30906/4129/3564 31034/4259/3679 30937/4162/3593</w:t>
        <w:br/>
        <w:t>f 31048/4272/3692 30994/4218/3643 30995/4220/3645</w:t>
        <w:br/>
        <w:t>f 31049/4274/3694 31048/4272/3692 30995/4220/3645</w:t>
        <w:br/>
        <w:t>f 31067/4294/3714 31068/4293/3713 31065/4290/3710</w:t>
        <w:br/>
        <w:t>f 31066/4289/3709 31067/4294/3714 31065/4290/3710</w:t>
        <w:br/>
        <w:t>f 31099/4322/3743 31096/4319/3741 31095/4320/3708</w:t>
        <w:br/>
        <w:t>f 31098/4323/3744 31099/4322/3743 31095/4320/3708</w:t>
        <w:br/>
        <w:t>f 30914/4137/3572 31035/4258/3562 30907/4128/3563</w:t>
        <w:br/>
        <w:t>f 30913/4138/3573 30914/4137/3572 30907/4128/3563</w:t>
        <w:br/>
        <w:t>f 30996/4219/3644 30910/4133/3568 30997/4224/3649</w:t>
        <w:br/>
        <w:t>f 30998/4223/3648 30996/4219/3644 30997/4224/3649</w:t>
        <w:br/>
        <w:t>f 31036/4260/3680 31038/4261/3681 30912/4139/3574</w:t>
        <w:br/>
        <w:t>f 30913/4138/3573 31036/4260/3680 30912/4139/3574</w:t>
        <w:br/>
        <w:t>f 31050/4273/3693 30996/4219/3644 30998/4223/3648</w:t>
        <w:br/>
        <w:t>f 31051/4276/3696 31050/4273/3693 30998/4223/3648</w:t>
        <w:br/>
        <w:t>f 31071/4298/3718 31072/4297/3717 31069/4292/3712</w:t>
        <w:br/>
        <w:t>f 31070/4291/3711 31071/4298/3718 31069/4292/3712</w:t>
        <w:br/>
        <w:t>f 30997/4224/3649 30910/4133/3568 31557/4781/3755</w:t>
        <w:br/>
        <w:t>f 31090/4314/3737 30997/4224/3649 31557/4781/3755</w:t>
        <w:br/>
        <w:t>f 31103/4325/3745 31100/4321/3742 31097/4324/3713</w:t>
        <w:br/>
        <w:t>f 31102/4326/3712 31103/4325/3745 31097/4324/3713</w:t>
        <w:br/>
        <w:t>f 31123/4346/3754 31120/4343/3753 31119/4344/3736</w:t>
        <w:br/>
        <w:t>f 31122/4347/3737 31123/4346/3754 31119/4344/3736</w:t>
        <w:br/>
        <w:t>f 31289/4512/3897 30903/4124/3559 30900/4127/3562</w:t>
        <w:br/>
        <w:t>f 31288/4513/3898 31289/4512/3897 30900/4127/3562</w:t>
        <w:br/>
        <w:t>f 31559/4782/3568 31558/4783/3567 31291/4518/3901</w:t>
        <w:br/>
        <w:t>f 31292/4517/3901 31559/4782/3568 31291/4518/3901</w:t>
        <w:br/>
        <w:t>f 31560/4784/4098 31196/4420/3825 31146/4371/3778</w:t>
        <w:br/>
        <w:t>f 31147/4370/3777 31560/4784/4098 31146/4371/3778</w:t>
        <w:br/>
        <w:t>f 31169/4394/3801 31184/4407/3814 31182/4403/3810</w:t>
        <w:br/>
        <w:t>f 31170/4393/3800 31169/4394/3801 31182/4403/3810</w:t>
        <w:br/>
        <w:t>f 31170/4393/3800 31182/4403/3810 31179/4406/3813</w:t>
        <w:br/>
        <w:t>f 31178/4402/3809 31170/4393/3800 31179/4406/3813</w:t>
        <w:br/>
        <w:t>f 31146/4371/3778 31196/4420/3825 31197/4419/3824</w:t>
        <w:br/>
        <w:t>f 31194/4418/3823 31146/4371/3778 31197/4419/3824</w:t>
        <w:br/>
        <w:t>f 31201/4422/3827 31562/4785/4099 31561/4786/4100</w:t>
        <w:br/>
        <w:t>f 31200/4423/3828 31201/4422/3827 31561/4786/4100</w:t>
        <w:br/>
        <w:t>f 31564/4787/3868 31563/4788/4099 31219/4442/3827</w:t>
        <w:br/>
        <w:t>f 31220/4441/3845 31564/4787/3868 31219/4442/3827</w:t>
        <w:br/>
        <w:t>f 31247/4470/3869 31248/4469/3868 31243/4468/3845</w:t>
        <w:br/>
        <w:t>f 31244/4467/3867 31247/4470/3869 31243/4468/3845</w:t>
        <w:br/>
        <w:t>f 31196/4420/3825 31560/4784/4098 31148/4374/3781</w:t>
        <w:br/>
        <w:t>f 31149/4373/3780 31196/4420/3825 31148/4374/3781</w:t>
        <w:br/>
        <w:t>f 31181/4404/3811 31565/4789/4101 31180/4405/3812</w:t>
        <w:br/>
        <w:t>f 31183/4408/3815 31565/4789/4101 31181/4404/3811</w:t>
        <w:br/>
        <w:t>f 31149/4373/3780 31150/4372/3779 31195/4421/3826</w:t>
        <w:br/>
        <w:t>f 31203/4427/3832 31561/4786/4100 31562/4785/4099</w:t>
        <w:br/>
        <w:t>f 31202/4428/3833 31203/4427/3832 31562/4785/4099</w:t>
        <w:br/>
        <w:t>f 31563/4788/4099 31564/4787/3868 31221/4447/3849</w:t>
        <w:br/>
        <w:t>f 31222/4446/3848 31563/4788/4099 31221/4447/3849</w:t>
        <w:br/>
        <w:t>f 31246/4471/3870 31566/4790/4102 31245/4472/3871</w:t>
        <w:br/>
        <w:t>f 31024/4251/3672 31568/4791/3671 31567/4792/4103</w:t>
        <w:br/>
        <w:t>f 31550/4774/4092 31024/4251/3672 31567/4792/4103</w:t>
        <w:br/>
        <w:t>f 30527/3751/3251 30524/3750/3251 30534/3761/3259</w:t>
        <w:br/>
        <w:t>f 30535/3760/3259 30527/3751/3251 30534/3761/3259</w:t>
        <w:br/>
        <w:t>f 31570/4793/4104 31569/4794/4104 30538/3763/3261</w:t>
        <w:br/>
        <w:t>f 30539/3762/3260 31570/4793/4104 30538/3763/3261</w:t>
        <w:br/>
        <w:t>f 30542/3765/3263 30559/3780/3272 30556/3783/3274</w:t>
        <w:br/>
        <w:t>f 30541/3766/3263 30542/3765/3263 30556/3783/3274</w:t>
        <w:br/>
        <w:t>f 30520/3747/3248 30521/3746/3248 30539/3762/3260</w:t>
        <w:br/>
        <w:t>f 30560/3784/3275 30520/3747/3248 30539/3762/3260</w:t>
        <w:br/>
        <w:t>f 30577/3802/3288 30578/3801/3288 30522/3745/3247</w:t>
        <w:br/>
        <w:t>f 30523/3744/3246 30577/3802/3288 30522/3745/3247</w:t>
        <w:br/>
        <w:t>f 30555/3778/3271 30580/3803/3241 30579/3804/3289</w:t>
        <w:br/>
        <w:t>f 30554/3779/3271 30555/3778/3271 30579/3804/3289</w:t>
        <w:br/>
        <w:t>f 30536/3759/3258 30537/3758/3258 30573/3798/3285</w:t>
        <w:br/>
        <w:t>f 30574/3797/3284 30536/3759/3258 30573/3798/3285</w:t>
        <w:br/>
        <w:t>f 31569/4794/4104 31570/4793/4104 30575/3800/3287</w:t>
        <w:br/>
        <w:t>f 30576/3799/3286 31569/4794/4104 30575/3800/3287</w:t>
        <w:br/>
        <w:t>f 30526/3748/3249 31571/4795/4105 30525/3749/3250</w:t>
        <w:br/>
        <w:t>f 30529/3754/3254 31572/4796/4106 30528/3755/3255</w:t>
        <w:br/>
        <w:t>f 30528/3755/3255 31573/4797/4107 30532/3757/3257</w:t>
        <w:br/>
        <w:t>f 30558/3781/3273 31574/4798/4108 30557/3782/3273</w:t>
        <w:br/>
        <w:t>f 31578/4799/4109 31577/4800/4109 31576/4801/4110</w:t>
        <w:br/>
        <w:t>f 31575/4802/4111 31578/4799/4109 31576/4801/4110</w:t>
        <w:br/>
        <w:t>f 31575/4802/4111 31576/4801/4110 31580/4803/4112</w:t>
        <w:br/>
        <w:t>f 31579/4804/4112 31575/4802/4111 31580/4803/4112</w:t>
        <w:br/>
        <w:t>f 31582/4805/4113 31581/4806/4114 31579/4804/4112</w:t>
        <w:br/>
        <w:t>f 31580/4803/4112 31582/4805/4113 31579/4804/4112</w:t>
        <w:br/>
        <w:t>f 31581/4806/4114 31582/4805/4113 31584/4807/4115</w:t>
        <w:br/>
        <w:t>f 31583/4808/4115 31581/4806/4114 31584/4807/4115</w:t>
        <w:br/>
        <w:t>f 31586/4809/4116 31585/4810/4117 31577/4800/4109</w:t>
        <w:br/>
        <w:t>f 31578/4799/4109 31586/4809/4116 31577/4800/4109</w:t>
        <w:br/>
        <w:t>f 31585/4810/4117 31586/4809/4116 31588/4811/4118</w:t>
        <w:br/>
        <w:t>f 31587/4812/4118 31585/4810/4117 31588/4811/4118</w:t>
        <w:br/>
        <w:t>f 31590/4813/4119 31589/4814/4119 31587/4812/4118</w:t>
        <w:br/>
        <w:t>f 31588/4811/4118 31590/4813/4119 31587/4812/4118</w:t>
        <w:br/>
        <w:t>f 31590/4813/4119 31592/4815/4120 31591/4816/4120</w:t>
        <w:br/>
        <w:t>f 31589/4814/4119 31590/4813/4119 31591/4816/4120</w:t>
        <w:br/>
        <w:t>f 31592/4815/4120 31594/4817/4121 31593/4818/4121</w:t>
        <w:br/>
        <w:t>f 31591/4816/4120 31592/4815/4120 31593/4818/4121</w:t>
        <w:br/>
        <w:t>f 31594/4817/4121 31596/4819/4122 31595/4820/4123</w:t>
        <w:br/>
        <w:t>f 31593/4818/4121 31594/4817/4121 31595/4820/4123</w:t>
        <w:br/>
        <w:t>f 31595/4820/4123 31596/4819/4122 31597/4821/4124</w:t>
        <w:br/>
        <w:t>f 30008/3232/2858 30009/3231/2858 30019/3246/2870</w:t>
        <w:br/>
        <w:t>f 30020/3245/2869 30008/3232/2858 30019/3246/2870</w:t>
        <w:br/>
        <w:t>f 30024/3247/2871 30034/3255/2878 30031/3258/2881</w:t>
        <w:br/>
        <w:t>f 30023/3248/2872 30024/3247/2871 30031/3258/2881</w:t>
        <w:br/>
        <w:t>f 30026/3249/2873 30035/3261/2883 30036/3260/2883</w:t>
        <w:br/>
        <w:t>f 30025/3250/2874 30026/3249/2873 30036/3260/2883</w:t>
        <w:br/>
        <w:t>f 30154/3377/2984 30158/3379/2881 30155/3382/2988</w:t>
        <w:br/>
        <w:t>f 30153/3378/2985 30154/3377/2984 30155/3382/2988</w:t>
        <w:br/>
        <w:t>f 30209/3433/3032 30210/3436/3034 30026/3249/2873</w:t>
        <w:br/>
        <w:t>f 30017/3240/2865 30209/3433/3032 30026/3249/2873</w:t>
        <w:br/>
        <w:t>f 30021/3244/2868 30022/3243/2868 30027/3254/2877</w:t>
        <w:br/>
        <w:t>f 30028/3253/2876 30021/3244/2868 30027/3254/2877</w:t>
        <w:br/>
        <w:t>f 30033/3256/2879 30046/3267/2888 30043/3270/2891</w:t>
        <w:br/>
        <w:t>f 30032/3257/2880 30033/3256/2879 30043/3270/2891</w:t>
        <w:br/>
        <w:t>f 30049/3272/2892 30050/3271/2892 30037/3259/2882</w:t>
        <w:br/>
        <w:t>f 30038/3262/2882 30049/3272/2892 30037/3259/2882</w:t>
        <w:br/>
        <w:t>f 30157/3380/2986 30162/3383/2891 30159/3386/2990</w:t>
        <w:br/>
        <w:t>f 30156/3381/2987 30157/3380/2986 30159/3386/2990</w:t>
        <w:br/>
        <w:t>f 30211/3435/3033 30212/3434/3033 30213/3440/3036</w:t>
        <w:br/>
        <w:t>f 30214/3439/3036 30211/3435/3033 30213/3440/3036</w:t>
        <w:br/>
        <w:t>f 30029/3252/2875 30030/3251/2875 30039/3265/2886</w:t>
        <w:br/>
        <w:t>f 30040/3264/2885 30029/3252/2875 30039/3265/2886</w:t>
        <w:br/>
        <w:t>f 30168/3395/2999 30169/3394/2998 30044/3269/2890</w:t>
        <w:br/>
        <w:t>f 30045/3268/2889 30168/3395/2999 30044/3269/2890</w:t>
        <w:br/>
        <w:t>f 30172/3399/3001 30173/3398/3001 30047/3274/2893</w:t>
        <w:br/>
        <w:t>f 30048/3273/2893 30172/3399/3001 30047/3274/2893</w:t>
        <w:br/>
        <w:t>f 30161/3384/2890 30179/3400/2998 30176/3403/3003</w:t>
        <w:br/>
        <w:t>f 30160/3385/2989 30161/3384/2890 30176/3403/3003</w:t>
        <w:br/>
        <w:t>f 30215/3438/3035 30216/3437/3035 30217/3444/3040</w:t>
        <w:br/>
        <w:t>f 30218/3443/3039 30215/3438/3035 30217/3444/3040</w:t>
        <w:br/>
        <w:t>f 31601/4822/4125 31600/4823/4126 31599/4824/4127</w:t>
        <w:br/>
        <w:t>f 31598/4825/4128 31601/4822/4125 31599/4824/4127</w:t>
        <w:br/>
        <w:t>f 31603/4826/4129 31602/4827/4129 31600/4823/4126</w:t>
        <w:br/>
        <w:t>f 31601/4822/4125 31603/4826/4129 31600/4823/4126</w:t>
        <w:br/>
        <w:t>f 31605/4828/4130 31604/4829/4131 31598/4825/4128</w:t>
        <w:br/>
        <w:t>f 31599/4824/4127 31605/4828/4130 31598/4825/4128</w:t>
        <w:br/>
        <w:t>f 31607/4830/4132 31604/4829/4131 31605/4828/4130</w:t>
        <w:br/>
        <w:t>f 31606/4831/4133 31607/4830/4132 31605/4828/4130</w:t>
        <w:br/>
        <w:t>f 31606/4831/4133 31609/4832/4134 31608/4833/4134</w:t>
        <w:br/>
        <w:t>f 31607/4830/4132 31606/4831/4133 31608/4833/4134</w:t>
        <w:br/>
        <w:t>f 31611/4834/4135 31608/4833/4134 31609/4832/4134</w:t>
        <w:br/>
        <w:t>f 31610/4835/4135 31611/4834/4135 31609/4832/4134</w:t>
        <w:br/>
        <w:t>f 31610/4835/4135 31613/4836/4136 31612/4837/4136</w:t>
        <w:br/>
        <w:t>f 31611/4834/4135 31610/4835/4135 31612/4837/4136</w:t>
        <w:br/>
        <w:t>f 31615/4838/4137 31612/4837/4136 31613/4836/4136</w:t>
        <w:br/>
        <w:t>f 31614/4839/4137 31615/4838/4137 31613/4836/4136</w:t>
        <w:br/>
        <w:t>f 31615/4838/4137 31614/4839/4137 31616/4840/4138</w:t>
        <w:br/>
        <w:t>usemtl MI_Audrey_Eyesin</w:t>
        <w:br/>
        <w:t>f 31619/4841/4139 31618/4842/4140 31617/4843/4141</w:t>
        <w:br/>
        <w:t>f 31620/4844/4142 31619/4841/4139 31617/4843/4141</w:t>
        <w:br/>
        <w:t>f 31622/4845/4143 31621/4846/4144 31620/4844/4142</w:t>
        <w:br/>
        <w:t>f 31617/4843/4141 31622/4845/4143 31620/4844/4142</w:t>
        <w:br/>
        <w:t>f 31624/4847/4145 31623/4848/4146 31618/4842/4140</w:t>
        <w:br/>
        <w:t>f 31619/4841/4139 31624/4847/4145 31618/4842/4140</w:t>
        <w:br/>
        <w:t>f 31626/4849/4147 31625/4850/4148 31621/4846/4144</w:t>
        <w:br/>
        <w:t>f 31622/4845/4143 31626/4849/4147 31621/4846/4144</w:t>
        <w:br/>
        <w:t>f 31628/4851/4149 31627/4852/4149 31623/4848/4146</w:t>
        <w:br/>
        <w:t>f 31624/4847/4145 31628/4851/4149 31623/4848/4146</w:t>
        <w:br/>
        <w:t>f 31625/4850/4148 31626/4849/4147 31629/4853/4150</w:t>
        <w:br/>
        <w:t>f 31630/4854/4150 31625/4850/4148 31629/4853/4150</w:t>
        <w:br/>
        <w:t>f 31631/4855/4151 31627/4852/4149 31628/4851/4149</w:t>
        <w:br/>
        <w:t>f 31632/4856/4151 31631/4855/4151 31628/4851/4149</w:t>
        <w:br/>
        <w:t>f 31636/4857/4152 31635/4858/4153 31634/4859/4154</w:t>
        <w:br/>
        <w:t>f 31633/4860/4152 31636/4857/4152 31634/4859/4154</w:t>
        <w:br/>
        <w:t>f 31638/4861/4155 31636/4857/4152 31633/4860/4152</w:t>
        <w:br/>
        <w:t>f 31637/4862/4156 31638/4861/4155 31633/4860/4152</w:t>
        <w:br/>
        <w:t>f 31637/4862/4156 31640/4863/4157 31639/4864/4157</w:t>
        <w:br/>
        <w:t>f 31638/4861/4155 31637/4862/4156 31639/4864/4157</w:t>
        <w:br/>
        <w:t>f 31644/4865/4158 31643/4866/4159 31642/4867/4160</w:t>
        <w:br/>
        <w:t>f 31641/4868/4161 31644/4865/4158 31642/4867/4160</w:t>
        <w:br/>
        <w:t>f 31641/4868/4161 31646/4869/4162 31645/4870/4163</w:t>
        <w:br/>
        <w:t>f 31644/4865/4158 31641/4868/4161 31645/4870/4163</w:t>
        <w:br/>
        <w:t>f 31646/4869/4162 31634/4859/4154 31635/4858/4153</w:t>
        <w:br/>
        <w:t>f 31645/4870/4163 31646/4869/4162 31635/4858/4153</w:t>
        <w:br/>
        <w:t>f 31650/4871/4164 31649/4872/4165 31648/4873/4165</w:t>
        <w:br/>
        <w:t>f 31647/4874/4164 31650/4871/4164 31648/4873/4165</w:t>
        <w:br/>
        <w:t>f 31649/4872/4165 31652/4875/4166 31651/4876/4167</w:t>
        <w:br/>
        <w:t>f 31648/4873/4165 31649/4872/4165 31651/4876/4167</w:t>
        <w:br/>
        <w:t>f 31647/4874/4164 31654/4877/4168 31653/4878/4168</w:t>
        <w:br/>
        <w:t>f 31650/4871/4164 31647/4874/4164 31653/4878/4168</w:t>
        <w:br/>
        <w:t>f 31652/4875/4166 31656/4879/4169 31655/4880/4169</w:t>
        <w:br/>
        <w:t>f 31651/4876/4167 31652/4875/4166 31655/4880/4169</w:t>
        <w:br/>
        <w:t>f 31654/4877/4168 31658/4881/4170 31657/4882/4171</w:t>
        <w:br/>
        <w:t>f 31653/4878/4168 31654/4877/4168 31657/4882/4171</w:t>
        <w:br/>
        <w:t>f 31658/4881/4170 31660/4883/4172 31659/4884/4173</w:t>
        <w:br/>
        <w:t>f 31657/4882/4171 31658/4881/4170 31659/4884/4173</w:t>
        <w:br/>
        <w:t>f 31662/4885/4174 31642/4867/4160 31643/4866/4159</w:t>
        <w:br/>
        <w:t>f 31661/4886/4175 31662/4885/4174 31643/4866/4159</w:t>
        <w:br/>
        <w:t>f 31660/4883/4172 31664/4887/4176 31663/4888/4177</w:t>
        <w:br/>
        <w:t>f 31659/4884/4173 31660/4883/4172 31663/4888/4177</w:t>
        <w:br/>
        <w:t>f 31668/4889/4178 31667/4890/4178 31666/4891/4179</w:t>
        <w:br/>
        <w:t>f 31665/4892/4179 31668/4889/4178 31666/4891/4179</w:t>
        <w:br/>
        <w:t>f 31665/4892/4179 31666/4891/4179 31670/4893/4180</w:t>
        <w:br/>
        <w:t>f 31669/4894/4181 31665/4892/4179 31670/4893/4180</w:t>
        <w:br/>
        <w:t>f 31670/4893/4180 31673/4895/4182 31672/4896/4183</w:t>
        <w:br/>
        <w:t>f 31671/4897/4184 31670/4893/4180 31672/4896/4183</w:t>
        <w:br/>
        <w:t>f 31671/4897/4184 31672/4896/4183 31675/4898/4185</w:t>
        <w:br/>
        <w:t>f 31674/4899/4186 31671/4897/4184 31675/4898/4185</w:t>
        <w:br/>
        <w:t>f 31677/4900/4187 31676/4901/4188 31674/4899/4186</w:t>
        <w:br/>
        <w:t>f 31675/4898/4185 31677/4900/4187 31674/4899/4186</w:t>
        <w:br/>
        <w:t>f 31679/4902/4189 31675/4898/4185 31672/4896/4183</w:t>
        <w:br/>
        <w:t>f 31678/4903/4190 31679/4902/4189 31672/4896/4183</w:t>
        <w:br/>
        <w:t>f 31678/4903/4190 31672/4896/4183 31673/4895/4182</w:t>
        <w:br/>
        <w:t>f 31680/4904/4191 31678/4903/4190 31673/4895/4182</w:t>
        <w:br/>
        <w:t>f 31678/4903/4190 31680/4904/4191 31681/4905/4192</w:t>
        <w:br/>
        <w:t>f 31682/4906/4193 31678/4903/4190 31681/4905/4192</w:t>
        <w:br/>
        <w:t>f 31684/4907/4194 31667/4890/4178 31668/4889/4178</w:t>
        <w:br/>
        <w:t>f 31683/4908/4194 31684/4907/4194 31668/4889/4178</w:t>
        <w:br/>
        <w:t>f 31686/4909/4195 31685/4910/4196 31669/4894/4181</w:t>
        <w:br/>
        <w:t>f 31670/4893/4180 31686/4909/4195 31669/4894/4181</w:t>
        <w:br/>
        <w:t>f 31686/4909/4195 31670/4893/4180 31671/4897/4184</w:t>
        <w:br/>
        <w:t>f 31687/4911/4197 31686/4909/4195 31671/4897/4184</w:t>
        <w:br/>
        <w:t>f 31687/4911/4197 31671/4897/4184 31674/4899/4186</w:t>
        <w:br/>
        <w:t>f 31688/4912/4198 31687/4911/4197 31674/4899/4186</w:t>
        <w:br/>
        <w:t>f 31689/4913/4199 31677/4900/4187 31675/4898/4185</w:t>
        <w:br/>
        <w:t>f 31679/4902/4189 31689/4913/4199 31675/4898/4185</w:t>
        <w:br/>
        <w:t>f 31691/4914/4200 31690/4915/4201 31689/4913/4199</w:t>
        <w:br/>
        <w:t>f 31679/4902/4189 31691/4914/4200 31689/4913/4199</w:t>
        <w:br/>
        <w:t>f 31691/4914/4200 31679/4902/4189 31678/4903/4190</w:t>
        <w:br/>
        <w:t>f 31682/4906/4193 31691/4914/4200 31678/4903/4190</w:t>
        <w:br/>
        <w:t>f 31691/4914/4200 31682/4906/4193 31693/4916/4202</w:t>
        <w:br/>
        <w:t>f 31692/4917/4203 31691/4914/4200 31693/4916/4202</w:t>
        <w:br/>
        <w:t>f 31690/4915/4201 31691/4914/4200 31692/4917/4203</w:t>
        <w:br/>
        <w:t>f 31694/4918/4204 31690/4915/4201 31692/4917/4203</w:t>
        <w:br/>
        <w:t>f 31695/4919/4205 31693/4916/4202 31682/4906/4193</w:t>
        <w:br/>
        <w:t>f 31681/4905/4192 31695/4919/4205 31682/4906/4193</w:t>
        <w:br/>
        <w:t>f 31697/4920/4206 31684/4907/4194 31683/4908/4194</w:t>
        <w:br/>
        <w:t>f 31696/4921/4206 31697/4920/4206 31683/4908/4194</w:t>
        <w:br/>
        <w:t>f 31699/4922/4207 31697/4920/4206 31696/4921/4206</w:t>
        <w:br/>
        <w:t>f 31698/4923/4207 31699/4922/4207 31696/4921/4206</w:t>
        <w:br/>
        <w:t>f 31693/4916/4202 31695/4919/4205 31701/4924/4208</w:t>
        <w:br/>
        <w:t>f 31700/4925/4209 31693/4916/4202 31701/4924/4208</w:t>
        <w:br/>
        <w:t>f 31694/4918/4204 31692/4917/4203 31703/4926/4210</w:t>
        <w:br/>
        <w:t>f 31702/4927/4211 31694/4918/4204 31703/4926/4210</w:t>
        <w:br/>
        <w:t>f 31692/4917/4203 31693/4916/4202 31700/4925/4209</w:t>
        <w:br/>
        <w:t>f 31703/4926/4210 31692/4917/4203 31700/4925/4209</w:t>
        <w:br/>
        <w:t>f 31700/4925/4209 31701/4924/4208 31705/4928/4212</w:t>
        <w:br/>
        <w:t>f 31704/4929/4213 31700/4925/4209 31705/4928/4212</w:t>
        <w:br/>
        <w:t>f 31698/4923/4207 31707/4930/4214 31706/4931/4215</w:t>
        <w:br/>
        <w:t>f 31699/4922/4207 31698/4923/4207 31706/4931/4215</w:t>
        <w:br/>
        <w:t>f 31703/4926/4210 31700/4925/4209 31704/4929/4213</w:t>
        <w:br/>
        <w:t>f 31708/4932/4216 31703/4926/4210 31704/4929/4213</w:t>
        <w:br/>
        <w:t>f 31702/4927/4211 31703/4926/4210 31708/4932/4216</w:t>
        <w:br/>
        <w:t>f 31709/4933/4217 31702/4927/4211 31708/4932/4216</w:t>
        <w:br/>
        <w:t>f 31709/4933/4217 31708/4932/4216 31711/4934/4218</w:t>
        <w:br/>
        <w:t>f 31710/4935/4219 31709/4933/4217 31711/4934/4218</w:t>
        <w:br/>
        <w:t>f 31706/4931/4215 31707/4930/4214 31712/4936/4220</w:t>
        <w:br/>
        <w:t>f 31714/4937/4221 31713/4938/4222 31704/4929/4213</w:t>
        <w:br/>
        <w:t>f 31705/4928/4212 31714/4937/4221 31704/4929/4213</w:t>
        <w:br/>
        <w:t>f 31713/4938/4222 31711/4934/4218 31708/4932/4216</w:t>
        <w:br/>
        <w:t>f 31704/4929/4213 31713/4938/4222 31708/4932/4216</w:t>
        <w:br/>
        <w:t>f 31711/4934/4218 31713/4938/4222 31716/4939/4223</w:t>
        <w:br/>
        <w:t>f 31715/4940/4224 31711/4934/4218 31716/4939/4223</w:t>
        <w:br/>
        <w:t>f 31710/4935/4219 31711/4934/4218 31715/4940/4224</w:t>
        <w:br/>
        <w:t>f 31717/4941/4225 31710/4935/4219 31715/4940/4224</w:t>
        <w:br/>
        <w:t>f 31713/4938/4222 31714/4937/4221 31718/4942/4226</w:t>
        <w:br/>
        <w:t>f 31716/4939/4223 31713/4938/4222 31718/4942/4226</w:t>
        <w:br/>
        <w:t>f 31712/4936/4220 31720/4943/4227 31719/4944/4228</w:t>
        <w:br/>
        <w:t>f 31722/4945/4229 31716/4939/4223 31718/4942/4226</w:t>
        <w:br/>
        <w:t>f 31721/4946/4230 31722/4945/4229 31718/4942/4226</w:t>
        <w:br/>
        <w:t>f 31722/4945/4229 31715/4940/4224 31716/4939/4223</w:t>
        <w:br/>
        <w:t>f 31724/4947/4231 31721/4946/4232 31723/4948/4233</w:t>
        <w:br/>
        <w:t>f 31723/4948/4234 31725/4949/4235 31715/4940/4224</w:t>
        <w:br/>
        <w:t>f 31722/4945/4229 31723/4948/4234 31715/4940/4224</w:t>
        <w:br/>
        <w:t>f 31717/4941/4225 31715/4940/4224 31725/4949/4235</w:t>
        <w:br/>
        <w:t>f 31726/4950/4236 31717/4941/4225 31725/4949/4235</w:t>
        <w:br/>
        <w:t>f 31723/4948/4237 31728/4951/4238 31727/4952/4239</w:t>
        <w:br/>
        <w:t>f 31732/4953/4240 31731/4954/4241 31730/4955/4242</w:t>
        <w:br/>
        <w:t>f 31729/4956/4243 31732/4953/4240 31730/4955/4242</w:t>
        <w:br/>
        <w:t>f 31736/4957/4244 31735/4958/4245 31734/4959/4246</w:t>
        <w:br/>
        <w:t>f 31733/4960/4247 31736/4957/4244 31734/4959/4246</w:t>
        <w:br/>
        <w:t>f 31740/4961/4248 31739/4962/4249 31738/4963/4250</w:t>
        <w:br/>
        <w:t>f 31737/4964/4251 31740/4961/4248 31738/4963/4250</w:t>
        <w:br/>
        <w:t>f 31737/4964/4251 31742/4965/4252 31741/4966/4253</w:t>
        <w:br/>
        <w:t>f 31740/4961/4248 31737/4964/4251 31741/4966/4253</w:t>
        <w:br/>
        <w:t>f 31742/4965/4252 31744/4967/4254 31743/4968/4255</w:t>
        <w:br/>
        <w:t>f 31741/4966/4253 31742/4965/4252 31743/4968/4255</w:t>
        <w:br/>
        <w:t>f 31743/4968/4255 31744/4967/4254 31745/4969/4256</w:t>
        <w:br/>
        <w:t>f 31729/4956/4243 31743/4968/4255 31745/4969/4256</w:t>
        <w:br/>
        <w:t>f 31746/4970/4257 31729/4956/4243 31745/4969/4256</w:t>
        <w:br/>
        <w:t>f 31746/4970/4257 31747/4971/4258 31732/4953/4240</w:t>
        <w:br/>
        <w:t>f 31729/4956/4243 31746/4970/4257 31732/4953/4240</w:t>
        <w:br/>
        <w:t>f 31732/4953/4240 31747/4971/4258 31748/4972/4259</w:t>
        <w:br/>
        <w:t>f 31752/4973/4260 31751/4974/4261 31750/4975/4262</w:t>
        <w:br/>
        <w:t>f 31749/4976/4263 31752/4973/4260 31750/4975/4262</w:t>
        <w:br/>
        <w:t>f 31753/4977/4264 31751/4974/4261 31752/4973/4260</w:t>
        <w:br/>
        <w:t>f 31735/4958/4245 31753/4977/4264 31752/4973/4260</w:t>
        <w:br/>
        <w:t>f 31754/4978/4265 31743/4968/4255 31729/4956/4243</w:t>
        <w:br/>
        <w:t>f 31730/4955/4242 31754/4978/4265 31729/4956/4243</w:t>
        <w:br/>
        <w:t>f 31756/4979/4266 31755/4980/4267 31740/4961/4248</w:t>
        <w:br/>
        <w:t>f 31741/4966/4253 31756/4979/4266 31740/4961/4248</w:t>
        <w:br/>
        <w:t>f 31735/4958/4245 31752/4973/4260 31757/4981/4268</w:t>
        <w:br/>
        <w:t>f 31734/4959/4246 31735/4958/4245 31757/4981/4268</w:t>
        <w:br/>
        <w:t>f 31733/4960/4247 31738/4963/4250 31739/4962/4249</w:t>
        <w:br/>
        <w:t>f 31736/4957/4244 31733/4960/4247 31739/4962/4249</w:t>
        <w:br/>
        <w:t>f 31749/4976/4263 31757/4981/4268 31752/4973/4260</w:t>
        <w:br/>
        <w:t>f 31719/4944/4228 31720/4943/4227 31721/4946/4269</w:t>
        <w:br/>
        <w:t>f 31712/4936/4220 31707/4930/4214 31720/4943/4227</w:t>
        <w:br/>
        <w:t>f 31688/4912/4198 31674/4899/4186 31676/4901/4188</w:t>
        <w:br/>
        <w:t>f 31758/4982/4270 31688/4912/4198 31676/4901/4188</w:t>
        <w:br/>
        <w:t>f 31760/4983/4271 31725/4949/4272 31728/4951/4238</w:t>
        <w:br/>
        <w:t>f 31759/4984/4273 31760/4983/4271 31728/4951/4238</w:t>
        <w:br/>
        <w:t>f 31731/4954/4241 31732/4953/4240 31748/4972/4259</w:t>
        <w:br/>
        <w:t>f 31761/4985/4274 31731/4954/4241 31748/4972/4259</w:t>
        <w:br/>
        <w:t>f 31756/4979/4266 31741/4966/4253 31743/4968/4255</w:t>
        <w:br/>
        <w:t>f 31754/4978/4265 31756/4979/4266 31743/4968/4255</w:t>
        <w:br/>
        <w:t>f 31739/4962/4249 31740/4961/4248 31755/4980/4267</w:t>
        <w:br/>
        <w:t>f 31762/4986/4275 31739/4962/4249 31755/4980/4267</w:t>
        <w:br/>
        <w:t>f 31736/4957/4244 31739/4962/4249 31762/4986/4275</w:t>
        <w:br/>
        <w:t>f 31763/4987/4276 31736/4957/4244 31762/4986/4275</w:t>
        <w:br/>
        <w:t>f 31735/4958/4245 31736/4957/4244 31763/4987/4276</w:t>
        <w:br/>
        <w:t>f 31753/4977/4264 31735/4958/4245 31763/4987/4276</w:t>
        <w:br/>
        <w:t>f 31751/4974/4261 31764/4988/4277 31750/4975/4262</w:t>
        <w:br/>
        <w:t>f 31768/4989/4278 31767/4990/4279 31766/4991/4280</w:t>
        <w:br/>
        <w:t>f 31765/4992/4281 31768/4989/4278 31766/4991/4280</w:t>
        <w:br/>
        <w:t>f 31770/4993/4282 31768/4989/4278 31765/4992/4281</w:t>
        <w:br/>
        <w:t>f 31769/4994/4282 31770/4993/4282 31765/4992/4281</w:t>
        <w:br/>
        <w:t>f 31772/4995/4283 31770/4993/4282 31769/4994/4282</w:t>
        <w:br/>
        <w:t>f 31771/4996/4283 31772/4995/4283 31769/4994/4282</w:t>
        <w:br/>
        <w:t>f 31776/4997/4284 31775/4998/4285 31774/4999/4286</w:t>
        <w:br/>
        <w:t>f 31773/5000/4287 31776/4997/4284 31774/4999/4286</w:t>
        <w:br/>
        <w:t>f 31773/5000/4287 31774/4999/4286 31778/5001/4288</w:t>
        <w:br/>
        <w:t>f 31777/5002/4289 31773/5000/4287 31778/5001/4288</w:t>
        <w:br/>
        <w:t>f 31780/5003/4290 31779/5004/4290 31775/4998/4285</w:t>
        <w:br/>
        <w:t>f 31776/4997/4284 31780/5003/4290 31775/4998/4285</w:t>
        <w:br/>
        <w:t>f 31767/4990/4279 31782/5005/4291 31781/5006/4291</w:t>
        <w:br/>
        <w:t>f 31766/4991/4280 31767/4990/4279 31781/5006/4291</w:t>
        <w:br/>
        <w:t>f 31784/5007/4292 31783/5008/4292 31779/5004/4290</w:t>
        <w:br/>
        <w:t>f 31780/5003/4290 31784/5007/4292 31779/5004/4290</w:t>
        <w:br/>
        <w:t>f 31786/5009/4293 31781/5006/4291 31782/5005/4291</w:t>
        <w:br/>
        <w:t>f 31785/5010/4293 31786/5009/4293 31782/5005/4291</w:t>
        <w:br/>
        <w:t>f 31785/5010/4293 31788/5011/4294 31787/5012/4295</w:t>
        <w:br/>
        <w:t>f 31786/5009/4293 31785/5010/4293 31787/5012/4295</w:t>
        <w:br/>
        <w:t>f 31788/5011/4294 31790/5013/4296 31789/5014/4296</w:t>
        <w:br/>
        <w:t>f 31787/5012/4295 31788/5011/4294 31789/5014/4296</w:t>
        <w:br/>
        <w:t>f 31783/5008/4292 31784/5007/4292 31792/5015/4297</w:t>
        <w:br/>
        <w:t>f 31791/5016/4298 31783/5008/4292 31792/5015/4297</w:t>
        <w:br/>
        <w:t>f 31794/5017/4299 31793/5018/4300 31791/5016/4298</w:t>
        <w:br/>
        <w:t>f 31792/5015/4297 31794/5017/4299 31791/5016/4298</w:t>
        <w:br/>
        <w:t>f 31798/5019/4301 31797/5020/4301 31796/5021/4302</w:t>
        <w:br/>
        <w:t>f 31795/5022/4302 31798/5019/4301 31796/5021/4302</w:t>
        <w:br/>
        <w:t>f 31800/5023/4303 31799/5024/4303 31795/5022/4302</w:t>
        <w:br/>
        <w:t>f 31796/5021/4302 31800/5023/4303 31795/5022/4302</w:t>
        <w:br/>
        <w:t>f 31797/5020/4301 31798/5019/4301 31802/5025/4304</w:t>
        <w:br/>
        <w:t>f 31801/5026/4304 31797/5020/4301 31802/5025/4304</w:t>
        <w:br/>
        <w:t>f 31804/5027/4305 31803/5028/4305 31799/5024/4303</w:t>
        <w:br/>
        <w:t>f 31800/5023/4303 31804/5027/4305 31799/5024/4303</w:t>
        <w:br/>
        <w:t>f 31801/5026/4304 31802/5025/4304 31806/5029/4306</w:t>
        <w:br/>
        <w:t>f 31805/5030/4306 31801/5026/4304 31806/5029/4306</w:t>
        <w:br/>
        <w:t>f 31805/5030/4306 31806/5029/4306 31808/5031/4307</w:t>
        <w:br/>
        <w:t>f 31807/5032/4307 31805/5030/4306 31808/5031/4307</w:t>
        <w:br/>
        <w:t>f 31777/5002/4289 31778/5001/4288 31810/5033/4308</w:t>
        <w:br/>
        <w:t>f 31809/5034/4309 31777/5002/4289 31810/5033/4308</w:t>
        <w:br/>
        <w:t>f 31807/5032/4307 31808/5031/4307 31812/5035/4310</w:t>
        <w:br/>
        <w:t>f 31811/5036/4310 31807/5032/4307 31812/5035/4310</w:t>
        <w:br/>
        <w:t>f 31815/5037/4311 31814/5038/4312 31813/5039/4312</w:t>
        <w:br/>
        <w:t>f 31816/5040/4311 31815/5037/4311 31813/5039/4312</w:t>
        <w:br/>
        <w:t>f 31818/5041/4313 31815/5037/4311 31816/5040/4311</w:t>
        <w:br/>
        <w:t>f 31817/5042/4313 31818/5041/4313 31816/5040/4311</w:t>
        <w:br/>
        <w:t>f 31814/5038/4312 31820/5043/4314 31819/5044/4315</w:t>
        <w:br/>
        <w:t>f 31813/5039/4312 31814/5038/4312 31819/5044/4315</w:t>
        <w:br/>
        <w:t>f 31822/5045/4316 31818/5041/4313 31817/5042/4313</w:t>
        <w:br/>
        <w:t>f 31821/5046/4317 31822/5045/4316 31817/5042/4313</w:t>
        <w:br/>
        <w:t>f 31820/5043/4314 31824/5047/4318 31823/5048/4318</w:t>
        <w:br/>
        <w:t>f 31819/5044/4315 31820/5043/4314 31823/5048/4318</w:t>
        <w:br/>
        <w:t>f 31825/5049/4150 31822/5045/4316 31821/5046/4317</w:t>
        <w:br/>
        <w:t>f 31826/5050/4150 31825/5049/4150 31821/5046/4317</w:t>
        <w:br/>
        <w:t>f 31823/5048/4318 31824/5047/4318 31827/5051/4319</w:t>
        <w:br/>
        <w:t>f 31828/5052/4319 31823/5048/4318 31827/5051/4319</w:t>
        <w:br/>
        <w:t>f 31832/5053/4320 31831/5054/4320 31830/5055/4321</w:t>
        <w:br/>
        <w:t>f 31829/5056/4322 31832/5053/4320 31830/5055/4321</w:t>
        <w:br/>
        <w:t>f 31834/5057/4323 31833/5058/4324 31831/5054/4320</w:t>
        <w:br/>
        <w:t>f 31832/5053/4320 31834/5057/4323 31831/5054/4320</w:t>
        <w:br/>
        <w:t>f 31833/5058/4324 31834/5057/4323 31836/5059/4325</w:t>
        <w:br/>
        <w:t>f 31835/5060/4326 31833/5058/4324 31836/5059/4325</w:t>
        <w:br/>
        <w:t>f 31840/5061/4327 31839/5062/4328 31838/5063/4329</w:t>
        <w:br/>
        <w:t>f 31837/5064/4330 31840/5061/4327 31838/5063/4329</w:t>
        <w:br/>
        <w:t>f 31839/5062/4328 31840/5061/4327 31842/5065/4331</w:t>
        <w:br/>
        <w:t>f 31841/5066/4332 31839/5062/4328 31842/5065/4331</w:t>
        <w:br/>
        <w:t>f 31841/5066/4332 31842/5065/4331 31829/5056/4322</w:t>
        <w:br/>
        <w:t>f 31830/5055/4321 31841/5066/4332 31829/5056/4322</w:t>
        <w:br/>
        <w:t>f 31846/5067/4333 31845/5068/4333 31844/5069/4334</w:t>
        <w:br/>
        <w:t>f 31843/5070/4335 31846/5067/4333 31844/5069/4334</w:t>
        <w:br/>
        <w:t>f 31843/5070/4335 31844/5069/4334 31848/5071/4336</w:t>
        <w:br/>
        <w:t>f 31847/5072/4337 31843/5070/4335 31848/5071/4336</w:t>
        <w:br/>
        <w:t>f 31850/5073/4338 31849/5074/4338 31845/5068/4333</w:t>
        <w:br/>
        <w:t>f 31846/5067/4333 31850/5073/4338 31845/5068/4333</w:t>
        <w:br/>
        <w:t>f 31847/5072/4337 31848/5071/4336 31852/5075/4339</w:t>
        <w:br/>
        <w:t>f 31851/5076/4339 31847/5072/4337 31852/5075/4339</w:t>
        <w:br/>
        <w:t>f 31854/5077/4340 31853/5078/4341 31849/5074/4338</w:t>
        <w:br/>
        <w:t>f 31850/5073/4338 31854/5077/4340 31849/5074/4338</w:t>
        <w:br/>
        <w:t>f 31856/5079/4342 31855/5080/4343 31853/5078/4341</w:t>
        <w:br/>
        <w:t>f 31854/5077/4340 31856/5079/4342 31853/5078/4341</w:t>
        <w:br/>
        <w:t>f 31858/5081/4175 31857/5082/4175 31837/5064/4330</w:t>
        <w:br/>
        <w:t>f 31838/5063/4329 31858/5081/4175 31837/5064/4330</w:t>
        <w:br/>
        <w:t>f 31860/5083/4176 31859/5084/4176 31855/5080/4343</w:t>
        <w:br/>
        <w:t>f 31856/5079/4342 31860/5083/4176 31855/5080/4343</w:t>
        <w:br/>
        <w:t>f 31864/5085/4344 31863/5086/4345 31862/5087/4345</w:t>
        <w:br/>
        <w:t>f 31861/5088/4344 31864/5085/4344 31862/5087/4345</w:t>
        <w:br/>
        <w:t>f 31863/5086/4345 31866/5089/4346 31865/5090/4347</w:t>
        <w:br/>
        <w:t>f 31862/5087/4345 31863/5086/4345 31865/5090/4347</w:t>
        <w:br/>
        <w:t>f 31865/5090/4347 31869/5091/4348 31868/5092/4349</w:t>
        <w:br/>
        <w:t>f 31867/5093/4350 31865/5090/4347 31868/5092/4349</w:t>
        <w:br/>
        <w:t>f 31869/5091/4348 31871/5094/4351 31870/5095/4352</w:t>
        <w:br/>
        <w:t>f 31868/5092/4349 31869/5091/4348 31870/5095/4352</w:t>
        <w:br/>
        <w:t>f 31677/4900/4187 31870/5095/4352 31871/5094/4351</w:t>
        <w:br/>
        <w:t>f 31676/4901/4188 31677/4900/4187 31871/5094/4351</w:t>
        <w:br/>
        <w:t>f 31873/5096/4353 31872/5097/4354 31868/5092/4349</w:t>
        <w:br/>
        <w:t>f 31870/5095/4352 31873/5096/4353 31868/5092/4349</w:t>
        <w:br/>
        <w:t>f 31872/5097/4354 31874/5098/4355 31867/5093/4350</w:t>
        <w:br/>
        <w:t>f 31868/5092/4349 31872/5097/4354 31867/5093/4350</w:t>
        <w:br/>
        <w:t>f 31875/5099/4356 31874/5098/4355 31872/5097/4354</w:t>
        <w:br/>
        <w:t>f 31876/5100/4357 31875/5099/4356 31872/5097/4354</w:t>
        <w:br/>
        <w:t>f 31878/5101/4358 31877/5102/4358 31864/5085/4344</w:t>
        <w:br/>
        <w:t>f 31861/5088/4344 31878/5101/4358 31864/5085/4344</w:t>
        <w:br/>
        <w:t>f 31880/5103/4359 31865/5090/4347 31866/5089/4346</w:t>
        <w:br/>
        <w:t>f 31879/5104/4360 31880/5103/4359 31866/5089/4346</w:t>
        <w:br/>
        <w:t>f 31880/5103/4359 31881/5105/4361 31869/5091/4348</w:t>
        <w:br/>
        <w:t>f 31865/5090/4347 31880/5103/4359 31869/5091/4348</w:t>
        <w:br/>
        <w:t>f 31881/5105/4361 31882/5106/4362 31871/5094/4351</w:t>
        <w:br/>
        <w:t>f 31869/5091/4348 31881/5105/4361 31871/5094/4351</w:t>
        <w:br/>
        <w:t>f 31689/4913/4199 31873/5096/4353 31870/5095/4352</w:t>
        <w:br/>
        <w:t>f 31677/4900/4187 31689/4913/4199 31870/5095/4352</w:t>
        <w:br/>
        <w:t>f 31883/5107/4363 31873/5096/4353 31689/4913/4199</w:t>
        <w:br/>
        <w:t>f 31690/4915/4201 31883/5107/4363 31689/4913/4199</w:t>
        <w:br/>
        <w:t>f 31883/5107/4363 31876/5100/4357 31872/5097/4354</w:t>
        <w:br/>
        <w:t>f 31873/5096/4353 31883/5107/4363 31872/5097/4354</w:t>
        <w:br/>
        <w:t>f 31883/5107/4363 31885/5108/4364 31884/5109/4365</w:t>
        <w:br/>
        <w:t>f 31876/5100/4357 31883/5107/4363 31884/5109/4365</w:t>
        <w:br/>
        <w:t>f 31690/4915/4201 31694/4918/4204 31885/5108/4364</w:t>
        <w:br/>
        <w:t>f 31883/5107/4363 31690/4915/4201 31885/5108/4364</w:t>
        <w:br/>
        <w:t>f 31886/5110/4366 31875/5099/4356 31876/5100/4357</w:t>
        <w:br/>
        <w:t>f 31884/5109/4365 31886/5110/4366 31876/5100/4357</w:t>
        <w:br/>
        <w:t>f 31888/5111/4367 31887/5112/4367 31877/5102/4358</w:t>
        <w:br/>
        <w:t>f 31878/5101/4358 31888/5111/4367 31877/5102/4358</w:t>
        <w:br/>
        <w:t>f 31890/5113/4368 31889/5114/4368 31887/5112/4367</w:t>
        <w:br/>
        <w:t>f 31888/5111/4367 31890/5113/4368 31887/5112/4367</w:t>
        <w:br/>
        <w:t>f 31884/5109/4365 31892/5115/4369 31891/5116/4370</w:t>
        <w:br/>
        <w:t>f 31886/5110/4366 31884/5109/4365 31891/5116/4370</w:t>
        <w:br/>
        <w:t>f 31694/4918/4204 31702/4927/4211 31893/5117/4371</w:t>
        <w:br/>
        <w:t>f 31885/5108/4364 31694/4918/4204 31893/5117/4371</w:t>
        <w:br/>
        <w:t>f 31892/5115/4369 31884/5109/4365 31885/5108/4364</w:t>
        <w:br/>
        <w:t>f 31893/5117/4371 31892/5115/4369 31885/5108/4364</w:t>
        <w:br/>
        <w:t>f 31892/5115/4369 31895/5118/4372 31894/5119/4373</w:t>
        <w:br/>
        <w:t>f 31891/5116/4370 31892/5115/4369 31894/5119/4373</w:t>
        <w:br/>
        <w:t>f 31889/5114/4368 31890/5113/4368 31897/5120/4374</w:t>
        <w:br/>
        <w:t>f 31896/5121/4375 31889/5114/4368 31897/5120/4374</w:t>
        <w:br/>
        <w:t>f 31895/5118/4372 31892/5115/4369 31893/5117/4371</w:t>
        <w:br/>
        <w:t>f 31898/5122/4376 31895/5118/4372 31893/5117/4371</w:t>
        <w:br/>
        <w:t>f 31702/4927/4211 31709/4933/4217 31898/5122/4376</w:t>
        <w:br/>
        <w:t>f 31893/5117/4371 31702/4927/4211 31898/5122/4376</w:t>
        <w:br/>
        <w:t>f 31709/4933/4217 31710/4935/4219 31899/5123/4377</w:t>
        <w:br/>
        <w:t>f 31898/5122/4376 31709/4933/4217 31899/5123/4377</w:t>
        <w:br/>
        <w:t>f 31897/5120/4374 31900/5124/4378 31896/5121/4375</w:t>
        <w:br/>
        <w:t>f 31902/5125/4379 31894/5119/4373 31895/5118/4372</w:t>
        <w:br/>
        <w:t>f 31901/5126/4380 31902/5125/4379 31895/5118/4372</w:t>
        <w:br/>
        <w:t>f 31901/5126/4380 31895/5118/4372 31898/5122/4376</w:t>
        <w:br/>
        <w:t>f 31899/5123/4377 31901/5126/4380 31898/5122/4376</w:t>
        <w:br/>
        <w:t>f 31899/5123/4377 31904/5127/4381 31903/5128/4382</w:t>
        <w:br/>
        <w:t>f 31901/5126/4380 31899/5123/4377 31903/5128/4382</w:t>
        <w:br/>
        <w:t>f 31710/4935/4219 31717/4941/4225 31904/5127/4381</w:t>
        <w:br/>
        <w:t>f 31899/5123/4377 31710/4935/4219 31904/5127/4381</w:t>
        <w:br/>
        <w:t>f 31901/5126/4380 31903/5128/4382 31905/5129/4383</w:t>
        <w:br/>
        <w:t>f 31902/5125/4379 31901/5126/4380 31905/5129/4383</w:t>
        <w:br/>
        <w:t>f 31900/5124/4378 31907/5130/4384 31906/5131/4385</w:t>
        <w:br/>
        <w:t>f 31909/5132/4386 31908/5133/4387 31905/5129/4383</w:t>
        <w:br/>
        <w:t>f 31903/5128/4382 31909/5132/4386 31905/5129/4383</w:t>
        <w:br/>
        <w:t>f 31909/5132/4386 31903/5128/4382 31904/5127/4381</w:t>
        <w:br/>
        <w:t>f 31911/5134/4388 31910/5135/4389 31908/5133/4390</w:t>
        <w:br/>
        <w:t>f 31904/5127/4381 31912/5136/4391 31910/5135/4392</w:t>
        <w:br/>
        <w:t>f 31909/5132/4386 31904/5127/4381 31910/5135/4392</w:t>
        <w:br/>
        <w:t>f 31717/4941/4225 31726/4950/4236 31912/5136/4391</w:t>
        <w:br/>
        <w:t>f 31904/5127/4381 31717/4941/4225 31912/5136/4391</w:t>
        <w:br/>
        <w:t>f 31910/5135/4389 31914/5137/4393 31913/5138/4394</w:t>
        <w:br/>
        <w:t>f 31916/5139/4395 31915/5140/4396 31730/4955/4242</w:t>
        <w:br/>
        <w:t>f 31731/4954/4241 31916/5139/4395 31730/4955/4242</w:t>
        <w:br/>
        <w:t>f 31920/5141/4397 31919/5142/4398 31918/5143/4399</w:t>
        <w:br/>
        <w:t>f 31917/5144/4400 31920/5141/4397 31918/5143/4399</w:t>
        <w:br/>
        <w:t>f 31924/5145/4401 31923/5146/4402 31922/5147/4403</w:t>
        <w:br/>
        <w:t>f 31921/5148/4404 31924/5145/4401 31922/5147/4403</w:t>
        <w:br/>
        <w:t>f 31923/5146/4402 31924/5145/4401 31926/5149/4405</w:t>
        <w:br/>
        <w:t>f 31925/5150/4406 31923/5146/4402 31926/5149/4405</w:t>
        <w:br/>
        <w:t>f 31925/5150/4406 31926/5149/4405 31928/5151/4407</w:t>
        <w:br/>
        <w:t>f 31927/5152/4408 31925/5150/4406 31928/5151/4407</w:t>
        <w:br/>
        <w:t>f 31928/5151/4407 31915/5140/4396 31929/5153/4409</w:t>
        <w:br/>
        <w:t>f 31927/5152/4408 31928/5151/4407 31929/5153/4409</w:t>
        <w:br/>
        <w:t>f 31930/5154/4410 31929/5153/4409 31915/5140/4396</w:t>
        <w:br/>
        <w:t>f 31930/5154/4410 31915/5140/4396 31916/5139/4395</w:t>
        <w:br/>
        <w:t>f 31931/5155/4411 31930/5154/4410 31916/5139/4395</w:t>
        <w:br/>
        <w:t>f 31916/5139/4395 31932/5156/4412 31931/5155/4411</w:t>
        <w:br/>
        <w:t>f 31935/5157/4413 31934/5158/4414 31933/5159/4415</w:t>
        <w:br/>
        <w:t>f 31751/4974/4261 31935/5157/4413 31933/5159/4415</w:t>
        <w:br/>
        <w:t>f 31753/4977/4264 31917/5144/4400 31935/5157/4413</w:t>
        <w:br/>
        <w:t>f 31751/4974/4261 31753/4977/4264 31935/5157/4413</w:t>
        <w:br/>
        <w:t>f 31754/4978/4265 31730/4955/4242 31915/5140/4396</w:t>
        <w:br/>
        <w:t>f 31928/5151/4407 31754/4978/4265 31915/5140/4396</w:t>
        <w:br/>
        <w:t>f 31756/4979/4266 31926/5149/4405 31924/5145/4401</w:t>
        <w:br/>
        <w:t>f 31755/4980/4267 31756/4979/4266 31924/5145/4401</w:t>
        <w:br/>
        <w:t>f 31917/5144/4400 31918/5143/4399 31936/5160/4416</w:t>
        <w:br/>
        <w:t>f 31935/5157/4413 31917/5144/4400 31936/5160/4416</w:t>
        <w:br/>
        <w:t>f 31919/5142/4398 31920/5141/4397 31921/5148/4404</w:t>
        <w:br/>
        <w:t>f 31922/5147/4403 31919/5142/4398 31921/5148/4404</w:t>
        <w:br/>
        <w:t>f 31934/5158/4414 31935/5157/4413 31936/5160/4416</w:t>
        <w:br/>
        <w:t>f 31907/5130/4384 31908/5133/4387 31906/5131/4385</w:t>
        <w:br/>
        <w:t>f 31900/5124/4378 31906/5131/4385 31896/5121/4375</w:t>
        <w:br/>
        <w:t>f 31882/5106/4362 31758/4982/4270 31676/4901/4188</w:t>
        <w:br/>
        <w:t>f 31871/5094/4351 31882/5106/4362 31676/4901/4188</w:t>
        <w:br/>
        <w:t>f 31760/4983/4271 31759/4984/4273 31913/5138/4394</w:t>
        <w:br/>
        <w:t>f 31912/5136/4391 31760/4983/4271 31913/5138/4394</w:t>
        <w:br/>
        <w:t>f 31731/4954/4241 31761/4985/4274 31932/5156/4412</w:t>
        <w:br/>
        <w:t>f 31916/5139/4395 31731/4954/4241 31932/5156/4412</w:t>
        <w:br/>
        <w:t>f 31756/4979/4266 31754/4978/4265 31928/5151/4407</w:t>
        <w:br/>
        <w:t>f 31926/5149/4405 31756/4979/4266 31928/5151/4407</w:t>
        <w:br/>
        <w:t>f 31921/5148/4404 31762/4986/4275 31755/4980/4267</w:t>
        <w:br/>
        <w:t>f 31924/5145/4401 31921/5148/4404 31755/4980/4267</w:t>
        <w:br/>
        <w:t>f 31920/5141/4397 31763/4987/4276 31762/4986/4275</w:t>
        <w:br/>
        <w:t>f 31921/5148/4404 31920/5141/4397 31762/4986/4275</w:t>
        <w:br/>
        <w:t>f 31917/5144/4400 31753/4977/4264 31763/4987/4276</w:t>
        <w:br/>
        <w:t>f 31920/5141/4397 31917/5144/4400 31763/4987/4276</w:t>
        <w:br/>
        <w:t>f 31751/4974/4261 31933/5159/4415 31764/4988/4277</w:t>
        <w:br/>
        <w:t>f 31940/5161/4417 31939/5162/4418 31938/5163/4419</w:t>
        <w:br/>
        <w:t>f 31937/5164/4420 31940/5161/4417 31938/5163/4419</w:t>
        <w:br/>
        <w:t>f 31942/5165/4421 31941/5166/4421 31939/5162/4418</w:t>
        <w:br/>
        <w:t>f 31940/5161/4417 31942/5165/4421 31939/5162/4418</w:t>
        <w:br/>
        <w:t>f 31944/5167/4283 31943/5168/4283 31941/5166/4421</w:t>
        <w:br/>
        <w:t>f 31942/5165/4421 31944/5167/4283 31941/5166/4421</w:t>
        <w:br/>
        <w:t>f 31948/5169/4422 31947/5170/4423 31946/5171/4424</w:t>
        <w:br/>
        <w:t>f 31945/5172/4422 31948/5169/4422 31946/5171/4424</w:t>
        <w:br/>
        <w:t>f 31947/5170/4423 31950/5173/4425 31949/5174/4426</w:t>
        <w:br/>
        <w:t>f 31946/5171/4424 31947/5170/4423 31949/5174/4426</w:t>
        <w:br/>
        <w:t>f 31952/5175/4427 31948/5169/4422 31945/5172/4422</w:t>
        <w:br/>
        <w:t>f 31951/5176/4427 31952/5175/4427 31945/5172/4422</w:t>
        <w:br/>
        <w:t>f 31937/5164/4420 31938/5163/4419 31954/5177/4428</w:t>
        <w:br/>
        <w:t>f 31953/5178/4429 31937/5164/4420 31954/5177/4428</w:t>
        <w:br/>
        <w:t>f 31956/5179/4430 31952/5175/4427 31951/5176/4427</w:t>
        <w:br/>
        <w:t>f 31955/5180/4430 31956/5179/4430 31951/5176/4427</w:t>
        <w:br/>
        <w:t>f 31958/5181/4431 31957/5182/4431 31953/5178/4429</w:t>
        <w:br/>
        <w:t>f 31954/5177/4428 31958/5181/4431 31953/5178/4429</w:t>
        <w:br/>
        <w:t>f 31957/5182/4431 31958/5181/4431 31960/5183/4432</w:t>
        <w:br/>
        <w:t>f 31959/5184/4432 31957/5182/4431 31960/5183/4432</w:t>
        <w:br/>
        <w:t>f 31959/5184/4432 31960/5183/4432 31962/5185/4433</w:t>
        <w:br/>
        <w:t>f 31961/5186/4433 31959/5184/4432 31962/5185/4433</w:t>
        <w:br/>
        <w:t>f 31955/5180/4430 31964/5187/4434 31963/5188/4434</w:t>
        <w:br/>
        <w:t>f 31956/5179/4430 31955/5180/4430 31963/5188/4434</w:t>
        <w:br/>
        <w:t>f 31966/5189/4435 31963/5188/4434 31964/5187/4434</w:t>
        <w:br/>
        <w:t>f 31965/5190/4435 31966/5189/4435 31964/5187/4434</w:t>
        <w:br/>
        <w:t>f 31970/5191/4436 31969/5192/4437 31968/5193/4437</w:t>
        <w:br/>
        <w:t>f 31967/5194/4436 31970/5191/4436 31968/5193/4437</w:t>
        <w:br/>
        <w:t>f 31972/5195/4438 31968/5193/4437 31969/5192/4437</w:t>
        <w:br/>
        <w:t>f 31971/5196/4438 31972/5195/4438 31969/5192/4437</w:t>
        <w:br/>
        <w:t>f 31967/5194/4436 31974/5197/4439 31973/5198/4439</w:t>
        <w:br/>
        <w:t>f 31970/5191/4436 31967/5194/4436 31973/5198/4439</w:t>
        <w:br/>
        <w:t>f 31976/5199/4440 31972/5195/4438 31971/5196/4438</w:t>
        <w:br/>
        <w:t>f 31975/5200/4440 31976/5199/4440 31971/5196/4438</w:t>
        <w:br/>
        <w:t>f 31974/5197/4439 31978/5201/4441 31977/5202/4442</w:t>
        <w:br/>
        <w:t>f 31973/5198/4439 31974/5197/4439 31977/5202/4442</w:t>
        <w:br/>
        <w:t>f 31978/5201/4441 31980/5203/4443 31979/5204/4443</w:t>
        <w:br/>
        <w:t>f 31977/5202/4442 31978/5201/4441 31979/5204/4443</w:t>
        <w:br/>
        <w:t>f 31950/5173/4425 31982/5205/4444 31981/5206/4445</w:t>
        <w:br/>
        <w:t>f 31949/5174/4426 31950/5173/4425 31981/5206/4445</w:t>
        <w:br/>
        <w:t>f 31980/5203/4443 31984/5207/4310 31983/5208/4310</w:t>
        <w:br/>
        <w:t>f 31979/5204/4443 31980/5203/4443 31983/5208/4310</w:t>
        <w:br/>
        <w:t>f 32965/5209/4446 32964/5210/4447 32963/5211/4448</w:t>
        <w:br/>
        <w:t>f 32962/5212/4449 32965/5209/4446 32963/5211/4448</w:t>
        <w:br/>
        <w:t>f 32967/5213/4450 32963/5211/4448 32964/5210/4447</w:t>
        <w:br/>
        <w:t>f 32966/5214/4451 32967/5213/4450 32964/5210/4447</w:t>
        <w:br/>
        <w:t>f 32971/5215/4452 32970/5216/4453 32969/5217/4454</w:t>
        <w:br/>
        <w:t>f 32968/5218/4455 32971/5215/4452 32969/5217/4454</w:t>
        <w:br/>
        <w:t>f 32975/5219/4456 32974/5220/4457 32973/5221/4458</w:t>
        <w:br/>
        <w:t>f 32972/5222/4459 32975/5219/4456 32973/5221/4458</w:t>
        <w:br/>
        <w:t>f 32977/5223/4460 32975/5219/4456 32972/5222/4459</w:t>
        <w:br/>
        <w:t>f 32976/5224/4461 32977/5223/4460 32972/5222/4459</w:t>
        <w:br/>
        <w:t>f 32980/5225/4462 32979/5226/4463 32978/5227/4464</w:t>
        <w:br/>
        <w:t>f 32984/5228/4465 32983/5229/4466 32982/5230/4467</w:t>
        <w:br/>
        <w:t>f 32981/5231/4468 32984/5228/4465 32982/5230/4467</w:t>
        <w:br/>
        <w:t>f 32986/5232/4469 32985/5233/4470 32981/5231/4468</w:t>
        <w:br/>
        <w:t>f 32982/5230/4467 32986/5232/4469 32981/5231/4468</w:t>
        <w:br/>
        <w:t>f 32990/5234/4471 32989/5235/4472 32988/5236/4473</w:t>
        <w:br/>
        <w:t>f 32987/5237/4474 32990/5234/4471 32988/5236/4473</w:t>
        <w:br/>
        <w:t>f 32994/5238/4475 32993/5239/4476 32992/5240/4477</w:t>
        <w:br/>
        <w:t>f 32991/5241/4478 32994/5238/4475 32992/5240/4477</w:t>
        <w:br/>
        <w:t>f 32998/5242/4479 32997/5243/4480 32996/5244/4481</w:t>
        <w:br/>
        <w:t>f 32995/5245/4482 32998/5242/4479 32996/5244/4481</w:t>
        <w:br/>
        <w:t>f 33002/5246/4483 33001/5247/4484 33000/5248/4485</w:t>
        <w:br/>
        <w:t>f 32999/5249/4486 33002/5246/4483 33000/5248/4485</w:t>
        <w:br/>
        <w:t>f 33006/5250/4487 33005/5251/4488 33004/5252/4489</w:t>
        <w:br/>
        <w:t>f 33003/5253/4490 33006/5250/4487 33004/5252/4489</w:t>
        <w:br/>
        <w:t>f 33008/5254/4491 33007/5255/4492 32975/5219/4456</w:t>
        <w:br/>
        <w:t>f 33012/5256/4493 33011/5257/4494 33010/5258/4495</w:t>
        <w:br/>
        <w:t>f 33009/5259/4496 33012/5256/4493 33010/5258/4495</w:t>
        <w:br/>
        <w:t>f 32974/5220/4457 32975/5219/4456 33007/5255/4492</w:t>
        <w:br/>
        <w:t>f 33013/5260/4497 32974/5220/4457 33007/5255/4492</w:t>
        <w:br/>
        <w:t>f 33016/5261/4498 33015/5262/4499 33010/5258/4495</w:t>
        <w:br/>
        <w:t>f 33014/5263/4500 33016/5261/4498 33010/5258/4495</w:t>
        <w:br/>
        <w:t>f 33012/5256/4493 33002/5246/4483 32999/5249/4486</w:t>
        <w:br/>
        <w:t>f 33017/5264/4501 33012/5256/4493 32999/5249/4486</w:t>
        <w:br/>
        <w:t>f 33020/5265/4502 33019/5266/4503 33018/5267/4504</w:t>
        <w:br/>
        <w:t>f 33017/5264/4501 33020/5265/4502 33018/5267/4504</w:t>
        <w:br/>
        <w:t>f 33022/5268/4505 33017/5264/4501 33018/5267/4504</w:t>
        <w:br/>
        <w:t>f 33021/5269/4506 33022/5268/4505 33018/5267/4504</w:t>
        <w:br/>
        <w:t>f 33025/5270/4507 33024/5271/4508 33021/5269/4506</w:t>
        <w:br/>
        <w:t>f 33023/5272/4509 33025/5270/4507 33021/5269/4506</w:t>
        <w:br/>
        <w:t>f 33029/5273/4510 33028/5274/4511 33027/5275/4512</w:t>
        <w:br/>
        <w:t>f 33026/5276/4513 33029/5273/4510 33027/5275/4512</w:t>
        <w:br/>
        <w:t>f 33033/5277/4514 33032/5278/4515 33031/5279/4516</w:t>
        <w:br/>
        <w:t>f 33030/5280/4517 33033/5277/4514 33031/5279/4516</w:t>
        <w:br/>
        <w:t>f 33028/5274/4511 33035/5281/4518 33034/5282/4519</w:t>
        <w:br/>
        <w:t>f 33027/5275/4512 33028/5274/4511 33034/5282/4519</w:t>
        <w:br/>
        <w:t>f 33037/5283/4520 33031/5279/4516 33032/5278/4515</w:t>
        <w:br/>
        <w:t>f 33036/5284/4521 33037/5283/4520 33032/5278/4515</w:t>
        <w:br/>
        <w:t>f 33041/5285/4522 33040/5286/4523 33039/5287/4524</w:t>
        <w:br/>
        <w:t>f 33038/5288/4525 33041/5285/4522 33039/5287/4524</w:t>
        <w:br/>
        <w:t>f 33045/5289/4526 33044/5290/4527 33043/5291/4528</w:t>
        <w:br/>
        <w:t>f 33042/5292/4529 33045/5289/4526 33043/5291/4528</w:t>
        <w:br/>
        <w:t>f 33049/5293/4530 33048/5294/4531 33047/5295/4532</w:t>
        <w:br/>
        <w:t>f 33046/5296/4533 33049/5293/4530 33047/5295/4532</w:t>
        <w:br/>
        <w:t>f 33053/5297/4534 33052/5298/4535 33051/5299/4536</w:t>
        <w:br/>
        <w:t>f 33050/5300/4537 33053/5297/4534 33051/5299/4536</w:t>
        <w:br/>
        <w:t>f 33055/5301/4538 33054/5302/4539 33046/5296/4533</w:t>
        <w:br/>
        <w:t>f 33047/5295/4532 33055/5301/4538 33046/5296/4533</w:t>
        <w:br/>
        <w:t>f 33057/5303/4540 33056/5304/4541 33043/5291/4528</w:t>
        <w:br/>
        <w:t>f 33044/5290/4527 33057/5303/4540 33043/5291/4528</w:t>
        <w:br/>
        <w:t>f 33061/5305/4542 33060/5306/4543 33059/5307/4544</w:t>
        <w:br/>
        <w:t>f 33058/5308/4545 33061/5305/4542 33059/5307/4544</w:t>
        <w:br/>
        <w:t>f 33065/5309/4546 33064/5310/4547 33063/5311/4548</w:t>
        <w:br/>
        <w:t>f 33062/5312/4549 33065/5309/4546 33063/5311/4548</w:t>
        <w:br/>
        <w:t>f 33068/5313/4550 33067/5314/4551 33025/5270/4507</w:t>
        <w:br/>
        <w:t>f 33066/5315/4552 33068/5313/4550 33025/5270/4507</w:t>
        <w:br/>
        <w:t>f 33051/5299/4536 33070/5316/4553 33069/5317/4554</w:t>
        <w:br/>
        <w:t>f 33050/5300/4537 33051/5299/4536 33069/5317/4554</w:t>
        <w:br/>
        <w:t>f 33073/5318/4555 33072/5319/4556 32987/5237/4474</w:t>
        <w:br/>
        <w:t>f 33071/5320/4557 33073/5318/4555 32987/5237/4474</w:t>
        <w:br/>
        <w:t>f 33077/5321/4558 33076/5322/4559 33075/5323/4560</w:t>
        <w:br/>
        <w:t>f 33074/5324/4561 33077/5321/4558 33075/5323/4560</w:t>
        <w:br/>
        <w:t>f 33081/5325/4562 33080/5326/4563 33079/5327/4564</w:t>
        <w:br/>
        <w:t>f 33078/5328/4565 33081/5325/4562 33079/5327/4564</w:t>
        <w:br/>
        <w:t>f 33041/5285/4522 33038/5288/4525 33083/5329/4566</w:t>
        <w:br/>
        <w:t>f 33082/5330/4567 33041/5285/4522 33083/5329/4566</w:t>
        <w:br/>
        <w:t>f 33087/5331/4568 33086/5332/4569 33085/5333/4570</w:t>
        <w:br/>
        <w:t>f 33084/5334/4571 33087/5331/4568 33085/5333/4570</w:t>
        <w:br/>
        <w:t>f 33091/5335/4572 33090/5336/4573 33089/5337/4574</w:t>
        <w:br/>
        <w:t>f 33088/5338/4575 33091/5335/4572 33089/5337/4574</w:t>
        <w:br/>
        <w:t>f 33091/5335/4572 33094/5339/4576 33093/5340/4577</w:t>
        <w:br/>
        <w:t>f 33092/5341/4578 33091/5335/4572 33093/5340/4577</w:t>
        <w:br/>
        <w:t>f 33096/5342/4579 33085/5333/4570 33086/5332/4569</w:t>
        <w:br/>
        <w:t>f 33095/5343/4580 33096/5342/4579 33086/5332/4569</w:t>
        <w:br/>
        <w:t>f 33098/5344/4581 33089/5337/4574 33090/5336/4573</w:t>
        <w:br/>
        <w:t>f 33097/5345/4582 33098/5344/4581 33090/5336/4573</w:t>
        <w:br/>
        <w:t>f 33102/5346/4583 33101/5347/4584 33100/5348/4585</w:t>
        <w:br/>
        <w:t>f 33099/5349/4586 33102/5346/4583 33100/5348/4585</w:t>
        <w:br/>
        <w:t>f 33106/5350/4587 33105/5351/4588 33104/5352/4589</w:t>
        <w:br/>
        <w:t>f 33103/5353/4590 33106/5350/4587 33104/5352/4589</w:t>
        <w:br/>
        <w:t>f 33110/5354/4591 33109/5355/4592 33108/5356/4593</w:t>
        <w:br/>
        <w:t>f 33107/5357/4594 33110/5354/4591 33108/5356/4593</w:t>
        <w:br/>
        <w:t>f 33114/5358/4595 33113/5359/4596 33112/5360/4597</w:t>
        <w:br/>
        <w:t>f 33111/5361/4598 33114/5358/4595 33112/5360/4597</w:t>
        <w:br/>
        <w:t>f 33118/5362/4599 33117/5363/4600 33116/5364/4601</w:t>
        <w:br/>
        <w:t>f 33115/5365/4602 33118/5362/4599 33116/5364/4601</w:t>
        <w:br/>
        <w:t>f 33122/5366/4603 33121/5367/4604 33120/5368/4605</w:t>
        <w:br/>
        <w:t>f 33119/5369/4606 33122/5366/4603 33120/5368/4605</w:t>
        <w:br/>
        <w:t>f 33125/5370/4607 33124/5371/4608 33123/5372/4609</w:t>
        <w:br/>
        <w:t>f 33127/5373/4610 33126/5374/4611 33113/5359/4596</w:t>
        <w:br/>
        <w:t>f 33114/5358/4595 33127/5373/4610 33113/5359/4596</w:t>
        <w:br/>
        <w:t>f 33131/5375/4612 33130/5376/4613 33129/5377/4614</w:t>
        <w:br/>
        <w:t>f 33128/5378/4615 33131/5375/4612 33129/5377/4614</w:t>
        <w:br/>
        <w:t>f 33135/5379/4616 33134/5380/4617 33133/5381/4618</w:t>
        <w:br/>
        <w:t>f 33132/5382/4619 33135/5379/4616 33133/5381/4618</w:t>
        <w:br/>
        <w:t>f 33139/5383/4620 33138/5384/4621 33137/5385/4622</w:t>
        <w:br/>
        <w:t>f 33136/5386/4623 33139/5383/4620 33137/5385/4622</w:t>
        <w:br/>
        <w:t>f 33138/5384/4621 33139/5383/4620 33141/5387/4624</w:t>
        <w:br/>
        <w:t>f 33140/5388/4625 33138/5384/4621 33141/5387/4624</w:t>
        <w:br/>
        <w:t>f 33123/5372/4609 33143/5389/4626 33142/5390/4627</w:t>
        <w:br/>
        <w:t>f 33125/5370/4607 33123/5372/4609 33142/5390/4627</w:t>
        <w:br/>
        <w:t>f 33147/5391/4628 33146/5392/4629 33145/5393/4630</w:t>
        <w:br/>
        <w:t>f 33144/5394/4631 33147/5391/4628 33145/5393/4630</w:t>
        <w:br/>
        <w:t>f 33150/5395/4632 33149/5396/4633 33148/5397/4634</w:t>
        <w:br/>
        <w:t>f 33003/5253/4490 33152/5398/4635 33151/5399/4636</w:t>
        <w:br/>
        <w:t>f 33006/5250/4487 33003/5253/4490 33151/5399/4636</w:t>
        <w:br/>
        <w:t>f 32992/5240/4477 32990/5234/4471 33154/5400/4637</w:t>
        <w:br/>
        <w:t>f 33153/5401/4638 32992/5240/4477 33154/5400/4637</w:t>
        <w:br/>
        <w:t>f 33157/5402/4639 33156/5403/4640 33155/5404/4641</w:t>
        <w:br/>
        <w:t>f 33161/5405/4642 33160/5406/4643 33159/5407/4643</w:t>
        <w:br/>
        <w:t>f 33158/5408/4644 33161/5405/4642 33159/5407/4643</w:t>
        <w:br/>
        <w:t>f 33161/5405/4642 33158/5408/4644 33162/5409/4645</w:t>
        <w:br/>
        <w:t>f 33162/5409/4645 33164/5410/4646 33163/5411/4647</w:t>
        <w:br/>
        <w:t>f 33164/5410/4646 33158/5408/4644 33156/5403/4640</w:t>
        <w:br/>
        <w:t>f 33165/5412/4648 33164/5410/4646 33156/5403/4640</w:t>
        <w:br/>
        <w:t>f 33165/5412/4648 33163/5411/4647 33164/5410/4646</w:t>
        <w:br/>
        <w:t>f 33165/5412/4648 33167/5413/4649 33166/5414/4650</w:t>
        <w:br/>
        <w:t>f 33163/5411/4647 33165/5412/4648 33166/5414/4650</w:t>
        <w:br/>
        <w:t>f 33169/5415/4651 33165/5412/4648 33168/5416/4652</w:t>
        <w:br/>
        <w:t>f 33156/5403/4640 33171/5417/4653 33170/5418/4654</w:t>
        <w:br/>
        <w:t>f 33171/5417/4653 33172/5419/4655 33170/5418/4654</w:t>
        <w:br/>
        <w:t>f 33169/5415/4651 33168/5416/4652 33173/5420/4656</w:t>
        <w:br/>
        <w:t>f 33176/5421/4657 33175/5422/4658 33174/5423/4659</w:t>
        <w:br/>
        <w:t>f 33176/5421/4657 33166/5414/4650 33167/5413/4649</w:t>
        <w:br/>
        <w:t>f 33175/5422/4658 33176/5421/4657 33167/5413/4649</w:t>
        <w:br/>
        <w:t>f 33179/5424/4650 33178/5425/4660 33177/5426/4661</w:t>
        <w:br/>
        <w:t>f 33181/5427/4662 33180/5428/4663 33171/5417/4653</w:t>
        <w:br/>
        <w:t>f 33181/5427/4662 33182/5429/4664 33180/5428/4663</w:t>
        <w:br/>
        <w:t>f 33186/5430/4665 33185/5431/4665 33184/5432/4666</w:t>
        <w:br/>
        <w:t>f 33183/5433/4666 33186/5430/4665 33184/5432/4666</w:t>
        <w:br/>
        <w:t>f 33188/5434/4667 33187/5435/4667 33183/5433/4666</w:t>
        <w:br/>
        <w:t>f 33184/5432/4666 33188/5434/4667 33183/5433/4666</w:t>
        <w:br/>
        <w:t>f 33190/5436/4668 33189/5437/4669 33187/5435/4667</w:t>
        <w:br/>
        <w:t>f 33188/5434/4667 33190/5436/4668 33187/5435/4667</w:t>
        <w:br/>
        <w:t>f 33192/5438/4670 33191/5439/4671 33189/5437/4669</w:t>
        <w:br/>
        <w:t>f 33190/5436/4668 33192/5438/4670 33189/5437/4669</w:t>
        <w:br/>
        <w:t>f 33194/5440/4672 33180/5428/4663 33193/5441/4673</w:t>
        <w:br/>
        <w:t>f 33148/5397/4634 33149/5396/4633 33191/5439/4671</w:t>
        <w:br/>
        <w:t>f 33192/5438/4670 33148/5397/4634 33191/5439/4671</w:t>
        <w:br/>
        <w:t>f 33198/5442/4674 33197/5443/4675 33196/5444/4676</w:t>
        <w:br/>
        <w:t>f 33195/5445/4677 33198/5442/4674 33196/5444/4676</w:t>
        <w:br/>
        <w:t>f 33198/5442/4674 33201/5446/4678 33200/5447/4679</w:t>
        <w:br/>
        <w:t>f 33199/5448/4680 33198/5442/4674 33200/5447/4679</w:t>
        <w:br/>
        <w:t>f 33199/5448/4680 33200/5447/4679 33203/5449/4681</w:t>
        <w:br/>
        <w:t>f 33202/5450/4682 33199/5448/4680 33203/5449/4681</w:t>
        <w:br/>
        <w:t>f 32980/5225/4683 33197/5443/4675 33198/5442/4674</w:t>
        <w:br/>
        <w:t>f 33199/5448/4680 33202/5450/4682 32980/5225/4683</w:t>
        <w:br/>
        <w:t>f 33202/5450/4682 33179/5424/4650 32980/5225/4683</w:t>
        <w:br/>
        <w:t>f 33202/5450/4682 33203/5449/4681 33179/5424/4650</w:t>
        <w:br/>
        <w:t>f 33197/5443/4675 33205/5451/4684 33204/5452/4685</w:t>
        <w:br/>
        <w:t>f 33208/5453/4686 33207/5454/4687 33206/5455/4688</w:t>
        <w:br/>
        <w:t>f 33208/5453/4686 33197/5443/4675 32980/5225/4683</w:t>
        <w:br/>
        <w:t>f 33210/5456/4689 33209/5457/4690 33207/5454/4687</w:t>
        <w:br/>
        <w:t>f 33213/5458/4691 33212/5459/4692 33211/5460/4691</w:t>
        <w:br/>
        <w:t>f 33103/5353/4590 33104/5352/4589 33128/5378/4615</w:t>
        <w:br/>
        <w:t>f 33129/5377/4614 33103/5353/4590 33128/5378/4615</w:t>
        <w:br/>
        <w:t>f 33217/5461/4693 33216/5462/4694 33215/5463/4695</w:t>
        <w:br/>
        <w:t>f 33214/5464/4696 33217/5461/4693 33215/5463/4695</w:t>
        <w:br/>
        <w:t>f 33156/5403/4640 33181/5427/4662 33171/5417/4653</w:t>
        <w:br/>
        <w:t>f 33219/5465/4697 32978/5227/4464 33218/5466/4698</w:t>
        <w:br/>
        <w:t>f 33197/5443/4675 33206/5455/4688 33205/5451/4684</w:t>
        <w:br/>
        <w:t>f 33220/5467/4699 33205/5451/4684 33206/5455/4688</w:t>
        <w:br/>
        <w:t>f 33222/5468/4668 33209/5457/4690 33221/5469/4700</w:t>
        <w:br/>
        <w:t>f 33199/5448/4680 32980/5225/4683 33198/5442/4674</w:t>
        <w:br/>
        <w:t>f 33178/5425/4660 33223/5470/4701 33177/5426/4661</w:t>
        <w:br/>
        <w:t>f 32980/5225/4683 33179/5424/4650 33177/5426/4661</w:t>
        <w:br/>
        <w:t>f 33224/5471/4702 33173/5420/4656 33168/5416/4652</w:t>
        <w:br/>
        <w:t>f 33182/5429/4664 33181/5427/4662 33225/5472/4703</w:t>
        <w:br/>
        <w:t>f 33158/5408/4644 33155/5404/4641 33156/5403/4640</w:t>
        <w:br/>
        <w:t>f 33182/5429/4664 33193/5441/4673 33180/5428/4663</w:t>
        <w:br/>
        <w:t>f 33226/5473/4704 33180/5428/4663 33149/5396/4633</w:t>
        <w:br/>
        <w:t>f 33230/5474/4705 33229/5475/4706 33228/5476/4707</w:t>
        <w:br/>
        <w:t>f 33227/5477/4708 33230/5474/4705 33228/5476/4707</w:t>
        <w:br/>
        <w:t>f 33232/5478/4709 33016/5261/4498 33014/5263/4500</w:t>
        <w:br/>
        <w:t>f 33231/5479/4710 33232/5478/4709 33014/5263/4500</w:t>
        <w:br/>
        <w:t>f 33235/5480/4711 33001/5247/4484 33234/5481/4712</w:t>
        <w:br/>
        <w:t>f 33233/5482/4713 33235/5480/4711 33234/5481/4712</w:t>
        <w:br/>
        <w:t>f 33237/5483/4714 33236/5484/4715 33072/5319/4556</w:t>
        <w:br/>
        <w:t>f 33073/5318/4555 33237/5483/4714 33072/5319/4556</w:t>
        <w:br/>
        <w:t>f 33023/5272/4509 33021/5269/4506 33018/5267/4504</w:t>
        <w:br/>
        <w:t>f 33238/5485/4716 33023/5272/4509 33018/5267/4504</w:t>
        <w:br/>
        <w:t>f 33022/5268/4505 33011/5257/4494 33012/5256/4493</w:t>
        <w:br/>
        <w:t>f 33017/5264/4501 33022/5268/4505 33012/5256/4493</w:t>
        <w:br/>
        <w:t>f 33239/5486/4717 33000/5248/4485 33001/5247/4484</w:t>
        <w:br/>
        <w:t>f 33235/5480/4711 33239/5486/4717 33001/5247/4484</w:t>
        <w:br/>
        <w:t>f 33241/5487/4718 33240/5488/4719 33000/5248/4485</w:t>
        <w:br/>
        <w:t>f 33239/5486/4717 33241/5487/4718 33000/5248/4485</w:t>
        <w:br/>
        <w:t>f 33038/5288/4525 33039/5287/4524 33243/5489/4720</w:t>
        <w:br/>
        <w:t>f 33242/5490/4721 33038/5288/4525 33243/5489/4720</w:t>
        <w:br/>
        <w:t>f 33246/5491/4722 33238/5485/4716 33245/5492/4723</w:t>
        <w:br/>
        <w:t>f 33244/5493/4724 33246/5491/4722 33245/5492/4723</w:t>
        <w:br/>
        <w:t>f 33248/5494/4725 33241/5487/4718 33239/5486/4717</w:t>
        <w:br/>
        <w:t>f 33247/5495/4726 33248/5494/4725 33239/5486/4717</w:t>
        <w:br/>
        <w:t>f 33227/5477/4708 33228/5476/4707 33024/5271/4508</w:t>
        <w:br/>
        <w:t>f 33249/5496/4727 33227/5477/4708 33024/5271/4508</w:t>
        <w:br/>
        <w:t>f 33228/5476/4707 33022/5268/4505 33021/5269/4506</w:t>
        <w:br/>
        <w:t>f 33024/5271/4508 33228/5476/4707 33021/5269/4506</w:t>
        <w:br/>
        <w:t>f 33250/5497/4728 33023/5272/4509 33238/5485/4716</w:t>
        <w:br/>
        <w:t>f 33246/5491/4722 33250/5497/4728 33238/5485/4716</w:t>
        <w:br/>
        <w:t>f 33244/5493/4724 33252/5498/4729 33251/5499/4730</w:t>
        <w:br/>
        <w:t>f 33035/5281/4518 33028/5274/4511 33252/5498/4729</w:t>
        <w:br/>
        <w:t>f 33253/5500/4731 33035/5281/4518 33252/5498/4729</w:t>
        <w:br/>
        <w:t>f 33255/5501/4732 33254/5502/4733 33032/5278/4515</w:t>
        <w:br/>
        <w:t>f 33033/5277/4514 33255/5501/4732 33032/5278/4515</w:t>
        <w:br/>
        <w:t>f 33257/5503/4734 33248/5494/4725 33247/5495/4726</w:t>
        <w:br/>
        <w:t>f 33256/5504/4735 33257/5503/4734 33247/5495/4726</w:t>
        <w:br/>
        <w:t>f 33019/5266/4503 33245/5492/4723 33238/5485/4716</w:t>
        <w:br/>
        <w:t>f 33018/5267/4504 33019/5266/4503 33238/5485/4716</w:t>
        <w:br/>
        <w:t>f 33246/5491/4722 33251/5499/4730 33063/5311/4548</w:t>
        <w:br/>
        <w:t>f 33250/5497/4728 33246/5491/4722 33063/5311/4548</w:t>
        <w:br/>
        <w:t>f 33029/5273/4510 33026/5276/4513 33258/5505/4736</w:t>
        <w:br/>
        <w:t>f 33062/5312/4549 33029/5273/4510 33258/5505/4736</w:t>
        <w:br/>
        <w:t>f 33060/5306/4543 33061/5305/4542 33056/5304/4541</w:t>
        <w:br/>
        <w:t>f 33057/5303/4540 33060/5306/4543 33056/5304/4541</w:t>
        <w:br/>
        <w:t>f 33216/5462/4694 33217/5461/4693 33054/5302/4539</w:t>
        <w:br/>
        <w:t>f 33055/5301/4538 33216/5462/4694 33054/5302/4539</w:t>
        <w:br/>
        <w:t>f 33261/5506/4737 33215/5463/4695 33260/5507/4738</w:t>
        <w:br/>
        <w:t>f 33259/5508/4739 33261/5506/4737 33260/5507/4738</w:t>
        <w:br/>
        <w:t>f 32988/5236/4473 33262/5509/4740 33071/5320/4557</w:t>
        <w:br/>
        <w:t>f 32987/5237/4474 32988/5236/4473 33071/5320/4557</w:t>
        <w:br/>
        <w:t>f 33264/5510/4741 33263/5511/4742 32966/5214/4451</w:t>
        <w:br/>
        <w:t>f 32964/5210/4447 33264/5510/4741 32966/5214/4451</w:t>
        <w:br/>
        <w:t>f 33266/5512/4743 32965/5209/4446 32962/5212/4449</w:t>
        <w:br/>
        <w:t>f 33265/5513/4744 33266/5512/4743 32962/5212/4449</w:t>
        <w:br/>
        <w:t>f 33267/5514/4745 33152/5398/4635 33263/5511/4742</w:t>
        <w:br/>
        <w:t>f 33264/5510/4741 33267/5514/4745 33263/5511/4742</w:t>
        <w:br/>
        <w:t>f 33268/5515/4746 33151/5399/4636 33152/5398/4635</w:t>
        <w:br/>
        <w:t>f 33267/5514/4745 33268/5515/4746 33152/5398/4635</w:t>
        <w:br/>
        <w:t>f 33272/5516/4747 33271/5517/4748 33270/5518/4749</w:t>
        <w:br/>
        <w:t>f 33269/5519/4750 33272/5516/4747 33270/5518/4749</w:t>
        <w:br/>
        <w:t>f 32966/5214/4451 32969/5217/4454 32970/5216/4453</w:t>
        <w:br/>
        <w:t>f 32967/5213/4450 32966/5214/4451 32970/5216/4453</w:t>
        <w:br/>
        <w:t>f 33276/5520/4751 33275/5521/4752 33274/5522/4753</w:t>
        <w:br/>
        <w:t>f 33273/5523/4754 33276/5520/4751 33274/5522/4753</w:t>
        <w:br/>
        <w:t>f 33280/5524/4755 33279/5525/4756 33278/5526/4757</w:t>
        <w:br/>
        <w:t>f 33277/5527/4758 33280/5524/4755 33278/5526/4757</w:t>
        <w:br/>
        <w:t>f 32983/5229/4466 32984/5228/4465 33282/5528/4759</w:t>
        <w:br/>
        <w:t>f 33281/5529/4760 32983/5229/4466 33282/5528/4759</w:t>
        <w:br/>
        <w:t>f 33284/5530/4761 33283/5531/4762 33275/5521/4752</w:t>
        <w:br/>
        <w:t>f 33276/5520/4751 33284/5530/4761 33275/5521/4752</w:t>
        <w:br/>
        <w:t>f 32993/5239/4476 32989/5235/4472 32990/5234/4471</w:t>
        <w:br/>
        <w:t>f 32992/5240/4477 32993/5239/4476 32990/5234/4471</w:t>
        <w:br/>
        <w:t>f 33077/5321/4558 33286/5532/4763 33285/5533/4764</w:t>
        <w:br/>
        <w:t>f 33076/5322/4559 33077/5321/4558 33285/5533/4764</w:t>
        <w:br/>
        <w:t>f 33275/5521/4752 33145/5393/4630 33274/5522/4753</w:t>
        <w:br/>
        <w:t>f 33142/5390/4627 33146/5392/4629 33287/5534/4765</w:t>
        <w:br/>
        <w:t>f 33125/5370/4607 33142/5390/4627 33287/5534/4765</w:t>
        <w:br/>
        <w:t>f 33291/5535/4766 33290/5536/4767 33289/5537/4768</w:t>
        <w:br/>
        <w:t>f 33288/5538/4769 33291/5535/4766 33289/5537/4768</w:t>
        <w:br/>
        <w:t>f 33294/5539/4770 33293/5540/4771 33292/5541/4772</w:t>
        <w:br/>
        <w:t>f 33295/5542/4773 33294/5539/4770 33292/5541/4772</w:t>
        <w:br/>
        <w:t>f 33297/5543/4774 33294/5539/4770 33295/5542/4773</w:t>
        <w:br/>
        <w:t>f 33296/5544/4775 33297/5543/4774 33295/5542/4773</w:t>
        <w:br/>
        <w:t>f 33251/5499/4730 33246/5491/4722 33244/5493/4724</w:t>
        <w:br/>
        <w:t>f 33041/5285/4522 33036/5284/4521 33298/5545/4776</w:t>
        <w:br/>
        <w:t>f 33040/5286/4523 33041/5285/4522 33298/5545/4776</w:t>
        <w:br/>
        <w:t>f 33300/5546/4777 33093/5340/4577 33299/5547/4778</w:t>
        <w:br/>
        <w:t>f 33302/5548/4779 33301/5549/4780 33279/5525/4756</w:t>
        <w:br/>
        <w:t>f 33280/5524/4755 33302/5548/4779 33279/5525/4756</w:t>
        <w:br/>
        <w:t>f 33305/5550/4781 33304/5551/4782 33122/5366/4603</w:t>
        <w:br/>
        <w:t>f 33303/5552/4783 33305/5550/4781 33122/5366/4603</w:t>
        <w:br/>
        <w:t>f 33146/5392/4629 33142/5390/4627 33145/5393/4630</w:t>
        <w:br/>
        <w:t>f 33144/5394/4631 33150/5395/4632 33306/5553/4784</w:t>
        <w:br/>
        <w:t>f 33147/5391/4628 33144/5394/4631 33306/5553/4784</w:t>
        <w:br/>
        <w:t>f 33148/5397/4634 33306/5553/4784 33150/5395/4632</w:t>
        <w:br/>
        <w:t>f 33310/5554/4785 33309/5555/4786 33308/5556/4787</w:t>
        <w:br/>
        <w:t>f 33307/5557/4788 33310/5554/4785 33308/5556/4787</w:t>
        <w:br/>
        <w:t>f 33311/5558/4789 33100/5348/4585 33101/5347/4584</w:t>
        <w:br/>
        <w:t>f 33312/5559/4790 33311/5558/4789 33101/5347/4584</w:t>
        <w:br/>
        <w:t>f 33314/5560/4791 33313/5561/4792 33105/5351/4588</w:t>
        <w:br/>
        <w:t>f 33106/5350/4587 33314/5560/4791 33105/5351/4588</w:t>
        <w:br/>
        <w:t>f 33111/5361/4598 33112/5360/4597 33108/5356/4593</w:t>
        <w:br/>
        <w:t>f 33109/5355/4592 33111/5361/4598 33108/5356/4593</w:t>
        <w:br/>
        <w:t>f 33316/5562/4793 33315/5563/4794 33117/5363/4600</w:t>
        <w:br/>
        <w:t>f 33118/5362/4599 33316/5562/4793 33117/5363/4600</w:t>
        <w:br/>
        <w:t>f 33301/5549/4780 33302/5548/4779 33304/5551/4782</w:t>
        <w:br/>
        <w:t>f 33305/5550/4781 33301/5549/4780 33304/5551/4782</w:t>
        <w:br/>
        <w:t>f 33035/5281/4518 33033/5277/4514 33030/5280/4517</w:t>
        <w:br/>
        <w:t>f 33034/5282/4519 33035/5281/4518 33030/5280/4517</w:t>
        <w:br/>
        <w:t>f 33042/5292/4529 33096/5342/4579 33095/5343/4580</w:t>
        <w:br/>
        <w:t>f 33045/5289/4526 33042/5292/4529 33095/5343/4580</w:t>
        <w:br/>
        <w:t>f 33097/5345/4582 33048/5294/4531 33049/5293/4530</w:t>
        <w:br/>
        <w:t>f 33098/5344/4581 33097/5345/4582 33049/5293/4530</w:t>
        <w:br/>
        <w:t>f 33119/5369/4606 33317/5564/4795 33303/5552/4783</w:t>
        <w:br/>
        <w:t>f 33122/5366/4603 33119/5369/4606 33303/5552/4783</w:t>
        <w:br/>
        <w:t>f 33319/5565/4796 33107/5357/4594 33115/5365/4602</w:t>
        <w:br/>
        <w:t>f 33318/5566/4797 33319/5565/4796 33115/5365/4602</w:t>
        <w:br/>
        <w:t>f 33107/5357/4594 33319/5565/4796 33320/5567/4798</w:t>
        <w:br/>
        <w:t>f 33110/5354/4591 33107/5357/4594 33320/5567/4798</w:t>
        <w:br/>
        <w:t>f 33313/5561/4792 33314/5560/4791 33102/5346/4583</w:t>
        <w:br/>
        <w:t>f 33099/5349/4586 33313/5561/4792 33102/5346/4583</w:t>
        <w:br/>
        <w:t>f 33082/5330/4567 33037/5283/4520 33036/5284/4521</w:t>
        <w:br/>
        <w:t>f 33041/5285/4522 33082/5330/4567 33036/5284/4521</w:t>
        <w:br/>
        <w:t>f 33080/5326/4563 33087/5331/4568 33084/5334/4571</w:t>
        <w:br/>
        <w:t>f 33079/5327/4564 33080/5326/4563 33084/5334/4571</w:t>
        <w:br/>
        <w:t>f 33088/5338/4575 33321/5568/4799 33094/5339/4576</w:t>
        <w:br/>
        <w:t>f 33091/5335/4572 33088/5338/4575 33094/5339/4576</w:t>
        <w:br/>
        <w:t>f 33092/5341/4578 33322/5569/4800 33090/5336/4573</w:t>
        <w:br/>
        <w:t>f 33091/5335/4572 33092/5341/4578 33090/5336/4573</w:t>
        <w:br/>
        <w:t>f 33097/5345/4582 33090/5336/4573 33322/5569/4800</w:t>
        <w:br/>
        <w:t>f 33323/5570/4801 33097/5345/4582 33322/5569/4800</w:t>
        <w:br/>
        <w:t>f 33286/5532/4763 33324/5571/4802 33272/5516/4747</w:t>
        <w:br/>
        <w:t>f 33285/5533/4764 33286/5532/4763 33272/5516/4747</w:t>
        <w:br/>
        <w:t>f 33285/5533/4764 33272/5516/4747 33326/5572/4803</w:t>
        <w:br/>
        <w:t>f 33325/5573/4804 33285/5533/4764 33326/5572/4803</w:t>
        <w:br/>
        <w:t>f 33170/5418/4654 33172/5419/4655 33224/5471/4702</w:t>
        <w:br/>
        <w:t>f 33168/5416/4652 33170/5418/4654 33224/5471/4702</w:t>
        <w:br/>
        <w:t>f 33156/5403/4640 33170/5418/4654 33168/5416/4652</w:t>
        <w:br/>
        <w:t>f 33083/5329/4566 33328/5574/4805 33327/5575/4806</w:t>
        <w:br/>
        <w:t>f 33078/5328/4565 33083/5329/4566 33327/5575/4806</w:t>
        <w:br/>
        <w:t>f 33079/5327/4564 33084/5334/4571 33037/5283/4520</w:t>
        <w:br/>
        <w:t>f 33082/5330/4567 33079/5327/4564 33037/5283/4520</w:t>
        <w:br/>
        <w:t>f 33031/5279/4516 33037/5283/4520 33084/5334/4571</w:t>
        <w:br/>
        <w:t>f 33085/5333/4570 33031/5279/4516 33084/5334/4571</w:t>
        <w:br/>
        <w:t>f 33085/5333/4570 33096/5342/4579 33030/5280/4517</w:t>
        <w:br/>
        <w:t>f 33031/5279/4516 33085/5333/4570 33030/5280/4517</w:t>
        <w:br/>
        <w:t>f 33034/5282/4519 33030/5280/4517 33096/5342/4579</w:t>
        <w:br/>
        <w:t>f 33042/5292/4529 33034/5282/4519 33096/5342/4579</w:t>
        <w:br/>
        <w:t>f 33042/5292/4529 33043/5291/4528 33027/5275/4512</w:t>
        <w:br/>
        <w:t>f 33034/5282/4519 33042/5292/4529 33027/5275/4512</w:t>
        <w:br/>
        <w:t>f 33056/5304/4541 33026/5276/4513 33027/5275/4512</w:t>
        <w:br/>
        <w:t>f 33043/5291/4528 33056/5304/4541 33027/5275/4512</w:t>
        <w:br/>
        <w:t>f 33026/5276/4513 33056/5304/4541 33061/5305/4542</w:t>
        <w:br/>
        <w:t>f 33258/5505/4736 33026/5276/4513 33061/5305/4542</w:t>
        <w:br/>
        <w:t>f 33331/5576/4807 33330/5577/4808 33065/5309/4546</w:t>
        <w:br/>
        <w:t>f 33329/5578/4809 33331/5576/4807 33065/5309/4546</w:t>
        <w:br/>
        <w:t>f 33171/5417/4653 33180/5428/4663 33226/5473/4704</w:t>
        <w:br/>
        <w:t>f 33332/5579/4810 33180/5428/4663 33194/5440/4672</w:t>
        <w:br/>
        <w:t>f 33334/5580/4811 33256/5504/4735 33247/5495/4726</w:t>
        <w:br/>
        <w:t>f 33333/5581/4812 33334/5580/4811 33247/5495/4726</w:t>
        <w:br/>
        <w:t>f 33336/5582/4813 33334/5580/4811 33333/5581/4812</w:t>
        <w:br/>
        <w:t>f 33335/5583/4814 33336/5582/4813 33333/5581/4812</w:t>
        <w:br/>
        <w:t>f 33239/5486/4717 33235/5480/4711 33333/5581/4812</w:t>
        <w:br/>
        <w:t>f 33247/5495/4726 33239/5486/4717 33333/5581/4812</w:t>
        <w:br/>
        <w:t>f 33233/5482/4713 33335/5583/4814 33333/5581/4812</w:t>
        <w:br/>
        <w:t>f 33235/5480/4711 33233/5482/4713 33333/5581/4812</w:t>
        <w:br/>
        <w:t>f 33224/5471/4702 33269/5519/4750 33294/5539/4770</w:t>
        <w:br/>
        <w:t>f 33297/5543/4774 33224/5471/4702 33294/5539/4770</w:t>
        <w:br/>
        <w:t>f 32995/5245/4482 32996/5244/4481 33338/5584/4815</w:t>
        <w:br/>
        <w:t>f 33337/5585/4816 32995/5245/4482 33338/5584/4815</w:t>
        <w:br/>
        <w:t>f 33324/5571/4802 33339/5586/4817 33271/5517/4748</w:t>
        <w:br/>
        <w:t>f 33272/5516/4747 33324/5571/4802 33271/5517/4748</w:t>
        <w:br/>
        <w:t>f 33342/5587/4818 33013/5260/4497 33341/5588/4819</w:t>
        <w:br/>
        <w:t>f 33340/5589/4820 33342/5587/4818 33341/5588/4819</w:t>
        <w:br/>
        <w:t>f 33343/5590/4821 33341/5588/4819 33013/5260/4497</w:t>
        <w:br/>
        <w:t>f 33007/5255/4492 33343/5590/4821 33013/5260/4497</w:t>
        <w:br/>
        <w:t>f 33344/5591/4822 33343/5590/4821 33007/5255/4492</w:t>
        <w:br/>
        <w:t>f 33008/5254/4491 33344/5591/4822 33007/5255/4492</w:t>
        <w:br/>
        <w:t>f 33346/5592/4823 33345/5593/4824 33003/5253/4490</w:t>
        <w:br/>
        <w:t>f 33004/5252/4489 33346/5592/4823 33003/5253/4490</w:t>
        <w:br/>
        <w:t>f 33345/5593/4824 33263/5511/4742 33152/5398/4635</w:t>
        <w:br/>
        <w:t>f 33003/5253/4490 33345/5593/4824 33152/5398/4635</w:t>
        <w:br/>
        <w:t>f 32968/5218/4455 32969/5217/4454 33345/5593/4824</w:t>
        <w:br/>
        <w:t>f 33346/5592/4823 32968/5218/4455 33345/5593/4824</w:t>
        <w:br/>
        <w:t>f 32969/5217/4454 32966/5214/4451 33263/5511/4742</w:t>
        <w:br/>
        <w:t>f 33345/5593/4824 32969/5217/4454 33263/5511/4742</w:t>
        <w:br/>
        <w:t>f 32997/5243/4480 32998/5242/4479 32965/5209/4446</w:t>
        <w:br/>
        <w:t>f 33266/5512/4743 32997/5243/4480 32965/5209/4446</w:t>
        <w:br/>
        <w:t>f 33262/5509/4740 32986/5232/4469 32982/5230/4467</w:t>
        <w:br/>
        <w:t>f 33071/5320/4557 33262/5509/4740 32982/5230/4467</w:t>
        <w:br/>
        <w:t>f 33071/5320/4557 32982/5230/4467 32983/5229/4466</w:t>
        <w:br/>
        <w:t>f 33073/5318/4555 33071/5320/4557 32983/5229/4466</w:t>
        <w:br/>
        <w:t>f 33269/5519/4750 33270/5518/4749 33293/5540/4771</w:t>
        <w:br/>
        <w:t>f 33294/5539/4770 33269/5519/4750 33293/5540/4771</w:t>
        <w:br/>
        <w:t>f 33348/5594/4825 33346/5592/4823 33004/5252/4489</w:t>
        <w:br/>
        <w:t>f 33347/5595/4826 33348/5594/4825 33004/5252/4489</w:t>
        <w:br/>
        <w:t>f 32977/5223/4460 32968/5218/4455 33346/5592/4823</w:t>
        <w:br/>
        <w:t>f 33348/5594/4825 32977/5223/4460 33346/5592/4823</w:t>
        <w:br/>
        <w:t>f 32976/5224/4461 32971/5215/4452 32968/5218/4455</w:t>
        <w:br/>
        <w:t>f 32977/5223/4460 32976/5224/4461 32968/5218/4455</w:t>
        <w:br/>
        <w:t>f 33280/5524/4755 33123/5372/4609 33124/5371/4608</w:t>
        <w:br/>
        <w:t>f 33302/5548/4779 33280/5524/4755 33124/5371/4608</w:t>
        <w:br/>
        <w:t>f 33123/5372/4609 33280/5524/4755 33277/5527/4758</w:t>
        <w:br/>
        <w:t>f 33143/5389/4626 33123/5372/4609 33277/5527/4758</w:t>
        <w:br/>
        <w:t>f 33121/5367/4604 33289/5537/4768 33120/5368/4605</w:t>
        <w:br/>
        <w:t>f 33121/5367/4604 33122/5366/4603 33304/5551/4782</w:t>
        <w:br/>
        <w:t>f 33349/5596/4827 33121/5367/4604 33304/5551/4782</w:t>
        <w:br/>
        <w:t>f 33349/5596/4827 33350/5597/4828 33289/5537/4768</w:t>
        <w:br/>
        <w:t>f 33121/5367/4604 33349/5596/4827 33289/5537/4768</w:t>
        <w:br/>
        <w:t>f 33350/5597/4828 33288/5538/4769 33289/5537/4768</w:t>
        <w:br/>
        <w:t>f 33349/5596/4827 33304/5551/4782 33302/5548/4779</w:t>
        <w:br/>
        <w:t>f 33124/5371/4608 33349/5596/4827 33302/5548/4779</w:t>
        <w:br/>
        <w:t>f 33124/5371/4608 33125/5370/4607 33350/5597/4828</w:t>
        <w:br/>
        <w:t>f 33349/5596/4827 33124/5371/4608 33350/5597/4828</w:t>
        <w:br/>
        <w:t>f 33125/5370/4607 33287/5534/4765 33288/5538/4769</w:t>
        <w:br/>
        <w:t>f 33350/5597/4828 33125/5370/4607 33288/5538/4769</w:t>
        <w:br/>
        <w:t>f 33352/5598/4829 33351/5599/4830 33052/5298/4535</w:t>
        <w:br/>
        <w:t>f 33053/5297/4534 33352/5598/4829 33052/5298/4535</w:t>
        <w:br/>
        <w:t>f 33219/5465/4831 33353/5600/4832 32979/5226/4833</w:t>
        <w:br/>
        <w:t>f 33135/5379/4616 33356/5601/4834 33355/5602/4835</w:t>
        <w:br/>
        <w:t>f 33354/5603/4836 33135/5379/4616 33355/5602/4835</w:t>
        <w:br/>
        <w:t>f 33276/5520/4751 33358/5604/4837 33357/5605/4838</w:t>
        <w:br/>
        <w:t>f 33284/5530/4761 33276/5520/4751 33357/5605/4838</w:t>
        <w:br/>
        <w:t>f 33362/5606/4839 33361/5607/4840 33360/5608/4841</w:t>
        <w:br/>
        <w:t>f 33359/5609/4842 33362/5606/4839 33360/5608/4841</w:t>
        <w:br/>
        <w:t>f 33130/5376/4613 33131/5375/4612 33300/5546/4777</w:t>
        <w:br/>
        <w:t>f 33363/5610/4843 33130/5376/4613 33300/5546/4777</w:t>
        <w:br/>
        <w:t>f 33358/5604/4837 33276/5520/4751 33273/5523/4754</w:t>
        <w:br/>
        <w:t>f 33364/5611/4844 33358/5604/4837 33273/5523/4754</w:t>
        <w:br/>
        <w:t>f 33366/5612/4845 33365/5613/4846 33059/5307/4544</w:t>
        <w:br/>
        <w:t>f 33214/5464/4696 33366/5612/4845 33059/5307/4544</w:t>
        <w:br/>
        <w:t>f 33214/5464/4696 33059/5307/4544 33060/5306/4543</w:t>
        <w:br/>
        <w:t>f 33217/5461/4693 33214/5464/4696 33060/5306/4543</w:t>
        <w:br/>
        <w:t>f 33217/5461/4693 33060/5306/4543 33057/5303/4540</w:t>
        <w:br/>
        <w:t>f 33054/5302/4539 33217/5461/4693 33057/5303/4540</w:t>
        <w:br/>
        <w:t>f 33054/5302/4539 33057/5303/4540 33044/5290/4527</w:t>
        <w:br/>
        <w:t>f 33046/5296/4533 33054/5302/4539 33044/5290/4527</w:t>
        <w:br/>
        <w:t>f 33045/5289/4526 33049/5293/4530 33046/5296/4533</w:t>
        <w:br/>
        <w:t>f 33044/5290/4527 33045/5289/4526 33046/5296/4533</w:t>
        <w:br/>
        <w:t>f 33095/5343/4580 33098/5344/4581 33049/5293/4530</w:t>
        <w:br/>
        <w:t>f 33045/5289/4526 33095/5343/4580 33049/5293/4530</w:t>
        <w:br/>
        <w:t>f 33095/5343/4580 33086/5332/4569 33089/5337/4574</w:t>
        <w:br/>
        <w:t>f 33098/5344/4581 33095/5343/4580 33089/5337/4574</w:t>
        <w:br/>
        <w:t>f 33088/5338/4575 33089/5337/4574 33086/5332/4569</w:t>
        <w:br/>
        <w:t>f 33087/5331/4568 33088/5338/4575 33086/5332/4569</w:t>
        <w:br/>
        <w:t>f 33321/5568/4799 33088/5338/4575 33087/5331/4568</w:t>
        <w:br/>
        <w:t>f 33080/5326/4563 33321/5568/4799 33087/5331/4568</w:t>
        <w:br/>
        <w:t>f 33080/5326/4563 33081/5325/4562 33355/5602/4835</w:t>
        <w:br/>
        <w:t>f 33321/5568/4799 33080/5326/4563 33355/5602/4835</w:t>
        <w:br/>
        <w:t>f 33130/5376/4613 33132/5382/4619 33127/5373/4610</w:t>
        <w:br/>
        <w:t>f 33129/5377/4614 33130/5376/4613 33127/5373/4610</w:t>
        <w:br/>
        <w:t>f 33129/5377/4614 33127/5373/4610 33114/5358/4595</w:t>
        <w:br/>
        <w:t>f 33103/5353/4590 33129/5377/4614 33114/5358/4595</w:t>
        <w:br/>
        <w:t>f 33103/5353/4590 33114/5358/4595 33111/5361/4598</w:t>
        <w:br/>
        <w:t>f 33106/5350/4587 33103/5353/4590 33111/5361/4598</w:t>
        <w:br/>
        <w:t>f 33111/5361/4598 33109/5355/4592 33314/5560/4791</w:t>
        <w:br/>
        <w:t>f 33106/5350/4587 33111/5361/4598 33314/5560/4791</w:t>
        <w:br/>
        <w:t>f 33109/5355/4592 33110/5354/4591 33102/5346/4583</w:t>
        <w:br/>
        <w:t>f 33314/5560/4791 33109/5355/4592 33102/5346/4583</w:t>
        <w:br/>
        <w:t>f 33101/5347/4584 33102/5346/4583 33110/5354/4591</w:t>
        <w:br/>
        <w:t>f 33320/5567/4798 33101/5347/4584 33110/5354/4591</w:t>
        <w:br/>
        <w:t>f 33283/5531/4762 33144/5394/4631 33145/5393/4630</w:t>
        <w:br/>
        <w:t>f 33275/5521/4752 33283/5531/4762 33145/5393/4630</w:t>
        <w:br/>
        <w:t>f 33218/5466/4698 32978/5227/4464 33367/5614/4847</w:t>
        <w:br/>
        <w:t>f 33266/5512/4743 33265/5513/4744 33292/5541/4772</w:t>
        <w:br/>
        <w:t>f 33293/5540/4771 33266/5512/4743 33292/5541/4772</w:t>
        <w:br/>
        <w:t>f 33266/5512/4743 33293/5540/4771 33270/5518/4749</w:t>
        <w:br/>
        <w:t>f 32997/5243/4480 33266/5512/4743 33270/5518/4749</w:t>
        <w:br/>
        <w:t>f 33271/5517/4748 32996/5244/4481 32997/5243/4480</w:t>
        <w:br/>
        <w:t>f 33270/5518/4749 33271/5517/4748 32997/5243/4480</w:t>
        <w:br/>
        <w:t>f 33339/5586/4817 33338/5584/4815 32996/5244/4481</w:t>
        <w:br/>
        <w:t>f 33271/5517/4748 33339/5586/4817 32996/5244/4481</w:t>
        <w:br/>
        <w:t>f 33281/5529/4760 33237/5483/4714 33073/5318/4555</w:t>
        <w:br/>
        <w:t>f 32983/5229/4466 33281/5529/4760 33073/5318/4555</w:t>
        <w:br/>
        <w:t>f 32985/5233/4470 33257/5503/4734 33256/5504/4735</w:t>
        <w:br/>
        <w:t>f 32981/5231/4468 32985/5233/4470 33256/5504/4735</w:t>
        <w:br/>
        <w:t>f 33334/5580/4811 32984/5228/4465 32981/5231/4468</w:t>
        <w:br/>
        <w:t>f 33256/5504/4735 33334/5580/4811 32981/5231/4468</w:t>
        <w:br/>
        <w:t>f 33336/5582/4813 33282/5528/4759 32984/5228/4465</w:t>
        <w:br/>
        <w:t>f 33334/5580/4811 33336/5582/4813 32984/5228/4465</w:t>
        <w:br/>
        <w:t>f 33337/5585/4816 33268/5515/4746 33267/5514/4745</w:t>
        <w:br/>
        <w:t>f 32995/5245/4482 33337/5585/4816 33267/5514/4745</w:t>
        <w:br/>
        <w:t>f 33264/5510/4741 32998/5242/4479 32995/5245/4482</w:t>
        <w:br/>
        <w:t>f 33267/5514/4745 33264/5510/4741 32995/5245/4482</w:t>
        <w:br/>
        <w:t>f 32964/5210/4447 32965/5209/4446 32998/5242/4479</w:t>
        <w:br/>
        <w:t>f 33264/5510/4741 32964/5210/4447 32998/5242/4479</w:t>
        <w:br/>
        <w:t>f 33162/5409/4645 33158/5408/4644 33164/5410/4646</w:t>
        <w:br/>
        <w:t>f 33442/5615/4848 33149/5396/4633 33150/5395/4632</w:t>
        <w:br/>
        <w:t>f 33441/5616/4849 33442/5615/4848 33150/5395/4632</w:t>
        <w:br/>
        <w:t>f 33168/5416/4652 33165/5412/4648 33156/5403/4640</w:t>
        <w:br/>
        <w:t>f 33243/5489/4720 32994/5238/4475 32991/5241/4478</w:t>
        <w:br/>
        <w:t>f 33242/5490/4721 33243/5489/4720 32991/5241/4478</w:t>
        <w:br/>
        <w:t>f 33328/5574/4805 33083/5329/4566 33038/5288/4525</w:t>
        <w:br/>
        <w:t>f 33242/5490/4721 33328/5574/4805 33038/5288/4525</w:t>
        <w:br/>
        <w:t>f 33445/5617/4850 33444/5618/4851 33343/5590/4821</w:t>
        <w:br/>
        <w:t>f 33344/5591/4822 33445/5617/4850 33343/5590/4821</w:t>
        <w:br/>
        <w:t>f 33341/5588/4819 33343/5590/4821 33444/5618/4851</w:t>
        <w:br/>
        <w:t>f 33446/5619/4852 33341/5588/4819 33444/5618/4851</w:t>
        <w:br/>
        <w:t>f 33001/5247/4484 33002/5246/4483 33447/5620/4853</w:t>
        <w:br/>
        <w:t>f 33234/5481/4712 33001/5247/4484 33447/5620/4853</w:t>
        <w:br/>
        <w:t>f 33347/5595/4826 33004/5252/4489 33005/5251/4488</w:t>
        <w:br/>
        <w:t>f 33448/5621/4854 33347/5595/4826 33005/5251/4488</w:t>
        <w:br/>
        <w:t>f 33009/5259/4496 33447/5620/4853 33002/5246/4483</w:t>
        <w:br/>
        <w:t>f 33012/5256/4493 33009/5259/4496 33002/5246/4483</w:t>
        <w:br/>
        <w:t>f 33344/5591/4822 33347/5595/4826 33448/5621/4854</w:t>
        <w:br/>
        <w:t>f 33445/5617/4850 33344/5591/4822 33448/5621/4854</w:t>
        <w:br/>
        <w:t>f 33347/5595/4826 33344/5591/4822 33008/5254/4491</w:t>
        <w:br/>
        <w:t>f 33348/5594/4825 33347/5595/4826 33008/5254/4491</w:t>
        <w:br/>
        <w:t>f 32977/5223/4460 33008/5254/4491 32975/5219/4456</w:t>
        <w:br/>
        <w:t>f 32977/5223/4460 33348/5594/4825 33008/5254/4491</w:t>
        <w:br/>
        <w:t>f 33306/5553/4784 33148/5397/4634 33449/5622/4689</w:t>
        <w:br/>
        <w:t>f 33452/5623/4855 33451/5624/4856 33075/5323/4560</w:t>
        <w:br/>
        <w:t>f 33450/5625/4857 33452/5623/4855 33075/5323/4560</w:t>
        <w:br/>
        <w:t>f 33450/5625/4857 33075/5323/4560 33076/5322/4559</w:t>
        <w:br/>
        <w:t>f 33453/5626/4858 33450/5625/4857 33076/5322/4559</w:t>
        <w:br/>
        <w:t>f 33325/5573/4804 33453/5626/4858 33076/5322/4559</w:t>
        <w:br/>
        <w:t>f 33285/5533/4764 33325/5573/4804 33076/5322/4559</w:t>
        <w:br/>
        <w:t>f 33456/5627/4859 33455/5628/4860 33454/5629/4861</w:t>
        <w:br/>
        <w:t>f 33460/5630/4862 33459/5631/4863 33458/5632/4864</w:t>
        <w:br/>
        <w:t>f 33457/5633/4865 33460/5630/4862 33458/5632/4864</w:t>
        <w:br/>
        <w:t>f 33464/5634/4866 33463/5635/4867 33462/5636/4868</w:t>
        <w:br/>
        <w:t>f 33461/5637/4869 33464/5634/4866 33462/5636/4868</w:t>
        <w:br/>
        <w:t>f 33468/5638/4870 33467/5639/4871 33466/5640/4872</w:t>
        <w:br/>
        <w:t>f 33465/5641/4873 33468/5638/4870 33466/5640/4872</w:t>
        <w:br/>
        <w:t>f 33460/5630/4862 33309/5555/4786 33470/5642/4874</w:t>
        <w:br/>
        <w:t>f 33469/5643/4875 33460/5630/4862 33470/5642/4874</w:t>
        <w:br/>
        <w:t>f 33472/5644/4876 33471/5645/4877 33455/5628/4860</w:t>
        <w:br/>
        <w:t>f 33456/5627/4859 33472/5644/4876 33455/5628/4860</w:t>
        <w:br/>
        <w:t>f 33476/5646/4878 33475/5647/4879 33474/5648/4880</w:t>
        <w:br/>
        <w:t>f 33473/5649/4881 33476/5646/4878 33474/5648/4880</w:t>
        <w:br/>
        <w:t>f 33480/5650/4882 33479/5651/4883 33478/5652/4884</w:t>
        <w:br/>
        <w:t>f 33477/5653/4885 33480/5650/4882 33478/5652/4884</w:t>
        <w:br/>
        <w:t>f 33482/5654/4886 33481/5655/4887 33471/5645/4877</w:t>
        <w:br/>
        <w:t>f 33472/5644/4876 33482/5654/4886 33471/5645/4877</w:t>
        <w:br/>
        <w:t>f 33486/5656/4888 33485/5657/4889 33484/5658/4890</w:t>
        <w:br/>
        <w:t>f 33483/5659/4891 33486/5656/4888 33484/5658/4890</w:t>
        <w:br/>
        <w:t>f 33454/5629/4861 33489/5660/4892 33488/5661/4893</w:t>
        <w:br/>
        <w:t>f 33487/5662/4894 33454/5629/4861 33488/5661/4893</w:t>
        <w:br/>
        <w:t>f 33491/5663/4895 33490/5664/4896 33487/5662/4894</w:t>
        <w:br/>
        <w:t>f 33488/5661/4893 33491/5663/4895 33487/5662/4894</w:t>
        <w:br/>
        <w:t>f 33490/5664/4896 33491/5663/4895 33492/5665/4897</w:t>
        <w:br/>
        <w:t>f 33493/5666/4898 33490/5664/4896 33492/5665/4897</w:t>
        <w:br/>
        <w:t>f 33496/5667/4899 33495/5668/4900 33494/5669/4901</w:t>
        <w:br/>
        <w:t>f 33497/5670/4902 33496/5667/4899 33494/5669/4901</w:t>
        <w:br/>
        <w:t>f 33500/5671/4903 33499/5672/4904 33485/5657/4889</w:t>
        <w:br/>
        <w:t>f 33498/5673/4905 33500/5671/4903 33485/5657/4889</w:t>
        <w:br/>
        <w:t>f 33454/5629/4861 33502/5674/4906 33501/5675/4907</w:t>
        <w:br/>
        <w:t>f 33489/5660/4892 33454/5629/4861 33501/5675/4907</w:t>
        <w:br/>
        <w:t>f 33505/5676/4908 33504/5677/4909 33503/5678/4910</w:t>
        <w:br/>
        <w:t>f 33504/5677/4909 33507/5679/4911 33506/5680/4912</w:t>
        <w:br/>
        <w:t>f 33508/5681/4913 33504/5677/4909 33506/5680/4912</w:t>
        <w:br/>
        <w:t>f 33508/5681/4913 33509/5682/4914 33504/5677/4909</w:t>
        <w:br/>
        <w:t>f 33512/5683/4915 33511/5684/4916 33510/5685/4917</w:t>
        <w:br/>
        <w:t>f 33515/5686/4918 33514/5687/4919 33513/5688/4920</w:t>
        <w:br/>
        <w:t>f 33514/5687/4919 33515/5686/4918 33516/5689/4921</w:t>
        <w:br/>
        <w:t>f 33518/5690/4922 33517/5691/4923 33515/5686/4918</w:t>
        <w:br/>
        <w:t>f 33519/5692/4924 33517/5691/4923 33518/5690/4922</w:t>
        <w:br/>
        <w:t>f 33522/5693/4925 33521/5694/4926 33520/5695/4927</w:t>
        <w:br/>
        <w:t>f 33503/5678/4910 33522/5693/4925 33520/5695/4927</w:t>
        <w:br/>
        <w:t>f 33503/5678/4910 33504/5677/4909 33522/5693/4925</w:t>
        <w:br/>
        <w:t>f 33523/5696/4928 33522/5693/4925 33504/5677/4909</w:t>
        <w:br/>
        <w:t>f 33504/5677/4909 33509/5682/4914 33523/5696/4928</w:t>
        <w:br/>
        <w:t>f 33521/5694/4926 33525/5697/4929 33524/5698/4930</w:t>
        <w:br/>
        <w:t>f 33520/5695/4927 33521/5694/4926 33524/5698/4930</w:t>
        <w:br/>
        <w:t>f 33527/5699/4931 33510/5685/4917 33526/5700/4932</w:t>
        <w:br/>
        <w:t>f 33527/5699/4931 33528/5701/4933 33510/5685/4917</w:t>
        <w:br/>
        <w:t>f 33513/5688/4920 33510/5685/4917 33528/5701/4933</w:t>
        <w:br/>
        <w:t>f 33528/5701/4933 33529/5702/4934 33513/5688/4920</w:t>
        <w:br/>
        <w:t>f 33515/5686/4918 33528/5701/4933 33530/5703/4935</w:t>
        <w:br/>
        <w:t>f 33518/5690/4922 33515/5686/4918 33530/5703/4935</w:t>
        <w:br/>
        <w:t>f 33530/5703/4935 33531/5704/4936 33518/5690/4922</w:t>
        <w:br/>
        <w:t>f 33523/5696/4928 33533/5705/4937 33532/5706/4938</w:t>
        <w:br/>
        <w:t>f 33532/5706/4938 33522/5693/4925 33523/5696/4928</w:t>
        <w:br/>
        <w:t>f 33522/5693/4925 33532/5706/4938 33534/5707/4939</w:t>
        <w:br/>
        <w:t>f 33534/5707/4939 33521/5694/4926 33522/5693/4925</w:t>
        <w:br/>
        <w:t>f 33521/5694/4926 33534/5707/4939 33535/5708/4940</w:t>
        <w:br/>
        <w:t>f 33535/5708/4940 33525/5697/4929 33521/5694/4926</w:t>
        <w:br/>
        <w:t>f 33525/5697/4929 33535/5708/4940 33536/5709/4941</w:t>
        <w:br/>
        <w:t>f 33531/5704/4936 33530/5703/4935 33537/5710/4942</w:t>
        <w:br/>
        <w:t>f 33530/5703/4935 33528/5701/4933 33538/5711/4943</w:t>
        <w:br/>
        <w:t>f 33539/5712/4944 33538/5711/4943 33528/5701/4933</w:t>
        <w:br/>
        <w:t>f 33539/5712/4944 33528/5701/4933 33527/5699/4931</w:t>
        <w:br/>
        <w:t>f 33540/5713/4941 33527/5699/4931 33526/5700/4932</w:t>
        <w:br/>
        <w:t>f 33541/5714/4945 33539/5712/4944 33527/5699/4931</w:t>
        <w:br/>
        <w:t>f 33527/5699/4931 33540/5713/4941 33541/5714/4945</w:t>
        <w:br/>
        <w:t>f 33532/5706/4938 33533/5705/4937 33542/5715/4946</w:t>
        <w:br/>
        <w:t>f 33542/5715/4946 33534/5707/4939 33532/5706/4938</w:t>
        <w:br/>
        <w:t>f 33542/5715/4946 33533/5705/4937 33543/5716/4947</w:t>
        <w:br/>
        <w:t>f 33542/5715/4946 33545/5717/4948 33544/5718/4949</w:t>
        <w:br/>
        <w:t>f 33544/5718/4949 33546/5719/4950 33542/5715/4946</w:t>
        <w:br/>
        <w:t>f 33534/5707/4939 33542/5715/4946 33546/5719/4950</w:t>
        <w:br/>
        <w:t>f 33546/5719/4950 33535/5708/4940 33534/5707/4939</w:t>
        <w:br/>
        <w:t>f 33546/5719/4950 33544/5718/4949 33547/5720/4951</w:t>
        <w:br/>
        <w:t>f 33547/5720/4951 33548/5721/4952 33546/5719/4950</w:t>
        <w:br/>
        <w:t>f 33535/5708/4940 33546/5719/4950 33548/5721/4952</w:t>
        <w:br/>
        <w:t>f 33548/5721/4952 33547/5720/4951 33549/5722/4953</w:t>
        <w:br/>
        <w:t>f 33549/5722/4953 33550/5723/4954 33548/5721/4952</w:t>
        <w:br/>
        <w:t>f 33550/5723/4954 33551/5724/4955 33548/5721/4952</w:t>
        <w:br/>
        <w:t>f 33554/5725/4956 33553/5726/4955 33552/5727/4957</w:t>
        <w:br/>
        <w:t>f 33555/5728/4958 33553/5726/4955 33554/5725/4956</w:t>
        <w:br/>
        <w:t>f 33541/5714/4945 33553/5726/4955 33555/5728/4958</w:t>
        <w:br/>
        <w:t>f 33554/5725/4956 33556/5729/4959 33555/5728/4958</w:t>
        <w:br/>
        <w:t>f 33557/5730/4960 33555/5728/4958 33556/5729/4959</w:t>
        <w:br/>
        <w:t>f 33555/5728/4958 33557/5730/4960 33541/5714/4945</w:t>
        <w:br/>
        <w:t>f 33558/5731/4961 33557/5730/4960 33556/5729/4959</w:t>
        <w:br/>
        <w:t>f 33559/5732/4962 33557/5730/4960 33558/5731/4961</w:t>
        <w:br/>
        <w:t>f 33548/5721/4952 33551/5724/4955 33535/5708/4940</w:t>
        <w:br/>
        <w:t>f 33536/5709/4941 33535/5708/4940 33551/5724/4955</w:t>
        <w:br/>
        <w:t>f 33553/5726/4955 33541/5714/4945 33540/5713/4941</w:t>
        <w:br/>
        <w:t>f 33539/5712/4944 33541/5714/4945 33557/5730/4960</w:t>
        <w:br/>
        <w:t>f 33559/5732/4962 33539/5712/4944 33557/5730/4960</w:t>
        <w:br/>
        <w:t>f 33539/5712/4944 33559/5732/4962 33538/5711/4943</w:t>
        <w:br/>
        <w:t>f 33560/5733/4963 33554/5725/4956 33552/5727/4957</w:t>
        <w:br/>
        <w:t>f 33554/5725/4956 33560/5733/4963 33561/5734/4964</w:t>
        <w:br/>
        <w:t>f 33561/5734/4964 33556/5729/4959 33554/5725/4956</w:t>
        <w:br/>
        <w:t>f 33561/5734/4964 33560/5733/4963 33562/5735/4965</w:t>
        <w:br/>
        <w:t>f 33562/5735/4965 33563/5736/4966 33561/5734/4964</w:t>
        <w:br/>
        <w:t>f 33556/5729/4959 33561/5734/4964 33563/5736/4966</w:t>
        <w:br/>
        <w:t>f 33563/5736/4966 33562/5735/4965 33564/5737/4967</w:t>
        <w:br/>
        <w:t>f 33564/5737/4967 33565/5738/4968 33563/5736/4966</w:t>
        <w:br/>
        <w:t>f 33565/5738/4968 33564/5737/4967 33566/5739/4969</w:t>
        <w:br/>
        <w:t>f 33565/5738/4968 33566/5739/4969 33567/5740/4970</w:t>
        <w:br/>
        <w:t>f 33562/5735/4965 33560/5733/4963 33568/5741/4971</w:t>
        <w:br/>
        <w:t>f 33571/5742/4963 33570/5743/4972 33569/5744/4971</w:t>
        <w:br/>
        <w:t>f 33570/5743/4972 33571/5742/4963 33572/5745/4973</w:t>
        <w:br/>
        <w:t>f 33573/5746/4974 33570/5743/4972 33572/5745/4973</w:t>
        <w:br/>
        <w:t>f 33573/5746/4974 33574/5747/4975 33570/5743/4972</w:t>
        <w:br/>
        <w:t>f 33573/5746/4974 33575/5748/4976 33574/5747/4975</w:t>
        <w:br/>
        <w:t>f 33574/5747/4975 33575/5748/4976 33576/5749/4977</w:t>
        <w:br/>
        <w:t>f 33576/5749/4977 33578/5750/4978 33577/5751/4979</w:t>
        <w:br/>
        <w:t>f 33580/5752/4980 33576/5749/4977 33579/5753/4981</w:t>
        <w:br/>
        <w:t>f 33576/5749/4977 33580/5752/4980 33574/5747/4975</w:t>
        <w:br/>
        <w:t>f 33581/5754/4980 33566/5739/4969 33564/5737/4967</w:t>
        <w:br/>
        <w:t>f 33574/5747/4975 33582/5755/4982 33570/5743/4972</w:t>
        <w:br/>
        <w:t>f 33570/5743/4972 33582/5755/4982 33569/5744/4971</w:t>
        <w:br/>
        <w:t>f 33580/5752/4980 33582/5755/4982 33574/5747/4975</w:t>
        <w:br/>
        <w:t>f 33568/5741/4971 33583/5756/4982 33562/5735/4965</w:t>
        <w:br/>
        <w:t>f 33564/5737/4967 33562/5735/4965 33583/5756/4982</w:t>
        <w:br/>
        <w:t>f 33581/5754/4980 33564/5737/4967 33583/5756/4982</w:t>
        <w:br/>
        <w:t>f 33575/5748/4976 33547/5720/4951 33544/5718/4949</w:t>
        <w:br/>
        <w:t>f 33547/5720/4951 33575/5748/4976 33573/5746/4974</w:t>
        <w:br/>
        <w:t>f 33572/5745/4973 33547/5720/4951 33573/5746/4974</w:t>
        <w:br/>
        <w:t>f 33549/5722/4953 33547/5720/4951 33572/5745/4973</w:t>
        <w:br/>
        <w:t>f 33571/5742/4963 33549/5722/4953 33572/5745/4973</w:t>
        <w:br/>
        <w:t>f 33550/5723/4954 33549/5722/4953 33571/5742/4963</w:t>
        <w:br/>
        <w:t>f 33558/5731/4961 33556/5729/4959 33565/5738/4968</w:t>
        <w:br/>
        <w:t>f 33565/5738/4968 33556/5729/4959 33563/5736/4966</w:t>
        <w:br/>
        <w:t>f 33515/5686/4918 33517/5691/4923 33516/5689/4921</w:t>
        <w:br/>
        <w:t>f 33504/5677/4909 33505/5676/4908 33507/5679/4911</w:t>
        <w:br/>
        <w:t>f 33503/5678/4910 33584/5757/4983 33505/5676/4908</w:t>
        <w:br/>
        <w:t>f 33514/5687/4919 33585/5758/4984 33513/5688/4920</w:t>
        <w:br/>
        <w:t>f 33585/5758/4984 33512/5683/4915 33513/5688/4920</w:t>
        <w:br/>
        <w:t>f 33221/5469/4700 33209/5457/4690 33212/5459/4985</w:t>
        <w:br/>
        <w:t>f 33222/5468/4668 33206/5455/4688 33209/5457/4690</w:t>
        <w:br/>
        <w:t>f 33207/5454/4687 33209/5457/4690 33206/5455/4688</w:t>
        <w:br/>
        <w:t>f 33208/5453/4686 33206/5455/4688 33197/5443/4675</w:t>
        <w:br/>
        <w:t>f 33198/5442/4674 33195/5445/4677 33201/5446/4678</w:t>
        <w:br/>
        <w:t>f 33589/5759/4986 33588/5760/4987 33587/5761/4988</w:t>
        <w:br/>
        <w:t>f 33586/5762/4989 33589/5759/4986 33587/5761/4988</w:t>
        <w:br/>
        <w:t>f 33593/5763/4990 33592/5764/4991 33591/5765/4992</w:t>
        <w:br/>
        <w:t>f 33590/5766/4993 33593/5763/4990 33591/5765/4992</w:t>
        <w:br/>
        <w:t>f 33595/5767/4994 33509/5682/4914 33508/5681/4913</w:t>
        <w:br/>
        <w:t>f 33594/5768/4995 33595/5767/4994 33508/5681/4913</w:t>
        <w:br/>
        <w:t>f 33565/5738/4968 33567/5740/4970 33558/5731/4961</w:t>
        <w:br/>
        <w:t>f 33070/5316/4553 33586/5762/4989 33587/5761/4988</w:t>
        <w:br/>
        <w:t>f 33069/5317/4554 33070/5316/4553 33587/5761/4988</w:t>
        <w:br/>
        <w:t>f 33029/5273/4510 33251/5499/4730 33252/5498/4729</w:t>
        <w:br/>
        <w:t>f 33028/5274/4511 33029/5273/4510 33252/5498/4729</w:t>
        <w:br/>
        <w:t>f 33251/5499/4730 33029/5273/4510 33062/5312/4549</w:t>
        <w:br/>
        <w:t>f 33063/5311/4548 33251/5499/4730 33062/5312/4549</w:t>
        <w:br/>
        <w:t>f 33454/5629/4861 33487/5662/4894 33456/5627/4859</w:t>
        <w:br/>
        <w:t>f 33309/5555/4786 33460/5630/4862 33457/5633/4865</w:t>
        <w:br/>
        <w:t>f 33308/5556/4787 33309/5555/4786 33457/5633/4865</w:t>
        <w:br/>
        <w:t>f 33593/5763/4990 33467/5639/4871 33461/5637/4869</w:t>
        <w:br/>
        <w:t>f 33462/5636/4868 33593/5763/4990 33461/5637/4869</w:t>
        <w:br/>
        <w:t>f 33597/5769/4996 33596/5770/4997 33464/5634/4866</w:t>
        <w:br/>
        <w:t>f 33461/5637/4869 33597/5769/4996 33464/5634/4866</w:t>
        <w:br/>
        <w:t>f 33599/5771/4998 33598/5772/4999 33497/5670/4902</w:t>
        <w:br/>
        <w:t>f 33494/5669/4901 33599/5771/4998 33497/5670/4902</w:t>
        <w:br/>
        <w:t>f 33490/5664/4896 33472/5644/4876 33456/5627/4859</w:t>
        <w:br/>
        <w:t>f 33487/5662/4894 33490/5664/4896 33456/5627/4859</w:t>
        <w:br/>
        <w:t>f 33601/5773/5000 33600/5774/5001 33308/5556/4787</w:t>
        <w:br/>
        <w:t>f 33457/5633/4865 33601/5773/5000 33308/5556/4787</w:t>
        <w:br/>
        <w:t>f 33596/5770/4997 33597/5769/4996 33493/5666/4898</w:t>
        <w:br/>
        <w:t>f 33492/5665/4897 33596/5770/4997 33493/5666/4898</w:t>
        <w:br/>
        <w:t>f 33485/5657/4889 33499/5672/4904 33602/5775/5002</w:t>
        <w:br/>
        <w:t>f 33484/5658/4890 33485/5657/4889 33602/5775/5002</w:t>
        <w:br/>
        <w:t>f 33469/5643/4875 33470/5642/4874 33483/5659/4891</w:t>
        <w:br/>
        <w:t>f 33484/5658/4890 33469/5643/4875 33483/5659/4891</w:t>
        <w:br/>
        <w:t>f 33485/5657/4889 33486/5656/4888 33498/5673/4905</w:t>
        <w:br/>
        <w:t>f 33603/5776/5003 33502/5674/4906 33454/5629/4861</w:t>
        <w:br/>
        <w:t>f 33604/5777/5004 33603/5776/5003 33454/5629/4861</w:t>
        <w:br/>
        <w:t>f 33463/5635/4867 33606/5778/5005 33605/5779/5006</w:t>
        <w:br/>
        <w:t>f 33462/5636/4868 33463/5635/4867 33605/5779/5006</w:t>
        <w:br/>
        <w:t>f 33451/5624/4856 33607/5780/5007 33074/5324/4561</w:t>
        <w:br/>
        <w:t>f 33075/5323/4560 33451/5624/4856 33074/5324/4561</w:t>
        <w:br/>
        <w:t>f 33134/5380/4617 33135/5379/4616 33354/5603/4836</w:t>
        <w:br/>
        <w:t>f 33608/5781/5008 33134/5380/4617 33354/5603/4836</w:t>
        <w:br/>
        <w:t>f 33130/5376/4613 33363/5610/4843 33135/5379/4616</w:t>
        <w:br/>
        <w:t>f 33608/5781/5008 33354/5603/4836 33610/5782/5009</w:t>
        <w:br/>
        <w:t>f 33609/5783/5010 33608/5781/5008 33610/5782/5009</w:t>
        <w:br/>
        <w:t>f 33081/5325/4562 33610/5782/5009 33354/5603/4836</w:t>
        <w:br/>
        <w:t>f 33355/5602/4835 33081/5325/4562 33354/5603/4836</w:t>
        <w:br/>
        <w:t>f 33321/5568/4799 33355/5602/4835 33356/5601/4834</w:t>
        <w:br/>
        <w:t>f 33094/5339/4576 33321/5568/4799 33356/5601/4834</w:t>
        <w:br/>
        <w:t>f 33253/5500/4731 33252/5498/4729 33612/5784/5011</w:t>
        <w:br/>
        <w:t>f 33611/5785/5012 33253/5500/4731 33612/5784/5011</w:t>
        <w:br/>
        <w:t>f 33064/5310/4547 33065/5309/4546 33330/5577/4808</w:t>
        <w:br/>
        <w:t>f 33613/5786/5013 33064/5310/4547 33330/5577/4808</w:t>
        <w:br/>
        <w:t>f 33024/5271/4508 33025/5270/4507 33067/5314/4551</w:t>
        <w:br/>
        <w:t>f 33249/5496/4727 33024/5271/4508 33067/5314/4551</w:t>
        <w:br/>
        <w:t>f 33058/5308/4545 33059/5307/4544 33365/5613/4846</w:t>
        <w:br/>
        <w:t>f 33614/5787/5014 33058/5308/4545 33365/5613/4846</w:t>
        <w:br/>
        <w:t>f 33366/5612/4845 33214/5464/4696 33215/5463/4695</w:t>
        <w:br/>
        <w:t>f 33261/5506/4737 33366/5612/4845 33215/5463/4695</w:t>
        <w:br/>
        <w:t>f 33319/5565/4796 33616/5788/5015 33615/5789/5016</w:t>
        <w:br/>
        <w:t>f 33320/5567/4798 33319/5565/4796 33615/5789/5016</w:t>
        <w:br/>
        <w:t>f 33616/5788/5015 33319/5565/4796 33318/5566/4797</w:t>
        <w:br/>
        <w:t>f 33617/5790/5017 33616/5788/5015 33318/5566/4797</w:t>
        <w:br/>
        <w:t>f 33119/5369/4606 33120/5368/4605 33619/5791/5018</w:t>
        <w:br/>
        <w:t>f 33618/5792/5019 33119/5369/4606 33619/5791/5018</w:t>
        <w:br/>
        <w:t>f 33013/5260/4497 33342/5587/4818 33620/5793/5020</w:t>
        <w:br/>
        <w:t>f 32974/5220/4457 33013/5260/4497 33620/5793/5020</w:t>
        <w:br/>
        <w:t>f 33066/5315/4552 33064/5310/4547 33613/5786/5013</w:t>
        <w:br/>
        <w:t>f 33068/5313/4550 33066/5315/4552 33613/5786/5013</w:t>
        <w:br/>
        <w:t>f 33317/5564/4795 33119/5369/4606 33618/5792/5019</w:t>
        <w:br/>
        <w:t>f 33621/5794/5021 33317/5564/4795 33618/5792/5019</w:t>
        <w:br/>
        <w:t>f 32974/5220/4457 33620/5793/5020 33622/5795/5022</w:t>
        <w:br/>
        <w:t>f 32973/5221/4458 32974/5220/4457 33622/5795/5022</w:t>
        <w:br/>
        <w:t>f 33120/5368/4605 33289/5537/4768 33290/5536/4767</w:t>
        <w:br/>
        <w:t>f 33619/5791/5018 33120/5368/4605 33290/5536/4767</w:t>
        <w:br/>
        <w:t>f 33312/5559/4790 33101/5347/4584 33320/5567/4798</w:t>
        <w:br/>
        <w:t>f 33615/5789/5016 33312/5559/4790 33320/5567/4798</w:t>
        <w:br/>
        <w:t>f 33446/5619/4852 33623/5796/5023 33340/5589/4820</w:t>
        <w:br/>
        <w:t>f 33341/5588/4819 33446/5619/4852 33340/5589/4820</w:t>
        <w:br/>
        <w:t>f 33601/5773/5000 33626/5797/5024 33625/5798/5025</w:t>
        <w:br/>
        <w:t>f 33624/5799/5026 33601/5773/5000 33625/5798/5025</w:t>
        <w:br/>
        <w:t>f 33627/5800/5027 33523/5696/4928 33509/5682/4914</w:t>
        <w:br/>
        <w:t>f 33595/5767/4994 33627/5800/5027 33509/5682/4914</w:t>
        <w:br/>
        <w:t>f 33537/5710/4942 33530/5703/4935 33538/5711/4943</w:t>
        <w:br/>
        <w:t>f 33537/5710/4942 33538/5711/4943 33559/5732/4962</w:t>
        <w:br/>
        <w:t>f 33578/5750/4978 33576/5749/4977 33575/5748/4976</w:t>
        <w:br/>
        <w:t>f 33628/5801/5028 33566/5739/4969 33581/5754/4980</w:t>
        <w:br/>
        <w:t>f 33578/5750/4978 33575/5748/4976 33544/5718/4949</w:t>
        <w:br/>
        <w:t>f 33629/5802/5029 33519/5692/4924 33518/5690/4922</w:t>
        <w:br/>
        <w:t>f 33630/5803/5030 33519/5692/4924 33629/5802/5029</w:t>
        <w:br/>
        <w:t>f 33531/5704/4936 33629/5802/5029 33518/5690/4922</w:t>
        <w:br/>
        <w:t>f 33533/5705/4937 33523/5696/4928 33627/5800/5027</w:t>
        <w:br/>
        <w:t>f 33545/5717/4948 33542/5715/4946 33543/5716/4947</w:t>
        <w:br/>
        <w:t>f 33631/5804/5031 33559/5732/4962 33558/5731/4961</w:t>
        <w:br/>
        <w:t>f 33632/5805/5032 33559/5732/4962 33631/5804/5031</w:t>
        <w:br/>
        <w:t>f 33537/5710/4942 33559/5732/4962 33632/5805/5032</w:t>
        <w:br/>
        <w:t>f 33567/5740/4970 33566/5739/4969 33628/5801/5028</w:t>
        <w:br/>
        <w:t>f 33579/5753/4981 33576/5749/4977 33577/5751/4979</w:t>
        <w:br/>
        <w:t>f 33628/5801/5028 33581/5754/4980 33633/5806/4981</w:t>
        <w:br/>
        <w:t>f 33578/5750/4978 33544/5718/4949 33545/5717/4948</w:t>
        <w:br/>
        <w:t>f 33631/5804/5031 33558/5731/4961 33567/5740/4970</w:t>
        <w:br/>
        <w:t>f 33600/5774/5001 33601/5773/5000 33624/5799/5026</w:t>
        <w:br/>
        <w:t>f 33634/5807/5033 33600/5774/5001 33624/5799/5026</w:t>
        <w:br/>
        <w:t>f 33242/5490/4721 33636/5808/5034 33635/5809/5035</w:t>
        <w:br/>
        <w:t>f 33513/5688/4920 33512/5683/4915 33510/5685/4917</w:t>
        <w:br/>
        <w:t>f 33524/5698/4930 33639/5810/5036 33638/5811/5037</w:t>
        <w:br/>
        <w:t>f 33637/5812/5038 33524/5698/4930 33638/5811/5037</w:t>
        <w:br/>
        <w:t>f 33637/5812/5038 33640/5813/5039 33520/5695/4927</w:t>
        <w:br/>
        <w:t>f 33524/5698/4930 33637/5812/5038 33520/5695/4927</w:t>
        <w:br/>
        <w:t>f 33584/5757/4983 33503/5678/4910 33520/5695/4927</w:t>
        <w:br/>
        <w:t>f 33640/5813/5039 33584/5757/4983 33520/5695/4927</w:t>
        <w:br/>
        <w:t>f 33642/5814/5040 33641/5815/5041 33525/5697/5042</w:t>
        <w:br/>
        <w:t>f 33610/5782/5009 33081/5325/4562 33078/5328/4565</w:t>
        <w:br/>
        <w:t>f 33327/5575/4806 33610/5782/5009 33078/5328/4565</w:t>
        <w:br/>
        <w:t>f 33078/5328/4565 33079/5327/4564 33082/5330/4567</w:t>
        <w:br/>
        <w:t>f 33083/5329/4566 33078/5328/4565 33082/5330/4567</w:t>
        <w:br/>
        <w:t>f 33671/5816/5043 33670/5817/5044 33259/5508/4739</w:t>
        <w:br/>
        <w:t>f 33244/5493/4724 33672/5818/5045 33612/5784/5011</w:t>
        <w:br/>
        <w:t>f 33053/5297/4534 33674/5819/5046 33673/5820/5047</w:t>
        <w:br/>
        <w:t>f 33352/5598/4829 33053/5297/4534 33673/5820/5047</w:t>
        <w:br/>
        <w:t>f 33673/5820/5047 33674/5819/5046 33675/5821/5048</w:t>
        <w:br/>
        <w:t>f 33323/5570/4801 33673/5820/5047 33675/5821/5048</w:t>
        <w:br/>
        <w:t>f 33467/5639/4871 33468/5638/4870 33597/5769/4996</w:t>
        <w:br/>
        <w:t>f 33461/5637/4869 33467/5639/4871 33597/5769/4996</w:t>
        <w:br/>
        <w:t>f 33468/5638/4870 33482/5654/4886 33493/5666/4898</w:t>
        <w:br/>
        <w:t>f 33597/5769/4996 33468/5638/4870 33493/5666/4898</w:t>
        <w:br/>
        <w:t>f 33592/5764/4991 33593/5763/4990 33462/5636/4868</w:t>
        <w:br/>
        <w:t>f 33605/5779/5006 33592/5764/4991 33462/5636/4868</w:t>
        <w:br/>
        <w:t>f 33467/5639/4871 33593/5763/4990 33590/5766/4993</w:t>
        <w:br/>
        <w:t>f 33466/5640/4872 33467/5639/4871 33590/5766/4993</w:t>
        <w:br/>
        <w:t>f 33493/5666/4898 33482/5654/4886 33472/5644/4876</w:t>
        <w:br/>
        <w:t>f 33490/5664/4896 33493/5666/4898 33472/5644/4876</w:t>
        <w:br/>
        <w:t>f 33118/5362/4599 33115/5365/4602 33107/5357/4594</w:t>
        <w:br/>
        <w:t>f 33108/5356/4593 33118/5362/4599 33107/5357/4594</w:t>
        <w:br/>
        <w:t>f 33112/5360/4597 33316/5562/4793 33118/5362/4599</w:t>
        <w:br/>
        <w:t>f 33108/5356/4593 33112/5360/4597 33118/5362/4599</w:t>
        <w:br/>
        <w:t>f 33676/5822/5049 33318/5566/4797 33115/5365/4602</w:t>
        <w:br/>
        <w:t>f 33116/5364/4601 33676/5822/5049 33115/5365/4602</w:t>
        <w:br/>
        <w:t>f 33677/5823/5050 33617/5790/5017 33318/5566/4797</w:t>
        <w:br/>
        <w:t>f 33676/5822/5049 33677/5823/5050 33318/5566/4797</w:t>
        <w:br/>
        <w:t>f 33136/5386/4623 33137/5385/4622 33315/5563/4794</w:t>
        <w:br/>
        <w:t>f 33316/5562/4793 33136/5386/4623 33315/5563/4794</w:t>
        <w:br/>
        <w:t>f 33309/5555/4786 33310/5554/4785 33678/5824/5051</w:t>
        <w:br/>
        <w:t>f 33470/5642/4874 33309/5555/4786 33678/5824/5051</w:t>
        <w:br/>
        <w:t>f 33483/5659/4891 33680/5825/5052 33679/5826/5053</w:t>
        <w:br/>
        <w:t>f 33486/5656/4888 33483/5659/4891 33679/5826/5053</w:t>
        <w:br/>
        <w:t>f 33600/5774/5001 33681/5827/5054 33307/5557/4788</w:t>
        <w:br/>
        <w:t>f 33308/5556/4787 33600/5774/5001 33307/5557/4788</w:t>
        <w:br/>
        <w:t>f 33470/5642/4874 33678/5824/5051 33680/5825/5052</w:t>
        <w:br/>
        <w:t>f 33483/5659/4891 33470/5642/4874 33680/5825/5052</w:t>
        <w:br/>
        <w:t>f 33634/5807/5033 33682/5828/5055 33681/5827/5054</w:t>
        <w:br/>
        <w:t>f 33600/5774/5001 33634/5807/5033 33681/5827/5054</w:t>
        <w:br/>
        <w:t>f 33486/5656/4888 33679/5826/5053 33683/5829/5056</w:t>
        <w:br/>
        <w:t>f 33498/5673/4905 33486/5656/4888 33683/5829/5056</w:t>
        <w:br/>
        <w:t>f 33612/5784/5011 33252/5498/4729 33244/5493/4724</w:t>
        <w:br/>
        <w:t>f 33062/5312/4549 33258/5505/4736 33329/5578/4809</w:t>
        <w:br/>
        <w:t>f 33065/5309/4546 33062/5312/4549 33329/5578/4809</w:t>
        <w:br/>
        <w:t>f 33258/5505/4736 33061/5305/4542 33058/5308/4545</w:t>
        <w:br/>
        <w:t>f 33329/5578/4809 33258/5505/4736 33058/5308/4545</w:t>
        <w:br/>
        <w:t>f 33614/5787/5014 33331/5576/4807 33329/5578/4809</w:t>
        <w:br/>
        <w:t>f 33058/5308/4545 33614/5787/5014 33329/5578/4809</w:t>
        <w:br/>
        <w:t>f 33250/5497/4728 33063/5311/4548 33064/5310/4547</w:t>
        <w:br/>
        <w:t>f 33066/5315/4552 33250/5497/4728 33064/5310/4547</w:t>
        <w:br/>
        <w:t>f 33023/5272/4509 33250/5497/4728 33066/5315/4552</w:t>
        <w:br/>
        <w:t>f 33025/5270/4507 33023/5272/4509 33066/5315/4552</w:t>
        <w:br/>
        <w:t>f 33022/5268/4505 33228/5476/4707 33229/5475/4706</w:t>
        <w:br/>
        <w:t>f 33011/5257/4494 33022/5268/4505 33229/5475/4706</w:t>
        <w:br/>
        <w:t>f 33253/5500/4731 33255/5501/4732 33033/5277/4514</w:t>
        <w:br/>
        <w:t>f 33035/5281/4518 33253/5500/4731 33033/5277/4514</w:t>
        <w:br/>
        <w:t>f 33036/5284/4521 33032/5278/4515 33254/5502/4733</w:t>
        <w:br/>
        <w:t>f 33298/5545/4776 33036/5284/4521 33254/5502/4733</w:t>
        <w:br/>
        <w:t>f 32991/5241/4478 32992/5240/4477 33153/5401/4638</w:t>
        <w:br/>
        <w:t>f 33636/5808/5034 32991/5241/4478 33153/5401/4638</w:t>
        <w:br/>
        <w:t>f 33153/5401/4638 33154/5400/4637 33685/5830/5057</w:t>
        <w:br/>
        <w:t>f 33684/5831/5058 33153/5401/4638 33685/5830/5057</w:t>
        <w:br/>
        <w:t>f 33072/5319/4556 33236/5484/4715 33685/5830/5057</w:t>
        <w:br/>
        <w:t>f 33154/5400/4637 33072/5319/4556 33685/5830/5057</w:t>
        <w:br/>
        <w:t>f 32987/5237/4474 33072/5319/4556 33154/5400/4637</w:t>
        <w:br/>
        <w:t>f 32990/5234/4471 32987/5237/4474 33154/5400/4637</w:t>
        <w:br/>
        <w:t>f 33676/5822/5049 33317/5564/4795 33621/5794/5021</w:t>
        <w:br/>
        <w:t>f 33677/5823/5050 33676/5822/5049 33621/5794/5021</w:t>
        <w:br/>
        <w:t>f 33317/5564/4795 33676/5822/5049 33116/5364/4601</w:t>
        <w:br/>
        <w:t>f 33303/5552/4783 33317/5564/4795 33116/5364/4601</w:t>
        <w:br/>
        <w:t>f 33303/5552/4783 33116/5364/4601 33117/5363/4600</w:t>
        <w:br/>
        <w:t>f 33305/5550/4781 33303/5552/4783 33117/5363/4600</w:t>
        <w:br/>
        <w:t>f 33305/5550/4781 33117/5363/4600 33315/5563/4794</w:t>
        <w:br/>
        <w:t>f 33301/5549/4780 33305/5550/4781 33315/5563/4794</w:t>
        <w:br/>
        <w:t>f 33301/5549/4780 33315/5563/4794 33137/5385/4622</w:t>
        <w:br/>
        <w:t>f 33279/5525/4756 33301/5549/4780 33137/5385/4622</w:t>
        <w:br/>
        <w:t>f 33279/5525/4756 33137/5385/4622 33138/5384/4621</w:t>
        <w:br/>
        <w:t>f 33278/5526/4757 33279/5525/4756 33138/5384/4621</w:t>
        <w:br/>
        <w:t>f 33360/5608/4841 33358/5604/4837 33364/5611/4844</w:t>
        <w:br/>
        <w:t>f 33140/5388/4625 33360/5608/4841 33364/5611/4844</w:t>
        <w:br/>
        <w:t>f 33358/5604/4837 33360/5608/4841 33361/5607/4840</w:t>
        <w:br/>
        <w:t>f 33357/5605/4838 33358/5604/4837 33361/5607/4840</w:t>
        <w:br/>
        <w:t>f 33687/5832/5059 33635/5809/5035 33636/5808/5034</w:t>
        <w:br/>
        <w:t>f 33686/5833/5060 33687/5832/5059 33636/5808/5034</w:t>
        <w:br/>
        <w:t>f 33689/5834/5061 33686/5833/5060 33684/5831/5058</w:t>
        <w:br/>
        <w:t>f 33688/5835/5062 33689/5834/5061 33684/5831/5058</w:t>
        <w:br/>
        <w:t>f 33286/5532/4763 33077/5321/4558 33688/5835/5062</w:t>
        <w:br/>
        <w:t>f 33690/5836/5063 33286/5532/4763 33688/5835/5062</w:t>
        <w:br/>
        <w:t>f 33690/5836/5063 33691/5837/5064 33324/5571/4802</w:t>
        <w:br/>
        <w:t>f 33286/5532/4763 33690/5836/5063 33324/5571/4802</w:t>
        <w:br/>
        <w:t>f 33339/5586/4817 33324/5571/4802 33691/5837/5064</w:t>
        <w:br/>
        <w:t>f 33692/5838/5065 33339/5586/4817 33691/5837/5064</w:t>
        <w:br/>
        <w:t>f 33692/5838/5065 33693/5839/5066 33338/5584/4815</w:t>
        <w:br/>
        <w:t>f 33339/5586/4817 33692/5838/5065 33338/5584/4815</w:t>
        <w:br/>
        <w:t>f 33337/5585/4816 33338/5584/4815 33693/5839/5066</w:t>
        <w:br/>
        <w:t>f 33694/5840/5067 33337/5585/4816 33693/5839/5066</w:t>
        <w:br/>
        <w:t>f 33694/5840/5067 33695/5841/5068 33268/5515/4746</w:t>
        <w:br/>
        <w:t>f 33337/5585/4816 33694/5840/5067 33268/5515/4746</w:t>
        <w:br/>
        <w:t>f 33695/5841/5068 33696/5842/5069 33151/5399/4636</w:t>
        <w:br/>
        <w:t>f 33268/5515/4746 33695/5841/5068 33151/5399/4636</w:t>
        <w:br/>
        <w:t>f 33006/5250/4487 33151/5399/4636 33696/5842/5069</w:t>
        <w:br/>
        <w:t>f 33697/5843/5070 33006/5250/4487 33696/5842/5069</w:t>
        <w:br/>
        <w:t>f 33697/5843/5070 33698/5844/5071 33005/5251/4488</w:t>
        <w:br/>
        <w:t>f 33006/5250/4487 33697/5843/5070 33005/5251/4488</w:t>
        <w:br/>
        <w:t>f 33448/5621/4854 33005/5251/4488 33698/5844/5071</w:t>
        <w:br/>
        <w:t>f 33699/5845/5072 33448/5621/4854 33698/5844/5071</w:t>
        <w:br/>
        <w:t>f 33445/5617/4850 33448/5621/4854 33699/5845/5072</w:t>
        <w:br/>
        <w:t>f 33700/5846/5073 33445/5617/4850 33699/5845/5072</w:t>
        <w:br/>
        <w:t>f 33700/5846/5073 33015/5262/4499 33444/5618/4851</w:t>
        <w:br/>
        <w:t>f 33445/5617/4850 33700/5846/5073 33444/5618/4851</w:t>
        <w:br/>
        <w:t>f 33446/5619/4852 33444/5618/4851 33015/5262/4499</w:t>
        <w:br/>
        <w:t>f 33016/5261/4498 33446/5619/4852 33015/5262/4499</w:t>
        <w:br/>
        <w:t>f 33016/5261/4498 33232/5478/4709 33623/5796/5023</w:t>
        <w:br/>
        <w:t>f 33446/5619/4852 33016/5261/4498 33623/5796/5023</w:t>
        <w:br/>
        <w:t>f 33074/5324/4561 33689/5834/5061 33688/5835/5062</w:t>
        <w:br/>
        <w:t>f 33077/5321/4558 33074/5324/4561 33688/5835/5062</w:t>
        <w:br/>
        <w:t>f 33689/5834/5061 33074/5324/4561 33607/5780/5007</w:t>
        <w:br/>
        <w:t>f 33701/5847/5074 33689/5834/5061 33607/5780/5007</w:t>
        <w:br/>
        <w:t>f 33009/5259/4496 33010/5258/4495 33015/5262/4499</w:t>
        <w:br/>
        <w:t>f 33700/5846/5073 33009/5259/4496 33015/5262/4499</w:t>
        <w:br/>
        <w:t>f 33700/5846/5073 33699/5845/5072 33447/5620/4853</w:t>
        <w:br/>
        <w:t>f 33009/5259/4496 33700/5846/5073 33447/5620/4853</w:t>
        <w:br/>
        <w:t>f 33234/5481/4712 33447/5620/4853 33699/5845/5072</w:t>
        <w:br/>
        <w:t>f 33698/5844/5071 33234/5481/4712 33699/5845/5072</w:t>
        <w:br/>
        <w:t>f 33233/5482/4713 33234/5481/4712 33698/5844/5071</w:t>
        <w:br/>
        <w:t>f 33697/5843/5070 33233/5482/4713 33698/5844/5071</w:t>
        <w:br/>
        <w:t>f 33697/5843/5070 33696/5842/5069 33335/5583/4814</w:t>
        <w:br/>
        <w:t>f 33233/5482/4713 33697/5843/5070 33335/5583/4814</w:t>
        <w:br/>
        <w:t>f 33336/5582/4813 33335/5583/4814 33696/5842/5069</w:t>
        <w:br/>
        <w:t>f 33695/5841/5068 33336/5582/4813 33696/5842/5069</w:t>
        <w:br/>
        <w:t>f 33695/5841/5068 33694/5840/5067 33282/5528/4759</w:t>
        <w:br/>
        <w:t>f 33336/5582/4813 33695/5841/5068 33282/5528/4759</w:t>
        <w:br/>
        <w:t>f 33281/5529/4760 33282/5528/4759 33694/5840/5067</w:t>
        <w:br/>
        <w:t>f 33693/5839/5066 33281/5529/4760 33694/5840/5067</w:t>
        <w:br/>
        <w:t>f 33693/5839/5066 33692/5838/5065 33237/5483/4714</w:t>
        <w:br/>
        <w:t>f 33281/5529/4760 33693/5839/5066 33237/5483/4714</w:t>
        <w:br/>
        <w:t>f 33237/5483/4714 33692/5838/5065 33691/5837/5064</w:t>
        <w:br/>
        <w:t>f 33236/5484/4715 33237/5483/4714 33691/5837/5064</w:t>
        <w:br/>
        <w:t>f 33236/5484/4715 33691/5837/5064 33690/5836/5063</w:t>
        <w:br/>
        <w:t>f 33685/5830/5057 33236/5484/4715 33690/5836/5063</w:t>
        <w:br/>
        <w:t>f 33690/5836/5063 33688/5835/5062 33684/5831/5058</w:t>
        <w:br/>
        <w:t>f 33685/5830/5057 33690/5836/5063 33684/5831/5058</w:t>
        <w:br/>
        <w:t>f 33010/5258/4495 33011/5257/4494 33229/5475/4706</w:t>
        <w:br/>
        <w:t>f 33014/5263/4500 33010/5258/4495 33229/5475/4706</w:t>
        <w:br/>
        <w:t>f 33231/5479/4710 33014/5263/4500 33229/5475/4706</w:t>
        <w:br/>
        <w:t>f 33230/5474/4705 33231/5479/4710 33229/5475/4706</w:t>
        <w:br/>
        <w:t>f 33686/5833/5060 33636/5808/5034 33153/5401/4638</w:t>
        <w:br/>
        <w:t>f 33684/5831/5058 33686/5833/5060 33153/5401/4638</w:t>
        <w:br/>
        <w:t>f 33126/5374/4611 33139/5383/4620 33136/5386/4623</w:t>
        <w:br/>
        <w:t>f 33113/5359/4596 33126/5374/4611 33136/5386/4623</w:t>
        <w:br/>
        <w:t>f 33139/5383/4620 33126/5374/4611 33133/5381/4618</w:t>
        <w:br/>
        <w:t>f 33141/5387/4624 33139/5383/4620 33133/5381/4618</w:t>
        <w:br/>
        <w:t>f 33359/5609/4842 33134/5380/4617 33608/5781/5008</w:t>
        <w:br/>
        <w:t>f 33362/5606/4839 33359/5609/4842 33608/5781/5008</w:t>
        <w:br/>
        <w:t>f 33701/5847/5074 33687/5832/5059 33686/5833/5060</w:t>
        <w:br/>
        <w:t>f 33689/5834/5061 33701/5847/5074 33686/5833/5060</w:t>
        <w:br/>
        <w:t>f 33113/5359/4596 33136/5386/4623 33316/5562/4793</w:t>
        <w:br/>
        <w:t>f 33112/5360/4597 33113/5359/4596 33316/5562/4793</w:t>
        <w:br/>
        <w:t>f 33326/5572/4803 33269/5519/4750 33224/5471/4702</w:t>
        <w:br/>
        <w:t>f 33326/5572/4803 33224/5471/4702 33172/5419/4655</w:t>
        <w:br/>
        <w:t>f 33325/5573/4804 33326/5572/4803 33172/5419/4655</w:t>
        <w:br/>
        <w:t>f 33325/5573/4804 33172/5419/4655 33171/5417/4653</w:t>
        <w:br/>
        <w:t>f 33453/5626/4858 33325/5573/4804 33171/5417/4653</w:t>
        <w:br/>
        <w:t>f 33453/5626/4858 33171/5417/4653 33226/5473/4704</w:t>
        <w:br/>
        <w:t>f 33450/5625/4857 33453/5626/4858 33226/5473/4704</w:t>
        <w:br/>
        <w:t>f 33450/5625/4857 33226/5473/4704 33149/5396/4633</w:t>
        <w:br/>
        <w:t>f 33452/5623/4855 33450/5625/4857 33149/5396/4633</w:t>
        <w:br/>
        <w:t>f 33611/5785/5012 33702/5848/5075 33255/5501/4732</w:t>
        <w:br/>
        <w:t>f 33253/5500/4731 33611/5785/5012 33255/5501/4732</w:t>
        <w:br/>
        <w:t>f 33702/5848/5075 33703/5849/5076 33254/5502/4733</w:t>
        <w:br/>
        <w:t>f 33255/5501/4732 33702/5848/5075 33254/5502/4733</w:t>
        <w:br/>
        <w:t>f 33298/5545/4776 33254/5502/4733 33703/5849/5076</w:t>
        <w:br/>
        <w:t>f 33704/5850/5077 33298/5545/4776 33703/5849/5076</w:t>
        <w:br/>
        <w:t>f 33040/5286/4523 33298/5545/4776 33704/5850/5077</w:t>
        <w:br/>
        <w:t>f 33705/5851/5078 33040/5286/4523 33704/5850/5077</w:t>
        <w:br/>
        <w:t>f 33040/5286/4523 33705/5851/5078 33706/5852/5079</w:t>
        <w:br/>
        <w:t>f 33039/5287/4524 33040/5286/4523 33706/5852/5079</w:t>
        <w:br/>
        <w:t>f 33706/5852/5079 33707/5853/5080 33243/5489/4720</w:t>
        <w:br/>
        <w:t>f 33039/5287/4524 33706/5852/5079 33243/5489/4720</w:t>
        <w:br/>
        <w:t>f 33707/5853/5080 33708/5854/5081 32994/5238/4475</w:t>
        <w:br/>
        <w:t>f 33243/5489/4720 33707/5853/5080 32994/5238/4475</w:t>
        <w:br/>
        <w:t>f 33708/5854/5081 33709/5855/5082 32993/5239/4476</w:t>
        <w:br/>
        <w:t>f 32994/5238/4475 33708/5854/5081 32993/5239/4476</w:t>
        <w:br/>
        <w:t>f 32989/5235/4472 32993/5239/4476 33709/5855/5082</w:t>
        <w:br/>
        <w:t>f 33710/5856/5083 32989/5235/4472 33709/5855/5082</w:t>
        <w:br/>
        <w:t>f 32989/5235/4472 33710/5856/5083 33711/5857/5084</w:t>
        <w:br/>
        <w:t>f 32988/5236/4473 32989/5235/4472 33711/5857/5084</w:t>
        <w:br/>
        <w:t>f 33711/5857/5084 33712/5858/5085 33262/5509/4740</w:t>
        <w:br/>
        <w:t>f 32988/5236/4473 33711/5857/5084 33262/5509/4740</w:t>
        <w:br/>
        <w:t>f 33712/5858/5085 33713/5859/5086 32986/5232/4469</w:t>
        <w:br/>
        <w:t>f 33262/5509/4740 33712/5858/5085 32986/5232/4469</w:t>
        <w:br/>
        <w:t>f 33713/5859/5086 33714/5860/5087 32985/5233/4470</w:t>
        <w:br/>
        <w:t>f 32986/5232/4469 33713/5859/5086 32985/5233/4470</w:t>
        <w:br/>
        <w:t>f 33714/5860/5087 33715/5861/5088 33257/5503/4734</w:t>
        <w:br/>
        <w:t>f 32985/5233/4470 33714/5860/5087 33257/5503/4734</w:t>
        <w:br/>
        <w:t>f 33715/5861/5088 33716/5862/5089 33248/5494/4725</w:t>
        <w:br/>
        <w:t>f 33257/5503/4734 33715/5861/5088 33248/5494/4725</w:t>
        <w:br/>
        <w:t>f 33716/5862/5089 33717/5863/5090 33241/5487/4718</w:t>
        <w:br/>
        <w:t>f 33248/5494/4725 33716/5862/5089 33241/5487/4718</w:t>
        <w:br/>
        <w:t>f 33717/5863/5090 33718/5864/5091 33240/5488/4719</w:t>
        <w:br/>
        <w:t>f 33241/5487/4718 33717/5863/5090 33240/5488/4719</w:t>
        <w:br/>
        <w:t>f 33721/5865/5092 33720/5866/5093 33719/5867/5094</w:t>
        <w:br/>
        <w:t>f 33240/5488/4719 33721/5865/5092 33719/5867/5094</w:t>
        <w:br/>
        <w:t>f 33720/5866/5093 33722/5868/5095 33020/5265/4502</w:t>
        <w:br/>
        <w:t>f 33719/5867/5094 33720/5866/5093 33020/5265/4502</w:t>
        <w:br/>
        <w:t>f 33722/5868/5095 33723/5869/5096 33019/5266/4503</w:t>
        <w:br/>
        <w:t>f 33020/5265/4502 33722/5868/5095 33019/5266/4503</w:t>
        <w:br/>
        <w:t>f 33672/5818/5045 33245/5492/4723 33019/5266/4503</w:t>
        <w:br/>
        <w:t>f 33723/5869/5096 33672/5818/5045 33019/5266/4503</w:t>
        <w:br/>
        <w:t>f 33244/5493/4724 33245/5492/4723 33672/5818/5045</w:t>
        <w:br/>
        <w:t>f 33635/5809/5035 33328/5574/4805 33242/5490/4721</w:t>
        <w:br/>
        <w:t>f 32991/5241/4478 33636/5808/5034 33242/5490/4721</w:t>
        <w:br/>
        <w:t>f 33240/5488/4719 33719/5867/5094 32999/5249/4486</w:t>
        <w:br/>
        <w:t>f 33000/5248/4485 33240/5488/4719 32999/5249/4486</w:t>
        <w:br/>
        <w:t>f 33719/5867/5094 33020/5265/4502 33017/5264/4501</w:t>
        <w:br/>
        <w:t>f 32999/5249/4486 33719/5867/5094 33017/5264/4501</w:t>
        <w:br/>
        <w:t>f 33727/5870/5097 33726/5871/5098 33725/5872/5099</w:t>
        <w:br/>
        <w:t>f 33724/5873/5100 33727/5870/5097 33725/5872/5099</w:t>
        <w:br/>
        <w:t>f 33729/5874/5101 33728/5875/5102 33724/5873/5100</w:t>
        <w:br/>
        <w:t>f 33725/5872/5099 33729/5874/5101 33724/5873/5100</w:t>
        <w:br/>
        <w:t>f 33731/5876/5103 33730/5877/5104 33726/5871/5098</w:t>
        <w:br/>
        <w:t>f 33727/5870/5097 33731/5876/5103 33726/5871/5098</w:t>
        <w:br/>
        <w:t>f 33735/5878/5105 33734/5879/5106 33733/5880/5107</w:t>
        <w:br/>
        <w:t>f 33732/5881/5108 33735/5878/5105 33733/5880/5107</w:t>
        <w:br/>
        <w:t>f 33737/5882/5109 33733/5880/5107 33734/5879/5106</w:t>
        <w:br/>
        <w:t>f 33736/5883/5110 33737/5882/5109 33734/5879/5106</w:t>
        <w:br/>
        <w:t>f 33739/5884/5111 33735/5878/5105 33732/5881/5108</w:t>
        <w:br/>
        <w:t>f 33738/5885/5112 33739/5884/5111 33732/5881/5108</w:t>
        <w:br/>
        <w:t>f 33741/5886/5113 33737/5882/5109 33736/5883/5110</w:t>
        <w:br/>
        <w:t>f 33740/5887/5114 33741/5886/5113 33736/5883/5110</w:t>
        <w:br/>
        <w:t>f 33743/5888/5115 33741/5886/5113 33740/5887/5114</w:t>
        <w:br/>
        <w:t>f 33742/5889/5116 33743/5888/5115 33740/5887/5114</w:t>
        <w:br/>
        <w:t>f 33747/5890/5117 33746/5891/5118 33745/5892/5119</w:t>
        <w:br/>
        <w:t>f 33744/5893/5120 33747/5890/5117 33745/5892/5119</w:t>
        <w:br/>
        <w:t>f 33748/5894/5121 33744/5893/5120 33745/5892/5119</w:t>
        <w:br/>
        <w:t>f 33749/5895/5122 33748/5894/5121 33745/5892/5119</w:t>
        <w:br/>
        <w:t>f 33750/5896/5123 33748/5894/5121 33749/5895/5122</w:t>
        <w:br/>
        <w:t>f 33751/5897/5124 33750/5896/5123 33749/5895/5122</w:t>
        <w:br/>
        <w:t>f 33729/5874/5101 33750/5896/5123 33751/5897/5124</w:t>
        <w:br/>
        <w:t>f 33728/5875/5102 33729/5874/5101 33751/5897/5124</w:t>
        <w:br/>
        <w:t>f 33755/5898/5125 33754/5899/5126 33753/5900/5127</w:t>
        <w:br/>
        <w:t>f 33752/5901/5128 33755/5898/5125 33753/5900/5127</w:t>
        <w:br/>
        <w:t>f 33738/5885/5112 33753/5900/5127 33754/5899/5126</w:t>
        <w:br/>
        <w:t>f 33739/5884/5111 33738/5885/5112 33754/5899/5126</w:t>
        <w:br/>
        <w:t>f 33742/5889/5116 33730/5877/5104 33731/5876/5103</w:t>
        <w:br/>
        <w:t>f 33743/5888/5115 33742/5889/5116 33731/5876/5103</w:t>
        <w:br/>
        <w:t>f 33724/5873/5100 33491/5663/4895 33488/5661/4893</w:t>
        <w:br/>
        <w:t>f 33727/5870/5097 33724/5873/5100 33488/5661/4893</w:t>
        <w:br/>
        <w:t>f 33732/5881/5108 33733/5880/5107 33678/5824/5051</w:t>
        <w:br/>
        <w:t>f 33310/5554/4785 33732/5881/5108 33678/5824/5051</w:t>
        <w:br/>
        <w:t>f 33679/5826/5053 33680/5825/5052 33737/5882/5109</w:t>
        <w:br/>
        <w:t>f 33741/5886/5113 33679/5826/5053 33737/5882/5109</w:t>
        <w:br/>
        <w:t>f 33464/5634/4866 33749/5895/5122 33745/5892/5119</w:t>
        <w:br/>
        <w:t>f 33463/5635/4867 33464/5634/4866 33745/5892/5119</w:t>
        <w:br/>
        <w:t>f 33491/5663/4895 33724/5873/5100 33728/5875/5102</w:t>
        <w:br/>
        <w:t>f 33492/5665/4897 33491/5663/4895 33728/5875/5102</w:t>
        <w:br/>
        <w:t>f 33307/5557/4788 33681/5827/5054 33753/5900/5127</w:t>
        <w:br/>
        <w:t>f 33738/5885/5112 33307/5557/4788 33753/5900/5127</w:t>
        <w:br/>
        <w:t>f 33680/5825/5052 33678/5824/5051 33733/5880/5107</w:t>
        <w:br/>
        <w:t>f 33737/5882/5109 33680/5825/5052 33733/5880/5107</w:t>
        <w:br/>
        <w:t>f 33749/5895/5122 33464/5634/4866 33596/5770/4997</w:t>
        <w:br/>
        <w:t>f 33751/5897/5124 33749/5895/5122 33596/5770/4997</w:t>
        <w:br/>
        <w:t>f 33751/5897/5124 33596/5770/4997 33492/5665/4897</w:t>
        <w:br/>
        <w:t>f 33728/5875/5102 33751/5897/5124 33492/5665/4897</w:t>
        <w:br/>
        <w:t>f 33352/5598/4829 33673/5820/5047 33739/5884/5111</w:t>
        <w:br/>
        <w:t>f 33754/5899/5126 33352/5598/4829 33739/5884/5111</w:t>
        <w:br/>
        <w:t>f 33735/5878/5105 33739/5884/5111 33673/5820/5047</w:t>
        <w:br/>
        <w:t>f 33323/5570/4801 33735/5878/5105 33673/5820/5047</w:t>
        <w:br/>
        <w:t>f 33734/5879/5106 33735/5878/5105 33323/5570/4801</w:t>
        <w:br/>
        <w:t>f 33322/5569/4800 33734/5879/5106 33323/5570/4801</w:t>
        <w:br/>
        <w:t>f 33322/5569/4800 33092/5341/4578 33736/5883/5110</w:t>
        <w:br/>
        <w:t>f 33734/5879/5106 33322/5569/4800 33736/5883/5110</w:t>
        <w:br/>
        <w:t>f 33740/5887/5114 33736/5883/5110 33092/5341/4578</w:t>
        <w:br/>
        <w:t>f 33093/5340/4577 33740/5887/5114 33092/5341/4578</w:t>
        <w:br/>
        <w:t>f 33742/5889/5116 33740/5887/5114 33093/5340/4577</w:t>
        <w:br/>
        <w:t>f 33300/5546/4777 33742/5889/5116 33093/5340/4577</w:t>
        <w:br/>
        <w:t>f 33128/5378/4615 33726/5871/5098 33730/5877/5104</w:t>
        <w:br/>
        <w:t>f 33131/5375/4612 33128/5378/4615 33730/5877/5104</w:t>
        <w:br/>
        <w:t>f 33104/5352/4589 33725/5872/5099 33726/5871/5098</w:t>
        <w:br/>
        <w:t>f 33128/5378/4615 33104/5352/4589 33726/5871/5098</w:t>
        <w:br/>
        <w:t>f 33105/5351/4588 33729/5874/5101 33725/5872/5099</w:t>
        <w:br/>
        <w:t>f 33104/5352/4589 33105/5351/4588 33725/5872/5099</w:t>
        <w:br/>
        <w:t>f 33729/5874/5101 33105/5351/4588 33313/5561/4792</w:t>
        <w:br/>
        <w:t>f 33750/5896/5123 33729/5874/5101 33313/5561/4792</w:t>
        <w:br/>
        <w:t>f 33313/5561/4792 33099/5349/4586 33748/5894/5121</w:t>
        <w:br/>
        <w:t>f 33750/5896/5123 33313/5561/4792 33748/5894/5121</w:t>
        <w:br/>
        <w:t>f 33099/5349/4586 33100/5348/4585 33744/5893/5120</w:t>
        <w:br/>
        <w:t>f 33748/5894/5121 33099/5349/4586 33744/5893/5120</w:t>
        <w:br/>
        <w:t>f 33742/5889/5116 33300/5546/4777 33131/5375/4612</w:t>
        <w:br/>
        <w:t>f 33730/5877/5104 33742/5889/5116 33131/5375/4612</w:t>
        <w:br/>
        <w:t>f 33501/5675/4907 33683/5829/5056 33743/5888/5115</w:t>
        <w:br/>
        <w:t>f 33489/5660/4892 33731/5876/5103 33727/5870/5097</w:t>
        <w:br/>
        <w:t>f 33488/5661/4893 33489/5660/4892 33727/5870/5097</w:t>
        <w:br/>
        <w:t>f 33683/5829/5056 33679/5826/5053 33741/5886/5113</w:t>
        <w:br/>
        <w:t>f 33743/5888/5115 33683/5829/5056 33741/5886/5113</w:t>
        <w:br/>
        <w:t>f 33463/5635/4867 33745/5892/5119 33746/5891/5118</w:t>
        <w:br/>
        <w:t>f 33606/5778/5005 33463/5635/4867 33746/5891/5118</w:t>
        <w:br/>
        <w:t>f 33100/5348/4585 33311/5558/4789 33747/5890/5117</w:t>
        <w:br/>
        <w:t>f 33744/5893/5120 33100/5348/4585 33747/5890/5117</w:t>
        <w:br/>
        <w:t>f 33681/5827/5054 33682/5828/5055 33752/5901/5128</w:t>
        <w:br/>
        <w:t>f 33753/5900/5127 33681/5827/5054 33752/5901/5128</w:t>
        <w:br/>
        <w:t>f 33754/5899/5126 33755/5898/5125 33351/5599/4830</w:t>
        <w:br/>
        <w:t>f 33352/5598/4829 33754/5899/5126 33351/5599/4830</w:t>
        <w:br/>
        <w:t>f 33310/5554/4785 33307/5557/4788 33738/5885/5112</w:t>
        <w:br/>
        <w:t>f 33732/5881/5108 33310/5554/4785 33738/5885/5112</w:t>
        <w:br/>
        <w:t>f 33442/5615/4848 33452/5623/4855 33149/5396/4633</w:t>
        <w:br/>
        <w:t>f 33144/5394/4631 33283/5531/4762 33441/5616/4849</w:t>
        <w:br/>
        <w:t>f 33150/5395/4632 33144/5394/4631 33441/5616/4849</w:t>
        <w:br/>
        <w:t>f 33328/5574/4805 33635/5809/5035 33756/5902/5129</w:t>
        <w:br/>
        <w:t>f 33327/5575/4806 33328/5574/4805 33756/5902/5129</w:t>
        <w:br/>
        <w:t>f 33441/5616/4849 33758/5903/5130 33757/5904/5131</w:t>
        <w:br/>
        <w:t>f 33442/5615/4848 33441/5616/4849 33757/5904/5131</w:t>
        <w:br/>
        <w:t>f 33760/5905/5132 33757/5904/5131 33758/5903/5130</w:t>
        <w:br/>
        <w:t>f 33759/5906/5133 33760/5905/5132 33758/5903/5130</w:t>
        <w:br/>
        <w:t>f 33762/5907/5134 33760/5905/5132 33759/5906/5133</w:t>
        <w:br/>
        <w:t>f 33761/5908/5135 33762/5907/5134 33759/5906/5133</w:t>
        <w:br/>
        <w:t>f 33756/5902/5129 33764/5909/5136 33763/5910/5137</w:t>
        <w:br/>
        <w:t>f 33609/5783/5010 33756/5902/5129 33763/5910/5137</w:t>
        <w:br/>
        <w:t>f 33761/5908/5135 33763/5910/5137 33764/5909/5136</w:t>
        <w:br/>
        <w:t>f 33762/5907/5134 33761/5908/5135 33764/5909/5136</w:t>
        <w:br/>
        <w:t>f 33759/5906/5133 33758/5903/5130 33284/5530/4761</w:t>
        <w:br/>
        <w:t>f 33357/5605/4838 33759/5906/5133 33284/5530/4761</w:t>
        <w:br/>
        <w:t>f 33361/5607/4840 33362/5606/4839 33763/5910/5137</w:t>
        <w:br/>
        <w:t>f 33761/5908/5135 33361/5607/4840 33763/5910/5137</w:t>
        <w:br/>
        <w:t>f 33451/5624/4856 33452/5623/4855 33442/5615/4848</w:t>
        <w:br/>
        <w:t>f 33757/5904/5131 33451/5624/4856 33442/5615/4848</w:t>
        <w:br/>
        <w:t>f 33762/5907/5134 33764/5909/5136 33687/5832/5059</w:t>
        <w:br/>
        <w:t>f 33701/5847/5074 33762/5907/5134 33687/5832/5059</w:t>
        <w:br/>
        <w:t>f 33758/5903/5130 33441/5616/4849 33283/5531/4762</w:t>
        <w:br/>
        <w:t>f 33284/5530/4761 33758/5903/5130 33283/5531/4762</w:t>
        <w:br/>
        <w:t>f 33607/5780/5007 33451/5624/4856 33757/5904/5131</w:t>
        <w:br/>
        <w:t>f 33760/5905/5132 33607/5780/5007 33757/5904/5131</w:t>
        <w:br/>
        <w:t>f 33357/5605/4838 33361/5607/4840 33761/5908/5135</w:t>
        <w:br/>
        <w:t>f 33759/5906/5133 33357/5605/4838 33761/5908/5135</w:t>
        <w:br/>
        <w:t>f 33701/5847/5074 33607/5780/5007 33760/5905/5132</w:t>
        <w:br/>
        <w:t>f 33762/5907/5134 33701/5847/5074 33760/5905/5132</w:t>
        <w:br/>
        <w:t>f 33362/5606/4839 33608/5781/5008 33609/5783/5010</w:t>
        <w:br/>
        <w:t>f 33763/5910/5137 33362/5606/4839 33609/5783/5010</w:t>
        <w:br/>
        <w:t>f 33764/5909/5136 33756/5902/5129 33635/5809/5035</w:t>
        <w:br/>
        <w:t>f 33687/5832/5059 33764/5909/5136 33635/5809/5035</w:t>
        <w:br/>
        <w:t>f 33327/5575/4806 33756/5902/5129 33609/5783/5010</w:t>
        <w:br/>
        <w:t>f 33610/5782/5009 33327/5575/4806 33609/5783/5010</w:t>
        <w:br/>
        <w:t>f 33269/5519/4750 33326/5572/4803 33272/5516/4747</w:t>
        <w:br/>
        <w:t>f 33765/5911/5138 33588/5760/4987 33589/5759/4986</w:t>
        <w:br/>
        <w:t>f 33766/5912/5139 33765/5911/5138 33589/5759/4986</w:t>
        <w:br/>
        <w:t>f 33097/5345/4582 33323/5570/4801 33675/5821/5048</w:t>
        <w:br/>
        <w:t>f 33048/5294/4531 33097/5345/4582 33675/5821/5048</w:t>
        <w:br/>
        <w:t>f 33770/5913/5140 33769/5914/5141 33768/5915/5142</w:t>
        <w:br/>
        <w:t>f 33767/5916/5143 33770/5913/5140 33768/5915/5142</w:t>
        <w:br/>
        <w:t>f 33772/5917/5144 33768/5915/5142 33769/5914/5141</w:t>
        <w:br/>
        <w:t>f 33771/5918/5145 33772/5917/5144 33769/5914/5141</w:t>
        <w:br/>
        <w:t>f 33674/5819/5046 33770/5913/5140 33767/5916/5143</w:t>
        <w:br/>
        <w:t>f 33675/5821/5048 33674/5819/5046 33767/5916/5143</w:t>
        <w:br/>
        <w:t>f 33771/5918/5145 33774/5919/5146 33773/5920/5147</w:t>
        <w:br/>
        <w:t>f 33772/5917/5144 33771/5918/5145 33773/5920/5147</w:t>
        <w:br/>
        <w:t>f 33774/5919/5146 33671/5816/5043 33260/5507/4738</w:t>
        <w:br/>
        <w:t>f 33773/5920/5147 33774/5919/5146 33260/5507/4738</w:t>
        <w:br/>
        <w:t>f 33767/5916/5143 33768/5915/5142 33055/5301/4538</w:t>
        <w:br/>
        <w:t>f 33047/5295/4532 33767/5916/5143 33055/5301/4538</w:t>
        <w:br/>
        <w:t>f 33773/5920/5147 33260/5507/4738 33215/5463/4695</w:t>
        <w:br/>
        <w:t>f 33587/5761/4988 33588/5760/4987 33774/5919/5146</w:t>
        <w:br/>
        <w:t>f 33771/5918/5145 33587/5761/4988 33774/5919/5146</w:t>
        <w:br/>
        <w:t>f 33216/5462/4694 33055/5301/4538 33768/5915/5142</w:t>
        <w:br/>
        <w:t>f 33772/5917/5144 33216/5462/4694 33768/5915/5142</w:t>
        <w:br/>
        <w:t>f 33771/5918/5145 33769/5914/5141 33069/5317/4554</w:t>
        <w:br/>
        <w:t>f 33587/5761/4988 33771/5918/5145 33069/5317/4554</w:t>
        <w:br/>
        <w:t>f 33769/5914/5141 33770/5913/5140 33050/5300/4537</w:t>
        <w:br/>
        <w:t>f 33069/5317/4554 33769/5914/5141 33050/5300/4537</w:t>
        <w:br/>
        <w:t>f 33053/5297/4534 33050/5300/4537 33770/5913/5140</w:t>
        <w:br/>
        <w:t>f 33674/5819/5046 33053/5297/4534 33770/5913/5140</w:t>
        <w:br/>
        <w:t>f 33048/5294/4531 33675/5821/5048 33767/5916/5143</w:t>
        <w:br/>
        <w:t>f 33047/5295/4532 33048/5294/4531 33767/5916/5143</w:t>
        <w:br/>
        <w:t>f 33774/5919/5146 33588/5760/4987 33671/5816/5043</w:t>
        <w:br/>
        <w:t>f 33773/5920/5147 33215/5463/4695 33216/5462/4694</w:t>
        <w:br/>
        <w:t>f 33772/5917/5144 33773/5920/5147 33216/5462/4694</w:t>
        <w:br/>
        <w:t>f 33671/5816/5043 33259/5508/4739 33260/5507/4738</w:t>
        <w:br/>
        <w:t>f 33367/5614/4847 33775/5921/5148 33218/5466/4698</w:t>
        <w:br/>
        <w:t>f 33196/5444/4676 33197/5443/4675 33204/5452/4685</w:t>
        <w:br/>
        <w:t>f 33159/5407/4643 33160/5406/4643 33185/5431/4665</w:t>
        <w:br/>
        <w:t>f 33186/5430/4665 33159/5407/4643 33185/5431/4665</w:t>
        <w:br/>
        <w:t>f 33225/5472/4703 33181/5427/4662 33156/5403/4640</w:t>
        <w:br/>
        <w:t>f 33157/5402/4639 33225/5472/4703 33156/5403/4640</w:t>
        <w:br/>
        <w:t>f 33126/5374/4611 33127/5373/4610 33132/5382/4619</w:t>
        <w:br/>
        <w:t>f 33133/5381/4618 33126/5374/4611 33132/5382/4619</w:t>
        <w:br/>
        <w:t>f 33359/5609/4842 33360/5608/4841 33140/5388/4625</w:t>
        <w:br/>
        <w:t>f 33141/5387/4624 33359/5609/4842 33140/5388/4625</w:t>
        <w:br/>
        <w:t>f 33143/5389/4626 33277/5527/4758 33273/5523/4754</w:t>
        <w:br/>
        <w:t>f 33274/5522/4753 33143/5389/4626 33273/5523/4754</w:t>
        <w:br/>
        <w:t>f 33277/5527/4758 33278/5526/4757 33364/5611/4844</w:t>
        <w:br/>
        <w:t>f 33273/5523/4754 33277/5527/4758 33364/5611/4844</w:t>
        <w:br/>
        <w:t>f 33278/5526/4757 33138/5384/4621 33140/5388/4625</w:t>
        <w:br/>
        <w:t>f 33364/5611/4844 33278/5526/4757 33140/5388/4625</w:t>
        <w:br/>
        <w:t>f 33134/5380/4617 33359/5609/4842 33141/5387/4624</w:t>
        <w:br/>
        <w:t>f 33133/5381/4618 33134/5380/4617 33141/5387/4624</w:t>
        <w:br/>
        <w:t>f 33130/5376/4613 33135/5379/4616 33132/5382/4619</w:t>
        <w:br/>
        <w:t>f 33142/5390/4627 33143/5389/4626 33274/5522/4753</w:t>
        <w:br/>
        <w:t>f 33145/5393/4630 33142/5390/4627 33274/5522/4753</w:t>
        <w:br/>
        <w:t>f 33779/5922/5149 33778/5923/5150 33777/5924/5151</w:t>
        <w:br/>
        <w:t>f 33776/5925/5152 33779/5922/5149 33777/5924/5151</w:t>
        <w:br/>
        <w:t>f 33598/5772/5153 33780/5926/5154 33473/5649/4881</w:t>
        <w:br/>
        <w:t>f 33474/5648/4880 33598/5772/5153 33473/5649/4881</w:t>
        <w:br/>
        <w:t>f 33782/5927/5155 33480/5650/4882 33477/5653/4885</w:t>
        <w:br/>
        <w:t>f 33781/5928/5156 33782/5927/5155 33477/5653/4885</w:t>
        <w:br/>
        <w:t>f 33784/5929/5157 33783/5930/5158 33778/5923/5150</w:t>
        <w:br/>
        <w:t>f 33779/5922/5149 33784/5929/5157 33778/5923/5150</w:t>
        <w:br/>
        <w:t>f 33626/5797/5024 33601/5773/5000 33457/5633/4865</w:t>
        <w:br/>
        <w:t>f 33458/5632/4864 33626/5797/5024 33457/5633/4865</w:t>
        <w:br/>
        <w:t>f 33482/5654/4886 33468/5638/4870 33465/5641/4873</w:t>
        <w:br/>
        <w:t>f 33481/5655/4887 33482/5654/4886 33465/5641/4873</w:t>
        <w:br/>
        <w:t>f 33479/5651/4883 33783/5930/5158 33784/5929/5157</w:t>
        <w:br/>
        <w:t>f 33478/5652/4884 33479/5651/4883 33784/5929/5157</w:t>
        <w:br/>
        <w:t>f 33785/5931/5159 33469/5643/4875 33484/5658/4890</w:t>
        <w:br/>
        <w:t>f 33602/5775/5002 33785/5931/5159 33484/5658/4890</w:t>
        <w:br/>
        <w:t>f 33788/5932/5160 33787/5933/5161 33786/5934/5162</w:t>
        <w:br/>
        <w:t>f 33789/5935/5163 33788/5932/5160 33786/5934/5162</w:t>
        <w:br/>
        <w:t>f 33793/5936/5164 33792/5937/5165 33791/5938/5166</w:t>
        <w:br/>
        <w:t>f 33790/5939/5167 33793/5936/5164 33791/5938/5166</w:t>
        <w:br/>
        <w:t>f 33459/5631/4863 33460/5630/4862 33469/5643/4875</w:t>
        <w:br/>
        <w:t>f 33785/5931/5159 33459/5631/4863 33469/5643/4875</w:t>
        <w:br/>
        <w:t>f 33786/5934/5162 33787/5933/5161 33495/5668/4900</w:t>
        <w:br/>
        <w:t>f 33496/5667/4899 33786/5934/5162 33495/5668/4900</w:t>
        <w:br/>
        <w:t>f 33795/5940/5168 33789/5935/5163 33794/5941/5169</w:t>
        <w:br/>
        <w:t>f 33475/5647/4879 33476/5646/4878 33797/5942/5170</w:t>
        <w:br/>
        <w:t>f 33796/5943/5171 33475/5647/4879 33797/5942/5170</w:t>
        <w:br/>
        <w:t>f 33792/5937/5165 33782/5927/5155 33781/5928/5156</w:t>
        <w:br/>
        <w:t>f 33791/5938/5166 33792/5937/5165 33781/5928/5156</w:t>
        <w:br/>
        <w:t>f 33455/5628/4860 33604/5777/5004 33454/5629/4861</w:t>
        <w:br/>
        <w:t>f 33683/5829/5056 33501/5675/4907 33502/5674/4906</w:t>
        <w:br/>
        <w:t>f 33498/5673/4905 33683/5829/5056 33502/5674/4906</w:t>
        <w:br/>
        <w:t>f 33498/5673/4905 33502/5674/4906 33603/5776/5003</w:t>
        <w:br/>
        <w:t>f 33500/5671/4903 33498/5673/4905 33603/5776/5003</w:t>
        <w:br/>
        <w:t>f 33794/5941/5169 33776/5925/5152 33795/5940/5168</w:t>
        <w:br/>
        <w:t>f 33743/5888/5115 33731/5876/5103 33501/5675/4907</w:t>
        <w:br/>
        <w:t>f 33731/5876/5103 33489/5660/4892 33501/5675/4907</w:t>
        <w:br/>
        <w:t>f 33639/5810/5036 33642/5814/4917 33798/5944/5172</w:t>
        <w:br/>
        <w:t>f 33638/5811/5037 33639/5810/5036 33798/5944/5172</w:t>
        <w:br/>
        <w:t>f 33639/5810/5173 33799/5945/5174 33525/5697/5175</w:t>
        <w:br/>
        <w:t>f 33795/5940/5168 33788/5932/5160 33789/5935/5163</w:t>
        <w:br/>
        <w:t>f 33776/5925/5152 33777/5924/5151 33795/5940/5168</w:t>
        <w:br/>
        <w:t>f 33363/5610/4843 33356/5601/4834 33135/5379/4616</w:t>
        <w:br/>
        <w:t>f 33300/5546/4777 33299/5547/4778 33363/5610/4843</w:t>
        <w:br/>
        <w:t>f 33093/5340/4577 33094/5339/4576 33299/5547/4778</w:t>
        <w:br/>
        <w:t>f 33094/5339/4576 33356/5601/4834 33299/5547/4778</w:t>
        <w:br/>
        <w:t>f 33299/5547/4778 33356/5601/4834 33363/5610/4843</w:t>
        <w:br/>
        <w:t>f 33802/5946/5176 33801/5947/5177 33800/5948/5178</w:t>
        <w:br/>
        <w:t>f 33803/5949/5179 33802/5946/5176 33800/5948/5178</w:t>
        <w:br/>
        <w:t>f 33801/5947/5177 33802/5946/5176 33804/5950/5180</w:t>
        <w:br/>
        <w:t>f 33805/5951/5181 33801/5947/5177 33804/5950/5180</w:t>
        <w:br/>
        <w:t>f 33808/5952/5182 33807/5953/5183 33806/5954/5184</w:t>
        <w:br/>
        <w:t>f 33809/5955/5185 33808/5952/5182 33806/5954/5184</w:t>
        <w:br/>
        <w:t>f 33812/5956/5186 33811/5957/5187 33810/5958/5188</w:t>
        <w:br/>
        <w:t>f 33813/5959/5189 33812/5956/5186 33810/5958/5188</w:t>
        <w:br/>
        <w:t>f 33813/5959/5189 33810/5958/5188 33814/5960/5190</w:t>
        <w:br/>
        <w:t>f 33815/5961/5191 33813/5959/5189 33814/5960/5190</w:t>
        <w:br/>
        <w:t>f 33818/5962/5192 33817/5963/5193 33816/5964/5194</w:t>
        <w:br/>
        <w:t>f 33821/5965/5195 33820/5966/5196 33819/5967/5197</w:t>
        <w:br/>
        <w:t>f 33822/5968/5198 33821/5965/5195 33819/5967/5197</w:t>
        <w:br/>
        <w:t>f 33822/5968/5198 33824/5969/5199 33823/5970/5200</w:t>
        <w:br/>
        <w:t>f 33821/5965/5195 33822/5968/5198 33823/5970/5200</w:t>
        <w:br/>
        <w:t>f 33827/5971/5201 33826/5972/5202 33825/5973/5203</w:t>
        <w:br/>
        <w:t>f 33828/5974/5204 33827/5971/5201 33825/5973/5203</w:t>
        <w:br/>
        <w:t>f 33831/5975/5205 33830/5976/5206 33829/5977/5207</w:t>
        <w:br/>
        <w:t>f 33832/5978/5208 33831/5975/5205 33829/5977/5207</w:t>
        <w:br/>
        <w:t>f 33835/5979/5209 33834/5980/5210 33833/5981/5211</w:t>
        <w:br/>
        <w:t>f 33836/5982/5212 33835/5979/5209 33833/5981/5211</w:t>
        <w:br/>
        <w:t>f 33839/5983/5213 33838/5984/5214 33837/5985/5215</w:t>
        <w:br/>
        <w:t>f 33840/5986/5216 33839/5983/5213 33837/5985/5215</w:t>
        <w:br/>
        <w:t>f 33843/5987/5217 33842/5988/5218 33841/5989/5219</w:t>
        <w:br/>
        <w:t>f 33844/5990/5220 33843/5987/5217 33841/5989/5219</w:t>
        <w:br/>
        <w:t>f 33810/5958/5188 33846/5991/5221 33845/5992/5222</w:t>
        <w:br/>
        <w:t>f 33849/5993/5223 33848/5994/5224 33847/5995/5225</w:t>
        <w:br/>
        <w:t>f 33850/5996/5226 33849/5993/5223 33847/5995/5225</w:t>
        <w:br/>
        <w:t>f 33846/5991/5221 33810/5958/5188 33811/5957/5187</w:t>
        <w:br/>
        <w:t>f 33851/5997/5227 33846/5991/5221 33811/5957/5187</w:t>
        <w:br/>
        <w:t>f 33849/5993/5223 33853/5998/5228 33852/5999/5229</w:t>
        <w:br/>
        <w:t>f 33854/6000/5230 33849/5993/5223 33852/5999/5229</w:t>
        <w:br/>
        <w:t>f 33840/5986/5216 33837/5985/5215 33847/5995/5225</w:t>
        <w:br/>
        <w:t>f 33855/6001/5231 33840/5986/5216 33847/5995/5225</w:t>
        <w:br/>
        <w:t>f 33858/6002/5232 33857/6003/5233 33856/6004/5234</w:t>
        <w:br/>
        <w:t>f 33855/6001/5231 33858/6002/5232 33856/6004/5234</w:t>
        <w:br/>
        <w:t>f 33858/6002/5232 33855/6001/5231 33859/6005/5235</w:t>
        <w:br/>
        <w:t>f 33860/6006/5236 33858/6002/5232 33859/6005/5235</w:t>
        <w:br/>
        <w:t>f 33860/6006/5236 33862/6007/5237 33861/6008/5238</w:t>
        <w:br/>
        <w:t>f 33863/6009/5239 33860/6006/5236 33861/6008/5238</w:t>
        <w:br/>
        <w:t>f 33866/6010/5240 33865/6011/5241 33864/6012/5242</w:t>
        <w:br/>
        <w:t>f 33867/6013/5243 33866/6010/5240 33864/6012/5242</w:t>
        <w:br/>
        <w:t>f 33870/6014/5244 33869/6015/5245 33868/6016/5246</w:t>
        <w:br/>
        <w:t>f 33871/6017/5247 33870/6014/5244 33868/6016/5246</w:t>
        <w:br/>
        <w:t>f 33873/6018/5248 33872/6019/5249 33865/6011/5241</w:t>
        <w:br/>
        <w:t>f 33866/6010/5240 33873/6018/5248 33865/6011/5241</w:t>
        <w:br/>
        <w:t>f 33869/6015/5245 33870/6014/5244 33874/6020/5250</w:t>
        <w:br/>
        <w:t>f 33875/6021/5251 33869/6015/5245 33874/6020/5250</w:t>
        <w:br/>
        <w:t>f 33878/6022/5252 33877/6023/5253 33876/6024/5254</w:t>
        <w:br/>
        <w:t>f 33879/6025/5255 33878/6022/5252 33876/6024/5254</w:t>
        <w:br/>
        <w:t>f 33882/6026/5256 33881/6027/5257 33880/6028/5258</w:t>
        <w:br/>
        <w:t>f 33883/6029/5259 33882/6026/5256 33880/6028/5258</w:t>
        <w:br/>
        <w:t>f 33886/6030/5260 33885/6031/5261 33884/6032/5262</w:t>
        <w:br/>
        <w:t>f 33887/6033/5263 33886/6030/5260 33884/6032/5262</w:t>
        <w:br/>
        <w:t>f 33051/5299/4536 33052/5298/4535 33888/6034/5264</w:t>
        <w:br/>
        <w:t>f 33889/6035/5265 33051/5299/4536 33888/6034/5264</w:t>
        <w:br/>
        <w:t>f 33887/6033/5263 33891/6036/5266 33890/6037/5267</w:t>
        <w:br/>
        <w:t>f 33886/6030/5260 33887/6033/5263 33890/6037/5267</w:t>
        <w:br/>
        <w:t>f 33882/6026/5256 33893/6038/5268 33892/6039/5269</w:t>
        <w:br/>
        <w:t>f 33881/6027/5257 33882/6026/5256 33892/6039/5269</w:t>
        <w:br/>
        <w:t>f 33896/6040/5270 33895/6041/5271 33894/6042/5272</w:t>
        <w:br/>
        <w:t>f 33897/6043/5273 33896/6040/5270 33894/6042/5272</w:t>
        <w:br/>
        <w:t>f 33900/6044/5274 33899/6045/5275 33898/6046/5276</w:t>
        <w:br/>
        <w:t>f 33901/6047/5277 33900/6044/5274 33898/6046/5276</w:t>
        <w:br/>
        <w:t>f 33861/6008/5238 33067/5314/4551 33068/5313/4550</w:t>
        <w:br/>
        <w:t>f 33902/6048/5278 33861/6008/5238 33068/5313/4550</w:t>
        <w:br/>
        <w:t>f 33903/6049/5279 33070/5316/4553 33051/5299/4536</w:t>
        <w:br/>
        <w:t>f 33889/6035/5265 33903/6049/5279 33051/5299/4536</w:t>
        <w:br/>
        <w:t>f 33828/5974/5204 33905/6050/5280 33904/6051/5281</w:t>
        <w:br/>
        <w:t>f 33906/6052/5282 33828/5974/5204 33904/6051/5281</w:t>
        <w:br/>
        <w:t>f 33909/6053/5283 33908/6054/5284 33907/6055/5285</w:t>
        <w:br/>
        <w:t>f 33910/6056/5286 33909/6053/5283 33907/6055/5285</w:t>
        <w:br/>
        <w:t>f 33913/6057/5287 33912/6058/5288 33911/6059/5289</w:t>
        <w:br/>
        <w:t>f 33914/6060/5290 33913/6057/5287 33911/6059/5289</w:t>
        <w:br/>
        <w:t>f 33915/6061/5291 33879/6025/5255 33876/6024/5254</w:t>
        <w:br/>
        <w:t>f 33916/6062/5292 33915/6061/5291 33876/6024/5254</w:t>
        <w:br/>
        <w:t>f 33919/6063/5293 33918/6064/5294 33917/6065/5295</w:t>
        <w:br/>
        <w:t>f 33920/6066/5296 33919/6063/5293 33917/6065/5295</w:t>
        <w:br/>
        <w:t>f 33923/6067/5297 33922/6068/5298 33921/6069/5299</w:t>
        <w:br/>
        <w:t>f 33924/6070/5300 33923/6067/5297 33921/6069/5299</w:t>
        <w:br/>
        <w:t>f 33926/6071/5301 33925/6072/5302 33921/6069/5299</w:t>
        <w:br/>
        <w:t>f 33927/6073/5303 33926/6071/5301 33921/6069/5299</w:t>
        <w:br/>
        <w:t>f 33918/6064/5294 33919/6063/5293 33928/6074/5304</w:t>
        <w:br/>
        <w:t>f 33929/6075/5305 33918/6064/5294 33928/6074/5304</w:t>
        <w:br/>
        <w:t>f 33922/6068/5298 33923/6067/5297 33930/6076/5306</w:t>
        <w:br/>
        <w:t>f 33931/6077/5307 33922/6068/5298 33930/6076/5306</w:t>
        <w:br/>
        <w:t>f 33934/6078/5308 33933/6079/5309 33932/6080/5310</w:t>
        <w:br/>
        <w:t>f 33935/6081/5311 33934/6078/5308 33932/6080/5310</w:t>
        <w:br/>
        <w:t>f 33938/6082/5312 33937/6083/5313 33936/6084/5314</w:t>
        <w:br/>
        <w:t>f 33939/6085/5315 33938/6082/5312 33936/6084/5314</w:t>
        <w:br/>
        <w:t>f 33942/6086/5316 33941/6087/5317 33940/6088/5318</w:t>
        <w:br/>
        <w:t>f 33943/6089/5319 33942/6086/5316 33940/6088/5318</w:t>
        <w:br/>
        <w:t>f 33946/6090/5320 33945/6091/5321 33944/6092/5322</w:t>
        <w:br/>
        <w:t>f 33947/6093/5323 33946/6090/5320 33944/6092/5322</w:t>
        <w:br/>
        <w:t>f 33950/6094/5324 33949/6095/5325 33948/6096/5326</w:t>
        <w:br/>
        <w:t>f 33951/6097/5327 33950/6094/5324 33948/6096/5326</w:t>
        <w:br/>
        <w:t>f 33954/6098/5328 33953/6099/5329 33952/6100/5330</w:t>
        <w:br/>
        <w:t>f 33955/6101/5331 33954/6098/5328 33952/6100/5330</w:t>
        <w:br/>
        <w:t>f 33958/6102/5332 33957/6103/5333 33956/6104/5334</w:t>
        <w:br/>
        <w:t>f 33945/6091/5321 33960/6105/5335 33959/6106/5336</w:t>
        <w:br/>
        <w:t>f 33944/6092/5322 33945/6091/5321 33959/6106/5336</w:t>
        <w:br/>
        <w:t>f 33963/6107/5337 33962/6108/5338 33961/6109/5339</w:t>
        <w:br/>
        <w:t>f 33964/6110/5340 33963/6107/5337 33961/6109/5339</w:t>
        <w:br/>
        <w:t>f 33967/6111/5341 33966/6112/5342 33965/6113/5343</w:t>
        <w:br/>
        <w:t>f 33968/6114/5344 33967/6111/5341 33965/6113/5343</w:t>
        <w:br/>
        <w:t>f 33971/6115/5345 33970/6116/5346 33969/6117/5347</w:t>
        <w:br/>
        <w:t>f 33972/6118/5348 33971/6115/5345 33969/6117/5347</w:t>
        <w:br/>
        <w:t>f 33973/6119/5349 33969/6117/5347 33970/6116/5346</w:t>
        <w:br/>
        <w:t>f 33974/6120/5350 33973/6119/5349 33970/6116/5346</w:t>
        <w:br/>
        <w:t>f 33976/6121/5351 33975/6122/5352 33958/6102/5332</w:t>
        <w:br/>
        <w:t>f 33956/6104/5334 33976/6121/5351 33958/6102/5332</w:t>
        <w:br/>
        <w:t>f 33979/6123/5353 33978/6124/5354 33977/6125/5355</w:t>
        <w:br/>
        <w:t>f 33980/6126/5356 33979/6123/5353 33977/6125/5355</w:t>
        <w:br/>
        <w:t>f 33983/6127/5357 33982/6128/5358 33981/6129/5359</w:t>
        <w:br/>
        <w:t>f 33985/6130/5360 33984/6131/5361 33844/5990/5220</w:t>
        <w:br/>
        <w:t>f 33841/5989/5219 33985/6130/5360 33844/5990/5220</w:t>
        <w:br/>
        <w:t>f 33986/6132/5362 33825/5973/5203 33831/5975/5205</w:t>
        <w:br/>
        <w:t>f 33987/6133/5363 33986/6132/5362 33831/5975/5205</w:t>
        <w:br/>
        <w:t>f 33990/6134/5364 33989/6135/5365 33988/6136/5366</w:t>
        <w:br/>
        <w:t>f 33993/6137/5367 33992/6138/5367 33991/6139/5368</w:t>
        <w:br/>
        <w:t>f 33994/6140/5369 33993/6137/5367 33991/6139/5368</w:t>
        <w:br/>
        <w:t>f 33995/6141/5370 33994/6140/5369 33991/6139/5368</w:t>
        <w:br/>
        <w:t>f 33997/6142/5371 33996/6143/5372 33995/6141/5370</w:t>
        <w:br/>
        <w:t>f 33989/6135/5365 33994/6140/5369 33996/6143/5372</w:t>
        <w:br/>
        <w:t>f 33998/6144/5373 33989/6135/5365 33996/6143/5372</w:t>
        <w:br/>
        <w:t>f 33996/6143/5372 33997/6142/5371 33998/6144/5373</w:t>
        <w:br/>
        <w:t>f 34000/6145/5374 33999/6146/5375 33998/6144/5373</w:t>
        <w:br/>
        <w:t>f 33997/6142/5371 34000/6145/5374 33998/6144/5373</w:t>
        <w:br/>
        <w:t>f 34002/6147/5376 33998/6144/5373 34001/6148/5377</w:t>
        <w:br/>
        <w:t>f 34004/6149/5378 34003/6150/5379 33989/6135/5365</w:t>
        <w:br/>
        <w:t>f 34004/6149/5378 34005/6151/5380 34003/6150/5379</w:t>
        <w:br/>
        <w:t>f 34006/6152/5381 34002/6147/5376 34001/6148/5377</w:t>
        <w:br/>
        <w:t>f 34009/6153/5382 34008/6154/5383 34007/6155/5384</w:t>
        <w:br/>
        <w:t>f 33999/6146/5375 34000/6145/5374 34007/6155/5384</w:t>
        <w:br/>
        <w:t>f 34008/6154/5383 33999/6146/5375 34007/6155/5384</w:t>
        <w:br/>
        <w:t>f 34012/6156/5385 34011/6157/5386 34010/6158/5387</w:t>
        <w:br/>
        <w:t>f 34003/6150/5379 34014/6159/5388 34013/6160/5389</w:t>
        <w:br/>
        <w:t>f 34014/6159/5388 34015/6161/5390 34013/6160/5389</w:t>
        <w:br/>
        <w:t>f 34018/6162/5391 34017/6163/5392 34016/6164/5393</w:t>
        <w:br/>
        <w:t>f 34019/6165/5391 34018/6162/5391 34016/6164/5393</w:t>
        <w:br/>
        <w:t>f 34019/6165/5391 34021/6166/5394 34020/6167/5394</w:t>
        <w:br/>
        <w:t>f 34018/6162/5391 34019/6165/5391 34020/6167/5394</w:t>
        <w:br/>
        <w:t>f 34021/6166/5394 34023/6168/5395 34022/6169/5396</w:t>
        <w:br/>
        <w:t>f 34020/6167/5394 34021/6166/5394 34022/6169/5396</w:t>
        <w:br/>
        <w:t>f 34023/6168/5395 34025/6170/5397 34024/6171/5398</w:t>
        <w:br/>
        <w:t>f 34022/6169/5396 34023/6168/5395 34024/6171/5398</w:t>
        <w:br/>
        <w:t>f 34027/6172/5399 34014/6159/5388 34026/6173/5400</w:t>
        <w:br/>
        <w:t>f 34025/6170/5397 33982/6128/5358 33983/6127/5357</w:t>
        <w:br/>
        <w:t>f 34024/6171/5398 34025/6170/5397 33983/6127/5357</w:t>
        <w:br/>
        <w:t>f 34030/6174/5401 34029/6175/5402 34028/6176/5403</w:t>
        <w:br/>
        <w:t>f 34031/6177/5404 34030/6174/5401 34028/6176/5403</w:t>
        <w:br/>
        <w:t>f 34033/6178/5405 34032/6179/5406 34028/6176/5403</w:t>
        <w:br/>
        <w:t>f 34034/6180/5407 34033/6178/5405 34028/6176/5403</w:t>
        <w:br/>
        <w:t>f 34035/6181/5408 34033/6178/5405 34034/6180/5407</w:t>
        <w:br/>
        <w:t>f 34036/6182/5409 34035/6181/5408 34034/6180/5407</w:t>
        <w:br/>
        <w:t>f 34028/6176/5403 34029/6175/5402 33816/5964/5410</w:t>
        <w:br/>
        <w:t>f 33816/5964/5410 34036/6182/5409 34034/6180/5407</w:t>
        <w:br/>
        <w:t>f 33816/5964/5410 34010/6158/5387 34036/6182/5409</w:t>
        <w:br/>
        <w:t>f 34010/6158/5387 34035/6181/5408 34036/6182/5409</w:t>
        <w:br/>
        <w:t>f 34038/6183/5411 34037/6184/5412 34029/6175/5402</w:t>
        <w:br/>
        <w:t>f 34041/6185/5413 34040/6186/5414 34039/6187/5415</w:t>
        <w:br/>
        <w:t>f 33816/5964/5410 34029/6175/5402 34039/6187/5415</w:t>
        <w:br/>
        <w:t>f 34040/6186/5414 34043/6188/5416 34042/6189/5417</w:t>
        <w:br/>
        <w:t>f 34046/6190/5418 34045/6191/5419 34044/6192/5418</w:t>
        <w:br/>
        <w:t>f 33964/6110/5340 33938/6082/5312 33939/6085/5315</w:t>
        <w:br/>
        <w:t>f 33963/6107/5337 33964/6110/5340 33939/6085/5315</w:t>
        <w:br/>
        <w:t>f 34049/6193/5420 34048/6194/5421 34047/6195/5422</w:t>
        <w:br/>
        <w:t>f 34050/6196/5423 34049/6193/5420 34047/6195/5422</w:t>
        <w:br/>
        <w:t>f 34003/6150/5379 34013/6160/5389 33989/6135/5365</w:t>
        <w:br/>
        <w:t>f 34052/6197/5424 33818/5962/5192 34051/6198/5425</w:t>
        <w:br/>
        <w:t>f 34037/6184/5412 34041/6185/5413 34029/6175/5402</w:t>
        <w:br/>
        <w:t>f 34041/6185/5413 34037/6184/5412 34053/6199/5426</w:t>
        <w:br/>
        <w:t>f 34055/6200/5427 34043/6188/5416 34054/6201/5396</w:t>
        <w:br/>
        <w:t>f 34028/6176/5403 33816/5964/5410 34034/6180/5407</w:t>
        <w:br/>
        <w:t>f 34012/6156/5385 34056/6202/5428 34011/6157/5386</w:t>
        <w:br/>
        <w:t>f 34012/6156/5385 34010/6158/5387 33816/5964/5410</w:t>
        <w:br/>
        <w:t>f 34002/6147/5376 34006/6152/5381 34057/6203/5429</w:t>
        <w:br/>
        <w:t>f 34058/6204/5430 34013/6160/5389 34015/6161/5390</w:t>
        <w:br/>
        <w:t>f 33989/6135/5365 33990/6134/5364 33994/6140/5369</w:t>
        <w:br/>
        <w:t>f 34014/6159/5388 34027/6172/5399 34015/6161/5390</w:t>
        <w:br/>
        <w:t>f 33982/6128/5358 34014/6159/5388 34059/6205/5431</w:t>
        <w:br/>
        <w:t>f 34061/6206/5432 34060/6207/5433 33230/5474/4705</w:t>
        <w:br/>
        <w:t>f 33227/5477/4708 34061/6206/5432 33230/5474/4705</w:t>
        <w:br/>
        <w:t>f 33854/6000/5230 33852/5999/5229 33232/5478/4709</w:t>
        <w:br/>
        <w:t>f 33231/5479/4710 33854/6000/5230 33232/5478/4709</w:t>
        <w:br/>
        <w:t>f 34063/6208/5434 33838/5984/5214 34062/6209/5435</w:t>
        <w:br/>
        <w:t>f 34064/6210/5436 34063/6208/5434 34062/6209/5435</w:t>
        <w:br/>
        <w:t>f 33905/6050/5280 34066/6211/5437 34065/6212/5438</w:t>
        <w:br/>
        <w:t>f 33904/6051/5281 33905/6050/5280 34065/6212/5438</w:t>
        <w:br/>
        <w:t>f 33858/6002/5232 33860/6006/5236 33863/6009/5239</w:t>
        <w:br/>
        <w:t>f 34067/6213/5439 33858/6002/5232 33863/6009/5239</w:t>
        <w:br/>
        <w:t>f 33847/5995/5225 33848/5994/5224 33859/6005/5235</w:t>
        <w:br/>
        <w:t>f 33855/6001/5231 33847/5995/5225 33859/6005/5235</w:t>
        <w:br/>
        <w:t>f 33838/5984/5214 33839/5983/5213 34068/6214/5440</w:t>
        <w:br/>
        <w:t>f 34062/6209/5435 33838/5984/5214 34068/6214/5440</w:t>
        <w:br/>
        <w:t>f 33839/5983/5213 34070/6215/5441 34069/6216/5442</w:t>
        <w:br/>
        <w:t>f 34068/6214/5440 33839/5983/5213 34069/6216/5442</w:t>
        <w:br/>
        <w:t>f 34071/6217/5443 33878/6022/5252 33879/6025/5255</w:t>
        <w:br/>
        <w:t>f 34072/6218/5444 34071/6217/5443 33879/6025/5255</w:t>
        <w:br/>
        <w:t>f 34074/6219/5445 34067/6213/5439 34073/6220/5446</w:t>
        <w:br/>
        <w:t>f 34075/6221/5447 34074/6219/5445 34073/6220/5446</w:t>
        <w:br/>
        <w:t>f 34068/6214/5440 34069/6216/5442 34076/6222/5448</w:t>
        <w:br/>
        <w:t>f 34077/6223/5449 34068/6214/5440 34076/6222/5448</w:t>
        <w:br/>
        <w:t>f 33862/6007/5237 34061/6206/5432 33227/5477/4708</w:t>
        <w:br/>
        <w:t>f 33249/5496/4727 33862/6007/5237 33227/5477/4708</w:t>
        <w:br/>
        <w:t>f 33860/6006/5236 33859/6005/5235 34061/6206/5432</w:t>
        <w:br/>
        <w:t>f 33862/6007/5237 33860/6006/5236 34061/6206/5432</w:t>
        <w:br/>
        <w:t>f 34067/6213/5439 33863/6009/5239 34078/6224/5450</w:t>
        <w:br/>
        <w:t>f 34073/6220/5446 34067/6213/5439 34078/6224/5450</w:t>
        <w:br/>
        <w:t>f 34080/6225/5451 34079/6226/5452 34075/6221/5447</w:t>
        <w:br/>
        <w:t>f 34079/6226/5452 33865/6011/5241 33872/6019/5249</w:t>
        <w:br/>
        <w:t>f 34081/6227/5453 34079/6226/5452 33872/6019/5249</w:t>
        <w:br/>
        <w:t>f 33869/6015/5245 34083/6228/5454 34082/6229/5455</w:t>
        <w:br/>
        <w:t>f 33868/6016/5246 33869/6015/5245 34082/6229/5455</w:t>
        <w:br/>
        <w:t>f 34077/6223/5449 34076/6222/5448 34084/6230/5456</w:t>
        <w:br/>
        <w:t>f 34085/6231/5457 34077/6223/5449 34084/6230/5456</w:t>
        <w:br/>
        <w:t>f 34067/6213/5439 34074/6219/5445 33857/6003/5233</w:t>
        <w:br/>
        <w:t>f 33858/6002/5232 34067/6213/5439 33857/6003/5233</w:t>
        <w:br/>
        <w:t>f 33900/6044/5274 34080/6225/5451 34073/6220/5446</w:t>
        <w:br/>
        <w:t>f 34078/6224/5450 33900/6044/5274 34073/6220/5446</w:t>
        <w:br/>
        <w:t>f 34086/6232/5458 33867/6013/5243 33864/6012/5242</w:t>
        <w:br/>
        <w:t>f 33901/6047/5277 34086/6232/5458 33864/6012/5242</w:t>
        <w:br/>
        <w:t>f 33893/6038/5268 33894/6042/5272 33895/6041/5271</w:t>
        <w:br/>
        <w:t>f 33892/6039/5269 33893/6038/5268 33895/6041/5271</w:t>
        <w:br/>
        <w:t>f 33891/6036/5266 34047/6195/5422 34048/6194/5421</w:t>
        <w:br/>
        <w:t>f 33890/6037/5267 33891/6036/5266 34048/6194/5421</w:t>
        <w:br/>
        <w:t>f 34088/6233/5459 34049/6193/5420 34087/6234/5460</w:t>
        <w:br/>
        <w:t>f 33259/5508/4739 34088/6233/5459 34087/6234/5460</w:t>
        <w:br/>
        <w:t>f 33906/6052/5282 34089/6235/5461 33827/5971/5201</w:t>
        <w:br/>
        <w:t>f 33828/5974/5204 33906/6052/5282 33827/5971/5201</w:t>
        <w:br/>
        <w:t>f 33805/5951/5181 34091/6236/5462 34090/6237/5463</w:t>
        <w:br/>
        <w:t>f 33801/5947/5177 33805/5951/5181 34090/6237/5463</w:t>
        <w:br/>
        <w:t>f 33803/5949/5179 33800/5948/5178 34092/6238/5464</w:t>
        <w:br/>
        <w:t>f 34093/6239/5465 33803/5949/5179 34092/6238/5464</w:t>
        <w:br/>
        <w:t>f 34091/6236/5462 33984/6131/5361 34094/6240/5466</w:t>
        <w:br/>
        <w:t>f 34090/6237/5463 34091/6236/5462 34094/6240/5466</w:t>
        <w:br/>
        <w:t>f 33984/6131/5361 33985/6130/5360 34095/6241/5467</w:t>
        <w:br/>
        <w:t>f 34094/6240/5466 33984/6131/5361 34095/6241/5467</w:t>
        <w:br/>
        <w:t>f 34098/6242/5468 34097/6243/5469 34096/6244/5470</w:t>
        <w:br/>
        <w:t>f 34099/6245/5471 34098/6242/5468 34096/6244/5470</w:t>
        <w:br/>
        <w:t>f 33807/5953/5183 33808/5952/5182 33805/5951/5181</w:t>
        <w:br/>
        <w:t>f 33804/5950/5180 33807/5953/5183 33805/5951/5181</w:t>
        <w:br/>
        <w:t>f 34102/6246/5472 34101/6247/5473 34100/6248/5474</w:t>
        <w:br/>
        <w:t>f 34103/6249/5475 34102/6246/5472 34100/6248/5474</w:t>
        <w:br/>
        <w:t>f 34106/6250/5476 34105/6251/5477 34104/6252/5478</w:t>
        <w:br/>
        <w:t>f 34107/6253/5479 34106/6250/5476 34104/6252/5478</w:t>
        <w:br/>
        <w:t>f 34108/6254/5480 33819/5967/5197 33820/5966/5196</w:t>
        <w:br/>
        <w:t>f 34109/6255/5481 34108/6254/5480 33820/5966/5196</w:t>
        <w:br/>
        <w:t>f 34101/6247/5473 34111/6256/5482 34110/6257/5483</w:t>
        <w:br/>
        <w:t>f 34100/6248/5474 34101/6247/5473 34110/6257/5483</w:t>
        <w:br/>
        <w:t>f 33825/5973/5203 33826/5972/5202 33830/5976/5206</w:t>
        <w:br/>
        <w:t>f 33831/5975/5205 33825/5973/5203 33830/5976/5206</w:t>
        <w:br/>
        <w:t>f 34113/6258/5484 34112/6259/5485 33907/6055/5285</w:t>
        <w:br/>
        <w:t>f 33908/6054/5284 34113/6258/5484 33907/6055/5285</w:t>
        <w:br/>
        <w:t>f 34102/6246/5472 33979/6123/5353 34101/6247/5473</w:t>
        <w:br/>
        <w:t>f 34114/6260/5486 33978/6124/5354 33976/6121/5351</w:t>
        <w:br/>
        <w:t>f 33956/6104/5334 34114/6260/5486 33976/6121/5351</w:t>
        <w:br/>
        <w:t>f 34115/6261/5487 33290/5536/4767 33291/5535/4766</w:t>
        <w:br/>
        <w:t>f 34116/6262/5488 34115/6261/5487 33291/5535/4766</w:t>
        <w:br/>
        <w:t>f 34120/6263/5489 34119/6264/5490 34118/6265/5491</w:t>
        <w:br/>
        <w:t>f 34117/6266/5492 34120/6263/5489 34118/6265/5491</w:t>
        <w:br/>
        <w:t>f 34117/6266/5492 34118/6265/5491 34121/6267/5493</w:t>
        <w:br/>
        <w:t>f 34122/6268/5494 34117/6266/5492 34121/6267/5493</w:t>
        <w:br/>
        <w:t>f 34075/6221/5447 34073/6220/5446 34080/6225/5451</w:t>
        <w:br/>
        <w:t>f 34123/6269/5495 33875/6021/5251 33876/6024/5254</w:t>
        <w:br/>
        <w:t>f 33877/6023/5253 34123/6269/5495 33876/6024/5254</w:t>
        <w:br/>
        <w:t>f 34125/6270/5496 33926/6071/5301 34124/6271/5497</w:t>
        <w:br/>
        <w:t>f 34105/6251/5477 34127/6272/5498 34126/6273/5499</w:t>
        <w:br/>
        <w:t>f 34104/6252/5478 34105/6251/5477 34126/6273/5499</w:t>
        <w:br/>
        <w:t>f 33952/6100/5330 34129/6274/5500 34128/6275/5501</w:t>
        <w:br/>
        <w:t>f 34130/6276/5502 33952/6100/5330 34128/6275/5501</w:t>
        <w:br/>
        <w:t>f 33979/6123/5353 33976/6121/5351 33978/6124/5354</w:t>
        <w:br/>
        <w:t>f 34131/6277/5503 33981/6129/5359 33980/6126/5356</w:t>
        <w:br/>
        <w:t>f 33977/6125/5355 34131/6277/5503 33980/6126/5356</w:t>
        <w:br/>
        <w:t>f 33981/6129/5359 34131/6277/5503 33983/6127/5357</w:t>
        <w:br/>
        <w:t>f 34134/6278/5504 34133/6279/5505 34132/6280/5506</w:t>
        <w:br/>
        <w:t>f 34135/6281/5507 34134/6278/5504 34132/6280/5506</w:t>
        <w:br/>
        <w:t>f 33933/6079/5309 33934/6078/5308 33311/5558/4789</w:t>
        <w:br/>
        <w:t>f 33312/5559/4790 33933/6079/5309 33311/5558/4789</w:t>
        <w:br/>
        <w:t>f 33937/6083/5313 34137/6282/5508 34136/6283/5509</w:t>
        <w:br/>
        <w:t>f 33936/6084/5314 33937/6083/5313 34136/6283/5509</w:t>
        <w:br/>
        <w:t>f 33942/6086/5316 33946/6090/5320 33947/6093/5323</w:t>
        <w:br/>
        <w:t>f 33941/6087/5317 33942/6086/5316 33947/6093/5323</w:t>
        <w:br/>
        <w:t>f 33949/6095/5325 34139/6284/5510 34138/6285/5511</w:t>
        <w:br/>
        <w:t>f 33948/6096/5326 33949/6095/5325 34138/6285/5511</w:t>
        <w:br/>
        <w:t>f 34129/6274/5500 34126/6273/5499 34127/6272/5498</w:t>
        <w:br/>
        <w:t>f 34128/6275/5501 34129/6274/5500 34127/6272/5498</w:t>
        <w:br/>
        <w:t>f 33871/6017/5247 33868/6016/5246 33872/6019/5249</w:t>
        <w:br/>
        <w:t>f 33873/6018/5248 33871/6017/5247 33872/6019/5249</w:t>
        <w:br/>
        <w:t>f 33929/6075/5305 33928/6074/5304 33883/6029/5259</w:t>
        <w:br/>
        <w:t>f 33880/6028/5258 33929/6075/5305 33883/6029/5259</w:t>
        <w:br/>
        <w:t>f 33884/6032/5262 33885/6031/5261 33931/6077/5307</w:t>
        <w:br/>
        <w:t>f 33930/6076/5306 33884/6032/5262 33931/6077/5307</w:t>
        <w:br/>
        <w:t>f 34130/6276/5502 34140/6286/5512 33955/6101/5331</w:t>
        <w:br/>
        <w:t>f 33952/6100/5330 34130/6276/5502 33955/6101/5331</w:t>
        <w:br/>
        <w:t>f 33951/6097/5327 33943/6089/5319 34141/6287/5513</w:t>
        <w:br/>
        <w:t>f 34142/6288/5514 33951/6097/5327 34141/6287/5513</w:t>
        <w:br/>
        <w:t>f 34143/6289/5515 34141/6287/5513 33943/6089/5319</w:t>
        <w:br/>
        <w:t>f 33940/6088/5318 34143/6289/5515 33943/6089/5319</w:t>
        <w:br/>
        <w:t>f 33932/6080/5310 34136/6283/5509 34137/6282/5508</w:t>
        <w:br/>
        <w:t>f 33935/6081/5311 33932/6080/5310 34137/6282/5508</w:t>
        <w:br/>
        <w:t>f 33875/6021/5251 33874/6020/5250 33916/6062/5292</w:t>
        <w:br/>
        <w:t>f 33876/6024/5254 33875/6021/5251 33916/6062/5292</w:t>
        <w:br/>
        <w:t>f 33920/6066/5296 33917/6065/5295 33912/6058/5288</w:t>
        <w:br/>
        <w:t>f 33913/6057/5287 33920/6066/5296 33912/6058/5288</w:t>
        <w:br/>
        <w:t>f 33925/6072/5302 34144/6290/5516 33924/6070/5300</w:t>
        <w:br/>
        <w:t>f 33921/6069/5299 33925/6072/5302 33924/6070/5300</w:t>
        <w:br/>
        <w:t>f 33922/6068/5298 34145/6291/5517 33927/6073/5303</w:t>
        <w:br/>
        <w:t>f 33921/6069/5299 33922/6068/5298 33927/6073/5303</w:t>
        <w:br/>
        <w:t>f 34145/6291/5517 33922/6068/5298 33931/6077/5307</w:t>
        <w:br/>
        <w:t>f 34146/6292/5518 34145/6291/5517 33931/6077/5307</w:t>
        <w:br/>
        <w:t>f 34096/6244/5470 34147/6293/5519 34112/6259/5485</w:t>
        <w:br/>
        <w:t>f 34113/6258/5484 34096/6244/5470 34112/6259/5485</w:t>
        <w:br/>
        <w:t>f 34148/6294/5520 34096/6244/5470 34113/6258/5484</w:t>
        <w:br/>
        <w:t>f 34149/6295/5521 34148/6294/5520 34113/6258/5484</w:t>
        <w:br/>
        <w:t>f 34057/6203/5429 34005/6151/5380 34004/6149/5378</w:t>
        <w:br/>
        <w:t>f 34002/6147/5376 34057/6203/5429 34004/6149/5378</w:t>
        <w:br/>
        <w:t>f 34002/6147/5376 34004/6149/5378 33989/6135/5365</w:t>
        <w:br/>
        <w:t>f 34151/6296/5522 34150/6297/5523 33915/6061/5291</w:t>
        <w:br/>
        <w:t>f 33914/6060/5290 34151/6296/5522 33915/6061/5291</w:t>
        <w:br/>
        <w:t>f 33874/6020/5250 33920/6066/5296 33913/6057/5287</w:t>
        <w:br/>
        <w:t>f 33916/6062/5292 33874/6020/5250 33913/6057/5287</w:t>
        <w:br/>
        <w:t>f 33920/6066/5296 33874/6020/5250 33870/6014/5244</w:t>
        <w:br/>
        <w:t>f 33919/6063/5293 33920/6066/5296 33870/6014/5244</w:t>
        <w:br/>
        <w:t>f 33871/6017/5247 33928/6074/5304 33919/6063/5293</w:t>
        <w:br/>
        <w:t>f 33870/6014/5244 33871/6017/5247 33919/6063/5293</w:t>
        <w:br/>
        <w:t>f 33928/6074/5304 33871/6017/5247 33873/6018/5248</w:t>
        <w:br/>
        <w:t>f 33883/6029/5259 33928/6074/5304 33873/6018/5248</w:t>
        <w:br/>
        <w:t>f 33866/6010/5240 33882/6026/5256 33883/6029/5259</w:t>
        <w:br/>
        <w:t>f 33873/6018/5248 33866/6010/5240 33883/6029/5259</w:t>
        <w:br/>
        <w:t>f 33866/6010/5240 33867/6013/5243 33893/6038/5268</w:t>
        <w:br/>
        <w:t>f 33882/6026/5256 33866/6010/5240 33893/6038/5268</w:t>
        <w:br/>
        <w:t>f 33894/6042/5272 33893/6038/5268 33867/6013/5243</w:t>
        <w:br/>
        <w:t>f 34086/6232/5458 33894/6042/5272 33867/6013/5243</w:t>
        <w:br/>
        <w:t>f 33898/6046/5276 33330/5577/4808 33331/5576/4807</w:t>
        <w:br/>
        <w:t>f 34152/6298/5524 33898/6046/5276 33331/5576/4807</w:t>
        <w:br/>
        <w:t>f 34059/6205/5431 34014/6159/5388 34003/6150/5379</w:t>
        <w:br/>
        <w:t>f 34026/6173/5400 34014/6159/5388 34153/6299/5525</w:t>
        <w:br/>
        <w:t>f 34077/6223/5449 34085/6231/5457 34154/6300/5526</w:t>
        <w:br/>
        <w:t>f 34155/6301/5527 34077/6223/5449 34154/6300/5526</w:t>
        <w:br/>
        <w:t>f 34155/6301/5527 34154/6300/5526 34156/6302/5528</w:t>
        <w:br/>
        <w:t>f 34157/6303/5529 34155/6301/5527 34156/6302/5528</w:t>
        <w:br/>
        <w:t>f 34155/6301/5527 34062/6209/5435 34068/6214/5440</w:t>
        <w:br/>
        <w:t>f 34077/6223/5449 34155/6301/5527 34068/6214/5440</w:t>
        <w:br/>
        <w:t>f 34155/6301/5527 34157/6303/5529 34064/6210/5436</w:t>
        <w:br/>
        <w:t>f 34062/6209/5435 34155/6301/5527 34064/6210/5436</w:t>
        <w:br/>
        <w:t>f 34118/6265/5491 34099/6245/5471 34057/6203/5429</w:t>
        <w:br/>
        <w:t>f 34121/6267/5493 34118/6265/5491 34057/6203/5429</w:t>
        <w:br/>
        <w:t>f 34158/6304/5530 33835/5979/5209 33836/5982/5212</w:t>
        <w:br/>
        <w:t>f 34159/6305/5531 34158/6304/5530 33836/5982/5212</w:t>
        <w:br/>
        <w:t>f 34097/6243/5469 34160/6306/5532 34147/6293/5519</w:t>
        <w:br/>
        <w:t>f 34096/6244/5470 34097/6243/5469 34147/6293/5519</w:t>
        <w:br/>
        <w:t>f 34161/6307/5533 33851/5997/5227 33342/5587/4818</w:t>
        <w:br/>
        <w:t>f 33340/5589/4820 34161/6307/5533 33342/5587/4818</w:t>
        <w:br/>
        <w:t>f 33851/5997/5227 34161/6307/5533 34162/6308/5534</w:t>
        <w:br/>
        <w:t>f 33846/5991/5221 33851/5997/5227 34162/6308/5534</w:t>
        <w:br/>
        <w:t>f 33846/5991/5221 34162/6308/5534 34163/6309/5535</w:t>
        <w:br/>
        <w:t>f 33845/5992/5222 33846/5991/5221 34163/6309/5535</w:t>
        <w:br/>
        <w:t>f 33844/5990/5220 34165/6310/5536 34164/6311/5537</w:t>
        <w:br/>
        <w:t>f 33843/5987/5217 33844/5990/5220 34164/6311/5537</w:t>
        <w:br/>
        <w:t>f 33984/6131/5361 34091/6236/5462 34165/6310/5536</w:t>
        <w:br/>
        <w:t>f 33844/5990/5220 33984/6131/5361 34165/6310/5536</w:t>
        <w:br/>
        <w:t>f 34165/6310/5536 33808/5952/5182 33809/5955/5185</w:t>
        <w:br/>
        <w:t>f 34164/6311/5537 34165/6310/5536 33809/5955/5185</w:t>
        <w:br/>
        <w:t>f 34091/6236/5462 33805/5951/5181 33808/5952/5182</w:t>
        <w:br/>
        <w:t>f 34165/6310/5536 34091/6236/5462 33808/5952/5182</w:t>
        <w:br/>
        <w:t>f 33800/5948/5178 33833/5981/5211 33834/5980/5210</w:t>
        <w:br/>
        <w:t>f 34092/6238/5464 33800/5948/5178 33834/5980/5210</w:t>
        <w:br/>
        <w:t>f 33821/5965/5195 33823/5970/5200 34089/6235/5461</w:t>
        <w:br/>
        <w:t>f 33906/6052/5282 33821/5965/5195 34089/6235/5461</w:t>
        <w:br/>
        <w:t>f 33820/5966/5196 33821/5965/5195 33906/6052/5282</w:t>
        <w:br/>
        <w:t>f 33904/6051/5281 33820/5966/5196 33906/6052/5282</w:t>
        <w:br/>
        <w:t>f 34119/6264/5490 34098/6242/5468 34099/6245/5471</w:t>
        <w:br/>
        <w:t>f 34118/6265/5491 34119/6264/5490 34099/6245/5471</w:t>
        <w:br/>
        <w:t>f 33843/5987/5217 34164/6311/5537 34166/6312/5538</w:t>
        <w:br/>
        <w:t>f 34167/6313/5539 33843/5987/5217 34166/6312/5538</w:t>
        <w:br/>
        <w:t>f 34164/6311/5537 33809/5955/5185 33814/5960/5190</w:t>
        <w:br/>
        <w:t>f 34166/6312/5538 34164/6311/5537 33814/5960/5190</w:t>
        <w:br/>
        <w:t>f 33809/5955/5185 33806/5954/5184 33815/5961/5191</w:t>
        <w:br/>
        <w:t>f 33814/5960/5190 33809/5955/5185 33815/5961/5191</w:t>
        <w:br/>
        <w:t>f 33957/6103/5333 33958/6102/5332 34104/6252/5478</w:t>
        <w:br/>
        <w:t>f 34126/6273/5499 33957/6103/5333 34104/6252/5478</w:t>
        <w:br/>
        <w:t>f 34107/6253/5479 34104/6252/5478 33958/6102/5332</w:t>
        <w:br/>
        <w:t>f 33975/6122/5352 34107/6253/5479 33958/6102/5332</w:t>
        <w:br/>
        <w:t>f 33954/6098/5328 34115/6261/5487 33953/6099/5329</w:t>
        <w:br/>
        <w:t>f 34129/6274/5500 33952/6100/5330 33953/6099/5329</w:t>
        <w:br/>
        <w:t>f 34168/6314/5540 34129/6274/5500 33953/6099/5329</w:t>
        <w:br/>
        <w:t>f 34115/6261/5487 34169/6315/5541 34168/6314/5540</w:t>
        <w:br/>
        <w:t>f 33953/6099/5329 34115/6261/5487 34168/6314/5540</w:t>
        <w:br/>
        <w:t>f 34115/6261/5487 34116/6262/5488 34169/6315/5541</w:t>
        <w:br/>
        <w:t>f 34126/6273/5499 34129/6274/5500 34168/6314/5540</w:t>
        <w:br/>
        <w:t>f 33957/6103/5333 34126/6273/5499 34168/6314/5540</w:t>
        <w:br/>
        <w:t>f 34169/6315/5541 33956/6104/5334 33957/6103/5333</w:t>
        <w:br/>
        <w:t>f 34168/6314/5540 34169/6315/5541 33957/6103/5333</w:t>
        <w:br/>
        <w:t>f 34116/6262/5488 34114/6260/5486 33956/6104/5334</w:t>
        <w:br/>
        <w:t>f 34169/6315/5541 34116/6262/5488 33956/6104/5334</w:t>
        <w:br/>
        <w:t>f 33052/5298/4535 33351/5599/4830 34170/6316/5542</w:t>
        <w:br/>
        <w:t>f 33888/6034/5264 33052/5298/4535 34170/6316/5542</w:t>
        <w:br/>
        <w:t>f 33817/5963/5543 34171/6317/5544 34051/6198/5545</w:t>
        <w:br/>
        <w:t>f 34173/6318/5546 34172/6319/5547 33965/6113/5343</w:t>
        <w:br/>
        <w:t>f 34174/6320/5548 34173/6318/5546 33965/6113/5343</w:t>
        <w:br/>
        <w:t>f 34176/6321/5549 34175/6322/5550 34100/6248/5474</w:t>
        <w:br/>
        <w:t>f 34110/6257/5483 34176/6321/5549 34100/6248/5474</w:t>
        <w:br/>
        <w:t>f 34179/6323/5551 34178/6324/5552 34177/6325/5553</w:t>
        <w:br/>
        <w:t>f 34180/6326/5554 34179/6323/5551 34177/6325/5553</w:t>
        <w:br/>
        <w:t>f 34124/6271/5497 33961/6109/5339 33962/6108/5338</w:t>
        <w:br/>
        <w:t>f 34181/6327/5555 34124/6271/5497 33962/6108/5338</w:t>
        <w:br/>
        <w:t>f 34103/6249/5475 34100/6248/5474 34175/6322/5550</w:t>
        <w:br/>
        <w:t>f 34182/6328/5556 34103/6249/5475 34175/6322/5550</w:t>
        <w:br/>
        <w:t>f 33896/6040/5270 34184/6329/5557 34183/6330/5558</w:t>
        <w:br/>
        <w:t>f 34050/6196/5423 33896/6040/5270 34183/6330/5558</w:t>
        <w:br/>
        <w:t>f 33895/6041/5271 33896/6040/5270 34050/6196/5423</w:t>
        <w:br/>
        <w:t>f 34047/6195/5422 33895/6041/5271 34050/6196/5423</w:t>
        <w:br/>
        <w:t>f 33892/6039/5269 33895/6041/5271 34047/6195/5422</w:t>
        <w:br/>
        <w:t>f 33891/6036/5266 33892/6039/5269 34047/6195/5422</w:t>
        <w:br/>
        <w:t>f 33881/6027/5257 33892/6039/5269 33891/6036/5266</w:t>
        <w:br/>
        <w:t>f 33887/6033/5263 33881/6027/5257 33891/6036/5266</w:t>
        <w:br/>
        <w:t>f 33887/6033/5263 33884/6032/5262 33880/6028/5258</w:t>
        <w:br/>
        <w:t>f 33881/6027/5257 33887/6033/5263 33880/6028/5258</w:t>
        <w:br/>
        <w:t>f 33884/6032/5262 33930/6076/5306 33929/6075/5305</w:t>
        <w:br/>
        <w:t>f 33880/6028/5258 33884/6032/5262 33929/6075/5305</w:t>
        <w:br/>
        <w:t>f 33923/6067/5297 33918/6064/5294 33929/6075/5305</w:t>
        <w:br/>
        <w:t>f 33930/6076/5306 33923/6067/5297 33929/6075/5305</w:t>
        <w:br/>
        <w:t>f 33918/6064/5294 33923/6067/5297 33924/6070/5300</w:t>
        <w:br/>
        <w:t>f 33917/6065/5295 33918/6064/5294 33924/6070/5300</w:t>
        <w:br/>
        <w:t>f 33917/6065/5295 33924/6070/5300 34144/6290/5516</w:t>
        <w:br/>
        <w:t>f 33912/6058/5288 33917/6065/5295 34144/6290/5516</w:t>
        <w:br/>
        <w:t>f 34173/6318/5546 33911/6059/5289 33912/6058/5288</w:t>
        <w:br/>
        <w:t>f 34144/6290/5516 34173/6318/5546 33912/6058/5288</w:t>
        <w:br/>
        <w:t>f 33959/6106/5336 33968/6114/5344 33962/6108/5338</w:t>
        <w:br/>
        <w:t>f 33963/6107/5337 33959/6106/5336 33962/6108/5338</w:t>
        <w:br/>
        <w:t>f 33944/6092/5322 33959/6106/5336 33963/6107/5337</w:t>
        <w:br/>
        <w:t>f 33939/6085/5315 33944/6092/5322 33963/6107/5337</w:t>
        <w:br/>
        <w:t>f 33947/6093/5323 33944/6092/5322 33939/6085/5315</w:t>
        <w:br/>
        <w:t>f 33936/6084/5314 33947/6093/5323 33939/6085/5315</w:t>
        <w:br/>
        <w:t>f 34136/6283/5509 33941/6087/5317 33947/6093/5323</w:t>
        <w:br/>
        <w:t>f 33936/6084/5314 34136/6283/5509 33947/6093/5323</w:t>
        <w:br/>
        <w:t>f 33932/6080/5310 33940/6088/5318 33941/6087/5317</w:t>
        <w:br/>
        <w:t>f 34136/6283/5509 33932/6080/5310 33941/6087/5317</w:t>
        <w:br/>
        <w:t>f 33940/6088/5318 33932/6080/5310 33933/6079/5309</w:t>
        <w:br/>
        <w:t>f 34143/6289/5515 33940/6088/5318 33933/6079/5309</w:t>
        <w:br/>
        <w:t>f 33979/6123/5353 33980/6126/5356 34111/6256/5482</w:t>
        <w:br/>
        <w:t>f 34101/6247/5473 33979/6123/5353 34111/6256/5482</w:t>
        <w:br/>
        <w:t>f 34185/6331/5559 33818/5962/5192 34052/6197/5424</w:t>
        <w:br/>
        <w:t>f 34120/6263/5489 34093/6239/5465 34092/6238/5464</w:t>
        <w:br/>
        <w:t>f 34119/6264/5490 34120/6263/5489 34092/6238/5464</w:t>
        <w:br/>
        <w:t>f 34098/6242/5468 34119/6264/5490 34092/6238/5464</w:t>
        <w:br/>
        <w:t>f 33834/5980/5210 34098/6242/5468 34092/6238/5464</w:t>
        <w:br/>
        <w:t>f 33834/5980/5210 33835/5979/5209 34097/6243/5469</w:t>
        <w:br/>
        <w:t>f 34098/6242/5468 33834/5980/5210 34097/6243/5469</w:t>
        <w:br/>
        <w:t>f 33835/5979/5209 34158/6304/5530 34160/6306/5532</w:t>
        <w:br/>
        <w:t>f 34097/6243/5469 33835/5979/5209 34160/6306/5532</w:t>
        <w:br/>
        <w:t>f 33904/6051/5281 34065/6212/5438 34109/6255/5481</w:t>
        <w:br/>
        <w:t>f 33820/5966/5196 33904/6051/5281 34109/6255/5481</w:t>
        <w:br/>
        <w:t>f 34085/6231/5457 34084/6230/5456 33824/5969/5199</w:t>
        <w:br/>
        <w:t>f 33822/5968/5198 34085/6231/5457 33824/5969/5199</w:t>
        <w:br/>
        <w:t>f 33822/5968/5198 33819/5967/5197 34154/6300/5526</w:t>
        <w:br/>
        <w:t>f 34085/6231/5457 33822/5968/5198 34154/6300/5526</w:t>
        <w:br/>
        <w:t>f 33819/5967/5197 34108/6254/5480 34156/6302/5528</w:t>
        <w:br/>
        <w:t>f 34154/6300/5526 33819/5967/5197 34156/6302/5528</w:t>
        <w:br/>
        <w:t>f 34094/6240/5466 34095/6241/5467 34159/6305/5531</w:t>
        <w:br/>
        <w:t>f 33836/5982/5212 34094/6240/5466 34159/6305/5531</w:t>
        <w:br/>
        <w:t>f 33836/5982/5212 33833/5981/5211 34090/6237/5463</w:t>
        <w:br/>
        <w:t>f 34094/6240/5466 33836/5982/5212 34090/6237/5463</w:t>
        <w:br/>
        <w:t>f 33833/5981/5211 33800/5948/5178 33801/5947/5177</w:t>
        <w:br/>
        <w:t>f 34090/6237/5463 33833/5981/5211 33801/5947/5177</w:t>
        <w:br/>
        <w:t>f 33996/6143/5372 33994/6140/5369 33995/6141/5370</w:t>
        <w:br/>
        <w:t>f 33981/6129/5359 33982/6128/5358 34259/6332/5560</w:t>
        <w:br/>
        <w:t>f 34260/6333/5561 33981/6129/5359 34259/6332/5560</w:t>
        <w:br/>
        <w:t>f 33989/6135/5365 33998/6144/5373 34002/6147/5376</w:t>
        <w:br/>
        <w:t>f 33832/5978/5208 33829/5977/5207 34071/6217/5443</w:t>
        <w:br/>
        <w:t>f 34072/6218/5444 33832/5978/5208 34071/6217/5443</w:t>
        <w:br/>
        <w:t>f 33879/6025/5255 33915/6061/5291 34150/6297/5523</w:t>
        <w:br/>
        <w:t>f 34072/6218/5444 33879/6025/5255 34150/6297/5523</w:t>
        <w:br/>
        <w:t>f 34162/6308/5534 34263/6334/5562 34262/6335/5563</w:t>
        <w:br/>
        <w:t>f 34163/6309/5535 34162/6308/5534 34262/6335/5563</w:t>
        <w:br/>
        <w:t>f 34263/6334/5562 34162/6308/5534 34161/6307/5533</w:t>
        <w:br/>
        <w:t>f 34264/6336/5564 34263/6334/5562 34161/6307/5533</w:t>
        <w:br/>
        <w:t>f 34265/6337/5565 33837/5985/5215 33838/5984/5214</w:t>
        <w:br/>
        <w:t>f 34063/6208/5434 34265/6337/5565 33838/5984/5214</w:t>
        <w:br/>
        <w:t>f 33842/5988/5218 33843/5987/5217 34167/6313/5539</w:t>
        <w:br/>
        <w:t>f 34266/6338/5566 33842/5988/5218 34167/6313/5539</w:t>
        <w:br/>
        <w:t>f 33837/5985/5215 34265/6337/5565 33850/5996/5226</w:t>
        <w:br/>
        <w:t>f 33847/5995/5225 33837/5985/5215 33850/5996/5226</w:t>
        <w:br/>
        <w:t>f 34266/6338/5566 34167/6313/5539 34163/6309/5535</w:t>
        <w:br/>
        <w:t>f 34262/6335/5563 34266/6338/5566 34163/6309/5535</w:t>
        <w:br/>
        <w:t>f 33845/5992/5222 34163/6309/5535 34167/6313/5539</w:t>
        <w:br/>
        <w:t>f 34166/6312/5538 33845/5992/5222 34167/6313/5539</w:t>
        <w:br/>
        <w:t>f 33810/5958/5188 33845/5992/5222 33814/5960/5190</w:t>
        <w:br/>
        <w:t>f 33845/5992/5222 34166/6312/5538 33814/5960/5190</w:t>
        <w:br/>
        <w:t>f 34267/6339/5417 33983/6127/5357 34131/6277/5503</w:t>
        <w:br/>
        <w:t>f 33909/6053/5283 34269/6340/5567 34268/6341/5568</w:t>
        <w:br/>
        <w:t>f 34270/6342/5569 33909/6053/5283 34268/6341/5568</w:t>
        <w:br/>
        <w:t>f 33908/6054/5284 33909/6053/5283 34270/6342/5569</w:t>
        <w:br/>
        <w:t>f 34271/6343/5570 33908/6054/5284 34270/6342/5569</w:t>
        <w:br/>
        <w:t>f 33908/6054/5284 34271/6343/5570 34149/6295/5521</w:t>
        <w:br/>
        <w:t>f 34113/6258/5484 33908/6054/5284 34149/6295/5521</w:t>
        <w:br/>
        <w:t>f 34274/6344/5571 34273/6345/5572 34272/6346/5573</w:t>
        <w:br/>
        <w:t>f 34277/6347/5574 34276/6348/5575 34275/6349/5576</w:t>
        <w:br/>
        <w:t>f 34278/6350/5577 34277/6347/5574 34275/6349/5576</w:t>
        <w:br/>
        <w:t>f 34281/6351/5578 34280/6352/5579 34279/6353/5580</w:t>
        <w:br/>
        <w:t>f 34282/6354/5581 34281/6351/5578 34279/6353/5580</w:t>
        <w:br/>
        <w:t>f 34285/6355/5582 34284/6356/5583 34283/6357/5584</w:t>
        <w:br/>
        <w:t>f 34286/6358/5585 34285/6355/5582 34283/6357/5584</w:t>
        <w:br/>
        <w:t>f 34287/6359/5586 34133/6279/5505 34275/6349/5576</w:t>
        <w:br/>
        <w:t>f 34288/6360/5587 34287/6359/5586 34275/6349/5576</w:t>
        <w:br/>
        <w:t>f 34273/6345/5572 34290/6361/5588 34289/6362/5589</w:t>
        <w:br/>
        <w:t>f 34272/6346/5573 34273/6345/5572 34289/6362/5589</w:t>
        <w:br/>
        <w:t>f 34293/6363/5590 34292/6364/5591 34291/6365/5592</w:t>
        <w:br/>
        <w:t>f 34294/6366/5593 34293/6363/5590 34291/6365/5592</w:t>
        <w:br/>
        <w:t>f 34297/6367/5594 34296/6368/5595 34295/6369/5596</w:t>
        <w:br/>
        <w:t>f 34298/6370/5597 34297/6367/5594 34295/6369/5596</w:t>
        <w:br/>
        <w:t>f 34290/6361/5588 34300/6371/5598 34299/6372/5599</w:t>
        <w:br/>
        <w:t>f 34289/6362/5589 34290/6361/5588 34299/6372/5599</w:t>
        <w:br/>
        <w:t>f 34303/6373/5600 34302/6374/5601 34301/6375/5602</w:t>
        <w:br/>
        <w:t>f 34304/6376/5603 34303/6373/5600 34301/6375/5602</w:t>
        <w:br/>
        <w:t>f 34306/6377/5604 34305/6378/5605 34274/6344/5571</w:t>
        <w:br/>
        <w:t>f 34307/6379/5606 34306/6377/5604 34274/6344/5571</w:t>
        <w:br/>
        <w:t>f 34307/6379/5606 34309/6380/5607 34308/6381/5608</w:t>
        <w:br/>
        <w:t>f 34306/6377/5604 34307/6379/5606 34308/6381/5608</w:t>
        <w:br/>
        <w:t>f 34311/6382/5609 34308/6381/5608 34309/6380/5607</w:t>
        <w:br/>
        <w:t>f 34310/6383/5610 34311/6382/5609 34309/6380/5607</w:t>
        <w:br/>
        <w:t>f 34315/6384/5611 34314/6385/5612 34313/6386/5613</w:t>
        <w:br/>
        <w:t>f 34312/6387/5614 34315/6384/5611 34313/6386/5613</w:t>
        <w:br/>
        <w:t>f 34302/6374/5601 34317/6388/5615 34316/6389/5616</w:t>
        <w:br/>
        <w:t>f 34318/6390/5617 34302/6374/5601 34316/6389/5616</w:t>
        <w:br/>
        <w:t>f 34320/6391/5618 34319/6392/5619 34274/6344/5571</w:t>
        <w:br/>
        <w:t>f 34305/6378/5605 34320/6391/5618 34274/6344/5571</w:t>
        <w:br/>
        <w:t>f 34323/6393/5620 34322/6394/5621 34321/6395/5622</w:t>
        <w:br/>
        <w:t>f 34325/6396/5623 34324/6397/5624 34322/6394/5621</w:t>
        <w:br/>
        <w:t>f 34325/6396/5623 34322/6394/5621 34326/6398/5625</w:t>
        <w:br/>
        <w:t>f 34322/6394/5621 34327/6399/5626 34326/6398/5625</w:t>
        <w:br/>
        <w:t>f 34330/6400/5627 34329/6401/5628 34328/6402/5629</w:t>
        <w:br/>
        <w:t>f 34333/6403/5630 34332/6404/5631 34331/6405/5632</w:t>
        <w:br/>
        <w:t>f 34334/6406/5633 34331/6405/5632 34332/6404/5631</w:t>
        <w:br/>
        <w:t>f 34331/6405/5632 34336/6407/5634 34335/6408/5635</w:t>
        <w:br/>
        <w:t>f 34335/6408/5635 34336/6407/5634 34337/6409/5636</w:t>
        <w:br/>
        <w:t>f 34340/6410/5637 34339/6411/5638 34338/6412/5639</w:t>
        <w:br/>
        <w:t>f 34323/6393/5620 34340/6410/5637 34338/6412/5639</w:t>
        <w:br/>
        <w:t>f 34338/6412/5639 34322/6394/5621 34323/6393/5620</w:t>
        <w:br/>
        <w:t>f 34322/6394/5621 34338/6412/5639 34341/6413/5640</w:t>
        <w:br/>
        <w:t>f 34341/6413/5640 34327/6399/5626 34322/6394/5621</w:t>
        <w:br/>
        <w:t>f 34343/6414/5641 34342/6415/5642 34339/6411/5638</w:t>
        <w:br/>
        <w:t>f 34340/6410/5637 34343/6414/5641 34339/6411/5638</w:t>
        <w:br/>
        <w:t>f 34345/6416/5642 34330/6400/5627 34344/6417/5643</w:t>
        <w:br/>
        <w:t>f 34330/6400/5627 34346/6418/5644 34344/6417/5643</w:t>
        <w:br/>
        <w:t>f 34346/6418/5644 34330/6400/5627 34333/6403/5630</w:t>
        <w:br/>
        <w:t>f 34333/6403/5630 34347/6419/5645 34346/6418/5644</w:t>
        <w:br/>
        <w:t>f 34348/6420/5646 34346/6418/5644 34331/6405/5632</w:t>
        <w:br/>
        <w:t>f 34348/6420/5646 34331/6405/5632 34335/6408/5635</w:t>
        <w:br/>
        <w:t>f 34335/6408/5635 33531/5704/4936 34348/6420/5646</w:t>
        <w:br/>
        <w:t>f 34349/6421/5647 33533/5705/4937 34341/6413/5640</w:t>
        <w:br/>
        <w:t>f 34341/6413/5640 34338/6412/5639 34349/6421/5647</w:t>
        <w:br/>
        <w:t>f 34350/6422/5648 34349/6421/5647 34338/6412/5639</w:t>
        <w:br/>
        <w:t>f 34338/6412/5639 34339/6411/5638 34350/6422/5648</w:t>
        <w:br/>
        <w:t>f 34351/6423/5649 34350/6422/5648 34339/6411/5638</w:t>
        <w:br/>
        <w:t>f 34339/6411/5638 34342/6415/5642 34351/6423/5649</w:t>
        <w:br/>
        <w:t>f 34352/6424/5650 34351/6423/5649 34342/6415/5642</w:t>
        <w:br/>
        <w:t>f 33537/5710/4942 34348/6420/5646 33531/5704/4936</w:t>
        <w:br/>
        <w:t>f 34353/6425/5651 34346/6418/5644 34348/6420/5646</w:t>
        <w:br/>
        <w:t>f 34346/6418/5644 34353/6425/5651 34354/6426/5652</w:t>
        <w:br/>
        <w:t>f 34344/6417/5643 34346/6418/5644 34354/6426/5652</w:t>
        <w:br/>
        <w:t>f 34345/6416/5642 34344/6417/5643 34355/6427/5650</w:t>
        <w:br/>
        <w:t>f 34344/6417/5643 34354/6426/5652 34356/6428/5653</w:t>
        <w:br/>
        <w:t>f 34356/6428/5653 34355/6427/5650 34344/6417/5643</w:t>
        <w:br/>
        <w:t>f 34357/6429/5654 33533/5705/4937 34349/6421/5647</w:t>
        <w:br/>
        <w:t>f 34349/6421/5647 34350/6422/5648 34357/6429/5654</w:t>
        <w:br/>
        <w:t>f 33543/5716/4947 33533/5705/4937 34357/6429/5654</w:t>
        <w:br/>
        <w:t>f 34358/6430/5655 33545/5717/4948 34357/6429/5654</w:t>
        <w:br/>
        <w:t>f 34357/6429/5654 34359/6431/5656 34358/6430/5655</w:t>
        <w:br/>
        <w:t>f 34359/6431/5656 34357/6429/5654 34350/6422/5648</w:t>
        <w:br/>
        <w:t>f 34350/6422/5648 34351/6423/5649 34359/6431/5656</w:t>
        <w:br/>
        <w:t>f 34360/6432/5657 34358/6430/5655 34359/6431/5656</w:t>
        <w:br/>
        <w:t>f 34359/6431/5656 34361/6433/5658 34360/6432/5657</w:t>
        <w:br/>
        <w:t>f 34361/6433/5658 34359/6431/5656 34351/6423/5649</w:t>
        <w:br/>
        <w:t>f 34362/6434/5659 34360/6432/5657 34361/6433/5658</w:t>
        <w:br/>
        <w:t>f 34361/6433/5658 34363/6435/5660 34362/6434/5659</w:t>
        <w:br/>
        <w:t>f 34361/6433/5658 34364/6436/5661 34363/6435/5660</w:t>
        <w:br/>
        <w:t>f 34367/6437/5662 34366/6438/5661 34365/6439/5663</w:t>
        <w:br/>
        <w:t>f 34365/6439/5663 34366/6438/5661 34368/6440/5664</w:t>
        <w:br/>
        <w:t>f 34368/6440/5664 34366/6438/5661 34356/6428/5653</w:t>
        <w:br/>
        <w:t>f 34368/6440/5664 34369/6441/5665 34365/6439/5663</w:t>
        <w:br/>
        <w:t>f 34369/6441/5665 34368/6440/5664 34370/6442/5666</w:t>
        <w:br/>
        <w:t>f 34356/6428/5653 34370/6442/5666 34368/6440/5664</w:t>
        <w:br/>
        <w:t>f 34369/6441/5665 34370/6442/5666 34371/6443/5667</w:t>
        <w:br/>
        <w:t>f 34371/6443/5667 34370/6442/5666 34372/6444/5668</w:t>
        <w:br/>
        <w:t>f 34351/6423/5649 34364/6436/5661 34361/6433/5658</w:t>
        <w:br/>
        <w:t>f 34364/6436/5661 34351/6423/5649 34352/6424/5650</w:t>
        <w:br/>
        <w:t>f 34355/6427/5650 34356/6428/5653 34366/6438/5661</w:t>
        <w:br/>
        <w:t>f 34370/6442/5666 34356/6428/5653 34354/6426/5652</w:t>
        <w:br/>
        <w:t>f 34370/6442/5666 34354/6426/5652 34372/6444/5668</w:t>
        <w:br/>
        <w:t>f 34353/6425/5651 34372/6444/5668 34354/6426/5652</w:t>
        <w:br/>
        <w:t>f 34367/6437/5662 34365/6439/5663 34373/6445/5669</w:t>
        <w:br/>
        <w:t>f 34374/6446/5670 34373/6445/5669 34365/6439/5663</w:t>
        <w:br/>
        <w:t>f 34365/6439/5663 34369/6441/5665 34374/6446/5670</w:t>
        <w:br/>
        <w:t>f 34375/6447/5671 34373/6445/5669 34374/6446/5670</w:t>
        <w:br/>
        <w:t>f 34374/6446/5670 34376/6448/5672 34375/6447/5671</w:t>
        <w:br/>
        <w:t>f 34376/6448/5672 34374/6446/5670 34369/6441/5665</w:t>
        <w:br/>
        <w:t>f 34377/6449/5673 34375/6447/5671 34376/6448/5672</w:t>
        <w:br/>
        <w:t>f 34376/6448/5672 34378/6450/5674 34377/6449/5673</w:t>
        <w:br/>
        <w:t>f 34379/6451/5675 34377/6449/5673 34378/6450/5674</w:t>
        <w:br/>
        <w:t>f 33567/5740/4970 34379/6451/5675 34378/6450/5674</w:t>
        <w:br/>
        <w:t>f 34380/6452/5676 34373/6445/5669 34375/6447/5671</w:t>
        <w:br/>
        <w:t>f 34383/6453/5676 34382/6454/5677 34381/6455/5669</w:t>
        <w:br/>
        <w:t>f 34384/6456/5678 34381/6455/5669 34382/6454/5677</w:t>
        <w:br/>
        <w:t>f 34384/6456/5678 34382/6454/5677 34385/6457/5679</w:t>
        <w:br/>
        <w:t>f 34382/6454/5677 34386/6458/5680 34385/6457/5679</w:t>
        <w:br/>
        <w:t>f 34386/6458/5680 34387/6459/5681 34385/6457/5679</w:t>
        <w:br/>
        <w:t>f 34388/6460/5682 34387/6459/5681 34386/6458/5680</w:t>
        <w:br/>
        <w:t>f 33577/5751/4979 33578/5750/4978 34388/6460/5682</w:t>
        <w:br/>
        <w:t>f 33579/5753/4981 34388/6460/5682 34389/6461/5683</w:t>
        <w:br/>
        <w:t>f 34386/6458/5680 34389/6461/5683 34388/6460/5682</w:t>
        <w:br/>
        <w:t>f 34377/6449/5673 34379/6451/5675 34390/6462/5683</w:t>
        <w:br/>
        <w:t>f 34382/6454/5677 34391/6463/5684 34386/6458/5680</w:t>
        <w:br/>
        <w:t>f 34383/6453/5676 34391/6463/5684 34382/6454/5677</w:t>
        <w:br/>
        <w:t>f 34386/6458/5680 34391/6463/5684 34389/6461/5683</w:t>
        <w:br/>
        <w:t>f 34375/6447/5671 34392/6464/5685 34380/6452/5676</w:t>
        <w:br/>
        <w:t>f 34392/6464/5685 34375/6447/5671 34377/6449/5673</w:t>
        <w:br/>
        <w:t>f 34392/6464/5685 34377/6449/5673 34390/6462/5683</w:t>
        <w:br/>
        <w:t>f 34358/6430/5655 34360/6432/5657 34387/6459/5681</w:t>
        <w:br/>
        <w:t>f 34385/6457/5679 34387/6459/5681 34360/6432/5657</w:t>
        <w:br/>
        <w:t>f 34385/6457/5679 34360/6432/5657 34384/6456/5678</w:t>
        <w:br/>
        <w:t>f 34384/6456/5678 34360/6432/5657 34362/6434/5659</w:t>
        <w:br/>
        <w:t>f 34384/6456/5678 34362/6434/5659 34381/6455/5669</w:t>
        <w:br/>
        <w:t>f 34381/6455/5669 34362/6434/5659 34363/6435/5660</w:t>
        <w:br/>
        <w:t>f 34378/6450/5674 34369/6441/5665 34371/6443/5667</w:t>
        <w:br/>
        <w:t>f 34376/6448/5672 34369/6441/5665 34378/6450/5674</w:t>
        <w:br/>
        <w:t>f 34334/6406/5633 34336/6407/5634 34331/6405/5632</w:t>
        <w:br/>
        <w:t>f 34324/6397/5624 34321/6395/5622 34322/6394/5621</w:t>
        <w:br/>
        <w:t>f 34321/6395/5622 34393/6465/5686 34323/6393/5620</w:t>
        <w:br/>
        <w:t>f 34333/6403/5630 34394/6466/5687 34332/6404/5631</w:t>
        <w:br/>
        <w:t>f 34333/6403/5630 34328/6402/5629 34394/6466/5687</w:t>
        <w:br/>
        <w:t>f 34045/6191/5688 34043/6188/5416 34055/6200/5427</w:t>
        <w:br/>
        <w:t>f 34043/6188/5416 34041/6185/5413 34054/6201/5396</w:t>
        <w:br/>
        <w:t>f 34041/6185/5413 34043/6188/5416 34040/6186/5414</w:t>
        <w:br/>
        <w:t>f 34029/6175/5402 34041/6185/5413 34039/6187/5415</w:t>
        <w:br/>
        <w:t>f 34032/6179/5406 34031/6177/5404 34028/6176/5403</w:t>
        <w:br/>
        <w:t>f 34396/6467/5689 34395/6468/5690 33589/5759/4986</w:t>
        <w:br/>
        <w:t>f 33586/5762/4989 34396/6467/5689 33589/5759/4986</w:t>
        <w:br/>
        <w:t>f 33591/5765/4992 33592/5764/4991 34397/6469/5691</w:t>
        <w:br/>
        <w:t>f 34398/6470/5692 33591/5765/4992 34397/6469/5691</w:t>
        <w:br/>
        <w:t>f 34326/6398/5625 34327/6399/5626 33595/5767/4994</w:t>
        <w:br/>
        <w:t>f 33594/5768/4995 34326/6398/5625 33595/5767/4994</w:t>
        <w:br/>
        <w:t>f 34371/6443/5667 33567/5740/4970 34378/6450/5674</w:t>
        <w:br/>
        <w:t>f 34396/6467/5689 33586/5762/4989 33070/5316/4553</w:t>
        <w:br/>
        <w:t>f 33903/6049/5279 34396/6467/5689 33070/5316/4553</w:t>
        <w:br/>
        <w:t>f 34079/6226/5452 34080/6225/5451 33864/6012/5242</w:t>
        <w:br/>
        <w:t>f 33865/6011/5241 34079/6226/5452 33864/6012/5242</w:t>
        <w:br/>
        <w:t>f 33901/6047/5277 33864/6012/5242 34080/6225/5451</w:t>
        <w:br/>
        <w:t>f 33900/6044/5274 33901/6047/5277 34080/6225/5451</w:t>
        <w:br/>
        <w:t>f 34272/6346/5573 34307/6379/5606 34274/6344/5571</w:t>
        <w:br/>
        <w:t>f 34278/6350/5577 34275/6349/5576 34133/6279/5505</w:t>
        <w:br/>
        <w:t>f 34134/6278/5504 34278/6350/5577 34133/6279/5505</w:t>
        <w:br/>
        <w:t>f 34282/6354/5581 34284/6356/5583 34397/6469/5691</w:t>
        <w:br/>
        <w:t>f 34281/6351/5578 34282/6354/5581 34397/6469/5691</w:t>
        <w:br/>
        <w:t>f 34279/6353/5580 34400/6471/5693 34399/6472/5694</w:t>
        <w:br/>
        <w:t>f 34282/6354/5581 34279/6353/5580 34399/6472/5694</w:t>
        <w:br/>
        <w:t>f 34312/6387/5614 34402/6473/5575 34401/6474/5695</w:t>
        <w:br/>
        <w:t>f 34315/6384/5611 34312/6387/5614 34401/6474/5695</w:t>
        <w:br/>
        <w:t>f 34272/6346/5573 34289/6362/5589 34309/6380/5607</w:t>
        <w:br/>
        <w:t>f 34307/6379/5606 34272/6346/5573 34309/6380/5607</w:t>
        <w:br/>
        <w:t>f 34134/6278/5504 34404/6475/5696 34403/6476/5697</w:t>
        <w:br/>
        <w:t>f 34278/6350/5577 34134/6278/5504 34403/6476/5697</w:t>
        <w:br/>
        <w:t>f 34310/6383/5610 34399/6472/5694 34400/6471/5693</w:t>
        <w:br/>
        <w:t>f 34311/6382/5609 34310/6383/5610 34400/6471/5693</w:t>
        <w:br/>
        <w:t>f 34405/6477/5698 34317/6388/5615 34302/6374/5601</w:t>
        <w:br/>
        <w:t>f 34303/6373/5600 34405/6477/5698 34302/6374/5601</w:t>
        <w:br/>
        <w:t>f 34304/6376/5603 34287/6359/5586 34288/6360/5587</w:t>
        <w:br/>
        <w:t>f 34303/6373/5600 34304/6376/5603 34288/6360/5587</w:t>
        <w:br/>
        <w:t>f 34318/6390/5617 34301/6375/5602 34302/6374/5601</w:t>
        <w:br/>
        <w:t>f 34274/6344/5571 34319/6392/5619 34407/6478/5699</w:t>
        <w:br/>
        <w:t>f 34406/6479/5700 34274/6344/5571 34407/6478/5699</w:t>
        <w:br/>
        <w:t>f 33605/5779/5006 33606/5778/5005 34280/6352/5579</w:t>
        <w:br/>
        <w:t>f 34281/6351/5578 33605/5779/5006 34280/6352/5579</w:t>
        <w:br/>
        <w:t>f 33910/6056/5286 34408/6480/5701 34269/6340/5567</w:t>
        <w:br/>
        <w:t>f 33909/6053/5283 33910/6056/5286 34269/6340/5567</w:t>
        <w:br/>
        <w:t>f 34174/6320/5548 33965/6113/5343 33966/6112/5342</w:t>
        <w:br/>
        <w:t>f 34409/6481/5702 34174/6320/5548 33966/6112/5342</w:t>
        <w:br/>
        <w:t>f 33965/6113/5343 34181/6327/5555 33962/6108/5338</w:t>
        <w:br/>
        <w:t>f 34410/6482/5703 34174/6320/5548 34409/6481/5702</w:t>
        <w:br/>
        <w:t>f 34411/6483/5704 34410/6482/5703 34409/6481/5702</w:t>
        <w:br/>
        <w:t>f 34174/6320/5548 34410/6482/5703 33911/6059/5289</w:t>
        <w:br/>
        <w:t>f 34173/6318/5546 34174/6320/5548 33911/6059/5289</w:t>
        <w:br/>
        <w:t>f 34172/6319/5547 34173/6318/5546 34144/6290/5516</w:t>
        <w:br/>
        <w:t>f 33925/6072/5302 34172/6319/5547 34144/6290/5516</w:t>
        <w:br/>
        <w:t>f 34412/6484/5705 34079/6226/5452 34081/6227/5453</w:t>
        <w:br/>
        <w:t>f 34413/6485/5706 34412/6484/5705 34081/6227/5453</w:t>
        <w:br/>
        <w:t>f 33330/5577/4808 33898/6046/5276 33899/6045/5275</w:t>
        <w:br/>
        <w:t>f 33613/5786/5013 33330/5577/4808 33899/6045/5275</w:t>
        <w:br/>
        <w:t>f 33067/5314/4551 33861/6008/5238 33862/6007/5237</w:t>
        <w:br/>
        <w:t>f 33249/5496/4727 33067/5314/4551 33862/6007/5237</w:t>
        <w:br/>
        <w:t>f 33365/5613/4846 33896/6040/5270 33897/6043/5273</w:t>
        <w:br/>
        <w:t>f 33614/5787/5014 33365/5613/4846 33897/6043/5273</w:t>
        <w:br/>
        <w:t>f 34049/6193/5420 34050/6196/5423 34183/6330/5558</w:t>
        <w:br/>
        <w:t>f 34087/6234/5460 34049/6193/5420 34183/6330/5558</w:t>
        <w:br/>
        <w:t>f 33615/5789/5016 33616/5788/5015 34141/6287/5513</w:t>
        <w:br/>
        <w:t>f 34143/6289/5515 33615/5789/5016 34141/6287/5513</w:t>
        <w:br/>
        <w:t>f 34142/6288/5514 34141/6287/5513 33616/5788/5015</w:t>
        <w:br/>
        <w:t>f 33617/5790/5017 34142/6288/5514 33616/5788/5015</w:t>
        <w:br/>
        <w:t>f 33619/5791/5018 33954/6098/5328 33955/6101/5331</w:t>
        <w:br/>
        <w:t>f 33618/5792/5019 33619/5791/5018 33955/6101/5331</w:t>
        <w:br/>
        <w:t>f 33620/5793/5020 33342/5587/4818 33851/5997/5227</w:t>
        <w:br/>
        <w:t>f 33811/5957/5187 33620/5793/5020 33851/5997/5227</w:t>
        <w:br/>
        <w:t>f 33613/5786/5013 33899/6045/5275 33902/6048/5278</w:t>
        <w:br/>
        <w:t>f 33068/5313/4550 33613/5786/5013 33902/6048/5278</w:t>
        <w:br/>
        <w:t>f 33618/5792/5019 33955/6101/5331 34140/6286/5512</w:t>
        <w:br/>
        <w:t>f 33621/5794/5021 33618/5792/5019 34140/6286/5512</w:t>
        <w:br/>
        <w:t>f 33622/5795/5022 33620/5793/5020 33811/5957/5187</w:t>
        <w:br/>
        <w:t>f 33812/5956/5186 33622/5795/5022 33811/5957/5187</w:t>
        <w:br/>
        <w:t>f 33290/5536/4767 34115/6261/5487 33954/6098/5328</w:t>
        <w:br/>
        <w:t>f 33619/5791/5018 33290/5536/4767 33954/6098/5328</w:t>
        <w:br/>
        <w:t>f 34143/6289/5515 33933/6079/5309 33312/5559/4790</w:t>
        <w:br/>
        <w:t>f 33615/5789/5016 34143/6289/5515 33312/5559/4790</w:t>
        <w:br/>
        <w:t>f 33340/5589/4820 33623/5796/5023 34264/6336/5564</w:t>
        <w:br/>
        <w:t>f 34161/6307/5533 33340/5589/4820 34264/6336/5564</w:t>
        <w:br/>
        <w:t>f 33625/5798/5025 34414/6486/5591 34403/6476/5697</w:t>
        <w:br/>
        <w:t>f 33624/5799/5026 33625/5798/5025 34403/6476/5697</w:t>
        <w:br/>
        <w:t>f 34327/6399/5626 34341/6413/5640 33627/5800/5027</w:t>
        <w:br/>
        <w:t>f 33595/5767/4994 34327/6399/5626 33627/5800/5027</w:t>
        <w:br/>
        <w:t>f 34353/6425/5651 34348/6420/5646 33537/5710/4942</w:t>
        <w:br/>
        <w:t>f 34372/6444/5668 34353/6425/5651 33537/5710/4942</w:t>
        <w:br/>
        <w:t>f 34387/6459/5681 34388/6460/5682 33578/5750/4978</w:t>
        <w:br/>
        <w:t>f 34390/6462/5683 34379/6451/5675 33628/5801/5028</w:t>
        <w:br/>
        <w:t>f 34358/6430/5655 34387/6459/5681 33578/5750/4978</w:t>
        <w:br/>
        <w:t>f 34335/6408/5635 34337/6409/5636 33629/5802/5029</w:t>
        <w:br/>
        <w:t>f 33629/5802/5029 34337/6409/5636 33630/5803/5030</w:t>
        <w:br/>
        <w:t>f 34335/6408/5635 33629/5802/5029 33531/5704/4936</w:t>
        <w:br/>
        <w:t>f 33627/5800/5027 34341/6413/5640 33533/5705/4937</w:t>
        <w:br/>
        <w:t>f 33543/5716/4947 34357/6429/5654 33545/5717/4948</w:t>
        <w:br/>
        <w:t>f 34371/6443/5667 34372/6444/5668 33631/5804/5031</w:t>
        <w:br/>
        <w:t>f 33631/5804/5031 34372/6444/5668 33632/5805/5032</w:t>
        <w:br/>
        <w:t>f 33632/5805/5032 34372/6444/5668 33537/5710/4942</w:t>
        <w:br/>
        <w:t>f 33628/5801/5028 34379/6451/5675 33567/5740/4970</w:t>
        <w:br/>
        <w:t>f 33577/5751/4979 34388/6460/5682 33579/5753/4981</w:t>
        <w:br/>
        <w:t>f 33633/5806/4981 34390/6462/5683 33628/5801/5028</w:t>
        <w:br/>
        <w:t>f 33545/5717/4948 34358/6430/5655 33578/5750/4978</w:t>
        <w:br/>
        <w:t>f 33567/5740/4970 34371/6443/5667 33631/5804/5031</w:t>
        <w:br/>
        <w:t>f 33624/5799/5026 34403/6476/5697 34404/6475/5696</w:t>
        <w:br/>
        <w:t>f 33634/5807/5033 33624/5799/5026 34404/6475/5696</w:t>
        <w:br/>
        <w:t>f 34416/6487/5707 34415/6488/5708 34072/6218/5444</w:t>
        <w:br/>
        <w:t>f 34330/6400/5627 34328/6402/5629 34333/6403/5630</w:t>
        <w:br/>
        <w:t>f 34418/6489/5709 34417/6490/5710 34343/6414/5641</w:t>
        <w:br/>
        <w:t>f 34419/6491/5711 34418/6489/5709 34343/6414/5641</w:t>
        <w:br/>
        <w:t>f 34340/6410/5637 34420/6492/5712 34419/6491/5711</w:t>
        <w:br/>
        <w:t>f 34343/6414/5641 34340/6410/5637 34419/6491/5711</w:t>
        <w:br/>
        <w:t>f 34340/6410/5637 34323/6393/5620 34393/6465/5686</w:t>
        <w:br/>
        <w:t>f 34420/6492/5712 34340/6410/5637 34393/6465/5686</w:t>
        <w:br/>
        <w:t>f 34342/6415/5713 34422/6493/5714 34421/6494/5715</w:t>
        <w:br/>
        <w:t>f 33914/6060/5290 33911/6059/5289 34410/6482/5703</w:t>
        <w:br/>
        <w:t>f 34151/6296/5522 33914/6060/5290 34410/6482/5703</w:t>
        <w:br/>
        <w:t>f 33916/6062/5292 33913/6057/5287 33914/6060/5290</w:t>
        <w:br/>
        <w:t>f 33915/6061/5291 33916/6062/5292 33914/6060/5290</w:t>
        <w:br/>
        <w:t>f 33259/5508/4739 33670/5817/5044 34450/6495/5716</w:t>
        <w:br/>
        <w:t>f 34412/6484/5705 34451/6496/5717 34075/6221/5447</w:t>
        <w:br/>
        <w:t>f 34453/6497/5718 34452/6498/5719 33888/6034/5264</w:t>
        <w:br/>
        <w:t>f 34170/6316/5542 34453/6497/5718 33888/6034/5264</w:t>
        <w:br/>
        <w:t>f 34454/6499/5720 34452/6498/5719 34453/6497/5718</w:t>
        <w:br/>
        <w:t>f 34146/6292/5518 34454/6499/5720 34453/6497/5718</w:t>
        <w:br/>
        <w:t>f 34399/6472/5694 34283/6357/5584 34284/6356/5583</w:t>
        <w:br/>
        <w:t>f 34282/6354/5581 34399/6472/5694 34284/6356/5583</w:t>
        <w:br/>
        <w:t>f 34310/6383/5610 34299/6372/5599 34283/6357/5584</w:t>
        <w:br/>
        <w:t>f 34399/6472/5694 34310/6383/5610 34283/6357/5584</w:t>
        <w:br/>
        <w:t>f 34281/6351/5578 34397/6469/5691 33592/5764/4991</w:t>
        <w:br/>
        <w:t>f 33605/5779/5006 34281/6351/5578 33592/5764/4991</w:t>
        <w:br/>
        <w:t>f 34398/6470/5692 34397/6469/5691 34284/6356/5583</w:t>
        <w:br/>
        <w:t>f 34285/6355/5582 34398/6470/5692 34284/6356/5583</w:t>
        <w:br/>
        <w:t>f 34289/6362/5589 34299/6372/5599 34310/6383/5610</w:t>
        <w:br/>
        <w:t>f 34309/6380/5607 34289/6362/5589 34310/6383/5610</w:t>
        <w:br/>
        <w:t>f 33943/6089/5319 33951/6097/5327 33948/6096/5326</w:t>
        <w:br/>
        <w:t>f 33942/6086/5316 33943/6089/5319 33948/6096/5326</w:t>
        <w:br/>
        <w:t>f 33948/6096/5326 34138/6285/5511 33946/6090/5320</w:t>
        <w:br/>
        <w:t>f 33942/6086/5316 33948/6096/5326 33946/6090/5320</w:t>
        <w:br/>
        <w:t>f 33951/6097/5327 34142/6288/5514 34455/6500/5721</w:t>
        <w:br/>
        <w:t>f 33950/6094/5324 33951/6097/5327 34455/6500/5721</w:t>
        <w:br/>
        <w:t>f 34142/6288/5514 33617/5790/5017 33677/5823/5050</w:t>
        <w:br/>
        <w:t>f 34455/6500/5721 34142/6288/5514 33677/5823/5050</w:t>
        <w:br/>
        <w:t>f 34139/6284/5510 33971/6115/5345 33972/6118/5348</w:t>
        <w:br/>
        <w:t>f 34138/6285/5511 34139/6284/5510 33972/6118/5348</w:t>
        <w:br/>
        <w:t>f 34456/6501/5722 34132/6280/5506 34133/6279/5505</w:t>
        <w:br/>
        <w:t>f 34287/6359/5586 34456/6501/5722 34133/6279/5505</w:t>
        <w:br/>
        <w:t>f 34458/6502/5723 34457/6503/5724 34304/6376/5603</w:t>
        <w:br/>
        <w:t>f 34301/6375/5602 34458/6502/5723 34304/6376/5603</w:t>
        <w:br/>
        <w:t>f 34135/6281/5507 34459/6504/5725 34404/6475/5696</w:t>
        <w:br/>
        <w:t>f 34134/6278/5504 34135/6281/5507 34404/6475/5696</w:t>
        <w:br/>
        <w:t>f 34457/6503/5724 34456/6501/5722 34287/6359/5586</w:t>
        <w:br/>
        <w:t>f 34304/6376/5603 34457/6503/5724 34287/6359/5586</w:t>
        <w:br/>
        <w:t>f 34459/6504/5725 33682/5828/5055 33634/5807/5033</w:t>
        <w:br/>
        <w:t>f 34404/6475/5696 34459/6504/5725 33634/5807/5033</w:t>
        <w:br/>
        <w:t>f 34460/6505/5726 34458/6502/5723 34301/6375/5602</w:t>
        <w:br/>
        <w:t>f 34318/6390/5617 34460/6505/5726 34301/6375/5602</w:t>
        <w:br/>
        <w:t>f 34075/6221/5447 34079/6226/5452 34412/6484/5705</w:t>
        <w:br/>
        <w:t>f 34152/6298/5524 34086/6232/5458 33901/6047/5277</w:t>
        <w:br/>
        <w:t>f 33898/6046/5276 34152/6298/5524 33901/6047/5277</w:t>
        <w:br/>
        <w:t>f 33897/6043/5273 33894/6042/5272 34086/6232/5458</w:t>
        <w:br/>
        <w:t>f 34152/6298/5524 33897/6043/5273 34086/6232/5458</w:t>
        <w:br/>
        <w:t>f 34152/6298/5524 33331/5576/4807 33614/5787/5014</w:t>
        <w:br/>
        <w:t>f 33897/6043/5273 34152/6298/5524 33614/5787/5014</w:t>
        <w:br/>
        <w:t>f 33899/6045/5275 33900/6044/5274 34078/6224/5450</w:t>
        <w:br/>
        <w:t>f 33902/6048/5278 33899/6045/5275 34078/6224/5450</w:t>
        <w:br/>
        <w:t>f 33902/6048/5278 34078/6224/5450 33863/6009/5239</w:t>
        <w:br/>
        <w:t>f 33861/6008/5238 33902/6048/5278 33863/6009/5239</w:t>
        <w:br/>
        <w:t>f 34060/6207/5433 34061/6206/5432 33859/6005/5235</w:t>
        <w:br/>
        <w:t>f 33848/5994/5224 34060/6207/5433 33859/6005/5235</w:t>
        <w:br/>
        <w:t>f 33868/6016/5246 34082/6229/5455 34081/6227/5453</w:t>
        <w:br/>
        <w:t>f 33872/6019/5249 33868/6016/5246 34081/6227/5453</w:t>
        <w:br/>
        <w:t>f 34083/6228/5454 33869/6015/5245 33875/6021/5251</w:t>
        <w:br/>
        <w:t>f 34123/6269/5495 34083/6228/5454 33875/6021/5251</w:t>
        <w:br/>
        <w:t>f 33987/6133/5363 33831/5975/5205 33832/5978/5208</w:t>
        <w:br/>
        <w:t>f 34415/6488/5708 33987/6133/5363 33832/5978/5208</w:t>
        <w:br/>
        <w:t>f 34461/6506/5727 33986/6132/5362 33987/6133/5363</w:t>
        <w:br/>
        <w:t>f 34462/6507/5728 34461/6506/5727 33987/6133/5363</w:t>
        <w:br/>
        <w:t>f 34461/6506/5727 34066/6211/5437 33905/6050/5280</w:t>
        <w:br/>
        <w:t>f 33986/6132/5362 34461/6506/5727 33905/6050/5280</w:t>
        <w:br/>
        <w:t>f 33986/6132/5362 33905/6050/5280 33828/5974/5204</w:t>
        <w:br/>
        <w:t>f 33825/5973/5203 33986/6132/5362 33828/5974/5204</w:t>
        <w:br/>
        <w:t>f 33621/5794/5021 34140/6286/5512 34455/6500/5721</w:t>
        <w:br/>
        <w:t>f 33677/5823/5050 33621/5794/5021 34455/6500/5721</w:t>
        <w:br/>
        <w:t>f 33950/6094/5324 34455/6500/5721 34140/6286/5512</w:t>
        <w:br/>
        <w:t>f 34130/6276/5502 33950/6094/5324 34140/6286/5512</w:t>
        <w:br/>
        <w:t>f 33949/6095/5325 33950/6094/5324 34130/6276/5502</w:t>
        <w:br/>
        <w:t>f 34128/6275/5501 33949/6095/5325 34130/6276/5502</w:t>
        <w:br/>
        <w:t>f 34139/6284/5510 33949/6095/5325 34128/6275/5501</w:t>
        <w:br/>
        <w:t>f 34127/6272/5498 34139/6284/5510 34128/6275/5501</w:t>
        <w:br/>
        <w:t>f 33971/6115/5345 34139/6284/5510 34127/6272/5498</w:t>
        <w:br/>
        <w:t>f 34105/6251/5477 33971/6115/5345 34127/6272/5498</w:t>
        <w:br/>
        <w:t>f 33970/6116/5346 33971/6115/5345 34105/6251/5477</w:t>
        <w:br/>
        <w:t>f 34106/6250/5476 33970/6116/5346 34105/6251/5477</w:t>
        <w:br/>
        <w:t>f 34182/6328/5556 34175/6322/5550 34179/6323/5551</w:t>
        <w:br/>
        <w:t>f 33974/6120/5350 34182/6328/5556 34179/6323/5551</w:t>
        <w:br/>
        <w:t>f 34178/6324/5552 34179/6323/5551 34175/6322/5550</w:t>
        <w:br/>
        <w:t>f 34176/6321/5549 34178/6324/5552 34175/6322/5550</w:t>
        <w:br/>
        <w:t>f 34415/6488/5708 34416/6487/5707 34463/6508/5729</w:t>
        <w:br/>
        <w:t>f 34464/6509/5730 34415/6488/5708 34463/6508/5729</w:t>
        <w:br/>
        <w:t>f 34462/6507/5728 34464/6509/5730 34465/6510/5731</w:t>
        <w:br/>
        <w:t>f 34466/6511/5732 34462/6507/5728 34465/6510/5731</w:t>
        <w:br/>
        <w:t>f 34466/6511/5732 33907/6055/5285 34112/6259/5485</w:t>
        <w:br/>
        <w:t>f 34467/6512/5733 34466/6511/5732 34112/6259/5485</w:t>
        <w:br/>
        <w:t>f 34147/6293/5519 34468/6513/5734 34467/6512/5733</w:t>
        <w:br/>
        <w:t>f 34112/6259/5485 34147/6293/5519 34467/6512/5733</w:t>
        <w:br/>
        <w:t>f 34468/6513/5734 34147/6293/5519 34160/6306/5532</w:t>
        <w:br/>
        <w:t>f 34469/6514/5735 34468/6513/5734 34160/6306/5532</w:t>
        <w:br/>
        <w:t>f 34158/6304/5530 34470/6515/5736 34469/6514/5735</w:t>
        <w:br/>
        <w:t>f 34160/6306/5532 34158/6304/5530 34469/6514/5735</w:t>
        <w:br/>
        <w:t>f 34470/6515/5736 34158/6304/5530 34159/6305/5531</w:t>
        <w:br/>
        <w:t>f 34471/6516/5737 34470/6515/5736 34159/6305/5531</w:t>
        <w:br/>
        <w:t>f 34095/6241/5467 34472/6517/5738 34471/6516/5737</w:t>
        <w:br/>
        <w:t>f 34159/6305/5531 34095/6241/5467 34471/6516/5737</w:t>
        <w:br/>
        <w:t>f 33985/6130/5360 34473/6518/5739 34472/6517/5738</w:t>
        <w:br/>
        <w:t>f 34095/6241/5467 33985/6130/5360 34472/6517/5738</w:t>
        <w:br/>
        <w:t>f 34473/6518/5739 33985/6130/5360 33841/5989/5219</w:t>
        <w:br/>
        <w:t>f 34474/6519/5740 34473/6518/5739 33841/5989/5219</w:t>
        <w:br/>
        <w:t>f 33842/5988/5218 34475/6520/5741 34474/6519/5740</w:t>
        <w:br/>
        <w:t>f 33841/5989/5219 33842/5988/5218 34474/6519/5740</w:t>
        <w:br/>
        <w:t>f 34475/6520/5741 33842/5988/5218 34266/6338/5566</w:t>
        <w:br/>
        <w:t>f 34476/6521/5742 34475/6520/5741 34266/6338/5566</w:t>
        <w:br/>
        <w:t>f 34476/6521/5742 34266/6338/5566 34262/6335/5563</w:t>
        <w:br/>
        <w:t>f 34477/6522/5743 34476/6521/5742 34262/6335/5563</w:t>
        <w:br/>
        <w:t>f 34263/6334/5562 33853/5998/5228 34477/6522/5743</w:t>
        <w:br/>
        <w:t>f 34262/6335/5563 34263/6334/5562 34477/6522/5743</w:t>
        <w:br/>
        <w:t>f 33853/5998/5228 34263/6334/5562 34264/6336/5564</w:t>
        <w:br/>
        <w:t>f 33852/5999/5229 33853/5998/5228 34264/6336/5564</w:t>
        <w:br/>
        <w:t>f 33623/5796/5023 33232/5478/4709 33852/5999/5229</w:t>
        <w:br/>
        <w:t>f 34264/6336/5564 33623/5796/5023 33852/5999/5229</w:t>
        <w:br/>
        <w:t>f 34466/6511/5732 34465/6510/5731 33910/6056/5286</w:t>
        <w:br/>
        <w:t>f 33907/6055/5285 34466/6511/5732 33910/6056/5286</w:t>
        <w:br/>
        <w:t>f 34408/6480/5701 33910/6056/5286 34465/6510/5731</w:t>
        <w:br/>
        <w:t>f 34478/6523/5744 34408/6480/5701 34465/6510/5731</w:t>
        <w:br/>
        <w:t>f 33853/5998/5228 33849/5993/5223 33850/5996/5226</w:t>
        <w:br/>
        <w:t>f 34477/6522/5743 33853/5998/5228 33850/5996/5226</w:t>
        <w:br/>
        <w:t>f 34265/6337/5565 34476/6521/5742 34477/6522/5743</w:t>
        <w:br/>
        <w:t>f 33850/5996/5226 34265/6337/5565 34477/6522/5743</w:t>
        <w:br/>
        <w:t>f 34476/6521/5742 34265/6337/5565 34063/6208/5434</w:t>
        <w:br/>
        <w:t>f 34475/6520/5741 34476/6521/5742 34063/6208/5434</w:t>
        <w:br/>
        <w:t>f 34475/6520/5741 34063/6208/5434 34064/6210/5436</w:t>
        <w:br/>
        <w:t>f 34474/6519/5740 34475/6520/5741 34064/6210/5436</w:t>
        <w:br/>
        <w:t>f 34157/6303/5529 34473/6518/5739 34474/6519/5740</w:t>
        <w:br/>
        <w:t>f 34064/6210/5436 34157/6303/5529 34474/6519/5740</w:t>
        <w:br/>
        <w:t>f 34473/6518/5739 34157/6303/5529 34156/6302/5528</w:t>
        <w:br/>
        <w:t>f 34472/6517/5738 34473/6518/5739 34156/6302/5528</w:t>
        <w:br/>
        <w:t>f 34108/6254/5480 34471/6516/5737 34472/6517/5738</w:t>
        <w:br/>
        <w:t>f 34156/6302/5528 34108/6254/5480 34472/6517/5738</w:t>
        <w:br/>
        <w:t>f 34471/6516/5737 34108/6254/5480 34109/6255/5481</w:t>
        <w:br/>
        <w:t>f 34470/6515/5736 34471/6516/5737 34109/6255/5481</w:t>
        <w:br/>
        <w:t>f 34065/6212/5438 34469/6514/5735 34470/6515/5736</w:t>
        <w:br/>
        <w:t>f 34109/6255/5481 34065/6212/5438 34470/6515/5736</w:t>
        <w:br/>
        <w:t>f 34468/6513/5734 34469/6514/5735 34065/6212/5438</w:t>
        <w:br/>
        <w:t>f 34066/6211/5437 34468/6513/5734 34065/6212/5438</w:t>
        <w:br/>
        <w:t>f 34467/6512/5733 34468/6513/5734 34066/6211/5437</w:t>
        <w:br/>
        <w:t>f 34461/6506/5727 34467/6512/5733 34066/6211/5437</w:t>
        <w:br/>
        <w:t>f 34462/6507/5728 34466/6511/5732 34467/6512/5733</w:t>
        <w:br/>
        <w:t>f 34461/6506/5727 34462/6507/5728 34467/6512/5733</w:t>
        <w:br/>
        <w:t>f 34060/6207/5433 33848/5994/5224 33849/5993/5223</w:t>
        <w:br/>
        <w:t>f 33854/6000/5230 34060/6207/5433 33849/5993/5223</w:t>
        <w:br/>
        <w:t>f 34060/6207/5433 33854/6000/5230 33231/5479/4710</w:t>
        <w:br/>
        <w:t>f 33230/5474/4705 34060/6207/5433 33231/5479/4710</w:t>
        <w:br/>
        <w:t>f 33987/6133/5363 34415/6488/5708 34464/6509/5730</w:t>
        <w:br/>
        <w:t>f 34462/6507/5728 33987/6133/5363 34464/6509/5730</w:t>
        <w:br/>
        <w:t>f 33972/6118/5348 33969/6117/5347 33960/6105/5335</w:t>
        <w:br/>
        <w:t>f 33945/6091/5321 33972/6118/5348 33960/6105/5335</w:t>
        <w:br/>
        <w:t>f 33967/6111/5341 33960/6105/5335 33969/6117/5347</w:t>
        <w:br/>
        <w:t>f 33973/6119/5349 33967/6111/5341 33969/6117/5347</w:t>
        <w:br/>
        <w:t>f 34409/6481/5702 33966/6112/5342 34180/6326/5554</w:t>
        <w:br/>
        <w:t>f 34177/6325/5553 34409/6481/5702 34180/6326/5554</w:t>
        <w:br/>
        <w:t>f 34464/6509/5730 34463/6508/5729 34478/6523/5744</w:t>
        <w:br/>
        <w:t>f 34465/6510/5731 34464/6509/5730 34478/6523/5744</w:t>
        <w:br/>
        <w:t>f 34138/6285/5511 33972/6118/5348 33945/6091/5321</w:t>
        <w:br/>
        <w:t>f 33946/6090/5320 34138/6285/5511 33945/6091/5321</w:t>
        <w:br/>
        <w:t>f 34057/6203/5429 34099/6245/5471 34148/6294/5520</w:t>
        <w:br/>
        <w:t>f 34005/6151/5380 34057/6203/5429 34148/6294/5520</w:t>
        <w:br/>
        <w:t>f 34149/6295/5521 34005/6151/5380 34148/6294/5520</w:t>
        <w:br/>
        <w:t>f 34003/6150/5379 34005/6151/5380 34149/6295/5521</w:t>
        <w:br/>
        <w:t>f 34271/6343/5570 34003/6150/5379 34149/6295/5521</w:t>
        <w:br/>
        <w:t>f 34059/6205/5431 34003/6150/5379 34271/6343/5570</w:t>
        <w:br/>
        <w:t>f 34270/6342/5569 34059/6205/5431 34271/6343/5570</w:t>
        <w:br/>
        <w:t>f 33982/6128/5358 34059/6205/5431 34270/6342/5569</w:t>
        <w:br/>
        <w:t>f 34268/6341/5568 33982/6128/5358 34270/6342/5569</w:t>
        <w:br/>
        <w:t>f 34082/6229/5455 34479/6524/5745 34413/6485/5706</w:t>
        <w:br/>
        <w:t>f 34081/6227/5453 34082/6229/5455 34413/6485/5706</w:t>
        <w:br/>
        <w:t>f 34083/6228/5454 34480/6525/5746 34479/6524/5745</w:t>
        <w:br/>
        <w:t>f 34082/6229/5455 34083/6228/5454 34479/6524/5745</w:t>
        <w:br/>
        <w:t>f 34480/6525/5746 34083/6228/5454 34123/6269/5495</w:t>
        <w:br/>
        <w:t>f 34481/6526/5747 34480/6525/5746 34123/6269/5495</w:t>
        <w:br/>
        <w:t>f 34481/6526/5747 34123/6269/5495 33877/6023/5253</w:t>
        <w:br/>
        <w:t>f 34482/6527/5748 34481/6526/5747 33877/6023/5253</w:t>
        <w:br/>
        <w:t>f 34483/6528/5749 34482/6527/5748 33877/6023/5253</w:t>
        <w:br/>
        <w:t>f 33878/6022/5252 34483/6528/5749 33877/6023/5253</w:t>
        <w:br/>
        <w:t>f 34071/6217/5443 34484/6529/5750 34483/6528/5749</w:t>
        <w:br/>
        <w:t>f 33878/6022/5252 34071/6217/5443 34483/6528/5749</w:t>
        <w:br/>
        <w:t>f 33829/5977/5207 34485/6530/5751 34484/6529/5750</w:t>
        <w:br/>
        <w:t>f 34071/6217/5443 33829/5977/5207 34484/6529/5750</w:t>
        <w:br/>
        <w:t>f 33830/5976/5206 34486/6531/5752 34485/6530/5751</w:t>
        <w:br/>
        <w:t>f 33829/5977/5207 33830/5976/5206 34485/6530/5751</w:t>
        <w:br/>
        <w:t>f 34486/6531/5752 33830/5976/5206 33826/5972/5202</w:t>
        <w:br/>
        <w:t>f 34487/6532/5753 34486/6531/5752 33826/5972/5202</w:t>
        <w:br/>
        <w:t>f 34488/6533/5754 34487/6532/5753 33826/5972/5202</w:t>
        <w:br/>
        <w:t>f 33827/5971/5201 34488/6533/5754 33826/5972/5202</w:t>
        <w:br/>
        <w:t>f 34089/6235/5461 34489/6534/5755 34488/6533/5754</w:t>
        <w:br/>
        <w:t>f 33827/5971/5201 34089/6235/5461 34488/6533/5754</w:t>
        <w:br/>
        <w:t>f 33823/5970/5200 34490/6535/5756 34489/6534/5755</w:t>
        <w:br/>
        <w:t>f 34089/6235/5461 33823/5970/5200 34489/6534/5755</w:t>
        <w:br/>
        <w:t>f 33824/5969/5199 34491/6536/5757 34490/6535/5756</w:t>
        <w:br/>
        <w:t>f 33823/5970/5200 33824/5969/5199 34490/6535/5756</w:t>
        <w:br/>
        <w:t>f 34084/6230/5456 34492/6537/5758 34491/6536/5757</w:t>
        <w:br/>
        <w:t>f 33824/5969/5199 34084/6230/5456 34491/6536/5757</w:t>
        <w:br/>
        <w:t>f 34076/6222/5448 34493/6538/5759 34492/6537/5758</w:t>
        <w:br/>
        <w:t>f 34084/6230/5456 34076/6222/5448 34492/6537/5758</w:t>
        <w:br/>
        <w:t>f 34069/6216/5442 34494/6539/5760 34493/6538/5759</w:t>
        <w:br/>
        <w:t>f 34076/6222/5448 34069/6216/5442 34493/6538/5759</w:t>
        <w:br/>
        <w:t>f 34070/6215/5441 34495/6540/5761 34494/6539/5760</w:t>
        <w:br/>
        <w:t>f 34069/6216/5442 34070/6215/5441 34494/6539/5760</w:t>
        <w:br/>
        <w:t>f 34498/6541/5762 34497/6542/5763 34496/6543/5764</w:t>
        <w:br/>
        <w:t>f 34070/6215/5441 34498/6541/5762 34496/6543/5764</w:t>
        <w:br/>
        <w:t>f 33856/6004/5234 34499/6544/5765 34497/6542/5763</w:t>
        <w:br/>
        <w:t>f 34498/6541/5762 33856/6004/5234 34497/6542/5763</w:t>
        <w:br/>
        <w:t>f 33857/6003/5233 34500/6545/5766 34499/6544/5765</w:t>
        <w:br/>
        <w:t>f 33856/6004/5234 33857/6003/5233 34499/6544/5765</w:t>
        <w:br/>
        <w:t>f 33857/6003/5233 34074/6219/5445 34451/6496/5717</w:t>
        <w:br/>
        <w:t>f 34500/6545/5766 33857/6003/5233 34451/6496/5717</w:t>
        <w:br/>
        <w:t>f 34451/6496/5717 34074/6219/5445 34075/6221/5447</w:t>
        <w:br/>
        <w:t>f 34072/6218/5444 34150/6297/5523 34416/6487/5707</w:t>
        <w:br/>
        <w:t>f 34072/6218/5444 34415/6488/5708 33832/5978/5208</w:t>
        <w:br/>
        <w:t>f 33840/5986/5216 34498/6541/5762 34070/6215/5441</w:t>
        <w:br/>
        <w:t>f 33839/5983/5213 33840/5986/5216 34070/6215/5441</w:t>
        <w:br/>
        <w:t>f 33855/6001/5231 33856/6004/5234 34498/6541/5762</w:t>
        <w:br/>
        <w:t>f 33840/5986/5216 33855/6001/5231 34498/6541/5762</w:t>
        <w:br/>
        <w:t>f 34503/6546/5767 34502/6547/5768 34501/6548/5769</w:t>
        <w:br/>
        <w:t>f 34504/6549/5770 34503/6546/5767 34501/6548/5769</w:t>
        <w:br/>
        <w:t>f 34504/6549/5770 34506/6550/5771 34505/6551/5772</w:t>
        <w:br/>
        <w:t>f 34503/6546/5767 34504/6549/5770 34505/6551/5772</w:t>
        <w:br/>
        <w:t>f 34502/6547/5768 34508/6552/5773 34507/6553/5774</w:t>
        <w:br/>
        <w:t>f 34501/6548/5769 34502/6547/5768 34507/6553/5774</w:t>
        <w:br/>
        <w:t>f 34511/6554/5775 34510/6555/5776 34509/6556/5777</w:t>
        <w:br/>
        <w:t>f 34512/6557/5778 34511/6554/5775 34509/6556/5777</w:t>
        <w:br/>
        <w:t>f 34510/6555/5776 34511/6554/5775 34513/6558/5779</w:t>
        <w:br/>
        <w:t>f 34514/6559/5780 34510/6555/5776 34513/6558/5779</w:t>
        <w:br/>
        <w:t>f 34512/6557/5778 34509/6556/5777 34515/6560/5781</w:t>
        <w:br/>
        <w:t>f 34516/6561/5782 34512/6557/5778 34515/6560/5781</w:t>
        <w:br/>
        <w:t>f 34514/6559/5780 34513/6558/5779 34517/6562/5783</w:t>
        <w:br/>
        <w:t>f 34518/6563/5784 34514/6559/5780 34517/6562/5783</w:t>
        <w:br/>
        <w:t>f 34518/6563/5784 34517/6562/5783 34519/6564/5785</w:t>
        <w:br/>
        <w:t>f 34520/6565/5786 34518/6563/5784 34519/6564/5785</w:t>
        <w:br/>
        <w:t>f 34521/6566/5787 33746/5891/5118 33747/5890/5117</w:t>
        <w:br/>
        <w:t>f 34522/6567/5788 34521/6566/5787 33747/5890/5117</w:t>
        <w:br/>
        <w:t>f 34521/6566/5787 34522/6567/5788 34524/6568/5789</w:t>
        <w:br/>
        <w:t>f 34523/6569/5790 34521/6566/5787 34524/6568/5789</w:t>
        <w:br/>
        <w:t>f 34523/6569/5790 34524/6568/5789 34526/6570/5791</w:t>
        <w:br/>
        <w:t>f 34525/6571/5792 34523/6569/5790 34526/6570/5791</w:t>
        <w:br/>
        <w:t>f 34525/6571/5792 34526/6570/5791 34505/6551/5772</w:t>
        <w:br/>
        <w:t>f 34506/6550/5771 34525/6571/5792 34505/6551/5772</w:t>
        <w:br/>
        <w:t>f 34528/6572/5793 34527/6573/5794 33755/5898/5125</w:t>
        <w:br/>
        <w:t>f 33752/5901/5128 34528/6572/5793 33755/5898/5125</w:t>
        <w:br/>
        <w:t>f 34527/6573/5794 34528/6572/5793 34516/6561/5782</w:t>
        <w:br/>
        <w:t>f 34515/6560/5781 34527/6573/5794 34516/6561/5782</w:t>
        <w:br/>
        <w:t>f 34507/6553/5774 34508/6552/5773 34520/6565/5786</w:t>
        <w:br/>
        <w:t>f 34519/6564/5785 34507/6553/5774 34520/6565/5786</w:t>
        <w:br/>
        <w:t>f 34306/6377/5604 34308/6381/5608 34504/6549/5770</w:t>
        <w:br/>
        <w:t>f 34501/6548/5769 34306/6377/5604 34504/6549/5770</w:t>
        <w:br/>
        <w:t>f 34456/6501/5722 34511/6554/5775 34512/6557/5778</w:t>
        <w:br/>
        <w:t>f 34132/6280/5506 34456/6501/5722 34512/6557/5778</w:t>
        <w:br/>
        <w:t>f 34513/6558/5779 34457/6503/5724 34458/6502/5723</w:t>
        <w:br/>
        <w:t>f 34517/6562/5783 34513/6558/5779 34458/6502/5723</w:t>
        <w:br/>
        <w:t>f 34521/6566/5787 34523/6569/5790 34279/6353/5580</w:t>
        <w:br/>
        <w:t>f 34280/6352/5579 34521/6566/5787 34279/6353/5580</w:t>
        <w:br/>
        <w:t>f 34506/6550/5771 34504/6549/5770 34308/6381/5608</w:t>
        <w:br/>
        <w:t>f 34311/6382/5609 34506/6550/5771 34308/6381/5608</w:t>
        <w:br/>
        <w:t>f 34528/6572/5793 34459/6504/5725 34135/6281/5507</w:t>
        <w:br/>
        <w:t>f 34516/6561/5782 34528/6572/5793 34135/6281/5507</w:t>
        <w:br/>
        <w:t>f 34511/6554/5775 34456/6501/5722 34457/6503/5724</w:t>
        <w:br/>
        <w:t>f 34513/6558/5779 34511/6554/5775 34457/6503/5724</w:t>
        <w:br/>
        <w:t>f 34400/6471/5693 34279/6353/5580 34523/6569/5790</w:t>
        <w:br/>
        <w:t>f 34525/6571/5792 34400/6471/5693 34523/6569/5790</w:t>
        <w:br/>
        <w:t>f 34311/6382/5609 34400/6471/5693 34525/6571/5792</w:t>
        <w:br/>
        <w:t>f 34506/6550/5771 34311/6382/5609 34525/6571/5792</w:t>
        <w:br/>
        <w:t>f 34515/6560/5781 34453/6497/5718 34170/6316/5542</w:t>
        <w:br/>
        <w:t>f 34527/6573/5794 34515/6560/5781 34170/6316/5542</w:t>
        <w:br/>
        <w:t>f 34453/6497/5718 34515/6560/5781 34509/6556/5777</w:t>
        <w:br/>
        <w:t>f 34146/6292/5518 34453/6497/5718 34509/6556/5777</w:t>
        <w:br/>
        <w:t>f 34146/6292/5518 34509/6556/5777 34510/6555/5776</w:t>
        <w:br/>
        <w:t>f 34145/6291/5517 34146/6292/5518 34510/6555/5776</w:t>
        <w:br/>
        <w:t>f 34514/6559/5780 33927/6073/5303 34145/6291/5517</w:t>
        <w:br/>
        <w:t>f 34510/6555/5776 34514/6559/5780 34145/6291/5517</w:t>
        <w:br/>
        <w:t>f 33927/6073/5303 34514/6559/5780 34518/6563/5784</w:t>
        <w:br/>
        <w:t>f 33926/6071/5301 33927/6073/5303 34518/6563/5784</w:t>
        <w:br/>
        <w:t>f 33926/6071/5301 34518/6563/5784 34520/6565/5786</w:t>
        <w:br/>
        <w:t>f 34124/6271/5497 33926/6071/5301 34520/6565/5786</w:t>
        <w:br/>
        <w:t>f 34508/6552/5773 34502/6547/5768 33964/6110/5340</w:t>
        <w:br/>
        <w:t>f 33961/6109/5339 34508/6552/5773 33964/6110/5340</w:t>
        <w:br/>
        <w:t>f 34502/6547/5768 34503/6546/5767 33938/6082/5312</w:t>
        <w:br/>
        <w:t>f 33964/6110/5340 34502/6547/5768 33938/6082/5312</w:t>
        <w:br/>
        <w:t>f 34503/6546/5767 34505/6551/5772 33937/6083/5313</w:t>
        <w:br/>
        <w:t>f 33938/6082/5312 34503/6546/5767 33937/6083/5313</w:t>
        <w:br/>
        <w:t>f 34137/6282/5508 33937/6083/5313 34505/6551/5772</w:t>
        <w:br/>
        <w:t>f 34526/6570/5791 34137/6282/5508 34505/6551/5772</w:t>
        <w:br/>
        <w:t>f 34524/6568/5789 33935/6081/5311 34137/6282/5508</w:t>
        <w:br/>
        <w:t>f 34526/6570/5791 34524/6568/5789 34137/6282/5508</w:t>
        <w:br/>
        <w:t>f 34522/6567/5788 33934/6078/5308 33935/6081/5311</w:t>
        <w:br/>
        <w:t>f 34524/6568/5789 34522/6567/5788 33935/6081/5311</w:t>
        <w:br/>
        <w:t>f 33961/6109/5339 34124/6271/5497 34520/6565/5786</w:t>
        <w:br/>
        <w:t>f 34508/6552/5773 33961/6109/5339 34520/6565/5786</w:t>
        <w:br/>
        <w:t>f 34519/6564/5785 34460/6505/5726 34320/6391/5618</w:t>
        <w:br/>
        <w:t>f 34501/6548/5769 34507/6553/5774 34305/6378/5605</w:t>
        <w:br/>
        <w:t>f 34306/6377/5604 34501/6548/5769 34305/6378/5605</w:t>
        <w:br/>
        <w:t>f 34517/6562/5783 34458/6502/5723 34460/6505/5726</w:t>
        <w:br/>
        <w:t>f 34519/6564/5785 34517/6562/5783 34460/6505/5726</w:t>
        <w:br/>
        <w:t>f 33746/5891/5118 34521/6566/5787 34280/6352/5579</w:t>
        <w:br/>
        <w:t>f 33606/5778/5005 33746/5891/5118 34280/6352/5579</w:t>
        <w:br/>
        <w:t>f 33747/5890/5117 33311/5558/4789 33934/6078/5308</w:t>
        <w:br/>
        <w:t>f 34522/6567/5788 33747/5890/5117 33934/6078/5308</w:t>
        <w:br/>
        <w:t>f 33752/5901/5128 33682/5828/5055 34459/6504/5725</w:t>
        <w:br/>
        <w:t>f 34528/6572/5793 33752/5901/5128 34459/6504/5725</w:t>
        <w:br/>
        <w:t>f 33351/5599/4830 33755/5898/5125 34527/6573/5794</w:t>
        <w:br/>
        <w:t>f 34170/6316/5542 33351/5599/4830 34527/6573/5794</w:t>
        <w:br/>
        <w:t>f 34516/6561/5782 34135/6281/5507 34132/6280/5506</w:t>
        <w:br/>
        <w:t>f 34512/6557/5778 34516/6561/5782 34132/6280/5506</w:t>
        <w:br/>
        <w:t>f 33982/6128/5358 34268/6341/5568 34259/6332/5560</w:t>
        <w:br/>
        <w:t>f 34260/6333/5561 34111/6256/5482 33980/6126/5356</w:t>
        <w:br/>
        <w:t>f 33981/6129/5359 34260/6333/5561 33980/6126/5356</w:t>
        <w:br/>
        <w:t>f 34529/6574/5795 34416/6487/5707 34150/6297/5523</w:t>
        <w:br/>
        <w:t>f 34151/6296/5522 34529/6574/5795 34150/6297/5523</w:t>
        <w:br/>
        <w:t>f 34531/6575/5796 34530/6576/5797 34260/6333/5561</w:t>
        <w:br/>
        <w:t>f 34259/6332/5560 34531/6575/5796 34260/6333/5561</w:t>
        <w:br/>
        <w:t>f 34530/6576/5797 34531/6575/5796 34532/6577/5798</w:t>
        <w:br/>
        <w:t>f 34533/6578/5799 34530/6576/5797 34532/6577/5798</w:t>
        <w:br/>
        <w:t>f 34533/6578/5799 34532/6577/5798 34534/6579/5800</w:t>
        <w:br/>
        <w:t>f 34535/6580/5801 34533/6578/5799 34534/6579/5800</w:t>
        <w:br/>
        <w:t>f 34537/6581/5802 34536/6582/5803 34529/6574/5795</w:t>
        <w:br/>
        <w:t>f 34411/6483/5704 34537/6581/5802 34529/6574/5795</w:t>
        <w:br/>
        <w:t>f 34536/6582/5803 34537/6581/5802 34535/6580/5801</w:t>
        <w:br/>
        <w:t>f 34534/6579/5800 34536/6582/5803 34535/6580/5801</w:t>
        <w:br/>
        <w:t>f 34110/6257/5483 34530/6576/5797 34533/6578/5799</w:t>
        <w:br/>
        <w:t>f 34176/6321/5549 34110/6257/5483 34533/6578/5799</w:t>
        <w:br/>
        <w:t>f 34537/6581/5802 34177/6325/5553 34178/6324/5552</w:t>
        <w:br/>
        <w:t>f 34535/6580/5801 34537/6581/5802 34178/6324/5552</w:t>
        <w:br/>
        <w:t>f 34259/6332/5560 34268/6341/5568 34269/6340/5567</w:t>
        <w:br/>
        <w:t>f 34531/6575/5796 34259/6332/5560 34269/6340/5567</w:t>
        <w:br/>
        <w:t>f 34463/6508/5729 34536/6582/5803 34534/6579/5800</w:t>
        <w:br/>
        <w:t>f 34478/6523/5744 34463/6508/5729 34534/6579/5800</w:t>
        <w:br/>
        <w:t>f 34111/6256/5482 34260/6333/5561 34530/6576/5797</w:t>
        <w:br/>
        <w:t>f 34110/6257/5483 34111/6256/5482 34530/6576/5797</w:t>
        <w:br/>
        <w:t>f 34531/6575/5796 34269/6340/5567 34408/6480/5701</w:t>
        <w:br/>
        <w:t>f 34532/6577/5798 34531/6575/5796 34408/6480/5701</w:t>
        <w:br/>
        <w:t>f 34535/6580/5801 34178/6324/5552 34176/6321/5549</w:t>
        <w:br/>
        <w:t>f 34533/6578/5799 34535/6580/5801 34176/6321/5549</w:t>
        <w:br/>
        <w:t>f 34532/6577/5798 34408/6480/5701 34478/6523/5744</w:t>
        <w:br/>
        <w:t>f 34534/6579/5800 34532/6577/5798 34478/6523/5744</w:t>
        <w:br/>
        <w:t>f 34411/6483/5704 34409/6481/5702 34177/6325/5553</w:t>
        <w:br/>
        <w:t>f 34537/6581/5802 34411/6483/5704 34177/6325/5553</w:t>
        <w:br/>
        <w:t>f 34416/6487/5707 34529/6574/5795 34536/6582/5803</w:t>
        <w:br/>
        <w:t>f 34463/6508/5729 34416/6487/5707 34536/6582/5803</w:t>
        <w:br/>
        <w:t>f 34411/6483/5704 34529/6574/5795 34151/6296/5522</w:t>
        <w:br/>
        <w:t>f 34410/6482/5703 34411/6483/5704 34151/6296/5522</w:t>
        <w:br/>
        <w:t>f 34096/6244/5470 34148/6294/5520 34099/6245/5471</w:t>
        <w:br/>
        <w:t>f 33589/5759/4986 34395/6468/5690 34538/6583/5804</w:t>
        <w:br/>
        <w:t>f 33766/5912/5139 33589/5759/4986 34538/6583/5804</w:t>
        <w:br/>
        <w:t>f 34454/6499/5720 34146/6292/5518 33931/6077/5307</w:t>
        <w:br/>
        <w:t>f 33885/6031/5261 34454/6499/5720 33931/6077/5307</w:t>
        <w:br/>
        <w:t>f 34541/6584/5805 34540/6585/5806 34539/6586/5807</w:t>
        <w:br/>
        <w:t>f 34542/6587/5808 34541/6584/5805 34539/6586/5807</w:t>
        <w:br/>
        <w:t>f 34540/6585/5806 34541/6584/5805 34543/6588/5809</w:t>
        <w:br/>
        <w:t>f 34544/6589/5810 34540/6585/5806 34543/6588/5809</w:t>
        <w:br/>
        <w:t>f 34542/6587/5808 34539/6586/5807 34452/6498/5719</w:t>
        <w:br/>
        <w:t>f 34454/6499/5720 34542/6587/5808 34452/6498/5719</w:t>
        <w:br/>
        <w:t>f 34546/6590/5811 34545/6591/5812 34544/6589/5810</w:t>
        <w:br/>
        <w:t>f 34543/6588/5809 34546/6590/5811 34544/6589/5810</w:t>
        <w:br/>
        <w:t>f 34088/6233/5459 34450/6495/5716 34545/6591/5812</w:t>
        <w:br/>
        <w:t>f 34546/6590/5811 34088/6233/5459 34545/6591/5812</w:t>
        <w:br/>
        <w:t>f 33890/6037/5267 34541/6584/5805 34542/6587/5808</w:t>
        <w:br/>
        <w:t>f 33886/6030/5260 33890/6037/5267 34542/6587/5808</w:t>
        <w:br/>
        <w:t>f 34049/6193/5420 34088/6233/5459 34546/6590/5811</w:t>
        <w:br/>
        <w:t>f 34545/6591/5812 34395/6468/5690 34396/6467/5689</w:t>
        <w:br/>
        <w:t>f 34544/6589/5810 34545/6591/5812 34396/6467/5689</w:t>
        <w:br/>
        <w:t>f 34541/6584/5805 33890/6037/5267 34048/6194/5421</w:t>
        <w:br/>
        <w:t>f 34543/6588/5809 34541/6584/5805 34048/6194/5421</w:t>
        <w:br/>
        <w:t>f 33903/6049/5279 34540/6585/5806 34544/6589/5810</w:t>
        <w:br/>
        <w:t>f 34396/6467/5689 33903/6049/5279 34544/6589/5810</w:t>
        <w:br/>
        <w:t>f 33889/6035/5265 34539/6586/5807 34540/6585/5806</w:t>
        <w:br/>
        <w:t>f 33903/6049/5279 33889/6035/5265 34540/6585/5806</w:t>
        <w:br/>
        <w:t>f 34539/6586/5807 33889/6035/5265 33888/6034/5264</w:t>
        <w:br/>
        <w:t>f 34452/6498/5719 34539/6586/5807 33888/6034/5264</w:t>
        <w:br/>
        <w:t>f 34542/6587/5808 34454/6499/5720 33885/6031/5261</w:t>
        <w:br/>
        <w:t>f 33886/6030/5260 34542/6587/5808 33885/6031/5261</w:t>
        <w:br/>
        <w:t>f 34450/6495/5716 34395/6468/5690 34545/6591/5812</w:t>
        <w:br/>
        <w:t>f 34048/6194/5421 34049/6193/5420 34546/6590/5811</w:t>
        <w:br/>
        <w:t>f 34543/6588/5809 34048/6194/5421 34546/6590/5811</w:t>
        <w:br/>
        <w:t>f 34088/6233/5459 33259/5508/4739 34450/6495/5716</w:t>
        <w:br/>
        <w:t>f 34052/6197/5424 34547/6592/5813 34185/6331/5559</w:t>
        <w:br/>
        <w:t>f 34038/6183/5411 34029/6175/5402 34030/6174/5401</w:t>
        <w:br/>
        <w:t>f 34017/6163/5392 33992/6138/5367 33993/6137/5367</w:t>
        <w:br/>
        <w:t>f 34016/6164/5393 34017/6163/5392 33993/6137/5367</w:t>
        <w:br/>
        <w:t>f 33989/6135/5365 34013/6160/5389 34058/6204/5430</w:t>
        <w:br/>
        <w:t>f 33988/6136/5366 33989/6135/5365 34058/6204/5430</w:t>
        <w:br/>
        <w:t>f 33968/6114/5344 33959/6106/5336 33960/6105/5335</w:t>
        <w:br/>
        <w:t>f 33967/6111/5341 33968/6114/5344 33960/6105/5335</w:t>
        <w:br/>
        <w:t>f 33974/6120/5350 34179/6323/5551 34180/6326/5554</w:t>
        <w:br/>
        <w:t>f 33973/6119/5349 33974/6120/5350 34180/6326/5554</w:t>
        <w:br/>
        <w:t>f 34103/6249/5475 34107/6253/5479 33975/6122/5352</w:t>
        <w:br/>
        <w:t>f 34102/6246/5472 34103/6249/5475 33975/6122/5352</w:t>
        <w:br/>
        <w:t>f 34182/6328/5556 34106/6250/5476 34107/6253/5479</w:t>
        <w:br/>
        <w:t>f 34103/6249/5475 34182/6328/5556 34107/6253/5479</w:t>
        <w:br/>
        <w:t>f 33974/6120/5350 33970/6116/5346 34106/6250/5476</w:t>
        <w:br/>
        <w:t>f 34182/6328/5556 33974/6120/5350 34106/6250/5476</w:t>
        <w:br/>
        <w:t>f 33973/6119/5349 34180/6326/5554 33966/6112/5342</w:t>
        <w:br/>
        <w:t>f 33967/6111/5341 33973/6119/5349 33966/6112/5342</w:t>
        <w:br/>
        <w:t>f 33968/6114/5344 33965/6113/5343 33962/6108/5338</w:t>
        <w:br/>
        <w:t>f 34102/6246/5472 33975/6122/5352 33976/6121/5351</w:t>
        <w:br/>
        <w:t>f 34102/6246/5472 33976/6121/5351 33979/6123/5353</w:t>
        <w:br/>
        <w:t>f 34550/6593/5814 34549/6594/5815 34548/6595/5572</w:t>
        <w:br/>
        <w:t>f 34551/6596/5816 34550/6593/5814 34548/6595/5572</w:t>
        <w:br/>
        <w:t>f 34294/6366/5593 34552/6597/5817 34402/6473/5818</w:t>
        <w:br/>
        <w:t>f 34293/6363/5590 34294/6366/5593 34402/6473/5818</w:t>
        <w:br/>
        <w:t>f 34298/6370/5597 34295/6369/5596 34553/6598/5819</w:t>
        <w:br/>
        <w:t>f 34554/6599/5820 34298/6370/5597 34553/6598/5819</w:t>
        <w:br/>
        <w:t>f 34549/6594/5815 34556/6600/5821 34555/6601/5822</w:t>
        <w:br/>
        <w:t>f 34548/6595/5572 34549/6594/5815 34555/6601/5822</w:t>
        <w:br/>
        <w:t>f 34278/6350/5577 34403/6476/5697 34414/6486/5591</w:t>
        <w:br/>
        <w:t>f 34277/6347/5574 34278/6350/5577 34414/6486/5591</w:t>
        <w:br/>
        <w:t>f 34286/6358/5585 34283/6357/5584 34299/6372/5599</w:t>
        <w:br/>
        <w:t>f 34300/6371/5598 34286/6358/5585 34299/6372/5599</w:t>
        <w:br/>
        <w:t>f 34555/6601/5822 34556/6600/5821 34296/6368/5595</w:t>
        <w:br/>
        <w:t>f 34297/6367/5594 34555/6601/5822 34296/6368/5595</w:t>
        <w:br/>
        <w:t>f 34303/6373/5600 34288/6360/5587 34557/6602/5823</w:t>
        <w:br/>
        <w:t>f 34405/6477/5698 34303/6373/5600 34557/6602/5823</w:t>
        <w:br/>
        <w:t>f 34561/6603/5824 34560/6604/5825 34559/6605/5826</w:t>
        <w:br/>
        <w:t>f 34558/6606/5827 34561/6603/5824 34559/6605/5826</w:t>
        <w:br/>
        <w:t>f 34563/6607/5828 34562/6608/5829 33793/5936/5164</w:t>
        <w:br/>
        <w:t>f 33790/5939/5167 34563/6607/5828 33793/5936/5164</w:t>
        <w:br/>
        <w:t>f 34288/6360/5587 34275/6349/5576 34276/6348/5575</w:t>
        <w:br/>
        <w:t>f 34557/6602/5823 34288/6360/5587 34276/6348/5575</w:t>
        <w:br/>
        <w:t>f 34314/6385/5612 34560/6604/5825 34561/6603/5824</w:t>
        <w:br/>
        <w:t>f 34313/6386/5613 34314/6385/5612 34561/6603/5824</w:t>
        <w:br/>
        <w:t>f 34565/6609/5830 34558/6606/5827 34564/6610/5831</w:t>
        <w:br/>
        <w:t>f 33797/5942/5170 34291/6365/5592 34292/6364/5591</w:t>
        <w:br/>
        <w:t>f 33796/5943/5171 33797/5942/5170 34292/6364/5591</w:t>
        <w:br/>
        <w:t>f 34554/6599/5820 34553/6598/5819 34562/6608/5829</w:t>
        <w:br/>
        <w:t>f 34563/6607/5828 34554/6599/5820 34562/6608/5829</w:t>
        <w:br/>
        <w:t>f 34274/6344/5571 34406/6479/5700 34273/6345/5572</w:t>
        <w:br/>
        <w:t>f 34319/6392/5619 34320/6391/5618 34460/6505/5726</w:t>
        <w:br/>
        <w:t>f 34318/6390/5617 34319/6392/5619 34460/6505/5726</w:t>
        <w:br/>
        <w:t>f 34407/6478/5699 34319/6392/5619 34318/6390/5617</w:t>
        <w:br/>
        <w:t>f 34316/6389/5616 34407/6478/5699 34318/6390/5617</w:t>
        <w:br/>
        <w:t>f 34564/6610/5831 34551/6596/5816 34565/6609/5830</w:t>
        <w:br/>
        <w:t>f 34320/6391/5618 34507/6553/5774 34519/6564/5785</w:t>
        <w:br/>
        <w:t>f 34320/6391/5618 34305/6378/5605 34507/6553/5774</w:t>
        <w:br/>
        <w:t>f 34566/6611/5832 34421/6494/5833 34417/6490/5710</w:t>
        <w:br/>
        <w:t>f 34418/6489/5709 34566/6611/5832 34417/6490/5710</w:t>
        <w:br/>
        <w:t>f 34342/6415/5642 34567/6612/5834 34417/6490/5835</w:t>
        <w:br/>
        <w:t>f 34558/6606/5827 34559/6605/5826 34564/6610/5831</w:t>
        <w:br/>
        <w:t>f 34564/6610/5831 34550/6593/5814 34551/6596/5816</w:t>
        <w:br/>
        <w:t>f 33965/6113/5343 34172/6319/5547 34181/6327/5555</w:t>
        <w:br/>
        <w:t>f 34181/6327/5555 34125/6270/5496 34124/6271/5497</w:t>
        <w:br/>
        <w:t>f 34125/6270/5496 33925/6072/5302 33926/6071/5301</w:t>
        <w:br/>
        <w:t>f 34125/6270/5496 34172/6319/5547 33925/6072/5302</w:t>
        <w:br/>
        <w:t>f 34181/6327/5555 34172/6319/5547 34125/6270/5496</w:t>
        <w:br/>
        <w:t>f 33371/6613/5836 33370/6614/5837 33369/6615/5838</w:t>
        <w:br/>
        <w:t>f 33368/6616/5839 33371/6613/5836 33369/6615/5838</w:t>
        <w:br/>
        <w:t>f 33375/6617/5840 33374/6618/5841 33373/6619/5842</w:t>
        <w:br/>
        <w:t>f 33372/6620/5843 33375/6617/5840 33373/6619/5842</w:t>
        <w:br/>
        <w:t>f 33377/6621/5844 33373/6619/5842 33374/6618/5841</w:t>
        <w:br/>
        <w:t>f 33376/6622/5845 33377/6621/5844 33374/6618/5841</w:t>
        <w:br/>
        <w:t>f 33380/6623/5846 33379/6624/5847 33378/6625/5848</w:t>
        <w:br/>
        <w:t>f 33381/6626/5849 33380/6623/5846 33378/6625/5848</w:t>
        <w:br/>
        <w:t>f 33379/6624/5847 33383/6627/5850 33382/6628/5851</w:t>
        <w:br/>
        <w:t>f 33378/6625/5848 33379/6624/5847 33382/6628/5851</w:t>
        <w:br/>
        <w:t>f 33387/6629/5852 33386/6630/5853 33385/6631/5854</w:t>
        <w:br/>
        <w:t>f 33384/6632/5855 33387/6629/5852 33385/6631/5854</w:t>
        <w:br/>
        <w:t>f 33391/6633/5856 33390/6634/5857 33389/6635/5858</w:t>
        <w:br/>
        <w:t>f 33388/6636/5859 33391/6633/5856 33389/6635/5858</w:t>
        <w:br/>
        <w:t>f 33395/6637/5860 33394/6638/5861 33393/6639/5862</w:t>
        <w:br/>
        <w:t>f 33392/6640/5862 33395/6637/5860 33393/6639/5862</w:t>
        <w:br/>
        <w:t>f 33397/6641/5863 33396/6642/5863 33394/6638/5861</w:t>
        <w:br/>
        <w:t>f 33395/6637/5860 33397/6641/5863 33394/6638/5861</w:t>
        <w:br/>
        <w:t>f 33397/6641/5863 33399/6643/5864 33398/6644/5865</w:t>
        <w:br/>
        <w:t>f 33396/6642/5863 33397/6641/5863 33398/6644/5865</w:t>
        <w:br/>
        <w:t>f 33399/6643/5864 33401/6645/5866 33400/6646/5867</w:t>
        <w:br/>
        <w:t>f 33398/6644/5865 33399/6643/5864 33400/6646/5867</w:t>
        <w:br/>
        <w:t>f 33403/6647/5868 33400/6646/5867 33401/6645/5866</w:t>
        <w:br/>
        <w:t>f 33402/6648/5869 33403/6647/5868 33401/6645/5866</w:t>
        <w:br/>
        <w:t>f 33402/6648/5869 33405/6649/5870 33404/6650/5096</w:t>
        <w:br/>
        <w:t>f 33403/6647/5868 33402/6648/5869 33404/6650/5096</w:t>
        <w:br/>
        <w:t>f 33405/6649/5870 33407/6651/5871 33406/6652/5872</w:t>
        <w:br/>
        <w:t>f 33404/6650/5096 33405/6649/5870 33406/6652/5872</w:t>
        <w:br/>
        <w:t>f 33411/6653/5873 33410/6654/5873 33409/6655/5874</w:t>
        <w:br/>
        <w:t>f 33408/6656/5874 33411/6653/5873 33409/6655/5874</w:t>
        <w:br/>
        <w:t>f 33388/6636/5859 33389/6635/5858 33384/6632/5855</w:t>
        <w:br/>
        <w:t>f 33385/6631/5854 33388/6636/5859 33384/6632/5855</w:t>
        <w:br/>
        <w:t>f 33381/6626/5849 33377/6621/5844 33376/6622/5845</w:t>
        <w:br/>
        <w:t>f 33380/6623/5846 33381/6626/5849 33376/6622/5845</w:t>
        <w:br/>
        <w:t>f 33372/6620/5843 33369/6615/5838 33370/6614/5837</w:t>
        <w:br/>
        <w:t>f 33375/6617/5840 33372/6620/5843 33370/6614/5837</w:t>
        <w:br/>
        <w:t>f 33415/6657/5875 33414/6658/5875 33413/6659/5876</w:t>
        <w:br/>
        <w:t>f 33412/6660/5877 33415/6657/5875 33413/6659/5876</w:t>
        <w:br/>
        <w:t>f 33412/6660/5877 33413/6659/5876 33408/6656/5874</w:t>
        <w:br/>
        <w:t>f 33409/6655/5874 33412/6660/5877 33408/6656/5874</w:t>
        <w:br/>
        <w:t>f 33392/6640/5862 33393/6639/5862 33414/6658/5875</w:t>
        <w:br/>
        <w:t>f 33415/6657/5875 33392/6640/5862 33414/6658/5875</w:t>
        <w:br/>
        <w:t>f 33417/6661/5878 33416/6662/5879 33370/6614/5837</w:t>
        <w:br/>
        <w:t>f 33371/6613/5836 33417/6661/5878 33370/6614/5837</w:t>
        <w:br/>
        <w:t>f 33418/6663/5880 33374/6618/5841 33375/6617/5840</w:t>
        <w:br/>
        <w:t>f 33418/6663/5880 33376/6622/5845 33374/6618/5841</w:t>
        <w:br/>
        <w:t>f 33420/6664/5881 33419/6665/5882 33379/6624/5847</w:t>
        <w:br/>
        <w:t>f 33380/6623/5846 33420/6664/5881 33379/6624/5847</w:t>
        <w:br/>
        <w:t>f 33379/6624/5847 33419/6665/5882 33383/6627/5850</w:t>
        <w:br/>
        <w:t>f 33422/6666/5883 33385/6631/5854 33421/6667/5884</w:t>
        <w:br/>
        <w:t>f 33422/6666/5883 33423/6668/5885 33391/6633/5856</w:t>
        <w:br/>
        <w:t>f 33388/6636/5859 33422/6666/5883 33391/6633/5856</w:t>
        <w:br/>
        <w:t>f 33426/6669/5886 33425/6670/5887 33424/6671/5888</w:t>
        <w:br/>
        <w:t>f 33425/6670/5887 33426/6669/5886 33428/6672/5889</w:t>
        <w:br/>
        <w:t>f 33427/6673/5889 33425/6670/5887 33428/6672/5889</w:t>
        <w:br/>
        <w:t>f 33430/6674/5890 33429/6675/5890 33427/6673/5889</w:t>
        <w:br/>
        <w:t>f 33428/6672/5889 33430/6674/5890 33427/6673/5889</w:t>
        <w:br/>
        <w:t>f 33432/6676/5891 33429/6675/5890 33430/6674/5890</w:t>
        <w:br/>
        <w:t>f 33431/6677/5892 33432/6676/5891 33430/6674/5890</w:t>
        <w:br/>
        <w:t>f 33432/6676/5891 33431/6677/5892 33434/6678/5893</w:t>
        <w:br/>
        <w:t>f 33433/6679/5893 33432/6676/5891 33434/6678/5893</w:t>
        <w:br/>
        <w:t>f 33434/6678/5893 33435/6680/5894 33405/6649/5870</w:t>
        <w:br/>
        <w:t>f 33433/6679/5893 33434/6678/5893 33405/6649/5870</w:t>
        <w:br/>
        <w:t>f 33435/6680/5894 33436/6681/5895 33407/6651/5871</w:t>
        <w:br/>
        <w:t>f 33405/6649/5870 33435/6680/5894 33407/6651/5871</w:t>
        <w:br/>
        <w:t>f 33422/6666/5883 33388/6636/5859 33385/6631/5854</w:t>
        <w:br/>
        <w:t>f 33376/6622/5845 33418/6663/5880 33420/6664/5881</w:t>
        <w:br/>
        <w:t>f 33380/6623/5846 33376/6622/5845 33420/6664/5881</w:t>
        <w:br/>
        <w:t>f 33416/6662/5879 33418/6663/5880 33375/6617/5840</w:t>
        <w:br/>
        <w:t>f 33370/6614/5837 33416/6662/5879 33375/6617/5840</w:t>
        <w:br/>
        <w:t>f 33426/6669/5886 33438/6682/5896 33437/6683/5897</w:t>
        <w:br/>
        <w:t>f 33424/6671/5888 33438/6682/5896 33426/6669/5886</w:t>
        <w:br/>
        <w:t>f 33440/6684/5898 33435/6680/5894 33439/6685/5899</w:t>
        <w:br/>
        <w:t>f 33386/6630/5853 33387/6629/5852 33382/6628/5851</w:t>
        <w:br/>
        <w:t>f 33383/6627/5850 33386/6630/5853 33382/6628/5851</w:t>
        <w:br/>
        <w:t>f 33419/6665/5882 33421/6667/5900 33443/6686/5901</w:t>
        <w:br/>
        <w:t>f 33383/6627/5850 33419/6665/5882 33443/6686/5901</w:t>
        <w:br/>
        <w:t>f 33368/6616/5839 33406/6652/5872 33407/6651/5871</w:t>
        <w:br/>
        <w:t>f 33371/6613/5836 33368/6616/5839 33407/6651/5871</w:t>
        <w:br/>
        <w:t>f 33371/6613/5836 33407/6651/5871 33436/6681/5895</w:t>
        <w:br/>
        <w:t>f 33417/6661/5878 33371/6613/5836 33436/6681/5895</w:t>
        <w:br/>
        <w:t>f 33436/6681/5895 33644/6687/5902 33643/6688/5903</w:t>
        <w:br/>
        <w:t>f 33417/6661/5878 33436/6681/5895 33643/6688/5903</w:t>
        <w:br/>
        <w:t>f 33435/6680/5894 33440/6684/5898 33644/6687/5902</w:t>
        <w:br/>
        <w:t>f 33436/6681/5895 33435/6680/5894 33644/6687/5902</w:t>
        <w:br/>
        <w:t>f 33440/6684/5898 33439/6685/5899 33645/6689/5904</w:t>
        <w:br/>
        <w:t>f 33649/6690/5905 33648/6691/5906 33647/6692/5907</w:t>
        <w:br/>
        <w:t>f 33646/6693/5908 33649/6690/5905 33647/6692/5907</w:t>
        <w:br/>
        <w:t>f 33647/6692/5907 33648/6691/5906 33651/6694/5909</w:t>
        <w:br/>
        <w:t>f 33650/6695/5910 33647/6692/5907 33651/6694/5909</w:t>
        <w:br/>
        <w:t>f 33655/6696/5911 33654/6697/5911 33653/6698/5912</w:t>
        <w:br/>
        <w:t>f 33652/6699/5913 33655/6696/5911 33653/6698/5912</w:t>
        <w:br/>
        <w:t>f 33645/6689/5904 33657/6700/5914 33656/6701/5915</w:t>
        <w:br/>
        <w:t>f 33440/6684/5898 33645/6689/5904 33656/6701/5915</w:t>
        <w:br/>
        <w:t>f 33661/6702/5916 33660/6703/5917 33659/6704/5918</w:t>
        <w:br/>
        <w:t>f 33658/6705/5919 33661/6702/5916 33659/6704/5918</w:t>
        <w:br/>
        <w:t>f 33659/6704/5918 33663/6706/5920 33662/6707/5921</w:t>
        <w:br/>
        <w:t>f 33658/6705/5919 33659/6704/5918 33662/6707/5921</w:t>
        <w:br/>
        <w:t>f 33664/6708/5922 33417/6661/5878 33643/6688/5903</w:t>
        <w:br/>
        <w:t>f 33664/6708/5922 33643/6688/5903 33663/6706/5920</w:t>
        <w:br/>
        <w:t>f 33665/6709/5923 33664/6708/5922 33663/6706/5920</w:t>
        <w:br/>
        <w:t>f 33667/6710/5924 33666/6711/5925 33649/6690/5905</w:t>
        <w:br/>
        <w:t>f 33646/6693/5908 33667/6710/5924 33649/6690/5905</w:t>
        <w:br/>
        <w:t>f 33656/6701/5915 33657/6700/5914 33654/6697/5911</w:t>
        <w:br/>
        <w:t>f 33655/6696/5911 33656/6701/5915 33654/6697/5911</w:t>
        <w:br/>
        <w:t>f 33660/6703/5917 33651/6694/5909 33648/6691/5906</w:t>
        <w:br/>
        <w:t>f 33659/6704/5918 33660/6703/5917 33648/6691/5906</w:t>
        <w:br/>
        <w:t>f 33659/6704/5918 33648/6691/5906 33649/6690/5905</w:t>
        <w:br/>
        <w:t>f 33663/6706/5920 33659/6704/5918 33649/6690/5905</w:t>
        <w:br/>
        <w:t>f 33663/6706/5920 33649/6690/5905 33666/6711/5925</w:t>
        <w:br/>
        <w:t>f 33665/6709/5923 33663/6706/5920 33666/6711/5925</w:t>
        <w:br/>
        <w:t>f 33669/6712/5926 33668/6713/5927 33423/6668/5928</w:t>
        <w:br/>
        <w:t>f 33437/6683/5897 33669/6712/5926 33423/6668/5928</w:t>
        <w:br/>
        <w:t>f 33421/6667/5884 33385/6631/5854 33386/6630/5853</w:t>
        <w:br/>
        <w:t>f 33426/6669/5886 33437/6683/5897 33423/6668/5928</w:t>
        <w:br/>
        <w:t>f 34188/6714/5929 34187/6715/5930 34186/6716/5931</w:t>
        <w:br/>
        <w:t>f 34189/6717/5932 34188/6714/5929 34186/6716/5931</w:t>
        <w:br/>
        <w:t>f 34192/6718/5933 34191/6719/5934 34190/6720/5935</w:t>
        <w:br/>
        <w:t>f 34193/6721/5936 34192/6718/5933 34190/6720/5935</w:t>
        <w:br/>
        <w:t>f 34191/6719/5934 34192/6718/5933 34194/6722/5937</w:t>
        <w:br/>
        <w:t>f 34195/6723/5938 34191/6719/5934 34194/6722/5937</w:t>
        <w:br/>
        <w:t>f 34199/6724/5939 34198/6725/5940 34197/6726/5941</w:t>
        <w:br/>
        <w:t>f 34196/6727/5942 34199/6724/5939 34197/6726/5941</w:t>
        <w:br/>
        <w:t>f 34201/6728/5943 34200/6729/5944 34198/6725/5940</w:t>
        <w:br/>
        <w:t>f 34199/6724/5939 34201/6728/5943 34198/6725/5940</w:t>
        <w:br/>
        <w:t>f 34204/6730/5945 34203/6731/5946 34202/6732/5947</w:t>
        <w:br/>
        <w:t>f 34205/6733/5948 34204/6730/5945 34202/6732/5947</w:t>
        <w:br/>
        <w:t>f 34208/6734/5949 34207/6735/5950 34206/6736/5951</w:t>
        <w:br/>
        <w:t>f 34209/6737/5952 34208/6734/5949 34206/6736/5951</w:t>
        <w:br/>
        <w:t>f 34212/6738/5953 34211/6739/5954 34210/6740/5954</w:t>
        <w:br/>
        <w:t>f 34213/6741/5953 34212/6738/5953 34210/6740/5954</w:t>
        <w:br/>
        <w:t>f 34211/6739/5954 34215/6742/5955 34214/6743/5956</w:t>
        <w:br/>
        <w:t>f 34210/6740/5954 34211/6739/5954 34214/6743/5956</w:t>
        <w:br/>
        <w:t>f 34217/6744/5957 34216/6745/5958 34214/6743/5956</w:t>
        <w:br/>
        <w:t>f 34215/6742/5955 34217/6744/5957 34214/6743/5956</w:t>
        <w:br/>
        <w:t>f 34219/6746/5763 34218/6747/5959 34216/6745/5958</w:t>
        <w:br/>
        <w:t>f 34217/6744/5957 34219/6746/5763 34216/6745/5958</w:t>
        <w:br/>
        <w:t>f 34218/6747/5959 34219/6746/5763 34220/6748/5960</w:t>
        <w:br/>
        <w:t>f 34221/6749/5961 34218/6747/5959 34220/6748/5960</w:t>
        <w:br/>
        <w:t>f 34223/6750/5766 34222/6751/5962 34221/6749/5961</w:t>
        <w:br/>
        <w:t>f 34220/6748/5960 34223/6750/5766 34221/6749/5961</w:t>
        <w:br/>
        <w:t>f 34225/6752/5963 34224/6753/5964 34222/6751/5962</w:t>
        <w:br/>
        <w:t>f 34223/6750/5766 34225/6752/5963 34222/6751/5962</w:t>
        <w:br/>
        <w:t>f 34228/6754/5965 34227/6755/5966 34226/6756/5967</w:t>
        <w:br/>
        <w:t>f 34229/6757/5965 34228/6754/5965 34226/6756/5967</w:t>
        <w:br/>
        <w:t>f 34205/6733/5948 34208/6734/5949 34209/6737/5952</w:t>
        <w:br/>
        <w:t>f 34204/6730/5945 34205/6733/5948 34209/6737/5952</w:t>
        <w:br/>
        <w:t>f 34195/6723/5938 34194/6722/5937 34196/6727/5942</w:t>
        <w:br/>
        <w:t>f 34197/6726/5941 34195/6723/5938 34196/6727/5942</w:t>
        <w:br/>
        <w:t>f 34187/6715/5930 34188/6714/5929 34193/6721/5936</w:t>
        <w:br/>
        <w:t>f 34190/6720/5935 34187/6715/5930 34193/6721/5936</w:t>
        <w:br/>
        <w:t>f 34232/6758/5968 34231/6759/5969 34230/6760/5969</w:t>
        <w:br/>
        <w:t>f 34233/6761/5970 34232/6758/5968 34230/6760/5969</w:t>
        <w:br/>
        <w:t>f 34229/6757/5965 34232/6758/5968 34233/6761/5970</w:t>
        <w:br/>
        <w:t>f 34228/6754/5965 34229/6757/5965 34233/6761/5970</w:t>
        <w:br/>
        <w:t>f 34231/6759/5969 34212/6738/5953 34213/6741/5953</w:t>
        <w:br/>
        <w:t>f 34230/6760/5969 34231/6759/5969 34213/6741/5953</w:t>
        <w:br/>
        <w:t>f 34187/6715/5930 34235/6762/5971 34234/6763/5972</w:t>
        <w:br/>
        <w:t>f 34186/6716/5931 34187/6715/5930 34234/6763/5972</w:t>
        <w:br/>
        <w:t>f 34190/6720/5935 34191/6719/5934 34236/6764/5973</w:t>
        <w:br/>
        <w:t>f 34191/6719/5934 34195/6723/5938 34236/6764/5973</w:t>
        <w:br/>
        <w:t>f 34198/6725/5940 34238/6765/5974 34237/6766/5975</w:t>
        <w:br/>
        <w:t>f 34197/6726/5941 34198/6725/5940 34237/6766/5975</w:t>
        <w:br/>
        <w:t>f 34200/6729/5944 34238/6765/5974 34198/6725/5940</w:t>
        <w:br/>
        <w:t>f 34240/6767/5976 34204/6730/5945 34239/6768/5977</w:t>
        <w:br/>
        <w:t>f 34206/6736/5951 34241/6769/5978 34239/6768/5977</w:t>
        <w:br/>
        <w:t>f 34209/6737/5952 34206/6736/5951 34239/6768/5977</w:t>
        <w:br/>
        <w:t>f 34244/6770/5979 34243/6771/5980 34242/6772/5981</w:t>
        <w:br/>
        <w:t>f 34245/6773/5982 34242/6772/5981 34243/6771/5980</w:t>
        <w:br/>
        <w:t>f 34246/6774/5982 34245/6773/5982 34243/6771/5980</w:t>
        <w:br/>
        <w:t>f 34246/6774/5982 34248/6775/5983 34247/6776/5983</w:t>
        <w:br/>
        <w:t>f 34245/6773/5982 34246/6774/5982 34247/6776/5983</w:t>
        <w:br/>
        <w:t>f 34247/6776/5983 34248/6775/5983 34249/6777/5984</w:t>
        <w:br/>
        <w:t>f 34250/6778/5985 34247/6776/5983 34249/6777/5984</w:t>
        <w:br/>
        <w:t>f 34251/6779/5986 34250/6778/5985 34249/6777/5984</w:t>
        <w:br/>
        <w:t>f 34252/6780/5986 34251/6779/5986 34249/6777/5984</w:t>
        <w:br/>
        <w:t>f 34222/6751/5962 34253/6781/5987 34251/6779/5986</w:t>
        <w:br/>
        <w:t>f 34252/6780/5986 34222/6751/5962 34251/6779/5986</w:t>
        <w:br/>
        <w:t>f 34224/6753/5964 34254/6782/5988 34253/6781/5987</w:t>
        <w:br/>
        <w:t>f 34222/6751/5962 34224/6753/5964 34253/6781/5987</w:t>
        <w:br/>
        <w:t>f 34204/6730/5945 34209/6737/5952 34239/6768/5977</w:t>
        <w:br/>
        <w:t>f 34237/6766/5975 34236/6764/5973 34195/6723/5938</w:t>
        <w:br/>
        <w:t>f 34197/6726/5941 34237/6766/5975 34195/6723/5938</w:t>
        <w:br/>
        <w:t>f 34190/6720/5935 34236/6764/5973 34235/6762/5971</w:t>
        <w:br/>
        <w:t>f 34187/6715/5930 34190/6720/5935 34235/6762/5971</w:t>
        <w:br/>
        <w:t>f 34256/6783/5989 34255/6784/5990 34242/6772/5981</w:t>
        <w:br/>
        <w:t>f 34242/6772/5981 34255/6784/5990 34244/6770/5979</w:t>
        <w:br/>
        <w:t>f 34258/6785/5991 34253/6781/5987 34257/6786/5992</w:t>
        <w:br/>
        <w:t>f 34201/6728/5943 34202/6732/5947 34203/6731/5946</w:t>
        <w:br/>
        <w:t>f 34200/6729/5944 34201/6728/5943 34203/6731/5946</w:t>
        <w:br/>
        <w:t>f 34261/6787/5993 34240/6767/5994 34238/6765/5974</w:t>
        <w:br/>
        <w:t>f 34200/6729/5944 34261/6787/5993 34238/6765/5974</w:t>
        <w:br/>
        <w:t>f 34224/6753/5964 34225/6752/5963 34189/6717/5932</w:t>
        <w:br/>
        <w:t>f 34186/6716/5931 34224/6753/5964 34189/6717/5932</w:t>
        <w:br/>
        <w:t>f 34254/6782/5988 34224/6753/5964 34186/6716/5931</w:t>
        <w:br/>
        <w:t>f 34234/6763/5972 34254/6782/5988 34186/6716/5931</w:t>
        <w:br/>
        <w:t>f 34424/6788/5995 34423/6789/5996 34254/6782/5988</w:t>
        <w:br/>
        <w:t>f 34234/6763/5972 34424/6788/5995 34254/6782/5988</w:t>
        <w:br/>
        <w:t>f 34423/6789/5996 34257/6786/5992 34253/6781/5987</w:t>
        <w:br/>
        <w:t>f 34254/6782/5988 34423/6789/5996 34253/6781/5987</w:t>
        <w:br/>
        <w:t>f 34425/6790/5997 34258/6785/5991 34257/6786/5992</w:t>
        <w:br/>
        <w:t>f 34428/6791/5998 34427/6792/5999 34426/6793/6000</w:t>
        <w:br/>
        <w:t>f 34429/6794/6001 34428/6791/5998 34426/6793/6000</w:t>
        <w:br/>
        <w:t>f 34430/6795/6002 34427/6792/5999 34428/6791/5998</w:t>
        <w:br/>
        <w:t>f 34431/6796/6003 34430/6795/6002 34428/6791/5998</w:t>
        <w:br/>
        <w:t>f 34434/6797/6004 34433/6798/6005 34432/6799/6005</w:t>
        <w:br/>
        <w:t>f 34435/6800/6004 34434/6797/6004 34432/6799/6005</w:t>
        <w:br/>
        <w:t>f 34437/6801/6006 34436/6802/6006 34425/6790/5997</w:t>
        <w:br/>
        <w:t>f 34257/6786/5992 34437/6801/6006 34425/6790/5997</w:t>
        <w:br/>
        <w:t>f 34440/6803/6007 34439/6804/6008 34438/6805/6009</w:t>
        <w:br/>
        <w:t>f 34441/6806/6010 34440/6803/6007 34438/6805/6009</w:t>
        <w:br/>
        <w:t>f 34443/6807/6011 34442/6808/6012 34440/6803/6007</w:t>
        <w:br/>
        <w:t>f 34441/6806/6010 34443/6807/6011 34440/6803/6007</w:t>
        <w:br/>
        <w:t>f 34424/6788/5995 34234/6763/5972 34444/6809/6013</w:t>
        <w:br/>
        <w:t>f 34442/6808/6012 34424/6788/5995 34444/6809/6013</w:t>
        <w:br/>
        <w:t>f 34445/6810/6014 34442/6808/6012 34444/6809/6013</w:t>
        <w:br/>
        <w:t>f 34426/6793/6000 34447/6811/6015 34446/6812/6016</w:t>
        <w:br/>
        <w:t>f 34429/6794/6001 34426/6793/6000 34446/6812/6016</w:t>
        <w:br/>
        <w:t>f 34433/6798/6005 34436/6802/6006 34437/6801/6006</w:t>
        <w:br/>
        <w:t>f 34432/6799/6005 34433/6798/6005 34437/6801/6006</w:t>
        <w:br/>
        <w:t>f 34427/6792/5999 34430/6795/6002 34439/6804/6008</w:t>
        <w:br/>
        <w:t>f 34440/6803/6007 34427/6792/5999 34439/6804/6008</w:t>
        <w:br/>
        <w:t>f 34426/6793/6000 34427/6792/5999 34440/6803/6007</w:t>
        <w:br/>
        <w:t>f 34442/6808/6012 34426/6793/6000 34440/6803/6007</w:t>
        <w:br/>
        <w:t>f 34447/6811/6015 34426/6793/6000 34442/6808/6012</w:t>
        <w:br/>
        <w:t>f 34445/6810/6014 34447/6811/6015 34442/6808/6012</w:t>
        <w:br/>
        <w:t>f 34241/6769/6017 34449/6813/6018 34448/6814/6019</w:t>
        <w:br/>
        <w:t>f 34241/6769/6017 34448/6814/6019 34256/6783/5989</w:t>
        <w:br/>
        <w:t>f 34203/6731/5946 34204/6730/5945 34240/6767/5976</w:t>
        <w:br/>
        <w:t>f 34241/6769/6017 34256/6783/5989 34242/6772/5981</w:t>
        <w:br/>
        <w:t>f 31988/6815/6020 31987/6816/6020 31986/6817/6021</w:t>
        <w:br/>
        <w:t>f 31985/6818/6022 31988/6815/6020 31986/6817/6021</w:t>
        <w:br/>
        <w:t>f 31996/6819/6023 31995/6820/6024 31994/6821/6025</w:t>
        <w:br/>
        <w:t>f 31993/6822/6026 31996/6819/6023 31994/6821/6025</w:t>
        <w:br/>
        <w:t>f 31987/6816/6020 31988/6815/6020 31997/6823/6027</w:t>
        <w:br/>
        <w:t>f 31998/6824/6028 31987/6816/6020 31997/6823/6027</w:t>
        <w:br/>
        <w:t>f 32002/6825/6029 31996/6819/6023 31993/6822/6026</w:t>
        <w:br/>
        <w:t>f 32001/6826/6029 32002/6825/6029 31993/6822/6026</w:t>
        <w:br/>
        <w:t>f 32004/6827/6030 31994/6821/6025 31995/6820/6024</w:t>
        <w:br/>
        <w:t>f 31985/6818/6022 31986/6817/6021 32005/6828/6031</w:t>
        <w:br/>
        <w:t>f 31998/6824/6028 31997/6823/6027 32006/6829/6032</w:t>
        <w:br/>
        <w:t>f 32007/6830/6033 31998/6824/6028 32006/6829/6032</w:t>
        <w:br/>
        <w:t>f 32002/6825/6029 32001/6826/6029 32010/6831/6034</w:t>
        <w:br/>
        <w:t>f 32013/6832/6035 32012/6833/6036 32011/6834/6037</w:t>
        <w:br/>
        <w:t>f 32015/6835/6038 32014/6836/6039 32013/6832/6035</w:t>
        <w:br/>
        <w:t>f 32011/6834/6037 32015/6835/6038 32013/6832/6035</w:t>
        <w:br/>
        <w:t>f 32022/6837/6040 32021/6838/6041 32020/6839/6042</w:t>
        <w:br/>
        <w:t>f 32023/6840/6042 32022/6837/6040 32020/6839/6042</w:t>
        <w:br/>
        <w:t>f 32025/6841/6043 32024/6842/6044 32014/6836/6039</w:t>
        <w:br/>
        <w:t>f 32015/6835/6038 32025/6841/6043 32014/6836/6039</w:t>
        <w:br/>
        <w:t>f 32022/6837/6040 32029/6843/6045 32028/6844/6046</w:t>
        <w:br/>
        <w:t>f 32021/6838/6041 32022/6837/6040 32028/6844/6046</w:t>
        <w:br/>
        <w:t>f 32031/6845/6047 32030/6846/6048 32024/6842/6044</w:t>
        <w:br/>
        <w:t>f 32025/6841/6043 32031/6845/6047 32024/6842/6044</w:t>
        <w:br/>
        <w:t>f 32028/6844/6046 32029/6843/6045 32034/6847/6049</w:t>
        <w:br/>
        <w:t>f 32035/6848/6049 32028/6844/6046 32034/6847/6049</w:t>
        <w:br/>
        <w:t>f 32023/6840/6042 32020/6839/6042 32037/6849/6050</w:t>
        <w:br/>
        <w:t>f 32115/6850/6051 32114/6851/6052 32113/6852/6052</w:t>
        <w:br/>
        <w:t>f 32112/6853/6051 32115/6850/6051 32113/6852/6052</w:t>
        <w:br/>
        <w:t>f 32123/6854/6053 32122/6855/6053 32121/6856/6054</w:t>
        <w:br/>
        <w:t>f 32120/6857/6055 32123/6854/6053 32121/6856/6054</w:t>
        <w:br/>
        <w:t>f 32124/6858/6056 32115/6850/6051 32112/6853/6051</w:t>
        <w:br/>
        <w:t>f 32125/6859/6056 32124/6858/6056 32112/6853/6051</w:t>
        <w:br/>
        <w:t>f 32129/6860/6057 32128/6861/6058 32122/6855/6053</w:t>
        <w:br/>
        <w:t>f 32123/6854/6053 32129/6860/6057 32122/6855/6053</w:t>
        <w:br/>
        <w:t>f 32131/6862/6059 32120/6857/6055 32121/6856/6054</w:t>
        <w:br/>
        <w:t>f 32114/6851/6052 32132/6863/6060 32113/6852/6052</w:t>
        <w:br/>
        <w:t>f 32133/6864/6061 32124/6858/6056 32125/6859/6056</w:t>
        <w:br/>
        <w:t>f 32134/6865/6062 32133/6864/6061 32125/6859/6056</w:t>
        <w:br/>
        <w:t>f 32129/6860/6057 32137/6866/6063 32128/6861/6058</w:t>
        <w:br/>
        <w:t>f 32140/6867/6064 32139/6868/6065 32138/6869/6066</w:t>
        <w:br/>
        <w:t>f 32142/6870/6067 32139/6868/6065 32140/6867/6064</w:t>
        <w:br/>
        <w:t>f 32141/6871/6067 32142/6870/6067 32140/6867/6064</w:t>
        <w:br/>
        <w:t>f 32149/6872/6068 32148/6873/6069 32147/6874/6069</w:t>
        <w:br/>
        <w:t>f 32150/6875/6068 32149/6872/6068 32147/6874/6069</w:t>
        <w:br/>
        <w:t>f 32152/6876/6070 32142/6870/6067 32141/6871/6067</w:t>
        <w:br/>
        <w:t>f 32151/6877/6071 32152/6876/6070 32141/6871/6067</w:t>
        <w:br/>
        <w:t>f 32147/6874/6069 32148/6873/6069 32156/6878/6072</w:t>
        <w:br/>
        <w:t>f 32155/6879/6073 32147/6874/6069 32156/6878/6072</w:t>
        <w:br/>
        <w:t>f 32158/6880/6074 32152/6876/6070 32151/6877/6071</w:t>
        <w:br/>
        <w:t>f 32157/6881/6075 32158/6880/6074 32151/6877/6071</w:t>
        <w:br/>
        <w:t>f 32161/6882/6076 32155/6879/6073 32156/6878/6072</w:t>
        <w:br/>
        <w:t>f 32162/6883/6077 32161/6882/6076 32156/6878/6072</w:t>
        <w:br/>
        <w:t>f 32150/6875/6068 32164/6884/6078 32149/6872/6068</w:t>
        <w:br/>
        <w:t>f 32228/6885/6079 32227/6886/6080 32226/6887/6081</w:t>
        <w:br/>
        <w:t>f 32225/6888/6082 32228/6885/6079 32226/6887/6081</w:t>
        <w:br/>
        <w:t>f 32227/6886/6080 32230/6889/6083 32229/6890/6084</w:t>
        <w:br/>
        <w:t>f 32226/6887/6081 32227/6886/6080 32229/6890/6084</w:t>
        <w:br/>
        <w:t>f 32230/6889/6083 32232/6891/6085 32231/6892/6086</w:t>
        <w:br/>
        <w:t>f 32229/6890/6084 32230/6889/6083 32231/6892/6086</w:t>
        <w:br/>
        <w:t>f 32234/6893/6087 32233/6894/6088 32231/6892/6086</w:t>
        <w:br/>
        <w:t>f 32232/6891/6085 32234/6893/6087 32231/6892/6086</w:t>
        <w:br/>
        <w:t>f 32233/6894/6088 32234/6893/6087 32239/6895/6089</w:t>
        <w:br/>
        <w:t>f 32238/6896/6090 32233/6894/6088 32239/6895/6089</w:t>
        <w:br/>
        <w:t>f 32243/6897/6091 32242/6898/6092 32241/6899/6093</w:t>
        <w:br/>
        <w:t>f 32240/6900/6094 32243/6897/6091 32241/6899/6093</w:t>
        <w:br/>
        <w:t>f 32242/6898/6092 32243/6897/6091 32249/6901/6095</w:t>
        <w:br/>
        <w:t>f 32248/6902/6096 32242/6898/6092 32249/6901/6095</w:t>
        <w:br/>
        <w:t>f 32255/6903/6097 32254/6904/6098 32253/6905/6099</w:t>
        <w:br/>
        <w:t>f 32252/6906/6100 32255/6903/6097 32253/6905/6099</w:t>
        <w:br/>
        <w:t>f 32259/6907/6101 32258/6908/6101 32257/6909/6102</w:t>
        <w:br/>
        <w:t>f 32256/6910/6103 32259/6907/6101 32257/6909/6102</w:t>
        <w:br/>
        <w:t>f 32262/6911/6104 32261/6912/6105 32260/6913/6106</w:t>
        <w:br/>
        <w:t>f 32266/6914/6107 32265/6915/6108 32264/6916/6109</w:t>
        <w:br/>
        <w:t>f 32263/6917/6110 32266/6914/6107 32264/6916/6109</w:t>
        <w:br/>
        <w:t>f 32274/6918/6111 32273/6919/6112 32272/6920/6113</w:t>
        <w:br/>
        <w:t>f 32271/6921/6114 32274/6918/6111 32272/6920/6113</w:t>
        <w:br/>
        <w:t>f 32282/6922/6115 32281/6923/6116 32280/6924/6116</w:t>
        <w:br/>
        <w:t>f 32279/6925/6115 32282/6922/6115 32280/6924/6116</w:t>
        <w:br/>
        <w:t>f 32281/6923/6116 32262/6911/6104 32260/6913/6106</w:t>
        <w:br/>
        <w:t>f 32280/6924/6116 32281/6923/6116 32260/6913/6106</w:t>
        <w:br/>
        <w:t>f 32272/6920/6113 32266/6914/6107 32263/6917/6110</w:t>
        <w:br/>
        <w:t>f 32271/6921/6114 32272/6920/6113 32263/6917/6110</w:t>
        <w:br/>
        <w:t>f 32248/6902/6096 32249/6901/6095 32285/6926/6117</w:t>
        <w:br/>
        <w:t>f 32288/6927/6118 32287/6928/6119 32286/6929/6119</w:t>
        <w:br/>
        <w:t>f 32291/6930/6120 32290/6931/6121 32289/6932/6122</w:t>
        <w:br/>
        <w:t>f 32292/6933/6123 32291/6930/6120 32289/6932/6122</w:t>
        <w:br/>
        <w:t>f 32294/6934/6124 32289/6932/6122 32290/6931/6121</w:t>
        <w:br/>
        <w:t>f 32293/6935/6125 32294/6934/6124 32290/6931/6121</w:t>
        <w:br/>
        <w:t>f 32260/6913/6106 32261/6912/6105 32289/6932/6122</w:t>
        <w:br/>
        <w:t>f 32294/6934/6124 32260/6913/6106 32289/6932/6122</w:t>
        <w:br/>
        <w:t>f 32298/6936/6126 32297/6937/6127 32296/6938/6128</w:t>
        <w:br/>
        <w:t>f 32295/6939/6129 32298/6936/6126 32296/6938/6128</w:t>
        <w:br/>
        <w:t>f 32304/6940/6130 32303/6941/6130 32302/6942/6131</w:t>
        <w:br/>
        <w:t>f 32301/6943/6132 32304/6940/6130 32302/6942/6131</w:t>
        <w:br/>
        <w:t>f 32308/6944/6133 32307/6945/6134 32306/6946/6134</w:t>
        <w:br/>
        <w:t>f 32305/6947/6135 32308/6944/6133 32306/6946/6134</w:t>
        <w:br/>
        <w:t>f 32310/6948/6136 32298/6936/6126 32295/6939/6129</w:t>
        <w:br/>
        <w:t>f 32309/6949/6137 32310/6948/6136 32295/6939/6129</w:t>
        <w:br/>
        <w:t>f 32301/6943/6132 32302/6942/6131 32314/6950/6138</w:t>
        <w:br/>
        <w:t>f 32313/6951/6138 32301/6943/6132 32314/6950/6138</w:t>
        <w:br/>
        <w:t>f 32307/6945/6134 32316/6952/6139 32315/6953/6140</w:t>
        <w:br/>
        <w:t>f 32306/6946/6134 32307/6945/6134 32315/6953/6140</w:t>
        <w:br/>
        <w:t>f 32319/6954/6141 32318/6955/6142 32317/6956/6143</w:t>
        <w:br/>
        <w:t>f 32325/6957/6144 32324/6958/6145 32323/6959/6146</w:t>
        <w:br/>
        <w:t>f 32323/6959/6146 32324/6958/6145 32326/6960/6147</w:t>
        <w:br/>
        <w:t>f 32323/6959/6146 32326/6960/6147 32315/6953/6140</w:t>
        <w:br/>
        <w:t>f 32316/6952/6139 32323/6959/6146 32315/6953/6140</w:t>
        <w:br/>
        <w:t>f 32325/6957/6144 32323/6959/6146 32313/6951/6138</w:t>
        <w:br/>
        <w:t>f 32314/6950/6138 32325/6957/6144 32313/6951/6138</w:t>
        <w:br/>
        <w:t>f 32309/6949/6137 32319/6954/6141 32317/6956/6143</w:t>
        <w:br/>
        <w:t>f 32310/6948/6136 32309/6949/6137 32317/6956/6143</w:t>
        <w:br/>
        <w:t>f 32330/6961/6148 32329/6962/6149 32328/6963/6150</w:t>
        <w:br/>
        <w:t>f 32327/6964/6151 32330/6961/6148 32328/6963/6150</w:t>
        <w:br/>
        <w:t>f 32290/6931/6121 32332/6965/6152 32331/6966/6153</w:t>
        <w:br/>
        <w:t>f 32293/6935/6125 32290/6931/6121 32331/6966/6153</w:t>
        <w:br/>
        <w:t>f 32290/6931/6121 32291/6930/6120 32333/6967/6154</w:t>
        <w:br/>
        <w:t>f 32332/6965/6152 32290/6931/6121 32333/6967/6154</w:t>
        <w:br/>
        <w:t>f 32337/6968/6155 32336/6969/6156 32335/6970/6157</w:t>
        <w:br/>
        <w:t>f 32334/6971/6158 32337/6968/6155 32335/6970/6157</w:t>
        <w:br/>
        <w:t>f 32335/6970/6157 32339/6972/6159 32338/6973/6160</w:t>
        <w:br/>
        <w:t>f 32334/6971/6158 32335/6970/6157 32338/6973/6160</w:t>
        <w:br/>
        <w:t>f 32340/6974/6161 32334/6971/6158 32338/6973/6160</w:t>
        <w:br/>
        <w:t>f 32337/6968/6155 32334/6971/6158 32340/6974/6161</w:t>
        <w:br/>
        <w:t>f 32354/6975/6162 32353/6976/6163 32352/6977/6164</w:t>
        <w:br/>
        <w:t>f 32351/6978/6165 32354/6975/6162 32352/6977/6164</w:t>
        <w:br/>
        <w:t>f 32358/6979/6166 32329/6962/6149 32330/6961/6148</w:t>
        <w:br/>
        <w:t>f 32357/6980/6167 32358/6979/6166 32330/6961/6148</w:t>
        <w:br/>
        <w:t>f 32329/6962/6149 32358/6979/6166 32359/6981/6168</w:t>
        <w:br/>
        <w:t>f 32358/6979/6166 32357/6980/6167 32362/6982/6169</w:t>
        <w:br/>
        <w:t>f 32363/6983/6170 32358/6979/6166 32362/6982/6169</w:t>
        <w:br/>
        <w:t>f 32358/6979/6166 32353/6976/6163 32354/6975/6162</w:t>
        <w:br/>
        <w:t>f 32359/6981/6168 32358/6979/6166 32354/6975/6162</w:t>
        <w:br/>
        <w:t>f 32363/6983/6170 32362/6982/6169 32367/6984/6171</w:t>
        <w:br/>
        <w:t>f 32368/6985/6172 32363/6983/6170 32367/6984/6171</w:t>
        <w:br/>
        <w:t>f 32372/6986/6173 32371/6987/6174 32370/6988/6175</w:t>
        <w:br/>
        <w:t>f 32369/6989/6176 32372/6986/6173 32370/6988/6175</w:t>
        <w:br/>
        <w:t>f 32371/6987/6174 32372/6986/6173 32351/6978/6165</w:t>
        <w:br/>
        <w:t>f 32352/6977/6164 32371/6987/6174 32351/6978/6165</w:t>
        <w:br/>
        <w:t>f 32374/6990/6177 32368/6985/6172 32367/6984/6171</w:t>
        <w:br/>
        <w:t>f 32373/6991/6177 32374/6990/6177 32367/6984/6171</w:t>
        <w:br/>
        <w:t>f 32376/6992/6178 32351/6978/6165 32372/6986/6173</w:t>
        <w:br/>
        <w:t>f 32375/6993/6179 32376/6992/6178 32372/6986/6173</w:t>
        <w:br/>
        <w:t>f 32375/6993/6179 32372/6986/6173 32369/6989/6176</w:t>
        <w:br/>
        <w:t>f 32377/6994/6180 32375/6993/6179 32369/6989/6176</w:t>
        <w:br/>
        <w:t>f 32373/6991/6177 32379/6995/6181 32378/6996/6182</w:t>
        <w:br/>
        <w:t>f 32374/6990/6177 32373/6991/6177 32378/6996/6182</w:t>
        <w:br/>
        <w:t>f 32385/6997/6183 32384/6998/6184 32383/6999/6185</w:t>
        <w:br/>
        <w:t>f 32386/7000/6186 32384/6998/6184 32385/6997/6183</w:t>
        <w:br/>
        <w:t>f 32274/6918/6111 32387/7001/6187 32273/6919/6112</w:t>
        <w:br/>
        <w:t>f 32279/6925/6115 32389/7002/6188 32282/6922/6115</w:t>
        <w:br/>
        <w:t>f 32243/6897/6091 32391/7003/6189 32390/7004/6190</w:t>
        <w:br/>
        <w:t>f 32249/6901/6095 32243/6897/6091 32390/7004/6190</w:t>
        <w:br/>
        <w:t>f 32240/6900/6094 32392/7005/6191 32391/7003/6189</w:t>
        <w:br/>
        <w:t>f 32243/6897/6091 32240/6900/6094 32391/7003/6189</w:t>
        <w:br/>
        <w:t>f 32234/6893/6087 32354/6975/6162 32393/7006/6192</w:t>
        <w:br/>
        <w:t>f 32239/6895/6089 32234/6893/6087 32393/7006/6192</w:t>
        <w:br/>
        <w:t>f 32232/6891/6085 32359/6981/6168 32354/6975/6162</w:t>
        <w:br/>
        <w:t>f 32234/6893/6087 32232/6891/6085 32354/6975/6162</w:t>
        <w:br/>
        <w:t>f 32230/6889/6083 32329/6962/6149 32359/6981/6168</w:t>
        <w:br/>
        <w:t>f 32232/6891/6085 32230/6889/6083 32359/6981/6168</w:t>
        <w:br/>
        <w:t>f 32394/7007/6193 32329/6962/6149 32230/6889/6083</w:t>
        <w:br/>
        <w:t>f 32227/6886/6080 32394/7007/6193 32230/6889/6083</w:t>
        <w:br/>
        <w:t>f 32395/7008/6194 32394/7007/6193 32227/6886/6080</w:t>
        <w:br/>
        <w:t>f 32228/6885/6079 32395/7008/6194 32227/6886/6080</w:t>
        <w:br/>
        <w:t>f 32252/6906/6100 32253/6905/6099 32397/7009/6195</w:t>
        <w:br/>
        <w:t>f 32396/7010/6196 32252/6906/6100 32397/7009/6195</w:t>
        <w:br/>
        <w:t>f 32401/7011/6197 32400/7012/6198 32399/7013/6199</w:t>
        <w:br/>
        <w:t>f 32398/7014/6199 32401/7011/6197 32399/7013/6199</w:t>
        <w:br/>
        <w:t>f 32405/7015/6200 32404/7016/6201 32403/7017/6202</w:t>
        <w:br/>
        <w:t>f 32402/7018/6200 32405/7015/6200 32403/7017/6202</w:t>
        <w:br/>
        <w:t>f 32287/6928/6119 32403/7017/6202 32404/7016/6201</w:t>
        <w:br/>
        <w:t>f 32286/6929/6119 32287/6928/6119 32404/7016/6201</w:t>
        <w:br/>
        <w:t>f 32406/7019/6203 32292/6933/6123 32289/6932/6122</w:t>
        <w:br/>
        <w:t>f 32261/6912/6105 32406/7019/6203 32289/6932/6122</w:t>
        <w:br/>
        <w:t>f 32407/7020/6204 32398/7014/6199 32399/7013/6199</w:t>
        <w:br/>
        <w:t>f 32249/6901/6095 32390/7004/6190 32285/6926/6117</w:t>
        <w:br/>
        <w:t>f 32385/6997/6183 32369/6989/6176 32370/6988/6175</w:t>
        <w:br/>
        <w:t>f 32379/6995/6181 32386/7000/6186 32385/6997/6183</w:t>
        <w:br/>
        <w:t>f 32378/6996/6182 32379/6995/6181 32385/6997/6183</w:t>
        <w:br/>
        <w:t>f 32377/6994/6180 32369/6989/6176 32385/6997/6183</w:t>
        <w:br/>
        <w:t>f 32383/6999/6185 32377/6994/6180 32385/6997/6183</w:t>
        <w:br/>
        <w:t>f 32240/6900/6094 32241/6899/6093 32409/7021/6205</w:t>
        <w:br/>
        <w:t>f 32408/7022/6206 32240/6900/6094 32409/7021/6205</w:t>
        <w:br/>
        <w:t>f 32397/7009/6195 32253/6905/6099 32406/7019/6203</w:t>
        <w:br/>
        <w:t>f 32261/6912/6105 32397/7009/6195 32406/7019/6203</w:t>
        <w:br/>
        <w:t>f 32406/7019/6203 32253/6905/6099 32254/6904/6098</w:t>
        <w:br/>
        <w:t>f 32412/7023/6207 32406/7019/6203 32254/6904/6098</w:t>
        <w:br/>
        <w:t>f 32416/7024/6208 32415/7025/6209 32414/7026/6210</w:t>
        <w:br/>
        <w:t>f 32413/7027/6211 32416/7024/6208 32414/7026/6210</w:t>
        <w:br/>
        <w:t>f 32327/6964/6151 32328/6963/6150 32413/7027/6212</w:t>
        <w:br/>
        <w:t>f 32424/7028/6213 32423/7029/6214 32422/7030/6215</w:t>
        <w:br/>
        <w:t>f 32421/7031/6215 32424/7028/6213 32422/7030/6215</w:t>
        <w:br/>
        <w:t>f 32427/7032/6216 32426/7033/6217 32425/7034/6217</w:t>
        <w:br/>
        <w:t>f 32428/7035/6218 32427/7032/6216 32425/7034/6217</w:t>
        <w:br/>
        <w:t>f 32257/6909/6102 32264/6916/6109 32265/6915/6108</w:t>
        <w:br/>
        <w:t>f 32432/7036/6219 32431/7037/6220 32430/7038/6221</w:t>
        <w:br/>
        <w:t>f 32429/7039/6222 32432/7036/6219 32430/7038/6221</w:t>
        <w:br/>
        <w:t>f 32436/7040/6223 32435/7041/6224 32434/7042/6225</w:t>
        <w:br/>
        <w:t>f 32433/7043/6226 32436/7040/6223 32434/7042/6225</w:t>
        <w:br/>
        <w:t>f 32440/7044/6227 32439/7045/6228 32438/7046/6229</w:t>
        <w:br/>
        <w:t>f 32437/7047/6230 32440/7044/6227 32438/7046/6229</w:t>
        <w:br/>
        <w:t>f 32443/7048/6231 32442/7049/6232 32441/7050/6233</w:t>
        <w:br/>
        <w:t>f 32445/7051/6234 32444/7052/6235 32437/7047/6230</w:t>
        <w:br/>
        <w:t>f 32438/7046/6229 32445/7051/6234 32437/7047/6230</w:t>
        <w:br/>
        <w:t>f 32441/7050/6233 32432/7036/6219 32429/7039/6222</w:t>
        <w:br/>
        <w:t>f 32443/7048/6231 32441/7050/6233 32429/7039/6222</w:t>
        <w:br/>
        <w:t>f 32447/7053/6236 32436/7040/6223 32433/7043/6226</w:t>
        <w:br/>
        <w:t>f 32446/7054/6236 32447/7053/6236 32433/7043/6226</w:t>
        <w:br/>
        <w:t>f 32448/7055/6237 32447/7053/6236 32446/7054/6236</w:t>
        <w:br/>
        <w:t>f 32445/7051/6234 32449/7056/6238 32444/7052/6235</w:t>
        <w:br/>
        <w:t>f 32451/7057/6135 32395/7008/6194 32228/6885/6079</w:t>
        <w:br/>
        <w:t>f 32450/7058/6239 32451/7057/6135 32228/6885/6079</w:t>
        <w:br/>
        <w:t>f 32450/7058/6239 32228/6885/6079 32225/6888/6082</w:t>
        <w:br/>
        <w:t>f 32452/7059/6240 32450/7058/6239 32225/6888/6082</w:t>
        <w:br/>
        <w:t>f 32450/7058/6239 32252/6906/6100 32396/7010/6196</w:t>
        <w:br/>
        <w:t>f 32451/7057/6135 32450/7058/6239 32396/7010/6196</w:t>
        <w:br/>
        <w:t>f 32252/6906/6100 32450/7058/6239 32452/7059/6240</w:t>
        <w:br/>
        <w:t>f 32255/6903/6097 32252/6906/6100 32452/7059/6240</w:t>
        <w:br/>
        <w:t>f 32454/7060/6241 32421/7031/6215 32422/7030/6215</w:t>
        <w:br/>
        <w:t>f 32455/7061/6242 32427/7032/6216 32428/7035/6218</w:t>
        <w:br/>
        <w:t>f 32459/7062/6243 32425/7034/6217 32426/7033/6217</w:t>
        <w:br/>
        <w:t>f 32458/7063/6244 32459/7062/6243 32426/7033/6217</w:t>
        <w:br/>
        <w:t>f 32461/7064/6245 32460/7065/6246 32423/7029/6214</w:t>
        <w:br/>
        <w:t>f 32461/7064/6245 32423/7029/6214 32424/7028/6213</w:t>
        <w:br/>
        <w:t>f 32336/6969/6156 32331/6966/6153 32332/6965/6152</w:t>
        <w:br/>
        <w:t>f 32335/6970/6157 32336/6969/6156 32332/6965/6152</w:t>
        <w:br/>
        <w:t>f 32400/7012/6198 32401/7011/6197 32405/7015/6200</w:t>
        <w:br/>
        <w:t>f 32402/7018/6200 32400/7012/6198 32405/7015/6200</w:t>
        <w:br/>
        <w:t>f 32332/6965/6152 32333/6967/6154 32339/6972/6159</w:t>
        <w:br/>
        <w:t>f 32335/6970/6157 32332/6965/6152 32339/6972/6159</w:t>
        <w:br/>
        <w:t>f 32462/7066/6247 32408/7022/6206 32239/6895/6089</w:t>
        <w:br/>
        <w:t>f 32393/7006/6192 32462/7066/6247 32239/6895/6089</w:t>
        <w:br/>
        <w:t>f 32408/7022/6206 32409/7021/6205 32238/6896/6090</w:t>
        <w:br/>
        <w:t>f 32239/6895/6089 32408/7022/6206 32238/6896/6090</w:t>
        <w:br/>
        <w:t>f 32392/7005/6191 32240/6900/6094 32408/7022/6206</w:t>
        <w:br/>
        <w:t>f 32462/7066/6247 32392/7005/6191 32408/7022/6206</w:t>
        <w:br/>
        <w:t>f 32354/6975/6162 32351/6978/6165 32376/6992/6178</w:t>
        <w:br/>
        <w:t>f 32492/7067/6248 32491/7068/6249 32490/7069/6250</w:t>
        <w:br/>
        <w:t>f 32489/7070/6251 32492/7067/6248 32490/7069/6250</w:t>
        <w:br/>
        <w:t>f 32489/7070/6251 32490/7069/6250 32494/7071/6252</w:t>
        <w:br/>
        <w:t>f 32493/7072/6253 32489/7070/6251 32494/7071/6252</w:t>
        <w:br/>
        <w:t>f 32493/7072/6253 32494/7071/6252 32496/7073/6254</w:t>
        <w:br/>
        <w:t>f 32495/7074/6255 32493/7072/6253 32496/7073/6254</w:t>
        <w:br/>
        <w:t>f 32498/7075/6256 32495/7074/6255 32496/7073/6254</w:t>
        <w:br/>
        <w:t>f 32497/7076/6257 32498/7075/6256 32496/7073/6254</w:t>
        <w:br/>
        <w:t>f 32501/7077/6258 32500/7078/6258 32499/7079/6259</w:t>
        <w:br/>
        <w:t>f 32497/7076/6257 32503/7080/6260 32502/7081/6261</w:t>
        <w:br/>
        <w:t>f 32498/7075/6256 32497/7076/6257 32502/7081/6261</w:t>
        <w:br/>
        <w:t>f 32507/7082/6262 32506/7083/6263 32505/7084/6264</w:t>
        <w:br/>
        <w:t>f 32504/7085/6265 32507/7082/6262 32505/7084/6264</w:t>
        <w:br/>
        <w:t>f 32511/7086/6266 32510/7087/6266 32509/7088/6267</w:t>
        <w:br/>
        <w:t>f 32508/7089/6267 32511/7086/6266 32509/7088/6267</w:t>
        <w:br/>
        <w:t>f 32504/7085/6265 32513/7090/6268 32512/7091/6269</w:t>
        <w:br/>
        <w:t>f 32507/7082/6262 32504/7085/6265 32512/7091/6269</w:t>
        <w:br/>
        <w:t>f 32515/7092/6270 32514/7093/6270 32510/7087/6266</w:t>
        <w:br/>
        <w:t>f 32511/7086/6266 32515/7092/6270 32510/7087/6266</w:t>
        <w:br/>
        <w:t>f 32519/7094/6271 32518/7095/6272 32517/7096/6273</w:t>
        <w:br/>
        <w:t>f 32516/7097/6274 32519/7094/6271 32517/7096/6273</w:t>
        <w:br/>
        <w:t>f 32523/7098/6275 32522/7099/6276 32521/7100/6277</w:t>
        <w:br/>
        <w:t>f 32520/7101/6275 32523/7098/6275 32521/7100/6277</w:t>
        <w:br/>
        <w:t>f 32526/7102/6278 32525/7103/6279 32524/7104/6280</w:t>
        <w:br/>
        <w:t>f 32530/7105/6281 32529/7106/6282 32528/7107/6283</w:t>
        <w:br/>
        <w:t>f 32527/7108/6284 32530/7105/6281 32528/7107/6283</w:t>
        <w:br/>
        <w:t>f 32538/7109/6285 32537/7110/6286 32536/7111/6287</w:t>
        <w:br/>
        <w:t>f 32535/7112/6285 32538/7109/6285 32536/7111/6287</w:t>
        <w:br/>
        <w:t>f 32546/7113/6288 32545/7114/6288 32544/7115/6289</w:t>
        <w:br/>
        <w:t>f 32543/7116/6289 32546/7113/6288 32544/7115/6289</w:t>
        <w:br/>
        <w:t>f 32543/7116/6289 32544/7115/6289 32525/7103/6279</w:t>
        <w:br/>
        <w:t>f 32526/7102/6278 32543/7116/6289 32525/7103/6279</w:t>
        <w:br/>
        <w:t>f 32536/7111/6287 32537/7110/6286 32529/7106/6282</w:t>
        <w:br/>
        <w:t>f 32530/7105/6281 32536/7111/6287 32529/7106/6282</w:t>
        <w:br/>
        <w:t>f 32515/7092/6270 32548/7117/6290 32514/7093/6270</w:t>
        <w:br/>
        <w:t>f 32513/7090/6268 32549/7118/6291 32512/7091/6269</w:t>
        <w:br/>
        <w:t>f 32552/7119/6292 32551/7120/6293 32550/7121/6294</w:t>
        <w:br/>
        <w:t>f 32555/7122/6295 32554/7123/6296 32553/7124/6297</w:t>
        <w:br/>
        <w:t>f 32556/7125/6298 32555/7122/6295 32553/7124/6297</w:t>
        <w:br/>
        <w:t>f 32558/7126/6299 32557/7127/6300 32554/7123/6296</w:t>
        <w:br/>
        <w:t>f 32555/7122/6295 32558/7126/6299 32554/7123/6296</w:t>
        <w:br/>
        <w:t>f 32525/7103/6279 32558/7126/6299 32555/7122/6295</w:t>
        <w:br/>
        <w:t>f 32524/7104/6280 32525/7103/6279 32555/7122/6295</w:t>
        <w:br/>
        <w:t>f 32562/7128/6301 32561/7129/6302 32560/7130/6303</w:t>
        <w:br/>
        <w:t>f 32559/7131/6304 32562/7128/6301 32560/7130/6303</w:t>
        <w:br/>
        <w:t>f 32568/7132/6305 32567/7133/6306 32566/7134/6306</w:t>
        <w:br/>
        <w:t>f 32565/7135/6305 32568/7132/6305 32566/7134/6306</w:t>
        <w:br/>
        <w:t>f 32572/7136/6307 32571/7137/6308 32570/7138/6309</w:t>
        <w:br/>
        <w:t>f 32569/7139/6309 32572/7136/6307 32570/7138/6309</w:t>
        <w:br/>
        <w:t>f 32574/7140/6310 32573/7141/6310 32561/7129/6302</w:t>
        <w:br/>
        <w:t>f 32562/7128/6301 32574/7140/6310 32561/7129/6302</w:t>
        <w:br/>
        <w:t>f 32567/7133/6306 32578/7142/6311 32577/7143/6312</w:t>
        <w:br/>
        <w:t>f 32566/7134/6306 32567/7133/6306 32577/7143/6312</w:t>
        <w:br/>
        <w:t>f 32569/7139/6309 32570/7138/6309 32580/7144/6313</w:t>
        <w:br/>
        <w:t>f 32579/7145/6313 32569/7139/6309 32580/7144/6313</w:t>
        <w:br/>
        <w:t>f 32583/7146/6314 32582/7147/6315 32581/7148/6316</w:t>
        <w:br/>
        <w:t>f 32589/7149/6317 32588/7150/6318 32587/7151/6319</w:t>
        <w:br/>
        <w:t>f 32588/7150/6318 32590/7152/6320 32587/7151/6319</w:t>
        <w:br/>
        <w:t>f 32580/7144/6313 32590/7152/6320 32588/7150/6318</w:t>
        <w:br/>
        <w:t>f 32579/7145/6313 32580/7144/6313 32588/7150/6318</w:t>
        <w:br/>
        <w:t>f 32578/7142/6311 32588/7150/6318 32589/7149/6317</w:t>
        <w:br/>
        <w:t>f 32577/7143/6312 32578/7142/6311 32589/7149/6317</w:t>
        <w:br/>
        <w:t>f 32582/7147/6315 32583/7146/6314 32573/7141/6310</w:t>
        <w:br/>
        <w:t>f 32574/7140/6310 32582/7147/6315 32573/7141/6310</w:t>
        <w:br/>
        <w:t>f 32594/7153/6321 32593/7154/6322 32592/7155/6323</w:t>
        <w:br/>
        <w:t>f 32591/7156/6324 32594/7153/6321 32592/7155/6323</w:t>
        <w:br/>
        <w:t>f 32596/7157/6325 32595/7158/6326 32554/7123/6296</w:t>
        <w:br/>
        <w:t>f 32557/7127/6300 32596/7157/6325 32554/7123/6296</w:t>
        <w:br/>
        <w:t>f 32597/7159/6327 32553/7124/6297 32554/7123/6296</w:t>
        <w:br/>
        <w:t>f 32595/7158/6326 32597/7159/6327 32554/7123/6296</w:t>
        <w:br/>
        <w:t>f 32601/7160/6328 32600/7161/6329 32599/7162/6330</w:t>
        <w:br/>
        <w:t>f 32598/7163/6331 32601/7160/6328 32599/7162/6330</w:t>
        <w:br/>
        <w:t>f 32603/7164/6332 32602/7165/6333 32599/7162/6330</w:t>
        <w:br/>
        <w:t>f 32600/7161/6329 32603/7164/6332 32599/7162/6330</w:t>
        <w:br/>
        <w:t>f 32604/7166/6334 32603/7164/6332 32600/7161/6329</w:t>
        <w:br/>
        <w:t>f 32601/7160/6328 32604/7166/6334 32600/7161/6329</w:t>
        <w:br/>
        <w:t>f 32618/7167/6335 32617/7168/6336 32616/7169/6337</w:t>
        <w:br/>
        <w:t>f 32615/7170/6338 32618/7167/6335 32616/7169/6337</w:t>
        <w:br/>
        <w:t>f 32622/7171/6339 32621/7172/6340 32594/7153/6321</w:t>
        <w:br/>
        <w:t>f 32591/7156/6324 32622/7171/6339 32594/7153/6321</w:t>
        <w:br/>
        <w:t>f 32591/7156/6324 32623/7173/6341 32622/7171/6339</w:t>
        <w:br/>
        <w:t>f 32626/7174/6342 32621/7172/6340 32622/7171/6339</w:t>
        <w:br/>
        <w:t>f 32627/7175/6342 32626/7174/6342 32622/7171/6339</w:t>
        <w:br/>
        <w:t>f 32618/7167/6335 32615/7170/6338 32622/7171/6339</w:t>
        <w:br/>
        <w:t>f 32623/7173/6341 32618/7167/6335 32622/7171/6339</w:t>
        <w:br/>
        <w:t>f 32631/7176/6343 32626/7174/6342 32627/7175/6342</w:t>
        <w:br/>
        <w:t>f 32632/7177/6344 32631/7176/6343 32627/7175/6342</w:t>
        <w:br/>
        <w:t>f 32636/7178/6345 32635/7179/6346 32634/7180/6347</w:t>
        <w:br/>
        <w:t>f 32633/7181/6348 32636/7178/6345 32634/7180/6347</w:t>
        <w:br/>
        <w:t>f 32633/7181/6348 32616/7169/6337 32617/7168/6336</w:t>
        <w:br/>
        <w:t>f 32636/7178/6345 32633/7181/6348 32617/7168/6336</w:t>
        <w:br/>
        <w:t>f 32638/7182/6349 32637/7183/6350 32631/7176/6343</w:t>
        <w:br/>
        <w:t>f 32632/7177/6344 32638/7182/6349 32631/7176/6343</w:t>
        <w:br/>
        <w:t>f 32640/7184/6351 32639/7185/6352 32636/7178/6345</w:t>
        <w:br/>
        <w:t>f 32617/7168/6336 32640/7184/6351 32636/7178/6345</w:t>
        <w:br/>
        <w:t>f 32639/7185/6352 32641/7186/6353 32635/7179/6346</w:t>
        <w:br/>
        <w:t>f 32636/7178/6345 32639/7185/6352 32635/7179/6346</w:t>
        <w:br/>
        <w:t>f 32637/7183/6350 32638/7182/6349 32643/7187/6354</w:t>
        <w:br/>
        <w:t>f 32642/7188/6355 32637/7183/6350 32643/7187/6354</w:t>
        <w:br/>
        <w:t>f 32649/7189/6356 32648/7190/6357 32647/7191/6358</w:t>
        <w:br/>
        <w:t>f 32650/7192/6359 32649/7189/6356 32647/7191/6358</w:t>
        <w:br/>
        <w:t>f 32538/7109/6285 32535/7112/6285 32651/7193/6360</w:t>
        <w:br/>
        <w:t>f 32545/7114/6288 32546/7113/6288 32653/7194/6361</w:t>
        <w:br/>
        <w:t>f 32507/7082/6262 32512/7091/6269 32655/7195/6362</w:t>
        <w:br/>
        <w:t>f 32654/7196/6363 32507/7082/6262 32655/7195/6362</w:t>
        <w:br/>
        <w:t>f 32506/7083/6263 32507/7082/6262 32654/7196/6363</w:t>
        <w:br/>
        <w:t>f 32656/7197/6364 32506/7083/6263 32654/7196/6363</w:t>
        <w:br/>
        <w:t>f 32498/7075/6256 32502/7081/6261 32657/7198/6365</w:t>
        <w:br/>
        <w:t>f 32618/7167/6335 32498/7075/6256 32657/7198/6365</w:t>
        <w:br/>
        <w:t>f 32495/7074/6255 32498/7075/6256 32618/7167/6335</w:t>
        <w:br/>
        <w:t>f 32623/7173/6341 32495/7074/6255 32618/7167/6335</w:t>
        <w:br/>
        <w:t>f 32493/7072/6253 32495/7074/6255 32623/7173/6341</w:t>
        <w:br/>
        <w:t>f 32591/7156/6324 32493/7072/6253 32623/7173/6341</w:t>
        <w:br/>
        <w:t>f 32658/7199/6366 32489/7070/6251 32493/7072/6253</w:t>
        <w:br/>
        <w:t>f 32591/7156/6324 32658/7199/6366 32493/7072/6253</w:t>
        <w:br/>
        <w:t>f 32659/7200/6367 32492/7067/6248 32489/7070/6251</w:t>
        <w:br/>
        <w:t>f 32658/7199/6366 32659/7200/6367 32489/7070/6251</w:t>
        <w:br/>
        <w:t>f 32518/7095/6272 32661/7201/6368 32660/7202/6369</w:t>
        <w:br/>
        <w:t>f 32517/7096/6273 32518/7095/6272 32660/7202/6369</w:t>
        <w:br/>
        <w:t>f 32665/7203/6370 32664/7204/6371 32663/7205/6371</w:t>
        <w:br/>
        <w:t>f 32662/7206/6370 32665/7203/6370 32663/7205/6371</w:t>
        <w:br/>
        <w:t>f 32669/7207/6372 32668/7208/6372 32667/7209/6373</w:t>
        <w:br/>
        <w:t>f 32666/7210/6374 32669/7207/6372 32667/7209/6373</w:t>
        <w:br/>
        <w:t>f 32550/7121/6294 32551/7120/6293 32666/7210/6374</w:t>
        <w:br/>
        <w:t>f 32667/7209/6373 32550/7121/6294 32666/7210/6374</w:t>
        <w:br/>
        <w:t>f 32670/7211/6375 32524/7104/6280 32555/7122/6295</w:t>
        <w:br/>
        <w:t>f 32556/7125/6298 32670/7211/6375 32555/7122/6295</w:t>
        <w:br/>
        <w:t>f 32671/7212/6376 32663/7205/6371 32664/7204/6371</w:t>
        <w:br/>
        <w:t>f 32512/7091/6269 32549/7118/6291 32655/7195/6362</w:t>
        <w:br/>
        <w:t>f 32649/7189/6356 32634/7180/6347 32635/7179/6346</w:t>
        <w:br/>
        <w:t>f 32642/7188/6355 32643/7187/6354 32649/7189/6356</w:t>
        <w:br/>
        <w:t>f 32650/7192/6359 32642/7188/6355 32649/7189/6356</w:t>
        <w:br/>
        <w:t>f 32641/7186/6353 32648/7190/6357 32649/7189/6356</w:t>
        <w:br/>
        <w:t>f 32635/7179/6346 32641/7186/6353 32649/7189/6356</w:t>
        <w:br/>
        <w:t>f 32506/7083/6263 32673/7213/6377 32672/7214/6378</w:t>
        <w:br/>
        <w:t>f 32505/7084/6264 32506/7083/6263 32672/7214/6378</w:t>
        <w:br/>
        <w:t>f 32508/7089/6267 32509/7088/6267 32675/7215/6379</w:t>
        <w:br/>
        <w:t>f 32674/7216/6379 32508/7089/6267 32675/7215/6379</w:t>
        <w:br/>
        <w:t>f 32660/7202/6369 32524/7104/6280 32670/7211/6375</w:t>
        <w:br/>
        <w:t>f 32517/7096/6273 32660/7202/6369 32670/7211/6375</w:t>
        <w:br/>
        <w:t>f 32670/7211/6375 32676/7217/6380 32516/7097/6274</w:t>
        <w:br/>
        <w:t>f 32517/7096/6273 32670/7211/6375 32516/7097/6274</w:t>
        <w:br/>
        <w:t>f 32680/7218/6381 32679/7219/6382 32678/7220/6383</w:t>
        <w:br/>
        <w:t>f 32677/7221/6381 32680/7218/6381 32678/7220/6383</w:t>
        <w:br/>
        <w:t>f 32593/7154/6322 32679/7219/6382 32592/7155/6323</w:t>
        <w:br/>
        <w:t>f 32684/7222/6384 32683/7223/6385 32682/7224/6386</w:t>
        <w:br/>
        <w:t>f 32681/7225/6386 32684/7222/6384 32682/7224/6386</w:t>
        <w:br/>
        <w:t>f 32521/7100/6387 32527/7108/6284 32528/7107/6283</w:t>
        <w:br/>
        <w:t>f 32700/7226/6388 32699/7227/6389 32698/7228/6390</w:t>
        <w:br/>
        <w:t>f 32697/7229/6391 32700/7226/6388 32698/7228/6390</w:t>
        <w:br/>
        <w:t>f 32711/7230/6392 32710/7231/6392 32699/7227/6389</w:t>
        <w:br/>
        <w:t>f 32700/7226/6388 32711/7230/6392 32699/7227/6389</w:t>
        <w:br/>
        <w:t>f 32712/7232/6393 32710/7231/6392 32711/7230/6392</w:t>
        <w:br/>
        <w:t>f 32715/7233/6394 32714/7234/6395 32492/7067/6248</w:t>
        <w:br/>
        <w:t>f 32659/7200/6367 32715/7233/6394 32492/7067/6248</w:t>
        <w:br/>
        <w:t>f 32714/7234/6395 32716/7235/6396 32491/7068/6249</w:t>
        <w:br/>
        <w:t>f 32492/7067/6248 32714/7234/6395 32491/7068/6249</w:t>
        <w:br/>
        <w:t>f 32714/7234/6395 32715/7233/6394 32661/7201/6368</w:t>
        <w:br/>
        <w:t>f 32518/7095/6272 32714/7234/6395 32661/7201/6368</w:t>
        <w:br/>
        <w:t>f 32518/7095/6272 32519/7094/6271 32716/7235/6396</w:t>
        <w:br/>
        <w:t>f 32714/7234/6395 32518/7095/6272 32716/7235/6396</w:t>
        <w:br/>
        <w:t>f 32717/7236/6397 32683/7223/6385 32684/7222/6384</w:t>
        <w:br/>
        <w:t>f 32681/7225/6386 32682/7224/6386 32721/7237/6398</w:t>
        <w:br/>
        <w:t>f 32720/7238/6399 32681/7225/6386 32721/7237/6398</w:t>
        <w:br/>
        <w:t>f 32598/7163/6331 32599/7162/6330 32595/7158/6326</w:t>
        <w:br/>
        <w:t>f 32596/7157/6325 32598/7163/6331 32595/7158/6326</w:t>
        <w:br/>
        <w:t>f 32662/7206/6370 32668/7208/6372 32669/7207/6372</w:t>
        <w:br/>
        <w:t>f 32665/7203/6370 32662/7206/6370 32669/7207/6372</w:t>
        <w:br/>
        <w:t>f 32602/7165/6333 32597/7159/6327 32595/7158/6326</w:t>
        <w:br/>
        <w:t>f 32599/7162/6330 32602/7165/6333 32595/7158/6326</w:t>
        <w:br/>
        <w:t>f 32674/7216/6379 32675/7215/6379 32500/7078/6258</w:t>
        <w:br/>
        <w:t>f 32501/7077/6258 32674/7216/6379 32500/7078/6258</w:t>
        <w:br/>
        <w:t>f 32502/7081/6261 32673/7213/6377 32726/7239/6400</w:t>
        <w:br/>
        <w:t>f 32657/7198/6365 32502/7081/6261 32726/7239/6400</w:t>
        <w:br/>
        <w:t>f 32503/7080/6260 32672/7214/6378 32673/7213/6377</w:t>
        <w:br/>
        <w:t>f 32502/7081/6261 32503/7080/6260 32673/7213/6377</w:t>
        <w:br/>
        <w:t>f 32673/7213/6377 32506/7083/6263 32656/7197/6364</w:t>
        <w:br/>
        <w:t>f 32726/7239/6400 32673/7213/6377 32656/7197/6364</w:t>
        <w:br/>
        <w:t>f 32618/7167/6335 32640/7184/6351 32617/7168/6336</w:t>
        <w:br/>
        <w:t>f 32860/7240/6401 32859/7241/6402 32858/7242/6403</w:t>
        <w:br/>
        <w:t>f 32857/7243/6404 32860/7240/6401 32858/7242/6403</w:t>
        <w:br/>
        <w:t>f 32863/7244/6405 32862/7245/6405 32861/7246/6406</w:t>
        <w:br/>
        <w:t>f 32866/7247/6407 32865/7248/6408 32864/7249/6409</w:t>
        <w:br/>
        <w:t>f 32873/7250/6410 32872/7251/6410 32864/7249/6409</w:t>
        <w:br/>
        <w:t>f 32865/7248/6408 32873/7250/6410 32864/7249/6409</w:t>
        <w:br/>
        <w:t>f 32857/7243/6404 32874/7252/6411 32860/7240/6401</w:t>
        <w:br/>
        <w:t>f 32863/7244/6405 32876/7253/6412 32875/7254/6413</w:t>
        <w:br/>
        <w:t>f 32862/7245/6405 32863/7244/6405 32875/7254/6413</w:t>
        <w:br/>
        <w:t>f 32884/7255/6414 32883/7256/6415 32882/7257/6416</w:t>
        <w:br/>
        <w:t>f 32876/7253/6412 32858/7242/6403 32859/7241/6402</w:t>
        <w:br/>
        <w:t>f 32875/7254/6413 32876/7253/6412 32859/7241/6402</w:t>
        <w:br/>
        <w:t>f 32886/7258/6417 32885/7259/6418 32872/7251/6410</w:t>
        <w:br/>
        <w:t>f 32873/7250/6410 32886/7258/6417 32872/7251/6410</w:t>
        <w:br/>
        <w:t>f 32885/7259/6418 32886/7258/6417 32882/7257/6416</w:t>
        <w:br/>
        <w:t>f 32883/7256/6415 32885/7259/6418 32882/7257/6416</w:t>
        <w:br/>
        <w:t>f 32890/7260/6419 32889/7261/6420 32888/7262/6421</w:t>
        <w:br/>
        <w:t>f 32887/7263/6422 32890/7260/6419 32888/7262/6421</w:t>
        <w:br/>
        <w:t>f 32893/7264/6423 32892/7265/6424 32891/7266/6423</w:t>
        <w:br/>
        <w:t>f 32896/7267/6425 32895/7268/6426 32894/7269/6426</w:t>
        <w:br/>
        <w:t>f 32902/7270/6427 32894/7269/6426 32895/7268/6426</w:t>
        <w:br/>
        <w:t>f 32903/7271/6428 32902/7270/6427 32895/7268/6426</w:t>
        <w:br/>
        <w:t>f 32889/7261/6420 32890/7260/6419 32904/7272/6429</w:t>
        <w:br/>
        <w:t>f 32906/7273/6430 32905/7274/6430 32893/7264/6423</w:t>
        <w:br/>
        <w:t>f 32891/7266/6423 32906/7273/6430 32893/7264/6423</w:t>
        <w:br/>
        <w:t>f 32914/7275/6431 32913/7276/6432 32912/7277/6432</w:t>
        <w:br/>
        <w:t>f 32905/7274/6430 32906/7273/6430 32887/7263/6422</w:t>
        <w:br/>
        <w:t>f 32888/7262/6421 32905/7274/6430 32887/7263/6422</w:t>
        <w:br/>
        <w:t>f 32916/7278/6433 32902/7270/6427 32903/7271/6428</w:t>
        <w:br/>
        <w:t>f 32915/7279/6433 32916/7278/6433 32903/7271/6428</w:t>
        <w:br/>
        <w:t>f 32915/7279/6433 32912/7277/6432 32913/7276/6432</w:t>
        <w:br/>
        <w:t>f 32916/7278/6433 32915/7279/6433 32913/7276/6432</w:t>
        <w:br/>
        <w:t>f 32948/7280/6434 32947/7281/6435 32946/7282/6434</w:t>
        <w:br/>
        <w:t>f 32950/7283/6436 32949/7284/6436 32948/7280/6434</w:t>
        <w:br/>
        <w:t>f 32946/7282/6434 32950/7283/6436 32948/7280/6434</w:t>
        <w:br/>
        <w:t>f 32954/7285/6437 32953/7286/6438 32952/7287/6438</w:t>
        <w:br/>
        <w:t>f 32951/7288/6437 32954/7285/6437 32952/7287/6438</w:t>
        <w:br/>
        <w:t>f 32957/7289/6439 32956/7290/6440 32955/7291/6440</w:t>
        <w:br/>
        <w:t>f 32952/7287/6438 32953/7286/6438 32949/7284/6436</w:t>
        <w:br/>
        <w:t>f 32950/7283/6436 32952/7287/6438 32949/7284/6436</w:t>
        <w:br/>
        <w:t>f 32956/7290/6440 32954/7285/6437 32951/7288/6437</w:t>
        <w:br/>
        <w:t>f 32955/7291/6440 32956/7290/6440 32951/7288/6437</w:t>
        <w:br/>
        <w:t>f 32959/7292/6441 32958/7293/6441 32010/6831/6442</w:t>
        <w:br/>
        <w:t>f 32137/6866/6443 32961/7294/6444 32960/7295/6444</w:t>
        <w:br/>
        <w:t>f 32118/7296/6445 32117/7297/6445 32116/7298/6446</w:t>
        <w:br/>
        <w:t>f 32119/7299/6447 32118/7296/6445 32116/7298/6446</w:t>
        <w:br/>
        <w:t>f 32127/7300/6448 32126/7301/6448 32117/7297/6445</w:t>
        <w:br/>
        <w:t>f 32118/7296/6445 32127/7300/6448 32117/7297/6445</w:t>
        <w:br/>
        <w:t>f 32119/7299/6447 32116/7298/6446 32130/7302/6449</w:t>
        <w:br/>
        <w:t>f 32136/7303/6450 32135/7304/6451 32126/7301/6448</w:t>
        <w:br/>
        <w:t>f 32127/7300/6448 32136/7303/6450 32126/7301/6448</w:t>
        <w:br/>
        <w:t>f 32146/7305/6452 32145/7306/6452 32144/7307/6453</w:t>
        <w:br/>
        <w:t>f 32143/7308/6454 32146/7305/6452 32144/7307/6453</w:t>
        <w:br/>
        <w:t>f 32143/7308/6454 32144/7307/6453 32154/7309/6455</w:t>
        <w:br/>
        <w:t>f 32153/7310/6456 32143/7308/6454 32154/7309/6455</w:t>
        <w:br/>
        <w:t>f 32153/7310/6456 32154/7309/6455 32160/7311/6457</w:t>
        <w:br/>
        <w:t>f 32159/7312/6458 32153/7310/6456 32160/7311/6457</w:t>
        <w:br/>
        <w:t>f 32146/7305/6452 32163/7313/6459 32145/7306/6452</w:t>
        <w:br/>
        <w:t>f 32204/7314/6460 32203/7315/6460 32202/7316/6461</w:t>
        <w:br/>
        <w:t>f 32201/7317/6462 32204/7314/6460 32202/7316/6461</w:t>
        <w:br/>
        <w:t>f 32205/7318/6463 32203/7315/6460 32204/7314/6460</w:t>
        <w:br/>
        <w:t>f 32206/7319/6464 32205/7318/6463 32204/7314/6460</w:t>
        <w:br/>
        <w:t>f 32206/7319/6464 32208/7320/6465 32207/7321/6466</w:t>
        <w:br/>
        <w:t>f 32205/7318/6463 32206/7319/6464 32207/7321/6466</w:t>
        <w:br/>
        <w:t>f 32212/7322/6467 32211/7323/6468 32210/7324/6469</w:t>
        <w:br/>
        <w:t>f 32209/7325/6470 32212/7322/6467 32210/7324/6469</w:t>
        <w:br/>
        <w:t>f 32216/7326/6471 32215/7327/6472 32214/7328/6473</w:t>
        <w:br/>
        <w:t>f 32213/7329/6474 32216/7326/6471 32214/7328/6473</w:t>
        <w:br/>
        <w:t>f 32215/7327/6472 32218/7330/6475 32217/7331/6475</w:t>
        <w:br/>
        <w:t>f 32214/7328/6473 32215/7327/6472 32217/7331/6475</w:t>
        <w:br/>
        <w:t>f 32222/7332/6476 32221/7333/6477 32220/7334/6478</w:t>
        <w:br/>
        <w:t>f 32219/7335/6478 32222/7332/6476 32220/7334/6478</w:t>
        <w:br/>
        <w:t>f 32221/7333/6477 32222/7332/6476 32224/7336/6479</w:t>
        <w:br/>
        <w:t>f 32223/7337/6480 32221/7333/6477 32224/7336/6479</w:t>
        <w:br/>
        <w:t>f 32270/7338/6481 32269/7339/6482 32268/7340/6483</w:t>
        <w:br/>
        <w:t>f 32267/7341/6484 32270/7338/6481 32268/7340/6483</w:t>
        <w:br/>
        <w:t>f 32269/7339/6482 32270/7338/6481 32219/7335/6478</w:t>
        <w:br/>
        <w:t>f 32220/7334/6478 32269/7339/6482 32219/7335/6478</w:t>
        <w:br/>
        <w:t>f 32278/7342/6485 32277/7343/6485 32276/7344/6486</w:t>
        <w:br/>
        <w:t>f 32275/7345/6487 32278/7342/6485 32276/7344/6486</w:t>
        <w:br/>
        <w:t>f 32277/7343/6485 32278/7342/6485 32267/7341/6484</w:t>
        <w:br/>
        <w:t>f 32268/7340/6483 32277/7343/6485 32267/7341/6484</w:t>
        <w:br/>
        <w:t>f 32283/7346/6488 32217/7331/6475 32218/7330/6475</w:t>
        <w:br/>
        <w:t>f 32221/7333/6477 32223/7337/6480 32300/7347/6489</w:t>
        <w:br/>
        <w:t>f 32299/7348/6489 32221/7333/6477 32300/7347/6489</w:t>
        <w:br/>
        <w:t>f 32299/7348/6489 32300/7347/6489 32312/7349/6490</w:t>
        <w:br/>
        <w:t>f 32311/7350/6490 32299/7348/6489 32312/7349/6490</w:t>
        <w:br/>
        <w:t>f 32322/7351/6491 32321/7352/6492 32320/7353/6493</w:t>
        <w:br/>
        <w:t>f 32311/7350/6490 32312/7349/6490 32322/7351/6491</w:t>
        <w:br/>
        <w:t>f 32320/7353/6493 32311/7350/6490 32322/7351/6491</w:t>
        <w:br/>
        <w:t>f 32343/7354/6494 32342/7355/6495 32341/7356/6496</w:t>
        <w:br/>
        <w:t>f 32270/7338/6481 32267/7341/6484 32343/7354/6494</w:t>
        <w:br/>
        <w:t>f 32341/7356/6496 32270/7338/6481 32343/7354/6494</w:t>
        <w:br/>
        <w:t>f 32347/7357/6497 32346/7358/6497 32345/7359/6498</w:t>
        <w:br/>
        <w:t>f 32344/7360/6499 32347/7357/6497 32345/7359/6498</w:t>
        <w:br/>
        <w:t>f 32342/7355/6495 32349/7361/6500 32348/7362/6501</w:t>
        <w:br/>
        <w:t>f 32341/7356/6496 32342/7355/6495 32348/7362/6501</w:t>
        <w:br/>
        <w:t>f 32345/7359/6498 32350/7363/6502 32344/7360/6499</w:t>
        <w:br/>
        <w:t>f 32356/7364/6503 32355/7365/6504 32209/7325/6470</w:t>
        <w:br/>
        <w:t>f 32210/7324/6469 32356/7364/6503 32209/7325/6470</w:t>
        <w:br/>
        <w:t>f 32361/7366/6505 32356/7364/6503 32210/7324/6469</w:t>
        <w:br/>
        <w:t>f 32360/7367/6506 32361/7366/6505 32210/7324/6469</w:t>
        <w:br/>
        <w:t>f 32207/7321/6466 32364/7368/6507 32205/7318/6463</w:t>
        <w:br/>
        <w:t>f 32366/7369/6508 32361/7366/6505 32360/7367/6506</w:t>
        <w:br/>
        <w:t>f 32365/7370/6508 32366/7369/6508 32360/7367/6506</w:t>
        <w:br/>
        <w:t>f 32382/7371/6509 32381/7372/6510 32380/7373/6511</w:t>
        <w:br/>
        <w:t>f 32276/7344/6486 32388/7374/6512 32275/7345/6487</w:t>
        <w:br/>
        <w:t>f 32382/7371/6509 32366/7369/6508 32365/7370/6508</w:t>
        <w:br/>
        <w:t>f 32381/7372/6510 32382/7371/6509 32365/7370/6508</w:t>
        <w:br/>
        <w:t>f 32223/7337/6480 32224/7336/6479 32201/7317/6462</w:t>
        <w:br/>
        <w:t>f 32202/7316/6461 32223/7337/6480 32201/7317/6462</w:t>
        <w:br/>
        <w:t>f 32349/7361/6500 32346/7358/6497 32347/7357/6497</w:t>
        <w:br/>
        <w:t>f 32348/7362/6501 32349/7361/6500 32347/7357/6497</w:t>
        <w:br/>
        <w:t>f 32211/7323/6468 32464/7375/6513 32463/7376/6513</w:t>
        <w:br/>
        <w:t>f 32210/7324/6469 32211/7323/6468 32463/7376/6513</w:t>
        <w:br/>
        <w:t>f 32355/7365/6504 32364/7368/6507 32207/7321/6466</w:t>
        <w:br/>
        <w:t>f 32209/7325/6470 32355/7365/6504 32207/7321/6466</w:t>
        <w:br/>
        <w:t>f 32209/7325/6470 32207/7321/6466 32208/7320/6465</w:t>
        <w:br/>
        <w:t>f 32212/7322/6467 32209/7325/6470 32208/7320/6465</w:t>
        <w:br/>
        <w:t>f 32464/7375/6513 32216/7326/6471 32213/7329/6474</w:t>
        <w:br/>
        <w:t>f 32463/7376/6513 32464/7375/6513 32213/7329/6474</w:t>
        <w:br/>
        <w:t>f 32468/7377/6514 32467/7378/6515 32466/7379/6516</w:t>
        <w:br/>
        <w:t>f 32465/7380/6514 32468/7377/6514 32466/7379/6516</w:t>
        <w:br/>
        <w:t>f 32468/7377/6514 32465/7380/6514 32469/7381/6517</w:t>
        <w:br/>
        <w:t>f 32470/7382/6518 32468/7377/6514 32469/7381/6517</w:t>
        <w:br/>
        <w:t>f 32470/7382/6518 32469/7381/6517 32472/7383/6519</w:t>
        <w:br/>
        <w:t>f 32471/7384/6520 32470/7382/6518 32472/7383/6519</w:t>
        <w:br/>
        <w:t>f 32476/7385/6521 32475/7386/6522 32474/7387/6523</w:t>
        <w:br/>
        <w:t>f 32473/7388/6524 32476/7385/6521 32474/7387/6523</w:t>
        <w:br/>
        <w:t>f 32480/7389/6525 32479/7390/6526 32478/7391/6527</w:t>
        <w:br/>
        <w:t>f 32477/7392/6528 32480/7389/6525 32478/7391/6527</w:t>
        <w:br/>
        <w:t>f 32477/7392/6528 32478/7391/6527 32482/7393/6529</w:t>
        <w:br/>
        <w:t>f 32481/7394/6529 32477/7392/6528 32482/7393/6529</w:t>
        <w:br/>
        <w:t>f 32486/7395/6530 32485/7396/6531 32484/7397/6531</w:t>
        <w:br/>
        <w:t>f 32483/7398/6532 32486/7395/6530 32484/7397/6531</w:t>
        <w:br/>
        <w:t>f 32483/7398/6532 32488/7399/6533 32487/7400/6534</w:t>
        <w:br/>
        <w:t>f 32486/7395/6530 32483/7398/6532 32487/7400/6534</w:t>
        <w:br/>
        <w:t>f 32534/7401/6535 32533/7402/6536 32532/7403/6537</w:t>
        <w:br/>
        <w:t>f 32531/7404/6538 32534/7401/6535 32532/7403/6537</w:t>
        <w:br/>
        <w:t>f 32531/7404/6538 32484/7397/6531 32485/7396/6531</w:t>
        <w:br/>
        <w:t>f 32534/7401/6535 32531/7404/6538 32485/7396/6531</w:t>
        <w:br/>
        <w:t>f 32542/7405/6539 32541/7406/6540 32540/7407/6541</w:t>
        <w:br/>
        <w:t>f 32539/7408/6539 32542/7405/6539 32540/7407/6541</w:t>
        <w:br/>
        <w:t>f 32539/7408/6539 32532/7403/6537 32533/7402/6536</w:t>
        <w:br/>
        <w:t>f 32542/7405/6539 32539/7408/6539 32533/7402/6536</w:t>
        <w:br/>
        <w:t>f 32547/7409/6542 32481/7394/6529 32482/7393/6529</w:t>
        <w:br/>
        <w:t>f 32483/7398/6532 32564/7410/6543 32563/7411/6544</w:t>
        <w:br/>
        <w:t>f 32488/7399/6533 32483/7398/6532 32563/7411/6544</w:t>
        <w:br/>
        <w:t>f 32564/7410/6543 32576/7412/6545 32575/7413/6546</w:t>
        <w:br/>
        <w:t>f 32563/7411/6544 32564/7410/6543 32575/7413/6546</w:t>
        <w:br/>
        <w:t>f 32586/7414/6547 32585/7415/6548 32584/7416/6549</w:t>
        <w:br/>
        <w:t>f 32576/7412/6545 32585/7415/6548 32586/7414/6547</w:t>
        <w:br/>
        <w:t>f 32575/7413/6546 32576/7412/6545 32586/7414/6547</w:t>
        <w:br/>
        <w:t>f 32607/7417/6550 32606/7418/6551 32605/7419/6552</w:t>
        <w:br/>
        <w:t>f 32534/7401/6535 32606/7418/6551 32607/7417/6550</w:t>
        <w:br/>
        <w:t>f 32533/7402/6536 32534/7401/6535 32607/7417/6550</w:t>
        <w:br/>
        <w:t>f 32611/7420/6553 32610/7421/6554 32609/7422/6555</w:t>
        <w:br/>
        <w:t>f 32608/7423/6556 32611/7420/6553 32609/7422/6555</w:t>
        <w:br/>
        <w:t>f 32613/7424/6557 32612/7425/6558 32605/7419/6552</w:t>
        <w:br/>
        <w:t>f 32606/7418/6551 32613/7424/6557 32605/7419/6552</w:t>
        <w:br/>
        <w:t>f 32609/7422/6555 32610/7421/6554 32614/7426/6559</w:t>
        <w:br/>
        <w:t>f 32619/7427/6560 32474/7387/6523 32475/7386/6522</w:t>
        <w:br/>
        <w:t>f 32620/7428/6561 32619/7427/6560 32475/7386/6522</w:t>
        <w:br/>
        <w:t>f 32625/7429/6562 32624/7430/6563 32474/7387/6523</w:t>
        <w:br/>
        <w:t>f 32619/7427/6560 32625/7429/6562 32474/7387/6523</w:t>
        <w:br/>
        <w:t>f 32472/7383/6519 32469/7381/6517 32628/7431/6564</w:t>
        <w:br/>
        <w:t>f 32630/7432/6565 32629/7433/6565 32624/7430/6563</w:t>
        <w:br/>
        <w:t>f 32625/7429/6562 32630/7432/6565 32624/7430/6563</w:t>
        <w:br/>
        <w:t>f 32646/7434/6566 32645/7435/6567 32644/7436/6566</w:t>
        <w:br/>
        <w:t>f 32540/7407/6541 32541/7406/6540 32652/7437/6568</w:t>
        <w:br/>
        <w:t>f 32646/7434/6566 32644/7436/6566 32629/7433/6565</w:t>
        <w:br/>
        <w:t>f 32630/7432/6565 32646/7434/6566 32629/7433/6565</w:t>
        <w:br/>
        <w:t>f 32688/7438/6569 32687/7439/6570 32686/7440/6571</w:t>
        <w:br/>
        <w:t>f 32685/7441/6572 32688/7438/6569 32686/7440/6571</w:t>
        <w:br/>
        <w:t>f 32691/7442/6573 32690/7443/6574 32689/7444/6575</w:t>
        <w:br/>
        <w:t>f 32692/7445/6576 32691/7442/6573 32689/7444/6575</w:t>
        <w:br/>
        <w:t>f 32696/7446/6577 32695/7447/6578 32694/7448/6276</w:t>
        <w:br/>
        <w:t>f 32693/7449/6579 32696/7446/6577 32694/7448/6276</w:t>
        <w:br/>
        <w:t>f 32704/7450/6580 32703/7451/6581 32702/7452/6582</w:t>
        <w:br/>
        <w:t>f 32701/7453/6583 32704/7450/6580 32702/7452/6582</w:t>
        <w:br/>
        <w:t>f 32707/7454/6584 32706/7455/6585 32705/7456/6586</w:t>
        <w:br/>
        <w:t>f 32709/7457/6587 32702/7452/6582 32703/7451/6581</w:t>
        <w:br/>
        <w:t>f 32708/7458/6588 32709/7457/6587 32703/7451/6581</w:t>
        <w:br/>
        <w:t>f 32706/7455/6585 32707/7454/6584 32695/7447/6578</w:t>
        <w:br/>
        <w:t>f 32696/7446/6577 32706/7455/6585 32695/7447/6578</w:t>
        <w:br/>
        <w:t>f 32709/7457/6587 32708/7458/6588 32713/7459/6589</w:t>
        <w:br/>
        <w:t>f 32488/7399/6533 32466/7379/6516 32467/7378/6515</w:t>
        <w:br/>
        <w:t>f 32487/7400/6534 32488/7399/6533 32467/7378/6515</w:t>
        <w:br/>
        <w:t>f 32718/7460/6590 32686/7440/6571 32687/7439/6570</w:t>
        <w:br/>
        <w:t>f 32719/7461/6591 32692/7445/6576 32689/7444/6575</w:t>
        <w:br/>
        <w:t>f 32723/7462/6592 32722/7463/6593 32690/7443/6574</w:t>
        <w:br/>
        <w:t>f 32691/7442/6573 32723/7462/6592 32690/7443/6574</w:t>
        <w:br/>
        <w:t>f 32725/7464/6594 32685/7441/6572 32724/7465/6595</w:t>
        <w:br/>
        <w:t>f 32725/7464/6594 32688/7438/6569 32685/7441/6572</w:t>
        <w:br/>
        <w:t>f 32611/7420/6553 32608/7423/6556 32612/7425/6558</w:t>
        <w:br/>
        <w:t>f 32613/7424/6557 32611/7420/6553 32612/7425/6558</w:t>
        <w:br/>
        <w:t>f 32473/7388/6524 32474/7387/6523 32728/7466/6596</w:t>
        <w:br/>
        <w:t>f 32727/7467/6596 32473/7388/6524 32728/7466/6596</w:t>
        <w:br/>
        <w:t>f 32620/7428/6561 32475/7386/6522 32472/7383/6519</w:t>
        <w:br/>
        <w:t>f 32628/7431/6564 32620/7428/6561 32472/7383/6519</w:t>
        <w:br/>
        <w:t>f 32475/7386/6522 32476/7385/6521 32471/7384/6520</w:t>
        <w:br/>
        <w:t>f 32472/7383/6519 32475/7386/6522 32471/7384/6520</w:t>
        <w:br/>
        <w:t>f 32727/7467/6596 32728/7466/6596 32479/7390/6526</w:t>
        <w:br/>
        <w:t>f 32480/7389/6525 32727/7467/6596 32479/7390/6526</w:t>
        <w:br/>
        <w:t>f 32899/7468/6597 32898/7469/6598 32897/7470/6598</w:t>
        <w:br/>
        <w:t>f 32897/7470/6598 32898/7469/6598 32900/7471/6599</w:t>
        <w:br/>
        <w:t>f 32901/7472/6600 32897/7470/6598 32900/7471/6599</w:t>
        <w:br/>
        <w:t>f 32910/7473/6601 32909/7474/6602 32908/7475/6603</w:t>
        <w:br/>
        <w:t>f 32907/7476/6601 32910/7473/6601 32908/7475/6603</w:t>
        <w:br/>
        <w:t>f 32908/7475/6603 32909/7474/6602 32911/7477/6604</w:t>
        <w:br/>
        <w:t>f 32910/7473/6601 32907/7476/6601 32901/7472/6600</w:t>
        <w:br/>
        <w:t>f 32900/7471/6599 32910/7473/6601 32901/7472/6600</w:t>
        <w:br/>
        <w:t>f 31991/7478/6605 31990/7479/6606 31989/7480/6607</w:t>
        <w:br/>
        <w:t>f 31992/7481/6605 31991/7478/6605 31989/7480/6607</w:t>
        <w:br/>
        <w:t>f 31990/7479/6606 32000/7482/6608 31999/7483/6609</w:t>
        <w:br/>
        <w:t>f 31989/7480/6607 31990/7479/6606 31999/7483/6609</w:t>
        <w:br/>
        <w:t>f 31992/7481/6605 32003/7484/6610 31991/7478/6605</w:t>
        <w:br/>
        <w:t>f 32000/7482/6608 32009/7485/6611 32008/7486/6612</w:t>
        <w:br/>
        <w:t>f 31999/7483/6609 32000/7482/6608 32008/7486/6612</w:t>
        <w:br/>
        <w:t>f 32019/7487/6613 32018/7488/6614 32017/7489/6614</w:t>
        <w:br/>
        <w:t>f 32016/7490/6613 32019/7487/6613 32017/7489/6614</w:t>
        <w:br/>
        <w:t>f 32018/7488/6614 32027/7491/6615 32026/7492/6616</w:t>
        <w:br/>
        <w:t>f 32017/7489/6614 32018/7488/6614 32026/7492/6616</w:t>
        <w:br/>
        <w:t>f 32027/7491/6615 32033/7493/6617 32032/7494/6617</w:t>
        <w:br/>
        <w:t>f 32026/7492/6616 32027/7491/6615 32032/7494/6617</w:t>
        <w:br/>
        <w:t>f 32019/7487/6613 32016/7490/6613 32036/7495/6618</w:t>
        <w:br/>
        <w:t>f 32237/7496/6619 32236/7497/6620 32235/7498/6621</w:t>
        <w:br/>
        <w:t>f 32247/7499/6622 32246/7500/6623 32245/7501/6623</w:t>
        <w:br/>
        <w:t>f 32244/7502/6622 32247/7499/6622 32245/7501/6623</w:t>
        <w:br/>
        <w:t>f 32251/7503/6624 32247/7499/6622 32244/7502/6622</w:t>
        <w:br/>
        <w:t>f 32250/7504/6624 32251/7503/6624 32244/7502/6622</w:t>
        <w:br/>
        <w:t>f 32251/7503/6624 32250/7504/6624 32284/7505/6625</w:t>
        <w:br/>
        <w:t>f 32246/7500/6623 32411/7506/6626 32410/7507/6626</w:t>
        <w:br/>
        <w:t>f 32245/7501/6623 32246/7500/6623 32410/7507/6626</w:t>
        <w:br/>
        <w:t>f 32420/7508/6627 32419/7509/6628 32418/7510/6628</w:t>
        <w:br/>
        <w:t>f 32417/7511/6627 32420/7508/6627 32418/7510/6628</w:t>
        <w:br/>
        <w:t>f 32453/7512/6629 32420/7508/6627 32417/7511/6627</w:t>
        <w:br/>
        <w:t>f 32419/7509/6628 32457/7513/6630 32456/7514/6631</w:t>
        <w:br/>
        <w:t>f 32418/7510/6628 32419/7509/6628 32456/7514/6631</w:t>
        <w:br/>
        <w:t>f 32411/7506/6626 32237/7496/6619 32235/7498/6621</w:t>
        <w:br/>
        <w:t>f 32410/7507/6626 32411/7506/6626 32235/7498/6621</w:t>
        <w:br/>
        <w:t>f 32869/7515/6632 32868/7516/6633 32867/7517/6633</w:t>
        <w:br/>
        <w:t>f 32870/7518/6634 32867/7517/6633 32868/7516/6633</w:t>
        <w:br/>
        <w:t>f 32871/7519/6635 32870/7518/6634 32868/7516/6633</w:t>
        <w:br/>
        <w:t>f 32880/7520/6636 32879/7521/6636 32878/7522/6637</w:t>
        <w:br/>
        <w:t>f 32877/7523/6638 32880/7520/6636 32878/7522/6637</w:t>
        <w:br/>
        <w:t>f 32878/7522/6637 32881/7524/6639 32877/7523/6638</w:t>
        <w:br/>
        <w:t>f 32880/7520/6636 32870/7518/6634 32871/7519/6635</w:t>
        <w:br/>
        <w:t>f 32879/7521/6636 32880/7520/6636 32871/7519/6635</w:t>
        <w:br/>
        <w:t>f 32936/7525/6640 32935/7526/6640 32934/7527/6641</w:t>
        <w:br/>
        <w:t>f 32936/7525/6640 32938/7528/6642 32937/7529/6643</w:t>
        <w:br/>
        <w:t>f 32935/7526/6640 32936/7525/6640 32937/7529/6643</w:t>
        <w:br/>
        <w:t>f 32942/7530/6644 32941/7531/6644 32940/7532/6645</w:t>
        <w:br/>
        <w:t>f 32939/7533/6646 32942/7530/6644 32940/7532/6645</w:t>
        <w:br/>
        <w:t>f 32945/7534/6647 32944/7535/6648 32943/7536/6648</w:t>
        <w:br/>
        <w:t>f 32940/7532/6645 32937/7529/6643 32938/7528/6642</w:t>
        <w:br/>
        <w:t>f 32939/7533/6646 32940/7532/6645 32938/7528/6642</w:t>
        <w:br/>
        <w:t>f 32941/7531/6644 32942/7530/6644 32943/7536/6648</w:t>
        <w:br/>
        <w:t>f 32944/7535/6648 32941/7531/6644 32943/7536/6648</w:t>
        <w:br/>
        <w:t>f 32041/7537/6649 32040/7538/6649 32039/7539/6650</w:t>
        <w:br/>
        <w:t>f 32038/7540/6651 32041/7537/6649 32039/7539/6650</w:t>
        <w:br/>
        <w:t>f 32043/7541/6652 32038/7540/6651 32039/7539/6650</w:t>
        <w:br/>
        <w:t>f 32042/7542/6653 32043/7541/6652 32039/7539/6650</w:t>
        <w:br/>
        <w:t>f 32046/7543/6654 32045/7544/6655 32044/7545/6656</w:t>
        <w:br/>
        <w:t>f 32048/7546/6657 32043/7541/6652 32042/7542/6653</w:t>
        <w:br/>
        <w:t>f 32047/7547/6657 32048/7546/6657 32042/7542/6653</w:t>
        <w:br/>
        <w:t>f 32047/7547/6657 32045/7544/6655 32046/7543/6654</w:t>
        <w:br/>
        <w:t>f 32048/7546/6657 32047/7547/6657 32046/7543/6654</w:t>
        <w:br/>
        <w:t>f 32051/7548/6658 32050/7549/6659 32049/7550/6660</w:t>
        <w:br/>
        <w:t>f 32053/7551/6661 32052/7552/6662 32044/7545/6656</w:t>
        <w:br/>
        <w:t>f 32056/7553/6663 32055/7554/6664 32054/7555/6665</w:t>
        <w:br/>
        <w:t>f 32060/7556/6666 32059/7557/6666 32058/7558/6667</w:t>
        <w:br/>
        <w:t>f 32057/7559/6667 32060/7556/6666 32058/7558/6667</w:t>
        <w:br/>
        <w:t>f 32062/7560/6668 32061/7561/6668 32057/7559/6667</w:t>
        <w:br/>
        <w:t>f 32058/7558/6667 32062/7560/6668 32057/7559/6667</w:t>
        <w:br/>
        <w:t>f 32061/7561/6668 32062/7560/6668 32064/7562/6669</w:t>
        <w:br/>
        <w:t>f 32063/7563/6669 32061/7561/6668 32064/7562/6669</w:t>
        <w:br/>
        <w:t>f 32066/7564/6670 32065/7565/6670 32063/7563/6669</w:t>
        <w:br/>
        <w:t>f 32064/7562/6669 32066/7564/6670 32063/7563/6669</w:t>
        <w:br/>
        <w:t>f 32065/7565/6670 32066/7564/6670 32068/7566/6671</w:t>
        <w:br/>
        <w:t>f 32067/7567/6671 32065/7565/6670 32068/7566/6671</w:t>
        <w:br/>
        <w:t>f 32069/7568/6672 32067/7567/6671 32068/7566/6671</w:t>
        <w:br/>
        <w:t>f 32070/7569/6672 32069/7568/6672 32068/7566/6671</w:t>
        <w:br/>
        <w:t>f 32071/7570/6673 32069/7568/6672 32070/7569/6672</w:t>
        <w:br/>
        <w:t>f 32045/7544/6655 32053/7551/6661 32044/7545/6656</w:t>
        <w:br/>
        <w:t>f 32040/7538/6649 32041/7537/6649 32073/7571/6674</w:t>
        <w:br/>
        <w:t>f 32072/7572/6675 32040/7538/6649 32073/7571/6674</w:t>
        <w:br/>
        <w:t>f 32054/7555/6665 32059/7557/6666 32060/7556/6666</w:t>
        <w:br/>
        <w:t>f 32056/7553/6663 32054/7555/6665 32060/7556/6666</w:t>
        <w:br/>
        <w:t>f 32072/7572/6675 32073/7571/6674 32049/7550/6660</w:t>
        <w:br/>
        <w:t>f 32050/7549/6659 32072/7572/6675 32049/7550/6660</w:t>
        <w:br/>
        <w:t>f 32168/7573/6676 32167/7574/6677 32166/7575/6678</w:t>
        <w:br/>
        <w:t>f 32165/7576/6679 32168/7573/6676 32166/7575/6678</w:t>
        <w:br/>
        <w:t>f 32170/7577/6680 32169/7578/6681 32166/7575/6678</w:t>
        <w:br/>
        <w:t>f 32167/7574/6677 32170/7577/6680 32166/7575/6678</w:t>
        <w:br/>
        <w:t>f 32173/7579/6682 32172/7580/6683 32171/7581/6684</w:t>
        <w:br/>
        <w:t>f 32175/7582/6685 32174/7583/6686 32169/7578/6681</w:t>
        <w:br/>
        <w:t>f 32170/7577/6680 32175/7582/6685 32169/7578/6681</w:t>
        <w:br/>
        <w:t>f 32174/7583/6686 32175/7582/6685 32173/7579/6682</w:t>
        <w:br/>
        <w:t>f 32171/7581/6684 32174/7583/6686 32173/7579/6682</w:t>
        <w:br/>
        <w:t>f 32178/7584/6687 32177/7585/6688 32176/7586/6688</w:t>
        <w:br/>
        <w:t>f 32180/7587/6689 32172/7580/6683 32179/7588/6690</w:t>
        <w:br/>
        <w:t>f 32183/7589/6691 32182/7590/6691 32181/7591/6692</w:t>
        <w:br/>
        <w:t>f 32187/7592/6693 32186/7593/6694 32185/7594/6695</w:t>
        <w:br/>
        <w:t>f 32184/7595/6693 32187/7592/6693 32185/7594/6695</w:t>
        <w:br/>
        <w:t>f 32186/7593/6694 32189/7596/6696 32188/7597/6696</w:t>
        <w:br/>
        <w:t>f 32185/7594/6695 32186/7593/6694 32188/7597/6696</w:t>
        <w:br/>
        <w:t>f 32189/7596/6696 32191/7598/6697 32190/7599/6697</w:t>
        <w:br/>
        <w:t>f 32188/7597/6696 32189/7596/6696 32190/7599/6697</w:t>
        <w:br/>
        <w:t>f 32193/7600/6698 32190/7599/6697 32191/7598/6697</w:t>
        <w:br/>
        <w:t>f 32192/7601/6698 32193/7600/6698 32191/7598/6697</w:t>
        <w:br/>
        <w:t>f 32192/7601/6698 32195/7602/6699 32194/7603/6699</w:t>
        <w:br/>
        <w:t>f 32193/7600/6698 32192/7601/6698 32194/7603/6699</w:t>
        <w:br/>
        <w:t>f 32194/7603/6699 32195/7602/6699 32196/7604/6700</w:t>
        <w:br/>
        <w:t>f 32197/7605/6700 32194/7603/6699 32196/7604/6700</w:t>
        <w:br/>
        <w:t>f 32198/7606/6701 32197/7605/6700 32196/7604/6700</w:t>
        <w:br/>
        <w:t>f 32171/7581/6684 32172/7580/6683 32180/7587/6689</w:t>
        <w:br/>
        <w:t>f 32165/7576/6679 32200/7607/6702 32199/7608/6702</w:t>
        <w:br/>
        <w:t>f 32168/7573/6676 32165/7576/6679 32199/7608/6702</w:t>
        <w:br/>
        <w:t>f 32182/7590/6691 32183/7589/6691 32187/7592/6693</w:t>
        <w:br/>
        <w:t>f 32184/7595/6693 32182/7590/6691 32187/7592/6693</w:t>
        <w:br/>
        <w:t>f 32200/7607/6702 32176/7586/6688 32177/7585/6688</w:t>
        <w:br/>
        <w:t>f 32199/7608/6702 32200/7607/6702 32177/7585/6688</w:t>
        <w:br/>
        <w:t>f 32731/7609/6703 32730/7610/6704 32729/7611/6705</w:t>
        <w:br/>
        <w:t>f 32732/7612/6706 32731/7609/6703 32729/7611/6705</w:t>
        <w:br/>
        <w:t>f 32735/7613/6707 32734/7614/6708 32733/7615/6709</w:t>
        <w:br/>
        <w:t>f 32735/7613/6707 32737/7616/6710 32736/7617/6711</w:t>
        <w:br/>
        <w:t>f 32735/7613/6707 32739/7618/6712 32738/7619/6713</w:t>
        <w:br/>
        <w:t>f 32735/7613/6707 32741/7620/6714 32740/7621/6715</w:t>
        <w:br/>
        <w:t>f 32735/7613/6707 32743/7622/6716 32742/7623/6717</w:t>
        <w:br/>
        <w:t>f 32735/7613/6707 32744/7624/6718 32729/7611/6705</w:t>
        <w:br/>
        <w:t>f 32735/7613/6707 32745/7625/6719 32743/7622/6716</w:t>
        <w:br/>
        <w:t>f 32735/7613/6707 32736/7617/6711 32745/7625/6719</w:t>
        <w:br/>
        <w:t>f 32749/7626/6720 32748/7627/6721 32747/7628/6722</w:t>
        <w:br/>
        <w:t>f 32746/7629/6723 32749/7626/6720 32747/7628/6722</w:t>
        <w:br/>
        <w:t>f 32753/7630/6724 32752/7631/6725 32751/7632/6725</w:t>
        <w:br/>
        <w:t>f 32750/7633/6726 32753/7630/6724 32751/7632/6725</w:t>
        <w:br/>
        <w:t>f 32755/7634/6727 32754/7635/6727 32753/7630/6724</w:t>
        <w:br/>
        <w:t>f 32750/7633/6726 32755/7634/6727 32753/7630/6724</w:t>
        <w:br/>
        <w:t>f 32757/7636/6728 32756/7637/6728 32754/7635/6727</w:t>
        <w:br/>
        <w:t>f 32755/7634/6727 32757/7636/6728 32754/7635/6727</w:t>
        <w:br/>
        <w:t>f 32759/7638/6729 32758/7639/6729 32756/7637/6728</w:t>
        <w:br/>
        <w:t>f 32757/7636/6728 32759/7638/6729 32756/7637/6728</w:t>
        <w:br/>
        <w:t>f 32763/7640/6730 32762/7641/6730 32761/7642/6731</w:t>
        <w:br/>
        <w:t>f 32760/7643/6732 32763/7640/6730 32761/7642/6731</w:t>
        <w:br/>
        <w:t>f 32765/7644/6733 32764/7645/6733 32760/7643/6732</w:t>
        <w:br/>
        <w:t>f 32761/7642/6731 32765/7644/6733 32760/7643/6732</w:t>
        <w:br/>
        <w:t>f 32767/7646/6734 32766/7647/6735 32764/7645/6733</w:t>
        <w:br/>
        <w:t>f 32765/7644/6733 32767/7646/6734 32764/7645/6733</w:t>
        <w:br/>
        <w:t>f 32766/7647/6735 32767/7646/6734 32769/7648/6736</w:t>
        <w:br/>
        <w:t>f 32768/7649/6736 32766/7647/6735 32769/7648/6736</w:t>
        <w:br/>
        <w:t>f 32771/7650/6737 32770/7651/6738 32768/7649/6736</w:t>
        <w:br/>
        <w:t>f 32769/7648/6736 32771/7650/6737 32768/7649/6736</w:t>
        <w:br/>
        <w:t>f 32775/7652/6739 32774/7653/6740 32773/7654/6741</w:t>
        <w:br/>
        <w:t>f 32772/7655/6742 32775/7652/6739 32773/7654/6741</w:t>
        <w:br/>
        <w:t>f 32748/7627/6743 32775/7652/6739 32772/7655/6742</w:t>
        <w:br/>
        <w:t>f 32731/7609/6703 32748/7627/6743 32772/7655/6742</w:t>
        <w:br/>
        <w:t>f 32752/7631/6725 32749/7626/6720 32746/7629/6723</w:t>
        <w:br/>
        <w:t>f 32751/7632/6725 32752/7631/6725 32746/7629/6723</w:t>
        <w:br/>
        <w:t>f 32779/7656/6744 32778/7657/6745 32777/7658/6746</w:t>
        <w:br/>
        <w:t>f 32776/7659/6747 32779/7656/6744 32777/7658/6746</w:t>
        <w:br/>
        <w:t>f 32782/7660/6748 32781/7661/6748 32780/7662/6749</w:t>
        <w:br/>
        <w:t>f 32783/7663/6750 32782/7660/6748 32780/7662/6749</w:t>
        <w:br/>
        <w:t>f 32787/7664/6751 32786/7665/6752 32785/7666/6753</w:t>
        <w:br/>
        <w:t>f 32784/7667/6751 32787/7664/6751 32785/7666/6753</w:t>
        <w:br/>
        <w:t>f 32779/7656/6744 32789/7668/6754 32788/7669/6755</w:t>
        <w:br/>
        <w:t>f 32778/7657/6745 32779/7656/6744 32788/7669/6755</w:t>
        <w:br/>
        <w:t>f 32776/7659/6747 32733/7615/6709 32773/7654/6741</w:t>
        <w:br/>
        <w:t>f 32779/7656/6744 32776/7659/6747 32773/7654/6741</w:t>
        <w:br/>
        <w:t>f 32735/7613/6707 32777/7658/6746 32790/7670/6756</w:t>
        <w:br/>
        <w:t>f 32741/7620/6714 32781/7661/6748 32782/7660/6748</w:t>
        <w:br/>
        <w:t>f 32791/7671/6714 32741/7620/6714 32782/7660/6748</w:t>
        <w:br/>
        <w:t>f 32783/7663/6750 32780/7662/6749 32742/7623/6717</w:t>
        <w:br/>
        <w:t>f 32792/7672/6757 32783/7663/6750 32742/7623/6717</w:t>
        <w:br/>
        <w:t>f 32787/7664/6751 32784/7667/6751 32758/7639/6729</w:t>
        <w:br/>
        <w:t>f 32759/7638/6729 32787/7664/6751 32758/7639/6729</w:t>
        <w:br/>
        <w:t>f 32763/7640/6730 32785/7666/6753 32786/7665/6752</w:t>
        <w:br/>
        <w:t>f 32762/7641/6730 32763/7640/6730 32786/7665/6752</w:t>
        <w:br/>
        <w:t>f 32778/7657/6745 32788/7669/6755 32770/7651/6738</w:t>
        <w:br/>
        <w:t>f 32771/7650/6737 32778/7657/6745 32770/7651/6738</w:t>
        <w:br/>
        <w:t>f 32774/7653/6740 32789/7668/6754 32779/7656/6744</w:t>
        <w:br/>
        <w:t>f 32773/7654/6741 32774/7653/6740 32779/7656/6744</w:t>
        <w:br/>
        <w:t>f 32772/7655/6742 32734/7614/6708 32730/7610/6704</w:t>
        <w:br/>
        <w:t>f 32731/7609/6703 32772/7655/6742 32730/7610/6704</w:t>
        <w:br/>
        <w:t>f 32735/7613/6707 32790/7670/6756 32737/7616/6710</w:t>
        <w:br/>
        <w:t>f 32735/7613/6707 32740/7621/6715 32739/7618/6712</w:t>
        <w:br/>
        <w:t>f 32735/7613/6707 32738/7619/6713 32744/7624/6718</w:t>
        <w:br/>
        <w:t>f 32795/7673/6758 32794/7674/6759 32793/7675/6760</w:t>
        <w:br/>
        <w:t>f 32796/7676/6758 32795/7673/6758 32793/7675/6760</w:t>
        <w:br/>
        <w:t>f 32799/7677/6761 32798/7678/6762 32797/7679/6763</w:t>
        <w:br/>
        <w:t>f 32799/7677/6761 32801/7680/6764 32800/7681/6765</w:t>
        <w:br/>
        <w:t>f 32799/7677/6761 32803/7682/6766 32802/7683/6767</w:t>
        <w:br/>
        <w:t>f 32799/7677/6761 32805/7684/6768 32804/7685/6769</w:t>
        <w:br/>
        <w:t>f 32799/7677/6761 32807/7686/6770 32806/7687/6771</w:t>
        <w:br/>
        <w:t>f 32799/7677/6761 32795/7673/6758 32808/7688/6772</w:t>
        <w:br/>
        <w:t>f 32799/7677/6761 32806/7687/6771 32809/7689/6773</w:t>
        <w:br/>
        <w:t>f 32799/7677/6761 32809/7689/6773 32801/7680/6764</w:t>
        <w:br/>
        <w:t>f 32813/7690/6774 32812/7691/6774 32811/7692/6775</w:t>
        <w:br/>
        <w:t>f 32810/7693/6776 32813/7690/6774 32811/7692/6775</w:t>
        <w:br/>
        <w:t>f 32817/7694/6777 32816/7695/6777 32815/7696/6778</w:t>
        <w:br/>
        <w:t>f 32814/7697/6778 32817/7694/6777 32815/7696/6778</w:t>
        <w:br/>
        <w:t>f 32819/7698/6779 32816/7695/6777 32817/7694/6777</w:t>
        <w:br/>
        <w:t>f 32818/7699/6779 32819/7698/6779 32817/7694/6777</w:t>
        <w:br/>
        <w:t>f 32821/7700/6780 32819/7698/6779 32818/7699/6779</w:t>
        <w:br/>
        <w:t>f 32820/7701/6780 32821/7700/6780 32818/7699/6779</w:t>
        <w:br/>
        <w:t>f 32823/7702/6781 32821/7700/6780 32820/7701/6780</w:t>
        <w:br/>
        <w:t>f 32822/7703/6781 32823/7702/6781 32820/7701/6780</w:t>
        <w:br/>
        <w:t>f 32827/7704/6782 32826/7705/6783 32825/7706/6784</w:t>
        <w:br/>
        <w:t>f 32824/7707/6782 32827/7704/6782 32825/7706/6784</w:t>
        <w:br/>
        <w:t>f 32829/7708/6785 32825/7706/6784 32826/7705/6783</w:t>
        <w:br/>
        <w:t>f 32828/7709/6785 32829/7708/6785 32826/7705/6783</w:t>
        <w:br/>
        <w:t>f 32831/7710/6786 32829/7708/6785 32828/7709/6785</w:t>
        <w:br/>
        <w:t>f 32830/7711/6786 32831/7710/6786 32828/7709/6785</w:t>
        <w:br/>
        <w:t>f 32830/7711/6786 32833/7712/6787 32832/7713/6787</w:t>
        <w:br/>
        <w:t>f 32831/7710/6786 32830/7711/6786 32832/7713/6787</w:t>
        <w:br/>
        <w:t>f 32835/7714/6788 32832/7713/6787 32833/7712/6787</w:t>
        <w:br/>
        <w:t>f 32834/7715/6789 32835/7714/6788 32833/7712/6787</w:t>
        <w:br/>
        <w:t>f 32839/7716/6790 32838/7717/6791 32837/7718/6792</w:t>
        <w:br/>
        <w:t>f 32836/7719/6793 32839/7716/6790 32837/7718/6792</w:t>
        <w:br/>
        <w:t>f 32810/7693/6794 32793/7675/6760 32838/7717/6791</w:t>
        <w:br/>
        <w:t>f 32839/7716/6790 32810/7693/6794 32838/7717/6791</w:t>
        <w:br/>
        <w:t>f 32814/7697/6778 32815/7696/6778 32812/7691/6774</w:t>
        <w:br/>
        <w:t>f 32813/7690/6774 32814/7697/6778 32812/7691/6774</w:t>
        <w:br/>
        <w:t>f 32843/7720/6795 32842/7721/6796 32841/7722/6797</w:t>
        <w:br/>
        <w:t>f 32840/7723/6798 32843/7720/6795 32841/7722/6797</w:t>
        <w:br/>
        <w:t>f 32846/7724/6799 32845/7725/6800 32844/7726/6800</w:t>
        <w:br/>
        <w:t>f 32847/7727/6799 32846/7724/6799 32844/7726/6800</w:t>
        <w:br/>
        <w:t>f 32851/7728/6801 32850/7729/6801 32849/7730/6802</w:t>
        <w:br/>
        <w:t>f 32848/7731/6803 32851/7728/6801 32849/7730/6802</w:t>
        <w:br/>
        <w:t>f 32843/7720/6795 32840/7723/6798 32853/7732/6804</w:t>
        <w:br/>
        <w:t>f 32852/7733/6805 32843/7720/6795 32853/7732/6804</w:t>
        <w:br/>
        <w:t>f 32837/7718/6792 32798/7678/6762 32842/7721/6796</w:t>
        <w:br/>
        <w:t>f 32843/7720/6795 32837/7718/6792 32842/7721/6796</w:t>
        <w:br/>
        <w:t>f 32799/7677/6761 32854/7734/6806 32841/7722/6797</w:t>
        <w:br/>
        <w:t>f 32844/7726/6800 32845/7725/6800 32804/7685/6769</w:t>
        <w:br/>
        <w:t>f 32855/7735/6769 32844/7726/6800 32804/7685/6769</w:t>
        <w:br/>
        <w:t>f 32847/7727/6799 32856/7736/6807 32807/7686/6770</w:t>
        <w:br/>
        <w:t>f 32846/7724/6799 32847/7727/6799 32807/7686/6770</w:t>
        <w:br/>
        <w:t>f 32851/7728/6801 32823/7702/6781 32822/7703/6781</w:t>
        <w:br/>
        <w:t>f 32850/7729/6801 32851/7728/6801 32822/7703/6781</w:t>
        <w:br/>
        <w:t>f 32827/7704/6782 32824/7707/6782 32848/7731/6803</w:t>
        <w:br/>
        <w:t>f 32849/7730/6802 32827/7704/6782 32848/7731/6803</w:t>
        <w:br/>
        <w:t>f 32840/7723/6798 32835/7714/6788 32834/7715/6789</w:t>
        <w:br/>
        <w:t>f 32853/7732/6804 32840/7723/6798 32834/7715/6789</w:t>
        <w:br/>
        <w:t>f 32836/7719/6793 32837/7718/6792 32843/7720/6795</w:t>
        <w:br/>
        <w:t>f 32852/7733/6805 32836/7719/6793 32843/7720/6795</w:t>
        <w:br/>
        <w:t>f 32794/7674/6759 32797/7679/6763 32838/7717/6791</w:t>
        <w:br/>
        <w:t>f 32793/7675/6760 32794/7674/6759 32838/7717/6791</w:t>
        <w:br/>
        <w:t>f 32799/7677/6761 32800/7681/6765 32854/7734/6806</w:t>
        <w:br/>
        <w:t>f 32799/7677/6761 32802/7683/6767 32805/7684/6768</w:t>
        <w:br/>
        <w:t>f 32799/7677/6761 32808/7688/6772 32803/7682/6766</w:t>
        <w:br/>
        <w:t>f 32730/7610/6704 32735/7613/6707 32729/7611/6705</w:t>
        <w:br/>
        <w:t>f 32734/7614/6708 32772/7655/6742 32773/7654/6741</w:t>
        <w:br/>
        <w:t>f 32733/7615/6709 32734/7614/6708 32773/7654/6741</w:t>
        <w:br/>
        <w:t>f 32737/7616/6710 32918/7737/6808 32917/7738/6809</w:t>
        <w:br/>
        <w:t>f 32736/7617/6711 32737/7616/6710 32917/7738/6809</w:t>
        <w:br/>
        <w:t>f 32920/7739/6810 32919/7740/6811 32738/7619/6713</w:t>
        <w:br/>
        <w:t>f 32739/7618/6712 32920/7739/6810 32738/7619/6713</w:t>
        <w:br/>
        <w:t>f 32791/7671/6714 32921/7741/6715 32740/7621/6715</w:t>
        <w:br/>
        <w:t>f 32741/7620/6714 32791/7671/6714 32740/7621/6715</w:t>
        <w:br/>
        <w:t>f 32743/7622/6716 32922/7742/6812 32792/7672/6757</w:t>
        <w:br/>
        <w:t>f 32742/7623/6717 32743/7622/6716 32792/7672/6757</w:t>
        <w:br/>
        <w:t>f 32732/7612/6706 32729/7611/6705 32744/7624/6718</w:t>
        <w:br/>
        <w:t>f 32923/7743/6813 32732/7612/6706 32744/7624/6718</w:t>
        <w:br/>
        <w:t>f 32922/7742/6812 32743/7622/6716 32745/7625/6719</w:t>
        <w:br/>
        <w:t>f 32924/7744/6814 32922/7742/6812 32745/7625/6719</w:t>
        <w:br/>
        <w:t>f 32736/7617/6711 32917/7738/6809 32924/7744/6814</w:t>
        <w:br/>
        <w:t>f 32745/7625/6719 32736/7617/6711 32924/7744/6814</w:t>
        <w:br/>
        <w:t>f 32777/7658/6746 32735/7613/6707 32776/7659/6747</w:t>
        <w:br/>
        <w:t>f 32781/7661/6748 32735/7613/6707 32780/7662/6749</w:t>
        <w:br/>
        <w:t>f 32776/7659/6747 32735/7613/6707 32733/7615/6709</w:t>
        <w:br/>
        <w:t>f 32778/7657/6745 32771/7650/6737 32790/7670/6756</w:t>
        <w:br/>
        <w:t>f 32777/7658/6746 32778/7657/6745 32790/7670/6756</w:t>
        <w:br/>
        <w:t>f 32741/7620/6714 32735/7613/6707 32781/7661/6748</w:t>
        <w:br/>
        <w:t>f 32780/7662/6749 32735/7613/6707 32742/7623/6717</w:t>
        <w:br/>
        <w:t>f 32734/7614/6708 32735/7613/6707 32730/7610/6704</w:t>
        <w:br/>
        <w:t>f 32771/7650/6737 32918/7737/6808 32737/7616/6710</w:t>
        <w:br/>
        <w:t>f 32790/7670/6756 32771/7650/6737 32737/7616/6710</w:t>
        <w:br/>
        <w:t>f 32921/7741/6715 32920/7739/6810 32739/7618/6712</w:t>
        <w:br/>
        <w:t>f 32740/7621/6715 32921/7741/6715 32739/7618/6712</w:t>
        <w:br/>
        <w:t>f 32919/7740/6811 32923/7743/6813 32744/7624/6718</w:t>
        <w:br/>
        <w:t>f 32738/7619/6713 32919/7740/6811 32744/7624/6718</w:t>
        <w:br/>
        <w:t>f 32795/7673/6758 32799/7677/6761 32794/7674/6759</w:t>
        <w:br/>
        <w:t>f 32837/7718/6792 32838/7717/6791 32797/7679/6763</w:t>
        <w:br/>
        <w:t>f 32798/7678/6762 32837/7718/6792 32797/7679/6763</w:t>
        <w:br/>
        <w:t>f 32925/7745/6815 32800/7681/6765 32801/7680/6764</w:t>
        <w:br/>
        <w:t>f 32926/7746/6816 32925/7745/6815 32801/7680/6764</w:t>
        <w:br/>
        <w:t>f 32927/7747/6817 32802/7683/6767 32803/7682/6766</w:t>
        <w:br/>
        <w:t>f 32928/7748/6818 32927/7747/6817 32803/7682/6766</w:t>
        <w:br/>
        <w:t>f 32855/7735/6769 32804/7685/6769 32805/7684/6768</w:t>
        <w:br/>
        <w:t>f 32929/7749/6768 32855/7735/6769 32805/7684/6768</w:t>
        <w:br/>
        <w:t>f 32856/7736/6807 32930/7750/6819 32806/7687/6771</w:t>
        <w:br/>
        <w:t>f 32807/7686/6770 32856/7736/6807 32806/7687/6771</w:t>
        <w:br/>
        <w:t>f 32795/7673/6758 32796/7676/6758 32931/7751/6820</w:t>
        <w:br/>
        <w:t>f 32808/7688/6772 32795/7673/6758 32931/7751/6820</w:t>
        <w:br/>
        <w:t>f 32930/7750/6819 32932/7752/6821 32809/7689/6773</w:t>
        <w:br/>
        <w:t>f 32806/7687/6771 32930/7750/6819 32809/7689/6773</w:t>
        <w:br/>
        <w:t>f 32932/7752/6821 32926/7746/6816 32801/7680/6764</w:t>
        <w:br/>
        <w:t>f 32809/7689/6773 32932/7752/6821 32801/7680/6764</w:t>
        <w:br/>
        <w:t>f 32842/7721/6796 32799/7677/6761 32841/7722/6797</w:t>
        <w:br/>
        <w:t>f 32846/7724/6799 32799/7677/6761 32845/7725/6800</w:t>
        <w:br/>
        <w:t>f 32798/7678/6762 32799/7677/6761 32842/7721/6796</w:t>
        <w:br/>
        <w:t>f 32840/7723/6798 32841/7722/6797 32854/7734/6806</w:t>
        <w:br/>
        <w:t>f 32933/7753/6822 32840/7723/6798 32854/7734/6806</w:t>
        <w:br/>
        <w:t>f 32845/7725/6800 32799/7677/6761 32804/7685/6769</w:t>
        <w:br/>
        <w:t>f 32807/7686/6770 32799/7677/6761 32846/7724/6799</w:t>
        <w:br/>
        <w:t>f 32794/7674/6759 32799/7677/6761 32797/7679/6763</w:t>
        <w:br/>
        <w:t>f 32800/7681/6765 32925/7745/6815 32835/7714/6823</w:t>
        <w:br/>
        <w:t>f 32854/7734/6806 32800/7681/6765 32835/7714/6823</w:t>
        <w:br/>
        <w:t>f 32802/7683/6767 32927/7747/6817 32929/7749/6768</w:t>
        <w:br/>
        <w:t>f 32805/7684/6768 32802/7683/6767 32929/7749/6768</w:t>
        <w:br/>
        <w:t>f 32928/7748/6818 32803/7682/6766 32808/7688/6772</w:t>
        <w:br/>
        <w:t>f 32931/7751/6820 32928/7748/6818 32808/7688/6772</w:t>
        <w:br/>
        <w:t>f 32076/7754/6824 32075/7755/6825 32074/7756/6826</w:t>
        <w:br/>
        <w:t>f 32077/7757/6827 32075/7755/6825 32076/7754/6824</w:t>
        <w:br/>
        <w:t>f 32078/7758/6828 32075/7755/6825 32077/7757/6827</w:t>
        <w:br/>
        <w:t>f 32079/7759/6829 32075/7755/6825 32078/7758/6828</w:t>
        <w:br/>
        <w:t>f 32080/7760/6830 32075/7755/6825 32079/7759/6829</w:t>
        <w:br/>
        <w:t>f 32081/7761/6831 32075/7755/6825 32080/7760/6830</w:t>
        <w:br/>
        <w:t>f 32082/7762/6832 32075/7755/6825 32081/7761/6831</w:t>
        <w:br/>
        <w:t>f 32083/7763/6833 32075/7755/6825 32082/7762/6832</w:t>
        <w:br/>
        <w:t>f 32084/7764/6834 32075/7755/6825 32083/7763/6833</w:t>
        <w:br/>
        <w:t>f 32085/7765/6835 32075/7755/6825 32084/7764/6834</w:t>
        <w:br/>
        <w:t>f 32086/7766/6836 32075/7755/6825 32085/7765/6835</w:t>
        <w:br/>
        <w:t>f 32087/7767/6837 32075/7755/6825 32086/7766/6836</w:t>
        <w:br/>
        <w:t>f 32088/7768/6838 32075/7755/6825 32087/7767/6837</w:t>
        <w:br/>
        <w:t>f 32089/7769/6839 32075/7755/6825 32088/7768/6838</w:t>
        <w:br/>
        <w:t>f 32090/7770/6840 32075/7755/6825 32089/7769/6839</w:t>
        <w:br/>
        <w:t>f 32091/7771/6841 32075/7755/6825 32090/7770/6840</w:t>
        <w:br/>
        <w:t>f 32092/7772/6842 32075/7755/6825 32091/7771/6841</w:t>
        <w:br/>
        <w:t>f 32074/7756/6826 32075/7755/6825 32092/7772/6842</w:t>
        <w:br/>
        <w:t>f 32095/7773/6843 32094/7774/6844 32093/7775/6845</w:t>
        <w:br/>
        <w:t>f 32096/7776/6846 32095/7773/6843 32093/7775/6845</w:t>
        <w:br/>
        <w:t>f 32097/7777/6847 32096/7776/6846 32093/7775/6845</w:t>
        <w:br/>
        <w:t>f 32098/7778/6848 32097/7777/6847 32093/7775/6845</w:t>
        <w:br/>
        <w:t>f 32099/7779/6849 32098/7778/6848 32093/7775/6845</w:t>
        <w:br/>
        <w:t>f 32100/7780/6850 32099/7779/6849 32093/7775/6845</w:t>
        <w:br/>
        <w:t>f 32101/7781/6851 32100/7780/6850 32093/7775/6845</w:t>
        <w:br/>
        <w:t>f 32102/7782/6852 32101/7781/6851 32093/7775/6845</w:t>
        <w:br/>
        <w:t>f 32103/7783/6853 32102/7782/6852 32093/7775/6845</w:t>
        <w:br/>
        <w:t>f 32104/7784/6854 32103/7783/6853 32093/7775/6845</w:t>
        <w:br/>
        <w:t>f 32105/7785/6855 32104/7784/6854 32093/7775/6845</w:t>
        <w:br/>
        <w:t>f 32106/7786/6856 32105/7785/6855 32093/7775/6845</w:t>
        <w:br/>
        <w:t>f 32107/7787/6857 32106/7786/6856 32093/7775/6845</w:t>
        <w:br/>
        <w:t>f 32108/7788/6858 32107/7787/6857 32093/7775/6845</w:t>
        <w:br/>
        <w:t>f 32109/7789/6859 32108/7788/6858 32093/7775/6845</w:t>
        <w:br/>
        <w:t>f 32110/7790/6860 32109/7789/6859 32093/7775/6845</w:t>
        <w:br/>
        <w:t>f 32111/7791/6861 32110/7790/6860 32093/7775/6845</w:t>
        <w:br/>
        <w:t>f 32094/7774/6844 32111/7791/6861 32093/7775/6845</w:t>
        <w:br/>
        <w:t>usemtl MI_Audrey_Hair3</w:t>
        <w:br/>
        <w:t>f 3/7792/6862 2/7793/6862 1/7794/6862</w:t>
        <w:br/>
        <w:t>f 6/7795/6863 5/7796/6863 4/7797/6863</w:t>
        <w:br/>
        <w:t>f 9/7798/6864 8/7799/6865 7/7800/6866</w:t>
        <w:br/>
        <w:t>f 10/7801/6867 9/7798/6864 7/7800/6866</w:t>
        <w:br/>
        <w:t>f 14/7802/6868 13/7803/6869 12/7804/6870</w:t>
        <w:br/>
        <w:t>f 11/7805/6871 14/7802/6868 12/7804/6870</w:t>
        <w:br/>
        <w:t>f 14/7802/6868 11/7805/6871 15/7806/6872</w:t>
        <w:br/>
        <w:t>f 16/7807/6873 14/7802/6868 15/7806/6872</w:t>
        <w:br/>
        <w:t>f 18/7808/6874 17/7809/6875 16/7807/6873</w:t>
        <w:br/>
        <w:t>f 15/7806/6872 18/7808/6874 16/7807/6873</w:t>
        <w:br/>
        <w:t>f 10/7801/6867 20/7810/6876 19/7811/6877</w:t>
        <w:br/>
        <w:t>f 9/7798/6864 10/7801/6867 19/7811/6877</w:t>
        <w:br/>
        <w:t>f 22/7812/6878 10/7801/6867 7/7800/6866</w:t>
        <w:br/>
        <w:t>f 21/7813/6879 22/7812/6878 7/7800/6866</w:t>
        <w:br/>
        <w:t>f 15/7806/6880 10/7801/6881 23/7814/6882</w:t>
        <w:br/>
        <w:t>f 24/7815/6882 15/7806/6880 23/7814/6882</w:t>
        <w:br/>
        <w:t>f 28/7816/6883 27/7817/6884 26/7818/6885</w:t>
        <w:br/>
        <w:t>f 25/7819/6885 28/7816/6883 26/7818/6885</w:t>
        <w:br/>
        <w:t>f 25/7819/6885 26/7818/6885 30/7820/6886</w:t>
        <w:br/>
        <w:t>f 29/7821/6887 25/7819/6885 30/7820/6886</w:t>
        <w:br/>
        <w:t>f 33/7822/6888 32/7823/6889 31/7824/6890</w:t>
        <w:br/>
        <w:t>f 33/7822/6888 35/7825/6891 34/7826/6892</w:t>
        <w:br/>
        <w:t>f 32/7823/6889 33/7822/6888 34/7826/6892</w:t>
        <w:br/>
        <w:t>f 9/7798/6864 11/7805/6893 37/7827/6894</w:t>
        <w:br/>
        <w:t>f 36/7828/6894 9/7798/6864 37/7827/6894</w:t>
        <w:br/>
        <w:t>f 39/7829/6895 38/7830/6896 36/7828/6894</w:t>
        <w:br/>
        <w:t>f 37/7827/6894 39/7829/6895 36/7828/6894</w:t>
        <w:br/>
        <w:t>f 42/7831/6897 41/7832/6898 40/7833/6899</w:t>
        <w:br/>
        <w:t>f 45/7834/6900 44/7835/6901 43/7836/6902</w:t>
        <w:br/>
        <w:t>f 49/7837/6903 48/7838/6904 47/7839/6905</w:t>
        <w:br/>
        <w:t>f 46/7840/6906 49/7837/6903 47/7839/6905</w:t>
        <w:br/>
        <w:t>f 48/7838/6904 49/7837/6903 50/7841/6907</w:t>
        <w:br/>
        <w:t>f 53/7842/6908 52/7843/6909 51/7844/6910</w:t>
        <w:br/>
        <w:t>f 54/7845/6911 12/7804/6870 13/7803/6869</w:t>
        <w:br/>
        <w:t>f 55/7846/6912 54/7845/6911 13/7803/6869</w:t>
        <w:br/>
        <w:t>f 59/7847/6913 58/7848/6914 57/7849/6915</w:t>
        <w:br/>
        <w:t>f 56/7850/6916 59/7847/6913 57/7849/6915</w:t>
        <w:br/>
        <w:t>f 56/7850/6916 57/7849/6915 8/7799/6865</w:t>
        <w:br/>
        <w:t>f 9/7798/6864 56/7850/6916 8/7799/6865</w:t>
        <w:br/>
        <w:t>f 58/7848/6914 59/7847/6913 44/7835/6901</w:t>
        <w:br/>
        <w:t>f 45/7834/6900 58/7848/6914 44/7835/6901</w:t>
        <w:br/>
        <w:t>f 63/7851/6917 62/7852/6918 61/7853/6918</w:t>
        <w:br/>
        <w:t>f 60/7854/6919 63/7851/6917 61/7853/6918</w:t>
        <w:br/>
        <w:t>f 40/7833/6899 65/7855/6920 64/7856/6914</w:t>
        <w:br/>
        <w:t>f 42/7831/6897 40/7833/6899 64/7856/6914</w:t>
        <w:br/>
        <w:t>f 69/7857/6921 68/7858/6922 67/7859/6923</w:t>
        <w:br/>
        <w:t>f 66/7860/6921 69/7857/6921 67/7859/6923</w:t>
        <w:br/>
        <w:t>f 66/7860/6921 71/7861/6924 70/7862/6924</w:t>
        <w:br/>
        <w:t>f 69/7857/6921 66/7860/6921 70/7862/6924</w:t>
        <w:br/>
        <w:t>f 72/7863/6925 64/7856/6914 65/7855/6920</w:t>
        <w:br/>
        <w:t>f 73/7864/6926 72/7863/6925 65/7855/6920</w:t>
        <w:br/>
        <w:t>f 74/7865/6927 72/7863/6925 73/7864/6926</w:t>
        <w:br/>
        <w:t>f 75/7866/6928 74/7865/6927 73/7864/6926</w:t>
        <w:br/>
        <w:t>f 55/7846/6912 52/7843/6909 53/7842/6908</w:t>
        <w:br/>
        <w:t>f 54/7845/6911 55/7846/6912 53/7842/6908</w:t>
        <w:br/>
        <w:t>f 38/7830/6896 39/7829/6895 61/7853/6918</w:t>
        <w:br/>
        <w:t>f 62/7852/6918 38/7830/6896 61/7853/6918</w:t>
        <w:br/>
        <w:t>f 79/7867/6929 78/7868/6930 77/7869/6930</w:t>
        <w:br/>
        <w:t>f 76/7870/6929 79/7867/6929 77/7869/6930</w:t>
        <w:br/>
        <w:t>f 82/7871/6931 81/7872/6932 80/7873/6933</w:t>
        <w:br/>
        <w:t>f 83/7874/6934 82/7871/6931 80/7873/6933</w:t>
        <w:br/>
        <w:t>f 86/7875/6935 85/7876/6869 84/7877/6868</w:t>
        <w:br/>
        <w:t>f 82/7871/6936 86/7875/6935 84/7877/6868</w:t>
        <w:br/>
        <w:t>f 71/7861/6924 79/7867/6929 76/7870/6929</w:t>
        <w:br/>
        <w:t>f 70/7862/6924 71/7861/6924 76/7870/6929</w:t>
        <w:br/>
        <w:t>f 46/7840/6906 47/7839/6905 85/7876/6869</w:t>
        <w:br/>
        <w:t>f 86/7875/6935 46/7840/6906 85/7876/6869</w:t>
        <w:br/>
        <w:t>f 88/7878/6937 77/7869/6930 78/7868/6930</w:t>
        <w:br/>
        <w:t>f 87/7879/6938 88/7878/6937 78/7868/6930</w:t>
        <w:br/>
        <w:t>f 75/7866/6928 88/7878/6937 89/7880/6939</w:t>
        <w:br/>
        <w:t>f 74/7865/6927 75/7866/6928 89/7880/6939</w:t>
        <w:br/>
        <w:t>f 92/7881/6940 91/7882/6941 90/7883/6942</w:t>
        <w:br/>
        <w:t>f 88/7878/6943 92/7881/6940 90/7883/6942</w:t>
        <w:br/>
        <w:t>f 95/7884/6944 94/7885/6945 93/7886/6946</w:t>
        <w:br/>
        <w:t>f 83/7874/6947 95/7884/6944 93/7886/6946</w:t>
        <w:br/>
        <w:t>f 96/7887/6948 88/7878/6937 87/7879/6938</w:t>
        <w:br/>
        <w:t>f 97/7888/6948 96/7887/6948 87/7879/6938</w:t>
        <w:br/>
        <w:t>f 100/7889/6949 99/7890/6950 98/7891/6951</w:t>
        <w:br/>
        <w:t>f 101/7892/6952 100/7889/6949 98/7891/6951</w:t>
        <w:br/>
        <w:t>f 104/7893/6953 103/7894/6954 102/7895/6955</w:t>
        <w:br/>
        <w:t>f 105/7896/6953 104/7893/6953 102/7895/6955</w:t>
        <w:br/>
        <w:t>f 107/7897/6956 106/7898/6957 100/7889/6949</w:t>
        <w:br/>
        <w:t>f 101/7892/6952 107/7897/6956 100/7889/6949</w:t>
        <w:br/>
        <w:t>f 111/7899/6958 110/7900/6959 109/7901/6960</w:t>
        <w:br/>
        <w:t>f 108/7902/6961 111/7899/6958 109/7901/6960</w:t>
        <w:br/>
        <w:t>f 102/7895/6955 103/7894/6954 112/7903/6962</w:t>
        <w:br/>
        <w:t>f 113/7904/6963 102/7895/6955 112/7903/6962</w:t>
        <w:br/>
        <w:t>f 116/7905/6964 115/7906/6965 114/7907/6966</w:t>
        <w:br/>
        <w:t>f 118/7908/6967 117/7909/6968 115/7906/6965</w:t>
        <w:br/>
        <w:t>f 116/7905/6964 118/7908/6967 115/7906/6965</w:t>
        <w:br/>
        <w:t>f 120/7910/6951 119/7911/6969 109/7901/6960</w:t>
        <w:br/>
        <w:t>f 110/7900/6959 120/7910/6951 109/7901/6960</w:t>
        <w:br/>
        <w:t>f 17/7809/6875 18/7808/6874 119/7911/6969</w:t>
        <w:br/>
        <w:t>f 120/7910/6951 17/7809/6875 119/7911/6969</w:t>
        <w:br/>
        <w:t>f 27/7817/6884 28/7816/6883 24/7815/6882</w:t>
        <w:br/>
        <w:t>f 23/7814/6882 27/7817/6884 24/7815/6882</w:t>
        <w:br/>
        <w:t>f 21/7813/6879 34/7826/6892 35/7825/6891</w:t>
        <w:br/>
        <w:t>f 22/7812/6878 21/7813/6879 35/7825/6891</w:t>
        <w:br/>
        <w:t>f 91/7882/6941 92/7881/6940 117/7909/6968</w:t>
        <w:br/>
        <w:t>f 118/7908/6967 91/7882/6941 117/7909/6968</w:t>
        <w:br/>
        <w:t>f 105/7896/6953 96/7887/6948 97/7888/6948</w:t>
        <w:br/>
        <w:t>f 104/7893/6953 105/7896/6953 97/7888/6948</w:t>
        <w:br/>
        <w:t>f 99/7890/6950 93/7886/6946 94/7885/6945</w:t>
        <w:br/>
        <w:t>f 98/7891/6951 99/7890/6950 94/7885/6945</w:t>
        <w:br/>
        <w:t>f 123/7912/6970 122/7913/6971 121/7914/6972</w:t>
        <w:br/>
        <w:t>f 124/7915/6973 123/7912/6970 121/7914/6972</w:t>
        <w:br/>
        <w:t>f 128/7916/6974 127/7917/6975 126/7918/6976</w:t>
        <w:br/>
        <w:t>f 125/7919/6977 128/7916/6974 126/7918/6976</w:t>
        <w:br/>
        <w:t>f 130/7920/6978 127/7917/6975 128/7916/6974</w:t>
        <w:br/>
        <w:t>f 129/7921/6979 130/7920/6978 128/7916/6974</w:t>
        <w:br/>
        <w:t>f 132/7922/6980 130/7920/6978 129/7921/6979</w:t>
        <w:br/>
        <w:t>f 131/7923/6981 132/7922/6980 129/7921/6979</w:t>
        <w:br/>
        <w:t>f 122/7913/6971 123/7912/6970 133/7924/6982</w:t>
        <w:br/>
        <w:t>f 134/7925/6982 122/7913/6971 133/7924/6982</w:t>
        <w:br/>
        <w:t>f 121/7914/6972 122/7913/6971 135/7926/6983</w:t>
        <w:br/>
        <w:t>f 136/7927/6984 121/7914/6972 135/7926/6983</w:t>
        <w:br/>
        <w:t>f 137/7928/6985 122/7913/6986 130/7920/6978</w:t>
        <w:br/>
        <w:t>f 138/7929/6985 137/7928/6985 130/7920/6978</w:t>
        <w:br/>
        <w:t>f 141/7930/6987 140/7931/6988 139/7932/6988</w:t>
        <w:br/>
        <w:t>f 142/7933/6987 141/7930/6987 139/7932/6988</w:t>
        <w:br/>
        <w:t>f 144/7934/6989 139/7932/6988 140/7931/6988</w:t>
        <w:br/>
        <w:t>f 143/7935/6989 144/7934/6989 140/7931/6988</w:t>
        <w:br/>
        <w:t>f 147/7936/6990 146/7937/6991 145/7938/6992</w:t>
        <w:br/>
        <w:t>f 149/7939/6993 148/7940/6994 147/7936/6990</w:t>
        <w:br/>
        <w:t>f 145/7938/6992 149/7939/6993 147/7936/6990</w:t>
        <w:br/>
        <w:t>f 151/7941/6995 127/7917/6996 123/7912/6970</w:t>
        <w:br/>
        <w:t>f 150/7942/6997 151/7941/6995 123/7912/6970</w:t>
        <w:br/>
        <w:t>f 150/7942/6997 153/7943/6998 152/7944/6998</w:t>
        <w:br/>
        <w:t>f 151/7941/6995 150/7942/6997 152/7944/6998</w:t>
        <w:br/>
        <w:t>f 156/7945/6999 155/7946/7000 154/7947/7001</w:t>
        <w:br/>
        <w:t>f 159/7948/7002 158/7949/7003 157/7950/7004</w:t>
        <w:br/>
        <w:t>f 163/7951/7005 162/7952/7006 161/7953/7007</w:t>
        <w:br/>
        <w:t>f 160/7954/7008 163/7951/7005 161/7953/7007</w:t>
        <w:br/>
        <w:t>f 160/7954/7008 164/7955/7009 163/7951/7005</w:t>
        <w:br/>
        <w:t>f 167/7956/7010 166/7957/7011 165/7958/7012</w:t>
        <w:br/>
        <w:t>f 169/7959/7013 168/7960/7014 125/7919/6977</w:t>
        <w:br/>
        <w:t>f 126/7918/6976 169/7959/7013 125/7919/6977</w:t>
        <w:br/>
        <w:t>f 172/7961/7015 171/7962/7016 170/7963/7017</w:t>
        <w:br/>
        <w:t>f 173/7964/7018 172/7961/7015 170/7963/7017</w:t>
        <w:br/>
        <w:t>f 124/7915/6973 170/7963/7017 171/7962/7016</w:t>
        <w:br/>
        <w:t>f 123/7912/6970 124/7915/6973 171/7962/7016</w:t>
        <w:br/>
        <w:t>f 157/7950/7004 172/7961/7015 173/7964/7018</w:t>
        <w:br/>
        <w:t>f 159/7948/7002 157/7950/7004 173/7964/7018</w:t>
        <w:br/>
        <w:t>f 177/7965/7019 176/7966/7020 175/7967/7021</w:t>
        <w:br/>
        <w:t>f 174/7968/7021 177/7965/7019 175/7967/7021</w:t>
        <w:br/>
        <w:t>f 155/7946/7000 156/7945/6999 178/7969/7018</w:t>
        <w:br/>
        <w:t>f 179/7970/7022 155/7946/7000 178/7969/7018</w:t>
        <w:br/>
        <w:t>f 183/7971/7023 182/7972/7024 181/7973/7025</w:t>
        <w:br/>
        <w:t>f 180/7974/7026 183/7971/7023 181/7973/7025</w:t>
        <w:br/>
        <w:t>f 185/7975/7027 184/7976/7028 180/7974/7026</w:t>
        <w:br/>
        <w:t>f 181/7973/7025 185/7975/7027 180/7974/7026</w:t>
        <w:br/>
        <w:t>f 179/7970/7022 178/7969/7018 187/7977/7017</w:t>
        <w:br/>
        <w:t>f 186/7978/7029 179/7970/7022 187/7977/7017</w:t>
        <w:br/>
        <w:t>f 186/7978/7029 187/7977/7017 189/7979/7030</w:t>
        <w:br/>
        <w:t>f 188/7980/7031 186/7978/7029 189/7979/7030</w:t>
        <w:br/>
        <w:t>f 167/7956/7010 165/7958/7012 168/7960/7014</w:t>
        <w:br/>
        <w:t>f 169/7959/7013 167/7956/7010 168/7960/7014</w:t>
        <w:br/>
        <w:t>f 175/7967/7021 152/7944/6998 153/7943/6998</w:t>
        <w:br/>
        <w:t>f 174/7968/7021 175/7967/7021 153/7943/6998</w:t>
        <w:br/>
        <w:t>f 192/7981/7032 191/7982/7032 190/7983/7033</w:t>
        <w:br/>
        <w:t>f 193/7984/7034 192/7981/7032 190/7983/7033</w:t>
        <w:br/>
        <w:t>f 196/7985/7035 195/7986/7036 194/7987/7037</w:t>
        <w:br/>
        <w:t>f 197/7988/7038 196/7985/7035 194/7987/7037</w:t>
        <w:br/>
        <w:t>f 200/7989/6974 199/7990/7039 198/7991/7040</w:t>
        <w:br/>
        <w:t>f 194/7987/7041 200/7989/6974 198/7991/7040</w:t>
        <w:br/>
        <w:t>f 184/7976/7028 185/7975/7027 193/7984/7034</w:t>
        <w:br/>
        <w:t>f 190/7983/7033 184/7976/7028 193/7984/7034</w:t>
        <w:br/>
        <w:t>f 199/7990/7039 161/7953/7007 162/7952/7006</w:t>
        <w:br/>
        <w:t>f 198/7991/7040 199/7990/7039 162/7952/7006</w:t>
        <w:br/>
        <w:t>f 191/7982/7032 192/7981/7032 201/7992/7042</w:t>
        <w:br/>
        <w:t>f 202/7993/7043 191/7982/7032 201/7992/7042</w:t>
        <w:br/>
        <w:t>f 203/7994/7044 201/7992/7045 188/7980/7031</w:t>
        <w:br/>
        <w:t>f 189/7979/7030 203/7994/7044 188/7980/7031</w:t>
        <w:br/>
        <w:t>f 206/7995/7046 201/7992/7042 205/7996/7047</w:t>
        <w:br/>
        <w:t>f 204/7997/6984 206/7995/7046 205/7996/7047</w:t>
        <w:br/>
        <w:t>f 209/7998/7048 208/7999/7049 207/8000/6979</w:t>
        <w:br/>
        <w:t>f 197/7988/7050 209/7998/7048 207/8000/6979</w:t>
        <w:br/>
        <w:t>f 202/7993/7043 201/7992/7042 211/8001/7051</w:t>
        <w:br/>
        <w:t>f 210/8002/7051 202/7993/7043 211/8001/7051</w:t>
        <w:br/>
        <w:t>f 215/8003/7052 214/8004/7053 213/8005/7054</w:t>
        <w:br/>
        <w:t>f 212/8006/7055 215/8003/7052 213/8005/7054</w:t>
        <w:br/>
        <w:t>f 219/8007/7056 218/8008/7056 217/8009/7057</w:t>
        <w:br/>
        <w:t>f 216/8010/7057 219/8007/7056 217/8009/7057</w:t>
        <w:br/>
        <w:t>f 220/8011/7058 214/8004/7053 215/8003/7052</w:t>
        <w:br/>
        <w:t>f 221/8012/7058 220/8011/7058 215/8003/7052</w:t>
        <w:br/>
        <w:t>f 225/8013/7059 224/8014/7060 223/8015/7061</w:t>
        <w:br/>
        <w:t>f 222/8016/7062 225/8013/7059 223/8015/7061</w:t>
        <w:br/>
        <w:t>f 217/8009/7057 227/8017/7063 226/8018/7063</w:t>
        <w:br/>
        <w:t>f 216/8010/7057 217/8009/7057 226/8018/7063</w:t>
        <w:br/>
        <w:t>f 230/8019/7064 229/8020/7065 228/8021/7066</w:t>
        <w:br/>
        <w:t>f 232/8022/7067 230/8019/7064 228/8021/7066</w:t>
        <w:br/>
        <w:t>f 231/8023/7068 232/8022/7067 228/8021/7066</w:t>
        <w:br/>
        <w:t>f 223/8015/7061 234/8024/7069 233/8025/7054</w:t>
        <w:br/>
        <w:t>f 222/8016/7062 223/8015/7061 233/8025/7054</w:t>
        <w:br/>
        <w:t>f 234/8024/7069 132/7922/6980 131/7923/6981</w:t>
        <w:br/>
        <w:t>f 233/8025/7054 234/8024/7069 131/7923/6981</w:t>
        <w:br/>
        <w:t>f 138/7929/6985 141/7930/6987 142/7933/6987</w:t>
        <w:br/>
        <w:t>f 137/7928/6985 138/7929/6985 142/7933/6987</w:t>
        <w:br/>
        <w:t>f 148/7940/6994 149/7939/6993 136/7927/6984</w:t>
        <w:br/>
        <w:t>f 135/7926/6983 148/7940/6994 136/7927/6984</w:t>
        <w:br/>
        <w:t>f 231/8023/7068 206/7995/7046 204/7997/6984</w:t>
        <w:br/>
        <w:t>f 232/8022/7067 231/8023/7068 204/7997/6984</w:t>
        <w:br/>
        <w:t>f 210/8002/7051 211/8001/7051 218/8008/7056</w:t>
        <w:br/>
        <w:t>f 219/8007/7056 210/8002/7051 218/8008/7056</w:t>
        <w:br/>
        <w:t>f 212/8006/7055 213/8005/7054 208/7999/7049</w:t>
        <w:br/>
        <w:t>f 209/7998/7048 212/8006/7055 208/7999/7049</w:t>
        <w:br/>
        <w:t>f 238/8026/7070 237/8027/7070 236/8028/7071</w:t>
        <w:br/>
        <w:t>f 235/8029/7071 238/8026/7070 236/8028/7071</w:t>
        <w:br/>
        <w:t>f 242/8030/7072 241/8031/7072 240/8032/7073</w:t>
        <w:br/>
        <w:t>f 239/8033/7073 242/8030/7072 240/8032/7073</w:t>
        <w:br/>
        <w:t>f 245/8034/7074 244/8035/7075 243/8036/7076</w:t>
        <w:br/>
        <w:t>f 243/8036/7076 244/8035/7075 246/8037/7077</w:t>
        <w:br/>
        <w:t>f 246/8037/7077 244/8035/7075 247/8038/7078</w:t>
        <w:br/>
        <w:t>f 249/8039/7079 248/8040/7080 247/8038/7078</w:t>
        <w:br/>
        <w:t>f 244/8035/7075 249/8039/7079 247/8038/7078</w:t>
        <w:br/>
        <w:t>f 249/8039/7079 250/8041/7081 248/8040/7080</w:t>
        <w:br/>
        <w:t>f 254/8042/7082 253/8043/7082 252/8044/7083</w:t>
        <w:br/>
        <w:t>f 251/8045/7083 254/8042/7082 252/8044/7083</w:t>
        <w:br/>
        <w:t>f 256/8046/7084 253/8043/7082 254/8042/7082</w:t>
        <w:br/>
        <w:t>f 255/8047/7085 256/8046/7084 254/8042/7082</w:t>
        <w:br/>
        <w:t>f 250/8041/7081 249/8039/7079 257/8048/7086</w:t>
        <w:br/>
        <w:t>f 259/8049/7087 251/8045/7083 252/8044/7083</w:t>
        <w:br/>
        <w:t>f 258/8050/7087 259/8049/7087 252/8044/7083</w:t>
        <w:br/>
        <w:t>f 255/8047/7085 239/8033/7073 240/8032/7073</w:t>
        <w:br/>
        <w:t>f 256/8046/7084 255/8047/7085 240/8032/7073</w:t>
        <w:br/>
        <w:t>f 261/8051/7088 244/8035/7075 245/8034/7074</w:t>
        <w:br/>
        <w:t>f 260/8052/7088 261/8051/7088 245/8034/7074</w:t>
        <w:br/>
        <w:t>f 265/8053/7089 264/8054/7090 263/8055/7091</w:t>
        <w:br/>
        <w:t>f 262/8056/7092 265/8053/7089 263/8055/7091</w:t>
        <w:br/>
        <w:t>f 242/8030/7072 237/8027/7070 238/8026/7070</w:t>
        <w:br/>
        <w:t>f 241/8031/7072 242/8030/7072 238/8026/7070</w:t>
        <w:br/>
        <w:t>f 269/8057/7093 268/8058/7093 267/8059/7094</w:t>
        <w:br/>
        <w:t>f 266/8060/7094 269/8057/7093 267/8059/7094</w:t>
        <w:br/>
        <w:t>f 272/8061/7095 271/8062/7096 270/8063/7097</w:t>
        <w:br/>
        <w:t>f 274/8064/7098 273/8065/7099 272/8061/7095</w:t>
        <w:br/>
        <w:t>f 270/8063/7097 274/8064/7098 272/8061/7095</w:t>
        <w:br/>
        <w:t>f 278/8066/7100 277/8067/7100 276/8068/7101</w:t>
        <w:br/>
        <w:t>f 275/8069/7101 278/8066/7100 276/8068/7101</w:t>
        <w:br/>
        <w:t>f 275/8069/7101 276/8068/7101 280/8070/7102</w:t>
        <w:br/>
        <w:t>f 279/8071/7102 275/8069/7101 280/8070/7102</w:t>
        <w:br/>
        <w:t>f 281/8072/7103 273/8065/7099 274/8064/7098</w:t>
        <w:br/>
        <w:t>f 283/8073/7104 282/8074/7105 281/8072/7103</w:t>
        <w:br/>
        <w:t>f 274/8064/7098 283/8073/7104 281/8072/7103</w:t>
        <w:br/>
        <w:t>f 285/8075/7106 284/8076/7106 279/8071/7102</w:t>
        <w:br/>
        <w:t>f 280/8070/7102 285/8075/7106 279/8071/7102</w:t>
        <w:br/>
        <w:t>f 266/8060/7094 267/8059/7094 277/8067/7100</w:t>
        <w:br/>
        <w:t>f 278/8066/7100 266/8060/7094 277/8067/7100</w:t>
        <w:br/>
        <w:t>f 271/8062/7096 287/8077/7107 286/8078/7108</w:t>
        <w:br/>
        <w:t>f 270/8063/7097 271/8062/7096 286/8078/7108</w:t>
        <w:br/>
        <w:t>f 289/8079/7109 288/8080/7110 268/8058/7093</w:t>
        <w:br/>
        <w:t>f 269/8057/7093 289/8079/7109 268/8058/7093</w:t>
        <w:br/>
        <w:t>f 291/8081/7111 290/8082/7112 286/8078/7108</w:t>
        <w:br/>
        <w:t>f 287/8077/7107 291/8081/7111 286/8078/7108</w:t>
        <w:br/>
        <w:t>f 293/8083/7113 288/8080/7110 289/8079/7109</w:t>
        <w:br/>
        <w:t>f 292/8084/7114 293/8083/7113 289/8079/7109</w:t>
        <w:br/>
        <w:t>f 290/8082/7112 291/8081/7111 294/8085/7115</w:t>
        <w:br/>
        <w:t>f 292/8084/7114 296/8086/7116 295/8087/7116</w:t>
        <w:br/>
        <w:t>f 293/8083/7113 292/8084/7114 295/8087/7116</w:t>
        <w:br/>
        <w:t>f 296/8086/7116 298/8088/7117 297/8089/7118</w:t>
        <w:br/>
        <w:t>f 295/8087/7116 296/8086/7116 297/8089/7118</w:t>
        <w:br/>
        <w:t>f 290/8082/7112 294/8085/7115 300/8090/7119</w:t>
        <w:br/>
        <w:t>f 299/8091/7119 290/8082/7112 300/8090/7119</w:t>
        <w:br/>
        <w:t>f 249/8039/7079 301/8092/7120 257/8048/7086</w:t>
        <w:br/>
        <w:t>f 303/8093/7121 302/8094/7122 301/8092/7120</w:t>
        <w:br/>
        <w:t>f 249/8039/7079 303/8093/7121 301/8092/7120</w:t>
        <w:br/>
        <w:t>f 307/8095/7123 306/8096/7124 305/8097/7125</w:t>
        <w:br/>
        <w:t>f 304/8098/7126 307/8095/7123 305/8097/7125</w:t>
        <w:br/>
        <w:t>f 311/8099/7127 310/8100/7128 309/8101/7129</w:t>
        <w:br/>
        <w:t>f 308/8102/7130 311/8099/7127 309/8101/7129</w:t>
        <w:br/>
        <w:t>f 304/8098/7126 313/8103/7131 312/8104/7131</w:t>
        <w:br/>
        <w:t>f 307/8095/7123 304/8098/7126 312/8104/7131</w:t>
        <w:br/>
        <w:t>f 314/8105/7132 308/8102/7130 309/8101/7129</w:t>
        <w:br/>
        <w:t>f 314/8105/7132 315/8106/7133 303/8093/7121</w:t>
        <w:br/>
        <w:t>f 308/8102/7130 314/8105/7132 303/8093/7121</w:t>
        <w:br/>
        <w:t>f 303/8093/7121 315/8106/7133 316/8107/7134</w:t>
        <w:br/>
        <w:t>f 320/8108/7135 319/8109/7136 318/8110/7136</w:t>
        <w:br/>
        <w:t>f 317/8111/7135 320/8108/7135 318/8110/7136</w:t>
        <w:br/>
        <w:t>f 312/8104/7131 313/8103/7131 318/8110/7136</w:t>
        <w:br/>
        <w:t>f 319/8109/7136 312/8104/7131 318/8110/7136</w:t>
        <w:br/>
        <w:t>f 317/8111/7135 322/8112/7137 321/8113/7138</w:t>
        <w:br/>
        <w:t>f 320/8108/7135 317/8111/7135 321/8113/7138</w:t>
        <w:br/>
        <w:t>f 303/8093/7121 323/8114/7139 302/8094/7122</w:t>
        <w:br/>
        <w:t>f 303/8093/7121 316/8107/7134 323/8114/7139</w:t>
        <w:br/>
        <w:t>f 321/8113/7138 322/8112/7137 325/8115/7140</w:t>
        <w:br/>
        <w:t>f 324/8116/7140 321/8113/7138 325/8115/7140</w:t>
        <w:br/>
        <w:t>f 327/8117/7141 326/8118/7142 259/8049/7087</w:t>
        <w:br/>
        <w:t>f 258/8050/7087 327/8117/7141 259/8049/7087</w:t>
        <w:br/>
        <w:t>f 326/8118/7142 327/8117/7141 324/8116/7140</w:t>
        <w:br/>
        <w:t>f 325/8115/7140 326/8118/7142 324/8116/7140</w:t>
        <w:br/>
        <w:t>f 330/8119/7143 283/8073/7104 329/8120/7144</w:t>
        <w:br/>
        <w:t>f 328/8121/7145 330/8119/7143 329/8120/7144</w:t>
        <w:br/>
        <w:t>f 330/8119/7143 282/8074/7105 283/8073/7104</w:t>
        <w:br/>
        <w:t>f 334/8122/7146 333/8123/7146 332/8124/7147</w:t>
        <w:br/>
        <w:t>f 331/8125/7147 334/8122/7146 332/8124/7147</w:t>
        <w:br/>
        <w:t>f 284/8076/7106 285/8075/7106 333/8123/7146</w:t>
        <w:br/>
        <w:t>f 334/8122/7146 284/8076/7106 333/8123/7146</w:t>
        <w:br/>
        <w:t>f 338/8126/7148 337/8127/7149 336/8128/7150</w:t>
        <w:br/>
        <w:t>f 335/8129/7150 338/8126/7148 336/8128/7150</w:t>
        <w:br/>
        <w:t>f 339/8130/7151 337/8127/7149 338/8126/7148</w:t>
        <w:br/>
        <w:t>f 341/8131/7152 340/8132/7153 339/8130/7151</w:t>
        <w:br/>
        <w:t>f 338/8126/7148 341/8131/7152 339/8130/7151</w:t>
        <w:br/>
        <w:t>f 344/8133/7154 343/8134/7155 342/8135/7156</w:t>
        <w:br/>
        <w:t>f 341/8131/7152 344/8133/7154 342/8135/7156</w:t>
        <w:br/>
        <w:t>f 345/8136/7157 343/8134/7155 344/8133/7154</w:t>
        <w:br/>
        <w:t>f 348/8137/7158 347/8138/7159 346/8139/7159</w:t>
        <w:br/>
        <w:t>f 351/8140/7160 350/8141/7161 349/8142/7162</w:t>
        <w:br/>
        <w:t>f 354/8143/7163 353/8144/7164 352/8145/7165</w:t>
        <w:br/>
        <w:t>f 357/8146/7166 356/8147/7167 355/8148/7168</w:t>
        <w:br/>
        <w:t>f 358/8149/7169 357/8146/7166 355/8148/7168</w:t>
        <w:br/>
        <w:t>f 361/8150/7170 360/8151/7171 359/8152/7172</w:t>
        <w:br/>
        <w:t>f 362/8153/7173 361/8150/7170 359/8152/7172</w:t>
        <w:br/>
        <w:t>f 365/8154/7174 364/8155/7175 363/8156/7174</w:t>
        <w:br/>
        <w:t>f 368/8157/7176 367/8158/7177 366/8159/7178</w:t>
        <w:br/>
        <w:t>f 372/8160/7179 371/8161/7179 370/8162/7180</w:t>
        <w:br/>
        <w:t>f 369/8163/7181 372/8160/7179 370/8162/7180</w:t>
        <w:br/>
        <w:t>f 370/8162/7180 373/8164/7182 369/8163/7181</w:t>
        <w:br/>
        <w:t>f 369/8163/7181 373/8164/7182 368/8157/7176</w:t>
        <w:br/>
        <w:t>f 366/8159/7178 369/8163/7181 368/8157/7176</w:t>
        <w:br/>
        <w:t>f 366/8159/7178 374/8165/7183 362/8153/7173</w:t>
        <w:br/>
        <w:t>f 359/8152/7172 366/8159/7178 362/8153/7173</w:t>
        <w:br/>
        <w:t>f 359/8152/7172 360/8151/7171 376/8166/7184</w:t>
        <w:br/>
        <w:t>f 375/8167/7185 359/8152/7172 376/8166/7184</w:t>
        <w:br/>
        <w:t>f 342/8135/7156 340/8132/7153 341/8131/7152</w:t>
        <w:br/>
        <w:t>f 349/8142/7162 378/8168/7186 377/8169/7187</w:t>
        <w:br/>
        <w:t>f 351/8140/7160 349/8142/7162 377/8169/7187</w:t>
        <w:br/>
        <w:t>f 347/8138/7159 345/8136/7157 344/8133/7154</w:t>
        <w:br/>
        <w:t>f 346/8139/7159 347/8138/7159 344/8133/7154</w:t>
        <w:br/>
        <w:t>f 379/8170/7188 365/8154/7174 363/8156/7174</w:t>
        <w:br/>
        <w:t>f 356/8147/7167 380/8171/7189 355/8148/7168</w:t>
        <w:br/>
        <w:t>f 376/8166/7184 358/8149/7169 355/8148/7168</w:t>
        <w:br/>
        <w:t>f 375/8167/7185 381/8172/7190 354/8143/7163</w:t>
        <w:br/>
        <w:t>f 352/8145/7165 375/8167/7185 354/8143/7163</w:t>
        <w:br/>
        <w:t>f 353/8144/7164 382/8173/7191 378/8168/7186</w:t>
        <w:br/>
        <w:t>f 352/8145/7165 353/8144/7164 378/8168/7186</w:t>
        <w:br/>
        <w:t>f 382/8173/7191 377/8169/7187 378/8168/7186</w:t>
        <w:br/>
        <w:t>f 386/8174/7192 385/8175/7193 384/8176/7194</w:t>
        <w:br/>
        <w:t>f 383/8177/7195 386/8174/7192 384/8176/7194</w:t>
        <w:br/>
        <w:t>f 383/8177/7195 387/8178/7196 386/8174/7192</w:t>
        <w:br/>
        <w:t>f 389/8179/7197 386/8174/7192 387/8178/7196</w:t>
        <w:br/>
        <w:t>f 388/8180/7198 389/8179/7197 387/8178/7196</w:t>
        <w:br/>
        <w:t>f 392/8181/7199 389/8179/7197 391/8182/7200</w:t>
        <w:br/>
        <w:t>f 390/8183/7201 392/8181/7199 391/8182/7200</w:t>
        <w:br/>
        <w:t>f 390/8183/7201 393/8184/7202 392/8181/7199</w:t>
        <w:br/>
        <w:t>f 396/8185/7203 395/8186/7204 394/8187/7205</w:t>
        <w:br/>
        <w:t>f 394/8187/7205 395/8186/7204 398/8188/7206</w:t>
        <w:br/>
        <w:t>f 397/8189/7207 394/8187/7205 398/8188/7206</w:t>
        <w:br/>
        <w:t>f 397/8189/7207 400/8190/7208 399/8191/7209</w:t>
        <w:br/>
        <w:t>f 401/8192/7210 397/8189/7207 399/8191/7209</w:t>
        <w:br/>
        <w:t>f 399/8191/7209 402/8193/7211 401/8192/7210</w:t>
        <w:br/>
        <w:t>f 401/8192/7210 402/8193/7211 404/8194/7212</w:t>
        <w:br/>
        <w:t>f 403/8195/7213 401/8192/7210 404/8194/7212</w:t>
        <w:br/>
        <w:t>f 407/8196/7214 406/8197/7215 405/8198/7216</w:t>
        <w:br/>
        <w:t>f 406/8197/7215 408/8199/7217 405/8198/7216</w:t>
        <w:br/>
        <w:t>f 411/8200/7218 410/8201/7219 409/8202/7220</w:t>
        <w:br/>
        <w:t>f 410/8201/7219 412/8203/7221 409/8202/7220</w:t>
        <w:br/>
        <w:t>f 415/8204/7222 414/8205/7223 413/8206/7224</w:t>
        <w:br/>
        <w:t>f 418/8207/7225 417/8208/7226 416/8209/7227</w:t>
        <w:br/>
        <w:t>f 420/8210/7228 416/8209/7227 417/8208/7226</w:t>
        <w:br/>
        <w:t>f 419/8211/7229 420/8210/7228 417/8208/7226</w:t>
        <w:br/>
        <w:t>f 419/8211/7229 421/8212/7230 420/8210/7228</w:t>
        <w:br/>
        <w:t>f 423/8213/7231 420/8210/7228 421/8212/7230</w:t>
        <w:br/>
        <w:t>f 422/8214/7232 423/8213/7231 421/8212/7230</w:t>
        <w:br/>
        <w:t>f 416/8209/7227 409/8202/7220 412/8203/7221</w:t>
        <w:br/>
        <w:t>f 424/8215/7233 416/8209/7227 412/8203/7221</w:t>
        <w:br/>
        <w:t>f 409/8202/7220 403/8195/7213 425/8216/7234</w:t>
        <w:br/>
        <w:t>f 411/8200/7218 409/8202/7220 425/8216/7234</w:t>
        <w:br/>
        <w:t>f 388/8180/7198 391/8182/7200 389/8179/7197</w:t>
        <w:br/>
        <w:t>f 396/8185/7203 394/8187/7205 392/8181/7199</w:t>
        <w:br/>
        <w:t>f 414/8205/7223 426/8217/7235 413/8206/7224</w:t>
        <w:br/>
        <w:t>f 427/8218/7236 407/8196/7214 405/8198/7216</w:t>
        <w:br/>
        <w:t>f 408/8199/7237 425/8216/7234 403/8195/7213</w:t>
        <w:br/>
        <w:t>f 398/8188/7206 400/8190/7208 397/8189/7207</w:t>
        <w:br/>
        <w:t>f 431/8219/7238 430/8220/7239 429/8221/7239</w:t>
        <w:br/>
        <w:t>f 428/8222/7240 431/8219/7238 429/8221/7239</w:t>
        <w:br/>
        <w:t>f 430/8220/7239 433/8223/7241 432/8224/7241</w:t>
        <w:br/>
        <w:t>f 429/8221/7239 430/8220/7239 432/8224/7241</w:t>
        <w:br/>
        <w:t>f 432/8224/7241 433/8223/7241 435/8225/7242</w:t>
        <w:br/>
        <w:t>f 434/8226/7242 432/8224/7241 435/8225/7242</w:t>
        <w:br/>
        <w:t>f 434/8226/7242 435/8225/7242 437/8227/7243</w:t>
        <w:br/>
        <w:t>f 436/8228/7244 434/8226/7242 437/8227/7243</w:t>
        <w:br/>
        <w:t>f 437/8227/7243 439/8229/7245 438/8230/7245</w:t>
        <w:br/>
        <w:t>f 436/8228/7244 437/8227/7243 438/8230/7245</w:t>
        <w:br/>
        <w:t>f 439/8229/7245 441/8231/7246 440/8232/7246</w:t>
        <w:br/>
        <w:t>f 438/8230/7245 439/8229/7245 440/8232/7246</w:t>
        <w:br/>
        <w:t>f 440/8232/7246 441/8231/7246 443/8233/7247</w:t>
        <w:br/>
        <w:t>f 442/8234/7247 440/8232/7246 443/8233/7247</w:t>
        <w:br/>
        <w:t>f 442/8234/7247 443/8233/7247 445/8235/7248</w:t>
        <w:br/>
        <w:t>f 444/8236/7248 442/8234/7247 445/8235/7248</w:t>
        <w:br/>
        <w:t>f 444/8236/7248 445/8235/7248 447/8237/7249</w:t>
        <w:br/>
        <w:t>f 446/8238/7249 444/8236/7248 447/8237/7249</w:t>
        <w:br/>
        <w:t>f 449/8239/7250 446/8238/7249 447/8237/7249</w:t>
        <w:br/>
        <w:t>f 448/8240/7250 449/8239/7250 447/8237/7249</w:t>
        <w:br/>
        <w:t>f 451/8241/7251 449/8239/7250 448/8240/7250</w:t>
        <w:br/>
        <w:t>f 450/8242/7251 451/8241/7251 448/8240/7250</w:t>
        <w:br/>
        <w:t>f 453/8243/7252 451/8241/7251 450/8242/7251</w:t>
        <w:br/>
        <w:t>f 452/8244/7252 453/8243/7252 450/8242/7251</w:t>
        <w:br/>
        <w:t>f 453/8243/7252 452/8244/7252 455/8245/7253</w:t>
        <w:br/>
        <w:t>f 454/8246/7254 453/8243/7252 455/8245/7253</w:t>
        <w:br/>
        <w:t>f 457/8247/7255 454/8246/7254 455/8245/7253</w:t>
        <w:br/>
        <w:t>f 456/8248/7256 457/8247/7255 455/8245/7253</w:t>
        <w:br/>
        <w:t>f 457/8247/7255 456/8248/7256 459/8249/7257</w:t>
        <w:br/>
        <w:t>f 458/8250/7257 457/8247/7255 459/8249/7257</w:t>
        <w:br/>
        <w:t>f 458/8250/7257 459/8249/7257 461/8251/7258</w:t>
        <w:br/>
        <w:t>f 460/8252/7258 458/8250/7257 461/8251/7258</w:t>
        <w:br/>
        <w:t>f 461/8251/7258 463/8253/7259 462/8254/7259</w:t>
        <w:br/>
        <w:t>f 460/8252/7258 461/8251/7258 462/8254/7259</w:t>
        <w:br/>
        <w:t>f 465/8255/7260 462/8254/7259 463/8253/7259</w:t>
        <w:br/>
        <w:t>f 464/8256/7260 465/8255/7260 463/8253/7259</w:t>
        <w:br/>
        <w:t>f 464/8256/7260 467/8257/7261 466/8258/7262</w:t>
        <w:br/>
        <w:t>f 465/8255/7260 464/8256/7260 466/8258/7262</w:t>
        <w:br/>
        <w:t>f 466/8258/7262 467/8257/7261 469/8259/7263</w:t>
        <w:br/>
        <w:t>f 468/8260/7264 466/8258/7262 469/8259/7263</w:t>
        <w:br/>
        <w:t>f 468/8260/7264 469/8259/7263 471/8261/7265</w:t>
        <w:br/>
        <w:t>f 470/8262/7265 468/8260/7264 471/8261/7265</w:t>
        <w:br/>
        <w:t>f 470/8262/7265 471/8261/7265 473/8263/7266</w:t>
        <w:br/>
        <w:t>f 472/8264/7267 470/8262/7265 473/8263/7266</w:t>
        <w:br/>
        <w:t>f 475/8265/7268 472/8264/7267 473/8263/7266</w:t>
        <w:br/>
        <w:t>f 474/8266/7268 475/8265/7268 473/8263/7266</w:t>
        <w:br/>
        <w:t>f 474/8266/7268 477/8267/7269 476/8268/7269</w:t>
        <w:br/>
        <w:t>f 475/8265/7268 474/8266/7268 476/8268/7269</w:t>
        <w:br/>
        <w:t>f 476/8268/7269 477/8267/7269 479/8269/7270</w:t>
        <w:br/>
        <w:t>f 478/8270/7271 476/8268/7269 479/8269/7270</w:t>
        <w:br/>
        <w:t>f 479/8269/7270 481/8271/7272 480/8272/7273</w:t>
        <w:br/>
        <w:t>f 478/8270/7271 479/8269/7270 480/8272/7273</w:t>
        <w:br/>
        <w:t>f 480/8272/7273 481/8271/7272 483/8273/7274</w:t>
        <w:br/>
        <w:t>f 482/8274/7274 480/8272/7273 483/8273/7274</w:t>
        <w:br/>
        <w:t>f 482/8274/7274 483/8273/7274 485/8275/7275</w:t>
        <w:br/>
        <w:t>f 484/8276/7275 482/8274/7274 485/8275/7275</w:t>
        <w:br/>
        <w:t>f 485/8275/7275 487/8277/7276 486/8278/7276</w:t>
        <w:br/>
        <w:t>f 484/8276/7275 485/8275/7275 486/8278/7276</w:t>
        <w:br/>
        <w:t>f 490/8279/7277 489/8280/7278 488/8281/7279</w:t>
        <w:br/>
        <w:t>f 490/8279/7277 491/8282/7280 489/8280/7278</w:t>
        <w:br/>
        <w:t>f 494/8283/7281 493/8284/7281 492/8285/7281</w:t>
        <w:br/>
        <w:t>f 497/8286/6862 496/8287/6862 495/8288/6862</w:t>
        <w:br/>
        <w:t>f 501/8289/7282 500/8290/7283 499/8291/7283</w:t>
        <w:br/>
        <w:t>f 498/8292/7282 501/8289/7282 499/8291/7283</w:t>
        <w:br/>
        <w:t>f 505/8293/7284 504/8294/7285 503/8295/7285</w:t>
        <w:br/>
        <w:t>f 502/8296/7284 505/8293/7284 503/8295/7285</w:t>
        <w:br/>
        <w:t>f 508/8297/7286 507/8298/7287 506/8299/7288</w:t>
        <w:br/>
        <w:t>f 507/8298/7287 509/8300/7289 506/8299/7288</w:t>
        <w:br/>
        <w:t>f 509/8300/7289 510/8301/7290 506/8299/7288</w:t>
        <w:br/>
        <w:t>f 512/8302/7291 506/8299/7288 510/8301/7290</w:t>
        <w:br/>
        <w:t>f 511/8303/7292 512/8302/7291 510/8301/7290</w:t>
        <w:br/>
        <w:t>f 512/8302/7291 511/8303/7292 513/8304/7293</w:t>
        <w:br/>
        <w:t>f 517/8305/7294 516/8306/7295 515/8307/7296</w:t>
        <w:br/>
        <w:t>f 514/8308/7294 517/8305/7294 515/8307/7296</w:t>
        <w:br/>
        <w:t>f 519/8309/7297 518/8310/7297 515/8307/7296</w:t>
        <w:br/>
        <w:t>f 516/8306/7295 519/8309/7297 515/8307/7296</w:t>
        <w:br/>
        <w:t>f 513/8304/7293 520/8311/7298 512/8302/7291</w:t>
        <w:br/>
        <w:t>f 522/8312/7299 521/8313/7300 517/8305/7294</w:t>
        <w:br/>
        <w:t>f 514/8308/7294 522/8312/7299 517/8305/7294</w:t>
        <w:br/>
        <w:t>f 505/8293/7284 502/8296/7284 518/8310/7297</w:t>
        <w:br/>
        <w:t>f 519/8309/7297 505/8293/7284 518/8310/7297</w:t>
        <w:br/>
        <w:t>f 524/8314/7301 523/8315/7302 508/8297/7286</w:t>
        <w:br/>
        <w:t>f 506/8299/7288 524/8314/7301 508/8297/7286</w:t>
        <w:br/>
        <w:t>f 528/8316/7303 527/8317/7304 526/8318/7305</w:t>
        <w:br/>
        <w:t>f 525/8319/7305 528/8316/7303 526/8318/7305</w:t>
        <w:br/>
        <w:t>f 503/8295/7285 504/8294/7285 501/8289/7282</w:t>
        <w:br/>
        <w:t>f 498/8292/7282 503/8295/7285 501/8289/7282</w:t>
        <w:br/>
        <w:t>f 532/8320/7306 531/8321/7307 530/8322/7308</w:t>
        <w:br/>
        <w:t>f 529/8323/7306 532/8320/7306 530/8322/7308</w:t>
        <w:br/>
        <w:t>f 535/8324/7309 534/8325/7310 533/8326/7311</w:t>
        <w:br/>
        <w:t>f 535/8324/7309 537/8327/7312 536/8328/7313</w:t>
        <w:br/>
        <w:t>f 534/8325/7310 535/8324/7309 536/8328/7313</w:t>
        <w:br/>
        <w:t>f 541/8329/7314 540/8330/7315 539/8331/7315</w:t>
        <w:br/>
        <w:t>f 538/8332/7314 541/8329/7314 539/8331/7315</w:t>
        <w:br/>
        <w:t>f 538/8332/7314 543/8333/7316 542/8334/7316</w:t>
        <w:br/>
        <w:t>f 541/8329/7314 538/8332/7314 542/8334/7316</w:t>
        <w:br/>
        <w:t>f 544/8335/7317 536/8328/7313 537/8327/7312</w:t>
        <w:br/>
        <w:t>f 544/8335/7317 546/8336/7318 545/8337/7319</w:t>
        <w:br/>
        <w:t>f 536/8328/7313 544/8335/7317 545/8337/7319</w:t>
        <w:br/>
        <w:t>f 543/8333/7316 548/8338/7320 547/8339/7320</w:t>
        <w:br/>
        <w:t>f 542/8334/7316 543/8333/7316 547/8339/7320</w:t>
        <w:br/>
        <w:t>f 540/8330/7315 530/8322/7308 531/8321/7307</w:t>
        <w:br/>
        <w:t>f 539/8331/7315 540/8330/7315 531/8321/7307</w:t>
        <w:br/>
        <w:t>f 533/8326/7311 534/8325/7310 550/8340/7321</w:t>
        <w:br/>
        <w:t>f 549/8341/7322 533/8326/7311 550/8340/7321</w:t>
        <w:br/>
        <w:t>f 552/8342/7323 532/8320/7306 529/8323/7306</w:t>
        <w:br/>
        <w:t>f 551/8343/7324 552/8342/7323 529/8323/7306</w:t>
        <w:br/>
        <w:t>f 550/8340/7321 554/8344/7325 553/8345/7326</w:t>
        <w:br/>
        <w:t>f 549/8341/7322 550/8340/7321 553/8345/7326</w:t>
        <w:br/>
        <w:t>f 552/8342/7323 551/8343/7324 556/8346/7327</w:t>
        <w:br/>
        <w:t>f 555/8347/7328 552/8342/7323 556/8346/7327</w:t>
        <w:br/>
        <w:t>f 554/8344/7325 557/8348/7329 553/8345/7326</w:t>
        <w:br/>
        <w:t>f 555/8347/7328 556/8346/7327 559/8349/7330</w:t>
        <w:br/>
        <w:t>f 558/8350/7330 555/8347/7328 559/8349/7330</w:t>
        <w:br/>
        <w:t>f 558/8350/7330 559/8349/7330 561/8351/7331</w:t>
        <w:br/>
        <w:t>f 560/8352/7332 558/8350/7330 561/8351/7331</w:t>
        <w:br/>
        <w:t>f 554/8344/7325 563/8353/7333 562/8354/7333</w:t>
        <w:br/>
        <w:t>f 557/8348/7329 554/8344/7325 562/8354/7333</w:t>
        <w:br/>
        <w:t>f 512/8302/7291 520/8311/7298 564/8355/7334</w:t>
        <w:br/>
        <w:t>f 565/8356/7335 512/8302/7291 564/8355/7334</w:t>
        <w:br/>
        <w:t>f 566/8357/7336 565/8356/7335 564/8355/7334</w:t>
        <w:br/>
        <w:t>f 305/8097/7125 306/8096/7124 568/8358/7337</w:t>
        <w:br/>
        <w:t>f 567/8359/7337 305/8097/7125 568/8358/7337</w:t>
        <w:br/>
        <w:t>f 311/8099/7127 570/8360/7338 569/8361/7339</w:t>
        <w:br/>
        <w:t>f 310/8100/7128 311/8099/7127 569/8361/7339</w:t>
        <w:br/>
        <w:t>f 567/8359/7337 568/8358/7337 572/8362/7340</w:t>
        <w:br/>
        <w:t>f 571/8363/7340 567/8359/7337 572/8362/7340</w:t>
        <w:br/>
        <w:t>f 573/8364/7341 569/8361/7339 570/8360/7338</w:t>
        <w:br/>
        <w:t>f 573/8364/7341 570/8360/7338 565/8356/7335</w:t>
        <w:br/>
        <w:t>f 574/8365/7342 573/8364/7341 565/8356/7335</w:t>
        <w:br/>
        <w:t>f 565/8356/7335 575/8366/7343 574/8365/7342</w:t>
        <w:br/>
        <w:t>f 579/8367/7344 578/8368/7345 577/8369/7346</w:t>
        <w:br/>
        <w:t>f 576/8370/7346 579/8367/7344 577/8369/7346</w:t>
        <w:br/>
        <w:t>f 572/8362/7340 576/8370/7346 577/8369/7346</w:t>
        <w:br/>
        <w:t>f 571/8363/7340 572/8362/7340 577/8369/7346</w:t>
        <w:br/>
        <w:t>f 578/8368/7345 579/8367/7344 581/8371/7347</w:t>
        <w:br/>
        <w:t>f 580/8372/7347 578/8368/7345 581/8371/7347</w:t>
        <w:br/>
        <w:t>f 565/8356/7335 566/8357/7336 582/8373/7348</w:t>
        <w:br/>
        <w:t>f 565/8356/7335 582/8373/7348 575/8366/7343</w:t>
        <w:br/>
        <w:t>f 584/8374/7349 580/8372/7347 581/8371/7347</w:t>
        <w:br/>
        <w:t>f 583/8375/7350 584/8374/7349 581/8371/7347</w:t>
        <w:br/>
        <w:t>f 522/8312/7299 586/8376/7351 585/8377/7352</w:t>
        <w:br/>
        <w:t>f 521/8313/7300 522/8312/7299 585/8377/7352</w:t>
        <w:br/>
        <w:t>f 586/8376/7351 584/8374/7349 583/8375/7350</w:t>
        <w:br/>
        <w:t>f 585/8377/7352 586/8376/7351 583/8375/7350</w:t>
        <w:br/>
        <w:t>f 329/8120/7144 545/8337/7319 587/8378/7353</w:t>
        <w:br/>
        <w:t>f 328/8121/7145 329/8120/7144 587/8378/7353</w:t>
        <w:br/>
        <w:t>f 587/8378/7353 545/8337/7319 546/8336/7318</w:t>
        <w:br/>
        <w:t>f 332/8124/7147 589/8379/7354 588/8380/7354</w:t>
        <w:br/>
        <w:t>f 331/8125/7147 332/8124/7147 588/8380/7354</w:t>
        <w:br/>
        <w:t>f 548/8338/7320 588/8380/7354 589/8379/7354</w:t>
        <w:br/>
        <w:t>f 547/8339/7320 548/8338/7320 589/8379/7354</w:t>
        <w:br/>
        <w:t>f 593/8381/7355 592/8382/7356 591/8383/7357</w:t>
        <w:br/>
        <w:t>f 590/8384/7358 593/8381/7355 591/8383/7357</w:t>
        <w:br/>
        <w:t>f 594/8385/7359 591/8383/7357 592/8382/7356</w:t>
        <w:br/>
        <w:t>f 594/8385/7359 596/8386/7360 595/8387/7361</w:t>
        <w:br/>
        <w:t>f 591/8383/7357 594/8385/7359 595/8387/7361</w:t>
        <w:br/>
        <w:t>f 599/8388/7362 598/8389/7363 597/8390/7364</w:t>
        <w:br/>
        <w:t>f 595/8387/7361 599/8388/7362 597/8390/7364</w:t>
        <w:br/>
        <w:t>f 600/8391/7365 597/8390/7364 598/8389/7363</w:t>
        <w:br/>
        <w:t>f 603/8392/7366 602/8393/7367 601/8394/7367</w:t>
        <w:br/>
        <w:t>f 606/8395/7368 605/8396/7369 604/8397/7370</w:t>
        <w:br/>
        <w:t>f 609/8398/7371 608/8399/7372 607/8400/7373</w:t>
        <w:br/>
        <w:t>f 612/8401/7374 611/8402/7375 610/8403/7376</w:t>
        <w:br/>
        <w:t>f 613/8404/7377 611/8402/7375 612/8401/7374</w:t>
        <w:br/>
        <w:t>f 616/8405/7378 615/8406/7379 614/8407/7380</w:t>
        <w:br/>
        <w:t>f 617/8408/7381 615/8406/7379 616/8405/7378</w:t>
        <w:br/>
        <w:t>f 620/8409/7382 619/8410/7383 618/8411/7384</w:t>
        <w:br/>
        <w:t>f 623/8412/7385 622/8413/7386 621/8414/7387</w:t>
        <w:br/>
        <w:t>f 625/8415/7388 371/8161/7179 372/8160/7179</w:t>
        <w:br/>
        <w:t>f 624/8416/7389 625/8415/7388 372/8160/7179</w:t>
        <w:br/>
        <w:t>f 625/8415/7388 624/8416/7389 626/8417/7390</w:t>
        <w:br/>
        <w:t>f 623/8412/7385 626/8417/7390 624/8416/7389</w:t>
        <w:br/>
        <w:t>f 622/8413/7386 623/8412/7385 624/8416/7389</w:t>
        <w:br/>
        <w:t>f 617/8408/7381 627/8418/7391 622/8413/7386</w:t>
        <w:br/>
        <w:t>f 615/8406/7379 617/8408/7381 622/8413/7386</w:t>
        <w:br/>
        <w:t>f 629/8419/7392 614/8407/7380 615/8406/7379</w:t>
        <w:br/>
        <w:t>f 628/8420/7393 629/8419/7392 615/8406/7379</w:t>
        <w:br/>
        <w:t>f 599/8388/7362 595/8387/7361 596/8386/7360</w:t>
        <w:br/>
        <w:t>f 605/8396/7369 606/8395/7368 631/8421/7394</w:t>
        <w:br/>
        <w:t>f 630/8422/7395 605/8396/7369 631/8421/7394</w:t>
        <w:br/>
        <w:t>f 597/8390/7364 600/8391/7365 601/8394/7367</w:t>
        <w:br/>
        <w:t>f 602/8393/7367 597/8390/7364 601/8394/7367</w:t>
        <w:br/>
        <w:t>f 632/8423/7396 619/8410/7383 620/8409/7382</w:t>
        <w:br/>
        <w:t>f 610/8403/7376 611/8402/7375 633/8424/7397</w:t>
        <w:br/>
        <w:t>f 629/8419/7392 611/8402/7375 613/8404/7377</w:t>
        <w:br/>
        <w:t>f 609/8398/7371 634/8425/7398 628/8420/7393</w:t>
        <w:br/>
        <w:t>f 608/8399/7372 609/8398/7371 628/8420/7393</w:t>
        <w:br/>
        <w:t>f 607/8400/7373 608/8399/7372 630/8422/7395</w:t>
        <w:br/>
        <w:t>f 635/8426/7399 607/8400/7373 630/8422/7395</w:t>
        <w:br/>
        <w:t>f 635/8426/7399 630/8422/7395 631/8421/7394</w:t>
        <w:br/>
        <w:t>f 639/8427/7400 638/8428/7400 637/8429/7401</w:t>
        <w:br/>
        <w:t>f 636/8430/7402 639/8427/7400 637/8429/7401</w:t>
        <w:br/>
        <w:t>f 636/8430/7402 637/8429/7401 640/8431/7403</w:t>
        <w:br/>
        <w:t>f 642/8432/7404 641/8433/7405 640/8431/7403</w:t>
        <w:br/>
        <w:t>f 637/8429/7401 642/8432/7404 640/8431/7403</w:t>
        <w:br/>
        <w:t>f 645/8434/7406 644/8435/7407 643/8436/7408</w:t>
        <w:br/>
        <w:t>f 642/8432/7404 645/8434/7406 643/8436/7408</w:t>
        <w:br/>
        <w:t>f 644/8435/7407 645/8434/7406 646/8437/7409</w:t>
        <w:br/>
        <w:t>f 649/8438/7410 648/8439/7411 647/8440/7412</w:t>
        <w:br/>
        <w:t>f 651/8441/7413 647/8440/7412 648/8439/7411</w:t>
        <w:br/>
        <w:t>f 650/8442/7414 651/8441/7413 648/8439/7411</w:t>
        <w:br/>
        <w:t>f 653/8443/7415 652/8444/7416 650/8442/7414</w:t>
        <w:br/>
        <w:t>f 654/8445/7417 653/8443/7415 650/8442/7414</w:t>
        <w:br/>
        <w:t>f 653/8443/7415 654/8445/7417 655/8446/7418</w:t>
        <w:br/>
        <w:t>f 657/8447/7419 655/8446/7418 654/8445/7417</w:t>
        <w:br/>
        <w:t>f 656/8448/7420 657/8447/7419 654/8445/7417</w:t>
        <w:br/>
        <w:t>f 660/8449/7421 659/8450/7422 658/8451/7423</w:t>
        <w:br/>
        <w:t>f 658/8451/7423 659/8450/7422 661/8452/7424</w:t>
        <w:br/>
        <w:t>f 664/8453/7425 663/8454/7426 662/8455/7427</w:t>
        <w:br/>
        <w:t>f 662/8455/7427 663/8454/7426 665/8456/7428</w:t>
        <w:br/>
        <w:t>f 668/8457/7429 667/8458/7430 666/8459/7431</w:t>
        <w:br/>
        <w:t>f 671/8460/7432 670/8461/7433 669/8462/7434</w:t>
        <w:br/>
        <w:t>f 673/8463/7435 672/8464/7436 669/8462/7434</w:t>
        <w:br/>
        <w:t>f 670/8461/7433 673/8463/7435 669/8462/7434</w:t>
        <w:br/>
        <w:t>f 672/8464/7436 673/8463/7435 674/8465/7437</w:t>
        <w:br/>
        <w:t>f 423/8213/7231 422/8214/7232 674/8465/7437</w:t>
        <w:br/>
        <w:t>f 673/8463/7435 423/8213/7231 674/8465/7437</w:t>
        <w:br/>
        <w:t>f 670/8461/7433 675/8466/7438 665/8456/7428</w:t>
        <w:br/>
        <w:t>f 663/8454/7426 670/8461/7433 665/8456/7428</w:t>
        <w:br/>
        <w:t>f 663/8454/7426 664/8453/7425 676/8467/7439</w:t>
        <w:br/>
        <w:t>f 656/8448/7420 663/8454/7426 676/8467/7439</w:t>
        <w:br/>
        <w:t>f 641/8433/7405 642/8432/7404 643/8436/7408</w:t>
        <w:br/>
        <w:t>f 649/8438/7410 645/8434/7406 648/8439/7411</w:t>
        <w:br/>
        <w:t>f 666/8459/7431 667/8458/7430 677/8468/7440</w:t>
        <w:br/>
        <w:t>f 678/8469/7441 659/8450/7422 660/8449/7421</w:t>
        <w:br/>
        <w:t>f 661/8452/7442 656/8448/7420 676/8467/7439</w:t>
        <w:br/>
        <w:t>f 651/8441/7413 650/8442/7414 652/8444/7416</w:t>
        <w:br/>
        <w:t>f 680/8470/7443 679/8471/7443 431/8219/7238</w:t>
        <w:br/>
        <w:t>f 428/8222/7240 680/8470/7443 431/8219/7238</w:t>
        <w:br/>
        <w:t>f 682/8472/7444 681/8473/7444 679/8471/7443</w:t>
        <w:br/>
        <w:t>f 680/8470/7443 682/8472/7444 679/8471/7443</w:t>
        <w:br/>
        <w:t>f 682/8472/7444 684/8474/7445 683/8475/7445</w:t>
        <w:br/>
        <w:t>f 681/8473/7444 682/8472/7444 683/8475/7445</w:t>
        <w:br/>
        <w:t>f 686/8476/7446 683/8475/7445 684/8474/7445</w:t>
        <w:br/>
        <w:t>f 685/8477/7447 686/8476/7446 684/8474/7445</w:t>
        <w:br/>
        <w:t>f 688/8478/7448 687/8479/7448 686/8476/7446</w:t>
        <w:br/>
        <w:t>f 685/8477/7447 688/8478/7448 686/8476/7446</w:t>
        <w:br/>
        <w:t>f 690/8480/7449 689/8481/7450 687/8479/7448</w:t>
        <w:br/>
        <w:t>f 688/8478/7448 690/8480/7449 687/8479/7448</w:t>
        <w:br/>
        <w:t>f 692/8482/7451 689/8481/7450 690/8480/7449</w:t>
        <w:br/>
        <w:t>f 691/8483/7451 692/8482/7451 690/8480/7449</w:t>
        <w:br/>
        <w:t>f 694/8484/7452 692/8482/7451 691/8483/7451</w:t>
        <w:br/>
        <w:t>f 693/8485/7452 694/8484/7452 691/8483/7451</w:t>
        <w:br/>
        <w:t>f 696/8486/7453 694/8484/7452 693/8485/7452</w:t>
        <w:br/>
        <w:t>f 695/8487/7453 696/8486/7453 693/8485/7452</w:t>
        <w:br/>
        <w:t>f 698/8488/7454 697/8489/7455 696/8486/7453</w:t>
        <w:br/>
        <w:t>f 695/8487/7453 698/8488/7454 696/8486/7453</w:t>
        <w:br/>
        <w:t>f 700/8490/7456 699/8491/7456 697/8489/7455</w:t>
        <w:br/>
        <w:t>f 698/8488/7454 700/8490/7456 697/8489/7455</w:t>
        <w:br/>
        <w:t>f 702/8492/7457 701/8493/7457 699/8491/7456</w:t>
        <w:br/>
        <w:t>f 700/8490/7456 702/8492/7457 699/8491/7456</w:t>
        <w:br/>
        <w:t>f 704/8494/7458 701/8493/7457 702/8492/7457</w:t>
        <w:br/>
        <w:t>f 703/8495/7459 704/8494/7458 702/8492/7457</w:t>
        <w:br/>
        <w:t>f 706/8496/7460 705/8497/7461 704/8494/7458</w:t>
        <w:br/>
        <w:t>f 703/8495/7459 706/8496/7460 704/8494/7458</w:t>
        <w:br/>
        <w:t>f 706/8496/7460 708/8498/7462 707/8499/7463</w:t>
        <w:br/>
        <w:t>f 705/8497/7461 706/8496/7460 707/8499/7463</w:t>
        <w:br/>
        <w:t>f 708/8498/7462 710/8500/7464 709/8501/7464</w:t>
        <w:br/>
        <w:t>f 707/8499/7463 708/8498/7462 709/8501/7464</w:t>
        <w:br/>
        <w:t>f 712/8502/7465 711/8503/7466 709/8501/7464</w:t>
        <w:br/>
        <w:t>f 710/8500/7464 712/8502/7465 709/8501/7464</w:t>
        <w:br/>
        <w:t>f 714/8504/7467 713/8505/7467 711/8503/7466</w:t>
        <w:br/>
        <w:t>f 712/8502/7465 714/8504/7467 711/8503/7466</w:t>
        <w:br/>
        <w:t>f 716/8506/7468 715/8507/7468 713/8505/7467</w:t>
        <w:br/>
        <w:t>f 714/8504/7467 716/8506/7468 713/8505/7467</w:t>
        <w:br/>
        <w:t>f 718/8508/7469 715/8507/7468 716/8506/7468</w:t>
        <w:br/>
        <w:t>f 717/8509/7469 718/8508/7469 716/8506/7468</w:t>
        <w:br/>
        <w:t>f 720/8510/7470 718/8508/7469 717/8509/7469</w:t>
        <w:br/>
        <w:t>f 719/8511/7470 720/8510/7470 717/8509/7469</w:t>
        <w:br/>
        <w:t>f 722/8512/7471 720/8510/7470 719/8511/7470</w:t>
        <w:br/>
        <w:t>f 721/8513/7472 722/8512/7471 719/8511/7470</w:t>
        <w:br/>
        <w:t>f 724/8514/7473 723/8515/7474 722/8512/7471</w:t>
        <w:br/>
        <w:t>f 721/8513/7472 724/8514/7473 722/8512/7471</w:t>
        <w:br/>
        <w:t>f 726/8516/7475 725/8517/7475 723/8515/7474</w:t>
        <w:br/>
        <w:t>f 724/8514/7473 726/8516/7475 723/8515/7474</w:t>
        <w:br/>
        <w:t>f 728/8518/7476 725/8517/7475 726/8516/7475</w:t>
        <w:br/>
        <w:t>f 727/8519/7477 728/8518/7476 726/8516/7475</w:t>
        <w:br/>
        <w:t>f 730/8520/7478 729/8521/7479 728/8518/7476</w:t>
        <w:br/>
        <w:t>f 727/8519/7477 730/8520/7478 728/8518/7476</w:t>
        <w:br/>
        <w:t>f 732/8522/7480 729/8521/7479 730/8520/7478</w:t>
        <w:br/>
        <w:t>f 731/8523/7480 732/8522/7480 730/8520/7478</w:t>
        <w:br/>
        <w:t>f 734/8524/7481 732/8522/7480 731/8523/7480</w:t>
        <w:br/>
        <w:t>f 733/8525/7482 734/8524/7481 731/8523/7480</w:t>
        <w:br/>
        <w:t>f 738/8526/7483 737/8527/7484 736/8528/7485</w:t>
        <w:br/>
        <w:t>f 735/8529/7486 738/8526/7483 736/8528/7485</w:t>
        <w:br/>
        <w:t>f 741/8530/7487 740/8531/7488 739/8532/7489</w:t>
        <w:br/>
        <w:t>f 741/8530/7487 739/8532/7489 742/8533/7490</w:t>
        <w:br/>
        <w:t>f 772/8534/7491 771/8535/7492 770/8536/7492</w:t>
        <w:br/>
        <w:t>f 769/8537/7491 772/8534/7491 770/8536/7492</w:t>
        <w:br/>
        <w:t>f 776/8538/7493 775/8539/7494 774/8540/7494</w:t>
        <w:br/>
        <w:t>f 773/8541/7495 776/8538/7493 774/8540/7494</w:t>
        <w:br/>
        <w:t>f 777/8542/7496 772/8534/7491 769/8537/7491</w:t>
        <w:br/>
        <w:t>f 778/8543/7497 777/8542/7496 769/8537/7491</w:t>
        <w:br/>
        <w:t>f 782/8544/7498 781/8545/7499 780/8546/7500</w:t>
        <w:br/>
        <w:t>f 779/8547/7500 782/8544/7498 780/8546/7500</w:t>
        <w:br/>
        <w:t>f 784/8548/7501 783/8549/7501 779/8547/7500</w:t>
        <w:br/>
        <w:t>f 780/8546/7500 784/8548/7501 779/8547/7500</w:t>
        <w:br/>
        <w:t>f 788/8550/7502 787/8551/7502 786/8552/7503</w:t>
        <w:br/>
        <w:t>f 785/8553/7503 788/8550/7502 786/8552/7503</w:t>
        <w:br/>
        <w:t>f 790/8554/7504 785/8553/7503 786/8552/7503</w:t>
        <w:br/>
        <w:t>f 789/8555/7504 790/8554/7504 786/8552/7503</w:t>
        <w:br/>
        <w:t>f 787/8551/7502 788/8550/7502 792/8556/7505</w:t>
        <w:br/>
        <w:t>f 791/8557/7505 787/8551/7502 792/8556/7505</w:t>
        <w:br/>
        <w:t>f 775/8539/7494 794/8558/7506 793/8559/7506</w:t>
        <w:br/>
        <w:t>f 774/8540/7494 775/8539/7494 793/8559/7506</w:t>
        <w:br/>
        <w:t>f 824/8560/7507 823/8561/7507 822/8562/7508</w:t>
        <w:br/>
        <w:t>f 821/8563/7508 824/8560/7507 822/8562/7508</w:t>
        <w:br/>
        <w:t>f 827/8564/7509 826/8565/7509 825/8566/7510</w:t>
        <w:br/>
        <w:t>f 828/8567/7510 827/8564/7509 825/8566/7510</w:t>
        <w:br/>
        <w:t>f 830/8568/7511 829/8569/7511 823/8561/7507</w:t>
        <w:br/>
        <w:t>f 824/8560/7507 830/8568/7511 823/8561/7507</w:t>
        <w:br/>
        <w:t>f 834/8570/7512 833/8571/7513 832/8572/7513</w:t>
        <w:br/>
        <w:t>f 831/8573/7514 834/8570/7512 832/8572/7513</w:t>
        <w:br/>
        <w:t>f 833/8571/7513 836/8574/7515 835/8575/7515</w:t>
        <w:br/>
        <w:t>f 832/8572/7513 833/8571/7513 835/8575/7515</w:t>
        <w:br/>
        <w:t>f 839/8576/7516 838/8577/7517 837/8578/7517</w:t>
        <w:br/>
        <w:t>f 840/8579/7516 839/8576/7516 837/8578/7517</w:t>
        <w:br/>
        <w:t>f 842/8580/7518 841/8581/7518 837/8578/7517</w:t>
        <w:br/>
        <w:t>f 838/8577/7517 842/8580/7518 837/8578/7517</w:t>
        <w:br/>
        <w:t>f 840/8579/7516 844/8582/7519 843/8583/7519</w:t>
        <w:br/>
        <w:t>f 839/8576/7516 840/8579/7516 843/8583/7519</w:t>
        <w:br/>
        <w:t>f 828/8567/7510 825/8566/7510 845/8584/7520</w:t>
        <w:br/>
        <w:t>f 846/8585/7520 828/8567/7510 845/8584/7520</w:t>
        <w:br/>
        <w:t>f 746/8586/7521 745/8587/7521 744/8588/7522</w:t>
        <w:br/>
        <w:t>f 743/8589/7523 746/8586/7521 744/8588/7522</w:t>
        <w:br/>
        <w:t>f 750/8590/7524 749/8591/7525 748/8592/7525</w:t>
        <w:br/>
        <w:t>f 747/8593/7524 750/8590/7524 748/8592/7525</w:t>
        <w:br/>
        <w:t>f 745/8587/7521 746/8586/7521 751/8594/7526</w:t>
        <w:br/>
        <w:t>f 752/8595/7526 745/8587/7521 751/8594/7526</w:t>
        <w:br/>
        <w:t>f 756/8596/7527 755/8597/7528 754/8598/7528</w:t>
        <w:br/>
        <w:t>f 753/8599/7527 756/8596/7527 754/8598/7528</w:t>
        <w:br/>
        <w:t>f 760/8600/7529 759/8601/7529 758/8602/7530</w:t>
        <w:br/>
        <w:t>f 757/8603/7522 760/8600/7529 758/8602/7530</w:t>
        <w:br/>
        <w:t>f 751/8594/7526 762/8604/7531 761/8605/7532</w:t>
        <w:br/>
        <w:t>f 752/8595/7526 751/8594/7526 761/8605/7532</w:t>
        <w:br/>
        <w:t>f 764/8606/7533 763/8607/7533 759/8601/7529</w:t>
        <w:br/>
        <w:t>f 760/8600/7529 764/8606/7533 759/8601/7529</w:t>
        <w:br/>
        <w:t>f 765/8608/7534 748/8592/7525 749/8591/7525</w:t>
        <w:br/>
        <w:t>f 766/8609/7535 765/8608/7534 749/8591/7525</w:t>
        <w:br/>
        <w:t>f 768/8610/7536 754/8598/7528 755/8597/7528</w:t>
        <w:br/>
        <w:t>f 767/8611/7536 768/8610/7536 755/8597/7528</w:t>
        <w:br/>
        <w:t>f 798/8612/7537 797/8613/7538 796/8614/7539</w:t>
        <w:br/>
        <w:t>f 795/8615/7537 798/8612/7537 796/8614/7539</w:t>
        <w:br/>
        <w:t>f 801/8616/7540 800/8617/7540 799/8618/7541</w:t>
        <w:br/>
        <w:t>f 802/8619/7541 801/8616/7540 799/8618/7541</w:t>
        <w:br/>
        <w:t>f 795/8615/7537 804/8620/7542 803/8621/7542</w:t>
        <w:br/>
        <w:t>f 798/8612/7537 795/8615/7537 803/8621/7542</w:t>
        <w:br/>
        <w:t>f 808/8622/7543 807/8623/7543 806/8624/7544</w:t>
        <w:br/>
        <w:t>f 805/8625/7545 808/8622/7543 806/8624/7544</w:t>
        <w:br/>
        <w:t>f 811/8626/7546 810/8627/7547 809/8628/7547</w:t>
        <w:br/>
        <w:t>f 812/8629/7539 811/8626/7546 809/8628/7547</w:t>
        <w:br/>
        <w:t>f 803/8621/7542 804/8620/7542 814/8630/7548</w:t>
        <w:br/>
        <w:t>f 813/8631/7548 803/8621/7542 814/8630/7548</w:t>
        <w:br/>
        <w:t>f 816/8632/7549 809/8628/7547 810/8627/7547</w:t>
        <w:br/>
        <w:t>f 815/8633/7549 816/8632/7549 810/8627/7547</w:t>
        <w:br/>
        <w:t>f 800/8617/7540 801/8616/7540 818/8634/7550</w:t>
        <w:br/>
        <w:t>f 817/8635/7551 800/8617/7540 818/8634/7550</w:t>
        <w:br/>
        <w:t>f 820/8636/7552 819/8637/7552 805/8625/7545</w:t>
        <w:br/>
        <w:t>f 806/8624/7544 820/8636/7552 805/8625/7545</w:t>
        <w:br/>
        <w:t>usemtl MI_Audrey_Body1_102</w:t>
        <w:br/>
        <w:t>f 4301/8638/7553 4300/8639/7553 4299/8640/7554</w:t>
        <w:br/>
        <w:t>f 4298/8641/7554 4301/8638/7553 4299/8640/7554</w:t>
        <w:br/>
        <w:t>f 4305/8642/7555 4304/8643/7555 4303/8644/7556</w:t>
        <w:br/>
        <w:t>f 4302/8645/7557 4305/8642/7555 4303/8644/7556</w:t>
        <w:br/>
        <w:t>f 4304/8643/7555 4305/8642/7555 4307/8646/7558</w:t>
        <w:br/>
        <w:t>f 4306/8647/7558 4304/8643/7555 4307/8646/7558</w:t>
        <w:br/>
        <w:t>f 4306/8647/7558 4307/8646/7558 4309/8648/7559</w:t>
        <w:br/>
        <w:t>f 4308/8649/7559 4306/8647/7558 4309/8648/7559</w:t>
        <w:br/>
        <w:t>f 4313/8650/7560 4312/8651/7561 4311/8652/7562</w:t>
        <w:br/>
        <w:t>f 4310/8653/7562 4313/8650/7560 4311/8652/7562</w:t>
        <w:br/>
        <w:t>f 4315/8654/7563 4314/8655/7563 4312/8651/7561</w:t>
        <w:br/>
        <w:t>f 4313/8650/7560 4315/8654/7563 4312/8651/7561</w:t>
        <w:br/>
        <w:t>f 4314/8655/7563 4315/8654/7563 4317/8656/7564</w:t>
        <w:br/>
        <w:t>f 4316/8657/7564 4314/8655/7563 4317/8656/7564</w:t>
        <w:br/>
        <w:t>f 4321/8658/7565 4320/8659/7565 4319/8660/7566</w:t>
        <w:br/>
        <w:t>f 4318/8661/7566 4321/8658/7565 4319/8660/7566</w:t>
        <w:br/>
        <w:t>f 4323/8662/7567 4318/8661/7566 4319/8660/7566</w:t>
        <w:br/>
        <w:t>f 4322/8663/7568 4323/8662/7567 4319/8660/7566</w:t>
        <w:br/>
        <w:t>f 4327/8664/7569 4326/8665/7570 4325/8666/7570</w:t>
        <w:br/>
        <w:t>f 4324/8667/7571 4327/8664/7569 4325/8666/7570</w:t>
        <w:br/>
        <w:t>f 4329/8668/7572 4323/8662/7567 4322/8663/7568</w:t>
        <w:br/>
        <w:t>f 4328/8669/7572 4329/8668/7572 4322/8663/7568</w:t>
        <w:br/>
        <w:t>f 4331/8670/7573 4330/8671/7573 4310/8653/7562</w:t>
        <w:br/>
        <w:t>f 4311/8652/7562 4331/8670/7573 4310/8653/7562</w:t>
        <w:br/>
        <w:t>f 4331/8670/7573 4333/8672/7574 4332/8673/7574</w:t>
        <w:br/>
        <w:t>f 4330/8671/7573 4331/8670/7573 4332/8673/7574</w:t>
        <w:br/>
        <w:t>f 4308/8649/7559 4309/8648/7559 4335/8674/7575</w:t>
        <w:br/>
        <w:t>f 4334/8675/7575 4308/8649/7559 4335/8674/7575</w:t>
        <w:br/>
        <w:t>f 4324/8667/7571 4337/8676/7576 4336/8677/7576</w:t>
        <w:br/>
        <w:t>f 4327/8664/7569 4324/8667/7571 4336/8677/7576</w:t>
        <w:br/>
        <w:t>f 4326/8665/7570 4339/8678/7577 4338/8679/7577</w:t>
        <w:br/>
        <w:t>f 4325/8666/7570 4326/8665/7570 4338/8679/7577</w:t>
        <w:br/>
        <w:t>f 4337/8676/7576 4298/8641/7554 4299/8640/7554</w:t>
        <w:br/>
        <w:t>f 4336/8677/7576 4337/8676/7576 4299/8640/7554</w:t>
        <w:br/>
        <w:t>f 4343/8680/7578 4342/8681/7579 4341/8682/7579</w:t>
        <w:br/>
        <w:t>f 4340/8683/7580 4343/8680/7578 4341/8682/7579</w:t>
        <w:br/>
        <w:t>f 4345/8684/7581 4343/8680/7578 4340/8683/7580</w:t>
        <w:br/>
        <w:t>f 4344/8685/7582 4345/8684/7581 4340/8683/7580</w:t>
        <w:br/>
        <w:t>f 4344/8685/7582 4347/8686/7583 4346/8687/7584</w:t>
        <w:br/>
        <w:t>f 4345/8684/7581 4344/8685/7582 4346/8687/7584</w:t>
        <w:br/>
        <w:t>f 4351/8688/7585 4350/8689/7586 4349/8690/7587</w:t>
        <w:br/>
        <w:t>f 4348/8691/7588 4351/8688/7585 4349/8690/7587</w:t>
        <w:br/>
        <w:t>f 4350/8689/7586 4353/8692/7589 4352/8693/7589</w:t>
        <w:br/>
        <w:t>f 4349/8690/7587 4350/8689/7586 4352/8693/7589</w:t>
        <w:br/>
        <w:t>f 4352/8693/7589 4353/8692/7589 4355/8694/7590</w:t>
        <w:br/>
        <w:t>f 4354/8695/7574 4352/8693/7589 4355/8694/7590</w:t>
        <w:br/>
        <w:t>f 4357/8696/7591 4351/8688/7585 4348/8691/7588</w:t>
        <w:br/>
        <w:t>f 4356/8697/7592 4357/8696/7591 4348/8691/7588</w:t>
        <w:br/>
        <w:t>f 4359/8698/7593 4357/8696/7591 4356/8697/7592</w:t>
        <w:br/>
        <w:t>f 4358/8699/7593 4359/8698/7593 4356/8697/7592</w:t>
        <w:br/>
        <w:t>f 4363/8700/7594 4362/8701/7595 4361/8702/7596</w:t>
        <w:br/>
        <w:t>f 4360/8703/7596 4363/8700/7594 4361/8702/7596</w:t>
        <w:br/>
        <w:t>f 4362/8701/7595 4363/8700/7594 4364/8704/7597</w:t>
        <w:br/>
        <w:t>f 4365/8705/7597 4362/8701/7595 4364/8704/7597</w:t>
        <w:br/>
        <w:t>f 4364/8704/7597 4346/8687/7584 4347/8686/7583</w:t>
        <w:br/>
        <w:t>f 4365/8705/7597 4364/8704/7597 4347/8686/7583</w:t>
        <w:br/>
        <w:t>f 4369/8706/7598 4368/8707/7598 4367/8708/7599</w:t>
        <w:br/>
        <w:t>f 4366/8709/7600 4369/8706/7598 4367/8708/7599</w:t>
        <w:br/>
        <w:t>f 4366/8709/7601 4372/8710/7582 4371/8711/7602</w:t>
        <w:br/>
        <w:t>f 4370/8712/7602 4366/8709/7601 4371/8711/7602</w:t>
        <w:br/>
        <w:t>f 4376/8713/7603 4375/8714/7604 4374/8715/7605</w:t>
        <w:br/>
        <w:t>f 4373/8716/7606 4376/8713/7603 4374/8715/7605</w:t>
        <w:br/>
        <w:t>f 4373/8716/7606 4374/8715/7605 4378/8717/7607</w:t>
        <w:br/>
        <w:t>f 4377/8718/7607 4373/8716/7606 4378/8717/7607</w:t>
        <w:br/>
        <w:t>f 4371/8711/7602 4380/8719/7608 4379/8720/7553</w:t>
        <w:br/>
        <w:t>f 4370/8712/7602 4371/8711/7602 4379/8720/7553</w:t>
        <w:br/>
        <w:t>f 4384/8721/7609 4383/8722/7610 4382/8723/7611</w:t>
        <w:br/>
        <w:t>f 4381/8724/7612 4384/8721/7609 4382/8723/7611</w:t>
        <w:br/>
        <w:t>f 4383/8722/7610 4329/8668/7572 4328/8669/7572</w:t>
        <w:br/>
        <w:t>f 4382/8723/7611 4383/8722/7610 4328/8669/7572</w:t>
        <w:br/>
        <w:t>f 4387/8725/7613 4386/8726/7613 4375/8714/7604</w:t>
        <w:br/>
        <w:t>f 4385/8727/7586 4387/8725/7613 4375/8714/7604</w:t>
        <w:br/>
        <w:t>f 4389/8728/7614 4386/8726/7613 4387/8725/7613</w:t>
        <w:br/>
        <w:t>f 4388/8729/7615 4389/8728/7614 4387/8725/7613</w:t>
        <w:br/>
        <w:t>f 4388/8729/7615 4391/8730/7616 4390/8731/7616</w:t>
        <w:br/>
        <w:t>f 4389/8728/7614 4388/8729/7615 4390/8731/7616</w:t>
        <w:br/>
        <w:t>f 4395/8732/7617 4394/8733/7618 4393/8734/7619</w:t>
        <w:br/>
        <w:t>f 4392/8735/7620 4395/8732/7617 4393/8734/7619</w:t>
        <w:br/>
        <w:t>f 4397/8736/7621 4394/8733/7618 4395/8732/7617</w:t>
        <w:br/>
        <w:t>f 4396/8737/7622 4397/8736/7621 4395/8732/7617</w:t>
        <w:br/>
        <w:t>f 4400/8738/7623 4399/8739/7624 4398/8740/7625</w:t>
        <w:br/>
        <w:t>f 4401/8741/7626 4400/8738/7623 4398/8740/7625</w:t>
        <w:br/>
        <w:t>f 4405/8742/7627 4404/8743/7628 4403/8744/7629</w:t>
        <w:br/>
        <w:t>f 4402/8745/7630 4405/8742/7627 4403/8744/7629</w:t>
        <w:br/>
        <w:t>f 4402/8745/7630 4403/8744/7629 4359/8698/7593</w:t>
        <w:br/>
        <w:t>f 4358/8699/7593 4402/8745/7630 4359/8698/7593</w:t>
        <w:br/>
        <w:t>f 4391/8730/7616 4399/8739/7624 4400/8738/7623</w:t>
        <w:br/>
        <w:t>f 4390/8731/7616 4391/8730/7616 4400/8738/7623</w:t>
        <w:br/>
        <w:t>f 4407/8746/7631 4406/8747/7632 4404/8743/7628</w:t>
        <w:br/>
        <w:t>f 4405/8742/7627 4407/8746/7631 4404/8743/7628</w:t>
        <w:br/>
        <w:t>f 4409/8748/7633 4408/8749/7634 4406/8747/7632</w:t>
        <w:br/>
        <w:t>f 4407/8746/7631 4409/8748/7633 4406/8747/7632</w:t>
        <w:br/>
        <w:t>f 4401/8741/7626 4398/8740/7625 4411/8750/7635</w:t>
        <w:br/>
        <w:t>f 4410/8751/7635 4401/8741/7626 4411/8750/7635</w:t>
        <w:br/>
        <w:t>f 4413/8752/7636 4397/8736/7621 4396/8737/7622</w:t>
        <w:br/>
        <w:t>f 4412/8753/7637 4413/8752/7636 4396/8737/7622</w:t>
        <w:br/>
        <w:t>f 4415/8754/7638 4413/8752/7636 4412/8753/7637</w:t>
        <w:br/>
        <w:t>f 4414/8755/7638 4415/8754/7638 4412/8753/7637</w:t>
        <w:br/>
        <w:t>f 4414/8755/7638 4417/8756/7639 4416/8757/7639</w:t>
        <w:br/>
        <w:t>f 4415/8754/7638 4414/8755/7638 4416/8757/7639</w:t>
        <w:br/>
        <w:t>f 4410/8751/7635 4411/8750/7635 4419/8758/7640</w:t>
        <w:br/>
        <w:t>f 4418/8759/7640 4410/8751/7635 4419/8758/7640</w:t>
        <w:br/>
        <w:t>f 4360/8703/7596 4361/8702/7596 4421/8760/7641</w:t>
        <w:br/>
        <w:t>f 4420/8761/7641 4360/8703/7596 4421/8760/7641</w:t>
        <w:br/>
        <w:t>f 4421/8760/7641 4423/8762/7642 4422/8763/7642</w:t>
        <w:br/>
        <w:t>f 4420/8761/7641 4421/8760/7641 4422/8763/7642</w:t>
        <w:br/>
        <w:t>f 4392/8735/7620 4393/8734/7619 4368/8707/7598</w:t>
        <w:br/>
        <w:t>f 4369/8706/7598 4392/8735/7620 4368/8707/7598</w:t>
        <w:br/>
        <w:t>f 4334/8675/7575 4335/8674/7575 4425/8764/7643</w:t>
        <w:br/>
        <w:t>f 4424/8765/7644 4334/8675/7575 4425/8764/7643</w:t>
        <w:br/>
        <w:t>f 4424/8765/7644 4425/8764/7643 4427/8766/7645</w:t>
        <w:br/>
        <w:t>f 4426/8767/7645 4424/8765/7644 4427/8766/7645</w:t>
        <w:br/>
        <w:t>f 4431/8768/7646 4430/8769/7647 4429/8770/7647</w:t>
        <w:br/>
        <w:t>f 4428/8771/7648 4431/8768/7646 4429/8770/7647</w:t>
        <w:br/>
        <w:t>f 4433/8772/7649 4429/8770/7647 4430/8769/7647</w:t>
        <w:br/>
        <w:t>f 4432/8773/7649 4433/8772/7649 4430/8769/7647</w:t>
        <w:br/>
        <w:t>f 4436/8774/7650 4435/8775/7651 4434/8776/7651</w:t>
        <w:br/>
        <w:t>f 4437/8777/7650 4436/8774/7650 4434/8776/7651</w:t>
        <w:br/>
        <w:t>f 4441/8778/7652 4440/8779/7652 4439/8780/7653</w:t>
        <w:br/>
        <w:t>f 4438/8781/7653 4441/8778/7652 4439/8780/7653</w:t>
        <w:br/>
        <w:t>f 4435/8775/7651 4443/8782/7654 4442/8783/7654</w:t>
        <w:br/>
        <w:t>f 4434/8776/7651 4435/8775/7651 4442/8783/7654</w:t>
        <w:br/>
        <w:t>f 4443/8782/7654 4445/8784/7655 4444/8785/7655</w:t>
        <w:br/>
        <w:t>f 4442/8783/7654 4443/8782/7654 4444/8785/7655</w:t>
        <w:br/>
        <w:t>f 4447/8786/7656 4431/8768/7646 4428/8771/7648</w:t>
        <w:br/>
        <w:t>f 4446/8787/7656 4447/8786/7656 4428/8771/7648</w:t>
        <w:br/>
        <w:t>f 4449/8788/7657 4448/8789/7657 4436/8774/7650</w:t>
        <w:br/>
        <w:t>f 4437/8777/7650 4449/8788/7657 4436/8774/7650</w:t>
        <w:br/>
        <w:t>f 4453/8790/7658 4452/8791/7658 4451/8792/7659</w:t>
        <w:br/>
        <w:t>f 4450/8793/7659 4453/8790/7658 4451/8792/7659</w:t>
        <w:br/>
        <w:t>f 4455/8794/7660 4454/8795/7660 4448/8789/7657</w:t>
        <w:br/>
        <w:t>f 4449/8788/7657 4455/8794/7660 4448/8789/7657</w:t>
        <w:br/>
        <w:t>f 4452/8791/7658 4453/8790/7658 4438/8781/7653</w:t>
        <w:br/>
        <w:t>f 4439/8780/7653 4452/8791/7658 4438/8781/7653</w:t>
        <w:br/>
        <w:t>f 4457/8796/7661 4456/8797/7661 4433/8772/7649</w:t>
        <w:br/>
        <w:t>f 4432/8773/7649 4457/8796/7661 4433/8772/7649</w:t>
        <w:br/>
        <w:t>f 4320/8659/7565 4321/8658/7565 4459/8798/7662</w:t>
        <w:br/>
        <w:t>f 4458/8799/7662 4320/8659/7565 4459/8798/7662</w:t>
        <w:br/>
        <w:t>f 4459/8798/7662 4454/8795/7660 4455/8794/7660</w:t>
        <w:br/>
        <w:t>f 4458/8799/7662 4459/8798/7662 4455/8794/7660</w:t>
        <w:br/>
        <w:t>f 4461/8800/7663 4450/8793/7659 4451/8792/7659</w:t>
        <w:br/>
        <w:t>f 4460/8801/7663 4461/8800/7663 4451/8792/7659</w:t>
        <w:br/>
        <w:t>f 4460/8801/7663 4338/8679/7577 4339/8678/7577</w:t>
        <w:br/>
        <w:t>f 4461/8800/7663 4460/8801/7663 4339/8678/7577</w:t>
        <w:br/>
        <w:t>f 4316/8657/7564 4317/8656/7564 4456/8797/7661</w:t>
        <w:br/>
        <w:t>f 4457/8796/7661 4316/8657/7564 4456/8797/7661</w:t>
        <w:br/>
        <w:t>f 4464/8802/7664 4463/8803/7665 4462/8804/7666</w:t>
        <w:br/>
        <w:t>f 4465/8805/7667 4464/8802/7664 4462/8804/7666</w:t>
        <w:br/>
        <w:t>f 4464/8802/7664 4465/8805/7667 4466/8806/7668</w:t>
        <w:br/>
        <w:t>f 4467/8807/7668 4464/8802/7664 4466/8806/7668</w:t>
        <w:br/>
        <w:t>f 4467/8807/7668 4466/8806/7668 4426/8767/7645</w:t>
        <w:br/>
        <w:t>f 4427/8766/7645 4467/8807/7668 4426/8767/7645</w:t>
        <w:br/>
        <w:t>f 4462/8804/7666 4463/8803/7665 4469/8808/7669</w:t>
        <w:br/>
        <w:t>f 4468/8809/7669 4462/8804/7666 4469/8808/7669</w:t>
        <w:br/>
        <w:t>f 4471/8810/7670 4470/8811/7671 4468/8809/7669</w:t>
        <w:br/>
        <w:t>f 4469/8808/7669 4471/8810/7670 4468/8809/7669</w:t>
        <w:br/>
        <w:t>f 4446/8787/7656 4473/8812/7672 4472/8813/7673</w:t>
        <w:br/>
        <w:t>f 4447/8786/7656 4446/8787/7656 4472/8813/7673</w:t>
        <w:br/>
        <w:t>f 4476/8814/7674 4475/8815/7675 4473/8812/7676</w:t>
        <w:br/>
        <w:t>f 4474/8816/7674 4476/8814/7674 4473/8812/7676</w:t>
        <w:br/>
        <w:t>f 4470/8811/7677 4479/8817/7678 4478/8818/7679</w:t>
        <w:br/>
        <w:t>f 4477/8819/7679 4470/8811/7677 4478/8818/7679</w:t>
        <w:br/>
        <w:t>f 4478/8818/7679 4481/8820/7680 4480/8821/7680</w:t>
        <w:br/>
        <w:t>f 4477/8819/7679 4478/8818/7679 4480/8821/7680</w:t>
        <w:br/>
        <w:t>f 4485/8822/7681 4484/8823/7682 4483/8824/7683</w:t>
        <w:br/>
        <w:t>f 4482/8825/7683 4485/8822/7681 4483/8824/7683</w:t>
        <w:br/>
        <w:t>f 4423/8762/7642 4487/8826/7684 4486/8827/7684</w:t>
        <w:br/>
        <w:t>f 4422/8763/7642 4423/8762/7642 4486/8827/7684</w:t>
        <w:br/>
        <w:t>f 4489/8828/7685 4486/8827/7684 4487/8826/7684</w:t>
        <w:br/>
        <w:t>f 4488/8829/7686 4489/8828/7685 4487/8826/7684</w:t>
        <w:br/>
        <w:t>f 4488/8829/7686 4480/8821/7680 4481/8820/7680</w:t>
        <w:br/>
        <w:t>f 4489/8828/7685 4488/8829/7686 4481/8820/7680</w:t>
        <w:br/>
        <w:t>f 4493/8830/7687 4492/8831/7688 4491/8832/7688</w:t>
        <w:br/>
        <w:t>f 4490/8833/7687 4493/8830/7687 4491/8832/7688</w:t>
        <w:br/>
        <w:t>f 4408/8749/7634 4409/8748/7633 4491/8832/7688</w:t>
        <w:br/>
        <w:t>f 4492/8831/7688 4408/8749/7634 4491/8832/7688</w:t>
        <w:br/>
        <w:t>f 4490/8833/7687 4476/8814/7674 4474/8816/7674</w:t>
        <w:br/>
        <w:t>f 4493/8830/7687 4490/8833/7687 4474/8816/7674</w:t>
        <w:br/>
        <w:t>f 4497/8834/7689 4496/8835/7690 4495/8836/7691</w:t>
        <w:br/>
        <w:t>f 4494/8837/7691 4497/8834/7689 4495/8836/7691</w:t>
        <w:br/>
        <w:t>f 4444/8785/7655 4445/8784/7655 4494/8837/7691</w:t>
        <w:br/>
        <w:t>f 4495/8836/7691 4444/8785/7655 4494/8837/7691</w:t>
        <w:br/>
        <w:t>f 4501/8838/7692 4500/8839/7692 4499/8840/7693</w:t>
        <w:br/>
        <w:t>f 4498/8841/7694 4501/8838/7692 4499/8840/7693</w:t>
        <w:br/>
        <w:t>f 4499/8840/7693 4416/8757/7639 4417/8756/7639</w:t>
        <w:br/>
        <w:t>f 4498/8841/7694 4499/8840/7693 4417/8756/7639</w:t>
        <w:br/>
        <w:t>f 4482/8825/7683 4483/8824/7683 4500/8839/7692</w:t>
        <w:br/>
        <w:t>f 4501/8838/7692 4482/8825/7683 4500/8839/7692</w:t>
        <w:br/>
        <w:t>f 4496/8835/7690 4497/8834/7689 4418/8759/7640</w:t>
        <w:br/>
        <w:t>f 4419/8758/7640 4496/8835/7690 4418/8759/7640</w:t>
        <w:br/>
        <w:t>f 4484/8823/7682 4485/8822/7681 4440/8779/7652</w:t>
        <w:br/>
        <w:t>f 4441/8778/7652 4484/8823/7682 4440/8779/7652</w:t>
        <w:br/>
        <w:t>f 21693/8842/7695 21692/8843/7696 21691/8844/7697</w:t>
        <w:br/>
        <w:t>f 21690/8845/7697 21693/8842/7695 21691/8844/7697</w:t>
        <w:br/>
        <w:t>f 21696/8846/7698 21695/8847/7699 21694/8848/7700</w:t>
        <w:br/>
        <w:t>f 21694/8848/7700 21695/8847/7699 21697/8849/7701</w:t>
        <w:br/>
        <w:t>f 21697/8849/7701 21695/8847/7699 21698/8850/7702</w:t>
        <w:br/>
        <w:t>f 21698/8850/7702 21695/8847/7699 21699/8851/7703</w:t>
        <w:br/>
        <w:t>f 21699/8851/7703 21695/8847/7699 21700/8852/7704</w:t>
        <w:br/>
        <w:t>f 21695/8847/7699 21701/8853/7705 21700/8852/7704</w:t>
        <w:br/>
        <w:t>f 21701/8853/7705 21702/8854/7706 21700/8852/7704</w:t>
        <w:br/>
        <w:t>f 21704/8855/7707 21703/8856/7708 21702/8854/7706</w:t>
        <w:br/>
        <w:t>f 21702/8854/7706 21703/8856/7708 21700/8852/7704</w:t>
        <w:br/>
        <w:t>f 21703/8856/7708 21705/8857/7709 21700/8852/7704</w:t>
        <w:br/>
        <w:t>f 21709/8858/7710 21708/8859/7711 21707/8860/7711</w:t>
        <w:br/>
        <w:t>f 21706/8861/7710 21709/8858/7710 21707/8860/7711</w:t>
        <w:br/>
        <w:t>f 21706/8861/7710 21711/8862/7712 21710/8863/7697</w:t>
        <w:br/>
        <w:t>f 21709/8858/7710 21706/8861/7710 21710/8863/7697</w:t>
        <w:br/>
        <w:t>f 21713/8864/7713 21692/8843/7696 21693/8842/7695</w:t>
        <w:br/>
        <w:t>f 21712/8865/7713 21713/8864/7713 21693/8842/7695</w:t>
        <w:br/>
        <w:t>f 21717/8866/7714 21716/8867/7715 21715/8868/7716</w:t>
        <w:br/>
        <w:t>f 21714/8869/7717 21717/8866/7714 21715/8868/7716</w:t>
        <w:br/>
        <w:t>f 21716/8867/7715 21717/8866/7714 21707/8860/7711</w:t>
        <w:br/>
        <w:t>f 21708/8859/7711 21716/8867/7715 21707/8860/7711</w:t>
        <w:br/>
        <w:t>f 21714/8869/7717 21715/8868/7716 21719/8870/7718</w:t>
        <w:br/>
        <w:t>f 21718/8871/7718 21714/8869/7717 21719/8870/7718</w:t>
        <w:br/>
        <w:t>f 21719/8870/7718 21721/8872/7719 21720/8873/7719</w:t>
        <w:br/>
        <w:t>f 21718/8871/7718 21719/8870/7718 21720/8873/7719</w:t>
        <w:br/>
        <w:t>f 21712/8865/7713 21723/8874/7720 21722/8875/7720</w:t>
        <w:br/>
        <w:t>f 21713/8864/7713 21712/8865/7713 21722/8875/7720</w:t>
        <w:br/>
        <w:t>f 21725/8876/7721 21724/8877/7721 21722/8875/7720</w:t>
        <w:br/>
        <w:t>f 21723/8874/7720 21725/8876/7721 21722/8875/7720</w:t>
        <w:br/>
        <w:t>f 21727/8878/7722 21720/8873/7719 21721/8872/7719</w:t>
        <w:br/>
        <w:t>f 21726/8879/7722 21727/8878/7722 21721/8872/7719</w:t>
        <w:br/>
        <w:t>f 21726/8879/7722 21724/8877/7721 21725/8876/7721</w:t>
        <w:br/>
        <w:t>f 21727/8878/7722 21726/8879/7722 21725/8876/7721</w:t>
        <w:br/>
        <w:t>f 21730/8880/7723 21729/8881/7724 21728/8882/7725</w:t>
        <w:br/>
        <w:t>f 21729/8881/7724 21731/8883/7726 21728/8882/7725</w:t>
        <w:br/>
        <w:t>f 21731/8883/7726 21732/8884/7727 21728/8882/7725</w:t>
        <w:br/>
        <w:t>f 21732/8884/7727 21733/8885/7728 21728/8882/7725</w:t>
        <w:br/>
        <w:t>f 21728/8882/7725 21733/8885/7728 21734/8886/7729</w:t>
        <w:br/>
        <w:t>f 21733/8885/7728 21735/8887/7730 21734/8886/7729</w:t>
        <w:br/>
        <w:t>f 21735/8887/7730 21736/8888/7731 21734/8886/7729</w:t>
        <w:br/>
        <w:t>f 21738/8889/7732 21737/8890/7733 21736/8888/7731</w:t>
        <w:br/>
        <w:t>f 21736/8888/7731 21737/8890/7733 21734/8886/7729</w:t>
        <w:br/>
        <w:t>f 21737/8890/7733 21739/8891/7734 21734/8886/7729</w:t>
        <w:br/>
        <w:t>f 22101/8892/7735 22100/8893/7736 22099/8894/7737</w:t>
        <w:br/>
        <w:t>f 22098/8895/7738 22101/8892/7735 22099/8894/7737</w:t>
        <w:br/>
        <w:t>f 22105/8896/7739 22104/8897/7740 22103/8898/7741</w:t>
        <w:br/>
        <w:t>f 22102/8899/7742 22105/8896/7739 22103/8898/7741</w:t>
        <w:br/>
        <w:t>f 22106/8900/7743 22102/8899/7742 22103/8898/7741</w:t>
        <w:br/>
        <w:t>f 22107/8901/7744 22106/8900/7743 22103/8898/7741</w:t>
        <w:br/>
        <w:t>f 22100/8893/7736 22106/8900/7743 22107/8901/7744</w:t>
        <w:br/>
        <w:t>f 22099/8894/7737 22100/8893/7736 22107/8901/7744</w:t>
        <w:br/>
        <w:t>f 22111/8902/7745 22110/8903/7746 22109/8904/7747</w:t>
        <w:br/>
        <w:t>f 22108/8905/7748 22111/8902/7745 22109/8904/7747</w:t>
        <w:br/>
        <w:t>f 22113/8906/7749 22111/8902/7745 22108/8905/7748</w:t>
        <w:br/>
        <w:t>f 22112/8907/7750 22113/8906/7749 22108/8905/7748</w:t>
        <w:br/>
        <w:t>f 22117/8908/7751 22116/8909/7752 22115/8910/7753</w:t>
        <w:br/>
        <w:t>f 22114/8911/7754 22117/8908/7751 22115/8910/7753</w:t>
        <w:br/>
        <w:t>f 22121/8912/7755 22120/8913/7756 22119/8914/7757</w:t>
        <w:br/>
        <w:t>f 22118/8915/7758 22121/8912/7755 22119/8914/7757</w:t>
        <w:br/>
        <w:t>f 22125/8916/7759 22124/8917/7760 22123/8918/7761</w:t>
        <w:br/>
        <w:t>f 22122/8919/7762 22125/8916/7759 22123/8918/7761</w:t>
        <w:br/>
        <w:t>f 22129/8920/7763 22128/8921/7764 22127/8922/7765</w:t>
        <w:br/>
        <w:t>f 22126/8923/7766 22129/8920/7763 22127/8922/7765</w:t>
        <w:br/>
        <w:t>f 22105/8896/7739 22132/8924/7767 22131/8925/7768</w:t>
        <w:br/>
        <w:t>f 22130/8926/7769 22105/8896/7739 22131/8925/7768</w:t>
        <w:br/>
        <w:t>f 22134/8927/7770 22133/8928/7771 22113/8906/7749</w:t>
        <w:br/>
        <w:t>f 22112/8907/7750 22134/8927/7770 22113/8906/7749</w:t>
        <w:br/>
        <w:t>f 22137/8929/7772 22136/8930/7773 22101/8892/7735</w:t>
        <w:br/>
        <w:t>f 22135/8931/7774 22137/8929/7772 22101/8892/7735</w:t>
        <w:br/>
        <w:t>f 22139/8932/7775 22138/8933/7776 22133/8928/7771</w:t>
        <w:br/>
        <w:t>f 22134/8927/7770 22139/8932/7775 22133/8928/7771</w:t>
        <w:br/>
        <w:t>f 22130/8926/7769 22131/8925/7768 22141/8934/7777</w:t>
        <w:br/>
        <w:t>f 22140/8935/7778 22130/8926/7769 22141/8934/7777</w:t>
        <w:br/>
        <w:t>f 22108/8905/7748 22109/8904/7747 22143/8936/7779</w:t>
        <w:br/>
        <w:t>f 22142/8937/7780 22108/8905/7748 22143/8936/7779</w:t>
        <w:br/>
        <w:t>f 22112/8907/7750 22108/8905/7748 22142/8937/7780</w:t>
        <w:br/>
        <w:t>f 22144/8938/7781 22112/8907/7750 22142/8937/7780</w:t>
        <w:br/>
        <w:t>f 22145/8939/7782 22134/8927/7770 22112/8907/7750</w:t>
        <w:br/>
        <w:t>f 22144/8938/7781 22145/8939/7782 22112/8907/7750</w:t>
        <w:br/>
        <w:t>f 22134/8927/7770 22145/8939/7782 22146/8940/7783</w:t>
        <w:br/>
        <w:t>f 22139/8932/7775 22134/8927/7770 22146/8940/7783</w:t>
        <w:br/>
        <w:t>f 22123/8918/7761 22148/8941/7784 22147/8942/7785</w:t>
        <w:br/>
        <w:t>f 22122/8919/7762 22123/8918/7761 22147/8942/7785</w:t>
        <w:br/>
        <w:t>f 22114/8911/7754 22150/8943/7786 22149/8944/7787</w:t>
        <w:br/>
        <w:t>f 22117/8908/7751 22114/8911/7754 22149/8944/7787</w:t>
        <w:br/>
        <w:t>f 22143/8936/7779 22109/8904/7747 22117/8908/7751</w:t>
        <w:br/>
        <w:t>f 22149/8944/7787 22143/8936/7779 22117/8908/7751</w:t>
        <w:br/>
        <w:t>f 22116/8909/7752 22117/8908/7751 22109/8904/7747</w:t>
        <w:br/>
        <w:t>f 22110/8903/7746 22116/8909/7752 22109/8904/7747</w:t>
        <w:br/>
        <w:t>f 22116/8909/7752 22152/8945/7788 22151/8946/7789</w:t>
        <w:br/>
        <w:t>f 22115/8910/7753 22116/8909/7752 22151/8946/7789</w:t>
        <w:br/>
        <w:t>f 22155/8947/7790 22154/8948/7791 22125/8916/7759</w:t>
        <w:br/>
        <w:t>f 22153/8949/7792 22155/8947/7790 22125/8916/7759</w:t>
        <w:br/>
        <w:t>f 22159/8950/7793 22158/8951/7794 22157/8952/7795</w:t>
        <w:br/>
        <w:t>f 22156/8953/7796 22159/8950/7793 22157/8952/7795</w:t>
        <w:br/>
        <w:t>f 22158/8951/7794 22126/8923/7766 22127/8922/7765</w:t>
        <w:br/>
        <w:t>f 22157/8952/7795 22158/8951/7794 22127/8922/7765</w:t>
        <w:br/>
        <w:t>f 22162/8954/7797 22161/8955/7798 22154/8948/7791</w:t>
        <w:br/>
        <w:t>f 22160/8956/7799 22162/8954/7797 22154/8948/7791</w:t>
        <w:br/>
        <w:t>f 22151/8946/7789 22164/8957/7800 22163/8958/7801</w:t>
        <w:br/>
        <w:t>f 22165/8959/7802 22114/8911/7754 22115/8910/7753</w:t>
        <w:br/>
        <w:t>f 22153/8949/7792 22165/8959/7802 22115/8910/7753</w:t>
        <w:br/>
        <w:t>f 22166/8960/7803 22150/8943/7786 22114/8911/7754</w:t>
        <w:br/>
        <w:t>f 22165/8959/7802 22166/8960/7803 22114/8911/7754</w:t>
        <w:br/>
        <w:t>f 22153/8949/7792 22125/8916/7759 22122/8919/7762</w:t>
        <w:br/>
        <w:t>f 22165/8959/7802 22153/8949/7792 22122/8919/7762</w:t>
        <w:br/>
        <w:t>f 22147/8942/7785 22166/8960/7803 22165/8959/7802</w:t>
        <w:br/>
        <w:t>f 22122/8919/7762 22147/8942/7785 22165/8959/7802</w:t>
        <w:br/>
        <w:t>f 22118/8915/7758 22119/8914/7757 22137/8929/7772</w:t>
        <w:br/>
        <w:t>f 22135/8931/7774 22118/8915/7758 22137/8929/7772</w:t>
        <w:br/>
        <w:t>f 22138/8933/7776 22167/8961/7804 22156/8953/7796</w:t>
        <w:br/>
        <w:t>f 22133/8928/7771 22138/8933/7776 22156/8953/7796</w:t>
        <w:br/>
        <w:t>f 22152/8945/7788 22128/8921/7764 22129/8920/7763</w:t>
        <w:br/>
        <w:t>f 22168/8962/7805 22152/8945/7788 22129/8920/7763</w:t>
        <w:br/>
        <w:t>f 22170/8963/7806 22169/8964/7777 22120/8913/7756</w:t>
        <w:br/>
        <w:t>f 22121/8912/7755 22170/8963/7806 22120/8913/7756</w:t>
        <w:br/>
        <w:t>f 22139/8932/7775 22146/8940/7783 22172/8965/7784</w:t>
        <w:br/>
        <w:t>f 22171/8966/7761 22139/8932/7775 22172/8965/7784</w:t>
        <w:br/>
        <w:t>f 22138/8933/7776 22139/8932/7775 22171/8966/7761</w:t>
        <w:br/>
        <w:t>f 22173/8967/7760 22138/8933/7776 22171/8966/7761</w:t>
        <w:br/>
        <w:t>f 22176/8968/7807 22167/8961/7804 22175/8969/7808</w:t>
        <w:br/>
        <w:t>f 22174/8970/7809 22176/8968/7807 22175/8969/7808</w:t>
        <w:br/>
        <w:t>f 22121/8912/7755 22178/8971/7810 22177/8972/7811</w:t>
        <w:br/>
        <w:t>f 22170/8963/7806 22121/8912/7755 22177/8972/7811</w:t>
        <w:br/>
        <w:t>f 22180/8973/7812 22118/8915/7758 22135/8931/7774</w:t>
        <w:br/>
        <w:t>f 22179/8974/7813 22180/8973/7812 22135/8931/7774</w:t>
        <w:br/>
        <w:t>f 22130/8926/7769 22181/8975/7814 22104/8897/7740</w:t>
        <w:br/>
        <w:t>f 22105/8896/7739 22130/8926/7769 22104/8897/7740</w:t>
        <w:br/>
        <w:t>f 22140/8935/7778 22182/8976/7811 22181/8975/7814</w:t>
        <w:br/>
        <w:t>f 22130/8926/7769 22140/8935/7778 22181/8975/7814</w:t>
        <w:br/>
        <w:t>f 22098/8895/7738 22179/8974/7813 22135/8931/7774</w:t>
        <w:br/>
        <w:t>f 22101/8892/7735 22098/8895/7738 22135/8931/7774</w:t>
        <w:br/>
        <w:t>f 22118/8915/7758 22180/8973/7812 22178/8971/7810</w:t>
        <w:br/>
        <w:t>f 22121/8912/7755 22118/8915/7758 22178/8971/7810</w:t>
        <w:br/>
        <w:t>f 22322/8977/7815 22321/8978/7816 22320/8979/7817</w:t>
        <w:br/>
        <w:t>f 22319/8980/7818 22322/8977/7815 22320/8979/7817</w:t>
        <w:br/>
        <w:t>f 22326/8981/7819 22325/8982/7820 22324/8983/7821</w:t>
        <w:br/>
        <w:t>f 22323/8984/7822 22326/8981/7819 22324/8983/7821</w:t>
        <w:br/>
        <w:t>f 22331/8985/7823 22330/8986/7820 22329/8987/7819</w:t>
        <w:br/>
        <w:t>f 22328/8988/7824 22331/8985/7823 22329/8987/7819</w:t>
        <w:br/>
        <w:t>f 22319/8980/7818 22320/8979/7817 22331/8985/7823</w:t>
        <w:br/>
        <w:t>f 22328/8988/7824 22319/8980/7818 22331/8985/7823</w:t>
        <w:br/>
        <w:t>f 22343/8989/7825 22342/8990/7826 22341/8991/7827</w:t>
        <w:br/>
        <w:t>f 22340/8992/7828 22343/8989/7825 22341/8991/7827</w:t>
        <w:br/>
        <w:t>f 22345/8993/7829 22344/8994/7830 22321/8978/7816</w:t>
        <w:br/>
        <w:t>f 22322/8977/7815 22345/8993/7829 22321/8978/7816</w:t>
        <w:br/>
        <w:t>f 22347/8995/7831 22346/8996/7832 22344/8994/7830</w:t>
        <w:br/>
        <w:t>f 22345/8993/7829 22347/8995/7831 22344/8994/7830</w:t>
        <w:br/>
        <w:t>f 22349/8997/7833 22348/8998/7834 22346/8996/7832</w:t>
        <w:br/>
        <w:t>f 22347/8995/7831 22349/8997/7833 22346/8996/7832</w:t>
        <w:br/>
        <w:t>f 22132/8924/7767 22105/8896/7739 22102/8899/7742</w:t>
        <w:br/>
        <w:t>f 22498/8999/7835 22132/8924/7767 22102/8899/7742</w:t>
        <w:br/>
        <w:t>f 22498/8999/7835 22102/8899/7742 22106/8900/7743</w:t>
        <w:br/>
        <w:t>f 22499/9000/7836 22498/8999/7835 22106/8900/7743</w:t>
        <w:br/>
        <w:t>f 22100/8893/7736 22500/9001/7837 22499/9000/7836</w:t>
        <w:br/>
        <w:t>f 22106/8900/7743 22100/8893/7736 22499/9000/7836</w:t>
        <w:br/>
        <w:t>f 22100/8893/7736 22101/8892/7735 22136/8930/7773</w:t>
        <w:br/>
        <w:t>f 22500/9001/7837 22100/8893/7736 22136/8930/7773</w:t>
        <w:br/>
        <w:t>f 22159/8950/7793 22176/8968/7807 22501/9002/7838</w:t>
        <w:br/>
        <w:t>f 22502/9003/7839 22159/8950/7793 22501/9002/7838</w:t>
        <w:br/>
        <w:t>f 22505/9004/7840 22504/9005/7841 22503/9006/7842</w:t>
        <w:br/>
        <w:t>f 22508/9007/7843 22507/9008/7844 22506/9009/7845</w:t>
        <w:br/>
        <w:t>f 22512/9010/7846 22511/9011/7847 22510/9012/7848</w:t>
        <w:br/>
        <w:t>f 22509/9013/7849 22512/9010/7846 22510/9012/7848</w:t>
        <w:br/>
        <w:t>f 22509/9013/7849 22513/9014/7850 22512/9010/7846</w:t>
        <w:br/>
        <w:t>f 22511/9011/7847 22515/9015/7851 22514/9016/7852</w:t>
        <w:br/>
        <w:t>f 22517/9017/7853 22515/9015/7851 22516/9018/7854</w:t>
        <w:br/>
        <w:t>f 22168/8962/7805 22129/8920/7763 22519/9019/7855</w:t>
        <w:br/>
        <w:t>f 22518/9020/7856 22168/8962/7805 22519/9019/7855</w:t>
        <w:br/>
        <w:t>f 22168/8962/7805 22520/9021/7857 22164/8957/7800</w:t>
        <w:br/>
        <w:t>f 22522/9022/7858 22162/8954/7797 22160/8956/7799</w:t>
        <w:br/>
        <w:t>f 22521/9023/7859 22522/9022/7858 22160/8956/7799</w:t>
        <w:br/>
        <w:t>f 22526/9024/7860 22525/9025/7861 22524/9026/7862</w:t>
        <w:br/>
        <w:t>f 22523/9027/7863 22526/9024/7860 22524/9026/7862</w:t>
        <w:br/>
        <w:t>f 22523/9027/7863 22524/9026/7862 22504/9005/7841</w:t>
        <w:br/>
        <w:t>f 22527/9028/7864 22523/9027/7863 22504/9005/7841</w:t>
        <w:br/>
        <w:t>f 22531/9029/7865 22530/9030/7866 22529/9031/7867</w:t>
        <w:br/>
        <w:t>f 22528/9032/7868 22531/9029/7865 22529/9031/7867</w:t>
        <w:br/>
        <w:t>f 22535/9033/7869 22534/9034/7870 22533/9035/7871</w:t>
        <w:br/>
        <w:t>f 22532/9036/7872 22535/9033/7869 22533/9035/7871</w:t>
        <w:br/>
        <w:t>f 22537/9037/7873 22536/9038/7874 22520/9021/7857</w:t>
        <w:br/>
        <w:t>f 22508/9007/7843 22537/9037/7873 22520/9021/7857</w:t>
        <w:br/>
        <w:t>f 22536/9038/7874 22537/9037/7873 22525/9025/7861</w:t>
        <w:br/>
        <w:t>f 22526/9024/7860 22536/9038/7874 22525/9025/7861</w:t>
        <w:br/>
        <w:t>f 22527/9028/7864 22504/9005/7841 22505/9004/7840</w:t>
        <w:br/>
        <w:t>f 22521/9023/7859 22527/9028/7864 22505/9004/7840</w:t>
        <w:br/>
        <w:t>f 22507/9008/7844 22508/9007/7843 22520/9021/7857</w:t>
        <w:br/>
        <w:t>f 22505/9004/7840 22539/9039/7875 22538/9040/7876</w:t>
        <w:br/>
        <w:t>f 22517/9017/7853 22516/9018/7854 22540/9041/7877</w:t>
        <w:br/>
        <w:t>f 22507/9008/7844 22517/9017/7853 22540/9041/7877</w:t>
        <w:br/>
        <w:t>f 22508/9007/7843 22506/9009/7845 22541/9042/7878</w:t>
        <w:br/>
        <w:t>f 22537/9037/7873 22508/9007/7843 22541/9042/7878</w:t>
        <w:br/>
        <w:t>f 22126/8923/7766 22542/9043/7879 22519/9019/7855</w:t>
        <w:br/>
        <w:t>f 22129/8920/7763 22126/8923/7766 22519/9019/7855</w:t>
        <w:br/>
        <w:t>f 22502/9003/7839 22543/9044/7880 22158/8951/7794</w:t>
        <w:br/>
        <w:t>f 22159/8950/7793 22502/9003/7839 22158/8951/7794</w:t>
        <w:br/>
        <w:t>f 22543/9044/7880 22542/9043/7879 22126/8923/7766</w:t>
        <w:br/>
        <w:t>f 22158/8951/7794 22543/9044/7880 22126/8923/7766</w:t>
        <w:br/>
        <w:t>f 22501/9002/7838 22176/8968/7807 22174/8970/7809</w:t>
        <w:br/>
        <w:t>f 22544/9045/7858 22501/9002/7838 22174/8970/7809</w:t>
        <w:br/>
        <w:t>f 22547/9046/7881 22546/9047/7876 22513/9014/7850</w:t>
        <w:br/>
        <w:t>f 22545/9048/7882 22547/9046/7881 22513/9014/7850</w:t>
        <w:br/>
        <w:t>f 22551/9049/7883 22550/9050/7884 22549/9051/7885</w:t>
        <w:br/>
        <w:t>f 22548/9052/7886 22551/9049/7883 22549/9051/7885</w:t>
        <w:br/>
        <w:t>f 22554/9053/7887 22550/9050/7884 22553/9054/7888</w:t>
        <w:br/>
        <w:t>f 22552/9055/7889 22554/9053/7887 22553/9054/7888</w:t>
        <w:br/>
        <w:t>f 22535/9033/7869 22556/9056/7890 22555/9057/7891</w:t>
        <w:br/>
        <w:t>f 22534/9034/7870 22535/9033/7869 22555/9057/7891</w:t>
        <w:br/>
        <w:t>f 22559/9058/7892 22558/9059/7893 22539/9039/7875</w:t>
        <w:br/>
        <w:t>f 22557/9060/7894 22559/9058/7892 22539/9039/7875</w:t>
        <w:br/>
        <w:t>f 22520/9021/7857 22536/9038/7874 22164/8957/7800</w:t>
        <w:br/>
        <w:t>f 22518/9020/7856 22507/9008/7844 22520/9021/7857</w:t>
        <w:br/>
        <w:t>f 22563/9061/7895 22562/9062/7896 22561/9063/7897</w:t>
        <w:br/>
        <w:t>f 22560/9064/7898 22563/9061/7895 22561/9063/7897</w:t>
        <w:br/>
        <w:t>f 22567/9065/7899 22566/9066/7900 22565/9067/7901</w:t>
        <w:br/>
        <w:t>f 22564/9068/7902 22567/9065/7899 22565/9067/7901</w:t>
        <w:br/>
        <w:t>f 22551/9049/7883 22569/9069/7903 22568/9070/7904</w:t>
        <w:br/>
        <w:t>f 22569/9069/7903 22551/9049/7883 22548/9052/7886</w:t>
        <w:br/>
        <w:t>f 22570/9071/7905 22569/9069/7903 22548/9052/7886</w:t>
        <w:br/>
        <w:t>f 22572/9072/7906 22571/9073/7907 22570/9071/7905</w:t>
        <w:br/>
        <w:t>f 22548/9052/7886 22572/9072/7906 22570/9071/7905</w:t>
        <w:br/>
        <w:t>f 22575/9074/7908 22574/9075/7909 22571/9073/7907</w:t>
        <w:br/>
        <w:t>f 22573/9076/7910 22575/9074/7908 22571/9073/7907</w:t>
        <w:br/>
        <w:t>f 22577/9077/7911 22575/9074/7908 22573/9076/7910</w:t>
        <w:br/>
        <w:t>f 22576/9078/7912 22577/9077/7911 22573/9076/7910</w:t>
        <w:br/>
        <w:t>f 22579/9079/7913 22577/9077/7911 22576/9078/7912</w:t>
        <w:br/>
        <w:t>f 22578/9080/7914 22579/9079/7913 22576/9078/7912</w:t>
        <w:br/>
        <w:t>f 22581/9081/7915 22579/9079/7913 22578/9080/7914</w:t>
        <w:br/>
        <w:t>f 22580/9082/7916 22581/9081/7915 22578/9080/7914</w:t>
        <w:br/>
        <w:t>f 22517/9017/7853 22507/9008/7844 22518/9020/7856</w:t>
        <w:br/>
        <w:t>f 22517/9017/7853 22519/9019/7855 22514/9016/7852</w:t>
        <w:br/>
        <w:t>f 22542/9043/7879 22543/9044/7880 22510/9012/7848</w:t>
        <w:br/>
        <w:t>f 22514/9016/7852 22542/9043/7879 22510/9012/7848</w:t>
        <w:br/>
        <w:t>f 22543/9044/7880 22502/9003/7839 22509/9013/7849</w:t>
        <w:br/>
        <w:t>f 22510/9012/7848 22543/9044/7880 22509/9013/7849</w:t>
        <w:br/>
        <w:t>f 22545/9048/7882 22509/9013/7849 22502/9003/7839</w:t>
        <w:br/>
        <w:t>f 22501/9002/7838 22545/9048/7882 22502/9003/7839</w:t>
        <w:br/>
        <w:t>f 22545/9048/7882 22501/9002/7838 22544/9045/7858</w:t>
        <w:br/>
        <w:t>f 22547/9046/7881 22545/9048/7882 22544/9045/7858</w:t>
        <w:br/>
        <w:t>f 22582/9083/7881 22522/9022/7858 22521/9023/7859</w:t>
        <w:br/>
        <w:t>f 22505/9004/7840 22582/9083/7881 22521/9023/7859</w:t>
        <w:br/>
        <w:t>f 22516/9018/7854 22583/9084/7917 22549/9051/7885</w:t>
        <w:br/>
        <w:t>f 22540/9041/7877 22516/9018/7854 22549/9051/7885</w:t>
        <w:br/>
        <w:t>f 22583/9084/7917 22516/9018/7854 22515/9015/7851</w:t>
        <w:br/>
        <w:t>f 22584/9085/7918 22583/9084/7917 22515/9015/7851</w:t>
        <w:br/>
        <w:t>f 22587/9086/7919 22584/9085/7918 22586/9087/7920</w:t>
        <w:br/>
        <w:t>f 22585/9088/7921 22587/9086/7919 22586/9087/7920</w:t>
        <w:br/>
        <w:t>f 22506/9009/7845 22507/9008/7844 22540/9041/7877</w:t>
        <w:br/>
        <w:t>f 22168/8962/7805 22518/9020/7856 22520/9021/7857</w:t>
        <w:br/>
        <w:t>f 22510/9012/7848 22511/9011/7847 22514/9016/7852</w:t>
        <w:br/>
        <w:t>f 22519/9019/7855 22542/9043/7879 22514/9016/7852</w:t>
        <w:br/>
        <w:t>f 22517/9017/7853 22514/9016/7852 22515/9015/7851</w:t>
        <w:br/>
        <w:t>f 22519/9019/7855 22517/9017/7853 22518/9020/7856</w:t>
        <w:br/>
        <w:t>f 22582/9083/7881 22505/9004/7840 22538/9040/7876</w:t>
        <w:br/>
        <w:t>f 22319/8980/7818 22589/9089/7922 22588/9090/7923</w:t>
        <w:br/>
        <w:t>f 22322/8977/7815 22319/8980/7818 22588/9090/7923</w:t>
        <w:br/>
        <w:t>f 22328/8988/7824 22564/9068/7902 22589/9089/7922</w:t>
        <w:br/>
        <w:t>f 22319/8980/7818 22328/8988/7824 22589/9089/7922</w:t>
        <w:br/>
        <w:t>f 22567/9065/7899 22564/9068/7902 22328/8988/7824</w:t>
        <w:br/>
        <w:t>f 22329/8987/7819 22567/9065/7899 22328/8988/7824</w:t>
        <w:br/>
        <w:t>f 22590/9091/7924 22326/8981/7819 22323/8984/7822</w:t>
        <w:br/>
        <w:t>f 22581/9081/7915 22590/9091/7924 22323/8984/7822</w:t>
        <w:br/>
        <w:t>f 22323/8984/7822 22591/9092/7925 22579/9079/7913</w:t>
        <w:br/>
        <w:t>f 22581/9081/7915 22323/8984/7822 22579/9079/7913</w:t>
        <w:br/>
        <w:t>f 22591/9092/7925 22342/8990/7826 22577/9077/7911</w:t>
        <w:br/>
        <w:t>f 22579/9079/7913 22591/9092/7925 22577/9077/7911</w:t>
        <w:br/>
        <w:t>f 22342/8990/7826 22343/8989/7825 22575/9074/7908</w:t>
        <w:br/>
        <w:t>f 22577/9077/7911 22342/8990/7826 22575/9074/7908</w:t>
        <w:br/>
        <w:t>f 22574/9075/7909 22575/9074/7908 22343/8989/7825</w:t>
        <w:br/>
        <w:t>f 22592/9093/7926 22574/9075/7909 22343/8989/7825</w:t>
        <w:br/>
        <w:t>f 22349/8997/7833 22593/9094/7927 22574/9075/7909</w:t>
        <w:br/>
        <w:t>f 22592/9093/7926 22349/8997/7833 22574/9075/7909</w:t>
        <w:br/>
        <w:t>f 22593/9094/7927 22349/8997/7833 22347/8995/7831</w:t>
        <w:br/>
        <w:t>f 22594/9095/7928 22593/9094/7927 22347/8995/7831</w:t>
        <w:br/>
        <w:t>f 22594/9095/7928 22347/8995/7831 22345/8993/7829</w:t>
        <w:br/>
        <w:t>f 22595/9096/7929 22594/9095/7928 22345/8993/7829</w:t>
        <w:br/>
        <w:t>f 22595/9096/7929 22345/8993/7829 22322/8977/7815</w:t>
        <w:br/>
        <w:t>f 22588/9090/7923 22595/9096/7929 22322/8977/7815</w:t>
        <w:br/>
        <w:t>f 22509/9013/7849 22545/9048/7882 22513/9014/7850</w:t>
        <w:br/>
        <w:t>f 22136/8930/7773 22137/8929/7772 22144/8938/7781</w:t>
        <w:br/>
        <w:t>f 22142/8937/7780 22136/8930/7773 22144/8938/7781</w:t>
        <w:br/>
        <w:t>f 22119/8914/7757 22145/8939/7782 22144/8938/7781</w:t>
        <w:br/>
        <w:t>f 22137/8929/7772 22119/8914/7757 22144/8938/7781</w:t>
        <w:br/>
        <w:t>f 22120/8913/7756 22146/8940/7783 22145/8939/7782</w:t>
        <w:br/>
        <w:t>f 22119/8914/7757 22120/8913/7756 22145/8939/7782</w:t>
        <w:br/>
        <w:t>f 22169/8964/7777 22172/8965/7784 22146/8940/7783</w:t>
        <w:br/>
        <w:t>f 22120/8913/7756 22169/8964/7777 22146/8940/7783</w:t>
        <w:br/>
        <w:t>f 22131/8925/7768 22147/8942/7785 22148/8941/7784</w:t>
        <w:br/>
        <w:t>f 22141/8934/7777 22131/8925/7768 22148/8941/7784</w:t>
        <w:br/>
        <w:t>f 22132/8924/7767 22166/8960/7803 22147/8942/7785</w:t>
        <w:br/>
        <w:t>f 22131/8925/7768 22132/8924/7767 22147/8942/7785</w:t>
        <w:br/>
        <w:t>f 22166/8960/7803 22132/8924/7767 22498/8999/7835</w:t>
        <w:br/>
        <w:t>f 22150/8943/7786 22166/8960/7803 22498/8999/7835</w:t>
        <w:br/>
        <w:t>f 22150/8943/7786 22498/8999/7835 22499/9000/7836</w:t>
        <w:br/>
        <w:t>f 22149/8944/7787 22150/8943/7786 22499/9000/7836</w:t>
        <w:br/>
        <w:t>f 22500/9001/7837 22143/8936/7779 22149/8944/7787</w:t>
        <w:br/>
        <w:t>f 22499/9000/7836 22500/9001/7837 22149/8944/7787</w:t>
        <w:br/>
        <w:t>f 22500/9001/7837 22136/8930/7773 22142/8937/7780</w:t>
        <w:br/>
        <w:t>f 22143/8936/7779 22500/9001/7837 22142/8937/7780</w:t>
        <w:br/>
        <w:t>f 22599/9097/7930 22598/9098/7931 22597/9099/7932</w:t>
        <w:br/>
        <w:t>f 22596/9100/7933 22599/9097/7930 22597/9099/7932</w:t>
        <w:br/>
        <w:t>f 22603/9101/7934 22602/9102/7935 22601/9103/7936</w:t>
        <w:br/>
        <w:t>f 22600/9104/7937 22603/9101/7934 22601/9103/7936</w:t>
        <w:br/>
        <w:t>f 22601/9103/7936 22602/9102/7935 22604/9105/7938</w:t>
        <w:br/>
        <w:t>f 22605/9106/7939 22601/9103/7936 22604/9105/7938</w:t>
        <w:br/>
        <w:t>f 22605/9106/7939 22604/9105/7938 22598/9098/7931</w:t>
        <w:br/>
        <w:t>f 22599/9097/7930 22605/9106/7939 22598/9098/7931</w:t>
        <w:br/>
        <w:t>f 22609/9107/7940 22608/9108/7941 22607/9109/7942</w:t>
        <w:br/>
        <w:t>f 22606/9110/7943 22609/9107/7940 22607/9109/7942</w:t>
        <w:br/>
        <w:t>f 22611/9111/7944 22610/9112/7945 22608/9108/7941</w:t>
        <w:br/>
        <w:t>f 22609/9107/7940 22611/9111/7944 22608/9108/7941</w:t>
        <w:br/>
        <w:t>f 22615/9113/7946 22614/9114/7947 22613/9115/7948</w:t>
        <w:br/>
        <w:t>f 22612/9116/7949 22615/9113/7946 22613/9115/7948</w:t>
        <w:br/>
        <w:t>f 22619/9117/7950 22618/9118/7951 22617/9119/7952</w:t>
        <w:br/>
        <w:t>f 22616/9120/7953 22619/9117/7950 22617/9119/7952</w:t>
        <w:br/>
        <w:t>f 22623/9121/7954 22622/9122/7955 22621/9123/7956</w:t>
        <w:br/>
        <w:t>f 22620/9124/7957 22623/9121/7954 22621/9123/7956</w:t>
        <w:br/>
        <w:t>f 22627/9125/7958 22626/9126/7959 22625/9127/7960</w:t>
        <w:br/>
        <w:t>f 22624/9128/7961 22627/9125/7958 22625/9127/7960</w:t>
        <w:br/>
        <w:t>f 22603/9101/7934 22630/9129/7962 22629/9130/7963</w:t>
        <w:br/>
        <w:t>f 22628/9131/7964 22603/9101/7934 22629/9130/7963</w:t>
        <w:br/>
        <w:t>f 22611/9111/7944 22632/9132/7965 22631/9133/7966</w:t>
        <w:br/>
        <w:t>f 22610/9112/7945 22611/9111/7944 22631/9133/7966</w:t>
        <w:br/>
        <w:t>f 22635/9134/7967 22634/9135/7968 22597/9099/7932</w:t>
        <w:br/>
        <w:t>f 22633/9136/7969 22635/9134/7967 22597/9099/7932</w:t>
        <w:br/>
        <w:t>f 22632/9132/7965 22637/9137/7970 22636/9138/7971</w:t>
        <w:br/>
        <w:t>f 22631/9133/7966 22632/9132/7965 22636/9138/7971</w:t>
        <w:br/>
        <w:t>f 22630/9129/7962 22639/9139/7972 22638/9140/7973</w:t>
        <w:br/>
        <w:t>f 22629/9130/7963 22630/9129/7962 22638/9140/7973</w:t>
        <w:br/>
        <w:t>f 22608/9108/7941 22641/9141/7974 22640/9142/7975</w:t>
        <w:br/>
        <w:t>f 22607/9109/7942 22608/9108/7941 22640/9142/7975</w:t>
        <w:br/>
        <w:t>f 22610/9112/7945 22642/9143/7976 22641/9141/7974</w:t>
        <w:br/>
        <w:t>f 22608/9108/7941 22610/9112/7945 22641/9141/7974</w:t>
        <w:br/>
        <w:t>f 22643/9144/7977 22642/9143/7976 22610/9112/7945</w:t>
        <w:br/>
        <w:t>f 22631/9133/7966 22643/9144/7977 22610/9112/7945</w:t>
        <w:br/>
        <w:t>f 22631/9133/7966 22636/9138/7971 22644/9145/7978</w:t>
        <w:br/>
        <w:t>f 22643/9144/7977 22631/9133/7966 22644/9145/7978</w:t>
        <w:br/>
        <w:t>f 22621/9123/7956 22622/9122/7955 22646/9146/7979</w:t>
        <w:br/>
        <w:t>f 22645/9147/7980 22621/9123/7956 22646/9146/7979</w:t>
        <w:br/>
        <w:t>f 22648/9148/7981 22647/9149/7982 22614/9114/7947</w:t>
        <w:br/>
        <w:t>f 22615/9113/7946 22648/9148/7981 22614/9114/7947</w:t>
        <w:br/>
        <w:t>f 22640/9142/7975 22648/9148/7981 22615/9113/7946</w:t>
        <w:br/>
        <w:t>f 22607/9109/7942 22640/9142/7975 22615/9113/7946</w:t>
        <w:br/>
        <w:t>f 22607/9109/7942 22615/9113/7946 22612/9116/7949</w:t>
        <w:br/>
        <w:t>f 22606/9110/7943 22607/9109/7942 22612/9116/7949</w:t>
        <w:br/>
        <w:t>f 22612/9116/7949 22613/9115/7948 22650/9150/7983</w:t>
        <w:br/>
        <w:t>f 22649/9151/7984 22612/9116/7949 22650/9150/7983</w:t>
        <w:br/>
        <w:t>f 22654/9152/7985 22653/9153/7986 22652/9154/7987</w:t>
        <w:br/>
        <w:t>f 22651/9155/7988 22654/9152/7985 22652/9154/7987</w:t>
        <w:br/>
        <w:t>f 22658/9156/7989 22657/9157/7990 22656/9158/7991</w:t>
        <w:br/>
        <w:t>f 22655/9159/7992 22658/9156/7989 22656/9158/7991</w:t>
        <w:br/>
        <w:t>f 22655/9159/7992 22656/9158/7991 22625/9127/7960</w:t>
        <w:br/>
        <w:t>f 22626/9126/7959 22655/9159/7992 22625/9127/7960</w:t>
        <w:br/>
        <w:t>f 22620/9124/7957 22659/9160/7993 22651/9155/7988</w:t>
        <w:br/>
        <w:t>f 22623/9121/7954 22620/9124/7957 22651/9155/7988</w:t>
        <w:br/>
        <w:t>f 22613/9115/7948 22660/9161/7994 22652/9154/7987</w:t>
        <w:br/>
        <w:t>f 22650/9150/7983 22613/9115/7948 22652/9154/7987</w:t>
        <w:br/>
        <w:t>f 22661/9162/7995 22660/9161/7994 22613/9115/7948</w:t>
        <w:br/>
        <w:t>f 22614/9114/7947 22661/9162/7995 22613/9115/7948</w:t>
        <w:br/>
        <w:t>f 22662/9163/7996 22661/9162/7995 22614/9114/7947</w:t>
        <w:br/>
        <w:t>f 22647/9149/7982 22662/9163/7996 22614/9114/7947</w:t>
        <w:br/>
        <w:t>f 22660/9161/7994 22661/9162/7995 22622/9122/7955</w:t>
        <w:br/>
        <w:t>f 22623/9121/7954 22660/9161/7994 22622/9122/7955</w:t>
        <w:br/>
        <w:t>f 22646/9146/7979 22622/9122/7955 22661/9162/7995</w:t>
        <w:br/>
        <w:t>f 22662/9163/7996 22646/9146/7979 22661/9162/7995</w:t>
        <w:br/>
        <w:t>f 22618/9118/7951 22634/9135/7968 22635/9134/7967</w:t>
        <w:br/>
        <w:t>f 22617/9119/7952 22618/9118/7951 22635/9134/7967</w:t>
        <w:br/>
        <w:t>f 22658/9156/7989 22664/9164/7997 22663/9165/7998</w:t>
        <w:br/>
        <w:t>f 22657/9157/7990 22658/9156/7989 22663/9165/7998</w:t>
        <w:br/>
        <w:t>f 22627/9125/7958 22624/9128/7961 22649/9151/7984</w:t>
        <w:br/>
        <w:t>f 22665/9166/7999 22627/9125/7958 22649/9151/7984</w:t>
        <w:br/>
        <w:t>f 22667/9167/8000 22619/9117/7950 22616/9120/7953</w:t>
        <w:br/>
        <w:t>f 22666/9168/7973 22667/9167/8000 22616/9120/7953</w:t>
        <w:br/>
        <w:t>f 22636/9138/7971 22669/9169/7956 22668/9170/7980</w:t>
        <w:br/>
        <w:t>f 22644/9145/7978 22636/9138/7971 22668/9170/7980</w:t>
        <w:br/>
        <w:t>f 22669/9169/7956 22636/9138/7971 22637/9137/7970</w:t>
        <w:br/>
        <w:t>f 22670/9171/7957 22669/9169/7956 22637/9137/7970</w:t>
        <w:br/>
        <w:t>f 22664/9164/7997 22672/9172/8001 22671/9173/7993</w:t>
        <w:br/>
        <w:t>f 22663/9165/7998 22664/9164/7997 22671/9173/7993</w:t>
        <w:br/>
        <w:t>f 22619/9117/7950 22667/9167/8000 22674/9174/8002</w:t>
        <w:br/>
        <w:t>f 22673/9175/8003 22619/9117/7950 22674/9174/8002</w:t>
        <w:br/>
        <w:t>f 22676/9176/8004 22675/9177/8005 22634/9135/7968</w:t>
        <w:br/>
        <w:t>f 22618/9118/7951 22676/9176/8004 22634/9135/7968</w:t>
        <w:br/>
        <w:t>f 22630/9129/7962 22603/9101/7934 22600/9104/7937</w:t>
        <w:br/>
        <w:t>f 22677/9178/8006 22630/9129/7962 22600/9104/7937</w:t>
        <w:br/>
        <w:t>f 22639/9139/7972 22630/9129/7962 22677/9178/8006</w:t>
        <w:br/>
        <w:t>f 22678/9179/8002 22639/9139/7972 22677/9178/8006</w:t>
        <w:br/>
        <w:t>f 22634/9135/7968 22675/9177/8005 22596/9100/7933</w:t>
        <w:br/>
        <w:t>f 22597/9099/7932 22634/9135/7968 22596/9100/7933</w:t>
        <w:br/>
        <w:t>f 22618/9118/7951 22619/9117/7950 22673/9175/8003</w:t>
        <w:br/>
        <w:t>f 22676/9176/8004 22618/9118/7951 22673/9175/8003</w:t>
        <w:br/>
        <w:t>f 22818/9180/8007 22817/9181/8008 22816/9182/8009</w:t>
        <w:br/>
        <w:t>f 22815/9183/8010 22818/9180/8007 22816/9182/8009</w:t>
        <w:br/>
        <w:t>f 22825/9184/8011 22824/9185/8012 22823/9186/8013</w:t>
        <w:br/>
        <w:t>f 22822/9187/8014 22825/9184/8011 22823/9186/8013</w:t>
        <w:br/>
        <w:t>f 22817/9181/8008 22822/9187/8014 22823/9186/8013</w:t>
        <w:br/>
        <w:t>f 22816/9182/8009 22817/9181/8008 22823/9186/8013</w:t>
        <w:br/>
        <w:t>f 22830/9188/8015 22829/9189/8016 22828/9190/8017</w:t>
        <w:br/>
        <w:t>f 22827/9191/8018 22830/9188/8015 22828/9190/8017</w:t>
        <w:br/>
        <w:t>f 22827/9191/8018 22828/9190/8017 22832/9192/8019</w:t>
        <w:br/>
        <w:t>f 22831/9193/8020 22827/9191/8018 22832/9192/8019</w:t>
        <w:br/>
        <w:t>f 22838/9194/8021 22837/9195/8022 22829/9189/8016</w:t>
        <w:br/>
        <w:t>f 22830/9188/8015 22838/9194/8021 22829/9189/8016</w:t>
        <w:br/>
        <w:t>f 22846/9196/8023 22845/9197/8024 22844/9198/8025</w:t>
        <w:br/>
        <w:t>f 22843/9199/8026 22846/9196/8023 22844/9198/8025</w:t>
        <w:br/>
        <w:t>f 22844/9198/8025 22845/9197/8024 22837/9195/8022</w:t>
        <w:br/>
        <w:t>f 22838/9194/8021 22844/9198/8025 22837/9195/8022</w:t>
        <w:br/>
        <w:t>f 22628/9131/7964 22966/9200/8027 22602/9102/7935</w:t>
        <w:br/>
        <w:t>f 22603/9101/7934 22628/9131/7964 22602/9102/7935</w:t>
        <w:br/>
        <w:t>f 22966/9200/8027 22967/9201/8028 22604/9105/7938</w:t>
        <w:br/>
        <w:t>f 22602/9102/7935 22966/9200/8027 22604/9105/7938</w:t>
        <w:br/>
        <w:t>f 22598/9098/7931 22604/9105/7938 22967/9201/8028</w:t>
        <w:br/>
        <w:t>f 22968/9202/8029 22598/9098/7931 22967/9201/8028</w:t>
        <w:br/>
        <w:t>f 22633/9136/7969 22597/9099/7932 22598/9098/7931</w:t>
        <w:br/>
        <w:t>f 22968/9202/8029 22633/9136/7969 22598/9098/7931</w:t>
        <w:br/>
        <w:t>f 22969/9203/8030 22664/9164/7997 22658/9156/7989</w:t>
        <w:br/>
        <w:t>f 22970/9204/8031 22969/9203/8030 22658/9156/7989</w:t>
        <w:br/>
        <w:t>f 22973/9205/8032 22972/9206/8033 22971/9207/8034</w:t>
        <w:br/>
        <w:t>f 22976/9208/8035 22975/9209/8036 22974/9210/8037</w:t>
        <w:br/>
        <w:t>f 22980/9211/8038 22979/9212/8039 22978/9213/8040</w:t>
        <w:br/>
        <w:t>f 22977/9214/8041 22980/9211/8038 22978/9213/8040</w:t>
        <w:br/>
        <w:t>f 22977/9214/8041 22978/9213/8040 22981/9215/8042</w:t>
        <w:br/>
        <w:t>f 22979/9212/8039 22983/9216/8043 22982/9217/8044</w:t>
        <w:br/>
        <w:t>f 22985/9218/8045 22984/9219/8046 22982/9217/8044</w:t>
        <w:br/>
        <w:t>f 22987/9220/8047 22627/9125/7958 22665/9166/7999</w:t>
        <w:br/>
        <w:t>f 22986/9221/8048 22987/9220/8047 22665/9166/7999</w:t>
        <w:br/>
        <w:t>f 22665/9166/7999 22989/9222/8049 22988/9223/8050</w:t>
        <w:br/>
        <w:t>f 22992/9224/8051 22991/9225/8052 22654/9152/7985</w:t>
        <w:br/>
        <w:t>f 22990/9226/8001 22992/9224/8051 22654/9152/7985</w:t>
        <w:br/>
        <w:t>f 22995/9227/8053 22653/9153/7986 22994/9228/8054</w:t>
        <w:br/>
        <w:t>f 22993/9229/8055 22995/9227/8053 22994/9228/8054</w:t>
        <w:br/>
        <w:t>f 22971/9207/8034 22997/9230/8056 22994/9228/8054</w:t>
        <w:br/>
        <w:t>f 22996/9231/8057 22971/9207/8034 22994/9228/8054</w:t>
        <w:br/>
        <w:t>f 22971/9207/8034 22972/9206/8033 22997/9230/8056</w:t>
        <w:br/>
        <w:t>f 22999/9232/8058 22974/9210/8037 22988/9223/8050</w:t>
        <w:br/>
        <w:t>f 22998/9233/8059 22999/9232/8058 22988/9223/8050</w:t>
        <w:br/>
        <w:t>f 22997/9230/8056 23000/9234/8060 22993/9229/8055</w:t>
        <w:br/>
        <w:t>f 22994/9228/8054 22997/9230/8056 22993/9229/8055</w:t>
        <w:br/>
        <w:t>f 22973/9205/8032 22971/9207/8034 22996/9231/8057</w:t>
        <w:br/>
        <w:t>f 22991/9225/8052 22973/9205/8032 22996/9231/8057</w:t>
        <w:br/>
        <w:t>f 22975/9209/8036 22988/9223/8050 22974/9210/8037</w:t>
        <w:br/>
        <w:t>f 23002/9235/8061 23001/9236/8062 22973/9205/8032</w:t>
        <w:br/>
        <w:t>f 22985/9218/8045 22975/9209/8036 23003/9237/8063</w:t>
        <w:br/>
        <w:t>f 22984/9219/8046 22985/9218/8045 23003/9237/8063</w:t>
        <w:br/>
        <w:t>f 22974/9210/8037 22999/9232/8058 23004/9238/8064</w:t>
        <w:br/>
        <w:t>f 22976/9208/8035 22974/9210/8037 23004/9238/8064</w:t>
        <w:br/>
        <w:t>f 22626/9126/7959 22627/9125/7958 22987/9220/8047</w:t>
        <w:br/>
        <w:t>f 23005/9239/8065 22626/9126/7959 22987/9220/8047</w:t>
        <w:br/>
        <w:t>f 22970/9204/8031 22658/9156/7989 22655/9159/7992</w:t>
        <w:br/>
        <w:t>f 23006/9240/8066 22970/9204/8031 22655/9159/7992</w:t>
        <w:br/>
        <w:t>f 23006/9240/8066 22655/9159/7992 22626/9126/7959</w:t>
        <w:br/>
        <w:t>f 23005/9239/8065 23006/9240/8066 22626/9126/7959</w:t>
        <w:br/>
        <w:t>f 22969/9203/8030 23007/9241/8051 22672/9172/8001</w:t>
        <w:br/>
        <w:t>f 22664/9164/7997 22969/9203/8030 22672/9172/8001</w:t>
        <w:br/>
        <w:t>f 23010/9242/8067 23009/9243/8068 22981/9215/8042</w:t>
        <w:br/>
        <w:t>f 23008/9244/8069 23010/9242/8067 22981/9215/8042</w:t>
        <w:br/>
        <w:t>f 23003/9237/8063 22976/9208/8035 23011/9245/8070</w:t>
        <w:br/>
        <w:t>f 23011/9245/8070 23014/9246/8071 23013/9247/8072</w:t>
        <w:br/>
        <w:t>f 23012/9248/8073 23011/9245/8070 23013/9247/8072</w:t>
        <w:br/>
        <w:t>f 23018/9249/8074 23017/9250/8075 23016/9251/8076</w:t>
        <w:br/>
        <w:t>f 23015/9252/8077 23018/9249/8074 23016/9251/8076</w:t>
        <w:br/>
        <w:t>f 23001/9236/8062 23019/9253/8078 23017/9250/8075</w:t>
        <w:br/>
        <w:t>f 23018/9249/8074 23001/9236/8062 23017/9250/8075</w:t>
        <w:br/>
        <w:t>f 22988/9223/8050 22989/9222/8049 22998/9233/8059</w:t>
        <w:br/>
        <w:t>f 22986/9221/8048 22988/9223/8050 22975/9209/8036</w:t>
        <w:br/>
        <w:t>f 23023/9254/8079 23022/9255/8080 23021/9256/8081</w:t>
        <w:br/>
        <w:t>f 23020/9257/8082 23023/9254/8079 23021/9256/8081</w:t>
        <w:br/>
        <w:t>f 23027/9258/8081 23026/9259/8080 23025/9260/8083</w:t>
        <w:br/>
        <w:t>f 23024/9261/8084 23027/9258/8081 23025/9260/8083</w:t>
        <w:br/>
        <w:t>f 23024/9261/8084 23025/9260/8083 23029/9262/8085</w:t>
        <w:br/>
        <w:t>f 23028/9263/8086 23024/9261/8084 23029/9262/8085</w:t>
        <w:br/>
        <w:t>f 23029/9262/8085 23031/9264/8087 23030/9265/8088</w:t>
        <w:br/>
        <w:t>f 23034/9266/8089 23033/9267/8090 23032/9268/8091</w:t>
        <w:br/>
        <w:t>f 23032/9268/8091 23036/9269/8092 23035/9270/8093</w:t>
        <w:br/>
        <w:t>f 23037/9271/8094 23032/9268/8091 23035/9270/8093</w:t>
        <w:br/>
        <w:t>f 23039/9272/8095 23035/9270/8093 23036/9269/8092</w:t>
        <w:br/>
        <w:t>f 23038/9273/8096 23039/9272/8095 23036/9269/8092</w:t>
        <w:br/>
        <w:t>f 23038/9273/8096 23041/9274/8097 23040/9275/8098</w:t>
        <w:br/>
        <w:t>f 23039/9272/8095 23038/9273/8096 23040/9275/8098</w:t>
        <w:br/>
        <w:t>f 23041/9274/8097 23043/9276/8099 23042/9277/8100</w:t>
        <w:br/>
        <w:t>f 23040/9275/8098 23041/9274/8097 23042/9277/8100</w:t>
        <w:br/>
        <w:t>f 23045/9278/8101 23044/9279/8102 23042/9277/8100</w:t>
        <w:br/>
        <w:t>f 23043/9276/8099 23045/9278/8101 23042/9277/8100</w:t>
        <w:br/>
        <w:t>f 23023/9254/8079 23020/9257/8082 23044/9279/8102</w:t>
        <w:br/>
        <w:t>f 23045/9278/8101 23023/9254/8079 23044/9279/8102</w:t>
        <w:br/>
        <w:t>f 22985/9218/8045 22986/9221/8048 22975/9209/8036</w:t>
        <w:br/>
        <w:t>f 22985/9218/8045 22983/9216/8043 22987/9220/8047</w:t>
        <w:br/>
        <w:t>f 22980/9211/8038 23006/9240/8066 23005/9239/8065</w:t>
        <w:br/>
        <w:t>f 22983/9216/8043 22980/9211/8038 23005/9239/8065</w:t>
        <w:br/>
        <w:t>f 22977/9214/8041 22970/9204/8031 23006/9240/8066</w:t>
        <w:br/>
        <w:t>f 22980/9211/8038 22977/9214/8041 23006/9240/8066</w:t>
        <w:br/>
        <w:t>f 22970/9204/8031 22977/9214/8041 23009/9243/8068</w:t>
        <w:br/>
        <w:t>f 22969/9203/8030 22970/9204/8031 23009/9243/8068</w:t>
        <w:br/>
        <w:t>f 23009/9243/8068 23010/9242/8067 23007/9241/8051</w:t>
        <w:br/>
        <w:t>f 22969/9203/8030 23009/9243/8068 23007/9241/8051</w:t>
        <w:br/>
        <w:t>f 23046/9280/8103 22973/9205/8032 22991/9225/8052</w:t>
        <w:br/>
        <w:t>f 22992/9224/8051 23046/9280/8103 22991/9225/8052</w:t>
        <w:br/>
        <w:t>f 23035/9270/8093 23039/9272/8095 23048/9281/8104</w:t>
        <w:br/>
        <w:t>f 23047/9282/8105 23035/9270/8093 23048/9281/8104</w:t>
        <w:br/>
        <w:t>f 23039/9272/8095 23040/9275/8098 23049/9283/8106</w:t>
        <w:br/>
        <w:t>f 23048/9281/8104 23039/9272/8095 23049/9283/8106</w:t>
        <w:br/>
        <w:t>f 22976/9208/8035 23003/9237/8063 22975/9209/8036</w:t>
        <w:br/>
        <w:t>f 22665/9166/7999 22988/9223/8050 22986/9221/8048</w:t>
        <w:br/>
        <w:t>f 22980/9211/8038 22983/9216/8043 22979/9212/8039</w:t>
        <w:br/>
        <w:t>f 22987/9220/8047 22983/9216/8043 23005/9239/8065</w:t>
        <w:br/>
        <w:t>f 22985/9218/8045 22982/9217/8044 22983/9216/8043</w:t>
        <w:br/>
        <w:t>f 22987/9220/8047 22986/9221/8048 22985/9218/8045</w:t>
        <w:br/>
        <w:t>f 23002/9235/8061 22973/9205/8032 23046/9280/8103</w:t>
        <w:br/>
        <w:t>f 23051/9284/8107 23050/9285/8108 22817/9181/8008</w:t>
        <w:br/>
        <w:t>f 22818/9180/8007 23051/9284/8107 22817/9181/8008</w:t>
        <w:br/>
        <w:t>f 22822/9187/8014 22817/9181/8008 23050/9285/8108</w:t>
        <w:br/>
        <w:t>f 23052/9286/8109 22822/9187/8014 23050/9285/8108</w:t>
        <w:br/>
        <w:t>f 22822/9187/8014 23052/9286/8109 23053/9287/8110</w:t>
        <w:br/>
        <w:t>f 22825/9184/8011 22822/9187/8014 23053/9287/8110</w:t>
        <w:br/>
        <w:t>f 23056/9288/8111 23055/9289/8112 22831/9193/8020</w:t>
        <w:br/>
        <w:t>f 23054/9290/8011 23056/9288/8111 22831/9193/8020</w:t>
        <w:br/>
        <w:t>f 22831/9193/8020 23055/9289/8112 23057/9291/8113</w:t>
        <w:br/>
        <w:t>f 22827/9191/8018 22831/9193/8020 23057/9291/8113</w:t>
        <w:br/>
        <w:t>f 22827/9191/8018 23057/9291/8113 23058/9292/8114</w:t>
        <w:br/>
        <w:t>f 22830/9188/8015 22827/9191/8018 23058/9292/8114</w:t>
        <w:br/>
        <w:t>f 23059/9293/8115 22838/9194/8021 22830/9188/8015</w:t>
        <w:br/>
        <w:t>f 23058/9292/8114 23059/9293/8115 22830/9188/8015</w:t>
        <w:br/>
        <w:t>f 22838/9194/8021 23059/9293/8115 23060/9294/8116</w:t>
        <w:br/>
        <w:t>f 22844/9198/8025 22838/9194/8021 23060/9294/8116</w:t>
        <w:br/>
        <w:t>f 22843/9199/8026 22844/9198/8025 23060/9294/8116</w:t>
        <w:br/>
        <w:t>f 23061/9295/8117 22843/9199/8026 23060/9294/8116</w:t>
        <w:br/>
        <w:t>f 23061/9295/8117 23063/9296/8118 23062/9297/8119</w:t>
        <w:br/>
        <w:t>f 22843/9199/8026 23061/9295/8117 23062/9297/8119</w:t>
        <w:br/>
        <w:t>f 23063/9296/8118 23065/9298/8120 23064/9299/8121</w:t>
        <w:br/>
        <w:t>f 23062/9297/8119 23063/9296/8118 23064/9299/8121</w:t>
        <w:br/>
        <w:t>f 23065/9298/8120 23051/9284/8107 22818/9180/8007</w:t>
        <w:br/>
        <w:t>f 23064/9299/8121 23065/9298/8120 22818/9180/8007</w:t>
        <w:br/>
        <w:t>f 22977/9214/8041 22981/9215/8042 23009/9243/8068</w:t>
        <w:br/>
        <w:t>f 22642/9143/7976 22635/9134/7967 22633/9136/7969</w:t>
        <w:br/>
        <w:t>f 22641/9141/7974 22642/9143/7976 22633/9136/7969</w:t>
        <w:br/>
        <w:t>f 22617/9119/7952 22635/9134/7967 22642/9143/7976</w:t>
        <w:br/>
        <w:t>f 22643/9144/7977 22617/9119/7952 22642/9143/7976</w:t>
        <w:br/>
        <w:t>f 22616/9120/7953 22617/9119/7952 22643/9144/7977</w:t>
        <w:br/>
        <w:t>f 22644/9145/7978 22616/9120/7953 22643/9144/7977</w:t>
        <w:br/>
        <w:t>f 22666/9168/7973 22616/9120/7953 22644/9145/7978</w:t>
        <w:br/>
        <w:t>f 22668/9170/7980 22666/9168/7973 22644/9145/7978</w:t>
        <w:br/>
        <w:t>f 22629/9130/7963 22638/9140/7973 22645/9147/7980</w:t>
        <w:br/>
        <w:t>f 22646/9146/7979 22629/9130/7963 22645/9147/7980</w:t>
        <w:br/>
        <w:t>f 22628/9131/7964 22629/9130/7963 22646/9146/7979</w:t>
        <w:br/>
        <w:t>f 22662/9163/7996 22628/9131/7964 22646/9146/7979</w:t>
        <w:br/>
        <w:t>f 22662/9163/7996 22647/9149/7982 22966/9200/8027</w:t>
        <w:br/>
        <w:t>f 22628/9131/7964 22662/9163/7996 22966/9200/8027</w:t>
        <w:br/>
        <w:t>f 22647/9149/7982 22648/9148/7981 22967/9201/8028</w:t>
        <w:br/>
        <w:t>f 22966/9200/8027 22647/9149/7982 22967/9201/8028</w:t>
        <w:br/>
        <w:t>f 22648/9148/7981 22640/9142/7975 22968/9202/8029</w:t>
        <w:br/>
        <w:t>f 22967/9201/8028 22648/9148/7981 22968/9202/8029</w:t>
        <w:br/>
        <w:t>f 22641/9141/7974 22633/9136/7969 22968/9202/8029</w:t>
        <w:br/>
        <w:t>f 22640/9142/7975 22641/9141/7974 22968/9202/8029</w:t>
        <w:br/>
        <w:t>f 22342/8990/7826 22591/9092/7925 23071/9300/8122</w:t>
        <w:br/>
        <w:t>f 22341/8991/7827 22342/8990/7826 23071/9300/8122</w:t>
        <w:br/>
        <w:t>f 22591/9092/7925 22323/8984/7822 22324/8983/7821</w:t>
        <w:br/>
        <w:t>f 23071/9300/8122 22591/9092/7925 22324/8983/7821</w:t>
        <w:br/>
        <w:t>f 22348/8998/7834 22349/8997/7833 22592/9093/7926</w:t>
        <w:br/>
        <w:t>f 23074/9301/8123 22348/8998/7834 22592/9093/7926</w:t>
        <w:br/>
        <w:t>f 22592/9093/7926 22343/8989/7825 22340/8992/7828</w:t>
        <w:br/>
        <w:t>f 23074/9301/8123 22592/9093/7926 22340/8992/7828</w:t>
        <w:br/>
        <w:t>f 23054/9290/8011 22831/9193/8020 22832/9192/8019</w:t>
        <w:br/>
        <w:t>f 23076/9302/8124 23054/9290/8011 22832/9192/8019</w:t>
        <w:br/>
        <w:t>f 23064/9299/8121 22818/9180/8007 22815/9183/8010</w:t>
        <w:br/>
        <w:t>f 23082/9303/8125 23064/9299/8121 22815/9183/8010</w:t>
        <w:br/>
        <w:t>f 23062/9297/8119 23064/9299/8121 23082/9303/8125</w:t>
        <w:br/>
        <w:t>f 23083/9304/8126 23062/9297/8119 23082/9303/8125</w:t>
        <w:br/>
        <w:t>f 22843/9199/8026 23062/9297/8119 23083/9304/8126</w:t>
        <w:br/>
        <w:t>f 22846/9196/8023 22843/9199/8026 23083/9304/8126</w:t>
        <w:br/>
        <w:t>f 23307/9305/8127 23306/9306/8128 23305/9307/8129</w:t>
        <w:br/>
        <w:t>f 23304/9308/8129 23307/9305/8127 23305/9307/8129</w:t>
        <w:br/>
        <w:t>f 23311/9309/8130 23310/9310/8131 23309/9311/8132</w:t>
        <w:br/>
        <w:t>f 23308/9312/8130 23311/9309/8130 23309/9311/8132</w:t>
        <w:br/>
        <w:t>f 23310/9310/8131 23304/9308/8129 23305/9307/8129</w:t>
        <w:br/>
        <w:t>f 23309/9311/8132 23310/9310/8131 23305/9307/8129</w:t>
        <w:br/>
        <w:t>f 23315/9313/8133 23314/9314/8134 23313/9315/8135</w:t>
        <w:br/>
        <w:t>f 23312/9316/8136 23315/9313/8133 23313/9315/8135</w:t>
        <w:br/>
        <w:t>f 23319/9317/8137 23318/9318/8138 23317/9319/8138</w:t>
        <w:br/>
        <w:t>f 23316/9320/8137 23319/9317/8137 23317/9319/8138</w:t>
        <w:br/>
        <w:t>f 23321/9321/8139 23313/9315/8135 23314/9314/8134</w:t>
        <w:br/>
        <w:t>f 23320/9322/8140 23321/9321/8139 23314/9314/8134</w:t>
        <w:br/>
        <w:t>f 23316/9320/8137 23321/9321/8139 23320/9322/8140</w:t>
        <w:br/>
        <w:t>f 23319/9317/8137 23316/9320/8137 23320/9322/8140</w:t>
        <w:br/>
        <w:t>f 23323/9323/8141 23322/9324/8142 23317/9319/8138</w:t>
        <w:br/>
        <w:t>f 23318/9318/8138 23323/9323/8141 23317/9319/8138</w:t>
        <w:br/>
        <w:t>f 23323/9323/8141 23325/9325/8143 23324/9326/8144</w:t>
        <w:br/>
        <w:t>f 23322/9324/8142 23323/9323/8141 23324/9326/8144</w:t>
        <w:br/>
        <w:t>f 23325/9325/8143 23327/9327/8145 23326/9328/8146</w:t>
        <w:br/>
        <w:t>f 23324/9326/8144 23325/9325/8143 23326/9328/8146</w:t>
        <w:br/>
        <w:t>f 23330/9329/8147 23329/9330/8148 23328/9331/8149</w:t>
        <w:br/>
        <w:t>f 23334/9332/8150 23333/9333/8151 23332/9334/8152</w:t>
        <w:br/>
        <w:t>f 23331/9335/8153 23334/9332/8150 23332/9334/8152</w:t>
        <w:br/>
        <w:t>f 23337/9336/8154 23336/9337/8155 23335/9338/8156</w:t>
        <w:br/>
        <w:t>f 23332/9334/8152 23333/9333/8151 23338/9339/8157</w:t>
        <w:br/>
        <w:t>f 23341/9340/8158 23340/9341/8159 23339/9342/8160</w:t>
        <w:br/>
        <w:t>f 23332/9334/8152 23341/9340/8158 23339/9342/8160</w:t>
        <w:br/>
        <w:t>f 23344/9343/8161 23343/9344/8162 23342/9345/8162</w:t>
        <w:br/>
        <w:t>f 23347/9346/8163 23346/9347/8164 23345/9348/8165</w:t>
        <w:br/>
        <w:t>f 23349/9349/8166 23347/9346/8163 23348/9350/8167</w:t>
        <w:br/>
        <w:t>f 23348/9350/8167 23351/9351/8168 23350/9352/8169</w:t>
        <w:br/>
        <w:t>f 23349/9349/8166 23348/9350/8167 23350/9352/8169</w:t>
        <w:br/>
        <w:t>f 23347/9346/8163 23345/9348/8165 23348/9350/8167</w:t>
        <w:br/>
        <w:t>f 23354/9353/8170 23353/9354/8171 23352/9355/8172</w:t>
        <w:br/>
        <w:t>f 23358/9356/8173 23357/9357/8174 23356/9358/8175</w:t>
        <w:br/>
        <w:t>f 23355/9359/8176 23358/9356/8173 23356/9358/8175</w:t>
        <w:br/>
        <w:t>f 23356/9358/8175 23359/9360/8177 23355/9359/8176</w:t>
        <w:br/>
        <w:t>f 23363/9361/8178 23362/9362/8179 23361/9363/8180</w:t>
        <w:br/>
        <w:t>f 23360/9364/8181 23363/9361/8178 23361/9363/8180</w:t>
        <w:br/>
        <w:t>f 23360/9364/8181 23361/9363/8180 23357/9357/8174</w:t>
        <w:br/>
        <w:t>f 23358/9356/8173 23360/9364/8181 23357/9357/8174</w:t>
        <w:br/>
        <w:t>f 23364/9365/8182 23331/9335/8153 23337/9336/8154</w:t>
        <w:br/>
        <w:t>f 23335/9338/8156 23364/9365/8182 23337/9336/8154</w:t>
        <w:br/>
        <w:t>f 23331/9335/8153 23364/9365/8182 23334/9332/8150</w:t>
        <w:br/>
        <w:t>f 23337/9336/8154 23366/9366/8183 23365/9367/8184</w:t>
        <w:br/>
        <w:t>f 23366/9366/8183 23337/9336/8154 23367/9368/8185</w:t>
        <w:br/>
        <w:t>f 23360/9364/8181 23369/9369/8186 23368/9370/8187</w:t>
        <w:br/>
        <w:t>f 23363/9361/8178 23360/9364/8181 23368/9370/8187</w:t>
        <w:br/>
        <w:t>f 23369/9369/8186 23360/9364/8181 23358/9356/8173</w:t>
        <w:br/>
        <w:t>f 23370/9371/8188 23369/9369/8186 23358/9356/8173</w:t>
        <w:br/>
        <w:t>f 23371/9372/8189 23370/9371/8188 23358/9356/8173</w:t>
        <w:br/>
        <w:t>f 23355/9359/8176 23371/9372/8189 23358/9356/8173</w:t>
        <w:br/>
        <w:t>f 23355/9359/8176 23359/9360/8177 23372/9373/8190</w:t>
        <w:br/>
        <w:t>f 23371/9372/8189 23355/9359/8176 23372/9373/8190</w:t>
        <w:br/>
        <w:t>f 23353/9354/8171 23374/9374/8191 23373/9375/8192</w:t>
        <w:br/>
        <w:t>f 23352/9355/8172 23353/9354/8171 23373/9375/8192</w:t>
        <w:br/>
        <w:t>f 23351/9351/8168 23375/9376/8193 23374/9374/8191</w:t>
        <w:br/>
        <w:t>f 23353/9354/8171 23351/9351/8168 23374/9374/8191</w:t>
        <w:br/>
        <w:t>f 23376/9377/8194 23375/9376/8193 23351/9351/8168</w:t>
        <w:br/>
        <w:t>f 23348/9350/8167 23376/9377/8194 23351/9351/8168</w:t>
        <w:br/>
        <w:t>f 23348/9350/8167 23345/9348/8165 23377/9378/8195</w:t>
        <w:br/>
        <w:t>f 23376/9377/8194 23348/9350/8167 23377/9378/8195</w:t>
        <w:br/>
        <w:t>f 23346/9347/8164 23380/9379/8196 23379/9380/8197</w:t>
        <w:br/>
        <w:t>f 23378/9381/8197 23346/9347/8164 23379/9380/8197</w:t>
        <w:br/>
        <w:t>f 23346/9347/8164 23340/9341/8159 23381/9382/8198</w:t>
        <w:br/>
        <w:t>f 23380/9379/8196 23346/9347/8164 23381/9382/8198</w:t>
        <w:br/>
        <w:t>f 23382/9383/8199 23381/9382/8198 23340/9341/8159</w:t>
        <w:br/>
        <w:t>f 23341/9340/8158 23382/9383/8199 23340/9341/8159</w:t>
        <w:br/>
        <w:t>f 23342/9345/8162 23343/9344/8162 23384/9384/8200</w:t>
        <w:br/>
        <w:t>f 23383/9385/8200 23342/9345/8162 23384/9384/8200</w:t>
        <w:br/>
        <w:t>f 23333/9333/8151 23386/9386/8201 23385/9387/8202</w:t>
        <w:br/>
        <w:t>f 23338/9339/8157 23333/9333/8151 23385/9387/8202</w:t>
        <w:br/>
        <w:t>f 23387/9388/8203 23386/9386/8201 23333/9333/8151</w:t>
        <w:br/>
        <w:t>f 23334/9332/8150 23387/9388/8203 23333/9333/8151</w:t>
        <w:br/>
        <w:t>f 23388/9389/8204 23387/9388/8203 23334/9332/8150</w:t>
        <w:br/>
        <w:t>f 23364/9365/8182 23388/9389/8204 23334/9332/8150</w:t>
        <w:br/>
        <w:t>f 23389/9390/8205 23388/9389/8204 23364/9365/8182</w:t>
        <w:br/>
        <w:t>f 23335/9338/8156 23389/9390/8205 23364/9365/8182</w:t>
        <w:br/>
        <w:t>f 23390/9391/8206 23389/9390/8205 23335/9338/8156</w:t>
        <w:br/>
        <w:t>f 23336/9337/8155 23390/9391/8206 23335/9338/8156</w:t>
        <w:br/>
        <w:t>f 23392/9392/8207 23328/9331/8149 23329/9330/8148</w:t>
        <w:br/>
        <w:t>f 23391/9393/8208 23392/9392/8207 23329/9330/8148</w:t>
        <w:br/>
        <w:t>f 23393/9394/8209 23391/9393/8208 23329/9330/8148</w:t>
        <w:br/>
        <w:t>f 23366/9366/8210 23393/9394/8209 23329/9330/8148</w:t>
        <w:br/>
        <w:t>f 23395/9395/8211 23394/9396/8212 23366/9366/8183</w:t>
        <w:br/>
        <w:t>f 23367/9368/8185 23395/9395/8211 23366/9366/8183</w:t>
        <w:br/>
        <w:t>f 23367/9368/8185 23396/9397/8213 23395/9395/8211</w:t>
        <w:br/>
        <w:t>f 23367/9368/8185 23397/9398/8214 23396/9397/8213</w:t>
        <w:br/>
        <w:t>f 23367/9368/8185 23398/9399/8215 23397/9398/8214</w:t>
        <w:br/>
        <w:t>f 23337/9336/8154 23399/9400/8216 23398/9399/8215</w:t>
        <w:br/>
        <w:t>f 23367/9368/8185 23337/9336/8154 23398/9399/8215</w:t>
        <w:br/>
        <w:t>f 23340/9341/8159 23346/9347/8164 23339/9342/8160</w:t>
        <w:br/>
        <w:t>f 23339/9342/8160 23346/9347/8164 23347/9346/8163</w:t>
        <w:br/>
        <w:t>f 23350/9352/8169 23351/9351/8168 23353/9354/8171</w:t>
        <w:br/>
        <w:t>f 23354/9353/8170 23350/9352/8169 23353/9354/8171</w:t>
        <w:br/>
        <w:t>f 23402/9401/8217 23401/9402/8218 23400/9403/8219</w:t>
        <w:br/>
        <w:t>f 23312/9316/8136 23402/9401/8217 23403/9404/8153</w:t>
        <w:br/>
        <w:t>f 23315/9313/8133 23312/9316/8136 23403/9404/8153</w:t>
        <w:br/>
        <w:t>f 23407/9405/8220 23406/9406/8221 23405/9407/8222</w:t>
        <w:br/>
        <w:t>f 23404/9408/8223 23407/9405/8220 23405/9407/8222</w:t>
        <w:br/>
        <w:t>f 23409/9409/8224 23405/9407/8222 23406/9406/8221</w:t>
        <w:br/>
        <w:t>f 23408/9410/8225 23409/9409/8224 23406/9406/8221</w:t>
        <w:br/>
        <w:t>f 23413/9411/8226 23412/9412/8227 23411/9413/8228</w:t>
        <w:br/>
        <w:t>f 23410/9414/8229 23413/9411/8226 23411/9413/8228</w:t>
        <w:br/>
        <w:t>f 23412/9412/8227 23413/9411/8226 23414/9415/8230</w:t>
        <w:br/>
        <w:t>f 23413/9411/8226 23410/9414/8229 23415/9416/8231</w:t>
        <w:br/>
        <w:t>f 23417/9417/8232 23414/9415/8230 23413/9411/8226</w:t>
        <w:br/>
        <w:t>f 23416/9418/8233 23417/9417/8232 23413/9411/8226</w:t>
        <w:br/>
        <w:t>f 23406/9406/8221 23407/9405/8220 23412/9412/8227</w:t>
        <w:br/>
        <w:t>f 23414/9415/8230 23406/9406/8221 23412/9412/8227</w:t>
        <w:br/>
        <w:t>f 23408/9410/8225 23406/9406/8221 23414/9415/8230</w:t>
        <w:br/>
        <w:t>f 23417/9417/8232 23408/9410/8225 23414/9415/8230</w:t>
        <w:br/>
        <w:t>f 23410/9414/8229 23420/9419/8234 23419/9420/8235</w:t>
        <w:br/>
        <w:t>f 23418/9421/8236 23410/9414/8229 23419/9420/8235</w:t>
        <w:br/>
        <w:t>f 23422/9422/8237 23419/9420/8235 23420/9419/8234</w:t>
        <w:br/>
        <w:t>f 23421/9423/8238 23422/9422/8237 23420/9419/8234</w:t>
        <w:br/>
        <w:t>f 23425/9424/8239 23424/9425/8240 23423/9426/8241</w:t>
        <w:br/>
        <w:t>f 23428/9427/8242 23427/9428/8243 23426/9429/8244</w:t>
        <w:br/>
        <w:t>f 23425/9424/8239 23430/9430/8245 23429/9431/8246</w:t>
        <w:br/>
        <w:t>f 23429/9431/8246 23426/9429/8244 23431/9432/8247</w:t>
        <w:br/>
        <w:t>f 23434/9433/8248 23433/9434/8249 23432/9435/8250</w:t>
        <w:br/>
        <w:t>f 23433/9434/8249 23437/9436/8251 23436/9437/8252</w:t>
        <w:br/>
        <w:t>f 23435/9438/8253 23433/9434/8249 23436/9437/8252</w:t>
        <w:br/>
        <w:t>f 23439/9439/8254 23422/9422/8237 23421/9423/8238</w:t>
        <w:br/>
        <w:t>f 23438/9440/8255 23439/9439/8254 23421/9423/8238</w:t>
        <w:br/>
        <w:t>f 23442/9441/8256 23441/9442/8257 23440/9443/8258</w:t>
        <w:br/>
        <w:t>f 23444/9444/8259 23440/9443/8258 23441/9442/8257</w:t>
        <w:br/>
        <w:t>f 23443/9445/8260 23444/9444/8259 23441/9442/8257</w:t>
        <w:br/>
        <w:t>f 23441/9442/8257 23442/9441/8256 23424/9425/8240</w:t>
        <w:br/>
        <w:t>f 23425/9424/8239 23441/9442/8257 23424/9425/8240</w:t>
        <w:br/>
        <w:t>f 23445/9446/8261 23443/9445/8260 23441/9442/8257</w:t>
        <w:br/>
        <w:t>f 23425/9424/8239 23445/9446/8261 23441/9442/8257</w:t>
        <w:br/>
        <w:t>f 23425/9424/8239 23431/9432/8247 23445/9446/8261</w:t>
        <w:br/>
        <w:t>f 23434/9433/8248 23447/9447/8262 23446/9448/8263</w:t>
        <w:br/>
        <w:t>f 23443/9445/8260 23445/9446/8261 23449/9449/8264</w:t>
        <w:br/>
        <w:t>f 23448/9450/8265 23443/9445/8260 23449/9449/8264</w:t>
        <w:br/>
        <w:t>f 23452/9451/8266 23451/9452/8267 23450/9453/8268</w:t>
        <w:br/>
        <w:t>f 23456/9454/8269 23455/9455/8270 23454/9456/8271</w:t>
        <w:br/>
        <w:t>f 23453/9457/8272 23456/9454/8269 23454/9456/8271</w:t>
        <w:br/>
        <w:t>f 23459/9458/8273 23458/9459/8274 23457/9460/8275</w:t>
        <w:br/>
        <w:t>f 23453/9457/8272 23454/9456/8271 23461/9461/8276</w:t>
        <w:br/>
        <w:t>f 23460/9462/8277 23453/9457/8272 23461/9461/8276</w:t>
        <w:br/>
        <w:t>f 23465/9463/8278 23464/9464/8279 23463/9465/8280</w:t>
        <w:br/>
        <w:t>f 23462/9466/8281 23465/9463/8278 23463/9465/8280</w:t>
        <w:br/>
        <w:t>f 23469/9467/8282 23468/9468/8283 23467/9469/8284</w:t>
        <w:br/>
        <w:t>f 23466/9470/8282 23469/9467/8282 23467/9469/8284</w:t>
        <w:br/>
        <w:t>f 23472/9471/8285 23471/9472/8286 23470/9473/8287</w:t>
        <w:br/>
        <w:t>f 23474/9474/8288 23473/9475/8289 23472/9471/8285</w:t>
        <w:br/>
        <w:t>f 23473/9475/8289 23474/9474/8288 23476/9476/8290</w:t>
        <w:br/>
        <w:t>f 23475/9477/8291 23473/9475/8289 23476/9476/8290</w:t>
        <w:br/>
        <w:t>f 23472/9471/8285 23473/9475/8289 23477/9478/8292</w:t>
        <w:br/>
        <w:t>f 23481/9479/8293 23480/9480/8294 23479/9481/8295</w:t>
        <w:br/>
        <w:t>f 23478/9482/8296 23481/9479/8293 23479/9481/8295</w:t>
        <w:br/>
        <w:t>f 23485/9483/8297 23484/9484/8298 23483/9485/8299</w:t>
        <w:br/>
        <w:t>f 23482/9486/8300 23485/9483/8297 23483/9485/8299</w:t>
        <w:br/>
        <w:t>f 23487/9487/8301 23485/9483/8297 23482/9486/8300</w:t>
        <w:br/>
        <w:t>f 23486/9488/8302 23487/9487/8301 23482/9486/8300</w:t>
        <w:br/>
        <w:t>f 23491/9489/8303 23490/9490/8304 23489/9491/8305</w:t>
        <w:br/>
        <w:t>f 23488/9492/8306 23491/9489/8303 23489/9491/8305</w:t>
        <w:br/>
        <w:t>f 23484/9484/8298 23491/9489/8303 23488/9492/8306</w:t>
        <w:br/>
        <w:t>f 23483/9485/8299 23484/9484/8298 23488/9492/8306</w:t>
        <w:br/>
        <w:t>f 23458/9459/8274 23459/9458/8273 23493/9493/8307</w:t>
        <w:br/>
        <w:t>f 23492/9494/8308 23458/9459/8274 23493/9493/8307</w:t>
        <w:br/>
        <w:t>f 23492/9494/8308 23493/9493/8307 23455/9455/8270</w:t>
        <w:br/>
        <w:t>f 23456/9454/8269 23492/9494/8308 23455/9455/8270</w:t>
        <w:br/>
        <w:t>f 23459/9458/8273 23495/9495/8309 23494/9496/8310</w:t>
        <w:br/>
        <w:t>f 23459/9458/8273 23494/9496/8310 23497/9497/8311</w:t>
        <w:br/>
        <w:t>f 23496/9498/8312 23459/9458/8273 23497/9497/8311</w:t>
        <w:br/>
        <w:t>f 23499/9499/8313 23498/9500/8314 23488/9492/8306</w:t>
        <w:br/>
        <w:t>f 23489/9491/8305 23499/9499/8313 23488/9492/8306</w:t>
        <w:br/>
        <w:t>f 23483/9485/8299 23488/9492/8306 23498/9500/8314</w:t>
        <w:br/>
        <w:t>f 23500/9501/8315 23483/9485/8299 23498/9500/8314</w:t>
        <w:br/>
        <w:t>f 23501/9502/8316 23482/9486/8300 23483/9485/8299</w:t>
        <w:br/>
        <w:t>f 23500/9501/8315 23501/9502/8316 23483/9485/8299</w:t>
        <w:br/>
        <w:t>f 23482/9486/8300 23503/9503/8317 23502/9504/8317</w:t>
        <w:br/>
        <w:t>f 23486/9488/8302 23482/9486/8300 23502/9504/8317</w:t>
        <w:br/>
        <w:t>f 23505/9505/8318 23504/9506/8318 23478/9482/8296</w:t>
        <w:br/>
        <w:t>f 23479/9481/8295 23505/9505/8318 23478/9482/8296</w:t>
        <w:br/>
        <w:t>f 23507/9507/8319 23506/9508/8320 23475/9477/8291</w:t>
        <w:br/>
        <w:t>f 23478/9482/8296 23507/9507/8319 23475/9477/8291</w:t>
        <w:br/>
        <w:t>f 23475/9477/8291 23506/9508/8320 23508/9509/8321</w:t>
        <w:br/>
        <w:t>f 23473/9475/8289 23475/9477/8291 23508/9509/8321</w:t>
        <w:br/>
        <w:t>f 23509/9510/8322 23477/9478/8292 23473/9475/8289</w:t>
        <w:br/>
        <w:t>f 23508/9509/8321 23509/9510/8322 23473/9475/8289</w:t>
        <w:br/>
        <w:t>f 23511/9511/8323 23510/9512/8324 23470/9473/8287</w:t>
        <w:br/>
        <w:t>f 23471/9472/8286 23511/9511/8323 23470/9473/8287</w:t>
        <w:br/>
        <w:t>f 23470/9473/8287 23510/9512/8324 23512/9513/8325</w:t>
        <w:br/>
        <w:t>f 23462/9466/8281 23470/9473/8287 23512/9513/8325</w:t>
        <w:br/>
        <w:t>f 23513/9514/8326 23465/9463/8278 23462/9466/8281</w:t>
        <w:br/>
        <w:t>f 23512/9513/8325 23513/9514/8326 23462/9466/8281</w:t>
        <w:br/>
        <w:t>f 23466/9470/8282 23515/9515/8327 23514/9516/8327</w:t>
        <w:br/>
        <w:t>f 23469/9467/8282 23466/9470/8282 23514/9516/8327</w:t>
        <w:br/>
        <w:t>f 23517/9517/8328 23516/9518/8329 23453/9457/8272</w:t>
        <w:br/>
        <w:t>f 23460/9462/8277 23517/9517/8328 23453/9457/8272</w:t>
        <w:br/>
        <w:t>f 23518/9519/8330 23456/9454/8269 23453/9457/8272</w:t>
        <w:br/>
        <w:t>f 23516/9518/8329 23518/9519/8330 23453/9457/8272</w:t>
        <w:br/>
        <w:t>f 23519/9520/8331 23492/9494/8308 23456/9454/8269</w:t>
        <w:br/>
        <w:t>f 23518/9519/8330 23519/9520/8331 23456/9454/8269</w:t>
        <w:br/>
        <w:t>f 23520/9521/8332 23458/9459/8274 23492/9494/8308</w:t>
        <w:br/>
        <w:t>f 23519/9520/8331 23520/9521/8332 23492/9494/8308</w:t>
        <w:br/>
        <w:t>f 23521/9522/8333 23457/9460/8275 23458/9459/8274</w:t>
        <w:br/>
        <w:t>f 23520/9521/8332 23521/9522/8333 23458/9459/8274</w:t>
        <w:br/>
        <w:t>f 23450/9453/8268 23451/9452/8267 23523/9523/8334</w:t>
        <w:br/>
        <w:t>f 23522/9524/8335 23450/9453/8268 23523/9523/8334</w:t>
        <w:br/>
        <w:t>f 23524/9525/8336 23494/9496/8337 23450/9453/8268</w:t>
        <w:br/>
        <w:t>f 23522/9524/8335 23524/9525/8336 23450/9453/8268</w:t>
        <w:br/>
        <w:t>f 23526/9526/8338 23497/9497/8311 23494/9496/8310</w:t>
        <w:br/>
        <w:t>f 23525/9527/8339 23526/9526/8338 23494/9496/8310</w:t>
        <w:br/>
        <w:t>f 23497/9497/8311 23526/9526/8338 23527/9528/8340</w:t>
        <w:br/>
        <w:t>f 23497/9497/8311 23527/9528/8340 23528/9529/8341</w:t>
        <w:br/>
        <w:t>f 23497/9497/8311 23528/9529/8341 23529/9530/8342</w:t>
        <w:br/>
        <w:t>f 23529/9530/8342 23530/9531/8343 23496/9498/8312</w:t>
        <w:br/>
        <w:t>f 23497/9497/8311 23529/9530/8342 23496/9498/8312</w:t>
        <w:br/>
        <w:t>f 23462/9466/8281 23463/9465/8280 23470/9473/8287</w:t>
        <w:br/>
        <w:t>f 23463/9465/8280 23472/9471/8285 23470/9473/8287</w:t>
        <w:br/>
        <w:t>f 23475/9477/8291 23476/9476/8290 23481/9479/8293</w:t>
        <w:br/>
        <w:t>f 23478/9482/8296 23475/9477/8291 23481/9479/8293</w:t>
        <w:br/>
        <w:t>f 23493/9493/8307 23424/9425/8240 23455/9455/8270</w:t>
        <w:br/>
        <w:t>f 23424/9425/8240 23442/9441/8256 23454/9456/8271</w:t>
        <w:br/>
        <w:t>f 23455/9455/8270 23424/9425/8240 23454/9456/8271</w:t>
        <w:br/>
        <w:t>f 23467/9469/8284 23468/9468/8283 23454/9456/8271</w:t>
        <w:br/>
        <w:t>f 23442/9441/8256 23467/9469/8284 23454/9456/8271</w:t>
        <w:br/>
        <w:t>f 23442/9441/8256 23440/9443/8258 23463/9465/8280</w:t>
        <w:br/>
        <w:t>f 23464/9464/8279 23442/9441/8256 23463/9465/8280</w:t>
        <w:br/>
        <w:t>f 23440/9443/8258 23533/9532/8344 23532/9533/8345</w:t>
        <w:br/>
        <w:t>f 23531/9534/8346 23440/9443/8258 23532/9533/8345</w:t>
        <w:br/>
        <w:t>f 23407/9405/8220 23404/9408/8223 23490/9490/8304</w:t>
        <w:br/>
        <w:t>f 23411/9413/8228 23491/9489/8303 23484/9484/8298</w:t>
        <w:br/>
        <w:t>f 23535/9535/8347 23534/9536/8348 23411/9413/8228</w:t>
        <w:br/>
        <w:t>f 23484/9484/8298 23535/9535/8347 23411/9413/8228</w:t>
        <w:br/>
        <w:t>f 23534/9536/8348 23485/9483/8349 23480/9480/8294</w:t>
        <w:br/>
        <w:t>f 23536/9537/8350 23421/9423/8238 23534/9536/8348</w:t>
        <w:br/>
        <w:t>f 23481/9479/8293 23536/9537/8350 23534/9536/8348</w:t>
        <w:br/>
        <w:t>f 23536/9537/8350 23537/9538/8351 23438/9440/8255</w:t>
        <w:br/>
        <w:t>f 23421/9423/8238 23536/9537/8350 23438/9440/8255</w:t>
        <w:br/>
        <w:t>f 23537/9538/8351 23532/9533/8345 23533/9532/8344</w:t>
        <w:br/>
        <w:t>f 23438/9440/8255 23537/9538/8351 23533/9532/8344</w:t>
        <w:br/>
        <w:t>f 23496/9498/8312 23530/9531/8343 23423/9426/8241</w:t>
        <w:br/>
        <w:t>f 23496/9498/8312 23423/9426/8241 23459/9458/8273</w:t>
        <w:br/>
        <w:t>f 23493/9493/8307 23459/9458/8273 23423/9426/8241</w:t>
        <w:br/>
        <w:t>f 23424/9425/8240 23493/9493/8307 23423/9426/8241</w:t>
        <w:br/>
        <w:t>f 23491/9489/8303 23412/9412/8227 23407/9405/8220</w:t>
        <w:br/>
        <w:t>f 23490/9490/8304 23491/9489/8303 23407/9405/8220</w:t>
        <w:br/>
        <w:t>f 23411/9413/8228 23412/9412/8227 23491/9489/8303</w:t>
        <w:br/>
        <w:t>f 23541/9539/8352 23540/9540/8353 23539/9541/8353</w:t>
        <w:br/>
        <w:t>f 23538/9542/8352 23541/9539/8352 23539/9541/8353</w:t>
        <w:br/>
        <w:t>f 23545/9543/8354 23544/9544/8355 23543/9545/8355</w:t>
        <w:br/>
        <w:t>f 23542/9546/8354 23545/9543/8354 23543/9545/8355</w:t>
        <w:br/>
        <w:t>f 23539/9541/8353 23540/9540/8353 23545/9543/8354</w:t>
        <w:br/>
        <w:t>f 23542/9546/8354 23539/9541/8353 23545/9543/8354</w:t>
        <w:br/>
        <w:t>f 23549/9547/8356 23548/9548/8357 23547/9549/8358</w:t>
        <w:br/>
        <w:t>f 23546/9550/8136 23549/9547/8356 23547/9549/8358</w:t>
        <w:br/>
        <w:t>f 23553/9551/8359 23552/9552/8359 23551/9553/8360</w:t>
        <w:br/>
        <w:t>f 23550/9554/8360 23553/9551/8359 23551/9553/8360</w:t>
        <w:br/>
        <w:t>f 23551/9553/8360 23555/9555/8361 23554/9556/8361</w:t>
        <w:br/>
        <w:t>f 23550/9554/8360 23551/9553/8360 23554/9556/8361</w:t>
        <w:br/>
        <w:t>f 23557/9557/8142 23556/9558/8362 23552/9552/8359</w:t>
        <w:br/>
        <w:t>f 23553/9551/8359 23557/9557/8142 23552/9552/8359</w:t>
        <w:br/>
        <w:t>f 23556/9558/8362 23557/9557/8142 23559/9559/8363</w:t>
        <w:br/>
        <w:t>f 23558/9560/8364 23556/9558/8362 23559/9559/8363</w:t>
        <w:br/>
        <w:t>f 23558/9560/8364 23559/9559/8363 23561/9561/8146</w:t>
        <w:br/>
        <w:t>f 23560/9562/8365 23558/9560/8364 23561/9561/8146</w:t>
        <w:br/>
        <w:t>f 23565/9563/8366 23564/9564/8367 23563/9565/8368</w:t>
        <w:br/>
        <w:t>f 23562/9566/8368 23565/9563/8366 23563/9565/8368</w:t>
        <w:br/>
        <w:t>f 23567/9567/8369 23566/9568/8369 23564/9564/8367</w:t>
        <w:br/>
        <w:t>f 23565/9563/8366 23567/9567/8369 23564/9564/8367</w:t>
        <w:br/>
        <w:t>f 23566/9568/8369 23567/9567/8369 23569/9569/8370</w:t>
        <w:br/>
        <w:t>f 23568/9570/8371 23566/9568/8369 23569/9569/8370</w:t>
        <w:br/>
        <w:t>f 23572/9571/8372 23571/9572/8373 23569/9569/8374</w:t>
        <w:br/>
        <w:t>f 23570/9573/8375 23572/9571/8372 23569/9569/8374</w:t>
        <w:br/>
        <w:t>f 23576/9574/8376 23575/9575/8377 23574/9576/8378</w:t>
        <w:br/>
        <w:t>f 23573/9577/8379 23576/9574/8376 23574/9576/8378</w:t>
        <w:br/>
        <w:t>f 23579/9578/8380 23578/9579/8381 23576/9574/8382</w:t>
        <w:br/>
        <w:t>f 23577/9580/8380 23579/9578/8380 23576/9574/8382</w:t>
        <w:br/>
        <w:t>f 23581/9581/8383 23580/9582/8383 23579/9578/8380</w:t>
        <w:br/>
        <w:t>f 23577/9580/8380 23581/9581/8383 23579/9578/8380</w:t>
        <w:br/>
        <w:t>f 23583/9583/8384 23580/9582/8383 23581/9581/8383</w:t>
        <w:br/>
        <w:t>f 23582/9584/8385 23583/9583/8384 23581/9581/8383</w:t>
        <w:br/>
        <w:t>f 23585/9585/8386 23584/9586/8386 23583/9583/8384</w:t>
        <w:br/>
        <w:t>f 23582/9584/8385 23585/9585/8386 23583/9583/8384</w:t>
        <w:br/>
        <w:t>f 23587/9587/8387 23586/9588/8387 23584/9586/8386</w:t>
        <w:br/>
        <w:t>f 23585/9585/8386 23587/9587/8387 23584/9586/8386</w:t>
        <w:br/>
        <w:t>f 23589/9589/8388 23588/9590/8389 23586/9588/8387</w:t>
        <w:br/>
        <w:t>f 23587/9587/8387 23589/9589/8388 23586/9588/8387</w:t>
        <w:br/>
        <w:t>f 23592/9591/8390 23591/9592/8391 23589/9589/8392</w:t>
        <w:br/>
        <w:t>f 23590/9593/8393 23592/9591/8390 23589/9589/8392</w:t>
        <w:br/>
        <w:t>f 23596/9594/8394 23595/9595/8394 23594/9596/8395</w:t>
        <w:br/>
        <w:t>f 23593/9597/8396 23596/9594/8394 23594/9596/8395</w:t>
        <w:br/>
        <w:t>f 23598/9598/8397 23595/9595/8394 23596/9594/8394</w:t>
        <w:br/>
        <w:t>f 23597/9599/8398 23598/9598/8397 23596/9594/8394</w:t>
        <w:br/>
        <w:t>f 23598/9598/8397 23597/9599/8398 23600/9600/8399</w:t>
        <w:br/>
        <w:t>f 23599/9601/8399 23598/9598/8397 23600/9600/8399</w:t>
        <w:br/>
        <w:t>f 23602/9602/8400 23599/9601/8399 23600/9600/8399</w:t>
        <w:br/>
        <w:t>f 23601/9603/8400 23602/9602/8400 23600/9600/8399</w:t>
        <w:br/>
        <w:t>f 23601/9603/8400 23604/9604/8401 23603/9605/8402</w:t>
        <w:br/>
        <w:t>f 23602/9602/8400 23601/9603/8400 23603/9605/8402</w:t>
        <w:br/>
        <w:t>f 23606/9606/8403 23605/9607/8404 23603/9605/8402</w:t>
        <w:br/>
        <w:t>f 23604/9604/8401 23606/9606/8403 23603/9605/8402</w:t>
        <w:br/>
        <w:t>f 23608/9608/8405 23607/9609/8405 23605/9607/8404</w:t>
        <w:br/>
        <w:t>f 23606/9606/8403 23608/9608/8405 23605/9607/8404</w:t>
        <w:br/>
        <w:t>f 23610/9610/8406 23607/9609/8405 23608/9608/8405</w:t>
        <w:br/>
        <w:t>f 23609/9611/8406 23610/9610/8406 23608/9608/8405</w:t>
        <w:br/>
        <w:t>f 23612/9612/8407 23610/9610/8406 23609/9611/8406</w:t>
        <w:br/>
        <w:t>f 23611/9613/8408 23612/9612/8407 23609/9611/8406</w:t>
        <w:br/>
        <w:t>f 23614/9614/8409 23613/9615/8410 23612/9612/8407</w:t>
        <w:br/>
        <w:t>f 23611/9613/8408 23614/9614/8409 23612/9612/8407</w:t>
        <w:br/>
        <w:t>f 23613/9615/8410 23614/9614/8409 23616/9616/8411</w:t>
        <w:br/>
        <w:t>f 23615/9617/8411 23613/9615/8410 23616/9616/8411</w:t>
        <w:br/>
        <w:t>f 23618/9618/8412 23615/9617/8411 23616/9616/8411</w:t>
        <w:br/>
        <w:t>f 23617/9619/8412 23618/9618/8412 23616/9616/8411</w:t>
        <w:br/>
        <w:t>f 23546/9550/8136 23547/9549/8358 23618/9618/8412</w:t>
        <w:br/>
        <w:t>f 23617/9619/8412 23546/9550/8136 23618/9618/8412</w:t>
        <w:br/>
        <w:t>f 23327/9327/8145 23620/9620/8413 23619/9621/8414</w:t>
        <w:br/>
        <w:t>f 23326/9328/8146 23327/9327/8145 23619/9621/8414</w:t>
        <w:br/>
        <w:t>f 23622/9622/8414 23621/9623/8415 23560/9562/8365</w:t>
        <w:br/>
        <w:t>f 23561/9561/8146 23622/9622/8414 23560/9562/8365</w:t>
        <w:br/>
        <w:t>f 23626/9624/8416 23625/9625/8417 23624/9626/8418</w:t>
        <w:br/>
        <w:t>f 23623/9627/8418 23626/9624/8416 23624/9626/8418</w:t>
        <w:br/>
        <w:t>f 23620/9620/8413 23628/9628/8419 23627/9629/8420</w:t>
        <w:br/>
        <w:t>f 23619/9621/8414 23620/9620/8413 23627/9629/8420</w:t>
        <w:br/>
        <w:t>f 23630/9630/8420 23629/9631/8421 23621/9623/8415</w:t>
        <w:br/>
        <w:t>f 23622/9622/8414 23630/9630/8420 23621/9623/8415</w:t>
        <w:br/>
        <w:t>f 23626/9624/8416 23631/9632/8422 23625/9625/8417</w:t>
        <w:br/>
        <w:t>f 23432/9435/8250 23447/9447/8262 23434/9433/8248</w:t>
        <w:br/>
        <w:t>f 23632/9633/8423 23533/9532/8344 23440/9443/8258</w:t>
        <w:br/>
        <w:t>f 23444/9444/8259 23632/9633/8423 23440/9443/8258</w:t>
        <w:br/>
        <w:t>f 23533/9532/8344 23632/9633/8423 23439/9439/8254</w:t>
        <w:br/>
        <w:t>f 23438/9440/8255 23533/9532/8344 23439/9439/8254</w:t>
        <w:br/>
        <w:t>f 24308/9634/8424 24307/9635/8425 24306/9636/8426</w:t>
        <w:br/>
        <w:t>f 24305/9637/8424 24308/9634/8424 24306/9636/8426</w:t>
        <w:br/>
        <w:t>f 24307/9635/8425 24316/9638/8427 24315/9639/8428</w:t>
        <w:br/>
        <w:t>f 24306/9636/8426 24307/9635/8425 24315/9639/8428</w:t>
        <w:br/>
        <w:t>f 24316/9638/8427 24320/9640/8429 24319/9641/8430</w:t>
        <w:br/>
        <w:t>f 24315/9639/8428 24316/9638/8427 24319/9641/8430</w:t>
        <w:br/>
        <w:t>f 24319/9641/8430 24320/9640/8429 24324/9642/8431</w:t>
        <w:br/>
        <w:t>f 24323/9643/8432 24319/9641/8430 24324/9642/8431</w:t>
        <w:br/>
        <w:t>f 24323/9643/8432 24324/9642/8431 24330/9644/8433</w:t>
        <w:br/>
        <w:t>f 24329/9645/8433 24323/9643/8432 24330/9644/8433</w:t>
        <w:br/>
        <w:t>f 24329/9645/8433 24330/9644/8433 24336/9646/8434</w:t>
        <w:br/>
        <w:t>f 24335/9647/8434 24329/9645/8433 24336/9646/8434</w:t>
        <w:br/>
        <w:t>f 24346/9648/8435 24345/9649/8436 24344/9650/8437</w:t>
        <w:br/>
        <w:t>f 24343/9651/8437 24346/9648/8435 24344/9650/8437</w:t>
        <w:br/>
        <w:t>f 24352/9652/8438 24351/9653/8439 24350/9654/8439</w:t>
        <w:br/>
        <w:t>f 24349/9655/8440 24352/9652/8438 24350/9654/8439</w:t>
        <w:br/>
        <w:t>f 24354/9656/8441 24353/9657/8441 24343/9651/8437</w:t>
        <w:br/>
        <w:t>f 24344/9650/8437 24354/9656/8441 24343/9651/8437</w:t>
        <w:br/>
        <w:t>f 24335/9647/8434 24336/9646/8434 24345/9649/8436</w:t>
        <w:br/>
        <w:t>f 24346/9648/8435 24335/9647/8434 24345/9649/8436</w:t>
        <w:br/>
        <w:t>f 24358/9658/8442 24357/9659/8443 24356/9660/8444</w:t>
        <w:br/>
        <w:t>f 24361/9661/8445 24357/9659/8443 24360/9662/8446</w:t>
        <w:br/>
        <w:t>f 24359/9663/8447 24361/9661/8445 24360/9662/8446</w:t>
        <w:br/>
        <w:t>f 24362/9664/8448 24361/9661/8445 24359/9663/8447</w:t>
        <w:br/>
        <w:t>f 24359/9663/8447 24364/9665/8449 24363/9666/8450</w:t>
        <w:br/>
        <w:t>f 24362/9664/8448 24359/9663/8447 24363/9666/8450</w:t>
        <w:br/>
        <w:t>f 24364/9665/8449 24365/9667/8451 24363/9666/8450</w:t>
        <w:br/>
        <w:t>f 24368/9668/8452 24367/9669/8453 24364/9665/8449</w:t>
        <w:br/>
        <w:t>f 24366/9670/8454 24368/9668/8452 24364/9665/8449</w:t>
        <w:br/>
        <w:t>f 24366/9670/8454 24369/9671/8455 24368/9668/8452</w:t>
        <w:br/>
        <w:t>f 24371/9672/8456 24369/9671/8455 24366/9670/8454</w:t>
        <w:br/>
        <w:t>f 24370/9673/8457 24371/9672/8456 24366/9670/8454</w:t>
        <w:br/>
        <w:t>f 24370/9673/8457 24372/9674/8458 24371/9672/8456</w:t>
        <w:br/>
        <w:t>f 24374/9675/8459 24373/9676/8460 24372/9674/8458</w:t>
        <w:br/>
        <w:t>f 24370/9673/8457 24374/9675/8459 24372/9674/8458</w:t>
        <w:br/>
        <w:t>f 24374/9675/8459 24375/9677/8461 24373/9676/8460</w:t>
        <w:br/>
        <w:t>f 24375/9677/8461 24374/9675/8459 24377/9678/8462</w:t>
        <w:br/>
        <w:t>f 24376/9679/8463 24375/9677/8461 24377/9678/8462</w:t>
        <w:br/>
        <w:t>f 24377/9678/8462 24378/9680/8464 24376/9679/8463</w:t>
        <w:br/>
        <w:t>f 24378/9680/8465 24381/9681/8466 24380/9682/8467</w:t>
        <w:br/>
        <w:t>f 24379/9683/8468 24378/9680/8465 24380/9682/8467</w:t>
        <w:br/>
        <w:t>f 24379/9683/8468 24380/9682/8467 24383/9684/8469</w:t>
        <w:br/>
        <w:t>f 24382/9685/8470 24379/9683/8468 24383/9684/8469</w:t>
        <w:br/>
        <w:t>f 24382/9685/8470 24383/9684/8469 24385/9686/8471</w:t>
        <w:br/>
        <w:t>f 24384/9687/8472 24382/9685/8470 24385/9686/8471</w:t>
        <w:br/>
        <w:t>f 24384/9687/8472 24385/9686/8471 24387/9688/8473</w:t>
        <w:br/>
        <w:t>f 24386/9689/8474 24384/9687/8472 24387/9688/8473</w:t>
        <w:br/>
        <w:t>f 24386/9689/8474 24387/9688/8473 24389/9690/8475</w:t>
        <w:br/>
        <w:t>f 24388/9691/8476 24386/9689/8474 24389/9690/8475</w:t>
        <w:br/>
        <w:t>f 24389/9690/8475 24390/9692/8477 24388/9691/8476</w:t>
        <w:br/>
        <w:t>f 24392/9693/8478 24390/9692/8477 24389/9690/8475</w:t>
        <w:br/>
        <w:t>f 24391/9694/8479 24392/9693/8478 24389/9690/8475</w:t>
        <w:br/>
        <w:t>f 24391/9694/8479 24393/9695/8480 24392/9693/8478</w:t>
        <w:br/>
        <w:t>f 24393/9695/8480 24391/9694/8479 24395/9696/8481</w:t>
        <w:br/>
        <w:t>f 24394/9697/8482 24393/9695/8480 24395/9696/8481</w:t>
        <w:br/>
        <w:t>f 24394/9697/8482 24395/9696/8481 24397/9698/8483</w:t>
        <w:br/>
        <w:t>f 24396/9699/8484 24394/9697/8482 24397/9698/8483</w:t>
        <w:br/>
        <w:t>f 24396/9699/8484 24397/9698/8483 24399/9700/8485</w:t>
        <w:br/>
        <w:t>f 24398/9701/8486 24396/9699/8484 24399/9700/8485</w:t>
        <w:br/>
        <w:t>f 24398/9701/8486 24399/9700/8485 24401/9702/8487</w:t>
        <w:br/>
        <w:t>f 24400/9703/8488 24398/9701/8486 24401/9702/8487</w:t>
        <w:br/>
        <w:t>f 24401/9702/8487 24402/9704/8489 24400/9703/8488</w:t>
        <w:br/>
        <w:t>f 24402/9704/8489 24401/9702/8487 24404/9705/8490</w:t>
        <w:br/>
        <w:t>f 24403/9706/8491 24402/9704/8489 24404/9705/8490</w:t>
        <w:br/>
        <w:t>f 24403/9706/8491 24404/9705/8490 24406/9707/8492</w:t>
        <w:br/>
        <w:t>f 24405/9708/8493 24403/9706/8491 24406/9707/8492</w:t>
        <w:br/>
        <w:t>f 24405/9708/8493 24406/9707/8492 24408/9709/8494</w:t>
        <w:br/>
        <w:t>f 24407/9710/8495 24405/9708/8493 24408/9709/8494</w:t>
        <w:br/>
        <w:t>f 24407/9710/8495 24408/9709/8494 24410/9711/8496</w:t>
        <w:br/>
        <w:t>f 24409/9712/8497 24407/9710/8495 24410/9711/8496</w:t>
        <w:br/>
        <w:t>f 24409/9712/8497 24410/9711/8496 24412/9713/8498</w:t>
        <w:br/>
        <w:t>f 24411/9714/8499 24409/9712/8497 24412/9713/8498</w:t>
        <w:br/>
        <w:t>f 24414/9715/8500 24411/9714/8499 24412/9713/8498</w:t>
        <w:br/>
        <w:t>f 24413/9716/8501 24414/9715/8500 24412/9713/8498</w:t>
        <w:br/>
        <w:t>f 24413/9716/8501 24415/9717/8502 24414/9715/8500</w:t>
        <w:br/>
        <w:t>f 24417/9718/8503 24415/9717/8502 24413/9716/8501</w:t>
        <w:br/>
        <w:t>f 24416/9719/8504 24417/9718/8503 24413/9716/8501</w:t>
        <w:br/>
        <w:t>f 24416/9719/8504 24418/9720/8505 24417/9718/8503</w:t>
        <w:br/>
        <w:t>f 24418/9720/8505 24416/9719/8504 24420/9721/8506</w:t>
        <w:br/>
        <w:t>f 24419/9722/8507 24418/9720/8505 24420/9721/8506</w:t>
        <w:br/>
        <w:t>f 24419/9722/8507 24420/9721/8506 24422/9723/8508</w:t>
        <w:br/>
        <w:t>f 24421/9724/8509 24419/9722/8507 24422/9723/8508</w:t>
        <w:br/>
        <w:t>f 24421/9724/8509 24422/9723/8508 24424/9725/8510</w:t>
        <w:br/>
        <w:t>f 24423/9726/8511 24421/9724/8509 24424/9725/8510</w:t>
        <w:br/>
        <w:t>f 24426/9727/8512 24425/9728/8513 24423/9726/8511</w:t>
        <w:br/>
        <w:t>f 24424/9725/8510 24426/9727/8512 24423/9726/8511</w:t>
        <w:br/>
        <w:t>f 24425/9728/8513 24426/9727/8512 24428/9729/8514</w:t>
        <w:br/>
        <w:t>f 24427/9730/8515 24425/9728/8513 24428/9729/8514</w:t>
        <w:br/>
        <w:t>f 24428/9729/8514 24429/9731/8516 24427/9730/8515</w:t>
        <w:br/>
        <w:t>f 24429/9731/8516 24428/9729/8514 24431/9732/8517</w:t>
        <w:br/>
        <w:t>f 24430/9733/8518 24429/9731/8516 24431/9732/8517</w:t>
        <w:br/>
        <w:t>f 24430/9733/8518 24431/9732/8517 24433/9734/8519</w:t>
        <w:br/>
        <w:t>f 24432/9735/8520 24430/9733/8518 24433/9734/8519</w:t>
        <w:br/>
        <w:t>f 24433/9734/8519 24434/9736/8521 24432/9735/8520</w:t>
        <w:br/>
        <w:t>f 24434/9736/8521 24433/9734/8519 24436/9737/8522</w:t>
        <w:br/>
        <w:t>f 24435/9738/8523 24434/9736/8521 24436/9737/8522</w:t>
        <w:br/>
        <w:t>f 24436/9737/8522 24437/9739/8524 24435/9738/8523</w:t>
        <w:br/>
        <w:t>f 24436/9737/8522 24439/9740/8525 24438/9741/8526</w:t>
        <w:br/>
        <w:t>f 24437/9739/8524 24436/9737/8522 24438/9741/8526</w:t>
        <w:br/>
        <w:t>f 24439/9740/8525 24440/9742/8527 24438/9741/8526</w:t>
        <w:br/>
        <w:t>f 24442/9743/8528 24440/9742/8527 24439/9740/8525</w:t>
        <w:br/>
        <w:t>f 24441/9744/8529 24442/9743/8528 24439/9740/8525</w:t>
        <w:br/>
        <w:t>f 24441/9744/8529 24443/9745/8530 24442/9743/8528</w:t>
        <w:br/>
        <w:t>f 24445/9746/8531 24443/9745/8530 24441/9744/8529</w:t>
        <w:br/>
        <w:t>f 24444/9747/8532 24445/9746/8531 24441/9744/8529</w:t>
        <w:br/>
        <w:t>f 24444/9747/8532 24446/9748/8533 24445/9746/8531</w:t>
        <w:br/>
        <w:t>f 24446/9748/8533 24444/9747/8532 24448/9749/8534</w:t>
        <w:br/>
        <w:t>f 24447/9750/8535 24446/9748/8533 24448/9749/8534</w:t>
        <w:br/>
        <w:t>f 24447/9750/8535 24448/9749/8534 24450/9751/8536</w:t>
        <w:br/>
        <w:t>f 24449/9752/8537 24447/9750/8535 24450/9751/8536</w:t>
        <w:br/>
        <w:t>f 24449/9752/8537 24450/9751/8536 24452/9753/8538</w:t>
        <w:br/>
        <w:t>f 24451/9754/8539 24449/9752/8537 24452/9753/8538</w:t>
        <w:br/>
        <w:t>f 24451/9754/8539 24452/9753/8538 24454/9755/8540</w:t>
        <w:br/>
        <w:t>f 24453/9756/8541 24451/9754/8539 24454/9755/8540</w:t>
        <w:br/>
        <w:t>f 24453/9756/8541 24454/9755/8540 24456/9757/8542</w:t>
        <w:br/>
        <w:t>f 24455/9758/8543 24453/9756/8541 24456/9757/8542</w:t>
        <w:br/>
        <w:t>f 24458/9759/8544 24455/9758/8543 24456/9757/8542</w:t>
        <w:br/>
        <w:t>f 24457/9760/8545 24458/9759/8544 24456/9757/8542</w:t>
        <w:br/>
        <w:t>f 24460/9761/8546 24458/9759/8544 24457/9760/8545</w:t>
        <w:br/>
        <w:t>f 24459/9762/8547 24460/9761/8546 24457/9760/8545</w:t>
        <w:br/>
        <w:t>f 24462/9763/8548 24460/9761/8546 24459/9762/8547</w:t>
        <w:br/>
        <w:t>f 24461/9764/8549 24462/9763/8548 24459/9762/8547</w:t>
        <w:br/>
        <w:t>f 24464/9765/8550 24462/9763/8548 24461/9764/8549</w:t>
        <w:br/>
        <w:t>f 24463/9766/8551 24464/9765/8550 24461/9764/8549</w:t>
        <w:br/>
        <w:t>f 24468/9767/8552 24467/9768/8553 24466/9769/8554</w:t>
        <w:br/>
        <w:t>f 24465/9770/8555 24468/9767/8552 24466/9769/8554</w:t>
        <w:br/>
        <w:t>f 24465/9770/8555 24470/9771/8556 24469/9772/8557</w:t>
        <w:br/>
        <w:t>f 24468/9767/8552 24465/9770/8555 24469/9772/8557</w:t>
        <w:br/>
        <w:t>f 24470/9771/8556 24472/9773/8558 24471/9774/8559</w:t>
        <w:br/>
        <w:t>f 24469/9772/8557 24470/9771/8556 24471/9774/8559</w:t>
        <w:br/>
        <w:t>f 24476/9775/8560 24475/9776/8561 24474/9777/8562</w:t>
        <w:br/>
        <w:t>f 24473/9778/8563 24476/9775/8560 24474/9777/8562</w:t>
        <w:br/>
        <w:t>f 24480/9779/8564 24479/9780/8565 24478/9781/8566</w:t>
        <w:br/>
        <w:t>f 24477/9782/8567 24480/9779/8564 24478/9781/8566</w:t>
        <w:br/>
        <w:t>f 24477/9782/8567 24482/9783/8568 24481/9784/8569</w:t>
        <w:br/>
        <w:t>f 24480/9779/8564 24477/9782/8567 24481/9784/8569</w:t>
        <w:br/>
        <w:t>f 24364/9665/8449 24367/9669/8453 24365/9667/8451</w:t>
        <w:br/>
        <w:t>f 24484/9785/8570 24483/9786/8571 24359/9663/8447</w:t>
        <w:br/>
        <w:t>f 24485/9787/8572 24366/9670/8454 24364/9665/8449</w:t>
        <w:br/>
        <w:t>f 24370/9673/8457 24366/9670/8454 24484/9785/8570</w:t>
        <w:br/>
        <w:t>f 24486/9788/8573 24370/9673/8457 24484/9785/8570</w:t>
        <w:br/>
        <w:t>f 24374/9675/8459 24370/9673/8457 24486/9788/8573</w:t>
        <w:br/>
        <w:t>f 24487/9789/8574 24374/9675/8459 24486/9788/8573</w:t>
        <w:br/>
        <w:t>f 24487/9789/8574 24377/9678/8462 24374/9675/8459</w:t>
        <w:br/>
        <w:t>f 24487/9789/8574 24488/9790/8575 24380/9682/8467</w:t>
        <w:br/>
        <w:t>f 24381/9681/8466 24487/9789/8574 24380/9682/8467</w:t>
        <w:br/>
        <w:t>f 24488/9790/8575 24383/9684/8469 24380/9682/8467</w:t>
        <w:br/>
        <w:t>f 24488/9790/8575 24489/9791/8576 24385/9686/8471</w:t>
        <w:br/>
        <w:t>f 24383/9684/8469 24488/9790/8575 24385/9686/8471</w:t>
        <w:br/>
        <w:t>f 24489/9791/8576 24387/9688/8473 24385/9686/8471</w:t>
        <w:br/>
        <w:t>f 24489/9791/8576 24490/9792/8577 24389/9690/8475</w:t>
        <w:br/>
        <w:t>f 24387/9688/8473 24489/9791/8576 24389/9690/8475</w:t>
        <w:br/>
        <w:t>f 24490/9792/8577 24391/9694/8479 24389/9690/8475</w:t>
        <w:br/>
        <w:t>f 24490/9792/8577 24491/9793/8578 24395/9696/8481</w:t>
        <w:br/>
        <w:t>f 24391/9694/8479 24490/9792/8577 24395/9696/8481</w:t>
        <w:br/>
        <w:t>f 24491/9793/8578 24397/9698/8483 24395/9696/8481</w:t>
        <w:br/>
        <w:t>f 24397/9698/8483 24491/9793/8578 24492/9794/8579</w:t>
        <w:br/>
        <w:t>f 24399/9700/8485 24397/9698/8483 24492/9794/8579</w:t>
        <w:br/>
        <w:t>f 24492/9794/8579 24401/9702/8487 24399/9700/8485</w:t>
        <w:br/>
        <w:t>f 24492/9794/8579 24404/9705/8490 24401/9702/8487</w:t>
        <w:br/>
        <w:t>f 24492/9794/8579 24406/9707/8492 24404/9705/8490</w:t>
        <w:br/>
        <w:t>f 24492/9794/8579 24408/9709/8494 24406/9707/8492</w:t>
        <w:br/>
        <w:t>f 24492/9794/8579 24493/9795/8580 24410/9711/8496</w:t>
        <w:br/>
        <w:t>f 24408/9709/8494 24492/9794/8579 24410/9711/8496</w:t>
        <w:br/>
        <w:t>f 24493/9795/8580 24412/9713/8498 24410/9711/8496</w:t>
        <w:br/>
        <w:t>f 24493/9795/8580 24413/9716/8501 24412/9713/8498</w:t>
        <w:br/>
        <w:t>f 24493/9795/8580 24416/9719/8504 24413/9716/8501</w:t>
        <w:br/>
        <w:t>f 24494/9796/8581 24420/9721/8506 24416/9719/8504</w:t>
        <w:br/>
        <w:t>f 24493/9795/8580 24494/9796/8581 24416/9719/8504</w:t>
        <w:br/>
        <w:t>f 24494/9796/8581 24495/9797/8582 24422/9723/8508</w:t>
        <w:br/>
        <w:t>f 24420/9721/8506 24494/9796/8581 24422/9723/8508</w:t>
        <w:br/>
        <w:t>f 24495/9797/8582 24424/9725/8510 24422/9723/8508</w:t>
        <w:br/>
        <w:t>f 24424/9725/8510 24495/9797/8582 24496/9798/8583</w:t>
        <w:br/>
        <w:t>f 24426/9727/8512 24424/9725/8510 24496/9798/8583</w:t>
        <w:br/>
        <w:t>f 24496/9798/8583 24428/9729/8514 24426/9727/8512</w:t>
        <w:br/>
        <w:t>f 24496/9798/8583 24431/9732/8517 24428/9729/8514</w:t>
        <w:br/>
        <w:t>f 24496/9798/8583 24497/9799/8584 24433/9734/8519</w:t>
        <w:br/>
        <w:t>f 24431/9732/8517 24496/9798/8583 24433/9734/8519</w:t>
        <w:br/>
        <w:t>f 24497/9799/8584 24436/9737/8522 24433/9734/8519</w:t>
        <w:br/>
        <w:t>f 24497/9799/8584 24499/9800/8585 24498/9801/8586</w:t>
        <w:br/>
        <w:t>f 24436/9737/8522 24497/9799/8584 24498/9801/8586</w:t>
        <w:br/>
        <w:t>f 24500/9802/8587 24441/9744/8529 24439/9740/8525</w:t>
        <w:br/>
        <w:t>f 24499/9800/8585 24444/9747/8532 24441/9744/8529</w:t>
        <w:br/>
        <w:t>f 24499/9800/8585 24501/9803/8588 24448/9749/8534</w:t>
        <w:br/>
        <w:t>f 24444/9747/8532 24499/9800/8585 24448/9749/8534</w:t>
        <w:br/>
        <w:t>f 24501/9803/8588 24450/9751/8536 24448/9749/8534</w:t>
        <w:br/>
        <w:t>f 24501/9803/8588 24452/9753/8538 24450/9751/8536</w:t>
        <w:br/>
        <w:t>f 24501/9803/8588 24454/9755/8540 24452/9753/8538</w:t>
        <w:br/>
        <w:t>f 24501/9803/8588 24502/9804/8589 24456/9757/8542</w:t>
        <w:br/>
        <w:t>f 24454/9755/8540 24501/9803/8588 24456/9757/8542</w:t>
        <w:br/>
        <w:t>f 24502/9804/8589 24457/9760/8545 24456/9757/8542</w:t>
        <w:br/>
        <w:t>f 24502/9804/8589 24503/9805/8590 24459/9762/8547</w:t>
        <w:br/>
        <w:t>f 24457/9760/8545 24502/9804/8589 24459/9762/8547</w:t>
        <w:br/>
        <w:t>f 24503/9805/8590 24461/9764/8549 24459/9762/8547</w:t>
        <w:br/>
        <w:t>f 24503/9805/8590 24504/9806/8591 24463/9766/8551</w:t>
        <w:br/>
        <w:t>f 24461/9764/8549 24503/9805/8590 24463/9766/8551</w:t>
        <w:br/>
        <w:t>f 24505/9807/8592 24465/9770/8555 24466/9769/8554</w:t>
        <w:br/>
        <w:t>f 24470/9771/8556 24465/9770/8555 24506/9808/8593</w:t>
        <w:br/>
        <w:t>f 24472/9773/8558 24470/9771/8556 24506/9808/8593</w:t>
        <w:br/>
        <w:t>f 24508/9809/8594 24507/9810/8595 24475/9776/8561</w:t>
        <w:br/>
        <w:t>f 24472/9773/8558 24508/9809/8594 24475/9776/8561</w:t>
        <w:br/>
        <w:t>f 24477/9782/8567 24478/9781/8566 24509/9811/8596</w:t>
        <w:br/>
        <w:t>f 24482/9783/8568 24477/9782/8567 24509/9811/8596</w:t>
        <w:br/>
        <w:t>f 24512/9812/8597 24511/9813/8598 24510/9814/8599</w:t>
        <w:br/>
        <w:t>f 24516/9815/8600 24515/9816/8601 24514/9817/8602</w:t>
        <w:br/>
        <w:t>f 24513/9818/8603 24516/9815/8600 24514/9817/8602</w:t>
        <w:br/>
        <w:t>f 24518/9819/8604 24510/9814/8599 24517/9820/8605</w:t>
        <w:br/>
        <w:t>f 24521/9821/8606 24520/9822/8607 24519/9823/8608</w:t>
        <w:br/>
        <w:t>f 24522/9824/8609 24520/9822/8607 24521/9821/8606</w:t>
        <w:br/>
        <w:t>f 24516/9815/8600 24524/9825/8610 24523/9826/8611</w:t>
        <w:br/>
        <w:t>f 24482/9783/8568 24509/9811/8596 24526/9827/8612</w:t>
        <w:br/>
        <w:t>f 24525/9828/8613 24482/9783/8568 24526/9827/8612</w:t>
        <w:br/>
        <w:t>f 24482/9783/8568 24525/9828/8613 24527/9829/8614</w:t>
        <w:br/>
        <w:t>f 24481/9784/8569 24482/9783/8568 24527/9829/8614</w:t>
        <w:br/>
        <w:t>f 24531/9830/8598 24530/9831/8615 24529/9832/8616</w:t>
        <w:br/>
        <w:t>f 24528/9833/8599 24531/9830/8598 24529/9832/8616</w:t>
        <w:br/>
        <w:t>f 24533/9834/8605 24528/9833/8599 24529/9832/8616</w:t>
        <w:br/>
        <w:t>f 24532/9835/8617 24533/9834/8605 24529/9832/8616</w:t>
        <w:br/>
        <w:t>f 24532/9835/8617 24536/9836/8618 24535/9837/8619</w:t>
        <w:br/>
        <w:t>f 24534/9838/8620 24532/9835/8617 24535/9837/8619</w:t>
        <w:br/>
        <w:t>f 24536/9836/8618 24539/9839/8621 24538/9840/8622</w:t>
        <w:br/>
        <w:t>f 24537/9841/8623 24536/9836/8618 24538/9840/8622</w:t>
        <w:br/>
        <w:t>f 24539/9839/8621 24542/9842/8624 24541/9843/8624</w:t>
        <w:br/>
        <w:t>f 24540/9844/8625 24539/9839/8621 24541/9843/8624</w:t>
        <w:br/>
        <w:t>f 24542/9842/8624 24544/9845/8626 24543/9846/8626</w:t>
        <w:br/>
        <w:t>f 24541/9843/8624 24542/9842/8624 24543/9846/8626</w:t>
        <w:br/>
        <w:t>f 24544/9845/8626 24546/9847/8627 24545/9848/8628</w:t>
        <w:br/>
        <w:t>f 24543/9846/8626 24544/9845/8626 24545/9848/8628</w:t>
        <w:br/>
        <w:t>f 24549/9849/8629 24548/9850/8630 24547/9851/8631</w:t>
        <w:br/>
        <w:t>f 24512/9812/8597 24510/9814/8599 24518/9819/8604</w:t>
        <w:br/>
        <w:t>f 24516/9815/8600 24550/9852/8632 24524/9825/8610</w:t>
        <w:br/>
        <w:t>f 24553/9853/8633 24552/9854/8634 24551/9855/8633</w:t>
        <w:br/>
        <w:t>f 24557/9856/8635 24556/9857/8636 24555/9858/8444</w:t>
        <w:br/>
        <w:t>f 24554/9859/8637 24557/9856/8635 24555/9858/8444</w:t>
        <w:br/>
        <w:t>f 24540/9844/8625 24538/9840/8622 24539/9839/8621</w:t>
        <w:br/>
        <w:t>f 24561/9860/8623 24560/9861/8622 24559/9862/8638</w:t>
        <w:br/>
        <w:t>f 24558/9863/8638 24561/9860/8623 24559/9862/8638</w:t>
        <w:br/>
        <w:t>f 24564/9864/8639 24563/9865/8640 24562/9866/8640</w:t>
        <w:br/>
        <w:t>f 24537/9841/8623 24535/9837/8619 24536/9836/8618</w:t>
        <w:br/>
        <w:t>f 24521/9821/8606 24519/9823/8608 24565/9867/8641</w:t>
        <w:br/>
        <w:t>f 24519/9823/8642 24564/9864/8639 24515/9816/8601</w:t>
        <w:br/>
        <w:t>f 24518/9819/8604 24517/9820/8605 24566/9868/8643</w:t>
        <w:br/>
        <w:t>f 24534/9838/8620 24533/9834/8605 24532/9835/8617</w:t>
        <w:br/>
        <w:t>f 24517/9820/8605 24516/9815/8600 24523/9826/8611</w:t>
        <w:br/>
        <w:t>f 24554/9859/8644 24553/9853/8633 24551/9855/8633</w:t>
        <w:br/>
        <w:t>f 24517/9820/8605 24523/9826/8611 24566/9868/8643</w:t>
        <w:br/>
        <w:t>f 24568/9869/8645 24474/9777/8646 24567/9870/8647</w:t>
        <w:br/>
        <w:t>f 24479/9780/8565 24569/9871/8648 24478/9781/8566</w:t>
        <w:br/>
        <w:t>f 24473/9778/8649 24471/9774/8559 24472/9773/8558</w:t>
        <w:br/>
        <w:t>f 24475/9776/8561 24478/9781/8566 24569/9871/8648</w:t>
        <w:br/>
        <w:t>f 24568/9869/8650 24475/9776/8561 24569/9871/8648</w:t>
        <w:br/>
        <w:t>f 24507/9810/8595 24509/9811/8596 24478/9781/8566</w:t>
        <w:br/>
        <w:t>f 24475/9776/8561 24507/9810/8595 24478/9781/8566</w:t>
        <w:br/>
        <w:t>f 24572/9872/8651 24571/9873/8652 24570/9874/8653</w:t>
        <w:br/>
        <w:t>f 24575/9875/8654 24574/9876/8655 24573/9877/8656</w:t>
        <w:br/>
        <w:t>f 24576/9878/8657 24573/9877/8656 24574/9876/8655</w:t>
        <w:br/>
        <w:t>f 24578/9879/8658 24577/9880/8659 24573/9877/8656</w:t>
        <w:br/>
        <w:t>f 24576/9878/8657 24578/9879/8658 24573/9877/8656</w:t>
        <w:br/>
        <w:t>f 24577/9880/8659 24578/9879/8658 24579/9881/8660</w:t>
        <w:br/>
        <w:t>f 24582/9882/8661 24581/9883/8662 24580/9884/8663</w:t>
        <w:br/>
        <w:t>f 24582/9882/8661 24580/9884/8663 24583/9885/8664</w:t>
        <w:br/>
        <w:t>f 24585/9886/8665 24584/9887/8666 24582/9882/8661</w:t>
        <w:br/>
        <w:t>f 24583/9885/8664 24585/9886/8665 24582/9882/8661</w:t>
        <w:br/>
        <w:t>f 24584/9887/8666 24585/9886/8665 24586/9888/8667</w:t>
        <w:br/>
        <w:t>f 24588/9889/8668 24587/9890/8669 24584/9887/8666</w:t>
        <w:br/>
        <w:t>f 24586/9888/8667 24588/9889/8668 24584/9887/8666</w:t>
        <w:br/>
        <w:t>f 24591/9891/8670 24590/9892/8670 24589/9893/8671</w:t>
        <w:br/>
        <w:t>f 24593/9894/8672 24587/9890/8673 24589/9893/8674</w:t>
        <w:br/>
        <w:t>f 24592/9895/8675 24593/9894/8672 24589/9893/8674</w:t>
        <w:br/>
        <w:t>f 24593/9894/8672 24592/9895/8675 24594/9896/8676</w:t>
        <w:br/>
        <w:t>f 24597/9897/8677 24596/9898/8678 24594/9896/8679</w:t>
        <w:br/>
        <w:t>f 24595/9899/8680 24597/9897/8677 24594/9896/8679</w:t>
        <w:br/>
        <w:t>f 24599/9900/8681 24597/9897/8677 24595/9899/8680</w:t>
        <w:br/>
        <w:t>f 24598/9901/8682 24599/9900/8681 24595/9899/8680</w:t>
        <w:br/>
        <w:t>f 24601/9902/8683 24599/9900/8681 24598/9901/8682</w:t>
        <w:br/>
        <w:t>f 24600/9903/8684 24601/9902/8683 24598/9901/8682</w:t>
        <w:br/>
        <w:t>f 24603/9904/8685 24601/9902/8683 24600/9903/8684</w:t>
        <w:br/>
        <w:t>f 24602/9905/8686 24603/9904/8685 24600/9903/8684</w:t>
        <w:br/>
        <w:t>f 24605/9906/8687 24603/9904/8685 24602/9905/8686</w:t>
        <w:br/>
        <w:t>f 24604/9907/8688 24605/9906/8687 24602/9905/8686</w:t>
        <w:br/>
        <w:t>f 24605/9906/8687 24604/9907/8688 24606/9908/8689</w:t>
        <w:br/>
        <w:t>f 24608/9909/8690 24607/9910/8691 24605/9906/8687</w:t>
        <w:br/>
        <w:t>f 24606/9908/8689 24608/9909/8690 24605/9906/8687</w:t>
        <w:br/>
        <w:t>f 24607/9910/8691 24608/9909/8690 24609/9911/8692</w:t>
        <w:br/>
        <w:t>f 24611/9912/8693 24607/9910/8691 24609/9911/8692</w:t>
        <w:br/>
        <w:t>f 24610/9913/8694 24611/9912/8693 24609/9911/8692</w:t>
        <w:br/>
        <w:t>f 24613/9914/8695 24611/9912/8693 24610/9913/8694</w:t>
        <w:br/>
        <w:t>f 24612/9915/8696 24613/9914/8695 24610/9913/8694</w:t>
        <w:br/>
        <w:t>f 24615/9916/8697 24613/9914/8695 24612/9915/8696</w:t>
        <w:br/>
        <w:t>f 24614/9917/8698 24615/9916/8697 24612/9915/8696</w:t>
        <w:br/>
        <w:t>f 24617/9918/8699 24615/9916/8697 24614/9917/8698</w:t>
        <w:br/>
        <w:t>f 24616/9919/8700 24617/9918/8699 24614/9917/8698</w:t>
        <w:br/>
        <w:t>f 24617/9918/8699 24616/9919/8700 24618/9920/8701</w:t>
        <w:br/>
        <w:t>f 24620/9921/8702 24617/9918/8699 24618/9920/8701</w:t>
        <w:br/>
        <w:t>f 24619/9922/8703 24620/9921/8702 24618/9920/8701</w:t>
        <w:br/>
        <w:t>f 24622/9923/8704 24620/9921/8702 24619/9922/8703</w:t>
        <w:br/>
        <w:t>f 24621/9924/8705 24622/9923/8704 24619/9922/8703</w:t>
        <w:br/>
        <w:t>f 24624/9925/8706 24622/9923/8704 24621/9924/8705</w:t>
        <w:br/>
        <w:t>f 24623/9926/8707 24624/9925/8706 24621/9924/8705</w:t>
        <w:br/>
        <w:t>f 24626/9927/8708 24624/9925/8706 24623/9926/8707</w:t>
        <w:br/>
        <w:t>f 24625/9928/8709 24626/9927/8708 24623/9926/8707</w:t>
        <w:br/>
        <w:t>f 24628/9929/8710 24626/9927/8708 24625/9928/8709</w:t>
        <w:br/>
        <w:t>f 24627/9930/8711 24628/9929/8710 24625/9928/8709</w:t>
        <w:br/>
        <w:t>f 24630/9931/8712 24629/9932/8713 24628/9929/8710</w:t>
        <w:br/>
        <w:t>f 24627/9930/8711 24630/9931/8712 24628/9929/8710</w:t>
        <w:br/>
        <w:t>f 24629/9932/8713 24630/9931/8712 24631/9933/8714</w:t>
        <w:br/>
        <w:t>f 24633/9934/8715 24632/9935/8716 24629/9932/8713</w:t>
        <w:br/>
        <w:t>f 24631/9933/8714 24633/9934/8715 24629/9932/8713</w:t>
        <w:br/>
        <w:t>f 24632/9935/8716 24633/9934/8715 24634/9936/8717</w:t>
        <w:br/>
        <w:t>f 24636/9937/8718 24632/9935/8716 24634/9936/8717</w:t>
        <w:br/>
        <w:t>f 24635/9938/8719 24636/9937/8718 24634/9936/8717</w:t>
        <w:br/>
        <w:t>f 24635/9938/8719 24638/9939/8720 24637/9940/8721</w:t>
        <w:br/>
        <w:t>f 24636/9937/8718 24635/9938/8719 24637/9940/8721</w:t>
        <w:br/>
        <w:t>f 24640/9941/8722 24637/9940/8721 24638/9939/8720</w:t>
        <w:br/>
        <w:t>f 24639/9942/8723 24640/9941/8722 24638/9939/8720</w:t>
        <w:br/>
        <w:t>f 24640/9941/8722 24639/9942/8723 24642/9943/8724</w:t>
        <w:br/>
        <w:t>f 24641/9944/8725 24640/9941/8722 24642/9943/8724</w:t>
        <w:br/>
        <w:t>f 24644/9945/8726 24641/9944/8725 24642/9943/8724</w:t>
        <w:br/>
        <w:t>f 24643/9946/8727 24644/9945/8726 24642/9943/8724</w:t>
        <w:br/>
        <w:t>f 24644/9945/8726 24643/9946/8727 24645/9947/8728</w:t>
        <w:br/>
        <w:t>f 24647/9948/8729 24644/9945/8726 24645/9947/8728</w:t>
        <w:br/>
        <w:t>f 24646/9949/8730 24647/9948/8729 24645/9947/8728</w:t>
        <w:br/>
        <w:t>f 24649/9950/8731 24648/9951/8732 24647/9948/8729</w:t>
        <w:br/>
        <w:t>f 24646/9949/8730 24649/9950/8731 24647/9948/8729</w:t>
        <w:br/>
        <w:t>f 24648/9951/8732 24649/9950/8731 24650/9952/8733</w:t>
        <w:br/>
        <w:t>f 24652/9953/8734 24648/9951/8732 24650/9952/8733</w:t>
        <w:br/>
        <w:t>f 24651/9954/8735 24652/9953/8734 24650/9952/8733</w:t>
        <w:br/>
        <w:t>f 24654/9955/8736 24652/9953/8734 24651/9954/8735</w:t>
        <w:br/>
        <w:t>f 24653/9956/8737 24654/9955/8736 24651/9954/8735</w:t>
        <w:br/>
        <w:t>f 24654/9955/8736 24653/9956/8737 24655/9957/8738</w:t>
        <w:br/>
        <w:t>f 24657/9958/8739 24654/9955/8736 24655/9957/8738</w:t>
        <w:br/>
        <w:t>f 24656/9959/8740 24657/9958/8739 24655/9957/8738</w:t>
        <w:br/>
        <w:t>f 24657/9958/8739 24656/9959/8740 24658/9960/8741</w:t>
        <w:br/>
        <w:t>f 24660/9961/8742 24659/9962/8743 24657/9958/8739</w:t>
        <w:br/>
        <w:t>f 24658/9960/8741 24660/9961/8742 24657/9958/8739</w:t>
        <w:br/>
        <w:t>f 24659/9962/8743 24660/9961/8742 24661/9963/8744</w:t>
        <w:br/>
        <w:t>f 24663/9964/8745 24662/9965/8746 24659/9962/8743</w:t>
        <w:br/>
        <w:t>f 24661/9963/8744 24663/9964/8745 24659/9962/8743</w:t>
        <w:br/>
        <w:t>f 24662/9965/8746 24663/9964/8745 24664/9966/8747</w:t>
        <w:br/>
        <w:t>f 24666/9967/8748 24662/9965/8746 24664/9966/8747</w:t>
        <w:br/>
        <w:t>f 24665/9968/8749 24666/9967/8748 24664/9966/8747</w:t>
        <w:br/>
        <w:t>f 24668/9969/8750 24666/9967/8748 24665/9968/8749</w:t>
        <w:br/>
        <w:t>f 24667/9970/8751 24668/9969/8750 24665/9968/8749</w:t>
        <w:br/>
        <w:t>f 24670/9971/8752 24668/9969/8750 24667/9970/8751</w:t>
        <w:br/>
        <w:t>f 24669/9972/8753 24670/9971/8752 24667/9970/8751</w:t>
        <w:br/>
        <w:t>f 24672/9973/8754 24670/9971/8752 24669/9972/8753</w:t>
        <w:br/>
        <w:t>f 24671/9974/8755 24672/9973/8754 24669/9972/8753</w:t>
        <w:br/>
        <w:t>f 24674/9975/8756 24672/9973/8754 24671/9974/8755</w:t>
        <w:br/>
        <w:t>f 24673/9976/8757 24674/9975/8756 24671/9974/8755</w:t>
        <w:br/>
        <w:t>f 24676/9977/8758 24675/9978/8759 24674/9975/8756</w:t>
        <w:br/>
        <w:t>f 24673/9976/8757 24676/9977/8758 24674/9975/8756</w:t>
        <w:br/>
        <w:t>f 24678/9979/8760 24677/9980/8761 24675/9978/8759</w:t>
        <w:br/>
        <w:t>f 24676/9977/8758 24678/9979/8760 24675/9978/8759</w:t>
        <w:br/>
        <w:t>f 24680/9981/8762 24679/9982/8763 24677/9980/8761</w:t>
        <w:br/>
        <w:t>f 24678/9979/8760 24680/9981/8762 24677/9980/8761</w:t>
        <w:br/>
        <w:t>f 24684/9983/8764 24683/9984/8765 24682/9985/8766</w:t>
        <w:br/>
        <w:t>f 24681/9986/8766 24684/9983/8764 24682/9985/8766</w:t>
        <w:br/>
        <w:t>f 24683/9984/8765 24684/9983/8764 24686/9987/8767</w:t>
        <w:br/>
        <w:t>f 24685/9988/8768 24683/9984/8765 24686/9987/8767</w:t>
        <w:br/>
        <w:t>f 24685/9988/8768 24686/9987/8767 24688/9989/8769</w:t>
        <w:br/>
        <w:t>f 24687/9990/8770 24685/9988/8768 24688/9989/8769</w:t>
        <w:br/>
        <w:t>f 24692/9991/8771 24691/9992/8772 24690/9993/8771</w:t>
        <w:br/>
        <w:t>f 24689/9994/8773 24692/9991/8771 24690/9993/8771</w:t>
        <w:br/>
        <w:t>f 24696/9995/8774 24695/9996/8775 24694/9997/8776</w:t>
        <w:br/>
        <w:t>f 24693/9998/8777 24696/9995/8774 24694/9997/8776</w:t>
        <w:br/>
        <w:t>f 24695/9996/8775 24696/9995/8774 24698/9999/8778</w:t>
        <w:br/>
        <w:t>f 24697/10000/8779 24695/9996/8775 24698/9999/8778</w:t>
        <w:br/>
        <w:t>f 24577/9880/8659 24579/9881/8660 24581/9883/8662</w:t>
        <w:br/>
        <w:t>f 24582/9882/8661 24577/9880/8659 24581/9883/8662</w:t>
        <w:br/>
        <w:t>f 24700/10001/8780 24699/10002/8781 24577/9880/8659</w:t>
        <w:br/>
        <w:t>f 24700/10001/8780 24577/9880/8659 24582/9882/8661</w:t>
        <w:br/>
        <w:t>f 24584/9887/8666 24701/10003/8782 24700/10001/8780</w:t>
        <w:br/>
        <w:t>f 24582/9882/8661 24584/9887/8666 24700/10001/8780</w:t>
        <w:br/>
        <w:t>f 24587/9890/8669 24701/10003/8782 24584/9887/8666</w:t>
        <w:br/>
        <w:t>f 24703/10004/8783 24701/10003/8784 24702/10005/8785</w:t>
        <w:br/>
        <w:t>f 24704/10006/8786 24587/9890/8673 24593/9894/8672</w:t>
        <w:br/>
        <w:t>f 24597/9897/8677 24705/10007/8787 24703/10004/8783</w:t>
        <w:br/>
        <w:t>f 24596/9898/8678 24597/9897/8677 24703/10004/8783</w:t>
        <w:br/>
        <w:t>f 24705/10007/8787 24597/9897/8677 24599/9900/8681</w:t>
        <w:br/>
        <w:t>f 24601/9902/8683 24706/10008/8788 24705/10007/8787</w:t>
        <w:br/>
        <w:t>f 24599/9900/8681 24601/9902/8683 24705/10007/8787</w:t>
        <w:br/>
        <w:t>f 24706/10008/8788 24601/9902/8683 24603/9904/8685</w:t>
        <w:br/>
        <w:t>f 24605/9906/8687 24707/10009/8789 24706/10008/8788</w:t>
        <w:br/>
        <w:t>f 24603/9904/8685 24605/9906/8687 24706/10008/8788</w:t>
        <w:br/>
        <w:t>f 24707/10009/8789 24605/9906/8687 24607/9910/8691</w:t>
        <w:br/>
        <w:t>f 24611/9912/8693 24708/10010/8790 24707/10009/8789</w:t>
        <w:br/>
        <w:t>f 24607/9910/8691 24611/9912/8693 24707/10009/8789</w:t>
        <w:br/>
        <w:t>f 24708/10010/8790 24611/9912/8693 24613/9914/8695</w:t>
        <w:br/>
        <w:t>f 24613/9914/8695 24615/9916/8697 24709/10011/8791</w:t>
        <w:br/>
        <w:t>f 24708/10010/8790 24613/9914/8695 24709/10011/8791</w:t>
        <w:br/>
        <w:t>f 24709/10011/8791 24615/9916/8697 24617/9918/8699</w:t>
        <w:br/>
        <w:t>f 24709/10011/8791 24617/9918/8699 24620/9921/8702</w:t>
        <w:br/>
        <w:t>f 24709/10011/8791 24620/9921/8702 24622/9923/8704</w:t>
        <w:br/>
        <w:t>f 24709/10011/8791 24622/9923/8704 24624/9925/8706</w:t>
        <w:br/>
        <w:t>f 24626/9927/8708 24710/10012/8792 24709/10011/8791</w:t>
        <w:br/>
        <w:t>f 24624/9925/8706 24626/9927/8708 24709/10011/8791</w:t>
        <w:br/>
        <w:t>f 24710/10012/8792 24626/9927/8708 24628/9929/8710</w:t>
        <w:br/>
        <w:t>f 24710/10012/8792 24628/9929/8710 24629/9932/8713</w:t>
        <w:br/>
        <w:t>f 24710/10012/8792 24629/9932/8713 24632/9935/8716</w:t>
        <w:br/>
        <w:t>f 24711/10013/8793 24710/10012/8792 24632/9935/8716</w:t>
        <w:br/>
        <w:t>f 24636/9937/8718 24711/10013/8793 24632/9935/8716</w:t>
        <w:br/>
        <w:t>f 24637/9940/8721 24712/10014/8794 24711/10013/8793</w:t>
        <w:br/>
        <w:t>f 24636/9937/8718 24637/9940/8721 24711/10013/8793</w:t>
        <w:br/>
        <w:t>f 24712/10014/8794 24637/9940/8721 24640/9941/8722</w:t>
        <w:br/>
        <w:t>f 24640/9941/8722 24641/9944/8725 24713/10015/8795</w:t>
        <w:br/>
        <w:t>f 24712/10014/8794 24640/9941/8722 24713/10015/8795</w:t>
        <w:br/>
        <w:t>f 24713/10015/8795 24641/9944/8725 24644/9945/8726</w:t>
        <w:br/>
        <w:t>f 24713/10015/8795 24644/9945/8726 24647/9948/8729</w:t>
        <w:br/>
        <w:t>f 24648/9951/8732 24714/10016/8796 24713/10015/8795</w:t>
        <w:br/>
        <w:t>f 24647/9948/8729 24648/9951/8732 24713/10015/8795</w:t>
        <w:br/>
        <w:t>f 24714/10016/8796 24648/9951/8732 24652/9953/8734</w:t>
        <w:br/>
        <w:t>f 24714/10016/8796 24652/9953/8734 24654/9955/8736</w:t>
        <w:br/>
        <w:t>f 24715/10017/8797 24714/10016/8796 24654/9955/8736</w:t>
        <w:br/>
        <w:t>f 24716/10018/8798 24654/9955/8736 24657/9958/8739</w:t>
        <w:br/>
        <w:t>f 24716/10018/8798 24657/9958/8739 24659/9962/8743</w:t>
        <w:br/>
        <w:t>f 24715/10017/8797 24659/9962/8743 24662/9965/8746</w:t>
        <w:br/>
        <w:t>f 24717/10019/8799 24715/10017/8797 24662/9965/8746</w:t>
        <w:br/>
        <w:t>f 24717/10019/8799 24662/9965/8746 24666/9967/8748</w:t>
        <w:br/>
        <w:t>f 24717/10019/8799 24666/9967/8748 24668/9969/8750</w:t>
        <w:br/>
        <w:t>f 24717/10019/8799 24668/9969/8750 24670/9971/8752</w:t>
        <w:br/>
        <w:t>f 24672/9973/8754 24718/10020/8800 24717/10019/8799</w:t>
        <w:br/>
        <w:t>f 24670/9971/8752 24672/9973/8754 24717/10019/8799</w:t>
        <w:br/>
        <w:t>f 24718/10020/8800 24672/9973/8754 24674/9975/8756</w:t>
        <w:br/>
        <w:t>f 24675/9978/8759 24719/10021/8801 24718/10020/8800</w:t>
        <w:br/>
        <w:t>f 24674/9975/8756 24675/9978/8759 24718/10020/8800</w:t>
        <w:br/>
        <w:t>f 24719/10021/8801 24675/9978/8759 24677/9980/8761</w:t>
        <w:br/>
        <w:t>f 24679/9982/8763 24720/10022/8802 24719/10021/8801</w:t>
        <w:br/>
        <w:t>f 24677/9980/8761 24679/9982/8763 24719/10021/8801</w:t>
        <w:br/>
        <w:t>f 24683/9984/8765 24721/10023/8803 24720/10022/8802</w:t>
        <w:br/>
        <w:t>f 24679/9982/8763 24683/9984/8765 24720/10022/8802</w:t>
        <w:br/>
        <w:t>f 24685/9988/8768 24721/10023/8803 24683/9984/8765</w:t>
        <w:br/>
        <w:t>f 24687/9990/8770 24721/10023/8803 24685/9988/8768</w:t>
        <w:br/>
        <w:t>f 24723/10024/8804 24722/10025/8805 24687/9990/8770</w:t>
        <w:br/>
        <w:t>f 24689/9994/8773 24723/10024/8804 24687/9990/8770</w:t>
        <w:br/>
        <w:t>f 24695/9996/8775 24724/10026/8806 24694/9997/8776</w:t>
        <w:br/>
        <w:t>f 24725/10027/8807 24724/10026/8806 24695/9996/8775</w:t>
        <w:br/>
        <w:t>f 24697/10000/8779 24725/10027/8807 24695/9996/8775</w:t>
        <w:br/>
        <w:t>f 24728/10028/8808 24727/10029/8809 24726/10030/8810</w:t>
        <w:br/>
        <w:t>f 24731/10031/8811 24730/10032/8812 24729/10033/8813</w:t>
        <w:br/>
        <w:t>f 24733/10034/8814 24727/10029/8809 24732/10035/8815</w:t>
        <w:br/>
        <w:t>f 24736/10036/8816 24735/10037/8817 24734/10038/8818</w:t>
        <w:br/>
        <w:t>f 24737/10039/8819 24736/10036/8816 24734/10038/8818</w:t>
        <w:br/>
        <w:t>f 24730/10032/8812 24739/10040/8820 24738/10041/8821</w:t>
        <w:br/>
        <w:t>f 24728/10028/8808 24726/10030/8810 24697/10000/8779</w:t>
        <w:br/>
        <w:t>f 24698/9999/8778 24728/10028/8808 24697/10000/8779</w:t>
        <w:br/>
        <w:t>f 24743/10042/8822 24742/10043/8823 24741/10044/8824</w:t>
        <w:br/>
        <w:t>f 24740/10045/8825 24743/10042/8822 24741/10044/8824</w:t>
        <w:br/>
        <w:t>f 24745/10046/8826 24744/10047/8827 24742/10043/8823</w:t>
        <w:br/>
        <w:t>f 24743/10042/8822 24745/10046/8826 24742/10043/8823</w:t>
        <w:br/>
        <w:t>f 24748/10048/8828 24747/10049/8829 24744/10047/8827</w:t>
        <w:br/>
        <w:t>f 24746/10050/8812 24748/10048/8828 24744/10047/8827</w:t>
        <w:br/>
        <w:t>f 24747/10049/8829 24751/10051/8830 24750/10052/8831</w:t>
        <w:br/>
        <w:t>f 24749/10053/8832 24747/10049/8829 24750/10052/8831</w:t>
        <w:br/>
        <w:t>f 24754/10054/8422 24753/10055/8416 24752/10056/8833</w:t>
        <w:br/>
        <w:t>f 24749/10053/8832 24754/10054/8422 24752/10056/8833</w:t>
        <w:br/>
        <w:t>f 24757/10057/8834 24742/10043/8823 24756/10058/8835</w:t>
        <w:br/>
        <w:t>f 24755/10059/8836 24757/10057/8834 24756/10058/8835</w:t>
        <w:br/>
        <w:t>f 24761/10060/8837 24760/10061/8838 24759/10062/8839</w:t>
        <w:br/>
        <w:t>f 24758/10063/8840 24761/10060/8837 24759/10062/8839</w:t>
        <w:br/>
        <w:t>f 24763/10064/8841 24762/10065/8842 24760/10061/8838</w:t>
        <w:br/>
        <w:t>f 24761/10060/8837 24763/10064/8841 24760/10061/8838</w:t>
        <w:br/>
        <w:t>f 24767/10066/8843 24766/10067/8844 24765/10068/8845</w:t>
        <w:br/>
        <w:t>f 24764/10069/8846 24767/10066/8843 24765/10068/8845</w:t>
        <w:br/>
        <w:t>f 24762/10065/8842 24763/10064/8841 24766/10067/8844</w:t>
        <w:br/>
        <w:t>f 24767/10066/8843 24762/10065/8842 24766/10067/8844</w:t>
        <w:br/>
        <w:t>f 24769/10070/8847 24762/10065/8842 24767/10066/8843</w:t>
        <w:br/>
        <w:t>f 24768/10071/8848 24769/10070/8847 24767/10066/8843</w:t>
        <w:br/>
        <w:t>f 24771/10072/8849 24770/10073/8850 24769/10070/8847</w:t>
        <w:br/>
        <w:t>f 24768/10071/8848 24771/10072/8849 24769/10070/8847</w:t>
        <w:br/>
        <w:t>f 24764/10069/8846 24772/10074/8851 24768/10071/8848</w:t>
        <w:br/>
        <w:t>f 24767/10066/8843 24764/10069/8846 24768/10071/8848</w:t>
        <w:br/>
        <w:t>f 24771/10072/8849 24768/10071/8848 24772/10074/8851</w:t>
        <w:br/>
        <w:t>f 24773/10075/8852 24771/10072/8849 24772/10074/8851</w:t>
        <w:br/>
        <w:t>f 24774/10076/8853 24760/10061/8838 24762/10065/8842</w:t>
        <w:br/>
        <w:t>f 24769/10070/8847 24774/10076/8853 24762/10065/8842</w:t>
        <w:br/>
        <w:t>f 24770/10073/8850 24775/10077/8854 24774/10076/8853</w:t>
        <w:br/>
        <w:t>f 24769/10070/8847 24770/10073/8850 24774/10076/8853</w:t>
        <w:br/>
        <w:t>f 24744/10047/8827 24776/10078/8855 24756/10058/8835</w:t>
        <w:br/>
        <w:t>f 24742/10043/8823 24744/10047/8827 24756/10058/8835</w:t>
        <w:br/>
        <w:t>f 24780/10079/8856 24779/10080/8857 24778/10081/8858</w:t>
        <w:br/>
        <w:t>f 24777/10082/8859 24780/10079/8856 24778/10081/8858</w:t>
        <w:br/>
        <w:t>f 24778/10081/8858 24783/10083/8860 24782/10084/8861</w:t>
        <w:br/>
        <w:t>f 24781/10085/8862 24778/10081/8858 24782/10084/8861</w:t>
        <w:br/>
        <w:t>f 24777/10082/8859 24778/10081/8858 24781/10085/8862</w:t>
        <w:br/>
        <w:t>f 24759/10062/8839 24777/10082/8859 24781/10085/8862</w:t>
        <w:br/>
        <w:t>f 24786/10086/8863 24779/10080/8857 24785/10087/8864</w:t>
        <w:br/>
        <w:t>f 24784/10088/8865 24786/10086/8863 24785/10087/8864</w:t>
        <w:br/>
        <w:t>f 24783/10083/8860 24778/10081/8858 24779/10080/8857</w:t>
        <w:br/>
        <w:t>f 24786/10086/8863 24783/10083/8860 24779/10080/8857</w:t>
        <w:br/>
        <w:t>f 24779/10080/8857 24780/10079/8856 24787/10089/8866</w:t>
        <w:br/>
        <w:t>f 24785/10087/8864 24779/10080/8857 24787/10089/8866</w:t>
        <w:br/>
        <w:t>f 24788/10090/8867 24758/10063/8840 24759/10062/8839</w:t>
        <w:br/>
        <w:t>f 24781/10085/8862 24788/10090/8867 24759/10062/8839</w:t>
        <w:br/>
        <w:t>f 24792/10091/8868 24791/10092/8869 24790/10093/8870</w:t>
        <w:br/>
        <w:t>f 24789/10094/8871 24792/10091/8868 24790/10093/8870</w:t>
        <w:br/>
        <w:t>f 24792/10091/8868 24789/10094/8871 24757/10057/8834</w:t>
        <w:br/>
        <w:t>f 24755/10059/8836 24792/10091/8868 24757/10057/8834</w:t>
        <w:br/>
        <w:t>f 24793/10095/8872 24788/10090/8867 24781/10085/8862</w:t>
        <w:br/>
        <w:t>f 24782/10084/8861 24793/10095/8872 24781/10085/8862</w:t>
        <w:br/>
        <w:t>f 24797/10096/8873 24796/10097/8874 24795/10098/8875</w:t>
        <w:br/>
        <w:t>f 24794/10099/8876 24797/10096/8873 24795/10098/8875</w:t>
        <w:br/>
        <w:t>f 24797/10096/8873 24799/10100/8877 24798/10101/8878</w:t>
        <w:br/>
        <w:t>f 24796/10097/8874 24797/10096/8873 24798/10101/8878</w:t>
        <w:br/>
        <w:t>f 24801/10102/8879 24794/10099/8876 24795/10098/8875</w:t>
        <w:br/>
        <w:t>f 24800/10103/8880 24801/10102/8879 24795/10098/8875</w:t>
        <w:br/>
        <w:t>f 24803/10104/8881 24802/10105/8882 24798/10101/8878</w:t>
        <w:br/>
        <w:t>f 24799/10100/8877 24803/10104/8881 24798/10101/8878</w:t>
        <w:br/>
        <w:t>f 24803/10104/8881 24805/10106/8883 24804/10107/8884</w:t>
        <w:br/>
        <w:t>f 24802/10105/8882 24803/10104/8881 24804/10107/8884</w:t>
        <w:br/>
        <w:t>f 24807/10108/8885 24796/10097/8874 24798/10101/8878</w:t>
        <w:br/>
        <w:t>f 24806/10109/8886 24807/10108/8885 24798/10101/8878</w:t>
        <w:br/>
        <w:t>f 24811/10110/8887 24810/10111/8888 24809/10112/8889</w:t>
        <w:br/>
        <w:t>f 24808/10113/8890 24811/10110/8887 24809/10112/8889</w:t>
        <w:br/>
        <w:t>f 24815/10114/8891 24814/10115/8892 24813/10116/8893</w:t>
        <w:br/>
        <w:t>f 24812/10117/8894 24815/10114/8891 24813/10116/8893</w:t>
        <w:br/>
        <w:t>f 24817/10118/8895 24816/10119/8896 24814/10115/8892</w:t>
        <w:br/>
        <w:t>f 24815/10114/8891 24817/10118/8895 24814/10115/8892</w:t>
        <w:br/>
        <w:t>f 24816/10119/8896 24817/10118/8895 24819/10120/8897</w:t>
        <w:br/>
        <w:t>f 24818/10121/8898 24816/10119/8896 24819/10120/8897</w:t>
        <w:br/>
        <w:t>f 24823/10122/8899 24822/10123/8900 24821/10124/8901</w:t>
        <w:br/>
        <w:t>f 24820/10125/8902 24823/10122/8899 24821/10124/8901</w:t>
        <w:br/>
        <w:t>f 24820/10125/8902 24821/10124/8901 24825/10126/8903</w:t>
        <w:br/>
        <w:t>f 24824/10127/8904 24820/10125/8902 24825/10126/8903</w:t>
        <w:br/>
        <w:t>f 24815/10114/8891 24827/10128/8905 24826/10129/8906</w:t>
        <w:br/>
        <w:t>f 24817/10118/8895 24815/10114/8891 24826/10129/8906</w:t>
        <w:br/>
        <w:t>f 24817/10118/8895 24826/10129/8906 24828/10130/8907</w:t>
        <w:br/>
        <w:t>f 24819/10120/8897 24817/10118/8895 24828/10130/8907</w:t>
        <w:br/>
        <w:t>f 24830/10131/8908 24829/10132/8909 24819/10120/8897</w:t>
        <w:br/>
        <w:t>f 24828/10130/8907 24830/10131/8908 24819/10120/8897</w:t>
        <w:br/>
        <w:t>f 24753/10055/8416 24832/10133/8910 24831/10134/8911</w:t>
        <w:br/>
        <w:t>f 24752/10056/8833 24753/10055/8416 24831/10134/8911</w:t>
        <w:br/>
        <w:t>f 24831/10134/8911 24832/10133/8910 24833/10135/8912</w:t>
        <w:br/>
        <w:t>f 24812/10117/8894 24831/10134/8911 24833/10135/8912</w:t>
        <w:br/>
        <w:t>f 24834/10136/8913 24831/10134/8911 24812/10117/8894</w:t>
        <w:br/>
        <w:t>f 24813/10116/8893 24834/10136/8913 24812/10117/8894</w:t>
        <w:br/>
        <w:t>f 24831/10134/8911 24834/10136/8913 24835/10137/8914</w:t>
        <w:br/>
        <w:t>f 24752/10056/8833 24831/10134/8911 24835/10137/8914</w:t>
        <w:br/>
        <w:t>f 24824/10127/8904 24825/10126/8903 24837/10138/8915</w:t>
        <w:br/>
        <w:t>f 24836/10139/8916 24824/10127/8904 24837/10138/8915</w:t>
        <w:br/>
        <w:t>f 24839/10140/8917 24837/10138/8915 24825/10126/8903</w:t>
        <w:br/>
        <w:t>f 24838/10141/8918 24839/10140/8917 24825/10126/8903</w:t>
        <w:br/>
        <w:t>f 24838/10141/8918 24841/10142/8919 24840/10143/8920</w:t>
        <w:br/>
        <w:t>f 24839/10140/8917 24838/10141/8918 24840/10143/8920</w:t>
        <w:br/>
        <w:t>f 24845/10144/8921 24844/10145/8922 24843/10146/8923</w:t>
        <w:br/>
        <w:t>f 24842/10147/8924 24845/10144/8921 24843/10146/8923</w:t>
        <w:br/>
        <w:t>f 24841/10142/8919 24838/10141/8918 24847/10148/8925</w:t>
        <w:br/>
        <w:t>f 24846/10149/8926 24841/10142/8919 24847/10148/8925</w:t>
        <w:br/>
        <w:t>f 24842/10147/8924 24843/10146/8923 24849/10150/8927</w:t>
        <w:br/>
        <w:t>f 24848/10151/8928 24842/10147/8924 24849/10150/8927</w:t>
        <w:br/>
        <w:t>f 24839/10140/8917 24840/10143/8920 24851/10152/8929</w:t>
        <w:br/>
        <w:t>f 24850/10153/8930 24839/10140/8917 24851/10152/8929</w:t>
        <w:br/>
        <w:t>f 24852/10154/8931 24811/10110/8887 24808/10113/8890</w:t>
        <w:br/>
        <w:t>f 24850/10153/8930 24852/10154/8931 24808/10113/8890</w:t>
        <w:br/>
        <w:t>f 24850/10153/8930 24808/10113/8890 24837/10138/8915</w:t>
        <w:br/>
        <w:t>f 24839/10140/8917 24850/10153/8930 24837/10138/8915</w:t>
        <w:br/>
        <w:t>f 24856/10155/8932 24855/10156/8933 24854/10157/8934</w:t>
        <w:br/>
        <w:t>f 24853/10158/8935 24856/10155/8932 24854/10157/8934</w:t>
        <w:br/>
        <w:t>f 24855/10156/8933 24856/10155/8932 24858/10159/8936</w:t>
        <w:br/>
        <w:t>f 24857/10160/8937 24855/10156/8933 24858/10159/8936</w:t>
        <w:br/>
        <w:t>f 24855/10156/8933 24857/10160/8937 24859/10161/8938</w:t>
        <w:br/>
        <w:t>f 24838/10141/8918 24825/10126/8903 24821/10124/8901</w:t>
        <w:br/>
        <w:t>f 24847/10148/8925 24838/10141/8918 24821/10124/8901</w:t>
        <w:br/>
        <w:t>f 24808/10113/8890 24809/10112/8889 24836/10139/8916</w:t>
        <w:br/>
        <w:t>f 24837/10138/8915 24808/10113/8890 24836/10139/8916</w:t>
        <w:br/>
        <w:t>f 24810/10111/8888 24811/10110/8887 24861/10162/8939</w:t>
        <w:br/>
        <w:t>f 24860/10163/8940 24810/10111/8888 24861/10162/8939</w:t>
        <w:br/>
        <w:t>f 24811/10110/8887 24852/10154/8931 24862/10164/8941</w:t>
        <w:br/>
        <w:t>f 24861/10162/8939 24811/10110/8887 24862/10164/8941</w:t>
        <w:br/>
        <w:t>f 24852/10154/8931 24857/10160/8937 24863/10165/8942</w:t>
        <w:br/>
        <w:t>f 24862/10164/8941 24852/10154/8931 24863/10165/8942</w:t>
        <w:br/>
        <w:t>f 24864/10166/8943 24863/10165/8942 24857/10160/8937</w:t>
        <w:br/>
        <w:t>f 24858/10159/8936 24864/10166/8943 24857/10160/8937</w:t>
        <w:br/>
        <w:t>f 24868/10167/8944 24867/10168/8945 24866/10169/8946</w:t>
        <w:br/>
        <w:t>f 24865/10170/8947 24868/10167/8944 24866/10169/8946</w:t>
        <w:br/>
        <w:t>f 24870/10171/8948 24869/10172/8949 24865/10170/8947</w:t>
        <w:br/>
        <w:t>f 24866/10169/8946 24870/10171/8948 24865/10170/8947</w:t>
        <w:br/>
        <w:t>f 24864/10166/8943 24871/10173/8950 24867/10168/8945</w:t>
        <w:br/>
        <w:t>f 24868/10167/8944 24864/10166/8943 24867/10168/8945</w:t>
        <w:br/>
        <w:t>f 24770/10073/8850 24771/10072/8849 24865/10170/8947</w:t>
        <w:br/>
        <w:t>f 24869/10172/8949 24770/10073/8850 24865/10170/8947</w:t>
        <w:br/>
        <w:t>f 24773/10075/8852 24868/10167/8944 24865/10170/8947</w:t>
        <w:br/>
        <w:t>f 24771/10072/8849 24773/10075/8852 24865/10170/8947</w:t>
        <w:br/>
        <w:t>f 24868/10167/8944 24773/10075/8852 24863/10165/8942</w:t>
        <w:br/>
        <w:t>f 24864/10166/8943 24868/10167/8944 24863/10165/8942</w:t>
        <w:br/>
        <w:t>f 24873/10174/8951 24856/10155/8932 24853/10158/8935</w:t>
        <w:br/>
        <w:t>f 24872/10175/8952 24873/10174/8951 24853/10158/8935</w:t>
        <w:br/>
        <w:t>f 24874/10176/8953 24858/10159/8936 24856/10155/8932</w:t>
        <w:br/>
        <w:t>f 24873/10174/8951 24874/10176/8953 24856/10155/8932</w:t>
        <w:br/>
        <w:t>f 24876/10177/8954 24871/10173/8950 24874/10176/8953</w:t>
        <w:br/>
        <w:t>f 24875/10178/8955 24876/10177/8954 24874/10176/8953</w:t>
        <w:br/>
        <w:t>f 24871/10173/8950 24864/10166/8943 24858/10159/8936</w:t>
        <w:br/>
        <w:t>f 24874/10176/8953 24871/10173/8950 24858/10159/8936</w:t>
        <w:br/>
        <w:t>f 24773/10075/8852 24772/10074/8851 24862/10164/8941</w:t>
        <w:br/>
        <w:t>f 24863/10165/8942 24773/10075/8852 24862/10164/8941</w:t>
        <w:br/>
        <w:t>f 24861/10162/8939 24862/10164/8941 24772/10074/8851</w:t>
        <w:br/>
        <w:t>f 24764/10069/8846 24861/10162/8939 24772/10074/8851</w:t>
        <w:br/>
        <w:t>f 24764/10069/8846 24765/10068/8845 24860/10163/8940</w:t>
        <w:br/>
        <w:t>f 24861/10162/8939 24764/10069/8846 24860/10163/8940</w:t>
        <w:br/>
        <w:t>f 24787/10089/8866 24869/10172/8949 24870/10171/8948</w:t>
        <w:br/>
        <w:t>f 24877/10179/8956 24787/10089/8866 24870/10171/8948</w:t>
        <w:br/>
        <w:t>f 24879/10180/8957 24878/10181/8958 24877/10179/8956</w:t>
        <w:br/>
        <w:t>f 24870/10171/8948 24879/10180/8957 24877/10179/8956</w:t>
        <w:br/>
        <w:t>f 24879/10180/8957 24881/10182/8959 24880/10183/8960</w:t>
        <w:br/>
        <w:t>f 24878/10181/8958 24879/10180/8957 24880/10183/8960</w:t>
        <w:br/>
        <w:t>f 24777/10082/8859 24774/10076/8853 24775/10077/8854</w:t>
        <w:br/>
        <w:t>f 24780/10079/8856 24777/10082/8859 24775/10077/8854</w:t>
        <w:br/>
        <w:t>f 24759/10062/8839 24760/10061/8838 24774/10076/8853</w:t>
        <w:br/>
        <w:t>f 24777/10082/8859 24759/10062/8839 24774/10076/8853</w:t>
        <w:br/>
        <w:t>f 24775/10077/8854 24869/10172/8949 24787/10089/8866</w:t>
        <w:br/>
        <w:t>f 24869/10172/8949 24775/10077/8854 24770/10073/8850</w:t>
        <w:br/>
        <w:t>f 24829/10132/8909 24830/10131/8908 24883/10184/8961</w:t>
        <w:br/>
        <w:t>f 24882/10185/8962 24829/10132/8909 24883/10184/8961</w:t>
        <w:br/>
        <w:t>f 24883/10184/8961 24885/10186/8963 24884/10187/8964</w:t>
        <w:br/>
        <w:t>f 24882/10185/8962 24883/10184/8961 24884/10187/8964</w:t>
        <w:br/>
        <w:t>f 24885/10186/8963 24887/10188/8965 24886/10189/8966</w:t>
        <w:br/>
        <w:t>f 24884/10187/8964 24885/10186/8963 24886/10189/8966</w:t>
        <w:br/>
        <w:t>f 24891/10190/8967 24890/10191/8968 24889/10192/8969</w:t>
        <w:br/>
        <w:t>f 24888/10193/8970 24891/10190/8967 24889/10192/8969</w:t>
        <w:br/>
        <w:t>f 24889/10192/8969 24890/10191/8968 24893/10194/8971</w:t>
        <w:br/>
        <w:t>f 24892/10195/8972 24889/10192/8969 24893/10194/8971</w:t>
        <w:br/>
        <w:t>f 24884/10187/8964 24886/10189/8966 24895/10196/8973</w:t>
        <w:br/>
        <w:t>f 24894/10197/8974 24884/10187/8964 24895/10196/8973</w:t>
        <w:br/>
        <w:t>f 24894/10197/8974 24896/10198/8975 24882/10185/8962</w:t>
        <w:br/>
        <w:t>f 24884/10187/8964 24894/10197/8974 24882/10185/8962</w:t>
        <w:br/>
        <w:t>f 24897/10199/8976 24829/10132/8909 24882/10185/8962</w:t>
        <w:br/>
        <w:t>f 24896/10198/8975 24897/10199/8976 24882/10185/8962</w:t>
        <w:br/>
        <w:t>f 24899/10200/8977 24793/10095/8872 24782/10084/8861</w:t>
        <w:br/>
        <w:t>f 24898/10201/8978 24899/10200/8977 24782/10084/8861</w:t>
        <w:br/>
        <w:t>f 24898/10201/8978 24901/10202/8979 24900/10203/8980</w:t>
        <w:br/>
        <w:t>f 24899/10200/8977 24898/10201/8978 24900/10203/8980</w:t>
        <w:br/>
        <w:t>f 24904/10204/8981 24903/10205/8982 24902/10206/8983</w:t>
        <w:br/>
        <w:t>f 24791/10092/8869 24902/10206/8983 24903/10205/8982</w:t>
        <w:br/>
        <w:t>f 24790/10093/8870 24791/10092/8869 24903/10205/8982</w:t>
        <w:br/>
        <w:t>f 24906/10207/8984 24905/10208/8985 24795/10098/8875</w:t>
        <w:br/>
        <w:t>f 24796/10097/8874 24906/10207/8984 24795/10098/8875</w:t>
        <w:br/>
        <w:t>f 24908/10209/8986 24907/10210/8987 24905/10208/8985</w:t>
        <w:br/>
        <w:t>f 24906/10207/8984 24908/10209/8986 24905/10208/8985</w:t>
        <w:br/>
        <w:t>f 24910/10211/8988 24909/10212/8989 24907/10210/8987</w:t>
        <w:br/>
        <w:t>f 24908/10209/8986 24910/10211/8988 24907/10210/8987</w:t>
        <w:br/>
        <w:t>f 24912/10213/8990 24911/10214/8991 24893/10194/8971</w:t>
        <w:br/>
        <w:t>f 24890/10191/8968 24912/10213/8990 24893/10194/8971</w:t>
        <w:br/>
        <w:t>f 24913/10215/8992 24749/10053/8832 24752/10056/8833</w:t>
        <w:br/>
        <w:t>f 24835/10137/8914 24913/10215/8992 24752/10056/8833</w:t>
        <w:br/>
        <w:t>f 24749/10053/8832 24913/10215/8992 24914/10216/8993</w:t>
        <w:br/>
        <w:t>f 24747/10049/8829 24749/10053/8832 24914/10216/8993</w:t>
        <w:br/>
        <w:t>f 24747/10049/8829 24914/10216/8993 24776/10078/8855</w:t>
        <w:br/>
        <w:t>f 24744/10047/8827 24747/10049/8829 24776/10078/8855</w:t>
        <w:br/>
        <w:t>f 24906/10207/8984 24796/10097/8874 24807/10108/8885</w:t>
        <w:br/>
        <w:t>f 24849/10150/8927 24906/10207/8984 24807/10108/8885</w:t>
        <w:br/>
        <w:t>f 24908/10209/8986 24843/10146/8923 24844/10145/8922</w:t>
        <w:br/>
        <w:t>f 24910/10211/8988 24908/10209/8986 24844/10145/8922</w:t>
        <w:br/>
        <w:t>f 24843/10146/8923 24908/10209/8986 24906/10207/8984</w:t>
        <w:br/>
        <w:t>f 24849/10150/8927 24843/10146/8923 24906/10207/8984</w:t>
        <w:br/>
        <w:t>f 24915/10217/8994 24872/10175/8952 24853/10158/8935</w:t>
        <w:br/>
        <w:t>f 24806/10109/8886 24915/10217/8994 24853/10158/8935</w:t>
        <w:br/>
        <w:t>f 24915/10217/8994 24917/10218/8995 24916/10219/8996</w:t>
        <w:br/>
        <w:t>f 24872/10175/8952 24915/10217/8994 24916/10219/8996</w:t>
        <w:br/>
        <w:t>f 24854/10157/8934 24807/10108/8885 24806/10109/8886</w:t>
        <w:br/>
        <w:t>f 24853/10158/8935 24854/10157/8934 24806/10109/8886</w:t>
        <w:br/>
        <w:t>f 24806/10109/8886 24798/10101/8878 24802/10105/8882</w:t>
        <w:br/>
        <w:t>f 24915/10217/8994 24806/10109/8886 24802/10105/8882</w:t>
        <w:br/>
        <w:t>f 24804/10107/8884 24919/10220/8997 24918/10221/8998</w:t>
        <w:br/>
        <w:t>f 24917/10218/8995 24804/10107/8884 24918/10221/8998</w:t>
        <w:br/>
        <w:t>f 24920/10222/8999 24916/10219/8996 24917/10218/8995</w:t>
        <w:br/>
        <w:t>f 24918/10221/8998 24920/10222/8999 24917/10218/8995</w:t>
        <w:br/>
        <w:t>f 24917/10218/8995 24915/10217/8994 24802/10105/8882</w:t>
        <w:br/>
        <w:t>f 24804/10107/8884 24917/10218/8995 24802/10105/8882</w:t>
        <w:br/>
        <w:t>f 24812/10117/8894 24833/10135/8912 24827/10128/8905</w:t>
        <w:br/>
        <w:t>f 24815/10114/8891 24812/10117/8894 24827/10128/8905</w:t>
        <w:br/>
        <w:t>f 24924/10223/9000 24923/10224/9001 24922/10225/9002</w:t>
        <w:br/>
        <w:t>f 24921/10226/9003 24924/10223/9000 24922/10225/9002</w:t>
        <w:br/>
        <w:t>f 24926/10227/9004 24925/10228/9005 24921/10226/9003</w:t>
        <w:br/>
        <w:t>f 24922/10225/9002 24926/10227/9004 24921/10226/9003</w:t>
        <w:br/>
        <w:t>f 24925/10228/9005 24926/10227/9004 24901/10202/8979</w:t>
        <w:br/>
        <w:t>f 24898/10201/8978 24925/10228/9005 24901/10202/8979</w:t>
        <w:br/>
        <w:t>f 24928/10229/9006 24927/10230/9007 24784/10088/8865</w:t>
        <w:br/>
        <w:t>f 24785/10087/8864 24928/10229/9006 24784/10088/8865</w:t>
        <w:br/>
        <w:t>f 24924/10223/9000 24784/10088/8865 24927/10230/9007</w:t>
        <w:br/>
        <w:t>f 24929/10231/9008 24924/10223/9000 24927/10230/9007</w:t>
        <w:br/>
        <w:t>f 24927/10230/9007 24928/10229/9006 24931/10232/9009</w:t>
        <w:br/>
        <w:t>f 24930/10233/9010 24927/10230/9007 24931/10232/9009</w:t>
        <w:br/>
        <w:t>f 24785/10087/8864 24787/10089/8866 24877/10179/8956</w:t>
        <w:br/>
        <w:t>f 24928/10229/9006 24785/10087/8864 24877/10179/8956</w:t>
        <w:br/>
        <w:t>f 24921/10226/9003 24786/10086/8863 24784/10088/8865</w:t>
        <w:br/>
        <w:t>f 24924/10223/9000 24921/10226/9003 24784/10088/8865</w:t>
        <w:br/>
        <w:t>f 24925/10228/9005 24783/10083/8860 24786/10086/8863</w:t>
        <w:br/>
        <w:t>f 24921/10226/9003 24925/10228/9005 24786/10086/8863</w:t>
        <w:br/>
        <w:t>f 24898/10201/8978 24782/10084/8861 24783/10083/8860</w:t>
        <w:br/>
        <w:t>f 24925/10228/9005 24898/10201/8978 24783/10083/8860</w:t>
        <w:br/>
        <w:t>f 24870/10171/8948 24866/10169/8946 24932/10234/9011</w:t>
        <w:br/>
        <w:t>f 24879/10180/8957 24870/10171/8948 24932/10234/9011</w:t>
        <w:br/>
        <w:t>f 24866/10169/8946 24867/10168/8945 24933/10235/9012</w:t>
        <w:br/>
        <w:t>f 24932/10234/9011 24866/10169/8946 24933/10235/9012</w:t>
        <w:br/>
        <w:t>f 24933/10235/9012 24935/10236/9013 24934/10237/9014</w:t>
        <w:br/>
        <w:t>f 24932/10234/9011 24933/10235/9012 24934/10237/9014</w:t>
        <w:br/>
        <w:t>f 24933/10235/9012 24867/10168/8945 24871/10173/8950</w:t>
        <w:br/>
        <w:t>f 24876/10177/8954 24933/10235/9012 24871/10173/8950</w:t>
        <w:br/>
        <w:t>f 24876/10177/8954 24936/10238/9015 24935/10236/9013</w:t>
        <w:br/>
        <w:t>f 24933/10235/9012 24876/10177/8954 24935/10236/9013</w:t>
        <w:br/>
        <w:t>f 24939/10239/9016 24875/10178/8955 24938/10240/9017</w:t>
        <w:br/>
        <w:t>f 24937/10241/9018 24939/10239/9016 24938/10240/9017</w:t>
        <w:br/>
        <w:t>f 24916/10219/8996 24920/10222/8999 24937/10241/9018</w:t>
        <w:br/>
        <w:t>f 24938/10240/9017 24916/10219/8996 24937/10241/9018</w:t>
        <w:br/>
        <w:t>f 24938/10240/9017 24873/10174/8951 24872/10175/8952</w:t>
        <w:br/>
        <w:t>f 24916/10219/8996 24938/10240/9017 24872/10175/8952</w:t>
        <w:br/>
        <w:t>f 24873/10174/8951 24938/10240/9017 24875/10178/8955</w:t>
        <w:br/>
        <w:t>f 24874/10176/8953 24873/10174/8951 24875/10178/8955</w:t>
        <w:br/>
        <w:t>f 24936/10238/9015 24876/10177/8954 24875/10178/8955</w:t>
        <w:br/>
        <w:t>f 24939/10239/9016 24936/10238/9015 24875/10178/8955</w:t>
        <w:br/>
        <w:t>f 24881/10182/8959 24879/10180/8957 24932/10234/9011</w:t>
        <w:br/>
        <w:t>f 24934/10237/9014 24881/10182/8959 24932/10234/9011</w:t>
        <w:br/>
        <w:t>f 24919/10220/8997 24804/10107/8884 24805/10106/8883</w:t>
        <w:br/>
        <w:t>f 24940/10242/9019 24919/10220/8997 24805/10106/8883</w:t>
        <w:br/>
        <w:t>f 24944/10243/9020 24943/10244/9021 24942/10245/9022</w:t>
        <w:br/>
        <w:t>f 24941/10246/9023 24944/10243/9020 24942/10245/9022</w:t>
        <w:br/>
        <w:t>f 24929/10231/9008 24927/10230/9007 24930/10233/9010</w:t>
        <w:br/>
        <w:t>f 24943/10244/9021 24929/10231/9008 24930/10233/9010</w:t>
        <w:br/>
        <w:t>f 24943/10244/9021 24930/10233/9010 24945/10247/9024</w:t>
        <w:br/>
        <w:t>f 24942/10245/9022 24943/10244/9021 24945/10247/9024</w:t>
        <w:br/>
        <w:t>f 24946/10248/9025 24945/10247/9024 24930/10233/9010</w:t>
        <w:br/>
        <w:t>f 24931/10232/9009 24946/10248/9025 24930/10233/9010</w:t>
        <w:br/>
        <w:t>f 24928/10229/9006 24877/10179/8956 24878/10181/8958</w:t>
        <w:br/>
        <w:t>f 24931/10232/9009 24928/10229/9006 24878/10181/8958</w:t>
        <w:br/>
        <w:t>f 24880/10183/8960 24946/10248/9025 24931/10232/9009</w:t>
        <w:br/>
        <w:t>f 24878/10181/8958 24880/10183/8960 24931/10232/9009</w:t>
        <w:br/>
        <w:t>f 24929/10231/9008 24947/10249/9026 24923/10224/9001</w:t>
        <w:br/>
        <w:t>f 24924/10223/9000 24929/10231/9008 24923/10224/9001</w:t>
        <w:br/>
        <w:t>f 24943/10244/9021 24944/10243/9020 24947/10249/9026</w:t>
        <w:br/>
        <w:t>f 24929/10231/9008 24943/10244/9021 24947/10249/9026</w:t>
        <w:br/>
        <w:t>f 24951/10250/9027 24950/10251/9028 24949/10252/9029</w:t>
        <w:br/>
        <w:t>f 24948/10253/9030 24951/10250/9027 24949/10252/9029</w:t>
        <w:br/>
        <w:t>f 24807/10108/8885 24854/10157/8934 24848/10151/8928</w:t>
        <w:br/>
        <w:t>f 24849/10150/8927 24807/10108/8885 24848/10151/8928</w:t>
        <w:br/>
        <w:t>f 24953/10254/9031 24845/10144/8921 24842/10147/8924</w:t>
        <w:br/>
        <w:t>f 24952/10255/9032 24953/10254/9031 24842/10147/8924</w:t>
        <w:br/>
        <w:t>f 24848/10151/8928 24954/10256/9033 24952/10255/9032</w:t>
        <w:br/>
        <w:t>f 24842/10147/8924 24848/10151/8928 24952/10255/9032</w:t>
        <w:br/>
        <w:t>f 24854/10157/8934 24855/10156/8933 24954/10256/9033</w:t>
        <w:br/>
        <w:t>f 24848/10151/8928 24854/10157/8934 24954/10256/9033</w:t>
        <w:br/>
        <w:t>f 24818/10121/8898 24819/10120/8897 24829/10132/8909</w:t>
        <w:br/>
        <w:t>f 24897/10199/8976 24818/10121/8898 24829/10132/8909</w:t>
        <w:br/>
        <w:t>f 24949/10252/9029 24950/10251/9028 24845/10144/8921</w:t>
        <w:br/>
        <w:t>f 24953/10254/9031 24949/10252/9029 24845/10144/8921</w:t>
        <w:br/>
        <w:t>f 24844/10145/8922 24845/10144/8921 24950/10251/9028</w:t>
        <w:br/>
        <w:t>f 24955/10257/9034 24844/10145/8922 24950/10251/9028</w:t>
        <w:br/>
        <w:t>f 24955/10257/9034 24911/10214/8991 24910/10211/8988</w:t>
        <w:br/>
        <w:t>f 24844/10145/8922 24955/10257/9034 24910/10211/8988</w:t>
        <w:br/>
        <w:t>f 24911/10214/8991 24912/10213/8990 24909/10212/8989</w:t>
        <w:br/>
        <w:t>f 24910/10211/8988 24911/10214/8991 24909/10212/8989</w:t>
        <w:br/>
        <w:t>f 24957/10258/9035 24956/10259/9036 24846/10149/8926</w:t>
        <w:br/>
        <w:t>f 24847/10148/8925 24957/10258/9035 24846/10149/8926</w:t>
        <w:br/>
        <w:t>f 24822/10123/8900 24957/10258/9035 24847/10148/8925</w:t>
        <w:br/>
        <w:t>f 24821/10124/8901 24822/10123/8900 24847/10148/8925</w:t>
        <w:br/>
        <w:t>f 24818/10121/8898 24897/10199/8976 24823/10122/8899</w:t>
        <w:br/>
        <w:t>f 24820/10125/8902 24818/10121/8898 24823/10122/8899</w:t>
        <w:br/>
        <w:t>f 24818/10121/8898 24820/10125/8902 24824/10127/8904</w:t>
        <w:br/>
        <w:t>f 24816/10119/8896 24818/10121/8898 24824/10127/8904</w:t>
        <w:br/>
        <w:t>f 24816/10119/8896 24824/10127/8904 24836/10139/8916</w:t>
        <w:br/>
        <w:t>f 24814/10115/8892 24816/10119/8896 24836/10139/8916</w:t>
        <w:br/>
        <w:t>f 24809/10112/8889 24813/10116/8893 24814/10115/8892</w:t>
        <w:br/>
        <w:t>f 24836/10139/8916 24809/10112/8889 24814/10115/8892</w:t>
        <w:br/>
        <w:t>f 24810/10111/8888 24834/10136/8913 24813/10116/8893</w:t>
        <w:br/>
        <w:t>f 24809/10112/8889 24810/10111/8888 24813/10116/8893</w:t>
        <w:br/>
        <w:t>f 24834/10136/8913 24810/10111/8888 24860/10163/8940</w:t>
        <w:br/>
        <w:t>f 24835/10137/8914 24834/10136/8913 24860/10163/8940</w:t>
        <w:br/>
        <w:t>f 24765/10068/8845 24913/10215/8992 24835/10137/8914</w:t>
        <w:br/>
        <w:t>f 24860/10163/8940 24765/10068/8845 24835/10137/8914</w:t>
        <w:br/>
        <w:t>f 24766/10067/8844 24914/10216/8993 24913/10215/8992</w:t>
        <w:br/>
        <w:t>f 24765/10068/8845 24766/10067/8844 24913/10215/8992</w:t>
        <w:br/>
        <w:t>f 24763/10064/8841 24776/10078/8855 24914/10216/8993</w:t>
        <w:br/>
        <w:t>f 24766/10067/8844 24763/10064/8841 24914/10216/8993</w:t>
        <w:br/>
        <w:t>f 24776/10078/8855 24763/10064/8841 24761/10060/8837</w:t>
        <w:br/>
        <w:t>f 24756/10058/8835 24776/10078/8855 24761/10060/8837</w:t>
        <w:br/>
        <w:t>f 24756/10058/8835 24761/10060/8837 24758/10063/8840</w:t>
        <w:br/>
        <w:t>f 24755/10059/8836 24756/10058/8835 24758/10063/8840</w:t>
        <w:br/>
        <w:t>f 24792/10091/8868 24755/10059/8836 24758/10063/8840</w:t>
        <w:br/>
        <w:t>f 24788/10090/8867 24792/10091/8868 24758/10063/8840</w:t>
        <w:br/>
        <w:t>f 24775/10077/8854 24787/10089/8866 24780/10079/8856</w:t>
        <w:br/>
        <w:t>f 24741/10044/8824 24757/10057/8834 24789/10094/8871</w:t>
        <w:br/>
        <w:t>f 24958/10260/9037 24741/10044/8824 24789/10094/8871</w:t>
        <w:br/>
        <w:t>f 24902/10206/8983 24899/10200/8977 24900/10203/8980</w:t>
        <w:br/>
        <w:t>f 24904/10204/8981 24902/10206/8983 24900/10203/8980</w:t>
        <w:br/>
        <w:t>f 24902/10206/8983 24791/10092/8869 24793/10095/8872</w:t>
        <w:br/>
        <w:t>f 24899/10200/8977 24902/10206/8983 24793/10095/8872</w:t>
        <w:br/>
        <w:t>f 24791/10092/8869 24792/10091/8868 24788/10090/8867</w:t>
        <w:br/>
        <w:t>f 24793/10095/8872 24791/10092/8869 24788/10090/8867</w:t>
        <w:br/>
        <w:t>f 24951/10250/9027 24948/10253/9030 24892/10195/8972</w:t>
        <w:br/>
        <w:t>f 24893/10194/8971 24951/10250/9027 24892/10195/8972</w:t>
        <w:br/>
        <w:t>f 24956/10259/9036 24957/10258/9035 24894/10197/8974</w:t>
        <w:br/>
        <w:t>f 24895/10196/8973 24956/10259/9036 24894/10197/8974</w:t>
        <w:br/>
        <w:t>f 24957/10258/9035 24822/10123/8900 24896/10198/8975</w:t>
        <w:br/>
        <w:t>f 24894/10197/8974 24957/10258/9035 24896/10198/8975</w:t>
        <w:br/>
        <w:t>f 24823/10122/8899 24897/10199/8976 24896/10198/8975</w:t>
        <w:br/>
        <w:t>f 24822/10123/8900 24823/10122/8899 24896/10198/8975</w:t>
        <w:br/>
        <w:t>f 24851/10152/8929 24954/10256/9033 24855/10156/8933</w:t>
        <w:br/>
        <w:t>f 24859/10161/8938 24851/10152/8929 24855/10156/8933</w:t>
        <w:br/>
        <w:t>f 24840/10143/8920 24952/10255/9032 24954/10256/9033</w:t>
        <w:br/>
        <w:t>f 24851/10152/8929 24840/10143/8920 24954/10256/9033</w:t>
        <w:br/>
        <w:t>f 24841/10142/8919 24953/10254/9031 24952/10255/9032</w:t>
        <w:br/>
        <w:t>f 24840/10143/8920 24841/10142/8919 24952/10255/9032</w:t>
        <w:br/>
        <w:t>f 24953/10254/9031 24841/10142/8919 24846/10149/8926</w:t>
        <w:br/>
        <w:t>f 24949/10252/9029 24953/10254/9031 24846/10149/8926</w:t>
        <w:br/>
        <w:t>f 24956/10259/9036 24948/10253/9030 24949/10252/9029</w:t>
        <w:br/>
        <w:t>f 24846/10149/8926 24956/10259/9036 24949/10252/9029</w:t>
        <w:br/>
        <w:t>f 24948/10253/9030 24956/10259/9036 24895/10196/8973</w:t>
        <w:br/>
        <w:t>f 24892/10195/8972 24948/10253/9030 24895/10196/8973</w:t>
        <w:br/>
        <w:t>f 24886/10189/8966 24889/10192/8969 24892/10195/8972</w:t>
        <w:br/>
        <w:t>f 24895/10196/8973 24886/10189/8966 24892/10195/8972</w:t>
        <w:br/>
        <w:t>f 24888/10193/8970 24889/10192/8969 24886/10189/8966</w:t>
        <w:br/>
        <w:t>f 24887/10188/8965 24888/10193/8970 24886/10189/8966</w:t>
        <w:br/>
        <w:t>f 24850/10153/8930 24851/10152/8929 24859/10161/8938</w:t>
        <w:br/>
        <w:t>f 24852/10154/8931 24850/10153/8930 24859/10161/8938</w:t>
        <w:br/>
        <w:t>f 24857/10160/8937 24852/10154/8931 24859/10161/8938</w:t>
        <w:br/>
        <w:t>f 24911/10214/8991 24955/10257/9034 24951/10250/9027</w:t>
        <w:br/>
        <w:t>f 24893/10194/8971 24911/10214/8991 24951/10250/9027</w:t>
        <w:br/>
        <w:t>f 24905/10208/8985 24959/10261/9038 24800/10103/8880</w:t>
        <w:br/>
        <w:t>f 24795/10098/8875 24905/10208/8985 24800/10103/8880</w:t>
        <w:br/>
        <w:t>f 24959/10261/9038 24905/10208/8985 24907/10210/8987</w:t>
        <w:br/>
        <w:t>f 24960/10262/9039 24959/10261/9038 24907/10210/8987</w:t>
        <w:br/>
        <w:t>f 24909/10212/8989 24961/10263/9040 24960/10262/9039</w:t>
        <w:br/>
        <w:t>f 24907/10210/8987 24909/10212/8989 24960/10262/9039</w:t>
        <w:br/>
        <w:t>f 24912/10213/8990 24962/10264/9041 24961/10263/9040</w:t>
        <w:br/>
        <w:t>f 24909/10212/8989 24912/10213/8990 24961/10263/9040</w:t>
        <w:br/>
        <w:t>f 24890/10191/8968 24891/10190/8967 24962/10264/9041</w:t>
        <w:br/>
        <w:t>f 24912/10213/8990 24890/10191/8968 24962/10264/9041</w:t>
        <w:br/>
        <w:t>f 24955/10257/9034 24950/10251/9028 24951/10250/9027</w:t>
        <w:br/>
        <w:t>f 24728/10028/8808 24732/10035/8815 24727/10029/8809</w:t>
        <w:br/>
        <w:t>f 24730/10032/8812 24738/10041/8821 24729/10033/8813</w:t>
        <w:br/>
        <w:t>f 24965/10265/9042 24964/10266/9043 24963/10267/9044</w:t>
        <w:br/>
        <w:t>f 24967/10268/9045 24964/10266/9043 24966/10269/9046</w:t>
        <w:br/>
        <w:t>f 24754/10054/8422 24749/10053/8832 24750/10052/8831</w:t>
        <w:br/>
        <w:t>f 24970/10270/9047 24969/10271/9048 24968/10272/9049</w:t>
        <w:br/>
        <w:t>f 24973/10273/9050 24972/10274/9051 24971/10275/9052</w:t>
        <w:br/>
        <w:t>f 24751/10051/8830 24747/10049/8829 24748/10048/8828</w:t>
        <w:br/>
        <w:t>f 24736/10036/8816 24974/10276/9053 24735/10037/8817</w:t>
        <w:br/>
        <w:t>f 24735/10037/9054 24972/10274/9051 24973/10273/9050</w:t>
        <w:br/>
        <w:t>f 24746/10050/8812 24744/10047/8827 24745/10046/8826</w:t>
        <w:br/>
        <w:t>f 24976/10277/9055 24739/10040/9056 24975/10278/9057</w:t>
        <w:br/>
        <w:t>f 24966/10269/9046 24964/10266/9043 24965/10265/9042</w:t>
        <w:br/>
        <w:t>f 24976/10277/9055 24733/10034/8814 24739/10040/9056</w:t>
        <w:br/>
        <w:t>f 24979/10279/9058 24978/10280/9059 24977/10281/9059</w:t>
        <w:br/>
        <w:t>f 24693/9998/8777 24694/9997/8776 24980/10282/9060</w:t>
        <w:br/>
        <w:t>f 24691/9992/9061 24687/9990/8770 24688/9989/8769</w:t>
        <w:br/>
        <w:t>f 24689/9994/8773 24979/10279/9062 24980/10282/9060</w:t>
        <w:br/>
        <w:t>f 24694/9997/8776 24689/9994/8773 24980/10282/9060</w:t>
        <w:br/>
        <w:t>f 24723/10024/8804 24689/9994/8773 24694/9997/8776</w:t>
        <w:br/>
        <w:t>f 24724/10026/8806 24723/10024/8804 24694/9997/8776</w:t>
        <w:br/>
        <w:t>f 24984/10283/9063 24983/10284/9064 24982/10285/9065</w:t>
        <w:br/>
        <w:t>f 24981/10286/9066 24984/10283/9063 24982/10285/9065</w:t>
        <w:br/>
        <w:t>f 24986/10287/9067 24985/10288/9068 24983/10284/9064</w:t>
        <w:br/>
        <w:t>f 24984/10283/9063 24986/10287/9067 24983/10284/9064</w:t>
        <w:br/>
        <w:t>f 24988/10289/8448 24987/10290/9069 24985/10288/9068</w:t>
        <w:br/>
        <w:t>f 24986/10287/9067 24988/10289/8448 24985/10288/9068</w:t>
        <w:br/>
        <w:t>f 24990/10291/9070 24989/10292/9071 24987/10290/9069</w:t>
        <w:br/>
        <w:t>f 24988/10289/8448 24990/10291/9070 24987/10290/9069</w:t>
        <w:br/>
        <w:t>f 24992/10293/9072 24991/10294/9073 24989/10292/9071</w:t>
        <w:br/>
        <w:t>f 24990/10291/9070 24992/10293/9072 24989/10292/9071</w:t>
        <w:br/>
        <w:t>f 24996/10295/9074 24995/10296/9074 24994/10297/9075</w:t>
        <w:br/>
        <w:t>f 24993/10298/9076 24996/10295/9074 24994/10297/9075</w:t>
        <w:br/>
        <w:t>f 24998/10299/9077 24997/10300/9077 24995/10296/9074</w:t>
        <w:br/>
        <w:t>f 24996/10295/9074 24998/10299/9077 24995/10296/9074</w:t>
        <w:br/>
        <w:t>f 25000/10301/9078 24999/10302/9079 24997/10300/9077</w:t>
        <w:br/>
        <w:t>f 24998/10299/9077 25000/10301/9078 24997/10300/9077</w:t>
        <w:br/>
        <w:t>f 25002/10303/9080 24999/10302/9079 25000/10301/9078</w:t>
        <w:br/>
        <w:t>f 25001/10304/9080 25002/10303/9080 25000/10301/9078</w:t>
        <w:br/>
        <w:t>f 25004/10305/9081 25003/10306/9081 25002/10303/9080</w:t>
        <w:br/>
        <w:t>f 25001/10304/9080 25004/10305/9081 25002/10303/9080</w:t>
        <w:br/>
        <w:t>f 25006/10307/9082 25005/10308/9083 25003/10306/9081</w:t>
        <w:br/>
        <w:t>f 25004/10305/9081 25006/10307/9082 25003/10306/9081</w:t>
        <w:br/>
        <w:t>f 25008/10309/9084 25007/10310/9084 25005/10308/9083</w:t>
        <w:br/>
        <w:t>f 25006/10307/9082 25008/10309/9084 25005/10308/9083</w:t>
        <w:br/>
        <w:t>f 25007/10310/9084 25008/10309/9084 25010/10311/9085</w:t>
        <w:br/>
        <w:t>f 25009/10312/9086 25007/10310/9084 25010/10311/9085</w:t>
        <w:br/>
        <w:t>f 25013/10313/9087 25009/10312/9088 25012/10314/9089</w:t>
        <w:br/>
        <w:t>f 25011/10315/9087 25013/10313/9087 25012/10314/9089</w:t>
        <w:br/>
        <w:t>f 25015/10316/9090 25013/10313/9087 25011/10315/9087</w:t>
        <w:br/>
        <w:t>f 25014/10317/9090 25015/10316/9090 25011/10315/9087</w:t>
        <w:br/>
        <w:t>f 25017/10318/9091 25016/10319/9092 25015/10316/9090</w:t>
        <w:br/>
        <w:t>f 25014/10317/9090 25017/10318/9091 25015/10316/9090</w:t>
        <w:br/>
        <w:t>f 25019/10320/9093 25018/10321/9094 25016/10319/9092</w:t>
        <w:br/>
        <w:t>f 25017/10318/9091 25019/10320/9093 25016/10319/9092</w:t>
        <w:br/>
        <w:t>f 25021/10322/9095 25020/10323/9096 25018/10321/9094</w:t>
        <w:br/>
        <w:t>f 25019/10320/9093 25021/10322/9095 25018/10321/9094</w:t>
        <w:br/>
        <w:t>f 25023/10324/9097 25020/10323/9096 25021/10322/9095</w:t>
        <w:br/>
        <w:t>f 25022/10325/9098 25023/10324/9097 25021/10322/9095</w:t>
        <w:br/>
        <w:t>f 25025/10326/9099 25023/10324/9097 25022/10325/9098</w:t>
        <w:br/>
        <w:t>f 25024/10327/9099 25025/10326/9099 25022/10325/9098</w:t>
        <w:br/>
        <w:t>f 25027/10328/9100 25025/10326/9099 25024/10327/9099</w:t>
        <w:br/>
        <w:t>f 25026/10329/9100 25027/10328/9100 25024/10327/9099</w:t>
        <w:br/>
        <w:t>f 25029/10330/9101 25027/10328/9100 25026/10329/9100</w:t>
        <w:br/>
        <w:t>f 25028/10331/9102 25029/10330/9101 25026/10329/9100</w:t>
        <w:br/>
        <w:t>f 25029/10330/9101 25028/10331/9102 25030/10332/9103</w:t>
        <w:br/>
        <w:t>f 25031/10333/9103 25029/10330/9101 25030/10332/9103</w:t>
        <w:br/>
        <w:t>f 25033/10334/9104 25032/10335/9104 25031/10333/9103</w:t>
        <w:br/>
        <w:t>f 25030/10332/9103 25033/10334/9104 25031/10333/9103</w:t>
        <w:br/>
        <w:t>f 25035/10336/9105 25034/10337/9106 25032/10335/9104</w:t>
        <w:br/>
        <w:t>f 25033/10334/9104 25035/10336/9105 25032/10335/9104</w:t>
        <w:br/>
        <w:t>f 25037/10338/9107 25036/10339/9107 25034/10337/9106</w:t>
        <w:br/>
        <w:t>f 25035/10336/9105 25037/10338/9107 25034/10337/9106</w:t>
        <w:br/>
        <w:t>f 25039/10340/9108 25038/10341/9109 25036/10339/9107</w:t>
        <w:br/>
        <w:t>f 25037/10338/9107 25039/10340/9108 25036/10339/9107</w:t>
        <w:br/>
        <w:t>f 25041/10342/9110 25040/10343/9110 25038/10341/9109</w:t>
        <w:br/>
        <w:t>f 25039/10340/9108 25041/10342/9110 25038/10341/9109</w:t>
        <w:br/>
        <w:t>f 25043/10344/9111 25042/10345/9111 25040/10343/9110</w:t>
        <w:br/>
        <w:t>f 25041/10342/9110 25043/10344/9111 25040/10343/9110</w:t>
        <w:br/>
        <w:t>f 25045/10346/9112 25042/10345/9111 25043/10344/9111</w:t>
        <w:br/>
        <w:t>f 25044/10347/9112 25045/10346/9112 25043/10344/9111</w:t>
        <w:br/>
        <w:t>f 25047/10348/9113 25045/10346/9112 25044/10347/9112</w:t>
        <w:br/>
        <w:t>f 25046/10349/9113 25047/10348/9113 25044/10347/9112</w:t>
        <w:br/>
        <w:t>f 25047/10348/9113 25046/10349/9113 25048/10350/9114</w:t>
        <w:br/>
        <w:t>f 25049/10351/9114 25047/10348/9113 25048/10350/9114</w:t>
        <w:br/>
        <w:t>f 25051/10352/9115 25049/10351/9114 25048/10350/9114</w:t>
        <w:br/>
        <w:t>f 25050/10353/9116 25051/10352/9115 25048/10350/9114</w:t>
        <w:br/>
        <w:t>f 25053/10354/9117 25051/10352/9115 25050/10353/9116</w:t>
        <w:br/>
        <w:t>f 25052/10355/9117 25053/10354/9117 25050/10353/9116</w:t>
        <w:br/>
        <w:t>f 25055/10356/9118 25053/10354/9117 25052/10355/9117</w:t>
        <w:br/>
        <w:t>f 25054/10357/9119 25055/10356/9118 25052/10355/9117</w:t>
        <w:br/>
        <w:t>f 25057/10358/9120 25055/10356/9118 25054/10357/9119</w:t>
        <w:br/>
        <w:t>f 25056/10359/9120 25057/10358/9120 25054/10357/9119</w:t>
        <w:br/>
        <w:t>f 25059/10360/9121 25057/10358/9120 25056/10359/9120</w:t>
        <w:br/>
        <w:t>f 25058/10361/9121 25059/10360/9121 25056/10359/9120</w:t>
        <w:br/>
        <w:t>f 25061/10362/9122 25060/10363/9122 25059/10360/9121</w:t>
        <w:br/>
        <w:t>f 25058/10361/9121 25061/10362/9122 25059/10360/9121</w:t>
        <w:br/>
        <w:t>f 25063/10364/9123 25062/10365/9123 25060/10363/9122</w:t>
        <w:br/>
        <w:t>f 25061/10362/9122 25063/10364/9123 25060/10363/9122</w:t>
        <w:br/>
        <w:t>f 25065/10366/9124 25064/10367/9124 25062/10365/9123</w:t>
        <w:br/>
        <w:t>f 25063/10364/9123 25065/10366/9124 25062/10365/9123</w:t>
        <w:br/>
        <w:t>f 25067/10368/9125 25066/10369/9125 25064/10367/9124</w:t>
        <w:br/>
        <w:t>f 25065/10366/9124 25067/10368/9125 25064/10367/9124</w:t>
        <w:br/>
        <w:t>f 25069/10370/9126 25066/10369/9125 25067/10368/9125</w:t>
        <w:br/>
        <w:t>f 25068/10371/9126 25069/10370/9126 25067/10368/9125</w:t>
        <w:br/>
        <w:t>f 25071/10372/9127 25069/10370/9126 25068/10371/9126</w:t>
        <w:br/>
        <w:t>f 25070/10373/9127 25071/10372/9127 25068/10371/9126</w:t>
        <w:br/>
        <w:t>f 25073/10374/9128 25071/10372/9127 25070/10373/9127</w:t>
        <w:br/>
        <w:t>f 25072/10375/9128 25073/10374/9128 25070/10373/9127</w:t>
        <w:br/>
        <w:t>f 25075/10376/9129 25073/10374/9128 25072/10375/9128</w:t>
        <w:br/>
        <w:t>f 25074/10377/9129 25075/10376/9129 25072/10375/9128</w:t>
        <w:br/>
        <w:t>f 25077/10378/9130 25075/10376/9129 25074/10377/9129</w:t>
        <w:br/>
        <w:t>f 25076/10379/9130 25077/10378/9130 25074/10377/9129</w:t>
        <w:br/>
        <w:t>f 25079/10380/9131 25077/10378/9130 25076/10379/9130</w:t>
        <w:br/>
        <w:t>f 25078/10381/9132 25079/10380/9131 25076/10379/9130</w:t>
        <w:br/>
        <w:t>f 25081/10382/9133 25079/10380/9131 25078/10381/9132</w:t>
        <w:br/>
        <w:t>f 25080/10383/9134 25081/10382/9133 25078/10381/9132</w:t>
        <w:br/>
        <w:t>f 25083/10384/9135 25081/10382/9133 25080/10383/9134</w:t>
        <w:br/>
        <w:t>f 25082/10385/9135 25083/10384/9135 25080/10383/9134</w:t>
        <w:br/>
        <w:t>f 25085/10386/9136 25083/10384/9135 25082/10385/9135</w:t>
        <w:br/>
        <w:t>f 25084/10387/9137 25085/10386/9136 25082/10385/9135</w:t>
        <w:br/>
        <w:t>f 25087/10388/9138 25085/10386/9136 25084/10387/9137</w:t>
        <w:br/>
        <w:t>f 25086/10389/9138 25087/10388/9138 25084/10387/9137</w:t>
        <w:br/>
        <w:t>f 25089/10390/9139 25087/10388/9138 25086/10389/9138</w:t>
        <w:br/>
        <w:t>f 25088/10391/9139 25089/10390/9139 25086/10389/9138</w:t>
        <w:br/>
        <w:t>f 25091/10392/9140 25089/10390/9139 25088/10391/9139</w:t>
        <w:br/>
        <w:t>f 25090/10393/9140 25091/10392/9140 25088/10391/9139</w:t>
        <w:br/>
        <w:t>f 25093/10394/9141 25091/10392/9140 25090/10393/9140</w:t>
        <w:br/>
        <w:t>f 25092/10395/9141 25093/10394/9141 25090/10393/9140</w:t>
        <w:br/>
        <w:t>f 25095/10396/9142 25094/10397/9142 25093/10394/9141</w:t>
        <w:br/>
        <w:t>f 25092/10395/9141 25095/10396/9142 25093/10394/9141</w:t>
        <w:br/>
        <w:t>f 25097/10398/9143 25096/10399/9143 25094/10397/9142</w:t>
        <w:br/>
        <w:t>f 25095/10396/9142 25097/10398/9143 25094/10397/9142</w:t>
        <w:br/>
        <w:t>f 25099/10400/9144 25096/10399/9143 25097/10398/9143</w:t>
        <w:br/>
        <w:t>f 25098/10401/9144 25099/10400/9144 25097/10398/9143</w:t>
        <w:br/>
        <w:t>f 25101/10402/9145 25099/10400/9144 25098/10401/9144</w:t>
        <w:br/>
        <w:t>f 25100/10403/9145 25101/10402/9145 25098/10401/9144</w:t>
        <w:br/>
        <w:t>f 25103/10404/9146 25101/10402/9145 25100/10403/9145</w:t>
        <w:br/>
        <w:t>f 25102/10405/9146 25103/10404/9146 25100/10403/9145</w:t>
        <w:br/>
        <w:t>f 25103/10404/9146 25102/10405/9146 25104/10406/9147</w:t>
        <w:br/>
        <w:t>f 25105/10407/9148 25103/10404/9146 25104/10406/9147</w:t>
        <w:br/>
        <w:t>f 25107/10408/9149 25106/10409/9149 25105/10407/9148</w:t>
        <w:br/>
        <w:t>f 25104/10406/9147 25107/10408/9149 25105/10407/9148</w:t>
        <w:br/>
        <w:t>f 25109/10410/9150 25106/10409/9149 25107/10408/9149</w:t>
        <w:br/>
        <w:t>f 25108/10411/9150 25109/10410/9150 25107/10408/9149</w:t>
        <w:br/>
        <w:t>f 25111/10412/9151 25109/10410/9150 25108/10411/9150</w:t>
        <w:br/>
        <w:t>f 25110/10413/9152 25111/10412/9151 25108/10411/9150</w:t>
        <w:br/>
        <w:t>f 25113/10414/9153 25111/10412/9151 25110/10413/9152</w:t>
        <w:br/>
        <w:t>f 25112/10415/9154 25113/10414/9153 25110/10413/9152</w:t>
        <w:br/>
        <w:t>f 25117/10416/9155 25116/10417/9156 25115/10418/9157</w:t>
        <w:br/>
        <w:t>f 25114/10419/9158 25117/10416/9155 25115/10418/9157</w:t>
        <w:br/>
        <w:t>f 25121/10420/9159 25120/10421/9160 25119/10422/9160</w:t>
        <w:br/>
        <w:t>f 25118/10423/9159 25121/10420/9159 25119/10422/9160</w:t>
        <w:br/>
        <w:t>f 25123/10424/9161 25122/10425/9161 25121/10420/9159</w:t>
        <w:br/>
        <w:t>f 25118/10423/9159 25123/10424/9161 25121/10420/9159</w:t>
        <w:br/>
        <w:t>f 24993/10298/9076 24994/10297/9075 24991/10294/9073</w:t>
        <w:br/>
        <w:t>f 24992/10293/9072 24993/10298/9076 24991/10294/9073</w:t>
        <w:br/>
        <w:t>f 25127/10426/8813 25126/10427/9162 25125/10428/9163</w:t>
        <w:br/>
        <w:t>f 25124/10429/8811 25127/10426/8813 25125/10428/9163</w:t>
        <w:br/>
        <w:t>f 25131/10430/9164 25130/10431/9164 25129/10432/9165</w:t>
        <w:br/>
        <w:t>f 25128/10433/9165 25131/10430/9164 25129/10432/9165</w:t>
        <w:br/>
        <w:t>f 25133/10434/9049 25128/10433/9165 25129/10432/9165</w:t>
        <w:br/>
        <w:t>f 25132/10435/9166 25133/10434/9049 25129/10432/9165</w:t>
        <w:br/>
        <w:t>f 25136/10436/9167 25135/10437/9168 25134/10438/9169</w:t>
        <w:br/>
        <w:t>f 25137/10439/8821 25136/10436/9167 25134/10438/9169</w:t>
        <w:br/>
        <w:t>f 25139/10440/9170 25138/10441/9171 25122/10425/9161</w:t>
        <w:br/>
        <w:t>f 25123/10424/9161 25139/10440/9170 25122/10425/9161</w:t>
        <w:br/>
        <w:t>f 25143/10442/9172 25142/10443/9173 25141/10444/9173</w:t>
        <w:br/>
        <w:t>f 25140/10445/9174 25143/10442/9172 25141/10444/9173</w:t>
        <w:br/>
        <w:t>f 25146/10446/9175 25145/10447/9176 25144/10448/9176</w:t>
        <w:br/>
        <w:t>f 25147/10449/9175 25146/10446/9175 25144/10448/9176</w:t>
        <w:br/>
        <w:t>f 25144/10448/9176 25145/10447/9176 25149/10450/9177</w:t>
        <w:br/>
        <w:t>f 25148/10451/9177 25144/10448/9176 25149/10450/9177</w:t>
        <w:br/>
        <w:t>f 25151/10452/9178 25148/10451/9177 25149/10450/9177</w:t>
        <w:br/>
        <w:t>f 25150/10453/9179 25151/10452/9178 25149/10450/9177</w:t>
        <w:br/>
        <w:t>f 25155/10454/9180 25154/10455/9181 25153/10456/9181</w:t>
        <w:br/>
        <w:t>f 25152/10457/9180 25155/10454/9180 25153/10456/9181</w:t>
        <w:br/>
        <w:t>f 25157/10458/9182 25155/10454/9180 25152/10457/9180</w:t>
        <w:br/>
        <w:t>f 25156/10459/9182 25157/10458/9182 25152/10457/9180</w:t>
        <w:br/>
        <w:t>f 25159/10460/9183 25151/10452/9178 25150/10453/9179</w:t>
        <w:br/>
        <w:t>f 25158/10461/9183 25159/10460/9183 25150/10453/9179</w:t>
        <w:br/>
        <w:t>f 25161/10462/9184 25159/10460/9183 25158/10461/9183</w:t>
        <w:br/>
        <w:t>f 25160/10463/9184 25161/10462/9184 25158/10461/9183</w:t>
        <w:br/>
        <w:t>f 25163/10464/9185 25161/10462/9184 25160/10463/9184</w:t>
        <w:br/>
        <w:t>f 25162/10465/9185 25163/10464/9185 25160/10463/9184</w:t>
        <w:br/>
        <w:t>f 25167/10466/9186 25166/10467/9187 25165/10468/9188</w:t>
        <w:br/>
        <w:t>f 25164/10469/9189 25167/10466/9186 25165/10468/9188</w:t>
        <w:br/>
        <w:t>f 25171/10470/9190 25170/10471/9191 25169/10472/9192</w:t>
        <w:br/>
        <w:t>f 25168/10473/9193 25171/10470/9190 25169/10472/9192</w:t>
        <w:br/>
        <w:t>f 25174/10474/9194 25173/10475/9195 25172/10476/9196</w:t>
        <w:br/>
        <w:t>f 25168/10473/9197 25174/10474/9194 25172/10476/9196</w:t>
        <w:br/>
        <w:t>f 25147/10449/9175 25157/10458/9182 25156/10459/9182</w:t>
        <w:br/>
        <w:t>f 25146/10446/9175 25147/10449/9175 25156/10459/9182</w:t>
        <w:br/>
        <w:t>f 25163/10464/9185 25162/10465/9185 25166/10467/9187</w:t>
        <w:br/>
        <w:t>f 25167/10466/9186 25163/10464/9185 25166/10467/9187</w:t>
        <w:br/>
        <w:t>f 25142/10443/9173 25176/10477/9198 25175/10478/9198</w:t>
        <w:br/>
        <w:t>f 25141/10444/9173 25142/10443/9173 25175/10478/9198</w:t>
        <w:br/>
        <w:t>f 25176/10477/9198 25178/10479/9199 25177/10480/9199</w:t>
        <w:br/>
        <w:t>f 25175/10478/9198 25176/10477/9198 25177/10480/9199</w:t>
        <w:br/>
        <w:t>f 25178/10479/9199 25180/10481/9200 25179/10482/9200</w:t>
        <w:br/>
        <w:t>f 25177/10480/9199 25178/10479/9199 25179/10482/9200</w:t>
        <w:br/>
        <w:t>f 25180/10481/9200 25182/10483/9201 25181/10484/9201</w:t>
        <w:br/>
        <w:t>f 25179/10482/9200 25180/10481/9200 25181/10484/9201</w:t>
        <w:br/>
        <w:t>f 25165/10468/9188 25181/10484/9201 25182/10483/9201</w:t>
        <w:br/>
        <w:t>f 25164/10469/9189 25165/10468/9188 25182/10483/9201</w:t>
        <w:br/>
        <w:t>f 25186/10485/9202 25185/10486/9203 25184/10487/9203</w:t>
        <w:br/>
        <w:t>f 25183/10488/9204 25186/10485/9202 25184/10487/9203</w:t>
        <w:br/>
        <w:t>f 25127/10426/8813 25137/10439/8821 25134/10438/9169</w:t>
        <w:br/>
        <w:t>f 25126/10427/9162 25127/10426/8813 25134/10438/9169</w:t>
        <w:br/>
        <w:t>f 25190/10489/9205 25189/10490/9205 25188/10491/9206</w:t>
        <w:br/>
        <w:t>f 25187/10492/9207 25190/10489/9205 25188/10491/9206</w:t>
        <w:br/>
        <w:t>f 25194/10493/9208 25193/10494/9209 25192/10495/8637</w:t>
        <w:br/>
        <w:t>f 25191/10496/9210 25194/10493/9208 25192/10495/8637</w:t>
        <w:br/>
        <w:t>f 25187/10492/9207 25188/10491/9206 25133/10434/9049</w:t>
        <w:br/>
        <w:t>f 25132/10435/9166 25187/10492/9207 25133/10434/9049</w:t>
        <w:br/>
        <w:t>f 25196/10497/9211 25195/10498/9211 25124/10429/8811</w:t>
        <w:br/>
        <w:t>f 25125/10428/9163 25196/10497/9211 25124/10429/8811</w:t>
        <w:br/>
        <w:t>f 25196/10497/9211 25130/10431/9164 25131/10430/9164</w:t>
        <w:br/>
        <w:t>f 25195/10498/9211 25196/10497/9211 25131/10430/9164</w:t>
        <w:br/>
        <w:t>f 25198/10499/9212 25186/10485/9202 25183/10488/9204</w:t>
        <w:br/>
        <w:t>f 25197/10500/9213 25198/10499/9212 25183/10488/9204</w:t>
        <w:br/>
        <w:t>f 25192/10495/8637 25193/10494/9209 25189/10490/9205</w:t>
        <w:br/>
        <w:t>f 25190/10489/9205 25192/10495/8637 25189/10490/9205</w:t>
        <w:br/>
        <w:t>f 25199/10501/9056 25198/10499/9212 25197/10500/9213</w:t>
        <w:br/>
        <w:t>f 25135/10437/9168 25199/10501/9056 25197/10500/9213</w:t>
        <w:br/>
        <w:t>f 25201/10502/9214 25200/10503/9214 25117/10416/9155</w:t>
        <w:br/>
        <w:t>f 25114/10419/9158 25201/10502/9214 25117/10416/9155</w:t>
        <w:br/>
        <w:t>f 25119/10422/9160 25120/10421/9160 25203/10504/9215</w:t>
        <w:br/>
        <w:t>f 25202/10505/9215 25119/10422/9160 25203/10504/9215</w:t>
        <w:br/>
        <w:t>f 25116/10417/9156 25113/10414/9153 25112/10415/9154</w:t>
        <w:br/>
        <w:t>f 25115/10418/9157 25116/10417/9156 25112/10415/9154</w:t>
        <w:br/>
        <w:t>f 25202/10505/9215 25203/10504/9215 25200/10503/9214</w:t>
        <w:br/>
        <w:t>f 25201/10502/9214 25202/10505/9215 25200/10503/9214</w:t>
        <w:br/>
        <w:t>f 24976/10277/9055 24727/10029/8809 24733/10034/8814</w:t>
        <w:br/>
        <w:t>f 24531/9830/8598 25205/10506/8612 25204/10507/9216</w:t>
        <w:br/>
        <w:t>f 24530/9831/8615 24531/9830/8598 25204/10507/9216</w:t>
        <w:br/>
        <w:t>f 24740/10045/8825 24741/10044/8824 24958/10260/9037</w:t>
        <w:br/>
        <w:t>f 25206/10508/9217 24740/10045/8825 24958/10260/9037</w:t>
        <w:br/>
        <w:t>f 24571/9873/8652 24572/9872/8651 25207/10509/9045</w:t>
        <w:br/>
        <w:t>f 24570/9874/8653 24571/9873/8652 25210/10510/9218</w:t>
        <w:br/>
        <w:t>f 24572/9872/8651 24570/9874/8653 24574/9876/8655</w:t>
        <w:br/>
        <w:t>f 25210/10510/9218 24571/9873/8652 25207/10509/9045</w:t>
        <w:br/>
        <w:t>f 23543/9545/8355 23544/9544/8355 25212/10511/9219</w:t>
        <w:br/>
        <w:t>f 25211/10512/9220 23543/9545/8355 25212/10511/9219</w:t>
        <w:br/>
        <w:t>f 25215/10513/8593 25214/10514/9221 25213/10515/9222</w:t>
        <w:br/>
        <w:t>f 25219/10516/9223 25218/10517/9224 25217/10518/9224</w:t>
        <w:br/>
        <w:t>f 25216/10519/9223 25219/10516/9223 25217/10518/9224</w:t>
        <w:br/>
        <w:t>f 25215/10513/8593 25219/10516/9223 25216/10519/9223</w:t>
        <w:br/>
        <w:t>f 25214/10514/9221 25215/10513/8593 25216/10519/9223</w:t>
        <w:br/>
        <w:t>f 25221/10520/9225 25213/10515/9222 25214/10514/9221</w:t>
        <w:br/>
        <w:t>f 25220/10521/9226 25221/10520/9225 25214/10514/9221</w:t>
        <w:br/>
        <w:t>f 25224/10522/9227 25223/10523/9227 25221/10520/9228</w:t>
        <w:br/>
        <w:t>f 25222/10524/9229 25224/10522/9227 25221/10520/9228</w:t>
        <w:br/>
        <w:t>f 25228/10525/9230 25227/10526/9231 25226/10527/9232</w:t>
        <w:br/>
        <w:t>f 25225/10528/9233 25228/10525/9230 25226/10527/9232</w:t>
        <w:br/>
        <w:t>f 25223/10523/9227 25224/10522/9227 25230/10529/9234</w:t>
        <w:br/>
        <w:t>f 25229/10530/9235 25223/10523/9227 25230/10529/9234</w:t>
        <w:br/>
        <w:t>f 25233/10531/9236 25229/10530/8630 25232/10532/9237</w:t>
        <w:br/>
        <w:t>f 25231/10533/9238 25233/10531/9236 25232/10532/9237</w:t>
        <w:br/>
        <w:t>f 25234/10534/9239 24308/9634/8424 24305/9637/8424</w:t>
        <w:br/>
        <w:t>f 25228/10525/9230 25225/10528/9233 25173/10475/9195</w:t>
        <w:br/>
        <w:t>f 25228/10525/9230 25173/10475/9195 25174/10474/9194</w:t>
        <w:br/>
        <w:t>f 24697/10000/8779 24726/10030/8810 25235/10535/9217</w:t>
        <w:br/>
        <w:t>f 24725/10027/8807 24697/10000/8779 25235/10535/9217</w:t>
        <w:br/>
        <w:t>f 23428/9427/8242 23437/9436/8251 23433/9434/8249</w:t>
        <w:br/>
        <w:t>f 23434/9433/8248 23428/9427/8242 23433/9434/8249</w:t>
        <w:br/>
        <w:t>f 23445/9446/8261 23431/9432/8247 25236/10536/9240</w:t>
        <w:br/>
        <w:t>f 23449/9449/8264 23445/9446/8261 25236/10536/9240</w:t>
        <w:br/>
        <w:t>f 24967/10268/9045 24966/10269/9046 25238/10537/9218</w:t>
        <w:br/>
        <w:t>f 24970/10270/9047 25239/10538/9241 24969/10271/9048</w:t>
        <w:br/>
        <w:t>f 24731/10031/8811 25240/10539/9242 24730/10032/8812</w:t>
        <w:br/>
        <w:t>f 24741/10044/8824 24742/10043/8823 24757/10057/8834</w:t>
        <w:br/>
        <w:t>f 24360/9662/8446 24357/9659/8443 24358/9658/8442</w:t>
        <w:br/>
        <w:t>f 23431/9432/8247 23426/9429/8244 23427/9428/8243</w:t>
        <w:br/>
        <w:t>f 25241/10540/9243 23444/9444/8259 23443/9445/8260</w:t>
        <w:br/>
        <w:t>f 23448/9450/8265 25241/10540/9243 23443/9445/8260</w:t>
        <w:br/>
        <w:t>f 23444/9444/8259 25241/10540/9243 25242/10541/9244</w:t>
        <w:br/>
        <w:t>f 23632/9633/8423 23444/9444/8259 25242/10541/9244</w:t>
        <w:br/>
        <w:t>f 23415/9416/8231 23410/9414/8229 23418/9421/8236</w:t>
        <w:br/>
        <w:t>f 25243/10542/9245 23415/9416/8231 23418/9421/8236</w:t>
        <w:br/>
        <w:t>f 25211/10512/9220 25212/10511/9219 25245/10543/9246</w:t>
        <w:br/>
        <w:t>f 25244/10544/9246 25211/10512/9220 25245/10543/9246</w:t>
        <w:br/>
        <w:t>f 23420/9419/8234 23410/9414/8229 23411/9413/8228</w:t>
        <w:br/>
        <w:t>f 23534/9536/8348 23420/9419/8234 23411/9413/8228</w:t>
        <w:br/>
        <w:t>f 23421/9423/8238 23420/9419/8234 23534/9536/8348</w:t>
        <w:br/>
        <w:t>f 23555/9555/8361 23548/9548/8357 23549/9547/8356</w:t>
        <w:br/>
        <w:t>f 23554/9556/8361 23555/9555/8361 23549/9547/8356</w:t>
        <w:br/>
        <w:t>f 23428/9427/8242 23434/9433/8248 23427/9428/8243</w:t>
        <w:br/>
        <w:t>f 25236/10536/9240 23427/9428/8243 23446/9448/8263</w:t>
        <w:br/>
        <w:t>f 25246/10545/9247 25236/10536/9240 23446/9448/8263</w:t>
        <w:br/>
        <w:t>f 25248/10546/9248 25247/10547/9249 23449/9449/8264</w:t>
        <w:br/>
        <w:t>f 25249/10548/9250 23448/9450/8265 23449/9449/8264</w:t>
        <w:br/>
        <w:t>f 25247/10547/9249 25249/10548/9250 23449/9449/8264</w:t>
        <w:br/>
        <w:t>f 25250/10549/9251 25241/10540/9243 23448/9450/8265</w:t>
        <w:br/>
        <w:t>f 25249/10548/9250 25250/10549/9251 23448/9450/8265</w:t>
        <w:br/>
        <w:t>f 25241/10540/9243 25250/10549/9251 25251/10550/9252</w:t>
        <w:br/>
        <w:t>f 25242/10541/9244 25241/10540/9243 25251/10550/9252</w:t>
        <w:br/>
        <w:t>f 25252/10551/9253 25242/10541/9244 25251/10550/9252</w:t>
        <w:br/>
        <w:t>f 25255/10552/9254 25254/10553/9255 25253/10554/9256</w:t>
        <w:br/>
        <w:t>f 25258/10555/9257 25254/10553/9255 25257/10556/9258</w:t>
        <w:br/>
        <w:t>f 25256/10557/9259 25258/10555/9257 25257/10556/9258</w:t>
        <w:br/>
        <w:t>f 25259/10558/9260 25258/10555/9257 25256/10557/9259</w:t>
        <w:br/>
        <w:t>f 23425/9424/8239 23423/9426/8241 23430/9430/8245</w:t>
        <w:br/>
        <w:t>f 25246/10545/9247 25248/10546/9248 23449/9449/8264</w:t>
        <w:br/>
        <w:t>f 25236/10536/9240 25246/10545/9247 23449/9449/8264</w:t>
        <w:br/>
        <w:t>f 23427/9428/8243 25236/10536/9240 23431/9432/8247</w:t>
        <w:br/>
        <w:t>f 23429/9431/8246 23431/9432/8247 23425/9424/8239</w:t>
        <w:br/>
        <w:t>f 23446/9448/8263 23427/9428/8243 23434/9433/8248</w:t>
        <w:br/>
        <w:t>f 23436/9437/8252 25261/10559/9261 25260/10560/9262</w:t>
        <w:br/>
        <w:t>f 23435/9438/8253 23436/9437/8252 25260/10560/9262</w:t>
        <w:br/>
        <w:t>f 24572/9872/8651 24574/9876/8655 24575/9875/8654</w:t>
        <w:br/>
        <w:t>f 24577/9880/8659 24699/10002/8781 24573/9877/8656</w:t>
        <w:br/>
        <w:t>f 25261/10559/9261 23623/9627/8418 23624/9626/8418</w:t>
        <w:br/>
        <w:t>f 25260/10560/9262 25261/10559/9261 23624/9626/8418</w:t>
        <w:br/>
        <w:t>f 25252/10551/9253 25255/10552/9254 25253/10554/9256</w:t>
        <w:br/>
        <w:t>f 23632/9633/8423 25242/10541/9244 25253/10554/9256</w:t>
        <w:br/>
        <w:t>f 23439/9439/8254 23632/9633/8423 25253/10554/9256</w:t>
        <w:br/>
        <w:t>f 25252/10551/9253 25253/10554/9256 25242/10541/9244</w:t>
        <w:br/>
        <w:t>f 25257/10556/9258 25254/10553/9255 25255/10552/9254</w:t>
        <w:br/>
        <w:t>f 25253/10554/9256 25254/10553/9255 23422/9422/8237</w:t>
        <w:br/>
        <w:t>f 23439/9439/8254 25253/10554/9256 23422/9422/8237</w:t>
        <w:br/>
        <w:t>f 25254/10553/9255 25258/10555/9257 23419/9420/8235</w:t>
        <w:br/>
        <w:t>f 23422/9422/8237 25254/10553/9255 23419/9420/8235</w:t>
        <w:br/>
        <w:t>f 25258/10555/9257 25259/10558/9260 23418/9421/8236</w:t>
        <w:br/>
        <w:t>f 23419/9420/8235 25258/10555/9257 23418/9421/8236</w:t>
        <w:br/>
        <w:t>f 23418/9421/8236 25259/10558/9260 25264/10561/9263</w:t>
        <w:br/>
        <w:t>f 25243/10542/9245 23418/9421/8236 25264/10561/9263</w:t>
        <w:br/>
        <w:t>f 25266/10562/9264 25265/10563/9264 25244/10544/9246</w:t>
        <w:br/>
        <w:t>f 25245/10543/9246 25266/10562/9264 25244/10544/9246</w:t>
        <w:br/>
        <w:t>f 25243/10542/9245 25264/10561/9263 25268/10564/9265</w:t>
        <w:br/>
        <w:t>f 25267/10565/9266 25243/10542/9245 25268/10564/9265</w:t>
        <w:br/>
        <w:t>f 23415/9416/8231 25243/10542/9245 25267/10565/9266</w:t>
        <w:br/>
        <w:t>f 25269/10566/9267 23415/9416/8231 25267/10565/9266</w:t>
        <w:br/>
        <w:t>f 23416/9418/8233 23413/9411/8226 23415/9416/8231</w:t>
        <w:br/>
        <w:t>f 25269/10566/9267 23416/9418/8233 23415/9416/8231</w:t>
        <w:br/>
        <w:t>f 25271/10567/9268 23311/9309/8130 23308/9312/8130</w:t>
        <w:br/>
        <w:t>f 25270/10568/9268 25271/10567/9268 23308/9312/8130</w:t>
        <w:br/>
        <w:t>f 25273/10569/9269 25271/10567/9268 25270/10568/9268</w:t>
        <w:br/>
        <w:t>f 25272/10570/9269 25273/10569/9269 25270/10568/9268</w:t>
        <w:br/>
        <w:t>f 25273/10569/9269 25272/10570/9269 25274/10571/8590</w:t>
        <w:br/>
        <w:t>f 23534/9536/8348 23480/9480/8294 23481/9479/8293</w:t>
        <w:br/>
        <w:t>f 25277/10572/9270 25276/10573/9271 25275/10574/9272</w:t>
        <w:br/>
        <w:t>f 25280/10575/9273 25279/10576/9274 25278/10577/9275</w:t>
        <w:br/>
        <w:t>f 25284/10578/9276 25283/10579/9277 25282/10580/9278</w:t>
        <w:br/>
        <w:t>f 25281/10581/9279 25284/10578/9276 25282/10580/9278</w:t>
        <w:br/>
        <w:t>f 25287/10582/9280 25286/10583/9281 25285/10584/9282</w:t>
        <w:br/>
        <w:t>f 25287/10582/9280 25288/10585/9283 25286/10583/9281</w:t>
        <w:br/>
        <w:t>f 25280/10575/9273 25278/10577/9275 25288/10585/9283</w:t>
        <w:br/>
        <w:t>f 25287/10582/9280 25280/10575/9273 25288/10585/9283</w:t>
        <w:br/>
        <w:t>f 24547/9851/8631 25290/10586/9284 25289/10587/9284</w:t>
        <w:br/>
        <w:t>f 24549/9849/8629 24547/9851/8631 25289/10587/9284</w:t>
        <w:br/>
        <w:t>f 25289/10587/9284 25290/10586/9284 25292/10588/9285</w:t>
        <w:br/>
        <w:t>f 25291/10589/9285 25289/10587/9284 25292/10588/9285</w:t>
        <w:br/>
        <w:t>f 25283/10579/9286 25295/10590/9287 25294/10591/9288</w:t>
        <w:br/>
        <w:t>f 25293/10592/9288 25283/10579/9286 25294/10591/9288</w:t>
        <w:br/>
        <w:t>f 25299/10593/9289 25298/10594/9290 25297/10595/9291</w:t>
        <w:br/>
        <w:t>f 25296/10596/9292 25299/10593/9289 25297/10595/9291</w:t>
        <w:br/>
        <w:t>f 25303/10597/9293 25302/10598/9294 25301/10599/9294</w:t>
        <w:br/>
        <w:t>f 25300/10600/9293 25303/10597/9293 25301/10599/9294</w:t>
        <w:br/>
        <w:t>f 25293/10592/9288 25294/10591/9288 25305/10601/9295</w:t>
        <w:br/>
        <w:t>f 25304/10602/9296 25293/10592/9288 25305/10601/9295</w:t>
        <w:br/>
        <w:t>f 25309/10603/9297 25308/10604/9297 25307/10605/9298</w:t>
        <w:br/>
        <w:t>f 25306/10606/9299 25309/10603/9297 25307/10605/9298</w:t>
        <w:br/>
        <w:t>f 25306/10606/9299 25307/10605/9298 25311/10607/9300</w:t>
        <w:br/>
        <w:t>f 25310/10608/9300 25306/10606/9299 25311/10607/9300</w:t>
        <w:br/>
        <w:t>f 25283/10579/9286 25312/10609/9301 25295/10590/9287</w:t>
        <w:br/>
        <w:t>f 25312/10609/9301 25283/10579/9286 25313/10610/9302</w:t>
        <w:br/>
        <w:t>f 25301/10599/9294 25302/10598/9294 25308/10604/9297</w:t>
        <w:br/>
        <w:t>f 25309/10603/9297 25301/10599/9294 25308/10604/9297</w:t>
        <w:br/>
        <w:t>f 25281/10581/9279 25282/10580/9278 25287/10582/9280</w:t>
        <w:br/>
        <w:t>f 25285/10584/9282 25281/10581/9279 25287/10582/9280</w:t>
        <w:br/>
        <w:t>f 25315/10611/9303 25314/10612/9303 25303/10597/9293</w:t>
        <w:br/>
        <w:t>f 25300/10600/9293 25315/10611/9303 25303/10597/9293</w:t>
        <w:br/>
        <w:t>f 25277/10572/9270 25275/10574/9272 25316/10613/9304</w:t>
        <w:br/>
        <w:t>f 25315/10611/9303 25318/10614/9305 25317/10615/9306</w:t>
        <w:br/>
        <w:t>f 25314/10612/9303 25315/10611/9303 25317/10615/9306</w:t>
        <w:br/>
        <w:t>f 25318/10614/9305 25291/10589/9285 25292/10588/9285</w:t>
        <w:br/>
        <w:t>f 25317/10615/9306 25318/10614/9305 25292/10588/9285</w:t>
        <w:br/>
        <w:t>f 25277/10572/9270 25299/10593/9289 25296/10596/9292</w:t>
        <w:br/>
        <w:t>f 25276/10573/9271 25277/10572/9270 25296/10596/9292</w:t>
        <w:br/>
        <w:t>f 25321/10616/9307 25320/10617/9308 25319/10618/9307</w:t>
        <w:br/>
        <w:t>f 25324/10619/9309 25323/10620/9310 25322/10621/9311</w:t>
        <w:br/>
        <w:t>f 25326/10622/9312 25323/10620/9310 25324/10619/9309</w:t>
        <w:br/>
        <w:t>f 25325/10623/9313 25326/10622/9312 25324/10619/9309</w:t>
        <w:br/>
        <w:t>f 25298/10594/9290 25326/10622/9312 25325/10623/9313</w:t>
        <w:br/>
        <w:t>f 25327/10624/9314 25298/10594/9290 25325/10623/9313</w:t>
        <w:br/>
        <w:t>f 25298/10594/9290 25327/10624/9314 25320/10617/9315</w:t>
        <w:br/>
        <w:t>f 25311/10607/9300 25329/10625/9316 25328/10626/9316</w:t>
        <w:br/>
        <w:t>f 25310/10608/9300 25311/10607/9300 25328/10626/9316</w:t>
        <w:br/>
        <w:t>f 25329/10625/9316 25331/10627/9317 25330/10628/9317</w:t>
        <w:br/>
        <w:t>f 25328/10626/9316 25329/10625/9316 25330/10628/9317</w:t>
        <w:br/>
        <w:t>f 25304/10602/9296 25305/10601/9295 25332/10629/9318</w:t>
        <w:br/>
        <w:t>f 25333/10630/9192 25323/10620/9310 25326/10622/9312</w:t>
        <w:br/>
        <w:t>f 25326/10622/9312 25298/10594/9290 25334/10631/9319</w:t>
        <w:br/>
        <w:t>f 25333/10630/9192 25326/10622/9312 25334/10631/9319</w:t>
        <w:br/>
        <w:t>f 25299/10593/9289 25334/10631/9319 25298/10594/9290</w:t>
        <w:br/>
        <w:t>f 25299/10593/9289 25277/10572/9270 25335/10632/9320</w:t>
        <w:br/>
        <w:t>f 25334/10631/9319 25299/10593/9289 25335/10632/9320</w:t>
        <w:br/>
        <w:t>f 25277/10572/9270 25336/10633/9230 25335/10632/9320</w:t>
        <w:br/>
        <w:t>f 25316/10613/9304 25337/10634/9321 25336/10633/9230</w:t>
        <w:br/>
        <w:t>f 25277/10572/9270 25316/10613/9304 25336/10633/9230</w:t>
        <w:br/>
        <w:t>f 25336/10633/9230 25337/10634/9321 25338/10635/9231</w:t>
        <w:br/>
        <w:t>f 25279/10576/9274 24530/9831/8615 25204/10507/9216</w:t>
        <w:br/>
        <w:t>f 25279/10576/9274 25280/10575/9273 24530/9831/8615</w:t>
        <w:br/>
        <w:t>f 25339/10636/9322 24545/9848/8628 24546/9847/8627</w:t>
        <w:br/>
        <w:t>f 24504/9806/9323 24506/9808/9324 25343/10637/9325</w:t>
        <w:br/>
        <w:t>f 25555/10638/9326 23306/9306/8128 23307/9305/8127</w:t>
        <w:br/>
        <w:t>f 25554/10639/9326 25555/10638/9326 23307/9305/8127</w:t>
        <w:br/>
        <w:t>f 25559/10640/9327 25558/10641/9328 25557/10642/9329</w:t>
        <w:br/>
        <w:t>f 25556/10643/9329 25559/10640/9327 25557/10642/9329</w:t>
        <w:br/>
        <w:t>f 25555/10638/9326 25554/10639/9326 25558/10641/9328</w:t>
        <w:br/>
        <w:t>f 25559/10640/9327 25555/10638/9326 25558/10641/9328</w:t>
        <w:br/>
        <w:t>f 25563/10644/9330 25562/10645/9331 25561/10646/9332</w:t>
        <w:br/>
        <w:t>f 25560/10647/9333 25563/10644/9330 25561/10646/9332</w:t>
        <w:br/>
        <w:t>f 25567/10648/9334 25566/10649/9335 25565/10650/9336</w:t>
        <w:br/>
        <w:t>f 25564/10651/9336 25567/10648/9334 25565/10650/9336</w:t>
        <w:br/>
        <w:t>f 25569/10652/9337 25568/10653/9338 25562/10645/9331</w:t>
        <w:br/>
        <w:t>f 25563/10644/9330 25569/10652/9337 25562/10645/9331</w:t>
        <w:br/>
        <w:t>f 25568/10653/9338 25569/10652/9337 25566/10649/9335</w:t>
        <w:br/>
        <w:t>f 25567/10648/9334 25568/10653/9338 25566/10649/9335</w:t>
        <w:br/>
        <w:t>f 25565/10650/9336 25571/10654/9339 25570/10655/9340</w:t>
        <w:br/>
        <w:t>f 25564/10651/9336 25565/10650/9336 25570/10655/9340</w:t>
        <w:br/>
        <w:t>f 25570/10655/9340 25571/10654/9339 25573/10656/9341</w:t>
        <w:br/>
        <w:t>f 25572/10657/9342 25570/10655/9340 25573/10656/9341</w:t>
        <w:br/>
        <w:t>f 25575/10658/9343 25574/10659/9344 25572/10657/9342</w:t>
        <w:br/>
        <w:t>f 25573/10656/9341 25575/10658/9343 25572/10657/9342</w:t>
        <w:br/>
        <w:t>f 25578/10660/9345 25577/10661/9346 25576/10662/9347</w:t>
        <w:br/>
        <w:t>f 25582/10663/9348 25581/10664/9349 25580/10665/9350</w:t>
        <w:br/>
        <w:t>f 25579/10666/9351 25582/10663/9348 25580/10665/9350</w:t>
        <w:br/>
        <w:t>f 25585/10667/9352 25584/10668/9353 25583/10669/9354</w:t>
        <w:br/>
        <w:t>f 25580/10665/9350 25586/10670/9355 25579/10666/9351</w:t>
        <w:br/>
        <w:t>f 25589/10671/9356 25580/10665/9350 25588/10672/9357</w:t>
        <w:br/>
        <w:t>f 25587/10673/9358 25589/10671/9356 25588/10672/9357</w:t>
        <w:br/>
        <w:t>f 25592/10674/9359 25591/10675/9360 25590/10676/9360</w:t>
        <w:br/>
        <w:t>f 25595/10677/9361 25594/10678/9362 25593/10679/9363</w:t>
        <w:br/>
        <w:t>f 25597/10680/9364 25596/10681/9365 25595/10677/9361</w:t>
        <w:br/>
        <w:t>f 25596/10681/9365 25597/10680/9364 25599/10682/9366</w:t>
        <w:br/>
        <w:t>f 25598/10683/9367 25596/10681/9365 25599/10682/9366</w:t>
        <w:br/>
        <w:t>f 25595/10677/9361 25596/10681/9365 25594/10678/9362</w:t>
        <w:br/>
        <w:t>f 25602/10684/9368 25601/10685/9369 25600/10686/9370</w:t>
        <w:br/>
        <w:t>f 25606/10687/9371 25605/10688/9372 25604/10689/9373</w:t>
        <w:br/>
        <w:t>f 25603/10690/9374 25606/10687/9371 25604/10689/9373</w:t>
        <w:br/>
        <w:t>f 25606/10687/9371 25603/10690/9374 25607/10691/9375</w:t>
        <w:br/>
        <w:t>f 25609/10692/9376 23362/9362/8179 23363/9361/8178</w:t>
        <w:br/>
        <w:t>f 25608/10693/9377 25609/10692/9376 23363/9361/8178</w:t>
        <w:br/>
        <w:t>f 25605/10688/9372 25609/10692/9376 25608/10693/9377</w:t>
        <w:br/>
        <w:t>f 25604/10689/9373 25605/10688/9372 25608/10693/9377</w:t>
        <w:br/>
        <w:t>f 25585/10667/9352 25581/10664/9349 25610/10694/9378</w:t>
        <w:br/>
        <w:t>f 25584/10668/9353 25585/10667/9352 25610/10694/9378</w:t>
        <w:br/>
        <w:t>f 25581/10664/9349 25582/10663/9348 25610/10694/9378</w:t>
        <w:br/>
        <w:t>f 25585/10667/9379 25612/10695/9380 25611/10696/9381</w:t>
        <w:br/>
        <w:t>f 25611/10696/9381 25613/10697/9382 25585/10667/9379</w:t>
        <w:br/>
        <w:t>f 25615/10698/9383 25614/10699/9384 25608/10693/9377</w:t>
        <w:br/>
        <w:t>f 23363/9361/8178 25615/10698/9383 25608/10693/9377</w:t>
        <w:br/>
        <w:t>f 25604/10689/9373 25608/10693/9377 25614/10699/9384</w:t>
        <w:br/>
        <w:t>f 25616/10700/9385 25604/10689/9373 25614/10699/9384</w:t>
        <w:br/>
        <w:t>f 25617/10701/9386 25603/10690/9374 25604/10689/9373</w:t>
        <w:br/>
        <w:t>f 25616/10700/9385 25617/10701/9386 25604/10689/9373</w:t>
        <w:br/>
        <w:t>f 25603/10690/9374 25617/10701/9386 25618/10702/9387</w:t>
        <w:br/>
        <w:t>f 25607/10691/9375 25603/10690/9374 25618/10702/9387</w:t>
        <w:br/>
        <w:t>f 25620/10703/9388 25619/10704/9389 25600/10686/9370</w:t>
        <w:br/>
        <w:t>f 25601/10685/9369 25620/10703/9388 25600/10686/9370</w:t>
        <w:br/>
        <w:t>f 25619/10704/9389 25621/10705/9390 25598/10683/9367</w:t>
        <w:br/>
        <w:t>f 25600/10686/9370 25619/10704/9389 25598/10683/9367</w:t>
        <w:br/>
        <w:t>f 25598/10683/9367 25621/10705/9390 25622/10706/9391</w:t>
        <w:br/>
        <w:t>f 25596/10681/9365 25598/10683/9367 25622/10706/9391</w:t>
        <w:br/>
        <w:t>f 25623/10707/9392 25594/10678/9362 25596/10681/9365</w:t>
        <w:br/>
        <w:t>f 25622/10706/9391 25623/10707/9392 25596/10681/9365</w:t>
        <w:br/>
        <w:t>f 25626/10708/9393 25625/10709/9394 25593/10679/9363</w:t>
        <w:br/>
        <w:t>f 25624/10710/9395 25626/10708/9393 25593/10679/9363</w:t>
        <w:br/>
        <w:t>f 25593/10679/9363 25625/10709/9394 25627/10711/9396</w:t>
        <w:br/>
        <w:t>f 25587/10673/9358 25593/10679/9363 25627/10711/9396</w:t>
        <w:br/>
        <w:t>f 25628/10712/9397 25589/10671/9356 25587/10673/9358</w:t>
        <w:br/>
        <w:t>f 25627/10711/9396 25628/10712/9397 25587/10673/9358</w:t>
        <w:br/>
        <w:t>f 25591/10675/9360 25630/10713/9398 25629/10714/9398</w:t>
        <w:br/>
        <w:t>f 25590/10676/9360 25591/10675/9360 25629/10714/9398</w:t>
        <w:br/>
        <w:t>f 25632/10715/9399 25631/10716/9400 25579/10666/9351</w:t>
        <w:br/>
        <w:t>f 25586/10670/9355 25632/10715/9399 25579/10666/9351</w:t>
        <w:br/>
        <w:t>f 25633/10717/9401 25582/10663/9348 25579/10666/9351</w:t>
        <w:br/>
        <w:t>f 25631/10716/9400 25633/10717/9401 25579/10666/9351</w:t>
        <w:br/>
        <w:t>f 25634/10718/9402 25610/10694/9378 25582/10663/9348</w:t>
        <w:br/>
        <w:t>f 25633/10717/9401 25634/10718/9402 25582/10663/9348</w:t>
        <w:br/>
        <w:t>f 25635/10719/9403 25584/10668/9353 25610/10694/9378</w:t>
        <w:br/>
        <w:t>f 25634/10718/9402 25635/10719/9403 25610/10694/9378</w:t>
        <w:br/>
        <w:t>f 25636/10720/9404 25583/10669/9354 25584/10668/9353</w:t>
        <w:br/>
        <w:t>f 25635/10719/9403 25636/10720/9404 25584/10668/9353</w:t>
        <w:br/>
        <w:t>f 25576/10662/9347 25577/10661/9346 25638/10721/9405</w:t>
        <w:br/>
        <w:t>f 25637/10722/9406 25576/10662/9347 25638/10721/9405</w:t>
        <w:br/>
        <w:t>f 25639/10723/9407 25611/10696/9381 25576/10662/9347</w:t>
        <w:br/>
        <w:t>f 25637/10722/9406 25639/10723/9407 25576/10662/9347</w:t>
        <w:br/>
        <w:t>f 25641/10724/9408 25613/10697/9382 25611/10696/9381</w:t>
        <w:br/>
        <w:t>f 25640/10725/9409 25641/10724/9408 25611/10696/9381</w:t>
        <w:br/>
        <w:t>f 25613/10697/9382 25641/10724/9408 25642/10726/9410</w:t>
        <w:br/>
        <w:t>f 25613/10697/9382 25642/10726/9410 25643/10727/9411</w:t>
        <w:br/>
        <w:t>f 25613/10697/9382 25643/10727/9411 25644/10728/9412</w:t>
        <w:br/>
        <w:t>f 25644/10728/9412 25645/10729/9413 25585/10667/9379</w:t>
        <w:br/>
        <w:t>f 25613/10697/9382 25644/10728/9412 25585/10667/9379</w:t>
        <w:br/>
        <w:t>f 25587/10673/9358 25588/10672/9357 25593/10679/9363</w:t>
        <w:br/>
        <w:t>f 25588/10672/9357 25595/10677/9361 25593/10679/9363</w:t>
        <w:br/>
        <w:t>f 25600/10686/9370 25598/10683/9367 25599/10682/9366</w:t>
        <w:br/>
        <w:t>f 25602/10684/9368 25600/10686/9370 25599/10682/9366</w:t>
        <w:br/>
        <w:t>f 25648/10730/9352 25647/10731/9413 25646/10732/9414</w:t>
        <w:br/>
        <w:t>f 25649/10733/9349 25648/10730/9352 25560/10647/9333</w:t>
        <w:br/>
        <w:t>f 25561/10646/9332 25649/10733/9349 25560/10647/9333</w:t>
        <w:br/>
        <w:t>f 23405/9407/8222 25651/10734/9415 25650/10735/9416</w:t>
        <w:br/>
        <w:t>f 23404/9408/8223 23405/9407/8222 25650/10735/9416</w:t>
        <w:br/>
        <w:t>f 23409/9409/8224 25652/10736/9417 25651/10734/9415</w:t>
        <w:br/>
        <w:t>f 23405/9407/8222 23409/9409/8224 25651/10734/9415</w:t>
        <w:br/>
        <w:t>f 25656/10737/9418 25655/10738/9419 25654/10739/9420</w:t>
        <w:br/>
        <w:t>f 25653/10740/9421 25656/10737/9418 25654/10739/9420</w:t>
        <w:br/>
        <w:t>f 25653/10740/9421 25657/10741/9422 25656/10737/9418</w:t>
        <w:br/>
        <w:t>f 25656/10737/9418 25658/10742/9423 25655/10738/9419</w:t>
        <w:br/>
        <w:t>f 25656/10737/9418 25657/10741/9422 25660/10743/9424</w:t>
        <w:br/>
        <w:t>f 25659/10744/9425 25656/10737/9418 25660/10743/9424</w:t>
        <w:br/>
        <w:t>f 25653/10740/9421 25650/10735/9416 25651/10734/9415</w:t>
        <w:br/>
        <w:t>f 25657/10741/9422 25653/10740/9421 25651/10734/9415</w:t>
        <w:br/>
        <w:t>f 25657/10741/9422 25651/10734/9415 25652/10736/9417</w:t>
        <w:br/>
        <w:t>f 25660/10743/9424 25657/10741/9422 25652/10736/9417</w:t>
        <w:br/>
        <w:t>f 25655/10738/9419 25663/10745/9426 25662/10746/9427</w:t>
        <w:br/>
        <w:t>f 25661/10747/9428 25655/10738/9419 25662/10746/9427</w:t>
        <w:br/>
        <w:t>f 25665/10748/9429 25664/10749/9430 25661/10747/9428</w:t>
        <w:br/>
        <w:t>f 25662/10746/9427 25665/10748/9429 25661/10747/9428</w:t>
        <w:br/>
        <w:t>f 25668/10750/9431 25667/10751/9432 25666/10752/9433</w:t>
        <w:br/>
        <w:t>f 25671/10753/9434 25670/10754/9435 25669/10755/9436</w:t>
        <w:br/>
        <w:t>f 25668/10750/9431 25673/10756/9437 25672/10757/9438</w:t>
        <w:br/>
        <w:t>f 25673/10756/9437 25674/10758/9439 25670/10754/9435</w:t>
        <w:br/>
        <w:t>f 25677/10759/9440 25676/10760/9441 25675/10761/9442</w:t>
        <w:br/>
        <w:t>f 25675/10761/9442 25680/10762/9443 25679/10763/9444</w:t>
        <w:br/>
        <w:t>f 25678/10764/9445 25675/10761/9442 25679/10763/9444</w:t>
        <w:br/>
        <w:t>f 25682/10765/9446 25681/10766/9447 25664/10749/9430</w:t>
        <w:br/>
        <w:t>f 25665/10748/9429 25682/10765/9446 25664/10749/9430</w:t>
        <w:br/>
        <w:t>f 25685/10767/9448 25684/10768/9449 25683/10769/9450</w:t>
        <w:br/>
        <w:t>f 25683/10769/9450 25684/10768/9449 25687/10770/9451</w:t>
        <w:br/>
        <w:t>f 25686/10771/9452 25683/10769/9450 25687/10770/9451</w:t>
        <w:br/>
        <w:t>f 25683/10769/9450 25668/10750/9431 25666/10752/9433</w:t>
        <w:br/>
        <w:t>f 25685/10767/9448 25683/10769/9450 25666/10752/9433</w:t>
        <w:br/>
        <w:t>f 25688/10772/9453 25668/10750/9431 25683/10769/9450</w:t>
        <w:br/>
        <w:t>f 25686/10771/9452 25688/10772/9453 25683/10769/9450</w:t>
        <w:br/>
        <w:t>f 25668/10750/9431 25688/10772/9453 25674/10758/9439</w:t>
        <w:br/>
        <w:t>f 25677/10759/9440 25690/10773/9454 25689/10774/9455</w:t>
        <w:br/>
        <w:t>f 25686/10771/9452 25692/10775/9456 25691/10776/9457</w:t>
        <w:br/>
        <w:t>f 25688/10772/9453 25686/10771/9452 25691/10776/9457</w:t>
        <w:br/>
        <w:t>f 25695/10777/9458 25694/10778/9459 25693/10779/9460</w:t>
        <w:br/>
        <w:t>f 25699/10780/9461 25698/10781/9462 25697/10782/9463</w:t>
        <w:br/>
        <w:t>f 25696/10783/9464 25699/10780/9461 25697/10782/9463</w:t>
        <w:br/>
        <w:t>f 25702/10784/9465 25701/10785/9466 25700/10786/9467</w:t>
        <w:br/>
        <w:t>f 25698/10781/9462 25704/10787/9468 25703/10788/9469</w:t>
        <w:br/>
        <w:t>f 25697/10782/9463 25698/10781/9462 25703/10788/9469</w:t>
        <w:br/>
        <w:t>f 25708/10789/9470 25707/10790/9471 25706/10791/9472</w:t>
        <w:br/>
        <w:t>f 25705/10792/9473 25708/10789/9470 25706/10791/9472</w:t>
        <w:br/>
        <w:t>f 25712/10793/9474 25711/10794/9474 25710/10795/9475</w:t>
        <w:br/>
        <w:t>f 25709/10796/9476 25712/10793/9474 25710/10795/9475</w:t>
        <w:br/>
        <w:t>f 25715/10797/9477 25714/10798/9478 25713/10799/9479</w:t>
        <w:br/>
        <w:t>f 25717/10800/9480 25715/10797/9477 25716/10801/9481</w:t>
        <w:br/>
        <w:t>f 25716/10801/9481 25719/10802/9482 25718/10803/9483</w:t>
        <w:br/>
        <w:t>f 25717/10800/9480 25716/10801/9481 25718/10803/9483</w:t>
        <w:br/>
        <w:t>f 25715/10797/9477 25720/10804/9484 25716/10801/9481</w:t>
        <w:br/>
        <w:t>f 25724/10805/9485 25723/10806/9486 25722/10807/9487</w:t>
        <w:br/>
        <w:t>f 25721/10808/9488 25724/10805/9485 25722/10807/9487</w:t>
        <w:br/>
        <w:t>f 25728/10809/9489 25727/10810/9490 25726/10811/9491</w:t>
        <w:br/>
        <w:t>f 25725/10812/9492 25728/10809/9489 25726/10811/9491</w:t>
        <w:br/>
        <w:t>f 25725/10812/9492 25726/10811/9491 25730/10813/9493</w:t>
        <w:br/>
        <w:t>f 25729/10814/9494 25725/10812/9492 25730/10813/9493</w:t>
        <w:br/>
        <w:t>f 23489/9491/8305 23490/9490/8304 25732/10815/9495</w:t>
        <w:br/>
        <w:t>f 25731/10816/9496 23489/9491/8305 25732/10815/9495</w:t>
        <w:br/>
        <w:t>f 25731/10816/9496 25732/10815/9495 25727/10810/9490</w:t>
        <w:br/>
        <w:t>f 25728/10809/9489 25731/10816/9496 25727/10810/9490</w:t>
        <w:br/>
        <w:t>f 25700/10786/9467 25734/10817/9497 25733/10818/9498</w:t>
        <w:br/>
        <w:t>f 25702/10784/9465 25700/10786/9467 25733/10818/9498</w:t>
        <w:br/>
        <w:t>f 25734/10817/9497 25699/10780/9461 25696/10783/9464</w:t>
        <w:br/>
        <w:t>f 25733/10818/9498 25734/10817/9497 25696/10783/9464</w:t>
        <w:br/>
        <w:t>f 25702/10784/9465 25736/10819/9499 25735/10820/9500</w:t>
        <w:br/>
        <w:t>f 25738/10821/9501 25736/10819/9499 25702/10784/9465</w:t>
        <w:br/>
        <w:t>f 25737/10822/9502 25738/10821/9501 25702/10784/9465</w:t>
        <w:br/>
        <w:t>f 25731/10816/9496 25740/10823/9503 25739/10824/9504</w:t>
        <w:br/>
        <w:t>f 23489/9491/8305 25731/10816/9496 25739/10824/9504</w:t>
        <w:br/>
        <w:t>f 25740/10823/9503 25731/10816/9496 25728/10809/9489</w:t>
        <w:br/>
        <w:t>f 25741/10825/9505 25740/10823/9503 25728/10809/9489</w:t>
        <w:br/>
        <w:t>f 25742/10826/9506 25741/10825/9505 25728/10809/9489</w:t>
        <w:br/>
        <w:t>f 25725/10812/9492 25742/10826/9506 25728/10809/9489</w:t>
        <w:br/>
        <w:t>f 25725/10812/9492 25729/10814/9494 25744/10827/9507</w:t>
        <w:br/>
        <w:t>f 25743/10828/9508 25725/10812/9492 25744/10827/9507</w:t>
        <w:br/>
        <w:t>f 25721/10808/9488 25746/10829/9509 25745/10830/9509</w:t>
        <w:br/>
        <w:t>f 25724/10805/9485 25721/10808/9488 25745/10830/9509</w:t>
        <w:br/>
        <w:t>f 25719/10802/9482 25748/10831/9510 25747/10832/9511</w:t>
        <w:br/>
        <w:t>f 25721/10808/9488 25719/10802/9482 25747/10832/9511</w:t>
        <w:br/>
        <w:t>f 25749/10833/9512 25748/10831/9510 25719/10802/9482</w:t>
        <w:br/>
        <w:t>f 25716/10801/9481 25749/10833/9512 25719/10802/9482</w:t>
        <w:br/>
        <w:t>f 25716/10801/9481 25720/10804/9484 25750/10834/9513</w:t>
        <w:br/>
        <w:t>f 25749/10833/9512 25716/10801/9481 25750/10834/9513</w:t>
        <w:br/>
        <w:t>f 25714/10798/9478 25752/10835/9514 25751/10836/9515</w:t>
        <w:br/>
        <w:t>f 25713/10799/9479 25714/10798/9478 25751/10836/9515</w:t>
        <w:br/>
        <w:t>f 25714/10798/9478 25707/10790/9471 25753/10837/9516</w:t>
        <w:br/>
        <w:t>f 25752/10835/9514 25714/10798/9478 25753/10837/9516</w:t>
        <w:br/>
        <w:t>f 25754/10838/9517 25753/10837/9516 25707/10790/9471</w:t>
        <w:br/>
        <w:t>f 25708/10789/9470 25754/10838/9517 25707/10790/9471</w:t>
        <w:br/>
        <w:t>f 25711/10794/9474 25712/10793/9474 25756/10839/9518</w:t>
        <w:br/>
        <w:t>f 25755/10840/9518 25711/10794/9474 25756/10839/9518</w:t>
        <w:br/>
        <w:t>f 25698/10781/9462 25758/10841/9519 25757/10842/9520</w:t>
        <w:br/>
        <w:t>f 25704/10787/9468 25698/10781/9462 25757/10842/9520</w:t>
        <w:br/>
        <w:t>f 25759/10843/9521 25758/10841/9519 25698/10781/9462</w:t>
        <w:br/>
        <w:t>f 25699/10780/9461 25759/10843/9521 25698/10781/9462</w:t>
        <w:br/>
        <w:t>f 25760/10844/9522 25759/10843/9521 25699/10780/9461</w:t>
        <w:br/>
        <w:t>f 25734/10817/9497 25760/10844/9522 25699/10780/9461</w:t>
        <w:br/>
        <w:t>f 25761/10845/9523 25760/10844/9522 25734/10817/9497</w:t>
        <w:br/>
        <w:t>f 25700/10786/9467 25761/10845/9523 25734/10817/9497</w:t>
        <w:br/>
        <w:t>f 25762/10846/9524 25761/10845/9523 25700/10786/9467</w:t>
        <w:br/>
        <w:t>f 25701/10785/9466 25762/10846/9524 25700/10786/9467</w:t>
        <w:br/>
        <w:t>f 25764/10847/9525 25693/10779/9460 25694/10778/9459</w:t>
        <w:br/>
        <w:t>f 25763/10848/9526 25764/10847/9525 25694/10778/9459</w:t>
        <w:br/>
        <w:t>f 25765/10849/9527 25763/10848/9526 25694/10778/9459</w:t>
        <w:br/>
        <w:t>f 25736/10819/9528 25765/10849/9527 25694/10778/9459</w:t>
        <w:br/>
        <w:t>f 25767/10850/9529 25766/10851/9530 25736/10819/9499</w:t>
        <w:br/>
        <w:t>f 25738/10821/9501 25767/10850/9529 25736/10819/9499</w:t>
        <w:br/>
        <w:t>f 25738/10821/9501 25768/10852/9531 25767/10850/9529</w:t>
        <w:br/>
        <w:t>f 25738/10821/9501 25769/10853/9532 25768/10852/9531</w:t>
        <w:br/>
        <w:t>f 25738/10821/9501 25770/10854/9533 25769/10853/9532</w:t>
        <w:br/>
        <w:t>f 25737/10822/9502 25771/10855/9534 25770/10854/9533</w:t>
        <w:br/>
        <w:t>f 25738/10821/9501 25737/10822/9502 25770/10854/9533</w:t>
        <w:br/>
        <w:t>f 25707/10790/9471 25714/10798/9478 25706/10791/9472</w:t>
        <w:br/>
        <w:t>f 25706/10791/9472 25714/10798/9478 25715/10797/9477</w:t>
        <w:br/>
        <w:t>f 25719/10802/9482 25721/10808/9488 25722/10807/9487</w:t>
        <w:br/>
        <w:t>f 25718/10803/9483 25719/10802/9482 25722/10807/9487</w:t>
        <w:br/>
        <w:t>f 25733/10818/9498 25696/10783/9464 25666/10752/9433</w:t>
        <w:br/>
        <w:t>f 25666/10752/9433 25696/10783/9464 25697/10782/9463</w:t>
        <w:br/>
        <w:t>f 25685/10767/9448 25666/10752/9433 25697/10782/9463</w:t>
        <w:br/>
        <w:t>f 25697/10782/9463 25709/10796/9476 25710/10795/9475</w:t>
        <w:br/>
        <w:t>f 25685/10767/9448 25697/10782/9463 25710/10795/9475</w:t>
        <w:br/>
        <w:t>f 25685/10767/9448 25705/10792/9473 25706/10791/9472</w:t>
        <w:br/>
        <w:t>f 25684/10768/9449 25685/10767/9448 25706/10791/9472</w:t>
        <w:br/>
        <w:t>f 25684/10768/9449 25774/10856/9535 25773/10857/9536</w:t>
        <w:br/>
        <w:t>f 25772/10858/9537 25684/10768/9449 25773/10857/9536</w:t>
        <w:br/>
        <w:t>f 25650/10735/9416 23490/9490/8304 23404/9408/8223</w:t>
        <w:br/>
        <w:t>f 25654/10739/9420 25727/10810/9490 25732/10815/9495</w:t>
        <w:br/>
        <w:t>f 25654/10739/9420 25775/10859/9538 25726/10811/9491</w:t>
        <w:br/>
        <w:t>f 25727/10810/9490 25654/10739/9420 25726/10811/9491</w:t>
        <w:br/>
        <w:t>f 25775/10859/9538 25723/10806/9486 25726/10811/9491</w:t>
        <w:br/>
        <w:t>f 25722/10807/9487 25775/10859/9538 25664/10749/9430</w:t>
        <w:br/>
        <w:t>f 25718/10803/9483 25722/10807/9487 25664/10749/9430</w:t>
        <w:br/>
        <w:t>f 25718/10803/9483 25664/10749/9430 25681/10766/9447</w:t>
        <w:br/>
        <w:t>f 25776/10860/9539 25718/10803/9483 25681/10766/9447</w:t>
        <w:br/>
        <w:t>f 25776/10860/9539 25681/10766/9447 25772/10858/9537</w:t>
        <w:br/>
        <w:t>f 25773/10857/9536 25776/10860/9539 25772/10858/9537</w:t>
        <w:br/>
        <w:t>f 25737/10822/9502 25667/10751/9432 25771/10855/9534</w:t>
        <w:br/>
        <w:t>f 25737/10822/9502 25702/10784/9465 25667/10751/9432</w:t>
        <w:br/>
        <w:t>f 25667/10751/9432 25702/10784/9465 25733/10818/9498</w:t>
        <w:br/>
        <w:t>f 25666/10752/9433 25667/10751/9432 25733/10818/9498</w:t>
        <w:br/>
        <w:t>f 25732/10815/9495 23490/9490/8304 25650/10735/9416</w:t>
        <w:br/>
        <w:t>f 25653/10740/9421 25732/10815/9495 25650/10735/9416</w:t>
        <w:br/>
        <w:t>f 25654/10739/9420 25732/10815/9495 25653/10740/9421</w:t>
        <w:br/>
        <w:t>f 25778/10861/9540 25777/10862/9541 23541/9539/8352</w:t>
        <w:br/>
        <w:t>f 23538/9542/8352 25778/10861/9540 23541/9539/8352</w:t>
        <w:br/>
        <w:t>f 25782/10863/9542 25781/10864/9543 25780/10865/9544</w:t>
        <w:br/>
        <w:t>f 25779/10866/9545 25782/10863/9542 25780/10865/9544</w:t>
        <w:br/>
        <w:t>f 25778/10861/9540 25779/10866/9545 25780/10865/9544</w:t>
        <w:br/>
        <w:t>f 25777/10862/9541 25778/10861/9540 25780/10865/9544</w:t>
        <w:br/>
        <w:t>f 25786/10867/9546 25785/10868/9333 25784/10869/9547</w:t>
        <w:br/>
        <w:t>f 25783/10870/9548 25786/10867/9546 25784/10869/9547</w:t>
        <w:br/>
        <w:t>f 25790/10871/9549 25789/10872/9550 25788/10873/9551</w:t>
        <w:br/>
        <w:t>f 25787/10874/9549 25790/10871/9549 25788/10873/9551</w:t>
        <w:br/>
        <w:t>f 25792/10875/9552 25791/10876/9553 25788/10873/9551</w:t>
        <w:br/>
        <w:t>f 25789/10872/9550 25792/10875/9552 25788/10873/9551</w:t>
        <w:br/>
        <w:t>f 25794/10877/9554 25790/10871/9549 25787/10874/9549</w:t>
        <w:br/>
        <w:t>f 25793/10878/9555 25794/10877/9554 25787/10874/9549</w:t>
        <w:br/>
        <w:t>f 25793/10878/9555 25796/10879/9556 25795/10880/9557</w:t>
        <w:br/>
        <w:t>f 25794/10877/9554 25793/10878/9555 25795/10880/9557</w:t>
        <w:br/>
        <w:t>f 25796/10879/9556 25798/10881/9558 25797/10882/9559</w:t>
        <w:br/>
        <w:t>f 25795/10880/9557 25796/10879/9556 25797/10882/9559</w:t>
        <w:br/>
        <w:t>f 25800/10883/9560 23562/9566/8368 23563/9565/8368</w:t>
        <w:br/>
        <w:t>f 25799/10884/9560 25800/10883/9560 23563/9565/8368</w:t>
        <w:br/>
        <w:t>f 25802/10885/9561 25800/10883/9560 25799/10884/9560</w:t>
        <w:br/>
        <w:t>f 25801/10886/9561 25802/10885/9561 25799/10884/9560</w:t>
        <w:br/>
        <w:t>f 25801/10886/9561 25804/10887/9562 25803/10888/9563</w:t>
        <w:br/>
        <w:t>f 25802/10885/9561 25801/10886/9561 25803/10888/9563</w:t>
        <w:br/>
        <w:t>f 25803/10888/9564 25807/10889/9565 25806/10890/9566</w:t>
        <w:br/>
        <w:t>f 25805/10891/9567 25803/10888/9564 25806/10890/9566</w:t>
        <w:br/>
        <w:t>f 25811/10892/9568 25810/10893/9569 25809/10894/9570</w:t>
        <w:br/>
        <w:t>f 25808/10895/9571 25811/10892/9568 25809/10894/9570</w:t>
        <w:br/>
        <w:t>f 25811/10892/9572 25814/10896/9573 25813/10897/9574</w:t>
        <w:br/>
        <w:t>f 25812/10898/9574 25811/10892/9572 25813/10897/9574</w:t>
        <w:br/>
        <w:t>f 25816/10899/9575 25812/10898/9574 25813/10897/9574</w:t>
        <w:br/>
        <w:t>f 25815/10900/9576 25816/10899/9575 25813/10897/9574</w:t>
        <w:br/>
        <w:t>f 25816/10899/9575 25815/10900/9576 25818/10901/9577</w:t>
        <w:br/>
        <w:t>f 25817/10902/9577 25816/10899/9575 25818/10901/9577</w:t>
        <w:br/>
        <w:t>f 25820/10903/9578 25817/10902/9577 25818/10901/9577</w:t>
        <w:br/>
        <w:t>f 25819/10904/9578 25820/10903/9578 25818/10901/9577</w:t>
        <w:br/>
        <w:t>f 25822/10905/9579 25820/10903/9578 25819/10904/9578</w:t>
        <w:br/>
        <w:t>f 25821/10906/9579 25822/10905/9579 25819/10904/9578</w:t>
        <w:br/>
        <w:t>f 25824/10907/9580 25822/10905/9579 25821/10906/9579</w:t>
        <w:br/>
        <w:t>f 25823/10908/9581 25824/10907/9580 25821/10906/9579</w:t>
        <w:br/>
        <w:t>f 25824/10907/9582 25827/10909/9583 25826/10910/9584</w:t>
        <w:br/>
        <w:t>f 25825/10911/9585 25824/10907/9582 25826/10910/9584</w:t>
        <w:br/>
        <w:t>f 25831/10912/9586 25830/10913/9587 25829/10914/9588</w:t>
        <w:br/>
        <w:t>f 25828/10915/9586 25831/10912/9586 25829/10914/9588</w:t>
        <w:br/>
        <w:t>f 25831/10912/9586 25828/10915/9586 25833/10916/9589</w:t>
        <w:br/>
        <w:t>f 25832/10917/9590 25831/10912/9586 25833/10916/9589</w:t>
        <w:br/>
        <w:t>f 25833/10916/9589 25835/10918/9591 25834/10919/9591</w:t>
        <w:br/>
        <w:t>f 25832/10917/9590 25833/10916/9589 25834/10919/9591</w:t>
        <w:br/>
        <w:t>f 25834/10919/9591 25835/10918/9591 25837/10920/9592</w:t>
        <w:br/>
        <w:t>f 25836/10921/9593 25834/10919/9591 25837/10920/9592</w:t>
        <w:br/>
        <w:t>f 25839/10922/9594 25838/10923/9594 25836/10921/9593</w:t>
        <w:br/>
        <w:t>f 25837/10920/9592 25839/10922/9594 25836/10921/9593</w:t>
        <w:br/>
        <w:t>f 25841/10924/9595 25838/10923/9594 25839/10922/9594</w:t>
        <w:br/>
        <w:t>f 25840/10925/9596 25841/10924/9595 25839/10922/9594</w:t>
        <w:br/>
        <w:t>f 25843/10926/9597 25841/10924/9595 25840/10925/9596</w:t>
        <w:br/>
        <w:t>f 25842/10927/9597 25843/10926/9597 25840/10925/9596</w:t>
        <w:br/>
        <w:t>f 25843/10926/9597 25842/10927/9597 25845/10928/9598</w:t>
        <w:br/>
        <w:t>f 25844/10929/9598 25843/10926/9597 25845/10928/9598</w:t>
        <w:br/>
        <w:t>f 25844/10929/9598 25845/10928/9598 25847/10930/9599</w:t>
        <w:br/>
        <w:t>f 25846/10931/9599 25844/10929/9598 25847/10930/9599</w:t>
        <w:br/>
        <w:t>f 25849/10932/9600 25846/10931/9599 25847/10930/9599</w:t>
        <w:br/>
        <w:t>f 25848/10933/9600 25849/10932/9600 25847/10930/9599</w:t>
        <w:br/>
        <w:t>f 25848/10933/9600 25851/10934/9601 25850/10935/9601</w:t>
        <w:br/>
        <w:t>f 25849/10932/9600 25848/10933/9600 25850/10935/9601</w:t>
        <w:br/>
        <w:t>f 25850/10935/9601 25851/10934/9601 25853/10936/9602</w:t>
        <w:br/>
        <w:t>f 25852/10937/9602 25850/10935/9601 25853/10936/9602</w:t>
        <w:br/>
        <w:t>f 25785/10868/9333 25852/10937/9602 25853/10936/9602</w:t>
        <w:br/>
        <w:t>f 25784/10869/9547 25785/10868/9333 25853/10936/9602</w:t>
        <w:br/>
        <w:t>f 25855/10938/9603 25854/10939/9604 25574/10659/9344</w:t>
        <w:br/>
        <w:t>f 25575/10658/9343 25855/10938/9603 25574/10659/9344</w:t>
        <w:br/>
        <w:t>f 25857/10940/9605 25797/10882/9559 25798/10881/9558</w:t>
        <w:br/>
        <w:t>f 25856/10941/9606 25857/10940/9605 25798/10881/9558</w:t>
        <w:br/>
        <w:t>f 25861/10942/9607 25860/10943/9608 25859/10944/9609</w:t>
        <w:br/>
        <w:t>f 25858/10945/9610 25861/10942/9607 25859/10944/9609</w:t>
        <w:br/>
        <w:t>f 25854/10939/9604 25855/10938/9603 25863/10946/9611</w:t>
        <w:br/>
        <w:t>f 25862/10947/9612 25854/10939/9604 25863/10946/9611</w:t>
        <w:br/>
        <w:t>f 25865/10948/9611 25857/10940/9605 25856/10941/9606</w:t>
        <w:br/>
        <w:t>f 25864/10949/9613 25865/10948/9611 25856/10941/9606</w:t>
        <w:br/>
        <w:t>f 25859/10944/9609 25860/10943/9608 25866/10950/9614</w:t>
        <w:br/>
        <w:t>f 25676/10760/9441 25677/10759/9440 25689/10774/9455</w:t>
        <w:br/>
        <w:t>f 25684/10768/9449 25772/10858/9537 25867/10951/9615</w:t>
        <w:br/>
        <w:t>f 25687/10770/9451 25684/10768/9449 25867/10951/9615</w:t>
        <w:br/>
        <w:t>f 25772/10858/9537 25681/10766/9447 25682/10765/9446</w:t>
        <w:br/>
        <w:t>f 25867/10951/9615 25772/10858/9537 25682/10765/9446</w:t>
        <w:br/>
        <w:t>f 26542/10952/9616 26541/10953/9617 26540/10954/9618</w:t>
        <w:br/>
        <w:t>f 26539/10955/9618 26542/10952/9616 26540/10954/9618</w:t>
        <w:br/>
        <w:t>f 26550/10956/9619 26549/10957/9620 26541/10953/9617</w:t>
        <w:br/>
        <w:t>f 26542/10952/9616 26550/10956/9619 26541/10953/9617</w:t>
        <w:br/>
        <w:t>f 26554/10958/9621 26553/10959/9622 26549/10957/9620</w:t>
        <w:br/>
        <w:t>f 26550/10956/9619 26554/10958/9621 26549/10957/9620</w:t>
        <w:br/>
        <w:t>f 26554/10958/9621 26558/10960/9623 26557/10961/9624</w:t>
        <w:br/>
        <w:t>f 26553/10959/9622 26554/10958/9621 26557/10961/9624</w:t>
        <w:br/>
        <w:t>f 26558/10960/9623 26564/10962/9625 26563/10963/9625</w:t>
        <w:br/>
        <w:t>f 26557/10961/9624 26558/10960/9623 26563/10963/9625</w:t>
        <w:br/>
        <w:t>f 26564/10962/9625 26570/10964/9626 26569/10965/9626</w:t>
        <w:br/>
        <w:t>f 26563/10963/9625 26564/10962/9625 26569/10965/9626</w:t>
        <w:br/>
        <w:t>f 26580/10966/9627 26579/10967/9628 26578/10968/9628</w:t>
        <w:br/>
        <w:t>f 26577/10969/9627 26580/10966/9627 26578/10968/9628</w:t>
        <w:br/>
        <w:t>f 26586/10970/9629 26585/10971/9630 26584/10972/9631</w:t>
        <w:br/>
        <w:t>f 26583/10973/9632 26586/10970/9629 26584/10972/9631</w:t>
        <w:br/>
        <w:t>f 26588/10974/9633 26578/10968/9628 26579/10967/9628</w:t>
        <w:br/>
        <w:t>f 26587/10975/9633 26588/10974/9633 26579/10967/9628</w:t>
        <w:br/>
        <w:t>f 26570/10964/9626 26580/10966/9627 26577/10969/9627</w:t>
        <w:br/>
        <w:t>f 26569/10965/9626 26570/10964/9626 26577/10969/9627</w:t>
        <w:br/>
        <w:t>f 26592/10976/9634 26591/10977/9635 26590/10978/9636</w:t>
        <w:br/>
        <w:t>f 26595/10979/9637 26594/10980/9638 26593/10981/9639</w:t>
        <w:br/>
        <w:t>f 26590/10978/9636 26595/10979/9637 26593/10981/9639</w:t>
        <w:br/>
        <w:t>f 26596/10982/9640 26594/10980/9638 26595/10979/9637</w:t>
        <w:br/>
        <w:t>f 26594/10980/9638 26596/10982/9640 26598/10983/9641</w:t>
        <w:br/>
        <w:t>f 26597/10984/9642 26594/10980/9638 26598/10983/9641</w:t>
        <w:br/>
        <w:t>f 26597/10984/9642 26598/10983/9641 26599/10985/9643</w:t>
        <w:br/>
        <w:t>f 26602/10986/9644 26601/10987/9645 26597/10984/9642</w:t>
        <w:br/>
        <w:t>f 26600/10988/9646 26602/10986/9644 26597/10984/9642</w:t>
        <w:br/>
        <w:t>f 26601/10987/9645 26602/10986/9644 26603/10989/9647</w:t>
        <w:br/>
        <w:t>f 26605/10990/9648 26604/10991/9649 26601/10987/9645</w:t>
        <w:br/>
        <w:t>f 26603/10989/9647 26605/10990/9648 26601/10987/9645</w:t>
        <w:br/>
        <w:t>f 26604/10991/9649 26605/10990/9648 26606/10992/9650</w:t>
        <w:br/>
        <w:t>f 26606/10992/9650 26608/10993/9651 26607/10994/9652</w:t>
        <w:br/>
        <w:t>f 26604/10991/9649 26606/10992/9650 26607/10994/9652</w:t>
        <w:br/>
        <w:t>f 26607/10994/9652 26608/10993/9651 26609/10995/9653</w:t>
        <w:br/>
        <w:t>f 26611/10996/9654 26607/10994/9652 26609/10995/9653</w:t>
        <w:br/>
        <w:t>f 26610/10997/9655 26611/10996/9654 26609/10995/9653</w:t>
        <w:br/>
        <w:t>f 26611/10996/9654 26610/10997/9655 26612/10998/9656</w:t>
        <w:br/>
        <w:t>f 26615/10999/9657 26614/11000/9658 26612/10998/9659</w:t>
        <w:br/>
        <w:t>f 26613/11001/9660 26615/10999/9657 26612/10998/9659</w:t>
        <w:br/>
        <w:t>f 26617/11002/9661 26615/10999/9657 26613/11001/9660</w:t>
        <w:br/>
        <w:t>f 26616/11003/9662 26617/11002/9661 26613/11001/9660</w:t>
        <w:br/>
        <w:t>f 26619/11004/9663 26617/11002/9661 26616/11003/9662</w:t>
        <w:br/>
        <w:t>f 26618/11005/9664 26619/11004/9663 26616/11003/9662</w:t>
        <w:br/>
        <w:t>f 26621/11006/9665 26619/11004/9663 26618/11005/9664</w:t>
        <w:br/>
        <w:t>f 26620/11007/9666 26621/11006/9665 26618/11005/9664</w:t>
        <w:br/>
        <w:t>f 26623/11008/9667 26621/11006/9665 26620/11007/9666</w:t>
        <w:br/>
        <w:t>f 26622/11009/9668 26623/11008/9667 26620/11007/9666</w:t>
        <w:br/>
        <w:t>f 26623/11008/9667 26622/11009/9668 26624/11010/9669</w:t>
        <w:br/>
        <w:t>f 26626/11011/9670 26625/11012/9671 26623/11008/9667</w:t>
        <w:br/>
        <w:t>f 26624/11010/9669 26626/11011/9670 26623/11008/9667</w:t>
        <w:br/>
        <w:t>f 26625/11012/9671 26626/11011/9670 26627/11013/9672</w:t>
        <w:br/>
        <w:t>f 26629/11014/9673 26625/11012/9671 26627/11013/9672</w:t>
        <w:br/>
        <w:t>f 26628/11015/9674 26629/11014/9673 26627/11013/9672</w:t>
        <w:br/>
        <w:t>f 26631/11016/9675 26629/11014/9673 26628/11015/9674</w:t>
        <w:br/>
        <w:t>f 26630/11017/9676 26631/11016/9675 26628/11015/9674</w:t>
        <w:br/>
        <w:t>f 26633/11018/9677 26631/11016/9675 26630/11017/9676</w:t>
        <w:br/>
        <w:t>f 26632/11019/9678 26633/11018/9677 26630/11017/9676</w:t>
        <w:br/>
        <w:t>f 26635/11020/9679 26633/11018/9677 26632/11019/9678</w:t>
        <w:br/>
        <w:t>f 26634/11021/9680 26635/11020/9679 26632/11019/9678</w:t>
        <w:br/>
        <w:t>f 26635/11020/9679 26634/11021/9680 26636/11022/9681</w:t>
        <w:br/>
        <w:t>f 26638/11023/9682 26635/11020/9679 26636/11022/9681</w:t>
        <w:br/>
        <w:t>f 26637/11024/9683 26638/11023/9682 26636/11022/9681</w:t>
        <w:br/>
        <w:t>f 26640/11025/9684 26638/11023/9682 26637/11024/9683</w:t>
        <w:br/>
        <w:t>f 26639/11026/9685 26640/11025/9684 26637/11024/9683</w:t>
        <w:br/>
        <w:t>f 26642/11027/9686 26640/11025/9684 26639/11026/9685</w:t>
        <w:br/>
        <w:t>f 26641/11028/9687 26642/11027/9686 26639/11026/9685</w:t>
        <w:br/>
        <w:t>f 26644/11029/9688 26642/11027/9686 26641/11028/9687</w:t>
        <w:br/>
        <w:t>f 26643/11030/9689 26644/11029/9688 26641/11028/9687</w:t>
        <w:br/>
        <w:t>f 26646/11031/9690 26644/11029/9688 26643/11030/9689</w:t>
        <w:br/>
        <w:t>f 26645/11032/9691 26646/11031/9690 26643/11030/9689</w:t>
        <w:br/>
        <w:t>f 26648/11033/9692 26647/11034/9693 26646/11031/9690</w:t>
        <w:br/>
        <w:t>f 26645/11032/9691 26648/11033/9692 26646/11031/9690</w:t>
        <w:br/>
        <w:t>f 26647/11034/9693 26648/11033/9692 26649/11035/9694</w:t>
        <w:br/>
        <w:t>f 26651/11036/9695 26650/11037/9696 26647/11034/9693</w:t>
        <w:br/>
        <w:t>f 26649/11035/9694 26651/11036/9695 26647/11034/9693</w:t>
        <w:br/>
        <w:t>f 26650/11037/9696 26651/11036/9695 26652/11038/9697</w:t>
        <w:br/>
        <w:t>f 26654/11039/9698 26653/11040/9699 26650/11037/9696</w:t>
        <w:br/>
        <w:t>f 26652/11038/9697 26654/11039/9698 26650/11037/9696</w:t>
        <w:br/>
        <w:t>f 26656/11041/9700 26653/11040/9699 26654/11039/9698</w:t>
        <w:br/>
        <w:t>f 26655/11042/9701 26656/11041/9700 26654/11039/9698</w:t>
        <w:br/>
        <w:t>f 26658/11043/9702 26656/11041/9700 26655/11042/9701</w:t>
        <w:br/>
        <w:t>f 26657/11044/9703 26658/11043/9702 26655/11042/9701</w:t>
        <w:br/>
        <w:t>f 26657/11044/9703 26660/11045/9704 26659/11046/9705</w:t>
        <w:br/>
        <w:t>f 26658/11043/9702 26657/11044/9703 26659/11046/9705</w:t>
        <w:br/>
        <w:t>f 26662/11047/9706 26659/11046/9705 26660/11045/9704</w:t>
        <w:br/>
        <w:t>f 26661/11048/9707 26662/11047/9706 26660/11045/9704</w:t>
        <w:br/>
        <w:t>f 26662/11047/9706 26661/11048/9707 26663/11049/9708</w:t>
        <w:br/>
        <w:t>f 26665/11050/9709 26662/11047/9706 26663/11049/9708</w:t>
        <w:br/>
        <w:t>f 26664/11051/9710 26665/11050/9709 26663/11049/9708</w:t>
        <w:br/>
        <w:t>f 26667/11052/9711 26665/11050/9709 26664/11051/9710</w:t>
        <w:br/>
        <w:t>f 26666/11053/9712 26667/11052/9711 26664/11051/9710</w:t>
        <w:br/>
        <w:t>f 26667/11052/9711 26666/11053/9712 26668/11054/9713</w:t>
        <w:br/>
        <w:t>f 26670/11055/9714 26667/11052/9711 26668/11054/9713</w:t>
        <w:br/>
        <w:t>f 26669/11056/9715 26670/11055/9714 26668/11054/9713</w:t>
        <w:br/>
        <w:t>f 26670/11055/9714 26669/11056/9715 26671/11057/9716</w:t>
        <w:br/>
        <w:t>f 26670/11055/9714 26671/11057/9716 26672/11058/9717</w:t>
        <w:br/>
        <w:t>f 26673/11059/9718 26670/11055/9714 26672/11058/9717</w:t>
        <w:br/>
        <w:t>f 26673/11059/9718 26672/11058/9717 26674/11060/9719</w:t>
        <w:br/>
        <w:t>f 26676/11061/9720 26675/11062/9721 26673/11059/9718</w:t>
        <w:br/>
        <w:t>f 26674/11060/9719 26676/11061/9720 26673/11059/9718</w:t>
        <w:br/>
        <w:t>f 26675/11062/9721 26676/11061/9720 26677/11063/9722</w:t>
        <w:br/>
        <w:t>f 26679/11064/9723 26678/11065/9724 26675/11062/9721</w:t>
        <w:br/>
        <w:t>f 26677/11063/9722 26679/11064/9723 26675/11062/9721</w:t>
        <w:br/>
        <w:t>f 26678/11065/9724 26679/11064/9723 26680/11066/9725</w:t>
        <w:br/>
        <w:t>f 26682/11067/9726 26678/11065/9724 26680/11066/9725</w:t>
        <w:br/>
        <w:t>f 26681/11068/9727 26682/11067/9726 26680/11066/9725</w:t>
        <w:br/>
        <w:t>f 26684/11069/9728 26682/11067/9726 26681/11068/9727</w:t>
        <w:br/>
        <w:t>f 26683/11070/9729 26684/11069/9728 26681/11068/9727</w:t>
        <w:br/>
        <w:t>f 26686/11071/9730 26684/11069/9728 26683/11070/9729</w:t>
        <w:br/>
        <w:t>f 26685/11072/9731 26686/11071/9730 26683/11070/9729</w:t>
        <w:br/>
        <w:t>f 26688/11073/9732 26686/11071/9730 26685/11072/9731</w:t>
        <w:br/>
        <w:t>f 26687/11074/9733 26688/11073/9732 26685/11072/9731</w:t>
        <w:br/>
        <w:t>f 26690/11075/9734 26688/11073/9732 26687/11074/9733</w:t>
        <w:br/>
        <w:t>f 26689/11076/9735 26690/11075/9734 26687/11074/9733</w:t>
        <w:br/>
        <w:t>f 26692/11077/9736 26691/11078/9737 26690/11075/9734</w:t>
        <w:br/>
        <w:t>f 26689/11076/9735 26692/11077/9736 26690/11075/9734</w:t>
        <w:br/>
        <w:t>f 26694/11079/9738 26693/11080/9739 26691/11078/9737</w:t>
        <w:br/>
        <w:t>f 26692/11077/9736 26694/11079/9738 26691/11078/9737</w:t>
        <w:br/>
        <w:t>f 26696/11081/9740 26695/11082/9741 26693/11080/9739</w:t>
        <w:br/>
        <w:t>f 26694/11079/9738 26696/11081/9740 26693/11080/9739</w:t>
        <w:br/>
        <w:t>f 26698/11083/9742 26697/11084/9743 26695/11082/9741</w:t>
        <w:br/>
        <w:t>f 26696/11081/9740 26698/11083/9742 26695/11082/9741</w:t>
        <w:br/>
        <w:t>f 26702/11085/9744 26701/11086/9745 26700/11087/9746</w:t>
        <w:br/>
        <w:t>f 26699/11088/9747 26702/11085/9744 26700/11087/9746</w:t>
        <w:br/>
        <w:t>f 26701/11086/9745 26702/11085/9744 26704/11089/9748</w:t>
        <w:br/>
        <w:t>f 26703/11090/9749 26701/11086/9745 26704/11089/9748</w:t>
        <w:br/>
        <w:t>f 26703/11090/9749 26704/11089/9748 26706/11091/9750</w:t>
        <w:br/>
        <w:t>f 26705/11092/9751 26703/11090/9749 26706/11091/9750</w:t>
        <w:br/>
        <w:t>f 26710/11093/9752 26709/11094/9753 26708/11095/9754</w:t>
        <w:br/>
        <w:t>f 26707/11096/9755 26710/11093/9752 26708/11095/9754</w:t>
        <w:br/>
        <w:t>f 26714/11097/9756 26713/11098/9757 26712/11099/9758</w:t>
        <w:br/>
        <w:t>f 26711/11100/9759 26714/11097/9756 26712/11099/9758</w:t>
        <w:br/>
        <w:t>f 26713/11098/9757 26714/11097/9756 26716/11101/9760</w:t>
        <w:br/>
        <w:t>f 26715/11102/9761 26713/11098/9757 26716/11101/9760</w:t>
        <w:br/>
        <w:t>f 26597/10984/9642 26599/10985/9643 26600/10988/9646</w:t>
        <w:br/>
        <w:t>f 26718/11103/9762 26594/10980/9638 26717/11104/9763</w:t>
        <w:br/>
        <w:t>f 26719/11105/9764 26597/10984/9642 26601/10987/9645</w:t>
        <w:br/>
        <w:t>f 26718/11103/9765 26601/10987/9645 26604/10991/9649</w:t>
        <w:br/>
        <w:t>f 26720/11106/9766 26718/11103/9765 26604/10991/9649</w:t>
        <w:br/>
        <w:t>f 26607/10994/9652 26720/11106/9766 26604/10991/9649</w:t>
        <w:br/>
        <w:t>f 26721/11107/9767 26720/11106/9766 26607/10994/9652</w:t>
        <w:br/>
        <w:t>f 26721/11107/9767 26607/10994/9652 26611/10996/9654</w:t>
        <w:br/>
        <w:t>f 26615/10999/9657 26722/11108/9768 26721/11107/9767</w:t>
        <w:br/>
        <w:t>f 26614/11000/9658 26615/10999/9657 26721/11107/9767</w:t>
        <w:br/>
        <w:t>f 26722/11108/9768 26615/10999/9657 26617/11002/9661</w:t>
        <w:br/>
        <w:t>f 26619/11004/9663 26723/11109/9769 26722/11108/9768</w:t>
        <w:br/>
        <w:t>f 26617/11002/9661 26619/11004/9663 26722/11108/9768</w:t>
        <w:br/>
        <w:t>f 26723/11109/9769 26619/11004/9663 26621/11006/9665</w:t>
        <w:br/>
        <w:t>f 26623/11008/9667 26724/11110/9770 26723/11109/9769</w:t>
        <w:br/>
        <w:t>f 26621/11006/9665 26623/11008/9667 26723/11109/9769</w:t>
        <w:br/>
        <w:t>f 26724/11110/9770 26623/11008/9667 26625/11012/9671</w:t>
        <w:br/>
        <w:t>f 26629/11014/9673 26725/11111/9771 26724/11110/9770</w:t>
        <w:br/>
        <w:t>f 26625/11012/9671 26629/11014/9673 26724/11110/9770</w:t>
        <w:br/>
        <w:t>f 26725/11111/9771 26629/11014/9673 26631/11016/9675</w:t>
        <w:br/>
        <w:t>f 26631/11016/9675 26633/11018/9677 26726/11112/9772</w:t>
        <w:br/>
        <w:t>f 26725/11111/9771 26631/11016/9675 26726/11112/9772</w:t>
        <w:br/>
        <w:t>f 26726/11112/9772 26633/11018/9677 26635/11020/9679</w:t>
        <w:br/>
        <w:t>f 26726/11112/9772 26635/11020/9679 26638/11023/9682</w:t>
        <w:br/>
        <w:t>f 26726/11112/9772 26638/11023/9682 26640/11025/9684</w:t>
        <w:br/>
        <w:t>f 26726/11112/9772 26640/11025/9684 26642/11027/9686</w:t>
        <w:br/>
        <w:t>f 26644/11029/9688 26727/11113/9773 26726/11112/9772</w:t>
        <w:br/>
        <w:t>f 26642/11027/9686 26644/11029/9688 26726/11112/9772</w:t>
        <w:br/>
        <w:t>f 26727/11113/9773 26644/11029/9688 26646/11031/9690</w:t>
        <w:br/>
        <w:t>f 26727/11113/9773 26646/11031/9690 26647/11034/9693</w:t>
        <w:br/>
        <w:t>f 26727/11113/9773 26647/11034/9693 26650/11037/9696</w:t>
        <w:br/>
        <w:t>f 26653/11040/9699 26728/11114/9774 26727/11113/9773</w:t>
        <w:br/>
        <w:t>f 26650/11037/9696 26653/11040/9699 26727/11113/9773</w:t>
        <w:br/>
        <w:t>f 26729/11115/9775 26728/11114/9774 26653/11040/9699</w:t>
        <w:br/>
        <w:t>f 26656/11041/9700 26729/11115/9775 26653/11040/9699</w:t>
        <w:br/>
        <w:t>f 26729/11115/9775 26656/11041/9700 26658/11043/9702</w:t>
        <w:br/>
        <w:t>f 26658/11043/9702 26659/11046/9705 26730/11116/9776</w:t>
        <w:br/>
        <w:t>f 26729/11115/9775 26658/11043/9702 26730/11116/9776</w:t>
        <w:br/>
        <w:t>f 26730/11116/9776 26659/11046/9705 26662/11047/9706</w:t>
        <w:br/>
        <w:t>f 26730/11116/9776 26662/11047/9706 26665/11050/9709</w:t>
        <w:br/>
        <w:t>f 26667/11052/9711 26731/11117/9777 26730/11116/9776</w:t>
        <w:br/>
        <w:t>f 26665/11050/9709 26667/11052/9711 26730/11116/9776</w:t>
        <w:br/>
        <w:t>f 26731/11117/9777 26667/11052/9711 26670/11055/9714</w:t>
        <w:br/>
        <w:t>f 26733/11118/9778 26732/11119/9779 26731/11117/9777</w:t>
        <w:br/>
        <w:t>f 26670/11055/9714 26733/11118/9778 26731/11117/9777</w:t>
        <w:br/>
        <w:t>f 26734/11120/9780 26673/11059/9718 26675/11062/9721</w:t>
        <w:br/>
        <w:t>f 26732/11119/9781 26675/11062/9721 26678/11065/9724</w:t>
        <w:br/>
        <w:t>f 26682/11067/9726 26735/11121/9782 26732/11119/9781</w:t>
        <w:br/>
        <w:t>f 26678/11065/9724 26682/11067/9726 26732/11119/9781</w:t>
        <w:br/>
        <w:t>f 26735/11121/9782 26682/11067/9726 26684/11069/9728</w:t>
        <w:br/>
        <w:t>f 26735/11121/9782 26684/11069/9728 26686/11071/9730</w:t>
        <w:br/>
        <w:t>f 26735/11121/9782 26686/11071/9730 26688/11073/9732</w:t>
        <w:br/>
        <w:t>f 26690/11075/9734 26736/11122/9783 26735/11121/9782</w:t>
        <w:br/>
        <w:t>f 26688/11073/9732 26690/11075/9734 26735/11121/9782</w:t>
        <w:br/>
        <w:t>f 26736/11122/9783 26690/11075/9734 26691/11078/9737</w:t>
        <w:br/>
        <w:t>f 26693/11080/9739 26737/11123/9784 26736/11122/9783</w:t>
        <w:br/>
        <w:t>f 26691/11078/9737 26693/11080/9739 26736/11122/9783</w:t>
        <w:br/>
        <w:t>f 26737/11123/9784 26693/11080/9739 26695/11082/9741</w:t>
        <w:br/>
        <w:t>f 26697/11084/9743 26738/11124/9785 26737/11123/9784</w:t>
        <w:br/>
        <w:t>f 26695/11082/9741 26697/11084/9743 26737/11123/9784</w:t>
        <w:br/>
        <w:t>f 26739/11125/9786 26700/11087/9746 26701/11086/9745</w:t>
        <w:br/>
        <w:t>f 26703/11090/9749 26740/11126/9787 26701/11086/9745</w:t>
        <w:br/>
        <w:t>f 26705/11092/9751 26740/11126/9787 26703/11090/9749</w:t>
        <w:br/>
        <w:t>f 26742/11127/9788 26705/11092/9789 26707/11096/9755</w:t>
        <w:br/>
        <w:t>f 26741/11128/9790 26742/11127/9788 26707/11096/9755</w:t>
        <w:br/>
        <w:t>f 26713/11098/9757 26743/11129/9791 26712/11099/9758</w:t>
        <w:br/>
        <w:t>f 26715/11102/9761 26743/11129/9791 26713/11098/9757</w:t>
        <w:br/>
        <w:t>f 26746/11130/9792 26745/11131/9793 26744/11132/9794</w:t>
        <w:br/>
        <w:t>f 26750/11133/9795 26749/11134/9796 26748/11135/9797</w:t>
        <w:br/>
        <w:t>f 26747/11136/9798 26750/11133/9795 26748/11135/9797</w:t>
        <w:br/>
        <w:t>f 26752/11137/9799 26751/11138/9800 26745/11131/9793</w:t>
        <w:br/>
        <w:t>f 26755/11139/9801 26754/11140/9802 26753/11141/9803</w:t>
        <w:br/>
        <w:t>f 26756/11142/9804 26755/11139/9801 26753/11141/9803</w:t>
        <w:br/>
        <w:t>f 26750/11133/9795 26758/11143/9805 26757/11144/9806</w:t>
        <w:br/>
        <w:t>f 26715/11102/9761 26760/11145/9794 26759/11146/9807</w:t>
        <w:br/>
        <w:t>f 26743/11129/9791 26715/11102/9761 26759/11146/9807</w:t>
        <w:br/>
        <w:t>f 26761/11147/9792 26760/11145/9794 26715/11102/9761</w:t>
        <w:br/>
        <w:t>f 26716/11101/9760 26761/11147/9792 26715/11102/9761</w:t>
        <w:br/>
        <w:t>f 26765/11148/9808 26764/11149/9809 26763/11150/9794</w:t>
        <w:br/>
        <w:t>f 26762/11151/9793 26765/11148/9808 26763/11150/9794</w:t>
        <w:br/>
        <w:t>f 26767/11152/9810 26766/11153/9811 26765/11148/9808</w:t>
        <w:br/>
        <w:t>f 26762/11151/9793 26767/11152/9810 26765/11148/9808</w:t>
        <w:br/>
        <w:t>f 26766/11153/9811 26770/11154/9812 26769/11155/9798</w:t>
        <w:br/>
        <w:t>f 26768/11156/9813 26766/11153/9811 26769/11155/9798</w:t>
        <w:br/>
        <w:t>f 26768/11156/9813 26773/11157/9814 26772/11158/9815</w:t>
        <w:br/>
        <w:t>f 26771/11159/9816 26768/11156/9813 26772/11158/9815</w:t>
        <w:br/>
        <w:t>f 26771/11159/9816 26776/11160/9817 26775/11161/9818</w:t>
        <w:br/>
        <w:t>f 26774/11162/9818 26771/11159/9816 26775/11161/9818</w:t>
        <w:br/>
        <w:t>f 26774/11162/9818 26775/11161/9818 26778/11163/9819</w:t>
        <w:br/>
        <w:t>f 26777/11164/9819 26774/11162/9818 26778/11163/9819</w:t>
        <w:br/>
        <w:t>f 26777/11164/9819 26778/11163/9819 26780/11165/9820</w:t>
        <w:br/>
        <w:t>f 26779/11166/9821 26777/11164/9819 26780/11165/9820</w:t>
        <w:br/>
        <w:t>f 26783/11167/9822 26782/11168/9823 26781/11169/9824</w:t>
        <w:br/>
        <w:t>f 26746/11130/9792 26752/11137/9799 26745/11131/9793</w:t>
        <w:br/>
        <w:t>f 26750/11133/9795 26757/11144/9806 26784/11170/9825</w:t>
        <w:br/>
        <w:t>f 26787/11171/9826 26786/11172/9826 26785/11173/9827</w:t>
        <w:br/>
        <w:t>f 26791/11174/9635 26790/11175/9634 26789/11176/9828</w:t>
        <w:br/>
        <w:t>f 26788/11177/9829 26791/11174/9635 26789/11176/9828</w:t>
        <w:br/>
        <w:t>f 26776/11160/9817 26771/11159/9816 26772/11158/9815</w:t>
        <w:br/>
        <w:t>f 26795/11178/9830 26794/11179/9831 26793/11180/9831</w:t>
        <w:br/>
        <w:t>f 26792/11181/9832 26795/11178/9830 26793/11180/9831</w:t>
        <w:br/>
        <w:t>f 26798/11182/9833 26797/11183/9834 26796/11184/9834</w:t>
        <w:br/>
        <w:t>f 26773/11157/9814 26768/11156/9813 26769/11155/9798</w:t>
        <w:br/>
        <w:t>f 26755/11139/9801 26799/11185/9835 26754/11140/9802</w:t>
        <w:br/>
        <w:t>f 26754/11140/9836 26747/11136/9798 26798/11182/9837</w:t>
        <w:br/>
        <w:t>f 26752/11137/9799 26800/11186/9838 26751/11138/9800</w:t>
        <w:br/>
        <w:t>f 26770/11154/9812 26766/11153/9811 26767/11152/9810</w:t>
        <w:br/>
        <w:t>f 26751/11138/9800 26758/11143/9805 26750/11133/9795</w:t>
        <w:br/>
        <w:t>f 26788/11177/9839 26786/11172/9826 26787/11171/9826</w:t>
        <w:br/>
        <w:t>f 26751/11138/9800 26800/11186/9838 26758/11143/9805</w:t>
        <w:br/>
        <w:t>f 26802/11187/9840 26801/11188/9841 26708/11095/9842</w:t>
        <w:br/>
        <w:t>f 26711/11100/9759 26712/11099/9758 26803/11189/9843</w:t>
        <w:br/>
        <w:t>f 26709/11094/9844 26705/11092/9751 26706/11091/9750</w:t>
        <w:br/>
        <w:t>f 26707/11096/9755 26802/11187/9845 26803/11189/9843</w:t>
        <w:br/>
        <w:t>f 26712/11099/9758 26707/11096/9755 26803/11189/9843</w:t>
        <w:br/>
        <w:t>f 26741/11128/9790 26707/11096/9755 26712/11099/9758</w:t>
        <w:br/>
        <w:t>f 26743/11129/9791 26741/11128/9790 26712/11099/9758</w:t>
        <w:br/>
        <w:t>f 26806/11190/9846 26805/11191/9847 26804/11192/9848</w:t>
        <w:br/>
        <w:t>f 26809/11193/9849 26808/11194/9850 26807/11195/9851</w:t>
        <w:br/>
        <w:t>f 26810/11196/9852 26807/11195/9851 26808/11194/9850</w:t>
        <w:br/>
        <w:t>f 26812/11197/9853 26810/11196/9852 26808/11194/9850</w:t>
        <w:br/>
        <w:t>f 26811/11198/9854 26812/11197/9853 26808/11194/9850</w:t>
        <w:br/>
        <w:t>f 26811/11198/9854 26813/11199/9855 26812/11197/9853</w:t>
        <w:br/>
        <w:t>f 26816/11200/9856 26815/11201/9857 26814/11202/9858</w:t>
        <w:br/>
        <w:t>f 26816/11200/9856 26817/11203/9859 26815/11201/9857</w:t>
        <w:br/>
        <w:t>f 26819/11204/9860 26817/11203/9859 26816/11200/9856</w:t>
        <w:br/>
        <w:t>f 26818/11205/9861 26819/11204/9860 26816/11200/9856</w:t>
        <w:br/>
        <w:t>f 26818/11205/9861 26820/11206/9862 26819/11204/9860</w:t>
        <w:br/>
        <w:t>f 26822/11207/9863 26820/11206/9862 26818/11205/9861</w:t>
        <w:br/>
        <w:t>f 26821/11208/9864 26822/11207/9863 26818/11205/9861</w:t>
        <w:br/>
        <w:t>f 26825/11209/9865 26824/11210/9866 26823/11211/9865</w:t>
        <w:br/>
        <w:t>f 26824/11210/9867 26821/11208/9868 26827/11212/9869</w:t>
        <w:br/>
        <w:t>f 26826/11213/9870 26824/11210/9867 26827/11212/9869</w:t>
        <w:br/>
        <w:t>f 26827/11212/9869 26828/11214/9871 26826/11213/9870</w:t>
        <w:br/>
        <w:t>f 26828/11214/9872 26831/11215/9873 26830/11216/9874</w:t>
        <w:br/>
        <w:t>f 26829/11217/9875 26828/11214/9872 26830/11216/9874</w:t>
        <w:br/>
        <w:t>f 26829/11217/9875 26830/11216/9874 26833/11218/9876</w:t>
        <w:br/>
        <w:t>f 26832/11219/9877 26829/11217/9875 26833/11218/9876</w:t>
        <w:br/>
        <w:t>f 26832/11219/9877 26833/11218/9876 26835/11220/9878</w:t>
        <w:br/>
        <w:t>f 26834/11221/9879 26832/11219/9877 26835/11220/9878</w:t>
        <w:br/>
        <w:t>f 26834/11221/9879 26835/11220/9878 26837/11222/9880</w:t>
        <w:br/>
        <w:t>f 26836/11223/9881 26834/11221/9879 26837/11222/9880</w:t>
        <w:br/>
        <w:t>f 26836/11223/9881 26837/11222/9880 26839/11224/9882</w:t>
        <w:br/>
        <w:t>f 26838/11225/9883 26836/11223/9881 26839/11224/9882</w:t>
        <w:br/>
        <w:t>f 26839/11224/9882 26840/11226/9884 26838/11225/9883</w:t>
        <w:br/>
        <w:t>f 26842/11227/9885 26840/11226/9884 26839/11224/9882</w:t>
        <w:br/>
        <w:t>f 26841/11228/9886 26842/11227/9885 26839/11224/9882</w:t>
        <w:br/>
        <w:t>f 26841/11228/9886 26843/11229/9887 26842/11227/9885</w:t>
        <w:br/>
        <w:t>f 26843/11229/9887 26841/11228/9886 26845/11230/9888</w:t>
        <w:br/>
        <w:t>f 26844/11231/9889 26843/11229/9887 26845/11230/9888</w:t>
        <w:br/>
        <w:t>f 26844/11231/9889 26845/11230/9888 26847/11232/9890</w:t>
        <w:br/>
        <w:t>f 26846/11233/9891 26844/11231/9889 26847/11232/9890</w:t>
        <w:br/>
        <w:t>f 26846/11233/9891 26847/11232/9890 26849/11234/9892</w:t>
        <w:br/>
        <w:t>f 26848/11235/9893 26846/11233/9891 26849/11234/9892</w:t>
        <w:br/>
        <w:t>f 26848/11235/9893 26849/11234/9892 26851/11236/9894</w:t>
        <w:br/>
        <w:t>f 26850/11237/9895 26848/11235/9893 26851/11236/9894</w:t>
        <w:br/>
        <w:t>f 26851/11236/9894 26852/11238/9896 26850/11237/9895</w:t>
        <w:br/>
        <w:t>f 26852/11238/9896 26851/11236/9894 26854/11239/9897</w:t>
        <w:br/>
        <w:t>f 26853/11240/9898 26852/11238/9896 26854/11239/9897</w:t>
        <w:br/>
        <w:t>f 26853/11240/9898 26854/11239/9897 26856/11241/9899</w:t>
        <w:br/>
        <w:t>f 26855/11242/9900 26853/11240/9898 26856/11241/9899</w:t>
        <w:br/>
        <w:t>f 26855/11242/9900 26856/11241/9899 26858/11243/9901</w:t>
        <w:br/>
        <w:t>f 26857/11244/9902 26855/11242/9900 26858/11243/9901</w:t>
        <w:br/>
        <w:t>f 26857/11244/9902 26858/11243/9901 26860/11245/9903</w:t>
        <w:br/>
        <w:t>f 26859/11246/9904 26857/11244/9902 26860/11245/9903</w:t>
        <w:br/>
        <w:t>f 26859/11246/9904 26860/11245/9903 26862/11247/9905</w:t>
        <w:br/>
        <w:t>f 26861/11248/9906 26859/11246/9904 26862/11247/9905</w:t>
        <w:br/>
        <w:t>f 26864/11249/9907 26861/11248/9906 26862/11247/9905</w:t>
        <w:br/>
        <w:t>f 26863/11250/9908 26864/11249/9907 26862/11247/9905</w:t>
        <w:br/>
        <w:t>f 26863/11250/9908 26865/11251/9909 26864/11249/9907</w:t>
        <w:br/>
        <w:t>f 26867/11252/9910 26865/11251/9909 26863/11250/9908</w:t>
        <w:br/>
        <w:t>f 26866/11253/9911 26867/11252/9910 26863/11250/9908</w:t>
        <w:br/>
        <w:t>f 26866/11253/9911 26868/11254/9912 26867/11252/9910</w:t>
        <w:br/>
        <w:t>f 26870/11255/9913 26868/11254/9912 26866/11253/9911</w:t>
        <w:br/>
        <w:t>f 26869/11256/9914 26870/11255/9913 26866/11253/9911</w:t>
        <w:br/>
        <w:t>f 26870/11255/9913 26869/11256/9914 26872/11257/9915</w:t>
        <w:br/>
        <w:t>f 26871/11258/9916 26870/11255/9913 26872/11257/9915</w:t>
        <w:br/>
        <w:t>f 26871/11258/9916 26872/11257/9915 26874/11259/9917</w:t>
        <w:br/>
        <w:t>f 26873/11260/9918 26871/11258/9916 26874/11259/9917</w:t>
        <w:br/>
        <w:t>f 26874/11259/9917 26876/11261/9919 26875/11262/9920</w:t>
        <w:br/>
        <w:t>f 26873/11260/9918 26874/11259/9917 26875/11262/9920</w:t>
        <w:br/>
        <w:t>f 26875/11262/9920 26876/11261/9919 26878/11263/9921</w:t>
        <w:br/>
        <w:t>f 26877/11264/9922 26875/11262/9920 26878/11263/9921</w:t>
        <w:br/>
        <w:t>f 26878/11263/9921 26879/11265/9923 26877/11264/9922</w:t>
        <w:br/>
        <w:t>f 26879/11265/9923 26878/11263/9921 26881/11266/9924</w:t>
        <w:br/>
        <w:t>f 26880/11267/9925 26879/11265/9923 26881/11266/9924</w:t>
        <w:br/>
        <w:t>f 26883/11268/9926 26880/11267/9925 26881/11266/9924</w:t>
        <w:br/>
        <w:t>f 26882/11269/9927 26883/11268/9926 26881/11266/9924</w:t>
        <w:br/>
        <w:t>f 26882/11269/9927 26884/11270/9928 26883/11268/9926</w:t>
        <w:br/>
        <w:t>f 26884/11270/9928 26882/11269/9927 26886/11271/9929</w:t>
        <w:br/>
        <w:t>f 26885/11272/9930 26884/11270/9928 26886/11271/9929</w:t>
        <w:br/>
        <w:t>f 26885/11272/9930 26886/11271/9929 26888/11273/9931</w:t>
        <w:br/>
        <w:t>f 26887/11274/9932 26885/11272/9930 26888/11273/9931</w:t>
        <w:br/>
        <w:t>f 26888/11273/9931 26889/11275/9933 26887/11274/9932</w:t>
        <w:br/>
        <w:t>f 26889/11275/9933 26888/11273/9931 26891/11276/9934</w:t>
        <w:br/>
        <w:t>f 26890/11277/9935 26889/11275/9933 26891/11276/9934</w:t>
        <w:br/>
        <w:t>f 26891/11276/9934 26892/11278/9936 26890/11277/9935</w:t>
        <w:br/>
        <w:t>f 26894/11279/9937 26892/11278/9936 26891/11276/9934</w:t>
        <w:br/>
        <w:t>f 26893/11280/9938 26894/11279/9937 26891/11276/9934</w:t>
        <w:br/>
        <w:t>f 26893/11280/9938 26895/11281/9939 26894/11279/9937</w:t>
        <w:br/>
        <w:t>f 26897/11282/9940 26895/11281/9939 26893/11280/9938</w:t>
        <w:br/>
        <w:t>f 26896/11283/9941 26897/11282/9940 26893/11280/9938</w:t>
        <w:br/>
        <w:t>f 26896/11283/9941 26898/11284/9942 26897/11282/9940</w:t>
        <w:br/>
        <w:t>f 26898/11284/9942 26896/11283/9941 26900/11285/9943</w:t>
        <w:br/>
        <w:t>f 26899/11286/9944 26898/11284/9942 26900/11285/9943</w:t>
        <w:br/>
        <w:t>f 26899/11286/9944 26900/11285/9943 26902/11287/9945</w:t>
        <w:br/>
        <w:t>f 26901/11288/9946 26899/11286/9944 26902/11287/9945</w:t>
        <w:br/>
        <w:t>f 26901/11288/9946 26902/11287/9945 26904/11289/9947</w:t>
        <w:br/>
        <w:t>f 26903/11290/9948 26901/11288/9946 26904/11289/9947</w:t>
        <w:br/>
        <w:t>f 26903/11290/9948 26904/11289/9947 26906/11291/9949</w:t>
        <w:br/>
        <w:t>f 26905/11292/9950 26903/11290/9948 26906/11291/9949</w:t>
        <w:br/>
        <w:t>f 26905/11292/9950 26906/11291/9949 26908/11293/9951</w:t>
        <w:br/>
        <w:t>f 26907/11294/9952 26905/11292/9950 26908/11293/9951</w:t>
        <w:br/>
        <w:t>f 26910/11295/9953 26907/11294/9952 26908/11293/9951</w:t>
        <w:br/>
        <w:t>f 26909/11296/9954 26910/11295/9953 26908/11293/9951</w:t>
        <w:br/>
        <w:t>f 26912/11297/9955 26910/11295/9953 26909/11296/9954</w:t>
        <w:br/>
        <w:t>f 26911/11298/9956 26912/11297/9955 26909/11296/9954</w:t>
        <w:br/>
        <w:t>f 26914/11299/9957 26912/11297/9955 26911/11298/9956</w:t>
        <w:br/>
        <w:t>f 26913/11300/9958 26914/11299/9957 26911/11298/9956</w:t>
        <w:br/>
        <w:t>f 26918/11301/9959 26917/11302/9960 26916/11303/9960</w:t>
        <w:br/>
        <w:t>f 26915/11304/9961 26918/11301/9959 26916/11303/9960</w:t>
        <w:br/>
        <w:t>f 26915/11304/9961 26920/11305/9962 26919/11306/9963</w:t>
        <w:br/>
        <w:t>f 26918/11301/9959 26915/11304/9961 26919/11306/9963</w:t>
        <w:br/>
        <w:t>f 26920/11305/9962 26922/11307/9964 26921/11308/9965</w:t>
        <w:br/>
        <w:t>f 26919/11306/9963 26920/11305/9962 26921/11308/9965</w:t>
        <w:br/>
        <w:t>f 26926/11309/9966 26925/11310/9967 26924/11311/9968</w:t>
        <w:br/>
        <w:t>f 26923/11312/9969 26926/11309/9966 26924/11311/9968</w:t>
        <w:br/>
        <w:t>f 26930/11313/9970 26929/11314/9971 26928/11315/9972</w:t>
        <w:br/>
        <w:t>f 26927/11316/9973 26930/11313/9970 26928/11315/9972</w:t>
        <w:br/>
        <w:t>f 26927/11316/9973 26932/11317/9974 26931/11318/9975</w:t>
        <w:br/>
        <w:t>f 26930/11313/9970 26927/11316/9973 26931/11318/9975</w:t>
        <w:br/>
        <w:t>f 26811/11198/9854 26816/11200/9856 26814/11202/9858</w:t>
        <w:br/>
        <w:t>f 26813/11199/9855 26811/11198/9854 26814/11202/9858</w:t>
        <w:br/>
        <w:t>f 26934/11319/9976 26811/11198/9854 26933/11320/9977</w:t>
        <w:br/>
        <w:t>f 26934/11319/9976 26816/11200/9856 26811/11198/9854</w:t>
        <w:br/>
        <w:t>f 26934/11319/9976 26935/11321/9978 26818/11205/9861</w:t>
        <w:br/>
        <w:t>f 26816/11200/9856 26934/11319/9976 26818/11205/9861</w:t>
        <w:br/>
        <w:t>f 26821/11208/9864 26818/11205/9861 26935/11321/9978</w:t>
        <w:br/>
        <w:t>f 26937/11322/9979 26936/11323/9980 26935/11321/9981</w:t>
        <w:br/>
        <w:t>f 26938/11324/9982 26827/11212/9869 26821/11208/9868</w:t>
        <w:br/>
        <w:t>f 26937/11322/9979 26939/11325/9983 26830/11216/9874</w:t>
        <w:br/>
        <w:t>f 26831/11215/9873 26937/11322/9979 26830/11216/9874</w:t>
        <w:br/>
        <w:t>f 26939/11325/9983 26833/11218/9876 26830/11216/9874</w:t>
        <w:br/>
        <w:t>f 26939/11325/9983 26940/11326/9984 26835/11220/9878</w:t>
        <w:br/>
        <w:t>f 26833/11218/9876 26939/11325/9983 26835/11220/9878</w:t>
        <w:br/>
        <w:t>f 26940/11326/9984 26837/11222/9880 26835/11220/9878</w:t>
        <w:br/>
        <w:t>f 26940/11326/9984 26941/11327/9985 26839/11224/9882</w:t>
        <w:br/>
        <w:t>f 26837/11222/9880 26940/11326/9984 26839/11224/9882</w:t>
        <w:br/>
        <w:t>f 26941/11327/9985 26841/11228/9886 26839/11224/9882</w:t>
        <w:br/>
        <w:t>f 26941/11327/9985 26942/11328/9986 26845/11230/9888</w:t>
        <w:br/>
        <w:t>f 26841/11228/9886 26941/11327/9985 26845/11230/9888</w:t>
        <w:br/>
        <w:t>f 26942/11328/9986 26847/11232/9890 26845/11230/9888</w:t>
        <w:br/>
        <w:t>f 26847/11232/9890 26942/11328/9986 26943/11329/9987</w:t>
        <w:br/>
        <w:t>f 26849/11234/9892 26847/11232/9890 26943/11329/9987</w:t>
        <w:br/>
        <w:t>f 26943/11329/9987 26851/11236/9894 26849/11234/9892</w:t>
        <w:br/>
        <w:t>f 26943/11329/9987 26854/11239/9897 26851/11236/9894</w:t>
        <w:br/>
        <w:t>f 26943/11329/9987 26856/11241/9899 26854/11239/9897</w:t>
        <w:br/>
        <w:t>f 26943/11329/9987 26858/11243/9901 26856/11241/9899</w:t>
        <w:br/>
        <w:t>f 26943/11329/9987 26944/11330/9988 26860/11245/9903</w:t>
        <w:br/>
        <w:t>f 26858/11243/9901 26943/11329/9987 26860/11245/9903</w:t>
        <w:br/>
        <w:t>f 26944/11330/9988 26862/11247/9905 26860/11245/9903</w:t>
        <w:br/>
        <w:t>f 26944/11330/9988 26863/11250/9908 26862/11247/9905</w:t>
        <w:br/>
        <w:t>f 26944/11330/9988 26866/11253/9911 26863/11250/9908</w:t>
        <w:br/>
        <w:t>f 26944/11330/9988 26945/11331/9989 26869/11256/9914</w:t>
        <w:br/>
        <w:t>f 26866/11253/9911 26944/11330/9988 26869/11256/9914</w:t>
        <w:br/>
        <w:t>f 26946/11332/9990 26872/11257/9915 26869/11256/9914</w:t>
        <w:br/>
        <w:t>f 26945/11331/9989 26946/11332/9990 26869/11256/9914</w:t>
        <w:br/>
        <w:t>f 26946/11332/9990 26874/11259/9917 26872/11257/9915</w:t>
        <w:br/>
        <w:t>f 26874/11259/9917 26946/11332/9990 26947/11333/9991</w:t>
        <w:br/>
        <w:t>f 26876/11261/9919 26874/11259/9917 26947/11333/9991</w:t>
        <w:br/>
        <w:t>f 26947/11333/9991 26878/11263/9921 26876/11261/9919</w:t>
        <w:br/>
        <w:t>f 26947/11333/9991 26881/11266/9924 26878/11263/9921</w:t>
        <w:br/>
        <w:t>f 26947/11333/9991 26948/11334/9992 26882/11269/9927</w:t>
        <w:br/>
        <w:t>f 26881/11266/9924 26947/11333/9991 26882/11269/9927</w:t>
        <w:br/>
        <w:t>f 26948/11334/9992 26886/11271/9929 26882/11269/9927</w:t>
        <w:br/>
        <w:t>f 26948/11334/9992 26888/11273/9931 26886/11271/9929</w:t>
        <w:br/>
        <w:t>f 26949/11335/9993 26888/11273/9931 26948/11334/9992</w:t>
        <w:br/>
        <w:t>f 26950/11336/9994 26891/11276/9934 26888/11273/9931</w:t>
        <w:br/>
        <w:t>f 26950/11336/9994 26893/11280/9938 26891/11276/9934</w:t>
        <w:br/>
        <w:t>f 26949/11335/9993 26896/11283/9941 26893/11280/9938</w:t>
        <w:br/>
        <w:t>f 26951/11337/9995 26896/11283/9941 26949/11335/9993</w:t>
        <w:br/>
        <w:t>f 26951/11337/9995 26900/11285/9943 26896/11283/9941</w:t>
        <w:br/>
        <w:t>f 26951/11337/9995 26902/11287/9945 26900/11285/9943</w:t>
        <w:br/>
        <w:t>f 26951/11337/9995 26904/11289/9947 26902/11287/9945</w:t>
        <w:br/>
        <w:t>f 26951/11337/9995 26952/11338/9996 26906/11291/9949</w:t>
        <w:br/>
        <w:t>f 26904/11289/9947 26951/11337/9995 26906/11291/9949</w:t>
        <w:br/>
        <w:t>f 26952/11338/9996 26908/11293/9951 26906/11291/9949</w:t>
        <w:br/>
        <w:t>f 26952/11338/9996 26953/11339/9997 26909/11296/9954</w:t>
        <w:br/>
        <w:t>f 26908/11293/9951 26952/11338/9996 26909/11296/9954</w:t>
        <w:br/>
        <w:t>f 26953/11339/9997 26911/11298/9956 26909/11296/9954</w:t>
        <w:br/>
        <w:t>f 26953/11339/9997 26954/11340/9998 26913/11300/9958</w:t>
        <w:br/>
        <w:t>f 26911/11298/9956 26953/11339/9997 26913/11300/9958</w:t>
        <w:br/>
        <w:t>f 26915/11304/9961 26913/11300/9958 26954/11340/9998</w:t>
        <w:br/>
        <w:t>f 26955/11341/9999 26915/11304/9961 26954/11340/9998</w:t>
        <w:br/>
        <w:t>f 26920/11305/9962 26915/11304/9961 26955/11341/9999</w:t>
        <w:br/>
        <w:t>f 26922/11307/9964 26920/11305/9962 26955/11341/9999</w:t>
        <w:br/>
        <w:t>f 26922/11307/10000 26957/11342/10001 26956/11343/10002</w:t>
        <w:br/>
        <w:t>f 26925/11310/10003 26922/11307/10000 26956/11343/10002</w:t>
        <w:br/>
        <w:t>f 26927/11316/9973 26928/11315/9972 26958/11344/10004</w:t>
        <w:br/>
        <w:t>f 26927/11316/9973 26958/11344/10004 26959/11345/10005</w:t>
        <w:br/>
        <w:t>f 26932/11317/9974 26927/11316/9973 26959/11345/10005</w:t>
        <w:br/>
        <w:t>f 26962/11346/10006 26961/11347/10007 26960/11348/10008</w:t>
        <w:br/>
        <w:t>f 26965/11349/10009 26964/11350/10010 26963/11351/10011</w:t>
        <w:br/>
        <w:t>f 26967/11352/10012 26966/11353/10013 26960/11348/10008</w:t>
        <w:br/>
        <w:t>f 26970/11354/10014 26969/11355/10015 26968/11356/10016</w:t>
        <w:br/>
        <w:t>f 26971/11357/10017 26969/11355/10015 26970/11354/10014</w:t>
        <w:br/>
        <w:t>f 26963/11351/10011 26973/11358/10018 26972/11359/10019</w:t>
        <w:br/>
        <w:t>f 26932/11317/9974 26961/11347/10007 26962/11346/10006</w:t>
        <w:br/>
        <w:t>f 26931/11318/9975 26932/11317/9974 26962/11346/10006</w:t>
        <w:br/>
        <w:t>f 26977/11360/10020 26976/11361/10021 26975/11362/10022</w:t>
        <w:br/>
        <w:t>f 26974/11363/10007 26977/11360/10020 26975/11362/10022</w:t>
        <w:br/>
        <w:t>f 26979/11364/10023 26975/11362/10022 26976/11361/10021</w:t>
        <w:br/>
        <w:t>f 26978/11365/10024 26979/11364/10023 26976/11361/10021</w:t>
        <w:br/>
        <w:t>f 26982/11366/10025 26981/11367/10026 26978/11365/10024</w:t>
        <w:br/>
        <w:t>f 26980/11368/10027 26982/11366/10025 26978/11365/10024</w:t>
        <w:br/>
        <w:t>f 26980/11368/10027 26985/11369/10028 26984/11370/10029</w:t>
        <w:br/>
        <w:t>f 26983/11371/10030 26980/11368/10027 26984/11370/10029</w:t>
        <w:br/>
        <w:t>f 26988/11372/10031 26987/11373/10032 26986/11374/10033</w:t>
        <w:br/>
        <w:t>f 26985/11369/10028 26988/11372/10031 26986/11374/10033</w:t>
        <w:br/>
        <w:t>f 26991/11375/10034 26976/11361/10021 26990/11376/10035</w:t>
        <w:br/>
        <w:t>f 26989/11377/10036 26991/11375/10034 26990/11376/10035</w:t>
        <w:br/>
        <w:t>f 26995/11378/10037 26994/11379/10038 26993/11380/10039</w:t>
        <w:br/>
        <w:t>f 26992/11381/10040 26995/11378/10037 26993/11380/10039</w:t>
        <w:br/>
        <w:t>f 26994/11379/10038 26997/11382/10041 26996/11383/10042</w:t>
        <w:br/>
        <w:t>f 26993/11380/10039 26994/11379/10038 26996/11383/10042</w:t>
        <w:br/>
        <w:t>f 27001/11384/10043 27000/11385/10044 26999/11386/10045</w:t>
        <w:br/>
        <w:t>f 26998/11387/10046 27001/11384/10043 26999/11386/10045</w:t>
        <w:br/>
        <w:t>f 26997/11382/10041 27001/11384/10043 26998/11387/10046</w:t>
        <w:br/>
        <w:t>f 26996/11383/10042 26997/11382/10041 26998/11387/10046</w:t>
        <w:br/>
        <w:t>f 27003/11388/10047 27002/11389/10048 27001/11384/10043</w:t>
        <w:br/>
        <w:t>f 26997/11382/10041 27003/11388/10047 27001/11384/10043</w:t>
        <w:br/>
        <w:t>f 27003/11388/10047 27005/11390/10049 27004/11391/10050</w:t>
        <w:br/>
        <w:t>f 27002/11389/10048 27003/11388/10047 27004/11391/10050</w:t>
        <w:br/>
        <w:t>f 27002/11389/10048 27006/11392/10051 27000/11385/10044</w:t>
        <w:br/>
        <w:t>f 27001/11384/10043 27002/11389/10048 27000/11385/10044</w:t>
        <w:br/>
        <w:t>f 27004/11391/10050 27007/11393/10052 27006/11392/10051</w:t>
        <w:br/>
        <w:t>f 27002/11389/10048 27004/11391/10050 27006/11392/10051</w:t>
        <w:br/>
        <w:t>f 27008/11394/10053 27003/11388/10047 26997/11382/10041</w:t>
        <w:br/>
        <w:t>f 26994/11379/10038 27008/11394/10053 26997/11382/10041</w:t>
        <w:br/>
        <w:t>f 27005/11390/10049 27003/11388/10047 27008/11394/10053</w:t>
        <w:br/>
        <w:t>f 27009/11395/10054 27005/11390/10049 27008/11394/10053</w:t>
        <w:br/>
        <w:t>f 26991/11375/10034 27010/11396/10055 26978/11365/10024</w:t>
        <w:br/>
        <w:t>f 26976/11361/10021 26991/11375/10034 26978/11365/10024</w:t>
        <w:br/>
        <w:t>f 27014/11397/10056 27013/11398/10057 27012/11399/10058</w:t>
        <w:br/>
        <w:t>f 27011/11400/10059 27014/11397/10056 27012/11399/10058</w:t>
        <w:br/>
        <w:t>f 27017/11401/10060 27016/11402/10061 27012/11399/10058</w:t>
        <w:br/>
        <w:t>f 27015/11403/10062 27017/11401/10060 27012/11399/10058</w:t>
        <w:br/>
        <w:t>f 27015/11403/10062 27012/11399/10058 27013/11398/10057</w:t>
        <w:br/>
        <w:t>f 26995/11378/10037 27015/11403/10062 27013/11398/10057</w:t>
        <w:br/>
        <w:t>f 27020/11404/10063 27011/11400/10059 27019/11405/10064</w:t>
        <w:br/>
        <w:t>f 27018/11406/10065 27020/11404/10063 27019/11405/10064</w:t>
        <w:br/>
        <w:t>f 27011/11400/10059 27012/11399/10058 27016/11402/10061</w:t>
        <w:br/>
        <w:t>f 27019/11405/10064 27011/11400/10059 27016/11402/10061</w:t>
        <w:br/>
        <w:t>f 27021/11407/10066 27014/11397/10056 27011/11400/10059</w:t>
        <w:br/>
        <w:t>f 27020/11404/10063 27021/11407/10066 27011/11400/10059</w:t>
        <w:br/>
        <w:t>f 26995/11378/10037 26992/11381/10040 27022/11408/10067</w:t>
        <w:br/>
        <w:t>f 27015/11403/10062 26995/11378/10037 27022/11408/10067</w:t>
        <w:br/>
        <w:t>f 27026/11409/10068 27025/11410/10069 27024/11411/10070</w:t>
        <w:br/>
        <w:t>f 27023/11412/10071 27026/11409/10068 27024/11411/10070</w:t>
        <w:br/>
        <w:t>f 27024/11411/10070 26989/11377/10036 26990/11376/10035</w:t>
        <w:br/>
        <w:t>f 27023/11412/10071 27024/11411/10070 26990/11376/10035</w:t>
        <w:br/>
        <w:t>f 27015/11403/10062 27022/11408/10067 27027/11413/10072</w:t>
        <w:br/>
        <w:t>f 27017/11401/10060 27015/11403/10062 27027/11413/10072</w:t>
        <w:br/>
        <w:t>f 27029/11414/10073 27028/11415/10074 24797/10096/8873</w:t>
        <w:br/>
        <w:t>f 24794/10099/8876 27029/11414/10073 24797/10096/8873</w:t>
        <w:br/>
        <w:t>f 27030/11416/10075 24799/10100/8877 24797/10096/8873</w:t>
        <w:br/>
        <w:t>f 27028/11415/10074 27030/11416/10075 24797/10096/8873</w:t>
        <w:br/>
        <w:t>f 27029/11414/10073 24794/10099/8876 24801/10102/8879</w:t>
        <w:br/>
        <w:t>f 27031/11417/10076 27029/11414/10073 24801/10102/8879</w:t>
        <w:br/>
        <w:t>f 27030/11416/10075 27032/11418/10077 24803/10104/8881</w:t>
        <w:br/>
        <w:t>f 24799/10100/8877 27030/11416/10075 24803/10104/8881</w:t>
        <w:br/>
        <w:t>f 27033/11419/10078 24805/10106/8883 24803/10104/8881</w:t>
        <w:br/>
        <w:t>f 27032/11418/10077 27033/11419/10078 24803/10104/8881</w:t>
        <w:br/>
        <w:t>f 27035/11420/10079 27034/11421/10080 27030/11416/10075</w:t>
        <w:br/>
        <w:t>f 27028/11415/10074 27035/11420/10079 27030/11416/10075</w:t>
        <w:br/>
        <w:t>f 27039/11422/10081 27038/11423/10082 27037/11424/10083</w:t>
        <w:br/>
        <w:t>f 27036/11425/10084 27039/11422/10081 27037/11424/10083</w:t>
        <w:br/>
        <w:t>f 27043/11426/10085 27042/11427/10086 27041/11428/10087</w:t>
        <w:br/>
        <w:t>f 27040/11429/10088 27043/11426/10085 27041/11428/10087</w:t>
        <w:br/>
        <w:t>f 27045/11430/10089 27043/11426/10085 27040/11429/10088</w:t>
        <w:br/>
        <w:t>f 27044/11431/10090 27045/11430/10089 27040/11429/10088</w:t>
        <w:br/>
        <w:t>f 27044/11431/10090 27047/11432/10091 27046/11433/10092</w:t>
        <w:br/>
        <w:t>f 27045/11430/10089 27044/11431/10090 27046/11433/10092</w:t>
        <w:br/>
        <w:t>f 27051/11434/10093 27050/11435/10094 27049/11436/10095</w:t>
        <w:br/>
        <w:t>f 27048/11437/10096 27051/11434/10093 27049/11436/10095</w:t>
        <w:br/>
        <w:t>f 27048/11437/10096 27053/11438/10097 27052/11439/10098</w:t>
        <w:br/>
        <w:t>f 27051/11434/10093 27048/11437/10096 27052/11439/10098</w:t>
        <w:br/>
        <w:t>f 27043/11426/10085 27045/11430/10089 27055/11440/10099</w:t>
        <w:br/>
        <w:t>f 27054/11441/10100 27043/11426/10085 27055/11440/10099</w:t>
        <w:br/>
        <w:t>f 27045/11430/10089 27046/11433/10092 27056/11442/10101</w:t>
        <w:br/>
        <w:t>f 27055/11440/10099 27045/11430/10089 27056/11442/10101</w:t>
        <w:br/>
        <w:t>f 27058/11443/10102 27056/11442/10101 27046/11433/10092</w:t>
        <w:br/>
        <w:t>f 27057/11444/10103 27058/11443/10102 27046/11433/10092</w:t>
        <w:br/>
        <w:t>f 27060/11445/10104 27059/11446/10105 26987/11373/10032</w:t>
        <w:br/>
        <w:t>f 26988/11372/10031 27060/11445/10104 26987/11373/10032</w:t>
        <w:br/>
        <w:t>f 27060/11445/10104 27042/11427/10086 27061/11447/10106</w:t>
        <w:br/>
        <w:t>f 27059/11446/10105 27060/11445/10104 27061/11447/10106</w:t>
        <w:br/>
        <w:t>f 27042/11427/10086 27060/11445/10104 27062/11448/10107</w:t>
        <w:br/>
        <w:t>f 27041/11428/10087 27042/11427/10086 27062/11448/10107</w:t>
        <w:br/>
        <w:t>f 27063/11449/10108 27062/11448/10107 27060/11445/10104</w:t>
        <w:br/>
        <w:t>f 26988/11372/10031 27063/11449/10108 27060/11445/10104</w:t>
        <w:br/>
        <w:t>f 27053/11438/10097 27065/11450/10109 27064/11451/10110</w:t>
        <w:br/>
        <w:t>f 27052/11439/10098 27053/11438/10097 27064/11451/10110</w:t>
        <w:br/>
        <w:t>f 27052/11439/10098 27064/11451/10110 27067/11452/10111</w:t>
        <w:br/>
        <w:t>f 27066/11453/10112 27052/11439/10098 27067/11452/10111</w:t>
        <w:br/>
        <w:t>f 27066/11453/10112 27067/11452/10111 27069/11454/10113</w:t>
        <w:br/>
        <w:t>f 27068/11455/10114 27066/11453/10112 27069/11454/10113</w:t>
        <w:br/>
        <w:t>f 27073/11456/10115 27072/11457/10116 27071/11458/10117</w:t>
        <w:br/>
        <w:t>f 27070/11459/10118 27073/11456/10115 27071/11458/10117</w:t>
        <w:br/>
        <w:t>f 27075/11460/10119 27066/11453/10112 27068/11455/10114</w:t>
        <w:br/>
        <w:t>f 27074/11461/10120 27075/11460/10119 27068/11455/10114</w:t>
        <w:br/>
        <w:t>f 27072/11457/10116 27077/11462/10121 27076/11463/10122</w:t>
        <w:br/>
        <w:t>f 27071/11458/10117 27072/11457/10116 27076/11463/10122</w:t>
        <w:br/>
        <w:t>f 27067/11452/10111 27079/11464/10123 27078/11465/10124</w:t>
        <w:br/>
        <w:t>f 27069/11454/10113 27067/11452/10111 27078/11465/10124</w:t>
        <w:br/>
        <w:t>f 27038/11423/10082 27039/11422/10081 27080/11466/10125</w:t>
        <w:br/>
        <w:t>f 27079/11464/10123 27038/11423/10082 27080/11466/10125</w:t>
        <w:br/>
        <w:t>f 27064/11451/10110 27038/11423/10082 27079/11464/10123</w:t>
        <w:br/>
        <w:t>f 27067/11452/10111 27064/11451/10110 27079/11464/10123</w:t>
        <w:br/>
        <w:t>f 27084/11467/10126 27083/11468/10127 27082/11469/10128</w:t>
        <w:br/>
        <w:t>f 27081/11470/10129 27084/11467/10126 27082/11469/10128</w:t>
        <w:br/>
        <w:t>f 27083/11468/10127 27086/11471/10130 27085/11472/10131</w:t>
        <w:br/>
        <w:t>f 27082/11469/10128 27083/11468/10127 27085/11472/10131</w:t>
        <w:br/>
        <w:t>f 27083/11468/10127 27087/11473/10132 27086/11471/10130</w:t>
        <w:br/>
        <w:t>f 27066/11453/10112 27075/11460/10119 27051/11434/10093</w:t>
        <w:br/>
        <w:t>f 27052/11439/10098 27066/11453/10112 27051/11434/10093</w:t>
        <w:br/>
        <w:t>f 27038/11423/10082 27064/11451/10110 27065/11450/10109</w:t>
        <w:br/>
        <w:t>f 27037/11424/10083 27038/11423/10082 27065/11450/10109</w:t>
        <w:br/>
        <w:t>f 27089/11474/10133 27039/11422/10081 27036/11425/10084</w:t>
        <w:br/>
        <w:t>f 27088/11475/10134 27089/11474/10133 27036/11425/10084</w:t>
        <w:br/>
        <w:t>f 27090/11476/10135 27080/11466/10125 27039/11422/10081</w:t>
        <w:br/>
        <w:t>f 27089/11474/10133 27090/11476/10135 27039/11422/10081</w:t>
        <w:br/>
        <w:t>f 27080/11466/10125 27090/11476/10135 27091/11477/10136</w:t>
        <w:br/>
        <w:t>f 27086/11471/10130 27080/11466/10125 27091/11477/10136</w:t>
        <w:br/>
        <w:t>f 27086/11471/10130 27091/11477/10136 27092/11478/10137</w:t>
        <w:br/>
        <w:t>f 27085/11472/10131 27086/11471/10130 27092/11478/10137</w:t>
        <w:br/>
        <w:t>f 27096/11479/10138 27095/11480/10139 27094/11481/10140</w:t>
        <w:br/>
        <w:t>f 27093/11482/10141 27096/11479/10138 27094/11481/10140</w:t>
        <w:br/>
        <w:t>f 27098/11483/10142 27094/11481/10140 27095/11480/10139</w:t>
        <w:br/>
        <w:t>f 27097/11484/10143 27098/11483/10142 27095/11480/10139</w:t>
        <w:br/>
        <w:t>f 27092/11478/10137 27096/11479/10138 27093/11482/10141</w:t>
        <w:br/>
        <w:t>f 27099/11485/10144 27092/11478/10137 27093/11482/10141</w:t>
        <w:br/>
        <w:t>f 27005/11390/10049 27097/11484/10143 27095/11480/10139</w:t>
        <w:br/>
        <w:t>f 27004/11391/10050 27005/11390/10049 27095/11480/10139</w:t>
        <w:br/>
        <w:t>f 27007/11393/10052 27004/11391/10050 27095/11480/10139</w:t>
        <w:br/>
        <w:t>f 27096/11479/10138 27007/11393/10052 27095/11480/10139</w:t>
        <w:br/>
        <w:t>f 27096/11479/10138 27092/11478/10137 27091/11477/10136</w:t>
        <w:br/>
        <w:t>f 27007/11393/10052 27096/11479/10138 27091/11477/10136</w:t>
        <w:br/>
        <w:t>f 27101/11486/10145 27100/11487/10146 27081/11470/10129</w:t>
        <w:br/>
        <w:t>f 27082/11469/10128 27101/11486/10145 27081/11470/10129</w:t>
        <w:br/>
        <w:t>f 27082/11469/10128 27085/11472/10131 27102/11488/10147</w:t>
        <w:br/>
        <w:t>f 27101/11486/10145 27082/11469/10128 27102/11488/10147</w:t>
        <w:br/>
        <w:t>f 27102/11488/10147 27099/11485/10144 27104/11489/10148</w:t>
        <w:br/>
        <w:t>f 27103/11490/10149 27102/11488/10147 27104/11489/10148</w:t>
        <w:br/>
        <w:t>f 27099/11485/10144 27102/11488/10147 27085/11472/10131</w:t>
        <w:br/>
        <w:t>f 27092/11478/10137 27099/11485/10144 27085/11472/10131</w:t>
        <w:br/>
        <w:t>f 27007/11393/10052 27091/11477/10136 27090/11476/10135</w:t>
        <w:br/>
        <w:t>f 27006/11392/10051 27007/11393/10052 27090/11476/10135</w:t>
        <w:br/>
        <w:t>f 27089/11474/10133 27000/11385/10044 27006/11392/10051</w:t>
        <w:br/>
        <w:t>f 27090/11476/10135 27089/11474/10133 27006/11392/10051</w:t>
        <w:br/>
        <w:t>f 27000/11385/10044 27089/11474/10133 27088/11475/10134</w:t>
        <w:br/>
        <w:t>f 26999/11386/10045 27000/11385/10044 27088/11475/10134</w:t>
        <w:br/>
        <w:t>f 27021/11407/10066 27105/11491/10150 27098/11483/10142</w:t>
        <w:br/>
        <w:t>f 27097/11484/10143 27021/11407/10066 27098/11483/10142</w:t>
        <w:br/>
        <w:t>f 27107/11492/10151 27098/11483/10142 27105/11491/10150</w:t>
        <w:br/>
        <w:t>f 27106/11493/10152 27107/11492/10151 27105/11491/10150</w:t>
        <w:br/>
        <w:t>f 27109/11494/10153 27108/11495/10154 27107/11492/10151</w:t>
        <w:br/>
        <w:t>f 27106/11493/10152 27109/11494/10153 27107/11492/10151</w:t>
        <w:br/>
        <w:t>f 27013/11398/10057 27014/11397/10056 27009/11395/10054</w:t>
        <w:br/>
        <w:t>f 27008/11394/10053 27013/11398/10057 27009/11395/10054</w:t>
        <w:br/>
        <w:t>f 27008/11394/10053 26994/11379/10038 26995/11378/10037</w:t>
        <w:br/>
        <w:t>f 27013/11398/10057 27008/11394/10053 26995/11378/10037</w:t>
        <w:br/>
        <w:t>f 27009/11395/10054 27021/11407/10066 27097/11484/10143</w:t>
        <w:br/>
        <w:t>f 27097/11484/10143 27005/11390/10049 27009/11395/10054</w:t>
        <w:br/>
        <w:t>f 27057/11444/10103 27111/11496/10155 27110/11497/10156</w:t>
        <w:br/>
        <w:t>f 27058/11443/10102 27057/11444/10103 27110/11497/10156</w:t>
        <w:br/>
        <w:t>f 27113/11498/10157 27112/11499/10158 27110/11497/10156</w:t>
        <w:br/>
        <w:t>f 27111/11496/10155 27113/11498/10157 27110/11497/10156</w:t>
        <w:br/>
        <w:t>f 27112/11499/10158 27113/11498/10157 27115/11500/10159</w:t>
        <w:br/>
        <w:t>f 27114/11501/10160 27112/11499/10158 27115/11500/10159</w:t>
        <w:br/>
        <w:t>f 27119/11502/10161 27118/11503/10162 27117/11504/10163</w:t>
        <w:br/>
        <w:t>f 27116/11505/10164 27119/11502/10161 27117/11504/10163</w:t>
        <w:br/>
        <w:t>f 27117/11504/10163 27121/11506/10165 27120/11507/10166</w:t>
        <w:br/>
        <w:t>f 27116/11505/10164 27117/11504/10163 27120/11507/10166</w:t>
        <w:br/>
        <w:t>f 27113/11498/10157 27123/11508/10167 27122/11509/10168</w:t>
        <w:br/>
        <w:t>f 27115/11500/10159 27113/11498/10157 27122/11509/10168</w:t>
        <w:br/>
        <w:t>f 27111/11496/10155 27124/11510/10169 27123/11508/10167</w:t>
        <w:br/>
        <w:t>f 27113/11498/10157 27111/11496/10155 27123/11508/10167</w:t>
        <w:br/>
        <w:t>f 27125/11511/10170 27124/11510/10169 27111/11496/10155</w:t>
        <w:br/>
        <w:t>f 27057/11444/10103 27125/11511/10170 27111/11496/10155</w:t>
        <w:br/>
        <w:t>f 27017/11401/10060 27027/11413/10072 27127/11512/10171</w:t>
        <w:br/>
        <w:t>f 27126/11513/10172 27017/11401/10060 27127/11512/10171</w:t>
        <w:br/>
        <w:t>f 24900/10203/8980 24901/10202/8979 27126/11513/10172</w:t>
        <w:br/>
        <w:t>f 27127/11512/10171 24900/10203/8980 27126/11513/10172</w:t>
        <w:br/>
        <w:t>f 24904/10204/8981 27129/11514/10173 27128/11515/10174</w:t>
        <w:br/>
        <w:t>f 27128/11515/10174 27129/11514/10173 27025/11410/10069</w:t>
        <w:br/>
        <w:t>f 27026/11409/10068 27128/11515/10174 27025/11410/10069</w:t>
        <w:br/>
        <w:t>f 27131/11516/10175 27028/11415/10074 27029/11414/10073</w:t>
        <w:br/>
        <w:t>f 27130/11517/10176 27131/11516/10175 27029/11414/10073</w:t>
        <w:br/>
        <w:t>f 27133/11518/10177 27131/11516/10175 27130/11517/10176</w:t>
        <w:br/>
        <w:t>f 27132/11519/10178 27133/11518/10177 27130/11517/10176</w:t>
        <w:br/>
        <w:t>f 27135/11520/10179 27133/11518/10177 27132/11519/10178</w:t>
        <w:br/>
        <w:t>f 27134/11521/10180 27135/11520/10179 27132/11519/10178</w:t>
        <w:br/>
        <w:t>f 27120/11507/10166 27137/11522/10181 27136/11523/10182</w:t>
        <w:br/>
        <w:t>f 27116/11505/10164 27120/11507/10166 27136/11523/10182</w:t>
        <w:br/>
        <w:t>f 26988/11372/10031 26985/11369/10028 27138/11524/10183</w:t>
        <w:br/>
        <w:t>f 27063/11449/10108 26988/11372/10031 27138/11524/10183</w:t>
        <w:br/>
        <w:t>f 26985/11369/10028 26980/11368/10027 27139/11525/10184</w:t>
        <w:br/>
        <w:t>f 27138/11524/10183 26985/11369/10028 27139/11525/10184</w:t>
        <w:br/>
        <w:t>f 26980/11368/10027 26978/11365/10024 27010/11396/10055</w:t>
        <w:br/>
        <w:t>f 27139/11525/10184 26980/11368/10027 27010/11396/10055</w:t>
        <w:br/>
        <w:t>f 27035/11420/10079 27028/11415/10074 27131/11516/10175</w:t>
        <w:br/>
        <w:t>f 27076/11463/10122 27035/11420/10079 27131/11516/10175</w:t>
        <w:br/>
        <w:t>f 27070/11459/10118 27071/11458/10117 27133/11518/10177</w:t>
        <w:br/>
        <w:t>f 27135/11520/10179 27070/11459/10118 27133/11518/10177</w:t>
        <w:br/>
        <w:t>f 27071/11458/10117 27076/11463/10122 27131/11516/10175</w:t>
        <w:br/>
        <w:t>f 27133/11518/10177 27071/11458/10117 27131/11516/10175</w:t>
        <w:br/>
        <w:t>f 27081/11470/10129 27100/11487/10146 27140/11526/10185</w:t>
        <w:br/>
        <w:t>f 27034/11421/10080 27081/11470/10129 27140/11526/10185</w:t>
        <w:br/>
        <w:t>f 27140/11526/10185 27100/11487/10146 27142/11527/10186</w:t>
        <w:br/>
        <w:t>f 27141/11528/10187 27140/11526/10185 27142/11527/10186</w:t>
        <w:br/>
        <w:t>f 27084/11467/10126 27081/11470/10129 27034/11421/10080</w:t>
        <w:br/>
        <w:t>f 27035/11420/10079 27084/11467/10126 27034/11421/10080</w:t>
        <w:br/>
        <w:t>f 27032/11418/10077 27030/11416/10075 27034/11421/10080</w:t>
        <w:br/>
        <w:t>f 27140/11526/10185 27032/11418/10077 27034/11421/10080</w:t>
        <w:br/>
        <w:t>f 27033/11419/10078 27141/11528/10187 27144/11529/10188</w:t>
        <w:br/>
        <w:t>f 27143/11530/10189 27033/11419/10078 27144/11529/10188</w:t>
        <w:br/>
        <w:t>f 27141/11528/10187 27142/11527/10186 27145/11531/10190</w:t>
        <w:br/>
        <w:t>f 27144/11529/10188 27141/11528/10187 27145/11531/10190</w:t>
        <w:br/>
        <w:t>f 27032/11418/10077 27140/11526/10185 27141/11528/10187</w:t>
        <w:br/>
        <w:t>f 27033/11419/10078 27032/11418/10077 27141/11528/10187</w:t>
        <w:br/>
        <w:t>f 27042/11427/10086 27043/11426/10085 27054/11441/10100</w:t>
        <w:br/>
        <w:t>f 27061/11447/10106 27042/11427/10086 27054/11441/10100</w:t>
        <w:br/>
        <w:t>f 27147/11532/10191 27146/11533/10192 24922/10225/9002</w:t>
        <w:br/>
        <w:t>f 24923/10224/9001 27147/11532/10191 24922/10225/9002</w:t>
        <w:br/>
        <w:t>f 27146/11533/10192 27148/11534/10193 24926/10227/9004</w:t>
        <w:br/>
        <w:t>f 24922/10225/9002 27146/11533/10192 24926/10227/9004</w:t>
        <w:br/>
        <w:t>f 24901/10202/8979 24926/10227/9004 27148/11534/10193</w:t>
        <w:br/>
        <w:t>f 27126/11513/10172 24901/10202/8979 27148/11534/10193</w:t>
        <w:br/>
        <w:t>f 27150/11535/10194 27020/11404/10063 27018/11406/10065</w:t>
        <w:br/>
        <w:t>f 27149/11536/10195 27150/11535/10194 27018/11406/10065</w:t>
        <w:br/>
        <w:t>f 27149/11536/10195 27018/11406/10065 27147/11532/10191</w:t>
        <w:br/>
        <w:t>f 27151/11537/10196 27149/11536/10195 27147/11532/10191</w:t>
        <w:br/>
        <w:t>f 27153/11538/10197 27150/11535/10194 27149/11536/10195</w:t>
        <w:br/>
        <w:t>f 27152/11539/10198 27153/11538/10197 27149/11536/10195</w:t>
        <w:br/>
        <w:t>f 27105/11491/10150 27021/11407/10066 27020/11404/10063</w:t>
        <w:br/>
        <w:t>f 27150/11535/10194 27105/11491/10150 27020/11404/10063</w:t>
        <w:br/>
        <w:t>f 27018/11406/10065 27019/11405/10064 27146/11533/10192</w:t>
        <w:br/>
        <w:t>f 27147/11532/10191 27018/11406/10065 27146/11533/10192</w:t>
        <w:br/>
        <w:t>f 27019/11405/10064 27016/11402/10061 27148/11534/10193</w:t>
        <w:br/>
        <w:t>f 27146/11533/10192 27019/11405/10064 27148/11534/10193</w:t>
        <w:br/>
        <w:t>f 27016/11402/10061 27017/11401/10060 27126/11513/10172</w:t>
        <w:br/>
        <w:t>f 27148/11534/10193 27016/11402/10061 27126/11513/10172</w:t>
        <w:br/>
        <w:t>f 27154/11540/10199 27094/11481/10140 27098/11483/10142</w:t>
        <w:br/>
        <w:t>f 27107/11492/10151 27154/11540/10199 27098/11483/10142</w:t>
        <w:br/>
        <w:t>f 27094/11481/10140 27154/11540/10199 27155/11541/10200</w:t>
        <w:br/>
        <w:t>f 27093/11482/10141 27094/11481/10140 27155/11541/10200</w:t>
        <w:br/>
        <w:t>f 27157/11542/10201 27156/11543/10202 27155/11541/10200</w:t>
        <w:br/>
        <w:t>f 27154/11540/10199 27157/11542/10201 27155/11541/10200</w:t>
        <w:br/>
        <w:t>f 27155/11541/10200 27104/11489/10148 27099/11485/10144</w:t>
        <w:br/>
        <w:t>f 27093/11482/10141 27155/11541/10200 27099/11485/10144</w:t>
        <w:br/>
        <w:t>f 27156/11543/10202 27158/11544/10203 27104/11489/10148</w:t>
        <w:br/>
        <w:t>f 27155/11541/10200 27156/11543/10202 27104/11489/10148</w:t>
        <w:br/>
        <w:t>f 27161/11545/10204 27103/11490/10149 27160/11546/10205</w:t>
        <w:br/>
        <w:t>f 27159/11547/10206 27161/11545/10204 27160/11546/10205</w:t>
        <w:br/>
        <w:t>f 27142/11527/10186 27161/11545/10204 27159/11547/10206</w:t>
        <w:br/>
        <w:t>f 27145/11531/10190 27142/11527/10186 27159/11547/10206</w:t>
        <w:br/>
        <w:t>f 27100/11487/10146 27101/11486/10145 27161/11545/10204</w:t>
        <w:br/>
        <w:t>f 27142/11527/10186 27100/11487/10146 27161/11545/10204</w:t>
        <w:br/>
        <w:t>f 27101/11486/10145 27102/11488/10147 27103/11490/10149</w:t>
        <w:br/>
        <w:t>f 27161/11545/10204 27101/11486/10145 27103/11490/10149</w:t>
        <w:br/>
        <w:t>f 27103/11490/10149 27104/11489/10148 27158/11544/10203</w:t>
        <w:br/>
        <w:t>f 27160/11546/10205 27103/11490/10149 27158/11544/10203</w:t>
        <w:br/>
        <w:t>f 27154/11540/10199 27107/11492/10151 27108/11495/10154</w:t>
        <w:br/>
        <w:t>f 27157/11542/10201 27154/11540/10199 27108/11495/10154</w:t>
        <w:br/>
        <w:t>f 27143/11530/10189 24940/10242/9019 24805/10106/8883</w:t>
        <w:br/>
        <w:t>f 27033/11419/10078 27143/11530/10189 24805/10106/8883</w:t>
        <w:br/>
        <w:t>f 24944/10243/9020 24941/10246/9023 27163/11548/10207</w:t>
        <w:br/>
        <w:t>f 27162/11549/10208 24944/10243/9020 27163/11548/10207</w:t>
        <w:br/>
        <w:t>f 27152/11539/10198 27149/11536/10195 27151/11537/10196</w:t>
        <w:br/>
        <w:t>f 27162/11549/10208 27152/11539/10198 27151/11537/10196</w:t>
        <w:br/>
        <w:t>f 27164/11550/10209 27152/11539/10198 27162/11549/10208</w:t>
        <w:br/>
        <w:t>f 27163/11548/10207 27164/11550/10209 27162/11549/10208</w:t>
        <w:br/>
        <w:t>f 27165/11551/10210 27153/11538/10197 27152/11539/10198</w:t>
        <w:br/>
        <w:t>f 27164/11550/10209 27165/11551/10210 27152/11539/10198</w:t>
        <w:br/>
        <w:t>f 27106/11493/10152 27105/11491/10150 27150/11535/10194</w:t>
        <w:br/>
        <w:t>f 27153/11538/10197 27106/11493/10152 27150/11535/10194</w:t>
        <w:br/>
        <w:t>f 27109/11494/10153 27106/11493/10152 27153/11538/10197</w:t>
        <w:br/>
        <w:t>f 27165/11551/10210 27109/11494/10153 27153/11538/10197</w:t>
        <w:br/>
        <w:t>f 24923/10224/9001 24947/10249/9026 27151/11537/10196</w:t>
        <w:br/>
        <w:t>f 27147/11532/10191 24923/10224/9001 27151/11537/10196</w:t>
        <w:br/>
        <w:t>f 27162/11549/10208 27151/11537/10196 24947/10249/9026</w:t>
        <w:br/>
        <w:t>f 24944/10243/9020 27162/11549/10208 24947/10249/9026</w:t>
        <w:br/>
        <w:t>f 27169/11552/10211 27168/11553/10212 27167/11554/10213</w:t>
        <w:br/>
        <w:t>f 27166/11555/10214 27169/11552/10211 27167/11554/10213</w:t>
        <w:br/>
        <w:t>f 27077/11462/10121 27084/11467/10126 27035/11420/10079</w:t>
        <w:br/>
        <w:t>f 27076/11463/10122 27077/11462/10121 27035/11420/10079</w:t>
        <w:br/>
        <w:t>f 27171/11556/10215 27170/11557/10216 27072/11457/10116</w:t>
        <w:br/>
        <w:t>f 27073/11456/10115 27171/11556/10215 27072/11457/10116</w:t>
        <w:br/>
        <w:t>f 27077/11462/10121 27072/11457/10116 27170/11557/10216</w:t>
        <w:br/>
        <w:t>f 27172/11558/10217 27077/11462/10121 27170/11557/10216</w:t>
        <w:br/>
        <w:t>f 27172/11558/10217 27083/11468/10127 27084/11467/10126</w:t>
        <w:br/>
        <w:t>f 27077/11462/10121 27172/11558/10217 27084/11467/10126</w:t>
        <w:br/>
        <w:t>f 27057/11444/10103 27046/11433/10092 27047/11432/10091</w:t>
        <w:br/>
        <w:t>f 27125/11511/10170 27057/11444/10103 27047/11432/10091</w:t>
        <w:br/>
        <w:t>f 27169/11552/10211 27171/11556/10215 27073/11456/10115</w:t>
        <w:br/>
        <w:t>f 27168/11553/10212 27169/11552/10211 27073/11456/10115</w:t>
        <w:br/>
        <w:t>f 27168/11553/10212 27073/11456/10115 27070/11459/10118</w:t>
        <w:br/>
        <w:t>f 27173/11559/10218 27168/11553/10212 27070/11459/10118</w:t>
        <w:br/>
        <w:t>f 27135/11520/10179 27137/11522/10181 27173/11559/10218</w:t>
        <w:br/>
        <w:t>f 27070/11459/10118 27135/11520/10179 27173/11559/10218</w:t>
        <w:br/>
        <w:t>f 27137/11522/10181 27135/11520/10179 27134/11521/10180</w:t>
        <w:br/>
        <w:t>f 27136/11523/10182 27137/11522/10181 27134/11521/10180</w:t>
        <w:br/>
        <w:t>f 27175/11560/10219 27075/11460/10119 27074/11461/10120</w:t>
        <w:br/>
        <w:t>f 27174/11561/10220 27175/11560/10219 27074/11461/10120</w:t>
        <w:br/>
        <w:t>f 27050/11435/10094 27051/11434/10093 27075/11460/10119</w:t>
        <w:br/>
        <w:t>f 27175/11560/10219 27050/11435/10094 27075/11460/10119</w:t>
        <w:br/>
        <w:t>f 27047/11432/10091 27048/11437/10096 27049/11436/10095</w:t>
        <w:br/>
        <w:t>f 27125/11511/10170 27047/11432/10091 27049/11436/10095</w:t>
        <w:br/>
        <w:t>f 27047/11432/10091 27044/11431/10090 27053/11438/10097</w:t>
        <w:br/>
        <w:t>f 27048/11437/10096 27047/11432/10091 27053/11438/10097</w:t>
        <w:br/>
        <w:t>f 27044/11431/10090 27040/11429/10088 27065/11450/10109</w:t>
        <w:br/>
        <w:t>f 27053/11438/10097 27044/11431/10090 27065/11450/10109</w:t>
        <w:br/>
        <w:t>f 27037/11424/10083 27065/11450/10109 27040/11429/10088</w:t>
        <w:br/>
        <w:t>f 27041/11428/10087 27037/11424/10083 27040/11429/10088</w:t>
        <w:br/>
        <w:t>f 27036/11425/10084 27037/11424/10083 27041/11428/10087</w:t>
        <w:br/>
        <w:t>f 27062/11448/10107 27036/11425/10084 27041/11428/10087</w:t>
        <w:br/>
        <w:t>f 27062/11448/10107 27063/11449/10108 27088/11475/10134</w:t>
        <w:br/>
        <w:t>f 27036/11425/10084 27062/11448/10107 27088/11475/10134</w:t>
        <w:br/>
        <w:t>f 27063/11449/10108 27138/11524/10183 26999/11386/10045</w:t>
        <w:br/>
        <w:t>f 27088/11475/10134 27063/11449/10108 26999/11386/10045</w:t>
        <w:br/>
        <w:t>f 26998/11387/10046 26999/11386/10045 27138/11524/10183</w:t>
        <w:br/>
        <w:t>f 27139/11525/10184 26998/11387/10046 27138/11524/10183</w:t>
        <w:br/>
        <w:t>f 26996/11383/10042 26998/11387/10046 27139/11525/10184</w:t>
        <w:br/>
        <w:t>f 27010/11396/10055 26996/11383/10042 27139/11525/10184</w:t>
        <w:br/>
        <w:t>f 27010/11396/10055 26991/11375/10034 26993/11380/10039</w:t>
        <w:br/>
        <w:t>f 26996/11383/10042 27010/11396/10055 26993/11380/10039</w:t>
        <w:br/>
        <w:t>f 26991/11375/10034 26989/11377/10036 26992/11381/10040</w:t>
        <w:br/>
        <w:t>f 26993/11380/10039 26991/11375/10034 26992/11381/10040</w:t>
        <w:br/>
        <w:t>f 26992/11381/10040 26989/11377/10036 27024/11411/10070</w:t>
        <w:br/>
        <w:t>f 27022/11408/10067 26992/11381/10040 27024/11411/10070</w:t>
        <w:br/>
        <w:t>f 27009/11395/10054 27014/11397/10056 27021/11407/10066</w:t>
        <w:br/>
        <w:t>f 26977/11360/10020 27176/11562/10221 27023/11412/10071</w:t>
        <w:br/>
        <w:t>f 26990/11376/10035 26977/11360/10020 27023/11412/10071</w:t>
        <w:br/>
        <w:t>f 24900/10203/8980 27127/11512/10171 27129/11514/10173</w:t>
        <w:br/>
        <w:t>f 24904/10204/8981 24900/10203/8980 27129/11514/10173</w:t>
        <w:br/>
        <w:t>f 27129/11514/10173 27127/11512/10171 27027/11413/10072</w:t>
        <w:br/>
        <w:t>f 27025/11410/10069 27129/11514/10173 27027/11413/10072</w:t>
        <w:br/>
        <w:t>f 27022/11408/10067 27024/11411/10070 27025/11410/10069</w:t>
        <w:br/>
        <w:t>f 27027/11413/10072 27022/11408/10067 27025/11410/10069</w:t>
        <w:br/>
        <w:t>f 27121/11506/10165 27166/11555/10214 27167/11554/10213</w:t>
        <w:br/>
        <w:t>f 27120/11507/10166 27121/11506/10165 27167/11554/10213</w:t>
        <w:br/>
        <w:t>f 27123/11508/10167 27175/11560/10219 27174/11561/10220</w:t>
        <w:br/>
        <w:t>f 27122/11509/10168 27123/11508/10167 27174/11561/10220</w:t>
        <w:br/>
        <w:t>f 27124/11510/10169 27050/11435/10094 27175/11560/10219</w:t>
        <w:br/>
        <w:t>f 27123/11508/10167 27124/11510/10169 27175/11560/10219</w:t>
        <w:br/>
        <w:t>f 27124/11510/10169 27125/11511/10170 27049/11436/10095</w:t>
        <w:br/>
        <w:t>f 27050/11435/10094 27124/11510/10169 27049/11436/10095</w:t>
        <w:br/>
        <w:t>f 27078/11465/10124 27087/11473/10132 27083/11468/10127</w:t>
        <w:br/>
        <w:t>f 27172/11558/10217 27078/11465/10124 27083/11468/10127</w:t>
        <w:br/>
        <w:t>f 27069/11454/10113 27078/11465/10124 27172/11558/10217</w:t>
        <w:br/>
        <w:t>f 27170/11557/10216 27069/11454/10113 27172/11558/10217</w:t>
        <w:br/>
        <w:t>f 27068/11455/10114 27069/11454/10113 27170/11557/10216</w:t>
        <w:br/>
        <w:t>f 27171/11556/10215 27068/11455/10114 27170/11557/10216</w:t>
        <w:br/>
        <w:t>f 27171/11556/10215 27169/11552/10211 27074/11461/10120</w:t>
        <w:br/>
        <w:t>f 27068/11455/10114 27171/11556/10215 27074/11461/10120</w:t>
        <w:br/>
        <w:t>f 27174/11561/10220 27074/11461/10120 27169/11552/10211</w:t>
        <w:br/>
        <w:t>f 27166/11555/10214 27174/11561/10220 27169/11552/10211</w:t>
        <w:br/>
        <w:t>f 27166/11555/10214 27121/11506/10165 27122/11509/10168</w:t>
        <w:br/>
        <w:t>f 27174/11561/10220 27166/11555/10214 27122/11509/10168</w:t>
        <w:br/>
        <w:t>f 27115/11500/10159 27122/11509/10168 27121/11506/10165</w:t>
        <w:br/>
        <w:t>f 27117/11504/10163 27115/11500/10159 27121/11506/10165</w:t>
        <w:br/>
        <w:t>f 27118/11503/10162 27114/11501/10160 27115/11500/10159</w:t>
        <w:br/>
        <w:t>f 27117/11504/10163 27118/11503/10162 27115/11500/10159</w:t>
        <w:br/>
        <w:t>f 27087/11473/10132 27078/11465/10124 27079/11464/10123</w:t>
        <w:br/>
        <w:t>f 27080/11466/10125 27087/11473/10132 27079/11464/10123</w:t>
        <w:br/>
        <w:t>f 27086/11471/10130 27087/11473/10132 27080/11466/10125</w:t>
        <w:br/>
        <w:t>f 27167/11554/10213 27173/11559/10218 27137/11522/10181</w:t>
        <w:br/>
        <w:t>f 27120/11507/10166 27167/11554/10213 27137/11522/10181</w:t>
        <w:br/>
        <w:t>f 27130/11517/10176 27029/11414/10073 27031/11417/10076</w:t>
        <w:br/>
        <w:t>f 27177/11563/10222 27130/11517/10176 27031/11417/10076</w:t>
        <w:br/>
        <w:t>f 27177/11563/10222 27178/11564/10223 27132/11519/10178</w:t>
        <w:br/>
        <w:t>f 27130/11517/10176 27177/11563/10222 27132/11519/10178</w:t>
        <w:br/>
        <w:t>f 27134/11521/10180 27132/11519/10178 27178/11564/10223</w:t>
        <w:br/>
        <w:t>f 27179/11565/10224 27134/11521/10180 27178/11564/10223</w:t>
        <w:br/>
        <w:t>f 27136/11523/10182 27134/11521/10180 27179/11565/10224</w:t>
        <w:br/>
        <w:t>f 27180/11566/10225 27136/11523/10182 27179/11565/10224</w:t>
        <w:br/>
        <w:t>f 27116/11505/10164 27136/11523/10182 27180/11566/10225</w:t>
        <w:br/>
        <w:t>f 27119/11502/10161 27116/11505/10164 27180/11566/10225</w:t>
        <w:br/>
        <w:t>f 27173/11559/10218 27167/11554/10213 27168/11553/10212</w:t>
        <w:br/>
        <w:t>f 26962/11346/10006 26960/11348/10008 26966/11353/10013</w:t>
        <w:br/>
        <w:t>f 26963/11351/10011 26964/11350/10010 26973/11358/10018</w:t>
        <w:br/>
        <w:t>f 27183/11567/10226 27182/11568/10227 27181/11569/10228</w:t>
        <w:br/>
        <w:t>f 27185/11570/10229 27184/11571/10230 27181/11569/10228</w:t>
        <w:br/>
        <w:t>f 26986/11374/10033 26984/11370/10029 26985/11369/10028</w:t>
        <w:br/>
        <w:t>f 27188/11572/10231 27187/11573/10232 27186/11574/10030</w:t>
        <w:br/>
        <w:t>f 27191/11575/10233 27190/11576/10234 27189/11577/10235</w:t>
        <w:br/>
        <w:t>f 26983/11371/10030 26982/11366/10025 26980/11368/10027</w:t>
        <w:br/>
        <w:t>f 26970/11354/10014 26968/11356/10016 27192/11578/10236</w:t>
        <w:br/>
        <w:t>f 26968/11356/10237 27191/11575/10233 27189/11577/10235</w:t>
        <w:br/>
        <w:t>f 26981/11367/10026 26979/11364/10023 26978/11365/10024</w:t>
        <w:br/>
        <w:t>f 27194/11579/10238 27193/11580/10239 26972/11359/10240</w:t>
        <w:br/>
        <w:t>f 27184/11571/10230 27183/11567/10226 27181/11569/10228</w:t>
        <w:br/>
        <w:t>f 27194/11579/10238 26972/11359/10240 26967/11352/10012</w:t>
        <w:br/>
        <w:t>f 27197/11581/10241 27196/11582/10242 27195/11583/10242</w:t>
        <w:br/>
        <w:t>f 26929/11314/9971 27198/11584/10243 26928/11315/9972</w:t>
        <w:br/>
        <w:t>f 26923/11312/9969 26921/11308/9965 26922/11307/9964</w:t>
        <w:br/>
        <w:t>f 26925/11310/10003 26928/11315/9972 27198/11584/10243</w:t>
        <w:br/>
        <w:t>f 27197/11581/10241 26925/11310/10003 27198/11584/10243</w:t>
        <w:br/>
        <w:t>f 26956/11343/10002 26958/11344/10004 26928/11315/9972</w:t>
        <w:br/>
        <w:t>f 26925/11310/10003 26956/11343/10002 26928/11315/9972</w:t>
        <w:br/>
        <w:t>f 27202/11585/10244 27201/11586/9635 27200/11587/10245</w:t>
        <w:br/>
        <w:t>f 27199/11588/10246 27202/11585/10244 27200/11587/10245</w:t>
        <w:br/>
        <w:t>f 27204/11589/9637 27202/11585/10244 27199/11588/10246</w:t>
        <w:br/>
        <w:t>f 27203/11590/10247 27204/11589/9637 27199/11588/10246</w:t>
        <w:br/>
        <w:t>f 27206/11591/10248 27204/11589/9637 27203/11590/10247</w:t>
        <w:br/>
        <w:t>f 27205/11592/10249 27206/11591/10248 27203/11590/10247</w:t>
        <w:br/>
        <w:t>f 27208/11593/10250 27206/11591/10248 27205/11592/10249</w:t>
        <w:br/>
        <w:t>f 27207/11594/10250 27208/11593/10250 27205/11592/10249</w:t>
        <w:br/>
        <w:t>f 27210/11595/10251 27208/11593/10250 27207/11594/10250</w:t>
        <w:br/>
        <w:t>f 27209/11596/10251 27210/11595/10251 27207/11594/10250</w:t>
        <w:br/>
        <w:t>f 27214/11597/10252 27213/11598/10253 27212/11599/10253</w:t>
        <w:br/>
        <w:t>f 27211/11600/10254 27214/11597/10252 27212/11599/10253</w:t>
        <w:br/>
        <w:t>f 27216/11601/10255 27214/11597/10252 27211/11600/10254</w:t>
        <w:br/>
        <w:t>f 27215/11602/10256 27216/11601/10255 27211/11600/10254</w:t>
        <w:br/>
        <w:t>f 27218/11603/10257 27216/11601/10255 27215/11602/10256</w:t>
        <w:br/>
        <w:t>f 27217/11604/10257 27218/11603/10257 27215/11602/10256</w:t>
        <w:br/>
        <w:t>f 27218/11603/10257 27217/11604/10257 27220/11605/10258</w:t>
        <w:br/>
        <w:t>f 27219/11606/10258 27218/11603/10257 27220/11605/10258</w:t>
        <w:br/>
        <w:t>f 27222/11607/10259 27219/11606/10258 27220/11605/10258</w:t>
        <w:br/>
        <w:t>f 27221/11608/10259 27222/11607/10259 27220/11605/10258</w:t>
        <w:br/>
        <w:t>f 27224/11609/10260 27222/11607/10259 27221/11608/10259</w:t>
        <w:br/>
        <w:t>f 27223/11610/10261 27224/11609/10260 27221/11608/10259</w:t>
        <w:br/>
        <w:t>f 27226/11611/10262 27224/11609/10260 27223/11610/10261</w:t>
        <w:br/>
        <w:t>f 27225/11612/10262 27226/11611/10262 27223/11610/10261</w:t>
        <w:br/>
        <w:t>f 27225/11612/10262 27228/11613/10263 27227/11614/10264</w:t>
        <w:br/>
        <w:t>f 27226/11611/10262 27225/11612/10262 27227/11614/10264</w:t>
        <w:br/>
        <w:t>f 27231/11615/10265 27228/11613/10266 27230/11616/10267</w:t>
        <w:br/>
        <w:t>f 27229/11617/10268 27231/11615/10265 27230/11616/10267</w:t>
        <w:br/>
        <w:t>f 27229/11617/10268 27230/11616/10267 27233/11618/10269</w:t>
        <w:br/>
        <w:t>f 27232/11619/10269 27229/11617/10268 27233/11618/10269</w:t>
        <w:br/>
        <w:t>f 27235/11620/10270 27232/11619/10269 27233/11618/10269</w:t>
        <w:br/>
        <w:t>f 27234/11621/10270 27235/11620/10270 27233/11618/10269</w:t>
        <w:br/>
        <w:t>f 27237/11622/10271 27235/11620/10270 27234/11621/10270</w:t>
        <w:br/>
        <w:t>f 27236/11623/10271 27237/11622/10271 27234/11621/10270</w:t>
        <w:br/>
        <w:t>f 27239/11624/10272 27237/11622/10271 27236/11623/10271</w:t>
        <w:br/>
        <w:t>f 27238/11625/10273 27239/11624/10272 27236/11623/10271</w:t>
        <w:br/>
        <w:t>f 27239/11624/10272 27238/11625/10273 27241/11626/10274</w:t>
        <w:br/>
        <w:t>f 27240/11627/10275 27239/11624/10272 27241/11626/10274</w:t>
        <w:br/>
        <w:t>f 27240/11627/10275 27241/11626/10274 27243/11628/10276</w:t>
        <w:br/>
        <w:t>f 27242/11629/10276 27240/11627/10275 27243/11628/10276</w:t>
        <w:br/>
        <w:t>f 27242/11629/10276 27243/11628/10276 27245/11630/10277</w:t>
        <w:br/>
        <w:t>f 27244/11631/10277 27242/11629/10276 27245/11630/10277</w:t>
        <w:br/>
        <w:t>f 27244/11631/10277 27245/11630/10277 27247/11632/10278</w:t>
        <w:br/>
        <w:t>f 27246/11633/10279 27244/11631/10277 27247/11632/10278</w:t>
        <w:br/>
        <w:t>f 27247/11632/10278 27249/11634/10280 27248/11635/10280</w:t>
        <w:br/>
        <w:t>f 27246/11633/10279 27247/11632/10278 27248/11635/10280</w:t>
        <w:br/>
        <w:t>f 27251/11636/10281 27248/11635/10280 27249/11634/10280</w:t>
        <w:br/>
        <w:t>f 27250/11637/10282 27251/11636/10281 27249/11634/10280</w:t>
        <w:br/>
        <w:t>f 27253/11638/10283 27251/11636/10281 27250/11637/10282</w:t>
        <w:br/>
        <w:t>f 27252/11639/10283 27253/11638/10283 27250/11637/10282</w:t>
        <w:br/>
        <w:t>f 27255/11640/10284 27253/11638/10283 27252/11639/10283</w:t>
        <w:br/>
        <w:t>f 27254/11641/10285 27255/11640/10284 27252/11639/10283</w:t>
        <w:br/>
        <w:t>f 27257/11642/10286 27255/11640/10284 27254/11641/10285</w:t>
        <w:br/>
        <w:t>f 27256/11643/10287 27257/11642/10286 27254/11641/10285</w:t>
        <w:br/>
        <w:t>f 27259/11644/10288 27257/11642/10286 27256/11643/10287</w:t>
        <w:br/>
        <w:t>f 27258/11645/10289 27259/11644/10288 27256/11643/10287</w:t>
        <w:br/>
        <w:t>f 27261/11646/10290 27259/11644/10288 27258/11645/10289</w:t>
        <w:br/>
        <w:t>f 27260/11647/10290 27261/11646/10290 27258/11645/10289</w:t>
        <w:br/>
        <w:t>f 27261/11646/10290 27260/11647/10290 27263/11648/10291</w:t>
        <w:br/>
        <w:t>f 27262/11649/10291 27261/11646/10290 27263/11648/10291</w:t>
        <w:br/>
        <w:t>f 27262/11649/10291 27263/11648/10291 27265/11650/10292</w:t>
        <w:br/>
        <w:t>f 27264/11651/10292 27262/11649/10291 27265/11650/10292</w:t>
        <w:br/>
        <w:t>f 27265/11650/10292 27267/11652/10293 27266/11653/10294</w:t>
        <w:br/>
        <w:t>f 27264/11651/10292 27265/11650/10292 27266/11653/10294</w:t>
        <w:br/>
        <w:t>f 27266/11653/10294 27267/11652/10293 27269/11654/10295</w:t>
        <w:br/>
        <w:t>f 27268/11655/10295 27266/11653/10294 27269/11654/10295</w:t>
        <w:br/>
        <w:t>f 27268/11655/10295 27269/11654/10295 27271/11656/10296</w:t>
        <w:br/>
        <w:t>f 27270/11657/10296 27268/11655/10295 27271/11656/10296</w:t>
        <w:br/>
        <w:t>f 27270/11657/10296 27271/11656/10296 27273/11658/10297</w:t>
        <w:br/>
        <w:t>f 27272/11659/10297 27270/11657/10296 27273/11658/10297</w:t>
        <w:br/>
        <w:t>f 27272/11659/10297 27273/11658/10297 27275/11660/10298</w:t>
        <w:br/>
        <w:t>f 27274/11661/10298 27272/11659/10297 27275/11660/10298</w:t>
        <w:br/>
        <w:t>f 27274/11661/10298 27275/11660/10298 27277/11662/10299</w:t>
        <w:br/>
        <w:t>f 27276/11663/10299 27274/11661/10298 27277/11662/10299</w:t>
        <w:br/>
        <w:t>f 27279/11664/10300 27276/11663/10299 27277/11662/10299</w:t>
        <w:br/>
        <w:t>f 27278/11665/10300 27279/11664/10300 27277/11662/10299</w:t>
        <w:br/>
        <w:t>f 27281/11666/10301 27279/11664/10300 27278/11665/10300</w:t>
        <w:br/>
        <w:t>f 27280/11667/10301 27281/11666/10301 27278/11665/10300</w:t>
        <w:br/>
        <w:t>f 27283/11668/10302 27281/11666/10301 27280/11667/10301</w:t>
        <w:br/>
        <w:t>f 27282/11669/10302 27283/11668/10302 27280/11667/10301</w:t>
        <w:br/>
        <w:t>f 27285/11670/10303 27283/11668/10302 27282/11669/10302</w:t>
        <w:br/>
        <w:t>f 27284/11671/10303 27285/11670/10303 27282/11669/10302</w:t>
        <w:br/>
        <w:t>f 27285/11670/10303 27284/11671/10303 27287/11672/10304</w:t>
        <w:br/>
        <w:t>f 27286/11673/10304 27285/11670/10303 27287/11672/10304</w:t>
        <w:br/>
        <w:t>f 27286/11673/10304 27287/11672/10304 27289/11674/10305</w:t>
        <w:br/>
        <w:t>f 27288/11675/10305 27286/11673/10304 27289/11674/10305</w:t>
        <w:br/>
        <w:t>f 27288/11675/10305 27289/11674/10305 27291/11676/10306</w:t>
        <w:br/>
        <w:t>f 27290/11677/10306 27288/11675/10305 27291/11676/10306</w:t>
        <w:br/>
        <w:t>f 27290/11677/10306 27291/11676/10306 27293/11678/10307</w:t>
        <w:br/>
        <w:t>f 27292/11679/10308 27290/11677/10306 27293/11678/10307</w:t>
        <w:br/>
        <w:t>f 27292/11679/10308 27293/11678/10307 27295/11680/10309</w:t>
        <w:br/>
        <w:t>f 27294/11681/10309 27292/11679/10308 27295/11680/10309</w:t>
        <w:br/>
        <w:t>f 27294/11681/10309 27295/11680/10309 27297/11682/10310</w:t>
        <w:br/>
        <w:t>f 27296/11683/10310 27294/11681/10309 27297/11682/10310</w:t>
        <w:br/>
        <w:t>f 27296/11683/10310 27297/11682/10310 27299/11684/10311</w:t>
        <w:br/>
        <w:t>f 27298/11685/10312 27296/11683/10310 27299/11684/10311</w:t>
        <w:br/>
        <w:t>f 27298/11685/10312 27299/11684/10311 27301/11686/10313</w:t>
        <w:br/>
        <w:t>f 27300/11687/10313 27298/11685/10312 27301/11686/10313</w:t>
        <w:br/>
        <w:t>f 27300/11687/10313 27301/11686/10313 27303/11688/10314</w:t>
        <w:br/>
        <w:t>f 27302/11689/10314 27300/11687/10313 27303/11688/10314</w:t>
        <w:br/>
        <w:t>f 27302/11689/10314 27303/11688/10314 27305/11690/10315</w:t>
        <w:br/>
        <w:t>f 27304/11691/10315 27302/11689/10314 27305/11690/10315</w:t>
        <w:br/>
        <w:t>f 27304/11691/10315 27305/11690/10315 27307/11692/10316</w:t>
        <w:br/>
        <w:t>f 27306/11693/10316 27304/11691/10315 27307/11692/10316</w:t>
        <w:br/>
        <w:t>f 27306/11693/10316 27307/11692/10316 27309/11694/10317</w:t>
        <w:br/>
        <w:t>f 27308/11695/10317 27306/11693/10316 27309/11694/10317</w:t>
        <w:br/>
        <w:t>f 27308/11695/10317 27309/11694/10317 27311/11696/10318</w:t>
        <w:br/>
        <w:t>f 27310/11697/10318 27308/11695/10317 27311/11696/10318</w:t>
        <w:br/>
        <w:t>f 27313/11698/10319 27310/11697/10318 27311/11696/10318</w:t>
        <w:br/>
        <w:t>f 27312/11699/10319 27313/11698/10319 27311/11696/10318</w:t>
        <w:br/>
        <w:t>f 27315/11700/10320 27313/11698/10319 27312/11699/10319</w:t>
        <w:br/>
        <w:t>f 27314/11701/10320 27315/11700/10320 27312/11699/10319</w:t>
        <w:br/>
        <w:t>f 27315/11700/10320 27314/11701/10320 27317/11702/10321</w:t>
        <w:br/>
        <w:t>f 27316/11703/10321 27315/11700/10320 27317/11702/10321</w:t>
        <w:br/>
        <w:t>f 27316/11703/10321 27317/11702/10321 27319/11704/10322</w:t>
        <w:br/>
        <w:t>f 27318/11705/10322 27316/11703/10321 27319/11704/10322</w:t>
        <w:br/>
        <w:t>f 27318/11705/10322 27319/11704/10322 27321/11706/10323</w:t>
        <w:br/>
        <w:t>f 27320/11707/10324 27318/11705/10322 27321/11706/10323</w:t>
        <w:br/>
        <w:t>f 27321/11706/10323 27323/11708/10325 27322/11709/10325</w:t>
        <w:br/>
        <w:t>f 27320/11707/10324 27321/11706/10323 27322/11709/10325</w:t>
        <w:br/>
        <w:t>f 27325/11710/10326 27322/11709/10325 27323/11708/10325</w:t>
        <w:br/>
        <w:t>f 27324/11711/10326 27325/11710/10326 27323/11708/10325</w:t>
        <w:br/>
        <w:t>f 27325/11710/10326 27324/11711/10326 27327/11712/10327</w:t>
        <w:br/>
        <w:t>f 27326/11713/10328 27325/11710/10326 27327/11712/10327</w:t>
        <w:br/>
        <w:t>f 27326/11713/10328 27327/11712/10327 27329/11714/10329</w:t>
        <w:br/>
        <w:t>f 27328/11715/10329 27326/11713/10328 27329/11714/10329</w:t>
        <w:br/>
        <w:t>f 27328/11715/10329 27329/11714/10329 27331/11716/10330</w:t>
        <w:br/>
        <w:t>f 27330/11717/10330 27328/11715/10329 27331/11716/10330</w:t>
        <w:br/>
        <w:t>f 27335/11718/10331 27334/11719/10331 27333/11720/10332</w:t>
        <w:br/>
        <w:t>f 27332/11721/10333 27335/11718/10331 27333/11720/10332</w:t>
        <w:br/>
        <w:t>f 27339/11722/10334 27338/11723/10334 27337/11724/10335</w:t>
        <w:br/>
        <w:t>f 27336/11725/10335 27339/11722/10334 27337/11724/10335</w:t>
        <w:br/>
        <w:t>f 27341/11726/10336 27336/11725/10335 27337/11724/10335</w:t>
        <w:br/>
        <w:t>f 27340/11727/10337 27341/11726/10336 27337/11724/10335</w:t>
        <w:br/>
        <w:t>f 27213/11598/10253 27210/11595/10251 27209/11596/10251</w:t>
        <w:br/>
        <w:t>f 27212/11599/10253 27213/11598/10253 27209/11596/10251</w:t>
        <w:br/>
        <w:t>f 27345/11728/10338 27344/11729/10339 27343/11730/10340</w:t>
        <w:br/>
        <w:t>f 27342/11731/10341 27345/11728/10338 27343/11730/10340</w:t>
        <w:br/>
        <w:t>f 27349/11732/10342 27348/11733/10343 27347/11734/10343</w:t>
        <w:br/>
        <w:t>f 27346/11735/10344 27349/11732/10342 27347/11734/10343</w:t>
        <w:br/>
        <w:t>f 27347/11734/10343 27348/11733/10343 27351/11736/10345</w:t>
        <w:br/>
        <w:t>f 27350/11737/10346 27347/11734/10343 27351/11736/10345</w:t>
        <w:br/>
        <w:t>f 27354/11738/10347 27353/11739/10348 27352/11740/10349</w:t>
        <w:br/>
        <w:t>f 27355/11741/10350 27354/11738/10347 27352/11740/10349</w:t>
        <w:br/>
        <w:t>f 27357/11742/10351 27341/11726/10336 27340/11727/10337</w:t>
        <w:br/>
        <w:t>f 27356/11743/10351 27357/11742/10351 27340/11727/10337</w:t>
        <w:br/>
        <w:t>f 27361/11744/10352 27360/11745/10352 27359/11746/10353</w:t>
        <w:br/>
        <w:t>f 27358/11747/10354 27361/11744/10352 27359/11746/10353</w:t>
        <w:br/>
        <w:t>f 27364/11748/10355 27363/11749/10355 27362/11750/10356</w:t>
        <w:br/>
        <w:t>f 27365/11751/10356 27364/11748/10355 27362/11750/10356</w:t>
        <w:br/>
        <w:t>f 27364/11748/10355 27367/11752/10357 27366/11753/10357</w:t>
        <w:br/>
        <w:t>f 27363/11749/10355 27364/11748/10355 27366/11753/10357</w:t>
        <w:br/>
        <w:t>f 27366/11753/10357 27367/11752/10357 27369/11754/10358</w:t>
        <w:br/>
        <w:t>f 27368/11755/10359 27366/11753/10357 27369/11754/10358</w:t>
        <w:br/>
        <w:t>f 27373/11756/10360 27372/11757/10360 27371/11758/10361</w:t>
        <w:br/>
        <w:t>f 27370/11759/10362 27373/11756/10360 27371/11758/10361</w:t>
        <w:br/>
        <w:t>f 27370/11759/10362 27371/11758/10361 27375/11760/10363</w:t>
        <w:br/>
        <w:t>f 27374/11761/10363 27370/11759/10362 27375/11760/10363</w:t>
        <w:br/>
        <w:t>f 27368/11755/10359 27369/11754/10358 27377/11762/10364</w:t>
        <w:br/>
        <w:t>f 27376/11763/10364 27368/11755/10359 27377/11762/10364</w:t>
        <w:br/>
        <w:t>f 27376/11763/10364 27377/11762/10364 27379/11764/10365</w:t>
        <w:br/>
        <w:t>f 27378/11765/10365 27376/11763/10364 27379/11764/10365</w:t>
        <w:br/>
        <w:t>f 27378/11765/10365 27379/11764/10365 27381/11766/10366</w:t>
        <w:br/>
        <w:t>f 27380/11767/10367 27378/11765/10365 27381/11766/10366</w:t>
        <w:br/>
        <w:t>f 27385/11768/10368 27384/11769/10369 27383/11770/10370</w:t>
        <w:br/>
        <w:t>f 27382/11771/10371 27385/11768/10368 27383/11770/10370</w:t>
        <w:br/>
        <w:t>f 25169/10472/9192 25170/10471/9191 27387/11772/10372</w:t>
        <w:br/>
        <w:t>f 27386/11773/10373 25169/10472/9192 27387/11772/10372</w:t>
        <w:br/>
        <w:t>f 27390/11774/10374 27386/11773/10375 27389/11775/10174</w:t>
        <w:br/>
        <w:t>f 27388/11776/10376 27390/11774/10374 27389/11775/10174</w:t>
        <w:br/>
        <w:t>f 27374/11761/10363 27375/11760/10363 27365/11751/10356</w:t>
        <w:br/>
        <w:t>f 27362/11750/10356 27374/11761/10363 27365/11751/10356</w:t>
        <w:br/>
        <w:t>f 27381/11766/10366 27385/11768/10368 27382/11771/10371</w:t>
        <w:br/>
        <w:t>f 27380/11767/10367 27381/11766/10366 27382/11771/10371</w:t>
        <w:br/>
        <w:t>f 27392/11777/10377 27391/11778/10377 27360/11745/10352</w:t>
        <w:br/>
        <w:t>f 27361/11744/10352 27392/11777/10377 27360/11745/10352</w:t>
        <w:br/>
        <w:t>f 27394/11779/10378 27393/11780/10379 27391/11778/10377</w:t>
        <w:br/>
        <w:t>f 27392/11777/10377 27394/11779/10378 27391/11778/10377</w:t>
        <w:br/>
        <w:t>f 27396/11781/10380 27395/11782/10380 27393/11780/10379</w:t>
        <w:br/>
        <w:t>f 27394/11779/10378 27396/11781/10380 27393/11780/10379</w:t>
        <w:br/>
        <w:t>f 27398/11783/10381 27397/11784/10381 27395/11782/10380</w:t>
        <w:br/>
        <w:t>f 27396/11781/10380 27398/11783/10381 27395/11782/10380</w:t>
        <w:br/>
        <w:t>f 27397/11784/10381 27398/11783/10381 27383/11770/10370</w:t>
        <w:br/>
        <w:t>f 27384/11769/10369 27397/11784/10381 27383/11770/10370</w:t>
        <w:br/>
        <w:t>f 27402/11785/10382 27401/11786/10383 27400/11787/10384</w:t>
        <w:br/>
        <w:t>f 27399/11788/10384 27402/11785/10382 27400/11787/10384</w:t>
        <w:br/>
        <w:t>f 27352/11740/10349 27353/11739/10348 27345/11728/10338</w:t>
        <w:br/>
        <w:t>f 27342/11731/10341 27352/11740/10349 27345/11728/10338</w:t>
        <w:br/>
        <w:t>f 27406/11789/10385 27405/11790/10386 27404/11791/10231</w:t>
        <w:br/>
        <w:t>f 27403/11792/10387 27406/11789/10385 27404/11791/10231</w:t>
        <w:br/>
        <w:t>f 27410/11793/9839 27409/11794/10388 27408/11795/10389</w:t>
        <w:br/>
        <w:t>f 27407/11796/10390 27410/11793/9839 27408/11795/10389</w:t>
        <w:br/>
        <w:t>f 27405/11790/10386 27350/11737/10346 27351/11736/10345</w:t>
        <w:br/>
        <w:t>f 27404/11791/10231 27405/11790/10386 27351/11736/10345</w:t>
        <w:br/>
        <w:t>f 27412/11797/10391 27343/11730/10340 27344/11729/10339</w:t>
        <w:br/>
        <w:t>f 27411/11798/10391 27412/11797/10391 27344/11729/10339</w:t>
        <w:br/>
        <w:t>f 27349/11732/10342 27346/11735/10344 27412/11797/10391</w:t>
        <w:br/>
        <w:t>f 27411/11798/10391 27349/11732/10342 27412/11797/10391</w:t>
        <w:br/>
        <w:t>f 27399/11788/10384 27400/11787/10384 27414/11799/10392</w:t>
        <w:br/>
        <w:t>f 27413/11800/10393 27399/11788/10384 27414/11799/10392</w:t>
        <w:br/>
        <w:t>f 27410/11793/9839 27406/11789/10385 27403/11792/10387</w:t>
        <w:br/>
        <w:t>f 27409/11794/10388 27410/11793/9839 27403/11792/10387</w:t>
        <w:br/>
        <w:t>f 27413/11800/10393 27414/11799/10392 27415/11801/10019</w:t>
        <w:br/>
        <w:t>f 27355/11741/10350 27413/11800/10393 27415/11801/10019</w:t>
        <w:br/>
        <w:t>f 27417/11802/10394 27332/11721/10333 27333/11720/10332</w:t>
        <w:br/>
        <w:t>f 27416/11803/10394 27417/11802/10394 27333/11720/10332</w:t>
        <w:br/>
        <w:t>f 27339/11722/10334 27419/11804/10395 27418/11805/10395</w:t>
        <w:br/>
        <w:t>f 27338/11723/10334 27339/11722/10334 27418/11805/10395</w:t>
        <w:br/>
        <w:t>f 27330/11717/10330 27331/11716/10330 27334/11719/10331</w:t>
        <w:br/>
        <w:t>f 27335/11718/10331 27330/11717/10330 27334/11719/10331</w:t>
        <w:br/>
        <w:t>f 27419/11804/10395 27417/11802/10394 27416/11803/10394</w:t>
        <w:br/>
        <w:t>f 27418/11805/10395 27419/11804/10395 27416/11803/10394</w:t>
        <w:br/>
        <w:t>f 27194/11579/10238 26967/11352/10012 26960/11348/10008</w:t>
        <w:br/>
        <w:t>f 26763/11150/9794 26764/11149/9809 27421/11806/10396</w:t>
        <w:br/>
        <w:t>f 27420/11807/10397 26763/11150/9794 27421/11806/10396</w:t>
        <w:br/>
        <w:t>f 27176/11562/10221 26977/11360/10020 26974/11363/10007</w:t>
        <w:br/>
        <w:t>f 27422/11808/10398 27176/11562/10221 26974/11363/10007</w:t>
        <w:br/>
        <w:t>f 26804/11192/9848 27423/11809/10399 26806/11190/9846</w:t>
        <w:br/>
        <w:t>f 26805/11191/9847 27426/11810/10400 26804/11192/9848</w:t>
        <w:br/>
        <w:t>f 26806/11190/9846 26807/11195/9851 26805/11191/9847</w:t>
        <w:br/>
        <w:t>f 27426/11810/10400 27423/11809/10399 26804/11192/9848</w:t>
        <w:br/>
        <w:t>f 25782/10863/9542 27428/11811/10401 27427/11812/10402</w:t>
        <w:br/>
        <w:t>f 25781/10864/9543 25782/10863/9542 27427/11812/10402</w:t>
        <w:br/>
        <w:t>f 27431/11813/10403 27430/11814/9790 27429/11815/10404</w:t>
        <w:br/>
        <w:t>f 27435/11816/10405 27434/11817/10405 27433/11818/10406</w:t>
        <w:br/>
        <w:t>f 27432/11819/10407 27435/11816/10405 27433/11818/10406</w:t>
        <w:br/>
        <w:t>f 27434/11817/10405 27435/11816/10405 27431/11813/10403</w:t>
        <w:br/>
        <w:t>f 27429/11815/10404 27434/11817/10405 27431/11813/10403</w:t>
        <w:br/>
        <w:t>f 27429/11815/10404 27430/11814/9790 27437/11820/10408</w:t>
        <w:br/>
        <w:t>f 27436/11821/10409 27429/11815/10404 27437/11820/10408</w:t>
        <w:br/>
        <w:t>f 27440/11822/10410 27439/11823/10411 27437/11820/10412</w:t>
        <w:br/>
        <w:t>f 27438/11824/10410 27440/11822/10410 27437/11820/10412</w:t>
        <w:br/>
        <w:t>f 27444/11825/10413 27443/11826/10414 27442/11827/10415</w:t>
        <w:br/>
        <w:t>f 27441/11828/10416 27444/11825/10413 27442/11827/10415</w:t>
        <w:br/>
        <w:t>f 27438/11824/10410 27446/11829/10417 27445/11830/10418</w:t>
        <w:br/>
        <w:t>f 27440/11822/10410 27438/11824/10410 27445/11830/10418</w:t>
        <w:br/>
        <w:t>f 27449/11831/10419 27446/11829/10417 27448/11832/10420</w:t>
        <w:br/>
        <w:t>f 27447/11833/10421 27449/11831/10419 27448/11832/10420</w:t>
        <w:br/>
        <w:t>f 27450/11834/10422 26539/10955/9618 26540/10954/9618</w:t>
        <w:br/>
        <w:t>f 27444/11825/10413 27388/11776/10376 27443/11826/10414</w:t>
        <w:br/>
        <w:t>f 27444/11825/10413 27390/11774/10374 27388/11776/10376</w:t>
        <w:br/>
        <w:t>f 26932/11317/9974 26959/11345/10005 27451/11835/10423</w:t>
        <w:br/>
        <w:t>f 26961/11347/10007 26932/11317/9974 27451/11835/10423</w:t>
        <w:br/>
        <w:t>f 25675/10761/9442 25678/10764/9445 25671/10753/9434</w:t>
        <w:br/>
        <w:t>f 25677/10759/9440 25675/10761/9442 25671/10753/9434</w:t>
        <w:br/>
        <w:t>f 27452/11836/10424 25674/10758/9439 25688/10772/9453</w:t>
        <w:br/>
        <w:t>f 25691/10776/9457 27452/11836/10424 25688/10772/9453</w:t>
        <w:br/>
        <w:t>f 27185/11570/10229 27454/11837/10400 27184/11571/10230</w:t>
        <w:br/>
        <w:t>f 27188/11572/10231 27186/11574/10030 27455/11838/10029</w:t>
        <w:br/>
        <w:t>f 26965/11349/10009 26963/11351/10011 27456/11839/10025</w:t>
        <w:br/>
        <w:t>f 26977/11360/10020 26990/11376/10035 26976/11361/10021</w:t>
        <w:br/>
        <w:t>f 26593/10981/9639 26592/10976/9634 26590/10978/9636</w:t>
        <w:br/>
        <w:t>f 25674/10758/9439 25669/10755/9436 25670/10754/9435</w:t>
        <w:br/>
        <w:t>f 25686/10771/9452 25687/10770/9451 27457/11840/10425</w:t>
        <w:br/>
        <w:t>f 25692/10775/9456 25686/10771/9452 27457/11840/10425</w:t>
        <w:br/>
        <w:t>f 25687/10770/9451 25867/10951/9615 27458/11841/10426</w:t>
        <w:br/>
        <w:t>f 27457/11840/10425 25687/10770/9451 27458/11841/10426</w:t>
        <w:br/>
        <w:t>f 25658/10742/9423 27459/11842/10427 25663/10745/9426</w:t>
        <w:br/>
        <w:t>f 25655/10738/9419 25658/10742/9423 25663/10745/9426</w:t>
        <w:br/>
        <w:t>f 27428/11811/10401 27461/11843/10428 27460/11844/10428</w:t>
        <w:br/>
        <w:t>f 27427/11812/10402 27428/11811/10401 27460/11844/10428</w:t>
        <w:br/>
        <w:t>f 25654/10739/9420 25655/10738/9419 25661/10747/9428</w:t>
        <w:br/>
        <w:t>f 25775/10859/9538 25654/10739/9420 25661/10747/9428</w:t>
        <w:br/>
        <w:t>f 25664/10749/9430 25775/10859/9538 25661/10747/9428</w:t>
        <w:br/>
        <w:t>f 25786/10867/9546 25783/10870/9548 25791/10876/9553</w:t>
        <w:br/>
        <w:t>f 25792/10875/9552 25786/10867/9546 25791/10876/9553</w:t>
        <w:br/>
        <w:t>f 25671/10753/9434 25669/10755/9436 25677/10759/9440</w:t>
        <w:br/>
        <w:t>f 25690/10773/9454 25669/10755/9436 27452/11836/10424</w:t>
        <w:br/>
        <w:t>f 27462/11845/10429 25690/10773/9454 27452/11836/10424</w:t>
        <w:br/>
        <w:t>f 27464/11846/10430 25691/10776/9457 27463/11847/10431</w:t>
        <w:br/>
        <w:t>f 27465/11848/10432 27463/11847/10431 25691/10776/9457</w:t>
        <w:br/>
        <w:t>f 25692/10775/9456 27465/11848/10432 25691/10776/9457</w:t>
        <w:br/>
        <w:t>f 27466/11849/10433 27465/11848/10432 25692/10775/9456</w:t>
        <w:br/>
        <w:t>f 27457/11840/10425 27466/11849/10433 25692/10775/9456</w:t>
        <w:br/>
        <w:t>f 27467/11850/10434 27466/11849/10433 27457/11840/10425</w:t>
        <w:br/>
        <w:t>f 27458/11841/10426 27467/11850/10434 27457/11840/10425</w:t>
        <w:br/>
        <w:t>f 27468/11851/10435 27467/11850/10434 27458/11841/10426</w:t>
        <w:br/>
        <w:t>f 27471/11852/10436 27470/11853/10437 27469/11854/10438</w:t>
        <w:br/>
        <w:t>f 27474/11855/10439 27473/11856/10440 27472/11857/10441</w:t>
        <w:br/>
        <w:t>f 27469/11854/10438 27474/11855/10439 27472/11857/10441</w:t>
        <w:br/>
        <w:t>f 27475/11858/10442 27473/11856/10440 27474/11855/10439</w:t>
        <w:br/>
        <w:t>f 25668/10750/9431 25672/10757/9438 25667/10751/9432</w:t>
        <w:br/>
        <w:t>f 25691/10776/9457 27464/11846/10430 27462/11845/10429</w:t>
        <w:br/>
        <w:t>f 27452/11836/10424 25691/10776/9457 27462/11845/10429</w:t>
        <w:br/>
        <w:t>f 25669/10755/9436 25674/10758/9439 27452/11836/10424</w:t>
        <w:br/>
        <w:t>f 25673/10756/9437 25668/10750/9431 25674/10758/9439</w:t>
        <w:br/>
        <w:t>f 25690/10773/9454 25677/10759/9440 25669/10755/9436</w:t>
        <w:br/>
        <w:t>f 25679/10763/9444 25680/10762/9443 27477/11859/10443</w:t>
        <w:br/>
        <w:t>f 27476/11860/10443 25679/10763/9444 27477/11859/10443</w:t>
        <w:br/>
        <w:t>f 26806/11190/9846 26809/11193/9849 26807/11195/9851</w:t>
        <w:br/>
        <w:t>f 26811/11198/9854 26808/11194/9850 26933/11320/9977</w:t>
        <w:br/>
        <w:t>f 25861/10942/9607 25858/10945/9610 27476/11860/10443</w:t>
        <w:br/>
        <w:t>f 27477/11859/10443 25861/10942/9607 27476/11860/10443</w:t>
        <w:br/>
        <w:t>f 27468/11851/10435 27470/11853/10437 27471/11852/10436</w:t>
        <w:br/>
        <w:t>f 27470/11853/10437 27458/11841/10426 25867/10951/9615</w:t>
        <w:br/>
        <w:t>f 25682/10765/9446 27470/11853/10437 25867/10951/9615</w:t>
        <w:br/>
        <w:t>f 27468/11851/10435 27458/11841/10426 27470/11853/10437</w:t>
        <w:br/>
        <w:t>f 27472/11857/10441 27471/11852/10436 27469/11854/10438</w:t>
        <w:br/>
        <w:t>f 27470/11853/10437 25682/10765/9446 25665/10748/9429</w:t>
        <w:br/>
        <w:t>f 27469/11854/10438 27470/11853/10437 25665/10748/9429</w:t>
        <w:br/>
        <w:t>f 27469/11854/10438 25665/10748/9429 25662/10746/9427</w:t>
        <w:br/>
        <w:t>f 27474/11855/10439 27469/11854/10438 25662/10746/9427</w:t>
        <w:br/>
        <w:t>f 25663/10745/9426 27475/11858/10442 27474/11855/10439</w:t>
        <w:br/>
        <w:t>f 25662/10746/9427 25663/10745/9426 27474/11855/10439</w:t>
        <w:br/>
        <w:t>f 25663/10745/9426 27459/11842/10427 27480/11861/10444</w:t>
        <w:br/>
        <w:t>f 27475/11858/10442 25663/10745/9426 27480/11861/10444</w:t>
        <w:br/>
        <w:t>f 27461/11843/10428 27482/11862/10445 27481/11863/10446</w:t>
        <w:br/>
        <w:t>f 27460/11844/10428 27461/11843/10428 27481/11863/10446</w:t>
        <w:br/>
        <w:t>f 27484/11864/10447 27480/11861/10444 27459/11842/10427</w:t>
        <w:br/>
        <w:t>f 27483/11865/10448 27484/11864/10447 27459/11842/10427</w:t>
        <w:br/>
        <w:t>f 25658/10742/9423 27485/11866/10449 27483/11865/10448</w:t>
        <w:br/>
        <w:t>f 27459/11842/10427 25658/10742/9423 27483/11865/10448</w:t>
        <w:br/>
        <w:t>f 25658/10742/9423 25656/10737/9418 25659/10744/9425</w:t>
        <w:br/>
        <w:t>f 27485/11866/10449 25658/10742/9423 25659/10744/9425</w:t>
        <w:br/>
        <w:t>f 25556/10643/9329 25557/10642/9329 27487/11867/10450</w:t>
        <w:br/>
        <w:t>f 27486/11868/10450 25556/10643/9329 27487/11867/10450</w:t>
        <w:br/>
        <w:t>f 27486/11868/10450 27487/11867/10450 27489/11869/10451</w:t>
        <w:br/>
        <w:t>f 27488/11870/10451 27486/11868/10450 27489/11869/10451</w:t>
        <w:br/>
        <w:t>f 27489/11869/10451 27490/11871/10452 27488/11870/10451</w:t>
        <w:br/>
        <w:t>f 25775/10859/9538 25722/10807/9487 25723/10806/9486</w:t>
        <w:br/>
        <w:t>f 27493/11872/10453 27492/11873/10454 27491/11874/10455</w:t>
        <w:br/>
        <w:t>f 27496/11875/10456 27495/11876/10457 27494/11877/10458</w:t>
        <w:br/>
        <w:t>f 27500/11878/10459 27499/11879/10460 27498/11880/10461</w:t>
        <w:br/>
        <w:t>f 27497/11881/10462 27500/11878/10459 27498/11880/10461</w:t>
        <w:br/>
        <w:t>f 27503/11882/10463 27502/11883/10464 27501/11884/10465</w:t>
        <w:br/>
        <w:t>f 27503/11882/10463 27501/11884/10465 27504/11885/10466</w:t>
        <w:br/>
        <w:t>f 27496/11875/10456 27503/11882/10463 27504/11885/10466</w:t>
        <w:br/>
        <w:t>f 27495/11876/10457 27496/11875/10456 27504/11885/10466</w:t>
        <w:br/>
        <w:t>f 27506/11886/10467 27505/11887/10467 26782/11168/9823</w:t>
        <w:br/>
        <w:t>f 26783/11167/9822 27506/11886/10467 26782/11168/9823</w:t>
        <w:br/>
        <w:t>f 27508/11888/10468 27505/11887/10467 27506/11886/10467</w:t>
        <w:br/>
        <w:t>f 27507/11889/10468 27508/11888/10468 27506/11886/10467</w:t>
        <w:br/>
        <w:t>f 27499/11879/10469 27511/11890/10470 27510/11891/10471</w:t>
        <w:br/>
        <w:t>f 27509/11892/10472 27499/11879/10469 27510/11891/10471</w:t>
        <w:br/>
        <w:t>f 27515/11893/10473 27514/11894/10474 27513/11895/10475</w:t>
        <w:br/>
        <w:t>f 27512/11896/10476 27515/11893/10473 27513/11895/10475</w:t>
        <w:br/>
        <w:t>f 27519/11897/10477 27518/11898/10477 27517/11899/10478</w:t>
        <w:br/>
        <w:t>f 27516/11900/10478 27519/11897/10477 27517/11899/10478</w:t>
        <w:br/>
        <w:t>f 27520/11901/10479 27510/11891/10471 27511/11890/10470</w:t>
        <w:br/>
        <w:t>f 25304/10602/9296 27520/11901/10479 27511/11890/10470</w:t>
        <w:br/>
        <w:t>f 27524/11902/10480 27523/11903/10481 27522/11904/10482</w:t>
        <w:br/>
        <w:t>f 27521/11905/10483 27524/11902/10480 27522/11904/10482</w:t>
        <w:br/>
        <w:t>f 27526/11906/10484 27522/11904/10482 27523/11903/10481</w:t>
        <w:br/>
        <w:t>f 27525/11907/10485 27526/11906/10484 27523/11903/10481</w:t>
        <w:br/>
        <w:t>f 27499/11879/10469 27509/11892/10472 27527/11908/10486</w:t>
        <w:br/>
        <w:t>f 27527/11908/10486 27528/11909/10487 27499/11879/10469</w:t>
        <w:br/>
        <w:t>f 27521/11905/10483 27518/11898/10477 27519/11897/10477</w:t>
        <w:br/>
        <w:t>f 27524/11902/10480 27521/11905/10483 27519/11897/10477</w:t>
        <w:br/>
        <w:t>f 27497/11881/10462 27502/11883/10464 27503/11882/10463</w:t>
        <w:br/>
        <w:t>f 27500/11878/10459 27497/11881/10462 27503/11882/10463</w:t>
        <w:br/>
        <w:t>f 27530/11910/10488 27516/11900/10478 27517/11899/10478</w:t>
        <w:br/>
        <w:t>f 27529/11911/10488 27530/11910/10488 27517/11899/10478</w:t>
        <w:br/>
        <w:t>f 27493/11872/10453 27531/11912/10489 27492/11873/10454</w:t>
        <w:br/>
        <w:t>f 27530/11910/10488 27529/11911/10488 27533/11913/10490</w:t>
        <w:br/>
        <w:t>f 27532/11914/10490 27530/11910/10488 27533/11913/10490</w:t>
        <w:br/>
        <w:t>f 27532/11914/10490 27533/11913/10490 27508/11888/10468</w:t>
        <w:br/>
        <w:t>f 27507/11889/10468 27532/11914/10490 27508/11888/10468</w:t>
        <w:br/>
        <w:t>f 27512/11896/10476 27513/11895/10475 27493/11872/10453</w:t>
        <w:br/>
        <w:t>f 27491/11874/10455 27512/11896/10476 27493/11872/10453</w:t>
        <w:br/>
        <w:t>f 27536/11915/10491 27535/11916/10491 27534/11917/10492</w:t>
        <w:br/>
        <w:t>f 27537/11918/10493 25322/10621/9311 25323/10620/9310</w:t>
        <w:br/>
        <w:t>f 27539/11919/10494 27538/11920/10495 27537/11918/10493</w:t>
        <w:br/>
        <w:t>f 25323/10620/9310 27539/11919/10494 27537/11918/10493</w:t>
        <w:br/>
        <w:t>f 27538/11920/10495 27539/11919/10494 27514/11894/10474</w:t>
        <w:br/>
        <w:t>f 27540/11921/10496 27538/11920/10495 27514/11894/10474</w:t>
        <w:br/>
        <w:t>f 27514/11894/10474 27534/11917/10497 27540/11921/10496</w:t>
        <w:br/>
        <w:t>f 27526/11906/10484 27525/11907/10485 27542/11922/10498</w:t>
        <w:br/>
        <w:t>f 27541/11923/10498 27526/11906/10484 27542/11922/10498</w:t>
        <w:br/>
        <w:t>f 25330/10628/9317 25331/10627/9317 27541/11923/10498</w:t>
        <w:br/>
        <w:t>f 27542/11922/10498 25330/10628/9317 27541/11923/10498</w:t>
        <w:br/>
        <w:t>f 25304/10602/9296 25332/10629/9318 27520/11901/10479</w:t>
        <w:br/>
        <w:t>f 25333/10630/9192 27539/11919/10494 25323/10620/9310</w:t>
        <w:br/>
        <w:t>f 27543/11924/10499 27514/11894/10474 27539/11919/10494</w:t>
        <w:br/>
        <w:t>f 25333/10630/9192 27543/11924/10499 27539/11919/10494</w:t>
        <w:br/>
        <w:t>f 27513/11895/10475 27514/11894/10474 27543/11924/10499</w:t>
        <w:br/>
        <w:t>f 27513/11895/10475 27543/11924/10499 27544/11925/10500</w:t>
        <w:br/>
        <w:t>f 27493/11872/10453 27513/11895/10475 27544/11925/10500</w:t>
        <w:br/>
        <w:t>f 27493/11872/10453 27544/11925/10500 27545/11926/10413</w:t>
        <w:br/>
        <w:t>f 27531/11912/10489 27493/11872/10453 27545/11926/10413</w:t>
        <w:br/>
        <w:t>f 27546/11927/10501 27531/11912/10489 27545/11926/10413</w:t>
        <w:br/>
        <w:t>f 27545/11926/10413 27547/11928/10416 27546/11927/10501</w:t>
        <w:br/>
        <w:t>f 27494/11877/10458 27421/11806/10396 26764/11149/9809</w:t>
        <w:br/>
        <w:t>f 27494/11877/10458 26764/11149/9809 27496/11875/10456</w:t>
        <w:br/>
        <w:t>f 27548/11929/10502 26779/11166/9821 26780/11165/9820</w:t>
        <w:br/>
        <w:t>f 26738/11124/10503 27552/11930/10504 26740/11126/10505</w:t>
        <w:br/>
        <w:t>f 28758/11931/10506 28757/11932/10507 28756/11933/10508</w:t>
        <w:br/>
        <w:t>f 28760/11934/10509 28758/11931/10506 28756/11933/10508</w:t>
        <w:br/>
        <w:t>f 28759/11935/10510 28760/11934/10509 28756/11933/10508</w:t>
        <w:br/>
        <w:t>f 28759/11935/10510 28756/11933/10508 28762/11936/10511</w:t>
        <w:br/>
        <w:t>f 28761/11937/10512 28759/11935/10510 28762/11936/10511</w:t>
        <w:br/>
        <w:t>f 28764/11938/10513 28761/11937/10512 28762/11936/10511</w:t>
        <w:br/>
        <w:t>f 28763/11939/10514 28764/11938/10513 28762/11936/10511</w:t>
        <w:br/>
        <w:t>f 28766/11940/10515 28764/11938/10513 28763/11939/10514</w:t>
        <w:br/>
        <w:t>f 28765/11941/10516 28766/11940/10515 28763/11939/10514</w:t>
        <w:br/>
        <w:t>f 28762/11936/10511 28756/11933/10508 28757/11932/10507</w:t>
        <w:br/>
        <w:t>f 28767/11942/10517 28762/11936/10511 28757/11932/10507</w:t>
        <w:br/>
        <w:t>f 28758/11931/10506 28769/11943/10518 28768/11944/10519</w:t>
        <w:br/>
        <w:t>f 28757/11932/10507 28758/11931/10506 28768/11944/10519</w:t>
        <w:br/>
        <w:t>f 28762/11936/10511 28767/11942/10517 28763/11939/10514</w:t>
        <w:br/>
        <w:t>f 28770/11945/10520 28758/11931/10506 28760/11934/10509</w:t>
        <w:br/>
        <w:t>f 28770/11945/10520 28771/11946/10521 28769/11943/10518</w:t>
        <w:br/>
        <w:t>f 28758/11931/10506 28770/11945/10520 28769/11943/10518</w:t>
        <w:br/>
        <w:t>f 28769/11943/10518 28771/11946/10521 28773/11947/10522</w:t>
        <w:br/>
        <w:t>f 28772/11948/10523 28769/11943/10518 28773/11947/10522</w:t>
        <w:br/>
        <w:t>f 28772/11948/10523 28773/11947/10522 28775/11949/10524</w:t>
        <w:br/>
        <w:t>f 28774/11950/10525 28772/11948/10523 28775/11949/10524</w:t>
        <w:br/>
        <w:t>f 28774/11950/10525 28775/11949/10524 28777/11951/10526</w:t>
        <w:br/>
        <w:t>f 28776/11952/10527 28774/11950/10525 28777/11951/10526</w:t>
        <w:br/>
        <w:t>f 28778/11953/10528 28776/11952/10527 28777/11951/10526</w:t>
        <w:br/>
        <w:t>f 28776/11952/10527 28778/11953/10528 28780/11954/10529</w:t>
        <w:br/>
        <w:t>f 28779/11955/10530 28776/11952/10527 28780/11954/10529</w:t>
        <w:br/>
        <w:t>f 28776/11952/10527 28781/11956/10531 28774/11950/10525</w:t>
        <w:br/>
        <w:t>f 28774/11950/10525 28781/11956/10531 28768/11944/10519</w:t>
        <w:br/>
        <w:t>f 28772/11948/10523 28774/11950/10525 28768/11944/10519</w:t>
        <w:br/>
        <w:t>f 28768/11944/10519 28769/11943/10518 28772/11948/10523</w:t>
        <w:br/>
        <w:t>f 28784/11957/10532 28765/11941/10516 28783/11958/10533</w:t>
        <w:br/>
        <w:t>f 28782/11959/10534 28784/11957/10532 28783/11958/10533</w:t>
        <w:br/>
        <w:t>f 28784/11957/10532 28782/11959/10534 28785/11960/10535</w:t>
        <w:br/>
        <w:t>f 28787/11961/10536 28765/11941/10516 28784/11957/10532</w:t>
        <w:br/>
        <w:t>f 28786/11962/10537 28787/11961/10536 28784/11957/10532</w:t>
        <w:br/>
        <w:t>f 28788/11963/10538 28786/11962/10537 28784/11957/10532</w:t>
        <w:br/>
        <w:t>f 28785/11960/10535 28788/11963/10538 28784/11957/10532</w:t>
        <w:br/>
        <w:t>f 28765/11941/10516 28787/11961/10536 28766/11940/10515</w:t>
        <w:br/>
        <w:t>f 28782/11959/10534 28790/11964/10539 28789/11965/10540</w:t>
        <w:br/>
        <w:t>f 28785/11960/10535 28782/11959/10534 28789/11965/10540</w:t>
        <w:br/>
        <w:t>f 28790/11964/10539 28792/11966/10541 28791/11967/10542</w:t>
        <w:br/>
        <w:t>f 28789/11965/10540 28790/11964/10539 28791/11967/10542</w:t>
        <w:br/>
        <w:t>f 28785/11960/10535 28789/11965/10540 28793/11968/10543</w:t>
        <w:br/>
        <w:t>f 28788/11963/10538 28785/11960/10535 28793/11968/10543</w:t>
        <w:br/>
        <w:t>f 28789/11965/10540 28791/11967/10542 28794/11969/10544</w:t>
        <w:br/>
        <w:t>f 28793/11968/10543 28789/11965/10540 28794/11969/10544</w:t>
        <w:br/>
        <w:t>f 28763/11939/10514 28767/11942/10517 28783/11958/10533</w:t>
        <w:br/>
        <w:t>f 28765/11941/10516 28763/11939/10514 28783/11958/10533</w:t>
        <w:br/>
        <w:t>f 28798/11970/10545 28797/11971/10546 28796/11972/10547</w:t>
        <w:br/>
        <w:t>f 28795/11973/10548 28798/11970/10545 28796/11972/10547</w:t>
        <w:br/>
        <w:t>f 28779/11955/10530 28780/11954/10529 28800/11974/10546</w:t>
        <w:br/>
        <w:t>f 28799/11975/10545 28779/11955/10530 28800/11974/10546</w:t>
        <w:br/>
        <w:t>f 28802/11976/10549 28798/11970/10545 28795/11973/10548</w:t>
        <w:br/>
        <w:t>f 28801/11977/10550 28802/11976/10549 28795/11973/10548</w:t>
        <w:br/>
        <w:t>f 28803/11978/10551 28779/11955/10530 28799/11975/10545</w:t>
        <w:br/>
        <w:t>f 28796/11972/10547 28805/11979/10552 28804/11980/10553</w:t>
        <w:br/>
        <w:t>f 28795/11973/10548 28796/11972/10547 28804/11980/10553</w:t>
        <w:br/>
        <w:t>f 28803/11978/10551 28781/11956/10531 28779/11955/10530</w:t>
        <w:br/>
        <w:t>f 28792/11966/10541 28806/11981/10554 28791/11967/10542</w:t>
        <w:br/>
        <w:t>f 28810/11982/10555 28809/11983/10556 28808/11984/10557</w:t>
        <w:br/>
        <w:t>f 28807/11985/10558 28810/11982/10555 28808/11984/10557</w:t>
        <w:br/>
        <w:t>f 28812/11986/10559 28808/11984/10557 28809/11983/10556</w:t>
        <w:br/>
        <w:t>f 28811/11987/10560 28812/11986/10559 28809/11983/10556</w:t>
        <w:br/>
        <w:t>f 28812/11986/10559 28813/11988/10561 28808/11984/10557</w:t>
        <w:br/>
        <w:t>f 28808/11984/10557 28813/11988/10561 28814/11989/10562</w:t>
        <w:br/>
        <w:t>f 28807/11985/10558 28808/11984/10557 28814/11989/10562</w:t>
        <w:br/>
        <w:t>f 28809/11983/10556 28810/11982/10555 28815/11990/10563</w:t>
        <w:br/>
        <w:t>f 28811/11987/10560 28809/11983/10556 28816/11991/10564</w:t>
        <w:br/>
        <w:t>f 28817/11992/10565 28792/11966/10541 28811/11987/10560</w:t>
        <w:br/>
        <w:t>f 28816/11991/10564 28817/11992/10565 28811/11987/10560</w:t>
        <w:br/>
        <w:t>f 28792/11966/10541 28817/11992/10565 28806/11981/10554</w:t>
        <w:br/>
        <w:t>f 28809/11983/10556 28815/11990/10563 28818/11993/10566</w:t>
        <w:br/>
        <w:t>f 28816/11991/10564 28809/11983/10556 28818/11993/10566</w:t>
        <w:br/>
        <w:t>f 28819/11994/10567 28817/11992/10565 28816/11991/10564</w:t>
        <w:br/>
        <w:t>f 28818/11993/10566 28819/11994/10567 28816/11991/10564</w:t>
        <w:br/>
        <w:t>f 28821/11995/10568 28791/11967/10542 28806/11981/10554</w:t>
        <w:br/>
        <w:t>f 28820/11996/10569 28821/11995/10568 28806/11981/10554</w:t>
        <w:br/>
        <w:t>f 28820/11996/10569 28806/11981/10554 28817/11992/10565</w:t>
        <w:br/>
        <w:t>f 28819/11994/10567 28820/11996/10569 28817/11992/10565</w:t>
        <w:br/>
        <w:t>f 28791/11967/10542 28821/11995/10568 28794/11969/10544</w:t>
        <w:br/>
        <w:t>f 28801/11977/10550 28795/11973/10548 28804/11980/10553</w:t>
        <w:br/>
        <w:t>f 28801/11977/10550 28822/11997/10570 28812/11986/10559</w:t>
        <w:br/>
        <w:t>f 28822/11997/10570 28813/11988/10561 28812/11986/10559</w:t>
        <w:br/>
        <w:t>f 28822/11997/10570 28825/11998/10571 28824/11999/10572</w:t>
        <w:br/>
        <w:t>f 28823/12000/10573 28822/11997/10570 28824/11999/10572</w:t>
        <w:br/>
        <w:t>f 28804/11980/10553 28805/11979/10552 28824/11999/10574</w:t>
        <w:br/>
        <w:t>f 28823/12000/10573 28814/11989/10562 28813/11988/10561</w:t>
        <w:br/>
        <w:t>f 28822/11997/10570 28823/12000/10573 28813/11988/10561</w:t>
        <w:br/>
        <w:t>f 28781/11956/10531 28776/11952/10527 28779/11955/10530</w:t>
        <w:br/>
        <w:t>f 28801/11977/10550 28804/11980/10553 28822/11997/10570</w:t>
        <w:br/>
        <w:t>f 28828/12001/10575 28827/12002/10576 28826/12003/10577</w:t>
        <w:br/>
        <w:t>f 28830/12004/10578 28829/12005/10579 28827/12002/10576</w:t>
        <w:br/>
        <w:t>f 28828/12001/10575 28830/12004/10578 28827/12002/10576</w:t>
        <w:br/>
        <w:t>f 28829/12005/10579 28832/12006/10580 28831/12007/10581</w:t>
        <w:br/>
        <w:t>f 28827/12002/10576 28829/12005/10579 28831/12007/10581</w:t>
        <w:br/>
        <w:t>f 28834/12008/10582 28833/12009/10583 28831/12007/10581</w:t>
        <w:br/>
        <w:t>f 28832/12006/10580 28834/12008/10582 28831/12007/10581</w:t>
        <w:br/>
        <w:t>f 28833/12009/10583 28834/12008/10582 28836/12010/10584</w:t>
        <w:br/>
        <w:t>f 28835/12011/10585 28833/12009/10583 28836/12010/10584</w:t>
        <w:br/>
        <w:t>f 28831/12007/10581 28837/12012/10586 28826/12003/10577</w:t>
        <w:br/>
        <w:t>f 28827/12002/10576 28831/12007/10581 28826/12003/10577</w:t>
        <w:br/>
        <w:t>f 28839/12013/10587 28838/12014/10588 28828/12001/10575</w:t>
        <w:br/>
        <w:t>f 28826/12003/10577 28839/12013/10587 28828/12001/10575</w:t>
        <w:br/>
        <w:t>f 28831/12007/10581 28833/12009/10583 28837/12012/10586</w:t>
        <w:br/>
        <w:t>f 28840/12015/10589 28830/12004/10578 28828/12001/10575</w:t>
        <w:br/>
        <w:t>f 28838/12014/10588 28841/12016/10590 28840/12015/10589</w:t>
        <w:br/>
        <w:t>f 28828/12001/10575 28838/12014/10588 28840/12015/10589</w:t>
        <w:br/>
        <w:t>f 28838/12014/10588 28843/12017/10591 28842/12018/10592</w:t>
        <w:br/>
        <w:t>f 28841/12016/10590 28838/12014/10588 28842/12018/10592</w:t>
        <w:br/>
        <w:t>f 28843/12017/10591 28845/12019/10593 28844/12020/10594</w:t>
        <w:br/>
        <w:t>f 28842/12018/10592 28843/12017/10591 28844/12020/10594</w:t>
        <w:br/>
        <w:t>f 28845/12019/10593 28847/12021/10595 28846/12022/10596</w:t>
        <w:br/>
        <w:t>f 28844/12020/10594 28845/12019/10593 28846/12022/10596</w:t>
        <w:br/>
        <w:t>f 28848/12023/10597 28846/12022/10596 28847/12021/10595</w:t>
        <w:br/>
        <w:t>f 28850/12024/10598 28848/12023/10597 28847/12021/10595</w:t>
        <w:br/>
        <w:t>f 28849/12025/10599 28850/12024/10598 28847/12021/10595</w:t>
        <w:br/>
        <w:t>f 28847/12021/10595 28845/12019/10593 28851/12026/10600</w:t>
        <w:br/>
        <w:t>f 28845/12019/10593 28843/12017/10591 28839/12013/10587</w:t>
        <w:br/>
        <w:t>f 28851/12026/10600 28845/12019/10593 28839/12013/10587</w:t>
        <w:br/>
        <w:t>f 28839/12013/10587 28843/12017/10591 28838/12014/10588</w:t>
        <w:br/>
        <w:t>f 28854/12027/10601 28853/12028/10602 28852/12029/10603</w:t>
        <w:br/>
        <w:t>f 28835/12011/10585 28854/12027/10601 28852/12029/10603</w:t>
        <w:br/>
        <w:t>f 28854/12027/10601 28855/12030/10604 28853/12028/10602</w:t>
        <w:br/>
        <w:t>f 28857/12031/10605 28856/12032/10606 28854/12027/10601</w:t>
        <w:br/>
        <w:t>f 28835/12011/10585 28857/12031/10605 28854/12027/10601</w:t>
        <w:br/>
        <w:t>f 28858/12033/10607 28855/12030/10604 28854/12027/10601</w:t>
        <w:br/>
        <w:t>f 28856/12032/10606 28858/12033/10607 28854/12027/10601</w:t>
        <w:br/>
        <w:t>f 28835/12011/10585 28836/12010/10584 28857/12031/10605</w:t>
        <w:br/>
        <w:t>f 28853/12028/10602 28855/12030/10604 28859/12034/10608</w:t>
        <w:br/>
        <w:t>f 28860/12035/10609 28853/12028/10602 28859/12034/10608</w:t>
        <w:br/>
        <w:t>f 28860/12035/10609 28859/12034/10608 28862/12036/10610</w:t>
        <w:br/>
        <w:t>f 28861/12037/10611 28860/12035/10609 28862/12036/10610</w:t>
        <w:br/>
        <w:t>f 28863/12038/10612 28859/12034/10608 28855/12030/10604</w:t>
        <w:br/>
        <w:t>f 28858/12033/10607 28863/12038/10612 28855/12030/10604</w:t>
        <w:br/>
        <w:t>f 28864/12039/10613 28862/12036/10610 28859/12034/10608</w:t>
        <w:br/>
        <w:t>f 28863/12038/10612 28864/12039/10613 28859/12034/10608</w:t>
        <w:br/>
        <w:t>f 28852/12029/10603 28837/12012/10586 28833/12009/10583</w:t>
        <w:br/>
        <w:t>f 28835/12011/10585 28852/12029/10603 28833/12009/10583</w:t>
        <w:br/>
        <w:t>f 28868/12040/10614 28867/12041/10615 28866/12042/10616</w:t>
        <w:br/>
        <w:t>f 28865/12043/10617 28868/12040/10614 28866/12042/10616</w:t>
        <w:br/>
        <w:t>f 28870/12044/10618 28850/12024/10598 28849/12025/10599</w:t>
        <w:br/>
        <w:t>f 28869/12045/10614 28870/12044/10618 28849/12025/10599</w:t>
        <w:br/>
        <w:t>f 28872/12046/10619 28871/12047/10620 28867/12041/10615</w:t>
        <w:br/>
        <w:t>f 28868/12040/10614 28872/12046/10619 28867/12041/10615</w:t>
        <w:br/>
        <w:t>f 28873/12048/10619 28869/12045/10614 28849/12025/10599</w:t>
        <w:br/>
        <w:t>f 28875/12049/10621 28874/12050/10622 28866/12042/10616</w:t>
        <w:br/>
        <w:t>f 28867/12041/10615 28875/12049/10621 28866/12042/10616</w:t>
        <w:br/>
        <w:t>f 28873/12048/10619 28849/12025/10599 28851/12026/10600</w:t>
        <w:br/>
        <w:t>f 28861/12037/10611 28862/12036/10610 28876/12051/10623</w:t>
        <w:br/>
        <w:t>f 28880/12052/10624 28879/12053/10625 28878/12054/10626</w:t>
        <w:br/>
        <w:t>f 28877/12055/10627 28880/12052/10624 28878/12054/10626</w:t>
        <w:br/>
        <w:t>f 28877/12055/10627 28878/12054/10626 28882/12056/10628</w:t>
        <w:br/>
        <w:t>f 28881/12057/10629 28877/12055/10627 28882/12056/10628</w:t>
        <w:br/>
        <w:t>f 28882/12056/10628 28878/12054/10626 28883/12058/10630</w:t>
        <w:br/>
        <w:t>f 28884/12059/10631 28883/12058/10630 28878/12054/10626</w:t>
        <w:br/>
        <w:t>f 28879/12053/10625 28884/12059/10631 28878/12054/10626</w:t>
        <w:br/>
        <w:t>f 28877/12055/10627 28885/12060/10632 28880/12052/10624</w:t>
        <w:br/>
        <w:t>f 28881/12057/10629 28886/12061/10633 28877/12055/10627</w:t>
        <w:br/>
        <w:t>f 28887/12062/10634 28886/12061/10633 28881/12057/10629</w:t>
        <w:br/>
        <w:t>f 28861/12037/10611 28887/12062/10634 28881/12057/10629</w:t>
        <w:br/>
        <w:t>f 28861/12037/10611 28876/12051/10623 28887/12062/10634</w:t>
        <w:br/>
        <w:t>f 28888/12063/10635 28885/12060/10632 28877/12055/10627</w:t>
        <w:br/>
        <w:t>f 28886/12061/10633 28888/12063/10635 28877/12055/10627</w:t>
        <w:br/>
        <w:t>f 28889/12064/10636 28888/12063/10635 28886/12061/10633</w:t>
        <w:br/>
        <w:t>f 28887/12062/10634 28889/12064/10636 28886/12061/10633</w:t>
        <w:br/>
        <w:t>f 28891/12065/10637 28890/12066/10638 28876/12051/10623</w:t>
        <w:br/>
        <w:t>f 28862/12036/10610 28891/12065/10637 28876/12051/10623</w:t>
        <w:br/>
        <w:t>f 28890/12066/10638 28889/12064/10636 28887/12062/10634</w:t>
        <w:br/>
        <w:t>f 28876/12051/10623 28890/12066/10638 28887/12062/10634</w:t>
        <w:br/>
        <w:t>f 28862/12036/10610 28864/12039/10613 28891/12065/10637</w:t>
        <w:br/>
        <w:t>f 28871/12047/10620 28875/12049/10621 28867/12041/10615</w:t>
        <w:br/>
        <w:t>f 28871/12047/10620 28882/12056/10628 28892/12067/10639</w:t>
        <w:br/>
        <w:t>f 28892/12067/10639 28882/12056/10628 28883/12058/10630</w:t>
        <w:br/>
        <w:t>f 28895/12068/10640 28894/12069/10641 28892/12067/10639</w:t>
        <w:br/>
        <w:t>f 28893/12070/10642 28895/12068/10640 28892/12067/10639</w:t>
        <w:br/>
        <w:t>f 28875/12049/10621 28895/12068/10640 28874/12050/10622</w:t>
        <w:br/>
        <w:t>f 28893/12070/10642 28892/12067/10639 28883/12058/10630</w:t>
        <w:br/>
        <w:t>f 28884/12059/10631 28893/12070/10642 28883/12058/10630</w:t>
        <w:br/>
        <w:t>f 28851/12026/10600 28849/12025/10599 28847/12021/10595</w:t>
        <w:br/>
        <w:t>f 28871/12047/10620 28892/12067/10639 28875/12049/10621</w:t>
        <w:br/>
        <w:t>f 28899/12071/10643 28898/12072/10644 28897/12073/10645</w:t>
        <w:br/>
        <w:t>f 28896/12074/10645 28899/12071/10643 28897/12073/10645</w:t>
        <w:br/>
        <w:t>f 28899/12071/10643 28901/12075/10646 28900/12076/10646</w:t>
        <w:br/>
        <w:t>f 28898/12072/10644 28899/12071/10643 28900/12076/10646</w:t>
        <w:br/>
        <w:t>f 28903/12077/10647 28900/12076/10646 28901/12075/10646</w:t>
        <w:br/>
        <w:t>f 28902/12078/10647 28903/12077/10647 28901/12075/10646</w:t>
        <w:br/>
        <w:t>f 28905/12079/10648 28903/12077/10647 28902/12078/10647</w:t>
        <w:br/>
        <w:t>f 28904/12080/10648 28905/12079/10648 28902/12078/10647</w:t>
        <w:br/>
        <w:t>f 28896/12074/10645 28897/12073/10645 28907/12081/10649</w:t>
        <w:br/>
        <w:t>f 28906/12082/10650 28896/12074/10645 28907/12081/10649</w:t>
        <w:br/>
        <w:t>f 28907/12081/10649 28909/12083/10651 28908/12084/10652</w:t>
        <w:br/>
        <w:t>f 28906/12082/10650 28907/12081/10649 28908/12084/10652</w:t>
        <w:br/>
        <w:t>f 28910/12085/10653 28908/12084/10652 28909/12083/10651</w:t>
        <w:br/>
        <w:t>f 28911/12086/10653 28910/12085/10653 28909/12083/10651</w:t>
        <w:br/>
        <w:t>f 28911/12086/10653 28913/12087/10654 28912/12088/10654</w:t>
        <w:br/>
        <w:t>f 28910/12085/10653 28911/12086/10653 28912/12088/10654</w:t>
        <w:br/>
        <w:t>f 28912/12088/10654 28913/12087/10654 28915/12089/10655</w:t>
        <w:br/>
        <w:t>f 28914/12090/10655 28912/12088/10654 28915/12089/10655</w:t>
        <w:br/>
        <w:t>f 28914/12090/10655 28915/12089/10655 28917/12091/10656</w:t>
        <w:br/>
        <w:t>f 28916/12092/10657 28914/12090/10655 28917/12091/10656</w:t>
        <w:br/>
        <w:t>f 28917/12091/10656 28919/12093/10658 28918/12094/10659</w:t>
        <w:br/>
        <w:t>f 28916/12092/10657 28917/12091/10656 28918/12094/10659</w:t>
        <w:br/>
        <w:t>f 28923/12095/10660 28922/12096/10661 28921/12097/10662</w:t>
        <w:br/>
        <w:t>f 28920/12098/10662 28923/12095/10660 28921/12097/10662</w:t>
        <w:br/>
        <w:t>f 28925/12099/10663 28924/12100/10664 28922/12096/10661</w:t>
        <w:br/>
        <w:t>f 28923/12095/10660 28925/12099/10663 28922/12096/10661</w:t>
        <w:br/>
        <w:t>f 28921/12097/10662 28905/12079/10648 28904/12080/10648</w:t>
        <w:br/>
        <w:t>f 28920/12098/10662 28921/12097/10662 28904/12080/10648</w:t>
        <w:br/>
        <w:t>f 28924/12100/10664 28925/12099/10663 28927/12101/10665</w:t>
        <w:br/>
        <w:t>f 28926/12102/10665 28924/12100/10664 28927/12101/10665</w:t>
        <w:br/>
        <w:t>f 28929/12103/10666 28926/12102/10665 28927/12101/10665</w:t>
        <w:br/>
        <w:t>f 28928/12104/10666 28929/12103/10666 28927/12101/10665</w:t>
        <w:br/>
        <w:t>f 28933/12105/10667 28932/12106/10668 28931/12107/10669</w:t>
        <w:br/>
        <w:t>f 28930/12108/10669 28933/12105/10667 28931/12107/10669</w:t>
        <w:br/>
        <w:t>f 28935/12109/10668 28934/12110/10668 28918/12094/10659</w:t>
        <w:br/>
        <w:t>f 28919/12093/10658 28935/12109/10668 28918/12094/10659</w:t>
        <w:br/>
        <w:t>f 28930/12108/10669 28931/12107/10669 28937/12111/10670</w:t>
        <w:br/>
        <w:t>f 28936/12112/10670 28930/12108/10669 28937/12111/10670</w:t>
        <w:br/>
        <w:t>f 28941/12113/10671 28940/12114/10671 28939/12115/10672</w:t>
        <w:br/>
        <w:t>f 28938/12116/10672 28941/12113/10671 28939/12115/10672</w:t>
        <w:br/>
        <w:t>f 28943/12117/10673 28940/12114/10671 28941/12113/10671</w:t>
        <w:br/>
        <w:t>f 28942/12118/10674 28943/12117/10673 28941/12113/10671</w:t>
        <w:br/>
        <w:t>f 28939/12115/10672 28945/12119/10675 28944/12120/10675</w:t>
        <w:br/>
        <w:t>f 28938/12116/10672 28939/12115/10672 28944/12120/10675</w:t>
        <w:br/>
        <w:t>f 28945/12119/10675 28947/12121/10676 28946/12122/10676</w:t>
        <w:br/>
        <w:t>f 28944/12120/10675 28945/12119/10675 28946/12122/10676</w:t>
        <w:br/>
        <w:t>f 28946/12122/10676 28947/12121/10676 28949/12123/10677</w:t>
        <w:br/>
        <w:t>f 28948/12124/10678 28946/12122/10676 28949/12123/10677</w:t>
        <w:br/>
        <w:t>f 28953/12125/10679 28952/12126/10679 28951/12127/10680</w:t>
        <w:br/>
        <w:t>f 28950/12128/10680 28953/12125/10679 28951/12127/10680</w:t>
        <w:br/>
        <w:t>f 28949/12123/10677 28952/12126/10679 28953/12125/10679</w:t>
        <w:br/>
        <w:t>f 28948/12124/10678 28949/12123/10677 28953/12125/10679</w:t>
        <w:br/>
        <w:t>f 28951/12127/10680 28929/12103/10666 28928/12104/10666</w:t>
        <w:br/>
        <w:t>f 28950/12128/10680 28951/12127/10680 28928/12104/10666</w:t>
        <w:br/>
        <w:t>f 28957/12129/10681 28956/12130/10682 28955/12131/10682</w:t>
        <w:br/>
        <w:t>f 28954/12132/10683 28957/12129/10681 28955/12131/10682</w:t>
        <w:br/>
        <w:t>f 28937/12111/10670 28957/12129/10681 28954/12132/10683</w:t>
        <w:br/>
        <w:t>f 28936/12112/10670 28937/12111/10670 28954/12132/10683</w:t>
        <w:br/>
        <w:t>f 28942/12118/10674 28955/12131/10682 28956/12130/10682</w:t>
        <w:br/>
        <w:t>f 28943/12117/10673 28942/12118/10674 28956/12130/10682</w:t>
        <w:br/>
        <w:t>f 28960/12133/10684 28959/12134/10685 28958/12135/10686</w:t>
        <w:br/>
        <w:t>f 28962/12136/10687 28961/12137/10688 28959/12134/10685</w:t>
        <w:br/>
        <w:t>f 28960/12133/10684 28962/12136/10687 28959/12134/10685</w:t>
        <w:br/>
        <w:t>f 28961/12137/10688 28964/12138/10689 28963/12139/10690</w:t>
        <w:br/>
        <w:t>f 28959/12134/10685 28961/12137/10688 28963/12139/10690</w:t>
        <w:br/>
        <w:t>f 28966/12140/10691 28965/12141/10692 28963/12139/10690</w:t>
        <w:br/>
        <w:t>f 28964/12138/10689 28966/12140/10691 28963/12139/10690</w:t>
        <w:br/>
        <w:t>f 28968/12142/10693 28967/12143/10694 28965/12141/10692</w:t>
        <w:br/>
        <w:t>f 28966/12140/10691 28968/12142/10693 28965/12141/10692</w:t>
        <w:br/>
        <w:t>f 28963/12139/10690 28969/12144/10695 28958/12135/10686</w:t>
        <w:br/>
        <w:t>f 28959/12134/10685 28963/12139/10690 28958/12135/10686</w:t>
        <w:br/>
        <w:t>f 28960/12133/10684 28958/12135/10686 28971/12145/10696</w:t>
        <w:br/>
        <w:t>f 28970/12146/10697 28960/12133/10684 28971/12145/10696</w:t>
        <w:br/>
        <w:t>f 28963/12139/10690 28965/12141/10692 28969/12144/10695</w:t>
        <w:br/>
        <w:t>f 28972/12147/10698 28962/12136/10687 28960/12133/10684</w:t>
        <w:br/>
        <w:t>f 28972/12147/10698 28960/12133/10684 28970/12146/10697</w:t>
        <w:br/>
        <w:t>f 28973/12148/10699 28972/12147/10698 28970/12146/10697</w:t>
        <w:br/>
        <w:t>f 28970/12146/10697 28975/12149/10700 28974/12150/10701</w:t>
        <w:br/>
        <w:t>f 28973/12148/10699 28970/12146/10697 28974/12150/10701</w:t>
        <w:br/>
        <w:t>f 28975/12149/10700 28977/12151/10702 28976/12152/10703</w:t>
        <w:br/>
        <w:t>f 28974/12150/10701 28975/12149/10700 28976/12152/10703</w:t>
        <w:br/>
        <w:t>f 28977/12151/10702 28979/12153/10704 28978/12154/10705</w:t>
        <w:br/>
        <w:t>f 28976/12152/10703 28977/12151/10702 28978/12154/10705</w:t>
        <w:br/>
        <w:t>f 28980/12155/10706 28978/12154/10705 28979/12153/10704</w:t>
        <w:br/>
        <w:t>f 28979/12153/10704 28982/12156/10707 28981/12157/10708</w:t>
        <w:br/>
        <w:t>f 28980/12155/10706 28979/12153/10704 28981/12157/10708</w:t>
        <w:br/>
        <w:t>f 28979/12153/10704 28977/12151/10702 28983/12158/10709</w:t>
        <w:br/>
        <w:t>f 28977/12151/10702 28975/12149/10700 28971/12145/10696</w:t>
        <w:br/>
        <w:t>f 28983/12158/10709 28977/12151/10702 28971/12145/10696</w:t>
        <w:br/>
        <w:t>f 28971/12145/10696 28975/12149/10700 28970/12146/10697</w:t>
        <w:br/>
        <w:t>f 28986/12159/10710 28985/12160/10711 28984/12161/10712</w:t>
        <w:br/>
        <w:t>f 28967/12143/10694 28986/12159/10710 28984/12161/10712</w:t>
        <w:br/>
        <w:t>f 28986/12159/10710 28987/12162/10713 28985/12160/10711</w:t>
        <w:br/>
        <w:t>f 28989/12163/10714 28988/12164/10715 28986/12159/10710</w:t>
        <w:br/>
        <w:t>f 28967/12143/10694 28989/12163/10714 28986/12159/10710</w:t>
        <w:br/>
        <w:t>f 28990/12165/10716 28987/12162/10713 28986/12159/10710</w:t>
        <w:br/>
        <w:t>f 28988/12164/10715 28990/12165/10716 28986/12159/10710</w:t>
        <w:br/>
        <w:t>f 28967/12143/10694 28968/12142/10693 28989/12163/10714</w:t>
        <w:br/>
        <w:t>f 28985/12160/10711 28987/12162/10713 28992/12166/10717</w:t>
        <w:br/>
        <w:t>f 28991/12167/10718 28985/12160/10711 28992/12166/10717</w:t>
        <w:br/>
        <w:t>f 28991/12167/10718 28992/12166/10717 28994/12168/10719</w:t>
        <w:br/>
        <w:t>f 28993/12169/10720 28991/12167/10718 28994/12168/10719</w:t>
        <w:br/>
        <w:t>f 28987/12162/10713 28990/12165/10716 28995/12170/10721</w:t>
        <w:br/>
        <w:t>f 28992/12166/10717 28987/12162/10713 28995/12170/10721</w:t>
        <w:br/>
        <w:t>f 28992/12166/10717 28995/12170/10721 28996/12171/10722</w:t>
        <w:br/>
        <w:t>f 28994/12168/10719 28992/12166/10717 28996/12171/10722</w:t>
        <w:br/>
        <w:t>f 28965/12141/10692 28967/12143/10694 28984/12161/10712</w:t>
        <w:br/>
        <w:t>f 28969/12144/10695 28965/12141/10692 28984/12161/10712</w:t>
        <w:br/>
        <w:t>f 29000/12172/10723 28999/12173/10724 28998/12174/10725</w:t>
        <w:br/>
        <w:t>f 28997/12175/10726 29000/12172/10723 28998/12174/10725</w:t>
        <w:br/>
        <w:t>f 28982/12156/10707 29002/12176/10723 29001/12177/10726</w:t>
        <w:br/>
        <w:t>f 28981/12157/10708 28982/12156/10707 29001/12177/10726</w:t>
        <w:br/>
        <w:t>f 29004/12178/10727 29003/12179/10728 28999/12173/10724</w:t>
        <w:br/>
        <w:t>f 29000/12172/10723 29004/12178/10727 28999/12173/10724</w:t>
        <w:br/>
        <w:t>f 29005/12180/10727 29002/12176/10723 28982/12156/10707</w:t>
        <w:br/>
        <w:t>f 28998/12174/10725 28999/12173/10724 29007/12181/10729</w:t>
        <w:br/>
        <w:t>f 29006/12182/10730 28998/12174/10725 29007/12181/10729</w:t>
        <w:br/>
        <w:t>f 29005/12180/10727 28982/12156/10707 28983/12158/10709</w:t>
        <w:br/>
        <w:t>f 28993/12169/10720 28994/12168/10719 29008/12183/10731</w:t>
        <w:br/>
        <w:t>f 29012/12184/10732 29011/12185/10733 29010/12186/10734</w:t>
        <w:br/>
        <w:t>f 29009/12187/10735 29012/12184/10732 29010/12186/10734</w:t>
        <w:br/>
        <w:t>f 29014/12188/10736 29013/12189/10737 29009/12187/10735</w:t>
        <w:br/>
        <w:t>f 29010/12186/10734 29014/12188/10736 29009/12187/10735</w:t>
        <w:br/>
        <w:t>f 29014/12188/10736 29010/12186/10734 29015/12190/10738</w:t>
        <w:br/>
        <w:t>f 29010/12186/10734 29011/12185/10733 29016/12191/10739</w:t>
        <w:br/>
        <w:t>f 29015/12190/10738 29010/12186/10734 29016/12191/10739</w:t>
        <w:br/>
        <w:t>f 29009/12187/10735 29017/12192/10740 29012/12184/10732</w:t>
        <w:br/>
        <w:t>f 29013/12189/10737 29018/12193/10741 29009/12187/10735</w:t>
        <w:br/>
        <w:t>f 29019/12194/10742 29018/12193/10741 29013/12189/10737</w:t>
        <w:br/>
        <w:t>f 28993/12169/10720 29019/12194/10742 29013/12189/10737</w:t>
        <w:br/>
        <w:t>f 28993/12169/10720 29008/12183/10731 29019/12194/10742</w:t>
        <w:br/>
        <w:t>f 29009/12187/10735 29018/12193/10741 29020/12195/10743</w:t>
        <w:br/>
        <w:t>f 29017/12192/10740 29009/12187/10735 29020/12195/10743</w:t>
        <w:br/>
        <w:t>f 29021/12196/10744 29020/12195/10743 29018/12193/10741</w:t>
        <w:br/>
        <w:t>f 29019/12194/10742 29021/12196/10744 29018/12193/10741</w:t>
        <w:br/>
        <w:t>f 29023/12197/10745 29022/12198/10746 29008/12183/10731</w:t>
        <w:br/>
        <w:t>f 28994/12168/10719 29023/12197/10745 29008/12183/10731</w:t>
        <w:br/>
        <w:t>f 29022/12198/10746 29021/12196/10744 29019/12194/10742</w:t>
        <w:br/>
        <w:t>f 29008/12183/10731 29022/12198/10746 29019/12194/10742</w:t>
        <w:br/>
        <w:t>f 28994/12168/10719 28996/12171/10722 29023/12197/10745</w:t>
        <w:br/>
        <w:t>f 29003/12179/10728 29007/12181/10729 28999/12173/10724</w:t>
        <w:br/>
        <w:t>f 29003/12179/10728 29014/12188/10736 29024/12199/10747</w:t>
        <w:br/>
        <w:t>f 29024/12199/10747 29014/12188/10736 29015/12190/10738</w:t>
        <w:br/>
        <w:t>f 29024/12199/10747 29027/12200/10748 29026/12201/10749</w:t>
        <w:br/>
        <w:t>f 29025/12202/10750 29024/12199/10747 29026/12201/10749</w:t>
        <w:br/>
        <w:t>f 29007/12181/10729 29026/12201/10751 29006/12182/10730</w:t>
        <w:br/>
        <w:t>f 29027/12200/10748 29024/12199/10747 29015/12190/10738</w:t>
        <w:br/>
        <w:t>f 29016/12191/10739 29027/12200/10748 29015/12190/10738</w:t>
        <w:br/>
        <w:t>f 28983/12158/10709 28982/12156/10707 28979/12153/10704</w:t>
        <w:br/>
        <w:t>f 29003/12179/10728 29024/12199/10747 29007/12181/10729</w:t>
        <w:br/>
        <w:t>f 29030/12203/10752 29029/12204/10753 29028/12205/10754</w:t>
        <w:br/>
        <w:t>f 29032/12206/10755 29030/12203/10752 29028/12205/10754</w:t>
        <w:br/>
        <w:t>f 29031/12207/10756 29032/12206/10755 29028/12205/10754</w:t>
        <w:br/>
        <w:t>f 29031/12207/10756 29028/12205/10754 29034/12208/10757</w:t>
        <w:br/>
        <w:t>f 29033/12209/10758 29031/12207/10756 29034/12208/10757</w:t>
        <w:br/>
        <w:t>f 29036/12210/10759 29033/12209/10758 29034/12208/10757</w:t>
        <w:br/>
        <w:t>f 29035/12211/10760 29036/12210/10759 29034/12208/10757</w:t>
        <w:br/>
        <w:t>f 29035/12211/10760 29038/12212/10761 29037/12213/10762</w:t>
        <w:br/>
        <w:t>f 29036/12210/10759 29035/12211/10760 29037/12213/10762</w:t>
        <w:br/>
        <w:t>f 29034/12208/10757 29028/12205/10754 29029/12204/10753</w:t>
        <w:br/>
        <w:t>f 29039/12214/10763 29034/12208/10757 29029/12204/10753</w:t>
        <w:br/>
        <w:t>f 29041/12215/10764 29029/12204/10753 29030/12203/10752</w:t>
        <w:br/>
        <w:t>f 29040/12216/10765 29041/12215/10764 29030/12203/10752</w:t>
        <w:br/>
        <w:t>f 29034/12208/10757 29039/12214/10763 29035/12211/10760</w:t>
        <w:br/>
        <w:t>f 29042/12217/10766 29030/12203/10752 29032/12206/10755</w:t>
        <w:br/>
        <w:t>f 29040/12216/10765 29030/12203/10752 29042/12217/10766</w:t>
        <w:br/>
        <w:t>f 29043/12218/10767 29040/12216/10765 29042/12217/10766</w:t>
        <w:br/>
        <w:t>f 29040/12216/10765 29043/12218/10767 29045/12219/10768</w:t>
        <w:br/>
        <w:t>f 29044/12220/10769 29040/12216/10765 29045/12219/10768</w:t>
        <w:br/>
        <w:t>f 29044/12220/10769 29045/12219/10768 29047/12221/10770</w:t>
        <w:br/>
        <w:t>f 29046/12222/10771 29044/12220/10769 29047/12221/10770</w:t>
        <w:br/>
        <w:t>f 29046/12222/10771 29047/12221/10770 29049/12223/10772</w:t>
        <w:br/>
        <w:t>f 29048/12224/10773 29046/12222/10771 29049/12223/10772</w:t>
        <w:br/>
        <w:t>f 29050/12225/10774 29048/12224/10773 29049/12223/10772</w:t>
        <w:br/>
        <w:t>f 29052/12226/10775 29051/12227/10776 29048/12224/10773</w:t>
        <w:br/>
        <w:t>f 29050/12225/10774 29052/12226/10775 29048/12224/10773</w:t>
        <w:br/>
        <w:t>f 29048/12224/10773 29053/12228/10777 29046/12222/10771</w:t>
        <w:br/>
        <w:t>f 29046/12222/10771 29053/12228/10777 29041/12215/10764</w:t>
        <w:br/>
        <w:t>f 29044/12220/10769 29046/12222/10771 29041/12215/10764</w:t>
        <w:br/>
        <w:t>f 29041/12215/10764 29040/12216/10765 29044/12220/10769</w:t>
        <w:br/>
        <w:t>f 29056/12229/10778 29038/12212/10761 29055/12230/10779</w:t>
        <w:br/>
        <w:t>f 29054/12231/10780 29056/12229/10778 29055/12230/10779</w:t>
        <w:br/>
        <w:t>f 29056/12229/10778 29054/12231/10780 29057/12232/10781</w:t>
        <w:br/>
        <w:t>f 29059/12233/10782 29038/12212/10761 29056/12229/10778</w:t>
        <w:br/>
        <w:t>f 29058/12234/10783 29059/12233/10782 29056/12229/10778</w:t>
        <w:br/>
        <w:t>f 29060/12235/10784 29058/12234/10783 29056/12229/10778</w:t>
        <w:br/>
        <w:t>f 29057/12232/10781 29060/12235/10784 29056/12229/10778</w:t>
        <w:br/>
        <w:t>f 29038/12212/10761 29059/12233/10782 29037/12213/10762</w:t>
        <w:br/>
        <w:t>f 29054/12231/10780 29062/12236/10785 29061/12237/10786</w:t>
        <w:br/>
        <w:t>f 29057/12232/10781 29054/12231/10780 29061/12237/10786</w:t>
        <w:br/>
        <w:t>f 29062/12236/10785 29064/12238/10787 29063/12239/10788</w:t>
        <w:br/>
        <w:t>f 29061/12237/10786 29062/12236/10785 29063/12239/10788</w:t>
        <w:br/>
        <w:t>f 29065/12240/10789 29060/12235/10784 29057/12232/10781</w:t>
        <w:br/>
        <w:t>f 29061/12237/10786 29065/12240/10789 29057/12232/10781</w:t>
        <w:br/>
        <w:t>f 29066/12241/10790 29065/12240/10789 29061/12237/10786</w:t>
        <w:br/>
        <w:t>f 29063/12239/10788 29066/12241/10790 29061/12237/10786</w:t>
        <w:br/>
        <w:t>f 29055/12230/10779 29038/12212/10761 29035/12211/10760</w:t>
        <w:br/>
        <w:t>f 29039/12214/10763 29055/12230/10779 29035/12211/10760</w:t>
        <w:br/>
        <w:t>f 29070/12242/10791 29069/12243/10792 29068/12244/10793</w:t>
        <w:br/>
        <w:t>f 29067/12245/10794 29070/12242/10791 29068/12244/10793</w:t>
        <w:br/>
        <w:t>f 29072/12246/10792 29071/12247/10791 29051/12227/10776</w:t>
        <w:br/>
        <w:t>f 29052/12226/10775 29072/12246/10792 29051/12227/10776</w:t>
        <w:br/>
        <w:t>f 29074/12248/10795 29070/12242/10791 29067/12245/10794</w:t>
        <w:br/>
        <w:t>f 29073/12249/10796 29074/12248/10795 29067/12245/10794</w:t>
        <w:br/>
        <w:t>f 29075/12250/10795 29051/12227/10776 29071/12247/10791</w:t>
        <w:br/>
        <w:t>f 29077/12251/10797 29067/12245/10794 29068/12244/10793</w:t>
        <w:br/>
        <w:t>f 29076/12252/10798 29077/12251/10797 29068/12244/10793</w:t>
        <w:br/>
        <w:t>f 29075/12250/10795 29053/12228/10777 29051/12227/10776</w:t>
        <w:br/>
        <w:t>f 29064/12238/10787 29078/12253/10799 29063/12239/10788</w:t>
        <w:br/>
        <w:t>f 29082/12254/10800 29081/12255/10801 29080/12256/10802</w:t>
        <w:br/>
        <w:t>f 29079/12257/10803 29082/12254/10800 29080/12256/10802</w:t>
        <w:br/>
        <w:t>f 29081/12255/10801 29084/12258/10804 29083/12259/10805</w:t>
        <w:br/>
        <w:t>f 29080/12256/10802 29081/12255/10801 29083/12259/10805</w:t>
        <w:br/>
        <w:t>f 29083/12259/10805 29085/12260/10806 29080/12256/10802</w:t>
        <w:br/>
        <w:t>f 29086/12261/10807 29079/12257/10803 29080/12256/10802</w:t>
        <w:br/>
        <w:t>f 29085/12260/10806 29086/12261/10807 29080/12256/10802</w:t>
        <w:br/>
        <w:t>f 29081/12255/10801 29082/12254/10800 29087/12262/10808</w:t>
        <w:br/>
        <w:t>f 29084/12258/10804 29081/12255/10801 29088/12263/10809</w:t>
        <w:br/>
        <w:t>f 29089/12264/10810 29064/12238/10787 29084/12258/10804</w:t>
        <w:br/>
        <w:t>f 29088/12263/10809 29089/12264/10810 29084/12258/10804</w:t>
        <w:br/>
        <w:t>f 29064/12238/10787 29089/12264/10810 29078/12253/10799</w:t>
        <w:br/>
        <w:t>f 29090/12265/10811 29088/12263/10809 29081/12255/10801</w:t>
        <w:br/>
        <w:t>f 29087/12262/10808 29090/12265/10811 29081/12255/10801</w:t>
        <w:br/>
        <w:t>f 29091/12266/10812 29089/12264/10810 29088/12263/10809</w:t>
        <w:br/>
        <w:t>f 29090/12265/10811 29091/12266/10812 29088/12263/10809</w:t>
        <w:br/>
        <w:t>f 29093/12267/10813 29063/12239/10788 29078/12253/10799</w:t>
        <w:br/>
        <w:t>f 29092/12268/10814 29093/12267/10813 29078/12253/10799</w:t>
        <w:br/>
        <w:t>f 29092/12268/10814 29078/12253/10799 29089/12264/10810</w:t>
        <w:br/>
        <w:t>f 29091/12266/10812 29092/12268/10814 29089/12264/10810</w:t>
        <w:br/>
        <w:t>f 29063/12239/10788 29093/12267/10813 29066/12241/10790</w:t>
        <w:br/>
        <w:t>f 29073/12249/10796 29067/12245/10794 29077/12251/10797</w:t>
        <w:br/>
        <w:t>f 29073/12249/10796 29094/12269/10815 29083/12259/10805</w:t>
        <w:br/>
        <w:t>f 29094/12269/10815 29085/12260/10806 29083/12259/10805</w:t>
        <w:br/>
        <w:t>f 29097/12270/10816 29096/12271/10817 29094/12269/10815</w:t>
        <w:br/>
        <w:t>f 29095/12272/10818 29097/12270/10816 29094/12269/10815</w:t>
        <w:br/>
        <w:t>f 29077/12251/10797 29076/12252/10798 29097/12270/10819</w:t>
        <w:br/>
        <w:t>f 29096/12271/10817 29086/12261/10807 29085/12260/10806</w:t>
        <w:br/>
        <w:t>f 29094/12269/10815 29096/12271/10817 29085/12260/10806</w:t>
        <w:br/>
        <w:t>f 29053/12228/10777 29048/12224/10773 29051/12227/10776</w:t>
        <w:br/>
        <w:t>f 29073/12249/10796 29077/12251/10797 29094/12269/10815</w:t>
        <w:br/>
        <w:t>f 29101/12273/10820 29100/12274/10821 29099/12275/10821</w:t>
        <w:br/>
        <w:t>f 29098/12276/10822 29101/12273/10820 29099/12275/10821</w:t>
        <w:br/>
        <w:t>f 29101/12273/10820 29098/12276/10822 29102/12277/10823</w:t>
        <w:br/>
        <w:t>f 29103/12278/10823 29101/12273/10820 29102/12277/10823</w:t>
        <w:br/>
        <w:t>f 29105/12279/10824 29104/12280/10824 29103/12278/10823</w:t>
        <w:br/>
        <w:t>f 29102/12277/10823 29105/12279/10824 29103/12278/10823</w:t>
        <w:br/>
        <w:t>f 29107/12281/10825 29106/12282/10825 29104/12280/10824</w:t>
        <w:br/>
        <w:t>f 29105/12279/10824 29107/12281/10825 29104/12280/10824</w:t>
        <w:br/>
        <w:t>f 29100/12274/10821 29109/12283/10826 29108/12284/10827</w:t>
        <w:br/>
        <w:t>f 29099/12275/10821 29100/12274/10821 29108/12284/10827</w:t>
        <w:br/>
        <w:t>f 29108/12284/10827 29109/12283/10826 29111/12285/10828</w:t>
        <w:br/>
        <w:t>f 29110/12286/10829 29108/12284/10827 29111/12285/10828</w:t>
        <w:br/>
        <w:t>f 29113/12287/10830 29112/12288/10830 29110/12286/10829</w:t>
        <w:br/>
        <w:t>f 29111/12285/10828 29113/12287/10830 29110/12286/10829</w:t>
        <w:br/>
        <w:t>f 29112/12288/10830 29113/12287/10830 29115/12289/10831</w:t>
        <w:br/>
        <w:t>f 29114/12290/10831 29112/12288/10830 29115/12289/10831</w:t>
        <w:br/>
        <w:t>f 29115/12289/10831 29117/12291/10832 29116/12292/10832</w:t>
        <w:br/>
        <w:t>f 29114/12290/10831 29115/12289/10831 29116/12292/10832</w:t>
        <w:br/>
        <w:t>f 29117/12291/10832 29119/12293/10833 29118/12294/10834</w:t>
        <w:br/>
        <w:t>f 29116/12292/10832 29117/12291/10832 29118/12294/10834</w:t>
        <w:br/>
        <w:t>f 29118/12294/10834 29119/12293/10833 29121/12295/10835</w:t>
        <w:br/>
        <w:t>f 29120/12296/10836 29118/12294/10834 29121/12295/10835</w:t>
        <w:br/>
        <w:t>f 29125/12297/10837 29124/12298/10838 29123/12299/10838</w:t>
        <w:br/>
        <w:t>f 29122/12300/10837 29125/12297/10837 29123/12299/10838</w:t>
        <w:br/>
        <w:t>f 29127/12301/10839 29125/12297/10837 29122/12300/10837</w:t>
        <w:br/>
        <w:t>f 29126/12302/10840 29127/12301/10839 29122/12300/10837</w:t>
        <w:br/>
        <w:t>f 29123/12299/10838 29124/12298/10838 29106/12282/10825</w:t>
        <w:br/>
        <w:t>f 29107/12281/10825 29123/12299/10838 29106/12282/10825</w:t>
        <w:br/>
        <w:t>f 29129/12303/10841 29127/12301/10839 29126/12302/10840</w:t>
        <w:br/>
        <w:t>f 29128/12304/10842 29129/12303/10841 29126/12302/10840</w:t>
        <w:br/>
        <w:t>f 29131/12305/10843 29130/12306/10844 29129/12303/10841</w:t>
        <w:br/>
        <w:t>f 29128/12304/10842 29131/12305/10843 29129/12303/10841</w:t>
        <w:br/>
        <w:t>f 29135/12307/10845 29134/12308/10846 29133/12309/10846</w:t>
        <w:br/>
        <w:t>f 29132/12310/10845 29135/12307/10845 29133/12309/10846</w:t>
        <w:br/>
        <w:t>f 29121/12295/10835 29137/12311/10845 29136/12312/10847</w:t>
        <w:br/>
        <w:t>f 29120/12296/10836 29121/12295/10835 29136/12312/10847</w:t>
        <w:br/>
        <w:t>f 29134/12308/10846 29139/12313/10848 29138/12314/10848</w:t>
        <w:br/>
        <w:t>f 29133/12309/10846 29134/12308/10846 29138/12314/10848</w:t>
        <w:br/>
        <w:t>f 29143/12315/10849 29142/12316/10850 29141/12317/10851</w:t>
        <w:br/>
        <w:t>f 29140/12318/10849 29143/12315/10849 29141/12317/10851</w:t>
        <w:br/>
        <w:t>f 29145/12319/10852 29144/12320/10852 29143/12315/10849</w:t>
        <w:br/>
        <w:t>f 29140/12318/10849 29145/12319/10852 29143/12315/10849</w:t>
        <w:br/>
        <w:t>f 29141/12317/10851 29142/12316/10850 29147/12321/10853</w:t>
        <w:br/>
        <w:t>f 29146/12322/10853 29141/12317/10851 29147/12321/10853</w:t>
        <w:br/>
        <w:t>f 29146/12322/10853 29147/12321/10853 29149/12323/10854</w:t>
        <w:br/>
        <w:t>f 29148/12324/10854 29146/12322/10853 29149/12323/10854</w:t>
        <w:br/>
        <w:t>f 29149/12323/10854 29151/12325/10855 29150/12326/10855</w:t>
        <w:br/>
        <w:t>f 29148/12324/10854 29149/12323/10854 29150/12326/10855</w:t>
        <w:br/>
        <w:t>f 29155/12327/10856 29154/12328/10857 29153/12329/10857</w:t>
        <w:br/>
        <w:t>f 29152/12330/10858 29155/12327/10856 29153/12329/10857</w:t>
        <w:br/>
        <w:t>f 29150/12326/10855 29151/12325/10855 29155/12327/10856</w:t>
        <w:br/>
        <w:t>f 29152/12330/10858 29150/12326/10855 29155/12327/10856</w:t>
        <w:br/>
        <w:t>f 29153/12329/10857 29154/12328/10857 29130/12306/10844</w:t>
        <w:br/>
        <w:t>f 29131/12305/10843 29153/12329/10857 29130/12306/10844</w:t>
        <w:br/>
        <w:t>f 29159/12331/10859 29158/12332/10859 29157/12333/10860</w:t>
        <w:br/>
        <w:t>f 29156/12334/10861 29159/12331/10859 29157/12333/10860</w:t>
        <w:br/>
        <w:t>f 29138/12314/10848 29139/12313/10848 29158/12332/10859</w:t>
        <w:br/>
        <w:t>f 29159/12331/10859 29138/12314/10848 29158/12332/10859</w:t>
        <w:br/>
        <w:t>f 29144/12320/10852 29145/12319/10852 29156/12334/10861</w:t>
        <w:br/>
        <w:t>f 29157/12333/10860 29144/12320/10852 29156/12334/10861</w:t>
        <w:br/>
        <w:t>f 22609/9107/7940 22606/9110/7943 22624/9128/7961</w:t>
        <w:br/>
        <w:t>f 22625/9127/7960 22609/9107/7940 22624/9128/7961</w:t>
        <w:br/>
        <w:t>f 22989/9222/8049 22665/9166/7999 22649/9151/7984</w:t>
        <w:br/>
        <w:t>f 22650/9150/7983 22989/9222/8049 22649/9151/7984</w:t>
        <w:br/>
        <w:t>f 22652/9154/7987 22660/9161/7994 22623/9121/7954</w:t>
        <w:br/>
        <w:t>f 22651/9155/7988 22652/9154/7987 22623/9121/7954</w:t>
        <w:br/>
        <w:t>f 22657/9157/7990 22632/9132/7965 22611/9111/7944</w:t>
        <w:br/>
        <w:t>f 22656/9158/7991 22657/9157/7990 22611/9111/7944</w:t>
        <w:br/>
        <w:t>f 22656/9158/7991 22611/9111/7944 22609/9107/7940</w:t>
        <w:br/>
        <w:t>f 22625/9127/7960 22656/9158/7991 22609/9107/7940</w:t>
        <w:br/>
        <w:t>f 22990/9226/8001 22654/9152/7985 22651/9155/7988</w:t>
        <w:br/>
        <w:t>f 22659/9160/7993 22990/9226/8001 22651/9155/7988</w:t>
        <w:br/>
        <w:t>f 22995/9227/8053 22989/9222/8049 22650/9150/7983</w:t>
        <w:br/>
        <w:t>f 22637/9137/7970 22632/9132/7965 22657/9157/7990</w:t>
        <w:br/>
        <w:t>f 22663/9165/7998 22637/9137/7970 22657/9157/7990</w:t>
        <w:br/>
        <w:t>f 22606/9110/7943 22612/9116/7949 22649/9151/7984</w:t>
        <w:br/>
        <w:t>f 22624/9128/7961 22606/9110/7943 22649/9151/7984</w:t>
        <w:br/>
        <w:t>f 22670/9171/7957 22637/9137/7970 22663/9165/7998</w:t>
        <w:br/>
        <w:t>f 22671/9173/7993 22670/9171/7957 22663/9165/7998</w:t>
        <w:br/>
        <w:t>f 23055/9289/8112 23056/9288/8111 23022/9255/8080</w:t>
        <w:br/>
        <w:t>f 23023/9254/8079 23055/9289/8112 23022/9255/8080</w:t>
        <w:br/>
        <w:t>f 23053/9287/8110 23052/9286/8109 23025/9260/8083</w:t>
        <w:br/>
        <w:t>f 23026/9259/8080 23053/9287/8110 23025/9260/8083</w:t>
        <w:br/>
        <w:t>f 23052/9286/8109 23050/9285/8108 23029/9262/8085</w:t>
        <w:br/>
        <w:t>f 23025/9260/8083 23052/9286/8109 23029/9262/8085</w:t>
        <w:br/>
        <w:t>f 23050/9285/8108 23051/9284/8107 23031/9264/8087</w:t>
        <w:br/>
        <w:t>f 23029/9262/8085 23050/9285/8108 23031/9264/8087</w:t>
        <w:br/>
        <w:t>f 23051/9284/8107 23065/9298/8120 23033/9267/8090</w:t>
        <w:br/>
        <w:t>f 23031/9264/8087 23051/9284/8107 23033/9267/8090</w:t>
        <w:br/>
        <w:t>f 23065/9298/8120 23063/9296/8118 23032/9268/8091</w:t>
        <w:br/>
        <w:t>f 23033/9267/8090 23065/9298/8120 23032/9268/8091</w:t>
        <w:br/>
        <w:t>f 23063/9296/8118 23061/9295/8117 23036/9269/8092</w:t>
        <w:br/>
        <w:t>f 23032/9268/8091 23063/9296/8118 23036/9269/8092</w:t>
        <w:br/>
        <w:t>f 23061/9295/8117 23060/9294/8116 23038/9273/8096</w:t>
        <w:br/>
        <w:t>f 23036/9269/8092 23061/9295/8117 23038/9273/8096</w:t>
        <w:br/>
        <w:t>f 23038/9273/8096 23060/9294/8116 23059/9293/8115</w:t>
        <w:br/>
        <w:t>f 23041/9274/8097 23038/9273/8096 23059/9293/8115</w:t>
        <w:br/>
        <w:t>f 23041/9274/8097 23059/9293/8115 23058/9292/8114</w:t>
        <w:br/>
        <w:t>f 23043/9276/8099 23041/9274/8097 23058/9292/8114</w:t>
        <w:br/>
        <w:t>f 23043/9276/8099 23058/9292/8114 23057/9291/8113</w:t>
        <w:br/>
        <w:t>f 23045/9278/8101 23043/9276/8099 23057/9291/8113</w:t>
        <w:br/>
        <w:t>f 23045/9278/8101 23057/9291/8113 23055/9289/8112</w:t>
        <w:br/>
        <w:t>f 23023/9254/8079 23045/9278/8101 23055/9289/8112</w:t>
        <w:br/>
        <w:t>f 23033/9267/8090 23034/9266/8089 29812/12335/10862</w:t>
        <w:br/>
        <w:t>f 23032/9268/8091 23037/9271/8094 23034/9266/8089</w:t>
        <w:br/>
        <w:t>f 23013/9247/8072 23014/9246/8071 29814/12336/10863</w:t>
        <w:br/>
        <w:t>f 29813/12337/10864 23013/9247/8072 29814/12336/10863</w:t>
        <w:br/>
        <w:t>f 22997/9230/8056 29816/12338/10865 29815/12339/10866</w:t>
        <w:br/>
        <w:t>f 23000/9234/8060 22997/9230/8056 29815/12339/10866</w:t>
        <w:br/>
        <w:t>f 23024/9261/8084 23019/9253/8078 29817/12340/10867</w:t>
        <w:br/>
        <w:t>f 23027/9258/8081 23024/9261/8084 29817/12340/10867</w:t>
        <w:br/>
        <w:t>f 29819/12341/10867 29818/12342/10868 23020/9257/8082</w:t>
        <w:br/>
        <w:t>f 23021/9256/8081 29819/12341/10867 23020/9257/8082</w:t>
        <w:br/>
        <w:t>f 29818/12342/10868 29820/12343/10869 23044/9279/8102</w:t>
        <w:br/>
        <w:t>f 23020/9257/8082 29818/12342/10868 23044/9279/8102</w:t>
        <w:br/>
        <w:t>f 29820/12343/10869 29821/12344/10870 23042/9277/8100</w:t>
        <w:br/>
        <w:t>f 23044/9279/8102 29820/12343/10869 23042/9277/8100</w:t>
        <w:br/>
        <w:t>f 29821/12344/10870 23049/9283/8106 23040/9275/8098</w:t>
        <w:br/>
        <w:t>f 23042/9277/8100 29821/12344/10870 23040/9275/8098</w:t>
        <w:br/>
        <w:t>f 23030/9265/8088 23028/9263/8086 23029/9262/8085</w:t>
        <w:br/>
        <w:t>f 29824/12345/10871 29823/12346/10872 29822/12347/10873</w:t>
        <w:br/>
        <w:t>f 29813/12337/10864 29824/12345/10871 29822/12347/10873</w:t>
        <w:br/>
        <w:t>f 29825/12348/10874 23028/9263/8086 23030/9265/8088</w:t>
        <w:br/>
        <w:t>f 23019/9253/8078 23024/9261/8084 23028/9263/8086</w:t>
        <w:br/>
        <w:t>f 23017/9250/8075 23019/9253/8078 23028/9263/8086</w:t>
        <w:br/>
        <w:t>f 22984/9219/8046 23003/9237/8063 23047/9282/8105</w:t>
        <w:br/>
        <w:t>f 23048/9281/8104 22984/9219/8046 23047/9282/8105</w:t>
        <w:br/>
        <w:t>f 22982/9217/8044 22984/9219/8046 23048/9281/8104</w:t>
        <w:br/>
        <w:t>f 23049/9283/8106 22982/9217/8044 23048/9281/8104</w:t>
        <w:br/>
        <w:t>f 23019/9253/8078 23001/9236/8062 23002/9235/8061</w:t>
        <w:br/>
        <w:t>f 29817/12340/10867 23019/9253/8078 23002/9235/8061</w:t>
        <w:br/>
        <w:t>f 23008/9244/8069 22981/9215/8042 29818/12342/10868</w:t>
        <w:br/>
        <w:t>f 29819/12341/10867 23008/9244/8069 29818/12342/10868</w:t>
        <w:br/>
        <w:t>f 29818/12342/10868 22981/9215/8042 22978/9213/8040</w:t>
        <w:br/>
        <w:t>f 29820/12343/10869 29818/12342/10868 22978/9213/8040</w:t>
        <w:br/>
        <w:t>f 29820/12343/10869 22978/9213/8040 22979/9212/8039</w:t>
        <w:br/>
        <w:t>f 29821/12344/10870 29820/12343/10869 22979/9212/8039</w:t>
        <w:br/>
        <w:t>f 22979/9212/8039 22982/9217/8044 23049/9283/8106</w:t>
        <w:br/>
        <w:t>f 29821/12344/10870 22979/9212/8039 23049/9283/8106</w:t>
        <w:br/>
        <w:t>f 29812/12335/10862 29822/12347/10873 29826/12349/10875</w:t>
        <w:br/>
        <w:t>f 29822/12347/10873 23034/9266/8089 23013/9247/8072</w:t>
        <w:br/>
        <w:t>f 23034/9266/8089 23037/9271/8094 23012/9248/8073</w:t>
        <w:br/>
        <w:t>f 23013/9247/8072 23034/9266/8089 23012/9248/8073</w:t>
        <w:br/>
        <w:t>f 23037/9271/8094 23035/9270/8093 23047/9282/8105</w:t>
        <w:br/>
        <w:t>f 23012/9248/8073 23037/9271/8094 23047/9282/8105</w:t>
        <w:br/>
        <w:t>f 23013/9247/8072 29813/12337/10864 29822/12347/10873</w:t>
        <w:br/>
        <w:t>f 23016/9251/8076 23017/9250/8075 29825/12348/10874</w:t>
        <w:br/>
        <w:t>f 23030/9265/8088 29827/12350/10876 29825/12348/10874</w:t>
        <w:br/>
        <w:t>f 29825/12348/10874 23017/9250/8075 23028/9263/8086</w:t>
        <w:br/>
        <w:t>f 23030/9265/8088 29826/12349/10875 29827/12350/10876</w:t>
        <w:br/>
        <w:t>f 29823/12346/10872 29824/12345/10871 29828/12351/10877</w:t>
        <w:br/>
        <w:t>f 29827/12350/10876 29823/12346/10872 29828/12351/10877</w:t>
        <w:br/>
        <w:t>f 29824/12345/10871 29830/12352/10878 29829/12353/10879</w:t>
        <w:br/>
        <w:t>f 29828/12351/10877 29824/12345/10871 29829/12353/10879</w:t>
        <w:br/>
        <w:t>f 23011/9245/8070 22976/9208/8035 23004/9238/8064</w:t>
        <w:br/>
        <w:t>f 23014/9246/8071 23011/9245/8070 23004/9238/8064</w:t>
        <w:br/>
        <w:t>f 23014/9246/8071 23004/9238/8064 29831/12354/10880</w:t>
        <w:br/>
        <w:t>f 29814/12336/10863 23014/9246/8071 29831/12354/10880</w:t>
        <w:br/>
        <w:t>f 29814/12336/10863 29831/12354/10880 29832/12355/10881</w:t>
        <w:br/>
        <w:t>f 29830/12352/10878 29814/12336/10863 29832/12355/10881</w:t>
        <w:br/>
        <w:t>f 29833/12356/10882 29829/12353/10879 29830/12352/10878</w:t>
        <w:br/>
        <w:t>f 29832/12355/10881 29833/12356/10882 29830/12352/10878</w:t>
        <w:br/>
        <w:t>f 29834/12357/10883 22972/9206/8033 23018/9249/8074</w:t>
        <w:br/>
        <w:t>f 23015/9252/8077 29834/12357/10883 23018/9249/8074</w:t>
        <w:br/>
        <w:t>f 23018/9249/8074 22972/9206/8033 23001/9236/8062</w:t>
        <w:br/>
        <w:t>f 23012/9248/8073 23047/9282/8105 23003/9237/8063</w:t>
        <w:br/>
        <w:t>f 23011/9245/8070 23012/9248/8073 23003/9237/8063</w:t>
        <w:br/>
        <w:t>f 29827/12350/10876 29828/12351/10877 23016/9251/8076</w:t>
        <w:br/>
        <w:t>f 29825/12348/10874 29827/12350/10876 23016/9251/8076</w:t>
        <w:br/>
        <w:t>f 29828/12351/10877 29829/12353/10879 23015/9252/8077</w:t>
        <w:br/>
        <w:t>f 23016/9251/8076 29828/12351/10877 23015/9252/8077</w:t>
        <w:br/>
        <w:t>f 23015/9252/8077 29829/12353/10879 29833/12356/10882</w:t>
        <w:br/>
        <w:t>f 29834/12357/10883 23015/9252/8077 29833/12356/10882</w:t>
        <w:br/>
        <w:t>f 29834/12357/10883 29833/12356/10882 29816/12338/10865</w:t>
        <w:br/>
        <w:t>f 29816/12338/10865 29833/12356/10882 29832/12355/10881</w:t>
        <w:br/>
        <w:t>f 29815/12339/10866 29816/12338/10865 29832/12355/10881</w:t>
        <w:br/>
        <w:t>f 23000/9234/8060 29815/12339/10866 29836/12358/10884</w:t>
        <w:br/>
        <w:t>f 29835/12359/10885 23000/9234/8060 29836/12358/10884</w:t>
        <w:br/>
        <w:t>f 29832/12355/10881 29831/12354/10880 29836/12358/10884</w:t>
        <w:br/>
        <w:t>f 29815/12339/10866 29832/12355/10881 29836/12358/10884</w:t>
        <w:br/>
        <w:t>f 23004/9238/8064 29835/12359/10885 29836/12358/10884</w:t>
        <w:br/>
        <w:t>f 29831/12354/10880 23004/9238/8064 29836/12358/10884</w:t>
        <w:br/>
        <w:t>f 22994/9228/8054 22653/9153/7986 22996/9231/8057</w:t>
        <w:br/>
        <w:t>f 22653/9153/7986 22654/9152/7985 22991/9225/8052</w:t>
        <w:br/>
        <w:t>f 22996/9231/8057 22653/9153/7986 22991/9225/8052</w:t>
        <w:br/>
        <w:t>f 22972/9206/8033 22973/9205/8032 23001/9236/8062</w:t>
        <w:br/>
        <w:t>f 23031/9264/8087 23033/9267/8090 29812/12335/10862</w:t>
        <w:br/>
        <w:t>f 23000/9234/8060 22999/9232/8058 22998/9233/8059</w:t>
        <w:br/>
        <w:t>f 22993/9229/8055 23000/9234/8060 22998/9233/8059</w:t>
        <w:br/>
        <w:t>f 22993/9229/8055 22998/9233/8059 22989/9222/8049</w:t>
        <w:br/>
        <w:t>f 22995/9227/8053 22993/9229/8055 22989/9222/8049</w:t>
        <w:br/>
        <w:t>f 29822/12347/10873 29823/12346/10872 29826/12349/10875</w:t>
        <w:br/>
        <w:t>f 29826/12349/10875 29823/12346/10872 29827/12350/10876</w:t>
        <w:br/>
        <w:t>f 22652/9154/7987 22653/9153/7986 22995/9227/8053</w:t>
        <w:br/>
        <w:t>f 22995/9227/8053 22650/9150/7983 22652/9154/7987</w:t>
        <w:br/>
        <w:t>f 22972/9206/8033 29834/12357/10883 29816/12338/10865</w:t>
        <w:br/>
        <w:t>f 22997/9230/8056 22972/9206/8033 29816/12338/10865</w:t>
        <w:br/>
        <w:t>f 23004/9238/8064 22999/9232/8058 29835/12359/10885</w:t>
        <w:br/>
        <w:t>f 29835/12359/10885 22999/9232/8058 23000/9234/8060</w:t>
        <w:br/>
        <w:t>f 29812/12335/10862 23034/9266/8089 29822/12347/10873</w:t>
        <w:br/>
        <w:t>f 29814/12336/10863 29830/12352/10878 29824/12345/10871</w:t>
        <w:br/>
        <w:t>f 29813/12337/10864 29814/12336/10863 29824/12345/10871</w:t>
        <w:br/>
        <w:t>f 29812/12335/10862 29826/12349/10875 23031/9264/8087</w:t>
        <w:br/>
        <w:t>f 23031/9264/8087 29826/12349/10875 23030/9265/8088</w:t>
        <w:br/>
        <w:t>f 22128/8921/7764 22110/8903/7746 22111/8902/7745</w:t>
        <w:br/>
        <w:t>f 22127/8922/7765 22128/8921/7764 22111/8902/7745</w:t>
        <w:br/>
        <w:t>f 22152/8945/7788 22168/8962/7805 22164/8957/7800</w:t>
        <w:br/>
        <w:t>f 22151/8946/7789 22152/8945/7788 22164/8957/7800</w:t>
        <w:br/>
        <w:t>f 22155/8947/7790 29837/12360/10886 22160/8956/7799</w:t>
        <w:br/>
        <w:t>f 22154/8948/7791 22155/8947/7790 22160/8956/7799</w:t>
        <w:br/>
        <w:t>f 22113/8906/7749 22133/8928/7771 22156/8953/7796</w:t>
        <w:br/>
        <w:t>f 22157/8952/7795 22113/8906/7749 22156/8953/7796</w:t>
        <w:br/>
        <w:t>f 22111/8902/7745 22113/8906/7749 22157/8952/7795</w:t>
        <w:br/>
        <w:t>f 22127/8922/7765 22111/8902/7745 22157/8952/7795</w:t>
        <w:br/>
        <w:t>f 22124/8917/7760 22125/8916/7759 22154/8948/7791</w:t>
        <w:br/>
        <w:t>f 22161/8955/7798 22124/8917/7760 22154/8948/7791</w:t>
        <w:br/>
        <w:t>f 22155/8947/7790 22153/8949/7792 22115/8910/7753</w:t>
        <w:br/>
        <w:t>f 22151/8946/7789 22155/8947/7790 22115/8910/7753</w:t>
        <w:br/>
        <w:t>f 22167/8961/7804 22176/8968/7807 22159/8950/7793</w:t>
        <w:br/>
        <w:t>f 22156/8953/7796 22167/8961/7804 22159/8950/7793</w:t>
        <w:br/>
        <w:t>f 22152/8945/7788 22116/8909/7752 22110/8903/7746</w:t>
        <w:br/>
        <w:t>f 22128/8921/7764 22152/8945/7788 22110/8903/7746</w:t>
        <w:br/>
        <w:t>f 22167/8961/7804 22138/8933/7776 22173/8967/7760</w:t>
        <w:br/>
        <w:t>f 22175/8969/7808 22167/8961/7804 22173/8967/7760</w:t>
        <w:br/>
        <w:t>f 29838/12361/7900 22590/9091/7924 22581/9081/7915</w:t>
        <w:br/>
        <w:t>f 22580/9082/7916 29838/12361/7900 22581/9081/7915</w:t>
        <w:br/>
        <w:t>f 29841/12362/7897 22558/9059/7893 29840/12363/10887</w:t>
        <w:br/>
        <w:t>f 29839/12364/7898 29841/12362/7897 29840/12363/10887</w:t>
        <w:br/>
        <w:t>f 29842/12365/10888 22589/9089/7922 22564/9068/7902</w:t>
        <w:br/>
        <w:t>f 22565/9067/7901 29842/12365/10888 22564/9068/7902</w:t>
        <w:br/>
        <w:t>f 29843/12366/10889 22588/9090/7923 22589/9089/7922</w:t>
        <w:br/>
        <w:t>f 29842/12365/10888 29843/12366/10889 22589/9089/7922</w:t>
        <w:br/>
        <w:t>f 29844/12367/10890 22595/9096/7929 22588/9090/7923</w:t>
        <w:br/>
        <w:t>f 29843/12366/10889 29844/12367/10890 22588/9090/7923</w:t>
        <w:br/>
        <w:t>f 22569/9069/7903 22594/9095/7928 22595/9096/7929</w:t>
        <w:br/>
        <w:t>f 29844/12367/10890 22569/9069/7903 22595/9096/7929</w:t>
        <w:br/>
        <w:t>f 22570/9071/7905 22593/9094/7927 22594/9095/7928</w:t>
        <w:br/>
        <w:t>f 22569/9069/7903 22570/9071/7905 22594/9095/7928</w:t>
        <w:br/>
        <w:t>f 22571/9073/7907 22574/9075/7909 22593/9094/7927</w:t>
        <w:br/>
        <w:t>f 22570/9071/7905 22571/9073/7907 22593/9094/7927</w:t>
        <w:br/>
        <w:t>f 22587/9086/7919 22573/9076/7910 22571/9073/7907</w:t>
        <w:br/>
        <w:t>f 22572/9072/7906 22587/9086/7919 22571/9073/7907</w:t>
        <w:br/>
        <w:t>f 22587/9086/7919 22585/9088/7921 22576/9078/7912</w:t>
        <w:br/>
        <w:t>f 22573/9076/7910 22587/9086/7919 22576/9078/7912</w:t>
        <w:br/>
        <w:t>f 22585/9088/7921 22586/9087/7920 29846/12368/10891</w:t>
        <w:br/>
        <w:t>f 29845/12369/10892 22585/9088/7921 29846/12368/10891</w:t>
        <w:br/>
        <w:t>f 29845/12369/10892 29846/12368/10891 22562/9062/7896</w:t>
        <w:br/>
        <w:t>f 22563/9061/7895 29845/12369/10892 22562/9062/7896</w:t>
        <w:br/>
        <w:t>f 22568/9070/7904 29844/12367/10890 29847/12370/10893</w:t>
        <w:br/>
        <w:t>f 29849/12371/10894 29843/12366/10889 29848/12372/10895</w:t>
        <w:br/>
        <w:t>f 29842/12365/10888 22565/9067/7901 29840/12363/10887</w:t>
        <w:br/>
        <w:t>f 29850/12373/10896 29842/12365/10888 29840/12363/10887</w:t>
        <w:br/>
        <w:t>f 22566/9066/7900 29839/12364/7898 29840/12363/10887</w:t>
        <w:br/>
        <w:t>f 22565/9067/7901 22566/9066/7900 29840/12363/10887</w:t>
        <w:br/>
        <w:t>f 22560/9064/7898 29838/12361/7900 22580/9082/7916</w:t>
        <w:br/>
        <w:t>f 22563/9061/7895 22560/9064/7898 22580/9082/7916</w:t>
        <w:br/>
        <w:t>f 22578/9080/7914 29845/12369/10892 22563/9061/7895</w:t>
        <w:br/>
        <w:t>f 22580/9082/7916 22578/9080/7914 22563/9061/7895</w:t>
        <w:br/>
        <w:t>f 22576/9078/7912 22585/9088/7921 29845/12369/10892</w:t>
        <w:br/>
        <w:t>f 22578/9080/7914 22576/9078/7912 29845/12369/10892</w:t>
        <w:br/>
        <w:t>f 22550/9050/7884 22551/9049/7883 22568/9070/7904</w:t>
        <w:br/>
        <w:t>f 22553/9054/7888 22550/9050/7884 22568/9070/7904</w:t>
        <w:br/>
        <w:t>f 22553/9054/7888 22568/9070/7904 29851/12374/10897</w:t>
        <w:br/>
        <w:t>f 29850/12373/10896 29840/12363/10887 22558/9059/7893</w:t>
        <w:br/>
        <w:t>f 22559/9058/7892 29850/12373/10896 22558/9059/7893</w:t>
        <w:br/>
        <w:t>f 22562/9062/7896 22513/9014/7850 22546/9047/7876</w:t>
        <w:br/>
        <w:t>f 22561/9063/7897 22562/9062/7896 22546/9047/7876</w:t>
        <w:br/>
        <w:t>f 22583/9084/7917 22572/9072/7906 22548/9052/7886</w:t>
        <w:br/>
        <w:t>f 22549/9051/7885 22583/9084/7917 22548/9052/7886</w:t>
        <w:br/>
        <w:t>f 22584/9085/7918 22587/9086/7919 22572/9072/7906</w:t>
        <w:br/>
        <w:t>f 22583/9084/7917 22584/9085/7918 22572/9072/7906</w:t>
        <w:br/>
        <w:t>f 22584/9085/7918 22515/9015/7851 22511/9011/7847</w:t>
        <w:br/>
        <w:t>f 22586/9087/7920 22584/9085/7918 22511/9011/7847</w:t>
        <w:br/>
        <w:t>f 22511/9011/7847 22512/9010/7846 29846/12368/10891</w:t>
        <w:br/>
        <w:t>f 22586/9087/7920 22511/9011/7847 29846/12368/10891</w:t>
        <w:br/>
        <w:t>f 22512/9010/7846 22513/9014/7850 22562/9062/7896</w:t>
        <w:br/>
        <w:t>f 29846/12368/10891 22512/9010/7846 22562/9062/7896</w:t>
        <w:br/>
        <w:t>f 22521/9023/7859 22160/8956/7799 29837/12360/10886</w:t>
        <w:br/>
        <w:t>f 22527/9028/7864 22521/9023/7859 29837/12360/10886</w:t>
        <w:br/>
        <w:t>f 22527/9028/7864 29837/12360/10886 22523/9027/7863</w:t>
        <w:br/>
        <w:t>f 22164/8957/7800 22536/9038/7874 22526/9024/7860</w:t>
        <w:br/>
        <w:t>f 22163/8958/7801 22164/8957/7800 22526/9024/7860</w:t>
        <w:br/>
        <w:t>f 22539/9039/7875 22505/9004/7840 22503/9006/7842</w:t>
        <w:br/>
        <w:t>f 22538/9040/7876 22539/9039/7875 22558/9059/7893</w:t>
        <w:br/>
        <w:t>f 29841/12362/7897 22538/9040/7876 22558/9059/7893</w:t>
        <w:br/>
        <w:t>f 29851/12374/10897 29849/12371/10894 29852/12375/10898</w:t>
        <w:br/>
        <w:t>f 22550/9050/7884 22554/9053/7887 22540/9041/7877</w:t>
        <w:br/>
        <w:t>f 22549/9051/7885 22550/9050/7884 22540/9041/7877</w:t>
        <w:br/>
        <w:t>f 29851/12374/10897 29852/12375/10898 22555/9057/7891</w:t>
        <w:br/>
        <w:t>f 22556/9056/7890 29851/12374/10897 22555/9057/7891</w:t>
        <w:br/>
        <w:t>f 29850/12373/10896 22559/9058/7892 29853/12376/10899</w:t>
        <w:br/>
        <w:t>f 29844/12367/10890 29843/12366/10889 29847/12370/10893</w:t>
        <w:br/>
        <w:t>f 29843/12366/10889 29849/12371/10894 29847/12370/10893</w:t>
        <w:br/>
        <w:t>f 22569/9069/7903 29844/12367/10890 22568/9070/7904</w:t>
        <w:br/>
        <w:t>f 22568/9070/7904 29847/12370/10893 29851/12374/10897</w:t>
        <w:br/>
        <w:t>f 29851/12374/10897 29847/12370/10893 29849/12371/10894</w:t>
        <w:br/>
        <w:t>f 29842/12365/10888 29850/12373/10896 29848/12372/10895</w:t>
        <w:br/>
        <w:t>f 29848/12372/10895 29843/12366/10889 29842/12365/10888</w:t>
        <w:br/>
        <w:t>f 29849/12371/10894 29848/12372/10895 29854/12377/10900</w:t>
        <w:br/>
        <w:t>f 29854/12377/10900 29853/12376/10899 29856/12378/10901</w:t>
        <w:br/>
        <w:t>f 29855/12379/10902 29854/12377/10900 29856/12378/10901</w:t>
        <w:br/>
        <w:t>f 29855/12379/10902 29856/12378/10901 22529/9031/7867</w:t>
        <w:br/>
        <w:t>f 22530/9030/7866 29855/12379/10902 22529/9031/7867</w:t>
        <w:br/>
        <w:t>f 29848/12372/10895 29853/12376/10899 29854/12377/10900</w:t>
        <w:br/>
        <w:t>f 29848/12372/10895 29850/12373/10896 29853/12376/10899</w:t>
        <w:br/>
        <w:t>f 29853/12376/10899 22559/9058/7892 29856/12378/10901</w:t>
        <w:br/>
        <w:t>f 29856/12378/10901 22559/9058/7892 22557/9060/7894</w:t>
        <w:br/>
        <w:t>f 22529/9031/7867 29856/12378/10901 22557/9060/7894</w:t>
        <w:br/>
        <w:t>f 22503/9006/7842 22524/9026/7862 29857/12380/10903</w:t>
        <w:br/>
        <w:t>f 22528/9032/7868 22503/9006/7842 29857/12380/10903</w:t>
        <w:br/>
        <w:t>f 29849/12371/10894 29854/12377/10900 29852/12375/10898</w:t>
        <w:br/>
        <w:t>f 29852/12375/10898 29854/12377/10900 29855/12379/10902</w:t>
        <w:br/>
        <w:t>f 22555/9057/7891 29852/12375/10898 29855/12379/10902</w:t>
        <w:br/>
        <w:t>f 22555/9057/7891 29855/12379/10902 22530/9030/7866</w:t>
        <w:br/>
        <w:t>f 22534/9034/7870 22555/9057/7891 22530/9030/7866</w:t>
        <w:br/>
        <w:t>f 22534/9034/7870 22530/9030/7866 22531/9029/7865</w:t>
        <w:br/>
        <w:t>f 22533/9035/7871 22534/9034/7870 22531/9029/7865</w:t>
        <w:br/>
        <w:t>f 22523/9027/7863 29837/12360/10886 22163/8958/7801</w:t>
        <w:br/>
        <w:t>f 22526/9024/7860 22523/9027/7863 22163/8958/7801</w:t>
        <w:br/>
        <w:t>f 22163/8958/7801 22155/8947/7790 22151/8946/7789</w:t>
        <w:br/>
        <w:t>f 22163/8958/7801 29837/12360/10886 22155/8947/7790</w:t>
        <w:br/>
        <w:t>f 22539/9039/7875 22503/9006/7842 22557/9060/7894</w:t>
        <w:br/>
        <w:t>f 22557/9060/7894 22503/9006/7842 22528/9032/7868</w:t>
        <w:br/>
        <w:t>f 22529/9031/7867 22557/9060/7894 22528/9032/7868</w:t>
        <w:br/>
        <w:t>f 22532/9036/7872 22541/9042/7878 22552/9055/7889</w:t>
        <w:br/>
        <w:t>f 22535/9033/7869 22532/9036/7872 22552/9055/7889</w:t>
        <w:br/>
        <w:t>f 22541/9042/7878 22506/9009/7845 22554/9053/7887</w:t>
        <w:br/>
        <w:t>f 22552/9055/7889 22541/9042/7878 22554/9053/7887</w:t>
        <w:br/>
        <w:t>f 22554/9053/7887 22506/9009/7845 22540/9041/7877</w:t>
        <w:br/>
        <w:t>f 22528/9032/7868 29857/12380/10903 22531/9029/7865</w:t>
        <w:br/>
        <w:t>f 29857/12380/10903 29858/12381/10904 22533/9035/7871</w:t>
        <w:br/>
        <w:t>f 22531/9029/7865 29857/12380/10903 22533/9035/7871</w:t>
        <w:br/>
        <w:t>f 22503/9006/7842 22504/9005/7841 22524/9026/7862</w:t>
        <w:br/>
        <w:t>f 22524/9026/7862 22525/9025/7861 29858/12381/10904</w:t>
        <w:br/>
        <w:t>f 29857/12380/10903 22524/9026/7862 29858/12381/10904</w:t>
        <w:br/>
        <w:t>f 29859/12382/10905 22537/9037/7873 22541/9042/7878</w:t>
        <w:br/>
        <w:t>f 22525/9025/7861 22537/9037/7873 29859/12382/10905</w:t>
        <w:br/>
        <w:t>f 29860/12383/10906 29859/12382/10905 22541/9042/7878</w:t>
        <w:br/>
        <w:t>f 22532/9036/7872 29860/12383/10906 22541/9042/7878</w:t>
        <w:br/>
        <w:t>f 29860/12383/10906 29858/12381/10904 22525/9025/7861</w:t>
        <w:br/>
        <w:t>f 29859/12382/10905 29860/12383/10906 22525/9025/7861</w:t>
        <w:br/>
        <w:t>f 22533/9035/7871 29858/12381/10904 29860/12383/10906</w:t>
        <w:br/>
        <w:t>f 22532/9036/7872 22533/9035/7871 29860/12383/10906</w:t>
        <w:br/>
        <w:t>f 22535/9033/7869 22552/9055/7889 22553/9054/7888</w:t>
        <w:br/>
        <w:t>f 22556/9056/7890 22535/9033/7869 22553/9054/7888</w:t>
        <w:br/>
        <w:t>f 29851/12374/10897 22556/9056/7890 22553/9054/7888</w:t>
        <w:br/>
        <w:t>f 7679/12384/10907 7678/12385/10908 7677/12386/10908</w:t>
        <w:br/>
        <w:t>f 7676/12387/10907 7679/12384/10907 7677/12386/10908</w:t>
        <w:br/>
        <w:t>f 7681/12388/10909 7677/12386/10908 7678/12385/10908</w:t>
        <w:br/>
        <w:t>f 7680/12389/10910 7681/12388/10909 7678/12385/10908</w:t>
        <w:br/>
        <w:t>f 7685/12390/10911 7684/12391/10912 7683/12392/10912</w:t>
        <w:br/>
        <w:t>f 7682/12393/10911 7685/12390/10911 7683/12392/10912</w:t>
        <w:br/>
        <w:t>f 7685/12390/10911 7682/12393/10911 7687/12394/10913</w:t>
        <w:br/>
        <w:t>f 7686/12395/10914 7685/12390/10911 7687/12394/10913</w:t>
        <w:br/>
        <w:t>f 7687/12394/10913 7689/12396/10915 7688/12397/10915</w:t>
        <w:br/>
        <w:t>f 7686/12395/10914 7687/12394/10913 7688/12397/10915</w:t>
        <w:br/>
        <w:t>f 7689/12396/10915 7691/12398/10916 7690/12399/10916</w:t>
        <w:br/>
        <w:t>f 7688/12397/10915 7689/12396/10915 7690/12399/10916</w:t>
        <w:br/>
        <w:t>f 7695/12400/10917 7694/12401/10918 7693/12402/10919</w:t>
        <w:br/>
        <w:t>f 7692/12403/10917 7695/12400/10917 7693/12402/10919</w:t>
        <w:br/>
        <w:t>f 7696/12404/10920 7693/12402/10919 7694/12401/10918</w:t>
        <w:br/>
        <w:t>f 7697/12405/10920 7696/12404/10920 7694/12401/10918</w:t>
        <w:br/>
        <w:t>f 7700/12406/10921 7699/12407/10921 7698/12408/10922</w:t>
        <w:br/>
        <w:t>f 7701/12409/10923 7700/12406/10921 7698/12408/10922</w:t>
        <w:br/>
        <w:t>f 7703/12410/10924 7702/12411/10925 7699/12407/10921</w:t>
        <w:br/>
        <w:t>f 7700/12406/10921 7703/12410/10924 7699/12407/10921</w:t>
        <w:br/>
        <w:t>f 7680/12389/10910 7705/12412/10926 7704/12413/10926</w:t>
        <w:br/>
        <w:t>f 7681/12388/10909 7680/12389/10910 7704/12413/10926</w:t>
        <w:br/>
        <w:t>f 7698/12408/10922 7707/12414/10927 7706/12415/10927</w:t>
        <w:br/>
        <w:t>f 7701/12409/10923 7698/12408/10922 7706/12415/10927</w:t>
        <w:br/>
        <w:t>f 7696/12404/10920 7697/12405/10920 7709/12416/10928</w:t>
        <w:br/>
        <w:t>f 7708/12417/10928 7696/12404/10920 7709/12416/10928</w:t>
        <w:br/>
        <w:t>f 7711/12418/10929 7710/12419/10930 7695/12400/10917</w:t>
        <w:br/>
        <w:t>f 7692/12403/10917 7711/12418/10929 7695/12400/10917</w:t>
        <w:br/>
        <w:t>f 7714/12420/10931 7713/12421/10932 7712/12422/10932</w:t>
        <w:br/>
        <w:t>f 7715/12423/10931 7714/12420/10931 7712/12422/10932</w:t>
        <w:br/>
        <w:t>f 7690/12399/10916 7691/12398/10916 7717/12424/10933</w:t>
        <w:br/>
        <w:t>f 7716/12425/10933 7690/12399/10916 7717/12424/10933</w:t>
        <w:br/>
        <w:t>f 7704/12413/10926 7705/12412/10926 7719/12426/10934</w:t>
        <w:br/>
        <w:t>f 7718/12427/10934 7704/12413/10926 7719/12426/10934</w:t>
        <w:br/>
        <w:t>f 7709/12416/10928 7721/12428/10935 7720/12429/10935</w:t>
        <w:br/>
        <w:t>f 7708/12417/10928 7709/12416/10928 7720/12429/10935</w:t>
        <w:br/>
        <w:t>f 7723/12430/10936 7722/12431/10936 7706/12415/10927</w:t>
        <w:br/>
        <w:t>f 7707/12414/10927 7723/12430/10936 7706/12415/10927</w:t>
        <w:br/>
        <w:t>f 7725/12432/10937 7724/12433/10937 7718/12427/10934</w:t>
        <w:br/>
        <w:t>f 7719/12426/10934 7725/12432/10937 7718/12427/10934</w:t>
        <w:br/>
        <w:t>f 7722/12431/10936 7723/12430/10936 7726/12434/10938</w:t>
        <w:br/>
        <w:t>f 7727/12435/10939 7722/12431/10936 7726/12434/10938</w:t>
        <w:br/>
        <w:t>f 7730/12436/10940 7729/12437/10940 7728/12438/10940</w:t>
        <w:br/>
        <w:t>f 7731/12439/10940 7730/12436/10940 7728/12438/10940</w:t>
        <w:br/>
        <w:t>f 7684/12391/10912 7716/12425/10933 7717/12424/10933</w:t>
        <w:br/>
        <w:t>f 7683/12392/10912 7684/12391/10912 7717/12424/10933</w:t>
        <w:br/>
        <w:t>f 7726/12434/10938 7702/12411/10925 7703/12410/10924</w:t>
        <w:br/>
        <w:t>f 7727/12435/10939 7726/12434/10938 7703/12410/10924</w:t>
        <w:br/>
        <w:t>f 7735/12440/10941 7734/12441/10942 7733/12442/10943</w:t>
        <w:br/>
        <w:t>f 7732/12443/10944 7735/12440/10941 7733/12442/10943</w:t>
        <w:br/>
        <w:t>f 7732/12443/10944 7733/12442/10943 7737/12444/10945</w:t>
        <w:br/>
        <w:t>f 7736/12445/10945 7732/12443/10944 7737/12444/10945</w:t>
        <w:br/>
        <w:t>f 7739/12446/10946 7736/12445/10945 7737/12444/10945</w:t>
        <w:br/>
        <w:t>f 7738/12447/10946 7739/12446/10946 7737/12444/10945</w:t>
        <w:br/>
        <w:t>f 7743/12448/10947 7742/12449/10947 7741/12450/10948</w:t>
        <w:br/>
        <w:t>f 7740/12451/10948 7743/12448/10947 7741/12450/10948</w:t>
        <w:br/>
        <w:t>f 7746/12452/10949 7745/12453/10950 7744/12454/10950</w:t>
        <w:br/>
        <w:t>f 7747/12455/10949 7746/12452/10949 7744/12454/10950</w:t>
        <w:br/>
        <w:t>f 7751/12456/10951 7750/12457/10951 7749/12458/10952</w:t>
        <w:br/>
        <w:t>f 7748/12459/10952 7751/12456/10951 7749/12458/10952</w:t>
        <w:br/>
        <w:t>f 7755/12460/10953 7754/12461/10954 7753/12462/10955</w:t>
        <w:br/>
        <w:t>f 7752/12463/10956 7755/12460/10953 7753/12462/10955</w:t>
        <w:br/>
        <w:t>f 7735/12440/10941 7739/12446/10946 7738/12447/10946</w:t>
        <w:br/>
        <w:t>f 7734/12441/10942 7735/12440/10941 7738/12447/10946</w:t>
        <w:br/>
        <w:t>f 7758/12464/10957 7757/12465/10958 7756/12466/10959</w:t>
        <w:br/>
        <w:t>f 7759/12467/10960 7758/12464/10957 7756/12466/10959</w:t>
        <w:br/>
        <w:t>f 7753/12462/10955 7754/12461/10954 7761/12468/10961</w:t>
        <w:br/>
        <w:t>f 7760/12469/10962 7753/12462/10955 7761/12468/10961</w:t>
        <w:br/>
        <w:t>f 7765/12470/10963 7764/12471/10963 7763/12472/10963</w:t>
        <w:br/>
        <w:t>f 7762/12473/10963 7765/12470/10963 7763/12472/10963</w:t>
        <w:br/>
        <w:t>f 7769/12474/10964 7768/12475/10964 7767/12476/10965</w:t>
        <w:br/>
        <w:t>f 7766/12477/10966 7769/12474/10964 7767/12476/10965</w:t>
        <w:br/>
        <w:t>f 7773/12478/10947 7772/12479/10947 7771/12480/10947</w:t>
        <w:br/>
        <w:t>f 7770/12481/10947 7773/12478/10947 7771/12480/10947</w:t>
        <w:br/>
        <w:t>f 7760/12469/10962 7761/12468/10961 7775/12482/10967</w:t>
        <w:br/>
        <w:t>f 7774/12483/10967 7760/12469/10962 7775/12482/10967</w:t>
        <w:br/>
        <w:t>f 7775/12482/10967 7755/12460/10953 7752/12463/10956</w:t>
        <w:br/>
        <w:t>f 7774/12483/10967 7775/12482/10967 7752/12463/10956</w:t>
        <w:br/>
        <w:t>f 7779/12484/10968 7778/12485/10969 7777/12486/10969</w:t>
        <w:br/>
        <w:t>f 7776/12487/10968 7779/12484/10968 7777/12486/10969</w:t>
        <w:br/>
        <w:t>f 7782/12488/10970 7781/12489/10970 7780/12490/10971</w:t>
        <w:br/>
        <w:t>f 7783/12491/10971 7782/12488/10970 7780/12490/10971</w:t>
        <w:br/>
        <w:t>f 7783/12491/10971 7780/12490/10971 7784/12492/10972</w:t>
        <w:br/>
        <w:t>f 7785/12493/10973 7783/12491/10971 7784/12492/10972</w:t>
        <w:br/>
        <w:t>f 7789/12494/10974 7788/12495/10974 7787/12496/10975</w:t>
        <w:br/>
        <w:t>f 7786/12497/10976 7789/12494/10974 7787/12496/10975</w:t>
        <w:br/>
        <w:t>f 7793/12498/10977 7792/12499/10977 7791/12500/10977</w:t>
        <w:br/>
        <w:t>f 7790/12501/10978 7793/12498/10977 7791/12500/10977</w:t>
        <w:br/>
        <w:t>f 7795/12502/10979 7781/12489/10970 7782/12488/10970</w:t>
        <w:br/>
        <w:t>f 7794/12503/10980 7795/12502/10979 7782/12488/10970</w:t>
        <w:br/>
        <w:t>f 7798/12504/10981 7797/12505/10982 7796/12506/10983</w:t>
        <w:br/>
        <w:t>f 7799/12507/10984 7798/12504/10981 7796/12506/10983</w:t>
        <w:br/>
        <w:t>f 7803/12508/10985 7802/12509/10986 7801/12510/10985</w:t>
        <w:br/>
        <w:t>f 7800/12511/10985 7803/12508/10985 7801/12510/10985</w:t>
        <w:br/>
        <w:t>f 7807/12512/10987 7806/12513/10988 7805/12514/10989</w:t>
        <w:br/>
        <w:t>f 7804/12515/10988 7807/12512/10987 7805/12514/10989</w:t>
        <w:br/>
        <w:t>f 7810/12516/10990 7809/12517/10991 7808/12518/10991</w:t>
        <w:br/>
        <w:t>f 7811/12519/10990 7810/12516/10990 7808/12518/10991</w:t>
        <w:br/>
        <w:t>f 7808/12518/10991 7809/12517/10991 7797/12505/10982</w:t>
        <w:br/>
        <w:t>f 7798/12504/10981 7808/12518/10991 7797/12505/10982</w:t>
        <w:br/>
        <w:t>f 7814/12520/10992 7813/12521/10993 7812/12522/10994</w:t>
        <w:br/>
        <w:t>f 7815/12523/10995 7814/12520/10992 7812/12522/10994</w:t>
        <w:br/>
        <w:t>f 7818/12524/10996 7817/12525/10997 7816/12526/10996</w:t>
        <w:br/>
        <w:t>f 7819/12527/10996 7818/12524/10996 7816/12526/10996</w:t>
        <w:br/>
        <w:t>f 7822/12528/10998 7821/12529/10999 7820/12530/11000</w:t>
        <w:br/>
        <w:t>f 7823/12531/10998 7822/12528/10998 7820/12530/11000</w:t>
        <w:br/>
        <w:t>f 7827/12532/11001 7826/12533/11002 7825/12534/11001</w:t>
        <w:br/>
        <w:t>f 7824/12535/11003 7827/12532/11001 7825/12534/11001</w:t>
        <w:br/>
        <w:t>f 7831/12536/11004 7830/12537/11004 7829/12538/11005</w:t>
        <w:br/>
        <w:t>f 7828/12539/11006 7831/12536/11004 7829/12538/11005</w:t>
        <w:br/>
        <w:t>f 7834/12540/11007 7833/12541/11008 7832/12542/11009</w:t>
        <w:br/>
        <w:t>f 7835/12543/11010 7834/12540/11007 7832/12542/11009</w:t>
        <w:br/>
        <w:t>f 7838/12544/11011 7837/12545/11012 7836/12546/11013</w:t>
        <w:br/>
        <w:t>f 7839/12547/11011 7838/12544/11011 7836/12546/11013</w:t>
        <w:br/>
        <w:t>f 7843/12548/11014 7842/12549/11015 7841/12550/11016</w:t>
        <w:br/>
        <w:t>f 7840/12551/11017 7843/12548/11014 7841/12550/11016</w:t>
        <w:br/>
        <w:t>f 7846/12552/11018 7845/12553/11019 7844/12554/11020</w:t>
        <w:br/>
        <w:t>f 7847/12555/11021 7846/12552/11018 7844/12554/11020</w:t>
        <w:br/>
        <w:t>f 7851/12556/11022 7850/12557/11023 7849/12558/11024</w:t>
        <w:br/>
        <w:t>f 7848/12559/11021 7851/12556/11022 7849/12558/11024</w:t>
        <w:br/>
        <w:t>f 7851/12556/11022 7848/12559/11021 7853/12560/11025</w:t>
        <w:br/>
        <w:t>f 7852/12561/11026 7851/12556/11022 7853/12560/11025</w:t>
        <w:br/>
        <w:t>f 7854/12562/11027 7847/12555/11021 7844/12554/11020</w:t>
        <w:br/>
        <w:t>f 7855/12563/11028 7854/12562/11027 7844/12554/11020</w:t>
        <w:br/>
        <w:t>f 7858/12564/11029 7857/12565/11030 7856/12566/11031</w:t>
        <w:br/>
        <w:t>f 7859/12567/11032 7858/12564/11029 7856/12566/11031</w:t>
        <w:br/>
        <w:t>f 7861/12568/11033 7854/12562/11027 7855/12563/11028</w:t>
        <w:br/>
        <w:t>f 7860/12569/11034 7861/12568/11033 7855/12563/11028</w:t>
        <w:br/>
        <w:t>f 7853/12560/11025 7863/12570/11035 7862/12571/11036</w:t>
        <w:br/>
        <w:t>f 7852/12561/11026 7853/12560/11025 7862/12571/11036</w:t>
        <w:br/>
        <w:t>f 7867/12572/11037 7866/12573/11038 7865/12574/11017</w:t>
        <w:br/>
        <w:t>f 7864/12575/11039 7867/12572/11037 7865/12574/11017</w:t>
        <w:br/>
        <w:t>f 7871/12576/11040 7870/12577/11012 7869/12578/11041</w:t>
        <w:br/>
        <w:t>f 7868/12579/11042 7871/12576/11040 7869/12578/11041</w:t>
        <w:br/>
        <w:t>f 7862/12571/11036 7867/12572/11043 7868/12579/11044</w:t>
        <w:br/>
        <w:t>f 7852/12561/11026 7862/12571/11036 7868/12579/11044</w:t>
        <w:br/>
        <w:t>f 7875/12580/11045 7874/12581/11046 7873/12582/11047</w:t>
        <w:br/>
        <w:t>f 7872/12583/11048 7875/12580/11045 7873/12582/11047</w:t>
        <w:br/>
        <w:t>f 7875/12580/11045 7872/12583/11048 7877/12584/11049</w:t>
        <w:br/>
        <w:t>f 7876/12585/11050 7875/12580/11045 7877/12584/11049</w:t>
        <w:br/>
        <w:t>f 7876/12585/11050 7878/12586/11051 7874/12581/11046</w:t>
        <w:br/>
        <w:t>f 7875/12580/11045 7876/12585/11050 7874/12581/11046</w:t>
        <w:br/>
        <w:t>f 7881/12587/11052 7873/12582/11053 7880/12588/11054</w:t>
        <w:br/>
        <w:t>f 7879/12589/11055 7881/12587/11052 7880/12588/11054</w:t>
        <w:br/>
        <w:t>f 7882/12590/11056 7856/12566/11031 7857/12565/11030</w:t>
        <w:br/>
        <w:t>f 7883/12591/11057 7882/12590/11056 7857/12565/11030</w:t>
        <w:br/>
        <w:t>f 7886/12592/10992 7885/12593/11058 7884/12594/11059</w:t>
        <w:br/>
        <w:t>f 7888/12595/11029 7887/12596/11060 7873/12582/11053</w:t>
        <w:br/>
        <w:t>f 7881/12587/11052 7888/12595/11029 7873/12582/11053</w:t>
        <w:br/>
        <w:t>f 7877/12584/11049 7872/12583/11048 7889/12597/11061</w:t>
        <w:br/>
        <w:t>f 7821/12529/10999 7877/12584/11049 7889/12597/11061</w:t>
        <w:br/>
        <w:t>f 7890/12598/11062 7820/12530/11000 7821/12529/10999</w:t>
        <w:br/>
        <w:t>f 7889/12597/11061 7890/12598/11062 7821/12529/10999</w:t>
        <w:br/>
        <w:t>f 7892/12599/11063 7891/12600/11064 7820/12530/11000</w:t>
        <w:br/>
        <w:t>f 7890/12598/11062 7892/12599/11063 7820/12530/11000</w:t>
        <w:br/>
        <w:t>f 7893/12601/11065 7892/12599/11063 7890/12598/11062</w:t>
        <w:br/>
        <w:t>f 7889/12597/11061 7893/12601/11065 7890/12598/11062</w:t>
        <w:br/>
        <w:t>f 7873/12582/11047 7850/12557/11023 7872/12583/11048</w:t>
        <w:br/>
        <w:t>f 7889/12597/11061 7872/12583/11048 7850/12557/11023</w:t>
        <w:br/>
        <w:t>f 7894/12602/11066 7889/12597/11061 7850/12557/11023</w:t>
        <w:br/>
        <w:t>f 7894/12602/11066 7893/12601/11065 7889/12597/11061</w:t>
        <w:br/>
        <w:t>f 7897/12603/11067 7896/12604/11068 7895/12605/11069</w:t>
        <w:br/>
        <w:t>f 7893/12601/11070 7897/12603/11067 7895/12605/11069</w:t>
        <w:br/>
        <w:t>f 7893/12601/11070 7899/12606/11071 7898/12607/11072</w:t>
        <w:br/>
        <w:t>f 7897/12603/11067 7893/12601/11070 7898/12607/11072</w:t>
        <w:br/>
        <w:t>f 7850/12557/11023 7868/12579/11044 7900/12608/11073</w:t>
        <w:br/>
        <w:t>f 7894/12602/11066 7850/12557/11023 7900/12608/11073</w:t>
        <w:br/>
        <w:t>f 7902/12609/11074 7901/12610/11075 7900/12608/11073</w:t>
        <w:br/>
        <w:t>f 7868/12579/11044 7902/12609/11074 7900/12608/11073</w:t>
        <w:br/>
        <w:t>f 7905/12611/11076 7904/12612/11076 7903/12613/11077</w:t>
        <w:br/>
        <w:t>f 7906/12614/11078 7905/12611/11076 7903/12613/11077</w:t>
        <w:br/>
        <w:t>f 7909/12615/11079 7908/12616/11080 7907/12617/11081</w:t>
        <w:br/>
        <w:t>f 7900/12608/11073 7909/12615/11079 7907/12617/11081</w:t>
        <w:br/>
        <w:t>f 7911/12618/11082 7910/12619/11083 7900/12608/11073</w:t>
        <w:br/>
        <w:t>f 7907/12617/11081 7911/12618/11082 7900/12608/11073</w:t>
        <w:br/>
        <w:t>f 7907/12617/11081 7913/12620/11084 7912/12621/11085</w:t>
        <w:br/>
        <w:t>f 7911/12618/11082 7907/12617/11081 7912/12621/11085</w:t>
        <w:br/>
        <w:t>f 7917/12622/11086 7916/12623/11086 7915/12624/11087</w:t>
        <w:br/>
        <w:t>f 7914/12625/11087 7917/12622/11086 7915/12624/11087</w:t>
        <w:br/>
        <w:t>f 7920/12626/11088 7919/12627/11089 7918/12628/11090</w:t>
        <w:br/>
        <w:t>f 7921/12629/11091 7920/12626/11088 7918/12628/11090</w:t>
        <w:br/>
        <w:t>f 7924/12630/11092 7910/12619/11083 7923/12631/11093</w:t>
        <w:br/>
        <w:t>f 7922/12632/11094 7924/12630/11092 7923/12631/11093</w:t>
        <w:br/>
        <w:t>f 7924/12630/11092 7926/12633/11095 7925/12634/11096</w:t>
        <w:br/>
        <w:t>f 7910/12619/11083 7924/12630/11092 7925/12634/11096</w:t>
        <w:br/>
        <w:t>f 7928/12635/11097 7927/12636/11098 7921/12629/11091</w:t>
        <w:br/>
        <w:t>f 7918/12628/11090 7928/12635/11097 7921/12629/11091</w:t>
        <w:br/>
        <w:t>f 7932/12637/11067 7931/12638/11099 7930/12639/11100</w:t>
        <w:br/>
        <w:t>f 7929/12640/11101 7932/12637/11067 7930/12639/11100</w:t>
        <w:br/>
        <w:t>f 7934/12641/11072 7933/12642/11102 7931/12638/11099</w:t>
        <w:br/>
        <w:t>f 7932/12637/11067 7934/12641/11072 7931/12638/11099</w:t>
        <w:br/>
        <w:t>f 7927/12636/11098 7928/12635/11097 7936/12643/11103</w:t>
        <w:br/>
        <w:t>f 7935/12644/11104 7927/12636/11098 7936/12643/11103</w:t>
        <w:br/>
        <w:t>f 7868/12579/11044 7850/12557/11023 7851/12556/11022</w:t>
        <w:br/>
        <w:t>f 7852/12561/11026 7868/12579/11044 7851/12556/11022</w:t>
        <w:br/>
        <w:t>f 7925/12634/11096 7894/12602/11066 7900/12608/11073</w:t>
        <w:br/>
        <w:t>f 7910/12619/11083 7925/12634/11096 7900/12608/11073</w:t>
        <w:br/>
        <w:t>f 7925/12634/11096 7926/12633/11095 7937/12645/11105</w:t>
        <w:br/>
        <w:t>f 7894/12602/11066 7925/12634/11096 7937/12645/11105</w:t>
        <w:br/>
        <w:t>f 7939/12646/10998 7877/12584/11049 7938/12647/11106</w:t>
        <w:br/>
        <w:t>f 7940/12648/11107 7939/12646/10998 7938/12647/11106</w:t>
        <w:br/>
        <w:t>f 7822/12528/10998 7938/12647/11106 7877/12584/11049</w:t>
        <w:br/>
        <w:t>f 7821/12529/10999 7822/12528/10998 7877/12584/11049</w:t>
        <w:br/>
        <w:t>f 7944/12649/11108 7943/12650/11108 7942/12651/11108</w:t>
        <w:br/>
        <w:t>f 7941/12652/11108 7944/12649/11108 7942/12651/11108</w:t>
        <w:br/>
        <w:t>f 7948/12653/11108 7947/12654/11108 7946/12655/11108</w:t>
        <w:br/>
        <w:t>f 7945/12656/11108 7948/12653/11108 7946/12655/11108</w:t>
        <w:br/>
        <w:t>f 7952/12657/11108 7951/12658/11108 7950/12659/11108</w:t>
        <w:br/>
        <w:t>f 7949/12660/11108 7952/12657/11108 7950/12659/11108</w:t>
        <w:br/>
        <w:t>f 7951/12658/11108 7952/12657/11108 7953/12661/11108</w:t>
        <w:br/>
        <w:t>f 7956/12662/11108 7955/12663/11108 7954/12664/11108</w:t>
        <w:br/>
        <w:t>f 7955/12663/11108 7959/12665/11108 7958/12666/11108</w:t>
        <w:br/>
        <w:t>f 7957/12667/11108 7955/12663/11108 7958/12666/11108</w:t>
        <w:br/>
        <w:t>f 7960/12668/11108 7956/12662/11108 7944/12649/11108</w:t>
        <w:br/>
        <w:t>f 7944/12649/11108 7956/12662/11108 7943/12650/11108</w:t>
        <w:br/>
        <w:t>f 7943/12650/11108 7956/12662/11108 7947/12654/11108</w:t>
        <w:br/>
        <w:t>f 7956/12662/11108 7946/12655/11108 7947/12654/11108</w:t>
        <w:br/>
        <w:t>f 7954/12664/11108 7955/12663/11108 7957/12667/11108</w:t>
        <w:br/>
        <w:t>f 7952/12657/11108 7955/12663/11108 7956/12662/11108</w:t>
        <w:br/>
        <w:t>f 7960/12668/11108 7952/12657/11108 7956/12662/11108</w:t>
        <w:br/>
        <w:t>f 7960/12668/11108 7953/12661/11108 7952/12657/11108</w:t>
        <w:br/>
        <w:t>f 7962/12669/10992 7886/12592/10992 7884/12594/11059</w:t>
        <w:br/>
        <w:t>f 7961/12670/11109 7962/12669/10992 7884/12594/11059</w:t>
        <w:br/>
        <w:t>f 7826/12533/11002 7827/12532/11001 7963/12671/11110</w:t>
        <w:br/>
        <w:t>f 7967/12672/11111 7966/12673/11112 7965/12674/11112</w:t>
        <w:br/>
        <w:t>f 7964/12675/11113 7967/12672/11111 7965/12674/11112</w:t>
        <w:br/>
        <w:t>f 7964/12675/11113 7969/12676/11114 7968/12677/11114</w:t>
        <w:br/>
        <w:t>f 7967/12672/11111 7964/12675/11113 7968/12677/11114</w:t>
        <w:br/>
        <w:t>f 7968/12677/11114 7969/12676/11114 7971/12678/11115</w:t>
        <w:br/>
        <w:t>f 7970/12679/11115 7968/12677/11114 7971/12678/11115</w:t>
        <w:br/>
        <w:t>f 7975/12680/11116 7974/12681/11116 7973/12682/11116</w:t>
        <w:br/>
        <w:t>f 7972/12683/11116 7975/12680/11116 7973/12682/11116</w:t>
        <w:br/>
        <w:t>f 7978/12684/11117 7977/12685/11117 7976/12686/11118</w:t>
        <w:br/>
        <w:t>f 7979/12687/11118 7978/12684/11117 7976/12686/11118</w:t>
        <w:br/>
        <w:t>f 7983/12688/11119 7982/12689/11120 7981/12690/11121</w:t>
        <w:br/>
        <w:t>f 7980/12691/11119 7983/12688/11119 7981/12690/11121</w:t>
        <w:br/>
        <w:t>f 7987/12692/11122 7986/12693/11122 7985/12694/11123</w:t>
        <w:br/>
        <w:t>f 7984/12695/11124 7987/12692/11122 7985/12694/11123</w:t>
        <w:br/>
        <w:t>f 7970/12679/11115 7971/12678/11115 7965/12674/11112</w:t>
        <w:br/>
        <w:t>f 7966/12673/11112 7970/12679/11115 7965/12674/11112</w:t>
        <w:br/>
        <w:t>f 7990/12696/11125 7989/12697/11125 7988/12698/11126</w:t>
        <w:br/>
        <w:t>f 7991/12699/11126 7990/12696/11125 7988/12698/11126</w:t>
        <w:br/>
        <w:t>f 7985/12694/11123 7993/12700/11127 7992/12701/11128</w:t>
        <w:br/>
        <w:t>f 7984/12695/11124 7985/12694/11123 7992/12701/11128</w:t>
        <w:br/>
        <w:t>f 7997/12702/11129 7996/12703/11129 7995/12704/11129</w:t>
        <w:br/>
        <w:t>f 7994/12705/11129 7997/12702/11129 7995/12704/11129</w:t>
        <w:br/>
        <w:t>f 8001/12706/11130 8000/12707/11130 7999/12708/11130</w:t>
        <w:br/>
        <w:t>f 7998/12709/11130 8001/12706/11130 7999/12708/11130</w:t>
        <w:br/>
        <w:t>f 8005/12710/11116 8004/12711/11116 8003/12712/11116</w:t>
        <w:br/>
        <w:t>f 8002/12713/11116 8005/12710/11116 8003/12712/11116</w:t>
        <w:br/>
        <w:t>f 8007/12714/11131 7992/12701/11128 7993/12700/11127</w:t>
        <w:br/>
        <w:t>f 8006/12715/11131 8007/12714/11131 7993/12700/11127</w:t>
        <w:br/>
        <w:t>f 7986/12693/11122 7987/12692/11122 8007/12714/11131</w:t>
        <w:br/>
        <w:t>f 8006/12715/11131 7986/12693/11122 8007/12714/11131</w:t>
        <w:br/>
        <w:t>f 8011/12716/11132 8010/12717/11132 8009/12718/11133</w:t>
        <w:br/>
        <w:t>f 8008/12719/11133 8011/12716/11132 8009/12718/11133</w:t>
        <w:br/>
        <w:t>f 8014/12720/11134 8013/12721/11135 8012/12722/11136</w:t>
        <w:br/>
        <w:t>f 8015/12723/11134 8014/12720/11134 8012/12722/11136</w:t>
        <w:br/>
        <w:t>f 8016/12724/11137 8014/12720/11134 8015/12723/11134</w:t>
        <w:br/>
        <w:t>f 8017/12725/11138 8016/12724/11137 8015/12723/11134</w:t>
        <w:br/>
        <w:t>f 8021/12726/11139 8020/12727/11140 8019/12728/11139</w:t>
        <w:br/>
        <w:t>f 8018/12729/11141 8021/12726/11139 8019/12728/11139</w:t>
        <w:br/>
        <w:t>f 8025/12730/11142 8024/12731/11143 8023/12732/11144</w:t>
        <w:br/>
        <w:t>f 8022/12733/11144 8025/12730/11142 8023/12732/11144</w:t>
        <w:br/>
        <w:t>f 8027/12734/11145 8026/12735/11146 8012/12722/11136</w:t>
        <w:br/>
        <w:t>f 8013/12721/11135 8027/12734/11145 8012/12722/11136</w:t>
        <w:br/>
        <w:t>f 8030/12736/11147 8029/12737/11148 8028/12738/11149</w:t>
        <w:br/>
        <w:t>f 8031/12739/11150 8030/12736/11147 8028/12738/11149</w:t>
        <w:br/>
        <w:t>f 8035/12740/11151 8034/12741/11152 8033/12742/11153</w:t>
        <w:br/>
        <w:t>f 8032/12743/11154 8035/12740/11151 8033/12742/11153</w:t>
        <w:br/>
        <w:t>f 8039/12744/11155 8038/12745/11156 8037/12746/11157</w:t>
        <w:br/>
        <w:t>f 8036/12747/11156 8039/12744/11155 8037/12746/11157</w:t>
        <w:br/>
        <w:t>f 8042/12748/11158 8041/12749/11158 8040/12750/11159</w:t>
        <w:br/>
        <w:t>f 8043/12751/11159 8042/12748/11158 8040/12750/11159</w:t>
        <w:br/>
        <w:t>f 8042/12748/11158 8028/12738/11149 8029/12737/11148</w:t>
        <w:br/>
        <w:t>f 8041/12749/11158 8042/12748/11158 8029/12737/11148</w:t>
        <w:br/>
        <w:t>f 8046/12752/11160 8045/12753/11161 8044/12754/11162</w:t>
        <w:br/>
        <w:t>f 8047/12755/11163 8046/12752/11160 8044/12754/11162</w:t>
        <w:br/>
        <w:t>f 8050/12756/11164 8049/12757/11165 8048/12758/11164</w:t>
        <w:br/>
        <w:t>f 8051/12759/11164 8050/12756/11164 8048/12758/11164</w:t>
        <w:br/>
        <w:t>f 8054/12760/11166 8053/12761/11166 8052/12762/11167</w:t>
        <w:br/>
        <w:t>f 8055/12763/11168 8054/12760/11166 8052/12762/11167</w:t>
        <w:br/>
        <w:t>f 8059/12764/11169 8058/12765/11169 8057/12766/11169</w:t>
        <w:br/>
        <w:t>f 8056/12767/11170 8059/12764/11169 8057/12766/11169</w:t>
        <w:br/>
        <w:t>f 8063/12768/11171 8062/12769/11172 8061/12770/11172</w:t>
        <w:br/>
        <w:t>f 8060/12771/11171 8063/12768/11171 8061/12770/11172</w:t>
        <w:br/>
        <w:t>f 8066/12772/11173 8065/12773/11174 8064/12774/11175</w:t>
        <w:br/>
        <w:t>f 8067/12775/11176 8066/12772/11173 8064/12774/11175</w:t>
        <w:br/>
        <w:t>f 8070/12776/11177 8069/12777/11177 8068/12778/11178</w:t>
        <w:br/>
        <w:t>f 8071/12779/11178 8070/12776/11177 8068/12778/11178</w:t>
        <w:br/>
        <w:t>f 8075/12780/11179 8074/12781/11180 8073/12782/11181</w:t>
        <w:br/>
        <w:t>f 8072/12783/11182 8075/12780/11179 8073/12782/11181</w:t>
        <w:br/>
        <w:t>f 8078/12784/11183 8077/12785/11184 8076/12786/11185</w:t>
        <w:br/>
        <w:t>f 8079/12787/11186 8078/12784/11183 8076/12786/11185</w:t>
        <w:br/>
        <w:t>f 8083/12788/11187 8082/12789/11186 8081/12790/11188</w:t>
        <w:br/>
        <w:t>f 8080/12791/11189 8083/12788/11187 8081/12790/11188</w:t>
        <w:br/>
        <w:t>f 8085/12792/11190 8082/12789/11186 8083/12788/11187</w:t>
        <w:br/>
        <w:t>f 8084/12793/11191 8085/12792/11190 8083/12788/11187</w:t>
        <w:br/>
        <w:t>f 8078/12784/11183 8079/12787/11186 8086/12794/11192</w:t>
        <w:br/>
        <w:t>f 8087/12795/11193 8078/12784/11183 8086/12794/11192</w:t>
        <w:br/>
        <w:t>f 8090/12796/11194 8089/12797/11195 8088/12798/11196</w:t>
        <w:br/>
        <w:t>f 8091/12799/11197 8090/12796/11194 8088/12798/11196</w:t>
        <w:br/>
        <w:t>f 8093/12800/11198 8092/12801/11199 8087/12795/11193</w:t>
        <w:br/>
        <w:t>f 8086/12794/11192 8093/12800/11198 8087/12795/11193</w:t>
        <w:br/>
        <w:t>f 8095/12802/11200 8094/12803/11201 8085/12792/11190</w:t>
        <w:br/>
        <w:t>f 8084/12793/11191 8095/12802/11200 8085/12792/11190</w:t>
        <w:br/>
        <w:t>f 8099/12804/11202 8098/12805/11203 8097/12806/11180</w:t>
        <w:br/>
        <w:t>f 8096/12807/11204 8099/12804/11202 8097/12806/11180</w:t>
        <w:br/>
        <w:t>f 8103/12808/11205 8102/12809/11206 8101/12810/11207</w:t>
        <w:br/>
        <w:t>f 8100/12811/11208 8103/12808/11205 8101/12810/11207</w:t>
        <w:br/>
        <w:t>f 8095/12802/11200 8084/12793/11191 8102/12809/11209</w:t>
        <w:br/>
        <w:t>f 8099/12804/11210 8095/12802/11200 8102/12809/11209</w:t>
        <w:br/>
        <w:t>f 8107/12812/11211 8106/12813/11212 8105/12814/11213</w:t>
        <w:br/>
        <w:t>f 8104/12815/11214 8107/12812/11211 8105/12814/11213</w:t>
        <w:br/>
        <w:t>f 8109/12816/11215 8106/12813/11212 8107/12812/11211</w:t>
        <w:br/>
        <w:t>f 8108/12817/11216 8109/12816/11215 8107/12812/11211</w:t>
        <w:br/>
        <w:t>f 8104/12815/11214 8110/12818/11217 8108/12817/11216</w:t>
        <w:br/>
        <w:t>f 8107/12812/11211 8104/12815/11214 8108/12817/11216</w:t>
        <w:br/>
        <w:t>f 8113/12819/11218 8105/12814/11213 8112/12820/11219</w:t>
        <w:br/>
        <w:t>f 8111/12821/11220 8113/12819/11218 8112/12820/11219</w:t>
        <w:br/>
        <w:t>f 8089/12797/11195 8090/12796/11194 8114/12822/11221</w:t>
        <w:br/>
        <w:t>f 8115/12823/11222 8089/12797/11195 8114/12822/11221</w:t>
        <w:br/>
        <w:t>f 8118/12824/11160 8117/12825/11223 8116/12826/11224</w:t>
        <w:br/>
        <w:t>f 8105/12814/11213 8120/12827/11225 8119/12828/11196</w:t>
        <w:br/>
        <w:t>f 8112/12820/11219 8105/12814/11213 8119/12828/11196</w:t>
        <w:br/>
        <w:t>f 8109/12816/11215 8055/12763/11168 8121/12829/11226</w:t>
        <w:br/>
        <w:t>f 8106/12813/11212 8109/12816/11215 8121/12829/11226</w:t>
        <w:br/>
        <w:t>f 8055/12763/11168 8052/12762/11167 8122/12830/11227</w:t>
        <w:br/>
        <w:t>f 8121/12829/11226 8055/12763/11168 8122/12830/11227</w:t>
        <w:br/>
        <w:t>f 8124/12831/11228 8122/12830/11227 8052/12762/11167</w:t>
        <w:br/>
        <w:t>f 8123/12832/11229 8124/12831/11228 8052/12762/11167</w:t>
        <w:br/>
        <w:t>f 8122/12830/11227 8124/12831/11228 8125/12833/11230</w:t>
        <w:br/>
        <w:t>f 8121/12829/11226 8122/12830/11227 8125/12833/11230</w:t>
        <w:br/>
        <w:t>f 8105/12814/11213 8106/12813/11212 8080/12791/11189</w:t>
        <w:br/>
        <w:t>f 8080/12791/11189 8106/12813/11212 8121/12829/11226</w:t>
        <w:br/>
        <w:t>f 8126/12834/11231 8080/12791/11189 8121/12829/11226</w:t>
        <w:br/>
        <w:t>f 8126/12834/11231 8121/12829/11226 8125/12833/11230</w:t>
        <w:br/>
        <w:t>f 8129/12835/11232 8125/12833/11233 8128/12836/11234</w:t>
        <w:br/>
        <w:t>f 8127/12837/11235 8129/12835/11232 8128/12836/11234</w:t>
        <w:br/>
        <w:t>f 8131/12838/11236 8130/12839/11237 8125/12833/11233</w:t>
        <w:br/>
        <w:t>f 8129/12835/11232 8131/12838/11236 8125/12833/11233</w:t>
        <w:br/>
        <w:t>f 8132/12840/11238 8102/12809/11209 8080/12791/11189</w:t>
        <w:br/>
        <w:t>f 8126/12834/11231 8132/12840/11238 8080/12791/11189</w:t>
        <w:br/>
        <w:t>f 8134/12841/11239 8102/12809/11209 8132/12840/11238</w:t>
        <w:br/>
        <w:t>f 8133/12842/11240 8134/12841/11239 8132/12840/11238</w:t>
        <w:br/>
        <w:t>f 8137/12843/11241 8136/12844/11242 8135/12845/11243</w:t>
        <w:br/>
        <w:t>f 8138/12846/11241 8137/12843/11241 8135/12845/11243</w:t>
        <w:br/>
        <w:t>f 8141/12847/11244 8140/12848/11245 8139/12849/11246</w:t>
        <w:br/>
        <w:t>f 8132/12840/11238 8141/12847/11244 8139/12849/11246</w:t>
        <w:br/>
        <w:t>f 8143/12850/11247 8141/12847/11244 8132/12840/11238</w:t>
        <w:br/>
        <w:t>f 8142/12851/11248 8143/12850/11247 8132/12840/11238</w:t>
        <w:br/>
        <w:t>f 8141/12847/11244 8143/12850/11247 8145/12852/11249</w:t>
        <w:br/>
        <w:t>f 8144/12853/11250 8141/12847/11244 8145/12852/11249</w:t>
        <w:br/>
        <w:t>f 8149/12854/11251 8148/12855/11252 8147/12856/11252</w:t>
        <w:br/>
        <w:t>f 8146/12857/11251 8149/12854/11251 8147/12856/11252</w:t>
        <w:br/>
        <w:t>f 8152/12858/11253 8151/12859/11254 8150/12860/11255</w:t>
        <w:br/>
        <w:t>f 8153/12861/11256 8152/12858/11253 8150/12860/11255</w:t>
        <w:br/>
        <w:t>f 8156/12862/11256 8155/12863/11255 8154/12864/11257</w:t>
        <w:br/>
        <w:t>f 8142/12851/11248 8156/12862/11256 8154/12864/11257</w:t>
        <w:br/>
        <w:t>f 8158/12865/11258 8157/12866/11259 8156/12862/11256</w:t>
        <w:br/>
        <w:t>f 8142/12851/11248 8158/12865/11258 8156/12862/11256</w:t>
        <w:br/>
        <w:t>f 8160/12867/11260 8152/12858/11253 8153/12861/11256</w:t>
        <w:br/>
        <w:t>f 8159/12868/11261 8160/12867/11260 8153/12861/11256</w:t>
        <w:br/>
        <w:t>f 8164/12869/11262 8163/12870/11263 8162/12871/11264</w:t>
        <w:br/>
        <w:t>f 8161/12872/11265 8164/12869/11262 8162/12871/11264</w:t>
        <w:br/>
        <w:t>f 8166/12873/11266 8164/12869/11262 8161/12872/11265</w:t>
        <w:br/>
        <w:t>f 8165/12874/11267 8166/12873/11266 8161/12872/11265</w:t>
        <w:br/>
        <w:t>f 8159/12868/11261 8168/12875/11268 8167/12876/11269</w:t>
        <w:br/>
        <w:t>f 8160/12867/11260 8159/12868/11261 8167/12876/11269</w:t>
        <w:br/>
        <w:t>f 8083/12788/11187 8080/12791/11189 8102/12809/11209</w:t>
        <w:br/>
        <w:t>f 8084/12793/11191 8083/12788/11187 8102/12809/11209</w:t>
        <w:br/>
        <w:t>f 8158/12865/11258 8142/12851/11248 8132/12840/11238</w:t>
        <w:br/>
        <w:t>f 8126/12834/11231 8158/12865/11258 8132/12840/11238</w:t>
        <w:br/>
        <w:t>f 8158/12865/11258 8126/12834/11231 8169/12877/11270</w:t>
        <w:br/>
        <w:t>f 8157/12866/11259 8158/12865/11258 8169/12877/11270</w:t>
        <w:br/>
        <w:t>f 8171/12878/11271 8109/12816/11215 8170/12879/11166</w:t>
        <w:br/>
        <w:t>f 8172/12880/11272 8171/12878/11271 8170/12879/11166</w:t>
        <w:br/>
        <w:t>f 8054/12760/11166 8055/12763/11168 8109/12816/11215</w:t>
        <w:br/>
        <w:t>f 8171/12878/11271 8054/12760/11166 8109/12816/11215</w:t>
        <w:br/>
        <w:t>f 8176/12881/11273 8175/12882/11273 8174/12883/11273</w:t>
        <w:br/>
        <w:t>f 8173/12884/11273 8176/12881/11273 8174/12883/11273</w:t>
        <w:br/>
        <w:t>f 8180/12885/11273 8179/12886/11273 8178/12887/11273</w:t>
        <w:br/>
        <w:t>f 8177/12888/11273 8180/12885/11273 8178/12887/11273</w:t>
        <w:br/>
        <w:t>f 8184/12889/11273 8183/12890/11273 8182/12891/11273</w:t>
        <w:br/>
        <w:t>f 8181/12892/11273 8184/12889/11273 8182/12891/11273</w:t>
        <w:br/>
        <w:t>f 8183/12890/11273 8185/12893/11273 8182/12891/11273</w:t>
        <w:br/>
        <w:t>f 8188/12894/11273 8187/12895/11273 8186/12896/11273</w:t>
        <w:br/>
        <w:t>f 8191/12897/11273 8190/12898/11273 8186/12896/11273</w:t>
        <w:br/>
        <w:t>f 8189/12899/11273 8191/12897/11273 8186/12896/11273</w:t>
        <w:br/>
        <w:t>f 8188/12894/11273 8192/12900/11273 8178/12887/11273</w:t>
        <w:br/>
        <w:t>f 8178/12887/11273 8192/12900/11273 8177/12888/11273</w:t>
        <w:br/>
        <w:t>f 8177/12888/11273 8192/12900/11273 8173/12884/11273</w:t>
        <w:br/>
        <w:t>f 8173/12884/11273 8192/12900/11273 8176/12881/11273</w:t>
        <w:br/>
        <w:t>f 8187/12895/11273 8189/12899/11273 8186/12896/11273</w:t>
        <w:br/>
        <w:t>f 8188/12894/11273 8186/12896/11273 8182/12891/11273</w:t>
        <w:br/>
        <w:t>f 8192/12900/11273 8188/12894/11273 8182/12891/11273</w:t>
        <w:br/>
        <w:t>f 8192/12900/11273 8182/12891/11273 8185/12893/11273</w:t>
        <w:br/>
        <w:t>f 8117/12825/11223 8118/12824/11160 8194/12901/11162</w:t>
        <w:br/>
        <w:t>f 8193/12902/11274 8117/12825/11223 8194/12901/11162</w:t>
        <w:br/>
        <w:t>f 8056/12767/11170 8195/12903/11275 8059/12764/11169</w:t>
        <w:br/>
        <w:t>f 9784/12904/11276 9783/12905/11277 9782/12906/11278</w:t>
        <w:br/>
        <w:t>f 9781/12907/11279 9784/12904/11276 9782/12906/11278</w:t>
        <w:br/>
        <w:t>f 9782/12906/11278 9783/12905/11277 9786/12908/11280</w:t>
        <w:br/>
        <w:t>f 9785/12909/11281 9782/12906/11278 9786/12908/11280</w:t>
        <w:br/>
        <w:t>f 9788/12910/11282 9785/12909/11281 9786/12908/11280</w:t>
        <w:br/>
        <w:t>f 9787/12911/11282 9788/12910/11282 9786/12908/11280</w:t>
        <w:br/>
        <w:t>f 9792/12912/11283 9791/12913/11284 9790/12914/11284</w:t>
        <w:br/>
        <w:t>f 9789/12915/11284 9792/12912/11283 9790/12914/11284</w:t>
        <w:br/>
        <w:t>f 9795/12916/11285 9794/12917/11286 9793/12918/11286</w:t>
        <w:br/>
        <w:t>f 9796/12919/11285 9795/12916/11285 9793/12918/11286</w:t>
        <w:br/>
        <w:t>f 9799/12920/11287 9798/12921/11287 9797/12922/11287</w:t>
        <w:br/>
        <w:t>f 9800/12923/11287 9799/12920/11287 9797/12922/11287</w:t>
        <w:br/>
        <w:t>f 9804/12924/11288 9803/12925/11288 9802/12926/11289</w:t>
        <w:br/>
        <w:t>f 9801/12927/11289 9804/12924/11288 9802/12926/11289</w:t>
        <w:br/>
        <w:t>f 9784/12904/11276 9781/12907/11279 9788/12910/11282</w:t>
        <w:br/>
        <w:t>f 9787/12911/11282 9784/12904/11276 9788/12910/11282</w:t>
        <w:br/>
        <w:t>f 9807/12928/11290 9806/12929/11291 9805/12930/11291</w:t>
        <w:br/>
        <w:t>f 9808/12931/11290 9807/12928/11290 9805/12930/11291</w:t>
        <w:br/>
        <w:t>f 9810/12932/11292 9803/12925/11288 9804/12924/11288</w:t>
        <w:br/>
        <w:t>f 9809/12933/11293 9810/12932/11292 9804/12924/11288</w:t>
        <w:br/>
        <w:t>f 9814/12934/11294 9813/12935/11295 9812/12936/11294</w:t>
        <w:br/>
        <w:t>f 9811/12937/11294 9814/12934/11294 9812/12936/11294</w:t>
        <w:br/>
        <w:t>f 9818/12938/11296 9817/12939/11296 9816/12940/11297</w:t>
        <w:br/>
        <w:t>f 9815/12941/11297 9818/12938/11296 9816/12940/11297</w:t>
        <w:br/>
        <w:t>f 9822/12942/11298 9821/12943/11298 9820/12944/11298</w:t>
        <w:br/>
        <w:t>f 9819/12945/11299 9822/12942/11298 9820/12944/11298</w:t>
        <w:br/>
        <w:t>f 9810/12932/11292 9809/12933/11293 9824/12946/11300</w:t>
        <w:br/>
        <w:t>f 9823/12947/11300 9810/12932/11292 9824/12946/11300</w:t>
        <w:br/>
        <w:t>f 9802/12926/11289 9823/12947/11300 9824/12946/11300</w:t>
        <w:br/>
        <w:t>f 9801/12927/11289 9802/12926/11289 9824/12946/11300</w:t>
        <w:br/>
        <w:t>f 9828/12948/11301 9827/12949/11302 9826/12950/11302</w:t>
        <w:br/>
        <w:t>f 9825/12951/11303 9828/12948/11301 9826/12950/11302</w:t>
        <w:br/>
        <w:t>f 9832/12952/11304 9831/12953/11305 9830/12954/11306</w:t>
        <w:br/>
        <w:t>f 9829/12955/11306 9832/12952/11304 9830/12954/11306</w:t>
        <w:br/>
        <w:t>f 9834/12956/11307 9833/12957/11308 9831/12953/11305</w:t>
        <w:br/>
        <w:t>f 9832/12952/11304 9834/12956/11307 9831/12953/11305</w:t>
        <w:br/>
        <w:t>f 9838/12958/11309 9837/12959/11309 9836/12960/11309</w:t>
        <w:br/>
        <w:t>f 9835/12961/11310 9838/12958/11309 9836/12960/11309</w:t>
        <w:br/>
        <w:t>f 9842/12962/11311 9841/12963/11312 9840/12964/11313</w:t>
        <w:br/>
        <w:t>f 9839/12965/11314 9842/12962/11311 9840/12964/11313</w:t>
        <w:br/>
        <w:t>f 9844/12966/11315 9843/12967/11316 9829/12955/11306</w:t>
        <w:br/>
        <w:t>f 9830/12954/11306 9844/12966/11315 9829/12955/11306</w:t>
        <w:br/>
        <w:t>f 9848/12968/11317 9847/12969/11318 9846/12970/11318</w:t>
        <w:br/>
        <w:t>f 9845/12971/11319 9848/12968/11317 9846/12970/11318</w:t>
        <w:br/>
        <w:t>f 9852/12972/11320 9851/12973/11320 9850/12974/11320</w:t>
        <w:br/>
        <w:t>f 9849/12975/11320 9852/12972/11320 9850/12974/11320</w:t>
        <w:br/>
        <w:t>f 9856/12976/11321 9855/12977/11322 9854/12978/11321</w:t>
        <w:br/>
        <w:t>f 9853/12979/11321 9856/12976/11321 9854/12978/11321</w:t>
        <w:br/>
        <w:t>f 9859/12980/11323 9858/12981/11324 9857/12982/11324</w:t>
        <w:br/>
        <w:t>f 9860/12983/11325 9859/12980/11323 9857/12982/11324</w:t>
        <w:br/>
        <w:t>f 9847/12969/11318 9857/12982/11324 9858/12981/11324</w:t>
        <w:br/>
        <w:t>f 9846/12970/11318 9847/12969/11318 9858/12981/11324</w:t>
        <w:br/>
        <w:t>f 9864/12984/11326 9863/12985/11327 9862/12986/11328</w:t>
        <w:br/>
        <w:t>f 9861/12987/11329 9864/12984/11326 9862/12986/11328</w:t>
        <w:br/>
        <w:t>f 9868/12988/11330 9867/12989/11331 9866/12990/11332</w:t>
        <w:br/>
        <w:t>f 9865/12991/11332 9868/12988/11330 9866/12990/11332</w:t>
        <w:br/>
        <w:t>f 9872/12992/11333 9871/12993/11334 9870/12994/11335</w:t>
        <w:br/>
        <w:t>f 9869/12995/11336 9872/12992/11333 9870/12994/11335</w:t>
        <w:br/>
        <w:t>f 9876/12996/11337 9875/12997/11338 9874/12998/11339</w:t>
        <w:br/>
        <w:t>f 9873/12999/11340 9876/12996/11337 9874/12998/11339</w:t>
        <w:br/>
        <w:t>f 9880/13000/11341 9879/13001/11341 9878/13002/11341</w:t>
        <w:br/>
        <w:t>f 9877/13003/11342 9880/13000/11341 9878/13002/11341</w:t>
        <w:br/>
        <w:t>f 9883/13004/11343 9882/13005/11344 9881/13006/11345</w:t>
        <w:br/>
        <w:t>f 9884/13007/11346 9883/13004/11343 9881/13006/11345</w:t>
        <w:br/>
        <w:t>f 9887/13008/11347 9886/13009/11348 9885/13010/11349</w:t>
        <w:br/>
        <w:t>f 9888/13011/11347 9887/13008/11347 9885/13010/11349</w:t>
        <w:br/>
        <w:t>f 9892/13012/11350 9891/13013/11350 9890/13014/11351</w:t>
        <w:br/>
        <w:t>f 9889/13015/11351 9892/13012/11350 9890/13014/11351</w:t>
        <w:br/>
        <w:t>f 9896/13016/11352 9895/13017/11353 9894/13018/11354</w:t>
        <w:br/>
        <w:t>f 9893/13019/11355 9896/13016/11352 9894/13018/11354</w:t>
        <w:br/>
        <w:t>f 9900/13020/11356 9899/13021/11357 9898/13022/11353</w:t>
        <w:br/>
        <w:t>f 9897/13023/11352 9900/13020/11356 9898/13022/11353</w:t>
        <w:br/>
        <w:t>f 9900/13020/11356 9897/13023/11352 9902/13024/11358</w:t>
        <w:br/>
        <w:t>f 9901/13025/11359 9900/13020/11356 9902/13024/11358</w:t>
        <w:br/>
        <w:t>f 9903/13026/11360 9896/13016/11352 9893/13019/11355</w:t>
        <w:br/>
        <w:t>f 9904/13027/11361 9903/13026/11360 9893/13019/11355</w:t>
        <w:br/>
        <w:t>f 9908/13028/11362 9907/13029/11363 9906/13030/11364</w:t>
        <w:br/>
        <w:t>f 9905/13031/11365 9908/13028/11362 9906/13030/11364</w:t>
        <w:br/>
        <w:t>f 9910/13032/11366 9903/13026/11360 9904/13027/11361</w:t>
        <w:br/>
        <w:t>f 9909/13033/11367 9910/13032/11366 9904/13027/11361</w:t>
        <w:br/>
        <w:t>f 9902/13024/11358 9912/13034/11368 9911/13035/11369</w:t>
        <w:br/>
        <w:t>f 9901/13025/11359 9902/13024/11358 9911/13035/11369</w:t>
        <w:br/>
        <w:t>f 9916/13036/11370 9915/13037/11371 9914/13038/11372</w:t>
        <w:br/>
        <w:t>f 9913/13039/11373 9916/13036/11370 9914/13038/11372</w:t>
        <w:br/>
        <w:t>f 9920/13040/11374 9919/13041/11375 9918/13042/11348</w:t>
        <w:br/>
        <w:t>f 9917/13043/11376 9920/13040/11374 9918/13042/11348</w:t>
        <w:br/>
        <w:t>f 9911/13035/11369 9916/13036/11377 9917/13043/11378</w:t>
        <w:br/>
        <w:t>f 9901/13025/11359 9911/13035/11369 9917/13043/11378</w:t>
        <w:br/>
        <w:t>f 9924/13044/11379 9923/13045/11380 9922/13046/11381</w:t>
        <w:br/>
        <w:t>f 9921/13047/11382 9924/13044/11379 9922/13046/11381</w:t>
        <w:br/>
        <w:t>f 9924/13044/11379 9921/13047/11382 9926/13048/11383</w:t>
        <w:br/>
        <w:t>f 9925/13049/11384 9924/13044/11379 9926/13048/11383</w:t>
        <w:br/>
        <w:t>f 9925/13049/11384 9927/13050/11385 9923/13045/11380</w:t>
        <w:br/>
        <w:t>f 9924/13044/11379 9925/13049/11384 9923/13045/11380</w:t>
        <w:br/>
        <w:t>f 9930/13051/11386 9922/13046/11387 9929/13052/11388</w:t>
        <w:br/>
        <w:t>f 9928/13053/11389 9930/13051/11386 9929/13052/11388</w:t>
        <w:br/>
        <w:t>f 9905/13031/11365 9932/13054/11390 9931/13055/11391</w:t>
        <w:br/>
        <w:t>f 9908/13028/11362 9905/13031/11365 9931/13055/11391</w:t>
        <w:br/>
        <w:t>f 9935/13056/11392 9934/13057/11393 9933/13058/11384</w:t>
        <w:br/>
        <w:t>f 9937/13059/11364 9936/13060/11394 9922/13046/11387</w:t>
        <w:br/>
        <w:t>f 9930/13051/11386 9937/13059/11364 9922/13046/11387</w:t>
        <w:br/>
        <w:t>f 9871/12993/11334 9926/13048/11383 9921/13047/11382</w:t>
        <w:br/>
        <w:t>f 9938/13061/11395 9871/12993/11334 9921/13047/11382</w:t>
        <w:br/>
        <w:t>f 9939/13062/11396 9870/12994/11335 9871/12993/11334</w:t>
        <w:br/>
        <w:t>f 9938/13061/11395 9939/13062/11396 9871/12993/11334</w:t>
        <w:br/>
        <w:t>f 9941/13063/11397 9940/13064/11398 9870/12994/11335</w:t>
        <w:br/>
        <w:t>f 9939/13062/11396 9941/13063/11397 9870/12994/11335</w:t>
        <w:br/>
        <w:t>f 9942/13065/11399 9941/13063/11397 9939/13062/11396</w:t>
        <w:br/>
        <w:t>f 9938/13061/11395 9942/13065/11399 9939/13062/11396</w:t>
        <w:br/>
        <w:t>f 9922/13046/11381 9899/13021/11357 9921/13047/11382</w:t>
        <w:br/>
        <w:t>f 9899/13021/11357 9943/13066/11400 9938/13061/11395</w:t>
        <w:br/>
        <w:t>f 9921/13047/11382 9899/13021/11357 9938/13061/11395</w:t>
        <w:br/>
        <w:t>f 9943/13066/11400 9942/13065/11399 9938/13061/11395</w:t>
        <w:br/>
        <w:t>f 9946/13067/11401 9945/13068/11402 9944/13069/11403</w:t>
        <w:br/>
        <w:t>f 9942/13065/11404 9946/13067/11401 9944/13069/11403</w:t>
        <w:br/>
        <w:t>f 9942/13065/11404 9948/13070/11405 9947/13071/11406</w:t>
        <w:br/>
        <w:t>f 9946/13067/11401 9942/13065/11404 9947/13071/11406</w:t>
        <w:br/>
        <w:t>f 9943/13066/11400 9899/13021/11357 9917/13043/11378</w:t>
        <w:br/>
        <w:t>f 9949/13072/11407 9943/13066/11400 9917/13043/11378</w:t>
        <w:br/>
        <w:t>f 9951/13073/11346 9950/13074/11408 9949/13072/11407</w:t>
        <w:br/>
        <w:t>f 9917/13043/11378 9951/13073/11346 9949/13072/11407</w:t>
        <w:br/>
        <w:t>f 9954/13075/11409 9953/13076/11410 9952/13077/11411</w:t>
        <w:br/>
        <w:t>f 9955/13078/11412 9954/13075/11409 9952/13077/11411</w:t>
        <w:br/>
        <w:t>f 9959/13079/11413 9958/13080/11413 9957/13081/11414</w:t>
        <w:br/>
        <w:t>f 9956/13082/11415 9959/13079/11413 9957/13081/11414</w:t>
        <w:br/>
        <w:t>f 9961/13083/11416 9960/13084/11417 9949/13072/11407</w:t>
        <w:br/>
        <w:t>f 9957/13081/11418 9961/13083/11416 9949/13072/11407</w:t>
        <w:br/>
        <w:t>f 9957/13081/11418 9963/13085/11411 9962/13086/11419</w:t>
        <w:br/>
        <w:t>f 9961/13083/11416 9957/13081/11418 9962/13086/11419</w:t>
        <w:br/>
        <w:t>f 9967/13087/11420 9966/13088/11421 9965/13089/11422</w:t>
        <w:br/>
        <w:t>f 9964/13090/11422 9967/13087/11420 9965/13089/11422</w:t>
        <w:br/>
        <w:t>f 9971/13091/11423 9970/13092/11424 9969/13093/11425</w:t>
        <w:br/>
        <w:t>f 9968/13094/11426 9971/13091/11423 9969/13093/11425</w:t>
        <w:br/>
        <w:t>f 9974/13095/11424 9960/13084/11417 9973/13096/11427</w:t>
        <w:br/>
        <w:t>f 9972/13097/11428 9974/13095/11424 9973/13096/11427</w:t>
        <w:br/>
        <w:t>f 9974/13095/11424 9976/13098/11429 9975/13099/11430</w:t>
        <w:br/>
        <w:t>f 9960/13084/11417 9974/13095/11424 9975/13099/11430</w:t>
        <w:br/>
        <w:t>f 9978/13100/11431 9977/13101/11432 9970/13092/11424</w:t>
        <w:br/>
        <w:t>f 9971/13091/11423 9978/13100/11431 9970/13092/11424</w:t>
        <w:br/>
        <w:t>f 9982/13102/11433 9981/13103/11434 9980/13104/11435</w:t>
        <w:br/>
        <w:t>f 9979/13105/11436 9982/13102/11433 9980/13104/11435</w:t>
        <w:br/>
        <w:t>f 9984/13106/11406 9983/13107/11437 9981/13103/11434</w:t>
        <w:br/>
        <w:t>f 9982/13102/11433 9984/13106/11406 9981/13103/11434</w:t>
        <w:br/>
        <w:t>f 9977/13101/11432 9978/13100/11431 9986/13108/11438</w:t>
        <w:br/>
        <w:t>f 9985/13109/11439 9977/13101/11432 9986/13108/11438</w:t>
        <w:br/>
        <w:t>f 9917/13043/11378 9899/13021/11357 9900/13020/11356</w:t>
        <w:br/>
        <w:t>f 9901/13025/11359 9917/13043/11378 9900/13020/11356</w:t>
        <w:br/>
        <w:t>f 9975/13099/11430 9943/13066/11400 9949/13072/11407</w:t>
        <w:br/>
        <w:t>f 9960/13084/11417 9975/13099/11430 9949/13072/11407</w:t>
        <w:br/>
        <w:t>f 9975/13099/11430 9976/13098/11429 9987/13110/11440</w:t>
        <w:br/>
        <w:t>f 9943/13066/11400 9975/13099/11430 9987/13110/11440</w:t>
        <w:br/>
        <w:t>f 9990/13111/11441 9989/13112/11441 9926/13048/11383</w:t>
        <w:br/>
        <w:t>f 9988/13113/11442 9990/13111/11441 9926/13048/11383</w:t>
        <w:br/>
        <w:t>f 9872/12992/11333 9988/13113/11442 9926/13048/11383</w:t>
        <w:br/>
        <w:t>f 9871/12993/11334 9872/12992/11333 9926/13048/11383</w:t>
        <w:br/>
        <w:t>f 9994/13114/11443 9993/13115/11444 9992/13116/11445</w:t>
        <w:br/>
        <w:t>f 9991/13117/11445 9994/13114/11443 9992/13116/11445</w:t>
        <w:br/>
        <w:t>f 9998/13118/11446 9997/13119/11447 9996/13120/11448</w:t>
        <w:br/>
        <w:t>f 9995/13121/11446 9998/13118/11446 9996/13120/11448</w:t>
        <w:br/>
        <w:t>f 10002/13122/11449 10001/13123/11450 10000/13124/11451</w:t>
        <w:br/>
        <w:t>f 9999/13125/11452 10002/13122/11449 10000/13124/11451</w:t>
        <w:br/>
        <w:t>f 10001/13123/11450 10002/13122/11449 10003/13126/11453</w:t>
        <w:br/>
        <w:t>f 10006/13127/11454 10005/13128/11455 10004/13129/11456</w:t>
        <w:br/>
        <w:t>f 10005/13128/11455 10009/13130/11457 10008/13131/11457</w:t>
        <w:br/>
        <w:t>f 10007/13132/11458 10005/13128/11455 10008/13131/11457</w:t>
        <w:br/>
        <w:t>f 10010/13133/11459 10006/13127/11454 9994/13114/11443</w:t>
        <w:br/>
        <w:t>f 9994/13114/11443 10006/13127/11454 9993/13115/11444</w:t>
        <w:br/>
        <w:t>f 9993/13115/11444 10006/13127/11454 9997/13119/11447</w:t>
        <w:br/>
        <w:t>f 10006/13127/11454 9996/13120/11448 9997/13119/11447</w:t>
        <w:br/>
        <w:t>f 10004/13129/11456 10005/13128/11455 10007/13132/11458</w:t>
        <w:br/>
        <w:t>f 10010/13133/11459 10002/13122/11449 10005/13128/11455</w:t>
        <w:br/>
        <w:t>f 10006/13127/11454 10010/13133/11459 10005/13128/11455</w:t>
        <w:br/>
        <w:t>f 10010/13133/11459 10003/13126/11453 10002/13122/11449</w:t>
        <w:br/>
        <w:t>f 10012/13134/11460 9935/13056/11392 9933/13058/11384</w:t>
        <w:br/>
        <w:t>f 10011/13135/11460 10012/13134/11460 9933/13058/11384</w:t>
        <w:br/>
        <w:t>f 9875/12997/11338 9876/12996/11337 10013/13136/11461</w:t>
        <w:br/>
        <w:t>f 10017/13137/11462 10016/13138/11463 10015/13139/11464</w:t>
        <w:br/>
        <w:t>f 10014/13140/11465 10017/13137/11462 10015/13139/11464</w:t>
        <w:br/>
        <w:t>f 10015/13139/11464 10019/13141/11466 10018/13142/11466</w:t>
        <w:br/>
        <w:t>f 10014/13140/11465 10015/13139/11464 10018/13142/11466</w:t>
        <w:br/>
        <w:t>f 10018/13142/11466 10019/13141/11466 10021/13143/11467</w:t>
        <w:br/>
        <w:t>f 10020/13144/11467 10018/13142/11466 10021/13143/11467</w:t>
        <w:br/>
        <w:t>f 10025/13145/11468 10024/13146/11468 10023/13147/11468</w:t>
        <w:br/>
        <w:t>f 10022/13148/11468 10025/13145/11468 10023/13147/11468</w:t>
        <w:br/>
        <w:t>f 10028/13149/11469 10027/13150/11469 10026/13151/11470</w:t>
        <w:br/>
        <w:t>f 10029/13152/11470 10028/13149/11469 10026/13151/11470</w:t>
        <w:br/>
        <w:t>f 10033/13153/11471 10032/13154/11472 10031/13155/11472</w:t>
        <w:br/>
        <w:t>f 10030/13156/11471 10033/13153/11471 10031/13155/11472</w:t>
        <w:br/>
        <w:t>f 10037/13157/11473 10036/13158/11474 10035/13159/11475</w:t>
        <w:br/>
        <w:t>f 10034/13160/11473 10037/13157/11473 10035/13159/11475</w:t>
        <w:br/>
        <w:t>f 10017/13137/11462 10020/13144/11467 10021/13143/11467</w:t>
        <w:br/>
        <w:t>f 10016/13138/11463 10017/13137/11462 10021/13143/11467</w:t>
        <w:br/>
        <w:t>f 10040/13161/11476 10039/13162/11477 10038/13163/11478</w:t>
        <w:br/>
        <w:t>f 10041/13164/11478 10040/13161/11476 10038/13163/11478</w:t>
        <w:br/>
        <w:t>f 10035/13159/11475 10036/13158/11474 10043/13165/11479</w:t>
        <w:br/>
        <w:t>f 10042/13166/11479 10035/13159/11475 10043/13165/11479</w:t>
        <w:br/>
        <w:t>f 10047/13167/11480 10046/13168/11481 10045/13169/11482</w:t>
        <w:br/>
        <w:t>f 10044/13170/11482 10047/13167/11480 10045/13169/11482</w:t>
        <w:br/>
        <w:t>f 10051/13171/11483 10050/13172/11484 10049/13173/11484</w:t>
        <w:br/>
        <w:t>f 10048/13174/11485 10051/13171/11483 10049/13173/11484</w:t>
        <w:br/>
        <w:t>f 10055/13175/11486 10054/13176/11487 10053/13177/11486</w:t>
        <w:br/>
        <w:t>f 10052/13178/11488 10055/13175/11486 10053/13177/11486</w:t>
        <w:br/>
        <w:t>f 10057/13179/11489 10042/13166/11479 10043/13165/11479</w:t>
        <w:br/>
        <w:t>f 10056/13180/11489 10057/13179/11489 10043/13165/11479</w:t>
        <w:br/>
        <w:t>f 10057/13179/11489 10056/13180/11489 10037/13157/11473</w:t>
        <w:br/>
        <w:t>f 10034/13160/11473 10057/13179/11489 10037/13157/11473</w:t>
        <w:br/>
        <w:t>f 10061/13181/11490 10060/13182/11490 10059/13183/11491</w:t>
        <w:br/>
        <w:t>f 10058/13184/11490 10061/13181/11490 10059/13183/11491</w:t>
        <w:br/>
        <w:t>f 10065/13185/11492 10064/13186/11493 10063/13187/11493</w:t>
        <w:br/>
        <w:t>f 10062/13188/11494 10065/13185/11492 10063/13187/11493</w:t>
        <w:br/>
        <w:t>f 10064/13186/11493 10067/13189/11495 10066/13190/11496</w:t>
        <w:br/>
        <w:t>f 10063/13187/11493 10064/13186/11493 10066/13190/11496</w:t>
        <w:br/>
        <w:t>f 10071/13191/11497 10070/13192/11498 10069/13193/11497</w:t>
        <w:br/>
        <w:t>f 10068/13194/11497 10071/13191/11497 10069/13193/11497</w:t>
        <w:br/>
        <w:t>f 10075/13195/11499 10074/13196/11500 10073/13197/11501</w:t>
        <w:br/>
        <w:t>f 10072/13198/11502 10075/13195/11499 10073/13197/11501</w:t>
        <w:br/>
        <w:t>f 10062/13188/11494 10077/13199/11503 10076/13200/11504</w:t>
        <w:br/>
        <w:t>f 10065/13185/11492 10062/13188/11494 10076/13200/11504</w:t>
        <w:br/>
        <w:t>f 10081/13201/11505 10080/13202/11505 10079/13203/11506</w:t>
        <w:br/>
        <w:t>f 10078/13204/11507 10081/13201/11505 10079/13203/11506</w:t>
        <w:br/>
        <w:t>f 10085/13205/11508 10084/13206/11509 10083/13207/11508</w:t>
        <w:br/>
        <w:t>f 10082/13208/11509 10085/13205/11508 10083/13207/11508</w:t>
        <w:br/>
        <w:t>f 10089/13209/11510 10088/13210/11511 10087/13211/11512</w:t>
        <w:br/>
        <w:t>f 10086/13212/11513 10089/13209/11510 10087/13211/11512</w:t>
        <w:br/>
        <w:t>f 10092/13213/11514 10091/13214/11514 10090/13215/11515</w:t>
        <w:br/>
        <w:t>f 10093/13216/11515 10092/13213/11514 10090/13215/11515</w:t>
        <w:br/>
        <w:t>f 10091/13214/11514 10092/13213/11514 10078/13204/11507</w:t>
        <w:br/>
        <w:t>f 10079/13203/11506 10091/13214/11514 10078/13204/11507</w:t>
        <w:br/>
        <w:t>f 10097/13217/11516 10096/13218/11517 10095/13219/11517</w:t>
        <w:br/>
        <w:t>f 10094/13220/11517 10097/13217/11516 10095/13219/11517</w:t>
        <w:br/>
        <w:t>f 10101/13221/11518 10100/13222/11519 10099/13223/11519</w:t>
        <w:br/>
        <w:t>f 10098/13224/11520 10101/13221/11518 10099/13223/11519</w:t>
        <w:br/>
        <w:t>f 10105/13225/11521 10104/13226/11522 10103/13227/11523</w:t>
        <w:br/>
        <w:t>f 10102/13228/11524 10105/13225/11521 10103/13227/11523</w:t>
        <w:br/>
        <w:t>f 10109/13229/11525 10108/13230/11526 10107/13231/11527</w:t>
        <w:br/>
        <w:t>f 10106/13232/11528 10109/13229/11525 10107/13231/11527</w:t>
        <w:br/>
        <w:t>f 10113/13233/11529 10112/13234/11529 10111/13235/11529</w:t>
        <w:br/>
        <w:t>f 10110/13236/11530 10113/13233/11529 10111/13235/11529</w:t>
        <w:br/>
        <w:t>f 10116/13237/11531 10115/13238/11532 10114/13239/11532</w:t>
        <w:br/>
        <w:t>f 10117/13240/11533 10116/13237/11531 10114/13239/11532</w:t>
        <w:br/>
        <w:t>f 10120/13241/11534 10119/13242/11535 10118/13243/11536</w:t>
        <w:br/>
        <w:t>f 10121/13244/11537 10120/13241/11534 10118/13243/11536</w:t>
        <w:br/>
        <w:t>f 10125/13245/11538 10124/13246/11539 10123/13247/11540</w:t>
        <w:br/>
        <w:t>f 10122/13248/11538 10125/13245/11538 10123/13247/11540</w:t>
        <w:br/>
        <w:t>f 10129/13249/11541 10128/13250/11542 10127/13251/11543</w:t>
        <w:br/>
        <w:t>f 10126/13252/11544 10129/13249/11541 10127/13251/11543</w:t>
        <w:br/>
        <w:t>f 10133/13253/11545 10132/13254/11546 10131/13255/11547</w:t>
        <w:br/>
        <w:t>f 10130/13256/11548 10133/13253/11545 10131/13255/11547</w:t>
        <w:br/>
        <w:t>f 10135/13257/11549 10132/13254/11546 10133/13253/11545</w:t>
        <w:br/>
        <w:t>f 10134/13258/11550 10135/13257/11549 10133/13253/11545</w:t>
        <w:br/>
        <w:t>f 10128/13250/11542 10129/13249/11541 10136/13259/11551</w:t>
        <w:br/>
        <w:t>f 10137/13260/11552 10128/13250/11542 10136/13259/11551</w:t>
        <w:br/>
        <w:t>f 10141/13261/11553 10140/13262/11554 10139/13263/11555</w:t>
        <w:br/>
        <w:t>f 10138/13264/11556 10141/13261/11553 10139/13263/11555</w:t>
        <w:br/>
        <w:t>f 10143/13265/11557 10142/13266/11558 10137/13260/11552</w:t>
        <w:br/>
        <w:t>f 10136/13259/11551 10143/13265/11557 10137/13260/11552</w:t>
        <w:br/>
        <w:t>f 10145/13267/11559 10144/13268/11560 10135/13257/11549</w:t>
        <w:br/>
        <w:t>f 10134/13258/11550 10145/13267/11559 10135/13257/11549</w:t>
        <w:br/>
        <w:t>f 10149/13269/11561 10148/13270/11562 10147/13271/11563</w:t>
        <w:br/>
        <w:t>f 10146/13272/11564 10149/13269/11561 10147/13271/11563</w:t>
        <w:br/>
        <w:t>f 10153/13273/11565 10152/13274/11566 10151/13275/11534</w:t>
        <w:br/>
        <w:t>f 10150/13276/11567 10153/13273/11565 10151/13275/11534</w:t>
        <w:br/>
        <w:t>f 10145/13267/11559 10134/13258/11550 10152/13274/11568</w:t>
        <w:br/>
        <w:t>f 10149/13269/11569 10145/13267/11559 10152/13274/11568</w:t>
        <w:br/>
        <w:t>f 10157/13277/11570 10156/13278/11571 10155/13279/11572</w:t>
        <w:br/>
        <w:t>f 10154/13280/11573 10157/13277/11570 10155/13279/11572</w:t>
        <w:br/>
        <w:t>f 10159/13281/11574 10156/13278/11571 10157/13277/11570</w:t>
        <w:br/>
        <w:t>f 10158/13282/11575 10159/13281/11574 10157/13277/11570</w:t>
        <w:br/>
        <w:t>f 10154/13280/11573 10160/13283/11576 10158/13282/11575</w:t>
        <w:br/>
        <w:t>f 10157/13277/11570 10154/13280/11573 10158/13282/11575</w:t>
        <w:br/>
        <w:t>f 10163/13284/11577 10155/13279/11578 10162/13285/11579</w:t>
        <w:br/>
        <w:t>f 10161/13286/11580 10163/13284/11577 10162/13285/11579</w:t>
        <w:br/>
        <w:t>f 10165/13287/11581 10164/13288/11582 10138/13264/11556</w:t>
        <w:br/>
        <w:t>f 10139/13263/11555 10165/13287/11581 10138/13264/11556</w:t>
        <w:br/>
        <w:t>f 10168/13289/11583 10167/13290/11584 10166/13291/11585</w:t>
        <w:br/>
        <w:t>f 10155/13279/11578 10170/13292/11586 10169/13293/11553</w:t>
        <w:br/>
        <w:t>f 10162/13285/11579 10155/13279/11578 10169/13293/11553</w:t>
        <w:br/>
        <w:t>f 10156/13278/11571 10159/13281/11574 10102/13228/11524</w:t>
        <w:br/>
        <w:t>f 10171/13294/11587 10156/13278/11571 10102/13228/11524</w:t>
        <w:br/>
        <w:t>f 10102/13228/11524 10103/13227/11523 10172/13295/11588</w:t>
        <w:br/>
        <w:t>f 10171/13294/11587 10102/13228/11524 10172/13295/11588</w:t>
        <w:br/>
        <w:t>f 10174/13296/11589 10172/13295/11588 10103/13227/11523</w:t>
        <w:br/>
        <w:t>f 10173/13297/11590 10174/13296/11589 10103/13227/11523</w:t>
        <w:br/>
        <w:t>f 10172/13295/11588 10174/13296/11589 10175/13298/11591</w:t>
        <w:br/>
        <w:t>f 10171/13294/11587 10172/13295/11588 10175/13298/11591</w:t>
        <w:br/>
        <w:t>f 10155/13279/11572 10156/13278/11571 10130/13256/11548</w:t>
        <w:br/>
        <w:t>f 10171/13294/11587 10176/13299/11592 10130/13256/11548</w:t>
        <w:br/>
        <w:t>f 10156/13278/11571 10171/13294/11587 10130/13256/11548</w:t>
        <w:br/>
        <w:t>f 10176/13299/11592 10171/13294/11587 10175/13298/11591</w:t>
        <w:br/>
        <w:t>f 10179/13300/11593 10175/13298/11594 10178/13301/11595</w:t>
        <w:br/>
        <w:t>f 10177/13302/11596 10179/13300/11593 10178/13301/11595</w:t>
        <w:br/>
        <w:t>f 10181/13303/11597 10180/13304/11598 10175/13298/11594</w:t>
        <w:br/>
        <w:t>f 10179/13300/11593 10181/13303/11597 10175/13298/11594</w:t>
        <w:br/>
        <w:t>f 10176/13299/11592 10182/13305/11599 10152/13274/11568</w:t>
        <w:br/>
        <w:t>f 10130/13256/11548 10176/13299/11592 10152/13274/11568</w:t>
        <w:br/>
        <w:t>f 10184/13306/11531 10152/13274/11568 10182/13305/11599</w:t>
        <w:br/>
        <w:t>f 10183/13307/11533 10184/13306/11531 10182/13305/11599</w:t>
        <w:br/>
        <w:t>f 10187/13308/11600 10186/13309/11601 10185/13310/11602</w:t>
        <w:br/>
        <w:t>f 10188/13311/11603 10187/13308/11600 10185/13310/11602</w:t>
        <w:br/>
        <w:t>f 10192/13312/11604 10191/13313/11605 10190/13314/11606</w:t>
        <w:br/>
        <w:t>f 10189/13315/11607 10192/13312/11604 10190/13314/11606</w:t>
        <w:br/>
        <w:t>f 10194/13316/11608 10192/13312/11609 10182/13305/11599</w:t>
        <w:br/>
        <w:t>f 10193/13317/11610 10194/13316/11608 10182/13305/11599</w:t>
        <w:br/>
        <w:t>f 10192/13312/11609 10194/13316/11608 10196/13318/11611</w:t>
        <w:br/>
        <w:t>f 10195/13319/11612 10192/13312/11609 10196/13318/11611</w:t>
        <w:br/>
        <w:t>f 10200/13320/11613 10199/13321/11614 10198/13322/11614</w:t>
        <w:br/>
        <w:t>f 10197/13323/11615 10200/13320/11613 10198/13322/11614</w:t>
        <w:br/>
        <w:t>f 10204/13324/11616 10203/13325/11617 10202/13326/11618</w:t>
        <w:br/>
        <w:t>f 10201/13327/11619 10204/13324/11616 10202/13326/11618</w:t>
        <w:br/>
        <w:t>f 10207/13328/11617 10206/13329/11620 10205/13330/11621</w:t>
        <w:br/>
        <w:t>f 10193/13317/11610 10207/13328/11617 10205/13330/11621</w:t>
        <w:br/>
        <w:t>f 10209/13331/11622 10208/13332/11623 10207/13328/11617</w:t>
        <w:br/>
        <w:t>f 10193/13317/11610 10209/13331/11622 10207/13328/11617</w:t>
        <w:br/>
        <w:t>f 10211/13333/11624 10202/13326/11618 10203/13325/11617</w:t>
        <w:br/>
        <w:t>f 10210/13334/11625 10211/13333/11624 10203/13325/11617</w:t>
        <w:br/>
        <w:t>f 10215/13335/11626 10214/13336/11627 10213/13337/11628</w:t>
        <w:br/>
        <w:t>f 10212/13338/11629 10215/13335/11626 10213/13337/11628</w:t>
        <w:br/>
        <w:t>f 10217/13339/11597 10215/13335/11626 10212/13338/11629</w:t>
        <w:br/>
        <w:t>f 10216/13340/11630 10217/13339/11597 10212/13338/11629</w:t>
        <w:br/>
        <w:t>f 10210/13334/11625 10219/13341/11631 10218/13342/11632</w:t>
        <w:br/>
        <w:t>f 10211/13333/11624 10210/13334/11625 10218/13342/11632</w:t>
        <w:br/>
        <w:t>f 10133/13253/11545 10130/13256/11548 10152/13274/11568</w:t>
        <w:br/>
        <w:t>f 10134/13258/11550 10133/13253/11545 10152/13274/11568</w:t>
        <w:br/>
        <w:t>f 10209/13331/11622 10193/13317/11610 10182/13305/11599</w:t>
        <w:br/>
        <w:t>f 10176/13299/11592 10209/13331/11622 10182/13305/11599</w:t>
        <w:br/>
        <w:t>f 10209/13331/11622 10176/13299/11592 10220/13343/11633</w:t>
        <w:br/>
        <w:t>f 10208/13332/11623 10209/13331/11622 10220/13343/11633</w:t>
        <w:br/>
        <w:t>f 10223/13344/11634 10222/13345/11635 10159/13281/11574</w:t>
        <w:br/>
        <w:t>f 10221/13346/11636 10223/13344/11634 10159/13281/11574</w:t>
        <w:br/>
        <w:t>f 10105/13225/11521 10102/13228/11524 10159/13281/11574</w:t>
        <w:br/>
        <w:t>f 10222/13345/11635 10105/13225/11521 10159/13281/11574</w:t>
        <w:br/>
        <w:t>f 10227/13347/11637 10226/13348/11638 10225/13349/11639</w:t>
        <w:br/>
        <w:t>f 10224/13350/11640 10227/13347/11637 10225/13349/11639</w:t>
        <w:br/>
        <w:t>f 10231/13351/11641 10230/13352/11642 10229/13353/11643</w:t>
        <w:br/>
        <w:t>f 10228/13354/11644 10231/13351/11641 10229/13353/11643</w:t>
        <w:br/>
        <w:t>f 10235/13355/11645 10234/13356/11646 10233/13357/11647</w:t>
        <w:br/>
        <w:t>f 10232/13358/11648 10235/13355/11645 10233/13357/11647</w:t>
        <w:br/>
        <w:t>f 10234/13356/11646 10236/13359/11649 10233/13357/11647</w:t>
        <w:br/>
        <w:t>f 10239/13360/11650 10238/13361/11651 10237/13362/11652</w:t>
        <w:br/>
        <w:t>f 10242/13363/11653 10241/13364/11653 10237/13362/11652</w:t>
        <w:br/>
        <w:t>f 10240/13365/11654 10242/13363/11653 10237/13362/11652</w:t>
        <w:br/>
        <w:t>f 10239/13360/11650 10243/13366/11655 10229/13353/11643</w:t>
        <w:br/>
        <w:t>f 10229/13353/11643 10243/13366/11655 10228/13354/11644</w:t>
        <w:br/>
        <w:t>f 10228/13354/11644 10243/13366/11655 10224/13350/11640</w:t>
        <w:br/>
        <w:t>f 10224/13350/11640 10243/13366/11655 10227/13347/11637</w:t>
        <w:br/>
        <w:t>f 10238/13361/11651 10240/13365/11654 10237/13362/11652</w:t>
        <w:br/>
        <w:t>f 10243/13366/11655 10239/13360/11650 10237/13362/11652</w:t>
        <w:br/>
        <w:t>f 10233/13357/11647 10243/13366/11655 10237/13362/11652</w:t>
        <w:br/>
        <w:t>f 10243/13366/11655 10233/13357/11647 10236/13359/11649</w:t>
        <w:br/>
        <w:t>f 10167/13290/11584 10168/13289/11583 10245/13367/11656</w:t>
        <w:br/>
        <w:t>f 10244/13368/11656 10167/13290/11584 10245/13367/11656</w:t>
        <w:br/>
        <w:t>f 10106/13232/11528 10246/13369/11657 10109/13229/11525</w:t>
        <w:br/>
        <w:t>f 12688/13370/11658 12693/13371/11659 12722/13372/11660</w:t>
        <w:br/>
        <w:t>f 12692/13373/11661 12701/13374/11662 12723/13375/11663</w:t>
        <w:br/>
        <w:t>f 12710/13376/11664 12711/13377/11665 12724/13378/11666</w:t>
        <w:br/>
        <w:t>f 12717/13379/11667 12716/13380/11668 12726/13381/11669</w:t>
        <w:br/>
        <w:t>f 12725/13382/11670 12717/13379/11667 12726/13381/11669</w:t>
        <w:br/>
        <w:t>f 12669/13383/11671 12705/13384/11672 12727/13385/11673</w:t>
        <w:br/>
        <w:t>f 12729/13386/11674 12728/13387/11675 12674/13388/11676</w:t>
        <w:br/>
        <w:t>f 12671/13389/11676 12729/13386/11674 12674/13388/11676</w:t>
        <w:br/>
        <w:t>f 12731/13390/11677 12695/13391/11678 12696/13392/11679</w:t>
        <w:br/>
        <w:t>f 12730/13393/11680 12731/13390/11677 12696/13392/11679</w:t>
        <w:br/>
        <w:t>f 12687/13394/11681 12688/13370/11682 12732/13395/11683</w:t>
        <w:br/>
        <w:t>f 12689/13396/11684 12733/13397/11685 12700/13398/11686</w:t>
        <w:br/>
        <w:t>f 12645/13399/11687 12646/13400/11688 12735/13401/11689</w:t>
        <w:br/>
        <w:t>f 12734/13402/11690 12645/13399/11687 12735/13401/11689</w:t>
        <w:br/>
        <w:t>f 12737/13403/11691 12736/13404/11692 12697/13405/11693</w:t>
        <w:br/>
        <w:t>f 12694/13406/11694 12737/13403/11691 12697/13405/11693</w:t>
        <w:br/>
        <w:t>f 12698/13407/11695 12738/13408/11696 12702/13409/11697</w:t>
        <w:br/>
        <w:t>f 12691/13410/11698 12692/13373/11661 12723/13375/11663</w:t>
        <w:br/>
        <w:t>f 12740/13411/11699 12704/13412/11700 12703/13413/11701</w:t>
        <w:br/>
        <w:t>f 12739/13414/11702 12740/13411/11699 12703/13413/11701</w:t>
        <w:br/>
        <w:t>f 12742/13415/11703 12721/13416/11704 12720/13417/11705</w:t>
        <w:br/>
        <w:t>f 12741/13418/11706 12742/13415/11703 12720/13417/11705</w:t>
        <w:br/>
        <w:t>f 12726/13381/11669 12712/13419/11707 12713/13420/11708</w:t>
        <w:br/>
        <w:t>f 12725/13382/11670 12726/13381/11669 12713/13420/11708</w:t>
        <w:br/>
        <w:t>f 12718/13421/11709 12710/13376/11710 12743/13422/11711</w:t>
        <w:br/>
        <w:t>f 12745/13423/11712 12714/13424/11713 12715/13425/11713</w:t>
        <w:br/>
        <w:t>f 12744/13426/11714 12745/13423/11712 12715/13425/11713</w:t>
        <w:br/>
        <w:t>f 12728/13387/11675 12729/13386/11674 12706/13427/11715</w:t>
        <w:br/>
        <w:t>f 12707/13428/11716 12728/13387/11675 12706/13427/11715</w:t>
        <w:br/>
        <w:t>f 12747/13429/11717 12637/13430/11718 12638/13431/11719</w:t>
        <w:br/>
        <w:t>f 12746/13432/11720 12747/13429/11717 12638/13431/11719</w:t>
        <w:br/>
        <w:t>f 12668/13433/11721 12669/13383/11722 12748/13434/11723</w:t>
        <w:br/>
        <w:t>f 12750/13435/11724 12708/13436/11725 12709/13437/11725</w:t>
        <w:br/>
        <w:t>f 12749/13438/11726 12750/13435/11724 12709/13437/11725</w:t>
        <w:br/>
        <w:t>f 12689/13396/11684 12690/13439/11727 12751/13440/11728</w:t>
        <w:br/>
        <w:t>f 12698/13407/11729 12699/13441/11730 12752/13442/11731</w:t>
        <w:br/>
        <w:t>f 12693/13371/11659 12731/13390/11732 12722/13372/11660</w:t>
        <w:br/>
        <w:t>f 12646/13400/11688 12732/13395/11733 12735/13401/11689</w:t>
        <w:br/>
        <w:t>f 12696/13392/11679 12733/13397/11734 12730/13393/11680</w:t>
        <w:br/>
        <w:t>f 12645/13399/11687 12734/13402/11690 12751/13440/11735</w:t>
        <w:br/>
        <w:t>f 12697/13405/11693 12736/13404/11692 12752/13442/11736</w:t>
        <w:br/>
        <w:t>f 12702/13409/11697 12738/13408/11696 12739/13414/11737</w:t>
        <w:br/>
        <w:t>f 12691/13410/11698 12723/13375/11663 12737/13403/11691</w:t>
        <w:br/>
        <w:t>f 12701/13374/11662 12740/13411/11738 12723/13375/11663</w:t>
        <w:br/>
        <w:t>f 12716/13380/11668 12742/13415/11703 12726/13381/11669</w:t>
        <w:br/>
        <w:t>f 12712/13419/11707 12726/13381/11669 12744/13426/11739</w:t>
        <w:br/>
        <w:t>f 12718/13421/11709 12743/13422/11711 12741/13418/11706</w:t>
        <w:br/>
        <w:t>f 12711/13377/11665 12745/13423/11712 12724/13378/11666</w:t>
        <w:br/>
        <w:t>f 12706/13427/11715 12729/13386/11674 12749/13438/11740</w:t>
        <w:br/>
        <w:t>f 12637/13430/11718 12747/13429/11717 12729/13386/11741</w:t>
        <w:br/>
        <w:t>f 12638/13431/11719 12748/13434/11742 12746/13432/11720</w:t>
        <w:br/>
        <w:t>f 12705/13384/11672 12750/13435/11743 12727/13385/11673</w:t>
        <w:br/>
        <w:t>f 12815/13443/11744 12850/13444/11745 12820/13445/11746</w:t>
        <w:br/>
        <w:t>f 12821/13446/11747 12851/13447/11748 12829/13448/11749</w:t>
        <w:br/>
        <w:t>f 12838/13449/11750 12852/13450/11751 12839/13451/11752</w:t>
        <w:br/>
        <w:t>f 12845/13452/11753 12854/13453/11754 12853/13454/11755</w:t>
        <w:br/>
        <w:t>f 12844/13455/11756 12845/13452/11753 12853/13454/11755</w:t>
        <w:br/>
        <w:t>f 12795/13456/11757 12855/13457/11758 12833/13458/11759</w:t>
        <w:br/>
        <w:t>f 12857/13459/11760 12801/13460/11761 12802/13461/11761</w:t>
        <w:br/>
        <w:t>f 12856/13462/11762 12857/13459/11760 12802/13461/11761</w:t>
        <w:br/>
        <w:t>f 12822/13463/11763 12823/13464/11764 12859/13465/11765</w:t>
        <w:br/>
        <w:t>f 12858/13466/11766 12822/13463/11763 12859/13465/11765</w:t>
        <w:br/>
        <w:t>f 12816/13467/11767 12860/13468/11768 12815/13443/11744</w:t>
        <w:br/>
        <w:t>f 12817/13469/11769 12828/13470/11770 12861/13471/11771</w:t>
        <w:br/>
        <w:t>f 12774/13472/11772 12863/13473/11773 12862/13474/11774</w:t>
        <w:br/>
        <w:t>f 12773/13475/11775 12774/13472/11772 12862/13474/11774</w:t>
        <w:br/>
        <w:t>f 12865/13476/11776 12824/13477/11777 12825/13478/11778</w:t>
        <w:br/>
        <w:t>f 12864/13479/11779 12865/13476/11776 12825/13478/11778</w:t>
        <w:br/>
        <w:t>f 12827/13480/11780 12830/13481/11781 12866/13482/11782</w:t>
        <w:br/>
        <w:t>f 12819/13483/11783 12851/13447/11748 12821/13446/11747</w:t>
        <w:br/>
        <w:t>f 12831/13484/11784 12832/13485/11784 12868/13486/11785</w:t>
        <w:br/>
        <w:t>f 12867/13487/11786 12831/13484/11784 12868/13486/11785</w:t>
        <w:br/>
        <w:t>f 12848/13488/11787 12849/13489/11788 12870/13490/11789</w:t>
        <w:br/>
        <w:t>f 12869/13491/11790 12848/13488/11787 12870/13490/11789</w:t>
        <w:br/>
        <w:t>f 12840/13492/11791 12841/13493/11792 12853/13454/11755</w:t>
        <w:br/>
        <w:t>f 12854/13453/11754 12840/13492/11791 12853/13454/11755</w:t>
        <w:br/>
        <w:t>f 12847/13494/11793 12871/13495/11794 12838/13449/11795</w:t>
        <w:br/>
        <w:t>f 12843/13496/11796 12842/13497/11797 12873/13498/11798</w:t>
        <w:br/>
        <w:t>f 12872/13499/11799 12843/13496/11796 12873/13498/11798</w:t>
        <w:br/>
        <w:t>f 12856/13462/11762 12834/13500/11800 12835/13501/11801</w:t>
        <w:br/>
        <w:t>f 12857/13459/11760 12856/13462/11762 12835/13501/11801</w:t>
        <w:br/>
        <w:t>f 12764/13502/11802 12765/13503/11803 12875/13504/11804</w:t>
        <w:br/>
        <w:t>f 12874/13505/11805 12764/13502/11802 12875/13504/11804</w:t>
        <w:br/>
        <w:t>f 12796/13506/11806 12876/13507/11807 12795/13456/11808</w:t>
        <w:br/>
        <w:t>f 12837/13508/11809 12836/13509/11810 12878/13510/11811</w:t>
        <w:br/>
        <w:t>f 12877/13511/11812 12837/13508/11809 12878/13510/11811</w:t>
        <w:br/>
        <w:t>f 12817/13469/11769 12879/13512/11813 12818/13513/11814</w:t>
        <w:br/>
        <w:t>f 12827/13480/11815 12880/13514/11816 12826/13515/11817</w:t>
        <w:br/>
        <w:t>f 12820/13445/11746 12850/13444/11745 12859/13465/11818</w:t>
        <w:br/>
        <w:t>f 12773/13475/11775 12862/13474/11774 12860/13468/11819</w:t>
        <w:br/>
        <w:t>f 12822/13463/11763 12858/13466/11766 12861/13471/11771</w:t>
        <w:br/>
        <w:t>f 12774/13472/11772 12879/13512/11813 12863/13473/11773</w:t>
        <w:br/>
        <w:t>f 12825/13478/11778 12880/13514/11820 12864/13479/11779</w:t>
        <w:br/>
        <w:t>f 12830/13481/11781 12867/13487/11821 12866/13482/11782</w:t>
        <w:br/>
        <w:t>f 12819/13483/11783 12865/13476/11822 12851/13447/11748</w:t>
        <w:br/>
        <w:t>f 12829/13448/11749 12851/13447/11748 12868/13486/11785</w:t>
        <w:br/>
        <w:t>f 12844/13455/11756 12853/13454/11755 12870/13490/11789</w:t>
        <w:br/>
        <w:t>f 12841/13493/11792 12872/13499/11823 12853/13454/11755</w:t>
        <w:br/>
        <w:t>f 12847/13494/11793 12869/13491/11790 12871/13495/11794</w:t>
        <w:br/>
        <w:t>f 12839/13451/11752 12852/13450/11751 12873/13498/11798</w:t>
        <w:br/>
        <w:t>f 12835/13501/11801 12877/13511/11812 12857/13459/11760</w:t>
        <w:br/>
        <w:t>f 12765/13503/11803 12857/13459/11824 12875/13504/11804</w:t>
        <w:br/>
        <w:t>f 12764/13502/11802 12874/13505/11805 12876/13507/11825</w:t>
        <w:br/>
        <w:t>f 12833/13458/11759 12855/13457/11758 12878/13510/11826</w:t>
        <w:br/>
        <w:t>f 4505/13516/11827 4504/13517/11828 4503/13518/11829</w:t>
        <w:br/>
        <w:t>f 4502/13519/11827 4505/13516/11827 4503/13518/11829</w:t>
        <w:br/>
        <w:t>f 4507/13520/11830 4505/13516/11827 4502/13519/11827</w:t>
        <w:br/>
        <w:t>f 4506/13521/11831 4507/13520/11830 4502/13519/11827</w:t>
        <w:br/>
        <w:t>f 4507/13520/11830 4510/13522/11832 4509/13523/11833</w:t>
        <w:br/>
        <w:t>f 4508/13524/11834 4507/13520/11830 4509/13523/11833</w:t>
        <w:br/>
        <w:t>f 4508/13524/11834 4509/13523/11833 4512/13525/11835</w:t>
        <w:br/>
        <w:t>f 4511/13526/11835 4508/13524/11834 4512/13525/11835</w:t>
        <w:br/>
        <w:t>f 4506/13521/11831 4514/13527/11836 4513/13528/11837</w:t>
        <w:br/>
        <w:t>f 4507/13520/11830 4506/13521/11831 4513/13528/11837</w:t>
        <w:br/>
        <w:t>f 4513/13528/11837 4515/13529/11838 4510/13522/11832</w:t>
        <w:br/>
        <w:t>f 4507/13520/11830 4513/13528/11837 4510/13522/11832</w:t>
        <w:br/>
        <w:t>f 4517/13530/11839 4516/13531/11840 4513/13528/11837</w:t>
        <w:br/>
        <w:t>f 4514/13527/11836 4517/13530/11839 4513/13528/11837</w:t>
        <w:br/>
        <w:t>f 4513/13528/11837 4516/13531/11840 4518/13532/11841</w:t>
        <w:br/>
        <w:t>f 4515/13529/11838 4513/13528/11837 4518/13532/11841</w:t>
        <w:br/>
        <w:t>f 4516/13531/11840 4517/13530/11839 4520/13533/11842</w:t>
        <w:br/>
        <w:t>f 4519/13534/11843 4516/13531/11840 4520/13533/11842</w:t>
        <w:br/>
        <w:t>f 4524/13535/11844 4523/13536/11845 4522/13537/11846</w:t>
        <w:br/>
        <w:t>f 4521/13538/11846 4524/13535/11844 4522/13537/11846</w:t>
        <w:br/>
        <w:t>f 4519/13534/11843 4520/13533/11842 4521/13538/11846</w:t>
        <w:br/>
        <w:t>f 4522/13537/11846 4519/13534/11843 4521/13538/11846</w:t>
        <w:br/>
        <w:t>f 4526/13539/11847 4518/13532/11841 4516/13531/11840</w:t>
        <w:br/>
        <w:t>f 4525/13540/11848 4526/13539/11847 4516/13531/11840</w:t>
        <w:br/>
        <w:t>f 4528/13541/11849 4526/13539/11847 4525/13540/11848</w:t>
        <w:br/>
        <w:t>f 4527/13542/11849 4528/13541/11849 4525/13540/11848</w:t>
        <w:br/>
        <w:t>f 4530/13543/11850 4528/13541/11849 4527/13542/11849</w:t>
        <w:br/>
        <w:t>f 4529/13544/11851 4530/13543/11850 4527/13542/11849</w:t>
        <w:br/>
        <w:t>f 4534/13545/11852 4533/13546/11853 4532/13547/11854</w:t>
        <w:br/>
        <w:t>f 4531/13548/11855 4534/13545/11852 4532/13547/11854</w:t>
        <w:br/>
        <w:t>f 4531/13548/11855 4532/13547/11854 4536/13549/11856</w:t>
        <w:br/>
        <w:t>f 4535/13550/11857 4531/13548/11855 4536/13549/11856</w:t>
        <w:br/>
        <w:t>f 4536/13549/11856 4539/13551/11858 4538/13552/11858</w:t>
        <w:br/>
        <w:t>f 4537/13553/11859 4536/13549/11856 4538/13552/11858</w:t>
        <w:br/>
        <w:t>f 4541/13554/11860 4538/13552/11858 4539/13551/11858</w:t>
        <w:br/>
        <w:t>f 4540/13555/11861 4541/13554/11860 4539/13551/11858</w:t>
        <w:br/>
        <w:t>f 4535/13550/11857 4536/13549/11856 4543/13556/11862</w:t>
        <w:br/>
        <w:t>f 4542/13557/11863 4535/13550/11857 4543/13556/11862</w:t>
        <w:br/>
        <w:t>f 4543/13556/11862 4536/13549/11856 4537/13553/11859</w:t>
        <w:br/>
        <w:t>f 4544/13558/11864 4543/13556/11862 4537/13553/11859</w:t>
        <w:br/>
        <w:t>f 4543/13556/11862 4546/13559/11865 4545/13560/11866</w:t>
        <w:br/>
        <w:t>f 4542/13557/11863 4543/13556/11862 4545/13560/11866</w:t>
        <w:br/>
        <w:t>f 4547/13561/11867 4546/13559/11865 4543/13556/11862</w:t>
        <w:br/>
        <w:t>f 4544/13558/11864 4547/13561/11867 4543/13556/11862</w:t>
        <w:br/>
        <w:t>f 4546/13559/11865 4549/13562/11868 4548/13563/11869</w:t>
        <w:br/>
        <w:t>f 4545/13560/11866 4546/13559/11865 4548/13563/11869</w:t>
        <w:br/>
        <w:t>f 4553/13564/11870 4552/13565/11871 4551/13566/11872</w:t>
        <w:br/>
        <w:t>f 4550/13567/11873 4553/13564/11870 4551/13566/11872</w:t>
        <w:br/>
        <w:t>f 4549/13562/11868 4553/13564/11870 4550/13567/11873</w:t>
        <w:br/>
        <w:t>f 4548/13563/11869 4549/13562/11868 4550/13567/11873</w:t>
        <w:br/>
        <w:t>f 4546/13559/11865 4547/13561/11867 4555/13568/11874</w:t>
        <w:br/>
        <w:t>f 4554/13569/11875 4546/13559/11865 4555/13568/11874</w:t>
        <w:br/>
        <w:t>f 4557/13570/11876 4556/13571/11876 4554/13569/11875</w:t>
        <w:br/>
        <w:t>f 4555/13568/11874 4557/13570/11876 4554/13569/11875</w:t>
        <w:br/>
        <w:t>f 4556/13571/11876 4557/13570/11876 4559/13572/11877</w:t>
        <w:br/>
        <w:t>f 4558/13573/11878 4556/13571/11876 4559/13572/11877</w:t>
        <w:br/>
        <w:t>f 4563/13574/11879 4562/13575/11879 4561/13576/11880</w:t>
        <w:br/>
        <w:t>f 4560/13577/11880 4563/13574/11879 4561/13576/11880</w:t>
        <w:br/>
        <w:t>f 4561/13576/11880 4565/13578/11881 4564/13579/11881</w:t>
        <w:br/>
        <w:t>f 4560/13577/11880 4561/13576/11880 4564/13579/11881</w:t>
        <w:br/>
        <w:t>f 4569/13580/11882 4568/13581/11883 4567/13582/11884</w:t>
        <w:br/>
        <w:t>f 4566/13583/11885 4569/13580/11882 4567/13582/11884</w:t>
        <w:br/>
        <w:t>f 4565/13578/11881 4571/13584/11886 4570/13585/11887</w:t>
        <w:br/>
        <w:t>f 4564/13579/11881 4565/13578/11881 4570/13585/11887</w:t>
        <w:br/>
        <w:t>f 4573/13586/11888 4572/13587/11888 4566/13583/11885</w:t>
        <w:br/>
        <w:t>f 4567/13582/11884 4573/13586/11888 4566/13583/11885</w:t>
        <w:br/>
        <w:t>f 4577/13588/11889 4576/13589/11890 4575/13590/11890</w:t>
        <w:br/>
        <w:t>f 4574/13591/11889 4577/13588/11889 4575/13590/11890</w:t>
        <w:br/>
        <w:t>f 4581/13592/11891 4580/13593/11891 4579/13594/11892</w:t>
        <w:br/>
        <w:t>f 4578/13595/11893 4581/13592/11891 4579/13594/11892</w:t>
        <w:br/>
        <w:t>f 4578/13595/11893 4579/13594/11892 4583/13596/11894</w:t>
        <w:br/>
        <w:t>f 4582/13597/11895 4578/13595/11893 4583/13596/11894</w:t>
        <w:br/>
        <w:t>f 4582/13597/11895 4583/13596/11894 4585/13598/11896</w:t>
        <w:br/>
        <w:t>f 4584/13599/11897 4582/13597/11895 4585/13598/11896</w:t>
        <w:br/>
        <w:t>f 4587/13600/11898 4577/13588/11889 4574/13591/11889</w:t>
        <w:br/>
        <w:t>f 4586/13601/11899 4587/13600/11898 4574/13591/11889</w:t>
        <w:br/>
        <w:t>f 4570/13585/11887 4571/13584/11886 4589/13602/11900</w:t>
        <w:br/>
        <w:t>f 4588/13603/11901 4570/13585/11887 4589/13602/11900</w:t>
        <w:br/>
        <w:t>f 4581/13592/11891 4591/13604/11902 4590/13605/11902</w:t>
        <w:br/>
        <w:t>f 4580/13593/11891 4581/13592/11891 4590/13605/11902</w:t>
        <w:br/>
        <w:t>f 4588/13603/11901 4589/13602/11900 4593/13606/11903</w:t>
        <w:br/>
        <w:t>f 4592/13607/11904 4588/13603/11901 4593/13606/11903</w:t>
        <w:br/>
        <w:t>f 4595/13608/11905 4590/13605/11902 4591/13604/11902</w:t>
        <w:br/>
        <w:t>f 4594/13609/11906 4595/13608/11905 4591/13604/11902</w:t>
        <w:br/>
        <w:t>f 4599/13610/11907 4598/13611/11908 4597/13612/11908</w:t>
        <w:br/>
        <w:t>f 4596/13613/11907 4599/13610/11907 4597/13612/11908</w:t>
        <w:br/>
        <w:t>f 4592/13607/11904 4593/13606/11903 4601/13614/11909</w:t>
        <w:br/>
        <w:t>f 4600/13615/11909 4592/13607/11904 4601/13614/11909</w:t>
        <w:br/>
        <w:t>f 4605/13616/11910 4604/13617/11911 4603/13618/11911</w:t>
        <w:br/>
        <w:t>f 4602/13619/11912 4605/13616/11910 4603/13618/11911</w:t>
        <w:br/>
        <w:t>f 4609/13620/11913 4608/13621/11914 4607/13622/11915</w:t>
        <w:br/>
        <w:t>f 4606/13623/11915 4609/13620/11913 4607/13622/11915</w:t>
        <w:br/>
        <w:t>f 4607/13622/11915 4611/13624/11916 4610/13625/11917</w:t>
        <w:br/>
        <w:t>f 4606/13623/11915 4607/13622/11915 4610/13625/11917</w:t>
        <w:br/>
        <w:t>f 4603/13618/11911 4604/13617/11911 4599/13610/11907</w:t>
        <w:br/>
        <w:t>f 4596/13613/11907 4603/13618/11911 4599/13610/11907</w:t>
        <w:br/>
        <w:t>f 4608/13621/11914 4609/13620/11913 4600/13615/11909</w:t>
        <w:br/>
        <w:t>f 4601/13614/11909 4608/13621/11914 4600/13615/11909</w:t>
        <w:br/>
        <w:t>f 4615/13626/11918 4614/13627/11919 4613/13628/11920</w:t>
        <w:br/>
        <w:t>f 4612/13629/11921 4615/13626/11918 4613/13628/11920</w:t>
        <w:br/>
        <w:t>f 4617/13630/11922 4595/13608/11905 4594/13609/11906</w:t>
        <w:br/>
        <w:t>f 4616/13631/11922 4617/13630/11922 4594/13609/11906</w:t>
        <w:br/>
        <w:t>f 4612/13629/11921 4613/13628/11920 4619/13632/11923</w:t>
        <w:br/>
        <w:t>f 4618/13633/11924 4612/13629/11921 4619/13632/11923</w:t>
        <w:br/>
        <w:t>f 4617/13630/11922 4616/13631/11922 4621/13634/11925</w:t>
        <w:br/>
        <w:t>f 4620/13635/11925 4617/13630/11922 4621/13634/11925</w:t>
        <w:br/>
        <w:t>f 4618/13633/11924 4619/13632/11923 4623/13636/11926</w:t>
        <w:br/>
        <w:t>f 4622/13637/11926 4618/13633/11924 4623/13636/11926</w:t>
        <w:br/>
        <w:t>f 4627/13638/11927 4626/13639/11928 4625/13640/11928</w:t>
        <w:br/>
        <w:t>f 4624/13641/11929 4627/13638/11927 4625/13640/11928</w:t>
        <w:br/>
        <w:t>f 4626/13639/11928 4620/13635/11925 4621/13634/11925</w:t>
        <w:br/>
        <w:t>f 4625/13640/11928 4626/13639/11928 4621/13634/11925</w:t>
        <w:br/>
        <w:t>f 4631/13642/11930 4630/13643/11931 4629/13644/11931</w:t>
        <w:br/>
        <w:t>f 4628/13645/11930 4631/13642/11930 4629/13644/11931</w:t>
        <w:br/>
        <w:t>f 4634/13646/11932 4633/13647/11933 4632/13648/11934</w:t>
        <w:br/>
        <w:t>f 4635/13649/11935 4634/13646/11932 4632/13648/11934</w:t>
        <w:br/>
        <w:t>f 4639/13650/11936 4638/13651/11937 4637/13652/11937</w:t>
        <w:br/>
        <w:t>f 4636/13653/11937 4639/13650/11936 4637/13652/11937</w:t>
        <w:br/>
        <w:t>f 4643/13654/11938 4642/13655/11938 4641/13656/11938</w:t>
        <w:br/>
        <w:t>f 4640/13657/11939 4643/13654/11938 4641/13656/11938</w:t>
        <w:br/>
        <w:t>f 4647/13658/11940 4646/13659/11940 4645/13660/11940</w:t>
        <w:br/>
        <w:t>f 4644/13661/11940 4647/13658/11940 4645/13660/11940</w:t>
        <w:br/>
        <w:t>f 4634/13646/11932 4649/13662/11941 4648/13663/11941</w:t>
        <w:br/>
        <w:t>f 4633/13647/11933 4634/13646/11932 4648/13663/11941</w:t>
        <w:br/>
        <w:t>f 4708/13664/11942 4707/13665/11943 4706/13666/11944</w:t>
        <w:br/>
        <w:t>f 4705/13667/11944 4708/13664/11942 4706/13666/11944</w:t>
        <w:br/>
        <w:t>f 4705/13667/11944 4706/13666/11944 4710/13668/11945</w:t>
        <w:br/>
        <w:t>f 4709/13669/11946 4705/13667/11944 4710/13668/11945</w:t>
        <w:br/>
        <w:t>f 4710/13668/11945 4713/13670/11947 4712/13671/11947</w:t>
        <w:br/>
        <w:t>f 4711/13672/11948 4710/13668/11945 4712/13671/11947</w:t>
        <w:br/>
        <w:t>f 4715/13673/11949 4712/13671/11947 4713/13670/11947</w:t>
        <w:br/>
        <w:t>f 4714/13674/11950 4715/13673/11949 4713/13670/11947</w:t>
        <w:br/>
        <w:t>f 4709/13669/11946 4710/13668/11945 4717/13675/11951</w:t>
        <w:br/>
        <w:t>f 4716/13676/11952 4709/13669/11946 4717/13675/11951</w:t>
        <w:br/>
        <w:t>f 4717/13675/11951 4710/13668/11945 4711/13672/11948</w:t>
        <w:br/>
        <w:t>f 4718/13677/11953 4717/13675/11951 4711/13672/11948</w:t>
        <w:br/>
        <w:t>f 4717/13675/11951 4720/13678/11954 4719/13679/11955</w:t>
        <w:br/>
        <w:t>f 4716/13676/11952 4717/13675/11951 4719/13679/11955</w:t>
        <w:br/>
        <w:t>f 4721/13680/11956 4720/13678/11954 4717/13675/11951</w:t>
        <w:br/>
        <w:t>f 4718/13677/11953 4721/13680/11956 4717/13675/11951</w:t>
        <w:br/>
        <w:t>f 4720/13678/11954 4723/13681/11957 4722/13682/11957</w:t>
        <w:br/>
        <w:t>f 4719/13679/11955 4720/13678/11954 4722/13682/11957</w:t>
        <w:br/>
        <w:t>f 4727/13683/11958 4726/13684/11959 4725/13685/11960</w:t>
        <w:br/>
        <w:t>f 4724/13686/11958 4727/13683/11958 4725/13685/11960</w:t>
        <w:br/>
        <w:t>f 4723/13681/11957 4727/13683/11958 4724/13686/11958</w:t>
        <w:br/>
        <w:t>f 4722/13682/11957 4723/13681/11957 4724/13686/11958</w:t>
        <w:br/>
        <w:t>f 4720/13678/11954 4721/13680/11956 4729/13687/11961</w:t>
        <w:br/>
        <w:t>f 4728/13688/11962 4720/13678/11954 4729/13687/11961</w:t>
        <w:br/>
        <w:t>f 4731/13689/11963 4730/13690/11964 4728/13688/11962</w:t>
        <w:br/>
        <w:t>f 4729/13687/11961 4731/13689/11963 4728/13688/11962</w:t>
        <w:br/>
        <w:t>f 4730/13690/11964 4731/13689/11963 4733/13691/11965</w:t>
        <w:br/>
        <w:t>f 4732/13692/11966 4730/13690/11964 4733/13691/11965</w:t>
        <w:br/>
        <w:t>f 4737/13693/11967 4736/13694/11968 4735/13695/11969</w:t>
        <w:br/>
        <w:t>f 4734/13696/11967 4737/13693/11967 4735/13695/11969</w:t>
        <w:br/>
        <w:t>f 4739/13697/11970 4737/13693/11967 4734/13696/11967</w:t>
        <w:br/>
        <w:t>f 4738/13698/11971 4739/13697/11970 4734/13696/11967</w:t>
        <w:br/>
        <w:t>f 4739/13697/11970 4742/13699/11972 4741/13700/11973</w:t>
        <w:br/>
        <w:t>f 4740/13701/11973 4739/13697/11970 4741/13700/11973</w:t>
        <w:br/>
        <w:t>f 4740/13701/11973 4741/13700/11973 4744/13702/11974</w:t>
        <w:br/>
        <w:t>f 4743/13703/11975 4740/13701/11973 4744/13702/11974</w:t>
        <w:br/>
        <w:t>f 4738/13698/11971 4746/13704/11976 4745/13705/11977</w:t>
        <w:br/>
        <w:t>f 4739/13697/11970 4738/13698/11971 4745/13705/11977</w:t>
        <w:br/>
        <w:t>f 4745/13705/11977 4747/13706/11978 4742/13699/11972</w:t>
        <w:br/>
        <w:t>f 4739/13697/11970 4745/13705/11977 4742/13699/11972</w:t>
        <w:br/>
        <w:t>f 4749/13707/11979 4748/13708/11980 4745/13705/11977</w:t>
        <w:br/>
        <w:t>f 4746/13704/11976 4749/13707/11979 4745/13705/11977</w:t>
        <w:br/>
        <w:t>f 4745/13705/11977 4748/13708/11980 4750/13709/11981</w:t>
        <w:br/>
        <w:t>f 4747/13706/11978 4745/13705/11977 4750/13709/11981</w:t>
        <w:br/>
        <w:t>f 4748/13708/11980 4749/13707/11979 4752/13710/11982</w:t>
        <w:br/>
        <w:t>f 4751/13711/11983 4748/13708/11980 4752/13710/11982</w:t>
        <w:br/>
        <w:t>f 4756/13712/11984 4755/13713/11985 4754/13714/11986</w:t>
        <w:br/>
        <w:t>f 4753/13715/11986 4756/13712/11984 4754/13714/11986</w:t>
        <w:br/>
        <w:t>f 4751/13711/11983 4752/13710/11982 4753/13715/11986</w:t>
        <w:br/>
        <w:t>f 4754/13714/11986 4751/13711/11983 4753/13715/11986</w:t>
        <w:br/>
        <w:t>f 4758/13716/11987 4750/13709/11981 4748/13708/11980</w:t>
        <w:br/>
        <w:t>f 4757/13717/11987 4758/13716/11987 4748/13708/11980</w:t>
        <w:br/>
        <w:t>f 4760/13718/11988 4758/13716/11987 4757/13717/11987</w:t>
        <w:br/>
        <w:t>f 4759/13719/11988 4760/13718/11988 4757/13717/11987</w:t>
        <w:br/>
        <w:t>f 4762/13720/11989 4760/13718/11988 4759/13719/11988</w:t>
        <w:br/>
        <w:t>f 4761/13721/11989 4762/13720/11989 4759/13719/11988</w:t>
        <w:br/>
        <w:t>f 4766/13722/11990 4765/13723/11991 4764/13724/11992</w:t>
        <w:br/>
        <w:t>f 4763/13725/11993 4766/13722/11990 4764/13724/11992</w:t>
        <w:br/>
        <w:t>f 4768/13726/11994 4767/13727/11994 4764/13724/11992</w:t>
        <w:br/>
        <w:t>f 4765/13723/11991 4768/13726/11994 4764/13724/11992</w:t>
        <w:br/>
        <w:t>f 4772/13728/11995 4771/13729/11996 4770/13730/11996</w:t>
        <w:br/>
        <w:t>f 4769/13731/11995 4772/13728/11995 4770/13730/11996</w:t>
        <w:br/>
        <w:t>f 4774/13732/11997 4773/13733/11998 4767/13727/11994</w:t>
        <w:br/>
        <w:t>f 4768/13726/11994 4774/13732/11997 4767/13727/11994</w:t>
        <w:br/>
        <w:t>f 4769/13731/11995 4776/13734/11999 4775/13735/12000</w:t>
        <w:br/>
        <w:t>f 4772/13728/11995 4769/13731/11995 4775/13735/12000</w:t>
        <w:br/>
        <w:t>f 4780/13736/12001 4779/13737/12002 4778/13738/12003</w:t>
        <w:br/>
        <w:t>f 4777/13739/12003 4780/13736/12001 4778/13738/12003</w:t>
        <w:br/>
        <w:t>f 4784/13740/12004 4783/13741/12005 4782/13742/12005</w:t>
        <w:br/>
        <w:t>f 4781/13743/12006 4784/13740/12004 4782/13742/12005</w:t>
        <w:br/>
        <w:t>f 4783/13741/12005 4786/13744/12007 4785/13745/12008</w:t>
        <w:br/>
        <w:t>f 4782/13742/12005 4783/13741/12005 4785/13745/12008</w:t>
        <w:br/>
        <w:t>f 4786/13744/12007 4788/13746/12009 4787/13747/12010</w:t>
        <w:br/>
        <w:t>f 4785/13745/12008 4786/13744/12007 4787/13747/12010</w:t>
        <w:br/>
        <w:t>f 4790/13748/12011 4789/13749/12011 4779/13737/12002</w:t>
        <w:br/>
        <w:t>f 4780/13736/12001 4790/13748/12011 4779/13737/12002</w:t>
        <w:br/>
        <w:t>f 4774/13732/11997 4792/13750/12012 4791/13751/12013</w:t>
        <w:br/>
        <w:t>f 4773/13733/11998 4774/13732/11997 4791/13751/12013</w:t>
        <w:br/>
        <w:t>f 4784/13740/12004 4781/13743/12006 4794/13752/12014</w:t>
        <w:br/>
        <w:t>f 4793/13753/12014 4784/13740/12004 4794/13752/12014</w:t>
        <w:br/>
        <w:t>f 4792/13750/12012 4796/13754/12015 4795/13755/12016</w:t>
        <w:br/>
        <w:t>f 4791/13751/12013 4792/13750/12012 4795/13755/12016</w:t>
        <w:br/>
        <w:t>f 4798/13756/12017 4797/13757/12018 4793/13753/12014</w:t>
        <w:br/>
        <w:t>f 4794/13752/12014 4798/13756/12017 4793/13753/12014</w:t>
        <w:br/>
        <w:t>f 4802/13758/12019 4801/13759/12019 4800/13760/12020</w:t>
        <w:br/>
        <w:t>f 4799/13761/12020 4802/13758/12019 4800/13760/12020</w:t>
        <w:br/>
        <w:t>f 4796/13754/12015 4804/13762/12021 4803/13763/12021</w:t>
        <w:br/>
        <w:t>f 4795/13755/12016 4796/13754/12015 4803/13763/12021</w:t>
        <w:br/>
        <w:t>f 4808/13764/12022 4807/13765/12022 4806/13766/12023</w:t>
        <w:br/>
        <w:t>f 4805/13767/12023 4808/13764/12022 4806/13766/12023</w:t>
        <w:br/>
        <w:t>f 4812/13768/12024 4811/13769/12025 4810/13770/12025</w:t>
        <w:br/>
        <w:t>f 4809/13771/12026 4812/13768/12024 4810/13770/12025</w:t>
        <w:br/>
        <w:t>f 4810/13770/12025 4811/13769/12025 4814/13772/12027</w:t>
        <w:br/>
        <w:t>f 4813/13773/12028 4810/13770/12025 4814/13772/12027</w:t>
        <w:br/>
        <w:t>f 4800/13760/12020 4807/13765/12022 4808/13764/12022</w:t>
        <w:br/>
        <w:t>f 4799/13761/12020 4800/13760/12020 4808/13764/12022</w:t>
        <w:br/>
        <w:t>f 4804/13762/12021 4812/13768/12024 4809/13771/12026</w:t>
        <w:br/>
        <w:t>f 4803/13763/12021 4804/13762/12021 4809/13771/12026</w:t>
        <w:br/>
        <w:t>f 4818/13774/12029 4817/13775/12030 4816/13776/12030</w:t>
        <w:br/>
        <w:t>f 4815/13777/12029 4818/13774/12029 4816/13776/12030</w:t>
        <w:br/>
        <w:t>f 4820/13778/12031 4819/13779/12032 4797/13757/12018</w:t>
        <w:br/>
        <w:t>f 4798/13756/12017 4820/13778/12031 4797/13757/12018</w:t>
        <w:br/>
        <w:t>f 4817/13775/12030 4822/13780/12033 4821/13781/12034</w:t>
        <w:br/>
        <w:t>f 4816/13776/12030 4817/13775/12030 4821/13781/12034</w:t>
        <w:br/>
        <w:t>f 4824/13782/12035 4819/13779/12032 4820/13778/12031</w:t>
        <w:br/>
        <w:t>f 4823/13783/12036 4824/13782/12035 4820/13778/12031</w:t>
        <w:br/>
        <w:t>f 4822/13780/12033 4826/13784/12037 4825/13785/12037</w:t>
        <w:br/>
        <w:t>f 4821/13781/12034 4822/13780/12033 4825/13785/12037</w:t>
        <w:br/>
        <w:t>f 4830/13786/12038 4829/13787/12039 4828/13788/12040</w:t>
        <w:br/>
        <w:t>f 4827/13789/12041 4830/13786/12038 4828/13788/12040</w:t>
        <w:br/>
        <w:t>f 4829/13787/12039 4830/13786/12038 4824/13782/12035</w:t>
        <w:br/>
        <w:t>f 4823/13783/12036 4829/13787/12039 4824/13782/12035</w:t>
        <w:br/>
        <w:t>f 4834/13790/12042 4833/13791/12043 4832/13792/12043</w:t>
        <w:br/>
        <w:t>f 4831/13793/12044 4834/13790/12042 4832/13792/12043</w:t>
        <w:br/>
        <w:t>f 4837/13794/12045 4836/13795/12046 4835/13796/12047</w:t>
        <w:br/>
        <w:t>f 4838/13797/12048 4837/13794/12045 4835/13796/12047</w:t>
        <w:br/>
        <w:t>f 4842/13798/12049 4841/13799/12049 4840/13800/12050</w:t>
        <w:br/>
        <w:t>f 4839/13801/12049 4842/13798/12049 4840/13800/12050</w:t>
        <w:br/>
        <w:t>f 4846/13802/12051 4845/13803/12051 4844/13804/12051</w:t>
        <w:br/>
        <w:t>f 4843/13805/12051 4846/13802/12051 4844/13804/12051</w:t>
        <w:br/>
        <w:t>f 4850/13806/12052 4849/13807/12053 4848/13808/12053</w:t>
        <w:br/>
        <w:t>f 4847/13809/12053 4850/13806/12052 4848/13808/12053</w:t>
        <w:br/>
        <w:t>f 4852/13810/12054 4851/13811/12055 4835/13796/12047</w:t>
        <w:br/>
        <w:t>f 4836/13795/12046 4852/13810/12054 4835/13796/12047</w:t>
        <w:br/>
        <w:t>f 4911/13812/12056 4910/13813/12057 4909/13814/12058</w:t>
        <w:br/>
        <w:t>f 4908/13815/12059 4911/13812/12056 4909/13814/12058</w:t>
        <w:br/>
        <w:t>f 4913/13816/12060 4909/13814/12058 4910/13813/12057</w:t>
        <w:br/>
        <w:t>f 4912/13817/12061 4913/13816/12060 4910/13813/12057</w:t>
        <w:br/>
        <w:t>f 4917/13818/12062 4916/13819/12063 4915/13820/12064</w:t>
        <w:br/>
        <w:t>f 4914/13821/12065 4917/13818/12062 4915/13820/12064</w:t>
        <w:br/>
        <w:t>f 4916/13819/12063 4917/13818/12062 4919/13822/12066</w:t>
        <w:br/>
        <w:t>f 4918/13823/12067 4916/13819/12063 4919/13822/12066</w:t>
        <w:br/>
        <w:t>f 4923/13824/12068 4922/13825/12069 4921/13826/12070</w:t>
        <w:br/>
        <w:t>f 4920/13827/12071 4923/13824/12068 4921/13826/12070</w:t>
        <w:br/>
        <w:t>f 4927/13828/12072 4926/13829/12073 4925/13830/12073</w:t>
        <w:br/>
        <w:t>f 4924/13831/12074 4927/13828/12072 4925/13830/12073</w:t>
        <w:br/>
        <w:t>f 4929/13832/12075 4925/13830/12073 4926/13829/12073</w:t>
        <w:br/>
        <w:t>f 4928/13833/12075 4929/13832/12075 4926/13829/12073</w:t>
        <w:br/>
        <w:t>f 4933/13834/12076 4932/13835/12077 4931/13836/12078</w:t>
        <w:br/>
        <w:t>f 4930/13837/12076 4933/13834/12076 4931/13836/12078</w:t>
        <w:br/>
        <w:t>f 4937/13838/12079 4936/13839/12080 4935/13840/12081</w:t>
        <w:br/>
        <w:t>f 4934/13841/12082 4937/13838/12079 4935/13840/12081</w:t>
        <w:br/>
        <w:t>f 4918/13823/12067 4919/13822/12066 4936/13839/12080</w:t>
        <w:br/>
        <w:t>f 4937/13838/12079 4918/13823/12067 4936/13839/12080</w:t>
        <w:br/>
        <w:t>f 4924/13831/12074 4920/13827/12071 4921/13826/12070</w:t>
        <w:br/>
        <w:t>f 4927/13828/12072 4924/13831/12074 4921/13826/12070</w:t>
        <w:br/>
        <w:t>f 4939/13842/12083 4933/13834/12076 4930/13837/12076</w:t>
        <w:br/>
        <w:t>f 4938/13843/12084 4939/13842/12083 4930/13837/12076</w:t>
        <w:br/>
        <w:t>f 4941/13844/12085 4939/13842/12083 4938/13843/12084</w:t>
        <w:br/>
        <w:t>f 4940/13845/12086 4941/13844/12085 4938/13843/12084</w:t>
        <w:br/>
        <w:t>f 4922/13825/12069 4923/13824/12068 4943/13846/12087</w:t>
        <w:br/>
        <w:t>f 4942/13847/12088 4922/13825/12069 4943/13846/12087</w:t>
        <w:br/>
        <w:t>f 4945/13848/12089 4914/13821/12065 4915/13820/12064</w:t>
        <w:br/>
        <w:t>f 4944/13849/12090 4945/13848/12089 4915/13820/12064</w:t>
        <w:br/>
        <w:t>f 4949/13850/12091 4948/13851/12092 4947/13852/12093</w:t>
        <w:br/>
        <w:t>f 4946/13853/12094 4949/13850/12091 4947/13852/12093</w:t>
        <w:br/>
        <w:t>f 4940/13845/12086 4946/13853/12094 4947/13852/12093</w:t>
        <w:br/>
        <w:t>f 4941/13844/12085 4940/13845/12086 4947/13852/12093</w:t>
        <w:br/>
        <w:t>f 4951/13854/12095 4950/13855/12096 4913/13816/12060</w:t>
        <w:br/>
        <w:t>f 4912/13817/12061 4951/13854/12095 4913/13816/12060</w:t>
        <w:br/>
        <w:t>f 4950/13855/12096 4951/13854/12095 4953/13856/12097</w:t>
        <w:br/>
        <w:t>f 4952/13857/12098 4950/13855/12096 4953/13856/12097</w:t>
        <w:br/>
        <w:t>f 4955/13858/12099 4954/13859/12099 4952/13857/12098</w:t>
        <w:br/>
        <w:t>f 4953/13856/12097 4955/13858/12099 4952/13857/12098</w:t>
        <w:br/>
        <w:t>f 5006/13860/12100 5005/13861/12101 5004/13862/12102</w:t>
        <w:br/>
        <w:t>f 5010/13863/12103 5009/13864/12104 5008/13865/12104</w:t>
        <w:br/>
        <w:t>f 5007/13866/12103 5010/13863/12103 5008/13865/12104</w:t>
        <w:br/>
        <w:t>f 5014/13867/12105 5013/13868/12106 5012/13869/12107</w:t>
        <w:br/>
        <w:t>f 5011/13870/12107 5014/13867/12105 5012/13869/12107</w:t>
        <w:br/>
        <w:t>f 5017/13871/12108 5016/13872/12109 5015/13873/12110</w:t>
        <w:br/>
        <w:t>f 5017/13871/12108 5015/13873/12110 5018/13874/12111</w:t>
        <w:br/>
        <w:t>f 5008/13865/12104 5009/13864/12104 5011/13870/12107</w:t>
        <w:br/>
        <w:t>f 5012/13869/12107 5008/13865/12104 5011/13870/12107</w:t>
        <w:br/>
        <w:t>f 5013/13868/12106 5014/13867/12105 5020/13875/12112</w:t>
        <w:br/>
        <w:t>f 5019/13876/12113 5013/13868/12106 5020/13875/12112</w:t>
        <w:br/>
        <w:t>f 5023/13877/12114 5022/13878/12115 5021/13879/12116</w:t>
        <w:br/>
        <w:t>f 5023/13877/12114 5021/13879/12116 5016/13872/12109</w:t>
        <w:br/>
        <w:t>f 5027/13880/12117 5026/13881/12118 5025/13882/12119</w:t>
        <w:br/>
        <w:t>f 5024/13883/12117 5027/13880/12117 5025/13882/12119</w:t>
        <w:br/>
        <w:t>f 5026/13881/12118 5019/13876/12113 5020/13875/12112</w:t>
        <w:br/>
        <w:t>f 5025/13882/12119 5026/13881/12118 5020/13875/12112</w:t>
        <w:br/>
        <w:t>f 5021/13879/12116 5028/13884/12120 5016/13872/12109</w:t>
        <w:br/>
        <w:t>f 5016/13872/12109 5028/13884/12120 5029/13885/12121</w:t>
        <w:br/>
        <w:t>f 5033/13886/12122 5032/13887/12123 5031/13888/12123</w:t>
        <w:br/>
        <w:t>f 5030/13889/12122 5033/13886/12122 5031/13888/12123</w:t>
        <w:br/>
        <w:t>f 5035/13890/12124 5033/13886/12122 5030/13889/12122</w:t>
        <w:br/>
        <w:t>f 5034/13891/12125 5035/13890/12124 5030/13889/12122</w:t>
        <w:br/>
        <w:t>f 5016/13872/12109 5029/13885/12121 5015/13873/12110</w:t>
        <w:br/>
        <w:t>f 5007/13866/12103 5035/13890/12124 5034/13891/12125</w:t>
        <w:br/>
        <w:t>f 5010/13863/12103 5007/13866/12103 5034/13891/12125</w:t>
        <w:br/>
        <w:t>f 5004/13862/12102 5037/13892/12126 5036/13893/12127</w:t>
        <w:br/>
        <w:t>f 5036/13893/12127 5037/13892/12126 5038/13894/12128</w:t>
        <w:br/>
        <w:t>f 5040/13895/12129 5031/13888/12123 5032/13887/12123</w:t>
        <w:br/>
        <w:t>f 5039/13896/12129 5040/13895/12129 5032/13887/12123</w:t>
        <w:br/>
        <w:t>f 5040/13895/12129 5039/13896/12129 5042/13897/12130</w:t>
        <w:br/>
        <w:t>f 5041/13898/12130 5040/13895/12129 5042/13897/12130</w:t>
        <w:br/>
        <w:t>f 5038/13894/12128 5044/13899/12131 5043/13900/12132</w:t>
        <w:br/>
        <w:t>f 5043/13900/12132 5044/13899/12131 5045/13901/12133</w:t>
        <w:br/>
        <w:t>f 5043/13900/12132 5045/13901/12133 5046/13902/12134</w:t>
        <w:br/>
        <w:t>f 5043/13900/12132 5046/13902/12134 5047/13903/12135</w:t>
        <w:br/>
        <w:t>f 5051/13904/12136 5050/13905/12137 5049/13906/12138</w:t>
        <w:br/>
        <w:t>f 5048/13907/12136 5051/13904/12136 5049/13906/12138</w:t>
        <w:br/>
        <w:t>f 5053/13908/12139 5051/13904/12136 5048/13907/12136</w:t>
        <w:br/>
        <w:t>f 5052/13909/12139 5053/13908/12139 5048/13907/12136</w:t>
        <w:br/>
        <w:t>f 5054/13910/12140 5038/13894/12128 5043/13900/12132</w:t>
        <w:br/>
        <w:t>f 5038/13894/12128 5054/13910/12140 5055/13911/12141</w:t>
        <w:br/>
        <w:t>f 5057/13912/12142 5053/13908/12139 5052/13909/12139</w:t>
        <w:br/>
        <w:t>f 5056/13913/12142 5057/13912/12142 5052/13909/12139</w:t>
        <w:br/>
        <w:t>f 5059/13914/12143 5058/13915/12144 5057/13912/12142</w:t>
        <w:br/>
        <w:t>f 5056/13913/12142 5059/13914/12143 5057/13912/12142</w:t>
        <w:br/>
        <w:t>f 5055/13911/12141 5061/13916/12145 5060/13917/12146</w:t>
        <w:br/>
        <w:t>f 5055/13911/12141 5060/13917/12146 5038/13894/12128</w:t>
        <w:br/>
        <w:t>f 5062/13918/12147 5038/13894/12128 5060/13917/12146</w:t>
        <w:br/>
        <w:t>f 5038/13894/12128 5062/13918/12147 5036/13893/12127</w:t>
        <w:br/>
        <w:t>f 5063/13919/12148 5037/13892/12126 5004/13862/12102</w:t>
        <w:br/>
        <w:t>f 5063/13919/12148 5004/13862/12102 5005/13861/12101</w:t>
        <w:br/>
        <w:t>f 5064/13920/12149 5006/13860/12100 5004/13862/12102</w:t>
        <w:br/>
        <w:t>f 5064/13920/12149 5065/13921/12150 5006/13860/12100</w:t>
        <w:br/>
        <w:t>f 5068/13922/12151 5067/13923/12152 5066/13924/12153</w:t>
        <w:br/>
        <w:t>f 5071/13925/12154 5070/13926/12155 5069/13927/12156</w:t>
        <w:br/>
        <w:t>f 5075/13928/12157 5074/13929/12158 5073/13930/12159</w:t>
        <w:br/>
        <w:t>f 5072/13931/12160 5075/13928/12157 5073/13930/12159</w:t>
        <w:br/>
        <w:t>f 5077/13932/12161 5049/13906/12138 5050/13905/12137</w:t>
        <w:br/>
        <w:t>f 5076/13933/12162 5077/13932/12161 5050/13905/12137</w:t>
        <w:br/>
        <w:t>f 5079/13934/12163 5078/13935/12163 5074/13929/12158</w:t>
        <w:br/>
        <w:t>f 5075/13928/12157 5079/13934/12163 5074/13929/12158</w:t>
        <w:br/>
        <w:t>f 5041/13898/12130 5042/13897/12130 5078/13935/12163</w:t>
        <w:br/>
        <w:t>f 5079/13934/12163 5041/13898/12130 5078/13935/12163</w:t>
        <w:br/>
        <w:t>f 5069/13927/12156 5070/13926/12155 5066/13924/12153</w:t>
        <w:br/>
        <w:t>f 5081/13936/12164 5021/13879/12116 5080/13937/12165</w:t>
        <w:br/>
        <w:t>f 5021/13879/12116 5022/13878/12115 5080/13937/12165</w:t>
        <w:br/>
        <w:t>f 5082/13938/12166 5080/13937/12165 5022/13878/12115</w:t>
        <w:br/>
        <w:t>f 5083/13939/12167 5080/13937/12165 5082/13938/12166</w:t>
        <w:br/>
        <w:t>f 5084/13940/12168 5080/13937/12165 5083/13939/12167</w:t>
        <w:br/>
        <w:t>f 5058/13915/12144 5059/13914/12143 5086/13941/12169</w:t>
        <w:br/>
        <w:t>f 5085/13942/12169 5058/13915/12144 5086/13941/12169</w:t>
        <w:br/>
        <w:t>f 5061/13916/12145 5087/13943/12170 5060/13917/12146</w:t>
        <w:br/>
        <w:t>f 5085/13942/12169 5086/13941/12169 5089/13944/12171</w:t>
        <w:br/>
        <w:t>f 5088/13945/12171 5085/13942/12169 5089/13944/12171</w:t>
        <w:br/>
        <w:t>f 5090/13946/12172 5060/13917/12146 5087/13943/12170</w:t>
        <w:br/>
        <w:t>f 5094/13947/12173 5093/13948/12173 5092/13949/12174</w:t>
        <w:br/>
        <w:t>f 5091/13950/12175 5094/13947/12173 5092/13949/12174</w:t>
        <w:br/>
        <w:t>f 5095/13951/12176 5080/13937/12165 5084/13940/12168</w:t>
        <w:br/>
        <w:t>f 5021/13879/12116 5081/13936/12164 5067/13923/12152</w:t>
        <w:br/>
        <w:t>f 5068/13922/12151 5021/13879/12116 5067/13923/12152</w:t>
        <w:br/>
        <w:t>f 5070/13926/12155 5096/13952/12177 5066/13924/12153</w:t>
        <w:br/>
        <w:t>f 5096/13952/12177 5097/13953/12178 5066/13924/12153</w:t>
        <w:br/>
        <w:t>f 5068/13922/12151 5066/13924/12153 5097/13953/12178</w:t>
        <w:br/>
        <w:t>f 5090/13946/12172 5098/13954/12179 5060/13917/12146</w:t>
        <w:br/>
        <w:t>f 5024/13883/12117 5091/13950/12175 5092/13949/12174</w:t>
        <w:br/>
        <w:t>f 5027/13880/12117 5024/13883/12117 5092/13949/12174</w:t>
        <w:br/>
        <w:t>f 5047/13903/12135 5046/13902/12134 5099/13955/12180</w:t>
        <w:br/>
        <w:t>f 5248/13956/12181 5247/13957/12181 5246/13958/12181</w:t>
        <w:br/>
        <w:t>f 5252/13959/12182 5251/13960/12182 5250/13961/12183</w:t>
        <w:br/>
        <w:t>f 5249/13962/12183 5252/13959/12182 5250/13961/12183</w:t>
        <w:br/>
        <w:t>f 5256/13963/12184 5255/13964/12184 5254/13965/12185</w:t>
        <w:br/>
        <w:t>f 5253/13966/12185 5256/13963/12184 5254/13965/12185</w:t>
        <w:br/>
        <w:t>f 5259/13967/12186 5258/13968/12187 5257/13969/12188</w:t>
        <w:br/>
        <w:t>f 5258/13968/12187 5259/13967/12186 5261/13970/12189</w:t>
        <w:br/>
        <w:t>f 5260/13971/12190 5258/13968/12187 5261/13970/12189</w:t>
        <w:br/>
        <w:t>f 5265/13972/12191 5264/13973/12191 5263/13974/12192</w:t>
        <w:br/>
        <w:t>f 5262/13975/12192 5265/13972/12191 5263/13974/12192</w:t>
        <w:br/>
        <w:t>f 5248/13956/12181 5267/13976/12181 5266/13977/12181</w:t>
        <w:br/>
        <w:t>f 5247/13957/12181 5248/13956/12181 5266/13977/12181</w:t>
        <w:br/>
        <w:t>f 5271/13978/12193 5270/13979/12193 5269/13980/12192</w:t>
        <w:br/>
        <w:t>f 5268/13981/12192 5271/13978/12193 5269/13980/12192</w:t>
        <w:br/>
        <w:t>f 5273/13982/12194 5272/13983/12194 5270/13979/12193</w:t>
        <w:br/>
        <w:t>f 5271/13978/12193 5273/13982/12194 5270/13979/12193</w:t>
        <w:br/>
        <w:t>f 5275/13984/12195 5274/13985/12196 5259/13967/12186</w:t>
        <w:br/>
        <w:t>f 5257/13969/12188 5275/13984/12195 5259/13967/12186</w:t>
        <w:br/>
        <w:t>f 5267/13976/12181 5276/13986/12181 5266/13977/12181</w:t>
        <w:br/>
        <w:t>f 5265/13972/12191 5278/13987/12197 5277/13988/12197</w:t>
        <w:br/>
        <w:t>f 5264/13973/12191 5265/13972/12191 5277/13988/12197</w:t>
        <w:br/>
        <w:t>f 5280/13989/12198 5279/13990/12198 5277/13988/12197</w:t>
        <w:br/>
        <w:t>f 5278/13987/12197 5280/13989/12198 5277/13988/12197</w:t>
        <w:br/>
        <w:t>f 5284/13991/12199 5283/13992/12200 5282/13993/12201</w:t>
        <w:br/>
        <w:t>f 5281/13994/12201 5284/13991/12199 5282/13993/12201</w:t>
        <w:br/>
        <w:t>f 5288/13995/12202 5287/13996/12203 5286/13997/12203</w:t>
        <w:br/>
        <w:t>f 5285/13998/12202 5288/13995/12202 5286/13997/12203</w:t>
        <w:br/>
        <w:t>f 5289/13999/12204 5260/13971/12190 5261/13970/12189</w:t>
        <w:br/>
        <w:t>f 5292/14000/12181 5291/14001/12181 5290/14002/12181</w:t>
        <w:br/>
        <w:t>f 5296/14003/12205 5295/14004/12206 5294/14005/12206</w:t>
        <w:br/>
        <w:t>f 5293/14006/12205 5296/14003/12205 5294/14005/12206</w:t>
        <w:br/>
        <w:t>f 5299/14007/12207 5298/14008/12208 5297/14009/12209</w:t>
        <w:br/>
        <w:t>f 5295/14004/12206 5301/14010/12210 5300/14011/12210</w:t>
        <w:br/>
        <w:t>f 5294/14005/12206 5295/14004/12206 5300/14011/12210</w:t>
        <w:br/>
        <w:t>f 5304/14012/12181 5303/14013/12181 5302/14014/12181</w:t>
        <w:br/>
        <w:t>f 5291/14001/12181 5292/14000/12181 5304/14012/12181</w:t>
        <w:br/>
        <w:t>f 5302/14014/12181 5291/14001/12181 5304/14012/12181</w:t>
        <w:br/>
        <w:t>f 5308/14015/12211 5307/14016/12211 5306/14017/12211</w:t>
        <w:br/>
        <w:t>f 5305/14018/12211 5308/14015/12211 5306/14017/12211</w:t>
        <w:br/>
        <w:t>f 5311/14019/12212 5310/14020/12213 5309/14021/12213</w:t>
        <w:br/>
        <w:t>f 5312/14022/12212 5311/14019/12212 5309/14021/12213</w:t>
        <w:br/>
        <w:t>f 5301/14010/12210 5309/14021/12213 5310/14020/12213</w:t>
        <w:br/>
        <w:t>f 5300/14011/12210 5301/14010/12210 5310/14020/12213</w:t>
        <w:br/>
        <w:t>f 5246/13958/12181 5313/14023/12181 5248/13956/12181</w:t>
        <w:br/>
        <w:t>f 5248/13956/12181 5313/14023/12181 5314/14024/12181</w:t>
        <w:br/>
        <w:t>f 5304/14012/12181 5248/13956/12181 5314/14024/12181</w:t>
        <w:br/>
        <w:t>f 5314/14024/12181 5303/14013/12181 5304/14012/12181</w:t>
        <w:br/>
        <w:t>f 5316/14025/12181 5314/14024/12181 5313/14023/12181</w:t>
        <w:br/>
        <w:t>f 5315/14026/12181 5316/14025/12181 5313/14023/12181</w:t>
        <w:br/>
        <w:t>f 5289/13999/12204 5261/13970/12189 5284/13991/12199</w:t>
        <w:br/>
        <w:t>f 5283/13992/12200 5284/13991/12199 5261/13970/12189</w:t>
        <w:br/>
        <w:t>f 5298/14008/12208 5283/13992/12200 5261/13970/12189</w:t>
        <w:br/>
        <w:t>f 5298/14008/12208 5299/14007/12207 5283/13992/12200</w:t>
        <w:br/>
        <w:t>f 5297/14009/12209 5298/14008/12208 5274/13985/12196</w:t>
        <w:br/>
        <w:t>f 5317/14027/12214 5297/14009/12209 5274/13985/12196</w:t>
        <w:br/>
        <w:t>f 5274/13985/12196 5275/13984/12195 5317/14027/12214</w:t>
        <w:br/>
        <w:t>f 5273/13982/12194 5296/14003/12205 5293/14006/12205</w:t>
        <w:br/>
        <w:t>f 5272/13983/12194 5273/13982/12194 5293/14006/12205</w:t>
        <w:br/>
        <w:t>f 5267/13976/12181 5292/14000/12181 5290/14002/12181</w:t>
        <w:br/>
        <w:t>f 5276/13986/12181 5267/13976/12181 5290/14002/12181</w:t>
        <w:br/>
        <w:t>f 5319/14028/12181 5316/14025/12181 5315/14026/12181</w:t>
        <w:br/>
        <w:t>f 5318/14029/12181 5319/14028/12181 5315/14026/12181</w:t>
        <w:br/>
        <w:t>f 5323/14030/12215 5322/14031/12216 5321/14032/12216</w:t>
        <w:br/>
        <w:t>f 5320/14033/12215 5323/14030/12215 5321/14032/12216</w:t>
        <w:br/>
        <w:t>f 5281/13994/12201 5282/13993/12201 5325/14034/12217</w:t>
        <w:br/>
        <w:t>f 5324/14035/12218 5281/13994/12201 5325/14034/12217</w:t>
        <w:br/>
        <w:t>f 5323/14030/12215 5320/14033/12215 5286/13997/12203</w:t>
        <w:br/>
        <w:t>f 5287/13996/12203 5323/14030/12215 5286/13997/12203</w:t>
        <w:br/>
        <w:t>f 5322/14031/12216 5311/14019/12212 5312/14022/12212</w:t>
        <w:br/>
        <w:t>f 5321/14032/12216 5322/14031/12216 5312/14022/12212</w:t>
        <w:br/>
        <w:t>f 5329/14036/12219 5328/14037/12220 5327/14038/12221</w:t>
        <w:br/>
        <w:t>f 5326/14039/12220 5329/14036/12219 5327/14038/12221</w:t>
        <w:br/>
        <w:t>f 5333/14040/12222 5332/14041/12223 5331/14042/12224</w:t>
        <w:br/>
        <w:t>f 5330/14043/12222 5333/14040/12222 5331/14042/12224</w:t>
        <w:br/>
        <w:t>f 5337/14044/12225 5336/14045/12225 5335/14046/12226</w:t>
        <w:br/>
        <w:t>f 5334/14047/12227 5337/14044/12225 5335/14046/12226</w:t>
        <w:br/>
        <w:t>f 5341/14048/12228 5340/14049/12229 5339/14050/12230</w:t>
        <w:br/>
        <w:t>f 5338/14051/12230 5341/14048/12228 5339/14050/12230</w:t>
        <w:br/>
        <w:t>f 5345/14052/12231 5344/14053/12232 5343/14054/12233</w:t>
        <w:br/>
        <w:t>f 5342/14055/12231 5345/14052/12231 5343/14054/12233</w:t>
        <w:br/>
        <w:t>f 5347/14056/12234 5345/14052/12231 5342/14055/12231</w:t>
        <w:br/>
        <w:t>f 5346/14057/12234 5347/14056/12234 5342/14055/12231</w:t>
        <w:br/>
        <w:t>f 5351/14058/12235 5350/14059/12236 5349/14060/12236</w:t>
        <w:br/>
        <w:t>f 5348/14061/12237 5351/14058/12235 5349/14060/12236</w:t>
        <w:br/>
        <w:t>f 5337/14044/12225 5349/14060/12236 5350/14059/12236</w:t>
        <w:br/>
        <w:t>f 5336/14045/12225 5337/14044/12225 5350/14059/12236</w:t>
        <w:br/>
        <w:t>f 5355/14062/12238 5354/14063/12238 5353/14064/12239</w:t>
        <w:br/>
        <w:t>f 5352/14065/12239 5355/14062/12238 5353/14064/12239</w:t>
        <w:br/>
        <w:t>f 5359/14066/12240 5358/14067/12241 5357/14068/12242</w:t>
        <w:br/>
        <w:t>f 5356/14069/12243 5359/14066/12240 5357/14068/12242</w:t>
        <w:br/>
        <w:t>f 5361/14070/12244 5360/14071/12244 5347/14056/12234</w:t>
        <w:br/>
        <w:t>f 5346/14057/12234 5361/14070/12244 5347/14056/12234</w:t>
        <w:br/>
        <w:t>f 5365/14072/12245 5364/14073/12246 5363/14074/12246</w:t>
        <w:br/>
        <w:t>f 5362/14075/12245 5365/14072/12245 5363/14074/12246</w:t>
        <w:br/>
        <w:t>f 5369/14076/12247 5368/14077/12248 5367/14078/12249</w:t>
        <w:br/>
        <w:t>f 5366/14079/12250 5369/14076/12247 5367/14078/12249</w:t>
        <w:br/>
        <w:t>f 5351/14058/12235 5348/14061/12237 5368/14077/12248</w:t>
        <w:br/>
        <w:t>f 5369/14076/12247 5351/14058/12235 5368/14077/12248</w:t>
        <w:br/>
        <w:t>f 5371/14080/12251 5370/14081/12251 5333/14040/12222</w:t>
        <w:br/>
        <w:t>f 5330/14043/12222 5371/14080/12251 5333/14040/12222</w:t>
        <w:br/>
        <w:t>f 5354/14063/12238 5355/14062/12238 5338/14051/12230</w:t>
        <w:br/>
        <w:t>f 5339/14050/12230 5354/14063/12238 5338/14051/12230</w:t>
        <w:br/>
        <w:t>f 5358/14067/12241 5373/14082/12252 5372/14083/12253</w:t>
        <w:br/>
        <w:t>f 5357/14068/12242 5358/14067/12241 5372/14083/12253</w:t>
        <w:br/>
        <w:t>f 5375/14084/12254 5372/14083/12253 5373/14082/12252</w:t>
        <w:br/>
        <w:t>f 5374/14085/12254 5375/14084/12254 5373/14082/12252</w:t>
        <w:br/>
        <w:t>f 5379/14086/12255 5378/14087/12256 5377/14088/12257</w:t>
        <w:br/>
        <w:t>f 5376/14089/12255 5379/14086/12255 5377/14088/12257</w:t>
        <w:br/>
        <w:t>f 5383/14090/12258 5382/14091/12258 5381/14092/12259</w:t>
        <w:br/>
        <w:t>f 5380/14093/12259 5383/14090/12258 5381/14092/12259</w:t>
        <w:br/>
        <w:t>f 5366/14079/12250 5367/14078/12249 5385/14094/12260</w:t>
        <w:br/>
        <w:t>f 5384/14095/12260 5366/14079/12250 5385/14094/12260</w:t>
        <w:br/>
        <w:t>f 5364/14073/12246 5380/14093/12259 5381/14092/12259</w:t>
        <w:br/>
        <w:t>f 5363/14074/12246 5364/14073/12246 5381/14092/12259</w:t>
        <w:br/>
        <w:t>f 5387/14096/12261 5377/14088/12257 5378/14087/12256</w:t>
        <w:br/>
        <w:t>f 5386/14097/12261 5387/14096/12261 5378/14087/12256</w:t>
        <w:br/>
        <w:t>f 5389/14098/12262 5387/14096/12261 5386/14097/12261</w:t>
        <w:br/>
        <w:t>f 5388/14099/12263 5389/14098/12262 5386/14097/12261</w:t>
        <w:br/>
        <w:t>f 5370/14081/12251 5371/14080/12251 5389/14098/12262</w:t>
        <w:br/>
        <w:t>f 5388/14099/12263 5370/14081/12251 5389/14098/12262</w:t>
        <w:br/>
        <w:t>f 5393/14100/12264 5392/14101/12265 5391/14102/12265</w:t>
        <w:br/>
        <w:t>f 5390/14103/12264 5393/14100/12264 5391/14102/12265</w:t>
        <w:br/>
        <w:t>f 5397/14104/12266 5396/14105/12266 5395/14106/12267</w:t>
        <w:br/>
        <w:t>f 5394/14107/12267 5397/14104/12266 5395/14106/12267</w:t>
        <w:br/>
        <w:t>f 5401/14108/12268 5400/14109/12269 5399/14110/12269</w:t>
        <w:br/>
        <w:t>f 5398/14111/12268 5401/14108/12268 5399/14110/12269</w:t>
        <w:br/>
        <w:t>f 5403/14112/12270 5399/14110/12269 5400/14109/12269</w:t>
        <w:br/>
        <w:t>f 5402/14113/12271 5403/14112/12270 5400/14109/12269</w:t>
        <w:br/>
        <w:t>f 5394/14107/12267 5395/14106/12267 5405/14114/12272</w:t>
        <w:br/>
        <w:t>f 5404/14115/12272 5394/14107/12267 5405/14114/12272</w:t>
        <w:br/>
        <w:t>f 5407/14116/12273 5391/14102/12265 5392/14101/12265</w:t>
        <w:br/>
        <w:t>f 5406/14117/12274 5407/14116/12273 5392/14101/12265</w:t>
        <w:br/>
        <w:t>f 5409/14118/12275 5393/14100/12264 5390/14103/12264</w:t>
        <w:br/>
        <w:t>f 5408/14119/12275 5409/14118/12275 5390/14103/12264</w:t>
        <w:br/>
        <w:t>f 5413/14120/12276 5412/14121/12276 5411/14122/12277</w:t>
        <w:br/>
        <w:t>f 5410/14123/12277 5413/14120/12276 5411/14122/12277</w:t>
        <w:br/>
        <w:t>f 5398/14111/12268 5415/14124/12278 5414/14125/12279</w:t>
        <w:br/>
        <w:t>f 5401/14108/12268 5398/14111/12268 5414/14125/12279</w:t>
        <w:br/>
        <w:t>f 5414/14125/12279 5415/14124/12278 5417/14126/12280</w:t>
        <w:br/>
        <w:t>f 5416/14127/12281 5414/14125/12279 5417/14126/12280</w:t>
        <w:br/>
        <w:t>f 5421/14128/12282 5420/14129/12282 5419/14130/12283</w:t>
        <w:br/>
        <w:t>f 5418/14131/12283 5421/14128/12282 5419/14130/12283</w:t>
        <w:br/>
        <w:t>f 5420/14129/12282 5421/14128/12282 5423/14132/12284</w:t>
        <w:br/>
        <w:t>f 5422/14133/12284 5420/14129/12282 5423/14132/12284</w:t>
        <w:br/>
        <w:t>f 5418/14131/12283 5419/14130/12283 5425/14134/12285</w:t>
        <w:br/>
        <w:t>f 5424/14135/12286 5418/14131/12283 5425/14134/12285</w:t>
        <w:br/>
        <w:t>f 5427/14136/12287 5424/14135/12286 5425/14134/12285</w:t>
        <w:br/>
        <w:t>f 5426/14137/12288 5427/14136/12287 5425/14134/12285</w:t>
        <w:br/>
        <w:t>f 5426/14137/12288 5429/14138/12289 5428/14139/12289</w:t>
        <w:br/>
        <w:t>f 5427/14136/12287 5426/14137/12288 5428/14139/12289</w:t>
        <w:br/>
        <w:t>f 5431/14140/12290 5430/14141/12291 5410/14123/12277</w:t>
        <w:br/>
        <w:t>f 5411/14122/12277 5431/14140/12290 5410/14123/12277</w:t>
        <w:br/>
        <w:t>f 5435/14142/12292 5434/14143/12293 5433/14144/12293</w:t>
        <w:br/>
        <w:t>f 5432/14145/12292 5435/14142/12292 5433/14144/12293</w:t>
        <w:br/>
        <w:t>f 5437/14146/12294 5436/14147/12294 5435/14142/12292</w:t>
        <w:br/>
        <w:t>f 5432/14145/12292 5437/14146/12294 5435/14142/12292</w:t>
        <w:br/>
        <w:t>f 5396/14105/12266 5397/14104/12266 5439/14148/12295</w:t>
        <w:br/>
        <w:t>f 5438/14149/12295 5396/14105/12266 5439/14148/12295</w:t>
        <w:br/>
        <w:t>f 5416/14127/12281 5417/14126/12280 5441/14150/12296</w:t>
        <w:br/>
        <w:t>f 5440/14151/12296 5416/14127/12281 5441/14150/12296</w:t>
        <w:br/>
        <w:t>f 5445/14152/12297 5444/14153/12297 5443/14154/12298</w:t>
        <w:br/>
        <w:t>f 5442/14155/12299 5445/14152/12297 5443/14154/12298</w:t>
        <w:br/>
        <w:t>f 5447/14156/12300 5446/14157/12300 5444/14153/12297</w:t>
        <w:br/>
        <w:t>f 5445/14152/12297 5447/14156/12300 5444/14153/12297</w:t>
        <w:br/>
        <w:t>f 5451/14158/12301 5450/14159/12302 5449/14160/12303</w:t>
        <w:br/>
        <w:t>f 5448/14161/12304 5451/14158/12301 5449/14160/12303</w:t>
        <w:br/>
        <w:t>f 5448/14161/12304 5453/14162/12305 5452/14163/12305</w:t>
        <w:br/>
        <w:t>f 5451/14158/12301 5448/14161/12304 5452/14163/12305</w:t>
        <w:br/>
        <w:t>f 5457/14164/12306 5456/14165/12307 5455/14166/12307</w:t>
        <w:br/>
        <w:t>f 5454/14167/12308 5457/14164/12306 5455/14166/12307</w:t>
        <w:br/>
        <w:t>f 5461/14168/12309 5460/14169/12309 5459/14170/12310</w:t>
        <w:br/>
        <w:t>f 5458/14171/12311 5461/14168/12309 5459/14170/12310</w:t>
        <w:br/>
        <w:t>f 5460/14169/12309 5461/14168/12309 5463/14172/12312</w:t>
        <w:br/>
        <w:t>f 5462/14173/12312 5460/14169/12309 5463/14172/12312</w:t>
        <w:br/>
        <w:t>f 5467/14174/12313 5466/14175/12313 5465/14176/12314</w:t>
        <w:br/>
        <w:t>f 5464/14177/12315 5467/14174/12313 5465/14176/12314</w:t>
        <w:br/>
        <w:t>f 5471/14178/12316 5470/14179/12317 5469/14180/12318</w:t>
        <w:br/>
        <w:t>f 5468/14181/12319 5471/14178/12316 5469/14180/12318</w:t>
        <w:br/>
        <w:t>f 5468/14181/12319 5452/14163/12305 5453/14162/12305</w:t>
        <w:br/>
        <w:t>f 5471/14178/12316 5468/14181/12319 5453/14162/12305</w:t>
        <w:br/>
        <w:t>f 5458/14171/12311 5459/14170/12310 5455/14166/12307</w:t>
        <w:br/>
        <w:t>f 5456/14165/12307 5458/14171/12311 5455/14166/12307</w:t>
        <w:br/>
        <w:t>f 5466/14175/12313 5467/14174/12313 5473/14182/12320</w:t>
        <w:br/>
        <w:t>f 5472/14183/12321 5466/14175/12313 5473/14182/12320</w:t>
        <w:br/>
        <w:t>f 5472/14183/12321 5473/14182/12320 5475/14184/12322</w:t>
        <w:br/>
        <w:t>f 5474/14185/12323 5472/14183/12321 5475/14184/12322</w:t>
        <w:br/>
        <w:t>f 5477/14186/12324 5457/14164/12306 5454/14167/12308</w:t>
        <w:br/>
        <w:t>f 5476/14187/12325 5477/14186/12324 5454/14167/12308</w:t>
        <w:br/>
        <w:t>f 5479/14188/12326 5478/14189/12327 5449/14160/12303</w:t>
        <w:br/>
        <w:t>f 5450/14159/12302 5479/14188/12326 5449/14160/12303</w:t>
        <w:br/>
        <w:t>f 5483/14190/12328 5482/14191/12329 5481/14192/12330</w:t>
        <w:br/>
        <w:t>f 5480/14193/12331 5483/14190/12328 5481/14192/12330</w:t>
        <w:br/>
        <w:t>f 5481/14192/12330 5482/14191/12329 5474/14185/12323</w:t>
        <w:br/>
        <w:t>f 5475/14184/12322 5481/14192/12330 5474/14185/12323</w:t>
        <w:br/>
        <w:t>f 5485/14194/12332 5446/14157/12300 5447/14156/12300</w:t>
        <w:br/>
        <w:t>f 5484/14195/12333 5485/14194/12332 5447/14156/12300</w:t>
        <w:br/>
        <w:t>f 5484/14195/12333 5487/14196/12334 5486/14197/12335</w:t>
        <w:br/>
        <w:t>f 5485/14194/12332 5484/14195/12333 5486/14197/12335</w:t>
        <w:br/>
        <w:t>f 5487/14196/12334 5489/14198/12336 5488/14199/12336</w:t>
        <w:br/>
        <w:t>f 5486/14197/12335 5487/14196/12334 5488/14199/12336</w:t>
        <w:br/>
        <w:t>f 5492/14200/12337 5491/14201/12338 5490/14202/12339</w:t>
        <w:br/>
        <w:t>f 5496/14203/12340 5495/14204/12340 5494/14205/12341</w:t>
        <w:br/>
        <w:t>f 5493/14206/12342 5496/14203/12340 5494/14205/12341</w:t>
        <w:br/>
        <w:t>f 5500/14207/12343 5499/14208/12344 5498/14209/12344</w:t>
        <w:br/>
        <w:t>f 5497/14210/12343 5500/14207/12343 5498/14209/12344</w:t>
        <w:br/>
        <w:t>f 5503/14211/12345 5502/14212/12346 5501/14213/12347</w:t>
        <w:br/>
        <w:t>f 5503/14211/12345 5504/14214/12348 5502/14212/12346</w:t>
        <w:br/>
        <w:t>f 5499/14208/12344 5495/14204/12340 5496/14203/12340</w:t>
        <w:br/>
        <w:t>f 5498/14209/12344 5499/14208/12344 5496/14203/12340</w:t>
        <w:br/>
        <w:t>f 5506/14215/12349 5500/14207/12343 5497/14210/12343</w:t>
        <w:br/>
        <w:t>f 5505/14216/12349 5506/14215/12349 5497/14210/12343</w:t>
        <w:br/>
        <w:t>f 5509/14217/12350 5508/14218/12351 5507/14219/12352</w:t>
        <w:br/>
        <w:t>f 5509/14217/12350 5501/14213/12347 5508/14218/12351</w:t>
        <w:br/>
        <w:t>f 5513/14220/12353 5512/14221/12354 5511/14222/12355</w:t>
        <w:br/>
        <w:t>f 5510/14223/12355 5513/14220/12353 5511/14222/12355</w:t>
        <w:br/>
        <w:t>f 5506/14215/12349 5505/14216/12349 5512/14221/12354</w:t>
        <w:br/>
        <w:t>f 5513/14220/12353 5506/14215/12349 5512/14221/12354</w:t>
        <w:br/>
        <w:t>f 5508/14218/12351 5501/14213/12347 5514/14224/12356</w:t>
        <w:br/>
        <w:t>f 5501/14213/12347 5515/14225/12357 5514/14224/12356</w:t>
        <w:br/>
        <w:t>f 5519/14226/12358 5518/14227/12358 5517/14228/12359</w:t>
        <w:br/>
        <w:t>f 5516/14229/12359 5519/14226/12358 5517/14228/12359</w:t>
        <w:br/>
        <w:t>f 5516/14229/12359 5517/14228/12359 5521/14230/12360</w:t>
        <w:br/>
        <w:t>f 5520/14231/12360 5516/14229/12359 5521/14230/12360</w:t>
        <w:br/>
        <w:t>f 5501/14213/12347 5502/14212/12346 5515/14225/12357</w:t>
        <w:br/>
        <w:t>f 5520/14231/12360 5521/14230/12360 5493/14206/12342</w:t>
        <w:br/>
        <w:t>f 5494/14205/12341 5520/14231/12360 5493/14206/12342</w:t>
        <w:br/>
        <w:t>f 5491/14201/12338 5523/14232/12361 5522/14233/12362</w:t>
        <w:br/>
        <w:t>f 5523/14232/12361 5524/14234/12363 5522/14233/12362</w:t>
        <w:br/>
        <w:t>f 5526/14235/12364 5525/14236/12364 5518/14227/12358</w:t>
        <w:br/>
        <w:t>f 5519/14226/12358 5526/14235/12364 5518/14227/12358</w:t>
        <w:br/>
        <w:t>f 5526/14235/12364 5528/14237/12365 5527/14238/12366</w:t>
        <w:br/>
        <w:t>f 5525/14236/12364 5526/14235/12364 5527/14238/12366</w:t>
        <w:br/>
        <w:t>f 5524/14234/12363 5530/14239/12367 5529/14240/12368</w:t>
        <w:br/>
        <w:t>f 5530/14239/12367 5531/14241/12369 5529/14240/12368</w:t>
        <w:br/>
        <w:t>f 5530/14239/12367 5532/14242/12370 5531/14241/12369</w:t>
        <w:br/>
        <w:t>f 5530/14239/12367 5533/14243/12371 5532/14242/12370</w:t>
        <w:br/>
        <w:t>f 5537/14244/12372 5536/14245/12373 5535/14246/12374</w:t>
        <w:br/>
        <w:t>f 5534/14247/12374 5537/14244/12372 5535/14246/12374</w:t>
        <w:br/>
        <w:t>f 5534/14247/12374 5535/14246/12374 5539/14248/12375</w:t>
        <w:br/>
        <w:t>f 5538/14249/12375 5534/14247/12374 5539/14248/12375</w:t>
        <w:br/>
        <w:t>f 5540/14250/12376 5530/14239/12367 5524/14234/12363</w:t>
        <w:br/>
        <w:t>f 5524/14234/12363 5541/14251/12377 5540/14250/12376</w:t>
        <w:br/>
        <w:t>f 5538/14249/12375 5539/14248/12375 5543/14252/12378</w:t>
        <w:br/>
        <w:t>f 5542/14253/12378 5538/14249/12375 5543/14252/12378</w:t>
        <w:br/>
        <w:t>f 5545/14254/12379 5542/14253/12378 5543/14252/12378</w:t>
        <w:br/>
        <w:t>f 5544/14255/12380 5545/14254/12379 5543/14252/12378</w:t>
        <w:br/>
        <w:t>f 5541/14251/12377 5547/14256/12381 5546/14257/12382</w:t>
        <w:br/>
        <w:t>f 5541/14251/12377 5524/14234/12363 5547/14256/12381</w:t>
        <w:br/>
        <w:t>f 5548/14258/12383 5547/14256/12381 5524/14234/12363</w:t>
        <w:br/>
        <w:t>f 5524/14234/12363 5523/14232/12361 5548/14258/12383</w:t>
        <w:br/>
        <w:t>f 5549/14259/12384 5491/14201/12338 5522/14233/12362</w:t>
        <w:br/>
        <w:t>f 5549/14259/12384 5490/14202/12339 5491/14201/12338</w:t>
        <w:br/>
        <w:t>f 5550/14260/12385 5491/14201/12338 5492/14200/12337</w:t>
        <w:br/>
        <w:t>f 5550/14260/12385 5492/14200/12337 5551/14261/12386</w:t>
        <w:br/>
        <w:t>f 5554/14262/12387 5553/14263/12388 5552/14264/12389</w:t>
        <w:br/>
        <w:t>f 5557/14265/12390 5556/14266/12391 5555/14267/12392</w:t>
        <w:br/>
        <w:t>f 5561/14268/12393 5560/14269/12394 5559/14270/12395</w:t>
        <w:br/>
        <w:t>f 5558/14271/12396 5561/14268/12393 5559/14270/12395</w:t>
        <w:br/>
        <w:t>f 5563/14272/12397 5562/14273/12398 5536/14245/12373</w:t>
        <w:br/>
        <w:t>f 5537/14244/12372 5563/14272/12397 5536/14245/12373</w:t>
        <w:br/>
        <w:t>f 5565/14274/12399 5561/14268/12393 5558/14271/12396</w:t>
        <w:br/>
        <w:t>f 5564/14275/12399 5565/14274/12399 5558/14271/12396</w:t>
        <w:br/>
        <w:t>f 5528/14237/12365 5565/14274/12399 5564/14275/12399</w:t>
        <w:br/>
        <w:t>f 5527/14238/12366 5528/14237/12365 5564/14275/12399</w:t>
        <w:br/>
        <w:t>f 5556/14266/12391 5553/14263/12388 5555/14267/12392</w:t>
        <w:br/>
        <w:t>f 5567/14276/12400 5566/14277/12401 5508/14218/12351</w:t>
        <w:br/>
        <w:t>f 5508/14218/12351 5566/14277/12401 5507/14219/12352</w:t>
        <w:br/>
        <w:t>f 5568/14278/12402 5507/14219/12352 5566/14277/12401</w:t>
        <w:br/>
        <w:t>f 5569/14279/12403 5568/14278/12402 5566/14277/12401</w:t>
        <w:br/>
        <w:t>f 5570/14280/12404 5569/14279/12403 5566/14277/12401</w:t>
        <w:br/>
        <w:t>f 5544/14255/12380 5572/14281/12405 5571/14282/12405</w:t>
        <w:br/>
        <w:t>f 5545/14254/12379 5544/14255/12380 5571/14282/12405</w:t>
        <w:br/>
        <w:t>f 5546/14257/12382 5547/14256/12381 5573/14283/12406</w:t>
        <w:br/>
        <w:t>f 5575/14284/12407 5571/14282/12405 5572/14281/12405</w:t>
        <w:br/>
        <w:t>f 5574/14285/12407 5575/14284/12407 5572/14281/12405</w:t>
        <w:br/>
        <w:t>f 5576/14286/12408 5573/14283/12406 5547/14256/12381</w:t>
        <w:br/>
        <w:t>f 5580/14287/12409 5579/14288/12410 5578/14289/12411</w:t>
        <w:br/>
        <w:t>f 5577/14290/12409 5580/14287/12409 5578/14289/12411</w:t>
        <w:br/>
        <w:t>f 5581/14291/12412 5570/14280/12404 5566/14277/12401</w:t>
        <w:br/>
        <w:t>f 5508/14218/12351 5552/14264/12389 5567/14276/12400</w:t>
        <w:br/>
        <w:t>f 5554/14262/12387 5552/14264/12389 5508/14218/12351</w:t>
        <w:br/>
        <w:t>f 5555/14267/12392 5553/14263/12388 5582/14292/12413</w:t>
        <w:br/>
        <w:t>f 5582/14292/12413 5553/14263/12388 5583/14293/12414</w:t>
        <w:br/>
        <w:t>f 5554/14262/12387 5583/14293/12414 5553/14263/12388</w:t>
        <w:br/>
        <w:t>f 5576/14286/12408 5547/14256/12381 5584/14294/12415</w:t>
        <w:br/>
        <w:t>f 5510/14223/12355 5511/14222/12355 5578/14289/12411</w:t>
        <w:br/>
        <w:t>f 5579/14288/12410 5510/14223/12355 5578/14289/12411</w:t>
        <w:br/>
        <w:t>f 5533/14243/12371 5585/14295/12416 5532/14242/12370</w:t>
        <w:br/>
        <w:t>f 5782/14296/12417 5781/14297/12417 5780/14298/12417</w:t>
        <w:br/>
        <w:t>f 5786/14299/12418 5785/14300/12419 5784/14301/12419</w:t>
        <w:br/>
        <w:t>f 5783/14302/12418 5786/14299/12418 5784/14301/12419</w:t>
        <w:br/>
        <w:t>f 5790/14303/12420 5789/14304/12421 5788/14305/12420</w:t>
        <w:br/>
        <w:t>f 5787/14306/12421 5790/14303/12420 5788/14305/12420</w:t>
        <w:br/>
        <w:t>f 5793/14307/12422 5792/14308/12423 5791/14309/12424</w:t>
        <w:br/>
        <w:t>f 5795/14310/12425 5793/14307/12422 5791/14309/12424</w:t>
        <w:br/>
        <w:t>f 5794/14311/12426 5795/14310/12425 5791/14309/12424</w:t>
        <w:br/>
        <w:t>f 5799/14312/12427 5798/14313/12428 5797/14314/12428</w:t>
        <w:br/>
        <w:t>f 5796/14315/12427 5799/14312/12427 5797/14314/12428</w:t>
        <w:br/>
        <w:t>f 5782/14296/12417 5780/14298/12417 5801/14316/12417</w:t>
        <w:br/>
        <w:t>f 5800/14317/12417 5782/14296/12417 5801/14316/12417</w:t>
        <w:br/>
        <w:t>f 5805/14318/12427 5804/14319/12429 5803/14320/12429</w:t>
        <w:br/>
        <w:t>f 5802/14321/12427 5805/14318/12427 5803/14320/12429</w:t>
        <w:br/>
        <w:t>f 5804/14319/12429 5807/14322/12430 5806/14323/12430</w:t>
        <w:br/>
        <w:t>f 5803/14320/12429 5804/14319/12429 5806/14323/12430</w:t>
        <w:br/>
        <w:t>f 5809/14324/12431 5792/14308/12423 5793/14307/12422</w:t>
        <w:br/>
        <w:t>f 5808/14325/12432 5809/14324/12431 5793/14307/12422</w:t>
        <w:br/>
        <w:t>f 5800/14317/12417 5801/14316/12417 5810/14326/12417</w:t>
        <w:br/>
        <w:t>f 5812/14327/12433 5811/14328/12433 5797/14314/12428</w:t>
        <w:br/>
        <w:t>f 5798/14313/12428 5812/14327/12433 5797/14314/12428</w:t>
        <w:br/>
        <w:t>f 5812/14327/12433 5814/14329/12434 5813/14330/12434</w:t>
        <w:br/>
        <w:t>f 5811/14328/12433 5812/14327/12433 5813/14330/12434</w:t>
        <w:br/>
        <w:t>f 5818/14331/12435 5817/14332/12436 5816/14333/12436</w:t>
        <w:br/>
        <w:t>f 5815/14334/12437 5818/14331/12435 5816/14333/12436</w:t>
        <w:br/>
        <w:t>f 5822/14335/12438 5821/14336/12438 5820/14337/12439</w:t>
        <w:br/>
        <w:t>f 5819/14338/12439 5822/14335/12438 5820/14337/12439</w:t>
        <w:br/>
        <w:t>f 5823/14339/12440 5795/14310/12425 5794/14311/12426</w:t>
        <w:br/>
        <w:t>f 5826/14340/12417 5825/14341/12417 5824/14342/12417</w:t>
        <w:br/>
        <w:t>f 5830/14343/12441 5829/14344/12441 5828/14345/12442</w:t>
        <w:br/>
        <w:t>f 5827/14346/12443 5830/14343/12441 5828/14345/12442</w:t>
        <w:br/>
        <w:t>f 5833/14347/12444 5832/14348/12445 5831/14349/12446</w:t>
        <w:br/>
        <w:t>f 5827/14346/12443 5828/14345/12442 5835/14350/12447</w:t>
        <w:br/>
        <w:t>f 5834/14351/12447 5827/14346/12443 5835/14350/12447</w:t>
        <w:br/>
        <w:t>f 5838/14352/12417 5837/14353/12417 5836/14354/12417</w:t>
        <w:br/>
        <w:t>f 5824/14342/12417 5837/14353/12417 5838/14352/12417</w:t>
        <w:br/>
        <w:t>f 5826/14340/12417 5824/14342/12417 5838/14352/12417</w:t>
        <w:br/>
        <w:t>f 5842/14355/12448 5841/14356/12448 5840/14357/12448</w:t>
        <w:br/>
        <w:t>f 5839/14358/12448 5842/14355/12448 5840/14357/12448</w:t>
        <w:br/>
        <w:t>f 5845/14359/12449 5844/14360/12449 5843/14361/12450</w:t>
        <w:br/>
        <w:t>f 5846/14362/12450 5845/14359/12449 5843/14361/12450</w:t>
        <w:br/>
        <w:t>f 5834/14351/12447 5835/14350/12447 5844/14360/12449</w:t>
        <w:br/>
        <w:t>f 5845/14359/12449 5834/14351/12447 5844/14360/12449</w:t>
        <w:br/>
        <w:t>f 5781/14297/12417 5782/14296/12417 5847/14363/12417</w:t>
        <w:br/>
        <w:t>f 5848/14364/12417 5847/14363/12417 5782/14296/12417</w:t>
        <w:br/>
        <w:t>f 5838/14352/12417 5848/14364/12417 5782/14296/12417</w:t>
        <w:br/>
        <w:t>f 5848/14364/12417 5838/14352/12417 5836/14354/12417</w:t>
        <w:br/>
        <w:t>f 5847/14363/12417 5848/14364/12417 5850/14365/12417</w:t>
        <w:br/>
        <w:t>f 5849/14366/12417 5847/14363/12417 5850/14365/12417</w:t>
        <w:br/>
        <w:t>f 5823/14339/12440 5818/14331/12435 5795/14310/12425</w:t>
        <w:br/>
        <w:t>f 5795/14310/12425 5818/14331/12435 5815/14334/12437</w:t>
        <w:br/>
        <w:t>f 5831/14349/12446 5795/14310/12425 5815/14334/12437</w:t>
        <w:br/>
        <w:t>f 5831/14349/12446 5815/14334/12437 5833/14347/12444</w:t>
        <w:br/>
        <w:t>f 5832/14348/12445 5851/14367/12451 5808/14325/12432</w:t>
        <w:br/>
        <w:t>f 5831/14349/12446 5832/14348/12445 5808/14325/12432</w:t>
        <w:br/>
        <w:t>f 5808/14325/12432 5851/14367/12451 5809/14324/12431</w:t>
        <w:br/>
        <w:t>f 5806/14323/12430 5807/14322/12430 5829/14344/12441</w:t>
        <w:br/>
        <w:t>f 5830/14343/12441 5806/14323/12430 5829/14344/12441</w:t>
        <w:br/>
        <w:t>f 5825/14341/12417 5826/14340/12417 5800/14317/12417</w:t>
        <w:br/>
        <w:t>f 5810/14326/12417 5825/14341/12417 5800/14317/12417</w:t>
        <w:br/>
        <w:t>f 5853/14368/12417 5852/14369/12417 5849/14366/12417</w:t>
        <w:br/>
        <w:t>f 5850/14365/12417 5853/14368/12417 5849/14366/12417</w:t>
        <w:br/>
        <w:t>f 5857/14370/12452 5856/14371/12452 5855/14372/12453</w:t>
        <w:br/>
        <w:t>f 5854/14373/12454 5857/14370/12452 5855/14372/12453</w:t>
        <w:br/>
        <w:t>f 5817/14332/12436 5859/14374/12455 5858/14375/12456</w:t>
        <w:br/>
        <w:t>f 5816/14333/12436 5817/14332/12436 5858/14375/12456</w:t>
        <w:br/>
        <w:t>f 5822/14335/12438 5854/14373/12454 5855/14372/12453</w:t>
        <w:br/>
        <w:t>f 5821/14336/12438 5822/14335/12438 5855/14372/12453</w:t>
        <w:br/>
        <w:t>f 5856/14371/12452 5857/14370/12452 5846/14362/12450</w:t>
        <w:br/>
        <w:t>f 5843/14361/12450 5856/14371/12452 5846/14362/12450</w:t>
        <w:br/>
        <w:t>f 5863/14376/12457 5862/14377/12457 5861/14378/12458</w:t>
        <w:br/>
        <w:t>f 5860/14379/12457 5863/14376/12457 5861/14378/12458</w:t>
        <w:br/>
        <w:t>f 5867/14380/12459 5866/14381/12459 5865/14382/12460</w:t>
        <w:br/>
        <w:t>f 5864/14383/12460 5867/14380/12459 5865/14382/12460</w:t>
        <w:br/>
        <w:t>f 5871/14384/12461 5870/14385/12462 5869/14386/12463</w:t>
        <w:br/>
        <w:t>f 5868/14387/12461 5871/14384/12461 5869/14386/12463</w:t>
        <w:br/>
        <w:t>f 5875/14388/12464 5874/14389/12465 5873/14390/12465</w:t>
        <w:br/>
        <w:t>f 5872/14391/12466 5875/14388/12464 5873/14390/12465</w:t>
        <w:br/>
        <w:t>f 5879/14392/12467 5878/14393/12467 5877/14394/12468</w:t>
        <w:br/>
        <w:t>f 5876/14395/12469 5879/14392/12467 5877/14394/12468</w:t>
        <w:br/>
        <w:t>f 5881/14396/12470 5880/14397/12470 5878/14393/12467</w:t>
        <w:br/>
        <w:t>f 5879/14392/12467 5881/14396/12470 5878/14393/12467</w:t>
        <w:br/>
        <w:t>f 5885/14398/12471 5884/14399/12471 5883/14400/12472</w:t>
        <w:br/>
        <w:t>f 5882/14401/12473 5885/14398/12471 5883/14400/12472</w:t>
        <w:br/>
        <w:t>f 5884/14399/12471 5885/14398/12471 5871/14384/12461</w:t>
        <w:br/>
        <w:t>f 5868/14387/12461 5884/14399/12471 5871/14384/12461</w:t>
        <w:br/>
        <w:t>f 5889/14402/12474 5888/14403/12475 5887/14404/12475</w:t>
        <w:br/>
        <w:t>f 5886/14405/12474 5889/14402/12474 5887/14404/12475</w:t>
        <w:br/>
        <w:t>f 5893/14406/12476 5892/14407/12477 5891/14408/12478</w:t>
        <w:br/>
        <w:t>f 5890/14409/12479 5893/14406/12476 5891/14408/12478</w:t>
        <w:br/>
        <w:t>f 5895/14410/12480 5880/14397/12470 5881/14396/12470</w:t>
        <w:br/>
        <w:t>f 5894/14411/12481 5895/14410/12480 5881/14396/12470</w:t>
        <w:br/>
        <w:t>f 5899/14412/12482 5898/14413/12482 5897/14414/12483</w:t>
        <w:br/>
        <w:t>f 5896/14415/12484 5899/14412/12482 5897/14414/12483</w:t>
        <w:br/>
        <w:t>f 5901/14416/12485 5882/14401/12473 5883/14400/12472</w:t>
        <w:br/>
        <w:t>f 5900/14417/12486 5901/14416/12485 5883/14400/12472</w:t>
        <w:br/>
        <w:t>f 5903/14418/12487 5866/14381/12459 5867/14380/12459</w:t>
        <w:br/>
        <w:t>f 5902/14419/12487 5903/14418/12487 5867/14380/12459</w:t>
        <w:br/>
        <w:t>f 5874/14389/12465 5889/14402/12474 5886/14405/12474</w:t>
        <w:br/>
        <w:t>f 5873/14390/12465 5874/14389/12465 5886/14405/12474</w:t>
        <w:br/>
        <w:t>f 5905/14420/12488 5904/14421/12489 5892/14407/12477</w:t>
        <w:br/>
        <w:t>f 5893/14406/12476 5905/14420/12488 5892/14407/12477</w:t>
        <w:br/>
        <w:t>f 5907/14422/12490 5906/14423/12490 5904/14421/12489</w:t>
        <w:br/>
        <w:t>f 5905/14420/12488 5907/14422/12490 5904/14421/12489</w:t>
        <w:br/>
        <w:t>f 5911/14424/12491 5910/14425/12492 5909/14426/12493</w:t>
        <w:br/>
        <w:t>f 5908/14427/12494 5911/14424/12491 5909/14426/12493</w:t>
        <w:br/>
        <w:t>f 5913/14428/12495 5912/14429/12496 5910/14425/12492</w:t>
        <w:br/>
        <w:t>f 5911/14424/12491 5913/14428/12495 5910/14425/12492</w:t>
        <w:br/>
        <w:t>f 5914/14430/12497 5898/14413/12482 5899/14412/12482</w:t>
        <w:br/>
        <w:t>f 5915/14431/12498 5914/14430/12497 5899/14412/12482</w:t>
        <w:br/>
        <w:t>f 5915/14431/12498 5917/14432/12499 5916/14433/12500</w:t>
        <w:br/>
        <w:t>f 5914/14430/12497 5915/14431/12498 5916/14433/12500</w:t>
        <w:br/>
        <w:t>f 5921/14434/12501 5920/14435/12502 5919/14436/12502</w:t>
        <w:br/>
        <w:t>f 5918/14437/12501 5921/14434/12501 5919/14436/12502</w:t>
        <w:br/>
        <w:t>f 5920/14435/12502 5901/14416/12485 5900/14417/12486</w:t>
        <w:br/>
        <w:t>f 5919/14436/12502 5920/14435/12502 5900/14417/12486</w:t>
        <w:br/>
        <w:t>f 5912/14429/12496 5913/14428/12495 5923/14438/12503</w:t>
        <w:br/>
        <w:t>f 5922/14439/12503 5912/14429/12496 5923/14438/12503</w:t>
        <w:br/>
        <w:t>f 5923/14438/12503 5903/14418/12487 5902/14419/12487</w:t>
        <w:br/>
        <w:t>f 5922/14439/12503 5923/14438/12503 5902/14419/12487</w:t>
        <w:br/>
        <w:t>f 5927/14440/12504 5926/14441/12504 5925/14442/12505</w:t>
        <w:br/>
        <w:t>f 5924/14443/12505 5927/14440/12504 5925/14442/12505</w:t>
        <w:br/>
        <w:t>f 5931/14444/12506 5930/14445/12507 5929/14446/12507</w:t>
        <w:br/>
        <w:t>f 5928/14447/12506 5931/14444/12506 5929/14446/12507</w:t>
        <w:br/>
        <w:t>f 5935/14448/12508 5934/14449/12508 5933/14450/12509</w:t>
        <w:br/>
        <w:t>f 5932/14451/12509 5935/14448/12508 5933/14450/12509</w:t>
        <w:br/>
        <w:t>f 5934/14449/12508 5935/14448/12508 5937/14452/12510</w:t>
        <w:br/>
        <w:t>f 5936/14453/12511 5934/14449/12508 5937/14452/12510</w:t>
        <w:br/>
        <w:t>f 5939/14454/12512 5929/14446/12507 5930/14445/12507</w:t>
        <w:br/>
        <w:t>f 5938/14455/12512 5939/14454/12512 5930/14445/12507</w:t>
        <w:br/>
        <w:t>f 5941/14456/12513 5940/14457/12514 5926/14441/12504</w:t>
        <w:br/>
        <w:t>f 5927/14440/12504 5941/14456/12513 5926/14441/12504</w:t>
        <w:br/>
        <w:t>f 5943/14458/12515 5942/14459/12516 5924/14443/12505</w:t>
        <w:br/>
        <w:t>f 5925/14442/12505 5943/14458/12515 5924/14443/12505</w:t>
        <w:br/>
        <w:t>f 5947/14460/12517 5946/14461/12518 5945/14462/12518</w:t>
        <w:br/>
        <w:t>f 5944/14463/12517 5947/14460/12517 5945/14462/12518</w:t>
        <w:br/>
        <w:t>f 5949/14464/12519 5948/14465/12520 5932/14451/12509</w:t>
        <w:br/>
        <w:t>f 5933/14450/12509 5949/14464/12519 5932/14451/12509</w:t>
        <w:br/>
        <w:t>f 5951/14466/12521 5948/14465/12520 5949/14464/12519</w:t>
        <w:br/>
        <w:t>f 5950/14467/12522 5951/14466/12521 5949/14464/12519</w:t>
        <w:br/>
        <w:t>f 5955/14468/12523 5954/14469/12524 5953/14470/12524</w:t>
        <w:br/>
        <w:t>f 5952/14471/12525 5955/14468/12523 5953/14470/12524</w:t>
        <w:br/>
        <w:t>f 5952/14471/12525 5957/14472/12526 5956/14473/12526</w:t>
        <w:br/>
        <w:t>f 5955/14468/12523 5952/14471/12525 5956/14473/12526</w:t>
        <w:br/>
        <w:t>f 5959/14474/12527 5953/14470/12524 5954/14469/12524</w:t>
        <w:br/>
        <w:t>f 5958/14475/12528 5959/14474/12527 5954/14469/12524</w:t>
        <w:br/>
        <w:t>f 5959/14474/12527 5958/14475/12528 5961/14476/12529</w:t>
        <w:br/>
        <w:t>f 5960/14477/12530 5959/14474/12527 5961/14476/12529</w:t>
        <w:br/>
        <w:t>f 5963/14478/12531 5962/14479/12531 5960/14477/12530</w:t>
        <w:br/>
        <w:t>f 5961/14476/12529 5963/14478/12531 5960/14477/12530</w:t>
        <w:br/>
        <w:t>f 5965/14480/12532 5945/14462/12518 5946/14461/12518</w:t>
        <w:br/>
        <w:t>f 5964/14481/12533 5965/14480/12532 5946/14461/12518</w:t>
        <w:br/>
        <w:t>f 5969/14482/12534 5968/14483/12534 5967/14484/12535</w:t>
        <w:br/>
        <w:t>f 5966/14485/12535 5969/14482/12534 5967/14484/12535</w:t>
        <w:br/>
        <w:t>f 5971/14486/12536 5968/14483/12534 5969/14482/12534</w:t>
        <w:br/>
        <w:t>f 5970/14487/12536 5971/14486/12536 5969/14482/12534</w:t>
        <w:br/>
        <w:t>f 5973/14488/12537 5931/14444/12506 5928/14447/12506</w:t>
        <w:br/>
        <w:t>f 5972/14489/12537 5973/14488/12537 5928/14447/12506</w:t>
        <w:br/>
        <w:t>f 5975/14490/12538 5951/14466/12521 5950/14467/12522</w:t>
        <w:br/>
        <w:t>f 5974/14491/12538 5975/14490/12538 5950/14467/12522</w:t>
        <w:br/>
        <w:t>f 6282/14492/12539 6281/14493/12540 6280/14494/12540</w:t>
        <w:br/>
        <w:t>f 6279/14495/12539 6282/14492/12539 6280/14494/12540</w:t>
        <w:br/>
        <w:t>f 6285/14496/12541 6284/14497/12542 6283/14498/12543</w:t>
        <w:br/>
        <w:t>f 6286/14499/12544 6285/14496/12541 6283/14498/12543</w:t>
        <w:br/>
        <w:t>f 6290/14500/12545 6289/14501/12546 6288/14502/12542</w:t>
        <w:br/>
        <w:t>f 6287/14503/12547 6290/14500/12545 6288/14502/12542</w:t>
        <w:br/>
        <w:t>f 6294/14504/12548 6293/14505/12549 6292/14506/12550</w:t>
        <w:br/>
        <w:t>f 6291/14507/12548 6294/14504/12548 6292/14506/12550</w:t>
        <w:br/>
        <w:t>f 6298/14508/12551 6297/14509/12552 6296/14510/12553</w:t>
        <w:br/>
        <w:t>f 6295/14511/12553 6298/14508/12551 6296/14510/12553</w:t>
        <w:br/>
        <w:t>f 6302/14512/12554 6301/14513/12555 6300/14514/12555</w:t>
        <w:br/>
        <w:t>f 6299/14515/12539 6302/14512/12554 6300/14514/12555</w:t>
        <w:br/>
        <w:t>f 6306/14516/12556 6305/14517/12556 6304/14518/12557</w:t>
        <w:br/>
        <w:t>f 6303/14519/12556 6306/14516/12556 6304/14518/12557</w:t>
        <w:br/>
        <w:t>f 6308/14520/12558 6307/14521/12558 6295/14511/12553</w:t>
        <w:br/>
        <w:t>f 6296/14510/12553 6308/14520/12558 6295/14511/12553</w:t>
        <w:br/>
        <w:t>f 6310/14522/12559 6294/14504/12548 6291/14507/12548</w:t>
        <w:br/>
        <w:t>f 6309/14523/12559 6310/14522/12559 6291/14507/12548</w:t>
        <w:br/>
        <w:t>f 6308/14520/12558 6312/14524/12560 6311/14525/12561</w:t>
        <w:br/>
        <w:t>f 6307/14521/12558 6308/14520/12558 6311/14525/12561</w:t>
        <w:br/>
        <w:t>f 6316/14526/12562 6315/14527/12563 6314/14528/12564</w:t>
        <w:br/>
        <w:t>f 6313/14529/12565 6316/14526/12562 6314/14528/12564</w:t>
        <w:br/>
        <w:t>f 6320/14530/12566 6319/14531/12567 6318/14532/12568</w:t>
        <w:br/>
        <w:t>f 6317/14533/12569 6320/14530/12566 6318/14532/12568</w:t>
        <w:br/>
        <w:t>f 6324/14534/12570 6323/14535/12571 6322/14536/12572</w:t>
        <w:br/>
        <w:t>f 6321/14537/12573 6324/14534/12570 6322/14536/12572</w:t>
        <w:br/>
        <w:t>f 6328/14538/12574 6327/14539/12575 6326/14540/12576</w:t>
        <w:br/>
        <w:t>f 6325/14541/12577 6328/14538/12574 6326/14540/12576</w:t>
        <w:br/>
        <w:t>f 6332/14542/12578 6331/14543/12579 6330/14544/12580</w:t>
        <w:br/>
        <w:t>f 6329/14545/12581 6332/14542/12578 6330/14544/12580</w:t>
        <w:br/>
        <w:t>f 6336/14546/12582 6335/14547/12583 6334/14548/12584</w:t>
        <w:br/>
        <w:t>f 6333/14549/12585 6336/14546/12582 6334/14548/12584</w:t>
        <w:br/>
        <w:t>f 6340/14550/12586 6339/14551/12587 6338/14552/12588</w:t>
        <w:br/>
        <w:t>f 6337/14553/12589 6340/14550/12586 6338/14552/12588</w:t>
        <w:br/>
        <w:t>f 6344/14554/12590 6343/14555/12585 6342/14556/12591</w:t>
        <w:br/>
        <w:t>f 6341/14557/12592 6344/14554/12590 6342/14556/12591</w:t>
        <w:br/>
        <w:t>f 6346/14558/12593 6339/14551/12587 6340/14550/12586</w:t>
        <w:br/>
        <w:t>f 6345/14559/12594 6346/14558/12593 6340/14550/12586</w:t>
        <w:br/>
        <w:t>f 6350/14560/12595 6349/14561/12596 6348/14562/12597</w:t>
        <w:br/>
        <w:t>f 6347/14563/12598 6350/14560/12595 6348/14562/12597</w:t>
        <w:br/>
        <w:t>f 6354/14564/12599 6353/14565/12600 6352/14566/12601</w:t>
        <w:br/>
        <w:t>f 6351/14567/12602 6354/14564/12599 6352/14566/12601</w:t>
        <w:br/>
        <w:t>f 6358/14568/12578 6357/14569/12603 6356/14570/12604</w:t>
        <w:br/>
        <w:t>f 6355/14571/12591 6358/14568/12578 6356/14570/12604</w:t>
        <w:br/>
        <w:t>f 6362/14572/12605 6361/14573/12606 6360/14574/12607</w:t>
        <w:br/>
        <w:t>f 6359/14575/12608 6362/14572/12605 6360/14574/12607</w:t>
        <w:br/>
        <w:t>f 6359/14575/12608 6360/14574/12607 6364/14576/12609</w:t>
        <w:br/>
        <w:t>f 6363/14577/12610 6359/14575/12608 6364/14576/12609</w:t>
        <w:br/>
        <w:t>f 6366/14578/12611 6316/14526/12562 6313/14529/12565</w:t>
        <w:br/>
        <w:t>f 6365/14579/12612 6366/14578/12611 6313/14529/12565</w:t>
        <w:br/>
        <w:t>f 6368/14580/12613 6367/14581/12614 6350/14560/12595</w:t>
        <w:br/>
        <w:t>f 6347/14563/12598 6368/14580/12613 6350/14560/12595</w:t>
        <w:br/>
        <w:t>f 6365/14579/12612 6370/14582/12615 6369/14583/12616</w:t>
        <w:br/>
        <w:t>f 6366/14578/12611 6365/14579/12612 6369/14583/12616</w:t>
        <w:br/>
        <w:t>f 6372/14584/12617 6369/14583/12616 6370/14582/12615</w:t>
        <w:br/>
        <w:t>f 6371/14585/12618 6372/14584/12617 6370/14582/12615</w:t>
        <w:br/>
        <w:t>f 6345/14559/12594 6372/14584/12617 6371/14585/12618</w:t>
        <w:br/>
        <w:t>f 6346/14558/12593 6345/14559/12594 6371/14585/12618</w:t>
        <w:br/>
        <w:t>f 6368/14580/12613 6374/14586/12619 6373/14587/12620</w:t>
        <w:br/>
        <w:t>f 6367/14581/12614 6368/14580/12613 6373/14587/12620</w:t>
        <w:br/>
        <w:t>f 6373/14587/12620 6374/14586/12619 6376/14588/12621</w:t>
        <w:br/>
        <w:t>f 6375/14589/12622 6373/14587/12620 6376/14588/12621</w:t>
        <w:br/>
        <w:t>f 6363/14577/12610 6364/14576/12609 6375/14589/12622</w:t>
        <w:br/>
        <w:t>f 6376/14588/12621 6363/14577/12610 6375/14589/12622</w:t>
        <w:br/>
        <w:t>f 6380/14590/12598 6379/14591/12623 6378/14592/12624</w:t>
        <w:br/>
        <w:t>f 6377/14593/12625 6380/14590/12598 6378/14592/12624</w:t>
        <w:br/>
        <w:t>f 6382/14594/12626 6381/14595/12627 6379/14591/12623</w:t>
        <w:br/>
        <w:t>f 6380/14590/12598 6382/14594/12626 6379/14591/12623</w:t>
        <w:br/>
        <w:t>f 6386/14596/12586 6385/14597/12628 6384/14598/12629</w:t>
        <w:br/>
        <w:t>f 6383/14599/12630 6386/14596/12586 6384/14598/12629</w:t>
        <w:br/>
        <w:t>f 6388/14600/12631 6387/14601/12632 6385/14597/12628</w:t>
        <w:br/>
        <w:t>f 6386/14596/12586 6388/14600/12631 6385/14597/12628</w:t>
        <w:br/>
        <w:t>f 6349/14561/12596 6350/14560/12595 6313/14529/12565</w:t>
        <w:br/>
        <w:t>f 6314/14528/12564 6349/14561/12596 6313/14529/12565</w:t>
        <w:br/>
        <w:t>f 6353/14565/12573 6320/14530/12566 6317/14533/12569</w:t>
        <w:br/>
        <w:t>f 6389/14602/12633 6353/14565/12573 6317/14533/12569</w:t>
        <w:br/>
        <w:t>f 6339/14551/12587 6360/14574/12607 6361/14573/12606</w:t>
        <w:br/>
        <w:t>f 6338/14552/12588 6339/14551/12587 6361/14573/12606</w:t>
        <w:br/>
        <w:t>f 6333/14549/12585 6334/14548/12584 6358/14568/12578</w:t>
        <w:br/>
        <w:t>f 6355/14571/12591 6333/14549/12585 6358/14568/12578</w:t>
        <w:br/>
        <w:t>f 6373/14587/12620 6375/14589/12622 6371/14585/12618</w:t>
        <w:br/>
        <w:t>f 6370/14582/12615 6373/14587/12620 6371/14585/12618</w:t>
        <w:br/>
        <w:t>f 6370/14582/12615 6365/14579/12612 6367/14581/12614</w:t>
        <w:br/>
        <w:t>f 6373/14587/12620 6370/14582/12615 6367/14581/12614</w:t>
        <w:br/>
        <w:t>f 6365/14579/12612 6313/14529/12565 6350/14560/12595</w:t>
        <w:br/>
        <w:t>f 6367/14581/12614 6365/14579/12612 6350/14560/12595</w:t>
        <w:br/>
        <w:t>f 6360/14574/12607 6339/14551/12587 6346/14558/12593</w:t>
        <w:br/>
        <w:t>f 6364/14576/12609 6360/14574/12607 6346/14558/12593</w:t>
        <w:br/>
        <w:t>f 6346/14558/12593 6371/14585/12618 6375/14589/12622</w:t>
        <w:br/>
        <w:t>f 6364/14576/12609 6346/14558/12593 6375/14589/12622</w:t>
        <w:br/>
        <w:t>f 6383/14599/12630 6384/14598/12629 6390/14603/12634</w:t>
        <w:br/>
        <w:t>f 6392/14604/12635 6390/14603/12634 6384/14598/12629</w:t>
        <w:br/>
        <w:t>f 6391/14605/12636 6392/14604/12635 6384/14598/12629</w:t>
        <w:br/>
        <w:t>f 6392/14604/12635 6391/14605/12636 6394/14606/12637</w:t>
        <w:br/>
        <w:t>f 6393/14607/12611 6392/14604/12635 6394/14606/12637</w:t>
        <w:br/>
        <w:t>f 6396/14608/12567 6395/14609/12638 6323/14535/12639</w:t>
        <w:br/>
        <w:t>f 6327/14539/12575 6397/14610/12568 6326/14540/12576</w:t>
        <w:br/>
        <w:t>f 6331/14543/12579 6398/14611/12640 6330/14544/12580</w:t>
        <w:br/>
        <w:t>f 6344/14554/12590 6399/14612/12641 6343/14555/12585</w:t>
        <w:br/>
        <w:t>f 6324/14534/12570 6321/14537/12573 6400/14613/12642</w:t>
        <w:br/>
        <w:t>f 6401/14614/12643 6328/14538/12574 6325/14541/12577</w:t>
        <w:br/>
        <w:t>f 6332/14542/12578 6329/14545/12581 6402/14615/12603</w:t>
        <w:br/>
        <w:t>f 6403/14616/12604 6341/14557/12592 6342/14556/12591</w:t>
        <w:br/>
        <w:t>f 6393/14607/12611 6394/14606/12637 6404/14617/12562</w:t>
        <w:br/>
        <w:t>f 6394/14606/12637 6406/14618/12644 6405/14619/12645</w:t>
        <w:br/>
        <w:t>f 6404/14617/12562 6394/14606/12637 6405/14619/12645</w:t>
        <w:br/>
        <w:t>f 6409/14620/12610 6408/14621/12646 6407/14622/12647</w:t>
        <w:br/>
        <w:t>f 6407/14622/12647 6408/14621/12646 6410/14623/12648</w:t>
        <w:br/>
        <w:t>f 6378/14592/12624 6407/14622/12647 6410/14623/12648</w:t>
        <w:br/>
        <w:t>f 6377/14593/12625 6378/14592/12624 6410/14623/12648</w:t>
        <w:br/>
        <w:t>f 6414/14624/12649 6413/14625/12650 6412/14626/12651</w:t>
        <w:br/>
        <w:t>f 6411/14627/12652 6414/14624/12649 6412/14626/12651</w:t>
        <w:br/>
        <w:t>f 6416/14628/12653 6412/14626/12651 6413/14625/12650</w:t>
        <w:br/>
        <w:t>f 6415/14629/12654 6416/14628/12653 6413/14625/12650</w:t>
        <w:br/>
        <w:t>f 6420/14630/12655 6419/14631/12656 6418/14632/12657</w:t>
        <w:br/>
        <w:t>f 6417/14633/12658 6420/14630/12655 6418/14632/12657</w:t>
        <w:br/>
        <w:t>f 6419/14631/12656 6420/14630/12655 6422/14634/12629</w:t>
        <w:br/>
        <w:t>f 6421/14635/12628 6419/14631/12656 6422/14634/12629</w:t>
        <w:br/>
        <w:t>f 6424/14636/12659 6414/14624/12649 6411/14627/12652</w:t>
        <w:br/>
        <w:t>f 6423/14637/12660 6424/14636/12659 6411/14627/12652</w:t>
        <w:br/>
        <w:t>f 6417/14633/12658 6418/14632/12657 6426/14638/12661</w:t>
        <w:br/>
        <w:t>f 6425/14639/12662 6417/14633/12658 6426/14638/12661</w:t>
        <w:br/>
        <w:t>f 6413/14625/12650 6428/14640/12663 6427/14641/12644</w:t>
        <w:br/>
        <w:t>f 6415/14629/12654 6413/14625/12650 6427/14641/12644</w:t>
        <w:br/>
        <w:t>f 6419/14631/12656 6421/14635/12628 6430/14642/12632</w:t>
        <w:br/>
        <w:t>f 6429/14643/12664 6419/14631/12656 6430/14642/12632</w:t>
        <w:br/>
        <w:t>f 6412/14626/12651 6416/14628/12653 6422/14634/12629</w:t>
        <w:br/>
        <w:t>f 6420/14630/12655 6412/14626/12651 6422/14634/12629</w:t>
        <w:br/>
        <w:t>f 6414/14624/12649 6424/14636/12659 6432/14644/12665</w:t>
        <w:br/>
        <w:t>f 6431/14645/12666 6414/14624/12649 6432/14644/12665</w:t>
        <w:br/>
        <w:t>f 6423/14637/12660 6411/14627/12652 6417/14633/12658</w:t>
        <w:br/>
        <w:t>f 6425/14639/12662 6423/14637/12660 6417/14633/12658</w:t>
        <w:br/>
        <w:t>f 6418/14632/12657 6434/14646/12667 6433/14647/12668</w:t>
        <w:br/>
        <w:t>f 6426/14638/12661 6418/14632/12657 6433/14647/12668</w:t>
        <w:br/>
        <w:t>f 6413/14625/12650 6414/14624/12649 6431/14645/12666</w:t>
        <w:br/>
        <w:t>f 6428/14640/12663 6413/14625/12650 6431/14645/12666</w:t>
        <w:br/>
        <w:t>f 6434/14646/12667 6418/14632/12657 6419/14631/12656</w:t>
        <w:br/>
        <w:t>f 6429/14643/12664 6434/14646/12667 6419/14631/12656</w:t>
        <w:br/>
        <w:t>f 6411/14627/12652 6412/14626/12651 6420/14630/12655</w:t>
        <w:br/>
        <w:t>f 6417/14633/12658 6411/14627/12652 6420/14630/12655</w:t>
        <w:br/>
        <w:t>f 6407/14622/12647 6436/14648/12669 6435/14649/12670</w:t>
        <w:br/>
        <w:t>f 6409/14620/12610 6407/14622/12647 6435/14649/12670</w:t>
        <w:br/>
        <w:t>f 6436/14648/12669 6438/14650/12671 6437/14651/12605</w:t>
        <w:br/>
        <w:t>f 6435/14649/12670 6436/14648/12669 6437/14651/12605</w:t>
        <w:br/>
        <w:t>f 6440/14652/12672 6387/14601/12632 6388/14600/12631</w:t>
        <w:br/>
        <w:t>f 6439/14653/12673 6440/14652/12672 6388/14600/12631</w:t>
        <w:br/>
        <w:t>f 6430/14642/12632 6399/14612/12674 6441/14654/12675</w:t>
        <w:br/>
        <w:t>f 6429/14643/12664 6430/14642/12632 6441/14654/12675</w:t>
        <w:br/>
        <w:t>f 6341/14557/12592 6434/14646/12667 6429/14643/12664</w:t>
        <w:br/>
        <w:t>f 6344/14554/12590 6341/14557/12592 6429/14643/12664</w:t>
        <w:br/>
        <w:t>f 6434/14646/12667 6341/14557/12592 6403/14616/12604</w:t>
        <w:br/>
        <w:t>f 6433/14647/12668 6434/14646/12667 6403/14616/12604</w:t>
        <w:br/>
        <w:t>f 6356/14570/12604 6357/14569/12603 6437/14651/12605</w:t>
        <w:br/>
        <w:t>f 6438/14650/12671 6356/14570/12604 6437/14651/12605</w:t>
        <w:br/>
        <w:t>f 6361/14573/12606 6362/14572/12605 6402/14615/12603</w:t>
        <w:br/>
        <w:t>f 6329/14545/12581 6361/14573/12606 6402/14615/12603</w:t>
        <w:br/>
        <w:t>f 6443/14655/12676 6442/14656/12677 6338/14552/12588</w:t>
        <w:br/>
        <w:t>f 6361/14573/12606 6443/14655/12676 6338/14552/12588</w:t>
        <w:br/>
        <w:t>f 6337/14553/12589 6338/14552/12588 6442/14656/12677</w:t>
        <w:br/>
        <w:t>f 6444/14657/12673 6337/14553/12589 6442/14656/12677</w:t>
        <w:br/>
        <w:t>f 6324/14534/12570 6349/14561/12596 6314/14528/12564</w:t>
        <w:br/>
        <w:t>f 6323/14535/12571 6324/14534/12570 6314/14528/12564</w:t>
        <w:br/>
        <w:t>f 6349/14561/12596 6324/14534/12570 6400/14613/12642</w:t>
        <w:br/>
        <w:t>f 6348/14562/12597 6349/14561/12596 6400/14613/12642</w:t>
        <w:br/>
        <w:t>f 6351/14567/12602 6381/14595/12627 6382/14594/12626</w:t>
        <w:br/>
        <w:t>f 6354/14564/12599 6351/14567/12602 6382/14594/12626</w:t>
        <w:br/>
        <w:t>f 6431/14645/12666 6432/14644/12665 6401/14614/12643</w:t>
        <w:br/>
        <w:t>f 6325/14541/12577 6431/14645/12666 6401/14614/12643</w:t>
        <w:br/>
        <w:t>f 6325/14541/12577 6326/14540/12576 6428/14640/12663</w:t>
        <w:br/>
        <w:t>f 6431/14645/12666 6325/14541/12577 6428/14640/12663</w:t>
        <w:br/>
        <w:t>f 6427/14641/12644 6428/14640/12663 6326/14540/12576</w:t>
        <w:br/>
        <w:t>f 6445/14658/12678 6427/14641/12644 6326/14540/12576</w:t>
        <w:br/>
        <w:t>f 6447/14659/12678 6446/14660/12679 6405/14619/12645</w:t>
        <w:br/>
        <w:t>f 6406/14618/12644 6447/14659/12678 6405/14619/12645</w:t>
        <w:br/>
        <w:t>f 6315/14527/12563 6448/14661/12680 6323/14535/12571</w:t>
        <w:br/>
        <w:t>f 6314/14528/12564 6315/14527/12563 6323/14535/12571</w:t>
        <w:br/>
        <w:t>f 6452/14662/12681 6451/14663/12682 6450/14664/12683</w:t>
        <w:br/>
        <w:t>f 6449/14665/12684 6452/14662/12681 6450/14664/12683</w:t>
        <w:br/>
        <w:t>f 6456/14666/12685 6455/14667/12685 6454/14668/12686</w:t>
        <w:br/>
        <w:t>f 6453/14669/12686 6456/14666/12685 6454/14668/12686</w:t>
        <w:br/>
        <w:t>f 6460/14670/12687 6459/14671/12688 6458/14672/12689</w:t>
        <w:br/>
        <w:t>f 6457/14673/12690 6460/14670/12687 6458/14672/12689</w:t>
        <w:br/>
        <w:t>f 6464/14674/12691 6463/14675/12691 6462/14676/12692</w:t>
        <w:br/>
        <w:t>f 6461/14677/12693 6464/14674/12691 6462/14676/12692</w:t>
        <w:br/>
        <w:t>f 6467/14678/12694 6466/14679/12695 6465/14680/12696</w:t>
        <w:br/>
        <w:t>f 6468/14681/12697 6467/14678/12694 6465/14680/12696</w:t>
        <w:br/>
        <w:t>f 6472/14682/12698 6471/14683/12699 6470/14684/12700</w:t>
        <w:br/>
        <w:t>f 6469/14685/12701 6472/14682/12698 6470/14684/12700</w:t>
        <w:br/>
        <w:t>f 6850/14686/12702 6849/14687/12702 6848/14688/12703</w:t>
        <w:br/>
        <w:t>f 6847/14689/12704 6850/14686/12702 6848/14688/12703</w:t>
        <w:br/>
        <w:t>f 6852/14690/12705 6847/14689/12704 6848/14688/12703</w:t>
        <w:br/>
        <w:t>f 6851/14691/12705 6852/14690/12705 6848/14688/12703</w:t>
        <w:br/>
        <w:t>f 6854/14692/12706 6853/14693/12707 6852/14690/12705</w:t>
        <w:br/>
        <w:t>f 6851/14691/12705 6854/14692/12706 6852/14690/12705</w:t>
        <w:br/>
        <w:t>f 6858/14694/12708 6857/14695/12709 6856/14696/12710</w:t>
        <w:br/>
        <w:t>f 6855/14697/12708 6858/14694/12708 6856/14696/12710</w:t>
        <w:br/>
        <w:t>f 6857/14695/12709 6860/14698/12711 6859/14699/12711</w:t>
        <w:br/>
        <w:t>f 6856/14696/12710 6857/14695/12709 6859/14699/12711</w:t>
        <w:br/>
        <w:t>f 6864/14700/12712 6863/14701/12713 6862/14702/12714</w:t>
        <w:br/>
        <w:t>f 6861/14703/12715 6864/14700/12712 6862/14702/12714</w:t>
        <w:br/>
        <w:t>f 6862/14702/12714 6858/14694/12708 6855/14697/12708</w:t>
        <w:br/>
        <w:t>f 6861/14703/12715 6862/14702/12714 6855/14697/12708</w:t>
        <w:br/>
        <w:t>f 6849/14687/12702 6850/14686/12702 6863/14701/12713</w:t>
        <w:br/>
        <w:t>f 6864/14700/12712 6849/14687/12702 6863/14701/12713</w:t>
        <w:br/>
        <w:t>f 6868/14704/12716 6867/14705/12717 6866/14706/12717</w:t>
        <w:br/>
        <w:t>f 6865/14707/12718 6868/14704/12716 6866/14706/12717</w:t>
        <w:br/>
        <w:t>f 6872/14708/12719 6871/14709/12719 6870/14710/12720</w:t>
        <w:br/>
        <w:t>f 6869/14711/12721 6872/14708/12719 6870/14710/12720</w:t>
        <w:br/>
        <w:t>f 6872/14708/12719 6874/14712/12722 6873/14713/12722</w:t>
        <w:br/>
        <w:t>f 6871/14709/12719 6872/14708/12719 6873/14713/12722</w:t>
        <w:br/>
        <w:t>f 6876/14714/12723 6865/14707/12718 6875/14715/12724</w:t>
        <w:br/>
        <w:t>f 6880/14716/12725 6879/14717/12726 6878/14718/12726</w:t>
        <w:br/>
        <w:t>f 6877/14719/12727 6880/14716/12725 6878/14718/12726</w:t>
        <w:br/>
        <w:t>f 6874/14712/12722 6882/14720/12728 6881/14721/12729</w:t>
        <w:br/>
        <w:t>f 6873/14713/12722 6874/14712/12722 6881/14721/12729</w:t>
        <w:br/>
        <w:t>f 6885/14722/12730 6884/14723/12731 6883/14724/12732</w:t>
        <w:br/>
        <w:t>f 6884/14723/12731 6885/14722/12730 6886/14725/12733</w:t>
        <w:br/>
        <w:t>f 6884/14723/12731 6886/14725/12733 6888/14726/12734</w:t>
        <w:br/>
        <w:t>f 6887/14727/12735 6884/14723/12731 6888/14726/12734</w:t>
        <w:br/>
        <w:t>f 6879/14717/12726 6890/14728/12736 6889/14729/12737</w:t>
        <w:br/>
        <w:t>f 6878/14718/12726 6879/14717/12726 6889/14729/12737</w:t>
        <w:br/>
        <w:t>f 6865/14707/12718 6876/14714/12723 6868/14704/12716</w:t>
        <w:br/>
        <w:t>f 6894/14730/12738 6893/14731/12739 6892/14732/12740</w:t>
        <w:br/>
        <w:t>f 6891/14733/12739 6894/14730/12738 6892/14732/12740</w:t>
        <w:br/>
        <w:t>f 6898/14734/12741 6897/14735/12741 6896/14736/12741</w:t>
        <w:br/>
        <w:t>f 6895/14737/12741 6898/14734/12741 6896/14736/12741</w:t>
        <w:br/>
        <w:t>f 6902/14738/12742 6901/14739/12742 6900/14740/12743</w:t>
        <w:br/>
        <w:t>f 6899/14741/12743 6902/14738/12742 6900/14740/12743</w:t>
        <w:br/>
        <w:t>f 6904/14742/12744 6899/14741/12743 6900/14740/12743</w:t>
        <w:br/>
        <w:t>f 6903/14743/12744 6904/14742/12744 6900/14740/12743</w:t>
        <w:br/>
        <w:t>f 6908/14744/12745 6907/14745/12745 6906/14746/12746</w:t>
        <w:br/>
        <w:t>f 6905/14747/12747 6908/14744/12745 6906/14746/12746</w:t>
        <w:br/>
        <w:t>f 6912/14748/12748 6911/14749/12748 6910/14750/12748</w:t>
        <w:br/>
        <w:t>f 6909/14751/12748 6912/14748/12748 6910/14750/12748</w:t>
        <w:br/>
        <w:t>f 6914/14752/12749 6904/14742/12744 6903/14743/12744</w:t>
        <w:br/>
        <w:t>f 6913/14753/12750 6914/14752/12749 6903/14743/12744</w:t>
        <w:br/>
        <w:t>f 6918/14754/12751 6917/14755/12751 6916/14756/12752</w:t>
        <w:br/>
        <w:t>f 6915/14757/12753 6918/14754/12751 6916/14756/12752</w:t>
        <w:br/>
        <w:t>f 6922/14758/12754 6921/14759/12755 6920/14760/12756</w:t>
        <w:br/>
        <w:t>f 6919/14761/12757 6922/14758/12754 6920/14760/12756</w:t>
        <w:br/>
        <w:t>f 6926/14762/12758 6925/14763/12758 6924/14764/12758</w:t>
        <w:br/>
        <w:t>f 6923/14765/12759 6926/14762/12758 6924/14764/12758</w:t>
        <w:br/>
        <w:t>f 6928/14766/12760 6927/14767/12760 6859/14699/12711</w:t>
        <w:br/>
        <w:t>f 6860/14698/12711 6928/14766/12760 6859/14699/12711</w:t>
        <w:br/>
        <w:t>f 6916/14756/12752 6930/14768/12761 6929/14769/12762</w:t>
        <w:br/>
        <w:t>f 6915/14757/12753 6916/14756/12752 6929/14769/12762</w:t>
        <w:br/>
        <w:t>f 6933/14770/12763 6932/14771/12764 6931/14772/12765</w:t>
        <w:br/>
        <w:t>f 6934/14773/12766 6933/14770/12763 6931/14772/12765</w:t>
        <w:br/>
        <w:t>f 6938/14774/12767 6937/14775/12767 6936/14776/12768</w:t>
        <w:br/>
        <w:t>f 6935/14777/12769 6938/14774/12767 6936/14776/12768</w:t>
        <w:br/>
        <w:t>f 6933/14770/12763 6934/14773/12766 6940/14778/12770</w:t>
        <w:br/>
        <w:t>f 6939/14779/12771 6933/14770/12763 6940/14778/12770</w:t>
        <w:br/>
        <w:t>f 6931/14772/12765 6932/14771/12764 6942/14780/12772</w:t>
        <w:br/>
        <w:t>f 6941/14781/12773 6931/14772/12765 6942/14780/12772</w:t>
        <w:br/>
        <w:t>f 6945/14782/12774 6939/14779/12771 6944/14783/12775</w:t>
        <w:br/>
        <w:t>f 6943/14784/12774 6945/14782/12774 6944/14783/12775</w:t>
        <w:br/>
        <w:t>f 6942/14780/12772 6947/14785/12776 6946/14786/12777</w:t>
        <w:br/>
        <w:t>f 6941/14781/12773 6942/14780/12772 6946/14786/12777</w:t>
        <w:br/>
        <w:t>f 6939/14779/12771 6940/14778/12770 6941/14781/12773</w:t>
        <w:br/>
        <w:t>f 6944/14783/12775 6939/14779/12771 6941/14781/12773</w:t>
        <w:br/>
        <w:t>f 6946/14786/12777 6948/14787/12737 6944/14783/12775</w:t>
        <w:br/>
        <w:t>f 6941/14781/12773 6946/14786/12777 6944/14783/12775</w:t>
        <w:br/>
        <w:t>f 6950/14788/12736 6949/14789/12778 6944/14783/12775</w:t>
        <w:br/>
        <w:t>f 6948/14787/12737 6950/14788/12736 6944/14783/12775</w:t>
        <w:br/>
        <w:t>f 6944/14783/12775 6949/14789/12778 6952/14790/12779</w:t>
        <w:br/>
        <w:t>f 6951/14791/12779 6944/14783/12775 6952/14790/12779</w:t>
        <w:br/>
        <w:t>f 6951/14791/12779 6952/14790/12779 6954/14792/12780</w:t>
        <w:br/>
        <w:t>f 6953/14793/12781 6951/14791/12779 6954/14792/12780</w:t>
        <w:br/>
        <w:t>f 6953/14793/12781 6954/14792/12780 6956/14794/12782</w:t>
        <w:br/>
        <w:t>f 6955/14795/12782 6953/14793/12781 6956/14794/12782</w:t>
        <w:br/>
        <w:t>f 6936/14776/12768 6958/14796/12783 6957/14797/12784</w:t>
        <w:br/>
        <w:t>f 6935/14777/12769 6936/14776/12768 6957/14797/12784</w:t>
        <w:br/>
        <w:t>f 6960/14798/12785 6937/14775/12767 6938/14774/12767</w:t>
        <w:br/>
        <w:t>f 6959/14799/12786 6960/14798/12785 6938/14774/12767</w:t>
        <w:br/>
        <w:t>f 6963/14800/12787 6962/14801/12788 6961/14802/12789</w:t>
        <w:br/>
        <w:t>f 6958/14796/12783 6963/14800/12787 6961/14802/12789</w:t>
        <w:br/>
        <w:t>f 6965/14803/12790 6964/14804/12791 6960/14798/12785</w:t>
        <w:br/>
        <w:t>f 6959/14799/12786 6965/14803/12790 6960/14798/12785</w:t>
        <w:br/>
        <w:t>f 6958/14796/12783 6961/14802/12789 6959/14799/12786</w:t>
        <w:br/>
        <w:t>f 6957/14797/12784 6958/14796/12783 6959/14799/12786</w:t>
        <w:br/>
        <w:t>f 6959/14799/12786 6961/14802/12789 6965/14803/12790</w:t>
        <w:br/>
        <w:t>f 6965/14803/12790 6961/14802/12789 6966/14805/12720</w:t>
        <w:br/>
        <w:t>f 6961/14802/12789 6968/14806/12792 6967/14807/12721</w:t>
        <w:br/>
        <w:t>f 6966/14805/12720 6961/14802/12789 6967/14807/12721</w:t>
        <w:br/>
        <w:t>f 6970/14808/12793 6968/14806/12792 6961/14802/12789</w:t>
        <w:br/>
        <w:t>f 6969/14809/12793 6970/14808/12793 6961/14802/12789</w:t>
        <w:br/>
        <w:t>f 6972/14810/12794 6970/14808/12793 6969/14809/12793</w:t>
        <w:br/>
        <w:t>f 6971/14811/12795 6972/14810/12794 6969/14809/12793</w:t>
        <w:br/>
        <w:t>f 6974/14812/12796 6973/14813/12797 6972/14810/12794</w:t>
        <w:br/>
        <w:t>f 6971/14811/12795 6974/14812/12796 6972/14810/12794</w:t>
        <w:br/>
        <w:t>f 6978/14814/12798 6977/14815/12799 6976/14816/12799</w:t>
        <w:br/>
        <w:t>f 6975/14817/12800 6978/14814/12798 6976/14816/12799</w:t>
        <w:br/>
        <w:t>f 6980/14818/12801 6979/14819/12801 6976/14816/12799</w:t>
        <w:br/>
        <w:t>f 6977/14815/12799 6980/14818/12801 6976/14816/12799</w:t>
        <w:br/>
        <w:t>f 6982/14820/12802 6979/14819/12801 6980/14818/12801</w:t>
        <w:br/>
        <w:t>f 6981/14821/12803 6982/14820/12802 6980/14818/12801</w:t>
        <w:br/>
        <w:t>f 6986/14822/12804 6985/14823/12804 6984/14824/12805</w:t>
        <w:br/>
        <w:t>f 6983/14825/12806 6986/14822/12804 6984/14824/12805</w:t>
        <w:br/>
        <w:t>f 6988/14826/12807 6987/14827/12807 6983/14825/12806</w:t>
        <w:br/>
        <w:t>f 6984/14824/12805 6988/14826/12807 6983/14825/12806</w:t>
        <w:br/>
        <w:t>f 6992/14828/12808 6991/14829/12809 6990/14830/12810</w:t>
        <w:br/>
        <w:t>f 6989/14831/12811 6992/14828/12808 6990/14830/12810</w:t>
        <w:br/>
        <w:t>f 6985/14823/12804 6986/14822/12804 6990/14830/12810</w:t>
        <w:br/>
        <w:t>f 6991/14829/12809 6985/14823/12804 6990/14830/12810</w:t>
        <w:br/>
        <w:t>f 6989/14831/12811 6978/14814/12798 6975/14817/12800</w:t>
        <w:br/>
        <w:t>f 6992/14828/12808 6989/14831/12811 6975/14817/12800</w:t>
        <w:br/>
        <w:t>f 6996/14832/12812 6995/14833/12813 6994/14834/12814</w:t>
        <w:br/>
        <w:t>f 6993/14835/12814 6996/14832/12812 6994/14834/12814</w:t>
        <w:br/>
        <w:t>f 7000/14836/12815 6999/14837/12816 6998/14838/12817</w:t>
        <w:br/>
        <w:t>f 6997/14839/12815 7000/14836/12815 6998/14838/12817</w:t>
        <w:br/>
        <w:t>f 7002/14840/12818 7001/14841/12819 7000/14836/12815</w:t>
        <w:br/>
        <w:t>f 6997/14839/12815 7002/14840/12818 7000/14836/12815</w:t>
        <w:br/>
        <w:t>f 7004/14842/12820 7003/14843/12821 6995/14833/12813</w:t>
        <w:br/>
        <w:t>f 7008/14844/12822 7007/14845/12822 7006/14846/12823</w:t>
        <w:br/>
        <w:t>f 7005/14847/12824 7008/14844/12822 7006/14846/12823</w:t>
        <w:br/>
        <w:t>f 7001/14841/12819 7002/14840/12818 7010/14848/12825</w:t>
        <w:br/>
        <w:t>f 7009/14849/12825 7001/14841/12819 7010/14848/12825</w:t>
        <w:br/>
        <w:t>f 7013/14850/12826 7012/14851/12827 7011/14852/12828</w:t>
        <w:br/>
        <w:t>f 7011/14852/12828 7014/14853/12829 7013/14850/12826</w:t>
        <w:br/>
        <w:t>f 7011/14852/12828 7016/14854/12830 7015/14855/12831</w:t>
        <w:br/>
        <w:t>f 7014/14853/12829 7011/14852/12828 7015/14855/12831</w:t>
        <w:br/>
        <w:t>f 7018/14856/12832 7017/14857/12833 7005/14847/12824</w:t>
        <w:br/>
        <w:t>f 7006/14846/12823 7018/14856/12832 7005/14847/12824</w:t>
        <w:br/>
        <w:t>f 6995/14833/12813 6996/14832/12812 7004/14842/12820</w:t>
        <w:br/>
        <w:t>f 7022/14858/12834 7021/14859/12834 7020/14860/12835</w:t>
        <w:br/>
        <w:t>f 7019/14861/12834 7022/14858/12834 7020/14860/12835</w:t>
        <w:br/>
        <w:t>f 7026/14862/12836 7025/14863/12837 7024/14864/12836</w:t>
        <w:br/>
        <w:t>f 7023/14865/12837 7026/14862/12836 7024/14864/12836</w:t>
        <w:br/>
        <w:t>f 7030/14866/12838 7029/14867/12839 7028/14868/12839</w:t>
        <w:br/>
        <w:t>f 7027/14869/12838 7030/14866/12838 7028/14868/12839</w:t>
        <w:br/>
        <w:t>f 7032/14870/12840 7031/14871/12840 7028/14868/12839</w:t>
        <w:br/>
        <w:t>f 7029/14867/12839 7032/14870/12840 7028/14868/12839</w:t>
        <w:br/>
        <w:t>f 7036/14872/12841 7035/14873/12841 7034/14874/12842</w:t>
        <w:br/>
        <w:t>f 7033/14875/12843 7036/14872/12841 7034/14874/12842</w:t>
        <w:br/>
        <w:t>f 7040/14876/12844 7039/14877/12844 7038/14878/12844</w:t>
        <w:br/>
        <w:t>f 7037/14879/12844 7040/14876/12844 7038/14878/12844</w:t>
        <w:br/>
        <w:t>f 7031/14871/12840 7032/14870/12840 7042/14880/12845</w:t>
        <w:br/>
        <w:t>f 7041/14881/12846 7031/14871/12840 7042/14880/12845</w:t>
        <w:br/>
        <w:t>f 7046/14882/12847 7045/14883/12848 7044/14884/12848</w:t>
        <w:br/>
        <w:t>f 7043/14885/12847 7046/14882/12847 7044/14884/12848</w:t>
        <w:br/>
        <w:t>f 7050/14886/12849 7049/14887/12850 7048/14888/12849</w:t>
        <w:br/>
        <w:t>f 7047/14889/12851 7050/14886/12849 7048/14888/12849</w:t>
        <w:br/>
        <w:t>f 7054/14890/12852 7053/14891/12852 7052/14892/12852</w:t>
        <w:br/>
        <w:t>f 7051/14893/12853 7054/14890/12852 7052/14892/12852</w:t>
        <w:br/>
        <w:t>f 6988/14826/12807 6927/14767/12760 6928/14766/12760</w:t>
        <w:br/>
        <w:t>f 6987/14827/12807 6988/14826/12807 6928/14766/12760</w:t>
        <w:br/>
        <w:t>f 7044/14884/12848 7045/14883/12848 6929/14769/12762</w:t>
        <w:br/>
        <w:t>f 6930/14768/12761 7044/14884/12848 6929/14769/12762</w:t>
        <w:br/>
        <w:t>f 7057/14894/12854 7056/14895/12855 7055/14896/12856</w:t>
        <w:br/>
        <w:t>f 7058/14897/12857 7057/14894/12854 7055/14896/12856</w:t>
        <w:br/>
        <w:t>f 7062/14898/12858 7061/14899/12859 7060/14900/12860</w:t>
        <w:br/>
        <w:t>f 7059/14901/12858 7062/14898/12858 7060/14900/12860</w:t>
        <w:br/>
        <w:t>f 7064/14902/12861 7058/14897/12857 7055/14896/12856</w:t>
        <w:br/>
        <w:t>f 7063/14903/12862 7064/14902/12861 7055/14896/12856</w:t>
        <w:br/>
        <w:t>f 7057/14894/12854 7066/14904/12863 7065/14905/12864</w:t>
        <w:br/>
        <w:t>f 7056/14895/12855 7057/14894/12854 7065/14905/12864</w:t>
        <w:br/>
        <w:t>f 7067/14906/12865 7063/14903/12862 6945/14782/12774</w:t>
        <w:br/>
        <w:t>f 6943/14784/12774 7067/14906/12865 6945/14782/12774</w:t>
        <w:br/>
        <w:t>f 7065/14905/12864 7066/14904/12863 7069/14907/12866</w:t>
        <w:br/>
        <w:t>f 7068/14908/12867 7065/14905/12864 7069/14907/12866</w:t>
        <w:br/>
        <w:t>f 7066/14904/12863 7064/14902/12861 7063/14903/12862</w:t>
        <w:br/>
        <w:t>f 7067/14906/12865 7066/14904/12863 7063/14903/12862</w:t>
        <w:br/>
        <w:t>f 7069/14907/12866 7066/14904/12863 7067/14906/12865</w:t>
        <w:br/>
        <w:t>f 7070/14909/12832 7069/14907/12866 7067/14906/12865</w:t>
        <w:br/>
        <w:t>f 7071/14910/12833 7070/14909/12832 7067/14906/12865</w:t>
        <w:br/>
        <w:t>f 7072/14911/12868 7071/14910/12833 7067/14906/12865</w:t>
        <w:br/>
        <w:t>f 7067/14906/12865 7074/14912/12869 7073/14913/12869</w:t>
        <w:br/>
        <w:t>f 7072/14911/12868 7067/14906/12865 7073/14913/12869</w:t>
        <w:br/>
        <w:t>f 7074/14912/12869 7076/14914/12870 7075/14915/12870</w:t>
        <w:br/>
        <w:t>f 7073/14913/12869 7074/14912/12869 7075/14915/12870</w:t>
        <w:br/>
        <w:t>f 7076/14914/12870 7078/14916/12782 7077/14917/12782</w:t>
        <w:br/>
        <w:t>f 7075/14915/12870 7076/14914/12870 7077/14917/12782</w:t>
        <w:br/>
        <w:t>f 7080/14918/12871 7079/14919/12872 7060/14900/12860</w:t>
        <w:br/>
        <w:t>f 7061/14899/12859 7080/14918/12871 7060/14900/12860</w:t>
        <w:br/>
        <w:t>f 7082/14920/12873 7081/14921/12874 7062/14898/12858</w:t>
        <w:br/>
        <w:t>f 7059/14901/12858 7082/14920/12873 7062/14898/12858</w:t>
        <w:br/>
        <w:t>f 6963/14800/12787 7079/14919/12872 7083/14922/12875</w:t>
        <w:br/>
        <w:t>f 6962/14801/12788 6963/14800/12787 7083/14922/12875</w:t>
        <w:br/>
        <w:t>f 7085/14923/12876 7081/14921/12874 7082/14920/12873</w:t>
        <w:br/>
        <w:t>f 7084/14924/12877 7085/14923/12876 7082/14920/12873</w:t>
        <w:br/>
        <w:t>f 7081/14921/12874 7083/14922/12875 7079/14919/12872</w:t>
        <w:br/>
        <w:t>f 7080/14918/12871 7081/14921/12874 7079/14919/12872</w:t>
        <w:br/>
        <w:t>f 7081/14921/12874 7085/14923/12876 7083/14922/12875</w:t>
        <w:br/>
        <w:t>f 7085/14923/12876 7086/14925/12817 7083/14922/12875</w:t>
        <w:br/>
        <w:t>f 7083/14922/12875 7086/14925/12817 7087/14926/12816</w:t>
        <w:br/>
        <w:t>f 7088/14927/12878 7083/14922/12875 7087/14926/12816</w:t>
        <w:br/>
        <w:t>f 7090/14928/12879 7089/14929/12879 7083/14922/12875</w:t>
        <w:br/>
        <w:t>f 7088/14927/12878 7090/14928/12879 7083/14922/12875</w:t>
        <w:br/>
        <w:t>f 7092/14930/12880 7091/14931/12881 7089/14929/12879</w:t>
        <w:br/>
        <w:t>f 7090/14928/12879 7092/14930/12880 7089/14929/12879</w:t>
        <w:br/>
        <w:t>f 7093/14932/12882 7091/14931/12881 7092/14930/12880</w:t>
        <w:br/>
        <w:t>f 7094/14933/12797 7093/14932/12882 7092/14930/12880</w:t>
        <w:br/>
        <w:t>f 7098/14934/12883 7097/14935/12884 7096/14936/12885</w:t>
        <w:br/>
        <w:t>f 7095/14937/12886 7098/14934/12883 7096/14936/12885</w:t>
        <w:br/>
        <w:t>f 7101/14938/12887 7100/14939/12888 7099/14940/12888</w:t>
        <w:br/>
        <w:t>f 7102/14941/12887 7101/14938/12887 7099/14940/12888</w:t>
        <w:br/>
        <w:t>f 7105/14942/12889 7104/14943/12890 7103/14944/12891</w:t>
        <w:br/>
        <w:t>f 7106/14945/12892 7105/14942/12889 7103/14944/12891</w:t>
        <w:br/>
        <w:t>f 7107/14946/12893 7106/14945/12892 7103/14944/12891</w:t>
        <w:br/>
        <w:t>f 7108/14947/12894 7106/14945/12892 7107/14946/12893</w:t>
        <w:br/>
        <w:t>f 7107/14946/12893 7109/14948/12895 7108/14947/12894</w:t>
        <w:br/>
        <w:t>f 7107/14946/12893 7110/14949/12896 7109/14948/12895</w:t>
        <w:br/>
        <w:t>f 7114/14950/12897 7113/14951/12898 7112/14952/12898</w:t>
        <w:br/>
        <w:t>f 7111/14953/12897 7114/14950/12897 7112/14952/12898</w:t>
        <w:br/>
        <w:t>f 7116/14954/12899 7115/14955/12900 7107/14946/12893</w:t>
        <w:br/>
        <w:t>f 7112/14952/12898 7113/14951/12898 7118/14956/12901</w:t>
        <w:br/>
        <w:t>f 7117/14957/12901 7112/14952/12898 7118/14956/12901</w:t>
        <w:br/>
        <w:t>f 7117/14957/12901 7118/14956/12901 7120/14958/12902</w:t>
        <w:br/>
        <w:t>f 7119/14959/12903 7117/14957/12901 7120/14958/12902</w:t>
        <w:br/>
        <w:t>f 7107/14946/12893 7121/14960/12904 7116/14954/12899</w:t>
        <w:br/>
        <w:t>f 7115/14955/12900 7110/14949/12896 7107/14946/12893</w:t>
        <w:br/>
        <w:t>f 7111/14953/12897 7123/14961/12905 7122/14962/12905</w:t>
        <w:br/>
        <w:t>f 7114/14950/12897 7111/14953/12897 7122/14962/12905</w:t>
        <w:br/>
        <w:t>f 7127/14963/12906 7126/14964/12907 7125/14965/12908</w:t>
        <w:br/>
        <w:t>f 7124/14966/12909 7127/14963/12906 7125/14965/12908</w:t>
        <w:br/>
        <w:t>f 7123/14961/12905 7129/14967/12910 7128/14968/12910</w:t>
        <w:br/>
        <w:t>f 7122/14962/12905 7123/14961/12905 7128/14968/12910</w:t>
        <w:br/>
        <w:t>f 7126/14964/12907 7131/14969/12911 7130/14970/12911</w:t>
        <w:br/>
        <w:t>f 7125/14965/12908 7126/14964/12907 7130/14970/12911</w:t>
        <w:br/>
        <w:t>f 7127/14963/12906 7124/14966/12909 7133/14971/12912</w:t>
        <w:br/>
        <w:t>f 7132/14972/12912 7127/14963/12906 7133/14971/12912</w:t>
        <w:br/>
        <w:t>f 7135/14973/12913 7134/14974/12913 7132/14972/12912</w:t>
        <w:br/>
        <w:t>f 7133/14971/12912 7135/14973/12913 7132/14972/12912</w:t>
        <w:br/>
        <w:t>f 7138/14975/12914 7137/14976/12915 7136/14977/12916</w:t>
        <w:br/>
        <w:t>f 7140/14978/12917 7139/14979/12918 7137/14976/12915</w:t>
        <w:br/>
        <w:t>f 7138/14975/12914 7140/14978/12917 7137/14976/12915</w:t>
        <w:br/>
        <w:t>f 7129/14967/12910 7142/14980/12919 7141/14981/12920</w:t>
        <w:br/>
        <w:t>f 7128/14968/12910 7129/14967/12910 7141/14981/12920</w:t>
        <w:br/>
        <w:t>f 7144/14982/12921 7141/14981/12920 7142/14980/12919</w:t>
        <w:br/>
        <w:t>f 7143/14983/12921 7144/14982/12921 7142/14980/12919</w:t>
        <w:br/>
        <w:t>f 7121/14960/12904 7107/14946/12893 7145/14984/12922</w:t>
        <w:br/>
        <w:t>f 7121/14960/12904 7145/14984/12922 7146/14985/12923</w:t>
        <w:br/>
        <w:t>f 7147/14986/12924 7121/14960/12904 7146/14985/12923</w:t>
        <w:br/>
        <w:t>f 7150/14987/12925 7149/14988/12926 7148/14989/12926</w:t>
        <w:br/>
        <w:t>f 7151/14990/12927 7150/14987/12925 7148/14989/12926</w:t>
        <w:br/>
        <w:t>f 7149/14988/12926 7153/14991/12928 7152/14992/12928</w:t>
        <w:br/>
        <w:t>f 7148/14989/12926 7149/14988/12926 7152/14992/12928</w:t>
        <w:br/>
        <w:t>f 7107/14946/12893 7154/14993/12929 7145/14984/12922</w:t>
        <w:br/>
        <w:t>f 7156/14994/12930 7152/14992/12928 7153/14991/12928</w:t>
        <w:br/>
        <w:t>f 7155/14995/12930 7156/14994/12930 7153/14991/12928</w:t>
        <w:br/>
        <w:t>f 7159/14996/12931 7158/14997/12932 7157/14998/12933</w:t>
        <w:br/>
        <w:t>f 7160/14999/12931 7159/14996/12931 7157/14998/12933</w:t>
        <w:br/>
        <w:t>f 7150/14987/12925 7151/14990/12927 7119/14959/12903</w:t>
        <w:br/>
        <w:t>f 7120/14958/12902 7150/14987/12925 7119/14959/12903</w:t>
        <w:br/>
        <w:t>f 7107/14946/12893 7161/15000/12934 7154/14993/12929</w:t>
        <w:br/>
        <w:t>f 7163/15001/12935 7156/14994/12930 7155/14995/12930</w:t>
        <w:br/>
        <w:t>f 7162/15002/12935 7163/15001/12935 7155/14995/12930</w:t>
        <w:br/>
        <w:t>f 7165/15003/12936 7164/15004/12936 7163/15001/12935</w:t>
        <w:br/>
        <w:t>f 7162/15002/12935 7165/15003/12936 7163/15001/12935</w:t>
        <w:br/>
        <w:t>f 7169/15005/12937 7168/15006/12938 7167/15007/12939</w:t>
        <w:br/>
        <w:t>f 7166/15008/12940 7169/15005/12937 7167/15007/12939</w:t>
        <w:br/>
        <w:t>f 7171/15009/12941 7170/15010/12941 7169/15005/12937</w:t>
        <w:br/>
        <w:t>f 7166/15008/12940 7171/15009/12941 7169/15005/12937</w:t>
        <w:br/>
        <w:t>f 7175/15011/12942 7174/15012/12943 7173/15013/12944</w:t>
        <w:br/>
        <w:t>f 7172/15014/12945 7175/15011/12942 7173/15013/12944</w:t>
        <w:br/>
        <w:t>f 7177/15015/12946 7176/15016/12947 7170/15010/12941</w:t>
        <w:br/>
        <w:t>f 7171/15009/12941 7177/15015/12946 7170/15010/12941</w:t>
        <w:br/>
        <w:t>f 7175/15011/12942 7178/15017/12948 7174/15012/12943</w:t>
        <w:br/>
        <w:t>f 7180/15018/12949 7178/15017/12948 7175/15011/12942</w:t>
        <w:br/>
        <w:t>f 7179/15019/12950 7180/15018/12949 7175/15011/12942</w:t>
        <w:br/>
        <w:t>f 7179/15019/12950 7181/15020/12951 7180/15018/12949</w:t>
        <w:br/>
        <w:t>f 7164/15004/12936 7165/15003/12936 7183/15021/12952</w:t>
        <w:br/>
        <w:t>f 7182/15022/12952 7164/15004/12936 7183/15021/12952</w:t>
        <w:br/>
        <w:t>f 7107/14946/12893 7185/15023/12953 7184/15024/12954</w:t>
        <w:br/>
        <w:t>f 7187/15025/12955 7186/15026/12955 7182/15022/12952</w:t>
        <w:br/>
        <w:t>f 7183/15021/12952 7187/15025/12955 7182/15022/12952</w:t>
        <w:br/>
        <w:t>f 7185/15023/12953 7107/14946/12893 7188/15027/12956</w:t>
        <w:br/>
        <w:t>f 7161/15000/12934 7107/14946/12893 7184/15024/12954</w:t>
        <w:br/>
        <w:t>f 7190/15028/12957 7167/15007/12939 7168/15006/12938</w:t>
        <w:br/>
        <w:t>f 7189/15029/12957 7190/15028/12957 7168/15006/12938</w:t>
        <w:br/>
        <w:t>f 7188/15027/12956 7107/14946/12893 7103/14944/12891</w:t>
        <w:br/>
        <w:t>f 7192/15030/12958 7191/15031/12958 7186/15026/12955</w:t>
        <w:br/>
        <w:t>f 7187/15025/12955 7192/15030/12958 7186/15026/12955</w:t>
        <w:br/>
        <w:t>f 7194/15032/12959 7193/15033/12959 7191/15031/12958</w:t>
        <w:br/>
        <w:t>f 7192/15030/12958 7194/15032/12959 7191/15031/12958</w:t>
        <w:br/>
        <w:t>f 7196/15034/12960 7195/15035/12961 7096/14936/12885</w:t>
        <w:br/>
        <w:t>f 7097/14935/12884 7196/15034/12960 7096/14936/12885</w:t>
        <w:br/>
        <w:t>f 7196/15034/12960 7097/14935/12884 7197/15036/12962</w:t>
        <w:br/>
        <w:t>f 7200/15037/12963 7199/15038/12964 7172/15014/12945</w:t>
        <w:br/>
        <w:t>f 7198/15039/12965 7200/15037/12963 7172/15014/12945</w:t>
        <w:br/>
        <w:t>f 7201/15040/12966 7199/15038/12964 7200/15037/12963</w:t>
        <w:br/>
        <w:t>f 7096/14936/12885 7195/15035/12961 7176/15016/12947</w:t>
        <w:br/>
        <w:t>f 7177/15015/12946 7096/14936/12885 7176/15016/12947</w:t>
        <w:br/>
        <w:t>f 7131/14969/12911 7197/15036/12962 7097/14935/12884</w:t>
        <w:br/>
        <w:t>f 7130/14970/12911 7131/14969/12911 7097/14935/12884</w:t>
        <w:br/>
        <w:t>f 7201/15040/12966 7203/15041/12967 7202/15042/12968</w:t>
        <w:br/>
        <w:t>f 7199/15038/12964 7201/15040/12966 7202/15042/12968</w:t>
        <w:br/>
        <w:t>f 7137/14976/12915 7205/15043/12969 7204/15044/12970</w:t>
        <w:br/>
        <w:t>f 7136/14977/12916 7137/14976/12915 7204/15044/12970</w:t>
        <w:br/>
        <w:t>f 7206/15045/12970 7202/15042/12968 7203/15041/12967</w:t>
        <w:br/>
        <w:t>f 7198/15039/12965 7172/15014/12945 7173/15013/12944</w:t>
        <w:br/>
        <w:t>f 7179/15019/12950 7208/15046/12971 7207/15047/12972</w:t>
        <w:br/>
        <w:t>f 7181/15020/12951 7179/15019/12950 7207/15047/12972</w:t>
        <w:br/>
        <w:t>f 7208/15046/12971 7209/15048/12973 7207/15047/12972</w:t>
        <w:br/>
        <w:t>f 7209/15048/12973 7208/15046/12971 7139/14979/12918</w:t>
        <w:br/>
        <w:t>f 7210/15049/12974 7209/15048/12973 7139/14979/12918</w:t>
        <w:br/>
        <w:t>f 7212/15050/12975 7211/15051/12976 7157/14998/12933</w:t>
        <w:br/>
        <w:t>f 7158/14997/12932 7212/15050/12975 7157/14998/12933</w:t>
        <w:br/>
        <w:t>f 7158/14997/12932 7213/15052/12977 7212/15050/12975</w:t>
        <w:br/>
        <w:t>f 7211/15051/12976 7134/14974/12913 7135/14973/12913</w:t>
        <w:br/>
        <w:t>f 7157/14998/12933 7211/15051/12976 7135/14973/12913</w:t>
        <w:br/>
        <w:t>f 7210/15049/12974 7139/14979/12918 7140/14978/12917</w:t>
        <w:br/>
        <w:t>f 7213/15052/12977 7158/14997/12932 7190/15028/12957</w:t>
        <w:br/>
        <w:t>f 7189/15029/12957 7213/15052/12977 7190/15028/12957</w:t>
        <w:br/>
        <w:t>f 7216/15053/12978 7215/15054/12979 7214/15055/12980</w:t>
        <w:br/>
        <w:t>f 7217/15056/12981 7216/15053/12978 7214/15055/12980</w:t>
        <w:br/>
        <w:t>f 7216/15053/12978 7219/15057/12982 7218/15058/12983</w:t>
        <w:br/>
        <w:t>f 7215/15054/12979 7216/15053/12978 7218/15058/12983</w:t>
        <w:br/>
        <w:t>f 7219/15057/12982 7221/15059/12984 7220/15060/12985</w:t>
        <w:br/>
        <w:t>f 7218/15058/12983 7219/15057/12982 7220/15060/12985</w:t>
        <w:br/>
        <w:t>f 7225/15061/12986 7224/15062/12987 7223/15063/12782</w:t>
        <w:br/>
        <w:t>f 7222/15064/12988 7225/15061/12986 7223/15063/12782</w:t>
        <w:br/>
        <w:t>f 7224/15062/12987 7227/15065/12989 7226/15066/12990</w:t>
        <w:br/>
        <w:t>f 7223/15063/12782 7224/15062/12987 7226/15066/12990</w:t>
        <w:br/>
        <w:t>f 7227/15065/12989 7229/15067/12991 7228/15068/12992</w:t>
        <w:br/>
        <w:t>f 7226/15066/12990 7227/15065/12989 7228/15068/12992</w:t>
        <w:br/>
        <w:t>f 7231/15069/12993 7230/15070/12994 7228/15068/12992</w:t>
        <w:br/>
        <w:t>f 7229/15067/12991 7231/15069/12993 7228/15068/12992</w:t>
        <w:br/>
        <w:t>f 7233/15071/12995 7232/15072/12996 7230/15070/12994</w:t>
        <w:br/>
        <w:t>f 7231/15069/12993 7233/15071/12995 7230/15070/12994</w:t>
        <w:br/>
        <w:t>f 7235/15073/12997 7234/15074/12998 7232/15072/12996</w:t>
        <w:br/>
        <w:t>f 7233/15071/12995 7235/15073/12997 7232/15072/12996</w:t>
        <w:br/>
        <w:t>f 7217/15056/12981 7214/15055/12980 7234/15074/12998</w:t>
        <w:br/>
        <w:t>f 7235/15073/12997 7217/15056/12981 7234/15074/12998</w:t>
        <w:br/>
        <w:t>f 7239/15075/12999 7238/15076/12999 7237/15077/13000</w:t>
        <w:br/>
        <w:t>f 7236/15078/13000 7239/15075/12999 7237/15077/13000</w:t>
        <w:br/>
        <w:t>f 7243/15079/13001 7242/15080/13001 7241/15081/13001</w:t>
        <w:br/>
        <w:t>f 7240/15082/13001 7243/15079/13001 7241/15081/13001</w:t>
        <w:br/>
        <w:t>f 7247/15083/13002 7246/15084/13003 7245/15085/13003</w:t>
        <w:br/>
        <w:t>f 7244/15086/13002 7247/15083/13002 7245/15085/13003</w:t>
        <w:br/>
        <w:t>f 7251/15087/13004 7250/15088/13005 7249/15089/13006</w:t>
        <w:br/>
        <w:t>f 7248/15090/13007 7251/15087/13004 7249/15089/13006</w:t>
        <w:br/>
        <w:t>f 7253/15091/13008 7252/15092/13008 7238/15076/12999</w:t>
        <w:br/>
        <w:t>f 7239/15075/12999 7253/15091/13008 7238/15076/12999</w:t>
        <w:br/>
        <w:t>f 7253/15091/13008 7254/15093/13006 7252/15092/13008</w:t>
        <w:br/>
        <w:t>f 7252/15092/13008 7254/15093/13006 7255/15094/13006</w:t>
        <w:br/>
        <w:t>f 7255/15094/13006 7254/15093/13006 7249/15089/13006</w:t>
        <w:br/>
        <w:t>f 7258/15095/13009 7257/15096/13009 7256/15097/13010</w:t>
        <w:br/>
        <w:t>f 7259/15098/13010 7258/15095/13009 7256/15097/13010</w:t>
        <w:br/>
        <w:t>f 7256/15097/13010 7261/15099/13011 7260/15100/13012</w:t>
        <w:br/>
        <w:t>f 7259/15098/13010 7256/15097/13010 7260/15100/13012</w:t>
        <w:br/>
        <w:t>f 7249/15089/13006 7254/15093/13006 7248/15090/13007</w:t>
        <w:br/>
        <w:t>f 7263/15101/13013 7248/15090/13007 7254/15093/13006</w:t>
        <w:br/>
        <w:t>f 7262/15102/13013 7263/15101/13013 7254/15093/13006</w:t>
        <w:br/>
        <w:t>f 7265/15103/13012 7264/15104/13014 7260/15100/13012</w:t>
        <w:br/>
        <w:t>f 7261/15099/13011 7265/15103/13012 7260/15100/13012</w:t>
        <w:br/>
        <w:t>f 7267/15105/13015 7266/15106/13015 7264/15104/13014</w:t>
        <w:br/>
        <w:t>f 7265/15103/13012 7267/15105/13015 7264/15104/13014</w:t>
        <w:br/>
        <w:t>f 7269/15107/13016 7268/15108/13016 7266/15106/13015</w:t>
        <w:br/>
        <w:t>f 7267/15105/13015 7269/15107/13016 7266/15106/13015</w:t>
        <w:br/>
        <w:t>f 7269/15107/13016 7271/15109/13017 7270/15110/13017</w:t>
        <w:br/>
        <w:t>f 7268/15108/13016 7269/15107/13016 7270/15110/13017</w:t>
        <w:br/>
        <w:t>f 7271/15109/13017 7273/15111/13018 7272/15112/13019</w:t>
        <w:br/>
        <w:t>f 7270/15110/13017 7271/15109/13017 7272/15112/13019</w:t>
        <w:br/>
        <w:t>f 7273/15111/13018 7275/15113/13018 7274/15114/13018</w:t>
        <w:br/>
        <w:t>f 7272/15112/13019 7273/15111/13018 7274/15114/13018</w:t>
        <w:br/>
        <w:t>f 7275/15113/13018 7277/15115/13020 7276/15116/13020</w:t>
        <w:br/>
        <w:t>f 7274/15114/13018 7275/15113/13018 7276/15116/13020</w:t>
        <w:br/>
        <w:t>f 7277/15115/13020 7279/15117/13021 7278/15118/13022</w:t>
        <w:br/>
        <w:t>f 7276/15116/13020 7277/15115/13020 7278/15118/13022</w:t>
        <w:br/>
        <w:t>f 7278/15118/13022 7279/15117/13021 7280/15119/13023</w:t>
        <w:br/>
        <w:t>f 7280/15119/13023 7279/15117/13021 7282/15120/13024</w:t>
        <w:br/>
        <w:t>f 7281/15121/13025 7280/15119/13023 7282/15120/13024</w:t>
        <w:br/>
        <w:t>f 7284/15122/13026 7263/15101/13013 7262/15102/13013</w:t>
        <w:br/>
        <w:t>f 7283/15123/13027 7284/15122/13026 7262/15102/13013</w:t>
        <w:br/>
        <w:t>f 7284/15122/13026 7283/15123/13027 7280/15119/13023</w:t>
        <w:br/>
        <w:t>f 7281/15121/13025 7284/15122/13026 7280/15119/13023</w:t>
        <w:br/>
        <w:t>f 7281/15121/13025 7282/15120/13024 7285/15124/13024</w:t>
        <w:br/>
        <w:t>f 7282/15120/13024 7287/15125/13028 7286/15126/13028</w:t>
        <w:br/>
        <w:t>f 7285/15124/13024 7282/15120/13024 7286/15126/13028</w:t>
        <w:br/>
        <w:t>f 7288/15127/13029 7286/15126/13028 7287/15125/13028</w:t>
        <w:br/>
        <w:t>f 7289/15128/13029 7288/15127/13029 7287/15125/13028</w:t>
        <w:br/>
        <w:t>f 7287/15125/13028 7290/15129/13029 7289/15128/13029</w:t>
        <w:br/>
        <w:t>f 7293/15130/13030 7292/15131/13031 7291/15132/13032</w:t>
        <w:br/>
        <w:t>f 7294/15133/13032 7293/15130/13030 7291/15132/13032</w:t>
        <w:br/>
        <w:t>f 7296/15134/13033 7295/15135/13034 7293/15130/13030</w:t>
        <w:br/>
        <w:t>f 7294/15133/13032 7296/15134/13033 7293/15130/13030</w:t>
        <w:br/>
        <w:t>f 7237/15077/13000 7298/15136/13035 7297/15137/13035</w:t>
        <w:br/>
        <w:t>f 7236/15078/13000 7237/15077/13000 7297/15137/13035</w:t>
        <w:br/>
        <w:t>f 7298/15136/13035 7300/15138/13035 7299/15139/13035</w:t>
        <w:br/>
        <w:t>f 7297/15137/13035 7298/15136/13035 7299/15139/13035</w:t>
        <w:br/>
        <w:t>f 7299/15139/13035 7300/15138/13035 7301/15140/13036</w:t>
        <w:br/>
        <w:t>f 7300/15138/13035 7302/15141/13036 7301/15140/13036</w:t>
        <w:br/>
        <w:t>f 7301/15140/13036 7302/15141/13036 7303/15142/13005</w:t>
        <w:br/>
        <w:t>f 7305/15143/13037 7295/15135/13034 7296/15134/13033</w:t>
        <w:br/>
        <w:t>f 7304/15144/13037 7305/15143/13037 7296/15134/13033</w:t>
        <w:br/>
        <w:t>f 7307/15145/13038 7305/15143/13037 7304/15144/13037</w:t>
        <w:br/>
        <w:t>f 7306/15146/13039 7307/15145/13038 7304/15144/13037</w:t>
        <w:br/>
        <w:t>f 7309/15147/13040 7307/15145/13038 7306/15146/13039</w:t>
        <w:br/>
        <w:t>f 7308/15148/13040 7309/15147/13040 7306/15146/13039</w:t>
        <w:br/>
        <w:t>f 7311/15149/13041 7310/15150/13042 7309/15147/13040</w:t>
        <w:br/>
        <w:t>f 7308/15148/13040 7311/15149/13041 7309/15147/13040</w:t>
        <w:br/>
        <w:t>f 7313/15151/13042 7312/15152/13042 7310/15150/13042</w:t>
        <w:br/>
        <w:t>f 7311/15149/13041 7313/15151/13042 7310/15150/13042</w:t>
        <w:br/>
        <w:t>f 7315/15153/13042 7314/15154/13043 7312/15152/13042</w:t>
        <w:br/>
        <w:t>f 7313/15151/13042 7315/15153/13042 7312/15152/13042</w:t>
        <w:br/>
        <w:t>f 7317/15155/13044 7316/15156/13045 7314/15154/13043</w:t>
        <w:br/>
        <w:t>f 7315/15153/13042 7317/15155/13044 7314/15154/13043</w:t>
        <w:br/>
        <w:t>f 7319/15157/13046 7318/15158/13047 7316/15156/13045</w:t>
        <w:br/>
        <w:t>f 7317/15155/13044 7319/15157/13046 7316/15156/13045</w:t>
        <w:br/>
        <w:t>f 7319/15157/13046 7320/15159/13047 7318/15158/13047</w:t>
        <w:br/>
        <w:t>f 7322/15160/13048 7318/15158/13047 7320/15159/13047</w:t>
        <w:br/>
        <w:t>f 7321/15161/13049 7322/15160/13048 7320/15159/13047</w:t>
        <w:br/>
        <w:t>f 7303/15142/13005 7250/15088/13005 7251/15087/13004</w:t>
        <w:br/>
        <w:t>f 7323/15162/13050 7303/15142/13005 7251/15087/13004</w:t>
        <w:br/>
        <w:t>f 7303/15142/13005 7323/15162/13050 7301/15140/13036</w:t>
        <w:br/>
        <w:t>f 7325/15163/13051 7324/15164/13051 7301/15140/13036</w:t>
        <w:br/>
        <w:t>f 7323/15162/13050 7325/15163/13051 7301/15140/13036</w:t>
        <w:br/>
        <w:t>f 7327/15165/13051 7326/15166/13051 7324/15164/13051</w:t>
        <w:br/>
        <w:t>f 7325/15163/13051 7327/15165/13051 7324/15164/13051</w:t>
        <w:br/>
        <w:t>f 7320/15159/13047 7326/15166/13051 7327/15165/13051</w:t>
        <w:br/>
        <w:t>f 7321/15161/13049 7320/15159/13047 7327/15165/13051</w:t>
        <w:br/>
        <w:t>f 7321/15161/13049 7328/15167/13052 7322/15160/13048</w:t>
        <w:br/>
        <w:t>f 7330/15168/13053 7329/15169/13054 7322/15160/13048</w:t>
        <w:br/>
        <w:t>f 7328/15167/13052 7330/15168/13053 7322/15160/13048</w:t>
        <w:br/>
        <w:t>f 7329/15169/13054 7330/15168/13053 7331/15170/13053</w:t>
        <w:br/>
        <w:t>f 7329/15169/13054 7331/15170/13053 7332/15171/13054</w:t>
        <w:br/>
        <w:t>f 7332/15171/13054 7333/15172/13054 7329/15169/13054</w:t>
        <w:br/>
        <w:t>f 7242/15080/13001 7335/15173/13003 7334/15174/13003</w:t>
        <w:br/>
        <w:t>f 7241/15081/13001 7242/15080/13001 7334/15174/13003</w:t>
        <w:br/>
        <w:t>f 7334/15174/13003 7335/15173/13003 7336/15175/13003</w:t>
        <w:br/>
        <w:t>f 7335/15173/13003 7337/15176/13003 7336/15175/13003</w:t>
        <w:br/>
        <w:t>f 7336/15175/13003 7337/15176/13003 7245/15085/13003</w:t>
        <w:br/>
        <w:t>f 7340/15177/13055 7339/15178/13055 7338/15179/13055</w:t>
        <w:br/>
        <w:t>f 7341/15180/13055 7340/15177/13055 7338/15179/13055</w:t>
        <w:br/>
        <w:t>f 7343/15181/13056 7342/15182/13056 7340/15177/13055</w:t>
        <w:br/>
        <w:t>f 7341/15180/13055 7343/15181/13056 7340/15177/13055</w:t>
        <w:br/>
        <w:t>f 7245/15085/13003 7246/15084/13003 7336/15175/13003</w:t>
        <w:br/>
        <w:t>f 7345/15183/13057 7344/15184/13057 7336/15175/13003</w:t>
        <w:br/>
        <w:t>f 7246/15084/13003 7345/15183/13057 7336/15175/13003</w:t>
        <w:br/>
        <w:t>f 7347/15185/13058 7342/15182/13056 7343/15181/13056</w:t>
        <w:br/>
        <w:t>f 7346/15186/13058 7347/15185/13058 7343/15181/13056</w:t>
        <w:br/>
        <w:t>f 7349/15187/13058 7347/15185/13058 7346/15186/13058</w:t>
        <w:br/>
        <w:t>f 7348/15188/13058 7349/15187/13058 7346/15186/13058</w:t>
        <w:br/>
        <w:t>f 7351/15189/13059 7349/15187/13058 7348/15188/13058</w:t>
        <w:br/>
        <w:t>f 7350/15190/13060 7351/15189/13059 7348/15188/13058</w:t>
        <w:br/>
        <w:t>f 7353/15191/13061 7352/15192/13061 7351/15189/13059</w:t>
        <w:br/>
        <w:t>f 7350/15190/13060 7353/15191/13061 7351/15189/13059</w:t>
        <w:br/>
        <w:t>f 7355/15193/13061 7354/15194/13061 7352/15192/13061</w:t>
        <w:br/>
        <w:t>f 7353/15191/13061 7355/15193/13061 7352/15192/13061</w:t>
        <w:br/>
        <w:t>f 7357/15195/13062 7356/15196/13062 7354/15194/13061</w:t>
        <w:br/>
        <w:t>f 7355/15193/13061 7357/15195/13062 7354/15194/13061</w:t>
        <w:br/>
        <w:t>f 7359/15197/13062 7358/15198/13062 7356/15196/13062</w:t>
        <w:br/>
        <w:t>f 7357/15195/13062 7359/15197/13062 7356/15196/13062</w:t>
        <w:br/>
        <w:t>f 7361/15199/13062 7360/15200/13062 7358/15198/13062</w:t>
        <w:br/>
        <w:t>f 7359/15197/13062 7361/15199/13062 7358/15198/13062</w:t>
        <w:br/>
        <w:t>f 7361/15199/13062 7362/15201/13063 7360/15200/13062</w:t>
        <w:br/>
        <w:t>f 7364/15202/13063 7363/15203/13064 7344/15184/13057</w:t>
        <w:br/>
        <w:t>f 7345/15183/13057 7364/15202/13063 7344/15184/13057</w:t>
        <w:br/>
        <w:t>f 7362/15201/13063 7363/15203/13064 7364/15202/13063</w:t>
        <w:br/>
        <w:t>f 7365/15204/13063 7362/15201/13063 7364/15202/13063</w:t>
        <w:br/>
        <w:t>f 7366/15205/13065 7360/15200/13062 7362/15201/13063</w:t>
        <w:br/>
        <w:t>f 7365/15204/13063 7366/15205/13065 7362/15201/13063</w:t>
        <w:br/>
        <w:t>f 7365/15204/13063 7367/15206/13063 7366/15205/13065</w:t>
        <w:br/>
        <w:t>f 7369/15207/13065 7368/15208/13065 7366/15205/13065</w:t>
        <w:br/>
        <w:t>f 7367/15206/13063 7369/15207/13065 7366/15205/13065</w:t>
        <w:br/>
        <w:t>f 7368/15208/13065 7369/15207/13065 7370/15209/13066</w:t>
        <w:br/>
        <w:t>f 7368/15208/13065 7370/15209/13066 7371/15210/13066</w:t>
        <w:br/>
        <w:t>f 7371/15210/13066 7372/15211/13066 7368/15208/13065</w:t>
        <w:br/>
        <w:t>f 7375/15212/13067 7374/15213/13067 7373/15214/13068</w:t>
        <w:br/>
        <w:t>f 7376/15215/13068 7375/15212/13067 7373/15214/13068</w:t>
        <w:br/>
        <w:t>f 7373/15214/13068 7378/15216/13069 7377/15217/13069</w:t>
        <w:br/>
        <w:t>f 7376/15215/13068 7373/15214/13068 7377/15217/13069</w:t>
        <w:br/>
        <w:t>f 7380/15218/13001 7379/15219/13001 7243/15079/13001</w:t>
        <w:br/>
        <w:t>f 7240/15082/13001 7380/15218/13001 7243/15079/13001</w:t>
        <w:br/>
        <w:t>f 7382/15220/13001 7381/15221/13001 7379/15219/13001</w:t>
        <w:br/>
        <w:t>f 7380/15218/13001 7382/15220/13001 7379/15219/13001</w:t>
        <w:br/>
        <w:t>f 7382/15220/13001 7383/15222/13001 7381/15221/13001</w:t>
        <w:br/>
        <w:t>f 7381/15221/13001 7383/15222/13001 7384/15223/13001</w:t>
        <w:br/>
        <w:t>f 7384/15223/13001 7383/15222/13001 7385/15224/13001</w:t>
        <w:br/>
        <w:t>f 7387/15225/13070 7386/15226/13071 7377/15217/13069</w:t>
        <w:br/>
        <w:t>f 7378/15216/13069 7387/15225/13070 7377/15217/13069</w:t>
        <w:br/>
        <w:t>f 7389/15227/13072 7388/15228/13072 7386/15226/13071</w:t>
        <w:br/>
        <w:t>f 7387/15225/13070 7389/15227/13072 7386/15226/13071</w:t>
        <w:br/>
        <w:t>f 7391/15229/13073 7390/15230/13073 7388/15228/13072</w:t>
        <w:br/>
        <w:t>f 7389/15227/13072 7391/15229/13073 7388/15228/13072</w:t>
        <w:br/>
        <w:t>f 7391/15229/13073 7393/15231/13074 7392/15232/13074</w:t>
        <w:br/>
        <w:t>f 7390/15230/13073 7391/15229/13073 7392/15232/13074</w:t>
        <w:br/>
        <w:t>f 7393/15231/13074 7395/15233/13074 7394/15234/13074</w:t>
        <w:br/>
        <w:t>f 7392/15232/13074 7393/15231/13074 7394/15234/13074</w:t>
        <w:br/>
        <w:t>f 7395/15233/13074 7397/15235/13075 7396/15236/13074</w:t>
        <w:br/>
        <w:t>f 7394/15234/13074 7395/15233/13074 7396/15236/13074</w:t>
        <w:br/>
        <w:t>f 7397/15235/13075 7399/15237/13076 7398/15238/13076</w:t>
        <w:br/>
        <w:t>f 7396/15236/13074 7397/15235/13075 7398/15238/13076</w:t>
        <w:br/>
        <w:t>f 7399/15237/13076 7401/15239/13077 7400/15240/13076</w:t>
        <w:br/>
        <w:t>f 7398/15238/13076 7399/15237/13076 7400/15240/13076</w:t>
        <w:br/>
        <w:t>f 7400/15240/13076 7401/15239/13077 7402/15241/13077</w:t>
        <w:br/>
        <w:t>f 7402/15241/13077 7401/15239/13077 7404/15242/13078</w:t>
        <w:br/>
        <w:t>f 7403/15243/13077 7402/15241/13077 7404/15242/13078</w:t>
        <w:br/>
        <w:t>f 7385/15224/13001 7405/15244/13002 7247/15083/13002</w:t>
        <w:br/>
        <w:t>f 7244/15086/13002 7385/15224/13001 7247/15083/13002</w:t>
        <w:br/>
        <w:t>f 7385/15224/13001 7383/15222/13001 7405/15244/13002</w:t>
        <w:br/>
        <w:t>f 7407/15245/13001 7405/15244/13002 7383/15222/13001</w:t>
        <w:br/>
        <w:t>f 7406/15246/13077 7407/15245/13001 7383/15222/13001</w:t>
        <w:br/>
        <w:t>f 7409/15247/13077 7407/15245/13001 7406/15246/13077</w:t>
        <w:br/>
        <w:t>f 7408/15248/13077 7409/15247/13077 7406/15246/13077</w:t>
        <w:br/>
        <w:t>f 7409/15247/13077 7408/15248/13077 7402/15241/13077</w:t>
        <w:br/>
        <w:t>f 7403/15243/13077 7409/15247/13077 7402/15241/13077</w:t>
        <w:br/>
        <w:t>f 7403/15243/13077 7404/15242/13078 7410/15249/13079</w:t>
        <w:br/>
        <w:t>f 7404/15242/13078 7412/15250/13079 7411/15251/13079</w:t>
        <w:br/>
        <w:t>f 7410/15249/13079 7404/15242/13078 7411/15251/13079</w:t>
        <w:br/>
        <w:t>f 7411/15251/13079 7412/15250/13079 7413/15252/13079</w:t>
        <w:br/>
        <w:t>f 7413/15252/13079 7412/15250/13079 7414/15253/13079</w:t>
        <w:br/>
        <w:t>f 7415/15254/13079 7413/15252/13079 7414/15253/13079</w:t>
        <w:br/>
        <w:t>f 7419/15255/13080 7418/15256/13081 7417/15257/13082</w:t>
        <w:br/>
        <w:t>f 7416/15258/13083 7419/15255/13080 7417/15257/13082</w:t>
        <w:br/>
        <w:t>f 7418/15256/13081 7419/15255/13080 7421/15259/13084</w:t>
        <w:br/>
        <w:t>f 7420/15260/13084 7418/15256/13081 7421/15259/13084</w:t>
        <w:br/>
        <w:t>f 7416/15258/13083 7417/15257/13082 7423/15261/13085</w:t>
        <w:br/>
        <w:t>f 7422/15262/13086 7416/15258/13083 7423/15261/13085</w:t>
        <w:br/>
        <w:t>f 7421/15259/13084 7425/15263/13087 7424/15264/13088</w:t>
        <w:br/>
        <w:t>f 7420/15260/13084 7421/15259/13084 7424/15264/13088</w:t>
        <w:br/>
        <w:t>f 7425/15263/13087 7427/15265/13089 7426/15266/13090</w:t>
        <w:br/>
        <w:t>f 7424/15264/13088 7425/15263/13087 7426/15266/13090</w:t>
        <w:br/>
        <w:t>f 7431/15267/13091 7430/15268/13092 7429/15269/13093</w:t>
        <w:br/>
        <w:t>f 7428/15270/13094 7431/15267/13091 7429/15269/13093</w:t>
        <w:br/>
        <w:t>f 7431/15267/13091 7433/15271/13095 7432/15272/13096</w:t>
        <w:br/>
        <w:t>f 7430/15268/13092 7431/15267/13091 7432/15272/13096</w:t>
        <w:br/>
        <w:t>f 7428/15270/13094 7429/15269/13093 7435/15273/13097</w:t>
        <w:br/>
        <w:t>f 7434/15274/13098 7428/15270/13094 7435/15273/13097</w:t>
        <w:br/>
        <w:t>f 7433/15271/13095 7437/15275/13099 7436/15276/13100</w:t>
        <w:br/>
        <w:t>f 7432/15272/13096 7433/15271/13095 7436/15276/13100</w:t>
        <w:br/>
        <w:t>f 7437/15275/13099 7439/15277/13101 7438/15278/13102</w:t>
        <w:br/>
        <w:t>f 7436/15276/13100 7437/15275/13099 7438/15278/13102</w:t>
        <w:br/>
        <w:t>f 7427/15265/13089 7441/15279/13103 7440/15280/13104</w:t>
        <w:br/>
        <w:t>f 7426/15266/13090 7427/15265/13089 7440/15280/13104</w:t>
        <w:br/>
        <w:t>f 7434/15274/13098 7435/15273/13097 7443/15281/13105</w:t>
        <w:br/>
        <w:t>f 7442/15282/13106 7434/15274/13098 7443/15281/13105</w:t>
        <w:br/>
        <w:t>f 7442/15282/13106 7443/15281/13105 7445/15283/13107</w:t>
        <w:br/>
        <w:t>f 7444/15284/13108 7442/15282/13106 7445/15283/13107</w:t>
        <w:br/>
        <w:t>f 7441/15279/13103 7447/15285/13109 7446/15286/13110</w:t>
        <w:br/>
        <w:t>f 7440/15280/13104 7441/15279/13103 7446/15286/13110</w:t>
        <w:br/>
        <w:t>f 7444/15284/13108 7445/15283/13107 7449/15287/13111</w:t>
        <w:br/>
        <w:t>f 7448/15288/13111 7444/15284/13108 7449/15287/13111</w:t>
        <w:br/>
        <w:t>f 7447/15285/13109 7451/15289/13112 7450/15290/13112</w:t>
        <w:br/>
        <w:t>f 7446/15286/13110 7447/15285/13109 7450/15290/13112</w:t>
        <w:br/>
        <w:t>f 7422/15262/13086 7423/15261/13085 7453/15291/13113</w:t>
        <w:br/>
        <w:t>f 7452/15292/13114 7422/15262/13086 7453/15291/13113</w:t>
        <w:br/>
        <w:t>f 7439/15277/13101 7455/15293/13115 7454/15294/13116</w:t>
        <w:br/>
        <w:t>f 7438/15278/13102 7439/15277/13101 7454/15294/13116</w:t>
        <w:br/>
        <w:t>f 7455/15293/13115 7457/15295/13117 7456/15296/13118</w:t>
        <w:br/>
        <w:t>f 7454/15294/13116 7455/15293/13115 7456/15296/13118</w:t>
        <w:br/>
        <w:t>f 7452/15292/13114 7453/15291/13113 7459/15297/13119</w:t>
        <w:br/>
        <w:t>f 7458/15298/13120 7452/15292/13114 7459/15297/13119</w:t>
        <w:br/>
        <w:t>f 7458/15298/13120 7459/15297/13119 7461/15299/13121</w:t>
        <w:br/>
        <w:t>f 7460/15300/13121 7458/15298/13120 7461/15299/13121</w:t>
        <w:br/>
        <w:t>f 7457/15295/13117 7463/15301/13122 7462/15302/13122</w:t>
        <w:br/>
        <w:t>f 7456/15296/13118 7457/15295/13117 7462/15302/13122</w:t>
        <w:br/>
        <w:t>f 7467/15303/13123 7466/15304/13123 7465/15305/13124</w:t>
        <w:br/>
        <w:t>f 7464/15306/13125 7467/15303/13123 7465/15305/13124</w:t>
        <w:br/>
        <w:t>f 7464/15306/13125 7465/15305/13124 7469/15307/13126</w:t>
        <w:br/>
        <w:t>f 7468/15308/13127 7464/15306/13125 7469/15307/13126</w:t>
        <w:br/>
        <w:t>f 7473/15309/13128 7472/15310/13128 7471/15311/13129</w:t>
        <w:br/>
        <w:t>f 7470/15312/13130 7473/15309/13128 7471/15311/13129</w:t>
        <w:br/>
        <w:t>f 7476/15313/13131 7475/15314/13132 7474/15315/13133</w:t>
        <w:br/>
        <w:t>f 7477/15316/13134 7476/15313/13131 7474/15315/13133</w:t>
        <w:br/>
        <w:t>f 7477/15316/13134 7479/15317/13135 7478/15318/13136</w:t>
        <w:br/>
        <w:t>f 7476/15313/13131 7477/15316/13134 7478/15318/13136</w:t>
        <w:br/>
        <w:t>f 7474/15315/13133 7475/15314/13132 7481/15319/13137</w:t>
        <w:br/>
        <w:t>f 7480/15320/13138 7474/15315/13133 7481/15319/13137</w:t>
        <w:br/>
        <w:t>f 7479/15317/13135 7483/15321/13139 7482/15322/13140</w:t>
        <w:br/>
        <w:t>f 7478/15318/13136 7479/15317/13135 7482/15322/13140</w:t>
        <w:br/>
        <w:t>f 7481/15319/13137 7485/15323/13141 7484/15324/13142</w:t>
        <w:br/>
        <w:t>f 7480/15320/13138 7481/15319/13137 7484/15324/13142</w:t>
        <w:br/>
        <w:t>f 7488/15325/13143 7487/15326/13144 7486/15327/13145</w:t>
        <w:br/>
        <w:t>f 7489/15328/13146 7488/15325/13143 7486/15327/13145</w:t>
        <w:br/>
        <w:t>f 7489/15328/13146 7470/15312/13130 7471/15311/13129</w:t>
        <w:br/>
        <w:t>f 7488/15325/13143 7489/15328/13146 7471/15311/13129</w:t>
        <w:br/>
        <w:t>f 7487/15326/13144 7484/15324/13142 7485/15323/13141</w:t>
        <w:br/>
        <w:t>f 7486/15327/13145 7487/15326/13144 7485/15323/13141</w:t>
        <w:br/>
        <w:t>f 7483/15321/13139 7491/15329/13147 7490/15330/13148</w:t>
        <w:br/>
        <w:t>f 7482/15322/13140 7483/15321/13139 7490/15330/13148</w:t>
        <w:br/>
        <w:t>f 7468/15308/13127 7469/15307/13126 7493/15331/13149</w:t>
        <w:br/>
        <w:t>f 7492/15332/13150 7468/15308/13127 7493/15331/13149</w:t>
        <w:br/>
        <w:t>f 7492/15332/13150 7493/15331/13149 7495/15333/13151</w:t>
        <w:br/>
        <w:t>f 7494/15334/13152 7492/15332/13150 7495/15333/13151</w:t>
        <w:br/>
        <w:t>f 7491/15329/13147 7497/15335/13153 7496/15336/13154</w:t>
        <w:br/>
        <w:t>f 7490/15330/13148 7491/15329/13147 7496/15336/13154</w:t>
        <w:br/>
        <w:t>f 7497/15335/13153 7499/15337/13155 7498/15338/13156</w:t>
        <w:br/>
        <w:t>f 7496/15336/13154 7497/15335/13153 7498/15338/13156</w:t>
        <w:br/>
        <w:t>f 7494/15334/13152 7495/15333/13151 7501/15339/13157</w:t>
        <w:br/>
        <w:t>f 7500/15340/13158 7494/15334/13152 7501/15339/13157</w:t>
        <w:br/>
        <w:t>f 7500/15340/13158 7501/15339/13157 7503/15341/13159</w:t>
        <w:br/>
        <w:t>f 7502/15342/13160 7500/15340/13158 7503/15341/13159</w:t>
        <w:br/>
        <w:t>f 7502/15342/13160 7503/15341/13159 7505/15343/13161</w:t>
        <w:br/>
        <w:t>f 7504/15344/13162 7502/15342/13160 7505/15343/13161</w:t>
        <w:br/>
        <w:t>f 7504/15344/13162 7505/15343/13161 7507/15345/13163</w:t>
        <w:br/>
        <w:t>f 7506/15346/13163 7504/15344/13162 7507/15345/13163</w:t>
        <w:br/>
        <w:t>f 7499/15337/13155 7509/15347/13164 7508/15348/13165</w:t>
        <w:br/>
        <w:t>f 7498/15338/13156 7499/15337/13155 7508/15348/13165</w:t>
        <w:br/>
        <w:t>f 7512/15349/13166 7511/15350/13167 7510/15351/13168</w:t>
        <w:br/>
        <w:t>f 7513/15352/13169 7512/15349/13166 7510/15351/13168</w:t>
        <w:br/>
        <w:t>f 7513/15352/13169 7515/15353/13170 7514/15354/13170</w:t>
        <w:br/>
        <w:t>f 7512/15349/13166 7513/15352/13169 7514/15354/13170</w:t>
        <w:br/>
        <w:t>f 7511/15350/13167 7517/15355/13171 7516/15356/13172</w:t>
        <w:br/>
        <w:t>f 7510/15351/13168 7511/15350/13167 7516/15356/13172</w:t>
        <w:br/>
        <w:t>f 7514/15354/13170 7515/15353/13170 7519/15357/13173</w:t>
        <w:br/>
        <w:t>f 7518/15358/13173 7514/15354/13170 7519/15357/13173</w:t>
        <w:br/>
        <w:t>f 7517/15355/13171 7521/15359/13174 7520/15360/13175</w:t>
        <w:br/>
        <w:t>f 7516/15356/13172 7517/15355/13171 7520/15360/13175</w:t>
        <w:br/>
        <w:t>f 7525/15361/13176 7524/15362/13177 7523/15363/13178</w:t>
        <w:br/>
        <w:t>f 7522/15364/13178 7525/15361/13176 7523/15363/13178</w:t>
        <w:br/>
        <w:t>f 7524/15362/13177 7525/15361/13176 7527/15365/13179</w:t>
        <w:br/>
        <w:t>f 7526/15366/13180 7524/15362/13177 7527/15365/13179</w:t>
        <w:br/>
        <w:t>f 7522/15364/13178 7523/15363/13178 7529/15367/13181</w:t>
        <w:br/>
        <w:t>f 7528/15368/13181 7522/15364/13178 7529/15367/13181</w:t>
        <w:br/>
        <w:t>f 7526/15366/13180 7527/15365/13179 7531/15369/13182</w:t>
        <w:br/>
        <w:t>f 7530/15370/13183 7526/15366/13180 7531/15369/13182</w:t>
        <w:br/>
        <w:t>f 7529/15367/13181 7533/15371/13184 7532/15372/13185</w:t>
        <w:br/>
        <w:t>f 7528/15368/13181 7529/15367/13181 7532/15372/13185</w:t>
        <w:br/>
        <w:t>f 7521/15359/13174 7535/15373/13186 7534/15374/13187</w:t>
        <w:br/>
        <w:t>f 7520/15360/13175 7521/15359/13174 7534/15374/13187</w:t>
        <w:br/>
        <w:t>f 7530/15370/13183 7531/15369/13182 7537/15375/13188</w:t>
        <w:br/>
        <w:t>f 7536/15376/13189 7530/15370/13183 7537/15375/13188</w:t>
        <w:br/>
        <w:t>f 7536/15376/13189 7537/15375/13188 7539/15377/13190</w:t>
        <w:br/>
        <w:t>f 7538/15378/13191 7536/15376/13189 7539/15377/13190</w:t>
        <w:br/>
        <w:t>f 7535/15373/13186 7541/15379/13192 7540/15380/13193</w:t>
        <w:br/>
        <w:t>f 7534/15374/13187 7535/15373/13186 7540/15380/13193</w:t>
        <w:br/>
        <w:t>f 7538/15378/13191 7539/15377/13190 7543/15381/13194</w:t>
        <w:br/>
        <w:t>f 7542/15382/13194 7538/15378/13191 7543/15381/13194</w:t>
        <w:br/>
        <w:t>f 7541/15379/13192 7545/15383/13195 7544/15384/13195</w:t>
        <w:br/>
        <w:t>f 7540/15380/13193 7541/15379/13192 7544/15384/13195</w:t>
        <w:br/>
        <w:t>f 7518/15358/13173 7519/15357/13173 7547/15385/13196</w:t>
        <w:br/>
        <w:t>f 7546/15386/13197 7518/15358/13173 7547/15385/13196</w:t>
        <w:br/>
        <w:t>f 7533/15371/13184 7549/15387/13198 7548/15388/13199</w:t>
        <w:br/>
        <w:t>f 7532/15372/13185 7533/15371/13184 7548/15388/13199</w:t>
        <w:br/>
        <w:t>f 7549/15387/13198 7551/15389/13200 7550/15390/13201</w:t>
        <w:br/>
        <w:t>f 7548/15388/13199 7549/15387/13198 7550/15390/13201</w:t>
        <w:br/>
        <w:t>f 7546/15386/13197 7547/15385/13196 7553/15391/13202</w:t>
        <w:br/>
        <w:t>f 7552/15392/13203 7546/15386/13197 7553/15391/13202</w:t>
        <w:br/>
        <w:t>f 7552/15392/13203 7553/15391/13202 7555/15393/13204</w:t>
        <w:br/>
        <w:t>f 7554/15394/13204 7552/15392/13203 7555/15393/13204</w:t>
        <w:br/>
        <w:t>f 7551/15389/13200 7557/15395/13205 7556/15396/13205</w:t>
        <w:br/>
        <w:t>f 7550/15390/13201 7551/15389/13200 7556/15396/13205</w:t>
        <w:br/>
        <w:t>f 7560/15397/13206 7559/15398/13207 7558/15399/13207</w:t>
        <w:br/>
        <w:t>f 7561/15400/13206 7560/15397/13206 7558/15399/13207</w:t>
        <w:br/>
        <w:t>f 7558/15399/13207 7559/15398/13207 7563/15401/13208</w:t>
        <w:br/>
        <w:t>f 7562/15402/13209 7558/15399/13207 7563/15401/13208</w:t>
        <w:br/>
        <w:t>f 7566/15403/13210 7565/15404/13211 7564/15405/13212</w:t>
        <w:br/>
        <w:t>f 7567/15406/13213 7566/15403/13210 7564/15405/13212</w:t>
        <w:br/>
        <w:t>f 7565/15404/13211 7569/15407/13214 7568/15408/13215</w:t>
        <w:br/>
        <w:t>f 7564/15405/13212 7565/15404/13211 7568/15408/13215</w:t>
        <w:br/>
        <w:t>f 7573/15409/13216 7572/15410/13217 7571/15411/13218</w:t>
        <w:br/>
        <w:t>f 7570/15412/13218 7573/15409/13216 7571/15411/13218</w:t>
        <w:br/>
        <w:t>f 7572/15410/13217 7573/15409/13216 7575/15413/13219</w:t>
        <w:br/>
        <w:t>f 7574/15414/13220 7572/15410/13217 7575/15413/13219</w:t>
        <w:br/>
        <w:t>f 7571/15411/13218 7508/15348/13165 7509/15347/13164</w:t>
        <w:br/>
        <w:t>f 7570/15412/13218 7571/15411/13218 7509/15347/13164</w:t>
        <w:br/>
        <w:t>f 7574/15414/13220 7575/15413/13219 7577/15415/13221</w:t>
        <w:br/>
        <w:t>f 7576/15416/13221 7574/15414/13220 7577/15415/13221</w:t>
        <w:br/>
        <w:t>f 7569/15407/13214 7579/15417/13222 7578/15418/13223</w:t>
        <w:br/>
        <w:t>f 7568/15408/13215 7569/15407/13214 7578/15418/13223</w:t>
        <w:br/>
        <w:t>f 7562/15402/13209 7563/15401/13208 7581/15419/13224</w:t>
        <w:br/>
        <w:t>f 7580/15420/13224 7562/15402/13209 7581/15419/13224</w:t>
        <w:br/>
        <w:t>f 7581/15419/13224 7506/15346/13163 7507/15345/13163</w:t>
        <w:br/>
        <w:t>f 7580/15420/13224 7581/15419/13224 7507/15345/13163</w:t>
        <w:br/>
        <w:t>f 7576/15416/13221 7577/15415/13221 7583/15421/13225</w:t>
        <w:br/>
        <w:t>f 7582/15422/13226 7576/15416/13221 7583/15421/13225</w:t>
        <w:br/>
        <w:t>f 7583/15421/13225 7578/15418/13223 7579/15417/13222</w:t>
        <w:br/>
        <w:t>f 7582/15422/13226 7583/15421/13225 7579/15417/13222</w:t>
        <w:br/>
        <w:t>f 7587/15423/13227 7586/15424/13228 7585/15425/13229</w:t>
        <w:br/>
        <w:t>f 7584/15426/13227 7587/15423/13227 7585/15425/13229</w:t>
        <w:br/>
        <w:t>f 7590/15427/13230 7589/15428/13231 7588/15429/13232</w:t>
        <w:br/>
        <w:t>f 7591/15430/13232 7590/15427/13230 7588/15429/13232</w:t>
        <w:br/>
        <w:t>f 7593/15431/13233 7592/15432/13233 7589/15428/13231</w:t>
        <w:br/>
        <w:t>f 7590/15427/13230 7593/15431/13233 7589/15428/13231</w:t>
        <w:br/>
        <w:t>f 7586/15424/13228 7595/15433/12782 7594/15434/12782</w:t>
        <w:br/>
        <w:t>f 7585/15425/13229 7586/15424/13228 7594/15434/12782</w:t>
        <w:br/>
        <w:t>f 7599/15435/13234 7598/15436/13235 7597/15437/13236</w:t>
        <w:br/>
        <w:t>f 7596/15438/13234 7599/15435/13234 7597/15437/13236</w:t>
        <w:br/>
        <w:t>f 7601/15439/13237 7600/15440/13238 7597/15437/13236</w:t>
        <w:br/>
        <w:t>f 7598/15436/13235 7601/15439/13237 7597/15437/13236</w:t>
        <w:br/>
        <w:t>f 7605/15441/13239 7604/15442/13240 7603/15443/13240</w:t>
        <w:br/>
        <w:t>f 7602/15444/13241 7605/15441/13239 7603/15443/13240</w:t>
        <w:br/>
        <w:t>f 7601/15439/13237 7607/15445/13242 7606/15446/13242</w:t>
        <w:br/>
        <w:t>f 7600/15440/13238 7601/15439/13237 7606/15446/13242</w:t>
        <w:br/>
        <w:t>f 7609/15447/13243 7605/15441/13239 7602/15444/13241</w:t>
        <w:br/>
        <w:t>f 7608/15448/13243 7609/15447/13243 7602/15444/13241</w:t>
        <w:br/>
        <w:t>f 7612/15449/13244 7611/15450/13245 7610/15451/13245</w:t>
        <w:br/>
        <w:t>f 7610/15451/13245 7611/15450/13245 7613/15452/13246</w:t>
        <w:br/>
        <w:t>f 7611/15450/13245 7614/15453/13247 7613/15452/13246</w:t>
        <w:br/>
        <w:t>f 7614/15453/13247 7615/15454/13248 7613/15452/13246</w:t>
        <w:br/>
        <w:t>f 7613/15452/13246 7615/15454/13248 7616/15455/13247</w:t>
        <w:br/>
        <w:t>f 7619/15456/13249 7618/15457/13250 7617/15458/13250</w:t>
        <w:br/>
        <w:t>f 7616/15455/13247 7615/15454/13248 7618/15457/13250</w:t>
        <w:br/>
        <w:t>f 7615/15454/13248 7617/15458/13250 7618/15457/13250</w:t>
        <w:br/>
        <w:t>f 7622/15459/13251 7621/15460/13251 7620/15461/13251</w:t>
        <w:br/>
        <w:t>f 7621/15460/13251 7623/15462/13252 7620/15461/13251</w:t>
        <w:br/>
        <w:t>f 7620/15461/13251 7623/15462/13252 7624/15463/13252</w:t>
        <w:br/>
        <w:t>f 7624/15463/13252 7623/15462/13252 7625/15464/13252</w:t>
        <w:br/>
        <w:t>f 7623/15462/13252 7626/15465/13252 7625/15464/13252</w:t>
        <w:br/>
        <w:t>f 7629/15466/13253 7628/15467/13253 7627/15468/13252</w:t>
        <w:br/>
        <w:t>f 7626/15465/13252 7627/15468/13252 7625/15464/13252</w:t>
        <w:br/>
        <w:t>f 7627/15468/13252 7628/15467/13253 7625/15464/13252</w:t>
        <w:br/>
        <w:t>f 7632/15469/13254 7631/15470/13255 7630/15471/13256</w:t>
        <w:br/>
        <w:t>f 7633/15472/13256 7632/15469/13254 7630/15471/13256</w:t>
        <w:br/>
        <w:t>f 7635/15473/13257 7634/15474/13257 7631/15470/13255</w:t>
        <w:br/>
        <w:t>f 7632/15469/13254 7635/15473/13257 7631/15470/13255</w:t>
        <w:br/>
        <w:t>f 7639/15475/13258 7638/15476/13259 7637/15477/13259</w:t>
        <w:br/>
        <w:t>f 7636/15478/13260 7639/15475/13258 7637/15477/13259</w:t>
        <w:br/>
        <w:t>f 7641/15479/12782 7639/15475/13258 7636/15478/13260</w:t>
        <w:br/>
        <w:t>f 7640/15480/12782 7641/15479/12782 7636/15478/13260</w:t>
        <w:br/>
        <w:t>f 7644/15481/13261 7643/15482/13261 7642/15483/13262</w:t>
        <w:br/>
        <w:t>f 7645/15484/13262 7644/15481/13261 7642/15483/13262</w:t>
        <w:br/>
        <w:t>f 7645/15484/13262 7642/15483/13262 7646/15485/13263</w:t>
        <w:br/>
        <w:t>f 7647/15486/13264 7645/15484/13262 7646/15485/13263</w:t>
        <w:br/>
        <w:t>f 7651/15487/13265 7650/15488/13266 7649/15489/13266</w:t>
        <w:br/>
        <w:t>f 7648/15490/13267 7651/15487/13265 7649/15489/13266</w:t>
        <w:br/>
        <w:t>f 7647/15486/13264 7646/15485/13263 7652/15491/13268</w:t>
        <w:br/>
        <w:t>f 7653/15492/13269 7647/15486/13264 7652/15491/13268</w:t>
        <w:br/>
        <w:t>f 7655/15493/13270 7651/15487/13265 7648/15490/13267</w:t>
        <w:br/>
        <w:t>f 7654/15494/13271 7655/15493/13270 7648/15490/13267</w:t>
        <w:br/>
        <w:t>f 7658/15495/13272 7657/15496/13273 7656/15497/13272</w:t>
        <w:br/>
        <w:t>f 7657/15496/13273 7659/15498/13274 7656/15497/13272</w:t>
        <w:br/>
        <w:t>f 7656/15497/13272 7659/15498/13274 7660/15499/13274</w:t>
        <w:br/>
        <w:t>f 7660/15499/13274 7659/15498/13274 7661/15500/13275</w:t>
        <w:br/>
        <w:t>f 7659/15498/13274 7662/15501/13276 7661/15500/13275</w:t>
        <w:br/>
        <w:t>f 7665/15502/13275 7664/15503/13277 7663/15504/13275</w:t>
        <w:br/>
        <w:t>f 7662/15501/13276 7663/15504/13275 7661/15500/13275</w:t>
        <w:br/>
        <w:t>f 7663/15504/13275 7664/15503/13277 7661/15500/13275</w:t>
        <w:br/>
        <w:t>f 7668/15505/13067 7667/15506/13067 7666/15507/13067</w:t>
        <w:br/>
        <w:t>f 7666/15507/13067 7667/15506/13067 7669/15508/13278</w:t>
        <w:br/>
        <w:t>f 7667/15506/13067 7670/15509/13278 7669/15508/13278</w:t>
        <w:br/>
        <w:t>f 7670/15509/13278 7671/15510/13278 7669/15508/13278</w:t>
        <w:br/>
        <w:t>f 7669/15508/13278 7671/15510/13278 7672/15511/13278</w:t>
        <w:br/>
        <w:t>f 7675/15512/13278 7674/15513/13278 7673/15514/13278</w:t>
        <w:br/>
        <w:t>f 7672/15511/13278 7671/15510/13278 7674/15513/13278</w:t>
        <w:br/>
        <w:t>f 7671/15510/13278 7673/15514/13278 7674/15513/13278</w:t>
        <w:br/>
        <w:t>f 10356/15515/13279 10355/15516/13279 10354/15517/13279</w:t>
        <w:br/>
        <w:t>f 10353/15518/13279 10356/15515/13279 10354/15517/13279</w:t>
        <w:br/>
        <w:t>f 10360/15519/13280 10359/15520/13279 10358/15521/13279</w:t>
        <w:br/>
        <w:t>f 10357/15522/13280 10360/15519/13280 10358/15521/13279</w:t>
        <w:br/>
        <w:t>f 10364/15523/13281 10363/15524/13281 10362/15525/13281</w:t>
        <w:br/>
        <w:t>f 10361/15526/13281 10364/15523/13281 10362/15525/13281</w:t>
        <w:br/>
        <w:t>f 10368/15527/13281 10367/15528/13282 10366/15529/13281</w:t>
        <w:br/>
        <w:t>f 10365/15530/13283 10368/15527/13281 10366/15529/13281</w:t>
        <w:br/>
        <w:t>f 10371/15531/13284 10370/15532/13285 10369/15533/13286</w:t>
        <w:br/>
        <w:t>f 10372/15534/13286 10371/15531/13284 10369/15533/13286</w:t>
        <w:br/>
        <w:t>f 10375/15535/13287 10374/15536/13288 10373/15537/13289</w:t>
        <w:br/>
        <w:t>f 10376/15538/13290 10375/15535/13287 10373/15537/13289</w:t>
        <w:br/>
        <w:t>f 10380/15539/13291 10379/15540/13292 10378/15541/13292</w:t>
        <w:br/>
        <w:t>f 10377/15542/13291 10380/15539/13291 10378/15541/13292</w:t>
        <w:br/>
        <w:t>f 10383/15543/13293 10382/15544/13293 10381/15545/13294</w:t>
        <w:br/>
        <w:t>f 10384/15546/13294 10383/15543/13293 10381/15545/13294</w:t>
        <w:br/>
        <w:t>f 10388/15547/13295 10387/15548/13296 10386/15549/13295</w:t>
        <w:br/>
        <w:t>f 10385/15550/13297 10388/15547/13295 10386/15549/13295</w:t>
        <w:br/>
        <w:t>f 10391/15551/13298 10390/15552/13299 10389/15553/13298</w:t>
        <w:br/>
        <w:t>f 10392/15554/13299 10391/15551/13298 10389/15553/13298</w:t>
        <w:br/>
        <w:t>f 10395/15555/13300 10394/15556/13301 10393/15557/13302</w:t>
        <w:br/>
        <w:t>f 10396/15558/13303 10395/15555/13300 10393/15557/13302</w:t>
        <w:br/>
        <w:t>f 10396/15558/13303 10393/15557/13302 10397/15559/13304</w:t>
        <w:br/>
        <w:t>f 10398/15560/13305 10396/15558/13303 10397/15559/13304</w:t>
        <w:br/>
        <w:t>f 10398/15560/13305 10397/15559/13304 10399/15561/13306</w:t>
        <w:br/>
        <w:t>f 10400/15562/13307 10398/15560/13305 10399/15561/13306</w:t>
        <w:br/>
        <w:t>f 10404/15563/13308 10403/15564/13309 10402/15565/13310</w:t>
        <w:br/>
        <w:t>f 10401/15566/13311 10404/15563/13308 10402/15565/13310</w:t>
        <w:br/>
        <w:t>f 10406/15567/13312 10403/15564/13309 10404/15563/13308</w:t>
        <w:br/>
        <w:t>f 10405/15568/13313 10406/15567/13312 10404/15563/13308</w:t>
        <w:br/>
        <w:t>f 10408/15569/13314 10406/15567/13312 10405/15568/13313</w:t>
        <w:br/>
        <w:t>f 10407/15570/13315 10408/15569/13314 10405/15568/13313</w:t>
        <w:br/>
        <w:t>f 10410/15571/13316 10408/15569/13314 10407/15570/13315</w:t>
        <w:br/>
        <w:t>f 10409/15572/13317 10410/15571/13316 10407/15570/13315</w:t>
        <w:br/>
        <w:t>f 10412/15573/13318 10410/15571/13316 10409/15572/13317</w:t>
        <w:br/>
        <w:t>f 10411/15574/13319 10412/15573/13318 10409/15572/13317</w:t>
        <w:br/>
        <w:t>f 10414/15575/13320 10412/15573/13318 10411/15574/13319</w:t>
        <w:br/>
        <w:t>f 10413/15576/13321 10414/15575/13320 10411/15574/13319</w:t>
        <w:br/>
        <w:t>f 10416/15577/13322 10414/15575/13320 10413/15576/13321</w:t>
        <w:br/>
        <w:t>f 10415/15578/13322 10416/15577/13322 10413/15576/13321</w:t>
        <w:br/>
        <w:t>f 10420/15579/13323 10419/15580/13324 10418/15581/13325</w:t>
        <w:br/>
        <w:t>f 10417/15582/13326 10420/15579/13323 10418/15581/13325</w:t>
        <w:br/>
        <w:t>f 10422/15583/13327 10420/15579/13323 10417/15582/13326</w:t>
        <w:br/>
        <w:t>f 10421/15584/13327 10422/15583/13327 10417/15582/13326</w:t>
        <w:br/>
        <w:t>f 10422/15583/13327 10421/15584/13327 10423/15585/13328</w:t>
        <w:br/>
        <w:t>f 10424/15586/13329 10422/15583/13327 10423/15585/13328</w:t>
        <w:br/>
        <w:t>f 10426/15587/13330 10425/15588/13331 10424/15586/13329</w:t>
        <w:br/>
        <w:t>f 10423/15585/13328 10426/15587/13330 10424/15586/13329</w:t>
        <w:br/>
        <w:t>f 10401/15566/13311 10402/15565/13310 10400/15562/13307</w:t>
        <w:br/>
        <w:t>f 10399/15561/13306 10401/15566/13311 10400/15562/13307</w:t>
        <w:br/>
        <w:t>f 10394/15556/13301 10395/15555/13300 10425/15588/13331</w:t>
        <w:br/>
        <w:t>f 10426/15587/13330 10394/15556/13301 10425/15588/13331</w:t>
        <w:br/>
        <w:t>f 10430/15589/13281 10429/15590/13281 10428/15591/13281</w:t>
        <w:br/>
        <w:t>f 10427/15592/13281 10430/15589/13281 10428/15591/13281</w:t>
        <w:br/>
        <w:t>f 10430/15589/13281 10427/15592/13281 10431/15593/13281</w:t>
        <w:br/>
        <w:t>f 10432/15594/13281 10430/15589/13281 10431/15593/13281</w:t>
        <w:br/>
        <w:t>f 10434/15595/13281 10432/15594/13281 10431/15593/13281</w:t>
        <w:br/>
        <w:t>f 10433/15596/13281 10434/15595/13281 10431/15593/13281</w:t>
        <w:br/>
        <w:t>f 10434/15595/13281 10433/15596/13281 10435/15597/13281</w:t>
        <w:br/>
        <w:t>f 10436/15598/13281 10434/15595/13281 10435/15597/13281</w:t>
        <w:br/>
        <w:t>f 10438/15599/13281 10436/15598/13281 10435/15597/13281</w:t>
        <w:br/>
        <w:t>f 10437/15600/13281 10438/15599/13281 10435/15597/13281</w:t>
        <w:br/>
        <w:t>f 10438/15599/13281 10437/15600/13281 10439/15601/13281</w:t>
        <w:br/>
        <w:t>f 10440/15602/13281 10438/15599/13281 10439/15601/13281</w:t>
        <w:br/>
        <w:t>f 10440/15602/13281 10439/15601/13281 10441/15603/13281</w:t>
        <w:br/>
        <w:t>f 10442/15604/13281 10440/15602/13281 10441/15603/13281</w:t>
        <w:br/>
        <w:t>f 10442/15604/13281 10441/15603/13281 10443/15605/13281</w:t>
        <w:br/>
        <w:t>f 10444/15606/13281 10442/15604/13281 10443/15605/13281</w:t>
        <w:br/>
        <w:t>f 10446/15607/13281 10444/15606/13281 10443/15605/13281</w:t>
        <w:br/>
        <w:t>f 10445/15608/13281 10446/15607/13281 10443/15605/13281</w:t>
        <w:br/>
        <w:t>f 10446/15607/13281 10445/15608/13281 10447/15609/13281</w:t>
        <w:br/>
        <w:t>f 10448/15610/13281 10446/15607/13281 10447/15609/13281</w:t>
        <w:br/>
        <w:t>f 10450/15611/13281 10448/15610/13281 10447/15609/13281</w:t>
        <w:br/>
        <w:t>f 10449/15612/13281 10450/15611/13281 10447/15609/13281</w:t>
        <w:br/>
        <w:t>f 10450/15611/13281 10449/15612/13281 10451/15613/13281</w:t>
        <w:br/>
        <w:t>f 10452/15614/13281 10450/15611/13281 10451/15613/13281</w:t>
        <w:br/>
        <w:t>f 10454/15615/13281 10452/15614/13281 10451/15613/13281</w:t>
        <w:br/>
        <w:t>f 10453/15616/13281 10454/15615/13281 10451/15613/13281</w:t>
        <w:br/>
        <w:t>f 10454/15615/13281 10453/15616/13281 10455/15617/13281</w:t>
        <w:br/>
        <w:t>f 10456/15618/13281 10454/15615/13281 10455/15617/13281</w:t>
        <w:br/>
        <w:t>f 10456/15618/13281 10455/15617/13281 10457/15619/13281</w:t>
        <w:br/>
        <w:t>f 10458/15620/13281 10456/15618/13281 10457/15619/13281</w:t>
        <w:br/>
        <w:t>f 10458/15620/13281 10457/15619/13281 10428/15591/13281</w:t>
        <w:br/>
        <w:t>f 10429/15590/13281 10458/15620/13281 10428/15591/13281</w:t>
        <w:br/>
        <w:t>f 10462/15621/13332 10461/15622/13333 10460/15623/13334</w:t>
        <w:br/>
        <w:t>f 10459/15624/13335 10462/15621/13332 10460/15623/13334</w:t>
        <w:br/>
        <w:t>f 10460/15623/13334 10461/15622/13333 10463/15625/13336</w:t>
        <w:br/>
        <w:t>f 10464/15626/13337 10460/15623/13334 10463/15625/13336</w:t>
        <w:br/>
        <w:t>f 10459/15624/13335 10460/15623/13334 10464/15626/13337</w:t>
        <w:br/>
        <w:t>f 10465/15627/13338 10459/15624/13335 10464/15626/13337</w:t>
        <w:br/>
        <w:t>f 10466/15628/13339 10464/15626/13337 10463/15625/13336</w:t>
        <w:br/>
        <w:t>f 10467/15629/13340 10465/15627/13338 10464/15626/13337</w:t>
        <w:br/>
        <w:t>f 10466/15628/13339 10467/15629/13340 10464/15626/13337</w:t>
        <w:br/>
        <w:t>f 10468/15630/13341 10466/15628/13339 10463/15625/13336</w:t>
        <w:br/>
        <w:t>f 10469/15631/13342 10467/15629/13340 10466/15628/13339</w:t>
        <w:br/>
        <w:t>f 10468/15630/13341 10469/15631/13342 10466/15628/13339</w:t>
        <w:br/>
        <w:t>f 10470/15632/13343 10468/15630/13341 10463/15625/13336</w:t>
        <w:br/>
        <w:t>f 10471/15633/13344 10469/15631/13342 10468/15630/13341</w:t>
        <w:br/>
        <w:t>f 10470/15632/13343 10471/15633/13344 10468/15630/13341</w:t>
        <w:br/>
        <w:t>f 10472/15634/13345 10470/15632/13343 10463/15625/13336</w:t>
        <w:br/>
        <w:t>f 10473/15635/13346 10471/15633/13344 10470/15632/13343</w:t>
        <w:br/>
        <w:t>f 10472/15634/13345 10473/15635/13346 10470/15632/13343</w:t>
        <w:br/>
        <w:t>f 10474/15636/13347 10472/15634/13345 10463/15625/13336</w:t>
        <w:br/>
        <w:t>f 10475/15637/13348 10473/15635/13346 10472/15634/13345</w:t>
        <w:br/>
        <w:t>f 10474/15636/13347 10475/15637/13348 10472/15634/13345</w:t>
        <w:br/>
        <w:t>f 10476/15638/13349 10474/15636/13347 10463/15625/13336</w:t>
        <w:br/>
        <w:t>f 10477/15639/13350 10475/15637/13348 10474/15636/13347</w:t>
        <w:br/>
        <w:t>f 10476/15638/13349 10477/15639/13350 10474/15636/13347</w:t>
        <w:br/>
        <w:t>f 10478/15640/13351 10476/15638/13349 10463/15625/13336</w:t>
        <w:br/>
        <w:t>f 10479/15641/13352 10477/15639/13350 10476/15638/13349</w:t>
        <w:br/>
        <w:t>f 10478/15640/13351 10479/15641/13352 10476/15638/13349</w:t>
        <w:br/>
        <w:t>f 10480/15642/13353 10478/15640/13351 10463/15625/13336</w:t>
        <w:br/>
        <w:t>f 10481/15643/13354 10479/15641/13352 10478/15640/13351</w:t>
        <w:br/>
        <w:t>f 10480/15642/13353 10481/15643/13354 10478/15640/13351</w:t>
        <w:br/>
        <w:t>f 10482/15644/13355 10480/15642/13353 10463/15625/13336</w:t>
        <w:br/>
        <w:t>f 10481/15643/13354 10480/15642/13353 10482/15644/13355</w:t>
        <w:br/>
        <w:t>f 10483/15645/13356 10481/15643/13354 10482/15644/13355</w:t>
        <w:br/>
        <w:t>f 10484/15646/13357 10482/15644/13355 10463/15625/13336</w:t>
        <w:br/>
        <w:t>f 10483/15645/13356 10482/15644/13355 10484/15646/13357</w:t>
        <w:br/>
        <w:t>f 10485/15647/13358 10483/15645/13356 10484/15646/13357</w:t>
        <w:br/>
        <w:t>f 10486/15648/13359 10484/15646/13357 10463/15625/13336</w:t>
        <w:br/>
        <w:t>f 10485/15647/13358 10484/15646/13357 10486/15648/13359</w:t>
        <w:br/>
        <w:t>f 10487/15649/13360 10485/15647/13358 10486/15648/13359</w:t>
        <w:br/>
        <w:t>f 10488/15650/13361 10486/15648/13359 10463/15625/13336</w:t>
        <w:br/>
        <w:t>f 10487/15649/13360 10486/15648/13359 10488/15650/13361</w:t>
        <w:br/>
        <w:t>f 10489/15651/13362 10487/15649/13360 10488/15650/13361</w:t>
        <w:br/>
        <w:t>f 10490/15652/13363 10488/15650/13361 10463/15625/13336</w:t>
        <w:br/>
        <w:t>f 10489/15651/13362 10488/15650/13361 10490/15652/13363</w:t>
        <w:br/>
        <w:t>f 10491/15653/13364 10489/15651/13362 10490/15652/13363</w:t>
        <w:br/>
        <w:t>f 10490/15652/13363 10463/15625/13336 10461/15622/13333</w:t>
        <w:br/>
        <w:t>f 10491/15653/13364 10490/15652/13363 10461/15622/13333</w:t>
        <w:br/>
        <w:t>f 10462/15621/13332 10491/15653/13364 10461/15622/13333</w:t>
        <w:br/>
        <w:t>f 10494/15654/13365 10493/15655/13365 10492/15656/13365</w:t>
        <w:br/>
        <w:t>f 10493/15655/13365 10495/15657/13365 10492/15656/13365</w:t>
        <w:br/>
        <w:t>f 10497/15658/13365 10496/15659/13365 10492/15656/13365</w:t>
        <w:br/>
        <w:t>f 10496/15659/13365 10498/15660/13365 10492/15656/13365</w:t>
        <w:br/>
        <w:t>f 10498/15660/13365 10499/15661/13366 10492/15656/13365</w:t>
        <w:br/>
        <w:t>f 10499/15661/13366 10500/15662/13365 10492/15656/13365</w:t>
        <w:br/>
        <w:t>f 10500/15662/13365 10501/15663/13365 10492/15656/13365</w:t>
        <w:br/>
        <w:t>f 10501/15663/13365 10502/15664/13365 10492/15656/13365</w:t>
        <w:br/>
        <w:t>f 10502/15664/13365 10503/15665/13365 10492/15656/13365</w:t>
        <w:br/>
        <w:t>f 10503/15665/13365 10504/15666/13365 10492/15656/13365</w:t>
        <w:br/>
        <w:t>f 10504/15666/13365 10505/15667/13365 10492/15656/13365</w:t>
        <w:br/>
        <w:t>f 10505/15667/13365 10506/15668/13365 10492/15656/13365</w:t>
        <w:br/>
        <w:t>f 10507/15669/13365 10497/15658/13365 10492/15656/13365</w:t>
        <w:br/>
        <w:t>f 10495/15657/13365 10507/15669/13365 10492/15656/13365</w:t>
        <w:br/>
        <w:t>f 10508/15670/13365 10494/15654/13365 10492/15656/13365</w:t>
        <w:br/>
        <w:t>f 10506/15668/13365 10508/15670/13365 10492/15656/13365</w:t>
        <w:br/>
        <w:t>f 10512/15671/13367 10511/15672/13367 10510/15673/13368</w:t>
        <w:br/>
        <w:t>f 10509/15674/13369 10512/15671/13367 10510/15673/13368</w:t>
        <w:br/>
        <w:t>f 10516/15675/13370 10515/15676/13371 10514/15677/13372</w:t>
        <w:br/>
        <w:t>f 10513/15678/13372 10516/15675/13370 10514/15677/13372</w:t>
        <w:br/>
        <w:t>f 10520/15679/13373 10519/15680/13373 10518/15681/13374</w:t>
        <w:br/>
        <w:t>f 10517/15682/13374 10520/15679/13373 10518/15681/13374</w:t>
        <w:br/>
        <w:t>f 10524/15683/13375 10523/15684/13376 10522/15685/13377</w:t>
        <w:br/>
        <w:t>f 10521/15686/13377 10524/15683/13375 10522/15685/13377</w:t>
        <w:br/>
        <w:t>f 10528/15687/13378 10527/15688/13379 10526/15689/13380</w:t>
        <w:br/>
        <w:t>f 10525/15690/13381 10528/15687/13378 10526/15689/13380</w:t>
        <w:br/>
        <w:t>f 10532/15691/13382 10531/15692/13383 10530/15693/13384</w:t>
        <w:br/>
        <w:t>f 10529/15694/13382 10532/15691/13382 10530/15693/13384</w:t>
        <w:br/>
        <w:t>f 10536/15695/13385 10535/15696/13386 10534/15697/13387</w:t>
        <w:br/>
        <w:t>f 10533/15698/13385 10536/15695/13385 10534/15697/13387</w:t>
        <w:br/>
        <w:t>f 10540/15699/13388 10539/15700/13389 10538/15701/13389</w:t>
        <w:br/>
        <w:t>f 10537/15702/13388 10540/15699/13388 10538/15701/13389</w:t>
        <w:br/>
        <w:t>f 10544/15703/13390 10543/15704/13391 10542/15705/13392</w:t>
        <w:br/>
        <w:t>f 10541/15706/13392 10544/15703/13390 10542/15705/13392</w:t>
        <w:br/>
        <w:t>f 10548/15707/13393 10547/15708/13394 10546/15709/13395</w:t>
        <w:br/>
        <w:t>f 10545/15710/13396 10548/15707/13393 10546/15709/13395</w:t>
        <w:br/>
        <w:t>f 10552/15711/13397 10551/15712/13398 10550/15713/13399</w:t>
        <w:br/>
        <w:t>f 10549/15714/13400 10552/15711/13397 10550/15713/13399</w:t>
        <w:br/>
        <w:t>f 10556/15715/13401 10555/15716/13401 10554/15717/13402</w:t>
        <w:br/>
        <w:t>f 10553/15718/13402 10556/15715/13401 10554/15717/13402</w:t>
        <w:br/>
        <w:t>f 10560/15719/13403 10559/15720/13403 10558/15721/13404</w:t>
        <w:br/>
        <w:t>f 10557/15722/13404 10560/15719/13403 10558/15721/13404</w:t>
        <w:br/>
        <w:t>f 10564/15723/13405 10563/15724/13405 10562/15725/13406</w:t>
        <w:br/>
        <w:t>f 10561/15726/13406 10564/15723/13405 10562/15725/13406</w:t>
        <w:br/>
        <w:t>f 10568/15727/13407 10567/15728/13408 10566/15729/13409</w:t>
        <w:br/>
        <w:t>f 10565/15730/13407 10568/15727/13407 10566/15729/13409</w:t>
        <w:br/>
        <w:t>f 10572/15731/13410 10571/15732/13411 10570/15733/13411</w:t>
        <w:br/>
        <w:t>f 10569/15734/13412 10572/15731/13410 10570/15733/13411</w:t>
        <w:br/>
        <w:t>f 10576/15735/13413 10575/15736/13414 10574/15737/13415</w:t>
        <w:br/>
        <w:t>f 10573/15738/13413 10576/15735/13413 10574/15737/13415</w:t>
        <w:br/>
        <w:t>f 10580/15739/13416 10579/15740/13417 10578/15741/13418</w:t>
        <w:br/>
        <w:t>f 10577/15742/13419 10580/15739/13416 10578/15741/13418</w:t>
        <w:br/>
        <w:t>f 10584/15743/13420 10583/15744/13421 10582/15745/13422</w:t>
        <w:br/>
        <w:t>f 10581/15746/13420 10584/15743/13420 10582/15745/13422</w:t>
        <w:br/>
        <w:t>f 10588/15747/13423 10587/15748/13424 10586/15749/13425</w:t>
        <w:br/>
        <w:t>f 10585/15750/13426 10588/15747/13423 10586/15749/13425</w:t>
        <w:br/>
        <w:t>f 10592/15751/13427 10591/15752/13427 10590/15753/13428</w:t>
        <w:br/>
        <w:t>f 10589/15754/13428 10592/15751/13427 10590/15753/13428</w:t>
        <w:br/>
        <w:t>f 10596/15755/13429 10595/15756/13430 10594/15757/13431</w:t>
        <w:br/>
        <w:t>f 10593/15758/13432 10596/15755/13429 10594/15757/13431</w:t>
        <w:br/>
        <w:t>f 10600/15759/13433 10599/15760/13434 10598/15761/13434</w:t>
        <w:br/>
        <w:t>f 10597/15762/13433 10600/15759/13433 10598/15761/13434</w:t>
        <w:br/>
        <w:t>f 10604/15763/13435 10603/15764/13436 10602/15765/13436</w:t>
        <w:br/>
        <w:t>f 10601/15766/13435 10604/15763/13435 10602/15765/13436</w:t>
        <w:br/>
        <w:t>f 10608/15767/13437 10607/15768/13437 10606/15769/13438</w:t>
        <w:br/>
        <w:t>f 10605/15770/13439 10608/15767/13437 10606/15769/13438</w:t>
        <w:br/>
        <w:t>f 10612/15771/13440 10611/15772/13441 10610/15773/13442</w:t>
        <w:br/>
        <w:t>f 10609/15774/13443 10612/15771/13440 10610/15773/13442</w:t>
        <w:br/>
        <w:t>f 10616/15775/13444 10615/15776/13444 10614/15777/13445</w:t>
        <w:br/>
        <w:t>f 10613/15778/13446 10616/15775/13444 10614/15777/13445</w:t>
        <w:br/>
        <w:t>f 10620/15779/13447 10619/15780/13448 10618/15781/13448</w:t>
        <w:br/>
        <w:t>f 10617/15782/13447 10620/15779/13447 10618/15781/13448</w:t>
        <w:br/>
        <w:t>f 10624/15783/13449 10623/15784/13450 10622/15785/13450</w:t>
        <w:br/>
        <w:t>f 10621/15786/13451 10624/15783/13449 10622/15785/13450</w:t>
        <w:br/>
        <w:t>f 10628/15787/13452 10627/15788/13453 10626/15789/13454</w:t>
        <w:br/>
        <w:t>f 10625/15790/13452 10628/15787/13452 10626/15789/13454</w:t>
        <w:br/>
        <w:t>f 10632/15791/13455 10631/15792/13456 10630/15793/13456</w:t>
        <w:br/>
        <w:t>f 10629/15794/13457 10632/15791/13455 10630/15793/13456</w:t>
        <w:br/>
        <w:t>f 10636/15795/13458 10635/15796/13458 10634/15797/13459</w:t>
        <w:br/>
        <w:t>f 10633/15798/13459 10636/15795/13458 10634/15797/13459</w:t>
        <w:br/>
        <w:t>f 10640/15799/13460 10639/15800/13461 10638/15801/13462</w:t>
        <w:br/>
        <w:t>f 10637/15802/13460 10640/15799/13460 10638/15801/13462</w:t>
        <w:br/>
        <w:t>f 10644/15803/13463 10643/15804/13463 10642/15805/13464</w:t>
        <w:br/>
        <w:t>f 10641/15806/13464 10644/15803/13463 10642/15805/13464</w:t>
        <w:br/>
        <w:t>f 10647/15807/13465 10646/15808/13466 10645/15809/13467</w:t>
        <w:br/>
        <w:t>f 10648/15810/13465 10647/15807/13465 10645/15809/13467</w:t>
        <w:br/>
        <w:t>f 10652/15811/13468 10651/15812/13469 10650/15813/13469</w:t>
        <w:br/>
        <w:t>f 10649/15814/13468 10652/15811/13468 10650/15813/13469</w:t>
        <w:br/>
        <w:t>f 10656/15815/13470 10655/15816/13470 10654/15817/13471</w:t>
        <w:br/>
        <w:t>f 10653/15818/13472 10656/15815/13470 10654/15817/13471</w:t>
        <w:br/>
        <w:t>f 10660/15819/13473 10659/15820/13474 10658/15821/13475</w:t>
        <w:br/>
        <w:t>f 10657/15822/13476 10660/15819/13473 10658/15821/13475</w:t>
        <w:br/>
        <w:t>f 10664/15823/13477 10663/15824/13478 10662/15825/13479</w:t>
        <w:br/>
        <w:t>f 10661/15826/13477 10664/15823/13477 10662/15825/13479</w:t>
        <w:br/>
        <w:t>f 10668/15827/13480 10667/15828/13481 10666/15829/13481</w:t>
        <w:br/>
        <w:t>f 10665/15830/13482 10668/15827/13480 10666/15829/13481</w:t>
        <w:br/>
        <w:t>f 10672/15831/13483 10671/15832/13484 10670/15833/13485</w:t>
        <w:br/>
        <w:t>f 10669/15834/13486 10672/15831/13483 10670/15833/13485</w:t>
        <w:br/>
        <w:t>f 10676/15835/13487 10675/15836/13488 10674/15837/13489</w:t>
        <w:br/>
        <w:t>f 10673/15838/13490 10676/15835/13487 10674/15837/13489</w:t>
        <w:br/>
        <w:t>f 10680/15839/13491 10679/15840/13492 10678/15841/13492</w:t>
        <w:br/>
        <w:t>f 10677/15842/13491 10680/15839/13491 10678/15841/13492</w:t>
        <w:br/>
        <w:t>f 10684/15843/13493 10683/15844/13494 10682/15845/13494</w:t>
        <w:br/>
        <w:t>f 10681/15846/13493 10684/15843/13493 10682/15845/13494</w:t>
        <w:br/>
        <w:t>f 10688/15847/13495 10687/15848/13496 10686/15849/13497</w:t>
        <w:br/>
        <w:t>f 10685/15850/13495 10688/15847/13495 10686/15849/13497</w:t>
        <w:br/>
        <w:t>f 10692/15851/13498 10691/15852/13499 10690/15853/13499</w:t>
        <w:br/>
        <w:t>f 10689/15854/13498 10692/15851/13498 10690/15853/13499</w:t>
        <w:br/>
        <w:t>f 10696/15855/13500 10695/15856/13501 10694/15857/13502</w:t>
        <w:br/>
        <w:t>f 10693/15858/13500 10696/15855/13500 10694/15857/13502</w:t>
        <w:br/>
        <w:t>f 10700/15859/13503 10699/15860/13504 10698/15861/13505</w:t>
        <w:br/>
        <w:t>f 10697/15862/13506 10700/15859/13503 10698/15861/13505</w:t>
        <w:br/>
        <w:t>f 10704/15863/13507 10703/15864/13507 10702/15865/13508</w:t>
        <w:br/>
        <w:t>f 10701/15866/13508 10704/15863/13507 10702/15865/13508</w:t>
        <w:br/>
        <w:t>f 10706/15867/13509 10703/15864/13507 10704/15863/13507</w:t>
        <w:br/>
        <w:t>f 10705/15868/13509 10706/15867/13509 10704/15863/13507</w:t>
        <w:br/>
        <w:t>f 10710/15869/13510 10709/15870/13511 10708/15871/13511</w:t>
        <w:br/>
        <w:t>f 10707/15872/13510 10710/15869/13510 10708/15871/13511</w:t>
        <w:br/>
        <w:t>f 10709/15870/13511 10712/15873/13512 10711/15874/13512</w:t>
        <w:br/>
        <w:t>f 10708/15871/13511 10709/15870/13511 10711/15874/13512</w:t>
        <w:br/>
        <w:t>f 10716/15875/13513 10715/15876/13513 10714/15877/13514</w:t>
        <w:br/>
        <w:t>f 10713/15878/13514 10716/15875/13513 10714/15877/13514</w:t>
        <w:br/>
        <w:t>f 10720/15879/13515 10719/15880/13515 10718/15881/13516</w:t>
        <w:br/>
        <w:t>f 10717/15882/13516 10720/15879/13515 10718/15881/13516</w:t>
        <w:br/>
        <w:t>f 10719/15880/13515 10720/15879/13515 10722/15883/13517</w:t>
        <w:br/>
        <w:t>f 10721/15884/13517 10719/15880/13515 10722/15883/13517</w:t>
        <w:br/>
        <w:t>f 10713/15878/13514 10714/15877/13514 10724/15885/13518</w:t>
        <w:br/>
        <w:t>f 10723/15886/13519 10713/15878/13514 10724/15885/13518</w:t>
        <w:br/>
        <w:t>f 10726/15887/13520 10725/15888/13520 10696/15855/13500</w:t>
        <w:br/>
        <w:t>f 10693/15858/13500 10726/15887/13520 10696/15855/13500</w:t>
        <w:br/>
        <w:t>f 10730/15889/13521 10729/15890/13522 10728/15891/13522</w:t>
        <w:br/>
        <w:t>f 10727/15892/13523 10730/15889/13521 10728/15891/13522</w:t>
        <w:br/>
        <w:t>f 10734/15893/13524 10733/15894/13525 10732/15895/13525</w:t>
        <w:br/>
        <w:t>f 10731/15896/13526 10734/15893/13524 10732/15895/13525</w:t>
        <w:br/>
        <w:t>f 10736/15897/13527 10735/15898/13527 10732/15895/13525</w:t>
        <w:br/>
        <w:t>f 10733/15894/13525 10736/15897/13527 10732/15895/13525</w:t>
        <w:br/>
        <w:t>f 10738/15899/13528 10734/15893/13524 10731/15896/13526</w:t>
        <w:br/>
        <w:t>f 10737/15900/13528 10738/15899/13528 10731/15896/13526</w:t>
        <w:br/>
        <w:t>f 10740/15901/13529 10739/15902/13529 10711/15874/13512</w:t>
        <w:br/>
        <w:t>f 10712/15873/13512 10740/15901/13529 10711/15874/13512</w:t>
        <w:br/>
        <w:t>f 10742/15903/13530 10741/15904/13531 10715/15876/13513</w:t>
        <w:br/>
        <w:t>f 10716/15875/13513 10742/15903/13530 10715/15876/13513</w:t>
        <w:br/>
        <w:t>f 10746/15905/13532 10745/15906/13532 10744/15907/13533</w:t>
        <w:br/>
        <w:t>f 10743/15908/13533 10746/15905/13532 10744/15907/13533</w:t>
        <w:br/>
        <w:t>f 10743/15908/13533 10744/15907/13533 10717/15882/13516</w:t>
        <w:br/>
        <w:t>f 10718/15881/13516 10743/15908/13533 10717/15882/13516</w:t>
        <w:br/>
        <w:t>f 10741/15904/13531 10742/15903/13530 10748/15909/13534</w:t>
        <w:br/>
        <w:t>f 10747/15910/13534 10741/15904/13531 10748/15909/13534</w:t>
        <w:br/>
        <w:t>f 10729/15890/13522 10750/15911/13535 10749/15912/13535</w:t>
        <w:br/>
        <w:t>f 10728/15891/13522 10729/15890/13522 10749/15912/13535</w:t>
        <w:br/>
        <w:t>f 10697/15862/13506 10698/15861/13505 10752/15913/13536</w:t>
        <w:br/>
        <w:t>f 10751/15914/13536 10697/15862/13506 10752/15913/13536</w:t>
        <w:br/>
        <w:t>f 10756/15915/13537 10755/15916/13538 10754/15917/13539</w:t>
        <w:br/>
        <w:t>f 10753/15918/13537 10756/15915/13537 10754/15917/13539</w:t>
        <w:br/>
        <w:t>f 10760/15919/13540 10759/15920/13541 10758/15921/13541</w:t>
        <w:br/>
        <w:t>f 10757/15922/13542 10760/15919/13540 10758/15921/13541</w:t>
        <w:br/>
        <w:t>f 10760/15919/13540 10757/15922/13542 10762/15923/13543</w:t>
        <w:br/>
        <w:t>f 10761/15924/13543 10760/15919/13540 10762/15923/13543</w:t>
        <w:br/>
        <w:t>f 10753/15918/13537 10764/15925/13544 10763/15926/13544</w:t>
        <w:br/>
        <w:t>f 10756/15915/13537 10753/15918/13537 10763/15926/13544</w:t>
        <w:br/>
        <w:t>f 10766/15927/13545 10664/15823/13477 10661/15826/13477</w:t>
        <w:br/>
        <w:t>f 10765/15928/13545 10766/15927/13545 10661/15826/13477</w:t>
        <w:br/>
        <w:t>f 10770/15929/13546 10769/15930/13547 10768/15931/13548</w:t>
        <w:br/>
        <w:t>f 10767/15932/13546 10770/15929/13546 10768/15931/13548</w:t>
        <w:br/>
        <w:t>f 10740/15901/13529 10772/15933/13549 10771/15934/13550</w:t>
        <w:br/>
        <w:t>f 10739/15902/13529 10740/15901/13529 10771/15934/13550</w:t>
        <w:br/>
        <w:t>f 10737/15900/13528 10770/15929/13546 10767/15932/13546</w:t>
        <w:br/>
        <w:t>f 10738/15899/13528 10737/15900/13528 10767/15932/13546</w:t>
        <w:br/>
        <w:t>f 10772/15933/13549 10774/15935/13551 10773/15936/13552</w:t>
        <w:br/>
        <w:t>f 10771/15934/13550 10772/15933/13549 10773/15936/13552</w:t>
        <w:br/>
        <w:t>f 10776/15937/13553 10775/15938/13553 10745/15906/13532</w:t>
        <w:br/>
        <w:t>f 10746/15905/13532 10776/15937/13553 10745/15906/13532</w:t>
        <w:br/>
        <w:t>f 10668/15827/13480 10665/15830/13482 10778/15939/13554</w:t>
        <w:br/>
        <w:t>f 10777/15940/13554 10668/15827/13480 10778/15939/13554</w:t>
        <w:br/>
        <w:t>f 10747/15910/13534 10748/15909/13534 10780/15941/13555</w:t>
        <w:br/>
        <w:t>f 10779/15942/13555 10747/15910/13534 10780/15941/13555</w:t>
        <w:br/>
        <w:t>f 10557/15722/13404 10558/15721/13404 10547/15708/13394</w:t>
        <w:br/>
        <w:t>f 10548/15707/13393 10557/15722/13404 10547/15708/13394</w:t>
        <w:br/>
        <w:t>f 10549/15714/13400 10692/15851/13498 10689/15854/13498</w:t>
        <w:br/>
        <w:t>f 10552/15711/13397 10549/15714/13400 10689/15854/13498</w:t>
        <w:br/>
        <w:t>f 10687/15848/13496 10532/15691/13382 10529/15694/13382</w:t>
        <w:br/>
        <w:t>f 10686/15849/13497 10687/15848/13496 10529/15694/13382</w:t>
        <w:br/>
        <w:t>f 10553/15718/13402 10554/15717/13402 10563/15724/13405</w:t>
        <w:br/>
        <w:t>f 10564/15723/13405 10553/15718/13402 10563/15724/13405</w:t>
        <w:br/>
        <w:t>f 10561/15726/13406 10562/15725/13406 10523/15684/13376</w:t>
        <w:br/>
        <w:t>f 10524/15683/13375 10561/15726/13406 10523/15684/13376</w:t>
        <w:br/>
        <w:t>f 10543/15704/13391 10544/15703/13390 10545/15710/13396</w:t>
        <w:br/>
        <w:t>f 10546/15709/13395 10543/15704/13391 10545/15710/13396</w:t>
        <w:br/>
        <w:t>f 10551/15712/13398 10536/15695/13385 10533/15698/13385</w:t>
        <w:br/>
        <w:t>f 10550/15713/13399 10551/15712/13398 10533/15698/13385</w:t>
        <w:br/>
        <w:t>f 10531/15692/13383 10528/15687/13378 10525/15690/13381</w:t>
        <w:br/>
        <w:t>f 10530/15693/13384 10531/15692/13383 10525/15690/13381</w:t>
        <w:br/>
        <w:t>f 10541/15706/13392 10542/15705/13392 10782/15943/13556</w:t>
        <w:br/>
        <w:t>f 10781/15944/13556 10541/15706/13392 10782/15943/13556</w:t>
        <w:br/>
        <w:t>f 10535/15696/13386 10784/15945/13557 10783/15946/13557</w:t>
        <w:br/>
        <w:t>f 10534/15697/13387 10535/15696/13386 10783/15946/13557</w:t>
        <w:br/>
        <w:t>f 10526/15689/13380 10527/15688/13379 10785/15947/13558</w:t>
        <w:br/>
        <w:t>f 10786/15948/13559 10526/15689/13380 10785/15947/13558</w:t>
        <w:br/>
        <w:t>f 10521/15686/13377 10522/15685/13377 10788/15949/13560</w:t>
        <w:br/>
        <w:t>f 10787/15950/13560 10521/15686/13377 10788/15949/13560</w:t>
        <w:br/>
        <w:t>f 10786/15948/13559 10785/15947/13558 10587/15748/13424</w:t>
        <w:br/>
        <w:t>f 10588/15747/13423 10786/15948/13559 10587/15748/13424</w:t>
        <w:br/>
        <w:t>f 10539/15700/13389 10783/15946/13557 10784/15945/13557</w:t>
        <w:br/>
        <w:t>f 10538/15701/13389 10539/15700/13389 10784/15945/13557</w:t>
        <w:br/>
        <w:t>f 10565/15730/13407 10781/15944/13556 10782/15943/13556</w:t>
        <w:br/>
        <w:t>f 10568/15727/13407 10565/15730/13407 10782/15943/13556</w:t>
        <w:br/>
        <w:t>f 10517/15682/13374 10518/15681/13374 10787/15950/13560</w:t>
        <w:br/>
        <w:t>f 10788/15949/13560 10517/15682/13374 10787/15950/13560</w:t>
        <w:br/>
        <w:t>f 10585/15750/13426 10586/15749/13425 10591/15752/13427</w:t>
        <w:br/>
        <w:t>f 10592/15751/13427 10585/15750/13426 10591/15752/13427</w:t>
        <w:br/>
        <w:t>f 10537/15702/13388 10572/15731/13410 10569/15734/13412</w:t>
        <w:br/>
        <w:t>f 10540/15699/13388 10537/15702/13388 10569/15734/13412</w:t>
        <w:br/>
        <w:t>f 10567/15728/13408 10576/15735/13413 10573/15738/13413</w:t>
        <w:br/>
        <w:t>f 10566/15729/13409 10567/15728/13408 10573/15738/13413</w:t>
        <w:br/>
        <w:t>f 10513/15678/13372 10514/15677/13372 10519/15680/13373</w:t>
        <w:br/>
        <w:t>f 10520/15679/13373 10513/15678/13372 10519/15680/13373</w:t>
        <w:br/>
        <w:t>f 10683/15844/13494 10680/15839/13491 10677/15842/13491</w:t>
        <w:br/>
        <w:t>f 10682/15845/13494 10683/15844/13494 10677/15842/13491</w:t>
        <w:br/>
        <w:t>f 10609/15774/13443 10610/15773/13442 10613/15778/13446</w:t>
        <w:br/>
        <w:t>f 10614/15777/13445 10609/15774/13443 10613/15778/13446</w:t>
        <w:br/>
        <w:t>f 10673/15838/13490 10674/15837/13489 10605/15770/13439</w:t>
        <w:br/>
        <w:t>f 10606/15769/13438 10673/15838/13490 10605/15770/13439</w:t>
        <w:br/>
        <w:t>f 10603/15764/13436 10600/15759/13433 10597/15762/13433</w:t>
        <w:br/>
        <w:t>f 10602/15765/13436 10603/15764/13436 10597/15762/13433</w:t>
        <w:br/>
        <w:t>f 10675/15836/13488 10676/15835/13487 10669/15834/13486</w:t>
        <w:br/>
        <w:t>f 10670/15833/13485 10675/15836/13488 10669/15834/13486</w:t>
        <w:br/>
        <w:t>f 10654/15817/13471 10604/15763/13435 10601/15766/13435</w:t>
        <w:br/>
        <w:t>f 10653/15818/13472 10654/15817/13471 10601/15766/13435</w:t>
        <w:br/>
        <w:t>f 10681/15846/13493 10652/15811/13468 10649/15814/13468</w:t>
        <w:br/>
        <w:t>f 10684/15843/13493 10681/15846/13493 10649/15814/13468</w:t>
        <w:br/>
        <w:t>f 10615/15776/13444 10616/15775/13444 10618/15781/13448</w:t>
        <w:br/>
        <w:t>f 10619/15780/13448 10615/15776/13444 10618/15781/13448</w:t>
        <w:br/>
        <w:t>f 10671/15832/13484 10672/15831/13483 10645/15809/13467</w:t>
        <w:br/>
        <w:t>f 10646/15808/13466 10671/15832/13484 10645/15809/13467</w:t>
        <w:br/>
        <w:t>f 10655/15816/13470 10656/15815/13470 10635/15796/13458</w:t>
        <w:br/>
        <w:t>f 10636/15795/13458 10655/15816/13470 10635/15796/13458</w:t>
        <w:br/>
        <w:t>f 10651/15812/13469 10632/15791/13455 10629/15794/13457</w:t>
        <w:br/>
        <w:t>f 10650/15813/13469 10651/15812/13469 10629/15794/13457</w:t>
        <w:br/>
        <w:t>f 10623/15784/13450 10620/15779/13447 10617/15782/13447</w:t>
        <w:br/>
        <w:t>f 10622/15785/13450 10623/15784/13450 10617/15782/13447</w:t>
        <w:br/>
        <w:t>f 10648/15810/13465 10640/15799/13460 10637/15802/13460</w:t>
        <w:br/>
        <w:t>f 10647/15807/13465 10648/15810/13465 10637/15802/13460</w:t>
        <w:br/>
        <w:t>f 10633/15798/13459 10634/15797/13459 10641/15806/13464</w:t>
        <w:br/>
        <w:t>f 10642/15805/13464 10633/15798/13459 10641/15806/13464</w:t>
        <w:br/>
        <w:t>f 10658/15821/13475 10630/15793/13456 10631/15792/13456</w:t>
        <w:br/>
        <w:t>f 10657/15822/13476 10658/15821/13475 10631/15792/13456</w:t>
        <w:br/>
        <w:t>f 10627/15788/13453 10624/15783/13449 10621/15786/13451</w:t>
        <w:br/>
        <w:t>f 10626/15789/13454 10627/15788/13453 10621/15786/13451</w:t>
        <w:br/>
        <w:t>f 10667/15828/13481 10628/15787/13452 10625/15790/13452</w:t>
        <w:br/>
        <w:t>f 10666/15829/13481 10667/15828/13481 10625/15790/13452</w:t>
        <w:br/>
        <w:t>f 10759/15920/13541 10638/15801/13462 10639/15800/13461</w:t>
        <w:br/>
        <w:t>f 10758/15921/13541 10759/15920/13541 10639/15800/13461</w:t>
        <w:br/>
        <w:t>f 10754/15917/13539 10755/15916/13538 10643/15804/13463</w:t>
        <w:br/>
        <w:t>f 10644/15803/13463 10754/15917/13539 10643/15804/13463</w:t>
        <w:br/>
        <w:t>f 10663/15824/13478 10659/15820/13474 10660/15819/13473</w:t>
        <w:br/>
        <w:t>f 10662/15825/13479 10663/15824/13478 10660/15819/13473</w:t>
        <w:br/>
        <w:t>f 10777/15940/13554 10778/15939/13554 10790/15951/13561</w:t>
        <w:br/>
        <w:t>f 10789/15952/13561 10777/15940/13554 10790/15951/13561</w:t>
        <w:br/>
        <w:t>f 10765/15928/13545 10792/15953/13562 10791/15954/13562</w:t>
        <w:br/>
        <w:t>f 10766/15927/13545 10765/15928/13545 10791/15954/13562</w:t>
        <w:br/>
        <w:t>f 10764/15925/13544 10794/15955/13563 10793/15956/13563</w:t>
        <w:br/>
        <w:t>f 10763/15926/13544 10764/15925/13544 10793/15956/13563</w:t>
        <w:br/>
        <w:t>f 10761/15924/13543 10762/15923/13543 10796/15957/13564</w:t>
        <w:br/>
        <w:t>f 10795/15958/13564 10761/15924/13543 10796/15957/13564</w:t>
        <w:br/>
        <w:t>f 10789/15952/13561 10790/15951/13561 10775/15938/13553</w:t>
        <w:br/>
        <w:t>f 10776/15937/13553 10789/15952/13561 10775/15938/13553</w:t>
        <w:br/>
        <w:t>f 10795/15958/13564 10796/15957/13564 10779/15942/13555</w:t>
        <w:br/>
        <w:t>f 10780/15941/13555 10795/15958/13564 10779/15942/13555</w:t>
        <w:br/>
        <w:t>f 10774/15935/13551 10793/15956/13563 10794/15955/13563</w:t>
        <w:br/>
        <w:t>f 10773/15936/13552 10774/15935/13551 10794/15955/13563</w:t>
        <w:br/>
        <w:t>f 10792/15953/13562 10768/15931/13548 10769/15930/13547</w:t>
        <w:br/>
        <w:t>f 10791/15954/13562 10792/15953/13562 10769/15930/13547</w:t>
        <w:br/>
        <w:t>f 10751/15914/13536 10752/15913/13536 10688/15847/13495</w:t>
        <w:br/>
        <w:t>f 10685/15850/13495 10751/15914/13536 10688/15847/13495</w:t>
        <w:br/>
        <w:t>f 10555/15716/13401 10556/15715/13401 10701/15866/13508</w:t>
        <w:br/>
        <w:t>f 10702/15865/13508 10555/15716/13401 10701/15866/13508</w:t>
        <w:br/>
        <w:t>f 10750/15911/13535 10559/15720/13403 10560/15719/13403</w:t>
        <w:br/>
        <w:t>f 10749/15912/13535 10750/15911/13535 10560/15719/13403</w:t>
        <w:br/>
        <w:t>f 10695/15856/13501 10690/15853/13499 10691/15852/13499</w:t>
        <w:br/>
        <w:t>f 10694/15857/13502 10695/15856/13501 10691/15852/13499</w:t>
        <w:br/>
        <w:t>f 10705/15868/13509 10710/15869/13510 10707/15872/13510</w:t>
        <w:br/>
        <w:t>f 10706/15867/13509 10705/15868/13509 10707/15872/13510</w:t>
        <w:br/>
        <w:t>f 10723/15886/13519 10724/15885/13518 10730/15889/13521</w:t>
        <w:br/>
        <w:t>f 10727/15892/13523 10723/15886/13519 10730/15889/13521</w:t>
        <w:br/>
        <w:t>f 10721/15884/13517 10722/15883/13517 10725/15888/13520</w:t>
        <w:br/>
        <w:t>f 10726/15887/13520 10721/15884/13517 10725/15888/13520</w:t>
        <w:br/>
        <w:t>f 10735/15898/13527 10736/15897/13527 10699/15860/13504</w:t>
        <w:br/>
        <w:t>f 10700/15859/13503 10735/15898/13527 10699/15860/13504</w:t>
        <w:br/>
        <w:t>f 10679/15840/13492 10798/15959/13565 10797/15960/13566</w:t>
        <w:br/>
        <w:t>f 10678/15841/13492 10679/15840/13492 10797/15960/13566</w:t>
        <w:br/>
        <w:t>f 10800/15961/13567 10611/15772/13441 10612/15771/13440</w:t>
        <w:br/>
        <w:t>f 10799/15962/13567 10800/15961/13567 10612/15771/13440</w:t>
        <w:br/>
        <w:t>f 10802/15963/13568 10607/15768/13437 10608/15767/13437</w:t>
        <w:br/>
        <w:t>f 10801/15964/13569 10802/15963/13568 10608/15767/13437</w:t>
        <w:br/>
        <w:t>f 10804/15965/13570 10803/15966/13571 10598/15761/13434</w:t>
        <w:br/>
        <w:t>f 10599/15760/13434 10804/15965/13570 10598/15761/13434</w:t>
        <w:br/>
        <w:t>f 10589/15754/13428 10590/15753/13428 10593/15758/13432</w:t>
        <w:br/>
        <w:t>f 10594/15757/13431 10589/15754/13428 10593/15758/13432</w:t>
        <w:br/>
        <w:t>f 10578/15741/13418 10570/15733/13411 10571/15732/13411</w:t>
        <w:br/>
        <w:t>f 10577/15742/13419 10578/15741/13418 10571/15732/13411</w:t>
        <w:br/>
        <w:t>f 10575/15736/13414 10584/15743/13420 10581/15746/13420</w:t>
        <w:br/>
        <w:t>f 10574/15737/13415 10575/15736/13414 10581/15746/13420</w:t>
        <w:br/>
        <w:t>f 10509/15674/13369 10510/15673/13368 10515/15676/13371</w:t>
        <w:br/>
        <w:t>f 10516/15675/13370 10509/15674/13369 10515/15676/13371</w:t>
        <w:br/>
        <w:t>f 11541/15967/13572 11540/15968/13573 11539/15969/13573</w:t>
        <w:br/>
        <w:t>f 11538/15970/13572 11541/15967/13572 11539/15969/13573</w:t>
        <w:br/>
        <w:t>f 11543/15971/13574 11539/15969/13573 11540/15968/13573</w:t>
        <w:br/>
        <w:t>f 11542/15972/13574 11543/15971/13574 11540/15968/13573</w:t>
        <w:br/>
        <w:t>f 11542/15972/13574 11545/15973/13575 11544/15974/13575</w:t>
        <w:br/>
        <w:t>f 11543/15971/13574 11542/15972/13574 11544/15974/13575</w:t>
        <w:br/>
        <w:t>f 11547/15975/13576 11541/15967/13572 11538/15970/13572</w:t>
        <w:br/>
        <w:t>f 11546/15976/13576 11547/15975/13576 11538/15970/13572</w:t>
        <w:br/>
        <w:t>f 11549/15977/13577 11547/15975/13576 11546/15976/13576</w:t>
        <w:br/>
        <w:t>f 11548/15978/13578 11549/15977/13577 11546/15976/13576</w:t>
        <w:br/>
        <w:t>f 11548/15978/13578 11551/15979/13579 11550/15980/13580</w:t>
        <w:br/>
        <w:t>f 11549/15977/13577 11548/15978/13578 11550/15980/13580</w:t>
        <w:br/>
        <w:t>f 11544/15974/13575 11545/15973/13575 11552/15981/13581</w:t>
        <w:br/>
        <w:t>f 11553/15982/13581 11544/15974/13575 11552/15981/13581</w:t>
        <w:br/>
        <w:t>f 11552/15981/13581 11555/15983/13582 11554/15984/13582</w:t>
        <w:br/>
        <w:t>f 11553/15982/13581 11552/15981/13581 11554/15984/13582</w:t>
        <w:br/>
        <w:t>f 11551/15979/13579 11557/15985/13583 11556/15986/13583</w:t>
        <w:br/>
        <w:t>f 11550/15980/13580 11551/15979/13579 11556/15986/13583</w:t>
        <w:br/>
        <w:t>f 11559/15987/13584 11554/15984/13582 11555/15983/13582</w:t>
        <w:br/>
        <w:t>f 11558/15988/13584 11559/15987/13584 11555/15983/13582</w:t>
        <w:br/>
        <w:t>f 11563/15989/13585 11562/15990/13586 11561/15991/13587</w:t>
        <w:br/>
        <w:t>f 11560/15992/13588 11563/15989/13585 11561/15991/13587</w:t>
        <w:br/>
        <w:t>f 11567/15993/13589 11566/15994/13590 11565/15995/13591</w:t>
        <w:br/>
        <w:t>f 11564/15996/13589 11567/15993/13589 11565/15995/13591</w:t>
        <w:br/>
        <w:t>f 11569/15997/13592 11568/15998/13592 11565/15995/13591</w:t>
        <w:br/>
        <w:t>f 11566/15994/13590 11569/15997/13592 11565/15995/13591</w:t>
        <w:br/>
        <w:t>f 11568/15998/13592 11569/15997/13592 11571/15999/13593</w:t>
        <w:br/>
        <w:t>f 11570/16000/13594 11568/15998/13592 11571/15999/13593</w:t>
        <w:br/>
        <w:t>f 11575/16001/13595 11574/16002/13596 11573/16003/13597</w:t>
        <w:br/>
        <w:t>f 11572/16004/13595 11575/16001/13595 11573/16003/13597</w:t>
        <w:br/>
        <w:t>f 11571/15999/13593 11575/16001/13595 11572/16004/13595</w:t>
        <w:br/>
        <w:t>f 11570/16000/13594 11571/15999/13593 11572/16004/13595</w:t>
        <w:br/>
        <w:t>f 11558/15988/13584 11567/15993/13589 11564/15996/13589</w:t>
        <w:br/>
        <w:t>f 11559/15987/13584 11558/15988/13584 11564/15996/13589</w:t>
        <w:br/>
        <w:t>f 11577/16005/13598 11576/16006/13598 11573/16003/13597</w:t>
        <w:br/>
        <w:t>f 11574/16002/13596 11577/16005/13598 11573/16003/13597</w:t>
        <w:br/>
        <w:t>f 11581/16007/13599 11580/16008/13600 11579/16009/13599</w:t>
        <w:br/>
        <w:t>f 11578/16010/13601 11581/16007/13599 11579/16009/13599</w:t>
        <w:br/>
        <w:t>f 11585/16011/13602 11584/16012/13603 11583/16013/13604</w:t>
        <w:br/>
        <w:t>f 11582/16014/13605 11585/16011/13602 11583/16013/13604</w:t>
        <w:br/>
        <w:t>f 11587/16015/13606 11586/16016/13606 11582/16014/13605</w:t>
        <w:br/>
        <w:t>f 11583/16013/13604 11587/16015/13606 11582/16014/13605</w:t>
        <w:br/>
        <w:t>f 11586/16016/13606 11587/16015/13606 11588/16017/13607</w:t>
        <w:br/>
        <w:t>f 11589/16018/13608 11586/16016/13606 11588/16017/13607</w:t>
        <w:br/>
        <w:t>f 11591/16019/13609 11590/16020/13610 11589/16018/13608</w:t>
        <w:br/>
        <w:t>f 11588/16017/13607 11591/16019/13609 11589/16018/13608</w:t>
        <w:br/>
        <w:t>f 11590/16020/13610 11591/16019/13609 11593/16021/13611</w:t>
        <w:br/>
        <w:t>f 11592/16022/13612 11590/16020/13610 11593/16021/13611</w:t>
        <w:br/>
        <w:t>f 11593/16021/13611 11595/16023/13613 11594/16024/13613</w:t>
        <w:br/>
        <w:t>f 11592/16022/13612 11593/16021/13611 11594/16024/13613</w:t>
        <w:br/>
        <w:t>f 11597/16025/13614 11596/16026/13615 11584/16012/13603</w:t>
        <w:br/>
        <w:t>f 11585/16011/13602 11597/16025/13614 11584/16012/13603</w:t>
        <w:br/>
        <w:t>f 11599/16027/13616 11598/16028/13617 11596/16026/13615</w:t>
        <w:br/>
        <w:t>f 11597/16025/13614 11599/16027/13616 11596/16026/13615</w:t>
        <w:br/>
        <w:t>f 11594/16024/13613 11595/16023/13613 11601/16029/13618</w:t>
        <w:br/>
        <w:t>f 11600/16030/13618 11594/16024/13613 11601/16029/13618</w:t>
        <w:br/>
        <w:t>f 11603/16031/13619 11602/16032/13620 11600/16030/13618</w:t>
        <w:br/>
        <w:t>f 11601/16029/13618 11603/16031/13619 11600/16030/13618</w:t>
        <w:br/>
        <w:t>f 11607/16033/13621 11606/16034/13622 11605/16035/13622</w:t>
        <w:br/>
        <w:t>f 11604/16036/13623 11607/16033/13621 11605/16035/13622</w:t>
        <w:br/>
        <w:t>f 11604/16036/13623 11609/16037/13624 11608/16038/13625</w:t>
        <w:br/>
        <w:t>f 11607/16033/13621 11604/16036/13623 11608/16038/13625</w:t>
        <w:br/>
        <w:t>f 11611/16039/13626 11610/16040/13626 11608/16038/13625</w:t>
        <w:br/>
        <w:t>f 11609/16037/13624 11611/16039/13626 11608/16038/13625</w:t>
        <w:br/>
        <w:t>f 11613/16041/13627 11612/16042/13627 11610/16040/13626</w:t>
        <w:br/>
        <w:t>f 11611/16039/13626 11613/16041/13627 11610/16040/13626</w:t>
        <w:br/>
        <w:t>f 11605/16035/13622 11606/16034/13622 11615/16043/13628</w:t>
        <w:br/>
        <w:t>f 11614/16044/13629 11605/16035/13622 11615/16043/13628</w:t>
        <w:br/>
        <w:t>f 11613/16041/13627 11617/16045/13630 11616/16046/13631</w:t>
        <w:br/>
        <w:t>f 11612/16042/13627 11613/16041/13627 11616/16046/13631</w:t>
        <w:br/>
        <w:t>f 11602/16032/13620 11603/16031/13619 11614/16044/13629</w:t>
        <w:br/>
        <w:t>f 11615/16043/13628 11602/16032/13620 11614/16044/13629</w:t>
        <w:br/>
        <w:t>f 11621/16047/13632 11620/16048/13633 11619/16049/13633</w:t>
        <w:br/>
        <w:t>f 11618/16050/13634 11621/16047/13632 11619/16049/13633</w:t>
        <w:br/>
        <w:t>f 11623/16051/13635 11619/16049/13633 11620/16048/13633</w:t>
        <w:br/>
        <w:t>f 11622/16052/13636 11623/16051/13635 11620/16048/13633</w:t>
        <w:br/>
        <w:t>f 11622/16052/13636 11625/16053/13637 11624/16054/13637</w:t>
        <w:br/>
        <w:t>f 11623/16051/13635 11622/16052/13636 11624/16054/13637</w:t>
        <w:br/>
        <w:t>f 11627/16055/13638 11624/16054/13637 11625/16053/13637</w:t>
        <w:br/>
        <w:t>f 11626/16056/13639 11627/16055/13638 11625/16053/13637</w:t>
        <w:br/>
        <w:t>f 11631/16057/13640 11630/16058/13640 11629/16059/13641</w:t>
        <w:br/>
        <w:t>f 11628/16060/13641 11631/16057/13640 11629/16059/13641</w:t>
        <w:br/>
        <w:t>f 11629/16059/13641 11633/16061/13642 11632/16062/13643</w:t>
        <w:br/>
        <w:t>f 11628/16060/13641 11629/16059/13641 11632/16062/13643</w:t>
        <w:br/>
        <w:t>f 11633/16061/13642 11635/16063/13644 11634/16064/13645</w:t>
        <w:br/>
        <w:t>f 11632/16062/13643 11633/16061/13642 11634/16064/13645</w:t>
        <w:br/>
        <w:t>f 11635/16063/13644 11627/16055/13638 11626/16056/13639</w:t>
        <w:br/>
        <w:t>f 11634/16064/13645 11635/16063/13644 11626/16056/13639</w:t>
        <w:br/>
        <w:t>f 11639/16065/13646 11638/16066/13647 11637/16067/13648</w:t>
        <w:br/>
        <w:t>f 11636/16068/13649 11639/16065/13646 11637/16067/13648</w:t>
        <w:br/>
        <w:t>f 11641/16069/13650 11640/16070/13650 11638/16066/13647</w:t>
        <w:br/>
        <w:t>f 11639/16065/13646 11641/16069/13650 11638/16066/13647</w:t>
        <w:br/>
        <w:t>f 11643/16071/13651 11642/16072/13651 11640/16070/13650</w:t>
        <w:br/>
        <w:t>f 11641/16069/13650 11643/16071/13651 11640/16070/13650</w:t>
        <w:br/>
        <w:t>f 11642/16072/13651 11643/16071/13651 11645/16073/13652</w:t>
        <w:br/>
        <w:t>f 11644/16074/13653 11642/16072/13651 11645/16073/13652</w:t>
        <w:br/>
        <w:t>f 11649/16075/13654 11648/16076/13655 11647/16077/13655</w:t>
        <w:br/>
        <w:t>f 11646/16078/13654 11649/16075/13654 11647/16077/13655</w:t>
        <w:br/>
        <w:t>f 11647/16077/13655 11648/16076/13655 11651/16079/13656</w:t>
        <w:br/>
        <w:t>f 11650/16080/13656 11647/16077/13655 11651/16079/13656</w:t>
        <w:br/>
        <w:t>f 11650/16080/13656 11651/16079/13656 11653/16081/13657</w:t>
        <w:br/>
        <w:t>f 11652/16082/13658 11650/16080/13656 11653/16081/13657</w:t>
        <w:br/>
        <w:t>f 11644/16074/13653 11645/16073/13652 11652/16082/13658</w:t>
        <w:br/>
        <w:t>f 11653/16081/13657 11644/16074/13653 11652/16082/13658</w:t>
        <w:br/>
        <w:t>f 11652/16082/13658 11645/16073/13652 11627/16055/13638</w:t>
        <w:br/>
        <w:t>f 11635/16063/13644 11652/16082/13658 11627/16055/13638</w:t>
        <w:br/>
        <w:t>f 11657/16083/13659 11656/16084/13660 11655/16085/13661</w:t>
        <w:br/>
        <w:t>f 11654/16086/13661 11657/16083/13659 11655/16085/13661</w:t>
        <w:br/>
        <w:t>f 11659/16087/13662 11658/16088/13663 11654/16086/13661</w:t>
        <w:br/>
        <w:t>f 11655/16085/13661 11659/16087/13662 11654/16086/13661</w:t>
        <w:br/>
        <w:t>f 11661/16089/13664 11660/16090/13664 11658/16088/13663</w:t>
        <w:br/>
        <w:t>f 11659/16087/13662 11661/16089/13664 11658/16088/13663</w:t>
        <w:br/>
        <w:t>f 11660/16090/13664 11661/16089/13664 11663/16091/13665</w:t>
        <w:br/>
        <w:t>f 11662/16092/13666 11660/16090/13664 11663/16091/13665</w:t>
        <w:br/>
        <w:t>f 11667/16093/13667 11666/16094/13668 11665/16095/13668</w:t>
        <w:br/>
        <w:t>f 11664/16096/13669 11667/16093/13667 11665/16095/13668</w:t>
        <w:br/>
        <w:t>f 11669/16097/13670 11668/16098/13670 11667/16093/13667</w:t>
        <w:br/>
        <w:t>f 11664/16096/13669 11669/16097/13670 11667/16093/13667</w:t>
        <w:br/>
        <w:t>f 11671/16099/13671 11670/16100/13672 11668/16098/13670</w:t>
        <w:br/>
        <w:t>f 11669/16097/13670 11671/16099/13671 11668/16098/13670</w:t>
        <w:br/>
        <w:t>f 11670/16100/13672 11671/16099/13671 11662/16092/13666</w:t>
        <w:br/>
        <w:t>f 11663/16091/13665 11670/16100/13672 11662/16092/13666</w:t>
        <w:br/>
        <w:t>f 11675/16101/13673 11674/16102/13674 11673/16103/13675</w:t>
        <w:br/>
        <w:t>f 11672/16104/13673 11675/16101/13673 11673/16103/13675</w:t>
        <w:br/>
        <w:t>f 11674/16102/13674 11677/16105/13676 11676/16106/13676</w:t>
        <w:br/>
        <w:t>f 11673/16103/13675 11674/16102/13674 11676/16106/13676</w:t>
        <w:br/>
        <w:t>f 11677/16105/13676 11679/16107/13677 11678/16108/13677</w:t>
        <w:br/>
        <w:t>f 11676/16106/13676 11677/16105/13676 11678/16108/13677</w:t>
        <w:br/>
        <w:t>f 11681/16109/13678 11678/16108/13677 11679/16107/13677</w:t>
        <w:br/>
        <w:t>f 11680/16110/13679 11681/16109/13678 11679/16107/13677</w:t>
        <w:br/>
        <w:t>f 11685/16111/13680 11684/16112/13680 11683/16113/13681</w:t>
        <w:br/>
        <w:t>f 11682/16114/13681 11685/16111/13680 11683/16113/13681</w:t>
        <w:br/>
        <w:t>f 11685/16111/13680 11687/16115/13682 11686/16116/13682</w:t>
        <w:br/>
        <w:t>f 11684/16112/13680 11685/16111/13680 11686/16116/13682</w:t>
        <w:br/>
        <w:t>f 11687/16115/13682 11689/16117/13683 11688/16118/13684</w:t>
        <w:br/>
        <w:t>f 11686/16116/13682 11687/16115/13682 11688/16118/13684</w:t>
        <w:br/>
        <w:t>f 11680/16110/13679 11688/16118/13684 11689/16117/13683</w:t>
        <w:br/>
        <w:t>f 11681/16109/13678 11680/16110/13679 11689/16117/13683</w:t>
        <w:br/>
        <w:t>f 11689/16117/13683 11670/16100/13672 11663/16091/13665</w:t>
        <w:br/>
        <w:t>f 11681/16109/13678 11689/16117/13683 11663/16091/13665</w:t>
        <w:br/>
        <w:t>f 11692/16119/13685 11691/16120/13686 11690/16121/13687</w:t>
        <w:br/>
        <w:t>f 11691/16120/13686 11694/16122/13688 11693/16123/13689</w:t>
        <w:br/>
        <w:t>f 11697/16124/13690 11696/16125/13691 11695/16126/13692</w:t>
        <w:br/>
        <w:t>f 11698/16127/13693 11697/16124/13690 11695/16126/13692</w:t>
        <w:br/>
        <w:t>f 11702/16128/13694 11701/16129/13695 11700/16130/13696</w:t>
        <w:br/>
        <w:t>f 11699/16131/13697 11702/16128/13694 11700/16130/13696</w:t>
        <w:br/>
        <w:t>f 11691/16120/13686 11692/16119/13685 11703/16132/13698</w:t>
        <w:br/>
        <w:t>f 11690/16121/13687 11691/16120/13686 11704/16133/13699</w:t>
        <w:br/>
        <w:t>f 11691/16120/13686 11703/16132/13698 11705/16134/13700</w:t>
        <w:br/>
        <w:t>f 11706/16135/13701 11704/16133/13699 11691/16120/13686</w:t>
        <w:br/>
        <w:t>f 11694/16122/13688 11691/16120/13686 11707/16136/13702</w:t>
        <w:br/>
        <w:t>f 11691/16120/13686 11693/16123/13689 11708/16137/13703</w:t>
        <w:br/>
        <w:t>f 11707/16136/13702 11691/16120/13686 11705/16134/13700</w:t>
        <w:br/>
        <w:t>f 11691/16120/13686 11708/16137/13703 11706/16135/13701</w:t>
        <w:br/>
        <w:t>f 11712/16138/13704 11711/16139/13705 11710/16140/13706</w:t>
        <w:br/>
        <w:t>f 11709/16141/13707 11712/16138/13704 11710/16140/13706</w:t>
        <w:br/>
        <w:t>f 11716/16142/13708 11715/16143/13709 11714/16144/13710</w:t>
        <w:br/>
        <w:t>f 11713/16145/13711 11716/16142/13708 11714/16144/13710</w:t>
        <w:br/>
        <w:t>f 11717/16146/13712 11703/16132/13698 11692/16119/13685</w:t>
        <w:br/>
        <w:t>f 11718/16147/13713 11717/16146/13712 11692/16119/13685</w:t>
        <w:br/>
        <w:t>f 11703/16132/13698 11717/16146/13712 11719/16148/13714</w:t>
        <w:br/>
        <w:t>f 11705/16134/13700 11703/16132/13698 11719/16148/13714</w:t>
        <w:br/>
        <w:t>f 11721/16149/13715 11693/16123/13689 11694/16122/13688</w:t>
        <w:br/>
        <w:t>f 11720/16150/13716 11721/16149/13715 11694/16122/13688</w:t>
        <w:br/>
        <w:t>f 11722/16151/13717 11708/16137/13703 11693/16123/13689</w:t>
        <w:br/>
        <w:t>f 11721/16149/13715 11722/16151/13717 11693/16123/13689</w:t>
        <w:br/>
        <w:t>f 11708/16137/13703 11722/16151/13717 11723/16152/13718</w:t>
        <w:br/>
        <w:t>f 11706/16135/13701 11708/16137/13703 11723/16152/13718</w:t>
        <w:br/>
        <w:t>f 11710/16140/13706 11725/16153/13719 11724/16154/13720</w:t>
        <w:br/>
        <w:t>f 11697/16124/13690 11724/16154/13720 11725/16153/13719</w:t>
        <w:br/>
        <w:t>f 11725/16153/13719 11696/16125/13691 11697/16124/13690</w:t>
        <w:br/>
        <w:t>f 11715/16143/13709 11696/16125/13691 11725/16153/13719</w:t>
        <w:br/>
        <w:t>f 11725/16153/13719 11714/16144/13710 11715/16143/13709</w:t>
        <w:br/>
        <w:t>f 11726/16155/13721 11714/16144/13710 11725/16153/13719</w:t>
        <w:br/>
        <w:t>f 11702/16128/13694 11726/16155/13721 11725/16153/13719</w:t>
        <w:br/>
        <w:t>f 11725/16153/13719 11701/16129/13695 11702/16128/13694</w:t>
        <w:br/>
        <w:t>f 11711/16139/13705 11701/16129/13695 11725/16153/13719</w:t>
        <w:br/>
        <w:t>f 11725/16153/13719 11710/16140/13706 11711/16139/13705</w:t>
        <w:br/>
        <w:t>f 11724/16154/13720 11697/16124/13690 11698/16127/13693</w:t>
        <w:br/>
        <w:t>f 11727/16156/13722 11724/16154/13720 11698/16127/13693</w:t>
        <w:br/>
        <w:t>f 11728/16157/13723 11718/16147/13713 11692/16119/13685</w:t>
        <w:br/>
        <w:t>f 11690/16121/13687 11728/16157/13723 11692/16119/13685</w:t>
        <w:br/>
        <w:t>f 11732/16158/13724 11731/16159/13725 11730/16160/13726</w:t>
        <w:br/>
        <w:t>f 11729/16161/13724 11732/16158/13724 11730/16160/13726</w:t>
        <w:br/>
        <w:t>f 11731/16159/13725 11734/16162/13727 11733/16163/13727</w:t>
        <w:br/>
        <w:t>f 11730/16160/13726 11731/16159/13725 11733/16163/13727</w:t>
        <w:br/>
        <w:t>f 11736/16164/13728 11732/16158/13724 11729/16161/13724</w:t>
        <w:br/>
        <w:t>f 11735/16165/13728 11736/16164/13728 11729/16161/13724</w:t>
        <w:br/>
        <w:t>f 11736/16164/13728 11735/16165/13728 11738/16166/13729</w:t>
        <w:br/>
        <w:t>f 11737/16167/13729 11736/16164/13728 11738/16166/13729</w:t>
        <w:br/>
        <w:t>f 11740/16168/13730 11739/16169/13730 11737/16167/13729</w:t>
        <w:br/>
        <w:t>f 11738/16166/13729 11740/16168/13730 11737/16167/13729</w:t>
        <w:br/>
        <w:t>f 11744/16170/13731 11743/16171/13732 11742/16172/13733</w:t>
        <w:br/>
        <w:t>f 11741/16173/13734 11744/16170/13731 11742/16172/13733</w:t>
        <w:br/>
        <w:t>f 11739/16169/13730 11740/16168/13730 11741/16173/13734</w:t>
        <w:br/>
        <w:t>f 11742/16172/13733 11739/16169/13730 11741/16173/13734</w:t>
        <w:br/>
        <w:t>f 11746/16174/13735 11733/16163/13727 11734/16162/13727</w:t>
        <w:br/>
        <w:t>f 11745/16175/13736 11746/16174/13735 11734/16162/13727</w:t>
        <w:br/>
        <w:t>f 11745/16175/13736 11748/16176/13722 11747/16177/13737</w:t>
        <w:br/>
        <w:t>f 11746/16174/13735 11745/16175/13736 11747/16177/13737</w:t>
        <w:br/>
        <w:t>f 11710/16140/13706 11724/16154/13720 11727/16156/13722</w:t>
        <w:br/>
        <w:t>f 11709/16141/13707 11710/16140/13706 11727/16156/13722</w:t>
        <w:br/>
        <w:t>f 11715/16143/13709 11716/16142/13708 11695/16126/13692</w:t>
        <w:br/>
        <w:t>f 11696/16125/13691 11715/16143/13709 11695/16126/13692</w:t>
        <w:br/>
        <w:t>f 11702/16128/13694 11699/16131/13697 11749/16178/13738</w:t>
        <w:br/>
        <w:t>f 11726/16155/13721 11702/16128/13694 11749/16178/13738</w:t>
        <w:br/>
        <w:t>f 11726/16155/13721 11749/16178/13738 11713/16145/13711</w:t>
        <w:br/>
        <w:t>f 11714/16144/13710 11726/16155/13721 11713/16145/13711</w:t>
        <w:br/>
        <w:t>f 11701/16129/13695 11711/16139/13705 11712/16138/13704</w:t>
        <w:br/>
        <w:t>f 11700/16130/13696 11701/16129/13695 11712/16138/13704</w:t>
        <w:br/>
        <w:t>f 11753/16179/13739 11752/16180/13740 11751/16181/13741</w:t>
        <w:br/>
        <w:t>f 11750/16182/13742 11753/16179/13739 11751/16181/13741</w:t>
        <w:br/>
        <w:t>f 11755/16183/13743 11754/16184/13744 11752/16180/13740</w:t>
        <w:br/>
        <w:t>f 11753/16179/13739 11755/16183/13743 11752/16180/13740</w:t>
        <w:br/>
        <w:t>f 11754/16184/13744 11755/16183/13743 11757/16185/13745</w:t>
        <w:br/>
        <w:t>f 11756/16186/13745 11754/16184/13744 11757/16185/13745</w:t>
        <w:br/>
        <w:t>f 11757/16185/13745 11759/16187/13746 11758/16188/13747</w:t>
        <w:br/>
        <w:t>f 11756/16186/13745 11757/16185/13745 11758/16188/13747</w:t>
        <w:br/>
        <w:t>f 11759/16187/13746 11761/16189/13748 11760/16190/13749</w:t>
        <w:br/>
        <w:t>f 11758/16188/13747 11759/16187/13746 11760/16190/13749</w:t>
        <w:br/>
        <w:t>f 11765/16191/13750 11764/16192/13751 11763/16193/13751</w:t>
        <w:br/>
        <w:t>f 11762/16194/13752 11765/16191/13750 11763/16193/13751</w:t>
        <w:br/>
        <w:t>f 11761/16189/13748 11765/16191/13750 11762/16194/13752</w:t>
        <w:br/>
        <w:t>f 11760/16190/13749 11761/16189/13748 11762/16194/13752</w:t>
        <w:br/>
        <w:t>f 11750/16182/13742 11751/16181/13741 11767/16195/13753</w:t>
        <w:br/>
        <w:t>f 11766/16196/13754 11750/16182/13742 11767/16195/13753</w:t>
        <w:br/>
        <w:t>f 11769/16197/13755 11768/16198/13723 11766/16196/13754</w:t>
        <w:br/>
        <w:t>f 11767/16195/13753 11769/16197/13755 11766/16196/13754</w:t>
        <w:br/>
        <w:t>f 11770/16199/13756 11728/16157/13723 11690/16121/13687</w:t>
        <w:br/>
        <w:t>f 11704/16133/13699 11770/16199/13756 11690/16121/13687</w:t>
        <w:br/>
        <w:t>f 11704/16133/13699 11706/16135/13701 11723/16152/13718</w:t>
        <w:br/>
        <w:t>f 11709/16141/13757 11704/16133/13699 11723/16152/13718</w:t>
        <w:br/>
        <w:t>f 11771/16200/13758 11720/16150/13716 11694/16122/13688</w:t>
        <w:br/>
        <w:t>f 11707/16136/13702 11771/16200/13758 11694/16122/13688</w:t>
        <w:br/>
        <w:t>f 11707/16136/13702 11705/16134/13700 11772/16201/13708</w:t>
        <w:br/>
        <w:t>f 11771/16200/13758 11707/16136/13702 11772/16201/13708</w:t>
        <w:br/>
        <w:t>f 11776/16202/13759 11775/16203/13760 11774/16204/13761</w:t>
        <w:br/>
        <w:t>f 11773/16205/13762 11776/16202/13759 11774/16204/13761</w:t>
        <w:br/>
        <w:t>f 11780/16206/13763 11779/16207/13764 11778/16208/13765</w:t>
        <w:br/>
        <w:t>f 11777/16209/13766 11780/16206/13763 11778/16208/13765</w:t>
        <w:br/>
        <w:t>f 11781/16210/13767 11775/16203/13760 11776/16202/13759</w:t>
        <w:br/>
        <w:t>f 11782/16211/13767 11781/16210/13767 11776/16202/13759</w:t>
        <w:br/>
        <w:t>f 11784/16212/13768 11783/16213/13769 11778/16208/13765</w:t>
        <w:br/>
        <w:t>f 11779/16207/13764 11784/16212/13768 11778/16208/13765</w:t>
        <w:br/>
        <w:t>f 11782/16211/13767 11786/16214/13770 11785/16215/13771</w:t>
        <w:br/>
        <w:t>f 11781/16210/13767 11782/16211/13767 11785/16215/13771</w:t>
        <w:br/>
        <w:t>f 11783/16213/13769 11784/16212/13768 11788/16216/13772</w:t>
        <w:br/>
        <w:t>f 11787/16217/13773 11783/16213/13769 11788/16216/13772</w:t>
        <w:br/>
        <w:t>f 11790/16218/13774 11789/16219/13775 11785/16215/13771</w:t>
        <w:br/>
        <w:t>f 11786/16214/13770 11790/16218/13774 11785/16215/13771</w:t>
        <w:br/>
        <w:t>f 11794/16220/13776 11793/16221/13776 11792/16222/13777</w:t>
        <w:br/>
        <w:t>f 11791/16223/13777 11794/16220/13776 11792/16222/13777</w:t>
        <w:br/>
        <w:t>f 11798/16224/13778 11797/16225/13779 11796/16226/13780</w:t>
        <w:br/>
        <w:t>f 11795/16227/13781 11798/16224/13778 11796/16226/13780</w:t>
        <w:br/>
        <w:t>f 11802/16228/13782 11801/16229/13783 11800/16230/13783</w:t>
        <w:br/>
        <w:t>f 11799/16231/13784 11802/16228/13782 11800/16230/13783</w:t>
        <w:br/>
        <w:t>f 11801/16229/13783 11796/16226/13780 11797/16225/13779</w:t>
        <w:br/>
        <w:t>f 11800/16230/13783 11801/16229/13783 11797/16225/13779</w:t>
        <w:br/>
        <w:t>f 11789/16219/13775 11790/16218/13774 11804/16232/13785</w:t>
        <w:br/>
        <w:t>f 11803/16233/13786 11789/16219/13775 11804/16232/13785</w:t>
        <w:br/>
        <w:t>f 11806/16234/13787 11793/16221/13776 11794/16220/13776</w:t>
        <w:br/>
        <w:t>f 11805/16235/13787 11806/16234/13787 11794/16220/13776</w:t>
        <w:br/>
        <w:t>f 11803/16233/13786 11804/16232/13785 11802/16228/13782</w:t>
        <w:br/>
        <w:t>f 11799/16231/13784 11803/16233/13786 11802/16228/13782</w:t>
        <w:br/>
        <w:t>f 11795/16227/13781 11806/16234/13787 11805/16235/13787</w:t>
        <w:br/>
        <w:t>f 11798/16224/13778 11795/16227/13781 11805/16235/13787</w:t>
        <w:br/>
        <w:t>f 11808/16236/13788 11807/16237/13788 11780/16206/13763</w:t>
        <w:br/>
        <w:t>f 11777/16209/13766 11808/16236/13788 11780/16206/13763</w:t>
        <w:br/>
        <w:t>f 11810/16238/13789 11773/16205/13762 11774/16204/13761</w:t>
        <w:br/>
        <w:t>f 11809/16239/13790 11810/16238/13789 11774/16204/13761</w:t>
        <w:br/>
        <w:t>f 11807/16237/13788 11808/16236/13788 11812/16240/13791</w:t>
        <w:br/>
        <w:t>f 11811/16241/13792 11807/16237/13788 11812/16240/13791</w:t>
        <w:br/>
        <w:t>f 11814/16242/13793 11810/16238/13789 11809/16239/13790</w:t>
        <w:br/>
        <w:t>f 11813/16243/13794 11814/16242/13793 11809/16239/13790</w:t>
        <w:br/>
        <w:t>f 11698/16127/13693 11695/16126/13692 11718/16147/13755</w:t>
        <w:br/>
        <w:t>f 11709/16141/13707 11727/16156/13722 11728/16157/13795</w:t>
        <w:br/>
        <w:t>f 11818/16244/13796 11817/16245/13796 11816/16246/13797</w:t>
        <w:br/>
        <w:t>f 11815/16247/13797 11818/16244/13796 11816/16246/13797</w:t>
        <w:br/>
        <w:t>f 11815/16247/13797 11816/16246/13797 11819/16248/13798</w:t>
        <w:br/>
        <w:t>f 11820/16249/13799 11815/16247/13797 11819/16248/13798</w:t>
        <w:br/>
        <w:t>f 11824/16250/13800 11823/16251/13801 11822/16252/13802</w:t>
        <w:br/>
        <w:t>f 11821/16253/13800 11824/16250/13800 11822/16252/13802</w:t>
        <w:br/>
        <w:t>f 11827/16254/13803 11826/16255/13804 11825/16256/13805</w:t>
        <w:br/>
        <w:t>f 11828/16257/13806 11827/16254/13803 11825/16256/13805</w:t>
        <w:br/>
        <w:t>f 11832/16258/13807 11831/16259/13807 11830/16260/13808</w:t>
        <w:br/>
        <w:t>f 11829/16261/13808 11832/16258/13807 11830/16260/13808</w:t>
        <w:br/>
        <w:t>f 11829/16261/13808 11830/16260/13808 11834/16262/13809</w:t>
        <w:br/>
        <w:t>f 11833/16263/13809 11829/16261/13808 11834/16262/13809</w:t>
        <w:br/>
        <w:t>f 11821/16253/13800 11836/16264/13810 11835/16265/13810</w:t>
        <w:br/>
        <w:t>f 11824/16250/13800 11821/16253/13800 11835/16265/13810</w:t>
        <w:br/>
        <w:t>f 11838/16266/13809 11835/16265/13810 11836/16264/13810</w:t>
        <w:br/>
        <w:t>f 11837/16267/13811 11838/16266/13809 11836/16264/13810</w:t>
        <w:br/>
        <w:t>f 11842/16268/13812 11841/16269/13813 11840/16270/13813</w:t>
        <w:br/>
        <w:t>f 11839/16271/13814 11842/16268/13812 11840/16270/13813</w:t>
        <w:br/>
        <w:t>f 11843/16272/13815 11840/16270/13813 11841/16269/13813</w:t>
        <w:br/>
        <w:t>f 11844/16273/13815 11843/16272/13815 11841/16269/13813</w:t>
        <w:br/>
        <w:t>f 12883/16274/13816 12882/16275/13817 12881/16276/13818</w:t>
        <w:br/>
        <w:t>f 12883/16274/13816 12884/16277/13819 12882/16275/13817</w:t>
        <w:br/>
        <w:t>f 12884/16277/13819 12885/16278/13820 12882/16275/13817</w:t>
        <w:br/>
        <w:t>f 12889/16279/13821 12888/16280/13822 12887/16281/13823</w:t>
        <w:br/>
        <w:t>f 12886/16282/13823 12889/16279/13821 12887/16281/13823</w:t>
        <w:br/>
        <w:t>f 12888/16280/13822 12889/16279/13821 12891/16283/13824</w:t>
        <w:br/>
        <w:t>f 12890/16284/13824 12888/16280/13822 12891/16283/13824</w:t>
        <w:br/>
        <w:t>f 12893/16285/13825 12882/16275/13817 12892/16286/13826</w:t>
        <w:br/>
        <w:t>f 12882/16275/13817 12885/16278/13820 12892/16286/13826</w:t>
        <w:br/>
        <w:t>f 12887/16281/13823 12895/16287/13827 12894/16288/13828</w:t>
        <w:br/>
        <w:t>f 12886/16282/13823 12887/16281/13823 12894/16288/13828</w:t>
        <w:br/>
        <w:t>f 12895/16287/13827 12897/16289/13829 12896/16290/13829</w:t>
        <w:br/>
        <w:t>f 12894/16288/13828 12895/16287/13827 12896/16290/13829</w:t>
        <w:br/>
        <w:t>f 12900/16291/13830 12899/16292/13831 12898/16293/13832</w:t>
        <w:br/>
        <w:t>f 12899/16292/13831 12901/16294/13833 12898/16293/13832</w:t>
        <w:br/>
        <w:t>f 12900/16291/13830 12898/16293/13832 12902/16295/13834</w:t>
        <w:br/>
        <w:t>f 12897/16289/13829 12904/16296/13835 12903/16297/13835</w:t>
        <w:br/>
        <w:t>f 12896/16290/13829 12897/16289/13829 12903/16297/13835</w:t>
        <w:br/>
        <w:t>f 12908/16298/13836 12907/16299/13837 12906/16300/13837</w:t>
        <w:br/>
        <w:t>f 12905/16301/13838 12908/16298/13836 12906/16300/13837</w:t>
        <w:br/>
        <w:t>f 12909/16302/13839 12881/16276/13818 12882/16275/13817</w:t>
        <w:br/>
        <w:t>f 12898/16293/13832 12901/16294/13833 12910/16303/13840</w:t>
        <w:br/>
        <w:t>f 12882/16275/13817 12911/16304/13841 12909/16302/13839</w:t>
        <w:br/>
        <w:t>f 12908/16298/13836 12905/16301/13838 12913/16305/13842</w:t>
        <w:br/>
        <w:t>f 12912/16306/13842 12908/16298/13836 12913/16305/13842</w:t>
        <w:br/>
        <w:t>f 12890/16284/13824 12891/16283/13824 12912/16306/13842</w:t>
        <w:br/>
        <w:t>f 12913/16305/13842 12890/16284/13824 12912/16306/13842</w:t>
        <w:br/>
        <w:t>f 12911/16304/13841 12882/16275/13817 12893/16285/13825</w:t>
        <w:br/>
        <w:t>f 12915/16307/13843 12914/16308/13844 12898/16293/13832</w:t>
        <w:br/>
        <w:t>f 12914/16308/13844 12916/16309/13845 12898/16293/13832</w:t>
        <w:br/>
        <w:t>f 12898/16293/13832 12916/16309/13845 12902/16295/13834</w:t>
        <w:br/>
        <w:t>f 12915/16307/13843 12898/16293/13832 12910/16303/13840</w:t>
        <w:br/>
        <w:t>f 21123/16310/13846 21122/16311/13847 21121/16312/13847</w:t>
        <w:br/>
        <w:t>f 21120/16313/13847 21123/16310/13846 21121/16312/13847</w:t>
        <w:br/>
        <w:t>f 21127/16314/13848 21126/16315/13849 21125/16316/13849</w:t>
        <w:br/>
        <w:t>f 21124/16317/13848 21127/16314/13848 21125/16316/13849</w:t>
        <w:br/>
        <w:t>f 21131/16318/13850 21130/16319/13850 21129/16320/13851</w:t>
        <w:br/>
        <w:t>f 21128/16321/13851 21131/16318/13850 21129/16320/13851</w:t>
        <w:br/>
        <w:t>f 21135/16322/13852 21134/16323/13853 21133/16324/13853</w:t>
        <w:br/>
        <w:t>f 21132/16325/13852 21135/16322/13852 21133/16324/13853</w:t>
        <w:br/>
        <w:t>f 21139/16326/13854 21138/16327/13854 21137/16328/13854</w:t>
        <w:br/>
        <w:t>f 21136/16329/13855 21139/16326/13854 21137/16328/13854</w:t>
        <w:br/>
        <w:t>f 21143/16330/13856 21142/16331/13857 21141/16332/13858</w:t>
        <w:br/>
        <w:t>f 21140/16333/13859 21143/16330/13856 21141/16332/13858</w:t>
        <w:br/>
        <w:t>f 21126/16315/13849 21142/16331/13857 21143/16330/13856</w:t>
        <w:br/>
        <w:t>f 21125/16316/13849 21126/16315/13849 21143/16330/13856</w:t>
        <w:br/>
        <w:t>f 21130/16319/13850 21131/16318/13850 21145/16334/13860</w:t>
        <w:br/>
        <w:t>f 21144/16335/13860 21130/16319/13850 21145/16334/13860</w:t>
        <w:br/>
        <w:t>f 21149/16336/13861 21148/16337/13862 21147/16338/13863</w:t>
        <w:br/>
        <w:t>f 21146/16339/13863 21149/16336/13861 21147/16338/13863</w:t>
        <w:br/>
        <w:t>f 21145/16334/13860 21151/16340/13864 21150/16341/13865</w:t>
        <w:br/>
        <w:t>f 21144/16335/13860 21145/16334/13860 21150/16341/13865</w:t>
        <w:br/>
        <w:t>f 21151/16340/13864 21153/16342/13866 21152/16343/13867</w:t>
        <w:br/>
        <w:t>f 21150/16341/13865 21151/16340/13864 21152/16343/13867</w:t>
        <w:br/>
        <w:t>f 21157/16344/13868 21156/16345/13869 21155/16346/13869</w:t>
        <w:br/>
        <w:t>f 21154/16347/13869 21157/16344/13868 21155/16346/13869</w:t>
        <w:br/>
        <w:t>f 21159/16348/13870 21158/16349/13870 21140/16333/13859</w:t>
        <w:br/>
        <w:t>f 21141/16332/13858 21159/16348/13870 21140/16333/13859</w:t>
        <w:br/>
        <w:t>f 21133/16324/13853 21134/16323/13853 21148/16337/13862</w:t>
        <w:br/>
        <w:t>f 21149/16336/13861 21133/16324/13853 21148/16337/13862</w:t>
        <w:br/>
        <w:t>f 21163/16350/13871 21162/16351/13872 21161/16352/13873</w:t>
        <w:br/>
        <w:t>f 21160/16353/13872 21163/16350/13871 21161/16352/13873</w:t>
        <w:br/>
        <w:t>f 21167/16354/13874 21166/16355/13874 21165/16356/13874</w:t>
        <w:br/>
        <w:t>f 21164/16357/13874 21167/16354/13874 21165/16356/13874</w:t>
        <w:br/>
        <w:t>f 21171/16358/13875 21170/16359/13875 21169/16360/13876</w:t>
        <w:br/>
        <w:t>f 21168/16361/13876 21171/16358/13875 21169/16360/13876</w:t>
        <w:br/>
        <w:t>f 21173/16362/13877 21168/16361/13876 21169/16360/13876</w:t>
        <w:br/>
        <w:t>f 21172/16363/13877 21173/16362/13877 21169/16360/13876</w:t>
        <w:br/>
        <w:t>f 21176/16364/13878 21175/16365/13879 21174/16366/13880</w:t>
        <w:br/>
        <w:t>f 21177/16367/13880 21176/16364/13878 21174/16366/13880</w:t>
        <w:br/>
        <w:t>f 21181/16368/13881 21180/16369/13882 21179/16370/13882</w:t>
        <w:br/>
        <w:t>f 21178/16371/13881 21181/16368/13881 21179/16370/13882</w:t>
        <w:br/>
        <w:t>f 21184/16372/13883 21183/16373/13884 21182/16374/13884</w:t>
        <w:br/>
        <w:t>f 21185/16375/13883 21184/16372/13883 21182/16374/13884</w:t>
        <w:br/>
        <w:t>f 21189/16376/13885 21188/16377/13885 21187/16378/13886</w:t>
        <w:br/>
        <w:t>f 21186/16379/13886 21189/16376/13885 21187/16378/13886</w:t>
        <w:br/>
        <w:t>f 21182/16374/13884 21183/16373/13884 21191/16380/13887</w:t>
        <w:br/>
        <w:t>f 21190/16381/13887 21182/16374/13884 21191/16380/13887</w:t>
        <w:br/>
        <w:t>f 21193/16382/13888 21192/16383/13888 21186/16379/13886</w:t>
        <w:br/>
        <w:t>f 21187/16378/13886 21193/16382/13888 21186/16379/13886</w:t>
        <w:br/>
        <w:t>f 21195/16384/13889 21192/16383/13888 21193/16382/13888</w:t>
        <w:br/>
        <w:t>f 21194/16385/13889 21195/16384/13889 21193/16382/13888</w:t>
        <w:br/>
        <w:t>f 21199/16386/13890 21198/16387/13890 21197/16388/13891</w:t>
        <w:br/>
        <w:t>f 21196/16389/13891 21199/16386/13890 21197/16388/13891</w:t>
        <w:br/>
        <w:t>f 21197/16388/13891 21201/16390/13892 21200/16391/13893</w:t>
        <w:br/>
        <w:t>f 21196/16389/13891 21197/16388/13891 21200/16391/13893</w:t>
        <w:br/>
        <w:t>f 21205/16392/13894 21204/16393/13895 21203/16394/13895</w:t>
        <w:br/>
        <w:t>f 21202/16395/13896 21205/16392/13894 21203/16394/13895</w:t>
        <w:br/>
        <w:t>f 21203/16394/13895 21204/16393/13895 21179/16370/13882</w:t>
        <w:br/>
        <w:t>f 21180/16369/13882 21203/16394/13895 21179/16370/13882</w:t>
        <w:br/>
        <w:t>f 21178/16371/13881 21207/16396/13897 21206/16397/13898</w:t>
        <w:br/>
        <w:t>f 21181/16368/13881 21178/16371/13881 21206/16397/13898</w:t>
        <w:br/>
        <w:t>f 21206/16397/13898 21207/16396/13897 21209/16398/13899</w:t>
        <w:br/>
        <w:t>f 21208/16399/13899 21206/16397/13898 21209/16398/13899</w:t>
        <w:br/>
        <w:t>f 21213/16400/13900 21212/16401/13901 21211/16402/13901</w:t>
        <w:br/>
        <w:t>f 21210/16403/13900 21213/16400/13900 21211/16402/13901</w:t>
        <w:br/>
        <w:t>f 21212/16401/13901 21177/16367/13880 21174/16366/13880</w:t>
        <w:br/>
        <w:t>f 21211/16402/13901 21212/16401/13901 21174/16366/13880</w:t>
        <w:br/>
        <w:t>f 21215/16404/13902 21214/16405/13902 21195/16384/13889</w:t>
        <w:br/>
        <w:t>f 21194/16385/13889 21215/16404/13902 21195/16384/13889</w:t>
        <w:br/>
        <w:t>f 21217/16406/13903 21216/16407/13904 21190/16381/13887</w:t>
        <w:br/>
        <w:t>f 21191/16380/13887 21217/16406/13903 21190/16381/13887</w:t>
        <w:br/>
        <w:t>f 21189/16376/13885 21219/16408/13905 21218/16409/13905</w:t>
        <w:br/>
        <w:t>f 21188/16377/13885 21189/16376/13885 21218/16409/13905</w:t>
        <w:br/>
        <w:t>f 21222/16410/13906 21221/16411/13907 21220/16412/13908</w:t>
        <w:br/>
        <w:t>f 21223/16413/13909 21222/16410/13906 21220/16412/13908</w:t>
        <w:br/>
        <w:t>f 21226/16414/13910 21225/16415/13911 21224/16416/13912</w:t>
        <w:br/>
        <w:t>f 21230/16417/13913 21229/16418/13914 21228/16419/13915</w:t>
        <w:br/>
        <w:t>f 21227/16420/13916 21230/16417/13913 21228/16419/13915</w:t>
        <w:br/>
        <w:t>f 21233/16421/13917 21232/16422/13918 21231/16423/13919</w:t>
        <w:br/>
        <w:t>f 21231/16423/13919 21232/16422/13918 21234/16424/13920</w:t>
        <w:br/>
        <w:t>f 21234/16424/13920 21232/16422/13918 21235/16425/13921</w:t>
        <w:br/>
        <w:t>f 21232/16422/13918 21236/16426/13922 21235/16425/13921</w:t>
        <w:br/>
        <w:t>f 21229/16418/13914 21230/16417/13913 21238/16427/13923</w:t>
        <w:br/>
        <w:t>f 21237/16428/13924 21229/16418/13914 21238/16427/13923</w:t>
        <w:br/>
        <w:t>f 21240/16429/13925 21239/16430/13926 21237/16428/13924</w:t>
        <w:br/>
        <w:t>f 21238/16427/13923 21240/16429/13925 21237/16428/13924</w:t>
        <w:br/>
        <w:t>f 21244/16431/13927 21243/16432/13928 21242/16433/13928</w:t>
        <w:br/>
        <w:t>f 21241/16434/13929 21244/16431/13927 21242/16433/13928</w:t>
        <w:br/>
        <w:t>f 21248/16435/13930 21247/16436/13931 21246/16437/13932</w:t>
        <w:br/>
        <w:t>f 21245/16438/13933 21248/16435/13930 21246/16437/13932</w:t>
        <w:br/>
        <w:t>f 21252/16439/13930 21251/16440/13933 21250/16441/13934</w:t>
        <w:br/>
        <w:t>f 21249/16442/13935 21252/16439/13930 21250/16441/13934</w:t>
        <w:br/>
        <w:t>f 21256/16443/13936 21255/16444/13936 21254/16445/13937</w:t>
        <w:br/>
        <w:t>f 21253/16446/13936 21256/16443/13936 21254/16445/13937</w:t>
        <w:br/>
        <w:t>f 21260/16447/13938 21259/16448/13939 21258/16449/13940</w:t>
        <w:br/>
        <w:t>f 21257/16450/13941 21260/16447/13938 21258/16449/13940</w:t>
        <w:br/>
        <w:t>f 21263/16451/13930 21262/16452/13942 21261/16453/13943</w:t>
        <w:br/>
        <w:t>f 21262/16452/13942 21264/16454/13944 21261/16453/13943</w:t>
        <w:br/>
        <w:t>f 21264/16454/13944 21265/16455/13945 21261/16453/13943</w:t>
        <w:br/>
        <w:t>f 21261/16453/13943 21265/16455/13945 21266/16456/13946</w:t>
        <w:br/>
        <w:t>f 21265/16455/13945 21264/16454/13944 21268/16457/13947</w:t>
        <w:br/>
        <w:t>f 21267/16458/13914 21265/16455/13945 21268/16457/13947</w:t>
        <w:br/>
        <w:t>f 21267/16458/13914 21268/16457/13947 21269/16459/13915</w:t>
        <w:br/>
        <w:t>f 21228/16419/13915 21271/16460/13947 21270/16461/13948</w:t>
        <w:br/>
        <w:t>f 21227/16420/13916 21228/16419/13915 21270/16461/13948</w:t>
        <w:br/>
        <w:t>f 21271/16460/13947 21220/16412/13908 21221/16411/13907</w:t>
        <w:br/>
        <w:t>f 21270/16461/13948 21271/16460/13947 21221/16411/13907</w:t>
        <w:br/>
        <w:t>f 21274/16462/13949 21273/16463/13950 21272/16464/13946</w:t>
        <w:br/>
        <w:t>f 21275/16465/13951 21274/16462/13949 21272/16464/13946</w:t>
        <w:br/>
        <w:t>f 21279/16466/13950 21278/16467/13952 21277/16468/13952</w:t>
        <w:br/>
        <w:t>f 21276/16469/13953 21279/16466/13950 21277/16468/13952</w:t>
        <w:br/>
        <w:t>f 21283/16470/13932 21282/16471/13954 21281/16472/13955</w:t>
        <w:br/>
        <w:t>f 21280/16473/13956 21283/16470/13932 21281/16472/13955</w:t>
        <w:br/>
        <w:t>f 21287/16474/13957 21286/16475/13906 21285/16476/13940</w:t>
        <w:br/>
        <w:t>f 21284/16477/13940 21287/16474/13957 21285/16476/13940</w:t>
        <w:br/>
        <w:t>f 21235/16425/13921 21224/16416/13912 21225/16415/13911</w:t>
        <w:br/>
        <w:t>f 21234/16424/13920 21235/16425/13921 21225/16415/13911</w:t>
        <w:br/>
        <w:t>f 21743/16478/13958 21742/16479/13958 21741/16480/13959</w:t>
        <w:br/>
        <w:t>f 21740/16481/13960 21743/16478/13958 21741/16480/13959</w:t>
        <w:br/>
        <w:t>f 21747/16482/13961 21746/16483/13962 21745/16484/13963</w:t>
        <w:br/>
        <w:t>f 21744/16485/13961 21747/16482/13961 21745/16484/13963</w:t>
        <w:br/>
        <w:t>f 21751/16486/13964 21750/16487/13964 21749/16488/13965</w:t>
        <w:br/>
        <w:t>f 21748/16489/13965 21751/16486/13964 21749/16488/13965</w:t>
        <w:br/>
        <w:t>f 21755/16490/13966 21754/16491/13967 21753/16492/13967</w:t>
        <w:br/>
        <w:t>f 21752/16493/13966 21755/16490/13966 21753/16492/13967</w:t>
        <w:br/>
        <w:t>f 21757/16494/13968 21756/16495/13968 21742/16479/13958</w:t>
        <w:br/>
        <w:t>f 21743/16478/13958 21757/16494/13968 21742/16479/13958</w:t>
        <w:br/>
        <w:t>f 21761/16496/13969 21760/16497/13970 21759/16498/13971</w:t>
        <w:br/>
        <w:t>f 21758/16499/13972 21761/16496/13969 21759/16498/13971</w:t>
        <w:br/>
        <w:t>f 21746/16483/13962 21760/16497/13970 21761/16496/13969</w:t>
        <w:br/>
        <w:t>f 21745/16484/13963 21746/16483/13962 21761/16496/13969</w:t>
        <w:br/>
        <w:t>f 21750/16487/13964 21751/16486/13964 21763/16500/13973</w:t>
        <w:br/>
        <w:t>f 21762/16501/13973 21750/16487/13964 21763/16500/13973</w:t>
        <w:br/>
        <w:t>f 21766/16502/13974 21765/16503/13975 21764/16504/13976</w:t>
        <w:br/>
        <w:t>f 21767/16505/13976 21766/16502/13974 21764/16504/13976</w:t>
        <w:br/>
        <w:t>f 21763/16500/13973 21769/16506/13977 21768/16507/13978</w:t>
        <w:br/>
        <w:t>f 21762/16501/13973 21763/16500/13973 21768/16507/13978</w:t>
        <w:br/>
        <w:t>f 21769/16506/13977 21771/16508/13979 21770/16509/13979</w:t>
        <w:br/>
        <w:t>f 21768/16507/13978 21769/16506/13977 21770/16509/13979</w:t>
        <w:br/>
        <w:t>f 21775/16510/13980 21774/16511/13981 21773/16512/13980</w:t>
        <w:br/>
        <w:t>f 21772/16513/13980 21775/16510/13980 21773/16512/13980</w:t>
        <w:br/>
        <w:t>f 21777/16514/13982 21776/16515/13982 21758/16499/13972</w:t>
        <w:br/>
        <w:t>f 21759/16498/13971 21777/16514/13982 21758/16499/13972</w:t>
        <w:br/>
        <w:t>f 21754/16491/13967 21767/16505/13976 21764/16504/13976</w:t>
        <w:br/>
        <w:t>f 21753/16492/13967 21754/16491/13967 21764/16504/13976</w:t>
        <w:br/>
        <w:t>f 21781/16516/13983 21780/16517/13983 21779/16518/13983</w:t>
        <w:br/>
        <w:t>f 21778/16519/13983 21781/16516/13983 21779/16518/13983</w:t>
        <w:br/>
        <w:t>f 21785/16520/13984 21784/16521/13984 21783/16522/13984</w:t>
        <w:br/>
        <w:t>f 21782/16523/13985 21785/16520/13984 21783/16522/13984</w:t>
        <w:br/>
        <w:t>f 21789/16524/13986 21788/16525/13987 21787/16526/13988</w:t>
        <w:br/>
        <w:t>f 21786/16527/13989 21789/16524/13986 21787/16526/13988</w:t>
        <w:br/>
        <w:t>f 21791/16528/13990 21786/16527/13989 21787/16526/13988</w:t>
        <w:br/>
        <w:t>f 21790/16529/13991 21791/16528/13990 21787/16526/13988</w:t>
        <w:br/>
        <w:t>f 21795/16530/13992 21794/16531/13993 21793/16532/13993</w:t>
        <w:br/>
        <w:t>f 21792/16533/13992 21795/16530/13992 21793/16532/13993</w:t>
        <w:br/>
        <w:t>f 21799/16534/13994 21798/16535/13995 21797/16536/13995</w:t>
        <w:br/>
        <w:t>f 21796/16537/13996 21799/16534/13994 21797/16536/13995</w:t>
        <w:br/>
        <w:t>f 21803/16538/13997 21802/16539/13998 21801/16540/13999</w:t>
        <w:br/>
        <w:t>f 21800/16541/13999 21803/16538/13997 21801/16540/13999</w:t>
        <w:br/>
        <w:t>f 21807/16542/14000 21806/16543/14001 21805/16544/14002</w:t>
        <w:br/>
        <w:t>f 21804/16545/14003 21807/16542/14000 21805/16544/14002</w:t>
        <w:br/>
        <w:t>f 21800/16541/13999 21801/16540/13999 21809/16546/14004</w:t>
        <w:br/>
        <w:t>f 21808/16547/14005 21800/16541/13999 21809/16546/14004</w:t>
        <w:br/>
        <w:t>f 21811/16548/14006 21810/16549/13997 21804/16545/14003</w:t>
        <w:br/>
        <w:t>f 21805/16544/14002 21811/16548/14006 21804/16545/14003</w:t>
        <w:br/>
        <w:t>f 21815/16550/14007 21814/16551/14008 21813/16552/14009</w:t>
        <w:br/>
        <w:t>f 21812/16553/14010 21815/16550/14007 21813/16552/14009</w:t>
        <w:br/>
        <w:t>f 21819/16554/14011 21818/16555/14012 21817/16556/14013</w:t>
        <w:br/>
        <w:t>f 21816/16557/14014 21819/16554/14011 21817/16556/14013</w:t>
        <w:br/>
        <w:t>f 21817/16556/14013 21821/16558/14015 21820/16559/14016</w:t>
        <w:br/>
        <w:t>f 21816/16557/14014 21817/16556/14013 21820/16559/14016</w:t>
        <w:br/>
        <w:t>f 21825/16560/14017 21824/16561/14018 21823/16562/14018</w:t>
        <w:br/>
        <w:t>f 21822/16563/14019 21825/16560/14017 21823/16562/14018</w:t>
        <w:br/>
        <w:t>f 21823/16562/14018 21824/16561/14018 21827/16564/14020</w:t>
        <w:br/>
        <w:t>f 21826/16565/14020 21823/16562/14018 21827/16564/14020</w:t>
        <w:br/>
        <w:t>f 21796/16537/13996 21829/16566/14021 21828/16567/14022</w:t>
        <w:br/>
        <w:t>f 21799/16534/13994 21796/16537/13996 21828/16567/14022</w:t>
        <w:br/>
        <w:t>f 21828/16567/14022 21829/16566/14021 21831/16568/14023</w:t>
        <w:br/>
        <w:t>f 21830/16569/14024 21828/16567/14022 21831/16568/14023</w:t>
        <w:br/>
        <w:t>f 21835/16570/14025 21834/16571/14026 21833/16572/14027</w:t>
        <w:br/>
        <w:t>f 21832/16573/14028 21835/16570/14025 21833/16572/14027</w:t>
        <w:br/>
        <w:t>f 21836/16574/14021 21795/16530/13992 21792/16533/13992</w:t>
        <w:br/>
        <w:t>f 21833/16572/14029 21836/16574/14021 21792/16533/13992</w:t>
        <w:br/>
        <w:t>f 21838/16575/14030 21837/16576/14031 21815/16550/14007</w:t>
        <w:br/>
        <w:t>f 21812/16553/14010 21838/16575/14030 21815/16550/14007</w:t>
        <w:br/>
        <w:t>f 21840/16577/14032 21839/16578/14033 21808/16547/14005</w:t>
        <w:br/>
        <w:t>f 21809/16546/14004 21840/16577/14032 21808/16547/14005</w:t>
        <w:br/>
        <w:t>f 21807/16542/14000 21842/16579/14034 21841/16580/14035</w:t>
        <w:br/>
        <w:t>f 21806/16543/14001 21807/16542/14000 21841/16580/14035</w:t>
        <w:br/>
        <w:t>f 21846/16581/14036 21845/16582/14037 21844/16583/14038</w:t>
        <w:br/>
        <w:t>f 21843/16584/14039 21846/16581/14036 21844/16583/14038</w:t>
        <w:br/>
        <w:t>f 21849/16585/14040 21848/16586/14041 21847/16587/14041</w:t>
        <w:br/>
        <w:t>f 21853/16588/14042 21852/16589/14042 21851/16590/14043</w:t>
        <w:br/>
        <w:t>f 21850/16591/14044 21853/16588/14042 21851/16590/14043</w:t>
        <w:br/>
        <w:t>f 21856/16592/14045 21855/16593/14046 21854/16594/14047</w:t>
        <w:br/>
        <w:t>f 21854/16594/14047 21855/16593/14046 21857/16595/14048</w:t>
        <w:br/>
        <w:t>f 21857/16595/14048 21855/16593/14046 21858/16596/14049</w:t>
        <w:br/>
        <w:t>f 21855/16593/14046 21859/16597/14050 21858/16596/14049</w:t>
        <w:br/>
        <w:t>f 21852/16589/14042 21853/16588/14042 21861/16598/14051</w:t>
        <w:br/>
        <w:t>f 21860/16599/14052 21852/16589/14042 21861/16598/14051</w:t>
        <w:br/>
        <w:t>f 21863/16600/14053 21862/16601/14054 21860/16599/14052</w:t>
        <w:br/>
        <w:t>f 21861/16598/14051 21863/16600/14053 21860/16599/14052</w:t>
        <w:br/>
        <w:t>f 21867/16602/14055 21866/16603/14055 21865/16604/14056</w:t>
        <w:br/>
        <w:t>f 21864/16605/14055 21867/16602/14055 21865/16604/14056</w:t>
        <w:br/>
        <w:t>f 21870/16606/14057 21869/16607/14058 21868/16608/14059</w:t>
        <w:br/>
        <w:t>f 21871/16609/14060 21870/16606/14057 21868/16608/14059</w:t>
        <w:br/>
        <w:t>f 21875/16610/14060 21874/16611/14061 21873/16612/14062</w:t>
        <w:br/>
        <w:t>f 21872/16613/14063 21875/16610/14060 21873/16612/14062</w:t>
        <w:br/>
        <w:t>f 21879/16614/14064 21878/16615/14065 21877/16616/14064</w:t>
        <w:br/>
        <w:t>f 21876/16617/14066 21879/16614/14064 21877/16616/14064</w:t>
        <w:br/>
        <w:t>f 21883/16618/14060 21882/16619/14067 21881/16620/14068</w:t>
        <w:br/>
        <w:t>f 21880/16621/14069 21883/16618/14060 21881/16620/14068</w:t>
        <w:br/>
        <w:t>f 21886/16622/14060 21885/16623/14036 21884/16624/14070</w:t>
        <w:br/>
        <w:t>f 21885/16623/14036 21887/16625/14071 21884/16624/14070</w:t>
        <w:br/>
        <w:t>f 21887/16625/14071 21888/16626/14052 21884/16624/14070</w:t>
        <w:br/>
        <w:t>f 21884/16624/14070 21888/16626/14052 21889/16627/14054</w:t>
        <w:br/>
        <w:t>f 21887/16625/14071 21891/16628/14072 21890/16629/14073</w:t>
        <w:br/>
        <w:t>f 21888/16626/14052 21887/16625/14071 21890/16629/14073</w:t>
        <w:br/>
        <w:t>f 21890/16629/14073 21891/16628/14072 21892/16630/14074</w:t>
        <w:br/>
        <w:t>f 21851/16590/14075 21895/16631/14076 21894/16632/14077</w:t>
        <w:br/>
        <w:t>f 21893/16633/14078 21851/16590/14075 21894/16632/14077</w:t>
        <w:br/>
        <w:t>f 21895/16631/14076 21843/16584/14039 21844/16583/14038</w:t>
        <w:br/>
        <w:t>f 21894/16632/14077 21895/16631/14076 21844/16583/14038</w:t>
        <w:br/>
        <w:t>f 21898/16634/14079 21897/16635/14080 21896/16636/14081</w:t>
        <w:br/>
        <w:t>f 21899/16637/14082 21898/16634/14079 21896/16636/14081</w:t>
        <w:br/>
        <w:t>f 21903/16638/14081 21902/16639/14083 21901/16640/14083</w:t>
        <w:br/>
        <w:t>f 21900/16641/14080 21903/16638/14081 21901/16640/14083</w:t>
        <w:br/>
        <w:t>f 21907/16642/14058 21906/16643/14083 21905/16644/14084</w:t>
        <w:br/>
        <w:t>f 21904/16645/14085 21907/16642/14058 21905/16644/14084</w:t>
        <w:br/>
        <w:t>f 21911/16646/14086 21910/16647/14087 21909/16648/14088</w:t>
        <w:br/>
        <w:t>f 21908/16649/14089 21911/16646/14086 21909/16648/14088</w:t>
        <w:br/>
        <w:t>f 21847/16587/14041 21848/16586/14041 21857/16595/14048</w:t>
        <w:br/>
        <w:t>f 21858/16596/14049 21847/16587/14041 21857/16595/14048</w:t>
        <w:br/>
        <w:t>f 21914/16650/14090 21913/16651/14090 21912/16652/14091</w:t>
        <w:br/>
        <w:t>f 21915/16653/14092 21914/16650/14090 21912/16652/14091</w:t>
        <w:br/>
        <w:t>f 21918/16654/14093 21917/16655/14093 21916/16656/14093</w:t>
        <w:br/>
        <w:t>f 21919/16657/14093 21918/16654/14093 21916/16656/14093</w:t>
        <w:br/>
        <w:t>f 21923/16658/14094 21922/16659/14095 21921/16660/14096</w:t>
        <w:br/>
        <w:t>f 21920/16661/14097 21923/16658/14094 21921/16660/14096</w:t>
        <w:br/>
        <w:t>f 21925/16662/14098 21922/16659/14095 21923/16658/14094</w:t>
        <w:br/>
        <w:t>f 21924/16663/14099 21925/16662/14098 21923/16658/14094</w:t>
        <w:br/>
        <w:t>f 21925/16662/14098 21926/16664/14100 21922/16659/14095</w:t>
        <w:br/>
        <w:t>f 21926/16664/14100 21927/16665/14101 21922/16659/14095</w:t>
        <w:br/>
        <w:t>f 21930/16666/14102 21929/16667/14102 21928/16668/14103</w:t>
        <w:br/>
        <w:t>f 21931/16669/14104 21930/16666/14102 21928/16668/14103</w:t>
        <w:br/>
        <w:t>f 21935/16670/14105 21934/16671/14106 21933/16672/14107</w:t>
        <w:br/>
        <w:t>f 21932/16673/14108 21935/16670/14105 21933/16672/14107</w:t>
        <w:br/>
        <w:t>f 21937/16674/14109 21936/16675/14110 21935/16670/14105</w:t>
        <w:br/>
        <w:t>f 21932/16673/14108 21937/16674/14109 21935/16670/14105</w:t>
        <w:br/>
        <w:t>f 21937/16674/14109 21932/16673/14108 21938/16676/14111</w:t>
        <w:br/>
        <w:t>f 21932/16673/14108 21939/16677/14112 21938/16676/14111</w:t>
        <w:br/>
        <w:t>f 21943/16678/14113 21942/16679/14113 21941/16680/14113</w:t>
        <w:br/>
        <w:t>f 21940/16681/14114 21943/16678/14113 21941/16680/14113</w:t>
        <w:br/>
        <w:t>f 21946/16682/14115 21945/16683/14116 21944/16684/14117</w:t>
        <w:br/>
        <w:t>f 21947/16685/14117 21946/16682/14115 21944/16684/14117</w:t>
        <w:br/>
        <w:t>f 21950/16686/14118 21949/16687/14118 21948/16688/14119</w:t>
        <w:br/>
        <w:t>f 21951/16689/14120 21950/16686/14118 21948/16688/14119</w:t>
        <w:br/>
        <w:t>f 21955/16690/14121 21954/16691/14122 21953/16692/14122</w:t>
        <w:br/>
        <w:t>f 21952/16693/14123 21955/16690/14121 21953/16692/14122</w:t>
        <w:br/>
        <w:t>f 21959/16694/14124 21958/16695/14125 21957/16696/14126</w:t>
        <w:br/>
        <w:t>f 21956/16697/14124 21959/16694/14124 21957/16696/14126</w:t>
        <w:br/>
        <w:t>f 21961/16698/14127 21960/16699/14128 21915/16653/14092</w:t>
        <w:br/>
        <w:t>f 21912/16652/14091 21961/16698/14127 21915/16653/14092</w:t>
        <w:br/>
        <w:t>f 21931/16669/14104 21928/16668/14103 21963/16700/14129</w:t>
        <w:br/>
        <w:t>f 21962/16701/14129 21931/16669/14104 21963/16700/14129</w:t>
        <w:br/>
        <w:t>f 21965/16702/14130 21964/16703/14130 21945/16683/14116</w:t>
        <w:br/>
        <w:t>f 21946/16682/14115 21965/16702/14130 21945/16683/14116</w:t>
        <w:br/>
        <w:t>f 21967/16704/14131 21966/16705/14131 21949/16687/14118</w:t>
        <w:br/>
        <w:t>f 21950/16686/14118 21967/16704/14131 21949/16687/14118</w:t>
        <w:br/>
        <w:t>f 21955/16690/14121 21952/16693/14123 21969/16706/14132</w:t>
        <w:br/>
        <w:t>f 21968/16707/14133 21955/16690/14121 21969/16706/14132</w:t>
        <w:br/>
        <w:t>f 21956/16697/14124 21971/16708/14134 21970/16709/14135</w:t>
        <w:br/>
        <w:t>f 21959/16694/14124 21956/16697/14124 21970/16709/14135</w:t>
        <w:br/>
        <w:t>f 21973/16710/14136 21964/16703/14130 21965/16702/14130</w:t>
        <w:br/>
        <w:t>f 21972/16711/14137 21973/16710/14136 21965/16702/14130</w:t>
        <w:br/>
        <w:t>f 21966/16705/14131 21967/16704/14131 21975/16712/13069</w:t>
        <w:br/>
        <w:t>f 21974/16713/13069 21966/16705/14131 21975/16712/13069</w:t>
        <w:br/>
        <w:t>f 21968/16707/14133 21969/16706/14132 21976/16714/14138</w:t>
        <w:br/>
        <w:t>f 21977/16715/14139 21968/16707/14133 21976/16714/14138</w:t>
        <w:br/>
        <w:t>f 21971/16708/14134 21979/16716/14140 21978/16717/13011</w:t>
        <w:br/>
        <w:t>f 21970/16709/14135 21971/16708/14134 21978/16717/13011</w:t>
        <w:br/>
        <w:t>f 21983/16718/14141 21982/16719/14142 21981/16720/14143</w:t>
        <w:br/>
        <w:t>f 21980/16721/14144 21983/16718/14141 21981/16720/14143</w:t>
        <w:br/>
        <w:t>f 21986/16722/14145 21985/16723/14146 21984/16724/14146</w:t>
        <w:br/>
        <w:t>f 21987/16725/14147 21986/16722/14145 21984/16724/14146</w:t>
        <w:br/>
        <w:t>f 21991/16726/14140 21990/16727/14140 21989/16728/14148</w:t>
        <w:br/>
        <w:t>f 21988/16729/14148 21991/16726/14140 21989/16728/14148</w:t>
        <w:br/>
        <w:t>f 21994/16730/14149 21993/16731/14150 21992/16732/14151</w:t>
        <w:br/>
        <w:t>f 21995/16733/14152 21994/16730/14149 21992/16732/14151</w:t>
        <w:br/>
        <w:t>f 21999/16734/14153 21998/16735/14154 21997/16736/14155</w:t>
        <w:br/>
        <w:t>f 21996/16737/14156 21999/16734/14153 21997/16736/14155</w:t>
        <w:br/>
        <w:t>f 22001/16738/14157 22000/16739/14158 21998/16735/14154</w:t>
        <w:br/>
        <w:t>f 21999/16734/14153 22001/16738/14157 21998/16735/14154</w:t>
        <w:br/>
        <w:t>f 22005/16740/13015 22004/16741/13015 22003/16742/13014</w:t>
        <w:br/>
        <w:t>f 22002/16743/13014 22005/16740/13015 22003/16742/13014</w:t>
        <w:br/>
        <w:t>f 22007/16744/13015 22004/16741/13015 22005/16740/13015</w:t>
        <w:br/>
        <w:t>f 22006/16745/14159 22007/16744/13015 22005/16740/13015</w:t>
        <w:br/>
        <w:t>f 21993/16731/14150 22009/16746/14160 22008/16747/14161</w:t>
        <w:br/>
        <w:t>f 21992/16732/14151 21993/16731/14150 22008/16747/14161</w:t>
        <w:br/>
        <w:t>f 22011/16748/14159 22007/16744/13015 22006/16745/14159</w:t>
        <w:br/>
        <w:t>f 22010/16749/14159 22011/16748/14159 22006/16745/14159</w:t>
        <w:br/>
        <w:t>f 22009/16746/14160 22013/16750/14162 22012/16751/14163</w:t>
        <w:br/>
        <w:t>f 22008/16747/14161 22009/16746/14160 22012/16751/14163</w:t>
        <w:br/>
        <w:t>f 22017/16752/14164 22016/16753/14165 22015/16754/14166</w:t>
        <w:br/>
        <w:t>f 22014/16755/14167 22017/16752/14164 22015/16754/14166</w:t>
        <w:br/>
        <w:t>f 22014/16755/14167 22015/16754/14166 22000/16739/14158</w:t>
        <w:br/>
        <w:t>f 22001/16738/14157 22014/16755/14167 22000/16739/14158</w:t>
        <w:br/>
        <w:t>f 22013/16750/14162 22019/16756/14168 22018/16757/14169</w:t>
        <w:br/>
        <w:t>f 22012/16751/14163 22013/16750/14162 22018/16757/14169</w:t>
        <w:br/>
        <w:t>f 21980/16721/14144 21981/16720/14143 22016/16753/14165</w:t>
        <w:br/>
        <w:t>f 22017/16752/14164 21980/16721/14144 22016/16753/14165</w:t>
        <w:br/>
        <w:t>f 22010/16749/14159 22021/16758/14159 22020/16759/14159</w:t>
        <w:br/>
        <w:t>f 22011/16748/14159 22010/16749/14159 22020/16759/14159</w:t>
        <w:br/>
        <w:t>f 22021/16758/14159 21978/16717/13011 22022/16760/14170</w:t>
        <w:br/>
        <w:t>f 22020/16759/14159 22021/16758/14159 22022/16760/14170</w:t>
        <w:br/>
        <w:t>f 22022/16760/14170 21979/16716/14140 21990/16727/14140</w:t>
        <w:br/>
        <w:t>f 21991/16726/14140 22022/16760/14170 21990/16727/14140</w:t>
        <w:br/>
        <w:t>f 21978/16717/13011 21979/16716/14140 22022/16760/14170</w:t>
        <w:br/>
        <w:t>f 22018/16757/14169 22019/16756/14168 21977/16715/14139</w:t>
        <w:br/>
        <w:t>f 21976/16714/14138 22018/16757/14169 21977/16715/14139</w:t>
        <w:br/>
        <w:t>f 22025/16761/14171 22024/16762/14172 22023/16763/14172</w:t>
        <w:br/>
        <w:t>f 22026/16764/14171 22025/16761/14171 22023/16763/14172</w:t>
        <w:br/>
        <w:t>f 22024/16762/14172 22028/16765/14173 22027/16766/14173</w:t>
        <w:br/>
        <w:t>f 22023/16763/14172 22024/16762/14172 22027/16766/14173</w:t>
        <w:br/>
        <w:t>f 22032/16767/14174 22031/16768/14174 22030/16769/14175</w:t>
        <w:br/>
        <w:t>f 22029/16770/14175 22032/16767/14174 22030/16769/14175</w:t>
        <w:br/>
        <w:t>f 22028/16765/14173 22034/16771/14176 22033/16772/14176</w:t>
        <w:br/>
        <w:t>f 22027/16766/14173 22028/16765/14173 22033/16772/14176</w:t>
        <w:br/>
        <w:t>f 22038/16773/14177 22037/16774/14178 22036/16775/14179</w:t>
        <w:br/>
        <w:t>f 22035/16776/14177 22038/16773/14177 22036/16775/14179</w:t>
        <w:br/>
        <w:t>f 22040/16777/14174 22031/16768/14174 22032/16767/14174</w:t>
        <w:br/>
        <w:t>f 22039/16778/14174 22040/16777/14174 22032/16767/14174</w:t>
        <w:br/>
        <w:t>f 22038/16773/14177 22035/16776/14177 22042/16779/14180</w:t>
        <w:br/>
        <w:t>f 22041/16780/14181 22038/16773/14177 22042/16779/14180</w:t>
        <w:br/>
        <w:t>f 22046/16781/14182 22045/16782/14182 22044/16783/14183</w:t>
        <w:br/>
        <w:t>f 22043/16784/14184 22046/16781/14182 22044/16783/14183</w:t>
        <w:br/>
        <w:t>f 22046/16781/14182 22033/16772/14176 22034/16771/14176</w:t>
        <w:br/>
        <w:t>f 22045/16782/14182 22046/16781/14182 22034/16771/14176</w:t>
        <w:br/>
        <w:t>f 21988/16729/14148 21989/16728/14148 22029/16770/14175</w:t>
        <w:br/>
        <w:t>f 22030/16769/14175 21988/16729/14148 22029/16770/14175</w:t>
        <w:br/>
        <w:t>f 22041/16780/14181 22042/16779/14180 21984/16724/14146</w:t>
        <w:br/>
        <w:t>f 21985/16723/14146 22041/16780/14181 21984/16724/14146</w:t>
        <w:br/>
        <w:t>f 22043/16784/14184 22044/16783/14183 22048/16785/14185</w:t>
        <w:br/>
        <w:t>f 22047/16786/14186 22043/16784/14184 22048/16785/14185</w:t>
        <w:br/>
        <w:t>f 21972/16711/14137 21986/16722/14145 21987/16725/14147</w:t>
        <w:br/>
        <w:t>f 21973/16710/14136 21972/16711/14137 21987/16725/14147</w:t>
        <w:br/>
        <w:t>f 22052/16787/13079 22051/16788/13079 22050/16789/13079</w:t>
        <w:br/>
        <w:t>f 22049/16790/14187 22052/16787/13079 22050/16789/13079</w:t>
        <w:br/>
        <w:t>f 22054/16791/13079 22053/16792/13079 22050/16789/13079</w:t>
        <w:br/>
        <w:t>f 22051/16788/13079 22054/16791/13079 22050/16789/13079</w:t>
        <w:br/>
        <w:t>f 22056/16793/13079 22055/16794/13079 22053/16792/13079</w:t>
        <w:br/>
        <w:t>f 22054/16791/13079 22056/16793/13079 22053/16792/13079</w:t>
        <w:br/>
        <w:t>f 22058/16795/13079 22057/16796/13079 22055/16794/13079</w:t>
        <w:br/>
        <w:t>f 22056/16793/13079 22058/16795/13079 22055/16794/13079</w:t>
        <w:br/>
        <w:t>f 22062/16797/13071 22061/16798/13071 22060/16799/13071</w:t>
        <w:br/>
        <w:t>f 22059/16800/13071 22062/16797/13071 22060/16799/13071</w:t>
        <w:br/>
        <w:t>f 22064/16801/13071 22061/16798/13071 22062/16797/13071</w:t>
        <w:br/>
        <w:t>f 22063/16802/13071 22064/16801/13071 22062/16797/13071</w:t>
        <w:br/>
        <w:t>f 22066/16803/13071 22064/16801/13071 22063/16802/13071</w:t>
        <w:br/>
        <w:t>f 22065/16804/13071 22066/16803/13071 22063/16802/13071</w:t>
        <w:br/>
        <w:t>f 22065/16804/13071 22068/16805/13069 22067/16806/13069</w:t>
        <w:br/>
        <w:t>f 22066/16803/13071 22065/16804/13071 22067/16806/13069</w:t>
        <w:br/>
        <w:t>f 22068/16805/13069 21974/16713/13069 22069/16807/13079</w:t>
        <w:br/>
        <w:t>f 22067/16806/13069 22068/16805/13069 22069/16807/13079</w:t>
        <w:br/>
        <w:t>f 22069/16807/13079 21975/16712/13069 22057/16796/13079</w:t>
        <w:br/>
        <w:t>f 22058/16795/13079 22069/16807/13079 22057/16796/13079</w:t>
        <w:br/>
        <w:t>f 21974/16713/13069 21975/16712/13069 22069/16807/13079</w:t>
        <w:br/>
        <w:t>f 22072/16808/14188 22071/16809/13014 22070/16810/13014</w:t>
        <w:br/>
        <w:t>f 22075/16811/14189 22074/16812/14190 22073/16813/14190</w:t>
        <w:br/>
        <w:t>f 22076/16814/14191 22075/16811/14189 22073/16813/14190</w:t>
        <w:br/>
        <w:t>f 22080/16815/14192 22079/16816/14193 22078/16817/14194</w:t>
        <w:br/>
        <w:t>f 22077/16818/14195 22080/16815/14192 22078/16817/14194</w:t>
        <w:br/>
        <w:t>f 22083/16819/14174 22082/16820/14196 22081/16821/14197</w:t>
        <w:br/>
        <w:t>f 22086/16822/14187 22085/16823/14187 22084/16824/13068</w:t>
        <w:br/>
        <w:t>f 22089/16825/13071 22088/16826/13071 22087/16827/13071</w:t>
        <w:br/>
        <w:t>f 22086/16822/14187 22052/16787/13079 22049/16790/14187</w:t>
        <w:br/>
        <w:t>f 22085/16823/14187 22086/16822/14187 22049/16790/14187</w:t>
        <w:br/>
        <w:t>f 22091/16828/14198 21994/16730/14149 21995/16733/14152</w:t>
        <w:br/>
        <w:t>f 22090/16829/14199 22091/16828/14198 21995/16733/14152</w:t>
        <w:br/>
        <w:t>f 22025/16761/14171 22026/16764/14171 22077/16818/14195</w:t>
        <w:br/>
        <w:t>f 22078/16817/14194 22025/16761/14171 22077/16818/14195</w:t>
        <w:br/>
        <w:t>f 22002/16743/13014 22003/16742/13014 22070/16810/13014</w:t>
        <w:br/>
        <w:t>f 22071/16809/13014 22002/16743/13014 22070/16810/13014</w:t>
        <w:br/>
        <w:t>f 22083/16819/14174 22040/16777/14174 22039/16778/14174</w:t>
        <w:br/>
        <w:t>f 22082/16820/14196 22083/16819/14174 22039/16778/14174</w:t>
        <w:br/>
        <w:t>f 21997/16736/14155 22075/16811/14189 22076/16814/14191</w:t>
        <w:br/>
        <w:t>f 21996/16737/14156 21997/16736/14155 22076/16814/14191</w:t>
        <w:br/>
        <w:t>f 22059/16800/13071 22060/16799/13071 22087/16827/13071</w:t>
        <w:br/>
        <w:t>f 22088/16826/13071 22059/16800/13071 22087/16827/13071</w:t>
        <w:br/>
        <w:t>f 22093/16830/14200 22092/16831/14201 22036/16775/14179</w:t>
        <w:br/>
        <w:t>f 22037/16774/14178 22093/16830/14200 22036/16775/14179</w:t>
        <w:br/>
        <w:t>f 22095/16832/14202 21947/16685/14117 21944/16684/14117</w:t>
        <w:br/>
        <w:t>f 22094/16833/14202 22095/16832/14202 21944/16684/14117</w:t>
        <w:br/>
        <w:t>f 21951/16689/14120 21948/16688/14119 21925/16662/14098</w:t>
        <w:br/>
        <w:t>f 21924/16663/14099 21951/16689/14120 21925/16662/14098</w:t>
        <w:br/>
        <w:t>f 22097/16834/14203 21953/16692/14122 21954/16691/14122</w:t>
        <w:br/>
        <w:t>f 22096/16835/14204 22097/16834/14203 21954/16691/14122</w:t>
        <w:br/>
        <w:t>f 21937/16674/14109 21957/16696/14126 21958/16695/14125</w:t>
        <w:br/>
        <w:t>f 21936/16675/14110 21937/16674/14109 21958/16695/14125</w:t>
        <w:br/>
        <w:t>f 29718/16836/14205 29717/16837/14206 29716/16838/14207</w:t>
        <w:br/>
        <w:t>f 29717/16837/14206 29719/16839/14208 29716/16838/14207</w:t>
        <w:br/>
        <w:t>f 29719/16839/14208 29720/16840/14209 29716/16838/14207</w:t>
        <w:br/>
        <w:t>f 29722/16841/14210 29716/16838/14207 29721/16842/14211</w:t>
        <w:br/>
        <w:t>f 29716/16838/14207 29720/16840/14209 29721/16842/14211</w:t>
        <w:br/>
        <w:t>f 29721/16842/14211 29720/16840/14209 29723/16843/14212</w:t>
        <w:br/>
        <w:t>f 29727/16844/14213 29726/16845/14213 29725/16846/14213</w:t>
        <w:br/>
        <w:t>f 29724/16847/14214 29727/16844/14213 29725/16846/14213</w:t>
        <w:br/>
        <w:t>f 29731/16848/14215 29730/16849/14216 29729/16850/14216</w:t>
        <w:br/>
        <w:t>f 29728/16851/14217 29731/16848/14215 29729/16850/14216</w:t>
        <w:br/>
        <w:t>f 29735/16852/14216 29734/16853/14216 29733/16854/14218</w:t>
        <w:br/>
        <w:t>f 29732/16855/14218 29735/16852/14216 29733/16854/14218</w:t>
        <w:br/>
        <w:t>f 29738/16856/14219 29737/16857/14220 29736/16858/14219</w:t>
        <w:br/>
        <w:t>f 29739/16859/14221 29738/16856/14219 29736/16858/14219</w:t>
        <w:br/>
        <w:t>f 29743/16860/14222 29742/16861/14223 29741/16862/14224</w:t>
        <w:br/>
        <w:t>f 29740/16863/14225 29743/16860/14222 29741/16862/14224</w:t>
        <w:br/>
        <w:t>f 29747/16864/14224 29746/16865/14224 29745/16866/14226</w:t>
        <w:br/>
        <w:t>f 29744/16867/14227 29747/16864/14224 29745/16866/14226</w:t>
        <w:br/>
        <w:t>f 29751/16868/14218 29750/16869/14222 29749/16870/14228</w:t>
        <w:br/>
        <w:t>f 29748/16871/14218 29751/16868/14218 29749/16870/14228</w:t>
        <w:br/>
        <w:t>f 29755/16872/14229 29754/16873/14230 29753/16874/14231</w:t>
        <w:br/>
        <w:t>f 29752/16875/14230 29755/16872/14229 29753/16874/14231</w:t>
        <w:br/>
        <w:t>f 29758/16876/14232 29757/16877/14233 29756/16878/14234</w:t>
        <w:br/>
        <w:t>f 29756/16878/14234 29757/16877/14233 29759/16879/14235</w:t>
        <w:br/>
        <w:t>f 29759/16879/14235 29757/16877/14233 29760/16880/14236</w:t>
        <w:br/>
        <w:t>f 29762/16881/14237 29761/16882/14238 29757/16877/14233</w:t>
        <w:br/>
        <w:t>f 29757/16877/14233 29761/16882/14238 29760/16880/14236</w:t>
        <w:br/>
        <w:t>f 29760/16880/14236 29761/16882/14238 29763/16883/14239</w:t>
        <w:br/>
        <w:t>f 29766/16884/14240 29765/16885/14241 29764/16886/14242</w:t>
        <w:br/>
        <w:t>f 29764/16886/14242 29765/16885/14241 29767/16887/14243</w:t>
        <w:br/>
        <w:t>f 29767/16887/14243 29765/16885/14241 29768/16888/14244</w:t>
        <w:br/>
        <w:t>f 29770/16889/14245 29769/16890/14246 29765/16885/14241</w:t>
        <w:br/>
        <w:t>f 29765/16885/14241 29769/16890/14246 29768/16888/14244</w:t>
        <w:br/>
        <w:t>f 29769/16890/14246 29771/16891/14247 29768/16888/14244</w:t>
        <w:br/>
        <w:t>f 29775/16892/14248 29774/16893/14249 29773/16894/14248</w:t>
        <w:br/>
        <w:t>f 29772/16895/14248 29775/16892/14248 29773/16894/14248</w:t>
        <w:br/>
        <w:t>f 29779/16896/14250 29778/16897/14250 29777/16898/14251</w:t>
        <w:br/>
        <w:t>f 29776/16899/14252 29779/16896/14250 29777/16898/14251</w:t>
        <w:br/>
        <w:t>f 29783/16900/14253 29782/16901/14254 29781/16902/14254</w:t>
        <w:br/>
        <w:t>f 29780/16903/14253 29783/16900/14253 29781/16902/14254</w:t>
        <w:br/>
        <w:t>f 29786/16904/14255 29785/16905/14255 29784/16906/14255</w:t>
        <w:br/>
        <w:t>f 29787/16907/14256 29786/16904/14255 29784/16906/14255</w:t>
        <w:br/>
        <w:t>f 29791/16908/14257 29790/16909/14258 29789/16910/14259</w:t>
        <w:br/>
        <w:t>f 29788/16911/14260 29791/16908/14257 29789/16910/14259</w:t>
        <w:br/>
        <w:t>f 29795/16912/14258 29794/16913/14261 29793/16914/14262</w:t>
        <w:br/>
        <w:t>f 29792/16915/14258 29795/16912/14258 29793/16914/14262</w:t>
        <w:br/>
        <w:t>f 29799/16916/14263 29798/16917/14260 29797/16918/14264</w:t>
        <w:br/>
        <w:t>f 29796/16919/14254 29799/16916/14263 29797/16918/14264</w:t>
        <w:br/>
        <w:t>f 29803/16920/14265 29802/16921/14266 29801/16922/14266</w:t>
        <w:br/>
        <w:t>f 29800/16923/14266 29803/16920/14265 29801/16922/14266</w:t>
        <w:br/>
        <w:t>f 29806/16924/14267 29805/16925/14268 29804/16926/14269</w:t>
        <w:br/>
        <w:t>f 29805/16925/14268 29807/16927/14270 29804/16926/14269</w:t>
        <w:br/>
        <w:t>f 29807/16927/14270 29808/16928/14271 29804/16926/14269</w:t>
        <w:br/>
        <w:t>f 29810/16929/14272 29804/16926/14269 29809/16930/14273</w:t>
        <w:br/>
        <w:t>f 29804/16926/14269 29808/16928/14271 29809/16930/14273</w:t>
        <w:br/>
        <w:t>f 29808/16928/14271 29811/16931/14274 29809/16930/14273</w:t>
        <w:br/>
        <w:t>f 3934/16932/14275 3933/16933/14275 3932/16934/14276</w:t>
        <w:br/>
        <w:t>f 3931/16935/14276 3934/16932/14275 3932/16934/14276</w:t>
        <w:br/>
        <w:t>f 3936/16936/14277 3931/16935/14276 3932/16934/14276</w:t>
        <w:br/>
        <w:t>f 3935/16937/14277 3936/16936/14277 3932/16934/14276</w:t>
        <w:br/>
        <w:t>f 3938/16938/14278 3936/16936/14277 3935/16937/14277</w:t>
        <w:br/>
        <w:t>f 3937/16939/14279 3938/16938/14278 3935/16937/14277</w:t>
        <w:br/>
        <w:t>f 3942/16940/14280 3941/16941/14281 3940/16942/14282</w:t>
        <w:br/>
        <w:t>f 3939/16943/14283 3942/16940/14280 3940/16942/14282</w:t>
        <w:br/>
        <w:t>f 3944/16944/14284 3939/16943/14283 3940/16942/14282</w:t>
        <w:br/>
        <w:t>f 3943/16945/14285 3944/16944/14284 3940/16942/14282</w:t>
        <w:br/>
        <w:t>f 3946/16946/14286 3938/16938/14278 3937/16939/14279</w:t>
        <w:br/>
        <w:t>f 3945/16947/14286 3946/16946/14286 3937/16939/14279</w:t>
        <w:br/>
        <w:t>f 3950/16948/14287 3949/16949/14287 3948/16950/14288</w:t>
        <w:br/>
        <w:t>f 3947/16951/14288 3950/16948/14287 3948/16950/14288</w:t>
        <w:br/>
        <w:t>f 3948/16950/14288 3952/16952/14289 3951/16953/14290</w:t>
        <w:br/>
        <w:t>f 3947/16951/14288 3948/16950/14288 3951/16953/14290</w:t>
        <w:br/>
        <w:t>f 3956/16954/14291 3955/16955/14292 3954/16956/14293</w:t>
        <w:br/>
        <w:t>f 3953/16957/14291 3956/16954/14291 3954/16956/14293</w:t>
        <w:br/>
        <w:t>f 3955/16955/14292 3958/16958/14294 3957/16959/14295</w:t>
        <w:br/>
        <w:t>f 3954/16956/14293 3955/16955/14292 3957/16959/14295</w:t>
        <w:br/>
        <w:t>f 3957/16959/14295 3958/16958/14294 3960/16960/14296</w:t>
        <w:br/>
        <w:t>f 3959/16961/14297 3957/16959/14295 3960/16960/14296</w:t>
        <w:br/>
        <w:t>f 3962/16962/14298 3961/16963/14299 3949/16949/14287</w:t>
        <w:br/>
        <w:t>f 3950/16948/14287 3962/16962/14298 3949/16949/14287</w:t>
        <w:br/>
        <w:t>f 3964/16964/14300 3963/16965/14301 3959/16961/14297</w:t>
        <w:br/>
        <w:t>f 3960/16960/14296 3964/16964/14300 3959/16961/14297</w:t>
        <w:br/>
        <w:t>f 3962/16962/14298 3966/16966/14302 3965/16967/14302</w:t>
        <w:br/>
        <w:t>f 3961/16963/14299 3962/16962/14298 3965/16967/14302</w:t>
        <w:br/>
        <w:t>f 3970/16968/14303 3969/16969/14303 3968/16970/14304</w:t>
        <w:br/>
        <w:t>f 3967/16971/14304 3970/16968/14303 3968/16970/14304</w:t>
        <w:br/>
        <w:t>f 3967/16971/14304 3968/16970/14304 3972/16972/14305</w:t>
        <w:br/>
        <w:t>f 3971/16973/14305 3967/16971/14304 3972/16972/14305</w:t>
        <w:br/>
        <w:t>f 3976/16974/14306 3975/16975/14307 3974/16976/14307</w:t>
        <w:br/>
        <w:t>f 3973/16977/14306 3976/16974/14306 3974/16976/14307</w:t>
        <w:br/>
        <w:t>f 3975/16975/14307 3978/16978/14308 3977/16979/14308</w:t>
        <w:br/>
        <w:t>f 3974/16976/14307 3975/16975/14307 3977/16979/14308</w:t>
        <w:br/>
        <w:t>f 3982/16980/14309 3981/16981/14310 3980/16982/14310</w:t>
        <w:br/>
        <w:t>f 3979/16983/14309 3982/16980/14309 3980/16982/14310</w:t>
        <w:br/>
        <w:t>f 3984/16984/14311 3983/16985/14312 3980/16982/14310</w:t>
        <w:br/>
        <w:t>f 3981/16981/14310 3984/16984/14311 3980/16982/14310</w:t>
        <w:br/>
        <w:t>f 3986/16986/14313 3985/16987/14313 3983/16985/14312</w:t>
        <w:br/>
        <w:t>f 3984/16984/14311 3986/16986/14313 3983/16985/14312</w:t>
        <w:br/>
        <w:t>f 3990/16988/14314 3989/16989/14315 3988/16990/14316</w:t>
        <w:br/>
        <w:t>f 3987/16991/14317 3990/16988/14314 3988/16990/14316</w:t>
        <w:br/>
        <w:t>f 3992/16992/14318 3991/16993/14318 3990/16988/14314</w:t>
        <w:br/>
        <w:t>f 3987/16991/14317 3992/16992/14318 3990/16988/14314</w:t>
        <w:br/>
        <w:t>f 3994/16994/14319 3993/16995/14319 3985/16987/14313</w:t>
        <w:br/>
        <w:t>f 3986/16986/14313 3994/16994/14319 3985/16987/14313</w:t>
        <w:br/>
        <w:t>f 3978/16978/14308 3965/16967/14302 3966/16966/14302</w:t>
        <w:br/>
        <w:t>f 3977/16979/14308 3978/16978/14308 3966/16966/14302</w:t>
        <w:br/>
        <w:t>f 3989/16989/14315 3996/16996/14320 3995/16997/14320</w:t>
        <w:br/>
        <w:t>f 3988/16990/14316 3989/16989/14315 3995/16997/14320</w:t>
        <w:br/>
        <w:t>f 3969/16969/14303 3970/16968/14303 3963/16965/14301</w:t>
        <w:br/>
        <w:t>f 3964/16964/14300 3969/16969/14303 3963/16965/14301</w:t>
        <w:br/>
        <w:t>f 3946/16946/14286 3945/16947/14286 3941/16941/14281</w:t>
        <w:br/>
        <w:t>f 3942/16940/14280 3946/16946/14286 3941/16941/14281</w:t>
        <w:br/>
        <w:t>f 5171/16998/14321 5170/16999/14321 5169/17000/14322</w:t>
        <w:br/>
        <w:t>f 5168/17001/14323 5171/16998/14321 5169/17000/14322</w:t>
        <w:br/>
        <w:t>f 5173/17002/14324 5172/17003/14324 5170/16999/14321</w:t>
        <w:br/>
        <w:t>f 5171/16998/14321 5173/17002/14324 5170/16999/14321</w:t>
        <w:br/>
        <w:t>f 5175/17004/14325 5174/17005/14326 5172/17003/14324</w:t>
        <w:br/>
        <w:t>f 5173/17002/14324 5175/17004/14325 5172/17003/14324</w:t>
        <w:br/>
        <w:t>f 5174/17005/14326 5175/17004/14325 5177/17006/14327</w:t>
        <w:br/>
        <w:t>f 5176/17007/14328 5174/17005/14326 5177/17006/14327</w:t>
        <w:br/>
        <w:t>f 5177/17006/14327 5179/17008/14329 5178/17009/14330</w:t>
        <w:br/>
        <w:t>f 5176/17007/14328 5177/17006/14327 5178/17009/14330</w:t>
        <w:br/>
        <w:t>f 5181/17010/14331 5168/17001/14323 5169/17000/14322</w:t>
        <w:br/>
        <w:t>f 5180/17011/14331 5181/17010/14331 5169/17000/14322</w:t>
        <w:br/>
        <w:t>f 5183/17012/14332 5181/17010/14331 5180/17011/14331</w:t>
        <w:br/>
        <w:t>f 5182/17013/14333 5183/17012/14332 5180/17011/14331</w:t>
        <w:br/>
        <w:t>f 5182/17013/14333 5185/17014/14334 5184/17015/14334</w:t>
        <w:br/>
        <w:t>f 5183/17012/14332 5182/17013/14333 5184/17015/14334</w:t>
        <w:br/>
        <w:t>f 5189/17016/14335 5188/17017/14336 5187/17018/14336</w:t>
        <w:br/>
        <w:t>f 5186/17019/14335 5189/17016/14335 5187/17018/14336</w:t>
        <w:br/>
        <w:t>f 5193/17020/14337 5192/17021/14329 5191/17022/14329</w:t>
        <w:br/>
        <w:t>f 5190/17023/14337 5193/17020/14337 5191/17022/14329</w:t>
        <w:br/>
        <w:t>f 5197/17024/14338 5196/17025/14338 5195/17026/14339</w:t>
        <w:br/>
        <w:t>f 5194/17027/14339 5197/17024/14338 5195/17026/14339</w:t>
        <w:br/>
        <w:t>f 5201/17028/14340 5200/17029/14341 5199/17030/14342</w:t>
        <w:br/>
        <w:t>f 5198/17031/14343 5201/17028/14340 5199/17030/14342</w:t>
        <w:br/>
        <w:t>f 5203/17032/14344 5194/17027/14339 5195/17026/14339</w:t>
        <w:br/>
        <w:t>f 5202/17033/14345 5203/17032/14344 5195/17026/14339</w:t>
        <w:br/>
        <w:t>f 5205/17034/14346 5204/17035/14347 5199/17030/14342</w:t>
        <w:br/>
        <w:t>f 5200/17029/14341 5205/17034/14346 5199/17030/14342</w:t>
        <w:br/>
        <w:t>f 5203/17032/14344 5202/17033/14345 5207/17036/14348</w:t>
        <w:br/>
        <w:t>f 5206/17037/14348 5203/17032/14344 5207/17036/14348</w:t>
        <w:br/>
        <w:t>f 5205/17034/14346 5209/17038/14349 5208/17039/14349</w:t>
        <w:br/>
        <w:t>f 5204/17035/14347 5205/17034/14346 5208/17039/14349</w:t>
        <w:br/>
        <w:t>f 5209/17038/14349 5211/17040/14350 5210/17041/14351</w:t>
        <w:br/>
        <w:t>f 5208/17039/14349 5209/17038/14349 5210/17041/14351</w:t>
        <w:br/>
        <w:t>f 5206/17037/14348 5207/17036/14348 5213/17042/14352</w:t>
        <w:br/>
        <w:t>f 5212/17043/14352 5206/17037/14348 5213/17042/14352</w:t>
        <w:br/>
        <w:t>f 5215/17044/14353 5214/17045/14353 5210/17041/14351</w:t>
        <w:br/>
        <w:t>f 5211/17040/14350 5215/17044/14353 5210/17041/14351</w:t>
        <w:br/>
        <w:t>f 5217/17046/14354 5212/17043/14352 5213/17042/14352</w:t>
        <w:br/>
        <w:t>f 5216/17047/14354 5217/17046/14354 5213/17042/14352</w:t>
        <w:br/>
        <w:t>f 5201/17028/14340 5198/17031/14343 5219/17048/14355</w:t>
        <w:br/>
        <w:t>f 5218/17049/14355 5201/17028/14340 5219/17048/14355</w:t>
        <w:br/>
        <w:t>f 5197/17024/14338 5221/17050/14356 5220/17051/14356</w:t>
        <w:br/>
        <w:t>f 5196/17025/14338 5197/17024/14338 5220/17051/14356</w:t>
        <w:br/>
        <w:t>f 5218/17049/14355 5219/17048/14355 5223/17052/14357</w:t>
        <w:br/>
        <w:t>f 5222/17053/14357 5218/17049/14355 5223/17052/14357</w:t>
        <w:br/>
        <w:t>f 5221/17050/14356 5225/17054/14358 5224/17055/14358</w:t>
        <w:br/>
        <w:t>f 5220/17051/14356 5221/17050/14356 5224/17055/14358</w:t>
        <w:br/>
        <w:t>f 5224/17055/14358 5225/17054/14358 5227/17056/14359</w:t>
        <w:br/>
        <w:t>f 5226/17057/14360 5224/17055/14358 5227/17056/14359</w:t>
        <w:br/>
        <w:t>f 5229/17058/14361 5222/17053/14357 5223/17052/14357</w:t>
        <w:br/>
        <w:t>f 5228/17059/14361 5229/17058/14361 5223/17052/14357</w:t>
        <w:br/>
        <w:t>f 5233/17060/14362 5232/17061/14363 5231/17062/14363</w:t>
        <w:br/>
        <w:t>f 5230/17063/14364 5233/17060/14362 5231/17062/14363</w:t>
        <w:br/>
        <w:t>f 5237/17064/14365 5236/17065/14366 5235/17066/14367</w:t>
        <w:br/>
        <w:t>f 5234/17067/14368 5237/17064/14365 5235/17066/14367</w:t>
        <w:br/>
        <w:t>f 5241/17068/14369 5240/17069/14370 5239/17070/14354</w:t>
        <w:br/>
        <w:t>f 5238/17071/14371 5241/17068/14369 5239/17070/14354</w:t>
        <w:br/>
        <w:t>f 5245/17072/14372 5244/17073/14373 5243/17074/14353</w:t>
        <w:br/>
        <w:t>f 5242/17075/14353 5245/17072/14372 5243/17074/14353</w:t>
        <w:br/>
        <w:t>f 5232/17061/14363 5229/17058/14361 5228/17059/14361</w:t>
        <w:br/>
        <w:t>f 5231/17062/14363 5232/17061/14363 5228/17059/14361</w:t>
        <w:br/>
        <w:t>f 5234/17067/14368 5235/17066/14367 5226/17057/14360</w:t>
        <w:br/>
        <w:t>f 5227/17056/14359 5234/17067/14368 5226/17057/14360</w:t>
        <w:br/>
        <w:t>f 5188/17017/14336 5184/17015/14334 5185/17014/14334</w:t>
        <w:br/>
        <w:t>f 5187/17018/14336 5188/17017/14336 5185/17014/14334</w:t>
        <w:br/>
        <w:t>f 5237/17064/14365 5241/17068/14369 5238/17071/14371</w:t>
        <w:br/>
        <w:t>f 5236/17065/14366 5237/17064/14365 5238/17071/14371</w:t>
        <w:br/>
        <w:t>f 5233/17060/14362 5230/17063/14364 5244/17073/14373</w:t>
        <w:br/>
        <w:t>f 5245/17072/14372 5233/17060/14362 5244/17073/14373</w:t>
        <w:br/>
        <w:t>f 5186/17019/14335 5193/17020/14337 5190/17023/14337</w:t>
        <w:br/>
        <w:t>f 5189/17016/14335 5186/17019/14335 5190/17023/14337</w:t>
        <w:br/>
        <w:t>f 5589/17076/14374 5588/17077/14375 5587/17078/14376</w:t>
        <w:br/>
        <w:t>f 5586/17079/14377 5589/17076/14374 5587/17078/14376</w:t>
        <w:br/>
        <w:t>f 5591/17080/14378 5589/17076/14374 5586/17079/14377</w:t>
        <w:br/>
        <w:t>f 5590/17081/14378 5591/17080/14378 5586/17079/14377</w:t>
        <w:br/>
        <w:t>f 5593/17082/14379 5591/17080/14378 5590/17081/14378</w:t>
        <w:br/>
        <w:t>f 5592/17083/14380 5593/17082/14379 5590/17081/14378</w:t>
        <w:br/>
        <w:t>f 5592/17083/14380 5595/17084/14381 5594/17085/14381</w:t>
        <w:br/>
        <w:t>f 5593/17082/14379 5592/17083/14380 5594/17085/14381</w:t>
        <w:br/>
        <w:t>f 5597/17086/14382 5596/17087/14383 5594/17085/14381</w:t>
        <w:br/>
        <w:t>f 5595/17084/14381 5597/17086/14382 5594/17085/14381</w:t>
        <w:br/>
        <w:t>f 5587/17078/14376 5588/17077/14375 5599/17088/14384</w:t>
        <w:br/>
        <w:t>f 5598/17089/14384 5587/17078/14376 5599/17088/14384</w:t>
        <w:br/>
        <w:t>f 5601/17090/14385 5600/17091/14386 5598/17089/14384</w:t>
        <w:br/>
        <w:t>f 5599/17088/14384 5601/17090/14385 5598/17089/14384</w:t>
        <w:br/>
        <w:t>f 5600/17091/14386 5601/17090/14385 5603/17092/14387</w:t>
        <w:br/>
        <w:t>f 5602/17093/14387 5600/17091/14386 5603/17092/14387</w:t>
        <w:br/>
        <w:t>f 5607/17094/14388 5606/17095/14388 5605/17096/14389</w:t>
        <w:br/>
        <w:t>f 5604/17097/14389 5607/17094/14388 5605/17096/14389</w:t>
        <w:br/>
        <w:t>f 5611/17098/14390 5610/17099/14390 5609/17100/14383</w:t>
        <w:br/>
        <w:t>f 5608/17101/14383 5611/17098/14390 5609/17100/14383</w:t>
        <w:br/>
        <w:t>f 5615/17102/14391 5614/17103/14392 5613/17104/14392</w:t>
        <w:br/>
        <w:t>f 5612/17105/14391 5615/17102/14391 5613/17104/14392</w:t>
        <w:br/>
        <w:t>f 5619/17106/14393 5618/17107/14393 5617/17108/14394</w:t>
        <w:br/>
        <w:t>f 5616/17109/14395 5619/17106/14393 5617/17108/14394</w:t>
        <w:br/>
        <w:t>f 5621/17110/14396 5620/17111/14396 5615/17102/14391</w:t>
        <w:br/>
        <w:t>f 5612/17105/14391 5621/17110/14396 5615/17102/14391</w:t>
        <w:br/>
        <w:t>f 5617/17108/14394 5623/17112/14397 5622/17113/14398</w:t>
        <w:br/>
        <w:t>f 5616/17109/14395 5617/17108/14394 5622/17113/14398</w:t>
        <w:br/>
        <w:t>f 5625/17114/14399 5620/17111/14396 5621/17110/14396</w:t>
        <w:br/>
        <w:t>f 5624/17115/14399 5625/17114/14399 5621/17110/14396</w:t>
        <w:br/>
        <w:t>f 5622/17113/14398 5623/17112/14397 5627/17116/14400</w:t>
        <w:br/>
        <w:t>f 5626/17117/14400 5622/17113/14398 5627/17116/14400</w:t>
        <w:br/>
        <w:t>f 5626/17117/14400 5627/17116/14400 5629/17118/14401</w:t>
        <w:br/>
        <w:t>f 5628/17119/14402 5626/17117/14400 5629/17118/14401</w:t>
        <w:br/>
        <w:t>f 5631/17120/14403 5625/17114/14399 5624/17115/14399</w:t>
        <w:br/>
        <w:t>f 5630/17121/14403 5631/17120/14403 5624/17115/14399</w:t>
        <w:br/>
        <w:t>f 5629/17118/14401 5633/17122/14404 5632/17123/14404</w:t>
        <w:br/>
        <w:t>f 5628/17119/14402 5629/17118/14401 5632/17123/14404</w:t>
        <w:br/>
        <w:t>f 5635/17124/14405 5634/17125/14405 5631/17120/14403</w:t>
        <w:br/>
        <w:t>f 5630/17121/14403 5635/17124/14405 5631/17120/14403</w:t>
        <w:br/>
        <w:t>f 5637/17126/14406 5618/17107/14393 5619/17106/14393</w:t>
        <w:br/>
        <w:t>f 5636/17127/14406 5637/17126/14406 5619/17106/14393</w:t>
        <w:br/>
        <w:t>f 5613/17104/14392 5614/17103/14392 5639/17128/14407</w:t>
        <w:br/>
        <w:t>f 5638/17129/14408 5613/17104/14392 5639/17128/14407</w:t>
        <w:br/>
        <w:t>f 5641/17130/14409 5637/17126/14406 5636/17127/14406</w:t>
        <w:br/>
        <w:t>f 5640/17131/14409 5641/17130/14409 5636/17127/14406</w:t>
        <w:br/>
        <w:t>f 5638/17129/14408 5639/17128/14407 5643/17132/14410</w:t>
        <w:br/>
        <w:t>f 5642/17133/14410 5638/17129/14408 5643/17132/14410</w:t>
        <w:br/>
        <w:t>f 5645/17134/14411 5642/17133/14410 5643/17132/14410</w:t>
        <w:br/>
        <w:t>f 5644/17135/14412 5645/17134/14411 5643/17132/14410</w:t>
        <w:br/>
        <w:t>f 5641/17130/14409 5640/17131/14409 5647/17136/14413</w:t>
        <w:br/>
        <w:t>f 5646/17137/14413 5641/17130/14409 5647/17136/14413</w:t>
        <w:br/>
        <w:t>f 5651/17138/14414 5650/17139/14415 5649/17140/14416</w:t>
        <w:br/>
        <w:t>f 5648/17141/14417 5651/17138/14414 5649/17140/14416</w:t>
        <w:br/>
        <w:t>f 5655/17142/14418 5654/17143/14419 5653/17144/14419</w:t>
        <w:br/>
        <w:t>f 5652/17145/14420 5655/17142/14418 5653/17144/14419</w:t>
        <w:br/>
        <w:t>f 5659/17146/14421 5658/17147/14421 5657/17148/14405</w:t>
        <w:br/>
        <w:t>f 5656/17149/14405 5659/17146/14421 5657/17148/14405</w:t>
        <w:br/>
        <w:t>f 5663/17150/14404 5662/17151/14422 5661/17152/14422</w:t>
        <w:br/>
        <w:t>f 5660/17153/14404 5663/17150/14404 5661/17152/14422</w:t>
        <w:br/>
        <w:t>f 5648/17141/14417 5649/17140/14416 5646/17137/14413</w:t>
        <w:br/>
        <w:t>f 5647/17136/14413 5648/17141/14417 5646/17137/14413</w:t>
        <w:br/>
        <w:t>f 5644/17135/14412 5655/17142/14418 5652/17145/14420</w:t>
        <w:br/>
        <w:t>f 5645/17134/14411 5644/17135/14412 5652/17145/14420</w:t>
        <w:br/>
        <w:t>f 5604/17097/14389 5605/17096/14389 5602/17093/14387</w:t>
        <w:br/>
        <w:t>f 5603/17092/14387 5604/17097/14389 5602/17093/14387</w:t>
        <w:br/>
        <w:t>f 5653/17144/14419 5654/17143/14419 5658/17147/14421</w:t>
        <w:br/>
        <w:t>f 5659/17146/14421 5653/17144/14419 5658/17147/14421</w:t>
        <w:br/>
        <w:t>f 5662/17151/14422 5650/17139/14415 5651/17138/14414</w:t>
        <w:br/>
        <w:t>f 5661/17152/14422 5662/17151/14422 5651/17138/14414</w:t>
        <w:br/>
        <w:t>f 5610/17099/14390 5611/17098/14390 5606/17095/14388</w:t>
        <w:br/>
        <w:t>f 5607/17094/14388 5610/17099/14390 5606/17095/14388</w:t>
        <w:br/>
        <w:t>f 6562/17154/14423 6561/17155/14424 6560/17156/14425</w:t>
        <w:br/>
        <w:t>f 6559/17157/14423 6562/17154/14423 6560/17156/14425</w:t>
        <w:br/>
        <w:t>f 6564/17158/14426 6563/17159/14426 6560/17156/14425</w:t>
        <w:br/>
        <w:t>f 6561/17155/14424 6564/17158/14426 6560/17156/14425</w:t>
        <w:br/>
        <w:t>f 6566/17160/14427 6565/17161/14428 6563/17159/14426</w:t>
        <w:br/>
        <w:t>f 6564/17158/14426 6566/17160/14427 6563/17159/14426</w:t>
        <w:br/>
        <w:t>f 6570/17162/14429 6569/17163/14430 6568/17164/14430</w:t>
        <w:br/>
        <w:t>f 6567/17165/14429 6570/17162/14429 6568/17164/14430</w:t>
        <w:br/>
        <w:t>f 6572/17166/14431 6571/17167/14431 6570/17162/14429</w:t>
        <w:br/>
        <w:t>f 6567/17165/14429 6572/17166/14431 6570/17162/14429</w:t>
        <w:br/>
        <w:t>f 6574/17168/14432 6573/17169/14433 6565/17161/14428</w:t>
        <w:br/>
        <w:t>f 6566/17160/14427 6574/17168/14432 6565/17161/14428</w:t>
        <w:br/>
        <w:t>f 6578/17170/14434 6577/17171/14435 6576/17172/14435</w:t>
        <w:br/>
        <w:t>f 6575/17173/14434 6578/17170/14434 6576/17172/14435</w:t>
        <w:br/>
        <w:t>f 6580/17174/14436 6579/17175/14436 6576/17172/14435</w:t>
        <w:br/>
        <w:t>f 6577/17171/14435 6580/17174/14436 6576/17172/14435</w:t>
        <w:br/>
        <w:t>f 6584/17176/14437 6583/17177/14438 6582/17178/14439</w:t>
        <w:br/>
        <w:t>f 6581/17179/14439 6584/17176/14437 6582/17178/14439</w:t>
        <w:br/>
        <w:t>f 6586/17180/14440 6585/17181/14440 6583/17177/14438</w:t>
        <w:br/>
        <w:t>f 6584/17176/14437 6586/17180/14440 6583/17177/14438</w:t>
        <w:br/>
        <w:t>f 6586/17180/14440 6588/17182/14441 6587/17183/14442</w:t>
        <w:br/>
        <w:t>f 6585/17181/14440 6586/17180/14440 6587/17183/14442</w:t>
        <w:br/>
        <w:t>f 6590/17184/14443 6578/17170/14434 6575/17173/14434</w:t>
        <w:br/>
        <w:t>f 6589/17185/14443 6590/17184/14443 6575/17173/14434</w:t>
        <w:br/>
        <w:t>f 6591/17186/14444 6587/17183/14442 6588/17182/14441</w:t>
        <w:br/>
        <w:t>f 6592/17187/14444 6591/17186/14444 6588/17182/14441</w:t>
        <w:br/>
        <w:t>f 6594/17188/14445 6593/17189/14446 6590/17184/14443</w:t>
        <w:br/>
        <w:t>f 6589/17185/14443 6594/17188/14445 6590/17184/14443</w:t>
        <w:br/>
        <w:t>f 6598/17190/14447 6597/17191/14448 6596/17192/14448</w:t>
        <w:br/>
        <w:t>f 6595/17193/14447 6598/17190/14447 6596/17192/14448</w:t>
        <w:br/>
        <w:t>f 6597/17191/14448 6600/17194/14449 6599/17195/14449</w:t>
        <w:br/>
        <w:t>f 6596/17192/14448 6597/17191/14448 6599/17195/14449</w:t>
        <w:br/>
        <w:t>f 6604/17196/14450 6603/17197/14450 6602/17198/14451</w:t>
        <w:br/>
        <w:t>f 6601/17199/14451 6604/17196/14450 6602/17198/14451</w:t>
        <w:br/>
        <w:t>f 6603/17197/14450 6604/17196/14450 6606/17200/14452</w:t>
        <w:br/>
        <w:t>f 6605/17201/14452 6603/17197/14450 6606/17200/14452</w:t>
        <w:br/>
        <w:t>f 6610/17202/14453 6609/17203/14453 6608/17204/14454</w:t>
        <w:br/>
        <w:t>f 6607/17205/14454 6610/17202/14453 6608/17204/14454</w:t>
        <w:br/>
        <w:t>f 6612/17206/14455 6607/17205/14454 6608/17204/14454</w:t>
        <w:br/>
        <w:t>f 6611/17207/14455 6612/17206/14455 6608/17204/14454</w:t>
        <w:br/>
        <w:t>f 6614/17208/14456 6612/17206/14455 6611/17207/14455</w:t>
        <w:br/>
        <w:t>f 6613/17209/14457 6614/17208/14456 6611/17207/14455</w:t>
        <w:br/>
        <w:t>f 6618/17210/14458 6617/17211/14459 6616/17212/14460</w:t>
        <w:br/>
        <w:t>f 6615/17213/14460 6618/17210/14458 6616/17212/14460</w:t>
        <w:br/>
        <w:t>f 6620/17214/14461 6617/17211/14459 6618/17210/14458</w:t>
        <w:br/>
        <w:t>f 6619/17215/14461 6620/17214/14461 6618/17210/14458</w:t>
        <w:br/>
        <w:t>f 6622/17216/14462 6614/17208/14456 6613/17209/14457</w:t>
        <w:br/>
        <w:t>f 6621/17217/14462 6622/17216/14462 6613/17209/14457</w:t>
        <w:br/>
        <w:t>f 6593/17189/14446 6594/17188/14445 6605/17201/14452</w:t>
        <w:br/>
        <w:t>f 6606/17200/14452 6593/17189/14446 6605/17201/14452</w:t>
        <w:br/>
        <w:t>f 6624/17218/14463 6623/17219/14463 6615/17213/14460</w:t>
        <w:br/>
        <w:t>f 6616/17212/14460 6624/17218/14463 6615/17213/14460</w:t>
        <w:br/>
        <w:t>f 6592/17187/14444 6598/17190/14447 6595/17193/14447</w:t>
        <w:br/>
        <w:t>f 6591/17186/14444 6592/17187/14444 6595/17193/14447</w:t>
        <w:br/>
        <w:t>f 6569/17163/14430 6573/17169/14433 6574/17168/14432</w:t>
        <w:br/>
        <w:t>f 6568/17164/14430 6569/17163/14430 6574/17168/14432</w:t>
        <w:br/>
        <w:t>f 6628/17220/14464 6627/17221/14465 6626/17222/14466</w:t>
        <w:br/>
        <w:t>f 6625/17223/14466 6628/17220/14464 6626/17222/14466</w:t>
        <w:br/>
        <w:t>f 6630/17224/14467 6629/17225/14467 6625/17223/14466</w:t>
        <w:br/>
        <w:t>f 6626/17222/14466 6630/17224/14467 6625/17223/14466</w:t>
        <w:br/>
        <w:t>f 6632/17226/14468 6631/17227/14468 6629/17225/14467</w:t>
        <w:br/>
        <w:t>f 6630/17224/14467 6632/17226/14468 6629/17225/14467</w:t>
        <w:br/>
        <w:t>f 6634/17228/14469 6633/17229/14470 6631/17227/14468</w:t>
        <w:br/>
        <w:t>f 6632/17226/14468 6634/17228/14469 6631/17227/14468</w:t>
        <w:br/>
        <w:t>f 6636/17230/14471 6635/17231/14471 6633/17229/14470</w:t>
        <w:br/>
        <w:t>f 6634/17228/14469 6636/17230/14471 6633/17229/14470</w:t>
        <w:br/>
        <w:t>f 6638/17232/14472 6637/17233/14473 6635/17231/14471</w:t>
        <w:br/>
        <w:t>f 6636/17230/14471 6638/17232/14472 6635/17231/14471</w:t>
        <w:br/>
        <w:t>f 6642/17234/14474 6641/17235/14475 6640/17236/14475</w:t>
        <w:br/>
        <w:t>f 6639/17237/14474 6642/17234/14474 6640/17236/14475</w:t>
        <w:br/>
        <w:t>f 6646/17238/14476 6645/17239/14477 6644/17240/14477</w:t>
        <w:br/>
        <w:t>f 6643/17241/14476 6646/17238/14476 6644/17240/14477</w:t>
        <w:br/>
        <w:t>f 6650/17242/14478 6649/17243/14476 6648/17244/14476</w:t>
        <w:br/>
        <w:t>f 6647/17245/14479 6650/17242/14478 6648/17244/14476</w:t>
        <w:br/>
        <w:t>f 6647/17245/14479 6652/17246/14480 6651/17247/14480</w:t>
        <w:br/>
        <w:t>f 6650/17242/14478 6647/17245/14479 6651/17247/14480</w:t>
        <w:br/>
        <w:t>f 6654/17248/14481 6651/17247/14480 6652/17246/14480</w:t>
        <w:br/>
        <w:t>f 6653/17249/14481 6654/17248/14481 6652/17246/14480</w:t>
        <w:br/>
        <w:t>f 6656/17250/14482 6655/17251/14483 6627/17221/14465</w:t>
        <w:br/>
        <w:t>f 6628/17220/14464 6656/17250/14482 6627/17221/14465</w:t>
        <w:br/>
        <w:t>f 6656/17250/14482 6658/17252/14484 6657/17253/14485</w:t>
        <w:br/>
        <w:t>f 6655/17251/14483 6656/17250/14482 6657/17253/14485</w:t>
        <w:br/>
        <w:t>f 6662/17254/14486 6661/17255/14487 6660/17256/14487</w:t>
        <w:br/>
        <w:t>f 6659/17257/14488 6662/17254/14486 6660/17256/14487</w:t>
        <w:br/>
        <w:t>f 6661/17255/14487 6664/17258/14489 6663/17259/14489</w:t>
        <w:br/>
        <w:t>f 6660/17256/14487 6661/17255/14487 6663/17259/14489</w:t>
        <w:br/>
        <w:t>f 6664/17258/14489 6666/17260/14490 6665/17261/14490</w:t>
        <w:br/>
        <w:t>f 6663/17259/14489 6664/17258/14489 6665/17261/14490</w:t>
        <w:br/>
        <w:t>f 6666/17260/14490 6668/17262/14491 6667/17263/14491</w:t>
        <w:br/>
        <w:t>f 6665/17261/14490 6666/17260/14490 6667/17263/14491</w:t>
        <w:br/>
        <w:t>f 6668/17262/14491 6670/17264/14492 6669/17265/14492</w:t>
        <w:br/>
        <w:t>f 6667/17263/14491 6668/17262/14491 6669/17265/14492</w:t>
        <w:br/>
        <w:t>f 6670/17264/14492 6672/17266/14493 6671/17267/14493</w:t>
        <w:br/>
        <w:t>f 6669/17265/14492 6670/17264/14492 6671/17267/14493</w:t>
        <w:br/>
        <w:t>f 6676/17268/14494 6675/17269/14494 6674/17270/14495</w:t>
        <w:br/>
        <w:t>f 6673/17271/14495 6676/17268/14494 6674/17270/14495</w:t>
        <w:br/>
        <w:t>f 6680/17272/14496 6679/17273/14497 6678/17274/14498</w:t>
        <w:br/>
        <w:t>f 6677/17275/14499 6680/17272/14496 6678/17274/14498</w:t>
        <w:br/>
        <w:t>f 6684/17276/14500 6683/17277/14500 6682/17278/14496</w:t>
        <w:br/>
        <w:t>f 6681/17279/14497 6684/17276/14500 6682/17278/14496</w:t>
        <w:br/>
        <w:t>f 6683/17277/14500 6684/17276/14500 6686/17280/14501</w:t>
        <w:br/>
        <w:t>f 6685/17281/14502 6683/17277/14500 6686/17280/14501</w:t>
        <w:br/>
        <w:t>f 6688/17282/14503 6687/17283/14503 6685/17281/14502</w:t>
        <w:br/>
        <w:t>f 6686/17280/14501 6688/17282/14503 6685/17281/14502</w:t>
        <w:br/>
        <w:t>f 6659/17257/14488 6690/17284/14504 6689/17285/14504</w:t>
        <w:br/>
        <w:t>f 6662/17254/14486 6659/17257/14488 6689/17285/14504</w:t>
        <w:br/>
        <w:t>f 6692/17286/14505 6689/17285/14504 6690/17284/14504</w:t>
        <w:br/>
        <w:t>f 6691/17287/14506 6692/17286/14505 6690/17284/14504</w:t>
        <w:br/>
        <w:t>f 6696/17288/14507 6695/17289/14507 6694/17290/14508</w:t>
        <w:br/>
        <w:t>f 6693/17291/14509 6696/17288/14507 6694/17290/14508</w:t>
        <w:br/>
        <w:t>f 6700/17292/14510 6699/17293/14511 6698/17294/14512</w:t>
        <w:br/>
        <w:t>f 6697/17295/14510 6700/17292/14510 6698/17294/14512</w:t>
        <w:br/>
        <w:t>f 6694/17290/14508 6702/17296/14513 6701/17297/14513</w:t>
        <w:br/>
        <w:t>f 6693/17291/14509 6694/17290/14508 6701/17297/14513</w:t>
        <w:br/>
        <w:t>f 6700/17292/14510 6697/17295/14510 6704/17298/14514</w:t>
        <w:br/>
        <w:t>f 6703/17299/14515 6700/17292/14510 6704/17298/14514</w:t>
        <w:br/>
        <w:t>f 6702/17296/14513 6706/17300/14516 6705/17301/14516</w:t>
        <w:br/>
        <w:t>f 6701/17297/14513 6702/17296/14513 6705/17301/14516</w:t>
        <w:br/>
        <w:t>f 6708/17302/14517 6707/17303/14517 6703/17299/14515</w:t>
        <w:br/>
        <w:t>f 6704/17298/14514 6708/17302/14517 6703/17299/14515</w:t>
        <w:br/>
        <w:t>f 6706/17300/14516 6710/17304/14518 6709/17305/14519</w:t>
        <w:br/>
        <w:t>f 6705/17301/14516 6706/17300/14516 6709/17305/14519</w:t>
        <w:br/>
        <w:t>f 6712/17306/14520 6711/17307/14521 6707/17303/14517</w:t>
        <w:br/>
        <w:t>f 6708/17302/14517 6712/17306/14520 6707/17303/14517</w:t>
        <w:br/>
        <w:t>f 6710/17304/14518 6714/17308/14522 6713/17309/14522</w:t>
        <w:br/>
        <w:t>f 6709/17305/14519 6710/17304/14518 6713/17309/14522</w:t>
        <w:br/>
        <w:t>f 6716/17310/14523 6715/17311/14523 6711/17307/14521</w:t>
        <w:br/>
        <w:t>f 6712/17306/14520 6716/17310/14523 6711/17307/14521</w:t>
        <w:br/>
        <w:t>f 6714/17308/14522 6718/17312/14524 6717/17313/14525</w:t>
        <w:br/>
        <w:t>f 6713/17309/14522 6714/17308/14522 6717/17313/14525</w:t>
        <w:br/>
        <w:t>f 6720/17314/14526 6719/17315/14526 6715/17311/14523</w:t>
        <w:br/>
        <w:t>f 6716/17310/14523 6720/17314/14526 6715/17311/14523</w:t>
        <w:br/>
        <w:t>f 6724/17316/14527 6723/17317/14527 6722/17318/14528</w:t>
        <w:br/>
        <w:t>f 6721/17319/14529 6724/17316/14527 6722/17318/14528</w:t>
        <w:br/>
        <w:t>f 6728/17320/14530 6727/17321/14531 6726/17322/14532</w:t>
        <w:br/>
        <w:t>f 6725/17323/14530 6728/17320/14530 6726/17322/14532</w:t>
        <w:br/>
        <w:t>f 6732/17324/14533 6731/17325/14534 6730/17326/14535</w:t>
        <w:br/>
        <w:t>f 6729/17327/14536 6732/17324/14533 6730/17326/14535</w:t>
        <w:br/>
        <w:t>f 6736/17328/14537 6735/17329/14538 6734/17330/14538</w:t>
        <w:br/>
        <w:t>f 6733/17331/14537 6736/17328/14537 6734/17330/14538</w:t>
        <w:br/>
        <w:t>f 6740/17332/14539 6739/17333/14539 6738/17334/14540</w:t>
        <w:br/>
        <w:t>f 6737/17335/14541 6740/17332/14539 6738/17334/14540</w:t>
        <w:br/>
        <w:t>f 6744/17336/14542 6743/17337/14537 6742/17338/14537</w:t>
        <w:br/>
        <w:t>f 6741/17339/14542 6744/17336/14542 6742/17338/14537</w:t>
        <w:br/>
        <w:t>f 6746/17340/14543 6745/17341/14544 6737/17335/14541</w:t>
        <w:br/>
        <w:t>f 6738/17334/14540 6746/17340/14543 6737/17335/14541</w:t>
        <w:br/>
        <w:t>f 6741/17339/14542 6748/17342/14545 6747/17343/14546</w:t>
        <w:br/>
        <w:t>f 6744/17336/14542 6741/17339/14542 6747/17343/14546</w:t>
        <w:br/>
        <w:t>f 6746/17340/14543 6750/17344/14547 6749/17345/14548</w:t>
        <w:br/>
        <w:t>f 6745/17341/14544 6746/17340/14543 6749/17345/14548</w:t>
        <w:br/>
        <w:t>f 6752/17346/14549 6751/17347/14549 6747/17343/14546</w:t>
        <w:br/>
        <w:t>f 6748/17342/14545 6752/17346/14549 6747/17343/14546</w:t>
        <w:br/>
        <w:t>f 6699/17293/14511 6754/17348/14550 6753/17349/14551</w:t>
        <w:br/>
        <w:t>f 6698/17294/14512 6699/17293/14511 6753/17349/14551</w:t>
        <w:br/>
        <w:t>f 6756/17350/14552 6695/17289/14507 6696/17288/14507</w:t>
        <w:br/>
        <w:t>f 6755/17351/14552 6756/17350/14552 6696/17288/14507</w:t>
        <w:br/>
        <w:t>f 6756/17350/14552 6755/17351/14552 6749/17345/14548</w:t>
        <w:br/>
        <w:t>f 6750/17344/14547 6756/17350/14552 6749/17345/14548</w:t>
        <w:br/>
        <w:t>f 6754/17348/14550 6751/17347/14549 6752/17346/14549</w:t>
        <w:br/>
        <w:t>f 6753/17349/14551 6754/17348/14550 6752/17346/14549</w:t>
        <w:br/>
        <w:t>f 6718/17312/14524 6723/17317/14527 6724/17316/14527</w:t>
        <w:br/>
        <w:t>f 6717/17313/14525 6718/17312/14524 6724/17316/14527</w:t>
        <w:br/>
        <w:t>f 6638/17232/14472 6758/17352/14553 6757/17353/14554</w:t>
        <w:br/>
        <w:t>f 6637/17233/14473 6638/17232/14472 6757/17353/14554</w:t>
        <w:br/>
        <w:t>f 6726/17322/14532 6727/17321/14531 6719/17315/14526</w:t>
        <w:br/>
        <w:t>f 6720/17314/14526 6726/17322/14532 6719/17315/14526</w:t>
        <w:br/>
        <w:t>f 6672/17266/14493 6760/17354/14555 6759/17355/14556</w:t>
        <w:br/>
        <w:t>f 6671/17267/14493 6672/17266/14493 6759/17355/14556</w:t>
        <w:br/>
        <w:t>f 6721/17319/14529 6722/17318/14528 6731/17325/14534</w:t>
        <w:br/>
        <w:t>f 6732/17324/14533 6721/17319/14529 6731/17325/14534</w:t>
        <w:br/>
        <w:t>f 6645/17239/14477 6640/17236/14475 6641/17235/14475</w:t>
        <w:br/>
        <w:t>f 6644/17240/14477 6645/17239/14477 6641/17235/14475</w:t>
        <w:br/>
        <w:t>f 6735/17329/14538 6728/17320/14530 6725/17323/14530</w:t>
        <w:br/>
        <w:t>f 6734/17330/14538 6735/17329/14538 6725/17323/14530</w:t>
        <w:br/>
        <w:t>f 6673/17271/14495 6674/17270/14495 6677/17275/14499</w:t>
        <w:br/>
        <w:t>f 6678/17274/14498 6673/17271/14495 6677/17275/14499</w:t>
        <w:br/>
        <w:t>f 11944/17356/14557 11943/17357/14558 11942/17358/14559</w:t>
        <w:br/>
        <w:t>f 11941/17359/14560 11944/17356/14557 11942/17358/14559</w:t>
        <w:br/>
        <w:t>f 11948/17360/14561 11947/17361/14562 11946/17362/14562</w:t>
        <w:br/>
        <w:t>f 11945/17363/14562 11948/17360/14561 11946/17362/14562</w:t>
        <w:br/>
        <w:t>f 11952/17364/14563 11951/17365/14564 11950/17366/14564</w:t>
        <w:br/>
        <w:t>f 11949/17367/14563 11952/17364/14563 11950/17366/14564</w:t>
        <w:br/>
        <w:t>f 11956/17368/14565 11955/17369/14566 11954/17370/14567</w:t>
        <w:br/>
        <w:t>f 11953/17371/14568 11956/17368/14565 11954/17370/14567</w:t>
        <w:br/>
        <w:t>f 11960/17372/14569 11959/17373/14570 11958/17374/14570</w:t>
        <w:br/>
        <w:t>f 11957/17375/14571 11960/17372/14569 11958/17374/14570</w:t>
        <w:br/>
        <w:t>f 11964/17376/14572 11963/17377/14572 11962/17378/14573</w:t>
        <w:br/>
        <w:t>f 11961/17379/14573 11964/17376/14572 11962/17378/14573</w:t>
        <w:br/>
        <w:t>f 11968/17380/14574 11967/17381/14575 11966/17382/14576</w:t>
        <w:br/>
        <w:t>f 11965/17383/14574 11968/17380/14574 11966/17382/14576</w:t>
        <w:br/>
        <w:t>f 11972/17384/14577 11971/17385/14578 11970/17386/14579</w:t>
        <w:br/>
        <w:t>f 11969/17387/14577 11972/17384/14577 11970/17386/14579</w:t>
        <w:br/>
        <w:t>f 11976/17388/14580 11975/17389/14581 11974/17390/14581</w:t>
        <w:br/>
        <w:t>f 11973/17391/14580 11976/17388/14580 11974/17390/14581</w:t>
        <w:br/>
        <w:t>f 11980/17392/14582 11979/17393/14583 11978/17394/14583</w:t>
        <w:br/>
        <w:t>f 11977/17395/14584 11980/17392/14582 11978/17394/14583</w:t>
        <w:br/>
        <w:t>f 11984/17396/14585 11983/17397/14586 11982/17398/14587</w:t>
        <w:br/>
        <w:t>f 11981/17399/14585 11984/17396/14585 11982/17398/14587</w:t>
        <w:br/>
        <w:t>f 11988/17400/14588 11987/17401/14589 11986/17402/14590</w:t>
        <w:br/>
        <w:t>f 11985/17403/14588 11988/17400/14588 11986/17402/14590</w:t>
        <w:br/>
        <w:t>f 11991/17404/14591 11990/17405/14591 11989/17406/14592</w:t>
        <w:br/>
        <w:t>f 11992/17407/14592 11991/17404/14591 11989/17406/14592</w:t>
        <w:br/>
        <w:t>f 11996/17408/14593 11995/17409/14593 11994/17410/14594</w:t>
        <w:br/>
        <w:t>f 11993/17411/14594 11996/17408/14593 11994/17410/14594</w:t>
        <w:br/>
        <w:t>f 12000/17412/14595 11999/17413/14596 11998/17414/14596</w:t>
        <w:br/>
        <w:t>f 11997/17415/14595 12000/17412/14595 11998/17414/14596</w:t>
        <w:br/>
        <w:t>f 12004/17416/14597 12003/17417/14597 12002/17418/14598</w:t>
        <w:br/>
        <w:t>f 12001/17419/14599 12004/17416/14597 12002/17418/14598</w:t>
        <w:br/>
        <w:t>f 12000/17412/14595 11997/17415/14595 12006/17420/14600</w:t>
        <w:br/>
        <w:t>f 12005/17421/14600 12000/17412/14595 12006/17420/14600</w:t>
        <w:br/>
        <w:t>f 12003/17417/14597 12004/17416/14597 12008/17422/14601</w:t>
        <w:br/>
        <w:t>f 12007/17423/14601 12003/17417/14597 12008/17422/14601</w:t>
        <w:br/>
        <w:t>f 11943/17357/14558 11944/17356/14557 12010/17424/14602</w:t>
        <w:br/>
        <w:t>f 12009/17425/14603 11943/17357/14558 12010/17424/14602</w:t>
        <w:br/>
        <w:t>f 12005/17421/14600 12006/17420/14600 11950/17366/14564</w:t>
        <w:br/>
        <w:t>f 11951/17365/14564 12005/17421/14600 11950/17366/14564</w:t>
        <w:br/>
        <w:t>f 12008/17422/14601 11993/17411/14594 11994/17410/14594</w:t>
        <w:br/>
        <w:t>f 12007/17423/14601 12008/17422/14601 11994/17410/14594</w:t>
        <w:br/>
        <w:t>f 12009/17425/14603 12010/17424/14602 11990/17405/14591</w:t>
        <w:br/>
        <w:t>f 11991/17404/14591 12009/17425/14603 11990/17405/14591</w:t>
        <w:br/>
        <w:t>f 11999/17413/14596 11958/17374/14570 11959/17373/14570</w:t>
        <w:br/>
        <w:t>f 11998/17414/14596 11999/17413/14596 11959/17373/14570</w:t>
        <w:br/>
        <w:t>f 11941/17359/14560 11942/17358/14559 12012/17426/14604</w:t>
        <w:br/>
        <w:t>f 12011/17427/14604 11941/17359/14560 12012/17426/14604</w:t>
        <w:br/>
        <w:t>f 12001/17419/14599 12002/17418/14598 11982/17398/14587</w:t>
        <w:br/>
        <w:t>f 11983/17397/14586 12001/17419/14599 11982/17398/14587</w:t>
        <w:br/>
        <w:t>f 12014/17428/14605 12011/17427/14604 12012/17426/14604</w:t>
        <w:br/>
        <w:t>f 12013/17429/14606 12014/17428/14605 12012/17426/14604</w:t>
        <w:br/>
        <w:t>f 11960/17372/14569 11957/17375/14571 11961/17379/14573</w:t>
        <w:br/>
        <w:t>f 11962/17378/14573 11960/17372/14569 11961/17379/14573</w:t>
        <w:br/>
        <w:t>f 11969/17387/14577 12014/17428/14605 12013/17429/14606</w:t>
        <w:br/>
        <w:t>f 11972/17384/14577 11969/17387/14577 12013/17429/14606</w:t>
        <w:br/>
        <w:t>f 11981/17399/14585 11986/17402/14590 11987/17401/14589</w:t>
        <w:br/>
        <w:t>f 11984/17396/14585 11981/17399/14585 11987/17401/14589</w:t>
        <w:br/>
        <w:t>f 11979/17393/14583 11988/17400/14588 11985/17403/14588</w:t>
        <w:br/>
        <w:t>f 11978/17394/14583 11979/17393/14583 11985/17403/14588</w:t>
        <w:br/>
        <w:t>f 11963/17377/14572 11964/17376/14572 11955/17369/14566</w:t>
        <w:br/>
        <w:t>f 11956/17368/14565 11963/17377/14572 11955/17369/14566</w:t>
        <w:br/>
        <w:t>f 11975/17389/14581 11970/17386/14579 11971/17385/14578</w:t>
        <w:br/>
        <w:t>f 11974/17390/14581 11975/17389/14581 11971/17385/14578</w:t>
        <w:br/>
        <w:t>f 12018/17430/14607 12017/17431/14608 12016/17432/14609</w:t>
        <w:br/>
        <w:t>f 12015/17433/14610 12018/17430/14607 12016/17432/14609</w:t>
        <w:br/>
        <w:t>f 12022/17434/14611 12021/17435/14611 12020/17436/14612</w:t>
        <w:br/>
        <w:t>f 12019/17437/14611 12022/17434/14611 12020/17436/14612</w:t>
        <w:br/>
        <w:t>f 12026/17438/14613 12025/17439/14613 12024/17440/14614</w:t>
        <w:br/>
        <w:t>f 12023/17441/14614 12026/17438/14613 12024/17440/14614</w:t>
        <w:br/>
        <w:t>f 12030/17442/14615 12029/17443/14616 12028/17444/14616</w:t>
        <w:br/>
        <w:t>f 12027/17445/14615 12030/17442/14615 12028/17444/14616</w:t>
        <w:br/>
        <w:t>f 12034/17446/14617 12033/17447/14617 12032/17448/14618</w:t>
        <w:br/>
        <w:t>f 12031/17449/14619 12034/17446/14617 12032/17448/14618</w:t>
        <w:br/>
        <w:t>f 12038/17450/14620 12037/17451/14621 12036/17452/14621</w:t>
        <w:br/>
        <w:t>f 12035/17453/14620 12038/17450/14620 12036/17452/14621</w:t>
        <w:br/>
        <w:t>f 12042/17454/14622 12041/17455/14622 12040/17456/14623</w:t>
        <w:br/>
        <w:t>f 12039/17457/14623 12042/17454/14622 12040/17456/14623</w:t>
        <w:br/>
        <w:t>f 12046/17458/14624 12045/17459/14624 12044/17460/14625</w:t>
        <w:br/>
        <w:t>f 12043/17461/14626 12046/17458/14624 12044/17460/14625</w:t>
        <w:br/>
        <w:t>f 12050/17462/14627 12049/17463/14627 12048/17464/14628</w:t>
        <w:br/>
        <w:t>f 12047/17465/14628 12050/17462/14627 12048/17464/14628</w:t>
        <w:br/>
        <w:t>f 12054/17466/14629 12053/17467/14629 12052/17468/14630</w:t>
        <w:br/>
        <w:t>f 12051/17469/14631 12054/17466/14629 12052/17468/14630</w:t>
        <w:br/>
        <w:t>f 12058/17470/14632 12057/17471/14633 12056/17472/14634</w:t>
        <w:br/>
        <w:t>f 12055/17473/14634 12058/17470/14632 12056/17472/14634</w:t>
        <w:br/>
        <w:t>f 12062/17474/14635 12061/17475/14635 12060/17476/14636</w:t>
        <w:br/>
        <w:t>f 12059/17477/14636 12062/17474/14635 12060/17476/14636</w:t>
        <w:br/>
        <w:t>f 12065/17478/14637 12064/17479/14638 12063/17480/14638</w:t>
        <w:br/>
        <w:t>f 12066/17481/14637 12065/17478/14637 12063/17480/14638</w:t>
        <w:br/>
        <w:t>f 12070/17482/14639 12069/17483/14640 12068/17484/14640</w:t>
        <w:br/>
        <w:t>f 12067/17485/14639 12070/17482/14639 12068/17484/14640</w:t>
        <w:br/>
        <w:t>f 12074/17486/14641 12073/17487/14641 12072/17488/14642</w:t>
        <w:br/>
        <w:t>f 12071/17489/14642 12074/17486/14641 12072/17488/14642</w:t>
        <w:br/>
        <w:t>f 12078/17490/14643 12077/17491/14644 12076/17492/14644</w:t>
        <w:br/>
        <w:t>f 12075/17493/14643 12078/17490/14643 12076/17492/14644</w:t>
        <w:br/>
        <w:t>f 12080/17494/14645 12073/17487/14641 12074/17486/14641</w:t>
        <w:br/>
        <w:t>f 12079/17495/14645 12080/17494/14645 12074/17486/14641</w:t>
        <w:br/>
        <w:t>f 12077/17491/14644 12082/17496/14646 12081/17497/14646</w:t>
        <w:br/>
        <w:t>f 12076/17492/14644 12077/17491/14644 12081/17497/14646</w:t>
        <w:br/>
        <w:t>f 12017/17431/14608 12084/17498/14647 12083/17499/14647</w:t>
        <w:br/>
        <w:t>f 12016/17432/14609 12017/17431/14608 12083/17499/14647</w:t>
        <w:br/>
        <w:t>f 12026/17438/14613 12080/17494/14645 12079/17495/14645</w:t>
        <w:br/>
        <w:t>f 12025/17439/14613 12026/17438/14613 12079/17495/14645</w:t>
        <w:br/>
        <w:t>f 12070/17482/14639 12067/17485/14639 12081/17497/14646</w:t>
        <w:br/>
        <w:t>f 12082/17496/14646 12070/17482/14639 12081/17497/14646</w:t>
        <w:br/>
        <w:t>f 12084/17498/14647 12065/17478/14637 12066/17481/14637</w:t>
        <w:br/>
        <w:t>f 12083/17499/14647 12084/17498/14647 12066/17481/14637</w:t>
        <w:br/>
        <w:t>f 12033/17447/14617 12034/17446/14617 12071/17489/14642</w:t>
        <w:br/>
        <w:t>f 12072/17488/14642 12033/17447/14617 12071/17489/14642</w:t>
        <w:br/>
        <w:t>f 12086/17500/14648 12018/17430/14607 12015/17433/14610</w:t>
        <w:br/>
        <w:t>f 12085/17501/14649 12086/17500/14648 12015/17433/14610</w:t>
        <w:br/>
        <w:t>f 12058/17470/14632 12078/17490/14643 12075/17493/14643</w:t>
        <w:br/>
        <w:t>f 12057/17471/14633 12058/17470/14632 12075/17493/14643</w:t>
        <w:br/>
        <w:t>f 12088/17502/14650 12087/17503/14651 12086/17500/14648</w:t>
        <w:br/>
        <w:t>f 12085/17501/14649 12088/17502/14650 12086/17500/14648</w:t>
        <w:br/>
        <w:t>f 12035/17453/14620 12031/17449/14619 12032/17448/14618</w:t>
        <w:br/>
        <w:t>f 12038/17450/14620 12035/17453/14620 12032/17448/14618</w:t>
        <w:br/>
        <w:t>f 12045/17459/14624 12046/17458/14624 12087/17503/14651</w:t>
        <w:br/>
        <w:t>f 12088/17502/14650 12045/17459/14624 12087/17503/14651</w:t>
        <w:br/>
        <w:t>f 12061/17475/14635 12062/17474/14635 12055/17473/14634</w:t>
        <w:br/>
        <w:t>f 12056/17472/14634 12061/17475/14635 12055/17473/14634</w:t>
        <w:br/>
        <w:t>f 12051/17469/14631 12052/17468/14630 12059/17477/14636</w:t>
        <w:br/>
        <w:t>f 12060/17476/14636 12051/17469/14631 12059/17477/14636</w:t>
        <w:br/>
        <w:t>f 12037/17451/14621 12030/17442/14615 12027/17445/14615</w:t>
        <w:br/>
        <w:t>f 12036/17452/14621 12037/17451/14621 12027/17445/14615</w:t>
        <w:br/>
        <w:t>f 12047/17465/14628 12048/17464/14628 12043/17461/14626</w:t>
        <w:br/>
        <w:t>f 12044/17460/14625 12047/17465/14628 12043/17461/14626</w:t>
        <w:br/>
        <w:t>f 12628/17504/14652 12627/17505/14652 12626/17506/14653</w:t>
        <w:br/>
        <w:t>f 12625/17507/14654 12628/17504/14652 12626/17506/14653</w:t>
        <w:br/>
        <w:t>f 12630/17508/14655 12629/17509/14655 12627/17505/14652</w:t>
        <w:br/>
        <w:t>f 12628/17504/14652 12630/17508/14655 12627/17505/14652</w:t>
        <w:br/>
        <w:t>f 12633/17510/14656 12632/17511/14655 12631/17512/14655</w:t>
        <w:br/>
        <w:t>f 12634/17513/14656 12633/17510/14656 12631/17512/14655</w:t>
        <w:br/>
        <w:t>f 12638/13431/11719 12637/13430/11718 12636/17514/14657</w:t>
        <w:br/>
        <w:t>f 12635/17515/14657 12638/13431/11719 12636/17514/14657</w:t>
        <w:br/>
        <w:t>f 12642/17516/14658 12641/17517/14658 12640/17518/14659</w:t>
        <w:br/>
        <w:t>f 12639/17519/14659 12642/17516/14658 12640/17518/14659</w:t>
        <w:br/>
        <w:t>f 12639/17519/14659 12640/17518/14659 12644/17520/14660</w:t>
        <w:br/>
        <w:t>f 12643/17521/14661 12639/17519/14659 12644/17520/14660</w:t>
        <w:br/>
        <w:t>f 12644/17520/14660 12646/13400/11688 12645/13399/11687</w:t>
        <w:br/>
        <w:t>f 12643/17521/14661 12644/17520/14660 12645/13399/11687</w:t>
        <w:br/>
        <w:t>f 12649/17522/14662 12648/17523/14662 12647/17524/14663</w:t>
        <w:br/>
        <w:t>f 12650/17525/14663 12649/17522/14662 12647/17524/14663</w:t>
        <w:br/>
        <w:t>f 12654/17526/14664 12653/17527/14664 12652/17528/14665</w:t>
        <w:br/>
        <w:t>f 12651/17529/14665 12654/17526/14664 12652/17528/14665</w:t>
        <w:br/>
        <w:t>f 12647/17524/14663 12656/17530/14666 12655/17531/14667</w:t>
        <w:br/>
        <w:t>f 12650/17525/14663 12647/17524/14663 12655/17531/14667</w:t>
        <w:br/>
        <w:t>f 12651/17529/14665 12652/17528/14665 12658/17532/14668</w:t>
        <w:br/>
        <w:t>f 12657/17533/14668 12651/17529/14665 12658/17532/14668</w:t>
        <w:br/>
        <w:t>f 12662/17534/14669 12661/17535/14670 12660/17536/14671</w:t>
        <w:br/>
        <w:t>f 12659/17537/14672 12662/17534/14669 12660/17536/14671</w:t>
        <w:br/>
        <w:t>f 12666/17538/14673 12665/17539/14668 12664/17540/14668</w:t>
        <w:br/>
        <w:t>f 12663/17541/14673 12666/17538/14673 12664/17540/14668</w:t>
        <w:br/>
        <w:t>f 12670/17542/14674 12669/13383/11722 12668/13433/11721</w:t>
        <w:br/>
        <w:t>f 12667/17543/14675 12670/17542/14674 12668/13433/11721</w:t>
        <w:br/>
        <w:t>f 12674/13388/11676 12673/17544/14676 12672/17545/14676</w:t>
        <w:br/>
        <w:t>f 12671/13389/11676 12674/13388/11676 12672/17545/14676</w:t>
        <w:br/>
        <w:t>f 12678/17546/14677 12677/17547/14677 12676/17548/14678</w:t>
        <w:br/>
        <w:t>f 12675/17549/14678 12678/17546/14677 12676/17548/14678</w:t>
        <w:br/>
        <w:t>f 12682/17550/14679 12681/17551/14680 12680/17552/14681</w:t>
        <w:br/>
        <w:t>f 12679/17553/14679 12682/17550/14679 12680/17552/14681</w:t>
        <w:br/>
        <w:t>f 12678/17546/14677 12684/17554/14682 12683/17555/14683</w:t>
        <w:br/>
        <w:t>f 12677/17547/14677 12678/17546/14677 12683/17555/14683</w:t>
        <w:br/>
        <w:t>f 12686/17556/14684 12680/17552/14681 12681/17551/14680</w:t>
        <w:br/>
        <w:t>f 12685/17557/14685 12686/17556/14684 12681/17551/14680</w:t>
        <w:br/>
        <w:t>f 12684/17554/14682 12688/13370/11682 12687/13394/11681</w:t>
        <w:br/>
        <w:t>f 12683/17555/14683 12684/17554/14682 12687/13394/11681</w:t>
        <w:br/>
        <w:t>f 12686/17556/14684 12685/17557/14685 12690/13439/11727</w:t>
        <w:br/>
        <w:t>f 12689/13396/11684 12686/17556/14684 12690/13439/11727</w:t>
        <w:br/>
        <w:t>f 12693/13371/11659 12688/13370/11658 12692/13373/11661</w:t>
        <w:br/>
        <w:t>f 12691/13410/11698 12693/13371/11659 12692/13373/11661</w:t>
        <w:br/>
        <w:t>f 12697/13405/11693 12696/13392/11679 12695/13391/11678</w:t>
        <w:br/>
        <w:t>f 12694/13406/11694 12697/13405/11693 12695/13391/11678</w:t>
        <w:br/>
        <w:t>f 12700/13398/11686 12699/13441/11730 12698/13407/11729</w:t>
        <w:br/>
        <w:t>f 12689/13396/11684 12700/13398/11686 12698/13407/11729</w:t>
        <w:br/>
        <w:t>f 12648/17523/14662 12649/17522/14662 12701/13374/11662</w:t>
        <w:br/>
        <w:t>f 12692/13373/11661 12648/17523/14662 12701/13374/11662</w:t>
        <w:br/>
        <w:t>f 12654/17526/14664 12698/13407/11695 12702/13409/11697</w:t>
        <w:br/>
        <w:t>f 12653/17527/14664 12654/17526/14664 12702/13409/11697</w:t>
        <w:br/>
        <w:t>f 12704/13412/11700 12625/17507/14654 12626/17506/14653</w:t>
        <w:br/>
        <w:t>f 12703/13413/11701 12704/13412/11700 12626/17506/14653</w:t>
        <w:br/>
        <w:t>f 12675/17549/14678 12676/17548/14678 12705/13384/11672</w:t>
        <w:br/>
        <w:t>f 12669/13383/11671 12675/17549/14678 12705/13384/11672</w:t>
        <w:br/>
        <w:t>f 12707/13428/11716 12706/13427/11715 12682/17550/14679</w:t>
        <w:br/>
        <w:t>f 12679/17553/14679 12707/13428/11716 12682/17550/14679</w:t>
        <w:br/>
        <w:t>f 12641/17517/14658 12642/17516/14658 12709/13437/11725</w:t>
        <w:br/>
        <w:t>f 12708/13436/11725 12641/17517/14658 12709/13437/11725</w:t>
        <w:br/>
        <w:t>f 12670/17542/14674 12667/17543/14675 12711/13377/11665</w:t>
        <w:br/>
        <w:t>f 12710/13376/11664 12670/17542/14674 12711/13377/11665</w:t>
        <w:br/>
        <w:t>f 12673/17544/14676 12713/13420/11708 12712/13419/11707</w:t>
        <w:br/>
        <w:t>f 12672/17545/14676 12673/17544/14676 12712/13419/11707</w:t>
        <w:br/>
        <w:t>f 12635/17515/14657 12636/17514/14657 12715/13425/11713</w:t>
        <w:br/>
        <w:t>f 12714/13424/11713 12635/17515/14657 12715/13425/11713</w:t>
        <w:br/>
        <w:t>f 12717/13379/11667 12666/17538/14673 12663/17541/14673</w:t>
        <w:br/>
        <w:t>f 12716/13380/11668 12717/13379/11667 12663/17541/14673</w:t>
        <w:br/>
        <w:t>f 12662/17534/14669 12719/17558/11664 12718/13421/14686</w:t>
        <w:br/>
        <w:t>f 12661/17535/14670 12662/17534/14669 12718/13421/14686</w:t>
        <w:br/>
        <w:t>f 12721/13416/11704 12633/17510/14656 12634/17513/14656</w:t>
        <w:br/>
        <w:t>f 12720/13417/11705 12721/13416/11704 12634/17513/14656</w:t>
        <w:br/>
        <w:t>f 12756/17559/14687 12755/17560/14688 12754/17561/14688</w:t>
        <w:br/>
        <w:t>f 12753/17562/14689 12756/17559/14687 12754/17561/14688</w:t>
        <w:br/>
        <w:t>f 12758/17563/14690 12754/17561/14688 12755/17560/14688</w:t>
        <w:br/>
        <w:t>f 12757/17564/14690 12758/17563/14690 12755/17560/14688</w:t>
        <w:br/>
        <w:t>f 12761/17565/14691 12760/17566/14691 12759/17567/14692</w:t>
        <w:br/>
        <w:t>f 12762/17568/14692 12761/17565/14691 12759/17567/14692</w:t>
        <w:br/>
        <w:t>f 12766/17569/14693 12765/13503/11803 12764/13502/11802</w:t>
        <w:br/>
        <w:t>f 12763/17570/14693 12766/17569/14693 12764/13502/11802</w:t>
        <w:br/>
        <w:t>f 12770/17571/14694 12769/17572/14695 12768/17573/14696</w:t>
        <w:br/>
        <w:t>f 12767/17574/14694 12770/17571/14694 12768/17573/14696</w:t>
        <w:br/>
        <w:t>f 12769/17572/14695 12772/17575/14697 12771/17576/14698</w:t>
        <w:br/>
        <w:t>f 12768/17573/14696 12769/17572/14695 12771/17576/14698</w:t>
        <w:br/>
        <w:t>f 12771/17576/14698 12772/17575/14697 12774/13472/11772</w:t>
        <w:br/>
        <w:t>f 12773/13475/11775 12771/17576/14698 12774/13472/11772</w:t>
        <w:br/>
        <w:t>f 12777/17577/14699 12776/17578/14700 12775/17579/14701</w:t>
        <w:br/>
        <w:t>f 12778/17580/14699 12777/17577/14699 12775/17579/14701</w:t>
        <w:br/>
        <w:t>f 12782/17581/14702 12781/17582/14703 12780/17583/14704</w:t>
        <w:br/>
        <w:t>f 12779/17584/14705 12782/17581/14702 12780/17583/14704</w:t>
        <w:br/>
        <w:t>f 12777/17577/14699 12778/17580/14699 12784/17585/14706</w:t>
        <w:br/>
        <w:t>f 12783/17586/14707 12777/17577/14699 12784/17585/14706</w:t>
        <w:br/>
        <w:t>f 12786/17587/14708 12782/17581/14702 12779/17584/14705</w:t>
        <w:br/>
        <w:t>f 12785/17588/14708 12786/17587/14708 12779/17584/14705</w:t>
        <w:br/>
        <w:t>f 12790/17589/14706 12789/17590/14709 12788/17591/14710</w:t>
        <w:br/>
        <w:t>f 12787/17592/14707 12790/17589/14706 12788/17591/14710</w:t>
        <w:br/>
        <w:t>f 12794/17593/14711 12793/17594/14712 12792/17595/14708</w:t>
        <w:br/>
        <w:t>f 12791/17596/14708 12794/17593/14711 12792/17595/14708</w:t>
        <w:br/>
        <w:t>f 12798/17597/14713 12797/17598/14713 12796/13506/11806</w:t>
        <w:br/>
        <w:t>f 12795/13456/11808 12798/17597/14713 12796/13506/11806</w:t>
        <w:br/>
        <w:t>f 12802/13461/11761 12801/13460/11761 12800/17599/14714</w:t>
        <w:br/>
        <w:t>f 12799/17600/14715 12802/13461/11761 12800/17599/14714</w:t>
        <w:br/>
        <w:t>f 12806/17601/14716 12805/17602/14717 12804/17603/14718</w:t>
        <w:br/>
        <w:t>f 12803/17604/14719 12806/17601/14716 12804/17603/14718</w:t>
        <w:br/>
        <w:t>f 12810/17605/14720 12809/17606/14721 12808/17607/14722</w:t>
        <w:br/>
        <w:t>f 12807/17608/14723 12810/17605/14720 12808/17607/14722</w:t>
        <w:br/>
        <w:t>f 12804/17603/14718 12805/17602/14717 12812/17609/14724</w:t>
        <w:br/>
        <w:t>f 12811/17610/14725 12804/17603/14718 12812/17609/14724</w:t>
        <w:br/>
        <w:t>f 12814/17611/14726 12813/17612/14726 12807/17608/14723</w:t>
        <w:br/>
        <w:t>f 12808/17607/14722 12814/17611/14726 12807/17608/14723</w:t>
        <w:br/>
        <w:t>f 12811/17610/14725 12812/17609/14724 12816/13467/11767</w:t>
        <w:br/>
        <w:t>f 12815/13443/11744 12811/17610/14725 12816/13467/11767</w:t>
        <w:br/>
        <w:t>f 12818/13513/11814 12813/17612/14726 12814/17611/14726</w:t>
        <w:br/>
        <w:t>f 12817/13469/11769 12818/13513/11814 12814/17611/14726</w:t>
        <w:br/>
        <w:t>f 12821/13446/11747 12815/13443/11744 12820/13445/11746</w:t>
        <w:br/>
        <w:t>f 12819/13483/11783 12821/13446/11747 12820/13445/11746</w:t>
        <w:br/>
        <w:t>f 12825/13478/11778 12824/13477/11777 12823/13464/11764</w:t>
        <w:br/>
        <w:t>f 12822/13463/11763 12825/13478/11778 12823/13464/11764</w:t>
        <w:br/>
        <w:t>f 12828/13470/11770 12817/13469/11769 12827/13480/11815</w:t>
        <w:br/>
        <w:t>f 12826/13515/11817 12828/13470/11770 12827/13480/11815</w:t>
        <w:br/>
        <w:t>f 12829/13448/11749 12775/17579/14701 12776/17578/14700</w:t>
        <w:br/>
        <w:t>f 12821/13446/11747 12829/13448/11749 12776/17578/14700</w:t>
        <w:br/>
        <w:t>f 12780/17583/14704 12781/17582/14703 12830/13481/11781</w:t>
        <w:br/>
        <w:t>f 12827/13480/11780 12780/17583/14704 12830/13481/11781</w:t>
        <w:br/>
        <w:t>f 12832/13485/11784 12831/13484/11784 12756/17559/14687</w:t>
        <w:br/>
        <w:t>f 12753/17562/14689 12832/13485/11784 12756/17559/14687</w:t>
        <w:br/>
        <w:t>f 12833/13458/11759 12806/17601/14716 12803/17604/14719</w:t>
        <w:br/>
        <w:t>f 12795/13456/11757 12833/13458/11759 12803/17604/14719</w:t>
        <w:br/>
        <w:t>f 12810/17605/14720 12835/13501/11801 12834/13500/11800</w:t>
        <w:br/>
        <w:t>f 12809/17606/14721 12810/17605/14720 12834/13500/11800</w:t>
        <w:br/>
        <w:t>f 12837/13508/11809 12770/17571/14694 12767/17574/14694</w:t>
        <w:br/>
        <w:t>f 12836/13509/11810 12837/13508/11809 12767/17574/14694</w:t>
        <w:br/>
        <w:t>f 12839/13451/11752 12797/17598/14713 12798/17597/14713</w:t>
        <w:br/>
        <w:t>f 12838/13449/11750 12839/13451/11752 12798/17597/14713</w:t>
        <w:br/>
        <w:t>f 12799/17600/14715 12800/17599/14714 12841/13493/11792</w:t>
        <w:br/>
        <w:t>f 12840/13492/11791 12799/17600/14715 12841/13493/11792</w:t>
        <w:br/>
        <w:t>f 12843/13496/11796 12766/17569/14693 12763/17570/14693</w:t>
        <w:br/>
        <w:t>f 12842/13497/11797 12843/13496/11796 12763/17570/14693</w:t>
        <w:br/>
        <w:t>f 12845/13452/11753 12844/13455/11756 12793/17594/14712</w:t>
        <w:br/>
        <w:t>f 12794/17593/14711 12845/13452/11753 12793/17594/14712</w:t>
        <w:br/>
        <w:t>f 12788/17591/14710 12789/17590/14709 12847/13494/11793</w:t>
        <w:br/>
        <w:t>f 12846/17613/11750 12788/17591/14710 12847/13494/11793</w:t>
        <w:br/>
        <w:t>f 12849/13489/11788 12848/13488/11787 12762/17568/14692</w:t>
        <w:br/>
        <w:t>f 12759/17567/14692 12849/13489/11788 12762/17568/14692</w:t>
        <w:br/>
        <w:t>f 18703/17614/14727 18702/17615/14728 18701/17616/14728</w:t>
        <w:br/>
        <w:t>f 18700/17617/14729 18703/17614/14727 18701/17616/14728</w:t>
        <w:br/>
        <w:t>f 18705/17618/14730 18701/17616/14728 18702/17615/14728</w:t>
        <w:br/>
        <w:t>f 18704/17619/14730 18705/17618/14730 18702/17615/14728</w:t>
        <w:br/>
        <w:t>f 18707/17620/14731 18703/17614/14727 18700/17617/14729</w:t>
        <w:br/>
        <w:t>f 18706/17621/14731 18707/17620/14731 18700/17617/14729</w:t>
        <w:br/>
        <w:t>f 18706/17621/14731 18709/17622/14732 18708/17623/14733</w:t>
        <w:br/>
        <w:t>f 18707/17620/14731 18706/17621/14731 18708/17623/14733</w:t>
        <w:br/>
        <w:t>f 18711/17624/14734 18708/17623/14733 18709/17622/14732</w:t>
        <w:br/>
        <w:t>f 18710/17625/14735 18711/17624/14734 18709/17622/14732</w:t>
        <w:br/>
        <w:t>f 18715/17626/14736 18714/17627/14737 18713/17628/14738</w:t>
        <w:br/>
        <w:t>f 18712/17629/14739 18715/17626/14736 18713/17628/14738</w:t>
        <w:br/>
        <w:t>f 18717/17630/14740 18716/17631/14741 18715/17626/14736</w:t>
        <w:br/>
        <w:t>f 18712/17629/14739 18717/17630/14740 18715/17626/14736</w:t>
        <w:br/>
        <w:t>f 18721/17632/14742 18720/17633/14742 18719/17634/14743</w:t>
        <w:br/>
        <w:t>f 18718/17635/14744 18721/17632/14742 18719/17634/14743</w:t>
        <w:br/>
        <w:t>f 18723/17636/14745 18722/17637/14745 18720/17633/14742</w:t>
        <w:br/>
        <w:t>f 18721/17632/14742 18723/17636/14745 18720/17633/14742</w:t>
        <w:br/>
        <w:t>f 18725/17638/14746 18724/17639/14747 18722/17637/14745</w:t>
        <w:br/>
        <w:t>f 18723/17636/14745 18725/17638/14746 18722/17637/14745</w:t>
        <w:br/>
        <w:t>f 18729/17640/14748 18728/17641/14749 18727/17642/14749</w:t>
        <w:br/>
        <w:t>f 18726/17643/14748 18729/17640/14748 18727/17642/14749</w:t>
        <w:br/>
        <w:t>f 18731/17644/14730 18727/17642/14749 18728/17641/14749</w:t>
        <w:br/>
        <w:t>f 18730/17645/14730 18731/17644/14730 18728/17641/14749</w:t>
        <w:br/>
        <w:t>f 18716/17631/14741 18717/17630/14740 18724/17639/14747</w:t>
        <w:br/>
        <w:t>f 18725/17638/14746 18716/17631/14741 18724/17639/14747</w:t>
        <w:br/>
        <w:t>f 18726/17643/14748 18733/17646/14750 18732/17647/14750</w:t>
        <w:br/>
        <w:t>f 18729/17640/14748 18726/17643/14748 18732/17647/14750</w:t>
        <w:br/>
        <w:t>f 18735/17648/14751 18732/17647/14750 18733/17646/14750</w:t>
        <w:br/>
        <w:t>f 18734/17649/14751 18735/17648/14751 18733/17646/14750</w:t>
        <w:br/>
        <w:t>f 18734/17649/14751 18718/17635/14744 18719/17634/14743</w:t>
        <w:br/>
        <w:t>f 18735/17648/14751 18734/17649/14751 18719/17634/14743</w:t>
        <w:br/>
        <w:t>f 18829/17650/14752 18828/17651/14753 18827/17652/14754</w:t>
        <w:br/>
        <w:t>f 18826/17653/14755 18829/17650/14752 18827/17652/14754</w:t>
        <w:br/>
        <w:t>f 18833/17654/14756 18832/17655/14752 18831/17656/14752</w:t>
        <w:br/>
        <w:t>f 18830/17657/14756 18833/17654/14756 18831/17656/14752</w:t>
        <w:br/>
        <w:t>f 18828/17651/14753 18835/17658/14757 18834/17659/14757</w:t>
        <w:br/>
        <w:t>f 18827/17652/14754 18828/17651/14753 18834/17659/14757</w:t>
        <w:br/>
        <w:t>f 18837/17660/14758 18833/17654/14756 18830/17657/14756</w:t>
        <w:br/>
        <w:t>f 18836/17661/14758 18837/17660/14758 18830/17657/14756</w:t>
        <w:br/>
        <w:t>f 18835/17658/14757 18839/17662/14759 18838/17663/14760</w:t>
        <w:br/>
        <w:t>f 18834/17659/14757 18835/17658/14757 18838/17663/14760</w:t>
        <w:br/>
        <w:t>f 18841/17664/14761 18837/17660/14758 18836/17661/14758</w:t>
        <w:br/>
        <w:t>f 18840/17665/14762 18841/17664/14761 18836/17661/14758</w:t>
        <w:br/>
        <w:t>f 18843/17666/14763 18841/17664/14761 18840/17665/14762</w:t>
        <w:br/>
        <w:t>f 18842/17667/14764 18843/17666/14763 18840/17665/14762</w:t>
        <w:br/>
        <w:t>f 18842/17667/14764 18845/17668/14765 18844/17669/14766</w:t>
        <w:br/>
        <w:t>f 18843/17666/14763 18842/17667/14764 18844/17669/14766</w:t>
        <w:br/>
        <w:t>f 18849/17670/14767 18848/17671/14768 18847/17672/14769</w:t>
        <w:br/>
        <w:t>f 18846/17673/14770 18849/17670/14767 18847/17672/14769</w:t>
        <w:br/>
        <w:t>f 18846/17673/14770 18847/17672/14769 18851/17674/14771</w:t>
        <w:br/>
        <w:t>f 18850/17675/14771 18846/17673/14770 18851/17674/14771</w:t>
        <w:br/>
        <w:t>f 18850/17675/14771 18851/17674/14771 18853/17676/14772</w:t>
        <w:br/>
        <w:t>f 18852/17677/14772 18850/17675/14771 18853/17676/14772</w:t>
        <w:br/>
        <w:t>f 18857/17678/14773 18856/17679/14774 18855/17680/14774</w:t>
        <w:br/>
        <w:t>f 18854/17681/14775 18857/17678/14773 18855/17680/14774</w:t>
        <w:br/>
        <w:t>f 18859/17682/14776 18858/17683/14776 18855/17680/14774</w:t>
        <w:br/>
        <w:t>f 18856/17679/14774 18859/17682/14776 18855/17680/14774</w:t>
        <w:br/>
        <w:t>f 18852/17677/14772 18853/17676/14772 18858/17683/14776</w:t>
        <w:br/>
        <w:t>f 18859/17682/14776 18852/17677/14772 18858/17683/14776</w:t>
        <w:br/>
        <w:t>f 18839/17662/14759 18857/17678/14773 18854/17681/14775</w:t>
        <w:br/>
        <w:t>f 18838/17663/14760 18839/17662/14759 18854/17681/14775</w:t>
        <w:br/>
        <w:t>f 18877/17684/14777 18876/17685/14778 18714/17627/14737</w:t>
        <w:br/>
        <w:t>f 18849/17670/14767 18883/17686/14779 18882/17687/14780</w:t>
        <w:br/>
        <w:t>f 18848/17671/14768 18849/17670/14767 18882/17687/14780</w:t>
        <w:br/>
        <w:t>f 18845/17668/14765 18887/17688/14781 18886/17689/14782</w:t>
        <w:br/>
        <w:t>f 18844/17669/14766 18845/17668/14765 18886/17689/14782</w:t>
        <w:br/>
        <w:t>f 18893/17690/14783 18892/17691/14784 18886/17689/14782</w:t>
        <w:br/>
        <w:t>f 18883/17686/14779 18893/17690/14783 18886/17689/14782</w:t>
        <w:br/>
        <w:t>f 18883/17686/14779 18886/17689/14782 18887/17688/14781</w:t>
        <w:br/>
        <w:t>f 18882/17687/14780 18883/17686/14779 18887/17688/14781</w:t>
        <w:br/>
        <w:t>f 18887/17688/14781 18894/17692/14785 18877/17684/14777</w:t>
        <w:br/>
        <w:t>f 18882/17687/14780 18887/17688/14781 18877/17684/14777</w:t>
        <w:br/>
        <w:t>f 18876/17685/14778 18877/17684/14777 18894/17692/14785</w:t>
        <w:br/>
        <w:t>f 18895/17693/14786 18876/17685/14778 18894/17692/14785</w:t>
        <w:br/>
        <w:t>f 18714/17627/14737 18876/17685/14778 18713/17628/14738</w:t>
        <w:br/>
        <w:t>f 18900/17694/14787 18899/17695/14788 18898/17696/14789</w:t>
        <w:br/>
        <w:t>f 18901/17697/14787 18900/17694/14787 18898/17696/14789</w:t>
        <w:br/>
        <w:t>f 18905/17698/14790 18904/17699/14791 18903/17700/14792</w:t>
        <w:br/>
        <w:t>f 18902/17701/14792 18905/17698/14790 18903/17700/14792</w:t>
        <w:br/>
        <w:t>f 18907/17702/14793 18906/17703/14793 18904/17699/14791</w:t>
        <w:br/>
        <w:t>f 18905/17698/14790 18907/17702/14793 18904/17699/14791</w:t>
        <w:br/>
        <w:t>f 18898/17696/14789 18899/17695/14788 18909/17704/14794</w:t>
        <w:br/>
        <w:t>f 18908/17705/14794 18898/17696/14789 18909/17704/14794</w:t>
        <w:br/>
        <w:t>f 18900/17694/14787 18901/17697/14787 18911/17706/14795</w:t>
        <w:br/>
        <w:t>f 18910/17707/14795 18900/17694/14787 18911/17706/14795</w:t>
        <w:br/>
        <w:t>f 18903/17700/14792 18913/17708/14796 18912/17709/14796</w:t>
        <w:br/>
        <w:t>f 18902/17701/14792 18903/17700/14792 18912/17709/14796</w:t>
        <w:br/>
        <w:t>f 18912/17709/14796 18913/17708/14796 18915/17710/14797</w:t>
        <w:br/>
        <w:t>f 18914/17711/14798 18912/17709/14796 18915/17710/14797</w:t>
        <w:br/>
        <w:t>f 18911/17706/14795 18917/17712/14799 18916/17713/14800</w:t>
        <w:br/>
        <w:t>f 18910/17707/14795 18911/17706/14795 18916/17713/14800</w:t>
        <w:br/>
        <w:t>f 18710/17625/14735 18709/17622/14732 18917/17712/14799</w:t>
        <w:br/>
        <w:t>f 18918/17714/14801 18710/17625/14735 18917/17712/14799</w:t>
        <w:br/>
        <w:t>f 18914/17711/14802 18708/17623/14733 18711/17624/14734</w:t>
        <w:br/>
        <w:t>f 18919/17715/14803 18914/17711/14802 18711/17624/14734</w:t>
        <w:br/>
        <w:t>f 18922/17716/14804 18921/17717/14805 18920/17718/14806</w:t>
        <w:br/>
        <w:t>f 18923/17719/14804 18922/17716/14804 18920/17718/14806</w:t>
        <w:br/>
        <w:t>f 18714/17627/14737 18715/17626/14736 18924/17720/14807</w:t>
        <w:br/>
        <w:t>f 18925/17721/14808 18714/17627/14737 18924/17720/14807</w:t>
        <w:br/>
        <w:t>f 18927/17722/14809 18926/17723/14809 18922/17716/14804</w:t>
        <w:br/>
        <w:t>f 18923/17719/14804 18927/17722/14809 18922/17716/14804</w:t>
        <w:br/>
        <w:t>f 18715/17626/14736 18716/17631/14741 18928/17724/14810</w:t>
        <w:br/>
        <w:t>f 18924/17720/14807 18715/17626/14736 18928/17724/14810</w:t>
        <w:br/>
        <w:t>f 18932/17725/14811 18931/17726/14811 18930/17727/14812</w:t>
        <w:br/>
        <w:t>f 18929/17728/14812 18932/17725/14811 18930/17727/14812</w:t>
        <w:br/>
        <w:t>f 18935/17729/14813 18934/17730/14814 18933/17731/14814</w:t>
        <w:br/>
        <w:t>f 18936/17732/14813 18935/17729/14813 18933/17731/14814</w:t>
        <w:br/>
        <w:t>f 18935/17729/14813 18936/17732/14813 18938/17733/14815</w:t>
        <w:br/>
        <w:t>f 18937/17734/14815 18935/17729/14813 18938/17733/14815</w:t>
        <w:br/>
        <w:t>f 18930/17727/14812 18940/17735/14816 18939/17736/14816</w:t>
        <w:br/>
        <w:t>f 18929/17728/14812 18930/17727/14812 18939/17736/14816</w:t>
        <w:br/>
        <w:t>f 18725/17638/14746 18937/17734/14815 18938/17733/14815</w:t>
        <w:br/>
        <w:t>f 18941/17737/14817 18725/17638/14746 18938/17733/14815</w:t>
        <w:br/>
        <w:t>f 18943/17738/14818 18942/17739/14819 18939/17736/14816</w:t>
        <w:br/>
        <w:t>f 18940/17735/14816 18943/17738/14818 18939/17736/14816</w:t>
        <w:br/>
        <w:t>f 18947/17740/14820 18946/17741/14821 18945/17742/14821</w:t>
        <w:br/>
        <w:t>f 18944/17743/14822 18947/17740/14820 18945/17742/14821</w:t>
        <w:br/>
        <w:t>f 18951/17744/14823 18950/17745/14824 18949/17746/14825</w:t>
        <w:br/>
        <w:t>f 18948/17747/14826 18951/17744/14823 18949/17746/14825</w:t>
        <w:br/>
        <w:t>f 18952/17748/14794 18948/17747/14826 18949/17746/14825</w:t>
        <w:br/>
        <w:t>f 18953/17749/14827 18952/17748/14794 18949/17746/14825</w:t>
        <w:br/>
        <w:t>f 18944/17743/14822 18955/17750/14828 18954/17751/14829</w:t>
        <w:br/>
        <w:t>f 18947/17740/14820 18944/17743/14822 18954/17751/14829</w:t>
        <w:br/>
        <w:t>f 18725/17638/14746 18941/17737/14817 18928/17724/14810</w:t>
        <w:br/>
        <w:t>f 18716/17631/14741 18725/17638/14746 18928/17724/14810</w:t>
        <w:br/>
        <w:t>f 18927/17722/14809 18942/17739/14819 18943/17738/14818</w:t>
        <w:br/>
        <w:t>f 18926/17723/14809 18927/17722/14809 18943/17738/14818</w:t>
        <w:br/>
        <w:t>f 18957/17752/14830 18956/17753/14831 18945/17742/14821</w:t>
        <w:br/>
        <w:t>f 18946/17741/14821 18957/17752/14830 18945/17742/14821</w:t>
        <w:br/>
        <w:t>f 18958/17754/14832 18950/17745/14824 18951/17744/14823</w:t>
        <w:br/>
        <w:t>f 18959/17755/14833 18958/17754/14832 18951/17744/14823</w:t>
        <w:br/>
        <w:t>f 18960/17756/14834 18956/17753/14831 18957/17752/14830</w:t>
        <w:br/>
        <w:t>f 18961/17757/14834 18960/17756/14834 18957/17752/14830</w:t>
        <w:br/>
        <w:t>f 18962/17758/14835 18958/17754/14832 18959/17755/14833</w:t>
        <w:br/>
        <w:t>f 18963/17759/14836 18962/17758/14835 18959/17755/14833</w:t>
        <w:br/>
        <w:t>f 18962/17758/14835 18963/17759/14836 18931/17726/14811</w:t>
        <w:br/>
        <w:t>f 18932/17725/14811 18962/17758/14835 18931/17726/14811</w:t>
        <w:br/>
        <w:t>f 18934/17730/14814 18960/17756/14834 18961/17757/14834</w:t>
        <w:br/>
        <w:t>f 18933/17731/14814 18934/17730/14814 18961/17757/14834</w:t>
        <w:br/>
        <w:t>f 18714/17627/14737 18925/17721/14808 18965/17760/14837</w:t>
        <w:br/>
        <w:t>f 18964/17761/14837 18714/17627/14737 18965/17760/14837</w:t>
        <w:br/>
        <w:t>f 18711/17624/14734 18894/17692/14785 18966/17762/14838</w:t>
        <w:br/>
        <w:t>f 18919/17715/14803 18711/17624/14734 18966/17762/14838</w:t>
        <w:br/>
        <w:t>f 18970/17763/14839 18969/17764/14839 18968/17765/14840</w:t>
        <w:br/>
        <w:t>f 18967/17766/14841 18970/17763/14839 18968/17765/14840</w:t>
        <w:br/>
        <w:t>f 18967/17766/14841 18968/17765/14840 18920/17718/14806</w:t>
        <w:br/>
        <w:t>f 18921/17717/14805 18967/17766/14841 18920/17718/14806</w:t>
        <w:br/>
        <w:t>f 18974/17767/14842 18973/17768/14842 18972/17769/14843</w:t>
        <w:br/>
        <w:t>f 18971/17770/14843 18974/17767/14842 18972/17769/14843</w:t>
        <w:br/>
        <w:t>f 18977/17771/14844 18976/17772/14845 18975/17773/14846</w:t>
        <w:br/>
        <w:t>f 18978/17774/14844 18977/17771/14844 18975/17773/14846</w:t>
        <w:br/>
        <w:t>f 18982/17775/14847 18981/17776/14842 18980/17777/14842</w:t>
        <w:br/>
        <w:t>f 18979/17778/14847 18982/17775/14847 18980/17777/14842</w:t>
        <w:br/>
        <w:t>f 18986/17779/14845 18985/17780/14845 18984/17781/14848</w:t>
        <w:br/>
        <w:t>f 18983/17782/14848 18986/17779/14845 18984/17781/14848</w:t>
        <w:br/>
        <w:t>f 18987/17783/14849 18971/17770/14843 18972/17769/14843</w:t>
        <w:br/>
        <w:t>f 18988/17784/14850 18987/17783/14849 18972/17769/14843</w:t>
        <w:br/>
        <w:t>f 18990/17785/14851 18989/17786/14851 18977/17771/14844</w:t>
        <w:br/>
        <w:t>f 18978/17774/14844 18990/17785/14851 18977/17771/14844</w:t>
        <w:br/>
        <w:t>f 18982/17775/14847 18979/17778/14847 18992/17787/14852</w:t>
        <w:br/>
        <w:t>f 18991/17788/14853 18982/17775/14847 18992/17787/14852</w:t>
        <w:br/>
        <w:t>f 18984/17781/14848 18994/17789/14854 18993/17790/14854</w:t>
        <w:br/>
        <w:t>f 18983/17782/14848 18984/17781/14848 18993/17790/14854</w:t>
        <w:br/>
        <w:t>f 18987/17783/14849 18988/17784/14850 18996/17791/14855</w:t>
        <w:br/>
        <w:t>f 18995/17792/14856 18987/17783/14849 18996/17791/14855</w:t>
        <w:br/>
        <w:t>f 18990/17785/14851 18998/17793/14857 18997/17794/14857</w:t>
        <w:br/>
        <w:t>f 18989/17786/14851 18990/17785/14851 18997/17794/14857</w:t>
        <w:br/>
        <w:t>f 19000/17795/14858 18999/17796/14858 18991/17788/14853</w:t>
        <w:br/>
        <w:t>f 18992/17787/14852 19000/17795/14858 18991/17788/14853</w:t>
        <w:br/>
        <w:t>f 18993/17790/14854 18994/17789/14854 18841/17664/14761</w:t>
        <w:br/>
        <w:t>f 19001/17797/14859 18993/17790/14854 18841/17664/14761</w:t>
        <w:br/>
        <w:t>f 19002/17798/14860 18999/17796/14858 19000/17795/14858</w:t>
        <w:br/>
        <w:t>f 19003/17799/14860 19002/17798/14860 19000/17795/14858</w:t>
        <w:br/>
        <w:t>f 18841/17664/14761 18843/17666/14763 19004/17800/14861</w:t>
        <w:br/>
        <w:t>f 19001/17797/14859 18841/17664/14761 19004/17800/14861</w:t>
        <w:br/>
        <w:t>f 19002/17798/14860 19003/17799/14860 19006/17801/14862</w:t>
        <w:br/>
        <w:t>f 19005/17802/14862 19002/17798/14860 19006/17801/14862</w:t>
        <w:br/>
        <w:t>f 18843/17666/14763 18844/17669/14766 19007/17803/14863</w:t>
        <w:br/>
        <w:t>f 19004/17800/14861 18843/17666/14763 19007/17803/14863</w:t>
        <w:br/>
        <w:t>f 19011/17804/14864 19010/17805/14864 19009/17806/14865</w:t>
        <w:br/>
        <w:t>f 19008/17807/14865 19011/17804/14864 19009/17806/14865</w:t>
        <w:br/>
        <w:t>f 19013/17808/14866 19012/17809/14867 18849/17670/14767</w:t>
        <w:br/>
        <w:t>f 18846/17673/14770 19013/17808/14866 18849/17670/14767</w:t>
        <w:br/>
        <w:t>f 19015/17810/14868 19014/17811/14868 19010/17805/14864</w:t>
        <w:br/>
        <w:t>f 19011/17804/14864 19015/17810/14868 19010/17805/14864</w:t>
        <w:br/>
        <w:t>f 19013/17808/14866 18846/17673/14770 19017/17812/14869</w:t>
        <w:br/>
        <w:t>f 19016/17813/14869 19013/17808/14866 19017/17812/14869</w:t>
        <w:br/>
        <w:t>f 19015/17810/14868 19019/17814/14870 19018/17815/14870</w:t>
        <w:br/>
        <w:t>f 19014/17811/14868 19015/17810/14868 19018/17815/14870</w:t>
        <w:br/>
        <w:t>f 19021/17816/14871 19020/17817/14871 19016/17813/14869</w:t>
        <w:br/>
        <w:t>f 19017/17812/14869 19021/17816/14871 19016/17813/14869</w:t>
        <w:br/>
        <w:t>f 19025/17818/14872 19024/17819/14873 19023/17820/14874</w:t>
        <w:br/>
        <w:t>f 19022/17821/14875 19025/17818/14872 19023/17820/14874</w:t>
        <w:br/>
        <w:t>f 19029/17822/14876 19028/17823/14877 19027/17824/14878</w:t>
        <w:br/>
        <w:t>f 19026/17825/14879 19029/17822/14876 19027/17824/14878</w:t>
        <w:br/>
        <w:t>f 19022/17821/14875 19031/17826/14880 19030/17827/14880</w:t>
        <w:br/>
        <w:t>f 19025/17818/14872 19022/17821/14875 19030/17827/14880</w:t>
        <w:br/>
        <w:t>f 19026/17825/14879 19027/17824/14878 19033/17828/14881</w:t>
        <w:br/>
        <w:t>f 19032/17829/14882 19026/17825/14879 19033/17828/14881</w:t>
        <w:br/>
        <w:t>f 19018/17815/14870 19019/17814/14870 19030/17827/14880</w:t>
        <w:br/>
        <w:t>f 19031/17826/14880 19018/17815/14870 19030/17827/14880</w:t>
        <w:br/>
        <w:t>f 19021/17816/14871 19032/17829/14882 19033/17828/14881</w:t>
        <w:br/>
        <w:t>f 19020/17817/14871 19021/17816/14871 19033/17828/14881</w:t>
        <w:br/>
        <w:t>f 18995/17792/14856 18996/17791/14855 19023/17820/14874</w:t>
        <w:br/>
        <w:t>f 19024/17819/14873 18995/17792/14856 19023/17820/14874</w:t>
        <w:br/>
        <w:t>f 18998/17793/14857 19028/17823/14877 19029/17822/14876</w:t>
        <w:br/>
        <w:t>f 18997/17794/14857 18998/17793/14857 19029/17822/14876</w:t>
        <w:br/>
        <w:t>f 19009/17806/14865 19035/17830/14883 19034/17831/14884</w:t>
        <w:br/>
        <w:t>f 19008/17807/14865 19009/17806/14865 19034/17831/14884</w:t>
        <w:br/>
        <w:t>f 19012/17809/14867 19036/17832/14885 18883/17686/14779</w:t>
        <w:br/>
        <w:t>f 18849/17670/14767 19012/17809/14867 18883/17686/14779</w:t>
        <w:br/>
        <w:t>f 19005/17802/14862 19006/17801/14862 19038/17833/14886</w:t>
        <w:br/>
        <w:t>f 19037/17834/14886 19005/17802/14862 19038/17833/14886</w:t>
        <w:br/>
        <w:t>f 18844/17669/14766 18886/17689/14782 19039/17835/14887</w:t>
        <w:br/>
        <w:t>f 19007/17803/14863 18844/17669/14766 19039/17835/14887</w:t>
        <w:br/>
        <w:t>f 19043/17836/14888 19042/17837/14888 19041/17838/14888</w:t>
        <w:br/>
        <w:t>f 19040/17839/14889 19043/17836/14888 19041/17838/14888</w:t>
        <w:br/>
        <w:t>f 19047/17840/14890 19046/17841/14891 19045/17842/14891</w:t>
        <w:br/>
        <w:t>f 19044/17843/14890 19047/17840/14890 19045/17842/14891</w:t>
        <w:br/>
        <w:t>f 19051/17844/14892 19050/17845/14892 19049/17846/14892</w:t>
        <w:br/>
        <w:t>f 19048/17847/14892 19051/17844/14892 19049/17846/14892</w:t>
        <w:br/>
        <w:t>f 18969/17764/14839 18970/17763/14839 18710/17625/14735</w:t>
        <w:br/>
        <w:t>f 18918/17714/14801 18969/17764/14839 18710/17625/14735</w:t>
        <w:br/>
        <w:t>f 18895/17693/14786 18894/17692/14785 18711/17624/14734</w:t>
        <w:br/>
        <w:t>f 18710/17625/14735 18895/17693/14786 18711/17624/14734</w:t>
        <w:br/>
        <w:t>f 19057/17848/14893 18886/17689/14894 19056/17849/14893</w:t>
        <w:br/>
        <w:t>f 19055/17850/14895 19057/17848/14893 19056/17849/14893</w:t>
        <w:br/>
        <w:t>f 18892/17691/14784 19105/17851/14896 19055/17850/14897</w:t>
        <w:br/>
        <w:t>f 18893/17690/14783 19040/17839/14898 19134/17852/14899</w:t>
        <w:br/>
        <w:t>f 18892/17691/14784 18893/17690/14783 19134/17852/14899</w:t>
        <w:br/>
        <w:t>f 19105/17851/14896 18892/17691/14784 19134/17852/14899</w:t>
        <w:br/>
        <w:t>f 19382/17853/14900 19381/17854/14901 19380/17855/14902</w:t>
        <w:br/>
        <w:t>f 19379/17856/14900 19382/17853/14900 19380/17855/14902</w:t>
        <w:br/>
        <w:t>f 19384/17857/14903 19382/17853/14900 19379/17856/14900</w:t>
        <w:br/>
        <w:t>f 19383/17858/14904 19384/17857/14903 19379/17856/14900</w:t>
        <w:br/>
        <w:t>f 19383/17858/14904 19386/17859/14905 19385/17860/14906</w:t>
        <w:br/>
        <w:t>f 19384/17857/14903 19383/17858/14904 19385/17860/14906</w:t>
        <w:br/>
        <w:t>f 19385/17860/14906 19386/17859/14905 19388/17861/14907</w:t>
        <w:br/>
        <w:t>f 19387/17862/14908 19385/17860/14906 19388/17861/14907</w:t>
        <w:br/>
        <w:t>f 19390/17863/14909 19389/17864/14909 19387/17862/14908</w:t>
        <w:br/>
        <w:t>f 19388/17861/14907 19390/17863/14909 19387/17862/14908</w:t>
        <w:br/>
        <w:t>f 19394/17865/14910 19393/17866/14911 19392/17867/14912</w:t>
        <w:br/>
        <w:t>f 19391/17868/14913 19394/17865/14910 19392/17867/14912</w:t>
        <w:br/>
        <w:t>f 19393/17866/14911 19389/17864/14909 19390/17863/14909</w:t>
        <w:br/>
        <w:t>f 19392/17867/14912 19393/17866/14911 19390/17863/14909</w:t>
        <w:br/>
        <w:t>f 19398/17869/14914 19397/17870/14915 19396/17871/14916</w:t>
        <w:br/>
        <w:t>f 19395/17872/14910 19398/17869/14914 19396/17871/14916</w:t>
        <w:br/>
        <w:t>f 19397/17870/14915 19400/17873/14917 19399/17874/14918</w:t>
        <w:br/>
        <w:t>f 19396/17871/14916 19397/17870/14915 19399/17874/14918</w:t>
        <w:br/>
        <w:t>f 19402/17875/14919 19401/17876/14920 19399/17874/14918</w:t>
        <w:br/>
        <w:t>f 19400/17873/14917 19402/17875/14919 19399/17874/14918</w:t>
        <w:br/>
        <w:t>f 19402/17875/14919 19404/17877/14921 19403/17878/14922</w:t>
        <w:br/>
        <w:t>f 19401/17876/14920 19402/17875/14919 19403/17878/14922</w:t>
        <w:br/>
        <w:t>f 19404/17877/14921 19406/17879/14923 19405/17880/14924</w:t>
        <w:br/>
        <w:t>f 19403/17878/14922 19404/17877/14921 19405/17880/14924</w:t>
        <w:br/>
        <w:t>f 19408/17881/14925 19405/17880/14924 19406/17879/14923</w:t>
        <w:br/>
        <w:t>f 19407/17882/14926 19408/17881/14925 19406/17879/14923</w:t>
        <w:br/>
        <w:t>f 19407/17882/14926 19410/17883/14927 19409/17884/14928</w:t>
        <w:br/>
        <w:t>f 19408/17881/14925 19407/17882/14926 19409/17884/14928</w:t>
        <w:br/>
        <w:t>f 19409/17884/14928 19410/17883/14927 19412/17885/14929</w:t>
        <w:br/>
        <w:t>f 19411/17886/14930 19409/17884/14928 19412/17885/14929</w:t>
        <w:br/>
        <w:t>f 19414/17887/14931 19413/17888/14932 19411/17886/14930</w:t>
        <w:br/>
        <w:t>f 19412/17885/14929 19414/17887/14931 19411/17886/14930</w:t>
        <w:br/>
        <w:t>f 19413/17888/14932 19414/17887/14931 19416/17889/14933</w:t>
        <w:br/>
        <w:t>f 19415/17890/14934 19413/17888/14932 19416/17889/14933</w:t>
        <w:br/>
        <w:t>f 19420/17891/14935 19419/17892/14936 19418/17893/14936</w:t>
        <w:br/>
        <w:t>f 19417/17894/14935 19420/17891/14935 19418/17893/14936</w:t>
        <w:br/>
        <w:t>f 19419/17892/14936 19422/17895/14937 19421/17896/14937</w:t>
        <w:br/>
        <w:t>f 19418/17893/14936 19419/17892/14936 19421/17896/14937</w:t>
        <w:br/>
        <w:t>f 19426/17897/14938 19425/17898/14939 19424/17899/14940</w:t>
        <w:br/>
        <w:t>f 19423/17900/14941 19426/17897/14938 19424/17899/14940</w:t>
        <w:br/>
        <w:t>f 19430/17901/14942 19429/17902/14943 19428/17903/14944</w:t>
        <w:br/>
        <w:t>f 19427/17904/14945 19430/17901/14942 19428/17903/14944</w:t>
        <w:br/>
        <w:t>f 19425/17898/14939 19428/17903/14944 19429/17902/14943</w:t>
        <w:br/>
        <w:t>f 19424/17899/14940 19425/17898/14939 19429/17902/14943</w:t>
        <w:br/>
        <w:t>f 19430/17901/14942 19427/17904/14945 19432/17905/14946</w:t>
        <w:br/>
        <w:t>f 19431/17906/14947 19430/17901/14942 19432/17905/14946</w:t>
        <w:br/>
        <w:t>f 19380/17855/14902 19381/17854/14901 19431/17906/14947</w:t>
        <w:br/>
        <w:t>f 19432/17905/14946 19380/17855/14902 19431/17906/14947</w:t>
        <w:br/>
        <w:t>f 19422/17895/14937 19426/17897/14938 19423/17900/14941</w:t>
        <w:br/>
        <w:t>f 19421/17896/14937 19422/17895/14937 19423/17900/14941</w:t>
        <w:br/>
        <w:t>f 19420/17891/14935 19417/17894/14935 19415/17890/14934</w:t>
        <w:br/>
        <w:t>f 19416/17889/14933 19420/17891/14935 19415/17890/14934</w:t>
        <w:br/>
        <w:t>f 19436/17907/14908 19435/17908/14948 19434/17909/14949</w:t>
        <w:br/>
        <w:t>f 19433/17910/14950 19436/17907/14908 19434/17909/14949</w:t>
        <w:br/>
        <w:t>f 19438/17911/14951 19437/17912/14952 19436/17907/14908</w:t>
        <w:br/>
        <w:t>f 19433/17910/14950 19438/17911/14951 19436/17907/14908</w:t>
        <w:br/>
        <w:t>f 19440/17913/14911 19439/17914/14953 19434/17909/14949</w:t>
        <w:br/>
        <w:t>f 19435/17908/14948 19440/17913/14911 19434/17909/14949</w:t>
        <w:br/>
        <w:t>f 19442/17915/14954 19439/17914/14953 19440/17913/14911</w:t>
        <w:br/>
        <w:t>f 19441/17916/14955 19442/17915/14954 19440/17913/14911</w:t>
        <w:br/>
        <w:t>f 19434/17909/14949 19444/17917/14956 19443/17918/14957</w:t>
        <w:br/>
        <w:t>f 19433/17910/14950 19434/17909/14949 19443/17918/14957</w:t>
        <w:br/>
        <w:t>f 19434/17909/14949 19439/17914/14953 19445/17919/14958</w:t>
        <w:br/>
        <w:t>f 19444/17917/14956 19434/17909/14949 19445/17919/14958</w:t>
        <w:br/>
        <w:t>f 19439/17914/14953 19442/17915/14954 19446/17920/14959</w:t>
        <w:br/>
        <w:t>f 19445/17919/14958 19439/17914/14953 19446/17920/14959</w:t>
        <w:br/>
        <w:t>f 19447/17921/14960 19438/17911/14951 19433/17910/14950</w:t>
        <w:br/>
        <w:t>f 19443/17918/14957 19447/17921/14960 19433/17910/14950</w:t>
        <w:br/>
        <w:t>f 19449/17922/14961 19444/17917/14956 19445/17919/14958</w:t>
        <w:br/>
        <w:t>f 19448/17923/14962 19449/17922/14961 19445/17919/14958</w:t>
        <w:br/>
        <w:t>f 19445/17919/14958 19446/17920/14959 19450/17924/14963</w:t>
        <w:br/>
        <w:t>f 19448/17923/14962 19445/17919/14958 19450/17924/14963</w:t>
        <w:br/>
        <w:t>f 19444/17917/14956 19449/17922/14961 19451/17925/14964</w:t>
        <w:br/>
        <w:t>f 19443/17918/14957 19444/17917/14956 19451/17925/14964</w:t>
        <w:br/>
        <w:t>f 19443/17918/14957 19451/17925/14964 19452/17926/14965</w:t>
        <w:br/>
        <w:t>f 19447/17921/14960 19443/17918/14957 19452/17926/14965</w:t>
        <w:br/>
        <w:t>f 19448/17923/14962 19454/17927/14966 19453/17928/14967</w:t>
        <w:br/>
        <w:t>f 19449/17922/14961 19448/17923/14962 19453/17928/14967</w:t>
        <w:br/>
        <w:t>f 19449/17922/14961 19453/17928/14967 19455/17929/14968</w:t>
        <w:br/>
        <w:t>f 19451/17925/14964 19449/17922/14961 19455/17929/14968</w:t>
        <w:br/>
        <w:t>f 19455/17929/14968 19456/17930/14969 19452/17926/14965</w:t>
        <w:br/>
        <w:t>f 19451/17925/14964 19455/17929/14968 19452/17926/14965</w:t>
        <w:br/>
        <w:t>f 19448/17923/14962 19450/17924/14963 19457/17931/14970</w:t>
        <w:br/>
        <w:t>f 19454/17927/14966 19448/17923/14962 19457/17931/14970</w:t>
        <w:br/>
        <w:t>f 19461/17932/14971 19460/17933/14972 19459/17934/14973</w:t>
        <w:br/>
        <w:t>f 19458/17935/14974 19461/17932/14971 19459/17934/14973</w:t>
        <w:br/>
        <w:t>f 19463/17936/14975 19458/17935/14974 19459/17934/14973</w:t>
        <w:br/>
        <w:t>f 19462/17937/14976 19463/17936/14975 19459/17934/14973</w:t>
        <w:br/>
        <w:t>f 19460/17933/14972 19461/17932/14971 19465/17938/14977</w:t>
        <w:br/>
        <w:t>f 19464/17939/14978 19460/17933/14972 19465/17938/14977</w:t>
        <w:br/>
        <w:t>f 19465/17938/14977 19467/17940/14979 19466/17941/14980</w:t>
        <w:br/>
        <w:t>f 19464/17939/14978 19465/17938/14977 19466/17941/14980</w:t>
        <w:br/>
        <w:t>f 19452/17926/14965 19469/17942/14981 19468/17943/14982</w:t>
        <w:br/>
        <w:t>f 19447/17921/14960 19452/17926/14965 19468/17943/14982</w:t>
        <w:br/>
        <w:t>f 19447/17921/14960 19468/17943/14982 19470/17944/14983</w:t>
        <w:br/>
        <w:t>f 19438/17911/14951 19447/17921/14960 19470/17944/14983</w:t>
        <w:br/>
        <w:t>f 19472/17945/14984 19468/17943/14982 19469/17942/14981</w:t>
        <w:br/>
        <w:t>f 19471/17946/14985 19472/17945/14984 19469/17942/14981</w:t>
        <w:br/>
        <w:t>f 19456/17930/14969 19455/17929/14968 19464/17939/14978</w:t>
        <w:br/>
        <w:t>f 19466/17941/14980 19456/17930/14969 19464/17939/14978</w:t>
        <w:br/>
        <w:t>f 19453/17928/14967 19460/17933/14972 19464/17939/14978</w:t>
        <w:br/>
        <w:t>f 19455/17929/14968 19453/17928/14967 19464/17939/14978</w:t>
        <w:br/>
        <w:t>f 19460/17933/14972 19453/17928/14967 19454/17927/14966</w:t>
        <w:br/>
        <w:t>f 19459/17934/14973 19460/17933/14972 19454/17927/14966</w:t>
        <w:br/>
        <w:t>f 19459/17934/14973 19454/17927/14966 19457/17931/14970</w:t>
        <w:br/>
        <w:t>f 19462/17937/14976 19459/17934/14973 19457/17931/14970</w:t>
        <w:br/>
        <w:t>f 19456/17930/14969 19466/17941/14980 19469/17942/14981</w:t>
        <w:br/>
        <w:t>f 19452/17926/14965 19456/17930/14969 19469/17942/14981</w:t>
        <w:br/>
        <w:t>f 19471/17946/14985 19469/17942/14981 19466/17941/14980</w:t>
        <w:br/>
        <w:t>f 19467/17940/14979 19471/17946/14985 19466/17941/14980</w:t>
        <w:br/>
        <w:t>f 19468/17943/14982 19472/17945/14984 19473/17947/14986</w:t>
        <w:br/>
        <w:t>f 19470/17944/14983 19468/17943/14982 19473/17947/14986</w:t>
        <w:br/>
        <w:t>f 19475/17948/14987 19450/17924/14963 19446/17920/14959</w:t>
        <w:br/>
        <w:t>f 19474/17949/14988 19475/17948/14987 19446/17920/14959</w:t>
        <w:br/>
        <w:t>f 19476/17950/14989 19474/17949/14988 19446/17920/14959</w:t>
        <w:br/>
        <w:t>f 19442/17915/14954 19476/17950/14989 19446/17920/14959</w:t>
        <w:br/>
        <w:t>f 19475/17948/14987 19462/17937/14976 19457/17931/14970</w:t>
        <w:br/>
        <w:t>f 19450/17924/14963 19475/17948/14987 19457/17931/14970</w:t>
        <w:br/>
        <w:t>f 19475/17948/14987 19477/17951/14990 19463/17936/14975</w:t>
        <w:br/>
        <w:t>f 19462/17937/14976 19475/17948/14987 19463/17936/14975</w:t>
        <w:br/>
        <w:t>f 19477/17951/14990 19475/17948/14987 19474/17949/14988</w:t>
        <w:br/>
        <w:t>f 19478/17952/14991 19477/17951/14990 19474/17949/14988</w:t>
        <w:br/>
        <w:t>f 19478/17952/14991 19474/17949/14988 19476/17950/14989</w:t>
        <w:br/>
        <w:t>f 19479/17953/14992 19478/17952/14991 19476/17950/14989</w:t>
        <w:br/>
        <w:t>f 19481/17954/14993 19480/17955/14994 19438/17911/14951</w:t>
        <w:br/>
        <w:t>f 19470/17944/14983 19481/17954/14993 19438/17911/14951</w:t>
        <w:br/>
        <w:t>f 19470/17944/14983 19473/17947/14986 19482/17956/14995</w:t>
        <w:br/>
        <w:t>f 19481/17954/14993 19470/17944/14983 19482/17956/14995</w:t>
        <w:br/>
        <w:t>f 19484/17957/14996 19476/17950/14989 19442/17915/14954</w:t>
        <w:br/>
        <w:t>f 19483/17958/14997 19484/17957/14996 19442/17915/14954</w:t>
        <w:br/>
        <w:t>f 19486/17959/14998 19485/17960/14999 19480/17955/14994</w:t>
        <w:br/>
        <w:t>f 19481/17954/14993 19486/17959/14998 19480/17955/14994</w:t>
        <w:br/>
        <w:t>f 19485/17960/14999 19486/17959/14998 19488/17961/15000</w:t>
        <w:br/>
        <w:t>f 19487/17962/15001 19485/17960/14999 19488/17961/15000</w:t>
        <w:br/>
        <w:t>f 19487/17962/15001 19488/17961/15000 19490/17963/15002</w:t>
        <w:br/>
        <w:t>f 19489/17964/15003 19487/17962/15001 19490/17963/15002</w:t>
        <w:br/>
        <w:t>f 19481/17954/14993 19482/17956/14995 19491/17965/15004</w:t>
        <w:br/>
        <w:t>f 19486/17959/14998 19481/17954/14993 19491/17965/15004</w:t>
        <w:br/>
        <w:t>f 19492/17966/15005 19488/17961/15000 19486/17959/14998</w:t>
        <w:br/>
        <w:t>f 19491/17965/15004 19492/17966/15005 19486/17959/14998</w:t>
        <w:br/>
        <w:t>f 19493/17967/15006 19490/17963/15002 19488/17961/15000</w:t>
        <w:br/>
        <w:t>f 19492/17966/15005 19493/17967/15006 19488/17961/15000</w:t>
        <w:br/>
        <w:t>f 19495/17968/15007 19494/17969/15008 19489/17964/15003</w:t>
        <w:br/>
        <w:t>f 19490/17963/15002 19495/17968/15007 19489/17964/15003</w:t>
        <w:br/>
        <w:t>f 19490/17963/15002 19493/17967/15006 19496/17970/15009</w:t>
        <w:br/>
        <w:t>f 19495/17968/15007 19490/17963/15002 19496/17970/15009</w:t>
        <w:br/>
        <w:t>f 19498/17971/15010 19497/17972/15011 19494/17969/15008</w:t>
        <w:br/>
        <w:t>f 19495/17968/15007 19498/17971/15010 19494/17969/15008</w:t>
        <w:br/>
        <w:t>f 19495/17968/15007 19496/17970/15009 19499/17973/15012</w:t>
        <w:br/>
        <w:t>f 19498/17971/15010 19495/17968/15007 19499/17973/15012</w:t>
        <w:br/>
        <w:t>f 19503/17974/15013 19502/17975/15014 19501/17976/15015</w:t>
        <w:br/>
        <w:t>f 19500/17977/15016 19503/17974/15013 19501/17976/15015</w:t>
        <w:br/>
        <w:t>f 19500/17977/15016 19501/17976/15015 19505/17978/15017</w:t>
        <w:br/>
        <w:t>f 19504/17979/15018 19500/17977/15016 19505/17978/15017</w:t>
        <w:br/>
        <w:t>f 19503/17974/15013 19507/17980/15019 19506/17981/15020</w:t>
        <w:br/>
        <w:t>f 19502/17975/15014 19503/17974/15013 19506/17981/15020</w:t>
        <w:br/>
        <w:t>f 19507/17980/15019 19509/17982/15021 19508/17983/15021</w:t>
        <w:br/>
        <w:t>f 19506/17981/15020 19507/17980/15019 19508/17983/15021</w:t>
        <w:br/>
        <w:t>f 19504/17979/15018 19511/17984/15022 19510/17985/15023</w:t>
        <w:br/>
        <w:t>f 19500/17977/15016 19504/17979/15018 19510/17985/15023</w:t>
        <w:br/>
        <w:t>f 19500/17977/15016 19510/17985/15023 19512/17986/15024</w:t>
        <w:br/>
        <w:t>f 19503/17974/15013 19500/17977/15016 19512/17986/15024</w:t>
        <w:br/>
        <w:t>f 19512/17986/15024 19513/17987/15025 19507/17980/15019</w:t>
        <w:br/>
        <w:t>f 19503/17974/15013 19512/17986/15024 19507/17980/15019</w:t>
        <w:br/>
        <w:t>f 19515/17988/14930 19507/17980/15019 19513/17987/15025</w:t>
        <w:br/>
        <w:t>f 19514/17989/15026 19515/17988/14930 19513/17987/15025</w:t>
        <w:br/>
        <w:t>f 19511/17984/15022 19517/17990/15027 19516/17991/15028</w:t>
        <w:br/>
        <w:t>f 19510/17985/15023 19511/17984/15022 19516/17991/15028</w:t>
        <w:br/>
        <w:t>f 19518/17992/15029 19512/17986/15024 19510/17985/15023</w:t>
        <w:br/>
        <w:t>f 19516/17991/15028 19518/17992/15029 19510/17985/15023</w:t>
        <w:br/>
        <w:t>f 19512/17986/15024 19518/17992/15029 19519/17993/15030</w:t>
        <w:br/>
        <w:t>f 19513/17987/15025 19512/17986/15024 19519/17993/15030</w:t>
        <w:br/>
        <w:t>f 19521/17994/14928 19513/17987/15025 19519/17993/15030</w:t>
        <w:br/>
        <w:t>f 19520/17995/15031 19521/17994/14928 19519/17993/15030</w:t>
        <w:br/>
        <w:t>f 19523/17996/15032 19516/17991/15028 19522/17997/14943</w:t>
        <w:br/>
        <w:t>f 19497/17972/15011 19523/17996/15032 19522/17997/14943</w:t>
        <w:br/>
        <w:t>f 19516/17991/15028 19523/17996/15032 19524/17998/15033</w:t>
        <w:br/>
        <w:t>f 19518/17992/15029 19516/17991/15028 19524/17998/15033</w:t>
        <w:br/>
        <w:t>f 19518/17992/15029 19524/17998/15033 19525/17999/15034</w:t>
        <w:br/>
        <w:t>f 19519/17993/15030 19518/17992/15029 19525/17999/15034</w:t>
        <w:br/>
        <w:t>f 19520/17995/15031 19519/17993/15030 19525/17999/15034</w:t>
        <w:br/>
        <w:t>f 19526/18000/15035 19520/17995/15031 19525/17999/15034</w:t>
        <w:br/>
        <w:t>f 19523/17996/15032 19497/17972/15011 19498/17971/15010</w:t>
        <w:br/>
        <w:t>f 19527/18001/15036 19523/17996/15032 19498/17971/15010</w:t>
        <w:br/>
        <w:t>f 19527/18001/15036 19528/18002/15037 19524/17998/15033</w:t>
        <w:br/>
        <w:t>f 19523/17996/15032 19527/18001/15036 19524/17998/15033</w:t>
        <w:br/>
        <w:t>f 19524/17998/15033 19528/18002/15037 19529/18003/15038</w:t>
        <w:br/>
        <w:t>f 19525/17999/15034 19524/17998/15033 19529/18003/15038</w:t>
        <w:br/>
        <w:t>f 19525/17999/15034 19529/18003/15038 19530/18004/15039</w:t>
        <w:br/>
        <w:t>f 19526/18000/15035 19525/17999/15034 19530/18004/15039</w:t>
        <w:br/>
        <w:t>f 19498/17971/15010 19499/17973/15012 19531/18005/15040</w:t>
        <w:br/>
        <w:t>f 19527/18001/15036 19498/17971/15010 19531/18005/15040</w:t>
        <w:br/>
        <w:t>f 19527/18001/15036 19531/18005/15040 19532/18006/15041</w:t>
        <w:br/>
        <w:t>f 19528/18002/15037 19527/18001/15036 19532/18006/15041</w:t>
        <w:br/>
        <w:t>f 19528/18002/15037 19532/18006/15041 19533/18007/15042</w:t>
        <w:br/>
        <w:t>f 19529/18003/15038 19528/18002/15037 19533/18007/15042</w:t>
        <w:br/>
        <w:t>f 19530/18004/15039 19529/18003/15038 19533/18007/15042</w:t>
        <w:br/>
        <w:t>f 19534/18008/15043 19530/18004/15039 19533/18007/15042</w:t>
        <w:br/>
        <w:t>f 19537/18009/15044 19536/18010/15045 19530/18004/15039</w:t>
        <w:br/>
        <w:t>f 19535/18011/15046 19537/18009/15044 19530/18004/15039</w:t>
        <w:br/>
        <w:t>f 19535/18011/15046 19530/18004/15039 19534/18008/15043</w:t>
        <w:br/>
        <w:t>f 19538/18012/15047 19535/18011/15046 19534/18008/15043</w:t>
        <w:br/>
        <w:t>f 19535/18011/15046 19540/18013/15048 19539/18014/14920</w:t>
        <w:br/>
        <w:t>f 19537/18009/15044 19535/18011/15046 19539/18014/14920</w:t>
        <w:br/>
        <w:t>f 19542/18015/14918 19539/18014/14920 19540/18013/15048</w:t>
        <w:br/>
        <w:t>f 19541/18016/15049 19542/18015/14918 19540/18013/15048</w:t>
        <w:br/>
        <w:t>f 19540/18013/15048 19535/18011/15046 19538/18012/15047</w:t>
        <w:br/>
        <w:t>f 19543/18017/15050 19540/18013/15048 19538/18012/15047</w:t>
        <w:br/>
        <w:t>f 19543/18017/15050 19544/18018/15051 19541/18016/15049</w:t>
        <w:br/>
        <w:t>f 19540/18013/15048 19543/18017/15050 19541/18016/15049</w:t>
        <w:br/>
        <w:t>f 19548/18019/15052 19547/18020/14918 19546/18021/15049</w:t>
        <w:br/>
        <w:t>f 19545/18022/15053 19548/18019/15052 19546/18021/15049</w:t>
        <w:br/>
        <w:t>f 19545/18022/15053 19484/17957/14996 19483/17958/14997</w:t>
        <w:br/>
        <w:t>f 19549/18023/14916 19545/18022/15053 19483/17958/14997</w:t>
        <w:br/>
        <w:t>f 19476/17950/14989 19484/17957/14996 19550/18024/15054</w:t>
        <w:br/>
        <w:t>f 19479/17953/14992 19476/17950/14989 19550/18024/15054</w:t>
        <w:br/>
        <w:t>f 19545/18022/15053 19551/18025/15055 19550/18024/15054</w:t>
        <w:br/>
        <w:t>f 19484/17957/14996 19545/18022/15053 19550/18024/15054</w:t>
        <w:br/>
        <w:t>f 19545/18022/15053 19546/18021/15049 19552/18026/15056</w:t>
        <w:br/>
        <w:t>f 19551/18025/15055 19545/18022/15053 19552/18026/15056</w:t>
        <w:br/>
        <w:t>f 19556/18027/15057 19555/18028/15041 19554/18029/15058</w:t>
        <w:br/>
        <w:t>f 19553/18030/15059 19556/18027/15057 19554/18029/15058</w:t>
        <w:br/>
        <w:t>f 19556/18027/15057 19553/18030/15059 19558/18031/15060</w:t>
        <w:br/>
        <w:t>f 19557/18032/15043 19556/18027/15057 19558/18031/15060</w:t>
        <w:br/>
        <w:t>f 19560/18033/15061 19559/18034/15062 19557/18032/15043</w:t>
        <w:br/>
        <w:t>f 19558/18031/15060 19560/18033/15061 19557/18032/15043</w:t>
        <w:br/>
        <w:t>f 19559/18034/15062 19560/18033/15061 19562/18035/15063</w:t>
        <w:br/>
        <w:t>f 19561/18036/15050 19559/18034/15062 19562/18035/15063</w:t>
        <w:br/>
        <w:t>f 19561/18036/15050 19562/18035/15063 19564/18037/15064</w:t>
        <w:br/>
        <w:t>f 19563/18038/15056 19561/18036/15050 19564/18037/15064</w:t>
        <w:br/>
        <w:t>f 19568/18039/15065 19567/18040/15056 19566/18041/15064</w:t>
        <w:br/>
        <w:t>f 19565/18042/15066 19568/18039/15065 19566/18041/15064</w:t>
        <w:br/>
        <w:t>f 19570/18043/15054 19568/18039/15065 19565/18042/15066</w:t>
        <w:br/>
        <w:t>f 19569/18044/15067 19570/18043/15054 19565/18042/15066</w:t>
        <w:br/>
        <w:t>f 19569/18044/15067 19572/18045/15068 19571/18046/14992</w:t>
        <w:br/>
        <w:t>f 19570/18043/15054 19569/18044/15067 19571/18046/14992</w:t>
        <w:br/>
        <w:t>f 19571/18046/14992 19572/18045/15068 19574/18047/15069</w:t>
        <w:br/>
        <w:t>f 19573/18048/15070 19571/18046/14992 19574/18047/15069</w:t>
        <w:br/>
        <w:t>f 19573/18048/15070 19574/18047/15069 19576/18049/15071</w:t>
        <w:br/>
        <w:t>f 19575/18050/15072 19573/18048/15070 19576/18049/15071</w:t>
        <w:br/>
        <w:t>f 19575/18050/15072 19576/18049/15071 19578/18051/15073</w:t>
        <w:br/>
        <w:t>f 19577/18052/14975 19575/18050/15072 19578/18051/15073</w:t>
        <w:br/>
        <w:t>f 19580/18053/15074 19579/18054/14974 19577/18052/14975</w:t>
        <w:br/>
        <w:t>f 19578/18051/15073 19580/18053/15074 19577/18052/14975</w:t>
        <w:br/>
        <w:t>f 19582/18055/14971 19579/18054/14974 19580/18053/15074</w:t>
        <w:br/>
        <w:t>f 19581/18056/15075 19582/18055/14971 19580/18053/15074</w:t>
        <w:br/>
        <w:t>f 19583/18057/14977 19582/18055/14971 19581/18056/15075</w:t>
        <w:br/>
        <w:t>f 19584/18058/15076 19583/18057/14977 19581/18056/15075</w:t>
        <w:br/>
        <w:t>f 19584/18058/15076 19586/18059/15077 19585/18060/14979</w:t>
        <w:br/>
        <w:t>f 19583/18057/14977 19584/18058/15076 19585/18060/14979</w:t>
        <w:br/>
        <w:t>f 19588/18061/14985 19585/18060/14979 19586/18059/15077</w:t>
        <w:br/>
        <w:t>f 19587/18062/15078 19588/18061/14985 19586/18059/15077</w:t>
        <w:br/>
        <w:t>f 19587/18062/15078 19590/18063/15079 19589/18064/14984</w:t>
        <w:br/>
        <w:t>f 19588/18061/14985 19587/18062/15078 19589/18064/14984</w:t>
        <w:br/>
        <w:t>f 19592/18065/15080 19591/18066/14986 19589/18064/14984</w:t>
        <w:br/>
        <w:t>f 19590/18063/15079 19592/18065/15080 19589/18064/14984</w:t>
        <w:br/>
        <w:t>f 19591/18066/14986 19592/18065/15080 19594/18067/15081</w:t>
        <w:br/>
        <w:t>f 19593/18068/14995 19591/18066/14986 19594/18067/15081</w:t>
        <w:br/>
        <w:t>f 19593/18068/14995 19594/18067/15081 19596/18069/15082</w:t>
        <w:br/>
        <w:t>f 19595/18070/15004 19593/18068/14995 19596/18069/15082</w:t>
        <w:br/>
        <w:t>f 19598/18071/15083 19597/18072/15005 19595/18070/15004</w:t>
        <w:br/>
        <w:t>f 19596/18069/15082 19598/18071/15083 19595/18070/15004</w:t>
        <w:br/>
        <w:t>f 19597/18072/15005 19598/18071/15083 19600/18073/15084</w:t>
        <w:br/>
        <w:t>f 19599/18074/15006 19597/18072/15005 19600/18073/15084</w:t>
        <w:br/>
        <w:t>f 19599/18074/15006 19600/18073/15084 19602/18075/15085</w:t>
        <w:br/>
        <w:t>f 19601/18076/15086 19599/18074/15006 19602/18075/15085</w:t>
        <w:br/>
        <w:t>f 19601/18076/15086 19602/18075/15085 19604/18077/15087</w:t>
        <w:br/>
        <w:t>f 19603/18078/15012 19601/18076/15086 19604/18077/15087</w:t>
        <w:br/>
        <w:t>f 19603/18078/15012 19604/18077/15087 19606/18079/15088</w:t>
        <w:br/>
        <w:t>f 19605/18080/15040 19603/18078/15012 19606/18079/15088</w:t>
        <w:br/>
        <w:t>f 19606/18079/15088 19554/18029/15058 19555/18028/15041</w:t>
        <w:br/>
        <w:t>f 19605/18080/15040 19606/18079/15088 19555/18028/15041</w:t>
        <w:br/>
        <w:t>f 19610/18081/15076 19609/18082/15089 19608/18083/15090</w:t>
        <w:br/>
        <w:t>f 19607/18084/15091 19610/18081/15076 19608/18083/15090</w:t>
        <w:br/>
        <w:t>f 19608/18083/15090 19609/18082/15089 19612/18085/15074</w:t>
        <w:br/>
        <w:t>f 19611/18086/15092 19608/18083/15090 19612/18085/15074</w:t>
        <w:br/>
        <w:t>f 19614/18087/15073 19613/18088/15093 19611/18086/15092</w:t>
        <w:br/>
        <w:t>f 19612/18085/15074 19614/18087/15073 19611/18086/15092</w:t>
        <w:br/>
        <w:t>f 19616/18089/15071 19615/18090/15094 19613/18088/15093</w:t>
        <w:br/>
        <w:t>f 19614/18087/15073 19616/18089/15071 19613/18088/15093</w:t>
        <w:br/>
        <w:t>f 19618/18091/15069 19617/18092/15095 19615/18090/15094</w:t>
        <w:br/>
        <w:t>f 19616/18089/15071 19618/18091/15069 19615/18090/15094</w:t>
        <w:br/>
        <w:t>f 19620/18093/15096 19619/18094/15097 19617/18092/15095</w:t>
        <w:br/>
        <w:t>f 19618/18091/15069 19620/18093/15096 19617/18092/15095</w:t>
        <w:br/>
        <w:t>f 19607/18084/15091 19622/18095/15098 19621/18096/15099</w:t>
        <w:br/>
        <w:t>f 19610/18081/15076 19607/18084/15091 19621/18096/15099</w:t>
        <w:br/>
        <w:t>f 19624/18097/15100 19621/18096/15099 19622/18095/15098</w:t>
        <w:br/>
        <w:t>f 19623/18098/15101 19624/18097/15100 19622/18095/15098</w:t>
        <w:br/>
        <w:t>f 19626/18099/15079 19624/18097/15100 19623/18098/15101</w:t>
        <w:br/>
        <w:t>f 19625/18100/15102 19626/18099/15079 19623/18098/15101</w:t>
        <w:br/>
        <w:t>f 19625/18100/15102 19628/18101/15103 19627/18102/15080</w:t>
        <w:br/>
        <w:t>f 19626/18099/15079 19625/18100/15102 19627/18102/15080</w:t>
        <w:br/>
        <w:t>f 19627/18102/15080 19628/18101/15103 19630/18103/15104</w:t>
        <w:br/>
        <w:t>f 19629/18104/15081 19627/18102/15080 19630/18103/15104</w:t>
        <w:br/>
        <w:t>f 19629/18104/15081 19630/18103/15104 19632/18105/15105</w:t>
        <w:br/>
        <w:t>f 19631/18106/15082 19629/18104/15081 19632/18105/15105</w:t>
        <w:br/>
        <w:t>f 19634/18107/15106 19633/18108/15083 19631/18106/15082</w:t>
        <w:br/>
        <w:t>f 19632/18105/15105 19634/18107/15106 19631/18106/15082</w:t>
        <w:br/>
        <w:t>f 19633/18108/15083 19634/18107/15106 19636/18109/15107</w:t>
        <w:br/>
        <w:t>f 19635/18110/15108 19633/18108/15083 19636/18109/15107</w:t>
        <w:br/>
        <w:t>f 19635/18110/15108 19636/18109/15107 19638/18111/15109</w:t>
        <w:br/>
        <w:t>f 19637/18112/15085 19635/18110/15108 19638/18111/15109</w:t>
        <w:br/>
        <w:t>f 19642/18113/15110 19641/18114/15111 19640/18115/15112</w:t>
        <w:br/>
        <w:t>f 19639/18116/15113 19642/18113/15110 19640/18115/15112</w:t>
        <w:br/>
        <w:t>f 19640/18115/15112 19641/18114/15111 19644/18117/15114</w:t>
        <w:br/>
        <w:t>f 19643/18118/15115 19640/18115/15112 19644/18117/15114</w:t>
        <w:br/>
        <w:t>f 19646/18119/15060 19642/18113/15110 19639/18116/15113</w:t>
        <w:br/>
        <w:t>f 19645/18120/15116 19646/18119/15060 19639/18116/15113</w:t>
        <w:br/>
        <w:t>f 19649/18121/15087 19648/18122/15117 19643/18118/15115</w:t>
        <w:br/>
        <w:t>f 19647/18123/15088 19649/18121/15087 19643/18118/15115</w:t>
        <w:br/>
        <w:t>f 19651/18124/15118 19646/18119/15060 19645/18120/15116</w:t>
        <w:br/>
        <w:t>f 19650/18125/15119 19651/18124/15118 19645/18120/15116</w:t>
        <w:br/>
        <w:t>f 19637/18112/15085 19648/18122/15117 19649/18121/15087</w:t>
        <w:br/>
        <w:t>f 19650/18125/15119 19652/18126/15063 19651/18124/15118</w:t>
        <w:br/>
        <w:t>f 19620/18093/15096 19654/18127/15067 19653/18128/15120</w:t>
        <w:br/>
        <w:t>f 19619/18094/15097 19620/18093/15096 19653/18128/15120</w:t>
        <w:br/>
        <w:t>f 19656/18129/15066 19655/18130/15121 19653/18128/15120</w:t>
        <w:br/>
        <w:t>f 19654/18127/15067 19656/18129/15066 19653/18128/15120</w:t>
        <w:br/>
        <w:t>f 19655/18130/15121 19656/18129/15066 19658/18131/15064</w:t>
        <w:br/>
        <w:t>f 19657/18132/15122 19655/18130/15121 19658/18131/15064</w:t>
        <w:br/>
        <w:t>f 19637/18112/15085 19638/18111/15109 19659/18133/15123</w:t>
        <w:br/>
        <w:t>f 19648/18122/15117 19637/18112/15085 19659/18133/15123</w:t>
        <w:br/>
        <w:t>f 19648/18122/15117 19659/18133/15123 19660/18134/15124</w:t>
        <w:br/>
        <w:t>f 19643/18118/15115 19648/18122/15117 19660/18134/15124</w:t>
        <w:br/>
        <w:t>f 19643/18118/15115 19660/18134/15124 19661/18135/15125</w:t>
        <w:br/>
        <w:t>f 19640/18115/15112 19643/18118/15115 19661/18135/15125</w:t>
        <w:br/>
        <w:t>f 19639/18116/15113 19640/18115/15112 19661/18135/15125</w:t>
        <w:br/>
        <w:t>f 19662/18136/15126 19639/18116/15113 19661/18135/15125</w:t>
        <w:br/>
        <w:t>f 19662/18136/15126 19663/18137/15127 19645/18120/15116</w:t>
        <w:br/>
        <w:t>f 19639/18116/15113 19662/18136/15126 19645/18120/15116</w:t>
        <w:br/>
        <w:t>f 19650/18125/15119 19645/18120/15116 19663/18137/15127</w:t>
        <w:br/>
        <w:t>f 19664/18138/15128 19650/18125/15119 19663/18137/15127</w:t>
        <w:br/>
        <w:t>f 19652/18126/15063 19650/18125/15119 19664/18138/15128</w:t>
        <w:br/>
        <w:t>f 19665/18139/15129 19652/18126/15063 19664/18138/15128</w:t>
        <w:br/>
        <w:t>f 19667/18140/15130 19666/18141/15064 19652/18126/15063</w:t>
        <w:br/>
        <w:t>f 19665/18139/15129 19667/18140/15130 19652/18126/15063</w:t>
        <w:br/>
        <w:t>f 19638/18111/15109 19636/18109/15107 19669/18142/15131</w:t>
        <w:br/>
        <w:t>f 19668/18143/15132 19638/18111/15109 19669/18142/15131</w:t>
        <w:br/>
        <w:t>f 19671/18144/15133 19667/18140/15130 19665/18139/15129</w:t>
        <w:br/>
        <w:t>f 19670/18145/15134 19671/18144/15133 19665/18139/15129</w:t>
        <w:br/>
        <w:t>f 19672/18146/15135 19659/18133/15123 19638/18111/15109</w:t>
        <w:br/>
        <w:t>f 19668/18143/15132 19672/18146/15135 19638/18111/15109</w:t>
        <w:br/>
        <w:t>f 19673/18147/15136 19660/18134/15124 19659/18133/15123</w:t>
        <w:br/>
        <w:t>f 19672/18146/15135 19673/18147/15136 19659/18133/15123</w:t>
        <w:br/>
        <w:t>f 19674/18148/15137 19661/18135/15125 19660/18134/15124</w:t>
        <w:br/>
        <w:t>f 19673/18147/15136 19674/18148/15137 19660/18134/15124</w:t>
        <w:br/>
        <w:t>f 19674/18148/15137 19675/18149/15138 19662/18136/15126</w:t>
        <w:br/>
        <w:t>f 19661/18135/15125 19674/18148/15137 19662/18136/15126</w:t>
        <w:br/>
        <w:t>f 19675/18149/15138 19676/18150/15139 19663/18137/15127</w:t>
        <w:br/>
        <w:t>f 19662/18136/15126 19675/18149/15138 19663/18137/15127</w:t>
        <w:br/>
        <w:t>f 19676/18150/15139 19677/18151/15140 19664/18138/15128</w:t>
        <w:br/>
        <w:t>f 19663/18137/15127 19676/18150/15139 19664/18138/15128</w:t>
        <w:br/>
        <w:t>f 19677/18151/15140 19670/18145/15134 19665/18139/15129</w:t>
        <w:br/>
        <w:t>f 19664/18138/15128 19677/18151/15140 19665/18139/15129</w:t>
        <w:br/>
        <w:t>f 19681/18152/15141 19680/18153/15142 19679/18154/15142</w:t>
        <w:br/>
        <w:t>f 19678/18155/15141 19681/18152/15141 19679/18154/15142</w:t>
        <w:br/>
        <w:t>f 19683/18156/15143 19682/18157/15143 19681/18152/15141</w:t>
        <w:br/>
        <w:t>f 19678/18155/15141 19683/18156/15143 19681/18152/15141</w:t>
        <w:br/>
        <w:t>f 19687/18158/12782 19686/18159/12782 19685/18160/12782</w:t>
        <w:br/>
        <w:t>f 19684/18161/12782 19687/18158/12782 19685/18160/12782</w:t>
        <w:br/>
        <w:t>f 19682/18157/15143 19683/18156/15143 19689/18162/15144</w:t>
        <w:br/>
        <w:t>f 19688/18163/15145 19682/18157/15143 19689/18162/15144</w:t>
        <w:br/>
        <w:t>f 19693/18164/15146 19692/18165/15147 19691/18166/15145</w:t>
        <w:br/>
        <w:t>f 19690/18167/15144 19693/18164/15146 19691/18166/15145</w:t>
        <w:br/>
        <w:t>f 19695/18168/15148 19694/18169/15148 19692/18165/15147</w:t>
        <w:br/>
        <w:t>f 19693/18164/15146 19695/18168/15148 19692/18165/15147</w:t>
        <w:br/>
        <w:t>f 19697/18170/15149 19696/18171/15150 19694/18169/15148</w:t>
        <w:br/>
        <w:t>f 19695/18168/15148 19697/18170/15149 19694/18169/15148</w:t>
        <w:br/>
        <w:t>f 19696/18171/15150 19697/18170/15149 19699/18172/15151</w:t>
        <w:br/>
        <w:t>f 19698/18173/15151 19696/18171/15150 19699/18172/15151</w:t>
        <w:br/>
        <w:t>f 19703/18174/15152 19702/18175/15153 19701/18176/15154</w:t>
        <w:br/>
        <w:t>f 19700/18177/15155 19703/18174/15152 19701/18176/15154</w:t>
        <w:br/>
        <w:t>f 19705/18178/15156 19704/18179/15157 19701/18176/15154</w:t>
        <w:br/>
        <w:t>f 19702/18175/15153 19705/18178/15156 19701/18176/15154</w:t>
        <w:br/>
        <w:t>f 19708/18180/15158 19707/18181/15159 19706/18182/15160</w:t>
        <w:br/>
        <w:t>f 19710/18183/15151 19709/18184/15151 19698/18173/15151</w:t>
        <w:br/>
        <w:t>f 19699/18172/15151 19710/18183/15151 19698/18173/15151</w:t>
        <w:br/>
        <w:t>f 19724/18185/15161 19704/18179/15157 19705/18178/15156</w:t>
        <w:br/>
        <w:t>f 19724/18185/15161 19706/18182/15160 19707/18181/15159</w:t>
        <w:br/>
        <w:t>f 19704/18179/15157 19724/18185/15161 19707/18181/15159</w:t>
        <w:br/>
        <w:t>f 19972/18186/15162 19971/18187/15162 19970/18188/15163</w:t>
        <w:br/>
        <w:t>f 19969/18189/15164 19972/18186/15162 19970/18188/15163</w:t>
        <w:br/>
        <w:t>f 19974/18190/15165 19973/18191/15166 19971/18187/15162</w:t>
        <w:br/>
        <w:t>f 19972/18186/15162 19974/18190/15165 19971/18187/15162</w:t>
        <w:br/>
        <w:t>f 19973/18191/15166 19974/18190/15165 19976/18192/15167</w:t>
        <w:br/>
        <w:t>f 19975/18193/15168 19973/18191/15166 19976/18192/15167</w:t>
        <w:br/>
        <w:t>f 19978/18194/15169 19975/18193/15168 19976/18192/15167</w:t>
        <w:br/>
        <w:t>f 19977/18195/15170 19978/18194/15169 19976/18192/15167</w:t>
        <w:br/>
        <w:t>f 19977/18195/15170 19980/18196/15171 19979/18197/15171</w:t>
        <w:br/>
        <w:t>f 19978/18194/15169 19977/18195/15170 19979/18197/15171</w:t>
        <w:br/>
        <w:t>f 19984/18198/15172 19983/18199/15173 19982/18200/15174</w:t>
        <w:br/>
        <w:t>f 19981/18201/15175 19984/18198/15172 19982/18200/15174</w:t>
        <w:br/>
        <w:t>f 19981/18201/15175 19982/18200/15174 19979/18197/15171</w:t>
        <w:br/>
        <w:t>f 19980/18196/15171 19981/18201/15175 19979/18197/15171</w:t>
        <w:br/>
        <w:t>f 19988/18202/15176 19987/18203/15172 19986/18204/15177</w:t>
        <w:br/>
        <w:t>f 19985/18205/15178 19988/18202/15176 19986/18204/15177</w:t>
        <w:br/>
        <w:t>f 19985/18205/15178 19986/18204/15177 19989/18206/15179</w:t>
        <w:br/>
        <w:t>f 19990/18207/15180 19985/18205/15178 19989/18206/15179</w:t>
        <w:br/>
        <w:t>f 19992/18208/15181 19990/18207/15180 19989/18206/15179</w:t>
        <w:br/>
        <w:t>f 19991/18209/15182 19992/18208/15181 19989/18206/15179</w:t>
        <w:br/>
        <w:t>f 19992/18208/15181 19991/18209/15182 19994/18210/15183</w:t>
        <w:br/>
        <w:t>f 19993/18211/15184 19992/18208/15181 19994/18210/15183</w:t>
        <w:br/>
        <w:t>f 19993/18211/15184 19994/18210/15183 19996/18212/15185</w:t>
        <w:br/>
        <w:t>f 19995/18213/15186 19993/18211/15184 19996/18212/15185</w:t>
        <w:br/>
        <w:t>f 19998/18214/15187 19997/18215/15188 19995/18213/15186</w:t>
        <w:br/>
        <w:t>f 19996/18212/15185 19998/18214/15187 19995/18213/15186</w:t>
        <w:br/>
        <w:t>f 19997/18215/15188 19998/18214/15187 19999/18216/15189</w:t>
        <w:br/>
        <w:t>f 20000/18217/15190 19997/18215/15188 19999/18216/15189</w:t>
        <w:br/>
        <w:t>f 20002/18218/15191 20000/18217/15190 19999/18216/15189</w:t>
        <w:br/>
        <w:t>f 20001/18219/15192 20002/18218/15191 19999/18216/15189</w:t>
        <w:br/>
        <w:t>f 20001/18219/15192 20004/18220/15193 20003/18221/15194</w:t>
        <w:br/>
        <w:t>f 20002/18218/15191 20001/18219/15192 20003/18221/15194</w:t>
        <w:br/>
        <w:t>f 20004/18220/15193 20006/18222/15195 20005/18223/15196</w:t>
        <w:br/>
        <w:t>f 20003/18221/15194 20004/18220/15193 20005/18223/15196</w:t>
        <w:br/>
        <w:t>f 20010/18224/15197 20009/18225/15197 20008/18226/15198</w:t>
        <w:br/>
        <w:t>f 20007/18227/15198 20010/18224/15197 20008/18226/15198</w:t>
        <w:br/>
        <w:t>f 20012/18228/15199 20011/18229/15199 20007/18227/15198</w:t>
        <w:br/>
        <w:t>f 20008/18226/15198 20012/18228/15199 20007/18227/15198</w:t>
        <w:br/>
        <w:t>f 20016/18230/15200 20015/18231/15201 20014/18232/15202</w:t>
        <w:br/>
        <w:t>f 20013/18233/15203 20016/18230/15200 20014/18232/15202</w:t>
        <w:br/>
        <w:t>f 20020/18234/15204 20019/18235/15205 20018/18236/15206</w:t>
        <w:br/>
        <w:t>f 20017/18237/15207 20020/18234/15204 20018/18236/15206</w:t>
        <w:br/>
        <w:t>f 20013/18233/15203 20014/18232/15202 20017/18237/15207</w:t>
        <w:br/>
        <w:t>f 20018/18236/15206 20013/18233/15203 20017/18237/15207</w:t>
        <w:br/>
        <w:t>f 20022/18238/15208 20019/18235/15205 20020/18234/15204</w:t>
        <w:br/>
        <w:t>f 20021/18239/15209 20022/18238/15208 20020/18234/15204</w:t>
        <w:br/>
        <w:t>f 20021/18239/15209 19969/18189/15164 19970/18188/15163</w:t>
        <w:br/>
        <w:t>f 20022/18238/15208 20021/18239/15209 19970/18188/15163</w:t>
        <w:br/>
        <w:t>f 20011/18229/15199 20012/18228/15199 20015/18231/15201</w:t>
        <w:br/>
        <w:t>f 20016/18230/15200 20011/18229/15199 20015/18231/15201</w:t>
        <w:br/>
        <w:t>f 20006/18222/15195 20009/18225/15197 20010/18224/15197</w:t>
        <w:br/>
        <w:t>f 20005/18223/15196 20006/18222/15195 20010/18224/15197</w:t>
        <w:br/>
        <w:t>f 20026/18240/15210 20025/18241/15211 20024/18242/15170</w:t>
        <w:br/>
        <w:t>f 20023/18243/15212 20026/18240/15210 20024/18242/15170</w:t>
        <w:br/>
        <w:t>f 20028/18244/15213 20023/18243/15212 20024/18242/15170</w:t>
        <w:br/>
        <w:t>f 20027/18245/15214 20028/18244/15213 20024/18242/15170</w:t>
        <w:br/>
        <w:t>f 20029/18246/15175 20025/18241/15211 20026/18240/15210</w:t>
        <w:br/>
        <w:t>f 20030/18247/15215 20029/18246/15175 20026/18240/15210</w:t>
        <w:br/>
        <w:t>f 20029/18246/15175 20030/18247/15215 20032/18248/15216</w:t>
        <w:br/>
        <w:t>f 20031/18249/15217 20029/18246/15175 20032/18248/15216</w:t>
        <w:br/>
        <w:t>f 20026/18240/15210 20023/18243/15212 20034/18250/15218</w:t>
        <w:br/>
        <w:t>f 20033/18251/15219 20026/18240/15210 20034/18250/15218</w:t>
        <w:br/>
        <w:t>f 20035/18252/15220 20030/18247/15215 20026/18240/15210</w:t>
        <w:br/>
        <w:t>f 20033/18251/15219 20035/18252/15220 20026/18240/15210</w:t>
        <w:br/>
        <w:t>f 20036/18253/15221 20032/18248/15216 20030/18247/15215</w:t>
        <w:br/>
        <w:t>f 20035/18252/15220 20036/18253/15221 20030/18247/15215</w:t>
        <w:br/>
        <w:t>f 20037/18254/15222 20034/18250/15218 20023/18243/15212</w:t>
        <w:br/>
        <w:t>f 20028/18244/15213 20037/18254/15222 20023/18243/15212</w:t>
        <w:br/>
        <w:t>f 20039/18255/15223 20038/18256/15224 20035/18252/15220</w:t>
        <w:br/>
        <w:t>f 20033/18251/15219 20039/18255/15223 20035/18252/15220</w:t>
        <w:br/>
        <w:t>f 20040/18257/15225 20036/18253/15221 20035/18252/15220</w:t>
        <w:br/>
        <w:t>f 20038/18256/15224 20040/18257/15225 20035/18252/15220</w:t>
        <w:br/>
        <w:t>f 20033/18251/15219 20034/18250/15218 20041/18258/15226</w:t>
        <w:br/>
        <w:t>f 20039/18255/15223 20033/18251/15219 20041/18258/15226</w:t>
        <w:br/>
        <w:t>f 20034/18250/15218 20037/18254/15222 20042/18259/15227</w:t>
        <w:br/>
        <w:t>f 20041/18258/15226 20034/18250/15218 20042/18259/15227</w:t>
        <w:br/>
        <w:t>f 20038/18256/15224 20039/18255/15223 20044/18260/15228</w:t>
        <w:br/>
        <w:t>f 20043/18261/15229 20038/18256/15224 20044/18260/15228</w:t>
        <w:br/>
        <w:t>f 20039/18255/15223 20041/18258/15226 20045/18262/15230</w:t>
        <w:br/>
        <w:t>f 20044/18260/15228 20039/18255/15223 20045/18262/15230</w:t>
        <w:br/>
        <w:t>f 20042/18259/15227 20046/18263/15231 20045/18262/15230</w:t>
        <w:br/>
        <w:t>f 20041/18258/15226 20042/18259/15227 20045/18262/15230</w:t>
        <w:br/>
        <w:t>f 20047/18264/15232 20040/18257/15225 20038/18256/15224</w:t>
        <w:br/>
        <w:t>f 20043/18261/15229 20047/18264/15232 20038/18256/15224</w:t>
        <w:br/>
        <w:t>f 20051/18265/15233 20050/18266/15234 20049/18267/15235</w:t>
        <w:br/>
        <w:t>f 20048/18268/15236 20051/18265/15233 20049/18267/15235</w:t>
        <w:br/>
        <w:t>f 20053/18269/15237 20052/18270/15238 20051/18265/15233</w:t>
        <w:br/>
        <w:t>f 20048/18268/15236 20053/18269/15237 20051/18265/15233</w:t>
        <w:br/>
        <w:t>f 20050/18266/15234 20055/18271/15239 20054/18272/15240</w:t>
        <w:br/>
        <w:t>f 20049/18267/15235 20050/18266/15234 20054/18272/15240</w:t>
        <w:br/>
        <w:t>f 20057/18273/15241 20056/18274/15242 20054/18272/15240</w:t>
        <w:br/>
        <w:t>f 20055/18271/15239 20057/18273/15241 20054/18272/15240</w:t>
        <w:br/>
        <w:t>f 20042/18259/15227 20037/18254/15222 20059/18275/15243</w:t>
        <w:br/>
        <w:t>f 20058/18276/15244 20042/18259/15227 20059/18275/15243</w:t>
        <w:br/>
        <w:t>f 20060/18277/15245 20059/18275/15243 20037/18254/15222</w:t>
        <w:br/>
        <w:t>f 20028/18244/15213 20060/18277/15245 20037/18254/15222</w:t>
        <w:br/>
        <w:t>f 20062/18278/15246 20061/18279/15247 20058/18276/15244</w:t>
        <w:br/>
        <w:t>f 20059/18275/15243 20062/18278/15246 20058/18276/15244</w:t>
        <w:br/>
        <w:t>f 20046/18263/15231 20057/18273/15241 20055/18271/15239</w:t>
        <w:br/>
        <w:t>f 20045/18262/15230 20046/18263/15231 20055/18271/15239</w:t>
        <w:br/>
        <w:t>f 20055/18271/15239 20050/18266/15234 20044/18260/15228</w:t>
        <w:br/>
        <w:t>f 20045/18262/15230 20055/18271/15239 20044/18260/15228</w:t>
        <w:br/>
        <w:t>f 20050/18266/15234 20051/18265/15233 20043/18261/15229</w:t>
        <w:br/>
        <w:t>f 20044/18260/15228 20050/18266/15234 20043/18261/15229</w:t>
        <w:br/>
        <w:t>f 20051/18265/15233 20052/18270/15238 20047/18264/15232</w:t>
        <w:br/>
        <w:t>f 20043/18261/15229 20051/18265/15233 20047/18264/15232</w:t>
        <w:br/>
        <w:t>f 20058/18276/15244 20057/18273/15241 20046/18263/15231</w:t>
        <w:br/>
        <w:t>f 20042/18259/15227 20058/18276/15244 20046/18263/15231</w:t>
        <w:br/>
        <w:t>f 20057/18273/15241 20058/18276/15244 20061/18279/15247</w:t>
        <w:br/>
        <w:t>f 20056/18274/15242 20057/18273/15241 20061/18279/15247</w:t>
        <w:br/>
        <w:t>f 20063/18280/15248 20062/18278/15246 20059/18275/15243</w:t>
        <w:br/>
        <w:t>f 20060/18277/15245 20063/18280/15248 20059/18275/15243</w:t>
        <w:br/>
        <w:t>f 20065/18281/15249 20064/18282/15250 20036/18253/15221</w:t>
        <w:br/>
        <w:t>f 20040/18257/15225 20065/18281/15249 20036/18253/15221</w:t>
        <w:br/>
        <w:t>f 20066/18283/15251 20032/18248/15216 20036/18253/15221</w:t>
        <w:br/>
        <w:t>f 20064/18282/15250 20066/18283/15251 20036/18253/15221</w:t>
        <w:br/>
        <w:t>f 20065/18281/15249 20040/18257/15225 20047/18264/15232</w:t>
        <w:br/>
        <w:t>f 20052/18270/15238 20065/18281/15249 20047/18264/15232</w:t>
        <w:br/>
        <w:t>f 20053/18269/15237 20067/18284/15252 20065/18281/15249</w:t>
        <w:br/>
        <w:t>f 20052/18270/15238 20053/18269/15237 20065/18281/15249</w:t>
        <w:br/>
        <w:t>f 20067/18284/15252 20068/18285/15253 20064/18282/15250</w:t>
        <w:br/>
        <w:t>f 20065/18281/15249 20067/18284/15252 20064/18282/15250</w:t>
        <w:br/>
        <w:t>f 20068/18285/15253 20069/18286/15254 20066/18283/15251</w:t>
        <w:br/>
        <w:t>f 20064/18282/15250 20068/18285/15253 20066/18283/15251</w:t>
        <w:br/>
        <w:t>f 20028/18244/15213 20071/18287/15255 20070/18288/15256</w:t>
        <w:br/>
        <w:t>f 20060/18277/15245 20028/18244/15213 20070/18288/15256</w:t>
        <w:br/>
        <w:t>f 20072/18289/15257 20063/18280/15248 20060/18277/15245</w:t>
        <w:br/>
        <w:t>f 20070/18288/15256 20072/18289/15257 20060/18277/15245</w:t>
        <w:br/>
        <w:t>f 20074/18290/15258 20073/18291/15259 20032/18248/15216</w:t>
        <w:br/>
        <w:t>f 20066/18283/15251 20074/18290/15258 20032/18248/15216</w:t>
        <w:br/>
        <w:t>f 20076/18292/15260 20070/18288/15256 20071/18287/15255</w:t>
        <w:br/>
        <w:t>f 20075/18293/15261 20076/18292/15260 20071/18287/15255</w:t>
        <w:br/>
        <w:t>f 20075/18293/15261 20078/18294/15262 20077/18295/15263</w:t>
        <w:br/>
        <w:t>f 20076/18292/15260 20075/18293/15261 20077/18295/15263</w:t>
        <w:br/>
        <w:t>f 20078/18294/15262 20080/18296/15264 20079/18297/15265</w:t>
        <w:br/>
        <w:t>f 20077/18295/15263 20078/18294/15262 20079/18297/15265</w:t>
        <w:br/>
        <w:t>f 20081/18298/15266 20072/18289/15257 20070/18288/15256</w:t>
        <w:br/>
        <w:t>f 20076/18292/15260 20081/18298/15266 20070/18288/15256</w:t>
        <w:br/>
        <w:t>f 20076/18292/15260 20077/18295/15263 20082/18299/15267</w:t>
        <w:br/>
        <w:t>f 20081/18298/15266 20076/18292/15260 20082/18299/15267</w:t>
        <w:br/>
        <w:t>f 20077/18295/15263 20079/18297/15265 20083/18300/15268</w:t>
        <w:br/>
        <w:t>f 20082/18299/15267 20077/18295/15263 20083/18300/15268</w:t>
        <w:br/>
        <w:t>f 20085/18301/15269 20079/18297/15265 20080/18296/15264</w:t>
        <w:br/>
        <w:t>f 20084/18302/15270 20085/18301/15269 20080/18296/15264</w:t>
        <w:br/>
        <w:t>f 20086/18303/15271 20083/18300/15268 20079/18297/15265</w:t>
        <w:br/>
        <w:t>f 20085/18301/15269 20086/18303/15271 20079/18297/15265</w:t>
        <w:br/>
        <w:t>f 20088/18304/15272 20085/18301/15269 20084/18302/15270</w:t>
        <w:br/>
        <w:t>f 20087/18305/15273 20088/18304/15272 20084/18302/15270</w:t>
        <w:br/>
        <w:t>f 20089/18306/15274 20086/18303/15271 20085/18301/15269</w:t>
        <w:br/>
        <w:t>f 20088/18304/15272 20089/18306/15274 20085/18301/15269</w:t>
        <w:br/>
        <w:t>f 20093/18307/15275 20092/18308/15276 20091/18309/15277</w:t>
        <w:br/>
        <w:t>f 20090/18310/15278 20093/18307/15275 20091/18309/15277</w:t>
        <w:br/>
        <w:t>f 20095/18311/15279 20091/18309/15277 20092/18308/15276</w:t>
        <w:br/>
        <w:t>f 20094/18312/15280 20095/18311/15279 20092/18308/15276</w:t>
        <w:br/>
        <w:t>f 20097/18313/15281 20096/18314/15282 20093/18307/15275</w:t>
        <w:br/>
        <w:t>f 20090/18310/15278 20097/18313/15281 20093/18307/15275</w:t>
        <w:br/>
        <w:t>f 20096/18314/15282 20097/18313/15281 20099/18315/15283</w:t>
        <w:br/>
        <w:t>f 20098/18316/15283 20096/18314/15282 20099/18315/15283</w:t>
        <w:br/>
        <w:t>f 20094/18312/15280 20092/18308/15276 20101/18317/15284</w:t>
        <w:br/>
        <w:t>f 20100/18318/15285 20094/18312/15280 20101/18317/15284</w:t>
        <w:br/>
        <w:t>f 20092/18308/15276 20093/18307/15275 20102/18319/15286</w:t>
        <w:br/>
        <w:t>f 20101/18317/15284 20092/18308/15276 20102/18319/15286</w:t>
        <w:br/>
        <w:t>f 20096/18314/15282 20103/18320/15287 20102/18319/15286</w:t>
        <w:br/>
        <w:t>f 20093/18307/15275 20096/18314/15282 20102/18319/15286</w:t>
        <w:br/>
        <w:t>f 20105/18321/15192 20104/18322/15288 20103/18320/15287</w:t>
        <w:br/>
        <w:t>f 20096/18314/15282 20105/18321/15192 20103/18320/15287</w:t>
        <w:br/>
        <w:t>f 20100/18318/15285 20101/18317/15284 20107/18323/15289</w:t>
        <w:br/>
        <w:t>f 20106/18324/15290 20100/18318/15285 20107/18323/15289</w:t>
        <w:br/>
        <w:t>f 20108/18325/15291 20107/18323/15289 20101/18317/15284</w:t>
        <w:br/>
        <w:t>f 20102/18319/15286 20108/18325/15291 20101/18317/15284</w:t>
        <w:br/>
        <w:t>f 20102/18319/15286 20103/18320/15287 20109/18326/15292</w:t>
        <w:br/>
        <w:t>f 20108/18325/15291 20102/18319/15286 20109/18326/15292</w:t>
        <w:br/>
        <w:t>f 20111/18327/15189 20110/18328/15293 20109/18326/15292</w:t>
        <w:br/>
        <w:t>f 20103/18320/15287 20111/18327/15189 20109/18326/15292</w:t>
        <w:br/>
        <w:t>f 20113/18329/15294 20087/18305/15273 20112/18330/15207</w:t>
        <w:br/>
        <w:t>f 20107/18323/15289 20113/18329/15294 20112/18330/15207</w:t>
        <w:br/>
        <w:t>f 20107/18323/15289 20108/18325/15291 20114/18331/15295</w:t>
        <w:br/>
        <w:t>f 20113/18329/15294 20107/18323/15289 20114/18331/15295</w:t>
        <w:br/>
        <w:t>f 20115/18332/15296 20114/18331/15295 20108/18325/15291</w:t>
        <w:br/>
        <w:t>f 20109/18326/15292 20115/18332/15296 20108/18325/15291</w:t>
        <w:br/>
        <w:t>f 20110/18328/15293 20116/18333/15297 20115/18332/15296</w:t>
        <w:br/>
        <w:t>f 20109/18326/15292 20110/18328/15293 20115/18332/15296</w:t>
        <w:br/>
        <w:t>f 20088/18304/15272 20087/18305/15273 20113/18329/15294</w:t>
        <w:br/>
        <w:t>f 20117/18334/15298 20088/18304/15272 20113/18329/15294</w:t>
        <w:br/>
        <w:t>f 20117/18334/15298 20113/18329/15294 20114/18331/15295</w:t>
        <w:br/>
        <w:t>f 20118/18335/15299 20117/18334/15298 20114/18331/15295</w:t>
        <w:br/>
        <w:t>f 20114/18331/15295 20115/18332/15296 20119/18336/15300</w:t>
        <w:br/>
        <w:t>f 20118/18335/15299 20114/18331/15295 20119/18336/15300</w:t>
        <w:br/>
        <w:t>f 20120/18337/15301 20119/18336/15300 20115/18332/15296</w:t>
        <w:br/>
        <w:t>f 20116/18333/15297 20120/18337/15301 20115/18332/15296</w:t>
        <w:br/>
        <w:t>f 20088/18304/15272 20117/18334/15298 20121/18338/15302</w:t>
        <w:br/>
        <w:t>f 20089/18306/15274 20088/18304/15272 20121/18338/15302</w:t>
        <w:br/>
        <w:t>f 20117/18334/15298 20118/18335/15299 20122/18339/15303</w:t>
        <w:br/>
        <w:t>f 20121/18338/15302 20117/18334/15298 20122/18339/15303</w:t>
        <w:br/>
        <w:t>f 20118/18335/15299 20119/18336/15300 20123/18340/15304</w:t>
        <w:br/>
        <w:t>f 20122/18339/15303 20118/18335/15299 20123/18340/15304</w:t>
        <w:br/>
        <w:t>f 20123/18340/15304 20119/18336/15300 20120/18337/15301</w:t>
        <w:br/>
        <w:t>f 20124/18341/15305 20123/18340/15304 20120/18337/15301</w:t>
        <w:br/>
        <w:t>f 20127/18342/15306 20126/18343/15307 20120/18337/15301</w:t>
        <w:br/>
        <w:t>f 20125/18344/15308 20127/18342/15306 20120/18337/15301</w:t>
        <w:br/>
        <w:t>f 20124/18341/15305 20120/18337/15301 20126/18343/15307</w:t>
        <w:br/>
        <w:t>f 20128/18345/15309 20124/18341/15305 20126/18343/15307</w:t>
        <w:br/>
        <w:t>f 20126/18343/15307 20127/18342/15306 20130/18346/15182</w:t>
        <w:br/>
        <w:t>f 20129/18347/15310 20126/18343/15307 20130/18346/15182</w:t>
        <w:br/>
        <w:t>f 20132/18348/15179 20131/18349/15311 20129/18347/15310</w:t>
        <w:br/>
        <w:t>f 20130/18346/15182 20132/18348/15179 20129/18347/15310</w:t>
        <w:br/>
        <w:t>f 20129/18347/15310 20133/18350/15312 20128/18345/15309</w:t>
        <w:br/>
        <w:t>f 20126/18343/15307 20129/18347/15310 20128/18345/15309</w:t>
        <w:br/>
        <w:t>f 20131/18349/15311 20134/18351/15313 20133/18350/15312</w:t>
        <w:br/>
        <w:t>f 20129/18347/15310 20131/18349/15311 20133/18350/15312</w:t>
        <w:br/>
        <w:t>f 20138/18352/15314 20137/18353/15315 20136/18354/15311</w:t>
        <w:br/>
        <w:t>f 20135/18355/15179 20138/18352/15314 20136/18354/15311</w:t>
        <w:br/>
        <w:t>f 20137/18353/15315 20139/18356/15177 20073/18291/15259</w:t>
        <w:br/>
        <w:t>f 20074/18290/15258 20137/18353/15315 20073/18291/15259</w:t>
        <w:br/>
        <w:t>f 20066/18283/15251 20069/18286/15254 20140/18357/15316</w:t>
        <w:br/>
        <w:t>f 20074/18290/15258 20066/18283/15251 20140/18357/15316</w:t>
        <w:br/>
        <w:t>f 20140/18357/15316 20141/18358/15317 20137/18353/15315</w:t>
        <w:br/>
        <w:t>f 20074/18290/15258 20140/18357/15316 20137/18353/15315</w:t>
        <w:br/>
        <w:t>f 20137/18353/15315 20141/18358/15317 20142/18359/15313</w:t>
        <w:br/>
        <w:t>f 20136/18354/15311 20137/18353/15315 20142/18359/15313</w:t>
        <w:br/>
        <w:t>f 20146/18360/15318 20145/18361/15319 20144/18362/15320</w:t>
        <w:br/>
        <w:t>f 20143/18363/15303 20146/18360/15318 20144/18362/15320</w:t>
        <w:br/>
        <w:t>f 20148/18364/15321 20145/18361/15319 20146/18360/15318</w:t>
        <w:br/>
        <w:t>f 20147/18365/15305 20148/18364/15321 20146/18360/15318</w:t>
        <w:br/>
        <w:t>f 20147/18365/15305 20150/18366/15322 20149/18367/15323</w:t>
        <w:br/>
        <w:t>f 20148/18364/15321 20147/18365/15305 20149/18367/15323</w:t>
        <w:br/>
        <w:t>f 20152/18368/15324 20149/18367/15323 20150/18366/15322</w:t>
        <w:br/>
        <w:t>f 20151/18369/15312 20152/18368/15324 20150/18366/15322</w:t>
        <w:br/>
        <w:t>f 20154/18370/15325 20152/18368/15324 20151/18369/15312</w:t>
        <w:br/>
        <w:t>f 20153/18371/15313 20154/18370/15325 20151/18369/15312</w:t>
        <w:br/>
        <w:t>f 20158/18372/15326 20157/18373/15327 20156/18374/15325</w:t>
        <w:br/>
        <w:t>f 20155/18375/15328 20158/18372/15326 20156/18374/15325</w:t>
        <w:br/>
        <w:t>f 20160/18376/15316 20159/18377/15329 20157/18373/15327</w:t>
        <w:br/>
        <w:t>f 20158/18372/15326 20160/18376/15316 20157/18373/15327</w:t>
        <w:br/>
        <w:t>f 20159/18377/15329 20160/18376/15316 20162/18378/15254</w:t>
        <w:br/>
        <w:t>f 20161/18379/15330 20159/18377/15329 20162/18378/15254</w:t>
        <w:br/>
        <w:t>f 20164/18380/15331 20161/18379/15330 20162/18378/15254</w:t>
        <w:br/>
        <w:t>f 20163/18381/15332 20164/18380/15331 20162/18378/15254</w:t>
        <w:br/>
        <w:t>f 20166/18382/15333 20164/18380/15331 20163/18381/15332</w:t>
        <w:br/>
        <w:t>f 20165/18383/15334 20166/18382/15333 20163/18381/15332</w:t>
        <w:br/>
        <w:t>f 20168/18384/15335 20166/18382/15333 20165/18383/15334</w:t>
        <w:br/>
        <w:t>f 20167/18385/15336 20168/18384/15335 20165/18383/15334</w:t>
        <w:br/>
        <w:t>f 20167/18385/15336 20170/18386/15236 20169/18387/15337</w:t>
        <w:br/>
        <w:t>f 20168/18384/15335 20167/18385/15336 20169/18387/15337</w:t>
        <w:br/>
        <w:t>f 20172/18388/15235 20171/18389/15338 20169/18387/15337</w:t>
        <w:br/>
        <w:t>f 20170/18386/15236 20172/18388/15235 20169/18387/15337</w:t>
        <w:br/>
        <w:t>f 20174/18390/15240 20173/18391/15339 20171/18389/15338</w:t>
        <w:br/>
        <w:t>f 20172/18388/15235 20174/18390/15240 20171/18389/15338</w:t>
        <w:br/>
        <w:t>f 20173/18391/15339 20174/18390/15240 20176/18392/15242</w:t>
        <w:br/>
        <w:t>f 20175/18393/15340 20173/18391/15339 20176/18392/15242</w:t>
        <w:br/>
        <w:t>f 20175/18393/15340 20176/18392/15242 20178/18394/15247</w:t>
        <w:br/>
        <w:t>f 20177/18395/15341 20175/18393/15340 20178/18394/15247</w:t>
        <w:br/>
        <w:t>f 20177/18395/15341 20178/18394/15247 20180/18396/15246</w:t>
        <w:br/>
        <w:t>f 20179/18397/15342 20177/18395/15341 20180/18396/15246</w:t>
        <w:br/>
        <w:t>f 20180/18396/15246 20182/18398/15343 20181/18399/15344</w:t>
        <w:br/>
        <w:t>f 20179/18397/15342 20180/18396/15246 20181/18399/15344</w:t>
        <w:br/>
        <w:t>f 20184/18400/15345 20181/18399/15344 20182/18398/15343</w:t>
        <w:br/>
        <w:t>f 20183/18401/15257 20184/18400/15345 20182/18398/15343</w:t>
        <w:br/>
        <w:t>f 20186/18402/15346 20184/18400/15345 20183/18401/15257</w:t>
        <w:br/>
        <w:t>f 20185/18403/15266 20186/18402/15346 20183/18401/15257</w:t>
        <w:br/>
        <w:t>f 20185/18403/15266 20188/18404/15267 20187/18405/15347</w:t>
        <w:br/>
        <w:t>f 20186/18402/15346 20185/18403/15266 20187/18405/15347</w:t>
        <w:br/>
        <w:t>f 20190/18406/15348 20187/18405/15347 20188/18404/15267</w:t>
        <w:br/>
        <w:t>f 20189/18407/15268 20190/18406/15348 20188/18404/15267</w:t>
        <w:br/>
        <w:t>f 20192/18408/15349 20190/18406/15348 20189/18407/15268</w:t>
        <w:br/>
        <w:t>f 20191/18409/15350 20192/18408/15349 20189/18407/15268</w:t>
        <w:br/>
        <w:t>f 20194/18410/15351 20192/18408/15349 20191/18409/15350</w:t>
        <w:br/>
        <w:t>f 20193/18411/15274 20194/18410/15351 20191/18409/15350</w:t>
        <w:br/>
        <w:t>f 20196/18412/15352 20194/18410/15351 20193/18411/15274</w:t>
        <w:br/>
        <w:t>f 20195/18413/15353 20196/18412/15352 20193/18411/15274</w:t>
        <w:br/>
        <w:t>f 20196/18412/15352 20195/18413/15353 20143/18363/15303</w:t>
        <w:br/>
        <w:t>f 20144/18362/15320 20196/18412/15352 20143/18363/15303</w:t>
        <w:br/>
        <w:t>f 20200/18414/15354 20199/18415/15355 20198/18416/15339</w:t>
        <w:br/>
        <w:t>f 20197/18417/15356 20200/18414/15354 20198/18416/15339</w:t>
        <w:br/>
        <w:t>f 20200/18414/15354 20202/18418/15357 20201/18419/15337</w:t>
        <w:br/>
        <w:t>f 20199/18415/15355 20200/18414/15354 20201/18419/15337</w:t>
        <w:br/>
        <w:t>f 20204/18420/15335 20201/18419/15337 20202/18418/15357</w:t>
        <w:br/>
        <w:t>f 20203/18421/15358 20204/18420/15335 20202/18418/15357</w:t>
        <w:br/>
        <w:t>f 20206/18422/15333 20204/18420/15335 20203/18421/15358</w:t>
        <w:br/>
        <w:t>f 20205/18423/15359 20206/18422/15333 20203/18421/15358</w:t>
        <w:br/>
        <w:t>f 20205/18423/15359 20208/18424/15360 20207/18425/15331</w:t>
        <w:br/>
        <w:t>f 20206/18422/15333 20205/18423/15359 20207/18425/15331</w:t>
        <w:br/>
        <w:t>f 20208/18424/15360 20210/18426/15361 20209/18427/15362</w:t>
        <w:br/>
        <w:t>f 20207/18425/15331 20208/18424/15360 20209/18427/15362</w:t>
        <w:br/>
        <w:t>f 20212/18428/15363 20211/18429/15364 20197/18417/15356</w:t>
        <w:br/>
        <w:t>f 20198/18416/15339 20212/18428/15363 20197/18417/15356</w:t>
        <w:br/>
        <w:t>f 20211/18429/15364 20212/18428/15363 20214/18430/15365</w:t>
        <w:br/>
        <w:t>f 20213/18431/15366 20211/18429/15364 20214/18430/15365</w:t>
        <w:br/>
        <w:t>f 20216/18432/15342 20215/18433/15367 20213/18431/15366</w:t>
        <w:br/>
        <w:t>f 20214/18430/15365 20216/18432/15342 20213/18431/15366</w:t>
        <w:br/>
        <w:t>f 20218/18434/15344 20217/18435/15368 20215/18433/15367</w:t>
        <w:br/>
        <w:t>f 20216/18432/15342 20218/18434/15344 20215/18433/15367</w:t>
        <w:br/>
        <w:t>f 20218/18434/15344 20220/18436/15345 20219/18437/15369</w:t>
        <w:br/>
        <w:t>f 20217/18435/15368 20218/18434/15344 20219/18437/15369</w:t>
        <w:br/>
        <w:t>f 20222/18438/15370 20219/18437/15369 20220/18436/15345</w:t>
        <w:br/>
        <w:t>f 20221/18439/15346 20222/18438/15370 20220/18436/15345</w:t>
        <w:br/>
        <w:t>f 20221/18439/15346 20224/18440/15347 20223/18441/15371</w:t>
        <w:br/>
        <w:t>f 20222/18438/15370 20221/18439/15346 20223/18441/15371</w:t>
        <w:br/>
        <w:t>f 20226/18442/15372 20223/18441/15371 20224/18440/15347</w:t>
        <w:br/>
        <w:t>f 20225/18443/15373 20226/18442/15372 20224/18440/15347</w:t>
        <w:br/>
        <w:t>f 20225/18443/15373 20228/18444/15349 20227/18445/15374</w:t>
        <w:br/>
        <w:t>f 20226/18442/15372 20225/18443/15373 20227/18445/15374</w:t>
        <w:br/>
        <w:t>f 20232/18446/15375 20231/18447/15376 20230/18448/15377</w:t>
        <w:br/>
        <w:t>f 20229/18449/15378 20232/18446/15375 20230/18448/15377</w:t>
        <w:br/>
        <w:t>f 20232/18446/15375 20234/18450/15379 20233/18451/15380</w:t>
        <w:br/>
        <w:t>f 20231/18447/15376 20232/18446/15375 20233/18451/15380</w:t>
        <w:br/>
        <w:t>f 20236/18452/15321 20235/18453/15381 20229/18449/15378</w:t>
        <w:br/>
        <w:t>f 20230/18448/15377 20236/18452/15321 20229/18449/15378</w:t>
        <w:br/>
        <w:t>f 20234/18450/15379 20239/18454/15382 20238/18455/15351</w:t>
        <w:br/>
        <w:t>f 20237/18456/15352 20234/18450/15379 20238/18455/15351</w:t>
        <w:br/>
        <w:t>f 20241/18457/15383 20240/18458/15384 20235/18453/15381</w:t>
        <w:br/>
        <w:t>f 20236/18452/15321 20241/18457/15383 20235/18453/15381</w:t>
        <w:br/>
        <w:t>f 20228/18444/15349 20238/18455/15351 20239/18454/15382</w:t>
        <w:br/>
        <w:t>f 20240/18458/15384 20241/18457/15383 20242/18459/15324</w:t>
        <w:br/>
        <w:t>f 20209/18427/15362 20210/18426/15361 20244/18460/15385</w:t>
        <w:br/>
        <w:t>f 20243/18461/15329 20209/18427/15362 20244/18460/15385</w:t>
        <w:br/>
        <w:t>f 20244/18460/15385 20246/18462/15386 20245/18463/15327</w:t>
        <w:br/>
        <w:t>f 20243/18461/15329 20244/18460/15385 20245/18463/15327</w:t>
        <w:br/>
        <w:t>f 20248/18464/15325 20245/18463/15327 20246/18462/15386</w:t>
        <w:br/>
        <w:t>f 20247/18465/15387 20248/18464/15325 20246/18462/15386</w:t>
        <w:br/>
        <w:t>f 20228/18444/15349 20239/18454/15382 20249/18466/15388</w:t>
        <w:br/>
        <w:t>f 20227/18445/15374 20228/18444/15349 20249/18466/15388</w:t>
        <w:br/>
        <w:t>f 20239/18454/15382 20234/18450/15379 20250/18467/15389</w:t>
        <w:br/>
        <w:t>f 20249/18466/15388 20239/18454/15382 20250/18467/15389</w:t>
        <w:br/>
        <w:t>f 20234/18450/15379 20232/18446/15375 20251/18468/15390</w:t>
        <w:br/>
        <w:t>f 20250/18467/15389 20234/18450/15379 20251/18468/15390</w:t>
        <w:br/>
        <w:t>f 20251/18468/15390 20232/18446/15375 20229/18449/15378</w:t>
        <w:br/>
        <w:t>f 20252/18469/15391 20251/18468/15390 20229/18449/15378</w:t>
        <w:br/>
        <w:t>f 20235/18453/15381 20253/18470/15392 20252/18469/15391</w:t>
        <w:br/>
        <w:t>f 20229/18449/15378 20235/18453/15381 20252/18469/15391</w:t>
        <w:br/>
        <w:t>f 20253/18470/15392 20235/18453/15381 20240/18458/15384</w:t>
        <w:br/>
        <w:t>f 20254/18471/15393 20253/18470/15392 20240/18458/15384</w:t>
        <w:br/>
        <w:t>f 20254/18471/15393 20240/18458/15384 20242/18459/15324</w:t>
        <w:br/>
        <w:t>f 20255/18472/15394 20254/18471/15393 20242/18459/15324</w:t>
        <w:br/>
        <w:t>f 20257/18473/15395 20255/18472/15394 20242/18459/15324</w:t>
        <w:br/>
        <w:t>f 20256/18474/15325 20257/18473/15395 20242/18459/15324</w:t>
        <w:br/>
        <w:t>f 20259/18475/15396 20226/18442/15372 20227/18445/15374</w:t>
        <w:br/>
        <w:t>f 20258/18476/15397 20259/18475/15396 20227/18445/15374</w:t>
        <w:br/>
        <w:t>f 20255/18472/15394 20257/18473/15395 20261/18477/15398</w:t>
        <w:br/>
        <w:t>f 20260/18478/15399 20255/18472/15394 20261/18477/15398</w:t>
        <w:br/>
        <w:t>f 20227/18445/15374 20249/18466/15388 20262/18479/15400</w:t>
        <w:br/>
        <w:t>f 20258/18476/15397 20227/18445/15374 20262/18479/15400</w:t>
        <w:br/>
        <w:t>f 20249/18466/15388 20250/18467/15389 20263/18480/15401</w:t>
        <w:br/>
        <w:t>f 20262/18479/15400 20249/18466/15388 20263/18480/15401</w:t>
        <w:br/>
        <w:t>f 20250/18467/15389 20251/18468/15390 20264/18481/15402</w:t>
        <w:br/>
        <w:t>f 20263/18480/15401 20250/18467/15389 20264/18481/15402</w:t>
        <w:br/>
        <w:t>f 20264/18481/15402 20251/18468/15390 20252/18469/15391</w:t>
        <w:br/>
        <w:t>f 20265/18482/15403 20264/18481/15402 20252/18469/15391</w:t>
        <w:br/>
        <w:t>f 20265/18482/15403 20252/18469/15391 20253/18470/15392</w:t>
        <w:br/>
        <w:t>f 20266/18483/15404 20265/18482/15403 20253/18470/15392</w:t>
        <w:br/>
        <w:t>f 20266/18483/15404 20253/18470/15392 20254/18471/15393</w:t>
        <w:br/>
        <w:t>f 20267/18484/15405 20266/18483/15404 20254/18471/15393</w:t>
        <w:br/>
        <w:t>f 20267/18484/15405 20254/18471/15393 20255/18472/15394</w:t>
        <w:br/>
        <w:t>f 20260/18478/15399 20267/18484/15405 20255/18472/15394</w:t>
        <w:br/>
        <w:t>f 20271/18485/15406 20270/18486/15406 20269/18487/15407</w:t>
        <w:br/>
        <w:t>f 20268/18488/15407 20271/18485/15406 20269/18487/15407</w:t>
        <w:br/>
        <w:t>f 20271/18485/15406 20273/18489/15408 20272/18490/15408</w:t>
        <w:br/>
        <w:t>f 20270/18486/15406 20271/18485/15406 20272/18490/15408</w:t>
        <w:br/>
        <w:t>f 20277/18491/12782 20276/18492/12782 20275/18493/12782</w:t>
        <w:br/>
        <w:t>f 20274/18494/12782 20277/18491/12782 20275/18493/12782</w:t>
        <w:br/>
        <w:t>f 20279/18495/15409 20272/18490/15408 20273/18489/15408</w:t>
        <w:br/>
        <w:t>f 20278/18496/15410 20279/18495/15409 20273/18489/15408</w:t>
        <w:br/>
        <w:t>f 20283/18497/15410 20282/18498/15411 20281/18499/15412</w:t>
        <w:br/>
        <w:t>f 20280/18500/15409 20283/18497/15410 20281/18499/15412</w:t>
        <w:br/>
        <w:t>f 20282/18498/15411 20285/18501/15413 20284/18502/15413</w:t>
        <w:br/>
        <w:t>f 20281/18499/15412 20282/18498/15411 20284/18502/15413</w:t>
        <w:br/>
        <w:t>f 20285/18501/15413 20287/18503/15414 20286/18504/15415</w:t>
        <w:br/>
        <w:t>f 20284/18502/15413 20285/18501/15413 20286/18504/15415</w:t>
        <w:br/>
        <w:t>f 20287/18503/15414 20289/18505/15416 20288/18506/15416</w:t>
        <w:br/>
        <w:t>f 20286/18504/15415 20287/18503/15414 20288/18506/15416</w:t>
        <w:br/>
        <w:t>f 20293/18507/15417 20292/18508/15418 20291/18509/15419</w:t>
        <w:br/>
        <w:t>f 20290/18510/15420 20293/18507/15417 20291/18509/15419</w:t>
        <w:br/>
        <w:t>f 20295/18511/15421 20290/18510/15420 20291/18509/15419</w:t>
        <w:br/>
        <w:t>f 20294/18512/15422 20295/18511/15421 20291/18509/15419</w:t>
        <w:br/>
        <w:t>f 20298/18513/15423 20297/18514/15424 20296/18515/15425</w:t>
        <w:br/>
        <w:t>f 20299/18516/15416 20288/18506/15416 20289/18505/15416</w:t>
        <w:br/>
        <w:t>f 20300/18517/15416 20299/18516/15416 20289/18505/15416</w:t>
        <w:br/>
        <w:t>f 20314/18518/15426 20295/18511/15421 20294/18512/15422</w:t>
        <w:br/>
        <w:t>f 20296/18515/15425 20297/18514/15424 20314/18518/15426</w:t>
        <w:br/>
        <w:t>f 20294/18512/15422 20296/18515/15425 20314/18518/15426</w:t>
        <w:br/>
        <w:t>f 20316/18519/15427 19105/17851/14896 19134/17852/14899</w:t>
        <w:br/>
        <w:t>f 20315/18520/15428 20316/18519/15427 19134/17852/14899</w:t>
        <w:br/>
        <w:t>f 20322/18521/15429 20321/18522/15429 20320/18523/15429</w:t>
        <w:br/>
        <w:t>f 20319/18524/15429 20322/18521/15429 20320/18523/15429</w:t>
        <w:br/>
        <w:t>f 20326/18525/15430 20325/18526/15430 20324/18527/15430</w:t>
        <w:br/>
        <w:t>f 20323/18528/15430 20326/18525/15430 20324/18527/15430</w:t>
        <w:br/>
        <w:t>f 20330/18529/15431 20329/18530/15431 20328/18531/15432</w:t>
        <w:br/>
        <w:t>f 20327/18532/15432 20330/18529/15431 20328/18531/15432</w:t>
        <w:br/>
        <w:t>f 20328/18531/15432 20332/18533/15433 20331/18534/15434</w:t>
        <w:br/>
        <w:t>f 20327/18532/15432 20328/18531/15432 20331/18534/15434</w:t>
        <w:br/>
        <w:t>f 20336/18535/15435 20335/18536/15436 20334/18537/15437</w:t>
        <w:br/>
        <w:t>f 20333/18538/15437 20336/18535/15435 20334/18537/15437</w:t>
        <w:br/>
        <w:t>f 20340/18539/15438 20339/18540/15439 20338/18541/15440</w:t>
        <w:br/>
        <w:t>f 20337/18542/15441 20340/18539/15438 20338/18541/15440</w:t>
        <w:br/>
        <w:t>f 20344/18543/15442 20343/18544/15442 20342/18545/15443</w:t>
        <w:br/>
        <w:t>f 20341/18546/15443 20344/18543/15442 20342/18545/15443</w:t>
        <w:br/>
        <w:t>f 20329/18530/15431 20330/18529/15431 20346/18547/15444</w:t>
        <w:br/>
        <w:t>f 20345/18548/15445 20329/18530/15431 20346/18547/15444</w:t>
        <w:br/>
        <w:t>f 20350/18549/15446 20349/18550/15447 20348/18551/15448</w:t>
        <w:br/>
        <w:t>f 20347/18552/15446 20350/18549/15446 20348/18551/15448</w:t>
        <w:br/>
        <w:t>f 20347/18552/15446 20352/18553/15449 20351/18554/15450</w:t>
        <w:br/>
        <w:t>f 20350/18549/15446 20347/18552/15446 20351/18554/15450</w:t>
        <w:br/>
        <w:t>f 20356/18555/15451 20355/18556/15452 20354/18557/15453</w:t>
        <w:br/>
        <w:t>f 20353/18558/15453 20356/18555/15451 20354/18557/15453</w:t>
        <w:br/>
        <w:t>f 20358/18559/15454 20357/18560/15454 20355/18556/15452</w:t>
        <w:br/>
        <w:t>f 20356/18555/15451 20358/18559/15454 20355/18556/15452</w:t>
        <w:br/>
        <w:t>f 20362/18561/15455 20361/18562/15456 20360/18563/15456</w:t>
        <w:br/>
        <w:t>f 20359/18564/15455 20362/18561/15455 20360/18563/15456</w:t>
        <w:br/>
        <w:t>f 20359/18564/15455 20364/18565/15457 20363/18566/15457</w:t>
        <w:br/>
        <w:t>f 20362/18561/15455 20359/18564/15455 20363/18566/15457</w:t>
        <w:br/>
        <w:t>f 20368/18567/15458 20367/18568/15458 20366/18569/15439</w:t>
        <w:br/>
        <w:t>f 20365/18570/15439 20368/18567/15458 20366/18569/15439</w:t>
        <w:br/>
        <w:t>f 20372/18571/15459 20371/18572/15460 20370/18573/15460</w:t>
        <w:br/>
        <w:t>f 20369/18574/15459 20372/18571/15459 20370/18573/15460</w:t>
        <w:br/>
        <w:t>f 20376/18575/15461 20375/18576/15461 20374/18577/15462</w:t>
        <w:br/>
        <w:t>f 20373/18578/15462 20376/18575/15461 20374/18577/15462</w:t>
        <w:br/>
        <w:t>f 20364/18565/15457 20378/18579/15463 20377/18580/15463</w:t>
        <w:br/>
        <w:t>f 20363/18566/15457 20364/18565/15457 20377/18580/15463</w:t>
        <w:br/>
        <w:t>f 20380/18581/15464 20370/18573/15460 20371/18572/15460</w:t>
        <w:br/>
        <w:t>f 20379/18582/15464 20380/18581/15464 20371/18572/15460</w:t>
        <w:br/>
        <w:t>f 20382/18583/15465 20381/18584/15466 20375/18576/15461</w:t>
        <w:br/>
        <w:t>f 20376/18575/15461 20382/18583/15465 20375/18576/15461</w:t>
        <w:br/>
        <w:t>f 20386/18585/15467 20385/18586/15467 20384/18587/15468</w:t>
        <w:br/>
        <w:t>f 20383/18588/15468 20386/18585/15467 20384/18587/15468</w:t>
        <w:br/>
        <w:t>f 20388/18589/15469 20387/18590/15469 20383/18588/15468</w:t>
        <w:br/>
        <w:t>f 20384/18587/15468 20388/18589/15469 20383/18588/15468</w:t>
        <w:br/>
        <w:t>f 20335/18536/15436 20336/18535/15435 20387/18590/15469</w:t>
        <w:br/>
        <w:t>f 20388/18589/15469 20335/18536/15436 20387/18590/15469</w:t>
        <w:br/>
        <w:t>f 20390/18591/15470 20389/18592/15470 20357/18560/15454</w:t>
        <w:br/>
        <w:t>f 20358/18559/15454 20390/18591/15470 20357/18560/15454</w:t>
        <w:br/>
        <w:t>f 20343/18544/15442 20344/18543/15442 20389/18592/15470</w:t>
        <w:br/>
        <w:t>f 20390/18591/15470 20343/18544/15442 20389/18592/15470</w:t>
        <w:br/>
        <w:t>f 20352/18553/15449 20392/18593/15471 20391/18594/15471</w:t>
        <w:br/>
        <w:t>f 20351/18554/15450 20352/18553/15449 20391/18594/15471</w:t>
        <w:br/>
        <w:t>f 20392/18593/15471 20394/18595/15472 20393/18596/15472</w:t>
        <w:br/>
        <w:t>f 20391/18594/15471 20392/18593/15471 20393/18596/15472</w:t>
        <w:br/>
        <w:t>f 20385/18586/15467 20386/18585/15467 20396/18597/15473</w:t>
        <w:br/>
        <w:t>f 20395/18598/15474 20385/18586/15467 20396/18597/15473</w:t>
        <w:br/>
        <w:t>f 20394/18595/15472 20398/18599/15475 20397/18600/15475</w:t>
        <w:br/>
        <w:t>f 20393/18596/15472 20394/18595/15472 20397/18600/15475</w:t>
        <w:br/>
        <w:t>f 20402/18601/15476 20401/18602/15477 20400/18603/15477</w:t>
        <w:br/>
        <w:t>f 20399/18604/15476 20402/18601/15476 20400/18603/15477</w:t>
        <w:br/>
        <w:t>f 20406/18605/15478 20405/18606/15479 20404/18607/15480</w:t>
        <w:br/>
        <w:t>f 20403/18608/15480 20406/18605/15478 20404/18607/15480</w:t>
        <w:br/>
        <w:t>f 20410/18609/15481 20409/18610/15482 20408/18611/15482</w:t>
        <w:br/>
        <w:t>f 20407/18612/15481 20410/18609/15481 20408/18611/15482</w:t>
        <w:br/>
        <w:t>f 20407/18612/15481 20412/18613/15440 20411/18614/15440</w:t>
        <w:br/>
        <w:t>f 20410/18609/15481 20407/18612/15481 20411/18614/15440</w:t>
        <w:br/>
        <w:t>f 20414/18615/15483 20400/18603/15477 20401/18602/15477</w:t>
        <w:br/>
        <w:t>f 20413/18616/15484 20414/18615/15483 20401/18602/15477</w:t>
        <w:br/>
        <w:t>f 20403/18608/15480 20404/18607/15480 20367/18568/15458</w:t>
        <w:br/>
        <w:t>f 20368/18567/15458 20403/18608/15480 20367/18568/15458</w:t>
        <w:br/>
        <w:t>f 20399/18604/15476 20408/18611/15482 20409/18610/15482</w:t>
        <w:br/>
        <w:t>f 20402/18601/15476 20399/18604/15476 20409/18610/15482</w:t>
        <w:br/>
        <w:t>f 20416/18617/15485 20372/18571/15459 20369/18574/15459</w:t>
        <w:br/>
        <w:t>f 20415/18618/15486 20416/18617/15485 20369/18574/15459</w:t>
        <w:br/>
        <w:t>f 20418/18619/15487 20417/18620/15487 20373/18578/15462</w:t>
        <w:br/>
        <w:t>f 20374/18577/15462 20418/18619/15487 20373/18578/15462</w:t>
        <w:br/>
        <w:t>f 20378/18579/15463 20420/18621/15488 20419/18622/15489</w:t>
        <w:br/>
        <w:t>f 20377/18580/15463 20378/18579/15463 20419/18622/15489</w:t>
        <w:br/>
        <w:t>f 20422/18623/15490 20421/18624/15490 20405/18606/15479</w:t>
        <w:br/>
        <w:t>f 20406/18605/15478 20422/18623/15490 20405/18606/15479</w:t>
        <w:br/>
        <w:t>f 20381/18584/15466 20382/18583/15465 20424/18625/15491</w:t>
        <w:br/>
        <w:t>f 20423/18626/15492 20381/18584/15466 20424/18625/15491</w:t>
        <w:br/>
        <w:t>f 20379/18582/15464 20426/18627/15493 20425/18628/15493</w:t>
        <w:br/>
        <w:t>f 20380/18581/15464 20379/18582/15464 20425/18628/15493</w:t>
        <w:br/>
        <w:t>f 20792/18629/15494 20791/18630/15495 20790/18631/15496</w:t>
        <w:br/>
        <w:t>f 20789/18632/15497 20792/18629/15494 20790/18631/15496</w:t>
        <w:br/>
        <w:t>f 20795/18633/15496 20794/18634/15495 20793/18635/15498</w:t>
        <w:br/>
        <w:t>f 20796/18636/15498 20795/18633/15496 20793/18635/15498</w:t>
        <w:br/>
        <w:t>f 20798/18637/15499 20792/18629/15494 20789/18632/15497</w:t>
        <w:br/>
        <w:t>f 20797/18638/15499 20798/18637/15499 20789/18632/15497</w:t>
        <w:br/>
        <w:t>f 20802/18639/15500 20801/18640/15500 20800/18641/15501</w:t>
        <w:br/>
        <w:t>f 20799/18642/15502 20802/18639/15500 20800/18641/15501</w:t>
        <w:br/>
        <w:t>f 20806/18643/15503 20805/18644/15504 20804/18645/15505</w:t>
        <w:br/>
        <w:t>f 20803/18646/15506 20806/18643/15503 20804/18645/15505</w:t>
        <w:br/>
        <w:t>f 20810/18647/15507 20809/18648/15508 20808/18649/15509</w:t>
        <w:br/>
        <w:t>f 20807/18650/15510 20810/18647/15507 20808/18649/15509</w:t>
        <w:br/>
        <w:t>f 20814/18651/15511 20813/18652/15512 20812/18653/15513</w:t>
        <w:br/>
        <w:t>f 20811/18654/15513 20814/18651/15511 20812/18653/15513</w:t>
        <w:br/>
        <w:t>f 20818/18655/15514 20817/18656/15515 20816/18657/15515</w:t>
        <w:br/>
        <w:t>f 20815/18658/15516 20818/18655/15514 20816/18657/15515</w:t>
        <w:br/>
        <w:t>f 20821/18659/15517 20820/18660/15518 20819/18661/15519</w:t>
        <w:br/>
        <w:t>f 20822/18662/15520 20821/18659/15517 20819/18661/15519</w:t>
        <w:br/>
        <w:t>f 20825/18663/15521 20824/18664/15522 20823/18665/15523</w:t>
        <w:br/>
        <w:t>f 20826/18666/15524 20825/18663/15521 20823/18665/15523</w:t>
        <w:br/>
        <w:t>f 20830/18667/15525 20829/18668/15526 20828/18669/15527</w:t>
        <w:br/>
        <w:t>f 20827/18670/15528 20830/18667/15525 20828/18669/15527</w:t>
        <w:br/>
        <w:t>f 20832/18671/15529 20831/18672/15530 20828/18669/15527</w:t>
        <w:br/>
        <w:t>f 20829/18668/15526 20832/18671/15529 20828/18669/15527</w:t>
        <w:br/>
        <w:t>f 20836/18673/15531 20835/18674/15532 20834/18675/15533</w:t>
        <w:br/>
        <w:t>f 20833/18676/15534 20836/18673/15531 20834/18675/15533</w:t>
        <w:br/>
        <w:t>f 20840/18677/15535 20839/18678/15535 20838/18679/15536</w:t>
        <w:br/>
        <w:t>f 20837/18680/15536 20840/18677/15535 20838/18679/15536</w:t>
        <w:br/>
        <w:t>f 20844/18681/15537 20843/18682/15538 20842/18683/15538</w:t>
        <w:br/>
        <w:t>f 20841/18684/15537 20844/18681/15537 20842/18683/15538</w:t>
        <w:br/>
        <w:t>f 20847/18685/15539 20846/18686/15540 20845/18687/15541</w:t>
        <w:br/>
        <w:t>f 20845/18687/15541 20846/18686/15540 20848/18688/15542</w:t>
        <w:br/>
        <w:t>f 20846/18686/15540 20849/18689/15543 20848/18688/15542</w:t>
        <w:br/>
        <w:t>f 20849/18689/15543 20850/18690/15544 20848/18688/15542</w:t>
        <w:br/>
        <w:t>f 20850/18690/15544 20851/18691/15545 20848/18688/15542</w:t>
        <w:br/>
        <w:t>f 20854/18692/15546 20853/18693/15547 20852/18694/15548</w:t>
        <w:br/>
        <w:t>f 20852/18694/15548 20853/18693/15547 20855/18695/15549</w:t>
        <w:br/>
        <w:t>f 20853/18693/15547 20856/18696/15550 20855/18695/15549</w:t>
        <w:br/>
        <w:t>f 20856/18696/15550 20857/18697/15551 20855/18695/15549</w:t>
        <w:br/>
        <w:t>f 20857/18697/15551 20858/18698/15552 20855/18695/15549</w:t>
        <w:br/>
        <w:t>f 20862/18699/15553 20861/18700/15554 20860/18701/15555</w:t>
        <w:br/>
        <w:t>f 20859/18702/15556 20862/18699/15553 20860/18701/15555</w:t>
        <w:br/>
        <w:t>f 20866/18703/15557 20865/18704/15558 20864/18705/15559</w:t>
        <w:br/>
        <w:t>f 20863/18706/15560 20866/18703/15557 20864/18705/15559</w:t>
        <w:br/>
        <w:t>f 20870/18707/15561 20869/18708/15562 20868/18709/15563</w:t>
        <w:br/>
        <w:t>f 20867/18710/15564 20870/18707/15561 20868/18709/15563</w:t>
        <w:br/>
        <w:t>f 20874/18711/15565 20873/18712/15566 20872/18713/15566</w:t>
        <w:br/>
        <w:t>f 20871/18714/15565 20874/18711/15565 20872/18713/15566</w:t>
        <w:br/>
        <w:t>f 20878/18715/15567 20877/18716/15568 20876/18717/15568</w:t>
        <w:br/>
        <w:t>f 20875/18718/15569 20878/18715/15567 20876/18717/15568</w:t>
        <w:br/>
        <w:t>f 20881/18719/15570 20880/18720/15570 20879/18721/15571</w:t>
        <w:br/>
        <w:t>f 20882/18722/15571 20881/18719/15570 20879/18721/15571</w:t>
        <w:br/>
        <w:t>f 20885/18723/15572 20884/18724/15573 20883/18725/15574</w:t>
        <w:br/>
        <w:t>f 20886/18726/15575 20885/18723/15572 20883/18725/15574</w:t>
        <w:br/>
        <w:t>f 20890/18727/15576 20889/18728/15577 20888/18729/15578</w:t>
        <w:br/>
        <w:t>f 20887/18730/15579 20890/18727/15576 20888/18729/15578</w:t>
        <w:br/>
        <w:t>f 20894/18731/15580 20893/18732/15581 20892/18733/15582</w:t>
        <w:br/>
        <w:t>f 20891/18734/15583 20894/18731/15580 20892/18733/15582</w:t>
        <w:br/>
        <w:t>f 20898/18735/15584 20897/18736/15585 20896/18737/15586</w:t>
        <w:br/>
        <w:t>f 20895/18738/15587 20898/18735/15584 20896/18737/15586</w:t>
        <w:br/>
        <w:t>f 20900/18739/15588 20899/18740/15589 20897/18736/15585</w:t>
        <w:br/>
        <w:t>f 20898/18735/15584 20900/18739/15588 20897/18736/15585</w:t>
        <w:br/>
        <w:t>f 20904/18741/15590 20903/18742/15590 20902/18743/15591</w:t>
        <w:br/>
        <w:t>f 20901/18744/15591 20904/18741/15590 20902/18743/15591</w:t>
        <w:br/>
        <w:t>f 20817/18656/15515 20906/18745/15592 20905/18746/15593</w:t>
        <w:br/>
        <w:t>f 20816/18657/15515 20817/18656/15515 20905/18746/15593</w:t>
        <w:br/>
        <w:t>f 20854/18692/15546 20852/18694/15548 20905/18746/15593</w:t>
        <w:br/>
        <w:t>f 20906/18745/15592 20854/18692/15546 20905/18746/15593</w:t>
        <w:br/>
        <w:t>f 20910/18747/15594 20909/18748/15595 20908/18749/15596</w:t>
        <w:br/>
        <w:t>f 20907/18750/15597 20910/18747/15594 20908/18749/15596</w:t>
        <w:br/>
        <w:t>f 20914/18751/15598 20913/18752/15599 20912/18753/15600</w:t>
        <w:br/>
        <w:t>f 20911/18754/15601 20914/18751/15598 20912/18753/15600</w:t>
        <w:br/>
        <w:t>f 20918/18755/15602 20917/18756/15603 20916/18757/15604</w:t>
        <w:br/>
        <w:t>f 20915/18758/15605 20918/18755/15602 20916/18757/15604</w:t>
        <w:br/>
        <w:t>f 20920/18759/15606 20915/18758/15605 20916/18757/15604</w:t>
        <w:br/>
        <w:t>f 20919/18760/15607 20920/18759/15606 20916/18757/15604</w:t>
        <w:br/>
        <w:t>f 20920/18759/15606 20919/18760/15607 20921/18761/15608</w:t>
        <w:br/>
        <w:t>f 20921/18761/15608 20919/18760/15607 20922/18762/15609</w:t>
        <w:br/>
        <w:t>f 20922/18762/15609 20919/18760/15607 20923/18763/15610</w:t>
        <w:br/>
        <w:t>f 20923/18763/15610 20919/18760/15607 20924/18764/15611</w:t>
        <w:br/>
        <w:t>f 20928/18765/15612 20927/18766/15613 20926/18767/15613</w:t>
        <w:br/>
        <w:t>f 20925/18768/15612 20928/18765/15612 20926/18767/15613</w:t>
        <w:br/>
        <w:t>f 20932/18769/15614 20931/18770/15615 20930/18771/15615</w:t>
        <w:br/>
        <w:t>f 20929/18772/15616 20932/18769/15614 20930/18771/15615</w:t>
        <w:br/>
        <w:t>f 20931/18770/15615 20934/18773/15617 20933/18774/15618</w:t>
        <w:br/>
        <w:t>f 20930/18771/15615 20931/18770/15615 20933/18774/15618</w:t>
        <w:br/>
        <w:t>f 20936/18775/15619 20935/18776/15619 20847/18685/15539</w:t>
        <w:br/>
        <w:t>f 20845/18687/15541 20936/18775/15619 20847/18685/15539</w:t>
        <w:br/>
        <w:t>f 20934/18773/15617 20937/18777/15620 20933/18774/15618</w:t>
        <w:br/>
        <w:t>f 20937/18777/15620 20938/18778/15621 20933/18774/15618</w:t>
        <w:br/>
        <w:t>f 20938/18778/15621 20939/18779/15622 20933/18774/15618</w:t>
        <w:br/>
        <w:t>f 20933/18774/15618 20939/18779/15622 20940/18780/15623</w:t>
        <w:br/>
        <w:t>f 20944/18781/15505 20943/18782/15624 20942/18783/15625</w:t>
        <w:br/>
        <w:t>f 20941/18784/15626 20944/18781/15505 20942/18783/15625</w:t>
        <w:br/>
        <w:t>f 20948/18785/15627 20947/18786/15628 20946/18787/15628</w:t>
        <w:br/>
        <w:t>f 20945/18788/15629 20948/18785/15627 20946/18787/15628</w:t>
        <w:br/>
        <w:t>f 20952/18789/15630 20951/18790/15631 20950/18791/15508</w:t>
        <w:br/>
        <w:t>f 20949/18792/15632 20952/18789/15630 20950/18791/15508</w:t>
        <w:br/>
        <w:t>f 20956/18793/15633 20955/18794/15632 20954/18795/15526</w:t>
        <w:br/>
        <w:t>f 20953/18796/15525 20956/18793/15633 20954/18795/15526</w:t>
        <w:br/>
        <w:t>f 20958/18797/15634 20954/18795/15526 20955/18794/15632</w:t>
        <w:br/>
        <w:t>f 20957/18798/15508 20958/18797/15634 20955/18794/15632</w:t>
        <w:br/>
        <w:t>f 20962/18799/15635 20961/18800/15584 20960/18801/15587</w:t>
        <w:br/>
        <w:t>f 20959/18802/15636 20962/18799/15635 20960/18801/15587</w:t>
        <w:br/>
        <w:t>f 20966/18803/15577 20965/18804/15576 20964/18805/15582</w:t>
        <w:br/>
        <w:t>f 20963/18806/15637 20966/18803/15577 20964/18805/15582</w:t>
        <w:br/>
        <w:t>f 20970/18807/15638 20969/18808/15639 20968/18809/15640</w:t>
        <w:br/>
        <w:t>f 20967/18810/15641 20970/18807/15638 20968/18809/15640</w:t>
        <w:br/>
        <w:t>f 20972/18811/15642 20970/18807/15638 20967/18810/15641</w:t>
        <w:br/>
        <w:t>f 20971/18812/15643 20972/18811/15642 20967/18810/15641</w:t>
        <w:br/>
        <w:t>f 20976/18813/15644 20975/18814/15644 20974/18815/15645</w:t>
        <w:br/>
        <w:t>f 20973/18816/15645 20976/18813/15644 20974/18815/15645</w:t>
        <w:br/>
        <w:t>f 20980/18817/15646 20979/18818/15646 20978/18819/15647</w:t>
        <w:br/>
        <w:t>f 20977/18820/15648 20980/18817/15646 20978/18819/15647</w:t>
        <w:br/>
        <w:t>f 20984/18821/15649 20983/18822/15650 20982/18823/15651</w:t>
        <w:br/>
        <w:t>f 20981/18824/15651 20984/18821/15649 20982/18823/15651</w:t>
        <w:br/>
        <w:t>f 20986/18825/15652 20983/18822/15650 20984/18821/15649</w:t>
        <w:br/>
        <w:t>f 20985/18826/15653 20986/18825/15652 20984/18821/15649</w:t>
        <w:br/>
        <w:t>f 20985/18826/15653 20988/18827/15654 20987/18828/15654</w:t>
        <w:br/>
        <w:t>f 20986/18825/15652 20985/18826/15653 20987/18828/15654</w:t>
        <w:br/>
        <w:t>f 20988/18827/15654 20990/18829/15655 20989/18830/15655</w:t>
        <w:br/>
        <w:t>f 20987/18828/15654 20988/18827/15654 20989/18830/15655</w:t>
        <w:br/>
        <w:t>f 20990/18829/15655 20992/18831/15656 20991/18832/15657</w:t>
        <w:br/>
        <w:t>f 20989/18830/15655 20990/18829/15655 20991/18832/15657</w:t>
        <w:br/>
        <w:t>f 20996/18833/15658 20995/18834/15659 20994/18835/15660</w:t>
        <w:br/>
        <w:t>f 20993/18836/15658 20996/18833/15658 20994/18835/15660</w:t>
        <w:br/>
        <w:t>f 20995/18834/15659 20998/18837/15661 20997/18838/15662</w:t>
        <w:br/>
        <w:t>f 20994/18835/15660 20995/18834/15659 20997/18838/15662</w:t>
        <w:br/>
        <w:t>f 20998/18837/15661 21000/18839/15663 20999/18840/15663</w:t>
        <w:br/>
        <w:t>f 20997/18838/15662 20998/18837/15661 20999/18840/15663</w:t>
        <w:br/>
        <w:t>f 21000/18839/15663 20946/18787/15628 20947/18786/15628</w:t>
        <w:br/>
        <w:t>f 20999/18840/15663 21000/18839/15663 20947/18786/15628</w:t>
        <w:br/>
        <w:t>f 21002/18841/15664 20973/18816/15645 20974/18815/15645</w:t>
        <w:br/>
        <w:t>f 21001/18842/15665 21002/18841/15664 20974/18815/15645</w:t>
        <w:br/>
        <w:t>f 21006/18843/15666 21005/18844/15667 21004/18845/15668</w:t>
        <w:br/>
        <w:t>f 21003/18846/15666 21006/18843/15666 21004/18845/15668</w:t>
        <w:br/>
        <w:t>f 21007/18847/15669 21006/18843/15666 21003/18846/15666</w:t>
        <w:br/>
        <w:t>f 21008/18848/15670 21007/18847/15669 21003/18846/15666</w:t>
        <w:br/>
        <w:t>f 21010/18849/15671 21009/18850/15671 21007/18847/15669</w:t>
        <w:br/>
        <w:t>f 21008/18848/15670 21010/18849/15671 21007/18847/15669</w:t>
        <w:br/>
        <w:t>f 21012/18851/15672 21011/18852/15673 21009/18850/15671</w:t>
        <w:br/>
        <w:t>f 21010/18849/15671 21012/18851/15672 21009/18850/15671</w:t>
        <w:br/>
        <w:t>f 21014/18853/15674 21013/18854/15674 21011/18852/15673</w:t>
        <w:br/>
        <w:t>f 21012/18851/15672 21014/18853/15674 21011/18852/15673</w:t>
        <w:br/>
        <w:t>f 21016/18855/15675 21015/18856/15675 21013/18854/15674</w:t>
        <w:br/>
        <w:t>f 21014/18853/15674 21016/18855/15675 21013/18854/15674</w:t>
        <w:br/>
        <w:t>f 21018/18857/15676 21017/18858/15676 21015/18856/15675</w:t>
        <w:br/>
        <w:t>f 21016/18855/15675 21018/18857/15676 21015/18856/15675</w:t>
        <w:br/>
        <w:t>f 21022/18859/15677 21021/18860/15678 21020/18861/15495</w:t>
        <w:br/>
        <w:t>f 21019/18862/15679 21022/18859/15677 21020/18861/15495</w:t>
        <w:br/>
        <w:t>f 21021/18860/15678 21024/18863/15504 21023/18864/15680</w:t>
        <w:br/>
        <w:t>f 21020/18861/15495 21021/18860/15678 21023/18864/15680</w:t>
        <w:br/>
        <w:t>f 21028/18865/15681 21027/18866/15682 21026/18867/15683</w:t>
        <w:br/>
        <w:t>f 21025/18868/15684 21028/18865/15681 21026/18867/15683</w:t>
        <w:br/>
        <w:t>f 21030/18869/15685 21029/18870/15685 20977/18820/15648</w:t>
        <w:br/>
        <w:t>f 20978/18819/15647 21030/18869/15685 20977/18820/15648</w:t>
        <w:br/>
        <w:t>f 20889/18728/15577 20883/18725/15574 20884/18724/15573</w:t>
        <w:br/>
        <w:t>f 20888/18729/15578 20889/18728/15577 20884/18724/15573</w:t>
        <w:br/>
        <w:t>f 20963/18806/15637 21031/18871/15501 20969/18808/15639</w:t>
        <w:br/>
        <w:t>f 20966/18803/15577 20963/18806/15637 20969/18808/15639</w:t>
        <w:br/>
        <w:t>f 20893/18732/15581 20894/18731/15580 20799/18642/15502</w:t>
        <w:br/>
        <w:t>f 20800/18641/15501 20893/18732/15581 20799/18642/15502</w:t>
        <w:br/>
        <w:t>f 21033/18872/15686 21032/18873/15687 20801/18640/15500</w:t>
        <w:br/>
        <w:t>f 20802/18639/15500 21033/18872/15686 20801/18640/15500</w:t>
        <w:br/>
        <w:t>f 20813/18652/15512 20814/18651/15511 21035/18874/15688</w:t>
        <w:br/>
        <w:t>f 21034/18875/15688 20813/18652/15512 21035/18874/15688</w:t>
        <w:br/>
        <w:t>f 20951/18790/15631 20952/18789/15630 21037/18876/15689</w:t>
        <w:br/>
        <w:t>f 21036/18877/15689 20951/18790/15631 21037/18876/15689</w:t>
        <w:br/>
        <w:t>f 21039/18878/15690 21038/18879/15691 20844/18681/15537</w:t>
        <w:br/>
        <w:t>f 20841/18684/15537 21039/18878/15690 20844/18681/15537</w:t>
        <w:br/>
        <w:t>f 20818/18655/15514 20815/18658/15516 21034/18875/15688</w:t>
        <w:br/>
        <w:t>f 21035/18874/15688 20818/18655/15514 21034/18875/15688</w:t>
        <w:br/>
        <w:t>f 21036/18877/15689 21037/18876/15689 21017/18858/15676</w:t>
        <w:br/>
        <w:t>f 21018/18857/15676 21036/18877/15689 21017/18858/15676</w:t>
        <w:br/>
        <w:t>f 21038/18879/15691 21039/18878/15690 20903/18742/15590</w:t>
        <w:br/>
        <w:t>f 20904/18741/15590 21038/18879/15691 20903/18742/15590</w:t>
        <w:br/>
        <w:t>f 21041/18880/15692 20975/18814/15644 20976/18813/15644</w:t>
        <w:br/>
        <w:t>f 21040/18881/15692 21041/18880/15692 20976/18813/15644</w:t>
        <w:br/>
        <w:t>f 21029/18870/15685 21030/18869/15685 21043/18882/15693</w:t>
        <w:br/>
        <w:t>f 21042/18883/15693 21029/18870/15685 21043/18882/15693</w:t>
        <w:br/>
        <w:t>f 20861/18700/15554 21045/18884/15682 21044/18885/15694</w:t>
        <w:br/>
        <w:t>f 20860/18701/15555 20861/18700/15554 21044/18885/15694</w:t>
        <w:br/>
        <w:t>f 21047/18886/15695 21046/18887/15696 21026/18867/15683</w:t>
        <w:br/>
        <w:t>f 21027/18866/15682 21047/18886/15695 21026/18867/15683</w:t>
        <w:br/>
        <w:t>f 21049/18888/15696 21048/18889/15697 20865/18704/15558</w:t>
        <w:br/>
        <w:t>f 20866/18703/15557 21049/18888/15696 20865/18704/15558</w:t>
        <w:br/>
        <w:t>f 21047/18886/15695 21051/18890/15553 21050/18891/15698</w:t>
        <w:br/>
        <w:t>f 21046/18887/15696 21047/18886/15695 21050/18891/15698</w:t>
        <w:br/>
        <w:t>f 21048/18889/15697 21049/18888/15696 20870/18707/15561</w:t>
        <w:br/>
        <w:t>f 20867/18710/15564 21048/18889/15697 20870/18707/15561</w:t>
        <w:br/>
        <w:t>f 20862/18699/15553 20859/18702/15556 21053/18892/15699</w:t>
        <w:br/>
        <w:t>f 21052/18893/15700 20862/18699/15553 21053/18892/15699</w:t>
        <w:br/>
        <w:t>f 21051/18890/15553 21055/18894/15701 21054/18895/15562</w:t>
        <w:br/>
        <w:t>f 21050/18891/15698 21051/18890/15553 21054/18895/15562</w:t>
        <w:br/>
        <w:t>f 21057/18896/15702 21056/18897/15702 20839/18678/15535</w:t>
        <w:br/>
        <w:t>f 20840/18677/15535 21057/18896/15702 20839/18678/15535</w:t>
        <w:br/>
        <w:t>f 21055/18894/15701 21059/18898/15703 21058/18899/15704</w:t>
        <w:br/>
        <w:t>f 21054/18895/15562 21055/18894/15701 21058/18899/15704</w:t>
        <w:br/>
        <w:t>f 20869/18708/15562 21061/18900/15704 21060/18901/15705</w:t>
        <w:br/>
        <w:t>f 20868/18709/15563 20869/18708/15562 21060/18901/15705</w:t>
        <w:br/>
        <w:t>f 21063/18902/15706 21060/18901/15705 21061/18900/15704</w:t>
        <w:br/>
        <w:t>f 21062/18903/15707 21063/18902/15706 21061/18900/15704</w:t>
        <w:br/>
        <w:t>f 21052/18893/15700 21053/18892/15699 21065/18904/15708</w:t>
        <w:br/>
        <w:t>f 21064/18905/15709 21052/18893/15700 21065/18904/15708</w:t>
        <w:br/>
        <w:t>f 21067/18906/15710 21058/18899/15704 21059/18898/15703</w:t>
        <w:br/>
        <w:t>f 21066/18907/15711 21067/18906/15710 21059/18898/15703</w:t>
        <w:br/>
        <w:t>f 21065/18904/15708 21056/18897/15702 21057/18896/15702</w:t>
        <w:br/>
        <w:t>f 21064/18905/15709 21065/18904/15708 21057/18896/15702</w:t>
        <w:br/>
        <w:t>f 21062/18903/15707 21069/18908/15712 21068/18909/15713</w:t>
        <w:br/>
        <w:t>f 21063/18902/15706 21062/18903/15707 21068/18909/15713</w:t>
        <w:br/>
        <w:t>f 21066/18907/15711 21071/18910/15714 21070/18911/15712</w:t>
        <w:br/>
        <w:t>f 21067/18906/15710 21066/18907/15711 21070/18911/15712</w:t>
        <w:br/>
        <w:t>f 21073/18912/15715 21070/18911/15712 21071/18910/15714</w:t>
        <w:br/>
        <w:t>f 21072/18913/15716 21073/18912/15715 21071/18910/15714</w:t>
        <w:br/>
        <w:t>f 21069/18908/15712 21075/18914/15717 21074/18915/15718</w:t>
        <w:br/>
        <w:t>f 21068/18909/15713 21069/18908/15712 21074/18915/15718</w:t>
        <w:br/>
        <w:t>f 20827/18670/15528 21074/18915/15718 21075/18914/15717</w:t>
        <w:br/>
        <w:t>f 20830/18667/15525 20827/18670/15528 21075/18914/15717</w:t>
        <w:br/>
        <w:t>f 21079/18916/15719 21078/18917/15720 21077/18918/15721</w:t>
        <w:br/>
        <w:t>f 21076/18919/15722 21079/18916/15719 21077/18918/15721</w:t>
        <w:br/>
        <w:t>f 21081/18920/15723 21080/18921/15724 20961/18800/15584</w:t>
        <w:br/>
        <w:t>f 20962/18799/15635 21081/18920/15723 20961/18800/15584</w:t>
        <w:br/>
        <w:t>f 21076/18919/15722 21082/18922/15635 20810/18647/15507</w:t>
        <w:br/>
        <w:t>f 20807/18650/15510 21076/18919/15722 20810/18647/15507</w:t>
        <w:br/>
        <w:t>f 20959/18802/15636 20960/18801/15587 20958/18797/15634</w:t>
        <w:br/>
        <w:t>f 20957/18798/15508 20959/18802/15636 20958/18797/15634</w:t>
        <w:br/>
        <w:t>f 20895/18738/15587 20896/18737/15586 20831/18672/15530</w:t>
        <w:br/>
        <w:t>f 20832/18671/15529 20895/18738/15587 20831/18672/15530</w:t>
        <w:br/>
        <w:t>f 20901/18744/15591 20902/18743/15591 20935/18776/15619</w:t>
        <w:br/>
        <w:t>f 20936/18775/15619 20901/18744/15591 20935/18776/15619</w:t>
        <w:br/>
        <w:t>f 21072/18913/15716 20956/18793/15633 20953/18796/15525</w:t>
        <w:br/>
        <w:t>f 21073/18912/15715 21072/18913/15716 20953/18796/15525</w:t>
        <w:br/>
        <w:t>f 20835/18674/15532 20836/18673/15531 20837/18680/15536</w:t>
        <w:br/>
        <w:t>f 20838/18679/15536 20835/18674/15532 20837/18680/15536</w:t>
        <w:br/>
        <w:t>f 21045/18884/15682 20798/18637/15499 20797/18638/15499</w:t>
        <w:br/>
        <w:t>f 21044/18885/15694 21045/18884/15682 20797/18638/15499</w:t>
        <w:br/>
        <w:t>f 21084/18923/15725 21083/18924/15726 20863/18706/15560</w:t>
        <w:br/>
        <w:t>f 20864/18705/15559 21084/18923/15725 20863/18706/15560</w:t>
        <w:br/>
        <w:t>f 21019/18862/15679 21028/18865/15681 21025/18868/15684</w:t>
        <w:br/>
        <w:t>f 21022/18859/15677 21019/18862/15679 21025/18868/15684</w:t>
        <w:br/>
        <w:t>f 21083/18924/15726 21084/18923/15725 20941/18784/15626</w:t>
        <w:br/>
        <w:t>f 20942/18783/15625 21083/18924/15726 20941/18784/15626</w:t>
        <w:br/>
        <w:t>f 20825/18663/15521 20890/18727/15576 20887/18730/15579</w:t>
        <w:br/>
        <w:t>f 20824/18664/15522 20825/18663/15521 20887/18730/15579</w:t>
        <w:br/>
        <w:t>f 20891/18734/15583 20892/18733/15582 21086/18925/15727</w:t>
        <w:br/>
        <w:t>f 21085/18926/15727 20891/18734/15583 21086/18925/15727</w:t>
        <w:br/>
        <w:t>f 20964/18805/15582 20965/18804/15576 21088/18927/15521</w:t>
        <w:br/>
        <w:t>f 21087/18928/15728 20964/18805/15582 21088/18927/15521</w:t>
        <w:br/>
        <w:t>f 21085/18926/15727 21086/18925/15727 21090/18929/15729</w:t>
        <w:br/>
        <w:t>f 21089/18930/15730 21085/18926/15727 21090/18929/15729</w:t>
        <w:br/>
        <w:t>f 21087/18928/15728 21088/18927/15521 21092/18931/15524</w:t>
        <w:br/>
        <w:t>f 21091/18932/15731 21087/18928/15728 21092/18931/15524</w:t>
        <w:br/>
        <w:t>f 20821/18659/15517 20822/18662/15520 20826/18666/15524</w:t>
        <w:br/>
        <w:t>f 20823/18665/15523 20821/18659/15517 20826/18666/15524</w:t>
        <w:br/>
        <w:t>f 21089/18930/15730 21090/18929/15729 21094/18933/15732</w:t>
        <w:br/>
        <w:t>f 21093/18934/15732 21089/18930/15730 21094/18933/15732</w:t>
        <w:br/>
        <w:t>f 21091/18932/15731 21092/18931/15524 21096/18935/15520</w:t>
        <w:br/>
        <w:t>f 21095/18936/15733 21091/18932/15731 21096/18935/15520</w:t>
        <w:br/>
        <w:t>f 21093/18934/15732 21094/18933/15732 21098/18937/15734</w:t>
        <w:br/>
        <w:t>f 21097/18938/15734 21093/18934/15732 21098/18937/15734</w:t>
        <w:br/>
        <w:t>f 21095/18936/15733 21096/18935/15520 21100/18939/15735</w:t>
        <w:br/>
        <w:t>f 21099/18940/15736 21095/18936/15733 21100/18939/15735</w:t>
        <w:br/>
        <w:t>f 21097/18938/15734 21098/18937/15734 20907/18750/15597</w:t>
        <w:br/>
        <w:t>f 20908/18749/15596 21097/18938/15734 20907/18750/15597</w:t>
        <w:br/>
        <w:t>f 21099/18940/15736 21100/18939/15735 21102/18941/15598</w:t>
        <w:br/>
        <w:t>f 21101/18942/15597 21099/18940/15736 21102/18941/15598</w:t>
        <w:br/>
        <w:t>f 20820/18660/15518 20913/18752/15599 20914/18751/15598</w:t>
        <w:br/>
        <w:t>f 20819/18661/15519 20820/18660/15518 20914/18751/15598</w:t>
        <w:br/>
        <w:t>f 21078/18917/15720 21079/18916/15719 20909/18748/15595</w:t>
        <w:br/>
        <w:t>f 20910/18747/15594 21078/18917/15720 20909/18748/15595</w:t>
        <w:br/>
        <w:t>f 21104/18943/15601 21103/18944/15737 21101/18942/15597</w:t>
        <w:br/>
        <w:t>f 21102/18941/15598 21104/18943/15601 21101/18942/15597</w:t>
        <w:br/>
        <w:t>f 21103/18944/15737 21104/18943/15601 21080/18921/15724</w:t>
        <w:br/>
        <w:t>f 21081/18920/15723 21103/18944/15737 21080/18921/15724</w:t>
        <w:br/>
        <w:t>f 20911/18754/15601 20912/18753/15600 20899/18740/15589</w:t>
        <w:br/>
        <w:t>f 20900/18739/15588 20911/18754/15601 20899/18740/15589</w:t>
        <w:br/>
        <w:t>f 20876/18717/15568 20877/18716/15568 21106/18945/15738</w:t>
        <w:br/>
        <w:t>f 21105/18946/15738 20876/18717/15568 21106/18945/15738</w:t>
        <w:br/>
        <w:t>f 20793/18635/15498 21108/18947/15739 21107/18948/15739</w:t>
        <w:br/>
        <w:t>f 20796/18636/15498 20793/18635/15498 21107/18948/15739</w:t>
        <w:br/>
        <w:t>f 20874/18711/15565 20871/18714/15565 21105/18946/15738</w:t>
        <w:br/>
        <w:t>f 21106/18945/15738 20874/18711/15565 21105/18946/15738</w:t>
        <w:br/>
        <w:t>f 21110/18949/15680 20948/18785/15627 20945/18788/15629</w:t>
        <w:br/>
        <w:t>f 21109/18950/15495 21110/18949/15680 20945/18788/15629</w:t>
        <w:br/>
        <w:t>f 21112/18951/15740 21107/18948/15739 21108/18947/15739</w:t>
        <w:br/>
        <w:t>f 21111/18952/15740 21112/18951/15740 21108/18947/15739</w:t>
        <w:br/>
        <w:t>f 20881/18719/15570 20878/18715/15567 20875/18718/15569</w:t>
        <w:br/>
        <w:t>f 20880/18720/15570 20881/18719/15570 20875/18718/15569</w:t>
        <w:br/>
        <w:t>f 21111/18952/15740 20928/18765/15612 20925/18768/15612</w:t>
        <w:br/>
        <w:t>f 21112/18951/15740 21111/18952/15740 20925/18768/15612</w:t>
        <w:br/>
        <w:t>f 20918/18755/15602 20882/18722/15571 20879/18721/15571</w:t>
        <w:br/>
        <w:t>f 20917/18756/15603 20918/18755/15602 20879/18721/15571</w:t>
        <w:br/>
        <w:t>f 20929/18772/15616 21114/18953/15741 21113/18954/15741</w:t>
        <w:br/>
        <w:t>f 20932/18769/15614 20929/18772/15616 21113/18954/15741</w:t>
        <w:br/>
        <w:t>f 21115/18955/15614 20996/18833/15658 20993/18836/15658</w:t>
        <w:br/>
        <w:t>f 20991/18832/15657 21115/18955/15614 20993/18836/15658</w:t>
        <w:br/>
        <w:t>f 20927/18766/15613 21113/18954/15741 21114/18953/15741</w:t>
        <w:br/>
        <w:t>f 20926/18767/15613 20927/18766/15613 21114/18953/15741</w:t>
        <w:br/>
        <w:t>f 21117/18956/15742 21116/18957/15742 21032/18873/15687</w:t>
        <w:br/>
        <w:t>f 21033/18872/15686 21117/18956/15742 21032/18873/15687</w:t>
        <w:br/>
        <w:t>f 20803/18646/15506 20885/18723/15572 20886/18726/15575</w:t>
        <w:br/>
        <w:t>f 20806/18643/15503 20803/18646/15506 20886/18726/15575</w:t>
        <w:br/>
        <w:t>f 21119/18958/15504 20972/18811/15642 20971/18812/15643</w:t>
        <w:br/>
        <w:t>f 21118/18959/15680 21119/18958/15504 20971/18812/15643</w:t>
        <w:br/>
        <w:t>f 21291/18960/15743 21290/18961/15743 21289/18962/15744</w:t>
        <w:br/>
        <w:t>f 21288/18963/15745 21291/18960/15743 21289/18962/15744</w:t>
        <w:br/>
        <w:t>f 21290/18961/15743 21291/18960/15743 21293/18964/15746</w:t>
        <w:br/>
        <w:t>f 21292/18965/15746 21290/18961/15743 21293/18964/15746</w:t>
        <w:br/>
        <w:t>f 21293/18964/15746 21295/18966/15747 21294/18967/15747</w:t>
        <w:br/>
        <w:t>f 21292/18965/15746 21293/18964/15746 21294/18967/15747</w:t>
        <w:br/>
        <w:t>f 21299/18968/15748 21298/18969/15749 21297/18970/15750</w:t>
        <w:br/>
        <w:t>f 21296/18971/15750 21299/18968/15748 21297/18970/15750</w:t>
        <w:br/>
        <w:t>f 21301/18972/15751 21300/18973/15751 21296/18971/15750</w:t>
        <w:br/>
        <w:t>f 21297/18970/15750 21301/18972/15751 21296/18971/15750</w:t>
        <w:br/>
        <w:t>f 21303/18974/15752 21300/18973/15751 21301/18972/15751</w:t>
        <w:br/>
        <w:t>f 21302/18975/15752 21303/18974/15752 21301/18972/15751</w:t>
        <w:br/>
        <w:t>f 21307/18976/15753 21306/18977/15754 21305/18978/15754</w:t>
        <w:br/>
        <w:t>f 21304/18979/15753 21307/18976/15753 21305/18978/15754</w:t>
        <w:br/>
        <w:t>f 21304/18979/15753 21309/18980/15755 21308/18981/15755</w:t>
        <w:br/>
        <w:t>f 21307/18976/15753 21304/18979/15753 21308/18981/15755</w:t>
        <w:br/>
        <w:t>f 21309/18980/15755 21311/18982/15756 21310/18983/15757</w:t>
        <w:br/>
        <w:t>f 21308/18981/15755 21309/18980/15755 21310/18983/15757</w:t>
        <w:br/>
        <w:t>f 21313/18984/15758 21312/18985/15758 21310/18983/15757</w:t>
        <w:br/>
        <w:t>f 21311/18982/15756 21313/18984/15758 21310/18983/15757</w:t>
        <w:br/>
        <w:t>f 21315/18986/15759 21314/18987/15759 21312/18985/15758</w:t>
        <w:br/>
        <w:t>f 21313/18984/15758 21315/18986/15759 21312/18985/15758</w:t>
        <w:br/>
        <w:t>f 21319/18988/15760 21318/18989/15761 21317/18990/15762</w:t>
        <w:br/>
        <w:t>f 21316/18991/15760 21319/18988/15760 21317/18990/15762</w:t>
        <w:br/>
        <w:t>f 21319/18988/15760 21316/18991/15760 21321/18992/15763</w:t>
        <w:br/>
        <w:t>f 21320/18993/15763 21319/18988/15760 21321/18992/15763</w:t>
        <w:br/>
        <w:t>f 21320/18993/15763 21321/18992/15763 21323/18994/15764</w:t>
        <w:br/>
        <w:t>f 21322/18995/15764 21320/18993/15763 21323/18994/15764</w:t>
        <w:br/>
        <w:t>f 21325/18996/15765 21322/18995/15764 21323/18994/15764</w:t>
        <w:br/>
        <w:t>f 21324/18997/15765 21325/18996/15765 21323/18994/15764</w:t>
        <w:br/>
        <w:t>f 21329/18998/15766 21328/18999/15766 21327/19000/15766</w:t>
        <w:br/>
        <w:t>f 21326/19001/15766 21329/18998/15766 21327/19000/15766</w:t>
        <w:br/>
        <w:t>f 21333/19002/15767 21332/19003/15768 21331/19004/15769</w:t>
        <w:br/>
        <w:t>f 21330/19005/15770 21333/19002/15767 21331/19004/15769</w:t>
        <w:br/>
        <w:t>f 21333/19002/15767 21330/19005/15770 21335/19006/15771</w:t>
        <w:br/>
        <w:t>f 21334/19007/15772 21333/19002/15767 21335/19006/15771</w:t>
        <w:br/>
        <w:t>f 21337/19008/15773 21335/19006/15771 21330/19005/15770</w:t>
        <w:br/>
        <w:t>f 21336/19009/15774 21337/19008/15773 21330/19005/15770</w:t>
        <w:br/>
        <w:t>f 21330/19005/15770 21331/19004/15769 21338/19010/15775</w:t>
        <w:br/>
        <w:t>f 21336/19009/15774 21330/19005/15770 21338/19010/15775</w:t>
        <w:br/>
        <w:t>f 21336/19009/15774 21340/19011/15776 21339/19012/15777</w:t>
        <w:br/>
        <w:t>f 21337/19008/15773 21336/19009/15774 21339/19012/15777</w:t>
        <w:br/>
        <w:t>f 21336/19009/15774 21338/19010/15775 21341/19013/15778</w:t>
        <w:br/>
        <w:t>f 21340/19011/15776 21336/19009/15774 21341/19013/15778</w:t>
        <w:br/>
        <w:t>f 21345/19014/15779 21344/19015/15780 21343/19016/15781</w:t>
        <w:br/>
        <w:t>f 21342/19017/15782 21345/19014/15779 21343/19016/15781</w:t>
        <w:br/>
        <w:t>f 21343/19016/15781 21344/19015/15780 21347/19018/15783</w:t>
        <w:br/>
        <w:t>f 21346/19019/15784 21343/19016/15781 21347/19018/15783</w:t>
        <w:br/>
        <w:t>f 21342/19017/15782 21343/19016/15781 21349/19020/15785</w:t>
        <w:br/>
        <w:t>f 21348/19021/15786 21342/19017/15782 21349/19020/15785</w:t>
        <w:br/>
        <w:t>f 21350/19022/15787 21349/19020/15785 21343/19016/15781</w:t>
        <w:br/>
        <w:t>f 21346/19019/15784 21350/19022/15787 21343/19016/15781</w:t>
        <w:br/>
        <w:t>f 21348/19021/15786 21349/19020/15785 21352/19023/15788</w:t>
        <w:br/>
        <w:t>f 21351/19024/15789 21348/19021/15786 21352/19023/15788</w:t>
        <w:br/>
        <w:t>f 21352/19023/15788 21349/19020/15785 21350/19022/15787</w:t>
        <w:br/>
        <w:t>f 21353/19025/15790 21352/19023/15788 21350/19022/15787</w:t>
        <w:br/>
        <w:t>f 21351/19024/15789 21352/19023/15788 21355/19026/15791</w:t>
        <w:br/>
        <w:t>f 21354/19027/15792 21351/19024/15789 21355/19026/15791</w:t>
        <w:br/>
        <w:t>f 21352/19023/15788 21353/19025/15790 21356/19028/15793</w:t>
        <w:br/>
        <w:t>f 21355/19026/15791 21352/19023/15788 21356/19028/15793</w:t>
        <w:br/>
        <w:t>f 21360/19029/15794 21359/19030/15795 21358/19031/15796</w:t>
        <w:br/>
        <w:t>f 21357/19032/15797 21360/19029/15794 21358/19031/15796</w:t>
        <w:br/>
        <w:t>f 21359/19030/15795 21362/19033/15798 21361/19034/15799</w:t>
        <w:br/>
        <w:t>f 21358/19031/15796 21359/19030/15795 21361/19034/15799</w:t>
        <w:br/>
        <w:t>f 21358/19031/15796 21361/19034/15799 21364/19035/15800</w:t>
        <w:br/>
        <w:t>f 21363/19036/15801 21358/19031/15796 21364/19035/15800</w:t>
        <w:br/>
        <w:t>f 21358/19031/15796 21363/19036/15801 21365/19037/15802</w:t>
        <w:br/>
        <w:t>f 21357/19032/15797 21358/19031/15796 21365/19037/15802</w:t>
        <w:br/>
        <w:t>f 21367/19038/15803 21366/19039/15804 21363/19036/15801</w:t>
        <w:br/>
        <w:t>f 21364/19035/15800 21367/19038/15803 21363/19036/15801</w:t>
        <w:br/>
        <w:t>f 21363/19036/15801 21366/19039/15804 21368/19040/15805</w:t>
        <w:br/>
        <w:t>f 21365/19037/15802 21363/19036/15801 21368/19040/15805</w:t>
        <w:br/>
        <w:t>f 21366/19039/15804 21370/19041/15806 21369/19042/15807</w:t>
        <w:br/>
        <w:t>f 21368/19040/15805 21366/19039/15804 21369/19042/15807</w:t>
        <w:br/>
        <w:t>f 21366/19039/15804 21367/19038/15803 21371/19043/15808</w:t>
        <w:br/>
        <w:t>f 21370/19041/15806 21366/19039/15804 21371/19043/15808</w:t>
        <w:br/>
        <w:t>f 21373/19044/15809 21369/19042/15807 21370/19041/15806</w:t>
        <w:br/>
        <w:t>f 21372/19045/15810 21373/19044/15809 21370/19041/15806</w:t>
        <w:br/>
        <w:t>f 21370/19041/15806 21371/19043/15808 21374/19046/15811</w:t>
        <w:br/>
        <w:t>f 21372/19045/15810 21370/19041/15806 21374/19046/15811</w:t>
        <w:br/>
        <w:t>f 21378/19047/15812 21377/19048/15813 21376/19049/15814</w:t>
        <w:br/>
        <w:t>f 21375/19050/15815 21378/19047/15812 21376/19049/15814</w:t>
        <w:br/>
        <w:t>f 21378/19047/15812 21375/19050/15815 21380/19051/15816</w:t>
        <w:br/>
        <w:t>f 21379/19052/15817 21378/19047/15812 21380/19051/15816</w:t>
        <w:br/>
        <w:t>f 21377/19048/15813 21378/19047/15812 21382/19053/15818</w:t>
        <w:br/>
        <w:t>f 21381/19054/15819 21377/19048/15813 21382/19053/15818</w:t>
        <w:br/>
        <w:t>f 21379/19052/15817 21383/19055/15820 21382/19053/15818</w:t>
        <w:br/>
        <w:t>f 21378/19047/15812 21379/19052/15817 21382/19053/15818</w:t>
        <w:br/>
        <w:t>f 21385/19056/15821 21382/19053/15818 21383/19055/15820</w:t>
        <w:br/>
        <w:t>f 21384/19057/15822 21385/19056/15821 21383/19055/15820</w:t>
        <w:br/>
        <w:t>f 21385/19056/15821 21386/19058/15823 21381/19054/15819</w:t>
        <w:br/>
        <w:t>f 21382/19053/15818 21385/19056/15821 21381/19054/15819</w:t>
        <w:br/>
        <w:t>f 21386/19058/15823 21385/19056/15821 21388/19059/15824</w:t>
        <w:br/>
        <w:t>f 21387/19060/15825 21386/19058/15823 21388/19059/15824</w:t>
        <w:br/>
        <w:t>f 21384/19057/15822 21389/19061/15826 21388/19059/15824</w:t>
        <w:br/>
        <w:t>f 21385/19056/15821 21384/19057/15822 21388/19059/15824</w:t>
        <w:br/>
        <w:t>f 21392/19062/15827 21391/19063/15827 21390/19064/15828</w:t>
        <w:br/>
        <w:t>f 21388/19059/15824 21392/19062/15827 21390/19064/15828</w:t>
        <w:br/>
        <w:t>f 21332/19003/15768 21333/19002/15767 21388/19059/15824</w:t>
        <w:br/>
        <w:t>f 21393/19065/15829 21332/19003/15768 21388/19059/15824</w:t>
        <w:br/>
        <w:t>f 21397/19066/15830 21396/19067/15831 21395/19068/15831</w:t>
        <w:br/>
        <w:t>f 21394/19069/15830 21397/19066/15830 21395/19068/15831</w:t>
        <w:br/>
        <w:t>f 21401/19070/15832 21400/19071/15832 21399/19072/15833</w:t>
        <w:br/>
        <w:t>f 21398/19073/15834 21401/19070/15832 21399/19072/15833</w:t>
        <w:br/>
        <w:t>f 21403/19074/15835 21402/19075/15835 21400/19071/15832</w:t>
        <w:br/>
        <w:t>f 21401/19070/15832 21403/19074/15835 21400/19071/15832</w:t>
        <w:br/>
        <w:t>f 21396/19067/15831 21405/19076/15836 21404/19077/15837</w:t>
        <w:br/>
        <w:t>f 21395/19068/15831 21396/19067/15831 21404/19077/15837</w:t>
        <w:br/>
        <w:t>f 21407/19078/15838 21406/19079/15839 21402/19075/15835</w:t>
        <w:br/>
        <w:t>f 21403/19074/15835 21407/19078/15838 21402/19075/15835</w:t>
        <w:br/>
        <w:t>f 21405/19076/15836 21409/19080/15840 21408/19081/15841</w:t>
        <w:br/>
        <w:t>f 21404/19077/15837 21405/19076/15836 21408/19081/15841</w:t>
        <w:br/>
        <w:t>f 21413/19082/15842 21412/19083/15839 21411/19084/15843</w:t>
        <w:br/>
        <w:t>f 21410/19085/15844 21413/19082/15842 21411/19084/15843</w:t>
        <w:br/>
        <w:t>f 21417/19086/15845 21416/19087/15846 21415/19088/15846</w:t>
        <w:br/>
        <w:t>f 21414/19089/15847 21417/19086/15845 21415/19088/15846</w:t>
        <w:br/>
        <w:t>f 21419/19090/15848 21413/19082/15842 21410/19085/15844</w:t>
        <w:br/>
        <w:t>f 21418/19091/15848 21419/19090/15848 21410/19085/15844</w:t>
        <w:br/>
        <w:t>f 21415/19088/15846 21416/19087/15846 21421/19092/15849</w:t>
        <w:br/>
        <w:t>f 21420/19093/15849 21415/19088/15846 21421/19092/15849</w:t>
        <w:br/>
        <w:t>f 21420/19093/15849 21421/19092/15849 21423/19094/15850</w:t>
        <w:br/>
        <w:t>f 21422/19095/15851 21420/19093/15849 21423/19094/15850</w:t>
        <w:br/>
        <w:t>f 21425/19096/15852 21419/19090/15848 21418/19091/15848</w:t>
        <w:br/>
        <w:t>f 21424/19097/15852 21425/19096/15852 21418/19091/15848</w:t>
        <w:br/>
        <w:t>f 21427/19098/15853 21425/19096/15852 21424/19097/15852</w:t>
        <w:br/>
        <w:t>f 21426/19099/15853 21427/19098/15853 21424/19097/15852</w:t>
        <w:br/>
        <w:t>f 21422/19095/15851 21423/19094/15850 21429/19100/15854</w:t>
        <w:br/>
        <w:t>f 21428/19101/15854 21422/19095/15851 21429/19100/15854</w:t>
        <w:br/>
        <w:t>f 21399/19072/15833 21427/19098/15853 21426/19099/15853</w:t>
        <w:br/>
        <w:t>f 21398/19073/15834 21399/19072/15833 21426/19099/15853</w:t>
        <w:br/>
        <w:t>f 21429/19100/15854 21397/19066/15830 21394/19069/15830</w:t>
        <w:br/>
        <w:t>f 21428/19101/15854 21429/19100/15854 21394/19069/15830</w:t>
        <w:br/>
        <w:t>f 21433/19102/15855 21432/19103/15856 21431/19104/15857</w:t>
        <w:br/>
        <w:t>f 21430/19105/15858 21433/19102/15855 21431/19104/15857</w:t>
        <w:br/>
        <w:t>f 21437/19106/15859 21436/19107/15860 21435/19108/15861</w:t>
        <w:br/>
        <w:t>f 21434/19109/15861 21437/19106/15859 21435/19108/15861</w:t>
        <w:br/>
        <w:t>f 21439/19110/15862 21433/19102/15855 21430/19105/15858</w:t>
        <w:br/>
        <w:t>f 21438/19111/15862 21439/19110/15862 21430/19105/15858</w:t>
        <w:br/>
        <w:t>f 21434/19109/15861 21435/19108/15861 21441/19112/15863</w:t>
        <w:br/>
        <w:t>f 21440/19113/15864 21434/19109/15861 21441/19112/15863</w:t>
        <w:br/>
        <w:t>f 21443/19114/15865 21439/19110/15862 21438/19111/15862</w:t>
        <w:br/>
        <w:t>f 21442/19115/15866 21443/19114/15865 21438/19111/15862</w:t>
        <w:br/>
        <w:t>f 21440/19113/15864 21441/19112/15863 21445/19116/15867</w:t>
        <w:br/>
        <w:t>f 21444/19117/15867 21440/19113/15864 21445/19116/15867</w:t>
        <w:br/>
        <w:t>f 21447/19118/15868 21443/19114/15865 21442/19115/15866</w:t>
        <w:br/>
        <w:t>f 21446/19119/15869 21447/19118/15868 21442/19115/15866</w:t>
        <w:br/>
        <w:t>f 21444/19117/15867 21445/19116/15867 21449/19120/15870</w:t>
        <w:br/>
        <w:t>f 21448/19121/15871 21444/19117/15867 21449/19120/15870</w:t>
        <w:br/>
        <w:t>f 21451/19122/15872 21450/19123/15872 21447/19118/15868</w:t>
        <w:br/>
        <w:t>f 21446/19119/15869 21451/19122/15872 21447/19118/15868</w:t>
        <w:br/>
        <w:t>f 21449/19120/15870 21453/19124/15873 21452/19125/15873</w:t>
        <w:br/>
        <w:t>f 21448/19121/15871 21449/19120/15870 21452/19125/15873</w:t>
        <w:br/>
        <w:t>f 21453/19124/15873 21455/19126/15874 21454/19127/15874</w:t>
        <w:br/>
        <w:t>f 21452/19125/15873 21453/19124/15873 21454/19127/15874</w:t>
        <w:br/>
        <w:t>f 21457/19128/15875 21456/19129/15876 21450/19123/15872</w:t>
        <w:br/>
        <w:t>f 21451/19122/15872 21457/19128/15875 21450/19123/15872</w:t>
        <w:br/>
        <w:t>f 21455/19126/15874 21459/19130/15877 21458/19131/15877</w:t>
        <w:br/>
        <w:t>f 21454/19127/15874 21455/19126/15874 21458/19131/15877</w:t>
        <w:br/>
        <w:t>f 21461/19132/15878 21460/19133/15878 21456/19129/15876</w:t>
        <w:br/>
        <w:t>f 21457/19128/15875 21461/19132/15878 21456/19129/15876</w:t>
        <w:br/>
        <w:t>f 21463/19134/15879 21462/19135/15879 21460/19133/15878</w:t>
        <w:br/>
        <w:t>f 21461/19132/15878 21463/19134/15879 21460/19133/15878</w:t>
        <w:br/>
        <w:t>f 21459/19130/15877 21465/19136/15880 21464/19137/15880</w:t>
        <w:br/>
        <w:t>f 21458/19131/15877 21459/19130/15877 21464/19137/15880</w:t>
        <w:br/>
        <w:t>f 21467/19138/15881 21466/19139/15882 21462/19135/15879</w:t>
        <w:br/>
        <w:t>f 21463/19134/15879 21467/19138/15881 21462/19135/15879</w:t>
        <w:br/>
        <w:t>f 21464/19137/15880 21465/19136/15880 21469/19140/15883</w:t>
        <w:br/>
        <w:t>f 21468/19141/15884 21464/19137/15880 21469/19140/15883</w:t>
        <w:br/>
        <w:t>f 21344/19015/15780 21345/19014/15779 21339/19012/15777</w:t>
        <w:br/>
        <w:t>f 21340/19011/15776 21344/19015/15780 21339/19012/15777</w:t>
        <w:br/>
        <w:t>f 21472/19142/15838 21471/19143/15857 21470/19144/15882</w:t>
        <w:br/>
        <w:t>f 21473/19145/15885 21472/19142/15838 21470/19144/15882</w:t>
        <w:br/>
        <w:t>f 21477/19146/15859 21476/19147/15841 21475/19148/15886</w:t>
        <w:br/>
        <w:t>f 21474/19149/15887 21477/19146/15859 21475/19148/15886</w:t>
        <w:br/>
        <w:t>f 21347/19018/15783 21344/19015/15780 21340/19011/15776</w:t>
        <w:br/>
        <w:t>f 21341/19013/15778 21347/19018/15783 21340/19011/15776</w:t>
        <w:br/>
        <w:t>f 21481/19150/15814 21480/19151/15809 21479/19152/15810</w:t>
        <w:br/>
        <w:t>f 21478/19153/15815 21481/19150/15814 21479/19152/15810</w:t>
        <w:br/>
        <w:t>f 21473/19145/15885 21470/19144/15882 21482/19154/15881</w:t>
        <w:br/>
        <w:t>f 21481/19150/15814 21473/19145/15885 21482/19154/15881</w:t>
        <w:br/>
        <w:t>f 21475/19148/15886 21484/19155/15816 21483/19156/15811</w:t>
        <w:br/>
        <w:t>f 21474/19149/15887 21475/19148/15886 21483/19156/15811</w:t>
        <w:br/>
        <w:t>f 21478/19153/15815 21479/19152/15810 21486/19157/15811</w:t>
        <w:br/>
        <w:t>f 21485/19158/15888 21478/19153/15815 21486/19157/15811</w:t>
        <w:br/>
        <w:t>f 21488/19159/15889 21487/19160/15890 21298/18969/15749</w:t>
        <w:br/>
        <w:t>f 21299/18968/15748 21488/19159/15889 21298/18969/15749</w:t>
        <w:br/>
        <w:t>f 21492/19161/15891 21491/19162/15892 21490/19163/15893</w:t>
        <w:br/>
        <w:t>f 21489/19164/15894 21492/19161/15891 21490/19163/15893</w:t>
        <w:br/>
        <w:t>f 21494/19165/15895 21490/19163/15893 21491/19162/15892</w:t>
        <w:br/>
        <w:t>f 21493/19166/15895 21494/19165/15895 21491/19162/15892</w:t>
        <w:br/>
        <w:t>f 21494/19165/15895 21493/19166/15895 21496/19167/15896</w:t>
        <w:br/>
        <w:t>f 21495/19168/15896 21494/19165/15895 21496/19167/15896</w:t>
        <w:br/>
        <w:t>f 21500/19169/15897 21499/19170/15898 21498/19171/15898</w:t>
        <w:br/>
        <w:t>f 21497/19172/15899 21500/19169/15897 21498/19171/15898</w:t>
        <w:br/>
        <w:t>f 21499/19170/15898 21502/19173/15900 21501/19174/15900</w:t>
        <w:br/>
        <w:t>f 21498/19171/15898 21499/19170/15898 21501/19174/15900</w:t>
        <w:br/>
        <w:t>f 21504/19175/15901 21503/19176/15901 21501/19174/15900</w:t>
        <w:br/>
        <w:t>f 21502/19173/15900 21504/19175/15901 21501/19174/15900</w:t>
        <w:br/>
        <w:t>f 21508/19177/15902 21507/19178/15903 21506/19179/15904</w:t>
        <w:br/>
        <w:t>f 21505/19180/15905 21508/19177/15902 21506/19179/15904</w:t>
        <w:br/>
        <w:t>f 21507/19178/15903 21508/19177/15902 21510/19181/15906</w:t>
        <w:br/>
        <w:t>f 21509/19182/15906 21507/19178/15903 21510/19181/15906</w:t>
        <w:br/>
        <w:t>f 21509/19182/15906 21510/19181/15906 21512/19183/15907</w:t>
        <w:br/>
        <w:t>f 21511/19184/15908 21509/19182/15906 21512/19183/15907</w:t>
        <w:br/>
        <w:t>f 21512/19183/15907 21514/19185/15909 21513/19186/15909</w:t>
        <w:br/>
        <w:t>f 21511/19184/15908 21512/19183/15907 21513/19186/15909</w:t>
        <w:br/>
        <w:t>f 21516/19187/15910 21513/19186/15909 21514/19185/15909</w:t>
        <w:br/>
        <w:t>f 21515/19188/15910 21516/19187/15910 21514/19185/15909</w:t>
        <w:br/>
        <w:t>f 21520/19189/15911 21519/19190/15911 21518/19191/15912</w:t>
        <w:br/>
        <w:t>f 21517/19192/15913 21520/19189/15911 21518/19191/15912</w:t>
        <w:br/>
        <w:t>f 21520/19189/15911 21522/19193/15914 21521/19194/15914</w:t>
        <w:br/>
        <w:t>f 21519/19190/15911 21520/19189/15911 21521/19194/15914</w:t>
        <w:br/>
        <w:t>f 21522/19193/15914 21524/19195/15915 21523/19196/15915</w:t>
        <w:br/>
        <w:t>f 21521/19194/15914 21522/19193/15914 21523/19196/15915</w:t>
        <w:br/>
        <w:t>f 21526/19197/15916 21525/19198/15916 21523/19196/15915</w:t>
        <w:br/>
        <w:t>f 21524/19195/15915 21526/19197/15916 21523/19196/15915</w:t>
        <w:br/>
        <w:t>f 21530/19199/15917 21529/19200/15917 21528/19201/15917</w:t>
        <w:br/>
        <w:t>f 21527/19202/15917 21530/19199/15917 21528/19201/15917</w:t>
        <w:br/>
        <w:t>f 21534/19203/15918 21533/19204/15919 21532/19205/15920</w:t>
        <w:br/>
        <w:t>f 21531/19206/15921 21534/19203/15918 21532/19205/15920</w:t>
        <w:br/>
        <w:t>f 21534/19203/15918 21536/19207/15922 21535/19208/15923</w:t>
        <w:br/>
        <w:t>f 21533/19204/15919 21534/19203/15918 21535/19208/15923</w:t>
        <w:br/>
        <w:t>f 21538/19209/15924 21537/19210/15925 21533/19204/15919</w:t>
        <w:br/>
        <w:t>f 21535/19208/15923 21538/19209/15924 21533/19204/15919</w:t>
        <w:br/>
        <w:t>f 21533/19204/15919 21537/19210/15925 21539/19211/15926</w:t>
        <w:br/>
        <w:t>f 21532/19205/15920 21533/19204/15919 21539/19211/15926</w:t>
        <w:br/>
        <w:t>f 21537/19210/15925 21538/19209/15924 21541/19212/15927</w:t>
        <w:br/>
        <w:t>f 21540/19213/15928 21537/19210/15925 21541/19212/15927</w:t>
        <w:br/>
        <w:t>f 21537/19210/15925 21540/19213/15928 21542/19214/15929</w:t>
        <w:br/>
        <w:t>f 21539/19211/15926 21537/19210/15925 21542/19214/15929</w:t>
        <w:br/>
        <w:t>f 21546/19215/15930 21545/19216/15931 21544/19217/15932</w:t>
        <w:br/>
        <w:t>f 21543/19218/15933 21546/19215/15930 21544/19217/15932</w:t>
        <w:br/>
        <w:t>f 21544/19217/15932 21548/19219/15934 21547/19220/15935</w:t>
        <w:br/>
        <w:t>f 21543/19218/15933 21544/19217/15932 21547/19220/15935</w:t>
        <w:br/>
        <w:t>f 21545/19216/15931 21550/19221/15936 21549/19222/15937</w:t>
        <w:br/>
        <w:t>f 21544/19217/15932 21545/19216/15931 21549/19222/15937</w:t>
        <w:br/>
        <w:t>f 21551/19223/15938 21548/19219/15934 21544/19217/15932</w:t>
        <w:br/>
        <w:t>f 21549/19222/15937 21551/19223/15938 21544/19217/15932</w:t>
        <w:br/>
        <w:t>f 21550/19221/15936 21553/19224/15939 21552/19225/15940</w:t>
        <w:br/>
        <w:t>f 21549/19222/15937 21550/19221/15936 21552/19225/15940</w:t>
        <w:br/>
        <w:t>f 21552/19225/15940 21554/19226/15941 21551/19223/15938</w:t>
        <w:br/>
        <w:t>f 21549/19222/15937 21552/19225/15940 21551/19223/15938</w:t>
        <w:br/>
        <w:t>f 21553/19224/15939 21556/19227/15942 21555/19228/15943</w:t>
        <w:br/>
        <w:t>f 21552/19225/15940 21553/19224/15939 21555/19228/15943</w:t>
        <w:br/>
        <w:t>f 21552/19225/15940 21555/19228/15943 21557/19229/15944</w:t>
        <w:br/>
        <w:t>f 21554/19226/15941 21552/19225/15940 21557/19229/15944</w:t>
        <w:br/>
        <w:t>f 21561/19230/15945 21560/19231/15946 21559/19232/15947</w:t>
        <w:br/>
        <w:t>f 21558/19233/15948 21561/19230/15945 21559/19232/15947</w:t>
        <w:br/>
        <w:t>f 21558/19233/15948 21559/19232/15947 21563/19234/15949</w:t>
        <w:br/>
        <w:t>f 21562/19235/15950 21558/19233/15948 21563/19234/15949</w:t>
        <w:br/>
        <w:t>f 21559/19232/15947 21565/19236/15951 21564/19237/15952</w:t>
        <w:br/>
        <w:t>f 21563/19234/15949 21559/19232/15947 21564/19237/15952</w:t>
        <w:br/>
        <w:t>f 21559/19232/15947 21560/19231/15946 21566/19238/15953</w:t>
        <w:br/>
        <w:t>f 21565/19236/15951 21559/19232/15947 21566/19238/15953</w:t>
        <w:br/>
        <w:t>f 21568/19239/15954 21564/19237/15952 21565/19236/15951</w:t>
        <w:br/>
        <w:t>f 21567/19240/15955 21568/19239/15954 21565/19236/15951</w:t>
        <w:br/>
        <w:t>f 21565/19236/15951 21566/19238/15953 21569/19241/15956</w:t>
        <w:br/>
        <w:t>f 21567/19240/15955 21565/19236/15951 21569/19241/15956</w:t>
        <w:br/>
        <w:t>f 21567/19240/15955 21569/19241/15956 21571/19242/15957</w:t>
        <w:br/>
        <w:t>f 21570/19243/15958 21567/19240/15955 21571/19242/15957</w:t>
        <w:br/>
        <w:t>f 21567/19240/15955 21570/19243/15958 21572/19244/15959</w:t>
        <w:br/>
        <w:t>f 21568/19239/15954 21567/19240/15955 21572/19244/15959</w:t>
        <w:br/>
        <w:t>f 21574/19245/15960 21573/19246/15961 21570/19243/15958</w:t>
        <w:br/>
        <w:t>f 21571/19242/15957 21574/19245/15960 21570/19243/15958</w:t>
        <w:br/>
        <w:t>f 21570/19243/15958 21573/19246/15961 21575/19247/15962</w:t>
        <w:br/>
        <w:t>f 21572/19244/15959 21570/19243/15958 21575/19247/15962</w:t>
        <w:br/>
        <w:t>f 21579/19248/15963 21578/19249/15964 21577/19250/15965</w:t>
        <w:br/>
        <w:t>f 21576/19251/15966 21579/19248/15963 21577/19250/15965</w:t>
        <w:br/>
        <w:t>f 21579/19248/15963 21581/19252/15967 21580/19253/15968</w:t>
        <w:br/>
        <w:t>f 21578/19249/15964 21579/19248/15963 21580/19253/15968</w:t>
        <w:br/>
        <w:t>f 21576/19251/15966 21583/19254/15969 21582/19255/15970</w:t>
        <w:br/>
        <w:t>f 21579/19248/15963 21576/19251/15966 21582/19255/15970</w:t>
        <w:br/>
        <w:t>f 21581/19252/15967 21579/19248/15963 21582/19255/15970</w:t>
        <w:br/>
        <w:t>f 21584/19256/15971 21581/19252/15967 21582/19255/15970</w:t>
        <w:br/>
        <w:t>f 21586/19257/15972 21585/19258/15973 21584/19256/15971</w:t>
        <w:br/>
        <w:t>f 21582/19255/15970 21586/19257/15972 21584/19256/15971</w:t>
        <w:br/>
        <w:t>f 21586/19257/15972 21582/19255/15970 21583/19254/15969</w:t>
        <w:br/>
        <w:t>f 21587/19259/15974 21586/19257/15972 21583/19254/15969</w:t>
        <w:br/>
        <w:t>f 21587/19259/15974 21589/19260/15975 21588/19261/15976</w:t>
        <w:br/>
        <w:t>f 21586/19257/15972 21587/19259/15974 21588/19261/15976</w:t>
        <w:br/>
        <w:t>f 21585/19258/15973 21586/19257/15972 21588/19261/15976</w:t>
        <w:br/>
        <w:t>f 21590/19262/15977 21585/19258/15973 21588/19261/15976</w:t>
        <w:br/>
        <w:t>f 21593/19263/15978 21588/19261/15976 21592/19264/15979</w:t>
        <w:br/>
        <w:t>f 21591/19265/15978 21593/19263/15978 21592/19264/15979</w:t>
        <w:br/>
        <w:t>f 21531/19206/15921 21594/19266/15980 21588/19261/15976</w:t>
        <w:br/>
        <w:t>f 21534/19203/15918 21531/19206/15921 21588/19261/15976</w:t>
        <w:br/>
        <w:t>f 21598/19267/15981 21597/19268/15981 21596/19269/15982</w:t>
        <w:br/>
        <w:t>f 21595/19270/15982 21598/19267/15981 21596/19269/15982</w:t>
        <w:br/>
        <w:t>f 21602/19271/15983 21601/19272/15984 21600/19273/15985</w:t>
        <w:br/>
        <w:t>f 21599/19274/15983 21602/19271/15983 21600/19273/15985</w:t>
        <w:br/>
        <w:t>f 21604/19275/15986 21602/19271/15983 21599/19274/15983</w:t>
        <w:br/>
        <w:t>f 21603/19276/15986 21604/19275/15986 21599/19274/15983</w:t>
        <w:br/>
        <w:t>f 21595/19270/15982 21596/19269/15982 21606/19277/15987</w:t>
        <w:br/>
        <w:t>f 21605/19278/15988 21595/19270/15982 21606/19277/15987</w:t>
        <w:br/>
        <w:t>f 21608/19279/15989 21604/19275/15986 21603/19276/15986</w:t>
        <w:br/>
        <w:t>f 21607/19280/15990 21608/19279/15989 21603/19276/15986</w:t>
        <w:br/>
        <w:t>f 21605/19278/15988 21606/19277/15987 21610/19281/15991</w:t>
        <w:br/>
        <w:t>f 21609/19282/15992 21605/19278/15988 21610/19281/15991</w:t>
        <w:br/>
        <w:t>f 21614/19283/15993 21613/19284/15994 21612/19285/15995</w:t>
        <w:br/>
        <w:t>f 21611/19286/15990 21614/19283/15993 21612/19285/15995</w:t>
        <w:br/>
        <w:t>f 21618/19287/15996 21617/19288/15997 21616/19289/15998</w:t>
        <w:br/>
        <w:t>f 21615/19290/15998 21618/19287/15996 21616/19289/15998</w:t>
        <w:br/>
        <w:t>f 21620/19291/15999 21619/19292/15999 21613/19284/15994</w:t>
        <w:br/>
        <w:t>f 21614/19283/15993 21620/19291/15999 21613/19284/15994</w:t>
        <w:br/>
        <w:t>f 21616/19289/15998 21622/19293/16000 21621/19294/16000</w:t>
        <w:br/>
        <w:t>f 21615/19290/15998 21616/19289/15998 21621/19294/16000</w:t>
        <w:br/>
        <w:t>f 21622/19293/16000 21624/19295/16001 21623/19296/16001</w:t>
        <w:br/>
        <w:t>f 21621/19294/16000 21622/19293/16000 21623/19296/16001</w:t>
        <w:br/>
        <w:t>f 21626/19297/16002 21625/19298/16002 21619/19292/15999</w:t>
        <w:br/>
        <w:t>f 21620/19291/15999 21626/19297/16002 21619/19292/15999</w:t>
        <w:br/>
        <w:t>f 21628/19299/16003 21627/19300/16003 21625/19298/16002</w:t>
        <w:br/>
        <w:t>f 21626/19297/16002 21628/19299/16003 21625/19298/16002</w:t>
        <w:br/>
        <w:t>f 21624/19295/16001 21630/19301/16004 21629/19302/16004</w:t>
        <w:br/>
        <w:t>f 21623/19296/16001 21624/19295/16001 21629/19302/16004</w:t>
        <w:br/>
        <w:t>f 21600/19273/15985 21601/19272/15984 21627/19300/16003</w:t>
        <w:br/>
        <w:t>f 21628/19299/16003 21600/19273/15985 21627/19300/16003</w:t>
        <w:br/>
        <w:t>f 21629/19302/16004 21630/19301/16004 21597/19268/15981</w:t>
        <w:br/>
        <w:t>f 21598/19267/15981 21629/19302/16004 21597/19268/15981</w:t>
        <w:br/>
        <w:t>f 21634/19303/16005 21633/19304/16005 21632/19305/16006</w:t>
        <w:br/>
        <w:t>f 21631/19306/16007 21634/19303/16005 21632/19305/16006</w:t>
        <w:br/>
        <w:t>f 21638/19307/16008 21637/19308/16009 21636/19309/16009</w:t>
        <w:br/>
        <w:t>f 21635/19310/16010 21638/19307/16008 21636/19309/16009</w:t>
        <w:br/>
        <w:t>f 21640/19311/16011 21639/19312/16011 21633/19304/16005</w:t>
        <w:br/>
        <w:t>f 21634/19303/16005 21640/19311/16011 21633/19304/16005</w:t>
        <w:br/>
        <w:t>f 21637/19308/16009 21642/19313/16012 21641/19314/16013</w:t>
        <w:br/>
        <w:t>f 21636/19309/16009 21637/19308/16009 21641/19314/16013</w:t>
        <w:br/>
        <w:t>f 21644/19315/16014 21643/19316/16014 21639/19312/16011</w:t>
        <w:br/>
        <w:t>f 21640/19311/16011 21644/19315/16014 21639/19312/16011</w:t>
        <w:br/>
        <w:t>f 21642/19313/16012 21646/19317/16015 21645/19318/16015</w:t>
        <w:br/>
        <w:t>f 21641/19314/16013 21642/19313/16012 21645/19318/16015</w:t>
        <w:br/>
        <w:t>f 21648/19319/16016 21647/19320/16017 21643/19316/16014</w:t>
        <w:br/>
        <w:t>f 21644/19315/16014 21648/19319/16016 21643/19316/16014</w:t>
        <w:br/>
        <w:t>f 21646/19317/16015 21650/19321/16018 21649/19322/16019</w:t>
        <w:br/>
        <w:t>f 21645/19318/16015 21646/19317/16015 21649/19322/16019</w:t>
        <w:br/>
        <w:t>f 21652/19323/16020 21647/19320/16017 21648/19319/16016</w:t>
        <w:br/>
        <w:t>f 21651/19324/16020 21652/19323/16020 21648/19319/16016</w:t>
        <w:br/>
        <w:t>f 21649/19322/16019 21650/19321/16018 21654/19325/16021</w:t>
        <w:br/>
        <w:t>f 21653/19326/16021 21649/19322/16019 21654/19325/16021</w:t>
        <w:br/>
        <w:t>f 21653/19326/16021 21654/19325/16021 21656/19327/16022</w:t>
        <w:br/>
        <w:t>f 21655/19328/16022 21653/19326/16021 21656/19327/16022</w:t>
        <w:br/>
        <w:t>f 21658/19329/16023 21652/19323/16020 21651/19324/16020</w:t>
        <w:br/>
        <w:t>f 21657/19330/16023 21658/19329/16023 21651/19324/16020</w:t>
        <w:br/>
        <w:t>f 21655/19328/16022 21656/19327/16022 21660/19331/16024</w:t>
        <w:br/>
        <w:t>f 21659/19332/16024 21655/19328/16022 21660/19331/16024</w:t>
        <w:br/>
        <w:t>f 21662/19333/16025 21658/19329/16023 21657/19330/16023</w:t>
        <w:br/>
        <w:t>f 21661/19334/16026 21662/19333/16025 21657/19330/16023</w:t>
        <w:br/>
        <w:t>f 21664/19335/16027 21662/19333/16025 21661/19334/16026</w:t>
        <w:br/>
        <w:t>f 21663/19336/16027 21664/19335/16027 21661/19334/16026</w:t>
        <w:br/>
        <w:t>f 21659/19332/16024 21660/19331/16024 21666/19337/16028</w:t>
        <w:br/>
        <w:t>f 21665/19338/16028 21659/19332/16024 21666/19337/16028</w:t>
        <w:br/>
        <w:t>f 21668/19339/16029 21664/19335/16027 21663/19336/16027</w:t>
        <w:br/>
        <w:t>f 21667/19340/16030 21668/19339/16029 21663/19336/16027</w:t>
        <w:br/>
        <w:t>f 21666/19337/16028 21670/19341/16031 21669/19342/16032</w:t>
        <w:br/>
        <w:t>f 21665/19338/16028 21666/19337/16028 21669/19342/16032</w:t>
        <w:br/>
        <w:t>f 21543/19218/15933 21540/19213/15928 21541/19212/15927</w:t>
        <w:br/>
        <w:t>f 21546/19215/15930 21543/19218/15933 21541/19212/15927</w:t>
        <w:br/>
        <w:t>f 21673/19343/16030 21672/19344/16006 21671/19345/15989</w:t>
        <w:br/>
        <w:t>f 21674/19346/16033 21673/19343/16030 21671/19345/15989</w:t>
        <w:br/>
        <w:t>f 21678/19347/16008 21677/19348/16034 21676/19349/16035</w:t>
        <w:br/>
        <w:t>f 21675/19350/15991 21678/19347/16008 21676/19349/16035</w:t>
        <w:br/>
        <w:t>f 21547/19220/15935 21542/19214/15929 21540/19213/15928</w:t>
        <w:br/>
        <w:t>f 21543/19218/15933 21547/19220/15935 21540/19213/15928</w:t>
        <w:br/>
        <w:t>f 21682/19351/15965 21681/19352/15964 21680/19353/15961</w:t>
        <w:br/>
        <w:t>f 21679/19354/15960 21682/19351/15965 21680/19353/15961</w:t>
        <w:br/>
        <w:t>f 21674/19346/16033 21682/19351/15965 21683/19355/16029</w:t>
        <w:br/>
        <w:t>f 21673/19343/16030 21674/19346/16033 21683/19355/16029</w:t>
        <w:br/>
        <w:t>f 21676/19349/16035 21677/19348/16034 21685/19356/15962</w:t>
        <w:br/>
        <w:t>f 21684/19357/16036 21676/19349/16035 21685/19356/15962</w:t>
        <w:br/>
        <w:t>f 21681/19352/15964 21687/19358/16037 21686/19359/15962</w:t>
        <w:br/>
        <w:t>f 21680/19353/15961 21681/19352/15964 21686/19359/15962</w:t>
        <w:br/>
        <w:t>f 21689/19360/16038 21500/19169/15897 21497/19172/15899</w:t>
        <w:br/>
        <w:t>f 21688/19361/16039 21689/19360/16038 21497/19172/15899</w:t>
        <w:br/>
        <w:t>f 27562/19362/16040 27561/19363/16041 27560/19364/16041</w:t>
        <w:br/>
        <w:t>f 27559/19365/16040 27562/19362/16040 27560/19364/16041</w:t>
        <w:br/>
        <w:t>f 27566/19366/16042 27565/19367/16042 27564/19368/16043</w:t>
        <w:br/>
        <w:t>f 27563/19369/16043 27566/19366/16042 27564/19368/16043</w:t>
        <w:br/>
        <w:t>f 27570/19370/16044 27569/19371/16045 27568/19372/16045</w:t>
        <w:br/>
        <w:t>f 27567/19373/16044 27570/19370/16044 27568/19372/16045</w:t>
        <w:br/>
        <w:t>f 27574/19374/16046 27573/19375/16047 27572/19376/16048</w:t>
        <w:br/>
        <w:t>f 27571/19377/16049 27574/19374/16046 27572/19376/16048</w:t>
        <w:br/>
        <w:t>f 27561/19363/16041 27574/19374/16046 27571/19377/16049</w:t>
        <w:br/>
        <w:t>f 27560/19364/16041 27561/19363/16041 27571/19377/16049</w:t>
        <w:br/>
        <w:t>f 27568/19372/16045 27569/19371/16045 27576/19378/16050</w:t>
        <w:br/>
        <w:t>f 27575/19379/16050 27568/19372/16045 27576/19378/16050</w:t>
        <w:br/>
        <w:t>f 27578/19380/16051 27570/19370/16044 27567/19373/16044</w:t>
        <w:br/>
        <w:t>f 27577/19381/16051 27578/19380/16051 27567/19373/16044</w:t>
        <w:br/>
        <w:t>f 27582/19382/16052 27581/19383/16053 27580/19384/16054</w:t>
        <w:br/>
        <w:t>f 27579/19385/16052 27582/19382/16052 27580/19384/16054</w:t>
        <w:br/>
        <w:t>f 27584/19386/16055 27563/19369/16043 27564/19368/16043</w:t>
        <w:br/>
        <w:t>f 27583/19387/16056 27584/19386/16055 27564/19368/16043</w:t>
        <w:br/>
        <w:t>f 27586/19388/16057 27585/19389/16058 27578/19380/16051</w:t>
        <w:br/>
        <w:t>f 27577/19381/16051 27586/19388/16057 27578/19380/16051</w:t>
        <w:br/>
        <w:t>f 27588/19390/16059 27587/19391/16059 27565/19367/16042</w:t>
        <w:br/>
        <w:t>f 27566/19366/16042 27588/19390/16059 27565/19367/16042</w:t>
        <w:br/>
        <w:t>f 27590/19392/16060 27587/19391/16059 27588/19390/16059</w:t>
        <w:br/>
        <w:t>f 27589/19393/16060 27590/19392/16060 27588/19390/16059</w:t>
        <w:br/>
        <w:t>f 27594/19394/16061 27593/19395/16062 27592/19396/16063</w:t>
        <w:br/>
        <w:t>f 27591/19397/16061 27594/19394/16061 27592/19396/16063</w:t>
        <w:br/>
        <w:t>f 27598/19398/16064 27597/19399/16065 27596/19400/16065</w:t>
        <w:br/>
        <w:t>f 27595/19401/16065 27598/19398/16064 27596/19400/16065</w:t>
        <w:br/>
        <w:t>f 27601/19402/16066 27600/19403/16066 27599/19404/16062</w:t>
        <w:br/>
        <w:t>f 27598/19398/16067 27601/19402/16066 27599/19404/16062</w:t>
        <w:br/>
        <w:t>f 27603/19405/16068 27602/19406/16068 27600/19403/16066</w:t>
        <w:br/>
        <w:t>f 27601/19402/16066 27603/19405/16068 27600/19403/16066</w:t>
        <w:br/>
        <w:t>f 27603/19405/16068 27605/19407/16069 27604/19408/16070</w:t>
        <w:br/>
        <w:t>f 27602/19406/16068 27603/19405/16068 27604/19408/16070</w:t>
        <w:br/>
        <w:t>f 27607/19409/16071 27606/19410/16072 27604/19408/16070</w:t>
        <w:br/>
        <w:t>f 27605/19407/16069 27607/19409/16071 27604/19408/16070</w:t>
        <w:br/>
        <w:t>f 27606/19410/16072 27607/19409/16071 27609/19411/16073</w:t>
        <w:br/>
        <w:t>f 27608/19412/16074 27606/19410/16072 27609/19411/16073</w:t>
        <w:br/>
        <w:t>f 27613/19413/16075 27612/19414/16076 27611/19415/16076</w:t>
        <w:br/>
        <w:t>f 27610/19416/16077 27613/19413/16075 27611/19415/16076</w:t>
        <w:br/>
        <w:t>f 27615/19417/16078 27614/19418/16079 27613/19413/16075</w:t>
        <w:br/>
        <w:t>f 27610/19416/16077 27615/19417/16078 27613/19413/16075</w:t>
        <w:br/>
        <w:t>f 27617/19419/16080 27608/19412/16074 27609/19411/16073</w:t>
        <w:br/>
        <w:t>f 27616/19420/16080 27617/19419/16080 27609/19411/16073</w:t>
        <w:br/>
        <w:t>f 27620/19421/16078 27619/19422/16077 27618/19423/16081</w:t>
        <w:br/>
        <w:t>f 27623/19424/16082 27622/19425/16072 27619/19422/16077</w:t>
        <w:br/>
        <w:t>f 27621/19426/16082 27623/19424/16082 27619/19422/16077</w:t>
        <w:br/>
        <w:t>f 27621/19426/16082 27625/19427/16083 27624/19428/16084</w:t>
        <w:br/>
        <w:t>f 27623/19424/16082 27621/19426/16082 27624/19428/16084</w:t>
        <w:br/>
        <w:t>f 27612/19414/16076 27627/19429/16085 27626/19430/16083</w:t>
        <w:br/>
        <w:t>f 27611/19415/16076 27612/19414/16076 27626/19430/16083</w:t>
        <w:br/>
        <w:t>f 27627/19429/16085 27629/19431/16086 27628/19432/16087</w:t>
        <w:br/>
        <w:t>f 27626/19430/16083 27627/19429/16085 27628/19432/16087</w:t>
        <w:br/>
        <w:t>f 27593/19395/16062 27631/19433/16088 27630/19434/16089</w:t>
        <w:br/>
        <w:t>f 27592/19396/16063 27593/19395/16062 27630/19434/16089</w:t>
        <w:br/>
        <w:t>f 27625/19427/16083 27632/19435/16090 27631/19433/16088</w:t>
        <w:br/>
        <w:t>f 27624/19428/16084 27625/19427/16083 27631/19433/16088</w:t>
        <w:br/>
        <w:t>f 27629/19431/16086 27634/19436/16091 27633/19437/16092</w:t>
        <w:br/>
        <w:t>f 27628/19432/16087 27629/19431/16086 27633/19437/16092</w:t>
        <w:br/>
        <w:t>f 27634/19436/16091 27637/19438/16093 27636/19439/16093</w:t>
        <w:br/>
        <w:t>f 27635/19440/16063 27634/19436/16091 27636/19439/16093</w:t>
        <w:br/>
        <w:t>f 27639/19441/16094 27638/19442/16095 27585/19389/16058</w:t>
        <w:br/>
        <w:t>f 27586/19388/16057 27639/19441/16094 27585/19389/16058</w:t>
        <w:br/>
        <w:t>f 27643/19443/16096 27642/19444/16097 27641/19445/16098</w:t>
        <w:br/>
        <w:t>f 27640/19446/16098 27643/19443/16096 27641/19445/16098</w:t>
        <w:br/>
        <w:t>f 27647/19447/16099 27646/19448/16100 27645/19449/16101</w:t>
        <w:br/>
        <w:t>f 27644/19450/16094 27647/19447/16099 27645/19449/16101</w:t>
        <w:br/>
        <w:t>f 27651/19451/16102 27650/19452/16103 27649/19453/16104</w:t>
        <w:br/>
        <w:t>f 27648/19454/16102 27651/19451/16102 27649/19453/16104</w:t>
        <w:br/>
        <w:t>f 27639/19441/16094 27652/19455/16101 27650/19452/16105</w:t>
        <w:br/>
        <w:t>f 27638/19442/16095 27639/19441/16094 27650/19452/16105</w:t>
        <w:br/>
        <w:t>f 27647/19447/16099 27644/19450/16094 27580/19384/16054</w:t>
        <w:br/>
        <w:t>f 27581/19383/16053 27647/19447/16099 27580/19384/16054</w:t>
        <w:br/>
        <w:t>f 27648/19454/16102 27654/19456/16106 27653/19457/16106</w:t>
        <w:br/>
        <w:t>f 27651/19451/16102 27648/19454/16102 27653/19457/16106</w:t>
        <w:br/>
        <w:t>f 27658/19458/16107 27657/19459/16108 27656/19460/16109</w:t>
        <w:br/>
        <w:t>f 27655/19461/16110 27658/19458/16107 27656/19460/16109</w:t>
        <w:br/>
        <w:t>f 27655/19461/16110 27656/19460/16109 27660/19462/16111</w:t>
        <w:br/>
        <w:t>f 27659/19463/16111 27655/19461/16110 27660/19462/16111</w:t>
        <w:br/>
        <w:t>f 27664/19464/16107 27663/19465/16112 27662/19466/16113</w:t>
        <w:br/>
        <w:t>f 27661/19467/16114 27664/19464/16107 27662/19466/16113</w:t>
        <w:br/>
        <w:t>f 27646/19448/16100 27664/19464/16107 27661/19467/16114</w:t>
        <w:br/>
        <w:t>f 27645/19449/16101 27646/19448/16100 27661/19467/16114</w:t>
        <w:br/>
        <w:t>f 27657/19459/16108 27658/19458/16107 27640/19446/16098</w:t>
        <w:br/>
        <w:t>f 27641/19445/16098 27657/19459/16108 27640/19446/16098</w:t>
        <w:br/>
        <w:t>f 27654/19456/16106 27617/19419/16080 27616/19420/16080</w:t>
        <w:br/>
        <w:t>f 27653/19457/16106 27654/19456/16106 27616/19420/16080</w:t>
        <w:br/>
        <w:t>f 27643/19443/16096 27584/19386/16055 27583/19387/16056</w:t>
        <w:br/>
        <w:t>f 27642/19444/16097 27643/19443/16096 27583/19387/16056</w:t>
        <w:br/>
        <w:t>f 27666/19468/16115 27620/19421/16078 27618/19423/16081</w:t>
        <w:br/>
        <w:t>f 27665/19469/16115 27666/19468/16115 27618/19423/16081</w:t>
        <w:br/>
        <w:t>f 27614/19418/16079 27615/19417/16078 27659/19463/16111</w:t>
        <w:br/>
        <w:t>f 27660/19462/16111 27614/19418/16079 27659/19463/16111</w:t>
        <w:br/>
        <w:t>f 27665/19469/16115 27662/19466/16113 27663/19465/16112</w:t>
        <w:br/>
        <w:t>f 27666/19468/16115 27665/19469/16115 27663/19465/16112</w:t>
        <w:br/>
        <w:t>f 27670/19470/16116 27669/19471/16116 27668/19472/16117</w:t>
        <w:br/>
        <w:t>f 27667/19473/16118 27670/19470/16116 27668/19472/16117</w:t>
        <w:br/>
        <w:t>f 27674/19474/16119 27673/19475/16120 27672/19476/16121</w:t>
        <w:br/>
        <w:t>f 27671/19477/16122 27674/19474/16119 27672/19476/16121</w:t>
        <w:br/>
        <w:t>f 27678/19478/16123 27677/19479/16124 27676/19480/16122</w:t>
        <w:br/>
        <w:t>f 27675/19481/16121 27678/19478/16123 27676/19480/16122</w:t>
        <w:br/>
        <w:t>f 27680/19482/16125 27667/19473/16118 27668/19472/16117</w:t>
        <w:br/>
        <w:t>f 27679/19483/16125 27680/19482/16125 27668/19472/16117</w:t>
        <w:br/>
        <w:t>f 27683/19484/16126 27682/19485/16127 27681/19486/16128</w:t>
        <w:br/>
        <w:t>f 27676/19480/16122 27677/19479/16124 27685/19487/16129</w:t>
        <w:br/>
        <w:t>f 27684/19488/16130 27676/19480/16122 27685/19487/16129</w:t>
        <w:br/>
        <w:t>f 27688/19489/16131 27687/19490/16132 27686/19491/16128</w:t>
        <w:br/>
        <w:t>f 27689/19492/16127 27688/19489/16131 27686/19491/16128</w:t>
        <w:br/>
        <w:t>f 27691/19493/16133 27690/19494/16134 27674/19474/16119</w:t>
        <w:br/>
        <w:t>f 27671/19477/16122 27691/19493/16133 27674/19474/16119</w:t>
        <w:br/>
        <w:t>f 27695/19495/16135 27694/19496/16135 27693/19497/16136</w:t>
        <w:br/>
        <w:t>f 27692/19498/16137 27695/19495/16135 27693/19497/16136</w:t>
        <w:br/>
        <w:t>f 27699/19499/16138 27698/19500/16139 27697/19501/16139</w:t>
        <w:br/>
        <w:t>f 27696/19502/16138 27699/19499/16138 27697/19501/16139</w:t>
        <w:br/>
        <w:t>f 27697/19501/16139 27698/19500/16139 27701/19503/16140</w:t>
        <w:br/>
        <w:t>f 27700/19504/16141 27697/19501/16139 27701/19503/16140</w:t>
        <w:br/>
        <w:t>f 27705/19505/16142 27704/19506/16142 27703/19507/16143</w:t>
        <w:br/>
        <w:t>f 27702/19508/16143 27705/19505/16142 27703/19507/16143</w:t>
        <w:br/>
        <w:t>f 27707/19509/16144 27706/19510/16144 27702/19508/16143</w:t>
        <w:br/>
        <w:t>f 27703/19507/16143 27707/19509/16144 27702/19508/16143</w:t>
        <w:br/>
        <w:t>f 27709/19511/16145 27708/19512/16146 27706/19510/16144</w:t>
        <w:br/>
        <w:t>f 27707/19509/16144 27709/19511/16145 27706/19510/16144</w:t>
        <w:br/>
        <w:t>f 27712/19513/16147 27711/19514/16148 27710/19515/16149</w:t>
        <w:br/>
        <w:t>f 27709/19511/16145 27714/19516/16150 27713/19517/16151</w:t>
        <w:br/>
        <w:t>f 27708/19512/16146 27709/19511/16145 27713/19517/16151</w:t>
        <w:br/>
        <w:t>f 27718/19518/16152 27717/19519/16153 27716/19520/16154</w:t>
        <w:br/>
        <w:t>f 27715/19521/16155 27718/19518/16152 27716/19520/16154</w:t>
        <w:br/>
        <w:t>f 27721/19522/16149 27720/19523/16148 27719/19524/16156</w:t>
        <w:br/>
        <w:t>f 27715/19521/16155 27721/19522/16149 27719/19524/16156</w:t>
        <w:br/>
        <w:t>f 27713/19517/16151 27714/19516/16150 27723/19525/16157</w:t>
        <w:br/>
        <w:t>f 27722/19526/16158 27713/19517/16151 27723/19525/16157</w:t>
        <w:br/>
        <w:t>f 27726/19527/16159 27725/19528/16160 27711/19514/16161</w:t>
        <w:br/>
        <w:t>f 27724/19529/16162 27726/19527/16159 27711/19514/16161</w:t>
        <w:br/>
        <w:t>f 27719/19524/16156 27720/19523/16148 27728/19530/16163</w:t>
        <w:br/>
        <w:t>f 27727/19531/16164 27719/19524/16156 27728/19530/16163</w:t>
        <w:br/>
        <w:t>f 27730/19532/16165 27729/19533/16166 27712/19513/16147</w:t>
        <w:br/>
        <w:t>f 27710/19515/16149 27730/19532/16165 27712/19513/16147</w:t>
        <w:br/>
        <w:t>f 27729/19533/16166 27731/19534/16153 27700/19504/16141</w:t>
        <w:br/>
        <w:t>f 27701/19503/16140 27729/19533/16166 27700/19504/16141</w:t>
        <w:br/>
        <w:t>f 27733/19535/16141 27717/19519/16153 27718/19518/16152</w:t>
        <w:br/>
        <w:t>f 27732/19536/16167 27733/19535/16141 27718/19518/16152</w:t>
        <w:br/>
        <w:t>f 27732/19536/16167 27735/19537/16168 27734/19538/16168</w:t>
        <w:br/>
        <w:t>f 27733/19535/16141 27732/19536/16167 27734/19538/16168</w:t>
        <w:br/>
        <w:t>f 27737/19539/16169 27734/19538/16168 27735/19537/16168</w:t>
        <w:br/>
        <w:t>f 27736/19540/16169 27737/19539/16169 27735/19537/16168</w:t>
        <w:br/>
        <w:t>f 27704/19506/16142 27705/19505/16142 27739/19541/16170</w:t>
        <w:br/>
        <w:t>f 27738/19542/16170 27704/19506/16142 27739/19541/16170</w:t>
        <w:br/>
        <w:t>f 27743/19543/16171 27742/19544/16172 27741/19545/16173</w:t>
        <w:br/>
        <w:t>f 27740/19546/16174 27743/19543/16171 27741/19545/16173</w:t>
        <w:br/>
        <w:t>f 27747/19547/16175 27746/19548/16175 27745/19549/16176</w:t>
        <w:br/>
        <w:t>f 27744/19550/16177 27747/19547/16175 27745/19549/16176</w:t>
        <w:br/>
        <w:t>f 27751/19551/16178 27750/19552/16179 27749/19553/16180</w:t>
        <w:br/>
        <w:t>f 27748/19554/16178 27751/19551/16178 27749/19553/16180</w:t>
        <w:br/>
        <w:t>f 27741/19545/16173 27694/19496/16135 27695/19495/16135</w:t>
        <w:br/>
        <w:t>f 27740/19546/16174 27741/19545/16173 27695/19495/16135</w:t>
        <w:br/>
        <w:t>f 27752/19555/16181 27751/19551/16178 27748/19554/16178</w:t>
        <w:br/>
        <w:t>f 27727/19531/16164 27752/19555/16181 27748/19554/16178</w:t>
        <w:br/>
        <w:t>f 27746/19548/16175 27747/19547/16175 27725/19528/16160</w:t>
        <w:br/>
        <w:t>f 27726/19527/16159 27746/19548/16175 27725/19528/16160</w:t>
        <w:br/>
        <w:t>f 27722/19526/16158 27723/19525/16157 27742/19544/16172</w:t>
        <w:br/>
        <w:t>f 27743/19543/16171 27722/19526/16158 27742/19544/16172</w:t>
        <w:br/>
        <w:t>f 27686/19491/16128 27687/19490/16132 27749/19553/16182</w:t>
        <w:br/>
        <w:t>f 27753/19556/16177 27686/19491/16128 27749/19553/16182</w:t>
        <w:br/>
        <w:t>f 27744/19550/16177 27754/19557/16174 27683/19484/16126</w:t>
        <w:br/>
        <w:t>f 27681/19486/16128 27744/19550/16177 27683/19484/16126</w:t>
        <w:br/>
        <w:t>f 27682/19485/16127 27755/19558/16137 27684/19488/16130</w:t>
        <w:br/>
        <w:t>f 27685/19487/16129 27682/19485/16127 27684/19488/16130</w:t>
        <w:br/>
        <w:t>f 27689/19492/16127 27680/19482/16125 27679/19483/16125</w:t>
        <w:br/>
        <w:t>f 27688/19489/16131 27689/19492/16127 27679/19483/16125</w:t>
        <w:br/>
        <w:t>f 27692/19498/16137 27693/19497/16136 27690/19494/16134</w:t>
        <w:br/>
        <w:t>f 27756/19559/16183 27692/19498/16137 27690/19494/16134</w:t>
        <w:br/>
        <w:t>f 27757/19560/16184 27619/19422/16077 27622/19425/16072</w:t>
        <w:br/>
        <w:t>f 27724/19529/16162 27711/19514/16161 27758/19561/16146</w:t>
        <w:br/>
        <w:t>f 27755/19558/16137 27682/19485/16127 27683/19484/16126</w:t>
        <w:br/>
        <w:t>f 27762/19562/16185 27761/19563/16185 27760/19564/16186</w:t>
        <w:br/>
        <w:t>f 27759/19565/16187 27762/19562/16185 27760/19564/16186</w:t>
        <w:br/>
        <w:t>f 27766/19566/16188 27765/19567/16189 27764/19568/16190</w:t>
        <w:br/>
        <w:t>f 27763/19569/16188 27766/19566/16188 27764/19568/16190</w:t>
        <w:br/>
        <w:t>f 27770/19570/16191 27769/19571/16191 27768/19572/16192</w:t>
        <w:br/>
        <w:t>f 27767/19573/16193 27770/19570/16191 27768/19572/16192</w:t>
        <w:br/>
        <w:t>f 27774/19574/16194 27773/19575/16195 27772/19576/16196</w:t>
        <w:br/>
        <w:t>f 27771/19577/16196 27774/19574/16194 27772/19576/16196</w:t>
        <w:br/>
        <w:t>f 27759/19565/16187 27760/19564/16186 27773/19575/16195</w:t>
        <w:br/>
        <w:t>f 27774/19574/16194 27759/19565/16187 27773/19575/16195</w:t>
        <w:br/>
        <w:t>f 27768/19572/16192 27776/19578/16197 27775/19579/16197</w:t>
        <w:br/>
        <w:t>f 27767/19573/16193 27768/19572/16192 27775/19579/16197</w:t>
        <w:br/>
        <w:t>f 27778/19580/16198 27777/19581/16198 27769/19571/16191</w:t>
        <w:br/>
        <w:t>f 27770/19570/16191 27778/19580/16198 27769/19571/16191</w:t>
        <w:br/>
        <w:t>f 27782/19582/16199 27781/19583/16199 27780/19584/16200</w:t>
        <w:br/>
        <w:t>f 27779/19585/16201 27782/19582/16199 27780/19584/16200</w:t>
        <w:br/>
        <w:t>f 27784/19586/16202 27783/19587/16203 27764/19568/16190</w:t>
        <w:br/>
        <w:t>f 27765/19567/16189 27784/19586/16202 27764/19568/16190</w:t>
        <w:br/>
        <w:t>f 27786/19588/16204 27777/19581/16198 27778/19580/16198</w:t>
        <w:br/>
        <w:t>f 27785/19589/16205 27786/19588/16204 27778/19580/16198</w:t>
        <w:br/>
        <w:t>f 27788/19590/16206 27766/19566/16188 27763/19569/16188</w:t>
        <w:br/>
        <w:t>f 27787/19591/16206 27788/19590/16206 27763/19569/16188</w:t>
        <w:br/>
        <w:t>f 27790/19592/16207 27789/19593/16207 27788/19590/16206</w:t>
        <w:br/>
        <w:t>f 27787/19591/16206 27790/19592/16207 27788/19590/16206</w:t>
        <w:br/>
        <w:t>f 27794/19594/16208 27793/19595/16208 27792/19596/16209</w:t>
        <w:br/>
        <w:t>f 27791/19597/16210 27794/19594/16208 27792/19596/16209</w:t>
        <w:br/>
        <w:t>f 27798/19598/16211 27797/19599/16212 27796/19600/16212</w:t>
        <w:br/>
        <w:t>f 27795/19601/16212 27798/19598/16211 27796/19600/16212</w:t>
        <w:br/>
        <w:t>f 27801/19602/16213 27798/19598/16214 27800/19603/16210</w:t>
        <w:br/>
        <w:t>f 27799/19604/16213 27801/19602/16213 27800/19603/16210</w:t>
        <w:br/>
        <w:t>f 27803/19605/16215 27801/19602/16213 27799/19604/16213</w:t>
        <w:br/>
        <w:t>f 27802/19606/16215 27803/19605/16215 27799/19604/16213</w:t>
        <w:br/>
        <w:t>f 27803/19605/16215 27802/19606/16215 27804/19607/16216</w:t>
        <w:br/>
        <w:t>f 27805/19608/16217 27803/19605/16215 27804/19607/16216</w:t>
        <w:br/>
        <w:t>f 27807/19609/16218 27805/19608/16217 27804/19607/16216</w:t>
        <w:br/>
        <w:t>f 27806/19610/16219 27807/19609/16218 27804/19607/16216</w:t>
        <w:br/>
        <w:t>f 27806/19610/16219 27809/19611/16220 27808/19612/16221</w:t>
        <w:br/>
        <w:t>f 27807/19609/16218 27806/19610/16219 27808/19612/16221</w:t>
        <w:br/>
        <w:t>f 27813/19613/16222 27812/19614/16223 27811/19615/16224</w:t>
        <w:br/>
        <w:t>f 27810/19616/16224 27813/19613/16222 27811/19615/16224</w:t>
        <w:br/>
        <w:t>f 27814/19617/16225 27812/19614/16223 27813/19613/16222</w:t>
        <w:br/>
        <w:t>f 27815/19618/16226 27814/19617/16225 27813/19613/16222</w:t>
        <w:br/>
        <w:t>f 27817/19619/16227 27816/19620/16227 27808/19612/16221</w:t>
        <w:br/>
        <w:t>f 27809/19611/16220 27817/19619/16227 27808/19612/16221</w:t>
        <w:br/>
        <w:t>f 27820/19621/16225 27819/19622/16228 27818/19623/16229</w:t>
        <w:br/>
        <w:t>f 27823/19624/16230 27822/19625/16230 27818/19623/16229</w:t>
        <w:br/>
        <w:t>f 27821/19626/16219 27823/19624/16230 27818/19623/16229</w:t>
        <w:br/>
        <w:t>f 27822/19625/16230 27823/19624/16230 27825/19627/16231</w:t>
        <w:br/>
        <w:t>f 27824/19628/16232 27822/19625/16230 27825/19627/16231</w:t>
        <w:br/>
        <w:t>f 27810/19616/16224 27811/19615/16224 27827/19629/16232</w:t>
        <w:br/>
        <w:t>f 27826/19630/16233 27810/19616/16224 27827/19629/16232</w:t>
        <w:br/>
        <w:t>f 27826/19630/16233 27827/19629/16232 27829/19631/16234</w:t>
        <w:br/>
        <w:t>f 27828/19632/16235 27826/19630/16233 27829/19631/16234</w:t>
        <w:br/>
        <w:t>f 27791/19597/16210 27792/19596/16209 27831/19633/16236</w:t>
        <w:br/>
        <w:t>f 27830/19634/16237 27791/19597/16210 27831/19633/16236</w:t>
        <w:br/>
        <w:t>f 27824/19628/16232 27825/19627/16231 27830/19634/16237</w:t>
        <w:br/>
        <w:t>f 27832/19635/16238 27824/19628/16232 27830/19634/16237</w:t>
        <w:br/>
        <w:t>f 27828/19632/16235 27829/19631/16234 27834/19636/16239</w:t>
        <w:br/>
        <w:t>f 27833/19637/16240 27828/19632/16235 27834/19636/16239</w:t>
        <w:br/>
        <w:t>f 27833/19637/16240 27837/19638/16209 27836/19639/16241</w:t>
        <w:br/>
        <w:t>f 27835/19640/16241 27833/19637/16240 27836/19639/16241</w:t>
        <w:br/>
        <w:t>f 27839/19641/16242 27786/19588/16204 27785/19589/16205</w:t>
        <w:br/>
        <w:t>f 27838/19642/16243 27839/19641/16242 27785/19589/16205</w:t>
        <w:br/>
        <w:t>f 27843/19643/16244 27842/19644/16245 27841/19645/16245</w:t>
        <w:br/>
        <w:t>f 27840/19646/16246 27843/19643/16244 27841/19645/16245</w:t>
        <w:br/>
        <w:t>f 27847/19647/16247 27846/19648/16242 27845/19649/16248</w:t>
        <w:br/>
        <w:t>f 27844/19650/16249 27847/19647/16247 27845/19649/16248</w:t>
        <w:br/>
        <w:t>f 27851/19651/16250 27850/19652/16250 27849/19653/16251</w:t>
        <w:br/>
        <w:t>f 27848/19654/16252 27851/19651/16250 27849/19653/16251</w:t>
        <w:br/>
        <w:t>f 27839/19641/16242 27838/19642/16243 27848/19654/16253</w:t>
        <w:br/>
        <w:t>f 27852/19655/16248 27839/19641/16242 27848/19654/16253</w:t>
        <w:br/>
        <w:t>f 27847/19647/16247 27779/19585/16201 27780/19584/16200</w:t>
        <w:br/>
        <w:t>f 27846/19648/16242 27847/19647/16247 27780/19584/16200</w:t>
        <w:br/>
        <w:t>f 27850/19652/16250 27851/19651/16250 27854/19656/16254</w:t>
        <w:br/>
        <w:t>f 27853/19657/16254 27850/19652/16250 27854/19656/16254</w:t>
        <w:br/>
        <w:t>f 27858/19658/16255 27857/19659/16256 27856/19660/16257</w:t>
        <w:br/>
        <w:t>f 27855/19661/16258 27858/19658/16255 27856/19660/16257</w:t>
        <w:br/>
        <w:t>f 27857/19659/16256 27860/19662/16259 27859/19663/16259</w:t>
        <w:br/>
        <w:t>f 27856/19660/16257 27857/19659/16256 27859/19663/16259</w:t>
        <w:br/>
        <w:t>f 27864/19664/16255 27863/19665/16260 27862/19666/16261</w:t>
        <w:br/>
        <w:t>f 27861/19667/16256 27864/19664/16255 27862/19666/16261</w:t>
        <w:br/>
        <w:t>f 27844/19650/16249 27845/19649/16248 27863/19665/16260</w:t>
        <w:br/>
        <w:t>f 27864/19664/16255 27844/19650/16249 27863/19665/16260</w:t>
        <w:br/>
        <w:t>f 27855/19661/16258 27841/19645/16245 27842/19644/16245</w:t>
        <w:br/>
        <w:t>f 27858/19658/16255 27855/19661/16258 27842/19644/16245</w:t>
        <w:br/>
        <w:t>f 27853/19657/16254 27854/19656/16254 27816/19620/16227</w:t>
        <w:br/>
        <w:t>f 27817/19619/16227 27853/19657/16254 27816/19620/16227</w:t>
        <w:br/>
        <w:t>f 27843/19643/16244 27840/19646/16246 27783/19587/16203</w:t>
        <w:br/>
        <w:t>f 27784/19586/16202 27843/19643/16244 27783/19587/16203</w:t>
        <w:br/>
        <w:t>f 27866/19668/16262 27865/19669/16262 27819/19622/16228</w:t>
        <w:br/>
        <w:t>f 27820/19621/16225 27866/19668/16262 27819/19622/16228</w:t>
        <w:br/>
        <w:t>f 27815/19618/16226 27859/19663/16259 27860/19662/16259</w:t>
        <w:br/>
        <w:t>f 27814/19617/16225 27815/19618/16226 27860/19662/16259</w:t>
        <w:br/>
        <w:t>f 27865/19669/16262 27866/19668/16262 27861/19667/16256</w:t>
        <w:br/>
        <w:t>f 27862/19666/16261 27865/19669/16262 27861/19667/16256</w:t>
        <w:br/>
        <w:t>f 27870/19670/16263 27869/19671/16264 27868/19672/16265</w:t>
        <w:br/>
        <w:t>f 27867/19673/16263 27870/19670/16263 27868/19672/16265</w:t>
        <w:br/>
        <w:t>f 27874/19674/16266 27873/19675/16267 27872/19676/16268</w:t>
        <w:br/>
        <w:t>f 27871/19677/16269 27874/19674/16266 27872/19676/16268</w:t>
        <w:br/>
        <w:t>f 27878/19678/16270 27877/19679/16268 27876/19680/16267</w:t>
        <w:br/>
        <w:t>f 27875/19681/16271 27878/19678/16270 27876/19680/16267</w:t>
        <w:br/>
        <w:t>f 27880/19682/16272 27879/19683/16272 27868/19672/16265</w:t>
        <w:br/>
        <w:t>f 27869/19671/16264 27880/19682/16272 27868/19672/16265</w:t>
        <w:br/>
        <w:t>f 27883/19684/16273 27882/19685/16274 27881/19686/16275</w:t>
        <w:br/>
        <w:t>f 27876/19680/16267 27885/19687/16276 27884/19688/16277</w:t>
        <w:br/>
        <w:t>f 27875/19681/16271 27876/19680/16267 27884/19688/16277</w:t>
        <w:br/>
        <w:t>f 27888/19689/16278 27887/19690/16275 27886/19691/16274</w:t>
        <w:br/>
        <w:t>f 27889/19692/16279 27888/19689/16278 27886/19691/16274</w:t>
        <w:br/>
        <w:t>f 27891/19693/16280 27873/19675/16267 27874/19674/16266</w:t>
        <w:br/>
        <w:t>f 27890/19694/16281 27891/19693/16280 27874/19674/16266</w:t>
        <w:br/>
        <w:t>f 27895/19695/16282 27894/19696/16283 27893/19697/16284</w:t>
        <w:br/>
        <w:t>f 27892/19698/16282 27895/19695/16282 27893/19697/16284</w:t>
        <w:br/>
        <w:t>f 27899/19699/16285 27898/19700/16285 27897/19701/16286</w:t>
        <w:br/>
        <w:t>f 27896/19702/16286 27899/19699/16285 27897/19701/16286</w:t>
        <w:br/>
        <w:t>f 27897/19701/16286 27901/19703/16287 27900/19704/16288</w:t>
        <w:br/>
        <w:t>f 27896/19702/16286 27897/19701/16286 27900/19704/16288</w:t>
        <w:br/>
        <w:t>f 27905/19705/16289 27904/19706/16290 27903/19707/16290</w:t>
        <w:br/>
        <w:t>f 27902/19708/16289 27905/19705/16289 27903/19707/16290</w:t>
        <w:br/>
        <w:t>f 27907/19709/16291 27903/19707/16290 27904/19706/16290</w:t>
        <w:br/>
        <w:t>f 27906/19710/16291 27907/19709/16291 27904/19706/16290</w:t>
        <w:br/>
        <w:t>f 27909/19711/16292 27907/19709/16291 27906/19710/16291</w:t>
        <w:br/>
        <w:t>f 27908/19712/16293 27909/19711/16292 27906/19710/16291</w:t>
        <w:br/>
        <w:t>f 27912/19713/16294 27911/19714/16295 27910/19715/16296</w:t>
        <w:br/>
        <w:t>f 27914/19716/16297 27913/19717/16298 27909/19711/16292</w:t>
        <w:br/>
        <w:t>f 27908/19712/16293 27914/19716/16297 27909/19711/16292</w:t>
        <w:br/>
        <w:t>f 27918/19718/16299 27917/19719/16300 27916/19720/16301</w:t>
        <w:br/>
        <w:t>f 27915/19721/16302 27918/19718/16299 27916/19720/16301</w:t>
        <w:br/>
        <w:t>f 27921/19722/16303 27920/19723/16304 27919/19724/16295</w:t>
        <w:br/>
        <w:t>f 27917/19719/16300 27921/19722/16303 27919/19724/16295</w:t>
        <w:br/>
        <w:t>f 27923/19725/16305 27913/19717/16298 27914/19716/16297</w:t>
        <w:br/>
        <w:t>f 27922/19726/16306 27923/19725/16305 27914/19716/16297</w:t>
        <w:br/>
        <w:t>f 27926/19727/16307 27925/19728/16297 27910/19715/16296</w:t>
        <w:br/>
        <w:t>f 27924/19729/16308 27926/19727/16307 27910/19715/16296</w:t>
        <w:br/>
        <w:t>f 27928/19730/16309 27920/19723/16304 27921/19722/16303</w:t>
        <w:br/>
        <w:t>f 27927/19731/16310 27928/19730/16309 27921/19722/16303</w:t>
        <w:br/>
        <w:t>f 27930/19732/16311 27911/19714/16295 27912/19713/16294</w:t>
        <w:br/>
        <w:t>f 27929/19733/16312 27930/19732/16311 27912/19713/16294</w:t>
        <w:br/>
        <w:t>f 27929/19733/16312 27900/19704/16288 27901/19703/16287</w:t>
        <w:br/>
        <w:t>f 27931/19734/16302 27929/19733/16312 27901/19703/16287</w:t>
        <w:br/>
        <w:t>f 27918/19718/16299 27915/19721/16302 27933/19735/16287</w:t>
        <w:br/>
        <w:t>f 27932/19736/16313 27918/19718/16299 27933/19735/16287</w:t>
        <w:br/>
        <w:t>f 27932/19736/16313 27933/19735/16287 27935/19737/16314</w:t>
        <w:br/>
        <w:t>f 27934/19738/16314 27932/19736/16313 27935/19737/16314</w:t>
        <w:br/>
        <w:t>f 27937/19739/16315 27936/19740/16315 27934/19738/16314</w:t>
        <w:br/>
        <w:t>f 27935/19737/16314 27937/19739/16315 27934/19738/16314</w:t>
        <w:br/>
        <w:t>f 27902/19708/16289 27939/19741/16316 27938/19742/16316</w:t>
        <w:br/>
        <w:t>f 27905/19705/16289 27902/19708/16289 27938/19742/16316</w:t>
        <w:br/>
        <w:t>f 27943/19743/16317 27942/19744/16318 27941/19745/16319</w:t>
        <w:br/>
        <w:t>f 27940/19746/16320 27943/19743/16317 27941/19745/16319</w:t>
        <w:br/>
        <w:t>f 27947/19747/16321 27946/19748/16322 27945/19749/16323</w:t>
        <w:br/>
        <w:t>f 27944/19750/16321 27947/19747/16321 27945/19749/16323</w:t>
        <w:br/>
        <w:t>f 27951/19751/16324 27950/19752/16324 27949/19753/16325</w:t>
        <w:br/>
        <w:t>f 27948/19754/16326 27951/19751/16324 27949/19753/16325</w:t>
        <w:br/>
        <w:t>f 27941/19745/16319 27942/19744/16318 27895/19695/16282</w:t>
        <w:br/>
        <w:t>f 27892/19698/16282 27941/19745/16319 27895/19695/16282</w:t>
        <w:br/>
        <w:t>f 27952/19755/16308 27927/19731/16310 27950/19752/16324</w:t>
        <w:br/>
        <w:t>f 27951/19751/16324 27952/19755/16308 27950/19752/16324</w:t>
        <w:br/>
        <w:t>f 27944/19750/16321 27926/19727/16307 27924/19729/16308</w:t>
        <w:br/>
        <w:t>f 27947/19747/16321 27944/19750/16321 27924/19729/16308</w:t>
        <w:br/>
        <w:t>f 27922/19726/16306 27943/19743/16317 27940/19746/16320</w:t>
        <w:br/>
        <w:t>f 27923/19725/16305 27922/19726/16306 27940/19746/16320</w:t>
        <w:br/>
        <w:t>f 27886/19691/16274 27953/19756/16322 27949/19753/16327</w:t>
        <w:br/>
        <w:t>f 27889/19692/16279 27886/19691/16274 27949/19753/16327</w:t>
        <w:br/>
        <w:t>f 27946/19748/16322 27882/19685/16274 27883/19684/16273</w:t>
        <w:br/>
        <w:t>f 27954/19757/16318 27946/19748/16322 27883/19684/16273</w:t>
        <w:br/>
        <w:t>f 27881/19686/16275 27884/19688/16277 27885/19687/16276</w:t>
        <w:br/>
        <w:t>f 27955/19758/16283 27881/19686/16275 27885/19687/16276</w:t>
        <w:br/>
        <w:t>f 27887/19690/16275 27888/19689/16278 27879/19683/16272</w:t>
        <w:br/>
        <w:t>f 27880/19682/16272 27887/19690/16275 27879/19683/16272</w:t>
        <w:br/>
        <w:t>f 27894/19696/16283 27956/19759/16328 27890/19694/16281</w:t>
        <w:br/>
        <w:t>f 27893/19697/16284 27894/19696/16283 27890/19694/16281</w:t>
        <w:br/>
        <w:t>f 27957/19760/16329 27821/19626/16219 27818/19623/16229</w:t>
        <w:br/>
        <w:t>f 27925/19728/16297 27958/19761/16293 27910/19715/16296</w:t>
        <w:br/>
        <w:t>f 27955/19758/16283 27883/19684/16273 27881/19686/16275</w:t>
        <w:br/>
        <w:t>f 29463/19762/16330 29462/19763/16331 29461/19764/16332</w:t>
        <w:br/>
        <w:t>f 29460/19765/16333 29463/19762/16330 29461/19764/16332</w:t>
        <w:br/>
        <w:t>f 29467/19766/16334 29466/19767/16335 29465/19768/16336</w:t>
        <w:br/>
        <w:t>f 29464/19769/16337 29467/19766/16334 29465/19768/16336</w:t>
        <w:br/>
        <w:t>f 29471/19770/16338 29470/19771/16339 29469/19772/16340</w:t>
        <w:br/>
        <w:t>f 29468/19773/16340 29471/19770/16338 29469/19772/16340</w:t>
        <w:br/>
        <w:t>f 29475/19774/16341 29474/19775/16342 29473/19776/16343</w:t>
        <w:br/>
        <w:t>f 29472/19777/16341 29475/19774/16341 29473/19776/16343</w:t>
        <w:br/>
        <w:t>f 29478/19778/16344 29477/19779/16345 29476/19780/16346</w:t>
        <w:br/>
        <w:t>f 29479/19781/16347 29477/19779/16345 29478/19778/16344</w:t>
        <w:br/>
        <w:t>f 29481/19782/16346 29475/19774/16341 29472/19777/16341</w:t>
        <w:br/>
        <w:t>f 29480/19783/16348 29481/19782/16346 29472/19777/16341</w:t>
        <w:br/>
        <w:t>f 29485/19784/16349 29484/19785/16350 29483/19786/16351</w:t>
        <w:br/>
        <w:t>f 29482/19787/16352 29485/19784/16349 29483/19786/16351</w:t>
        <w:br/>
        <w:t>f 29478/19778/16344 29476/19780/16346 29486/19788/16351</w:t>
        <w:br/>
        <w:t>f 29476/19780/16346 29487/19789/16353 29486/19788/16351</w:t>
        <w:br/>
        <w:t>f 29476/19780/16346 29488/19790/16354 29487/19789/16353</w:t>
        <w:br/>
        <w:t>f 29492/19791/16355 29491/19792/16356 29490/19793/16357</w:t>
        <w:br/>
        <w:t>f 29489/19794/16358 29492/19791/16355 29490/19793/16357</w:t>
        <w:br/>
        <w:t>f 29490/19793/16357 29491/19792/16356 29482/19787/16352</w:t>
        <w:br/>
        <w:t>f 29483/19786/16351 29490/19793/16357 29482/19787/16352</w:t>
        <w:br/>
        <w:t>f 29494/19795/16359 29492/19791/16355 29489/19794/16358</w:t>
        <w:br/>
        <w:t>f 29493/19796/16359 29494/19795/16359 29489/19794/16358</w:t>
        <w:br/>
        <w:t>f 29496/19797/16360 29494/19795/16359 29493/19796/16359</w:t>
        <w:br/>
        <w:t>f 29495/19798/16360 29496/19797/16360 29493/19796/16359</w:t>
        <w:br/>
        <w:t>f 29498/19799/16361 29497/19800/16362 29488/19790/16354</w:t>
        <w:br/>
        <w:t>f 29502/19801/16363 29501/19802/16363 29500/19803/16363</w:t>
        <w:br/>
        <w:t>f 29499/19804/16363 29502/19801/16363 29500/19803/16363</w:t>
        <w:br/>
        <w:t>f 29496/19797/16360 29495/19798/16360 29481/19782/16346</w:t>
        <w:br/>
        <w:t>f 29480/19783/16348 29496/19797/16360 29481/19782/16346</w:t>
        <w:br/>
        <w:t>f 29476/19780/16346 29498/19799/16361 29488/19790/16354</w:t>
        <w:br/>
        <w:t>f 29484/19785/16350 29485/19784/16349 29470/19771/16339</w:t>
        <w:br/>
        <w:t>f 29503/19805/16364 29484/19785/16350 29470/19771/16339</w:t>
        <w:br/>
        <w:t>f 29479/19781/16347 29478/19778/16344 29466/19767/16335</w:t>
        <w:br/>
        <w:t>f 29467/19766/16334 29479/19781/16347 29466/19767/16335</w:t>
        <w:br/>
        <w:t>f 29474/19775/16342 29461/19764/16332 29462/19763/16331</w:t>
        <w:br/>
        <w:t>f 29473/19776/16343 29474/19775/16342 29462/19763/16331</w:t>
        <w:br/>
        <w:t>f 29523/19806/16365 29522/19807/16366 29521/19808/16366</w:t>
        <w:br/>
        <w:t>f 29520/19809/16367 29523/19806/16365 29521/19808/16366</w:t>
        <w:br/>
        <w:t>f 29527/19810/16368 29526/19811/16369 29525/19812/16370</w:t>
        <w:br/>
        <w:t>f 29524/19813/16371 29527/19810/16368 29525/19812/16370</w:t>
        <w:br/>
        <w:t>f 29531/19814/16372 29530/19815/16373 29529/19816/16374</w:t>
        <w:br/>
        <w:t>f 29528/19817/16375 29531/19814/16372 29529/19816/16374</w:t>
        <w:br/>
        <w:t>f 29522/19807/16366 29463/19762/16330 29460/19765/16333</w:t>
        <w:br/>
        <w:t>f 29521/19808/16366 29522/19807/16366 29460/19765/16333</w:t>
        <w:br/>
        <w:t>f 29464/19769/16337 29465/19768/16336 29526/19811/16369</w:t>
        <w:br/>
        <w:t>f 29527/19810/16368 29464/19769/16337 29526/19811/16369</w:t>
        <w:br/>
        <w:t>f 29468/19773/16340 29469/19772/16340 29530/19815/16373</w:t>
        <w:br/>
        <w:t>f 29531/19814/16372 29468/19773/16340 29530/19815/16373</w:t>
        <w:br/>
        <w:t>f 29591/19818/16376 29590/19819/16377 29589/19820/16378</w:t>
        <w:br/>
        <w:t>f 29588/19821/16378 29591/19818/16376 29589/19820/16378</w:t>
        <w:br/>
        <w:t>f 29595/19822/16379 29594/19823/16380 29593/19824/16381</w:t>
        <w:br/>
        <w:t>f 29592/19825/16382 29595/19822/16379 29593/19824/16381</w:t>
        <w:br/>
        <w:t>f 29599/19826/16383 29598/19827/16384 29597/19828/16385</w:t>
        <w:br/>
        <w:t>f 29596/19829/16386 29599/19826/16383 29597/19828/16385</w:t>
        <w:br/>
        <w:t>f 29603/19830/16387 29602/19831/16387 29601/19832/16388</w:t>
        <w:br/>
        <w:t>f 29600/19833/16388 29603/19830/16387 29601/19832/16388</w:t>
        <w:br/>
        <w:t>f 29606/19834/16389 29605/19835/16390 29604/19836/16391</w:t>
        <w:br/>
        <w:t>f 29607/19837/16392 29606/19834/16389 29604/19836/16391</w:t>
        <w:br/>
        <w:t>f 29609/19838/16393 29608/19839/16394 29602/19831/16387</w:t>
        <w:br/>
        <w:t>f 29603/19830/16387 29609/19838/16393 29602/19831/16387</w:t>
        <w:br/>
        <w:t>f 29613/19840/16395 29612/19841/16396 29611/19842/16397</w:t>
        <w:br/>
        <w:t>f 29610/19843/16389 29613/19840/16395 29611/19842/16397</w:t>
        <w:br/>
        <w:t>f 29606/19834/16389 29614/19844/16397 29605/19835/16390</w:t>
        <w:br/>
        <w:t>f 29605/19835/16390 29614/19844/16397 29615/19845/16398</w:t>
        <w:br/>
        <w:t>f 29605/19835/16390 29615/19845/16398 29616/19846/16399</w:t>
        <w:br/>
        <w:t>f 29620/19847/16400 29619/19848/16401 29618/19849/16402</w:t>
        <w:br/>
        <w:t>f 29617/19850/16403 29620/19847/16400 29618/19849/16402</w:t>
        <w:br/>
        <w:t>f 29618/19849/16402 29611/19842/16397 29612/19841/16396</w:t>
        <w:br/>
        <w:t>f 29617/19850/16403 29618/19849/16402 29612/19841/16396</w:t>
        <w:br/>
        <w:t>f 29622/19851/16404 29621/19852/16405 29619/19848/16401</w:t>
        <w:br/>
        <w:t>f 29620/19847/16400 29622/19851/16404 29619/19848/16401</w:t>
        <w:br/>
        <w:t>f 29624/19853/16406 29623/19854/16407 29621/19852/16405</w:t>
        <w:br/>
        <w:t>f 29622/19851/16404 29624/19853/16406 29621/19852/16405</w:t>
        <w:br/>
        <w:t>f 29626/19855/16408 29616/19846/16399 29625/19856/16409</w:t>
        <w:br/>
        <w:t>f 29630/19857/16410 29629/19858/16411 29628/19859/16411</w:t>
        <w:br/>
        <w:t>f 29627/19860/16410 29630/19857/16410 29628/19859/16411</w:t>
        <w:br/>
        <w:t>f 29624/19853/16406 29608/19839/16394 29609/19838/16393</w:t>
        <w:br/>
        <w:t>f 29623/19854/16407 29624/19853/16406 29609/19838/16393</w:t>
        <w:br/>
        <w:t>f 29605/19835/16390 29616/19846/16399 29626/19855/16408</w:t>
        <w:br/>
        <w:t>f 29610/19843/16389 29631/19861/16382 29596/19829/16386</w:t>
        <w:br/>
        <w:t>f 29613/19840/16395 29610/19843/16389 29596/19829/16386</w:t>
        <w:br/>
        <w:t>f 29607/19837/16392 29595/19822/16379 29592/19825/16382</w:t>
        <w:br/>
        <w:t>f 29606/19834/16389 29607/19837/16392 29592/19825/16382</w:t>
        <w:br/>
        <w:t>f 29600/19833/16388 29601/19832/16388 29588/19821/16378</w:t>
        <w:br/>
        <w:t>f 29589/19820/16378 29600/19833/16388 29588/19821/16378</w:t>
        <w:br/>
        <w:t>f 29651/19862/16412 29650/19863/16413 29649/19864/16414</w:t>
        <w:br/>
        <w:t>f 29648/19865/16415 29651/19862/16412 29649/19864/16414</w:t>
        <w:br/>
        <w:t>f 29655/19866/16416 29654/19867/16417 29653/19868/16417</w:t>
        <w:br/>
        <w:t>f 29652/19869/16418 29655/19866/16416 29653/19868/16417</w:t>
        <w:br/>
        <w:t>f 29659/19870/16419 29658/19871/16420 29657/19872/16421</w:t>
        <w:br/>
        <w:t>f 29656/19873/16419 29659/19870/16419 29657/19872/16421</w:t>
        <w:br/>
        <w:t>f 29648/19865/16415 29649/19864/16414 29590/19819/16377</w:t>
        <w:br/>
        <w:t>f 29591/19818/16376 29648/19865/16415 29590/19819/16377</w:t>
        <w:br/>
        <w:t>f 29594/19823/16380 29655/19866/16416 29652/19869/16418</w:t>
        <w:br/>
        <w:t>f 29593/19824/16381 29594/19823/16380 29652/19869/16418</w:t>
        <w:br/>
        <w:t>f 29598/19827/16384 29659/19870/16419 29656/19873/16419</w:t>
        <w:br/>
        <w:t>f 29597/19828/16385 29598/19827/16384 29656/19873/16419</w:t>
        <w:br/>
        <w:t>f 18501/19874/16422 18500/19875/16423 18499/19876/16424</w:t>
        <w:br/>
        <w:t>f 18498/19877/16425 18501/19874/16422 18499/19876/16424</w:t>
        <w:br/>
        <w:t>f 18503/19878/16426 18501/19874/16422 18498/19877/16425</w:t>
        <w:br/>
        <w:t>f 18502/19879/16427 18503/19878/16426 18498/19877/16425</w:t>
        <w:br/>
        <w:t>f 18500/19875/16423 18505/19880/16428 18504/19881/16429</w:t>
        <w:br/>
        <w:t>f 18499/19876/16424 18500/19875/16423 18504/19881/16429</w:t>
        <w:br/>
        <w:t>f 18509/19882/16430 18508/19883/16431 18507/19884/16432</w:t>
        <w:br/>
        <w:t>f 18506/19885/16433 18509/19882/16430 18507/19884/16432</w:t>
        <w:br/>
        <w:t>f 18511/19886/16434 18510/19887/16435 18509/19882/16430</w:t>
        <w:br/>
        <w:t>f 18506/19885/16433 18511/19886/16434 18509/19882/16430</w:t>
        <w:br/>
        <w:t>f 18508/19883/16431 18513/19888/16436 18512/19889/16437</w:t>
        <w:br/>
        <w:t>f 18507/19884/16432 18508/19883/16431 18512/19889/16437</w:t>
        <w:br/>
        <w:t>f 18515/19890/16438 18514/19891/16439 18510/19887/16435</w:t>
        <w:br/>
        <w:t>f 18511/19886/16434 18515/19890/16438 18510/19887/16435</w:t>
        <w:br/>
        <w:t>f 18513/19888/16436 18503/19878/16426 18502/19879/16427</w:t>
        <w:br/>
        <w:t>f 18512/19889/16437 18513/19888/16436 18502/19879/16427</w:t>
        <w:br/>
        <w:t>f 18505/19880/16428 18517/19892/16440 18516/19893/16441</w:t>
        <w:br/>
        <w:t>f 18504/19881/16429 18505/19880/16428 18516/19893/16441</w:t>
        <w:br/>
        <w:t>f 18516/19893/16441 18517/19892/16440 18519/19894/16442</w:t>
        <w:br/>
        <w:t>f 18518/19895/16443 18516/19893/16441 18519/19894/16442</w:t>
        <w:br/>
        <w:t>f 18521/19896/16444 18520/19897/16445 18518/19895/16443</w:t>
        <w:br/>
        <w:t>f 18519/19894/16442 18521/19896/16444 18518/19895/16443</w:t>
        <w:br/>
        <w:t>f 18514/19891/16439 18515/19890/16438 18523/19898/16445</w:t>
        <w:br/>
        <w:t>f 18522/19899/16444 18514/19891/16439 18523/19898/16445</w:t>
        <w:br/>
        <w:t>f 19108/19900/16446 19107/19901/16447 19106/19902/14896</w:t>
        <w:br/>
        <w:t>f 19110/19903/16448 19109/19904/16449 19107/19901/16447</w:t>
        <w:br/>
        <w:t>f 19110/19903/16448 19112/19905/16450 19111/19906/16451</w:t>
        <w:br/>
        <w:t>f 19109/19904/16449 19110/19903/16448 19111/19906/16451</w:t>
        <w:br/>
        <w:t>f 19112/19905/16450 19114/19907/16452 19113/19908/16453</w:t>
        <w:br/>
        <w:t>f 19111/19906/16451 19112/19905/16450 19113/19908/16453</w:t>
        <w:br/>
        <w:t>f 19114/19907/16452 19116/19909/16454 19115/19910/16455</w:t>
        <w:br/>
        <w:t>f 19113/19908/16453 19114/19907/16452 19115/19910/16455</w:t>
        <w:br/>
        <w:t>f 19120/19911/16456 19119/19912/16457 19118/19913/16458</w:t>
        <w:br/>
        <w:t>f 19117/19914/16455 19120/19911/16456 19118/19913/16458</w:t>
        <w:br/>
        <w:t>f 19119/19912/16457 19122/19915/16459 19121/19916/16460</w:t>
        <w:br/>
        <w:t>f 19118/19913/16458 19119/19912/16457 19121/19916/16460</w:t>
        <w:br/>
        <w:t>f 19121/19916/16460 19122/19915/16459 19124/19917/16461</w:t>
        <w:br/>
        <w:t>f 19123/19918/16462 19121/19916/16460 19124/19917/16461</w:t>
        <w:br/>
        <w:t>f 19123/19918/16462 19124/19917/16461 19126/19919/16463</w:t>
        <w:br/>
        <w:t>f 19125/19920/16464 19123/19918/16462 19126/19919/16463</w:t>
        <w:br/>
        <w:t>f 19125/19920/16464 19126/19919/16463 19128/19921/16465</w:t>
        <w:br/>
        <w:t>f 19127/19922/16466 19125/19920/16464 19128/19921/16465</w:t>
        <w:br/>
        <w:t>f 19130/19923/16467 19129/19924/16468 19127/19922/16466</w:t>
        <w:br/>
        <w:t>f 19128/19921/16465 19130/19923/16467 19127/19922/16466</w:t>
        <w:br/>
        <w:t>f 19130/19923/16467 19132/19925/15428 19131/19926/16469</w:t>
        <w:br/>
        <w:t>f 19129/19924/16468 19130/19923/16467 19131/19926/16469</w:t>
        <w:br/>
        <w:t>f 19133/19927/14899 19131/19926/16469 19132/19925/15428</w:t>
        <w:br/>
        <w:t>f 19137/19928/14921 19136/19929/16470 19135/19930/16471</w:t>
        <w:br/>
        <w:t>f 19139/19931/14923 19135/19930/16471 19138/19932/16472</w:t>
        <w:br/>
        <w:t>f 19143/19933/16473 19142/19934/16472 19141/19935/16471</w:t>
        <w:br/>
        <w:t>f 19140/19936/16474 19143/19933/16473 19141/19935/16471</w:t>
        <w:br/>
        <w:t>f 19145/19937/14919 19144/19938/16475 19140/19936/16474</w:t>
        <w:br/>
        <w:t>f 19141/19935/16471 19145/19937/14919 19140/19936/16474</w:t>
        <w:br/>
        <w:t>f 19146/19939/16476 19139/19931/14923 19138/19932/16472</w:t>
        <w:br/>
        <w:t>f 19144/19938/16475 19148/19940/14915 19147/19941/16477</w:t>
        <w:br/>
        <w:t>f 19148/19940/14915 19149/19942/14914 19147/19941/16477</w:t>
        <w:br/>
        <w:t>f 19147/19941/16477 19140/19936/16474 19144/19938/16475</w:t>
        <w:br/>
        <w:t>f 19152/19943/16478 19151/19944/16479 19150/19945/16480</w:t>
        <w:br/>
        <w:t>f 19155/19946/16481 19154/19947/16482 19153/19948/16483</w:t>
        <w:br/>
        <w:t>f 19150/19945/16480 19157/19949/16484 19156/19950/16485</w:t>
        <w:br/>
        <w:t>f 19159/19951/16486 19152/19943/16478 19150/19945/16480</w:t>
        <w:br/>
        <w:t>f 19158/19952/16487 19159/19951/16486 19150/19945/16480</w:t>
        <w:br/>
        <w:t>f 19158/19952/16487 19161/19953/16488 19160/19954/16489</w:t>
        <w:br/>
        <w:t>f 19159/19951/16486 19158/19952/16487 19160/19954/16489</w:t>
        <w:br/>
        <w:t>f 19161/19953/16488 19163/19955/16490 19162/19956/16491</w:t>
        <w:br/>
        <w:t>f 19160/19954/16489 19161/19953/16488 19162/19956/16491</w:t>
        <w:br/>
        <w:t>f 19165/19957/16492 19164/19958/16493 19163/19955/16490</w:t>
        <w:br/>
        <w:t>f 19161/19953/16488 19165/19957/16492 19163/19955/16490</w:t>
        <w:br/>
        <w:t>f 19161/19953/16488 19166/19959/16494 19165/19957/16492</w:t>
        <w:br/>
        <w:t>f 19158/19952/16487 19154/19947/16482 19166/19959/16494</w:t>
        <w:br/>
        <w:t>f 19160/19954/16489 19168/19960/16495 19167/19961/16496</w:t>
        <w:br/>
        <w:t>f 19159/19951/16486 19160/19954/16489 19167/19961/16496</w:t>
        <w:br/>
        <w:t>f 19159/19951/16486 19167/19961/16496 19169/19962/16497</w:t>
        <w:br/>
        <w:t>f 19152/19943/16478 19159/19951/16486 19169/19962/16497</w:t>
        <w:br/>
        <w:t>f 19150/19945/16480 19154/19947/16482 19158/19952/16487</w:t>
        <w:br/>
        <w:t>f 19170/19963/16498 19152/19943/16478 19169/19962/16497</w:t>
        <w:br/>
        <w:t>f 19169/19962/16497 19171/19964/16499 19170/19963/16498</w:t>
        <w:br/>
        <w:t>f 19140/19936/16474 19147/19941/16477 19167/19961/16496</w:t>
        <w:br/>
        <w:t>f 19147/19941/16477 19169/19962/16497 19167/19961/16496</w:t>
        <w:br/>
        <w:t>f 19143/19933/16473 19167/19961/16496 19168/19960/16495</w:t>
        <w:br/>
        <w:t>f 19155/19946/16481 19172/19965/14946 19154/19947/16482</w:t>
        <w:br/>
        <w:t>f 19173/19966/16500 19154/19947/16482 19172/19965/14946</w:t>
        <w:br/>
        <w:t>f 19165/19957/16492 19166/19959/16494 19173/19966/16500</w:t>
        <w:br/>
        <w:t>f 19174/19967/16501 19165/19957/16492 19173/19966/16500</w:t>
        <w:br/>
        <w:t>f 19174/19967/16501 19173/19966/16500 19176/19968/16502</w:t>
        <w:br/>
        <w:t>f 19175/19969/14944 19174/19967/16501 19176/19968/16502</w:t>
        <w:br/>
        <w:t>f 19173/19966/16500 19172/19965/14946 19176/19968/16502</w:t>
        <w:br/>
        <w:t>f 19164/19958/16493 19165/19957/16492 19174/19967/16501</w:t>
        <w:br/>
        <w:t>f 19177/19970/16503 19164/19958/16493 19174/19967/16501</w:t>
        <w:br/>
        <w:t>f 19177/19970/16503 19174/19967/16501 19175/19969/14944</w:t>
        <w:br/>
        <w:t>f 19178/19971/14939 19177/19970/16503 19175/19969/14944</w:t>
        <w:br/>
        <w:t>f 19180/19972/16504 19177/19970/16503 19178/19971/14939</w:t>
        <w:br/>
        <w:t>f 19179/19973/16505 19180/19972/16504 19178/19971/14939</w:t>
        <w:br/>
        <w:t>f 19182/19974/16506 19180/19972/16504 19179/19973/16505</w:t>
        <w:br/>
        <w:t>f 19181/19975/16507 19182/19974/16506 19179/19973/16505</w:t>
        <w:br/>
        <w:t>f 19185/19976/16508 19181/19975/16507 19184/19977/16509</w:t>
        <w:br/>
        <w:t>f 19183/19978/16510 19185/19976/16508 19184/19977/16509</w:t>
        <w:br/>
        <w:t>f 19186/19979/16511 19164/19958/16493 19177/19970/16503</w:t>
        <w:br/>
        <w:t>f 19180/19972/16504 19186/19979/16511 19177/19970/16503</w:t>
        <w:br/>
        <w:t>f 19186/19979/16511 19189/19980/16512 19188/19981/16513</w:t>
        <w:br/>
        <w:t>f 19187/19982/16514 19186/19979/16511 19188/19981/16513</w:t>
        <w:br/>
        <w:t>f 19191/19983/16515 19188/19981/16513 19189/19980/16512</w:t>
        <w:br/>
        <w:t>f 19190/19984/16516 19191/19983/16515 19189/19980/16512</w:t>
        <w:br/>
        <w:t>f 19190/19984/16516 19189/19980/16512 19182/19974/16506</w:t>
        <w:br/>
        <w:t>f 19192/19985/16517 19190/19984/16516 19182/19974/16506</w:t>
        <w:br/>
        <w:t>f 19180/19972/16504 19182/19974/16506 19189/19980/16512</w:t>
        <w:br/>
        <w:t>f 19186/19979/16511 19180/19972/16504 19189/19980/16512</w:t>
        <w:br/>
        <w:t>f 19164/19958/16493 19186/19979/16511 19187/19982/16514</w:t>
        <w:br/>
        <w:t>f 19163/19955/16490 19164/19958/16493 19187/19982/16514</w:t>
        <w:br/>
        <w:t>f 19163/19955/16490 19187/19982/16514 19193/19986/16518</w:t>
        <w:br/>
        <w:t>f 19162/19956/16491 19163/19955/16490 19193/19986/16518</w:t>
        <w:br/>
        <w:t>f 19194/19987/16519 19193/19986/16518 19187/19982/16514</w:t>
        <w:br/>
        <w:t>f 19188/19981/16513 19194/19987/16519 19187/19982/16514</w:t>
        <w:br/>
        <w:t>f 19166/19959/16494 19154/19947/16482 19173/19966/16500</w:t>
        <w:br/>
        <w:t>f 19142/19934/16472 19143/19933/16473 19196/19988/16520</w:t>
        <w:br/>
        <w:t>f 19195/19989/16521 19142/19934/16472 19196/19988/16520</w:t>
        <w:br/>
        <w:t>f 19198/19990/16522 19197/19991/16523 19195/19989/16521</w:t>
        <w:br/>
        <w:t>f 19196/19988/16520 19198/19990/16522 19195/19989/16521</w:t>
        <w:br/>
        <w:t>f 19201/19992/16523 19200/19993/14927 19146/19939/16476</w:t>
        <w:br/>
        <w:t>f 19199/19994/16521 19201/19992/16523 19146/19939/16476</w:t>
        <w:br/>
        <w:t>f 19146/19939/16476 19138/19932/16472 19199/19994/16521</w:t>
        <w:br/>
        <w:t>f 19205/19995/16524 19204/19996/16525 19203/19997/14929</w:t>
        <w:br/>
        <w:t>f 19202/19998/16526 19205/19995/16524 19203/19997/14929</w:t>
        <w:br/>
        <w:t>f 19209/19999/16527 19208/20000/16524 19207/20001/16526</w:t>
        <w:br/>
        <w:t>f 19206/20002/16528 19209/19999/16527 19207/20001/16526</w:t>
        <w:br/>
        <w:t>f 19204/19996/16525 19205/19995/16524 19211/20003/16529</w:t>
        <w:br/>
        <w:t>f 19210/20004/16530 19204/19996/16525 19211/20003/16529</w:t>
        <w:br/>
        <w:t>f 19208/20000/16524 19209/19999/16527 19213/20005/16531</w:t>
        <w:br/>
        <w:t>f 19212/20006/16529 19208/20000/16524 19213/20005/16531</w:t>
        <w:br/>
        <w:t>f 19215/20007/16532 19213/20005/16531 19209/19999/16527</w:t>
        <w:br/>
        <w:t>f 19214/20008/16533 19215/20007/16532 19209/19999/16527</w:t>
        <w:br/>
        <w:t>f 19217/20009/16534 19216/20010/16535 19212/20006/16529</w:t>
        <w:br/>
        <w:t>f 19213/20005/16531 19217/20009/16534 19212/20006/16529</w:t>
        <w:br/>
        <w:t>f 19216/20010/16535 19217/20009/16534 19219/20011/16536</w:t>
        <w:br/>
        <w:t>f 19218/20012/16537 19216/20010/16535 19219/20011/16536</w:t>
        <w:br/>
        <w:t>f 19217/20009/16534 19221/20013/16538 19220/20014/16539</w:t>
        <w:br/>
        <w:t>f 19219/20011/16536 19217/20009/16534 19220/20014/16539</w:t>
        <w:br/>
        <w:t>f 19221/20013/16538 19217/20009/16534 19213/20005/16531</w:t>
        <w:br/>
        <w:t>f 19215/20007/16532 19221/20013/16538 19213/20005/16531</w:t>
        <w:br/>
        <w:t>f 19222/20015/16540 19215/20007/16532 19214/20008/16533</w:t>
        <w:br/>
        <w:t>f 19194/19987/16519 19222/20015/16540 19214/20008/16533</w:t>
        <w:br/>
        <w:t>f 19223/20016/16541 19221/20013/16538 19215/20007/16532</w:t>
        <w:br/>
        <w:t>f 19222/20015/16540 19223/20016/16541 19215/20007/16532</w:t>
        <w:br/>
        <w:t>f 19191/19983/16515 19224/20017/16542 19223/20016/16541</w:t>
        <w:br/>
        <w:t>f 19222/20015/16540 19191/19983/16515 19223/20016/16541</w:t>
        <w:br/>
        <w:t>f 19222/20015/16540 19194/19987/16519 19188/19981/16513</w:t>
        <w:br/>
        <w:t>f 19191/19983/16515 19222/20015/16540 19188/19981/16513</w:t>
        <w:br/>
        <w:t>f 19225/20018/16543 19193/19986/16518 19194/19987/16519</w:t>
        <w:br/>
        <w:t>f 19214/20008/16533 19225/20018/16543 19194/19987/16519</w:t>
        <w:br/>
        <w:t>f 19198/19990/16522 19226/20019/16544 19225/20018/16543</w:t>
        <w:br/>
        <w:t>f 19206/20002/16528 19198/19990/16522 19225/20018/16543</w:t>
        <w:br/>
        <w:t>f 19206/20002/16528 19225/20018/16543 19214/20008/16533</w:t>
        <w:br/>
        <w:t>f 19209/19999/16527 19206/20002/16528 19214/20008/16533</w:t>
        <w:br/>
        <w:t>f 19226/20019/16544 19162/19956/16491 19193/19986/16518</w:t>
        <w:br/>
        <w:t>f 19225/20018/16543 19226/20019/16544 19193/19986/16518</w:t>
        <w:br/>
        <w:t>f 19210/20004/16530 19211/20003/16529 19228/20020/16545</w:t>
        <w:br/>
        <w:t>f 19227/20021/16546 19210/20004/16530 19228/20020/16545</w:t>
        <w:br/>
        <w:t>f 19231/20022/16547 19227/20021/16546 19230/20023/16548</w:t>
        <w:br/>
        <w:t>f 19229/20024/16549 19231/20022/16547 19230/20023/16548</w:t>
        <w:br/>
        <w:t>f 19229/20024/16549 19230/20023/16548 19233/20025/16550</w:t>
        <w:br/>
        <w:t>f 19232/20026/16551 19229/20024/16549 19233/20025/16550</w:t>
        <w:br/>
        <w:t>f 19235/20027/16552 19234/20028/16553 19232/20026/16551</w:t>
        <w:br/>
        <w:t>f 19233/20025/16550 19235/20027/16552 19232/20026/16551</w:t>
        <w:br/>
        <w:t>f 19237/20029/16554 19235/20027/16552 19233/20025/16550</w:t>
        <w:br/>
        <w:t>f 19236/20030/16555 19237/20029/16554 19233/20025/16550</w:t>
        <w:br/>
        <w:t>f 19230/20023/16548 19238/20031/16556 19236/20030/16555</w:t>
        <w:br/>
        <w:t>f 19233/20025/16550 19230/20023/16548 19236/20030/16555</w:t>
        <w:br/>
        <w:t>f 19240/20032/16557 19231/20022/16547 19229/20024/16549</w:t>
        <w:br/>
        <w:t>f 19239/20033/16558 19240/20032/16557 19229/20024/16549</w:t>
        <w:br/>
        <w:t>f 19232/20026/16551 19241/20034/16559 19239/20033/16558</w:t>
        <w:br/>
        <w:t>f 19229/20024/16549 19232/20026/16551 19239/20033/16558</w:t>
        <w:br/>
        <w:t>f 19227/20021/16546 19228/20020/16545 19238/20031/16556</w:t>
        <w:br/>
        <w:t>f 19230/20023/16548 19227/20021/16546 19238/20031/16556</w:t>
        <w:br/>
        <w:t>f 19242/20035/16560 19210/20004/16530 19227/20021/16546</w:t>
        <w:br/>
        <w:t>f 19231/20022/16547 19242/20035/16560 19227/20021/16546</w:t>
        <w:br/>
        <w:t>f 19204/19996/16525 19210/20004/16530 19242/20035/16560</w:t>
        <w:br/>
        <w:t>f 19185/19976/16508 19204/19996/16525 19242/20035/16560</w:t>
        <w:br/>
        <w:t>f 19203/19997/14929 19204/19996/16525 19243/20036/16561</w:t>
        <w:br/>
        <w:t>f 19242/20035/16560 19244/20037/16562 19181/19975/16507</w:t>
        <w:br/>
        <w:t>f 19185/19976/16508 19242/20035/16560 19181/19975/16507</w:t>
        <w:br/>
        <w:t>f 19182/19974/16506 19181/19975/16507 19244/20037/16562</w:t>
        <w:br/>
        <w:t>f 19192/19985/16517 19182/19974/16506 19244/20037/16562</w:t>
        <w:br/>
        <w:t>f 19240/20032/16557 19245/20038/16563 19192/19985/16517</w:t>
        <w:br/>
        <w:t>f 19244/20037/16562 19240/20032/16557 19192/19985/16517</w:t>
        <w:br/>
        <w:t>f 19244/20037/16562 19242/20035/16560 19231/20022/16547</w:t>
        <w:br/>
        <w:t>f 19240/20032/16557 19244/20037/16562 19231/20022/16547</w:t>
        <w:br/>
        <w:t>f 19206/20002/16528 19207/20001/16526 19197/19991/16523</w:t>
        <w:br/>
        <w:t>f 19198/19990/16522 19206/20002/16528 19197/19991/16523</w:t>
        <w:br/>
        <w:t>f 19200/19993/14927 19201/19992/16523 19202/19998/16526</w:t>
        <w:br/>
        <w:t>f 19203/19997/14929 19200/19993/14927 19202/19998/16526</w:t>
        <w:br/>
        <w:t>f 19226/20019/16544 19198/19990/16522 19196/19988/16520</w:t>
        <w:br/>
        <w:t>f 19168/19960/16495 19226/20019/16544 19196/19988/16520</w:t>
        <w:br/>
        <w:t>f 19143/19933/16473 19168/19960/16495 19196/19988/16520</w:t>
        <w:br/>
        <w:t>f 19168/19960/16495 19160/19954/16489 19162/19956/16491</w:t>
        <w:br/>
        <w:t>f 19226/20019/16544 19168/19960/16495 19162/19956/16491</w:t>
        <w:br/>
        <w:t>f 19221/20013/16538 19223/20016/16541 19246/20039/16564</w:t>
        <w:br/>
        <w:t>f 19220/20014/16539 19221/20013/16538 19246/20039/16564</w:t>
        <w:br/>
        <w:t>f 19246/20039/16564 19223/20016/16541 19224/20017/16542</w:t>
        <w:br/>
        <w:t>f 19247/20040/16565 19246/20039/16564 19224/20017/16542</w:t>
        <w:br/>
        <w:t>f 19247/20040/16565 19249/20041/16566 19248/20042/16567</w:t>
        <w:br/>
        <w:t>f 19246/20039/16564 19247/20040/16565 19248/20042/16567</w:t>
        <w:br/>
        <w:t>f 19249/20041/16566 19251/20043/16568 19250/20044/16569</w:t>
        <w:br/>
        <w:t>f 19248/20042/16567 19249/20041/16566 19250/20044/16569</w:t>
        <w:br/>
        <w:t>f 19253/20045/16570 19252/20046/16571 19250/20044/16569</w:t>
        <w:br/>
        <w:t>f 19251/20043/16568 19253/20045/16570 19250/20044/16569</w:t>
        <w:br/>
        <w:t>f 19256/20047/16572 19252/20046/16571 19255/20048/16573</w:t>
        <w:br/>
        <w:t>f 19254/20049/16574 19256/20047/16572 19255/20048/16573</w:t>
        <w:br/>
        <w:t>f 19260/20050/16575 19259/20051/16576 19258/20052/16577</w:t>
        <w:br/>
        <w:t>f 19257/20053/16578 19260/20050/16575 19258/20052/16577</w:t>
        <w:br/>
        <w:t>f 19258/20052/16577 19256/20047/16572 19254/20049/16574</w:t>
        <w:br/>
        <w:t>f 19257/20053/16578 19258/20052/16577 19254/20049/16574</w:t>
        <w:br/>
        <w:t>f 19264/20054/16579 19263/20055/16580 19262/20056/16581</w:t>
        <w:br/>
        <w:t>f 19261/20057/16582 19264/20054/16579 19262/20056/16581</w:t>
        <w:br/>
        <w:t>f 19266/20058/16583 19262/20056/16581 19263/20055/16580</w:t>
        <w:br/>
        <w:t>f 19265/20059/16584 19266/20058/16583 19263/20055/16580</w:t>
        <w:br/>
        <w:t>f 19267/20060/16585 19253/20045/16570 19266/20058/16583</w:t>
        <w:br/>
        <w:t>f 19265/20059/16584 19267/20060/16585 19266/20058/16583</w:t>
        <w:br/>
        <w:t>f 19255/20048/16573 19252/20046/16571 19253/20045/16570</w:t>
        <w:br/>
        <w:t>f 19267/20060/16585 19255/20048/16573 19253/20045/16570</w:t>
        <w:br/>
        <w:t>f 19268/20061/16586 19266/20058/16583 19253/20045/16570</w:t>
        <w:br/>
        <w:t>f 19251/20043/16568 19268/20061/16586 19253/20045/16570</w:t>
        <w:br/>
        <w:t>f 19250/20044/16569 19252/20046/16571 19256/20047/16572</w:t>
        <w:br/>
        <w:t>f 19269/20062/16587 19250/20044/16569 19256/20047/16572</w:t>
        <w:br/>
        <w:t>f 19248/20042/16567 19250/20044/16569 19269/20062/16587</w:t>
        <w:br/>
        <w:t>f 19270/20063/16588 19248/20042/16567 19269/20062/16587</w:t>
        <w:br/>
        <w:t>f 19272/20064/16589 19270/20063/16588 19269/20062/16587</w:t>
        <w:br/>
        <w:t>f 19271/20065/16590 19272/20064/16589 19269/20062/16587</w:t>
        <w:br/>
        <w:t>f 19271/20065/16590 19274/20066/16554 19273/20067/16555</w:t>
        <w:br/>
        <w:t>f 19272/20064/16589 19271/20065/16590 19273/20067/16555</w:t>
        <w:br/>
        <w:t>f 19219/20011/16536 19220/20014/16539 19270/20063/16588</w:t>
        <w:br/>
        <w:t>f 19272/20064/16589 19219/20011/16536 19270/20063/16588</w:t>
        <w:br/>
        <w:t>f 19270/20063/16588 19220/20014/16539 19246/20039/16564</w:t>
        <w:br/>
        <w:t>f 19248/20042/16567 19270/20063/16588 19246/20039/16564</w:t>
        <w:br/>
        <w:t>f 19218/20012/16537 19219/20011/16536 19272/20064/16589</w:t>
        <w:br/>
        <w:t>f 19273/20067/16555 19218/20012/16537 19272/20064/16589</w:t>
        <w:br/>
        <w:t>f 19259/20051/16576 19274/20066/16554 19271/20065/16590</w:t>
        <w:br/>
        <w:t>f 19258/20052/16577 19259/20051/16576 19271/20065/16590</w:t>
        <w:br/>
        <w:t>f 19271/20065/16590 19269/20062/16587 19256/20047/16572</w:t>
        <w:br/>
        <w:t>f 19258/20052/16577 19271/20065/16590 19256/20047/16572</w:t>
        <w:br/>
        <w:t>f 19251/20043/16568 19249/20041/16566 19275/20068/16591</w:t>
        <w:br/>
        <w:t>f 19268/20061/16586 19251/20043/16568 19275/20068/16591</w:t>
        <w:br/>
        <w:t>f 19277/20069/16592 19276/20070/16593 19268/20061/16586</w:t>
        <w:br/>
        <w:t>f 19275/20068/16591 19277/20069/16592 19268/20061/16586</w:t>
        <w:br/>
        <w:t>f 19278/20071/16594 19276/20070/16593 19277/20069/16592</w:t>
        <w:br/>
        <w:t>f 19241/20034/16559 19278/20071/16594 19277/20069/16592</w:t>
        <w:br/>
        <w:t>f 19276/20070/16593 19278/20071/16594 19261/20057/16582</w:t>
        <w:br/>
        <w:t>f 19262/20056/16581 19276/20070/16593 19261/20057/16582</w:t>
        <w:br/>
        <w:t>f 19268/20061/16586 19276/20070/16593 19262/20056/16581</w:t>
        <w:br/>
        <w:t>f 19266/20058/16583 19268/20061/16586 19262/20056/16581</w:t>
        <w:br/>
        <w:t>f 19278/20071/16594 19234/20028/16553 19279/20072/16595</w:t>
        <w:br/>
        <w:t>f 19261/20057/16582 19278/20071/16594 19279/20072/16595</w:t>
        <w:br/>
        <w:t>f 19234/20028/16553 19235/20027/16552 19280/20073/16596</w:t>
        <w:br/>
        <w:t>f 19279/20072/16595 19234/20028/16553 19280/20073/16596</w:t>
        <w:br/>
        <w:t>f 19281/20074/16576 19280/20073/16596 19235/20027/16552</w:t>
        <w:br/>
        <w:t>f 19237/20029/16554 19281/20074/16576 19235/20027/16552</w:t>
        <w:br/>
        <w:t>f 19279/20072/16595 19280/20073/16596 19283/20075/16597</w:t>
        <w:br/>
        <w:t>f 19282/20076/16598 19279/20072/16595 19283/20075/16597</w:t>
        <w:br/>
        <w:t>f 19261/20057/16582 19279/20072/16595 19282/20076/16598</w:t>
        <w:br/>
        <w:t>f 19264/20054/16579 19261/20057/16582 19282/20076/16598</w:t>
        <w:br/>
        <w:t>f 19281/20074/16576 19284/20077/16575 19283/20075/16597</w:t>
        <w:br/>
        <w:t>f 19280/20073/16596 19281/20074/16576 19283/20075/16597</w:t>
        <w:br/>
        <w:t>f 19241/20034/16559 19232/20026/16551 19234/20028/16553</w:t>
        <w:br/>
        <w:t>f 19278/20071/16594 19241/20034/16559 19234/20028/16553</w:t>
        <w:br/>
        <w:t>f 19241/20034/16559 19277/20069/16592 19285/20078/16599</w:t>
        <w:br/>
        <w:t>f 19239/20033/16558 19241/20034/16559 19285/20078/16599</w:t>
        <w:br/>
        <w:t>f 19245/20038/16563 19240/20032/16557 19239/20033/16558</w:t>
        <w:br/>
        <w:t>f 19285/20078/16599 19245/20038/16563 19239/20033/16558</w:t>
        <w:br/>
        <w:t>f 19285/20078/16599 19287/20079/16600 19286/20080/16601</w:t>
        <w:br/>
        <w:t>f 19245/20038/16563 19285/20078/16599 19286/20080/16601</w:t>
        <w:br/>
        <w:t>f 19285/20078/16599 19277/20069/16592 19275/20068/16591</w:t>
        <w:br/>
        <w:t>f 19287/20079/16600 19285/20078/16599 19275/20068/16591</w:t>
        <w:br/>
        <w:t>f 19247/20040/16565 19224/20017/16542 19286/20080/16601</w:t>
        <w:br/>
        <w:t>f 19287/20079/16600 19247/20040/16565 19286/20080/16601</w:t>
        <w:br/>
        <w:t>f 19224/20017/16542 19191/19983/16515 19190/19984/16516</w:t>
        <w:br/>
        <w:t>f 19286/20080/16601 19224/20017/16542 19190/19984/16516</w:t>
        <w:br/>
        <w:t>f 19190/19984/16516 19192/19985/16517 19245/20038/16563</w:t>
        <w:br/>
        <w:t>f 19286/20080/16601 19190/19984/16516 19245/20038/16563</w:t>
        <w:br/>
        <w:t>f 19249/20041/16566 19247/20040/16565 19287/20079/16600</w:t>
        <w:br/>
        <w:t>f 19275/20068/16591 19249/20041/16566 19287/20079/16600</w:t>
        <w:br/>
        <w:t>f 19291/20081/16602 19290/20082/16603 19289/20083/16604</w:t>
        <w:br/>
        <w:t>f 19288/20084/16605 19291/20081/16602 19289/20083/16604</w:t>
        <w:br/>
        <w:t>f 19291/20081/16602 19293/20085/16606 19292/20086/16607</w:t>
        <w:br/>
        <w:t>f 19290/20082/16603 19291/20081/16602 19292/20086/16607</w:t>
        <w:br/>
        <w:t>f 19293/20085/16606 19291/20081/16602 19295/20087/16608</w:t>
        <w:br/>
        <w:t>f 19294/20088/16609 19293/20085/16606 19295/20087/16608</w:t>
        <w:br/>
        <w:t>f 19291/20081/16602 19288/20084/16605 19296/20089/16610</w:t>
        <w:br/>
        <w:t>f 19295/20087/16608 19291/20081/16602 19296/20089/16610</w:t>
        <w:br/>
        <w:t>f 19295/20087/16608 19296/20089/16610 19298/20090/16611</w:t>
        <w:br/>
        <w:t>f 19297/20091/16612 19295/20087/16608 19298/20090/16611</w:t>
        <w:br/>
        <w:t>f 19294/20088/16609 19295/20087/16608 19297/20091/16612</w:t>
        <w:br/>
        <w:t>f 19299/20092/16613 19294/20088/16609 19297/20091/16612</w:t>
        <w:br/>
        <w:t>f 19301/20093/16614 19300/20094/16615 19297/20091/16612</w:t>
        <w:br/>
        <w:t>f 19298/20090/16611 19301/20093/16614 19297/20091/16612</w:t>
        <w:br/>
        <w:t>f 19300/20094/16615 19302/20095/16616 19299/20092/16613</w:t>
        <w:br/>
        <w:t>f 19297/20091/16612 19300/20094/16615 19299/20092/16613</w:t>
        <w:br/>
        <w:t>f 19304/20096/16617 19302/20095/16616 19300/20094/16615</w:t>
        <w:br/>
        <w:t>f 19303/20097/16618 19304/20096/16617 19300/20094/16615</w:t>
        <w:br/>
        <w:t>f 19305/20098/16619 19303/20097/16618 19300/20094/16615</w:t>
        <w:br/>
        <w:t>f 19301/20093/16614 19305/20098/16619 19300/20094/16615</w:t>
        <w:br/>
        <w:t>f 19308/20099/16620 19307/20100/16621 19306/20101/16622</w:t>
        <w:br/>
        <w:t>f 19303/20097/16618 19308/20099/16620 19306/20101/16622</w:t>
        <w:br/>
        <w:t>f 19308/20099/16620 19303/20097/16618 19305/20098/16619</w:t>
        <w:br/>
        <w:t>f 19309/20102/16623 19308/20099/16620 19305/20098/16619</w:t>
        <w:br/>
        <w:t>f 19305/20098/16619 19311/20103/16624 19310/20104/16625</w:t>
        <w:br/>
        <w:t>f 19309/20102/16623 19305/20098/16619 19310/20104/16625</w:t>
        <w:br/>
        <w:t>f 19301/20093/16614 19312/20105/16626 19311/20103/16624</w:t>
        <w:br/>
        <w:t>f 19305/20098/16619 19301/20093/16614 19311/20103/16624</w:t>
        <w:br/>
        <w:t>f 19298/20090/16611 19313/20106/16627 19312/20105/16626</w:t>
        <w:br/>
        <w:t>f 19301/20093/16614 19298/20090/16611 19312/20105/16626</w:t>
        <w:br/>
        <w:t>f 19288/20084/16605 19315/20107/16628 19314/20108/16629</w:t>
        <w:br/>
        <w:t>f 19296/20089/16610 19288/20084/16605 19314/20108/16629</w:t>
        <w:br/>
        <w:t>f 19316/20109/16630 19298/20090/16611 19296/20089/16610</w:t>
        <w:br/>
        <w:t>f 19314/20108/16629 19316/20109/16630 19296/20089/16610</w:t>
        <w:br/>
        <w:t>f 19317/20110/16631 19315/20107/16628 19288/20084/16605</w:t>
        <w:br/>
        <w:t>f 19289/20083/16604 19317/20110/16631 19288/20084/16605</w:t>
        <w:br/>
        <w:t>f 19321/20111/16632 19320/20112/16633 19319/20113/16634</w:t>
        <w:br/>
        <w:t>f 19318/20114/16635 19321/20111/16632 19319/20113/16634</w:t>
        <w:br/>
        <w:t>f 19313/20106/16627 19323/20115/16636 19322/20116/16637</w:t>
        <w:br/>
        <w:t>f 19312/20105/16626 19313/20106/16627 19322/20116/16637</w:t>
        <w:br/>
        <w:t>f 19327/20117/16638 19326/20118/16639 19325/20119/16640</w:t>
        <w:br/>
        <w:t>f 19324/20120/16641 19327/20117/16638 19325/20119/16640</w:t>
        <w:br/>
        <w:t>f 19284/20077/16575 19329/20121/16642 19328/20122/16643</w:t>
        <w:br/>
        <w:t>f 19283/20075/16597 19284/20077/16575 19328/20122/16643</w:t>
        <w:br/>
        <w:t>f 19332/20123/16644 19331/20124/16645 19328/20122/16643</w:t>
        <w:br/>
        <w:t>f 19330/20125/16646 19332/20123/16644 19328/20122/16643</w:t>
        <w:br/>
        <w:t>f 19324/20120/16641 19335/20126/16647 19334/20127/16648</w:t>
        <w:br/>
        <w:t>f 19333/20128/16649 19324/20120/16641 19334/20127/16648</w:t>
        <w:br/>
        <w:t>f 19335/20126/16647 19336/20129/16650 19255/20048/16573</w:t>
        <w:br/>
        <w:t>f 19267/20060/16585 19335/20126/16647 19255/20048/16573</w:t>
        <w:br/>
        <w:t>f 19338/20130/16642 19260/20050/16575 19257/20053/16578</w:t>
        <w:br/>
        <w:t>f 19337/20131/16651 19338/20130/16642 19257/20053/16578</w:t>
        <w:br/>
        <w:t>f 19340/20132/16652 19339/20133/16653 19309/20102/16623</w:t>
        <w:br/>
        <w:t>f 19310/20104/16625 19340/20132/16652 19309/20102/16623</w:t>
        <w:br/>
        <w:t>f 19342/20134/16654 19307/20100/16621 19308/20099/16620</w:t>
        <w:br/>
        <w:t>f 19341/20135/16655 19342/20134/16654 19308/20099/16620</w:t>
        <w:br/>
        <w:t>f 19309/20102/16623 19339/20133/16653 19341/20135/16655</w:t>
        <w:br/>
        <w:t>f 19308/20099/16620 19309/20102/16623 19341/20135/16655</w:t>
        <w:br/>
        <w:t>f 19344/20136/16656 19343/20137/16657 19340/20132/16652</w:t>
        <w:br/>
        <w:t>f 19310/20104/16625 19344/20136/16656 19340/20132/16652</w:t>
        <w:br/>
        <w:t>f 19346/20138/16658 19345/20139/16659 19263/20055/16580</w:t>
        <w:br/>
        <w:t>f 19264/20054/16579 19346/20138/16658 19263/20055/16580</w:t>
        <w:br/>
        <w:t>f 19350/20140/16660 19349/20141/16661 19348/20142/16662</w:t>
        <w:br/>
        <w:t>f 19347/20143/16663 19350/20140/16660 19348/20142/16662</w:t>
        <w:br/>
        <w:t>f 19352/20144/16664 19351/20145/16604 19348/20142/16662</w:t>
        <w:br/>
        <w:t>f 19349/20141/16661 19352/20144/16664 19348/20142/16662</w:t>
        <w:br/>
        <w:t>f 19354/20146/16603 19353/20147/16665 19348/20142/16662</w:t>
        <w:br/>
        <w:t>f 19351/20145/16604 19354/20146/16603 19348/20142/16662</w:t>
        <w:br/>
        <w:t>f 19353/20147/16665 19354/20146/16603 19356/20148/16607</w:t>
        <w:br/>
        <w:t>f 19355/20149/16666 19353/20147/16665 19356/20148/16607</w:t>
        <w:br/>
        <w:t>f 19355/20149/16666 19358/20150/16667 19357/20151/16668</w:t>
        <w:br/>
        <w:t>f 19353/20147/16665 19355/20149/16666 19357/20151/16668</w:t>
        <w:br/>
        <w:t>f 19353/20147/16665 19357/20151/16668 19347/20143/16663</w:t>
        <w:br/>
        <w:t>f 19348/20142/16662 19353/20147/16665 19347/20143/16663</w:t>
        <w:br/>
        <w:t>f 19361/20152/16669 19330/20125/16646 19360/20153/16633</w:t>
        <w:br/>
        <w:t>f 19359/20154/16632 19361/20152/16669 19360/20153/16633</w:t>
        <w:br/>
        <w:t>f 19362/20155/16670 19332/20123/16644 19330/20125/16646</w:t>
        <w:br/>
        <w:t>f 19361/20152/16669 19362/20155/16670 19330/20125/16646</w:t>
        <w:br/>
        <w:t>f 19366/20156/16671 19365/20157/16672 19364/20158/16673</w:t>
        <w:br/>
        <w:t>f 19363/20159/16674 19366/20156/16671 19364/20158/16673</w:t>
        <w:br/>
        <w:t>f 19315/20107/16628 19367/20160/16675 19314/20108/16629</w:t>
        <w:br/>
        <w:t>f 19368/20161/16676 19311/20103/16624 19312/20105/16626</w:t>
        <w:br/>
        <w:t>f 19324/20120/16641 19369/20162/16677 19327/20117/16638</w:t>
        <w:br/>
        <w:t>f 19341/20135/16655 19357/20151/16668 19358/20150/16667</w:t>
        <w:br/>
        <w:t>f 19342/20134/16654 19341/20135/16655 19358/20150/16667</w:t>
        <w:br/>
        <w:t>f 19357/20151/16668 19341/20135/16655 19339/20133/16653</w:t>
        <w:br/>
        <w:t>f 19347/20143/16663 19357/20151/16668 19339/20133/16653</w:t>
        <w:br/>
        <w:t>f 19340/20132/16652 19350/20140/16660 19347/20143/16663</w:t>
        <w:br/>
        <w:t>f 19339/20133/16653 19340/20132/16652 19347/20143/16663</w:t>
        <w:br/>
        <w:t>f 19343/20137/16657 19370/20163/16678 19350/20140/16660</w:t>
        <w:br/>
        <w:t>f 19340/20132/16652 19343/20137/16657 19350/20140/16660</w:t>
        <w:br/>
        <w:t>f 19346/20138/16658 19331/20124/16645 19332/20123/16644</w:t>
        <w:br/>
        <w:t>f 19371/20164/16679 19346/20138/16658 19332/20123/16644</w:t>
        <w:br/>
        <w:t>f 19318/20114/16635 19365/20157/16672 19367/20160/16675</w:t>
        <w:br/>
        <w:t>f 19315/20107/16628 19318/20114/16635 19367/20160/16675</w:t>
        <w:br/>
        <w:t>f 19372/20165/16680 19337/20131/16651 19257/20053/16578</w:t>
        <w:br/>
        <w:t>f 19254/20049/16574 19372/20165/16680 19257/20053/16578</w:t>
        <w:br/>
        <w:t>f 19316/20109/16630 19314/20108/16629 19367/20160/16675</w:t>
        <w:br/>
        <w:t>f 19373/20166/16681 19316/20109/16630 19367/20160/16675</w:t>
        <w:br/>
        <w:t>f 19372/20165/16680 19374/20167/16682 19363/20159/16674</w:t>
        <w:br/>
        <w:t>f 19364/20158/16673 19372/20165/16680 19363/20159/16674</w:t>
        <w:br/>
        <w:t>f 19326/20118/16639 19327/20117/16638 19322/20116/16637</w:t>
        <w:br/>
        <w:t>f 19323/20115/16636 19326/20118/16639 19322/20116/16637</w:t>
        <w:br/>
        <w:t>f 19365/20157/16672 19366/20156/16671 19373/20166/16681</w:t>
        <w:br/>
        <w:t>f 19367/20160/16675 19365/20157/16672 19373/20166/16681</w:t>
        <w:br/>
        <w:t>f 19369/20162/16677 19368/20161/16676 19322/20116/16637</w:t>
        <w:br/>
        <w:t>f 19327/20117/16638 19369/20162/16677 19322/20116/16637</w:t>
        <w:br/>
        <w:t>f 19369/20162/16677 19324/20120/16641 19333/20128/16649</w:t>
        <w:br/>
        <w:t>f 19375/20168/16683 19369/20162/16677 19333/20128/16649</w:t>
        <w:br/>
        <w:t>f 19368/20161/16676 19369/20162/16677 19375/20168/16683</w:t>
        <w:br/>
        <w:t>f 19311/20103/16624 19368/20161/16676 19375/20168/16683</w:t>
        <w:br/>
        <w:t>f 19375/20168/16683 19344/20136/16656 19310/20104/16625</w:t>
        <w:br/>
        <w:t>f 19311/20103/16624 19375/20168/16683 19310/20104/16625</w:t>
        <w:br/>
        <w:t>f 19319/20113/16634 19364/20158/16673 19365/20157/16672</w:t>
        <w:br/>
        <w:t>f 19375/20168/16683 19333/20128/16649 19376/20169/16684</w:t>
        <w:br/>
        <w:t>f 19345/20139/16659 19334/20127/16648 19265/20059/16584</w:t>
        <w:br/>
        <w:t>f 19263/20055/16580 19345/20139/16659 19265/20059/16584</w:t>
        <w:br/>
        <w:t>f 19368/20161/16676 19312/20105/16626 19322/20116/16637</w:t>
        <w:br/>
        <w:t>f 19306/20101/16622 19304/20096/16617 19303/20097/16618</w:t>
        <w:br/>
        <w:t>f 19329/20121/16642 19360/20153/16633 19330/20125/16646</w:t>
        <w:br/>
        <w:t>f 19328/20122/16643 19329/20121/16642 19330/20125/16646</w:t>
        <w:br/>
        <w:t>f 19331/20124/16645 19282/20076/16598 19283/20075/16597</w:t>
        <w:br/>
        <w:t>f 19328/20122/16643 19331/20124/16645 19283/20075/16597</w:t>
        <w:br/>
        <w:t>f 19265/20059/16584 19334/20127/16648 19335/20126/16647</w:t>
        <w:br/>
        <w:t>f 19267/20060/16585 19265/20059/16584 19335/20126/16647</w:t>
        <w:br/>
        <w:t>f 19324/20120/16641 19325/20119/16640 19336/20129/16650</w:t>
        <w:br/>
        <w:t>f 19335/20126/16647 19324/20120/16641 19336/20129/16650</w:t>
        <w:br/>
        <w:t>f 19337/20131/16651 19319/20113/16634 19320/20112/16633</w:t>
        <w:br/>
        <w:t>f 19338/20130/16642 19337/20131/16651 19320/20112/16633</w:t>
        <w:br/>
        <w:t>f 19371/20164/16679 19376/20169/16684 19345/20139/16659</w:t>
        <w:br/>
        <w:t>f 19346/20138/16658 19371/20164/16679 19345/20139/16659</w:t>
        <w:br/>
        <w:t>f 19264/20054/16579 19282/20076/16598 19331/20124/16645</w:t>
        <w:br/>
        <w:t>f 19346/20138/16658 19264/20054/16579 19331/20124/16645</w:t>
        <w:br/>
        <w:t>f 19364/20158/16673 19319/20113/16634 19337/20131/16651</w:t>
        <w:br/>
        <w:t>f 19372/20165/16680 19364/20158/16673 19337/20131/16651</w:t>
        <w:br/>
        <w:t>f 19254/20049/16574 19255/20048/16573 19374/20167/16682</w:t>
        <w:br/>
        <w:t>f 19372/20165/16680 19254/20049/16574 19374/20167/16682</w:t>
        <w:br/>
        <w:t>f 19345/20139/16659 19376/20169/16684 19333/20128/16649</w:t>
        <w:br/>
        <w:t>f 19334/20127/16648 19345/20139/16659 19333/20128/16649</w:t>
        <w:br/>
        <w:t>f 19318/20114/16635 19315/20107/16628 19317/20110/16631</w:t>
        <w:br/>
        <w:t>f 19321/20111/16632 19318/20114/16635 19317/20110/16631</w:t>
        <w:br/>
        <w:t>f 19376/20169/16684 19371/20164/16679 19343/20137/16657</w:t>
        <w:br/>
        <w:t>f 19344/20136/16656 19376/20169/16684 19343/20137/16657</w:t>
        <w:br/>
        <w:t>f 19359/20154/16632 19352/20144/16664 19349/20141/16661</w:t>
        <w:br/>
        <w:t>f 19361/20152/16669 19359/20154/16632 19349/20141/16661</w:t>
        <w:br/>
        <w:t>f 19361/20152/16669 19349/20141/16661 19350/20140/16660</w:t>
        <w:br/>
        <w:t>f 19362/20155/16670 19361/20152/16669 19350/20140/16660</w:t>
        <w:br/>
        <w:t>f 19371/20164/16679 19332/20123/16644 19370/20163/16678</w:t>
        <w:br/>
        <w:t>f 19343/20137/16657 19371/20164/16679 19370/20163/16678</w:t>
        <w:br/>
        <w:t>f 19365/20157/16672 19318/20114/16635 19319/20113/16634</w:t>
        <w:br/>
        <w:t>f 19344/20136/16656 19375/20168/16683 19376/20169/16684</w:t>
        <w:br/>
        <w:t>f 19181/19975/16507 19377/20170/16685 19184/19977/16509</w:t>
        <w:br/>
        <w:t>f 19243/20036/16561 19204/19996/16525 19378/20171/14933</w:t>
        <w:br/>
        <w:t>f 19151/19944/16479 19157/19949/16484 19150/19945/16480</w:t>
        <w:br/>
        <w:t>f 19150/19945/16480 19156/19950/16485 19153/19948/16483</w:t>
        <w:br/>
        <w:t>f 19153/19948/16483 19154/19947/16482 19150/19945/16480</w:t>
        <w:br/>
        <w:t>f 19149/19942/14914 19171/19964/16499 19169/19962/16497</w:t>
        <w:br/>
        <w:t>f 19147/19941/16477 19149/19942/14914 19169/19962/16497</w:t>
        <w:br/>
        <w:t>f 19179/19973/16505 19377/20170/16685 19181/19975/16507</w:t>
        <w:br/>
        <w:t>f 19185/19976/16508 19183/19978/16510 19378/20171/14933</w:t>
        <w:br/>
        <w:t>f 19204/19996/16525 19185/19976/16508 19378/20171/14933</w:t>
        <w:br/>
        <w:t>f 19139/19931/14923 19137/19928/14921 19135/19930/16471</w:t>
        <w:br/>
        <w:t>f 19170/19963/16498 19151/19944/16479 19152/19943/16478</w:t>
        <w:br/>
        <w:t>f 19342/20134/16654 19358/20150/16667 19712/20172/16428</w:t>
        <w:br/>
        <w:t>f 19711/20173/16423 19342/20134/16654 19712/20172/16428</w:t>
        <w:br/>
        <w:t>f 19711/20173/16423 19713/20174/16686 19307/20100/16621</w:t>
        <w:br/>
        <w:t>f 19342/20134/16654 19711/20173/16423 19307/20100/16621</w:t>
        <w:br/>
        <w:t>f 19302/20095/16616 19715/20175/16431 19714/20176/16430</w:t>
        <w:br/>
        <w:t>f 19299/20092/16613 19302/20095/16616 19714/20176/16430</w:t>
        <w:br/>
        <w:t>f 19717/20177/16687 19716/20178/16439 19294/20088/16609</w:t>
        <w:br/>
        <w:t>f 19356/20148/16607 19719/20179/16442 19718/20180/16440</w:t>
        <w:br/>
        <w:t>f 19355/20149/16666 19356/20148/16607 19718/20180/16440</w:t>
        <w:br/>
        <w:t>f 19718/20180/16440 19712/20172/16428 19358/20150/16667</w:t>
        <w:br/>
        <w:t>f 19355/20149/16666 19718/20180/16440 19358/20150/16667</w:t>
        <w:br/>
        <w:t>f 19294/20088/16609 19716/20178/16439 19720/20181/16444</w:t>
        <w:br/>
        <w:t>f 19293/20085/16606 19294/20088/16609 19720/20181/16444</w:t>
        <w:br/>
        <w:t>f 19302/20095/16616 19304/20096/16617 19721/20182/16436</w:t>
        <w:br/>
        <w:t>f 19715/20175/16431 19302/20095/16616 19721/20182/16436</w:t>
        <w:br/>
        <w:t>f 19293/20085/16606 19720/20181/16444 19722/20183/16442</w:t>
        <w:br/>
        <w:t>f 19292/20086/16607 19293/20085/16606 19722/20183/16442</w:t>
        <w:br/>
        <w:t>f 19713/20174/16686 19723/20184/16688 19306/20101/16622</w:t>
        <w:br/>
        <w:t>f 19307/20100/16621 19713/20174/16686 19306/20101/16622</w:t>
        <w:br/>
        <w:t>f 19723/20184/16688 19721/20182/16436 19304/20096/16617</w:t>
        <w:br/>
        <w:t>f 19306/20101/16622 19723/20184/16688 19304/20096/16617</w:t>
        <w:br/>
        <w:t>f 19299/20092/16613 19717/20177/16687 19294/20088/16609</w:t>
        <w:br/>
        <w:t>f 19299/20092/16613 19714/20176/16430 19717/20177/16687</w:t>
        <w:br/>
        <w:t>f 19140/19936/16474 19167/19961/16496 19143/19933/16473</w:t>
        <w:br/>
        <w:t>f 19158/19952/16487 19166/19959/16494 19161/19953/16488</w:t>
        <w:br/>
        <w:t>f 19727/20185/15184 19726/20186/16689 19725/20187/16690</w:t>
        <w:br/>
        <w:t>f 19729/20188/15186 19728/20189/16691 19726/20186/16689</w:t>
        <w:br/>
        <w:t>f 19733/20190/16692 19732/20191/16693 19731/20192/16689</w:t>
        <w:br/>
        <w:t>f 19730/20193/16691 19733/20190/16692 19731/20192/16689</w:t>
        <w:br/>
        <w:t>f 19735/20194/15181 19731/20192/16689 19732/20191/16693</w:t>
        <w:br/>
        <w:t>f 19734/20195/16694 19735/20194/15181 19732/20191/16693</w:t>
        <w:br/>
        <w:t>f 19736/20196/16695 19728/20189/16691 19729/20188/15186</w:t>
        <w:br/>
        <w:t>f 19734/20195/16694 19738/20197/16696 19737/20198/15178</w:t>
        <w:br/>
        <w:t>f 19737/20198/15178 19738/20197/16696 19739/20199/15176</w:t>
        <w:br/>
        <w:t>f 19738/20197/16696 19734/20195/16694 19732/20191/16693</w:t>
        <w:br/>
        <w:t>f 19742/20200/16697 19741/20201/16698 19740/20202/16699</w:t>
        <w:br/>
        <w:t>f 19745/20203/16700 19744/20204/16701 19743/20205/16702</w:t>
        <w:br/>
        <w:t>f 19741/20201/16698 19747/20206/15166 19746/20207/16703</w:t>
        <w:br/>
        <w:t>f 19749/20208/16704 19748/20209/16705 19741/20201/16698</w:t>
        <w:br/>
        <w:t>f 19742/20200/16697 19749/20208/16704 19741/20201/16698</w:t>
        <w:br/>
        <w:t>f 19751/20210/16706 19750/20211/16707 19748/20209/16705</w:t>
        <w:br/>
        <w:t>f 19749/20208/16704 19751/20210/16706 19748/20209/16705</w:t>
        <w:br/>
        <w:t>f 19750/20211/16707 19751/20210/16706 19753/20212/16708</w:t>
        <w:br/>
        <w:t>f 19752/20213/16709 19750/20211/16707 19753/20212/16708</w:t>
        <w:br/>
        <w:t>f 19752/20213/16709 19755/20214/16710 19754/20215/16711</w:t>
        <w:br/>
        <w:t>f 19750/20211/16707 19752/20213/16709 19754/20215/16711</w:t>
        <w:br/>
        <w:t>f 19750/20211/16707 19754/20215/16711 19756/20216/16712</w:t>
        <w:br/>
        <w:t>f 19748/20209/16705 19756/20216/16712 19743/20205/16702</w:t>
        <w:br/>
        <w:t>f 19751/20210/16706 19749/20208/16704 19758/20217/16713</w:t>
        <w:br/>
        <w:t>f 19757/20218/16714 19751/20210/16706 19758/20217/16713</w:t>
        <w:br/>
        <w:t>f 19759/20219/16715 19758/20217/16713 19749/20208/16704</w:t>
        <w:br/>
        <w:t>f 19742/20200/16697 19759/20219/16715 19749/20208/16704</w:t>
        <w:br/>
        <w:t>f 19741/20201/16698 19748/20209/16705 19743/20205/16702</w:t>
        <w:br/>
        <w:t>f 19760/20220/16716 19759/20219/16715 19742/20200/16697</w:t>
        <w:br/>
        <w:t>f 19759/20219/16715 19760/20220/16716 19761/20221/16717</w:t>
        <w:br/>
        <w:t>f 19732/20191/16693 19758/20217/16713 19738/20197/16696</w:t>
        <w:br/>
        <w:t>f 19738/20197/16696 19758/20217/16713 19759/20219/16715</w:t>
        <w:br/>
        <w:t>f 19733/20190/16692 19757/20218/16714 19758/20217/16713</w:t>
        <w:br/>
        <w:t>f 19745/20203/16700 19743/20205/16702 19762/20222/15208</w:t>
        <w:br/>
        <w:t>f 19763/20223/16718 19762/20222/15208 19743/20205/16702</w:t>
        <w:br/>
        <w:t>f 19754/20215/16711 19764/20224/16719 19763/20223/16718</w:t>
        <w:br/>
        <w:t>f 19756/20216/16712 19754/20215/16711 19763/20223/16718</w:t>
        <w:br/>
        <w:t>f 19766/20225/16720 19763/20223/16718 19764/20224/16719</w:t>
        <w:br/>
        <w:t>f 19765/20226/15206 19766/20225/16720 19764/20224/16719</w:t>
        <w:br/>
        <w:t>f 19763/20223/16718 19766/20225/16720 19762/20222/15208</w:t>
        <w:br/>
        <w:t>f 19755/20214/16710 19767/20227/16721 19764/20224/16719</w:t>
        <w:br/>
        <w:t>f 19754/20215/16711 19755/20214/16710 19764/20224/16719</w:t>
        <w:br/>
        <w:t>f 19767/20227/16721 19768/20228/15203 19765/20226/15206</w:t>
        <w:br/>
        <w:t>f 19764/20224/16719 19767/20227/16721 19765/20226/15206</w:t>
        <w:br/>
        <w:t>f 19770/20229/16722 19769/20230/16723 19768/20228/15203</w:t>
        <w:br/>
        <w:t>f 19767/20227/16721 19770/20229/16722 19768/20228/15203</w:t>
        <w:br/>
        <w:t>f 19772/20231/16724 19771/20232/16725 19769/20230/16723</w:t>
        <w:br/>
        <w:t>f 19770/20229/16722 19772/20231/16724 19769/20230/16723</w:t>
        <w:br/>
        <w:t>f 19775/20233/16726 19771/20232/16725 19774/20234/16727</w:t>
        <w:br/>
        <w:t>f 19773/20235/16728 19775/20233/16726 19774/20234/16727</w:t>
        <w:br/>
        <w:t>f 19776/20236/16729 19770/20229/16722 19767/20227/16721</w:t>
        <w:br/>
        <w:t>f 19755/20214/16710 19776/20236/16729 19767/20227/16721</w:t>
        <w:br/>
        <w:t>f 19779/20237/16730 19778/20238/16731 19776/20236/16729</w:t>
        <w:br/>
        <w:t>f 19777/20239/16732 19779/20237/16730 19776/20236/16729</w:t>
        <w:br/>
        <w:t>f 19781/20240/16733 19780/20241/16734 19778/20238/16731</w:t>
        <w:br/>
        <w:t>f 19779/20237/16730 19781/20240/16733 19778/20238/16731</w:t>
        <w:br/>
        <w:t>f 19772/20231/16724 19778/20238/16731 19780/20241/16734</w:t>
        <w:br/>
        <w:t>f 19782/20242/16735 19772/20231/16724 19780/20241/16734</w:t>
        <w:br/>
        <w:t>f 19778/20238/16731 19772/20231/16724 19770/20229/16722</w:t>
        <w:br/>
        <w:t>f 19776/20236/16729 19778/20238/16731 19770/20229/16722</w:t>
        <w:br/>
        <w:t>f 19755/20214/16710 19752/20213/16709 19777/20239/16732</w:t>
        <w:br/>
        <w:t>f 19776/20236/16729 19755/20214/16710 19777/20239/16732</w:t>
        <w:br/>
        <w:t>f 19783/20243/16736 19777/20239/16732 19752/20213/16709</w:t>
        <w:br/>
        <w:t>f 19753/20212/16708 19783/20243/16736 19752/20213/16709</w:t>
        <w:br/>
        <w:t>f 19784/20244/16737 19779/20237/16730 19777/20239/16732</w:t>
        <w:br/>
        <w:t>f 19783/20243/16736 19784/20244/16737 19777/20239/16732</w:t>
        <w:br/>
        <w:t>f 19756/20216/16712 19763/20223/16718 19743/20205/16702</w:t>
        <w:br/>
        <w:t>f 19786/20245/16738 19733/20190/16692 19730/20193/16691</w:t>
        <w:br/>
        <w:t>f 19785/20246/16739 19786/20245/16738 19730/20193/16691</w:t>
        <w:br/>
        <w:t>f 19785/20246/16739 19788/20247/16740 19787/20248/16741</w:t>
        <w:br/>
        <w:t>f 19786/20245/16738 19785/20246/16739 19787/20248/16741</w:t>
        <w:br/>
        <w:t>f 19791/20249/16740 19790/20250/16739 19736/20196/16695</w:t>
        <w:br/>
        <w:t>f 19789/20251/15190 19791/20249/16740 19736/20196/16695</w:t>
        <w:br/>
        <w:t>f 19736/20196/16695 19790/20250/16739 19728/20189/16691</w:t>
        <w:br/>
        <w:t>f 19795/20252/16742 19794/20253/16743 19793/20254/15191</w:t>
        <w:br/>
        <w:t>f 19792/20255/16744 19795/20252/16742 19793/20254/15191</w:t>
        <w:br/>
        <w:t>f 19799/20256/16743 19798/20257/16742 19797/20258/16745</w:t>
        <w:br/>
        <w:t>f 19796/20259/16746 19799/20256/16743 19797/20258/16745</w:t>
        <w:br/>
        <w:t>f 19792/20255/16744 19801/20260/16747 19800/20261/16748</w:t>
        <w:br/>
        <w:t>f 19795/20252/16742 19792/20255/16744 19800/20261/16748</w:t>
        <w:br/>
        <w:t>f 19803/20262/16749 19797/20258/16745 19798/20257/16742</w:t>
        <w:br/>
        <w:t>f 19802/20263/16748 19803/20262/16749 19798/20257/16742</w:t>
        <w:br/>
        <w:t>f 19797/20258/16745 19803/20262/16749 19805/20264/16750</w:t>
        <w:br/>
        <w:t>f 19804/20265/16751 19797/20258/16745 19805/20264/16750</w:t>
        <w:br/>
        <w:t>f 19807/20266/16752 19803/20262/16749 19802/20263/16748</w:t>
        <w:br/>
        <w:t>f 19806/20267/16753 19807/20266/16752 19802/20263/16748</w:t>
        <w:br/>
        <w:t>f 19809/20268/16754 19807/20266/16752 19806/20267/16753</w:t>
        <w:br/>
        <w:t>f 19808/20269/16755 19809/20268/16754 19806/20267/16753</w:t>
        <w:br/>
        <w:t>f 19811/20270/16756 19810/20271/16757 19807/20266/16752</w:t>
        <w:br/>
        <w:t>f 19809/20268/16754 19811/20270/16756 19807/20266/16752</w:t>
        <w:br/>
        <w:t>f 19810/20271/16757 19805/20264/16750 19803/20262/16749</w:t>
        <w:br/>
        <w:t>f 19807/20266/16752 19810/20271/16757 19803/20262/16749</w:t>
        <w:br/>
        <w:t>f 19804/20265/16751 19805/20264/16750 19812/20272/16758</w:t>
        <w:br/>
        <w:t>f 19784/20244/16737 19804/20265/16751 19812/20272/16758</w:t>
        <w:br/>
        <w:t>f 19813/20273/16759 19812/20272/16758 19805/20264/16750</w:t>
        <w:br/>
        <w:t>f 19810/20271/16757 19813/20273/16759 19805/20264/16750</w:t>
        <w:br/>
        <w:t>f 19813/20273/16759 19814/20274/16760 19781/20240/16733</w:t>
        <w:br/>
        <w:t>f 19812/20272/16758 19813/20273/16759 19781/20240/16733</w:t>
        <w:br/>
        <w:t>f 19779/20237/16730 19784/20244/16737 19812/20272/16758</w:t>
        <w:br/>
        <w:t>f 19781/20240/16733 19779/20237/16730 19812/20272/16758</w:t>
        <w:br/>
        <w:t>f 19815/20275/16761 19804/20265/16751 19784/20244/16737</w:t>
        <w:br/>
        <w:t>f 19783/20243/16736 19815/20275/16761 19784/20244/16737</w:t>
        <w:br/>
        <w:t>f 19815/20275/16761 19816/20276/16762 19787/20248/16741</w:t>
        <w:br/>
        <w:t>f 19796/20259/16746 19815/20275/16761 19787/20248/16741</w:t>
        <w:br/>
        <w:t>f 19796/20259/16746 19797/20258/16745 19804/20265/16751</w:t>
        <w:br/>
        <w:t>f 19815/20275/16761 19796/20259/16746 19804/20265/16751</w:t>
        <w:br/>
        <w:t>f 19783/20243/16736 19753/20212/16708 19816/20276/16762</w:t>
        <w:br/>
        <w:t>f 19815/20275/16761 19783/20243/16736 19816/20276/16762</w:t>
        <w:br/>
        <w:t>f 19818/20277/16763 19800/20261/16748 19801/20260/16747</w:t>
        <w:br/>
        <w:t>f 19817/20278/16764 19818/20277/16763 19801/20260/16747</w:t>
        <w:br/>
        <w:t>f 19821/20279/16765 19817/20278/16764 19820/20280/16766</w:t>
        <w:br/>
        <w:t>f 19819/20281/16767 19821/20279/16765 19820/20280/16766</w:t>
        <w:br/>
        <w:t>f 19823/20282/16768 19821/20279/16765 19819/20281/16767</w:t>
        <w:br/>
        <w:t>f 19822/20283/16769 19823/20282/16768 19819/20281/16767</w:t>
        <w:br/>
        <w:t>f 19825/20284/16770 19823/20282/16768 19822/20283/16769</w:t>
        <w:br/>
        <w:t>f 19824/20285/16771 19825/20284/16770 19822/20283/16769</w:t>
        <w:br/>
        <w:t>f 19827/20286/16772 19826/20287/16773 19823/20282/16768</w:t>
        <w:br/>
        <w:t>f 19825/20284/16770 19827/20286/16772 19823/20282/16768</w:t>
        <w:br/>
        <w:t>f 19826/20287/16773 19828/20288/16774 19821/20279/16765</w:t>
        <w:br/>
        <w:t>f 19823/20282/16768 19826/20287/16773 19821/20279/16765</w:t>
        <w:br/>
        <w:t>f 19819/20281/16767 19820/20280/16766 19830/20289/16775</w:t>
        <w:br/>
        <w:t>f 19829/20290/16776 19819/20281/16767 19830/20289/16775</w:t>
        <w:br/>
        <w:t>f 19822/20283/16769 19819/20281/16767 19829/20290/16776</w:t>
        <w:br/>
        <w:t>f 19831/20291/16777 19822/20283/16769 19829/20290/16776</w:t>
        <w:br/>
        <w:t>f 19828/20288/16774 19818/20277/16763 19817/20278/16764</w:t>
        <w:br/>
        <w:t>f 19821/20279/16765 19828/20288/16774 19817/20278/16764</w:t>
        <w:br/>
        <w:t>f 19832/20292/16778 19820/20280/16766 19817/20278/16764</w:t>
        <w:br/>
        <w:t>f 19801/20260/16747 19832/20292/16778 19817/20278/16764</w:t>
        <w:br/>
        <w:t>f 19792/20255/16744 19774/20234/16727 19832/20292/16778</w:t>
        <w:br/>
        <w:t>f 19801/20260/16747 19792/20255/16744 19832/20292/16778</w:t>
        <w:br/>
        <w:t>f 19793/20254/15191 19833/20293/16779 19792/20255/16744</w:t>
        <w:br/>
        <w:t>f 19832/20292/16778 19774/20234/16727 19771/20232/16725</w:t>
        <w:br/>
        <w:t>f 19834/20294/16780 19832/20292/16778 19771/20232/16725</w:t>
        <w:br/>
        <w:t>f 19772/20231/16724 19782/20242/16735 19834/20294/16780</w:t>
        <w:br/>
        <w:t>f 19771/20232/16725 19772/20231/16724 19834/20294/16780</w:t>
        <w:br/>
        <w:t>f 19830/20289/16775 19834/20294/16780 19782/20242/16735</w:t>
        <w:br/>
        <w:t>f 19835/20295/16781 19830/20289/16775 19782/20242/16735</w:t>
        <w:br/>
        <w:t>f 19834/20294/16780 19830/20289/16775 19820/20280/16766</w:t>
        <w:br/>
        <w:t>f 19832/20292/16778 19834/20294/16780 19820/20280/16766</w:t>
        <w:br/>
        <w:t>f 19788/20247/16740 19799/20256/16743 19796/20259/16746</w:t>
        <w:br/>
        <w:t>f 19787/20248/16741 19788/20247/16740 19796/20259/16746</w:t>
        <w:br/>
        <w:t>f 19794/20253/16743 19791/20249/16740 19789/20251/15190</w:t>
        <w:br/>
        <w:t>f 19793/20254/15191 19794/20253/16743 19789/20251/15190</w:t>
        <w:br/>
        <w:t>f 19786/20245/16738 19787/20248/16741 19816/20276/16762</w:t>
        <w:br/>
        <w:t>f 19757/20218/16714 19786/20245/16738 19816/20276/16762</w:t>
        <w:br/>
        <w:t>f 19733/20190/16692 19786/20245/16738 19757/20218/16714</w:t>
        <w:br/>
        <w:t>f 19757/20218/16714 19816/20276/16762 19753/20212/16708</w:t>
        <w:br/>
        <w:t>f 19751/20210/16706 19757/20218/16714 19753/20212/16708</w:t>
        <w:br/>
        <w:t>f 19810/20271/16757 19811/20270/16756 19836/20296/16782</w:t>
        <w:br/>
        <w:t>f 19813/20273/16759 19810/20271/16757 19836/20296/16782</w:t>
        <w:br/>
        <w:t>f 19836/20296/16782 19837/20297/16783 19814/20274/16760</w:t>
        <w:br/>
        <w:t>f 19813/20273/16759 19836/20296/16782 19814/20274/16760</w:t>
        <w:br/>
        <w:t>f 19837/20297/16783 19836/20296/16782 19839/20298/16784</w:t>
        <w:br/>
        <w:t>f 19838/20299/16785 19837/20297/16783 19839/20298/16784</w:t>
        <w:br/>
        <w:t>f 19841/20300/16786 19840/20301/16787 19838/20299/16785</w:t>
        <w:br/>
        <w:t>f 19839/20298/16784 19841/20300/16786 19838/20299/16785</w:t>
        <w:br/>
        <w:t>f 19841/20300/16786 19843/20302/16788 19842/20303/16789</w:t>
        <w:br/>
        <w:t>f 19840/20301/16787 19841/20300/16786 19842/20303/16789</w:t>
        <w:br/>
        <w:t>f 19846/20304/16790 19843/20302/16788 19845/20305/16791</w:t>
        <w:br/>
        <w:t>f 19844/20306/16792 19846/20304/16790 19845/20305/16791</w:t>
        <w:br/>
        <w:t>f 19850/20307/16793 19849/20308/16794 19848/20309/16795</w:t>
        <w:br/>
        <w:t>f 19847/20310/16796 19850/20307/16793 19848/20309/16795</w:t>
        <w:br/>
        <w:t>f 19844/20306/16792 19845/20305/16791 19850/20307/16793</w:t>
        <w:br/>
        <w:t>f 19847/20310/16796 19844/20306/16792 19850/20307/16793</w:t>
        <w:br/>
        <w:t>f 19854/20311/16797 19853/20312/16798 19852/20313/16799</w:t>
        <w:br/>
        <w:t>f 19851/20314/16800 19854/20311/16797 19852/20313/16799</w:t>
        <w:br/>
        <w:t>f 19856/20315/16801 19855/20316/16802 19853/20312/16798</w:t>
        <w:br/>
        <w:t>f 19854/20311/16797 19856/20315/16801 19853/20312/16798</w:t>
        <w:br/>
        <w:t>f 19856/20315/16801 19842/20303/16789 19857/20317/16803</w:t>
        <w:br/>
        <w:t>f 19855/20316/16802 19856/20315/16801 19857/20317/16803</w:t>
        <w:br/>
        <w:t>f 19846/20304/16790 19857/20317/16803 19842/20303/16789</w:t>
        <w:br/>
        <w:t>f 19843/20302/16788 19846/20304/16790 19842/20303/16789</w:t>
        <w:br/>
        <w:t>f 19858/20318/16804 19840/20301/16787 19842/20303/16789</w:t>
        <w:br/>
        <w:t>f 19856/20315/16801 19858/20318/16804 19842/20303/16789</w:t>
        <w:br/>
        <w:t>f 19841/20300/16786 19859/20319/16805 19845/20305/16791</w:t>
        <w:br/>
        <w:t>f 19843/20302/16788 19841/20300/16786 19845/20305/16791</w:t>
        <w:br/>
        <w:t>f 19839/20298/16784 19860/20320/16806 19859/20319/16805</w:t>
        <w:br/>
        <w:t>f 19841/20300/16786 19839/20298/16784 19859/20319/16805</w:t>
        <w:br/>
        <w:t>f 19862/20321/16807 19861/20322/16808 19859/20319/16805</w:t>
        <w:br/>
        <w:t>f 19860/20320/16806 19862/20321/16807 19859/20319/16805</w:t>
        <w:br/>
        <w:t>f 19864/20323/16773 19863/20324/16772 19861/20322/16808</w:t>
        <w:br/>
        <w:t>f 19862/20321/16807 19864/20323/16773 19861/20322/16808</w:t>
        <w:br/>
        <w:t>f 19860/20320/16806 19811/20270/16756 19809/20268/16754</w:t>
        <w:br/>
        <w:t>f 19862/20321/16807 19860/20320/16806 19809/20268/16754</w:t>
        <w:br/>
        <w:t>f 19836/20296/16782 19811/20270/16756 19860/20320/16806</w:t>
        <w:br/>
        <w:t>f 19839/20298/16784 19836/20296/16782 19860/20320/16806</w:t>
        <w:br/>
        <w:t>f 19862/20321/16807 19809/20268/16754 19808/20269/16755</w:t>
        <w:br/>
        <w:t>f 19864/20323/16773 19862/20321/16807 19808/20269/16755</w:t>
        <w:br/>
        <w:t>f 19849/20308/16794 19850/20307/16793 19861/20322/16808</w:t>
        <w:br/>
        <w:t>f 19863/20324/16772 19849/20308/16794 19861/20322/16808</w:t>
        <w:br/>
        <w:t>f 19861/20322/16808 19850/20307/16793 19845/20305/16791</w:t>
        <w:br/>
        <w:t>f 19859/20319/16805 19861/20322/16808 19845/20305/16791</w:t>
        <w:br/>
        <w:t>f 19840/20301/16787 19858/20318/16804 19865/20325/16809</w:t>
        <w:br/>
        <w:t>f 19838/20299/16785 19840/20301/16787 19865/20325/16809</w:t>
        <w:br/>
        <w:t>f 19866/20326/16810 19865/20325/16809 19858/20318/16804</w:t>
        <w:br/>
        <w:t>f 19867/20327/16811 19866/20326/16810 19858/20318/16804</w:t>
        <w:br/>
        <w:t>f 19868/20328/16812 19831/20291/16777 19866/20326/16810</w:t>
        <w:br/>
        <w:t>f 19867/20327/16811 19868/20328/16812 19866/20326/16810</w:t>
        <w:br/>
        <w:t>f 19851/20314/16800 19868/20328/16812 19867/20327/16811</w:t>
        <w:br/>
        <w:t>f 19854/20311/16797 19851/20314/16800 19867/20327/16811</w:t>
        <w:br/>
        <w:t>f 19858/20318/16804 19856/20315/16801 19854/20311/16797</w:t>
        <w:br/>
        <w:t>f 19867/20327/16811 19858/20318/16804 19854/20311/16797</w:t>
        <w:br/>
        <w:t>f 19869/20329/16813 19824/20285/16771 19868/20328/16812</w:t>
        <w:br/>
        <w:t>f 19851/20314/16800 19869/20329/16813 19868/20328/16812</w:t>
        <w:br/>
        <w:t>f 19870/20330/16814 19825/20284/16770 19824/20285/16771</w:t>
        <w:br/>
        <w:t>f 19869/20329/16813 19870/20330/16814 19824/20285/16771</w:t>
        <w:br/>
        <w:t>f 19825/20284/16770 19870/20330/16814 19871/20331/16794</w:t>
        <w:br/>
        <w:t>f 19827/20286/16772 19825/20284/16770 19871/20331/16794</w:t>
        <w:br/>
        <w:t>f 19873/20332/16815 19870/20330/16814 19869/20329/16813</w:t>
        <w:br/>
        <w:t>f 19872/20333/16816 19873/20332/16815 19869/20329/16813</w:t>
        <w:br/>
        <w:t>f 19872/20333/16816 19869/20329/16813 19851/20314/16800</w:t>
        <w:br/>
        <w:t>f 19852/20313/16799 19872/20333/16816 19851/20314/16800</w:t>
        <w:br/>
        <w:t>f 19871/20331/16794 19870/20330/16814 19873/20332/16815</w:t>
        <w:br/>
        <w:t>f 19874/20334/16795 19871/20331/16794 19873/20332/16815</w:t>
        <w:br/>
        <w:t>f 19824/20285/16771 19822/20283/16769 19831/20291/16777</w:t>
        <w:br/>
        <w:t>f 19868/20328/16812 19824/20285/16771 19831/20291/16777</w:t>
        <w:br/>
        <w:t>f 19875/20335/16817 19866/20326/16810 19831/20291/16777</w:t>
        <w:br/>
        <w:t>f 19829/20290/16776 19875/20335/16817 19831/20291/16777</w:t>
        <w:br/>
        <w:t>f 19829/20290/16776 19830/20289/16775 19835/20295/16781</w:t>
        <w:br/>
        <w:t>f 19875/20335/16817 19829/20290/16776 19835/20295/16781</w:t>
        <w:br/>
        <w:t>f 19877/20336/16818 19876/20337/16819 19875/20335/16817</w:t>
        <w:br/>
        <w:t>f 19835/20295/16781 19877/20336/16818 19875/20335/16817</w:t>
        <w:br/>
        <w:t>f 19875/20335/16817 19876/20337/16819 19865/20325/16809</w:t>
        <w:br/>
        <w:t>f 19866/20326/16810 19875/20335/16817 19865/20325/16809</w:t>
        <w:br/>
        <w:t>f 19837/20297/16783 19876/20337/16819 19877/20336/16818</w:t>
        <w:br/>
        <w:t>f 19814/20274/16760 19837/20297/16783 19877/20336/16818</w:t>
        <w:br/>
        <w:t>f 19780/20241/16734 19781/20240/16733 19814/20274/16760</w:t>
        <w:br/>
        <w:t>f 19877/20336/16818 19780/20241/16734 19814/20274/16760</w:t>
        <w:br/>
        <w:t>f 19780/20241/16734 19877/20336/16818 19835/20295/16781</w:t>
        <w:br/>
        <w:t>f 19782/20242/16735 19780/20241/16734 19835/20295/16781</w:t>
        <w:br/>
        <w:t>f 19876/20337/16819 19837/20297/16783 19838/20299/16785</w:t>
        <w:br/>
        <w:t>f 19865/20325/16809 19876/20337/16819 19838/20299/16785</w:t>
        <w:br/>
        <w:t>f 19881/20338/16820 19880/20339/16821 19879/20340/16822</w:t>
        <w:br/>
        <w:t>f 19878/20341/16823 19881/20338/16820 19879/20340/16822</w:t>
        <w:br/>
        <w:t>f 19883/20342/16824 19882/20343/16825 19881/20338/16820</w:t>
        <w:br/>
        <w:t>f 19878/20341/16823 19883/20342/16824 19881/20338/16820</w:t>
        <w:br/>
        <w:t>f 19885/20344/16826 19881/20338/16820 19882/20343/16825</w:t>
        <w:br/>
        <w:t>f 19884/20345/16827 19885/20344/16826 19882/20343/16825</w:t>
        <w:br/>
        <w:t>f 19881/20338/16820 19885/20344/16826 19886/20346/16828</w:t>
        <w:br/>
        <w:t>f 19880/20339/16821 19881/20338/16820 19886/20346/16828</w:t>
        <w:br/>
        <w:t>f 19888/20347/16829 19886/20346/16828 19885/20344/16826</w:t>
        <w:br/>
        <w:t>f 19887/20348/16830 19888/20347/16829 19885/20344/16826</w:t>
        <w:br/>
        <w:t>f 19887/20348/16830 19885/20344/16826 19884/20345/16827</w:t>
        <w:br/>
        <w:t>f 19889/20349/16831 19887/20348/16830 19884/20345/16827</w:t>
        <w:br/>
        <w:t>f 19887/20348/16830 19891/20350/16832 19890/20351/16833</w:t>
        <w:br/>
        <w:t>f 19888/20347/16829 19887/20348/16830 19890/20351/16833</w:t>
        <w:br/>
        <w:t>f 19891/20350/16832 19887/20348/16830 19889/20349/16831</w:t>
        <w:br/>
        <w:t>f 19892/20352/16834 19891/20350/16832 19889/20349/16831</w:t>
        <w:br/>
        <w:t>f 19894/20353/16835 19893/20354/16836 19891/20350/16832</w:t>
        <w:br/>
        <w:t>f 19892/20352/16834 19894/20353/16835 19891/20350/16832</w:t>
        <w:br/>
        <w:t>f 19895/20355/16837 19890/20351/16833 19891/20350/16832</w:t>
        <w:br/>
        <w:t>f 19893/20354/16836 19895/20355/16837 19891/20350/16832</w:t>
        <w:br/>
        <w:t>f 19898/20356/16838 19897/20357/16839 19896/20358/16840</w:t>
        <w:br/>
        <w:t>f 19893/20354/16836 19898/20356/16838 19896/20358/16840</w:t>
        <w:br/>
        <w:t>f 19895/20355/16837 19893/20354/16836 19896/20358/16840</w:t>
        <w:br/>
        <w:t>f 19899/20359/16841 19895/20355/16837 19896/20358/16840</w:t>
        <w:br/>
        <w:t>f 19895/20355/16837 19899/20359/16841 19901/20360/16842</w:t>
        <w:br/>
        <w:t>f 19900/20361/16843 19895/20355/16837 19901/20360/16842</w:t>
        <w:br/>
        <w:t>f 19900/20361/16843 19902/20362/16844 19890/20351/16833</w:t>
        <w:br/>
        <w:t>f 19895/20355/16837 19900/20361/16843 19890/20351/16833</w:t>
        <w:br/>
        <w:t>f 19888/20347/16829 19890/20351/16833 19902/20362/16844</w:t>
        <w:br/>
        <w:t>f 19903/20363/16845 19888/20347/16829 19902/20362/16844</w:t>
        <w:br/>
        <w:t>f 19880/20339/16821 19886/20346/16828 19905/20364/16846</w:t>
        <w:br/>
        <w:t>f 19904/20365/16847 19880/20339/16821 19905/20364/16846</w:t>
        <w:br/>
        <w:t>f 19906/20366/16848 19905/20364/16846 19886/20346/16828</w:t>
        <w:br/>
        <w:t>f 19888/20347/16829 19906/20366/16848 19886/20346/16828</w:t>
        <w:br/>
        <w:t>f 19880/20339/16821 19904/20365/16847 19907/20367/16849</w:t>
        <w:br/>
        <w:t>f 19879/20340/16822 19880/20339/16821 19907/20367/16849</w:t>
        <w:br/>
        <w:t>f 19911/20368/16850 19910/20369/16851 19909/20370/16852</w:t>
        <w:br/>
        <w:t>f 19908/20371/16853 19911/20368/16850 19909/20370/16852</w:t>
        <w:br/>
        <w:t>f 19903/20363/16845 19902/20362/16844 19913/20372/16854</w:t>
        <w:br/>
        <w:t>f 19912/20373/16855 19903/20363/16845 19913/20372/16854</w:t>
        <w:br/>
        <w:t>f 19917/20374/16856 19916/20375/16857 19915/20376/16858</w:t>
        <w:br/>
        <w:t>f 19914/20377/16859 19917/20374/16856 19915/20376/16858</w:t>
        <w:br/>
        <w:t>f 19874/20334/16795 19873/20332/16815 19919/20378/16860</w:t>
        <w:br/>
        <w:t>f 19918/20379/16861 19874/20334/16795 19919/20378/16860</w:t>
        <w:br/>
        <w:t>f 19922/20380/16862 19921/20381/16863 19919/20378/16860</w:t>
        <w:br/>
        <w:t>f 19920/20382/16864 19922/20380/16862 19919/20378/16860</w:t>
        <w:br/>
        <w:t>f 19916/20375/16857 19925/20383/16865 19924/20384/16866</w:t>
        <w:br/>
        <w:t>f 19923/20385/16867 19916/20375/16857 19924/20384/16866</w:t>
        <w:br/>
        <w:t>f 19923/20385/16867 19857/20317/16803 19846/20304/16790</w:t>
        <w:br/>
        <w:t>f 19926/20386/16868 19923/20385/16867 19846/20304/16790</w:t>
        <w:br/>
        <w:t>f 19928/20387/16861 19927/20388/16869 19847/20310/16796</w:t>
        <w:br/>
        <w:t>f 19848/20309/16795 19928/20387/16861 19847/20310/16796</w:t>
        <w:br/>
        <w:t>f 19930/20389/16870 19901/20360/16842 19899/20359/16841</w:t>
        <w:br/>
        <w:t>f 19929/20390/16871 19930/20389/16870 19899/20359/16841</w:t>
        <w:br/>
        <w:t>f 19932/20391/16872 19931/20392/16873 19896/20358/16840</w:t>
        <w:br/>
        <w:t>f 19897/20357/16839 19932/20391/16872 19896/20358/16840</w:t>
        <w:br/>
        <w:t>f 19899/20359/16841 19896/20358/16840 19931/20392/16873</w:t>
        <w:br/>
        <w:t>f 19929/20390/16871 19899/20359/16841 19931/20392/16873</w:t>
        <w:br/>
        <w:t>f 19934/20393/16874 19901/20360/16842 19930/20389/16870</w:t>
        <w:br/>
        <w:t>f 19933/20394/16875 19934/20393/16874 19930/20389/16870</w:t>
        <w:br/>
        <w:t>f 19936/20395/16876 19852/20313/16799 19853/20312/16798</w:t>
        <w:br/>
        <w:t>f 19935/20396/16877 19936/20395/16876 19853/20312/16798</w:t>
        <w:br/>
        <w:t>f 19940/20397/16878 19939/20398/16879 19938/20399/16880</w:t>
        <w:br/>
        <w:t>f 19937/20400/16881 19940/20397/16878 19938/20399/16880</w:t>
        <w:br/>
        <w:t>f 19938/20399/16880 19942/20401/16822 19941/20402/16882</w:t>
        <w:br/>
        <w:t>f 19937/20400/16881 19938/20399/16880 19941/20402/16882</w:t>
        <w:br/>
        <w:t>f 19944/20403/16823 19942/20401/16822 19938/20399/16880</w:t>
        <w:br/>
        <w:t>f 19943/20404/16883 19944/20403/16823 19938/20399/16880</w:t>
        <w:br/>
        <w:t>f 19943/20404/16883 19946/20405/16884 19945/20406/16824</w:t>
        <w:br/>
        <w:t>f 19944/20403/16823 19943/20404/16883 19945/20406/16824</w:t>
        <w:br/>
        <w:t>f 19946/20405/16884 19943/20404/16883 19948/20407/16885</w:t>
        <w:br/>
        <w:t>f 19947/20408/16886 19946/20405/16884 19948/20407/16885</w:t>
        <w:br/>
        <w:t>f 19939/20398/16879 19948/20407/16885 19943/20404/16883</w:t>
        <w:br/>
        <w:t>f 19938/20399/16880 19939/20398/16879 19943/20404/16883</w:t>
        <w:br/>
        <w:t>f 19951/20409/16887 19950/20410/16850 19949/20411/16853</w:t>
        <w:br/>
        <w:t>f 19921/20381/16863 19951/20409/16887 19949/20411/16853</w:t>
        <w:br/>
        <w:t>f 19952/20412/16888 19951/20409/16887 19921/20381/16863</w:t>
        <w:br/>
        <w:t>f 19922/20380/16862 19952/20412/16888 19921/20381/16863</w:t>
        <w:br/>
        <w:t>f 19956/20413/16889 19955/20414/16890 19954/20415/16891</w:t>
        <w:br/>
        <w:t>f 19953/20416/16892 19956/20413/16889 19954/20415/16891</w:t>
        <w:br/>
        <w:t>f 19904/20365/16847 19905/20364/16846 19957/20417/16893</w:t>
        <w:br/>
        <w:t>f 19958/20418/16894 19902/20362/16844 19900/20361/16843</w:t>
        <w:br/>
        <w:t>f 19916/20375/16857 19917/20374/16856 19959/20419/16895</w:t>
        <w:br/>
        <w:t>f 19931/20392/16873 19932/20391/16872 19947/20408/16886</w:t>
        <w:br/>
        <w:t>f 19948/20407/16885 19931/20392/16873 19947/20408/16886</w:t>
        <w:br/>
        <w:t>f 19948/20407/16885 19939/20398/16879 19929/20390/16871</w:t>
        <w:br/>
        <w:t>f 19931/20392/16873 19948/20407/16885 19929/20390/16871</w:t>
        <w:br/>
        <w:t>f 19930/20389/16870 19929/20390/16871 19939/20398/16879</w:t>
        <w:br/>
        <w:t>f 19940/20397/16878 19930/20389/16870 19939/20398/16879</w:t>
        <w:br/>
        <w:t>f 19933/20394/16875 19930/20389/16870 19940/20397/16878</w:t>
        <w:br/>
        <w:t>f 19960/20420/16896 19933/20394/16875 19940/20397/16878</w:t>
        <w:br/>
        <w:t>f 19936/20395/16876 19961/20421/16897 19922/20380/16862</w:t>
        <w:br/>
        <w:t>f 19920/20382/16864 19936/20395/16876 19922/20380/16862</w:t>
        <w:br/>
        <w:t>f 19957/20417/16893 19953/20416/16892 19910/20369/16851</w:t>
        <w:br/>
        <w:t>f 19904/20365/16847 19957/20417/16893 19910/20369/16851</w:t>
        <w:br/>
        <w:t>f 19962/20422/16898 19844/20306/16792 19847/20310/16796</w:t>
        <w:br/>
        <w:t>f 19927/20388/16869 19962/20422/16898 19847/20310/16796</w:t>
        <w:br/>
        <w:t>f 19957/20417/16893 19905/20364/16846 19906/20366/16848</w:t>
        <w:br/>
        <w:t>f 19963/20423/16899 19957/20417/16893 19906/20366/16848</w:t>
        <w:br/>
        <w:t>f 19962/20422/16898 19954/20415/16891 19955/20414/16890</w:t>
        <w:br/>
        <w:t>f 19964/20424/16900 19962/20422/16898 19955/20414/16890</w:t>
        <w:br/>
        <w:t>f 19913/20372/16854 19917/20374/16856 19914/20377/16859</w:t>
        <w:br/>
        <w:t>f 19912/20373/16855 19913/20372/16854 19914/20377/16859</w:t>
        <w:br/>
        <w:t>f 19963/20423/16899 19956/20413/16889 19953/20416/16892</w:t>
        <w:br/>
        <w:t>f 19957/20417/16893 19963/20423/16899 19953/20416/16892</w:t>
        <w:br/>
        <w:t>f 19959/20419/16895 19917/20374/16856 19913/20372/16854</w:t>
        <w:br/>
        <w:t>f 19958/20418/16894 19959/20419/16895 19913/20372/16854</w:t>
        <w:br/>
        <w:t>f 19959/20419/16895 19965/20425/16901 19925/20383/16865</w:t>
        <w:br/>
        <w:t>f 19916/20375/16857 19959/20419/16895 19925/20383/16865</w:t>
        <w:br/>
        <w:t>f 19958/20418/16894 19900/20361/16843 19965/20425/16901</w:t>
        <w:br/>
        <w:t>f 19959/20419/16895 19958/20418/16894 19965/20425/16901</w:t>
        <w:br/>
        <w:t>f 19965/20425/16901 19900/20361/16843 19901/20360/16842</w:t>
        <w:br/>
        <w:t>f 19934/20393/16874 19965/20425/16901 19901/20360/16842</w:t>
        <w:br/>
        <w:t>f 19909/20370/16852 19953/20416/16892 19954/20415/16891</w:t>
        <w:br/>
        <w:t>f 19965/20425/16901 19966/20426/16902 19925/20383/16865</w:t>
        <w:br/>
        <w:t>f 19935/20396/16877 19853/20312/16798 19855/20316/16802</w:t>
        <w:br/>
        <w:t>f 19924/20384/16866 19935/20396/16877 19855/20316/16802</w:t>
        <w:br/>
        <w:t>f 19958/20418/16894 19913/20372/16854 19902/20362/16844</w:t>
        <w:br/>
        <w:t>f 19898/20356/16838 19893/20354/16836 19894/20353/16835</w:t>
        <w:br/>
        <w:t>f 19918/20379/16861 19919/20378/16860 19921/20381/16863</w:t>
        <w:br/>
        <w:t>f 19949/20411/16853 19918/20379/16861 19921/20381/16863</w:t>
        <w:br/>
        <w:t>f 19920/20382/16864 19919/20378/16860 19873/20332/16815</w:t>
        <w:br/>
        <w:t>f 19872/20333/16816 19920/20382/16864 19873/20332/16815</w:t>
        <w:br/>
        <w:t>f 19923/20385/16867 19924/20384/16866 19855/20316/16802</w:t>
        <w:br/>
        <w:t>f 19857/20317/16803 19923/20385/16867 19855/20316/16802</w:t>
        <w:br/>
        <w:t>f 19926/20386/16868 19915/20376/16858 19916/20375/16857</w:t>
        <w:br/>
        <w:t>f 19923/20385/16867 19926/20386/16868 19916/20375/16857</w:t>
        <w:br/>
        <w:t>f 19927/20388/16869 19928/20387/16861 19908/20371/16853</w:t>
        <w:br/>
        <w:t>f 19909/20370/16852 19927/20388/16869 19908/20371/16853</w:t>
        <w:br/>
        <w:t>f 19961/20421/16897 19936/20395/16876 19935/20396/16877</w:t>
        <w:br/>
        <w:t>f 19966/20426/16902 19961/20421/16897 19935/20396/16877</w:t>
        <w:br/>
        <w:t>f 19852/20313/16799 19936/20395/16876 19920/20382/16864</w:t>
        <w:br/>
        <w:t>f 19872/20333/16816 19852/20313/16799 19920/20382/16864</w:t>
        <w:br/>
        <w:t>f 19954/20415/16891 19962/20422/16898 19927/20388/16869</w:t>
        <w:br/>
        <w:t>f 19909/20370/16852 19954/20415/16891 19927/20388/16869</w:t>
        <w:br/>
        <w:t>f 19844/20306/16792 19962/20422/16898 19964/20424/16900</w:t>
        <w:br/>
        <w:t>f 19846/20304/16790 19844/20306/16792 19964/20424/16900</w:t>
        <w:br/>
        <w:t>f 19935/20396/16877 19924/20384/16866 19925/20383/16865</w:t>
        <w:br/>
        <w:t>f 19966/20426/16902 19935/20396/16877 19925/20383/16865</w:t>
        <w:br/>
        <w:t>f 19910/20369/16851 19911/20368/16850 19907/20367/16849</w:t>
        <w:br/>
        <w:t>f 19904/20365/16847 19910/20369/16851 19907/20367/16849</w:t>
        <w:br/>
        <w:t>f 19966/20426/16902 19934/20393/16874 19933/20394/16875</w:t>
        <w:br/>
        <w:t>f 19961/20421/16897 19966/20426/16902 19933/20394/16875</w:t>
        <w:br/>
        <w:t>f 19950/20410/16850 19951/20409/16887 19937/20400/16881</w:t>
        <w:br/>
        <w:t>f 19941/20402/16882 19950/20410/16850 19937/20400/16881</w:t>
        <w:br/>
        <w:t>f 19951/20409/16887 19952/20412/16888 19940/20397/16878</w:t>
        <w:br/>
        <w:t>f 19937/20400/16881 19951/20409/16887 19940/20397/16878</w:t>
        <w:br/>
        <w:t>f 19961/20421/16897 19933/20394/16875 19960/20420/16896</w:t>
        <w:br/>
        <w:t>f 19922/20380/16862 19961/20421/16897 19960/20420/16896</w:t>
        <w:br/>
        <w:t>f 19953/20416/16892 19909/20370/16852 19910/20369/16851</w:t>
        <w:br/>
        <w:t>f 19934/20393/16874 19966/20426/16902 19965/20425/16901</w:t>
        <w:br/>
        <w:t>f 19771/20232/16725 19775/20233/16726 19967/20427/16903</w:t>
        <w:br/>
        <w:t>f 19833/20293/16779 19968/20428/15196 19792/20255/16744</w:t>
        <w:br/>
        <w:t>f 19740/20202/16699 19741/20201/16698 19746/20207/16703</w:t>
        <w:br/>
        <w:t>f 19741/20201/16698 19744/20204/16701 19747/20206/15166</w:t>
        <w:br/>
        <w:t>f 19744/20204/16701 19741/20201/16698 19743/20205/16702</w:t>
        <w:br/>
        <w:t>f 19739/20199/15176 19738/20197/16696 19759/20219/16715</w:t>
        <w:br/>
        <w:t>f 19761/20221/16717 19739/20199/15176 19759/20219/16715</w:t>
        <w:br/>
        <w:t>f 19769/20230/16723 19771/20232/16725 19967/20427/16903</w:t>
        <w:br/>
        <w:t>f 19774/20234/16727 19792/20255/16744 19968/20428/15196</w:t>
        <w:br/>
        <w:t>f 19773/20235/16728 19774/20234/16727 19968/20428/15196</w:t>
        <w:br/>
        <w:t>f 19729/20188/15186 19726/20186/16689 19727/20185/15184</w:t>
        <w:br/>
        <w:t>f 19760/20220/16716 19742/20200/16697 19740/20202/16699</w:t>
        <w:br/>
        <w:t>f 19932/20391/16872 20302/20429/16904 20301/20430/16461</w:t>
        <w:br/>
        <w:t>f 19947/20408/16886 19932/20391/16872 20301/20430/16461</w:t>
        <w:br/>
        <w:t>f 20302/20429/16904 19932/20391/16872 19897/20357/16839</w:t>
        <w:br/>
        <w:t>f 20303/20431/16465 20302/20429/16904 19897/20357/16839</w:t>
        <w:br/>
        <w:t>f 19892/20352/16834 19889/20349/16831 20305/20432/16448</w:t>
        <w:br/>
        <w:t>f 20304/20433/16446 19892/20352/16834 20305/20432/16448</w:t>
        <w:br/>
        <w:t>f 20307/20434/16450 19884/20345/16827 20306/20435/16452</w:t>
        <w:br/>
        <w:t>f 20309/20436/16459 20308/20437/16457 19945/20406/16824</w:t>
        <w:br/>
        <w:t>f 19946/20405/16884 20309/20436/16459 19945/20406/16824</w:t>
        <w:br/>
        <w:t>f 20309/20436/16459 19946/20405/16884 19947/20408/16886</w:t>
        <w:br/>
        <w:t>f 20301/20430/16461 20309/20436/16459 19947/20408/16886</w:t>
        <w:br/>
        <w:t>f 19884/20345/16827 19882/20343/16825 20310/20438/16905</w:t>
        <w:br/>
        <w:t>f 20306/20435/16452 19884/20345/16827 20310/20438/16905</w:t>
        <w:br/>
        <w:t>f 19882/20343/16825 19883/20342/16824 20311/20439/16906</w:t>
        <w:br/>
        <w:t>f 20310/20438/16905 19882/20343/16825 20311/20439/16906</w:t>
        <w:br/>
        <w:t>f 20303/20431/16465 19897/20357/16839 19898/20356/16838</w:t>
        <w:br/>
        <w:t>f 20312/20440/16467 20303/20431/16465 19898/20356/16838</w:t>
        <w:br/>
        <w:t>f 20312/20440/16467 19898/20356/16838 19894/20353/16835</w:t>
        <w:br/>
        <w:t>f 20313/20441/15428 20312/20440/16467 19894/20353/16835</w:t>
        <w:br/>
        <w:t>f 19889/20349/16831 19884/20345/16827 20307/20434/16450</w:t>
        <w:br/>
        <w:t>f 19889/20349/16831 20307/20434/16450 20305/20432/16448</w:t>
        <w:br/>
        <w:t>f 19732/20191/16693 19733/20190/16692 19758/20217/16713</w:t>
        <w:br/>
        <w:t>f 19748/20209/16705 19750/20211/16707 19756/20216/16712</w:t>
        <w:br/>
        <w:t>f 19110/19903/16448 19107/19901/16447 19108/19900/16446</w:t>
        <w:br/>
        <w:t>f 19892/20352/16834 20304/20433/16446 20313/20441/15428</w:t>
        <w:br/>
        <w:t>f 19894/20353/16835 19892/20352/16834 20313/20441/15428</w:t>
        <w:br/>
        <w:t>f 4653/20442/16907 4652/20443/16908 4651/20444/16909</w:t>
        <w:br/>
        <w:t>f 4650/20445/16910 4653/20442/16907 4651/20444/16909</w:t>
        <w:br/>
        <w:t>f 4657/20446/16911 4656/20447/16912 4655/20448/16913</w:t>
        <w:br/>
        <w:t>f 4654/20449/16914 4657/20446/16911 4655/20448/16913</w:t>
        <w:br/>
        <w:t>f 4661/20450/16915 4660/20451/16916 4659/20452/16917</w:t>
        <w:br/>
        <w:t>f 4658/20453/16918 4661/20450/16915 4659/20452/16917</w:t>
        <w:br/>
        <w:t>f 4658/20453/16918 4650/20445/16910 4651/20444/16909</w:t>
        <w:br/>
        <w:t>f 4661/20450/16915 4658/20453/16918 4651/20444/16909</w:t>
        <w:br/>
        <w:t>f 4663/20454/16919 4654/20449/16914 4655/20448/16913</w:t>
        <w:br/>
        <w:t>f 4662/20455/16920 4663/20454/16919 4655/20448/16913</w:t>
        <w:br/>
        <w:t>f 4666/20456/16921 4665/20457/16921 4664/20458/16922</w:t>
        <w:br/>
        <w:t>f 4667/20459/16923 4666/20456/16921 4664/20458/16922</w:t>
        <w:br/>
        <w:t>f 4670/20460/16924 4669/20461/16925 4668/20462/16925</w:t>
        <w:br/>
        <w:t>f 4671/20463/16924 4670/20460/16924 4668/20462/16925</w:t>
        <w:br/>
        <w:t>f 4675/20464/16926 4674/20465/16927 4673/20466/16928</w:t>
        <w:br/>
        <w:t>f 4672/20467/16927 4675/20464/16926 4673/20466/16928</w:t>
        <w:br/>
        <w:t>f 4678/20468/16929 4677/20469/16930 4676/20470/16930</w:t>
        <w:br/>
        <w:t>f 4679/20471/16929 4678/20468/16929 4676/20470/16930</w:t>
        <w:br/>
        <w:t>f 4683/20472/16931 4682/20473/16931 4681/20474/16931</w:t>
        <w:br/>
        <w:t>f 4680/20475/16932 4683/20472/16931 4681/20474/16931</w:t>
        <w:br/>
        <w:t>f 4685/20476/16933 4684/20477/16934 4650/20445/16910</w:t>
        <w:br/>
        <w:t>f 4658/20453/16918 4685/20476/16933 4650/20445/16910</w:t>
        <w:br/>
        <w:t>f 4658/20453/16918 4659/20452/16917 4687/20478/16935</w:t>
        <w:br/>
        <w:t>f 4686/20479/16935 4658/20453/16918 4687/20478/16935</w:t>
        <w:br/>
        <w:t>f 4679/20471/16929 4689/20480/16936 4688/20481/16937</w:t>
        <w:br/>
        <w:t>f 4678/20468/16929 4679/20471/16929 4688/20481/16937</w:t>
        <w:br/>
        <w:t>f 4650/20445/16910 4684/20477/16934 4690/20482/16938</w:t>
        <w:br/>
        <w:t>f 4653/20442/16907 4650/20445/16910 4690/20482/16938</w:t>
        <w:br/>
        <w:t>f 4689/20480/16936 4670/20460/16924 4671/20463/16924</w:t>
        <w:br/>
        <w:t>f 4688/20481/16937 4689/20480/16936 4671/20463/16924</w:t>
        <w:br/>
        <w:t>f 4665/20457/16921 4666/20456/16921 4686/20479/16935</w:t>
        <w:br/>
        <w:t>f 4687/20478/16935 4665/20457/16921 4686/20479/16935</w:t>
        <w:br/>
        <w:t>f 4684/20477/16934 4685/20476/16933 4662/20455/16920</w:t>
        <w:br/>
        <w:t>f 4655/20448/16913 4684/20477/16934 4662/20455/16920</w:t>
        <w:br/>
        <w:t>f 4656/20447/16912 4690/20482/16938 4684/20477/16934</w:t>
        <w:br/>
        <w:t>f 4655/20448/16913 4656/20447/16912 4684/20477/16934</w:t>
        <w:br/>
        <w:t>f 4663/20454/16919 4692/20483/16939 4691/20484/16940</w:t>
        <w:br/>
        <w:t>f 4654/20449/16914 4663/20454/16919 4691/20484/16940</w:t>
        <w:br/>
        <w:t>f 4694/20485/16941 4667/20459/16923 4664/20458/16922</w:t>
        <w:br/>
        <w:t>f 4693/20486/16942 4694/20485/16941 4664/20458/16922</w:t>
        <w:br/>
        <w:t>f 4668/20462/16925 4669/20461/16925 4696/20487/16943</w:t>
        <w:br/>
        <w:t>f 4695/20488/16944 4668/20462/16925 4696/20487/16943</w:t>
        <w:br/>
        <w:t>f 4691/20484/16940 4697/20489/16945 4657/20446/16911</w:t>
        <w:br/>
        <w:t>f 4654/20449/16914 4691/20484/16940 4657/20446/16911</w:t>
        <w:br/>
        <w:t>f 4697/20489/16945 4691/20484/16940 4699/20490/16946</w:t>
        <w:br/>
        <w:t>f 4698/20491/16947 4697/20489/16945 4699/20490/16946</w:t>
        <w:br/>
        <w:t>f 4692/20483/16939 4700/20492/16948 4699/20490/16946</w:t>
        <w:br/>
        <w:t>f 4691/20484/16940 4692/20483/16939 4699/20490/16946</w:t>
        <w:br/>
        <w:t>f 4702/20493/16949 4694/20485/16941 4693/20486/16942</w:t>
        <w:br/>
        <w:t>f 4701/20494/16949 4702/20493/16949 4693/20486/16942</w:t>
        <w:br/>
        <w:t>f 4695/20488/16944 4696/20487/16943 4704/20495/16950</w:t>
        <w:br/>
        <w:t>f 4703/20496/16951 4695/20488/16944 4704/20495/16950</w:t>
        <w:br/>
        <w:t>f 4856/20497/16952 4855/20498/16953 4854/20499/16954</w:t>
        <w:br/>
        <w:t>f 4853/20500/16955 4856/20497/16952 4854/20499/16954</w:t>
        <w:br/>
        <w:t>f 4860/20501/16956 4859/20502/16957 4858/20503/16958</w:t>
        <w:br/>
        <w:t>f 4857/20504/16959 4860/20501/16956 4858/20503/16958</w:t>
        <w:br/>
        <w:t>f 4864/20505/16960 4863/20506/16961 4862/20507/16962</w:t>
        <w:br/>
        <w:t>f 4861/20508/16963 4864/20505/16960 4862/20507/16962</w:t>
        <w:br/>
        <w:t>f 4854/20499/16954 4855/20498/16953 4861/20508/16963</w:t>
        <w:br/>
        <w:t>f 4862/20507/16962 4854/20499/16954 4861/20508/16963</w:t>
        <w:br/>
        <w:t>f 4866/20509/16964 4865/20510/16965 4858/20503/16958</w:t>
        <w:br/>
        <w:t>f 4859/20502/16957 4866/20509/16964 4858/20503/16958</w:t>
        <w:br/>
        <w:t>f 4869/20511/16966 4868/20512/16967 4867/20513/16967</w:t>
        <w:br/>
        <w:t>f 4870/20514/16968 4869/20511/16966 4867/20513/16967</w:t>
        <w:br/>
        <w:t>f 4873/20515/16969 4872/20516/16969 4871/20517/16970</w:t>
        <w:br/>
        <w:t>f 4874/20518/16970 4873/20515/16969 4871/20517/16970</w:t>
        <w:br/>
        <w:t>f 4878/20519/16971 4877/20520/16971 4876/20521/16971</w:t>
        <w:br/>
        <w:t>f 4875/20522/16972 4878/20519/16971 4876/20521/16971</w:t>
        <w:br/>
        <w:t>f 4881/20523/16973 4880/20524/16973 4879/20525/16974</w:t>
        <w:br/>
        <w:t>f 4882/20526/16974 4881/20523/16973 4879/20525/16974</w:t>
        <w:br/>
        <w:t>f 4886/20527/16975 4885/20528/16976 4884/20529/16976</w:t>
        <w:br/>
        <w:t>f 4883/20530/16975 4886/20527/16975 4884/20529/16976</w:t>
        <w:br/>
        <w:t>f 4855/20498/16953 4888/20531/16977 4887/20532/16978</w:t>
        <w:br/>
        <w:t>f 4861/20508/16963 4855/20498/16953 4887/20532/16978</w:t>
        <w:br/>
        <w:t>f 4890/20533/16979 4864/20505/16960 4861/20508/16963</w:t>
        <w:br/>
        <w:t>f 4889/20534/16979 4890/20533/16979 4861/20508/16963</w:t>
        <w:br/>
        <w:t>f 4882/20526/16974 4879/20525/16974 4892/20535/16980</w:t>
        <w:br/>
        <w:t>f 4891/20536/16981 4882/20526/16974 4892/20535/16980</w:t>
        <w:br/>
        <w:t>f 4855/20498/16953 4856/20497/16952 4893/20537/16982</w:t>
        <w:br/>
        <w:t>f 4888/20531/16977 4855/20498/16953 4893/20537/16982</w:t>
        <w:br/>
        <w:t>f 4891/20536/16981 4892/20535/16980 4874/20518/16970</w:t>
        <w:br/>
        <w:t>f 4871/20517/16970 4891/20536/16981 4874/20518/16970</w:t>
        <w:br/>
        <w:t>f 4868/20512/16967 4890/20533/16979 4889/20534/16979</w:t>
        <w:br/>
        <w:t>f 4867/20513/16967 4868/20512/16967 4889/20534/16979</w:t>
        <w:br/>
        <w:t>f 4865/20510/16965 4887/20532/16978 4888/20531/16977</w:t>
        <w:br/>
        <w:t>f 4858/20503/16958 4865/20510/16965 4888/20531/16977</w:t>
        <w:br/>
        <w:t>f 4857/20504/16959 4858/20503/16958 4888/20531/16977</w:t>
        <w:br/>
        <w:t>f 4893/20537/16982 4857/20504/16959 4888/20531/16977</w:t>
        <w:br/>
        <w:t>f 4895/20538/16983 4894/20539/16984 4866/20509/16964</w:t>
        <w:br/>
        <w:t>f 4859/20502/16957 4895/20538/16983 4866/20509/16964</w:t>
        <w:br/>
        <w:t>f 4897/20540/16985 4896/20541/16985 4869/20511/16966</w:t>
        <w:br/>
        <w:t>f 4870/20514/16968 4897/20540/16985 4869/20511/16966</w:t>
        <w:br/>
        <w:t>f 4899/20542/16986 4872/20516/16969 4873/20515/16969</w:t>
        <w:br/>
        <w:t>f 4898/20543/16986 4899/20542/16986 4873/20515/16969</w:t>
        <w:br/>
        <w:t>f 4860/20501/16956 4900/20544/16987 4895/20538/16983</w:t>
        <w:br/>
        <w:t>f 4859/20502/16957 4860/20501/16956 4895/20538/16983</w:t>
        <w:br/>
        <w:t>f 4900/20544/16987 4902/20545/16988 4901/20546/16989</w:t>
        <w:br/>
        <w:t>f 4895/20538/16983 4900/20544/16987 4901/20546/16989</w:t>
        <w:br/>
        <w:t>f 4901/20546/16989 4903/20547/16990 4894/20539/16984</w:t>
        <w:br/>
        <w:t>f 4895/20538/16983 4901/20546/16989 4894/20539/16984</w:t>
        <w:br/>
        <w:t>f 4905/20548/16991 4904/20549/16991 4896/20541/16985</w:t>
        <w:br/>
        <w:t>f 4897/20540/16985 4905/20548/16991 4896/20541/16985</w:t>
        <w:br/>
        <w:t>f 4898/20543/16986 4907/20550/16992 4906/20551/16993</w:t>
        <w:br/>
        <w:t>f 4899/20542/16986 4898/20543/16986 4906/20551/16993</w:t>
        <w:br/>
        <w:t>f 6475/20552/16994 6474/20553/16995 6473/20554/16996</w:t>
        <w:br/>
        <w:t>f 6479/20555/16997 6478/20556/16998 6477/20557/16998</w:t>
        <w:br/>
        <w:t>f 6476/20558/16999 6479/20555/16997 6477/20557/16998</w:t>
        <w:br/>
        <w:t>f 6481/20559/17000 6480/20560/17000 6477/20557/16998</w:t>
        <w:br/>
        <w:t>f 6478/20556/16998 6481/20559/17000 6477/20557/16998</w:t>
        <w:br/>
        <w:t>f 6483/20561/17001 6482/20562/17002 6480/20560/17000</w:t>
        <w:br/>
        <w:t>f 6481/20559/17000 6483/20561/17001 6480/20560/17000</w:t>
        <w:br/>
        <w:t>f 6482/20562/17002 6483/20561/17001 6485/20563/17003</w:t>
        <w:br/>
        <w:t>f 6484/20564/17003 6482/20562/17002 6485/20563/17003</w:t>
        <w:br/>
        <w:t>f 6489/20565/17004 6488/20566/17005 6487/20567/17005</w:t>
        <w:br/>
        <w:t>f 6486/20568/17004 6489/20565/17004 6487/20567/17005</w:t>
        <w:br/>
        <w:t>f 6493/20569/17006 6492/20570/17007 6491/20571/17007</w:t>
        <w:br/>
        <w:t>f 6490/20572/17008 6493/20569/17006 6491/20571/17007</w:t>
        <w:br/>
        <w:t>f 6495/20573/17009 6491/20571/17007 6492/20570/17007</w:t>
        <w:br/>
        <w:t>f 6494/20574/17009 6495/20573/17009 6492/20570/17007</w:t>
        <w:br/>
        <w:t>f 6499/20575/17010 6498/20576/17010 6497/20577/17011</w:t>
        <w:br/>
        <w:t>f 6496/20578/17011 6499/20575/17010 6497/20577/17011</w:t>
        <w:br/>
        <w:t>f 6496/20578/17011 6497/20577/17011 6501/20579/17012</w:t>
        <w:br/>
        <w:t>f 6500/20580/17012 6496/20578/17011 6501/20579/17012</w:t>
        <w:br/>
        <w:t>f 6503/20581/17013 6493/20569/17006 6490/20572/17008</w:t>
        <w:br/>
        <w:t>f 6502/20582/17013 6503/20581/17013 6490/20572/17008</w:t>
        <w:br/>
        <w:t>f 6500/20580/17012 6501/20579/17012 6505/20583/17014</w:t>
        <w:br/>
        <w:t>f 6504/20584/17014 6500/20580/17012 6505/20583/17014</w:t>
        <w:br/>
        <w:t>f 6509/20585/17015 6508/20586/17015 6507/20587/17016</w:t>
        <w:br/>
        <w:t>f 6506/20588/17017 6509/20585/17015 6507/20587/17016</w:t>
        <w:br/>
        <w:t>f 6484/20564/17003 6485/20563/17003 6506/20588/17017</w:t>
        <w:br/>
        <w:t>f 6507/20587/17016 6484/20564/17003 6506/20588/17017</w:t>
        <w:br/>
        <w:t>f 6511/20589/17018 6487/20567/17005 6488/20566/17005</w:t>
        <w:br/>
        <w:t>f 6510/20590/17019 6511/20589/17018 6488/20566/17005</w:t>
        <w:br/>
        <w:t>f 6508/20586/17015 6509/20585/17015 6513/20591/17020</w:t>
        <w:br/>
        <w:t>f 6512/20592/17021 6508/20586/17015 6513/20591/17020</w:t>
        <w:br/>
        <w:t>f 6515/20593/17022 6489/20565/17004 6486/20568/17004</w:t>
        <w:br/>
        <w:t>f 6514/20594/17022 6515/20593/17022 6486/20568/17004</w:t>
        <w:br/>
        <w:t>f 6514/20594/17022 6517/20595/17023 6516/20596/17024</w:t>
        <w:br/>
        <w:t>f 6515/20593/17022 6514/20594/17022 6516/20596/17024</w:t>
        <w:br/>
        <w:t>f 6518/20597/17025 6516/20596/17024 6517/20595/17023</w:t>
        <w:br/>
        <w:t>f 6522/20598/17026 6521/20599/17026 6520/20600/17027</w:t>
        <w:br/>
        <w:t>f 6519/20601/17028 6522/20598/17026 6520/20600/17027</w:t>
        <w:br/>
        <w:t>f 6519/20601/17028 6520/20600/17027 6524/20602/17029</w:t>
        <w:br/>
        <w:t>f 6523/20603/17030 6519/20601/17028 6524/20602/17029</w:t>
        <w:br/>
        <w:t>f 6528/20604/17031 6527/20605/17032 6526/20606/17033</w:t>
        <w:br/>
        <w:t>f 6525/20607/17034 6528/20604/17031 6526/20606/17033</w:t>
        <w:br/>
        <w:t>f 6532/20608/17035 6531/20609/17036 6530/20610/17036</w:t>
        <w:br/>
        <w:t>f 6529/20611/17035 6532/20608/17035 6530/20610/17036</w:t>
        <w:br/>
        <w:t>f 6534/20612/17037 6533/20613/17037 6527/20605/17032</w:t>
        <w:br/>
        <w:t>f 6528/20604/17031 6534/20612/17037 6527/20605/17032</w:t>
        <w:br/>
        <w:t>f 6531/20609/17036 6479/20555/16997 6476/20558/16999</w:t>
        <w:br/>
        <w:t>f 6530/20610/17036 6531/20609/17036 6476/20558/16999</w:t>
        <w:br/>
        <w:t>f 6533/20613/17037 6534/20612/17037 6516/20596/17024</w:t>
        <w:br/>
        <w:t>f 6535/20614/17038 6533/20613/17037 6516/20596/17024</w:t>
        <w:br/>
        <w:t>f 6539/20615/17039 6538/20616/17040 6537/20617/17041</w:t>
        <w:br/>
        <w:t>f 6536/20618/17039 6539/20615/17039 6537/20617/17041</w:t>
        <w:br/>
        <w:t>f 6529/20611/17035 6541/20619/17042 6540/20620/17043</w:t>
        <w:br/>
        <w:t>f 6532/20608/17035 6529/20611/17035 6540/20620/17043</w:t>
        <w:br/>
        <w:t>f 6543/20621/17044 6539/20615/17039 6536/20618/17039</w:t>
        <w:br/>
        <w:t>f 6542/20622/17044 6543/20621/17044 6536/20618/17039</w:t>
        <w:br/>
        <w:t>f 6547/20623/17045 6546/20624/17046 6545/20625/17047</w:t>
        <w:br/>
        <w:t>f 6544/20626/17048 6547/20623/17045 6545/20625/17047</w:t>
        <w:br/>
        <w:t>f 6551/20627/17049 6550/20628/17050 6549/20629/17050</w:t>
        <w:br/>
        <w:t>f 6548/20630/17051 6551/20627/17049 6549/20629/17050</w:t>
        <w:br/>
        <w:t>f 6553/20631/17052 6543/20621/17044 6542/20622/17044</w:t>
        <w:br/>
        <w:t>f 6552/20632/17052 6553/20631/17052 6542/20622/17044</w:t>
        <w:br/>
        <w:t>f 6555/20633/17053 6554/20634/17054 6525/20607/17034</w:t>
        <w:br/>
        <w:t>f 6526/20606/17033 6555/20633/17053 6525/20607/17034</w:t>
        <w:br/>
        <w:t>f 6544/20626/17048 6545/20625/17047 6523/20603/17030</w:t>
        <w:br/>
        <w:t>f 6524/20602/17029 6544/20626/17048 6523/20603/17030</w:t>
        <w:br/>
        <w:t>f 6518/20597/17025 6535/20614/17038 6516/20596/17024</w:t>
        <w:br/>
        <w:t>f 6557/20635/17055 6503/20581/17013 6502/20582/17013</w:t>
        <w:br/>
        <w:t>f 6556/20636/17055 6557/20635/17055 6502/20582/17013</w:t>
        <w:br/>
        <w:t>f 6504/20584/17014 6505/20583/17014 6473/20554/16996</w:t>
        <w:br/>
        <w:t>f 6474/20553/16995 6504/20584/17014 6473/20554/16996</w:t>
        <w:br/>
        <w:t>f 6475/20552/16994 6473/20554/16996 6558/20637/17056</w:t>
        <w:br/>
        <w:t>f 6538/20616/17040 6558/20637/17056 6473/20554/16996</w:t>
        <w:br/>
        <w:t>f 6537/20617/17041 6538/20616/17040 6473/20554/16996</w:t>
        <w:br/>
        <w:t>f 6550/20628/17050 6540/20620/17043 6541/20619/17042</w:t>
        <w:br/>
        <w:t>f 6549/20629/17050 6550/20628/17050 6541/20619/17042</w:t>
        <w:br/>
        <w:t>f 8199/20638/17057 8198/20639/17058 8197/20640/17059</w:t>
        <w:br/>
        <w:t>f 8196/20641/17060 8199/20638/17057 8197/20640/17059</w:t>
        <w:br/>
        <w:t>f 8201/20642/17061 8200/20643/17062 8197/20640/17059</w:t>
        <w:br/>
        <w:t>f 8198/20639/17058 8201/20642/17061 8197/20640/17059</w:t>
        <w:br/>
        <w:t>f 8205/20644/17063 8204/20645/17064 8203/20646/17065</w:t>
        <w:br/>
        <w:t>f 8202/20647/17066 8205/20644/17063 8203/20646/17065</w:t>
        <w:br/>
        <w:t>f 8207/20648/17067 8205/20644/17063 8202/20647/17066</w:t>
        <w:br/>
        <w:t>f 8206/20649/17068 8207/20648/17067 8202/20647/17066</w:t>
        <w:br/>
        <w:t>f 8204/20645/17064 8205/20644/17063 8209/20650/17069</w:t>
        <w:br/>
        <w:t>f 8208/20651/17070 8204/20645/17064 8209/20650/17069</w:t>
        <w:br/>
        <w:t>f 8205/20644/17063 8207/20648/17067 8210/20652/17071</w:t>
        <w:br/>
        <w:t>f 8209/20650/17069 8205/20644/17063 8210/20652/17071</w:t>
        <w:br/>
        <w:t>f 8212/20653/17072 8211/20654/17073 8200/20643/17062</w:t>
        <w:br/>
        <w:t>f 8201/20642/17061 8212/20653/17072 8200/20643/17062</w:t>
        <w:br/>
        <w:t>f 8214/20655/17074 8207/20648/17067 8206/20649/17068</w:t>
        <w:br/>
        <w:t>f 8213/20656/17075 8214/20655/17074 8206/20649/17068</w:t>
        <w:br/>
        <w:t>f 8207/20648/17067 8214/20655/17074 8215/20657/17076</w:t>
        <w:br/>
        <w:t>f 8210/20652/17071 8207/20648/17067 8215/20657/17076</w:t>
        <w:br/>
        <w:t>f 8219/20658/17077 8218/20659/17078 8217/20660/17079</w:t>
        <w:br/>
        <w:t>f 8216/20661/17079 8219/20658/17077 8217/20660/17079</w:t>
        <w:br/>
        <w:t>f 8223/20662/17080 8222/20663/17081 8221/20664/17082</w:t>
        <w:br/>
        <w:t>f 8220/20665/17083 8223/20662/17080 8221/20664/17082</w:t>
        <w:br/>
        <w:t>f 8222/20663/17081 8225/20666/17084 8224/20667/17085</w:t>
        <w:br/>
        <w:t>f 8221/20664/17082 8222/20663/17081 8224/20667/17085</w:t>
        <w:br/>
        <w:t>f 8229/20668/17086 8228/20669/17087 8227/20670/17088</w:t>
        <w:br/>
        <w:t>f 8226/20671/17089 8229/20668/17086 8227/20670/17088</w:t>
        <w:br/>
        <w:t>f 8233/20672/17090 8232/20673/17091 8231/20674/17092</w:t>
        <w:br/>
        <w:t>f 8230/20675/17093 8233/20672/17090 8231/20674/17092</w:t>
        <w:br/>
        <w:t>f 8232/20673/17091 8235/20676/17094 8234/20677/17095</w:t>
        <w:br/>
        <w:t>f 8231/20674/17092 8232/20673/17091 8234/20677/17095</w:t>
        <w:br/>
        <w:t>f 8239/20678/17096 8238/20679/17097 8237/20680/17098</w:t>
        <w:br/>
        <w:t>f 8236/20681/17099 8239/20678/17096 8237/20680/17098</w:t>
        <w:br/>
        <w:t>f 8241/20682/17100 8239/20678/17096 8236/20681/17099</w:t>
        <w:br/>
        <w:t>f 8240/20683/17101 8241/20682/17100 8236/20681/17099</w:t>
        <w:br/>
        <w:t>f 8243/20684/17102 8241/20682/17100 8240/20683/17101</w:t>
        <w:br/>
        <w:t>f 8242/20685/17103 8243/20684/17102 8240/20683/17101</w:t>
        <w:br/>
        <w:t>f 8247/20686/17104 8246/20687/17105 8245/20688/17106</w:t>
        <w:br/>
        <w:t>f 8244/20689/17107 8247/20686/17104 8245/20688/17106</w:t>
        <w:br/>
        <w:t>f 8246/20687/17105 8249/20690/17108 8248/20691/17109</w:t>
        <w:br/>
        <w:t>f 8245/20688/17106 8246/20687/17105 8248/20691/17109</w:t>
        <w:br/>
        <w:t>f 8251/20692/17110 8248/20691/17109 8249/20690/17108</w:t>
        <w:br/>
        <w:t>f 8250/20693/17111 8251/20692/17110 8249/20690/17108</w:t>
        <w:br/>
        <w:t>f 8255/20694/17112 8254/20695/17113 8253/20696/17114</w:t>
        <w:br/>
        <w:t>f 8252/20697/17115 8255/20694/17112 8253/20696/17114</w:t>
        <w:br/>
        <w:t>f 8257/20698/17116 8255/20694/17112 8252/20697/17115</w:t>
        <w:br/>
        <w:t>f 8256/20699/17117 8257/20698/17116 8252/20697/17115</w:t>
        <w:br/>
        <w:t>f 8259/20700/17118 8257/20698/17116 8256/20699/17117</w:t>
        <w:br/>
        <w:t>f 8258/20701/17119 8259/20700/17118 8256/20699/17117</w:t>
        <w:br/>
        <w:t>f 8263/20702/17120 8262/20703/17121 8261/20704/17122</w:t>
        <w:br/>
        <w:t>f 8260/20705/17123 8263/20702/17120 8261/20704/17122</w:t>
        <w:br/>
        <w:t>f 8262/20703/17121 8263/20702/17120 8265/20706/17124</w:t>
        <w:br/>
        <w:t>f 8264/20707/17125 8262/20703/17121 8265/20706/17124</w:t>
        <w:br/>
        <w:t>f 8267/20708/17126 8266/20709/17127 8264/20707/17125</w:t>
        <w:br/>
        <w:t>f 8265/20706/17124 8267/20708/17126 8264/20707/17125</w:t>
        <w:br/>
        <w:t>f 8269/20710/17128 8254/20695/17113 8255/20694/17112</w:t>
        <w:br/>
        <w:t>f 8268/20711/17129 8269/20710/17128 8255/20694/17112</w:t>
        <w:br/>
        <w:t>f 8257/20698/17116 8268/20711/17129 8255/20694/17112</w:t>
        <w:br/>
        <w:t>f 8257/20698/17116 8259/20700/17118 8270/20712/17130</w:t>
        <w:br/>
        <w:t>f 8268/20711/17129 8257/20698/17116 8270/20712/17130</w:t>
        <w:br/>
        <w:t>f 8268/20711/17129 8271/20713/17131 8269/20710/17128</w:t>
        <w:br/>
        <w:t>f 8268/20711/17129 8270/20712/17130 8272/20714/17132</w:t>
        <w:br/>
        <w:t>f 8271/20713/17131 8268/20711/17129 8272/20714/17132</w:t>
        <w:br/>
        <w:t>f 8274/20715/17133 8263/20702/17120 8260/20705/17123</w:t>
        <w:br/>
        <w:t>f 8273/20716/17134 8274/20715/17133 8260/20705/17123</w:t>
        <w:br/>
        <w:t>f 8274/20715/17133 8265/20706/17124 8263/20702/17120</w:t>
        <w:br/>
        <w:t>f 8265/20706/17124 8274/20715/17133 8275/20717/17135</w:t>
        <w:br/>
        <w:t>f 8267/20708/17126 8265/20706/17124 8275/20717/17135</w:t>
        <w:br/>
        <w:t>f 8277/20718/17136 8274/20715/17133 8273/20716/17134</w:t>
        <w:br/>
        <w:t>f 8276/20719/17137 8277/20718/17136 8273/20716/17134</w:t>
        <w:br/>
        <w:t>f 8274/20715/17133 8277/20718/17136 8278/20720/17138</w:t>
        <w:br/>
        <w:t>f 8275/20717/17135 8274/20715/17133 8278/20720/17138</w:t>
        <w:br/>
        <w:t>f 8277/20718/17136 8280/20721/17139 8279/20722/17140</w:t>
        <w:br/>
        <w:t>f 8278/20720/17138 8277/20718/17136 8279/20722/17140</w:t>
        <w:br/>
        <w:t>f 8276/20719/17137 8280/20721/17139 8277/20718/17136</w:t>
        <w:br/>
        <w:t>f 8280/20721/17139 8282/20723/17141 8281/20724/17141</w:t>
        <w:br/>
        <w:t>f 8279/20722/17140 8280/20721/17139 8281/20724/17141</w:t>
        <w:br/>
        <w:t>f 8282/20723/17141 8284/20725/17142 8283/20726/17142</w:t>
        <w:br/>
        <w:t>f 8281/20724/17141 8282/20723/17141 8283/20726/17142</w:t>
        <w:br/>
        <w:t>f 8288/20727/17143 8287/20728/17143 8286/20729/17144</w:t>
        <w:br/>
        <w:t>f 8285/20730/17145 8288/20727/17143 8286/20729/17144</w:t>
        <w:br/>
        <w:t>f 8292/20731/17146 8291/20732/17147 8290/20733/17147</w:t>
        <w:br/>
        <w:t>f 8289/20734/17146 8292/20731/17146 8290/20733/17147</w:t>
        <w:br/>
        <w:t>f 8291/20732/17147 8294/20735/17148 8293/20736/17148</w:t>
        <w:br/>
        <w:t>f 8290/20733/17147 8291/20732/17147 8293/20736/17148</w:t>
        <w:br/>
        <w:t>f 8298/20737/17149 8297/20738/17150 8296/20739/17151</w:t>
        <w:br/>
        <w:t>f 8295/20740/17152 8298/20737/17149 8296/20739/17151</w:t>
        <w:br/>
        <w:t>f 8302/20741/17153 8301/20742/17153 8300/20743/17154</w:t>
        <w:br/>
        <w:t>f 8299/20744/17154 8302/20741/17153 8300/20743/17154</w:t>
        <w:br/>
        <w:t>f 8304/20745/17155 8301/20742/17153 8302/20741/17153</w:t>
        <w:br/>
        <w:t>f 8303/20746/17155 8304/20745/17155 8302/20741/17153</w:t>
        <w:br/>
        <w:t>f 8308/20747/17156 8307/20748/17156 8306/20749/17157</w:t>
        <w:br/>
        <w:t>f 8305/20750/17157 8308/20747/17156 8306/20749/17157</w:t>
        <w:br/>
        <w:t>f 8312/20751/17158 8311/20752/17159 8310/20753/17160</w:t>
        <w:br/>
        <w:t>f 8309/20754/17158 8312/20751/17158 8310/20753/17160</w:t>
        <w:br/>
        <w:t>f 8316/20755/17161 8315/20756/17161 8314/20757/17162</w:t>
        <w:br/>
        <w:t>f 8313/20758/17163 8316/20755/17161 8314/20757/17162</w:t>
        <w:br/>
        <w:t>f 8320/20759/17164 8319/20760/17164 8318/20761/17165</w:t>
        <w:br/>
        <w:t>f 8317/20762/17165 8320/20759/17164 8318/20761/17165</w:t>
        <w:br/>
        <w:t>f 8324/20763/17166 8323/20764/17166 8322/20765/17167</w:t>
        <w:br/>
        <w:t>f 8321/20766/17167 8324/20763/17166 8322/20765/17167</w:t>
        <w:br/>
        <w:t>f 8328/20767/17168 8327/20768/17168 8326/20769/17169</w:t>
        <w:br/>
        <w:t>f 8325/20770/17170 8328/20767/17168 8326/20769/17169</w:t>
        <w:br/>
        <w:t>f 8332/20771/17171 8331/20772/17172 8330/20773/17172</w:t>
        <w:br/>
        <w:t>f 8329/20774/17171 8332/20771/17171 8330/20773/17172</w:t>
        <w:br/>
        <w:t>f 8336/20775/17173 8335/20776/17174 8334/20777/17174</w:t>
        <w:br/>
        <w:t>f 8333/20778/17173 8336/20775/17173 8334/20777/17174</w:t>
        <w:br/>
        <w:t>f 8340/20779/17175 8339/20780/17176 8338/20781/17177</w:t>
        <w:br/>
        <w:t>f 8337/20782/17177 8340/20779/17175 8338/20781/17177</w:t>
        <w:br/>
        <w:t>f 8344/20783/17178 8343/20784/17179 8342/20785/17180</w:t>
        <w:br/>
        <w:t>f 8341/20786/17178 8344/20783/17178 8342/20785/17180</w:t>
        <w:br/>
        <w:t>f 8348/20787/17181 8347/20788/17182 8346/20789/17182</w:t>
        <w:br/>
        <w:t>f 8345/20790/17181 8348/20787/17181 8346/20789/17182</w:t>
        <w:br/>
        <w:t>f 8352/20791/17183 8351/20792/17184 8350/20793/17185</w:t>
        <w:br/>
        <w:t>f 8349/20794/17185 8352/20791/17183 8350/20793/17185</w:t>
        <w:br/>
        <w:t>f 8338/20781/17177 8354/20795/17186 8353/20796/17186</w:t>
        <w:br/>
        <w:t>f 8337/20782/17177 8338/20781/17177 8353/20796/17186</w:t>
        <w:br/>
        <w:t>f 8356/20797/17187 8355/20798/17187 8344/20783/17178</w:t>
        <w:br/>
        <w:t>f 8341/20786/17178 8356/20797/17187 8344/20783/17178</w:t>
        <w:br/>
        <w:t>f 8353/20796/17186 8354/20795/17186 8358/20799/17188</w:t>
        <w:br/>
        <w:t>f 8357/20800/17188 8353/20796/17186 8358/20799/17188</w:t>
        <w:br/>
        <w:t>f 8360/20801/17189 8355/20798/17187 8356/20797/17187</w:t>
        <w:br/>
        <w:t>f 8359/20802/17189 8360/20801/17189 8356/20797/17187</w:t>
        <w:br/>
        <w:t>f 8362/20803/17190 8348/20787/17181 8345/20790/17181</w:t>
        <w:br/>
        <w:t>f 8361/20804/17191 8362/20803/17190 8345/20790/17181</w:t>
        <w:br/>
        <w:t>f 8350/20793/17185 8364/20805/17192 8363/20806/17193</w:t>
        <w:br/>
        <w:t>f 8349/20794/17185 8350/20793/17185 8363/20806/17193</w:t>
        <w:br/>
        <w:t>f 8361/20804/17191 8366/20807/17194 8365/20808/17194</w:t>
        <w:br/>
        <w:t>f 8362/20803/17190 8361/20804/17191 8365/20808/17194</w:t>
        <w:br/>
        <w:t>f 8364/20805/17192 8368/20809/17195 8367/20810/17195</w:t>
        <w:br/>
        <w:t>f 8363/20806/17193 8364/20805/17192 8367/20810/17195</w:t>
        <w:br/>
        <w:t>f 8367/20810/17195 8368/20809/17195 8370/20811/17196</w:t>
        <w:br/>
        <w:t>f 8369/20812/17196 8367/20810/17195 8370/20811/17196</w:t>
        <w:br/>
        <w:t>f 8372/20813/17197 8365/20808/17194 8366/20807/17194</w:t>
        <w:br/>
        <w:t>f 8371/20814/17197 8372/20813/17197 8366/20807/17194</w:t>
        <w:br/>
        <w:t>f 8370/20811/17196 8374/20815/17198 8373/20816/17198</w:t>
        <w:br/>
        <w:t>f 8369/20812/17196 8370/20811/17196 8373/20816/17198</w:t>
        <w:br/>
        <w:t>f 8376/20817/17199 8375/20818/17200 8372/20813/17197</w:t>
        <w:br/>
        <w:t>f 8371/20814/17197 8376/20817/17199 8372/20813/17197</w:t>
        <w:br/>
        <w:t>f 8374/20815/17198 8378/20819/17201 8377/20820/17201</w:t>
        <w:br/>
        <w:t>f 8373/20816/17198 8374/20815/17198 8377/20820/17201</w:t>
        <w:br/>
        <w:t>f 8380/20821/17202 8375/20818/17200 8376/20817/17199</w:t>
        <w:br/>
        <w:t>f 8379/20822/17202 8380/20821/17202 8376/20817/17199</w:t>
        <w:br/>
        <w:t>f 8382/20823/17203 8381/20824/17204 8206/20649/17068</w:t>
        <w:br/>
        <w:t>f 8202/20647/17066 8382/20823/17203 8206/20649/17068</w:t>
        <w:br/>
        <w:t>f 8381/20824/17204 8383/20825/17205 8213/20656/17075</w:t>
        <w:br/>
        <w:t>f 8206/20649/17068 8381/20824/17204 8213/20656/17075</w:t>
        <w:br/>
        <w:t>f 8299/20744/17154 8300/20743/17154 8385/20826/17206</w:t>
        <w:br/>
        <w:t>f 8384/20827/17207 8299/20744/17154 8385/20826/17206</w:t>
        <w:br/>
        <w:t>f 8387/20828/17208 8292/20731/17146 8289/20734/17146</w:t>
        <w:br/>
        <w:t>f 8386/20829/17208 8387/20828/17208 8289/20734/17146</w:t>
        <w:br/>
        <w:t>f 8388/20830/17209 8382/20823/17203 8202/20647/17066</w:t>
        <w:br/>
        <w:t>f 8203/20646/17065 8388/20830/17209 8202/20647/17066</w:t>
        <w:br/>
        <w:t>f 8285/20730/17145 8286/20729/17144 8387/20828/17208</w:t>
        <w:br/>
        <w:t>f 8386/20829/17208 8285/20730/17145 8387/20828/17208</w:t>
        <w:br/>
        <w:t>f 8384/20827/17207 8385/20826/17206 8297/20738/17150</w:t>
        <w:br/>
        <w:t>f 8298/20737/17149 8384/20827/17207 8297/20738/17150</w:t>
        <w:br/>
        <w:t>f 8383/20825/17205 8381/20824/17204 8200/20643/17062</w:t>
        <w:br/>
        <w:t>f 8211/20654/17073 8383/20825/17205 8200/20643/17062</w:t>
        <w:br/>
        <w:t>f 8381/20824/17204 8382/20823/17203 8197/20640/17059</w:t>
        <w:br/>
        <w:t>f 8200/20643/17062 8381/20824/17204 8197/20640/17059</w:t>
        <w:br/>
        <w:t>f 8382/20823/17203 8388/20830/17209 8196/20641/17060</w:t>
        <w:br/>
        <w:t>f 8197/20640/17059 8382/20823/17203 8196/20641/17060</w:t>
        <w:br/>
        <w:t>f 8346/20789/17182 8347/20788/17182 8287/20728/17143</w:t>
        <w:br/>
        <w:t>f 8288/20727/17143 8346/20789/17182 8287/20728/17143</w:t>
        <w:br/>
        <w:t>f 8295/20740/17152 8296/20739/17151 8351/20792/17184</w:t>
        <w:br/>
        <w:t>f 8352/20791/17183 8295/20740/17152 8351/20792/17184</w:t>
        <w:br/>
        <w:t>f 8266/20709/17127 8212/20653/17072 8201/20642/17061</w:t>
        <w:br/>
        <w:t>f 8264/20707/17125 8266/20709/17127 8201/20642/17061</w:t>
        <w:br/>
        <w:t>f 8198/20639/17058 8262/20703/17121 8264/20707/17125</w:t>
        <w:br/>
        <w:t>f 8201/20642/17061 8198/20639/17058 8264/20707/17125</w:t>
        <w:br/>
        <w:t>f 8262/20703/17121 8198/20639/17058 8199/20638/17057</w:t>
        <w:br/>
        <w:t>f 8261/20704/17122 8262/20703/17121 8199/20638/17057</w:t>
        <w:br/>
        <w:t>f 8294/20735/17148 8390/20831/17210 8389/20832/17210</w:t>
        <w:br/>
        <w:t>f 8293/20736/17148 8294/20735/17148 8389/20832/17210</w:t>
        <w:br/>
        <w:t>f 8392/20833/17211 8304/20745/17155 8303/20746/17155</w:t>
        <w:br/>
        <w:t>f 8391/20834/17211 8392/20833/17211 8303/20746/17155</w:t>
        <w:br/>
        <w:t>f 8394/20835/17212 8393/20836/17213 8210/20652/17071</w:t>
        <w:br/>
        <w:t>f 8215/20657/17076 8394/20835/17212 8210/20652/17071</w:t>
        <w:br/>
        <w:t>f 8393/20836/17213 8395/20837/17214 8209/20650/17069</w:t>
        <w:br/>
        <w:t>f 8210/20652/17071 8393/20836/17213 8209/20650/17069</w:t>
        <w:br/>
        <w:t>f 8395/20837/17214 8396/20838/17215 8208/20651/17070</w:t>
        <w:br/>
        <w:t>f 8209/20650/17069 8395/20837/17214 8208/20651/17070</w:t>
        <w:br/>
        <w:t>f 8221/20664/17082 8224/20667/17085 8395/20837/17214</w:t>
        <w:br/>
        <w:t>f 8393/20836/17213 8221/20664/17082 8395/20837/17214</w:t>
        <w:br/>
        <w:t>f 8220/20665/17083 8221/20664/17082 8393/20836/17213</w:t>
        <w:br/>
        <w:t>f 8394/20835/17212 8220/20665/17083 8393/20836/17213</w:t>
        <w:br/>
        <w:t>f 8311/20752/17159 8392/20833/17211 8391/20834/17211</w:t>
        <w:br/>
        <w:t>f 8310/20753/17160 8311/20752/17159 8391/20834/17211</w:t>
        <w:br/>
        <w:t>f 8390/20831/17210 8307/20748/17156 8308/20747/17156</w:t>
        <w:br/>
        <w:t>f 8389/20832/17210 8390/20831/17210 8308/20747/17156</w:t>
        <w:br/>
        <w:t>f 8216/20661/17079 8217/20660/17079 8396/20838/17215</w:t>
        <w:br/>
        <w:t>f 8395/20837/17214 8216/20661/17079 8396/20838/17215</w:t>
        <w:br/>
        <w:t>f 8231/20674/17092 8234/20677/17095 8225/20666/17084</w:t>
        <w:br/>
        <w:t>f 8222/20663/17081 8231/20674/17092 8225/20666/17084</w:t>
        <w:br/>
        <w:t>f 8230/20675/17093 8231/20674/17092 8222/20663/17081</w:t>
        <w:br/>
        <w:t>f 8223/20662/17080 8230/20675/17093 8222/20663/17081</w:t>
        <w:br/>
        <w:t>f 8317/20762/17165 8318/20761/17165 8312/20751/17158</w:t>
        <w:br/>
        <w:t>f 8309/20754/17158 8317/20762/17165 8312/20751/17158</w:t>
        <w:br/>
        <w:t>f 8305/20750/17157 8306/20749/17157 8315/20756/17161</w:t>
        <w:br/>
        <w:t>f 8316/20755/17161 8305/20750/17157 8315/20756/17161</w:t>
        <w:br/>
        <w:t>f 8226/20671/17089 8227/20670/17088 8218/20659/17078</w:t>
        <w:br/>
        <w:t>f 8219/20658/17077 8226/20671/17089 8218/20659/17078</w:t>
        <w:br/>
        <w:t>f 8229/20668/17086 8232/20673/17091 8240/20683/17101</w:t>
        <w:br/>
        <w:t>f 8236/20681/17099 8229/20668/17086 8240/20683/17101</w:t>
        <w:br/>
        <w:t>f 8240/20683/17101 8232/20673/17091 8233/20672/17090</w:t>
        <w:br/>
        <w:t>f 8242/20685/17103 8240/20683/17101 8233/20672/17090</w:t>
        <w:br/>
        <w:t>f 8325/20770/17170 8326/20769/17169 8319/20760/17164</w:t>
        <w:br/>
        <w:t>f 8320/20759/17164 8325/20770/17170 8319/20760/17164</w:t>
        <w:br/>
        <w:t>f 8313/20758/17163 8314/20757/17162 8323/20764/17166</w:t>
        <w:br/>
        <w:t>f 8324/20763/17166 8313/20758/17163 8323/20764/17166</w:t>
        <w:br/>
        <w:t>f 8237/20680/17098 8228/20669/17087 8229/20668/17086</w:t>
        <w:br/>
        <w:t>f 8236/20681/17099 8237/20680/17098 8229/20668/17086</w:t>
        <w:br/>
        <w:t>f 8239/20678/17096 8241/20682/17100 8249/20690/17108</w:t>
        <w:br/>
        <w:t>f 8246/20687/17105 8239/20678/17096 8249/20690/17108</w:t>
        <w:br/>
        <w:t>f 8241/20682/17100 8243/20684/17102 8250/20693/17111</w:t>
        <w:br/>
        <w:t>f 8249/20690/17108 8241/20682/17100 8250/20693/17111</w:t>
        <w:br/>
        <w:t>f 8335/20776/17174 8327/20768/17168 8328/20767/17168</w:t>
        <w:br/>
        <w:t>f 8334/20777/17174 8335/20776/17174 8328/20767/17168</w:t>
        <w:br/>
        <w:t>f 8322/20765/17167 8332/20771/17171 8329/20774/17171</w:t>
        <w:br/>
        <w:t>f 8321/20766/17167 8322/20765/17167 8329/20774/17171</w:t>
        <w:br/>
        <w:t>f 8238/20679/17097 8239/20678/17096 8246/20687/17105</w:t>
        <w:br/>
        <w:t>f 8247/20686/17104 8238/20679/17097 8246/20687/17105</w:t>
        <w:br/>
        <w:t>f 8245/20688/17106 8248/20691/17109 8256/20699/17117</w:t>
        <w:br/>
        <w:t>f 8252/20697/17115 8245/20688/17106 8256/20699/17117</w:t>
        <w:br/>
        <w:t>f 8248/20691/17109 8251/20692/17110 8258/20701/17119</w:t>
        <w:br/>
        <w:t>f 8256/20699/17117 8248/20691/17109 8258/20701/17119</w:t>
        <w:br/>
        <w:t>f 8343/20784/17179 8336/20775/17173 8333/20778/17173</w:t>
        <w:br/>
        <w:t>f 8342/20785/17180 8343/20784/17179 8333/20778/17173</w:t>
        <w:br/>
        <w:t>f 8340/20779/17175 8330/20773/17172 8331/20772/17172</w:t>
        <w:br/>
        <w:t>f 8339/20780/17176 8340/20779/17175 8331/20772/17172</w:t>
        <w:br/>
        <w:t>f 8244/20689/17107 8245/20688/17106 8252/20697/17115</w:t>
        <w:br/>
        <w:t>f 8253/20696/17114 8244/20689/17107 8252/20697/17115</w:t>
        <w:br/>
        <w:t>f 8400/20839/17216 8399/20840/17216 8398/20841/17217</w:t>
        <w:br/>
        <w:t>f 8397/20842/17217 8400/20839/17216 8398/20841/17217</w:t>
        <w:br/>
        <w:t>f 8402/20843/17218 8401/20844/17218 8399/20840/17216</w:t>
        <w:br/>
        <w:t>f 8400/20839/17216 8402/20843/17218 8399/20840/17216</w:t>
        <w:br/>
        <w:t>f 8406/20845/17219 8405/20846/17220 8404/20847/17220</w:t>
        <w:br/>
        <w:t>f 8403/20848/17219 8406/20845/17219 8404/20847/17220</w:t>
        <w:br/>
        <w:t>f 8405/20846/17220 8408/20849/17221 8407/20850/17222</w:t>
        <w:br/>
        <w:t>f 8404/20847/17220 8405/20846/17220 8407/20850/17222</w:t>
        <w:br/>
        <w:t>f 8412/20851/17223 8411/20852/17224 8410/20853/17225</w:t>
        <w:br/>
        <w:t>f 8409/20854/17226 8412/20851/17223 8410/20853/17225</w:t>
        <w:br/>
        <w:t>f 8411/20852/17224 8412/20851/17223 8414/20855/17227</w:t>
        <w:br/>
        <w:t>f 8413/20856/17228 8411/20852/17224 8414/20855/17227</w:t>
        <w:br/>
        <w:t>f 8413/20856/17228 8414/20855/17227 8416/20857/17229</w:t>
        <w:br/>
        <w:t>f 8415/20858/17230 8413/20856/17228 8416/20857/17229</w:t>
        <w:br/>
        <w:t>f 8418/20859/17231 8417/20860/17231 8415/20858/17230</w:t>
        <w:br/>
        <w:t>f 8416/20857/17229 8418/20859/17231 8415/20858/17230</w:t>
        <w:br/>
        <w:t>f 8422/20861/17232 8421/20862/17233 8420/20863/17233</w:t>
        <w:br/>
        <w:t>f 8419/20864/17232 8422/20861/17232 8420/20863/17233</w:t>
        <w:br/>
        <w:t>f 8424/20865/17234 8422/20861/17232 8419/20864/17232</w:t>
        <w:br/>
        <w:t>f 8423/20866/17234 8424/20865/17234 8419/20864/17232</w:t>
        <w:br/>
        <w:t>f 8427/20867/17235 8426/20868/17235 8425/20869/17236</w:t>
        <w:br/>
        <w:t>f 8428/20870/17236 8427/20867/17235 8425/20869/17236</w:t>
        <w:br/>
        <w:t>f 8426/20868/17235 8427/20867/17235 8430/20871/17237</w:t>
        <w:br/>
        <w:t>f 8429/20872/17237 8426/20868/17235 8430/20871/17237</w:t>
        <w:br/>
        <w:t>f 8432/20873/17238 8431/20874/17238 8417/20860/17231</w:t>
        <w:br/>
        <w:t>f 8418/20859/17231 8432/20873/17238 8417/20860/17231</w:t>
        <w:br/>
        <w:t>f 8434/20875/17239 8424/20865/17234 8423/20866/17234</w:t>
        <w:br/>
        <w:t>f 8433/20876/17240 8434/20875/17239 8423/20866/17234</w:t>
        <w:br/>
        <w:t>f 8436/20877/17241 8435/20878/17242 8431/20874/17238</w:t>
        <w:br/>
        <w:t>f 8432/20873/17238 8436/20877/17241 8431/20874/17238</w:t>
        <w:br/>
        <w:t>f 8421/20862/17233 8406/20845/17219 8403/20848/17219</w:t>
        <w:br/>
        <w:t>f 8420/20863/17233 8421/20862/17233 8403/20848/17219</w:t>
        <w:br/>
        <w:t>f 8428/20870/17236 8425/20869/17236 8401/20844/17218</w:t>
        <w:br/>
        <w:t>f 8402/20843/17218 8428/20870/17236 8401/20844/17218</w:t>
        <w:br/>
        <w:t>f 8440/20879/17243 8439/20880/17244 8438/20881/17245</w:t>
        <w:br/>
        <w:t>f 8437/20882/17245 8440/20879/17243 8438/20881/17245</w:t>
        <w:br/>
        <w:t>f 8439/20880/17244 8440/20879/17243 8442/20883/17246</w:t>
        <w:br/>
        <w:t>f 8441/20884/17247 8439/20880/17244 8442/20883/17246</w:t>
        <w:br/>
        <w:t>f 8437/20882/17245 8438/20881/17245 8444/20885/17248</w:t>
        <w:br/>
        <w:t>f 8443/20886/17249 8437/20882/17245 8444/20885/17248</w:t>
        <w:br/>
        <w:t>f 8441/20884/17247 8442/20883/17246 8446/20887/17250</w:t>
        <w:br/>
        <w:t>f 8445/20888/17250 8441/20884/17247 8446/20887/17250</w:t>
        <w:br/>
        <w:t>f 8450/20889/17251 8449/20890/17251 8448/20891/17252</w:t>
        <w:br/>
        <w:t>f 8447/20892/17253 8450/20889/17251 8448/20891/17252</w:t>
        <w:br/>
        <w:t>f 8454/20893/17254 8453/20894/17254 8452/20895/17255</w:t>
        <w:br/>
        <w:t>f 8451/20896/17256 8454/20893/17254 8452/20895/17255</w:t>
        <w:br/>
        <w:t>f 8458/20897/17257 8457/20898/17258 8456/20899/17259</w:t>
        <w:br/>
        <w:t>f 8455/20900/17259 8458/20897/17257 8456/20899/17259</w:t>
        <w:br/>
        <w:t>f 8460/20901/17260 8457/20898/17258 8458/20897/17257</w:t>
        <w:br/>
        <w:t>f 8459/20902/17260 8460/20901/17260 8458/20897/17257</w:t>
        <w:br/>
        <w:t>f 8459/20902/17260 8462/20903/17261 8461/20904/17261</w:t>
        <w:br/>
        <w:t>f 8460/20901/17260 8459/20902/17260 8461/20904/17261</w:t>
        <w:br/>
        <w:t>f 8466/20905/17262 8465/20906/17263 8464/20907/17264</w:t>
        <w:br/>
        <w:t>f 8463/20908/17264 8466/20905/17262 8464/20907/17264</w:t>
        <w:br/>
        <w:t>f 8470/20909/17265 8469/20910/17265 8468/20911/17266</w:t>
        <w:br/>
        <w:t>f 8467/20912/17266 8470/20909/17265 8468/20911/17266</w:t>
        <w:br/>
        <w:t>f 8472/20913/17267 8471/20914/17267 8469/20910/17265</w:t>
        <w:br/>
        <w:t>f 8470/20909/17265 8472/20913/17267 8469/20910/17265</w:t>
        <w:br/>
        <w:t>f 8474/20915/17268 8473/20916/17269 8471/20914/17267</w:t>
        <w:br/>
        <w:t>f 8472/20913/17267 8474/20915/17268 8471/20914/17267</w:t>
        <w:br/>
        <w:t>f 8476/20917/17270 8475/20918/17271 8465/20906/17263</w:t>
        <w:br/>
        <w:t>f 8466/20905/17262 8476/20917/17270 8465/20906/17263</w:t>
        <w:br/>
        <w:t>f 8480/20919/17272 8479/20920/17273 8478/20921/17274</w:t>
        <w:br/>
        <w:t>f 8477/20922/17275 8480/20919/17272 8478/20921/17274</w:t>
        <w:br/>
        <w:t>f 8482/20923/17276 8478/20921/17274 8479/20920/17273</w:t>
        <w:br/>
        <w:t>f 8481/20924/17277 8482/20923/17276 8479/20920/17273</w:t>
        <w:br/>
        <w:t>f 8484/20925/17278 8483/20926/17279 8475/20918/17271</w:t>
        <w:br/>
        <w:t>f 8476/20917/17270 8484/20925/17278 8475/20918/17271</w:t>
        <w:br/>
        <w:t>f 8486/20927/17280 8473/20916/17269 8474/20915/17268</w:t>
        <w:br/>
        <w:t>f 8485/20928/17281 8486/20927/17280 8474/20915/17268</w:t>
        <w:br/>
        <w:t>f 8483/20926/17279 8484/20925/17278 8488/20929/17282</w:t>
        <w:br/>
        <w:t>f 8487/20930/17283 8483/20926/17279 8488/20929/17282</w:t>
        <w:br/>
        <w:t>f 8492/20931/17284 8491/20932/17285 8490/20933/17285</w:t>
        <w:br/>
        <w:t>f 8489/20934/17284 8492/20931/17284 8490/20933/17285</w:t>
        <w:br/>
        <w:t>f 8491/20932/17285 8494/20935/17286 8493/20936/17286</w:t>
        <w:br/>
        <w:t>f 8490/20933/17285 8491/20932/17285 8493/20936/17286</w:t>
        <w:br/>
        <w:t>f 8496/20937/17287 8493/20936/17286 8494/20935/17286</w:t>
        <w:br/>
        <w:t>f 8495/20938/17288 8496/20937/17287 8494/20935/17286</w:t>
        <w:br/>
        <w:t>f 8500/20939/17289 8499/20940/17289 8498/20941/17290</w:t>
        <w:br/>
        <w:t>f 8497/20942/17290 8500/20939/17289 8498/20941/17290</w:t>
        <w:br/>
        <w:t>f 8499/20940/17289 8500/20939/17289 8502/20943/17291</w:t>
        <w:br/>
        <w:t>f 8501/20944/17292 8499/20940/17289 8502/20943/17291</w:t>
        <w:br/>
        <w:t>f 8495/20938/17288 8435/20878/17242 8436/20877/17241</w:t>
        <w:br/>
        <w:t>f 8496/20937/17287 8495/20938/17288 8436/20877/17241</w:t>
        <w:br/>
        <w:t>f 8481/20924/17277 8497/20942/17290 8498/20941/17290</w:t>
        <w:br/>
        <w:t>f 8482/20923/17276 8481/20924/17277 8498/20941/17290</w:t>
        <w:br/>
        <w:t>f 8504/20945/17293 8492/20931/17284 8489/20934/17284</w:t>
        <w:br/>
        <w:t>f 8503/20946/17293 8504/20945/17293 8489/20934/17284</w:t>
        <w:br/>
        <w:t>f 8508/20947/17294 8507/20948/17294 8506/20949/17295</w:t>
        <w:br/>
        <w:t>f 8505/20950/17295 8508/20947/17294 8506/20949/17295</w:t>
        <w:br/>
        <w:t>f 8512/20951/17296 8511/20952/17297 8510/20953/17298</w:t>
        <w:br/>
        <w:t>f 8509/20954/17299 8512/20951/17296 8510/20953/17298</w:t>
        <w:br/>
        <w:t>f 8514/20955/17300 8513/20956/17300 8509/20954/17299</w:t>
        <w:br/>
        <w:t>f 8510/20953/17298 8514/20955/17300 8509/20954/17299</w:t>
        <w:br/>
        <w:t>f 8516/20957/17301 8453/20894/17254 8454/20893/17254</w:t>
        <w:br/>
        <w:t>f 8515/20958/17301 8516/20957/17301 8454/20893/17254</w:t>
        <w:br/>
        <w:t>f 8518/20959/17302 8517/20960/17302 8511/20952/17297</w:t>
        <w:br/>
        <w:t>f 8512/20951/17296 8518/20959/17302 8511/20952/17297</w:t>
        <w:br/>
        <w:t>f 8507/20948/17294 8508/20947/17294 8520/20961/17303</w:t>
        <w:br/>
        <w:t>f 8519/20962/17303 8507/20948/17294 8520/20961/17303</w:t>
        <w:br/>
        <w:t>f 8522/20963/17304 8516/20957/17301 8515/20958/17301</w:t>
        <w:br/>
        <w:t>f 8521/20964/17304 8522/20963/17304 8515/20958/17301</w:t>
        <w:br/>
        <w:t>f 8524/20965/17305 8519/20962/17303 8520/20961/17303</w:t>
        <w:br/>
        <w:t>f 8523/20966/17306 8524/20965/17305 8520/20961/17303</w:t>
        <w:br/>
        <w:t>f 8443/20886/17249 8444/20885/17248 8526/20967/17307</w:t>
        <w:br/>
        <w:t>f 8525/20968/17308 8443/20886/17249 8526/20967/17307</w:t>
        <w:br/>
        <w:t>f 8429/20872/17237 8430/20871/17237 8528/20969/17309</w:t>
        <w:br/>
        <w:t>f 8527/20970/17309 8429/20872/17237 8528/20969/17309</w:t>
        <w:br/>
        <w:t>f 8501/20944/17292 8502/20943/17291 8525/20968/17308</w:t>
        <w:br/>
        <w:t>f 8526/20967/17307 8501/20944/17292 8525/20968/17308</w:t>
        <w:br/>
        <w:t>f 8527/20970/17309 8528/20969/17309 8487/20930/17283</w:t>
        <w:br/>
        <w:t>f 8488/20929/17282 8527/20970/17309 8487/20930/17283</w:t>
        <w:br/>
        <w:t>f 8485/20928/17281 8434/20875/17239 8433/20876/17240</w:t>
        <w:br/>
        <w:t>f 8486/20927/17280 8485/20928/17281 8433/20876/17240</w:t>
        <w:br/>
        <w:t>f 8532/20971/17310 8531/20972/17311 8530/20973/17311</w:t>
        <w:br/>
        <w:t>f 8529/20974/17312 8532/20971/17310 8530/20973/17311</w:t>
        <w:br/>
        <w:t>f 8529/20974/17312 8534/20975/17313 8533/20976/17314</w:t>
        <w:br/>
        <w:t>f 8532/20971/17310 8529/20974/17312 8533/20976/17314</w:t>
        <w:br/>
        <w:t>f 8534/20975/17313 8536/20977/17315 8535/20978/17316</w:t>
        <w:br/>
        <w:t>f 8533/20976/17314 8534/20975/17313 8535/20978/17316</w:t>
        <w:br/>
        <w:t>f 8536/20977/17315 8538/20979/17317 8537/20980/17318</w:t>
        <w:br/>
        <w:t>f 8535/20978/17316 8536/20977/17315 8537/20980/17318</w:t>
        <w:br/>
        <w:t>f 8540/20981/17319 8537/20980/17318 8538/20979/17317</w:t>
        <w:br/>
        <w:t>f 8539/20982/17319 8540/20981/17319 8538/20979/17317</w:t>
        <w:br/>
        <w:t>f 8542/20983/17320 8540/20981/17319 8539/20982/17319</w:t>
        <w:br/>
        <w:t>f 8541/20984/17321 8542/20983/17320 8539/20982/17319</w:t>
        <w:br/>
        <w:t>f 8546/20985/17322 8545/20986/17322 8544/20987/17323</w:t>
        <w:br/>
        <w:t>f 8543/20988/17323 8546/20985/17322 8544/20987/17323</w:t>
        <w:br/>
        <w:t>f 8543/20988/17323 8544/20987/17323 8548/20989/17324</w:t>
        <w:br/>
        <w:t>f 8547/20990/17325 8543/20988/17323 8548/20989/17324</w:t>
        <w:br/>
        <w:t>f 8552/20991/17326 8551/20992/17327 8550/20993/17327</w:t>
        <w:br/>
        <w:t>f 8549/20994/17326 8552/20991/17326 8550/20993/17327</w:t>
        <w:br/>
        <w:t>f 8556/20995/17328 8555/20996/17329 8554/20997/17329</w:t>
        <w:br/>
        <w:t>f 8553/20998/17330 8556/20995/17328 8554/20997/17329</w:t>
        <w:br/>
        <w:t>f 8558/20999/17331 8550/20993/17327 8551/20992/17327</w:t>
        <w:br/>
        <w:t>f 8557/21000/17332 8558/20999/17331 8551/20992/17327</w:t>
        <w:br/>
        <w:t>f 8554/20997/17329 8555/20996/17329 8560/21001/17333</w:t>
        <w:br/>
        <w:t>f 8559/21002/17334 8554/20997/17329 8560/21001/17333</w:t>
        <w:br/>
        <w:t>f 8549/20994/17326 8542/20983/17320 8541/20984/17321</w:t>
        <w:br/>
        <w:t>f 8552/20991/17326 8549/20994/17326 8541/20984/17321</w:t>
        <w:br/>
        <w:t>f 8564/21003/17335 8563/21004/17336 8562/21005/17337</w:t>
        <w:br/>
        <w:t>f 8561/21006/17335 8564/21003/17335 8562/21005/17337</w:t>
        <w:br/>
        <w:t>f 8553/20998/17330 8564/21003/17335 8561/21006/17335</w:t>
        <w:br/>
        <w:t>f 8556/20995/17328 8553/20998/17330 8561/21006/17335</w:t>
        <w:br/>
        <w:t>f 8547/20990/17325 8548/20989/17324 8566/21007/17338</w:t>
        <w:br/>
        <w:t>f 8565/21008/17338 8547/20990/17325 8566/21007/17338</w:t>
        <w:br/>
        <w:t>f 8566/21007/17338 8568/21009/17339 8567/21010/17340</w:t>
        <w:br/>
        <w:t>f 8565/21008/17338 8566/21007/17338 8567/21010/17340</w:t>
        <w:br/>
        <w:t>f 8571/21011/17341 8570/21012/17341 8569/21013/17342</w:t>
        <w:br/>
        <w:t>f 8572/21014/17343 8571/21011/17341 8569/21013/17342</w:t>
        <w:br/>
        <w:t>f 8572/21014/17343 8569/21013/17342 8574/21015/17344</w:t>
        <w:br/>
        <w:t>f 8573/21016/17344 8572/21014/17343 8574/21015/17344</w:t>
        <w:br/>
        <w:t>f 8578/21017/17345 8577/21018/17346 8576/21019/17346</w:t>
        <w:br/>
        <w:t>f 8575/21020/17345 8578/21017/17345 8576/21019/17346</w:t>
        <w:br/>
        <w:t>f 8545/20986/17322 8546/20985/17322 8580/21021/17347</w:t>
        <w:br/>
        <w:t>f 8579/21022/17347 8545/20986/17322 8580/21021/17347</w:t>
        <w:br/>
        <w:t>f 8577/21018/17346 8582/21023/17348 8581/21024/17348</w:t>
        <w:br/>
        <w:t>f 8576/21019/17346 8577/21018/17346 8581/21024/17348</w:t>
        <w:br/>
        <w:t>f 8571/21011/17341 8578/21017/17345 8575/21020/17345</w:t>
        <w:br/>
        <w:t>f 8570/21012/17341 8571/21011/17341 8575/21020/17345</w:t>
        <w:br/>
        <w:t>f 8563/21004/17336 8584/21025/17349 8583/21026/17349</w:t>
        <w:br/>
        <w:t>f 8562/21005/17337 8563/21004/17336 8583/21026/17349</w:t>
        <w:br/>
        <w:t>f 8584/21025/17349 8586/21027/17350 8585/21028/17350</w:t>
        <w:br/>
        <w:t>f 8583/21026/17349 8584/21025/17349 8585/21028/17350</w:t>
        <w:br/>
        <w:t>f 8586/21027/17350 8588/21029/17351 8587/21030/17351</w:t>
        <w:br/>
        <w:t>f 8585/21028/17350 8586/21027/17350 8587/21030/17351</w:t>
        <w:br/>
        <w:t>f 8592/21031/17352 8591/21032/17353 8590/21033/17354</w:t>
        <w:br/>
        <w:t>f 8589/21034/17352 8592/21031/17352 8590/21033/17354</w:t>
        <w:br/>
        <w:t>f 8596/21035/17355 8595/21036/17356 8594/21037/17357</w:t>
        <w:br/>
        <w:t>f 8593/21038/17358 8596/21035/17355 8594/21037/17357</w:t>
        <w:br/>
        <w:t>f 8593/21038/17358 8594/21037/17357 8598/21039/17359</w:t>
        <w:br/>
        <w:t>f 8597/21040/17359 8593/21038/17358 8598/21039/17359</w:t>
        <w:br/>
        <w:t>f 8591/21032/17353 8600/21041/17360 8599/21042/17361</w:t>
        <w:br/>
        <w:t>f 8590/21033/17354 8591/21032/17353 8599/21042/17361</w:t>
        <w:br/>
        <w:t>f 8597/21040/17359 8598/21039/17359 8602/21043/17362</w:t>
        <w:br/>
        <w:t>f 8601/21044/17362 8597/21040/17359 8602/21043/17362</w:t>
        <w:br/>
        <w:t>f 8600/21041/17360 8604/21045/17363 8603/21046/17363</w:t>
        <w:br/>
        <w:t>f 8599/21042/17361 8600/21041/17360 8603/21046/17363</w:t>
        <w:br/>
        <w:t>f 8595/21036/17356 8596/21035/17355 8579/21022/17347</w:t>
        <w:br/>
        <w:t>f 8580/21021/17347 8595/21036/17356 8579/21022/17347</w:t>
        <w:br/>
        <w:t>f 8582/21023/17348 8592/21031/17352 8589/21034/17352</w:t>
        <w:br/>
        <w:t>f 8581/21024/17348 8582/21023/17348 8589/21034/17352</w:t>
        <w:br/>
        <w:t>f 8588/21029/17351 8606/21047/17364 8605/21048/17364</w:t>
        <w:br/>
        <w:t>f 8587/21030/17351 8588/21029/17351 8605/21048/17364</w:t>
        <w:br/>
        <w:t>f 8606/21047/17364 8608/21049/17365 8607/21050/17366</w:t>
        <w:br/>
        <w:t>f 8605/21048/17364 8606/21047/17364 8607/21050/17366</w:t>
        <w:br/>
        <w:t>f 8612/21051/17367 8611/21052/17368 8610/21053/17368</w:t>
        <w:br/>
        <w:t>f 8609/21054/17367 8612/21051/17367 8610/21053/17368</w:t>
        <w:br/>
        <w:t>f 8616/21055/17369 8615/21056/17369 8614/21057/17370</w:t>
        <w:br/>
        <w:t>f 8613/21058/17370 8616/21055/17369 8614/21057/17370</w:t>
        <w:br/>
        <w:t>f 8620/21059/17371 8619/21060/17372 8618/21061/17372</w:t>
        <w:br/>
        <w:t>f 8617/21062/17371 8620/21059/17371 8618/21061/17372</w:t>
        <w:br/>
        <w:t>f 8614/21057/17370 8622/21063/17373 8621/21064/17374</w:t>
        <w:br/>
        <w:t>f 8613/21058/17370 8614/21057/17370 8621/21064/17374</w:t>
        <w:br/>
        <w:t>f 8626/21065/17375 8625/21066/17376 8624/21067/17377</w:t>
        <w:br/>
        <w:t>f 8623/21068/17378 8626/21065/17375 8624/21067/17377</w:t>
        <w:br/>
        <w:t>f 8628/21069/17379 8626/21065/17375 8623/21068/17378</w:t>
        <w:br/>
        <w:t>f 8627/21070/17379 8628/21069/17379 8623/21068/17378</w:t>
        <w:br/>
        <w:t>f 8568/21009/17339 8628/21069/17379 8627/21070/17379</w:t>
        <w:br/>
        <w:t>f 8567/21010/17340 8568/21009/17339 8627/21070/17379</w:t>
        <w:br/>
        <w:t>f 8632/21071/17380 8631/21072/17381 8630/21073/17382</w:t>
        <w:br/>
        <w:t>f 8629/21074/17383 8632/21071/17380 8630/21073/17382</w:t>
        <w:br/>
        <w:t>f 8634/21075/17384 8630/21073/17382 8631/21072/17381</w:t>
        <w:br/>
        <w:t>f 8633/21076/17385 8634/21075/17384 8631/21072/17381</w:t>
        <w:br/>
        <w:t>f 8638/21077/17386 8637/21078/17386 8636/21079/17387</w:t>
        <w:br/>
        <w:t>f 8635/21080/17387 8638/21077/17386 8636/21079/17387</w:t>
        <w:br/>
        <w:t>f 8559/21002/17334 8560/21001/17333 8635/21080/17387</w:t>
        <w:br/>
        <w:t>f 8636/21079/17387 8559/21002/17334 8635/21080/17387</w:t>
        <w:br/>
        <w:t>f 8557/21000/17332 8632/21071/17380 8629/21074/17383</w:t>
        <w:br/>
        <w:t>f 8558/20999/17331 8557/21000/17332 8629/21074/17383</w:t>
        <w:br/>
        <w:t>f 8642/21081/17388 8641/21082/17389 8640/21083/17390</w:t>
        <w:br/>
        <w:t>f 8639/21084/17391 8642/21081/17388 8640/21083/17390</w:t>
        <w:br/>
        <w:t>f 8637/21078/17386 8638/21077/17386 8644/21085/17392</w:t>
        <w:br/>
        <w:t>f 8643/21086/17392 8637/21078/17386 8644/21085/17392</w:t>
        <w:br/>
        <w:t>f 8639/21084/17391 8640/21083/17390 8646/21087/17393</w:t>
        <w:br/>
        <w:t>f 8645/21088/17394 8639/21084/17391 8646/21087/17393</w:t>
        <w:br/>
        <w:t>f 8610/21053/17368 8611/21052/17368 8648/21089/17395</w:t>
        <w:br/>
        <w:t>f 8647/21090/17395 8610/21053/17368 8648/21089/17395</w:t>
        <w:br/>
        <w:t>f 8652/21091/17396 8651/21092/17397 8650/21093/17397</w:t>
        <w:br/>
        <w:t>f 8649/21094/17396 8652/21091/17396 8650/21093/17397</w:t>
        <w:br/>
        <w:t>f 8650/21093/17397 8651/21092/17397 8654/21095/17398</w:t>
        <w:br/>
        <w:t>f 8653/21096/17399 8650/21093/17397 8654/21095/17398</w:t>
        <w:br/>
        <w:t>f 8641/21082/17389 8642/21081/17388 8573/21016/17344</w:t>
        <w:br/>
        <w:t>f 8574/21015/17344 8641/21082/17389 8573/21016/17344</w:t>
        <w:br/>
        <w:t>f 8619/21060/17372 8656/21097/17400 8655/21098/17401</w:t>
        <w:br/>
        <w:t>f 8618/21061/17372 8619/21060/17372 8655/21098/17401</w:t>
        <w:br/>
        <w:t>f 8660/21099/17402 8659/21100/17403 8658/21101/17403</w:t>
        <w:br/>
        <w:t>f 8657/21102/17404 8660/21099/17402 8658/21101/17403</w:t>
        <w:br/>
        <w:t>f 8834/21103/17405 8833/21104/17406 8832/21105/17407</w:t>
        <w:br/>
        <w:t>f 8831/21106/17407 8834/21103/17405 8832/21105/17407</w:t>
        <w:br/>
        <w:t>f 8836/21107/17408 8833/21104/17406 8834/21103/17405</w:t>
        <w:br/>
        <w:t>f 8835/21108/17408 8836/21107/17408 8834/21103/17405</w:t>
        <w:br/>
        <w:t>f 8840/21109/17409 8839/21110/17410 8838/21111/17411</w:t>
        <w:br/>
        <w:t>f 8837/21112/17409 8840/21109/17409 8838/21111/17411</w:t>
        <w:br/>
        <w:t>f 8837/21112/17409 8842/21113/17412 8841/21114/17412</w:t>
        <w:br/>
        <w:t>f 8840/21109/17409 8837/21112/17409 8841/21114/17412</w:t>
        <w:br/>
        <w:t>f 8846/21115/17413 8845/21116/17414 8844/21117/17415</w:t>
        <w:br/>
        <w:t>f 8843/21118/17413 8846/21115/17413 8844/21117/17415</w:t>
        <w:br/>
        <w:t>f 8850/21119/17416 8849/21120/17417 8848/21121/17418</w:t>
        <w:br/>
        <w:t>f 8847/21122/17419 8850/21119/17416 8848/21121/17418</w:t>
        <w:br/>
        <w:t>f 8854/21123/17420 8853/21124/17421 8852/21125/17422</w:t>
        <w:br/>
        <w:t>f 8851/21126/17423 8854/21123/17420 8852/21125/17422</w:t>
        <w:br/>
        <w:t>f 8858/21127/17424 8857/21128/17425 8856/21129/17426</w:t>
        <w:br/>
        <w:t>f 8855/21130/17427 8858/21127/17424 8856/21129/17426</w:t>
        <w:br/>
        <w:t>f 8862/21131/17428 8861/21132/17429 8860/21133/17429</w:t>
        <w:br/>
        <w:t>f 8859/21134/17428 8862/21131/17428 8860/21133/17429</w:t>
        <w:br/>
        <w:t>f 8864/21135/17430 8858/21127/17424 8855/21130/17427</w:t>
        <w:br/>
        <w:t>f 8863/21136/17431 8864/21135/17430 8855/21130/17427</w:t>
        <w:br/>
        <w:t>f 8868/21137/17424 8867/21138/17432 8866/21139/17433</w:t>
        <w:br/>
        <w:t>f 8865/21140/17425 8868/21137/17424 8866/21139/17433</w:t>
        <w:br/>
        <w:t>f 8871/21141/17418 8870/21142/17434 8869/21143/17435</w:t>
        <w:br/>
        <w:t>f 8854/21123/17436 8871/21141/17418 8869/21143/17435</w:t>
        <w:br/>
        <w:t>f 8873/21144/17437 8872/21145/17438 8869/21143/17435</w:t>
        <w:br/>
        <w:t>f 8870/21142/17434 8873/21144/17437 8869/21143/17435</w:t>
        <w:br/>
        <w:t>f 8875/21146/17439 8874/21147/17440 8849/21120/17417</w:t>
        <w:br/>
        <w:t>f 8850/21119/17416 8875/21146/17439 8849/21120/17417</w:t>
        <w:br/>
        <w:t>f 8879/21148/17416 8878/21149/17441 8877/21150/17442</w:t>
        <w:br/>
        <w:t>f 8876/21151/17439 8879/21148/17416 8877/21150/17442</w:t>
        <w:br/>
        <w:t>f 8883/21152/17443 8882/21153/17444 8881/21154/17445</w:t>
        <w:br/>
        <w:t>f 8880/21155/17446 8883/21152/17443 8881/21154/17445</w:t>
        <w:br/>
        <w:t>f 8887/21156/17447 8886/21157/17448 8885/21158/17449</w:t>
        <w:br/>
        <w:t>f 8884/21159/17450 8887/21156/17447 8885/21158/17449</w:t>
        <w:br/>
        <w:t>f 8891/21160/17443 8890/21161/17451 8889/21162/17452</w:t>
        <w:br/>
        <w:t>f 8888/21163/17453 8891/21160/17443 8889/21162/17452</w:t>
        <w:br/>
        <w:t>f 8893/21164/17451 8892/21165/17454 8886/21157/17448</w:t>
        <w:br/>
        <w:t>f 8887/21156/17447 8893/21164/17451 8886/21157/17448</w:t>
        <w:br/>
        <w:t>f 8890/21161/17451 8891/21160/17443 8895/21166/17455</w:t>
        <w:br/>
        <w:t>f 8894/21167/17456 8890/21161/17451 8895/21166/17455</w:t>
        <w:br/>
        <w:t>f 8880/21155/17446 8897/21168/17457 8896/21169/17455</w:t>
        <w:br/>
        <w:t>f 8883/21152/17443 8880/21155/17446 8896/21169/17455</w:t>
        <w:br/>
        <w:t>f 8897/21168/17457 8899/21170/17458 8898/21171/17459</w:t>
        <w:br/>
        <w:t>f 8896/21169/17455 8897/21168/17457 8898/21171/17459</w:t>
        <w:br/>
        <w:t>f 8894/21167/17456 8895/21166/17455 8901/21172/17459</w:t>
        <w:br/>
        <w:t>f 8900/21173/17460 8894/21167/17456 8901/21172/17459</w:t>
        <w:br/>
        <w:t>f 8905/21174/17460 8904/21175/17461 8903/21176/17462</w:t>
        <w:br/>
        <w:t>f 8902/21177/17463 8905/21174/17460 8903/21176/17462</w:t>
        <w:br/>
        <w:t>f 8902/21177/17463 8903/21176/17462 8892/21165/17454</w:t>
        <w:br/>
        <w:t>f 8893/21164/17451 8902/21177/17463 8892/21165/17454</w:t>
        <w:br/>
        <w:t>f 8907/21178/17450 8906/21179/17464 8888/21163/17453</w:t>
        <w:br/>
        <w:t>f 8889/21162/17452 8907/21178/17450 8888/21163/17453</w:t>
        <w:br/>
        <w:t>f 8909/21180/17465 8881/21154/17445 8882/21153/17444</w:t>
        <w:br/>
        <w:t>f 8908/21181/17466 8909/21180/17465 8882/21153/17444</w:t>
        <w:br/>
        <w:t>f 8872/21145/17438 8873/21144/17437 8884/21159/17450</w:t>
        <w:br/>
        <w:t>f 8885/21158/17449 8872/21145/17438 8884/21159/17450</w:t>
        <w:br/>
        <w:t>f 8876/21151/17439 8877/21150/17442 8909/21180/17465</w:t>
        <w:br/>
        <w:t>f 8908/21181/17466 8876/21151/17439 8909/21180/17465</w:t>
        <w:br/>
        <w:t>f 8911/21182/17467 8910/21183/17467 8846/21115/17413</w:t>
        <w:br/>
        <w:t>f 8843/21118/17413 8911/21182/17467 8846/21115/17413</w:t>
        <w:br/>
        <w:t>f 8913/21184/17468 8841/21114/17412 8842/21113/17412</w:t>
        <w:br/>
        <w:t>f 8912/21185/17469 8913/21184/17468 8842/21113/17412</w:t>
        <w:br/>
        <w:t>f 8863/21136/17431 8836/21107/17408 8835/21108/17408</w:t>
        <w:br/>
        <w:t>f 8864/21135/17430 8863/21136/17431 8835/21108/17408</w:t>
        <w:br/>
        <w:t>f 8845/21116/17414 8915/21186/17470 8914/21187/17470</w:t>
        <w:br/>
        <w:t>f 8844/21117/17415 8845/21116/17414 8914/21187/17470</w:t>
        <w:br/>
        <w:t>f 8867/21138/17432 8868/21137/17424 8913/21184/17468</w:t>
        <w:br/>
        <w:t>f 8912/21185/17469 8867/21138/17432 8913/21184/17468</w:t>
        <w:br/>
        <w:t>f 8861/21132/17429 8914/21187/17470 8915/21186/17470</w:t>
        <w:br/>
        <w:t>f 8860/21133/17429 8861/21132/17429 8915/21186/17470</w:t>
        <w:br/>
        <w:t>f 8853/21124/17421 8862/21131/17428 8859/21134/17428</w:t>
        <w:br/>
        <w:t>f 8852/21125/17422 8853/21124/17421 8859/21134/17428</w:t>
        <w:br/>
        <w:t>f 8857/21128/17425 8917/21188/17471 8916/21189/17472</w:t>
        <w:br/>
        <w:t>f 8856/21129/17426 8857/21128/17425 8916/21189/17472</w:t>
        <w:br/>
        <w:t>f 8866/21139/17433 8919/21190/17473 8918/21191/17473</w:t>
        <w:br/>
        <w:t>f 8865/21140/17425 8866/21139/17433 8918/21191/17473</w:t>
        <w:br/>
        <w:t>f 8918/21191/17473 8919/21190/17473 8921/21192/17474</w:t>
        <w:br/>
        <w:t>f 8920/21193/17474 8918/21191/17473 8921/21192/17474</w:t>
        <w:br/>
        <w:t>f 8847/21122/17419 8848/21121/17418 8916/21189/17472</w:t>
        <w:br/>
        <w:t>f 8917/21188/17471 8847/21122/17419 8916/21189/17472</w:t>
        <w:br/>
        <w:t>f 8920/21193/17474 8921/21192/17474 8878/21149/17441</w:t>
        <w:br/>
        <w:t>f 8879/21148/17416 8920/21193/17474 8878/21149/17441</w:t>
        <w:br/>
        <w:t>f 8906/21179/17464 8907/21178/17450 8874/21147/17440</w:t>
        <w:br/>
        <w:t>f 8875/21146/17439 8906/21179/17464 8874/21147/17440</w:t>
        <w:br/>
        <w:t>f 8923/21194/17475 8831/21106/17407 8832/21105/17407</w:t>
        <w:br/>
        <w:t>f 8922/21195/17475 8923/21194/17475 8832/21105/17407</w:t>
        <w:br/>
        <w:t>f 8923/21194/17475 8922/21195/17475 8925/21196/17476</w:t>
        <w:br/>
        <w:t>f 8924/21197/17476 8923/21194/17475 8925/21196/17476</w:t>
        <w:br/>
        <w:t>f 8927/21198/17477 8926/21199/17478 8838/21111/17411</w:t>
        <w:br/>
        <w:t>f 8839/21110/17410 8927/21198/17477 8838/21111/17411</w:t>
        <w:br/>
        <w:t>f 8926/21199/17478 8927/21198/17477 8929/21200/17479</w:t>
        <w:br/>
        <w:t>f 8928/21201/17479 8926/21199/17478 8929/21200/17479</w:t>
        <w:br/>
        <w:t>f 8933/21202/17480 8932/21203/17481 8931/21204/17482</w:t>
        <w:br/>
        <w:t>f 8930/21205/17483 8933/21202/17480 8931/21204/17482</w:t>
        <w:br/>
        <w:t>f 8937/21206/17484 8936/21207/17485 8935/21208/17486</w:t>
        <w:br/>
        <w:t>f 8934/21209/17487 8937/21206/17484 8935/21208/17486</w:t>
        <w:br/>
        <w:t>f 8941/21210/17488 8940/21211/17489 8939/21212/17490</w:t>
        <w:br/>
        <w:t>f 8938/21213/17491 8941/21210/17488 8939/21212/17490</w:t>
        <w:br/>
        <w:t>f 8945/21214/17492 8944/21215/17493 8943/21216/17494</w:t>
        <w:br/>
        <w:t>f 8942/21217/17495 8945/21214/17492 8943/21216/17494</w:t>
        <w:br/>
        <w:t>f 8949/21218/17496 8948/21219/17497 8947/21220/17498</w:t>
        <w:br/>
        <w:t>f 8946/21221/17498 8949/21218/17496 8947/21220/17498</w:t>
        <w:br/>
        <w:t>f 8942/21217/17495 8943/21216/17494 8951/21222/17499</w:t>
        <w:br/>
        <w:t>f 8950/21223/17500 8942/21217/17495 8951/21222/17499</w:t>
        <w:br/>
        <w:t>f 8955/21224/17501 8954/21225/17502 8953/21226/17503</w:t>
        <w:br/>
        <w:t>f 8952/21227/17493 8955/21224/17501 8953/21226/17503</w:t>
        <w:br/>
        <w:t>f 8958/21228/17486 8939/21212/17504 8957/21229/17505</w:t>
        <w:br/>
        <w:t>f 8956/21230/17506 8958/21228/17486 8957/21229/17505</w:t>
        <w:br/>
        <w:t>f 8957/21229/17505 8960/21231/17507 8959/21232/17508</w:t>
        <w:br/>
        <w:t>f 8956/21230/17506 8957/21229/17505 8959/21232/17508</w:t>
        <w:br/>
        <w:t>f 8962/21233/17509 8937/21206/17484 8934/21209/17487</w:t>
        <w:br/>
        <w:t>f 8961/21234/17510 8962/21233/17509 8934/21209/17487</w:t>
        <w:br/>
        <w:t>f 8966/21235/17511 8965/21236/17512 8964/21237/17484</w:t>
        <w:br/>
        <w:t>f 8963/21238/17509 8966/21235/17511 8964/21237/17484</w:t>
        <w:br/>
        <w:t>f 8970/21239/17513 8969/21240/17514 8968/21241/17515</w:t>
        <w:br/>
        <w:t>f 8967/21242/17516 8970/21239/17513 8968/21241/17515</w:t>
        <w:br/>
        <w:t>f 8974/21243/17517 8973/21244/17518 8972/21245/17519</w:t>
        <w:br/>
        <w:t>f 8971/21246/17520 8974/21243/17517 8972/21245/17519</w:t>
        <w:br/>
        <w:t>f 8978/21247/17515 8977/21248/17514 8976/21249/17519</w:t>
        <w:br/>
        <w:t>f 8975/21250/17521 8978/21247/17515 8976/21249/17519</w:t>
        <w:br/>
        <w:t>f 8973/21244/17518 8980/21251/17522 8979/21252/17521</w:t>
        <w:br/>
        <w:t>f 8972/21245/17519 8973/21244/17518 8979/21252/17521</w:t>
        <w:br/>
        <w:t>f 8975/21250/17521 8982/21253/17456 8981/21254/17523</w:t>
        <w:br/>
        <w:t>f 8978/21247/17515 8975/21250/17521 8981/21254/17523</w:t>
        <w:br/>
        <w:t>f 8984/21255/17523 8983/21256/17524 8967/21242/17516</w:t>
        <w:br/>
        <w:t>f 8968/21241/17515 8984/21255/17523 8967/21242/17516</w:t>
        <w:br/>
        <w:t>f 8898/21171/17459 8899/21170/17458 8983/21256/17524</w:t>
        <w:br/>
        <w:t>f 8984/21255/17523 8898/21171/17459 8983/21256/17524</w:t>
        <w:br/>
        <w:t>f 8982/21253/17456 8900/21173/17460 8901/21172/17459</w:t>
        <w:br/>
        <w:t>f 8981/21254/17523 8982/21253/17456 8901/21172/17459</w:t>
        <w:br/>
        <w:t>f 8986/21257/17525 8904/21175/17461 8905/21174/17460</w:t>
        <w:br/>
        <w:t>f 8985/21258/17456 8986/21257/17525 8905/21174/17460</w:t>
        <w:br/>
        <w:t>f 8985/21258/17456 8979/21252/17521 8980/21251/17522</w:t>
        <w:br/>
        <w:t>f 8986/21257/17525 8985/21258/17456 8980/21251/17522</w:t>
        <w:br/>
        <w:t>f 8988/21259/17526 8976/21249/17519 8977/21248/17514</w:t>
        <w:br/>
        <w:t>f 8987/21260/17527 8988/21259/17526 8977/21248/17514</w:t>
        <w:br/>
        <w:t>f 8969/21240/17514 8970/21239/17513 8990/21261/17528</w:t>
        <w:br/>
        <w:t>f 8989/21262/17527 8969/21240/17514 8990/21261/17528</w:t>
        <w:br/>
        <w:t>f 8971/21246/17520 8959/21232/17508 8960/21231/17507</w:t>
        <w:br/>
        <w:t>f 8974/21243/17517 8971/21246/17520 8960/21231/17507</w:t>
        <w:br/>
        <w:t>f 8990/21261/17528 8966/21235/17511 8963/21238/17509</w:t>
        <w:br/>
        <w:t>f 8989/21262/17527 8990/21261/17528 8963/21238/17509</w:t>
        <w:br/>
        <w:t>f 8933/21202/17480 8910/21183/17467 8911/21182/17467</w:t>
        <w:br/>
        <w:t>f 8932/21203/17481 8933/21202/17480 8911/21182/17467</w:t>
        <w:br/>
        <w:t>f 8928/21201/17479 8929/21200/17479 8992/21263/17529</w:t>
        <w:br/>
        <w:t>f 8991/21264/17530 8928/21201/17479 8992/21263/17529</w:t>
        <w:br/>
        <w:t>f 8924/21197/17476 8925/21196/17476 8950/21223/17500</w:t>
        <w:br/>
        <w:t>f 8951/21222/17499 8924/21197/17476 8950/21223/17500</w:t>
        <w:br/>
        <w:t>f 8930/21205/17483 8931/21204/17482 8994/21265/17531</w:t>
        <w:br/>
        <w:t>f 8993/21266/17531 8930/21205/17483 8994/21265/17531</w:t>
        <w:br/>
        <w:t>f 8992/21263/17529 8953/21226/17503 8954/21225/17502</w:t>
        <w:br/>
        <w:t>f 8991/21264/17530 8992/21263/17529 8954/21225/17502</w:t>
        <w:br/>
        <w:t>f 8993/21266/17531 8994/21265/17531 8946/21221/17498</w:t>
        <w:br/>
        <w:t>f 8947/21220/17498 8993/21266/17531 8946/21221/17498</w:t>
        <w:br/>
        <w:t>f 8948/21219/17497 8949/21218/17496 8940/21211/17489</w:t>
        <w:br/>
        <w:t>f 8941/21210/17488 8948/21219/17497 8940/21211/17489</w:t>
        <w:br/>
        <w:t>f 8996/21267/17532 8995/21268/17533 8944/21215/17493</w:t>
        <w:br/>
        <w:t>f 8945/21214/17492 8996/21267/17532 8944/21215/17493</w:t>
        <w:br/>
        <w:t>f 8955/21224/17501 8952/21227/17493 8998/21269/17534</w:t>
        <w:br/>
        <w:t>f 8997/21270/17534 8955/21224/17501 8998/21269/17534</w:t>
        <w:br/>
        <w:t>f 9000/21271/17535 8997/21270/17534 8998/21269/17534</w:t>
        <w:br/>
        <w:t>f 8999/21272/17535 9000/21271/17535 8998/21269/17534</w:t>
        <w:br/>
        <w:t>f 8936/21207/17485 8995/21268/17533 8996/21267/17532</w:t>
        <w:br/>
        <w:t>f 8935/21208/17486 8936/21207/17485 8996/21267/17532</w:t>
        <w:br/>
        <w:t>f 8965/21236/17512 9000/21271/17535 8999/21272/17535</w:t>
        <w:br/>
        <w:t>f 8964/21237/17484 8965/21236/17512 8999/21272/17535</w:t>
        <w:br/>
        <w:t>f 8987/21260/17527 8962/21233/17509 8961/21234/17510</w:t>
        <w:br/>
        <w:t>f 8988/21259/17526 8987/21260/17527 8961/21234/17510</w:t>
        <w:br/>
        <w:t>f 9004/21273/17536 9003/21274/17537 9002/21275/17538</w:t>
        <w:br/>
        <w:t>f 9001/21276/17539 9004/21273/17536 9002/21275/17538</w:t>
        <w:br/>
        <w:t>f 9008/21277/17540 9007/21278/17541 9006/21279/17542</w:t>
        <w:br/>
        <w:t>f 9005/21280/17543 9008/21277/17540 9006/21279/17542</w:t>
        <w:br/>
        <w:t>f 9012/21281/17544 9011/21282/17545 9010/21283/17546</w:t>
        <w:br/>
        <w:t>f 9009/21284/17547 9012/21281/17544 9010/21283/17546</w:t>
        <w:br/>
        <w:t>f 9016/21285/17548 9015/21286/17549 9014/21287/17550</w:t>
        <w:br/>
        <w:t>f 9013/21288/17551 9016/21285/17548 9014/21287/17550</w:t>
        <w:br/>
        <w:t>f 9011/21282/17545 9018/21289/17552 9017/21290/17553</w:t>
        <w:br/>
        <w:t>f 9010/21283/17546 9011/21282/17545 9017/21290/17553</w:t>
        <w:br/>
        <w:t>f 9022/21291/17554 9021/21292/17555 9020/21293/17556</w:t>
        <w:br/>
        <w:t>f 9019/21294/17557 9022/21291/17554 9020/21293/17556</w:t>
        <w:br/>
        <w:t>f 9001/21276/17539 9020/21293/17556 9021/21292/17555</w:t>
        <w:br/>
        <w:t>f 9004/21273/17536 9001/21276/17539 9021/21292/17555</w:t>
        <w:br/>
        <w:t>f 9021/21292/17555 9022/21291/17554 9024/21295/17558</w:t>
        <w:br/>
        <w:t>f 9023/21296/17559 9021/21292/17555 9024/21295/17558</w:t>
        <w:br/>
        <w:t>f 9023/21296/17559 9004/21273/17536 9021/21292/17555</w:t>
        <w:br/>
        <w:t>f 9023/21296/17559 9025/21297/17560 9003/21274/17537</w:t>
        <w:br/>
        <w:t>f 9004/21273/17536 9023/21296/17559 9003/21274/17537</w:t>
        <w:br/>
        <w:t>f 9025/21297/17560 9026/21298/17561 9007/21278/17541</w:t>
        <w:br/>
        <w:t>f 9008/21277/17540 9025/21297/17560 9007/21278/17541</w:t>
        <w:br/>
        <w:t>f 9027/21299/17562 9018/21289/17552 9011/21282/17545</w:t>
        <w:br/>
        <w:t>f 9012/21281/17544 9027/21299/17562 9011/21282/17545</w:t>
        <w:br/>
        <w:t>f 9029/21300/17563 9027/21299/17562 9028/21301/17564</w:t>
        <w:br/>
        <w:t>f 9025/21297/17560 9027/21299/17562 9026/21298/17561</w:t>
        <w:br/>
        <w:t>f 9023/21296/17559 9027/21299/17562 9025/21297/17560</w:t>
        <w:br/>
        <w:t>f 9024/21295/17558 9027/21299/17562 9023/21296/17559</w:t>
        <w:br/>
        <w:t>f 9015/21286/17549 9016/21285/17548 9027/21299/17562</w:t>
        <w:br/>
        <w:t>f 9033/21302/17565 9032/21303/17566 9031/21304/17567</w:t>
        <w:br/>
        <w:t>f 9030/21305/17568 9033/21302/17565 9031/21304/17567</w:t>
        <w:br/>
        <w:t>f 9034/21306/17569 9030/21305/17568 9031/21304/17567</w:t>
        <w:br/>
        <w:t>f 9034/21306/17569 9036/21307/17570 9035/21308/17571</w:t>
        <w:br/>
        <w:t>f 9030/21305/17568 9034/21306/17569 9035/21308/17571</w:t>
        <w:br/>
        <w:t>f 9036/21307/17570 9037/21309/17572 9035/21308/17571</w:t>
        <w:br/>
        <w:t>f 9039/21310/17573 9035/21308/17571 9037/21309/17572</w:t>
        <w:br/>
        <w:t>f 9038/21311/17574 9039/21310/17573 9037/21309/17572</w:t>
        <w:br/>
        <w:t>f 9039/21310/17573 9038/21311/17574 9041/21312/17575</w:t>
        <w:br/>
        <w:t>f 9040/21313/17576 9039/21310/17573 9041/21312/17575</w:t>
        <w:br/>
        <w:t>f 9041/21312/17575 9042/21314/17577 9040/21313/17576</w:t>
        <w:br/>
        <w:t>f 9040/21313/17576 9042/21314/17577 9044/21315/17578</w:t>
        <w:br/>
        <w:t>f 9043/21316/17579 9040/21313/17576 9044/21315/17578</w:t>
        <w:br/>
        <w:t>f 9047/21317/17580 9043/21316/17579 9046/21318/17581</w:t>
        <w:br/>
        <w:t>f 9045/21319/17582 9047/21317/17580 9046/21318/17581</w:t>
        <w:br/>
        <w:t>f 9049/21320/17583 9048/21321/17584 9047/21317/17580</w:t>
        <w:br/>
        <w:t>f 9045/21319/17582 9049/21320/17583 9047/21317/17580</w:t>
        <w:br/>
        <w:t>f 9046/21318/17581 9043/21316/17579 9044/21315/17578</w:t>
        <w:br/>
        <w:t>f 9048/21321/17584 9049/21320/17583 9051/21322/17585</w:t>
        <w:br/>
        <w:t>f 9050/21323/17586 9048/21321/17584 9051/21322/17585</w:t>
        <w:br/>
        <w:t>f 9030/21305/17568 9053/21324/17587 9052/21325/17588</w:t>
        <w:br/>
        <w:t>f 9033/21302/17565 9030/21305/17568 9052/21325/17588</w:t>
        <w:br/>
        <w:t>f 9035/21308/17571 9054/21326/17589 9053/21324/17587</w:t>
        <w:br/>
        <w:t>f 9030/21305/17568 9035/21308/17571 9053/21324/17587</w:t>
        <w:br/>
        <w:t>f 9043/21316/17579 9056/21327/17590 9055/21328/17591</w:t>
        <w:br/>
        <w:t>f 9040/21313/17576 9043/21316/17579 9055/21328/17591</w:t>
        <w:br/>
        <w:t>f 9047/21317/17580 9056/21327/17590 9043/21316/17579</w:t>
        <w:br/>
        <w:t>f 9057/21329/17592 9047/21317/17580 9048/21321/17584</w:t>
        <w:br/>
        <w:t>f 9050/21323/17586 9058/21330/17593 9057/21329/17592</w:t>
        <w:br/>
        <w:t>f 9048/21321/17584 9050/21323/17586 9057/21329/17592</w:t>
        <w:br/>
        <w:t>f 9054/21326/17589 9035/21308/17571 9039/21310/17573</w:t>
        <w:br/>
        <w:t>f 9059/21331/17594 9054/21326/17589 9039/21310/17573</w:t>
        <w:br/>
        <w:t>f 9028/21301/17564 9012/21281/17544 9009/21284/17547</w:t>
        <w:br/>
        <w:t>f 9060/21332/17595 9028/21301/17564 9009/21284/17547</w:t>
        <w:br/>
        <w:t>f 9027/21299/17562 9012/21281/17544 9028/21301/17564</w:t>
        <w:br/>
        <w:t>f 9026/21298/17561 9027/21299/17562 9029/21300/17563</w:t>
        <w:br/>
        <w:t>f 9059/21331/17594 9039/21310/17573 9040/21313/17576</w:t>
        <w:br/>
        <w:t>f 9055/21328/17591 9059/21331/17594 9040/21313/17576</w:t>
        <w:br/>
        <w:t>f 9003/21274/17537 9008/21277/17540 9005/21280/17543</w:t>
        <w:br/>
        <w:t>f 9002/21275/17538 9003/21274/17537 9005/21280/17543</w:t>
        <w:br/>
        <w:t>f 9025/21297/17560 9008/21277/17540 9003/21274/17537</w:t>
        <w:br/>
        <w:t>f 9064/21333/17596 9063/21334/17597 9062/21335/17598</w:t>
        <w:br/>
        <w:t>f 9061/21336/17599 9064/21333/17596 9062/21335/17598</w:t>
        <w:br/>
        <w:t>f 9068/21337/17600 9067/21338/17601 9066/21339/17602</w:t>
        <w:br/>
        <w:t>f 9065/21340/17603 9068/21337/17600 9066/21339/17602</w:t>
        <w:br/>
        <w:t>f 9070/21341/17604 9069/21342/17605 9065/21340/17603</w:t>
        <w:br/>
        <w:t>f 9066/21339/17602 9070/21341/17604 9065/21340/17603</w:t>
        <w:br/>
        <w:t>f 9074/21343/17606 9073/21344/17607 9072/21345/17608</w:t>
        <w:br/>
        <w:t>f 9071/21346/17609 9074/21343/17606 9072/21345/17608</w:t>
        <w:br/>
        <w:t>f 9078/21347/17610 9077/21348/17611 9076/21349/17612</w:t>
        <w:br/>
        <w:t>f 9075/21350/17613 9078/21347/17610 9076/21349/17612</w:t>
        <w:br/>
        <w:t>f 9071/21346/17609 9072/21345/17608 9077/21348/17611</w:t>
        <w:br/>
        <w:t>f 9078/21347/17610 9071/21346/17609 9077/21348/17611</w:t>
        <w:br/>
        <w:t>f 9022/21291/17554 9019/21294/17557 9080/21351/17614</w:t>
        <w:br/>
        <w:t>f 9079/21352/17615 9022/21291/17554 9080/21351/17614</w:t>
        <w:br/>
        <w:t>f 9079/21352/17615 9080/21351/17614 9063/21334/17597</w:t>
        <w:br/>
        <w:t>f 9064/21333/17596 9079/21352/17615 9063/21334/17597</w:t>
        <w:br/>
        <w:t>f 9024/21295/17558 9022/21291/17554 9079/21352/17615</w:t>
        <w:br/>
        <w:t>f 9081/21353/17616 9024/21295/17558 9079/21352/17615</w:t>
        <w:br/>
        <w:t>f 9081/21353/17616 9079/21352/17615 9064/21333/17596</w:t>
        <w:br/>
        <w:t>f 9061/21336/17599 9082/21354/17617 9081/21353/17616</w:t>
        <w:br/>
        <w:t>f 9064/21333/17596 9061/21336/17599 9081/21353/17616</w:t>
        <w:br/>
        <w:t>f 9082/21354/17617 9068/21337/17600 9065/21340/17603</w:t>
        <w:br/>
        <w:t>f 9083/21355/17618 9082/21354/17617 9065/21340/17603</w:t>
        <w:br/>
        <w:t>f 9078/21347/17610 9075/21350/17613 9084/21356/17619</w:t>
        <w:br/>
        <w:t>f 9074/21343/17606 9071/21346/17609 9084/21356/17619</w:t>
        <w:br/>
        <w:t>f 9082/21354/17617 9083/21355/17618 9027/21299/17562</w:t>
        <w:br/>
        <w:t>f 9081/21353/17616 9082/21354/17617 9027/21299/17562</w:t>
        <w:br/>
        <w:t>f 9024/21295/17558 9081/21353/17616 9027/21299/17562</w:t>
        <w:br/>
        <w:t>f 9086/21357/17620 9032/21303/17566 9033/21302/17565</w:t>
        <w:br/>
        <w:t>f 9085/21358/17621 9086/21357/17620 9033/21302/17565</w:t>
        <w:br/>
        <w:t>f 9087/21359/17622 9086/21357/17620 9085/21358/17621</w:t>
        <w:br/>
        <w:t>f 9087/21359/17622 9085/21358/17621 9089/21360/17623</w:t>
        <w:br/>
        <w:t>f 9088/21361/17624 9087/21359/17622 9089/21360/17623</w:t>
        <w:br/>
        <w:t>f 9088/21361/17624 9089/21360/17623 9090/21362/17625</w:t>
        <w:br/>
        <w:t>f 9092/21363/17626 9091/21364/17627 9090/21362/17625</w:t>
        <w:br/>
        <w:t>f 9089/21360/17623 9092/21363/17626 9090/21362/17625</w:t>
        <w:br/>
        <w:t>f 9094/21365/17628 9091/21364/17627 9092/21363/17626</w:t>
        <w:br/>
        <w:t>f 9093/21366/17629 9094/21365/17628 9092/21363/17626</w:t>
        <w:br/>
        <w:t>f 9094/21365/17628 9093/21366/17629 9095/21367/17630</w:t>
        <w:br/>
        <w:t>f 9097/21368/17631 9095/21367/17630 9093/21366/17629</w:t>
        <w:br/>
        <w:t>f 9096/21369/17632 9097/21368/17631 9093/21366/17629</w:t>
        <w:br/>
        <w:t>f 9100/21370/17633 9099/21371/17634 9098/21372/17635</w:t>
        <w:br/>
        <w:t>f 9096/21369/17632 9100/21370/17633 9098/21372/17635</w:t>
        <w:br/>
        <w:t>f 9100/21370/17633 9102/21373/17636 9101/21374/17637</w:t>
        <w:br/>
        <w:t>f 9099/21371/17634 9100/21370/17633 9101/21374/17637</w:t>
        <w:br/>
        <w:t>f 9098/21372/17635 9097/21368/17631 9096/21369/17632</w:t>
        <w:br/>
        <w:t>f 9051/21322/17585 9101/21374/17637 9102/21373/17636</w:t>
        <w:br/>
        <w:t>f 9050/21323/17586 9051/21322/17585 9102/21373/17636</w:t>
        <w:br/>
        <w:t>f 9103/21375/17638 9085/21358/17621 9033/21302/17565</w:t>
        <w:br/>
        <w:t>f 9052/21325/17588 9103/21375/17638 9033/21302/17565</w:t>
        <w:br/>
        <w:t>f 9103/21375/17638 9104/21376/17639 9089/21360/17623</w:t>
        <w:br/>
        <w:t>f 9085/21358/17621 9103/21375/17638 9089/21360/17623</w:t>
        <w:br/>
        <w:t>f 9106/21377/17640 9105/21378/17641 9096/21369/17632</w:t>
        <w:br/>
        <w:t>f 9093/21366/17629 9106/21377/17640 9096/21369/17632</w:t>
        <w:br/>
        <w:t>f 9107/21379/17642 9100/21370/17633 9105/21378/17641</w:t>
        <w:br/>
        <w:t>f 9107/21379/17642 9102/21373/17636 9100/21370/17633</w:t>
        <w:br/>
        <w:t>f 9107/21379/17642 9058/21330/17593 9050/21323/17586</w:t>
        <w:br/>
        <w:t>f 9102/21373/17636 9107/21379/17642 9050/21323/17586</w:t>
        <w:br/>
        <w:t>f 9104/21376/17639 9108/21380/17643 9092/21363/17626</w:t>
        <w:br/>
        <w:t>f 9089/21360/17623 9104/21376/17639 9092/21363/17626</w:t>
        <w:br/>
        <w:t>f 9110/21381/17644 9109/21382/17645 9073/21344/17607</w:t>
        <w:br/>
        <w:t>f 9074/21343/17606 9110/21381/17644 9073/21344/17607</w:t>
        <w:br/>
        <w:t>f 9083/21355/17618 9069/21342/17605 9084/21356/17619</w:t>
        <w:br/>
        <w:t>f 9108/21380/17643 9106/21377/17640 9093/21366/17629</w:t>
        <w:br/>
        <w:t>f 9092/21363/17626 9108/21380/17643 9093/21366/17629</w:t>
        <w:br/>
        <w:t>f 9061/21336/17599 9062/21335/17598 9067/21338/17601</w:t>
        <w:br/>
        <w:t>f 9068/21337/17600 9061/21336/17599 9067/21338/17601</w:t>
        <w:br/>
        <w:t>f 9082/21354/17617 9061/21336/17599 9068/21337/17600</w:t>
        <w:br/>
        <w:t>f 9015/21286/17549 9027/21299/17562 9075/21350/17613</w:t>
        <w:br/>
        <w:t>f 9075/21350/17613 9076/21349/17612 9014/21287/17550</w:t>
        <w:br/>
        <w:t>f 9015/21286/17549 9075/21350/17613 9014/21287/17550</w:t>
        <w:br/>
        <w:t>f 9018/21289/17552 9016/21285/17548 9013/21288/17551</w:t>
        <w:br/>
        <w:t>f 9017/21290/17553 9018/21289/17552 9013/21288/17551</w:t>
        <w:br/>
        <w:t>f 9084/21356/17619 9071/21346/17609 9078/21347/17610</w:t>
        <w:br/>
        <w:t>f 9027/21299/17562 9016/21285/17548 9018/21289/17552</w:t>
        <w:br/>
        <w:t>f 9069/21342/17605 9110/21381/17644 9084/21356/17619</w:t>
        <w:br/>
        <w:t>f 9084/21356/17619 9110/21381/17644 9074/21343/17606</w:t>
        <w:br/>
        <w:t>f 9029/21300/17563 9007/21278/17541 9026/21298/17561</w:t>
        <w:br/>
        <w:t>f 9007/21278/17541 9029/21300/17563 9111/21383/17646</w:t>
        <w:br/>
        <w:t>f 9006/21279/17542 9007/21278/17541 9111/21383/17646</w:t>
        <w:br/>
        <w:t>f 9065/21340/17603 9069/21342/17605 9083/21355/17618</w:t>
        <w:br/>
        <w:t>f 9109/21382/17645 9110/21381/17644 9069/21342/17605</w:t>
        <w:br/>
        <w:t>f 9070/21341/17604 9109/21382/17645 9069/21342/17605</w:t>
        <w:br/>
        <w:t>f 9060/21332/17595 9111/21383/17646 9029/21300/17563</w:t>
        <w:br/>
        <w:t>f 9028/21301/17564 9060/21332/17595 9029/21300/17563</w:t>
        <w:br/>
        <w:t>f 9115/21384/17647 9114/21385/17648 9113/21386/17649</w:t>
        <w:br/>
        <w:t>f 9112/21387/17650 9115/21384/17647 9113/21386/17649</w:t>
        <w:br/>
        <w:t>f 9119/21388/17651 9118/21389/17652 9117/21390/17653</w:t>
        <w:br/>
        <w:t>f 9116/21391/17654 9119/21388/17651 9117/21390/17653</w:t>
        <w:br/>
        <w:t>f 9123/21392/17655 9122/21393/17656 9121/21394/17657</w:t>
        <w:br/>
        <w:t>f 9120/21395/17658 9123/21392/17655 9121/21394/17657</w:t>
        <w:br/>
        <w:t>f 9127/21396/17659 9126/21397/17660 9125/21398/17661</w:t>
        <w:br/>
        <w:t>f 9124/21399/17662 9127/21396/17659 9125/21398/17661</w:t>
        <w:br/>
        <w:t>f 9131/21400/17663 9130/21401/17664 9129/21402/17665</w:t>
        <w:br/>
        <w:t>f 9128/21403/17666 9131/21400/17663 9129/21402/17665</w:t>
        <w:br/>
        <w:t>f 9124/21399/17662 9125/21398/17661 9133/21404/17667</w:t>
        <w:br/>
        <w:t>f 9132/21405/17668 9124/21399/17662 9133/21404/17667</w:t>
        <w:br/>
        <w:t>f 9137/21406/17669 9136/21407/17670 9135/21408/17671</w:t>
        <w:br/>
        <w:t>f 9134/21409/17672 9137/21406/17669 9135/21408/17671</w:t>
        <w:br/>
        <w:t>f 9136/21407/17670 9114/21385/17648 9115/21384/17647</w:t>
        <w:br/>
        <w:t>f 9135/21408/17671 9136/21407/17670 9115/21384/17647</w:t>
        <w:br/>
        <w:t>f 9139/21410/17673 9134/21409/17672 9135/21408/17671</w:t>
        <w:br/>
        <w:t>f 9138/21411/17674 9139/21410/17673 9135/21408/17671</w:t>
        <w:br/>
        <w:t>f 9138/21411/17674 9135/21408/17671 9115/21384/17647</w:t>
        <w:br/>
        <w:t>f 9138/21411/17674 9115/21384/17647 9112/21387/17650</w:t>
        <w:br/>
        <w:t>f 9140/21412/17675 9138/21411/17674 9112/21387/17650</w:t>
        <w:br/>
        <w:t>f 9140/21412/17675 9119/21388/17651 9116/21391/17654</w:t>
        <w:br/>
        <w:t>f 9141/21413/17676 9140/21412/17675 9116/21391/17654</w:t>
        <w:br/>
        <w:t>f 9142/21414/17677 9124/21399/17662 9132/21405/17668</w:t>
        <w:br/>
        <w:t>f 9127/21396/17659 9124/21399/17662 9143/21415/17678</w:t>
        <w:br/>
        <w:t>f 9121/21394/17657 9122/21393/17656 9144/21416/17679</w:t>
        <w:br/>
        <w:t>f 9146/21417/17680 9140/21412/17675 9141/21413/17676</w:t>
        <w:br/>
        <w:t>f 9145/21418/17681 9146/21417/17680 9141/21413/17676</w:t>
        <w:br/>
        <w:t>f 9147/21419/17682 9138/21411/17674 9140/21412/17675</w:t>
        <w:br/>
        <w:t>f 9146/21417/17680 9147/21419/17682 9140/21412/17675</w:t>
        <w:br/>
        <w:t>f 9138/21411/17674 9147/21419/17682 9148/21420/17683</w:t>
        <w:br/>
        <w:t>f 9139/21410/17673 9138/21411/17674 9148/21420/17683</w:t>
        <w:br/>
        <w:t>f 9150/21421/17684 9131/21400/17663 9128/21403/17666</w:t>
        <w:br/>
        <w:t>f 9149/21422/17685 9150/21421/17684 9128/21403/17666</w:t>
        <w:br/>
        <w:t>f 9152/21423/17686 9143/21415/17678 9142/21414/17677</w:t>
        <w:br/>
        <w:t>f 9151/21424/17687 9152/21423/17686 9142/21414/17677</w:t>
        <w:br/>
        <w:t>f 9143/21415/17678 9152/21423/17686 9153/21425/17688</w:t>
        <w:br/>
        <w:t>f 9144/21416/17679 9143/21415/17678 9153/21425/17688</w:t>
        <w:br/>
        <w:t>f 9145/21418/17681 9155/21426/17689 9154/21427/17690</w:t>
        <w:br/>
        <w:t>f 9146/21417/17680 9145/21418/17681 9154/21427/17690</w:t>
        <w:br/>
        <w:t>f 9146/21417/17680 9154/21427/17690 9156/21428/17691</w:t>
        <w:br/>
        <w:t>f 9147/21419/17682 9146/21417/17680 9156/21428/17691</w:t>
        <w:br/>
        <w:t>f 9156/21428/17691 9157/21429/17692 9148/21420/17683</w:t>
        <w:br/>
        <w:t>f 9147/21419/17682 9156/21428/17691 9148/21420/17683</w:t>
        <w:br/>
        <w:t>f 9161/21430/17693 9160/21431/17694 9159/21432/17695</w:t>
        <w:br/>
        <w:t>f 9158/21433/17696 9161/21430/17693 9159/21432/17695</w:t>
        <w:br/>
        <w:t>f 9162/21434/17697 9161/21430/17693 9158/21433/17696</w:t>
        <w:br/>
        <w:t>f 9162/21434/17697 9158/21433/17696 9164/21435/17698</w:t>
        <w:br/>
        <w:t>f 9163/21436/17699 9162/21434/17697 9164/21435/17698</w:t>
        <w:br/>
        <w:t>f 9163/21436/17699 9164/21435/17698 9165/21437/17700</w:t>
        <w:br/>
        <w:t>f 9167/21438/17701 9166/21439/17702 9165/21437/17700</w:t>
        <w:br/>
        <w:t>f 9164/21435/17698 9167/21438/17701 9165/21437/17700</w:t>
        <w:br/>
        <w:t>f 9169/21440/17703 9166/21439/17702 9167/21438/17701</w:t>
        <w:br/>
        <w:t>f 9168/21441/17704 9169/21440/17703 9167/21438/17701</w:t>
        <w:br/>
        <w:t>f 9169/21440/17703 9168/21441/17704 9170/21442/17705</w:t>
        <w:br/>
        <w:t>f 9172/21443/17706 9170/21442/17705 9168/21441/17704</w:t>
        <w:br/>
        <w:t>f 9171/21444/17707 9172/21443/17706 9168/21441/17704</w:t>
        <w:br/>
        <w:t>f 9175/21445/17708 9174/21446/17709 9173/21447/17710</w:t>
        <w:br/>
        <w:t>f 9171/21444/17707 9175/21445/17708 9173/21447/17710</w:t>
        <w:br/>
        <w:t>f 9175/21445/17708 9177/21448/17711 9176/21449/17712</w:t>
        <w:br/>
        <w:t>f 9174/21446/17709 9175/21445/17708 9176/21449/17712</w:t>
        <w:br/>
        <w:t>f 9173/21447/17710 9172/21443/17706 9171/21444/17707</w:t>
        <w:br/>
        <w:t>f 9179/21450/17713 9176/21449/17712 9177/21448/17711</w:t>
        <w:br/>
        <w:t>f 9178/21451/17714 9179/21450/17713 9177/21448/17711</w:t>
        <w:br/>
        <w:t>f 9182/21452/17715 9151/21424/17687 9181/21453/17716</w:t>
        <w:br/>
        <w:t>f 9180/21454/17717 9182/21452/17715 9181/21453/17716</w:t>
        <w:br/>
        <w:t>f 9183/21455/17718 9152/21423/17686 9151/21424/17687</w:t>
        <w:br/>
        <w:t>f 9182/21452/17715 9183/21455/17718 9151/21424/17687</w:t>
        <w:br/>
        <w:t>f 9184/21456/17719 9153/21425/17688 9152/21423/17686</w:t>
        <w:br/>
        <w:t>f 9183/21455/17718 9184/21456/17719 9152/21423/17686</w:t>
        <w:br/>
        <w:t>f 9154/21427/17690 9155/21426/17689 9186/21457/17720</w:t>
        <w:br/>
        <w:t>f 9185/21458/17721 9154/21427/17690 9186/21457/17720</w:t>
        <w:br/>
        <w:t>f 9156/21428/17691 9154/21427/17690 9185/21458/17721</w:t>
        <w:br/>
        <w:t>f 9187/21459/17722 9156/21428/17691 9185/21458/17721</w:t>
        <w:br/>
        <w:t>f 9187/21459/17722 9188/21460/17723 9157/21429/17692</w:t>
        <w:br/>
        <w:t>f 9156/21428/17691 9187/21459/17722 9157/21429/17692</w:t>
        <w:br/>
        <w:t>f 9182/21452/17715 9180/21454/17717 9190/21461/17724</w:t>
        <w:br/>
        <w:t>f 9189/21462/17725 9182/21452/17715 9190/21461/17724</w:t>
        <w:br/>
        <w:t>f 9183/21455/17718 9182/21452/17715 9189/21462/17725</w:t>
        <w:br/>
        <w:t>f 9191/21463/17726 9183/21455/17718 9189/21462/17725</w:t>
        <w:br/>
        <w:t>f 9184/21456/17719 9183/21455/17718 9191/21463/17726</w:t>
        <w:br/>
        <w:t>f 9192/21464/17727 9184/21456/17719 9191/21463/17726</w:t>
        <w:br/>
        <w:t>f 9185/21458/17721 9186/21457/17720 9194/21465/17728</w:t>
        <w:br/>
        <w:t>f 9193/21466/17729 9185/21458/17721 9194/21465/17728</w:t>
        <w:br/>
        <w:t>f 9187/21459/17722 9185/21458/17721 9193/21466/17729</w:t>
        <w:br/>
        <w:t>f 9195/21467/17730 9187/21459/17722 9193/21466/17729</w:t>
        <w:br/>
        <w:t>f 9195/21467/17730 9196/21468/17731 9188/21460/17723</w:t>
        <w:br/>
        <w:t>f 9187/21459/17722 9195/21467/17730 9188/21460/17723</w:t>
        <w:br/>
        <w:t>f 9189/21462/17725 9190/21461/17724 9198/21469/17732</w:t>
        <w:br/>
        <w:t>f 9197/21470/17733 9189/21462/17725 9198/21469/17732</w:t>
        <w:br/>
        <w:t>f 9191/21463/17726 9189/21462/17725 9197/21470/17733</w:t>
        <w:br/>
        <w:t>f 9199/21471/17734 9191/21463/17726 9197/21470/17733</w:t>
        <w:br/>
        <w:t>f 9192/21464/17727 9191/21463/17726 9199/21471/17734</w:t>
        <w:br/>
        <w:t>f 9200/21472/17735 9192/21464/17727 9199/21471/17734</w:t>
        <w:br/>
        <w:t>f 9193/21466/17729 9194/21465/17728 9202/21473/17736</w:t>
        <w:br/>
        <w:t>f 9201/21474/17737 9193/21466/17729 9202/21473/17736</w:t>
        <w:br/>
        <w:t>f 9195/21467/17730 9193/21466/17729 9201/21474/17737</w:t>
        <w:br/>
        <w:t>f 9203/21475/17738 9195/21467/17730 9201/21474/17737</w:t>
        <w:br/>
        <w:t>f 9204/21476/17739 9196/21468/17731 9195/21467/17730</w:t>
        <w:br/>
        <w:t>f 9203/21475/17738 9204/21476/17739 9195/21467/17730</w:t>
        <w:br/>
        <w:t>f 9204/21476/17739 9203/21475/17738 9158/21433/17696</w:t>
        <w:br/>
        <w:t>f 9159/21432/17695 9204/21476/17739 9158/21433/17696</w:t>
        <w:br/>
        <w:t>f 9203/21475/17738 9201/21474/17737 9164/21435/17698</w:t>
        <w:br/>
        <w:t>f 9158/21433/17696 9203/21475/17738 9164/21435/17698</w:t>
        <w:br/>
        <w:t>f 9200/21472/17735 9199/21471/17734 9171/21444/17707</w:t>
        <w:br/>
        <w:t>f 9168/21441/17704 9200/21472/17735 9171/21444/17707</w:t>
        <w:br/>
        <w:t>f 9199/21471/17734 9197/21470/17733 9175/21445/17708</w:t>
        <w:br/>
        <w:t>f 9171/21444/17707 9199/21471/17734 9175/21445/17708</w:t>
        <w:br/>
        <w:t>f 9197/21470/17733 9177/21448/17711 9175/21445/17708</w:t>
        <w:br/>
        <w:t>f 9177/21448/17711 9197/21470/17733 9198/21469/17732</w:t>
        <w:br/>
        <w:t>f 9178/21451/17714 9177/21448/17711 9198/21469/17732</w:t>
        <w:br/>
        <w:t>f 9201/21474/17737 9202/21473/17736 9167/21438/17701</w:t>
        <w:br/>
        <w:t>f 9164/21435/17698 9201/21474/17737 9167/21438/17701</w:t>
        <w:br/>
        <w:t>f 9122/21393/17656 9123/21392/17655 9126/21397/17660</w:t>
        <w:br/>
        <w:t>f 9127/21396/17659 9122/21393/17656 9126/21397/17660</w:t>
        <w:br/>
        <w:t>f 9143/21415/17678 9122/21393/17656 9127/21396/17659</w:t>
        <w:br/>
        <w:t>f 9145/21418/17681 9141/21413/17676 9121/21394/17657</w:t>
        <w:br/>
        <w:t>f 9144/21416/17679 9145/21418/17681 9121/21394/17657</w:t>
        <w:br/>
        <w:t>f 9155/21426/17689 9145/21418/17681 9144/21416/17679</w:t>
        <w:br/>
        <w:t>f 9153/21425/17688 9155/21426/17689 9144/21416/17679</w:t>
        <w:br/>
        <w:t>f 9155/21426/17689 9153/21425/17688 9184/21456/17719</w:t>
        <w:br/>
        <w:t>f 9186/21457/17720 9155/21426/17689 9184/21456/17719</w:t>
        <w:br/>
        <w:t>f 9186/21457/17720 9184/21456/17719 9192/21464/17727</w:t>
        <w:br/>
        <w:t>f 9194/21465/17728 9186/21457/17720 9192/21464/17727</w:t>
        <w:br/>
        <w:t>f 9194/21465/17728 9192/21464/17727 9200/21472/17735</w:t>
        <w:br/>
        <w:t>f 9202/21473/17736 9194/21465/17728 9200/21472/17735</w:t>
        <w:br/>
        <w:t>f 9202/21473/17736 9200/21472/17735 9168/21441/17704</w:t>
        <w:br/>
        <w:t>f 9167/21438/17701 9202/21473/17736 9168/21441/17704</w:t>
        <w:br/>
        <w:t>f 9112/21387/17650 9113/21386/17649 9118/21389/17652</w:t>
        <w:br/>
        <w:t>f 9119/21388/17651 9112/21387/17650 9118/21389/17652</w:t>
        <w:br/>
        <w:t>f 9140/21412/17675 9112/21387/17650 9119/21388/17651</w:t>
        <w:br/>
        <w:t>f 9208/21477/17740 9207/21478/17741 9206/21479/17742</w:t>
        <w:br/>
        <w:t>f 9205/21480/17743 9208/21477/17740 9206/21479/17742</w:t>
        <w:br/>
        <w:t>f 9212/21481/17744 9211/21482/17745 9210/21483/17746</w:t>
        <w:br/>
        <w:t>f 9209/21484/17747 9212/21481/17744 9210/21483/17746</w:t>
        <w:br/>
        <w:t>f 9214/21485/17748 9212/21481/17744 9209/21484/17747</w:t>
        <w:br/>
        <w:t>f 9213/21486/17749 9214/21485/17748 9209/21484/17747</w:t>
        <w:br/>
        <w:t>f 9216/21487/17750 9214/21485/17748 9213/21486/17749</w:t>
        <w:br/>
        <w:t>f 9215/21488/17751 9216/21487/17750 9213/21486/17749</w:t>
        <w:br/>
        <w:t>f 9220/21489/17752 9219/21490/17753 9218/21491/17754</w:t>
        <w:br/>
        <w:t>f 9217/21492/17755 9220/21489/17752 9218/21491/17754</w:t>
        <w:br/>
        <w:t>f 9224/21493/17756 9223/21494/17757 9222/21495/17758</w:t>
        <w:br/>
        <w:t>f 9221/21496/17759 9224/21493/17756 9222/21495/17758</w:t>
        <w:br/>
        <w:t>f 9223/21494/17757 9220/21489/17752 9217/21492/17755</w:t>
        <w:br/>
        <w:t>f 9222/21495/17758 9223/21494/17757 9217/21492/17755</w:t>
        <w:br/>
        <w:t>f 9228/21497/17760 9227/21498/17669 9226/21499/17672</w:t>
        <w:br/>
        <w:t>f 9225/21500/17761 9228/21497/17760 9226/21499/17672</w:t>
        <w:br/>
        <w:t>f 9207/21478/17741 9228/21497/17760 9225/21500/17761</w:t>
        <w:br/>
        <w:t>f 9206/21479/17742 9207/21478/17741 9225/21500/17761</w:t>
        <w:br/>
        <w:t>f 9225/21500/17761 9226/21499/17672 9230/21501/17673</w:t>
        <w:br/>
        <w:t>f 9229/21502/17762 9225/21500/17761 9230/21501/17673</w:t>
        <w:br/>
        <w:t>f 9229/21502/17762 9206/21479/17742 9225/21500/17761</w:t>
        <w:br/>
        <w:t>f 9229/21502/17762 9231/21503/17763 9205/21480/17743</w:t>
        <w:br/>
        <w:t>f 9206/21479/17742 9229/21502/17762 9205/21480/17743</w:t>
        <w:br/>
        <w:t>f 9231/21503/17763 9232/21504/17764 9209/21484/17747</w:t>
        <w:br/>
        <w:t>f 9210/21483/17746 9231/21503/17763 9209/21484/17747</w:t>
        <w:br/>
        <w:t>f 9221/21496/17759 9222/21495/17758 9234/21505/17765</w:t>
        <w:br/>
        <w:t>f 9233/21506/17766 9221/21496/17759 9234/21505/17765</w:t>
        <w:br/>
        <w:t>f 9217/21492/17755 9235/21507/17767 9234/21505/17765</w:t>
        <w:br/>
        <w:t>f 9232/21504/17764 9231/21503/17763 9237/21508/17768</w:t>
        <w:br/>
        <w:t>f 9236/21509/17769 9232/21504/17764 9237/21508/17768</w:t>
        <w:br/>
        <w:t>f 9231/21503/17763 9229/21502/17762 9238/21510/17770</w:t>
        <w:br/>
        <w:t>f 9237/21508/17768 9231/21503/17763 9238/21510/17770</w:t>
        <w:br/>
        <w:t>f 9229/21502/17762 9230/21501/17673 9239/21511/17771</w:t>
        <w:br/>
        <w:t>f 9238/21510/17770 9229/21502/17762 9239/21511/17771</w:t>
        <w:br/>
        <w:t>f 9234/21505/17765 9235/21507/17767 9241/21512/17772</w:t>
        <w:br/>
        <w:t>f 9240/21513/17773 9234/21505/17765 9241/21512/17772</w:t>
        <w:br/>
        <w:t>f 9243/21514/17774 9241/21512/17772 9235/21507/17767</w:t>
        <w:br/>
        <w:t>f 9242/21515/17775 9243/21514/17774 9235/21507/17767</w:t>
        <w:br/>
        <w:t>f 9245/21516/17776 9244/21517/17777 9236/21509/17769</w:t>
        <w:br/>
        <w:t>f 9237/21508/17768 9245/21516/17776 9236/21509/17769</w:t>
        <w:br/>
        <w:t>f 9246/21518/17778 9245/21516/17776 9237/21508/17768</w:t>
        <w:br/>
        <w:t>f 9238/21510/17770 9246/21518/17778 9237/21508/17768</w:t>
        <w:br/>
        <w:t>f 9247/21519/17779 9246/21518/17778 9238/21510/17770</w:t>
        <w:br/>
        <w:t>f 9239/21511/17771 9247/21519/17779 9238/21510/17770</w:t>
        <w:br/>
        <w:t>f 9251/21520/17695 9250/21521/17694 9249/21522/17780</w:t>
        <w:br/>
        <w:t>f 9248/21523/17781 9251/21520/17695 9249/21522/17780</w:t>
        <w:br/>
        <w:t>f 9252/21524/17782 9248/21523/17781 9249/21522/17780</w:t>
        <w:br/>
        <w:t>f 9252/21524/17782 9254/21525/17783 9253/21526/17784</w:t>
        <w:br/>
        <w:t>f 9248/21523/17781 9252/21524/17782 9253/21526/17784</w:t>
        <w:br/>
        <w:t>f 9254/21525/17783 9255/21527/17785 9253/21526/17784</w:t>
        <w:br/>
        <w:t>f 9257/21528/17786 9253/21526/17784 9255/21527/17785</w:t>
        <w:br/>
        <w:t>f 9256/21529/17787 9257/21528/17786 9255/21527/17785</w:t>
        <w:br/>
        <w:t>f 9257/21528/17786 9256/21529/17787 9259/21530/17788</w:t>
        <w:br/>
        <w:t>f 9258/21531/17789 9257/21528/17786 9259/21530/17788</w:t>
        <w:br/>
        <w:t>f 9259/21530/17788 9260/21532/17790 9258/21531/17789</w:t>
        <w:br/>
        <w:t>f 9258/21531/17789 9260/21532/17790 9262/21533/17791</w:t>
        <w:br/>
        <w:t>f 9261/21534/17792 9258/21531/17789 9262/21533/17791</w:t>
        <w:br/>
        <w:t>f 9265/21535/17793 9261/21534/17792 9264/21536/17794</w:t>
        <w:br/>
        <w:t>f 9263/21537/17795 9265/21535/17793 9264/21536/17794</w:t>
        <w:br/>
        <w:t>f 9267/21538/17796 9266/21539/17797 9265/21535/17793</w:t>
        <w:br/>
        <w:t>f 9263/21537/17795 9267/21538/17796 9265/21535/17793</w:t>
        <w:br/>
        <w:t>f 9264/21536/17794 9261/21534/17792 9262/21533/17791</w:t>
        <w:br/>
        <w:t>f 9266/21539/17797 9267/21538/17796 9179/21450/17713</w:t>
        <w:br/>
        <w:t>f 9178/21451/17714 9266/21539/17797 9179/21450/17713</w:t>
        <w:br/>
        <w:t>f 9181/21453/17716 9240/21513/17773 9268/21540/17798</w:t>
        <w:br/>
        <w:t>f 9180/21454/17717 9181/21453/17716 9268/21540/17798</w:t>
        <w:br/>
        <w:t>f 9269/21541/17799 9268/21540/17798 9240/21513/17773</w:t>
        <w:br/>
        <w:t>f 9241/21512/17772 9269/21541/17799 9240/21513/17773</w:t>
        <w:br/>
        <w:t>f 9270/21542/17800 9269/21541/17799 9241/21512/17772</w:t>
        <w:br/>
        <w:t>f 9243/21514/17774 9270/21542/17800 9241/21512/17772</w:t>
        <w:br/>
        <w:t>f 9272/21543/17801 9244/21517/17777 9245/21516/17776</w:t>
        <w:br/>
        <w:t>f 9271/21544/17802 9272/21543/17801 9245/21516/17776</w:t>
        <w:br/>
        <w:t>f 9246/21518/17778 9273/21545/17803 9271/21544/17802</w:t>
        <w:br/>
        <w:t>f 9245/21516/17776 9246/21518/17778 9271/21544/17802</w:t>
        <w:br/>
        <w:t>f 9274/21546/17723 9273/21545/17803 9246/21518/17778</w:t>
        <w:br/>
        <w:t>f 9247/21519/17779 9274/21546/17723 9246/21518/17778</w:t>
        <w:br/>
        <w:t>f 9190/21461/17724 9180/21454/17717 9268/21540/17798</w:t>
        <w:br/>
        <w:t>f 9275/21547/17804 9190/21461/17724 9268/21540/17798</w:t>
        <w:br/>
        <w:t>f 9275/21547/17804 9268/21540/17798 9269/21541/17799</w:t>
        <w:br/>
        <w:t>f 9276/21548/17805 9275/21547/17804 9269/21541/17799</w:t>
        <w:br/>
        <w:t>f 9276/21548/17805 9269/21541/17799 9270/21542/17800</w:t>
        <w:br/>
        <w:t>f 9277/21549/17806 9276/21548/17805 9270/21542/17800</w:t>
        <w:br/>
        <w:t>f 9279/21550/17807 9272/21543/17801 9271/21544/17802</w:t>
        <w:br/>
        <w:t>f 9278/21551/17808 9279/21550/17807 9271/21544/17802</w:t>
        <w:br/>
        <w:t>f 9278/21551/17808 9271/21544/17802 9273/21545/17803</w:t>
        <w:br/>
        <w:t>f 9280/21552/17809 9278/21551/17808 9273/21545/17803</w:t>
        <w:br/>
        <w:t>f 9273/21545/17803 9274/21546/17723 9281/21553/17810</w:t>
        <w:br/>
        <w:t>f 9280/21552/17809 9273/21545/17803 9281/21553/17810</w:t>
        <w:br/>
        <w:t>f 9198/21469/17732 9190/21461/17724 9275/21547/17804</w:t>
        <w:br/>
        <w:t>f 9282/21554/17811 9198/21469/17732 9275/21547/17804</w:t>
        <w:br/>
        <w:t>f 9282/21554/17811 9275/21547/17804 9276/21548/17805</w:t>
        <w:br/>
        <w:t>f 9283/21555/17812 9282/21554/17811 9276/21548/17805</w:t>
        <w:br/>
        <w:t>f 9283/21555/17812 9276/21548/17805 9277/21549/17806</w:t>
        <w:br/>
        <w:t>f 9284/21556/17813 9283/21555/17812 9277/21549/17806</w:t>
        <w:br/>
        <w:t>f 9286/21557/17814 9279/21550/17807 9278/21551/17808</w:t>
        <w:br/>
        <w:t>f 9285/21558/17815 9286/21557/17814 9278/21551/17808</w:t>
        <w:br/>
        <w:t>f 9285/21558/17815 9278/21551/17808 9280/21552/17809</w:t>
        <w:br/>
        <w:t>f 9287/21559/17816 9285/21558/17815 9280/21552/17809</w:t>
        <w:br/>
        <w:t>f 9288/21560/17739 9287/21559/17816 9280/21552/17809</w:t>
        <w:br/>
        <w:t>f 9281/21553/17810 9288/21560/17739 9280/21552/17809</w:t>
        <w:br/>
        <w:t>f 9248/21523/17781 9287/21559/17816 9288/21560/17739</w:t>
        <w:br/>
        <w:t>f 9251/21520/17695 9248/21523/17781 9288/21560/17739</w:t>
        <w:br/>
        <w:t>f 9253/21526/17784 9285/21558/17815 9287/21559/17816</w:t>
        <w:br/>
        <w:t>f 9248/21523/17781 9253/21526/17784 9287/21559/17816</w:t>
        <w:br/>
        <w:t>f 9261/21534/17792 9283/21555/17812 9284/21556/17813</w:t>
        <w:br/>
        <w:t>f 9258/21531/17789 9261/21534/17792 9284/21556/17813</w:t>
        <w:br/>
        <w:t>f 9265/21535/17793 9282/21554/17811 9283/21555/17812</w:t>
        <w:br/>
        <w:t>f 9261/21534/17792 9265/21535/17793 9283/21555/17812</w:t>
        <w:br/>
        <w:t>f 9282/21554/17811 9265/21535/17793 9266/21539/17797</w:t>
        <w:br/>
        <w:t>f 9266/21539/17797 9178/21451/17714 9198/21469/17732</w:t>
        <w:br/>
        <w:t>f 9282/21554/17811 9266/21539/17797 9198/21469/17732</w:t>
        <w:br/>
        <w:t>f 9285/21558/17815 9253/21526/17784 9257/21528/17786</w:t>
        <w:br/>
        <w:t>f 9286/21557/17814 9285/21558/17815 9257/21528/17786</w:t>
        <w:br/>
        <w:t>f 9219/21490/17753 9216/21487/17750 9215/21488/17751</w:t>
        <w:br/>
        <w:t>f 9218/21491/17754 9219/21490/17753 9215/21488/17751</w:t>
        <w:br/>
        <w:t>f 9213/21486/17749 9232/21504/17764 9236/21509/17769</w:t>
        <w:br/>
        <w:t>f 9242/21515/17775 9213/21486/17749 9236/21509/17769</w:t>
        <w:br/>
        <w:t>f 9242/21515/17775 9236/21509/17769 9244/21517/17777</w:t>
        <w:br/>
        <w:t>f 9243/21514/17774 9242/21515/17775 9244/21517/17777</w:t>
        <w:br/>
        <w:t>f 9243/21514/17774 9244/21517/17777 9272/21543/17801</w:t>
        <w:br/>
        <w:t>f 9270/21542/17800 9243/21514/17774 9272/21543/17801</w:t>
        <w:br/>
        <w:t>f 9272/21543/17801 9279/21550/17807 9277/21549/17806</w:t>
        <w:br/>
        <w:t>f 9270/21542/17800 9272/21543/17801 9277/21549/17806</w:t>
        <w:br/>
        <w:t>f 9279/21550/17807 9286/21557/17814 9284/21556/17813</w:t>
        <w:br/>
        <w:t>f 9277/21549/17806 9279/21550/17807 9284/21556/17813</w:t>
        <w:br/>
        <w:t>f 9286/21557/17814 9257/21528/17786 9258/21531/17789</w:t>
        <w:br/>
        <w:t>f 9284/21556/17813 9286/21557/17814 9258/21531/17789</w:t>
        <w:br/>
        <w:t>f 9211/21482/17745 9208/21477/17740 9205/21480/17743</w:t>
        <w:br/>
        <w:t>f 9210/21483/17746 9211/21482/17745 9205/21480/17743</w:t>
        <w:br/>
        <w:t>f 9231/21503/17763 9210/21483/17746 9205/21480/17743</w:t>
        <w:br/>
        <w:t>f 9233/21506/17766 9149/21422/17685 9128/21403/17666</w:t>
        <w:br/>
        <w:t>f 9221/21496/17759 9233/21506/17766 9128/21403/17666</w:t>
        <w:br/>
        <w:t>f 9129/21402/17665 9224/21493/17756 9221/21496/17759</w:t>
        <w:br/>
        <w:t>f 9128/21403/17666 9129/21402/17665 9221/21496/17759</w:t>
        <w:br/>
        <w:t>f 9132/21405/17668 9133/21404/17667 9130/21401/17664</w:t>
        <w:br/>
        <w:t>f 9131/21400/17663 9132/21405/17668 9130/21401/17664</w:t>
        <w:br/>
        <w:t>f 9234/21505/17765 9240/21513/17773 9233/21506/17766</w:t>
        <w:br/>
        <w:t>f 9233/21506/17766 9240/21513/17773 9181/21453/17716</w:t>
        <w:br/>
        <w:t>f 9149/21422/17685 9233/21506/17766 9181/21453/17716</w:t>
        <w:br/>
        <w:t>f 9150/21421/17684 9149/21422/17685 9181/21453/17716</w:t>
        <w:br/>
        <w:t>f 9151/21424/17687 9150/21421/17684 9181/21453/17716</w:t>
        <w:br/>
        <w:t>f 9142/21414/17677 9150/21421/17684 9151/21424/17687</w:t>
        <w:br/>
        <w:t>f 9234/21505/17765 9222/21495/17758 9217/21492/17755</w:t>
        <w:br/>
        <w:t>f 9131/21400/17663 9150/21421/17684 9142/21414/17677</w:t>
        <w:br/>
        <w:t>f 9132/21405/17668 9131/21400/17663 9142/21414/17677</w:t>
        <w:br/>
        <w:t>f 9215/21488/17751 9242/21515/17775 9235/21507/17767</w:t>
        <w:br/>
        <w:t>f 9235/21507/17767 9218/21491/17754 9215/21488/17751</w:t>
        <w:br/>
        <w:t>f 9121/21394/17657 9141/21413/17676 9116/21391/17654</w:t>
        <w:br/>
        <w:t>f 9120/21395/17658 9121/21394/17657 9116/21391/17654</w:t>
        <w:br/>
        <w:t>f 9117/21390/17653 9120/21395/17658 9116/21391/17654</w:t>
        <w:br/>
        <w:t>f 9209/21484/17747 9232/21504/17764 9213/21486/17749</w:t>
        <w:br/>
        <w:t>f 9292/21561/17817 9291/21562/17818 9290/21563/17818</w:t>
        <w:br/>
        <w:t>f 9289/21564/17817 9292/21561/17817 9290/21563/17818</w:t>
        <w:br/>
        <w:t>f 9296/21565/17819 9295/21566/17820 9294/21567/17820</w:t>
        <w:br/>
        <w:t>f 9293/21568/17819 9296/21565/17819 9294/21567/17820</w:t>
        <w:br/>
        <w:t>f 9299/21569/17821 9298/21570/17822 9297/21571/17823</w:t>
        <w:br/>
        <w:t>f 9300/21572/17821 9299/21569/17821 9297/21571/17823</w:t>
        <w:br/>
        <w:t>f 9304/21573/17824 9303/21574/17824 9302/21575/17825</w:t>
        <w:br/>
        <w:t>f 9301/21576/17825 9304/21573/17824 9302/21575/17825</w:t>
        <w:br/>
        <w:t>f 9306/21577/17826 9297/21571/17823 9298/21570/17822</w:t>
        <w:br/>
        <w:t>f 9305/21578/17826 9306/21577/17826 9298/21570/17822</w:t>
        <w:br/>
        <w:t>f 9310/21579/17827 9309/21580/17828 9308/21581/17828</w:t>
        <w:br/>
        <w:t>f 9307/21582/17827 9310/21579/17827 9308/21581/17828</w:t>
        <w:br/>
        <w:t>f 9310/21579/17827 9307/21582/17827 9290/21563/17818</w:t>
        <w:br/>
        <w:t>f 9291/21562/17818 9310/21579/17827 9290/21563/17818</w:t>
        <w:br/>
        <w:t>f 9314/21583/17829 9313/21584/17829 9312/21585/17830</w:t>
        <w:br/>
        <w:t>f 9311/21586/17831 9314/21583/17829 9312/21585/17830</w:t>
        <w:br/>
        <w:t>f 9311/21586/17831 9312/21585/17830 9316/21587/17832</w:t>
        <w:br/>
        <w:t>f 9315/21588/17832 9311/21586/17831 9316/21587/17832</w:t>
        <w:br/>
        <w:t>f 9315/21588/17832 9316/21587/17832 9318/21589/17833</w:t>
        <w:br/>
        <w:t>f 9317/21590/17834 9315/21588/17832 9318/21589/17833</w:t>
        <w:br/>
        <w:t>f 9318/21589/17833 9320/21591/17835 9319/21592/17835</w:t>
        <w:br/>
        <w:t>f 9317/21590/17834 9318/21589/17833 9319/21592/17835</w:t>
        <w:br/>
        <w:t>f 9319/21592/17835 9320/21591/17835 9322/21593/17836</w:t>
        <w:br/>
        <w:t>f 9321/21594/17836 9319/21592/17835 9322/21593/17836</w:t>
        <w:br/>
        <w:t>f 9321/21594/17836 9322/21593/17836 9324/21595/17837</w:t>
        <w:br/>
        <w:t>f 9323/21596/17837 9321/21594/17836 9324/21595/17837</w:t>
        <w:br/>
        <w:t>f 9324/21595/17837 9326/21597/17838 9325/21598/17838</w:t>
        <w:br/>
        <w:t>f 9323/21596/17837 9324/21595/17837 9325/21598/17838</w:t>
        <w:br/>
        <w:t>f 9326/21597/17838 9328/21599/17839 9327/21600/17840</w:t>
        <w:br/>
        <w:t>f 9325/21598/17838 9326/21597/17838 9327/21600/17840</w:t>
        <w:br/>
        <w:t>f 9332/21601/17841 9331/21602/17841 9330/21603/17842</w:t>
        <w:br/>
        <w:t>f 9329/21604/17843 9332/21601/17841 9330/21603/17842</w:t>
        <w:br/>
        <w:t>f 9329/21604/17843 9330/21603/17842 9334/21605/17844</w:t>
        <w:br/>
        <w:t>f 9333/21606/17844 9329/21604/17843 9334/21605/17844</w:t>
        <w:br/>
        <w:t>f 9327/21600/17840 9328/21599/17839 9331/21602/17841</w:t>
        <w:br/>
        <w:t>f 9332/21601/17841 9327/21600/17840 9331/21602/17841</w:t>
        <w:br/>
        <w:t>f 9334/21605/17844 9336/21607/17845 9335/21608/17845</w:t>
        <w:br/>
        <w:t>f 9333/21606/17844 9334/21605/17844 9335/21608/17845</w:t>
        <w:br/>
        <w:t>f 9300/21572/17821 9338/21609/17846 9337/21610/17847</w:t>
        <w:br/>
        <w:t>f 9299/21569/17821 9300/21572/17821 9337/21610/17847</w:t>
        <w:br/>
        <w:t>f 9295/21566/17820 9292/21561/17817 9289/21564/17817</w:t>
        <w:br/>
        <w:t>f 9294/21567/17820 9295/21566/17820 9289/21564/17817</w:t>
        <w:br/>
        <w:t>f 9342/21611/17848 9341/21612/17848 9340/21613/17849</w:t>
        <w:br/>
        <w:t>f 9339/21614/17849 9342/21611/17848 9340/21613/17849</w:t>
        <w:br/>
        <w:t>f 9346/21615/17850 9345/21616/17850 9344/21617/17851</w:t>
        <w:br/>
        <w:t>f 9343/21618/17851 9346/21615/17850 9344/21617/17851</w:t>
        <w:br/>
        <w:t>f 9343/21618/17851 9344/21617/17851 9348/21619/17852</w:t>
        <w:br/>
        <w:t>f 9347/21620/17852 9343/21618/17851 9348/21619/17852</w:t>
        <w:br/>
        <w:t>f 9351/21621/17853 9350/21622/17854 9349/21623/17854</w:t>
        <w:br/>
        <w:t>f 9352/21624/17855 9351/21621/17853 9349/21623/17854</w:t>
        <w:br/>
        <w:t>f 9356/21625/17856 9355/21626/17856 9354/21627/17857</w:t>
        <w:br/>
        <w:t>f 9353/21628/17858 9356/21625/17856 9354/21627/17857</w:t>
        <w:br/>
        <w:t>f 9353/21628/17858 9354/21627/17857 9351/21621/17853</w:t>
        <w:br/>
        <w:t>f 9352/21624/17855 9353/21628/17858 9351/21621/17853</w:t>
        <w:br/>
        <w:t>f 9360/21629/17828 9359/21630/17828 9358/21631/17859</w:t>
        <w:br/>
        <w:t>f 9357/21632/17859 9360/21629/17828 9358/21631/17859</w:t>
        <w:br/>
        <w:t>f 9358/21631/17859 9341/21612/17848 9342/21611/17848</w:t>
        <w:br/>
        <w:t>f 9357/21632/17859 9358/21631/17859 9342/21611/17848</w:t>
        <w:br/>
        <w:t>f 9364/21633/17860 9363/21634/17829 9362/21635/17829</w:t>
        <w:br/>
        <w:t>f 9361/21636/17860 9364/21633/17860 9362/21635/17829</w:t>
        <w:br/>
        <w:t>f 9366/21637/17861 9365/21638/17861 9364/21633/17860</w:t>
        <w:br/>
        <w:t>f 9361/21636/17860 9366/21637/17861 9364/21633/17860</w:t>
        <w:br/>
        <w:t>f 9368/21639/17862 9365/21638/17861 9366/21637/17861</w:t>
        <w:br/>
        <w:t>f 9367/21640/17862 9368/21639/17862 9366/21637/17861</w:t>
        <w:br/>
        <w:t>f 9370/21641/17863 9369/21642/17863 9368/21639/17862</w:t>
        <w:br/>
        <w:t>f 9367/21640/17862 9370/21641/17863 9368/21639/17862</w:t>
        <w:br/>
        <w:t>f 9372/21643/17864 9369/21642/17863 9370/21641/17863</w:t>
        <w:br/>
        <w:t>f 9371/21644/17864 9372/21643/17864 9370/21641/17863</w:t>
        <w:br/>
        <w:t>f 9374/21645/17865 9372/21643/17864 9371/21644/17864</w:t>
        <w:br/>
        <w:t>f 9373/21646/17865 9374/21645/17865 9371/21644/17864</w:t>
        <w:br/>
        <w:t>f 9376/21647/17866 9375/21648/17866 9374/21645/17865</w:t>
        <w:br/>
        <w:t>f 9373/21646/17865 9376/21647/17866 9374/21645/17865</w:t>
        <w:br/>
        <w:t>f 9378/21649/17867 9377/21650/17867 9375/21648/17866</w:t>
        <w:br/>
        <w:t>f 9376/21647/17866 9378/21649/17867 9375/21648/17866</w:t>
        <w:br/>
        <w:t>f 9382/21651/17868 9381/21652/17869 9380/21653/17869</w:t>
        <w:br/>
        <w:t>f 9379/21654/17868 9382/21651/17868 9380/21653/17869</w:t>
        <w:br/>
        <w:t>f 9384/21655/17870 9382/21651/17868 9379/21654/17868</w:t>
        <w:br/>
        <w:t>f 9383/21656/17871 9384/21655/17870 9379/21654/17868</w:t>
        <w:br/>
        <w:t>f 9378/21649/17867 9380/21653/17869 9381/21652/17869</w:t>
        <w:br/>
        <w:t>f 9377/21650/17867 9378/21649/17867 9381/21652/17869</w:t>
        <w:br/>
        <w:t>f 9336/21607/17845 9384/21655/17870 9383/21656/17871</w:t>
        <w:br/>
        <w:t>f 9335/21608/17845 9336/21607/17845 9383/21656/17871</w:t>
        <w:br/>
        <w:t>f 9386/21657/17872 9385/21658/17872 9349/21623/17854</w:t>
        <w:br/>
        <w:t>f 9350/21622/17854 9386/21657/17872 9349/21623/17854</w:t>
        <w:br/>
        <w:t>f 9339/21614/17849 9340/21613/17849 9345/21616/17850</w:t>
        <w:br/>
        <w:t>f 9346/21615/17850 9339/21614/17849 9345/21616/17850</w:t>
        <w:br/>
        <w:t>f 9356/21625/17856 9303/21574/17824 9304/21573/17824</w:t>
        <w:br/>
        <w:t>f 9355/21626/17856 9356/21625/17856 9304/21573/17824</w:t>
        <w:br/>
        <w:t>f 9306/21577/17826 9305/21578/17826 9301/21576/17825</w:t>
        <w:br/>
        <w:t>f 9302/21575/17825 9306/21577/17826 9301/21576/17825</w:t>
        <w:br/>
        <w:t>f 9388/21659/17873 9296/21565/17819 9293/21568/17819</w:t>
        <w:br/>
        <w:t>f 9387/21660/17873 9388/21659/17873 9293/21568/17819</w:t>
        <w:br/>
        <w:t>f 9385/21658/17872 9386/21657/17872 9347/21620/17852</w:t>
        <w:br/>
        <w:t>f 9348/21619/17852 9385/21658/17872 9347/21620/17852</w:t>
        <w:br/>
        <w:t>f 9338/21609/17846 9388/21659/17873 9387/21660/17873</w:t>
        <w:br/>
        <w:t>f 9337/21610/17847 9338/21609/17846 9387/21660/17873</w:t>
        <w:br/>
        <w:t>f 9057/21329/17592 9058/21330/17593 9389/21661/17874</w:t>
        <w:br/>
        <w:t>f 9056/21327/17590 9057/21329/17592 9389/21661/17874</w:t>
        <w:br/>
        <w:t>f 9055/21328/17591 9056/21327/17590 9389/21661/17874</w:t>
        <w:br/>
        <w:t>f 9054/21326/17589 9059/21331/17594 9389/21661/17874</w:t>
        <w:br/>
        <w:t>f 9053/21324/17587 9054/21326/17589 9389/21661/17874</w:t>
        <w:br/>
        <w:t>f 9052/21325/17588 9053/21324/17587 9389/21661/17874</w:t>
        <w:br/>
        <w:t>f 9059/21331/17594 9055/21328/17591 9389/21661/17874</w:t>
        <w:br/>
        <w:t>f 9058/21330/17593 9107/21379/17642 9389/21661/17874</w:t>
        <w:br/>
        <w:t>f 9107/21379/17642 9105/21378/17641 9389/21661/17874</w:t>
        <w:br/>
        <w:t>f 9105/21378/17641 9106/21377/17640 9390/21662/17875</w:t>
        <w:br/>
        <w:t>f 9108/21380/17643 9104/21376/17639 9390/21662/17875</w:t>
        <w:br/>
        <w:t>f 9104/21376/17639 9103/21375/17638 9390/21662/17875</w:t>
        <w:br/>
        <w:t>f 9103/21375/17638 9052/21325/17588 9389/21661/17874</w:t>
        <w:br/>
        <w:t>f 9106/21377/17640 9108/21380/17643 9390/21662/17875</w:t>
        <w:br/>
        <w:t>f 9105/21378/17641 9100/21370/17633 9096/21369/17632</w:t>
        <w:br/>
        <w:t>f 9057/21329/17592 9056/21327/17590 9047/21317/17580</w:t>
        <w:br/>
        <w:t>f 9218/21491/17754 9235/21507/17767 9217/21492/17755</w:t>
        <w:br/>
        <w:t>f 9213/21486/17749 9242/21515/17775 9215/21488/17751</w:t>
        <w:br/>
        <w:t>f 9143/21415/17678 9124/21399/17662 9142/21414/17677</w:t>
        <w:br/>
        <w:t>f 9144/21416/17679 9122/21393/17656 9143/21415/17678</w:t>
        <w:br/>
        <w:t>f 9394/21663/17876 9393/21664/17877 9392/21665/17878</w:t>
        <w:br/>
        <w:t>f 9391/21666/17879 9394/21663/17876 9392/21665/17878</w:t>
        <w:br/>
        <w:t>f 9398/21667/17880 9397/21668/17881 9396/21669/17882</w:t>
        <w:br/>
        <w:t>f 9395/21670/17883 9398/21667/17880 9396/21669/17882</w:t>
        <w:br/>
        <w:t>f 9402/21671/17884 9401/21672/17885 9400/21673/17886</w:t>
        <w:br/>
        <w:t>f 9399/21674/17887 9402/21671/17884 9400/21673/17886</w:t>
        <w:br/>
        <w:t>f 9406/21675/17888 9405/21676/17889 9404/21677/17890</w:t>
        <w:br/>
        <w:t>f 9403/21678/17891 9406/21675/17888 9404/21677/17890</w:t>
        <w:br/>
        <w:t>f 9399/21674/17887 9400/21673/17886 9408/21679/17892</w:t>
        <w:br/>
        <w:t>f 9407/21680/17893 9399/21674/17887 9408/21679/17892</w:t>
        <w:br/>
        <w:t>f 9412/21681/17894 9411/21682/17895 9410/21683/17896</w:t>
        <w:br/>
        <w:t>f 9409/21684/17897 9412/21681/17894 9410/21683/17896</w:t>
        <w:br/>
        <w:t>f 9393/21664/17877 9394/21663/17876 9409/21684/17897</w:t>
        <w:br/>
        <w:t>f 9410/21683/17896 9393/21664/17877 9409/21684/17897</w:t>
        <w:br/>
        <w:t>f 9414/21685/17898 9412/21681/17894 9409/21684/17897</w:t>
        <w:br/>
        <w:t>f 9413/21686/17899 9414/21685/17898 9409/21684/17897</w:t>
        <w:br/>
        <w:t>f 9413/21686/17899 9409/21684/17897 9394/21663/17876</w:t>
        <w:br/>
        <w:t>f 9391/21666/17879 9415/21687/17900 9413/21686/17899</w:t>
        <w:br/>
        <w:t>f 9394/21663/17876 9391/21666/17879 9413/21686/17899</w:t>
        <w:br/>
        <w:t>f 9415/21687/17900 9398/21667/17880 9395/21670/17883</w:t>
        <w:br/>
        <w:t>f 9416/21688/17901 9415/21687/17900 9395/21670/17883</w:t>
        <w:br/>
        <w:t>f 9417/21689/17902 9399/21674/17887 9407/21680/17893</w:t>
        <w:br/>
        <w:t>f 9402/21671/17884 9399/21674/17887 9417/21689/17902</w:t>
        <w:br/>
        <w:t>f 9419/21690/17903 9418/21691/17904 9417/21689/17902</w:t>
        <w:br/>
        <w:t>f 9415/21687/17900 9416/21688/17901 9417/21689/17902</w:t>
        <w:br/>
        <w:t>f 9413/21686/17899 9415/21687/17900 9417/21689/17902</w:t>
        <w:br/>
        <w:t>f 9414/21685/17898 9413/21686/17899 9417/21689/17902</w:t>
        <w:br/>
        <w:t>f 9403/21678/17891 9417/21689/17902 9406/21675/17888</w:t>
        <w:br/>
        <w:t>f 9423/21692/17905 9422/21693/17906 9421/21694/17907</w:t>
        <w:br/>
        <w:t>f 9420/21695/17908 9423/21692/17905 9421/21694/17907</w:t>
        <w:br/>
        <w:t>f 9424/21696/17909 9423/21692/17905 9420/21695/17908</w:t>
        <w:br/>
        <w:t>f 9424/21696/17909 9420/21695/17908 9426/21697/17910</w:t>
        <w:br/>
        <w:t>f 9425/21698/17911 9424/21696/17909 9426/21697/17910</w:t>
        <w:br/>
        <w:t>f 9425/21698/17911 9426/21697/17910 9427/21699/17912</w:t>
        <w:br/>
        <w:t>f 9429/21700/17913 9428/21701/17914 9427/21699/17912</w:t>
        <w:br/>
        <w:t>f 9426/21697/17910 9429/21700/17913 9427/21699/17912</w:t>
        <w:br/>
        <w:t>f 9431/21702/17915 9428/21701/17914 9429/21700/17913</w:t>
        <w:br/>
        <w:t>f 9430/21703/17916 9431/21702/17915 9429/21700/17913</w:t>
        <w:br/>
        <w:t>f 9431/21702/17915 9430/21703/17916 9432/21704/17917</w:t>
        <w:br/>
        <w:t>f 9434/21705/17918 9432/21704/17917 9430/21703/17916</w:t>
        <w:br/>
        <w:t>f 9433/21706/17919 9434/21705/17918 9430/21703/17916</w:t>
        <w:br/>
        <w:t>f 9437/21707/17920 9436/21708/17921 9435/21709/17922</w:t>
        <w:br/>
        <w:t>f 9433/21706/17919 9437/21707/17920 9435/21709/17922</w:t>
        <w:br/>
        <w:t>f 9437/21707/17920 9439/21710/17923 9438/21711/17924</w:t>
        <w:br/>
        <w:t>f 9436/21708/17921 9437/21707/17920 9438/21711/17924</w:t>
        <w:br/>
        <w:t>f 9435/21709/17922 9434/21705/17918 9433/21706/17919</w:t>
        <w:br/>
        <w:t>f 9441/21712/17925 9438/21711/17924 9439/21710/17923</w:t>
        <w:br/>
        <w:t>f 9440/21713/17926 9441/21712/17925 9439/21710/17923</w:t>
        <w:br/>
        <w:t>f 9443/21714/17927 9442/21715/17928 9420/21695/17908</w:t>
        <w:br/>
        <w:t>f 9421/21694/17907 9443/21714/17927 9420/21695/17908</w:t>
        <w:br/>
        <w:t>f 9442/21715/17928 9444/21716/17929 9426/21697/17910</w:t>
        <w:br/>
        <w:t>f 9420/21695/17908 9442/21715/17928 9426/21697/17910</w:t>
        <w:br/>
        <w:t>f 9446/21717/17930 9445/21718/17931 9433/21706/17919</w:t>
        <w:br/>
        <w:t>f 9430/21703/17916 9446/21717/17930 9433/21706/17919</w:t>
        <w:br/>
        <w:t>f 9437/21707/17920 9433/21706/17919 9445/21718/17931</w:t>
        <w:br/>
        <w:t>f 9447/21719/17932 9439/21710/17923 9437/21707/17920</w:t>
        <w:br/>
        <w:t>f 9447/21719/17932 9448/21720/17933 9440/21713/17926</w:t>
        <w:br/>
        <w:t>f 9439/21710/17923 9447/21719/17932 9440/21713/17926</w:t>
        <w:br/>
        <w:t>f 9444/21716/17929 9449/21721/17934 9429/21700/17913</w:t>
        <w:br/>
        <w:t>f 9426/21697/17910 9444/21716/17929 9429/21700/17913</w:t>
        <w:br/>
        <w:t>f 9418/21691/17904 9450/21722/17935 9401/21672/17885</w:t>
        <w:br/>
        <w:t>f 9402/21671/17884 9418/21691/17904 9401/21672/17885</w:t>
        <w:br/>
        <w:t>f 9417/21689/17902 9418/21691/17904 9402/21671/17884</w:t>
        <w:br/>
        <w:t>f 9416/21688/17901 9419/21690/17903 9417/21689/17902</w:t>
        <w:br/>
        <w:t>f 9449/21721/17934 9446/21717/17930 9430/21703/17916</w:t>
        <w:br/>
        <w:t>f 9429/21700/17913 9449/21721/17934 9430/21703/17916</w:t>
        <w:br/>
        <w:t>f 9391/21666/17879 9392/21665/17878 9397/21668/17881</w:t>
        <w:br/>
        <w:t>f 9398/21667/17880 9391/21666/17879 9397/21668/17881</w:t>
        <w:br/>
        <w:t>f 9415/21687/17900 9391/21666/17879 9398/21667/17880</w:t>
        <w:br/>
        <w:t>f 9454/21723/17936 9453/21724/17937 9452/21725/17938</w:t>
        <w:br/>
        <w:t>f 9451/21726/17939 9454/21723/17936 9452/21725/17938</w:t>
        <w:br/>
        <w:t>f 9458/21727/17940 9457/21728/17941 9456/21729/17942</w:t>
        <w:br/>
        <w:t>f 9455/21730/17943 9458/21727/17940 9456/21729/17942</w:t>
        <w:br/>
        <w:t>f 9460/21731/17944 9458/21727/17940 9455/21730/17943</w:t>
        <w:br/>
        <w:t>f 9459/21732/17945 9460/21731/17944 9455/21730/17943</w:t>
        <w:br/>
        <w:t>f 9464/21733/17946 9463/21734/17947 9462/21735/17948</w:t>
        <w:br/>
        <w:t>f 9461/21736/17949 9464/21733/17946 9462/21735/17948</w:t>
        <w:br/>
        <w:t>f 9468/21737/17950 9467/21738/17951 9466/21739/17952</w:t>
        <w:br/>
        <w:t>f 9465/21740/17953 9468/21737/17950 9466/21739/17952</w:t>
        <w:br/>
        <w:t>f 9467/21738/17951 9464/21733/17946 9461/21736/17949</w:t>
        <w:br/>
        <w:t>f 9466/21739/17952 9467/21738/17951 9461/21736/17949</w:t>
        <w:br/>
        <w:t>f 9470/21741/17954 9411/21682/17895 9412/21681/17894</w:t>
        <w:br/>
        <w:t>f 9469/21742/17955 9470/21741/17954 9412/21681/17894</w:t>
        <w:br/>
        <w:t>f 9453/21724/17937 9470/21741/17954 9469/21742/17955</w:t>
        <w:br/>
        <w:t>f 9452/21725/17938 9453/21724/17937 9469/21742/17955</w:t>
        <w:br/>
        <w:t>f 9469/21742/17955 9412/21681/17894 9414/21685/17898</w:t>
        <w:br/>
        <w:t>f 9471/21743/17956 9469/21742/17955 9414/21685/17898</w:t>
        <w:br/>
        <w:t>f 9471/21743/17956 9452/21725/17938 9469/21742/17955</w:t>
        <w:br/>
        <w:t>f 9471/21743/17956 9472/21744/17957 9451/21726/17939</w:t>
        <w:br/>
        <w:t>f 9452/21725/17938 9471/21743/17956 9451/21726/17939</w:t>
        <w:br/>
        <w:t>f 9472/21744/17957 9473/21745/17958 9455/21730/17943</w:t>
        <w:br/>
        <w:t>f 9456/21729/17942 9472/21744/17957 9455/21730/17943</w:t>
        <w:br/>
        <w:t>f 9466/21739/17952 9474/21746/17959 9465/21740/17953</w:t>
        <w:br/>
        <w:t>f 9462/21735/17948 9474/21746/17959 9461/21736/17949</w:t>
        <w:br/>
        <w:t>f 9472/21744/17957 9417/21689/17902 9473/21745/17958</w:t>
        <w:br/>
        <w:t>f 9471/21743/17956 9417/21689/17902 9472/21744/17957</w:t>
        <w:br/>
        <w:t>f 9414/21685/17898 9417/21689/17902 9471/21743/17956</w:t>
        <w:br/>
        <w:t>f 9421/21694/17907 9422/21693/17906 9476/21747/17960</w:t>
        <w:br/>
        <w:t>f 9475/21748/17961 9421/21694/17907 9476/21747/17960</w:t>
        <w:br/>
        <w:t>f 9477/21749/17962 9475/21748/17961 9476/21747/17960</w:t>
        <w:br/>
        <w:t>f 9477/21749/17962 9479/21750/17963 9478/21751/17964</w:t>
        <w:br/>
        <w:t>f 9475/21748/17961 9477/21749/17962 9478/21751/17964</w:t>
        <w:br/>
        <w:t>f 9479/21750/17963 9480/21752/17965 9478/21751/17964</w:t>
        <w:br/>
        <w:t>f 9482/21753/17966 9478/21751/17964 9480/21752/17965</w:t>
        <w:br/>
        <w:t>f 9481/21754/17967 9482/21753/17966 9480/21752/17965</w:t>
        <w:br/>
        <w:t>f 9482/21753/17966 9481/21754/17967 9484/21755/17968</w:t>
        <w:br/>
        <w:t>f 9483/21756/17969 9482/21753/17966 9484/21755/17968</w:t>
        <w:br/>
        <w:t>f 9484/21755/17968 9485/21757/17970 9483/21756/17969</w:t>
        <w:br/>
        <w:t>f 9483/21756/17969 9485/21757/17970 9487/21758/17971</w:t>
        <w:br/>
        <w:t>f 9486/21759/17972 9483/21756/17969 9487/21758/17971</w:t>
        <w:br/>
        <w:t>f 9490/21760/17973 9486/21759/17972 9489/21761/17974</w:t>
        <w:br/>
        <w:t>f 9488/21762/17975 9490/21760/17973 9489/21761/17974</w:t>
        <w:br/>
        <w:t>f 9492/21763/17976 9491/21764/17977 9490/21760/17973</w:t>
        <w:br/>
        <w:t>f 9488/21762/17975 9492/21763/17976 9490/21760/17973</w:t>
        <w:br/>
        <w:t>f 9489/21761/17974 9486/21759/17972 9487/21758/17971</w:t>
        <w:br/>
        <w:t>f 9491/21764/17977 9492/21763/17976 9441/21712/17925</w:t>
        <w:br/>
        <w:t>f 9440/21713/17926 9491/21764/17977 9441/21712/17925</w:t>
        <w:br/>
        <w:t>f 9493/21765/17978 9443/21714/17927 9421/21694/17907</w:t>
        <w:br/>
        <w:t>f 9475/21748/17961 9493/21765/17978 9421/21694/17907</w:t>
        <w:br/>
        <w:t>f 9478/21751/17964 9494/21766/17979 9493/21765/17978</w:t>
        <w:br/>
        <w:t>f 9475/21748/17961 9478/21751/17964 9493/21765/17978</w:t>
        <w:br/>
        <w:t>f 9486/21759/17972 9496/21767/17980 9495/21768/17981</w:t>
        <w:br/>
        <w:t>f 9483/21756/17969 9486/21759/17972 9495/21768/17981</w:t>
        <w:br/>
        <w:t>f 9497/21769/17982 9496/21767/17980 9490/21760/17973</w:t>
        <w:br/>
        <w:t>f 9497/21769/17982 9490/21760/17973 9491/21764/17977</w:t>
        <w:br/>
        <w:t>f 9440/21713/17926 9448/21720/17933 9497/21769/17982</w:t>
        <w:br/>
        <w:t>f 9491/21764/17977 9440/21713/17926 9497/21769/17982</w:t>
        <w:br/>
        <w:t>f 9494/21766/17979 9478/21751/17964 9482/21753/17966</w:t>
        <w:br/>
        <w:t>f 9498/21770/17983 9494/21766/17979 9482/21753/17966</w:t>
        <w:br/>
        <w:t>f 9463/21734/17947 9500/21771/17984 9499/21772/17985</w:t>
        <w:br/>
        <w:t>f 9462/21735/17948 9463/21734/17947 9499/21772/17985</w:t>
        <w:br/>
        <w:t>f 9473/21745/17958 9474/21746/17959 9459/21732/17945</w:t>
        <w:br/>
        <w:t>f 9498/21770/17983 9482/21753/17966 9483/21756/17969</w:t>
        <w:br/>
        <w:t>f 9495/21768/17981 9498/21770/17983 9483/21756/17969</w:t>
        <w:br/>
        <w:t>f 9457/21728/17941 9454/21723/17936 9451/21726/17939</w:t>
        <w:br/>
        <w:t>f 9456/21729/17942 9457/21728/17941 9451/21726/17939</w:t>
        <w:br/>
        <w:t>f 9472/21744/17957 9456/21729/17942 9451/21726/17939</w:t>
        <w:br/>
        <w:t>f 9403/21678/17891 9465/21740/17953 9417/21689/17902</w:t>
        <w:br/>
        <w:t>f 9404/21677/17890 9468/21737/17950 9465/21740/17953</w:t>
        <w:br/>
        <w:t>f 9403/21678/17891 9404/21677/17890 9465/21740/17953</w:t>
        <w:br/>
        <w:t>f 9407/21680/17893 9408/21679/17892 9405/21676/17889</w:t>
        <w:br/>
        <w:t>f 9406/21675/17888 9407/21680/17893 9405/21676/17889</w:t>
        <w:br/>
        <w:t>f 9474/21746/17959 9466/21739/17952 9461/21736/17949</w:t>
        <w:br/>
        <w:t>f 9417/21689/17902 9407/21680/17893 9406/21675/17888</w:t>
        <w:br/>
        <w:t>f 9459/21732/17945 9474/21746/17959 9499/21772/17985</w:t>
        <w:br/>
        <w:t>f 9474/21746/17959 9462/21735/17948 9499/21772/17985</w:t>
        <w:br/>
        <w:t>f 9419/21690/17903 9416/21688/17901 9395/21670/17883</w:t>
        <w:br/>
        <w:t>f 9501/21773/17986 9419/21690/17903 9395/21670/17883</w:t>
        <w:br/>
        <w:t>f 9396/21669/17882 9501/21773/17986 9395/21670/17883</w:t>
        <w:br/>
        <w:t>f 9455/21730/17943 9473/21745/17958 9459/21732/17945</w:t>
        <w:br/>
        <w:t>f 9500/21771/17984 9460/21731/17944 9459/21732/17945</w:t>
        <w:br/>
        <w:t>f 9499/21772/17985 9500/21771/17984 9459/21732/17945</w:t>
        <w:br/>
        <w:t>f 9450/21722/17935 9418/21691/17904 9419/21690/17903</w:t>
        <w:br/>
        <w:t>f 9501/21773/17986 9450/21722/17935 9419/21690/17903</w:t>
        <w:br/>
        <w:t>f 9505/21774/17987 9504/21775/17988 9503/21776/17989</w:t>
        <w:br/>
        <w:t>f 9502/21777/17990 9505/21774/17987 9503/21776/17989</w:t>
        <w:br/>
        <w:t>f 9509/21778/17991 9508/21779/17992 9507/21780/17993</w:t>
        <w:br/>
        <w:t>f 9506/21781/17994 9509/21778/17991 9507/21780/17993</w:t>
        <w:br/>
        <w:t>f 9513/21782/17995 9512/21783/17996 9511/21784/17997</w:t>
        <w:br/>
        <w:t>f 9510/21785/17998 9513/21782/17995 9511/21784/17997</w:t>
        <w:br/>
        <w:t>f 9517/21786/17999 9516/21787/18000 9515/21788/18001</w:t>
        <w:br/>
        <w:t>f 9514/21789/18002 9517/21786/17999 9515/21788/18001</w:t>
        <w:br/>
        <w:t>f 9521/21790/18003 9520/21791/18004 9519/21792/18005</w:t>
        <w:br/>
        <w:t>f 9518/21793/18006 9521/21790/18003 9519/21792/18005</w:t>
        <w:br/>
        <w:t>f 9516/21787/18000 9523/21794/18007 9522/21795/18008</w:t>
        <w:br/>
        <w:t>f 9515/21788/18001 9516/21787/18000 9522/21795/18008</w:t>
        <w:br/>
        <w:t>f 9527/21796/18009 9526/21797/18010 9525/21798/18011</w:t>
        <w:br/>
        <w:t>f 9524/21799/18012 9527/21796/18009 9525/21798/18011</w:t>
        <w:br/>
        <w:t>f 9505/21774/17987 9502/21777/17990 9526/21797/18010</w:t>
        <w:br/>
        <w:t>f 9527/21796/18009 9505/21774/17987 9526/21797/18010</w:t>
        <w:br/>
        <w:t>f 9527/21796/18009 9524/21799/18012 9529/21800/18013</w:t>
        <w:br/>
        <w:t>f 9528/21801/18014 9527/21796/18009 9529/21800/18013</w:t>
        <w:br/>
        <w:t>f 9528/21801/18014 9505/21774/17987 9527/21796/18009</w:t>
        <w:br/>
        <w:t>f 9504/21775/17988 9505/21774/17987 9528/21801/18014</w:t>
        <w:br/>
        <w:t>f 9530/21802/18015 9504/21775/17988 9528/21801/18014</w:t>
        <w:br/>
        <w:t>f 9530/21802/18015 9531/21803/18016 9508/21779/17992</w:t>
        <w:br/>
        <w:t>f 9509/21778/17991 9530/21802/18015 9508/21779/17992</w:t>
        <w:br/>
        <w:t>f 9532/21804/18017 9523/21794/18007 9516/21787/18000</w:t>
        <w:br/>
        <w:t>f 9517/21786/17999 9533/21805/18018 9516/21787/18000</w:t>
        <w:br/>
        <w:t>f 9511/21784/17997 9534/21806/18019 9510/21785/17998</w:t>
        <w:br/>
        <w:t>f 9531/21803/18016 9530/21802/18015 9536/21807/18020</w:t>
        <w:br/>
        <w:t>f 9535/21808/18021 9531/21803/18016 9536/21807/18020</w:t>
        <w:br/>
        <w:t>f 9530/21802/18015 9528/21801/18014 9537/21809/18022</w:t>
        <w:br/>
        <w:t>f 9536/21807/18020 9530/21802/18015 9537/21809/18022</w:t>
        <w:br/>
        <w:t>f 9538/21810/18023 9537/21809/18022 9528/21801/18014</w:t>
        <w:br/>
        <w:t>f 9529/21800/18013 9538/21810/18023 9528/21801/18014</w:t>
        <w:br/>
        <w:t>f 9540/21811/18024 9539/21812/18025 9520/21791/18004</w:t>
        <w:br/>
        <w:t>f 9521/21790/18003 9540/21811/18024 9520/21791/18004</w:t>
        <w:br/>
        <w:t>f 9532/21804/18017 9533/21805/18018 9542/21813/18026</w:t>
        <w:br/>
        <w:t>f 9541/21814/18027 9532/21804/18017 9542/21813/18026</w:t>
        <w:br/>
        <w:t>f 9543/21815/18028 9542/21813/18026 9533/21805/18018</w:t>
        <w:br/>
        <w:t>f 9534/21806/18019 9543/21815/18028 9533/21805/18018</w:t>
        <w:br/>
        <w:t>f 9545/21816/18029 9544/21817/18030 9535/21808/18021</w:t>
        <w:br/>
        <w:t>f 9536/21807/18020 9545/21816/18029 9535/21808/18021</w:t>
        <w:br/>
        <w:t>f 9546/21818/18031 9545/21816/18029 9536/21807/18020</w:t>
        <w:br/>
        <w:t>f 9537/21809/18022 9546/21818/18031 9536/21807/18020</w:t>
        <w:br/>
        <w:t>f 9546/21818/18031 9537/21809/18022 9538/21810/18023</w:t>
        <w:br/>
        <w:t>f 9547/21819/18032 9546/21818/18031 9538/21810/18023</w:t>
        <w:br/>
        <w:t>f 9551/21820/18033 9550/21821/18034 9549/21822/18035</w:t>
        <w:br/>
        <w:t>f 9548/21823/18036 9551/21820/18033 9549/21822/18035</w:t>
        <w:br/>
        <w:t>f 9552/21824/18037 9548/21823/18036 9549/21822/18035</w:t>
        <w:br/>
        <w:t>f 9552/21824/18037 9554/21825/18038 9553/21826/18039</w:t>
        <w:br/>
        <w:t>f 9548/21823/18036 9552/21824/18037 9553/21826/18039</w:t>
        <w:br/>
        <w:t>f 9554/21825/18038 9555/21827/18040 9553/21826/18039</w:t>
        <w:br/>
        <w:t>f 9557/21828/18041 9553/21826/18039 9555/21827/18040</w:t>
        <w:br/>
        <w:t>f 9556/21829/18042 9557/21828/18041 9555/21827/18040</w:t>
        <w:br/>
        <w:t>f 9557/21828/18041 9556/21829/18042 9559/21830/18043</w:t>
        <w:br/>
        <w:t>f 9558/21831/18044 9557/21828/18041 9559/21830/18043</w:t>
        <w:br/>
        <w:t>f 9559/21830/18043 9560/21832/18045 9558/21831/18044</w:t>
        <w:br/>
        <w:t>f 9558/21831/18044 9560/21832/18045 9562/21833/18046</w:t>
        <w:br/>
        <w:t>f 9561/21834/18047 9558/21831/18044 9562/21833/18046</w:t>
        <w:br/>
        <w:t>f 9565/21835/18048 9561/21834/18047 9564/21836/18049</w:t>
        <w:br/>
        <w:t>f 9563/21837/18050 9565/21835/18048 9564/21836/18049</w:t>
        <w:br/>
        <w:t>f 9567/21838/18051 9566/21839/18052 9565/21835/18048</w:t>
        <w:br/>
        <w:t>f 9563/21837/18050 9567/21838/18051 9565/21835/18048</w:t>
        <w:br/>
        <w:t>f 9564/21836/18049 9561/21834/18047 9562/21833/18046</w:t>
        <w:br/>
        <w:t>f 9566/21839/18052 9567/21838/18051 9569/21840/18053</w:t>
        <w:br/>
        <w:t>f 9568/21841/18054 9566/21839/18052 9569/21840/18053</w:t>
        <w:br/>
        <w:t>f 9572/21842/18055 9571/21843/18056 9570/21844/18057</w:t>
        <w:br/>
        <w:t>f 9541/21814/18027 9572/21842/18055 9570/21844/18057</w:t>
        <w:br/>
        <w:t>f 9573/21845/18058 9572/21842/18055 9541/21814/18027</w:t>
        <w:br/>
        <w:t>f 9542/21813/18026 9573/21845/18058 9541/21814/18027</w:t>
        <w:br/>
        <w:t>f 9574/21846/18059 9573/21845/18058 9542/21813/18026</w:t>
        <w:br/>
        <w:t>f 9543/21815/18028 9574/21846/18059 9542/21813/18026</w:t>
        <w:br/>
        <w:t>f 9576/21847/18060 9544/21817/18030 9545/21816/18029</w:t>
        <w:br/>
        <w:t>f 9575/21848/18061 9576/21847/18060 9545/21816/18029</w:t>
        <w:br/>
        <w:t>f 9575/21848/18061 9545/21816/18029 9546/21818/18031</w:t>
        <w:br/>
        <w:t>f 9577/21849/18062 9575/21848/18061 9546/21818/18031</w:t>
        <w:br/>
        <w:t>f 9547/21819/18032 9578/21850/18063 9577/21849/18062</w:t>
        <w:br/>
        <w:t>f 9546/21818/18031 9547/21819/18032 9577/21849/18062</w:t>
        <w:br/>
        <w:t>f 9580/21851/18064 9571/21843/18056 9572/21842/18055</w:t>
        <w:br/>
        <w:t>f 9579/21852/18065 9580/21851/18064 9572/21842/18055</w:t>
        <w:br/>
        <w:t>f 9579/21852/18065 9572/21842/18055 9573/21845/18058</w:t>
        <w:br/>
        <w:t>f 9581/21853/18066 9579/21852/18065 9573/21845/18058</w:t>
        <w:br/>
        <w:t>f 9581/21853/18066 9573/21845/18058 9574/21846/18059</w:t>
        <w:br/>
        <w:t>f 9582/21854/18067 9581/21853/18066 9574/21846/18059</w:t>
        <w:br/>
        <w:t>f 9584/21855/18068 9576/21847/18060 9575/21848/18061</w:t>
        <w:br/>
        <w:t>f 9583/21856/18069 9584/21855/18068 9575/21848/18061</w:t>
        <w:br/>
        <w:t>f 9583/21856/18069 9575/21848/18061 9577/21849/18062</w:t>
        <w:br/>
        <w:t>f 9585/21857/18070 9583/21856/18069 9577/21849/18062</w:t>
        <w:br/>
        <w:t>f 9578/21850/18063 9586/21858/18071 9585/21857/18070</w:t>
        <w:br/>
        <w:t>f 9577/21849/18062 9578/21850/18063 9585/21857/18070</w:t>
        <w:br/>
        <w:t>f 9588/21859/18072 9580/21851/18064 9579/21852/18065</w:t>
        <w:br/>
        <w:t>f 9587/21860/18073 9588/21859/18072 9579/21852/18065</w:t>
        <w:br/>
        <w:t>f 9587/21860/18073 9579/21852/18065 9581/21853/18066</w:t>
        <w:br/>
        <w:t>f 9589/21861/18074 9587/21860/18073 9581/21853/18066</w:t>
        <w:br/>
        <w:t>f 9589/21861/18074 9581/21853/18066 9582/21854/18067</w:t>
        <w:br/>
        <w:t>f 9590/21862/18075 9589/21861/18074 9582/21854/18067</w:t>
        <w:br/>
        <w:t>f 9592/21863/18076 9584/21855/18068 9583/21856/18069</w:t>
        <w:br/>
        <w:t>f 9591/21864/18077 9592/21863/18076 9583/21856/18069</w:t>
        <w:br/>
        <w:t>f 9591/21864/18077 9583/21856/18069 9585/21857/18070</w:t>
        <w:br/>
        <w:t>f 9593/21865/18078 9591/21864/18077 9585/21857/18070</w:t>
        <w:br/>
        <w:t>f 9594/21866/18079 9593/21865/18078 9585/21857/18070</w:t>
        <w:br/>
        <w:t>f 9586/21858/18071 9594/21866/18079 9585/21857/18070</w:t>
        <w:br/>
        <w:t>f 9548/21823/18036 9593/21865/18078 9594/21866/18079</w:t>
        <w:br/>
        <w:t>f 9551/21820/18033 9548/21823/18036 9594/21866/18079</w:t>
        <w:br/>
        <w:t>f 9553/21826/18039 9591/21864/18077 9593/21865/18078</w:t>
        <w:br/>
        <w:t>f 9548/21823/18036 9553/21826/18039 9593/21865/18078</w:t>
        <w:br/>
        <w:t>f 9561/21834/18047 9589/21861/18074 9590/21862/18075</w:t>
        <w:br/>
        <w:t>f 9558/21831/18044 9561/21834/18047 9590/21862/18075</w:t>
        <w:br/>
        <w:t>f 9565/21835/18048 9587/21860/18073 9589/21861/18074</w:t>
        <w:br/>
        <w:t>f 9561/21834/18047 9565/21835/18048 9589/21861/18074</w:t>
        <w:br/>
        <w:t>f 9587/21860/18073 9565/21835/18048 9566/21839/18052</w:t>
        <w:br/>
        <w:t>f 9566/21839/18052 9568/21841/18054 9588/21859/18072</w:t>
        <w:br/>
        <w:t>f 9587/21860/18073 9566/21839/18052 9588/21859/18072</w:t>
        <w:br/>
        <w:t>f 9591/21864/18077 9553/21826/18039 9557/21828/18041</w:t>
        <w:br/>
        <w:t>f 9592/21863/18076 9591/21864/18077 9557/21828/18041</w:t>
        <w:br/>
        <w:t>f 9510/21785/17998 9517/21786/17999 9514/21789/18002</w:t>
        <w:br/>
        <w:t>f 9513/21782/17995 9510/21785/17998 9514/21789/18002</w:t>
        <w:br/>
        <w:t>f 9533/21805/18018 9517/21786/17999 9510/21785/17998</w:t>
        <w:br/>
        <w:t>f 9511/21784/17997 9531/21803/18016 9535/21808/18021</w:t>
        <w:br/>
        <w:t>f 9534/21806/18019 9511/21784/17997 9535/21808/18021</w:t>
        <w:br/>
        <w:t>f 9534/21806/18019 9535/21808/18021 9544/21817/18030</w:t>
        <w:br/>
        <w:t>f 9543/21815/18028 9534/21806/18019 9544/21817/18030</w:t>
        <w:br/>
        <w:t>f 9544/21817/18030 9576/21847/18060 9574/21846/18059</w:t>
        <w:br/>
        <w:t>f 9543/21815/18028 9544/21817/18030 9574/21846/18059</w:t>
        <w:br/>
        <w:t>f 9576/21847/18060 9584/21855/18068 9582/21854/18067</w:t>
        <w:br/>
        <w:t>f 9574/21846/18059 9576/21847/18060 9582/21854/18067</w:t>
        <w:br/>
        <w:t>f 9584/21855/18068 9592/21863/18076 9590/21862/18075</w:t>
        <w:br/>
        <w:t>f 9582/21854/18067 9584/21855/18068 9590/21862/18075</w:t>
        <w:br/>
        <w:t>f 9592/21863/18076 9557/21828/18041 9558/21831/18044</w:t>
        <w:br/>
        <w:t>f 9590/21862/18075 9592/21863/18076 9558/21831/18044</w:t>
        <w:br/>
        <w:t>f 9504/21775/17988 9509/21778/17991 9506/21781/17994</w:t>
        <w:br/>
        <w:t>f 9503/21776/17989 9504/21775/17988 9506/21781/17994</w:t>
        <w:br/>
        <w:t>f 9530/21802/18015 9509/21778/17991 9504/21775/17988</w:t>
        <w:br/>
        <w:t>f 9598/21867/18080 9597/21868/18081 9596/21869/18082</w:t>
        <w:br/>
        <w:t>f 9595/21870/18083 9598/21867/18080 9596/21869/18082</w:t>
        <w:br/>
        <w:t>f 9602/21871/18084 9601/21872/18085 9600/21873/18086</w:t>
        <w:br/>
        <w:t>f 9599/21874/18087 9602/21871/18084 9600/21873/18086</w:t>
        <w:br/>
        <w:t>f 9604/21875/18088 9603/21876/18089 9599/21874/18087</w:t>
        <w:br/>
        <w:t>f 9600/21873/18086 9604/21875/18088 9599/21874/18087</w:t>
        <w:br/>
        <w:t>f 9606/21877/18090 9605/21878/18091 9603/21876/18089</w:t>
        <w:br/>
        <w:t>f 9604/21875/18088 9606/21877/18090 9603/21876/18089</w:t>
        <w:br/>
        <w:t>f 9610/21879/18092 9609/21880/18093 9608/21881/18094</w:t>
        <w:br/>
        <w:t>f 9607/21882/18095 9610/21879/18092 9608/21881/18094</w:t>
        <w:br/>
        <w:t>f 9614/21883/18096 9613/21884/18097 9612/21885/18098</w:t>
        <w:br/>
        <w:t>f 9611/21886/18099 9614/21883/18096 9612/21885/18098</w:t>
        <w:br/>
        <w:t>f 9607/21882/18095 9608/21881/18094 9613/21884/18097</w:t>
        <w:br/>
        <w:t>f 9614/21883/18096 9607/21882/18095 9613/21884/18097</w:t>
        <w:br/>
        <w:t>f 9618/21887/18012 9617/21888/18100 9616/21889/18101</w:t>
        <w:br/>
        <w:t>f 9615/21890/18102 9618/21887/18012 9616/21889/18101</w:t>
        <w:br/>
        <w:t>f 9615/21890/18102 9616/21889/18101 9597/21868/18081</w:t>
        <w:br/>
        <w:t>f 9598/21867/18080 9615/21890/18102 9597/21868/18081</w:t>
        <w:br/>
        <w:t>f 9620/21891/18013 9618/21887/18012 9615/21890/18102</w:t>
        <w:br/>
        <w:t>f 9619/21892/18103 9620/21891/18013 9615/21890/18102</w:t>
        <w:br/>
        <w:t>f 9619/21892/18103 9615/21890/18102 9598/21867/18080</w:t>
        <w:br/>
        <w:t>f 9595/21870/18083 9621/21893/18104 9619/21892/18103</w:t>
        <w:br/>
        <w:t>f 9598/21867/18080 9595/21870/18083 9619/21892/18103</w:t>
        <w:br/>
        <w:t>f 9621/21893/18104 9602/21871/18084 9599/21874/18087</w:t>
        <w:br/>
        <w:t>f 9622/21894/18105 9621/21893/18104 9599/21874/18087</w:t>
        <w:br/>
        <w:t>f 9624/21895/18106 9614/21883/18096 9611/21886/18099</w:t>
        <w:br/>
        <w:t>f 9623/21896/18107 9624/21895/18106 9611/21886/18099</w:t>
        <w:br/>
        <w:t>f 9607/21882/18095 9624/21895/18106 9625/21897/18108</w:t>
        <w:br/>
        <w:t>f 9627/21898/18109 9621/21893/18104 9622/21894/18105</w:t>
        <w:br/>
        <w:t>f 9626/21899/18110 9627/21898/18109 9622/21894/18105</w:t>
        <w:br/>
        <w:t>f 9628/21900/18111 9619/21892/18103 9621/21893/18104</w:t>
        <w:br/>
        <w:t>f 9627/21898/18109 9628/21900/18111 9621/21893/18104</w:t>
        <w:br/>
        <w:t>f 9629/21901/18112 9620/21891/18013 9619/21892/18103</w:t>
        <w:br/>
        <w:t>f 9628/21900/18111 9629/21901/18112 9619/21892/18103</w:t>
        <w:br/>
        <w:t>f 9631/21902/18113 9625/21897/18108 9624/21895/18106</w:t>
        <w:br/>
        <w:t>f 9630/21903/18114 9631/21902/18113 9624/21895/18106</w:t>
        <w:br/>
        <w:t>f 9625/21897/18108 9631/21902/18113 9633/21904/18115</w:t>
        <w:br/>
        <w:t>f 9632/21905/18116 9625/21897/18108 9633/21904/18115</w:t>
        <w:br/>
        <w:t>f 9626/21899/18110 9635/21906/18117 9634/21907/18118</w:t>
        <w:br/>
        <w:t>f 9627/21898/18109 9626/21899/18110 9634/21907/18118</w:t>
        <w:br/>
        <w:t>f 9627/21898/18109 9634/21907/18118 9636/21908/18119</w:t>
        <w:br/>
        <w:t>f 9628/21900/18111 9627/21898/18109 9636/21908/18119</w:t>
        <w:br/>
        <w:t>f 9628/21900/18111 9636/21908/18119 9637/21909/18032</w:t>
        <w:br/>
        <w:t>f 9629/21901/18112 9628/21900/18111 9637/21909/18032</w:t>
        <w:br/>
        <w:t>f 9641/21910/18120 9640/21911/18034 9639/21912/18033</w:t>
        <w:br/>
        <w:t>f 9638/21913/18121 9641/21910/18120 9639/21912/18033</w:t>
        <w:br/>
        <w:t>f 9642/21914/18122 9641/21910/18120 9638/21913/18121</w:t>
        <w:br/>
        <w:t>f 9642/21914/18122 9638/21913/18121 9644/21915/18123</w:t>
        <w:br/>
        <w:t>f 9643/21916/18124 9642/21914/18122 9644/21915/18123</w:t>
        <w:br/>
        <w:t>f 9643/21916/18124 9644/21915/18123 9645/21917/18125</w:t>
        <w:br/>
        <w:t>f 9647/21918/18126 9646/21919/18127 9645/21917/18125</w:t>
        <w:br/>
        <w:t>f 9644/21915/18123 9647/21918/18126 9645/21917/18125</w:t>
        <w:br/>
        <w:t>f 9649/21920/18128 9646/21919/18127 9647/21918/18126</w:t>
        <w:br/>
        <w:t>f 9648/21921/18129 9649/21920/18128 9647/21918/18126</w:t>
        <w:br/>
        <w:t>f 9649/21920/18128 9648/21921/18129 9650/21922/18130</w:t>
        <w:br/>
        <w:t>f 9652/21923/18131 9650/21922/18130 9648/21921/18129</w:t>
        <w:br/>
        <w:t>f 9651/21924/18132 9652/21923/18131 9648/21921/18129</w:t>
        <w:br/>
        <w:t>f 9655/21925/18133 9654/21926/18134 9653/21927/18135</w:t>
        <w:br/>
        <w:t>f 9651/21924/18132 9655/21925/18133 9653/21927/18135</w:t>
        <w:br/>
        <w:t>f 9655/21925/18133 9657/21928/18136 9656/21929/18137</w:t>
        <w:br/>
        <w:t>f 9654/21926/18134 9655/21925/18133 9656/21929/18137</w:t>
        <w:br/>
        <w:t>f 9653/21927/18135 9652/21923/18131 9651/21924/18132</w:t>
        <w:br/>
        <w:t>f 9569/21840/18053 9656/21929/18137 9657/21928/18136</w:t>
        <w:br/>
        <w:t>f 9568/21841/18054 9569/21840/18053 9657/21928/18136</w:t>
        <w:br/>
        <w:t>f 9570/21844/18057 9571/21843/18056 9658/21930/18138</w:t>
        <w:br/>
        <w:t>f 9630/21903/18114 9570/21844/18057 9658/21930/18138</w:t>
        <w:br/>
        <w:t>f 9659/21931/18139 9631/21902/18113 9630/21903/18114</w:t>
        <w:br/>
        <w:t>f 9658/21930/18138 9659/21931/18139 9630/21903/18114</w:t>
        <w:br/>
        <w:t>f 9660/21932/18140 9633/21904/18115 9631/21902/18113</w:t>
        <w:br/>
        <w:t>f 9659/21931/18139 9660/21932/18140 9631/21902/18113</w:t>
        <w:br/>
        <w:t>f 9634/21907/18118 9635/21906/18117 9662/21933/18141</w:t>
        <w:br/>
        <w:t>f 9661/21934/18142 9634/21907/18118 9662/21933/18141</w:t>
        <w:br/>
        <w:t>f 9661/21934/18142 9663/21935/18143 9636/21908/18119</w:t>
        <w:br/>
        <w:t>f 9634/21907/18118 9661/21934/18142 9636/21908/18119</w:t>
        <w:br/>
        <w:t>f 9664/21936/18063 9637/21909/18032 9636/21908/18119</w:t>
        <w:br/>
        <w:t>f 9663/21935/18143 9664/21936/18063 9636/21908/18119</w:t>
        <w:br/>
        <w:t>f 9658/21930/18138 9571/21843/18056 9580/21851/18064</w:t>
        <w:br/>
        <w:t>f 9665/21937/18144 9658/21930/18138 9580/21851/18064</w:t>
        <w:br/>
        <w:t>f 9659/21931/18139 9658/21930/18138 9665/21937/18144</w:t>
        <w:br/>
        <w:t>f 9666/21938/18145 9659/21931/18139 9665/21937/18144</w:t>
        <w:br/>
        <w:t>f 9660/21932/18140 9659/21931/18139 9666/21938/18145</w:t>
        <w:br/>
        <w:t>f 9667/21939/18146 9660/21932/18140 9666/21938/18145</w:t>
        <w:br/>
        <w:t>f 9661/21934/18142 9662/21933/18141 9669/21940/18147</w:t>
        <w:br/>
        <w:t>f 9668/21941/18148 9661/21934/18142 9669/21940/18147</w:t>
        <w:br/>
        <w:t>f 9663/21935/18143 9661/21934/18142 9668/21941/18148</w:t>
        <w:br/>
        <w:t>f 9670/21942/18149 9663/21935/18143 9668/21941/18148</w:t>
        <w:br/>
        <w:t>f 9663/21935/18143 9670/21942/18149 9671/21943/18150</w:t>
        <w:br/>
        <w:t>f 9664/21936/18063 9663/21935/18143 9671/21943/18150</w:t>
        <w:br/>
        <w:t>f 9665/21937/18144 9580/21851/18064 9588/21859/18072</w:t>
        <w:br/>
        <w:t>f 9672/21944/18151 9665/21937/18144 9588/21859/18072</w:t>
        <w:br/>
        <w:t>f 9666/21938/18145 9665/21937/18144 9672/21944/18151</w:t>
        <w:br/>
        <w:t>f 9673/21945/18152 9666/21938/18145 9672/21944/18151</w:t>
        <w:br/>
        <w:t>f 9667/21939/18146 9666/21938/18145 9673/21945/18152</w:t>
        <w:br/>
        <w:t>f 9674/21946/18153 9667/21939/18146 9673/21945/18152</w:t>
        <w:br/>
        <w:t>f 9668/21941/18148 9669/21940/18147 9676/21947/18154</w:t>
        <w:br/>
        <w:t>f 9675/21948/18155 9668/21941/18148 9676/21947/18154</w:t>
        <w:br/>
        <w:t>f 9670/21942/18149 9668/21941/18148 9675/21948/18155</w:t>
        <w:br/>
        <w:t>f 9677/21949/18156 9670/21942/18149 9675/21948/18155</w:t>
        <w:br/>
        <w:t>f 9678/21950/18079 9671/21943/18150 9670/21942/18149</w:t>
        <w:br/>
        <w:t>f 9677/21949/18156 9678/21950/18079 9670/21942/18149</w:t>
        <w:br/>
        <w:t>f 9678/21950/18079 9677/21949/18156 9638/21913/18121</w:t>
        <w:br/>
        <w:t>f 9639/21912/18033 9678/21950/18079 9638/21913/18121</w:t>
        <w:br/>
        <w:t>f 9677/21949/18156 9675/21948/18155 9644/21915/18123</w:t>
        <w:br/>
        <w:t>f 9638/21913/18121 9677/21949/18156 9644/21915/18123</w:t>
        <w:br/>
        <w:t>f 9674/21946/18153 9673/21945/18152 9651/21924/18132</w:t>
        <w:br/>
        <w:t>f 9648/21921/18129 9674/21946/18153 9651/21924/18132</w:t>
        <w:br/>
        <w:t>f 9673/21945/18152 9672/21944/18151 9655/21925/18133</w:t>
        <w:br/>
        <w:t>f 9651/21924/18132 9673/21945/18152 9655/21925/18133</w:t>
        <w:br/>
        <w:t>f 9672/21944/18151 9657/21928/18136 9655/21925/18133</w:t>
        <w:br/>
        <w:t>f 9657/21928/18136 9672/21944/18151 9588/21859/18072</w:t>
        <w:br/>
        <w:t>f 9568/21841/18054 9657/21928/18136 9588/21859/18072</w:t>
        <w:br/>
        <w:t>f 9675/21948/18155 9676/21947/18154 9647/21918/18126</w:t>
        <w:br/>
        <w:t>f 9644/21915/18123 9675/21948/18155 9647/21918/18126</w:t>
        <w:br/>
        <w:t>f 9605/21878/18091 9606/21877/18090 9609/21880/18093</w:t>
        <w:br/>
        <w:t>f 9610/21879/18092 9605/21878/18091 9609/21880/18093</w:t>
        <w:br/>
        <w:t>f 9626/21899/18110 9622/21894/18105 9603/21876/18089</w:t>
        <w:br/>
        <w:t>f 9632/21905/18116 9626/21899/18110 9603/21876/18089</w:t>
        <w:br/>
        <w:t>f 9635/21906/18117 9626/21899/18110 9632/21905/18116</w:t>
        <w:br/>
        <w:t>f 9633/21904/18115 9635/21906/18117 9632/21905/18116</w:t>
        <w:br/>
        <w:t>f 9662/21933/18141 9635/21906/18117 9633/21904/18115</w:t>
        <w:br/>
        <w:t>f 9660/21932/18140 9662/21933/18141 9633/21904/18115</w:t>
        <w:br/>
        <w:t>f 9662/21933/18141 9660/21932/18140 9667/21939/18146</w:t>
        <w:br/>
        <w:t>f 9669/21940/18147 9662/21933/18141 9667/21939/18146</w:t>
        <w:br/>
        <w:t>f 9669/21940/18147 9667/21939/18146 9674/21946/18153</w:t>
        <w:br/>
        <w:t>f 9676/21947/18154 9669/21940/18147 9674/21946/18153</w:t>
        <w:br/>
        <w:t>f 9676/21947/18154 9674/21946/18153 9648/21921/18129</w:t>
        <w:br/>
        <w:t>f 9647/21918/18126 9676/21947/18154 9648/21921/18129</w:t>
        <w:br/>
        <w:t>f 9595/21870/18083 9596/21869/18082 9601/21872/18085</w:t>
        <w:br/>
        <w:t>f 9602/21871/18084 9595/21870/18083 9601/21872/18085</w:t>
        <w:br/>
        <w:t>f 9621/21893/18104 9595/21870/18083 9602/21871/18084</w:t>
        <w:br/>
        <w:t>f 9623/21896/18107 9611/21886/18099 9520/21791/18004</w:t>
        <w:br/>
        <w:t>f 9539/21812/18025 9623/21896/18107 9520/21791/18004</w:t>
        <w:br/>
        <w:t>f 9611/21886/18099 9612/21885/18098 9519/21792/18005</w:t>
        <w:br/>
        <w:t>f 9520/21791/18004 9611/21886/18099 9519/21792/18005</w:t>
        <w:br/>
        <w:t>f 9523/21794/18007 9521/21790/18003 9518/21793/18006</w:t>
        <w:br/>
        <w:t>f 9522/21795/18008 9523/21794/18007 9518/21793/18006</w:t>
        <w:br/>
        <w:t>f 9624/21895/18106 9623/21896/18107 9630/21903/18114</w:t>
        <w:br/>
        <w:t>f 9623/21896/18107 9539/21812/18025 9570/21844/18057</w:t>
        <w:br/>
        <w:t>f 9630/21903/18114 9623/21896/18107 9570/21844/18057</w:t>
        <w:br/>
        <w:t>f 9540/21811/18024 9541/21814/18027 9570/21844/18057</w:t>
        <w:br/>
        <w:t>f 9539/21812/18025 9540/21811/18024 9570/21844/18057</w:t>
        <w:br/>
        <w:t>f 9532/21804/18017 9541/21814/18027 9540/21811/18024</w:t>
        <w:br/>
        <w:t>f 9624/21895/18106 9607/21882/18095 9614/21883/18096</w:t>
        <w:br/>
        <w:t>f 9532/21804/18017 9540/21811/18024 9521/21790/18003</w:t>
        <w:br/>
        <w:t>f 9523/21794/18007 9532/21804/18017 9521/21790/18003</w:t>
        <w:br/>
        <w:t>f 9605/21878/18091 9625/21897/18108 9632/21905/18116</w:t>
        <w:br/>
        <w:t>f 9625/21897/18108 9605/21878/18091 9610/21879/18092</w:t>
        <w:br/>
        <w:t>f 9511/21784/17997 9508/21779/17992 9531/21803/18016</w:t>
        <w:br/>
        <w:t>f 9508/21779/17992 9511/21784/17997 9512/21783/17996</w:t>
        <w:br/>
        <w:t>f 9507/21780/17993 9508/21779/17992 9512/21783/17996</w:t>
        <w:br/>
        <w:t>f 9599/21874/18087 9603/21876/18089 9622/21894/18105</w:t>
        <w:br/>
        <w:t>f 9682/21951/18157 9681/21952/18157 9680/21953/18158</w:t>
        <w:br/>
        <w:t>f 9679/21954/18158 9682/21951/18157 9680/21953/18158</w:t>
        <w:br/>
        <w:t>f 9686/21955/18159 9685/21956/18159 9684/21957/18160</w:t>
        <w:br/>
        <w:t>f 9683/21958/18160 9686/21955/18159 9684/21957/18160</w:t>
        <w:br/>
        <w:t>f 9689/21959/18161 9688/21960/18161 9687/21961/18162</w:t>
        <w:br/>
        <w:t>f 9690/21962/18162 9689/21959/18161 9687/21961/18162</w:t>
        <w:br/>
        <w:t>f 9694/21963/18163 9693/21964/18164 9692/21965/18164</w:t>
        <w:br/>
        <w:t>f 9691/21966/18165 9694/21963/18163 9692/21965/18164</w:t>
        <w:br/>
        <w:t>f 9688/21960/18161 9689/21959/18161 9696/21967/18166</w:t>
        <w:br/>
        <w:t>f 9695/21968/18166 9688/21960/18161 9696/21967/18166</w:t>
        <w:br/>
        <w:t>f 9700/21969/18167 9699/21970/18168 9698/21971/18169</w:t>
        <w:br/>
        <w:t>f 9697/21972/18169 9700/21969/18167 9698/21971/18169</w:t>
        <w:br/>
        <w:t>f 9698/21971/18169 9681/21952/18157 9682/21951/18157</w:t>
        <w:br/>
        <w:t>f 9697/21972/18169 9698/21971/18169 9682/21951/18157</w:t>
        <w:br/>
        <w:t>f 9704/21973/18170 9703/21974/18171 9702/21975/18172</w:t>
        <w:br/>
        <w:t>f 9701/21976/18173 9704/21973/18170 9702/21975/18172</w:t>
        <w:br/>
        <w:t>f 9703/21974/18171 9706/21977/18174 9705/21978/18174</w:t>
        <w:br/>
        <w:t>f 9702/21975/18172 9703/21974/18171 9705/21978/18174</w:t>
        <w:br/>
        <w:t>f 9706/21977/18174 9708/21979/18175 9707/21980/18176</w:t>
        <w:br/>
        <w:t>f 9705/21978/18174 9706/21977/18174 9707/21980/18176</w:t>
        <w:br/>
        <w:t>f 9710/21981/18177 9709/21982/18177 9707/21980/18176</w:t>
        <w:br/>
        <w:t>f 9708/21979/18175 9710/21981/18177 9707/21980/18176</w:t>
        <w:br/>
        <w:t>f 9710/21981/18177 9712/21983/18178 9711/21984/18178</w:t>
        <w:br/>
        <w:t>f 9709/21982/18177 9710/21981/18177 9711/21984/18178</w:t>
        <w:br/>
        <w:t>f 9712/21983/18178 9714/21985/18179 9713/21986/18180</w:t>
        <w:br/>
        <w:t>f 9711/21984/18178 9712/21983/18178 9713/21986/18180</w:t>
        <w:br/>
        <w:t>f 9716/21987/18181 9715/21988/18181 9713/21986/18180</w:t>
        <w:br/>
        <w:t>f 9714/21985/18179 9716/21987/18181 9713/21986/18180</w:t>
        <w:br/>
        <w:t>f 9718/21989/18182 9717/21990/18183 9715/21988/18181</w:t>
        <w:br/>
        <w:t>f 9716/21987/18181 9718/21989/18182 9715/21988/18181</w:t>
        <w:br/>
        <w:t>f 9722/21991/18184 9721/21992/18185 9720/21993/18185</w:t>
        <w:br/>
        <w:t>f 9719/21994/18184 9722/21991/18184 9720/21993/18185</w:t>
        <w:br/>
        <w:t>f 9721/21992/18185 9724/21995/18186 9723/21996/18186</w:t>
        <w:br/>
        <w:t>f 9720/21993/18185 9721/21992/18185 9723/21996/18186</w:t>
        <w:br/>
        <w:t>f 9718/21989/18182 9722/21991/18184 9719/21994/18184</w:t>
        <w:br/>
        <w:t>f 9717/21990/18183 9718/21989/18182 9719/21994/18184</w:t>
        <w:br/>
        <w:t>f 9726/21997/18187 9725/21998/18187 9723/21996/18186</w:t>
        <w:br/>
        <w:t>f 9724/21995/18186 9726/21997/18187 9723/21996/18186</w:t>
        <w:br/>
        <w:t>f 9728/21999/18188 9727/22000/18188 9690/21962/18162</w:t>
        <w:br/>
        <w:t>f 9687/21961/18162 9728/21999/18188 9690/21962/18162</w:t>
        <w:br/>
        <w:t>f 9679/21954/18158 9680/21953/18158 9685/21956/18159</w:t>
        <w:br/>
        <w:t>f 9686/21955/18159 9679/21954/18158 9685/21956/18159</w:t>
        <w:br/>
        <w:t>f 9732/22001/18189 9731/22002/18190 9730/22003/18190</w:t>
        <w:br/>
        <w:t>f 9729/22004/18189 9732/22001/18189 9730/22003/18190</w:t>
        <w:br/>
        <w:t>f 9736/22005/18191 9735/22006/18192 9734/22007/18192</w:t>
        <w:br/>
        <w:t>f 9733/22008/18193 9736/22005/18191 9734/22007/18192</w:t>
        <w:br/>
        <w:t>f 9735/22006/18192 9738/22009/18194 9737/22010/18194</w:t>
        <w:br/>
        <w:t>f 9734/22007/18192 9735/22006/18192 9737/22010/18194</w:t>
        <w:br/>
        <w:t>f 9741/22011/18195 9740/22012/18196 9739/22013/18197</w:t>
        <w:br/>
        <w:t>f 9742/22014/18197 9741/22011/18195 9739/22013/18197</w:t>
        <w:br/>
        <w:t>f 9746/22015/18198 9745/22016/18199 9744/22017/18200</w:t>
        <w:br/>
        <w:t>f 9743/22018/18198 9746/22015/18198 9744/22017/18200</w:t>
        <w:br/>
        <w:t>f 9745/22016/18199 9742/22014/18197 9739/22013/18197</w:t>
        <w:br/>
        <w:t>f 9744/22017/18200 9745/22016/18199 9739/22013/18197</w:t>
        <w:br/>
        <w:t>f 9750/22019/18167 9749/22020/18201 9748/22021/18201</w:t>
        <w:br/>
        <w:t>f 9747/22022/18167 9750/22019/18167 9748/22021/18201</w:t>
        <w:br/>
        <w:t>f 9732/22001/18189 9729/22004/18189 9748/22021/18201</w:t>
        <w:br/>
        <w:t>f 9749/22020/18201 9732/22001/18189 9748/22021/18201</w:t>
        <w:br/>
        <w:t>f 9754/22023/18173 9753/22024/18173 9752/22025/18202</w:t>
        <w:br/>
        <w:t>f 9751/22026/18202 9754/22023/18173 9752/22025/18202</w:t>
        <w:br/>
        <w:t>f 9756/22027/18203 9751/22026/18202 9752/22025/18202</w:t>
        <w:br/>
        <w:t>f 9755/22028/18203 9756/22027/18203 9752/22025/18202</w:t>
        <w:br/>
        <w:t>f 9756/22027/18203 9755/22028/18203 9758/22029/18204</w:t>
        <w:br/>
        <w:t>f 9757/22030/18204 9756/22027/18203 9758/22029/18204</w:t>
        <w:br/>
        <w:t>f 9760/22031/18205 9757/22030/18204 9758/22029/18204</w:t>
        <w:br/>
        <w:t>f 9759/22032/18205 9760/22031/18205 9758/22029/18204</w:t>
        <w:br/>
        <w:t>f 9760/22031/18205 9759/22032/18205 9762/22033/18206</w:t>
        <w:br/>
        <w:t>f 9761/22034/18206 9760/22031/18205 9762/22033/18206</w:t>
        <w:br/>
        <w:t>f 9761/22034/18206 9762/22033/18206 9764/22035/18207</w:t>
        <w:br/>
        <w:t>f 9763/22036/18208 9761/22034/18206 9764/22035/18207</w:t>
        <w:br/>
        <w:t>f 9766/22037/18209 9763/22036/18208 9764/22035/18207</w:t>
        <w:br/>
        <w:t>f 9765/22038/18209 9766/22037/18209 9764/22035/18207</w:t>
        <w:br/>
        <w:t>f 9768/22039/18210 9766/22037/18209 9765/22038/18209</w:t>
        <w:br/>
        <w:t>f 9767/22040/18211 9768/22039/18210 9765/22038/18209</w:t>
        <w:br/>
        <w:t>f 9772/22041/18212 9771/22042/18213 9770/22043/18214</w:t>
        <w:br/>
        <w:t>f 9769/22044/18214 9772/22041/18212 9770/22043/18214</w:t>
        <w:br/>
        <w:t>f 9769/22044/18214 9770/22043/18214 9774/22045/18215</w:t>
        <w:br/>
        <w:t>f 9773/22046/18216 9769/22044/18214 9774/22045/18215</w:t>
        <w:br/>
        <w:t>f 9771/22042/18213 9772/22041/18212 9768/22039/18210</w:t>
        <w:br/>
        <w:t>f 9767/22040/18211 9771/22042/18213 9768/22039/18210</w:t>
        <w:br/>
        <w:t>f 9773/22046/18216 9774/22045/18215 9725/21998/18187</w:t>
        <w:br/>
        <w:t>f 9726/21997/18187 9773/22046/18216 9725/21998/18187</w:t>
        <w:br/>
        <w:t>f 9776/22047/18217 9740/22012/18196 9741/22011/18195</w:t>
        <w:br/>
        <w:t>f 9775/22048/18218 9776/22047/18217 9741/22011/18195</w:t>
        <w:br/>
        <w:t>f 9731/22002/18190 9736/22005/18191 9733/22008/18193</w:t>
        <w:br/>
        <w:t>f 9730/22003/18190 9731/22002/18190 9733/22008/18193</w:t>
        <w:br/>
        <w:t>f 9694/21963/18163 9691/21966/18165 9746/22015/18198</w:t>
        <w:br/>
        <w:t>f 9743/22018/18198 9694/21963/18163 9746/22015/18198</w:t>
        <w:br/>
        <w:t>f 9696/21967/18166 9692/21965/18164 9693/21964/18164</w:t>
        <w:br/>
        <w:t>f 9695/21968/18166 9696/21967/18166 9693/21964/18164</w:t>
        <w:br/>
        <w:t>f 9683/21958/18160 9684/21957/18160 9778/22049/18219</w:t>
        <w:br/>
        <w:t>f 9777/22050/18219 9683/21958/18160 9778/22049/18219</w:t>
        <w:br/>
        <w:t>f 9738/22009/18194 9776/22047/18217 9775/22048/18218</w:t>
        <w:br/>
        <w:t>f 9737/22010/18194 9738/22009/18194 9775/22048/18218</w:t>
        <w:br/>
        <w:t>f 9727/22000/18188 9728/21999/18188 9777/22050/18219</w:t>
        <w:br/>
        <w:t>f 9778/22049/18219 9727/22000/18188 9777/22050/18219</w:t>
        <w:br/>
        <w:t>f 9447/21719/17932 9779/22051/18220 9448/21720/17933</w:t>
        <w:br/>
        <w:t>f 9445/21718/17931 9779/22051/18220 9447/21719/17932</w:t>
        <w:br/>
        <w:t>f 9446/21717/17930 9779/22051/18220 9445/21718/17931</w:t>
        <w:br/>
        <w:t>f 9444/21716/17929 9779/22051/18220 9449/21721/17934</w:t>
        <w:br/>
        <w:t>f 9442/21715/17928 9779/22051/18220 9444/21716/17929</w:t>
        <w:br/>
        <w:t>f 9443/21714/17927 9779/22051/18220 9442/21715/17928</w:t>
        <w:br/>
        <w:t>f 9449/21721/17934 9779/22051/18220 9446/21717/17930</w:t>
        <w:br/>
        <w:t>f 9448/21720/17933 9779/22051/18220 9497/21769/17982</w:t>
        <w:br/>
        <w:t>f 9497/21769/17982 9779/22051/18220 9496/21767/17980</w:t>
        <w:br/>
        <w:t>f 9496/21767/17980 9780/22052/18221 9495/21768/17981</w:t>
        <w:br/>
        <w:t>f 9498/21770/17983 9780/22052/18221 9494/21766/17979</w:t>
        <w:br/>
        <w:t>f 9494/21766/17979 9780/22052/18221 9493/21765/17978</w:t>
        <w:br/>
        <w:t>f 9493/21765/17978 9779/22051/18220 9443/21714/17927</w:t>
        <w:br/>
        <w:t>f 9495/21768/17981 9780/22052/18221 9498/21770/17983</w:t>
        <w:br/>
        <w:t>f 9496/21767/17980 9486/21759/17972 9490/21760/17973</w:t>
        <w:br/>
        <w:t>f 9447/21719/17932 9437/21707/17920 9445/21718/17931</w:t>
        <w:br/>
        <w:t>f 9610/21879/18092 9607/21882/18095 9625/21897/18108</w:t>
        <w:br/>
        <w:t>f 9603/21876/18089 9605/21878/18091 9632/21905/18116</w:t>
        <w:br/>
        <w:t>f 9533/21805/18018 9532/21804/18017 9516/21787/18000</w:t>
        <w:br/>
        <w:t>f 9534/21806/18019 9533/21805/18018 9510/21785/17998</w:t>
        <w:br/>
        <w:t>f 8655/21098/17401 8656/21097/17400 8645/21088/17394</w:t>
        <w:br/>
        <w:t>f 8646/21087/17393 8655/21098/17401 8645/21088/17394</w:t>
        <w:br/>
        <w:t>f 8643/21086/17392 8644/21085/17392 8653/21096/17399</w:t>
        <w:br/>
        <w:t>f 8654/21095/17398 8643/21086/17392 8653/21096/17399</w:t>
        <w:br/>
        <w:t>f 8647/21090/17395 8648/21089/17395 8634/21075/17384</w:t>
        <w:br/>
        <w:t>f 8633/21076/17385 8647/21090/17395 8634/21075/17384</w:t>
        <w:br/>
        <w:t>f 8622/21063/17373 8624/21067/17377 8625/21066/17376</w:t>
        <w:br/>
        <w:t>f 8621/21064/17374 8622/21063/17373 8625/21066/17376</w:t>
        <w:br/>
        <w:t>f 8505/20950/17295 8506/20949/17295 8467/20912/17266</w:t>
        <w:br/>
        <w:t>f 8468/20911/17266 8505/20950/17295 8467/20912/17266</w:t>
        <w:br/>
        <w:t>f 8503/20946/17293 8517/20960/17302 8518/20959/17302</w:t>
        <w:br/>
        <w:t>f 8504/20945/17293 8503/20946/17293 8518/20959/17302</w:t>
        <w:br/>
        <w:t>f 8477/20922/17275 8522/20963/17304 8521/20964/17304</w:t>
        <w:br/>
        <w:t>f 8480/20919/17272 8477/20922/17275 8521/20964/17304</w:t>
        <w:br/>
        <w:t>f 8463/20908/17264 8464/20907/17264 8461/20904/17261</w:t>
        <w:br/>
        <w:t>f 8462/20903/17261 8463/20908/17264 8461/20904/17261</w:t>
        <w:br/>
        <w:t>f 13272/22053/18222 13271/22054/18223 13270/22055/18223</w:t>
        <w:br/>
        <w:t>f 13269/22056/18222 13272/22053/18222 13270/22055/18223</w:t>
        <w:br/>
        <w:t>f 13276/22057/18224 13275/22058/18225 13274/22059/18225</w:t>
        <w:br/>
        <w:t>f 13273/22060/18226 13276/22057/18224 13274/22059/18225</w:t>
        <w:br/>
        <w:t>f 13275/22058/18225 13278/22061/18227 13277/22062/18228</w:t>
        <w:br/>
        <w:t>f 13274/22059/18225 13275/22058/18225 13277/22062/18228</w:t>
        <w:br/>
        <w:t>f 13277/22062/18228 13278/22061/18227 13280/22063/18229</w:t>
        <w:br/>
        <w:t>f 13279/22064/18230 13277/22062/18228 13280/22063/18229</w:t>
        <w:br/>
        <w:t>f 13284/22065/18231 13283/22066/18231 13282/22067/18232</w:t>
        <w:br/>
        <w:t>f 13281/22068/18232 13284/22065/18231 13282/22067/18232</w:t>
        <w:br/>
        <w:t>f 13286/22069/18233 13283/22066/18231 13284/22065/18231</w:t>
        <w:br/>
        <w:t>f 13285/22070/18233 13286/22069/18233 13284/22065/18231</w:t>
        <w:br/>
        <w:t>f 13288/22071/18234 13287/22072/18234 13281/22068/18232</w:t>
        <w:br/>
        <w:t>f 13282/22067/18232 13288/22071/18234 13281/22068/18232</w:t>
        <w:br/>
        <w:t>f 13291/22073/18235 13290/22074/18235 13289/22075/18236</w:t>
        <w:br/>
        <w:t>f 13292/22076/18236 13291/22073/18235 13289/22075/18236</w:t>
        <w:br/>
        <w:t>f 13290/22074/18235 13291/22073/18235 13294/22077/18237</w:t>
        <w:br/>
        <w:t>f 13293/22078/18237 13290/22074/18235 13294/22077/18237</w:t>
        <w:br/>
        <w:t>f 13298/22079/18238 13297/22080/18238 13296/22081/18239</w:t>
        <w:br/>
        <w:t>f 13295/22082/18240 13298/22079/18238 13296/22081/18239</w:t>
        <w:br/>
        <w:t>f 13295/22082/18240 13296/22081/18239 13300/22083/18241</w:t>
        <w:br/>
        <w:t>f 13299/22084/18242 13295/22082/18240 13300/22083/18241</w:t>
        <w:br/>
        <w:t>f 13304/22085/18243 13303/22086/18244 13302/22087/18245</w:t>
        <w:br/>
        <w:t>f 13301/22088/18246 13304/22085/18243 13302/22087/18245</w:t>
        <w:br/>
        <w:t>f 13304/22085/18243 13306/22089/18247 13305/22090/18248</w:t>
        <w:br/>
        <w:t>f 13303/22086/18244 13304/22085/18243 13305/22090/18248</w:t>
        <w:br/>
        <w:t>f 13308/22091/18249 13302/22087/18245 13303/22086/18244</w:t>
        <w:br/>
        <w:t>f 13307/22092/18250 13308/22091/18249 13303/22086/18244</w:t>
        <w:br/>
        <w:t>f 13303/22086/18244 13305/22090/18248 13309/22093/18251</w:t>
        <w:br/>
        <w:t>f 13307/22092/18250 13303/22086/18244 13309/22093/18251</w:t>
        <w:br/>
        <w:t>f 13307/22092/18250 13311/22094/18252 13310/22095/18253</w:t>
        <w:br/>
        <w:t>f 13308/22091/18249 13307/22092/18250 13310/22095/18253</w:t>
        <w:br/>
        <w:t>f 13312/22096/18254 13311/22094/18252 13307/22092/18250</w:t>
        <w:br/>
        <w:t>f 13309/22093/18251 13312/22096/18254 13307/22092/18250</w:t>
        <w:br/>
        <w:t>f 13310/22095/18253 13311/22094/18252 13313/22097/18255</w:t>
        <w:br/>
        <w:t>f 13311/22094/18252 13312/22096/18254 13314/22098/18256</w:t>
        <w:br/>
        <w:t>f 13313/22097/18255 13311/22094/18252 13314/22098/18256</w:t>
        <w:br/>
        <w:t>f 13316/22099/18257 13313/22097/18255 13314/22098/18256</w:t>
        <w:br/>
        <w:t>f 13315/22100/18258 13316/22099/18257 13314/22098/18256</w:t>
        <w:br/>
        <w:t>f 13315/22100/18258 13318/22101/18259 13317/22102/18260</w:t>
        <w:br/>
        <w:t>f 13316/22099/18257 13315/22100/18258 13317/22102/18260</w:t>
        <w:br/>
        <w:t>f 13316/22099/18257 13320/22103/18261 13319/22104/18262</w:t>
        <w:br/>
        <w:t>f 13324/22105/18263 13323/22106/18264 13322/22107/18265</w:t>
        <w:br/>
        <w:t>f 13321/22108/18266 13324/22105/18263 13322/22107/18265</w:t>
        <w:br/>
        <w:t>f 13324/22105/18263 13321/22108/18266 13326/22109/18267</w:t>
        <w:br/>
        <w:t>f 13325/22110/18268 13324/22105/18263 13326/22109/18267</w:t>
        <w:br/>
        <w:t>f 13328/22111/18269 13327/22112/18270 13321/22108/18266</w:t>
        <w:br/>
        <w:t>f 13322/22107/18265 13328/22111/18269 13321/22108/18266</w:t>
        <w:br/>
        <w:t>f 13326/22109/18267 13321/22108/18266 13327/22112/18270</w:t>
        <w:br/>
        <w:t>f 13329/22113/18271 13326/22109/18267 13327/22112/18270</w:t>
        <w:br/>
        <w:t>f 13331/22114/18272 13327/22112/18270 13328/22111/18269</w:t>
        <w:br/>
        <w:t>f 13330/22115/18273 13331/22114/18272 13328/22111/18269</w:t>
        <w:br/>
        <w:t>f 13331/22114/18272 13332/22116/18274 13329/22113/18271</w:t>
        <w:br/>
        <w:t>f 13327/22112/18270 13331/22114/18272 13329/22113/18271</w:t>
        <w:br/>
        <w:t>f 13334/22117/18275 13324/22105/18263 13325/22110/18268</w:t>
        <w:br/>
        <w:t>f 13333/22118/18276 13334/22117/18275 13325/22110/18268</w:t>
        <w:br/>
        <w:t>f 13335/22119/18277 13323/22106/18264 13324/22105/18263</w:t>
        <w:br/>
        <w:t>f 13334/22117/18275 13335/22119/18277 13324/22105/18263</w:t>
        <w:br/>
        <w:t>f 13332/22116/18274 13331/22114/18272 13337/22120/18278</w:t>
        <w:br/>
        <w:t>f 13336/22121/18279 13332/22116/18274 13337/22120/18278</w:t>
        <w:br/>
        <w:t>f 13337/22120/18278 13331/22114/18272 13330/22115/18273</w:t>
        <w:br/>
        <w:t>f 13338/22122/18280 13337/22120/18278 13330/22115/18273</w:t>
        <w:br/>
        <w:t>f 13340/22123/18281 13337/22120/18278 13338/22122/18280</w:t>
        <w:br/>
        <w:t>f 13339/22124/18282 13340/22123/18281 13338/22122/18280</w:t>
        <w:br/>
        <w:t>f 13336/22121/18279 13337/22120/18278 13340/22123/18281</w:t>
        <w:br/>
        <w:t>f 13341/22125/18283 13336/22121/18279 13340/22123/18281</w:t>
        <w:br/>
        <w:t>f 13344/22126/18284 13343/22127/18285 13342/22128/18286</w:t>
        <w:br/>
        <w:t>f 13339/22124/18282 13345/22129/18287 13344/22126/18284</w:t>
        <w:br/>
        <w:t>f 13340/22123/18281 13339/22124/18282 13344/22126/18284</w:t>
        <w:br/>
        <w:t>f 13349/22130/18288 13348/22131/18289 13347/22132/18290</w:t>
        <w:br/>
        <w:t>f 13346/22133/18291 13349/22130/18288 13347/22132/18290</w:t>
        <w:br/>
        <w:t>f 13350/22134/18292 13346/22133/18291 13347/22132/18290</w:t>
        <w:br/>
        <w:t>f 13347/22132/18290 13304/22085/18243 13301/22088/18246</w:t>
        <w:br/>
        <w:t>f 13351/22135/18293 13347/22132/18290 13301/22088/18246</w:t>
        <w:br/>
        <w:t>f 13351/22135/18293 13352/22136/18294 13350/22134/18292</w:t>
        <w:br/>
        <w:t>f 13347/22132/18290 13351/22135/18293 13350/22134/18292</w:t>
        <w:br/>
        <w:t>f 13356/22137/18295 13355/22138/18295 13354/22139/18296</w:t>
        <w:br/>
        <w:t>f 13353/22140/18296 13356/22137/18295 13354/22139/18296</w:t>
        <w:br/>
        <w:t>f 13360/22141/18297 13359/22142/18298 13358/22143/18299</w:t>
        <w:br/>
        <w:t>f 13357/22144/18297 13360/22141/18297 13358/22143/18299</w:t>
        <w:br/>
        <w:t>f 13353/22140/18296 13354/22139/18296 13362/22145/18300</w:t>
        <w:br/>
        <w:t>f 13361/22146/18301 13353/22140/18296 13362/22145/18300</w:t>
        <w:br/>
        <w:t>f 13364/22147/18302 13360/22141/18297 13357/22144/18297</w:t>
        <w:br/>
        <w:t>f 13363/22148/18303 13364/22147/18302 13357/22144/18297</w:t>
        <w:br/>
        <w:t>f 13368/22149/18304 13367/22150/18304 13366/22151/18304</w:t>
        <w:br/>
        <w:t>f 13365/22152/18304 13368/22149/18304 13366/22151/18304</w:t>
        <w:br/>
        <w:t>f 13372/22153/18305 13371/22154/18305 13370/22155/18306</w:t>
        <w:br/>
        <w:t>f 13369/22156/18302 13372/22153/18305 13370/22155/18306</w:t>
        <w:br/>
        <w:t>f 13374/22157/18307 13373/22158/18307 13308/22091/18249</w:t>
        <w:br/>
        <w:t>f 13310/22095/18253 13374/22157/18307 13308/22091/18249</w:t>
        <w:br/>
        <w:t>f 13378/22159/18308 13377/22160/18309 13376/22161/18309</w:t>
        <w:br/>
        <w:t>f 13375/22162/18310 13378/22159/18308 13376/22161/18309</w:t>
        <w:br/>
        <w:t>f 13382/22163/18311 13381/22164/18311 13380/22165/18312</w:t>
        <w:br/>
        <w:t>f 13379/22166/18313 13382/22163/18311 13380/22165/18312</w:t>
        <w:br/>
        <w:t>f 13377/22160/18309 13384/22167/18314 13383/22168/18314</w:t>
        <w:br/>
        <w:t>f 13376/22161/18309 13377/22160/18309 13383/22168/18314</w:t>
        <w:br/>
        <w:t>f 13386/22169/18315 13385/22170/18315 13381/22164/18311</w:t>
        <w:br/>
        <w:t>f 13382/22163/18311 13386/22169/18315 13381/22164/18311</w:t>
        <w:br/>
        <w:t>f 13388/22171/18316 13387/22172/18316 13385/22170/18315</w:t>
        <w:br/>
        <w:t>f 13386/22169/18315 13388/22171/18316 13385/22170/18315</w:t>
        <w:br/>
        <w:t>f 13384/22167/18314 13390/22173/18317 13389/22174/18317</w:t>
        <w:br/>
        <w:t>f 13383/22168/18314 13384/22167/18314 13389/22174/18317</w:t>
        <w:br/>
        <w:t>f 13394/22175/18318 13393/22176/18319 13392/22177/18320</w:t>
        <w:br/>
        <w:t>f 13391/22178/18318 13394/22175/18318 13392/22177/18320</w:t>
        <w:br/>
        <w:t>f 13398/22179/18321 13397/22180/18321 13396/22181/18322</w:t>
        <w:br/>
        <w:t>f 13395/22182/18322 13398/22179/18321 13396/22181/18322</w:t>
        <w:br/>
        <w:t>f 13400/22183/18323 13394/22175/18318 13391/22178/18318</w:t>
        <w:br/>
        <w:t>f 13399/22184/18313 13400/22183/18323 13391/22178/18318</w:t>
        <w:br/>
        <w:t>f 13402/22185/18324 13401/22186/18325 13395/22182/18322</w:t>
        <w:br/>
        <w:t>f 13396/22181/18322 13402/22185/18324 13395/22182/18322</w:t>
        <w:br/>
        <w:t>f 13330/22115/18273 13328/22111/18269 13371/22154/18305</w:t>
        <w:br/>
        <w:t>f 13372/22153/18305 13330/22115/18273 13371/22154/18305</w:t>
        <w:br/>
        <w:t>f 13389/22174/18317 13390/22173/18317 13397/22180/18321</w:t>
        <w:br/>
        <w:t>f 13398/22179/18321 13389/22174/18317 13397/22180/18321</w:t>
        <w:br/>
        <w:t>f 13393/22176/18319 13387/22172/18316 13388/22171/18316</w:t>
        <w:br/>
        <w:t>f 13392/22177/18320 13393/22176/18319 13388/22171/18316</w:t>
        <w:br/>
        <w:t>f 13406/22187/18326 13405/22188/18327 13404/22189/18327</w:t>
        <w:br/>
        <w:t>f 13403/22190/18328 13406/22187/18326 13404/22189/18327</w:t>
        <w:br/>
        <w:t>f 13410/22191/18329 13409/22192/18330 13408/22193/18331</w:t>
        <w:br/>
        <w:t>f 13407/22194/18332 13410/22191/18329 13408/22193/18331</w:t>
        <w:br/>
        <w:t>f 13412/22195/18333 13411/22196/18334 13410/22191/18329</w:t>
        <w:br/>
        <w:t>f 13407/22194/18332 13412/22195/18333 13410/22191/18329</w:t>
        <w:br/>
        <w:t>f 13405/22188/18327 13414/22197/18335 13413/22198/18335</w:t>
        <w:br/>
        <w:t>f 13404/22189/18327 13405/22188/18327 13413/22198/18335</w:t>
        <w:br/>
        <w:t>f 13418/22199/18336 13417/22200/18337 13416/22201/18338</w:t>
        <w:br/>
        <w:t>f 13415/22202/18336 13418/22199/18336 13416/22201/18338</w:t>
        <w:br/>
        <w:t>f 13420/22203/18339 13419/22204/18339 13411/22196/18334</w:t>
        <w:br/>
        <w:t>f 13412/22195/18333 13420/22203/18339 13411/22196/18334</w:t>
        <w:br/>
        <w:t>f 13424/22205/18340 13423/22206/18340 13422/22207/18341</w:t>
        <w:br/>
        <w:t>f 13421/22208/18341 13424/22205/18340 13422/22207/18341</w:t>
        <w:br/>
        <w:t>f 13421/22208/18341 13422/22207/18341 13419/22204/18339</w:t>
        <w:br/>
        <w:t>f 13420/22203/18339 13421/22208/18341 13419/22204/18339</w:t>
        <w:br/>
        <w:t>f 13426/22209/18342 13355/22138/18295 13356/22137/18295</w:t>
        <w:br/>
        <w:t>f 13425/22210/18342 13426/22209/18342 13356/22137/18295</w:t>
        <w:br/>
        <w:t>f 13416/22201/18338 13417/22200/18337 13426/22209/18342</w:t>
        <w:br/>
        <w:t>f 13425/22210/18342 13416/22201/18338 13426/22209/18342</w:t>
        <w:br/>
        <w:t>f 13429/22211/18343 13428/22212/18343 13427/22213/18344</w:t>
        <w:br/>
        <w:t>f 13431/22214/18345 13427/22213/18346 13430/22215/18347</w:t>
        <w:br/>
        <w:t>f 13435/22216/18348 13434/22217/18274 13433/22218/18349</w:t>
        <w:br/>
        <w:t>f 13432/22219/18350 13435/22216/18348 13433/22218/18349</w:t>
        <w:br/>
        <w:t>f 13439/22220/18351 13438/22221/18352 13437/22222/18353</w:t>
        <w:br/>
        <w:t>f 13436/22223/18351 13439/22220/18351 13437/22222/18353</w:t>
        <w:br/>
        <w:t>f 13443/22224/18354 13442/22225/18355 13441/22226/18356</w:t>
        <w:br/>
        <w:t>f 13440/22227/18357 13443/22224/18354 13441/22226/18356</w:t>
        <w:br/>
        <w:t>f 13317/22102/18260 13320/22103/18261 13316/22099/18257</w:t>
        <w:br/>
        <w:t>f 13319/22104/18262 13444/22228/18358 13316/22099/18257</w:t>
        <w:br/>
        <w:t>f 13444/22228/18358 13313/22097/18255 13316/22099/18257</w:t>
        <w:br/>
        <w:t>f 13310/22095/18253 13313/22097/18255 13444/22228/18358</w:t>
        <w:br/>
        <w:t>f 13344/22126/18284 13345/22129/18287 13346/22133/18291</w:t>
        <w:br/>
        <w:t>f 13293/22078/18237 13294/22077/18237 13445/22229/18359</w:t>
        <w:br/>
        <w:t>f 13300/22083/18241 13293/22078/18237 13445/22229/18359</w:t>
        <w:br/>
        <w:t>f 13299/22084/18242 13300/22083/18241 13445/22229/18359</w:t>
        <w:br/>
        <w:t>f 13414/22197/18335 13418/22199/18336 13415/22202/18336</w:t>
        <w:br/>
        <w:t>f 13413/22198/18335 13414/22197/18335 13415/22202/18336</w:t>
        <w:br/>
        <w:t>f 13344/22126/18284 13342/22128/18286 13340/22123/18281</w:t>
        <w:br/>
        <w:t>f 13340/22123/18281 13342/22128/18286 13341/22125/18283</w:t>
        <w:br/>
        <w:t>f 13304/22085/18243 13349/22130/18360 13306/22089/18247</w:t>
        <w:br/>
        <w:t>f 13359/22142/18298 13423/22206/18340 13424/22205/18340</w:t>
        <w:br/>
        <w:t>f 13358/22143/18299 13359/22142/18298 13424/22205/18340</w:t>
        <w:br/>
        <w:t>f 13272/22053/18222 13269/22056/18222 13447/22230/18361</w:t>
        <w:br/>
        <w:t>f 13446/22231/18362 13272/22053/18222 13447/22230/18361</w:t>
        <w:br/>
        <w:t>f 13297/22080/18238 13298/22079/18238 13447/22230/18363</w:t>
        <w:br/>
        <w:t>f 13451/22232/18364 13450/22233/18365 13449/22234/18366</w:t>
        <w:br/>
        <w:t>f 13448/22235/18366 13451/22232/18364 13449/22234/18366</w:t>
        <w:br/>
        <w:t>f 13455/22236/18367 13454/22237/18367 13453/22238/18368</w:t>
        <w:br/>
        <w:t>f 13452/22239/18369 13455/22236/18367 13453/22238/18368</w:t>
        <w:br/>
        <w:t>f 13457/22240/18370 13456/22241/18370 13454/22237/18367</w:t>
        <w:br/>
        <w:t>f 13455/22236/18367 13457/22240/18370 13454/22237/18367</w:t>
        <w:br/>
        <w:t>f 13459/22242/18371 13456/22241/18370 13457/22240/18370</w:t>
        <w:br/>
        <w:t>f 13458/22243/18371 13459/22242/18371 13457/22240/18370</w:t>
        <w:br/>
        <w:t>f 13463/22244/18372 13462/22245/18373 13461/22246/18374</w:t>
        <w:br/>
        <w:t>f 13460/22247/18375 13463/22244/18372 13461/22246/18374</w:t>
        <w:br/>
        <w:t>f 13465/22248/18376 13464/22249/18376 13463/22244/18372</w:t>
        <w:br/>
        <w:t>f 13460/22247/18375 13465/22248/18376 13463/22244/18372</w:t>
        <w:br/>
        <w:t>f 13462/22245/18373 13467/22250/18377 13466/22251/18377</w:t>
        <w:br/>
        <w:t>f 13461/22246/18374 13462/22245/18373 13466/22251/18377</w:t>
        <w:br/>
        <w:t>f 13470/22252/18378 13469/22253/18379 13468/22254/18379</w:t>
        <w:br/>
        <w:t>f 13471/22255/18378 13470/22252/18378 13468/22254/18379</w:t>
        <w:br/>
        <w:t>f 13473/22256/18380 13470/22252/18378 13471/22255/18378</w:t>
        <w:br/>
        <w:t>f 13472/22257/18380 13473/22256/18380 13471/22255/18378</w:t>
        <w:br/>
        <w:t>f 13477/22258/18381 13476/22259/18382 13475/22260/18382</w:t>
        <w:br/>
        <w:t>f 13474/22261/18383 13477/22258/18381 13475/22260/18382</w:t>
        <w:br/>
        <w:t>f 13476/22259/18382 13479/22262/18384 13478/22263/18385</w:t>
        <w:br/>
        <w:t>f 13475/22260/18382 13476/22259/18382 13478/22263/18385</w:t>
        <w:br/>
        <w:t>f 13483/22264/18386 13482/22265/18387 13481/22266/18388</w:t>
        <w:br/>
        <w:t>f 13480/22267/18389 13483/22264/18386 13481/22266/18388</w:t>
        <w:br/>
        <w:t>f 13483/22264/18386 13480/22267/18389 13484/22268/18390</w:t>
        <w:br/>
        <w:t>f 13485/22269/18391 13483/22264/18386 13484/22268/18390</w:t>
        <w:br/>
        <w:t>f 13487/22270/18392 13486/22271/18393 13480/22267/18389</w:t>
        <w:br/>
        <w:t>f 13481/22266/18388 13487/22270/18392 13480/22267/18389</w:t>
        <w:br/>
        <w:t>f 13488/22272/18394 13484/22268/18390 13480/22267/18389</w:t>
        <w:br/>
        <w:t>f 13486/22271/18393 13488/22272/18394 13480/22267/18389</w:t>
        <w:br/>
        <w:t>f 13486/22271/18393 13487/22270/18392 13490/22273/18395</w:t>
        <w:br/>
        <w:t>f 13489/22274/18396 13486/22271/18393 13490/22273/18395</w:t>
        <w:br/>
        <w:t>f 13491/22275/18397 13488/22272/18394 13486/22271/18393</w:t>
        <w:br/>
        <w:t>f 13489/22274/18396 13491/22275/18397 13486/22271/18393</w:t>
        <w:br/>
        <w:t>f 13490/22273/18395 13492/22276/18398 13489/22274/18396</w:t>
        <w:br/>
        <w:t>f 13493/22277/18399 13491/22275/18397 13489/22274/18396</w:t>
        <w:br/>
        <w:t>f 13492/22276/18398 13493/22277/18399 13489/22274/18396</w:t>
        <w:br/>
        <w:t>f 13495/22278/18400 13494/22279/18401 13493/22277/18399</w:t>
        <w:br/>
        <w:t>f 13492/22276/18398 13495/22278/18400 13493/22277/18399</w:t>
        <w:br/>
        <w:t>f 13497/22280/18402 13496/22281/18403 13494/22279/18401</w:t>
        <w:br/>
        <w:t>f 13495/22278/18400 13497/22280/18402 13494/22279/18401</w:t>
        <w:br/>
        <w:t>f 13495/22278/18400 13499/22282/18404 13498/22283/18405</w:t>
        <w:br/>
        <w:t>f 13503/22284/18406 13502/22285/18407 13501/22286/18408</w:t>
        <w:br/>
        <w:t>f 13500/22287/18409 13503/22284/18406 13501/22286/18408</w:t>
        <w:br/>
        <w:t>f 13505/22288/18410 13502/22285/18407 13503/22284/18406</w:t>
        <w:br/>
        <w:t>f 13504/22289/18411 13505/22288/18410 13503/22284/18406</w:t>
        <w:br/>
        <w:t>f 13502/22285/18407 13507/22290/18412 13506/22291/18413</w:t>
        <w:br/>
        <w:t>f 13501/22286/18408 13502/22285/18407 13506/22291/18413</w:t>
        <w:br/>
        <w:t>f 13507/22290/18412 13502/22285/18407 13505/22288/18410</w:t>
        <w:br/>
        <w:t>f 13508/22292/18414 13507/22290/18412 13505/22288/18410</w:t>
        <w:br/>
        <w:t>f 13506/22291/18413 13507/22290/18412 13510/22293/18415</w:t>
        <w:br/>
        <w:t>f 13509/22294/18416 13506/22291/18413 13510/22293/18415</w:t>
        <w:br/>
        <w:t>f 13508/22292/18414 13511/22295/18417 13510/22293/18415</w:t>
        <w:br/>
        <w:t>f 13507/22290/18412 13508/22292/18414 13510/22293/18415</w:t>
        <w:br/>
        <w:t>f 13504/22289/18411 13503/22284/18406 13513/22296/18418</w:t>
        <w:br/>
        <w:t>f 13512/22297/18419 13504/22289/18411 13513/22296/18418</w:t>
        <w:br/>
        <w:t>f 13503/22284/18406 13500/22287/18409 13514/22298/18420</w:t>
        <w:br/>
        <w:t>f 13513/22296/18418 13503/22284/18406 13514/22298/18420</w:t>
        <w:br/>
        <w:t>f 13511/22295/18417 13516/22299/18421 13515/22300/18422</w:t>
        <w:br/>
        <w:t>f 13510/22293/18415 13511/22295/18417 13515/22300/18422</w:t>
        <w:br/>
        <w:t>f 13515/22300/18422 13517/22301/18423 13509/22294/18416</w:t>
        <w:br/>
        <w:t>f 13510/22293/18415 13515/22300/18422 13509/22294/18416</w:t>
        <w:br/>
        <w:t>f 13519/22302/18424 13518/22303/18425 13517/22301/18423</w:t>
        <w:br/>
        <w:t>f 13515/22300/18422 13519/22302/18424 13517/22301/18423</w:t>
        <w:br/>
        <w:t>f 13519/22302/18424 13515/22300/18422 13516/22299/18421</w:t>
        <w:br/>
        <w:t>f 13520/22304/18426 13519/22302/18424 13516/22299/18421</w:t>
        <w:br/>
        <w:t>f 13523/22305/18427 13522/22306/18428 13521/22307/18429</w:t>
        <w:br/>
        <w:t>f 13523/22305/18427 13524/22308/18430 13518/22303/18425</w:t>
        <w:br/>
        <w:t>f 13519/22302/18424 13523/22305/18427 13518/22303/18425</w:t>
        <w:br/>
        <w:t>f 13528/22309/18431 13527/22310/18432 13526/22311/18433</w:t>
        <w:br/>
        <w:t>f 13525/22312/18434 13528/22309/18431 13526/22311/18433</w:t>
        <w:br/>
        <w:t>f 13529/22313/18435 13526/22311/18433 13527/22310/18432</w:t>
        <w:br/>
        <w:t>f 13482/22265/18387 13483/22264/18386 13526/22311/18433</w:t>
        <w:br/>
        <w:t>f 13530/22314/18436 13482/22265/18387 13526/22311/18433</w:t>
        <w:br/>
        <w:t>f 13529/22313/18435 13531/22315/18437 13530/22314/18436</w:t>
        <w:br/>
        <w:t>f 13526/22311/18433 13529/22313/18435 13530/22314/18436</w:t>
        <w:br/>
        <w:t>f 13535/22316/18438 13534/22317/18439 13533/22318/18439</w:t>
        <w:br/>
        <w:t>f 13532/22319/18438 13535/22316/18438 13533/22318/18439</w:t>
        <w:br/>
        <w:t>f 13539/22320/18440 13538/22321/18440 13537/22322/18441</w:t>
        <w:br/>
        <w:t>f 13536/22323/18442 13539/22320/18440 13537/22322/18441</w:t>
        <w:br/>
        <w:t>f 13534/22317/18439 13541/22324/18443 13540/22325/18444</w:t>
        <w:br/>
        <w:t>f 13533/22318/18439 13534/22317/18439 13540/22325/18444</w:t>
        <w:br/>
        <w:t>f 13536/22323/18442 13537/22322/18441 13543/22326/18445</w:t>
        <w:br/>
        <w:t>f 13542/22327/18446 13536/22323/18442 13543/22326/18445</w:t>
        <w:br/>
        <w:t>f 13547/22328/18447 13546/22329/18447 13545/22330/18447</w:t>
        <w:br/>
        <w:t>f 13544/22331/18447 13547/22328/18447 13545/22330/18447</w:t>
        <w:br/>
        <w:t>f 13551/22332/18448 13550/22333/18449 13549/22334/18449</w:t>
        <w:br/>
        <w:t>f 13548/22335/18450 13551/22332/18448 13549/22334/18449</w:t>
        <w:br/>
        <w:t>f 13487/22270/18392 13553/22336/18451 13552/22337/18452</w:t>
        <w:br/>
        <w:t>f 13490/22273/18395 13487/22270/18392 13552/22337/18452</w:t>
        <w:br/>
        <w:t>f 13557/22338/18453 13556/22339/18454 13555/22340/18455</w:t>
        <w:br/>
        <w:t>f 13554/22341/18456 13557/22338/18453 13555/22340/18455</w:t>
        <w:br/>
        <w:t>f 13561/22342/18457 13560/22343/18458 13559/22344/18459</w:t>
        <w:br/>
        <w:t>f 13558/22345/18457 13561/22342/18457 13559/22344/18459</w:t>
        <w:br/>
        <w:t>f 13563/22346/18460 13562/22347/18460 13556/22339/18454</w:t>
        <w:br/>
        <w:t>f 13557/22338/18453 13563/22346/18460 13556/22339/18454</w:t>
        <w:br/>
        <w:t>f 13565/22348/18461 13561/22342/18457 13558/22345/18457</w:t>
        <w:br/>
        <w:t>f 13564/22349/18461 13565/22348/18461 13558/22345/18457</w:t>
        <w:br/>
        <w:t>f 13567/22350/18462 13565/22348/18461 13564/22349/18461</w:t>
        <w:br/>
        <w:t>f 13566/22351/18462 13567/22350/18462 13564/22349/18461</w:t>
        <w:br/>
        <w:t>f 13569/22352/18463 13568/22353/18463 13562/22347/18460</w:t>
        <w:br/>
        <w:t>f 13563/22346/18460 13569/22352/18463 13562/22347/18460</w:t>
        <w:br/>
        <w:t>f 13573/22354/18464 13572/22355/18464 13571/22356/18465</w:t>
        <w:br/>
        <w:t>f 13570/22357/18465 13573/22354/18464 13571/22356/18465</w:t>
        <w:br/>
        <w:t>f 13577/22358/18466 13576/22359/18467 13575/22360/18467</w:t>
        <w:br/>
        <w:t>f 13574/22361/18466 13577/22358/18466 13575/22360/18467</w:t>
        <w:br/>
        <w:t>f 13570/22357/18465 13571/22356/18465 13579/22362/18468</w:t>
        <w:br/>
        <w:t>f 13578/22363/18469 13570/22357/18465 13579/22362/18468</w:t>
        <w:br/>
        <w:t>f 13581/22364/18470 13575/22360/18467 13576/22359/18467</w:t>
        <w:br/>
        <w:t>f 13580/22365/18456 13581/22364/18470 13576/22359/18467</w:t>
        <w:br/>
        <w:t>f 13509/22294/18416 13549/22334/18449 13550/22333/18449</w:t>
        <w:br/>
        <w:t>f 13506/22291/18413 13509/22294/18416 13550/22333/18449</w:t>
        <w:br/>
        <w:t>f 13569/22352/18463 13577/22358/18466 13574/22361/18466</w:t>
        <w:br/>
        <w:t>f 13568/22353/18463 13569/22352/18463 13574/22361/18466</w:t>
        <w:br/>
        <w:t>f 13567/22350/18462 13566/22351/18462 13572/22355/18464</w:t>
        <w:br/>
        <w:t>f 13573/22354/18464 13567/22350/18462 13572/22355/18464</w:t>
        <w:br/>
        <w:t>f 13585/22366/18471 13584/22367/18471 13583/22368/18472</w:t>
        <w:br/>
        <w:t>f 13582/22369/18473 13585/22366/18471 13583/22368/18472</w:t>
        <w:br/>
        <w:t>f 13589/22370/18474 13588/22371/18475 13587/22372/18476</w:t>
        <w:br/>
        <w:t>f 13586/22373/18476 13589/22370/18474 13587/22372/18476</w:t>
        <w:br/>
        <w:t>f 13591/22374/18477 13586/22373/18476 13587/22372/18476</w:t>
        <w:br/>
        <w:t>f 13590/22375/18477 13591/22374/18477 13587/22372/18476</w:t>
        <w:br/>
        <w:t>f 13593/22376/18478 13592/22377/18478 13584/22367/18471</w:t>
        <w:br/>
        <w:t>f 13585/22366/18471 13593/22376/18478 13584/22367/18471</w:t>
        <w:br/>
        <w:t>f 13597/22378/18479 13596/22379/18479 13595/22380/18480</w:t>
        <w:br/>
        <w:t>f 13594/22381/18481 13597/22378/18479 13595/22380/18480</w:t>
        <w:br/>
        <w:t>f 13599/22382/18482 13591/22374/18477 13590/22375/18477</w:t>
        <w:br/>
        <w:t>f 13598/22383/18482 13599/22382/18482 13590/22375/18477</w:t>
        <w:br/>
        <w:t>f 13603/22384/18483 13602/22385/18484 13601/22386/18484</w:t>
        <w:br/>
        <w:t>f 13600/22387/18483 13603/22384/18483 13601/22386/18484</w:t>
        <w:br/>
        <w:t>f 13602/22385/18484 13599/22382/18482 13598/22383/18482</w:t>
        <w:br/>
        <w:t>f 13601/22386/18484 13602/22385/18484 13598/22383/18482</w:t>
        <w:br/>
        <w:t>f 13535/22316/18438 13532/22319/18438 13605/22388/18485</w:t>
        <w:br/>
        <w:t>f 13604/22389/18485 13535/22316/18438 13605/22388/18485</w:t>
        <w:br/>
        <w:t>f 13597/22378/18479 13604/22389/18485 13605/22388/18485</w:t>
        <w:br/>
        <w:t>f 13596/22379/18479 13597/22378/18479 13605/22388/18485</w:t>
        <w:br/>
        <w:t>f 13608/22390/18486 13607/22391/18487 13606/22392/18486</w:t>
        <w:br/>
        <w:t>f 13610/22393/18488 13609/22394/18368 13607/22391/18487</w:t>
        <w:br/>
        <w:t>f 13614/22395/18414 13613/22396/18489 13612/22397/18490</w:t>
        <w:br/>
        <w:t>f 13611/22398/18491 13614/22395/18414 13612/22397/18490</w:t>
        <w:br/>
        <w:t>f 13618/22399/18492 13617/22400/18493 13616/22401/18492</w:t>
        <w:br/>
        <w:t>f 13615/22402/18492 13618/22399/18492 13616/22401/18492</w:t>
        <w:br/>
        <w:t>f 13622/22403/18494 13621/22404/18495 13620/22405/18495</w:t>
        <w:br/>
        <w:t>f 13619/22406/18496 13622/22403/18494 13620/22405/18495</w:t>
        <w:br/>
        <w:t>f 13497/22280/18402 13495/22278/18400 13498/22283/18405</w:t>
        <w:br/>
        <w:t>f 13499/22282/18404 13495/22278/18400 13623/22407/18497</w:t>
        <w:br/>
        <w:t>f 13623/22407/18497 13495/22278/18400 13492/22276/18398</w:t>
        <w:br/>
        <w:t>f 13490/22273/18395 13623/22407/18497 13492/22276/18398</w:t>
        <w:br/>
        <w:t>f 13523/22305/18427 13527/22310/18498 13524/22308/18430</w:t>
        <w:br/>
        <w:t>f 13472/22257/18380 13478/22263/18385 13624/22408/18499</w:t>
        <w:br/>
        <w:t>f 13473/22256/18380 13472/22257/18380 13624/22408/18499</w:t>
        <w:br/>
        <w:t>f 13479/22262/18384 13624/22408/18499 13478/22263/18385</w:t>
        <w:br/>
        <w:t>f 13594/22381/18481 13595/22380/18480 13592/22377/18478</w:t>
        <w:br/>
        <w:t>f 13593/22376/18478 13594/22381/18481 13592/22377/18478</w:t>
        <w:br/>
        <w:t>f 13523/22305/18427 13519/22302/18424 13522/22306/18428</w:t>
        <w:br/>
        <w:t>f 13519/22302/18424 13520/22304/18426 13522/22306/18428</w:t>
        <w:br/>
        <w:t>f 13483/22264/18386 13485/22269/18391 13528/22309/18500</w:t>
        <w:br/>
        <w:t>f 13603/22384/18483 13600/22387/18483 13538/22321/18440</w:t>
        <w:br/>
        <w:t>f 13539/22320/18440 13603/22384/18483 13538/22321/18440</w:t>
        <w:br/>
        <w:t>f 13449/22234/18366 13626/22409/18501 13625/22410/18502</w:t>
        <w:br/>
        <w:t>f 13448/22235/18366 13449/22234/18366 13625/22410/18502</w:t>
        <w:br/>
        <w:t>f 13474/22261/18383 13625/22410/18503 13477/22258/18381</w:t>
        <w:br/>
        <w:t>f 16826/22411/18504 16825/22412/18504 16824/22413/18505</w:t>
        <w:br/>
        <w:t>f 16823/22414/18506 16826/22411/18504 16824/22413/18505</w:t>
        <w:br/>
        <w:t>f 16828/22415/18507 16823/22414/18506 16824/22413/18505</w:t>
        <w:br/>
        <w:t>f 16827/22416/18508 16828/22415/18507 16824/22413/18505</w:t>
        <w:br/>
        <w:t>f 16827/22416/18508 16830/22417/18509 16829/22418/18510</w:t>
        <w:br/>
        <w:t>f 16828/22415/18507 16827/22416/18508 16829/22418/18510</w:t>
        <w:br/>
        <w:t>f 16830/22417/18509 16832/22419/18511 16831/22420/18512</w:t>
        <w:br/>
        <w:t>f 16829/22418/18510 16830/22417/18509 16831/22420/18512</w:t>
        <w:br/>
        <w:t>f 16832/22419/18511 16834/22421/18513 16833/22422/18514</w:t>
        <w:br/>
        <w:t>f 16831/22420/18512 16832/22419/18511 16833/22422/18514</w:t>
        <w:br/>
        <w:t>f 16831/22420/18512 16833/22422/18514 16835/22423/18515</w:t>
        <w:br/>
        <w:t>f 16836/22424/18516 16831/22420/18512 16835/22423/18515</w:t>
        <w:br/>
        <w:t>f 16840/22425/18517 16839/22426/18518 16838/22427/18519</w:t>
        <w:br/>
        <w:t>f 16837/22428/18520 16840/22425/18517 16838/22427/18519</w:t>
        <w:br/>
        <w:t>f 16841/22429/18521 16829/22418/18510 16831/22420/18512</w:t>
        <w:br/>
        <w:t>f 16837/22428/18520 16841/22429/18521 16831/22420/18512</w:t>
        <w:br/>
        <w:t>f 16842/22430/18522 16828/22415/18507 16829/22418/18510</w:t>
        <w:br/>
        <w:t>f 16841/22429/18521 16842/22430/18522 16829/22418/18510</w:t>
        <w:br/>
        <w:t>f 16842/22430/18522 16823/22414/18506 16828/22415/18507</w:t>
        <w:br/>
        <w:t>f 16833/22422/18514 16834/22421/18513 16843/22431/18523</w:t>
        <w:br/>
        <w:t>f 16833/22422/18514 16845/22432/18524 16844/22433/18525</w:t>
        <w:br/>
        <w:t>f 16846/22434/18526 16835/22423/18515 16833/22422/18514</w:t>
        <w:br/>
        <w:t>f 16844/22433/18525 16846/22434/18526 16833/22422/18514</w:t>
        <w:br/>
        <w:t>f 16836/22424/18516 16835/22423/18515 16848/22435/18527</w:t>
        <w:br/>
        <w:t>f 16847/22436/18528 16836/22424/18516 16848/22435/18527</w:t>
        <w:br/>
        <w:t>f 16839/22426/18518 16840/22425/18517 16850/22437/18529</w:t>
        <w:br/>
        <w:t>f 16849/22438/18530 16839/22426/18518 16850/22437/18529</w:t>
        <w:br/>
        <w:t>f 16845/22432/18524 16852/22439/18531 16851/22440/18532</w:t>
        <w:br/>
        <w:t>f 16844/22433/18525 16845/22432/18524 16854/22441/18533</w:t>
        <w:br/>
        <w:t>f 16853/22442/18534 16844/22433/18525 16854/22441/18533</w:t>
        <w:br/>
        <w:t>f 16846/22434/18526 16844/22433/18525 16853/22442/18534</w:t>
        <w:br/>
        <w:t>f 16855/22443/18535 16846/22434/18526 16853/22442/18534</w:t>
        <w:br/>
        <w:t>f 16848/22435/18527 16857/22444/18536 16856/22445/18537</w:t>
        <w:br/>
        <w:t>f 16847/22436/18528 16848/22435/18527 16856/22445/18537</w:t>
        <w:br/>
        <w:t>f 16859/22446/18538 16849/22438/18530 16850/22437/18529</w:t>
        <w:br/>
        <w:t>f 16858/22447/18539 16859/22446/18538 16850/22437/18529</w:t>
        <w:br/>
        <w:t>f 16861/22448/18540 16854/22441/18533 16860/22449/18541</w:t>
        <w:br/>
        <w:t>f 16854/22441/18533 16861/22448/18540 16853/22442/18534</w:t>
        <w:br/>
        <w:t>f 16861/22448/18540 16862/22450/18542 16855/22443/18535</w:t>
        <w:br/>
        <w:t>f 16853/22442/18534 16861/22448/18540 16855/22443/18535</w:t>
        <w:br/>
        <w:t>f 16857/22444/18536 16862/22450/18542 16863/22451/18543</w:t>
        <w:br/>
        <w:t>f 16856/22445/18537 16857/22444/18536 16863/22451/18543</w:t>
        <w:br/>
        <w:t>f 16858/22447/18539 16863/22451/18543 16864/22452/18544</w:t>
        <w:br/>
        <w:t>f 16859/22446/18538 16858/22447/18539 16864/22452/18544</w:t>
        <w:br/>
        <w:t>f 16866/22453/18545 16864/22452/18544 16863/22451/18543</w:t>
        <w:br/>
        <w:t>f 16865/22454/18546 16866/22453/18545 16863/22451/18543</w:t>
        <w:br/>
        <w:t>f 16868/22455/18547 16867/22456/18548 16861/22448/18540</w:t>
        <w:br/>
        <w:t>f 16867/22456/18548 16871/22457/18549 16870/22458/18550</w:t>
        <w:br/>
        <w:t>f 16869/22459/18551 16867/22456/18548 16870/22458/18550</w:t>
        <w:br/>
        <w:t>f 16865/22454/18546 16869/22459/18551 16872/22460/18552</w:t>
        <w:br/>
        <w:t>f 16866/22453/18545 16865/22454/18546 16872/22460/18552</w:t>
        <w:br/>
        <w:t>f 16869/22459/18551 16870/22458/18550 16874/22461/18553</w:t>
        <w:br/>
        <w:t>f 16873/22462/18554 16869/22459/18551 16874/22461/18553</w:t>
        <w:br/>
        <w:t>f 16869/22459/18551 16873/22462/18554 16872/22460/18552</w:t>
        <w:br/>
        <w:t>f 16873/22462/18554 16874/22461/18553 16876/22463/18555</w:t>
        <w:br/>
        <w:t>f 16875/22464/18555 16873/22462/18554 16876/22463/18555</w:t>
        <w:br/>
        <w:t>f 16878/22465/18556 16875/22464/18555 16876/22463/18555</w:t>
        <w:br/>
        <w:t>f 16877/22466/18556 16878/22465/18556 16876/22463/18555</w:t>
        <w:br/>
        <w:t>f 16837/22428/18520 16831/22420/18512 16836/22424/18516</w:t>
        <w:br/>
        <w:t>f 16840/22425/18517 16837/22428/18520 16836/22424/18516</w:t>
        <w:br/>
        <w:t>f 16840/22425/18517 16836/22424/18516 16847/22436/18528</w:t>
        <w:br/>
        <w:t>f 16850/22437/18529 16840/22425/18517 16847/22436/18528</w:t>
        <w:br/>
        <w:t>f 16858/22447/18539 16850/22437/18529 16847/22436/18528</w:t>
        <w:br/>
        <w:t>f 16856/22445/18537 16858/22447/18539 16847/22436/18528</w:t>
        <w:br/>
        <w:t>f 16863/22451/18543 16858/22447/18539 16856/22445/18537</w:t>
        <w:br/>
        <w:t>f 16869/22459/18551 16865/22454/18546 16867/22456/18548</w:t>
        <w:br/>
        <w:t>f 16848/22435/18527 16835/22423/18515 16846/22434/18526</w:t>
        <w:br/>
        <w:t>f 16848/22435/18527 16846/22434/18526 16855/22443/18535</w:t>
        <w:br/>
        <w:t>f 16857/22444/18536 16848/22435/18527 16855/22443/18535</w:t>
        <w:br/>
        <w:t>f 16862/22450/18542 16857/22444/18536 16855/22443/18535</w:t>
        <w:br/>
        <w:t>f 16867/22456/18548 16862/22450/18542 16861/22448/18540</w:t>
        <w:br/>
        <w:t>f 16865/22454/18546 16863/22451/18543 16862/22450/18542</w:t>
        <w:br/>
        <w:t>f 16867/22456/18548 16865/22454/18546 16862/22450/18542</w:t>
        <w:br/>
        <w:t>f 16841/22429/18521 16837/22428/18520 16838/22427/18519</w:t>
        <w:br/>
        <w:t>f 16881/22467/18557 16880/22468/18558 16879/22469/18559</w:t>
        <w:br/>
        <w:t>f 16882/22470/18559 16881/22467/18557 16879/22469/18559</w:t>
        <w:br/>
        <w:t>f 16880/22468/18558 16881/22467/18557 16884/22471/18560</w:t>
        <w:br/>
        <w:t>f 16883/22472/18561 16880/22468/18558 16884/22471/18560</w:t>
        <w:br/>
        <w:t>f 16883/22472/18561 16884/22471/18560 16886/22473/18562</w:t>
        <w:br/>
        <w:t>f 16885/22474/18563 16883/22472/18561 16886/22473/18562</w:t>
        <w:br/>
        <w:t>f 16885/22474/18563 16886/22473/18562 16888/22475/18564</w:t>
        <w:br/>
        <w:t>f 16887/22476/18565 16885/22474/18563 16888/22475/18564</w:t>
        <w:br/>
        <w:t>f 16887/22476/18565 16888/22475/18564 16890/22477/18566</w:t>
        <w:br/>
        <w:t>f 16889/22478/18567 16887/22476/18565 16890/22477/18566</w:t>
        <w:br/>
        <w:t>f 16888/22475/18564 16891/22479/18568 16890/22477/18566</w:t>
        <w:br/>
        <w:t>f 16892/22480/18569 16891/22479/18568 16888/22475/18564</w:t>
        <w:br/>
        <w:t>f 16896/22481/18570 16895/22482/18571 16894/22483/18572</w:t>
        <w:br/>
        <w:t>f 16893/22484/18573 16896/22481/18570 16894/22483/18572</w:t>
        <w:br/>
        <w:t>f 16888/22475/18564 16886/22473/18562 16897/22485/18574</w:t>
        <w:br/>
        <w:t>f 16895/22482/18571 16888/22475/18564 16897/22485/18574</w:t>
        <w:br/>
        <w:t>f 16886/22473/18562 16884/22471/18560 16898/22486/18575</w:t>
        <w:br/>
        <w:t>f 16897/22485/18574 16886/22473/18562 16898/22486/18575</w:t>
        <w:br/>
        <w:t>f 16898/22486/18575 16884/22471/18560 16881/22467/18557</w:t>
        <w:br/>
        <w:t>f 16901/22487/18576 16900/22488/18577 16899/22489/18578</w:t>
        <w:br/>
        <w:t>f 16890/22477/18566 16902/22490/18579 16901/22487/18576</w:t>
        <w:br/>
        <w:t>f 16902/22490/18579 16890/22477/18566 16891/22479/18568</w:t>
        <w:br/>
        <w:t>f 16903/22491/18580 16902/22490/18579 16891/22479/18568</w:t>
        <w:br/>
        <w:t>f 16905/22492/18581 16891/22479/18568 16892/22480/18569</w:t>
        <w:br/>
        <w:t>f 16904/22493/18582 16905/22492/18581 16892/22480/18569</w:t>
        <w:br/>
        <w:t>f 16907/22494/18583 16896/22481/18570 16893/22484/18573</w:t>
        <w:br/>
        <w:t>f 16906/22495/18584 16907/22494/18583 16893/22484/18573</w:t>
        <w:br/>
        <w:t>f 16910/22496/18585 16909/22497/18586 16908/22498/18587</w:t>
        <w:br/>
        <w:t>f 16902/22490/18579 16911/22499/18588 16910/22496/18585</w:t>
        <w:br/>
        <w:t>f 16901/22487/18576 16902/22490/18579 16910/22496/18585</w:t>
        <w:br/>
        <w:t>f 16903/22491/18580 16912/22500/18589 16911/22499/18588</w:t>
        <w:br/>
        <w:t>f 16902/22490/18579 16903/22491/18580 16911/22499/18588</w:t>
        <w:br/>
        <w:t>f 16905/22492/18581 16904/22493/18582 16914/22501/18590</w:t>
        <w:br/>
        <w:t>f 16913/22502/18591 16905/22492/18581 16914/22501/18590</w:t>
        <w:br/>
        <w:t>f 16916/22503/18592 16915/22504/18593 16907/22494/18583</w:t>
        <w:br/>
        <w:t>f 16906/22495/18584 16916/22503/18592 16907/22494/18583</w:t>
        <w:br/>
        <w:t>f 16919/22505/18594 16918/22506/18595 16917/22507/18596</w:t>
        <w:br/>
        <w:t>f 16910/22496/18585 16911/22499/18588 16919/22505/18594</w:t>
        <w:br/>
        <w:t>f 16919/22505/18594 16911/22499/18588 16912/22500/18589</w:t>
        <w:br/>
        <w:t>f 16920/22508/18597 16919/22505/18594 16912/22500/18589</w:t>
        <w:br/>
        <w:t>f 16913/22502/18591 16914/22501/18590 16921/22509/18598</w:t>
        <w:br/>
        <w:t>f 16920/22508/18597 16913/22502/18591 16921/22509/18598</w:t>
        <w:br/>
        <w:t>f 16915/22504/18593 16916/22503/18592 16922/22510/18599</w:t>
        <w:br/>
        <w:t>f 16921/22509/18598 16915/22504/18593 16922/22510/18599</w:t>
        <w:br/>
        <w:t>f 16924/22511/18600 16923/22512/18601 16921/22509/18598</w:t>
        <w:br/>
        <w:t>f 16922/22510/18599 16924/22511/18600 16921/22509/18598</w:t>
        <w:br/>
        <w:t>f 16918/22506/18595 16919/22505/18594 16925/22513/18602</w:t>
        <w:br/>
        <w:t>f 16929/22514/18603 16928/22515/18604 16927/22516/18605</w:t>
        <w:br/>
        <w:t>f 16926/22517/18606 16929/22514/18603 16927/22516/18605</w:t>
        <w:br/>
        <w:t>f 16923/22512/18601 16924/22511/18600 16930/22518/18607</w:t>
        <w:br/>
        <w:t>f 16926/22517/18606 16923/22512/18601 16930/22518/18607</w:t>
        <w:br/>
        <w:t>f 16926/22517/18606 16932/22519/18608 16931/22520/18609</w:t>
        <w:br/>
        <w:t>f 16929/22514/18603 16926/22517/18606 16931/22520/18609</w:t>
        <w:br/>
        <w:t>f 16932/22519/18608 16926/22517/18606 16930/22518/18607</w:t>
        <w:br/>
        <w:t>f 16932/22519/18608 16934/22521/18610 16933/22522/18610</w:t>
        <w:br/>
        <w:t>f 16931/22520/18609 16932/22519/18608 16933/22522/18610</w:t>
        <w:br/>
        <w:t>f 16936/22523/18611 16935/22524/18612 16933/22522/18610</w:t>
        <w:br/>
        <w:t>f 16934/22521/18610 16936/22523/18611 16933/22522/18610</w:t>
        <w:br/>
        <w:t>f 16892/22480/18569 16888/22475/18564 16895/22482/18571</w:t>
        <w:br/>
        <w:t>f 16896/22481/18570 16892/22480/18569 16895/22482/18571</w:t>
        <w:br/>
        <w:t>f 16896/22481/18570 16907/22494/18583 16904/22493/18582</w:t>
        <w:br/>
        <w:t>f 16892/22480/18569 16896/22481/18570 16904/22493/18582</w:t>
        <w:br/>
        <w:t>f 16904/22493/18582 16907/22494/18583 16915/22504/18593</w:t>
        <w:br/>
        <w:t>f 16914/22501/18590 16904/22493/18582 16915/22504/18593</w:t>
        <w:br/>
        <w:t>f 16921/22509/18598 16914/22501/18590 16915/22504/18593</w:t>
        <w:br/>
        <w:t>f 16926/22517/18606 16927/22516/18605 16923/22512/18601</w:t>
        <w:br/>
        <w:t>f 16905/22492/18581 16903/22491/18580 16891/22479/18568</w:t>
        <w:br/>
        <w:t>f 16905/22492/18581 16913/22502/18591 16912/22500/18589</w:t>
        <w:br/>
        <w:t>f 16903/22491/18580 16905/22492/18581 16912/22500/18589</w:t>
        <w:br/>
        <w:t>f 16920/22508/18597 16912/22500/18589 16913/22502/18591</w:t>
        <w:br/>
        <w:t>f 16927/22516/18605 16919/22505/18594 16920/22508/18597</w:t>
        <w:br/>
        <w:t>f 16920/22508/18597 16921/22509/18598 16923/22512/18601</w:t>
        <w:br/>
        <w:t>f 16927/22516/18605 16920/22508/18597 16923/22512/18601</w:t>
        <w:br/>
        <w:t>f 16897/22485/18574 16894/22483/18572 16895/22482/18571</w:t>
        <w:br/>
        <w:t>f 16940/22525/18613 16939/22526/18614 16938/22527/18614</w:t>
        <w:br/>
        <w:t>f 16937/22528/18613 16940/22525/18613 16938/22527/18614</w:t>
        <w:br/>
        <w:t>f 16944/22529/18615 16943/22530/18615 16942/22531/18616</w:t>
        <w:br/>
        <w:t>f 16941/22532/18616 16944/22529/18615 16942/22531/18616</w:t>
        <w:br/>
        <w:t>f 16946/22533/18617 16940/22525/18613 16937/22528/18613</w:t>
        <w:br/>
        <w:t>f 16945/22534/18617 16946/22533/18617 16937/22528/18613</w:t>
        <w:br/>
        <w:t>f 16946/22533/18617 16945/22534/18617 16948/22535/18618</w:t>
        <w:br/>
        <w:t>f 16947/22536/18618 16946/22533/18617 16948/22535/18618</w:t>
        <w:br/>
        <w:t>f 16947/22536/18618 16948/22535/18618 16950/22537/18619</w:t>
        <w:br/>
        <w:t>f 16949/22538/18620 16947/22536/18618 16950/22537/18619</w:t>
        <w:br/>
        <w:t>f 16950/22537/18619 16952/22539/18621 16951/22540/18621</w:t>
        <w:br/>
        <w:t>f 16949/22538/18620 16950/22537/18619 16951/22540/18621</w:t>
        <w:br/>
        <w:t>f 16956/22541/18622 16955/22542/18622 16954/22543/18623</w:t>
        <w:br/>
        <w:t>f 16953/22544/18623 16956/22541/18622 16954/22543/18623</w:t>
        <w:br/>
        <w:t>f 16960/22545/18624 16959/22546/18625 16958/22547/18625</w:t>
        <w:br/>
        <w:t>f 16957/22548/18624 16960/22545/18624 16958/22547/18625</w:t>
        <w:br/>
        <w:t>f 16941/22532/18616 16942/22531/18616 16960/22545/18624</w:t>
        <w:br/>
        <w:t>f 16957/22548/18624 16941/22532/18616 16960/22545/18624</w:t>
        <w:br/>
        <w:t>f 16964/22549/18626 16963/22550/18626 16962/22551/18627</w:t>
        <w:br/>
        <w:t>f 16961/22552/18627 16964/22549/18626 16962/22551/18627</w:t>
        <w:br/>
        <w:t>f 16953/22544/18623 16954/22543/18623 16966/22553/18628</w:t>
        <w:br/>
        <w:t>f 16965/22554/18629 16953/22544/18623 16966/22553/18628</w:t>
        <w:br/>
        <w:t>f 16968/22555/18630 16961/22552/18627 16962/22551/18627</w:t>
        <w:br/>
        <w:t>f 16967/22556/18630 16968/22555/18630 16962/22551/18627</w:t>
        <w:br/>
        <w:t>f 16965/22554/18629 16966/22553/18628 16970/22557/18631</w:t>
        <w:br/>
        <w:t>f 16969/22558/18631 16965/22554/18629 16970/22557/18631</w:t>
        <w:br/>
        <w:t>f 16974/22559/18632 16973/22560/18633 16972/22561/18633</w:t>
        <w:br/>
        <w:t>f 16971/22562/18632 16974/22559/18632 16972/22561/18633</w:t>
        <w:br/>
        <w:t>f 16970/22557/18631 16976/22563/18634 16975/22564/18634</w:t>
        <w:br/>
        <w:t>f 16969/22558/18631 16970/22557/18631 16975/22564/18634</w:t>
        <w:br/>
        <w:t>f 16976/22563/18634 16978/22565/18635 16977/22566/18635</w:t>
        <w:br/>
        <w:t>f 16975/22564/18634 16976/22563/18634 16977/22566/18635</w:t>
        <w:br/>
        <w:t>f 16982/22567/18636 16981/22568/18637 16980/22569/18637</w:t>
        <w:br/>
        <w:t>f 16979/22570/18638 16982/22567/18636 16980/22569/18637</w:t>
        <w:br/>
        <w:t>f 16986/22571/18639 16985/22572/18639 16984/22573/18640</w:t>
        <w:br/>
        <w:t>f 16983/22574/18640 16986/22571/18639 16984/22573/18640</w:t>
        <w:br/>
        <w:t>f 16978/22565/18635 16988/22575/18641 16987/22576/18641</w:t>
        <w:br/>
        <w:t>f 16977/22566/18635 16978/22565/18635 16987/22576/18641</w:t>
        <w:br/>
        <w:t>f 16990/22577/18642 16989/22578/18642 16985/22572/18639</w:t>
        <w:br/>
        <w:t>f 16986/22571/18639 16990/22577/18642 16985/22572/18639</w:t>
        <w:br/>
        <w:t>f 16988/22575/18641 16992/22579/18643 16991/22580/18643</w:t>
        <w:br/>
        <w:t>f 16987/22576/18641 16988/22575/18641 16991/22580/18643</w:t>
        <w:br/>
        <w:t>f 16994/22581/18644 16993/22582/18644 16989/22578/18642</w:t>
        <w:br/>
        <w:t>f 16990/22577/18642 16994/22581/18644 16989/22578/18642</w:t>
        <w:br/>
        <w:t>f 16992/22579/18643 16996/22583/18645 16995/22584/18645</w:t>
        <w:br/>
        <w:t>f 16991/22580/18643 16992/22579/18643 16995/22584/18645</w:t>
        <w:br/>
        <w:t>f 16998/22585/18646 16997/22586/18646 16993/22582/18644</w:t>
        <w:br/>
        <w:t>f 16994/22581/18644 16998/22585/18646 16993/22582/18644</w:t>
        <w:br/>
        <w:t>f 16999/22587/18647 16995/22584/18645 16996/22583/18645</w:t>
        <w:br/>
        <w:t>f 17000/22588/18648 16999/22587/18647 16996/22583/18645</w:t>
        <w:br/>
        <w:t>f 16955/22542/18622 16956/22541/18622 16958/22547/18625</w:t>
        <w:br/>
        <w:t>f 16959/22546/18625 16955/22542/18622 16958/22547/18625</w:t>
        <w:br/>
        <w:t>f 16973/22560/18633 16968/22555/18630 16967/22556/18630</w:t>
        <w:br/>
        <w:t>f 16972/22561/18633 16973/22560/18633 16967/22556/18630</w:t>
        <w:br/>
        <w:t>f 16981/22568/18637 16974/22559/18632 16971/22562/18632</w:t>
        <w:br/>
        <w:t>f 16980/22569/18637 16981/22568/18637 16971/22562/18632</w:t>
        <w:br/>
        <w:t>f 16983/22574/18640 16984/22573/18640 16982/22567/18636</w:t>
        <w:br/>
        <w:t>f 16979/22570/18638 16983/22574/18640 16982/22567/18636</w:t>
        <w:br/>
        <w:t>f 16963/22550/18626 16964/22549/18626 16951/22540/18621</w:t>
        <w:br/>
        <w:t>f 16952/22539/18621 16963/22550/18626 16951/22540/18621</w:t>
        <w:br/>
        <w:t>f 16919/22505/18594 16927/22516/18605 16925/22513/18602</w:t>
        <w:br/>
        <w:t>f 16927/22516/18605 16928/22515/18604 16925/22513/18602</w:t>
        <w:br/>
        <w:t>f 16868/22455/18547 16871/22457/18549 16867/22456/18548</w:t>
        <w:br/>
        <w:t>f 17001/22589/18649 16868/22455/18547 16861/22448/18540</w:t>
        <w:br/>
        <w:t>f 16861/22448/18540 16860/22449/18541 17001/22589/18649</w:t>
        <w:br/>
        <w:t>f 16854/22441/18533 17002/22590/18650 16860/22449/18541</w:t>
        <w:br/>
        <w:t>f 16917/22507/18596 16909/22497/18586 16910/22496/18585</w:t>
        <w:br/>
        <w:t>f 16919/22505/18594 16917/22507/18596 16910/22496/18585</w:t>
        <w:br/>
        <w:t>f 16908/22498/18587 16900/22488/18577 16901/22487/18576</w:t>
        <w:br/>
        <w:t>f 16910/22496/18585 16908/22498/18587 16901/22487/18576</w:t>
        <w:br/>
        <w:t>f 16899/22489/18578 16889/22478/18567 16890/22477/18566</w:t>
        <w:br/>
        <w:t>f 16901/22487/18576 16899/22489/18578 16890/22477/18566</w:t>
        <w:br/>
        <w:t>f 16845/22432/18524 16843/22431/18523 16852/22439/18531</w:t>
        <w:br/>
        <w:t>f 16845/22432/18524 16833/22422/18514 16843/22431/18523</w:t>
        <w:br/>
        <w:t>f 16854/22441/18533 16851/22440/18532 17002/22590/18650</w:t>
        <w:br/>
        <w:t>f 16854/22441/18533 16845/22432/18524 16851/22440/18532</w:t>
        <w:br/>
        <w:t>f 16825/22412/18504 16826/22411/18504 17003/22591/18651</w:t>
        <w:br/>
        <w:t>f 17004/22592/18652 16825/22412/18504 17003/22591/18651</w:t>
        <w:br/>
        <w:t>f 17006/22593/18653 17005/22594/18654 17004/22592/18652</w:t>
        <w:br/>
        <w:t>f 17003/22591/18651 17006/22593/18653 17004/22592/18652</w:t>
        <w:br/>
        <w:t>f 17005/22594/18654 17006/22593/18653 17008/22595/18655</w:t>
        <w:br/>
        <w:t>f 17007/22596/18656 17005/22594/18654 17008/22595/18655</w:t>
        <w:br/>
        <w:t>f 17007/22596/18656 17008/22595/18655 17010/22597/18657</w:t>
        <w:br/>
        <w:t>f 17009/22598/18658 17007/22596/18656 17010/22597/18657</w:t>
        <w:br/>
        <w:t>f 17009/22598/18658 17010/22597/18657 17012/22599/18659</w:t>
        <w:br/>
        <w:t>f 17011/22600/18660 17009/22598/18658 17012/22599/18659</w:t>
        <w:br/>
        <w:t>f 17010/22597/18657 17013/22601/18661 17012/22599/18659</w:t>
        <w:br/>
        <w:t>f 17014/22602/18662 17013/22601/18661 17010/22597/18657</w:t>
        <w:br/>
        <w:t>f 17018/22603/18663 17017/22604/18664 17016/22605/18665</w:t>
        <w:br/>
        <w:t>f 17015/22606/18666 17018/22603/18663 17016/22605/18665</w:t>
        <w:br/>
        <w:t>f 17019/22607/18667 17017/22604/18664 17010/22597/18657</w:t>
        <w:br/>
        <w:t>f 17008/22595/18655 17019/22607/18667 17010/22597/18657</w:t>
        <w:br/>
        <w:t>f 17020/22608/18668 17019/22607/18667 17008/22595/18655</w:t>
        <w:br/>
        <w:t>f 17006/22593/18653 17020/22608/18668 17008/22595/18655</w:t>
        <w:br/>
        <w:t>f 17020/22608/18668 17006/22593/18653 17003/22591/18651</w:t>
        <w:br/>
        <w:t>f 17012/22599/18659 17021/22609/18669 17011/22600/18660</w:t>
        <w:br/>
        <w:t>f 17012/22599/18659 17023/22610/18670 17022/22611/18671</w:t>
        <w:br/>
        <w:t>f 17012/22599/18659 17013/22601/18661 17024/22612/18672</w:t>
        <w:br/>
        <w:t>f 17023/22610/18670 17012/22599/18659 17024/22612/18672</w:t>
        <w:br/>
        <w:t>f 17014/22602/18662 17026/22613/18673 17025/22614/18674</w:t>
        <w:br/>
        <w:t>f 17013/22601/18661 17014/22602/18662 17025/22614/18674</w:t>
        <w:br/>
        <w:t>f 17015/22606/18666 17028/22615/18675 17027/22616/18676</w:t>
        <w:br/>
        <w:t>f 17018/22603/18663 17015/22606/18666 17027/22616/18676</w:t>
        <w:br/>
        <w:t>f 17022/22611/18671 17030/22617/18677 17029/22618/18678</w:t>
        <w:br/>
        <w:t>f 17023/22610/18670 17032/22619/18679 17031/22620/18680</w:t>
        <w:br/>
        <w:t>f 17022/22611/18671 17023/22610/18670 17031/22620/18680</w:t>
        <w:br/>
        <w:t>f 17024/22612/18672 17033/22621/18681 17032/22619/18679</w:t>
        <w:br/>
        <w:t>f 17023/22610/18670 17024/22612/18672 17032/22619/18679</w:t>
        <w:br/>
        <w:t>f 17025/22614/18674 17026/22613/18673 17035/22622/18682</w:t>
        <w:br/>
        <w:t>f 17034/22623/18683 17025/22614/18674 17035/22622/18682</w:t>
        <w:br/>
        <w:t>f 17037/22624/18684 17036/22625/18685 17027/22616/18676</w:t>
        <w:br/>
        <w:t>f 17028/22615/18675 17037/22624/18684 17027/22616/18676</w:t>
        <w:br/>
        <w:t>f 17039/22626/18686 17038/22627/18687 17031/22620/18680</w:t>
        <w:br/>
        <w:t>f 17031/22620/18680 17032/22619/18679 17039/22626/18686</w:t>
        <w:br/>
        <w:t>f 17033/22621/18681 17040/22628/18688 17039/22626/18686</w:t>
        <w:br/>
        <w:t>f 17032/22619/18679 17033/22621/18681 17039/22626/18686</w:t>
        <w:br/>
        <w:t>f 17034/22623/18683 17035/22622/18682 17041/22629/18689</w:t>
        <w:br/>
        <w:t>f 17040/22628/18688 17034/22623/18683 17041/22629/18689</w:t>
        <w:br/>
        <w:t>f 17036/22625/18685 17037/22624/18684 17042/22630/18690</w:t>
        <w:br/>
        <w:t>f 17041/22629/18689 17036/22625/18685 17042/22630/18690</w:t>
        <w:br/>
        <w:t>f 17044/22631/18691 17043/22632/18692 17041/22629/18689</w:t>
        <w:br/>
        <w:t>f 17042/22630/18690 17044/22631/18691 17041/22629/18689</w:t>
        <w:br/>
        <w:t>f 17046/22633/18693 17039/22626/18686 17045/22634/18694</w:t>
        <w:br/>
        <w:t>f 17045/22634/18694 17049/22635/18695 17048/22636/18696</w:t>
        <w:br/>
        <w:t>f 17047/22637/18697 17045/22634/18694 17048/22636/18696</w:t>
        <w:br/>
        <w:t>f 17043/22632/18692 17044/22631/18691 17050/22638/18698</w:t>
        <w:br/>
        <w:t>f 17049/22635/18695 17043/22632/18692 17050/22638/18698</w:t>
        <w:br/>
        <w:t>f 17049/22635/18695 17052/22639/18699 17051/22640/18700</w:t>
        <w:br/>
        <w:t>f 17048/22636/18696 17049/22635/18695 17051/22640/18700</w:t>
        <w:br/>
        <w:t>f 17049/22635/18695 17050/22638/18698 17052/22639/18699</w:t>
        <w:br/>
        <w:t>f 17052/22639/18699 17054/22641/18701 17053/22642/18701</w:t>
        <w:br/>
        <w:t>f 17051/22640/18700 17052/22639/18699 17053/22642/18701</w:t>
        <w:br/>
        <w:t>f 16878/22465/18556 16877/22466/18556 17053/22642/18701</w:t>
        <w:br/>
        <w:t>f 17054/22641/18701 16878/22465/18556 17053/22642/18701</w:t>
        <w:br/>
        <w:t>f 17017/22604/18664 17018/22603/18663 17014/22602/18662</w:t>
        <w:br/>
        <w:t>f 17010/22597/18657 17017/22604/18664 17014/22602/18662</w:t>
        <w:br/>
        <w:t>f 17018/22603/18663 17027/22616/18676 17026/22613/18673</w:t>
        <w:br/>
        <w:t>f 17014/22602/18662 17018/22603/18663 17026/22613/18673</w:t>
        <w:br/>
        <w:t>f 17036/22625/18685 17035/22622/18682 17026/22613/18673</w:t>
        <w:br/>
        <w:t>f 17027/22616/18676 17036/22625/18685 17026/22613/18673</w:t>
        <w:br/>
        <w:t>f 17041/22629/18689 17035/22622/18682 17036/22625/18685</w:t>
        <w:br/>
        <w:t>f 17049/22635/18695 17045/22634/18694 17043/22632/18692</w:t>
        <w:br/>
        <w:t>f 17025/22614/18674 17024/22612/18672 17013/22601/18661</w:t>
        <w:br/>
        <w:t>f 17025/22614/18674 17034/22623/18683 17033/22621/18681</w:t>
        <w:br/>
        <w:t>f 17024/22612/18672 17025/22614/18674 17033/22621/18681</w:t>
        <w:br/>
        <w:t>f 17040/22628/18688 17033/22621/18681 17034/22623/18683</w:t>
        <w:br/>
        <w:t>f 17045/22634/18694 17039/22626/18686 17040/22628/18688</w:t>
        <w:br/>
        <w:t>f 17043/22632/18692 17045/22634/18694 17040/22628/18688</w:t>
        <w:br/>
        <w:t>f 17041/22629/18689 17043/22632/18692 17040/22628/18688</w:t>
        <w:br/>
        <w:t>f 17019/22607/18667 17016/22605/18665 17017/22604/18664</w:t>
        <w:br/>
        <w:t>f 17055/22643/18702 16882/22470/18559 16879/22469/18559</w:t>
        <w:br/>
        <w:t>f 17056/22644/18703 17055/22643/18702 16879/22469/18559</w:t>
        <w:br/>
        <w:t>f 17056/22644/18703 17058/22645/18704 17057/22646/18705</w:t>
        <w:br/>
        <w:t>f 17055/22643/18702 17056/22644/18703 17057/22646/18705</w:t>
        <w:br/>
        <w:t>f 17058/22645/18704 17060/22647/18706 17059/22648/18707</w:t>
        <w:br/>
        <w:t>f 17057/22646/18705 17058/22645/18704 17059/22648/18707</w:t>
        <w:br/>
        <w:t>f 17060/22647/18706 17062/22649/18708 17061/22650/18709</w:t>
        <w:br/>
        <w:t>f 17059/22648/18707 17060/22647/18706 17061/22650/18709</w:t>
        <w:br/>
        <w:t>f 17062/22649/18708 17064/22651/18710 17063/22652/18711</w:t>
        <w:br/>
        <w:t>f 17061/22650/18709 17062/22649/18708 17063/22652/18711</w:t>
        <w:br/>
        <w:t>f 17061/22650/18709 17063/22652/18711 17065/22653/18712</w:t>
        <w:br/>
        <w:t>f 17066/22654/18713 17061/22650/18709 17065/22653/18712</w:t>
        <w:br/>
        <w:t>f 17070/22655/18714 17069/22656/18715 17068/22657/18716</w:t>
        <w:br/>
        <w:t>f 17067/22658/18717 17070/22655/18714 17068/22657/18716</w:t>
        <w:br/>
        <w:t>f 17061/22650/18709 17067/22658/18717 17071/22659/18718</w:t>
        <w:br/>
        <w:t>f 17059/22648/18707 17061/22650/18709 17071/22659/18718</w:t>
        <w:br/>
        <w:t>f 17059/22648/18707 17071/22659/18718 17072/22660/18719</w:t>
        <w:br/>
        <w:t>f 17057/22646/18705 17059/22648/18707 17072/22660/18719</w:t>
        <w:br/>
        <w:t>f 17072/22660/18719 17055/22643/18702 17057/22646/18705</w:t>
        <w:br/>
        <w:t>f 17075/22661/18720 17074/22662/18721 17073/22663/18722</w:t>
        <w:br/>
        <w:t>f 17063/22652/18711 17075/22661/18720 17076/22664/18723</w:t>
        <w:br/>
        <w:t>f 17076/22664/18723 17077/22665/18724 17065/22653/18712</w:t>
        <w:br/>
        <w:t>f 17063/22652/18711 17076/22664/18723 17065/22653/18712</w:t>
        <w:br/>
        <w:t>f 17079/22666/18725 17078/22667/18726 17066/22654/18713</w:t>
        <w:br/>
        <w:t>f 17065/22653/18712 17079/22666/18725 17066/22654/18713</w:t>
        <w:br/>
        <w:t>f 17070/22655/18714 17081/22668/18727 17080/22669/18728</w:t>
        <w:br/>
        <w:t>f 17069/22656/18715 17070/22655/18714 17080/22669/18728</w:t>
        <w:br/>
        <w:t>f 17084/22670/18729 17083/22671/18730 17082/22672/18731</w:t>
        <w:br/>
        <w:t>f 17076/22664/18723 17075/22661/18720 17084/22670/18729</w:t>
        <w:br/>
        <w:t>f 17085/22673/18732 17076/22664/18723 17084/22670/18729</w:t>
        <w:br/>
        <w:t>f 17077/22665/18724 17076/22664/18723 17085/22673/18732</w:t>
        <w:br/>
        <w:t>f 17086/22674/18733 17077/22665/18724 17085/22673/18732</w:t>
        <w:br/>
        <w:t>f 17079/22666/18725 17088/22675/18734 17087/22676/18735</w:t>
        <w:br/>
        <w:t>f 17078/22667/18726 17079/22666/18725 17087/22676/18735</w:t>
        <w:br/>
        <w:t>f 17090/22677/18736 17080/22669/18728 17081/22668/18727</w:t>
        <w:br/>
        <w:t>f 17089/22678/18737 17090/22677/18736 17081/22668/18727</w:t>
        <w:br/>
        <w:t>f 17093/22679/18738 17092/22680/18739 17091/22681/18740</w:t>
        <w:br/>
        <w:t>f 17084/22670/18729 17093/22679/18738 17085/22673/18732</w:t>
        <w:br/>
        <w:t>f 17093/22679/18738 17094/22682/18741 17086/22674/18733</w:t>
        <w:br/>
        <w:t>f 17085/22673/18732 17093/22679/18738 17086/22674/18733</w:t>
        <w:br/>
        <w:t>f 17088/22675/18734 17094/22682/18741 17095/22683/18742</w:t>
        <w:br/>
        <w:t>f 17087/22676/18735 17088/22675/18734 17095/22683/18742</w:t>
        <w:br/>
        <w:t>f 17089/22678/18737 17095/22683/18742 17096/22684/18743</w:t>
        <w:br/>
        <w:t>f 17090/22677/18736 17089/22678/18737 17096/22684/18743</w:t>
        <w:br/>
        <w:t>f 17098/22685/18744 17096/22684/18743 17095/22683/18742</w:t>
        <w:br/>
        <w:t>f 17097/22686/18745 17098/22685/18744 17095/22683/18742</w:t>
        <w:br/>
        <w:t>f 17091/22681/18740 17099/22687/18746 17093/22679/18738</w:t>
        <w:br/>
        <w:t>f 17103/22688/18747 17102/22689/18748 17101/22690/18749</w:t>
        <w:br/>
        <w:t>f 17100/22691/18750 17103/22688/18747 17101/22690/18749</w:t>
        <w:br/>
        <w:t>f 17097/22686/18745 17102/22689/18748 17104/22692/18751</w:t>
        <w:br/>
        <w:t>f 17098/22685/18744 17097/22686/18745 17104/22692/18751</w:t>
        <w:br/>
        <w:t>f 17102/22689/18748 17103/22688/18747 17106/22693/18752</w:t>
        <w:br/>
        <w:t>f 17105/22694/18753 17102/22689/18748 17106/22693/18752</w:t>
        <w:br/>
        <w:t>f 17105/22694/18753 17104/22692/18751 17102/22689/18748</w:t>
        <w:br/>
        <w:t>f 17105/22694/18753 17106/22693/18752 17108/22695/18754</w:t>
        <w:br/>
        <w:t>f 17107/22696/18754 17105/22694/18753 17108/22695/18754</w:t>
        <w:br/>
        <w:t>f 16936/22523/18611 17107/22696/18754 17108/22695/18754</w:t>
        <w:br/>
        <w:t>f 16935/22524/18612 16936/22523/18611 17108/22695/18754</w:t>
        <w:br/>
        <w:t>f 17066/22654/18713 17070/22655/18714 17067/22658/18717</w:t>
        <w:br/>
        <w:t>f 17061/22650/18709 17066/22654/18713 17067/22658/18717</w:t>
        <w:br/>
        <w:t>f 17070/22655/18714 17066/22654/18713 17078/22667/18726</w:t>
        <w:br/>
        <w:t>f 17081/22668/18727 17070/22655/18714 17078/22667/18726</w:t>
        <w:br/>
        <w:t>f 17078/22667/18726 17087/22676/18735 17089/22678/18737</w:t>
        <w:br/>
        <w:t>f 17081/22668/18727 17078/22667/18726 17089/22678/18737</w:t>
        <w:br/>
        <w:t>f 17095/22683/18742 17089/22678/18737 17087/22676/18735</w:t>
        <w:br/>
        <w:t>f 17102/22689/18748 17097/22686/18745 17101/22690/18749</w:t>
        <w:br/>
        <w:t>f 17079/22666/18725 17065/22653/18712 17077/22665/18724</w:t>
        <w:br/>
        <w:t>f 17079/22666/18725 17077/22665/18724 17086/22674/18733</w:t>
        <w:br/>
        <w:t>f 17088/22675/18734 17079/22666/18725 17086/22674/18733</w:t>
        <w:br/>
        <w:t>f 17094/22682/18741 17088/22675/18734 17086/22674/18733</w:t>
        <w:br/>
        <w:t>f 17101/22690/18749 17094/22682/18741 17093/22679/18738</w:t>
        <w:br/>
        <w:t>f 17094/22682/18741 17101/22690/18749 17097/22686/18745</w:t>
        <w:br/>
        <w:t>f 17095/22683/18742 17094/22682/18741 17097/22686/18745</w:t>
        <w:br/>
        <w:t>f 17071/22659/18718 17067/22658/18717 17068/22657/18716</w:t>
        <w:br/>
        <w:t>f 17110/22697/18755 17109/22698/18756 16938/22527/18614</w:t>
        <w:br/>
        <w:t>f 16939/22526/18614 17110/22697/18755 16938/22527/18614</w:t>
        <w:br/>
        <w:t>f 16944/22529/18615 17112/22699/18757 17111/22700/18757</w:t>
        <w:br/>
        <w:t>f 16943/22530/18615 16944/22529/18615 17111/22700/18757</w:t>
        <w:br/>
        <w:t>f 17114/22701/18758 17113/22702/18758 17109/22698/18756</w:t>
        <w:br/>
        <w:t>f 17110/22697/18755 17114/22701/18758 17109/22698/18756</w:t>
        <w:br/>
        <w:t>f 17114/22701/18758 17116/22703/18759 17115/22704/18759</w:t>
        <w:br/>
        <w:t>f 17113/22702/18758 17114/22701/18758 17115/22704/18759</w:t>
        <w:br/>
        <w:t>f 17116/22703/18759 17118/22705/18760 17117/22706/18761</w:t>
        <w:br/>
        <w:t>f 17115/22704/18759 17116/22703/18759 17117/22706/18761</w:t>
        <w:br/>
        <w:t>f 17120/22707/18762 17119/22708/18762 17117/22706/18761</w:t>
        <w:br/>
        <w:t>f 17118/22705/18760 17120/22707/18762 17117/22706/18761</w:t>
        <w:br/>
        <w:t>f 17124/22709/18763 17123/22710/18764 17122/22711/18764</w:t>
        <w:br/>
        <w:t>f 17121/22712/18763 17124/22709/18763 17122/22711/18764</w:t>
        <w:br/>
        <w:t>f 17128/22713/18765 17127/22714/18765 17126/22715/18766</w:t>
        <w:br/>
        <w:t>f 17125/22716/18766 17128/22713/18765 17126/22715/18766</w:t>
        <w:br/>
        <w:t>f 17112/22699/18757 17125/22716/18766 17126/22715/18766</w:t>
        <w:br/>
        <w:t>f 17111/22700/18757 17112/22699/18757 17126/22715/18766</w:t>
        <w:br/>
        <w:t>f 17132/22717/18767 17131/22718/18768 17130/22719/18768</w:t>
        <w:br/>
        <w:t>f 17129/22720/18767 17132/22717/18767 17130/22719/18768</w:t>
        <w:br/>
        <w:t>f 17123/22710/18764 17134/22721/18769 17133/22722/18769</w:t>
        <w:br/>
        <w:t>f 17122/22711/18764 17123/22710/18764 17133/22722/18769</w:t>
        <w:br/>
        <w:t>f 17136/22723/18770 17135/22724/18770 17132/22717/18767</w:t>
        <w:br/>
        <w:t>f 17129/22720/18767 17136/22723/18770 17132/22717/18767</w:t>
        <w:br/>
        <w:t>f 17134/22721/18769 17138/22725/18771 17137/22726/18771</w:t>
        <w:br/>
        <w:t>f 17133/22722/18769 17134/22721/18769 17137/22726/18771</w:t>
        <w:br/>
        <w:t>f 17142/22727/18772 17141/22728/18772 17140/22729/18773</w:t>
        <w:br/>
        <w:t>f 17139/22730/18774 17142/22727/18772 17140/22729/18773</w:t>
        <w:br/>
        <w:t>f 17144/22731/18775 17143/22732/18775 17137/22726/18771</w:t>
        <w:br/>
        <w:t>f 17138/22725/18771 17144/22731/18775 17137/22726/18771</w:t>
        <w:br/>
        <w:t>f 17143/22732/18775 17144/22731/18775 17146/22733/18776</w:t>
        <w:br/>
        <w:t>f 17145/22734/18777 17143/22732/18775 17146/22733/18776</w:t>
        <w:br/>
        <w:t>f 17150/22735/18778 17149/22736/18779 17148/22737/18780</w:t>
        <w:br/>
        <w:t>f 17147/22738/18780 17150/22735/18778 17148/22737/18780</w:t>
        <w:br/>
        <w:t>f 17154/22739/18781 17153/22740/18782 17152/22741/18782</w:t>
        <w:br/>
        <w:t>f 17151/22742/18783 17154/22739/18781 17152/22741/18782</w:t>
        <w:br/>
        <w:t>f 17145/22734/18777 17146/22733/18776 17156/22743/18784</w:t>
        <w:br/>
        <w:t>f 17155/22744/18784 17145/22734/18777 17156/22743/18784</w:t>
        <w:br/>
        <w:t>f 17158/22745/18785 17154/22739/18781 17151/22742/18783</w:t>
        <w:br/>
        <w:t>f 17157/22746/18785 17158/22745/18785 17151/22742/18783</w:t>
        <w:br/>
        <w:t>f 17155/22744/18784 17156/22743/18784 17160/22747/18786</w:t>
        <w:br/>
        <w:t>f 17159/22748/18787 17155/22744/18784 17160/22747/18786</w:t>
        <w:br/>
        <w:t>f 17162/22749/18788 17158/22745/18785 17157/22746/18785</w:t>
        <w:br/>
        <w:t>f 17161/22750/18788 17162/22749/18788 17157/22746/18785</w:t>
        <w:br/>
        <w:t>f 17159/22748/18787 17160/22747/18786 17164/22751/18789</w:t>
        <w:br/>
        <w:t>f 17163/22752/18790 17159/22748/18787 17164/22751/18789</w:t>
        <w:br/>
        <w:t>f 16998/22585/18646 17162/22749/18788 17161/22750/18788</w:t>
        <w:br/>
        <w:t>f 16997/22586/18646 16998/22585/18646 17161/22750/18788</w:t>
        <w:br/>
        <w:t>f 17163/22752/18790 17164/22751/18789 16999/22587/18647</w:t>
        <w:br/>
        <w:t>f 17000/22588/18648 17163/22752/18790 16999/22587/18647</w:t>
        <w:br/>
        <w:t>f 17121/22712/18763 17127/22714/18765 17128/22713/18765</w:t>
        <w:br/>
        <w:t>f 17124/22709/18763 17121/22712/18763 17128/22713/18765</w:t>
        <w:br/>
        <w:t>f 17141/22728/18772 17142/22727/18772 17135/22724/18770</w:t>
        <w:br/>
        <w:t>f 17136/22723/18770 17141/22728/18772 17135/22724/18770</w:t>
        <w:br/>
        <w:t>f 17139/22730/18774 17140/22729/18773 17149/22736/18779</w:t>
        <w:br/>
        <w:t>f 17150/22735/18778 17139/22730/18774 17149/22736/18779</w:t>
        <w:br/>
        <w:t>f 17153/22740/18782 17147/22738/18780 17148/22737/18780</w:t>
        <w:br/>
        <w:t>f 17152/22741/18782 17153/22740/18782 17148/22737/18780</w:t>
        <w:br/>
        <w:t>f 17131/22718/18768 17119/22708/18762 17120/22707/18762</w:t>
        <w:br/>
        <w:t>f 17130/22719/18768 17131/22718/18768 17120/22707/18762</w:t>
        <w:br/>
        <w:t>f 17093/22679/18738 17099/22687/18746 17101/22690/18749</w:t>
        <w:br/>
        <w:t>f 17101/22690/18749 17099/22687/18746 17100/22691/18750</w:t>
        <w:br/>
        <w:t>f 17046/22633/18693 17045/22634/18694 17047/22637/18697</w:t>
        <w:br/>
        <w:t>f 17165/22753/18791 17039/22626/18686 17046/22633/18693</w:t>
        <w:br/>
        <w:t>f 17039/22626/18686 17165/22753/18791 17038/22627/18687</w:t>
        <w:br/>
        <w:t>f 17031/22620/18680 17038/22627/18687 17166/22754/18792</w:t>
        <w:br/>
        <w:t>f 17092/22680/18739 17084/22670/18729 17082/22672/18731</w:t>
        <w:br/>
        <w:t>f 17093/22679/18738 17084/22670/18729 17092/22680/18739</w:t>
        <w:br/>
        <w:t>f 17083/22671/18730 17075/22661/18720 17073/22663/18722</w:t>
        <w:br/>
        <w:t>f 17084/22670/18729 17075/22661/18720 17083/22671/18730</w:t>
        <w:br/>
        <w:t>f 17074/22662/18721 17063/22652/18711 17064/22651/18710</w:t>
        <w:br/>
        <w:t>f 17075/22661/18720 17063/22652/18711 17074/22662/18721</w:t>
        <w:br/>
        <w:t>f 17022/22611/18671 17029/22618/18678 17021/22609/18669</w:t>
        <w:br/>
        <w:t>f 17022/22611/18671 17021/22609/18669 17012/22599/18659</w:t>
        <w:br/>
        <w:t>f 17031/22620/18680 17166/22754/18792 17030/22617/18677</w:t>
        <w:br/>
        <w:t>f 17031/22620/18680 17030/22617/18677 17022/22611/18671</w:t>
        <w:br/>
        <w:t>f 23088/22755/18793 23087/22756/18794 23086/22757/18795</w:t>
        <w:br/>
        <w:t>f 23085/22758/18793 23088/22755/18793 23086/22757/18795</w:t>
        <w:br/>
        <w:t>f 23092/22759/18796 23091/22760/18797 23090/22761/18798</w:t>
        <w:br/>
        <w:t>f 23089/22762/18799 23092/22759/18796 23090/22761/18798</w:t>
        <w:br/>
        <w:t>f 23091/22760/18797 23094/22763/18800 23093/22764/18801</w:t>
        <w:br/>
        <w:t>f 23090/22761/18798 23091/22760/18797 23093/22764/18801</w:t>
        <w:br/>
        <w:t>f 23085/22758/18793 23096/22765/18802 23095/22766/18802</w:t>
        <w:br/>
        <w:t>f 23088/22755/18793 23085/22758/18793 23095/22766/18802</w:t>
        <w:br/>
        <w:t>f 23099/22767/18803 23098/22768/18804 23097/22769/18805</w:t>
        <w:br/>
        <w:t>f 23098/22768/18804 23099/22767/18803 23101/22770/18806</w:t>
        <w:br/>
        <w:t>f 23100/22771/18807 23098/22768/18804 23101/22770/18806</w:t>
        <w:br/>
        <w:t>f 23096/22765/18802 23103/22772/18808 23102/22773/18809</w:t>
        <w:br/>
        <w:t>f 23095/22766/18802 23096/22765/18802 23102/22773/18809</w:t>
        <w:br/>
        <w:t>f 23106/22774/18810 23105/22775/18811 23104/22776/18812</w:t>
        <w:br/>
        <w:t>f 23093/22764/18801 23106/22774/18810 23104/22776/18812</w:t>
        <w:br/>
        <w:t>f 23106/22774/18810 23093/22764/18801 23094/22763/18800</w:t>
        <w:br/>
        <w:t>f 23109/22777/18813 23108/22778/18814 23107/22779/18814</w:t>
        <w:br/>
        <w:t>f 23102/22773/18815 23109/22777/18813 23107/22779/18814</w:t>
        <w:br/>
        <w:t>f 23090/22761/18798 23093/22764/18801 23110/22780/18816</w:t>
        <w:br/>
        <w:t>f 23089/22762/18799 23090/22761/18798 23110/22780/18816</w:t>
        <w:br/>
        <w:t>f 23111/22781/18817 23089/22762/18799 23110/22780/18816</w:t>
        <w:br/>
        <w:t>f 23112/22782/18818 23093/22764/18801 23104/22776/18812</w:t>
        <w:br/>
        <w:t>f 23116/22783/18819 23115/22784/18820 23114/22785/18821</w:t>
        <w:br/>
        <w:t>f 23113/22786/18822 23116/22783/18819 23114/22785/18821</w:t>
        <w:br/>
        <w:t>f 23115/22784/18820 23118/22787/18823 23117/22788/18824</w:t>
        <w:br/>
        <w:t>f 23114/22785/18821 23115/22784/18820 23117/22788/18824</w:t>
        <w:br/>
        <w:t>f 23121/22789/18825 23101/22770/18806 23120/22790/18826</w:t>
        <w:br/>
        <w:t>f 23119/22791/18827 23121/22789/18825 23120/22790/18826</w:t>
        <w:br/>
        <w:t>f 23123/22792/18828 23121/22789/18825 23119/22791/18827</w:t>
        <w:br/>
        <w:t>f 23122/22793/18829 23123/22792/18828 23119/22791/18827</w:t>
        <w:br/>
        <w:t>f 23123/22792/18828 23126/22794/18830 23125/22795/18831</w:t>
        <w:br/>
        <w:t>f 23124/22796/18832 23123/22792/18828 23125/22795/18831</w:t>
        <w:br/>
        <w:t>f 23130/22797/18833 23129/22798/18834 23128/22799/18835</w:t>
        <w:br/>
        <w:t>f 23127/22800/18835 23130/22797/18833 23128/22799/18835</w:t>
        <w:br/>
        <w:t>f 23105/22775/18811 23132/22801/18836 23131/22802/18837</w:t>
        <w:br/>
        <w:t>f 23104/22776/18812 23105/22775/18811 23131/22802/18837</w:t>
        <w:br/>
        <w:t>f 23131/22802/18837 23132/22801/18836 23134/22803/18838</w:t>
        <w:br/>
        <w:t>f 23133/22804/18839 23131/22802/18837 23134/22803/18838</w:t>
        <w:br/>
        <w:t>f 23128/22799/18835 23107/22779/18814 23108/22778/18814</w:t>
        <w:br/>
        <w:t>f 23127/22800/18835 23128/22799/18835 23108/22778/18814</w:t>
        <w:br/>
        <w:t>f 23123/22792/18828 23124/22796/18832 23135/22805/18840</w:t>
        <w:br/>
        <w:t>f 23121/22789/18825 23123/22792/18828 23135/22805/18840</w:t>
        <w:br/>
        <w:t>f 23137/22806/18841 23125/22795/18831 23126/22794/18830</w:t>
        <w:br/>
        <w:t>f 23136/22807/18842 23137/22806/18841 23126/22794/18830</w:t>
        <w:br/>
        <w:t>f 23139/22808/18843 23129/22798/18834 23130/22797/18833</w:t>
        <w:br/>
        <w:t>f 23138/22809/18844 23139/22808/18843 23130/22797/18833</w:t>
        <w:br/>
        <w:t>f 23141/22810/18845 23139/22808/18843 23138/22809/18844</w:t>
        <w:br/>
        <w:t>f 23140/22811/18846 23141/22810/18845 23138/22809/18844</w:t>
        <w:br/>
        <w:t>f 23133/22804/18839 23144/22812/18847 23143/22813/18848</w:t>
        <w:br/>
        <w:t>f 23142/22814/18849 23133/22804/18839 23143/22813/18848</w:t>
        <w:br/>
        <w:t>f 23144/22812/18847 23133/22804/18839 23134/22803/18838</w:t>
        <w:br/>
        <w:t>f 23146/22815/18850 23137/22806/18841 23136/22807/18842</w:t>
        <w:br/>
        <w:t>f 23145/22816/18851 23146/22815/18850 23136/22807/18842</w:t>
        <w:br/>
        <w:t>f 23122/22793/18829 23126/22794/18830 23123/22792/18828</w:t>
        <w:br/>
        <w:t>f 23136/22807/18842 23126/22794/18830 23122/22793/18829</w:t>
        <w:br/>
        <w:t>f 23147/22817/18852 23136/22807/18842 23122/22793/18829</w:t>
        <w:br/>
        <w:t>f 23150/22818/18853 23149/22819/18854 23147/22817/18852</w:t>
        <w:br/>
        <w:t>f 23148/22820/18855 23150/22818/18853 23147/22817/18852</w:t>
        <w:br/>
        <w:t>f 23150/22818/18853 23148/22820/18855 23151/22821/9188</w:t>
        <w:br/>
        <w:t>f 23153/22822/18856 23152/22823/18857 23122/22793/18829</w:t>
        <w:br/>
        <w:t>f 23119/22791/18827 23153/22822/18856 23122/22793/18829</w:t>
        <w:br/>
        <w:t>f 23149/22819/18854 23150/22818/18853 23155/22824/18858</w:t>
        <w:br/>
        <w:t>f 23154/22825/18859 23149/22819/18854 23155/22824/18858</w:t>
        <w:br/>
        <w:t>f 23157/22826/18860 23156/22827/18861 23154/22825/18859</w:t>
        <w:br/>
        <w:t>f 23155/22824/18858 23157/22826/18860 23154/22825/18859</w:t>
        <w:br/>
        <w:t>f 23159/22828/18862 23149/22819/18854 23154/22825/18859</w:t>
        <w:br/>
        <w:t>f 23158/22829/18863 23159/22828/18862 23154/22825/18859</w:t>
        <w:br/>
        <w:t>f 23160/22830/18864 23149/22819/18854 23159/22828/18862</w:t>
        <w:br/>
        <w:t>f 23160/22830/18864 23161/22831/18865 23149/22819/18854</w:t>
        <w:br/>
        <w:t>f 23162/22832/18866 23147/22817/18852 23149/22819/18854</w:t>
        <w:br/>
        <w:t>f 23161/22831/18865 23162/22832/18866 23149/22819/18854</w:t>
        <w:br/>
        <w:t>f 23145/22816/18851 23147/22817/18852 23162/22832/18866</w:t>
        <w:br/>
        <w:t>f 23147/22817/18852 23145/22816/18851 23136/22807/18842</w:t>
        <w:br/>
        <w:t>f 23119/22791/18827 23120/22790/18826 23163/22833/18867</w:t>
        <w:br/>
        <w:t>f 23153/22822/18856 23119/22791/18827 23163/22833/18867</w:t>
        <w:br/>
        <w:t>f 23120/22790/18826 23101/22770/18806 23099/22767/18803</w:t>
        <w:br/>
        <w:t>f 23164/22834/18868 23120/22790/18826 23099/22767/18803</w:t>
        <w:br/>
        <w:t>f 23168/22835/18869 23167/22836/18870 23166/22837/18871</w:t>
        <w:br/>
        <w:t>f 23165/22838/18872 23168/22835/18869 23166/22837/18871</w:t>
        <w:br/>
        <w:t>f 23169/22839/18873 23166/22837/18871 23167/22836/18870</w:t>
        <w:br/>
        <w:t>f 23171/22840/18874 23170/22841/18875 23166/22837/18871</w:t>
        <w:br/>
        <w:t>f 23169/22839/18873 23171/22840/18874 23166/22837/18871</w:t>
        <w:br/>
        <w:t>f 23173/22842/18876 23171/22840/18874 23169/22839/18873</w:t>
        <w:br/>
        <w:t>f 23172/22843/18877 23173/22842/18876 23169/22839/18873</w:t>
        <w:br/>
        <w:t>f 23167/22836/18870 23172/22843/18877 23169/22839/18873</w:t>
        <w:br/>
        <w:t>f 23177/22844/18878 23176/22845/18879 23175/22846/18880</w:t>
        <w:br/>
        <w:t>f 23174/22847/18881 23177/22844/18878 23175/22846/18880</w:t>
        <w:br/>
        <w:t>f 23181/22848/18882 23180/22849/18883 23179/22850/18884</w:t>
        <w:br/>
        <w:t>f 23178/22851/18885 23181/22848/18882 23179/22850/18884</w:t>
        <w:br/>
        <w:t>f 23181/22848/18882 23178/22851/18885 23183/22852/18886</w:t>
        <w:br/>
        <w:t>f 23182/22853/18887 23181/22848/18882 23183/22852/18886</w:t>
        <w:br/>
        <w:t>f 23176/22845/18879 23184/22854/18888 23175/22846/18880</w:t>
        <w:br/>
        <w:t>f 23174/22847/18881 23173/22842/18876 23172/22843/18877</w:t>
        <w:br/>
        <w:t>f 23177/22844/18878 23174/22847/18881 23172/22843/18877</w:t>
        <w:br/>
        <w:t>f 23168/22835/18869 23185/22855/18889 23167/22836/18870</w:t>
        <w:br/>
        <w:t>f 23189/22856/18890 23188/22857/18891 23187/22858/18892</w:t>
        <w:br/>
        <w:t>f 23186/22859/18893 23189/22856/18890 23187/22858/18892</w:t>
        <w:br/>
        <w:t>f 23187/22858/18892 23190/22860/18894 23186/22859/18893</w:t>
        <w:br/>
        <w:t>f 23193/22861/18895 23192/22862/18896 23165/22838/18872</w:t>
        <w:br/>
        <w:t>f 23191/22863/18897 23193/22861/18895 23165/22838/18872</w:t>
        <w:br/>
        <w:t>f 23197/22864/18898 23196/22865/18899 23195/22866/18900</w:t>
        <w:br/>
        <w:t>f 23194/22867/18900 23197/22864/18898 23195/22866/18900</w:t>
        <w:br/>
        <w:t>f 23166/22837/18871 23170/22841/18875 23191/22863/18897</w:t>
        <w:br/>
        <w:t>f 23165/22838/18872 23166/22837/18871 23191/22863/18897</w:t>
        <w:br/>
        <w:t>f 23194/22867/18900 23195/22866/18900 23199/22868/18901</w:t>
        <w:br/>
        <w:t>f 23198/22869/18901 23194/22867/18900 23199/22868/18901</w:t>
        <w:br/>
        <w:t>f 23203/22870/18902 23202/22871/18903 23201/22872/18904</w:t>
        <w:br/>
        <w:t>f 23200/22873/18905 23203/22870/18902 23201/22872/18904</w:t>
        <w:br/>
        <w:t>f 23202/22871/18903 23205/22874/18906 23204/22875/18907</w:t>
        <w:br/>
        <w:t>f 23201/22872/18904 23202/22871/18903 23204/22875/18907</w:t>
        <w:br/>
        <w:t>f 23204/22875/18907 23206/22876/18908 23201/22872/18904</w:t>
        <w:br/>
        <w:t>f 23204/22875/18907 23205/22874/18906 23207/22877/18909</w:t>
        <w:br/>
        <w:t>f 23208/22878/18910 23204/22875/18907 23207/22877/18909</w:t>
        <w:br/>
        <w:t>f 23206/22876/18908 23204/22875/18907 23208/22878/18910</w:t>
        <w:br/>
        <w:t>f 23206/22876/18908 23209/22879/18911 23200/22873/18905</w:t>
        <w:br/>
        <w:t>f 23201/22872/18904 23206/22876/18908 23200/22873/18905</w:t>
        <w:br/>
        <w:t>f 23209/22879/18911 23210/22880/18912 23200/22873/18905</w:t>
        <w:br/>
        <w:t>f 23209/22879/18911 23212/22881/18913 23211/22882/18914</w:t>
        <w:br/>
        <w:t>f 23210/22880/18912 23209/22879/18911 23211/22882/18914</w:t>
        <w:br/>
        <w:t>f 23200/22873/18905 23210/22880/18912 23213/22883/18915</w:t>
        <w:br/>
        <w:t>f 23203/22870/18902 23200/22873/18905 23213/22883/18915</w:t>
        <w:br/>
        <w:t>f 23210/22880/18912 23211/22882/18914 23214/22884/18916</w:t>
        <w:br/>
        <w:t>f 23213/22883/18915 23210/22880/18912 23214/22884/18916</w:t>
        <w:br/>
        <w:t>f 23216/22885/18917 23214/22884/18916 23211/22882/18914</w:t>
        <w:br/>
        <w:t>f 23215/22886/18918 23216/22885/18917 23211/22882/18914</w:t>
        <w:br/>
        <w:t>f 23218/22887/18919 23217/22888/18919 23196/22865/18899</w:t>
        <w:br/>
        <w:t>f 23197/22864/18898 23218/22887/18919 23196/22865/18899</w:t>
        <w:br/>
        <w:t>f 23222/22889/18920 23221/22890/18921 23220/22891/18922</w:t>
        <w:br/>
        <w:t>f 23219/22892/18923 23222/22889/18920 23220/22891/18922</w:t>
        <w:br/>
        <w:t>f 23224/22893/18924 23223/22894/18925 23219/22892/18923</w:t>
        <w:br/>
        <w:t>f 23220/22891/18922 23224/22893/18924 23219/22892/18923</w:t>
        <w:br/>
        <w:t>f 23224/22893/18924 23226/22895/18926 23225/22896/18927</w:t>
        <w:br/>
        <w:t>f 23223/22894/18925 23224/22893/18924 23225/22896/18927</w:t>
        <w:br/>
        <w:t>f 23226/22895/18926 23227/22897/18928 23158/22829/18863</w:t>
        <w:br/>
        <w:t>f 23225/22896/18927 23226/22895/18926 23158/22829/18863</w:t>
        <w:br/>
        <w:t>f 23225/22896/18927 23156/22827/18861 23223/22894/18925</w:t>
        <w:br/>
        <w:t>f 23156/22827/18861 23219/22892/18923 23223/22894/18925</w:t>
        <w:br/>
        <w:t>f 23219/22892/18923 23156/22827/18861 23228/22898/18929</w:t>
        <w:br/>
        <w:t>f 23222/22889/18920 23219/22892/18923 23228/22898/18929</w:t>
        <w:br/>
        <w:t>f 23230/22899/18930 23229/22900/18931 23217/22888/18919</w:t>
        <w:br/>
        <w:t>f 23218/22887/18919 23230/22899/18930 23217/22888/18919</w:t>
        <w:br/>
        <w:t>f 23232/22901/18932 23231/22902/18933 23229/22900/18931</w:t>
        <w:br/>
        <w:t>f 23230/22899/18930 23232/22901/18932 23229/22900/18931</w:t>
        <w:br/>
        <w:t>f 23236/22903/18934 23235/22904/18935 23234/22905/18936</w:t>
        <w:br/>
        <w:t>f 23233/22906/18937 23236/22903/18934 23234/22905/18936</w:t>
        <w:br/>
        <w:t>f 23238/22907/18938 23237/22908/18939 23235/22904/18935</w:t>
        <w:br/>
        <w:t>f 23236/22903/18934 23238/22907/18938 23235/22904/18935</w:t>
        <w:br/>
        <w:t>f 23242/22909/18940 23241/22910/18941 23240/22911/18941</w:t>
        <w:br/>
        <w:t>f 23239/22912/18940 23242/22909/18940 23240/22911/18941</w:t>
        <w:br/>
        <w:t>f 23244/22913/18942 23237/22908/18939 23238/22907/18938</w:t>
        <w:br/>
        <w:t>f 23243/22914/18943 23244/22913/18942 23238/22907/18938</w:t>
        <w:br/>
        <w:t>f 23246/22915/18944 23245/22916/18944 23242/22909/18940</w:t>
        <w:br/>
        <w:t>f 23239/22912/18940 23246/22915/18944 23242/22909/18940</w:t>
        <w:br/>
        <w:t>f 23231/22902/18933 23232/22901/18932 23240/22911/18941</w:t>
        <w:br/>
        <w:t>f 23241/22910/18941 23231/22902/18933 23240/22911/18941</w:t>
        <w:br/>
        <w:t>f 23234/22905/18936 23216/22885/18917 23215/22886/18918</w:t>
        <w:br/>
        <w:t>f 23233/22906/18937 23234/22905/18936 23215/22886/18918</w:t>
        <w:br/>
        <w:t>f 23192/22862/18896 23193/22861/18895 23221/22890/18921</w:t>
        <w:br/>
        <w:t>f 23222/22889/18920 23192/22862/18896 23221/22890/18921</w:t>
        <w:br/>
        <w:t>f 23156/22827/18861 23157/22826/18860 23247/22917/18945</w:t>
        <w:br/>
        <w:t>f 23228/22898/18929 23156/22827/18861 23247/22917/18945</w:t>
        <w:br/>
        <w:t>f 23249/22918/18946 23185/22855/18889 23168/22835/18869</w:t>
        <w:br/>
        <w:t>f 23248/22919/18947 23249/22918/18946 23168/22835/18869</w:t>
        <w:br/>
        <w:t>f 23251/22920/18948 23142/22814/18849 23250/22921/18949</w:t>
        <w:br/>
        <w:t>f 23142/22814/18849 23143/22813/18848 23252/22922/18950</w:t>
        <w:br/>
        <w:t>f 23250/22921/18949 23142/22814/18849 23252/22922/18950</w:t>
        <w:br/>
        <w:t>f 23141/22810/18845 23140/22811/18846 23254/22923/18951</w:t>
        <w:br/>
        <w:t>f 23253/22924/18952 23141/22810/18845 23254/22923/18951</w:t>
        <w:br/>
        <w:t>f 23145/22816/18851 23162/22832/18866 23255/22925/18953</w:t>
        <w:br/>
        <w:t>f 23146/22815/18850 23145/22816/18851 23255/22925/18953</w:t>
        <w:br/>
        <w:t>f 23256/22926/18954 23255/22925/18953 23162/22832/18866</w:t>
        <w:br/>
        <w:t>f 23161/22831/18865 23256/22926/18954 23162/22832/18866</w:t>
        <w:br/>
        <w:t>f 23160/22830/18864 23257/22927/18955 23256/22926/18954</w:t>
        <w:br/>
        <w:t>f 23161/22831/18865 23160/22830/18864 23256/22926/18954</w:t>
        <w:br/>
        <w:t>f 23259/22928/18956 23258/22929/18956 23245/22916/18944</w:t>
        <w:br/>
        <w:t>f 23246/22915/18944 23259/22928/18956 23245/22916/18944</w:t>
        <w:br/>
        <w:t>f 23263/22930/18957 23262/22931/18958 23261/22932/18959</w:t>
        <w:br/>
        <w:t>f 23260/22933/18960 23263/22930/18957 23261/22932/18959</w:t>
        <w:br/>
        <w:t>f 23243/22914/18943 23261/22932/18959 23262/22931/18958</w:t>
        <w:br/>
        <w:t>f 23244/22913/18942 23243/22914/18943 23262/22931/18958</w:t>
        <w:br/>
        <w:t>f 23265/22934/18961 23264/22935/18962 23243/22914/18943</w:t>
        <w:br/>
        <w:t>f 23238/22907/18938 23265/22934/18961 23243/22914/18943</w:t>
        <w:br/>
        <w:t>f 23261/22932/18959 23243/22914/18943 23264/22935/18962</w:t>
        <w:br/>
        <w:t>f 23260/22933/18960 23261/22932/18959 23264/22935/18962</w:t>
        <w:br/>
        <w:t>f 23251/22920/18948 23250/22921/18949 23260/22933/18960</w:t>
        <w:br/>
        <w:t>f 23264/22935/18962 23251/22920/18948 23260/22933/18960</w:t>
        <w:br/>
        <w:t>f 23250/22921/18949 23252/22922/18950 23263/22930/18957</w:t>
        <w:br/>
        <w:t>f 23260/22933/18960 23250/22921/18949 23263/22930/18957</w:t>
        <w:br/>
        <w:t>f 23258/22929/18956 23259/22928/18956 23267/22936/18963</w:t>
        <w:br/>
        <w:t>f 23266/22937/18963 23258/22929/18956 23267/22936/18963</w:t>
        <w:br/>
        <w:t>f 23267/22936/18963 23253/22924/18952 23254/22923/18951</w:t>
        <w:br/>
        <w:t>f 23266/22937/18963 23267/22936/18963 23254/22923/18951</w:t>
        <w:br/>
        <w:t>f 23257/22927/18955 23160/22830/18864 23159/22828/18862</w:t>
        <w:br/>
        <w:t>f 23268/22938/18964 23257/22927/18955 23159/22828/18862</w:t>
        <w:br/>
        <w:t>f 23251/22920/18948 23133/22804/18839 23142/22814/18849</w:t>
        <w:br/>
        <w:t>f 23133/22804/18839 23251/22920/18948 23269/22939/18965</w:t>
        <w:br/>
        <w:t>f 23233/22906/18937 23215/22886/18918 23270/22940/18966</w:t>
        <w:br/>
        <w:t>f 23215/22886/18918 23211/22882/18914 23212/22881/18913</w:t>
        <w:br/>
        <w:t>f 23270/22940/18966 23215/22886/18918 23212/22881/18913</w:t>
        <w:br/>
        <w:t>f 23265/22934/18961 23238/22907/18938 23236/22903/18934</w:t>
        <w:br/>
        <w:t>f 23270/22940/18966 23265/22934/18961 23236/22903/18934</w:t>
        <w:br/>
        <w:t>f 23270/22940/18966 23236/22903/18934 23233/22906/18937</w:t>
        <w:br/>
        <w:t>f 23269/22939/18965 23112/22782/18818 23104/22776/18812</w:t>
        <w:br/>
        <w:t>f 23131/22802/18837 23269/22939/18965 23104/22776/18812</w:t>
        <w:br/>
        <w:t>f 23131/22802/18837 23133/22804/18839 23269/22939/18965</w:t>
        <w:br/>
        <w:t>f 23100/22771/18807 23101/22770/18806 23121/22789/18825</w:t>
        <w:br/>
        <w:t>f 23135/22805/18840 23100/22771/18807 23121/22789/18825</w:t>
        <w:br/>
        <w:t>f 23272/22941/18967 23152/22823/18857 23153/22822/18856</w:t>
        <w:br/>
        <w:t>f 23271/22942/18968 23272/22941/18967 23153/22822/18856</w:t>
        <w:br/>
        <w:t>f 23225/22896/18927 23158/22829/18863 23154/22825/18859</w:t>
        <w:br/>
        <w:t>f 23156/22827/18861 23225/22896/18927 23154/22825/18859</w:t>
        <w:br/>
        <w:t>f 23268/22938/18964 23159/22828/18862 23158/22829/18863</w:t>
        <w:br/>
        <w:t>f 23227/22897/18928 23268/22938/18964 23158/22829/18863</w:t>
        <w:br/>
        <w:t>f 23186/22859/18893 23273/22943/18969 23176/22845/18879</w:t>
        <w:br/>
        <w:t>f 23274/22944/18970 23273/22943/18969 23186/22859/18893</w:t>
        <w:br/>
        <w:t>f 23190/22860/18894 23274/22944/18970 23186/22859/18893</w:t>
        <w:br/>
        <w:t>f 23276/22945/18971 23275/22946/18972 23273/22943/18969</w:t>
        <w:br/>
        <w:t>f 23274/22944/18970 23276/22945/18971 23273/22943/18969</w:t>
        <w:br/>
        <w:t>f 23273/22943/18969 23275/22946/18972 23184/22854/18888</w:t>
        <w:br/>
        <w:t>f 23176/22845/18879 23273/22943/18969 23184/22854/18888</w:t>
        <w:br/>
        <w:t>f 23280/22947/18973 23279/22948/18974 23278/22949/18974</w:t>
        <w:br/>
        <w:t>f 23277/22950/18973 23280/22947/18973 23278/22949/18974</w:t>
        <w:br/>
        <w:t>f 23284/22951/18975 23283/22952/9322 23282/22953/18976</w:t>
        <w:br/>
        <w:t>f 23281/22954/18977 23284/22951/18975 23282/22953/18976</w:t>
        <w:br/>
        <w:t>f 23286/22955/18978 23281/22954/18977 23282/22953/18976</w:t>
        <w:br/>
        <w:t>f 23285/22956/18979 23286/22955/18978 23282/22953/18976</w:t>
        <w:br/>
        <w:t>f 23288/22957/18980 23287/22958/18981 23285/22956/18979</w:t>
        <w:br/>
        <w:t>f 23282/22953/18976 23288/22957/18980 23285/22956/18979</w:t>
        <w:br/>
        <w:t>f 23285/22956/18979 23287/22958/18981 23289/22959/18982</w:t>
        <w:br/>
        <w:t>f 23289/22959/18982 23292/22960/18983 23291/22961/18984</w:t>
        <w:br/>
        <w:t>f 23290/22962/18985 23289/22959/18982 23291/22961/18984</w:t>
        <w:br/>
        <w:t>f 23285/22956/18979 23289/22959/18982 23290/22962/18985</w:t>
        <w:br/>
        <w:t>f 23286/22955/18978 23285/22956/18979 23290/22962/18985</w:t>
        <w:br/>
        <w:t>f 23292/22960/18983 23289/22959/18982 23287/22958/18981</w:t>
        <w:br/>
        <w:t>f 23288/22957/18980 23282/22953/18976 23283/22952/9322</w:t>
        <w:br/>
        <w:t>f 23293/22963/8627 23288/22957/18980 23283/22952/9322</w:t>
        <w:br/>
        <w:t>f 23179/22850/18884 23180/22849/18883 23278/22949/18974</w:t>
        <w:br/>
        <w:t>f 23279/22948/18974 23179/22850/18884 23278/22949/18974</w:t>
        <w:br/>
        <w:t>f 23295/22964/18986 23294/22965/18986 23182/22853/18887</w:t>
        <w:br/>
        <w:t>f 23183/22852/18886 23295/22964/18986 23182/22853/18887</w:t>
        <w:br/>
        <w:t>f 23291/22961/18984 23292/22960/18983 23208/22878/18910</w:t>
        <w:br/>
        <w:t>f 23207/22877/18909 23291/22961/18984 23208/22878/18910</w:t>
        <w:br/>
        <w:t>f 23294/22965/18986 23295/22964/18986 23297/22966/18987</w:t>
        <w:br/>
        <w:t>f 23296/22967/18987 23294/22965/18986 23297/22966/18987</w:t>
        <w:br/>
        <w:t>f 23208/22878/18910 23292/22960/18983 23287/22958/18981</w:t>
        <w:br/>
        <w:t>f 23206/22876/18908 23208/22878/18910 23287/22958/18981</w:t>
        <w:br/>
        <w:t>f 23198/22869/18901 23199/22868/18901 23296/22967/18987</w:t>
        <w:br/>
        <w:t>f 23297/22966/18987 23198/22869/18901 23296/22967/18987</w:t>
        <w:br/>
        <w:t>f 23299/22968/18988 23271/22942/18968 23298/22969/18989</w:t>
        <w:br/>
        <w:t>f 23112/22782/18818 23110/22780/18816 23093/22764/18801</w:t>
        <w:br/>
        <w:t>f 23116/22783/18819 23300/22970/18990 23115/22784/18820</w:t>
        <w:br/>
        <w:t>f 23122/22793/18829 23152/22823/18857 23148/22820/18855</w:t>
        <w:br/>
        <w:t>f 23147/22817/18852 23122/22793/18829 23148/22820/18855</w:t>
        <w:br/>
        <w:t>f 23152/22823/18857 23272/22941/18967 23151/22821/9188</w:t>
        <w:br/>
        <w:t>f 23148/22820/18855 23152/22823/18857 23151/22821/9188</w:t>
        <w:br/>
        <w:t>f 23271/22942/18968 23153/22822/18856 23163/22833/18867</w:t>
        <w:br/>
        <w:t>f 23298/22969/18989 23271/22942/18968 23163/22833/18867</w:t>
        <w:br/>
        <w:t>f 23099/22767/18803 23097/22769/18805 23302/22971/18991</w:t>
        <w:br/>
        <w:t>f 23301/22972/18992 23099/22767/18803 23302/22971/18991</w:t>
        <w:br/>
        <w:t>f 23301/22972/18992 23303/22973/18993 23164/22834/18868</w:t>
        <w:br/>
        <w:t>f 23099/22767/18803 23301/22972/18992 23164/22834/18868</w:t>
        <w:br/>
        <w:t>f 23303/22973/18993 23117/22788/18824 23118/22787/18823</w:t>
        <w:br/>
        <w:t>f 23164/22834/18868 23303/22973/18993 23118/22787/18823</w:t>
        <w:br/>
        <w:t>f 23164/22834/18868 23118/22787/18823 23163/22833/18867</w:t>
        <w:br/>
        <w:t>f 23120/22790/18826 23164/22834/18868 23163/22833/18867</w:t>
        <w:br/>
        <w:t>f 23298/22969/18989 23163/22833/18867 23118/22787/18823</w:t>
        <w:br/>
        <w:t>f 23115/22784/18820 23298/22969/18989 23118/22787/18823</w:t>
        <w:br/>
        <w:t>f 23115/22784/18820 23300/22970/18990 23299/22968/18988</w:t>
        <w:br/>
        <w:t>f 23298/22969/18989 23115/22784/18820 23299/22968/18988</w:t>
        <w:br/>
        <w:t>f 23172/22843/18877 23167/22836/18870 23189/22856/18890</w:t>
        <w:br/>
        <w:t>f 23188/22857/18891 23189/22856/18890 23167/22836/18870</w:t>
        <w:br/>
        <w:t>f 23185/22855/18889 23188/22857/18891 23167/22836/18870</w:t>
        <w:br/>
        <w:t>f 23177/22844/18878 23189/22856/18890 23186/22859/18893</w:t>
        <w:br/>
        <w:t>f 23176/22845/18879 23177/22844/18878 23186/22859/18893</w:t>
        <w:br/>
        <w:t>f 23189/22856/18890 23177/22844/18878 23172/22843/18877</w:t>
        <w:br/>
        <w:t>f 23248/22919/18947 23168/22835/18869 23165/22838/18872</w:t>
        <w:br/>
        <w:t>f 23192/22862/18896 23248/22919/18947 23165/22838/18872</w:t>
        <w:br/>
        <w:t>f 23222/22889/18920 23228/22898/18929 23248/22919/18947</w:t>
        <w:br/>
        <w:t>f 23192/22862/18896 23222/22889/18920 23248/22919/18947</w:t>
        <w:br/>
        <w:t>f 23228/22898/18929 23247/22917/18945 23249/22918/18946</w:t>
        <w:br/>
        <w:t>f 23248/22919/18947 23228/22898/18929 23249/22918/18946</w:t>
        <w:br/>
        <w:t>f 23635/22974/18994 23634/22975/18995 23633/22976/18996</w:t>
        <w:br/>
        <w:t>f 23635/22974/18994 23633/22976/18996 23636/22977/18997</w:t>
        <w:br/>
        <w:t>f 23640/22978/18998 23639/22979/18999 23638/22980/19000</w:t>
        <w:br/>
        <w:t>f 23637/22981/19001 23640/22978/18998 23638/22980/19000</w:t>
        <w:br/>
        <w:t>f 23642/22982/19002 23641/22983/19003 23638/22980/19000</w:t>
        <w:br/>
        <w:t>f 23645/22984/19004 23644/22985/19005 23643/22986/19006</w:t>
        <w:br/>
        <w:t>f 23646/22987/19007 23644/22985/19005 23645/22984/19004</w:t>
        <w:br/>
        <w:t>f 23650/22988/19008 23649/22989/19009 23648/22990/19010</w:t>
        <w:br/>
        <w:t>f 23647/22991/19011 23650/22988/19008 23648/22990/19010</w:t>
        <w:br/>
        <w:t>f 23652/22992/19012 23650/22988/19008 23647/22991/19011</w:t>
        <w:br/>
        <w:t>f 23651/22993/19013 23652/22992/19012 23647/22991/19011</w:t>
        <w:br/>
        <w:t>f 23653/22994/19014 23652/22992/19012 23651/22993/19013</w:t>
        <w:br/>
        <w:t>f 23641/22983/19003 23653/22994/19014 23651/22993/19013</w:t>
        <w:br/>
        <w:t>f 23648/22990/19010 23649/22989/19009 23655/22995/19015</w:t>
        <w:br/>
        <w:t>f 23654/22996/19016 23648/22990/19010 23655/22995/19015</w:t>
        <w:br/>
        <w:t>f 23654/22996/19016 23655/22995/19015 23657/22997/19017</w:t>
        <w:br/>
        <w:t>f 23656/22998/19018 23654/22996/19016 23657/22997/19017</w:t>
        <w:br/>
        <w:t>f 23660/22999/19019 23659/23000/19020 23658/23001/19021</w:t>
        <w:br/>
        <w:t>f 23664/23002/19022 23663/23003/19023 23662/23004/19024</w:t>
        <w:br/>
        <w:t>f 23661/23005/19025 23664/23002/19022 23662/23004/19024</w:t>
        <w:br/>
        <w:t>f 23665/23006/19026 23664/23002/19022 23661/23005/19025</w:t>
        <w:br/>
        <w:t>f 23656/22998/19018 23665/23006/19026 23661/23005/19025</w:t>
        <w:br/>
        <w:t>f 23662/23004/19024 23663/23003/19023 23667/23007/19027</w:t>
        <w:br/>
        <w:t>f 23666/23008/19028 23662/23004/19024 23667/23007/19027</w:t>
        <w:br/>
        <w:t>f 23668/23009/19029 23666/23008/19028 23667/23007/19027</w:t>
        <w:br/>
        <w:t>f 23669/23010/19030 23666/23008/19028 23668/23009/19029</w:t>
        <w:br/>
        <w:t>f 23671/23011/19031 23670/23012/19032 23666/23008/19028</w:t>
        <w:br/>
        <w:t>f 23669/23010/19030 23671/23011/19031 23666/23008/19028</w:t>
        <w:br/>
        <w:t>f 23674/23013/19033 23673/23014/19034 23672/23015/19035</w:t>
        <w:br/>
        <w:t>f 23670/23012/19032 23674/23013/19033 23672/23015/19035</w:t>
        <w:br/>
        <w:t>f 23674/23013/19033 23676/23016/19036 23675/23017/19037</w:t>
        <w:br/>
        <w:t>f 23679/23018/19038 23678/23019/19039 23677/23020/19040</w:t>
        <w:br/>
        <w:t>f 23672/23015/19035 23673/23014/19034 23677/23020/19040</w:t>
        <w:br/>
        <w:t>f 23678/23019/19039 23672/23015/19035 23677/23020/19040</w:t>
        <w:br/>
        <w:t>f 23682/23021/19041 23681/23022/19042 23680/23023/19043</w:t>
        <w:br/>
        <w:t>f 23685/23024/19044 23684/23025/19045 23683/23026/19046</w:t>
        <w:br/>
        <w:t>f 23686/23027/19047 23681/23022/19042 23682/23021/19041</w:t>
        <w:br/>
        <w:t>f 23687/23028/19048 23678/23019/19039 23679/23018/19038</w:t>
        <w:br/>
        <w:t>f 23691/23029/19049 23690/23030/19050 23689/23031/19051</w:t>
        <w:br/>
        <w:t>f 23688/23032/19052 23691/23029/19049 23689/23031/19051</w:t>
        <w:br/>
        <w:t>f 23692/23033/19053 23689/23031/19051 23690/23030/19050</w:t>
        <w:br/>
        <w:t>f 23693/23034/19054 23689/23031/19051 23692/23033/19053</w:t>
        <w:br/>
        <w:t>f 23691/23029/19049 23688/23032/19052 23694/23035/19055</w:t>
        <w:br/>
        <w:t>f 23697/23036/19056 23696/23037/19057 23695/23038/19058</w:t>
        <w:br/>
        <w:t>f 23693/23034/19054 23699/23039/19059 23698/23040/19060</w:t>
        <w:br/>
        <w:t>f 23689/23031/19051 23693/23034/19054 23698/23040/19060</w:t>
        <w:br/>
        <w:t>f 23699/23039/19059 23695/23038/19058 23696/23037/19057</w:t>
        <w:br/>
        <w:t>f 23698/23040/19060 23699/23039/19059 23696/23037/19057</w:t>
        <w:br/>
        <w:t>f 23700/23041/19061 23696/23037/19057 23697/23036/19056</w:t>
        <w:br/>
        <w:t>f 23700/23041/19061 23701/23042/19062 23696/23037/19057</w:t>
        <w:br/>
        <w:t>f 23703/23043/19063 23701/23042/19062 23702/23044/19064</w:t>
        <w:br/>
        <w:t>f 23706/23045/19065 23705/23046/19066 23704/23047/19067</w:t>
        <w:br/>
        <w:t>f 23703/23043/19063 23704/23047/19067 23705/23046/19066</w:t>
        <w:br/>
        <w:t>f 23701/23042/19062 23703/23043/19063 23705/23046/19066</w:t>
        <w:br/>
        <w:t>f 23709/23048/19068 23708/23049/19069 23707/23050/19070</w:t>
        <w:br/>
        <w:t>f 23712/23051/19071 23711/23052/19072 23710/23053/19073</w:t>
        <w:br/>
        <w:t>f 23709/23048/19068 23714/23054/19074 23713/23055/19075</w:t>
        <w:br/>
        <w:t>f 23716/23056/19076 23715/23057/19077 23639/22979/18999</w:t>
        <w:br/>
        <w:t>f 23640/22978/18998 23716/23056/19076 23639/22979/18999</w:t>
        <w:br/>
        <w:t>f 23665/23006/19026 23659/23000/19020 23660/22999/19019</w:t>
        <w:br/>
        <w:t>f 23635/22974/18994 23718/23058/19078 23717/23059/19079</w:t>
        <w:br/>
        <w:t>f 23709/23048/19068 23719/23060/19080 23714/23054/19074</w:t>
        <w:br/>
        <w:t>f 23721/23061/19081 23706/23045/19082 23720/23062/19083</w:t>
        <w:br/>
        <w:t>f 23724/23063/19084 23723/23064/19085 23722/23065/19086</w:t>
        <w:br/>
        <w:t>f 23724/23063/19084 23725/23066/19087 23723/23064/19085</w:t>
        <w:br/>
        <w:t>f 23724/23063/19084 23726/23067/19088 23725/23066/19087</w:t>
        <w:br/>
        <w:t>f 23706/23045/19065 23727/23068/19089 23726/23067/19090</w:t>
        <w:br/>
        <w:t>f 23706/23045/19065 23704/23047/19067 23728/23069/19091</w:t>
        <w:br/>
        <w:t>f 23727/23068/19089 23706/23045/19065 23728/23069/19091</w:t>
        <w:br/>
        <w:t>f 23704/23047/19067 23729/23070/19092 23728/23069/19091</w:t>
        <w:br/>
        <w:t>f 23729/23070/19092 23704/23047/19067 23703/23043/19063</w:t>
        <w:br/>
        <w:t>f 23730/23071/19093 23729/23070/19092 23703/23043/19063</w:t>
        <w:br/>
        <w:t>f 23730/23071/19093 23703/23043/19063 23702/23044/19064</w:t>
        <w:br/>
        <w:t>f 23731/23072/19094 23730/23071/19093 23702/23044/19064</w:t>
        <w:br/>
        <w:t>f 23702/23044/19064 23733/23073/19095 23732/23074/19096</w:t>
        <w:br/>
        <w:t>f 23731/23072/19094 23702/23044/19064 23732/23074/19096</w:t>
        <w:br/>
        <w:t>f 23733/23073/19095 23735/23075/19097 23734/23076/19098</w:t>
        <w:br/>
        <w:t>f 23732/23074/19096 23733/23073/19095 23734/23076/19098</w:t>
        <w:br/>
        <w:t>f 23735/23075/19097 23736/23077/19099 23734/23076/19098</w:t>
        <w:br/>
        <w:t>f 23735/23075/19097 23738/23078/19100 23737/23079/19101</w:t>
        <w:br/>
        <w:t>f 23736/23077/19099 23735/23075/19097 23737/23079/19101</w:t>
        <w:br/>
        <w:t>f 23738/23078/19100 23739/23080/19102 23737/23079/19101</w:t>
        <w:br/>
        <w:t>f 23700/23041/19061 23740/23081/19103 23739/23080/19104</w:t>
        <w:br/>
        <w:t>f 23740/23081/19103 23700/23041/19061 23697/23036/19056</w:t>
        <w:br/>
        <w:t>f 23741/23082/19105 23740/23081/19103 23697/23036/19056</w:t>
        <w:br/>
        <w:t>f 23697/23036/19056 23742/23083/19106 23741/23082/19105</w:t>
        <w:br/>
        <w:t>f 23742/23083/19106 23697/23036/19056 23695/23038/19058</w:t>
        <w:br/>
        <w:t>f 23743/23084/19107 23742/23083/19106 23695/23038/19058</w:t>
        <w:br/>
        <w:t>f 23743/23084/19107 23695/23038/19058 23699/23039/19059</w:t>
        <w:br/>
        <w:t>f 23744/23085/19108 23743/23084/19107 23699/23039/19059</w:t>
        <w:br/>
        <w:t>f 23699/23039/19059 23745/23086/19109 23744/23085/19108</w:t>
        <w:br/>
        <w:t>f 23699/23039/19059 23693/23034/19054 23746/23087/19110</w:t>
        <w:br/>
        <w:t>f 23745/23086/19109 23699/23039/19059 23746/23087/19110</w:t>
        <w:br/>
        <w:t>f 23693/23034/19054 23692/23033/19053 23747/23088/19111</w:t>
        <w:br/>
        <w:t>f 23746/23087/19110 23693/23034/19054 23747/23088/19111</w:t>
        <w:br/>
        <w:t>f 23692/23033/19053 23690/23030/19050 23748/23089/19112</w:t>
        <w:br/>
        <w:t>f 23747/23088/19111 23692/23033/19053 23748/23089/19112</w:t>
        <w:br/>
        <w:t>f 23690/23030/19050 23691/23029/19049 23750/23090/19113</w:t>
        <w:br/>
        <w:t>f 23749/23091/19114 23690/23030/19050 23750/23090/19113</w:t>
        <w:br/>
        <w:t>f 23691/23029/19049 23751/23092/19115 23750/23090/19113</w:t>
        <w:br/>
        <w:t>f 23691/23029/19049 23752/23093/19116 23751/23092/19115</w:t>
        <w:br/>
        <w:t>f 23691/23029/19049 23694/23035/19055 23753/23094/19117</w:t>
        <w:br/>
        <w:t>f 23752/23093/19116 23691/23029/19049 23753/23094/19117</w:t>
        <w:br/>
        <w:t>f 23685/23024/19044 23754/23095/19118 23753/23094/19119</w:t>
        <w:br/>
        <w:t>f 23754/23095/19118 23685/23024/19044 23683/23026/19046</w:t>
        <w:br/>
        <w:t>f 23755/23096/19120 23754/23095/19118 23683/23026/19046</w:t>
        <w:br/>
        <w:t>f 23683/23026/19046 23756/23097/19121 23755/23096/19120</w:t>
        <w:br/>
        <w:t>f 23756/23097/19122 23686/23027/19047 23682/23021/19041</w:t>
        <w:br/>
        <w:t>f 23757/23098/19123 23756/23097/19122 23682/23021/19041</w:t>
        <w:br/>
        <w:t>f 23757/23098/19123 23682/23021/19041 23680/23023/19043</w:t>
        <w:br/>
        <w:t>f 23758/23099/19124 23757/23098/19123 23680/23023/19043</w:t>
        <w:br/>
        <w:t>f 23758/23099/19124 23680/23023/19043 23679/23018/19038</w:t>
        <w:br/>
        <w:t>f 23759/23100/19125 23758/23099/19124 23679/23018/19038</w:t>
        <w:br/>
        <w:t>f 23677/23020/19040 23760/23101/19126 23759/23100/19125</w:t>
        <w:br/>
        <w:t>f 23679/23018/19038 23677/23020/19040 23759/23100/19125</w:t>
        <w:br/>
        <w:t>f 23677/23020/19040 23761/23102/19127 23760/23101/19126</w:t>
        <w:br/>
        <w:t>f 23673/23014/19034 23762/23103/19128 23761/23102/19127</w:t>
        <w:br/>
        <w:t>f 23677/23020/19040 23673/23014/19034 23761/23102/19127</w:t>
        <w:br/>
        <w:t>f 23673/23014/19034 23763/23104/19129 23762/23103/19128</w:t>
        <w:br/>
        <w:t>f 23673/23014/19034 23674/23013/19033 23764/23105/19130</w:t>
        <w:br/>
        <w:t>f 23763/23104/19129 23673/23014/19034 23764/23105/19130</w:t>
        <w:br/>
        <w:t>f 23674/23013/19033 23765/23106/19131 23764/23105/19130</w:t>
        <w:br/>
        <w:t>f 23674/23013/19033 23675/23017/19037 23766/23107/19132</w:t>
        <w:br/>
        <w:t>f 23765/23106/19131 23674/23013/19033 23766/23107/19132</w:t>
        <w:br/>
        <w:t>f 23671/23011/19031 23767/23108/19133 23766/23107/19132</w:t>
        <w:br/>
        <w:t>f 23767/23108/19133 23671/23011/19031 23669/23010/19030</w:t>
        <w:br/>
        <w:t>f 23768/23109/19134 23767/23108/19133 23669/23010/19030</w:t>
        <w:br/>
        <w:t>f 23669/23010/19030 23769/23110/19135 23768/23109/19134</w:t>
        <w:br/>
        <w:t>f 23769/23110/19135 23669/23010/19030 23668/23009/19029</w:t>
        <w:br/>
        <w:t>f 23770/23111/19136 23769/23110/19135 23668/23009/19029</w:t>
        <w:br/>
        <w:t>f 23668/23009/19029 23771/23112/19137 23770/23111/19136</w:t>
        <w:br/>
        <w:t>f 23771/23112/19137 23668/23009/19029 23667/23007/19027</w:t>
        <w:br/>
        <w:t>f 23772/23113/19138 23771/23112/19137 23667/23007/19027</w:t>
        <w:br/>
        <w:t>f 23667/23007/19027 23663/23003/19023 23773/23114/19139</w:t>
        <w:br/>
        <w:t>f 23772/23113/19138 23667/23007/19027 23773/23114/19139</w:t>
        <w:br/>
        <w:t>f 23663/23003/19023 23774/23115/19140 23773/23114/19139</w:t>
        <w:br/>
        <w:t>f 23775/23116/19141 23774/23115/19140 23663/23003/19023</w:t>
        <w:br/>
        <w:t>f 23664/23002/19022 23775/23116/19141 23663/23003/19023</w:t>
        <w:br/>
        <w:t>f 23664/23002/19022 23776/23117/19142 23775/23116/19141</w:t>
        <w:br/>
        <w:t>f 23665/23006/19026 23777/23118/19143 23776/23117/19142</w:t>
        <w:br/>
        <w:t>f 23664/23002/19022 23665/23006/19026 23776/23117/19142</w:t>
        <w:br/>
        <w:t>f 23665/23006/19026 23778/23119/19144 23777/23118/19143</w:t>
        <w:br/>
        <w:t>f 23665/23006/19026 23660/22999/19019 23779/23120/19145</w:t>
        <w:br/>
        <w:t>f 23778/23119/19144 23665/23006/19026 23779/23120/19145</w:t>
        <w:br/>
        <w:t>f 23782/23121/19146 23781/23122/19147 23780/23123/19146</w:t>
        <w:br/>
        <w:t>f 23660/22999/19019 23783/23124/19148 23781/23122/19149</w:t>
        <w:br/>
        <w:t>f 23660/22999/19019 23784/23125/19150 23783/23124/19148</w:t>
        <w:br/>
        <w:t>f 23784/23125/19150 23660/22999/19019 23658/23001/19021</w:t>
        <w:br/>
        <w:t>f 23785/23126/19151 23784/23125/19150 23658/23001/19021</w:t>
        <w:br/>
        <w:t>f 23787/23127/19152 23657/22997/19017 23655/22995/19015</w:t>
        <w:br/>
        <w:t>f 23786/23128/19153 23787/23127/19152 23655/22995/19015</w:t>
        <w:br/>
        <w:t>f 23655/22995/19015 23788/23129/19154 23786/23128/19153</w:t>
        <w:br/>
        <w:t>f 23655/22995/19015 23789/23130/19155 23788/23129/19154</w:t>
        <w:br/>
        <w:t>f 23655/22995/19015 23790/23131/19156 23789/23130/19155</w:t>
        <w:br/>
        <w:t>f 23792/23132/19157 23655/22995/19015 23649/22989/19009</w:t>
        <w:br/>
        <w:t>f 23791/23133/19158 23792/23132/19157 23649/22989/19009</w:t>
        <w:br/>
        <w:t>f 23649/22989/19009 23793/23134/19159 23791/23133/19158</w:t>
        <w:br/>
        <w:t>f 23649/22989/19009 23650/22988/19008 23794/23135/19160</w:t>
        <w:br/>
        <w:t>f 23793/23134/19159 23649/22989/19009 23794/23135/19160</w:t>
        <w:br/>
        <w:t>f 23650/22988/19008 23795/23136/19161 23794/23135/19160</w:t>
        <w:br/>
        <w:t>f 23650/22988/19008 23652/22992/19012 23796/23137/19162</w:t>
        <w:br/>
        <w:t>f 23795/23136/19161 23650/22988/19008 23796/23137/19162</w:t>
        <w:br/>
        <w:t>f 23652/22992/19012 23653/22994/19014 23797/23138/19163</w:t>
        <w:br/>
        <w:t>f 23796/23137/19162 23652/22992/19012 23797/23138/19163</w:t>
        <w:br/>
        <w:t>f 23646/22987/19007 23645/22984/19004 23798/23139/19164</w:t>
        <w:br/>
        <w:t>f 23797/23138/19165 23646/22987/19007 23798/23139/19164</w:t>
        <w:br/>
        <w:t>f 23645/22984/19004 23643/22986/19006 23799/23140/19166</w:t>
        <w:br/>
        <w:t>f 23798/23139/19164 23645/22984/19004 23799/23140/19166</w:t>
        <w:br/>
        <w:t>f 23643/22986/19006 23800/23141/19167 23799/23140/19166</w:t>
        <w:br/>
        <w:t>f 23642/22982/19002 23802/23142/19168 23801/23143/19169</w:t>
        <w:br/>
        <w:t>f 23642/22982/19002 23638/22980/19000 23803/23144/19170</w:t>
        <w:br/>
        <w:t>f 23802/23142/19168 23642/22982/19002 23803/23144/19170</w:t>
        <w:br/>
        <w:t>f 23638/22980/19000 23804/23145/19171 23803/23144/19170</w:t>
        <w:br/>
        <w:t>f 23638/22980/19000 23639/22979/18999 23805/23146/19172</w:t>
        <w:br/>
        <w:t>f 23804/23145/19171 23638/22980/19000 23805/23146/19172</w:t>
        <w:br/>
        <w:t>f 23639/22979/18999 23806/23147/19173 23805/23146/19172</w:t>
        <w:br/>
        <w:t>f 23639/22979/18999 23715/23057/19077 23807/23148/19174</w:t>
        <w:br/>
        <w:t>f 23806/23147/19173 23639/22979/18999 23807/23148/19174</w:t>
        <w:br/>
        <w:t>f 23715/23057/19077 23636/22977/18997 23808/23149/19175</w:t>
        <w:br/>
        <w:t>f 23807/23148/19174 23715/23057/19077 23808/23149/19175</w:t>
        <w:br/>
        <w:t>f 23811/23150/19176 23810/23151/19177 23809/23152/19178</w:t>
        <w:br/>
        <w:t>f 23813/23153/19179 23812/23154/19180 23809/23152/19178</w:t>
        <w:br/>
        <w:t>f 23810/23151/19177 23813/23153/19179 23809/23152/19178</w:t>
        <w:br/>
        <w:t>f 23813/23153/19179 23814/23155/19181 23812/23154/19180</w:t>
        <w:br/>
        <w:t>f 23813/23153/19179 23815/23156/19182 23814/23155/19181</w:t>
        <w:br/>
        <w:t>f 23818/23157/9037 23817/23158/19183 23816/23159/19184</w:t>
        <w:br/>
        <w:t>f 23813/23153/19179 23820/23160/19185 23819/23161/19186</w:t>
        <w:br/>
        <w:t>f 23821/23162/19187 23820/23160/19185 23813/23153/19179</w:t>
        <w:br/>
        <w:t>f 23821/23162/19187 23823/23163/19188 23822/23164/19189</w:t>
        <w:br/>
        <w:t>f 23824/23165/19190 23823/23163/19188 23821/23162/19187</w:t>
        <w:br/>
        <w:t>f 23824/23165/19190 23826/23166/19191 23825/23167/19192</w:t>
        <w:br/>
        <w:t>f 23829/23168/19193 23828/23169/19194 23827/23170/19194</w:t>
        <w:br/>
        <w:t>f 23827/23170/19194 23828/23169/19194 23830/23171/19195</w:t>
        <w:br/>
        <w:t>f 23829/23168/19193 23826/23166/19191 23824/23165/19190</w:t>
        <w:br/>
        <w:t>f 23824/23165/19190 23831/23172/19196 23830/23171/19197</w:t>
        <w:br/>
        <w:t>f 23831/23172/19196 23824/23165/19190 23833/23173/19198</w:t>
        <w:br/>
        <w:t>f 23832/23174/19198 23831/23172/19196 23833/23173/19198</w:t>
        <w:br/>
        <w:t>f 23832/23174/19198 23833/23173/19198 23835/23175/19199</w:t>
        <w:br/>
        <w:t>f 23834/23176/19200 23832/23174/19198 23835/23175/19199</w:t>
        <w:br/>
        <w:t>f 23834/23176/19200 23835/23175/19199 23836/23177/19201</w:t>
        <w:br/>
        <w:t>f 23839/23178/19202 23838/23179/19203 23837/23180/19204</w:t>
        <w:br/>
        <w:t>f 23836/23177/19201 23835/23175/19199 23839/23178/19202</w:t>
        <w:br/>
        <w:t>f 23837/23180/19204 23836/23177/19201 23839/23178/19202</w:t>
        <w:br/>
        <w:t>f 23843/23181/19205 23842/23182/19205 23841/23183/19206</w:t>
        <w:br/>
        <w:t>f 23840/23184/19207 23843/23181/19205 23841/23183/19206</w:t>
        <w:br/>
        <w:t>f 23840/23184/19207 23841/23183/19206 23844/23185/19208</w:t>
        <w:br/>
        <w:t>f 23844/23185/19208 23841/23183/19206 23846/23186/19209</w:t>
        <w:br/>
        <w:t>f 23845/23187/19210 23844/23185/19208 23846/23186/19209</w:t>
        <w:br/>
        <w:t>f 23846/23186/19209 23847/23188/19211 23845/23187/19210</w:t>
        <w:br/>
        <w:t>f 23847/23188/19211 23846/23186/19209 23849/23189/19212</w:t>
        <w:br/>
        <w:t>f 23848/23190/19213 23847/23188/19211 23849/23189/19212</w:t>
        <w:br/>
        <w:t>f 23849/23189/19212 23850/23191/19214 23848/23190/19213</w:t>
        <w:br/>
        <w:t>f 23850/23191/19214 23849/23189/19212 23852/23192/19215</w:t>
        <w:br/>
        <w:t>f 23851/23193/19215 23850/23191/19214 23852/23192/19215</w:t>
        <w:br/>
        <w:t>f 23856/23194/19216 23855/23195/19217 23854/23196/19218</w:t>
        <w:br/>
        <w:t>f 23853/23197/19219 23856/23194/19216 23854/23196/19218</w:t>
        <w:br/>
        <w:t>f 23858/23198/19220 23857/23199/19220 23855/23195/19217</w:t>
        <w:br/>
        <w:t>f 23856/23194/19216 23858/23198/19220 23855/23195/19217</w:t>
        <w:br/>
        <w:t>f 23851/23193/19215 23852/23192/19215 23853/23197/19219</w:t>
        <w:br/>
        <w:t>f 23854/23196/19218 23851/23193/19215 23853/23197/19219</w:t>
        <w:br/>
        <w:t>f 23811/23150/19176 23718/23058/19221 23810/23151/19177</w:t>
        <w:br/>
        <w:t>f 23821/23162/19187 23822/23164/19189 23820/23160/19185</w:t>
        <w:br/>
        <w:t>f 23824/23165/19190 23825/23167/19192 23823/23163/19188</w:t>
        <w:br/>
        <w:t>f 23633/22976/18996 23808/23149/19175 23636/22977/18997</w:t>
        <w:br/>
        <w:t>f 23861/23200/19222 23860/23201/19223 23859/23202/19224</w:t>
        <w:br/>
        <w:t>f 23861/23200/19222 23862/23203/19225 23860/23201/19223</w:t>
        <w:br/>
        <w:t>f 23866/23204/19226 23865/23205/19227 23864/23206/19228</w:t>
        <w:br/>
        <w:t>f 23863/23207/19229 23866/23204/19226 23864/23206/19228</w:t>
        <w:br/>
        <w:t>f 23867/23208/19230 23865/23205/19227 23866/23204/19226</w:t>
        <w:br/>
        <w:t>f 23870/23209/19231 23869/23210/19232 23868/23211/19233</w:t>
        <w:br/>
        <w:t>f 23871/23212/19234 23870/23209/19231 23868/23211/19233</w:t>
        <w:br/>
        <w:t>f 23875/23213/9263 23874/23214/19235 23873/23215/19236</w:t>
        <w:br/>
        <w:t>f 23872/23216/9265 23875/23213/9263 23873/23215/19236</w:t>
        <w:br/>
        <w:t>f 23872/23216/9265 23873/23215/19236 23877/23217/19237</w:t>
        <w:br/>
        <w:t>f 23876/23218/19238 23872/23216/9265 23877/23217/19237</w:t>
        <w:br/>
        <w:t>f 23876/23218/19238 23877/23217/19237 23878/23219/19239</w:t>
        <w:br/>
        <w:t>f 23866/23204/19226 23876/23218/19238 23878/23219/19239</w:t>
        <w:br/>
        <w:t>f 23880/23220/9260 23879/23221/19240 23874/23214/19235</w:t>
        <w:br/>
        <w:t>f 23875/23213/9263 23880/23220/9260 23874/23214/19235</w:t>
        <w:br/>
        <w:t>f 23880/23220/9260 23882/23222/9259 23881/23223/19241</w:t>
        <w:br/>
        <w:t>f 23879/23221/19240 23880/23220/9260 23881/23223/19241</w:t>
        <w:br/>
        <w:t>f 23885/23224/19242 23884/23225/19243 23883/23226/19244</w:t>
        <w:br/>
        <w:t>f 23889/23227/9254 23888/23228/19245 23887/23229/19246</w:t>
        <w:br/>
        <w:t>f 23886/23230/9258 23889/23227/9254 23887/23229/19246</w:t>
        <w:br/>
        <w:t>f 23886/23230/9258 23887/23229/19246 23890/23231/19247</w:t>
        <w:br/>
        <w:t>f 23882/23222/9259 23886/23230/9258 23890/23231/19247</w:t>
        <w:br/>
        <w:t>f 23892/23232/9253 23891/23233/19248 23888/23228/19245</w:t>
        <w:br/>
        <w:t>f 23889/23227/9254 23892/23232/9253 23888/23228/19245</w:t>
        <w:br/>
        <w:t>f 23893/23234/19249 23891/23233/19248 23892/23232/9253</w:t>
        <w:br/>
        <w:t>f 23894/23235/19250 23893/23234/19249 23892/23232/9253</w:t>
        <w:br/>
        <w:t>f 23892/23232/9253 23896/23236/9252 23895/23237/19251</w:t>
        <w:br/>
        <w:t>f 23894/23235/19250 23892/23232/9253 23895/23237/19251</w:t>
        <w:br/>
        <w:t>f 23898/23238/19252 23896/23236/9252 23897/23239/19253</w:t>
        <w:br/>
        <w:t>f 23898/23238/19252 23899/23240/19254 23896/23236/9252</w:t>
        <w:br/>
        <w:t>f 23902/23241/19255 23901/23242/19256 23900/23243/9250</w:t>
        <w:br/>
        <w:t>f 23903/23244/9251 23900/23243/9250 23901/23242/19256</w:t>
        <w:br/>
        <w:t>f 23897/23239/19253 23903/23244/9251 23901/23242/19256</w:t>
        <w:br/>
        <w:t>f 23906/23245/19257 23905/23246/19258 23904/23247/19259</w:t>
        <w:br/>
        <w:t>f 23909/23248/19260 23908/23249/19261 23907/23250/9249</w:t>
        <w:br/>
        <w:t>f 23900/23243/9250 23907/23250/9249 23910/23251/19262</w:t>
        <w:br/>
        <w:t>f 23902/23241/19255 23900/23243/9250 23910/23251/19262</w:t>
        <w:br/>
        <w:t>f 23913/23252/19263 23912/23253/19264 23911/23254/9248</w:t>
        <w:br/>
        <w:t>f 23914/23255/19265 23913/23252/19263 23911/23254/9248</w:t>
        <w:br/>
        <w:t>f 23911/23254/9248 23912/23253/19264 23916/23256/19266</w:t>
        <w:br/>
        <w:t>f 23915/23257/19267 23911/23254/9248 23916/23256/19266</w:t>
        <w:br/>
        <w:t>f 23919/23258/19268 23918/23259/19269 23917/23260/19270</w:t>
        <w:br/>
        <w:t>f 23921/23261/9247 23920/23262/19271 23914/23255/19265</w:t>
        <w:br/>
        <w:t>f 23911/23254/9248 23921/23261/9247 23914/23255/19265</w:t>
        <w:br/>
        <w:t>f 23923/23263/19272 23922/23264/19273 23920/23262/19271</w:t>
        <w:br/>
        <w:t>f 23921/23261/9247 23923/23263/19272 23920/23262/19271</w:t>
        <w:br/>
        <w:t>f 23925/23265/19274 23918/23259/19269 23924/23266/19275</w:t>
        <w:br/>
        <w:t>f 23926/23267/19276 23924/23266/19275 23918/23259/19269</w:t>
        <w:br/>
        <w:t>f 23929/23268/19277 23928/23269/19278 23927/23270/19279</w:t>
        <w:br/>
        <w:t>f 23926/23267/19276 23930/23271/19280 23928/23269/19281</w:t>
        <w:br/>
        <w:t>f 23929/23268/19277 23927/23270/19279 23931/23272/8249</w:t>
        <w:br/>
        <w:t>f 23932/23273/19282 23929/23268/19277 23931/23272/8249</w:t>
        <w:br/>
        <w:t>f 23933/23274/19283 23932/23273/19282 23931/23272/8249</w:t>
        <w:br/>
        <w:t>f 23936/23275/19284 23935/23276/19285 23934/23277/19286</w:t>
        <w:br/>
        <w:t>f 23936/23275/19284 23937/23278/19287 23935/23276/19285</w:t>
        <w:br/>
        <w:t>f 23940/23279/19288 23939/23280/19289 23938/23281/19290</w:t>
        <w:br/>
        <w:t>f 23936/23275/19284 23942/23282/19291 23941/23283/19292</w:t>
        <w:br/>
        <w:t>f 23943/23284/19293 23863/23207/19229 23864/23206/19228</w:t>
        <w:br/>
        <w:t>f 23943/23284/19293 23862/23203/19225 23944/23285/19294</w:t>
        <w:br/>
        <w:t>f 23890/23231/19247 23885/23224/19242 23883/23226/19244</w:t>
        <w:br/>
        <w:t>f 23934/23277/19286 23945/23286/19295 23936/23275/19284</w:t>
        <w:br/>
        <w:t>f 23861/23200/19296 23947/23287/19297 23946/23288/19298</w:t>
        <w:br/>
        <w:t>f 23940/23279/19288 23938/23281/19290 23948/23289/19299</w:t>
        <w:br/>
        <w:t>f 23950/23290/19300 23949/23291/19301 23940/23279/19288</w:t>
        <w:br/>
        <w:t>f 23948/23289/19299 23950/23290/19300 23940/23279/19288</w:t>
        <w:br/>
        <w:t>f 23949/23291/19301 23950/23290/19300 23951/23292/19302</w:t>
        <w:br/>
        <w:t>f 23953/23293/19303 23952/23294/19304 23949/23291/19301</w:t>
        <w:br/>
        <w:t>f 23951/23292/19302 23953/23293/19303 23949/23291/19301</w:t>
        <w:br/>
        <w:t>f 23954/23295/19305 23929/23268/19277 23932/23273/19282</w:t>
        <w:br/>
        <w:t>f 23953/23293/19303 23954/23295/19305 23932/23273/19282</w:t>
        <w:br/>
        <w:t>f 23929/23268/19277 23954/23295/19305 23955/23296/19306</w:t>
        <w:br/>
        <w:t>f 23929/23268/19277 23955/23296/19306 23956/23297/19307</w:t>
        <w:br/>
        <w:t>f 23959/23298/19308 23958/23299/19309 23957/23300/19308</w:t>
        <w:br/>
        <w:t>f 23960/23301/19310 23928/23269/19281 23959/23298/19308</w:t>
        <w:br/>
        <w:t>f 23957/23300/19308 23960/23301/19310 23959/23298/19308</w:t>
        <w:br/>
        <w:t>f 23928/23269/19281 23960/23301/19310 23961/23302/19311</w:t>
        <w:br/>
        <w:t>f 23961/23302/19311 23962/23303/19312 23926/23267/19276</w:t>
        <w:br/>
        <w:t>f 23928/23269/19281 23961/23302/19311 23926/23267/19276</w:t>
        <w:br/>
        <w:t>f 23962/23303/19312 23963/23304/19313 23924/23266/19275</w:t>
        <w:br/>
        <w:t>f 23926/23267/19276 23962/23303/19312 23924/23266/19275</w:t>
        <w:br/>
        <w:t>f 23964/23305/19314 23925/23265/19274 23924/23266/19275</w:t>
        <w:br/>
        <w:t>f 23963/23304/19313 23964/23305/19314 23924/23266/19275</w:t>
        <w:br/>
        <w:t>f 23966/23306/19315 23965/23307/19316 23925/23265/19274</w:t>
        <w:br/>
        <w:t>f 23964/23305/19314 23966/23306/19315 23925/23265/19274</w:t>
        <w:br/>
        <w:t>f 23965/23307/19316 23966/23306/19315 23967/23308/19317</w:t>
        <w:br/>
        <w:t>f 23969/23309/19318 23968/23310/19319 23965/23307/19316</w:t>
        <w:br/>
        <w:t>f 23967/23308/19317 23969/23309/19318 23965/23307/19316</w:t>
        <w:br/>
        <w:t>f 23968/23310/19319 23969/23309/19318 23970/23311/19320</w:t>
        <w:br/>
        <w:t>f 23917/23260/19270 23970/23311/19321 23971/23312/19322</w:t>
        <w:br/>
        <w:t>f 23971/23312/19322 23972/23313/19323 23919/23258/19268</w:t>
        <w:br/>
        <w:t>f 23917/23260/19270 23971/23312/19322 23919/23258/19268</w:t>
        <w:br/>
        <w:t>f 23919/23258/19268 23972/23313/19323 23973/23314/19324</w:t>
        <w:br/>
        <w:t>f 23973/23314/19324 23974/23315/19325 23922/23264/19273</w:t>
        <w:br/>
        <w:t>f 23919/23258/19268 23973/23314/19324 23922/23264/19273</w:t>
        <w:br/>
        <w:t>f 23974/23315/19325 23975/23316/19326 23920/23262/19271</w:t>
        <w:br/>
        <w:t>f 23922/23264/19273 23974/23315/19325 23920/23262/19271</w:t>
        <w:br/>
        <w:t>f 23920/23262/19271 23975/23316/19326 23976/23317/19327</w:t>
        <w:br/>
        <w:t>f 23977/23318/19328 23914/23255/19265 23920/23262/19271</w:t>
        <w:br/>
        <w:t>f 23976/23317/19327 23977/23318/19328 23920/23262/19271</w:t>
        <w:br/>
        <w:t>f 23978/23319/19329 23913/23252/19263 23914/23255/19265</w:t>
        <w:br/>
        <w:t>f 23977/23318/19328 23978/23319/19329 23914/23255/19265</w:t>
        <w:br/>
        <w:t>f 23979/23320/19330 23912/23253/19264 23913/23252/19263</w:t>
        <w:br/>
        <w:t>f 23978/23319/19329 23979/23320/19330 23913/23252/19263</w:t>
        <w:br/>
        <w:t>f 23980/23321/19331 23916/23256/19266 23912/23253/19264</w:t>
        <w:br/>
        <w:t>f 23979/23320/19330 23980/23321/19331 23912/23253/19264</w:t>
        <w:br/>
        <w:t>f 23916/23256/19266 23980/23321/19331 23981/23322/19332</w:t>
        <w:br/>
        <w:t>f 23916/23256/19266 23981/23322/19332 23982/23323/19333</w:t>
        <w:br/>
        <w:t>f 23984/23324/19334 23983/23325/19335 23916/23256/19266</w:t>
        <w:br/>
        <w:t>f 23982/23323/19333 23984/23324/19334 23916/23256/19266</w:t>
        <w:br/>
        <w:t>f 23909/23248/19260 23984/23324/19336 23985/23326/19337</w:t>
        <w:br/>
        <w:t>f 23985/23326/19337 23986/23327/19338 23908/23249/19261</w:t>
        <w:br/>
        <w:t>f 23909/23248/19260 23985/23326/19337 23908/23249/19261</w:t>
        <w:br/>
        <w:t>f 23906/23245/19257 23986/23327/19338 23987/23328/19339</w:t>
        <w:br/>
        <w:t>f 23906/23245/19257 23987/23328/19339 23988/23329/19340</w:t>
        <w:br/>
        <w:t>f 23988/23329/19340 23989/23330/19341 23905/23246/19258</w:t>
        <w:br/>
        <w:t>f 23906/23245/19257 23988/23329/19340 23905/23246/19258</w:t>
        <w:br/>
        <w:t>f 23989/23330/19341 23990/23331/19342 23902/23241/19255</w:t>
        <w:br/>
        <w:t>f 23905/23246/19258 23989/23330/19341 23902/23241/19255</w:t>
        <w:br/>
        <w:t>f 23901/23242/19256 23902/23241/19255 23990/23331/19342</w:t>
        <w:br/>
        <w:t>f 23991/23332/19343 23901/23242/19256 23990/23331/19342</w:t>
        <w:br/>
        <w:t>f 23901/23242/19256 23991/23332/19343 23992/23333/19344</w:t>
        <w:br/>
        <w:t>f 23897/23239/19253 23901/23242/19256 23992/23333/19344</w:t>
        <w:br/>
        <w:t>f 23993/23334/19345 23897/23239/19253 23992/23333/19344</w:t>
        <w:br/>
        <w:t>f 23897/23239/19253 23993/23334/19345 23994/23335/19346</w:t>
        <w:br/>
        <w:t>f 23995/23336/19347 23898/23238/19252 23897/23239/19253</w:t>
        <w:br/>
        <w:t>f 23994/23335/19346 23995/23336/19347 23897/23239/19253</w:t>
        <w:br/>
        <w:t>f 23898/23238/19252 23995/23336/19347 23996/23337/19348</w:t>
        <w:br/>
        <w:t>f 23997/23338/19349 23899/23240/19254 23898/23238/19252</w:t>
        <w:br/>
        <w:t>f 23996/23337/19348 23997/23338/19349 23898/23238/19252</w:t>
        <w:br/>
        <w:t>f 23895/23237/19251 23997/23338/19350 23998/23339/19351</w:t>
        <w:br/>
        <w:t>f 23998/23339/19351 23999/23340/19352 23894/23235/19250</w:t>
        <w:br/>
        <w:t>f 23895/23237/19251 23998/23339/19351 23894/23235/19250</w:t>
        <w:br/>
        <w:t>f 23894/23235/19250 23999/23340/19352 24000/23341/19353</w:t>
        <w:br/>
        <w:t>f 24000/23341/19353 24001/23342/19354 23893/23234/19249</w:t>
        <w:br/>
        <w:t>f 23894/23235/19250 24000/23341/19353 23893/23234/19249</w:t>
        <w:br/>
        <w:t>f 23893/23234/19249 24001/23342/19354 24002/23343/19355</w:t>
        <w:br/>
        <w:t>f 24002/23343/19355 24003/23344/19356 23891/23233/19248</w:t>
        <w:br/>
        <w:t>f 23893/23234/19249 24002/23343/19355 23891/23233/19248</w:t>
        <w:br/>
        <w:t>f 24004/23345/19357 23888/23228/19245 23891/23233/19248</w:t>
        <w:br/>
        <w:t>f 24003/23344/19356 24004/23345/19357 23891/23233/19248</w:t>
        <w:br/>
        <w:t>f 23888/23228/19245 24004/23345/19357 24005/23346/19358</w:t>
        <w:br/>
        <w:t>f 23887/23229/19246 23888/23228/19245 24005/23346/19358</w:t>
        <w:br/>
        <w:t>f 24006/23347/19359 23887/23229/19246 24005/23346/19358</w:t>
        <w:br/>
        <w:t>f 23887/23229/19246 24006/23347/19359 24007/23348/19360</w:t>
        <w:br/>
        <w:t>f 23890/23231/19247 23887/23229/19246 24007/23348/19360</w:t>
        <w:br/>
        <w:t>f 24008/23349/19361 23890/23231/19247 24007/23348/19360</w:t>
        <w:br/>
        <w:t>f 23890/23231/19247 24008/23349/19361 24009/23350/19362</w:t>
        <w:br/>
        <w:t>f 24010/23351/19363 23885/23224/19242 23890/23231/19247</w:t>
        <w:br/>
        <w:t>f 24009/23350/19362 24010/23351/19363 23890/23231/19247</w:t>
        <w:br/>
        <w:t>f 23885/23224/19242 24010/23351/19363 24011/23352/19364</w:t>
        <w:br/>
        <w:t>f 23885/23224/19242 24011/23352/19364 24012/23353/19365</w:t>
        <w:br/>
        <w:t>f 23885/23224/19242 24012/23353/19365 24013/23354/19366</w:t>
        <w:br/>
        <w:t>f 24013/23354/19366 24014/23355/19367 23884/23225/19243</w:t>
        <w:br/>
        <w:t>f 23885/23224/19242 24013/23354/19366 23884/23225/19243</w:t>
        <w:br/>
        <w:t>f 24016/23356/19368 24015/23357/19369 23879/23221/19240</w:t>
        <w:br/>
        <w:t>f 23881/23223/19241 24016/23356/19368 23879/23221/19240</w:t>
        <w:br/>
        <w:t>f 23879/23221/19240 24015/23357/19369 24017/23358/19370</w:t>
        <w:br/>
        <w:t>f 23879/23221/19240 24017/23358/19370 24018/23359/19371</w:t>
        <w:br/>
        <w:t>f 23879/23221/19240 24018/23359/19371 24019/23360/19372</w:t>
        <w:br/>
        <w:t>f 24021/23361/19373 24020/23362/19374 23874/23214/19235</w:t>
        <w:br/>
        <w:t>f 23879/23221/19240 24021/23361/19373 23874/23214/19235</w:t>
        <w:br/>
        <w:t>f 23874/23214/19235 24020/23362/19374 24022/23363/19375</w:t>
        <w:br/>
        <w:t>f 24023/23364/19376 23873/23215/19236 23874/23214/19235</w:t>
        <w:br/>
        <w:t>f 24022/23363/19375 24023/23364/19376 23874/23214/19235</w:t>
        <w:br/>
        <w:t>f 23873/23215/19236 24023/23364/19376 24024/23365/19377</w:t>
        <w:br/>
        <w:t>f 24025/23366/19378 23877/23217/19237 23873/23215/19236</w:t>
        <w:br/>
        <w:t>f 24024/23365/19377 24025/23366/19378 23873/23215/19236</w:t>
        <w:br/>
        <w:t>f 24026/23367/19379 23871/23212/19234 23877/23217/19237</w:t>
        <w:br/>
        <w:t>f 24025/23366/19378 24026/23367/19379 23877/23217/19237</w:t>
        <w:br/>
        <w:t>f 24027/23368/19380 23870/23209/19231 23871/23212/19234</w:t>
        <w:br/>
        <w:t>f 24026/23367/19379 24027/23368/19380 23871/23212/19234</w:t>
        <w:br/>
        <w:t>f 24028/23369/19381 23869/23210/19232 23870/23209/19231</w:t>
        <w:br/>
        <w:t>f 24027/23368/19380 24028/23369/19381 23870/23209/19231</w:t>
        <w:br/>
        <w:t>f 23869/23210/19232 24028/23369/19381 24029/23370/19382</w:t>
        <w:br/>
        <w:t>f 23867/23208/19230 24031/23371/19383 24030/23372/19384</w:t>
        <w:br/>
        <w:t>f 24032/23373/19385 23865/23205/19227 23867/23208/19230</w:t>
        <w:br/>
        <w:t>f 24030/23372/19384 24032/23373/19385 23867/23208/19230</w:t>
        <w:br/>
        <w:t>f 23865/23205/19227 24032/23373/19385 24033/23374/19386</w:t>
        <w:br/>
        <w:t>f 24034/23375/19387 23864/23206/19228 23865/23205/19227</w:t>
        <w:br/>
        <w:t>f 24033/23374/19386 24034/23375/19387 23865/23205/19227</w:t>
        <w:br/>
        <w:t>f 23864/23206/19228 24034/23375/19387 24035/23376/19388</w:t>
        <w:br/>
        <w:t>f 24036/23377/19389 23943/23284/19293 23864/23206/19228</w:t>
        <w:br/>
        <w:t>f 24035/23376/19388 24036/23377/19389 23864/23206/19228</w:t>
        <w:br/>
        <w:t>f 24037/23378/19390 23862/23203/19225 23943/23284/19293</w:t>
        <w:br/>
        <w:t>f 24036/23377/19389 24037/23378/19390 23943/23284/19293</w:t>
        <w:br/>
        <w:t>f 24039/23379/19391 24038/23380/19392 23944/23285/19294</w:t>
        <w:br/>
        <w:t>f 24041/23381/19393 23944/23285/19294 24038/23380/19392</w:t>
        <w:br/>
        <w:t>f 24040/23382/19394 24041/23381/19393 24038/23380/19392</w:t>
        <w:br/>
        <w:t>f 24041/23381/19393 24040/23382/19394 24042/23383/19395</w:t>
        <w:br/>
        <w:t>f 24041/23381/19393 24042/23383/19395 24043/23384/19396</w:t>
        <w:br/>
        <w:t>f 24046/23385/19397 24045/23386/19398 24044/23387/19398</w:t>
        <w:br/>
        <w:t>f 24041/23381/19393 24048/23388/19399 24047/23389/19400</w:t>
        <w:br/>
        <w:t>f 24049/23390/9232 24041/23381/19393 24047/23389/19400</w:t>
        <w:br/>
        <w:t>f 24049/23390/9232 24051/23391/19401 24050/23392/19402</w:t>
        <w:br/>
        <w:t>f 24052/23393/9233 24049/23390/9232 24050/23392/19402</w:t>
        <w:br/>
        <w:t>f 24052/23393/9233 24054/23394/19403 24053/23395/19404</w:t>
        <w:br/>
        <w:t>f 24057/23396/19405 24056/23397/19406 24055/23398/19407</w:t>
        <w:br/>
        <w:t>f 24056/23397/19406 24058/23399/19408 24055/23398/19407</w:t>
        <w:br/>
        <w:t>f 24053/23395/19404 24057/23396/19405 24055/23398/19407</w:t>
        <w:br/>
        <w:t>f 24052/23393/9233 24053/23395/19404 24055/23398/19407</w:t>
        <w:br/>
        <w:t>f 24061/23400/8870 24060/23401/19409 24059/23402/19410</w:t>
        <w:br/>
        <w:t>f 24059/23402/19410 24063/23403/19411 24062/23404/19412</w:t>
        <w:br/>
        <w:t>f 24061/23400/8870 24059/23402/19410 24062/23404/19412</w:t>
        <w:br/>
        <w:t>f 24065/23405/19413 24062/23404/19412 24063/23403/19411</w:t>
        <w:br/>
        <w:t>f 24064/23406/19414 24065/23405/19413 24063/23403/19411</w:t>
        <w:br/>
        <w:t>f 24064/23406/19414 24066/23407/19415 24065/23405/19413</w:t>
        <w:br/>
        <w:t>f 24069/23408/19416 24068/23409/19416 24067/23410/19417</w:t>
        <w:br/>
        <w:t>f 24066/23407/19415 24068/23409/19416 24069/23408/19416</w:t>
        <w:br/>
        <w:t>f 24065/23405/19413 24066/23407/19415 24069/23408/19416</w:t>
        <w:br/>
        <w:t>f 24073/23411/19418 24072/23412/19419 24071/23413/19420</w:t>
        <w:br/>
        <w:t>f 24070/23414/19421 24073/23411/19418 24071/23413/19420</w:t>
        <w:br/>
        <w:t>f 24070/23414/19421 24074/23415/19422 24073/23411/19418</w:t>
        <w:br/>
        <w:t>f 24074/23415/19422 24076/23416/19423 24075/23417/19424</w:t>
        <w:br/>
        <w:t>f 24073/23411/19418 24074/23415/19422 24075/23417/19424</w:t>
        <w:br/>
        <w:t>f 24075/23417/19424 24076/23416/19423 24077/23418/19425</w:t>
        <w:br/>
        <w:t>f 24077/23418/19425 24079/23419/19426 24078/23420/19427</w:t>
        <w:br/>
        <w:t>f 24075/23417/19424 24077/23418/19425 24078/23420/19427</w:t>
        <w:br/>
        <w:t>f 24078/23420/19427 24079/23419/19426 24080/23421/19428</w:t>
        <w:br/>
        <w:t>f 24080/23421/19428 24082/23422/19429 24081/23423/19429</w:t>
        <w:br/>
        <w:t>f 24078/23420/19427 24080/23421/19428 24081/23423/19429</w:t>
        <w:br/>
        <w:t>f 24086/23424/19430 24085/23425/19431 24084/23426/19431</w:t>
        <w:br/>
        <w:t>f 24083/23427/19430 24086/23424/19430 24084/23426/19431</w:t>
        <w:br/>
        <w:t>f 24088/23428/19432 24086/23424/19430 24083/23427/19430</w:t>
        <w:br/>
        <w:t>f 24087/23429/19432 24088/23428/19432 24083/23427/19430</w:t>
        <w:br/>
        <w:t>f 24085/23425/19431 24081/23423/19429 24082/23422/19429</w:t>
        <w:br/>
        <w:t>f 24084/23426/19431 24085/23425/19431 24082/23422/19429</w:t>
        <w:br/>
        <w:t>f 24039/23379/19391 23944/23285/19294 23946/23288/19433</w:t>
        <w:br/>
        <w:t>f 24049/23390/9232 24047/23389/19400 24051/23391/19401</w:t>
        <w:br/>
        <w:t>f 24052/23393/9233 24050/23392/19402 24054/23394/19403</w:t>
        <w:br/>
        <w:t>f 23860/23201/19223 23862/23203/19225 24037/23378/19390</w:t>
        <w:br/>
        <w:t>f 24092/23430/19434 24091/23431/19435 24090/23432/19435</w:t>
        <w:br/>
        <w:t>f 24089/23433/19436 24092/23430/19434 24090/23432/19435</w:t>
        <w:br/>
        <w:t>f 24096/23434/19069 24095/23435/19437 24094/23436/19438</w:t>
        <w:br/>
        <w:t>f 24093/23437/19072 24096/23434/19069 24094/23436/19438</w:t>
        <w:br/>
        <w:t>f 24093/23437/19072 24094/23436/19438 24098/23438/19439</w:t>
        <w:br/>
        <w:t>f 24097/23439/19440 24093/23437/19072 24098/23438/19439</w:t>
        <w:br/>
        <w:t>f 24102/23440/19441 24101/23441/19442 24100/23442/19075</w:t>
        <w:br/>
        <w:t>f 24099/23443/19074 24102/23440/19441 24100/23442/19075</w:t>
        <w:br/>
        <w:t>f 24097/23439/19440 24098/23438/19439 24104/23444/19443</w:t>
        <w:br/>
        <w:t>f 24103/23445/19444 24097/23439/19440 24104/23444/19443</w:t>
        <w:br/>
        <w:t>f 24100/23442/19075 24101/23441/19442 24095/23435/19437</w:t>
        <w:br/>
        <w:t>f 24096/23434/19069 24100/23442/19075 24095/23435/19437</w:t>
        <w:br/>
        <w:t>f 24106/23446/19445 24105/23447/19445 24092/23430/19434</w:t>
        <w:br/>
        <w:t>f 24089/23433/19436 24106/23446/19445 24092/23430/19434</w:t>
        <w:br/>
        <w:t>f 24108/23448/19446 24102/23440/19441 24099/23443/19074</w:t>
        <w:br/>
        <w:t>f 24107/23449/19080 24108/23448/19446 24099/23443/19074</w:t>
        <w:br/>
        <w:t>f 24110/23450/19447 24109/23451/19448 24108/23448/19446</w:t>
        <w:br/>
        <w:t>f 24107/23449/19080 24110/23450/19447 24108/23448/19446</w:t>
        <w:br/>
        <w:t>f 24112/23452/19449 24111/23453/19450 24109/23451/19448</w:t>
        <w:br/>
        <w:t>f 24110/23450/19447 24112/23452/19449 24109/23451/19448</w:t>
        <w:br/>
        <w:t>f 24115/23454/19083 24114/23455/19451 24111/23453/19452</w:t>
        <w:br/>
        <w:t>f 24113/23456/19081 24115/23454/19083 24111/23453/19452</w:t>
        <w:br/>
        <w:t>f 24117/23457/19453 24114/23455/19451 24115/23454/19083</w:t>
        <w:br/>
        <w:t>f 24116/23458/19454 24117/23457/19453 24115/23454/19083</w:t>
        <w:br/>
        <w:t>f 24119/23459/19455 24117/23457/19453 24116/23458/19454</w:t>
        <w:br/>
        <w:t>f 24118/23460/19455 24119/23459/19455 24116/23458/19454</w:t>
        <w:br/>
        <w:t>f 24121/23461/19456 24119/23459/19455 24118/23460/19455</w:t>
        <w:br/>
        <w:t>f 24120/23462/19457 24121/23461/19456 24118/23460/19455</w:t>
        <w:br/>
        <w:t>f 24124/23463/19458 24123/23464/19458 24122/23465/19307</w:t>
        <w:br/>
        <w:t>f 24120/23462/19457 24124/23463/19458 24122/23465/19307</w:t>
        <w:br/>
        <w:t>f 24126/23466/19459 24125/23467/19459 24123/23464/19458</w:t>
        <w:br/>
        <w:t>f 24124/23463/19458 24126/23466/19459 24123/23464/19458</w:t>
        <w:br/>
        <w:t>f 24128/23468/19460 24127/23469/19460 24125/23467/19459</w:t>
        <w:br/>
        <w:t>f 24126/23466/19459 24128/23468/19460 24125/23467/19459</w:t>
        <w:br/>
        <w:t>f 24130/23470/19461 24129/23471/19461 24127/23469/19460</w:t>
        <w:br/>
        <w:t>f 24128/23468/19460 24130/23470/19461 24127/23469/19460</w:t>
        <w:br/>
        <w:t>f 24132/23472/19462 24131/23473/19463 24129/23471/19461</w:t>
        <w:br/>
        <w:t>f 24130/23470/19461 24132/23472/19462 24129/23471/19461</w:t>
        <w:br/>
        <w:t>f 24134/23474/19464 24133/23475/19465 24131/23473/19463</w:t>
        <w:br/>
        <w:t>f 24132/23472/19462 24134/23474/19464 24131/23473/19463</w:t>
        <w:br/>
        <w:t>f 24133/23475/19465 24134/23474/19464 24136/23476/19466</w:t>
        <w:br/>
        <w:t>f 24135/23477/19466 24133/23475/19465 24136/23476/19466</w:t>
        <w:br/>
        <w:t>f 24138/23478/19467 24135/23477/19466 24136/23476/19466</w:t>
        <w:br/>
        <w:t>f 24137/23479/19468 24138/23478/19467 24136/23476/19466</w:t>
        <w:br/>
        <w:t>f 24140/23480/19469 24138/23478/19467 24137/23479/19468</w:t>
        <w:br/>
        <w:t>f 24139/23481/19470 24140/23480/19469 24137/23479/19468</w:t>
        <w:br/>
        <w:t>f 24142/23482/19471 24140/23480/19469 24139/23481/19470</w:t>
        <w:br/>
        <w:t>f 24141/23483/19471 24142/23482/19471 24139/23481/19470</w:t>
        <w:br/>
        <w:t>f 24144/23484/19472 24143/23485/19472 24142/23482/19471</w:t>
        <w:br/>
        <w:t>f 24141/23483/19471 24144/23484/19472 24142/23482/19471</w:t>
        <w:br/>
        <w:t>f 24146/23486/19473 24145/23487/19473 24143/23485/19472</w:t>
        <w:br/>
        <w:t>f 24144/23484/19472 24146/23486/19473 24143/23485/19472</w:t>
        <w:br/>
        <w:t>f 24148/23488/19474 24147/23489/19474 24145/23487/19473</w:t>
        <w:br/>
        <w:t>f 24146/23486/19473 24148/23488/19474 24145/23487/19473</w:t>
        <w:br/>
        <w:t>f 24150/23490/19475 24149/23491/19476 24147/23489/19474</w:t>
        <w:br/>
        <w:t>f 24148/23488/19474 24150/23490/19475 24147/23489/19474</w:t>
        <w:br/>
        <w:t>f 24152/23492/19477 24151/23493/19477 24149/23491/19476</w:t>
        <w:br/>
        <w:t>f 24150/23490/19475 24152/23492/19477 24149/23491/19476</w:t>
        <w:br/>
        <w:t>f 24151/23493/19477 24152/23492/19477 24154/23494/19478</w:t>
        <w:br/>
        <w:t>f 24153/23495/19478 24151/23493/19477 24154/23494/19478</w:t>
        <w:br/>
        <w:t>f 24156/23496/19479 24153/23495/19478 24154/23494/19478</w:t>
        <w:br/>
        <w:t>f 24155/23497/19479 24156/23496/19479 24154/23494/19478</w:t>
        <w:br/>
        <w:t>f 24158/23498/19480 24156/23496/19479 24155/23497/19479</w:t>
        <w:br/>
        <w:t>f 24157/23499/19480 24158/23498/19480 24155/23497/19479</w:t>
        <w:br/>
        <w:t>f 24160/23500/19481 24159/23501/19481 24158/23498/19480</w:t>
        <w:br/>
        <w:t>f 24157/23499/19480 24160/23500/19481 24158/23498/19480</w:t>
        <w:br/>
        <w:t>f 24162/23502/19482 24161/23503/19482 24159/23501/19481</w:t>
        <w:br/>
        <w:t>f 24160/23500/19481 24162/23502/19482 24159/23501/19481</w:t>
        <w:br/>
        <w:t>f 24164/23504/19483 24161/23503/19482 24162/23502/19482</w:t>
        <w:br/>
        <w:t>f 24163/23505/19483 24164/23504/19483 24162/23502/19482</w:t>
        <w:br/>
        <w:t>f 24166/23506/19484 24164/23504/19483 24163/23505/19483</w:t>
        <w:br/>
        <w:t>f 24165/23507/19484 24166/23506/19484 24163/23505/19483</w:t>
        <w:br/>
        <w:t>f 24168/23508/19485 24167/23509/19485 24166/23506/19484</w:t>
        <w:br/>
        <w:t>f 24165/23507/19484 24168/23508/19485 24166/23506/19484</w:t>
        <w:br/>
        <w:t>f 24170/23510/19486 24169/23511/19486 24167/23509/19485</w:t>
        <w:br/>
        <w:t>f 24168/23508/19485 24170/23510/19486 24167/23509/19485</w:t>
        <w:br/>
        <w:t>f 24172/23512/19487 24169/23511/19486 24170/23510/19486</w:t>
        <w:br/>
        <w:t>f 24171/23513/19488 24172/23512/19487 24170/23510/19486</w:t>
        <w:br/>
        <w:t>f 24174/23514/19489 24172/23512/19487 24171/23513/19488</w:t>
        <w:br/>
        <w:t>f 24173/23515/19490 24174/23514/19489 24171/23513/19488</w:t>
        <w:br/>
        <w:t>f 24176/23516/19491 24175/23517/19491 24174/23514/19489</w:t>
        <w:br/>
        <w:t>f 24173/23515/19490 24176/23516/19491 24174/23514/19489</w:t>
        <w:br/>
        <w:t>f 24178/23518/19492 24177/23519/19492 24175/23517/19491</w:t>
        <w:br/>
        <w:t>f 24176/23516/19491 24178/23518/19492 24175/23517/19491</w:t>
        <w:br/>
        <w:t>f 24180/23520/19493 24179/23521/19493 24177/23519/19492</w:t>
        <w:br/>
        <w:t>f 24178/23518/19492 24180/23520/19493 24177/23519/19492</w:t>
        <w:br/>
        <w:t>f 24182/23522/19494 24179/23521/19493 24180/23520/19493</w:t>
        <w:br/>
        <w:t>f 24181/23523/19494 24182/23522/19494 24180/23520/19493</w:t>
        <w:br/>
        <w:t>f 24184/23524/19495 24182/23522/19494 24181/23523/19494</w:t>
        <w:br/>
        <w:t>f 24183/23525/19495 24184/23524/19495 24181/23523/19494</w:t>
        <w:br/>
        <w:t>f 24186/23526/19496 24184/23524/19495 24183/23525/19495</w:t>
        <w:br/>
        <w:t>f 24185/23527/19496 24186/23526/19496 24183/23525/19495</w:t>
        <w:br/>
        <w:t>f 24186/23526/19496 24185/23527/19496 24187/23528/19497</w:t>
        <w:br/>
        <w:t>f 24188/23529/19497 24186/23526/19496 24187/23528/19497</w:t>
        <w:br/>
        <w:t>f 24190/23530/19498 24189/23531/19499 24188/23529/19497</w:t>
        <w:br/>
        <w:t>f 24187/23528/19497 24190/23530/19498 24188/23529/19497</w:t>
        <w:br/>
        <w:t>f 24192/23532/19500 24189/23531/19499 24190/23530/19498</w:t>
        <w:br/>
        <w:t>f 24191/23533/19500 24192/23532/19500 24190/23530/19498</w:t>
        <w:br/>
        <w:t>f 24194/23534/19501 24192/23532/19500 24191/23533/19500</w:t>
        <w:br/>
        <w:t>f 24193/23535/19502 24194/23534/19501 24191/23533/19500</w:t>
        <w:br/>
        <w:t>f 24196/23536/19503 24195/23537/19504 24194/23534/19501</w:t>
        <w:br/>
        <w:t>f 24193/23535/19502 24196/23536/19503 24194/23534/19501</w:t>
        <w:br/>
        <w:t>f 24198/23538/19505 24195/23537/19504 24196/23536/19503</w:t>
        <w:br/>
        <w:t>f 24197/23539/19506 24198/23538/19505 24196/23536/19503</w:t>
        <w:br/>
        <w:t>f 24200/23540/19507 24198/23538/19505 24197/23539/19506</w:t>
        <w:br/>
        <w:t>f 24199/23541/19507 24200/23540/19507 24197/23539/19506</w:t>
        <w:br/>
        <w:t>f 24202/23542/19508 24201/23543/19508 24200/23540/19507</w:t>
        <w:br/>
        <w:t>f 24199/23541/19507 24202/23542/19508 24200/23540/19507</w:t>
        <w:br/>
        <w:t>f 24204/23544/19509 24203/23545/19509 24201/23543/19508</w:t>
        <w:br/>
        <w:t>f 24202/23542/19508 24204/23544/19509 24201/23543/19508</w:t>
        <w:br/>
        <w:t>f 24206/23546/19510 24203/23545/19509 24204/23544/19509</w:t>
        <w:br/>
        <w:t>f 24205/23547/19510 24206/23546/19510 24204/23544/19509</w:t>
        <w:br/>
        <w:t>f 24208/23548/19511 24206/23546/19510 24205/23547/19510</w:t>
        <w:br/>
        <w:t>f 24207/23549/19511 24208/23548/19511 24205/23547/19510</w:t>
        <w:br/>
        <w:t>f 24210/23550/19512 24208/23548/19511 24207/23549/19511</w:t>
        <w:br/>
        <w:t>f 24209/23551/19512 24210/23550/19512 24207/23549/19511</w:t>
        <w:br/>
        <w:t>f 24212/23552/19513 24210/23550/19512 24209/23551/19512</w:t>
        <w:br/>
        <w:t>f 24211/23553/19514 24212/23552/19513 24209/23551/19512</w:t>
        <w:br/>
        <w:t>f 24214/23554/19515 24212/23552/19513 24211/23553/19514</w:t>
        <w:br/>
        <w:t>f 24213/23555/19516 24214/23554/19515 24211/23553/19514</w:t>
        <w:br/>
        <w:t>f 24216/23556/19517 24214/23554/19515 24213/23555/19516</w:t>
        <w:br/>
        <w:t>f 24215/23557/19517 24216/23556/19517 24213/23555/19516</w:t>
        <w:br/>
        <w:t>f 24218/23558/19518 24216/23556/19517 24215/23557/19517</w:t>
        <w:br/>
        <w:t>f 24217/23559/19519 24218/23558/19518 24215/23557/19517</w:t>
        <w:br/>
        <w:t>f 24220/23560/19520 24218/23558/19518 24217/23559/19519</w:t>
        <w:br/>
        <w:t>f 24219/23561/19521 24220/23560/19520 24217/23559/19519</w:t>
        <w:br/>
        <w:t>f 24223/23562/19522 24220/23560/19520 24222/23563/19145</w:t>
        <w:br/>
        <w:t>f 24221/23564/19522 24223/23562/19522 24222/23563/19145</w:t>
        <w:br/>
        <w:t>f 24225/23565/19523 24223/23562/19522 24221/23564/19522</w:t>
        <w:br/>
        <w:t>f 24224/23566/19523 24225/23565/19523 24221/23564/19522</w:t>
        <w:br/>
        <w:t>f 24227/23567/19524 24225/23565/19523 24224/23566/19523</w:t>
        <w:br/>
        <w:t>f 24226/23568/19524 24227/23567/19524 24224/23566/19523</w:t>
        <w:br/>
        <w:t>f 24229/23569/19525 24228/23570/19525 24227/23567/19524</w:t>
        <w:br/>
        <w:t>f 24226/23568/19524 24229/23569/19525 24227/23567/19524</w:t>
        <w:br/>
        <w:t>f 24231/23571/19526 24228/23570/19525 24229/23569/19525</w:t>
        <w:br/>
        <w:t>f 24230/23572/19527 24231/23571/19526 24229/23569/19525</w:t>
        <w:br/>
        <w:t>f 24233/23573/19528 24231/23571/19526 24230/23572/19527</w:t>
        <w:br/>
        <w:t>f 24232/23574/19528 24233/23573/19528 24230/23572/19527</w:t>
        <w:br/>
        <w:t>f 24235/23575/19529 24234/23576/19529 24233/23573/19528</w:t>
        <w:br/>
        <w:t>f 24232/23574/19528 24235/23575/19529 24233/23573/19528</w:t>
        <w:br/>
        <w:t>f 24237/23577/19530 24236/23578/19530 24234/23576/19529</w:t>
        <w:br/>
        <w:t>f 24235/23575/19529 24237/23577/19530 24234/23576/19529</w:t>
        <w:br/>
        <w:t>f 24237/23577/19530 24239/23579/19531 24238/23580/19531</w:t>
        <w:br/>
        <w:t>f 24236/23578/19530 24237/23577/19530 24238/23580/19531</w:t>
        <w:br/>
        <w:t>f 24241/23581/19532 24238/23580/19531 24239/23579/19531</w:t>
        <w:br/>
        <w:t>f 24240/23582/19532 24241/23581/19532 24239/23579/19531</w:t>
        <w:br/>
        <w:t>f 24243/23583/19533 24241/23581/19532 24240/23582/19532</w:t>
        <w:br/>
        <w:t>f 24242/23584/19533 24243/23583/19533 24240/23582/19532</w:t>
        <w:br/>
        <w:t>f 24245/23585/19534 24243/23583/19533 24242/23584/19533</w:t>
        <w:br/>
        <w:t>f 24244/23586/19535 24245/23585/19534 24242/23584/19533</w:t>
        <w:br/>
        <w:t>f 24247/23587/19536 24245/23585/19534 24244/23586/19535</w:t>
        <w:br/>
        <w:t>f 24246/23588/19537 24247/23587/19536 24244/23586/19535</w:t>
        <w:br/>
        <w:t>f 24249/23589/19538 24247/23587/19536 24246/23588/19537</w:t>
        <w:br/>
        <w:t>f 24248/23590/19539 24249/23589/19538 24246/23588/19537</w:t>
        <w:br/>
        <w:t>f 24251/23591/19540 24249/23589/19538 24248/23590/19539</w:t>
        <w:br/>
        <w:t>f 24250/23592/19540 24251/23591/19540 24248/23590/19539</w:t>
        <w:br/>
        <w:t>f 24253/23593/19541 24251/23591/19540 24250/23592/19540</w:t>
        <w:br/>
        <w:t>f 24252/23594/19542 24253/23593/19541 24250/23592/19540</w:t>
        <w:br/>
        <w:t>f 24255/23595/19543 24253/23593/19541 24252/23594/19542</w:t>
        <w:br/>
        <w:t>f 24254/23596/19543 24255/23595/19543 24252/23594/19542</w:t>
        <w:br/>
        <w:t>f 24257/23597/19544 24256/23598/19544 24255/23595/19543</w:t>
        <w:br/>
        <w:t>f 24254/23596/19543 24257/23597/19544 24255/23595/19543</w:t>
        <w:br/>
        <w:t>f 24259/23599/19545 24258/23600/19546 24256/23598/19544</w:t>
        <w:br/>
        <w:t>f 24257/23597/19544 24259/23599/19545 24256/23598/19544</w:t>
        <w:br/>
        <w:t>f 24261/23601/19547 24260/23602/19548 24258/23600/19546</w:t>
        <w:br/>
        <w:t>f 24259/23599/19545 24261/23601/19547 24258/23600/19546</w:t>
        <w:br/>
        <w:t>f 24263/23603/19549 24262/23604/19549 24260/23602/19548</w:t>
        <w:br/>
        <w:t>f 24261/23601/19547 24263/23603/19549 24260/23602/19548</w:t>
        <w:br/>
        <w:t>f 24265/23605/19550 24264/23606/19550 24262/23604/19549</w:t>
        <w:br/>
        <w:t>f 24263/23603/19549 24265/23605/19550 24262/23604/19549</w:t>
        <w:br/>
        <w:t>f 24267/23607/19551 24266/23608/19551 24264/23606/19550</w:t>
        <w:br/>
        <w:t>f 24265/23605/19550 24267/23607/19551 24264/23606/19550</w:t>
        <w:br/>
        <w:t>f 24269/23609/19552 24268/23610/19553 24266/23608/19551</w:t>
        <w:br/>
        <w:t>f 24267/23607/19551 24269/23609/19552 24266/23608/19551</w:t>
        <w:br/>
        <w:t>f 24273/23611/19554 24272/23612/19555 24271/23613/19556</w:t>
        <w:br/>
        <w:t>f 24270/23614/19556 24273/23611/19554 24271/23613/19556</w:t>
        <w:br/>
        <w:t>f 24275/23615/19557 24274/23616/19558 24272/23612/19555</w:t>
        <w:br/>
        <w:t>f 24273/23611/19554 24275/23615/19557 24272/23612/19555</w:t>
        <w:br/>
        <w:t>f 24274/23616/19558 24275/23615/19557 24277/23617/19559</w:t>
        <w:br/>
        <w:t>f 24276/23618/19559 24274/23616/19558 24277/23617/19559</w:t>
        <w:br/>
        <w:t>f 24279/23619/19560 24278/23620/19561 24276/23618/19559</w:t>
        <w:br/>
        <w:t>f 24277/23617/19559 24279/23619/19560 24276/23618/19559</w:t>
        <w:br/>
        <w:t>f 24282/23621/19562 24278/23620/19563 24281/23622/19184</w:t>
        <w:br/>
        <w:t>f 24280/23623/19564 24282/23621/19562 24281/23622/19184</w:t>
        <w:br/>
        <w:t>f 24282/23621/19562 24280/23623/19564 24283/23624/19565</w:t>
        <w:br/>
        <w:t>f 24284/23625/19565 24282/23621/19562 24283/23624/19565</w:t>
        <w:br/>
        <w:t>f 24288/23626/19566 24287/23627/19566 24286/23628/19567</w:t>
        <w:br/>
        <w:t>f 24285/23629/19568 24288/23626/19566 24286/23628/19567</w:t>
        <w:br/>
        <w:t>f 24292/23630/19569 24291/23631/19570 24290/23632/19571</w:t>
        <w:br/>
        <w:t>f 24289/23633/19571 24292/23630/19569 24290/23632/19571</w:t>
        <w:br/>
        <w:t>f 24296/23634/19572 24295/23635/19573 24294/23636/19573</w:t>
        <w:br/>
        <w:t>f 24293/23637/19572 24296/23634/19572 24294/23636/19573</w:t>
        <w:br/>
        <w:t>f 24298/23638/19574 24296/23634/19572 24293/23637/19572</w:t>
        <w:br/>
        <w:t>f 24297/23639/19575 24298/23638/19574 24293/23637/19572</w:t>
        <w:br/>
        <w:t>f 24294/23636/19573 24295/23635/19573 24291/23631/19570</w:t>
        <w:br/>
        <w:t>f 24292/23630/19569 24294/23636/19573 24291/23631/19570</w:t>
        <w:br/>
        <w:t>f 24300/23640/19576 24299/23641/19576 24298/23638/19574</w:t>
        <w:br/>
        <w:t>f 24297/23639/19575 24300/23640/19576 24298/23638/19574</w:t>
        <w:br/>
        <w:t>f 24302/23642/19577 24301/23643/19578 24299/23641/19576</w:t>
        <w:br/>
        <w:t>f 24300/23640/19576 24302/23642/19577 24299/23641/19576</w:t>
        <w:br/>
        <w:t>f 24304/23644/19579 24303/23645/19579 24301/23643/19578</w:t>
        <w:br/>
        <w:t>f 24302/23642/19577 24304/23644/19579 24301/23643/19578</w:t>
        <w:br/>
        <w:t>f 24310/23646/19580 24303/23645/19579 24304/23644/19579</w:t>
        <w:br/>
        <w:t>f 24309/23647/19580 24310/23646/19580 24304/23644/19579</w:t>
        <w:br/>
        <w:t>f 24314/23648/19581 24313/23649/19582 24312/23650/19582</w:t>
        <w:br/>
        <w:t>f 24311/23651/19583 24314/23648/19581 24312/23650/19582</w:t>
        <w:br/>
        <w:t>f 24313/23649/19582 24310/23646/19580 24309/23647/19580</w:t>
        <w:br/>
        <w:t>f 24312/23650/19582 24313/23649/19582 24309/23647/19580</w:t>
        <w:br/>
        <w:t>f 24318/23652/19584 24317/23653/19585 24314/23648/19581</w:t>
        <w:br/>
        <w:t>f 24311/23651/19583 24318/23652/19584 24314/23648/19581</w:t>
        <w:br/>
        <w:t>f 24322/23654/19586 24317/23653/19585 24318/23652/19584</w:t>
        <w:br/>
        <w:t>f 24321/23655/19586 24322/23654/19586 24318/23652/19584</w:t>
        <w:br/>
        <w:t>f 24326/23656/19587 24325/23657/19587 24322/23654/19586</w:t>
        <w:br/>
        <w:t>f 24321/23655/19586 24326/23656/19587 24322/23654/19586</w:t>
        <w:br/>
        <w:t>f 24328/23658/19588 24327/23659/19589 24325/23657/19587</w:t>
        <w:br/>
        <w:t>f 24326/23656/19587 24328/23658/19588 24325/23657/19587</w:t>
        <w:br/>
        <w:t>f 24332/23660/19590 24327/23659/19589 24328/23658/19588</w:t>
        <w:br/>
        <w:t>f 24331/23661/19590 24332/23660/19590 24328/23658/19588</w:t>
        <w:br/>
        <w:t>f 24334/23662/19591 24332/23660/19590 24331/23661/19590</w:t>
        <w:br/>
        <w:t>f 24333/23663/19591 24334/23662/19591 24331/23661/19590</w:t>
        <w:br/>
        <w:t>f 24338/23664/19592 24337/23665/19593 24334/23662/19591</w:t>
        <w:br/>
        <w:t>f 24333/23663/19591 24338/23664/19592 24334/23662/19591</w:t>
        <w:br/>
        <w:t>f 24342/23666/19594 24341/23667/19595 24340/23668/19596</w:t>
        <w:br/>
        <w:t>f 24339/23669/19594 24342/23666/19594 24340/23668/19596</w:t>
        <w:br/>
        <w:t>f 24348/23670/19597 24342/23666/19594 24339/23669/19594</w:t>
        <w:br/>
        <w:t>f 24347/23671/19597 24348/23670/19597 24339/23669/19594</w:t>
        <w:br/>
        <w:t>f 24341/23667/19595 24337/23665/19593 24338/23664/19592</w:t>
        <w:br/>
        <w:t>f 24340/23668/19596 24341/23667/19595 24338/23664/19592</w:t>
        <w:br/>
        <w:t>f 24270/23614/19556 24271/23613/19556 24105/23447/19445</w:t>
        <w:br/>
        <w:t>f 24106/23446/19445 24270/23614/19556 24105/23447/19445</w:t>
        <w:br/>
        <w:t>f 24285/23629/19568 24286/23628/19567 24284/23625/19565</w:t>
        <w:br/>
        <w:t>f 24283/23624/19565 24285/23629/19568 24284/23625/19565</w:t>
        <w:br/>
        <w:t>f 24289/23633/19571 24290/23632/19571 24287/23627/19566</w:t>
        <w:br/>
        <w:t>f 24288/23626/19566 24289/23633/19571 24287/23627/19566</w:t>
        <w:br/>
        <w:t>f 24091/23431/19435 24268/23610/19553 24269/23609/19552</w:t>
        <w:br/>
        <w:t>f 24090/23432/19435 24091/23431/19435 24269/23609/19552</w:t>
        <w:br/>
        <w:t>f 23709/23048/19068 23713/23055/19075 23708/23049/19069</w:t>
        <w:br/>
        <w:t>f 23916/23256/19266 23983/23325/19335 23915/23257/19267</w:t>
        <w:br/>
        <w:t>f 23638/22980/19000 23641/22983/19003 23637/22981/19001</w:t>
        <w:br/>
        <w:t>f 23735/23075/19097 24355/23672/8786 23738/23078/19100</w:t>
        <w:br/>
        <w:t>f 23701/23042/19062 23733/23073/19095 23702/23044/19064</w:t>
        <w:br/>
        <w:t>f 23735/23075/19097 23733/23073/19095 24355/23672/8786</w:t>
        <w:br/>
        <w:t>f 24103/23445/19444 24104/23444/19443 25208/23673/19598</w:t>
        <w:br/>
        <w:t>f 23712/23051/19071 23710/23053/19073 25209/23674/19599</w:t>
        <w:br/>
        <w:t>f 23636/22977/18997 23715/23057/19077 23716/23056/19076</w:t>
        <w:br/>
        <w:t>f 23635/22974/18994 23636/22977/18997 23716/23056/19076</w:t>
        <w:br/>
        <w:t>f 25237/23675/8422 23712/23051/19071 25209/23674/19599</w:t>
        <w:br/>
        <w:t>f 23711/23052/19072 23712/23051/19071 23707/23050/19070</w:t>
        <w:br/>
        <w:t>f 23708/23049/19069 23711/23052/19072 23707/23050/19070</w:t>
        <w:br/>
        <w:t>f 23721/23061/19081 25262/23676/19600 23706/23045/19082</w:t>
        <w:br/>
        <w:t>f 23709/23048/19068 25262/23676/19600 25263/23677/19447</w:t>
        <w:br/>
        <w:t>f 23719/23060/19080 23709/23048/19068 25263/23677/19447</w:t>
        <w:br/>
        <w:t>f 23721/23061/19081 25263/23677/19447 25262/23676/19600</w:t>
        <w:br/>
        <w:t>f 23687/23028/19048 23684/23025/19045 23678/23019/19039</w:t>
        <w:br/>
        <w:t>f 23939/23280/19289 23945/23286/19295 23934/23277/19286</w:t>
        <w:br/>
        <w:t>f 23940/23279/19288 23945/23286/19295 23939/23280/19289</w:t>
        <w:br/>
        <w:t>f 23936/23275/19284 23941/23283/19292 23937/23278/19287</w:t>
        <w:br/>
        <w:t>f 23277/22950/18973 25341/23678/19601 25340/23679/19602</w:t>
        <w:br/>
        <w:t>f 23280/22947/18973 23277/22950/18973 25340/23679/19602</w:t>
        <w:br/>
        <w:t>f 25341/23678/19601 25342/23680/8628 25340/23679/19602</w:t>
        <w:br/>
        <w:t>f 25345/23681/19603 25344/23682/19603 23086/22757/18795</w:t>
        <w:br/>
        <w:t>f 23087/22756/18794 25345/23681/19603 23086/22757/18795</w:t>
        <w:br/>
        <w:t>f 25347/23683/19604 25346/23684/19605 23092/22759/18796</w:t>
        <w:br/>
        <w:t>f 23089/22762/18799 25347/23683/19604 23092/22759/18796</w:t>
        <w:br/>
        <w:t>f 25349/23685/19606 25348/23686/19607 25346/23684/19605</w:t>
        <w:br/>
        <w:t>f 25347/23683/19604 25349/23685/19606 25346/23684/19605</w:t>
        <w:br/>
        <w:t>f 25351/23687/19608 25350/23688/19609 25344/23682/19603</w:t>
        <w:br/>
        <w:t>f 25345/23681/19603 25351/23687/19608 25344/23682/19603</w:t>
        <w:br/>
        <w:t>f 25354/23689/19610 25353/23690/19611 25352/23691/19612</w:t>
        <w:br/>
        <w:t>f 25356/23692/19613 25354/23689/19610 25352/23691/19612</w:t>
        <w:br/>
        <w:t>f 25355/23693/19614 25356/23692/19613 25352/23691/19612</w:t>
        <w:br/>
        <w:t>f 25358/23694/19615 25357/23695/19616 25350/23688/19609</w:t>
        <w:br/>
        <w:t>f 25351/23687/19608 25358/23694/19615 25350/23688/19609</w:t>
        <w:br/>
        <w:t>f 25361/23696/19617 25360/23697/19618 25359/23698/19619</w:t>
        <w:br/>
        <w:t>f 25349/23685/19606 25361/23696/19617 25359/23698/19619</w:t>
        <w:br/>
        <w:t>f 25359/23698/19619 25348/23686/19607 25349/23685/19606</w:t>
        <w:br/>
        <w:t>f 25364/23699/19620 25363/23700/19620 25362/23701/19621</w:t>
        <w:br/>
        <w:t>f 25358/23694/19615 25364/23699/19620 25362/23701/19621</w:t>
        <w:br/>
        <w:t>f 25347/23683/19604 25365/23702/19622 25349/23685/19606</w:t>
        <w:br/>
        <w:t>f 25365/23702/19622 25347/23683/19604 23089/22762/18799</w:t>
        <w:br/>
        <w:t>f 23111/22781/18817 25365/23702/19622 23089/22762/18799</w:t>
        <w:br/>
        <w:t>f 25366/23703/19623 25361/23696/19617 25349/23685/19606</w:t>
        <w:br/>
        <w:t>f 23114/22785/18821 25368/23704/19624 25367/23705/19625</w:t>
        <w:br/>
        <w:t>f 23113/22786/18822 23114/22785/18821 25367/23705/19625</w:t>
        <w:br/>
        <w:t>f 25368/23704/19624 23114/22785/18821 23117/22788/18824</w:t>
        <w:br/>
        <w:t>f 25369/23706/19626 25368/23704/19624 23117/22788/18824</w:t>
        <w:br/>
        <w:t>f 25372/23707/19627 25356/23692/19613 25371/23708/19628</w:t>
        <w:br/>
        <w:t>f 25370/23709/19629 25372/23707/19627 25371/23708/19628</w:t>
        <w:br/>
        <w:t>f 25370/23709/19629 25371/23708/19628 25374/23710/19630</w:t>
        <w:br/>
        <w:t>f 25373/23711/19631 25370/23709/19629 25374/23710/19630</w:t>
        <w:br/>
        <w:t>f 25374/23710/19630 25377/23712/19632 25376/23713/19633</w:t>
        <w:br/>
        <w:t>f 25375/23714/19634 25374/23710/19630 25376/23713/19633</w:t>
        <w:br/>
        <w:t>f 25381/23715/19635 25380/23716/19636 25379/23717/19637</w:t>
        <w:br/>
        <w:t>f 25378/23718/19635 25381/23715/19635 25379/23717/19637</w:t>
        <w:br/>
        <w:t>f 25360/23697/19618 25361/23696/19617 25382/23719/19638</w:t>
        <w:br/>
        <w:t>f 25383/23720/19639 25382/23719/19638 25361/23696/19617</w:t>
        <w:br/>
        <w:t>f 25384/23721/19640 25383/23720/19639 25361/23696/19617</w:t>
        <w:br/>
        <w:t>f 25379/23717/19637 25380/23716/19636 25363/23700/19620</w:t>
        <w:br/>
        <w:t>f 25364/23699/19620 25379/23717/19637 25363/23700/19620</w:t>
        <w:br/>
        <w:t>f 25374/23710/19630 25371/23708/19628 25385/23722/19641</w:t>
        <w:br/>
        <w:t>f 25377/23712/19632 25374/23710/19630 25385/23722/19641</w:t>
        <w:br/>
        <w:t>f 25375/23714/19634 25376/23713/19633 25387/23723/19642</w:t>
        <w:br/>
        <w:t>f 25386/23724/19643 25375/23714/19634 25387/23723/19642</w:t>
        <w:br/>
        <w:t>f 25381/23715/19635 25378/23718/19635 25389/23725/19644</w:t>
        <w:br/>
        <w:t>f 25388/23726/19645 25381/23715/19635 25389/23725/19644</w:t>
        <w:br/>
        <w:t>f 25391/23727/19646 25390/23728/19646 25388/23726/19645</w:t>
        <w:br/>
        <w:t>f 25389/23725/19644 25391/23727/19646 25388/23726/19645</w:t>
        <w:br/>
        <w:t>f 25395/23729/19647 25394/23730/19648 25393/23731/19649</w:t>
        <w:br/>
        <w:t>f 25392/23732/19650 25395/23729/19647 25393/23731/19649</w:t>
        <w:br/>
        <w:t>f 25384/23721/19640 25395/23729/19647 25392/23732/19650</w:t>
        <w:br/>
        <w:t>f 25383/23720/19639 25384/23721/19640 25392/23732/19650</w:t>
        <w:br/>
        <w:t>f 25397/23733/19651 25396/23734/19652 25386/23724/19643</w:t>
        <w:br/>
        <w:t>f 25387/23723/19642 25397/23733/19651 25386/23724/19643</w:t>
        <w:br/>
        <w:t>f 25373/23711/19631 25374/23710/19630 25375/23714/19634</w:t>
        <w:br/>
        <w:t>f 25386/23724/19643 25398/23735/19653 25373/23711/19631</w:t>
        <w:br/>
        <w:t>f 25375/23714/19634 25386/23724/19643 25373/23711/19631</w:t>
        <w:br/>
        <w:t>f 25401/23736/19654 25400/23737/19655 25398/23735/19653</w:t>
        <w:br/>
        <w:t>f 25399/23738/19656 25401/23736/19654 25398/23735/19653</w:t>
        <w:br/>
        <w:t>f 25401/23736/19654 25402/23739/10370 25400/23737/19655</w:t>
        <w:br/>
        <w:t>f 25404/23740/19657 25370/23709/19629 25373/23711/19631</w:t>
        <w:br/>
        <w:t>f 25403/23741/19658 25404/23740/19657 25373/23711/19631</w:t>
        <w:br/>
        <w:t>f 25406/23742/19659 25401/23736/19654 25399/23738/19656</w:t>
        <w:br/>
        <w:t>f 25405/23743/19660 25406/23742/19659 25399/23738/19656</w:t>
        <w:br/>
        <w:t>f 25408/23744/19661 25406/23742/19659 25405/23743/19660</w:t>
        <w:br/>
        <w:t>f 25407/23745/19662 25408/23744/19661 25405/23743/19660</w:t>
        <w:br/>
        <w:t>f 25405/23743/19660 25399/23738/19656 25410/23746/19663</w:t>
        <w:br/>
        <w:t>f 25409/23747/19664 25405/23743/19660 25410/23746/19663</w:t>
        <w:br/>
        <w:t>f 25411/23748/19665 25410/23746/19663 25399/23738/19656</w:t>
        <w:br/>
        <w:t>f 25411/23748/19665 25399/23738/19656 25412/23749/19666</w:t>
        <w:br/>
        <w:t>f 25399/23738/19656 25398/23735/19653 25413/23750/19667</w:t>
        <w:br/>
        <w:t>f 25412/23749/19666 25399/23738/19656 25413/23750/19667</w:t>
        <w:br/>
        <w:t>f 25396/23734/19652 25413/23750/19667 25398/23735/19653</w:t>
        <w:br/>
        <w:t>f 25398/23735/19653 25386/23724/19643 25396/23734/19652</w:t>
        <w:br/>
        <w:t>f 25370/23709/19629 25404/23740/19657 25414/23751/19668</w:t>
        <w:br/>
        <w:t>f 25372/23707/19627 25370/23709/19629 25414/23751/19668</w:t>
        <w:br/>
        <w:t>f 25354/23689/19610 25356/23692/19613 25372/23707/19627</w:t>
        <w:br/>
        <w:t>f 25415/23752/19669 25354/23689/19610 25372/23707/19627</w:t>
        <w:br/>
        <w:t>f 25419/23753/19670 25418/23754/19671 25417/23755/19672</w:t>
        <w:br/>
        <w:t>f 25416/23756/19673 25419/23753/19670 25417/23755/19672</w:t>
        <w:br/>
        <w:t>f 25420/23757/19674 25418/23754/19671 25419/23753/19670</w:t>
        <w:br/>
        <w:t>f 25422/23758/19675 25420/23757/19674 25419/23753/19670</w:t>
        <w:br/>
        <w:t>f 25421/23759/19676 25422/23758/19675 25419/23753/19670</w:t>
        <w:br/>
        <w:t>f 25420/23757/19674 25422/23758/19675 25424/23760/19677</w:t>
        <w:br/>
        <w:t>f 25423/23761/19678 25420/23757/19674 25424/23760/19677</w:t>
        <w:br/>
        <w:t>f 25418/23754/19671 25420/23757/19674 25423/23761/19678</w:t>
        <w:br/>
        <w:t>f 25428/23762/19679 25427/23763/19680 25426/23764/19681</w:t>
        <w:br/>
        <w:t>f 25425/23765/19682 25428/23762/19679 25426/23764/19681</w:t>
        <w:br/>
        <w:t>f 25432/23766/19683 25431/23767/19684 25430/23768/19685</w:t>
        <w:br/>
        <w:t>f 25429/23769/19686 25432/23766/19683 25430/23768/19685</w:t>
        <w:br/>
        <w:t>f 25434/23770/19687 25429/23769/19686 25430/23768/19685</w:t>
        <w:br/>
        <w:t>f 25433/23771/19687 25434/23770/19687 25430/23768/19685</w:t>
        <w:br/>
        <w:t>f 25425/23765/19682 25426/23764/19681 25435/23772/19688</w:t>
        <w:br/>
        <w:t>f 25427/23763/19680 25428/23762/19679 25423/23761/19678</w:t>
        <w:br/>
        <w:t>f 25424/23760/19677 25427/23763/19680 25423/23761/19678</w:t>
        <w:br/>
        <w:t>f 25417/23755/19672 25418/23754/19671 25436/23773/19689</w:t>
        <w:br/>
        <w:t>f 25440/23774/19690 25439/23775/19691 25438/23776/19692</w:t>
        <w:br/>
        <w:t>f 25437/23777/19693 25440/23774/19690 25438/23776/19692</w:t>
        <w:br/>
        <w:t>f 25438/23776/19692 25439/23775/19691 25441/23778/19694</w:t>
        <w:br/>
        <w:t>f 25416/23756/19673 25444/23779/19695 25443/23780/19696</w:t>
        <w:br/>
        <w:t>f 25442/23781/19697 25416/23756/19673 25443/23780/19696</w:t>
        <w:br/>
        <w:t>f 25448/23782/19698 25447/23783/19699 25446/23784/19700</w:t>
        <w:br/>
        <w:t>f 25445/23785/19698 25448/23782/19698 25446/23784/19700</w:t>
        <w:br/>
        <w:t>f 25442/23781/19697 25421/23759/19676 25419/23753/19670</w:t>
        <w:br/>
        <w:t>f 25416/23756/19673 25442/23781/19697 25419/23753/19670</w:t>
        <w:br/>
        <w:t>f 25450/23786/19701 25446/23784/19700 25447/23783/19699</w:t>
        <w:br/>
        <w:t>f 25449/23787/19702 25450/23786/19701 25447/23783/19699</w:t>
        <w:br/>
        <w:t>f 25454/23788/19703 25453/23789/19704 25452/23790/19705</w:t>
        <w:br/>
        <w:t>f 25451/23791/19706 25454/23788/19703 25452/23790/19705</w:t>
        <w:br/>
        <w:t>f 25453/23789/19704 25454/23788/19703 25456/23792/19707</w:t>
        <w:br/>
        <w:t>f 25455/23793/19708 25453/23789/19704 25456/23792/19707</w:t>
        <w:br/>
        <w:t>f 25456/23792/19707 25454/23788/19703 25457/23794/19709</w:t>
        <w:br/>
        <w:t>f 25456/23792/19707 25459/23795/19710 25458/23796/19711</w:t>
        <w:br/>
        <w:t>f 25455/23793/19708 25456/23792/19707 25458/23796/19711</w:t>
        <w:br/>
        <w:t>f 25457/23794/19709 25459/23795/19710 25456/23792/19707</w:t>
        <w:br/>
        <w:t>f 25451/23791/19706 25460/23797/19712 25457/23794/19709</w:t>
        <w:br/>
        <w:t>f 25454/23788/19703 25451/23791/19706 25457/23794/19709</w:t>
        <w:br/>
        <w:t>f 25460/23797/19712 25451/23791/19706 25461/23798/19713</w:t>
        <w:br/>
        <w:t>f 25463/23799/19714 25462/23800/19715 25460/23797/19712</w:t>
        <w:br/>
        <w:t>f 25461/23798/19713 25463/23799/19714 25460/23797/19712</w:t>
        <w:br/>
        <w:t>f 25464/23801/19716 25461/23798/19713 25451/23791/19706</w:t>
        <w:br/>
        <w:t>f 25452/23790/19705 25464/23801/19716 25451/23791/19706</w:t>
        <w:br/>
        <w:t>f 25465/23802/19717 25463/23799/19714 25461/23798/19713</w:t>
        <w:br/>
        <w:t>f 25464/23801/19716 25465/23802/19717 25461/23798/19713</w:t>
        <w:br/>
        <w:t>f 25467/23803/19718 25466/23804/19719 25463/23799/19714</w:t>
        <w:br/>
        <w:t>f 25465/23802/19717 25467/23803/19718 25463/23799/19714</w:t>
        <w:br/>
        <w:t>f 25445/23785/19698 25469/23805/19720 25468/23806/19720</w:t>
        <w:br/>
        <w:t>f 25448/23782/19698 25445/23785/19698 25468/23806/19720</w:t>
        <w:br/>
        <w:t>f 25473/23807/19721 25472/23808/19722 25471/23809/19723</w:t>
        <w:br/>
        <w:t>f 25470/23810/19724 25473/23807/19721 25471/23809/19723</w:t>
        <w:br/>
        <w:t>f 25472/23808/19722 25475/23811/19725 25474/23812/19726</w:t>
        <w:br/>
        <w:t>f 25471/23809/19723 25472/23808/19722 25474/23812/19726</w:t>
        <w:br/>
        <w:t>f 25474/23812/19726 25475/23811/19725 25477/23813/19727</w:t>
        <w:br/>
        <w:t>f 25476/23814/19728 25474/23812/19726 25477/23813/19727</w:t>
        <w:br/>
        <w:t>f 25476/23814/19728 25477/23813/19727 25409/23747/19664</w:t>
        <w:br/>
        <w:t>f 25478/23815/19729 25476/23814/19728 25409/23747/19664</w:t>
        <w:br/>
        <w:t>f 25477/23813/19727 25475/23811/19725 25407/23745/19662</w:t>
        <w:br/>
        <w:t>f 25407/23745/19662 25475/23811/19725 25472/23808/19722</w:t>
        <w:br/>
        <w:t>f 25472/23808/19722 25473/23807/19721 25479/23816/19730</w:t>
        <w:br/>
        <w:t>f 25407/23745/19662 25472/23808/19722 25479/23816/19730</w:t>
        <w:br/>
        <w:t>f 25481/23817/19731 25468/23806/19720 25469/23805/19720</w:t>
        <w:br/>
        <w:t>f 25480/23818/19731 25481/23817/19731 25469/23805/19720</w:t>
        <w:br/>
        <w:t>f 25483/23819/19732 25481/23817/19731 25480/23818/19731</w:t>
        <w:br/>
        <w:t>f 25482/23820/19733 25483/23819/19732 25480/23818/19731</w:t>
        <w:br/>
        <w:t>f 25487/23821/19734 25486/23822/19735 25485/23823/19736</w:t>
        <w:br/>
        <w:t>f 25484/23824/19737 25487/23821/19734 25485/23823/19736</w:t>
        <w:br/>
        <w:t>f 25489/23825/19738 25487/23821/19734 25484/23824/19737</w:t>
        <w:br/>
        <w:t>f 25488/23826/19739 25489/23825/19738 25484/23824/19737</w:t>
        <w:br/>
        <w:t>f 25493/23827/19740 25492/23828/19741 25491/23829/19742</w:t>
        <w:br/>
        <w:t>f 25490/23830/19743 25493/23827/19740 25491/23829/19742</w:t>
        <w:br/>
        <w:t>f 25495/23831/19744 25494/23832/19745 25489/23825/19738</w:t>
        <w:br/>
        <w:t>f 25488/23826/19739 25495/23831/19744 25489/23825/19738</w:t>
        <w:br/>
        <w:t>f 25497/23833/19746 25490/23830/19743 25491/23829/19742</w:t>
        <w:br/>
        <w:t>f 25496/23834/19746 25497/23833/19746 25491/23829/19742</w:t>
        <w:br/>
        <w:t>f 25493/23827/19740 25483/23819/19732 25482/23820/19733</w:t>
        <w:br/>
        <w:t>f 25492/23828/19741 25493/23827/19740 25482/23820/19733</w:t>
        <w:br/>
        <w:t>f 25485/23823/19736 25486/23822/19735 25466/23804/19719</w:t>
        <w:br/>
        <w:t>f 25467/23803/19718 25485/23823/19736 25466/23804/19719</w:t>
        <w:br/>
        <w:t>f 25444/23779/19695 25473/23807/19721 25470/23810/19724</w:t>
        <w:br/>
        <w:t>f 25443/23780/19696 25444/23779/19695 25470/23810/19724</w:t>
        <w:br/>
        <w:t>f 25407/23745/19662 25479/23816/19730 25498/23835/19747</w:t>
        <w:br/>
        <w:t>f 25408/23744/19661 25407/23745/19662 25498/23835/19747</w:t>
        <w:br/>
        <w:t>f 25500/23836/19748 25499/23837/19749 25417/23755/19672</w:t>
        <w:br/>
        <w:t>f 25436/23773/19689 25500/23836/19748 25417/23755/19672</w:t>
        <w:br/>
        <w:t>f 25502/23838/19750 25501/23839/19751 25394/23730/19648</w:t>
        <w:br/>
        <w:t>f 25504/23840/19752 25503/23841/19753 25394/23730/19648</w:t>
        <w:br/>
        <w:t>f 25501/23839/19751 25504/23840/19752 25394/23730/19648</w:t>
        <w:br/>
        <w:t>f 25391/23727/19646 25506/23842/19754 25505/23843/19754</w:t>
        <w:br/>
        <w:t>f 25390/23728/19646 25391/23727/19646 25505/23843/19754</w:t>
        <w:br/>
        <w:t>f 25396/23734/19652 25397/23733/19651 25507/23844/19755</w:t>
        <w:br/>
        <w:t>f 25413/23750/19667 25396/23734/19652 25507/23844/19755</w:t>
        <w:br/>
        <w:t>f 25413/23750/19667 25507/23844/19755 25508/23845/19756</w:t>
        <w:br/>
        <w:t>f 25412/23749/19666 25413/23750/19667 25508/23845/19756</w:t>
        <w:br/>
        <w:t>f 25508/23845/19756 25509/23846/19757 25411/23748/19665</w:t>
        <w:br/>
        <w:t>f 25412/23749/19666 25508/23845/19756 25411/23748/19665</w:t>
        <w:br/>
        <w:t>f 25511/23847/19758 25497/23833/19746 25496/23834/19746</w:t>
        <w:br/>
        <w:t>f 25510/23848/19758 25511/23847/19758 25496/23834/19746</w:t>
        <w:br/>
        <w:t>f 25515/23849/19759 25514/23850/19760 25513/23851/19761</w:t>
        <w:br/>
        <w:t>f 25512/23852/19762 25515/23849/19759 25513/23851/19761</w:t>
        <w:br/>
        <w:t>f 25494/23832/19745 25495/23831/19744 25514/23850/19760</w:t>
        <w:br/>
        <w:t>f 25515/23849/19759 25494/23832/19745 25514/23850/19760</w:t>
        <w:br/>
        <w:t>f 25494/23832/19745 25517/23853/19763 25516/23854/19764</w:t>
        <w:br/>
        <w:t>f 25489/23825/19738 25494/23832/19745 25516/23854/19764</w:t>
        <w:br/>
        <w:t>f 25515/23849/19759 25517/23853/19763 25494/23832/19745</w:t>
        <w:br/>
        <w:t>f 25512/23852/19762 25517/23853/19763 25515/23849/19759</w:t>
        <w:br/>
        <w:t>f 25512/23852/19762 25501/23839/19751 25502/23838/19750</w:t>
        <w:br/>
        <w:t>f 25517/23853/19763 25512/23852/19762 25502/23838/19750</w:t>
        <w:br/>
        <w:t>f 25513/23851/19761 25504/23840/19752 25501/23839/19751</w:t>
        <w:br/>
        <w:t>f 25512/23852/19762 25513/23851/19761 25501/23839/19751</w:t>
        <w:br/>
        <w:t>f 25510/23848/19758 25519/23855/19765 25518/23856/19766</w:t>
        <w:br/>
        <w:t>f 25511/23847/19758 25510/23848/19758 25518/23856/19766</w:t>
        <w:br/>
        <w:t>f 25505/23843/19754 25506/23842/19754 25518/23856/19766</w:t>
        <w:br/>
        <w:t>f 25519/23855/19765 25505/23843/19754 25518/23856/19766</w:t>
        <w:br/>
        <w:t>f 25410/23746/19663 25411/23748/19665 25509/23846/19757</w:t>
        <w:br/>
        <w:t>f 25520/23857/19767 25410/23746/19663 25509/23846/19757</w:t>
        <w:br/>
        <w:t>f 25521/23858/19768 25394/23730/19648 25395/23729/19647</w:t>
        <w:br/>
        <w:t>f 25522/23859/19769 25502/23838/19750 25395/23729/19647</w:t>
        <w:br/>
        <w:t>f 25384/23721/19640 25522/23859/19769 25395/23729/19647</w:t>
        <w:br/>
        <w:t>f 25486/23822/19735 25523/23860/19770 25466/23804/19719</w:t>
        <w:br/>
        <w:t>f 25466/23804/19719 25523/23860/19770 25462/23800/19715</w:t>
        <w:br/>
        <w:t>f 25463/23799/19714 25466/23804/19719 25462/23800/19715</w:t>
        <w:br/>
        <w:t>f 25487/23821/19734 25489/23825/19738 25516/23854/19764</w:t>
        <w:br/>
        <w:t>f 25523/23860/19770 25487/23821/19734 25516/23854/19764</w:t>
        <w:br/>
        <w:t>f 25523/23860/19770 25486/23822/19735 25487/23821/19734</w:t>
        <w:br/>
        <w:t>f 25522/23859/19769 25361/23696/19617 25366/23703/19623</w:t>
        <w:br/>
        <w:t>f 25361/23696/19617 25522/23859/19769 25384/23721/19640</w:t>
        <w:br/>
        <w:t>f 25371/23708/19628 25356/23692/19613 25355/23693/19614</w:t>
        <w:br/>
        <w:t>f 25385/23722/19641 25371/23708/19628 25355/23693/19614</w:t>
        <w:br/>
        <w:t>f 25525/23861/19771 25524/23862/19772 25404/23740/19657</w:t>
        <w:br/>
        <w:t>f 25403/23741/19658 25525/23861/19771 25404/23740/19657</w:t>
        <w:br/>
        <w:t>f 25477/23813/19727 25407/23745/19662 25405/23743/19660</w:t>
        <w:br/>
        <w:t>f 25409/23747/19664 25477/23813/19727 25405/23743/19660</w:t>
        <w:br/>
        <w:t>f 25409/23747/19664 25410/23746/19663 25520/23857/19767</w:t>
        <w:br/>
        <w:t>f 25478/23815/19729 25409/23747/19664 25520/23857/19767</w:t>
        <w:br/>
        <w:t>f 25439/23775/19691 25425/23765/19682 25526/23863/19773</w:t>
        <w:br/>
        <w:t>f 25439/23775/19691 25526/23863/19773 25527/23864/19774</w:t>
        <w:br/>
        <w:t>f 25441/23778/19694 25439/23775/19691 25527/23864/19774</w:t>
        <w:br/>
        <w:t>f 25526/23863/19773 25529/23865/19775 25528/23866/19776</w:t>
        <w:br/>
        <w:t>f 25527/23864/19774 25526/23863/19773 25528/23866/19776</w:t>
        <w:br/>
        <w:t>f 25435/23772/19688 25529/23865/19775 25526/23863/19773</w:t>
        <w:br/>
        <w:t>f 25425/23765/19682 25435/23772/19688 25526/23863/19773</w:t>
        <w:br/>
        <w:t>f 25533/23867/19777 25532/23868/19777 25531/23869/19778</w:t>
        <w:br/>
        <w:t>f 25530/23870/19778 25533/23867/19777 25531/23869/19778</w:t>
        <w:br/>
        <w:t>f 25537/23871/19779 25536/23872/10502 25535/23873/19780</w:t>
        <w:br/>
        <w:t>f 25534/23874/19781 25537/23871/19779 25535/23873/19780</w:t>
        <w:br/>
        <w:t>f 25537/23871/19779 25534/23874/19781 25539/23875/19782</w:t>
        <w:br/>
        <w:t>f 25538/23876/19783 25537/23871/19779 25539/23875/19782</w:t>
        <w:br/>
        <w:t>f 25538/23876/19783 25541/23877/19784 25540/23878/19785</w:t>
        <w:br/>
        <w:t>f 25537/23871/19779 25538/23876/19783 25540/23878/19785</w:t>
        <w:br/>
        <w:t>f 25538/23876/19783 25542/23879/19786 25541/23877/19784</w:t>
        <w:br/>
        <w:t>f 25545/23880/19787 25544/23881/19788 25542/23879/19786</w:t>
        <w:br/>
        <w:t>f 25543/23882/19789 25545/23880/19787 25542/23879/19786</w:t>
        <w:br/>
        <w:t>f 25543/23882/19789 25542/23879/19786 25538/23876/19783</w:t>
        <w:br/>
        <w:t>f 25539/23875/19782 25543/23882/19789 25538/23876/19783</w:t>
        <w:br/>
        <w:t>f 25544/23881/19788 25541/23877/19784 25542/23879/19786</w:t>
        <w:br/>
        <w:t>f 25536/23872/10502 25537/23871/19779 25540/23878/19785</w:t>
        <w:br/>
        <w:t>f 25546/23883/9821 25536/23872/10502 25540/23878/19785</w:t>
        <w:br/>
        <w:t>f 25531/23869/19778 25431/23767/19684 25432/23766/19683</w:t>
        <w:br/>
        <w:t>f 25530/23870/19778 25531/23869/19778 25432/23766/19683</w:t>
        <w:br/>
        <w:t>f 25433/23771/19687 25548/23884/19790 25547/23885/19790</w:t>
        <w:br/>
        <w:t>f 25434/23770/19687 25433/23771/19687 25547/23885/19790</w:t>
        <w:br/>
        <w:t>f 25459/23795/19710 25544/23881/19788 25545/23880/19787</w:t>
        <w:br/>
        <w:t>f 25458/23796/19711 25459/23795/19710 25545/23880/19787</w:t>
        <w:br/>
        <w:t>f 25548/23884/19790 25550/23886/19791 25549/23887/19792</w:t>
        <w:br/>
        <w:t>f 25547/23885/19790 25548/23884/19790 25549/23887/19792</w:t>
        <w:br/>
        <w:t>f 25459/23795/19710 25457/23794/19709 25541/23877/19784</w:t>
        <w:br/>
        <w:t>f 25544/23881/19788 25459/23795/19710 25541/23877/19784</w:t>
        <w:br/>
        <w:t>f 25550/23886/19791 25450/23786/19701 25449/23787/19702</w:t>
        <w:br/>
        <w:t>f 25549/23887/19792 25550/23886/19791 25449/23787/19702</w:t>
        <w:br/>
        <w:t>f 25552/23888/19793 25551/23889/19794 25524/23862/19772</w:t>
        <w:br/>
        <w:t>f 25366/23703/19623 25349/23685/19606 25365/23702/19622</w:t>
        <w:br/>
        <w:t>f 25367/23705/19625 25368/23704/19624 25553/23890/19795</w:t>
        <w:br/>
        <w:t>f 25400/23737/19655 25403/23741/19658 25373/23711/19631</w:t>
        <w:br/>
        <w:t>f 25398/23735/19653 25400/23737/19655 25373/23711/19631</w:t>
        <w:br/>
        <w:t>f 25403/23741/19658 25400/23737/19655 25402/23739/10370</w:t>
        <w:br/>
        <w:t>f 25525/23861/19771 25403/23741/19658 25402/23739/10370</w:t>
        <w:br/>
        <w:t>f 25524/23862/19772 25551/23889/19794 25414/23751/19668</w:t>
        <w:br/>
        <w:t>f 25404/23740/19657 25524/23862/19772 25414/23751/19668</w:t>
        <w:br/>
        <w:t>f 25354/23689/19610 23301/22972/18992 23302/22971/18991</w:t>
        <w:br/>
        <w:t>f 25353/23690/19611 25354/23689/19610 23302/22971/18991</w:t>
        <w:br/>
        <w:t>f 23301/22972/18992 25354/23689/19610 25415/23752/19669</w:t>
        <w:br/>
        <w:t>f 23303/22973/18993 23301/22972/18992 25415/23752/19669</w:t>
        <w:br/>
        <w:t>f 25369/23706/19626 23117/22788/18824 23303/22973/18993</w:t>
        <w:br/>
        <w:t>f 25415/23752/19669 25369/23706/19626 23303/22973/18993</w:t>
        <w:br/>
        <w:t>f 25415/23752/19669 25372/23707/19627 25414/23751/19668</w:t>
        <w:br/>
        <w:t>f 25369/23706/19626 25415/23752/19669 25414/23751/19668</w:t>
        <w:br/>
        <w:t>f 25551/23889/19794 25368/23704/19624 25369/23706/19626</w:t>
        <w:br/>
        <w:t>f 25414/23751/19668 25551/23889/19794 25369/23706/19626</w:t>
        <w:br/>
        <w:t>f 25368/23704/19624 25551/23889/19794 25552/23888/19793</w:t>
        <w:br/>
        <w:t>f 25553/23890/19795 25368/23704/19624 25552/23888/19793</w:t>
        <w:br/>
        <w:t>f 25423/23761/19678 25440/23774/19690 25418/23754/19671</w:t>
        <w:br/>
        <w:t>f 25437/23777/19693 25436/23773/19689 25418/23754/19671</w:t>
        <w:br/>
        <w:t>f 25440/23774/19690 25437/23777/19693 25418/23754/19671</w:t>
        <w:br/>
        <w:t>f 25439/23775/19691 25440/23774/19690 25428/23762/19679</w:t>
        <w:br/>
        <w:t>f 25425/23765/19682 25439/23775/19691 25428/23762/19679</w:t>
        <w:br/>
        <w:t>f 25440/23774/19690 25423/23761/19678 25428/23762/19679</w:t>
        <w:br/>
        <w:t>f 25416/23756/19673 25417/23755/19672 25499/23837/19749</w:t>
        <w:br/>
        <w:t>f 25444/23779/19695 25416/23756/19673 25499/23837/19749</w:t>
        <w:br/>
        <w:t>f 25473/23807/19721 25444/23779/19695 25499/23837/19749</w:t>
        <w:br/>
        <w:t>f 25479/23816/19730 25473/23807/19721 25499/23837/19749</w:t>
        <w:br/>
        <w:t>f 25500/23836/19748 25498/23835/19747 25479/23816/19730</w:t>
        <w:br/>
        <w:t>f 25499/23837/19749 25500/23836/19748 25479/23816/19730</w:t>
        <w:br/>
        <w:t>f 25870/23891/19796 25869/23892/19797 25868/23893/19798</w:t>
        <w:br/>
        <w:t>f 25870/23891/19796 25871/23894/19799 25869/23892/19797</w:t>
        <w:br/>
        <w:t>f 25875/23895/19800 25874/23896/19801 25873/23897/19802</w:t>
        <w:br/>
        <w:t>f 25872/23898/19803 25875/23895/19800 25873/23897/19802</w:t>
        <w:br/>
        <w:t>f 25877/23899/19804 25873/23897/19802 25876/23900/19805</w:t>
        <w:br/>
        <w:t>f 25880/23901/19806 25879/23902/19807 25878/23903/19808</w:t>
        <w:br/>
        <w:t>f 25881/23904/19809 25880/23901/19806 25878/23903/19808</w:t>
        <w:br/>
        <w:t>f 25885/23905/19810 25884/23906/19811 25883/23907/19812</w:t>
        <w:br/>
        <w:t>f 25882/23908/19813 25885/23905/19810 25883/23907/19812</w:t>
        <w:br/>
        <w:t>f 25882/23908/19813 25883/23907/19812 25887/23909/19814</w:t>
        <w:br/>
        <w:t>f 25886/23910/19815 25882/23908/19813 25887/23909/19814</w:t>
        <w:br/>
        <w:t>f 25886/23910/19815 25887/23909/19814 25888/23911/19816</w:t>
        <w:br/>
        <w:t>f 25876/23900/19817 25886/23910/19815 25888/23911/19816</w:t>
        <w:br/>
        <w:t>f 25885/23905/19810 25890/23912/19818 25889/23913/19819</w:t>
        <w:br/>
        <w:t>f 25884/23906/19811 25885/23905/19810 25889/23913/19819</w:t>
        <w:br/>
        <w:t>f 25890/23912/19818 25892/23914/19820 25891/23915/19821</w:t>
        <w:br/>
        <w:t>f 25889/23913/19819 25890/23912/19818 25891/23915/19821</w:t>
        <w:br/>
        <w:t>f 25895/23916/19822 25894/23917/19823 25893/23918/19824</w:t>
        <w:br/>
        <w:t>f 25899/23919/19825 25898/23920/19826 25897/23921/19827</w:t>
        <w:br/>
        <w:t>f 25896/23922/19828 25899/23919/19825 25897/23921/19827</w:t>
        <w:br/>
        <w:t>f 25896/23922/19828 25897/23921/19827 25900/23923/19829</w:t>
        <w:br/>
        <w:t>f 25892/23914/19830 25896/23922/19828 25900/23923/19829</w:t>
        <w:br/>
        <w:t>f 25899/23919/19825 25902/23924/19831 25901/23925/19832</w:t>
        <w:br/>
        <w:t>f 25898/23920/19826 25899/23919/19825 25901/23925/19832</w:t>
        <w:br/>
        <w:t>f 25903/23926/19833 25901/23925/19832 25902/23924/19831</w:t>
        <w:br/>
        <w:t>f 25904/23927/19834 25903/23926/19833 25902/23924/19831</w:t>
        <w:br/>
        <w:t>f 25906/23928/19835 25904/23927/19834 25902/23924/19831</w:t>
        <w:br/>
        <w:t>f 25905/23929/19836 25906/23928/19835 25902/23924/19831</w:t>
        <w:br/>
        <w:t>f 25909/23930/19837 25908/23931/19838 25907/23932/19839</w:t>
        <w:br/>
        <w:t>f 25905/23929/19836 25909/23930/19837 25907/23932/19839</w:t>
        <w:br/>
        <w:t>f 25907/23932/19839 25906/23928/19835 25905/23929/19836</w:t>
        <w:br/>
        <w:t>f 25912/23933/19840 25911/23934/19841 25910/23935/19842</w:t>
        <w:br/>
        <w:t>f 25909/23930/19837 25910/23935/19842 25911/23934/19841</w:t>
        <w:br/>
        <w:t>f 25908/23931/19838 25909/23930/19837 25911/23934/19841</w:t>
        <w:br/>
        <w:t>f 25915/23936/19843 25914/23937/19844 25913/23938/19845</w:t>
        <w:br/>
        <w:t>f 25918/23939/19846 25917/23940/19847 25916/23941/19848</w:t>
        <w:br/>
        <w:t>f 25919/23942/19849 25915/23936/19843 25913/23938/19845</w:t>
        <w:br/>
        <w:t>f 25920/23943/19850 25912/23933/19840 25910/23935/19842</w:t>
        <w:br/>
        <w:t>f 25924/23944/19851 25923/23945/19852 25922/23946/19853</w:t>
        <w:br/>
        <w:t>f 25921/23947/19854 25924/23944/19851 25922/23946/19853</w:t>
        <w:br/>
        <w:t>f 25925/23948/19855 25923/23945/19852 25924/23944/19851</w:t>
        <w:br/>
        <w:t>f 25926/23949/19856 25925/23948/19855 25924/23944/19851</w:t>
        <w:br/>
        <w:t>f 25922/23946/19853 25927/23950/19857 25921/23947/19854</w:t>
        <w:br/>
        <w:t>f 25930/23951/19858 25929/23952/19859 25928/23953/19860</w:t>
        <w:br/>
        <w:t>f 25932/23954/19861 25931/23955/19862 25926/23949/19856</w:t>
        <w:br/>
        <w:t>f 25924/23944/19851 25932/23954/19861 25926/23949/19856</w:t>
        <w:br/>
        <w:t>f 25928/23953/19860 25929/23952/19859 25931/23955/19862</w:t>
        <w:br/>
        <w:t>f 25932/23954/19861 25928/23953/19860 25931/23955/19862</w:t>
        <w:br/>
        <w:t>f 25933/23956/19863 25930/23951/19858 25928/23953/19860</w:t>
        <w:br/>
        <w:t>f 25933/23956/19863 25928/23953/19860 25934/23957/19864</w:t>
        <w:br/>
        <w:t>f 25936/23958/19865 25935/23959/19866 25934/23957/19864</w:t>
        <w:br/>
        <w:t>f 25939/23960/19867 25938/23961/19868 25937/23962/19869</w:t>
        <w:br/>
        <w:t>f 25937/23962/19869 25938/23961/19868 25936/23958/19865</w:t>
        <w:br/>
        <w:t>f 25934/23957/19864 25937/23962/19869 25936/23958/19865</w:t>
        <w:br/>
        <w:t>f 25942/23963/19870 25941/23964/19871 25940/23965/19872</w:t>
        <w:br/>
        <w:t>f 25945/23966/19873 25944/23967/19874 25943/23968/19875</w:t>
        <w:br/>
        <w:t>f 25942/23963/19870 25947/23969/19876 25946/23970/19877</w:t>
        <w:br/>
        <w:t>f 25949/23971/19878 25875/23895/19800 25872/23898/19803</w:t>
        <w:br/>
        <w:t>f 25948/23972/19879 25949/23971/19878 25872/23898/19803</w:t>
        <w:br/>
        <w:t>f 25900/23923/19829 25895/23916/19822 25893/23918/19824</w:t>
        <w:br/>
        <w:t>f 25870/23891/19796 25951/23973/19880 25950/23974/19881</w:t>
        <w:br/>
        <w:t>f 25942/23963/19870 25946/23970/19877 25952/23975/19882</w:t>
        <w:br/>
        <w:t>f 25954/23976/19883 25953/23977/19884 25939/23960/19867</w:t>
        <w:br/>
        <w:t>f 25957/23978/19885 25956/23979/19886 25955/23980/19887</w:t>
        <w:br/>
        <w:t>f 25957/23978/19885 25955/23980/19887 25958/23981/19888</w:t>
        <w:br/>
        <w:t>f 25957/23978/19885 25958/23981/19888 25959/23982/19889</w:t>
        <w:br/>
        <w:t>f 25939/23960/19867 25959/23982/19889 25960/23983/19890</w:t>
        <w:br/>
        <w:t>f 25961/23984/19891 25938/23961/19868 25939/23960/19867</w:t>
        <w:br/>
        <w:t>f 25960/23983/19890 25961/23984/19891 25939/23960/19867</w:t>
        <w:br/>
        <w:t>f 25938/23961/19868 25961/23984/19891 25962/23985/19892</w:t>
        <w:br/>
        <w:t>f 25962/23985/19892 25963/23986/19893 25936/23958/19865</w:t>
        <w:br/>
        <w:t>f 25938/23961/19868 25962/23985/19892 25936/23958/19865</w:t>
        <w:br/>
        <w:t>f 25963/23986/19893 25964/23987/19894 25935/23959/19866</w:t>
        <w:br/>
        <w:t>f 25936/23958/19865 25963/23986/19893 25935/23959/19866</w:t>
        <w:br/>
        <w:t>f 25966/23988/19895 25965/23989/19896 25935/23959/19866</w:t>
        <w:br/>
        <w:t>f 25964/23987/19894 25966/23988/19895 25935/23959/19866</w:t>
        <w:br/>
        <w:t>f 25968/23990/19897 25967/23991/19898 25965/23989/19896</w:t>
        <w:br/>
        <w:t>f 25966/23988/19895 25968/23990/19897 25965/23989/19896</w:t>
        <w:br/>
        <w:t>f 25967/23991/19898 25968/23990/19897 25969/23992/19899</w:t>
        <w:br/>
        <w:t>f 25971/23993/19900 25970/23994/19901 25967/23991/19898</w:t>
        <w:br/>
        <w:t>f 25969/23992/19899 25971/23993/19900 25967/23991/19898</w:t>
        <w:br/>
        <w:t>f 25970/23994/19901 25971/23993/19900 25972/23995/19902</w:t>
        <w:br/>
        <w:t>f 25933/23956/19863 25972/23995/19903 25973/23996/19904</w:t>
        <w:br/>
        <w:t>f 25973/23996/19904 25974/23997/19905 25930/23951/19858</w:t>
        <w:br/>
        <w:t>f 25933/23956/19863 25973/23996/19904 25930/23951/19858</w:t>
        <w:br/>
        <w:t>f 25930/23951/19858 25974/23997/19905 25975/23998/19906</w:t>
        <w:br/>
        <w:t>f 25975/23998/19906 25976/23999/19907 25929/23952/19859</w:t>
        <w:br/>
        <w:t>f 25930/23951/19858 25975/23998/19906 25929/23952/19859</w:t>
        <w:br/>
        <w:t>f 25976/23999/19907 25977/24000/19908 25931/23955/19862</w:t>
        <w:br/>
        <w:t>f 25929/23952/19859 25976/23999/19907 25931/23955/19862</w:t>
        <w:br/>
        <w:t>f 25931/23955/19862 25977/24000/19908 25978/24001/19909</w:t>
        <w:br/>
        <w:t>f 25979/24002/19910 25926/23949/19856 25931/23955/19862</w:t>
        <w:br/>
        <w:t>f 25978/24001/19909 25979/24002/19910 25931/23955/19862</w:t>
        <w:br/>
        <w:t>f 25980/24003/19911 25925/23948/19855 25926/23949/19856</w:t>
        <w:br/>
        <w:t>f 25979/24002/19910 25980/24003/19911 25926/23949/19856</w:t>
        <w:br/>
        <w:t>f 25981/24004/19912 25923/23945/19852 25925/23948/19855</w:t>
        <w:br/>
        <w:t>f 25980/24003/19911 25981/24004/19912 25925/23948/19855</w:t>
        <w:br/>
        <w:t>f 25983/24005/19913 25922/23946/19853 25923/23945/19852</w:t>
        <w:br/>
        <w:t>f 25982/24006/19914 25983/24005/19913 25923/23945/19852</w:t>
        <w:br/>
        <w:t>f 25922/23946/19853 25983/24005/19913 25984/24007/19915</w:t>
        <w:br/>
        <w:t>f 25922/23946/19853 25984/24007/19915 25985/24008/19916</w:t>
        <w:br/>
        <w:t>f 25986/24009/19917 25927/23950/19857 25922/23946/19853</w:t>
        <w:br/>
        <w:t>f 25985/24008/19916 25986/24009/19917 25922/23946/19853</w:t>
        <w:br/>
        <w:t>f 25918/23939/19846 25986/24009/19918 25987/24010/19919</w:t>
        <w:br/>
        <w:t>f 25987/24010/19919 25988/24011/19920 25917/23940/19847</w:t>
        <w:br/>
        <w:t>f 25918/23939/19846 25987/24010/19919 25917/23940/19847</w:t>
        <w:br/>
        <w:t>f 25917/23940/19847 25988/24011/19920 25989/24012/19921</w:t>
        <w:br/>
        <w:t>f 25989/24012/19921 25990/24013/19922 25915/23936/19843</w:t>
        <w:br/>
        <w:t>f 25919/23942/19849 25989/24012/19921 25915/23936/19843</w:t>
        <w:br/>
        <w:t>f 25990/24013/19922 25991/24014/19923 25914/23937/19844</w:t>
        <w:br/>
        <w:t>f 25915/23936/19843 25990/24013/19922 25914/23937/19844</w:t>
        <w:br/>
        <w:t>f 25991/24014/19923 25992/24015/19924 25912/23933/19840</w:t>
        <w:br/>
        <w:t>f 25914/23937/19844 25991/24014/19923 25912/23933/19840</w:t>
        <w:br/>
        <w:t>f 25911/23934/19841 25912/23933/19840 25992/24015/19924</w:t>
        <w:br/>
        <w:t>f 25993/24016/19925 25911/23934/19841 25992/24015/19924</w:t>
        <w:br/>
        <w:t>f 25911/23934/19841 25993/24016/19925 25994/24017/19926</w:t>
        <w:br/>
        <w:t>f 25908/23931/19838 25911/23934/19841 25994/24017/19926</w:t>
        <w:br/>
        <w:t>f 25995/24018/19927 25908/23931/19838 25994/24017/19926</w:t>
        <w:br/>
        <w:t>f 25908/23931/19838 25995/24018/19927 25996/24019/19928</w:t>
        <w:br/>
        <w:t>f 25997/24020/19929 25907/23932/19839 25908/23931/19838</w:t>
        <w:br/>
        <w:t>f 25996/24019/19928 25997/24020/19929 25908/23931/19838</w:t>
        <w:br/>
        <w:t>f 25907/23932/19839 25997/24020/19929 25998/24021/19930</w:t>
        <w:br/>
        <w:t>f 25999/24022/19931 25906/23928/19835 25907/23932/19839</w:t>
        <w:br/>
        <w:t>f 25998/24021/19930 25999/24022/19931 25907/23932/19839</w:t>
        <w:br/>
        <w:t>f 25906/23928/19835 25999/24022/19931 26000/24023/19932</w:t>
        <w:br/>
        <w:t>f 26000/24023/19932 26001/24024/19933 25904/23927/19834</w:t>
        <w:br/>
        <w:t>f 25906/23928/19835 26000/24023/19932 25904/23927/19834</w:t>
        <w:br/>
        <w:t>f 25904/23927/19834 26001/24024/19933 26002/24025/19934</w:t>
        <w:br/>
        <w:t>f 26002/24025/19934 26003/24026/19935 25903/23926/19833</w:t>
        <w:br/>
        <w:t>f 25904/23927/19834 26002/24025/19934 25903/23926/19833</w:t>
        <w:br/>
        <w:t>f 25903/23926/19833 26003/24026/19935 26004/24027/19936</w:t>
        <w:br/>
        <w:t>f 26004/24027/19936 26005/24028/19937 25901/23925/19832</w:t>
        <w:br/>
        <w:t>f 25903/23926/19833 26004/24027/19936 25901/23925/19832</w:t>
        <w:br/>
        <w:t>f 26006/24029/19938 25898/23920/19826 25901/23925/19832</w:t>
        <w:br/>
        <w:t>f 26005/24028/19937 26006/24029/19938 25901/23925/19832</w:t>
        <w:br/>
        <w:t>f 25898/23920/19826 26006/24029/19938 26007/24030/19939</w:t>
        <w:br/>
        <w:t>f 25898/23920/19826 26007/24030/19939 26008/24031/19940</w:t>
        <w:br/>
        <w:t>f 25897/23921/19827 25898/23920/19826 26008/24031/19940</w:t>
        <w:br/>
        <w:t>f 25897/23921/19827 26008/24031/19940 26009/24032/19941</w:t>
        <w:br/>
        <w:t>f 25900/23923/19829 25897/23921/19827 26009/24032/19941</w:t>
        <w:br/>
        <w:t>f 26010/24033/19942 25900/23923/19829 26009/24032/19941</w:t>
        <w:br/>
        <w:t>f 25900/23923/19829 26010/24033/19942 26011/24034/19943</w:t>
        <w:br/>
        <w:t>f 26012/24035/19944 25895/23916/19822 25900/23923/19829</w:t>
        <w:br/>
        <w:t>f 26011/24034/19943 26012/24035/19944 25900/23923/19829</w:t>
        <w:br/>
        <w:t>f 26015/24036/19945 26014/24037/19945 26013/24038/19946</w:t>
        <w:br/>
        <w:t>f 25895/23916/19822 26013/24038/19946 26016/24039/19947</w:t>
        <w:br/>
        <w:t>f 25895/23916/19822 26016/24039/19947 26017/24040/19948</w:t>
        <w:br/>
        <w:t>f 26017/24040/19948 26018/24041/19949 25894/23917/19823</w:t>
        <w:br/>
        <w:t>f 25895/23916/19822 26017/24040/19948 25894/23917/19823</w:t>
        <w:br/>
        <w:t>f 26020/24042/19950 26019/24043/19951 25889/23913/19819</w:t>
        <w:br/>
        <w:t>f 25891/23915/19821 26020/24042/19950 25889/23913/19819</w:t>
        <w:br/>
        <w:t>f 25889/23913/19819 26019/24043/19951 26021/24044/19952</w:t>
        <w:br/>
        <w:t>f 25889/23913/19819 26021/24044/19952 26022/24045/19953</w:t>
        <w:br/>
        <w:t>f 25889/23913/19819 26022/24045/19953 26023/24046/19954</w:t>
        <w:br/>
        <w:t>f 26025/24047/19955 26024/24048/19956 25884/23906/19811</w:t>
        <w:br/>
        <w:t>f 25889/23913/19819 26025/24047/19955 25884/23906/19811</w:t>
        <w:br/>
        <w:t>f 25884/23906/19811 26024/24048/19956 26026/24049/19957</w:t>
        <w:br/>
        <w:t>f 26027/24050/19958 25883/23907/19812 25884/23906/19811</w:t>
        <w:br/>
        <w:t>f 26026/24049/19957 26027/24050/19958 25884/23906/19811</w:t>
        <w:br/>
        <w:t>f 25883/23907/19812 26027/24050/19958 26028/24051/19959</w:t>
        <w:br/>
        <w:t>f 26029/24052/19960 25887/23909/19814 25883/23907/19812</w:t>
        <w:br/>
        <w:t>f 26028/24051/19959 26029/24052/19960 25883/23907/19812</w:t>
        <w:br/>
        <w:t>f 26030/24053/19961 25888/23911/19816 25887/23909/19814</w:t>
        <w:br/>
        <w:t>f 26029/24052/19960 26030/24053/19961 25887/23909/19814</w:t>
        <w:br/>
        <w:t>f 26031/24054/19962 25880/23901/19806 25881/23904/19809</w:t>
        <w:br/>
        <w:t>f 26030/24053/19963 26031/24054/19962 25881/23904/19809</w:t>
        <w:br/>
        <w:t>f 26032/24055/19964 25879/23902/19807 25880/23901/19806</w:t>
        <w:br/>
        <w:t>f 26031/24054/19962 26032/24055/19964 25880/23901/19806</w:t>
        <w:br/>
        <w:t>f 25879/23902/19807 26032/24055/19964 26033/24056/19965</w:t>
        <w:br/>
        <w:t>f 25877/23899/19804 26035/24057/19966 26034/24058/19967</w:t>
        <w:br/>
        <w:t>f 26036/24059/19968 25873/23897/19802 25877/23899/19804</w:t>
        <w:br/>
        <w:t>f 26034/24058/19967 26036/24059/19968 25877/23899/19804</w:t>
        <w:br/>
        <w:t>f 25873/23897/19802 26036/24059/19968 26037/24060/19969</w:t>
        <w:br/>
        <w:t>f 26038/24061/19970 25872/23898/19803 25873/23897/19802</w:t>
        <w:br/>
        <w:t>f 26037/24060/19969 26038/24061/19970 25873/23897/19802</w:t>
        <w:br/>
        <w:t>f 25872/23898/19803 26038/24061/19970 26039/24062/19971</w:t>
        <w:br/>
        <w:t>f 26040/24063/19972 25948/23972/19879 25872/23898/19803</w:t>
        <w:br/>
        <w:t>f 26039/24062/19971 26040/24063/19972 25872/23898/19803</w:t>
        <w:br/>
        <w:t>f 26041/24064/19973 25871/23894/19799 25948/23972/19879</w:t>
        <w:br/>
        <w:t>f 26040/24063/19972 26041/24064/19973 25948/23972/19879</w:t>
        <w:br/>
        <w:t>f 26044/24065/19974 26043/24066/19975 26042/24067/19976</w:t>
        <w:br/>
        <w:t>f 26046/24068/19977 26042/24067/19976 26043/24066/19975</w:t>
        <w:br/>
        <w:t>f 26045/24069/19978 26046/24068/19977 26043/24066/19975</w:t>
        <w:br/>
        <w:t>f 26046/24068/19977 26045/24069/19978 26047/24070/19979</w:t>
        <w:br/>
        <w:t>f 26046/24068/19977 26047/24070/19979 26048/24071/19980</w:t>
        <w:br/>
        <w:t>f 26051/24072/10221 26050/24073/19981 26049/24074/19982</w:t>
        <w:br/>
        <w:t>f 26046/24068/19977 26053/24075/19983 26052/24076/19984</w:t>
        <w:br/>
        <w:t>f 26054/24077/19985 26046/24068/19977 26052/24076/19984</w:t>
        <w:br/>
        <w:t>f 26054/24077/19985 26056/24078/19986 26055/24079/19987</w:t>
        <w:br/>
        <w:t>f 26057/24080/19988 26054/24077/19985 26055/24079/19987</w:t>
        <w:br/>
        <w:t>f 26057/24080/19988 26059/24081/19989 26058/24082/19990</w:t>
        <w:br/>
        <w:t>f 26062/24083/19991 26061/24084/19992 26060/24085/19992</w:t>
        <w:br/>
        <w:t>f 26061/24084/19992 26063/24086/19993 26060/24085/19992</w:t>
        <w:br/>
        <w:t>f 26062/24083/19991 26057/24080/19988 26058/24082/19990</w:t>
        <w:br/>
        <w:t>f 26057/24080/19988 26063/24086/19994 26064/24087/19995</w:t>
        <w:br/>
        <w:t>f 26064/24087/19995 26066/24088/19996 26065/24089/19996</w:t>
        <w:br/>
        <w:t>f 26057/24080/19988 26064/24087/19995 26065/24089/19996</w:t>
        <w:br/>
        <w:t>f 26068/24090/19997 26065/24089/19996 26066/24088/19996</w:t>
        <w:br/>
        <w:t>f 26067/24091/19998 26068/24090/19997 26066/24088/19996</w:t>
        <w:br/>
        <w:t>f 26067/24091/19998 26069/24092/19999 26068/24090/19997</w:t>
        <w:br/>
        <w:t>f 26072/24093/20000 26071/24094/20000 26070/24095/20001</w:t>
        <w:br/>
        <w:t>f 26069/24092/19999 26071/24094/20000 26072/24093/20000</w:t>
        <w:br/>
        <w:t>f 26068/24090/19997 26069/24092/19999 26072/24093/20000</w:t>
        <w:br/>
        <w:t>f 26076/24096/20002 26075/24097/20003 26074/24098/20004</w:t>
        <w:br/>
        <w:t>f 26073/24099/20005 26076/24096/20002 26074/24098/20004</w:t>
        <w:br/>
        <w:t>f 26073/24099/20005 26077/24100/20006 26076/24096/20002</w:t>
        <w:br/>
        <w:t>f 26077/24100/20006 26079/24101/20007 26078/24102/20008</w:t>
        <w:br/>
        <w:t>f 26076/24096/20002 26077/24100/20006 26078/24102/20008</w:t>
        <w:br/>
        <w:t>f 26078/24102/20008 26079/24101/20007 26080/24103/20009</w:t>
        <w:br/>
        <w:t>f 26080/24103/20009 26082/24104/20010 26081/24105/20011</w:t>
        <w:br/>
        <w:t>f 26078/24102/20008 26080/24103/20009 26081/24105/20011</w:t>
        <w:br/>
        <w:t>f 26081/24105/20011 26082/24104/20010 26083/24106/20012</w:t>
        <w:br/>
        <w:t>f 26083/24106/20012 26085/24107/20013 26084/24108/20014</w:t>
        <w:br/>
        <w:t>f 26081/24105/20011 26083/24106/20012 26084/24108/20014</w:t>
        <w:br/>
        <w:t>f 26089/24109/20015 26088/24110/20016 26087/24111/20016</w:t>
        <w:br/>
        <w:t>f 26086/24112/20015 26089/24109/20015 26087/24111/20016</w:t>
        <w:br/>
        <w:t>f 26091/24113/20017 26089/24109/20015 26086/24112/20015</w:t>
        <w:br/>
        <w:t>f 26090/24114/20018 26091/24113/20017 26086/24112/20015</w:t>
        <w:br/>
        <w:t>f 26088/24110/20016 26084/24108/20014 26085/24107/20013</w:t>
        <w:br/>
        <w:t>f 26087/24111/20016 26088/24110/20016 26085/24107/20013</w:t>
        <w:br/>
        <w:t>f 26044/24065/19974 26042/24067/19976 25950/23974/19881</w:t>
        <w:br/>
        <w:t>f 26054/24077/19985 26052/24076/19984 26056/24078/19986</w:t>
        <w:br/>
        <w:t>f 26057/24080/19988 26055/24079/19987 26059/24081/19989</w:t>
        <w:br/>
        <w:t>f 25869/23892/19797 25871/23894/19799 26041/24064/19973</w:t>
        <w:br/>
        <w:t>f 26094/24115/20019 26093/24116/20020 26092/24117/20021</w:t>
        <w:br/>
        <w:t>f 26094/24115/20019 26092/24117/20021 26095/24118/20022</w:t>
        <w:br/>
        <w:t>f 26099/24119/20023 26098/24120/20024 26097/24121/20025</w:t>
        <w:br/>
        <w:t>f 26096/24122/10411 26099/24119/20023 26097/24121/20025</w:t>
        <w:br/>
        <w:t>f 26100/24123/20026 26097/24121/20025 26098/24120/20024</w:t>
        <w:br/>
        <w:t>f 26103/24124/20027 26102/24125/20028 26101/24126/20029</w:t>
        <w:br/>
        <w:t>f 26104/24127/20030 26102/24125/20028 26103/24124/20027</w:t>
        <w:br/>
        <w:t>f 26108/24128/20031 26107/24129/20032 26106/24130/10444</w:t>
        <w:br/>
        <w:t>f 26105/24131/10447 26108/24128/20031 26106/24130/10444</w:t>
        <w:br/>
        <w:t>f 26110/24132/20033 26108/24128/20031 26105/24131/10447</w:t>
        <w:br/>
        <w:t>f 26109/24133/20034 26110/24132/20033 26105/24131/10447</w:t>
        <w:br/>
        <w:t>f 26111/24134/20035 26110/24132/20033 26109/24133/20034</w:t>
        <w:br/>
        <w:t>f 26097/24121/20025 26111/24134/20035 26109/24133/20034</w:t>
        <w:br/>
        <w:t>f 26107/24129/20032 26113/24135/20036 26112/24136/10442</w:t>
        <w:br/>
        <w:t>f 26106/24130/10444 26107/24129/20032 26112/24136/10442</w:t>
        <w:br/>
        <w:t>f 26112/24136/10442 26113/24135/20036 26115/24137/20037</w:t>
        <w:br/>
        <w:t>f 26114/24138/10440 26112/24136/10442 26115/24137/20037</w:t>
        <w:br/>
        <w:t>f 26118/24139/20038 26117/24140/20039 26116/24141/20040</w:t>
        <w:br/>
        <w:t>f 26122/24142/20041 26121/24143/20042 26120/24144/20043</w:t>
        <w:br/>
        <w:t>f 26119/24145/10441 26122/24142/20041 26120/24144/20043</w:t>
        <w:br/>
        <w:t>f 26123/24146/20044 26122/24142/20041 26119/24145/10441</w:t>
        <w:br/>
        <w:t>f 26114/24138/10440 26123/24146/20044 26119/24145/10441</w:t>
        <w:br/>
        <w:t>f 26121/24143/20042 26125/24147/20045 26124/24148/10435</w:t>
        <w:br/>
        <w:t>f 26120/24144/20043 26121/24143/20042 26124/24148/10435</w:t>
        <w:br/>
        <w:t>f 26126/24149/20046 26124/24148/10435 26125/24147/20045</w:t>
        <w:br/>
        <w:t>f 26127/24150/20047 26124/24148/10435 26126/24149/20046</w:t>
        <w:br/>
        <w:t>f 26124/24148/10435 26127/24150/20047 26129/24151/20048</w:t>
        <w:br/>
        <w:t>f 26128/24152/10434 26124/24148/10435 26129/24151/20048</w:t>
        <w:br/>
        <w:t>f 26131/24153/20049 26128/24152/10434 26130/24154/20050</w:t>
        <w:br/>
        <w:t>f 26134/24155/20051 26133/24156/20052 26132/24157/20053</w:t>
        <w:br/>
        <w:t>f 26137/24158/20054 26136/24159/10432 26135/24160/20055</w:t>
        <w:br/>
        <w:t>f 26131/24153/20049 26130/24154/20050 26135/24160/20055</w:t>
        <w:br/>
        <w:t>f 26136/24159/10432 26131/24153/20049 26135/24160/20055</w:t>
        <w:br/>
        <w:t>f 26140/24161/20056 26139/24162/20057 26138/24163/20058</w:t>
        <w:br/>
        <w:t>f 26143/24164/20059 26142/24165/10431 26141/24166/20060</w:t>
        <w:br/>
        <w:t>f 26136/24159/10432 26137/24158/20054 26144/24167/20061</w:t>
        <w:br/>
        <w:t>f 26142/24165/10431 26136/24159/10432 26144/24167/20061</w:t>
        <w:br/>
        <w:t>f 26147/24168/20062 26146/24169/20063 26145/24170/20064</w:t>
        <w:br/>
        <w:t>f 26148/24171/20065 26146/24169/20063 26147/24168/20062</w:t>
        <w:br/>
        <w:t>f 26146/24169/20063 26150/24172/20066 26149/24173/20067</w:t>
        <w:br/>
        <w:t>f 26145/24170/20064 26146/24169/20063 26149/24173/20067</w:t>
        <w:br/>
        <w:t>f 26153/24174/20068 26152/24175/20069 26151/24176/20070</w:t>
        <w:br/>
        <w:t>f 26148/24171/20065 26155/24177/20071 26154/24178/10429</w:t>
        <w:br/>
        <w:t>f 26146/24169/20063 26148/24171/20065 26154/24178/10429</w:t>
        <w:br/>
        <w:t>f 26155/24177/20071 26151/24176/20070 26156/24179/20072</w:t>
        <w:br/>
        <w:t>f 26154/24178/10429 26155/24177/20071 26156/24179/20072</w:t>
        <w:br/>
        <w:t>f 26152/24175/20073 26158/24180/20074 26157/24181/20075</w:t>
        <w:br/>
        <w:t>f 26159/24182/20076 26152/24175/20073 26157/24181/20075</w:t>
        <w:br/>
        <w:t>f 26162/24183/20077 26161/24184/9441 26160/24185/20078</w:t>
        <w:br/>
        <w:t>f 26163/24186/20079 26159/24182/20076 26160/24185/20080</w:t>
        <w:br/>
        <w:t>f 26162/24183/20077 26164/24187/20081 26161/24184/9441</w:t>
        <w:br/>
        <w:t>f 26165/24188/20082 26164/24187/20081 26162/24183/20077</w:t>
        <w:br/>
        <w:t>f 26166/24189/20083 26164/24187/20081 26165/24188/20082</w:t>
        <w:br/>
        <w:t>f 26169/24190/20084 26168/24191/20085 26167/24192/20086</w:t>
        <w:br/>
        <w:t>f 26169/24190/20084 26167/24192/20086 26170/24193/20087</w:t>
        <w:br/>
        <w:t>f 26173/24194/20088 26172/24195/20089 26171/24196/20090</w:t>
        <w:br/>
        <w:t>f 26169/24190/20084 26175/24197/20091 26174/24198/10399</w:t>
        <w:br/>
        <w:t>f 26096/24122/10411 26176/24199/20092 26099/24119/20023</w:t>
        <w:br/>
        <w:t>f 26176/24199/20092 26177/24200/20093 26095/24118/20022</w:t>
        <w:br/>
        <w:t>f 26123/24146/20044 26117/24140/20039 26118/24139/20038</w:t>
        <w:br/>
        <w:t>f 26168/24191/20085 26169/24190/20084 26178/24201/20094</w:t>
        <w:br/>
        <w:t>f 26094/24115/20095 26180/24202/20096 26179/24203/20097</w:t>
        <w:br/>
        <w:t>f 26173/24194/20088 26181/24204/20098 26172/24195/20089</w:t>
        <w:br/>
        <w:t>f 26173/24194/20088 26183/24205/20099 26182/24206/20100</w:t>
        <w:br/>
        <w:t>f 26181/24204/20098 26173/24194/20088 26182/24206/20100</w:t>
        <w:br/>
        <w:t>f 26183/24205/20099 26184/24207/20101 26182/24206/20100</w:t>
        <w:br/>
        <w:t>f 26183/24205/20099 26186/24208/20102 26185/24209/20103</w:t>
        <w:br/>
        <w:t>f 26184/24207/20101 26183/24205/20099 26185/24209/20103</w:t>
        <w:br/>
        <w:t>f 26165/24188/20082 26162/24183/20077 26187/24210/20104</w:t>
        <w:br/>
        <w:t>f 26185/24209/20105 26165/24188/20082 26187/24210/20104</w:t>
        <w:br/>
        <w:t>f 26162/24183/20077 26188/24211/20106 26187/24210/20104</w:t>
        <w:br/>
        <w:t>f 26162/24183/20077 26189/24212/20107 26188/24211/20106</w:t>
        <w:br/>
        <w:t>f 26192/24213/20108 26191/24214/20108 26190/24215/20109</w:t>
        <w:br/>
        <w:t>f 26192/24213/20108 26160/24185/20080 26193/24216/20110</w:t>
        <w:br/>
        <w:t>f 26191/24214/20108 26192/24213/20108 26193/24216/20110</w:t>
        <w:br/>
        <w:t>f 26160/24185/20080 26194/24217/20111 26193/24216/20110</w:t>
        <w:br/>
        <w:t>f 26194/24217/20111 26160/24185/20080 26159/24182/20076</w:t>
        <w:br/>
        <w:t>f 26195/24218/20112 26194/24217/20111 26159/24182/20076</w:t>
        <w:br/>
        <w:t>f 26195/24218/20112 26159/24182/20076 26157/24181/20075</w:t>
        <w:br/>
        <w:t>f 26196/24219/20113 26195/24218/20112 26157/24181/20075</w:t>
        <w:br/>
        <w:t>f 26157/24181/20075 26158/24180/20074 26197/24220/20114</w:t>
        <w:br/>
        <w:t>f 26196/24219/20113 26157/24181/20075 26197/24220/20114</w:t>
        <w:br/>
        <w:t>f 26158/24180/20074 26199/24221/20115 26198/24222/20116</w:t>
        <w:br/>
        <w:t>f 26197/24220/20114 26158/24180/20074 26198/24222/20116</w:t>
        <w:br/>
        <w:t>f 26199/24221/20115 26200/24223/20117 26198/24222/20116</w:t>
        <w:br/>
        <w:t>f 26199/24221/20115 26202/24224/20118 26201/24225/20119</w:t>
        <w:br/>
        <w:t>f 26200/24223/20117 26199/24221/20115 26201/24225/20119</w:t>
        <w:br/>
        <w:t>f 26202/24224/20118 26203/24226/20120 26201/24225/20119</w:t>
        <w:br/>
        <w:t>f 26205/24227/20121 26204/24228/20122 26203/24226/20123</w:t>
        <w:br/>
        <w:t>f 26204/24228/20122 26205/24227/20121 26153/24174/20068</w:t>
        <w:br/>
        <w:t>f 26206/24229/20124 26204/24228/20122 26153/24174/20068</w:t>
        <w:br/>
        <w:t>f 26153/24174/20068 26207/24230/20125 26206/24229/20124</w:t>
        <w:br/>
        <w:t>f 26207/24230/20125 26153/24174/20068 26151/24176/20070</w:t>
        <w:br/>
        <w:t>f 26208/24231/20126 26207/24230/20125 26151/24176/20070</w:t>
        <w:br/>
        <w:t>f 26208/24231/20126 26151/24176/20070 26155/24177/20071</w:t>
        <w:br/>
        <w:t>f 26209/24232/20127 26208/24231/20126 26155/24177/20071</w:t>
        <w:br/>
        <w:t>f 26155/24177/20071 26210/24233/20128 26209/24232/20127</w:t>
        <w:br/>
        <w:t>f 26155/24177/20071 26148/24171/20065 26211/24234/20129</w:t>
        <w:br/>
        <w:t>f 26210/24233/20128 26155/24177/20071 26211/24234/20129</w:t>
        <w:br/>
        <w:t>f 26148/24171/20065 26147/24168/20062 26212/24235/20130</w:t>
        <w:br/>
        <w:t>f 26211/24234/20129 26148/24171/20065 26212/24235/20130</w:t>
        <w:br/>
        <w:t>f 26147/24168/20062 26145/24170/20064 26213/24236/20131</w:t>
        <w:br/>
        <w:t>f 26212/24235/20130 26147/24168/20062 26213/24236/20131</w:t>
        <w:br/>
        <w:t>f 26145/24170/20064 26149/24173/20067 26214/24237/20132</w:t>
        <w:br/>
        <w:t>f 26213/24236/20131 26145/24170/20064 26214/24237/20132</w:t>
        <w:br/>
        <w:t>f 26149/24173/20067 26215/24238/20133 26214/24237/20132</w:t>
        <w:br/>
        <w:t>f 26149/24173/20067 26216/24239/20134 26215/24238/20133</w:t>
        <w:br/>
        <w:t>f 26149/24173/20067 26218/24240/20135 26217/24241/20136</w:t>
        <w:br/>
        <w:t>f 26216/24239/20134 26149/24173/20067 26217/24241/20136</w:t>
        <w:br/>
        <w:t>f 26143/24164/20059 26219/24242/20137 26217/24241/20138</w:t>
        <w:br/>
        <w:t>f 26219/24242/20137 26143/24164/20059 26141/24166/20060</w:t>
        <w:br/>
        <w:t>f 26220/24243/20139 26219/24242/20137 26141/24166/20060</w:t>
        <w:br/>
        <w:t>f 26140/24161/20056 26221/24244/20140 26220/24243/20139</w:t>
        <w:br/>
        <w:t>f 26140/24161/20056 26222/24245/20141 26221/24244/20140</w:t>
        <w:br/>
        <w:t>f 26222/24245/20141 26140/24161/20056 26138/24163/20058</w:t>
        <w:br/>
        <w:t>f 26223/24246/20142 26222/24245/20141 26138/24163/20058</w:t>
        <w:br/>
        <w:t>f 26223/24246/20142 26138/24163/20058 26137/24158/20054</w:t>
        <w:br/>
        <w:t>f 26224/24247/20143 26223/24246/20142 26137/24158/20054</w:t>
        <w:br/>
        <w:t>f 26135/24160/20055 26225/24248/20144 26224/24247/20143</w:t>
        <w:br/>
        <w:t>f 26137/24158/20054 26135/24160/20055 26224/24247/20143</w:t>
        <w:br/>
        <w:t>f 26135/24160/20055 26226/24249/20145 26225/24248/20144</w:t>
        <w:br/>
        <w:t>f 26130/24154/20050 26227/24250/20146 26226/24249/20145</w:t>
        <w:br/>
        <w:t>f 26135/24160/20055 26130/24154/20050 26226/24249/20145</w:t>
        <w:br/>
        <w:t>f 26130/24154/20050 26228/24251/20147 26227/24250/20146</w:t>
        <w:br/>
        <w:t>f 26130/24154/20050 26134/24155/20051 26229/24252/20148</w:t>
        <w:br/>
        <w:t>f 26228/24251/20147 26130/24154/20050 26229/24252/20148</w:t>
        <w:br/>
        <w:t>f 26134/24155/20051 26230/24253/20149 26229/24252/20148</w:t>
        <w:br/>
        <w:t>f 26134/24155/20051 26132/24157/20053 26231/24254/20150</w:t>
        <w:br/>
        <w:t>f 26230/24253/20149 26134/24155/20051 26231/24254/20150</w:t>
        <w:br/>
        <w:t>f 26129/24151/20048 26232/24255/20151 26231/24254/20152</w:t>
        <w:br/>
        <w:t>f 26232/24255/20151 26129/24151/20048 26127/24150/20047</w:t>
        <w:br/>
        <w:t>f 26233/24256/20153 26232/24255/20151 26127/24150/20047</w:t>
        <w:br/>
        <w:t>f 26127/24150/20047 26234/24257/20154 26233/24256/20153</w:t>
        <w:br/>
        <w:t>f 26234/24257/20154 26127/24150/20047 26126/24149/20046</w:t>
        <w:br/>
        <w:t>f 26235/24258/20155 26234/24257/20154 26126/24149/20046</w:t>
        <w:br/>
        <w:t>f 26126/24149/20046 26236/24259/20156 26235/24258/20155</w:t>
        <w:br/>
        <w:t>f 26236/24259/20156 26126/24149/20046 26125/24147/20045</w:t>
        <w:br/>
        <w:t>f 26237/24260/20157 26236/24259/20156 26125/24147/20045</w:t>
        <w:br/>
        <w:t>f 26125/24147/20045 26121/24143/20042 26238/24261/20158</w:t>
        <w:br/>
        <w:t>f 26237/24260/20157 26125/24147/20045 26238/24261/20158</w:t>
        <w:br/>
        <w:t>f 26121/24143/20042 26239/24262/20159 26238/24261/20158</w:t>
        <w:br/>
        <w:t>f 26122/24142/20041 26240/24263/20160 26239/24262/20159</w:t>
        <w:br/>
        <w:t>f 26121/24143/20042 26122/24142/20041 26239/24262/20159</w:t>
        <w:br/>
        <w:t>f 26122/24142/20041 26241/24264/20161 26240/24263/20160</w:t>
        <w:br/>
        <w:t>f 26123/24146/20044 26242/24265/20162 26241/24264/20161</w:t>
        <w:br/>
        <w:t>f 26122/24142/20041 26123/24146/20044 26241/24264/20161</w:t>
        <w:br/>
        <w:t>f 26123/24146/20044 26243/24266/20163 26242/24265/20162</w:t>
        <w:br/>
        <w:t>f 26123/24146/20044 26118/24139/20038 26244/24267/20164</w:t>
        <w:br/>
        <w:t>f 26243/24266/20163 26123/24146/20044 26244/24267/20164</w:t>
        <w:br/>
        <w:t>f 26118/24139/20038 26245/24268/20165 26244/24267/20164</w:t>
        <w:br/>
        <w:t>f 26118/24139/20038 26246/24269/20166 26245/24268/20165</w:t>
        <w:br/>
        <w:t>f 26118/24139/20038 26247/24270/20167 26246/24269/20166</w:t>
        <w:br/>
        <w:t>f 26247/24270/20167 26118/24139/20038 26116/24141/20040</w:t>
        <w:br/>
        <w:t>f 26248/24271/20168 26247/24270/20167 26116/24141/20040</w:t>
        <w:br/>
        <w:t>f 26250/24272/20169 26115/24137/20037 26113/24135/20036</w:t>
        <w:br/>
        <w:t>f 26249/24273/20170 26250/24272/20169 26113/24135/20036</w:t>
        <w:br/>
        <w:t>f 26113/24135/20036 26251/24274/20171 26249/24273/20170</w:t>
        <w:br/>
        <w:t>f 26113/24135/20036 26252/24275/20172 26251/24274/20171</w:t>
        <w:br/>
        <w:t>f 26113/24135/20036 26253/24276/20173 26252/24275/20172</w:t>
        <w:br/>
        <w:t>f 26255/24277/20174 26113/24135/20036 26107/24129/20032</w:t>
        <w:br/>
        <w:t>f 26254/24278/20175 26255/24277/20174 26107/24129/20032</w:t>
        <w:br/>
        <w:t>f 26107/24129/20032 26256/24279/20176 26254/24278/20175</w:t>
        <w:br/>
        <w:t>f 26107/24129/20032 26108/24128/20031 26257/24280/20177</w:t>
        <w:br/>
        <w:t>f 26256/24279/20176 26107/24129/20032 26257/24280/20177</w:t>
        <w:br/>
        <w:t>f 26108/24128/20031 26258/24281/20178 26257/24280/20177</w:t>
        <w:br/>
        <w:t>f 26108/24128/20031 26110/24132/20033 26259/24282/20179</w:t>
        <w:br/>
        <w:t>f 26258/24281/20178 26108/24128/20031 26259/24282/20179</w:t>
        <w:br/>
        <w:t>f 26110/24132/20033 26104/24127/20030 26260/24283/20180</w:t>
        <w:br/>
        <w:t>f 26259/24282/20179 26110/24132/20033 26260/24283/20180</w:t>
        <w:br/>
        <w:t>f 26104/24127/20030 26103/24124/20027 26261/24284/20181</w:t>
        <w:br/>
        <w:t>f 26260/24283/20180 26104/24127/20030 26261/24284/20181</w:t>
        <w:br/>
        <w:t>f 26103/24124/20027 26101/24126/20029 26262/24285/20182</w:t>
        <w:br/>
        <w:t>f 26261/24284/20181 26103/24124/20027 26262/24285/20182</w:t>
        <w:br/>
        <w:t>f 26101/24126/20029 26263/24286/20183 26262/24285/20182</w:t>
        <w:br/>
        <w:t>f 26100/24123/20026 26265/24287/20184 26264/24288/20185</w:t>
        <w:br/>
        <w:t>f 26100/24123/20026 26098/24120/20024 26266/24289/20186</w:t>
        <w:br/>
        <w:t>f 26265/24287/20184 26100/24123/20026 26266/24289/20186</w:t>
        <w:br/>
        <w:t>f 26098/24120/20024 26267/24290/20187 26266/24289/20186</w:t>
        <w:br/>
        <w:t>f 26098/24120/20024 26099/24119/20023 26268/24291/20188</w:t>
        <w:br/>
        <w:t>f 26267/24290/20187 26098/24120/20024 26268/24291/20188</w:t>
        <w:br/>
        <w:t>f 26099/24119/20023 26269/24292/20189 26268/24291/20188</w:t>
        <w:br/>
        <w:t>f 26099/24119/20023 26176/24199/20092 26270/24293/20190</w:t>
        <w:br/>
        <w:t>f 26269/24292/20189 26099/24119/20023 26270/24293/20190</w:t>
        <w:br/>
        <w:t>f 26176/24199/20092 26095/24118/20022 26271/24294/20191</w:t>
        <w:br/>
        <w:t>f 26270/24293/20190 26176/24199/20092 26271/24294/20191</w:t>
        <w:br/>
        <w:t>f 26273/24295/20192 26177/24200/20193 26272/24296/20194</w:t>
        <w:br/>
        <w:t>f 26275/24297/20195 26274/24298/20196 26272/24296/20194</w:t>
        <w:br/>
        <w:t>f 26177/24200/20193 26275/24297/20195 26272/24296/20194</w:t>
        <w:br/>
        <w:t>f 26275/24297/20195 26276/24299/20197 26274/24298/20196</w:t>
        <w:br/>
        <w:t>f 26275/24297/20195 26277/24300/20198 26276/24299/20197</w:t>
        <w:br/>
        <w:t>f 26280/24301/20199 26279/24302/20200 26278/24303/20200</w:t>
        <w:br/>
        <w:t>f 26275/24297/20195 26282/24304/20201 26281/24305/20202</w:t>
        <w:br/>
        <w:t>f 26283/24306/10415 26282/24304/20201 26275/24297/20195</w:t>
        <w:br/>
        <w:t>f 26283/24306/10415 26285/24307/20203 26284/24308/20204</w:t>
        <w:br/>
        <w:t>f 26286/24309/10414 26285/24307/20203 26283/24306/10415</w:t>
        <w:br/>
        <w:t>f 26286/24309/10414 26288/24310/20205 26287/24311/20206</w:t>
        <w:br/>
        <w:t>f 26291/24312/20207 26290/24313/10422 26289/24314/20208</w:t>
        <w:br/>
        <w:t>f 26289/24314/20208 26290/24313/10422 26292/24315/20209</w:t>
        <w:br/>
        <w:t>f 26290/24313/10422 26291/24312/20207 26288/24310/20205</w:t>
        <w:br/>
        <w:t>f 26286/24309/10414 26290/24313/10422 26288/24310/20205</w:t>
        <w:br/>
        <w:t>f 26295/24316/10068 26294/24317/20210 26293/24318/20211</w:t>
        <w:br/>
        <w:t>f 26294/24317/20210 26295/24316/10068 26297/24319/20212</w:t>
        <w:br/>
        <w:t>f 26296/24320/20213 26294/24317/20210 26297/24319/20212</w:t>
        <w:br/>
        <w:t>f 26296/24320/20213 26297/24319/20212 26299/24321/20214</w:t>
        <w:br/>
        <w:t>f 26298/24322/20215 26296/24320/20213 26299/24321/20214</w:t>
        <w:br/>
        <w:t>f 26298/24322/20215 26299/24321/20214 26300/24323/20216</w:t>
        <w:br/>
        <w:t>f 26303/24324/20217 26302/24325/20218 26301/24326/20217</w:t>
        <w:br/>
        <w:t>f 26300/24323/20216 26299/24321/20214 26303/24324/20217</w:t>
        <w:br/>
        <w:t>f 26301/24326/20217 26300/24323/20216 26303/24324/20217</w:t>
        <w:br/>
        <w:t>f 26307/24327/20219 26306/24328/20220 26305/24329/20221</w:t>
        <w:br/>
        <w:t>f 26304/24330/20222 26307/24327/20219 26305/24329/20221</w:t>
        <w:br/>
        <w:t>f 26304/24330/20222 26305/24329/20221 26308/24331/20223</w:t>
        <w:br/>
        <w:t>f 26308/24331/20223 26305/24329/20221 26310/24332/20224</w:t>
        <w:br/>
        <w:t>f 26309/24333/20225 26308/24331/20223 26310/24332/20224</w:t>
        <w:br/>
        <w:t>f 26310/24332/20224 26311/24334/20226 26309/24333/20225</w:t>
        <w:br/>
        <w:t>f 26311/24334/20226 26310/24332/20224 26313/24335/20227</w:t>
        <w:br/>
        <w:t>f 26312/24336/20228 26311/24334/20226 26313/24335/20227</w:t>
        <w:br/>
        <w:t>f 26313/24335/20227 26314/24337/20229 26312/24336/20228</w:t>
        <w:br/>
        <w:t>f 26314/24337/20229 26313/24335/20227 26316/24338/20230</w:t>
        <w:br/>
        <w:t>f 26315/24339/20230 26314/24337/20229 26316/24338/20230</w:t>
        <w:br/>
        <w:t>f 26320/24340/20231 26319/24341/20232 26318/24342/20233</w:t>
        <w:br/>
        <w:t>f 26317/24343/20233 26320/24340/20231 26318/24342/20233</w:t>
        <w:br/>
        <w:t>f 26322/24344/20234 26321/24345/20234 26319/24341/20232</w:t>
        <w:br/>
        <w:t>f 26320/24340/20231 26322/24344/20234 26319/24341/20232</w:t>
        <w:br/>
        <w:t>f 26315/24339/20230 26316/24338/20230 26317/24343/20233</w:t>
        <w:br/>
        <w:t>f 26318/24342/20233 26315/24339/20230 26317/24343/20233</w:t>
        <w:br/>
        <w:t>f 26273/24295/20192 26180/24202/20096 26177/24200/20193</w:t>
        <w:br/>
        <w:t>f 26283/24306/10415 26284/24308/20204 26282/24304/20201</w:t>
        <w:br/>
        <w:t>f 26286/24309/10414 26287/24311/20206 26285/24307/20203</w:t>
        <w:br/>
        <w:t>f 26092/24117/20021 26271/24294/20191 26095/24118/20022</w:t>
        <w:br/>
        <w:t>f 26326/24346/20235 26325/24347/20235 26324/24348/20236</w:t>
        <w:br/>
        <w:t>f 26323/24349/20236 26326/24346/20235 26324/24348/20236</w:t>
        <w:br/>
        <w:t>f 26330/24350/19872 26329/24351/19875 26328/24352/20237</w:t>
        <w:br/>
        <w:t>f 26327/24353/20238 26330/24350/19872 26328/24352/20237</w:t>
        <w:br/>
        <w:t>f 26329/24351/19875 26332/24354/20239 26331/24355/20240</w:t>
        <w:br/>
        <w:t>f 26328/24352/20237 26329/24351/19875 26331/24355/20240</w:t>
        <w:br/>
        <w:t>f 26336/24356/19876 26335/24357/20241 26334/24358/20242</w:t>
        <w:br/>
        <w:t>f 26333/24359/20243 26336/24356/19876 26334/24358/20242</w:t>
        <w:br/>
        <w:t>f 26332/24354/20239 26338/24360/20244 26337/24361/20245</w:t>
        <w:br/>
        <w:t>f 26331/24355/20240 26332/24354/20239 26337/24361/20245</w:t>
        <w:br/>
        <w:t>f 26336/24356/19876 26330/24350/19872 26327/24353/20238</w:t>
        <w:br/>
        <w:t>f 26335/24357/20241 26336/24356/19876 26327/24353/20238</w:t>
        <w:br/>
        <w:t>f 26340/24362/20246 26323/24349/20236 26324/24348/20236</w:t>
        <w:br/>
        <w:t>f 26339/24363/20247 26340/24362/20246 26324/24348/20236</w:t>
        <w:br/>
        <w:t>f 26333/24359/20243 26334/24358/20242 26342/24364/20248</w:t>
        <w:br/>
        <w:t>f 26341/24365/20249 26333/24359/20243 26342/24364/20248</w:t>
        <w:br/>
        <w:t>f 26344/24366/20250 26341/24365/20249 26342/24364/20248</w:t>
        <w:br/>
        <w:t>f 26343/24367/20251 26344/24366/20250 26342/24364/20248</w:t>
        <w:br/>
        <w:t>f 26346/24368/20252 26344/24366/20250 26343/24367/20251</w:t>
        <w:br/>
        <w:t>f 26345/24369/20253 26346/24368/20252 26343/24367/20251</w:t>
        <w:br/>
        <w:t>f 26349/24370/20254 26348/24371/20255 26345/24369/20256</w:t>
        <w:br/>
        <w:t>f 26347/24372/20257 26349/24370/20254 26345/24369/20256</w:t>
        <w:br/>
        <w:t>f 26349/24370/20254 26347/24372/20257 26351/24373/20104</w:t>
        <w:br/>
        <w:t>f 26350/24374/20258 26349/24370/20254 26351/24373/20104</w:t>
        <w:br/>
        <w:t>f 26350/24374/20258 26351/24373/20104 26353/24375/20259</w:t>
        <w:br/>
        <w:t>f 26352/24376/20259 26350/24374/20258 26353/24375/20259</w:t>
        <w:br/>
        <w:t>f 26352/24376/20259 26353/24375/20259 26355/24377/20260</w:t>
        <w:br/>
        <w:t>f 26354/24378/20261 26352/24376/20259 26355/24377/20260</w:t>
        <w:br/>
        <w:t>f 26358/24379/20262 26354/24378/20263 26357/24380/20264</w:t>
        <w:br/>
        <w:t>f 26356/24381/20262 26358/24379/20262 26357/24380/20264</w:t>
        <w:br/>
        <w:t>f 26360/24382/20265 26358/24379/20262 26356/24381/20262</w:t>
        <w:br/>
        <w:t>f 26359/24383/20265 26360/24382/20265 26356/24381/20262</w:t>
        <w:br/>
        <w:t>f 26362/24384/20266 26360/24382/20265 26359/24383/20265</w:t>
        <w:br/>
        <w:t>f 26361/24385/20266 26362/24384/20266 26359/24383/20265</w:t>
        <w:br/>
        <w:t>f 26364/24386/20267 26362/24384/20266 26361/24385/20266</w:t>
        <w:br/>
        <w:t>f 26363/24387/20268 26364/24386/20267 26361/24385/20266</w:t>
        <w:br/>
        <w:t>f 26366/24388/20269 26364/24386/20267 26363/24387/20268</w:t>
        <w:br/>
        <w:t>f 26365/24389/20270 26366/24388/20269 26363/24387/20268</w:t>
        <w:br/>
        <w:t>f 26368/24390/20271 26366/24388/20269 26365/24389/20270</w:t>
        <w:br/>
        <w:t>f 26367/24391/20272 26368/24390/20271 26365/24389/20270</w:t>
        <w:br/>
        <w:t>f 26367/24391/20272 26370/24392/20273 26369/24393/20274</w:t>
        <w:br/>
        <w:t>f 26368/24390/20271 26367/24391/20272 26369/24393/20274</w:t>
        <w:br/>
        <w:t>f 26369/24393/20274 26370/24392/20273 26372/24394/20275</w:t>
        <w:br/>
        <w:t>f 26371/24395/20275 26369/24393/20274 26372/24394/20275</w:t>
        <w:br/>
        <w:t>f 26371/24395/20275 26372/24394/20275 26374/24396/20276</w:t>
        <w:br/>
        <w:t>f 26373/24397/20276 26371/24395/20275 26374/24396/20276</w:t>
        <w:br/>
        <w:t>f 26373/24397/20276 26374/24396/20276 26376/24398/20277</w:t>
        <w:br/>
        <w:t>f 26375/24399/20277 26373/24397/20276 26376/24398/20277</w:t>
        <w:br/>
        <w:t>f 26378/24400/20278 26375/24399/20277 26376/24398/20277</w:t>
        <w:br/>
        <w:t>f 26377/24401/20279 26378/24400/20278 26376/24398/20277</w:t>
        <w:br/>
        <w:t>f 26380/24402/20280 26378/24400/20278 26377/24401/20279</w:t>
        <w:br/>
        <w:t>f 26379/24403/20280 26380/24402/20280 26377/24401/20279</w:t>
        <w:br/>
        <w:t>f 26382/24404/20281 26380/24402/20280 26379/24403/20280</w:t>
        <w:br/>
        <w:t>f 26381/24405/20281 26382/24404/20281 26379/24403/20280</w:t>
        <w:br/>
        <w:t>f 26384/24406/20282 26382/24404/20281 26381/24405/20281</w:t>
        <w:br/>
        <w:t>f 26383/24407/20282 26384/24406/20282 26381/24405/20281</w:t>
        <w:br/>
        <w:t>f 26386/24408/20283 26384/24406/20282 26383/24407/20282</w:t>
        <w:br/>
        <w:t>f 26385/24409/20283 26386/24408/20283 26383/24407/20282</w:t>
        <w:br/>
        <w:t>f 26385/24409/20283 26388/24410/20284 26387/24411/20284</w:t>
        <w:br/>
        <w:t>f 26386/24408/20283 26385/24409/20283 26387/24411/20284</w:t>
        <w:br/>
        <w:t>f 26387/24411/20284 26388/24410/20284 26390/24412/20285</w:t>
        <w:br/>
        <w:t>f 26389/24413/20285 26387/24411/20284 26390/24412/20285</w:t>
        <w:br/>
        <w:t>f 26389/24413/20285 26390/24412/20285 26392/24414/20286</w:t>
        <w:br/>
        <w:t>f 26391/24415/20287 26389/24413/20285 26392/24414/20286</w:t>
        <w:br/>
        <w:t>f 26394/24416/20288 26391/24415/20287 26392/24414/20286</w:t>
        <w:br/>
        <w:t>f 26393/24417/20289 26394/24416/20288 26392/24414/20286</w:t>
        <w:br/>
        <w:t>f 26396/24418/20290 26394/24416/20288 26393/24417/20289</w:t>
        <w:br/>
        <w:t>f 26395/24419/20290 26396/24418/20290 26393/24417/20289</w:t>
        <w:br/>
        <w:t>f 26396/24418/20290 26395/24419/20290 26398/24420/20291</w:t>
        <w:br/>
        <w:t>f 26397/24421/20291 26396/24418/20290 26398/24420/20291</w:t>
        <w:br/>
        <w:t>f 26397/24421/20291 26398/24420/20291 26400/24422/20292</w:t>
        <w:br/>
        <w:t>f 26399/24423/20293 26397/24421/20291 26400/24422/20292</w:t>
        <w:br/>
        <w:t>f 26402/24424/20294 26399/24423/20293 26400/24422/20292</w:t>
        <w:br/>
        <w:t>f 26401/24425/20295 26402/24424/20294 26400/24422/20292</w:t>
        <w:br/>
        <w:t>f 26404/24426/20296 26402/24424/20294 26401/24425/20295</w:t>
        <w:br/>
        <w:t>f 26403/24427/20296 26404/24426/20296 26401/24425/20295</w:t>
        <w:br/>
        <w:t>f 26404/24426/20296 26403/24427/20296 26406/24428/20297</w:t>
        <w:br/>
        <w:t>f 26405/24429/20297 26404/24426/20296 26406/24428/20297</w:t>
        <w:br/>
        <w:t>f 26405/24429/20297 26406/24428/20297 26408/24430/20298</w:t>
        <w:br/>
        <w:t>f 26407/24431/20298 26405/24429/20297 26408/24430/20298</w:t>
        <w:br/>
        <w:t>f 26410/24432/20299 26407/24431/20298 26408/24430/20298</w:t>
        <w:br/>
        <w:t>f 26409/24433/20300 26410/24432/20299 26408/24430/20298</w:t>
        <w:br/>
        <w:t>f 26412/24434/20301 26410/24432/20299 26409/24433/20300</w:t>
        <w:br/>
        <w:t>f 26411/24435/20301 26412/24434/20301 26409/24433/20300</w:t>
        <w:br/>
        <w:t>f 26414/24436/20302 26412/24434/20301 26411/24435/20301</w:t>
        <w:br/>
        <w:t>f 26413/24437/20302 26414/24436/20302 26411/24435/20301</w:t>
        <w:br/>
        <w:t>f 26414/24436/20302 26413/24437/20302 26416/24438/20303</w:t>
        <w:br/>
        <w:t>f 26415/24439/20303 26414/24436/20302 26416/24438/20303</w:t>
        <w:br/>
        <w:t>f 26415/24439/20303 26416/24438/20303 26418/24440/20304</w:t>
        <w:br/>
        <w:t>f 26417/24441/20304 26415/24439/20303 26418/24440/20304</w:t>
        <w:br/>
        <w:t>f 26417/24441/20304 26418/24440/20304 26420/24442/20305</w:t>
        <w:br/>
        <w:t>f 26419/24443/20305 26417/24441/20304 26420/24442/20305</w:t>
        <w:br/>
        <w:t>f 26420/24442/20305 26422/24444/20306 26421/24445/20306</w:t>
        <w:br/>
        <w:t>f 26419/24443/20305 26420/24442/20305 26421/24445/20306</w:t>
        <w:br/>
        <w:t>f 26424/24446/20307 26421/24445/20306 26422/24444/20306</w:t>
        <w:br/>
        <w:t>f 26423/24447/20308 26424/24446/20307 26422/24444/20306</w:t>
        <w:br/>
        <w:t>f 26424/24446/20307 26423/24447/20308 26426/24448/20309</w:t>
        <w:br/>
        <w:t>f 26425/24449/20309 26424/24446/20307 26426/24448/20309</w:t>
        <w:br/>
        <w:t>f 26425/24449/20309 26426/24448/20309 26428/24450/20310</w:t>
        <w:br/>
        <w:t>f 26427/24451/20310 26425/24449/20309 26428/24450/20310</w:t>
        <w:br/>
        <w:t>f 26430/24452/20311 26427/24451/20310 26428/24450/20310</w:t>
        <w:br/>
        <w:t>f 26429/24453/20311 26430/24452/20311 26428/24450/20310</w:t>
        <w:br/>
        <w:t>f 26430/24452/20311 26429/24453/20311 26432/24454/20312</w:t>
        <w:br/>
        <w:t>f 26431/24455/20312 26430/24452/20311 26432/24454/20312</w:t>
        <w:br/>
        <w:t>f 26431/24455/20312 26432/24454/20312 26434/24456/20313</w:t>
        <w:br/>
        <w:t>f 26433/24457/20314 26431/24455/20312 26434/24456/20313</w:t>
        <w:br/>
        <w:t>f 26436/24458/20315 26433/24457/20314 26434/24456/20313</w:t>
        <w:br/>
        <w:t>f 26435/24459/20315 26436/24458/20315 26434/24456/20313</w:t>
        <w:br/>
        <w:t>f 26438/24460/20316 26436/24458/20315 26435/24459/20315</w:t>
        <w:br/>
        <w:t>f 26437/24461/20316 26438/24460/20316 26435/24459/20315</w:t>
        <w:br/>
        <w:t>f 26438/24460/20316 26437/24461/20316 26440/24462/20317</w:t>
        <w:br/>
        <w:t>f 26439/24463/20317 26438/24460/20316 26440/24462/20317</w:t>
        <w:br/>
        <w:t>f 26439/24463/20317 26440/24462/20317 26442/24464/20318</w:t>
        <w:br/>
        <w:t>f 26441/24465/20318 26439/24463/20317 26442/24464/20318</w:t>
        <w:br/>
        <w:t>f 26441/24465/20318 26442/24464/20318 26444/24466/20319</w:t>
        <w:br/>
        <w:t>f 26443/24467/20319 26441/24465/20318 26444/24466/20319</w:t>
        <w:br/>
        <w:t>f 26443/24467/20319 26444/24466/20319 26446/24468/20320</w:t>
        <w:br/>
        <w:t>f 26445/24469/20321 26443/24467/20319 26446/24468/20320</w:t>
        <w:br/>
        <w:t>f 26445/24469/20321 26446/24468/20320 26448/24470/20322</w:t>
        <w:br/>
        <w:t>f 26447/24471/20322 26445/24469/20321 26448/24470/20322</w:t>
        <w:br/>
        <w:t>f 26447/24471/20322 26448/24470/20322 26450/24472/20323</w:t>
        <w:br/>
        <w:t>f 26449/24473/20323 26447/24471/20322 26450/24472/20323</w:t>
        <w:br/>
        <w:t>f 26449/24473/20323 26450/24472/20323 26452/24474/20324</w:t>
        <w:br/>
        <w:t>f 26451/24475/20324 26449/24473/20323 26452/24474/20324</w:t>
        <w:br/>
        <w:t>f 26451/24475/20324 26452/24474/20324 26454/24476/20325</w:t>
        <w:br/>
        <w:t>f 26453/24477/20326 26451/24475/20324 26454/24476/20325</w:t>
        <w:br/>
        <w:t>f 26457/24478/19944 26454/24476/20325 26456/24479/20327</w:t>
        <w:br/>
        <w:t>f 26455/24480/20328 26457/24478/19944 26456/24479/20327</w:t>
        <w:br/>
        <w:t>f 26455/24480/20328 26456/24479/20327 26459/24481/20329</w:t>
        <w:br/>
        <w:t>f 26458/24482/20329 26455/24480/20328 26459/24481/20329</w:t>
        <w:br/>
        <w:t>f 26458/24482/20329 26459/24481/20329 26461/24483/20330</w:t>
        <w:br/>
        <w:t>f 26460/24484/20330 26458/24482/20329 26461/24483/20330</w:t>
        <w:br/>
        <w:t>f 26463/24485/20331 26460/24484/20330 26461/24483/20330</w:t>
        <w:br/>
        <w:t>f 26462/24486/20332 26463/24485/20331 26461/24483/20330</w:t>
        <w:br/>
        <w:t>f 26463/24485/20331 26462/24486/20332 26465/24487/20333</w:t>
        <w:br/>
        <w:t>f 26464/24488/20333 26463/24485/20331 26465/24487/20333</w:t>
        <w:br/>
        <w:t>f 26464/24488/20333 26465/24487/20333 26467/24489/20334</w:t>
        <w:br/>
        <w:t>f 26466/24490/20335 26464/24488/20333 26467/24489/20334</w:t>
        <w:br/>
        <w:t>f 26469/24491/20336 26466/24490/20335 26467/24489/20334</w:t>
        <w:br/>
        <w:t>f 26468/24492/20336 26469/24491/20336 26467/24489/20334</w:t>
        <w:br/>
        <w:t>f 26471/24493/20337 26469/24491/20336 26468/24492/20336</w:t>
        <w:br/>
        <w:t>f 26470/24494/20337 26471/24493/20337 26468/24492/20336</w:t>
        <w:br/>
        <w:t>f 26473/24495/20338 26472/24496/20338 26471/24493/20337</w:t>
        <w:br/>
        <w:t>f 26470/24494/20337 26473/24495/20338 26471/24493/20337</w:t>
        <w:br/>
        <w:t>f 26472/24496/20338 26473/24495/20338 26475/24497/20339</w:t>
        <w:br/>
        <w:t>f 26474/24498/20339 26472/24496/20338 26475/24497/20339</w:t>
        <w:br/>
        <w:t>f 26474/24498/20339 26475/24497/20339 26477/24499/20340</w:t>
        <w:br/>
        <w:t>f 26476/24500/20340 26474/24498/20339 26477/24499/20340</w:t>
        <w:br/>
        <w:t>f 26476/24500/20340 26477/24499/20340 26479/24501/20341</w:t>
        <w:br/>
        <w:t>f 26478/24502/20341 26476/24500/20340 26479/24501/20341</w:t>
        <w:br/>
        <w:t>f 26478/24502/20341 26479/24501/20341 26481/24503/20342</w:t>
        <w:br/>
        <w:t>f 26480/24504/20343 26478/24502/20341 26481/24503/20342</w:t>
        <w:br/>
        <w:t>f 26480/24504/20343 26481/24503/20342 26483/24505/20344</w:t>
        <w:br/>
        <w:t>f 26482/24506/20344 26480/24504/20343 26483/24505/20344</w:t>
        <w:br/>
        <w:t>f 26482/24506/20344 26483/24505/20344 26485/24507/20345</w:t>
        <w:br/>
        <w:t>f 26484/24508/20345 26482/24506/20344 26485/24507/20345</w:t>
        <w:br/>
        <w:t>f 26484/24508/20345 26485/24507/20345 26487/24509/20346</w:t>
        <w:br/>
        <w:t>f 26486/24510/20347 26484/24508/20345 26487/24509/20346</w:t>
        <w:br/>
        <w:t>f 26486/24510/20347 26487/24509/20346 26489/24511/20348</w:t>
        <w:br/>
        <w:t>f 26488/24512/20349 26486/24510/20347 26489/24511/20348</w:t>
        <w:br/>
        <w:t>f 26491/24513/20350 26488/24512/20349 26489/24511/20348</w:t>
        <w:br/>
        <w:t>f 26490/24514/20350 26491/24513/20350 26489/24511/20348</w:t>
        <w:br/>
        <w:t>f 26493/24515/20351 26491/24513/20350 26490/24514/20350</w:t>
        <w:br/>
        <w:t>f 26492/24516/20351 26493/24515/20351 26490/24514/20350</w:t>
        <w:br/>
        <w:t>f 26495/24517/20352 26493/24515/20351 26492/24516/20351</w:t>
        <w:br/>
        <w:t>f 26494/24518/20352 26495/24517/20352 26492/24516/20351</w:t>
        <w:br/>
        <w:t>f 26497/24519/20353 26495/24517/20352 26494/24518/20352</w:t>
        <w:br/>
        <w:t>f 26496/24520/20353 26497/24519/20353 26494/24518/20352</w:t>
        <w:br/>
        <w:t>f 26499/24521/20354 26497/24519/20353 26496/24520/20353</w:t>
        <w:br/>
        <w:t>f 26498/24522/20354 26499/24521/20354 26496/24520/20353</w:t>
        <w:br/>
        <w:t>f 26501/24523/20355 26499/24521/20354 26498/24522/20354</w:t>
        <w:br/>
        <w:t>f 26500/24524/20356 26501/24523/20355 26498/24522/20354</w:t>
        <w:br/>
        <w:t>f 26503/24525/20357 26501/24523/20355 26500/24524/20356</w:t>
        <w:br/>
        <w:t>f 26502/24526/20358 26503/24525/20357 26500/24524/20356</w:t>
        <w:br/>
        <w:t>f 26507/24527/20359 26506/24528/20360 26505/24529/20360</w:t>
        <w:br/>
        <w:t>f 26504/24530/20361 26507/24527/20359 26505/24529/20360</w:t>
        <w:br/>
        <w:t>f 26509/24531/20362 26507/24527/20359 26504/24530/20361</w:t>
        <w:br/>
        <w:t>f 26508/24532/20362 26509/24531/20362 26504/24530/20361</w:t>
        <w:br/>
        <w:t>f 26508/24532/20362 26511/24533/20363 26510/24534/20364</w:t>
        <w:br/>
        <w:t>f 26509/24531/20362 26508/24532/20362 26510/24534/20364</w:t>
        <w:br/>
        <w:t>f 26513/24535/20365 26510/24534/20364 26511/24533/20363</w:t>
        <w:br/>
        <w:t>f 26512/24536/20366 26513/24535/20365 26511/24533/20363</w:t>
        <w:br/>
        <w:t>f 26516/24537/20367 26512/24536/20368 26515/24538/20369</w:t>
        <w:br/>
        <w:t>f 26514/24539/20370 26516/24537/20367 26515/24538/20369</w:t>
        <w:br/>
        <w:t>f 26515/24538/20369 26518/24540/20371 26517/24541/20371</w:t>
        <w:br/>
        <w:t>f 26514/24539/20370 26515/24538/20369 26517/24541/20371</w:t>
        <w:br/>
        <w:t>f 26522/24542/20372 26521/24543/20373 26520/24544/20374</w:t>
        <w:br/>
        <w:t>f 26519/24545/20372 26522/24542/20372 26520/24544/20374</w:t>
        <w:br/>
        <w:t>f 26526/24546/20375 26525/24547/20376 26524/24548/20376</w:t>
        <w:br/>
        <w:t>f 26523/24549/20377 26526/24546/20375 26524/24548/20376</w:t>
        <w:br/>
        <w:t>f 26530/24550/20378 26529/24551/20378 26528/24552/20379</w:t>
        <w:br/>
        <w:t>f 26527/24553/20380 26530/24550/20378 26528/24552/20379</w:t>
        <w:br/>
        <w:t>f 26527/24553/20380 26528/24552/20379 26532/24554/20381</w:t>
        <w:br/>
        <w:t>f 26531/24555/20382 26527/24553/20380 26532/24554/20381</w:t>
        <w:br/>
        <w:t>f 26530/24550/20378 26526/24546/20375 26523/24549/20377</w:t>
        <w:br/>
        <w:t>f 26529/24551/20378 26530/24550/20378 26523/24549/20377</w:t>
        <w:br/>
        <w:t>f 26534/24556/20383 26531/24555/20382 26532/24554/20381</w:t>
        <w:br/>
        <w:t>f 26533/24557/20383 26534/24556/20383 26532/24554/20381</w:t>
        <w:br/>
        <w:t>f 26536/24558/20384 26534/24556/20383 26533/24557/20383</w:t>
        <w:br/>
        <w:t>f 26535/24559/20385 26536/24558/20384 26533/24557/20383</w:t>
        <w:br/>
        <w:t>f 26538/24560/20386 26536/24558/20384 26535/24559/20385</w:t>
        <w:br/>
        <w:t>f 26537/24561/20386 26538/24560/20386 26535/24559/20385</w:t>
        <w:br/>
        <w:t>f 26538/24560/20386 26537/24561/20386 26544/24562/20387</w:t>
        <w:br/>
        <w:t>f 26543/24563/20387 26538/24560/20386 26544/24562/20387</w:t>
        <w:br/>
        <w:t>f 26548/24564/20388 26547/24565/20388 26546/24566/20389</w:t>
        <w:br/>
        <w:t>f 26545/24567/20390 26548/24564/20388 26546/24566/20389</w:t>
        <w:br/>
        <w:t>f 26543/24563/20387 26544/24562/20387 26547/24565/20388</w:t>
        <w:br/>
        <w:t>f 26548/24564/20388 26543/24563/20387 26547/24565/20388</w:t>
        <w:br/>
        <w:t>f 26552/24568/20391 26545/24567/20390 26546/24566/20389</w:t>
        <w:br/>
        <w:t>f 26551/24569/20391 26552/24568/20391 26546/24566/20389</w:t>
        <w:br/>
        <w:t>f 26552/24568/20391 26551/24569/20391 26556/24570/20392</w:t>
        <w:br/>
        <w:t>f 26555/24571/20393 26552/24568/20391 26556/24570/20392</w:t>
        <w:br/>
        <w:t>f 26560/24572/20394 26555/24571/20393 26556/24570/20392</w:t>
        <w:br/>
        <w:t>f 26559/24573/20394 26560/24572/20394 26556/24570/20392</w:t>
        <w:br/>
        <w:t>f 26562/24574/20395 26560/24572/20394 26559/24573/20394</w:t>
        <w:br/>
        <w:t>f 26561/24575/20396 26562/24574/20395 26559/24573/20394</w:t>
        <w:br/>
        <w:t>f 26562/24574/20395 26561/24575/20396 26566/24576/20397</w:t>
        <w:br/>
        <w:t>f 26565/24577/20397 26562/24574/20395 26566/24576/20397</w:t>
        <w:br/>
        <w:t>f 26565/24577/20397 26566/24576/20397 26568/24578/20398</w:t>
        <w:br/>
        <w:t>f 26567/24579/20398 26565/24577/20397 26568/24578/20398</w:t>
        <w:br/>
        <w:t>f 26572/24580/20399 26567/24579/20398 26568/24578/20398</w:t>
        <w:br/>
        <w:t>f 26571/24581/20399 26572/24580/20399 26568/24578/20398</w:t>
        <w:br/>
        <w:t>f 26576/24582/20400 26575/24583/20400 26574/24584/20401</w:t>
        <w:br/>
        <w:t>f 26573/24585/20401 26576/24582/20400 26574/24584/20401</w:t>
        <w:br/>
        <w:t>f 26573/24585/20401 26574/24584/20401 26582/24586/20402</w:t>
        <w:br/>
        <w:t>f 26581/24587/20402 26573/24585/20401 26582/24586/20402</w:t>
        <w:br/>
        <w:t>f 26572/24580/20399 26571/24581/20399 26575/24583/20400</w:t>
        <w:br/>
        <w:t>f 26576/24582/20400 26572/24580/20399 26575/24583/20400</w:t>
        <w:br/>
        <w:t>f 26506/24528/20360 26340/24362/20246 26339/24363/20247</w:t>
        <w:br/>
        <w:t>f 26505/24529/20360 26506/24528/20360 26339/24363/20247</w:t>
        <w:br/>
        <w:t>f 26521/24543/20373 26517/24541/20371 26518/24540/20371</w:t>
        <w:br/>
        <w:t>f 26520/24544/20374 26521/24543/20373 26518/24540/20371</w:t>
        <w:br/>
        <w:t>f 26525/24547/20376 26522/24542/20372 26519/24545/20372</w:t>
        <w:br/>
        <w:t>f 26524/24548/20376 26525/24547/20376 26519/24545/20372</w:t>
        <w:br/>
        <w:t>f 26503/24525/20357 26502/24526/20358 26325/24347/20235</w:t>
        <w:br/>
        <w:t>f 26326/24346/20235 26503/24525/20357 26325/24347/20235</w:t>
        <w:br/>
        <w:t>f 25942/23963/19870 25940/23965/19872 25947/23969/19876</w:t>
        <w:br/>
        <w:t>f 26149/24173/20067 26150/24172/20066 26218/24240/20135</w:t>
        <w:br/>
        <w:t>f 25873/23897/19802 25874/23896/19801 25876/23900/19805</w:t>
        <w:br/>
        <w:t>f 25967/23991/19898 25970/23994/19901 26589/24588/20403</w:t>
        <w:br/>
        <w:t>f 25934/23957/19864 25935/23959/19866 25965/23989/19896</w:t>
        <w:br/>
        <w:t>f 25967/23991/19898 26589/24588/20403 25965/23989/19896</w:t>
        <w:br/>
        <w:t>f 26338/24360/20244 27424/24589/20404 26337/24361/20245</w:t>
        <w:br/>
        <w:t>f 25945/23966/19873 27425/24590/20244 25944/23967/19874</w:t>
        <w:br/>
        <w:t>f 25949/23971/19878 25948/23972/19879 25871/23894/19799</w:t>
        <w:br/>
        <w:t>f 25870/23891/19796 25949/23971/19878 25871/23894/19799</w:t>
        <w:br/>
        <w:t>f 27453/24591/20405 27425/24590/20244 25945/23966/19873</w:t>
        <w:br/>
        <w:t>f 25943/23968/19875 25940/23965/19872 25941/23964/19871</w:t>
        <w:br/>
        <w:t>f 25945/23966/19873 25943/23968/19875 25941/23964/19871</w:t>
        <w:br/>
        <w:t>f 25954/23976/19883 25939/23960/19867 27478/24592/20406</w:t>
        <w:br/>
        <w:t>f 27479/24593/20407 27478/24592/20406 25942/23963/19870</w:t>
        <w:br/>
        <w:t>f 25952/23975/19882 27479/24593/20407 25942/23963/19870</w:t>
        <w:br/>
        <w:t>f 25954/23976/19883 27478/24592/20406 27479/24593/20407</w:t>
        <w:br/>
        <w:t>f 25920/23943/19850 25910/23935/19842 25916/23941/20408</w:t>
        <w:br/>
        <w:t>f 26171/24196/20090 26168/24191/20085 26178/24201/20094</w:t>
        <w:br/>
        <w:t>f 26173/24194/20088 26171/24196/20090 26178/24201/20094</w:t>
        <w:br/>
        <w:t>f 26169/24190/20084 26170/24193/20087 26175/24197/20091</w:t>
        <w:br/>
        <w:t>f 25532/23868/19777 25533/23867/19777 27550/24594/10502</w:t>
        <w:br/>
        <w:t>f 27549/24595/20409 25532/23868/19777 27550/24594/10502</w:t>
        <w:br/>
        <w:t>f 27549/24595/20409 27550/24594/10502 27551/24596/9820</w:t>
        <w:br/>
        <w:t>f 23925/23265/19274 23965/23307/19316 27553/24597/20410</w:t>
        <w:br/>
        <w:t>f 23965/23307/19316 23968/23310/19319 27553/24597/20410</w:t>
        <w:br/>
        <w:t>f 27554/24598/20411 26199/24221/20115 26158/24180/20074</w:t>
        <w:br/>
        <w:t>f 27554/24598/20411 26202/24224/20118 26199/24221/20115</w:t>
        <w:br/>
        <w:t>f 23943/23284/19293 23944/23285/19294 23863/23207/19229</w:t>
        <w:br/>
        <w:t>f 26096/24122/10411 26177/24200/20093 26176/24199/20092</w:t>
        <w:br/>
        <w:t>f 23896/23236/9252 23903/23244/9251 23897/23239/19253</w:t>
        <w:br/>
        <w:t>f 26128/24152/10434 26134/24155/20051 26130/24154/20050</w:t>
        <w:br/>
        <w:t>f 26153/24174/20068 26205/24227/20121 26152/24175/20069</w:t>
        <w:br/>
        <w:t>f 26152/24175/20069 26156/24179/20072 26151/24176/20070</w:t>
        <w:br/>
        <w:t>f 23919/23258/19268 23922/23264/19273 23918/23259/19269</w:t>
        <w:br/>
        <w:t>f 23922/23264/19273 23923/23263/19272 23918/23259/19269</w:t>
        <w:br/>
        <w:t>f 27556/24599/20412 27555/24600/20413 23927/23270/20414</w:t>
        <w:br/>
        <w:t>f 26161/24184/9441 27558/24601/20415 27557/24602/20416</w:t>
        <w:br/>
        <w:t>f 15972/24603/20417 15971/24604/20418 15970/24605/20419</w:t>
        <w:br/>
        <w:t>f 15973/24606/20420 15972/24603/20417 15970/24605/20419</w:t>
        <w:br/>
        <w:t>f 15975/24607/20421 15973/24606/20420 15970/24605/20419</w:t>
        <w:br/>
        <w:t>f 15974/24608/20422 15975/24607/20421 15970/24605/20419</w:t>
        <w:br/>
        <w:t>f 15972/24603/20417 15981/24609/20423 15971/24604/20418</w:t>
        <w:br/>
        <w:t>f 15974/24608/20422 15983/24610/20424 15982/24611/20425</w:t>
        <w:br/>
        <w:t>f 15975/24607/20421 15974/24608/20422 15982/24611/20425</w:t>
        <w:br/>
        <w:t>f 16154/24612/20426 16153/24613/20427 16152/24614/20428</w:t>
        <w:br/>
        <w:t>f 16156/24615/20429 16155/24616/20430 16152/24614/20428</w:t>
        <w:br/>
        <w:t>f 16157/24617/20431 16156/24615/20429 16152/24614/20428</w:t>
        <w:br/>
        <w:t>f 16583/24618/20432 15983/24610/20424 16582/24619/20433</w:t>
        <w:br/>
        <w:t>f 16581/24620/20434 16583/24618/20432 16582/24619/20433</w:t>
        <w:br/>
        <w:t>f 15974/24608/20422 15970/24605/20419 16585/24621/20435</w:t>
        <w:br/>
        <w:t>f 16584/24622/20436 15974/24608/20422 16585/24621/20435</w:t>
        <w:br/>
        <w:t>f 15970/24605/20419 15971/24604/20418 16586/24623/20437</w:t>
        <w:br/>
        <w:t>f 16585/24621/20435 15970/24605/20419 16586/24623/20437</w:t>
        <w:br/>
        <w:t>f 16586/24623/20437 15971/24604/20418 16152/24614/20428</w:t>
        <w:br/>
        <w:t>f 16153/24613/20427 16586/24623/20437 16152/24614/20428</w:t>
        <w:br/>
        <w:t>f 16590/24624/20438 16589/24625/20439 16588/24626/20440</w:t>
        <w:br/>
        <w:t>f 16587/24627/20441 16590/24624/20438 16588/24626/20440</w:t>
        <w:br/>
        <w:t>f 16606/24628/20442 16605/24629/20443 16604/24630/20444</w:t>
        <w:br/>
        <w:t>f 16611/24631/20445 16155/24616/20430 16610/24632/20446</w:t>
        <w:br/>
        <w:t>f 16609/24633/20447 16611/24631/20445 16610/24632/20446</w:t>
        <w:br/>
        <w:t>f 15983/24610/20424 15974/24608/20422 16584/24622/20436</w:t>
        <w:br/>
        <w:t>f 16582/24619/20433 15983/24610/20424 16584/24622/20436</w:t>
        <w:br/>
        <w:t>f 16672/24634/20448 16671/24635/20449 16670/24636/20450</w:t>
        <w:br/>
        <w:t>f 16153/24613/20427 16672/24634/20448 16670/24636/20450</w:t>
        <w:br/>
        <w:t>f 16676/24637/20451 16675/24638/20452 16674/24639/20453</w:t>
        <w:br/>
        <w:t>f 16673/24640/20454 16676/24637/20451 16674/24639/20453</w:t>
        <w:br/>
        <w:t>f 16678/24641/20455 16677/24642/20456 16674/24639/20453</w:t>
        <w:br/>
        <w:t>f 16675/24638/20452 16678/24641/20455 16674/24639/20453</w:t>
        <w:br/>
        <w:t>f 16673/24640/20454 16679/24643/20457 16583/24618/20432</w:t>
        <w:br/>
        <w:t>f 16676/24637/20451 16673/24640/20454 16583/24618/20432</w:t>
        <w:br/>
        <w:t>f 16155/24616/20430 16156/24615/20429 16680/24644/20458</w:t>
        <w:br/>
        <w:t>f 16610/24632/20446 16155/24616/20430 16680/24644/20458</w:t>
        <w:br/>
        <w:t>f 16677/24642/20456 16678/24641/20455 16682/24645/20446</w:t>
        <w:br/>
        <w:t>f 16681/24646/20458 16677/24642/20456 16682/24645/20446</w:t>
        <w:br/>
        <w:t>f 15983/24610/20424 16583/24618/20432 16679/24643/20457</w:t>
        <w:br/>
        <w:t>f 15982/24611/20425 15983/24610/20424 16679/24643/20457</w:t>
        <w:br/>
        <w:t>f 16157/24617/20431 16152/24614/20428 15981/24609/20423</w:t>
        <w:br/>
        <w:t>f 16584/24622/20436 16585/24621/20435 16684/24647/20459</w:t>
        <w:br/>
        <w:t>f 16683/24648/20460 16584/24622/20436 16684/24647/20459</w:t>
        <w:br/>
        <w:t>f 16685/24649/20461 16684/24647/20459 16585/24621/20435</w:t>
        <w:br/>
        <w:t>f 16586/24623/20437 16685/24649/20461 16585/24621/20435</w:t>
        <w:br/>
        <w:t>f 16670/24636/20450 16685/24649/20461 16586/24623/20437</w:t>
        <w:br/>
        <w:t>f 16153/24613/20427 16670/24636/20450 16586/24623/20437</w:t>
        <w:br/>
        <w:t>f 16590/24624/20438 16686/24650/20462 16684/24647/20459</w:t>
        <w:br/>
        <w:t>f 16685/24649/20461 16590/24624/20438 16684/24647/20459</w:t>
        <w:br/>
        <w:t>f 16590/24624/20438 16685/24649/20461 16670/24636/20450</w:t>
        <w:br/>
        <w:t>f 16589/24625/20439 16590/24624/20438 16670/24636/20450</w:t>
        <w:br/>
        <w:t>f 16671/24635/20449 16687/24651/20463 16589/24625/20439</w:t>
        <w:br/>
        <w:t>f 16670/24636/20450 16671/24635/20449 16589/24625/20439</w:t>
        <w:br/>
        <w:t>f 16154/24612/20426 16688/24652/20464 16672/24634/20448</w:t>
        <w:br/>
        <w:t>f 16153/24613/20427 16154/24612/20426 16672/24634/20448</w:t>
        <w:br/>
        <w:t>f 16152/24614/20428 15971/24604/20418 15981/24609/20423</w:t>
        <w:br/>
        <w:t>f 16155/24616/20430 16611/24631/20445 16154/24612/20426</w:t>
        <w:br/>
        <w:t>f 16152/24614/20428 16155/24616/20430 16154/24612/20426</w:t>
        <w:br/>
        <w:t>f 15972/24603/20417 15973/24606/20420 16747/24653/20465</w:t>
        <w:br/>
        <w:t>f 16746/24654/20466 15972/24603/20417 16747/24653/20465</w:t>
        <w:br/>
        <w:t>f 15972/24603/20417 16746/24654/20466 16748/24655/20467</w:t>
        <w:br/>
        <w:t>f 15981/24609/20423 15972/24603/20417 16748/24655/20467</w:t>
        <w:br/>
        <w:t>f 16157/24617/20431 15981/24609/20423 16748/24655/20467</w:t>
        <w:br/>
        <w:t>f 16749/24656/20468 16157/24617/20431 16748/24655/20467</w:t>
        <w:br/>
        <w:t>f 16753/24657/20469 16752/24658/20470 16751/24659/20471</w:t>
        <w:br/>
        <w:t>f 16750/24660/20472 16753/24657/20469 16751/24659/20471</w:t>
        <w:br/>
        <w:t>f 16756/24661/20473 16755/24662/20474 16754/24663/20475</w:t>
        <w:br/>
        <w:t>f 16606/24628/20442 16756/24661/20473 16754/24663/20475</w:t>
        <w:br/>
        <w:t>f 16757/24664/20476 16756/24661/20473 16606/24628/20442</w:t>
        <w:br/>
        <w:t>f 16604/24630/20444 16757/24664/20476 16606/24628/20442</w:t>
        <w:br/>
        <w:t>f 16761/24665/20477 16760/24666/20478 16759/24667/20479</w:t>
        <w:br/>
        <w:t>f 16758/24668/20480 16761/24665/20477 16759/24667/20479</w:t>
        <w:br/>
        <w:t>f 16759/24667/20479 16763/24669/20481 16762/24670/20482</w:t>
        <w:br/>
        <w:t>f 16758/24668/20480 16759/24667/20479 16762/24670/20482</w:t>
        <w:br/>
        <w:t>f 16766/24671/20483 16763/24669/20484 16765/24672/20485</w:t>
        <w:br/>
        <w:t>f 16764/24673/20486 16766/24671/20483 16765/24672/20485</w:t>
        <w:br/>
        <w:t>f 16764/24673/20486 16765/24672/20485 16768/24674/20487</w:t>
        <w:br/>
        <w:t>f 16767/24675/20488 16764/24673/20486 16768/24674/20487</w:t>
        <w:br/>
        <w:t>f 16772/24676/20489 16771/24677/20490 16770/24678/20491</w:t>
        <w:br/>
        <w:t>f 16769/24679/20492 16772/24676/20489 16770/24678/20491</w:t>
        <w:br/>
        <w:t>f 16769/24679/20492 16770/24678/20491 16774/24680/20493</w:t>
        <w:br/>
        <w:t>f 16773/24681/20494 16769/24679/20492 16774/24680/20493</w:t>
        <w:br/>
        <w:t>f 16773/24681/20494 16774/24680/20493 16776/24682/20495</w:t>
        <w:br/>
        <w:t>f 16775/24683/20496 16773/24681/20494 16776/24682/20495</w:t>
        <w:br/>
        <w:t>f 16775/24683/20496 16776/24682/20495 16778/24684/20497</w:t>
        <w:br/>
        <w:t>f 16777/24685/20498 16775/24683/20496 16778/24684/20497</w:t>
        <w:br/>
        <w:t>f 16778/24684/20497 16760/24666/20478 16761/24665/20477</w:t>
        <w:br/>
        <w:t>f 16777/24685/20498 16778/24684/20497 16761/24665/20477</w:t>
        <w:br/>
        <w:t>f 15982/24611/20425 16679/24643/20457 16780/24686/20499</w:t>
        <w:br/>
        <w:t>f 16779/24687/20500 15982/24611/20425 16780/24686/20499</w:t>
        <w:br/>
        <w:t>f 15975/24607/20421 15982/24611/20425 16779/24687/20500</w:t>
        <w:br/>
        <w:t>f 16781/24688/20501 15975/24607/20421 16779/24687/20500</w:t>
        <w:br/>
        <w:t>f 15973/24606/20420 15975/24607/20421 16781/24688/20501</w:t>
        <w:br/>
        <w:t>f 16747/24653/20465 15973/24606/20420 16781/24688/20501</w:t>
        <w:br/>
        <w:t>f 16677/24642/20456 16783/24689/20502 16782/24690/20503</w:t>
        <w:br/>
        <w:t>f 16674/24639/20453 16677/24642/20456 16782/24690/20503</w:t>
        <w:br/>
        <w:t>f 16673/24640/20454 16674/24639/20453 16782/24690/20503</w:t>
        <w:br/>
        <w:t>f 16784/24691/20504 16673/24640/20454 16782/24690/20503</w:t>
        <w:br/>
        <w:t>f 16679/24643/20457 16673/24640/20454 16784/24691/20504</w:t>
        <w:br/>
        <w:t>f 16780/24686/20499 16679/24643/20457 16784/24691/20504</w:t>
        <w:br/>
        <w:t>f 16157/24617/20431 16749/24656/20468 16785/24692/20505</w:t>
        <w:br/>
        <w:t>f 16156/24615/20429 16157/24617/20431 16785/24692/20505</w:t>
        <w:br/>
        <w:t>f 16788/24693/20506 16787/24694/20507 16786/24695/20508</w:t>
        <w:br/>
        <w:t>f 16772/24676/20489 16788/24693/20506 16786/24695/20508</w:t>
        <w:br/>
        <w:t>f 16790/24696/20509 16789/24697/20510 16787/24694/20507</w:t>
        <w:br/>
        <w:t>f 16788/24693/20506 16790/24696/20509 16787/24694/20507</w:t>
        <w:br/>
        <w:t>f 16156/24615/20429 16785/24692/20505 16791/24698/20511</w:t>
        <w:br/>
        <w:t>f 16680/24644/20458 16156/24615/20429 16791/24698/20511</w:t>
        <w:br/>
        <w:t>f 16681/24646/20458 16792/24699/20512 16783/24689/20502</w:t>
        <w:br/>
        <w:t>f 16677/24642/20456 16681/24646/20458 16783/24689/20502</w:t>
        <w:br/>
        <w:t>f 16796/24700/20513 16795/24701/20514 16794/24702/20515</w:t>
        <w:br/>
        <w:t>f 16793/24703/20516 16796/24700/20513 16794/24702/20515</w:t>
        <w:br/>
        <w:t>f 16794/24702/20515 16798/24704/20517 16797/24705/20518</w:t>
        <w:br/>
        <w:t>f 16793/24703/20516 16794/24702/20515 16797/24705/20518</w:t>
        <w:br/>
        <w:t>f 16802/24706/20517 16801/24707/20519 16800/24708/20520</w:t>
        <w:br/>
        <w:t>f 16799/24709/20521 16802/24706/20517 16800/24708/20520</w:t>
        <w:br/>
        <w:t>f 16804/24710/20522 16803/24711/20523 16795/24701/20514</w:t>
        <w:br/>
        <w:t>f 16796/24700/20513 16804/24710/20522 16795/24701/20514</w:t>
        <w:br/>
        <w:t>f 16581/24620/20434 16805/24712/20524 16803/24711/20523</w:t>
        <w:br/>
        <w:t>f 16804/24710/20522 16581/24620/20434 16803/24711/20523</w:t>
        <w:br/>
        <w:t>f 16807/24713/20525 16806/24714/20526 16805/24712/20524</w:t>
        <w:br/>
        <w:t>f 16581/24620/20434 16807/24713/20525 16805/24712/20524</w:t>
        <w:br/>
        <w:t>f 16751/24659/20471 16752/24658/20470 16806/24714/20526</w:t>
        <w:br/>
        <w:t>f 16807/24713/20525 16751/24659/20471 16806/24714/20526</w:t>
        <w:br/>
        <w:t>f 16809/24715/20527 16757/24664/20476 16604/24630/20444</w:t>
        <w:br/>
        <w:t>f 16808/24716/20528 16809/24715/20527 16604/24630/20444</w:t>
        <w:br/>
        <w:t>f 16768/24674/20487 16809/24715/20527 16808/24716/20528</w:t>
        <w:br/>
        <w:t>f 16767/24675/20488 16768/24674/20487 16808/24716/20528</w:t>
        <w:br/>
        <w:t>f 16811/24717/20529 16810/24718/20530 16789/24697/20510</w:t>
        <w:br/>
        <w:t>f 16790/24696/20509 16811/24717/20529 16789/24697/20510</w:t>
        <w:br/>
        <w:t>f 16813/24719/20531 16812/24720/20532 16810/24718/20530</w:t>
        <w:br/>
        <w:t>f 16811/24717/20529 16813/24719/20531 16810/24718/20530</w:t>
        <w:br/>
        <w:t>f 16813/24719/20531 16815/24721/20533 16814/24722/20534</w:t>
        <w:br/>
        <w:t>f 16812/24720/20532 16813/24719/20531 16814/24722/20534</w:t>
        <w:br/>
        <w:t>f 16801/24707/20519 16814/24722/20534 16815/24721/20533</w:t>
        <w:br/>
        <w:t>f 16800/24708/20520 16801/24707/20519 16815/24721/20533</w:t>
        <w:br/>
        <w:t>f 16772/24676/20489 16605/24629/20443 16587/24627/20441</w:t>
        <w:br/>
        <w:t>f 16606/24628/20442 16754/24663/20475 16587/24627/20441</w:t>
        <w:br/>
        <w:t>f 16762/24670/20482 16817/24723/20535 16816/24724/20536</w:t>
        <w:br/>
        <w:t>f 16758/24668/20480 16762/24670/20482 16816/24724/20536</w:t>
        <w:br/>
        <w:t>f 16754/24663/20475 16686/24650/20462 16590/24624/20438</w:t>
        <w:br/>
        <w:t>f 16587/24627/20441 16754/24663/20475 16590/24624/20438</w:t>
        <w:br/>
        <w:t>f 16818/24725/20537 16605/24629/20443 16769/24679/20492</w:t>
        <w:br/>
        <w:t>f 16769/24679/20492 16820/24726/20538 16819/24727/20539</w:t>
        <w:br/>
        <w:t>f 16818/24725/20537 16769/24679/20492 16819/24727/20539</w:t>
        <w:br/>
        <w:t>f 16808/24716/20528 16604/24630/20444 16818/24725/20537</w:t>
        <w:br/>
        <w:t>f 16819/24727/20539 16808/24716/20528 16818/24725/20537</w:t>
        <w:br/>
        <w:t>f 16793/24703/20516 16821/24728/20540 16682/24645/20446</w:t>
        <w:br/>
        <w:t>f 16678/24641/20455 16793/24703/20516 16682/24645/20446</w:t>
        <w:br/>
        <w:t>f 16820/24726/20538 16775/24683/20496 16822/24729/20541</w:t>
        <w:br/>
        <w:t>f 16819/24727/20539 16820/24726/20538 16822/24729/20541</w:t>
        <w:br/>
        <w:t>f 16688/24652/20464 16154/24612/20426 16611/24631/20445</w:t>
        <w:br/>
        <w:t>f 16800/24708/20520 16688/24652/20464 16611/24631/20445</w:t>
        <w:br/>
        <w:t>f 16777/24685/20498 16816/24724/20536 16822/24729/20541</w:t>
        <w:br/>
        <w:t>f 16775/24683/20496 16777/24685/20498 16822/24729/20541</w:t>
        <w:br/>
        <w:t>f 16788/24693/20506 16588/24626/20440 16589/24625/20439</w:t>
        <w:br/>
        <w:t>f 16687/24651/20463 16788/24693/20506 16589/24625/20439</w:t>
        <w:br/>
        <w:t>f 16683/24648/20460 16807/24713/20525 16582/24619/20433</w:t>
        <w:br/>
        <w:t>f 16584/24622/20436 16683/24648/20460 16582/24619/20433</w:t>
        <w:br/>
        <w:t>f 16684/24647/20459 16686/24650/20462 16751/24659/20471</w:t>
        <w:br/>
        <w:t>f 16683/24648/20460 16684/24647/20459 16751/24659/20471</w:t>
        <w:br/>
        <w:t>f 16605/24629/20443 16772/24676/20489 16769/24679/20492</w:t>
        <w:br/>
        <w:t>f 16606/24628/20442 16587/24627/20441 16605/24629/20443</w:t>
        <w:br/>
        <w:t>f 16772/24676/20489 16587/24627/20441 16588/24626/20440</w:t>
        <w:br/>
        <w:t>f 16788/24693/20506 16772/24676/20489 16588/24626/20440</w:t>
        <w:br/>
        <w:t>f 16793/24703/20516 16797/24705/20518 16821/24728/20540</w:t>
        <w:br/>
        <w:t>f 16796/24700/20513 16793/24703/20516 16678/24641/20455</w:t>
        <w:br/>
        <w:t>f 16675/24638/20452 16796/24700/20513 16678/24641/20455</w:t>
        <w:br/>
        <w:t>f 16676/24637/20451 16804/24710/20522 16796/24700/20513</w:t>
        <w:br/>
        <w:t>f 16675/24638/20452 16676/24637/20451 16796/24700/20513</w:t>
        <w:br/>
        <w:t>f 16804/24710/20522 16676/24637/20451 16583/24618/20432</w:t>
        <w:br/>
        <w:t>f 16581/24620/20434 16804/24710/20522 16583/24618/20432</w:t>
        <w:br/>
        <w:t>f 16807/24713/20525 16581/24620/20434 16582/24619/20433</w:t>
        <w:br/>
        <w:t>f 16683/24648/20460 16751/24659/20471 16807/24713/20525</w:t>
        <w:br/>
        <w:t>f 16686/24650/20462 16750/24660/20472 16751/24659/20471</w:t>
        <w:br/>
        <w:t>f 16767/24675/20488 16808/24716/20528 16819/24727/20539</w:t>
        <w:br/>
        <w:t>f 16822/24729/20541 16767/24675/20488 16819/24727/20539</w:t>
        <w:br/>
        <w:t>f 16764/24673/20486 16767/24675/20488 16822/24729/20541</w:t>
        <w:br/>
        <w:t>f 16816/24724/20536 16764/24673/20486 16822/24729/20541</w:t>
        <w:br/>
        <w:t>f 16761/24665/20477 16758/24668/20480 16816/24724/20536</w:t>
        <w:br/>
        <w:t>f 16777/24685/20498 16761/24665/20477 16816/24724/20536</w:t>
        <w:br/>
        <w:t>f 16687/24651/20463 16790/24696/20509 16788/24693/20506</w:t>
        <w:br/>
        <w:t>f 16790/24696/20509 16687/24651/20463 16671/24635/20449</w:t>
        <w:br/>
        <w:t>f 16811/24717/20529 16790/24696/20509 16671/24635/20449</w:t>
        <w:br/>
        <w:t>f 16813/24719/20531 16811/24717/20529 16671/24635/20449</w:t>
        <w:br/>
        <w:t>f 16672/24634/20448 16813/24719/20531 16671/24635/20449</w:t>
        <w:br/>
        <w:t>f 16672/24634/20448 16688/24652/20464 16815/24721/20533</w:t>
        <w:br/>
        <w:t>f 16813/24719/20531 16672/24634/20448 16815/24721/20533</w:t>
        <w:br/>
        <w:t>f 16688/24652/20464 16800/24708/20520 16815/24721/20533</w:t>
        <w:br/>
        <w:t>f 16799/24709/20521 16800/24708/20520 16611/24631/20445</w:t>
        <w:br/>
        <w:t>f 16609/24633/20447 16799/24709/20521 16611/24631/20445</w:t>
        <w:br/>
        <w:t>f 16604/24630/20444 16605/24629/20443 16818/24725/20537</w:t>
        <w:br/>
        <w:t>f 16686/24650/20462 16754/24663/20475 16750/24660/20472</w:t>
        <w:br/>
        <w:t>f 16750/24660/20472 16754/24663/20475 16755/24662/20474</w:t>
        <w:br/>
        <w:t>f 16753/24657/20469 16750/24660/20472 16755/24662/20474</w:t>
        <w:br/>
        <w:t>f 17169/24730/20542 17168/24731/20543 17167/24732/20544</w:t>
        <w:br/>
        <w:t>f 17170/24733/20545 17169/24730/20542 17167/24732/20544</w:t>
        <w:br/>
        <w:t>f 17172/24734/20546 17171/24735/20547 17169/24730/20542</w:t>
        <w:br/>
        <w:t>f 17170/24733/20545 17172/24734/20546 17169/24730/20542</w:t>
        <w:br/>
        <w:t>f 17167/24732/20544 17168/24731/20543 17178/24736/20548</w:t>
        <w:br/>
        <w:t>f 17171/24735/20547 17172/24734/20546 17180/24737/20549</w:t>
        <w:br/>
        <w:t>f 17179/24738/20550 17171/24735/20547 17180/24737/20549</w:t>
        <w:br/>
        <w:t>f 17351/24739/20551 17350/24740/20552 17349/24741/20553</w:t>
        <w:br/>
        <w:t>f 17350/24740/20552 17353/24742/20554 17352/24743/20555</w:t>
        <w:br/>
        <w:t>f 17354/24744/20556 17350/24740/20552 17352/24743/20555</w:t>
        <w:br/>
        <w:t>f 17780/24745/20557 17779/24746/20558 17778/24747/20559</w:t>
        <w:br/>
        <w:t>f 17179/24738/20550 17780/24745/20557 17778/24747/20559</w:t>
        <w:br/>
        <w:t>f 17171/24735/20547 17782/24748/20560 17781/24749/20561</w:t>
        <w:br/>
        <w:t>f 17169/24730/20542 17171/24735/20547 17781/24749/20561</w:t>
        <w:br/>
        <w:t>f 17169/24730/20542 17781/24749/20561 17783/24750/20562</w:t>
        <w:br/>
        <w:t>f 17168/24731/20543 17169/24730/20542 17783/24750/20562</w:t>
        <w:br/>
        <w:t>f 17783/24750/20562 17349/24741/20553 17350/24740/20552</w:t>
        <w:br/>
        <w:t>f 17168/24731/20543 17783/24750/20562 17350/24740/20552</w:t>
        <w:br/>
        <w:t>f 17787/24751/20563 17786/24752/20564 17785/24753/20565</w:t>
        <w:br/>
        <w:t>f 17784/24754/20566 17787/24751/20563 17785/24753/20565</w:t>
        <w:br/>
        <w:t>f 17803/24755/20567 17802/24756/20568 17801/24757/20569</w:t>
        <w:br/>
        <w:t>f 17808/24758/20570 17807/24759/20571 17806/24760/20572</w:t>
        <w:br/>
        <w:t>f 17353/24742/20554 17808/24758/20570 17806/24760/20572</w:t>
        <w:br/>
        <w:t>f 17179/24738/20550 17778/24747/20559 17782/24748/20560</w:t>
        <w:br/>
        <w:t>f 17171/24735/20547 17179/24738/20550 17782/24748/20560</w:t>
        <w:br/>
        <w:t>f 17869/24761/20573 17349/24741/20553 17868/24762/20574</w:t>
        <w:br/>
        <w:t>f 17867/24763/20575 17869/24761/20573 17868/24762/20574</w:t>
        <w:br/>
        <w:t>f 17873/24764/20576 17872/24765/20577 17871/24766/20578</w:t>
        <w:br/>
        <w:t>f 17870/24767/20579 17873/24764/20576 17871/24766/20578</w:t>
        <w:br/>
        <w:t>f 17875/24768/20580 17870/24767/20579 17871/24766/20578</w:t>
        <w:br/>
        <w:t>f 17874/24769/20581 17875/24768/20580 17871/24766/20578</w:t>
        <w:br/>
        <w:t>f 17872/24765/20577 17873/24764/20576 17780/24745/20557</w:t>
        <w:br/>
        <w:t>f 17876/24770/20582 17872/24765/20577 17780/24745/20557</w:t>
        <w:br/>
        <w:t>f 17353/24742/20554 17806/24760/20572 17877/24771/20583</w:t>
        <w:br/>
        <w:t>f 17352/24743/20555 17353/24742/20554 17877/24771/20583</w:t>
        <w:br/>
        <w:t>f 17874/24769/20581 17879/24772/20583 17878/24773/20584</w:t>
        <w:br/>
        <w:t>f 17875/24768/20580 17874/24769/20581 17878/24773/20584</w:t>
        <w:br/>
        <w:t>f 17179/24738/20550 17180/24737/20549 17876/24770/20582</w:t>
        <w:br/>
        <w:t>f 17780/24745/20557 17179/24738/20550 17876/24770/20582</w:t>
        <w:br/>
        <w:t>f 17354/24744/20556 17178/24736/20548 17350/24740/20552</w:t>
        <w:br/>
        <w:t>f 17782/24748/20560 17881/24774/20585 17880/24775/20586</w:t>
        <w:br/>
        <w:t>f 17781/24749/20561 17782/24748/20560 17880/24775/20586</w:t>
        <w:br/>
        <w:t>f 17882/24776/20587 17783/24750/20562 17781/24749/20561</w:t>
        <w:br/>
        <w:t>f 17880/24775/20586 17882/24776/20587 17781/24749/20561</w:t>
        <w:br/>
        <w:t>f 17868/24762/20574 17349/24741/20553 17783/24750/20562</w:t>
        <w:br/>
        <w:t>f 17882/24776/20587 17868/24762/20574 17783/24750/20562</w:t>
        <w:br/>
        <w:t>f 17787/24751/20563 17882/24776/20587 17880/24775/20586</w:t>
        <w:br/>
        <w:t>f 17883/24777/20588 17787/24751/20563 17880/24775/20586</w:t>
        <w:br/>
        <w:t>f 17787/24751/20563 17784/24754/20566 17868/24762/20574</w:t>
        <w:br/>
        <w:t>f 17882/24776/20587 17787/24751/20563 17868/24762/20574</w:t>
        <w:br/>
        <w:t>f 17867/24763/20575 17868/24762/20574 17784/24754/20566</w:t>
        <w:br/>
        <w:t>f 17884/24778/20589 17867/24763/20575 17784/24754/20566</w:t>
        <w:br/>
        <w:t>f 17351/24739/20551 17349/24741/20553 17869/24761/20573</w:t>
        <w:br/>
        <w:t>f 17885/24779/20590 17351/24739/20551 17869/24761/20573</w:t>
        <w:br/>
        <w:t>f 17350/24740/20552 17178/24736/20548 17168/24731/20543</w:t>
        <w:br/>
        <w:t>f 17353/24742/20554 17350/24740/20552 17351/24739/20551</w:t>
        <w:br/>
        <w:t>f 17808/24758/20570 17353/24742/20554 17351/24739/20551</w:t>
        <w:br/>
        <w:t>f 17167/24732/20544 17944/24780/20591 17943/24781/20592</w:t>
        <w:br/>
        <w:t>f 17170/24733/20545 17167/24732/20544 17943/24781/20592</w:t>
        <w:br/>
        <w:t>f 17167/24732/20544 17178/24736/20548 17945/24782/20593</w:t>
        <w:br/>
        <w:t>f 17944/24780/20591 17167/24732/20544 17945/24782/20593</w:t>
        <w:br/>
        <w:t>f 17354/24744/20556 17946/24783/20594 17945/24782/20593</w:t>
        <w:br/>
        <w:t>f 17178/24736/20548 17354/24744/20556 17945/24782/20593</w:t>
        <w:br/>
        <w:t>f 17950/24784/20595 17949/24785/20596 17948/24786/20597</w:t>
        <w:br/>
        <w:t>f 17947/24787/20598 17950/24784/20595 17948/24786/20597</w:t>
        <w:br/>
        <w:t>f 17953/24788/20599 17803/24755/20567 17952/24789/20600</w:t>
        <w:br/>
        <w:t>f 17951/24790/20601 17953/24788/20599 17952/24789/20600</w:t>
        <w:br/>
        <w:t>f 17954/24791/20602 17802/24756/20568 17803/24755/20567</w:t>
        <w:br/>
        <w:t>f 17953/24788/20599 17954/24791/20602 17803/24755/20567</w:t>
        <w:br/>
        <w:t>f 17958/24792/20603 17957/24793/20604 17956/24794/20605</w:t>
        <w:br/>
        <w:t>f 17955/24795/20606 17958/24792/20603 17956/24794/20605</w:t>
        <w:br/>
        <w:t>f 17956/24794/20605 17957/24793/20604 17960/24796/20607</w:t>
        <w:br/>
        <w:t>f 17959/24797/20608 17956/24794/20605 17960/24796/20607</w:t>
        <w:br/>
        <w:t>f 17963/24798/20609 17962/24799/20610 17961/24800/20611</w:t>
        <w:br/>
        <w:t>f 17959/24797/20612 17963/24798/20609 17961/24800/20611</w:t>
        <w:br/>
        <w:t>f 17962/24799/20610 17965/24801/20613 17964/24802/20614</w:t>
        <w:br/>
        <w:t>f 17961/24800/20611 17962/24799/20610 17964/24802/20614</w:t>
        <w:br/>
        <w:t>f 17969/24803/20615 17968/24804/20616 17967/24805/20617</w:t>
        <w:br/>
        <w:t>f 17966/24806/20618 17969/24803/20615 17967/24805/20617</w:t>
        <w:br/>
        <w:t>f 17968/24804/20616 17971/24807/20619 17970/24808/20620</w:t>
        <w:br/>
        <w:t>f 17967/24805/20617 17968/24804/20616 17970/24808/20620</w:t>
        <w:br/>
        <w:t>f 17971/24807/20619 17973/24809/20621 17972/24810/20622</w:t>
        <w:br/>
        <w:t>f 17970/24808/20620 17971/24807/20619 17972/24810/20622</w:t>
        <w:br/>
        <w:t>f 17973/24809/20621 17975/24811/20623 17974/24812/20624</w:t>
        <w:br/>
        <w:t>f 17972/24810/20622 17973/24809/20621 17974/24812/20624</w:t>
        <w:br/>
        <w:t>f 17974/24812/20624 17975/24811/20623 17958/24792/20603</w:t>
        <w:br/>
        <w:t>f 17955/24795/20606 17974/24812/20624 17958/24792/20603</w:t>
        <w:br/>
        <w:t>f 17180/24737/20549 17977/24813/20625 17976/24814/20626</w:t>
        <w:br/>
        <w:t>f 17876/24770/20582 17180/24737/20549 17976/24814/20626</w:t>
        <w:br/>
        <w:t>f 17172/24734/20546 17978/24815/20627 17977/24813/20625</w:t>
        <w:br/>
        <w:t>f 17180/24737/20549 17172/24734/20546 17977/24813/20625</w:t>
        <w:br/>
        <w:t>f 17170/24733/20545 17943/24781/20592 17978/24815/20627</w:t>
        <w:br/>
        <w:t>f 17172/24734/20546 17170/24733/20545 17978/24815/20627</w:t>
        <w:br/>
        <w:t>f 17874/24769/20581 17871/24766/20578 17980/24816/20628</w:t>
        <w:br/>
        <w:t>f 17979/24817/20629 17874/24769/20581 17980/24816/20628</w:t>
        <w:br/>
        <w:t>f 17872/24765/20577 17981/24818/20630 17980/24816/20628</w:t>
        <w:br/>
        <w:t>f 17871/24766/20578 17872/24765/20577 17980/24816/20628</w:t>
        <w:br/>
        <w:t>f 17876/24770/20582 17976/24814/20626 17981/24818/20630</w:t>
        <w:br/>
        <w:t>f 17872/24765/20577 17876/24770/20582 17981/24818/20630</w:t>
        <w:br/>
        <w:t>f 17354/24744/20556 17352/24743/20555 17982/24819/20631</w:t>
        <w:br/>
        <w:t>f 17946/24783/20594 17354/24744/20556 17982/24819/20631</w:t>
        <w:br/>
        <w:t>f 17985/24820/20632 17969/24803/20615 17984/24821/20633</w:t>
        <w:br/>
        <w:t>f 17983/24822/20634 17985/24820/20632 17984/24821/20633</w:t>
        <w:br/>
        <w:t>f 17987/24823/20635 17985/24820/20632 17983/24822/20634</w:t>
        <w:br/>
        <w:t>f 17986/24824/20636 17987/24823/20635 17983/24822/20634</w:t>
        <w:br/>
        <w:t>f 17352/24743/20555 17877/24771/20583 17988/24825/20637</w:t>
        <w:br/>
        <w:t>f 17982/24819/20631 17352/24743/20555 17988/24825/20637</w:t>
        <w:br/>
        <w:t>f 17879/24772/20583 17874/24769/20581 17979/24817/20629</w:t>
        <w:br/>
        <w:t>f 17989/24826/20637 17879/24772/20583 17979/24817/20629</w:t>
        <w:br/>
        <w:t>f 17993/24827/20638 17992/24828/20639 17991/24829/20640</w:t>
        <w:br/>
        <w:t>f 17990/24830/20641 17993/24827/20638 17991/24829/20640</w:t>
        <w:br/>
        <w:t>f 17991/24829/20640 17992/24828/20639 17995/24831/20642</w:t>
        <w:br/>
        <w:t>f 17994/24832/20643 17991/24829/20640 17995/24831/20642</w:t>
        <w:br/>
        <w:t>f 17999/24833/20643 17998/24834/20644 17997/24835/20645</w:t>
        <w:br/>
        <w:t>f 17996/24836/20646 17999/24833/20643 17997/24835/20645</w:t>
        <w:br/>
        <w:t>f 18001/24837/20647 17993/24827/20638 17990/24830/20641</w:t>
        <w:br/>
        <w:t>f 18000/24838/20648 18001/24837/20647 17990/24830/20641</w:t>
        <w:br/>
        <w:t>f 17779/24746/20558 18001/24837/20647 18000/24838/20648</w:t>
        <w:br/>
        <w:t>f 18002/24839/20649 17779/24746/20558 18000/24838/20648</w:t>
        <w:br/>
        <w:t>f 18004/24840/20650 17779/24746/20558 18002/24839/20649</w:t>
        <w:br/>
        <w:t>f 18003/24841/20651 18004/24840/20650 18002/24839/20649</w:t>
        <w:br/>
        <w:t>f 17948/24786/20597 18004/24840/20650 18003/24841/20651</w:t>
        <w:br/>
        <w:t>f 17947/24787/20598 17948/24786/20597 18003/24841/20651</w:t>
        <w:br/>
        <w:t>f 18006/24842/20652 18005/24843/20653 17802/24756/20568</w:t>
        <w:br/>
        <w:t>f 17954/24791/20602 18006/24842/20652 17802/24756/20568</w:t>
        <w:br/>
        <w:t>f 17964/24802/20614 17965/24801/20613 18005/24843/20653</w:t>
        <w:br/>
        <w:t>f 18006/24842/20652 17964/24802/20614 18005/24843/20653</w:t>
        <w:br/>
        <w:t>f 18008/24844/20654 17987/24823/20635 17986/24824/20636</w:t>
        <w:br/>
        <w:t>f 18007/24845/20655 18008/24844/20654 17986/24824/20636</w:t>
        <w:br/>
        <w:t>f 18010/24846/20656 18008/24844/20654 18007/24845/20655</w:t>
        <w:br/>
        <w:t>f 18009/24847/20657 18010/24846/20656 18007/24845/20655</w:t>
        <w:br/>
        <w:t>f 18012/24848/20658 18011/24849/20659 18010/24846/20656</w:t>
        <w:br/>
        <w:t>f 18009/24847/20657 18012/24848/20658 18010/24846/20656</w:t>
        <w:br/>
        <w:t>f 17996/24836/20646 17997/24835/20645 18011/24849/20659</w:t>
        <w:br/>
        <w:t>f 18012/24848/20658 17996/24836/20646 18011/24849/20659</w:t>
        <w:br/>
        <w:t>f 17969/24803/20615 17786/24752/20564 17801/24757/20569</w:t>
        <w:br/>
        <w:t>f 17803/24755/20567 17786/24752/20564 17952/24789/20600</w:t>
        <w:br/>
        <w:t>f 17960/24796/20607 17957/24793/20604 18014/24850/20660</w:t>
        <w:br/>
        <w:t>f 18013/24851/20661 17960/24796/20607 18014/24850/20660</w:t>
        <w:br/>
        <w:t>f 17952/24789/20600 17786/24752/20564 17787/24751/20563</w:t>
        <w:br/>
        <w:t>f 17883/24777/20588 17952/24789/20600 17787/24751/20563</w:t>
        <w:br/>
        <w:t>f 18015/24852/20662 17968/24804/20616 17801/24757/20569</w:t>
        <w:br/>
        <w:t>f 17968/24804/20616 18015/24852/20662 18016/24853/20663</w:t>
        <w:br/>
        <w:t>f 17971/24807/20619 17968/24804/20616 18016/24853/20663</w:t>
        <w:br/>
        <w:t>f 18005/24843/20653 18016/24853/20663 18015/24852/20662</w:t>
        <w:br/>
        <w:t>f 17802/24756/20568 18005/24843/20653 18015/24852/20662</w:t>
        <w:br/>
        <w:t>f 17992/24828/20639 17875/24768/20580 17878/24773/20584</w:t>
        <w:br/>
        <w:t>f 18017/24854/20571 17992/24828/20639 17878/24773/20584</w:t>
        <w:br/>
        <w:t>f 17971/24807/20619 18016/24853/20663 18018/24855/20664</w:t>
        <w:br/>
        <w:t>f 17973/24809/20621 17971/24807/20619 18018/24855/20664</w:t>
        <w:br/>
        <w:t>f 17885/24779/20590 17997/24835/20645 17808/24758/20570</w:t>
        <w:br/>
        <w:t>f 17351/24739/20551 17885/24779/20590 17808/24758/20570</w:t>
        <w:br/>
        <w:t>f 18018/24855/20664 18014/24850/20660 17975/24811/20623</w:t>
        <w:br/>
        <w:t>f 17973/24809/20621 18018/24855/20664 17975/24811/20623</w:t>
        <w:br/>
        <w:t>f 17985/24820/20632 17884/24778/20589 17784/24754/20566</w:t>
        <w:br/>
        <w:t>f 17785/24753/20565 17985/24820/20632 17784/24754/20566</w:t>
        <w:br/>
        <w:t>f 17881/24774/20585 17782/24748/20560 17778/24747/20559</w:t>
        <w:br/>
        <w:t>f 18004/24840/20650 17881/24774/20585 17778/24747/20559</w:t>
        <w:br/>
        <w:t>f 17880/24775/20586 17881/24774/20585 17948/24786/20597</w:t>
        <w:br/>
        <w:t>f 17883/24777/20588 17880/24775/20586 17948/24786/20597</w:t>
        <w:br/>
        <w:t>f 17801/24757/20569 17968/24804/20616 17969/24803/20615</w:t>
        <w:br/>
        <w:t>f 17803/24755/20567 17801/24757/20569 17786/24752/20564</w:t>
        <w:br/>
        <w:t>f 17969/24803/20615 17785/24753/20565 17786/24752/20564</w:t>
        <w:br/>
        <w:t>f 17985/24820/20632 17785/24753/20565 17969/24803/20615</w:t>
        <w:br/>
        <w:t>f 17992/24828/20639 18017/24854/20571 17995/24831/20642</w:t>
        <w:br/>
        <w:t>f 17993/24827/20638 17870/24767/20579 17875/24768/20580</w:t>
        <w:br/>
        <w:t>f 17992/24828/20639 17993/24827/20638 17875/24768/20580</w:t>
        <w:br/>
        <w:t>f 17873/24764/20576 17870/24767/20579 17993/24827/20638</w:t>
        <w:br/>
        <w:t>f 18001/24837/20647 17873/24764/20576 17993/24827/20638</w:t>
        <w:br/>
        <w:t>f 18001/24837/20647 17779/24746/20558 17780/24745/20557</w:t>
        <w:br/>
        <w:t>f 17873/24764/20576 18001/24837/20647 17780/24745/20557</w:t>
        <w:br/>
        <w:t>f 18004/24840/20650 17778/24747/20559 17779/24746/20558</w:t>
        <w:br/>
        <w:t>f 17881/24774/20585 18004/24840/20650 17948/24786/20597</w:t>
        <w:br/>
        <w:t>f 17883/24777/20588 17948/24786/20597 17949/24785/20596</w:t>
        <w:br/>
        <w:t>f 17965/24801/20613 18018/24855/20664 18016/24853/20663</w:t>
        <w:br/>
        <w:t>f 18005/24843/20653 17965/24801/20613 18016/24853/20663</w:t>
        <w:br/>
        <w:t>f 17962/24799/20610 18014/24850/20660 18018/24855/20664</w:t>
        <w:br/>
        <w:t>f 17965/24801/20613 17962/24799/20610 18018/24855/20664</w:t>
        <w:br/>
        <w:t>f 17958/24792/20603 17975/24811/20623 18014/24850/20660</w:t>
        <w:br/>
        <w:t>f 17957/24793/20604 17958/24792/20603 18014/24850/20660</w:t>
        <w:br/>
        <w:t>f 17884/24778/20589 17985/24820/20632 17987/24823/20635</w:t>
        <w:br/>
        <w:t>f 17987/24823/20635 18008/24844/20654 17867/24763/20575</w:t>
        <w:br/>
        <w:t>f 17884/24778/20589 17987/24823/20635 17867/24763/20575</w:t>
        <w:br/>
        <w:t>f 18010/24846/20656 17869/24761/20573 17867/24763/20575</w:t>
        <w:br/>
        <w:t>f 18008/24844/20654 18010/24846/20656 17867/24763/20575</w:t>
        <w:br/>
        <w:t>f 17869/24761/20573 18010/24846/20656 18011/24849/20659</w:t>
        <w:br/>
        <w:t>f 17885/24779/20590 17869/24761/20573 18011/24849/20659</w:t>
        <w:br/>
        <w:t>f 17885/24779/20590 18011/24849/20659 17997/24835/20645</w:t>
        <w:br/>
        <w:t>f 17998/24834/20644 17807/24759/20571 17808/24758/20570</w:t>
        <w:br/>
        <w:t>f 17997/24835/20645 17998/24834/20644 17808/24758/20570</w:t>
        <w:br/>
        <w:t>f 17802/24756/20568 18015/24852/20662 17801/24757/20569</w:t>
        <w:br/>
        <w:t>f 17883/24777/20588 17949/24785/20596 17952/24789/20600</w:t>
        <w:br/>
        <w:t>f 17949/24785/20596 17950/24784/20595 17951/24790/20601</w:t>
        <w:br/>
        <w:t>f 17952/24789/20600 17949/24785/20596 17951/24790/20601</w:t>
        <w:br/>
        <w:t>f 15978/24856/20517 15977/24857/20515 15976/24858/20665</w:t>
        <w:br/>
        <w:t>f 15980/24859/20666 15978/24856/20517 15976/24858/20665</w:t>
        <w:br/>
        <w:t>f 15979/24860/20667 15980/24859/20666 15976/24858/20665</w:t>
        <w:br/>
        <w:t>f 15987/24861/20668 15986/24862/20669 15985/24863/20493</w:t>
        <w:br/>
        <w:t>f 15984/24864/20670 15987/24861/20668 15985/24863/20493</w:t>
        <w:br/>
        <w:t>f 15991/24865/20671 15990/24866/20672 15989/24867/20673</w:t>
        <w:br/>
        <w:t>f 15988/24868/20674 15991/24865/20671 15989/24867/20673</w:t>
        <w:br/>
        <w:t>f 15993/24869/20670 15991/24865/20671 15988/24868/20674</w:t>
        <w:br/>
        <w:t>f 15992/24870/20668 15993/24869/20670 15988/24868/20674</w:t>
        <w:br/>
        <w:t>f 15985/24863/20493 15995/24871/20491 15994/24872/20675</w:t>
        <w:br/>
        <w:t>f 15984/24864/20670 15985/24863/20493 15994/24872/20675</w:t>
        <w:br/>
        <w:t>f 15999/24873/20676 15998/24874/20677 15997/24875/20527</w:t>
        <w:br/>
        <w:t>f 15996/24876/20678 15999/24873/20676 15997/24875/20527</w:t>
        <w:br/>
        <w:t>f 16002/24877/20679 16001/24878/20680 16000/24879/20681</w:t>
        <w:br/>
        <w:t>f 16006/24880/20682 16005/24881/20683 16004/24882/20684</w:t>
        <w:br/>
        <w:t>f 16003/24883/20685 16006/24880/20682 16004/24882/20684</w:t>
        <w:br/>
        <w:t>f 16005/24881/20683 16008/24884/20686 16007/24885/20687</w:t>
        <w:br/>
        <w:t>f 16004/24882/20684 16005/24881/20683 16007/24885/20687</w:t>
        <w:br/>
        <w:t>f 15994/24872/20675 15995/24871/20491 16010/24886/20688</w:t>
        <w:br/>
        <w:t>f 16009/24887/20689 15994/24872/20675 16010/24886/20688</w:t>
        <w:br/>
        <w:t>f 16013/24888/20690 16012/24889/20691 16011/24890/20692</w:t>
        <w:br/>
        <w:t>f 16015/24891/20693 16014/24892/20694 16013/24888/20690</w:t>
        <w:br/>
        <w:t>f 16018/24893/20695 16017/24894/20507 16016/24895/20696</w:t>
        <w:br/>
        <w:t>f 16021/24896/20697 16020/24897/20698 16019/24898/20699</w:t>
        <w:br/>
        <w:t>f 16010/24886/20688 16021/24896/20697 16019/24898/20699</w:t>
        <w:br/>
        <w:t>f 16025/24899/20700 16024/24900/20701 16023/24901/20702</w:t>
        <w:br/>
        <w:t>f 16022/24902/20703 16025/24899/20700 16023/24901/20702</w:t>
        <w:br/>
        <w:t>f 16029/24903/20704 16028/24904/20705 16027/24905/20706</w:t>
        <w:br/>
        <w:t>f 16026/24906/20707 16029/24903/20704 16027/24905/20706</w:t>
        <w:br/>
        <w:t>f 16024/24900/20701 16031/24907/20708 16030/24908/20709</w:t>
        <w:br/>
        <w:t>f 16023/24901/20702 16024/24900/20701 16030/24908/20709</w:t>
        <w:br/>
        <w:t>f 16033/24909/20710 16032/24910/20711 16028/24904/20705</w:t>
        <w:br/>
        <w:t>f 16029/24903/20704 16033/24909/20710 16028/24904/20705</w:t>
        <w:br/>
        <w:t>f 16036/24911/20712 16035/24912/20713 16034/24913/20714</w:t>
        <w:br/>
        <w:t>f 16024/24900/20701 16034/24913/20714 16035/24912/20713</w:t>
        <w:br/>
        <w:t>f 16037/24914/20715 16024/24900/20701 16035/24912/20713</w:t>
        <w:br/>
        <w:t>f 16039/24915/20716 15998/24874/20677 15999/24873/20676</w:t>
        <w:br/>
        <w:t>f 16038/24916/20714 16039/24915/20716 15999/24873/20676</w:t>
        <w:br/>
        <w:t>f 16042/24917/20717 16041/24918/20473 16040/24919/20718</w:t>
        <w:br/>
        <w:t>f 16046/24920/20719 16045/24921/20720 16044/24922/20721</w:t>
        <w:br/>
        <w:t>f 16043/24923/20722 16046/24920/20719 16044/24922/20721</w:t>
        <w:br/>
        <w:t>f 16050/24924/20723 16049/24925/20722 16048/24926/20721</w:t>
        <w:br/>
        <w:t>f 16047/24927/20724 16050/24924/20723 16048/24926/20721</w:t>
        <w:br/>
        <w:t>f 16045/24921/20720 16046/24920/20719 16030/24908/20709</w:t>
        <w:br/>
        <w:t>f 16031/24907/20708 16045/24921/20720 16030/24908/20709</w:t>
        <w:br/>
        <w:t>f 16033/24909/20710 16050/24924/20723 16047/24927/20724</w:t>
        <w:br/>
        <w:t>f 16032/24910/20711 16033/24909/20710 16047/24927/20724</w:t>
        <w:br/>
        <w:t>f 16054/24928/20725 16053/24929/20726 16052/24930/20727</w:t>
        <w:br/>
        <w:t>f 16051/24931/20728 16054/24928/20725 16052/24930/20727</w:t>
        <w:br/>
        <w:t>f 16057/24932/20726 16056/24933/20729 16055/24934/20730</w:t>
        <w:br/>
        <w:t>f 16040/24919/20718 16058/24935/20731 16042/24917/20717</w:t>
        <w:br/>
        <w:t>f 16062/24936/20732 16061/24937/20733 16060/24938/20734</w:t>
        <w:br/>
        <w:t>f 16059/24939/20735 16062/24936/20732 16060/24938/20734</w:t>
        <w:br/>
        <w:t>f 16066/24940/20734 16065/24941/20736 16064/24942/20737</w:t>
        <w:br/>
        <w:t>f 16063/24943/20735 16066/24940/20734 16064/24942/20737</w:t>
        <w:br/>
        <w:t>f 16065/24941/20736 16068/24944/20738 16067/24945/20739</w:t>
        <w:br/>
        <w:t>f 16064/24942/20737 16065/24941/20736 16067/24945/20739</w:t>
        <w:br/>
        <w:t>f 16070/24946/20740 16069/24947/20741 16061/24937/20733</w:t>
        <w:br/>
        <w:t>f 16062/24936/20732 16070/24946/20740 16061/24937/20733</w:t>
        <w:br/>
        <w:t>f 16072/24948/20742 16055/24934/20743 16071/24949/20744</w:t>
        <w:br/>
        <w:t>f 16052/24930/20727 16074/24950/20744 16073/24951/20745</w:t>
        <w:br/>
        <w:t>f 16051/24931/20728 16052/24930/20727 16073/24951/20745</w:t>
        <w:br/>
        <w:t>f 16055/24934/20730 16076/24952/20746 16075/24953/20747</w:t>
        <w:br/>
        <w:t>f 16079/24954/20748 16058/24935/20731 16078/24955/20749</w:t>
        <w:br/>
        <w:t>f 16077/24956/20750 16079/24954/20748 16078/24955/20749</w:t>
        <w:br/>
        <w:t>f 16083/24957/20751 16082/24958/20752 16081/24959/20753</w:t>
        <w:br/>
        <w:t>f 16080/24960/20754 16083/24957/20751 16081/24959/20753</w:t>
        <w:br/>
        <w:t>f 16085/24961/20755 16081/24959/20753 16082/24958/20752</w:t>
        <w:br/>
        <w:t>f 16084/24962/20756 16085/24961/20755 16082/24958/20752</w:t>
        <w:br/>
        <w:t>f 16085/24961/20755 16084/24962/20756 16067/24945/20739</w:t>
        <w:br/>
        <w:t>f 16068/24944/20738 16085/24961/20755 16067/24945/20739</w:t>
        <w:br/>
        <w:t>f 16080/24960/20754 16069/24947/20741 16070/24946/20740</w:t>
        <w:br/>
        <w:t>f 16083/24957/20751 16080/24960/20754 16070/24946/20740</w:t>
        <w:br/>
        <w:t>f 16085/24961/20755 16068/24944/20738 16087/24963/20757</w:t>
        <w:br/>
        <w:t>f 16086/24964/20758 16085/24961/20755 16087/24963/20757</w:t>
        <w:br/>
        <w:t>f 16091/24965/20759 16090/24966/20760 16089/24967/20761</w:t>
        <w:br/>
        <w:t>f 16088/24968/20762 16091/24965/20759 16089/24967/20761</w:t>
        <w:br/>
        <w:t>f 16095/24969/20763 16094/24970/20764 16093/24971/20765</w:t>
        <w:br/>
        <w:t>f 16092/24972/20766 16095/24969/20763 16093/24971/20765</w:t>
        <w:br/>
        <w:t>f 16099/24973/20767 16098/24974/20768 16097/24975/20769</w:t>
        <w:br/>
        <w:t>f 16096/24976/20770 16099/24973/20767 16097/24975/20769</w:t>
        <w:br/>
        <w:t>f 16096/24976/20770 16097/24975/20769 16101/24977/20771</w:t>
        <w:br/>
        <w:t>f 16100/24978/20772 16096/24976/20770 16101/24977/20771</w:t>
        <w:br/>
        <w:t>f 16105/24979/20773 16104/24980/20774 16103/24981/20775</w:t>
        <w:br/>
        <w:t>f 16102/24982/20776 16105/24979/20773 16103/24981/20775</w:t>
        <w:br/>
        <w:t>f 16109/24983/20777 16108/24984/20778 16107/24985/20779</w:t>
        <w:br/>
        <w:t>f 16106/24986/20780 16109/24983/20777 16107/24985/20779</w:t>
        <w:br/>
        <w:t>f 16112/24987/20781 16111/24988/20782 16110/24989/20783</w:t>
        <w:br/>
        <w:t>f 16114/24990/20779 16110/24989/20784 16113/24991/20780</w:t>
        <w:br/>
        <w:t>f 16108/24984/20778 16100/24978/20772 16101/24977/20771</w:t>
        <w:br/>
        <w:t>f 16112/24987/20781 16110/24989/20783 16115/24992/20785</w:t>
        <w:br/>
        <w:t>f 16117/24993/20470 16116/24994/20469 16092/24972/20766</w:t>
        <w:br/>
        <w:t>f 16120/24995/20786 16119/24996/20787 16118/24997/20788</w:t>
        <w:br/>
        <w:t>f 16124/24998/20789 16123/24999/20790 16122/25000/20791</w:t>
        <w:br/>
        <w:t>f 16121/25001/20792 16124/24998/20789 16122/25000/20791</w:t>
        <w:br/>
        <w:t>f 16121/25001/20792 16126/25002/20793 16125/25003/20794</w:t>
        <w:br/>
        <w:t>f 16124/24998/20789 16121/25001/20792 16125/25003/20794</w:t>
        <w:br/>
        <w:t>f 16129/25004/20793 16128/25005/20795 16127/25006/20796</w:t>
        <w:br/>
        <w:t>f 16130/25007/20794 16129/25004/20793 16127/25006/20796</w:t>
        <w:br/>
        <w:t>f 16090/24966/20760 16076/24952/20746 16131/25008/20797</w:t>
        <w:br/>
        <w:t>f 16135/25009/20798 16134/25010/20799 16133/25011/20514</w:t>
        <w:br/>
        <w:t>f 16132/25012/20800 16135/25009/20798 16133/25011/20514</w:t>
        <w:br/>
        <w:t>f 16137/25013/20801 16136/25014/20802 16135/25009/20798</w:t>
        <w:br/>
        <w:t>f 16132/25012/20800 16137/25013/20801 16135/25009/20798</w:t>
        <w:br/>
        <w:t>f 16136/25014/20802 16137/25013/20801 16138/25015/20803</w:t>
        <w:br/>
        <w:t>f 16140/25016/20804 16136/25014/20802 16138/25015/20803</w:t>
        <w:br/>
        <w:t>f 16139/25017/20805 16140/25016/20804 16138/25015/20803</w:t>
        <w:br/>
        <w:t>f 16138/25015/20803 16117/24993/20470 16139/25017/20805</w:t>
        <w:br/>
        <w:t>f 16141/25018/20806 16135/25009/20798 16136/25014/20802</w:t>
        <w:br/>
        <w:t>f 16140/25016/20804 16141/25018/20806 16136/25014/20802</w:t>
        <w:br/>
        <w:t>f 16142/25019/20807 16101/24977/20771 16097/24975/20769</w:t>
        <w:br/>
        <w:t>f 15979/24860/20667 16142/25019/20807 16097/24975/20769</w:t>
        <w:br/>
        <w:t>f 15979/24860/20667 16097/24975/20769 16098/24974/20768</w:t>
        <w:br/>
        <w:t>f 15980/24859/20666 15979/24860/20667 16098/24974/20768</w:t>
        <w:br/>
        <w:t>f 16101/24977/20771 16142/25019/20807 16143/25020/20808</w:t>
        <w:br/>
        <w:t>f 16108/24984/20778 16101/24977/20771 16143/25020/20808</w:t>
        <w:br/>
        <w:t>f 16145/25021/20809 16144/25022/20810 16103/24981/20775</w:t>
        <w:br/>
        <w:t>f 16104/24980/20774 16145/25021/20809 16103/24981/20775</w:t>
        <w:br/>
        <w:t>f 15977/24857/20515 16133/25011/20514 16134/25010/20799</w:t>
        <w:br/>
        <w:t>f 15976/24858/20665 15977/24857/20515 16134/25010/20799</w:t>
        <w:br/>
        <w:t>f 16003/24883/20685 16127/25006/20796 16118/24997/20788</w:t>
        <w:br/>
        <w:t>f 16006/24880/20682 16003/24883/20685 16118/24997/20788</w:t>
        <w:br/>
        <w:t>f 16119/24996/20787 16120/24995/20786 16146/25023/20811</w:t>
        <w:br/>
        <w:t>f 15995/24871/20491 16021/24896/20697 16010/24886/20688</w:t>
        <w:br/>
        <w:t>f 15998/24874/20677 16147/25024/20812 16041/24918/20473</w:t>
        <w:br/>
        <w:t>f 16051/24931/20728 16148/25025/20813 16054/24928/20725</w:t>
        <w:br/>
        <w:t>f 16121/25001/20792 16110/24989/20783 16149/25026/20814</w:t>
        <w:br/>
        <w:t>f 16126/25002/20793 16121/25001/20792 16149/25026/20814</w:t>
        <w:br/>
        <w:t>f 16142/25019/20807 15979/24860/20667 15976/24858/20665</w:t>
        <w:br/>
        <w:t>f 16134/25010/20799 16142/25019/20807 15976/24858/20665</w:t>
        <w:br/>
        <w:t>f 16150/25027/20815 16124/24998/20789 16125/25003/20794</w:t>
        <w:br/>
        <w:t>f 16127/25006/20796 16003/24883/20685 16151/25028/20815</w:t>
        <w:br/>
        <w:t>f 16130/25007/20794 16127/25006/20796 16151/25028/20815</w:t>
        <w:br/>
        <w:t>f 16144/25022/20810 16145/25021/20809 16159/25029/20534</w:t>
        <w:br/>
        <w:t>f 16158/25030/20816 16144/25022/20810 16159/25029/20534</w:t>
        <w:br/>
        <w:t>f 16163/25031/20817 16162/25032/20818 16161/25033/20819</w:t>
        <w:br/>
        <w:t>f 16160/25034/20820 16163/25031/20817 16161/25033/20819</w:t>
        <w:br/>
        <w:t>f 16150/25027/20815 16164/25035/20821 16123/24999/20790</w:t>
        <w:br/>
        <w:t>f 16124/24998/20789 16150/25027/20815 16123/24999/20790</w:t>
        <w:br/>
        <w:t>f 16168/25036/20822 16167/25037/20823 16166/25038/20824</w:t>
        <w:br/>
        <w:t>f 16165/25039/20825 16168/25036/20822 16166/25038/20824</w:t>
        <w:br/>
        <w:t>f 16167/25037/20823 16081/24959/20753 16085/24961/20755</w:t>
        <w:br/>
        <w:t>f 16086/24964/20758 16167/25037/20823 16085/24961/20755</w:t>
        <w:br/>
        <w:t>f 16166/25038/20824 16167/25037/20823 16086/24964/20758</w:t>
        <w:br/>
        <w:t>f 16088/24968/20762 16089/24967/20761 16093/24971/20765</w:t>
        <w:br/>
        <w:t>f 16094/24970/20764 16088/24968/20762 16093/24971/20765</w:t>
        <w:br/>
        <w:t>f 16007/24885/20687 16169/25040/20820 16004/24882/20684</w:t>
        <w:br/>
        <w:t>f 16173/25041/20826 16172/25042/20827 16171/25043/20828</w:t>
        <w:br/>
        <w:t>f 16170/25044/20829 16173/25041/20826 16171/25043/20828</w:t>
        <w:br/>
        <w:t>f 16177/25045/20830 16176/25046/20831 16175/25047/20832</w:t>
        <w:br/>
        <w:t>f 16174/25048/20833 16177/25045/20830 16175/25047/20832</w:t>
        <w:br/>
        <w:t>f 16180/25049/20834 16179/25050/20835 16178/25051/20829</w:t>
        <w:br/>
        <w:t>f 16171/25043/20828 16172/25042/20827 16182/25052/20836</w:t>
        <w:br/>
        <w:t>f 16181/25053/20837 16171/25043/20828 16182/25052/20836</w:t>
        <w:br/>
        <w:t>f 16174/25048/20833 16184/25054/20838 16183/25055/20839</w:t>
        <w:br/>
        <w:t>f 16177/25045/20830 16174/25048/20833 16183/25055/20839</w:t>
        <w:br/>
        <w:t>f 16188/25056/20840 16187/25057/20841 16186/25058/20842</w:t>
        <w:br/>
        <w:t>f 16185/25059/20843 16188/25056/20840 16186/25058/20842</w:t>
        <w:br/>
        <w:t>f 16191/25060/20844 16190/25061/20845 16189/25062/20846</w:t>
        <w:br/>
        <w:t>f 16194/25063/20847 16193/25064/20848 16192/25065/20849</w:t>
        <w:br/>
        <w:t>f 16195/25066/20850 16194/25063/20847 16192/25065/20849</w:t>
        <w:br/>
        <w:t>f 16197/25067/20768 16196/25068/20851 16102/24982/20776</w:t>
        <w:br/>
        <w:t>f 16103/24981/20775 16197/25067/20768 16102/24982/20776</w:t>
        <w:br/>
        <w:t>f 16200/25069/20852 16191/25060/20844 16199/25070/20853</w:t>
        <w:br/>
        <w:t>f 16198/25071/20854 16200/25069/20852 16199/25070/20853</w:t>
        <w:br/>
        <w:t>f 16202/25072/20855 16201/25073/20856 16109/24983/20777</w:t>
        <w:br/>
        <w:t>f 16106/24986/20780 16202/25072/20855 16109/24983/20777</w:t>
        <w:br/>
        <w:t>f 16204/25074/20857 16201/25073/20856 16202/25072/20855</w:t>
        <w:br/>
        <w:t>f 16203/25075/20858 16204/25074/20857 16202/25072/20855</w:t>
        <w:br/>
        <w:t>f 16207/25076/20859 16206/25077/20860 16205/25078/20858</w:t>
        <w:br/>
        <w:t>f 16181/25053/20837 16182/25052/20836 16201/25073/20856</w:t>
        <w:br/>
        <w:t>f 16204/25074/20857 16181/25053/20837 16201/25073/20856</w:t>
        <w:br/>
        <w:t>f 16209/25079/20861 16185/25059/20843 16186/25058/20842</w:t>
        <w:br/>
        <w:t>f 16208/25080/20862 16209/25079/20861 16186/25058/20842</w:t>
        <w:br/>
        <w:t>f 16195/25066/20850 16211/25081/20863 16210/25082/20864</w:t>
        <w:br/>
        <w:t>f 16194/25063/20847 16195/25066/20850 16210/25082/20864</w:t>
        <w:br/>
        <w:t>f 16213/25083/20865 16199/25070/20853 16212/25084/20866</w:t>
        <w:br/>
        <w:t>f 16183/25055/20839 16184/25054/20838 16215/25085/20867</w:t>
        <w:br/>
        <w:t>f 16214/25086/20868 16183/25055/20839 16215/25085/20867</w:t>
        <w:br/>
        <w:t>f 16210/25082/20864 16211/25081/20863 16216/25087/20855</w:t>
        <w:br/>
        <w:t>f 16113/24991/20780 16210/25082/20864 16216/25087/20855</w:t>
        <w:br/>
        <w:t>f 16172/25042/20827 16218/25088/20869 16217/25089/20870</w:t>
        <w:br/>
        <w:t>f 16182/25052/20836 16172/25042/20827 16217/25089/20870</w:t>
        <w:br/>
        <w:t>f 16220/25090/20871 16219/25091/20872 16192/25065/20849</w:t>
        <w:br/>
        <w:t>f 16193/25064/20848 16220/25090/20871 16192/25065/20849</w:t>
        <w:br/>
        <w:t>f 16176/25046/20831 16177/25045/20830 16187/25057/20841</w:t>
        <w:br/>
        <w:t>f 16221/25092/20873 16176/25046/20831 16187/25057/20841</w:t>
        <w:br/>
        <w:t>f 16109/24983/20777 16201/25073/20856 16182/25052/20836</w:t>
        <w:br/>
        <w:t>f 16217/25089/20870 16109/24983/20777 16182/25052/20836</w:t>
        <w:br/>
        <w:t>f 16214/25086/20868 16215/25085/20867 16223/25093/20874</w:t>
        <w:br/>
        <w:t>f 16222/25094/20875 16214/25086/20868 16223/25093/20874</w:t>
        <w:br/>
        <w:t>f 16206/25077/20860 16207/25076/20859 16225/25095/20876</w:t>
        <w:br/>
        <w:t>f 16224/25096/20877 16206/25077/20860 16225/25095/20876</w:t>
        <w:br/>
        <w:t>f 16225/25095/20876 16180/25049/20834 16226/25097/20878</w:t>
        <w:br/>
        <w:t>f 16224/25096/20877 16225/25095/20876 16226/25097/20878</w:t>
        <w:br/>
        <w:t>f 16222/25094/20875 16227/25098/20879 16208/25080/20862</w:t>
        <w:br/>
        <w:t>f 16214/25086/20868 16222/25094/20875 16208/25080/20862</w:t>
        <w:br/>
        <w:t>f 16231/25099/20880 16230/25100/20881 16229/25101/20879</w:t>
        <w:br/>
        <w:t>f 16228/25102/20882 16231/25099/20880 16229/25101/20879</w:t>
        <w:br/>
        <w:t>f 16234/25103/20883 16233/25104/20884 16232/25105/20885</w:t>
        <w:br/>
        <w:t>f 16238/25106/20886 16237/25107/20887 16236/25108/20854</w:t>
        <w:br/>
        <w:t>f 16235/25109/20888 16238/25106/20886 16236/25108/20854</w:t>
        <w:br/>
        <w:t>f 16188/25056/20840 16221/25092/20873 16187/25057/20841</w:t>
        <w:br/>
        <w:t>f 16209/25079/20861 16208/25080/20862 16227/25098/20879</w:t>
        <w:br/>
        <w:t>f 16230/25100/20881 16240/25110/20889 16239/25111/20890</w:t>
        <w:br/>
        <w:t>f 16229/25101/20879 16230/25100/20881 16239/25111/20890</w:t>
        <w:br/>
        <w:t>f 16242/25112/20891 16241/25113/20892 16236/25108/20854</w:t>
        <w:br/>
        <w:t>f 16237/25107/20887 16242/25112/20891 16236/25108/20854</w:t>
        <w:br/>
        <w:t>f 16187/25057/20841 16177/25045/20830 16183/25055/20839</w:t>
        <w:br/>
        <w:t>f 16186/25058/20842 16187/25057/20841 16183/25055/20839</w:t>
        <w:br/>
        <w:t>f 16186/25058/20842 16183/25055/20839 16214/25086/20868</w:t>
        <w:br/>
        <w:t>f 16208/25080/20862 16186/25058/20842 16214/25086/20868</w:t>
        <w:br/>
        <w:t>f 16244/25114/20893 16243/25115/20894 16163/25031/20817</w:t>
        <w:br/>
        <w:t>f 16160/25034/20820 16244/25114/20893 16163/25031/20817</w:t>
        <w:br/>
        <w:t>f 16007/24885/20687 16245/25116/20893 16169/25040/20820</w:t>
        <w:br/>
        <w:t>f 16249/25117/20895 16248/25118/20896 16247/25119/20897</w:t>
        <w:br/>
        <w:t>f 16246/25120/20898 16249/25117/20895 16247/25119/20897</w:t>
        <w:br/>
        <w:t>f 16252/25121/20895 16251/25122/20899 16250/25123/20900</w:t>
        <w:br/>
        <w:t>f 16253/25124/20901 16252/25121/20895 16250/25123/20900</w:t>
        <w:br/>
        <w:t>f 16257/25125/20902 16256/25126/20903 16255/25127/20904</w:t>
        <w:br/>
        <w:t>f 16254/25128/20905 16257/25125/20902 16255/25127/20904</w:t>
        <w:br/>
        <w:t>f 16250/25123/20900 16007/24885/20687 16008/24884/20686</w:t>
        <w:br/>
        <w:t>f 16258/25129/20906 16250/25123/20900 16008/24884/20686</w:t>
        <w:br/>
        <w:t>f 16258/25129/20906 16259/25130/20907 16253/25124/20901</w:t>
        <w:br/>
        <w:t>f 16250/25123/20900 16258/25129/20906 16253/25124/20901</w:t>
        <w:br/>
        <w:t>f 16261/25131/20908 16255/25127/20904 16256/25126/20903</w:t>
        <w:br/>
        <w:t>f 16260/25132/20909 16261/25131/20908 16256/25126/20903</w:t>
        <w:br/>
        <w:t>f 16265/25133/20910 16264/25134/20911 16263/25135/20912</w:t>
        <w:br/>
        <w:t>f 16262/25136/20913 16265/25133/20910 16263/25135/20912</w:t>
        <w:br/>
        <w:t>f 16268/25137/20914 16267/25138/20915 16266/25139/20916</w:t>
        <w:br/>
        <w:t>f 16243/25115/20894 16269/25140/20917 16019/24898/20699</w:t>
        <w:br/>
        <w:t>f 16163/25031/20817 16243/25115/20894 16019/24898/20699</w:t>
        <w:br/>
        <w:t>f 16273/25141/20918 16272/25142/20919 16271/25143/20920</w:t>
        <w:br/>
        <w:t>f 16270/25144/20921 16273/25141/20918 16271/25143/20920</w:t>
        <w:br/>
        <w:t>f 16009/24887/20689 16010/24886/20688 16275/25145/20922</w:t>
        <w:br/>
        <w:t>f 16274/25146/20923 16009/24887/20689 16275/25145/20922</w:t>
        <w:br/>
        <w:t>f 16279/25147/20924 16278/25148/20925 16277/25149/20926</w:t>
        <w:br/>
        <w:t>f 16276/25150/20927 16279/25147/20924 16277/25149/20926</w:t>
        <w:br/>
        <w:t>f 16283/25151/20926 16282/25152/20928 16281/25153/20929</w:t>
        <w:br/>
        <w:t>f 16280/25154/20930 16283/25151/20926 16281/25153/20929</w:t>
        <w:br/>
        <w:t>f 16285/25155/20931 16283/25151/20926 16280/25154/20930</w:t>
        <w:br/>
        <w:t>f 16284/25156/20932 16285/25155/20931 16280/25154/20930</w:t>
        <w:br/>
        <w:t>f 16287/25157/20933 16276/25150/20927 16277/25149/20926</w:t>
        <w:br/>
        <w:t>f 16286/25158/20934 16287/25157/20933 16277/25149/20926</w:t>
        <w:br/>
        <w:t>f 16258/25129/20906 16008/24884/20686 16288/25159/20935</w:t>
        <w:br/>
        <w:t>f 16284/25156/20932 16258/25129/20906 16288/25159/20935</w:t>
        <w:br/>
        <w:t>f 16280/25154/20930 16281/25153/20929 16289/25160/20936</w:t>
        <w:br/>
        <w:t>f 16259/25130/20907 16280/25154/20930 16289/25160/20936</w:t>
        <w:br/>
        <w:t>f 16261/25131/20908 16260/25132/20909 16291/25161/20937</w:t>
        <w:br/>
        <w:t>f 16290/25162/20938 16261/25131/20908 16291/25161/20937</w:t>
        <w:br/>
        <w:t>f 16292/25163/20939 16265/25133/20910 16262/25136/20913</w:t>
        <w:br/>
        <w:t>f 16293/25164/20940 16292/25163/20939 16262/25136/20913</w:t>
        <w:br/>
        <w:t>f 16010/24886/20688 16019/24898/20699 16269/25140/20917</w:t>
        <w:br/>
        <w:t>f 16275/25145/20922 16010/24886/20688 16269/25140/20917</w:t>
        <w:br/>
        <w:t>f 16271/25143/20920 16272/25142/20919 16295/25165/20941</w:t>
        <w:br/>
        <w:t>f 16294/25166/20942 16271/25143/20920 16295/25165/20941</w:t>
        <w:br/>
        <w:t>f 16297/25167/20943 16296/25168/20944 16254/25128/20905</w:t>
        <w:br/>
        <w:t>f 16255/25127/20904 16297/25167/20943 16254/25128/20905</w:t>
        <w:br/>
        <w:t>f 16298/25169/20945 16297/25167/20943 16255/25127/20904</w:t>
        <w:br/>
        <w:t>f 16261/25131/20908 16298/25169/20945 16255/25127/20904</w:t>
        <w:br/>
        <w:t>f 16298/25169/20945 16261/25131/20908 16290/25162/20938</w:t>
        <w:br/>
        <w:t>f 16299/25170/20946 16298/25169/20945 16290/25162/20938</w:t>
        <w:br/>
        <w:t>f 16296/25168/20944 16297/25167/20943 16263/25135/20912</w:t>
        <w:br/>
        <w:t>f 16300/25171/20947 16296/25168/20944 16263/25135/20912</w:t>
        <w:br/>
        <w:t>f 16292/25163/20939 16293/25164/20940 16301/25172/20948</w:t>
        <w:br/>
        <w:t>f 16303/25173/20949 16302/25174/20950 16299/25170/20946</w:t>
        <w:br/>
        <w:t>f 16290/25162/20938 16303/25173/20949 16299/25170/20946</w:t>
        <w:br/>
        <w:t>f 16305/25175/20951 16304/25176/20952 16252/25121/20895</w:t>
        <w:br/>
        <w:t>f 16253/25124/20901 16305/25175/20951 16252/25121/20895</w:t>
        <w:br/>
        <w:t>f 16289/25160/20936 16305/25175/20951 16253/25124/20901</w:t>
        <w:br/>
        <w:t>f 16259/25130/20907 16289/25160/20936 16253/25124/20901</w:t>
        <w:br/>
        <w:t>f 16259/25130/20907 16258/25129/20906 16284/25156/20932</w:t>
        <w:br/>
        <w:t>f 16280/25154/20930 16259/25130/20907 16284/25156/20932</w:t>
        <w:br/>
        <w:t>f 16307/25177/20953 16306/25178/20954 16294/25166/20942</w:t>
        <w:br/>
        <w:t>f 16311/25179/20955 16310/25180/20956 16309/25181/20957</w:t>
        <w:br/>
        <w:t>f 16308/25182/20958 16311/25179/20955 16309/25181/20957</w:t>
        <w:br/>
        <w:t>f 16313/25183/20959 16308/25182/20958 16309/25181/20957</w:t>
        <w:br/>
        <w:t>f 16312/25184/20960 16313/25183/20959 16309/25181/20957</w:t>
        <w:br/>
        <w:t>f 16316/25185/20961 16307/25177/20953 16315/25186/20962</w:t>
        <w:br/>
        <w:t>f 16314/25187/20963 16316/25185/20961 16315/25186/20962</w:t>
        <w:br/>
        <w:t>f 16317/25188/20964 16303/25173/20949 16290/25162/20938</w:t>
        <w:br/>
        <w:t>f 16291/25161/20937 16317/25188/20964 16290/25162/20938</w:t>
        <w:br/>
        <w:t>f 16313/25183/20959 16312/25184/20960 16316/25185/20961</w:t>
        <w:br/>
        <w:t>f 16314/25187/20963 16313/25183/20959 16316/25185/20961</w:t>
        <w:br/>
        <w:t>f 16318/25189/20944 16273/25141/20918 16270/25144/20921</w:t>
        <w:br/>
        <w:t>f 16310/25180/20956 16318/25189/20944 16270/25144/20921</w:t>
        <w:br/>
        <w:t>f 16263/25135/20912 16264/25134/20911 16300/25171/20947</w:t>
        <w:br/>
        <w:t>f 16293/25164/20940 16299/25170/20946 16302/25174/20950</w:t>
        <w:br/>
        <w:t>f 16301/25172/20948 16293/25164/20940 16302/25174/20950</w:t>
        <w:br/>
        <w:t>f 16322/25190/20965 16321/25191/20947 16320/25192/20966</w:t>
        <w:br/>
        <w:t>f 16319/25193/20967 16322/25190/20965 16320/25192/20966</w:t>
        <w:br/>
        <w:t>f 16325/25194/20948 16324/25195/20968 16295/25165/20941</w:t>
        <w:br/>
        <w:t>f 16323/25196/20969 16325/25194/20948 16295/25165/20941</w:t>
        <w:br/>
        <w:t>f 16328/25197/20965 16327/25198/20967 16326/25199/20970</w:t>
        <w:br/>
        <w:t>f 16330/25200/20969 16329/25201/20971 16326/25199/20970</w:t>
        <w:br/>
        <w:t>f 16333/25202/20972 16332/25203/20973 16331/25204/20974</w:t>
        <w:br/>
        <w:t>f 16273/25141/20918 16318/25189/20944 16321/25191/20947</w:t>
        <w:br/>
        <w:t>f 16322/25190/20965 16273/25141/20918 16321/25191/20947</w:t>
        <w:br/>
        <w:t>f 16323/25196/20969 16335/25205/20975 16334/25206/20976</w:t>
        <w:br/>
        <w:t>f 16325/25194/20948 16323/25196/20969 16334/25206/20976</w:t>
        <w:br/>
        <w:t>f 16297/25167/20943 16298/25169/20945 16262/25136/20913</w:t>
        <w:br/>
        <w:t>f 16263/25135/20912 16297/25167/20943 16262/25136/20913</w:t>
        <w:br/>
        <w:t>f 16262/25136/20913 16298/25169/20945 16299/25170/20946</w:t>
        <w:br/>
        <w:t>f 16293/25164/20940 16262/25136/20913 16299/25170/20946</w:t>
        <w:br/>
        <w:t>f 16339/25207/20977 16338/25208/20978 16337/25209/20979</w:t>
        <w:br/>
        <w:t>f 16336/25210/20478 16339/25207/20977 16337/25209/20979</w:t>
        <w:br/>
        <w:t>f 16343/25211/20980 16342/25212/20977 16341/25213/20981</w:t>
        <w:br/>
        <w:t>f 16340/25214/20982 16343/25211/20980 16341/25213/20981</w:t>
        <w:br/>
        <w:t>f 16346/25215/20983 16345/25216/20984 16344/25217/20985</w:t>
        <w:br/>
        <w:t>f 16347/25218/20986 16346/25215/20983 16344/25217/20985</w:t>
        <w:br/>
        <w:t>f 16351/25219/20987 16350/25220/20988 16349/25221/20989</w:t>
        <w:br/>
        <w:t>f 16348/25222/20990 16351/25219/20987 16349/25221/20989</w:t>
        <w:br/>
        <w:t>f 16354/25223/20984 16348/25222/20990 16353/25224/20991</w:t>
        <w:br/>
        <w:t>f 16352/25225/20992 16354/25223/20984 16353/25224/20991</w:t>
        <w:br/>
        <w:t>f 16340/25214/20982 16356/25226/20993 16355/25227/20994</w:t>
        <w:br/>
        <w:t>f 16343/25211/20980 16340/25214/20982 16355/25227/20994</w:t>
        <w:br/>
        <w:t>f 16358/25228/20995 16347/25218/20986 16344/25217/20985</w:t>
        <w:br/>
        <w:t>f 16357/25229/20996 16358/25228/20995 16344/25217/20985</w:t>
        <w:br/>
        <w:t>f 16362/25230/20997 16361/25231/20998 16360/25232/20999</w:t>
        <w:br/>
        <w:t>f 16359/25233/21000 16362/25230/20997 16360/25232/20999</w:t>
        <w:br/>
        <w:t>f 16365/25234/21001 16364/25235/21002 16363/25236/21003</w:t>
        <w:br/>
        <w:t>f 16367/25237/21004 16366/25238/21005 16349/25221/20989</w:t>
        <w:br/>
        <w:t>f 16350/25220/20988 16367/25237/21004 16349/25221/20989</w:t>
        <w:br/>
        <w:t>f 16369/25239/21006 16352/25225/20992 16353/25224/20991</w:t>
        <w:br/>
        <w:t>f 16368/25240/21007 16369/25239/21006 16353/25224/20991</w:t>
        <w:br/>
        <w:t>f 16373/25241/21008 16372/25242/21009 16371/25243/21010</w:t>
        <w:br/>
        <w:t>f 16370/25244/20484 16373/25241/21008 16371/25243/21010</w:t>
        <w:br/>
        <w:t>f 16377/25245/21011 16376/25246/21009 16375/25247/21012</w:t>
        <w:br/>
        <w:t>f 16374/25248/21013 16377/25245/21011 16375/25247/21012</w:t>
        <w:br/>
        <w:t>f 16374/25248/21013 16379/25249/21014 16378/25250/21015</w:t>
        <w:br/>
        <w:t>f 16377/25245/21011 16374/25248/21013 16378/25250/21015</w:t>
        <w:br/>
        <w:t>f 16381/25251/21016 16370/25244/20484 16371/25243/21010</w:t>
        <w:br/>
        <w:t>f 16380/25252/21017 16381/25251/21016 16371/25243/21010</w:t>
        <w:br/>
        <w:t>f 16385/25253/21018 16384/25254/21019 16383/25255/21020</w:t>
        <w:br/>
        <w:t>f 16382/25256/21021 16385/25253/21018 16383/25255/21020</w:t>
        <w:br/>
        <w:t>f 16389/25257/21019 16388/25258/21018 16387/25259/21022</w:t>
        <w:br/>
        <w:t>f 16386/25260/21023 16389/25257/21019 16387/25259/21022</w:t>
        <w:br/>
        <w:t>f 16391/25261/21024 16389/25257/21019 16386/25260/21023</w:t>
        <w:br/>
        <w:t>f 16390/25262/21025 16391/25261/21024 16386/25260/21023</w:t>
        <w:br/>
        <w:t>f 16394/25263/21026 16384/25254/21019 16393/25264/21027</w:t>
        <w:br/>
        <w:t>f 16392/25265/21028 16394/25263/21026 16393/25264/21027</w:t>
        <w:br/>
        <w:t>f 16374/25248/21013 16375/25247/21012 16395/25266/21029</w:t>
        <w:br/>
        <w:t>f 16355/25227/20994 16374/25248/21013 16395/25266/21029</w:t>
        <w:br/>
        <w:t>f 16358/25228/20995 16357/25229/20996 16390/25262/21025</w:t>
        <w:br/>
        <w:t>f 16386/25260/21023 16358/25228/20995 16390/25262/21025</w:t>
        <w:br/>
        <w:t>f 16360/25232/20999 16397/25267/21030 16396/25268/21031</w:t>
        <w:br/>
        <w:t>f 16359/25233/21000 16360/25232/20999 16396/25268/21031</w:t>
        <w:br/>
        <w:t>f 16383/25255/21020 16366/25238/21005 16367/25237/21004</w:t>
        <w:br/>
        <w:t>f 16382/25256/21021 16383/25255/21020 16367/25237/21004</w:t>
        <w:br/>
        <w:t>f 16369/25239/21006 16368/25240/21007 16394/25263/21026</w:t>
        <w:br/>
        <w:t>f 16392/25265/21028 16369/25239/21006 16394/25263/21026</w:t>
        <w:br/>
        <w:t>f 16398/25269/21032 16392/25265/21028 16393/25264/21027</w:t>
        <w:br/>
        <w:t>f 16372/25242/21009 16398/25269/21032 16393/25264/21027</w:t>
        <w:br/>
        <w:t>f 16376/25246/21009 16391/25261/21024 16390/25262/21025</w:t>
        <w:br/>
        <w:t>f 16375/25247/21012 16376/25246/21009 16390/25262/21025</w:t>
        <w:br/>
        <w:t>f 16392/25265/21028 16398/25269/21032 16399/25270/21033</w:t>
        <w:br/>
        <w:t>f 16369/25239/21006 16392/25265/21028 16399/25270/21033</w:t>
        <w:br/>
        <w:t>f 16395/25266/21029 16357/25229/20996 16344/25217/20985</w:t>
        <w:br/>
        <w:t>f 16400/25271/21034 16395/25266/21029 16344/25217/20985</w:t>
        <w:br/>
        <w:t>f 16347/25218/20986 16358/25228/20995 16402/25272/21035</w:t>
        <w:br/>
        <w:t>f 16401/25273/21036 16347/25218/20986 16402/25272/21035</w:t>
        <w:br/>
        <w:t>f 16358/25228/20995 16386/25260/21023 16387/25259/21022</w:t>
        <w:br/>
        <w:t>f 16402/25272/21035 16358/25228/20995 16387/25259/21022</w:t>
        <w:br/>
        <w:t>f 16346/25215/20983 16347/25218/20986 16401/25273/21036</w:t>
        <w:br/>
        <w:t>f 16403/25274/20987 16346/25215/20983 16401/25273/21036</w:t>
        <w:br/>
        <w:t>f 16361/25231/20998 16404/25275/21037 16403/25274/20987</w:t>
        <w:br/>
        <w:t>f 16401/25273/21036 16361/25231/20998 16403/25274/20987</w:t>
        <w:br/>
        <w:t>f 16396/25268/21031 16397/25267/21030 16405/25276/21038</w:t>
        <w:br/>
        <w:t>f 16400/25271/21034 16406/25277/21039 16342/25212/20977</w:t>
        <w:br/>
        <w:t>f 16343/25211/20980 16400/25271/21034 16342/25212/20977</w:t>
        <w:br/>
        <w:t>f 16355/25227/20994 16395/25266/21029 16400/25271/21034</w:t>
        <w:br/>
        <w:t>f 16343/25211/20980 16355/25227/20994 16400/25271/21034</w:t>
        <w:br/>
        <w:t>f 16336/25210/20478 16337/25209/20979 16408/25278/21040</w:t>
        <w:br/>
        <w:t>f 16407/25279/21041 16336/25210/20478 16408/25278/21040</w:t>
        <w:br/>
        <w:t>f 16407/25279/21041 16408/25278/21040 16373/25241/21008</w:t>
        <w:br/>
        <w:t>f 16370/25244/20484 16407/25279/21041 16373/25241/21008</w:t>
        <w:br/>
        <w:t>f 16411/25280/21042 16410/25281/21043 16409/25282/21004</w:t>
        <w:br/>
        <w:t>f 16410/25281/21043 16412/25283/21044 16409/25282/21004</w:t>
        <w:br/>
        <w:t>f 16404/25275/21037 16361/25231/20998 16362/25230/20997</w:t>
        <w:br/>
        <w:t>f 16397/25267/21030 16387/25259/21022 16388/25258/21018</w:t>
        <w:br/>
        <w:t>f 16405/25276/21038 16397/25267/21030 16388/25258/21018</w:t>
        <w:br/>
        <w:t>f 16416/25284/21045 16415/25285/21046 16414/25286/21047</w:t>
        <w:br/>
        <w:t>f 16413/25287/21037 16416/25284/21045 16414/25286/21047</w:t>
        <w:br/>
        <w:t>f 16382/25256/21021 16418/25288/21048 16417/25289/21038</w:t>
        <w:br/>
        <w:t>f 16385/25253/21018 16382/25256/21021 16417/25289/21038</w:t>
        <w:br/>
        <w:t>f 16422/25290/21046 16421/25291/21049 16420/25292/21050</w:t>
        <w:br/>
        <w:t>f 16419/25293/21051 16422/25290/21046 16420/25292/21050</w:t>
        <w:br/>
        <w:t>f 16424/25294/21052 16423/25295/21053 16420/25292/21050</w:t>
        <w:br/>
        <w:t>f 16406/25277/21039 16400/25271/21034 16344/25217/20985</w:t>
        <w:br/>
        <w:t>f 16345/25216/20984 16406/25277/21039 16344/25217/20985</w:t>
        <w:br/>
        <w:t>f 16365/25234/21001 16363/25236/21003 16425/25296/21054</w:t>
        <w:br/>
        <w:t>f 16413/25287/21037 16414/25286/21047 16350/25220/20988</w:t>
        <w:br/>
        <w:t>f 16351/25219/20987 16413/25287/21037 16350/25220/20988</w:t>
        <w:br/>
        <w:t>f 16418/25288/21048 16427/25297/21055 16426/25298/21056</w:t>
        <w:br/>
        <w:t>f 16417/25289/21038 16418/25288/21048 16426/25298/21056</w:t>
        <w:br/>
        <w:t>f 16401/25273/21036 16402/25272/21035 16360/25232/20999</w:t>
        <w:br/>
        <w:t>f 16361/25231/20998 16401/25273/21036 16360/25232/20999</w:t>
        <w:br/>
        <w:t>f 16397/25267/21030 16360/25232/20999 16402/25272/21035</w:t>
        <w:br/>
        <w:t>f 16387/25259/21022 16397/25267/21030 16402/25272/21035</w:t>
        <w:br/>
        <w:t>f 16431/25299/21057 16430/25300/21058 16429/25301/21059</w:t>
        <w:br/>
        <w:t>f 16428/25302/21060 16431/25299/21057 16429/25301/21059</w:t>
        <w:br/>
        <w:t>f 16022/24902/20703 16023/24901/20702 16433/25303/21061</w:t>
        <w:br/>
        <w:t>f 16432/25304/21062 16022/24902/20703 16433/25303/21061</w:t>
        <w:br/>
        <w:t>f 16436/25305/21063 16435/25306/21058 16434/25307/21064</w:t>
        <w:br/>
        <w:t>f 16437/25308/21065 16436/25305/21063 16434/25307/21064</w:t>
        <w:br/>
        <w:t>f 16439/25309/21066 16438/25310/21067 16436/25305/21063</w:t>
        <w:br/>
        <w:t>f 16437/25308/21065 16439/25309/21066 16436/25305/21063</w:t>
        <w:br/>
        <w:t>f 16443/25311/21063 16442/25312/21067 16441/25313/21068</w:t>
        <w:br/>
        <w:t>f 16440/25314/21069 16443/25311/21063 16441/25313/21068</w:t>
        <w:br/>
        <w:t>f 16444/25315/21070 16430/25300/21058 16443/25311/21063</w:t>
        <w:br/>
        <w:t>f 16440/25314/21069 16444/25315/21070 16443/25311/21063</w:t>
        <w:br/>
        <w:t>f 16023/24901/20702 16030/24908/20709 16445/25316/21071</w:t>
        <w:br/>
        <w:t>f 16433/25303/21061 16023/24901/20702 16445/25316/21071</w:t>
        <w:br/>
        <w:t>f 16447/25317/21072 16437/25308/21065 16434/25307/21064</w:t>
        <w:br/>
        <w:t>f 16446/25318/21073 16447/25317/21072 16434/25307/21064</w:t>
        <w:br/>
        <w:t>f 16437/25308/21065 16447/25317/21072 16448/25319/21074</w:t>
        <w:br/>
        <w:t>f 16439/25309/21066 16437/25308/21065 16448/25319/21074</w:t>
        <w:br/>
        <w:t>f 16452/25320/21075 16451/25321/21076 16450/25322/21077</w:t>
        <w:br/>
        <w:t>f 16449/25323/21078 16452/25320/21075 16450/25322/21077</w:t>
        <w:br/>
        <w:t>f 16455/25324/21079 16454/25325/21080 16453/25326/21081</w:t>
        <w:br/>
        <w:t>f 16457/25327/21082 16440/25314/21069 16441/25313/21068</w:t>
        <w:br/>
        <w:t>f 16456/25328/21083 16457/25327/21082 16441/25313/21068</w:t>
        <w:br/>
        <w:t>f 16440/25314/21069 16457/25327/21082 16458/25329/21084</w:t>
        <w:br/>
        <w:t>f 16444/25315/21070 16440/25314/21069 16458/25329/21084</w:t>
        <w:br/>
        <w:t>f 16459/25330/21085 16033/24909/20710 16029/24903/20704</w:t>
        <w:br/>
        <w:t>f 16428/25302/21060 16459/25330/21085 16029/24903/20704</w:t>
        <w:br/>
        <w:t>f 16460/25331/21086 16459/25330/21085 16428/25302/21060</w:t>
        <w:br/>
        <w:t>f 16429/25301/21059 16460/25331/21086 16428/25302/21060</w:t>
        <w:br/>
        <w:t>f 16464/25332/21087 16463/25333/21088 16462/25334/21089</w:t>
        <w:br/>
        <w:t>f 16461/25335/21090 16464/25332/21087 16462/25334/21089</w:t>
        <w:br/>
        <w:t>f 16468/25336/21091 16467/25337/21092 16466/25338/21093</w:t>
        <w:br/>
        <w:t>f 16465/25339/21094 16468/25336/21091 16466/25338/21093</w:t>
        <w:br/>
        <w:t>f 16472/25340/21095 16471/25341/21096 16470/25342/21097</w:t>
        <w:br/>
        <w:t>f 16469/25343/21098 16472/25340/21095 16470/25342/21097</w:t>
        <w:br/>
        <w:t>f 16043/24923/20722 16472/25340/21095 16469/25343/21098</w:t>
        <w:br/>
        <w:t>f 16046/24920/20719 16043/24923/20722 16469/25343/21098</w:t>
        <w:br/>
        <w:t>f 16049/24925/20722 16050/24924/20723 16465/25339/21094</w:t>
        <w:br/>
        <w:t>f 16466/25338/21093 16049/24925/20722 16465/25339/21094</w:t>
        <w:br/>
        <w:t>f 16476/25344/21099 16475/25345/21100 16474/25346/21101</w:t>
        <w:br/>
        <w:t>f 16473/25347/21102 16476/25344/21099 16474/25346/21101</w:t>
        <w:br/>
        <w:t>f 16480/25348/21101 16479/25349/21103 16478/25350/21104</w:t>
        <w:br/>
        <w:t>f 16477/25351/21105 16480/25348/21101 16478/25350/21104</w:t>
        <w:br/>
        <w:t>f 16477/25351/21105 16470/25342/21097 16471/25341/21096</w:t>
        <w:br/>
        <w:t>f 16480/25348/21101 16477/25351/21105 16471/25341/21096</w:t>
        <w:br/>
        <w:t>f 16481/25352/21106 16473/25347/21102 16474/25346/21101</w:t>
        <w:br/>
        <w:t>f 16467/25337/21092 16481/25352/21106 16474/25346/21101</w:t>
        <w:br/>
        <w:t>f 16469/25343/21098 16470/25342/21097 16446/25318/21073</w:t>
        <w:br/>
        <w:t>f 16445/25316/21071 16469/25343/21098 16446/25318/21073</w:t>
        <w:br/>
        <w:t>f 16448/25319/21074 16447/25317/21072 16477/25351/21105</w:t>
        <w:br/>
        <w:t>f 16478/25350/21104 16448/25319/21074 16477/25351/21105</w:t>
        <w:br/>
        <w:t>f 16470/25342/21097 16477/25351/21105 16447/25317/21072</w:t>
        <w:br/>
        <w:t>f 16446/25318/21073 16470/25342/21097 16447/25317/21072</w:t>
        <w:br/>
        <w:t>f 16452/25320/21075 16483/25353/21107 16482/25354/21108</w:t>
        <w:br/>
        <w:t>f 16451/25321/21076 16452/25320/21075 16482/25354/21108</w:t>
        <w:br/>
        <w:t>f 16473/25347/21102 16457/25327/21082 16456/25328/21083</w:t>
        <w:br/>
        <w:t>f 16476/25344/21099 16473/25347/21102 16456/25328/21083</w:t>
        <w:br/>
        <w:t>f 16458/25329/21084 16457/25327/21082 16473/25347/21102</w:t>
        <w:br/>
        <w:t>f 16481/25352/21106 16458/25329/21084 16473/25347/21102</w:t>
        <w:br/>
        <w:t>f 16460/25331/21086 16468/25336/21091 16465/25339/21094</w:t>
        <w:br/>
        <w:t>f 16459/25330/21085 16460/25331/21086 16465/25339/21094</w:t>
        <w:br/>
        <w:t>f 16050/24924/20723 16033/24909/20710 16459/25330/21085</w:t>
        <w:br/>
        <w:t>f 16465/25339/21094 16050/24924/20723 16459/25330/21085</w:t>
        <w:br/>
        <w:t>f 16464/25332/21087 16485/25355/21109 16484/25356/21110</w:t>
        <w:br/>
        <w:t>f 16463/25333/21088 16464/25332/21087 16484/25356/21110</w:t>
        <w:br/>
        <w:t>f 16439/25309/21066 16487/25357/21111 16486/25358/21112</w:t>
        <w:br/>
        <w:t>f 16438/25310/21067 16439/25309/21066 16486/25358/21112</w:t>
        <w:br/>
        <w:t>f 16488/25359/21113 16487/25357/21111 16439/25309/21066</w:t>
        <w:br/>
        <w:t>f 16448/25319/21074 16488/25359/21113 16439/25309/21066</w:t>
        <w:br/>
        <w:t>f 16489/25360/21114 16488/25359/21113 16448/25319/21074</w:t>
        <w:br/>
        <w:t>f 16478/25350/21104 16489/25360/21114 16448/25319/21074</w:t>
        <w:br/>
        <w:t>f 16449/25323/21078 16490/25361/21115 16486/25358/21112</w:t>
        <w:br/>
        <w:t>f 16487/25357/21111 16449/25323/21078 16486/25358/21112</w:t>
        <w:br/>
        <w:t>f 16482/25354/21108 16483/25353/21107 16491/25362/21116</w:t>
        <w:br/>
        <w:t>f 16479/25349/21103 16492/25363/21117 16489/25360/21114</w:t>
        <w:br/>
        <w:t>f 16478/25350/21104 16479/25349/21103 16489/25360/21114</w:t>
        <w:br/>
        <w:t>f 16026/24906/20707 16431/25299/21057 16428/25302/21060</w:t>
        <w:br/>
        <w:t>f 16029/24903/20704 16026/24906/20707 16428/25302/21060</w:t>
        <w:br/>
        <w:t>f 16434/25307/21064 16435/25306/21058 16432/25304/21062</w:t>
        <w:br/>
        <w:t>f 16433/25303/21061 16434/25307/21064 16432/25304/21062</w:t>
        <w:br/>
        <w:t>f 16433/25303/21061 16445/25316/21071 16446/25318/21073</w:t>
        <w:br/>
        <w:t>f 16434/25307/21064 16433/25303/21061 16446/25318/21073</w:t>
        <w:br/>
        <w:t>f 16445/25316/21071 16030/24908/20709 16046/24920/20719</w:t>
        <w:br/>
        <w:t>f 16469/25343/21098 16445/25316/21071 16046/24920/20719</w:t>
        <w:br/>
        <w:t>f 16484/25356/21110 16485/25355/21109 16493/25364/21118</w:t>
        <w:br/>
        <w:t>f 16475/25345/21100 16484/25356/21110 16493/25364/21118</w:t>
        <w:br/>
        <w:t>f 16494/25365/21112 16461/25335/21090 16462/25334/21089</w:t>
        <w:br/>
        <w:t>f 16442/25312/21067 16494/25365/21112 16462/25334/21089</w:t>
        <w:br/>
        <w:t>f 16495/25366/21119 16485/25355/21109 16464/25332/21087</w:t>
        <w:br/>
        <w:t>f 16449/25323/21078 16450/25322/21077 16490/25361/21115</w:t>
        <w:br/>
        <w:t>f 16483/25353/21107 16489/25360/21114 16492/25363/21117</w:t>
        <w:br/>
        <w:t>f 16491/25362/21116 16483/25353/21107 16492/25363/21117</w:t>
        <w:br/>
        <w:t>f 16461/25335/21090 16494/25365/21112 16497/25367/21115</w:t>
        <w:br/>
        <w:t>f 16496/25368/21120 16461/25335/21090 16497/25367/21115</w:t>
        <w:br/>
        <w:t>f 16499/25369/21116 16493/25364/21118 16485/25355/21109</w:t>
        <w:br/>
        <w:t>f 16498/25370/21121 16499/25369/21116 16485/25355/21109</w:t>
        <w:br/>
        <w:t>f 16503/25371/21122 16502/25372/21123 16501/25373/21124</w:t>
        <w:br/>
        <w:t>f 16500/25374/21120 16503/25371/21122 16501/25373/21124</w:t>
        <w:br/>
        <w:t>f 16505/25375/21125 16501/25373/21124 16504/25376/21126</w:t>
        <w:br/>
        <w:t>f 16498/25370/21121 16507/25377/21127 16506/25378/21128</w:t>
        <w:br/>
        <w:t>f 16499/25369/21116 16498/25370/21121 16506/25378/21128</w:t>
        <w:br/>
        <w:t>f 16487/25357/21111 16488/25359/21113 16452/25320/21075</w:t>
        <w:br/>
        <w:t>f 16449/25323/21078 16487/25357/21111 16452/25320/21075</w:t>
        <w:br/>
        <w:t>f 16488/25359/21113 16489/25360/21114 16483/25353/21107</w:t>
        <w:br/>
        <w:t>f 16452/25320/21075 16488/25359/21113 16483/25353/21107</w:t>
        <w:br/>
        <w:t>f 16059/24939/20735 16509/25379/21129 16508/25380/21130</w:t>
        <w:br/>
        <w:t>f 16062/24936/20732 16059/24939/20735 16508/25380/21130</w:t>
        <w:br/>
        <w:t>f 16513/25381/21131 16512/25382/21132 16511/25383/21133</w:t>
        <w:br/>
        <w:t>f 16510/25384/21134 16513/25381/21131 16511/25383/21133</w:t>
        <w:br/>
        <w:t>f 16517/25385/21131 16516/25386/21135 16515/25387/21136</w:t>
        <w:br/>
        <w:t>f 16514/25388/21137 16517/25385/21131 16515/25387/21136</w:t>
        <w:br/>
        <w:t>f 16520/25389/21138 16519/25390/21139 16512/25382/21132</w:t>
        <w:br/>
        <w:t>f 16518/25391/21140 16520/25389/21138 16512/25382/21132</w:t>
        <w:br/>
        <w:t>f 16519/25390/21139 16521/25392/21141 16511/25383/21133</w:t>
        <w:br/>
        <w:t>f 16512/25382/21132 16519/25390/21139 16511/25383/21133</w:t>
        <w:br/>
        <w:t>f 16525/25393/21142 16524/25394/21143 16523/25395/21144</w:t>
        <w:br/>
        <w:t>f 16522/25396/21145 16525/25393/21142 16523/25395/21144</w:t>
        <w:br/>
        <w:t>f 16528/25397/21146 16527/25398/21147 16526/25399/21148</w:t>
        <w:br/>
        <w:t>f 16530/25400/21149 16514/25388/21137 16515/25387/21136</w:t>
        <w:br/>
        <w:t>f 16529/25401/21150 16530/25400/21149 16515/25387/21136</w:t>
        <w:br/>
        <w:t>f 16534/25402/21151 16533/25403/21152 16532/25404/21153</w:t>
        <w:br/>
        <w:t>f 16531/25405/21154 16534/25402/21151 16532/25404/21153</w:t>
        <w:br/>
        <w:t>f 16536/25406/21155 16535/25407/21156 16082/24958/20752</w:t>
        <w:br/>
        <w:t>f 16083/24957/20751 16536/25406/21155 16082/24958/20752</w:t>
        <w:br/>
        <w:t>f 16082/24958/20752 16535/25407/21156 16537/25408/21157</w:t>
        <w:br/>
        <w:t>f 16084/24962/20756 16082/24958/20752 16537/25408/21157</w:t>
        <w:br/>
        <w:t>f 16541/25409/21158 16540/25410/21159 16539/25411/21160</w:t>
        <w:br/>
        <w:t>f 16538/25412/21161 16541/25409/21158 16539/25411/21160</w:t>
        <w:br/>
        <w:t>f 16539/25411/21160 16540/25410/21159 16543/25413/21162</w:t>
        <w:br/>
        <w:t>f 16542/25414/21163 16539/25411/21160 16543/25413/21162</w:t>
        <w:br/>
        <w:t>f 16535/25407/21156 16539/25411/21160 16542/25414/21163</w:t>
        <w:br/>
        <w:t>f 16537/25408/21157 16535/25407/21156 16542/25414/21163</w:t>
        <w:br/>
        <w:t>f 16544/25415/21164 16538/25412/21161 16539/25411/21160</w:t>
        <w:br/>
        <w:t>f 16535/25407/21156 16544/25415/21164 16539/25411/21160</w:t>
        <w:br/>
        <w:t>f 16520/25389/21138 16067/24945/20739 16084/24962/20756</w:t>
        <w:br/>
        <w:t>f 16537/25408/21157 16520/25389/21138 16084/24962/20756</w:t>
        <w:br/>
        <w:t>f 16521/25392/21141 16519/25390/21139 16542/25414/21163</w:t>
        <w:br/>
        <w:t>f 16543/25413/21162 16521/25392/21141 16542/25414/21163</w:t>
        <w:br/>
        <w:t>f 16525/25393/21142 16546/25416/21165 16545/25417/21166</w:t>
        <w:br/>
        <w:t>f 16524/25394/21143 16525/25393/21142 16545/25417/21166</w:t>
        <w:br/>
        <w:t>f 16530/25400/21149 16529/25401/21150 16541/25409/21158</w:t>
        <w:br/>
        <w:t>f 16538/25412/21161 16530/25400/21149 16541/25409/21158</w:t>
        <w:br/>
        <w:t>f 16547/25418/21167 16530/25400/21149 16538/25412/21161</w:t>
        <w:br/>
        <w:t>f 16544/25415/21164 16547/25418/21167 16538/25412/21161</w:t>
        <w:br/>
        <w:t>f 16534/25402/21151 16549/25419/21168 16548/25420/21169</w:t>
        <w:br/>
        <w:t>f 16533/25403/21152 16534/25402/21151 16548/25420/21169</w:t>
        <w:br/>
        <w:t>f 16551/25421/21170 16550/25422/21171 16510/25384/21134</w:t>
        <w:br/>
        <w:t>f 16511/25383/21133 16551/25421/21170 16510/25384/21134</w:t>
        <w:br/>
        <w:t>f 16552/25423/21172 16551/25421/21170 16511/25383/21133</w:t>
        <w:br/>
        <w:t>f 16521/25392/21141 16552/25423/21172 16511/25383/21133</w:t>
        <w:br/>
        <w:t>f 16552/25423/21172 16521/25392/21141 16543/25413/21162</w:t>
        <w:br/>
        <w:t>f 16553/25424/21173 16552/25423/21172 16543/25413/21162</w:t>
        <w:br/>
        <w:t>f 16519/25390/21139 16520/25389/21138 16537/25408/21157</w:t>
        <w:br/>
        <w:t>f 16542/25414/21163 16519/25390/21139 16537/25408/21157</w:t>
        <w:br/>
        <w:t>f 16514/25388/21137 16530/25400/21149 16547/25418/21167</w:t>
        <w:br/>
        <w:t>f 16554/25425/21174 16514/25388/21137 16547/25418/21167</w:t>
        <w:br/>
        <w:t>f 16554/25425/21174 16509/25379/21129 16517/25385/21131</w:t>
        <w:br/>
        <w:t>f 16514/25388/21137 16554/25425/21174 16517/25385/21131</w:t>
        <w:br/>
        <w:t>f 16512/25382/21132 16513/25381/21131 16555/25426/21129</w:t>
        <w:br/>
        <w:t>f 16518/25391/21140 16512/25382/21132 16555/25426/21129</w:t>
        <w:br/>
        <w:t>f 16550/25422/21171 16551/25421/21170 16522/25396/21145</w:t>
        <w:br/>
        <w:t>f 16556/25427/21175 16550/25422/21171 16522/25396/21145</w:t>
        <w:br/>
        <w:t>f 16545/25417/21166 16546/25416/21165 16557/25428/21176</w:t>
        <w:br/>
        <w:t>f 16558/25429/21177 16553/25424/21173 16543/25413/21162</w:t>
        <w:br/>
        <w:t>f 16540/25410/21159 16558/25429/21177 16543/25413/21162</w:t>
        <w:br/>
        <w:t>f 16518/25391/21140 16555/25426/21129 16063/24943/20735</w:t>
        <w:br/>
        <w:t>f 16064/24942/20737 16518/25391/21140 16063/24943/20735</w:t>
        <w:br/>
        <w:t>f 16064/24942/20737 16067/24945/20739 16520/25389/21138</w:t>
        <w:br/>
        <w:t>f 16518/25391/21140 16064/24942/20737 16520/25389/21138</w:t>
        <w:br/>
        <w:t>f 16548/25420/21169 16549/25419/21168 16558/25429/21177</w:t>
        <w:br/>
        <w:t>f 16540/25410/21159 16548/25420/21169 16558/25429/21177</w:t>
        <w:br/>
        <w:t>f 16559/25430/21171 16531/25405/21154 16532/25404/21153</w:t>
        <w:br/>
        <w:t>f 16516/25386/21135 16559/25430/21171 16532/25404/21153</w:t>
        <w:br/>
        <w:t>f 16534/25402/21151 16531/25405/21154 16560/25431/21178</w:t>
        <w:br/>
        <w:t>f 16563/25432/21179 16562/25433/21180 16561/25434/21181</w:t>
        <w:br/>
        <w:t>f 16522/25396/21145 16523/25395/21144 16556/25427/21175</w:t>
        <w:br/>
        <w:t>f 16558/25429/21177 16557/25428/21176 16546/25416/21165</w:t>
        <w:br/>
        <w:t>f 16553/25424/21173 16558/25429/21177 16546/25416/21165</w:t>
        <w:br/>
        <w:t>f 16567/25435/21182 16566/25436/21183 16565/25437/21184</w:t>
        <w:br/>
        <w:t>f 16564/25438/21185 16567/25435/21182 16565/25437/21184</w:t>
        <w:br/>
        <w:t>f 16549/25419/21168 16568/25439/21186 16557/25428/21176</w:t>
        <w:br/>
        <w:t>f 16558/25429/21177 16549/25419/21168 16557/25428/21176</w:t>
        <w:br/>
        <w:t>f 16572/25440/21187 16571/25441/21188 16570/25442/21189</w:t>
        <w:br/>
        <w:t>f 16569/25443/21184 16572/25440/21187 16570/25442/21189</w:t>
        <w:br/>
        <w:t>f 16574/25444/21190 16562/25433/21180 16573/25445/21191</w:t>
        <w:br/>
        <w:t>f 16531/25405/21154 16559/25430/21171 16564/25438/21185</w:t>
        <w:br/>
        <w:t>f 16565/25437/21184 16531/25405/21154 16564/25438/21185</w:t>
        <w:br/>
        <w:t>f 16568/25439/21186 16576/25446/21192 16575/25447/21193</w:t>
        <w:br/>
        <w:t>f 16557/25428/21176 16568/25439/21186 16575/25447/21193</w:t>
        <w:br/>
        <w:t>f 16551/25421/21170 16552/25423/21172 16525/25393/21142</w:t>
        <w:br/>
        <w:t>f 16522/25396/21145 16551/25421/21170 16525/25393/21142</w:t>
        <w:br/>
        <w:t>f 16546/25416/21165 16525/25393/21142 16552/25423/21172</w:t>
        <w:br/>
        <w:t>f 16553/25424/21173 16546/25416/21165 16552/25423/21172</w:t>
        <w:br/>
        <w:t>f 16003/24883/20685 16004/24882/20684 16577/25448/21194</w:t>
        <w:br/>
        <w:t>f 16151/25028/20815 16003/24883/20685 16577/25448/21194</w:t>
        <w:br/>
        <w:t>f 16103/24981/20775 16144/25022/20810 16578/25449/20666</w:t>
        <w:br/>
        <w:t>f 16197/25067/20768 16103/24981/20775 16578/25449/20666</w:t>
        <w:br/>
        <w:t>f 16141/25018/20806 16090/24966/20760 16120/24995/20786</w:t>
        <w:br/>
        <w:t>f 16579/25450/21195 16141/25018/20806 16120/24995/20786</w:t>
        <w:br/>
        <w:t>f 16579/25450/21195 16134/25010/20799 16135/25009/20798</w:t>
        <w:br/>
        <w:t>f 16141/25018/20806 16579/25450/21195 16135/25009/20798</w:t>
        <w:br/>
        <w:t>f 16158/25030/20816 16580/25451/20517 16578/25449/20666</w:t>
        <w:br/>
        <w:t>f 16144/25022/20810 16158/25030/20816 16578/25449/20666</w:t>
        <w:br/>
        <w:t>f 16016/24895/20696 16164/25035/20821 16162/25032/20818</w:t>
        <w:br/>
        <w:t>f 16020/24897/20698 16016/24895/20696 16162/25032/20818</w:t>
        <w:br/>
        <w:t>f 16018/24893/20695 16016/24895/20696 16020/24897/20698</w:t>
        <w:br/>
        <w:t>f 16021/24896/20697 16018/24893/20695 16020/24897/20698</w:t>
        <w:br/>
        <w:t>f 16040/24919/20718 16591/25452/21196 16148/25025/20813</w:t>
        <w:br/>
        <w:t>f 16058/24935/20731 16040/24919/20718 16148/25025/20813</w:t>
        <w:br/>
        <w:t>f 16166/25038/20824 16086/24964/20758 16088/24968/20762</w:t>
        <w:br/>
        <w:t>f 16094/24970/20764 16166/25038/20824 16088/24968/20762</w:t>
        <w:br/>
        <w:t>f 16086/24964/20758 16087/24963/20757 16091/24965/20759</w:t>
        <w:br/>
        <w:t>f 16088/24968/20762 16086/24964/20758 16091/24965/20759</w:t>
        <w:br/>
        <w:t>f 16218/25088/20869 16172/25042/20827 16173/25041/20826</w:t>
        <w:br/>
        <w:t>f 16592/25453/21197 16218/25088/20869 16173/25041/20826</w:t>
        <w:br/>
        <w:t>f 16102/24982/20776 16193/25064/20848 16194/25063/20847</w:t>
        <w:br/>
        <w:t>f 16105/24979/20773 16102/24982/20776 16194/25063/20847</w:t>
        <w:br/>
        <w:t>f 16210/25082/20864 16113/24991/20780 16112/24987/20781</w:t>
        <w:br/>
        <w:t>f 16210/25082/20864 16112/24987/20781 16105/24979/20773</w:t>
        <w:br/>
        <w:t>f 16194/25063/20847 16210/25082/20864 16105/24979/20773</w:t>
        <w:br/>
        <w:t>f 16595/25454/21198 16594/25455/21199 16246/25120/20898</w:t>
        <w:br/>
        <w:t>f 16593/25456/21200 16595/25454/21198 16246/25120/20898</w:t>
        <w:br/>
        <w:t>f 16287/25157/20933 16595/25454/21198 16593/25456/21200</w:t>
        <w:br/>
        <w:t>f 16276/25150/20927 16287/25157/20933 16593/25456/21200</w:t>
        <w:br/>
        <w:t>f 16594/25455/21199 16596/25457/20899 16249/25117/20895</w:t>
        <w:br/>
        <w:t>f 16246/25120/20898 16594/25455/21199 16249/25117/20895</w:t>
        <w:br/>
        <w:t>f 16598/25458/20497 16597/25459/20981 16339/25207/20977</w:t>
        <w:br/>
        <w:t>f 16336/25210/20478 16598/25458/20497 16339/25207/20977</w:t>
        <w:br/>
        <w:t>f 16379/25249/21014 16374/25248/21013 16355/25227/20994</w:t>
        <w:br/>
        <w:t>f 16356/25226/20993 16379/25249/21014 16355/25227/20994</w:t>
        <w:br/>
        <w:t>f 16352/25225/20992 16369/25239/21006 16399/25270/21033</w:t>
        <w:br/>
        <w:t>f 16599/25460/21201 16352/25225/20992 16399/25270/21033</w:t>
        <w:br/>
        <w:t>f 16599/25460/21201 16338/25208/20978 16354/25223/20984</w:t>
        <w:br/>
        <w:t>f 16352/25225/20992 16599/25460/21201 16354/25223/20984</w:t>
        <w:br/>
        <w:t>f 16375/25247/21012 16390/25262/21025 16357/25229/20996</w:t>
        <w:br/>
        <w:t>f 16395/25266/21029 16375/25247/21012 16357/25229/20996</w:t>
        <w:br/>
        <w:t>f 16165/25039/20825 16166/25038/20824 16094/24970/20764</w:t>
        <w:br/>
        <w:t>f 16095/24969/20763 16165/25039/20825 16094/24970/20764</w:t>
        <w:br/>
        <w:t>f 16146/25023/20811 16000/24879/20681 16001/24878/20680</w:t>
        <w:br/>
        <w:t>f 16593/25456/21200 16600/25461/21202 16279/25147/20924</w:t>
        <w:br/>
        <w:t>f 16276/25150/20927 16593/25456/21200 16279/25147/20924</w:t>
        <w:br/>
        <w:t>f 16593/25456/21200 16246/25120/20898 16247/25119/20897</w:t>
        <w:br/>
        <w:t>f 16600/25461/21202 16593/25456/21200 16247/25119/20897</w:t>
        <w:br/>
        <w:t>f 16601/25462/21203 16536/25406/21155 16083/24957/20751</w:t>
        <w:br/>
        <w:t>f 16070/24946/20740 16601/25462/21203 16083/24957/20751</w:t>
        <w:br/>
        <w:t>f 16601/25462/21203 16070/24946/20740 16062/24936/20732</w:t>
        <w:br/>
        <w:t>f 16508/25380/21130 16601/25462/21203 16062/24936/20732</w:t>
        <w:br/>
        <w:t>f 16603/25463/21204 16225/25095/20876 16207/25076/20859</w:t>
        <w:br/>
        <w:t>f 16602/25464/21205 16603/25463/21204 16207/25076/20859</w:t>
        <w:br/>
        <w:t>f 16603/25463/21204 16179/25050/20835 16180/25049/20834</w:t>
        <w:br/>
        <w:t>f 16225/25095/20876 16603/25463/21204 16180/25049/20834</w:t>
        <w:br/>
        <w:t>f 16163/25031/20817 16019/24898/20699 16020/24897/20698</w:t>
        <w:br/>
        <w:t>f 16162/25032/20818 16163/25031/20817 16020/24897/20698</w:t>
        <w:br/>
        <w:t>f 16148/25025/20813 16591/25452/21196 16607/25465/21206</w:t>
        <w:br/>
        <w:t>f 16054/24928/20725 16148/25025/20813 16607/25465/21206</w:t>
        <w:br/>
        <w:t>f 16607/25465/21206 16591/25452/21196 16147/25024/20812</w:t>
        <w:br/>
        <w:t>f 16039/24915/20716 16607/25465/21206 16147/25024/20812</w:t>
        <w:br/>
        <w:t>f 16095/24969/20763 16079/24954/20748 16077/24956/20750</w:t>
        <w:br/>
        <w:t>f 16165/25039/20825 16095/24969/20763 16077/24956/20750</w:t>
        <w:br/>
        <w:t>f 16608/25466/21207 16168/25036/20822 16165/25039/20825</w:t>
        <w:br/>
        <w:t>f 16077/24956/20750 16608/25466/21207 16165/25039/20825</w:t>
        <w:br/>
        <w:t>f 16127/25006/20796 16128/25005/20795 16143/25020/20808</w:t>
        <w:br/>
        <w:t>f 16118/24997/20788 16127/25006/20796 16143/25020/20808</w:t>
        <w:br/>
        <w:t>f 16579/25450/21195 16120/24995/20786 16118/24997/20788</w:t>
        <w:br/>
        <w:t>f 16143/25020/20808 16579/25450/21195 16118/24997/20788</w:t>
        <w:br/>
        <w:t>f 16040/24919/20718 16041/24918/20473 16147/25024/20812</w:t>
        <w:br/>
        <w:t>f 16591/25452/21196 16040/24919/20718 16147/25024/20812</w:t>
        <w:br/>
        <w:t>f 16128/25005/20795 16129/25004/20793 16612/25467/21208</w:t>
        <w:br/>
        <w:t>f 16108/24984/20778 16128/25005/20795 16612/25467/21208</w:t>
        <w:br/>
        <w:t>f 16579/25450/21195 16143/25020/20808 16142/25019/20807</w:t>
        <w:br/>
        <w:t>f 16134/25010/20799 16579/25450/21195 16142/25019/20807</w:t>
        <w:br/>
        <w:t>f 16614/25468/21209 15996/24876/20678 15997/24875/20527</w:t>
        <w:br/>
        <w:t>f 16613/25469/21210 16614/25468/21209 15997/24875/20527</w:t>
        <w:br/>
        <w:t>f 16078/24955/20749 16058/24935/20731 16051/24931/20728</w:t>
        <w:br/>
        <w:t>f 16120/24995/20786 16090/24966/20760 16131/25008/20797</w:t>
        <w:br/>
        <w:t>f 16016/24895/20696 16017/24894/20507 16164/25035/20821</w:t>
        <w:br/>
        <w:t>f 16615/25470/20510 16122/25000/20791 16123/24999/20790</w:t>
        <w:br/>
        <w:t>f 16017/24894/20507 16615/25470/20510 16123/24999/20790</w:t>
        <w:br/>
        <w:t>f 16122/25000/20791 16615/25470/20510 16616/25471/20530</w:t>
        <w:br/>
        <w:t>f 16115/24992/20785 16110/24989/20783 16616/25471/20530</w:t>
        <w:br/>
        <w:t>f 16617/25472/21211 16115/24992/20785 16616/25471/20530</w:t>
        <w:br/>
        <w:t>f 16121/25001/20792 16122/25000/20791 16616/25471/20530</w:t>
        <w:br/>
        <w:t>f 16110/24989/20783 16121/25001/20792 16616/25471/20530</w:t>
        <w:br/>
        <w:t>f 16161/25033/20819 16162/25032/20818 16164/25035/20821</w:t>
        <w:br/>
        <w:t>f 16150/25027/20815 16161/25033/20819 16164/25035/20821</w:t>
        <w:br/>
        <w:t>f 16145/25021/20809 16617/25472/21211 16159/25029/20534</w:t>
        <w:br/>
        <w:t>f 16145/25021/20809 16104/24980/20774 16115/24992/20785</w:t>
        <w:br/>
        <w:t>f 16617/25472/21211 16145/25021/20809 16115/24992/20785</w:t>
        <w:br/>
        <w:t>f 16105/24979/20773 16112/24987/20781 16115/24992/20785</w:t>
        <w:br/>
        <w:t>f 16104/24980/20774 16105/24979/20773 16115/24992/20785</w:t>
        <w:br/>
        <w:t>f 16089/24967/20761 16140/25016/20804 16139/25017/20805</w:t>
        <w:br/>
        <w:t>f 16093/24971/20765 16089/24967/20761 16139/25017/20805</w:t>
        <w:br/>
        <w:t>f 16089/24967/20761 16090/24966/20760 16141/25018/20806</w:t>
        <w:br/>
        <w:t>f 16140/25016/20804 16089/24967/20761 16141/25018/20806</w:t>
        <w:br/>
        <w:t>f 16117/24993/20470 16092/24972/20766 16093/24971/20765</w:t>
        <w:br/>
        <w:t>f 16139/25017/20805 16117/24993/20470 16093/24971/20765</w:t>
        <w:br/>
        <w:t>f 16118/24997/20788 16014/24892/20694 16006/24880/20682</w:t>
        <w:br/>
        <w:t>f 16496/25368/21120 16497/25367/21115 16619/25473/21212</w:t>
        <w:br/>
        <w:t>f 16618/25474/21122 16496/25368/21120 16619/25473/21212</w:t>
        <w:br/>
        <w:t>f 16128/25005/20795 16108/24984/20778 16143/25020/20808</w:t>
        <w:br/>
        <w:t>f 16622/25475/21143 16621/25476/21213 16620/25477/21214</w:t>
        <w:br/>
        <w:t>f 16624/25478/21166 16623/25479/21215 16622/25475/21143</w:t>
        <w:br/>
        <w:t>f 16627/25480/21216 16626/25481/21217 16625/25482/21218</w:t>
        <w:br/>
        <w:t>f 16629/25483/21219 16628/25484/21220 16627/25480/21216</w:t>
        <w:br/>
        <w:t>f 16247/25119/20897 16248/25118/20896 16630/25485/21221</w:t>
        <w:br/>
        <w:t>f 16600/25461/21202 16247/25119/20897 16630/25485/21221</w:t>
        <w:br/>
        <w:t>f 16631/25486/21222 16600/25461/21202 16630/25485/21221</w:t>
        <w:br/>
        <w:t>f 16600/25461/21202 16631/25486/21222 16632/25487/21223</w:t>
        <w:br/>
        <w:t>f 16279/25147/20924 16600/25461/21202 16632/25487/21223</w:t>
        <w:br/>
        <w:t>f 16279/25147/20924 16632/25487/21223 16278/25148/20925</w:t>
        <w:br/>
        <w:t>f 16631/25486/21222 16634/25488/21224 16633/25489/21225</w:t>
        <w:br/>
        <w:t>f 16632/25487/21223 16631/25486/21222 16633/25489/21225</w:t>
        <w:br/>
        <w:t>f 16631/25486/21222 16630/25485/21221 16635/25490/21226</w:t>
        <w:br/>
        <w:t>f 16634/25488/21224 16631/25486/21222 16635/25490/21226</w:t>
        <w:br/>
        <w:t>f 16636/25491/21227 16309/25181/20957 16310/25180/20956</w:t>
        <w:br/>
        <w:t>f 16312/25184/20960 16309/25181/20957 16636/25491/21227</w:t>
        <w:br/>
        <w:t>f 16637/25492/21228 16312/25184/20960 16636/25491/21227</w:t>
        <w:br/>
        <w:t>f 16306/25178/20954 16316/25185/20961 16312/25184/20960</w:t>
        <w:br/>
        <w:t>f 16637/25492/21228 16306/25178/20954 16312/25184/20960</w:t>
        <w:br/>
        <w:t>f 16306/25178/20954 16307/25177/20953 16316/25185/20961</w:t>
        <w:br/>
        <w:t>f 16294/25166/20942 16306/25178/20954 16637/25492/21228</w:t>
        <w:br/>
        <w:t>f 16271/25143/20920 16294/25166/20942 16637/25492/21228</w:t>
        <w:br/>
        <w:t>f 16637/25492/21228 16636/25491/21227 16270/25144/20921</w:t>
        <w:br/>
        <w:t>f 16271/25143/20920 16637/25492/21228 16270/25144/20921</w:t>
        <w:br/>
        <w:t>f 16337/25209/20979 16338/25208/20978 16638/25493/21229</w:t>
        <w:br/>
        <w:t>f 16408/25278/21040 16337/25209/20979 16638/25493/21229</w:t>
        <w:br/>
        <w:t>f 16639/25494/21230 16408/25278/21040 16638/25493/21229</w:t>
        <w:br/>
        <w:t>f 16408/25278/21040 16639/25494/21230 16640/25495/21231</w:t>
        <w:br/>
        <w:t>f 16373/25241/21008 16408/25278/21040 16640/25495/21231</w:t>
        <w:br/>
        <w:t>f 16373/25241/21008 16640/25495/21231 16372/25242/21009</w:t>
        <w:br/>
        <w:t>f 16639/25494/21230 16399/25270/21033 16398/25269/21032</w:t>
        <w:br/>
        <w:t>f 16640/25495/21231 16639/25494/21230 16398/25269/21032</w:t>
        <w:br/>
        <w:t>f 16639/25494/21230 16638/25493/21229 16599/25460/21201</w:t>
        <w:br/>
        <w:t>f 16399/25270/21033 16639/25494/21230 16599/25460/21201</w:t>
        <w:br/>
        <w:t>f 16641/25496/21232 16353/25224/20991 16348/25222/20990</w:t>
        <w:br/>
        <w:t>f 16368/25240/21007 16353/25224/20991 16641/25496/21232</w:t>
        <w:br/>
        <w:t>f 16642/25497/21233 16368/25240/21007 16641/25496/21232</w:t>
        <w:br/>
        <w:t>f 16368/25240/21007 16642/25497/21233 16643/25498/21234</w:t>
        <w:br/>
        <w:t>f 16394/25263/21026 16368/25240/21007 16643/25498/21234</w:t>
        <w:br/>
        <w:t>f 16643/25498/21234 16383/25255/21020 16384/25254/21019</w:t>
        <w:br/>
        <w:t>f 16383/25255/21020 16643/25498/21234 16642/25497/21233</w:t>
        <w:br/>
        <w:t>f 16366/25238/21005 16383/25255/21020 16642/25497/21233</w:t>
        <w:br/>
        <w:t>f 16642/25497/21233 16641/25496/21232 16349/25221/20989</w:t>
        <w:br/>
        <w:t>f 16366/25238/21005 16642/25497/21233 16349/25221/20989</w:t>
        <w:br/>
        <w:t>f 16429/25301/21059 16430/25300/21058 16644/25499/21235</w:t>
        <w:br/>
        <w:t>f 16460/25331/21086 16429/25301/21059 16644/25499/21235</w:t>
        <w:br/>
        <w:t>f 16645/25500/21236 16460/25331/21086 16644/25499/21235</w:t>
        <w:br/>
        <w:t>f 16460/25331/21086 16645/25500/21236 16646/25501/21237</w:t>
        <w:br/>
        <w:t>f 16468/25336/21091 16460/25331/21086 16646/25501/21237</w:t>
        <w:br/>
        <w:t>f 16468/25336/21091 16646/25501/21237 16467/25337/21092</w:t>
        <w:br/>
        <w:t>f 16645/25500/21236 16458/25329/21084 16481/25352/21106</w:t>
        <w:br/>
        <w:t>f 16646/25501/21237 16645/25500/21236 16481/25352/21106</w:t>
        <w:br/>
        <w:t>f 16645/25500/21236 16644/25499/21235 16444/25315/21070</w:t>
        <w:br/>
        <w:t>f 16458/25329/21084 16645/25500/21236 16444/25315/21070</w:t>
        <w:br/>
        <w:t>f 16647/25502/21238 16441/25313/21068 16442/25312/21067</w:t>
        <w:br/>
        <w:t>f 16456/25328/21083 16441/25313/21068 16647/25502/21238</w:t>
        <w:br/>
        <w:t>f 16648/25503/21239 16456/25328/21083 16647/25502/21238</w:t>
        <w:br/>
        <w:t>f 16476/25344/21099 16456/25328/21083 16648/25503/21239</w:t>
        <w:br/>
        <w:t>f 16649/25504/21240 16476/25344/21099 16648/25503/21239</w:t>
        <w:br/>
        <w:t>f 16476/25344/21099 16649/25504/21240 16475/25345/21100</w:t>
        <w:br/>
        <w:t>f 16484/25356/21110 16649/25504/21240 16648/25503/21239</w:t>
        <w:br/>
        <w:t>f 16463/25333/21088 16484/25356/21110 16648/25503/21239</w:t>
        <w:br/>
        <w:t>f 16648/25503/21239 16647/25502/21238 16462/25334/21089</w:t>
        <w:br/>
        <w:t>f 16463/25333/21088 16648/25503/21239 16462/25334/21089</w:t>
        <w:br/>
        <w:t>f 16508/25380/21130 16509/25379/21129 16650/25505/21241</w:t>
        <w:br/>
        <w:t>f 16601/25462/21203 16508/25380/21130 16650/25505/21241</w:t>
        <w:br/>
        <w:t>f 16651/25506/21242 16601/25462/21203 16650/25505/21241</w:t>
        <w:br/>
        <w:t>f 16652/25507/21243 16536/25406/21155 16601/25462/21203</w:t>
        <w:br/>
        <w:t>f 16651/25506/21242 16652/25507/21243 16601/25462/21203</w:t>
        <w:br/>
        <w:t>f 16536/25406/21155 16652/25507/21243 16535/25407/21156</w:t>
        <w:br/>
        <w:t>f 16651/25506/21242 16547/25418/21167 16544/25415/21164</w:t>
        <w:br/>
        <w:t>f 16652/25507/21243 16651/25506/21242 16544/25415/21164</w:t>
        <w:br/>
        <w:t>f 16651/25506/21242 16650/25505/21241 16554/25425/21174</w:t>
        <w:br/>
        <w:t>f 16547/25418/21167 16651/25506/21242 16554/25425/21174</w:t>
        <w:br/>
        <w:t>f 16653/25508/21244 16515/25387/21136 16516/25386/21135</w:t>
        <w:br/>
        <w:t>f 16529/25401/21150 16515/25387/21136 16653/25508/21244</w:t>
        <w:br/>
        <w:t>f 16654/25509/21245 16529/25401/21150 16653/25508/21244</w:t>
        <w:br/>
        <w:t>f 16529/25401/21150 16654/25509/21245 16655/25510/21246</w:t>
        <w:br/>
        <w:t>f 16541/25409/21158 16529/25401/21150 16655/25510/21246</w:t>
        <w:br/>
        <w:t>f 16541/25409/21158 16655/25510/21246 16540/25410/21159</w:t>
        <w:br/>
        <w:t>f 16548/25420/21169 16655/25510/21246 16654/25509/21245</w:t>
        <w:br/>
        <w:t>f 16533/25403/21152 16548/25420/21169 16654/25509/21245</w:t>
        <w:br/>
        <w:t>f 16654/25509/21245 16653/25508/21244 16532/25404/21153</w:t>
        <w:br/>
        <w:t>f 16533/25403/21152 16654/25509/21245 16532/25404/21153</w:t>
        <w:br/>
        <w:t>f 16216/25087/20855 16211/25081/20863 16602/25464/21205</w:t>
        <w:br/>
        <w:t>f 16205/25078/20858 16216/25087/20855 16602/25464/21205</w:t>
        <w:br/>
        <w:t>f 16195/25066/20850 16603/25463/21204 16602/25464/21205</w:t>
        <w:br/>
        <w:t>f 16211/25081/20863 16195/25066/20850 16602/25464/21205</w:t>
        <w:br/>
        <w:t>f 16603/25463/21204 16195/25066/20850 16192/25065/20849</w:t>
        <w:br/>
        <w:t>f 16179/25050/20835 16603/25463/21204 16192/25065/20849</w:t>
        <w:br/>
        <w:t>f 16219/25091/20872 16178/25051/20829 16179/25050/20835</w:t>
        <w:br/>
        <w:t>f 16192/25065/20849 16219/25091/20872 16179/25050/20835</w:t>
        <w:br/>
        <w:t>f 16238/25106/20886 16235/25109/20888 16657/25511/21247</w:t>
        <w:br/>
        <w:t>f 16656/25512/21248 16238/25106/20886 16657/25511/21247</w:t>
        <w:br/>
        <w:t>f 16659/25513/21249 16658/25514/21250 16657/25511/21247</w:t>
        <w:br/>
        <w:t>f 16235/25109/20888 16659/25513/21249 16657/25511/21247</w:t>
        <w:br/>
        <w:t>f 16659/25513/21249 16231/25099/20880 16660/25515/21251</w:t>
        <w:br/>
        <w:t>f 16658/25514/21250 16659/25513/21249 16660/25515/21251</w:t>
        <w:br/>
        <w:t>f 16660/25515/21251 16231/25099/20880 16228/25102/20882</w:t>
        <w:br/>
        <w:t>f 16661/25516/20874 16660/25515/21251 16228/25102/20882</w:t>
        <w:br/>
        <w:t>f 16635/25490/21226 16248/25118/20896 16311/25179/20955</w:t>
        <w:br/>
        <w:t>f 16308/25182/20958 16635/25490/21226 16311/25179/20955</w:t>
        <w:br/>
        <w:t>f 16256/25126/20903 16257/25125/20902 16304/25176/20952</w:t>
        <w:br/>
        <w:t>f 16305/25175/20951 16256/25126/20903 16304/25176/20952</w:t>
        <w:br/>
        <w:t>f 16260/25132/20909 16256/25126/20903 16305/25175/20951</w:t>
        <w:br/>
        <w:t>f 16289/25160/20936 16260/25132/20909 16305/25175/20951</w:t>
        <w:br/>
        <w:t>f 16281/25153/20929 16291/25161/20937 16260/25132/20909</w:t>
        <w:br/>
        <w:t>f 16289/25160/20936 16281/25153/20929 16260/25132/20909</w:t>
        <w:br/>
        <w:t>f 16282/25152/20928 16317/25188/20964 16291/25161/20937</w:t>
        <w:br/>
        <w:t>f 16281/25153/20929 16282/25152/20928 16291/25161/20937</w:t>
        <w:br/>
        <w:t>f 16633/25489/21225 16314/25187/20963 16315/25186/20962</w:t>
        <w:br/>
        <w:t>f 16278/25148/20925 16633/25489/21225 16315/25186/20962</w:t>
        <w:br/>
        <w:t>f 16634/25488/21224 16313/25183/20959 16314/25187/20963</w:t>
        <w:br/>
        <w:t>f 16633/25489/21225 16634/25488/21224 16314/25187/20963</w:t>
        <w:br/>
        <w:t>f 16308/25182/20958 16313/25183/20959 16634/25488/21224</w:t>
        <w:br/>
        <w:t>f 16635/25490/21226 16308/25182/20958 16634/25488/21224</w:t>
        <w:br/>
        <w:t>f 15995/24871/20491 16018/24893/20695 16021/24896/20697</w:t>
        <w:br/>
        <w:t>f 15998/24874/20677 16662/25517/20476 15997/24875/20527</w:t>
        <w:br/>
        <w:t>f 16073/24951/20745 16078/24955/20749 16051/24931/20728</w:t>
        <w:br/>
        <w:t>f 16608/25466/21207 16077/24956/20750 16078/24955/20749</w:t>
        <w:br/>
        <w:t>f 16073/24951/20745 16608/25466/21207 16078/24955/20749</w:t>
        <w:br/>
        <w:t>f 16095/24969/20763 16092/24972/20766 16079/24954/20748</w:t>
        <w:br/>
        <w:t>f 16008/24884/20686 16005/24881/20683 16015/24891/20693</w:t>
        <w:br/>
        <w:t>f 16288/25159/20935 16008/24884/20686 16015/24891/20693</w:t>
        <w:br/>
        <w:t>f 16005/24881/20683 16006/24880/20682 16014/24892/20694</w:t>
        <w:br/>
        <w:t>f 16015/24891/20693 16005/24881/20683 16014/24892/20694</w:t>
        <w:br/>
        <w:t>f 15990/24866/20672 15991/24865/20671 16014/24892/20694</w:t>
        <w:br/>
        <w:t>f 16119/24996/20787 15990/24866/20672 16014/24892/20694</w:t>
        <w:br/>
        <w:t>f 16664/25518/21252 16663/25519/21253 15993/24869/21254</w:t>
        <w:br/>
        <w:t>f 16001/24878/20680 16665/25520/21255 15989/24867/20673</w:t>
        <w:br/>
        <w:t>f 15990/24866/20672 16001/24878/20680 15989/24867/20673</w:t>
        <w:br/>
        <w:t>f 15990/24866/20672 16119/24996/20787 16146/25023/20811</w:t>
        <w:br/>
        <w:t>f 16001/24878/20680 15990/24866/20672 16146/25023/20811</w:t>
        <w:br/>
        <w:t>f 16146/25023/20811 16131/25008/20797 16666/25521/21256</w:t>
        <w:br/>
        <w:t>f 16037/24914/20715 16146/25023/20811 16666/25521/21256</w:t>
        <w:br/>
        <w:t>f 16031/24907/20708 16024/24900/20701 16037/24914/20715</w:t>
        <w:br/>
        <w:t>f 16666/25521/21256 16031/24907/20708 16037/24914/20715</w:t>
        <w:br/>
        <w:t>f 16665/25520/21255 16001/24878/20680 16002/24877/20679</w:t>
        <w:br/>
        <w:t>f 16667/25522/21209 16665/25520/21255 16002/24877/20679</w:t>
        <w:br/>
        <w:t>f 16666/25521/21256 16131/25008/20797 16076/24952/20746</w:t>
        <w:br/>
        <w:t>f 16056/24933/20729 16666/25521/21256 16076/24952/20746</w:t>
        <w:br/>
        <w:t>f 16087/24963/20757 16075/24953/20747 16076/24952/20746</w:t>
        <w:br/>
        <w:t>f 16091/24965/20759 16087/24963/20757 16076/24952/20746</w:t>
        <w:br/>
        <w:t>f 16031/24907/20708 16666/25521/21256 16056/24933/20729</w:t>
        <w:br/>
        <w:t>f 16045/24921/20720 16031/24907/20708 16056/24933/20729</w:t>
        <w:br/>
        <w:t>f 16068/24944/20738 16065/24941/20736 16075/24953/20747</w:t>
        <w:br/>
        <w:t>f 16087/24963/20757 16068/24944/20738 16075/24953/20747</w:t>
        <w:br/>
        <w:t>f 16284/25156/20932 16288/25159/20935 16668/25523/20923</w:t>
        <w:br/>
        <w:t>f 16285/25155/20931 16284/25156/20932 16668/25523/20923</w:t>
        <w:br/>
        <w:t>f 16598/25458/20497 15986/24862/20669 15987/24861/20668</w:t>
        <w:br/>
        <w:t>f 16597/25459/20981 16598/25458/20497 15987/24861/20668</w:t>
        <w:br/>
        <w:t>f 16381/25251/21016 16380/25252/21017 16614/25468/21209</w:t>
        <w:br/>
        <w:t>f 16613/25469/21210 16381/25251/21016 16614/25468/21209</w:t>
        <w:br/>
        <w:t>f 16667/25522/21209 16378/25250/21015 16379/25249/21014</w:t>
        <w:br/>
        <w:t>f 16665/25520/21255 16667/25522/21209 16379/25249/21014</w:t>
        <w:br/>
        <w:t>f 16665/25520/21255 16379/25249/21014 16356/25226/20993</w:t>
        <w:br/>
        <w:t>f 15989/24867/20673 16665/25520/21255 16356/25226/20993</w:t>
        <w:br/>
        <w:t>f 16356/25226/20993 16340/25214/20982 15988/24868/20674</w:t>
        <w:br/>
        <w:t>f 15989/24867/20673 16356/25226/20993 15988/24868/20674</w:t>
        <w:br/>
        <w:t>f 16340/25214/20982 16341/25213/20981 15992/24870/20668</w:t>
        <w:br/>
        <w:t>f 15988/24868/20674 16340/25214/20982 15992/24870/20668</w:t>
        <w:br/>
        <w:t>f 16028/24904/20705 16039/24915/20716 16038/24916/20714</w:t>
        <w:br/>
        <w:t>f 16027/24905/20706 16028/24904/20705 16038/24916/20714</w:t>
        <w:br/>
        <w:t>f 16025/24899/20700 16034/24913/20714 16024/24900/20701</w:t>
        <w:br/>
        <w:t>f 16047/24927/20724 16048/24926/20721 16053/24929/20726</w:t>
        <w:br/>
        <w:t>f 16054/24928/20725 16047/24927/20724 16053/24929/20726</w:t>
        <w:br/>
        <w:t>f 16607/25465/21206 16032/24910/20711 16047/24927/20724</w:t>
        <w:br/>
        <w:t>f 16054/24928/20725 16607/25465/21206 16047/24927/20724</w:t>
        <w:br/>
        <w:t>f 16032/24910/20711 16607/25465/21206 16039/24915/20716</w:t>
        <w:br/>
        <w:t>f 16028/24904/20705 16032/24910/20711 16039/24915/20716</w:t>
        <w:br/>
        <w:t>f 16061/24937/20733 16073/24951/20745 16074/24950/20744</w:t>
        <w:br/>
        <w:t>f 16060/24938/20734 16061/24937/20733 16074/24950/20744</w:t>
        <w:br/>
        <w:t>f 16071/24949/21257 16669/25524/21258 16065/24941/20736</w:t>
        <w:br/>
        <w:t>f 16066/24940/20734 16071/24949/21257 16065/24941/20736</w:t>
        <w:br/>
        <w:t>f 16080/24960/20754 16081/24959/20753 16167/25037/20823</w:t>
        <w:br/>
        <w:t>f 16168/25036/20822 16080/24960/20754 16167/25037/20823</w:t>
        <w:br/>
        <w:t>f 16168/25036/20822 16608/25466/21207 16069/24947/20741</w:t>
        <w:br/>
        <w:t>f 16080/24960/20754 16168/25036/20822 16069/24947/20741</w:t>
        <w:br/>
        <w:t>f 16069/24947/20741 16608/25466/21207 16073/24951/20745</w:t>
        <w:br/>
        <w:t>f 16061/24937/20733 16069/24947/20741 16073/24951/20745</w:t>
        <w:br/>
        <w:t>f 16274/25146/20923 16275/25145/20922 16287/25157/20933</w:t>
        <w:br/>
        <w:t>f 16286/25158/20934 16274/25146/20923 16287/25157/20933</w:t>
        <w:br/>
        <w:t>f 16594/25455/21199 16243/25115/20894 16244/25114/20893</w:t>
        <w:br/>
        <w:t>f 16596/25457/20899 16594/25455/21199 16244/25114/20893</w:t>
        <w:br/>
        <w:t>f 16594/25455/21199 16595/25454/21198 16269/25140/20917</w:t>
        <w:br/>
        <w:t>f 16243/25115/20894 16594/25455/21199 16269/25140/20917</w:t>
        <w:br/>
        <w:t>f 16595/25454/21198 16287/25157/20933 16275/25145/20922</w:t>
        <w:br/>
        <w:t>f 16269/25140/20917 16595/25454/21198 16275/25145/20922</w:t>
        <w:br/>
        <w:t>f 16250/25123/20900 16251/25122/20899 16245/25116/20893</w:t>
        <w:br/>
        <w:t>f 16007/24885/20687 16250/25123/20900 16245/25116/20893</w:t>
        <w:br/>
        <w:t>f 16045/24921/20720 16056/24933/20729 16057/24932/20726</w:t>
        <w:br/>
        <w:t>f 16044/24922/20721 16045/24921/20720 16057/24932/20726</w:t>
        <w:br/>
        <w:t>f 16193/25064/20848 16102/24982/20776 16196/25068/20851</w:t>
        <w:br/>
        <w:t>f 16220/25090/20871 16193/25064/20848 16196/25068/20851</w:t>
        <w:br/>
        <w:t>f 16660/25515/21251 16206/25077/20860 16224/25096/20877</w:t>
        <w:br/>
        <w:t>f 16658/25514/21250 16660/25515/21251 16224/25096/20877</w:t>
        <w:br/>
        <w:t>f 16224/25096/20877 16226/25097/20878 16657/25511/21247</w:t>
        <w:br/>
        <w:t>f 16658/25514/21250 16224/25096/20877 16657/25511/21247</w:t>
        <w:br/>
        <w:t>f 16226/25097/20878 16178/25051/20829 16656/25512/21248</w:t>
        <w:br/>
        <w:t>f 16657/25511/21247 16226/25097/20878 16656/25512/21248</w:t>
        <w:br/>
        <w:t>f 16175/25047/20832 16170/25044/20829 16171/25043/20828</w:t>
        <w:br/>
        <w:t>f 16174/25048/20833 16175/25047/20832 16171/25043/20828</w:t>
        <w:br/>
        <w:t>f 16174/25048/20833 16171/25043/20828 16181/25053/20837</w:t>
        <w:br/>
        <w:t>f 16184/25054/20838 16174/25048/20833 16181/25053/20837</w:t>
        <w:br/>
        <w:t>f 16184/25054/20838 16181/25053/20837 16204/25074/20857</w:t>
        <w:br/>
        <w:t>f 16215/25085/20867 16184/25054/20838 16204/25074/20857</w:t>
        <w:br/>
        <w:t>f 16204/25074/20857 16203/25075/20858 16223/25093/20874</w:t>
        <w:br/>
        <w:t>f 16215/25085/20867 16204/25074/20857 16223/25093/20874</w:t>
        <w:br/>
        <w:t>f 16206/25077/20860 16660/25515/21251 16661/25516/20874</w:t>
        <w:br/>
        <w:t>f 16205/25078/20858 16206/25077/20860 16661/25516/20874</w:t>
        <w:br/>
        <w:t>f 16338/25208/20978 16599/25460/21201 16638/25493/21229</w:t>
        <w:br/>
        <w:t>f 16640/25495/21231 16398/25269/21032 16372/25242/21009</w:t>
        <w:br/>
        <w:t>f 16248/25118/20896 16635/25490/21226 16630/25485/21221</w:t>
        <w:br/>
        <w:t>f 15998/24874/20677 16039/24915/20716 16147/25024/20812</w:t>
        <w:br/>
        <w:t>f 16041/24918/20473 16662/25517/20476 15998/24874/20677</w:t>
        <w:br/>
        <w:t>f 16058/24935/20731 16148/25025/20813 16051/24931/20728</w:t>
        <w:br/>
        <w:t>f 16090/24966/20760 16091/24965/20759 16076/24952/20746</w:t>
        <w:br/>
        <w:t>f 16055/24934/20730 16056/24933/20729 16076/24952/20746</w:t>
        <w:br/>
        <w:t>f 16146/25023/20811 16037/24914/20715 16035/24912/20713</w:t>
        <w:br/>
        <w:t>f 16014/24892/20694 15991/24865/20671 16663/25519/21259</w:t>
        <w:br/>
        <w:t>f 16278/25148/20925 16632/25487/21223 16633/25489/21225</w:t>
        <w:br/>
        <w:t>f 16641/25496/21232 16348/25222/20990 16349/25221/20989</w:t>
        <w:br/>
        <w:t>f 16643/25498/21234 16384/25254/21019 16394/25263/21026</w:t>
        <w:br/>
        <w:t>f 16636/25491/21227 16310/25180/20956 16270/25144/20921</w:t>
        <w:br/>
        <w:t>f 16294/25166/20942 16295/25165/20941 16324/25195/20968</w:t>
        <w:br/>
        <w:t>f 16307/25177/20953 16294/25166/20942 16324/25195/20968</w:t>
        <w:br/>
        <w:t>f 16647/25502/21238 16442/25312/21067 16462/25334/21089</w:t>
        <w:br/>
        <w:t>f 16475/25345/21100 16649/25504/21240 16484/25356/21110</w:t>
        <w:br/>
        <w:t>f 16644/25499/21235 16430/25300/21058 16444/25315/21070</w:t>
        <w:br/>
        <w:t>f 16467/25337/21092 16646/25501/21237 16481/25352/21106</w:t>
        <w:br/>
        <w:t>f 16650/25505/21241 16509/25379/21129 16554/25425/21174</w:t>
        <w:br/>
        <w:t>f 16535/25407/21156 16652/25507/21243 16544/25415/21164</w:t>
        <w:br/>
        <w:t>f 16653/25508/21244 16516/25386/21135 16532/25404/21153</w:t>
        <w:br/>
        <w:t>f 16540/25410/21159 16655/25510/21246 16548/25420/21169</w:t>
        <w:br/>
        <w:t>f 16042/24917/20717 16058/24935/20731 16092/24972/20766</w:t>
        <w:br/>
        <w:t>f 16092/24972/20766 16058/24935/20731 16079/24954/20748</w:t>
        <w:br/>
        <w:t>f 16096/24976/20770 16218/25088/20869 16592/25453/21197</w:t>
        <w:br/>
        <w:t>f 16099/24973/20767 16096/24976/20770 16592/25453/21197</w:t>
        <w:br/>
        <w:t>f 16100/24978/20772 16217/25089/20870 16218/25088/20869</w:t>
        <w:br/>
        <w:t>f 16096/24976/20770 16100/24978/20772 16218/25088/20869</w:t>
        <w:br/>
        <w:t>f 16108/24984/20778 16109/24983/20777 16217/25089/20870</w:t>
        <w:br/>
        <w:t>f 16100/24978/20772 16108/24984/20778 16217/25089/20870</w:t>
        <w:br/>
        <w:t>f 16002/24877/20679 16000/24879/20681 16689/25525/21260</w:t>
        <w:br/>
        <w:t>f 16690/25526/21261 16055/24934/20730 16075/24953/20747</w:t>
        <w:br/>
        <w:t>f 16057/24932/20726 16055/24934/20730 16691/25527/21262</w:t>
        <w:br/>
        <w:t>f 15993/24869/20670 16013/24888/20690 15991/24865/20671</w:t>
        <w:br/>
        <w:t>f 16013/24888/20690 16011/24890/20692 16015/24891/20693</w:t>
        <w:br/>
        <w:t>f 16011/24890/21263 16668/25523/20923 16288/25159/20935</w:t>
        <w:br/>
        <w:t>f 16692/25528/21264 16011/24890/21263 16288/25159/20935</w:t>
        <w:br/>
        <w:t>f 16004/24882/20684 16169/25040/20820 16577/25448/21194</w:t>
        <w:br/>
        <w:t>f 16118/24997/20788 16119/24996/20787 16014/24892/20694</w:t>
        <w:br/>
        <w:t>f 16120/24995/20786 16131/25008/20797 16146/25023/20811</w:t>
        <w:br/>
        <w:t>f 16164/25035/20821 16017/24894/20507 16123/24999/20790</w:t>
        <w:br/>
        <w:t>f 16180/25049/20834 16178/25051/20829 16226/25097/20878</w:t>
        <w:br/>
        <w:t>f 16207/25076/20859 16205/25078/20858 16602/25464/21205</w:t>
        <w:br/>
        <w:t>f 16694/25529/21265 16332/25203/20973 16693/25530/21266</w:t>
        <w:br/>
        <w:t>f 16335/25205/20975 16266/25139/20916 16334/25206/20976</w:t>
        <w:br/>
        <w:t>f 16326/25199/20970 16327/25198/20967 16695/25531/21267</w:t>
        <w:br/>
        <w:t>f 16697/25532/21268 16326/25199/20970 16696/25533/21269</w:t>
        <w:br/>
        <w:t>f 16326/25199/20970 16695/25531/21267 16698/25534/21270</w:t>
        <w:br/>
        <w:t>f 16696/25533/21269 16326/25199/20970 16698/25534/21270</w:t>
        <w:br/>
        <w:t>f 16331/25204/20974 16332/25203/20973 16699/25535/21271</w:t>
        <w:br/>
        <w:t>f 16693/25530/21266 16332/25203/20973 16333/25202/20972</w:t>
        <w:br/>
        <w:t>f 16328/25197/20965 16326/25199/20970 16329/25201/20971</w:t>
        <w:br/>
        <w:t>f 16330/25200/20969 16326/25199/20970 16697/25532/21268</w:t>
        <w:br/>
        <w:t>f 16272/25142/20919 16700/25536/21272 16295/25165/20941</w:t>
        <w:br/>
        <w:t>f 16295/25165/20941 16700/25536/21272 16323/25196/20969</w:t>
        <w:br/>
        <w:t>f 16330/25200/20969 16701/25537/21273 16329/25201/20971</w:t>
        <w:br/>
        <w:t>f 16329/25201/20971 16701/25537/21273 16702/25538/21274</w:t>
        <w:br/>
        <w:t>f 16273/25141/20918 16703/25539/21275 16272/25142/20919</w:t>
        <w:br/>
        <w:t>f 16705/25540/20919 16704/25541/21276 16702/25538/21274</w:t>
        <w:br/>
        <w:t>f 16329/25201/20971 16704/25541/21276 16328/25197/20965</w:t>
        <w:br/>
        <w:t>f 16322/25190/20965 16703/25539/21275 16273/25141/20918</w:t>
        <w:br/>
        <w:t>f 16702/25538/21274 16701/25537/21273 16705/25540/20919</w:t>
        <w:br/>
        <w:t>f 16702/25538/21274 16704/25541/21276 16329/25201/20971</w:t>
        <w:br/>
        <w:t>f 16266/25139/20916 16267/25138/20915 16706/25542/20910</w:t>
        <w:br/>
        <w:t>f 16334/25206/20976 16266/25139/20916 16706/25542/20910</w:t>
        <w:br/>
        <w:t>f 16382/25256/21021 16707/25543/21277 16418/25288/21048</w:t>
        <w:br/>
        <w:t>f 16412/25283/21044 16420/25292/21050 16708/25544/21278</w:t>
        <w:br/>
        <w:t>f 16350/25220/20988 16709/25545/21042 16367/25237/21004</w:t>
        <w:br/>
        <w:t>f 16411/25280/21042 16419/25293/21051 16420/25292/21050</w:t>
        <w:br/>
        <w:t>f 16709/25545/21042 16350/25220/20988 16414/25286/21047</w:t>
        <w:br/>
        <w:t>f 16707/25543/21277 16382/25256/21021 16367/25237/21004</w:t>
        <w:br/>
        <w:t>f 16412/25283/21044 16410/25281/21043 16420/25292/21050</w:t>
        <w:br/>
        <w:t>f 16410/25281/21043 16411/25280/21042 16420/25292/21050</w:t>
        <w:br/>
        <w:t>f 16427/25297/21055 16710/25546/21003 16426/25298/21056</w:t>
        <w:br/>
        <w:t>f 16710/25546/21003 16711/25547/21279 16416/25284/21280</w:t>
        <w:br/>
        <w:t>f 16426/25298/21056 16710/25546/21003 16712/25548/21000</w:t>
        <w:br/>
        <w:t>f 16710/25546/21003 16416/25284/21280 16712/25548/21000</w:t>
        <w:br/>
        <w:t>f 16713/25549/21281 16708/25544/21278 16420/25292/21050</w:t>
        <w:br/>
        <w:t>f 16423/25295/21053 16713/25549/21281 16420/25292/21050</w:t>
        <w:br/>
        <w:t>f 16420/25292/21050 16421/25291/21049 16424/25294/21052</w:t>
        <w:br/>
        <w:t>f 16363/25236/21003 16364/25235/21002 16714/25550/21282</w:t>
        <w:br/>
        <w:t>f 16425/25296/21054 16363/25236/21003 16715/25551/21283</w:t>
        <w:br/>
        <w:t>f 16717/25552/21121 16716/25553/21284 16501/25373/21124</w:t>
        <w:br/>
        <w:t>f 16495/25366/21119 16498/25370/21121 16485/25355/21109</w:t>
        <w:br/>
        <w:t>f 16719/25554/21285 16716/25553/21284 16718/25555/21087</w:t>
        <w:br/>
        <w:t>f 16501/25373/21124 16720/25556/21286 16500/25374/21120</w:t>
        <w:br/>
        <w:t>f 16720/25556/21286 16719/25554/21285 16718/25555/21087</w:t>
        <w:br/>
        <w:t>f 16461/25335/21090 16721/25557/21287 16464/25332/21087</w:t>
        <w:br/>
        <w:t>f 16721/25557/21287 16461/25335/21090 16496/25368/21120</w:t>
        <w:br/>
        <w:t>f 16716/25553/21284 16719/25554/21285 16501/25373/21124</w:t>
        <w:br/>
        <w:t>f 16719/25554/21285 16720/25556/21286 16501/25373/21124</w:t>
        <w:br/>
        <w:t>f 16722/25558/21288 16717/25552/21121 16501/25373/21124</w:t>
        <w:br/>
        <w:t>f 16505/25375/21125 16722/25558/21288 16501/25373/21124</w:t>
        <w:br/>
        <w:t>f 16501/25373/21124 16502/25372/21123 16504/25376/21126</w:t>
        <w:br/>
        <w:t>f 16627/25480/21216 16723/25559/21289 16626/25481/21217</w:t>
        <w:br/>
        <w:t>f 16455/25324/21079 16453/25326/21081 16724/25560/21290</w:t>
        <w:br/>
        <w:t>f 16723/25559/21289 16627/25480/21216 16628/25484/21220</w:t>
        <w:br/>
        <w:t>f 16724/25560/21290 16453/25326/21081 16725/25561/21291</w:t>
        <w:br/>
        <w:t>f 16453/25326/21081 16454/25325/21080 16726/25562/21292</w:t>
        <w:br/>
        <w:t>f 16728/25563/21293 16563/25432/21179 16727/25564/21294</w:t>
        <w:br/>
        <w:t>f 16729/25565/21179 16549/25419/21168 16534/25402/21151</w:t>
        <w:br/>
        <w:t>f 16729/25565/21179 16568/25439/21186 16549/25419/21168</w:t>
        <w:br/>
        <w:t>f 16565/25437/21184 16560/25431/21178 16531/25405/21154</w:t>
        <w:br/>
        <w:t>f 16730/25566/21295 16569/25443/21296 16562/25433/21180</w:t>
        <w:br/>
        <w:t>f 16730/25566/21295 16728/25563/21293 16727/25564/21294</w:t>
        <w:br/>
        <w:t>f 16562/25433/21180 16571/25441/21297 16573/25445/21191</w:t>
        <w:br/>
        <w:t>f 16731/25567/21298 16561/25434/21181 16562/25433/21180</w:t>
        <w:br/>
        <w:t>f 16574/25444/21190 16731/25567/21298 16562/25433/21180</w:t>
        <w:br/>
        <w:t>f 16622/25475/21143 16732/25568/21299 16621/25476/21213</w:t>
        <w:br/>
        <w:t>f 16733/25569/21300 16526/25399/21148 16731/25567/21301</w:t>
        <w:br/>
        <w:t>f 16732/25568/21299 16622/25475/21143 16623/25479/21215</w:t>
        <w:br/>
        <w:t>f 16526/25399/21148 16733/25569/21300 16528/25397/21146</w:t>
        <w:br/>
        <w:t>f 16526/25399/21148 16527/25398/21147 16572/25440/21302</w:t>
        <w:br/>
        <w:t>f 16563/25432/21179 16728/25563/21293 16562/25433/21180</w:t>
        <w:br/>
        <w:t>f 16728/25563/21293 16730/25566/21295 16562/25433/21180</w:t>
        <w:br/>
        <w:t>f 16735/25570/20881 16734/25571/21303 16199/25070/20853</w:t>
        <w:br/>
        <w:t>f 16231/25099/20880 16736/25572/21304 16230/25100/20881</w:t>
        <w:br/>
        <w:t>f 16736/25572/21304 16231/25099/20880 16659/25513/21249</w:t>
        <w:br/>
        <w:t>f 16734/25571/21303 16737/25573/21305 16199/25070/20853</w:t>
        <w:br/>
        <w:t>f 16236/25108/20854 16738/25574/21306 16235/25109/20888</w:t>
        <w:br/>
        <w:t>f 16235/25109/20888 16738/25574/21306 16659/25513/21249</w:t>
        <w:br/>
        <w:t>f 16739/25575/21307 16199/25070/20853 16737/25573/21305</w:t>
        <w:br/>
        <w:t>f 16739/25575/21307 16198/25071/20854 16199/25070/20853</w:t>
        <w:br/>
        <w:t>f 16739/25575/21307 16737/25573/21305 16740/25576/21308</w:t>
        <w:br/>
        <w:t>f 16737/25573/21305 16734/25571/21303 16740/25576/21308</w:t>
        <w:br/>
        <w:t>f 16741/25577/21309 16735/25570/20881 16199/25070/20853</w:t>
        <w:br/>
        <w:t>f 16213/25083/20865 16741/25577/21309 16199/25070/20853</w:t>
        <w:br/>
        <w:t>f 16199/25070/20853 16191/25060/20844 16189/25062/20846</w:t>
        <w:br/>
        <w:t>f 16743/25578/20843 16239/25111/20890 16240/25110/20889</w:t>
        <w:br/>
        <w:t>f 16742/25579/20884 16743/25578/20843 16240/25110/20889</w:t>
        <w:br/>
        <w:t>f 16745/25580/21310 16242/25112/20840 16743/25578/21311</w:t>
        <w:br/>
        <w:t>f 16744/25581/21312 16745/25580/21310 16743/25578/21311</w:t>
        <w:br/>
        <w:t>f 16190/25061/20845 16191/25060/20844 16200/25069/20852</w:t>
        <w:br/>
        <w:t>f 16190/25061/20845 16213/25083/21313 16189/25062/20846</w:t>
        <w:br/>
        <w:t>f 16092/24972/20766 16116/24994/20469 16042/24917/20717</w:t>
        <w:br/>
        <w:t>f 17175/25582/20643 17174/25583/21314 17173/25584/20640</w:t>
        <w:br/>
        <w:t>f 17177/25585/21315 17176/25586/21316 17174/25583/21314</w:t>
        <w:br/>
        <w:t>f 17175/25582/20643 17177/25585/21315 17174/25583/21314</w:t>
        <w:br/>
        <w:t>f 17184/25587/21317 17183/25588/21318 17182/25589/20620</w:t>
        <w:br/>
        <w:t>f 17181/25590/20622 17184/25587/21317 17182/25589/20620</w:t>
        <w:br/>
        <w:t>f 17188/25591/21319 17187/25592/21320 17186/25593/21321</w:t>
        <w:br/>
        <w:t>f 17185/25594/21322 17188/25591/21319 17186/25593/21321</w:t>
        <w:br/>
        <w:t>f 17190/25595/21323 17189/25596/21324 17187/25592/21320</w:t>
        <w:br/>
        <w:t>f 17188/25591/21319 17190/25595/21323 17187/25592/21320</w:t>
        <w:br/>
        <w:t>f 17182/25589/20620 17183/25588/21318 17192/25597/21325</w:t>
        <w:br/>
        <w:t>f 17191/25598/21326 17182/25589/20620 17192/25597/21325</w:t>
        <w:br/>
        <w:t>f 17196/25599/21327 17195/25600/21328 17194/25601/20652</w:t>
        <w:br/>
        <w:t>f 17193/25602/21329 17196/25599/21327 17194/25601/20652</w:t>
        <w:br/>
        <w:t>f 17199/25603/21330 17198/25604/21331 17197/25605/21332</w:t>
        <w:br/>
        <w:t>f 17203/25606/21333 17202/25607/21334 17201/25608/21335</w:t>
        <w:br/>
        <w:t>f 17200/25609/21336 17203/25606/21333 17201/25608/21335</w:t>
        <w:br/>
        <w:t>f 17200/25609/21336 17201/25608/21335 17205/25610/21337</w:t>
        <w:br/>
        <w:t>f 17204/25611/21338 17200/25609/21336 17205/25610/21337</w:t>
        <w:br/>
        <w:t>f 17192/25597/21325 17207/25612/21339 17206/25613/21340</w:t>
        <w:br/>
        <w:t>f 17191/25598/21326 17192/25597/21325 17206/25613/21340</w:t>
        <w:br/>
        <w:t>f 17210/25614/21341 17209/25615/21342 17208/25616/21343</w:t>
        <w:br/>
        <w:t>f 17212/25617/21344 17210/25614/21341 17211/25618/21345</w:t>
        <w:br/>
        <w:t>f 17215/25619/21346 17214/25620/21347 17213/25621/20634</w:t>
        <w:br/>
        <w:t>f 17218/25622/21348 17206/25613/21340 17217/25623/21349</w:t>
        <w:br/>
        <w:t>f 17216/25624/21350 17218/25622/21348 17217/25623/21349</w:t>
        <w:br/>
        <w:t>f 17222/25625/21351 17221/25626/21352 17220/25627/21353</w:t>
        <w:br/>
        <w:t>f 17219/25628/21354 17222/25625/21351 17220/25627/21353</w:t>
        <w:br/>
        <w:t>f 17226/25629/21355 17225/25630/21356 17224/25631/21351</w:t>
        <w:br/>
        <w:t>f 17223/25632/21357 17226/25629/21355 17224/25631/21351</w:t>
        <w:br/>
        <w:t>f 17219/25628/21354 17220/25627/21353 17228/25633/21358</w:t>
        <w:br/>
        <w:t>f 17227/25634/21359 17219/25628/21354 17228/25633/21358</w:t>
        <w:br/>
        <w:t>f 17230/25635/21360 17226/25629/21355 17223/25632/21357</w:t>
        <w:br/>
        <w:t>f 17229/25636/21361 17230/25635/21360 17223/25632/21357</w:t>
        <w:br/>
        <w:t>f 17233/25637/21362 17232/25638/21363 17231/25639/21364</w:t>
        <w:br/>
        <w:t>f 17219/25628/21354 17234/25640/21365 17231/25639/21364</w:t>
        <w:br/>
        <w:t>f 17232/25638/21363 17219/25628/21354 17231/25639/21364</w:t>
        <w:br/>
        <w:t>f 17236/25641/21366 17235/25642/21367 17196/25599/21327</w:t>
        <w:br/>
        <w:t>f 17193/25602/21329 17236/25641/21366 17196/25599/21327</w:t>
        <w:br/>
        <w:t>f 17239/25643/20601 17238/25644/21368 17237/25645/20599</w:t>
        <w:br/>
        <w:t>f 17243/25646/21369 17242/25647/21370 17241/25648/21371</w:t>
        <w:br/>
        <w:t>f 17240/25649/21372 17243/25646/21369 17241/25648/21371</w:t>
        <w:br/>
        <w:t>f 17247/25650/21373 17246/25651/21374 17245/25652/21371</w:t>
        <w:br/>
        <w:t>f 17244/25653/21370 17247/25650/21373 17245/25652/21371</w:t>
        <w:br/>
        <w:t>f 17240/25649/21372 17227/25634/21359 17228/25633/21358</w:t>
        <w:br/>
        <w:t>f 17243/25646/21369 17240/25649/21372 17228/25633/21358</w:t>
        <w:br/>
        <w:t>f 17230/25635/21360 17229/25636/21361 17246/25651/21374</w:t>
        <w:br/>
        <w:t>f 17247/25650/21373 17230/25635/21360 17246/25651/21374</w:t>
        <w:br/>
        <w:t>f 17251/25654/21375 17250/25655/21376 17249/25656/21377</w:t>
        <w:br/>
        <w:t>f 17248/25657/21378 17251/25654/21375 17249/25656/21377</w:t>
        <w:br/>
        <w:t>f 17254/25658/21379 17253/25659/21380 17252/25660/21381</w:t>
        <w:br/>
        <w:t>f 17238/25644/21368 17239/25643/20601 17255/25661/21382</w:t>
        <w:br/>
        <w:t>f 17259/25662/21383 17258/25663/21384 17257/25664/21385</w:t>
        <w:br/>
        <w:t>f 17256/25665/21386 17259/25662/21383 17257/25664/21385</w:t>
        <w:br/>
        <w:t>f 17263/25666/21387 17262/25667/21388 17261/25668/21389</w:t>
        <w:br/>
        <w:t>f 17260/25669/21390 17263/25666/21387 17261/25668/21389</w:t>
        <w:br/>
        <w:t>f 17260/25669/21390 17261/25668/21389 17265/25670/21391</w:t>
        <w:br/>
        <w:t>f 17264/25671/21392 17260/25669/21390 17265/25670/21391</w:t>
        <w:br/>
        <w:t>f 17267/25672/21393 17259/25662/21383 17256/25665/21386</w:t>
        <w:br/>
        <w:t>f 17266/25673/21394 17267/25672/21393 17256/25665/21386</w:t>
        <w:br/>
        <w:t>f 17269/25674/21395 17268/25675/21396 17253/25659/21380</w:t>
        <w:br/>
        <w:t>f 17249/25656/21377 17250/25655/21376 17271/25676/21397</w:t>
        <w:br/>
        <w:t>f 17270/25677/21396 17249/25656/21377 17271/25676/21397</w:t>
        <w:br/>
        <w:t>f 17253/25659/21380 17273/25678/21398 17272/25679/21399</w:t>
        <w:br/>
        <w:t>f 17276/25680/21400 17275/25681/21401 17274/25682/21402</w:t>
        <w:br/>
        <w:t>f 17255/25661/21382 17276/25680/21400 17274/25682/21402</w:t>
        <w:br/>
        <w:t>f 17280/25683/21403 17279/25684/21404 17278/25685/21405</w:t>
        <w:br/>
        <w:t>f 17277/25686/21406 17280/25683/21403 17278/25685/21405</w:t>
        <w:br/>
        <w:t>f 17282/25687/21407 17281/25688/21408 17277/25686/21406</w:t>
        <w:br/>
        <w:t>f 17278/25685/21405 17282/25687/21407 17277/25686/21406</w:t>
        <w:br/>
        <w:t>f 17282/25687/21407 17264/25671/21392 17265/25670/21391</w:t>
        <w:br/>
        <w:t>f 17281/25688/21408 17282/25687/21407 17265/25670/21391</w:t>
        <w:br/>
        <w:t>f 17279/25684/21404 17280/25683/21403 17267/25672/21393</w:t>
        <w:br/>
        <w:t>f 17266/25673/21394 17279/25684/21404 17267/25672/21393</w:t>
        <w:br/>
        <w:t>f 17282/25687/21407 17284/25689/21409 17283/25690/21410</w:t>
        <w:br/>
        <w:t>f 17264/25671/21392 17282/25687/21407 17283/25690/21410</w:t>
        <w:br/>
        <w:t>f 17288/25691/21411 17287/25692/21412 17286/25693/21413</w:t>
        <w:br/>
        <w:t>f 17285/25694/21414 17288/25691/21411 17286/25693/21413</w:t>
        <w:br/>
        <w:t>f 17292/25695/21415 17291/25696/21416 17290/25697/21417</w:t>
        <w:br/>
        <w:t>f 17289/25698/21418 17292/25695/21415 17290/25697/21417</w:t>
        <w:br/>
        <w:t>f 17296/25699/21419 17295/25700/21420 17294/25701/21421</w:t>
        <w:br/>
        <w:t>f 17293/25702/21422 17296/25699/21419 17294/25701/21421</w:t>
        <w:br/>
        <w:t>f 17295/25700/21420 17298/25703/21423 17297/25704/21424</w:t>
        <w:br/>
        <w:t>f 17294/25701/21421 17295/25700/21420 17297/25704/21424</w:t>
        <w:br/>
        <w:t>f 17302/25705/21425 17301/25706/21426 17300/25707/21427</w:t>
        <w:br/>
        <w:t>f 17299/25708/21428 17302/25705/21425 17300/25707/21427</w:t>
        <w:br/>
        <w:t>f 17306/25709/21429 17305/25710/21430 17304/25711/21431</w:t>
        <w:br/>
        <w:t>f 17303/25712/21432 17306/25709/21429 17304/25711/21431</w:t>
        <w:br/>
        <w:t>f 17309/25713/21433 17308/25714/21434 17307/25715/21435</w:t>
        <w:br/>
        <w:t>f 17311/25716/21431 17310/25717/21436 17308/25714/21437</w:t>
        <w:br/>
        <w:t>f 17303/25712/21432 17297/25704/21424 17298/25703/21423</w:t>
        <w:br/>
        <w:t>f 17309/25713/21433 17312/25718/21438 17308/25714/21434</w:t>
        <w:br/>
        <w:t>f 17314/25719/20598 17291/25696/21416 17313/25720/21439</w:t>
        <w:br/>
        <w:t>f 17317/25721/21440 17316/25722/21441 17315/25723/21442</w:t>
        <w:br/>
        <w:t>f 17321/25724/21443 17320/25725/21444 17319/25726/21445</w:t>
        <w:br/>
        <w:t>f 17318/25727/21446 17321/25724/21443 17319/25726/21445</w:t>
        <w:br/>
        <w:t>f 17320/25725/21444 17321/25724/21443 17323/25728/21447</w:t>
        <w:br/>
        <w:t>f 17322/25729/21448 17320/25725/21444 17323/25728/21447</w:t>
        <w:br/>
        <w:t>f 17326/25730/21449 17325/25731/21450 17324/25732/21448</w:t>
        <w:br/>
        <w:t>f 17327/25733/21451 17326/25730/21449 17324/25732/21448</w:t>
        <w:br/>
        <w:t>f 17285/25694/21414 17328/25734/21452 17272/25679/21399</w:t>
        <w:br/>
        <w:t>f 17332/25735/21453 17331/25736/20648 17330/25737/20641</w:t>
        <w:br/>
        <w:t>f 17329/25738/21454 17332/25735/21453 17330/25737/20641</w:t>
        <w:br/>
        <w:t>f 17334/25739/20649 17331/25736/20648 17332/25735/21453</w:t>
        <w:br/>
        <w:t>f 17333/25740/21455 17334/25739/20649 17332/25735/21453</w:t>
        <w:br/>
        <w:t>f 17333/25740/21455 17335/25741/21456 17334/25739/20649</w:t>
        <w:br/>
        <w:t>f 17337/25742/21457 17336/25743/21458 17335/25741/21456</w:t>
        <w:br/>
        <w:t>f 17333/25740/21455 17337/25742/21457 17335/25741/21456</w:t>
        <w:br/>
        <w:t>f 17335/25741/21456 17336/25743/21458 17314/25719/20598</w:t>
        <w:br/>
        <w:t>f 17338/25744/21459 17337/25742/21457 17333/25740/21455</w:t>
        <w:br/>
        <w:t>f 17332/25735/21453 17338/25744/21459 17333/25740/21455</w:t>
        <w:br/>
        <w:t>f 17339/25745/21460 17176/25586/21316 17294/25701/21421</w:t>
        <w:br/>
        <w:t>f 17297/25704/21424 17339/25745/21460 17294/25701/21421</w:t>
        <w:br/>
        <w:t>f 17176/25586/21316 17177/25585/21315 17293/25702/21422</w:t>
        <w:br/>
        <w:t>f 17294/25701/21421 17176/25586/21316 17293/25702/21422</w:t>
        <w:br/>
        <w:t>f 17297/25704/21424 17303/25712/21432 17340/25746/21461</w:t>
        <w:br/>
        <w:t>f 17339/25745/21460 17297/25704/21424 17340/25746/21461</w:t>
        <w:br/>
        <w:t>f 17342/25747/21462 17299/25708/21428 17300/25707/21427</w:t>
        <w:br/>
        <w:t>f 17341/25748/21463 17342/25747/21462 17300/25707/21427</w:t>
        <w:br/>
        <w:t>f 17329/25738/21454 17330/25737/20641 17173/25584/20640</w:t>
        <w:br/>
        <w:t>f 17174/25583/21314 17329/25738/21454 17173/25584/20640</w:t>
        <w:br/>
        <w:t>f 17316/25722/21441 17326/25730/21449 17202/25607/21334</w:t>
        <w:br/>
        <w:t>f 17203/25606/21333 17316/25722/21441 17202/25607/21334</w:t>
        <w:br/>
        <w:t>f 17315/25723/21442 17343/25749/21464 17317/25721/21440</w:t>
        <w:br/>
        <w:t>f 17191/25598/21326 17206/25613/21340 17218/25622/21348</w:t>
        <w:br/>
        <w:t>f 17193/25602/21329 17237/25645/20599 17344/25750/21465</w:t>
        <w:br/>
        <w:t>f 17250/25655/21376 17251/25654/21375 17345/25751/21466</w:t>
        <w:br/>
        <w:t>f 17320/25725/21444 17322/25729/21448 17346/25752/21467</w:t>
        <w:br/>
        <w:t>f 17308/25714/21434 17320/25725/21444 17346/25752/21467</w:t>
        <w:br/>
        <w:t>f 17339/25745/21460 17329/25738/21454 17174/25583/21314</w:t>
        <w:br/>
        <w:t>f 17176/25586/21316 17339/25745/21460 17174/25583/21314</w:t>
        <w:br/>
        <w:t>f 17347/25753/21468 17323/25728/21447 17321/25724/21443</w:t>
        <w:br/>
        <w:t>f 17326/25730/21449 17327/25733/21451 17348/25754/21469</w:t>
        <w:br/>
        <w:t>f 17202/25607/21334 17326/25730/21449 17348/25754/21469</w:t>
        <w:br/>
        <w:t>f 17341/25748/21463 17356/25755/21470 17355/25756/20658</w:t>
        <w:br/>
        <w:t>f 17342/25747/21462 17341/25748/21463 17355/25756/20658</w:t>
        <w:br/>
        <w:t>f 17360/25757/21471 17359/25758/21472 17358/25759/21473</w:t>
        <w:br/>
        <w:t>f 17357/25760/21474 17360/25757/21471 17358/25759/21473</w:t>
        <w:br/>
        <w:t>f 17347/25753/21468 17321/25724/21443 17318/25727/21446</w:t>
        <w:br/>
        <w:t>f 17361/25761/21475 17347/25753/21468 17318/25727/21446</w:t>
        <w:br/>
        <w:t>f 17365/25762/21476 17364/25763/21477 17363/25764/21478</w:t>
        <w:br/>
        <w:t>f 17362/25765/21479 17365/25762/21476 17363/25764/21478</w:t>
        <w:br/>
        <w:t>f 17362/25765/21479 17284/25689/21409 17282/25687/21407</w:t>
        <w:br/>
        <w:t>f 17278/25685/21405 17362/25765/21479 17282/25687/21407</w:t>
        <w:br/>
        <w:t>f 17363/25764/21478 17284/25689/21409 17362/25765/21479</w:t>
        <w:br/>
        <w:t>f 17287/25692/21412 17289/25698/21418 17290/25697/21417</w:t>
        <w:br/>
        <w:t>f 17286/25693/21413 17287/25692/21412 17290/25697/21417</w:t>
        <w:br/>
        <w:t>f 17205/25610/21337 17201/25608/21335 17366/25766/21472</w:t>
        <w:br/>
        <w:t>f 17370/25767/21480 17369/25768/21481 17368/25769/21482</w:t>
        <w:br/>
        <w:t>f 17367/25770/21483 17370/25767/21480 17368/25769/21482</w:t>
        <w:br/>
        <w:t>f 17374/25771/21484 17373/25772/21485 17372/25773/21486</w:t>
        <w:br/>
        <w:t>f 17371/25774/21487 17374/25771/21484 17372/25773/21486</w:t>
        <w:br/>
        <w:t>f 17377/25775/21488 17376/25776/21481 17375/25777/21489</w:t>
        <w:br/>
        <w:t>f 17368/25769/21482 17379/25778/21490 17378/25779/21491</w:t>
        <w:br/>
        <w:t>f 17367/25770/21483 17368/25769/21482 17378/25779/21491</w:t>
        <w:br/>
        <w:t>f 17381/25780/21492 17380/25781/21493 17373/25772/21485</w:t>
        <w:br/>
        <w:t>f 17374/25771/21484 17381/25780/21492 17373/25772/21485</w:t>
        <w:br/>
        <w:t>f 17385/25782/21494 17384/25783/21495 17383/25784/21496</w:t>
        <w:br/>
        <w:t>f 17382/25785/21497 17385/25782/21494 17383/25784/21496</w:t>
        <w:br/>
        <w:t>f 17388/25786/21498 17387/25787/21499 17386/25788/21500</w:t>
        <w:br/>
        <w:t>f 17391/25789/21501 17390/25790/21502 17389/25791/21503</w:t>
        <w:br/>
        <w:t>f 17392/25792/21504 17391/25789/21501 17389/25791/21503</w:t>
        <w:br/>
        <w:t>f 17394/25793/21422 17300/25707/21427 17301/25706/21426</w:t>
        <w:br/>
        <w:t>f 17393/25794/21505 17394/25793/21422 17301/25706/21426</w:t>
        <w:br/>
        <w:t>f 17397/25795/21506 17396/25796/21507 17395/25797/21508</w:t>
        <w:br/>
        <w:t>f 17388/25786/21498 17397/25795/21506 17395/25797/21508</w:t>
        <w:br/>
        <w:t>f 17399/25798/21509 17305/25710/21430 17306/25709/21429</w:t>
        <w:br/>
        <w:t>f 17398/25799/21510 17399/25798/21509 17306/25709/21429</w:t>
        <w:br/>
        <w:t>f 17401/25800/21511 17400/25801/21512 17399/25798/21509</w:t>
        <w:br/>
        <w:t>f 17398/25799/21510 17401/25800/21511 17399/25798/21509</w:t>
        <w:br/>
        <w:t>f 17404/25802/21513 17403/25803/21512 17402/25804/21514</w:t>
        <w:br/>
        <w:t>f 17379/25778/21490 17401/25800/21511 17398/25799/21510</w:t>
        <w:br/>
        <w:t>f 17378/25779/21491 17379/25778/21490 17398/25799/21510</w:t>
        <w:br/>
        <w:t>f 17406/25805/21515 17405/25806/21516 17383/25784/21496</w:t>
        <w:br/>
        <w:t>f 17384/25783/21495 17406/25805/21515 17383/25784/21496</w:t>
        <w:br/>
        <w:t>f 17392/25792/21504 17389/25791/21503 17408/25807/21517</w:t>
        <w:br/>
        <w:t>f 17407/25808/21518 17392/25792/21504 17408/25807/21517</w:t>
        <w:br/>
        <w:t>f 17410/25809/21519 17409/25810/21520 17395/25797/21508</w:t>
        <w:br/>
        <w:t>f 17381/25780/21492 17412/25811/21521 17411/25812/21522</w:t>
        <w:br/>
        <w:t>f 17380/25781/21493 17381/25780/21492 17411/25812/21522</w:t>
        <w:br/>
        <w:t>f 17408/25807/21517 17310/25717/21436 17413/25813/21523</w:t>
        <w:br/>
        <w:t>f 17407/25808/21518 17408/25807/21517 17413/25813/21523</w:t>
        <w:br/>
        <w:t>f 17367/25770/21483 17378/25779/21491 17415/25814/21524</w:t>
        <w:br/>
        <w:t>f 17414/25815/21525 17367/25770/21483 17415/25814/21524</w:t>
        <w:br/>
        <w:t>f 17417/25816/21526 17390/25790/21502 17391/25789/21501</w:t>
        <w:br/>
        <w:t>f 17416/25817/21480 17417/25816/21526 17391/25789/21501</w:t>
        <w:br/>
        <w:t>f 17371/25774/21487 17418/25818/21527 17382/25785/21497</w:t>
        <w:br/>
        <w:t>f 17374/25771/21484 17371/25774/21487 17382/25785/21497</w:t>
        <w:br/>
        <w:t>f 17306/25709/21429 17415/25814/21524 17378/25779/21491</w:t>
        <w:br/>
        <w:t>f 17398/25799/21510 17306/25709/21429 17378/25779/21491</w:t>
        <w:br/>
        <w:t>f 17412/25811/21521 17420/25819/21528 17419/25820/21529</w:t>
        <w:br/>
        <w:t>f 17411/25812/21522 17412/25811/21521 17419/25820/21529</w:t>
        <w:br/>
        <w:t>f 17402/25804/21514 17422/25821/21530 17421/25822/21531</w:t>
        <w:br/>
        <w:t>f 17404/25802/21513 17402/25804/21514 17421/25822/21531</w:t>
        <w:br/>
        <w:t>f 17421/25822/21531 17422/25821/21530 17423/25823/21532</w:t>
        <w:br/>
        <w:t>f 17377/25775/21488 17421/25822/21531 17423/25823/21532</w:t>
        <w:br/>
        <w:t>f 17420/25819/21528 17412/25811/21521 17405/25806/21516</w:t>
        <w:br/>
        <w:t>f 17424/25824/21533 17420/25819/21528 17405/25806/21516</w:t>
        <w:br/>
        <w:t>f 17428/25825/21534 17427/25826/21528 17426/25827/21535</w:t>
        <w:br/>
        <w:t>f 17425/25828/21536 17428/25825/21534 17426/25827/21535</w:t>
        <w:br/>
        <w:t>f 17431/25829/21537 17430/25830/21538 17429/25831/21539</w:t>
        <w:br/>
        <w:t>f 17435/25832/21540 17434/25833/21541 17433/25834/21507</w:t>
        <w:br/>
        <w:t>f 17432/25835/21527 17435/25832/21540 17433/25834/21507</w:t>
        <w:br/>
        <w:t>f 17385/25782/21494 17382/25785/21497 17418/25818/21527</w:t>
        <w:br/>
        <w:t>f 17406/25805/21515 17424/25824/21533 17405/25806/21516</w:t>
        <w:br/>
        <w:t>f 17425/25828/21536 17426/25827/21535 17437/25836/21515</w:t>
        <w:br/>
        <w:t>f 17436/25837/21542 17425/25828/21536 17437/25836/21515</w:t>
        <w:br/>
        <w:t>f 17439/25838/21494 17432/25835/21527 17433/25834/21507</w:t>
        <w:br/>
        <w:t>f 17438/25839/21543 17439/25838/21494 17433/25834/21507</w:t>
        <w:br/>
        <w:t>f 17382/25785/21497 17383/25784/21496 17381/25780/21492</w:t>
        <w:br/>
        <w:t>f 17374/25771/21484 17382/25785/21497 17381/25780/21492</w:t>
        <w:br/>
        <w:t>f 17383/25784/21496 17405/25806/21516 17412/25811/21521</w:t>
        <w:br/>
        <w:t>f 17381/25780/21492 17383/25784/21496 17412/25811/21521</w:t>
        <w:br/>
        <w:t>f 17441/25840/21544 17359/25758/21472 17360/25757/21471</w:t>
        <w:br/>
        <w:t>f 17440/25841/21545 17441/25840/21544 17360/25757/21471</w:t>
        <w:br/>
        <w:t>f 17205/25610/21337 17366/25766/21472 17442/25842/21546</w:t>
        <w:br/>
        <w:t>f 17446/25843/21547 17445/25844/21548 17444/25845/21549</w:t>
        <w:br/>
        <w:t>f 17443/25846/21550 17446/25843/21547 17444/25845/21549</w:t>
        <w:br/>
        <w:t>f 17449/25847/21551 17448/25848/21552 17447/25849/21547</w:t>
        <w:br/>
        <w:t>f 17450/25850/21553 17449/25847/21551 17447/25849/21547</w:t>
        <w:br/>
        <w:t>f 17454/25851/21554 17453/25852/21555 17452/25853/21556</w:t>
        <w:br/>
        <w:t>f 17451/25854/21557 17454/25851/21554 17452/25853/21556</w:t>
        <w:br/>
        <w:t>f 17449/25847/21551 17455/25855/21558 17204/25611/21338</w:t>
        <w:br/>
        <w:t>f 17205/25610/21337 17449/25847/21551 17204/25611/21338</w:t>
        <w:br/>
        <w:t>f 17455/25855/21558 17449/25847/21551 17450/25850/21553</w:t>
        <w:br/>
        <w:t>f 17456/25856/21559 17455/25855/21558 17450/25850/21553</w:t>
        <w:br/>
        <w:t>f 17458/25857/21560 17457/25858/21561 17451/25854/21557</w:t>
        <w:br/>
        <w:t>f 17452/25853/21556 17458/25857/21560 17451/25854/21557</w:t>
        <w:br/>
        <w:t>f 17462/25859/21562 17461/25860/21563 17460/25861/21564</w:t>
        <w:br/>
        <w:t>f 17459/25862/21565 17462/25859/21562 17460/25861/21564</w:t>
        <w:br/>
        <w:t>f 17465/25863/21566 17464/25864/21567 17463/25865/21565</w:t>
        <w:br/>
        <w:t>f 17440/25841/21545 17360/25757/21471 17217/25623/21349</w:t>
        <w:br/>
        <w:t>f 17466/25866/21568 17440/25841/21545 17217/25623/21349</w:t>
        <w:br/>
        <w:t>f 17470/25867/21569 17469/25868/21570 17468/25869/21571</w:t>
        <w:br/>
        <w:t>f 17467/25870/21572 17470/25867/21569 17468/25869/21571</w:t>
        <w:br/>
        <w:t>f 17207/25612/21339 17472/25871/21573 17471/25872/21574</w:t>
        <w:br/>
        <w:t>f 17206/25613/21340 17207/25612/21339 17471/25872/21574</w:t>
        <w:br/>
        <w:t>f 17476/25873/21575 17475/25874/21576 17474/25875/21577</w:t>
        <w:br/>
        <w:t>f 17473/25876/21578 17476/25873/21575 17474/25875/21577</w:t>
        <w:br/>
        <w:t>f 17480/25877/21577 17479/25878/21579 17478/25879/21580</w:t>
        <w:br/>
        <w:t>f 17477/25880/21581 17480/25877/21577 17478/25879/21580</w:t>
        <w:br/>
        <w:t>f 17482/25881/21582 17481/25882/21583 17479/25878/21579</w:t>
        <w:br/>
        <w:t>f 17480/25877/21577 17482/25881/21582 17479/25878/21579</w:t>
        <w:br/>
        <w:t>f 17484/25883/21584 17483/25884/21582 17474/25875/21577</w:t>
        <w:br/>
        <w:t>f 17475/25874/21576 17484/25883/21584 17474/25875/21577</w:t>
        <w:br/>
        <w:t>f 17455/25855/21558 17481/25882/21583 17485/25885/21585</w:t>
        <w:br/>
        <w:t>f 17204/25611/21338 17455/25855/21558 17485/25885/21585</w:t>
        <w:br/>
        <w:t>f 17479/25878/21579 17456/25856/21559 17486/25886/21586</w:t>
        <w:br/>
        <w:t>f 17478/25879/21580 17479/25878/21579 17486/25886/21586</w:t>
        <w:br/>
        <w:t>f 17458/25857/21560 17488/25887/21587 17487/25888/21588</w:t>
        <w:br/>
        <w:t>f 17457/25858/21561 17458/25857/21560 17487/25888/21588</w:t>
        <w:br/>
        <w:t>f 17461/25860/21563 17462/25859/21562 17489/25889/21589</w:t>
        <w:br/>
        <w:t>f 17490/25890/21590 17461/25860/21563 17489/25889/21589</w:t>
        <w:br/>
        <w:t>f 17206/25613/21340 17471/25872/21574 17466/25866/21568</w:t>
        <w:br/>
        <w:t>f 17217/25623/21349 17206/25613/21340 17466/25866/21568</w:t>
        <w:br/>
        <w:t>f 17468/25869/21571 17492/25891/21591 17491/25892/21592</w:t>
        <w:br/>
        <w:t>f 17467/25870/21572 17468/25869/21571 17491/25892/21592</w:t>
        <w:br/>
        <w:t>f 17494/25893/21593 17452/25853/21556 17453/25852/21555</w:t>
        <w:br/>
        <w:t>f 17493/25894/21594 17494/25893/21593 17453/25852/21555</w:t>
        <w:br/>
        <w:t>f 17495/25895/21595 17458/25857/21560 17452/25853/21556</w:t>
        <w:br/>
        <w:t>f 17494/25893/21593 17495/25895/21595 17452/25853/21556</w:t>
        <w:br/>
        <w:t>f 17495/25895/21595 17496/25896/21596 17488/25887/21587</w:t>
        <w:br/>
        <w:t>f 17458/25857/21560 17495/25895/21595 17488/25887/21587</w:t>
        <w:br/>
        <w:t>f 17493/25894/21594 17497/25897/21597 17460/25861/21564</w:t>
        <w:br/>
        <w:t>f 17494/25893/21593 17493/25894/21594 17460/25861/21564</w:t>
        <w:br/>
        <w:t>f 17489/25889/21589 17498/25898/21598 17490/25890/21590</w:t>
        <w:br/>
        <w:t>f 17500/25899/21599 17488/25887/21587 17496/25896/21596</w:t>
        <w:br/>
        <w:t>f 17499/25900/21600 17500/25899/21599 17496/25896/21596</w:t>
        <w:br/>
        <w:t>f 17502/25901/21601 17450/25850/21553 17447/25849/21547</w:t>
        <w:br/>
        <w:t>f 17501/25902/21602 17502/25901/21601 17447/25849/21547</w:t>
        <w:br/>
        <w:t>f 17486/25886/21586 17456/25856/21559 17450/25850/21553</w:t>
        <w:br/>
        <w:t>f 17502/25901/21601 17486/25886/21586 17450/25850/21553</w:t>
        <w:br/>
        <w:t>f 17456/25856/21559 17479/25878/21579 17481/25882/21583</w:t>
        <w:br/>
        <w:t>f 17455/25855/21558 17456/25856/21559 17481/25882/21583</w:t>
        <w:br/>
        <w:t>f 17504/25903/21599 17492/25891/21591 17503/25904/21603</w:t>
        <w:br/>
        <w:t>f 17508/25905/21554 17507/25906/21604 17506/25907/21605</w:t>
        <w:br/>
        <w:t>f 17505/25908/21606 17508/25905/21554 17506/25907/21605</w:t>
        <w:br/>
        <w:t>f 17510/25909/21607 17509/25910/21608 17506/25907/21605</w:t>
        <w:br/>
        <w:t>f 17507/25906/21604 17510/25909/21607 17506/25907/21605</w:t>
        <w:br/>
        <w:t>f 17513/25911/21609 17512/25912/21610 17511/25913/21611</w:t>
        <w:br/>
        <w:t>f 17504/25903/21599 17513/25911/21609 17511/25913/21611</w:t>
        <w:br/>
        <w:t>f 17514/25914/21611 17487/25888/21588 17488/25887/21587</w:t>
        <w:br/>
        <w:t>f 17500/25899/21599 17514/25914/21611 17488/25887/21587</w:t>
        <w:br/>
        <w:t>f 17510/25909/21607 17512/25912/21610 17513/25911/21609</w:t>
        <w:br/>
        <w:t>f 17509/25910/21608 17510/25909/21607 17513/25911/21609</w:t>
        <w:br/>
        <w:t>f 17515/25915/21594 17505/25908/21606 17469/25868/21570</w:t>
        <w:br/>
        <w:t>f 17470/25867/21569 17515/25915/21594 17469/25868/21570</w:t>
        <w:br/>
        <w:t>f 17460/25861/21564 17497/25897/21597 17459/25862/21565</w:t>
        <w:br/>
        <w:t>f 17490/25890/21590 17498/25898/21598 17499/25900/21600</w:t>
        <w:br/>
        <w:t>f 17496/25896/21596 17490/25890/21590 17499/25900/21600</w:t>
        <w:br/>
        <w:t>f 17519/25916/21612 17518/25917/21613 17517/25918/21614</w:t>
        <w:br/>
        <w:t>f 17516/25919/21615 17519/25916/21612 17517/25918/21614</w:t>
        <w:br/>
        <w:t>f 17522/25920/21616 17521/25921/21617 17491/25892/21592</w:t>
        <w:br/>
        <w:t>f 17520/25922/21618 17522/25920/21616 17491/25892/21592</w:t>
        <w:br/>
        <w:t>f 17525/25923/21619 17524/25924/21620 17523/25925/21621</w:t>
        <w:br/>
        <w:t>f 17527/25926/21622 17524/25924/21620 17526/25927/21623</w:t>
        <w:br/>
        <w:t>f 17530/25928/21624 17529/25929/21625 17528/25930/21626</w:t>
        <w:br/>
        <w:t>f 17470/25867/21569 17519/25916/21612 17516/25919/21615</w:t>
        <w:br/>
        <w:t>f 17515/25915/21594 17470/25867/21569 17516/25919/21615</w:t>
        <w:br/>
        <w:t>f 17521/25921/21617 17522/25920/21616 17532/25931/21589</w:t>
        <w:br/>
        <w:t>f 17531/25932/21627 17521/25921/21617 17532/25931/21589</w:t>
        <w:br/>
        <w:t>f 17494/25893/21593 17460/25861/21564 17461/25860/21563</w:t>
        <w:br/>
        <w:t>f 17495/25895/21595 17494/25893/21593 17461/25860/21563</w:t>
        <w:br/>
        <w:t>f 17461/25860/21563 17490/25890/21590 17496/25896/21596</w:t>
        <w:br/>
        <w:t>f 17495/25895/21595 17461/25860/21563 17496/25896/21596</w:t>
        <w:br/>
        <w:t>f 17536/25933/21628 17535/25934/20606 17534/25935/21629</w:t>
        <w:br/>
        <w:t>f 17533/25936/21630 17536/25933/21628 17534/25935/21629</w:t>
        <w:br/>
        <w:t>f 17540/25937/21631 17539/25938/21632 17538/25939/21633</w:t>
        <w:br/>
        <w:t>f 17537/25940/21634 17540/25937/21631 17538/25939/21633</w:t>
        <w:br/>
        <w:t>f 17543/25941/21635 17542/25942/21636 17541/25943/21637</w:t>
        <w:br/>
        <w:t>f 17544/25944/21638 17543/25941/21635 17541/25943/21637</w:t>
        <w:br/>
        <w:t>f 17548/25945/21639 17547/25946/21637 17546/25947/21640</w:t>
        <w:br/>
        <w:t>f 17545/25948/21641 17548/25945/21639 17546/25947/21640</w:t>
        <w:br/>
        <w:t>f 17551/25949/21636 17550/25950/21642 17549/25951/21643</w:t>
        <w:br/>
        <w:t>f 17547/25946/21637 17551/25949/21636 17549/25951/21643</w:t>
        <w:br/>
        <w:t>f 17539/25938/21632 17540/25937/21631 17553/25952/21644</w:t>
        <w:br/>
        <w:t>f 17552/25953/21645 17539/25938/21632 17553/25952/21644</w:t>
        <w:br/>
        <w:t>f 17555/25954/21646 17554/25955/21647 17543/25941/21635</w:t>
        <w:br/>
        <w:t>f 17544/25944/21638 17555/25954/21646 17543/25941/21635</w:t>
        <w:br/>
        <w:t>f 17559/25956/21648 17558/25957/21649 17557/25958/21650</w:t>
        <w:br/>
        <w:t>f 17556/25959/21651 17559/25956/21648 17557/25958/21650</w:t>
        <w:br/>
        <w:t>f 17562/25960/21652 17561/25961/21653 17560/25962/21654</w:t>
        <w:br/>
        <w:t>f 17564/25963/21655 17545/25948/21641 17546/25947/21640</w:t>
        <w:br/>
        <w:t>f 17563/25964/21656 17564/25963/21655 17546/25947/21640</w:t>
        <w:br/>
        <w:t>f 17566/25965/21657 17565/25966/21658 17549/25951/21643</w:t>
        <w:br/>
        <w:t>f 17550/25950/21642 17566/25965/21657 17549/25951/21643</w:t>
        <w:br/>
        <w:t>f 17570/25967/21659 17569/25968/20612 17568/25969/21660</w:t>
        <w:br/>
        <w:t>f 17567/25970/21661 17570/25967/21659 17568/25969/21660</w:t>
        <w:br/>
        <w:t>f 17574/25971/21662 17573/25972/21663 17572/25973/21664</w:t>
        <w:br/>
        <w:t>f 17571/25974/21661 17574/25971/21662 17572/25973/21664</w:t>
        <w:br/>
        <w:t>f 17573/25972/21663 17574/25971/21662 17576/25975/21665</w:t>
        <w:br/>
        <w:t>f 17575/25976/21666 17573/25972/21663 17576/25975/21665</w:t>
        <w:br/>
        <w:t>f 17578/25977/20611 17577/25978/21665 17568/25969/21660</w:t>
        <w:br/>
        <w:t>f 17569/25968/20612 17578/25977/20611 17568/25969/21660</w:t>
        <w:br/>
        <w:t>f 17582/25979/21667 17581/25980/21668 17580/25981/21669</w:t>
        <w:br/>
        <w:t>f 17579/25982/21670 17582/25979/21667 17580/25981/21669</w:t>
        <w:br/>
        <w:t>f 17586/25983/21670 17585/25984/21671 17584/25985/21672</w:t>
        <w:br/>
        <w:t>f 17583/25986/21673 17586/25983/21670 17584/25985/21672</w:t>
        <w:br/>
        <w:t>f 17588/25987/21674 17587/25988/21675 17585/25984/21671</w:t>
        <w:br/>
        <w:t>f 17586/25983/21670 17588/25987/21674 17585/25984/21671</w:t>
        <w:br/>
        <w:t>f 17591/25989/21676 17590/25990/21677 17589/25991/21674</w:t>
        <w:br/>
        <w:t>f 17579/25982/21670 17591/25989/21676 17589/25991/21674</w:t>
        <w:br/>
        <w:t>f 17573/25972/21663 17553/25952/21644 17592/25992/21678</w:t>
        <w:br/>
        <w:t>f 17572/25973/21664 17573/25972/21663 17592/25992/21678</w:t>
        <w:br/>
        <w:t>f 17555/25954/21646 17585/25984/21671 17587/25988/21675</w:t>
        <w:br/>
        <w:t>f 17554/25955/21647 17555/25954/21646 17587/25988/21675</w:t>
        <w:br/>
        <w:t>f 17557/25958/21650 17558/25957/21649 17594/25993/21679</w:t>
        <w:br/>
        <w:t>f 17593/25994/21680 17557/25958/21650 17594/25993/21679</w:t>
        <w:br/>
        <w:t>f 17564/25963/21655 17563/25964/21656 17580/25981/21669</w:t>
        <w:br/>
        <w:t>f 17581/25980/21668 17564/25963/21655 17580/25981/21669</w:t>
        <w:br/>
        <w:t>f 17566/25965/21657 17590/25990/21677 17591/25989/21676</w:t>
        <w:br/>
        <w:t>f 17565/25966/21658 17566/25965/21657 17591/25989/21676</w:t>
        <w:br/>
        <w:t>f 17595/25995/21681 17567/25970/21661 17589/25991/21674</w:t>
        <w:br/>
        <w:t>f 17590/25990/21677 17595/25995/21681 17589/25991/21674</w:t>
        <w:br/>
        <w:t>f 17571/25974/21661 17572/25973/21664 17587/25988/21675</w:t>
        <w:br/>
        <w:t>f 17588/25987/21674 17571/25974/21661 17587/25988/21675</w:t>
        <w:br/>
        <w:t>f 17590/25990/21677 17566/25965/21657 17596/25996/21682</w:t>
        <w:br/>
        <w:t>f 17595/25995/21681 17590/25990/21677 17596/25996/21682</w:t>
        <w:br/>
        <w:t>f 17592/25992/21678 17597/25997/21683 17543/25941/21635</w:t>
        <w:br/>
        <w:t>f 17554/25955/21647 17592/25992/21678 17543/25941/21635</w:t>
        <w:br/>
        <w:t>f 17544/25944/21638 17599/25998/21684 17598/25999/21685</w:t>
        <w:br/>
        <w:t>f 17555/25954/21646 17544/25944/21638 17598/25999/21685</w:t>
        <w:br/>
        <w:t>f 17555/25954/21646 17598/25999/21685 17584/25985/21672</w:t>
        <w:br/>
        <w:t>f 17585/25984/21671 17555/25954/21646 17584/25985/21672</w:t>
        <w:br/>
        <w:t>f 17541/25943/21637 17600/26000/21639 17599/25998/21684</w:t>
        <w:br/>
        <w:t>f 17544/25944/21638 17541/25943/21637 17599/25998/21684</w:t>
        <w:br/>
        <w:t>f 17556/25959/21651 17599/25998/21684 17600/26000/21639</w:t>
        <w:br/>
        <w:t>f 17601/26001/21686 17556/25959/21651 17600/26000/21639</w:t>
        <w:br/>
        <w:t>f 17594/25993/21679 17602/26002/21687 17593/25994/21680</w:t>
        <w:br/>
        <w:t>f 17597/25997/21683 17540/25937/21631 17537/25940/21634</w:t>
        <w:br/>
        <w:t>f 17603/26003/21688 17597/25997/21683 17537/25940/21634</w:t>
        <w:br/>
        <w:t>f 17553/25952/21644 17540/25937/21631 17597/25997/21683</w:t>
        <w:br/>
        <w:t>f 17592/25992/21678 17553/25952/21644 17597/25997/21683</w:t>
        <w:br/>
        <w:t>f 17535/25934/20606 17605/26004/20605 17604/26005/21689</w:t>
        <w:br/>
        <w:t>f 17534/25935/21629 17535/25934/20606 17604/26005/21689</w:t>
        <w:br/>
        <w:t>f 17605/26004/20605 17569/25968/20612 17570/25967/21659</w:t>
        <w:br/>
        <w:t>f 17604/26005/21689 17605/26004/20605 17570/25967/21659</w:t>
        <w:br/>
        <w:t>f 17608/26006/21690 17607/26007/21691 17606/26008/21692</w:t>
        <w:br/>
        <w:t>f 17606/26008/21692 17607/26007/21691 17609/26009/21693</w:t>
        <w:br/>
        <w:t>f 17601/26001/21686 17559/25956/21648 17556/25959/21651</w:t>
        <w:br/>
        <w:t>f 17593/25994/21680 17602/26002/21687 17583/25986/21673</w:t>
        <w:br/>
        <w:t>f 17584/25985/21672 17593/25994/21680 17583/25986/21673</w:t>
        <w:br/>
        <w:t>f 17613/26010/21694 17612/26011/21686 17611/26012/21695</w:t>
        <w:br/>
        <w:t>f 17610/26013/21696 17613/26010/21694 17611/26012/21695</w:t>
        <w:br/>
        <w:t>f 17581/25980/21668 17582/25979/21667 17615/26014/21687</w:t>
        <w:br/>
        <w:t>f 17614/26015/21697 17581/25980/21668 17615/26014/21687</w:t>
        <w:br/>
        <w:t>f 17619/26016/21696 17618/26017/21698 17617/26018/21699</w:t>
        <w:br/>
        <w:t>f 17616/26019/21700 17619/26016/21696 17617/26018/21699</w:t>
        <w:br/>
        <w:t>f 17621/26020/21701 17617/26018/21699 17620/26021/21702</w:t>
        <w:br/>
        <w:t>f 17603/26003/21688 17542/25942/21636 17543/25941/21635</w:t>
        <w:br/>
        <w:t>f 17597/25997/21683 17603/26003/21688 17543/25941/21635</w:t>
        <w:br/>
        <w:t>f 17562/25960/21652 17622/26022/21703 17561/25961/21653</w:t>
        <w:br/>
        <w:t>f 17612/26011/21686 17548/25945/21639 17545/25948/21641</w:t>
        <w:br/>
        <w:t>f 17611/26012/21695 17612/26011/21686 17545/25948/21641</w:t>
        <w:br/>
        <w:t>f 17614/26015/21697 17615/26014/21687 17624/26023/21704</w:t>
        <w:br/>
        <w:t>f 17623/26024/21705 17614/26015/21697 17624/26023/21704</w:t>
        <w:br/>
        <w:t>f 17599/25998/21684 17556/25959/21651 17557/25958/21650</w:t>
        <w:br/>
        <w:t>f 17598/25999/21685 17599/25998/21684 17557/25958/21650</w:t>
        <w:br/>
        <w:t>f 17593/25994/21680 17584/25985/21672 17598/25999/21685</w:t>
        <w:br/>
        <w:t>f 17557/25958/21650 17593/25994/21680 17598/25999/21685</w:t>
        <w:br/>
        <w:t>f 17628/26025/21706 17627/26026/21707 17626/26027/21708</w:t>
        <w:br/>
        <w:t>f 17625/26028/21709 17628/26025/21706 17626/26027/21708</w:t>
        <w:br/>
        <w:t>f 17221/25626/21352 17630/26029/21706 17629/26030/21710</w:t>
        <w:br/>
        <w:t>f 17220/25627/21353 17221/25626/21352 17629/26030/21710</w:t>
        <w:br/>
        <w:t>f 17633/26031/21711 17632/26032/21712 17631/26033/21713</w:t>
        <w:br/>
        <w:t>f 17634/26034/21714 17633/26031/21711 17631/26033/21713</w:t>
        <w:br/>
        <w:t>f 17636/26035/21715 17634/26034/21714 17631/26033/21713</w:t>
        <w:br/>
        <w:t>f 17635/26036/21716 17636/26035/21715 17631/26033/21713</w:t>
        <w:br/>
        <w:t>f 17640/26037/21713 17639/26038/21717 17638/26039/21718</w:t>
        <w:br/>
        <w:t>f 17637/26040/21716 17640/26037/21713 17638/26039/21718</w:t>
        <w:br/>
        <w:t>f 17641/26041/21719 17639/26038/21717 17640/26037/21713</w:t>
        <w:br/>
        <w:t>f 17625/26028/21709 17641/26041/21719 17640/26037/21713</w:t>
        <w:br/>
        <w:t>f 17220/25627/21353 17629/26030/21710 17642/26042/21720</w:t>
        <w:br/>
        <w:t>f 17228/25633/21358 17220/25627/21353 17642/26042/21720</w:t>
        <w:br/>
        <w:t>f 17644/26043/21721 17643/26044/21722 17633/26031/21711</w:t>
        <w:br/>
        <w:t>f 17634/26034/21714 17644/26043/21721 17633/26031/21711</w:t>
        <w:br/>
        <w:t>f 17634/26034/21714 17636/26035/21715 17645/26045/21723</w:t>
        <w:br/>
        <w:t>f 17644/26043/21721 17634/26034/21714 17645/26045/21723</w:t>
        <w:br/>
        <w:t>f 17649/26046/21724 17648/26047/21725 17647/26048/21726</w:t>
        <w:br/>
        <w:t>f 17646/26049/21727 17649/26046/21724 17647/26048/21726</w:t>
        <w:br/>
        <w:t>f 17652/26050/21728 17651/26051/21729 17650/26052/21730</w:t>
        <w:br/>
        <w:t>f 17654/26053/21731 17653/26054/21732 17638/26039/21718</w:t>
        <w:br/>
        <w:t>f 17639/26038/21717 17654/26053/21731 17638/26039/21718</w:t>
        <w:br/>
        <w:t>f 17639/26038/21717 17641/26041/21719 17655/26055/21733</w:t>
        <w:br/>
        <w:t>f 17654/26053/21731 17639/26038/21717 17655/26055/21733</w:t>
        <w:br/>
        <w:t>f 17656/26056/21734 17627/26026/21707 17226/25629/21355</w:t>
        <w:br/>
        <w:t>f 17230/25635/21360 17656/26056/21734 17226/25629/21355</w:t>
        <w:br/>
        <w:t>f 17627/26026/21707 17656/26056/21734 17657/26057/21735</w:t>
        <w:br/>
        <w:t>f 17626/26027/21708 17627/26026/21707 17657/26057/21735</w:t>
        <w:br/>
        <w:t>f 17661/26058/21736 17660/26059/21737 17659/26060/21738</w:t>
        <w:br/>
        <w:t>f 17658/26061/21739 17661/26058/21736 17659/26060/21738</w:t>
        <w:br/>
        <w:t>f 17665/26062/21740 17664/26063/21741 17663/26064/21742</w:t>
        <w:br/>
        <w:t>f 17662/26065/21743 17665/26062/21740 17663/26064/21742</w:t>
        <w:br/>
        <w:t>f 17669/26066/21742 17668/26067/21744 17667/26068/21745</w:t>
        <w:br/>
        <w:t>f 17666/26069/21743 17669/26066/21742 17667/26068/21745</w:t>
        <w:br/>
        <w:t>f 17242/25647/21370 17243/25646/21369 17668/26067/21744</w:t>
        <w:br/>
        <w:t>f 17669/26066/21742 17242/25647/21370 17668/26067/21744</w:t>
        <w:br/>
        <w:t>f 17244/25653/21370 17663/26064/21742 17664/26063/21741</w:t>
        <w:br/>
        <w:t>f 17247/25650/21373 17244/25653/21370 17664/26063/21741</w:t>
        <w:br/>
        <w:t>f 17673/26070/21746 17672/26071/21747 17671/26072/21748</w:t>
        <w:br/>
        <w:t>f 17670/26073/21749 17673/26070/21746 17671/26072/21748</w:t>
        <w:br/>
        <w:t>f 17677/26074/21750 17676/26075/21751 17675/26076/21752</w:t>
        <w:br/>
        <w:t>f 17674/26077/21749 17677/26074/21750 17675/26076/21752</w:t>
        <w:br/>
        <w:t>f 17676/26075/21751 17677/26074/21750 17666/26069/21743</w:t>
        <w:br/>
        <w:t>f 17667/26068/21745 17676/26075/21751 17666/26069/21743</w:t>
        <w:br/>
        <w:t>f 17678/26078/21753 17662/26065/21743 17671/26072/21748</w:t>
        <w:br/>
        <w:t>f 17672/26071/21747 17678/26078/21753 17671/26072/21748</w:t>
        <w:br/>
        <w:t>f 17668/26067/21744 17642/26042/21720 17643/26044/21722</w:t>
        <w:br/>
        <w:t>f 17667/26068/21745 17668/26067/21744 17643/26044/21722</w:t>
        <w:br/>
        <w:t>f 17645/26045/21723 17675/26076/21752 17676/26075/21751</w:t>
        <w:br/>
        <w:t>f 17644/26043/21721 17645/26045/21723 17676/26075/21751</w:t>
        <w:br/>
        <w:t>f 17667/26068/21745 17643/26044/21722 17644/26043/21721</w:t>
        <w:br/>
        <w:t>f 17676/26075/21751 17667/26068/21745 17644/26043/21721</w:t>
        <w:br/>
        <w:t>f 17649/26046/21724 17646/26049/21727 17680/26079/21754</w:t>
        <w:br/>
        <w:t>f 17679/26080/21755 17649/26046/21724 17680/26079/21754</w:t>
        <w:br/>
        <w:t>f 17653/26054/21732 17654/26053/21731 17672/26071/21747</w:t>
        <w:br/>
        <w:t>f 17673/26070/21746 17653/26054/21732 17672/26071/21747</w:t>
        <w:br/>
        <w:t>f 17655/26055/21733 17678/26078/21753 17672/26071/21747</w:t>
        <w:br/>
        <w:t>f 17654/26053/21731 17655/26055/21733 17672/26071/21747</w:t>
        <w:br/>
        <w:t>f 17657/26057/21735 17656/26056/21734 17664/26063/21741</w:t>
        <w:br/>
        <w:t>f 17665/26062/21740 17657/26057/21735 17664/26063/21741</w:t>
        <w:br/>
        <w:t>f 17247/25650/21373 17664/26063/21741 17656/26056/21734</w:t>
        <w:br/>
        <w:t>f 17230/25635/21360 17247/25650/21373 17656/26056/21734</w:t>
        <w:br/>
        <w:t>f 17661/26058/21736 17658/26061/21739 17682/26081/21756</w:t>
        <w:br/>
        <w:t>f 17681/26082/21757 17661/26058/21736 17682/26081/21756</w:t>
        <w:br/>
        <w:t>f 17636/26035/21715 17635/26036/21716 17684/26083/21758</w:t>
        <w:br/>
        <w:t>f 17683/26084/21759 17636/26035/21715 17684/26083/21758</w:t>
        <w:br/>
        <w:t>f 17685/26085/21760 17645/26045/21723 17636/26035/21715</w:t>
        <w:br/>
        <w:t>f 17683/26084/21759 17685/26085/21760 17636/26035/21715</w:t>
        <w:br/>
        <w:t>f 17686/26086/21761 17675/26076/21752 17645/26045/21723</w:t>
        <w:br/>
        <w:t>f 17685/26085/21760 17686/26086/21761 17645/26045/21723</w:t>
        <w:br/>
        <w:t>f 17648/26047/21725 17683/26084/21759 17684/26083/21758</w:t>
        <w:br/>
        <w:t>f 17687/26087/21762 17648/26047/21725 17684/26083/21758</w:t>
        <w:br/>
        <w:t>f 17680/26079/21754 17688/26088/21763 17679/26080/21755</w:t>
        <w:br/>
        <w:t>f 17674/26077/21749 17675/26076/21752 17686/26086/21761</w:t>
        <w:br/>
        <w:t>f 17689/26089/21764 17674/26077/21749 17686/26086/21761</w:t>
        <w:br/>
        <w:t>f 17225/25630/21356 17226/25629/21355 17627/26026/21707</w:t>
        <w:br/>
        <w:t>f 17628/26025/21706 17225/25630/21356 17627/26026/21707</w:t>
        <w:br/>
        <w:t>f 17633/26031/21711 17629/26030/21710 17630/26029/21706</w:t>
        <w:br/>
        <w:t>f 17632/26032/21712 17633/26031/21711 17630/26029/21706</w:t>
        <w:br/>
        <w:t>f 17629/26030/21710 17633/26031/21711 17643/26044/21722</w:t>
        <w:br/>
        <w:t>f 17642/26042/21720 17629/26030/21710 17643/26044/21722</w:t>
        <w:br/>
        <w:t>f 17642/26042/21720 17668/26067/21744 17243/25646/21369</w:t>
        <w:br/>
        <w:t>f 17228/25633/21358 17642/26042/21720 17243/25646/21369</w:t>
        <w:br/>
        <w:t>f 17682/26081/21756 17670/26073/21749 17690/26090/21765</w:t>
        <w:br/>
        <w:t>f 17681/26082/21757 17682/26081/21756 17690/26090/21765</w:t>
        <w:br/>
        <w:t>f 17691/26091/21758 17637/26040/21716 17659/26060/21738</w:t>
        <w:br/>
        <w:t>f 17660/26059/21737 17691/26091/21758 17659/26060/21738</w:t>
        <w:br/>
        <w:t>f 17692/26092/21766 17661/26058/21736 17681/26082/21757</w:t>
        <w:br/>
        <w:t>f 17648/26047/21725 17687/26087/21762 17647/26048/21726</w:t>
        <w:br/>
        <w:t>f 17679/26080/21755 17688/26088/21763 17689/26089/21764</w:t>
        <w:br/>
        <w:t>f 17686/26086/21761 17679/26080/21755 17689/26089/21764</w:t>
        <w:br/>
        <w:t>f 17660/26059/21737 17694/26093/21767 17693/26094/21762</w:t>
        <w:br/>
        <w:t>f 17691/26091/21758 17660/26059/21737 17693/26094/21762</w:t>
        <w:br/>
        <w:t>f 17696/26095/21763 17695/26096/21768 17681/26082/21757</w:t>
        <w:br/>
        <w:t>f 17690/26090/21765 17696/26095/21763 17681/26082/21757</w:t>
        <w:br/>
        <w:t>f 17700/26097/21769 17699/26098/21767 17698/26099/21770</w:t>
        <w:br/>
        <w:t>f 17697/26100/21771 17700/26097/21769 17698/26099/21770</w:t>
        <w:br/>
        <w:t>f 17702/26101/21772 17701/26102/21773 17698/26099/21770</w:t>
        <w:br/>
        <w:t>f 17695/26096/21768 17696/26095/21763 17704/26103/21774</w:t>
        <w:br/>
        <w:t>f 17703/26104/21775 17695/26096/21768 17704/26103/21774</w:t>
        <w:br/>
        <w:t>f 17683/26084/21759 17648/26047/21725 17649/26046/21724</w:t>
        <w:br/>
        <w:t>f 17685/26085/21760 17683/26084/21759 17649/26046/21724</w:t>
        <w:br/>
        <w:t>f 17685/26085/21760 17649/26046/21724 17679/26080/21755</w:t>
        <w:br/>
        <w:t>f 17686/26086/21761 17685/26085/21760 17679/26080/21755</w:t>
        <w:br/>
        <w:t>f 17258/25663/21384 17259/25662/21383 17706/26105/21776</w:t>
        <w:br/>
        <w:t>f 17705/26106/21777 17258/25663/21384 17706/26105/21776</w:t>
        <w:br/>
        <w:t>f 17710/26107/21778 17709/26108/21779 17708/26109/21780</w:t>
        <w:br/>
        <w:t>f 17707/26110/21781 17710/26107/21778 17708/26109/21780</w:t>
        <w:br/>
        <w:t>f 17714/26111/21778 17713/26112/21782 17712/26113/21783</w:t>
        <w:br/>
        <w:t>f 17711/26114/21779 17714/26111/21778 17712/26113/21783</w:t>
        <w:br/>
        <w:t>f 17717/26115/21784 17716/26116/21785 17707/26110/21781</w:t>
        <w:br/>
        <w:t>f 17715/26117/21786 17717/26115/21784 17707/26110/21781</w:t>
        <w:br/>
        <w:t>f 17708/26109/21780 17718/26118/21787 17715/26117/21786</w:t>
        <w:br/>
        <w:t>f 17707/26110/21781 17708/26109/21780 17715/26117/21786</w:t>
        <w:br/>
        <w:t>f 17722/26119/21788 17721/26120/21789 17720/26121/21790</w:t>
        <w:br/>
        <w:t>f 17719/26122/21791 17722/26119/21788 17720/26121/21790</w:t>
        <w:br/>
        <w:t>f 17725/26123/21792 17724/26124/21793 17723/26125/21794</w:t>
        <w:br/>
        <w:t>f 17727/26126/21795 17726/26127/21796 17712/26113/21783</w:t>
        <w:br/>
        <w:t>f 17713/26112/21782 17727/26126/21795 17712/26113/21783</w:t>
        <w:br/>
        <w:t>f 17731/26128/21797 17730/26129/21798 17729/26130/21799</w:t>
        <w:br/>
        <w:t>f 17728/26131/21800 17731/26128/21797 17729/26130/21799</w:t>
        <w:br/>
        <w:t>f 17733/26132/21801 17280/25683/21403 17277/25686/21406</w:t>
        <w:br/>
        <w:t>f 17732/26133/21802 17733/26132/21801 17277/25686/21406</w:t>
        <w:br/>
        <w:t>f 17277/25686/21406 17281/25688/21408 17734/26134/21803</w:t>
        <w:br/>
        <w:t>f 17732/26133/21802 17277/25686/21406 17734/26134/21803</w:t>
        <w:br/>
        <w:t>f 17738/26135/21804 17737/26136/21805 17736/26137/21806</w:t>
        <w:br/>
        <w:t>f 17735/26138/21807 17738/26135/21804 17736/26137/21806</w:t>
        <w:br/>
        <w:t>f 17736/26137/21806 17740/26139/21808 17739/26140/21809</w:t>
        <w:br/>
        <w:t>f 17735/26138/21807 17736/26137/21806 17739/26140/21809</w:t>
        <w:br/>
        <w:t>f 17732/26133/21802 17734/26134/21803 17740/26139/21808</w:t>
        <w:br/>
        <w:t>f 17736/26137/21806 17732/26133/21802 17740/26139/21808</w:t>
        <w:br/>
        <w:t>f 17741/26141/21810 17732/26133/21802 17736/26137/21806</w:t>
        <w:br/>
        <w:t>f 17737/26136/21805 17741/26141/21810 17736/26137/21806</w:t>
        <w:br/>
        <w:t>f 17717/26115/21784 17734/26134/21803 17281/25688/21408</w:t>
        <w:br/>
        <w:t>f 17265/25670/21391 17717/26115/21784 17281/25688/21408</w:t>
        <w:br/>
        <w:t>f 17718/26118/21787 17739/26140/21809 17740/26139/21808</w:t>
        <w:br/>
        <w:t>f 17715/26117/21786 17718/26118/21787 17740/26139/21808</w:t>
        <w:br/>
        <w:t>f 17722/26119/21788 17719/26122/21791 17743/26142/21811</w:t>
        <w:br/>
        <w:t>f 17742/26143/21812 17722/26119/21788 17743/26142/21811</w:t>
        <w:br/>
        <w:t>f 17727/26126/21795 17737/26136/21805 17738/26135/21804</w:t>
        <w:br/>
        <w:t>f 17726/26127/21796 17727/26126/21795 17738/26135/21804</w:t>
        <w:br/>
        <w:t>f 17744/26144/21813 17741/26141/21810 17737/26136/21805</w:t>
        <w:br/>
        <w:t>f 17727/26126/21795 17744/26144/21813 17737/26136/21805</w:t>
        <w:br/>
        <w:t>f 17731/26128/21797 17728/26131/21800 17746/26145/21814</w:t>
        <w:br/>
        <w:t>f 17745/26146/21815 17731/26128/21797 17746/26145/21814</w:t>
        <w:br/>
        <w:t>f 17748/26147/21816 17708/26109/21780 17709/26108/21779</w:t>
        <w:br/>
        <w:t>f 17747/26148/21817 17748/26147/21816 17709/26108/21779</w:t>
        <w:br/>
        <w:t>f 17749/26149/21818 17718/26118/21787 17708/26109/21780</w:t>
        <w:br/>
        <w:t>f 17748/26147/21816 17749/26149/21818 17708/26109/21780</w:t>
        <w:br/>
        <w:t>f 17749/26149/21818 17750/26150/21819 17739/26140/21809</w:t>
        <w:br/>
        <w:t>f 17718/26118/21787 17749/26149/21818 17739/26140/21809</w:t>
        <w:br/>
        <w:t>f 17715/26117/21786 17740/26139/21808 17734/26134/21803</w:t>
        <w:br/>
        <w:t>f 17717/26115/21784 17715/26117/21786 17734/26134/21803</w:t>
        <w:br/>
        <w:t>f 17713/26112/21782 17751/26151/21820 17744/26144/21813</w:t>
        <w:br/>
        <w:t>f 17727/26126/21795 17713/26112/21782 17744/26144/21813</w:t>
        <w:br/>
        <w:t>f 17751/26151/21820 17713/26112/21782 17714/26111/21778</w:t>
        <w:br/>
        <w:t>f 17705/26106/21777 17751/26151/21820 17714/26111/21778</w:t>
        <w:br/>
        <w:t>f 17707/26110/21781 17716/26116/21785 17752/26152/21777</w:t>
        <w:br/>
        <w:t>f 17710/26107/21778 17707/26110/21781 17752/26152/21777</w:t>
        <w:br/>
        <w:t>f 17747/26148/21817 17753/26153/21821 17721/26120/21789</w:t>
        <w:br/>
        <w:t>f 17748/26147/21816 17747/26148/21817 17721/26120/21789</w:t>
        <w:br/>
        <w:t>f 17743/26142/21811 17754/26154/21822 17742/26143/21812</w:t>
        <w:br/>
        <w:t>f 17755/26155/21823 17735/26138/21807 17739/26140/21809</w:t>
        <w:br/>
        <w:t>f 17750/26150/21819 17755/26155/21823 17739/26140/21809</w:t>
        <w:br/>
        <w:t>f 17716/26116/21785 17261/25668/21389 17262/25667/21388</w:t>
        <w:br/>
        <w:t>f 17752/26152/21777 17716/26116/21785 17262/25667/21388</w:t>
        <w:br/>
        <w:t>f 17261/25668/21389 17716/26116/21785 17717/26115/21784</w:t>
        <w:br/>
        <w:t>f 17265/25670/21391 17261/25668/21389 17717/26115/21784</w:t>
        <w:br/>
        <w:t>f 17746/26145/21814 17735/26138/21807 17755/26155/21823</w:t>
        <w:br/>
        <w:t>f 17745/26146/21815 17746/26145/21814 17755/26155/21823</w:t>
        <w:br/>
        <w:t>f 17756/26156/21824 17711/26114/21779 17729/26130/21799</w:t>
        <w:br/>
        <w:t>f 17730/26129/21798 17756/26156/21824 17729/26130/21799</w:t>
        <w:br/>
        <w:t>f 17731/26128/21797 17757/26157/21825 17730/26129/21798</w:t>
        <w:br/>
        <w:t>f 17760/26158/21826 17759/26159/21827 17758/26160/21828</w:t>
        <w:br/>
        <w:t>f 17721/26120/21789 17753/26153/21821 17720/26121/21790</w:t>
        <w:br/>
        <w:t>f 17755/26155/21823 17750/26150/21819 17742/26143/21812</w:t>
        <w:br/>
        <w:t>f 17754/26154/21822 17755/26155/21823 17742/26143/21812</w:t>
        <w:br/>
        <w:t>f 17764/26161/21829 17763/26162/21821 17762/26163/21830</w:t>
        <w:br/>
        <w:t>f 17761/26164/21831 17764/26161/21829 17762/26163/21830</w:t>
        <w:br/>
        <w:t>f 17745/26146/21815 17755/26155/21823 17754/26154/21822</w:t>
        <w:br/>
        <w:t>f 17765/26165/21827 17745/26146/21815 17754/26154/21822</w:t>
        <w:br/>
        <w:t>f 17769/26166/21832 17768/26167/21830 17767/26168/21833</w:t>
        <w:br/>
        <w:t>f 17766/26169/21834 17769/26166/21832 17767/26168/21833</w:t>
        <w:br/>
        <w:t>f 17771/26170/21835 17770/26171/21836 17758/26160/21828</w:t>
        <w:br/>
        <w:t>f 17730/26129/21798 17762/26163/21830 17763/26162/21821</w:t>
        <w:br/>
        <w:t>f 17756/26156/21824 17730/26129/21798 17763/26162/21821</w:t>
        <w:br/>
        <w:t>f 17765/26165/21827 17754/26154/21822 17773/26172/21837</w:t>
        <w:br/>
        <w:t>f 17772/26173/21838 17765/26165/21827 17773/26172/21837</w:t>
        <w:br/>
        <w:t>f 17748/26147/21816 17721/26120/21789 17722/26119/21788</w:t>
        <w:br/>
        <w:t>f 17749/26149/21818 17748/26147/21816 17722/26119/21788</w:t>
        <w:br/>
        <w:t>f 17742/26143/21812 17750/26150/21819 17749/26149/21818</w:t>
        <w:br/>
        <w:t>f 17722/26119/21788 17742/26143/21812 17749/26149/21818</w:t>
        <w:br/>
        <w:t>f 17202/25607/21334 17348/25754/21469 17774/26174/21473</w:t>
        <w:br/>
        <w:t>f 17201/25608/21335 17202/25607/21334 17774/26174/21473</w:t>
        <w:br/>
        <w:t>f 17300/25707/21427 17394/25793/21422 17775/26175/21839</w:t>
        <w:br/>
        <w:t>f 17341/25748/21463 17300/25707/21427 17775/26175/21839</w:t>
        <w:br/>
        <w:t>f 17338/25744/21459 17776/26176/21840 17317/25721/21440</w:t>
        <w:br/>
        <w:t>f 17285/25694/21414 17338/25744/21459 17317/25721/21440</w:t>
        <w:br/>
        <w:t>f 17776/26176/21840 17338/25744/21459 17332/25735/21453</w:t>
        <w:br/>
        <w:t>f 17329/25738/21454 17776/26176/21840 17332/25735/21453</w:t>
        <w:br/>
        <w:t>f 17356/25755/21470 17341/25748/21463 17775/26175/21839</w:t>
        <w:br/>
        <w:t>f 17777/26177/20643 17356/25755/21470 17775/26175/21839</w:t>
        <w:br/>
        <w:t>f 17214/25620/21347 17216/25624/21350 17357/25760/21474</w:t>
        <w:br/>
        <w:t>f 17361/25761/21475 17214/25620/21347 17357/25760/21474</w:t>
        <w:br/>
        <w:t>f 17215/25619/21346 17218/25622/21348 17216/25624/21350</w:t>
        <w:br/>
        <w:t>f 17214/25620/21347 17215/25619/21346 17216/25624/21350</w:t>
        <w:br/>
        <w:t>f 17238/25644/21368 17255/25661/21382 17345/25751/21466</w:t>
        <w:br/>
        <w:t>f 17788/26178/21841 17238/25644/21368 17345/25751/21466</w:t>
        <w:br/>
        <w:t>f 17363/25764/21478 17289/25698/21418 17287/25692/21412</w:t>
        <w:br/>
        <w:t>f 17284/25689/21409 17363/25764/21478 17287/25692/21412</w:t>
        <w:br/>
        <w:t>f 17284/25689/21409 17287/25692/21412 17288/25691/21411</w:t>
        <w:br/>
        <w:t>f 17283/25690/21410 17284/25689/21409 17288/25691/21411</w:t>
        <w:br/>
        <w:t>f 17414/25815/21525 17789/26179/21842 17370/25767/21480</w:t>
        <w:br/>
        <w:t>f 17367/25770/21483 17414/25815/21525 17370/25767/21480</w:t>
        <w:br/>
        <w:t>f 17301/25706/21426 17302/25705/21425 17389/25791/21503</w:t>
        <w:br/>
        <w:t>f 17390/25790/21502 17301/25706/21426 17389/25791/21503</w:t>
        <w:br/>
        <w:t>f 17408/25807/21517 17309/25713/21433 17310/25717/21436</w:t>
        <w:br/>
        <w:t>f 17408/25807/21517 17389/25791/21503 17302/25705/21425</w:t>
        <w:br/>
        <w:t>f 17309/25713/21433 17408/25807/21517 17302/25705/21425</w:t>
        <w:br/>
        <w:t>f 17792/26180/21843 17791/26181/21844 17445/25844/21548</w:t>
        <w:br/>
        <w:t>f 17790/26182/21845 17792/26180/21843 17445/25844/21548</w:t>
        <w:br/>
        <w:t>f 17484/25883/21584 17475/25874/21576 17791/26181/21844</w:t>
        <w:br/>
        <w:t>f 17792/26180/21843 17484/25883/21584 17791/26181/21844</w:t>
        <w:br/>
        <w:t>f 17790/26182/21845 17445/25844/21548 17446/25843/21547</w:t>
        <w:br/>
        <w:t>f 17793/26183/21552 17790/26182/21845 17446/25843/21547</w:t>
        <w:br/>
        <w:t>f 17795/26184/20624 17535/25934/20606 17536/25933/21628</w:t>
        <w:br/>
        <w:t>f 17794/26185/21633 17795/26184/20624 17536/25933/21628</w:t>
        <w:br/>
        <w:t>f 17575/25976/21666 17552/25953/21645 17553/25952/21644</w:t>
        <w:br/>
        <w:t>f 17573/25972/21663 17575/25976/21666 17553/25952/21644</w:t>
        <w:br/>
        <w:t>f 17550/25950/21642 17796/26186/21846 17596/25996/21682</w:t>
        <w:br/>
        <w:t>f 17566/25965/21657 17550/25950/21642 17596/25996/21682</w:t>
        <w:br/>
        <w:t>f 17796/26186/21846 17550/25950/21642 17551/25949/21636</w:t>
        <w:br/>
        <w:t>f 17533/25936/21630 17796/26186/21846 17551/25949/21636</w:t>
        <w:br/>
        <w:t>f 17572/25973/21664 17592/25992/21678 17554/25955/21647</w:t>
        <w:br/>
        <w:t>f 17587/25988/21675 17572/25973/21664 17554/25955/21647</w:t>
        <w:br/>
        <w:t>f 17364/25763/21477 17292/25695/21415 17289/25698/21418</w:t>
        <w:br/>
        <w:t>f 17363/25764/21478 17364/25763/21477 17289/25698/21418</w:t>
        <w:br/>
        <w:t>f 17343/25749/21464 17197/25605/21332 17198/25604/21331</w:t>
        <w:br/>
        <w:t>f 17791/26181/21844 17475/25874/21576 17476/25873/21575</w:t>
        <w:br/>
        <w:t>f 17797/26187/21847 17791/26181/21844 17476/25873/21575</w:t>
        <w:br/>
        <w:t>f 17791/26181/21844 17797/26187/21847 17444/25845/21549</w:t>
        <w:br/>
        <w:t>f 17445/25844/21548 17791/26181/21844 17444/25845/21549</w:t>
        <w:br/>
        <w:t>f 17798/26188/21848 17267/25672/21393 17280/25683/21403</w:t>
        <w:br/>
        <w:t>f 17733/26132/21801 17798/26188/21848 17280/25683/21403</w:t>
        <w:br/>
        <w:t>f 17259/25662/21383 17267/25672/21393 17798/26188/21848</w:t>
        <w:br/>
        <w:t>f 17706/26105/21776 17259/25662/21383 17798/26188/21848</w:t>
        <w:br/>
        <w:t>f 17800/26189/21849 17799/26190/21850 17404/25802/21513</w:t>
        <w:br/>
        <w:t>f 17421/25822/21531 17800/26189/21849 17404/25802/21513</w:t>
        <w:br/>
        <w:t>f 17800/26189/21849 17421/25822/21531 17377/25775/21488</w:t>
        <w:br/>
        <w:t>f 17375/25777/21489 17800/26189/21849 17377/25775/21488</w:t>
        <w:br/>
        <w:t>f 17360/25757/21471 17357/25760/21474 17216/25624/21350</w:t>
        <w:br/>
        <w:t>f 17217/25623/21349 17360/25757/21471 17216/25624/21350</w:t>
        <w:br/>
        <w:t>f 17345/25751/21466 17251/25654/21375 17804/26191/21851</w:t>
        <w:br/>
        <w:t>f 17788/26178/21841 17345/25751/21466 17804/26191/21851</w:t>
        <w:br/>
        <w:t>f 17804/26191/21851 17236/25641/21366 17344/25750/21465</w:t>
        <w:br/>
        <w:t>f 17788/26178/21841 17804/26191/21851 17344/25750/21465</w:t>
        <w:br/>
        <w:t>f 17292/25695/21415 17364/25763/21477 17275/25681/21401</w:t>
        <w:br/>
        <w:t>f 17276/25680/21400 17292/25695/21415 17275/25681/21401</w:t>
        <w:br/>
        <w:t>f 17805/26192/21852 17275/25681/21401 17364/25763/21477</w:t>
        <w:br/>
        <w:t>f 17365/25762/21476 17805/26192/21852 17364/25763/21477</w:t>
        <w:br/>
        <w:t>f 17326/25730/21449 17316/25722/21441 17340/25746/21461</w:t>
        <w:br/>
        <w:t>f 17325/25731/21450 17326/25730/21449 17340/25746/21461</w:t>
        <w:br/>
        <w:t>f 17776/26176/21840 17340/25746/21461 17316/25722/21441</w:t>
        <w:br/>
        <w:t>f 17317/25721/21440 17776/26176/21840 17316/25722/21441</w:t>
        <w:br/>
        <w:t>f 17238/25644/21368 17788/26178/21841 17344/25750/21465</w:t>
        <w:br/>
        <w:t>f 17237/25645/20599 17238/25644/21368 17344/25750/21465</w:t>
        <w:br/>
        <w:t>f 17325/25731/21450 17303/25712/21432 17809/26193/21853</w:t>
        <w:br/>
        <w:t>f 17324/25732/21448 17325/25731/21450 17809/26193/21853</w:t>
        <w:br/>
        <w:t>f 17776/26176/21840 17329/25738/21454 17339/25745/21460</w:t>
        <w:br/>
        <w:t>f 17340/25746/21461 17776/26176/21840 17339/25745/21460</w:t>
        <w:br/>
        <w:t>f 17811/26194/21854 17810/26195/20614 17194/25601/20652</w:t>
        <w:br/>
        <w:t>f 17195/25600/21328 17811/26194/21854 17194/25601/20652</w:t>
        <w:br/>
        <w:t>f 17274/25682/21402 17250/25655/21376 17255/25661/21382</w:t>
        <w:br/>
        <w:t>f 17317/25721/21440 17328/25734/21452 17285/25694/21414</w:t>
        <w:br/>
        <w:t>f 17214/25620/21347 17361/25761/21475 17213/25621/20634</w:t>
        <w:br/>
        <w:t>f 17812/26196/21855 17213/25621/20634 17318/25727/21446</w:t>
        <w:br/>
        <w:t>f 17319/25726/21445 17812/26196/21855 17318/25727/21446</w:t>
        <w:br/>
        <w:t>f 17319/25726/21445 17813/26197/20655 17812/26196/21855</w:t>
        <w:br/>
        <w:t>f 17813/26197/20655 17308/25714/21434 17312/25718/21438</w:t>
        <w:br/>
        <w:t>f 17814/26198/20657 17813/26197/20655 17312/25718/21438</w:t>
        <w:br/>
        <w:t>f 17320/25725/21444 17308/25714/21434 17813/26197/20655</w:t>
        <w:br/>
        <w:t>f 17319/25726/21445 17320/25725/21444 17813/26197/20655</w:t>
        <w:br/>
        <w:t>f 17358/25759/21473 17347/25753/21468 17361/25761/21475</w:t>
        <w:br/>
        <w:t>f 17357/25760/21474 17358/25759/21473 17361/25761/21475</w:t>
        <w:br/>
        <w:t>f 17342/25747/21462 17355/25756/20658 17814/26198/20657</w:t>
        <w:br/>
        <w:t>f 17342/25747/21462 17814/26198/20657 17312/25718/21438</w:t>
        <w:br/>
        <w:t>f 17299/25708/21428 17342/25747/21462 17312/25718/21438</w:t>
        <w:br/>
        <w:t>f 17302/25705/21425 17299/25708/21428 17312/25718/21438</w:t>
        <w:br/>
        <w:t>f 17309/25713/21433 17302/25705/21425 17312/25718/21438</w:t>
        <w:br/>
        <w:t>f 17286/25693/21413 17290/25697/21417 17336/25743/21458</w:t>
        <w:br/>
        <w:t>f 17337/25742/21457 17286/25693/21413 17336/25743/21458</w:t>
        <w:br/>
        <w:t>f 17286/25693/21413 17337/25742/21457 17338/25744/21459</w:t>
        <w:br/>
        <w:t>f 17285/25694/21414 17286/25693/21413 17338/25744/21459</w:t>
        <w:br/>
        <w:t>f 17314/25719/20598 17336/25743/21458 17290/25697/21417</w:t>
        <w:br/>
        <w:t>f 17291/25696/21416 17314/25719/20598 17290/25697/21417</w:t>
        <w:br/>
        <w:t>f 17316/25722/21441 17203/25606/21333 17211/25618/21345</w:t>
        <w:br/>
        <w:t>f 17694/26093/21767 17816/26199/21856 17815/26200/21857</w:t>
        <w:br/>
        <w:t>f 17693/26094/21762 17694/26093/21767 17815/26200/21857</w:t>
        <w:br/>
        <w:t>f 17325/25731/21450 17340/25746/21461 17303/25712/21432</w:t>
        <w:br/>
        <w:t>f 17819/26201/21791 17818/26202/21858 17817/26203/21859</w:t>
        <w:br/>
        <w:t>f 17821/26204/21860 17819/26201/21791 17820/26205/21861</w:t>
        <w:br/>
        <w:t>f 17824/26206/21862 17823/26207/21726 17822/26208/21863</w:t>
        <w:br/>
        <w:t>f 17826/26209/21754 17824/26206/21862 17825/26210/21864</w:t>
        <w:br/>
        <w:t>f 17444/25845/21549 17827/26211/21865 17443/25846/21550</w:t>
        <w:br/>
        <w:t>f 17797/26187/21847 17828/26212/21866 17827/26211/21865</w:t>
        <w:br/>
        <w:t>f 17444/25845/21549 17797/26187/21847 17827/26211/21865</w:t>
        <w:br/>
        <w:t>f 17797/26187/21847 17476/25873/21575 17829/26213/21867</w:t>
        <w:br/>
        <w:t>f 17828/26212/21866 17797/26187/21847 17829/26213/21867</w:t>
        <w:br/>
        <w:t>f 17476/25873/21575 17473/25876/21578 17829/26213/21867</w:t>
        <w:br/>
        <w:t>f 17828/26212/21866 17829/26213/21867 17831/26214/21868</w:t>
        <w:br/>
        <w:t>f 17830/26215/21869 17828/26212/21866 17831/26214/21868</w:t>
        <w:br/>
        <w:t>f 17828/26212/21866 17830/26215/21869 17832/26216/21870</w:t>
        <w:br/>
        <w:t>f 17827/26211/21865 17828/26212/21866 17832/26216/21870</w:t>
        <w:br/>
        <w:t>f 17833/26217/21871 17505/25908/21606 17506/25907/21605</w:t>
        <w:br/>
        <w:t>f 17509/25910/21608 17834/26218/21872 17833/26217/21871</w:t>
        <w:br/>
        <w:t>f 17506/25907/21605 17509/25910/21608 17833/26217/21871</w:t>
        <w:br/>
        <w:t>f 17503/25904/21603 17834/26218/21872 17509/25910/21608</w:t>
        <w:br/>
        <w:t>f 17513/25911/21609 17503/25904/21603 17509/25910/21608</w:t>
        <w:br/>
        <w:t>f 17503/25904/21603 17513/25911/21609 17504/25903/21599</w:t>
        <w:br/>
        <w:t>f 17492/25891/21591 17468/25869/21571 17834/26218/21872</w:t>
        <w:br/>
        <w:t>f 17503/25904/21603 17492/25891/21591 17834/26218/21872</w:t>
        <w:br/>
        <w:t>f 17834/26218/21872 17468/25869/21571 17469/25868/21570</w:t>
        <w:br/>
        <w:t>f 17833/26217/21871 17834/26218/21872 17469/25868/21570</w:t>
        <w:br/>
        <w:t>f 17534/25935/21629 17835/26219/21873 17533/25936/21630</w:t>
        <w:br/>
        <w:t>f 17604/26005/21689 17836/26220/21874 17835/26219/21873</w:t>
        <w:br/>
        <w:t>f 17534/25935/21629 17604/26005/21689 17835/26219/21873</w:t>
        <w:br/>
        <w:t>f 17604/26005/21689 17570/25967/21659 17837/26221/21875</w:t>
        <w:br/>
        <w:t>f 17836/26220/21874 17604/26005/21689 17837/26221/21875</w:t>
        <w:br/>
        <w:t>f 17570/25967/21659 17567/25970/21661 17837/26221/21875</w:t>
        <w:br/>
        <w:t>f 17836/26220/21874 17837/26221/21875 17595/25995/21681</w:t>
        <w:br/>
        <w:t>f 17596/25996/21682 17836/26220/21874 17595/25995/21681</w:t>
        <w:br/>
        <w:t>f 17836/26220/21874 17596/25996/21682 17796/26186/21846</w:t>
        <w:br/>
        <w:t>f 17835/26219/21873 17836/26220/21874 17796/26186/21846</w:t>
        <w:br/>
        <w:t>f 17838/26222/21876 17547/25946/21637 17549/25951/21643</w:t>
        <w:br/>
        <w:t>f 17565/25966/21658 17839/26223/21877 17838/26222/21876</w:t>
        <w:br/>
        <w:t>f 17549/25951/21643 17565/25966/21658 17838/26222/21876</w:t>
        <w:br/>
        <w:t>f 17565/25966/21658 17591/25989/21676 17840/26224/21878</w:t>
        <w:br/>
        <w:t>f 17839/26223/21877 17565/25966/21658 17840/26224/21878</w:t>
        <w:br/>
        <w:t>f 17840/26224/21878 17579/25982/21670 17580/25981/21669</w:t>
        <w:br/>
        <w:t>f 17580/25981/21669 17563/25964/21656 17839/26223/21877</w:t>
        <w:br/>
        <w:t>f 17840/26224/21878 17580/25981/21669 17839/26223/21877</w:t>
        <w:br/>
        <w:t>f 17839/26223/21877 17563/25964/21656 17546/25947/21640</w:t>
        <w:br/>
        <w:t>f 17838/26222/21876 17839/26223/21877 17546/25947/21640</w:t>
        <w:br/>
        <w:t>f 17626/26027/21708 17841/26225/21879 17625/26028/21709</w:t>
        <w:br/>
        <w:t>f 17657/26057/21735 17842/26226/21880 17841/26225/21879</w:t>
        <w:br/>
        <w:t>f 17626/26027/21708 17657/26057/21735 17841/26225/21879</w:t>
        <w:br/>
        <w:t>f 17657/26057/21735 17665/26062/21740 17843/26227/21881</w:t>
        <w:br/>
        <w:t>f 17842/26226/21880 17657/26057/21735 17843/26227/21881</w:t>
        <w:br/>
        <w:t>f 17665/26062/21740 17662/26065/21743 17843/26227/21881</w:t>
        <w:br/>
        <w:t>f 17842/26226/21880 17843/26227/21881 17678/26078/21753</w:t>
        <w:br/>
        <w:t>f 17655/26055/21733 17842/26226/21880 17678/26078/21753</w:t>
        <w:br/>
        <w:t>f 17842/26226/21880 17655/26055/21733 17641/26041/21719</w:t>
        <w:br/>
        <w:t>f 17841/26225/21879 17842/26226/21880 17641/26041/21719</w:t>
        <w:br/>
        <w:t>f 17844/26228/21882 17637/26040/21716 17638/26039/21718</w:t>
        <w:br/>
        <w:t>f 17653/26054/21732 17845/26229/21883 17844/26228/21882</w:t>
        <w:br/>
        <w:t>f 17638/26039/21718 17653/26054/21732 17844/26228/21882</w:t>
        <w:br/>
        <w:t>f 17845/26229/21883 17653/26054/21732 17673/26070/21746</w:t>
        <w:br/>
        <w:t>f 17846/26230/21884 17845/26229/21883 17673/26070/21746</w:t>
        <w:br/>
        <w:t>f 17673/26070/21746 17670/26073/21749 17846/26230/21884</w:t>
        <w:br/>
        <w:t>f 17682/26081/21756 17658/26061/21739 17845/26229/21883</w:t>
        <w:br/>
        <w:t>f 17846/26230/21884 17682/26081/21756 17845/26229/21883</w:t>
        <w:br/>
        <w:t>f 17845/26229/21883 17658/26061/21739 17659/26060/21738</w:t>
        <w:br/>
        <w:t>f 17844/26228/21882 17845/26229/21883 17659/26060/21738</w:t>
        <w:br/>
        <w:t>f 17706/26105/21776 17847/26231/21885 17705/26106/21777</w:t>
        <w:br/>
        <w:t>f 17798/26188/21848 17848/26232/21886 17847/26231/21885</w:t>
        <w:br/>
        <w:t>f 17706/26105/21776 17798/26188/21848 17847/26231/21885</w:t>
        <w:br/>
        <w:t>f 17849/26233/21887 17848/26232/21886 17798/26188/21848</w:t>
        <w:br/>
        <w:t>f 17733/26132/21801 17849/26233/21887 17798/26188/21848</w:t>
        <w:br/>
        <w:t>f 17733/26132/21801 17732/26133/21802 17849/26233/21887</w:t>
        <w:br/>
        <w:t>f 17848/26232/21886 17849/26233/21887 17741/26141/21810</w:t>
        <w:br/>
        <w:t>f 17744/26144/21813 17848/26232/21886 17741/26141/21810</w:t>
        <w:br/>
        <w:t>f 17848/26232/21886 17744/26144/21813 17751/26151/21820</w:t>
        <w:br/>
        <w:t>f 17847/26231/21885 17848/26232/21886 17751/26151/21820</w:t>
        <w:br/>
        <w:t>f 17850/26234/21888 17711/26114/21779 17712/26113/21783</w:t>
        <w:br/>
        <w:t>f 17726/26127/21796 17851/26235/21889 17850/26234/21888</w:t>
        <w:br/>
        <w:t>f 17712/26113/21783 17726/26127/21796 17850/26234/21888</w:t>
        <w:br/>
        <w:t>f 17726/26127/21796 17738/26135/21804 17852/26236/21890</w:t>
        <w:br/>
        <w:t>f 17851/26235/21889 17726/26127/21796 17852/26236/21890</w:t>
        <w:br/>
        <w:t>f 17738/26135/21804 17735/26138/21807 17852/26236/21890</w:t>
        <w:br/>
        <w:t>f 17746/26145/21814 17728/26131/21800 17851/26235/21889</w:t>
        <w:br/>
        <w:t>f 17852/26236/21890 17746/26145/21814 17851/26235/21889</w:t>
        <w:br/>
        <w:t>f 17851/26235/21889 17728/26131/21800 17729/26130/21799</w:t>
        <w:br/>
        <w:t>f 17850/26234/21888 17851/26235/21889 17729/26130/21799</w:t>
        <w:br/>
        <w:t>f 17413/25813/21523 17403/25803/21512 17799/26190/21850</w:t>
        <w:br/>
        <w:t>f 17407/25808/21518 17413/25813/21523 17799/26190/21850</w:t>
        <w:br/>
        <w:t>f 17392/25792/21504 17407/25808/21518 17799/26190/21850</w:t>
        <w:br/>
        <w:t>f 17800/26189/21849 17392/25792/21504 17799/26190/21850</w:t>
        <w:br/>
        <w:t>f 17391/25789/21501 17392/25792/21504 17800/26189/21849</w:t>
        <w:br/>
        <w:t>f 17375/25777/21489 17391/25789/21501 17800/26189/21849</w:t>
        <w:br/>
        <w:t>f 17416/25817/21480 17391/25789/21501 17375/25777/21489</w:t>
        <w:br/>
        <w:t>f 17376/25776/21481 17416/25817/21480 17375/25777/21489</w:t>
        <w:br/>
        <w:t>f 17435/25832/21540 17854/26237/21486 17853/26238/21891</w:t>
        <w:br/>
        <w:t>f 17434/25833/21541 17435/25832/21540 17853/26238/21891</w:t>
        <w:br/>
        <w:t>f 17856/26239/21892 17434/25833/21541 17853/26238/21891</w:t>
        <w:br/>
        <w:t>f 17855/26240/21893 17856/26239/21892 17853/26238/21891</w:t>
        <w:br/>
        <w:t>f 17856/26239/21892 17855/26240/21893 17857/26241/21894</w:t>
        <w:br/>
        <w:t>f 17428/25825/21534 17856/26239/21892 17857/26241/21894</w:t>
        <w:br/>
        <w:t>f 17857/26241/21894 17858/26242/21895 17427/25826/21528</w:t>
        <w:br/>
        <w:t>f 17428/25825/21534 17857/26241/21894 17427/25826/21528</w:t>
        <w:br/>
        <w:t>f 17832/26216/21870 17507/25906/21604 17508/25905/21554</w:t>
        <w:br/>
        <w:t>f 17443/25846/21550 17832/26216/21870 17508/25905/21554</w:t>
        <w:br/>
        <w:t>f 17451/25854/21557 17502/25901/21601 17501/25902/21602</w:t>
        <w:br/>
        <w:t>f 17454/25851/21554 17451/25854/21557 17501/25902/21602</w:t>
        <w:br/>
        <w:t>f 17457/25858/21561 17486/25886/21586 17502/25901/21601</w:t>
        <w:br/>
        <w:t>f 17451/25854/21557 17457/25858/21561 17502/25901/21601</w:t>
        <w:br/>
        <w:t>f 17478/25879/21580 17486/25886/21586 17457/25858/21561</w:t>
        <w:br/>
        <w:t>f 17487/25888/21588 17478/25879/21580 17457/25858/21561</w:t>
        <w:br/>
        <w:t>f 17477/25880/21581 17478/25879/21580 17487/25888/21588</w:t>
        <w:br/>
        <w:t>f 17514/25914/21611 17477/25880/21581 17487/25888/21588</w:t>
        <w:br/>
        <w:t>f 17831/26214/21868 17473/25876/21578 17511/25913/21611</w:t>
        <w:br/>
        <w:t>f 17512/25912/21610 17831/26214/21868 17511/25913/21611</w:t>
        <w:br/>
        <w:t>f 17830/26215/21869 17831/26214/21868 17512/25912/21610</w:t>
        <w:br/>
        <w:t>f 17510/25909/21607 17830/26215/21869 17512/25912/21610</w:t>
        <w:br/>
        <w:t>f 17507/25906/21604 17832/26216/21870 17830/26215/21869</w:t>
        <w:br/>
        <w:t>f 17510/25909/21607 17507/25906/21604 17830/26215/21869</w:t>
        <w:br/>
        <w:t>f 17191/25598/21326 17218/25622/21348 17215/25619/21346</w:t>
        <w:br/>
        <w:t>f 17193/25602/21329 17194/25601/20652 17859/26243/20602</w:t>
        <w:br/>
        <w:t>f 17271/25676/21397 17250/25655/21376 17274/25682/21402</w:t>
        <w:br/>
        <w:t>f 17805/26192/21852 17271/25676/21397 17274/25682/21402</w:t>
        <w:br/>
        <w:t>f 17275/25681/21401 17805/26192/21852 17274/25682/21402</w:t>
        <w:br/>
        <w:t>f 17292/25695/21415 17276/25680/21400 17291/25696/21416</w:t>
        <w:br/>
        <w:t>f 17204/25611/21338 17485/25885/21585 17212/25617/21344</w:t>
        <w:br/>
        <w:t>f 17200/25609/21336 17204/25611/21338 17212/25617/21344</w:t>
        <w:br/>
        <w:t>f 17200/25609/21336 17212/25617/21344 17211/25618/21345</w:t>
        <w:br/>
        <w:t>f 17203/25606/21333 17200/25609/21336 17211/25618/21345</w:t>
        <w:br/>
        <w:t>f 17185/25594/21322 17315/25723/21442 17211/25618/21345</w:t>
        <w:br/>
        <w:t>f 17188/25591/21319 17185/25594/21322 17211/25618/21345</w:t>
        <w:br/>
        <w:t>f 17861/26244/21325 17190/25595/21323 17860/26245/21896</w:t>
        <w:br/>
        <w:t>f 17197/25605/21332 17185/25594/21322 17186/25593/21321</w:t>
        <w:br/>
        <w:t>f 17862/26246/21897 17197/25605/21332 17186/25593/21321</w:t>
        <w:br/>
        <w:t>f 17185/25594/21322 17197/25605/21332 17343/25749/21464</w:t>
        <w:br/>
        <w:t>f 17315/25723/21442 17185/25594/21322 17343/25749/21464</w:t>
        <w:br/>
        <w:t>f 17343/25749/21464 17234/25640/21365 17863/26247/21898</w:t>
        <w:br/>
        <w:t>f 17328/25734/21452 17343/25749/21464 17863/26247/21898</w:t>
        <w:br/>
        <w:t>f 17227/25634/21359 17863/26247/21898 17234/25640/21365</w:t>
        <w:br/>
        <w:t>f 17219/25628/21354 17227/25634/21359 17234/25640/21365</w:t>
        <w:br/>
        <w:t>f 17862/26246/21897 17864/26248/21899 17199/25603/21330</w:t>
        <w:br/>
        <w:t>f 17197/25605/21332 17862/26246/21897 17199/25603/21330</w:t>
        <w:br/>
        <w:t>f 17863/26247/21898 17252/25660/21381 17272/25679/21399</w:t>
        <w:br/>
        <w:t>f 17328/25734/21452 17863/26247/21898 17272/25679/21399</w:t>
        <w:br/>
        <w:t>f 17283/25690/21410 17288/25691/21411 17272/25679/21399</w:t>
        <w:br/>
        <w:t>f 17273/25678/21398 17283/25690/21410 17272/25679/21399</w:t>
        <w:br/>
        <w:t>f 17227/25634/21359 17240/25649/21372 17252/25660/21381</w:t>
        <w:br/>
        <w:t>f 17863/26247/21898 17227/25634/21359 17252/25660/21381</w:t>
        <w:br/>
        <w:t>f 17264/25671/21392 17283/25690/21410 17273/25678/21398</w:t>
        <w:br/>
        <w:t>f 17260/25669/21390 17264/25671/21392 17273/25678/21398</w:t>
        <w:br/>
        <w:t>f 17481/25882/21583 17482/25881/21582 17865/26249/21573</w:t>
        <w:br/>
        <w:t>f 17485/25885/21585 17481/25882/21583 17865/26249/21573</w:t>
        <w:br/>
        <w:t>f 17795/26184/20624 17794/26185/21633 17184/25587/21317</w:t>
        <w:br/>
        <w:t>f 17181/25590/20622 17795/26184/20624 17184/25587/21317</w:t>
        <w:br/>
        <w:t>f 17578/25977/20611 17810/26195/20614 17811/26194/21854</w:t>
        <w:br/>
        <w:t>f 17577/25978/21665 17578/25977/20611 17811/26194/21854</w:t>
        <w:br/>
        <w:t>f 17864/26248/21899 17862/26246/21897 17575/25976/21666</w:t>
        <w:br/>
        <w:t>f 17576/25975/21665 17864/26248/21899 17575/25976/21666</w:t>
        <w:br/>
        <w:t>f 17862/26246/21897 17186/25593/21321 17552/25953/21645</w:t>
        <w:br/>
        <w:t>f 17575/25976/21666 17862/26246/21897 17552/25953/21645</w:t>
        <w:br/>
        <w:t>f 17552/25953/21645 17186/25593/21321 17187/25592/21320</w:t>
        <w:br/>
        <w:t>f 17539/25938/21632 17552/25953/21645 17187/25592/21320</w:t>
        <w:br/>
        <w:t>f 17539/25938/21632 17187/25592/21320 17189/25596/21324</w:t>
        <w:br/>
        <w:t>f 17538/25939/21633 17539/25938/21632 17189/25596/21324</w:t>
        <w:br/>
        <w:t>f 17223/25632/21357 17224/25631/21351 17235/25642/21367</w:t>
        <w:br/>
        <w:t>f 17236/25641/21366 17223/25632/21357 17235/25642/21367</w:t>
        <w:br/>
        <w:t>f 17222/25625/21351 17219/25628/21354 17232/25638/21363</w:t>
        <w:br/>
        <w:t>f 17246/25651/21374 17251/25654/21375 17248/25657/21378</w:t>
        <w:br/>
        <w:t>f 17245/25652/21371 17246/25651/21374 17248/25657/21378</w:t>
        <w:br/>
        <w:t>f 17804/26191/21851 17251/25654/21375 17246/25651/21374</w:t>
        <w:br/>
        <w:t>f 17229/25636/21361 17804/26191/21851 17246/25651/21374</w:t>
        <w:br/>
        <w:t>f 17229/25636/21361 17223/25632/21357 17236/25641/21366</w:t>
        <w:br/>
        <w:t>f 17804/26191/21851 17229/25636/21361 17236/25641/21366</w:t>
        <w:br/>
        <w:t>f 17256/25665/21386 17257/25664/21385 17270/25677/21396</w:t>
        <w:br/>
        <w:t>f 17271/25676/21397 17256/25665/21386 17270/25677/21396</w:t>
        <w:br/>
        <w:t>f 17268/25675/21396 17263/25666/21387 17260/25669/21390</w:t>
        <w:br/>
        <w:t>f 17866/26250/21900 17268/25675/21396 17260/25669/21390</w:t>
        <w:br/>
        <w:t>f 17279/25684/21404 17365/25762/21476 17362/25765/21479</w:t>
        <w:br/>
        <w:t>f 17278/25685/21405 17279/25684/21404 17362/25765/21479</w:t>
        <w:br/>
        <w:t>f 17365/25762/21476 17279/25684/21404 17266/25673/21394</w:t>
        <w:br/>
        <w:t>f 17805/26192/21852 17365/25762/21476 17266/25673/21394</w:t>
        <w:br/>
        <w:t>f 17266/25673/21394 17256/25665/21386 17271/25676/21397</w:t>
        <w:br/>
        <w:t>f 17805/26192/21852 17266/25673/21394 17271/25676/21397</w:t>
        <w:br/>
        <w:t>f 17472/25871/21573 17483/25884/21582 17484/25883/21584</w:t>
        <w:br/>
        <w:t>f 17471/25872/21574 17472/25871/21573 17484/25883/21584</w:t>
        <w:br/>
        <w:t>f 17790/26182/21845 17793/26183/21552 17441/25840/21544</w:t>
        <w:br/>
        <w:t>f 17440/25841/21545 17790/26182/21845 17441/25840/21544</w:t>
        <w:br/>
        <w:t>f 17790/26182/21845 17440/25841/21545 17466/25866/21568</w:t>
        <w:br/>
        <w:t>f 17792/26180/21843 17790/26182/21845 17466/25866/21568</w:t>
        <w:br/>
        <w:t>f 17792/26180/21843 17466/25866/21568 17471/25872/21574</w:t>
        <w:br/>
        <w:t>f 17484/25883/21584 17792/26180/21843 17471/25872/21574</w:t>
        <w:br/>
        <w:t>f 17449/25847/21551 17205/25610/21337 17442/25842/21546</w:t>
        <w:br/>
        <w:t>f 17448/25848/21552 17449/25847/21551 17442/25842/21546</w:t>
        <w:br/>
        <w:t>f 17240/25649/21372 17241/25648/21371 17254/25658/21379</w:t>
        <w:br/>
        <w:t>f 17252/25660/21381 17240/25649/21372 17254/25658/21379</w:t>
        <w:br/>
        <w:t>f 17390/25790/21502 17417/25816/21526 17393/25794/21505</w:t>
        <w:br/>
        <w:t>f 17301/25706/21426 17390/25790/21502 17393/25794/21505</w:t>
        <w:br/>
        <w:t>f 17857/26241/21894 17855/26240/21893 17422/25821/21530</w:t>
        <w:br/>
        <w:t>f 17402/25804/21514 17857/26241/21894 17422/25821/21530</w:t>
        <w:br/>
        <w:t>f 17422/25821/21530 17855/26240/21893 17853/26238/21891</w:t>
        <w:br/>
        <w:t>f 17423/25823/21532 17422/25821/21530 17853/26238/21891</w:t>
        <w:br/>
        <w:t>f 17423/25823/21532 17853/26238/21891 17854/26237/21486</w:t>
        <w:br/>
        <w:t>f 17376/25776/21481 17423/25823/21532 17854/26237/21486</w:t>
        <w:br/>
        <w:t>f 17372/25773/21486 17373/25772/21485 17368/25769/21482</w:t>
        <w:br/>
        <w:t>f 17369/25768/21481 17372/25773/21486 17368/25769/21482</w:t>
        <w:br/>
        <w:t>f 17373/25772/21485 17380/25781/21493 17379/25778/21490</w:t>
        <w:br/>
        <w:t>f 17368/25769/21482 17373/25772/21485 17379/25778/21490</w:t>
        <w:br/>
        <w:t>f 17380/25781/21493 17411/25812/21522 17401/25800/21511</w:t>
        <w:br/>
        <w:t>f 17379/25778/21490 17380/25781/21493 17401/25800/21511</w:t>
        <w:br/>
        <w:t>f 17401/25800/21511 17411/25812/21522 17419/25820/21529</w:t>
        <w:br/>
        <w:t>f 17400/25801/21512 17401/25800/21511 17419/25820/21529</w:t>
        <w:br/>
        <w:t>f 17402/25804/21514 17403/25803/21512 17858/26242/21895</w:t>
        <w:br/>
        <w:t>f 17857/26241/21894 17402/25804/21514 17858/26242/21895</w:t>
        <w:br/>
        <w:t>f 17533/25936/21630 17835/26219/21873 17796/26186/21846</w:t>
        <w:br/>
        <w:t>f 17837/26221/21875 17567/25970/21661 17595/25995/21681</w:t>
        <w:br/>
        <w:t>f 17443/25846/21550 17827/26211/21865 17832/26216/21870</w:t>
        <w:br/>
        <w:t>f 17193/25602/21329 17344/25750/21465 17236/25641/21366</w:t>
        <w:br/>
        <w:t>f 17237/25645/20599 17193/25602/21329 17859/26243/20602</w:t>
        <w:br/>
        <w:t>f 17255/25661/21382 17250/25655/21376 17345/25751/21466</w:t>
        <w:br/>
        <w:t>f 17285/25694/21414 17272/25679/21399 17288/25691/21411</w:t>
        <w:br/>
        <w:t>f 17253/25659/21380 17272/25679/21399 17252/25660/21381</w:t>
        <w:br/>
        <w:t>f 17343/25749/21464 17231/25639/21364 17234/25640/21365</w:t>
        <w:br/>
        <w:t>f 17211/25618/21345 17860/26245/21896 17188/25591/21319</w:t>
        <w:br/>
        <w:t>f 17473/25876/21578 17831/26214/21868 17829/26213/21867</w:t>
        <w:br/>
        <w:t>f 17838/26222/21876 17546/25947/21640 17547/25946/21637</w:t>
        <w:br/>
        <w:t>f 17840/26224/21878 17591/25989/21676 17579/25982/21670</w:t>
        <w:br/>
        <w:t>f 17833/26217/21871 17469/25868/21570 17505/25908/21606</w:t>
        <w:br/>
        <w:t>f 17492/25891/21591 17504/25903/21599 17520/25922/21618</w:t>
        <w:br/>
        <w:t>f 17491/25892/21592 17492/25891/21591 17520/25922/21618</w:t>
        <w:br/>
        <w:t>f 17844/26228/21882 17659/26060/21738 17637/26040/21716</w:t>
        <w:br/>
        <w:t>f 17670/26073/21749 17682/26081/21756 17846/26230/21884</w:t>
        <w:br/>
        <w:t>f 17841/26225/21879 17641/26041/21719 17625/26028/21709</w:t>
        <w:br/>
        <w:t>f 17662/26065/21743 17678/26078/21753 17843/26227/21881</w:t>
        <w:br/>
        <w:t>f 17847/26231/21885 17751/26151/21820 17705/26106/21777</w:t>
        <w:br/>
        <w:t>f 17732/26133/21802 17741/26141/21810 17849/26233/21887</w:t>
        <w:br/>
        <w:t>f 17850/26234/21888 17729/26130/21799 17711/26114/21779</w:t>
        <w:br/>
        <w:t>f 17735/26138/21807 17746/26145/21814 17852/26236/21890</w:t>
        <w:br/>
        <w:t>f 17239/25643/20601 17291/25696/21416 17255/25661/21382</w:t>
        <w:br/>
        <w:t>f 17291/25696/21416 17276/25680/21400 17255/25661/21382</w:t>
        <w:br/>
        <w:t>f 17295/25700/21420 17296/25699/21419 17789/26179/21842</w:t>
        <w:br/>
        <w:t>f 17414/25815/21525 17295/25700/21420 17789/26179/21842</w:t>
        <w:br/>
        <w:t>f 17298/25703/21423 17295/25700/21420 17414/25815/21525</w:t>
        <w:br/>
        <w:t>f 17415/25814/21524 17298/25703/21423 17414/25815/21525</w:t>
        <w:br/>
        <w:t>f 17303/25712/21432 17298/25703/21423 17415/25814/21524</w:t>
        <w:br/>
        <w:t>f 17306/25709/21429 17303/25712/21432 17415/25814/21524</w:t>
        <w:br/>
        <w:t>f 17199/25603/21330 17886/26251/21327 17198/25604/21331</w:t>
        <w:br/>
        <w:t>f 17887/26252/21901 17273/25678/21398 17253/25659/21380</w:t>
        <w:br/>
        <w:t>f 17254/25658/21379 17888/26253/21902 17253/25659/21380</w:t>
        <w:br/>
        <w:t>f 17190/25595/21323 17188/25591/21319 17210/25614/21903</w:t>
        <w:br/>
        <w:t>f 17210/25614/21341 17212/25617/21344 17209/25615/21342</w:t>
        <w:br/>
        <w:t>f 17209/25615/21904 17889/26254/21905 17485/25885/21585</w:t>
        <w:br/>
        <w:t>f 17865/26249/21573 17209/25615/21904 17485/25885/21585</w:t>
        <w:br/>
        <w:t>f 17201/25608/21335 17774/26174/21473 17366/25766/21472</w:t>
        <w:br/>
        <w:t>f 17316/25722/21441 17211/25618/21345 17315/25723/21442</w:t>
        <w:br/>
        <w:t>f 17317/25721/21440 17343/25749/21464 17328/25734/21452</w:t>
        <w:br/>
        <w:t>f 17361/25761/21475 17318/25727/21446 17213/25621/20634</w:t>
        <w:br/>
        <w:t>f 17377/25775/21488 17423/25823/21532 17376/25776/21481</w:t>
        <w:br/>
        <w:t>f 17404/25802/21513 17799/26190/21850 17403/25803/21512</w:t>
        <w:br/>
        <w:t>f 17891/26255/21906 17890/26256/21907 17528/25930/21626</w:t>
        <w:br/>
        <w:t>f 17531/25932/21627 17532/25931/21589 17464/25864/21567</w:t>
        <w:br/>
        <w:t>f 17524/25924/21620 17892/26257/21908 17523/25925/21621</w:t>
        <w:br/>
        <w:t>f 17894/26258/21909 17893/26259/21910 17524/25924/21620</w:t>
        <w:br/>
        <w:t>f 17524/25924/21620 17895/26260/21911 17892/26257/21908</w:t>
        <w:br/>
        <w:t>f 17893/26259/21910 17895/26260/21911 17524/25924/21620</w:t>
        <w:br/>
        <w:t>f 17529/25929/21625 17896/26261/21912 17528/25930/21626</w:t>
        <w:br/>
        <w:t>f 17890/26256/21907 17530/25928/21624 17528/25930/21626</w:t>
        <w:br/>
        <w:t>f 17525/25923/21619 17526/25927/21623 17524/25924/21620</w:t>
        <w:br/>
        <w:t>f 17527/25926/21622 17894/26258/21909 17524/25924/21620</w:t>
        <w:br/>
        <w:t>f 17467/25870/21572 17491/25892/21592 17897/26262/21913</w:t>
        <w:br/>
        <w:t>f 17491/25892/21592 17521/25921/21617 17897/26262/21913</w:t>
        <w:br/>
        <w:t>f 17527/25926/21622 17526/25927/21623 17898/26263/21914</w:t>
        <w:br/>
        <w:t>f 17526/25927/21623 17899/26264/21915 17898/26263/21914</w:t>
        <w:br/>
        <w:t>f 17470/25867/21569 17467/25870/21572 17900/26265/21916</w:t>
        <w:br/>
        <w:t>f 17902/26266/21917 17899/26264/21915 17901/26267/21918</w:t>
        <w:br/>
        <w:t>f 17526/25927/21623 17525/25923/21619 17901/26267/21918</w:t>
        <w:br/>
        <w:t>f 17519/25916/21612 17470/25867/21569 17900/26265/21916</w:t>
        <w:br/>
        <w:t>f 17899/26264/21915 17902/26266/21917 17898/26263/21914</w:t>
        <w:br/>
        <w:t>f 17899/26264/21915 17526/25927/21623 17901/26267/21918</w:t>
        <w:br/>
        <w:t>f 17464/25864/21567 17903/26268/21562 17463/25865/21565</w:t>
        <w:br/>
        <w:t>f 17532/25931/21589 17903/26268/21562 17464/25864/21567</w:t>
        <w:br/>
        <w:t>f 17581/25980/21668 17614/26015/21697 17904/26269/21693</w:t>
        <w:br/>
        <w:t>f 17609/26009/21693 17905/26270/21697 17617/26018/21699</w:t>
        <w:br/>
        <w:t>f 17545/25948/21641 17564/25963/21655 17906/26271/21690</w:t>
        <w:br/>
        <w:t>f 17608/26006/21690 17617/26018/21699 17618/26017/21698</w:t>
        <w:br/>
        <w:t>f 17906/26271/21690 17611/26012/21695 17545/25948/21641</w:t>
        <w:br/>
        <w:t>f 17904/26269/21693 17564/25963/21655 17581/25980/21668</w:t>
        <w:br/>
        <w:t>f 17609/26009/21693 17617/26018/21699 17606/26008/21692</w:t>
        <w:br/>
        <w:t>f 17606/26008/21692 17617/26018/21699 17608/26006/21690</w:t>
        <w:br/>
        <w:t>f 17623/26024/21705 17624/26023/21704 17907/26272/21919</w:t>
        <w:br/>
        <w:t>f 17907/26272/21919 17613/26010/21920 17908/26273/21921</w:t>
        <w:br/>
        <w:t>f 17624/26023/21704 17909/26274/21922 17907/26272/21919</w:t>
        <w:br/>
        <w:t>f 17907/26272/21919 17909/26274/21922 17613/26010/21920</w:t>
        <w:br/>
        <w:t>f 17910/26275/21923 17620/26021/21702 17617/26018/21699</w:t>
        <w:br/>
        <w:t>f 17905/26270/21697 17910/26275/21923 17617/26018/21699</w:t>
        <w:br/>
        <w:t>f 17617/26018/21699 17621/26020/21701 17616/26019/21700</w:t>
        <w:br/>
        <w:t>f 17561/25961/21653 17911/26276/21924 17560/25962/21654</w:t>
        <w:br/>
        <w:t>f 17622/26022/21703 17912/26277/21925 17561/25961/21653</w:t>
        <w:br/>
        <w:t>f 17914/26278/21768 17698/26099/21770 17913/26279/21766</w:t>
        <w:br/>
        <w:t>f 17692/26092/21766 17681/26082/21757 17695/26096/21768</w:t>
        <w:br/>
        <w:t>f 17916/26280/21926 17915/26281/21736 17913/26279/21766</w:t>
        <w:br/>
        <w:t>f 17698/26099/21770 17699/26098/21767 17917/26282/21927</w:t>
        <w:br/>
        <w:t>f 17917/26282/21927 17915/26281/21736 17916/26280/21926</w:t>
        <w:br/>
        <w:t>f 17660/26059/21737 17661/26058/21736 17918/26283/21928</w:t>
        <w:br/>
        <w:t>f 17918/26283/21928 17694/26093/21767 17660/26059/21737</w:t>
        <w:br/>
        <w:t>f 17913/26279/21766 17698/26099/21770 17916/26280/21926</w:t>
        <w:br/>
        <w:t>f 17916/26280/21926 17698/26099/21770 17917/26282/21927</w:t>
        <w:br/>
        <w:t>f 17919/26284/21775 17702/26101/21772 17698/26099/21770</w:t>
        <w:br/>
        <w:t>f 17914/26278/21768 17919/26284/21775 17698/26099/21770</w:t>
        <w:br/>
        <w:t>f 17698/26099/21770 17701/26102/21773 17697/26100/21771</w:t>
        <w:br/>
        <w:t>f 17824/26206/21862 17822/26208/21863 17920/26285/21929</w:t>
        <w:br/>
        <w:t>f 17652/26050/21728 17921/26286/21930 17651/26051/21729</w:t>
        <w:br/>
        <w:t>f 17920/26285/21929 17825/26210/21864 17824/26206/21862</w:t>
        <w:br/>
        <w:t>f 17921/26286/21930 17922/26287/21931 17651/26051/21729</w:t>
        <w:br/>
        <w:t>f 17651/26051/21729 17923/26288/21932 17650/26052/21730</w:t>
        <w:br/>
        <w:t>f 17925/26289/21933 17924/26290/21934 17760/26158/21826</w:t>
        <w:br/>
        <w:t>f 17926/26291/21826 17731/26128/21797 17745/26146/21815</w:t>
        <w:br/>
        <w:t>f 17926/26291/21826 17745/26146/21815 17765/26165/21827</w:t>
        <w:br/>
        <w:t>f 17762/26163/21830 17730/26129/21798 17757/26157/21825</w:t>
        <w:br/>
        <w:t>f 17927/26292/21935 17758/26160/21828 17768/26167/21830</w:t>
        <w:br/>
        <w:t>f 17927/26292/21935 17924/26290/21934 17925/26289/21933</w:t>
        <w:br/>
        <w:t>f 17758/26160/21828 17770/26171/21836 17766/26169/21936</w:t>
        <w:br/>
        <w:t>f 17928/26293/21838 17771/26170/21835 17758/26160/21828</w:t>
        <w:br/>
        <w:t>f 17759/26159/21827 17928/26293/21838 17758/26160/21828</w:t>
        <w:br/>
        <w:t>f 17819/26201/21791 17817/26203/21859 17929/26294/21937</w:t>
        <w:br/>
        <w:t>f 17930/26295/21938 17928/26293/21939 17724/26124/21793</w:t>
        <w:br/>
        <w:t>f 17929/26294/21937 17820/26205/21861 17819/26201/21791</w:t>
        <w:br/>
        <w:t>f 17724/26124/21793 17725/26123/21792 17930/26295/21938</w:t>
        <w:br/>
        <w:t>f 17724/26124/21793 17769/26166/21940 17723/26125/21794</w:t>
        <w:br/>
        <w:t>f 17760/26158/21826 17758/26160/21828 17925/26289/21933</w:t>
        <w:br/>
        <w:t>f 17925/26289/21933 17758/26160/21828 17927/26292/21935</w:t>
        <w:br/>
        <w:t>f 17932/26296/21941 17395/25797/21508 17931/26297/21942</w:t>
        <w:br/>
        <w:t>f 17428/25825/21534 17425/25828/21536 17933/26298/21942</w:t>
        <w:br/>
        <w:t>f 17933/26298/21942 17856/26239/21892 17428/25825/21534</w:t>
        <w:br/>
        <w:t>f 17931/26297/21942 17395/25797/21508 17934/26299/21943</w:t>
        <w:br/>
        <w:t>f 17433/25834/21507 17434/25833/21541 17935/26300/21944</w:t>
        <w:br/>
        <w:t>f 17434/25833/21541 17856/26239/21892 17935/26300/21944</w:t>
        <w:br/>
        <w:t>f 17936/26301/21944 17934/26299/21943 17395/25797/21508</w:t>
        <w:br/>
        <w:t>f 17936/26301/21944 17395/25797/21508 17396/25796/21507</w:t>
        <w:br/>
        <w:t>f 17936/26301/21944 17937/26302/21945 17934/26299/21943</w:t>
        <w:br/>
        <w:t>f 17934/26299/21943 17937/26302/21945 17931/26297/21942</w:t>
        <w:br/>
        <w:t>f 17938/26303/21946 17410/25809/21519 17395/25797/21508</w:t>
        <w:br/>
        <w:t>f 17932/26296/21941 17938/26303/21946 17395/25797/21508</w:t>
        <w:br/>
        <w:t>f 17395/25797/21508 17387/25787/21499 17388/25786/21498</w:t>
        <w:br/>
        <w:t>f 17940/26304/21495 17939/26305/21947 17436/25837/21542</w:t>
        <w:br/>
        <w:t>f 17437/25836/21515 17940/26304/21495 17436/25837/21542</w:t>
        <w:br/>
        <w:t>f 17942/26306/21948 17941/26307/21949 17940/26304/21950</w:t>
        <w:br/>
        <w:t>f 17439/25838/21494 17942/26306/21948 17940/26304/21950</w:t>
        <w:br/>
        <w:t>f 17386/25788/21500 17397/25795/21506 17388/25786/21498</w:t>
        <w:br/>
        <w:t>f 17386/25788/21500 17387/25787/21499 17410/25809/21951</w:t>
        <w:br/>
        <w:t>f 17291/25696/21416 17239/25643/20601 17313/25720/21439</w:t>
        <w:br/>
        <w:t>f 18401/26308/21952 18400/26309/21953 18399/26310/21954</w:t>
        <w:br/>
        <w:t>f 18398/26311/21955 18401/26308/21952 18399/26310/21954</w:t>
        <w:br/>
        <w:t>f 18405/26312/21956 18404/26313/21957 18403/26314/21958</w:t>
        <w:br/>
        <w:t>f 18402/26315/21959 18405/26312/21956 18403/26314/21958</w:t>
        <w:br/>
        <w:t>f 18409/26316/21960 18408/26317/21961 18407/26318/21962</w:t>
        <w:br/>
        <w:t>f 18406/26319/21963 18409/26316/21960 18407/26318/21962</w:t>
        <w:br/>
        <w:t>f 18413/26320/21964 18412/26321/21965 18411/26322/21966</w:t>
        <w:br/>
        <w:t>f 18410/26323/21967 18413/26320/21964 18411/26322/21966</w:t>
        <w:br/>
        <w:t>f 18410/26323/21967 18415/26324/21968 18414/26325/21969</w:t>
        <w:br/>
        <w:t>f 18413/26320/21964 18410/26323/21967 18414/26325/21969</w:t>
        <w:br/>
        <w:t>f 18419/26326/21970 18418/26327/21971 18417/26328/21972</w:t>
        <w:br/>
        <w:t>f 18416/26329/21973 18419/26326/21970 18417/26328/21972</w:t>
        <w:br/>
        <w:t>f 18409/26316/21960 18421/26330/21974 18420/26331/21975</w:t>
        <w:br/>
        <w:t>f 18402/26315/21959 18409/26316/21960 18420/26331/21975</w:t>
        <w:br/>
        <w:t>f 18425/26332/21976 18424/26333/21977 18423/26334/21978</w:t>
        <w:br/>
        <w:t>f 18422/26335/21979 18425/26332/21976 18423/26334/21978</w:t>
        <w:br/>
        <w:t>f 18429/26336/21980 18428/26337/21981 18427/26338/21982</w:t>
        <w:br/>
        <w:t>f 18426/26339/21983 18429/26336/21980 18427/26338/21982</w:t>
        <w:br/>
        <w:t>f 18433/26340/21984 18432/26341/21985 18431/26342/21986</w:t>
        <w:br/>
        <w:t>f 18430/26343/21987 18433/26340/21984 18431/26342/21986</w:t>
        <w:br/>
        <w:t>f 18433/26340/21984 18435/26344/21988 18434/26345/21989</w:t>
        <w:br/>
        <w:t>f 18432/26341/21985 18433/26340/21984 18434/26345/21989</w:t>
        <w:br/>
        <w:t>f 18438/26346/21990 18435/26344/21988 18437/26347/21991</w:t>
        <w:br/>
        <w:t>f 18436/26348/21992 18438/26346/21990 18437/26347/21991</w:t>
        <w:br/>
        <w:t>f 18442/26349/21993 18441/26350/21994 18440/26351/21995</w:t>
        <w:br/>
        <w:t>f 18439/26352/21996 18442/26349/21993 18440/26351/21995</w:t>
        <w:br/>
        <w:t>f 18446/26353/21997 18445/26354/21998 18444/26355/21999</w:t>
        <w:br/>
        <w:t>f 18443/26356/22000 18446/26353/21997 18444/26355/21999</w:t>
        <w:br/>
        <w:t>f 18400/26309/21953 18448/26357/22001 18447/26358/22002</w:t>
        <w:br/>
        <w:t>f 18399/26310/21954 18400/26309/21953 18447/26358/22002</w:t>
        <w:br/>
        <w:t>f 18450/26359/22003 18449/26360/22004 18412/26321/21965</w:t>
        <w:br/>
        <w:t>f 18413/26320/21964 18450/26359/22003 18412/26321/21965</w:t>
        <w:br/>
        <w:t>f 18454/26361/22005 18453/26362/22006 18452/26363/22007</w:t>
        <w:br/>
        <w:t>f 18451/26364/22008 18454/26361/22005 18452/26363/22007</w:t>
        <w:br/>
        <w:t>f 18418/26327/21971 18456/26365/22009 18455/26366/22010</w:t>
        <w:br/>
        <w:t>f 18417/26328/21972 18418/26327/21971 18455/26366/22010</w:t>
        <w:br/>
        <w:t>f 18459/26367/22011 18458/26368/22012 18422/26335/21979</w:t>
        <w:br/>
        <w:t>f 18457/26369/22013 18459/26367/22011 18422/26335/21979</w:t>
        <w:br/>
        <w:t>f 18453/26362/22006 18460/26370/22014 18414/26325/21969</w:t>
        <w:br/>
        <w:t>f 18452/26363/22007 18453/26362/22006 18414/26325/21969</w:t>
        <w:br/>
        <w:t>f 18448/26357/22001 18400/26309/21953 18462/26371/22015</w:t>
        <w:br/>
        <w:t>f 18461/26372/22016 18448/26357/22001 18462/26371/22015</w:t>
        <w:br/>
        <w:t>f 18465/26373/22017 18464/26374/22018 18463/26375/22019</w:t>
        <w:br/>
        <w:t>f 18406/26319/21963 18465/26373/22017 18463/26375/22019</w:t>
        <w:br/>
        <w:t>f 18467/26376/22020 18464/26374/22018 18465/26373/22017</w:t>
        <w:br/>
        <w:t>f 18466/26377/22021 18467/26376/22020 18465/26373/22017</w:t>
        <w:br/>
        <w:t>f 18413/26320/21964 18414/26325/21969 18460/26370/22014</w:t>
        <w:br/>
        <w:t>f 18450/26359/22003 18413/26320/21964 18460/26370/22014</w:t>
        <w:br/>
        <w:t>f 18470/26378/22022 18469/26379/22023 18468/26380/22024</w:t>
        <w:br/>
        <w:t>f 18425/26332/21976 18470/26378/22022 18468/26380/22024</w:t>
        <w:br/>
        <w:t>f 18452/26363/22007 18414/26325/21969 18415/26324/21968</w:t>
        <w:br/>
        <w:t>f 18471/26381/22025 18452/26363/22007 18415/26324/21968</w:t>
        <w:br/>
        <w:t>f 18473/26382/21970 18472/26383/21998 18427/26338/21982</w:t>
        <w:br/>
        <w:t>f 18398/26311/21955 18473/26382/21970 18427/26338/21982</w:t>
        <w:br/>
        <w:t>f 18404/26313/21957 18405/26312/21956 18462/26371/22015</w:t>
        <w:br/>
        <w:t>f 18474/26384/22026 18404/26313/21957 18462/26371/22015</w:t>
        <w:br/>
        <w:t>f 18432/26341/21985 18408/26317/21961 18403/26314/21958</w:t>
        <w:br/>
        <w:t>f 18432/26341/21985 18434/26345/21989 18407/26318/21962</w:t>
        <w:br/>
        <w:t>f 18408/26317/21961 18432/26341/21985 18407/26318/21962</w:t>
        <w:br/>
        <w:t>f 18412/26321/21965 18466/26377/22021 18475/26385/22027</w:t>
        <w:br/>
        <w:t>f 18411/26322/21966 18412/26321/21965 18475/26385/22027</w:t>
        <w:br/>
        <w:t>f 18415/26324/21968 18410/26323/21967 18476/26386/22028</w:t>
        <w:br/>
        <w:t>f 18471/26381/22025 18477/26387/22029 18451/26364/22008</w:t>
        <w:br/>
        <w:t>f 18452/26363/22007 18471/26381/22025 18451/26364/22008</w:t>
        <w:br/>
        <w:t>f 18424/26333/21977 18425/26332/21976 18468/26380/22024</w:t>
        <w:br/>
        <w:t>f 18478/26388/22030 18424/26333/21977 18468/26380/22024</w:t>
        <w:br/>
        <w:t>f 18445/26354/21998 18419/26326/21970 18416/26329/21973</w:t>
        <w:br/>
        <w:t>f 18444/26355/21999 18445/26354/21998 18416/26329/21973</w:t>
        <w:br/>
        <w:t>f 18481/26389/22031 18480/26390/22032 18423/26334/21978</w:t>
        <w:br/>
        <w:t>f 18479/26391/22033 18481/26389/22031 18423/26334/21978</w:t>
        <w:br/>
        <w:t>f 18461/26372/22016 18462/26371/22015 18405/26312/21956</w:t>
        <w:br/>
        <w:t>f 18482/26392/22034 18461/26372/22016 18405/26312/21956</w:t>
        <w:br/>
        <w:t>f 18474/26384/22026 18462/26371/22015 18400/26309/21953</w:t>
        <w:br/>
        <w:t>f 18401/26308/21952 18474/26384/22026 18400/26309/21953</w:t>
        <w:br/>
        <w:t>f 18402/26315/21959 18403/26314/21958 18408/26317/21961</w:t>
        <w:br/>
        <w:t>f 18409/26316/21960 18402/26315/21959 18408/26317/21961</w:t>
        <w:br/>
        <w:t>f 18402/26315/21959 18420/26331/21975 18482/26392/22034</w:t>
        <w:br/>
        <w:t>f 18405/26312/21956 18402/26315/21959 18482/26392/22034</w:t>
        <w:br/>
        <w:t>f 18465/26373/22017 18406/26319/21963 18407/26318/21962</w:t>
        <w:br/>
        <w:t>f 18483/26393/22035 18465/26373/22017 18407/26318/21962</w:t>
        <w:br/>
        <w:t>f 18406/26319/21963 18463/26375/22019 18421/26330/21974</w:t>
        <w:br/>
        <w:t>f 18409/26316/21960 18406/26319/21963 18421/26330/21974</w:t>
        <w:br/>
        <w:t>f 18438/26346/21990 18436/26348/21992 18475/26385/22027</w:t>
        <w:br/>
        <w:t>f 18483/26393/22035 18438/26346/21990 18475/26385/22027</w:t>
        <w:br/>
        <w:t>f 18449/26360/22004 18467/26376/22020 18466/26377/22021</w:t>
        <w:br/>
        <w:t>f 18412/26321/21965 18449/26360/22004 18466/26377/22021</w:t>
        <w:br/>
        <w:t>f 18483/26393/22035 18475/26385/22027 18466/26377/22021</w:t>
        <w:br/>
        <w:t>f 18465/26373/22017 18483/26393/22035 18466/26377/22021</w:t>
        <w:br/>
        <w:t>f 18440/26351/21995 18484/26394/22036 18478/26388/22030</w:t>
        <w:br/>
        <w:t>f 18477/26387/22029 18440/26351/21995 18478/26388/22030</w:t>
        <w:br/>
        <w:t>f 18485/26395/22037 18484/26394/22036 18440/26351/21995</w:t>
        <w:br/>
        <w:t>f 18441/26350/21994 18485/26395/22037 18440/26351/21995</w:t>
        <w:br/>
        <w:t>f 18451/26364/22008 18468/26380/22024 18486/26396/22038</w:t>
        <w:br/>
        <w:t>f 18454/26361/22005 18451/26364/22008 18486/26396/22038</w:t>
        <w:br/>
        <w:t>f 18477/26387/22029 18478/26388/22030 18468/26380/22024</w:t>
        <w:br/>
        <w:t>f 18451/26364/22008 18477/26387/22029 18468/26380/22024</w:t>
        <w:br/>
        <w:t>f 18422/26335/21979 18423/26334/21978 18480/26390/22032</w:t>
        <w:br/>
        <w:t>f 18457/26369/22013 18422/26335/21979 18480/26390/22032</w:t>
        <w:br/>
        <w:t>f 18458/26368/22012 18470/26378/22022 18425/26332/21976</w:t>
        <w:br/>
        <w:t>f 18422/26335/21979 18458/26368/22012 18425/26332/21976</w:t>
        <w:br/>
        <w:t>f 18479/26391/22033 18423/26334/21978 18424/26333/21977</w:t>
        <w:br/>
        <w:t>f 18487/26397/22039 18479/26391/22033 18424/26333/21977</w:t>
        <w:br/>
        <w:t>f 18398/26311/21955 18399/26310/21954 18488/26398/22040</w:t>
        <w:br/>
        <w:t>f 18473/26382/21970 18398/26311/21955 18488/26398/22040</w:t>
        <w:br/>
        <w:t>f 18426/26339/21983 18427/26338/21982 18472/26383/21998</w:t>
        <w:br/>
        <w:t>f 18489/26399/21997 18426/26339/21983 18472/26383/21998</w:t>
        <w:br/>
        <w:t>f 18399/26310/21954 18447/26358/22002 18490/26400/22009</w:t>
        <w:br/>
        <w:t>f 18488/26398/22040 18399/26310/21954 18490/26400/22009</w:t>
        <w:br/>
        <w:t>f 18416/26329/21973 18417/26328/21972 18457/26369/22013</w:t>
        <w:br/>
        <w:t>f 18480/26390/22032 18416/26329/21973 18457/26369/22013</w:t>
        <w:br/>
        <w:t>f 18443/26356/22000 18444/26355/21999 18481/26389/22031</w:t>
        <w:br/>
        <w:t>f 18417/26328/21972 18455/26366/22010 18459/26367/22011</w:t>
        <w:br/>
        <w:t>f 18457/26369/22013 18417/26328/21972 18459/26367/22011</w:t>
        <w:br/>
        <w:t>f 18444/26355/21999 18416/26329/21973 18480/26390/22032</w:t>
        <w:br/>
        <w:t>f 18481/26389/22031 18444/26355/21999 18480/26390/22032</w:t>
        <w:br/>
        <w:t>f 18432/26341/21985 18403/26314/21958 18431/26342/21986</w:t>
        <w:br/>
        <w:t>f 18431/26342/21986 18403/26314/21958 18404/26313/21957</w:t>
        <w:br/>
        <w:t>f 18492/26401/22041 18491/26402/22042 18428/26337/21981</w:t>
        <w:br/>
        <w:t>f 18429/26336/21980 18492/26401/22041 18428/26337/21981</w:t>
        <w:br/>
        <w:t>f 18476/26386/22028 18495/26403/22043 18494/26404/22044</w:t>
        <w:br/>
        <w:t>f 18493/26405/22045 18476/26386/22028 18494/26404/22044</w:t>
        <w:br/>
        <w:t>f 18496/26406/22046 18487/26397/22039 18484/26394/22036</w:t>
        <w:br/>
        <w:t>f 18485/26395/22037 18496/26406/22046 18484/26394/22036</w:t>
        <w:br/>
        <w:t>f 18497/26407/22047 18479/26391/22033 18487/26397/22039</w:t>
        <w:br/>
        <w:t>f 18496/26406/22046 18497/26407/22047 18487/26397/22039</w:t>
        <w:br/>
        <w:t>f 18439/26352/21996 18476/26386/22028 18493/26405/22045</w:t>
        <w:br/>
        <w:t>f 18442/26349/21993 18439/26352/21996 18493/26405/22045</w:t>
        <w:br/>
        <w:t>f 18430/26343/21987 18431/26342/21986 18491/26402/22042</w:t>
        <w:br/>
        <w:t>f 18492/26401/22041 18430/26343/21987 18491/26402/22042</w:t>
        <w:br/>
        <w:t>f 18438/26346/21990 18434/26345/21989 18435/26344/21988</w:t>
        <w:br/>
        <w:t>f 18481/26389/22031 18479/26391/22033 18497/26407/22047</w:t>
        <w:br/>
        <w:t>f 18443/26356/22000 18481/26389/22031 18497/26407/22047</w:t>
        <w:br/>
        <w:t>f 18495/26403/22043 18436/26348/21992 18437/26347/21991</w:t>
        <w:br/>
        <w:t>f 18494/26404/22044 18495/26403/22043 18437/26347/21991</w:t>
        <w:br/>
        <w:t>f 18491/26402/22042 18474/26384/22026 18401/26308/21952</w:t>
        <w:br/>
        <w:t>f 18428/26337/21981 18491/26402/22042 18401/26308/21952</w:t>
        <w:br/>
        <w:t>f 18436/26348/21992 18495/26403/22043 18411/26322/21966</w:t>
        <w:br/>
        <w:t>f 18477/26387/22029 18471/26381/22025 18439/26352/21996</w:t>
        <w:br/>
        <w:t>f 18440/26351/21995 18477/26387/22029 18439/26352/21996</w:t>
        <w:br/>
        <w:t>f 18478/26388/22030 18484/26394/22036 18487/26397/22039</w:t>
        <w:br/>
        <w:t>f 18424/26333/21977 18478/26388/22030 18487/26397/22039</w:t>
        <w:br/>
        <w:t>f 18471/26381/22025 18415/26324/21968 18476/26386/22028</w:t>
        <w:br/>
        <w:t>f 18439/26352/21996 18471/26381/22025 18476/26386/22028</w:t>
        <w:br/>
        <w:t>f 18410/26323/21967 18411/26322/21966 18495/26403/22043</w:t>
        <w:br/>
        <w:t>f 18431/26342/21986 18404/26313/21957 18474/26384/22026</w:t>
        <w:br/>
        <w:t>f 18491/26402/22042 18431/26342/21986 18474/26384/22026</w:t>
        <w:br/>
        <w:t>f 18483/26393/22035 18407/26318/21962 18434/26345/21989</w:t>
        <w:br/>
        <w:t>f 18438/26346/21990 18483/26393/22035 18434/26345/21989</w:t>
        <w:br/>
        <w:t>f 18428/26337/21981 18401/26308/21952 18398/26311/21955</w:t>
        <w:br/>
        <w:t>f 18427/26338/21982 18428/26337/21981 18398/26311/21955</w:t>
        <w:br/>
        <w:t>f 18493/26405/22045 18494/26404/22044 18525/26408/22048</w:t>
        <w:br/>
        <w:t>f 18524/26409/22049 18493/26405/22045 18525/26408/22048</w:t>
        <w:br/>
        <w:t>f 18430/26343/21987 18527/26410/22050 18526/26411/22051</w:t>
        <w:br/>
        <w:t>f 18433/26340/21984 18430/26343/21987 18526/26411/22051</w:t>
        <w:br/>
        <w:t>f 18492/26401/22041 18528/26412/22052 18527/26410/22050</w:t>
        <w:br/>
        <w:t>f 18430/26343/21987 18492/26401/22041 18527/26410/22050</w:t>
        <w:br/>
        <w:t>f 18489/26399/21997 18529/26413/22053 18426/26339/21983</w:t>
        <w:br/>
        <w:t>f 18494/26404/22044 18437/26347/21991 18530/26414/22054</w:t>
        <w:br/>
        <w:t>f 18525/26408/22048 18494/26404/22044 18530/26414/22054</w:t>
        <w:br/>
        <w:t>f 18524/26409/22049 18531/26415/22055 18441/26350/21994</w:t>
        <w:br/>
        <w:t>f 18442/26349/21993 18524/26409/22049 18441/26350/21994</w:t>
        <w:br/>
        <w:t>f 18493/26405/22045 18524/26409/22049 18442/26349/21993</w:t>
        <w:br/>
        <w:t>f 18533/26416/22053 18446/26353/21997 18443/26356/22000</w:t>
        <w:br/>
        <w:t>f 18532/26417/22056 18533/26416/22053 18443/26356/22000</w:t>
        <w:br/>
        <w:t>f 18497/26407/22047 18534/26418/22057 18532/26417/22056</w:t>
        <w:br/>
        <w:t>f 18485/26395/22037 18531/26415/22055 18534/26418/22057</w:t>
        <w:br/>
        <w:t>f 18496/26406/22046 18485/26395/22037 18534/26418/22057</w:t>
        <w:br/>
        <w:t>f 18485/26395/22037 18441/26350/21994 18531/26415/22055</w:t>
        <w:br/>
        <w:t>f 18535/26419/22058 18429/26336/21980 18426/26339/21983</w:t>
        <w:br/>
        <w:t>f 18529/26413/22053 18535/26419/22058 18426/26339/21983</w:t>
        <w:br/>
        <w:t>f 18435/26344/21988 18433/26340/21984 18526/26411/22051</w:t>
        <w:br/>
        <w:t>f 18536/26420/22059 18435/26344/21988 18526/26411/22051</w:t>
        <w:br/>
        <w:t>f 18437/26347/21991 18435/26344/21988 18536/26420/22059</w:t>
        <w:br/>
        <w:t>f 18530/26414/22054 18437/26347/21991 18536/26420/22059</w:t>
        <w:br/>
        <w:t>f 18532/26417/22056 18443/26356/22000 18497/26407/22047</w:t>
        <w:br/>
        <w:t>f 18497/26407/22047 18496/26406/22046 18534/26418/22057</w:t>
        <w:br/>
        <w:t>f 18429/26336/21980 18535/26419/22058 18528/26412/22052</w:t>
        <w:br/>
        <w:t>f 18492/26401/22041 18429/26336/21980 18528/26412/22052</w:t>
        <w:br/>
        <w:t>f 18540/26421/22060 18539/26422/22054 18538/26423/16427</w:t>
        <w:br/>
        <w:t>f 18537/26424/16425 18540/26421/22060 18538/26423/16427</w:t>
        <w:br/>
        <w:t>f 18542/26425/22061 18541/26426/22062 18538/26423/16427</w:t>
        <w:br/>
        <w:t>f 18539/26422/22054 18542/26425/22061 18538/26423/16427</w:t>
        <w:br/>
        <w:t>f 18541/26426/22062 18542/26425/22061 18544/26427/22051</w:t>
        <w:br/>
        <w:t>f 18543/26428/22063 18541/26426/22062 18544/26427/22051</w:t>
        <w:br/>
        <w:t>f 18547/26429/16432 18544/26427/22051 18546/26430/22050</w:t>
        <w:br/>
        <w:t>f 18545/26431/16433 18547/26429/16432 18546/26430/22050</w:t>
        <w:br/>
        <w:t>f 18549/26432/22064 18548/26433/22065 18545/26431/16433</w:t>
        <w:br/>
        <w:t>f 18546/26430/22050 18549/26432/22064 18545/26431/16433</w:t>
        <w:br/>
        <w:t>f 18551/26434/22066 18550/26435/16438 18548/26433/22065</w:t>
        <w:br/>
        <w:t>f 18549/26432/22064 18551/26434/22066 18548/26433/22065</w:t>
        <w:br/>
        <w:t>f 18550/26435/16438 18551/26434/22066 18553/26436/22053</w:t>
        <w:br/>
        <w:t>f 18552/26437/16445 18550/26435/16438 18553/26436/22053</w:t>
        <w:br/>
        <w:t>f 18557/26438/16445 18556/26439/22053 18555/26440/22067</w:t>
        <w:br/>
        <w:t>f 18554/26441/16443 18557/26438/16445 18555/26440/22067</w:t>
        <w:br/>
        <w:t>f 18555/26440/22067 18559/26442/22057 18558/26443/16441</w:t>
        <w:br/>
        <w:t>f 18554/26441/16443 18555/26440/22067 18558/26443/16441</w:t>
        <w:br/>
        <w:t>f 18559/26442/22057 18561/26444/22068 18560/26445/16429</w:t>
        <w:br/>
        <w:t>f 18558/26443/16441 18559/26442/22057 18560/26445/16429</w:t>
        <w:br/>
        <w:t>f 18561/26444/22068 18563/26446/22049 18562/26447/16424</w:t>
        <w:br/>
        <w:t>f 18560/26445/16429 18561/26444/22068 18562/26447/16424</w:t>
        <w:br/>
        <w:t>f 18563/26446/22049 18540/26421/22060 18537/26424/16425</w:t>
        <w:br/>
        <w:t>f 18562/26447/16424 18563/26446/22049 18537/26424/16425</w:t>
        <w:br/>
        <w:t>f 18436/26348/21992 18411/26322/21966 18475/26385/22027</w:t>
        <w:br/>
        <w:t>f 18476/26386/22028 18410/26323/21967 18495/26403/22043</w:t>
        <w:br/>
        <w:t>f 18567/26448/22069 18566/26449/22070 18565/26450/22071</w:t>
        <w:br/>
        <w:t>f 18564/26451/22072 18567/26448/22069 18565/26450/22071</w:t>
        <w:br/>
        <w:t>f 18571/26452/22073 18570/26453/22074 18569/26454/22075</w:t>
        <w:br/>
        <w:t>f 18568/26455/22076 18571/26452/22073 18569/26454/22075</w:t>
        <w:br/>
        <w:t>f 18575/26456/22077 18574/26457/22078 18573/26458/22079</w:t>
        <w:br/>
        <w:t>f 18572/26459/22080 18575/26456/22077 18573/26458/22079</w:t>
        <w:br/>
        <w:t>f 18579/26460/22081 18578/26461/22082 18577/26462/22083</w:t>
        <w:br/>
        <w:t>f 18576/26463/22084 18579/26460/22081 18577/26462/22083</w:t>
        <w:br/>
        <w:t>f 18578/26461/22082 18579/26460/22081 18581/26464/22085</w:t>
        <w:br/>
        <w:t>f 18580/26465/22086 18578/26461/22082 18581/26464/22085</w:t>
        <w:br/>
        <w:t>f 18585/26466/22087 18584/26467/22088 18583/26468/22089</w:t>
        <w:br/>
        <w:t>f 18582/26469/22090 18585/26466/22087 18583/26468/22089</w:t>
        <w:br/>
        <w:t>f 18573/26458/22079 18568/26455/22076 18587/26470/22091</w:t>
        <w:br/>
        <w:t>f 18586/26471/22092 18573/26458/22079 18587/26470/22091</w:t>
        <w:br/>
        <w:t>f 18591/26472/22093 18590/26473/22094 18589/26474/22095</w:t>
        <w:br/>
        <w:t>f 18588/26475/22096 18591/26472/22093 18589/26474/22095</w:t>
        <w:br/>
        <w:t>f 18564/26451/22072 18565/26450/22071 18593/26476/22097</w:t>
        <w:br/>
        <w:t>f 18592/26477/22098 18564/26451/22072 18593/26476/22097</w:t>
        <w:br/>
        <w:t>f 18595/26478/22099 18579/26460/22081 18576/26463/22084</w:t>
        <w:br/>
        <w:t>f 18594/26479/22100 18595/26478/22099 18576/26463/22084</w:t>
        <w:br/>
        <w:t>f 18599/26480/22101 18598/26481/22102 18597/26482/22103</w:t>
        <w:br/>
        <w:t>f 18596/26483/22104 18599/26480/22101 18597/26482/22103</w:t>
        <w:br/>
        <w:t>f 18582/26469/22090 18583/26468/22089 18601/26484/22105</w:t>
        <w:br/>
        <w:t>f 18600/26485/22106 18582/26469/22090 18601/26484/22105</w:t>
        <w:br/>
        <w:t>f 18590/26473/22094 18604/26486/22107 18603/26487/22108</w:t>
        <w:br/>
        <w:t>f 18602/26488/22109 18590/26473/22094 18603/26487/22108</w:t>
        <w:br/>
        <w:t>f 18596/26483/22104 18597/26482/22103 18581/26464/22085</w:t>
        <w:br/>
        <w:t>f 18605/26489/22110 18596/26483/22104 18581/26464/22085</w:t>
        <w:br/>
        <w:t>f 18592/26477/22098 18607/26490/22111 18606/26491/22112</w:t>
        <w:br/>
        <w:t>f 18564/26451/22072 18592/26477/22098 18606/26491/22112</w:t>
        <w:br/>
        <w:t>f 18610/26492/22113 18572/26459/22080 18609/26493/22114</w:t>
        <w:br/>
        <w:t>f 18608/26494/22115 18610/26492/22113 18609/26493/22114</w:t>
        <w:br/>
        <w:t>f 18612/26495/22116 18611/26496/22117 18610/26492/22113</w:t>
        <w:br/>
        <w:t>f 18608/26494/22115 18612/26495/22116 18610/26492/22113</w:t>
        <w:br/>
        <w:t>f 18579/26460/22081 18595/26478/22099 18605/26489/22110</w:t>
        <w:br/>
        <w:t>f 18581/26464/22085 18579/26460/22081 18605/26489/22110</w:t>
        <w:br/>
        <w:t>f 18615/26497/22118 18614/26498/22119 18613/26499/22120</w:t>
        <w:br/>
        <w:t>f 18591/26472/22093 18615/26497/22118 18613/26499/22120</w:t>
        <w:br/>
        <w:t>f 18597/26482/22103 18616/26500/22121 18580/26465/22086</w:t>
        <w:br/>
        <w:t>f 18581/26464/22085 18597/26482/22103 18580/26465/22086</w:t>
        <w:br/>
        <w:t>f 18570/26453/22074 18617/26501/22122 18606/26491/22112</w:t>
        <w:br/>
        <w:t>f 18569/26454/22075 18570/26453/22074 18606/26491/22112</w:t>
        <w:br/>
        <w:t>f 18576/26463/22084 18577/26462/22083 18618/26502/22123</w:t>
        <w:br/>
        <w:t>f 18611/26496/22117 18576/26463/22084 18618/26502/22123</w:t>
        <w:br/>
        <w:t>f 18616/26500/22121 18597/26482/22103 18598/26481/22102</w:t>
        <w:br/>
        <w:t>f 18619/26503/22124 18616/26500/22121 18598/26481/22102</w:t>
        <w:br/>
        <w:t>f 18615/26497/22118 18591/26472/22093 18588/26475/22096</w:t>
        <w:br/>
        <w:t>f 18620/26504/22125 18615/26497/22118 18588/26475/22096</w:t>
        <w:br/>
        <w:t>f 18607/26490/22111 18621/26505/22126 18569/26454/22075</w:t>
        <w:br/>
        <w:t>f 18606/26491/22112 18607/26490/22111 18569/26454/22075</w:t>
        <w:br/>
        <w:t>f 18617/26501/22122 18567/26448/22069 18564/26451/22072</w:t>
        <w:br/>
        <w:t>f 18606/26491/22112 18617/26501/22122 18564/26451/22072</w:t>
        <w:br/>
        <w:t>f 18574/26457/22078 18571/26452/22073 18568/26455/22076</w:t>
        <w:br/>
        <w:t>f 18573/26458/22079 18574/26457/22078 18568/26455/22076</w:t>
        <w:br/>
        <w:t>f 18568/26455/22076 18569/26454/22075 18621/26505/22126</w:t>
        <w:br/>
        <w:t>f 18587/26470/22091 18568/26455/22076 18621/26505/22126</w:t>
        <w:br/>
        <w:t>f 18622/26506/22127 18575/26456/22077 18572/26459/22080</w:t>
        <w:br/>
        <w:t>f 18610/26492/22113 18622/26506/22127 18572/26459/22080</w:t>
        <w:br/>
        <w:t>f 18572/26459/22080 18573/26458/22079 18586/26471/22092</w:t>
        <w:br/>
        <w:t>f 18609/26493/22114 18572/26459/22080 18586/26471/22092</w:t>
        <w:br/>
        <w:t>f 18594/26479/22100 18576/26463/22084 18611/26496/22117</w:t>
        <w:br/>
        <w:t>f 18612/26495/22116 18594/26479/22100 18611/26496/22117</w:t>
        <w:br/>
        <w:t>f 18622/26506/22127 18610/26492/22113 18611/26496/22117</w:t>
        <w:br/>
        <w:t>f 18618/26502/22123 18622/26506/22127 18611/26496/22117</w:t>
        <w:br/>
        <w:t>f 18598/26481/22102 18599/26480/22101 18623/26507/22128</w:t>
        <w:br/>
        <w:t>f 18615/26497/22118 18598/26481/22102 18623/26507/22128</w:t>
        <w:br/>
        <w:t>f 18619/26503/22124 18598/26481/22102 18615/26497/22118</w:t>
        <w:br/>
        <w:t>f 18620/26504/22125 18619/26503/22124 18615/26497/22118</w:t>
        <w:br/>
        <w:t>f 18590/26473/22094 18602/26488/22109 18624/26508/22129</w:t>
        <w:br/>
        <w:t>f 18589/26474/22095 18590/26473/22094 18624/26508/22129</w:t>
        <w:br/>
        <w:t>f 18591/26472/22093 18613/26499/22120 18604/26486/22107</w:t>
        <w:br/>
        <w:t>f 18590/26473/22094 18591/26472/22093 18604/26486/22107</w:t>
        <w:br/>
        <w:t>f 18566/26449/22070 18626/26509/22087 18625/26510/22090</w:t>
        <w:br/>
        <w:t>f 18565/26450/22071 18566/26449/22070 18625/26510/22090</w:t>
        <w:br/>
        <w:t>f 18565/26450/22071 18625/26510/22090 18627/26511/22130</w:t>
        <w:br/>
        <w:t>f 18593/26476/22097 18565/26450/22071 18627/26511/22130</w:t>
        <w:br/>
        <w:t>f 18584/26467/22088 18624/26508/22129 18602/26488/22109</w:t>
        <w:br/>
        <w:t>f 18583/26468/22089 18584/26467/22088 18602/26488/22109</w:t>
        <w:br/>
        <w:t>f 18583/26468/22089 18602/26488/22109 18603/26487/22108</w:t>
        <w:br/>
        <w:t>f 18601/26484/22105 18583/26468/22089 18603/26487/22108</w:t>
        <w:br/>
        <w:t>f 18631/26512/22131 18630/26513/22132 18629/26514/22133</w:t>
        <w:br/>
        <w:t>f 18628/26515/22134 18631/26512/22131 18629/26514/22133</w:t>
        <w:br/>
        <w:t>f 18633/26516/22135 18629/26514/22133 18630/26513/22132</w:t>
        <w:br/>
        <w:t>f 18632/26517/22136 18633/26516/22135 18630/26513/22132</w:t>
        <w:br/>
        <w:t>f 18635/26518/22137 18631/26512/22131 18628/26515/22134</w:t>
        <w:br/>
        <w:t>f 18634/26519/22137 18635/26518/22137 18628/26515/22134</w:t>
        <w:br/>
        <w:t>f 18639/26520/22138 18638/26521/22139 18637/26522/22140</w:t>
        <w:br/>
        <w:t>f 18636/26523/22141 18639/26520/22138 18637/26522/22140</w:t>
        <w:br/>
        <w:t>f 18641/26524/22142 18637/26522/22140 18638/26521/22139</w:t>
        <w:br/>
        <w:t>f 18640/26525/22143 18641/26524/22142 18638/26521/22139</w:t>
        <w:br/>
        <w:t>f 18643/26526/22144 18641/26524/22142 18640/26525/22143</w:t>
        <w:br/>
        <w:t>f 18642/26527/22145 18643/26526/22144 18640/26525/22143</w:t>
        <w:br/>
        <w:t>f 18647/26528/22146 18646/26529/22138 18645/26530/22141</w:t>
        <w:br/>
        <w:t>f 18644/26531/22147 18647/26528/22146 18645/26530/22141</w:t>
        <w:br/>
        <w:t>f 18651/26532/22148 18650/26533/22149 18649/26534/22136</w:t>
        <w:br/>
        <w:t>f 18648/26535/22150 18651/26532/22148 18649/26534/22136</w:t>
        <w:br/>
        <w:t>f 18634/26519/22137 18653/26536/22151 18652/26537/22152</w:t>
        <w:br/>
        <w:t>f 18635/26518/22137 18634/26519/22137 18652/26537/22152</w:t>
        <w:br/>
        <w:t>f 18655/26538/22153 18643/26526/22144 18642/26527/22145</w:t>
        <w:br/>
        <w:t>f 18654/26539/22154 18655/26538/22153 18642/26527/22145</w:t>
        <w:br/>
        <w:t>f 18657/26540/22155 18655/26538/22153 18654/26539/22154</w:t>
        <w:br/>
        <w:t>f 18656/26541/22156 18657/26540/22155 18654/26539/22154</w:t>
        <w:br/>
        <w:t>f 18659/26542/22157 18658/26543/22158 18652/26537/22152</w:t>
        <w:br/>
        <w:t>f 18653/26536/22151 18659/26542/22157 18652/26537/22152</w:t>
        <w:br/>
        <w:t>f 18663/26544/22159 18662/26545/22160 18661/26546/22161</w:t>
        <w:br/>
        <w:t>f 18660/26547/22162 18663/26544/22159 18661/26546/22161</w:t>
        <w:br/>
        <w:t>f 18667/26548/22163 18666/26549/22164 18665/26550/22165</w:t>
        <w:br/>
        <w:t>f 18664/26551/22166 18667/26548/22163 18665/26550/22165</w:t>
        <w:br/>
        <w:t>f 18669/26552/22167 18668/26553/22168 18662/26545/22160</w:t>
        <w:br/>
        <w:t>f 18663/26544/22159 18669/26552/22167 18662/26545/22160</w:t>
        <w:br/>
        <w:t>f 18671/26554/22169 18670/26555/22170 18666/26549/22164</w:t>
        <w:br/>
        <w:t>f 18667/26548/22163 18671/26554/22169 18666/26549/22164</w:t>
        <w:br/>
        <w:t>f 18668/26553/22168 18669/26552/22167 18673/26556/22171</w:t>
        <w:br/>
        <w:t>f 18672/26557/22172 18668/26553/22168 18673/26556/22171</w:t>
        <w:br/>
        <w:t>f 18675/26558/22173 18674/26559/22174 18670/26555/22170</w:t>
        <w:br/>
        <w:t>f 18671/26554/22169 18675/26558/22173 18670/26555/22170</w:t>
        <w:br/>
        <w:t>f 18679/26560/22175 18678/26561/22176 18677/26562/22177</w:t>
        <w:br/>
        <w:t>f 18676/26563/22177 18679/26560/22175 18677/26562/22177</w:t>
        <w:br/>
        <w:t>f 18681/26564/22178 18680/26565/22179 18676/26563/22177</w:t>
        <w:br/>
        <w:t>f 18677/26562/22177 18681/26564/22178 18676/26563/22177</w:t>
        <w:br/>
        <w:t>f 18683/26566/22180 18682/26567/22181 18678/26561/22176</w:t>
        <w:br/>
        <w:t>f 18679/26560/22175 18683/26566/22180 18678/26561/22176</w:t>
        <w:br/>
        <w:t>f 18687/26568/22182 18686/26569/22182 18685/26570/22183</w:t>
        <w:br/>
        <w:t>f 18684/26571/22184 18687/26568/22182 18685/26570/22183</w:t>
        <w:br/>
        <w:t>f 18689/26572/22185 18684/26571/22184 18685/26570/22183</w:t>
        <w:br/>
        <w:t>f 18688/26573/22185 18689/26572/22185 18685/26570/22183</w:t>
        <w:br/>
        <w:t>f 18691/26574/22186 18689/26572/22185 18688/26573/22185</w:t>
        <w:br/>
        <w:t>f 18690/26575/22186 18691/26574/22186 18688/26573/22185</w:t>
        <w:br/>
        <w:t>f 18674/26559/22174 18675/26558/22173 18686/26569/22182</w:t>
        <w:br/>
        <w:t>f 18687/26568/22182 18674/26559/22174 18686/26569/22182</w:t>
        <w:br/>
        <w:t>f 18673/26556/22171 18680/26565/22179 18681/26564/22178</w:t>
        <w:br/>
        <w:t>f 18672/26557/22172 18673/26556/22171 18681/26564/22178</w:t>
        <w:br/>
        <w:t>f 18693/26576/22187 18647/26528/22146 18644/26531/22147</w:t>
        <w:br/>
        <w:t>f 18692/26577/22188 18693/26576/22187 18644/26531/22147</w:t>
        <w:br/>
        <w:t>f 18695/26578/22189 18693/26576/22187 18692/26577/22188</w:t>
        <w:br/>
        <w:t>f 18694/26579/22190 18695/26578/22189 18692/26577/22188</w:t>
        <w:br/>
        <w:t>f 18697/26580/22191 18651/26532/22148 18648/26535/22150</w:t>
        <w:br/>
        <w:t>f 18696/26581/22191 18697/26580/22191 18648/26535/22150</w:t>
        <w:br/>
        <w:t>f 18699/26582/22192 18698/26583/22193 18697/26580/22191</w:t>
        <w:br/>
        <w:t>f 18696/26581/22191 18699/26582/22192 18697/26580/22191</w:t>
        <w:br/>
        <w:t>f 18690/26575/22186 18695/26578/22189 18694/26579/22190</w:t>
        <w:br/>
        <w:t>f 18691/26574/22186 18690/26575/22186 18694/26579/22190</w:t>
        <w:br/>
        <w:t>f 18682/26567/22181 18683/26566/22180 18698/26583/22193</w:t>
        <w:br/>
        <w:t>f 18699/26582/22192 18682/26567/22181 18698/26583/22193</w:t>
        <w:br/>
        <w:t>f 18626/26509/22087 18566/26449/22070 18737/26584/22194</w:t>
        <w:br/>
        <w:t>f 18736/26585/22195 18626/26509/22087 18737/26584/22194</w:t>
        <w:br/>
        <w:t>f 18739/26586/22157 18571/26452/22073 18574/26457/22078</w:t>
        <w:br/>
        <w:t>f 18738/26587/22196 18739/26586/22157 18574/26457/22078</w:t>
        <w:br/>
        <w:t>f 18575/26456/22077 18740/26588/22197 18738/26587/22196</w:t>
        <w:br/>
        <w:t>f 18574/26457/22078 18575/26456/22077 18738/26587/22196</w:t>
        <w:br/>
        <w:t>f 18578/26461/22082 18580/26465/22086 18742/26589/22198</w:t>
        <w:br/>
        <w:t>f 18741/26590/22167 18578/26461/22082 18742/26589/22198</w:t>
        <w:br/>
        <w:t>f 18744/26591/22149 18743/26592/22148 18584/26467/22088</w:t>
        <w:br/>
        <w:t>f 18585/26466/22087 18744/26591/22149 18584/26467/22088</w:t>
        <w:br/>
        <w:t>f 18746/26593/22199 18745/26594/22200 18589/26474/22095</w:t>
        <w:br/>
        <w:t>f 18624/26508/22129 18746/26593/22199 18589/26474/22095</w:t>
        <w:br/>
        <w:t>f 18748/26595/22162 18622/26506/22127 18618/26502/22123</w:t>
        <w:br/>
        <w:t>f 18747/26596/22159 18748/26595/22162 18618/26502/22123</w:t>
        <w:br/>
        <w:t>f 18750/26597/22201 18619/26503/22124 18620/26504/22125</w:t>
        <w:br/>
        <w:t>f 18749/26598/22202 18750/26597/22201 18620/26504/22125</w:t>
        <w:br/>
        <w:t>f 18745/26594/22200 18751/26599/22203 18588/26475/22096</w:t>
        <w:br/>
        <w:t>f 18589/26474/22095 18745/26594/22200 18588/26475/22096</w:t>
        <w:br/>
        <w:t>f 18743/26592/22148 18746/26593/22199 18624/26508/22129</w:t>
        <w:br/>
        <w:t>f 18584/26467/22088 18743/26592/22148 18624/26508/22129</w:t>
        <w:br/>
        <w:t>f 18570/26453/22074 18571/26452/22073 18739/26586/22157</w:t>
        <w:br/>
        <w:t>f 18752/26600/22151 18570/26453/22074 18739/26586/22157</w:t>
        <w:br/>
        <w:t>f 18754/26601/22204 18753/26602/22134 18567/26448/22069</w:t>
        <w:br/>
        <w:t>f 18617/26501/22122 18754/26601/22204 18567/26448/22069</w:t>
        <w:br/>
        <w:t>f 18577/26462/22083 18741/26590/22167 18747/26596/22159</w:t>
        <w:br/>
        <w:t>f 18618/26502/22123 18577/26462/22083 18747/26596/22159</w:t>
        <w:br/>
        <w:t>f 18619/26503/22124 18750/26597/22201 18755/26603/22205</w:t>
        <w:br/>
        <w:t>f 18616/26500/22121 18619/26503/22124 18755/26603/22205</w:t>
        <w:br/>
        <w:t>f 18620/26504/22125 18588/26475/22096 18751/26599/22203</w:t>
        <w:br/>
        <w:t>f 18749/26598/22202 18620/26504/22125 18751/26599/22203</w:t>
        <w:br/>
        <w:t>f 18742/26589/22198 18580/26465/22086 18616/26500/22121</w:t>
        <w:br/>
        <w:t>f 18756/26604/22206 18742/26589/22198 18616/26500/22121</w:t>
        <w:br/>
        <w:t>f 18578/26461/22082 18741/26590/22167 18577/26462/22083</w:t>
        <w:br/>
        <w:t>f 18752/26600/22151 18754/26601/22204 18617/26501/22122</w:t>
        <w:br/>
        <w:t>f 18570/26453/22074 18752/26600/22151 18617/26501/22122</w:t>
        <w:br/>
        <w:t>f 18753/26602/22134 18757/26605/22207 18566/26449/22070</w:t>
        <w:br/>
        <w:t>f 18567/26448/22069 18753/26602/22134 18566/26449/22070</w:t>
        <w:br/>
        <w:t>f 18761/26606/22208 18760/26607/22209 18759/26608/22210</w:t>
        <w:br/>
        <w:t>f 18758/26609/22211 18761/26606/22208 18759/26608/22210</w:t>
        <w:br/>
        <w:t>f 18765/26610/22212 18764/26611/22210 18763/26612/22209</w:t>
        <w:br/>
        <w:t>f 18762/26613/22213 18765/26610/22212 18763/26612/22209</w:t>
        <w:br/>
        <w:t>f 18762/26613/22213 18767/26614/22214 18766/26615/22215</w:t>
        <w:br/>
        <w:t>f 18765/26610/22212 18762/26613/22213 18766/26615/22215</w:t>
        <w:br/>
        <w:t>f 18769/26616/22216 18761/26606/22208 18758/26609/22211</w:t>
        <w:br/>
        <w:t>f 18768/26617/22217 18769/26616/22216 18758/26609/22211</w:t>
        <w:br/>
        <w:t>f 18767/26614/22214 18771/26618/22218 18770/26619/22219</w:t>
        <w:br/>
        <w:t>f 18766/26615/22215 18767/26614/22214 18770/26619/22219</w:t>
        <w:br/>
        <w:t>f 18773/26620/22220 18769/26616/22216 18768/26617/22217</w:t>
        <w:br/>
        <w:t>f 18772/26621/22221 18773/26620/22220 18768/26617/22217</w:t>
        <w:br/>
        <w:t>f 18771/26618/22218 18775/26622/22222 18774/26623/22223</w:t>
        <w:br/>
        <w:t>f 18770/26619/22219 18771/26618/22218 18774/26623/22223</w:t>
        <w:br/>
        <w:t>f 18777/26624/22224 18773/26620/22220 18772/26621/22221</w:t>
        <w:br/>
        <w:t>f 18776/26625/22225 18777/26624/22224 18772/26621/22221</w:t>
        <w:br/>
        <w:t>f 18779/26626/22226 18778/26627/22227 18777/26624/22224</w:t>
        <w:br/>
        <w:t>f 18776/26625/22225 18779/26626/22226 18777/26624/22224</w:t>
        <w:br/>
        <w:t>f 18783/26628/22228 18782/26629/22229 18781/26630/22230</w:t>
        <w:br/>
        <w:t>f 18780/26631/22231 18783/26628/22228 18781/26630/22230</w:t>
        <w:br/>
        <w:t>f 18781/26630/22230 18785/26632/22232 18784/26633/22233</w:t>
        <w:br/>
        <w:t>f 18780/26631/22231 18781/26630/22230 18784/26633/22233</w:t>
        <w:br/>
        <w:t>f 18787/26634/22234 18786/26635/22235 18782/26629/22229</w:t>
        <w:br/>
        <w:t>f 18783/26628/22228 18787/26634/22234 18782/26629/22229</w:t>
        <w:br/>
        <w:t>f 18789/26636/22236 18784/26633/22233 18785/26632/22232</w:t>
        <w:br/>
        <w:t>f 18788/26637/22237 18789/26636/22236 18785/26632/22232</w:t>
        <w:br/>
        <w:t>f 18791/26638/22238 18789/26636/22236 18788/26637/22237</w:t>
        <w:br/>
        <w:t>f 18790/26639/22239 18791/26638/22238 18788/26637/22237</w:t>
        <w:br/>
        <w:t>f 18795/26640/22240 18794/26641/22235 18793/26642/22234</w:t>
        <w:br/>
        <w:t>f 18792/26643/22241 18795/26640/22240 18793/26642/22234</w:t>
        <w:br/>
        <w:t>f 18799/26644/22242 18798/26645/22243 18797/26646/22244</w:t>
        <w:br/>
        <w:t>f 18796/26647/22245 18799/26644/22242 18797/26646/22244</w:t>
        <w:br/>
        <w:t>f 18803/26648/22246 18802/26649/22247 18801/26650/22248</w:t>
        <w:br/>
        <w:t>f 18800/26651/22249 18803/26648/22246 18801/26650/22248</w:t>
        <w:br/>
        <w:t>f 18805/26652/22250 18804/26653/22251 18802/26649/22247</w:t>
        <w:br/>
        <w:t>f 18803/26648/22246 18805/26652/22250 18802/26649/22247</w:t>
        <w:br/>
        <w:t>f 18807/26654/22252 18806/26655/22253 18796/26647/22245</w:t>
        <w:br/>
        <w:t>f 18797/26646/22244 18807/26654/22252 18796/26647/22245</w:t>
        <w:br/>
        <w:t>f 18804/26653/22251 18805/26652/22250 18809/26656/22254</w:t>
        <w:br/>
        <w:t>f 18808/26657/22255 18804/26653/22251 18809/26656/22254</w:t>
        <w:br/>
        <w:t>f 18811/26658/22256 18810/26659/22257 18806/26655/22253</w:t>
        <w:br/>
        <w:t>f 18807/26654/22252 18811/26658/22256 18806/26655/22253</w:t>
        <w:br/>
        <w:t>f 18813/26660/22258 18808/26657/22255 18809/26656/22254</w:t>
        <w:br/>
        <w:t>f 18812/26661/22259 18813/26660/22258 18809/26656/22254</w:t>
        <w:br/>
        <w:t>f 18815/26662/22260 18814/26663/22261 18810/26659/22257</w:t>
        <w:br/>
        <w:t>f 18811/26658/22256 18815/26662/22260 18810/26659/22257</w:t>
        <w:br/>
        <w:t>f 18814/26663/22261 18815/26662/22260 18817/26664/22262</w:t>
        <w:br/>
        <w:t>f 18816/26665/22263 18814/26663/22261 18817/26664/22262</w:t>
        <w:br/>
        <w:t>f 18819/26666/22264 18816/26665/22263 18817/26664/22262</w:t>
        <w:br/>
        <w:t>f 18818/26667/22265 18819/26666/22264 18817/26664/22262</w:t>
        <w:br/>
        <w:t>f 18821/26668/22266 18819/26666/22264 18818/26667/22265</w:t>
        <w:br/>
        <w:t>f 18820/26669/22267 18821/26668/22266 18818/26667/22265</w:t>
        <w:br/>
        <w:t>f 18822/26670/22268 18774/26623/22223 18775/26622/22222</w:t>
        <w:br/>
        <w:t>f 18823/26671/22269 18822/26670/22268 18775/26622/22222</w:t>
        <w:br/>
        <w:t>f 18822/26670/22268 18823/26671/22269 18813/26660/22258</w:t>
        <w:br/>
        <w:t>f 18812/26661/22259 18822/26670/22268 18813/26660/22258</w:t>
        <w:br/>
        <w:t>f 18825/26672/22270 18821/26668/22266 18820/26669/22267</w:t>
        <w:br/>
        <w:t>f 18824/26673/22271 18825/26672/22270 18820/26669/22267</w:t>
        <w:br/>
        <w:t>f 18792/26643/22241 18825/26672/22270 18824/26673/22271</w:t>
        <w:br/>
        <w:t>f 18795/26640/22240 18792/26643/22241 18824/26673/22271</w:t>
        <w:br/>
        <w:t>f 18768/26617/22217 18758/26609/22211 18637/26522/22140</w:t>
        <w:br/>
        <w:t>f 18641/26524/22142 18768/26617/22217 18637/26522/22140</w:t>
        <w:br/>
        <w:t>f 18779/26626/22226 18776/26625/22225 18655/26538/22153</w:t>
        <w:br/>
        <w:t>f 18657/26540/22155 18779/26626/22226 18655/26538/22153</w:t>
        <w:br/>
        <w:t>f 18666/26549/22164 18803/26648/22246 18800/26651/22249</w:t>
        <w:br/>
        <w:t>f 18665/26550/22165 18666/26549/22164 18800/26651/22249</w:t>
        <w:br/>
        <w:t>f 18812/26661/22259 18861/26674/22272 18860/26675/22273</w:t>
        <w:br/>
        <w:t>f 18822/26670/22268 18812/26661/22259 18860/26675/22273</w:t>
        <w:br/>
        <w:t>f 18764/26611/22210 18765/26610/22212 18644/26531/22147</w:t>
        <w:br/>
        <w:t>f 18645/26530/22141 18764/26611/22210 18644/26531/22147</w:t>
        <w:br/>
        <w:t>f 18860/26675/22273 18862/26676/22274 18774/26623/22223</w:t>
        <w:br/>
        <w:t>f 18822/26670/22268 18860/26675/22273 18774/26623/22223</w:t>
        <w:br/>
        <w:t>f 18758/26609/22211 18759/26608/22210 18636/26523/22141</w:t>
        <w:br/>
        <w:t>f 18637/26522/22140 18758/26609/22211 18636/26523/22141</w:t>
        <w:br/>
        <w:t>f 18765/26610/22212 18692/26577/22188 18644/26531/22147</w:t>
        <w:br/>
        <w:t>f 18772/26621/22221 18768/26617/22217 18641/26524/22142</w:t>
        <w:br/>
        <w:t>f 18643/26526/22144 18772/26621/22221 18641/26524/22142</w:t>
        <w:br/>
        <w:t>f 18674/26559/22174 18809/26656/22254 18805/26652/22250</w:t>
        <w:br/>
        <w:t>f 18670/26555/22170 18674/26559/22174 18805/26652/22250</w:t>
        <w:br/>
        <w:t>f 18770/26619/22219 18774/26623/22223 18862/26676/22274</w:t>
        <w:br/>
        <w:t>f 18863/26677/22275 18770/26619/22219 18862/26676/22274</w:t>
        <w:br/>
        <w:t>f 18766/26615/22215 18770/26619/22219 18863/26677/22275</w:t>
        <w:br/>
        <w:t>f 18694/26579/22190 18766/26615/22215 18863/26677/22275</w:t>
        <w:br/>
        <w:t>f 18861/26674/22272 18812/26661/22259 18809/26656/22254</w:t>
        <w:br/>
        <w:t>f 18674/26559/22174 18861/26674/22272 18809/26656/22254</w:t>
        <w:br/>
        <w:t>f 18776/26625/22225 18772/26621/22221 18643/26526/22144</w:t>
        <w:br/>
        <w:t>f 18655/26538/22153 18776/26625/22225 18643/26526/22144</w:t>
        <w:br/>
        <w:t>f 18670/26555/22170 18805/26652/22250 18803/26648/22246</w:t>
        <w:br/>
        <w:t>f 18666/26549/22164 18670/26555/22170 18803/26648/22246</w:t>
        <w:br/>
        <w:t>f 18692/26577/22188 18765/26610/22212 18766/26615/22215</w:t>
        <w:br/>
        <w:t>f 18694/26579/22190 18692/26577/22188 18766/26615/22215</w:t>
        <w:br/>
        <w:t>f 18867/26678/22276 18866/26679/22276 18865/26680/22276</w:t>
        <w:br/>
        <w:t>f 18864/26681/22276 18867/26678/22276 18865/26680/22276</w:t>
        <w:br/>
        <w:t>f 18871/26682/22277 18870/26683/22277 18869/26684/22278</w:t>
        <w:br/>
        <w:t>f 18868/26685/22278 18871/26682/22277 18869/26684/22278</w:t>
        <w:br/>
        <w:t>f 18661/26546/22161 18873/26686/22279 18872/26687/22197</w:t>
        <w:br/>
        <w:t>f 18660/26547/22162 18661/26546/22161 18872/26687/22197</w:t>
        <w:br/>
        <w:t>f 18664/26551/22166 18665/26550/22165 18875/26688/22280</w:t>
        <w:br/>
        <w:t>f 18874/26689/22281 18664/26551/22166 18875/26688/22280</w:t>
        <w:br/>
        <w:t>f 18799/26644/22242 18879/26690/22282 18878/26691/22283</w:t>
        <w:br/>
        <w:t>f 18798/26645/22243 18799/26644/22242 18878/26691/22283</w:t>
        <w:br/>
        <w:t>f 18801/26650/22248 18881/26692/22284 18880/26693/22285</w:t>
        <w:br/>
        <w:t>f 18800/26651/22249 18801/26650/22248 18880/26693/22285</w:t>
        <w:br/>
        <w:t>f 18880/26693/22285 18875/26688/22280 18665/26550/22165</w:t>
        <w:br/>
        <w:t>f 18800/26651/22249 18880/26693/22285 18665/26550/22165</w:t>
        <w:br/>
        <w:t>f 18885/26694/22286 18791/26638/22238 18790/26639/22239</w:t>
        <w:br/>
        <w:t>f 18884/26695/22287 18885/26694/22286 18790/26639/22239</w:t>
        <w:br/>
        <w:t>f 18889/26696/22288 18888/26697/22289 18778/26627/22227</w:t>
        <w:br/>
        <w:t>f 18779/26626/22226 18889/26696/22288 18778/26627/22227</w:t>
        <w:br/>
        <w:t>f 18657/26540/22155 18890/26698/22290 18889/26696/22288</w:t>
        <w:br/>
        <w:t>f 18779/26626/22226 18657/26540/22155 18889/26696/22288</w:t>
        <w:br/>
        <w:t>f 18890/26698/22290 18657/26540/22155 18656/26541/22156</w:t>
        <w:br/>
        <w:t>f 18891/26699/22291 18890/26698/22290 18656/26541/22156</w:t>
        <w:br/>
        <w:t>f 18873/26686/22279 18897/26700/22292 18896/26701/22293</w:t>
        <w:br/>
        <w:t>f 18872/26687/22197 18873/26686/22279 18896/26701/22293</w:t>
        <w:br/>
        <w:t>f 18575/26456/22077 18622/26506/22127 18748/26595/22162</w:t>
        <w:br/>
        <w:t>f 18740/26588/22197 18575/26456/22077 18748/26595/22162</w:t>
        <w:br/>
        <w:t>f 18896/26701/22293 18897/26700/22292 18658/26543/22158</w:t>
        <w:br/>
        <w:t>f 18659/26542/22157 18896/26701/22293 18658/26543/22158</w:t>
        <w:br/>
        <w:t>f 19054/26702/22294 19053/26703/22294 19052/26704/22294</w:t>
        <w:br/>
        <w:t>f 19060/26705/22295 19059/26706/22295 19058/26707/22295</w:t>
        <w:br/>
        <w:t>f 19064/26708/22296 19063/26709/16464 19062/26710/16466</w:t>
        <w:br/>
        <w:t>f 19061/26711/22297 19064/26708/22296 19062/26710/16466</w:t>
        <w:br/>
        <w:t>f 19066/26712/16468 19065/26713/22298 19061/26711/22297</w:t>
        <w:br/>
        <w:t>f 19062/26710/16466 19066/26712/16468 19061/26711/22297</w:t>
        <w:br/>
        <w:t>f 19068/26714/22299 19067/26715/16462 19063/26709/16464</w:t>
        <w:br/>
        <w:t>f 19064/26708/22296 19068/26714/22299 19063/26709/16464</w:t>
        <w:br/>
        <w:t>f 19072/26716/22300 19071/26717/22301 19070/26718/22302</w:t>
        <w:br/>
        <w:t>f 19069/26719/16449 19072/26716/22300 19070/26718/22302</w:t>
        <w:br/>
        <w:t>f 19074/26720/22303 19072/26716/22300 19069/26719/16449</w:t>
        <w:br/>
        <w:t>f 19073/26721/16451 19074/26720/22303 19069/26719/16449</w:t>
        <w:br/>
        <w:t>f 19076/26722/14896 19070/26718/22302 19075/26723/14897</w:t>
        <w:br/>
        <w:t>f 19078/26724/22304 19074/26720/22303 19073/26721/16451</w:t>
        <w:br/>
        <w:t>f 19077/26725/16453 19078/26724/22304 19073/26721/16451</w:t>
        <w:br/>
        <w:t>f 19080/26726/22305 19065/26713/22298 19066/26712/16468</w:t>
        <w:br/>
        <w:t>f 19079/26727/22306 19080/26726/22305 19066/26712/16468</w:t>
        <w:br/>
        <w:t>f 19082/26728/22307 19081/26729/16460 19067/26715/16462</w:t>
        <w:br/>
        <w:t>f 19068/26714/22299 19082/26728/22307 19067/26715/16462</w:t>
        <w:br/>
        <w:t>f 19085/26730/22308 19084/26731/22309 19083/26732/16455</w:t>
        <w:br/>
        <w:t>f 19086/26733/16458 19085/26730/22308 19083/26732/16455</w:t>
        <w:br/>
        <w:t>f 19081/26729/16460 19082/26728/22307 19085/26730/22308</w:t>
        <w:br/>
        <w:t>f 19086/26733/16458 19081/26729/16460 19085/26730/22308</w:t>
        <w:br/>
        <w:t>f 19088/26734/22309 19078/26724/22304 19077/26725/16453</w:t>
        <w:br/>
        <w:t>f 19087/26735/16455 19088/26734/22309 19077/26725/16453</w:t>
        <w:br/>
        <w:t>f 19079/26727/22306 19089/26736/22310 19080/26726/22305</w:t>
        <w:br/>
        <w:t>f 19091/26737/22309 18783/26628/22228 19090/26738/22304</w:t>
        <w:br/>
        <w:t>f 18825/26672/22270 19093/26739/22311 19092/26740/22312</w:t>
        <w:br/>
        <w:t>f 19094/26741/22297 18806/26655/22253 18810/26659/22257</w:t>
        <w:br/>
        <w:t>f 19096/26742/22301 19095/26743/22300 18789/26636/22236</w:t>
        <w:br/>
        <w:t>f 18791/26638/22238 19096/26742/22301 18789/26636/22236</w:t>
        <w:br/>
        <w:t>f 19095/26743/22300 19097/26744/22313 18784/26633/22233</w:t>
        <w:br/>
        <w:t>f 18789/26636/22236 19095/26743/22300 18784/26633/22233</w:t>
        <w:br/>
        <w:t>f 18806/26655/22253 19094/26741/22297 19098/26745/22298</w:t>
        <w:br/>
        <w:t>f 18796/26647/22245 18806/26655/22253 19098/26745/22298</w:t>
        <w:br/>
        <w:t>f 19100/26746/22296 18814/26663/22261 18816/26665/22263</w:t>
        <w:br/>
        <w:t>f 19099/26747/22314 19100/26746/22296 18816/26665/22263</w:t>
        <w:br/>
        <w:t>f 18810/26659/22257 18814/26663/22261 19100/26746/22296</w:t>
        <w:br/>
        <w:t>f 19092/26740/22312 19099/26747/22314 18819/26666/22264</w:t>
        <w:br/>
        <w:t>f 18819/26666/22264 19099/26747/22314 18816/26665/22263</w:t>
        <w:br/>
        <w:t>f 19090/26738/22304 18783/26628/22228 18780/26631/22231</w:t>
        <w:br/>
        <w:t>f 18796/26647/22245 19098/26745/22298 19101/26748/22315</w:t>
        <w:br/>
        <w:t>f 18799/26644/22242 18796/26647/22245 19101/26748/22315</w:t>
        <w:br/>
        <w:t>f 18821/26668/22266 18825/26672/22270 19092/26740/22312</w:t>
        <w:br/>
        <w:t>f 18780/26631/22231 18784/26633/22233 19097/26744/22313</w:t>
        <w:br/>
        <w:t>f 19090/26738/22304 18780/26631/22231 19097/26744/22313</w:t>
        <w:br/>
        <w:t>f 18783/26628/22228 19091/26737/22309 18787/26634/22234</w:t>
        <w:br/>
        <w:t>f 19102/26749/22309 19093/26739/22311 18792/26643/22241</w:t>
        <w:br/>
        <w:t>f 18793/26642/22234 19102/26749/22309 18792/26643/22241</w:t>
        <w:br/>
        <w:t>f 18825/26672/22270 18792/26643/22241 19093/26739/22311</w:t>
        <w:br/>
        <w:t>f 19101/26748/22315 19103/26750/22310 18879/26690/22282</w:t>
        <w:br/>
        <w:t>f 18799/26644/22242 19101/26748/22315 18879/26690/22282</w:t>
        <w:br/>
        <w:t>f 19104/26751/14897 19096/26742/22301 18791/26638/22238</w:t>
        <w:br/>
        <w:t>f 18885/26694/22286 19104/26751/14897 18791/26638/22238</w:t>
        <w:br/>
        <w:t>f 19092/26740/22312 18819/26666/22264 18821/26668/22266</w:t>
        <w:br/>
        <w:t>f 19094/26741/22297 18810/26659/22257 19100/26746/22296</w:t>
        <w:br/>
        <w:t>f 19070/26718/22302 19071/26717/22301 19075/26723/14897</w:t>
        <w:br/>
        <w:t>f 19079/26727/16469 20318/26752/22316 20317/26753/22317</w:t>
        <w:br/>
        <w:t>f 22186/26754/22318 22185/26755/22319 22184/26756/22320</w:t>
        <w:br/>
        <w:t>f 22183/26757/22321 22186/26754/22318 22184/26756/22320</w:t>
        <w:br/>
        <w:t>f 22188/26758/22322 22187/26759/22323 22186/26754/22318</w:t>
        <w:br/>
        <w:t>f 22183/26757/22321 22188/26758/22322 22186/26754/22318</w:t>
        <w:br/>
        <w:t>f 22191/26760/22324 22190/26761/22325 22189/26762/22326</w:t>
        <w:br/>
        <w:t>f 22187/26759/22323 22188/26758/22322 22193/26763/22327</w:t>
        <w:br/>
        <w:t>f 22192/26764/22328 22187/26759/22323 22193/26763/22327</w:t>
        <w:br/>
        <w:t>f 22192/26764/22328 22195/26765/22329 22194/26766/22330</w:t>
        <w:br/>
        <w:t>f 22187/26759/22323 22192/26764/22328 22194/26766/22330</w:t>
        <w:br/>
        <w:t>f 22189/26762/22326 22190/26761/22325 22196/26767/22331</w:t>
        <w:br/>
        <w:t>f 22198/26768/22332 22184/26756/22320 22185/26755/22319</w:t>
        <w:br/>
        <w:t>f 22197/26769/22333 22198/26768/22332 22185/26755/22319</w:t>
        <w:br/>
        <w:t>f 22197/26769/22333 22185/26755/22319 22200/26770/22334</w:t>
        <w:br/>
        <w:t>f 22199/26771/22335 22197/26769/22333 22200/26770/22334</w:t>
        <w:br/>
        <w:t>f 22204/26772/22336 22203/26773/22337 22202/26774/22338</w:t>
        <w:br/>
        <w:t>f 22201/26775/22339 22204/26772/22336 22202/26774/22338</w:t>
        <w:br/>
        <w:t>f 22203/26773/22337 22204/26772/22336 22206/26776/22340</w:t>
        <w:br/>
        <w:t>f 22205/26777/22341 22203/26773/22337 22206/26776/22340</w:t>
        <w:br/>
        <w:t>f 22210/26778/22342 22209/26779/22343 22208/26780/22344</w:t>
        <w:br/>
        <w:t>f 22207/26781/22345 22210/26778/22342 22208/26780/22344</w:t>
        <w:br/>
        <w:t>f 22212/26782/22346 22197/26769/22333 22199/26771/22335</w:t>
        <w:br/>
        <w:t>f 22211/26783/22347 22212/26782/22346 22199/26771/22335</w:t>
        <w:br/>
        <w:t>f 22197/26769/22333 22212/26782/22346 22213/26784/22348</w:t>
        <w:br/>
        <w:t>f 22198/26768/22332 22197/26769/22333 22213/26784/22348</w:t>
        <w:br/>
        <w:t>f 22207/26781/22345 22215/26785/22347 22214/26786/22335</w:t>
        <w:br/>
        <w:t>f 22210/26778/22342 22207/26781/22345 22214/26786/22335</w:t>
        <w:br/>
        <w:t>f 22206/26776/22340 22208/26780/22344 22209/26779/22343</w:t>
        <w:br/>
        <w:t>f 22205/26777/22341 22206/26776/22340 22209/26779/22343</w:t>
        <w:br/>
        <w:t>f 22216/26787/22349 22200/26770/22334 22185/26755/22319</w:t>
        <w:br/>
        <w:t>f 22186/26754/22318 22216/26787/22349 22185/26755/22319</w:t>
        <w:br/>
        <w:t>f 22194/26766/22330 22216/26787/22349 22186/26754/22318</w:t>
        <w:br/>
        <w:t>f 22187/26759/22323 22194/26766/22330 22186/26754/22318</w:t>
        <w:br/>
        <w:t>f 22207/26781/22345 22208/26780/22344 22218/26788/22350</w:t>
        <w:br/>
        <w:t>f 22217/26789/22351 22207/26781/22345 22218/26788/22350</w:t>
        <w:br/>
        <w:t>f 22212/26782/22346 22211/26783/22347 22219/26790/22352</w:t>
        <w:br/>
        <w:t>f 22220/26791/22353 22212/26782/22346 22219/26790/22352</w:t>
        <w:br/>
        <w:t>f 22212/26782/22346 22220/26791/22353 22221/26792/22354</w:t>
        <w:br/>
        <w:t>f 22213/26784/22348 22212/26782/22346 22221/26792/22354</w:t>
        <w:br/>
        <w:t>f 22223/26793/22355 22222/26794/22356 22206/26776/22340</w:t>
        <w:br/>
        <w:t>f 22204/26772/22336 22223/26793/22355 22206/26776/22340</w:t>
        <w:br/>
        <w:t>f 22223/26793/22355 22204/26772/22336 22201/26775/22339</w:t>
        <w:br/>
        <w:t>f 22224/26795/22357 22223/26793/22355 22201/26775/22339</w:t>
        <w:br/>
        <w:t>f 22191/26760/22324 22225/26796/22358 22190/26761/22325</w:t>
        <w:br/>
        <w:t>f 22225/26796/22358 22226/26797/22359 22190/26761/22325</w:t>
        <w:br/>
        <w:t>f 22228/26798/22360 22227/26799/22361 22226/26797/22359</w:t>
        <w:br/>
        <w:t>f 22225/26796/22358 22228/26798/22360 22226/26797/22359</w:t>
        <w:br/>
        <w:t>f 22232/26800/22362 22231/26801/22363 22230/26802/22364</w:t>
        <w:br/>
        <w:t>f 22229/26803/22365 22232/26800/22362 22230/26802/22364</w:t>
        <w:br/>
        <w:t>f 22222/26794/22356 22223/26793/22355 22234/26804/22366</w:t>
        <w:br/>
        <w:t>f 22233/26805/22367 22222/26794/22356 22234/26804/22366</w:t>
        <w:br/>
        <w:t>f 22234/26804/22366 22223/26793/22355 22224/26795/22357</w:t>
        <w:br/>
        <w:t>f 22235/26806/22368 22234/26804/22366 22224/26795/22357</w:t>
        <w:br/>
        <w:t>f 22239/26807/22365 22238/26808/22369 22237/26809/22370</w:t>
        <w:br/>
        <w:t>f 22236/26810/22362 22239/26807/22365 22237/26809/22370</w:t>
        <w:br/>
        <w:t>f 22220/26791/22353 22240/26811/22371 22238/26808/22369</w:t>
        <w:br/>
        <w:t>f 22228/26798/22360 22231/26801/22363 22227/26799/22361</w:t>
        <w:br/>
        <w:t>f 22217/26789/22351 22218/26788/22350 22242/26812/22372</w:t>
        <w:br/>
        <w:t>f 22241/26813/22373 22217/26789/22351 22242/26812/22372</w:t>
        <w:br/>
        <w:t>f 22219/26790/22352 22240/26811/22371 22220/26791/22353</w:t>
        <w:br/>
        <w:t>f 22243/26814/22374 22215/26785/22347 22207/26781/22345</w:t>
        <w:br/>
        <w:t>f 22217/26789/22351 22243/26814/22374 22207/26781/22345</w:t>
        <w:br/>
        <w:t>f 22208/26780/22344 22206/26776/22340 22222/26794/22356</w:t>
        <w:br/>
        <w:t>f 22218/26788/22350 22208/26780/22344 22222/26794/22356</w:t>
        <w:br/>
        <w:t>f 22218/26788/22350 22222/26794/22356 22233/26805/22367</w:t>
        <w:br/>
        <w:t>f 22242/26812/22372 22218/26788/22350 22233/26805/22367</w:t>
        <w:br/>
        <w:t>f 22243/26814/22374 22217/26789/22351 22241/26813/22373</w:t>
        <w:br/>
        <w:t>f 22244/26815/22371 22243/26814/22374 22241/26813/22373</w:t>
        <w:br/>
        <w:t>f 22246/26816/22375 22245/26817/22376 22192/26764/22328</w:t>
        <w:br/>
        <w:t>f 22193/26763/22327 22246/26816/22375 22192/26764/22328</w:t>
        <w:br/>
        <w:t>f 22245/26817/22376 22247/26818/22377 22195/26765/22329</w:t>
        <w:br/>
        <w:t>f 22192/26764/22328 22245/26817/22376 22195/26765/22329</w:t>
        <w:br/>
        <w:t>f 22251/26819/22378 22250/26820/22379 22249/26821/22380</w:t>
        <w:br/>
        <w:t>f 22248/26822/22381 22251/26819/22378 22249/26821/22380</w:t>
        <w:br/>
        <w:t>f 22255/26823/22382 22254/26824/22383 22253/26825/22384</w:t>
        <w:br/>
        <w:t>f 22252/26826/22385 22255/26823/22382 22253/26825/22384</w:t>
        <w:br/>
        <w:t>f 22256/26827/22386 22253/26825/22384 22230/26802/22364</w:t>
        <w:br/>
        <w:t>f 22248/26822/22381 22249/26821/22380 22258/26828/22387</w:t>
        <w:br/>
        <w:t>f 22257/26829/22388 22248/26822/22381 22258/26828/22387</w:t>
        <w:br/>
        <w:t>f 22262/26830/22389 22261/26831/22390 22260/26832/22382</w:t>
        <w:br/>
        <w:t>f 22259/26833/22391 22262/26830/22389 22260/26832/22382</w:t>
        <w:br/>
        <w:t>f 22264/26834/22392 22259/26833/22391 22263/26835/22393</w:t>
        <w:br/>
        <w:t>f 22221/26792/22354 22262/26830/22389 22259/26833/22391</w:t>
        <w:br/>
        <w:t>f 22264/26834/22392 22221/26792/22354 22259/26833/22391</w:t>
        <w:br/>
        <w:t>f 22266/26836/22394 22265/26837/22395 22263/26835/22393</w:t>
        <w:br/>
        <w:t>f 22259/26833/22391 22266/26836/22394 22263/26835/22393</w:t>
        <w:br/>
        <w:t>f 22260/26832/22382 22267/26838/22396 22266/26836/22394</w:t>
        <w:br/>
        <w:t>f 22259/26833/22391 22260/26832/22382 22266/26836/22394</w:t>
        <w:br/>
        <w:t>f 22252/26826/22385 22269/26839/22397 22268/26840/22398</w:t>
        <w:br/>
        <w:t>f 22255/26823/22382 22252/26826/22385 22268/26840/22398</w:t>
        <w:br/>
        <w:t>f 22258/26828/22387 22249/26821/22380 22271/26841/22399</w:t>
        <w:br/>
        <w:t>f 22270/26842/22400 22258/26828/22387 22271/26841/22399</w:t>
        <w:br/>
        <w:t>f 22258/26828/22387 22256/26827/22386 22257/26829/22388</w:t>
        <w:br/>
        <w:t>f 22256/26827/22386 22258/26828/22387 22252/26826/22385</w:t>
        <w:br/>
        <w:t>f 22273/26843/22401 22272/26844/22402 22269/26839/22397</w:t>
        <w:br/>
        <w:t>f 22270/26842/22400 22273/26843/22401 22269/26839/22397</w:t>
        <w:br/>
        <w:t>f 22256/26827/22386 22230/26802/22364 22228/26798/22360</w:t>
        <w:br/>
        <w:t>f 22230/26802/22364 22253/26825/22384 22254/26824/22383</w:t>
        <w:br/>
        <w:t>f 22229/26803/22365 22230/26802/22364 22254/26824/22383</w:t>
        <w:br/>
        <w:t>f 22238/26808/22369 22239/26807/22365 22261/26831/22390</w:t>
        <w:br/>
        <w:t>f 22262/26830/22389 22238/26808/22369 22261/26831/22390</w:t>
        <w:br/>
        <w:t>f 22262/26830/22389 22221/26792/22354 22220/26791/22353</w:t>
        <w:br/>
        <w:t>f 22238/26808/22369 22262/26830/22389 22220/26791/22353</w:t>
        <w:br/>
        <w:t>f 22275/26845/22403 22184/26756/22320 22198/26768/22332</w:t>
        <w:br/>
        <w:t>f 22274/26846/22404 22275/26845/22403 22198/26768/22332</w:t>
        <w:br/>
        <w:t>f 22246/26816/22375 22251/26819/22378 22248/26822/22381</w:t>
        <w:br/>
        <w:t>f 22191/26760/22324 22246/26816/22375 22248/26822/22381</w:t>
        <w:br/>
        <w:t>f 22257/26829/22388 22225/26796/22358 22191/26760/22324</w:t>
        <w:br/>
        <w:t>f 22248/26822/22381 22257/26829/22388 22191/26760/22324</w:t>
        <w:br/>
        <w:t>f 22228/26798/22360 22225/26796/22358 22257/26829/22388</w:t>
        <w:br/>
        <w:t>f 22198/26768/22332 22213/26784/22348 22276/26847/22405</w:t>
        <w:br/>
        <w:t>f 22274/26846/22404 22198/26768/22332 22276/26847/22405</w:t>
        <w:br/>
        <w:t>f 22276/26847/22405 22278/26848/22406 22277/26849/22407</w:t>
        <w:br/>
        <w:t>f 22274/26846/22404 22276/26847/22405 22277/26849/22407</w:t>
        <w:br/>
        <w:t>f 22263/26835/22393 22265/26837/22395 22279/26850/22408</w:t>
        <w:br/>
        <w:t>f 22278/26848/22406 22263/26835/22393 22279/26850/22408</w:t>
        <w:br/>
        <w:t>f 22264/26834/22392 22263/26835/22393 22278/26848/22406</w:t>
        <w:br/>
        <w:t>f 22276/26847/22405 22264/26834/22392 22278/26848/22406</w:t>
        <w:br/>
        <w:t>f 22213/26784/22348 22221/26792/22354 22264/26834/22392</w:t>
        <w:br/>
        <w:t>f 22276/26847/22405 22213/26784/22348 22264/26834/22392</w:t>
        <w:br/>
        <w:t>f 22281/26851/22409 22280/26852/22410 22265/26837/22395</w:t>
        <w:br/>
        <w:t>f 22266/26836/22394 22281/26851/22409 22265/26837/22395</w:t>
        <w:br/>
        <w:t>f 22252/26826/22385 22258/26828/22387 22270/26842/22400</w:t>
        <w:br/>
        <w:t>f 22269/26839/22397 22252/26826/22385 22270/26842/22400</w:t>
        <w:br/>
        <w:t>f 22278/26848/22406 22279/26850/22408 22282/26853/22411</w:t>
        <w:br/>
        <w:t>f 22277/26849/22407 22278/26848/22406 22282/26853/22411</w:t>
        <w:br/>
        <w:t>f 22265/26837/22395 22280/26852/22410 22283/26854/22412</w:t>
        <w:br/>
        <w:t>f 22279/26850/22408 22265/26837/22395 22283/26854/22412</w:t>
        <w:br/>
        <w:t>f 22284/26855/22413 22275/26845/22403 22274/26846/22404</w:t>
        <w:br/>
        <w:t>f 22277/26849/22407 22284/26855/22413 22274/26846/22404</w:t>
        <w:br/>
        <w:t>f 22268/26840/22398 22269/26839/22397 22272/26844/22402</w:t>
        <w:br/>
        <w:t>f 22285/26856/22414 22268/26840/22398 22272/26844/22402</w:t>
        <w:br/>
        <w:t>f 22289/26857/22415 22288/26858/22416 22287/26859/22417</w:t>
        <w:br/>
        <w:t>f 22286/26860/22418 22289/26857/22415 22287/26859/22417</w:t>
        <w:br/>
        <w:t>f 22292/26861/22419 22291/26862/22420 22250/26820/22379</w:t>
        <w:br/>
        <w:t>f 22290/26863/22421 22292/26861/22419 22250/26820/22379</w:t>
        <w:br/>
        <w:t>f 22250/26820/22379 22251/26819/22378 22293/26864/22422</w:t>
        <w:br/>
        <w:t>f 22290/26863/22421 22250/26820/22379 22293/26864/22422</w:t>
        <w:br/>
        <w:t>f 22294/26865/22423 22183/26757/22321 22184/26756/22320</w:t>
        <w:br/>
        <w:t>f 22275/26845/22403 22294/26865/22423 22184/26756/22320</w:t>
        <w:br/>
        <w:t>f 22193/26763/22327 22293/26864/22422 22251/26819/22378</w:t>
        <w:br/>
        <w:t>f 22246/26816/22375 22193/26763/22327 22251/26819/22378</w:t>
        <w:br/>
        <w:t>f 22275/26845/22403 22284/26855/22413 22295/26866/22424</w:t>
        <w:br/>
        <w:t>f 22294/26865/22423 22275/26845/22403 22295/26866/22424</w:t>
        <w:br/>
        <w:t>f 22279/26850/22408 22283/26854/22412 22296/26867/22425</w:t>
        <w:br/>
        <w:t>f 22282/26853/22411 22279/26850/22408 22296/26867/22425</w:t>
        <w:br/>
        <w:t>f 22300/26868/22426 22299/26869/22427 22298/26870/22428</w:t>
        <w:br/>
        <w:t>f 22297/26871/22429 22300/26868/22426 22298/26870/22428</w:t>
        <w:br/>
        <w:t>f 22304/26872/22430 22303/26873/22431 22302/26874/22432</w:t>
        <w:br/>
        <w:t>f 22301/26875/22433 22304/26872/22430 22302/26874/22432</w:t>
        <w:br/>
        <w:t>f 22249/26821/22380 22250/26820/22379 22291/26862/22420</w:t>
        <w:br/>
        <w:t>f 22271/26841/22399 22249/26821/22380 22291/26862/22420</w:t>
        <w:br/>
        <w:t>f 22305/26876/22434 22273/26843/22401 22270/26842/22400</w:t>
        <w:br/>
        <w:t>f 22271/26841/22399 22305/26876/22434 22270/26842/22400</w:t>
        <w:br/>
        <w:t>f 22183/26757/22321 22294/26865/22423 22293/26864/22422</w:t>
        <w:br/>
        <w:t>f 22188/26758/22322 22183/26757/22321 22293/26864/22422</w:t>
        <w:br/>
        <w:t>f 22193/26763/22327 22188/26758/22322 22293/26864/22422</w:t>
        <w:br/>
        <w:t>f 22290/26863/22421 22293/26864/22422 22294/26865/22423</w:t>
        <w:br/>
        <w:t>f 22295/26866/22424 22290/26863/22421 22294/26865/22423</w:t>
        <w:br/>
        <w:t>f 22308/26877/22435 22292/26861/22419 22307/26878/22436</w:t>
        <w:br/>
        <w:t>f 22306/26879/22437 22308/26877/22435 22307/26878/22436</w:t>
        <w:br/>
        <w:t>f 22282/26853/22411 22296/26867/22425 22310/26880/22438</w:t>
        <w:br/>
        <w:t>f 22309/26881/22439 22282/26853/22411 22310/26880/22438</w:t>
        <w:br/>
        <w:t>f 22286/26860/22418 22312/26882/22440 22311/26883/22441</w:t>
        <w:br/>
        <w:t>f 22289/26857/22415 22286/26860/22418 22311/26883/22441</w:t>
        <w:br/>
        <w:t>f 22316/26884/22442 22315/26885/22443 22314/26886/22444</w:t>
        <w:br/>
        <w:t>f 22313/26887/22445 22316/26884/22442 22314/26886/22444</w:t>
        <w:br/>
        <w:t>f 22318/26888/22446 22317/26889/22447 22315/26885/22443</w:t>
        <w:br/>
        <w:t>f 22316/26884/22442 22318/26888/22446 22315/26885/22443</w:t>
        <w:br/>
        <w:t>f 22266/26836/22394 22267/26838/22396 22327/26890/22414</w:t>
        <w:br/>
        <w:t>f 22281/26851/22409 22266/26836/22394 22327/26890/22414</w:t>
        <w:br/>
        <w:t>f 22309/26881/22439 22310/26880/22438 22306/26879/22437</w:t>
        <w:br/>
        <w:t>f 22307/26878/22436 22309/26881/22439 22306/26879/22437</w:t>
        <w:br/>
        <w:t>f 22271/26841/22399 22291/26862/22420 22332/26891/22448</w:t>
        <w:br/>
        <w:t>f 22305/26876/22434 22271/26841/22399 22332/26891/22448</w:t>
        <w:br/>
        <w:t>f 22277/26849/22407 22282/26853/22411 22309/26881/22439</w:t>
        <w:br/>
        <w:t>f 22284/26855/22413 22277/26849/22407 22309/26881/22439</w:t>
        <w:br/>
        <w:t>f 22287/26859/22417 22297/26871/22429 22334/26892/7827</w:t>
        <w:br/>
        <w:t>f 22333/26893/8122 22287/26859/22417 22334/26892/7827</w:t>
        <w:br/>
        <w:t>f 22286/26860/22418 22287/26859/22417 22333/26893/8122</w:t>
        <w:br/>
        <w:t>f 22335/26894/22449 22286/26860/22418 22333/26893/8122</w:t>
        <w:br/>
        <w:t>f 22291/26862/22420 22292/26861/22419 22308/26877/22435</w:t>
        <w:br/>
        <w:t>f 22332/26891/22448 22291/26862/22420 22308/26877/22435</w:t>
        <w:br/>
        <w:t>f 22292/26861/22419 22290/26863/22421 22295/26866/22424</w:t>
        <w:br/>
        <w:t>f 22307/26878/22436 22292/26861/22419 22295/26866/22424</w:t>
        <w:br/>
        <w:t>f 22299/26869/22427 22317/26889/22447 22318/26888/22446</w:t>
        <w:br/>
        <w:t>f 22298/26870/22428 22299/26869/22427 22318/26888/22446</w:t>
        <w:br/>
        <w:t>f 22284/26855/22413 22309/26881/22439 22307/26878/22436</w:t>
        <w:br/>
        <w:t>f 22295/26866/22424 22284/26855/22413 22307/26878/22436</w:t>
        <w:br/>
        <w:t>f 22313/26887/22445 22314/26886/22444 22337/26895/22450</w:t>
        <w:br/>
        <w:t>f 22336/26896/22451 22313/26887/22445 22337/26895/22450</w:t>
        <w:br/>
        <w:t>f 22336/26896/22451 22337/26895/22450 22339/26897/22452</w:t>
        <w:br/>
        <w:t>f 22338/26898/22453 22336/26896/22451 22339/26897/22452</w:t>
        <w:br/>
        <w:t>f 22303/26873/22431 22304/26872/22430 22338/26898/22453</w:t>
        <w:br/>
        <w:t>f 22339/26897/22452 22303/26873/22431 22338/26898/22453</w:t>
        <w:br/>
        <w:t>f 22297/26871/22429 22287/26859/22417 22288/26858/22416</w:t>
        <w:br/>
        <w:t>f 22300/26868/22426 22297/26871/22429 22288/26858/22416</w:t>
        <w:br/>
        <w:t>f 22316/26884/22442 22351/26899/22454 22350/26900/22455</w:t>
        <w:br/>
        <w:t>f 22318/26888/22446 22316/26884/22442 22350/26900/22455</w:t>
        <w:br/>
        <w:t>f 22298/26870/22428 22318/26888/22446 22350/26900/22455</w:t>
        <w:br/>
        <w:t>f 22352/26901/7828 22298/26870/22428 22350/26900/22455</w:t>
        <w:br/>
        <w:t>f 22354/26902/22440 22301/26875/22433 22302/26874/22432</w:t>
        <w:br/>
        <w:t>f 22353/26903/22456 22354/26902/22440 22302/26874/22432</w:t>
        <w:br/>
        <w:t>f 22230/26802/22364 22231/26801/22363 22228/26798/22360</w:t>
        <w:br/>
        <w:t>f 22238/26808/22369 22240/26811/22371 22237/26809/22370</w:t>
        <w:br/>
        <w:t>f 22256/26827/22386 22252/26826/22385 22253/26825/22384</w:t>
        <w:br/>
        <w:t>f 22256/26827/22386 22228/26798/22360 22257/26829/22388</w:t>
        <w:br/>
        <w:t>f 22356/26904/22457 22355/26905/22458 22201/26775/22339</w:t>
        <w:br/>
        <w:t>f 22202/26774/22338 22356/26904/22457 22201/26775/22339</w:t>
        <w:br/>
        <w:t>f 22355/26905/22458 22357/26906/22459 22224/26795/22357</w:t>
        <w:br/>
        <w:t>f 22201/26775/22339 22355/26905/22458 22224/26795/22357</w:t>
        <w:br/>
        <w:t>f 22357/26906/22459 22358/26907/13111 22235/26806/22368</w:t>
        <w:br/>
        <w:t>f 22224/26795/22357 22357/26906/22459 22235/26806/22368</w:t>
        <w:br/>
        <w:t>f 22245/26817/22376 22246/26816/22375 22191/26760/22324</w:t>
        <w:br/>
        <w:t>f 22189/26762/22326 22245/26817/22376 22191/26760/22324</w:t>
        <w:br/>
        <w:t>f 22247/26818/22377 22245/26817/22376 22189/26762/22326</w:t>
        <w:br/>
        <w:t>f 22196/26767/22331 22247/26818/22377 22189/26762/22326</w:t>
        <w:br/>
        <w:t>f 22361/26908/22460 22360/26909/22461 22359/26910/22462</w:t>
        <w:br/>
        <w:t>f 22227/26799/22361 22363/26911/22463 22362/26912/22461</w:t>
        <w:br/>
        <w:t>f 22226/26797/22359 22227/26799/22361 22362/26912/22461</w:t>
        <w:br/>
        <w:t>f 22227/26799/22361 22231/26801/22363 22363/26911/22463</w:t>
        <w:br/>
        <w:t>f 22367/26913/22464 22366/26914/22465 22365/26915/22466</w:t>
        <w:br/>
        <w:t>f 22364/26916/22467 22367/26913/22464 22365/26915/22466</w:t>
        <w:br/>
        <w:t>f 22369/26917/22468 22367/26913/22464 22364/26916/22467</w:t>
        <w:br/>
        <w:t>f 22368/26918/22469 22369/26917/22468 22364/26916/22467</w:t>
        <w:br/>
        <w:t>f 22372/26919/22470 22371/26920/22471 22370/26921/22472</w:t>
        <w:br/>
        <w:t>f 22371/26920/22471 22374/26922/22473 22373/26923/22474</w:t>
        <w:br/>
        <w:t>f 22373/26923/22474 22374/26922/22473 22369/26917/22468</w:t>
        <w:br/>
        <w:t>f 22375/26924/22475 22373/26923/22474 22369/26917/22468</w:t>
        <w:br/>
        <w:t>f 22377/26925/22476 22376/26926/22477 22359/26910/22462</w:t>
        <w:br/>
        <w:t>f 22360/26909/22461 22377/26925/22476 22359/26910/22462</w:t>
        <w:br/>
        <w:t>f 22377/26925/22476 22370/26921/22472 22371/26920/22471</w:t>
        <w:br/>
        <w:t>f 22376/26926/22477 22377/26925/22476 22371/26920/22471</w:t>
        <w:br/>
        <w:t>f 22359/26910/22462 22376/26926/22477 22379/26927/22478</w:t>
        <w:br/>
        <w:t>f 22378/26928/22479 22359/26910/22462 22379/26927/22478</w:t>
        <w:br/>
        <w:t>f 22373/26923/22474 22375/26924/22475 22380/26929/22480</w:t>
        <w:br/>
        <w:t>f 22379/26927/22478 22373/26923/22474 22380/26929/22480</w:t>
        <w:br/>
        <w:t>f 22373/26923/22474 22379/26927/22478 22376/26926/22477</w:t>
        <w:br/>
        <w:t>f 22371/26920/22471 22373/26923/22474 22376/26926/22477</w:t>
        <w:br/>
        <w:t>f 22367/26913/22464 22369/26917/22468 22374/26922/22473</w:t>
        <w:br/>
        <w:t>f 22381/26930/22481 22367/26913/22464 22374/26922/22473</w:t>
        <w:br/>
        <w:t>f 22374/26922/22473 22372/26919/22470 22381/26930/22481</w:t>
        <w:br/>
        <w:t>f 22364/26916/22467 22383/26931/22482 22382/26932/22483</w:t>
        <w:br/>
        <w:t>f 22368/26918/22469 22364/26916/22467 22382/26932/22483</w:t>
        <w:br/>
        <w:t>f 22383/26931/22482 22385/26933/22484 22384/26934/22485</w:t>
        <w:br/>
        <w:t>f 22382/26932/22483 22383/26931/22482 22384/26934/22485</w:t>
        <w:br/>
        <w:t>f 22386/26935/22486 22383/26931/22482 22364/26916/22467</w:t>
        <w:br/>
        <w:t>f 22365/26915/22466 22386/26935/22486 22364/26916/22467</w:t>
        <w:br/>
        <w:t>f 22368/26918/22469 22387/26936/22487 22375/26924/22475</w:t>
        <w:br/>
        <w:t>f 22369/26917/22468 22368/26918/22469 22375/26924/22475</w:t>
        <w:br/>
        <w:t>f 22388/26937/22488 22387/26936/22487 22368/26918/22469</w:t>
        <w:br/>
        <w:t>f 22382/26932/22483 22388/26937/22488 22368/26918/22469</w:t>
        <w:br/>
        <w:t>f 22382/26932/22483 22384/26934/22485 22389/26938/22489</w:t>
        <w:br/>
        <w:t>f 22388/26937/22488 22382/26932/22483 22389/26938/22489</w:t>
        <w:br/>
        <w:t>f 22380/26929/22480 22392/26939/22490 22391/26940/22491</w:t>
        <w:br/>
        <w:t>f 22390/26941/22492 22380/26929/22480 22391/26940/22491</w:t>
        <w:br/>
        <w:t>f 22375/26924/22475 22387/26936/22487 22392/26939/22490</w:t>
        <w:br/>
        <w:t>f 22380/26929/22480 22375/26924/22475 22392/26939/22490</w:t>
        <w:br/>
        <w:t>f 22379/26927/22478 22380/26929/22480 22390/26941/22492</w:t>
        <w:br/>
        <w:t>f 22378/26928/22479 22379/26927/22478 22390/26941/22492</w:t>
        <w:br/>
        <w:t>f 22392/26939/22490 22394/26942/22493 22393/26943/22494</w:t>
        <w:br/>
        <w:t>f 22391/26940/22491 22392/26939/22490 22393/26943/22494</w:t>
        <w:br/>
        <w:t>f 22392/26939/22490 22387/26936/22487 22388/26937/22488</w:t>
        <w:br/>
        <w:t>f 22394/26942/22493 22392/26939/22490 22388/26937/22488</w:t>
        <w:br/>
        <w:t>f 22396/26944/22495 22395/26945/22331 22378/26928/22479</w:t>
        <w:br/>
        <w:t>f 22390/26941/22492 22396/26944/22495 22378/26928/22479</w:t>
        <w:br/>
        <w:t>f 22378/26928/22479 22395/26945/22331 22397/26946/22325</w:t>
        <w:br/>
        <w:t>f 22388/26937/22488 22389/26938/22489 22398/26947/22496</w:t>
        <w:br/>
        <w:t>f 22394/26942/22493 22388/26937/22488 22398/26947/22496</w:t>
        <w:br/>
        <w:t>f 22394/26942/22493 22400/26948/22497 22399/26949/22498</w:t>
        <w:br/>
        <w:t>f 22393/26943/22494 22394/26942/22493 22399/26949/22498</w:t>
        <w:br/>
        <w:t>f 22394/26942/22493 22398/26947/22496 22400/26948/22497</w:t>
        <w:br/>
        <w:t>f 22378/26928/22479 22397/26946/22325 22361/26908/22460</w:t>
        <w:br/>
        <w:t>f 22359/26910/22462 22378/26928/22479 22361/26908/22460</w:t>
        <w:br/>
        <w:t>f 22404/26950/22499 22403/26951/22500 22402/26952/22501</w:t>
        <w:br/>
        <w:t>f 22401/26953/22502 22404/26950/22499 22402/26952/22501</w:t>
        <w:br/>
        <w:t>f 22406/26954/22503 22405/26955/22504 22401/26953/22502</w:t>
        <w:br/>
        <w:t>f 22402/26952/22501 22406/26954/22503 22401/26953/22502</w:t>
        <w:br/>
        <w:t>f 22203/26773/22337 22407/26956/22505 22202/26774/22338</w:t>
        <w:br/>
        <w:t>f 22402/26952/22501 22409/26957/22506 22408/26958/22507</w:t>
        <w:br/>
        <w:t>f 22406/26954/22503 22402/26952/22501 22408/26958/22507</w:t>
        <w:br/>
        <w:t>f 22409/26957/22506 22411/26959/22508 22410/26960/22509</w:t>
        <w:br/>
        <w:t>f 22408/26958/22507 22409/26957/22506 22410/26960/22509</w:t>
        <w:br/>
        <w:t>f 22403/26951/22500 22412/26961/22510 22411/26959/22508</w:t>
        <w:br/>
        <w:t>f 22409/26957/22506 22403/26951/22500 22411/26959/22508</w:t>
        <w:br/>
        <w:t>f 22408/26958/22507 22410/26960/22509 22414/26962/22511</w:t>
        <w:br/>
        <w:t>f 22413/26963/22512 22408/26958/22507 22414/26962/22511</w:t>
        <w:br/>
        <w:t>f 22403/26951/22500 22409/26957/22506 22402/26952/22501</w:t>
        <w:br/>
        <w:t>f 22415/26964/22513 22404/26950/22499 22401/26953/22502</w:t>
        <w:br/>
        <w:t>f 22415/26964/22513 22401/26953/22502 22405/26955/22504</w:t>
        <w:br/>
        <w:t>f 22416/26965/22514 22205/26777/22341 22209/26779/22343</w:t>
        <w:br/>
        <w:t>f 22417/26966/22515 22416/26965/22514 22209/26779/22343</w:t>
        <w:br/>
        <w:t>f 22419/26967/22334 22418/26968/22516 22210/26778/22342</w:t>
        <w:br/>
        <w:t>f 22214/26786/22335 22419/26967/22334 22210/26778/22342</w:t>
        <w:br/>
        <w:t>f 22205/26777/22341 22416/26965/22514 22407/26956/22505</w:t>
        <w:br/>
        <w:t>f 22203/26773/22337 22205/26777/22341 22407/26956/22505</w:t>
        <w:br/>
        <w:t>f 22209/26779/22343 22210/26778/22342 22418/26968/22516</w:t>
        <w:br/>
        <w:t>f 22417/26966/22515 22209/26779/22343 22418/26968/22516</w:t>
        <w:br/>
        <w:t>f 22405/26955/22504 22406/26954/22503 22413/26963/22512</w:t>
        <w:br/>
        <w:t>f 22420/26969/22517 22405/26955/22504 22413/26963/22512</w:t>
        <w:br/>
        <w:t>f 22406/26954/22503 22408/26958/22507 22413/26963/22512</w:t>
        <w:br/>
        <w:t>f 22424/26970/22518 22423/26971/22519 22422/26972/22520</w:t>
        <w:br/>
        <w:t>f 22421/26973/22521 22424/26970/22518 22422/26972/22520</w:t>
        <w:br/>
        <w:t>f 22425/26974/22522 22423/26971/22519 22424/26970/22518</w:t>
        <w:br/>
        <w:t>f 22429/26975/22523 22428/26976/22524 22427/26977/22525</w:t>
        <w:br/>
        <w:t>f 22426/26978/22526 22429/26975/22523 22427/26977/22525</w:t>
        <w:br/>
        <w:t>f 22433/26979/22527 22432/26980/22528 22431/26981/22529</w:t>
        <w:br/>
        <w:t>f 22430/26982/22530 22433/26979/22527 22431/26981/22529</w:t>
        <w:br/>
        <w:t>f 22437/26983/22531 22436/26984/22532 22435/26985/22533</w:t>
        <w:br/>
        <w:t>f 22434/26986/22534 22437/26983/22531 22435/26985/22533</w:t>
        <w:br/>
        <w:t>f 22431/26981/22529 22432/26980/22528 22435/26985/22533</w:t>
        <w:br/>
        <w:t>f 22436/26984/22532 22431/26981/22529 22435/26985/22533</w:t>
        <w:br/>
        <w:t>f 22441/26987/22535 22440/26988/22536 22439/26989/22537</w:t>
        <w:br/>
        <w:t>f 22438/26990/22538 22441/26987/22535 22439/26989/22537</w:t>
        <w:br/>
        <w:t>f 22430/26982/22530 22431/26981/22529 22443/26991/22539</w:t>
        <w:br/>
        <w:t>f 22442/26992/22540 22430/26982/22530 22443/26991/22539</w:t>
        <w:br/>
        <w:t>f 22445/26993/22541 22427/26977/22525 22428/26976/22524</w:t>
        <w:br/>
        <w:t>f 22444/26994/22542 22445/26993/22541 22428/26976/22524</w:t>
        <w:br/>
        <w:t>f 22433/26979/22527 22421/26973/22521 22422/26972/22520</w:t>
        <w:br/>
        <w:t>f 22432/26980/22528 22433/26979/22527 22422/26972/22520</w:t>
        <w:br/>
        <w:t>f 22430/26982/22530 22441/26987/22535 22438/26990/22538</w:t>
        <w:br/>
        <w:t>f 22433/26979/22527 22430/26982/22530 22438/26990/22538</w:t>
        <w:br/>
        <w:t>f 22421/26973/22521 22433/26979/22527 22446/26995/22543</w:t>
        <w:br/>
        <w:t>f 22444/26994/22542 22439/26989/22537 22440/26988/22536</w:t>
        <w:br/>
        <w:t>f 22447/26996/22544 22443/26991/22539 22431/26981/22529</w:t>
        <w:br/>
        <w:t>f 22436/26984/22532 22447/26996/22544 22431/26981/22529</w:t>
        <w:br/>
        <w:t>f 22447/26996/22544 22436/26984/22532 22437/26983/22531</w:t>
        <w:br/>
        <w:t>f 22448/26997/22545 22447/26996/22544 22437/26983/22531</w:t>
        <w:br/>
        <w:t>f 22452/26998/22546 22451/26999/22547 22450/27000/22548</w:t>
        <w:br/>
        <w:t>f 22449/27001/22549 22452/26998/22546 22450/27000/22548</w:t>
        <w:br/>
        <w:t>f 22456/27002/22550 22455/27003/22551 22454/27004/22552</w:t>
        <w:br/>
        <w:t>f 22453/27005/22553 22456/27002/22550 22454/27004/22552</w:t>
        <w:br/>
        <w:t>f 22458/27006/22554 22451/26999/22547 22452/26998/22546</w:t>
        <w:br/>
        <w:t>f 22457/27007/22555 22458/27006/22554 22452/26998/22546</w:t>
        <w:br/>
        <w:t>f 22460/27008/22556 22458/27006/22554 22457/27007/22555</w:t>
        <w:br/>
        <w:t>f 22459/27009/22557 22460/27008/22556 22457/27007/22555</w:t>
        <w:br/>
        <w:t>f 22459/27009/22557 22456/27002/22550 22453/27005/22553</w:t>
        <w:br/>
        <w:t>f 22460/27008/22556 22459/27009/22557 22453/27005/22553</w:t>
        <w:br/>
        <w:t>f 22462/27010/22558 22455/27003/22551 22456/27002/22550</w:t>
        <w:br/>
        <w:t>f 22461/27011/22559 22462/27010/22558 22456/27002/22550</w:t>
        <w:br/>
        <w:t>f 22459/27009/22557 22463/27012/22560 22461/27011/22559</w:t>
        <w:br/>
        <w:t>f 22456/27002/22550 22459/27009/22557 22461/27011/22559</w:t>
        <w:br/>
        <w:t>f 22464/27013/22561 22463/27012/22560 22459/27009/22557</w:t>
        <w:br/>
        <w:t>f 22457/27007/22555 22464/27013/22561 22459/27009/22557</w:t>
        <w:br/>
        <w:t>f 22466/27014/22562 22465/27015/22563 22452/26998/22546</w:t>
        <w:br/>
        <w:t>f 22449/27001/22549 22466/27014/22562 22452/26998/22546</w:t>
        <w:br/>
        <w:t>f 22468/27016/22564 22466/27014/22562 22449/27001/22549</w:t>
        <w:br/>
        <w:t>f 22467/27017/22565 22468/27016/22564 22449/27001/22549</w:t>
        <w:br/>
        <w:t>f 22470/27018/22566 22468/27016/22564 22467/27017/22565</w:t>
        <w:br/>
        <w:t>f 22469/27019/22567 22470/27018/22566 22467/27017/22565</w:t>
        <w:br/>
        <w:t>f 22472/27020/22568 22470/27018/22566 22469/27019/22567</w:t>
        <w:br/>
        <w:t>f 22471/27021/22569 22472/27020/22568 22469/27019/22567</w:t>
        <w:br/>
        <w:t>f 22474/27022/22570 22473/27023/22571 22447/26996/22544</w:t>
        <w:br/>
        <w:t>f 22448/26997/22545 22474/27022/22570 22447/26996/22544</w:t>
        <w:br/>
        <w:t>f 22477/27024/22572 22476/27025/22573 22475/27026/22574</w:t>
        <w:br/>
        <w:t>f 22442/26992/22540 22477/27024/22572 22475/27026/22574</w:t>
        <w:br/>
        <w:t>f 22478/27027/22575 22477/27024/22572 22442/26992/22540</w:t>
        <w:br/>
        <w:t>f 22443/26991/22539 22478/27027/22575 22442/26992/22540</w:t>
        <w:br/>
        <w:t>f 22427/26977/22525 22445/26993/22541 22480/27028/22576</w:t>
        <w:br/>
        <w:t>f 22479/27029/22577 22427/26977/22525 22480/27028/22576</w:t>
        <w:br/>
        <w:t>f 22476/27025/22573 22482/27030/22578 22481/27031/22579</w:t>
        <w:br/>
        <w:t>f 22475/27026/22574 22476/27025/22573 22481/27031/22579</w:t>
        <w:br/>
        <w:t>f 22483/27032/22580 22479/27029/22577 22470/27018/22566</w:t>
        <w:br/>
        <w:t>f 22472/27020/22568 22483/27032/22580 22470/27018/22566</w:t>
        <w:br/>
        <w:t>f 22482/27030/22578 22476/27025/22573 22465/27015/22563</w:t>
        <w:br/>
        <w:t>f 22466/27014/22562 22482/27030/22578 22465/27015/22563</w:t>
        <w:br/>
        <w:t>f 22464/27013/22561 22465/27015/22563 22476/27025/22573</w:t>
        <w:br/>
        <w:t>f 22477/27024/22572 22464/27013/22561 22476/27025/22573</w:t>
        <w:br/>
        <w:t>f 22477/27024/22572 22478/27027/22575 22463/27012/22560</w:t>
        <w:br/>
        <w:t>f 22464/27013/22561 22477/27024/22572 22463/27012/22560</w:t>
        <w:br/>
        <w:t>f 22462/27010/22558 22461/27011/22559 22473/27023/22571</w:t>
        <w:br/>
        <w:t>f 22474/27022/22570 22462/27010/22558 22473/27023/22571</w:t>
        <w:br/>
        <w:t>f 22479/27029/22577 22480/27028/22576 22468/27016/22564</w:t>
        <w:br/>
        <w:t>f 22470/27018/22566 22479/27029/22577 22468/27016/22564</w:t>
        <w:br/>
        <w:t>f 22478/27027/22575 22473/27023/22571 22461/27011/22559</w:t>
        <w:br/>
        <w:t>f 22463/27012/22560 22478/27027/22575 22461/27011/22559</w:t>
        <w:br/>
        <w:t>f 22482/27030/22578 22480/27028/22576 22445/26993/22541</w:t>
        <w:br/>
        <w:t>f 22481/27031/22579 22482/27030/22578 22445/26993/22541</w:t>
        <w:br/>
        <w:t>f 22480/27028/22576 22482/27030/22578 22466/27014/22562</w:t>
        <w:br/>
        <w:t>f 22468/27016/22564 22480/27028/22576 22466/27014/22562</w:t>
        <w:br/>
        <w:t>f 22471/27021/22569 22469/27019/22567 22413/26963/22512</w:t>
        <w:br/>
        <w:t>f 22414/26962/22511 22471/27021/22569 22413/26963/22512</w:t>
        <w:br/>
        <w:t>f 22420/26969/22517 22467/27017/22565 22449/27001/22549</w:t>
        <w:br/>
        <w:t>f 22450/27000/22548 22420/26969/22517 22449/27001/22549</w:t>
        <w:br/>
        <w:t>f 22465/27015/22563 22464/27013/22561 22457/27007/22555</w:t>
        <w:br/>
        <w:t>f 22452/26998/22546 22465/27015/22563 22457/27007/22555</w:t>
        <w:br/>
        <w:t>f 22469/27019/22567 22467/27017/22565 22420/26969/22517</w:t>
        <w:br/>
        <w:t>f 22413/26963/22512 22469/27019/22567 22420/26969/22517</w:t>
        <w:br/>
        <w:t>f 22479/27029/22577 22483/27032/22580 22426/26978/22526</w:t>
        <w:br/>
        <w:t>f 22427/26977/22525 22479/27029/22577 22426/26978/22526</w:t>
        <w:br/>
        <w:t>f 22473/27023/22571 22478/27027/22575 22443/26991/22539</w:t>
        <w:br/>
        <w:t>f 22447/26996/22544 22473/27023/22571 22443/26991/22539</w:t>
        <w:br/>
        <w:t>f 22202/26774/22338 22407/26956/22505 22484/27033/22581</w:t>
        <w:br/>
        <w:t>f 22356/26904/22457 22202/26774/22338 22484/27033/22581</w:t>
        <w:br/>
        <w:t>f 22442/26992/22540 22475/27026/22574 22441/26987/22535</w:t>
        <w:br/>
        <w:t>f 22430/26982/22530 22442/26992/22540 22441/26987/22535</w:t>
        <w:br/>
        <w:t>f 22475/27026/22574 22481/27031/22579 22440/26988/22536</w:t>
        <w:br/>
        <w:t>f 22441/26987/22535 22475/27026/22574 22440/26988/22536</w:t>
        <w:br/>
        <w:t>f 22444/26994/22542 22440/26988/22536 22481/27031/22579</w:t>
        <w:br/>
        <w:t>f 22445/26993/22541 22444/26994/22542 22481/27031/22579</w:t>
        <w:br/>
        <w:t>f 22438/26990/22538 22446/26995/22543 22433/26979/22527</w:t>
        <w:br/>
        <w:t>f 22391/26940/22491 22404/26950/22499 22485/27034/22582</w:t>
        <w:br/>
        <w:t>f 22390/26941/22492 22391/26940/22491 22485/27034/22582</w:t>
        <w:br/>
        <w:t>f 22393/26943/22494 22403/26951/22500 22404/26950/22499</w:t>
        <w:br/>
        <w:t>f 22391/26940/22491 22393/26943/22494 22404/26950/22499</w:t>
        <w:br/>
        <w:t>f 22412/26961/22510 22403/26951/22500 22393/26943/22494</w:t>
        <w:br/>
        <w:t>f 22399/26949/22498 22412/26961/22510 22393/26943/22494</w:t>
        <w:br/>
        <w:t>f 22485/27034/22582 22396/26944/22495 22390/26941/22492</w:t>
        <w:br/>
        <w:t>f 22398/26947/22496 22487/27035/22583 22486/27036/22584</w:t>
        <w:br/>
        <w:t>f 22400/26948/22497 22398/26947/22496 22486/27036/22584</w:t>
        <w:br/>
        <w:t>f 22389/26938/22489 22488/27037/22585 22487/27035/22583</w:t>
        <w:br/>
        <w:t>f 22398/26947/22496 22389/26938/22489 22487/27035/22583</w:t>
        <w:br/>
        <w:t>f 22384/26934/22485 22489/27038/22586 22488/27037/22585</w:t>
        <w:br/>
        <w:t>f 22389/26938/22489 22384/26934/22485 22488/27037/22585</w:t>
        <w:br/>
        <w:t>f 22385/26933/22484 22489/27038/22586 22384/26934/22485</w:t>
        <w:br/>
        <w:t>f 22385/26933/22484 22383/26931/22482 22386/26935/22486</w:t>
        <w:br/>
        <w:t>f 22367/26913/22464 22381/26930/22481 22366/26914/22465</w:t>
        <w:br/>
        <w:t>f 22372/26919/22470 22374/26922/22473 22371/26920/22471</w:t>
        <w:br/>
        <w:t>f 22233/26805/22367 22490/27039/22587 22242/26812/22372</w:t>
        <w:br/>
        <w:t>f 22490/27039/22587 22233/26805/22367 22234/26804/22366</w:t>
        <w:br/>
        <w:t>f 22491/27040/22588 22490/27039/22587 22234/26804/22366</w:t>
        <w:br/>
        <w:t>f 22235/26806/22368 22491/27040/22588 22234/26804/22366</w:t>
        <w:br/>
        <w:t>f 22358/26907/13111 22492/27041/22589 22491/27040/22588</w:t>
        <w:br/>
        <w:t>f 22235/26806/22368 22358/26907/13111 22491/27040/22588</w:t>
        <w:br/>
        <w:t>f 22494/27042/22590 22365/26915/22466 22366/26914/22465</w:t>
        <w:br/>
        <w:t>f 22493/27043/22591 22494/27042/22590 22366/26914/22465</w:t>
        <w:br/>
        <w:t>f 22365/26915/22466 22494/27042/22590 22386/26935/22486</w:t>
        <w:br/>
        <w:t>f 22496/27044/22592 22486/27036/22584 22487/27035/22583</w:t>
        <w:br/>
        <w:t>f 22495/27045/22593 22496/27044/22592 22487/27035/22583</w:t>
        <w:br/>
        <w:t>f 22488/27037/22585 22495/27045/22593 22487/27035/22583</w:t>
        <w:br/>
        <w:t>f 22495/27045/22593 22488/27037/22585 22489/27038/22586</w:t>
        <w:br/>
        <w:t>f 22497/27046/22594 22495/27045/22593 22489/27038/22586</w:t>
        <w:br/>
        <w:t>f 22385/26933/22484 22497/27046/22594 22489/27038/22586</w:t>
        <w:br/>
        <w:t>f 22385/26933/22484 22386/26935/22486 22494/27042/22590</w:t>
        <w:br/>
        <w:t>f 22497/27046/22594 22385/26933/22484 22494/27042/22590</w:t>
        <w:br/>
        <w:t>f 22372/26919/22470 22493/27043/22591 22381/26930/22481</w:t>
        <w:br/>
        <w:t>f 22381/26930/22481 22493/27043/22591 22366/26914/22465</w:t>
        <w:br/>
        <w:t>f 22288/26858/22416 22289/26857/22415 22272/26844/22402</w:t>
        <w:br/>
        <w:t>f 22273/26843/22401 22288/26858/22416 22272/26844/22402</w:t>
        <w:br/>
        <w:t>f 22285/26856/22414 22272/26844/22402 22289/26857/22415</w:t>
        <w:br/>
        <w:t>f 22311/26883/22441 22285/26856/22414 22289/26857/22415</w:t>
        <w:br/>
        <w:t>f 22281/26851/22409 22327/26890/22414 22353/26903/22456</w:t>
        <w:br/>
        <w:t>f 22302/26874/22432 22281/26851/22409 22353/26903/22456</w:t>
        <w:br/>
        <w:t>f 22303/26873/22431 22280/26852/22410 22281/26851/22409</w:t>
        <w:br/>
        <w:t>f 22302/26874/22432 22303/26873/22431 22281/26851/22409</w:t>
        <w:br/>
        <w:t>f 22280/26852/22410 22303/26873/22431 22339/26897/22452</w:t>
        <w:br/>
        <w:t>f 22283/26854/22412 22280/26852/22410 22339/26897/22452</w:t>
        <w:br/>
        <w:t>f 22337/26895/22450 22296/26867/22425 22283/26854/22412</w:t>
        <w:br/>
        <w:t>f 22339/26897/22452 22337/26895/22450 22283/26854/22412</w:t>
        <w:br/>
        <w:t>f 22314/26886/22444 22310/26880/22438 22296/26867/22425</w:t>
        <w:br/>
        <w:t>f 22337/26895/22450 22314/26886/22444 22296/26867/22425</w:t>
        <w:br/>
        <w:t>f 22315/26885/22443 22306/26879/22437 22310/26880/22438</w:t>
        <w:br/>
        <w:t>f 22314/26886/22444 22315/26885/22443 22310/26880/22438</w:t>
        <w:br/>
        <w:t>f 22317/26889/22447 22308/26877/22435 22306/26879/22437</w:t>
        <w:br/>
        <w:t>f 22315/26885/22443 22317/26889/22447 22306/26879/22437</w:t>
        <w:br/>
        <w:t>f 22317/26889/22447 22299/26869/22427 22332/26891/22448</w:t>
        <w:br/>
        <w:t>f 22308/26877/22435 22317/26889/22447 22332/26891/22448</w:t>
        <w:br/>
        <w:t>f 22299/26869/22427 22300/26868/22426 22305/26876/22434</w:t>
        <w:br/>
        <w:t>f 22332/26891/22448 22299/26869/22427 22305/26876/22434</w:t>
        <w:br/>
        <w:t>f 22300/26868/22426 22288/26858/22416 22273/26843/22401</w:t>
        <w:br/>
        <w:t>f 22305/26876/22434 22300/26868/22426 22273/26843/22401</w:t>
        <w:br/>
        <w:t>f 22485/27034/22582 22404/26950/22499 22415/26964/22513</w:t>
        <w:br/>
        <w:t>f 22682/27047/22595 22681/27048/22596 22680/27049/22597</w:t>
        <w:br/>
        <w:t>f 22679/27050/22598 22682/27047/22595 22680/27049/22597</w:t>
        <w:br/>
        <w:t>f 22684/27051/22599 22679/27050/22598 22680/27049/22597</w:t>
        <w:br/>
        <w:t>f 22683/27052/22600 22684/27051/22599 22680/27049/22597</w:t>
        <w:br/>
        <w:t>f 22687/27053/22601 22686/27054/22602 22685/27055/22603</w:t>
        <w:br/>
        <w:t>f 22689/27056/22604 22684/27051/22599 22683/27052/22600</w:t>
        <w:br/>
        <w:t>f 22688/27057/22605 22689/27056/22604 22683/27052/22600</w:t>
        <w:br/>
        <w:t>f 22688/27057/22605 22683/27052/22600 22691/27058/22606</w:t>
        <w:br/>
        <w:t>f 22690/27059/22607 22688/27057/22605 22691/27058/22606</w:t>
        <w:br/>
        <w:t>f 22686/27054/22602 22692/27060/22608 22685/27055/22603</w:t>
        <w:br/>
        <w:t>f 22681/27048/22596 22682/27047/22595 22694/27061/22609</w:t>
        <w:br/>
        <w:t>f 22693/27062/22610 22681/27048/22596 22694/27061/22609</w:t>
        <w:br/>
        <w:t>f 22696/27063/22611 22681/27048/22596 22693/27062/22610</w:t>
        <w:br/>
        <w:t>f 22695/27064/22612 22696/27063/22611 22693/27062/22610</w:t>
        <w:br/>
        <w:t>f 22700/27065/22613 22699/27066/22614 22698/27067/22615</w:t>
        <w:br/>
        <w:t>f 22697/27068/22616 22700/27065/22613 22698/27067/22615</w:t>
        <w:br/>
        <w:t>f 22702/27069/22617 22700/27065/22613 22697/27068/22616</w:t>
        <w:br/>
        <w:t>f 22701/27070/22618 22702/27069/22617 22697/27068/22616</w:t>
        <w:br/>
        <w:t>f 22706/27071/22619 22705/27072/22620 22704/27073/22621</w:t>
        <w:br/>
        <w:t>f 22703/27074/22622 22706/27071/22619 22704/27073/22621</w:t>
        <w:br/>
        <w:t>f 22695/27064/22612 22693/27062/22610 22708/27075/22623</w:t>
        <w:br/>
        <w:t>f 22707/27076/22624 22695/27064/22612 22708/27075/22623</w:t>
        <w:br/>
        <w:t>f 22709/27077/22625 22708/27075/22623 22693/27062/22610</w:t>
        <w:br/>
        <w:t>f 22694/27061/22609 22709/27077/22625 22693/27062/22610</w:t>
        <w:br/>
        <w:t>f 22705/27072/22620 22706/27071/22619 22711/27078/22612</w:t>
        <w:br/>
        <w:t>f 22710/27079/22624 22705/27072/22620 22711/27078/22612</w:t>
        <w:br/>
        <w:t>f 22702/27069/22617 22701/27070/22618 22703/27074/22622</w:t>
        <w:br/>
        <w:t>f 22704/27073/22621 22702/27069/22617 22703/27074/22622</w:t>
        <w:br/>
        <w:t>f 22712/27080/22626 22680/27049/22597 22681/27048/22596</w:t>
        <w:br/>
        <w:t>f 22696/27063/22611 22712/27080/22626 22681/27048/22596</w:t>
        <w:br/>
        <w:t>f 22691/27058/22606 22683/27052/22600 22680/27049/22597</w:t>
        <w:br/>
        <w:t>f 22712/27080/22626 22691/27058/22606 22680/27049/22597</w:t>
        <w:br/>
        <w:t>f 22714/27081/22627 22704/27073/22621 22705/27072/22620</w:t>
        <w:br/>
        <w:t>f 22713/27082/22628 22714/27081/22627 22705/27072/22620</w:t>
        <w:br/>
        <w:t>f 22716/27083/22629 22715/27084/22630 22707/27076/22624</w:t>
        <w:br/>
        <w:t>f 22708/27075/22623 22716/27083/22629 22707/27076/22624</w:t>
        <w:br/>
        <w:t>f 22717/27085/22631 22716/27083/22629 22708/27075/22623</w:t>
        <w:br/>
        <w:t>f 22709/27077/22625 22717/27085/22631 22708/27075/22623</w:t>
        <w:br/>
        <w:t>f 22719/27086/22632 22700/27065/22613 22702/27069/22617</w:t>
        <w:br/>
        <w:t>f 22718/27087/22633 22719/27086/22632 22702/27069/22617</w:t>
        <w:br/>
        <w:t>f 22719/27086/22632 22720/27088/22634 22699/27066/22614</w:t>
        <w:br/>
        <w:t>f 22700/27065/22613 22719/27086/22632 22699/27066/22614</w:t>
        <w:br/>
        <w:t>f 22687/27053/22601 22685/27055/22603 22721/27089/22635</w:t>
        <w:br/>
        <w:t>f 22721/27089/22635 22685/27055/22603 22722/27090/22636</w:t>
        <w:br/>
        <w:t>f 22724/27091/22637 22721/27089/22635 22722/27090/22636</w:t>
        <w:br/>
        <w:t>f 22723/27092/22638 22724/27091/22637 22722/27090/22636</w:t>
        <w:br/>
        <w:t>f 22728/27093/22639 22727/27094/22640 22726/27095/22641</w:t>
        <w:br/>
        <w:t>f 22725/27096/22642 22728/27093/22639 22726/27095/22641</w:t>
        <w:br/>
        <w:t>f 22730/27097/22643 22719/27086/22632 22718/27087/22633</w:t>
        <w:br/>
        <w:t>f 22729/27098/22644 22730/27097/22643 22718/27087/22633</w:t>
        <w:br/>
        <w:t>f 22730/27097/22643 22731/27099/22645 22720/27088/22634</w:t>
        <w:br/>
        <w:t>f 22719/27086/22632 22730/27097/22643 22720/27088/22634</w:t>
        <w:br/>
        <w:t>f 22735/27100/22646 22734/27101/22647 22733/27102/22648</w:t>
        <w:br/>
        <w:t>f 22732/27103/22649 22735/27100/22646 22733/27102/22648</w:t>
        <w:br/>
        <w:t>f 22716/27083/22629 22732/27103/22649 22736/27104/22650</w:t>
        <w:br/>
        <w:t>f 22724/27091/22637 22723/27092/22638 22725/27096/22642</w:t>
        <w:br/>
        <w:t>f 22738/27105/22651 22714/27081/22627 22713/27082/22628</w:t>
        <w:br/>
        <w:t>f 22737/27106/22652 22738/27105/22651 22713/27082/22628</w:t>
        <w:br/>
        <w:t>f 22715/27084/22630 22716/27083/22629 22736/27104/22650</w:t>
        <w:br/>
        <w:t>f 22739/27107/22630 22713/27082/22628 22705/27072/22620</w:t>
        <w:br/>
        <w:t>f 22710/27079/22624 22739/27107/22630 22705/27072/22620</w:t>
        <w:br/>
        <w:t>f 22718/27087/22633 22702/27069/22617 22704/27073/22621</w:t>
        <w:br/>
        <w:t>f 22714/27081/22627 22718/27087/22633 22704/27073/22621</w:t>
        <w:br/>
        <w:t>f 22729/27098/22644 22718/27087/22633 22714/27081/22627</w:t>
        <w:br/>
        <w:t>f 22738/27105/22651 22729/27098/22644 22714/27081/22627</w:t>
        <w:br/>
        <w:t>f 22737/27106/22652 22713/27082/22628 22739/27107/22630</w:t>
        <w:br/>
        <w:t>f 22740/27108/22650 22737/27106/22652 22739/27107/22630</w:t>
        <w:br/>
        <w:t>f 22688/27057/22605 22742/27109/22653 22741/27110/22654</w:t>
        <w:br/>
        <w:t>f 22689/27056/22604 22688/27057/22605 22741/27110/22654</w:t>
        <w:br/>
        <w:t>f 22742/27109/22653 22688/27057/22605 22690/27059/22607</w:t>
        <w:br/>
        <w:t>f 22743/27111/22655 22742/27109/22653 22690/27059/22607</w:t>
        <w:br/>
        <w:t>f 22747/27112/22656 22746/27113/22657 22745/27114/22658</w:t>
        <w:br/>
        <w:t>f 22744/27115/22659 22747/27112/22656 22745/27114/22658</w:t>
        <w:br/>
        <w:t>f 22751/27116/22660 22750/27117/22661 22749/27118/22662</w:t>
        <w:br/>
        <w:t>f 22748/27119/22663 22751/27116/22660 22749/27118/22662</w:t>
        <w:br/>
        <w:t>f 22752/27120/22664 22726/27095/22641 22749/27118/22662</w:t>
        <w:br/>
        <w:t>f 22754/27121/22665 22747/27112/22656 22744/27115/22659</w:t>
        <w:br/>
        <w:t>f 22753/27122/22666 22754/27121/22665 22744/27115/22659</w:t>
        <w:br/>
        <w:t>f 22758/27123/22667 22757/27124/22668 22756/27125/22660</w:t>
        <w:br/>
        <w:t>f 22755/27126/22663 22758/27123/22667 22756/27125/22660</w:t>
        <w:br/>
        <w:t>f 22760/27127/22669 22759/27128/22670 22757/27124/22668</w:t>
        <w:br/>
        <w:t>f 22757/27124/22668 22758/27123/22667 22717/27085/22631</w:t>
        <w:br/>
        <w:t>f 22760/27127/22669 22757/27124/22668 22717/27085/22631</w:t>
        <w:br/>
        <w:t>f 22759/27128/22670 22762/27129/22671 22761/27130/22672</w:t>
        <w:br/>
        <w:t>f 22757/27124/22668 22759/27128/22670 22761/27130/22672</w:t>
        <w:br/>
        <w:t>f 22761/27130/22672 22763/27131/22673 22756/27125/22660</w:t>
        <w:br/>
        <w:t>f 22757/27124/22668 22761/27130/22672 22756/27125/22660</w:t>
        <w:br/>
        <w:t>f 22765/27132/22673 22764/27133/22674 22750/27117/22661</w:t>
        <w:br/>
        <w:t>f 22751/27116/22660 22765/27132/22673 22750/27117/22661</w:t>
        <w:br/>
        <w:t>f 22754/27121/22665 22767/27134/22675 22766/27135/22676</w:t>
        <w:br/>
        <w:t>f 22747/27112/22656 22754/27121/22665 22766/27135/22676</w:t>
        <w:br/>
        <w:t>f 22754/27121/22665 22753/27122/22666 22752/27120/22664</w:t>
        <w:br/>
        <w:t>f 22752/27120/22664 22750/27117/22661 22754/27121/22665</w:t>
        <w:br/>
        <w:t>f 22769/27136/22677 22767/27134/22675 22764/27133/22674</w:t>
        <w:br/>
        <w:t>f 22768/27137/22678 22769/27136/22677 22764/27133/22674</w:t>
        <w:br/>
        <w:t>f 22752/27120/22664 22724/27091/22637 22726/27095/22641</w:t>
        <w:br/>
        <w:t>f 22748/27119/22663 22749/27118/22662 22726/27095/22641</w:t>
        <w:br/>
        <w:t>f 22727/27094/22640 22748/27119/22663 22726/27095/22641</w:t>
        <w:br/>
        <w:t>f 22732/27103/22649 22758/27123/22667 22755/27126/22663</w:t>
        <w:br/>
        <w:t>f 22735/27100/22646 22732/27103/22649 22755/27126/22663</w:t>
        <w:br/>
        <w:t>f 22716/27083/22629 22717/27085/22631 22758/27123/22667</w:t>
        <w:br/>
        <w:t>f 22732/27103/22649 22716/27083/22629 22758/27123/22667</w:t>
        <w:br/>
        <w:t>f 22771/27138/22679 22770/27139/22680 22694/27061/22609</w:t>
        <w:br/>
        <w:t>f 22682/27047/22595 22771/27138/22679 22694/27061/22609</w:t>
        <w:br/>
        <w:t>f 22744/27115/22659 22745/27114/22658 22741/27110/22654</w:t>
        <w:br/>
        <w:t>f 22687/27053/22601 22744/27115/22659 22741/27110/22654</w:t>
        <w:br/>
        <w:t>f 22753/27122/22666 22744/27115/22659 22687/27053/22601</w:t>
        <w:br/>
        <w:t>f 22721/27089/22635 22753/27122/22666 22687/27053/22601</w:t>
        <w:br/>
        <w:t>f 22724/27091/22637 22753/27122/22666 22721/27089/22635</w:t>
        <w:br/>
        <w:t>f 22772/27140/22681 22709/27077/22625 22694/27061/22609</w:t>
        <w:br/>
        <w:t>f 22770/27139/22680 22772/27140/22681 22694/27061/22609</w:t>
        <w:br/>
        <w:t>f 22772/27140/22681 22770/27139/22680 22774/27141/22682</w:t>
        <w:br/>
        <w:t>f 22773/27142/22683 22772/27140/22681 22774/27141/22682</w:t>
        <w:br/>
        <w:t>f 22759/27128/22670 22773/27142/22683 22775/27143/22684</w:t>
        <w:br/>
        <w:t>f 22762/27129/22671 22759/27128/22670 22775/27143/22684</w:t>
        <w:br/>
        <w:t>f 22760/27127/22669 22772/27140/22681 22773/27142/22683</w:t>
        <w:br/>
        <w:t>f 22759/27128/22670 22760/27127/22669 22773/27142/22683</w:t>
        <w:br/>
        <w:t>f 22760/27127/22669 22717/27085/22631 22709/27077/22625</w:t>
        <w:br/>
        <w:t>f 22772/27140/22681 22760/27127/22669 22709/27077/22625</w:t>
        <w:br/>
        <w:t>f 22762/27129/22671 22777/27144/22685 22776/27145/22686</w:t>
        <w:br/>
        <w:t>f 22761/27130/22672 22762/27129/22671 22776/27145/22686</w:t>
        <w:br/>
        <w:t>f 22750/27117/22661 22764/27133/22674 22767/27134/22675</w:t>
        <w:br/>
        <w:t>f 22754/27121/22665 22750/27117/22661 22767/27134/22675</w:t>
        <w:br/>
        <w:t>f 22773/27142/22683 22774/27141/22682 22778/27146/22687</w:t>
        <w:br/>
        <w:t>f 22775/27143/22684 22773/27142/22683 22778/27146/22687</w:t>
        <w:br/>
        <w:t>f 22762/27129/22671 22775/27143/22684 22779/27147/22688</w:t>
        <w:br/>
        <w:t>f 22777/27144/22685 22762/27129/22671 22779/27147/22688</w:t>
        <w:br/>
        <w:t>f 22770/27139/22680 22771/27138/22679 22780/27148/22689</w:t>
        <w:br/>
        <w:t>f 22774/27141/22682 22770/27139/22680 22780/27148/22689</w:t>
        <w:br/>
        <w:t>f 22768/27137/22678 22764/27133/22674 22765/27132/22673</w:t>
        <w:br/>
        <w:t>f 22781/27149/22690 22768/27137/22678 22765/27132/22673</w:t>
        <w:br/>
        <w:t>f 22785/27150/22691 22784/27151/22692 22783/27152/22693</w:t>
        <w:br/>
        <w:t>f 22782/27153/22694 22785/27150/22691 22783/27152/22693</w:t>
        <w:br/>
        <w:t>f 22746/27113/22657 22788/27154/22695 22787/27155/22696</w:t>
        <w:br/>
        <w:t>f 22786/27156/22697 22746/27113/22657 22787/27155/22696</w:t>
        <w:br/>
        <w:t>f 22789/27157/22698 22745/27114/22658 22746/27113/22657</w:t>
        <w:br/>
        <w:t>f 22786/27156/22697 22789/27157/22698 22746/27113/22657</w:t>
        <w:br/>
        <w:t>f 22790/27158/22699 22771/27138/22679 22682/27047/22595</w:t>
        <w:br/>
        <w:t>f 22679/27050/22598 22790/27158/22699 22682/27047/22595</w:t>
        <w:br/>
        <w:t>f 22745/27114/22658 22789/27157/22698 22689/27056/22604</w:t>
        <w:br/>
        <w:t>f 22741/27110/22654 22745/27114/22658 22689/27056/22604</w:t>
        <w:br/>
        <w:t>f 22771/27138/22679 22790/27158/22699 22791/27159/22700</w:t>
        <w:br/>
        <w:t>f 22780/27148/22689 22771/27138/22679 22791/27159/22700</w:t>
        <w:br/>
        <w:t>f 22775/27143/22684 22778/27146/22687 22792/27160/22701</w:t>
        <w:br/>
        <w:t>f 22779/27147/22688 22775/27143/22684 22792/27160/22701</w:t>
        <w:br/>
        <w:t>f 22796/27161/22702 22795/27162/22703 22794/27163/22704</w:t>
        <w:br/>
        <w:t>f 22793/27164/22705 22796/27161/22702 22794/27163/22704</w:t>
        <w:br/>
        <w:t>f 22800/27165/22706 22799/27166/22707 22798/27167/22708</w:t>
        <w:br/>
        <w:t>f 22797/27168/22709 22800/27165/22706 22798/27167/22708</w:t>
        <w:br/>
        <w:t>f 22788/27154/22695 22746/27113/22657 22747/27112/22656</w:t>
        <w:br/>
        <w:t>f 22766/27135/22676 22788/27154/22695 22747/27112/22656</w:t>
        <w:br/>
        <w:t>f 22767/27134/22675 22769/27136/22677 22801/27169/22710</w:t>
        <w:br/>
        <w:t>f 22766/27135/22676 22767/27134/22675 22801/27169/22710</w:t>
        <w:br/>
        <w:t>f 22789/27157/22698 22790/27158/22699 22679/27050/22598</w:t>
        <w:br/>
        <w:t>f 22684/27051/22599 22789/27157/22698 22679/27050/22598</w:t>
        <w:br/>
        <w:t>f 22689/27056/22604 22789/27157/22698 22684/27051/22599</w:t>
        <w:br/>
        <w:t>f 22786/27156/22697 22791/27159/22700 22790/27158/22699</w:t>
        <w:br/>
        <w:t>f 22789/27157/22698 22786/27156/22697 22790/27158/22699</w:t>
        <w:br/>
        <w:t>f 22804/27170/22711 22803/27171/22712 22802/27172/22713</w:t>
        <w:br/>
        <w:t>f 22787/27155/22696 22804/27170/22711 22802/27172/22713</w:t>
        <w:br/>
        <w:t>f 22778/27146/22687 22806/27173/22714 22805/27174/22715</w:t>
        <w:br/>
        <w:t>f 22792/27160/22701 22778/27146/22687 22805/27174/22715</w:t>
        <w:br/>
        <w:t>f 22808/27175/22716 22807/27176/22717 22782/27153/22694</w:t>
        <w:br/>
        <w:t>f 22783/27152/22693 22808/27175/22716 22782/27153/22694</w:t>
        <w:br/>
        <w:t>f 22812/27177/22718 22811/27178/22719 22810/27179/22720</w:t>
        <w:br/>
        <w:t>f 22809/27180/22721 22812/27177/22718 22810/27179/22720</w:t>
        <w:br/>
        <w:t>f 22814/27181/22722 22812/27177/22718 22809/27180/22721</w:t>
        <w:br/>
        <w:t>f 22813/27182/22723 22814/27181/22722 22809/27180/22721</w:t>
        <w:br/>
        <w:t>f 22782/27153/22694 22807/27176/22717 22820/27183/22724</w:t>
        <w:br/>
        <w:t>f 22819/27184/8019 22782/27153/22694 22820/27183/22724</w:t>
        <w:br/>
        <w:t>f 22761/27130/22672 22776/27145/22686 22821/27185/22690</w:t>
        <w:br/>
        <w:t>f 22763/27131/22673 22761/27130/22672 22821/27185/22690</w:t>
        <w:br/>
        <w:t>f 22806/27173/22714 22802/27172/22713 22803/27171/22712</w:t>
        <w:br/>
        <w:t>f 22805/27174/22715 22806/27173/22714 22803/27171/22712</w:t>
        <w:br/>
        <w:t>f 22766/27135/22676 22801/27169/22710 22826/27186/22725</w:t>
        <w:br/>
        <w:t>f 22788/27154/22695 22766/27135/22676 22826/27186/22725</w:t>
        <w:br/>
        <w:t>f 22774/27141/22682 22780/27148/22689 22806/27173/22714</w:t>
        <w:br/>
        <w:t>f 22778/27146/22687 22774/27141/22682 22806/27173/22714</w:t>
        <w:br/>
        <w:t>f 22804/27170/22711 22787/27155/22696 22788/27154/22695</w:t>
        <w:br/>
        <w:t>f 22826/27186/22725 22804/27170/22711 22788/27154/22695</w:t>
        <w:br/>
        <w:t>f 22787/27155/22696 22802/27172/22713 22791/27159/22700</w:t>
        <w:br/>
        <w:t>f 22786/27156/22697 22787/27155/22696 22791/27159/22700</w:t>
        <w:br/>
        <w:t>f 22814/27181/22722 22813/27182/22723 22793/27164/22705</w:t>
        <w:br/>
        <w:t>f 22794/27163/22704 22814/27181/22722 22793/27164/22705</w:t>
        <w:br/>
        <w:t>f 22780/27148/22689 22791/27159/22700 22802/27172/22713</w:t>
        <w:br/>
        <w:t>f 22806/27173/22714 22780/27148/22689 22802/27172/22713</w:t>
        <w:br/>
        <w:t>f 22811/27178/22719 22834/27187/22726 22833/27188/22727</w:t>
        <w:br/>
        <w:t>f 22810/27179/22720 22811/27178/22719 22833/27188/22727</w:t>
        <w:br/>
        <w:t>f 22834/27187/22726 22836/27189/22728 22835/27190/22729</w:t>
        <w:br/>
        <w:t>f 22833/27188/22727 22834/27187/22726 22835/27190/22729</w:t>
        <w:br/>
        <w:t>f 22836/27189/22728 22800/27165/22706 22797/27168/22709</w:t>
        <w:br/>
        <w:t>f 22835/27190/22729 22836/27189/22728 22797/27168/22709</w:t>
        <w:br/>
        <w:t>f 22784/27151/22692 22785/27150/22691 22795/27162/22703</w:t>
        <w:br/>
        <w:t>f 22796/27161/22702 22784/27151/22692 22795/27162/22703</w:t>
        <w:br/>
        <w:t>f 22836/27189/22728 22834/27187/22726 22840/27191/22730</w:t>
        <w:br/>
        <w:t>f 22839/27192/22731 22836/27189/22728 22840/27191/22730</w:t>
        <w:br/>
        <w:t>f 22834/27187/22726 22811/27178/22719 22841/27193/22732</w:t>
        <w:br/>
        <w:t>f 22840/27191/22730 22834/27187/22726 22841/27193/22732</w:t>
        <w:br/>
        <w:t>f 22811/27178/22719 22812/27177/22718 22842/27194/8023</w:t>
        <w:br/>
        <w:t>f 22841/27193/22732 22811/27178/22719 22842/27194/8023</w:t>
        <w:br/>
        <w:t>f 22798/27167/22708 22799/27166/22707 22848/27195/22733</w:t>
        <w:br/>
        <w:t>f 22847/27196/22716 22798/27167/22708 22848/27195/22733</w:t>
        <w:br/>
        <w:t>f 22726/27095/22641 22724/27091/22637 22725/27096/22642</w:t>
        <w:br/>
        <w:t>f 22732/27103/22649 22733/27102/22648 22736/27104/22650</w:t>
        <w:br/>
        <w:t>f 22752/27120/22664 22749/27118/22662 22750/27117/22661</w:t>
        <w:br/>
        <w:t>f 22752/27120/22664 22753/27122/22666 22724/27091/22637</w:t>
        <w:br/>
        <w:t>f 22356/26904/22457 22698/27067/22615 22699/27066/22614</w:t>
        <w:br/>
        <w:t>f 22355/26905/22458 22356/26904/22457 22699/27066/22614</w:t>
        <w:br/>
        <w:t>f 22355/26905/22458 22699/27066/22614 22720/27088/22634</w:t>
        <w:br/>
        <w:t>f 22357/26906/22459 22355/26905/22458 22720/27088/22634</w:t>
        <w:br/>
        <w:t>f 22357/26906/22459 22720/27088/22634 22731/27099/22645</w:t>
        <w:br/>
        <w:t>f 22358/26907/13111 22357/26906/22459 22731/27099/22645</w:t>
        <w:br/>
        <w:t>f 22687/27053/22601 22741/27110/22654 22742/27109/22653</w:t>
        <w:br/>
        <w:t>f 22686/27054/22602 22687/27053/22601 22742/27109/22653</w:t>
        <w:br/>
        <w:t>f 22686/27054/22602 22742/27109/22653 22743/27111/22655</w:t>
        <w:br/>
        <w:t>f 22692/27060/22608 22686/27054/22602 22743/27111/22655</w:t>
        <w:br/>
        <w:t>f 22851/27197/22636 22850/27198/22734 22849/27199/22735</w:t>
        <w:br/>
        <w:t>f 22853/27200/22735 22852/27201/22736 22723/27092/22638</w:t>
        <w:br/>
        <w:t>f 22722/27090/22636 22853/27200/22735 22723/27092/22638</w:t>
        <w:br/>
        <w:t>f 22723/27092/22638 22852/27201/22736 22725/27096/22642</w:t>
        <w:br/>
        <w:t>f 22857/27202/22737 22856/27203/22738 22855/27204/22739</w:t>
        <w:br/>
        <w:t>f 22854/27205/22740 22857/27202/22737 22855/27204/22739</w:t>
        <w:br/>
        <w:t>f 22854/27205/22740 22855/27204/22739 22859/27206/22741</w:t>
        <w:br/>
        <w:t>f 22858/27207/22742 22854/27205/22740 22859/27206/22741</w:t>
        <w:br/>
        <w:t>f 22862/27208/22743 22861/27209/22744 22860/27210/22745</w:t>
        <w:br/>
        <w:t>f 22860/27210/22745 22864/27211/22746 22863/27212/22747</w:t>
        <w:br/>
        <w:t>f 22859/27206/22741 22863/27212/22747 22864/27211/22746</w:t>
        <w:br/>
        <w:t>f 22865/27213/22748 22859/27206/22741 22864/27211/22746</w:t>
        <w:br/>
        <w:t>f 22867/27214/22749 22849/27199/22735 22850/27198/22734</w:t>
        <w:br/>
        <w:t>f 22866/27215/22750 22867/27214/22749 22850/27198/22734</w:t>
        <w:br/>
        <w:t>f 22867/27214/22749 22866/27215/22750 22860/27210/22745</w:t>
        <w:br/>
        <w:t>f 22861/27209/22744 22867/27214/22749 22860/27210/22745</w:t>
        <w:br/>
        <w:t>f 22869/27216/22751 22866/27215/22750 22850/27198/22734</w:t>
        <w:br/>
        <w:t>f 22868/27217/22752 22869/27216/22751 22850/27198/22734</w:t>
        <w:br/>
        <w:t>f 22864/27211/22746 22869/27216/22751 22870/27218/22753</w:t>
        <w:br/>
        <w:t>f 22865/27213/22748 22864/27211/22746 22870/27218/22753</w:t>
        <w:br/>
        <w:t>f 22866/27215/22750 22869/27216/22751 22864/27211/22746</w:t>
        <w:br/>
        <w:t>f 22860/27210/22745 22866/27215/22750 22864/27211/22746</w:t>
        <w:br/>
        <w:t>f 22863/27212/22747 22859/27206/22741 22855/27204/22739</w:t>
        <w:br/>
        <w:t>f 22871/27219/22754 22863/27212/22747 22855/27204/22739</w:t>
        <w:br/>
        <w:t>f 22863/27212/22747 22871/27219/22754 22862/27208/22743</w:t>
        <w:br/>
        <w:t>f 22854/27205/22740 22858/27207/22742 22872/27220/22755</w:t>
        <w:br/>
        <w:t>f 22873/27221/22756 22854/27205/22740 22872/27220/22755</w:t>
        <w:br/>
        <w:t>f 22873/27221/22756 22872/27220/22755 22875/27222/22757</w:t>
        <w:br/>
        <w:t>f 22874/27223/22758 22873/27221/22756 22875/27222/22757</w:t>
        <w:br/>
        <w:t>f 22854/27205/22740 22873/27221/22756 22876/27224/22759</w:t>
        <w:br/>
        <w:t>f 22857/27202/22737 22854/27205/22740 22876/27224/22759</w:t>
        <w:br/>
        <w:t>f 22865/27213/22748 22877/27225/22760 22858/27207/22742</w:t>
        <w:br/>
        <w:t>f 22859/27206/22741 22865/27213/22748 22858/27207/22742</w:t>
        <w:br/>
        <w:t>f 22878/27226/22761 22872/27220/22755 22858/27207/22742</w:t>
        <w:br/>
        <w:t>f 22877/27225/22760 22878/27226/22761 22858/27207/22742</w:t>
        <w:br/>
        <w:t>f 22872/27220/22755 22878/27226/22761 22879/27227/22762</w:t>
        <w:br/>
        <w:t>f 22875/27222/22757 22872/27220/22755 22879/27227/22762</w:t>
        <w:br/>
        <w:t>f 22870/27218/22753 22882/27228/22763 22881/27229/22764</w:t>
        <w:br/>
        <w:t>f 22880/27230/22765 22870/27218/22753 22881/27229/22764</w:t>
        <w:br/>
        <w:t>f 22865/27213/22748 22870/27218/22753 22880/27230/22765</w:t>
        <w:br/>
        <w:t>f 22877/27225/22760 22865/27213/22748 22880/27230/22765</w:t>
        <w:br/>
        <w:t>f 22869/27216/22751 22868/27217/22752 22882/27228/22763</w:t>
        <w:br/>
        <w:t>f 22870/27218/22753 22869/27216/22751 22882/27228/22763</w:t>
        <w:br/>
        <w:t>f 22880/27230/22765 22881/27229/22764 22884/27231/22766</w:t>
        <w:br/>
        <w:t>f 22883/27232/22767 22880/27230/22765 22884/27231/22766</w:t>
        <w:br/>
        <w:t>f 22878/27226/22761 22877/27225/22760 22880/27230/22765</w:t>
        <w:br/>
        <w:t>f 22883/27232/22767 22878/27226/22761 22880/27230/22765</w:t>
        <w:br/>
        <w:t>f 22886/27233/22768 22882/27228/22763 22868/27217/22752</w:t>
        <w:br/>
        <w:t>f 22885/27234/22608 22886/27233/22768 22868/27217/22752</w:t>
        <w:br/>
        <w:t>f 22868/27217/22752 22887/27235/22603 22885/27234/22608</w:t>
        <w:br/>
        <w:t>f 22878/27226/22761 22883/27232/22767 22888/27236/22769</w:t>
        <w:br/>
        <w:t>f 22879/27227/22762 22878/27226/22761 22888/27236/22769</w:t>
        <w:br/>
        <w:t>f 22883/27232/22767 22884/27231/22766 22399/26949/22498</w:t>
        <w:br/>
        <w:t>f 22400/26948/22497 22883/27232/22767 22399/26949/22498</w:t>
        <w:br/>
        <w:t>f 22883/27232/22767 22400/26948/22497 22888/27236/22769</w:t>
        <w:br/>
        <w:t>f 22868/27217/22752 22851/27197/22636 22887/27235/22603</w:t>
        <w:br/>
        <w:t>f 22850/27198/22734 22851/27197/22636 22868/27217/22752</w:t>
        <w:br/>
        <w:t>f 22892/27237/22770 22891/27238/22771 22890/27239/22772</w:t>
        <w:br/>
        <w:t>f 22889/27240/22773 22892/27237/22770 22890/27239/22772</w:t>
        <w:br/>
        <w:t>f 22894/27241/22774 22890/27239/22772 22891/27238/22771</w:t>
        <w:br/>
        <w:t>f 22893/27242/22775 22894/27241/22774 22891/27238/22771</w:t>
        <w:br/>
        <w:t>f 22697/27068/22616 22698/27067/22615 22895/27243/22776</w:t>
        <w:br/>
        <w:t>f 22890/27239/22772 22894/27241/22774 22897/27244/22777</w:t>
        <w:br/>
        <w:t>f 22896/27245/22778 22890/27239/22772 22897/27244/22777</w:t>
        <w:br/>
        <w:t>f 22896/27245/22778 22897/27244/22777 22410/26960/22509</w:t>
        <w:br/>
        <w:t>f 22411/26959/22508 22896/27245/22778 22410/26960/22509</w:t>
        <w:br/>
        <w:t>f 22889/27240/22773 22896/27245/22778 22411/26959/22508</w:t>
        <w:br/>
        <w:t>f 22412/26961/22510 22889/27240/22773 22411/26959/22508</w:t>
        <w:br/>
        <w:t>f 22897/27244/22777 22898/27246/22779 22414/26962/22511</w:t>
        <w:br/>
        <w:t>f 22410/26960/22509 22897/27244/22777 22414/26962/22511</w:t>
        <w:br/>
        <w:t>f 22889/27240/22773 22890/27239/22772 22896/27245/22778</w:t>
        <w:br/>
        <w:t>f 22899/27247/22780 22891/27238/22771 22892/27237/22770</w:t>
        <w:br/>
        <w:t>f 22899/27247/22780 22893/27242/22775 22891/27238/22771</w:t>
        <w:br/>
        <w:t>f 22703/27074/22622 22701/27070/22618 22900/27248/22781</w:t>
        <w:br/>
        <w:t>f 22901/27249/22782 22703/27074/22622 22900/27248/22781</w:t>
        <w:br/>
        <w:t>f 22706/27071/22619 22903/27250/22783 22902/27251/22784</w:t>
        <w:br/>
        <w:t>f 22711/27078/22612 22706/27071/22619 22902/27251/22784</w:t>
        <w:br/>
        <w:t>f 22701/27070/22618 22697/27068/22616 22895/27243/22776</w:t>
        <w:br/>
        <w:t>f 22900/27248/22781 22701/27070/22618 22895/27243/22776</w:t>
        <w:br/>
        <w:t>f 22903/27250/22783 22706/27071/22619 22703/27074/22622</w:t>
        <w:br/>
        <w:t>f 22901/27249/22782 22903/27250/22783 22703/27074/22622</w:t>
        <w:br/>
        <w:t>f 22893/27242/22775 22904/27252/22785 22898/27246/22779</w:t>
        <w:br/>
        <w:t>f 22894/27241/22774 22893/27242/22775 22898/27246/22779</w:t>
        <w:br/>
        <w:t>f 22894/27241/22774 22898/27246/22779 22897/27244/22777</w:t>
        <w:br/>
        <w:t>f 22908/27253/22786 22907/27254/22787 22906/27255/22788</w:t>
        <w:br/>
        <w:t>f 22905/27256/22789 22908/27253/22786 22906/27255/22788</w:t>
        <w:br/>
        <w:t>f 22909/27257/22790 22908/27253/22786 22905/27256/22789</w:t>
        <w:br/>
        <w:t>f 22429/26975/22523 22426/26978/22526 22911/27258/22791</w:t>
        <w:br/>
        <w:t>f 22910/27259/22792 22429/26975/22523 22911/27258/22791</w:t>
        <w:br/>
        <w:t>f 22915/27260/22793 22914/27261/22794 22913/27262/22795</w:t>
        <w:br/>
        <w:t>f 22912/27263/22796 22915/27260/22793 22913/27262/22795</w:t>
        <w:br/>
        <w:t>f 22437/26983/22531 22434/26986/22534 22917/27264/22797</w:t>
        <w:br/>
        <w:t>f 22916/27265/22798 22437/26983/22531 22917/27264/22797</w:t>
        <w:br/>
        <w:t>f 22913/27262/22795 22916/27265/22798 22917/27264/22797</w:t>
        <w:br/>
        <w:t>f 22912/27263/22796 22913/27262/22795 22917/27264/22797</w:t>
        <w:br/>
        <w:t>f 22921/27266/22799 22920/27267/22800 22919/27268/22801</w:t>
        <w:br/>
        <w:t>f 22918/27269/22802 22921/27266/22799 22919/27268/22801</w:t>
        <w:br/>
        <w:t>f 22914/27261/22794 22923/27270/22803 22922/27271/22804</w:t>
        <w:br/>
        <w:t>f 22913/27262/22795 22914/27261/22794 22922/27271/22804</w:t>
        <w:br/>
        <w:t>f 22925/27272/22805 22924/27273/22806 22910/27259/22792</w:t>
        <w:br/>
        <w:t>f 22911/27258/22791 22925/27272/22805 22910/27259/22792</w:t>
        <w:br/>
        <w:t>f 22915/27260/22793 22912/27263/22796 22906/27255/22788</w:t>
        <w:br/>
        <w:t>f 22907/27254/22787 22915/27260/22793 22906/27255/22788</w:t>
        <w:br/>
        <w:t>f 22914/27261/22794 22915/27260/22793 22920/27267/22800</w:t>
        <w:br/>
        <w:t>f 22921/27266/22799 22914/27261/22794 22920/27267/22800</w:t>
        <w:br/>
        <w:t>f 22907/27254/22787 22926/27274/22807 22915/27260/22793</w:t>
        <w:br/>
        <w:t>f 22924/27273/22806 22918/27269/22802 22919/27268/22801</w:t>
        <w:br/>
        <w:t>f 22927/27275/22808 22916/27265/22798 22913/27262/22795</w:t>
        <w:br/>
        <w:t>f 22922/27271/22804 22927/27275/22808 22913/27262/22795</w:t>
        <w:br/>
        <w:t>f 22437/26983/22531 22916/27265/22798 22927/27275/22808</w:t>
        <w:br/>
        <w:t>f 22448/26997/22545 22437/26983/22531 22927/27275/22808</w:t>
        <w:br/>
        <w:t>f 22931/27276/22809 22930/27277/22810 22929/27278/22811</w:t>
        <w:br/>
        <w:t>f 22928/27279/22812 22931/27276/22809 22929/27278/22811</w:t>
        <w:br/>
        <w:t>f 22454/27004/22552 22455/27003/22551 22933/27280/22813</w:t>
        <w:br/>
        <w:t>f 22932/27281/22814 22454/27004/22552 22933/27280/22813</w:t>
        <w:br/>
        <w:t>f 22935/27282/22815 22934/27283/22816 22931/27276/22809</w:t>
        <w:br/>
        <w:t>f 22928/27279/22812 22935/27282/22815 22931/27276/22809</w:t>
        <w:br/>
        <w:t>f 22934/27283/22816 22935/27282/22815 22937/27284/22817</w:t>
        <w:br/>
        <w:t>f 22936/27285/22818 22934/27283/22816 22937/27284/22817</w:t>
        <w:br/>
        <w:t>f 22932/27281/22814 22933/27280/22813 22936/27285/22818</w:t>
        <w:br/>
        <w:t>f 22937/27284/22817 22932/27281/22814 22936/27285/22818</w:t>
        <w:br/>
        <w:t>f 22933/27280/22813 22455/27003/22551 22462/27010/22558</w:t>
        <w:br/>
        <w:t>f 22938/27286/22819 22933/27280/22813 22462/27010/22558</w:t>
        <w:br/>
        <w:t>f 22938/27286/22819 22939/27287/22820 22936/27285/22818</w:t>
        <w:br/>
        <w:t>f 22933/27280/22813 22938/27286/22819 22936/27285/22818</w:t>
        <w:br/>
        <w:t>f 22940/27288/22821 22934/27283/22816 22936/27285/22818</w:t>
        <w:br/>
        <w:t>f 22939/27287/22820 22940/27288/22821 22936/27285/22818</w:t>
        <w:br/>
        <w:t>f 22942/27289/22822 22930/27277/22810 22931/27276/22809</w:t>
        <w:br/>
        <w:t>f 22941/27290/22823 22942/27289/22822 22931/27276/22809</w:t>
        <w:br/>
        <w:t>f 22944/27291/22824 22943/27292/22825 22930/27277/22810</w:t>
        <w:br/>
        <w:t>f 22942/27289/22822 22944/27291/22824 22930/27277/22810</w:t>
        <w:br/>
        <w:t>f 22946/27293/22826 22945/27294/22827 22943/27292/22825</w:t>
        <w:br/>
        <w:t>f 22944/27291/22824 22946/27293/22826 22943/27292/22825</w:t>
        <w:br/>
        <w:t>f 22472/27020/22568 22471/27021/22569 22945/27294/22827</w:t>
        <w:br/>
        <w:t>f 22946/27293/22826 22472/27020/22568 22945/27294/22827</w:t>
        <w:br/>
        <w:t>f 22474/27022/22570 22448/26997/22545 22927/27275/22808</w:t>
        <w:br/>
        <w:t>f 22947/27295/22828 22474/27022/22570 22927/27275/22808</w:t>
        <w:br/>
        <w:t>f 22950/27296/22829 22923/27270/22803 22949/27297/22830</w:t>
        <w:br/>
        <w:t>f 22948/27298/22831 22950/27296/22829 22949/27297/22830</w:t>
        <w:br/>
        <w:t>f 22951/27299/22832 22922/27271/22804 22923/27270/22803</w:t>
        <w:br/>
        <w:t>f 22950/27296/22829 22951/27299/22832 22923/27270/22803</w:t>
        <w:br/>
        <w:t>f 22911/27258/22791 22953/27300/22833 22952/27301/22834</w:t>
        <w:br/>
        <w:t>f 22925/27272/22805 22911/27258/22791 22952/27301/22834</w:t>
        <w:br/>
        <w:t>f 22948/27298/22831 22949/27297/22830 22955/27302/22835</w:t>
        <w:br/>
        <w:t>f 22954/27303/22836 22948/27298/22831 22955/27302/22835</w:t>
        <w:br/>
        <w:t>f 22483/27032/22580 22472/27020/22568 22946/27293/22826</w:t>
        <w:br/>
        <w:t>f 22953/27300/22833 22483/27032/22580 22946/27293/22826</w:t>
        <w:br/>
        <w:t>f 22954/27303/22836 22942/27289/22822 22941/27290/22823</w:t>
        <w:br/>
        <w:t>f 22948/27298/22831 22954/27303/22836 22941/27290/22823</w:t>
        <w:br/>
        <w:t>f 22940/27288/22821 22950/27296/22829 22948/27298/22831</w:t>
        <w:br/>
        <w:t>f 22941/27290/22823 22940/27288/22821 22948/27298/22831</w:t>
        <w:br/>
        <w:t>f 22950/27296/22829 22940/27288/22821 22939/27287/22820</w:t>
        <w:br/>
        <w:t>f 22951/27299/22832 22950/27296/22829 22939/27287/22820</w:t>
        <w:br/>
        <w:t>f 22462/27010/22558 22474/27022/22570 22947/27295/22828</w:t>
        <w:br/>
        <w:t>f 22938/27286/22819 22462/27010/22558 22947/27295/22828</w:t>
        <w:br/>
        <w:t>f 22953/27300/22833 22946/27293/22826 22944/27291/22824</w:t>
        <w:br/>
        <w:t>f 22952/27301/22834 22953/27300/22833 22944/27291/22824</w:t>
        <w:br/>
        <w:t>f 22951/27299/22832 22939/27287/22820 22938/27286/22819</w:t>
        <w:br/>
        <w:t>f 22947/27295/22828 22951/27299/22832 22938/27286/22819</w:t>
        <w:br/>
        <w:t>f 22954/27303/22836 22955/27302/22835 22925/27272/22805</w:t>
        <w:br/>
        <w:t>f 22952/27301/22834 22954/27303/22836 22925/27272/22805</w:t>
        <w:br/>
        <w:t>f 22952/27301/22834 22944/27291/22824 22942/27289/22822</w:t>
        <w:br/>
        <w:t>f 22954/27303/22836 22952/27301/22834 22942/27289/22822</w:t>
        <w:br/>
        <w:t>f 22471/27021/22569 22414/26962/22511 22898/27246/22779</w:t>
        <w:br/>
        <w:t>f 22945/27294/22827 22471/27021/22569 22898/27246/22779</w:t>
        <w:br/>
        <w:t>f 22904/27252/22785 22929/27278/22811 22930/27277/22810</w:t>
        <w:br/>
        <w:t>f 22943/27292/22825 22904/27252/22785 22930/27277/22810</w:t>
        <w:br/>
        <w:t>f 22941/27290/22823 22931/27276/22809 22934/27283/22816</w:t>
        <w:br/>
        <w:t>f 22940/27288/22821 22941/27290/22823 22934/27283/22816</w:t>
        <w:br/>
        <w:t>f 22945/27294/22827 22898/27246/22779 22904/27252/22785</w:t>
        <w:br/>
        <w:t>f 22943/27292/22825 22945/27294/22827 22904/27252/22785</w:t>
        <w:br/>
        <w:t>f 22953/27300/22833 22911/27258/22791 22426/26978/22526</w:t>
        <w:br/>
        <w:t>f 22483/27032/22580 22953/27300/22833 22426/26978/22526</w:t>
        <w:br/>
        <w:t>f 22947/27295/22828 22927/27275/22808 22922/27271/22804</w:t>
        <w:br/>
        <w:t>f 22951/27299/22832 22947/27295/22828 22922/27271/22804</w:t>
        <w:br/>
        <w:t>f 22698/27067/22615 22356/26904/22457 22484/27033/22581</w:t>
        <w:br/>
        <w:t>f 22895/27243/22776 22698/27067/22615 22484/27033/22581</w:t>
        <w:br/>
        <w:t>f 22923/27270/22803 22914/27261/22794 22921/27266/22799</w:t>
        <w:br/>
        <w:t>f 22949/27297/22830 22923/27270/22803 22921/27266/22799</w:t>
        <w:br/>
        <w:t>f 22949/27297/22830 22921/27266/22799 22918/27269/22802</w:t>
        <w:br/>
        <w:t>f 22955/27302/22835 22949/27297/22830 22918/27269/22802</w:t>
        <w:br/>
        <w:t>f 22924/27273/22806 22925/27272/22805 22955/27302/22835</w:t>
        <w:br/>
        <w:t>f 22918/27269/22802 22924/27273/22806 22955/27302/22835</w:t>
        <w:br/>
        <w:t>f 22920/27267/22800 22915/27260/22793 22926/27274/22807</w:t>
        <w:br/>
        <w:t>f 22881/27229/22764 22882/27228/22763 22956/27304/22837</w:t>
        <w:br/>
        <w:t>f 22892/27237/22770 22881/27229/22764 22956/27304/22837</w:t>
        <w:br/>
        <w:t>f 22892/27237/22770 22889/27240/22773 22884/27231/22766</w:t>
        <w:br/>
        <w:t>f 22881/27229/22764 22892/27237/22770 22884/27231/22766</w:t>
        <w:br/>
        <w:t>f 22412/26961/22510 22399/26949/22498 22884/27231/22766</w:t>
        <w:br/>
        <w:t>f 22889/27240/22773 22412/26961/22510 22884/27231/22766</w:t>
        <w:br/>
        <w:t>f 22956/27304/22837 22882/27228/22763 22886/27233/22768</w:t>
        <w:br/>
        <w:t>f 22888/27236/22769 22400/26948/22497 22486/27036/22584</w:t>
        <w:br/>
        <w:t>f 22957/27305/22838 22888/27236/22769 22486/27036/22584</w:t>
        <w:br/>
        <w:t>f 22957/27305/22838 22958/27306/22839 22879/27227/22762</w:t>
        <w:br/>
        <w:t>f 22888/27236/22769 22957/27305/22838 22879/27227/22762</w:t>
        <w:br/>
        <w:t>f 22958/27306/22839 22959/27307/22840 22875/27222/22757</w:t>
        <w:br/>
        <w:t>f 22879/27227/22762 22958/27306/22839 22875/27222/22757</w:t>
        <w:br/>
        <w:t>f 22874/27223/22758 22875/27222/22757 22959/27307/22840</w:t>
        <w:br/>
        <w:t>f 22874/27223/22758 22876/27224/22759 22873/27221/22756</w:t>
        <w:br/>
        <w:t>f 22855/27204/22739 22856/27203/22738 22871/27219/22754</w:t>
        <w:br/>
        <w:t>f 22862/27208/22743 22860/27210/22745 22863/27212/22747</w:t>
        <w:br/>
        <w:t>f 22729/27098/22644 22738/27105/22651 22960/27308/22841</w:t>
        <w:br/>
        <w:t>f 22960/27308/22841 22961/27309/22842 22730/27097/22643</w:t>
        <w:br/>
        <w:t>f 22729/27098/22644 22960/27308/22841 22730/27097/22643</w:t>
        <w:br/>
        <w:t>f 22731/27099/22645 22730/27097/22643 22961/27309/22842</w:t>
        <w:br/>
        <w:t>f 22358/26907/13111 22731/27099/22645 22961/27309/22842</w:t>
        <w:br/>
        <w:t>f 22492/27041/22589 22358/26907/13111 22961/27309/22842</w:t>
        <w:br/>
        <w:t>f 22963/27310/22843 22962/27311/22844 22856/27203/22738</w:t>
        <w:br/>
        <w:t>f 22857/27202/22737 22963/27310/22843 22856/27203/22738</w:t>
        <w:br/>
        <w:t>f 22857/27202/22737 22876/27224/22759 22963/27310/22843</w:t>
        <w:br/>
        <w:t>f 22496/27044/22592 22964/27312/22845 22957/27305/22838</w:t>
        <w:br/>
        <w:t>f 22486/27036/22584 22496/27044/22592 22957/27305/22838</w:t>
        <w:br/>
        <w:t>f 22958/27306/22839 22957/27305/22838 22964/27312/22845</w:t>
        <w:br/>
        <w:t>f 22964/27312/22845 22965/27313/22846 22959/27307/22840</w:t>
        <w:br/>
        <w:t>f 22958/27306/22839 22964/27312/22845 22959/27307/22840</w:t>
        <w:br/>
        <w:t>f 22874/27223/22758 22959/27307/22840 22965/27313/22846</w:t>
        <w:br/>
        <w:t>f 22963/27310/22843 22876/27224/22759 22874/27223/22758</w:t>
        <w:br/>
        <w:t>f 22965/27313/22846 22963/27310/22843 22874/27223/22758</w:t>
        <w:br/>
        <w:t>f 22862/27208/22743 22871/27219/22754 22962/27311/22844</w:t>
        <w:br/>
        <w:t>f 22871/27219/22754 22856/27203/22738 22962/27311/22844</w:t>
        <w:br/>
        <w:t>f 22784/27151/22692 22769/27136/22677 22768/27137/22678</w:t>
        <w:br/>
        <w:t>f 22783/27152/22693 22784/27151/22692 22768/27137/22678</w:t>
        <w:br/>
        <w:t>f 22783/27152/22693 22768/27137/22678 22781/27149/22690</w:t>
        <w:br/>
        <w:t>f 22808/27175/22716 22783/27152/22693 22781/27149/22690</w:t>
        <w:br/>
        <w:t>f 22847/27196/22716 22821/27185/22690 22776/27145/22686</w:t>
        <w:br/>
        <w:t>f 22798/27167/22708 22847/27196/22716 22776/27145/22686</w:t>
        <w:br/>
        <w:t>f 22797/27168/22709 22798/27167/22708 22776/27145/22686</w:t>
        <w:br/>
        <w:t>f 22777/27144/22685 22797/27168/22709 22776/27145/22686</w:t>
        <w:br/>
        <w:t>f 22777/27144/22685 22779/27147/22688 22835/27190/22729</w:t>
        <w:br/>
        <w:t>f 22797/27168/22709 22777/27144/22685 22835/27190/22729</w:t>
        <w:br/>
        <w:t>f 22833/27188/22727 22835/27190/22729 22779/27147/22688</w:t>
        <w:br/>
        <w:t>f 22792/27160/22701 22833/27188/22727 22779/27147/22688</w:t>
        <w:br/>
        <w:t>f 22792/27160/22701 22805/27174/22715 22810/27179/22720</w:t>
        <w:br/>
        <w:t>f 22833/27188/22727 22792/27160/22701 22810/27179/22720</w:t>
        <w:br/>
        <w:t>f 22809/27180/22721 22810/27179/22720 22805/27174/22715</w:t>
        <w:br/>
        <w:t>f 22803/27171/22712 22809/27180/22721 22805/27174/22715</w:t>
        <w:br/>
        <w:t>f 22803/27171/22712 22804/27170/22711 22813/27182/22723</w:t>
        <w:br/>
        <w:t>f 22809/27180/22721 22803/27171/22712 22813/27182/22723</w:t>
        <w:br/>
        <w:t>f 22813/27182/22723 22804/27170/22711 22826/27186/22725</w:t>
        <w:br/>
        <w:t>f 22793/27164/22705 22813/27182/22723 22826/27186/22725</w:t>
        <w:br/>
        <w:t>f 22801/27169/22710 22796/27161/22702 22793/27164/22705</w:t>
        <w:br/>
        <w:t>f 22826/27186/22725 22801/27169/22710 22793/27164/22705</w:t>
        <w:br/>
        <w:t>f 22769/27136/22677 22784/27151/22692 22796/27161/22702</w:t>
        <w:br/>
        <w:t>f 22801/27169/22710 22769/27136/22677 22796/27161/22702</w:t>
        <w:br/>
        <w:t>f 22956/27304/22837 22899/27247/22780 22892/27237/22770</w:t>
        <w:br/>
        <w:t>f 23067/27314/7816 22338/26898/22453 22304/26872/22430</w:t>
        <w:br/>
        <w:t>f 23066/27315/7817 23067/27314/7816 22304/26872/22430</w:t>
        <w:br/>
        <w:t>f 23068/27316/7820 22312/26882/22440 22286/26860/22418</w:t>
        <w:br/>
        <w:t>f 22335/26894/22449 23068/27316/7820 22286/26860/22418</w:t>
        <w:br/>
        <w:t>f 22301/26875/22433 22354/26902/22440 23070/27317/7820</w:t>
        <w:br/>
        <w:t>f 23069/27318/22847 22301/26875/22433 23070/27317/7820</w:t>
        <w:br/>
        <w:t>f 23066/27315/7817 22304/26872/22430 22301/26875/22433</w:t>
        <w:br/>
        <w:t>f 23069/27318/22847 23066/27315/7817 22301/26875/22433</w:t>
        <w:br/>
        <w:t>f 22297/26871/22429 22298/26870/22428 22352/26901/7828</w:t>
        <w:br/>
        <w:t>f 22334/26892/7827 22297/26871/22429 22352/26901/7828</w:t>
        <w:br/>
        <w:t>f 23072/27319/7830 22336/26896/22451 22338/26898/22453</w:t>
        <w:br/>
        <w:t>f 23067/27314/7816 23072/27319/7830 22338/26898/22453</w:t>
        <w:br/>
        <w:t>f 23073/27320/7832 22313/26887/22445 22336/26896/22451</w:t>
        <w:br/>
        <w:t>f 23072/27319/7830 23073/27320/7832 22336/26896/22451</w:t>
        <w:br/>
        <w:t>f 22351/26899/22454 22316/26884/22442 22313/26887/22445</w:t>
        <w:br/>
        <w:t>f 23073/27320/7832 22351/26899/22454 22313/26887/22445</w:t>
        <w:br/>
        <w:t>f 22800/27165/22706 22836/27189/22728 22839/27192/22731</w:t>
        <w:br/>
        <w:t>f 23075/27321/22848 22800/27165/22706 22839/27192/22731</w:t>
        <w:br/>
        <w:t>f 23078/27322/8124 22848/27195/22733 22799/27166/22707</w:t>
        <w:br/>
        <w:t>f 23077/27323/8013 23078/27322/8124 22799/27166/22707</w:t>
        <w:br/>
        <w:t>f 22799/27166/22707 22800/27165/22706 23075/27321/22848</w:t>
        <w:br/>
        <w:t>f 23077/27323/8013 22799/27166/22707 23075/27321/22848</w:t>
        <w:br/>
        <w:t>f 23080/27324/8016 22795/27162/22703 22785/27150/22691</w:t>
        <w:br/>
        <w:t>f 23079/27325/8017 23080/27324/8016 22785/27150/22691</w:t>
        <w:br/>
        <w:t>f 23079/27325/8017 22785/27150/22691 22782/27153/22694</w:t>
        <w:br/>
        <w:t>f 22819/27184/8019 23079/27325/8017 22782/27153/22694</w:t>
        <w:br/>
        <w:t>f 23081/27326/8022 22794/27163/22704 22795/27162/22703</w:t>
        <w:br/>
        <w:t>f 23080/27324/8016 23081/27326/8022 22795/27162/22703</w:t>
        <w:br/>
        <w:t>f 22812/27177/22718 22814/27181/22722 23084/27327/22849</w:t>
        <w:br/>
        <w:t>f 22842/27194/8023 22812/27177/22718 23084/27327/22849</w:t>
        <w:br/>
        <w:t>f 23084/27327/22849 22814/27181/22722 22794/27163/22704</w:t>
        <w:br/>
        <w:t>f 23081/27326/8022 23084/27327/22849 22794/27163/22704</w:t>
        <w:br/>
        <w:t>f 11848/27328/22850 11847/27329/22851 11846/27330/22852</w:t>
        <w:br/>
        <w:t>f 11845/27331/22853 11848/27328/22850 11846/27330/22852</w:t>
        <w:br/>
        <w:t>f 11852/27332/22854 11851/27333/22855 11850/27334/22856</w:t>
        <w:br/>
        <w:t>f 11849/27335/22857 11852/27332/22854 11850/27334/22856</w:t>
        <w:br/>
        <w:t>f 11856/27336/22858 11855/27337/22859 11854/27338/22859</w:t>
        <w:br/>
        <w:t>f 11853/27339/22858 11856/27336/22858 11854/27338/22859</w:t>
        <w:br/>
        <w:t>f 11856/27336/22858 11853/27339/22858 11858/27340/22860</w:t>
        <w:br/>
        <w:t>f 11857/27341/22861 11856/27336/22858 11858/27340/22860</w:t>
        <w:br/>
        <w:t>f 11851/27333/22855 11852/27332/22854 11854/27338/22859</w:t>
        <w:br/>
        <w:t>f 11855/27337/22859 11851/27333/22855 11854/27338/22859</w:t>
        <w:br/>
        <w:t>f 11850/27334/22856 11860/27342/22862 11859/27343/22862</w:t>
        <w:br/>
        <w:t>f 11849/27335/22857 11850/27334/22856 11859/27343/22862</w:t>
        <w:br/>
        <w:t>f 11863/27344/22863 11862/27345/22864 11861/27346/22865</w:t>
        <w:br/>
        <w:t>f 11864/27347/22863 11863/27344/22863 11861/27346/22865</w:t>
        <w:br/>
        <w:t>f 11868/27348/22866 11867/27349/22866 11866/27350/22867</w:t>
        <w:br/>
        <w:t>f 11865/27351/22867 11868/27348/22866 11866/27350/22867</w:t>
        <w:br/>
        <w:t>f 11870/27352/22868 11865/27351/22867 11866/27350/22867</w:t>
        <w:br/>
        <w:t>f 11869/27353/22869 11870/27352/22868 11866/27350/22867</w:t>
        <w:br/>
        <w:t>f 11846/27330/22852 11872/27354/22870 11871/27355/22870</w:t>
        <w:br/>
        <w:t>f 11845/27331/22853 11846/27330/22852 11871/27355/22870</w:t>
        <w:br/>
        <w:t>f 11872/27354/22870 11867/27349/22866 11868/27348/22866</w:t>
        <w:br/>
        <w:t>f 11871/27355/22870 11872/27354/22870 11868/27348/22866</w:t>
        <w:br/>
        <w:t>f 11876/27356/22871 11875/27357/22871 11874/27358/22872</w:t>
        <w:br/>
        <w:t>f 11873/27359/22872 11876/27356/22871 11874/27358/22872</w:t>
        <w:br/>
        <w:t>f 11875/27357/22871 11876/27356/22871 11878/27360/22873</w:t>
        <w:br/>
        <w:t>f 11877/27361/22873 11875/27357/22871 11878/27360/22873</w:t>
        <w:br/>
        <w:t>f 11882/27362/22874 11881/27363/22874 11880/27364/22875</w:t>
        <w:br/>
        <w:t>f 11879/27365/22875 11882/27362/22874 11880/27364/22875</w:t>
        <w:br/>
        <w:t>f 11886/27366/22876 11885/27367/22877 11884/27368/22877</w:t>
        <w:br/>
        <w:t>f 11883/27369/22876 11886/27366/22876 11884/27368/22877</w:t>
        <w:br/>
        <w:t>f 11881/27363/22874 11882/27362/22874 11888/27370/22878</w:t>
        <w:br/>
        <w:t>f 11887/27371/22878 11881/27363/22874 11888/27370/22878</w:t>
        <w:br/>
        <w:t>f 11892/27372/22879 11891/27373/22880 11890/27374/22880</w:t>
        <w:br/>
        <w:t>f 11889/27375/22879 11892/27372/22879 11890/27374/22880</w:t>
        <w:br/>
        <w:t>f 11885/27367/22877 11894/27376/22881 11893/27377/22881</w:t>
        <w:br/>
        <w:t>f 11884/27368/22877 11885/27367/22877 11893/27377/22881</w:t>
        <w:br/>
        <w:t>f 11896/27378/22882 11892/27372/22879 11889/27375/22879</w:t>
        <w:br/>
        <w:t>f 11895/27379/22882 11896/27378/22882 11889/27375/22879</w:t>
        <w:br/>
        <w:t>f 11894/27376/22881 11896/27378/22882 11895/27379/22882</w:t>
        <w:br/>
        <w:t>f 11893/27377/22881 11894/27376/22881 11895/27379/22882</w:t>
        <w:br/>
        <w:t>f 11879/27365/22875 11880/27364/22875 11877/27361/22873</w:t>
        <w:br/>
        <w:t>f 11878/27360/22873 11879/27365/22875 11877/27361/22873</w:t>
        <w:br/>
        <w:t>f 11900/27380/22883 11899/27381/22884 11898/27382/22885</w:t>
        <w:br/>
        <w:t>f 11897/27383/22886 11900/27380/22883 11898/27382/22885</w:t>
        <w:br/>
        <w:t>f 11904/27384/22887 11903/27385/22888 11902/27386/22888</w:t>
        <w:br/>
        <w:t>f 11901/27387/22889 11904/27384/22887 11902/27386/22888</w:t>
        <w:br/>
        <w:t>f 11908/27388/22890 11907/27389/22890 11906/27390/22891</w:t>
        <w:br/>
        <w:t>f 11905/27391/22891 11908/27388/22890 11906/27390/22891</w:t>
        <w:br/>
        <w:t>f 11858/27340/22860 11905/27391/22891 11906/27390/22891</w:t>
        <w:br/>
        <w:t>f 11857/27341/22861 11858/27340/22860 11906/27390/22891</w:t>
        <w:br/>
        <w:t>f 11908/27388/22890 11904/27384/22887 11901/27387/22889</w:t>
        <w:br/>
        <w:t>f 11907/27389/22890 11908/27388/22890 11901/27387/22889</w:t>
        <w:br/>
        <w:t>f 11902/27386/22888 11903/27385/22888 11910/27392/22892</w:t>
        <w:br/>
        <w:t>f 11909/27393/22892 11902/27386/22888 11910/27392/22892</w:t>
        <w:br/>
        <w:t>f 11913/27394/22893 11912/27395/22894 11911/27396/22893</w:t>
        <w:br/>
        <w:t>f 11914/27397/22894 11913/27394/22893 11911/27396/22893</w:t>
        <w:br/>
        <w:t>f 11918/27398/22895 11917/27399/22896 11916/27400/22896</w:t>
        <w:br/>
        <w:t>f 11915/27401/22897 11918/27398/22895 11916/27400/22896</w:t>
        <w:br/>
        <w:t>f 11870/27352/22868 11869/27353/22869 11916/27400/22896</w:t>
        <w:br/>
        <w:t>f 11917/27399/22896 11870/27352/22868 11916/27400/22896</w:t>
        <w:br/>
        <w:t>f 11920/27402/22898 11919/27403/22898 11898/27382/22885</w:t>
        <w:br/>
        <w:t>f 11899/27381/22884 11920/27402/22898 11898/27382/22885</w:t>
        <w:br/>
        <w:t>f 11919/27403/22898 11920/27402/22898 11918/27398/22895</w:t>
        <w:br/>
        <w:t>f 11915/27401/22897 11919/27403/22898 11918/27398/22895</w:t>
        <w:br/>
        <w:t>f 11924/27404/22899 11923/27405/22900 11922/27406/22901</w:t>
        <w:br/>
        <w:t>f 11921/27407/22899 11924/27404/22899 11922/27406/22901</w:t>
        <w:br/>
        <w:t>f 11926/27408/22902 11924/27404/22899 11921/27407/22899</w:t>
        <w:br/>
        <w:t>f 11925/27409/22902 11926/27408/22902 11921/27407/22899</w:t>
        <w:br/>
        <w:t>f 11930/27410/22903 11929/27411/22904 11928/27412/22904</w:t>
        <w:br/>
        <w:t>f 11927/27413/22903 11930/27410/22903 11928/27412/22904</w:t>
        <w:br/>
        <w:t>f 11886/27366/22876 11883/27369/22876 11932/27414/22905</w:t>
        <w:br/>
        <w:t>f 11931/27415/22906 11886/27366/22876 11932/27414/22905</w:t>
        <w:br/>
        <w:t>f 11888/27370/22878 11930/27410/22903 11927/27413/22903</w:t>
        <w:br/>
        <w:t>f 11887/27371/22878 11888/27370/22878 11927/27413/22903</w:t>
        <w:br/>
        <w:t>f 11936/27416/22907 11935/27417/22908 11934/27418/22909</w:t>
        <w:br/>
        <w:t>f 11933/27419/22909 11936/27416/22907 11934/27418/22909</w:t>
        <w:br/>
        <w:t>f 11931/27415/22906 11932/27414/22905 11938/27420/22910</w:t>
        <w:br/>
        <w:t>f 11937/27421/22910 11931/27415/22906 11938/27420/22910</w:t>
        <w:br/>
        <w:t>f 11940/27422/22911 11939/27423/22911 11935/27417/22908</w:t>
        <w:br/>
        <w:t>f 11936/27416/22907 11940/27422/22911 11935/27417/22908</w:t>
        <w:br/>
        <w:t>f 11937/27421/22910 11938/27420/22910 11939/27423/22911</w:t>
        <w:br/>
        <w:t>f 11940/27422/22911 11937/27421/22910 11939/27423/22911</w:t>
        <w:br/>
        <w:t>f 11925/27409/22902 11928/27412/22904 11929/27411/22904</w:t>
        <w:br/>
        <w:t>f 11926/27408/22902 11925/27409/22902 11929/27411/22904</w:t>
        <w:br/>
        <w:t>f 5979/27424/22912 5978/27425/22913 5977/27426/22914</w:t>
        <w:br/>
        <w:t>f 5976/27427/22915 5979/27424/22912 5977/27426/22914</w:t>
        <w:br/>
        <w:t>f 5981/27428/22916 5980/27429/22917 5978/27425/22913</w:t>
        <w:br/>
        <w:t>f 5979/27424/22912 5981/27428/22916 5978/27425/22913</w:t>
        <w:br/>
        <w:t>f 5983/27430/22918 5982/27431/22919 5980/27429/22917</w:t>
        <w:br/>
        <w:t>f 5981/27428/22916 5983/27430/22918 5980/27429/22917</w:t>
        <w:br/>
        <w:t>f 5982/27431/22919 5983/27430/22918 5985/27432/22920</w:t>
        <w:br/>
        <w:t>f 5984/27433/22921 5982/27431/22919 5985/27432/22920</w:t>
        <w:br/>
        <w:t>f 5989/27434/22922 5988/27435/22923 5987/27436/22924</w:t>
        <w:br/>
        <w:t>f 5986/27437/22922 5989/27434/22922 5987/27436/22924</w:t>
        <w:br/>
        <w:t>f 5993/27438/22925 5992/27439/22926 5991/27440/22927</w:t>
        <w:br/>
        <w:t>f 5990/27441/22928 5993/27438/22925 5991/27440/22927</w:t>
        <w:br/>
        <w:t>f 5995/27442/22929 5994/27443/22929 5991/27440/22927</w:t>
        <w:br/>
        <w:t>f 5992/27439/22926 5995/27442/22929 5991/27440/22927</w:t>
        <w:br/>
        <w:t>f 5999/27444/22930 5998/27445/22931 5997/27446/22932</w:t>
        <w:br/>
        <w:t>f 5996/27447/22930 5999/27444/22930 5997/27446/22932</w:t>
        <w:br/>
        <w:t>f 5988/27435/22923 5999/27444/22930 5996/27447/22930</w:t>
        <w:br/>
        <w:t>f 5987/27436/22924 5988/27435/22923 5996/27447/22930</w:t>
        <w:br/>
        <w:t>f 6001/27448/22933 5989/27434/22922 5986/27437/22922</w:t>
        <w:br/>
        <w:t>f 6000/27449/22933 6001/27448/22933 5986/27437/22922</w:t>
        <w:br/>
        <w:t>f 6003/27450/22934 5993/27438/22925 5990/27441/22928</w:t>
        <w:br/>
        <w:t>f 6002/27451/22935 6003/27450/22934 5990/27441/22928</w:t>
        <w:br/>
        <w:t>f 6007/27452/22936 6006/27453/22937 6005/27454/22938</w:t>
        <w:br/>
        <w:t>f 6004/27455/22939 6007/27452/22936 6005/27454/22938</w:t>
        <w:br/>
        <w:t>f 6010/27456/22940 6009/27457/22941 6008/27458/22942</w:t>
        <w:br/>
        <w:t>f 6005/27454/22938 6010/27456/22940 6008/27458/22942</w:t>
        <w:br/>
        <w:t>f 6013/27459/22943 6012/27460/22944 6011/27461/22945</w:t>
        <w:br/>
        <w:t>f 6010/27456/22940 6013/27459/22943 6011/27461/22945</w:t>
        <w:br/>
        <w:t>f 5985/27432/22920 6015/27462/22946 6014/27463/22946</w:t>
        <w:br/>
        <w:t>f 5984/27433/22921 5985/27432/22920 6014/27463/22946</w:t>
        <w:br/>
        <w:t>f 6017/27464/22947 6016/27465/22948 5976/27427/22915</w:t>
        <w:br/>
        <w:t>f 5977/27426/22914 6017/27464/22947 5976/27427/22915</w:t>
        <w:br/>
        <w:t>f 6016/27465/22948 6017/27464/22947 6019/27466/22949</w:t>
        <w:br/>
        <w:t>f 6018/27467/22950 6016/27465/22948 6019/27466/22949</w:t>
        <w:br/>
        <w:t>f 6023/27468/22951 6022/27469/22952 6021/27470/22952</w:t>
        <w:br/>
        <w:t>f 6020/27471/22951 6023/27468/22951 6021/27470/22952</w:t>
        <w:br/>
        <w:t>f 6025/27472/22953 6001/27448/22933 6000/27449/22933</w:t>
        <w:br/>
        <w:t>f 6024/27473/22953 6025/27472/22953 6000/27449/22933</w:t>
        <w:br/>
        <w:t>f 6029/27474/22954 6028/27475/22954 6027/27476/22955</w:t>
        <w:br/>
        <w:t>f 6026/27477/22955 6029/27474/22954 6027/27476/22955</w:t>
        <w:br/>
        <w:t>f 6031/27478/22956 6030/27479/22957 6006/27453/22937</w:t>
        <w:br/>
        <w:t>f 6007/27452/22936 6031/27478/22956 6006/27453/22937</w:t>
        <w:br/>
        <w:t>f 6022/27469/22952 6003/27450/22934 6002/27451/22935</w:t>
        <w:br/>
        <w:t>f 6021/27470/22952 6022/27469/22952 6002/27451/22935</w:t>
        <w:br/>
        <w:t>f 6028/27475/22954 6029/27474/22954 6030/27479/22957</w:t>
        <w:br/>
        <w:t>f 6031/27478/22956 6028/27475/22954 6030/27479/22957</w:t>
        <w:br/>
        <w:t>f 6033/27480/22958 5997/27446/22932 5998/27445/22931</w:t>
        <w:br/>
        <w:t>f 6032/27481/22958 6033/27480/22958 5998/27445/22931</w:t>
        <w:br/>
        <w:t>f 6035/27482/22959 6034/27483/22960 5994/27443/22929</w:t>
        <w:br/>
        <w:t>f 5995/27442/22929 6035/27482/22959 5994/27443/22929</w:t>
        <w:br/>
        <w:t>f 6039/27484/22961 6038/27485/22962 6037/27486/22963</w:t>
        <w:br/>
        <w:t>f 6036/27487/22964 6039/27484/22961 6037/27486/22963</w:t>
        <w:br/>
        <w:t>f 6038/27485/22962 6041/27488/22965 6040/27489/22966</w:t>
        <w:br/>
        <w:t>f 6037/27486/22963 6038/27485/22962 6040/27489/22966</w:t>
        <w:br/>
        <w:t>f 6041/27488/22965 6043/27490/22967 6042/27491/22968</w:t>
        <w:br/>
        <w:t>f 6040/27489/22966 6041/27488/22965 6042/27491/22968</w:t>
        <w:br/>
        <w:t>f 6045/27492/22969 6042/27491/22968 6043/27490/22967</w:t>
        <w:br/>
        <w:t>f 6044/27493/22970 6045/27492/22969 6043/27490/22967</w:t>
        <w:br/>
        <w:t>f 6049/27494/22971 6048/27495/22971 6047/27496/22972</w:t>
        <w:br/>
        <w:t>f 6046/27497/22973 6049/27494/22971 6047/27496/22972</w:t>
        <w:br/>
        <w:t>f 6053/27498/22974 6052/27499/22975 6051/27500/22976</w:t>
        <w:br/>
        <w:t>f 6050/27501/22976 6053/27498/22974 6051/27500/22976</w:t>
        <w:br/>
        <w:t>f 6055/27502/22977 6052/27499/22975 6053/27498/22974</w:t>
        <w:br/>
        <w:t>f 6054/27503/22977 6055/27502/22977 6053/27498/22974</w:t>
        <w:br/>
        <w:t>f 6059/27504/22978 6058/27505/22979 6057/27506/22980</w:t>
        <w:br/>
        <w:t>f 6056/27507/22980 6059/27504/22978 6057/27506/22980</w:t>
        <w:br/>
        <w:t>f 6056/27507/22980 6057/27506/22980 6046/27497/22973</w:t>
        <w:br/>
        <w:t>f 6047/27496/22972 6056/27507/22980 6046/27497/22973</w:t>
        <w:br/>
        <w:t>f 6061/27508/22981 6060/27509/22981 6048/27495/22971</w:t>
        <w:br/>
        <w:t>f 6049/27494/22971 6061/27508/22981 6048/27495/22971</w:t>
        <w:br/>
        <w:t>f 6050/27501/22976 6051/27500/22976 6063/27510/22982</w:t>
        <w:br/>
        <w:t>f 6062/27511/22982 6050/27501/22976 6063/27510/22982</w:t>
        <w:br/>
        <w:t>f 6067/27512/22983 6066/27513/22984 6065/27514/22985</w:t>
        <w:br/>
        <w:t>f 6064/27515/22986 6067/27512/22983 6065/27514/22985</w:t>
        <w:br/>
        <w:t>f 6070/27516/22987 6065/27514/22985 6069/27517/22968</w:t>
        <w:br/>
        <w:t>f 6068/27518/22988 6070/27516/22987 6069/27517/22968</w:t>
        <w:br/>
        <w:t>f 6013/27459/22943 6070/27516/22987 6071/27519/22989</w:t>
        <w:br/>
        <w:t>f 6012/27460/22944 6013/27459/22943 6071/27519/22989</w:t>
        <w:br/>
        <w:t>f 6014/27463/22946 6015/27462/22946 6045/27492/22969</w:t>
        <w:br/>
        <w:t>f 6044/27493/22970 6014/27463/22946 6045/27492/22969</w:t>
        <w:br/>
        <w:t>f 6036/27487/22964 6073/27520/22990 6072/27521/22991</w:t>
        <w:br/>
        <w:t>f 6039/27484/22961 6036/27487/22964 6072/27521/22991</w:t>
        <w:br/>
        <w:t>f 6073/27520/22990 6075/27522/22992 6074/27523/22993</w:t>
        <w:br/>
        <w:t>f 6072/27521/22991 6073/27520/22990 6074/27523/22993</w:t>
        <w:br/>
        <w:t>f 6079/27524/22994 6078/27525/22994 6077/27526/22995</w:t>
        <w:br/>
        <w:t>f 6076/27527/22996 6079/27524/22994 6077/27526/22995</w:t>
        <w:br/>
        <w:t>f 6060/27509/22981 6061/27508/22981 6081/27528/22997</w:t>
        <w:br/>
        <w:t>f 6080/27529/22997 6060/27509/22981 6081/27528/22997</w:t>
        <w:br/>
        <w:t>f 6085/27530/22998 6084/27531/22999 6083/27532/22999</w:t>
        <w:br/>
        <w:t>f 6082/27533/23000 6085/27530/22998 6083/27532/22999</w:t>
        <w:br/>
        <w:t>f 6087/27534/23001 6067/27512/22983 6064/27515/22986</w:t>
        <w:br/>
        <w:t>f 6086/27535/23001 6087/27534/23001 6064/27515/22986</w:t>
        <w:br/>
        <w:t>f 6062/27511/22982 6063/27510/22982 6078/27525/22994</w:t>
        <w:br/>
        <w:t>f 6079/27524/22994 6062/27511/22982 6078/27525/22994</w:t>
        <w:br/>
        <w:t>f 6082/27533/23000 6087/27534/23001 6086/27535/23001</w:t>
        <w:br/>
        <w:t>f 6085/27530/22998 6082/27533/23000 6086/27535/23001</w:t>
        <w:br/>
        <w:t>f 6058/27505/22979 6059/27504/22978 6033/27480/22958</w:t>
        <w:br/>
        <w:t>f 6032/27481/22958 6058/27505/22979 6033/27480/22958</w:t>
        <w:br/>
        <w:t>f 6035/27482/22959 6055/27502/22977 6054/27503/22977</w:t>
        <w:br/>
        <w:t>f 6034/27483/22960 6035/27482/22959 6054/27503/22977</w:t>
        <w:br/>
        <w:t>f 27962/27536/23002 27961/27537/23002 27960/27538/23003</w:t>
        <w:br/>
        <w:t>f 27959/27539/23004 27962/27536/23002 27960/27538/23003</w:t>
        <w:br/>
        <w:t>f 27960/27538/23003 27963/27540/23005 27959/27539/23004</w:t>
        <w:br/>
        <w:t>f 27959/27539/23004 27963/27540/23005 27964/27541/23006</w:t>
        <w:br/>
        <w:t>f 27968/27542/23007 27967/27543/23008 27966/27544/23009</w:t>
        <w:br/>
        <w:t>f 27965/27545/23010 27968/27542/23007 27966/27544/23009</w:t>
        <w:br/>
        <w:t>f 27970/27546/23011 27968/27542/23007 27965/27545/23010</w:t>
        <w:br/>
        <w:t>f 27969/27547/23011 27970/27546/23011 27965/27545/23010</w:t>
        <w:br/>
        <w:t>f 27974/27548/23012 27973/27549/23013 27972/27550/23013</w:t>
        <w:br/>
        <w:t>f 27971/27551/23014 27974/27548/23012 27972/27550/23013</w:t>
        <w:br/>
        <w:t>f 27976/27552/23015 27974/27548/23012 27975/27553/23016</w:t>
        <w:br/>
        <w:t>f 27975/27553/23016 27974/27548/23012 27971/27551/23014</w:t>
        <w:br/>
        <w:t>f 27980/27554/23017 27979/27555/23018 27978/27556/23019</w:t>
        <w:br/>
        <w:t>f 27977/27557/23020 27980/27554/23017 27978/27556/23019</w:t>
        <w:br/>
        <w:t>f 27982/27558/23021 27981/27559/23022 27980/27554/23017</w:t>
        <w:br/>
        <w:t>f 27977/27557/23020 27982/27558/23021 27980/27554/23017</w:t>
        <w:br/>
        <w:t>f 27979/27555/23018 27984/27560/23023 27983/27561/23024</w:t>
        <w:br/>
        <w:t>f 27978/27556/23019 27979/27555/23018 27983/27561/23024</w:t>
        <w:br/>
        <w:t>f 27975/27553/23016 27985/27562/23025 27976/27552/23015</w:t>
        <w:br/>
        <w:t>f 27976/27552/23015 27985/27562/23025 27986/27563/23026</w:t>
        <w:br/>
        <w:t>f 27989/27564/23027 27988/27565/23028 27987/27566/23029</w:t>
        <w:br/>
        <w:t>f 27983/27561/23024 27984/27560/23023 27990/27567/23030</w:t>
        <w:br/>
        <w:t>f 27990/27567/23030 27984/27560/23023 27991/27568/23031</w:t>
        <w:br/>
        <w:t>f 27981/27559/23022 27982/27558/23021 27993/27569/23032</w:t>
        <w:br/>
        <w:t>f 27992/27570/23033 27981/27559/23022 27993/27569/23032</w:t>
        <w:br/>
        <w:t>f 27997/27571/23034 27996/27572/23034 27995/27573/23035</w:t>
        <w:br/>
        <w:t>f 27994/27574/23036 27997/27571/23034 27995/27573/23035</w:t>
        <w:br/>
        <w:t>f 27999/27575/23037 27998/27576/23037 27996/27572/23034</w:t>
        <w:br/>
        <w:t>f 27997/27571/23034 27999/27575/23037 27996/27572/23034</w:t>
        <w:br/>
        <w:t>f 28001/27577/23038 28000/27578/23039 27998/27576/23037</w:t>
        <w:br/>
        <w:t>f 27999/27575/23037 28001/27577/23038 27998/27576/23037</w:t>
        <w:br/>
        <w:t>f 28003/27579/23040 28002/27580/23040 28000/27578/23039</w:t>
        <w:br/>
        <w:t>f 28001/27577/23038 28003/27579/23040 28000/27578/23039</w:t>
        <w:br/>
        <w:t>f 28002/27580/23040 28003/27579/23040 28005/27581/23041</w:t>
        <w:br/>
        <w:t>f 28004/27582/23041 28002/27580/23040 28005/27581/23041</w:t>
        <w:br/>
        <w:t>f 28007/27583/23042 28004/27582/23041 28005/27581/23041</w:t>
        <w:br/>
        <w:t>f 28006/27584/23043 28007/27583/23042 28005/27581/23041</w:t>
        <w:br/>
        <w:t>f 28006/27584/23043 28009/27585/23044 28008/27586/23044</w:t>
        <w:br/>
        <w:t>f 28007/27583/23042 28006/27584/23043 28008/27586/23044</w:t>
        <w:br/>
        <w:t>f 27963/27540/23005 27961/27537/23002 27962/27536/23002</w:t>
        <w:br/>
        <w:t>f 28010/27587/23045 27963/27540/23005 27962/27536/23002</w:t>
        <w:br/>
        <w:t>f 28014/27588/23046 28013/27589/23047 28012/27590/23048</w:t>
        <w:br/>
        <w:t>f 28011/27591/23046 28014/27588/23046 28012/27590/23048</w:t>
        <w:br/>
        <w:t>f 28012/27590/23048 28013/27589/23047 28015/27592/23049</w:t>
        <w:br/>
        <w:t>f 28013/27589/23047 28016/27593/23050 28015/27592/23049</w:t>
        <w:br/>
        <w:t>f 28020/27594/23051 28019/27595/23052 28018/27596/23053</w:t>
        <w:br/>
        <w:t>f 28017/27597/23053 28020/27594/23051 28018/27596/23053</w:t>
        <w:br/>
        <w:t>f 28017/27597/23053 28018/27596/23053 28022/27598/23054</w:t>
        <w:br/>
        <w:t>f 28021/27599/23054 28017/27597/23053 28022/27598/23054</w:t>
        <w:br/>
        <w:t>f 28026/27600/23055 28025/27601/23056 28024/27602/23057</w:t>
        <w:br/>
        <w:t>f 28023/27603/23058 28026/27600/23055 28024/27602/23057</w:t>
        <w:br/>
        <w:t>f 28028/27604/23059 28027/27605/23060 28024/27602/23057</w:t>
        <w:br/>
        <w:t>f 28024/27602/23057 28027/27605/23060 28023/27603/23058</w:t>
        <w:br/>
        <w:t>f 28031/27606/23061 28030/27607/23062 28029/27608/23063</w:t>
        <w:br/>
        <w:t>f 28029/27608/23063 28030/27607/23062 28032/27609/23064</w:t>
        <w:br/>
        <w:t>f 28031/27606/23061 28029/27608/23063 28033/27610/23065</w:t>
        <w:br/>
        <w:t>f 28033/27610/23065 28029/27608/23063 28034/27611/23066</w:t>
        <w:br/>
        <w:t>f 28036/27612/23067 28035/27613/23068 28032/27609/23064</w:t>
        <w:br/>
        <w:t>f 28030/27607/23062 28036/27612/23067 28032/27609/23064</w:t>
        <w:br/>
        <w:t>f 28038/27614/23069 28037/27615/23070 28028/27604/23059</w:t>
        <w:br/>
        <w:t>f 28028/27604/23059 28037/27615/23070 28027/27605/23060</w:t>
        <w:br/>
        <w:t>f 28037/27615/23070 28038/27614/23069 28039/27616/23071</w:t>
        <w:br/>
        <w:t>f 28039/27616/23071 28038/27614/23069 28040/27617/23072</w:t>
        <w:br/>
        <w:t>f 28042/27618/23073 28035/27613/23068 28041/27619/23074</w:t>
        <w:br/>
        <w:t>f 28041/27619/23074 28035/27613/23068 28036/27612/23067</w:t>
        <w:br/>
        <w:t>f 28033/27610/23065 28034/27611/23066 28043/27620/23075</w:t>
        <w:br/>
        <w:t>f 28043/27620/23075 28034/27611/23066 28044/27621/23076</w:t>
        <w:br/>
        <w:t>f 28047/27622/23077 28046/27623/23078 28045/27624/23079</w:t>
        <w:br/>
        <w:t>f 28045/27624/23079 28046/27623/23078 28048/27625/23080</w:t>
        <w:br/>
        <w:t>f 28050/27626/23081 28049/27627/23082 28048/27625/23080</w:t>
        <w:br/>
        <w:t>f 28048/27625/23080 28049/27627/23082 28045/27624/23079</w:t>
        <w:br/>
        <w:t>f 28050/27626/23081 28052/27628/23083 28051/27629/23083</w:t>
        <w:br/>
        <w:t>f 28049/27627/23082 28050/27626/23081 28051/27629/23083</w:t>
        <w:br/>
        <w:t>f 28054/27630/23084 28051/27629/23083 28052/27628/23083</w:t>
        <w:br/>
        <w:t>f 28053/27631/23085 28054/27630/23084 28052/27628/23083</w:t>
        <w:br/>
        <w:t>f 28053/27631/23085 28056/27632/23086 28055/27633/23087</w:t>
        <w:br/>
        <w:t>f 28054/27630/23084 28053/27631/23085 28055/27633/23087</w:t>
        <w:br/>
        <w:t>f 28055/27633/23087 28056/27632/23086 28058/27634/23088</w:t>
        <w:br/>
        <w:t>f 28057/27635/23088 28055/27633/23087 28058/27634/23088</w:t>
        <w:br/>
        <w:t>f 28057/27635/23088 28058/27634/23088 28060/27636/23089</w:t>
        <w:br/>
        <w:t>f 28059/27637/23089 28057/27635/23088 28060/27636/23089</w:t>
        <w:br/>
        <w:t>f 28014/27588/23046 28011/27591/23046 28015/27592/23049</w:t>
        <w:br/>
        <w:t>f 28061/27638/23090 28014/27588/23046 28015/27592/23049</w:t>
        <w:br/>
        <w:t>f 28065/27639/23091 28064/27640/23092 28063/27641/23093</w:t>
        <w:br/>
        <w:t>f 28062/27642/23091 28065/27639/23091 28063/27641/23093</w:t>
        <w:br/>
        <w:t>f 28069/27643/23094 28068/27644/23095 28067/27645/23096</w:t>
        <w:br/>
        <w:t>f 28066/27646/23094 28069/27643/23094 28067/27645/23096</w:t>
        <w:br/>
        <w:t>f 28073/27647/23097 28072/27648/23097 28071/27649/23097</w:t>
        <w:br/>
        <w:t>f 28070/27650/23098 28073/27647/23097 28071/27649/23097</w:t>
        <w:br/>
        <w:t>f 28077/27651/23099 28076/27652/23099 28075/27653/23100</w:t>
        <w:br/>
        <w:t>f 28074/27654/23100 28077/27651/23099 28075/27653/23100</w:t>
        <w:br/>
        <w:t>f 28081/27655/23101 28080/27656/23102 28079/27657/23103</w:t>
        <w:br/>
        <w:t>f 28078/27658/23101 28081/27655/23101 28079/27657/23103</w:t>
        <w:br/>
        <w:t>f 28083/27659/23104 28082/27660/23104 28074/27654/23100</w:t>
        <w:br/>
        <w:t>f 28075/27653/23100 28083/27659/23104 28074/27654/23100</w:t>
        <w:br/>
        <w:t>f 28080/27656/23102 28085/27661/23105 28084/27662/23105</w:t>
        <w:br/>
        <w:t>f 28079/27657/23103 28080/27656/23102 28084/27662/23105</w:t>
        <w:br/>
        <w:t>f 28089/27663/23106 28088/27664/23107 28087/27665/23108</w:t>
        <w:br/>
        <w:t>f 28086/27666/23109 28089/27663/23106 28087/27665/23108</w:t>
        <w:br/>
        <w:t>f 28088/27664/23107 28091/27667/23110 28090/27668/23110</w:t>
        <w:br/>
        <w:t>f 28087/27665/23108 28088/27664/23107 28090/27668/23110</w:t>
        <w:br/>
        <w:t>f 28091/27667/23110 28093/27669/23111 28092/27670/23112</w:t>
        <w:br/>
        <w:t>f 28090/27668/23110 28091/27667/23110 28092/27670/23112</w:t>
        <w:br/>
        <w:t>f 28097/27671/23113 28096/27672/23114 28095/27673/23060</w:t>
        <w:br/>
        <w:t>f 28094/27674/23115 28097/27671/23113 28095/27673/23060</w:t>
        <w:br/>
        <w:t>f 28101/27675/23064 28100/27676/23116 28099/27677/23117</w:t>
        <w:br/>
        <w:t>f 28098/27678/23063 28101/27675/23064 28099/27677/23117</w:t>
        <w:br/>
        <w:t>f 28104/27679/23019 28103/27680/23118 28102/27681/23119</w:t>
        <w:br/>
        <w:t>f 28102/27681/23119 28103/27680/23118 28105/27682/23120</w:t>
        <w:br/>
        <w:t>f 28107/27683/23121 28106/27684/23021 28105/27682/23120</w:t>
        <w:br/>
        <w:t>f 28105/27682/23120 28106/27684/23021 28102/27681/23119</w:t>
        <w:br/>
        <w:t>f 28109/27685/23122 28108/27686/23123 28099/27677/23117</w:t>
        <w:br/>
        <w:t>f 28099/27677/23117 28108/27686/23123 28098/27678/23063</w:t>
        <w:br/>
        <w:t>f 28111/27687/23068 28110/27688/23124 28100/27676/23116</w:t>
        <w:br/>
        <w:t>f 28101/27675/23064 28111/27687/23068 28100/27676/23116</w:t>
        <w:br/>
        <w:t>f 28104/27679/23019 28113/27689/23024 28112/27690/23125</w:t>
        <w:br/>
        <w:t>f 28103/27680/23118 28104/27679/23019 28112/27690/23125</w:t>
        <w:br/>
        <w:t>f 28094/27674/23115 28095/27673/23060 28115/27691/23126</w:t>
        <w:br/>
        <w:t>f 28114/27692/23127 28094/27674/23115 28115/27691/23126</w:t>
        <w:br/>
        <w:t>f 28093/27669/23111 28117/27693/23128 28116/27694/23128</w:t>
        <w:br/>
        <w:t>f 28092/27670/23112 28093/27669/23111 28116/27694/23128</w:t>
        <w:br/>
        <w:t>f 28117/27693/23128 28119/27695/23129 28118/27696/23130</w:t>
        <w:br/>
        <w:t>f 28116/27694/23128 28117/27693/23128 28118/27696/23130</w:t>
        <w:br/>
        <w:t>f 28113/27689/23024 28121/27697/23131 28120/27698/23132</w:t>
        <w:br/>
        <w:t>f 28112/27690/23125 28113/27689/23024 28120/27698/23132</w:t>
        <w:br/>
        <w:t>f 28123/27699/23073 28122/27700/23133 28110/27688/23124</w:t>
        <w:br/>
        <w:t>f 28111/27687/23068 28123/27699/23073 28110/27688/23124</w:t>
        <w:br/>
        <w:t>f 28125/27701/23134 28124/27702/23135 28109/27685/23122</w:t>
        <w:br/>
        <w:t>f 28109/27685/23122 28124/27702/23135 28108/27686/23123</w:t>
        <w:br/>
        <w:t>f 28127/27703/23136 28126/27704/23137 28107/27683/23121</w:t>
        <w:br/>
        <w:t>f 28107/27683/23121 28126/27704/23137 28106/27684/23021</w:t>
        <w:br/>
        <w:t>f 28130/27705/23138 28129/27706/23139 28128/27707/23140</w:t>
        <w:br/>
        <w:t>f 28128/27707/23140 28129/27706/23139 28131/27708/23141</w:t>
        <w:br/>
        <w:t>f 28134/27709/23142 28133/27710/23143 28132/27711/23144</w:t>
        <w:br/>
        <w:t>f 28132/27711/23144 28133/27710/23143 28135/27712/23145</w:t>
        <w:br/>
        <w:t>f 28131/27708/23141 28136/27713/23146 28128/27707/23140</w:t>
        <w:br/>
        <w:t>f 28128/27707/23140 28136/27713/23146 28137/27714/23147</w:t>
        <w:br/>
        <w:t>f 28135/27712/23145 28139/27715/23148 28138/27716/23148</w:t>
        <w:br/>
        <w:t>f 28132/27711/23144 28135/27712/23145 28138/27716/23148</w:t>
        <w:br/>
        <w:t>f 28136/27713/23146 28141/27717/23149 28140/27718/23150</w:t>
        <w:br/>
        <w:t>f 28137/27714/23147 28136/27713/23146 28140/27718/23150</w:t>
        <w:br/>
        <w:t>f 28139/27715/23148 28143/27719/23151 28142/27720/23151</w:t>
        <w:br/>
        <w:t>f 28138/27716/23148 28139/27715/23148 28142/27720/23151</w:t>
        <w:br/>
        <w:t>f 28145/27721/23152 28140/27718/23150 28141/27717/23149</w:t>
        <w:br/>
        <w:t>f 28144/27722/23152 28145/27721/23152 28141/27717/23149</w:t>
        <w:br/>
        <w:t>f 28143/27719/23151 28147/27723/23153 28146/27724/23153</w:t>
        <w:br/>
        <w:t>f 28142/27720/23151 28143/27719/23151 28146/27724/23153</w:t>
        <w:br/>
        <w:t>f 28147/27723/23153 28149/27725/23154 28148/27726/23154</w:t>
        <w:br/>
        <w:t>f 28146/27724/23153 28147/27723/23153 28148/27726/23154</w:t>
        <w:br/>
        <w:t>f 28145/27721/23152 28144/27722/23152 28151/27727/23155</w:t>
        <w:br/>
        <w:t>f 28150/27728/23155 28145/27721/23152 28151/27727/23155</w:t>
        <w:br/>
        <w:t>f 28150/27728/23155 28151/27727/23155 28153/27729/23156</w:t>
        <w:br/>
        <w:t>f 28152/27730/23157 28150/27728/23155 28153/27729/23156</w:t>
        <w:br/>
        <w:t>f 28155/27731/23158 28148/27726/23154 28149/27725/23154</w:t>
        <w:br/>
        <w:t>f 28154/27732/23158 28155/27731/23158 28149/27725/23154</w:t>
        <w:br/>
        <w:t>f 28154/27732/23158 28157/27733/23159 28156/27734/23159</w:t>
        <w:br/>
        <w:t>f 28155/27731/23158 28154/27732/23158 28156/27734/23159</w:t>
        <w:br/>
        <w:t>f 28152/27730/23157 28153/27729/23156 28159/27735/23160</w:t>
        <w:br/>
        <w:t>f 28158/27736/23161 28152/27730/23157 28159/27735/23160</w:t>
        <w:br/>
        <w:t>f 28162/27737/23162 28161/27738/23162 28160/27739/23162</w:t>
        <w:br/>
        <w:t>f 28163/27740/23162 28162/27737/23162 28160/27739/23162</w:t>
        <w:br/>
        <w:t>f 28166/27741/23163 28165/27742/23163 28164/27743/23163</w:t>
        <w:br/>
        <w:t>f 28167/27744/23163 28166/27741/23163 28164/27743/23163</w:t>
        <w:br/>
        <w:t>f 28114/27692/23164 28170/27745/23165 28169/27746/23166</w:t>
        <w:br/>
        <w:t>f 28168/27747/23167 28114/27692/23164 28169/27746/23166</w:t>
        <w:br/>
        <w:t>f 27973/27549/23013 28172/27748/23168 28171/27749/23169</w:t>
        <w:br/>
        <w:t>f 27972/27550/23013 27973/27549/23013 28171/27749/23169</w:t>
        <w:br/>
        <w:t>f 28174/27750/23170 28173/27751/23171 28025/27601/23056</w:t>
        <w:br/>
        <w:t>f 28026/27600/23055 28174/27750/23170 28025/27601/23056</w:t>
        <w:br/>
        <w:t>f 28178/27752/23172 28177/27753/23173 28176/27754/23174</w:t>
        <w:br/>
        <w:t>f 28175/27755/23175 28178/27752/23172 28176/27754/23174</w:t>
        <w:br/>
        <w:t>f 28085/27661/23105 28089/27663/23106 28086/27666/23109</w:t>
        <w:br/>
        <w:t>f 28084/27662/23105 28085/27661/23105 28086/27666/23109</w:t>
        <w:br/>
        <w:t>f 28175/27755/23175 28179/27756/23055 28096/27672/23114</w:t>
        <w:br/>
        <w:t>f 28097/27671/23113 28175/27755/23175 28096/27672/23114</w:t>
        <w:br/>
        <w:t>f 28172/27748/23168 27970/27546/23011 27969/27547/23011</w:t>
        <w:br/>
        <w:t>f 28171/27749/23169 28172/27748/23168 27969/27547/23011</w:t>
        <w:br/>
        <w:t>f 28021/27599/23054 28022/27598/23054 28173/27751/23171</w:t>
        <w:br/>
        <w:t>f 28174/27750/23170 28021/27599/23054 28173/27751/23171</w:t>
        <w:br/>
        <w:t>f 28181/27757/23176 28180/27758/23176 28177/27753/23173</w:t>
        <w:br/>
        <w:t>f 28178/27752/23172 28181/27757/23176 28177/27753/23173</w:t>
        <w:br/>
        <w:t>f 28183/27759/23177 28182/27760/23177 28180/27758/23176</w:t>
        <w:br/>
        <w:t>f 28181/27757/23176 28183/27759/23177 28180/27758/23176</w:t>
        <w:br/>
        <w:t>f 27964/27541/23006 27966/27544/23009 27967/27543/23008</w:t>
        <w:br/>
        <w:t>f 27959/27539/23004 27964/27541/23006 27967/27543/23008</w:t>
        <w:br/>
        <w:t>f 28019/27595/23052 28020/27594/23051 28016/27593/23050</w:t>
        <w:br/>
        <w:t>f 28013/27589/23047 28019/27595/23052 28016/27593/23050</w:t>
        <w:br/>
        <w:t>f 28066/27646/23094 28081/27655/23101 28078/27658/23101</w:t>
        <w:br/>
        <w:t>f 28069/27643/23094 28066/27646/23094 28078/27658/23101</w:t>
        <w:br/>
        <w:t>f 28082/27660/23104 28083/27659/23104 28182/27760/23177</w:t>
        <w:br/>
        <w:t>f 28183/27759/23177 28082/27660/23104 28182/27760/23177</w:t>
        <w:br/>
        <w:t>f 27964/27541/23006 27963/27540/23005 28010/27587/23045</w:t>
        <w:br/>
        <w:t>f 28016/27593/23050 28061/27638/23090 28015/27592/23049</w:t>
        <w:br/>
        <w:t>f 28126/27704/23137 28127/27703/23136 28130/27705/23138</w:t>
        <w:br/>
        <w:t>f 28130/27705/23138 28127/27703/23136 28129/27706/23139</w:t>
        <w:br/>
        <w:t>f 28046/27623/23078 28047/27622/23077 28184/27761/23178</w:t>
        <w:br/>
        <w:t>f 28044/27621/23076 28047/27622/23077 28043/27620/23075</w:t>
        <w:br/>
        <w:t>f 28133/27710/23143 28134/27709/23142 28125/27701/23134</w:t>
        <w:br/>
        <w:t>f 28125/27701/23134 28134/27709/23142 28124/27702/23135</w:t>
        <w:br/>
        <w:t>f 27994/27574/23036 27995/27573/23035 27992/27570/23033</w:t>
        <w:br/>
        <w:t>f 27993/27569/23032 27994/27574/23036 27992/27570/23033</w:t>
        <w:br/>
        <w:t>f 28122/27700/23133 28123/27699/23073 28118/27696/23130</w:t>
        <w:br/>
        <w:t>f 28119/27695/23129 28122/27700/23133 28118/27696/23130</w:t>
        <w:br/>
        <w:t>f 28186/27762/23179 28185/27763/23180 28041/27619/23181</w:t>
        <w:br/>
        <w:t>f 28041/27619/23074 28040/27617/23072 28042/27618/23073</w:t>
        <w:br/>
        <w:t>f 28169/27746/23166 28120/27698/23132 28121/27697/23131</w:t>
        <w:br/>
        <w:t>f 28168/27747/23167 28169/27746/23166 28121/27697/23131</w:t>
        <w:br/>
        <w:t>f 27991/27568/23031 27989/27564/23027 27990/27567/23030</w:t>
        <w:br/>
        <w:t>f 27985/27562/23025 27988/27565/23028 27986/27563/23026</w:t>
        <w:br/>
        <w:t>f 27991/27568/23031 27988/27565/23028 27989/27564/23027</w:t>
        <w:br/>
        <w:t>f 28190/27764/23182 28189/27765/23183 28188/27766/23184</w:t>
        <w:br/>
        <w:t>f 28187/27767/23185 28190/27764/23182 28188/27766/23184</w:t>
        <w:br/>
        <w:t>f 28188/27766/23184 28189/27765/23183 28191/27768/23186</w:t>
        <w:br/>
        <w:t>f 28189/27765/23183 28192/27769/23187 28191/27768/23186</w:t>
        <w:br/>
        <w:t>f 28196/27770/23188 28195/27771/23188 28194/27772/23189</w:t>
        <w:br/>
        <w:t>f 28193/27773/23189 28196/27770/23188 28194/27772/23189</w:t>
        <w:br/>
        <w:t>f 28198/27774/23190 28197/27775/23190 28195/27771/23188</w:t>
        <w:br/>
        <w:t>f 28196/27770/23188 28198/27774/23190 28195/27771/23188</w:t>
        <w:br/>
        <w:t>f 28202/27776/23191 28201/27777/23192 28200/27778/23193</w:t>
        <w:br/>
        <w:t>f 28199/27779/23193 28202/27776/23191 28200/27778/23193</w:t>
        <w:br/>
        <w:t>f 28204/27780/23194 28203/27781/23195 28202/27776/23191</w:t>
        <w:br/>
        <w:t>f 28203/27781/23195 28201/27777/23192 28202/27776/23191</w:t>
        <w:br/>
        <w:t>f 28208/27782/23196 28207/27783/23197 28206/27784/23198</w:t>
        <w:br/>
        <w:t>f 28205/27785/23199 28208/27782/23196 28206/27784/23198</w:t>
        <w:br/>
        <w:t>f 28210/27786/23200 28207/27783/23197 28208/27782/23196</w:t>
        <w:br/>
        <w:t>f 28209/27787/23201 28210/27786/23200 28208/27782/23196</w:t>
        <w:br/>
        <w:t>f 28205/27785/23199 28206/27784/23198 28212/27788/23202</w:t>
        <w:br/>
        <w:t>f 28211/27789/23203 28205/27785/23199 28212/27788/23202</w:t>
        <w:br/>
        <w:t>f 28203/27781/23195 28204/27780/23194 28213/27790/23204</w:t>
        <w:br/>
        <w:t>f 28204/27780/23194 28214/27791/23205 28213/27790/23204</w:t>
        <w:br/>
        <w:t>f 28217/27792/23206 28216/27793/23207 28215/27794/23208</w:t>
        <w:br/>
        <w:t>f 28212/27788/23202 28218/27795/23209 28211/27789/23203</w:t>
        <w:br/>
        <w:t>f 28218/27795/23209 28219/27796/23210 28211/27789/23203</w:t>
        <w:br/>
        <w:t>f 28209/27787/23201 28221/27797/23211 28220/27798/23212</w:t>
        <w:br/>
        <w:t>f 28210/27786/23200 28209/27787/23201 28220/27798/23212</w:t>
        <w:br/>
        <w:t>f 28225/27799/23213 28224/27800/23214 28223/27801/23215</w:t>
        <w:br/>
        <w:t>f 28222/27802/23213 28225/27799/23213 28223/27801/23215</w:t>
        <w:br/>
        <w:t>f 28227/27803/23216 28225/27799/23213 28222/27802/23213</w:t>
        <w:br/>
        <w:t>f 28226/27804/23216 28227/27803/23216 28222/27802/23213</w:t>
        <w:br/>
        <w:t>f 28229/27805/23217 28227/27803/23216 28226/27804/23216</w:t>
        <w:br/>
        <w:t>f 28228/27806/23217 28229/27805/23217 28226/27804/23216</w:t>
        <w:br/>
        <w:t>f 28231/27807/23218 28229/27805/23217 28228/27806/23217</w:t>
        <w:br/>
        <w:t>f 28230/27808/23219 28231/27807/23218 28228/27806/23217</w:t>
        <w:br/>
        <w:t>f 28230/27808/23219 28233/27809/23220 28232/27810/23221</w:t>
        <w:br/>
        <w:t>f 28231/27807/23218 28230/27808/23219 28232/27810/23221</w:t>
        <w:br/>
        <w:t>f 28232/27810/23221 28233/27809/23220 28235/27811/23222</w:t>
        <w:br/>
        <w:t>f 28234/27812/23223 28232/27810/23221 28235/27811/23222</w:t>
        <w:br/>
        <w:t>f 28234/27812/23223 28235/27811/23222 28237/27813/23224</w:t>
        <w:br/>
        <w:t>f 28236/27814/23224 28234/27812/23223 28237/27813/23224</w:t>
        <w:br/>
        <w:t>f 28191/27768/23186 28238/27815/23225 28190/27764/23182</w:t>
        <w:br/>
        <w:t>f 28187/27767/23185 28191/27768/23186 28190/27764/23182</w:t>
        <w:br/>
        <w:t>f 28242/27816/23226 28241/27817/23226 28240/27818/23227</w:t>
        <w:br/>
        <w:t>f 28239/27819/23228 28242/27816/23226 28240/27818/23227</w:t>
        <w:br/>
        <w:t>f 28240/27818/23227 28243/27820/23229 28239/27819/23228</w:t>
        <w:br/>
        <w:t>f 28239/27819/23228 28243/27820/23229 28244/27821/23230</w:t>
        <w:br/>
        <w:t>f 28248/27822/23231 28247/27823/23232 28246/27824/23232</w:t>
        <w:br/>
        <w:t>f 28245/27825/23231 28248/27822/23231 28246/27824/23232</w:t>
        <w:br/>
        <w:t>f 28247/27823/23232 28250/27826/23233 28249/27827/23234</w:t>
        <w:br/>
        <w:t>f 28246/27824/23232 28247/27823/23232 28249/27827/23234</w:t>
        <w:br/>
        <w:t>f 28254/27828/23235 28253/27829/23236 28252/27830/23237</w:t>
        <w:br/>
        <w:t>f 28251/27831/23238 28254/27828/23235 28252/27830/23237</w:t>
        <w:br/>
        <w:t>f 28256/27832/23239 28252/27830/23237 28255/27833/23240</w:t>
        <w:br/>
        <w:t>f 28252/27830/23237 28253/27829/23236 28255/27833/23240</w:t>
        <w:br/>
        <w:t>f 28259/27834/23241 28258/27835/23242 28257/27836/23243</w:t>
        <w:br/>
        <w:t>f 28258/27835/23242 28260/27837/23244 28257/27836/23243</w:t>
        <w:br/>
        <w:t>f 28259/27834/23241 28261/27838/23245 28258/27835/23242</w:t>
        <w:br/>
        <w:t>f 28261/27838/23245 28262/27839/23246 28258/27835/23242</w:t>
        <w:br/>
        <w:t>f 28264/27840/23247 28257/27836/23243 28260/27837/23244</w:t>
        <w:br/>
        <w:t>f 28263/27841/23248 28264/27840/23247 28260/27837/23244</w:t>
        <w:br/>
        <w:t>f 28266/27842/23249 28256/27832/23239 28265/27843/23250</w:t>
        <w:br/>
        <w:t>f 28256/27832/23239 28255/27833/23240 28265/27843/23250</w:t>
        <w:br/>
        <w:t>f 28265/27843/23250 28267/27844/23251 28266/27842/23249</w:t>
        <w:br/>
        <w:t>f 28267/27844/23251 28268/27845/23252 28266/27842/23249</w:t>
        <w:br/>
        <w:t>f 28270/27846/23253 28269/27847/23254 28263/27841/23248</w:t>
        <w:br/>
        <w:t>f 28269/27847/23254 28264/27840/23247 28263/27841/23248</w:t>
        <w:br/>
        <w:t>f 28261/27838/23245 28271/27848/23255 28262/27839/23246</w:t>
        <w:br/>
        <w:t>f 28271/27848/23255 28272/27849/23256 28262/27839/23246</w:t>
        <w:br/>
        <w:t>f 28275/27850/23257 28274/27851/23258 28273/27852/23259</w:t>
        <w:br/>
        <w:t>f 28274/27851/23258 28276/27853/23260 28273/27852/23259</w:t>
        <w:br/>
        <w:t>f 28278/27854/23261 28276/27853/23260 28277/27855/23262</w:t>
        <w:br/>
        <w:t>f 28276/27853/23260 28274/27851/23258 28277/27855/23262</w:t>
        <w:br/>
        <w:t>f 28278/27854/23261 28277/27855/23262 28280/27856/23263</w:t>
        <w:br/>
        <w:t>f 28279/27857/23264 28278/27854/23261 28280/27856/23263</w:t>
        <w:br/>
        <w:t>f 28282/27858/23265 28281/27859/23265 28279/27857/23264</w:t>
        <w:br/>
        <w:t>f 28280/27856/23263 28282/27858/23265 28279/27857/23264</w:t>
        <w:br/>
        <w:t>f 28281/27859/23265 28282/27858/23265 28284/27860/23266</w:t>
        <w:br/>
        <w:t>f 28283/27861/23266 28281/27859/23265 28284/27860/23266</w:t>
        <w:br/>
        <w:t>f 28286/27862/23267 28283/27861/23266 28284/27860/23266</w:t>
        <w:br/>
        <w:t>f 28285/27863/23267 28286/27862/23267 28284/27860/23266</w:t>
        <w:br/>
        <w:t>f 28285/27863/23267 28288/27864/23268 28287/27865/23268</w:t>
        <w:br/>
        <w:t>f 28286/27862/23267 28285/27863/23267 28287/27865/23268</w:t>
        <w:br/>
        <w:t>f 28242/27816/23226 28289/27866/23269 28243/27820/23229</w:t>
        <w:br/>
        <w:t>f 28241/27817/23226 28242/27816/23226 28243/27820/23229</w:t>
        <w:br/>
        <w:t>f 28293/27867/23270 28292/27868/23271 28291/27869/23272</w:t>
        <w:br/>
        <w:t>f 28290/27870/23270 28293/27867/23270 28291/27869/23272</w:t>
        <w:br/>
        <w:t>f 28297/27871/23273 28296/27872/23273 28295/27873/23274</w:t>
        <w:br/>
        <w:t>f 28294/27874/23274 28297/27871/23273 28295/27873/23274</w:t>
        <w:br/>
        <w:t>f 28301/27875/23275 28300/27876/23276 28299/27877/23277</w:t>
        <w:br/>
        <w:t>f 28298/27878/23275 28301/27875/23275 28299/27877/23277</w:t>
        <w:br/>
        <w:t>f 28305/27879/23278 28304/27880/23279 28303/27881/23279</w:t>
        <w:br/>
        <w:t>f 28302/27882/23278 28305/27879/23278 28303/27881/23279</w:t>
        <w:br/>
        <w:t>f 28309/27883/23280 28308/27884/23280 28307/27885/23281</w:t>
        <w:br/>
        <w:t>f 28306/27886/23282 28309/27883/23280 28307/27885/23281</w:t>
        <w:br/>
        <w:t>f 28311/27887/23283 28303/27881/23279 28304/27880/23279</w:t>
        <w:br/>
        <w:t>f 28310/27888/23284 28311/27887/23283 28304/27880/23279</w:t>
        <w:br/>
        <w:t>f 28306/27886/23282 28307/27885/23281 28313/27889/23285</w:t>
        <w:br/>
        <w:t>f 28312/27890/23286 28306/27886/23282 28313/27889/23285</w:t>
        <w:br/>
        <w:t>f 28317/27891/23287 28316/27892/23287 28315/27893/23288</w:t>
        <w:br/>
        <w:t>f 28314/27894/23289 28317/27891/23287 28315/27893/23288</w:t>
        <w:br/>
        <w:t>f 28314/27894/23289 28315/27893/23288 28319/27895/23290</w:t>
        <w:br/>
        <w:t>f 28318/27896/23290 28314/27894/23289 28319/27895/23290</w:t>
        <w:br/>
        <w:t>f 28318/27896/23290 28319/27895/23290 28321/27897/23291</w:t>
        <w:br/>
        <w:t>f 28320/27898/23291 28318/27896/23290 28321/27897/23291</w:t>
        <w:br/>
        <w:t>f 28325/27899/23292 28324/27900/23293 28323/27901/23294</w:t>
        <w:br/>
        <w:t>f 28322/27902/23236 28325/27899/23292 28323/27901/23294</w:t>
        <w:br/>
        <w:t>f 28329/27903/23244 28328/27904/23295 28327/27905/23296</w:t>
        <w:br/>
        <w:t>f 28326/27906/23297 28329/27903/23244 28327/27905/23296</w:t>
        <w:br/>
        <w:t>f 28332/27907/23198 28331/27908/23298 28330/27909/23299</w:t>
        <w:br/>
        <w:t>f 28331/27908/23298 28333/27910/23300 28330/27909/23299</w:t>
        <w:br/>
        <w:t>f 28335/27911/23301 28333/27910/23300 28334/27912/23200</w:t>
        <w:br/>
        <w:t>f 28333/27910/23300 28331/27908/23298 28334/27912/23200</w:t>
        <w:br/>
        <w:t>f 28337/27913/23302 28327/27905/23296 28336/27914/23246</w:t>
        <w:br/>
        <w:t>f 28327/27905/23296 28328/27904/23295 28336/27914/23246</w:t>
        <w:br/>
        <w:t>f 28339/27915/23248 28329/27903/23244 28326/27906/23297</w:t>
        <w:br/>
        <w:t>f 28338/27916/23303 28339/27915/23248 28326/27906/23297</w:t>
        <w:br/>
        <w:t>f 28332/27907/23198 28330/27909/23299 28341/27917/23304</w:t>
        <w:br/>
        <w:t>f 28340/27918/23202 28332/27907/23198 28341/27917/23304</w:t>
        <w:br/>
        <w:t>f 28324/27900/23293 28343/27919/23305 28342/27920/23306</w:t>
        <w:br/>
        <w:t>f 28323/27901/23294 28324/27900/23293 28342/27920/23306</w:t>
        <w:br/>
        <w:t>f 28320/27898/23291 28321/27897/23291 28345/27921/23307</w:t>
        <w:br/>
        <w:t>f 28344/27922/23307 28320/27898/23291 28345/27921/23307</w:t>
        <w:br/>
        <w:t>f 28344/27922/23307 28345/27921/23307 28347/27923/23308</w:t>
        <w:br/>
        <w:t>f 28346/27924/23309 28344/27922/23307 28347/27923/23308</w:t>
        <w:br/>
        <w:t>f 28340/27918/23202 28341/27917/23304 28349/27925/23310</w:t>
        <w:br/>
        <w:t>f 28348/27926/23209 28340/27918/23202 28349/27925/23310</w:t>
        <w:br/>
        <w:t>f 28351/27927/23311 28339/27915/23248 28338/27916/23303</w:t>
        <w:br/>
        <w:t>f 28350/27928/23312 28351/27927/23311 28338/27916/23303</w:t>
        <w:br/>
        <w:t>f 28353/27929/23313 28337/27913/23302 28352/27930/23314</w:t>
        <w:br/>
        <w:t>f 28337/27913/23302 28336/27914/23246 28352/27930/23314</w:t>
        <w:br/>
        <w:t>f 28355/27931/23315 28335/27911/23301 28354/27932/23316</w:t>
        <w:br/>
        <w:t>f 28335/27911/23301 28334/27912/23200 28354/27932/23316</w:t>
        <w:br/>
        <w:t>f 28358/27933/23317 28357/27934/23318 28356/27935/23319</w:t>
        <w:br/>
        <w:t>f 28357/27934/23318 28359/27936/23320 28356/27935/23319</w:t>
        <w:br/>
        <w:t>f 28362/27937/23321 28361/27938/23322 28360/27939/23323</w:t>
        <w:br/>
        <w:t>f 28361/27938/23322 28363/27940/23324 28360/27939/23323</w:t>
        <w:br/>
        <w:t>f 28359/27936/23320 28357/27934/23318 28364/27941/23262</w:t>
        <w:br/>
        <w:t>f 28357/27934/23318 28365/27942/23325 28364/27941/23262</w:t>
        <w:br/>
        <w:t>f 28363/27940/23324 28361/27938/23322 28367/27943/23326</w:t>
        <w:br/>
        <w:t>f 28366/27944/23326 28363/27940/23324 28367/27943/23326</w:t>
        <w:br/>
        <w:t>f 28369/27945/23327 28368/27946/23328 28364/27941/23262</w:t>
        <w:br/>
        <w:t>f 28365/27942/23325 28369/27945/23327 28364/27941/23262</w:t>
        <w:br/>
        <w:t>f 28366/27944/23326 28367/27943/23326 28371/27947/23329</w:t>
        <w:br/>
        <w:t>f 28370/27948/23329 28366/27944/23326 28371/27947/23329</w:t>
        <w:br/>
        <w:t>f 28373/27949/23330 28372/27950/23331 28368/27946/23328</w:t>
        <w:br/>
        <w:t>f 28369/27945/23327 28373/27949/23330 28368/27946/23328</w:t>
        <w:br/>
        <w:t>f 28370/27948/23329 28371/27947/23329 28375/27951/23332</w:t>
        <w:br/>
        <w:t>f 28374/27952/23333 28370/27948/23329 28375/27951/23332</w:t>
        <w:br/>
        <w:t>f 28374/27952/23333 28375/27951/23332 28377/27953/23334</w:t>
        <w:br/>
        <w:t>f 28376/27954/23334 28374/27952/23333 28377/27953/23334</w:t>
        <w:br/>
        <w:t>f 28379/27955/23335 28372/27950/23331 28373/27949/23330</w:t>
        <w:br/>
        <w:t>f 28378/27956/23335 28379/27955/23335 28373/27949/23330</w:t>
        <w:br/>
        <w:t>f 28378/27956/23335 28381/27957/23336 28380/27958/23336</w:t>
        <w:br/>
        <w:t>f 28379/27955/23335 28378/27956/23335 28380/27958/23336</w:t>
        <w:br/>
        <w:t>f 28376/27954/23334 28377/27953/23334 28383/27959/23337</w:t>
        <w:br/>
        <w:t>f 28382/27960/23337 28376/27954/23334 28383/27959/23337</w:t>
        <w:br/>
        <w:t>f 28385/27961/23338 28384/27962/23338 28382/27960/23337</w:t>
        <w:br/>
        <w:t>f 28383/27959/23337 28385/27961/23338 28382/27960/23337</w:t>
        <w:br/>
        <w:t>f 28381/27957/23336 28387/27963/23339 28386/27964/23339</w:t>
        <w:br/>
        <w:t>f 28380/27958/23336 28381/27957/23336 28386/27964/23339</w:t>
        <w:br/>
        <w:t>f 28390/27965/23340 28389/27966/23340 28388/27967/23340</w:t>
        <w:br/>
        <w:t>f 28391/27968/23340 28390/27965/23340 28388/27967/23340</w:t>
        <w:br/>
        <w:t>f 28394/27969/23341 28393/27970/23341 28392/27971/23341</w:t>
        <w:br/>
        <w:t>f 28395/27972/23342 28394/27969/23341 28392/27971/23341</w:t>
        <w:br/>
        <w:t>f 28343/27919/23343 28398/27973/23344 28397/27974/23344</w:t>
        <w:br/>
        <w:t>f 28396/27975/23345 28343/27919/23343 28397/27974/23344</w:t>
        <w:br/>
        <w:t>f 28199/27779/23193 28200/27778/23193 28400/27976/23346</w:t>
        <w:br/>
        <w:t>f 28399/27977/23347 28199/27779/23193 28400/27976/23346</w:t>
        <w:br/>
        <w:t>f 28402/27978/23348 28254/27828/23235 28251/27831/23238</w:t>
        <w:br/>
        <w:t>f 28401/27979/23349 28402/27978/23348 28251/27831/23238</w:t>
        <w:br/>
        <w:t>f 28406/27980/23350 28405/27981/23351 28404/27982/23352</w:t>
        <w:br/>
        <w:t>f 28403/27983/23353 28406/27980/23350 28404/27982/23352</w:t>
        <w:br/>
        <w:t>f 28312/27890/23286 28313/27889/23285 28316/27892/23287</w:t>
        <w:br/>
        <w:t>f 28317/27891/23287 28312/27890/23286 28316/27892/23287</w:t>
        <w:br/>
        <w:t>f 28405/27981/23351 28325/27899/23292 28322/27902/23236</w:t>
        <w:br/>
        <w:t>f 28407/27984/23235 28405/27981/23351 28322/27902/23236</w:t>
        <w:br/>
        <w:t>f 28399/27977/23347 28400/27976/23346 28197/27775/23190</w:t>
        <w:br/>
        <w:t>f 28198/27774/23190 28399/27977/23347 28197/27775/23190</w:t>
        <w:br/>
        <w:t>f 28250/27826/23233 28402/27978/23348 28401/27979/23349</w:t>
        <w:br/>
        <w:t>f 28249/27827/23234 28250/27826/23233 28401/27979/23349</w:t>
        <w:br/>
        <w:t>f 28409/27985/23354 28406/27980/23350 28403/27983/23353</w:t>
        <w:br/>
        <w:t>f 28408/27986/23355 28409/27985/23354 28403/27983/23353</w:t>
        <w:br/>
        <w:t>f 28411/27987/23356 28409/27985/23354 28408/27986/23355</w:t>
        <w:br/>
        <w:t>f 28410/27988/23356 28411/27987/23356 28408/27986/23355</w:t>
        <w:br/>
        <w:t>f 28192/27769/23187 28189/27765/23183 28193/27773/23189</w:t>
        <w:br/>
        <w:t>f 28194/27772/23189 28192/27769/23187 28193/27773/23189</w:t>
        <w:br/>
        <w:t>f 28245/27825/23231 28239/27819/23228 28244/27821/23230</w:t>
        <w:br/>
        <w:t>f 28248/27822/23231 28245/27825/23231 28244/27821/23230</w:t>
        <w:br/>
        <w:t>f 28294/27874/23274 28295/27873/23274 28308/27884/23280</w:t>
        <w:br/>
        <w:t>f 28309/27883/23280 28294/27874/23274 28308/27884/23280</w:t>
        <w:br/>
        <w:t>f 28310/27888/23284 28411/27987/23356 28410/27988/23356</w:t>
        <w:br/>
        <w:t>f 28311/27887/23283 28310/27888/23284 28410/27988/23356</w:t>
        <w:br/>
        <w:t>f 28192/27769/23187 28238/27815/23225 28191/27768/23186</w:t>
        <w:br/>
        <w:t>f 28244/27821/23230 28243/27820/23229 28289/27866/23269</w:t>
        <w:br/>
        <w:t>f 28354/27932/23316 28358/27933/23317 28355/27931/23315</w:t>
        <w:br/>
        <w:t>f 28358/27933/23317 28356/27935/23319 28355/27931/23315</w:t>
        <w:br/>
        <w:t>f 28273/27852/23259 28412/27989/23357 28275/27850/23257</w:t>
        <w:br/>
        <w:t>f 28272/27849/23256 28271/27848/23255 28275/27850/23358</w:t>
        <w:br/>
        <w:t>f 28360/27939/23323 28353/27929/23313 28362/27937/23321</w:t>
        <w:br/>
        <w:t>f 28353/27929/23313 28352/27930/23314 28362/27937/23321</w:t>
        <w:br/>
        <w:t>f 28224/27800/23214 28220/27798/23212 28221/27797/23211</w:t>
        <w:br/>
        <w:t>f 28223/27801/23215 28224/27800/23214 28221/27797/23211</w:t>
        <w:br/>
        <w:t>f 28350/27928/23312 28346/27924/23309 28347/27923/23308</w:t>
        <w:br/>
        <w:t>f 28351/27927/23311 28350/27928/23312 28347/27923/23308</w:t>
        <w:br/>
        <w:t>f 28414/27990/23359 28269/27847/23360 28413/27991/23308</w:t>
        <w:br/>
        <w:t>f 28269/27847/23254 28270/27846/23253 28268/27845/23252</w:t>
        <w:br/>
        <w:t>f 28397/27974/23344 28398/27973/23344 28348/27926/23209</w:t>
        <w:br/>
        <w:t>f 28349/27925/23310 28397/27974/23344 28348/27926/23209</w:t>
        <w:br/>
        <w:t>f 28219/27796/23210 28218/27795/23209 28217/27792/23206</w:t>
        <w:br/>
        <w:t>f 28213/27790/23204 28214/27791/23205 28215/27794/23361</w:t>
        <w:br/>
        <w:t>f 28219/27796/23210 28217/27792/23206 28215/27794/23208</w:t>
        <w:br/>
        <w:t>f 11175/27992/23362 11174/27993/23363 11173/27994/23364</w:t>
        <w:br/>
        <w:t>f 11172/27995/23362 11175/27992/23362 11173/27994/23364</w:t>
        <w:br/>
        <w:t>f 11173/27994/23364 11174/27993/23363 11177/27996/23365</w:t>
        <w:br/>
        <w:t>f 11176/27997/23366 11173/27994/23364 11177/27996/23365</w:t>
        <w:br/>
        <w:t>f 11180/27998/23367 11179/27999/23368 11178/28000/23369</w:t>
        <w:br/>
        <w:t>f 11181/28001/23370 11180/27998/23367 11178/28000/23369</w:t>
        <w:br/>
        <w:t>f 11185/28002/23371 11184/28003/23371 11183/28004/23372</w:t>
        <w:br/>
        <w:t>f 11182/28005/23371 11185/28002/23371 11183/28004/23372</w:t>
        <w:br/>
        <w:t>f 11189/28006/23373 11188/28007/23374 11187/28008/23373</w:t>
        <w:br/>
        <w:t>f 11186/28009/23375 11189/28006/23373 11187/28008/23373</w:t>
        <w:br/>
        <w:t>f 11192/28010/23376 11191/28011/23376 11190/28012/23377</w:t>
        <w:br/>
        <w:t>f 11193/28013/23378 11192/28010/23376 11190/28012/23377</w:t>
        <w:br/>
        <w:t>f 11197/28014/23379 11196/28015/23380 11195/28016/23380</w:t>
        <w:br/>
        <w:t>f 11194/28017/23381 11197/28014/23379 11195/28016/23380</w:t>
        <w:br/>
        <w:t>f 11172/27995/23362 11199/28018/23382 11198/28019/23383</w:t>
        <w:br/>
        <w:t>f 11175/27992/23362 11172/27995/23362 11198/28019/23383</w:t>
        <w:br/>
        <w:t>f 11203/28020/23384 11202/28021/23384 11201/28022/23385</w:t>
        <w:br/>
        <w:t>f 11200/28023/23385 11203/28020/23384 11201/28022/23385</w:t>
        <w:br/>
        <w:t>f 11201/28022/23385 11205/28024/23386 11204/28025/23386</w:t>
        <w:br/>
        <w:t>f 11200/28023/23385 11201/28022/23385 11204/28025/23386</w:t>
        <w:br/>
        <w:t>f 11203/28020/23384 11207/28026/23387 11206/28027/23387</w:t>
        <w:br/>
        <w:t>f 11202/28021/23384 11203/28020/23384 11206/28027/23387</w:t>
        <w:br/>
        <w:t>f 11209/28028/23388 11178/28000/23369 11179/27999/23368</w:t>
        <w:br/>
        <w:t>f 11208/28029/23388 11209/28028/23388 11179/27999/23368</w:t>
        <w:br/>
        <w:t>f 11209/28028/23388 11208/28029/23388 11211/28030/23389</w:t>
        <w:br/>
        <w:t>f 11210/28031/23389 11209/28028/23388 11211/28030/23389</w:t>
        <w:br/>
        <w:t>f 11214/28032/23390 11213/28033/23391 11212/28034/23390</w:t>
        <w:br/>
        <w:t>f 11215/28035/23392 11214/28032/23390 11212/28034/23390</w:t>
        <w:br/>
        <w:t>f 11218/28036/23393 11217/28037/23394 11216/28038/23395</w:t>
        <w:br/>
        <w:t>f 11220/28039/23396 11218/28036/23393 11216/28038/23395</w:t>
        <w:br/>
        <w:t>f 11219/28040/23397 11220/28039/23396 11216/28038/23395</w:t>
        <w:br/>
        <w:t>f 11220/28039/23396 11219/28040/23397 11221/28041/23398</w:t>
        <w:br/>
        <w:t>f 11225/28042/23399 11224/28043/23400 11223/28044/23401</w:t>
        <w:br/>
        <w:t>f 11222/28045/23402 11225/28042/23399 11223/28044/23401</w:t>
        <w:br/>
        <w:t>f 11222/28045/23402 11226/28046/23403 11225/28042/23399</w:t>
        <w:br/>
        <w:t>f 11227/28047/23404 11223/28044/23401 11224/28043/23400</w:t>
        <w:br/>
        <w:t>f 11227/28047/23404 11224/28043/23400 11216/28038/23395</w:t>
        <w:br/>
        <w:t>f 11217/28037/23394 11227/28047/23404 11216/28038/23395</w:t>
        <w:br/>
        <w:t>f 11225/28042/23399 11226/28046/23403 11221/28041/23398</w:t>
        <w:br/>
        <w:t>f 11219/28040/23397 11225/28042/23399 11221/28041/23398</w:t>
        <w:br/>
        <w:t>f 11222/28045/23402 11223/28044/23401 11229/28048/23405</w:t>
        <w:br/>
        <w:t>f 11228/28049/23406 11222/28045/23402 11229/28048/23405</w:t>
        <w:br/>
        <w:t>f 11232/28050/23407 11231/28051/23408 11230/28052/23409</w:t>
        <w:br/>
        <w:t>f 11231/28051/23408 11232/28050/23407 11234/28053/23410</w:t>
        <w:br/>
        <w:t>f 11233/28054/23411 11231/28051/23408 11234/28053/23410</w:t>
        <w:br/>
        <w:t>f 11234/28053/23410 11235/28055/23412 11233/28054/23411</w:t>
        <w:br/>
        <w:t>f 11239/28056/23413 11238/28057/23414 11237/28058/23415</w:t>
        <w:br/>
        <w:t>f 11236/28059/23416 11239/28056/23413 11237/28058/23415</w:t>
        <w:br/>
        <w:t>f 11238/28057/23414 11239/28056/23413 11240/28060/23417</w:t>
        <w:br/>
        <w:t>f 11241/28061/23418 11236/28059/23416 11237/28058/23415</w:t>
        <w:br/>
        <w:t>f 11241/28061/23418 11230/28052/23409 11231/28051/23408</w:t>
        <w:br/>
        <w:t>f 11236/28059/23416 11241/28061/23418 11231/28051/23408</w:t>
        <w:br/>
        <w:t>f 11239/28056/23413 11233/28054/23411 11235/28055/23412</w:t>
        <w:br/>
        <w:t>f 11240/28060/23417 11239/28056/23413 11235/28055/23412</w:t>
        <w:br/>
        <w:t>f 11238/28057/23414 11243/28062/23419 11242/28063/23420</w:t>
        <w:br/>
        <w:t>f 11237/28058/23415 11238/28057/23414 11242/28063/23420</w:t>
        <w:br/>
        <w:t>f 11247/28064/23421 11246/28065/23422 11245/28066/23423</w:t>
        <w:br/>
        <w:t>f 11244/28067/23424 11247/28064/23421 11245/28066/23423</w:t>
        <w:br/>
        <w:t>f 11251/28068/23425 11250/28069/23426 11249/28070/23427</w:t>
        <w:br/>
        <w:t>f 11248/28071/23428 11251/28068/23425 11249/28070/23427</w:t>
        <w:br/>
        <w:t>f 11255/28072/23429 11254/28073/23430 11253/28074/23431</w:t>
        <w:br/>
        <w:t>f 11252/28075/23432 11255/28072/23429 11253/28074/23431</w:t>
        <w:br/>
        <w:t>f 11257/28076/23433 11252/28075/23432 11253/28074/23431</w:t>
        <w:br/>
        <w:t>f 11256/28077/23434 11257/28076/23433 11253/28074/23431</w:t>
        <w:br/>
        <w:t>f 11259/28078/23435 11258/28079/23436 11254/28073/23430</w:t>
        <w:br/>
        <w:t>f 11255/28072/23429 11259/28078/23435 11254/28073/23430</w:t>
        <w:br/>
        <w:t>f 11263/28080/23437 11262/28081/23438 11261/28082/23439</w:t>
        <w:br/>
        <w:t>f 11260/28083/23437 11263/28080/23437 11261/28082/23439</w:t>
        <w:br/>
        <w:t>f 11266/28084/23440 11265/28085/23441 11264/28086/23442</w:t>
        <w:br/>
        <w:t>f 11267/28087/23442 11266/28084/23440 11264/28086/23442</w:t>
        <w:br/>
        <w:t>f 11262/28081/23438 11269/28088/23443 11268/28089/23444</w:t>
        <w:br/>
        <w:t>f 11261/28082/23439 11262/28081/23438 11268/28089/23444</w:t>
        <w:br/>
        <w:t>f 11271/28090/23445 11270/28091/23445 11268/28089/23444</w:t>
        <w:br/>
        <w:t>f 11269/28088/23443 11271/28090/23445 11268/28089/23444</w:t>
        <w:br/>
        <w:t>f 11270/28091/23445 11271/28090/23445 11265/28085/23441</w:t>
        <w:br/>
        <w:t>f 11266/28084/23440 11270/28091/23445 11265/28085/23441</w:t>
        <w:br/>
        <w:t>f 11274/28092/23446 11273/28093/23447 11272/28094/23442</w:t>
        <w:br/>
        <w:t>f 11275/28095/23448 11274/28092/23446 11272/28094/23442</w:t>
        <w:br/>
        <w:t>f 11274/28092/23446 11277/28096/23449 11276/28097/23450</w:t>
        <w:br/>
        <w:t>f 11273/28093/23447 11274/28092/23446 11276/28097/23450</w:t>
        <w:br/>
        <w:t>f 11277/28096/23449 11263/28080/23437 11260/28083/23437</w:t>
        <w:br/>
        <w:t>f 11276/28097/23450 11277/28096/23449 11260/28083/23437</w:t>
        <w:br/>
        <w:t>f 11250/28069/23426 11244/28067/23424 11245/28066/23423</w:t>
        <w:br/>
        <w:t>f 11249/28070/23427 11250/28069/23426 11245/28066/23423</w:t>
        <w:br/>
        <w:t>f 11281/28098/23402 11280/28099/23451 11279/28100/23452</w:t>
        <w:br/>
        <w:t>f 11278/28101/23453 11281/28098/23402 11279/28100/23452</w:t>
        <w:br/>
        <w:t>f 11283/28102/23454 11281/28098/23402 11278/28101/23453</w:t>
        <w:br/>
        <w:t>f 11282/28103/23455 11283/28102/23454 11278/28101/23453</w:t>
        <w:br/>
        <w:t>f 11285/28104/23456 11284/28105/23457 11279/28100/23452</w:t>
        <w:br/>
        <w:t>f 11280/28099/23451 11285/28104/23456 11279/28100/23452</w:t>
        <w:br/>
        <w:t>f 11284/28105/23457 11285/28104/23456 11287/28106/23458</w:t>
        <w:br/>
        <w:t>f 11286/28107/23459 11284/28105/23457 11287/28106/23458</w:t>
        <w:br/>
        <w:t>f 11286/28107/23459 11287/28106/23458 11289/28108/23460</w:t>
        <w:br/>
        <w:t>f 11288/28109/23461 11286/28107/23459 11289/28108/23460</w:t>
        <w:br/>
        <w:t>f 11289/28108/23460 11291/28110/23462 11290/28111/23463</w:t>
        <w:br/>
        <w:t>f 11288/28109/23461 11289/28108/23460 11290/28111/23463</w:t>
        <w:br/>
        <w:t>f 11295/28112/23464 11294/28113/23465 11293/28114/23466</w:t>
        <w:br/>
        <w:t>f 11292/28115/23467 11295/28112/23464 11293/28114/23466</w:t>
        <w:br/>
        <w:t>f 11292/28115/23467 11293/28114/23466 11297/28116/23468</w:t>
        <w:br/>
        <w:t>f 11296/28117/23468 11292/28115/23467 11297/28116/23468</w:t>
        <w:br/>
        <w:t>f 11299/28118/23469 11294/28113/23465 11295/28112/23464</w:t>
        <w:br/>
        <w:t>f 11298/28119/23470 11299/28118/23469 11295/28112/23464</w:t>
        <w:br/>
        <w:t>f 11301/28120/23471 11299/28118/23469 11298/28119/23470</w:t>
        <w:br/>
        <w:t>f 11300/28121/23472 11301/28120/23471 11298/28119/23470</w:t>
        <w:br/>
        <w:t>f 11300/28121/23472 11303/28122/23473 11302/28123/23474</w:t>
        <w:br/>
        <w:t>f 11301/28120/23471 11300/28121/23472 11302/28123/23474</w:t>
        <w:br/>
        <w:t>f 11305/28124/23475 11304/28125/23475 11302/28123/23474</w:t>
        <w:br/>
        <w:t>f 11303/28122/23473 11305/28124/23475 11302/28123/23474</w:t>
        <w:br/>
        <w:t>f 11280/28099/23451 11294/28113/23465 11299/28118/23469</w:t>
        <w:br/>
        <w:t>f 11285/28104/23456 11280/28099/23451 11299/28118/23469</w:t>
        <w:br/>
        <w:t>f 11309/28126/23429 11308/28127/23476 11307/28128/23477</w:t>
        <w:br/>
        <w:t>f 11306/28129/23477 11309/28126/23429 11307/28128/23477</w:t>
        <w:br/>
        <w:t>f 11306/28129/23477 11307/28128/23477 11311/28130/23478</w:t>
        <w:br/>
        <w:t>f 11310/28131/23479 11306/28129/23477 11311/28130/23478</w:t>
        <w:br/>
        <w:t>f 11313/28132/23480 11308/28127/23476 11309/28126/23429</w:t>
        <w:br/>
        <w:t>f 11312/28133/23481 11313/28132/23480 11309/28126/23429</w:t>
        <w:br/>
        <w:t>f 11315/28134/23482 11313/28132/23480 11312/28133/23481</w:t>
        <w:br/>
        <w:t>f 11314/28135/23483 11315/28134/23482 11312/28133/23481</w:t>
        <w:br/>
        <w:t>f 11314/28135/23483 11317/28136/23484 11316/28137/23485</w:t>
        <w:br/>
        <w:t>f 11315/28134/23482 11314/28135/23483 11316/28137/23485</w:t>
        <w:br/>
        <w:t>f 11319/28138/23486 11318/28139/23486 11316/28137/23485</w:t>
        <w:br/>
        <w:t>f 11317/28136/23484 11319/28138/23486 11316/28137/23485</w:t>
        <w:br/>
        <w:t>f 11323/28140/23487 11322/28141/23488 11321/28142/23489</w:t>
        <w:br/>
        <w:t>f 11320/28143/23432 11323/28140/23487 11321/28142/23489</w:t>
        <w:br/>
        <w:t>f 11325/28144/23490 11323/28140/23487 11320/28143/23432</w:t>
        <w:br/>
        <w:t>f 11324/28145/23491 11325/28144/23490 11320/28143/23432</w:t>
        <w:br/>
        <w:t>f 11327/28146/23488 11326/28147/23492 11321/28142/23489</w:t>
        <w:br/>
        <w:t>f 11322/28141/23488 11327/28146/23488 11321/28142/23489</w:t>
        <w:br/>
        <w:t>f 11326/28147/23492 11327/28146/23488 11329/28148/23493</w:t>
        <w:br/>
        <w:t>f 11328/28149/23494 11326/28147/23492 11329/28148/23493</w:t>
        <w:br/>
        <w:t>f 11328/28149/23494 11329/28148/23493 11331/28150/23495</w:t>
        <w:br/>
        <w:t>f 11330/28151/23496 11328/28149/23494 11331/28150/23495</w:t>
        <w:br/>
        <w:t>f 11331/28150/23495 11333/28152/23497 11332/28153/23498</w:t>
        <w:br/>
        <w:t>f 11330/28151/23496 11331/28150/23495 11332/28153/23498</w:t>
        <w:br/>
        <w:t>f 11327/28146/23488 11322/28141/23488 11308/28127/23476</w:t>
        <w:br/>
        <w:t>f 11313/28132/23480 11327/28146/23488 11308/28127/23476</w:t>
        <w:br/>
        <w:t>f 11337/28154/23499 11336/28155/23500 11335/28156/23501</w:t>
        <w:br/>
        <w:t>f 11334/28157/23502 11337/28154/23499 11335/28156/23501</w:t>
        <w:br/>
        <w:t>f 11340/28158/23503 11339/28159/23504 11338/28160/23505</w:t>
        <w:br/>
        <w:t>f 11341/28161/23506 11340/28158/23503 11338/28160/23505</w:t>
        <w:br/>
        <w:t>f 11336/28155/23500 11343/28162/23507 11342/28163/23508</w:t>
        <w:br/>
        <w:t>f 11335/28156/23501 11336/28155/23500 11342/28163/23508</w:t>
        <w:br/>
        <w:t>f 11347/28164/23509 11346/28165/23509 11345/28166/23509</w:t>
        <w:br/>
        <w:t>f 11344/28167/23509 11347/28164/23509 11345/28166/23509</w:t>
        <w:br/>
        <w:t>f 11349/28168/23510 11341/28161/23506 11338/28160/23505</w:t>
        <w:br/>
        <w:t>f 11348/28169/23511 11349/28168/23510 11338/28160/23505</w:t>
        <w:br/>
        <w:t>f 11353/28170/23512 11352/28171/23513 11351/28172/23514</w:t>
        <w:br/>
        <w:t>f 11350/28173/23515 11353/28170/23512 11351/28172/23514</w:t>
        <w:br/>
        <w:t>f 11357/28174/23516 11356/28175/23517 11355/28176/23518</w:t>
        <w:br/>
        <w:t>f 11354/28177/23519 11357/28174/23516 11355/28176/23518</w:t>
        <w:br/>
        <w:t>f 11359/28178/23520 11353/28170/23512 11350/28173/23515</w:t>
        <w:br/>
        <w:t>f 11358/28179/23520 11359/28178/23520 11350/28173/23515</w:t>
        <w:br/>
        <w:t>f 11361/28180/23521 11359/28178/23520 11358/28179/23520</w:t>
        <w:br/>
        <w:t>f 11360/28181/23522 11361/28180/23521 11358/28179/23520</w:t>
        <w:br/>
        <w:t>f 11354/28177/23519 11355/28176/23518 11363/28182/23523</w:t>
        <w:br/>
        <w:t>f 11362/28183/23523 11354/28177/23519 11363/28182/23523</w:t>
        <w:br/>
        <w:t>f 11366/28184/23524 11365/28185/23525 11364/28186/23526</w:t>
        <w:br/>
        <w:t>f 11367/28187/23527 11366/28184/23524 11364/28186/23526</w:t>
        <w:br/>
        <w:t>f 11366/28184/23524 11361/28180/23521 11360/28181/23522</w:t>
        <w:br/>
        <w:t>f 11365/28185/23525 11366/28184/23524 11360/28181/23522</w:t>
        <w:br/>
        <w:t>f 11362/28183/23523 11363/28182/23523 11369/28188/23528</w:t>
        <w:br/>
        <w:t>f 11368/28189/23529 11362/28183/23523 11369/28188/23528</w:t>
        <w:br/>
        <w:t>f 11373/28190/23530 11372/28191/23531 11371/28192/23531</w:t>
        <w:br/>
        <w:t>f 11370/28193/23532 11373/28190/23530 11371/28192/23531</w:t>
        <w:br/>
        <w:t>f 11377/28194/23533 11376/28195/23533 11375/28196/23534</w:t>
        <w:br/>
        <w:t>f 11374/28197/23535 11377/28194/23533 11375/28196/23534</w:t>
        <w:br/>
        <w:t>f 11372/28191/23531 11379/28198/23536 11378/28199/23537</w:t>
        <w:br/>
        <w:t>f 11371/28192/23531 11372/28191/23531 11378/28199/23537</w:t>
        <w:br/>
        <w:t>f 11383/28200/23538 11382/28201/23539 11381/28202/23540</w:t>
        <w:br/>
        <w:t>f 11380/28203/23540 11383/28200/23538 11381/28202/23540</w:t>
        <w:br/>
        <w:t>f 11385/28204/23541 11384/28205/23542 11376/28195/23533</w:t>
        <w:br/>
        <w:t>f 11377/28194/23533 11385/28204/23541 11376/28195/23533</w:t>
        <w:br/>
        <w:t>f 11389/28206/23543 11388/28207/23544 11387/28208/23545</w:t>
        <w:br/>
        <w:t>f 11386/28209/23543 11389/28206/23543 11387/28208/23545</w:t>
        <w:br/>
        <w:t>f 11388/28207/23544 11391/28210/23546 11390/28211/23547</w:t>
        <w:br/>
        <w:t>f 11387/28208/23545 11388/28207/23544 11390/28211/23547</w:t>
        <w:br/>
        <w:t>f 11395/28212/23548 11394/28213/23549 11393/28214/23550</w:t>
        <w:br/>
        <w:t>f 11392/28215/23551 11395/28212/23548 11393/28214/23550</w:t>
        <w:br/>
        <w:t>f 11395/28212/23548 11392/28215/23551 11396/28216/23552</w:t>
        <w:br/>
        <w:t>f 11397/28217/23552 11395/28212/23548 11396/28216/23552</w:t>
        <w:br/>
        <w:t>f 11399/28218/23553 11398/28219/23554 11390/28211/23547</w:t>
        <w:br/>
        <w:t>f 11391/28210/23546 11399/28218/23553 11390/28211/23547</w:t>
        <w:br/>
        <w:t>f 11401/28220/23555 11400/28221/23555 11397/28217/23552</w:t>
        <w:br/>
        <w:t>f 11396/28216/23552 11401/28220/23555 11397/28217/23552</w:t>
        <w:br/>
        <w:t>f 11403/28222/23556 11402/28223/23556 11398/28219/23554</w:t>
        <w:br/>
        <w:t>f 11399/28218/23553 11403/28222/23556 11398/28219/23554</w:t>
        <w:br/>
        <w:t>f 11402/28223/23556 11403/28222/23556 11405/28224/23557</w:t>
        <w:br/>
        <w:t>f 11404/28225/23558 11402/28223/23556 11405/28224/23557</w:t>
        <w:br/>
        <w:t>f 11409/28226/23559 11408/28227/23560 11407/28228/23561</w:t>
        <w:br/>
        <w:t>f 11406/28229/23562 11409/28226/23559 11407/28228/23561</w:t>
        <w:br/>
        <w:t>f 11413/28230/23563 11412/28231/23563 11411/28232/23563</w:t>
        <w:br/>
        <w:t>f 11410/28233/23564 11413/28230/23563 11411/28232/23563</w:t>
        <w:br/>
        <w:t>f 11416/28234/23565 11415/28235/23566 11414/28236/23567</w:t>
        <w:br/>
        <w:t>f 11417/28237/23567 11416/28234/23565 11414/28236/23567</w:t>
        <w:br/>
        <w:t>f 11421/28238/23568 11420/28239/23569 11419/28240/23570</w:t>
        <w:br/>
        <w:t>f 11418/28241/23568 11421/28238/23568 11419/28240/23570</w:t>
        <w:br/>
        <w:t>f 11425/28242/23571 11424/28243/23572 11423/28244/23572</w:t>
        <w:br/>
        <w:t>f 11422/28245/23571 11425/28242/23571 11423/28244/23572</w:t>
        <w:br/>
        <w:t>f 11429/28246/23573 11428/28247/23574 11427/28248/23575</w:t>
        <w:br/>
        <w:t>f 11426/28249/23576 11429/28246/23573 11427/28248/23575</w:t>
        <w:br/>
        <w:t>f 11433/28250/23577 11432/28251/23578 11431/28252/23579</w:t>
        <w:br/>
        <w:t>f 11430/28253/23580 11433/28250/23577 11431/28252/23579</w:t>
        <w:br/>
        <w:t>f 11437/28254/23581 11436/28255/23582 11435/28256/23583</w:t>
        <w:br/>
        <w:t>f 11434/28257/23581 11437/28254/23581 11435/28256/23583</w:t>
        <w:br/>
        <w:t>f 11441/28258/23584 11440/28259/23584 11439/28260/23585</w:t>
        <w:br/>
        <w:t>f 11438/28261/23586 11441/28258/23584 11439/28260/23585</w:t>
        <w:br/>
        <w:t>f 11445/28262/23587 11444/28263/23587 11443/28264/23588</w:t>
        <w:br/>
        <w:t>f 11442/28265/23588 11445/28262/23587 11443/28264/23588</w:t>
        <w:br/>
        <w:t>f 11449/28266/23589 11448/28267/23590 11447/28268/23591</w:t>
        <w:br/>
        <w:t>f 11446/28269/23592 11449/28266/23589 11447/28268/23591</w:t>
        <w:br/>
        <w:t>f 11452/28270/23593 11451/28271/23594 11450/28272/23595</w:t>
        <w:br/>
        <w:t>f 11453/28273/23596 11452/28270/23593 11450/28272/23595</w:t>
        <w:br/>
        <w:t>f 11457/28274/23597 11456/28275/23598 11455/28276/23599</w:t>
        <w:br/>
        <w:t>f 11454/28277/23600 11457/28274/23597 11455/28276/23599</w:t>
        <w:br/>
        <w:t>f 11461/28278/23601 11460/28279/23602 11459/28280/23603</w:t>
        <w:br/>
        <w:t>f 11458/28281/23601 11461/28278/23601 11459/28280/23603</w:t>
        <w:br/>
        <w:t>f 11465/28282/23604 11464/28283/23605 11463/28284/23606</w:t>
        <w:br/>
        <w:t>f 11462/28285/23607 11465/28282/23604 11463/28284/23606</w:t>
        <w:br/>
        <w:t>f 11469/28286/23608 11468/28287/23608 11467/28288/23609</w:t>
        <w:br/>
        <w:t>f 11466/28289/23610 11469/28286/23608 11467/28288/23609</w:t>
        <w:br/>
        <w:t>f 11473/28290/23611 11472/28291/23612 11471/28292/23613</w:t>
        <w:br/>
        <w:t>f 11470/28293/23614 11473/28290/23611 11471/28292/23613</w:t>
        <w:br/>
        <w:t>f 11477/28294/23615 11476/28295/23616 11475/28296/23617</w:t>
        <w:br/>
        <w:t>f 11474/28297/23617 11477/28294/23615 11475/28296/23617</w:t>
        <w:br/>
        <w:t>f 11416/28234/23565 11421/28238/23568 11418/28241/23568</w:t>
        <w:br/>
        <w:t>f 11415/28235/23566 11416/28234/23565 11418/28241/23568</w:t>
        <w:br/>
        <w:t>f 11442/28265/23588 11443/28264/23588 11433/28250/23577</w:t>
        <w:br/>
        <w:t>f 11430/28253/23580 11442/28265/23588 11433/28250/23577</w:t>
        <w:br/>
        <w:t>f 11420/28239/23569 11479/28298/23571 11478/28299/23571</w:t>
        <w:br/>
        <w:t>f 11419/28240/23570 11420/28239/23569 11478/28299/23571</w:t>
        <w:br/>
        <w:t>f 11444/28263/23587 11445/28262/23587 11451/28271/23594</w:t>
        <w:br/>
        <w:t>f 11452/28270/23593 11444/28263/23587 11451/28271/23594</w:t>
        <w:br/>
        <w:t>f 11428/28247/23574 11429/28246/23573 11423/28244/23572</w:t>
        <w:br/>
        <w:t>f 11424/28243/23572 11428/28247/23574 11423/28244/23572</w:t>
        <w:br/>
        <w:t>f 11460/28279/23602 11453/28273/23596 11450/28272/23595</w:t>
        <w:br/>
        <w:t>f 11459/28280/23603 11460/28279/23602 11450/28272/23595</w:t>
        <w:br/>
        <w:t>f 11417/28237/23567 11414/28236/23567 11426/28249/23576</w:t>
        <w:br/>
        <w:t>f 11427/28248/23575 11417/28237/23567 11426/28249/23576</w:t>
        <w:br/>
        <w:t>f 11481/28300/23618 11461/28278/23601 11458/28281/23601</w:t>
        <w:br/>
        <w:t>f 11480/28301/23619 11481/28300/23618 11458/28281/23601</w:t>
        <w:br/>
        <w:t>f 11438/28261/23586 11439/28260/23585 11435/28256/23583</w:t>
        <w:br/>
        <w:t>f 11436/28255/23582 11438/28261/23586 11435/28256/23583</w:t>
        <w:br/>
        <w:t>f 11449/28266/23589 11437/28254/23581 11434/28257/23581</w:t>
        <w:br/>
        <w:t>f 11448/28267/23590 11449/28266/23589 11434/28257/23581</w:t>
        <w:br/>
        <w:t>f 11446/28269/23592 11447/28268/23591 11455/28276/23599</w:t>
        <w:br/>
        <w:t>f 11456/28275/23598 11446/28269/23592 11455/28276/23599</w:t>
        <w:br/>
        <w:t>f 11441/28258/23584 11457/28274/23597 11454/28277/23600</w:t>
        <w:br/>
        <w:t>f 11440/28259/23584 11441/28258/23584 11454/28277/23600</w:t>
        <w:br/>
        <w:t>f 11466/28289/23610 11467/28288/23609 11473/28290/23611</w:t>
        <w:br/>
        <w:t>f 11470/28293/23614 11466/28289/23610 11473/28290/23611</w:t>
        <w:br/>
        <w:t>f 11464/28283/23605 11468/28287/23608 11469/28286/23608</w:t>
        <w:br/>
        <w:t>f 11463/28284/23606 11464/28283/23605 11469/28286/23608</w:t>
        <w:br/>
        <w:t>f 11472/28291/23612 11476/28295/23616 11477/28294/23615</w:t>
        <w:br/>
        <w:t>f 11471/28292/23613 11472/28291/23612 11477/28294/23615</w:t>
        <w:br/>
        <w:t>f 11474/28297/23617 11475/28296/23617 11465/28282/23604</w:t>
        <w:br/>
        <w:t>f 11462/28285/23607 11474/28297/23617 11465/28282/23604</w:t>
        <w:br/>
        <w:t>f 11485/28302/23620 11484/28303/23621 11483/28304/23621</w:t>
        <w:br/>
        <w:t>f 11482/28305/23620 11485/28302/23620 11483/28304/23621</w:t>
        <w:br/>
        <w:t>f 11486/28306/23622 11485/28302/23620 11482/28305/23620</w:t>
        <w:br/>
        <w:t>f 11487/28307/23623 11486/28306/23622 11482/28305/23620</w:t>
        <w:br/>
        <w:t>f 11486/28306/23622 11487/28307/23623 11489/28308/23624</w:t>
        <w:br/>
        <w:t>f 11488/28309/23624 11486/28306/23622 11489/28308/23624</w:t>
        <w:br/>
        <w:t>f 11488/28309/23624 11489/28308/23624 11491/28310/23625</w:t>
        <w:br/>
        <w:t>f 11490/28311/23625 11488/28309/23624 11491/28310/23625</w:t>
        <w:br/>
        <w:t>f 11491/28310/23625 11493/28312/23626 11492/28313/23626</w:t>
        <w:br/>
        <w:t>f 11490/28311/23625 11491/28310/23625 11492/28313/23626</w:t>
        <w:br/>
        <w:t>f 11497/28314/23627 11496/28315/23628 11495/28316/23626</w:t>
        <w:br/>
        <w:t>f 11494/28317/23629 11497/28314/23627 11495/28316/23626</w:t>
        <w:br/>
        <w:t>f 11501/28318/23630 11500/28319/23631 11499/28320/23631</w:t>
        <w:br/>
        <w:t>f 11498/28321/23632 11501/28318/23630 11499/28320/23631</w:t>
        <w:br/>
        <w:t>f 11484/28303/23621 11501/28318/23630 11498/28321/23632</w:t>
        <w:br/>
        <w:t>f 11483/28304/23621 11484/28303/23621 11498/28321/23632</w:t>
        <w:br/>
        <w:t>f 11505/28322/23633 11504/28323/23634 11503/28324/23635</w:t>
        <w:br/>
        <w:t>f 11502/28325/23636 11505/28322/23633 11503/28324/23635</w:t>
        <w:br/>
        <w:t>f 11509/28326/23637 11508/28327/23638 11507/28328/23638</w:t>
        <w:br/>
        <w:t>f 11506/28329/23637 11509/28326/23637 11507/28328/23638</w:t>
        <w:br/>
        <w:t>f 11511/28330/23639 11510/28331/23639 11507/28328/23638</w:t>
        <w:br/>
        <w:t>f 11508/28327/23638 11511/28330/23639 11507/28328/23638</w:t>
        <w:br/>
        <w:t>f 11513/28332/23640 11504/28323/23634 11505/28322/23633</w:t>
        <w:br/>
        <w:t>f 11512/28333/23640 11513/28332/23640 11505/28322/23633</w:t>
        <w:br/>
        <w:t>f 11510/28331/23639 11511/28330/23639 11515/28334/23641</w:t>
        <w:br/>
        <w:t>f 11514/28335/23642 11510/28331/23639 11515/28334/23641</w:t>
        <w:br/>
        <w:t>f 11517/28336/23643 11516/28337/23644 11513/28332/23640</w:t>
        <w:br/>
        <w:t>f 11512/28333/23640 11517/28336/23643 11513/28332/23640</w:t>
        <w:br/>
        <w:t>f 11519/28338/23645 11516/28337/23644 11517/28336/23643</w:t>
        <w:br/>
        <w:t>f 11518/28339/23646 11519/28338/23645 11517/28336/23643</w:t>
        <w:br/>
        <w:t>f 11514/28335/23642 11515/28334/23641 11521/28340/23647</w:t>
        <w:br/>
        <w:t>f 11520/28341/23647 11514/28335/23642 11521/28340/23647</w:t>
        <w:br/>
        <w:t>f 11521/28340/23647 11523/28342/23648 11522/28343/23649</w:t>
        <w:br/>
        <w:t>f 11520/28341/23647 11521/28340/23647 11522/28343/23649</w:t>
        <w:br/>
        <w:t>f 11525/28344/23650 11524/28345/23650 11519/28338/23645</w:t>
        <w:br/>
        <w:t>f 11518/28339/23646 11525/28344/23650 11519/28338/23645</w:t>
        <w:br/>
        <w:t>f 11529/28346/23651 11528/28347/23651 11527/28348/23652</w:t>
        <w:br/>
        <w:t>f 11526/28349/23652 11529/28346/23651 11527/28348/23652</w:t>
        <w:br/>
        <w:t>f 11533/28350/23649 11532/28351/23627 11531/28352/23653</w:t>
        <w:br/>
        <w:t>f 11530/28353/23654 11533/28350/23649 11531/28352/23653</w:t>
        <w:br/>
        <w:t>f 11535/28354/23655 11526/28349/23652 11527/28348/23652</w:t>
        <w:br/>
        <w:t>f 11534/28355/23655 11535/28354/23655 11527/28348/23652</w:t>
        <w:br/>
        <w:t>f 11531/28352/23653 11532/28351/23627 11537/28356/23656</w:t>
        <w:br/>
        <w:t>f 11536/28357/23657 11531/28352/23653 11537/28356/23656</w:t>
        <w:br/>
        <w:t>f 11506/28329/23637 11536/28357/23657 11537/28356/23656</w:t>
        <w:br/>
        <w:t>f 11509/28326/23637 11506/28329/23637 11537/28356/23656</w:t>
        <w:br/>
        <w:t>f 11503/28324/23635 11535/28354/23655 11534/28355/23655</w:t>
        <w:br/>
        <w:t>f 11502/28325/23636 11503/28324/23635 11534/28355/23655</w:t>
        <w:br/>
        <w:t>f 29162/28358/23658 29161/28359/23658 29160/28360/23659</w:t>
        <w:br/>
        <w:t>f 29163/28361/23660 29162/28358/23658 29160/28360/23659</w:t>
        <w:br/>
        <w:t>f 29165/28362/23661 29163/28361/23660 29160/28360/23659</w:t>
        <w:br/>
        <w:t>f 29164/28363/23662 29165/28362/23661 29160/28360/23659</w:t>
        <w:br/>
        <w:t>f 29167/28364/23663 29166/28365/23664 29161/28359/23658</w:t>
        <w:br/>
        <w:t>f 29162/28358/23658 29167/28364/23663 29161/28359/23658</w:t>
        <w:br/>
        <w:t>f 29170/28366/23665 29169/28367/23666 29168/28368/23666</w:t>
        <w:br/>
        <w:t>f 29171/28369/23667 29170/28366/23665 29168/28368/23666</w:t>
        <w:br/>
        <w:t>f 29172/28370/23668 29170/28366/23665 29171/28369/23667</w:t>
        <w:br/>
        <w:t>f 29173/28371/23669 29172/28370/23668 29171/28369/23667</w:t>
        <w:br/>
        <w:t>f 29169/28367/23666 29175/28372/23670 29174/28373/23670</w:t>
        <w:br/>
        <w:t>f 29168/28368/23666 29169/28367/23666 29174/28373/23670</w:t>
        <w:br/>
        <w:t>f 29166/28365/23664 29167/28364/23663 29177/28374/23671</w:t>
        <w:br/>
        <w:t>f 29176/28375/23671 29166/28365/23664 29177/28374/23671</w:t>
        <w:br/>
        <w:t>f 29164/28363/23662 29172/28370/23668 29173/28371/23669</w:t>
        <w:br/>
        <w:t>f 29165/28362/23661 29164/28363/23662 29173/28371/23669</w:t>
        <w:br/>
        <w:t>f 29181/28376/23672 29180/28377/23673 29179/28378/23674</w:t>
        <w:br/>
        <w:t>f 29178/28379/23675 29181/28376/23672 29179/28378/23674</w:t>
        <w:br/>
        <w:t>f 29183/28380/23676 29181/28376/23672 29178/28379/23675</w:t>
        <w:br/>
        <w:t>f 29182/28381/23677 29183/28380/23676 29178/28379/23675</w:t>
        <w:br/>
        <w:t>f 29184/28382/23678 29183/28380/23676 29182/28381/23677</w:t>
        <w:br/>
        <w:t>f 29185/28383/23679 29184/28382/23678 29182/28381/23677</w:t>
        <w:br/>
        <w:t>f 29188/28384/23680 29187/28385/23681 29186/28386/23682</w:t>
        <w:br/>
        <w:t>f 29189/28387/23683 29188/28384/23680 29186/28386/23682</w:t>
        <w:br/>
        <w:t>f 29191/28388/23684 29190/28389/23685 29189/28387/23683</w:t>
        <w:br/>
        <w:t>f 29186/28386/23682 29191/28388/23684 29189/28387/23683</w:t>
        <w:br/>
        <w:t>f 29193/28390/23686 29192/28391/23687 29190/28389/23685</w:t>
        <w:br/>
        <w:t>f 29191/28388/23684 29193/28390/23686 29190/28389/23685</w:t>
        <w:br/>
        <w:t>f 29196/28392/23688 29195/28393/23689 29194/28394/23689</w:t>
        <w:br/>
        <w:t>f 29197/28395/23690 29196/28392/23688 29194/28394/23689</w:t>
        <w:br/>
        <w:t>f 29201/28396/23691 29200/28397/23692 29199/28398/23693</w:t>
        <w:br/>
        <w:t>f 29198/28399/23694 29201/28396/23691 29199/28398/23693</w:t>
        <w:br/>
        <w:t>f 29195/28393/23689 29203/28400/23695 29202/28401/23695</w:t>
        <w:br/>
        <w:t>f 29194/28394/23689 29195/28393/23689 29202/28401/23695</w:t>
        <w:br/>
        <w:t>f 29205/28402/23696 29201/28396/23691 29198/28399/23694</w:t>
        <w:br/>
        <w:t>f 29204/28403/23697 29205/28402/23696 29198/28399/23694</w:t>
        <w:br/>
        <w:t>f 29196/28392/23688 29197/28395/23690 29206/28404/23698</w:t>
        <w:br/>
        <w:t>f 29207/28405/23698 29196/28392/23688 29206/28404/23698</w:t>
        <w:br/>
        <w:t>f 29208/28406/23699 29199/28398/23693 29200/28397/23692</w:t>
        <w:br/>
        <w:t>f 29209/28407/23699 29208/28406/23699 29200/28397/23692</w:t>
        <w:br/>
        <w:t>f 29213/28408/23700 29212/28409/23700 29211/28410/23701</w:t>
        <w:br/>
        <w:t>f 29210/28411/23701 29213/28408/23700 29211/28410/23701</w:t>
        <w:br/>
        <w:t>f 29216/28412/23702 29215/28413/23703 29214/28414/23703</w:t>
        <w:br/>
        <w:t>f 29217/28415/23704 29216/28412/23702 29214/28414/23703</w:t>
        <w:br/>
        <w:t>f 29215/28413/23703 29219/28416/23705 29218/28417/23705</w:t>
        <w:br/>
        <w:t>f 29214/28414/23703 29215/28413/23703 29218/28417/23705</w:t>
        <w:br/>
        <w:t>f 29221/28418/23706 29220/28419/23706 29212/28409/23700</w:t>
        <w:br/>
        <w:t>f 29213/28408/23700 29221/28418/23706 29212/28409/23700</w:t>
        <w:br/>
        <w:t>f 29224/28420/23707 29223/28421/23708 29222/28422/23708</w:t>
        <w:br/>
        <w:t>f 29225/28423/23709 29224/28420/23707 29222/28422/23708</w:t>
        <w:br/>
        <w:t>f 29219/28416/23705 29224/28420/23707 29225/28423/23709</w:t>
        <w:br/>
        <w:t>f 29218/28417/23705 29219/28416/23705 29225/28423/23709</w:t>
        <w:br/>
        <w:t>f 29229/28424/23710 29228/28425/23711 29227/28426/23712</w:t>
        <w:br/>
        <w:t>f 29226/28427/23710 29229/28424/23710 29227/28426/23712</w:t>
        <w:br/>
        <w:t>f 29228/28425/23711 29231/28428/23713 29230/28429/23714</w:t>
        <w:br/>
        <w:t>f 29227/28426/23712 29228/28425/23711 29230/28429/23714</w:t>
        <w:br/>
        <w:t>f 29234/28430/23715 29233/28431/23716 29232/28432/23717</w:t>
        <w:br/>
        <w:t>f 29235/28433/23715 29234/28430/23715 29232/28432/23717</w:t>
        <w:br/>
        <w:t>f 29234/28430/23715 29235/28433/23715 29237/28434/23718</w:t>
        <w:br/>
        <w:t>f 29236/28435/23718 29234/28430/23715 29237/28434/23718</w:t>
        <w:br/>
        <w:t>f 29236/28435/23718 29237/28434/23718 29239/28436/23719</w:t>
        <w:br/>
        <w:t>f 29238/28437/23720 29236/28435/23718 29239/28436/23719</w:t>
        <w:br/>
        <w:t>f 29241/28438/23721 29229/28424/23710 29226/28427/23710</w:t>
        <w:br/>
        <w:t>f 29240/28439/23721 29241/28438/23721 29226/28427/23710</w:t>
        <w:br/>
        <w:t>f 29244/28440/23722 29243/28441/23723 29242/28442/23723</w:t>
        <w:br/>
        <w:t>f 29245/28443/23722 29244/28440/23722 29242/28442/23723</w:t>
        <w:br/>
        <w:t>f 29248/28444/23724 29247/28445/23725 29246/28446/23725</w:t>
        <w:br/>
        <w:t>f 29249/28447/23726 29248/28444/23724 29246/28446/23725</w:t>
        <w:br/>
        <w:t>f 29251/28448/23727 29250/28449/23727 29244/28440/23722</w:t>
        <w:br/>
        <w:t>f 29245/28443/23722 29251/28448/23727 29244/28440/23722</w:t>
        <w:br/>
        <w:t>f 29253/28450/23728 29252/28451/23729 29250/28449/23727</w:t>
        <w:br/>
        <w:t>f 29251/28448/23727 29253/28450/23728 29250/28449/23727</w:t>
        <w:br/>
        <w:t>f 29254/28452/23730 29252/28451/23729 29253/28450/23728</w:t>
        <w:br/>
        <w:t>f 29255/28453/23731 29254/28452/23730 29253/28450/23728</w:t>
        <w:br/>
        <w:t>f 29247/28445/23725 29257/28454/23732 29256/28455/23732</w:t>
        <w:br/>
        <w:t>f 29246/28446/23725 29247/28445/23725 29256/28455/23732</w:t>
        <w:br/>
        <w:t>f 29242/28442/23723 29243/28441/23723 29238/28437/23720</w:t>
        <w:br/>
        <w:t>f 29239/28436/23719 29242/28442/23723 29238/28437/23720</w:t>
        <w:br/>
        <w:t>f 29206/28404/23698 29216/28412/23702 29217/28415/23704</w:t>
        <w:br/>
        <w:t>f 29207/28405/23698 29206/28404/23698 29217/28415/23704</w:t>
        <w:br/>
        <w:t>f 29260/28456/23733 29259/28457/23734 29258/28458/23735</w:t>
        <w:br/>
        <w:t>f 29262/28459/23736 29261/28460/23737 29258/28458/23735</w:t>
        <w:br/>
        <w:t>f 29259/28457/23734 29262/28459/23736 29258/28458/23735</w:t>
        <w:br/>
        <w:t>f 29263/28461/23738 29261/28460/23737 29262/28459/23736</w:t>
        <w:br/>
        <w:t>f 29264/28462/23739 29263/28461/23738 29262/28459/23736</w:t>
        <w:br/>
        <w:t>f 29267/28463/23740 29266/28464/23741 29265/28465/23742</w:t>
        <w:br/>
        <w:t>f 29266/28464/23741 29269/28466/23743 29268/28467/23744</w:t>
        <w:br/>
        <w:t>f 29265/28465/23742 29266/28464/23741 29268/28467/23744</w:t>
        <w:br/>
        <w:t>f 29263/28461/23738 29270/28468/23745 29268/28467/23744</w:t>
        <w:br/>
        <w:t>f 29269/28466/23743 29263/28461/23738 29268/28467/23744</w:t>
        <w:br/>
        <w:t>f 29263/28461/23738 29264/28462/23739 29270/28468/23745</w:t>
        <w:br/>
        <w:t>f 29272/28469/23746 29271/28470/23675 29270/28468/23745</w:t>
        <w:br/>
        <w:t>f 29264/28462/23739 29272/28469/23746 29270/28468/23745</w:t>
        <w:br/>
        <w:t>f 29276/28471/23747 29275/28472/23748 29274/28473/23749</w:t>
        <w:br/>
        <w:t>f 29273/28474/23747 29276/28471/23747 29274/28473/23749</w:t>
        <w:br/>
        <w:t>f 29276/28471/23747 29273/28474/23747 29277/28475/23747</w:t>
        <w:br/>
        <w:t>f 29278/28476/23747 29272/28469/23746 29277/28475/23747</w:t>
        <w:br/>
        <w:t>f 29273/28474/23747 29278/28476/23747 29277/28475/23747</w:t>
        <w:br/>
        <w:t>f 29272/28469/23746 29278/28476/23747 29271/28470/23675</w:t>
        <w:br/>
        <w:t>f 29278/28476/23747 29280/28477/23747 29279/28478/23747</w:t>
        <w:br/>
        <w:t>f 29271/28470/23675 29278/28476/23747 29279/28478/23747</w:t>
        <w:br/>
        <w:t>f 29279/28478/23747 29280/28477/23747 29281/28479/23747</w:t>
        <w:br/>
        <w:t>f 29283/28480/23747 29282/28481/23749 29281/28479/23747</w:t>
        <w:br/>
        <w:t>f 29280/28477/23747 29283/28480/23747 29281/28479/23747</w:t>
        <w:br/>
        <w:t>f 29286/28482/23750 29285/28483/23751 29284/28484/23752</w:t>
        <w:br/>
        <w:t>f 29285/28483/23751 29288/28485/23753 29287/28486/23754</w:t>
        <w:br/>
        <w:t>f 29284/28484/23752 29285/28483/23751 29287/28486/23754</w:t>
        <w:br/>
        <w:t>f 29290/28487/23755 29289/28488/23756 29287/28486/23754</w:t>
        <w:br/>
        <w:t>f 29288/28485/23753 29290/28487/23755 29287/28486/23754</w:t>
        <w:br/>
        <w:t>f 29293/28489/23757 29292/28490/23758 29291/28491/23759</w:t>
        <w:br/>
        <w:t>f 29295/28492/23760 29294/28493/23761 29291/28491/23759</w:t>
        <w:br/>
        <w:t>f 29292/28490/23758 29295/28492/23760 29291/28491/23759</w:t>
        <w:br/>
        <w:t>f 29290/28487/23755 29294/28493/23761 29295/28492/23760</w:t>
        <w:br/>
        <w:t>f 29296/28494/23762 29290/28487/23755 29295/28492/23760</w:t>
        <w:br/>
        <w:t>f 29290/28487/23755 29296/28494/23762 29289/28488/23756</w:t>
        <w:br/>
        <w:t>f 29296/28494/23762 29298/28495/23763 29297/28496/23764</w:t>
        <w:br/>
        <w:t>f 29289/28488/23756 29296/28494/23762 29297/28496/23764</w:t>
        <w:br/>
        <w:t>f 29302/28497/23765 29301/28498/23766 29300/28499/23767</w:t>
        <w:br/>
        <w:t>f 29299/28500/23765 29302/28497/23765 29300/28499/23767</w:t>
        <w:br/>
        <w:t>f 29302/28497/23765 29299/28500/23765 29303/28501/23768</w:t>
        <w:br/>
        <w:t>f 29304/28502/23769 29298/28495/23763 29303/28501/23768</w:t>
        <w:br/>
        <w:t>f 29299/28500/23765 29304/28502/23769 29303/28501/23768</w:t>
        <w:br/>
        <w:t>f 29298/28495/23763 29304/28502/23769 29297/28496/23764</w:t>
        <w:br/>
        <w:t>f 29304/28502/23769 29306/28503/23770 29305/28504/23770</w:t>
        <w:br/>
        <w:t>f 29297/28496/23764 29304/28502/23769 29305/28504/23770</w:t>
        <w:br/>
        <w:t>f 29305/28504/23770 29306/28503/23770 29307/28505/23770</w:t>
        <w:br/>
        <w:t>f 29309/28506/23770 29308/28507/23766 29307/28505/23770</w:t>
        <w:br/>
        <w:t>f 29306/28503/23770 29309/28506/23770 29307/28505/23770</w:t>
        <w:br/>
        <w:t>f 29635/28508/23771 29634/28509/23772 29633/28510/23773</w:t>
        <w:br/>
        <w:t>f 29632/28511/23774 29635/28508/23771 29633/28510/23773</w:t>
        <w:br/>
        <w:t>f 29639/28512/23773 29638/28513/23772 29637/28514/23775</w:t>
        <w:br/>
        <w:t>f 29636/28515/23776 29639/28512/23773 29637/28514/23775</w:t>
        <w:br/>
        <w:t>f 29643/28516/23777 29642/28517/23777 29641/28518/23778</w:t>
        <w:br/>
        <w:t>f 29640/28519/23778 29643/28516/23777 29641/28518/23778</w:t>
        <w:br/>
        <w:t>f 29647/28520/23779 29646/28521/23774 29645/28522/23773</w:t>
        <w:br/>
        <w:t>f 29644/28523/23776 29647/28520/23779 29645/28522/23773</w:t>
        <w:br/>
        <w:t>f 29663/28524/23780 29662/28525/23780 29661/28526/23781</w:t>
        <w:br/>
        <w:t>f 29660/28527/23781 29663/28524/23780 29661/28526/23781</w:t>
        <w:br/>
        <w:t>f 29667/28528/23782 29666/28529/23783 29665/28530/23784</w:t>
        <w:br/>
        <w:t>f 29664/28531/23785 29667/28528/23782 29665/28530/23784</w:t>
        <w:br/>
        <w:t>f 29671/28532/23786 29670/28533/23787 29669/28534/23788</w:t>
        <w:br/>
        <w:t>f 29668/28535/23789 29671/28532/23786 29669/28534/23788</w:t>
        <w:br/>
        <w:t>f 29640/28519/23778 29641/28518/23778 29660/28527/23781</w:t>
        <w:br/>
        <w:t>f 29661/28526/23781 29640/28519/23778 29660/28527/23781</w:t>
        <w:br/>
        <w:t>f 29664/28531/23785 29665/28530/23784 29634/28509/23772</w:t>
        <w:br/>
        <w:t>f 29635/28508/23771 29664/28531/23785 29634/28509/23772</w:t>
        <w:br/>
        <w:t>f 29638/28513/23772 29670/28533/23787 29671/28532/23786</w:t>
        <w:br/>
        <w:t>f 29637/28514/23775 29638/28513/23772 29671/28532/23786</w:t>
        <w:br/>
        <w:t>f 29674/28536/23790 29673/28537/23791 29672/28538/23792</w:t>
        <w:br/>
        <w:t>f 29675/28539/23793 29674/28536/23790 29672/28538/23792</w:t>
        <w:br/>
        <w:t>f 29679/28540/23794 29678/28541/23795 29677/28542/23796</w:t>
        <w:br/>
        <w:t>f 29676/28543/23797 29679/28540/23794 29677/28542/23796</w:t>
        <w:br/>
        <w:t>f 29683/28544/23798 29682/28545/23799 29681/28546/23800</w:t>
        <w:br/>
        <w:t>f 29680/28547/23801 29683/28544/23798 29681/28546/23800</w:t>
        <w:br/>
        <w:t>f 29686/28548/23802 29685/28549/23802 29684/28550/23803</w:t>
        <w:br/>
        <w:t>f 29687/28551/23804 29686/28548/23802 29684/28550/23803</w:t>
        <w:br/>
        <w:t>f 29691/28552/23805 29690/28553/23806 29689/28554/23807</w:t>
        <w:br/>
        <w:t>f 29688/28555/23808 29691/28552/23805 29689/28554/23807</w:t>
        <w:br/>
        <w:t>f 29694/28556/23809 29693/28557/23809 29692/28558/23810</w:t>
        <w:br/>
        <w:t>f 29695/28559/23811 29694/28556/23809 29692/28558/23810</w:t>
        <w:br/>
        <w:t>f 29699/28560/23812 29698/28561/23813 29697/28562/23814</w:t>
        <w:br/>
        <w:t>f 29696/28563/23815 29699/28560/23812 29697/28562/23814</w:t>
        <w:br/>
        <w:t>f 29703/28564/23816 29702/28565/23817 29701/28566/23818</w:t>
        <w:br/>
        <w:t>f 29700/28567/23819 29703/28564/23816 29701/28566/23818</w:t>
        <w:br/>
        <w:t>f 29707/28568/23820 29706/28569/23821 29705/28570/23822</w:t>
        <w:br/>
        <w:t>f 29704/28571/23823 29707/28568/23820 29705/28570/23822</w:t>
        <w:br/>
        <w:t>f 29700/28567/23819 29672/28538/23792 29673/28537/23791</w:t>
        <w:br/>
        <w:t>f 29703/28564/23816 29700/28567/23819 29673/28537/23791</w:t>
        <w:br/>
        <w:t>f 29699/28560/23812 29696/28563/23815 29690/28553/23806</w:t>
        <w:br/>
        <w:t>f 29691/28552/23805 29699/28560/23812 29690/28553/23806</w:t>
        <w:br/>
        <w:t>f 29687/28551/23804 29684/28550/23803 29693/28557/23809</w:t>
        <w:br/>
        <w:t>f 29694/28556/23809 29687/28551/23804 29693/28557/23809</w:t>
        <w:br/>
        <w:t>f 29683/28544/23798 29679/28540/23794 29676/28543/23797</w:t>
        <w:br/>
        <w:t>f 29682/28545/23799 29683/28544/23798 29676/28543/23797</w:t>
        <w:br/>
        <w:t>f 29688/28555/23808 29689/28554/23807 29709/28572/23824</w:t>
        <w:br/>
        <w:t>f 29708/28573/23825 29688/28555/23808 29709/28572/23824</w:t>
        <w:br/>
        <w:t>f 29711/28574/23826 29710/28575/23826 29695/28559/23811</w:t>
        <w:br/>
        <w:t>f 29692/28558/23810 29711/28574/23826 29695/28559/23811</w:t>
        <w:br/>
        <w:t>f 29678/28541/23795 29713/28576/23827 29712/28577/23828</w:t>
        <w:br/>
        <w:t>f 29677/28542/23796 29678/28541/23795 29712/28577/23828</w:t>
        <w:br/>
        <w:t>f 29715/28578/23829 29674/28536/23790 29675/28539/23793</w:t>
        <w:br/>
        <w:t>f 29714/28579/23830 29715/28578/23829 29675/28539/23793</w:t>
        <w:br/>
        <w:t>f 10808/28580/23831 10807/28581/23832 10806/28582/23833</w:t>
        <w:br/>
        <w:t>f 10805/28583/23834 10808/28580/23831 10806/28582/23833</w:t>
        <w:br/>
        <w:t>f 10810/28584/23835 10805/28583/23834 10806/28582/23833</w:t>
        <w:br/>
        <w:t>f 10809/28585/23835 10810/28584/23835 10806/28582/23833</w:t>
        <w:br/>
        <w:t>f 10813/28586/23836 10812/28587/23837 10811/28588/23838</w:t>
        <w:br/>
        <w:t>f 10814/28589/23839 10813/28586/23836 10811/28588/23838</w:t>
        <w:br/>
        <w:t>f 10818/28590/23840 10817/28591/23840 10816/28592/23841</w:t>
        <w:br/>
        <w:t>f 10815/28593/23840 10818/28590/23840 10816/28592/23841</w:t>
        <w:br/>
        <w:t>f 10822/28594/23842 10821/28595/23843 10820/28596/23844</w:t>
        <w:br/>
        <w:t>f 10819/28597/23843 10822/28594/23842 10820/28596/23844</w:t>
        <w:br/>
        <w:t>f 10825/28598/23845 10824/28599/23846 10823/28600/23846</w:t>
        <w:br/>
        <w:t>f 10826/28601/23847 10825/28598/23845 10823/28600/23846</w:t>
        <w:br/>
        <w:t>f 10830/28602/23848 10829/28603/23849 10828/28604/23848</w:t>
        <w:br/>
        <w:t>f 10827/28605/23848 10830/28602/23848 10828/28604/23848</w:t>
        <w:br/>
        <w:t>f 10807/28581/23832 10808/28580/23831 10832/28606/23850</w:t>
        <w:br/>
        <w:t>f 10831/28607/23851 10807/28581/23832 10832/28606/23850</w:t>
        <w:br/>
        <w:t>f 10836/28608/23852 10835/28609/23853 10834/28610/23853</w:t>
        <w:br/>
        <w:t>f 10833/28611/23854 10836/28608/23852 10834/28610/23853</w:t>
        <w:br/>
        <w:t>f 10836/28608/23852 10833/28611/23854 10838/28612/23855</w:t>
        <w:br/>
        <w:t>f 10837/28613/23856 10836/28608/23852 10838/28612/23855</w:t>
        <w:br/>
        <w:t>f 10834/28610/23853 10835/28609/23853 10840/28614/23857</w:t>
        <w:br/>
        <w:t>f 10839/28615/23857 10834/28610/23853 10840/28614/23857</w:t>
        <w:br/>
        <w:t>f 10842/28616/23858 10841/28617/23859 10814/28589/23839</w:t>
        <w:br/>
        <w:t>f 10811/28588/23838 10842/28616/23858 10814/28589/23839</w:t>
        <w:br/>
        <w:t>f 10844/28618/23860 10841/28617/23859 10842/28616/23858</w:t>
        <w:br/>
        <w:t>f 10843/28619/23861 10844/28618/23860 10842/28616/23858</w:t>
        <w:br/>
        <w:t>f 10847/28620/23862 10846/28621/23862 10845/28622/23863</w:t>
        <w:br/>
        <w:t>f 10848/28623/23864 10847/28620/23862 10845/28622/23863</w:t>
        <w:br/>
        <w:t>f 10851/28624/23865 10850/28625/23866 10849/28626/23867</w:t>
        <w:br/>
        <w:t>f 10850/28625/23866 10851/28624/23865 10853/28627/23868</w:t>
        <w:br/>
        <w:t>f 10852/28628/23869 10850/28625/23866 10853/28627/23868</w:t>
        <w:br/>
        <w:t>f 10853/28627/23868 10854/28629/23870 10852/28628/23869</w:t>
        <w:br/>
        <w:t>f 10858/28630/23871 10857/28631/23872 10856/28632/23873</w:t>
        <w:br/>
        <w:t>f 10855/28633/23874 10858/28630/23871 10856/28632/23873</w:t>
        <w:br/>
        <w:t>f 10857/28631/23872 10858/28630/23871 10859/28634/23875</w:t>
        <w:br/>
        <w:t>f 10860/28635/23876 10855/28633/23874 10856/28632/23873</w:t>
        <w:br/>
        <w:t>f 10860/28635/23876 10849/28626/23867 10850/28625/23866</w:t>
        <w:br/>
        <w:t>f 10855/28633/23874 10860/28635/23876 10850/28625/23866</w:t>
        <w:br/>
        <w:t>f 10858/28630/23871 10852/28628/23869 10854/28629/23870</w:t>
        <w:br/>
        <w:t>f 10859/28634/23875 10858/28630/23871 10854/28629/23870</w:t>
        <w:br/>
        <w:t>f 10857/28631/23872 10862/28636/23877 10861/28637/23878</w:t>
        <w:br/>
        <w:t>f 10856/28632/23873 10857/28631/23872 10861/28637/23878</w:t>
        <w:br/>
        <w:t>f 10865/28638/23879 10864/28639/23880 10863/28640/23881</w:t>
        <w:br/>
        <w:t>f 10867/28641/23882 10865/28638/23879 10863/28640/23881</w:t>
        <w:br/>
        <w:t>f 10866/28642/23883 10867/28641/23882 10863/28640/23881</w:t>
        <w:br/>
        <w:t>f 10867/28641/23882 10866/28642/23883 10868/28643/23884</w:t>
        <w:br/>
        <w:t>f 10872/28644/23885 10871/28645/23886 10870/28646/23887</w:t>
        <w:br/>
        <w:t>f 10869/28647/23888 10872/28644/23885 10870/28646/23887</w:t>
        <w:br/>
        <w:t>f 10869/28647/23888 10873/28648/23889 10872/28644/23885</w:t>
        <w:br/>
        <w:t>f 10874/28649/23890 10870/28646/23887 10871/28645/23886</w:t>
        <w:br/>
        <w:t>f 10874/28649/23890 10871/28645/23886 10863/28640/23881</w:t>
        <w:br/>
        <w:t>f 10864/28639/23880 10874/28649/23890 10863/28640/23881</w:t>
        <w:br/>
        <w:t>f 10872/28644/23885 10873/28648/23889 10868/28643/23884</w:t>
        <w:br/>
        <w:t>f 10866/28642/23883 10872/28644/23885 10868/28643/23884</w:t>
        <w:br/>
        <w:t>f 10869/28647/23888 10870/28646/23887 10876/28650/23891</w:t>
        <w:br/>
        <w:t>f 10875/28651/23892 10869/28647/23888 10876/28650/23891</w:t>
        <w:br/>
        <w:t>f 10880/28652/23893 10879/28653/23894 10878/28654/23895</w:t>
        <w:br/>
        <w:t>f 10877/28655/23893 10880/28652/23893 10878/28654/23895</w:t>
        <w:br/>
        <w:t>f 10884/28656/23896 10883/28657/23897 10882/28658/23898</w:t>
        <w:br/>
        <w:t>f 10881/28659/23899 10884/28656/23896 10882/28658/23898</w:t>
        <w:br/>
        <w:t>f 10888/28660/23900 10887/28661/23901 10886/28662/23902</w:t>
        <w:br/>
        <w:t>f 10885/28663/23903 10888/28660/23900 10886/28662/23902</w:t>
        <w:br/>
        <w:t>f 10890/28664/23904 10889/28665/23905 10888/28660/23900</w:t>
        <w:br/>
        <w:t>f 10885/28663/23903 10890/28664/23904 10888/28660/23900</w:t>
        <w:br/>
        <w:t>f 10892/28666/23906 10886/28662/23902 10887/28661/23901</w:t>
        <w:br/>
        <w:t>f 10891/28667/23906 10892/28666/23906 10887/28661/23901</w:t>
        <w:br/>
        <w:t>f 10896/28668/23907 10895/28669/23907 10894/28670/23908</w:t>
        <w:br/>
        <w:t>f 10893/28671/23909 10896/28668/23907 10894/28670/23908</w:t>
        <w:br/>
        <w:t>f 10899/28672/23910 10898/28673/23911 10897/28674/23911</w:t>
        <w:br/>
        <w:t>f 10900/28675/23910 10899/28672/23910 10897/28674/23911</w:t>
        <w:br/>
        <w:t>f 10893/28671/23909 10894/28670/23908 10902/28676/23912</w:t>
        <w:br/>
        <w:t>f 10901/28677/23913 10893/28671/23909 10902/28676/23912</w:t>
        <w:br/>
        <w:t>f 10904/28678/23914 10901/28677/23913 10902/28676/23912</w:t>
        <w:br/>
        <w:t>f 10903/28679/23915 10904/28678/23914 10902/28676/23912</w:t>
        <w:br/>
        <w:t>f 10898/28673/23911 10904/28678/23914 10903/28679/23915</w:t>
        <w:br/>
        <w:t>f 10897/28674/23911 10898/28673/23911 10903/28679/23915</w:t>
        <w:br/>
        <w:t>f 10907/28680/23916 10906/28681/23917 10905/28682/23918</w:t>
        <w:br/>
        <w:t>f 10908/28683/23910 10907/28680/23916 10905/28682/23918</w:t>
        <w:br/>
        <w:t>f 10905/28682/23918 10906/28681/23917 10910/28684/23919</w:t>
        <w:br/>
        <w:t>f 10909/28685/23920 10905/28682/23918 10910/28684/23919</w:t>
        <w:br/>
        <w:t>f 10909/28685/23920 10910/28684/23919 10895/28669/23907</w:t>
        <w:br/>
        <w:t>f 10896/28668/23907 10909/28685/23920 10895/28669/23907</w:t>
        <w:br/>
        <w:t>f 10881/28659/23899 10882/28658/23898 10878/28654/23895</w:t>
        <w:br/>
        <w:t>f 10879/28653/23894 10881/28659/23899 10878/28654/23895</w:t>
        <w:br/>
        <w:t>f 10914/28686/23921 10913/28687/23922 10912/28688/23872</w:t>
        <w:br/>
        <w:t>f 10911/28689/23923 10914/28686/23921 10912/28688/23872</w:t>
        <w:br/>
        <w:t>f 10911/28689/23923 10912/28688/23872 10916/28690/23924</w:t>
        <w:br/>
        <w:t>f 10915/28691/23925 10911/28689/23923 10916/28690/23924</w:t>
        <w:br/>
        <w:t>f 10918/28692/23926 10913/28687/23922 10914/28686/23921</w:t>
        <w:br/>
        <w:t>f 10917/28693/23927 10918/28692/23926 10914/28686/23921</w:t>
        <w:br/>
        <w:t>f 10920/28694/23928 10918/28692/23926 10917/28693/23927</w:t>
        <w:br/>
        <w:t>f 10919/28695/23929 10920/28694/23928 10917/28693/23927</w:t>
        <w:br/>
        <w:t>f 10919/28695/23929 10922/28696/23930 10921/28697/23931</w:t>
        <w:br/>
        <w:t>f 10920/28694/23928 10919/28695/23929 10921/28697/23931</w:t>
        <w:br/>
        <w:t>f 10924/28698/23932 10923/28699/23933 10921/28697/23931</w:t>
        <w:br/>
        <w:t>f 10922/28696/23930 10924/28698/23932 10921/28697/23931</w:t>
        <w:br/>
        <w:t>f 10928/28700/23934 10927/28701/23935 10926/28702/23936</w:t>
        <w:br/>
        <w:t>f 10925/28703/23937 10928/28700/23934 10926/28702/23936</w:t>
        <w:br/>
        <w:t>f 10930/28704/23938 10928/28700/23934 10925/28703/23937</w:t>
        <w:br/>
        <w:t>f 10929/28705/23938 10930/28704/23938 10925/28703/23937</w:t>
        <w:br/>
        <w:t>f 10932/28706/23935 10931/28707/23939 10926/28702/23936</w:t>
        <w:br/>
        <w:t>f 10927/28701/23935 10932/28706/23935 10926/28702/23936</w:t>
        <w:br/>
        <w:t>f 10931/28707/23939 10932/28706/23935 10934/28708/23939</w:t>
        <w:br/>
        <w:t>f 10933/28709/23940 10931/28707/23939 10934/28708/23939</w:t>
        <w:br/>
        <w:t>f 10933/28709/23940 10934/28708/23939 10936/28710/23941</w:t>
        <w:br/>
        <w:t>f 10935/28711/23942 10933/28709/23940 10936/28710/23941</w:t>
        <w:br/>
        <w:t>f 10936/28710/23941 10938/28712/23942 10937/28713/23942</w:t>
        <w:br/>
        <w:t>f 10935/28711/23942 10936/28710/23941 10937/28713/23942</w:t>
        <w:br/>
        <w:t>f 10932/28706/23935 10927/28701/23935 10913/28687/23922</w:t>
        <w:br/>
        <w:t>f 10918/28692/23926 10932/28706/23935 10913/28687/23922</w:t>
        <w:br/>
        <w:t>f 10942/28714/23943 10941/28715/23944 10940/28716/23945</w:t>
        <w:br/>
        <w:t>f 10939/28717/23943 10942/28714/23943 10940/28716/23945</w:t>
        <w:br/>
        <w:t>f 10944/28718/23946 10942/28714/23943 10939/28717/23943</w:t>
        <w:br/>
        <w:t>f 10943/28719/23947 10944/28718/23946 10939/28717/23943</w:t>
        <w:br/>
        <w:t>f 10946/28720/23948 10945/28721/23949 10940/28716/23945</w:t>
        <w:br/>
        <w:t>f 10941/28715/23944 10946/28720/23948 10940/28716/23945</w:t>
        <w:br/>
        <w:t>f 10945/28721/23949 10946/28720/23948 10948/28722/23950</w:t>
        <w:br/>
        <w:t>f 10947/28723/23951 10945/28721/23949 10948/28722/23950</w:t>
        <w:br/>
        <w:t>f 10947/28723/23951 10948/28722/23950 10950/28724/23952</w:t>
        <w:br/>
        <w:t>f 10949/28725/23953 10947/28723/23951 10950/28724/23952</w:t>
        <w:br/>
        <w:t>f 10950/28724/23952 10952/28726/23954 10951/28727/23954</w:t>
        <w:br/>
        <w:t>f 10949/28725/23953 10950/28724/23952 10951/28727/23954</w:t>
        <w:br/>
        <w:t>f 10956/28728/23955 10955/28729/23956 10954/28730/23957</w:t>
        <w:br/>
        <w:t>f 10953/28731/23903 10956/28728/23955 10954/28730/23957</w:t>
        <w:br/>
        <w:t>f 10953/28731/23903 10954/28730/23957 10958/28732/23958</w:t>
        <w:br/>
        <w:t>f 10957/28733/23959 10953/28731/23903 10958/28732/23958</w:t>
        <w:br/>
        <w:t>f 10960/28734/23960 10955/28729/23956 10956/28728/23955</w:t>
        <w:br/>
        <w:t>f 10959/28735/23961 10960/28734/23960 10956/28728/23955</w:t>
        <w:br/>
        <w:t>f 10962/28736/23961 10960/28734/23960 10959/28735/23961</w:t>
        <w:br/>
        <w:t>f 10961/28737/23962 10962/28736/23961 10959/28735/23961</w:t>
        <w:br/>
        <w:t>f 10961/28737/23962 10964/28738/23963 10963/28739/23964</w:t>
        <w:br/>
        <w:t>f 10962/28736/23961 10961/28737/23962 10963/28739/23964</w:t>
        <w:br/>
        <w:t>f 10966/28740/23965 10965/28741/23964 10963/28739/23964</w:t>
        <w:br/>
        <w:t>f 10964/28738/23963 10966/28740/23965 10963/28739/23964</w:t>
        <w:br/>
        <w:t>f 10941/28715/23944 10955/28729/23956 10960/28734/23960</w:t>
        <w:br/>
        <w:t>f 10946/28720/23948 10941/28715/23944 10960/28734/23960</w:t>
        <w:br/>
        <w:t>f 10970/28742/23966 10969/28743/23967 10968/28744/23968</w:t>
        <w:br/>
        <w:t>f 10967/28745/23969 10970/28742/23966 10968/28744/23968</w:t>
        <w:br/>
        <w:t>f 10974/28746/23970 10973/28747/23971 10972/28748/23972</w:t>
        <w:br/>
        <w:t>f 10971/28749/23970 10974/28746/23970 10972/28748/23972</w:t>
        <w:br/>
        <w:t>f 10967/28745/23969 10968/28744/23968 10976/28750/23973</w:t>
        <w:br/>
        <w:t>f 10975/28751/23974 10967/28745/23969 10976/28750/23973</w:t>
        <w:br/>
        <w:t>f 10980/28752/23975 10979/28753/23976 10978/28754/23975</w:t>
        <w:br/>
        <w:t>f 10977/28755/23975 10980/28752/23975 10978/28754/23975</w:t>
        <w:br/>
        <w:t>f 10982/28756/23977 10981/28757/23978 10972/28748/23972</w:t>
        <w:br/>
        <w:t>f 10973/28747/23971 10982/28756/23977 10972/28748/23972</w:t>
        <w:br/>
        <w:t>f 10986/28758/23979 10985/28759/23980 10984/28760/23981</w:t>
        <w:br/>
        <w:t>f 10983/28761/23982 10986/28758/23979 10984/28760/23981</w:t>
        <w:br/>
        <w:t>f 10990/28762/23983 10989/28763/23984 10988/28764/23985</w:t>
        <w:br/>
        <w:t>f 10987/28765/23986 10990/28762/23983 10988/28764/23985</w:t>
        <w:br/>
        <w:t>f 10992/28766/23987 10991/28767/23988 10985/28759/23980</w:t>
        <w:br/>
        <w:t>f 10986/28758/23979 10992/28766/23987 10985/28759/23980</w:t>
        <w:br/>
        <w:t>f 10994/28768/23989 10993/28769/23990 10991/28767/23988</w:t>
        <w:br/>
        <w:t>f 10992/28766/23987 10994/28768/23989 10991/28767/23988</w:t>
        <w:br/>
        <w:t>f 10996/28770/23991 10990/28762/23983 10987/28765/23986</w:t>
        <w:br/>
        <w:t>f 10995/28771/23992 10996/28770/23991 10987/28765/23986</w:t>
        <w:br/>
        <w:t>f 10999/28772/23993 10998/28773/23994 10997/28774/23994</w:t>
        <w:br/>
        <w:t>f 11000/28775/23995 10999/28772/23993 10997/28774/23994</w:t>
        <w:br/>
        <w:t>f 10997/28774/23994 10998/28773/23994 10993/28769/23990</w:t>
        <w:br/>
        <w:t>f 10994/28768/23989 10997/28774/23994 10993/28769/23990</w:t>
        <w:br/>
        <w:t>f 11002/28776/23996 10996/28770/23991 10995/28771/23992</w:t>
        <w:br/>
        <w:t>f 11001/28777/23997 11002/28776/23996 10995/28771/23992</w:t>
        <w:br/>
        <w:t>f 11006/28778/23998 11005/28779/23999 11004/28780/24000</w:t>
        <w:br/>
        <w:t>f 11003/28781/24000 11006/28778/23998 11004/28780/24000</w:t>
        <w:br/>
        <w:t>f 11010/28782/24001 11009/28783/24002 11008/28784/24003</w:t>
        <w:br/>
        <w:t>f 11007/28785/24004 11010/28782/24001 11008/28784/24003</w:t>
        <w:br/>
        <w:t>f 11003/28781/24000 11004/28780/24000 11012/28786/24005</w:t>
        <w:br/>
        <w:t>f 11011/28787/24006 11003/28781/24000 11012/28786/24005</w:t>
        <w:br/>
        <w:t>f 11016/28788/24007 11015/28789/24008 11014/28790/24008</w:t>
        <w:br/>
        <w:t>f 11013/28791/24007 11016/28788/24007 11014/28790/24008</w:t>
        <w:br/>
        <w:t>f 11009/28783/24002 11018/28792/24009 11017/28793/24010</w:t>
        <w:br/>
        <w:t>f 11008/28784/24003 11009/28783/24002 11017/28793/24010</w:t>
        <w:br/>
        <w:t>f 11022/28794/24011 11021/28795/24012 11020/28796/24013</w:t>
        <w:br/>
        <w:t>f 11019/28797/24014 11022/28794/24011 11020/28796/24013</w:t>
        <w:br/>
        <w:t>f 11019/28797/24014 11020/28796/24013 11024/28798/24015</w:t>
        <w:br/>
        <w:t>f 11023/28799/24016 11019/28797/24014 11024/28798/24015</w:t>
        <w:br/>
        <w:t>f 11028/28800/24017 11027/28801/24018 11026/28802/24019</w:t>
        <w:br/>
        <w:t>f 11025/28803/24020 11028/28800/24017 11026/28802/24019</w:t>
        <w:br/>
        <w:t>f 11029/28804/24021 11027/28801/24018 11028/28800/24017</w:t>
        <w:br/>
        <w:t>f 11030/28805/24022 11029/28804/24021 11028/28800/24017</w:t>
        <w:br/>
        <w:t>f 11024/28798/24015 11032/28806/24023 11031/28807/24024</w:t>
        <w:br/>
        <w:t>f 11023/28799/24016 11024/28798/24015 11031/28807/24024</w:t>
        <w:br/>
        <w:t>f 11030/28805/24022 11034/28808/24025 11033/28809/24026</w:t>
        <w:br/>
        <w:t>f 11029/28804/24021 11030/28805/24022 11033/28809/24026</w:t>
        <w:br/>
        <w:t>f 11032/28806/24023 11036/28810/24027 11035/28811/24027</w:t>
        <w:br/>
        <w:t>f 11031/28807/24024 11032/28806/24023 11035/28811/24027</w:t>
        <w:br/>
        <w:t>f 11038/28812/24028 11035/28811/24027 11036/28810/24027</w:t>
        <w:br/>
        <w:t>f 11037/28813/24029 11038/28812/24028 11036/28810/24027</w:t>
        <w:br/>
        <w:t>f 11042/28814/24030 11041/28815/24031 11040/28816/24031</w:t>
        <w:br/>
        <w:t>f 11039/28817/24032 11042/28814/24030 11040/28816/24031</w:t>
        <w:br/>
        <w:t>f 11046/28818/24033 11045/28819/24034 11044/28820/24033</w:t>
        <w:br/>
        <w:t>f 11043/28821/24033 11046/28818/24033 11044/28820/24033</w:t>
        <w:br/>
        <w:t>f 11049/28822/24035 11048/28823/24036 11047/28824/24036</w:t>
        <w:br/>
        <w:t>f 11050/28825/24037 11049/28822/24035 11047/28824/24036</w:t>
        <w:br/>
        <w:t>f 11054/28826/24038 11053/28827/24039 11052/28828/24040</w:t>
        <w:br/>
        <w:t>f 11051/28829/24041 11054/28826/24038 11052/28828/24040</w:t>
        <w:br/>
        <w:t>f 11058/28830/24042 11057/28831/24043 11056/28832/24044</w:t>
        <w:br/>
        <w:t>f 11055/28833/24044 11058/28830/24042 11056/28832/24044</w:t>
        <w:br/>
        <w:t>f 11062/28834/24045 11061/28835/24046 11060/28836/24047</w:t>
        <w:br/>
        <w:t>f 11059/28837/24048 11062/28834/24045 11060/28836/24047</w:t>
        <w:br/>
        <w:t>f 11066/28838/24049 11065/28839/24050 11064/28840/24051</w:t>
        <w:br/>
        <w:t>f 11063/28841/24052 11066/28838/24049 11064/28840/24051</w:t>
        <w:br/>
        <w:t>f 11070/28842/24053 11069/28843/24054 11068/28844/24055</w:t>
        <w:br/>
        <w:t>f 11067/28845/24055 11070/28842/24053 11068/28844/24055</w:t>
        <w:br/>
        <w:t>f 11074/28846/24056 11073/28847/24057 11072/28848/24058</w:t>
        <w:br/>
        <w:t>f 11071/28849/24059 11074/28846/24056 11072/28848/24058</w:t>
        <w:br/>
        <w:t>f 11078/28850/24060 11077/28851/24061 11076/28852/24062</w:t>
        <w:br/>
        <w:t>f 11075/28853/24060 11078/28850/24060 11076/28852/24062</w:t>
        <w:br/>
        <w:t>f 11082/28854/24063 11081/28855/24064 11080/28856/24065</w:t>
        <w:br/>
        <w:t>f 11079/28857/24066 11082/28854/24063 11080/28856/24065</w:t>
        <w:br/>
        <w:t>f 11085/28858/24067 11084/28859/24068 11083/28860/24069</w:t>
        <w:br/>
        <w:t>f 11086/28861/24067 11085/28858/24067 11083/28860/24069</w:t>
        <w:br/>
        <w:t>f 11090/28862/24070 11089/28863/24071 11088/28864/24072</w:t>
        <w:br/>
        <w:t>f 11087/28865/24073 11090/28862/24070 11088/28864/24072</w:t>
        <w:br/>
        <w:t>f 11094/28866/24074 11093/28867/24074 11092/28868/24075</w:t>
        <w:br/>
        <w:t>f 11091/28869/24075 11094/28866/24074 11092/28868/24075</w:t>
        <w:br/>
        <w:t>f 11098/28870/24076 11097/28871/24076 11096/28872/24077</w:t>
        <w:br/>
        <w:t>f 11095/28873/24077 11098/28870/24076 11096/28872/24077</w:t>
        <w:br/>
        <w:t>f 11102/28874/24078 11101/28875/24079 11100/28876/24079</w:t>
        <w:br/>
        <w:t>f 11099/28877/24078 11102/28874/24078 11100/28876/24079</w:t>
        <w:br/>
        <w:t>f 11106/28878/24080 11105/28879/24080 11104/28880/24081</w:t>
        <w:br/>
        <w:t>f 11103/28881/24082 11106/28878/24080 11104/28880/24081</w:t>
        <w:br/>
        <w:t>f 11110/28882/24083 11109/28883/24084 11108/28884/24084</w:t>
        <w:br/>
        <w:t>f 11107/28885/24085 11110/28882/24083 11108/28884/24084</w:t>
        <w:br/>
        <w:t>f 11047/28824/24036 11048/28823/24036 11053/28827/24039</w:t>
        <w:br/>
        <w:t>f 11054/28826/24038 11047/28824/24036 11053/28827/24039</w:t>
        <w:br/>
        <w:t>f 11066/28838/24049 11078/28850/24060 11075/28853/24060</w:t>
        <w:br/>
        <w:t>f 11065/28839/24050 11066/28838/24049 11075/28853/24060</w:t>
        <w:br/>
        <w:t>f 11051/28829/24041 11052/28828/24040 11112/28886/24043</w:t>
        <w:br/>
        <w:t>f 11111/28887/24043 11051/28829/24041 11112/28886/24043</w:t>
        <w:br/>
        <w:t>f 11077/28851/24061 11083/28860/24069 11084/28859/24068</w:t>
        <w:br/>
        <w:t>f 11076/28852/24062 11077/28851/24061 11084/28859/24068</w:t>
        <w:br/>
        <w:t>f 11061/28835/24046 11055/28833/24044 11056/28832/24044</w:t>
        <w:br/>
        <w:t>f 11060/28836/24047 11061/28835/24046 11056/28832/24044</w:t>
        <w:br/>
        <w:t>f 11091/28869/24075 11092/28868/24075 11085/28858/24067</w:t>
        <w:br/>
        <w:t>f 11086/28861/24067 11091/28869/24075 11085/28858/24067</w:t>
        <w:br/>
        <w:t>f 11050/28825/24037 11062/28834/24045 11059/28837/24048</w:t>
        <w:br/>
        <w:t>f 11049/28822/24035 11050/28825/24037 11059/28837/24048</w:t>
        <w:br/>
        <w:t>f 11114/28888/24086 11113/28889/24086 11093/28867/24074</w:t>
        <w:br/>
        <w:t>f 11094/28866/24074 11114/28888/24086 11093/28867/24074</w:t>
        <w:br/>
        <w:t>f 11070/28842/24053 11072/28848/24058 11073/28847/24057</w:t>
        <w:br/>
        <w:t>f 11069/28843/24054 11070/28842/24053 11073/28847/24057</w:t>
        <w:br/>
        <w:t>f 11082/28854/24063 11079/28857/24066 11067/28845/24055</w:t>
        <w:br/>
        <w:t>f 11068/28844/24055 11082/28854/24063 11067/28845/24055</w:t>
        <w:br/>
        <w:t>f 11090/28862/24070 11080/28856/24065 11081/28855/24064</w:t>
        <w:br/>
        <w:t>f 11089/28863/24071 11090/28862/24070 11081/28855/24064</w:t>
        <w:br/>
        <w:t>f 11074/28846/24056 11071/28849/24059 11087/28865/24073</w:t>
        <w:br/>
        <w:t>f 11088/28864/24072 11074/28846/24056 11087/28865/24073</w:t>
        <w:br/>
        <w:t>f 11099/28877/24078 11105/28879/24080 11106/28878/24080</w:t>
        <w:br/>
        <w:t>f 11102/28874/24078 11099/28877/24078 11106/28878/24080</w:t>
        <w:br/>
        <w:t>f 11100/28876/24079 11101/28875/24079 11095/28873/24077</w:t>
        <w:br/>
        <w:t>f 11096/28872/24077 11100/28876/24079 11095/28873/24077</w:t>
        <w:br/>
        <w:t>f 11108/28884/24084 11109/28883/24084 11103/28881/24082</w:t>
        <w:br/>
        <w:t>f 11104/28880/24081 11108/28884/24084 11103/28881/24082</w:t>
        <w:br/>
        <w:t>f 11107/28885/24085 11097/28871/24076 11098/28870/24076</w:t>
        <w:br/>
        <w:t>f 11110/28882/24083 11107/28885/24085 11098/28870/24076</w:t>
        <w:br/>
        <w:t>f 11118/28890/24087 11117/28891/24087 11116/28892/24088</w:t>
        <w:br/>
        <w:t>f 11115/28893/24088 11118/28890/24087 11116/28892/24088</w:t>
        <w:br/>
        <w:t>f 11120/28894/24089 11119/28895/24089 11117/28891/24087</w:t>
        <w:br/>
        <w:t>f 11118/28890/24087 11120/28894/24089 11117/28891/24087</w:t>
        <w:br/>
        <w:t>f 11120/28894/24089 11122/28896/24090 11121/28897/24090</w:t>
        <w:br/>
        <w:t>f 11119/28895/24089 11120/28894/24089 11121/28897/24090</w:t>
        <w:br/>
        <w:t>f 11124/28898/24091 11121/28897/24090 11122/28896/24090</w:t>
        <w:br/>
        <w:t>f 11123/28899/24092 11124/28898/24091 11122/28896/24090</w:t>
        <w:br/>
        <w:t>f 11126/28900/24093 11125/28901/24094 11124/28898/24091</w:t>
        <w:br/>
        <w:t>f 11123/28899/24092 11126/28900/24093 11124/28898/24091</w:t>
        <w:br/>
        <w:t>f 11130/28902/24095 11129/28903/24096 11128/28904/24093</w:t>
        <w:br/>
        <w:t>f 11127/28905/24093 11130/28902/24095 11128/28904/24093</w:t>
        <w:br/>
        <w:t>f 11134/28906/24097 11133/28907/24098 11132/28908/24099</w:t>
        <w:br/>
        <w:t>f 11131/28909/24100 11134/28906/24097 11132/28908/24099</w:t>
        <w:br/>
        <w:t>f 11115/28893/24088 11116/28892/24088 11133/28907/24098</w:t>
        <w:br/>
        <w:t>f 11134/28906/24097 11115/28893/24088 11133/28907/24098</w:t>
        <w:br/>
        <w:t>f 11138/28910/24101 11137/28911/24102 11136/28912/24103</w:t>
        <w:br/>
        <w:t>f 11135/28913/24101 11138/28910/24101 11136/28912/24103</w:t>
        <w:br/>
        <w:t>f 11142/28914/24104 11141/28915/24105 11140/28916/24106</w:t>
        <w:br/>
        <w:t>f 11139/28917/24106 11142/28914/24104 11140/28916/24106</w:t>
        <w:br/>
        <w:t>f 11143/28918/24107 11141/28915/24105 11142/28914/24104</w:t>
        <w:br/>
        <w:t>f 11144/28919/24108 11143/28918/24107 11142/28914/24104</w:t>
        <w:br/>
        <w:t>f 11138/28910/24101 11135/28913/24101 11146/28920/24109</w:t>
        <w:br/>
        <w:t>f 11145/28921/24110 11138/28910/24101 11146/28920/24109</w:t>
        <w:br/>
        <w:t>f 11144/28919/24108 11148/28922/24111 11147/28923/24111</w:t>
        <w:br/>
        <w:t>f 11143/28918/24107 11144/28919/24108 11147/28923/24111</w:t>
        <w:br/>
        <w:t>f 11150/28924/24112 11145/28921/24110 11146/28920/24109</w:t>
        <w:br/>
        <w:t>f 11149/28925/24112 11150/28924/24112 11146/28920/24109</w:t>
        <w:br/>
        <w:t>f 11150/28924/24112 11149/28925/24112 11152/28926/24113</w:t>
        <w:br/>
        <w:t>f 11151/28927/24113 11150/28924/24112 11152/28926/24113</w:t>
        <w:br/>
        <w:t>f 11148/28922/24111 11154/28928/24114 11153/28929/24114</w:t>
        <w:br/>
        <w:t>f 11147/28923/24111 11148/28922/24111 11153/28929/24114</w:t>
        <w:br/>
        <w:t>f 11156/28930/24115 11155/28931/24116 11153/28929/24114</w:t>
        <w:br/>
        <w:t>f 11154/28928/24114 11156/28930/24115 11153/28929/24114</w:t>
        <w:br/>
        <w:t>f 11158/28932/24117 11151/28927/24113 11152/28926/24113</w:t>
        <w:br/>
        <w:t>f 11157/28933/24118 11158/28932/24117 11152/28926/24113</w:t>
        <w:br/>
        <w:t>f 11162/28934/24119 11161/28935/24120 11160/28936/24120</w:t>
        <w:br/>
        <w:t>f 11159/28937/24119 11162/28934/24119 11160/28936/24120</w:t>
        <w:br/>
        <w:t>f 11166/28938/24121 11165/28939/24122 11164/28940/24116</w:t>
        <w:br/>
        <w:t>f 11163/28941/24123 11166/28938/24121 11164/28940/24116</w:t>
        <w:br/>
        <w:t>f 11160/28936/24120 11161/28935/24120 11168/28942/24124</w:t>
        <w:br/>
        <w:t>f 11167/28943/24124 11160/28936/24120 11168/28942/24124</w:t>
        <w:br/>
        <w:t>f 11166/28938/24125 11171/28944/24126 11170/28945/24097</w:t>
        <w:br/>
        <w:t>f 11169/28946/24127 11166/28938/24125 11170/28945/24097</w:t>
        <w:br/>
        <w:t>f 11170/28945/24097 11171/28944/24126 11139/28917/24106</w:t>
        <w:br/>
        <w:t>f 11140/28916/24106 11170/28945/24097 11139/28917/24106</w:t>
        <w:br/>
        <w:t>f 11167/28943/24124 11168/28942/24124 11136/28912/24103</w:t>
        <w:br/>
        <w:t>f 11137/28911/24102 11167/28943/24124 11136/28912/24103</w:t>
        <w:br/>
        <w:t>f 29312/28947/24128 29311/28948/24129 29310/28949/24130</w:t>
        <w:br/>
        <w:t>f 29313/28950/24131 29312/28947/24128 29310/28949/24130</w:t>
        <w:br/>
        <w:t>f 29310/28949/24130 29311/28948/24129 29315/28951/24132</w:t>
        <w:br/>
        <w:t>f 29314/28952/24133 29310/28949/24130 29315/28951/24132</w:t>
        <w:br/>
        <w:t>f 29316/28953/24134 29312/28947/24128 29313/28950/24131</w:t>
        <w:br/>
        <w:t>f 29317/28954/24135 29316/28953/24134 29313/28950/24131</w:t>
        <w:br/>
        <w:t>f 29320/28955/24136 29319/28956/24137 29318/28957/24138</w:t>
        <w:br/>
        <w:t>f 29321/28958/24138 29320/28955/24136 29318/28957/24138</w:t>
        <w:br/>
        <w:t>f 29323/28959/24139 29322/28960/24140 29319/28956/24137</w:t>
        <w:br/>
        <w:t>f 29320/28955/24136 29323/28959/24139 29319/28956/24137</w:t>
        <w:br/>
        <w:t>f 29321/28958/24138 29318/28957/24138 29324/28961/24141</w:t>
        <w:br/>
        <w:t>f 29325/28962/24141 29321/28958/24138 29324/28961/24141</w:t>
        <w:br/>
        <w:t>f 29327/28963/24142 29316/28953/24134 29317/28954/24135</w:t>
        <w:br/>
        <w:t>f 29326/28964/24141 29327/28963/24142 29317/28954/24135</w:t>
        <w:br/>
        <w:t>f 29314/28952/24133 29315/28951/24132 29322/28960/24140</w:t>
        <w:br/>
        <w:t>f 29323/28959/24139 29314/28952/24133 29322/28960/24140</w:t>
        <w:br/>
        <w:t>f 29331/28965/24143 29330/28966/24144 29329/28967/24145</w:t>
        <w:br/>
        <w:t>f 29328/28968/24146 29331/28965/24143 29329/28967/24145</w:t>
        <w:br/>
        <w:t>f 29330/28966/24144 29331/28965/24143 29333/28969/24147</w:t>
        <w:br/>
        <w:t>f 29332/28970/24148 29330/28966/24144 29333/28969/24147</w:t>
        <w:br/>
        <w:t>f 29332/28970/24148 29333/28969/24147 29334/28971/24149</w:t>
        <w:br/>
        <w:t>f 29335/28972/24150 29332/28970/24148 29334/28971/24149</w:t>
        <w:br/>
        <w:t>f 29338/28973/24151 29337/28974/24152 29336/28975/24153</w:t>
        <w:br/>
        <w:t>f 29339/28976/24154 29338/28973/24151 29336/28975/24153</w:t>
        <w:br/>
        <w:t>f 29341/28977/24155 29338/28973/24151 29339/28976/24154</w:t>
        <w:br/>
        <w:t>f 29340/28978/24156 29341/28977/24155 29339/28976/24154</w:t>
        <w:br/>
        <w:t>f 29343/28979/24157 29341/28977/24155 29340/28978/24156</w:t>
        <w:br/>
        <w:t>f 29342/28980/24158 29343/28979/24157 29340/28978/24156</w:t>
        <w:br/>
        <w:t>f 29346/28981/24159 29345/28982/24160 29344/28983/24161</w:t>
        <w:br/>
        <w:t>f 29347/28984/24161 29346/28981/24159 29344/28983/24161</w:t>
        <w:br/>
        <w:t>f 29351/28985/24162 29350/28986/24163 29349/28987/24164</w:t>
        <w:br/>
        <w:t>f 29348/28988/24165 29351/28985/24162 29349/28987/24164</w:t>
        <w:br/>
        <w:t>f 29347/28984/24161 29344/28983/24161 29353/28989/24166</w:t>
        <w:br/>
        <w:t>f 29352/28990/24166 29347/28984/24161 29353/28989/24166</w:t>
        <w:br/>
        <w:t>f 29355/28991/24167 29354/28992/24168 29350/28986/24163</w:t>
        <w:br/>
        <w:t>f 29351/28985/24162 29355/28991/24167 29350/28986/24163</w:t>
        <w:br/>
        <w:t>f 29346/28981/24159 29357/28993/24169 29356/28994/24170</w:t>
        <w:br/>
        <w:t>f 29345/28982/24160 29346/28981/24159 29356/28994/24170</w:t>
        <w:br/>
        <w:t>f 29359/28995/24171 29358/28996/24172 29348/28988/24165</w:t>
        <w:br/>
        <w:t>f 29349/28987/24164 29359/28995/24171 29348/28988/24165</w:t>
        <w:br/>
        <w:t>f 29363/28997/24173 29362/28998/24174 29361/28999/24174</w:t>
        <w:br/>
        <w:t>f 29360/29000/24173 29363/28997/24173 29361/28999/24174</w:t>
        <w:br/>
        <w:t>f 29366/29001/24175 29365/29002/24176 29364/29003/24177</w:t>
        <w:br/>
        <w:t>f 29367/29004/24177 29366/29001/24175 29364/29003/24177</w:t>
        <w:br/>
        <w:t>f 29367/29004/24177 29364/29003/24177 29368/29005/24178</w:t>
        <w:br/>
        <w:t>f 29369/29006/24178 29367/29004/24177 29368/29005/24178</w:t>
        <w:br/>
        <w:t>f 29362/28998/24174 29371/29007/24179 29370/29008/24179</w:t>
        <w:br/>
        <w:t>f 29361/28999/24174 29362/28998/24174 29370/29008/24179</w:t>
        <w:br/>
        <w:t>f 29374/29009/24180 29373/29010/24181 29372/29011/24182</w:t>
        <w:br/>
        <w:t>f 29375/29012/24182 29374/29009/24180 29372/29011/24182</w:t>
        <w:br/>
        <w:t>f 29369/29006/24178 29368/29005/24178 29373/29010/24181</w:t>
        <w:br/>
        <w:t>f 29374/29009/24180 29369/29006/24178 29373/29010/24181</w:t>
        <w:br/>
        <w:t>f 29379/29013/24183 29378/29014/24184 29377/29015/24185</w:t>
        <w:br/>
        <w:t>f 29376/29016/24185 29379/29013/24183 29377/29015/24185</w:t>
        <w:br/>
        <w:t>f 29376/29016/24185 29377/29015/24185 29381/29017/24186</w:t>
        <w:br/>
        <w:t>f 29380/29018/24187 29376/29016/24185 29381/29017/24186</w:t>
        <w:br/>
        <w:t>f 29384/29019/24188 29383/29020/24189 29382/29021/24190</w:t>
        <w:br/>
        <w:t>f 29385/29022/24190 29384/29019/24188 29382/29021/24190</w:t>
        <w:br/>
        <w:t>f 29387/29023/24191 29383/29020/24189 29384/29019/24188</w:t>
        <w:br/>
        <w:t>f 29386/29024/24192 29387/29023/24191 29384/29019/24188</w:t>
        <w:br/>
        <w:t>f 29386/29024/24192 29389/29025/24193 29388/29026/24194</w:t>
        <w:br/>
        <w:t>f 29387/29023/24191 29386/29024/24192 29388/29026/24194</w:t>
        <w:br/>
        <w:t>f 29391/29027/24195 29390/29028/24196 29378/29014/24184</w:t>
        <w:br/>
        <w:t>f 29379/29013/24183 29391/29027/24195 29378/29014/24184</w:t>
        <w:br/>
        <w:t>f 29394/29029/24197 29393/29030/24198 29392/29031/24199</w:t>
        <w:br/>
        <w:t>f 29395/29032/24200 29394/29029/24197 29392/29031/24199</w:t>
        <w:br/>
        <w:t>f 29398/29033/24201 29397/29034/24201 29396/29035/24202</w:t>
        <w:br/>
        <w:t>f 29399/29036/24202 29398/29033/24201 29396/29035/24202</w:t>
        <w:br/>
        <w:t>f 29394/29029/24197 29401/29037/24203 29400/29038/24203</w:t>
        <w:br/>
        <w:t>f 29393/29030/24198 29394/29029/24197 29400/29038/24203</w:t>
        <w:br/>
        <w:t>f 29401/29037/24203 29403/29039/24204 29402/29040/24205</w:t>
        <w:br/>
        <w:t>f 29400/29038/24203 29401/29037/24203 29402/29040/24205</w:t>
        <w:br/>
        <w:t>f 29405/29041/24206 29404/29042/24207 29402/29040/24205</w:t>
        <w:br/>
        <w:t>f 29403/29039/24204 29405/29041/24206 29402/29040/24205</w:t>
        <w:br/>
        <w:t>f 29399/29036/24202 29396/29035/24202 29406/29043/24208</w:t>
        <w:br/>
        <w:t>f 29407/29044/24208 29399/29036/24202 29406/29043/24208</w:t>
        <w:br/>
        <w:t>f 29392/29031/24199 29388/29026/24194 29389/29025/24193</w:t>
        <w:br/>
        <w:t>f 29395/29032/24200 29392/29031/24199 29389/29025/24193</w:t>
        <w:br/>
        <w:t>f 29365/29002/24176 29366/29001/24175 29356/28994/24170</w:t>
        <w:br/>
        <w:t>f 29357/28993/24169 29365/29002/24176 29356/28994/24170</w:t>
        <w:br/>
        <w:t>f 29410/29045/24209 29409/29046/24210 29408/29047/24211</w:t>
        <w:br/>
        <w:t>f 29412/29048/24212 29408/29047/24211 29409/29046/24210</w:t>
        <w:br/>
        <w:t>f 29411/29049/24213 29412/29048/24212 29409/29046/24210</w:t>
        <w:br/>
        <w:t>f 29412/29048/24212 29411/29049/24213 29413/29050/24214</w:t>
        <w:br/>
        <w:t>f 29414/29051/24215 29412/29048/24212 29413/29050/24214</w:t>
        <w:br/>
        <w:t>f 29417/29052/24216 29416/29053/24217 29415/29054/24218</w:t>
        <w:br/>
        <w:t>f 29415/29054/24218 29416/29053/24217 29419/29055/24219</w:t>
        <w:br/>
        <w:t>f 29418/29056/24220 29415/29054/24218 29419/29055/24219</w:t>
        <w:br/>
        <w:t>f 29419/29055/24219 29420/29057/24221 29413/29050/24214</w:t>
        <w:br/>
        <w:t>f 29418/29056/24220 29419/29055/24219 29413/29050/24214</w:t>
        <w:br/>
        <w:t>f 29413/29050/24214 29420/29057/24221 29414/29051/24215</w:t>
        <w:br/>
        <w:t>f 29421/29058/24222 29414/29051/24215 29420/29057/24221</w:t>
        <w:br/>
        <w:t>f 29422/29059/24223 29421/29058/24222 29420/29057/24221</w:t>
        <w:br/>
        <w:t>f 29426/29060/24224 29425/29061/24224 29424/29062/24225</w:t>
        <w:br/>
        <w:t>f 29423/29063/24226 29426/29060/24224 29424/29062/24225</w:t>
        <w:br/>
        <w:t>f 29426/29060/24224 29427/29064/24224 29425/29061/24224</w:t>
        <w:br/>
        <w:t>f 29428/29065/24224 29425/29061/24224 29427/29064/24224</w:t>
        <w:br/>
        <w:t>f 29421/29058/24222 29428/29065/24224 29427/29064/24224</w:t>
        <w:br/>
        <w:t>f 29421/29058/24222 29422/29059/24223 29428/29065/24224</w:t>
        <w:br/>
        <w:t>f 29428/29065/24224 29422/29059/24223 29430/29066/24224</w:t>
        <w:br/>
        <w:t>f 29429/29067/24224 29428/29065/24224 29430/29066/24224</w:t>
        <w:br/>
        <w:t>f 29430/29066/24224 29431/29068/24224 29429/29067/24224</w:t>
        <w:br/>
        <w:t>f 29433/29069/24224 29429/29067/24224 29431/29068/24224</w:t>
        <w:br/>
        <w:t>f 29432/29070/24225 29433/29069/24224 29431/29068/24224</w:t>
        <w:br/>
        <w:t>f 29436/29071/24227 29435/29072/24228 29434/29073/24229</w:t>
        <w:br/>
        <w:t>f 29434/29073/24229 29435/29072/24228 29438/29074/24230</w:t>
        <w:br/>
        <w:t>f 29437/29075/24231 29434/29073/24229 29438/29074/24230</w:t>
        <w:br/>
        <w:t>f 29438/29074/24230 29440/29076/24232 29439/29077/24233</w:t>
        <w:br/>
        <w:t>f 29437/29075/24231 29438/29074/24230 29439/29077/24233</w:t>
        <w:br/>
        <w:t>f 29443/29078/24234 29442/29079/24235 29441/29080/24236</w:t>
        <w:br/>
        <w:t>f 29445/29081/24237 29441/29080/24236 29442/29079/24235</w:t>
        <w:br/>
        <w:t>f 29444/29082/24237 29445/29081/24237 29442/29079/24235</w:t>
        <w:br/>
        <w:t>f 29445/29081/24237 29444/29082/24237 29439/29077/24233</w:t>
        <w:br/>
        <w:t>f 29446/29083/24238 29445/29081/24237 29439/29077/24233</w:t>
        <w:br/>
        <w:t>f 29439/29077/24233 29440/29076/24232 29446/29083/24238</w:t>
        <w:br/>
        <w:t>f 29448/29084/24239 29447/29085/24240 29446/29083/24238</w:t>
        <w:br/>
        <w:t>f 29440/29076/24232 29448/29084/24239 29446/29083/24238</w:t>
        <w:br/>
        <w:t>f 29452/29086/24241 29451/29087/24241 29450/29088/24242</w:t>
        <w:br/>
        <w:t>f 29449/29089/24243 29452/29086/24241 29450/29088/24242</w:t>
        <w:br/>
        <w:t>f 29452/29086/24241 29453/29090/24244 29451/29087/24241</w:t>
        <w:br/>
        <w:t>f 29454/29091/24245 29451/29087/24241 29453/29090/24244</w:t>
        <w:br/>
        <w:t>f 29447/29085/24240 29454/29091/24245 29453/29090/24244</w:t>
        <w:br/>
        <w:t>f 29447/29085/24240 29448/29084/24239 29454/29091/24245</w:t>
        <w:br/>
        <w:t>f 29454/29091/24245 29448/29084/24239 29456/29092/24246</w:t>
        <w:br/>
        <w:t>f 29455/29093/24246 29454/29091/24245 29456/29092/24246</w:t>
        <w:br/>
        <w:t>f 29456/29092/24246 29457/29094/24246 29455/29093/24246</w:t>
        <w:br/>
        <w:t>f 29459/29095/24246 29455/29093/24246 29457/29094/24246</w:t>
        <w:br/>
        <w:t>f 29458/29096/24243 29459/29095/24246 29457/29094/24246</w:t>
        <w:br/>
        <w:t>f 29507/29097/24247 29506/29098/24248 29505/29099/24249</w:t>
        <w:br/>
        <w:t>f 29504/29100/24250 29507/29097/24247 29505/29099/24249</w:t>
        <w:br/>
        <w:t>f 29511/29101/24251 29510/29102/24252 29509/29103/24253</w:t>
        <w:br/>
        <w:t>f 29508/29104/24248 29511/29101/24251 29509/29103/24253</w:t>
        <w:br/>
        <w:t>f 29515/29105/24254 29514/29106/24255 29513/29107/24256</w:t>
        <w:br/>
        <w:t>f 29512/29108/24254 29515/29105/24254 29513/29107/24256</w:t>
        <w:br/>
        <w:t>f 29519/29109/24257 29518/29110/24252 29517/29111/24251</w:t>
        <w:br/>
        <w:t>f 29516/29112/24258 29519/29109/24257 29517/29111/24251</w:t>
        <w:br/>
        <w:t>f 29535/29113/24259 29534/29114/24260 29533/29115/24260</w:t>
        <w:br/>
        <w:t>f 29532/29116/24259 29535/29113/24259 29533/29115/24260</w:t>
        <w:br/>
        <w:t>f 29539/29117/24261 29538/29118/24262 29537/29119/24263</w:t>
        <w:br/>
        <w:t>f 29536/29120/24264 29539/29117/24261 29537/29119/24263</w:t>
        <w:br/>
        <w:t>f 29543/29121/24265 29542/29122/24266 29541/29123/24262</w:t>
        <w:br/>
        <w:t>f 29540/29124/24261 29543/29121/24265 29541/29123/24262</w:t>
        <w:br/>
        <w:t>f 29514/29106/24255 29533/29115/24260 29534/29114/24260</w:t>
        <w:br/>
        <w:t>f 29513/29107/24256 29514/29106/24255 29534/29114/24260</w:t>
        <w:br/>
        <w:t>f 29506/29098/24248 29539/29117/24261 29536/29120/24264</w:t>
        <w:br/>
        <w:t>f 29505/29099/24249 29506/29098/24248 29536/29120/24264</w:t>
        <w:br/>
        <w:t>f 29508/29104/24248 29509/29103/24253 29543/29121/24265</w:t>
        <w:br/>
        <w:t>f 29540/29124/24261 29508/29104/24248 29543/29121/24265</w:t>
        <w:br/>
        <w:t>f 29546/29125/24267 29545/29126/24268 29544/29127/24269</w:t>
        <w:br/>
        <w:t>f 29547/29128/24270 29546/29125/24267 29544/29127/24269</w:t>
        <w:br/>
        <w:t>f 29551/29129/24271 29550/29130/24272 29549/29131/24273</w:t>
        <w:br/>
        <w:t>f 29548/29132/24274 29551/29129/24271 29549/29131/24273</w:t>
        <w:br/>
        <w:t>f 29555/29133/24275 29554/29134/24276 29553/29135/24277</w:t>
        <w:br/>
        <w:t>f 29552/29136/24278 29555/29133/24275 29553/29135/24277</w:t>
        <w:br/>
        <w:t>f 29558/29137/24279 29557/29138/24280 29556/29139/24281</w:t>
        <w:br/>
        <w:t>f 29559/29140/24279 29558/29137/24279 29556/29139/24281</w:t>
        <w:br/>
        <w:t>f 29563/29141/24282 29562/29142/24283 29561/29143/24284</w:t>
        <w:br/>
        <w:t>f 29560/29144/24282 29563/29141/24282 29561/29143/24284</w:t>
        <w:br/>
        <w:t>f 29566/29145/24285 29565/29146/24286 29564/29147/24286</w:t>
        <w:br/>
        <w:t>f 29567/29148/24285 29566/29145/24285 29564/29147/24286</w:t>
        <w:br/>
        <w:t>f 29571/29149/24287 29570/29150/24288 29569/29151/24289</w:t>
        <w:br/>
        <w:t>f 29568/29152/24290 29571/29149/24287 29569/29151/24289</w:t>
        <w:br/>
        <w:t>f 29575/29153/24291 29574/29154/24292 29573/29155/24293</w:t>
        <w:br/>
        <w:t>f 29572/29156/24294 29575/29153/24291 29573/29155/24293</w:t>
        <w:br/>
        <w:t>f 29579/29157/24295 29578/29158/24296 29577/29159/24297</w:t>
        <w:br/>
        <w:t>f 29576/29160/24296 29579/29157/24295 29577/29159/24297</w:t>
        <w:br/>
        <w:t>f 29572/29156/24294 29573/29155/24293 29547/29128/24270</w:t>
        <w:br/>
        <w:t>f 29544/29127/24269 29572/29156/24294 29547/29128/24270</w:t>
        <w:br/>
        <w:t>f 29569/29151/24289 29563/29141/24282 29560/29144/24282</w:t>
        <w:br/>
        <w:t>f 29568/29152/24290 29569/29151/24289 29560/29144/24282</w:t>
        <w:br/>
        <w:t>f 29557/29138/24280 29566/29145/24285 29567/29148/24285</w:t>
        <w:br/>
        <w:t>f 29556/29139/24281 29557/29138/24280 29567/29148/24285</w:t>
        <w:br/>
        <w:t>f 29553/29135/24277 29554/29134/24276 29550/29130/24272</w:t>
        <w:br/>
        <w:t>f 29551/29129/24271 29553/29135/24277 29550/29130/24272</w:t>
        <w:br/>
        <w:t>f 29562/29142/24283 29581/29161/24298 29580/29162/24298</w:t>
        <w:br/>
        <w:t>f 29561/29143/24284 29562/29142/24283 29580/29162/24298</w:t>
        <w:br/>
        <w:t>f 29565/29146/24286 29583/29163/24299 29582/29164/24300</w:t>
        <w:br/>
        <w:t>f 29564/29147/24286 29565/29146/24286 29582/29164/24300</w:t>
        <w:br/>
        <w:t>f 29548/29132/24274 29549/29131/24273 29585/29165/24301</w:t>
        <w:br/>
        <w:t>f 29584/29166/24302 29548/29132/24274 29585/29165/24301</w:t>
        <w:br/>
        <w:t>f 29545/29126/24268 29546/29125/24267 29587/29167/24303</w:t>
        <w:br/>
        <w:t>f 29586/29168/24304 29545/29126/24268 29587/29167/24303</w:t>
        <w:br/>
        <w:t>f 13629/29169/24305 13628/29170/24306 13627/29171/24307</w:t>
        <w:br/>
        <w:t>f 13630/29172/24308 13629/29169/24305 13627/29171/24307</w:t>
        <w:br/>
        <w:t>f 13633/29173/24309 13632/29174/24310 13631/29175/24311</w:t>
        <w:br/>
        <w:t>f 13633/29173/24309 13635/29176/24312 13634/29177/24313</w:t>
        <w:br/>
        <w:t>f 13632/29174/24310 13633/29173/24309 13634/29177/24313</w:t>
        <w:br/>
        <w:t>f 13639/29178/24314 13638/29179/24315 13637/29180/24316</w:t>
        <w:br/>
        <w:t>f 13636/29181/24317 13639/29178/24314 13637/29180/24316</w:t>
        <w:br/>
        <w:t>f 13629/29169/24305 13640/29182/24318 13632/29174/24310</w:t>
        <w:br/>
        <w:t>f 13628/29170/24306 13629/29169/24305 13632/29174/24310</w:t>
        <w:br/>
        <w:t>f 13632/29174/24310 13640/29182/24318 13631/29175/24311</w:t>
        <w:br/>
        <w:t>f 13635/29176/24312 13639/29178/24314 13636/29181/24317</w:t>
        <w:br/>
        <w:t>f 13634/29177/24313 13635/29176/24312 13636/29181/24317</w:t>
        <w:br/>
        <w:t>f 13642/29183/24319 13641/29184/24320 13637/29180/24316</w:t>
        <w:br/>
        <w:t>f 13638/29179/24315 13642/29183/24319 13637/29180/24316</w:t>
        <w:br/>
        <w:t>f 13643/29185/24321 13641/29184/24320 13642/29183/24319</w:t>
        <w:br/>
        <w:t>f 13644/29186/24322 13641/29184/24320 13643/29185/24321</w:t>
        <w:br/>
        <w:t>f 13648/29187/24323 13647/29188/24324 13646/29189/24325</w:t>
        <w:br/>
        <w:t>f 13645/29190/24326 13648/29187/24323 13646/29189/24325</w:t>
        <w:br/>
        <w:t>f 13648/29187/24323 13650/29191/24327 13649/29192/24328</w:t>
        <w:br/>
        <w:t>f 13647/29188/24324 13648/29187/24323 13649/29192/24328</w:t>
        <w:br/>
        <w:t>f 13652/29193/24329 13651/29194/24330 13649/29192/24328</w:t>
        <w:br/>
        <w:t>f 13650/29191/24327 13652/29193/24329 13649/29192/24328</w:t>
        <w:br/>
        <w:t>f 13651/29194/24330 13652/29193/24329 13654/29195/24331</w:t>
        <w:br/>
        <w:t>f 13653/29196/24332 13651/29194/24330 13654/29195/24331</w:t>
        <w:br/>
        <w:t>f 13653/29196/24332 13654/29195/24331 13656/29197/24333</w:t>
        <w:br/>
        <w:t>f 13655/29198/24334 13653/29196/24332 13656/29197/24333</w:t>
        <w:br/>
        <w:t>f 13655/29198/24334 13656/29197/24333 13658/29199/24335</w:t>
        <w:br/>
        <w:t>f 13657/29200/24336 13655/29198/24334 13658/29199/24335</w:t>
        <w:br/>
        <w:t>f 13657/29200/24336 13658/29199/24335 13660/29201/24337</w:t>
        <w:br/>
        <w:t>f 13659/29202/24338 13657/29200/24336 13660/29201/24337</w:t>
        <w:br/>
        <w:t>f 13662/29203/24339 13661/29204/24340 13659/29202/24338</w:t>
        <w:br/>
        <w:t>f 13660/29201/24337 13662/29203/24339 13659/29202/24338</w:t>
        <w:br/>
        <w:t>f 13661/29204/24340 13662/29203/24339 13664/29205/24341</w:t>
        <w:br/>
        <w:t>f 13663/29206/24342 13661/29204/24340 13664/29205/24341</w:t>
        <w:br/>
        <w:t>f 13663/29206/24342 13664/29205/24341 13666/29207/24343</w:t>
        <w:br/>
        <w:t>f 13665/29208/24344 13663/29206/24342 13666/29207/24343</w:t>
        <w:br/>
        <w:t>f 13647/29188/24324 13629/29169/24305 13630/29172/24308</w:t>
        <w:br/>
        <w:t>f 13646/29189/24325 13647/29188/24324 13630/29172/24308</w:t>
        <w:br/>
        <w:t>f 13640/29182/24318 13629/29169/24305 13647/29188/24324</w:t>
        <w:br/>
        <w:t>f 13649/29192/24328 13640/29182/24318 13647/29188/24324</w:t>
        <w:br/>
        <w:t>f 13651/29194/24330 13631/29175/24311 13640/29182/24318</w:t>
        <w:br/>
        <w:t>f 13649/29192/24328 13651/29194/24330 13640/29182/24318</w:t>
        <w:br/>
        <w:t>f 13651/29194/24330 13653/29196/24332 13633/29173/24309</w:t>
        <w:br/>
        <w:t>f 13631/29175/24311 13651/29194/24330 13633/29173/24309</w:t>
        <w:br/>
        <w:t>f 13633/29173/24309 13653/29196/24332 13655/29198/24334</w:t>
        <w:br/>
        <w:t>f 13635/29176/24312 13633/29173/24309 13655/29198/24334</w:t>
        <w:br/>
        <w:t>f 13635/29176/24312 13655/29198/24334 13657/29200/24336</w:t>
        <w:br/>
        <w:t>f 13639/29178/24314 13635/29176/24312 13657/29200/24336</w:t>
        <w:br/>
        <w:t>f 13639/29178/24314 13657/29200/24336 13659/29202/24338</w:t>
        <w:br/>
        <w:t>f 13638/29179/24315 13639/29178/24314 13659/29202/24338</w:t>
        <w:br/>
        <w:t>f 13638/29179/24315 13659/29202/24338 13661/29204/24340</w:t>
        <w:br/>
        <w:t>f 13642/29183/24319 13638/29179/24315 13661/29204/24340</w:t>
        <w:br/>
        <w:t>f 13642/29183/24319 13661/29204/24340 13663/29206/24342</w:t>
        <w:br/>
        <w:t>f 13643/29185/24321 13642/29183/24319 13663/29206/24342</w:t>
        <w:br/>
        <w:t>f 13665/29208/24344 13643/29185/24321 13663/29206/24342</w:t>
        <w:br/>
        <w:t>f 13670/29209/24345 13669/29210/24346 13668/29211/24347</w:t>
        <w:br/>
        <w:t>f 13667/29212/24348 13670/29209/24345 13668/29211/24347</w:t>
        <w:br/>
        <w:t>f 13671/29213/24349 13641/29184/24320 13644/29186/24322</w:t>
        <w:br/>
        <w:t>f 13674/29214/24350 13673/29215/24351 13672/29216/24352</w:t>
        <w:br/>
        <w:t>f 13671/29213/24353 13674/29214/24350 13675/29217/24354</w:t>
        <w:br/>
        <w:t>f 13675/29217/24354 13670/29209/24345 13671/29213/24353</w:t>
        <w:br/>
        <w:t>f 13671/29213/24353 13670/29209/24345 13667/29212/24348</w:t>
        <w:br/>
        <w:t>f 13676/29218/24355 13671/29213/24353 13667/29212/24348</w:t>
        <w:br/>
        <w:t>f 13644/29186/24322 13665/29208/24344 13677/29219/24356</w:t>
        <w:br/>
        <w:t>f 13678/29220/24357 13644/29186/24322 13677/29219/24356</w:t>
        <w:br/>
        <w:t>f 13672/29216/24352 13678/29220/24357 13679/29221/24358</w:t>
        <w:br/>
        <w:t>f 13680/29222/24359 13672/29216/24352 13679/29221/24358</w:t>
        <w:br/>
        <w:t>f 13681/29223/24360 13674/29214/24350 13680/29222/24359</w:t>
        <w:br/>
        <w:t>f 13681/29223/24360 13675/29217/24354 13674/29214/24350</w:t>
        <w:br/>
        <w:t>f 13675/29217/24354 13682/29224/24361 13669/29210/24346</w:t>
        <w:br/>
        <w:t>f 13670/29209/24345 13675/29217/24354 13669/29210/24346</w:t>
        <w:br/>
        <w:t>f 13683/29225/24362 13677/29219/24356 13665/29208/24344</w:t>
        <w:br/>
        <w:t>f 13666/29207/24343 13683/29225/24362 13665/29208/24344</w:t>
        <w:br/>
        <w:t>f 13677/29219/24356 13683/29225/24362 13684/29226/24363</w:t>
        <w:br/>
        <w:t>f 13678/29220/24357 13677/29219/24356 13684/29226/24363</w:t>
        <w:br/>
        <w:t>f 13678/29220/24357 13684/29226/24363 13685/29227/24364</w:t>
        <w:br/>
        <w:t>f 13679/29221/24358 13678/29220/24357 13685/29227/24364</w:t>
        <w:br/>
        <w:t>f 13686/29228/24365 13680/29222/24359 13679/29221/24358</w:t>
        <w:br/>
        <w:t>f 13685/29227/24364 13686/29228/24365 13679/29221/24358</w:t>
        <w:br/>
        <w:t>f 13687/29229/24366 13681/29223/24360 13680/29222/24359</w:t>
        <w:br/>
        <w:t>f 13686/29228/24365 13687/29229/24366 13680/29222/24359</w:t>
        <w:br/>
        <w:t>f 13681/29223/24360 13687/29229/24366 13688/29230/24367</w:t>
        <w:br/>
        <w:t>f 13682/29224/24361 13681/29223/24360 13688/29230/24367</w:t>
        <w:br/>
        <w:t>f 13669/29210/24346 13682/29224/24361 13688/29230/24367</w:t>
        <w:br/>
        <w:t>f 13676/29218/24355 13667/29212/24348 13689/29231/24368</w:t>
        <w:br/>
        <w:t>f 13689/29231/24368 13690/29232/24369 13676/29218/24355</w:t>
        <w:br/>
        <w:t>f 13690/29232/24369 13692/29233/24370 13691/29234/24371</w:t>
        <w:br/>
        <w:t>f 13693/29235/24372 13689/29231/24368 13667/29212/24348</w:t>
        <w:br/>
        <w:t>f 13668/29211/24347 13693/29235/24372 13667/29212/24348</w:t>
        <w:br/>
        <w:t>f 13694/29236/24373 13690/29232/24369 13689/29231/24368</w:t>
        <w:br/>
        <w:t>f 13693/29235/24372 13694/29236/24373 13689/29231/24368</w:t>
        <w:br/>
        <w:t>f 13692/29233/24370 13690/29232/24369 13694/29236/24373</w:t>
        <w:br/>
        <w:t>f 13648/29187/24323 13645/29190/24326 13696/29237/24374</w:t>
        <w:br/>
        <w:t>f 13695/29238/24375 13648/29187/24323 13696/29237/24374</w:t>
        <w:br/>
        <w:t>f 13648/29187/24323 13695/29238/24375 13650/29191/24327</w:t>
        <w:br/>
        <w:t>f 13680/29222/24359 13674/29214/24350 13672/29216/24352</w:t>
        <w:br/>
        <w:t>f 13682/29224/24361 13675/29217/24354 13681/29223/24360</w:t>
        <w:br/>
        <w:t>f 13697/29239/24376 13644/29186/24322 13678/29220/24357</w:t>
        <w:br/>
        <w:t>f 13665/29208/24344 13644/29186/24322 13643/29185/24321</w:t>
        <w:br/>
        <w:t>f 13671/29213/24349 13644/29186/24322 13697/29239/24376</w:t>
        <w:br/>
        <w:t>f 13695/29238/24375 13696/29237/24374 13698/29240/24377</w:t>
        <w:br/>
        <w:t>f 13676/29218/24355 13690/29232/24369 13691/29234/24371</w:t>
        <w:br/>
        <w:t>f 13702/29241/24378 13701/29242/24379 13700/29243/24380</w:t>
        <w:br/>
        <w:t>f 13699/29244/24381 13702/29241/24378 13700/29243/24380</w:t>
        <w:br/>
        <w:t>f 13706/29245/24382 13705/29246/24383 13704/29247/24384</w:t>
        <w:br/>
        <w:t>f 13703/29248/24385 13706/29245/24382 13704/29247/24384</w:t>
        <w:br/>
        <w:t>f 13708/29249/24386 13707/29250/24387 13700/29243/24380</w:t>
        <w:br/>
        <w:t>f 13701/29242/24379 13708/29249/24386 13700/29243/24380</w:t>
        <w:br/>
        <w:t>f 13707/29250/24387 13708/29249/24386 13709/29251/24388</w:t>
        <w:br/>
        <w:t>f 13710/29252/24389 13705/29246/24383 13706/29245/24382</w:t>
        <w:br/>
        <w:t>f 13712/29253/24390 13711/29254/24391 13710/29252/24389</w:t>
        <w:br/>
        <w:t>f 13706/29245/24382 13712/29253/24390 13710/29252/24389</w:t>
        <w:br/>
        <w:t>f 13714/29255/24392 13713/29256/24393 13707/29250/24387</w:t>
        <w:br/>
        <w:t>f 13709/29251/24388 13714/29255/24392 13707/29250/24387</w:t>
        <w:br/>
        <w:t>f 13716/29257/24394 13713/29256/24393 13714/29255/24392</w:t>
        <w:br/>
        <w:t>f 13715/29258/24395 13716/29257/24394 13714/29255/24392</w:t>
        <w:br/>
        <w:t>f 13715/29258/24395 13718/29259/24396 13717/29260/24397</w:t>
        <w:br/>
        <w:t>f 13716/29257/24394 13715/29258/24395 13717/29260/24397</w:t>
        <w:br/>
        <w:t>f 13718/29259/24396 13720/29261/24398 13719/29262/24399</w:t>
        <w:br/>
        <w:t>f 13717/29260/24397 13718/29259/24396 13719/29262/24399</w:t>
        <w:br/>
        <w:t>f 13719/29262/24399 13720/29261/24398 13722/29263/24400</w:t>
        <w:br/>
        <w:t>f 13721/29264/24401 13719/29262/24399 13722/29263/24400</w:t>
        <w:br/>
        <w:t>f 13721/29264/24401 13722/29263/24400 13724/29265/24402</w:t>
        <w:br/>
        <w:t>f 13723/29266/24403 13721/29264/24401 13724/29265/24402</w:t>
        <w:br/>
        <w:t>f 13727/29267/24404 13726/29268/24405 13725/29269/24406</w:t>
        <w:br/>
        <w:t>f 13728/29270/24407 13727/29267/24404 13725/29269/24406</w:t>
        <w:br/>
        <w:t>f 13732/29271/24408 13731/29272/24409 13730/29273/24410</w:t>
        <w:br/>
        <w:t>f 13729/29274/24411 13732/29271/24408 13730/29273/24410</w:t>
        <w:br/>
        <w:t>f 13731/29272/24409 13732/29271/24408 13733/29275/24412</w:t>
        <w:br/>
        <w:t>f 13733/29275/24412 13727/29267/24404 13728/29270/24407</w:t>
        <w:br/>
        <w:t>f 13731/29272/24409 13733/29275/24412 13728/29270/24407</w:t>
        <w:br/>
        <w:t>f 13737/29276/24413 13736/29277/24414 13735/29278/24415</w:t>
        <w:br/>
        <w:t>f 13734/29279/24416 13737/29276/24413 13735/29278/24415</w:t>
        <w:br/>
        <w:t>f 13734/29279/24416 13739/29280/24417 13738/29281/24418</w:t>
        <w:br/>
        <w:t>f 13737/29276/24413 13734/29279/24416 13738/29281/24418</w:t>
        <w:br/>
        <w:t>f 13741/29282/24419 13735/29278/24415 13736/29277/24414</w:t>
        <w:br/>
        <w:t>f 13740/29283/24420 13741/29282/24419 13736/29277/24414</w:t>
        <w:br/>
        <w:t>f 13723/29266/24403 13724/29265/24402 13738/29281/24418</w:t>
        <w:br/>
        <w:t>f 13739/29280/24417 13723/29266/24403 13738/29281/24418</w:t>
        <w:br/>
        <w:t>f 13740/29283/24420 13743/29284/24421 13742/29285/24422</w:t>
        <w:br/>
        <w:t>f 13741/29282/24419 13740/29283/24420 13742/29285/24422</w:t>
        <w:br/>
        <w:t>f 13743/29284/24421 13745/29286/24423 13744/29287/24424</w:t>
        <w:br/>
        <w:t>f 13742/29285/24422 13743/29284/24421 13744/29287/24424</w:t>
        <w:br/>
        <w:t>f 13745/29286/24423 13747/29288/24425 13746/29289/24426</w:t>
        <w:br/>
        <w:t>f 13744/29287/24424 13745/29286/24423 13746/29289/24426</w:t>
        <w:br/>
        <w:t>f 13749/29290/24427 13746/29289/24426 13747/29288/24425</w:t>
        <w:br/>
        <w:t>f 13748/29291/24428 13749/29290/24427 13747/29288/24425</w:t>
        <w:br/>
        <w:t>f 13751/29292/24429 13749/29290/24427 13748/29291/24428</w:t>
        <w:br/>
        <w:t>f 13750/29293/24430 13751/29292/24429 13748/29291/24428</w:t>
        <w:br/>
        <w:t>f 13750/29293/24430 13753/29294/24431 13752/29295/24432</w:t>
        <w:br/>
        <w:t>f 13751/29292/24429 13750/29293/24430 13752/29295/24432</w:t>
        <w:br/>
        <w:t>f 13757/29296/24433 13756/29297/24434 13755/29298/24435</w:t>
        <w:br/>
        <w:t>f 13754/29299/24436 13757/29296/24433 13755/29298/24435</w:t>
        <w:br/>
        <w:t>f 13755/29298/24435 13756/29297/24434 13759/29300/24437</w:t>
        <w:br/>
        <w:t>f 13758/29301/24438 13755/29298/24435 13759/29300/24437</w:t>
        <w:br/>
        <w:t>f 13758/29301/24438 13759/29300/24437 13761/29302/24439</w:t>
        <w:br/>
        <w:t>f 13760/29303/24440 13758/29301/24438 13761/29302/24439</w:t>
        <w:br/>
        <w:t>f 13764/29304/24441 13763/29305/24442 13762/29306/24443</w:t>
        <w:br/>
        <w:t>f 13768/29307/24444 13767/29308/24445 13766/29309/24446</w:t>
        <w:br/>
        <w:t>f 13765/29310/24447 13768/29307/24444 13766/29309/24446</w:t>
        <w:br/>
        <w:t>f 13764/29304/24441 13762/29306/24443 13768/29307/24444</w:t>
        <w:br/>
        <w:t>f 13765/29310/24447 13766/29309/24446 13770/29311/24448</w:t>
        <w:br/>
        <w:t>f 13769/29312/24449 13765/29310/24447 13770/29311/24448</w:t>
        <w:br/>
        <w:t>f 13763/29305/24442 13764/29304/24441 13771/29313/24450</w:t>
        <w:br/>
        <w:t>f 13773/29314/24451 13772/29315/24452 13758/29301/24438</w:t>
        <w:br/>
        <w:t>f 13760/29303/24440 13773/29314/24451 13758/29301/24438</w:t>
        <w:br/>
        <w:t>f 13772/29315/24452 13774/29316/24453 13755/29298/24435</w:t>
        <w:br/>
        <w:t>f 13758/29301/24438 13772/29315/24452 13755/29298/24435</w:t>
        <w:br/>
        <w:t>f 13774/29316/24453 13754/29299/24436 13755/29298/24435</w:t>
        <w:br/>
        <w:t>f 13751/29292/24429 13752/29295/24432 13776/29317/24454</w:t>
        <w:br/>
        <w:t>f 13775/29318/24455 13751/29292/24429 13776/29317/24454</w:t>
        <w:br/>
        <w:t>f 13749/29290/24427 13751/29292/24429 13775/29318/24455</w:t>
        <w:br/>
        <w:t>f 13777/29319/24456 13749/29290/24427 13775/29318/24455</w:t>
        <w:br/>
        <w:t>f 13777/29319/24456 13778/29320/24457 13746/29289/24426</w:t>
        <w:br/>
        <w:t>f 13749/29290/24427 13777/29319/24456 13746/29289/24426</w:t>
        <w:br/>
        <w:t>f 13744/29287/24424 13746/29289/24426 13778/29320/24457</w:t>
        <w:br/>
        <w:t>f 13779/29321/24458 13744/29287/24424 13778/29320/24457</w:t>
        <w:br/>
        <w:t>f 13780/29322/24459 13742/29285/24422 13744/29287/24424</w:t>
        <w:br/>
        <w:t>f 13780/29322/24459 13781/29323/24460 13741/29282/24419</w:t>
        <w:br/>
        <w:t>f 13742/29285/24422 13780/29322/24459 13741/29282/24419</w:t>
        <w:br/>
        <w:t>f 13735/29278/24415 13741/29282/24419 13781/29323/24460</w:t>
        <w:br/>
        <w:t>f 13782/29324/24461 13735/29278/24415 13781/29323/24460</w:t>
        <w:br/>
        <w:t>f 13782/29324/24461 13734/29279/24416 13735/29278/24415</w:t>
        <w:br/>
        <w:t>f 13783/29325/24462 13723/29266/24403 13739/29280/24417</w:t>
        <w:br/>
        <w:t>f 13723/29266/24403 13783/29325/24462 13784/29326/24463</w:t>
        <w:br/>
        <w:t>f 13721/29264/24401 13723/29266/24403 13784/29326/24463</w:t>
        <w:br/>
        <w:t>f 13784/29326/24463 13719/29262/24399 13721/29264/24401</w:t>
        <w:br/>
        <w:t>f 13785/29327/24464 13717/29260/24397 13719/29262/24399</w:t>
        <w:br/>
        <w:t>f 13784/29326/24463 13785/29327/24464 13719/29262/24399</w:t>
        <w:br/>
        <w:t>f 13785/29327/24464 13716/29257/24394 13717/29260/24397</w:t>
        <w:br/>
        <w:t>f 13716/29257/24394 13785/29327/24464 13786/29328/24465</w:t>
        <w:br/>
        <w:t>f 13713/29256/24393 13716/29257/24394 13786/29328/24465</w:t>
        <w:br/>
        <w:t>f 13787/29329/24466 13707/29250/24387 13713/29256/24393</w:t>
        <w:br/>
        <w:t>f 13786/29328/24465 13787/29329/24466 13713/29256/24393</w:t>
        <w:br/>
        <w:t>f 13788/29330/24467 13700/29243/24380 13707/29250/24387</w:t>
        <w:br/>
        <w:t>f 13787/29329/24466 13788/29330/24467 13707/29250/24387</w:t>
        <w:br/>
        <w:t>f 13700/29243/24380 13788/29330/24467 13789/29331/24468</w:t>
        <w:br/>
        <w:t>f 13699/29244/24381 13700/29243/24380 13789/29331/24468</w:t>
        <w:br/>
        <w:t>f 13699/29244/24381 13789/29331/24468 13790/29332/24469</w:t>
        <w:br/>
        <w:t>f 13706/29245/24382 13699/29244/24381 13790/29332/24469</w:t>
        <w:br/>
        <w:t>f 13791/29333/24470 13712/29253/24390 13706/29245/24382</w:t>
        <w:br/>
        <w:t>f 13790/29332/24469 13791/29333/24470 13706/29245/24382</w:t>
        <w:br/>
        <w:t>f 13728/29270/24407 13725/29269/24406 13791/29333/24470</w:t>
        <w:br/>
        <w:t>f 13791/29333/24470 13731/29272/24409 13728/29270/24407</w:t>
        <w:br/>
        <w:t>f 13792/29334/24471 13730/29273/24410 13731/29272/24409</w:t>
        <w:br/>
        <w:t>f 13791/29333/24470 13792/29334/24471 13731/29272/24409</w:t>
        <w:br/>
        <w:t>f 13780/29322/24459 13744/29287/24424 13779/29321/24458</w:t>
        <w:br/>
        <w:t>f 13765/29310/24447 13764/29304/24441 13768/29307/24444</w:t>
        <w:br/>
        <w:t>f 13764/29304/24441 13765/29310/24447 13769/29312/24449</w:t>
        <w:br/>
        <w:t>f 13793/29335/24472 13764/29304/24441 13769/29312/24449</w:t>
        <w:br/>
        <w:t>f 13761/29302/24439 13762/29306/24443 13763/29305/24442</w:t>
        <w:br/>
        <w:t>f 13760/29303/24440 13761/29302/24439 13763/29305/24442</w:t>
        <w:br/>
        <w:t>f 13771/29313/24450 13773/29314/24451 13760/29303/24440</w:t>
        <w:br/>
        <w:t>f 13763/29305/24442 13771/29313/24450 13760/29303/24440</w:t>
        <w:br/>
        <w:t>f 13793/29335/24472 13771/29313/24450 13764/29304/24441</w:t>
        <w:br/>
        <w:t>f 13783/29325/24462 13739/29280/24417 13734/29279/24416</w:t>
        <w:br/>
        <w:t>f 13782/29324/24461 13783/29325/24462 13734/29279/24416</w:t>
        <w:br/>
        <w:t>f 13794/29336/24473 13783/29325/24462 13782/29324/24461</w:t>
        <w:br/>
        <w:t>f 13795/29337/24474 13794/29336/24473 13782/29324/24461</w:t>
        <w:br/>
        <w:t>f 13799/29338/24475 13798/29339/24475 13797/29340/24476</w:t>
        <w:br/>
        <w:t>f 13796/29341/24477 13799/29338/24475 13797/29340/24476</w:t>
        <w:br/>
        <w:t>f 13803/29342/24478 13802/29343/24478 13801/29344/24479</w:t>
        <w:br/>
        <w:t>f 13800/29345/24479 13803/29342/24478 13801/29344/24479</w:t>
        <w:br/>
        <w:t>f 13807/29346/24480 13806/29347/24481 13805/29348/24481</w:t>
        <w:br/>
        <w:t>f 13804/29349/24480 13807/29346/24480 13805/29348/24481</w:t>
        <w:br/>
        <w:t>f 13809/29350/24482 13808/29351/24482 13796/29341/24477</w:t>
        <w:br/>
        <w:t>f 13797/29340/24476 13809/29350/24482 13796/29341/24477</w:t>
        <w:br/>
        <w:t>f 13800/29345/24479 13801/29344/24479 13811/29352/24483</w:t>
        <w:br/>
        <w:t>f 13810/29353/24483 13800/29345/24479 13811/29352/24483</w:t>
        <w:br/>
        <w:t>f 13815/29354/24484 13814/29355/24485 13813/29356/24485</w:t>
        <w:br/>
        <w:t>f 13812/29357/24484 13815/29354/24484 13813/29356/24485</w:t>
        <w:br/>
        <w:t>f 13812/29357/24484 13817/29358/24486 13816/29359/24486</w:t>
        <w:br/>
        <w:t>f 13815/29354/24484 13812/29357/24484 13816/29359/24486</w:t>
        <w:br/>
        <w:t>f 13821/29360/24487 13820/29361/24487 13819/29362/24488</w:t>
        <w:br/>
        <w:t>f 13818/29363/24488 13821/29360/24487 13819/29362/24488</w:t>
        <w:br/>
        <w:t>f 13825/29364/24489 13824/29365/24489 13823/29366/24490</w:t>
        <w:br/>
        <w:t>f 13822/29367/24490 13825/29364/24489 13823/29366/24490</w:t>
        <w:br/>
        <w:t>f 13824/29365/24489 13825/29364/24489 13816/29359/24486</w:t>
        <w:br/>
        <w:t>f 13817/29358/24486 13824/29365/24489 13816/29359/24486</w:t>
        <w:br/>
        <w:t>f 13822/29367/24490 13823/29366/24490 13827/29368/24491</w:t>
        <w:br/>
        <w:t>f 13826/29369/24491 13822/29367/24490 13827/29368/24491</w:t>
        <w:br/>
        <w:t>f 13831/29370/24492 13830/29371/24492 13829/29372/24493</w:t>
        <w:br/>
        <w:t>f 13828/29373/24493 13831/29370/24492 13829/29372/24493</w:t>
        <w:br/>
        <w:t>f 13835/29374/24494 13834/29375/24494 13833/29376/24495</w:t>
        <w:br/>
        <w:t>f 13832/29377/24496 13835/29374/24494 13833/29376/24495</w:t>
        <w:br/>
        <w:t>f 13832/29377/24496 13833/29376/24495 13837/29378/24497</w:t>
        <w:br/>
        <w:t>f 13836/29379/24498 13832/29377/24496 13837/29378/24497</w:t>
        <w:br/>
        <w:t>f 13834/29375/24494 13835/29374/24494 13839/29380/24499</w:t>
        <w:br/>
        <w:t>f 13838/29381/24499 13834/29375/24494 13839/29380/24499</w:t>
        <w:br/>
        <w:t>f 13840/29382/24500 13838/29381/24499 13839/29380/24499</w:t>
        <w:br/>
        <w:t>f 13841/29383/24500 13840/29382/24500 13839/29380/24499</w:t>
        <w:br/>
        <w:t>f 13843/29384/24501 13840/29382/24500 13841/29383/24500</w:t>
        <w:br/>
        <w:t>f 13842/29385/24501 13843/29384/24501 13841/29383/24500</w:t>
        <w:br/>
        <w:t>f 13847/29386/24502 13846/29387/24502 13845/29388/24503</w:t>
        <w:br/>
        <w:t>f 13844/29389/24503 13847/29386/24502 13845/29388/24503</w:t>
        <w:br/>
        <w:t>f 13846/29387/24502 13847/29386/24502 13849/29390/24504</w:t>
        <w:br/>
        <w:t>f 13848/29391/24505 13846/29387/24502 13849/29390/24504</w:t>
        <w:br/>
        <w:t>f 13853/29392/24506 13852/29393/24507 13851/29394/24508</w:t>
        <w:br/>
        <w:t>f 13850/29395/24506 13853/29392/24506 13851/29394/24508</w:t>
        <w:br/>
        <w:t>f 13857/29396/24509 13856/29397/24509 13855/29398/24510</w:t>
        <w:br/>
        <w:t>f 13854/29399/24510 13857/29396/24509 13855/29398/24510</w:t>
        <w:br/>
        <w:t>f 13858/29400/24511 13854/29399/24510 13855/29398/24510</w:t>
        <w:br/>
        <w:t>f 13859/29401/24512 13858/29400/24511 13855/29398/24510</w:t>
        <w:br/>
        <w:t>f 13862/29402/24513 13861/29403/24514 13860/29404/24514</w:t>
        <w:br/>
        <w:t>f 13863/29405/24515 13862/29402/24513 13860/29404/24514</w:t>
        <w:br/>
        <w:t>f 13836/29379/24498 13837/29378/24497 13865/29406/24516</w:t>
        <w:br/>
        <w:t>f 13864/29407/24516 13836/29379/24498 13865/29406/24516</w:t>
        <w:br/>
        <w:t>f 13829/29372/24493 13864/29407/24516 13865/29406/24516</w:t>
        <w:br/>
        <w:t>f 13828/29373/24493 13829/29372/24493 13865/29406/24516</w:t>
        <w:br/>
        <w:t>f 13853/29392/24506 13850/29395/24506 13867/29408/24517</w:t>
        <w:br/>
        <w:t>f 13866/29409/24517 13853/29392/24506 13867/29408/24517</w:t>
        <w:br/>
        <w:t>f 13848/29391/24505 13849/29390/24504 13851/29394/24508</w:t>
        <w:br/>
        <w:t>f 13852/29393/24507 13848/29391/24505 13851/29394/24508</w:t>
        <w:br/>
        <w:t>f 13869/29410/24518 13858/29400/24511 13859/29401/24512</w:t>
        <w:br/>
        <w:t>f 13868/29411/24518 13869/29410/24518 13859/29401/24512</w:t>
        <w:br/>
        <w:t>f 13873/29412/24519 13872/29413/24520 13871/29414/24520</w:t>
        <w:br/>
        <w:t>f 13870/29415/24519 13873/29412/24519 13871/29414/24520</w:t>
        <w:br/>
        <w:t>f 13873/29412/24519 13870/29415/24519 13874/29416/24521</w:t>
        <w:br/>
        <w:t>f 13875/29417/24521 13873/29412/24519 13874/29416/24521</w:t>
        <w:br/>
        <w:t>f 13871/29414/24520 13872/29413/24520 13869/29410/24518</w:t>
        <w:br/>
        <w:t>f 13868/29411/24518 13871/29414/24520 13869/29410/24518</w:t>
        <w:br/>
        <w:t>f 13866/29409/24517 13867/29408/24517 13856/29397/24509</w:t>
        <w:br/>
        <w:t>f 13857/29396/24509 13866/29409/24517 13856/29397/24509</w:t>
        <w:br/>
        <w:t>f 13845/29388/24503 13843/29384/24501 13842/29385/24501</w:t>
        <w:br/>
        <w:t>f 13844/29389/24503 13845/29388/24503 13842/29385/24501</w:t>
        <w:br/>
        <w:t>f 13818/29363/24488 13819/29362/24488 13830/29371/24492</w:t>
        <w:br/>
        <w:t>f 13831/29370/24492 13818/29363/24488 13830/29371/24492</w:t>
        <w:br/>
        <w:t>f 13877/29418/24522 13876/29419/24522 13826/29369/24491</w:t>
        <w:br/>
        <w:t>f 13827/29368/24491 13877/29418/24522 13826/29369/24491</w:t>
        <w:br/>
        <w:t>f 13802/29343/24478 13803/29342/24478 13813/29356/24485</w:t>
        <w:br/>
        <w:t>f 13814/29355/24485 13802/29343/24478 13813/29356/24485</w:t>
        <w:br/>
        <w:t>f 13811/29352/24483 13879/29420/24523 13878/29421/24523</w:t>
        <w:br/>
        <w:t>f 13810/29353/24483 13811/29352/24483 13878/29421/24523</w:t>
        <w:br/>
        <w:t>f 13806/29347/24481 13878/29421/24523 13879/29420/24523</w:t>
        <w:br/>
        <w:t>f 13805/29348/24481 13806/29347/24481 13879/29420/24523</w:t>
        <w:br/>
        <w:t>f 13804/29349/24480 13808/29351/24482 13809/29350/24482</w:t>
        <w:br/>
        <w:t>f 13807/29346/24480 13804/29349/24480 13809/29350/24482</w:t>
        <w:br/>
        <w:t>f 13798/29339/24475 13799/29338/24475 13881/29422/24524</w:t>
        <w:br/>
        <w:t>f 13880/29423/24524 13798/29339/24475 13881/29422/24524</w:t>
        <w:br/>
        <w:t>f 13882/29424/24525 13862/29402/24513 13863/29405/24515</w:t>
        <w:br/>
        <w:t>f 13886/29425/24526 13885/29426/24527 13884/29427/24527</w:t>
        <w:br/>
        <w:t>f 13883/29428/24526 13886/29425/24526 13884/29427/24527</w:t>
        <w:br/>
        <w:t>f 13860/29404/24514 13861/29403/24514 13888/29429/24528</w:t>
        <w:br/>
        <w:t>f 13887/29430/24529 13860/29404/24514 13888/29429/24528</w:t>
        <w:br/>
        <w:t>f 13883/29428/24526 13887/29430/24529 13888/29429/24528</w:t>
        <w:br/>
        <w:t>f 13886/29425/24526 13883/29428/24526 13888/29429/24528</w:t>
        <w:br/>
        <w:t>f 13885/29426/24527 13890/29431/24530 13889/29432/24530</w:t>
        <w:br/>
        <w:t>f 13884/29427/24527 13885/29426/24527 13889/29432/24530</w:t>
        <w:br/>
        <w:t>f 13880/29423/24524 13881/29422/24524 13889/29432/24530</w:t>
        <w:br/>
        <w:t>f 13890/29431/24530 13880/29423/24524 13889/29432/24530</w:t>
        <w:br/>
        <w:t>f 13820/29361/24487 13821/29360/24487 13876/29419/24522</w:t>
        <w:br/>
        <w:t>f 13877/29418/24522 13820/29361/24487 13876/29419/24522</w:t>
        <w:br/>
        <w:t>f 13893/29433/24531 13892/29434/24532 13891/29435/24533</w:t>
        <w:br/>
        <w:t>f 13893/29433/24531 13891/29435/24533 13894/29436/24534</w:t>
        <w:br/>
        <w:t>f 13891/29435/24533 13892/29434/24532 13895/29437/24535</w:t>
        <w:br/>
        <w:t>f 13899/29438/24536 13898/29439/24537 13897/29440/24538</w:t>
        <w:br/>
        <w:t>f 13896/29441/24539 13899/29438/24536 13897/29440/24538</w:t>
        <w:br/>
        <w:t>f 13903/29442/24540 13902/29443/24541 13901/29444/24542</w:t>
        <w:br/>
        <w:t>f 13900/29445/24543 13903/29442/24540 13901/29444/24542</w:t>
        <w:br/>
        <w:t>f 13891/29435/24533 13905/29446/24544 13904/29447/24545</w:t>
        <w:br/>
        <w:t>f 13907/29448/24546 13906/29449/24547 13899/29438/24536</w:t>
        <w:br/>
        <w:t>f 13896/29441/24539 13907/29448/24546 13899/29438/24536</w:t>
        <w:br/>
        <w:t>f 13911/29450/24548 13910/29451/24549 13909/29452/24550</w:t>
        <w:br/>
        <w:t>f 13908/29453/24551 13911/29450/24548 13909/29452/24550</w:t>
        <w:br/>
        <w:t>f 13906/29449/24547 13907/29448/24546 13912/29454/24552</w:t>
        <w:br/>
        <w:t>f 13913/29455/24553 13900/29445/24543 13901/29444/24542</w:t>
        <w:br/>
        <w:t>f 13915/29456/24554 13914/29457/24555 13913/29455/24553</w:t>
        <w:br/>
        <w:t>f 13901/29444/24542 13915/29456/24554 13913/29455/24553</w:t>
        <w:br/>
        <w:t>f 13906/29449/24547 13912/29454/24552 13916/29458/24556</w:t>
        <w:br/>
        <w:t>f 13917/29459/24557 13906/29449/24547 13916/29458/24556</w:t>
        <w:br/>
        <w:t>f 13919/29460/24558 13917/29459/24557 13916/29458/24556</w:t>
        <w:br/>
        <w:t>f 13918/29461/24559 13919/29460/24558 13916/29458/24556</w:t>
        <w:br/>
        <w:t>f 13921/29462/24560 13919/29460/24558 13918/29461/24559</w:t>
        <w:br/>
        <w:t>f 13920/29463/24561 13921/29462/24560 13918/29461/24559</w:t>
        <w:br/>
        <w:t>f 13908/29453/24551 13909/29452/24550 13923/29464/24562</w:t>
        <w:br/>
        <w:t>f 13922/29465/24563 13908/29453/24551 13923/29464/24562</w:t>
        <w:br/>
        <w:t>f 13925/29466/24564 13921/29462/24560 13920/29463/24561</w:t>
        <w:br/>
        <w:t>f 13924/29467/24565 13925/29466/24564 13920/29463/24561</w:t>
        <w:br/>
        <w:t>f 13927/29468/24566 13926/29469/24567 13925/29466/24564</w:t>
        <w:br/>
        <w:t>f 13924/29467/24565 13927/29468/24566 13925/29466/24564</w:t>
        <w:br/>
        <w:t>f 13929/29470/24568 13928/29471/24569 13926/29469/24567</w:t>
        <w:br/>
        <w:t>f 13927/29468/24566 13929/29470/24568 13926/29469/24567</w:t>
        <w:br/>
        <w:t>f 13933/29472/24570 13932/29473/24571 13931/29474/24572</w:t>
        <w:br/>
        <w:t>f 13930/29475/24573 13933/29472/24570 13931/29474/24572</w:t>
        <w:br/>
        <w:t>f 13937/29476/24574 13936/29477/24575 13935/29478/24576</w:t>
        <w:br/>
        <w:t>f 13934/29479/24577 13937/29476/24574 13935/29478/24576</w:t>
        <w:br/>
        <w:t>f 13941/29480/24578 13940/29481/24579 13939/29482/24580</w:t>
        <w:br/>
        <w:t>f 13938/29483/24581 13941/29480/24578 13939/29482/24580</w:t>
        <w:br/>
        <w:t>f 13940/29481/24579 13941/29480/24578 13942/29484/24582</w:t>
        <w:br/>
        <w:t>f 13942/29484/24582 13934/29479/24577 13935/29478/24576</w:t>
        <w:br/>
        <w:t>f 13940/29481/24579 13942/29484/24582 13935/29478/24576</w:t>
        <w:br/>
        <w:t>f 13930/29475/24573 13931/29474/24572 13944/29485/24583</w:t>
        <w:br/>
        <w:t>f 13943/29486/24584 13930/29475/24573 13944/29485/24583</w:t>
        <w:br/>
        <w:t>f 13948/29487/24585 13947/29488/24586 13946/29489/24587</w:t>
        <w:br/>
        <w:t>f 13945/29490/24588 13948/29487/24585 13946/29489/24587</w:t>
        <w:br/>
        <w:t>f 13947/29488/24586 13950/29491/24589 13949/29492/24590</w:t>
        <w:br/>
        <w:t>f 13946/29489/24587 13947/29488/24586 13949/29492/24590</w:t>
        <w:br/>
        <w:t>f 13945/29490/24588 13952/29493/24591 13951/29494/24592</w:t>
        <w:br/>
        <w:t>f 13948/29487/24585 13945/29490/24588 13951/29494/24592</w:t>
        <w:br/>
        <w:t>f 13949/29492/24590 13950/29491/24589 13928/29471/24569</w:t>
        <w:br/>
        <w:t>f 13929/29470/24568 13949/29492/24590 13928/29471/24569</w:t>
        <w:br/>
        <w:t>f 13954/29495/24593 13953/29496/24594 13943/29486/24584</w:t>
        <w:br/>
        <w:t>f 13944/29485/24583 13954/29495/24593 13943/29486/24584</w:t>
        <w:br/>
        <w:t>f 13952/29493/24591 13956/29497/24595 13955/29498/24596</w:t>
        <w:br/>
        <w:t>f 13951/29494/24592 13952/29493/24591 13955/29498/24596</w:t>
        <w:br/>
        <w:t>f 13956/29497/24595 13958/29499/24597 13957/29500/24598</w:t>
        <w:br/>
        <w:t>f 13955/29498/24596 13956/29497/24595 13957/29500/24598</w:t>
        <w:br/>
        <w:t>f 13958/29499/24597 13960/29501/24599 13959/29502/24600</w:t>
        <w:br/>
        <w:t>f 13957/29500/24598 13958/29499/24597 13959/29502/24600</w:t>
        <w:br/>
        <w:t>f 13964/29503/24601 13963/29504/24602 13962/29505/24603</w:t>
        <w:br/>
        <w:t>f 13961/29506/24604 13964/29503/24601 13962/29505/24603</w:t>
        <w:br/>
        <w:t>f 13963/29504/24602 13966/29507/24605 13965/29508/24606</w:t>
        <w:br/>
        <w:t>f 13962/29505/24603 13963/29504/24602 13965/29508/24606</w:t>
        <w:br/>
        <w:t>f 13891/29435/24533 13968/29509/24607 13967/29510/24608</w:t>
        <w:br/>
        <w:t>f 13970/29511/24609 13959/29502/24600 13960/29501/24599</w:t>
        <w:br/>
        <w:t>f 13969/29512/24610 13970/29511/24609 13960/29501/24599</w:t>
        <w:br/>
        <w:t>f 13972/29513/24611 13970/29511/24609 13969/29512/24610</w:t>
        <w:br/>
        <w:t>f 13971/29514/24612 13972/29513/24611 13969/29512/24610</w:t>
        <w:br/>
        <w:t>f 13891/29435/24533 13967/29510/24608 13973/29515/24613</w:t>
        <w:br/>
        <w:t>f 13977/29516/24614 13976/29517/24615 13975/29518/24616</w:t>
        <w:br/>
        <w:t>f 13974/29519/24617 13977/29516/24614 13975/29518/24616</w:t>
        <w:br/>
        <w:t>f 13971/29514/24612 13979/29520/24618 13978/29521/24619</w:t>
        <w:br/>
        <w:t>f 13972/29513/24611 13971/29514/24612 13978/29521/24619</w:t>
        <w:br/>
        <w:t>f 13983/29522/24620 13982/29523/24621 13981/29524/24622</w:t>
        <w:br/>
        <w:t>f 13980/29525/24623 13983/29522/24620 13981/29524/24622</w:t>
        <w:br/>
        <w:t>f 13981/29524/24622 13982/29523/24621 13985/29526/24624</w:t>
        <w:br/>
        <w:t>f 13984/29527/24625 13981/29524/24622 13985/29526/24624</w:t>
        <w:br/>
        <w:t>f 13987/29528/24626 13986/29529/24627 13984/29527/24625</w:t>
        <w:br/>
        <w:t>f 13985/29526/24624 13987/29528/24626 13984/29527/24625</w:t>
        <w:br/>
        <w:t>f 13986/29529/24627 13987/29528/24626 13989/29530/24628</w:t>
        <w:br/>
        <w:t>f 13988/29531/24629 13986/29529/24627 13989/29530/24628</w:t>
        <w:br/>
        <w:t>f 13991/29532/24630 13990/29533/24631 13891/29435/24533</w:t>
        <w:br/>
        <w:t>f 13994/29534/24632 13993/29535/24633 13992/29536/24634</w:t>
        <w:br/>
        <w:t>f 13997/29537/24635 13988/29531/24629 13996/29538/24636</w:t>
        <w:br/>
        <w:t>f 13995/29539/24637 13997/29537/24635 13996/29538/24636</w:t>
        <w:br/>
        <w:t>f 13988/29531/24629 13989/29530/24628 13996/29538/24636</w:t>
        <w:br/>
        <w:t>f 14001/29540/24638 14000/29541/24639 13999/29542/24640</w:t>
        <w:br/>
        <w:t>f 13998/29543/24641 14001/29540/24638 13999/29542/24640</w:t>
        <w:br/>
        <w:t>f 13894/29436/24534 13891/29435/24533 14002/29544/24642</w:t>
        <w:br/>
        <w:t>f 14004/29545/24643 14003/29546/24644 13891/29435/24533</w:t>
        <w:br/>
        <w:t>f 13991/29532/24630 13891/29435/24533 13973/29515/24613</w:t>
        <w:br/>
        <w:t>f 13891/29435/24533 13990/29533/24631 14005/29547/24645</w:t>
        <w:br/>
        <w:t>f 13891/29435/24533 14005/29547/24645 14006/29548/24646</w:t>
        <w:br/>
        <w:t>f 13905/29446/24544 13891/29435/24533 13895/29437/24535</w:t>
        <w:br/>
        <w:t>f 14008/29549/24647 14007/29550/24648 13891/29435/24533</w:t>
        <w:br/>
        <w:t>f 13891/29435/24533 14007/29550/24648 14009/29551/24649</w:t>
        <w:br/>
        <w:t>f 14012/29552/24650 14011/29553/24651 14010/29554/24652</w:t>
        <w:br/>
        <w:t>f 14013/29555/24653 14012/29552/24650 14010/29554/24652</w:t>
        <w:br/>
        <w:t>f 14011/29553/24651 14012/29552/24650 14015/29556/24654</w:t>
        <w:br/>
        <w:t>f 14014/29557/24655 14011/29553/24651 14015/29556/24654</w:t>
        <w:br/>
        <w:t>f 13910/29451/24549 13911/29450/24548 14017/29558/24656</w:t>
        <w:br/>
        <w:t>f 14016/29559/24657 13910/29451/24549 14017/29558/24656</w:t>
        <w:br/>
        <w:t>f 14013/29555/24653 14010/29554/24652 14016/29559/24657</w:t>
        <w:br/>
        <w:t>f 14017/29558/24656 14013/29555/24653 14016/29559/24657</w:t>
        <w:br/>
        <w:t>f 13891/29435/24533 13904/29447/24545 14004/29545/24643</w:t>
        <w:br/>
        <w:t>f 13891/29435/24533 14003/29546/24644 14018/29560/24658</w:t>
        <w:br/>
        <w:t>f 13891/29435/24533 14018/29560/24658 14019/29561/24659</w:t>
        <w:br/>
        <w:t>f 13953/29496/24594 13954/29495/24593 13964/29503/24601</w:t>
        <w:br/>
        <w:t>f 13961/29506/24604 13953/29496/24594 13964/29503/24601</w:t>
        <w:br/>
        <w:t>f 13891/29435/24533 14019/29561/24659 14008/29549/24647</w:t>
        <w:br/>
        <w:t>f 13968/29509/24607 13891/29435/24533 14009/29551/24649</w:t>
        <w:br/>
        <w:t>f 14021/29562/24660 14020/29563/24661 13965/29508/24606</w:t>
        <w:br/>
        <w:t>f 13966/29507/24605 14021/29562/24660 13965/29508/24606</w:t>
        <w:br/>
        <w:t>f 14020/29563/24661 14021/29562/24660 13976/29517/24615</w:t>
        <w:br/>
        <w:t>f 13977/29516/24614 14020/29563/24661 13976/29517/24615</w:t>
        <w:br/>
        <w:t>f 14023/29564/24662 13974/29519/24617 13992/29536/24634</w:t>
        <w:br/>
        <w:t>f 14022/29565/24663 14023/29564/24662 13992/29536/24634</w:t>
        <w:br/>
        <w:t>f 14000/29541/24639 14001/29540/24638 14023/29564/24662</w:t>
        <w:br/>
        <w:t>f 14022/29565/24663 14000/29541/24639 14023/29564/24662</w:t>
        <w:br/>
        <w:t>f 14025/29566/24664 14024/29567/24665 14014/29557/24655</w:t>
        <w:br/>
        <w:t>f 14015/29556/24654 14025/29566/24664 14014/29557/24655</w:t>
        <w:br/>
        <w:t>f 13932/29473/24571 13933/29472/24570 13922/29465/24563</w:t>
        <w:br/>
        <w:t>f 13923/29464/24562 13932/29473/24571 13922/29465/24563</w:t>
        <w:br/>
        <w:t>f 14027/29568/24666 14016/29559/24657 14010/29554/24652</w:t>
        <w:br/>
        <w:t>f 14026/29569/24667 14027/29568/24666 14010/29554/24652</w:t>
        <w:br/>
        <w:t>f 14016/29559/24657 14029/29570/24668 14028/29571/24669</w:t>
        <w:br/>
        <w:t>f 13910/29451/24549 14016/29559/24657 14028/29571/24669</w:t>
        <w:br/>
        <w:t>f 13910/29451/24549 14028/29571/24669 14030/29572/24670</w:t>
        <w:br/>
        <w:t>f 13909/29452/24550 13910/29451/24549 14030/29572/24670</w:t>
        <w:br/>
        <w:t>f 14031/29573/24671 13923/29464/24562 13909/29452/24550</w:t>
        <w:br/>
        <w:t>f 14030/29572/24670 14031/29573/24671 13909/29452/24550</w:t>
        <w:br/>
        <w:t>f 13923/29464/24562 14031/29573/24671 14032/29574/24672</w:t>
        <w:br/>
        <w:t>f 13932/29473/24571 13923/29464/24562 14032/29574/24672</w:t>
        <w:br/>
        <w:t>f 13932/29473/24571 14032/29574/24672 14033/29575/24673</w:t>
        <w:br/>
        <w:t>f 13931/29474/24572 13932/29473/24571 14033/29575/24673</w:t>
        <w:br/>
        <w:t>f 13931/29474/24572 14033/29575/24673 14034/29576/24674</w:t>
        <w:br/>
        <w:t>f 13944/29485/24583 13931/29474/24572 14034/29576/24674</w:t>
        <w:br/>
        <w:t>f 13944/29485/24583 14034/29576/24674 14035/29577/24675</w:t>
        <w:br/>
        <w:t>f 13954/29495/24593 13944/29485/24583 14035/29577/24675</w:t>
        <w:br/>
        <w:t>f 14036/29578/24676 13964/29503/24601 13954/29495/24593</w:t>
        <w:br/>
        <w:t>f 14035/29577/24675 14036/29578/24676 13954/29495/24593</w:t>
        <w:br/>
        <w:t>f 14036/29578/24676 14037/29579/24677 13963/29504/24602</w:t>
        <w:br/>
        <w:t>f 13964/29503/24601 14036/29578/24676 13963/29504/24602</w:t>
        <w:br/>
        <w:t>f 14037/29579/24677 14038/29580/24678 13966/29507/24605</w:t>
        <w:br/>
        <w:t>f 13963/29504/24602 14037/29579/24677 13966/29507/24605</w:t>
        <w:br/>
        <w:t>f 14038/29580/24678 14039/29581/24679 14021/29562/24660</w:t>
        <w:br/>
        <w:t>f 13966/29507/24605 14038/29580/24678 14021/29562/24660</w:t>
        <w:br/>
        <w:t>f 14021/29562/24660 14039/29581/24679 14040/29582/24680</w:t>
        <w:br/>
        <w:t>f 13976/29517/24615 14021/29562/24660 14040/29582/24680</w:t>
        <w:br/>
        <w:t>f 13976/29517/24615 14040/29582/24680 14041/29583/24681</w:t>
        <w:br/>
        <w:t>f 13975/29518/24616 13976/29517/24615 14041/29583/24681</w:t>
        <w:br/>
        <w:t>f 14043/29584/24682 14042/29585/24683 13992/29536/24634</w:t>
        <w:br/>
        <w:t>f 13993/29535/24633 14043/29584/24682 13992/29536/24634</w:t>
        <w:br/>
        <w:t>f 13992/29536/24634 14042/29585/24683 14044/29586/24684</w:t>
        <w:br/>
        <w:t>f 14022/29565/24663 13992/29536/24634 14044/29586/24684</w:t>
        <w:br/>
        <w:t>f 14022/29565/24663 14044/29586/24684 14045/29587/24685</w:t>
        <w:br/>
        <w:t>f 14000/29541/24639 14022/29565/24663 14045/29587/24685</w:t>
        <w:br/>
        <w:t>f 14046/29588/24686 14000/29541/24639 14045/29587/24685</w:t>
        <w:br/>
        <w:t>f 14046/29588/24686 14047/29589/24687 13999/29542/24640</w:t>
        <w:br/>
        <w:t>f 14000/29541/24639 14046/29588/24686 13999/29542/24640</w:t>
        <w:br/>
        <w:t>f 14024/29567/24665 14049/29590/24688 14048/29591/24689</w:t>
        <w:br/>
        <w:t>f 14014/29557/24655 14024/29567/24665 14048/29591/24689</w:t>
        <w:br/>
        <w:t>f 14014/29557/24655 14048/29591/24689 14050/29592/24690</w:t>
        <w:br/>
        <w:t>f 14050/29592/24690 14051/29593/24691 14011/29553/24651</w:t>
        <w:br/>
        <w:t>f 14014/29557/24655 14050/29592/24690 14011/29553/24651</w:t>
        <w:br/>
        <w:t>f 14011/29553/24651 14051/29593/24691 14026/29569/24667</w:t>
        <w:br/>
        <w:t>f 14010/29554/24652 14011/29553/24651 14026/29569/24667</w:t>
        <w:br/>
        <w:t>f 14047/29589/24687 14046/29588/24686 13988/29531/24629</w:t>
        <w:br/>
        <w:t>f 13997/29537/24635 14047/29589/24687 13988/29531/24629</w:t>
        <w:br/>
        <w:t>f 14045/29587/24685 13986/29529/24627 13988/29531/24629</w:t>
        <w:br/>
        <w:t>f 14046/29588/24686 14045/29587/24685 13988/29531/24629</w:t>
        <w:br/>
        <w:t>f 14044/29586/24684 13984/29527/24625 13986/29529/24627</w:t>
        <w:br/>
        <w:t>f 14045/29587/24685 14044/29586/24684 13986/29529/24627</w:t>
        <w:br/>
        <w:t>f 13984/29527/24625 14044/29586/24684 14042/29585/24683</w:t>
        <w:br/>
        <w:t>f 13981/29524/24622 13984/29527/24625 14042/29585/24683</w:t>
        <w:br/>
        <w:t>f 13980/29525/24623 13981/29524/24622 14042/29585/24683</w:t>
        <w:br/>
        <w:t>f 14043/29584/24682 13980/29525/24623 14042/29585/24683</w:t>
        <w:br/>
        <w:t>f 14041/29583/24681 14040/29582/24680 13972/29513/24611</w:t>
        <w:br/>
        <w:t>f 13978/29521/24619 14041/29583/24681 13972/29513/24611</w:t>
        <w:br/>
        <w:t>f 14040/29582/24680 14039/29581/24679 13970/29511/24609</w:t>
        <w:br/>
        <w:t>f 13972/29513/24611 14040/29582/24680 13970/29511/24609</w:t>
        <w:br/>
        <w:t>f 14039/29581/24679 14038/29580/24678 13959/29502/24600</w:t>
        <w:br/>
        <w:t>f 13970/29511/24609 14039/29581/24679 13959/29502/24600</w:t>
        <w:br/>
        <w:t>f 14038/29580/24678 14037/29579/24677 13957/29500/24598</w:t>
        <w:br/>
        <w:t>f 13959/29502/24600 14038/29580/24678 13957/29500/24598</w:t>
        <w:br/>
        <w:t>f 14037/29579/24677 13955/29498/24596 13957/29500/24598</w:t>
        <w:br/>
        <w:t>f 14036/29578/24676 13951/29494/24592 13955/29498/24596</w:t>
        <w:br/>
        <w:t>f 14037/29579/24677 14036/29578/24676 13955/29498/24596</w:t>
        <w:br/>
        <w:t>f 14036/29578/24676 14035/29577/24675 13948/29487/24585</w:t>
        <w:br/>
        <w:t>f 13951/29494/24592 14036/29578/24676 13948/29487/24585</w:t>
        <w:br/>
        <w:t>f 14035/29577/24675 13947/29488/24586 13948/29487/24585</w:t>
        <w:br/>
        <w:t>f 14035/29577/24675 14034/29576/24674 13950/29491/24589</w:t>
        <w:br/>
        <w:t>f 13947/29488/24586 14035/29577/24675 13950/29491/24589</w:t>
        <w:br/>
        <w:t>f 14034/29576/24674 13928/29471/24569 13950/29491/24589</w:t>
        <w:br/>
        <w:t>f 13928/29471/24569 14034/29576/24674 14033/29575/24673</w:t>
        <w:br/>
        <w:t>f 13926/29469/24567 13928/29471/24569 14033/29575/24673</w:t>
        <w:br/>
        <w:t>f 14033/29575/24673 13925/29466/24564 13926/29469/24567</w:t>
        <w:br/>
        <w:t>f 13921/29462/24560 13925/29466/24564 14033/29575/24673</w:t>
        <w:br/>
        <w:t>f 14032/29574/24672 13921/29462/24560 14033/29575/24673</w:t>
        <w:br/>
        <w:t>f 14032/29574/24672 13919/29460/24558 13921/29462/24560</w:t>
        <w:br/>
        <w:t>f 13919/29460/24558 14032/29574/24672 14031/29573/24671</w:t>
        <w:br/>
        <w:t>f 13917/29459/24557 13919/29460/24558 14031/29573/24671</w:t>
        <w:br/>
        <w:t>f 14030/29572/24670 13906/29449/24547 13917/29459/24557</w:t>
        <w:br/>
        <w:t>f 14031/29573/24671 14030/29572/24670 13917/29459/24557</w:t>
        <w:br/>
        <w:t>f 14028/29571/24669 13899/29438/24536 13906/29449/24547</w:t>
        <w:br/>
        <w:t>f 14030/29572/24670 14028/29571/24669 13906/29449/24547</w:t>
        <w:br/>
        <w:t>f 14028/29571/24669 14029/29570/24668 13898/29439/24537</w:t>
        <w:br/>
        <w:t>f 13899/29438/24536 14028/29571/24669 13898/29439/24537</w:t>
        <w:br/>
        <w:t>f 13902/29443/24541 14027/29568/24666 14026/29569/24667</w:t>
        <w:br/>
        <w:t>f 13901/29444/24542 13902/29443/24541 14026/29569/24667</w:t>
        <w:br/>
        <w:t>f 14051/29593/24691 13915/29456/24554 13901/29444/24542</w:t>
        <w:br/>
        <w:t>f 14026/29569/24667 14051/29593/24691 13901/29444/24542</w:t>
        <w:br/>
        <w:t>f 14050/29592/24690 13935/29478/24576 13936/29477/24575</w:t>
        <w:br/>
        <w:t>f 14051/29593/24691 14050/29592/24690 13936/29477/24575</w:t>
        <w:br/>
        <w:t>f 13935/29478/24576 14050/29592/24690 14048/29591/24689</w:t>
        <w:br/>
        <w:t>f 13940/29481/24579 13935/29478/24576 14048/29591/24689</w:t>
        <w:br/>
        <w:t>f 14049/29590/24688 13939/29482/24580 13940/29481/24579</w:t>
        <w:br/>
        <w:t>f 14048/29591/24689 14049/29590/24688 13940/29481/24579</w:t>
        <w:br/>
        <w:t>f 14055/29594/24692 14054/29595/24693 14053/29596/24694</w:t>
        <w:br/>
        <w:t>f 14052/29597/24695 14055/29594/24692 14053/29596/24694</w:t>
        <w:br/>
        <w:t>f 14059/29598/24696 14058/29599/24697 14057/29600/24697</w:t>
        <w:br/>
        <w:t>f 14056/29601/24698 14059/29598/24696 14057/29600/24697</w:t>
        <w:br/>
        <w:t>f 14061/29602/24699 14052/29597/24695 14053/29596/24694</w:t>
        <w:br/>
        <w:t>f 14060/29603/24700 14061/29602/24699 14053/29596/24694</w:t>
        <w:br/>
        <w:t>f 14060/29603/24700 14062/29604/24701 14061/29602/24699</w:t>
        <w:br/>
        <w:t>f 14063/29605/24702 14059/29598/24696 14056/29601/24698</w:t>
        <w:br/>
        <w:t>f 14063/29605/24702 14065/29606/24703 14064/29607/24704</w:t>
        <w:br/>
        <w:t>f 14059/29598/24696 14063/29605/24702 14064/29607/24704</w:t>
        <w:br/>
        <w:t>f 14066/29608/24705 14062/29604/24701 14060/29603/24700</w:t>
        <w:br/>
        <w:t>f 14067/29609/24706 14066/29608/24705 14060/29603/24700</w:t>
        <w:br/>
        <w:t>f 14069/29610/24707 14068/29611/24708 14066/29608/24705</w:t>
        <w:br/>
        <w:t>f 14067/29609/24706 14069/29610/24707 14066/29608/24705</w:t>
        <w:br/>
        <w:t>f 14071/29612/24709 14070/29613/24710 14068/29611/24708</w:t>
        <w:br/>
        <w:t>f 14069/29610/24707 14071/29612/24709 14068/29611/24708</w:t>
        <w:br/>
        <w:t>f 14070/29613/24710 14071/29612/24709 14073/29614/24711</w:t>
        <w:br/>
        <w:t>f 14072/29615/24712 14070/29613/24710 14073/29614/24711</w:t>
        <w:br/>
        <w:t>f 14073/29614/24711 14075/29616/24713 14074/29617/24714</w:t>
        <w:br/>
        <w:t>f 14072/29615/24712 14073/29614/24711 14074/29617/24714</w:t>
        <w:br/>
        <w:t>f 14077/29618/24715 14074/29617/24714 14075/29616/24713</w:t>
        <w:br/>
        <w:t>f 14076/29619/24716 14077/29618/24715 14075/29616/24713</w:t>
        <w:br/>
        <w:t>f 14081/29620/24717 14080/29621/24718 14079/29622/24719</w:t>
        <w:br/>
        <w:t>f 14078/29623/24720 14081/29620/24717 14079/29622/24719</w:t>
        <w:br/>
        <w:t>f 14083/29624/24721 13729/29274/24411 13730/29273/24410</w:t>
        <w:br/>
        <w:t>f 14082/29625/24722 14083/29624/24721 13730/29273/24410</w:t>
        <w:br/>
        <w:t>f 14082/29625/24722 14084/29626/24723 14083/29624/24721</w:t>
        <w:br/>
        <w:t>f 14084/29626/24723 14082/29625/24722 14078/29623/24720</w:t>
        <w:br/>
        <w:t>f 14079/29622/24719 14084/29626/24723 14078/29623/24720</w:t>
        <w:br/>
        <w:t>f 14088/29627/24724 14087/29628/24725 14086/29629/24726</w:t>
        <w:br/>
        <w:t>f 14085/29630/24727 14088/29627/24724 14086/29629/24726</w:t>
        <w:br/>
        <w:t>f 14090/29631/24728 14089/29632/24729 14085/29630/24727</w:t>
        <w:br/>
        <w:t>f 14086/29629/24726 14090/29631/24728 14085/29630/24727</w:t>
        <w:br/>
        <w:t>f 14092/29633/24730 14091/29634/24731 14087/29628/24725</w:t>
        <w:br/>
        <w:t>f 14088/29627/24724 14092/29633/24730 14087/29628/24725</w:t>
        <w:br/>
        <w:t>f 14090/29631/24728 14077/29618/24715 14076/29619/24716</w:t>
        <w:br/>
        <w:t>f 14089/29632/24729 14090/29631/24728 14076/29619/24716</w:t>
        <w:br/>
        <w:t>f 14094/29635/24732 14093/29636/24733 14091/29634/24731</w:t>
        <w:br/>
        <w:t>f 14092/29633/24730 14094/29635/24732 14091/29634/24731</w:t>
        <w:br/>
        <w:t>f 14093/29636/24733 14094/29635/24732 14096/29637/24734</w:t>
        <w:br/>
        <w:t>f 14095/29638/24735 14093/29636/24733 14096/29637/24734</w:t>
        <w:br/>
        <w:t>f 14095/29638/24735 14096/29637/24734 14098/29639/24736</w:t>
        <w:br/>
        <w:t>f 14097/29640/24737 14095/29638/24735 14098/29639/24736</w:t>
        <w:br/>
        <w:t>f 14097/29640/24737 14098/29639/24736 14100/29641/24738</w:t>
        <w:br/>
        <w:t>f 14099/29642/24739 14097/29640/24737 14100/29641/24738</w:t>
        <w:br/>
        <w:t>f 14102/29643/24740 14101/29644/24741 14099/29642/24739</w:t>
        <w:br/>
        <w:t>f 14100/29641/24738 14102/29643/24740 14099/29642/24739</w:t>
        <w:br/>
        <w:t>f 14104/29645/24742 14103/29646/24743 14101/29644/24741</w:t>
        <w:br/>
        <w:t>f 14102/29643/24740 14104/29645/24742 14101/29644/24741</w:t>
        <w:br/>
        <w:t>f 14108/29647/24744 14107/29648/24745 14106/29649/24746</w:t>
        <w:br/>
        <w:t>f 14105/29650/24747 14108/29647/24744 14106/29649/24746</w:t>
        <w:br/>
        <w:t>f 14106/29649/24746 14110/29651/24748 14109/29652/24749</w:t>
        <w:br/>
        <w:t>f 14105/29650/24747 14106/29649/24746 14109/29652/24749</w:t>
        <w:br/>
        <w:t>f 14110/29651/24748 14112/29653/24750 14111/29654/24751</w:t>
        <w:br/>
        <w:t>f 14109/29652/24749 14110/29651/24748 14111/29654/24751</w:t>
        <w:br/>
        <w:t>f 14115/29655/24752 14114/29656/24753 14113/29657/24754</w:t>
        <w:br/>
        <w:t>f 13766/29309/24446 13767/29308/24445 14117/29658/24755</w:t>
        <w:br/>
        <w:t>f 14116/29659/24756 13766/29309/24446 14117/29658/24755</w:t>
        <w:br/>
        <w:t>f 14115/29655/24752 14117/29658/24755 14114/29656/24753</w:t>
        <w:br/>
        <w:t>f 14116/29659/24756 14118/29660/24757 13770/29311/24448</w:t>
        <w:br/>
        <w:t>f 13766/29309/24446 14116/29659/24756 13770/29311/24448</w:t>
        <w:br/>
        <w:t>f 14113/29657/24754 14119/29661/24758 14115/29655/24752</w:t>
        <w:br/>
        <w:t>f 14121/29662/24759 14112/29653/24750 14110/29651/24748</w:t>
        <w:br/>
        <w:t>f 14120/29663/24760 14121/29662/24759 14110/29651/24748</w:t>
        <w:br/>
        <w:t>f 14120/29663/24760 14110/29651/24748 14106/29649/24746</w:t>
        <w:br/>
        <w:t>f 14122/29664/24761 14120/29663/24760 14106/29649/24746</w:t>
        <w:br/>
        <w:t>f 14122/29664/24761 14106/29649/24746 14107/29648/24745</w:t>
        <w:br/>
        <w:t>f 14102/29643/24740 14124/29665/24762 14123/29666/24763</w:t>
        <w:br/>
        <w:t>f 14104/29645/24742 14102/29643/24740 14123/29666/24763</w:t>
        <w:br/>
        <w:t>f 14124/29665/24762 14102/29643/24740 14100/29641/24738</w:t>
        <w:br/>
        <w:t>f 14125/29667/24764 14124/29665/24762 14100/29641/24738</w:t>
        <w:br/>
        <w:t>f 14125/29667/24764 14100/29641/24738 14098/29639/24736</w:t>
        <w:br/>
        <w:t>f 14126/29668/24765 14125/29667/24764 14098/29639/24736</w:t>
        <w:br/>
        <w:t>f 14096/29637/24734 14127/29669/24766 14126/29668/24765</w:t>
        <w:br/>
        <w:t>f 14098/29639/24736 14096/29637/24734 14126/29668/24765</w:t>
        <w:br/>
        <w:t>f 14128/29670/24767 14096/29637/24734 14094/29635/24732</w:t>
        <w:br/>
        <w:t>f 14092/29633/24730 14129/29671/24768 14128/29670/24767</w:t>
        <w:br/>
        <w:t>f 14094/29635/24732 14092/29633/24730 14128/29670/24767</w:t>
        <w:br/>
        <w:t>f 14129/29671/24768 14092/29633/24730 14088/29627/24724</w:t>
        <w:br/>
        <w:t>f 14130/29672/24769 14129/29671/24768 14088/29627/24724</w:t>
        <w:br/>
        <w:t>f 14130/29672/24769 14088/29627/24724 14085/29630/24727</w:t>
        <w:br/>
        <w:t>f 14131/29673/24770 14089/29632/24729 14076/29619/24716</w:t>
        <w:br/>
        <w:t>f 14132/29674/24771 14131/29673/24770 14076/29619/24716</w:t>
        <w:br/>
        <w:t>f 14075/29616/24713 14132/29674/24771 14076/29619/24716</w:t>
        <w:br/>
        <w:t>f 14132/29674/24771 14075/29616/24713 14073/29614/24711</w:t>
        <w:br/>
        <w:t>f 14133/29675/24772 14132/29674/24771 14073/29614/24711</w:t>
        <w:br/>
        <w:t>f 14071/29612/24709 14133/29675/24772 14073/29614/24711</w:t>
        <w:br/>
        <w:t>f 14133/29675/24772 14071/29612/24709 14069/29610/24707</w:t>
        <w:br/>
        <w:t>f 14134/29676/24773 14133/29675/24772 14069/29610/24707</w:t>
        <w:br/>
        <w:t>f 14067/29609/24706 14134/29676/24773 14069/29610/24707</w:t>
        <w:br/>
        <w:t>f 14067/29609/24706 14060/29603/24700 14135/29677/24774</w:t>
        <w:br/>
        <w:t>f 14134/29676/24773 14067/29609/24706 14135/29677/24774</w:t>
        <w:br/>
        <w:t>f 14136/29678/24775 14135/29677/24774 14060/29603/24700</w:t>
        <w:br/>
        <w:t>f 14053/29596/24694 14136/29678/24775 14060/29603/24700</w:t>
        <w:br/>
        <w:t>f 14053/29596/24694 14054/29595/24693 14137/29679/24776</w:t>
        <w:br/>
        <w:t>f 14136/29678/24775 14053/29596/24694 14137/29679/24776</w:t>
        <w:br/>
        <w:t>f 14138/29680/24777 14137/29679/24776 14054/29595/24693</w:t>
        <w:br/>
        <w:t>f 14059/29598/24696 14138/29680/24777 14054/29595/24693</w:t>
        <w:br/>
        <w:t>f 14059/29598/24696 14064/29607/24704 14139/29681/24778</w:t>
        <w:br/>
        <w:t>f 14138/29680/24777 14059/29598/24696 14139/29681/24778</w:t>
        <w:br/>
        <w:t>f 14078/29623/24720 14139/29681/24778 14081/29620/24717</w:t>
        <w:br/>
        <w:t>f 14139/29681/24778 14078/29623/24720 14082/29625/24722</w:t>
        <w:br/>
        <w:t>f 13792/29334/24471 14139/29681/24778 14082/29625/24722</w:t>
        <w:br/>
        <w:t>f 13730/29273/24410 13792/29334/24471 14082/29625/24722</w:t>
        <w:br/>
        <w:t>f 14143/29682/24779 14142/29683/24779 14141/29684/24780</w:t>
        <w:br/>
        <w:t>f 14140/29685/24780 14143/29682/24779 14141/29684/24780</w:t>
        <w:br/>
        <w:t>f 14143/29682/24779 14145/29686/24781 14144/29687/24781</w:t>
        <w:br/>
        <w:t>f 14142/29683/24779 14143/29682/24779 14144/29687/24781</w:t>
        <w:br/>
        <w:t>f 14141/29684/24780 14147/29688/24782 14146/29689/24783</w:t>
        <w:br/>
        <w:t>f 14140/29685/24780 14141/29684/24780 14146/29689/24783</w:t>
        <w:br/>
        <w:t>f 14149/29690/24784 14146/29689/24783 14147/29688/24782</w:t>
        <w:br/>
        <w:t>f 14148/29691/24784 14149/29690/24784 14147/29688/24782</w:t>
        <w:br/>
        <w:t>f 14145/29686/24781 14151/29692/24785 14150/29693/24785</w:t>
        <w:br/>
        <w:t>f 14144/29687/24781 14145/29686/24781 14150/29693/24785</w:t>
        <w:br/>
        <w:t>f 14151/29692/24785 14153/29694/24786 14152/29695/24787</w:t>
        <w:br/>
        <w:t>f 14150/29693/24785 14151/29692/24785 14152/29695/24787</w:t>
        <w:br/>
        <w:t>f 14148/29691/24784 14155/29696/24788 14154/29697/24788</w:t>
        <w:br/>
        <w:t>f 14149/29690/24784 14148/29691/24784 14154/29697/24788</w:t>
        <w:br/>
        <w:t>f 14154/29697/24788 14155/29696/24788 14157/29698/24789</w:t>
        <w:br/>
        <w:t>f 14156/29699/24789 14154/29697/24788 14157/29698/24789</w:t>
        <w:br/>
        <w:t>f 14156/29699/24789 14157/29698/24789 14158/29700/24790</w:t>
        <w:br/>
        <w:t>f 14159/29701/24790 14156/29699/24789 14158/29700/24790</w:t>
        <w:br/>
        <w:t>f 14161/29702/24791 14160/29703/24791 14159/29701/24790</w:t>
        <w:br/>
        <w:t>f 14158/29700/24790 14161/29702/24791 14159/29701/24790</w:t>
        <w:br/>
        <w:t>f 14161/29702/24791 14163/29704/24792 14162/29705/24792</w:t>
        <w:br/>
        <w:t>f 14160/29703/24791 14161/29702/24791 14162/29705/24792</w:t>
        <w:br/>
        <w:t>f 14163/29704/24792 14165/29706/24793 14164/29707/24793</w:t>
        <w:br/>
        <w:t>f 14162/29705/24792 14163/29704/24792 14164/29707/24793</w:t>
        <w:br/>
        <w:t>f 14167/29708/24794 14166/29709/24794 14152/29695/24787</w:t>
        <w:br/>
        <w:t>f 14153/29694/24786 14167/29708/24794 14152/29695/24787</w:t>
        <w:br/>
        <w:t>f 14171/29710/24795 14170/29711/24796 14169/29712/24797</w:t>
        <w:br/>
        <w:t>f 14168/29713/24795 14171/29710/24795 14169/29712/24797</w:t>
        <w:br/>
        <w:t>f 14168/29713/24795 14173/29714/24798 14172/29715/24799</w:t>
        <w:br/>
        <w:t>f 14171/29710/24795 14168/29713/24795 14172/29715/24799</w:t>
        <w:br/>
        <w:t>f 14166/29709/24794 14167/29708/24794 14172/29715/24799</w:t>
        <w:br/>
        <w:t>f 14173/29714/24798 14166/29709/24794 14172/29715/24799</w:t>
        <w:br/>
        <w:t>f 14177/29716/24800 14176/29717/24801 14175/29718/24802</w:t>
        <w:br/>
        <w:t>f 14174/29719/24802 14177/29716/24800 14175/29718/24802</w:t>
        <w:br/>
        <w:t>f 14177/29716/24800 14179/29720/24803 14178/29721/24803</w:t>
        <w:br/>
        <w:t>f 14176/29717/24801 14177/29716/24800 14178/29721/24803</w:t>
        <w:br/>
        <w:t>f 14174/29719/24802 14175/29718/24802 14181/29722/24804</w:t>
        <w:br/>
        <w:t>f 14180/29723/24804 14174/29719/24802 14181/29722/24804</w:t>
        <w:br/>
        <w:t>f 14178/29721/24803 14179/29720/24803 14164/29707/24793</w:t>
        <w:br/>
        <w:t>f 14165/29706/24793 14178/29721/24803 14164/29707/24793</w:t>
        <w:br/>
        <w:t>f 14181/29722/24804 14183/29724/24805 14182/29725/24805</w:t>
        <w:br/>
        <w:t>f 14180/29723/24804 14181/29722/24804 14182/29725/24805</w:t>
        <w:br/>
        <w:t>f 14183/29724/24805 14185/29726/24806 14184/29727/24806</w:t>
        <w:br/>
        <w:t>f 14182/29725/24805 14183/29724/24805 14184/29727/24806</w:t>
        <w:br/>
        <w:t>f 14187/29728/24807 14186/29729/24808 14184/29727/24806</w:t>
        <w:br/>
        <w:t>f 14185/29726/24806 14187/29728/24807 14184/29727/24806</w:t>
        <w:br/>
        <w:t>f 14189/29730/24809 14188/29731/24809 14186/29729/24808</w:t>
        <w:br/>
        <w:t>f 14187/29728/24807 14189/29730/24809 14186/29729/24808</w:t>
        <w:br/>
        <w:t>f 14188/29731/24809 14189/29730/24809 14191/29732/24810</w:t>
        <w:br/>
        <w:t>f 14190/29733/24810 14188/29731/24809 14191/29732/24810</w:t>
        <w:br/>
        <w:t>f 14193/29734/24811 14192/29735/24811 14190/29733/24810</w:t>
        <w:br/>
        <w:t>f 14191/29732/24810 14193/29734/24811 14190/29733/24810</w:t>
        <w:br/>
        <w:t>f 14193/29734/24811 14195/29736/24812 14194/29737/24812</w:t>
        <w:br/>
        <w:t>f 14192/29735/24811 14193/29734/24811 14194/29737/24812</w:t>
        <w:br/>
        <w:t>f 14197/29738/24813 14194/29737/24812 14195/29736/24812</w:t>
        <w:br/>
        <w:t>f 14196/29739/24814 14197/29738/24813 14195/29736/24812</w:t>
        <w:br/>
        <w:t>f 14197/29738/24813 14196/29739/24814 14199/29740/24815</w:t>
        <w:br/>
        <w:t>f 14198/29741/24816 14197/29738/24813 14199/29740/24815</w:t>
        <w:br/>
        <w:t>f 14199/29740/24815 14201/29742/24817 14200/29743/24817</w:t>
        <w:br/>
        <w:t>f 14198/29741/24816 14199/29740/24815 14200/29743/24817</w:t>
        <w:br/>
        <w:t>f 14205/29744/24818 14204/29745/24819 14203/29746/24820</w:t>
        <w:br/>
        <w:t>f 14202/29747/24820 14205/29744/24818 14203/29746/24820</w:t>
        <w:br/>
        <w:t>f 14204/29745/24819 14205/29744/24818 14200/29743/24817</w:t>
        <w:br/>
        <w:t>f 14201/29742/24817 14204/29745/24819 14200/29743/24817</w:t>
        <w:br/>
        <w:t>f 14209/29748/24821 14208/29749/24822 14207/29750/24823</w:t>
        <w:br/>
        <w:t>f 14206/29751/24824 14209/29748/24821 14207/29750/24823</w:t>
        <w:br/>
        <w:t>f 14213/29752/24825 14212/29753/24826 14211/29754/24827</w:t>
        <w:br/>
        <w:t>f 14210/29755/24828 14213/29752/24825 14211/29754/24827</w:t>
        <w:br/>
        <w:t>f 14217/29756/24829 14216/29757/24830 14215/29758/24831</w:t>
        <w:br/>
        <w:t>f 14214/29759/24832 14217/29756/24829 14215/29758/24831</w:t>
        <w:br/>
        <w:t>f 14219/29760/24833 14218/29761/24834 14212/29753/24826</w:t>
        <w:br/>
        <w:t>f 14213/29752/24825 14219/29760/24833 14212/29753/24826</w:t>
        <w:br/>
        <w:t>f 14223/29762/24835 14222/29763/24836 14221/29764/24837</w:t>
        <w:br/>
        <w:t>f 14220/29765/24838 14223/29762/24835 14221/29764/24837</w:t>
        <w:br/>
        <w:t>f 14227/29766/24839 14226/29767/24840 14225/29768/24841</w:t>
        <w:br/>
        <w:t>f 14224/29769/24842 14227/29766/24839 14225/29768/24841</w:t>
        <w:br/>
        <w:t>f 14229/29770/24843 14228/29771/24844 14226/29767/24840</w:t>
        <w:br/>
        <w:t>f 14227/29766/24839 14229/29770/24843 14226/29767/24840</w:t>
        <w:br/>
        <w:t>f 14225/29768/24841 14232/29772/24845 14231/29773/24846</w:t>
        <w:br/>
        <w:t>f 14230/29774/24847 14225/29768/24841 14231/29773/24846</w:t>
        <w:br/>
        <w:t>f 14236/29775/24848 14235/29776/24849 14234/29777/24850</w:t>
        <w:br/>
        <w:t>f 14233/29778/24851 14236/29775/24848 14234/29777/24850</w:t>
        <w:br/>
        <w:t>f 14238/29779/24852 14209/29748/24821 14237/29780/24853</w:t>
        <w:br/>
        <w:t>f 14240/29781/24854 14237/29780/24853 14239/29782/24855</w:t>
        <w:br/>
        <w:t>f 14240/29781/24854 14239/29782/24855 14241/29783/24856</w:t>
        <w:br/>
        <w:t>f 14243/29784/24857 14242/29785/24858 14240/29781/24854</w:t>
        <w:br/>
        <w:t>f 14241/29783/24856 14243/29784/24857 14240/29781/24854</w:t>
        <w:br/>
        <w:t>f 14246/29786/24859 14245/29787/24860 14244/29788/24861</w:t>
        <w:br/>
        <w:t>f 14228/29771/24844 14246/29786/24859 14244/29788/24861</w:t>
        <w:br/>
        <w:t>f 14244/29788/24861 14243/29784/24857 14241/29783/24856</w:t>
        <w:br/>
        <w:t>f 14247/29789/24862 14244/29788/24861 14241/29783/24856</w:t>
        <w:br/>
        <w:t>f 14223/29762/24835 14250/29790/24863 14249/29791/24864</w:t>
        <w:br/>
        <w:t>f 14248/29792/24865 14223/29762/24835 14249/29791/24864</w:t>
        <w:br/>
        <w:t>f 14251/29793/24866 14242/29785/24858 14243/29784/24857</w:t>
        <w:br/>
        <w:t>f 14238/29779/24852 14208/29749/24822 14209/29748/24821</w:t>
        <w:br/>
        <w:t>f 14253/29794/24867 14206/29751/24824 14236/29775/24848</w:t>
        <w:br/>
        <w:t>f 14252/29795/24868 14253/29794/24867 14236/29775/24848</w:t>
        <w:br/>
        <w:t>f 14255/29796/24869 14218/29761/24834 14219/29760/24833</w:t>
        <w:br/>
        <w:t>f 14254/29797/24870 14255/29796/24869 14219/29760/24833</w:t>
        <w:br/>
        <w:t>f 14258/29798/24871 14257/29799/24872 14256/29800/24873</w:t>
        <w:br/>
        <w:t>f 14260/29801/24874 14259/29802/24875 14256/29800/24873</w:t>
        <w:br/>
        <w:t>f 14260/29801/24874 14254/29797/24870 14219/29760/24833</w:t>
        <w:br/>
        <w:t>f 14235/29776/24849 14236/29775/24848 14206/29751/24824</w:t>
        <w:br/>
        <w:t>f 14207/29750/24823 14235/29776/24849 14206/29751/24824</w:t>
        <w:br/>
        <w:t>f 14245/29787/24860 14251/29793/24866 14243/29784/24857</w:t>
        <w:br/>
        <w:t>f 14244/29788/24861 14245/29787/24860 14243/29784/24857</w:t>
        <w:br/>
        <w:t>f 14239/29782/24855 14232/29772/24845 14247/29789/24862</w:t>
        <w:br/>
        <w:t>f 14241/29783/24856 14239/29782/24855 14247/29789/24862</w:t>
        <w:br/>
        <w:t>f 14247/29789/24862 14226/29767/24840 14228/29771/24844</w:t>
        <w:br/>
        <w:t>f 14244/29788/24861 14247/29789/24862 14228/29771/24844</w:t>
        <w:br/>
        <w:t>f 14237/29780/24853 14231/29773/24846 14232/29772/24845</w:t>
        <w:br/>
        <w:t>f 14239/29782/24855 14237/29780/24853 14232/29772/24845</w:t>
        <w:br/>
        <w:t>f 14206/29751/24824 14231/29773/24846 14237/29780/24853</w:t>
        <w:br/>
        <w:t>f 14209/29748/24821 14206/29751/24824 14237/29780/24853</w:t>
        <w:br/>
        <w:t>f 14226/29767/24840 14247/29789/24862 14232/29772/24845</w:t>
        <w:br/>
        <w:t>f 14225/29768/24841 14226/29767/24840 14232/29772/24845</w:t>
        <w:br/>
        <w:t>f 14224/29769/24842 14225/29768/24841 14230/29774/24847</w:t>
        <w:br/>
        <w:t>f 14261/29803/24876 14224/29769/24842 14230/29774/24847</w:t>
        <w:br/>
        <w:t>f 14233/29778/24851 14234/29777/24850 14262/29804/24877</w:t>
        <w:br/>
        <w:t>f 14210/29755/24828 14233/29778/24851 14262/29804/24877</w:t>
        <w:br/>
        <w:t>f 14252/29795/24868 14236/29775/24848 14233/29778/24851</w:t>
        <w:br/>
        <w:t>f 14263/29805/24878 14252/29795/24868 14233/29778/24851</w:t>
        <w:br/>
        <w:t>f 14224/29769/24842 14214/29759/24832 14221/29764/24837</w:t>
        <w:br/>
        <w:t>f 14227/29766/24839 14224/29769/24842 14221/29764/24837</w:t>
        <w:br/>
        <w:t>f 14228/29771/24844 14229/29770/24843 14264/29806/24879</w:t>
        <w:br/>
        <w:t>f 14246/29786/24859 14228/29771/24844 14264/29806/24879</w:t>
        <w:br/>
        <w:t>f 14222/29763/24836 14229/29770/24843 14227/29766/24839</w:t>
        <w:br/>
        <w:t>f 14221/29764/24837 14222/29763/24836 14227/29766/24839</w:t>
        <w:br/>
        <w:t>f 14210/29755/24828 14211/29754/24827 14263/29805/24878</w:t>
        <w:br/>
        <w:t>f 14233/29778/24851 14210/29755/24828 14263/29805/24878</w:t>
        <w:br/>
        <w:t>f 14261/29803/24876 14217/29756/24829 14214/29759/24832</w:t>
        <w:br/>
        <w:t>f 14224/29769/24842 14261/29803/24876 14214/29759/24832</w:t>
        <w:br/>
        <w:t>f 14229/29770/24843 14222/29763/24836 14265/29807/24880</w:t>
        <w:br/>
        <w:t>f 14264/29806/24879 14229/29770/24843 14265/29807/24880</w:t>
        <w:br/>
        <w:t>f 14266/29808/24881 14213/29752/24825 14210/29755/24828</w:t>
        <w:br/>
        <w:t>f 14262/29804/24877 14266/29808/24881 14210/29755/24828</w:t>
        <w:br/>
        <w:t>f 14220/29765/24838 14221/29764/24837 14214/29759/24832</w:t>
        <w:br/>
        <w:t>f 14215/29758/24831 14220/29765/24838 14214/29759/24832</w:t>
        <w:br/>
        <w:t>f 14222/29763/24836 14223/29762/24835 14248/29792/24865</w:t>
        <w:br/>
        <w:t>f 14265/29807/24880 14222/29763/24836 14248/29792/24865</w:t>
        <w:br/>
        <w:t>f 14216/29757/24830 14268/29809/24882 14267/29810/24883</w:t>
        <w:br/>
        <w:t>f 14215/29758/24831 14216/29757/24830 14267/29810/24883</w:t>
        <w:br/>
        <w:t>f 14268/29809/24882 14270/29811/24884 14269/29812/24885</w:t>
        <w:br/>
        <w:t>f 14267/29810/24883 14268/29809/24882 14269/29812/24885</w:t>
        <w:br/>
        <w:t>f 14271/29813/24886 14267/29810/24883 14269/29812/24885</w:t>
        <w:br/>
        <w:t>f 14257/29799/24872 14272/29814/24887 14260/29801/24874</w:t>
        <w:br/>
        <w:t>f 14256/29800/24873 14257/29799/24872 14260/29801/24874</w:t>
        <w:br/>
        <w:t>f 14254/29797/24870 14260/29801/24874 14272/29814/24887</w:t>
        <w:br/>
        <w:t>f 14273/29815/24888 14257/29799/24872 14258/29798/24871</w:t>
        <w:br/>
        <w:t>f 14274/29816/24889 14273/29815/24888 14258/29798/24871</w:t>
        <w:br/>
        <w:t>f 14272/29814/24887 14257/29799/24872 14273/29815/24888</w:t>
        <w:br/>
        <w:t>f 14278/29817/24890 14277/29818/24891 14276/29819/24892</w:t>
        <w:br/>
        <w:t>f 14275/29820/24893 14278/29817/24890 14276/29819/24892</w:t>
        <w:br/>
        <w:t>f 14282/29821/24894 14281/29822/24895 14280/29823/24896</w:t>
        <w:br/>
        <w:t>f 14279/29824/24897 14282/29821/24894 14280/29823/24896</w:t>
        <w:br/>
        <w:t>f 14281/29822/24895 14282/29821/24894 14284/29825/24898</w:t>
        <w:br/>
        <w:t>f 14283/29826/24899 14281/29822/24895 14284/29825/24898</w:t>
        <w:br/>
        <w:t>f 14288/29827/24900 14287/29828/24901 14286/29829/24902</w:t>
        <w:br/>
        <w:t>f 14285/29830/24903 14288/29827/24900 14286/29829/24902</w:t>
        <w:br/>
        <w:t>f 14292/29831/24904 14291/29832/24905 14290/29833/24906</w:t>
        <w:br/>
        <w:t>f 14289/29834/24907 14292/29831/24904 14290/29833/24906</w:t>
        <w:br/>
        <w:t>f 14296/29835/24908 14295/29836/24909 14294/29837/24910</w:t>
        <w:br/>
        <w:t>f 14293/29838/24911 14296/29835/24908 14294/29837/24910</w:t>
        <w:br/>
        <w:t>f 14294/29837/24910 14298/29839/24912 14297/29840/24913</w:t>
        <w:br/>
        <w:t>f 14293/29838/24911 14294/29837/24910 14297/29840/24913</w:t>
        <w:br/>
        <w:t>f 14302/29841/24914 14301/29842/24915 14300/29843/24916</w:t>
        <w:br/>
        <w:t>f 14299/29844/24917 14302/29841/24914 14300/29843/24916</w:t>
        <w:br/>
        <w:t>f 14306/29845/24918 14305/29846/24919 14304/29847/24920</w:t>
        <w:br/>
        <w:t>f 14303/29848/24921 14306/29845/24918 14304/29847/24920</w:t>
        <w:br/>
        <w:t>f 14310/29849/24922 14309/29850/24923 14308/29851/24924</w:t>
        <w:br/>
        <w:t>f 14307/29852/24922 14310/29849/24922 14308/29851/24924</w:t>
        <w:br/>
        <w:t>f 14312/29853/24925 14311/29854/24926 14296/29835/24908</w:t>
        <w:br/>
        <w:t>f 14314/29855/24927 14313/29856/24928 14297/29840/24913</w:t>
        <w:br/>
        <w:t>f 14298/29839/24912 14314/29855/24927 14297/29840/24913</w:t>
        <w:br/>
        <w:t>f 14318/29857/24929 14317/29858/24930 14316/29859/24931</w:t>
        <w:br/>
        <w:t>f 14315/29860/24932 14318/29857/24929 14316/29859/24931</w:t>
        <w:br/>
        <w:t>f 14322/29861/24933 14321/29862/24934 14320/29863/24935</w:t>
        <w:br/>
        <w:t>f 14319/29864/24936 14322/29861/24933 14320/29863/24935</w:t>
        <w:br/>
        <w:t>f 14326/29865/24937 14325/29866/24938 14324/29867/24939</w:t>
        <w:br/>
        <w:t>f 14323/29868/24940 14326/29865/24937 14324/29867/24939</w:t>
        <w:br/>
        <w:t>f 14330/29869/24941 14329/29870/24942 14328/29871/24943</w:t>
        <w:br/>
        <w:t>f 14327/29872/24944 14330/29869/24941 14328/29871/24943</w:t>
        <w:br/>
        <w:t>f 14334/29873/24945 14333/29874/24946 14332/29875/24947</w:t>
        <w:br/>
        <w:t>f 14331/29876/24948 14334/29873/24945 14332/29875/24947</w:t>
        <w:br/>
        <w:t>f 14299/29844/24917 14336/29877/24949 14335/29878/24950</w:t>
        <w:br/>
        <w:t>f 14302/29841/24914 14299/29844/24917 14335/29878/24950</w:t>
        <w:br/>
        <w:t>f 14339/29879/24951 14338/29880/24952 14303/29848/24921</w:t>
        <w:br/>
        <w:t>f 14337/29881/24953 14339/29879/24951 14303/29848/24921</w:t>
        <w:br/>
        <w:t>f 14338/29880/24952 14339/29879/24951 14341/29882/24954</w:t>
        <w:br/>
        <w:t>f 14340/29883/24955 14338/29880/24952 14341/29882/24954</w:t>
        <w:br/>
        <w:t>f 14344/29884/24956 14343/29885/24957 14342/29886/24958</w:t>
        <w:br/>
        <w:t>f 14340/29883/24955 14344/29884/24956 14342/29886/24958</w:t>
        <w:br/>
        <w:t>f 14337/29881/24953 14346/29887/24959 14345/29888/24960</w:t>
        <w:br/>
        <w:t>f 14339/29879/24951 14337/29881/24953 14345/29888/24960</w:t>
        <w:br/>
        <w:t>f 14340/29883/24955 14342/29886/24958 14306/29845/24918</w:t>
        <w:br/>
        <w:t>f 14338/29880/24952 14340/29883/24955 14306/29845/24918</w:t>
        <w:br/>
        <w:t>f 14350/29889/24961 14349/29890/24962 14348/29891/24963</w:t>
        <w:br/>
        <w:t>f 14347/29892/24964 14350/29889/24961 14348/29891/24963</w:t>
        <w:br/>
        <w:t>f 14354/29893/24965 14353/29894/24966 14352/29895/24967</w:t>
        <w:br/>
        <w:t>f 14351/29896/24968 14354/29893/24965 14352/29895/24967</w:t>
        <w:br/>
        <w:t>f 14358/29897/24969 14357/29898/24970 14356/29899/24971</w:t>
        <w:br/>
        <w:t>f 14355/29900/24972 14358/29897/24969 14356/29899/24971</w:t>
        <w:br/>
        <w:t>f 14362/29901/24973 14361/29902/24974 14360/29903/24975</w:t>
        <w:br/>
        <w:t>f 14359/29904/24976 14362/29901/24973 14360/29903/24975</w:t>
        <w:br/>
        <w:t>f 14364/29905/24977 14360/29903/24975 14361/29902/24974</w:t>
        <w:br/>
        <w:t>f 14363/29906/24978 14364/29905/24977 14361/29902/24974</w:t>
        <w:br/>
        <w:t>f 14367/29907/24979 14366/29908/24980 14362/29901/24973</w:t>
        <w:br/>
        <w:t>f 14365/29909/24981 14367/29907/24979 14362/29901/24973</w:t>
        <w:br/>
        <w:t>f 14335/29878/24950 14336/29877/24949 14369/29910/24982</w:t>
        <w:br/>
        <w:t>f 14368/29911/24983 14335/29878/24950 14369/29910/24982</w:t>
        <w:br/>
        <w:t>f 14373/29912/24984 14372/29913/24985 14371/29914/24986</w:t>
        <w:br/>
        <w:t>f 14370/29915/24987 14373/29912/24984 14371/29914/24986</w:t>
        <w:br/>
        <w:t>f 14372/29913/24985 14375/29916/24988 14374/29917/24989</w:t>
        <w:br/>
        <w:t>f 14371/29914/24986 14372/29913/24985 14374/29917/24989</w:t>
        <w:br/>
        <w:t>f 14377/29918/24990 14290/29833/24906 14376/29919/24991</w:t>
        <w:br/>
        <w:t>f 14378/29920/24992 14377/29918/24990 14376/29919/24991</w:t>
        <w:br/>
        <w:t>f 14380/29921/24993 14379/29922/24994 14376/29919/24991</w:t>
        <w:br/>
        <w:t>f 14380/29921/24993 14376/29919/24991 14382/29923/24995</w:t>
        <w:br/>
        <w:t>f 14381/29924/24996 14380/29921/24993 14382/29923/24995</w:t>
        <w:br/>
        <w:t>f 14386/29925/24997 14385/29926/24998 14384/29927/24999</w:t>
        <w:br/>
        <w:t>f 14383/29928/25000 14386/29925/24997 14384/29927/24999</w:t>
        <w:br/>
        <w:t>f 14385/29926/24998 14388/29929/25001 14387/29930/25002</w:t>
        <w:br/>
        <w:t>f 14384/29927/24999 14385/29926/24998 14387/29930/25002</w:t>
        <w:br/>
        <w:t>f 14391/29931/25003 14383/29928/25000 14390/29932/25004</w:t>
        <w:br/>
        <w:t>f 14389/29933/25005 14391/29931/25003 14390/29932/25004</w:t>
        <w:br/>
        <w:t>f 14383/29928/25000 14391/29931/25003 14392/29934/25006</w:t>
        <w:br/>
        <w:t>f 14386/29925/24997 14383/29928/25000 14392/29934/25006</w:t>
        <w:br/>
        <w:t>f 14396/29935/25007 14395/29936/25008 14394/29937/25009</w:t>
        <w:br/>
        <w:t>f 14393/29938/25010 14396/29935/25007 14394/29937/25009</w:t>
        <w:br/>
        <w:t>f 14314/29855/24927 14399/29939/25011 14398/29940/25012</w:t>
        <w:br/>
        <w:t>f 14397/29941/25013 14314/29855/24927 14398/29940/25012</w:t>
        <w:br/>
        <w:t>f 14398/29940/25012 14400/29942/25014 14397/29941/25013</w:t>
        <w:br/>
        <w:t>f 14398/29940/25012 14401/29943/25015 14400/29942/25014</w:t>
        <w:br/>
        <w:t>f 14398/29940/25012 14403/29944/25016 14402/29945/25017</w:t>
        <w:br/>
        <w:t>f 14401/29943/25015 14398/29940/25012 14402/29945/25017</w:t>
        <w:br/>
        <w:t>f 14406/29946/25018 14405/29947/25019 14404/29948/25020</w:t>
        <w:br/>
        <w:t>f 14363/29906/24978 14406/29946/25018 14404/29948/25020</w:t>
        <w:br/>
        <w:t>f 14401/29943/25015 14402/29945/25017 14406/29946/25018</w:t>
        <w:br/>
        <w:t>f 14407/29949/25021 14401/29943/25015 14406/29946/25018</w:t>
        <w:br/>
        <w:t>f 14410/29950/25022 14409/29951/25023 14356/29899/24971</w:t>
        <w:br/>
        <w:t>f 14408/29952/25024 14410/29950/25022 14356/29899/24971</w:t>
        <w:br/>
        <w:t>f 14327/29872/24944 14412/29953/25025 14411/29954/25026</w:t>
        <w:br/>
        <w:t>f 14275/29820/24893 14327/29872/24944 14411/29954/25026</w:t>
        <w:br/>
        <w:t>f 14275/29820/24893 14411/29954/25026 14413/29955/25027</w:t>
        <w:br/>
        <w:t>f 14414/29956/25028 14279/29824/24897 14278/29817/24890</w:t>
        <w:br/>
        <w:t>f 14413/29955/25027 14414/29956/25028 14278/29817/24890</w:t>
        <w:br/>
        <w:t>f 14415/29957/25029 14284/29825/24898 14282/29821/24894</w:t>
        <w:br/>
        <w:t>f 14417/29958/25030 14295/29836/24909 14416/29959/25031</w:t>
        <w:br/>
        <w:t>f 14415/29957/25029 14417/29958/25030 14416/29959/25031</w:t>
        <w:br/>
        <w:t>f 14415/29957/25029 14416/29959/25031 14284/29825/24898</w:t>
        <w:br/>
        <w:t>f 14328/29871/24943 14418/29960/25032 14412/29953/25025</w:t>
        <w:br/>
        <w:t>f 14327/29872/24944 14328/29871/24943 14412/29953/25025</w:t>
        <w:br/>
        <w:t>f 14419/29961/25033 14402/29945/25017 14403/29944/25016</w:t>
        <w:br/>
        <w:t>f 14282/29821/24894 14279/29824/24897 14414/29956/25028</w:t>
        <w:br/>
        <w:t>f 14415/29957/25029 14282/29821/24894 14414/29956/25028</w:t>
        <w:br/>
        <w:t>f 14295/29836/24909 14417/29958/25030 14294/29837/24910</w:t>
        <w:br/>
        <w:t>f 14294/29837/24910 14417/29958/25030 14399/29939/25011</w:t>
        <w:br/>
        <w:t>f 14298/29839/24912 14294/29837/24910 14399/29939/25011</w:t>
        <w:br/>
        <w:t>f 14399/29939/25011 14314/29855/24927 14298/29839/24912</w:t>
        <w:br/>
        <w:t>f 14275/29820/24893 14276/29819/24892 14330/29869/24941</w:t>
        <w:br/>
        <w:t>f 14327/29872/24944 14275/29820/24893 14330/29869/24941</w:t>
        <w:br/>
        <w:t>f 14277/29818/24891 14278/29817/24890 14279/29824/24897</w:t>
        <w:br/>
        <w:t>f 14280/29823/24896 14277/29818/24891 14279/29824/24897</w:t>
        <w:br/>
        <w:t>f 14421/29962/25034 14420/29963/25035 14296/29835/24908</w:t>
        <w:br/>
        <w:t>f 14311/29854/24926 14421/29962/25034 14296/29835/24908</w:t>
        <w:br/>
        <w:t>f 14283/29826/24899 14420/29963/25035 14421/29962/25034</w:t>
        <w:br/>
        <w:t>f 14320/29863/24935 14283/29826/24899 14421/29962/25034</w:t>
        <w:br/>
        <w:t>f 14369/29910/24982 14313/29856/24928 14423/29964/25036</w:t>
        <w:br/>
        <w:t>f 14422/29965/25037 14369/29910/24982 14423/29964/25036</w:t>
        <w:br/>
        <w:t>f 14427/29966/25038 14426/29967/25039 14425/29968/25040</w:t>
        <w:br/>
        <w:t>f 14424/29969/25041 14427/29966/25038 14425/29968/25040</w:t>
        <w:br/>
        <w:t>f 14315/29860/24932 14316/29859/24931 14429/29970/25042</w:t>
        <w:br/>
        <w:t>f 14428/29971/25043 14315/29860/24932 14429/29970/25042</w:t>
        <w:br/>
        <w:t>f 14426/29967/25039 14431/29972/25044 14430/29973/25045</w:t>
        <w:br/>
        <w:t>f 14425/29968/25040 14426/29967/25039 14430/29973/25045</w:t>
        <w:br/>
        <w:t>f 14342/29886/24958 14432/29974/25046 14305/29846/24919</w:t>
        <w:br/>
        <w:t>f 14306/29845/24918 14342/29886/24958 14305/29846/24919</w:t>
        <w:br/>
        <w:t>f 14333/29874/24946 14334/29873/24945 14434/29975/25047</w:t>
        <w:br/>
        <w:t>f 14433/29976/25048 14333/29874/24946 14434/29975/25047</w:t>
        <w:br/>
        <w:t>f 14377/29918/24990 14378/29920/24992 14333/29874/24946</w:t>
        <w:br/>
        <w:t>f 14433/29976/25048 14377/29918/24990 14333/29874/24946</w:t>
        <w:br/>
        <w:t>f 14376/29919/24991 14290/29833/24906 14291/29832/24905</w:t>
        <w:br/>
        <w:t>f 14382/29923/24995 14376/29919/24991 14291/29832/24905</w:t>
        <w:br/>
        <w:t>f 14438/29977/25049 14437/29978/25050 14436/29979/25051</w:t>
        <w:br/>
        <w:t>f 14435/29980/25052 14438/29977/25049 14436/29979/25051</w:t>
        <w:br/>
        <w:t>f 14291/29832/24905 14392/29934/25006 14391/29931/25003</w:t>
        <w:br/>
        <w:t>f 14382/29923/24995 14291/29832/24905 14391/29931/25003</w:t>
        <w:br/>
        <w:t>f 14332/29875/24947 14333/29874/24946 14378/29920/24992</w:t>
        <w:br/>
        <w:t>f 14439/29981/25053 14332/29875/24947 14378/29920/24992</w:t>
        <w:br/>
        <w:t>f 14378/29920/24992 14376/29919/24991 14379/29922/24994</w:t>
        <w:br/>
        <w:t>f 14439/29981/25053 14378/29920/24992 14379/29922/24994</w:t>
        <w:br/>
        <w:t>f 14382/29923/24995 14391/29931/25003 14389/29933/25005</w:t>
        <w:br/>
        <w:t>f 14381/29924/24996 14382/29923/24995 14389/29933/25005</w:t>
        <w:br/>
        <w:t>f 14440/29982/25054 14390/29932/25004 14383/29928/25000</w:t>
        <w:br/>
        <w:t>f 14384/29927/24999 14440/29982/25054 14383/29928/25000</w:t>
        <w:br/>
        <w:t>f 14441/29983/25055 14440/29982/25054 14384/29927/24999</w:t>
        <w:br/>
        <w:t>f 14442/29984/25056 14441/29983/25055 14387/29930/25002</w:t>
        <w:br/>
        <w:t>f 14388/29929/25001 14444/29985/25057 14443/29986/25058</w:t>
        <w:br/>
        <w:t>f 14387/29930/25002 14388/29929/25001 14443/29986/25058</w:t>
        <w:br/>
        <w:t>f 14432/29974/25046 14445/29987/25059 14370/29915/24987</w:t>
        <w:br/>
        <w:t>f 14371/29914/24986 14432/29974/25046 14370/29915/24987</w:t>
        <w:br/>
        <w:t>f 14343/29885/24957 14445/29987/25059 14432/29974/25046</w:t>
        <w:br/>
        <w:t>f 14342/29886/24958 14343/29885/24957 14432/29974/25046</w:t>
        <w:br/>
        <w:t>f 14449/29988/25060 14448/29989/25061 14447/29990/25062</w:t>
        <w:br/>
        <w:t>f 14446/29991/25063 14449/29988/25060 14447/29990/25062</w:t>
        <w:br/>
        <w:t>f 14451/29992/25064 14450/29993/25065 14447/29990/25062</w:t>
        <w:br/>
        <w:t>f 14448/29989/25061 14451/29992/25064 14447/29990/25062</w:t>
        <w:br/>
        <w:t>f 14451/29992/25064 14453/29994/25066 14452/29995/25067</w:t>
        <w:br/>
        <w:t>f 14450/29993/25065 14451/29992/25064 14452/29995/25067</w:t>
        <w:br/>
        <w:t>f 14457/29996/25068 14456/29997/25069 14455/29998/25070</w:t>
        <w:br/>
        <w:t>f 14454/29999/25071 14457/29996/25068 14455/29998/25070</w:t>
        <w:br/>
        <w:t>f 14456/29997/25069 14459/30000/25072 14458/30001/25073</w:t>
        <w:br/>
        <w:t>f 14455/29998/25070 14456/29997/25069 14458/30001/25073</w:t>
        <w:br/>
        <w:t>f 14459/30000/25072 14461/30002/25074 14460/30003/25075</w:t>
        <w:br/>
        <w:t>f 14458/30001/25073 14459/30000/25072 14460/30003/25075</w:t>
        <w:br/>
        <w:t>f 14463/30004/25076 14460/30003/25075 14461/30002/25074</w:t>
        <w:br/>
        <w:t>f 14462/30005/25077 14463/30004/25076 14461/30002/25074</w:t>
        <w:br/>
        <w:t>f 14462/30005/25077 14465/30006/25078 14464/30007/25079</w:t>
        <w:br/>
        <w:t>f 14463/30004/25076 14462/30005/25077 14464/30007/25079</w:t>
        <w:br/>
        <w:t>f 14467/30008/25080 14464/30007/25079 14465/30006/25078</w:t>
        <w:br/>
        <w:t>f 14466/30009/25081 14467/30008/25080 14465/30006/25078</w:t>
        <w:br/>
        <w:t>f 14466/30009/25081 14469/30010/25082 14468/30011/25083</w:t>
        <w:br/>
        <w:t>f 14467/30008/25080 14466/30009/25081 14468/30011/25083</w:t>
        <w:br/>
        <w:t>f 14470/30012/25084 14344/29884/24956 14340/29883/24955</w:t>
        <w:br/>
        <w:t>f 14341/29882/24954 14470/30012/25084 14340/29883/24955</w:t>
        <w:br/>
        <w:t>f 14473/30013/25085 14472/30014/25086 14471/30015/25087</w:t>
        <w:br/>
        <w:t>f 14341/29882/24954 14474/30016/25088 14470/30012/25084</w:t>
        <w:br/>
        <w:t>f 14474/30016/25088 14341/29882/24954 14476/30017/25089</w:t>
        <w:br/>
        <w:t>f 14475/30018/25090 14474/30016/25088 14476/30017/25089</w:t>
        <w:br/>
        <w:t>f 14438/29977/25049 14478/30019/25091 14472/30014/25086</w:t>
        <w:br/>
        <w:t>f 14477/30020/25092 14438/29977/25049 14472/30014/25086</w:t>
        <w:br/>
        <w:t>f 14478/30019/25091 14438/29977/25049 14435/29980/25052</w:t>
        <w:br/>
        <w:t>f 14277/29818/24891 14479/30021/25093 14324/29867/24939</w:t>
        <w:br/>
        <w:t>f 14276/29819/24892 14277/29818/24891 14324/29867/24939</w:t>
        <w:br/>
        <w:t>f 14281/29822/24895 14321/29862/24934 14480/30022/25094</w:t>
        <w:br/>
        <w:t>f 14280/29823/24896 14281/29822/24895 14480/30022/25094</w:t>
        <w:br/>
        <w:t>f 14321/29862/24934 14281/29822/24895 14283/29826/24899</w:t>
        <w:br/>
        <w:t>f 14320/29863/24935 14321/29862/24934 14283/29826/24899</w:t>
        <w:br/>
        <w:t>f 14300/29843/24916 14296/29835/24908 14293/29838/24911</w:t>
        <w:br/>
        <w:t>f 14299/29844/24917 14300/29843/24916 14293/29838/24911</w:t>
        <w:br/>
        <w:t>f 14336/29877/24949 14299/29844/24917 14293/29838/24911</w:t>
        <w:br/>
        <w:t>f 14297/29840/24913 14336/29877/24949 14293/29838/24911</w:t>
        <w:br/>
        <w:t>f 14336/29877/24949 14297/29840/24913 14313/29856/24928</w:t>
        <w:br/>
        <w:t>f 14369/29910/24982 14336/29877/24949 14313/29856/24928</w:t>
        <w:br/>
        <w:t>f 14330/29869/24941 14325/29866/24938 14481/30023/25095</w:t>
        <w:br/>
        <w:t>f 14329/29870/24942 14330/29869/24941 14481/30023/25095</w:t>
        <w:br/>
        <w:t>f 14405/29947/25019 14406/29946/25018 14402/29945/25017</w:t>
        <w:br/>
        <w:t>f 14419/29961/25033 14405/29947/25019 14402/29945/25017</w:t>
        <w:br/>
        <w:t>f 14400/29942/25014 14401/29943/25015 14407/29949/25021</w:t>
        <w:br/>
        <w:t>f 14366/29908/24980 14400/29942/25014 14407/29949/25021</w:t>
        <w:br/>
        <w:t>f 14363/29906/24978 14361/29902/24974 14407/29949/25021</w:t>
        <w:br/>
        <w:t>f 14406/29946/25018 14363/29906/24978 14407/29949/25021</w:t>
        <w:br/>
        <w:t>f 14420/29963/25035 14416/29959/25031 14295/29836/24909</w:t>
        <w:br/>
        <w:t>f 14296/29835/24908 14420/29963/25035 14295/29836/24909</w:t>
        <w:br/>
        <w:t>f 14283/29826/24899 14284/29825/24898 14416/29959/25031</w:t>
        <w:br/>
        <w:t>f 14420/29963/25035 14283/29826/24899 14416/29959/25031</w:t>
        <w:br/>
        <w:t>f 14366/29908/24980 14367/29907/24979 14397/29941/25013</w:t>
        <w:br/>
        <w:t>f 14400/29942/25014 14366/29908/24980 14397/29941/25013</w:t>
        <w:br/>
        <w:t>f 14313/29856/24928 14314/29855/24927 14397/29941/25013</w:t>
        <w:br/>
        <w:t>f 14367/29907/24979 14313/29856/24928 14397/29941/25013</w:t>
        <w:br/>
        <w:t>f 14366/29908/24980 14407/29949/25021 14361/29902/24974</w:t>
        <w:br/>
        <w:t>f 14362/29901/24973 14366/29908/24980 14361/29902/24974</w:t>
        <w:br/>
        <w:t>f 14365/29909/24981 14362/29901/24973 14359/29904/24976</w:t>
        <w:br/>
        <w:t>f 14482/30024/25096 14365/29909/24981 14359/29904/24976</w:t>
        <w:br/>
        <w:t>f 14323/29868/24940 14324/29867/24939 14479/30021/25093</w:t>
        <w:br/>
        <w:t>f 14285/29830/24903 14323/29868/24940 14479/30021/25093</w:t>
        <w:br/>
        <w:t>f 14321/29862/24934 14322/29861/24933 14288/29827/24900</w:t>
        <w:br/>
        <w:t>f 14480/30022/25094 14321/29862/24934 14288/29827/24900</w:t>
        <w:br/>
        <w:t>f 14312/29853/24925 14484/30025/25097 14483/30026/25097</w:t>
        <w:br/>
        <w:t>f 14311/29854/24926 14312/29853/24925 14483/30026/25097</w:t>
        <w:br/>
        <w:t>f 14421/29962/25034 14311/29854/24926 14486/30027/25098</w:t>
        <w:br/>
        <w:t>f 14485/30028/25099 14421/29962/25034 14486/30027/25098</w:t>
        <w:br/>
        <w:t>f 14487/30029/25100 14481/30023/25095 14325/29866/24938</w:t>
        <w:br/>
        <w:t>f 14326/29865/24937 14487/30029/25100 14325/29866/24938</w:t>
        <w:br/>
        <w:t>f 14280/29823/24896 14480/30022/25094 14479/30021/25093</w:t>
        <w:br/>
        <w:t>f 14277/29818/24891 14280/29823/24896 14479/30021/25093</w:t>
        <w:br/>
        <w:t>f 14325/29866/24938 14330/29869/24941 14276/29819/24892</w:t>
        <w:br/>
        <w:t>f 14324/29867/24939 14325/29866/24938 14276/29819/24892</w:t>
        <w:br/>
        <w:t>f 14480/30022/25094 14288/29827/24900 14285/29830/24903</w:t>
        <w:br/>
        <w:t>f 14479/30021/25093 14480/30022/25094 14285/29830/24903</w:t>
        <w:br/>
        <w:t>f 14301/29842/24915 14302/29841/24914 14489/30030/25101</w:t>
        <w:br/>
        <w:t>f 14488/30031/25102 14301/29842/24915 14489/30030/25101</w:t>
        <w:br/>
        <w:t>f 14320/29863/24935 14421/29962/25034 14485/30028/25099</w:t>
        <w:br/>
        <w:t>f 14319/29864/24936 14320/29863/24935 14485/30028/25099</w:t>
        <w:br/>
        <w:t>f 14319/29864/24936 14318/29857/24929 14490/30032/25103</w:t>
        <w:br/>
        <w:t>f 14322/29861/24933 14319/29864/24936 14490/30032/25103</w:t>
        <w:br/>
        <w:t>f 14326/29865/24937 14427/29966/25038 14424/29969/25041</w:t>
        <w:br/>
        <w:t>f 14487/30029/25100 14326/29865/24937 14424/29969/25041</w:t>
        <w:br/>
        <w:t>f 14323/29868/24940 14491/30033/25104 14427/29966/25038</w:t>
        <w:br/>
        <w:t>f 14326/29865/24937 14323/29868/24940 14427/29966/25038</w:t>
        <w:br/>
        <w:t>f 14368/29911/24983 14349/29890/24962 14492/30034/25105</w:t>
        <w:br/>
        <w:t>f 14335/29878/24950 14368/29911/24983 14492/30034/25105</w:t>
        <w:br/>
        <w:t>f 14368/29911/24983 14369/29910/24982 14422/29965/25037</w:t>
        <w:br/>
        <w:t>f 14493/30035/25106 14368/29911/24983 14422/29965/25037</w:t>
        <w:br/>
        <w:t>f 14358/29897/24969 14351/29896/24968 14359/29904/24976</w:t>
        <w:br/>
        <w:t>f 14360/29903/24975 14358/29897/24969 14359/29904/24976</w:t>
        <w:br/>
        <w:t>f 14363/29906/24978 14404/29948/25020 14494/30036/25107</w:t>
        <w:br/>
        <w:t>f 14364/29905/24977 14363/29906/24978 14494/30036/25107</w:t>
        <w:br/>
        <w:t>f 14287/29828/24901 14288/29827/24900 14322/29861/24933</w:t>
        <w:br/>
        <w:t>f 14490/30032/25103 14287/29828/24901 14322/29861/24933</w:t>
        <w:br/>
        <w:t>f 14485/30028/25099 14486/30027/25098 14495/30037/25108</w:t>
        <w:br/>
        <w:t>f 14317/29858/24930 14485/30028/25099 14495/30037/25108</w:t>
        <w:br/>
        <w:t>f 14496/30038/25109 14489/30030/25101 14302/29841/24914</w:t>
        <w:br/>
        <w:t>f 14335/29878/24950 14496/30038/25109 14302/29841/24914</w:t>
        <w:br/>
        <w:t>f 14360/29903/24975 14364/29905/24977 14357/29898/24970</w:t>
        <w:br/>
        <w:t>f 14358/29897/24969 14360/29903/24975 14357/29898/24970</w:t>
        <w:br/>
        <w:t>f 14287/29828/24901 14393/29938/25010 14497/30039/25110</w:t>
        <w:br/>
        <w:t>f 14286/29829/24902 14287/29828/24901 14497/30039/25110</w:t>
        <w:br/>
        <w:t>f 14491/30033/25104 14499/30040/25111 14498/30041/25112</w:t>
        <w:br/>
        <w:t>f 14484/30025/25097 14310/29849/24922 14307/29852/24922</w:t>
        <w:br/>
        <w:t>f 14483/30026/25097 14484/30025/25097 14307/29852/24922</w:t>
        <w:br/>
        <w:t>f 14319/29864/24936 14485/30028/25099 14317/29858/24930</w:t>
        <w:br/>
        <w:t>f 14318/29857/24929 14319/29864/24936 14317/29858/24930</w:t>
        <w:br/>
        <w:t>f 14349/29890/24962 14368/29911/24983 14493/30035/25106</w:t>
        <w:br/>
        <w:t>f 14348/29891/24963 14349/29890/24962 14493/30035/25106</w:t>
        <w:br/>
        <w:t>f 14482/30024/25096 14359/29904/24976 14351/29896/24968</w:t>
        <w:br/>
        <w:t>f 14352/29895/24967 14482/30024/25096 14351/29896/24968</w:t>
        <w:br/>
        <w:t>f 14364/29905/24977 14494/30036/25107 14500/30042/25113</w:t>
        <w:br/>
        <w:t>f 14357/29898/24970 14364/29905/24977 14500/30042/25113</w:t>
        <w:br/>
        <w:t>f 14393/29938/25010 14287/29828/24901 14490/30032/25103</w:t>
        <w:br/>
        <w:t>f 14396/29935/25007 14393/29938/25010 14490/30032/25103</w:t>
        <w:br/>
        <w:t>f 14491/30033/25104 14323/29868/24940 14285/29830/24903</w:t>
        <w:br/>
        <w:t>f 14286/29829/24902 14491/30033/25104 14285/29830/24903</w:t>
        <w:br/>
        <w:t>f 14488/30031/25102 14489/30030/25101 14303/29848/24921</w:t>
        <w:br/>
        <w:t>f 14304/29847/24920 14488/30031/25102 14303/29848/24921</w:t>
        <w:br/>
        <w:t>f 14315/29860/24932 14396/29935/25007 14490/30032/25103</w:t>
        <w:br/>
        <w:t>f 14318/29857/24929 14315/29860/24932 14490/30032/25103</w:t>
        <w:br/>
        <w:t>f 14501/30043/25114 14492/30034/25105 14349/29890/24962</w:t>
        <w:br/>
        <w:t>f 14350/29889/24961 14501/30043/25114 14349/29890/24962</w:t>
        <w:br/>
        <w:t>f 14351/29896/24968 14358/29897/24969 14355/29900/24972</w:t>
        <w:br/>
        <w:t>f 14354/29893/24965 14351/29896/24968 14355/29900/24972</w:t>
        <w:br/>
        <w:t>f 14317/29858/24930 14495/30037/25108 14502/30044/25115</w:t>
        <w:br/>
        <w:t>f 14316/29859/24931 14317/29858/24930 14502/30044/25115</w:t>
        <w:br/>
        <w:t>f 14408/29952/25024 14356/29899/24971 14357/29898/24970</w:t>
        <w:br/>
        <w:t>f 14500/30042/25113 14408/29952/25024 14357/29898/24970</w:t>
        <w:br/>
        <w:t>f 14503/30045/25116 14498/30041/25112 14499/30040/25111</w:t>
        <w:br/>
        <w:t>f 14289/29834/24907 14503/30045/25116 14499/30040/25111</w:t>
        <w:br/>
        <w:t>f 14428/29971/25043 14395/29936/25008 14396/29935/25007</w:t>
        <w:br/>
        <w:t>f 14315/29860/24932 14428/29971/25043 14396/29935/25007</w:t>
        <w:br/>
        <w:t>f 14498/30041/25112 14503/30045/25116 14431/29972/25044</w:t>
        <w:br/>
        <w:t>f 14426/29967/25039 14498/30041/25112 14431/29972/25044</w:t>
        <w:br/>
        <w:t>f 14350/29889/24961 14438/29977/25049 14477/30020/25092</w:t>
        <w:br/>
        <w:t>f 14501/30043/25114 14350/29889/24961 14477/30020/25092</w:t>
        <w:br/>
        <w:t>f 14505/30046/25117 14504/30047/25118 14353/29894/24966</w:t>
        <w:br/>
        <w:t>f 14354/29893/24965 14505/30046/25117 14353/29894/24966</w:t>
        <w:br/>
        <w:t>f 14499/30040/25111 14491/30033/25104 14286/29829/24902</w:t>
        <w:br/>
        <w:t>f 14497/30039/25110 14499/30040/25111 14286/29829/24902</w:t>
        <w:br/>
        <w:t>f 14426/29967/25039 14427/29966/25038 14491/30033/25104</w:t>
        <w:br/>
        <w:t>f 14498/30041/25112 14426/29967/25039 14491/30033/25104</w:t>
        <w:br/>
        <w:t>f 14489/30030/25101 14496/30038/25109 14337/29881/24953</w:t>
        <w:br/>
        <w:t>f 14303/29848/24921 14489/30030/25101 14337/29881/24953</w:t>
        <w:br/>
        <w:t>f 14337/29881/24953 14496/30038/25109 14346/29887/24959</w:t>
        <w:br/>
        <w:t>f 14339/29879/24951 14345/29888/24960 14476/30017/25089</w:t>
        <w:br/>
        <w:t>f 14341/29882/24954 14339/29879/24951 14476/30017/25089</w:t>
        <w:br/>
        <w:t>f 14431/29972/25044 14433/29976/25048 14434/29975/25047</w:t>
        <w:br/>
        <w:t>f 14430/29973/25045 14431/29972/25044 14434/29975/25047</w:t>
        <w:br/>
        <w:t>f 14429/29970/25042 14506/30048/25119 14444/29985/25057</w:t>
        <w:br/>
        <w:t>f 14388/29929/25001 14429/29970/25042 14444/29985/25057</w:t>
        <w:br/>
        <w:t>f 14508/30049/25120 14507/30050/25121 14504/30047/25118</w:t>
        <w:br/>
        <w:t>f 14505/30046/25117 14508/30049/25120 14504/30047/25118</w:t>
        <w:br/>
        <w:t>f 14428/29971/25043 14429/29970/25042 14388/29929/25001</w:t>
        <w:br/>
        <w:t>f 14385/29926/24998 14428/29971/25043 14388/29929/25001</w:t>
        <w:br/>
        <w:t>f 14385/29926/24998 14386/29925/24997 14395/29936/25008</w:t>
        <w:br/>
        <w:t>f 14428/29971/25043 14385/29926/24998 14395/29936/25008</w:t>
        <w:br/>
        <w:t>f 14386/29925/24997 14392/29934/25006 14394/29937/25009</w:t>
        <w:br/>
        <w:t>f 14395/29936/25008 14386/29925/24997 14394/29937/25009</w:t>
        <w:br/>
        <w:t>f 14394/29937/25009 14392/29934/25006 14291/29832/24905</w:t>
        <w:br/>
        <w:t>f 14292/29831/24904 14394/29937/25009 14291/29832/24905</w:t>
        <w:br/>
        <w:t>f 14433/29976/25048 14431/29972/25044 14503/30045/25116</w:t>
        <w:br/>
        <w:t>f 14377/29918/24990 14433/29976/25048 14503/30045/25116</w:t>
        <w:br/>
        <w:t>f 14305/29846/24919 14432/29974/25046 14371/29914/24986</w:t>
        <w:br/>
        <w:t>f 14374/29917/24989 14305/29846/24919 14371/29914/24986</w:t>
        <w:br/>
        <w:t>f 14503/30045/25116 14289/29834/24907 14290/29833/24906</w:t>
        <w:br/>
        <w:t>f 14377/29918/24990 14503/30045/25116 14290/29833/24906</w:t>
        <w:br/>
        <w:t>f 14448/29989/25061 14449/29988/25060 14331/29876/24948</w:t>
        <w:br/>
        <w:t>f 14332/29875/24947 14448/29989/25061 14331/29876/24948</w:t>
        <w:br/>
        <w:t>f 14448/29989/25061 14332/29875/24947 14439/29981/25053</w:t>
        <w:br/>
        <w:t>f 14451/29992/25064 14448/29989/25061 14439/29981/25053</w:t>
        <w:br/>
        <w:t>f 14453/29994/25066 14451/29992/25064 14439/29981/25053</w:t>
        <w:br/>
        <w:t>f 14379/29922/24994 14453/29994/25066 14439/29981/25053</w:t>
        <w:br/>
        <w:t>f 14380/29921/24993 14456/29997/25069 14457/29996/25068</w:t>
        <w:br/>
        <w:t>f 14379/29922/24994 14380/29921/24993 14457/29996/25068</w:t>
        <w:br/>
        <w:t>f 14459/30000/25072 14456/29997/25069 14380/29921/24993</w:t>
        <w:br/>
        <w:t>f 14381/29924/24996 14459/30000/25072 14380/29921/24993</w:t>
        <w:br/>
        <w:t>f 14461/30002/25074 14459/30000/25072 14381/29924/24996</w:t>
        <w:br/>
        <w:t>f 14389/29933/25005 14461/30002/25074 14381/29924/24996</w:t>
        <w:br/>
        <w:t>f 14462/30005/25077 14461/30002/25074 14389/29933/25005</w:t>
        <w:br/>
        <w:t>f 14390/29932/25004 14462/30005/25077 14389/29933/25005</w:t>
        <w:br/>
        <w:t>f 14390/29932/25004 14440/29982/25054 14465/30006/25078</w:t>
        <w:br/>
        <w:t>f 14462/30005/25077 14390/29932/25004 14465/30006/25078</w:t>
        <w:br/>
        <w:t>f 14440/29982/25054 14441/29983/25055 14466/30009/25081</w:t>
        <w:br/>
        <w:t>f 14465/30006/25078 14440/29982/25054 14466/30009/25081</w:t>
        <w:br/>
        <w:t>f 14469/30010/25082 14466/30009/25081 14441/29983/25055</w:t>
        <w:br/>
        <w:t>f 14512/30051/25122 14511/30052/25123 14510/30053/25124</w:t>
        <w:br/>
        <w:t>f 14509/30054/25125 14512/30051/25122 14510/30053/25124</w:t>
        <w:br/>
        <w:t>f 14478/30019/25091 14513/30055/25126 14471/30015/25087</w:t>
        <w:br/>
        <w:t>f 14472/30014/25086 14478/30019/25091 14471/30015/25087</w:t>
        <w:br/>
        <w:t>f 14435/29980/25052 14513/30055/25126 14478/30019/25091</w:t>
        <w:br/>
        <w:t>f 14443/29986/25058 14442/29984/25056 14387/29930/25002</w:t>
        <w:br/>
        <w:t>f 14515/30056/25127 14373/29912/24984 14370/29915/24987</w:t>
        <w:br/>
        <w:t>f 14514/30057/25128 14515/30056/25127 14370/29915/24987</w:t>
        <w:br/>
        <w:t>f 14445/29987/25059 14516/30058/25129 14514/30057/25128</w:t>
        <w:br/>
        <w:t>f 14370/29915/24987 14445/29987/25059 14514/30057/25128</w:t>
        <w:br/>
        <w:t>f 14445/29987/25059 14343/29885/24957 14512/30051/25122</w:t>
        <w:br/>
        <w:t>f 14516/30058/25129 14445/29987/25059 14512/30051/25122</w:t>
        <w:br/>
        <w:t>f 14511/30052/25123 14512/30051/25122 14343/29885/24957</w:t>
        <w:br/>
        <w:t>f 14344/29884/24956 14511/30052/25123 14343/29885/24957</w:t>
        <w:br/>
        <w:t>f 14442/29984/25056 14517/30059/25130 14469/30010/25082</w:t>
        <w:br/>
        <w:t>f 14518/30060/25131 14517/30059/25130 14442/29984/25056</w:t>
        <w:br/>
        <w:t>f 14515/30056/25127 14519/30061/25132 14518/30060/25131</w:t>
        <w:br/>
        <w:t>f 14520/30062/25133 14519/30061/25132 14515/30056/25127</w:t>
        <w:br/>
        <w:t>f 14521/30063/25134 14520/30062/25133 14514/30057/25128</w:t>
        <w:br/>
        <w:t>f 14521/30063/25134 14514/30057/25128 14516/30058/25129</w:t>
        <w:br/>
        <w:t>f 14509/30054/25125 14522/30064/25135 14516/30058/25129</w:t>
        <w:br/>
        <w:t>f 14512/30051/25122 14509/30054/25125 14516/30058/25129</w:t>
        <w:br/>
        <w:t>f 14469/30010/25082 14517/30059/25130 14523/30065/25136</w:t>
        <w:br/>
        <w:t>f 14468/30011/25083 14469/30010/25082 14523/30065/25136</w:t>
        <w:br/>
        <w:t>f 14517/30059/25130 14518/30060/25131 14524/30066/25137</w:t>
        <w:br/>
        <w:t>f 14523/30065/25136 14517/30059/25130 14524/30066/25137</w:t>
        <w:br/>
        <w:t>f 14518/30060/25131 14519/30061/25132 14525/30067/25138</w:t>
        <w:br/>
        <w:t>f 14524/30066/25137 14518/30060/25131 14525/30067/25138</w:t>
        <w:br/>
        <w:t>f 14519/30061/25132 14520/30062/25133 14526/30068/25139</w:t>
        <w:br/>
        <w:t>f 14525/30067/25138 14519/30061/25132 14526/30068/25139</w:t>
        <w:br/>
        <w:t>f 14520/30062/25133 14521/30063/25134 14527/30069/25140</w:t>
        <w:br/>
        <w:t>f 14526/30068/25139 14520/30062/25133 14527/30069/25140</w:t>
        <w:br/>
        <w:t>f 14521/30063/25134 14522/30064/25135 14528/30070/25141</w:t>
        <w:br/>
        <w:t>f 14527/30069/25140 14521/30063/25134 14528/30070/25141</w:t>
        <w:br/>
        <w:t>f 14509/30054/25125 14528/30070/25141 14522/30064/25135</w:t>
        <w:br/>
        <w:t>f 14344/29884/24956 14470/30012/25084 14529/30071/25142</w:t>
        <w:br/>
        <w:t>f 14511/30052/25123 14344/29884/24956 14529/30071/25142</w:t>
        <w:br/>
        <w:t>f 14530/30072/25143 14529/30071/25142 14470/30012/25084</w:t>
        <w:br/>
        <w:t>f 14474/30016/25088 14530/30072/25143 14470/30012/25084</w:t>
        <w:br/>
        <w:t>f 14531/30073/25144 14530/30072/25143 14474/30016/25088</w:t>
        <w:br/>
        <w:t>f 14475/30018/25090 14531/30073/25144 14474/30016/25088</w:t>
        <w:br/>
        <w:t>f 14473/30013/25085 14471/30015/25087 14533/30074/25145</w:t>
        <w:br/>
        <w:t>f 14532/30075/25146 14473/30013/25085 14533/30074/25145</w:t>
        <w:br/>
        <w:t>f 14513/30055/25126 14533/30074/25145 14471/30015/25087</w:t>
        <w:br/>
        <w:t>f 14534/30076/25147 14510/30053/25124 14511/30052/25123</w:t>
        <w:br/>
        <w:t>f 14529/30071/25142 14534/30076/25147 14511/30052/25123</w:t>
        <w:br/>
        <w:t>f 14529/30071/25142 14530/30072/25143 14535/30077/25148</w:t>
        <w:br/>
        <w:t>f 14534/30076/25147 14529/30071/25142 14535/30077/25148</w:t>
        <w:br/>
        <w:t>f 14531/30073/25144 14535/30077/25148 14530/30072/25143</w:t>
        <w:br/>
        <w:t>f 14447/29990/25062 14537/30078/25149 14536/30079/25150</w:t>
        <w:br/>
        <w:t>f 14446/29991/25063 14447/29990/25062 14536/30079/25150</w:t>
        <w:br/>
        <w:t>f 14447/29990/25062 14450/29993/25065 14537/30078/25149</w:t>
        <w:br/>
        <w:t>f 14275/29820/24893 14413/29955/25027 14278/29817/24890</w:t>
        <w:br/>
        <w:t>f 14520/30062/25133 14515/30056/25127 14514/30057/25128</w:t>
        <w:br/>
        <w:t>f 14522/30064/25135 14521/30063/25134 14516/30058/25129</w:t>
        <w:br/>
        <w:t>f 14538/30080/25151 14518/30060/25131 14442/29984/25056</w:t>
        <w:br/>
        <w:t>f 14469/30010/25082 14441/29983/25055 14442/29984/25056</w:t>
        <w:br/>
        <w:t>f 14373/29912/25152 14538/30080/25151 14442/29984/25056</w:t>
        <w:br/>
        <w:t>f 14441/29983/25055 14384/29927/24999 14387/29930/25002</w:t>
        <w:br/>
        <w:t>f 14537/30078/25149 14539/30081/25153 14536/30079/25150</w:t>
        <w:br/>
        <w:t>f 14543/30082/25154 14542/30083/25154 14541/30084/25155</w:t>
        <w:br/>
        <w:t>f 14540/30085/25155 14543/30082/25154 14541/30084/25155</w:t>
        <w:br/>
        <w:t>f 14547/30086/25156 14546/30087/25156 14545/30088/25157</w:t>
        <w:br/>
        <w:t>f 14544/30089/25157 14547/30086/25156 14545/30088/25157</w:t>
        <w:br/>
        <w:t>f 14551/30090/25158 14550/30091/25158 14549/30092/25159</w:t>
        <w:br/>
        <w:t>f 14548/30093/25159 14551/30090/25158 14549/30092/25159</w:t>
        <w:br/>
        <w:t>f 14555/30094/25160 14554/30095/25160 14553/30096/25161</w:t>
        <w:br/>
        <w:t>f 14552/30097/25161 14555/30094/25160 14553/30096/25161</w:t>
        <w:br/>
        <w:t>f 14559/30098/25162 14558/30099/25162 14557/30100/25163</w:t>
        <w:br/>
        <w:t>f 14556/30101/25164 14559/30098/25162 14557/30100/25163</w:t>
        <w:br/>
        <w:t>f 14563/30102/25165 14562/30103/25165 14561/30104/25166</w:t>
        <w:br/>
        <w:t>f 14560/30105/25166 14563/30102/25165 14561/30104/25166</w:t>
        <w:br/>
        <w:t>f 14563/30102/25165 14565/30106/25167 14564/30107/25167</w:t>
        <w:br/>
        <w:t>f 14562/30103/25165 14563/30102/25165 14564/30107/25167</w:t>
        <w:br/>
        <w:t>f 14567/30108/25168 14566/30109/25168 14564/30107/25167</w:t>
        <w:br/>
        <w:t>f 14565/30106/25167 14567/30108/25168 14564/30107/25167</w:t>
        <w:br/>
        <w:t>f 14566/30109/25168 14567/30108/25168 14569/30110/25169</w:t>
        <w:br/>
        <w:t>f 14568/30111/25170 14566/30109/25168 14569/30110/25169</w:t>
        <w:br/>
        <w:t>f 14571/30112/25171 14568/30111/25170 14569/30110/25169</w:t>
        <w:br/>
        <w:t>f 14570/30113/25171 14571/30112/25171 14569/30110/25169</w:t>
        <w:br/>
        <w:t>f 14570/30113/25171 14573/30114/25172 14572/30115/25172</w:t>
        <w:br/>
        <w:t>f 14571/30112/25171 14570/30113/25171 14572/30115/25172</w:t>
        <w:br/>
        <w:t>f 14572/30115/25172 14573/30114/25172 14575/30116/25173</w:t>
        <w:br/>
        <w:t>f 14574/30117/25173 14572/30115/25172 14575/30116/25173</w:t>
        <w:br/>
        <w:t>f 14574/30117/25173 14575/30116/25173 14577/30118/25174</w:t>
        <w:br/>
        <w:t>f 14576/30119/25174 14574/30117/25173 14577/30118/25174</w:t>
        <w:br/>
        <w:t>f 14542/30083/25154 14543/30082/25154 14554/30095/25160</w:t>
        <w:br/>
        <w:t>f 14555/30094/25160 14542/30083/25154 14554/30095/25160</w:t>
        <w:br/>
        <w:t>f 14579/30120/25175 14578/30121/25175 14540/30085/25155</w:t>
        <w:br/>
        <w:t>f 14541/30084/25155 14579/30120/25175 14540/30085/25155</w:t>
        <w:br/>
        <w:t>f 14578/30121/25175 14579/30120/25175 14581/30122/25176</w:t>
        <w:br/>
        <w:t>f 14580/30123/25177 14578/30121/25175 14581/30122/25176</w:t>
        <w:br/>
        <w:t>f 14550/30091/25158 14551/30090/25158 14583/30124/25178</w:t>
        <w:br/>
        <w:t>f 14582/30125/25178 14550/30091/25158 14583/30124/25178</w:t>
        <w:br/>
        <w:t>f 14546/30087/25156 14547/30086/25156 14580/30123/25177</w:t>
        <w:br/>
        <w:t>f 14581/30122/25176 14546/30087/25156 14580/30123/25177</w:t>
        <w:br/>
        <w:t>f 14582/30125/25178 14583/30124/25178 14585/30126/25179</w:t>
        <w:br/>
        <w:t>f 14584/30127/25179 14582/30125/25178 14585/30126/25179</w:t>
        <w:br/>
        <w:t>f 14584/30127/25179 14585/30126/25179 14587/30128/25180</w:t>
        <w:br/>
        <w:t>f 14586/30129/25181 14584/30127/25179 14587/30128/25180</w:t>
        <w:br/>
        <w:t>f 14591/30130/25182 14590/30131/25183 14589/30132/25183</w:t>
        <w:br/>
        <w:t>f 14588/30133/25184 14591/30130/25182 14589/30132/25183</w:t>
        <w:br/>
        <w:t>f 14593/30134/25185 14558/30099/25162 14559/30098/25162</w:t>
        <w:br/>
        <w:t>f 14592/30135/25186 14593/30134/25185 14559/30098/25162</w:t>
        <w:br/>
        <w:t>f 14576/30119/25174 14577/30118/25174 14594/30136/25187</w:t>
        <w:br/>
        <w:t>f 14595/30137/25188 14576/30119/25174 14594/30136/25187</w:t>
        <w:br/>
        <w:t>f 14594/30136/25187 14597/30138/25189 14596/30139/25190</w:t>
        <w:br/>
        <w:t>f 14595/30137/25188 14594/30136/25187 14596/30139/25190</w:t>
        <w:br/>
        <w:t>f 14599/30140/25191 14596/30139/25190 14597/30138/25189</w:t>
        <w:br/>
        <w:t>f 14598/30141/25191 14599/30140/25191 14597/30138/25189</w:t>
        <w:br/>
        <w:t>f 14601/30142/25192 14599/30140/25191 14598/30141/25191</w:t>
        <w:br/>
        <w:t>f 14600/30143/25193 14601/30142/25192 14598/30141/25191</w:t>
        <w:br/>
        <w:t>f 14603/30144/25194 14602/30145/25194 14601/30142/25192</w:t>
        <w:br/>
        <w:t>f 14600/30143/25193 14603/30144/25194 14601/30142/25192</w:t>
        <w:br/>
        <w:t>f 14602/30145/25194 14603/30144/25194 14604/30146/25195</w:t>
        <w:br/>
        <w:t>f 14605/30147/25195 14602/30145/25194 14604/30146/25195</w:t>
        <w:br/>
        <w:t>f 14591/30130/25182 14588/30133/25184 14605/30147/25195</w:t>
        <w:br/>
        <w:t>f 14604/30146/25195 14591/30130/25182 14605/30147/25195</w:t>
        <w:br/>
        <w:t>f 14609/30148/25196 14608/30149/25197 14607/30150/25198</w:t>
        <w:br/>
        <w:t>f 14606/30151/25199 14609/30148/25196 14607/30150/25198</w:t>
        <w:br/>
        <w:t>f 14592/30135/25186 14609/30148/25196 14606/30151/25199</w:t>
        <w:br/>
        <w:t>f 14593/30134/25185 14592/30135/25186 14606/30151/25199</w:t>
        <w:br/>
        <w:t>f 14611/30152/25200 14610/30153/25200 14589/30132/25183</w:t>
        <w:br/>
        <w:t>f 14590/30131/25183 14611/30152/25200 14589/30132/25183</w:t>
        <w:br/>
        <w:t>f 14610/30153/25200 14611/30152/25200 14613/30154/25201</w:t>
        <w:br/>
        <w:t>f 14612/30155/25201 14610/30153/25200 14613/30154/25201</w:t>
        <w:br/>
        <w:t>f 14612/30155/25201 14613/30154/25201 14615/30156/25202</w:t>
        <w:br/>
        <w:t>f 14614/30157/25203 14612/30155/25201 14615/30156/25202</w:t>
        <w:br/>
        <w:t>f 14561/30104/25166 14617/30158/25204 14616/30159/25204</w:t>
        <w:br/>
        <w:t>f 14560/30105/25166 14561/30104/25166 14616/30159/25204</w:t>
        <w:br/>
        <w:t>f 14616/30159/25204 14617/30158/25204 14619/30160/25205</w:t>
        <w:br/>
        <w:t>f 14618/30161/25205 14616/30159/25204 14619/30160/25205</w:t>
        <w:br/>
        <w:t>f 14620/30162/25206 14508/30049/25120 14505/30046/25117</w:t>
        <w:br/>
        <w:t>f 14240/29781/24854 14238/29779/24852 14237/29780/24853</w:t>
        <w:br/>
        <w:t>f 14624/30163/25207 14623/30164/25208 14622/30165/25209</w:t>
        <w:br/>
        <w:t>f 14621/30166/25210 14624/30163/25207 14622/30165/25209</w:t>
        <w:br/>
        <w:t>f 14621/30166/25210 14622/30165/25209 14626/30167/25211</w:t>
        <w:br/>
        <w:t>f 14625/30168/25212 14621/30166/25210 14626/30167/25211</w:t>
        <w:br/>
        <w:t>f 14629/30169/25213 14628/30170/25214 14627/30171/25215</w:t>
        <w:br/>
        <w:t>f 14628/30170/25214 14631/30172/25216 14630/30173/25217</w:t>
        <w:br/>
        <w:t>f 14635/30174/25218 14634/30175/25219 14633/30176/25219</w:t>
        <w:br/>
        <w:t>f 14632/30177/25220 14635/30174/25218 14633/30176/25219</w:t>
        <w:br/>
        <w:t>f 14638/30178/25221 14637/30179/25222 14636/30180/25223</w:t>
        <w:br/>
        <w:t>f 14628/30170/25214 14638/30178/25221 14636/30180/25223</w:t>
        <w:br/>
        <w:t>f 14630/30173/25217 14639/30181/25224 14628/30170/25214</w:t>
        <w:br/>
        <w:t>f 14640/30182/25225 14633/30176/25219 14634/30175/25219</w:t>
        <w:br/>
        <w:t>f 14636/30180/25223 14640/30182/25225 14634/30175/25219</w:t>
        <w:br/>
        <w:t>f 14643/30183/25226 14642/30184/25227 14641/30185/25228</w:t>
        <w:br/>
        <w:t>f 14635/30174/25218 14643/30183/25226 14641/30185/25228</w:t>
        <w:br/>
        <w:t>f 14642/30184/25227 14644/30186/25229 14641/30185/25228</w:t>
        <w:br/>
        <w:t>f 14648/30187/25230 14647/30188/25231 14646/30189/25232</w:t>
        <w:br/>
        <w:t>f 14645/30190/25233 14648/30187/25230 14646/30189/25232</w:t>
        <w:br/>
        <w:t>f 14650/30191/25234 14649/30192/25235 14641/30185/25228</w:t>
        <w:br/>
        <w:t>f 14644/30186/25229 14650/30191/25234 14641/30185/25228</w:t>
        <w:br/>
        <w:t>f 14651/30193/25236 14648/30187/25230 14641/30185/25228</w:t>
        <w:br/>
        <w:t>f 14649/30192/25235 14651/30193/25236 14641/30185/25228</w:t>
        <w:br/>
        <w:t>f 14645/30190/25233 14654/30194/25237 14653/30195/25238</w:t>
        <w:br/>
        <w:t>f 14652/30196/25239 14645/30190/25233 14653/30195/25238</w:t>
        <w:br/>
        <w:t>f 14657/30197/25240 14656/30198/25241 14655/30199/25242</w:t>
        <w:br/>
        <w:t>f 14657/30197/25240 14655/30199/25242 14652/30196/25239</w:t>
        <w:br/>
        <w:t>f 14658/30200/25243 14657/30197/25240 14652/30196/25239</w:t>
        <w:br/>
        <w:t>f 14656/30198/25241 14659/30201/25244 14655/30199/25242</w:t>
        <w:br/>
        <w:t>f 14659/30201/25244 14660/30202/25245 14655/30199/25242</w:t>
        <w:br/>
        <w:t>f 14660/30202/25245 14662/30203/25246 14661/30204/25247</w:t>
        <w:br/>
        <w:t>f 14661/30204/25247 14664/30205/25248 14663/30206/25249</w:t>
        <w:br/>
        <w:t>f 14663/30206/25249 14666/30207/25250 14665/30208/25251</w:t>
        <w:br/>
        <w:t>f 14655/30199/25252 14663/30206/25249 14665/30208/25251</w:t>
        <w:br/>
        <w:t>f 14665/30208/25251 14668/30209/25253 14667/30210/25254</w:t>
        <w:br/>
        <w:t>f 14671/30211/25255 14670/30212/25256 14669/30213/25257</w:t>
        <w:br/>
        <w:t>f 14669/30213/25257 14673/30214/25258 14672/30215/25259</w:t>
        <w:br/>
        <w:t>f 14677/30216/25260 14676/30217/25261 14675/30218/25262</w:t>
        <w:br/>
        <w:t>f 14674/30219/25263 14677/30216/25260 14675/30218/25262</w:t>
        <w:br/>
        <w:t>f 14652/30196/25239 14678/30220/25264 14658/30200/25243</w:t>
        <w:br/>
        <w:t>f 14653/30195/25238 14680/30221/25265 14679/30222/25265</w:t>
        <w:br/>
        <w:t>f 14624/30163/25207 14681/30223/25266 14672/30215/25259</w:t>
        <w:br/>
        <w:t>f 14623/30164/25208 14624/30163/25207 14672/30215/25259</w:t>
        <w:br/>
        <w:t>f 14621/30166/25210 14625/30168/25212 14682/30224/25267</w:t>
        <w:br/>
        <w:t>f 14624/30163/25207 14621/30166/25210 14683/30225/25268</w:t>
        <w:br/>
        <w:t>f 14621/30166/25210 14682/30224/25267 14683/30225/25268</w:t>
        <w:br/>
        <w:t>f 14681/30223/25266 14624/30163/25207 14683/30225/25268</w:t>
        <w:br/>
        <w:t>f 14684/30226/25269 14681/30223/25266 14683/30225/25268</w:t>
        <w:br/>
        <w:t>f 14685/30227/25270 14684/30226/25269 14665/30208/25251</w:t>
        <w:br/>
        <w:t>f 14667/30210/25254 14685/30227/25270 14665/30208/25251</w:t>
        <w:br/>
        <w:t>f 14665/30208/25251 14666/30207/25250 14668/30209/25253</w:t>
        <w:br/>
        <w:t>f 14623/30164/25208 14672/30215/25259 14687/30228/25271</w:t>
        <w:br/>
        <w:t>f 14686/30229/25272 14623/30164/25208 14687/30228/25271</w:t>
        <w:br/>
        <w:t>f 14622/30165/25209 14623/30164/25208 14689/30230/25273</w:t>
        <w:br/>
        <w:t>f 14688/30231/25274 14622/30165/25209 14689/30230/25273</w:t>
        <w:br/>
        <w:t>f 14688/30231/25274 14690/30232/25275 14626/30167/25211</w:t>
        <w:br/>
        <w:t>f 14622/30165/25209 14688/30231/25274 14626/30167/25211</w:t>
        <w:br/>
        <w:t>f 14672/30215/25259 14681/30223/25266 14684/30226/25269</w:t>
        <w:br/>
        <w:t>f 14691/30233/25276 14672/30215/25259 14684/30226/25269</w:t>
        <w:br/>
        <w:t>f 14686/30229/25272 14689/30230/25273 14623/30164/25208</w:t>
        <w:br/>
        <w:t>f 14685/30227/25270 14670/30212/25256 14671/30211/25255</w:t>
        <w:br/>
        <w:t>f 14662/30203/25246 14664/30205/25248 14661/30204/25247</w:t>
        <w:br/>
        <w:t>f 14645/30190/25233 14646/30189/25232 14654/30194/25237</w:t>
        <w:br/>
        <w:t>f 14692/30234/25277 14648/30187/25230 14651/30193/25236</w:t>
        <w:br/>
        <w:t>f 14632/30177/25220 14643/30183/25226 14635/30174/25218</w:t>
        <w:br/>
        <w:t>f 14693/30235/25278 14640/30182/25225 14636/30180/25223</w:t>
        <w:br/>
        <w:t>f 14637/30179/25222 14693/30235/25278 14636/30180/25223</w:t>
        <w:br/>
        <w:t>f 14639/30181/25224 14638/30178/25221 14628/30170/25214</w:t>
        <w:br/>
        <w:t>f 14628/30170/25214 14629/30169/25213 14631/30172/25216</w:t>
        <w:br/>
        <w:t>f 14695/30236/25279 14627/30171/25215 14694/30237/25280</w:t>
        <w:br/>
        <w:t>f 14694/30237/25280 14628/30170/25214 14696/30238/25281</w:t>
        <w:br/>
        <w:t>f 14697/30239/25282 14677/30216/25260 14674/30219/25263</w:t>
        <w:br/>
        <w:t>f 14696/30238/25281 14697/30239/25282 14674/30219/25263</w:t>
        <w:br/>
        <w:t>f 14675/30218/25262 14699/30240/25283 14698/30241/25284</w:t>
        <w:br/>
        <w:t>f 14695/30236/25279 14675/30218/25262 14698/30241/25284</w:t>
        <w:br/>
        <w:t>f 14700/30242/25285 14627/30171/25215 14695/30236/25279</w:t>
        <w:br/>
        <w:t>f 14701/30243/25286 14675/30218/25262 14676/30217/25261</w:t>
        <w:br/>
        <w:t>f 14701/30243/25286 14699/30240/25283 14675/30218/25262</w:t>
        <w:br/>
        <w:t>f 14695/30236/25279 14694/30237/25280 14674/30219/25263</w:t>
        <w:br/>
        <w:t>f 14675/30218/25262 14695/30236/25279 14674/30219/25263</w:t>
        <w:br/>
        <w:t>f 14696/30238/25281 14674/30219/25263 14694/30237/25280</w:t>
        <w:br/>
        <w:t>f 14700/30242/25285 14695/30236/25279 14698/30241/25284</w:t>
        <w:br/>
        <w:t>f 14694/30237/25280 14627/30171/25215 14628/30170/25214</w:t>
        <w:br/>
        <w:t>f 14629/30169/25213 14627/30171/25215 14700/30242/25285</w:t>
        <w:br/>
        <w:t>f 14647/30188/25231 14648/30187/25230 14692/30234/25277</w:t>
        <w:br/>
        <w:t>f 14705/30244/25287 14704/30245/25288 14703/30246/25289</w:t>
        <w:br/>
        <w:t>f 14702/30247/25290 14705/30244/25287 14703/30246/25289</w:t>
        <w:br/>
        <w:t>f 14702/30247/25290 14625/30168/25212 14626/30167/25211</w:t>
        <w:br/>
        <w:t>f 14705/30244/25287 14702/30247/25290 14626/30167/25211</w:t>
        <w:br/>
        <w:t>f 14708/30248/25291 14707/30249/25292 14706/30250/25293</w:t>
        <w:br/>
        <w:t>f 14706/30250/25293 14710/30251/25294 14709/30252/25295</w:t>
        <w:br/>
        <w:t>f 14714/30253/25296 14713/30254/25297 14712/30255/25298</w:t>
        <w:br/>
        <w:t>f 14711/30256/25299 14714/30253/25296 14712/30255/25298</w:t>
        <w:br/>
        <w:t>f 14717/30257/25300 14716/30258/25301 14715/30259/25302</w:t>
        <w:br/>
        <w:t>f 14706/30250/25293 14717/30257/25300 14715/30259/25302</w:t>
        <w:br/>
        <w:t>f 14710/30251/25294 14706/30250/25293 14718/30260/25303</w:t>
        <w:br/>
        <w:t>f 14719/30261/25304 14717/30257/25300 14713/30254/25297</w:t>
        <w:br/>
        <w:t>f 14714/30253/25296 14719/30261/25304 14713/30254/25297</w:t>
        <w:br/>
        <w:t>f 14722/30262/25305 14712/30255/25298 14721/30263/25306</w:t>
        <w:br/>
        <w:t>f 14720/30264/25307 14722/30262/25305 14721/30263/25306</w:t>
        <w:br/>
        <w:t>f 14720/30264/25307 14721/30263/25306 14723/30265/25308</w:t>
        <w:br/>
        <w:t>f 14727/30266/25309 14726/30267/25310 14725/30268/25311</w:t>
        <w:br/>
        <w:t>f 14724/30269/25312 14727/30266/25309 14725/30268/25311</w:t>
        <w:br/>
        <w:t>f 14729/30270/25313 14721/30263/25306 14728/30271/25314</w:t>
        <w:br/>
        <w:t>f 14723/30265/25308 14721/30263/25306 14729/30270/25313</w:t>
        <w:br/>
        <w:t>f 14721/30263/25306 14727/30266/25309 14730/30272/25315</w:t>
        <w:br/>
        <w:t>f 14728/30271/25314 14721/30263/25306 14730/30272/25315</w:t>
        <w:br/>
        <w:t>f 14726/30267/25310 14733/30273/25316 14732/30274/25317</w:t>
        <w:br/>
        <w:t>f 14731/30275/25318 14726/30267/25310 14732/30274/25317</w:t>
        <w:br/>
        <w:t>f 14736/30276/25319 14735/30277/25320 14734/30278/25321</w:t>
        <w:br/>
        <w:t>f 14736/30276/25319 14737/30279/25322 14733/30273/25316</w:t>
        <w:br/>
        <w:t>f 14735/30277/25320 14736/30276/25319 14733/30273/25316</w:t>
        <w:br/>
        <w:t>f 14734/30278/25321 14735/30277/25320 14738/30280/25323</w:t>
        <w:br/>
        <w:t>f 14738/30280/25323 14735/30277/25320 14739/30281/25324</w:t>
        <w:br/>
        <w:t>f 14739/30281/25324 14741/30282/25325 14740/30283/25326</w:t>
        <w:br/>
        <w:t>f 14741/30282/25325 14743/30284/25327 14742/30285/25328</w:t>
        <w:br/>
        <w:t>f 14743/30284/25327 14735/30277/25329 14744/30286/25330</w:t>
        <w:br/>
        <w:t>f 14745/30287/25331 14743/30284/25327 14744/30286/25330</w:t>
        <w:br/>
        <w:t>f 14744/30286/25330 14747/30288/25332 14746/30289/25333</w:t>
        <w:br/>
        <w:t>f 14750/30290/25334 14749/30291/25335 14748/30292/25336</w:t>
        <w:br/>
        <w:t>f 14749/30291/25335 14752/30293/25337 14751/30294/25338</w:t>
        <w:br/>
        <w:t>f 14756/30295/25339 14755/30296/25340 14754/30297/25341</w:t>
        <w:br/>
        <w:t>f 14753/30298/25342 14756/30295/25339 14754/30297/25341</w:t>
        <w:br/>
        <w:t>f 14733/30273/25316 14737/30279/25322 14757/30299/25343</w:t>
        <w:br/>
        <w:t>f 14732/30274/25317 14759/30300/25344 14758/30301/25344</w:t>
        <w:br/>
        <w:t>f 14752/30293/25337 14760/30302/25345 14703/30246/25289</w:t>
        <w:br/>
        <w:t>f 14704/30245/25288 14752/30293/25337 14703/30246/25289</w:t>
        <w:br/>
        <w:t>f 14702/30247/25290 14682/30224/25267 14625/30168/25212</w:t>
        <w:br/>
        <w:t>f 14703/30246/25289 14761/30303/25346 14702/30247/25290</w:t>
        <w:br/>
        <w:t>f 14702/30247/25290 14761/30303/25346 14682/30224/25267</w:t>
        <w:br/>
        <w:t>f 14760/30302/25345 14761/30303/25346 14703/30246/25289</w:t>
        <w:br/>
        <w:t>f 14762/30304/25347 14761/30303/25346 14760/30302/25345</w:t>
        <w:br/>
        <w:t>f 14763/30305/25348 14747/30288/25332 14744/30286/25330</w:t>
        <w:br/>
        <w:t>f 14762/30304/25347 14763/30305/25348 14744/30286/25330</w:t>
        <w:br/>
        <w:t>f 14744/30286/25330 14746/30289/25333 14745/30287/25331</w:t>
        <w:br/>
        <w:t>f 14704/30245/25288 14765/30306/25349 14764/30307/25350</w:t>
        <w:br/>
        <w:t>f 14752/30293/25337 14704/30245/25288 14764/30307/25350</w:t>
        <w:br/>
        <w:t>f 14767/30308/25351 14704/30245/25288 14705/30244/25287</w:t>
        <w:br/>
        <w:t>f 14766/30309/25352 14767/30308/25351 14705/30244/25287</w:t>
        <w:br/>
        <w:t>f 14766/30309/25352 14705/30244/25287 14626/30167/25211</w:t>
        <w:br/>
        <w:t>f 14690/30232/25275 14766/30309/25352 14626/30167/25211</w:t>
        <w:br/>
        <w:t>f 14752/30293/25337 14768/30310/25353 14762/30304/25347</w:t>
        <w:br/>
        <w:t>f 14760/30302/25345 14752/30293/25337 14762/30304/25347</w:t>
        <w:br/>
        <w:t>f 14765/30306/25349 14704/30245/25288 14767/30308/25351</w:t>
        <w:br/>
        <w:t>f 14763/30305/25348 14750/30290/25334 14748/30292/25336</w:t>
        <w:br/>
        <w:t>f 14740/30283/25326 14741/30282/25325 14742/30285/25328</w:t>
        <w:br/>
        <w:t>f 14726/30267/25310 14731/30275/25318 14725/30268/25311</w:t>
        <w:br/>
        <w:t>f 14769/30311/25354 14730/30272/25315 14727/30266/25309</w:t>
        <w:br/>
        <w:t>f 14711/30256/25299 14712/30255/25298 14722/30262/25305</w:t>
        <w:br/>
        <w:t>f 14770/30312/25355 14717/30257/25300 14719/30261/25304</w:t>
        <w:br/>
        <w:t>f 14716/30258/25301 14717/30257/25300 14770/30312/25355</w:t>
        <w:br/>
        <w:t>f 14718/30260/25303 14706/30250/25293 14715/30259/25302</w:t>
        <w:br/>
        <w:t>f 14706/30250/25293 14709/30252/25295 14708/30248/25291</w:t>
        <w:br/>
        <w:t>f 14772/30313/25356 14771/30314/25357 14707/30249/25292</w:t>
        <w:br/>
        <w:t>f 14771/30314/25357 14773/30315/25358 14706/30250/25293</w:t>
        <w:br/>
        <w:t>f 14774/30316/25359 14773/30315/25358 14755/30296/25340</w:t>
        <w:br/>
        <w:t>f 14756/30295/25339 14774/30316/25359 14755/30296/25340</w:t>
        <w:br/>
        <w:t>f 14754/30297/25341 14772/30313/25356 14776/30317/25360</w:t>
        <w:br/>
        <w:t>f 14775/30318/25361 14754/30297/25341 14776/30317/25360</w:t>
        <w:br/>
        <w:t>f 14777/30319/25362 14772/30313/25356 14707/30249/25292</w:t>
        <w:br/>
        <w:t>f 14778/30320/25363 14753/30298/25342 14754/30297/25341</w:t>
        <w:br/>
        <w:t>f 14778/30320/25363 14754/30297/25341 14775/30318/25361</w:t>
        <w:br/>
        <w:t>f 14755/30296/25340 14771/30314/25357 14772/30313/25356</w:t>
        <w:br/>
        <w:t>f 14754/30297/25341 14755/30296/25340 14772/30313/25356</w:t>
        <w:br/>
        <w:t>f 14773/30315/25358 14771/30314/25357 14755/30296/25340</w:t>
        <w:br/>
        <w:t>f 14777/30319/25362 14776/30317/25360 14772/30313/25356</w:t>
        <w:br/>
        <w:t>f 14771/30314/25357 14706/30250/25293 14707/30249/25292</w:t>
        <w:br/>
        <w:t>f 14708/30248/25291 14777/30319/25362 14707/30249/25292</w:t>
        <w:br/>
        <w:t>f 14724/30269/25312 14769/30311/25354 14727/30266/25309</w:t>
        <w:br/>
        <w:t>f 14782/30321/25364 14781/30322/25365 14780/30323/25366</w:t>
        <w:br/>
        <w:t>f 14779/30324/25367 14782/30321/25364 14780/30323/25366</w:t>
        <w:br/>
        <w:t>f 14784/30325/25368 14780/30323/25366 14781/30322/25365</w:t>
        <w:br/>
        <w:t>f 14783/30326/25369 14784/30325/25368 14781/30322/25365</w:t>
        <w:br/>
        <w:t>f 14788/30327/25370 14787/30328/25371 14786/30329/25372</w:t>
        <w:br/>
        <w:t>f 14785/30330/25373 14788/30327/25370 14786/30329/25372</w:t>
        <w:br/>
        <w:t>f 14788/30327/25370 14789/30331/25374 14787/30328/25371</w:t>
        <w:br/>
        <w:t>f 14792/30332/25375 14791/30333/25376 14790/30334/25377</w:t>
        <w:br/>
        <w:t>f 14795/30335/25378 14794/30336/25379 14793/30337/25380</w:t>
        <w:br/>
        <w:t>f 14798/30338/25381 14797/30339/25382 14796/30340/25383</w:t>
        <w:br/>
        <w:t>f 14799/30341/25384 14796/30340/25383 14797/30339/25382</w:t>
        <w:br/>
        <w:t>f 14802/30342/25385 14801/30343/25386 14800/30344/25382</w:t>
        <w:br/>
        <w:t>f 14805/30345/25381 14804/30346/25387 14803/30347/25388</w:t>
        <w:br/>
        <w:t>f 14808/30348/25389 14807/30349/25379 14806/30350/25390</w:t>
        <w:br/>
        <w:t>f 14812/30351/25391 14811/30352/25392 14810/30353/25393</w:t>
        <w:br/>
        <w:t>f 14809/30354/25378 14812/30351/25391 14810/30353/25393</w:t>
        <w:br/>
        <w:t>f 14808/30348/25389 14814/30355/25394 14813/30356/25395</w:t>
        <w:br/>
        <w:t>f 14805/30345/25381 14808/30348/25389 14813/30356/25395</w:t>
        <w:br/>
        <w:t>f 14804/30346/25387 14805/30345/25381 14815/30357/25396</w:t>
        <w:br/>
        <w:t>f 14809/30354/25378 14810/30353/25393 14816/30358/25397</w:t>
        <w:br/>
        <w:t>f 14807/30349/25379 14809/30354/25378 14816/30358/25397</w:t>
        <w:br/>
        <w:t>f 14819/30359/25398 14812/30351/25391 14818/30360/25399</w:t>
        <w:br/>
        <w:t>f 14817/30361/25400 14819/30359/25398 14818/30360/25399</w:t>
        <w:br/>
        <w:t>f 14817/30361/25400 14818/30360/25399 14821/30362/25401</w:t>
        <w:br/>
        <w:t>f 14820/30363/25402 14817/30361/25400 14821/30362/25401</w:t>
        <w:br/>
        <w:t>f 14825/30364/25403 14824/30365/25404 14823/30366/25405</w:t>
        <w:br/>
        <w:t>f 14822/30367/25406 14825/30364/25403 14823/30366/25405</w:t>
        <w:br/>
        <w:t>f 14828/30368/25407 14827/30369/25408 14826/30370/25409</w:t>
        <w:br/>
        <w:t>f 14820/30363/25402 14821/30362/25401 14827/30369/25408</w:t>
        <w:br/>
        <w:t>f 14828/30368/25407 14820/30363/25402 14827/30369/25408</w:t>
        <w:br/>
        <w:t>f 14830/30371/25410 14829/30372/25411 14826/30370/25409</w:t>
        <w:br/>
        <w:t>f 14827/30369/25408 14830/30371/25410 14826/30370/25409</w:t>
        <w:br/>
        <w:t>f 14833/30373/25412 14832/30374/25413 14825/30364/25403</w:t>
        <w:br/>
        <w:t>f 14831/30375/25414 14833/30373/25412 14825/30364/25403</w:t>
        <w:br/>
        <w:t>f 14836/30376/25415 14835/30377/25416 14834/30378/25417</w:t>
        <w:br/>
        <w:t>f 14836/30376/25415 14838/30379/25418 14837/30380/25419</w:t>
        <w:br/>
        <w:t>f 14835/30377/25416 14836/30376/25415 14837/30380/25419</w:t>
        <w:br/>
        <w:t>f 14834/30378/25417 14835/30377/25416 14839/30381/25420</w:t>
        <w:br/>
        <w:t>f 14841/30382/25421 14839/30381/25420 14835/30377/25416</w:t>
        <w:br/>
        <w:t>f 14840/30383/25422 14841/30382/25421 14835/30377/25416</w:t>
        <w:br/>
        <w:t>f 14841/30382/25421 14840/30383/25422 14842/30384/25423</w:t>
        <w:br/>
        <w:t>f 14840/30383/25424 14844/30385/25425 14843/30386/25426</w:t>
        <w:br/>
        <w:t>f 14844/30385/25425 14840/30383/25424 14846/30387/25427</w:t>
        <w:br/>
        <w:t>f 14845/30388/25428 14844/30385/25425 14846/30387/25427</w:t>
        <w:br/>
        <w:t>f 14850/30389/25429 14849/30390/25430 14848/30391/25431</w:t>
        <w:br/>
        <w:t>f 14847/30392/25432 14850/30389/25429 14848/30391/25431</w:t>
        <w:br/>
        <w:t>f 14853/30393/25433 14852/30394/25434 14851/30395/25435</w:t>
        <w:br/>
        <w:t>f 14856/30396/25436 14855/30397/25437 14854/30398/25438</w:t>
        <w:br/>
        <w:t>f 14791/30333/25376 14787/30328/25371 14857/30399/25439</w:t>
        <w:br/>
        <w:t>f 14790/30334/25377 14791/30333/25376 14857/30399/25439</w:t>
        <w:br/>
        <w:t>f 14861/30400/25440 14860/30401/25441 14859/30402/25442</w:t>
        <w:br/>
        <w:t>f 14858/30403/25443 14861/30400/25440 14859/30402/25442</w:t>
        <w:br/>
        <w:t>f 14795/30335/25378 14793/30337/25380 14858/30403/25443</w:t>
        <w:br/>
        <w:t>f 14862/30404/25391 14795/30335/25378 14858/30403/25443</w:t>
        <w:br/>
        <w:t>f 14859/30402/25442 14863/30405/25399 14862/30404/25391</w:t>
        <w:br/>
        <w:t>f 14858/30403/25443 14859/30402/25442 14862/30404/25391</w:t>
        <w:br/>
        <w:t>f 14798/30338/25381 14796/30340/25383 14793/30337/25380</w:t>
        <w:br/>
        <w:t>f 14864/30406/25389 14798/30338/25381 14793/30337/25380</w:t>
        <w:br/>
        <w:t>f 14793/30337/25380 14794/30336/25379 14864/30406/25389</w:t>
        <w:br/>
        <w:t>f 14865/30407/25444 14787/30328/25371 14789/30331/25374</w:t>
        <w:br/>
        <w:t>f 14868/30408/25445 14867/30409/25446 14866/30410/25447</w:t>
        <w:br/>
        <w:t>f 14872/30411/25448 14871/30412/25449 14870/30413/25450</w:t>
        <w:br/>
        <w:t>f 14869/30414/25451 14872/30411/25448 14870/30413/25450</w:t>
        <w:br/>
        <w:t>f 14873/30415/25452 14831/30375/25453 14837/30380/25419</w:t>
        <w:br/>
        <w:t>f 14838/30379/25418 14873/30415/25452 14837/30380/25419</w:t>
        <w:br/>
        <w:t>f 14875/30416/25454 14791/30333/25376 14792/30332/25375</w:t>
        <w:br/>
        <w:t>f 14874/30417/25455 14875/30416/25454 14792/30332/25375</w:t>
        <w:br/>
        <w:t>f 14878/30418/25456 14877/30419/25456 14876/30420/25456</w:t>
        <w:br/>
        <w:t>f 14881/30421/25457 14880/30422/25458 14879/30423/25459</w:t>
        <w:br/>
        <w:t>f 14855/30397/25437 14882/30424/25460 14782/30321/25364</w:t>
        <w:br/>
        <w:t>f 14779/30324/25367 14855/30397/25437 14782/30321/25364</w:t>
        <w:br/>
        <w:t>f 14781/30322/25365 14883/30425/25461 14783/30326/25369</w:t>
        <w:br/>
        <w:t>f 14782/30321/25364 14880/30422/25458 14781/30322/25365</w:t>
        <w:br/>
        <w:t>f 14781/30322/25365 14880/30422/25458 14883/30425/25461</w:t>
        <w:br/>
        <w:t>f 14880/30422/25458 14782/30321/25364 14882/30424/25460</w:t>
        <w:br/>
        <w:t>f 14884/30426/25462 14880/30422/25458 14882/30424/25460</w:t>
        <w:br/>
        <w:t>f 14884/30426/25463 14849/30390/25430 14850/30389/25429</w:t>
        <w:br/>
        <w:t>f 14787/30328/25371 14865/30407/25444 14857/30399/25439</w:t>
        <w:br/>
        <w:t>f 14845/30388/25428 14846/30387/25427 14847/30392/25432</w:t>
        <w:br/>
        <w:t>f 14848/30391/25431 14845/30388/25428 14847/30392/25432</w:t>
        <w:br/>
        <w:t>f 14779/30324/25367 14886/30427/25464 14885/30428/25465</w:t>
        <w:br/>
        <w:t>f 14855/30397/25437 14779/30324/25367 14885/30428/25465</w:t>
        <w:br/>
        <w:t>f 14780/30323/25366 14888/30429/25466 14887/30430/25467</w:t>
        <w:br/>
        <w:t>f 14779/30324/25367 14780/30323/25366 14887/30430/25467</w:t>
        <w:br/>
        <w:t>f 14784/30325/25368 14889/30431/25468 14888/30429/25466</w:t>
        <w:br/>
        <w:t>f 14780/30323/25366 14784/30325/25368 14888/30429/25466</w:t>
        <w:br/>
        <w:t>f 14884/30426/25462 14882/30424/25460 14855/30397/25437</w:t>
        <w:br/>
        <w:t>f 14856/30396/25436 14884/30426/25462 14855/30397/25437</w:t>
        <w:br/>
        <w:t>f 14788/30327/25370 14890/30432/25469 14789/30331/25374</w:t>
        <w:br/>
        <w:t>f 14886/30427/25464 14779/30324/25367 14887/30430/25467</w:t>
        <w:br/>
        <w:t>f 14891/30433/25470 14853/30393/25433 14851/30395/25435</w:t>
        <w:br/>
        <w:t>f 14842/30384/25423 14892/30434/25471 14843/30386/25426</w:t>
        <w:br/>
        <w:t>f 14825/30364/25403 14832/30374/25413 14824/30365/25404</w:t>
        <w:br/>
        <w:t>f 14875/30416/25454 14874/30417/25455 14893/30435/25472</w:t>
        <w:br/>
        <w:t>f 14829/30372/25411 14830/30371/25410 14822/30367/25406</w:t>
        <w:br/>
        <w:t>f 14894/30436/25473 14829/30372/25411 14822/30367/25406</w:t>
        <w:br/>
        <w:t>f 14811/30352/25392 14812/30351/25391 14819/30359/25398</w:t>
        <w:br/>
        <w:t>f 14806/30350/25390 14807/30349/25379 14816/30358/25397</w:t>
        <w:br/>
        <w:t>f 14814/30355/25394 14808/30348/25389 14806/30350/25390</w:t>
        <w:br/>
        <w:t>f 14815/30357/25396 14805/30345/25381 14813/30356/25395</w:t>
        <w:br/>
        <w:t>f 14802/30342/25385 14800/30344/25382 14805/30345/25381</w:t>
        <w:br/>
        <w:t>f 14803/30347/25388 14802/30342/25385 14805/30345/25381</w:t>
        <w:br/>
        <w:t>f 14896/30437/25474 14895/30438/25475 14801/30343/25386</w:t>
        <w:br/>
        <w:t>f 14895/30438/25475 14897/30439/25384 14800/30344/25382</w:t>
        <w:br/>
        <w:t>f 14899/30440/25476 14898/30441/25445 14871/30412/25449</w:t>
        <w:br/>
        <w:t>f 14872/30411/25448 14899/30440/25476 14871/30412/25449</w:t>
        <w:br/>
        <w:t>f 14901/30442/25477 14900/30443/25478 14870/30413/25450</w:t>
        <w:br/>
        <w:t>f 14896/30437/25474 14901/30442/25477 14870/30413/25450</w:t>
        <w:br/>
        <w:t>f 14902/30444/25479 14896/30437/25474 14801/30343/25386</w:t>
        <w:br/>
        <w:t>f 14903/30445/25480 14869/30414/25451 14870/30413/25450</w:t>
        <w:br/>
        <w:t>f 14903/30445/25480 14870/30413/25450 14900/30443/25478</w:t>
        <w:br/>
        <w:t>f 14871/30412/25449 14895/30438/25475 14896/30437/25474</w:t>
        <w:br/>
        <w:t>f 14870/30413/25450 14871/30412/25449 14896/30437/25474</w:t>
        <w:br/>
        <w:t>f 14895/30438/25475 14871/30412/25449 14898/30441/25445</w:t>
        <w:br/>
        <w:t>f 14897/30439/25384 14895/30438/25475 14898/30441/25445</w:t>
        <w:br/>
        <w:t>f 14799/30341/25384 14868/30408/25445 14866/30410/25447</w:t>
        <w:br/>
        <w:t>f 14902/30444/25479 14901/30442/25477 14896/30437/25474</w:t>
        <w:br/>
        <w:t>f 14895/30438/25475 14800/30344/25382 14801/30343/25386</w:t>
        <w:br/>
        <w:t>f 14802/30342/25385 14902/30444/25479 14801/30343/25386</w:t>
        <w:br/>
        <w:t>f 14823/30366/25405 14894/30436/25473 14822/30367/25406</w:t>
        <w:br/>
        <w:t>f 14785/30330/25373 14786/30329/25372 14904/30446/25481</w:t>
        <w:br/>
        <w:t>f 14905/30447/25482 14785/30330/25373 14904/30446/25481</w:t>
        <w:br/>
        <w:t>f 14786/30329/25372 14907/30448/25483 14906/30449/25484</w:t>
        <w:br/>
        <w:t>f 14904/30446/25481 14786/30329/25372 14906/30449/25484</w:t>
        <w:br/>
        <w:t>f 14909/30450/25485 14906/30449/25484 14907/30448/25483</w:t>
        <w:br/>
        <w:t>f 14908/30451/25486 14909/30450/25485 14907/30448/25483</w:t>
        <w:br/>
        <w:t>f 14908/30451/25486 14911/30452/25487 14910/30453/25488</w:t>
        <w:br/>
        <w:t>f 14909/30450/25485 14908/30451/25486 14910/30453/25488</w:t>
        <w:br/>
        <w:t>f 14913/30454/25489 14911/30452/25487 14912/30455/25490</w:t>
        <w:br/>
        <w:t>f 14915/30456/25491 14912/30455/25490 14914/30457/25492</w:t>
        <w:br/>
        <w:t>f 14917/30458/25493 14914/30457/25492 14916/30459/25494</w:t>
        <w:br/>
        <w:t>f 14919/30460/25495 14917/30458/25493 14916/30459/25494</w:t>
        <w:br/>
        <w:t>f 14918/30461/25496 14919/30460/25495 14916/30459/25494</w:t>
        <w:br/>
        <w:t>f 14923/30462/25497 14922/30463/25498 14921/30464/25499</w:t>
        <w:br/>
        <w:t>f 14920/30465/25500 14923/30462/25497 14921/30464/25499</w:t>
        <w:br/>
        <w:t>f 14923/30462/25497 14920/30465/25500 14925/30466/25501</w:t>
        <w:br/>
        <w:t>f 14924/30467/25502 14923/30462/25497 14925/30466/25501</w:t>
        <w:br/>
        <w:t>f 14924/30467/25502 14925/30466/25501 14927/30468/25503</w:t>
        <w:br/>
        <w:t>f 14926/30469/25504 14924/30467/25502 14927/30468/25503</w:t>
        <w:br/>
        <w:t>f 14929/30470/25505 14928/30471/25506 14926/30469/25504</w:t>
        <w:br/>
        <w:t>f 14927/30468/25503 14929/30470/25505 14926/30469/25504</w:t>
        <w:br/>
        <w:t>f 14928/30471/25506 14929/30470/25505 14931/30472/25507</w:t>
        <w:br/>
        <w:t>f 14930/30473/25508 14928/30471/25506 14931/30472/25507</w:t>
        <w:br/>
        <w:t>f 14934/30474/25509 14933/30475/25510 14932/30476/25511</w:t>
        <w:br/>
        <w:t>f 14936/30477/25512 14932/30476/25511 14935/30478/25513</w:t>
        <w:br/>
        <w:t>f 14936/30477/25512 14935/30478/25513 14937/30479/25514</w:t>
        <w:br/>
        <w:t>f 14919/30460/25495 14939/30480/25515 14938/30481/25516</w:t>
        <w:br/>
        <w:t>f 14917/30458/25493 14919/30460/25495 14938/30481/25516</w:t>
        <w:br/>
        <w:t>f 14940/30482/25517 14915/30456/25491 14917/30458/25493</w:t>
        <w:br/>
        <w:t>f 14938/30481/25516 14940/30482/25517 14917/30458/25493</w:t>
        <w:br/>
        <w:t>f 14941/30483/25518 14913/30454/25489 14915/30456/25491</w:t>
        <w:br/>
        <w:t>f 14942/30484/25519 14910/30453/25488 14913/30454/25489</w:t>
        <w:br/>
        <w:t>f 14943/30485/25520 14909/30450/25485 14910/30453/25488</w:t>
        <w:br/>
        <w:t>f 14944/30486/25521 14906/30449/25484 14909/30450/25485</w:t>
        <w:br/>
        <w:t>f 14946/30487/25522 14945/30488/25523 14904/30446/25481</w:t>
        <w:br/>
        <w:t>f 14906/30449/25484 14946/30487/25522 14904/30446/25481</w:t>
        <w:br/>
        <w:t>f 14947/30489/25524 14905/30447/25482 14904/30446/25481</w:t>
        <w:br/>
        <w:t>f 14945/30488/25523 14947/30489/25524 14904/30446/25481</w:t>
        <w:br/>
        <w:t>f 14939/30480/25515 14949/30490/25525 14948/30491/25526</w:t>
        <w:br/>
        <w:t>f 14938/30481/25516 14939/30480/25515 14948/30491/25526</w:t>
        <w:br/>
        <w:t>f 14948/30491/25526 14940/30482/25517 14938/30481/25516</w:t>
        <w:br/>
        <w:t>f 14951/30492/25527 14950/30493/25528 14941/30483/25518</w:t>
        <w:br/>
        <w:t>f 14953/30494/25529 14943/30485/25520 14952/30495/25530</w:t>
        <w:br/>
        <w:t>f 14953/30494/25529 14944/30486/25521 14943/30485/25520</w:t>
        <w:br/>
        <w:t>f 14955/30496/25531 14954/30497/25532 14946/30487/25522</w:t>
        <w:br/>
        <w:t>f 14944/30486/25521 14955/30496/25531 14946/30487/25522</w:t>
        <w:br/>
        <w:t>f 14954/30497/25532 14956/30498/25533 14945/30488/25523</w:t>
        <w:br/>
        <w:t>f 14946/30487/25522 14954/30497/25532 14945/30488/25523</w:t>
        <w:br/>
        <w:t>f 14945/30488/25523 14956/30498/25533 14957/30499/25534</w:t>
        <w:br/>
        <w:t>f 14947/30489/25524 14945/30488/25523 14957/30499/25534</w:t>
        <w:br/>
        <w:t>f 14959/30500/25535 14948/30491/25526 14949/30490/25525</w:t>
        <w:br/>
        <w:t>f 14958/30501/25536 14959/30500/25535 14949/30490/25525</w:t>
        <w:br/>
        <w:t>f 14959/30500/25535 14951/30492/25527 14948/30491/25526</w:t>
        <w:br/>
        <w:t>f 14961/30502/25537 14960/30503/25538 14951/30492/25527</w:t>
        <w:br/>
        <w:t>f 14962/30504/25539 14953/30494/25529 14952/30495/25530</w:t>
        <w:br/>
        <w:t>f 14963/30505/25540 14955/30496/25531 14953/30494/25529</w:t>
        <w:br/>
        <w:t>f 14965/30506/25541 14954/30497/25532 14955/30496/25531</w:t>
        <w:br/>
        <w:t>f 14964/30507/25542 14965/30506/25541 14955/30496/25531</w:t>
        <w:br/>
        <w:t>f 14965/30506/25541 14966/30508/25543 14956/30498/25533</w:t>
        <w:br/>
        <w:t>f 14954/30497/25532 14965/30506/25541 14956/30498/25533</w:t>
        <w:br/>
        <w:t>f 14966/30508/25543 14957/30499/25534 14956/30498/25533</w:t>
        <w:br/>
        <w:t>f 14958/30501/25536 14937/30479/25514 14935/30478/25513</w:t>
        <w:br/>
        <w:t>f 14959/30500/25535 14958/30501/25536 14935/30478/25513</w:t>
        <w:br/>
        <w:t>f 14932/30476/25511 14961/30502/25537 14959/30500/25535</w:t>
        <w:br/>
        <w:t>f 14935/30478/25513 14932/30476/25511 14959/30500/25535</w:t>
        <w:br/>
        <w:t>f 14932/30476/25511 14962/30504/25539 14961/30502/25537</w:t>
        <w:br/>
        <w:t>f 14968/30509/25544 14967/30510/25545 14962/30504/25539</w:t>
        <w:br/>
        <w:t>f 14927/30468/25503 14964/30507/25542 14963/30505/25540</w:t>
        <w:br/>
        <w:t>f 14929/30470/25505 14927/30468/25503 14963/30505/25540</w:t>
        <w:br/>
        <w:t>f 14927/30468/25503 14965/30506/25541 14964/30507/25542</w:t>
        <w:br/>
        <w:t>f 14920/30465/25500 14969/30511/25546 14925/30466/25501</w:t>
        <w:br/>
        <w:t>f 14921/30464/25499 14970/30512/25547 14969/30511/25546</w:t>
        <w:br/>
        <w:t>f 14920/30465/25500 14921/30464/25499 14969/30511/25546</w:t>
        <w:br/>
        <w:t>f 14893/30435/25472 14860/30401/25441 14861/30400/25440</w:t>
        <w:br/>
        <w:t>f 14875/30416/25454 14893/30435/25472 14861/30400/25440</w:t>
        <w:br/>
        <w:t>f 14893/30435/25472 14972/30513/25406 14971/30514/25410</w:t>
        <w:br/>
        <w:t>f 14893/30435/25472 14874/30417/25455 14973/30515/25403</w:t>
        <w:br/>
        <w:t>f 14972/30513/25406 14893/30435/25472 14973/30515/25403</w:t>
        <w:br/>
        <w:t>f 14974/30516/25414 14973/30515/25403 14874/30417/25455</w:t>
        <w:br/>
        <w:t>f 14975/30517/25548 14974/30516/25414 14874/30417/25455</w:t>
        <w:br/>
        <w:t>f 14792/30332/25375 14975/30517/25548 14874/30417/25455</w:t>
        <w:br/>
        <w:t>f 14792/30332/25375 14976/30518/25416 14975/30517/25548</w:t>
        <w:br/>
        <w:t>f 14792/30332/25375 14977/30519/25424 14976/30518/25416</w:t>
        <w:br/>
        <w:t>f 14977/30519/25424 14792/30332/25375 14790/30334/25377</w:t>
        <w:br/>
        <w:t>f 14978/30520/25427 14977/30519/25424 14790/30334/25377</w:t>
        <w:br/>
        <w:t>f 14979/30521/25432 14978/30520/25427 14790/30334/25377</w:t>
        <w:br/>
        <w:t>f 14857/30399/25439 14979/30521/25432 14790/30334/25377</w:t>
        <w:br/>
        <w:t>f 14857/30399/25439 14980/30522/25429 14979/30521/25432</w:t>
        <w:br/>
        <w:t>f 14865/30407/25444 14981/30523/25463 14980/30522/25429</w:t>
        <w:br/>
        <w:t>f 14857/30399/25439 14865/30407/25444 14980/30522/25429</w:t>
        <w:br/>
        <w:t>f 14982/30524/25549 14981/30523/25463 14865/30407/25444</w:t>
        <w:br/>
        <w:t>f 14789/30331/25374 14982/30524/25549 14865/30407/25444</w:t>
        <w:br/>
        <w:t>f 14983/30525/25459 14982/30524/25549 14789/30331/25374</w:t>
        <w:br/>
        <w:t>f 14890/30432/25469 14983/30525/25459 14789/30331/25374</w:t>
        <w:br/>
        <w:t>f 14987/30526/25550 14986/30527/25551 14985/30528/25552</w:t>
        <w:br/>
        <w:t>f 14984/30529/25553 14987/30526/25550 14985/30528/25552</w:t>
        <w:br/>
        <w:t>f 14784/30325/25368 14783/30326/25369 14984/30529/25553</w:t>
        <w:br/>
        <w:t>f 14985/30528/25552 14784/30325/25368 14984/30529/25553</w:t>
        <w:br/>
        <w:t>f 14991/30530/25554 14990/30531/25555 14989/30532/25556</w:t>
        <w:br/>
        <w:t>f 14988/30533/25557 14991/30530/25554 14989/30532/25556</w:t>
        <w:br/>
        <w:t>f 14995/30534/25558 14994/30535/25559 14993/30536/25560</w:t>
        <w:br/>
        <w:t>f 14992/30537/25561 14995/30534/25558 14993/30536/25560</w:t>
        <w:br/>
        <w:t>f 14999/30538/25562 14998/30539/25563 14997/30540/25564</w:t>
        <w:br/>
        <w:t>f 14996/30541/25565 14999/30538/25562 14997/30540/25564</w:t>
        <w:br/>
        <w:t>f 14788/30327/25370 14989/30532/25556 15000/30542/25566</w:t>
        <w:br/>
        <w:t>f 15002/30543/25567 15001/30544/25568 14990/30531/25555</w:t>
        <w:br/>
        <w:t>f 15005/30545/25569 15004/30546/25570 15003/30547/25571</w:t>
        <w:br/>
        <w:t>f 15007/30548/25572 14997/30540/25564 15006/30549/25573</w:t>
        <w:br/>
        <w:t>f 15009/30550/25574 14998/30539/25563 15008/30551/25575</w:t>
        <w:br/>
        <w:t>f 14998/30539/25563 15010/30552/25576 15008/30551/25575</w:t>
        <w:br/>
        <w:t>f 15013/30553/25577 15012/30554/25575 15011/30555/25578</w:t>
        <w:br/>
        <w:t>f 15016/30556/25579 15015/30557/25580 15014/30558/25581</w:t>
        <w:br/>
        <w:t>f 15019/30559/25582 15018/30560/25583 15017/30561/25584</w:t>
        <w:br/>
        <w:t>f 15023/30562/25585 15022/30563/25586 15021/30564/25587</w:t>
        <w:br/>
        <w:t>f 15020/30565/25572 15023/30562/25585 15021/30564/25587</w:t>
        <w:br/>
        <w:t>f 15019/30559/25582 15016/30556/25579 15025/30566/25588</w:t>
        <w:br/>
        <w:t>f 15024/30567/25589 15019/30559/25582 15025/30566/25588</w:t>
        <w:br/>
        <w:t>f 15014/30558/25581 15026/30568/25590 15016/30556/25579</w:t>
        <w:br/>
        <w:t>f 15020/30565/25572 15017/30561/25584 15027/30569/25591</w:t>
        <w:br/>
        <w:t>f 15023/30562/25585 15020/30565/25572 15027/30569/25591</w:t>
        <w:br/>
        <w:t>f 15030/30570/25592 15029/30571/25593 15028/30572/25571</w:t>
        <w:br/>
        <w:t>f 15021/30564/25587 15030/30570/25592 15028/30572/25571</w:t>
        <w:br/>
        <w:t>f 15032/30573/25594 15028/30572/25571 15029/30571/25593</w:t>
        <w:br/>
        <w:t>f 15031/30574/25595 15032/30573/25594 15029/30571/25593</w:t>
        <w:br/>
        <w:t>f 15036/30575/25596 15035/30576/25597 15034/30577/25598</w:t>
        <w:br/>
        <w:t>f 15033/30578/25599 15036/30575/25596 15034/30577/25598</w:t>
        <w:br/>
        <w:t>f 15039/30579/25600 15038/30580/25601 15037/30581/25602</w:t>
        <w:br/>
        <w:t>f 15037/30581/25602 15032/30573/25594 15031/30574/25595</w:t>
        <w:br/>
        <w:t>f 15039/30579/25600 15037/30581/25602 15031/30574/25595</w:t>
        <w:br/>
        <w:t>f 15038/30580/25601 15041/30582/25603 15040/30583/25604</w:t>
        <w:br/>
        <w:t>f 15037/30581/25602 15038/30580/25601 15040/30583/25604</w:t>
        <w:br/>
        <w:t>f 15036/30575/25596 15044/30584/25605 15043/30585/25606</w:t>
        <w:br/>
        <w:t>f 15042/30586/25607 15036/30575/25596 15043/30585/25606</w:t>
        <w:br/>
        <w:t>f 15047/30587/25608 15046/30588/25609 15045/30589/25610</w:t>
        <w:br/>
        <w:t>f 15047/30587/25608 15045/30589/25610 15049/30590/25611</w:t>
        <w:br/>
        <w:t>f 15048/30591/25612 15047/30587/25608 15049/30590/25611</w:t>
        <w:br/>
        <w:t>f 15046/30588/25609 15050/30592/25613 15045/30589/25610</w:t>
        <w:br/>
        <w:t>f 15045/30589/25610 15050/30592/25613 15052/30593/25614</w:t>
        <w:br/>
        <w:t>f 15051/30594/25615 15045/30589/25610 15052/30593/25614</w:t>
        <w:br/>
        <w:t>f 15052/30593/25614 15053/30595/25616 15051/30594/25615</w:t>
        <w:br/>
        <w:t>f 15051/30594/25617 15055/30596/25618 15054/30597/25619</w:t>
        <w:br/>
        <w:t>f 15057/30598/25620 15051/30594/25617 15054/30597/25619</w:t>
        <w:br/>
        <w:t>f 15056/30599/25621 15057/30598/25620 15054/30597/25619</w:t>
        <w:br/>
        <w:t>f 15061/30600/25622 15060/30601/25623 15059/30602/25624</w:t>
        <w:br/>
        <w:t>f 15058/30603/25625 15061/30600/25622 15059/30602/25624</w:t>
        <w:br/>
        <w:t>f 15064/30604/25626 15063/30605/25626 15062/30606/25627</w:t>
        <w:br/>
        <w:t>f 15067/30607/25628 15066/30608/25629 15065/30609/25630</w:t>
        <w:br/>
        <w:t>f 15068/30610/25631 14989/30532/25556 14990/30531/25555</w:t>
        <w:br/>
        <w:t>f 15001/30544/25568 15068/30610/25631 14990/30531/25555</w:t>
        <w:br/>
        <w:t>f 15005/30545/25569 15070/30611/25602 15069/30612/25632</w:t>
        <w:br/>
        <w:t>f 15004/30546/25570 15005/30545/25569 15069/30612/25632</w:t>
        <w:br/>
        <w:t>f 15070/30611/25602 15072/30613/25604 15071/30614/25633</w:t>
        <w:br/>
        <w:t>f 15069/30612/25632 15070/30611/25602 15071/30614/25633</w:t>
        <w:br/>
        <w:t>f 15007/30548/25572 15074/30615/25634 15073/30616/25635</w:t>
        <w:br/>
        <w:t>f 14997/30540/25564 15007/30548/25572 15073/30616/25635</w:t>
        <w:br/>
        <w:t>f 15004/30546/25570 15073/30616/25635 15074/30615/25634</w:t>
        <w:br/>
        <w:t>f 15003/30547/25571 15004/30546/25570 15074/30615/25634</w:t>
        <w:br/>
        <w:t>f 14997/30540/25564 14998/30539/25563 15009/30550/25574</w:t>
        <w:br/>
        <w:t>f 15075/30617/25636 14997/30540/25564 15009/30550/25574</w:t>
        <w:br/>
        <w:t>f 14997/30540/25564 15075/30617/25636 15006/30549/25573</w:t>
        <w:br/>
        <w:t>f 15076/30618/25637 15000/30542/25566 14989/30532/25556</w:t>
        <w:br/>
        <w:t>f 15079/30619/25638 15078/30620/25639 15077/30621/24474</w:t>
        <w:br/>
        <w:t>f 15083/30622/25640 15082/30623/25641 15081/30624/25642</w:t>
        <w:br/>
        <w:t>f 15080/30625/25643 15083/30622/25640 15081/30624/25642</w:t>
        <w:br/>
        <w:t>f 15049/30590/25611 15042/30586/25644 15084/30626/25645</w:t>
        <w:br/>
        <w:t>f 15048/30591/25612 15049/30590/25611 15084/30626/25645</w:t>
        <w:br/>
        <w:t>f 15086/30627/25646 15085/30628/25647 15002/30543/25567</w:t>
        <w:br/>
        <w:t>f 14990/30531/25555 15086/30627/25646 15002/30543/25567</w:t>
        <w:br/>
        <w:t>f 15089/30629/25648 15088/30630/25648 15087/30631/25648</w:t>
        <w:br/>
        <w:t>f 14879/30423/25459 15090/30632/25649 14881/30421/25457</w:t>
        <w:br/>
        <w:t>f 14987/30526/25550 15091/30633/25650 15065/30609/25630</w:t>
        <w:br/>
        <w:t>f 14986/30527/25551 14987/30526/25550 15065/30609/25630</w:t>
        <w:br/>
        <w:t>f 14984/30529/25553 14783/30326/25369 14883/30425/25461</w:t>
        <w:br/>
        <w:t>f 14987/30526/25550 14984/30529/25553 15090/30632/25649</w:t>
        <w:br/>
        <w:t>f 14984/30529/25553 14883/30425/25461 15090/30632/25649</w:t>
        <w:br/>
        <w:t>f 15090/30632/25649 15091/30633/25650 14987/30526/25550</w:t>
        <w:br/>
        <w:t>f 15092/30634/25651 15091/30633/25650 15090/30632/25649</w:t>
        <w:br/>
        <w:t>f 15092/30634/25651 15060/30601/25623 15093/30635/25652</w:t>
        <w:br/>
        <w:t>f 14989/30532/25556 15068/30610/25631 15076/30618/25637</w:t>
        <w:br/>
        <w:t>f 15056/30599/25621 15061/30600/25622 15058/30603/25625</w:t>
        <w:br/>
        <w:t>f 15057/30598/25620 15056/30599/25621 15058/30603/25625</w:t>
        <w:br/>
        <w:t>f 14986/30527/25551 15065/30609/25630 15095/30636/25653</w:t>
        <w:br/>
        <w:t>f 15094/30637/25654 14986/30527/25551 15095/30636/25653</w:t>
        <w:br/>
        <w:t>f 14985/30528/25552 14986/30527/25551 15097/30638/25655</w:t>
        <w:br/>
        <w:t>f 15096/30639/25656 14985/30528/25552 15097/30638/25655</w:t>
        <w:br/>
        <w:t>f 14784/30325/25368 14985/30528/25552 15096/30639/25656</w:t>
        <w:br/>
        <w:t>f 14889/30431/25468 14784/30325/25368 15096/30639/25656</w:t>
        <w:br/>
        <w:t>f 15065/30609/25630 15091/30633/25650 15092/30634/25651</w:t>
        <w:br/>
        <w:t>f 15067/30607/25628 15065/30609/25630 15092/30634/25651</w:t>
        <w:br/>
        <w:t>f 14788/30327/25370 15000/30542/25566 14890/30432/25469</w:t>
        <w:br/>
        <w:t>f 15094/30637/25654 15097/30638/25655 14986/30527/25551</w:t>
        <w:br/>
        <w:t>f 15093/30635/25652 15063/30605/25626 15064/30604/25626</w:t>
        <w:br/>
        <w:t>f 15053/30595/25616 15055/30596/25618 15098/30640/25657</w:t>
        <w:br/>
        <w:t>f 15036/30575/25596 15033/30578/25599 15044/30584/25605</w:t>
        <w:br/>
        <w:t>f 15086/30627/25646 15071/30614/25633 15085/30628/25647</w:t>
        <w:br/>
        <w:t>f 15041/30582/25603 15099/30641/25658 15035/30576/25597</w:t>
        <w:br/>
        <w:t>f 15040/30583/25604 15041/30582/25603 15035/30576/25597</w:t>
        <w:br/>
        <w:t>f 15022/30563/25586 15030/30570/25592 15021/30564/25587</w:t>
        <w:br/>
        <w:t>f 15018/30560/25583 15027/30569/25591 15017/30561/25584</w:t>
        <w:br/>
        <w:t>f 15024/30567/25589 15018/30560/25583 15019/30559/25582</w:t>
        <w:br/>
        <w:t>f 15026/30568/25590 15025/30566/25588 15016/30556/25579</w:t>
        <w:br/>
        <w:t>f 15016/30556/25579 15012/30554/25575 15013/30553/25577</w:t>
        <w:br/>
        <w:t>f 15015/30557/25580 15016/30556/25579 15013/30553/25577</w:t>
        <w:br/>
        <w:t>f 15101/30642/25659 15011/30555/25578 15100/30643/25660</w:t>
        <w:br/>
        <w:t>f 15100/30643/25660 15012/30554/25575 15102/30644/25576</w:t>
        <w:br/>
        <w:t>f 15082/30623/25641 15104/30645/25638 15103/30646/24474</w:t>
        <w:br/>
        <w:t>f 15081/30624/25642 15082/30623/25641 15103/30646/24474</w:t>
        <w:br/>
        <w:t>f 15083/30622/25640 15106/30647/25661 15105/30648/25662</w:t>
        <w:br/>
        <w:t>f 15101/30642/25659 15083/30622/25640 15105/30648/25662</w:t>
        <w:br/>
        <w:t>f 15107/30649/25663 15011/30555/25578 15101/30642/25659</w:t>
        <w:br/>
        <w:t>f 15108/30650/25664 15083/30622/25640 15080/30625/25643</w:t>
        <w:br/>
        <w:t>f 15108/30650/25664 15106/30647/25661 15083/30622/25640</w:t>
        <w:br/>
        <w:t>f 15101/30642/25659 15100/30643/25660 15082/30623/25641</w:t>
        <w:br/>
        <w:t>f 15083/30622/25640 15101/30642/25659 15082/30623/25641</w:t>
        <w:br/>
        <w:t>f 15104/30645/25638 15082/30623/25641 15100/30643/25660</w:t>
        <w:br/>
        <w:t>f 15102/30644/25576 15104/30645/25638 15100/30643/25660</w:t>
        <w:br/>
        <w:t>f 15010/30552/25576 15078/30620/25639 15079/30619/25638</w:t>
        <w:br/>
        <w:t>f 15107/30649/25663 15101/30642/25659 15105/30648/25662</w:t>
        <w:br/>
        <w:t>f 15100/30643/25660 15011/30555/25578 15012/30554/25575</w:t>
        <w:br/>
        <w:t>f 15013/30553/25577 15011/30555/25578 15107/30649/25663</w:t>
        <w:br/>
        <w:t>f 15034/30577/25598 15035/30576/25597 15099/30641/25658</w:t>
        <w:br/>
        <w:t>f 15109/30651/25665 14785/30330/25373 14905/30447/25482</w:t>
        <w:br/>
        <w:t>f 15110/30652/25666 14988/30533/25557 15109/30651/25665</w:t>
        <w:br/>
        <w:t>f 15110/30652/25666 15111/30653/25667 14991/30530/25554</w:t>
        <w:br/>
        <w:t>f 15113/30654/25668 15111/30653/25667 15112/30655/25669</w:t>
        <w:br/>
        <w:t>f 14992/30537/25561 15113/30654/25668 15112/30655/25669</w:t>
        <w:br/>
        <w:t>f 14995/30534/25558 14992/30537/25561 15112/30655/25669</w:t>
        <w:br/>
        <w:t>f 15114/30656/25670 14995/30534/25558 15112/30655/25669</w:t>
        <w:br/>
        <w:t>f 15114/30656/25670 15116/30657/25671 15115/30658/25672</w:t>
        <w:br/>
        <w:t>f 14996/30541/25565 15116/30657/25671 15117/30659/25673</w:t>
        <w:br/>
        <w:t>f 14999/30538/25562 14996/30541/25565 15117/30659/25673</w:t>
        <w:br/>
        <w:t>f 15119/30660/25674 15118/30661/25675 14999/30538/25562</w:t>
        <w:br/>
        <w:t>f 15117/30659/25673 15119/30660/25674 14999/30538/25562</w:t>
        <w:br/>
        <w:t>f 15121/30662/25676 15120/30663/25677 14921/30464/25499</w:t>
        <w:br/>
        <w:t>f 14922/30463/25498 15121/30662/25676 14921/30464/25499</w:t>
        <w:br/>
        <w:t>f 15121/30662/25676 15123/30664/25678 15122/30665/25679</w:t>
        <w:br/>
        <w:t>f 15120/30663/25677 15121/30662/25676 15122/30665/25679</w:t>
        <w:br/>
        <w:t>f 15123/30664/25678 15125/30666/25680 15124/30667/25681</w:t>
        <w:br/>
        <w:t>f 15122/30665/25679 15123/30664/25678 15124/30667/25681</w:t>
        <w:br/>
        <w:t>f 15127/30668/25682 15124/30667/25681 15125/30666/25680</w:t>
        <w:br/>
        <w:t>f 15126/30669/25683 15127/30668/25682 15125/30666/25680</w:t>
        <w:br/>
        <w:t>f 15126/30669/25683 15128/30670/25684 15127/30668/25682</w:t>
        <w:br/>
        <w:t>f 15128/30670/25684 15130/30671/25685 15129/30672/25686</w:t>
        <w:br/>
        <w:t>f 15133/30673/25687 15132/30674/25688 15130/30671/25685</w:t>
        <w:br/>
        <w:t>f 15131/30675/25689 15133/30673/25687 15130/30671/25685</w:t>
        <w:br/>
        <w:t>f 15136/30676/25690 15135/30677/25691 15134/30678/25690</w:t>
        <w:br/>
        <w:t>f 15119/30660/25674 15117/30659/25673 15138/30679/25692</w:t>
        <w:br/>
        <w:t>f 15137/30680/25693 15119/30660/25674 15138/30679/25692</w:t>
        <w:br/>
        <w:t>f 15117/30659/25673 15116/30657/25671 15139/30681/25694</w:t>
        <w:br/>
        <w:t>f 15138/30679/25692 15117/30659/25673 15139/30681/25694</w:t>
        <w:br/>
        <w:t>f 15141/30682/25695 15140/30683/25696 15114/30656/25670</w:t>
        <w:br/>
        <w:t>f 15114/30656/25670 15112/30655/25669 15142/30684/25697</w:t>
        <w:br/>
        <w:t>f 15141/30682/25695 15114/30656/25670 15142/30684/25697</w:t>
        <w:br/>
        <w:t>f 15143/30685/25698 15142/30684/25697 15112/30655/25669</w:t>
        <w:br/>
        <w:t>f 15111/30653/25667 15143/30685/25698 15112/30655/25669</w:t>
        <w:br/>
        <w:t>f 15146/30686/25699 15145/30687/25700 15144/30688/25701</w:t>
        <w:br/>
        <w:t>f 15147/30689/25702 15146/30686/25699 15109/30651/25665</w:t>
        <w:br/>
        <w:t>f 14905/30447/25482 14947/30489/25524 15147/30689/25702</w:t>
        <w:br/>
        <w:t>f 15109/30651/25665 14905/30447/25482 15147/30689/25702</w:t>
        <w:br/>
        <w:t>f 15149/30690/25703 15148/30691/25704 15137/30680/25693</w:t>
        <w:br/>
        <w:t>f 15138/30679/25692 15149/30690/25703 15137/30680/25693</w:t>
        <w:br/>
        <w:t>f 15150/30692/25705 15149/30690/25703 15138/30679/25692</w:t>
        <w:br/>
        <w:t>f 15139/30681/25694 15150/30692/25705 15138/30679/25692</w:t>
        <w:br/>
        <w:t>f 15140/30683/25696 15141/30682/25695 15151/30693/25706</w:t>
        <w:br/>
        <w:t>f 15150/30692/25705 15140/30683/25696 15151/30693/25706</w:t>
        <w:br/>
        <w:t>f 15152/30694/25707 15151/30693/25706 15141/30682/25695</w:t>
        <w:br/>
        <w:t>f 15142/30684/25697 15152/30694/25707 15141/30682/25695</w:t>
        <w:br/>
        <w:t>f 15155/30695/25708 15154/30696/25709 15153/30697/25710</w:t>
        <w:br/>
        <w:t>f 15156/30698/25711 15155/30695/25708 15146/30686/25699</w:t>
        <w:br/>
        <w:t>f 15158/30699/25712 15157/30700/25713 15147/30689/25702</w:t>
        <w:br/>
        <w:t>f 15158/30699/25712 15147/30689/25702 14947/30489/25524</w:t>
        <w:br/>
        <w:t>f 14957/30499/25534 15158/30699/25712 14947/30489/25524</w:t>
        <w:br/>
        <w:t>f 15160/30701/25714 15159/30702/25715 15148/30691/25704</w:t>
        <w:br/>
        <w:t>f 15149/30690/25703 15160/30701/25714 15148/30691/25704</w:t>
        <w:br/>
        <w:t>f 15161/30703/25716 15160/30701/25714 15149/30690/25703</w:t>
        <w:br/>
        <w:t>f 15150/30692/25705 15161/30703/25716 15149/30690/25703</w:t>
        <w:br/>
        <w:t>f 15162/30704/25717 15161/30703/25716 15150/30692/25705</w:t>
        <w:br/>
        <w:t>f 15151/30693/25706 15162/30704/25717 15150/30692/25705</w:t>
        <w:br/>
        <w:t>f 15165/30705/25718 15164/30706/25719 15163/30707/25720</w:t>
        <w:br/>
        <w:t>f 15168/30708/25721 15167/30709/25722 15166/30710/25723</w:t>
        <w:br/>
        <w:t>f 15169/30711/25724 15168/30708/25721 15158/30699/25712</w:t>
        <w:br/>
        <w:t>f 15169/30711/25724 15158/30699/25712 14957/30499/25534</w:t>
        <w:br/>
        <w:t>f 14970/30512/25547 15169/30711/25724 14957/30499/25534</w:t>
        <w:br/>
        <w:t>f 15133/30673/25687 15135/30677/25691 15159/30702/25715</w:t>
        <w:br/>
        <w:t>f 15160/30701/25714 15133/30673/25687 15159/30702/25715</w:t>
        <w:br/>
        <w:t>f 15160/30701/25714 15161/30703/25716 15132/30674/25688</w:t>
        <w:br/>
        <w:t>f 15133/30673/25687 15160/30701/25714 15132/30674/25688</w:t>
        <w:br/>
        <w:t>f 15171/30712/25725 15132/30674/25688 15170/30713/25726</w:t>
        <w:br/>
        <w:t>f 15173/30714/25727 15171/30712/25725 15172/30715/25728</w:t>
        <w:br/>
        <w:t>f 15176/30716/25729 15175/30717/25730 15174/30718/25731</w:t>
        <w:br/>
        <w:t>f 15122/30665/25679 15176/30716/25729 15168/30708/25721</w:t>
        <w:br/>
        <w:t>f 15169/30711/25724 15120/30663/25677 15122/30665/25679</w:t>
        <w:br/>
        <w:t>f 15168/30708/25721 15169/30711/25724 15122/30665/25679</w:t>
        <w:br/>
        <w:t>f 15120/30663/25677 15169/30711/25724 14970/30512/25547</w:t>
        <w:br/>
        <w:t>f 14921/30464/25499 15120/30663/25677 14970/30512/25547</w:t>
        <w:br/>
        <w:t>f 15071/30614/25633 15072/30613/25604 15177/30719/25597</w:t>
        <w:br/>
        <w:t>f 15178/30720/25596 15085/30628/25647 15071/30614/25633</w:t>
        <w:br/>
        <w:t>f 15177/30719/25597 15178/30720/25596 15071/30614/25633</w:t>
        <w:br/>
        <w:t>f 15179/30721/25607 15085/30628/25647 15178/30720/25596</w:t>
        <w:br/>
        <w:t>f 15180/30722/25732 15002/30543/25567 15085/30628/25647</w:t>
        <w:br/>
        <w:t>f 15179/30721/25607 15180/30722/25732 15085/30628/25647</w:t>
        <w:br/>
        <w:t>f 15002/30543/25567 15180/30722/25732 15181/30723/25610</w:t>
        <w:br/>
        <w:t>f 15002/30543/25567 15181/30723/25610 15182/30724/25617</w:t>
        <w:br/>
        <w:t>f 15001/30544/25568 15002/30543/25567 15182/30724/25617</w:t>
        <w:br/>
        <w:t>f 15183/30725/25620 15001/30544/25568 15182/30724/25617</w:t>
        <w:br/>
        <w:t>f 15184/30726/25625 15001/30544/25568 15183/30725/25620</w:t>
        <w:br/>
        <w:t>f 15068/30610/25631 15001/30544/25568 15184/30726/25625</w:t>
        <w:br/>
        <w:t>f 15068/30610/25631 15184/30726/25625 15185/30727/25624</w:t>
        <w:br/>
        <w:t>f 15076/30618/25637 15068/30610/25631 15185/30727/25624</w:t>
        <w:br/>
        <w:t>f 15186/30728/25651 15076/30618/25637 15185/30727/25624</w:t>
        <w:br/>
        <w:t>f 15187/30729/25733 15000/30542/25566 15076/30618/25637</w:t>
        <w:br/>
        <w:t>f 15186/30728/25651 15187/30729/25733 15076/30618/25637</w:t>
        <w:br/>
        <w:t>f 14983/30525/25459 14890/30432/25469 15000/30542/25566</w:t>
        <w:br/>
        <w:t>f 15187/30729/25733 14983/30525/25459 15000/30542/25566</w:t>
        <w:br/>
        <w:t>f 15188/30730/25734 14860/30401/25441 14893/30435/25472</w:t>
        <w:br/>
        <w:t>f 14971/30514/25410 15188/30730/25734 14893/30435/25472</w:t>
        <w:br/>
        <w:t>f 14860/30401/25441 15188/30730/25734 15189/30731/25401</w:t>
        <w:br/>
        <w:t>f 14859/30402/25442 14860/30401/25441 15189/30731/25401</w:t>
        <w:br/>
        <w:t>f 15071/30614/25633 15086/30627/25646 14993/30536/25560</w:t>
        <w:br/>
        <w:t>f 15069/30612/25632 15071/30614/25633 14993/30536/25560</w:t>
        <w:br/>
        <w:t>f 15004/30546/25570 15069/30612/25632 14993/30536/25560</w:t>
        <w:br/>
        <w:t>f 14994/30535/25559 15004/30546/25570 14993/30536/25560</w:t>
        <w:br/>
        <w:t>f 15189/30731/25401 14863/30405/25399 14859/30402/25442</w:t>
        <w:br/>
        <w:t>f 15132/30674/25688 15171/30712/25725 15129/30672/25686</w:t>
        <w:br/>
        <w:t>f 15130/30671/25685 15132/30674/25688 15129/30672/25686</w:t>
        <w:br/>
        <w:t>f 15173/30714/25727 15129/30672/25686 15171/30712/25725</w:t>
        <w:br/>
        <w:t>f 15190/30732/25735 15173/30714/25727 15172/30715/25728</w:t>
        <w:br/>
        <w:t>f 15156/30698/25711 15190/30732/25735 15191/30733/25736</w:t>
        <w:br/>
        <w:t>f 15170/30713/25726 15164/30706/25719 15165/30705/25718</w:t>
        <w:br/>
        <w:t>f 15171/30712/25725 15170/30713/25726 15165/30705/25718</w:t>
        <w:br/>
        <w:t>f 15163/30707/25720 15154/30696/25709 15155/30695/25708</w:t>
        <w:br/>
        <w:t>f 15165/30705/25718 15163/30707/25720 15155/30695/25708</w:t>
        <w:br/>
        <w:t>f 15153/30697/25710 15145/30687/25700 15146/30686/25699</w:t>
        <w:br/>
        <w:t>f 15155/30695/25708 15153/30697/25710 15146/30686/25699</w:t>
        <w:br/>
        <w:t>f 15152/30694/25707 15162/30704/25717 15151/30693/25706</w:t>
        <w:br/>
        <w:t>f 15143/30685/25698 15152/30694/25707 15142/30684/25697</w:t>
        <w:br/>
        <w:t>f 15110/30652/25666 15143/30685/25698 15111/30653/25667</w:t>
        <w:br/>
        <w:t>f 15161/30703/25716 15162/30704/25717 15170/30713/25726</w:t>
        <w:br/>
        <w:t>f 15132/30674/25688 15161/30703/25716 15170/30713/25726</w:t>
        <w:br/>
        <w:t>f 15164/30706/25719 15170/30713/25726 15162/30704/25717</w:t>
        <w:br/>
        <w:t>f 15163/30707/25720 15164/30706/25719 15162/30704/25717</w:t>
        <w:br/>
        <w:t>f 15152/30694/25707 15163/30707/25720 15162/30704/25717</w:t>
        <w:br/>
        <w:t>f 15154/30696/25709 15163/30707/25720 15152/30694/25707</w:t>
        <w:br/>
        <w:t>f 15153/30697/25710 15154/30696/25709 15152/30694/25707</w:t>
        <w:br/>
        <w:t>f 15143/30685/25698 15153/30697/25710 15152/30694/25707</w:t>
        <w:br/>
        <w:t>f 15145/30687/25700 15153/30697/25710 15143/30685/25698</w:t>
        <w:br/>
        <w:t>f 15176/30716/25729 15174/30718/25731 15167/30709/25722</w:t>
        <w:br/>
        <w:t>f 15168/30708/25721 15176/30716/25729 15167/30709/25722</w:t>
        <w:br/>
        <w:t>f 15157/30700/25713 15158/30699/25712 15168/30708/25721</w:t>
        <w:br/>
        <w:t>f 15166/30710/25723 15157/30700/25713 15168/30708/25721</w:t>
        <w:br/>
        <w:t>f 15173/30714/25727 15190/30732/25735 15174/30718/25731</w:t>
        <w:br/>
        <w:t>f 15175/30717/25730 15173/30714/25727 15174/30718/25731</w:t>
        <w:br/>
        <w:t>f 15167/30709/25722 15174/30718/25731 15190/30732/25735</w:t>
        <w:br/>
        <w:t>f 15190/30732/25735 15156/30698/25711 15166/30710/25723</w:t>
        <w:br/>
        <w:t>f 15167/30709/25722 15190/30732/25735 15166/30710/25723</w:t>
        <w:br/>
        <w:t>f 15157/30700/25713 15166/30710/25723 15156/30698/25711</w:t>
        <w:br/>
        <w:t>f 14955/30496/25531 14944/30486/25521 14953/30494/25529</w:t>
        <w:br/>
        <w:t>f 14946/30487/25522 14906/30449/25484 14944/30486/25521</w:t>
        <w:br/>
        <w:t>f 14944/30486/25521 14909/30450/25485 14943/30485/25520</w:t>
        <w:br/>
        <w:t>f 15115/30658/25672 15116/30657/25671 14996/30541/25565</w:t>
        <w:br/>
        <w:t>f 14991/30530/25554 14988/30533/25557 15110/30652/25666</w:t>
        <w:br/>
        <w:t>f 15109/30651/25665 15146/30686/25699 15144/30688/25701</w:t>
        <w:br/>
        <w:t>f 14991/30530/25554 15111/30653/25667 15113/30654/25668</w:t>
        <w:br/>
        <w:t>f 14952/30495/25530 14943/30485/25520 14942/30484/25519</w:t>
        <w:br/>
        <w:t>f 14931/30472/25507 14933/30475/25510 14934/30474/25509</w:t>
        <w:br/>
        <w:t>f 15192/30734/25737 14931/30472/25507 14934/30474/25509</w:t>
        <w:br/>
        <w:t>f 14933/30475/25510 14968/30509/25544 14962/30504/25539</w:t>
        <w:br/>
        <w:t>f 14930/30473/25508 14931/30472/25507 15192/30734/25737</w:t>
        <w:br/>
        <w:t>f 14934/30474/25509 14936/30477/25512 15192/30734/25737</w:t>
        <w:br/>
        <w:t>f 14933/30475/25510 14962/30504/25539 14932/30476/25511</w:t>
        <w:br/>
        <w:t>f 14931/30472/25507 14968/30509/25544 14933/30475/25510</w:t>
        <w:br/>
        <w:t>f 14968/30509/25544 14931/30472/25507 14963/30505/25540</w:t>
        <w:br/>
        <w:t>f 14967/30510/25545 14968/30509/25544 14963/30505/25540</w:t>
        <w:br/>
        <w:t>f 14963/30505/25540 14953/30494/25529 14967/30510/25545</w:t>
        <w:br/>
        <w:t>f 14929/30470/25505 14963/30505/25540 14931/30472/25507</w:t>
        <w:br/>
        <w:t>f 14967/30510/25545 14953/30494/25529 14962/30504/25539</w:t>
        <w:br/>
        <w:t>f 14964/30507/25542 14955/30496/25531 14963/30505/25540</w:t>
        <w:br/>
        <w:t>f 14961/30502/25537 14952/30495/25530 14960/30503/25538</w:t>
        <w:br/>
        <w:t>f 14952/30495/25530 14942/30484/25519 14950/30493/25528</w:t>
        <w:br/>
        <w:t>f 14960/30503/25538 14952/30495/25530 14950/30493/25528</w:t>
        <w:br/>
        <w:t>f 14942/30484/25519 14913/30454/25489 14950/30493/25528</w:t>
        <w:br/>
        <w:t>f 14962/30504/25539 14952/30495/25530 14961/30502/25537</w:t>
        <w:br/>
        <w:t>f 15109/30651/25665 14988/30533/25557 14785/30330/25373</w:t>
        <w:br/>
        <w:t>f 15172/30715/25728 15171/30712/25725 15165/30705/25718</w:t>
        <w:br/>
        <w:t>f 15190/30732/25735 15172/30715/25728 15191/30733/25736</w:t>
        <w:br/>
        <w:t>f 15191/30733/25736 15165/30705/25718 15155/30695/25708</w:t>
        <w:br/>
        <w:t>f 15156/30698/25711 15191/30733/25736 15155/30695/25708</w:t>
        <w:br/>
        <w:t>f 15191/30733/25736 15172/30715/25728 15165/30705/25718</w:t>
        <w:br/>
        <w:t>f 15110/30652/25666 15144/30688/25701 15145/30687/25700</w:t>
        <w:br/>
        <w:t>f 15143/30685/25698 15110/30652/25666 15145/30687/25700</w:t>
        <w:br/>
        <w:t>f 15109/30651/25665 15144/30688/25701 15110/30652/25666</w:t>
        <w:br/>
        <w:t>f 14961/30502/25537 14951/30492/25527 14959/30500/25535</w:t>
        <w:br/>
        <w:t>f 14960/30503/25538 14950/30493/25528 14951/30492/25527</w:t>
        <w:br/>
        <w:t>f 14943/30485/25520 14910/30453/25488 14942/30484/25519</w:t>
        <w:br/>
        <w:t>f 14950/30493/25528 14913/30454/25489 14941/30483/25518</w:t>
        <w:br/>
        <w:t>f 14934/30474/25509 14932/30476/25511 14936/30477/25512</w:t>
        <w:br/>
        <w:t>f 14969/30511/25546 14970/30512/25547 14966/30508/25543</w:t>
        <w:br/>
        <w:t>f 14969/30511/25546 14966/30508/25543 14965/30506/25541</w:t>
        <w:br/>
        <w:t>f 14925/30466/25501 14969/30511/25546 14965/30506/25541</w:t>
        <w:br/>
        <w:t>f 14925/30466/25501 14965/30506/25541 14927/30468/25503</w:t>
        <w:br/>
        <w:t>f 15127/30668/25682 15128/30670/25684 15129/30672/25686</w:t>
        <w:br/>
        <w:t>f 15173/30714/25727 15127/30668/25682 15129/30672/25686</w:t>
        <w:br/>
        <w:t>f 15124/30667/25681 15127/30668/25682 15175/30717/25730</w:t>
        <w:br/>
        <w:t>f 15176/30716/25729 15124/30667/25681 15175/30717/25730</w:t>
        <w:br/>
        <w:t>f 15122/30665/25679 15124/30667/25681 15176/30716/25729</w:t>
        <w:br/>
        <w:t>f 15175/30717/25730 15127/30668/25682 15173/30714/25727</w:t>
        <w:br/>
        <w:t>f 15140/30683/25696 15150/30692/25705 15139/30681/25694</w:t>
        <w:br/>
        <w:t>f 15140/30683/25696 15139/30681/25694 15116/30657/25671</w:t>
        <w:br/>
        <w:t>f 15114/30656/25670 15140/30683/25696 15116/30657/25671</w:t>
        <w:br/>
        <w:t>f 15114/30656/25670 15115/30658/25672 14995/30534/25558</w:t>
        <w:br/>
        <w:t>f 15115/30658/25672 15073/30616/25635 14994/30535/25559</w:t>
        <w:br/>
        <w:t>f 14995/30534/25558 15115/30658/25672 14994/30535/25559</w:t>
        <w:br/>
        <w:t>f 15004/30546/25570 14994/30535/25559 15073/30616/25635</w:t>
        <w:br/>
        <w:t>f 14913/30454/25489 14910/30453/25488 14911/30452/25487</w:t>
        <w:br/>
        <w:t>f 14951/30492/25527 14941/30483/25518 14940/30482/25517</w:t>
        <w:br/>
        <w:t>f 14948/30491/25526 14951/30492/25527 14940/30482/25517</w:t>
        <w:br/>
        <w:t>f 14941/30483/25518 14915/30456/25491 14940/30482/25517</w:t>
        <w:br/>
        <w:t>f 14913/30454/25489 14912/30455/25490 14915/30456/25491</w:t>
        <w:br/>
        <w:t>f 14915/30456/25491 14914/30457/25492 14917/30458/25493</w:t>
        <w:br/>
        <w:t>f 14970/30512/25547 14957/30499/25534 14966/30508/25543</w:t>
        <w:br/>
        <w:t>f 15147/30689/25702 15156/30698/25711 15146/30686/25699</w:t>
        <w:br/>
        <w:t>f 15147/30689/25702 15157/30700/25713 15156/30698/25711</w:t>
        <w:br/>
        <w:t>f 15196/30735/25738 15195/30736/25739 15194/30737/25739</w:t>
        <w:br/>
        <w:t>f 15193/30738/25738 15196/30735/25738 15194/30737/25739</w:t>
        <w:br/>
        <w:t>f 15200/30739/25740 15199/30740/25741 15198/30741/25741</w:t>
        <w:br/>
        <w:t>f 15197/30742/25742 15200/30739/25740 15198/30741/25741</w:t>
        <w:br/>
        <w:t>f 15204/30743/25743 15203/30744/25743 15202/30745/25744</w:t>
        <w:br/>
        <w:t>f 15201/30746/25744 15204/30743/25743 15202/30745/25744</w:t>
        <w:br/>
        <w:t>f 15195/30736/25739 15206/30747/25745 15205/30748/25746</w:t>
        <w:br/>
        <w:t>f 15194/30737/25739 15195/30736/25739 15205/30748/25746</w:t>
        <w:br/>
        <w:t>f 15199/30740/25741 15208/30749/25747 15207/30750/25748</w:t>
        <w:br/>
        <w:t>f 15198/30741/25741 15199/30740/25741 15207/30750/25748</w:t>
        <w:br/>
        <w:t>f 15212/30751/25749 15211/30752/25750 15210/30753/25751</w:t>
        <w:br/>
        <w:t>f 15209/30754/25751 15212/30751/25749 15210/30753/25751</w:t>
        <w:br/>
        <w:t>f 15214/30755/25752 15213/30756/25753 15211/30752/25750</w:t>
        <w:br/>
        <w:t>f 15212/30751/25749 15214/30755/25752 15211/30752/25750</w:t>
        <w:br/>
        <w:t>f 15218/30757/25754 15217/30758/25755 15216/30759/25755</w:t>
        <w:br/>
        <w:t>f 15215/30760/25754 15218/30757/25754 15216/30759/25755</w:t>
        <w:br/>
        <w:t>f 15222/30761/25756 15221/30762/25757 15220/30763/25757</w:t>
        <w:br/>
        <w:t>f 15219/30764/25758 15222/30761/25756 15220/30763/25757</w:t>
        <w:br/>
        <w:t>f 15221/30762/25757 15213/30756/25753 15214/30755/25752</w:t>
        <w:br/>
        <w:t>f 15220/30763/25757 15221/30762/25757 15214/30755/25752</w:t>
        <w:br/>
        <w:t>f 15224/30765/25759 15222/30761/25756 15219/30764/25758</w:t>
        <w:br/>
        <w:t>f 15223/30766/25759 15224/30765/25759 15219/30764/25758</w:t>
        <w:br/>
        <w:t>f 15228/30767/25760 15227/30768/25761 15226/30769/25761</w:t>
        <w:br/>
        <w:t>f 15225/30770/25760 15228/30767/25760 15226/30769/25761</w:t>
        <w:br/>
        <w:t>f 15232/30771/25762 15231/30772/25763 15230/30773/25764</w:t>
        <w:br/>
        <w:t>f 15229/30774/25762 15232/30771/25762 15230/30773/25764</w:t>
        <w:br/>
        <w:t>f 15231/30772/25763 15234/30775/25765 15233/30776/25766</w:t>
        <w:br/>
        <w:t>f 15230/30773/25764 15231/30772/25763 15233/30776/25766</w:t>
        <w:br/>
        <w:t>f 15236/30777/25767 15232/30771/25762 15229/30774/25762</w:t>
        <w:br/>
        <w:t>f 15235/30778/25768 15236/30777/25767 15229/30774/25762</w:t>
        <w:br/>
        <w:t>f 15238/30779/25769 15237/30780/25769 15236/30777/25767</w:t>
        <w:br/>
        <w:t>f 15235/30778/25768 15238/30779/25769 15236/30777/25767</w:t>
        <w:br/>
        <w:t>f 15240/30781/25770 15239/30782/25771 15237/30780/25769</w:t>
        <w:br/>
        <w:t>f 15238/30779/25769 15240/30781/25770 15237/30780/25769</w:t>
        <w:br/>
        <w:t>f 15244/30783/25772 15243/30784/25773 15242/30785/25773</w:t>
        <w:br/>
        <w:t>f 15241/30786/25772 15244/30783/25772 15242/30785/25773</w:t>
        <w:br/>
        <w:t>f 15246/30787/25774 15244/30783/25772 15241/30786/25772</w:t>
        <w:br/>
        <w:t>f 15245/30788/25774 15246/30787/25774 15241/30786/25772</w:t>
        <w:br/>
        <w:t>f 15250/30789/25775 15249/30790/25776 15248/30791/25777</w:t>
        <w:br/>
        <w:t>f 15247/30792/25777 15250/30789/25775 15248/30791/25777</w:t>
        <w:br/>
        <w:t>f 15254/30793/25778 15253/30794/25779 15252/30795/25779</w:t>
        <w:br/>
        <w:t>f 15251/30796/25778 15254/30793/25778 15252/30795/25779</w:t>
        <w:br/>
        <w:t>f 15254/30793/25778 15251/30796/25778 15256/30797/25780</w:t>
        <w:br/>
        <w:t>f 15255/30798/25780 15254/30793/25778 15256/30797/25780</w:t>
        <w:br/>
        <w:t>f 15259/30799/25781 15258/30800/25781 15257/30801/25782</w:t>
        <w:br/>
        <w:t>f 15260/30802/25783 15259/30799/25781 15257/30801/25782</w:t>
        <w:br/>
        <w:t>f 15234/30775/25765 15262/30803/25784 15261/30804/25785</w:t>
        <w:br/>
        <w:t>f 15233/30776/25766 15234/30775/25765 15261/30804/25785</w:t>
        <w:br/>
        <w:t>f 15263/30805/25786 15262/30803/25787 15228/30767/25760</w:t>
        <w:br/>
        <w:t>f 15225/30770/25760 15263/30805/25786 15228/30767/25760</w:t>
        <w:br/>
        <w:t>f 15265/30806/25788 15249/30790/25776 15250/30789/25775</w:t>
        <w:br/>
        <w:t>f 15264/30807/25788 15265/30806/25788 15250/30789/25775</w:t>
        <w:br/>
        <w:t>f 15245/30788/25774 15247/30792/25777 15248/30791/25777</w:t>
        <w:br/>
        <w:t>f 15246/30787/25774 15245/30788/25774 15248/30791/25777</w:t>
        <w:br/>
        <w:t>f 15255/30798/25780 15256/30797/25780 15267/30808/25789</w:t>
        <w:br/>
        <w:t>f 15266/30809/25789 15255/30798/25780 15267/30808/25789</w:t>
        <w:br/>
        <w:t>f 15271/30810/25790 15270/30811/25790 15269/30812/25791</w:t>
        <w:br/>
        <w:t>f 15268/30813/25791 15271/30810/25790 15269/30812/25791</w:t>
        <w:br/>
        <w:t>f 13874/29416/24521 15270/30811/25790 15271/30810/25790</w:t>
        <w:br/>
        <w:t>f 13875/29417/24521 13874/29416/24521 15271/30810/25790</w:t>
        <w:br/>
        <w:t>f 15269/30812/25791 15266/30809/25789 15267/30808/25789</w:t>
        <w:br/>
        <w:t>f 15268/30813/25791 15269/30812/25791 15267/30808/25789</w:t>
        <w:br/>
        <w:t>f 15253/30794/25779 15265/30806/25788 15264/30807/25788</w:t>
        <w:br/>
        <w:t>f 15252/30795/25779 15253/30794/25779 15264/30807/25788</w:t>
        <w:br/>
        <w:t>f 15242/30785/25773 15243/30784/25773 15239/30782/25771</w:t>
        <w:br/>
        <w:t>f 15240/30781/25770 15242/30785/25773 15239/30782/25771</w:t>
        <w:br/>
        <w:t>f 15227/30768/25761 15216/30759/25755 15217/30758/25755</w:t>
        <w:br/>
        <w:t>f 15226/30769/25761 15227/30768/25761 15217/30758/25755</w:t>
        <w:br/>
        <w:t>f 15223/30766/25759 15273/30814/25792 15272/30815/25792</w:t>
        <w:br/>
        <w:t>f 15224/30765/25759 15223/30766/25759 15272/30815/25792</w:t>
        <w:br/>
        <w:t>f 15210/30753/25751 15200/30739/25740 15197/30742/25742</w:t>
        <w:br/>
        <w:t>f 15209/30754/25751 15210/30753/25751 15197/30742/25742</w:t>
        <w:br/>
        <w:t>f 15207/30750/25748 15208/30749/25747 15274/30816/25793</w:t>
        <w:br/>
        <w:t>f 15275/30817/25793 15207/30750/25748 15274/30816/25793</w:t>
        <w:br/>
        <w:t>f 15275/30817/25793 15274/30816/25793 15201/30746/25744</w:t>
        <w:br/>
        <w:t>f 15202/30745/25744 15275/30817/25793 15201/30746/25744</w:t>
        <w:br/>
        <w:t>f 15203/30744/25743 15204/30743/25743 15205/30748/25746</w:t>
        <w:br/>
        <w:t>f 15206/30747/25745 15203/30744/25743 15205/30748/25746</w:t>
        <w:br/>
        <w:t>f 15193/30738/25738 15277/30818/25794 15276/30819/25794</w:t>
        <w:br/>
        <w:t>f 15196/30735/25738 15193/30738/25738 15276/30819/25794</w:t>
        <w:br/>
        <w:t>f 15278/30820/25795 15260/30802/25783 15257/30801/25782</w:t>
        <w:br/>
        <w:t>f 15282/30821/25796 15281/30822/25796 15280/30823/25797</w:t>
        <w:br/>
        <w:t>f 15279/30824/25797 15282/30821/25796 15280/30823/25797</w:t>
        <w:br/>
        <w:t>f 15284/30825/25798 15258/30800/25781 15259/30799/25781</w:t>
        <w:br/>
        <w:t>f 15283/30826/25799 15284/30825/25798 15259/30799/25781</w:t>
        <w:br/>
        <w:t>f 15284/30825/25798 15283/30826/25799 15281/30822/25796</w:t>
        <w:br/>
        <w:t>f 15282/30821/25796 15284/30825/25798 15281/30822/25796</w:t>
        <w:br/>
        <w:t>f 15286/30827/25800 15285/30828/25801 15279/30824/25797</w:t>
        <w:br/>
        <w:t>f 15280/30823/25797 15286/30827/25800 15279/30824/25797</w:t>
        <w:br/>
        <w:t>f 15277/30818/25794 15285/30828/25801 15286/30827/25800</w:t>
        <w:br/>
        <w:t>f 15276/30819/25794 15277/30818/25794 15286/30827/25800</w:t>
        <w:br/>
        <w:t>f 15215/30760/25754 15272/30815/25792 15273/30814/25792</w:t>
        <w:br/>
        <w:t>f 15218/30757/25754 15215/30760/25754 15273/30814/25792</w:t>
        <w:br/>
        <w:t>f 15288/30829/25802 15287/30830/25803 13891/29435/24533</w:t>
        <w:br/>
        <w:t>f 13891/29435/24533 15287/30830/25803 15289/30831/25804</w:t>
        <w:br/>
        <w:t>f 15290/30832/25805 15288/30829/25802 13891/29435/24533</w:t>
        <w:br/>
        <w:t>f 15294/30833/25806 15293/30834/25807 15292/30835/25808</w:t>
        <w:br/>
        <w:t>f 15291/30836/25809 15294/30833/25806 15292/30835/25808</w:t>
        <w:br/>
        <w:t>f 15298/30837/25810 15297/30838/25811 15296/30839/25812</w:t>
        <w:br/>
        <w:t>f 15295/30840/25813 15298/30837/25810 15296/30839/25812</w:t>
        <w:br/>
        <w:t>f 13891/29435/24533 15300/30841/25814 15299/30842/25815</w:t>
        <w:br/>
        <w:t>f 15292/30835/25808 15302/30843/25816 15301/30844/25817</w:t>
        <w:br/>
        <w:t>f 15291/30836/25809 15292/30835/25808 15301/30844/25817</w:t>
        <w:br/>
        <w:t>f 15306/30845/25818 15305/30846/25819 15304/30847/25820</w:t>
        <w:br/>
        <w:t>f 15303/30848/25821 15306/30845/25818 15304/30847/25820</w:t>
        <w:br/>
        <w:t>f 15302/30843/25816 15307/30849/25822 15301/30844/25817</w:t>
        <w:br/>
        <w:t>f 15308/30850/25823 15298/30837/25810 15295/30840/25813</w:t>
        <w:br/>
        <w:t>f 15308/30850/25823 15310/30851/25824 15309/30852/25825</w:t>
        <w:br/>
        <w:t>f 15298/30837/25810 15308/30850/25823 15309/30852/25825</w:t>
        <w:br/>
        <w:t>f 15311/30853/25826 15307/30849/25822 15302/30843/25816</w:t>
        <w:br/>
        <w:t>f 15312/30854/25827 15311/30853/25826 15302/30843/25816</w:t>
        <w:br/>
        <w:t>f 15314/30855/25828 15313/30856/25829 15311/30853/25826</w:t>
        <w:br/>
        <w:t>f 15312/30854/25827 15314/30855/25828 15311/30853/25826</w:t>
        <w:br/>
        <w:t>f 15313/30856/25829 15314/30855/25828 15316/30857/25830</w:t>
        <w:br/>
        <w:t>f 15315/30858/25831 15313/30856/25829 15316/30857/25830</w:t>
        <w:br/>
        <w:t>f 15303/30848/25821 15318/30859/25832 15317/30860/25833</w:t>
        <w:br/>
        <w:t>f 15306/30845/25818 15303/30848/25821 15317/30860/25833</w:t>
        <w:br/>
        <w:t>f 15315/30858/25831 15316/30857/25830 15320/30861/25834</w:t>
        <w:br/>
        <w:t>f 15319/30862/25835 15315/30858/25831 15320/30861/25834</w:t>
        <w:br/>
        <w:t>f 15322/30863/25836 15319/30862/25835 15320/30861/25834</w:t>
        <w:br/>
        <w:t>f 15321/30864/25837 15322/30863/25836 15320/30861/25834</w:t>
        <w:br/>
        <w:t>f 15324/30865/25838 15322/30863/25836 15321/30864/25837</w:t>
        <w:br/>
        <w:t>f 15323/30866/25839 15324/30865/25838 15321/30864/25837</w:t>
        <w:br/>
        <w:t>f 15328/30867/25840 15327/30868/25841 15326/30869/25842</w:t>
        <w:br/>
        <w:t>f 15325/30870/25843 15328/30867/25840 15326/30869/25842</w:t>
        <w:br/>
        <w:t>f 15332/30871/25844 15331/30872/25845 15330/30873/25846</w:t>
        <w:br/>
        <w:t>f 15329/30874/25847 15332/30871/25844 15330/30873/25846</w:t>
        <w:br/>
        <w:t>f 15335/30875/25848 15334/30876/25849 15333/30877/25850</w:t>
        <w:br/>
        <w:t>f 13938/29483/24581 15335/30875/25848 15333/30877/25850</w:t>
        <w:br/>
        <w:t>f 15334/30876/25849 15336/30878/25851 15333/30877/25850</w:t>
        <w:br/>
        <w:t>f 15330/30873/25846 15331/30872/25845 15336/30878/25851</w:t>
        <w:br/>
        <w:t>f 15334/30876/25849 15330/30873/25846 15336/30878/25851</w:t>
        <w:br/>
        <w:t>f 15338/30879/25852 15328/30867/25840 15325/30870/25843</w:t>
        <w:br/>
        <w:t>f 15337/30880/25853 15338/30879/25852 15325/30870/25843</w:t>
        <w:br/>
        <w:t>f 15342/30881/25854 15341/30882/25855 15340/30883/25856</w:t>
        <w:br/>
        <w:t>f 15339/30884/25857 15342/30881/25854 15340/30883/25856</w:t>
        <w:br/>
        <w:t>f 15344/30885/25858 15343/30886/25859 15341/30882/25855</w:t>
        <w:br/>
        <w:t>f 15342/30881/25854 15344/30885/25858 15341/30882/25855</w:t>
        <w:br/>
        <w:t>f 15339/30884/25857 15340/30883/25856 15346/30887/25860</w:t>
        <w:br/>
        <w:t>f 15345/30888/25861 15339/30884/25857 15346/30887/25860</w:t>
        <w:br/>
        <w:t>f 15323/30866/25839 15343/30886/25859 15344/30885/25858</w:t>
        <w:br/>
        <w:t>f 15324/30865/25838 15323/30866/25839 15344/30885/25858</w:t>
        <w:br/>
        <w:t>f 15337/30880/25853 15348/30889/25862 15347/30890/25863</w:t>
        <w:br/>
        <w:t>f 15338/30879/25852 15337/30880/25853 15347/30890/25863</w:t>
        <w:br/>
        <w:t>f 15350/30891/25864 15349/30892/25865 15345/30888/25861</w:t>
        <w:br/>
        <w:t>f 15346/30887/25860 15350/30891/25864 15345/30888/25861</w:t>
        <w:br/>
        <w:t>f 15349/30892/25865 15350/30891/25864 15352/30893/25866</w:t>
        <w:br/>
        <w:t>f 15351/30894/25867 15349/30892/25865 15352/30893/25866</w:t>
        <w:br/>
        <w:t>f 15351/30894/25867 15352/30893/25866 15354/30895/25868</w:t>
        <w:br/>
        <w:t>f 15353/30896/25869 15351/30894/25867 15354/30895/25868</w:t>
        <w:br/>
        <w:t>f 15358/30897/25870 15357/30898/25871 15356/30899/25872</w:t>
        <w:br/>
        <w:t>f 15355/30900/25873 15358/30897/25870 15356/30899/25872</w:t>
        <w:br/>
        <w:t>f 15360/30901/25874 15359/30902/25875 15355/30900/25873</w:t>
        <w:br/>
        <w:t>f 15356/30899/25872 15360/30901/25874 15355/30900/25873</w:t>
        <w:br/>
        <w:t>f 15362/30903/25876 15361/30904/25877 13891/29435/24533</w:t>
        <w:br/>
        <w:t>f 15353/30896/25869 15354/30895/25868 15364/30905/25878</w:t>
        <w:br/>
        <w:t>f 15363/30906/25879 15353/30896/25869 15364/30905/25878</w:t>
        <w:br/>
        <w:t>f 15366/30907/25880 15365/30908/25881 15363/30906/25879</w:t>
        <w:br/>
        <w:t>f 15364/30905/25878 15366/30907/25880 15363/30906/25879</w:t>
        <w:br/>
        <w:t>f 15367/30909/25882 15362/30903/25876 13891/29435/24533</w:t>
        <w:br/>
        <w:t>f 15371/30910/25883 15370/30911/25884 15369/30912/25885</w:t>
        <w:br/>
        <w:t>f 15368/30913/25886 15371/30910/25883 15369/30912/25885</w:t>
        <w:br/>
        <w:t>f 15373/30914/25887 15372/30915/25888 15365/30908/25881</w:t>
        <w:br/>
        <w:t>f 15366/30907/25880 15373/30914/25887 15365/30908/25881</w:t>
        <w:br/>
        <w:t>f 15377/30916/25889 15376/30917/25890 15375/30918/25891</w:t>
        <w:br/>
        <w:t>f 15374/30919/25892 15377/30916/25889 15375/30918/25891</w:t>
        <w:br/>
        <w:t>f 15379/30920/25893 15374/30919/25892 15375/30918/25891</w:t>
        <w:br/>
        <w:t>f 15378/30921/25894 15379/30920/25893 15375/30918/25891</w:t>
        <w:br/>
        <w:t>f 15381/30922/25895 15379/30920/25893 15378/30921/25894</w:t>
        <w:br/>
        <w:t>f 15380/30923/25896 15381/30922/25895 15378/30921/25894</w:t>
        <w:br/>
        <w:t>f 15383/30924/25897 15381/30922/25895 15380/30923/25896</w:t>
        <w:br/>
        <w:t>f 15382/30925/25898 15383/30924/25897 15380/30923/25896</w:t>
        <w:br/>
        <w:t>f 13891/29435/24533 15385/30926/25899 15384/30927/25900</w:t>
        <w:br/>
        <w:t>f 15388/30928/25901 15387/30929/25902 15386/30930/25903</w:t>
        <w:br/>
        <w:t>f 15390/30931/25904 15382/30925/25898 13997/29537/24635</w:t>
        <w:br/>
        <w:t>f 15389/30932/24637 15390/30931/25904 13997/29537/24635</w:t>
        <w:br/>
        <w:t>f 15382/30925/25898 15390/30931/25904 15383/30924/25897</w:t>
        <w:br/>
        <w:t>f 15392/30933/25905 13998/29543/24641 13999/29542/24640</w:t>
        <w:br/>
        <w:t>f 15391/30934/25906 15392/30933/25905 13999/29542/24640</w:t>
        <w:br/>
        <w:t>f 13891/29435/24533 15289/30831/25804 14002/29544/24642</w:t>
        <w:br/>
        <w:t>f 15394/30935/25907 15393/30936/25908 13891/29435/24533</w:t>
        <w:br/>
        <w:t>f 13891/29435/24533 15384/30927/25900 15367/30909/25882</w:t>
        <w:br/>
        <w:t>f 15385/30926/25899 13891/29435/24533 15395/30937/25909</w:t>
        <w:br/>
        <w:t>f 15395/30937/25909 13891/29435/24533 14006/29548/24646</w:t>
        <w:br/>
        <w:t>f 13891/29435/24533 15299/30842/25815 15290/30832/25805</w:t>
        <w:br/>
        <w:t>f 13891/29435/24533 15397/30938/25910 15396/30939/25911</w:t>
        <w:br/>
        <w:t>f 15398/30940/25912 15397/30938/25910 13891/29435/24533</w:t>
        <w:br/>
        <w:t>f 15401/30941/25913 15400/30942/25914 15399/30943/25915</w:t>
        <w:br/>
        <w:t>f 15402/30944/25916 15401/30941/25913 15399/30943/25915</w:t>
        <w:br/>
        <w:t>f 15404/30945/25917 15401/30941/25913 15402/30944/25916</w:t>
        <w:br/>
        <w:t>f 15403/30946/25918 15404/30945/25917 15402/30944/25916</w:t>
        <w:br/>
        <w:t>f 15406/30947/25919 15304/30847/25820 15305/30846/25819</w:t>
        <w:br/>
        <w:t>f 15405/30948/25920 15406/30947/25919 15305/30846/25819</w:t>
        <w:br/>
        <w:t>f 15400/30942/25914 15406/30947/25919 15405/30948/25920</w:t>
        <w:br/>
        <w:t>f 15399/30943/25915 15400/30942/25914 15405/30948/25920</w:t>
        <w:br/>
        <w:t>f 13891/29435/24533 15393/30936/25908 15300/30841/25814</w:t>
        <w:br/>
        <w:t>f 15394/30935/25907 13891/29435/24533 15407/30949/25921</w:t>
        <w:br/>
        <w:t>f 15408/30950/25922 15407/30949/25921 13891/29435/24533</w:t>
        <w:br/>
        <w:t>f 15358/30897/25870 15347/30890/25863 15348/30889/25862</w:t>
        <w:br/>
        <w:t>f 15357/30898/25871 15358/30897/25870 15348/30889/25862</w:t>
        <w:br/>
        <w:t>f 13891/29435/24533 15396/30939/25911 15408/30950/25922</w:t>
        <w:br/>
        <w:t>f 13891/29435/24533 15361/30904/25877 15398/30940/25912</w:t>
        <w:br/>
        <w:t>f 15360/30901/25874 15410/30951/25923 15409/30952/25924</w:t>
        <w:br/>
        <w:t>f 15359/30902/25875 15360/30901/25874 15409/30952/25924</w:t>
        <w:br/>
        <w:t>f 15370/30911/25884 15409/30952/25924 15410/30951/25923</w:t>
        <w:br/>
        <w:t>f 15369/30912/25885 15370/30911/25884 15410/30951/25923</w:t>
        <w:br/>
        <w:t>f 15412/30953/25925 15411/30954/25926 15388/30928/25901</w:t>
        <w:br/>
        <w:t>f 15368/30913/25886 15412/30953/25925 15388/30928/25901</w:t>
        <w:br/>
        <w:t>f 15391/30934/25906 15411/30954/25926 15412/30953/25925</w:t>
        <w:br/>
        <w:t>f 15392/30933/25905 15391/30934/25906 15412/30953/25925</w:t>
        <w:br/>
        <w:t>f 15413/30955/25927 15404/30945/25917 15403/30946/25918</w:t>
        <w:br/>
        <w:t>f 14024/29567/24665 15413/30955/25927 15403/30946/25918</w:t>
        <w:br/>
        <w:t>f 15327/30868/25841 15317/30860/25833 15318/30859/25832</w:t>
        <w:br/>
        <w:t>f 15326/30869/25842 15327/30868/25841 15318/30859/25832</w:t>
        <w:br/>
        <w:t>f 15399/30943/25915 15405/30948/25920 15415/30956/25928</w:t>
        <w:br/>
        <w:t>f 15414/30957/25929 15399/30943/25915 15415/30956/25928</w:t>
        <w:br/>
        <w:t>f 15417/30958/25930 15416/30959/25931 15405/30948/25920</w:t>
        <w:br/>
        <w:t>f 15305/30846/25819 15417/30958/25930 15405/30948/25920</w:t>
        <w:br/>
        <w:t>f 15305/30846/25819 15306/30845/25818 15418/30960/25932</w:t>
        <w:br/>
        <w:t>f 15417/30958/25930 15305/30846/25819 15418/30960/25932</w:t>
        <w:br/>
        <w:t>f 15306/30845/25818 15317/30860/25833 15419/30961/25933</w:t>
        <w:br/>
        <w:t>f 15418/30960/25932 15306/30845/25818 15419/30961/25933</w:t>
        <w:br/>
        <w:t>f 15317/30860/25833 15327/30868/25841 15420/30962/25934</w:t>
        <w:br/>
        <w:t>f 15419/30961/25933 15317/30860/25833 15420/30962/25934</w:t>
        <w:br/>
        <w:t>f 15421/30963/25935 15420/30962/25934 15327/30868/25841</w:t>
        <w:br/>
        <w:t>f 15328/30867/25840 15421/30963/25935 15327/30868/25841</w:t>
        <w:br/>
        <w:t>f 15422/30964/25936 15421/30963/25935 15328/30867/25840</w:t>
        <w:br/>
        <w:t>f 15338/30879/25852 15422/30964/25936 15328/30867/25840</w:t>
        <w:br/>
        <w:t>f 15338/30879/25852 15347/30890/25863 15423/30965/25937</w:t>
        <w:br/>
        <w:t>f 15422/30964/25936 15338/30879/25852 15423/30965/25937</w:t>
        <w:br/>
        <w:t>f 15347/30890/25863 15358/30897/25870 15424/30966/25938</w:t>
        <w:br/>
        <w:t>f 15423/30965/25937 15347/30890/25863 15424/30966/25938</w:t>
        <w:br/>
        <w:t>f 15424/30966/25938 15358/30897/25870 15355/30900/25873</w:t>
        <w:br/>
        <w:t>f 15425/30967/25939 15424/30966/25938 15355/30900/25873</w:t>
        <w:br/>
        <w:t>f 15359/30902/25875 15426/30968/25940 15425/30967/25939</w:t>
        <w:br/>
        <w:t>f 15355/30900/25873 15359/30902/25875 15425/30967/25939</w:t>
        <w:br/>
        <w:t>f 15409/30952/25924 15427/30969/25941 15426/30968/25940</w:t>
        <w:br/>
        <w:t>f 15359/30902/25875 15409/30952/25924 15426/30968/25940</w:t>
        <w:br/>
        <w:t>f 15428/30970/25942 15427/30969/25941 15409/30952/25924</w:t>
        <w:br/>
        <w:t>f 15370/30911/25884 15428/30970/25942 15409/30952/25924</w:t>
        <w:br/>
        <w:t>f 15370/30911/25884 15371/30910/25883 15429/30971/25943</w:t>
        <w:br/>
        <w:t>f 15428/30970/25942 15370/30911/25884 15429/30971/25943</w:t>
        <w:br/>
        <w:t>f 15388/30928/25901 15431/30972/25944 15430/30973/25945</w:t>
        <w:br/>
        <w:t>f 15387/30929/25902 15388/30928/25901 15430/30973/25945</w:t>
        <w:br/>
        <w:t>f 15432/30974/25946 15431/30972/25944 15388/30928/25901</w:t>
        <w:br/>
        <w:t>f 15411/30954/25926 15432/30974/25946 15388/30928/25901</w:t>
        <w:br/>
        <w:t>f 15411/30954/25926 15433/30975/25947 15432/30974/25946</w:t>
        <w:br/>
        <w:t>f 15391/30934/25906 15434/30976/25948 15433/30975/25947</w:t>
        <w:br/>
        <w:t>f 15411/30954/25926 15391/30934/25906 15433/30975/25947</w:t>
        <w:br/>
        <w:t>f 13999/29542/24640 14047/29589/24687 15434/30976/25948</w:t>
        <w:br/>
        <w:t>f 15391/30934/25906 13999/29542/24640 15434/30976/25948</w:t>
        <w:br/>
        <w:t>f 15435/30977/25949 14049/29590/24688 14024/29567/24665</w:t>
        <w:br/>
        <w:t>f 15403/30946/25918 15435/30977/25949 14024/29567/24665</w:t>
        <w:br/>
        <w:t>f 15403/30946/25918 15436/30978/25950 15435/30977/25949</w:t>
        <w:br/>
        <w:t>f 15402/30944/25916 15437/30979/25951 15436/30978/25950</w:t>
        <w:br/>
        <w:t>f 15403/30946/25918 15402/30944/25916 15436/30978/25950</w:t>
        <w:br/>
        <w:t>f 15414/30957/25929 15437/30979/25951 15402/30944/25916</w:t>
        <w:br/>
        <w:t>f 15399/30943/25915 15414/30957/25929 15402/30944/25916</w:t>
        <w:br/>
        <w:t>f 14047/29589/24687 13997/29537/24635 15382/30925/25898</w:t>
        <w:br/>
        <w:t>f 15434/30976/25948 14047/29589/24687 15382/30925/25898</w:t>
        <w:br/>
        <w:t>f 15433/30975/25947 15434/30976/25948 15382/30925/25898</w:t>
        <w:br/>
        <w:t>f 15380/30923/25896 15433/30975/25947 15382/30925/25898</w:t>
        <w:br/>
        <w:t>f 15380/30923/25896 15378/30921/25894 15432/30974/25946</w:t>
        <w:br/>
        <w:t>f 15433/30975/25947 15380/30923/25896 15432/30974/25946</w:t>
        <w:br/>
        <w:t>f 15378/30921/25894 15375/30918/25891 15431/30972/25944</w:t>
        <w:br/>
        <w:t>f 15432/30974/25946 15378/30921/25894 15431/30972/25944</w:t>
        <w:br/>
        <w:t>f 15376/30917/25890 15430/30973/25945 15431/30972/25944</w:t>
        <w:br/>
        <w:t>f 15375/30918/25891 15376/30917/25890 15431/30972/25944</w:t>
        <w:br/>
        <w:t>f 15366/30907/25880 15428/30970/25942 15429/30971/25943</w:t>
        <w:br/>
        <w:t>f 15373/30914/25887 15366/30907/25880 15429/30971/25943</w:t>
        <w:br/>
        <w:t>f 15428/30970/25942 15366/30907/25880 15364/30905/25878</w:t>
        <w:br/>
        <w:t>f 15427/30969/25941 15428/30970/25942 15364/30905/25878</w:t>
        <w:br/>
        <w:t>f 15427/30969/25941 15364/30905/25878 15354/30895/25868</w:t>
        <w:br/>
        <w:t>f 15426/30968/25940 15427/30969/25941 15354/30895/25868</w:t>
        <w:br/>
        <w:t>f 15352/30893/25866 15425/30967/25939 15426/30968/25940</w:t>
        <w:br/>
        <w:t>f 15354/30895/25868 15352/30893/25866 15426/30968/25940</w:t>
        <w:br/>
        <w:t>f 15425/30967/25939 15352/30893/25866 15350/30891/25864</w:t>
        <w:br/>
        <w:t>f 15424/30966/25938 15425/30967/25939 15350/30891/25864</w:t>
        <w:br/>
        <w:t>f 15346/30887/25860 15424/30966/25938 15350/30891/25864</w:t>
        <w:br/>
        <w:t>f 15340/30883/25856 15423/30965/25937 15424/30966/25938</w:t>
        <w:br/>
        <w:t>f 15346/30887/25860 15340/30883/25856 15424/30966/25938</w:t>
        <w:br/>
        <w:t>f 15423/30965/25937 15340/30883/25856 15341/30882/25855</w:t>
        <w:br/>
        <w:t>f 15343/30886/25859 15422/30964/25936 15423/30965/25937</w:t>
        <w:br/>
        <w:t>f 15341/30882/25855 15343/30886/25859 15423/30965/25937</w:t>
        <w:br/>
        <w:t>f 15422/30964/25936 15343/30886/25859 15323/30866/25839</w:t>
        <w:br/>
        <w:t>f 15323/30866/25839 15321/30864/25837 15421/30963/25935</w:t>
        <w:br/>
        <w:t>f 15422/30964/25936 15323/30866/25839 15421/30963/25935</w:t>
        <w:br/>
        <w:t>f 15421/30963/25935 15321/30864/25837 15320/30861/25834</w:t>
        <w:br/>
        <w:t>f 15421/30963/25935 15320/30861/25834 15316/30857/25830</w:t>
        <w:br/>
        <w:t>f 15420/30962/25934 15421/30963/25935 15316/30857/25830</w:t>
        <w:br/>
        <w:t>f 15420/30962/25934 15316/30857/25830 15314/30855/25828</w:t>
        <w:br/>
        <w:t>f 15419/30961/25933 15420/30962/25934 15314/30855/25828</w:t>
        <w:br/>
        <w:t>f 15312/30854/25827 15419/30961/25933 15314/30855/25828</w:t>
        <w:br/>
        <w:t>f 15312/30854/25827 15302/30843/25816 15418/30960/25932</w:t>
        <w:br/>
        <w:t>f 15419/30961/25933 15312/30854/25827 15418/30960/25932</w:t>
        <w:br/>
        <w:t>f 15417/30958/25930 15418/30960/25932 15302/30843/25816</w:t>
        <w:br/>
        <w:t>f 15292/30835/25808 15417/30958/25930 15302/30843/25816</w:t>
        <w:br/>
        <w:t>f 15417/30958/25930 15292/30835/25808 15293/30834/25807</w:t>
        <w:br/>
        <w:t>f 15416/30959/25931 15417/30958/25930 15293/30834/25807</w:t>
        <w:br/>
        <w:t>f 15297/30838/25811 15298/30837/25810 15414/30957/25929</w:t>
        <w:br/>
        <w:t>f 15415/30956/25928 15297/30838/25811 15414/30957/25929</w:t>
        <w:br/>
        <w:t>f 15298/30837/25810 15309/30852/25825 15437/30979/25951</w:t>
        <w:br/>
        <w:t>f 15414/30957/25929 15298/30837/25810 15437/30979/25951</w:t>
        <w:br/>
        <w:t>f 15436/30978/25950 15437/30979/25951 15329/30874/25847</w:t>
        <w:br/>
        <w:t>f 15330/30873/25846 15436/30978/25950 15329/30874/25847</w:t>
        <w:br/>
        <w:t>f 15435/30977/25949 15436/30978/25950 15330/30873/25846</w:t>
        <w:br/>
        <w:t>f 15334/30876/25849 15435/30977/25949 15330/30873/25846</w:t>
        <w:br/>
        <w:t>f 14049/29590/24688 15435/30977/25949 15334/30876/25849</w:t>
        <w:br/>
        <w:t>f 15335/30875/25848 14049/29590/24688 15334/30876/25849</w:t>
        <w:br/>
        <w:t>f 15441/30980/25952 15440/30981/25953 15439/30982/25953</w:t>
        <w:br/>
        <w:t>f 15438/30983/25952 15441/30980/25952 15439/30982/25953</w:t>
        <w:br/>
        <w:t>f 15443/30984/25954 15442/30985/25954 15439/30982/25953</w:t>
        <w:br/>
        <w:t>f 15440/30981/25953 15443/30984/25954 15439/30982/25953</w:t>
        <w:br/>
        <w:t>f 15441/30980/25952 15438/30983/25952 15445/30986/25955</w:t>
        <w:br/>
        <w:t>f 15444/30987/25955 15441/30980/25952 15445/30986/25955</w:t>
        <w:br/>
        <w:t>f 15444/30987/25955 15445/30986/25955 15447/30988/25956</w:t>
        <w:br/>
        <w:t>f 15446/30989/25956 15444/30987/25955 15447/30988/25956</w:t>
        <w:br/>
        <w:t>f 15442/30985/25954 15443/30984/25954 15449/30990/25957</w:t>
        <w:br/>
        <w:t>f 15448/30991/25957 15442/30985/25954 15449/30990/25957</w:t>
        <w:br/>
        <w:t>f 15448/30991/25957 15449/30990/25957 15451/30992/25958</w:t>
        <w:br/>
        <w:t>f 15450/30993/25958 15448/30991/25957 15451/30992/25958</w:t>
        <w:br/>
        <w:t>f 15446/30989/25956 15447/30988/25956 15453/30994/25959</w:t>
        <w:br/>
        <w:t>f 15452/30995/25959 15446/30989/25956 15453/30994/25959</w:t>
        <w:br/>
        <w:t>f 15453/30994/25959 15455/30996/25960 15454/30997/25961</w:t>
        <w:br/>
        <w:t>f 15452/30995/25959 15453/30994/25959 15454/30997/25961</w:t>
        <w:br/>
        <w:t>f 15455/30996/25960 15457/30998/25962 15456/30999/25962</w:t>
        <w:br/>
        <w:t>f 15454/30997/25961 15455/30996/25960 15456/30999/25962</w:t>
        <w:br/>
        <w:t>f 15459/31000/25963 15456/30999/25962 15457/30998/25962</w:t>
        <w:br/>
        <w:t>f 15458/31001/25963 15459/31000/25963 15457/30998/25962</w:t>
        <w:br/>
        <w:t>f 15461/31002/25964 15460/31003/25964 15459/31000/25963</w:t>
        <w:br/>
        <w:t>f 15458/31001/25963 15461/31002/25964 15459/31000/25963</w:t>
        <w:br/>
        <w:t>f 15463/31004/25965 15462/31005/25965 15460/31003/25964</w:t>
        <w:br/>
        <w:t>f 15461/31002/25964 15463/31004/25965 15460/31003/25964</w:t>
        <w:br/>
        <w:t>f 15451/30992/25958 15465/31006/25966 15464/31007/25966</w:t>
        <w:br/>
        <w:t>f 15450/30993/25958 15451/30992/25958 15464/31007/25966</w:t>
        <w:br/>
        <w:t>f 15467/31008/25967 15466/31009/25967 14169/29712/24797</w:t>
        <w:br/>
        <w:t>f 14170/29711/24796 15467/31008/25967 14169/29712/24797</w:t>
        <w:br/>
        <w:t>f 15466/31009/25967 15467/31008/25967 15469/31010/25968</w:t>
        <w:br/>
        <w:t>f 15468/31011/25968 15466/31009/25967 15469/31010/25968</w:t>
        <w:br/>
        <w:t>f 15465/31006/25966 15468/31011/25968 15469/31010/25968</w:t>
        <w:br/>
        <w:t>f 15464/31007/25966 15465/31006/25966 15469/31010/25968</w:t>
        <w:br/>
        <w:t>f 15473/31012/25969 15472/31013/25970 15471/31014/25971</w:t>
        <w:br/>
        <w:t>f 15470/31015/25972 15473/31012/25969 15471/31014/25971</w:t>
        <w:br/>
        <w:t>f 15471/31014/25971 15472/31013/25970 15475/31016/25973</w:t>
        <w:br/>
        <w:t>f 15474/31017/25973 15471/31014/25971 15475/31016/25973</w:t>
        <w:br/>
        <w:t>f 15477/31018/25974 15473/31012/25969 15470/31015/25972</w:t>
        <w:br/>
        <w:t>f 15476/31019/25974 15477/31018/25974 15470/31015/25972</w:t>
        <w:br/>
        <w:t>f 15475/31016/25973 15462/31005/25965 15463/31004/25965</w:t>
        <w:br/>
        <w:t>f 15474/31017/25973 15475/31016/25973 15463/31004/25965</w:t>
        <w:br/>
        <w:t>f 15477/31018/25974 15476/31019/25974 15479/31020/25975</w:t>
        <w:br/>
        <w:t>f 15478/31021/25975 15477/31018/25974 15479/31020/25975</w:t>
        <w:br/>
        <w:t>f 15478/31021/25975 15479/31020/25975 15481/31022/25976</w:t>
        <w:br/>
        <w:t>f 15480/31023/25976 15478/31021/25975 15481/31022/25976</w:t>
        <w:br/>
        <w:t>f 15481/31022/25976 15483/31024/25977 15482/31025/25978</w:t>
        <w:br/>
        <w:t>f 15480/31023/25976 15481/31022/25976 15482/31025/25978</w:t>
        <w:br/>
        <w:t>f 15483/31024/25977 15485/31026/25979 15484/31027/25980</w:t>
        <w:br/>
        <w:t>f 15482/31025/25978 15483/31024/25977 15484/31027/25980</w:t>
        <w:br/>
        <w:t>f 15487/31028/25981 15484/31027/25980 15485/31026/25979</w:t>
        <w:br/>
        <w:t>f 15486/31029/25982 15487/31028/25981 15485/31026/25979</w:t>
        <w:br/>
        <w:t>f 15486/31029/25982 15489/31030/25983 15488/31031/25984</w:t>
        <w:br/>
        <w:t>f 15487/31028/25981 15486/31029/25982 15488/31031/25984</w:t>
        <w:br/>
        <w:t>f 15491/31032/25985 15490/31033/25985 15488/31031/25984</w:t>
        <w:br/>
        <w:t>f 15489/31030/25983 15491/31032/25985 15488/31031/25984</w:t>
        <w:br/>
        <w:t>f 15493/31034/25986 15492/31035/25986 15490/31033/25985</w:t>
        <w:br/>
        <w:t>f 15491/31032/25985 15493/31034/25986 15490/31033/25985</w:t>
        <w:br/>
        <w:t>f 15495/31036/25987 15492/31035/25986 15493/31034/25986</w:t>
        <w:br/>
        <w:t>f 15494/31037/25988 15495/31036/25987 15493/31034/25986</w:t>
        <w:br/>
        <w:t>f 15497/31038/25989 15496/31039/25990 15495/31036/25987</w:t>
        <w:br/>
        <w:t>f 15494/31037/25988 15497/31038/25989 15495/31036/25987</w:t>
        <w:br/>
        <w:t>f 15499/31040/25991 14202/29747/24820 14203/29746/24820</w:t>
        <w:br/>
        <w:t>f 15498/31041/25991 15499/31040/25991 14203/29746/24820</w:t>
        <w:br/>
        <w:t>f 15498/31041/25991 15496/31039/25990 15497/31038/25989</w:t>
        <w:br/>
        <w:t>f 15499/31040/25991 15498/31041/25991 15497/31038/25989</w:t>
        <w:br/>
        <w:t>f 15503/31042/25992 15502/31043/25993 15501/31044/25994</w:t>
        <w:br/>
        <w:t>f 15500/31045/25995 15503/31042/25992 15501/31044/25994</w:t>
        <w:br/>
        <w:t>f 15504/31046/25996 13630/29172/24308 13627/29171/24307</w:t>
        <w:br/>
        <w:t>f 15505/31047/25997 15504/31046/25996 13627/29171/24307</w:t>
        <w:br/>
        <w:t>f 15509/31048/25998 15508/31049/25999 15507/31050/26000</w:t>
        <w:br/>
        <w:t>f 15506/31051/26001 15509/31048/25998 15507/31050/26000</w:t>
        <w:br/>
        <w:t>f 15513/31052/26002 15512/31053/26003 15511/31054/26004</w:t>
        <w:br/>
        <w:t>f 15510/31055/26005 15513/31052/26002 15511/31054/26004</w:t>
        <w:br/>
        <w:t>f 15517/31056/26006 15516/31057/26007 15515/31058/26008</w:t>
        <w:br/>
        <w:t>f 15514/31059/26009 15517/31056/26006 15515/31058/26008</w:t>
        <w:br/>
        <w:t>f 15521/31060/26010 15520/31061/26011 15519/31062/26012</w:t>
        <w:br/>
        <w:t>f 15518/31063/26013 15521/31060/26010 15519/31062/26012</w:t>
        <w:br/>
        <w:t>f 15523/31064/26014 15519/31062/26012 15520/31061/26011</w:t>
        <w:br/>
        <w:t>f 15522/31065/26015 15523/31064/26014 15520/31061/26011</w:t>
        <w:br/>
        <w:t>f 15526/31066/26016 15525/31067/26017 15521/31060/26010</w:t>
        <w:br/>
        <w:t>f 15524/31068/26018 15526/31066/26016 15521/31060/26010</w:t>
        <w:br/>
        <w:t>f 15530/31069/26019 15529/31070/26020 15528/31071/26021</w:t>
        <w:br/>
        <w:t>f 15527/31072/26022 15530/31069/26019 15528/31071/26021</w:t>
        <w:br/>
        <w:t>f 15533/31073/26023 15532/31074/26024 15531/31075/26025</w:t>
        <w:br/>
        <w:t>f 15533/31073/26023 15531/31075/26025 15535/31076/26026</w:t>
        <w:br/>
        <w:t>f 15534/31077/26027 15533/31073/26023 15535/31076/26026</w:t>
        <w:br/>
        <w:t>f 15539/31078/26028 15538/31079/26029 15537/31080/26030</w:t>
        <w:br/>
        <w:t>f 15536/31081/26031 15539/31078/26028 15537/31080/26030</w:t>
        <w:br/>
        <w:t>f 15541/31082/26032 15540/31083/26033 15503/31042/25992</w:t>
        <w:br/>
        <w:t>f 15543/31084/26034 15542/31085/26035 15540/31083/26033</w:t>
        <w:br/>
        <w:t>f 15543/31084/26034 15544/31086/26036 15542/31085/26035</w:t>
        <w:br/>
        <w:t>f 15543/31084/26034 15546/31087/26037 15545/31088/26038</w:t>
        <w:br/>
        <w:t>f 15544/31086/26036 15543/31084/26034 15545/31088/26038</w:t>
        <w:br/>
        <w:t>f 15549/31089/26039 15522/31065/26015 15548/31090/26040</w:t>
        <w:br/>
        <w:t>f 15547/31091/26041 15549/31089/26039 15548/31090/26040</w:t>
        <w:br/>
        <w:t>f 15548/31090/26040 15550/31092/26042 15544/31086/26036</w:t>
        <w:br/>
        <w:t>f 15545/31088/26038 15548/31090/26040 15544/31086/26036</w:t>
        <w:br/>
        <w:t>f 15553/31093/26043 15552/31094/26044 15515/31058/26008</w:t>
        <w:br/>
        <w:t>f 15551/31095/26045 15553/31093/26043 15515/31058/26008</w:t>
        <w:br/>
        <w:t>f 15554/31096/26046 15545/31088/26038 15546/31087/26037</w:t>
        <w:br/>
        <w:t>f 15541/31082/26032 15503/31042/25992 15500/31045/25995</w:t>
        <w:br/>
        <w:t>f 15556/31097/26047 15555/31098/26048 15528/31071/26021</w:t>
        <w:br/>
        <w:t>f 15502/31043/25993 15556/31097/26047 15528/31071/26021</w:t>
        <w:br/>
        <w:t>f 15560/31099/26049 15559/31100/26050 15558/31101/26051</w:t>
        <w:br/>
        <w:t>f 15557/31102/26052 15560/31099/26049 15558/31101/26051</w:t>
        <w:br/>
        <w:t>f 15504/31046/25996 15505/31047/25997 15531/31075/26025</w:t>
        <w:br/>
        <w:t>f 15561/31103/26053 15504/31046/25996 15531/31075/26025</w:t>
        <w:br/>
        <w:t>f 15531/31075/26025 15532/31074/26024 15561/31103/26053</w:t>
        <w:br/>
        <w:t>f 15534/31077/26027 15535/31076/26026 15536/31081/26031</w:t>
        <w:br/>
        <w:t>f 15537/31080/26030 15534/31077/26027 15536/31081/26031</w:t>
        <w:br/>
        <w:t>f 15539/31078/26028 15563/31104/26054 15562/31105/26055</w:t>
        <w:br/>
        <w:t>f 15538/31079/26029 15539/31078/26028 15562/31105/26055</w:t>
        <w:br/>
        <w:t>f 15564/31106/26056 15562/31105/26055 15563/31104/26054</w:t>
        <w:br/>
        <w:t>f 15565/31107/26057 15564/31106/26056 15563/31104/26054</w:t>
        <w:br/>
        <w:t>f 15567/31108/26058 13645/29190/24326 13646/29189/24325</w:t>
        <w:br/>
        <w:t>f 15566/31109/26059 15567/31108/26058 13646/29189/24325</w:t>
        <w:br/>
        <w:t>f 15567/31108/26058 15566/31109/26059 15569/31110/26060</w:t>
        <w:br/>
        <w:t>f 15568/31111/26061 15567/31108/26058 15569/31110/26060</w:t>
        <w:br/>
        <w:t>f 15569/31110/26060 15571/31112/26062 15570/31113/26063</w:t>
        <w:br/>
        <w:t>f 15568/31111/26061 15569/31110/26060 15570/31113/26063</w:t>
        <w:br/>
        <w:t>f 15571/31112/26062 15573/31114/26064 15572/31115/26065</w:t>
        <w:br/>
        <w:t>f 15570/31113/26063 15571/31112/26062 15572/31115/26065</w:t>
        <w:br/>
        <w:t>f 15573/31114/26064 15575/31116/26066 15574/31117/26067</w:t>
        <w:br/>
        <w:t>f 15572/31115/26065 15573/31114/26064 15574/31117/26067</w:t>
        <w:br/>
        <w:t>f 15575/31116/26066 15577/31118/26068 15576/31119/26069</w:t>
        <w:br/>
        <w:t>f 15574/31117/26067 15575/31116/26066 15576/31119/26069</w:t>
        <w:br/>
        <w:t>f 15579/31120/26070 15576/31119/26069 15577/31118/26068</w:t>
        <w:br/>
        <w:t>f 15578/31121/26071 15579/31120/26070 15577/31118/26068</w:t>
        <w:br/>
        <w:t>f 15581/31122/26072 15579/31120/26070 15578/31121/26071</w:t>
        <w:br/>
        <w:t>f 15580/31123/26073 15581/31122/26072 15578/31121/26071</w:t>
        <w:br/>
        <w:t>f 15580/31123/26073 15583/31124/26074 15582/31125/26075</w:t>
        <w:br/>
        <w:t>f 15581/31122/26072 15580/31123/26073 15582/31125/26075</w:t>
        <w:br/>
        <w:t>f 15583/31124/26074 15585/31126/26076 15584/31127/26077</w:t>
        <w:br/>
        <w:t>f 15582/31125/26075 15583/31124/26074 15584/31127/26077</w:t>
        <w:br/>
        <w:t>f 15588/31128/26078 15587/31129/26079 15586/31130/26080</w:t>
        <w:br/>
        <w:t>f 15560/31099/26049 15591/31131/26081 15590/31132/24474</w:t>
        <w:br/>
        <w:t>f 15589/31133/25639 15560/31099/26049 15590/31132/24474</w:t>
        <w:br/>
        <w:t>f 15591/31131/26081 15560/31099/26049 15557/31102/26052</w:t>
        <w:br/>
        <w:t>f 15502/31043/25993 15528/31071/26021 15529/31070/26020</w:t>
        <w:br/>
        <w:t>f 15501/31044/25994 15502/31043/25993 15529/31070/26020</w:t>
        <w:br/>
        <w:t>f 15545/31088/26038 15554/31096/26046 15547/31091/26041</w:t>
        <w:br/>
        <w:t>f 15548/31090/26040 15545/31088/26038 15547/31091/26041</w:t>
        <w:br/>
        <w:t>f 15542/31085/26035 15544/31086/26036 15550/31092/26042</w:t>
        <w:br/>
        <w:t>f 15525/31067/26017 15542/31085/26035 15550/31092/26042</w:t>
        <w:br/>
        <w:t>f 15550/31092/26042 15548/31090/26040 15522/31065/26015</w:t>
        <w:br/>
        <w:t>f 15520/31061/26011 15550/31092/26042 15522/31065/26015</w:t>
        <w:br/>
        <w:t>f 15540/31083/26033 15542/31085/26035 15525/31067/26017</w:t>
        <w:br/>
        <w:t>f 15526/31066/26016 15540/31083/26033 15525/31067/26017</w:t>
        <w:br/>
        <w:t>f 15502/31043/25993 15503/31042/25992 15540/31083/26033</w:t>
        <w:br/>
        <w:t>f 15526/31066/26016 15502/31043/25993 15540/31083/26033</w:t>
        <w:br/>
        <w:t>f 15520/31061/26011 15521/31060/26010 15525/31067/26017</w:t>
        <w:br/>
        <w:t>f 15550/31092/26042 15520/31061/26011 15525/31067/26017</w:t>
        <w:br/>
        <w:t>f 15518/31063/26013 15592/31134/26082 15524/31068/26018</w:t>
        <w:br/>
        <w:t>f 15521/31060/26010 15518/31063/26013 15524/31068/26018</w:t>
        <w:br/>
        <w:t>f 15593/31135/26083 15530/31069/26019 15527/31072/26022</w:t>
        <w:br/>
        <w:t>f 15508/31049/25999 15593/31135/26083 15527/31072/26022</w:t>
        <w:br/>
        <w:t>f 15555/31098/26048 15594/31136/26084 15527/31072/26022</w:t>
        <w:br/>
        <w:t>f 15528/31071/26021 15555/31098/26048 15527/31072/26022</w:t>
        <w:br/>
        <w:t>f 15518/31063/26013 15519/31062/26012 15517/31056/26006</w:t>
        <w:br/>
        <w:t>f 15512/31053/26003 15518/31063/26013 15517/31056/26006</w:t>
        <w:br/>
        <w:t>f 15595/31137/26085 15523/31064/26014 15522/31065/26015</w:t>
        <w:br/>
        <w:t>f 15549/31089/26039 15595/31137/26085 15522/31065/26015</w:t>
        <w:br/>
        <w:t>f 15516/31057/26007 15517/31056/26006 15519/31062/26012</w:t>
        <w:br/>
        <w:t>f 15523/31064/26014 15516/31057/26007 15519/31062/26012</w:t>
        <w:br/>
        <w:t>f 15508/31049/25999 15527/31072/26022 15594/31136/26084</w:t>
        <w:br/>
        <w:t>f 15507/31050/26000 15508/31049/25999 15594/31136/26084</w:t>
        <w:br/>
        <w:t>f 15512/31053/26003 15513/31052/26002 15592/31134/26082</w:t>
        <w:br/>
        <w:t>f 15518/31063/26013 15512/31053/26003 15592/31134/26082</w:t>
        <w:br/>
        <w:t>f 15523/31064/26014 15595/31137/26085 15596/31138/26086</w:t>
        <w:br/>
        <w:t>f 15516/31057/26007 15523/31064/26014 15596/31138/26086</w:t>
        <w:br/>
        <w:t>f 15508/31049/25999 15509/31048/25998 15597/31139/26087</w:t>
        <w:br/>
        <w:t>f 15593/31135/26083 15508/31049/25999 15597/31139/26087</w:t>
        <w:br/>
        <w:t>f 15514/31059/26009 15511/31054/26004 15512/31053/26003</w:t>
        <w:br/>
        <w:t>f 15517/31056/26006 15514/31059/26009 15512/31053/26003</w:t>
        <w:br/>
        <w:t>f 15551/31095/26045 15515/31058/26008 15516/31057/26007</w:t>
        <w:br/>
        <w:t>f 15596/31138/26086 15551/31095/26045 15516/31057/26007</w:t>
        <w:br/>
        <w:t>f 15509/31048/25998 15560/31099/26049 15589/31133/25639</w:t>
        <w:br/>
        <w:t>f 15597/31139/26087 15509/31048/25998 15589/31133/25639</w:t>
        <w:br/>
        <w:t>f 15601/31140/26088 15600/31141/26089 15599/31142/26090</w:t>
        <w:br/>
        <w:t>f 15598/31143/26091 15601/31140/26088 15599/31142/26090</w:t>
        <w:br/>
        <w:t>f 15602/31144/26092 15601/31140/26088 15598/31143/26091</w:t>
        <w:br/>
        <w:t>f 13630/29172/24308 15504/31046/25996 15566/31109/26059</w:t>
        <w:br/>
        <w:t>f 13646/29189/24325 13630/29172/24308 15566/31109/26059</w:t>
        <w:br/>
        <w:t>f 15561/31103/26053 15569/31110/26060 15566/31109/26059</w:t>
        <w:br/>
        <w:t>f 15504/31046/25996 15561/31103/26053 15566/31109/26059</w:t>
        <w:br/>
        <w:t>f 15561/31103/26053 15532/31074/26024 15571/31112/26062</w:t>
        <w:br/>
        <w:t>f 15569/31110/26060 15561/31103/26053 15571/31112/26062</w:t>
        <w:br/>
        <w:t>f 15571/31112/26062 15532/31074/26024 15533/31073/26023</w:t>
        <w:br/>
        <w:t>f 15573/31114/26064 15571/31112/26062 15533/31073/26023</w:t>
        <w:br/>
        <w:t>f 15575/31116/26066 15573/31114/26064 15533/31073/26023</w:t>
        <w:br/>
        <w:t>f 15534/31077/26027 15575/31116/26066 15533/31073/26023</w:t>
        <w:br/>
        <w:t>f 15577/31118/26068 15575/31116/26066 15534/31077/26027</w:t>
        <w:br/>
        <w:t>f 15537/31080/26030 15577/31118/26068 15534/31077/26027</w:t>
        <w:br/>
        <w:t>f 15578/31121/26071 15577/31118/26068 15537/31080/26030</w:t>
        <w:br/>
        <w:t>f 15538/31079/26029 15578/31121/26071 15537/31080/26030</w:t>
        <w:br/>
        <w:t>f 15538/31079/26029 15562/31105/26055 15580/31123/26073</w:t>
        <w:br/>
        <w:t>f 15578/31121/26071 15538/31079/26029 15580/31123/26073</w:t>
        <w:br/>
        <w:t>f 15583/31124/26074 15580/31123/26073 15562/31105/26055</w:t>
        <w:br/>
        <w:t>f 15564/31106/26056 15583/31124/26074 15562/31105/26055</w:t>
        <w:br/>
        <w:t>f 15585/31126/26076 15583/31124/26074 15564/31106/26056</w:t>
        <w:br/>
        <w:t>f 15606/31145/26093 15605/31146/26094 15604/31147/26095</w:t>
        <w:br/>
        <w:t>f 15603/31148/26096 15606/31145/26093 15604/31147/26095</w:t>
        <w:br/>
        <w:t>f 15586/31130/26080 15608/31149/24473 15591/31131/26081</w:t>
        <w:br/>
        <w:t>f 15607/31150/26097 15586/31130/26080 15591/31131/26081</w:t>
        <w:br/>
        <w:t>f 15557/31102/26052 15607/31150/26097 15591/31131/26081</w:t>
        <w:br/>
        <w:t>f 15609/31151/26098 15565/31107/26057 15563/31104/26054</w:t>
        <w:br/>
        <w:t>f 15612/31152/26099 15611/31153/26100 15610/31154/26101</w:t>
        <w:br/>
        <w:t>f 15609/31151/26102 15613/31155/26103 15612/31152/26099</w:t>
        <w:br/>
        <w:t>f 15613/31155/26103 15609/31151/26102 15604/31147/26095</w:t>
        <w:br/>
        <w:t>f 15609/31151/26102 15614/31156/26104 15603/31148/26096</w:t>
        <w:br/>
        <w:t>f 15604/31147/26095 15609/31151/26102 15603/31148/26096</w:t>
        <w:br/>
        <w:t>f 15565/31107/26057 15615/31157/26105 15585/31126/26076</w:t>
        <w:br/>
        <w:t>f 15616/31158/26106 15615/31157/26105 15565/31107/26057</w:t>
        <w:br/>
        <w:t>f 15611/31153/26100 15617/31159/26107 15616/31158/26106</w:t>
        <w:br/>
        <w:t>f 15618/31160/26108 15617/31159/26107 15611/31153/26100</w:t>
        <w:br/>
        <w:t>f 15619/31161/26109 15618/31160/26108 15612/31152/26099</w:t>
        <w:br/>
        <w:t>f 15619/31161/26109 15612/31152/26099 15613/31155/26103</w:t>
        <w:br/>
        <w:t>f 15613/31155/26103 15604/31147/26095 15605/31146/26094</w:t>
        <w:br/>
        <w:t>f 15620/31162/26110 15613/31155/26103 15605/31146/26094</w:t>
        <w:br/>
        <w:t>f 15585/31126/26076 15615/31157/26105 15621/31163/26111</w:t>
        <w:br/>
        <w:t>f 15584/31127/26077 15585/31126/26076 15621/31163/26111</w:t>
        <w:br/>
        <w:t>f 15622/31164/26112 15621/31163/26111 15615/31157/26105</w:t>
        <w:br/>
        <w:t>f 15616/31158/26106 15622/31164/26112 15615/31157/26105</w:t>
        <w:br/>
        <w:t>f 15623/31165/26113 15622/31164/26112 15616/31158/26106</w:t>
        <w:br/>
        <w:t>f 15617/31159/26107 15623/31165/26113 15616/31158/26106</w:t>
        <w:br/>
        <w:t>f 15617/31159/26107 15618/31160/26108 15624/31166/26114</w:t>
        <w:br/>
        <w:t>f 15623/31165/26113 15617/31159/26107 15624/31166/26114</w:t>
        <w:br/>
        <w:t>f 15625/31167/26115 15624/31166/26114 15618/31160/26108</w:t>
        <w:br/>
        <w:t>f 15619/31161/26109 15625/31167/26115 15618/31160/26108</w:t>
        <w:br/>
        <w:t>f 15619/31161/26109 15620/31162/26110 15626/31168/26116</w:t>
        <w:br/>
        <w:t>f 15625/31167/26115 15619/31161/26109 15626/31168/26116</w:t>
        <w:br/>
        <w:t>f 15605/31146/26094 15626/31168/26116 15620/31162/26110</w:t>
        <w:br/>
        <w:t>f 15614/31156/26104 15627/31169/26117 15603/31148/26096</w:t>
        <w:br/>
        <w:t>f 15627/31169/26117 15614/31156/26104 15628/31170/26118</w:t>
        <w:br/>
        <w:t>f 15628/31170/26118 15630/31171/26119 15629/31172/26120</w:t>
        <w:br/>
        <w:t>f 15588/31128/26078 15586/31130/26080 15631/31173/26121</w:t>
        <w:br/>
        <w:t>f 15632/31174/26122 15588/31128/26078 15631/31173/26121</w:t>
        <w:br/>
        <w:t>f 15607/31150/26097 15631/31173/26121 15586/31130/26080</w:t>
        <w:br/>
        <w:t>f 15603/31148/26096 15627/31169/26117 15633/31175/26123</w:t>
        <w:br/>
        <w:t>f 15606/31145/26093 15603/31148/26096 15633/31175/26123</w:t>
        <w:br/>
        <w:t>f 15634/31176/26124 15633/31175/26123 15627/31169/26117</w:t>
        <w:br/>
        <w:t>f 15628/31170/26118 15634/31176/26124 15627/31169/26117</w:t>
        <w:br/>
        <w:t>f 15629/31172/26120 15634/31176/26124 15628/31170/26118</w:t>
        <w:br/>
        <w:t>f 13696/29237/24374 13645/29190/24326 15567/31108/26058</w:t>
        <w:br/>
        <w:t>f 15635/31177/26125 13696/29237/24374 15567/31108/26058</w:t>
        <w:br/>
        <w:t>f 15567/31108/26058 15568/31111/26061 15635/31177/26125</w:t>
        <w:br/>
        <w:t>f 15618/31160/26108 15611/31153/26100 15612/31152/26099</w:t>
        <w:br/>
        <w:t>f 15620/31162/26110 15619/31161/26109 15613/31155/26103</w:t>
        <w:br/>
        <w:t>f 15636/31178/26126 15616/31158/26106 15565/31107/26057</w:t>
        <w:br/>
        <w:t>f 15585/31126/26076 15564/31106/26056 15565/31107/26057</w:t>
        <w:br/>
        <w:t>f 15609/31151/26098 15636/31178/26126 15565/31107/26057</w:t>
        <w:br/>
        <w:t>f 15635/31177/26125 13698/29240/24377 13696/29237/24374</w:t>
        <w:br/>
        <w:t>f 15640/31179/26127 15639/31180/26128 15638/31181/26129</w:t>
        <w:br/>
        <w:t>f 15637/31182/26130 15640/31179/26127 15638/31181/26129</w:t>
        <w:br/>
        <w:t>f 15644/31183/26131 15643/31184/26132 15642/31185/26133</w:t>
        <w:br/>
        <w:t>f 15641/31186/26134 15644/31183/26131 15642/31185/26133</w:t>
        <w:br/>
        <w:t>f 15646/31187/26135 15644/31183/26131 15641/31186/26134</w:t>
        <w:br/>
        <w:t>f 15645/31188/26136 15646/31187/26135 15641/31186/26134</w:t>
        <w:br/>
        <w:t>f 15650/31189/26137 15649/31190/26138 15648/31191/26139</w:t>
        <w:br/>
        <w:t>f 15647/31192/26140 15650/31189/26137 15648/31191/26139</w:t>
        <w:br/>
        <w:t>f 15654/31193/26141 15653/31194/26142 15652/31195/26143</w:t>
        <w:br/>
        <w:t>f 15651/31196/26144 15654/31193/26141 15652/31195/26143</w:t>
        <w:br/>
        <w:t>f 15658/31197/26145 15657/31198/26146 15656/31199/26147</w:t>
        <w:br/>
        <w:t>f 15655/31200/26148 15658/31197/26145 15656/31199/26147</w:t>
        <w:br/>
        <w:t>f 15660/31201/26149 15659/31202/26150 15656/31199/26147</w:t>
        <w:br/>
        <w:t>f 15657/31198/26146 15660/31201/26149 15656/31199/26147</w:t>
        <w:br/>
        <w:t>f 15664/31203/26151 15663/31204/26152 15662/31205/26153</w:t>
        <w:br/>
        <w:t>f 15661/31206/26154 15664/31203/26151 15662/31205/26153</w:t>
        <w:br/>
        <w:t>f 15668/31207/26155 15667/31208/26156 15666/31209/26157</w:t>
        <w:br/>
        <w:t>f 15665/31210/26158 15668/31207/26155 15666/31209/26157</w:t>
        <w:br/>
        <w:t>f 15672/31211/26159 15671/31212/26160 15670/31213/26161</w:t>
        <w:br/>
        <w:t>f 15669/31214/26161 15672/31211/26159 15670/31213/26161</w:t>
        <w:br/>
        <w:t>f 15674/31215/26162 15658/31197/26145 15673/31216/26163</w:t>
        <w:br/>
        <w:t>f 15660/31201/26149 15676/31217/26164 15675/31218/26165</w:t>
        <w:br/>
        <w:t>f 15659/31202/26150 15660/31201/26149 15675/31218/26165</w:t>
        <w:br/>
        <w:t>f 15680/31219/26166 15679/31220/26167 15678/31221/26168</w:t>
        <w:br/>
        <w:t>f 15677/31222/26169 15680/31219/26166 15678/31221/26168</w:t>
        <w:br/>
        <w:t>f 15684/31223/26170 15683/31224/26171 15682/31225/26172</w:t>
        <w:br/>
        <w:t>f 15681/31226/26173 15684/31223/26170 15682/31225/26172</w:t>
        <w:br/>
        <w:t>f 15688/31227/26174 15687/31228/26175 15686/31229/26176</w:t>
        <w:br/>
        <w:t>f 15685/31230/26177 15688/31227/26174 15686/31229/26176</w:t>
        <w:br/>
        <w:t>f 14328/29871/24943 14329/29870/24942 15690/31231/26178</w:t>
        <w:br/>
        <w:t>f 15689/31232/26179 14328/29871/24943 15690/31231/26178</w:t>
        <w:br/>
        <w:t>f 15692/31233/26180 15691/31234/26181 14334/29873/24945</w:t>
        <w:br/>
        <w:t>f 14331/29876/24948 15692/31233/26180 14334/29873/24945</w:t>
        <w:br/>
        <w:t>f 15661/31206/26154 15662/31205/26153 15694/31235/26182</w:t>
        <w:br/>
        <w:t>f 15693/31236/26183 15661/31206/26154 15694/31235/26182</w:t>
        <w:br/>
        <w:t>f 15665/31210/26158 15697/31237/26184 15696/31238/26185</w:t>
        <w:br/>
        <w:t>f 15695/31239/26186 15665/31210/26158 15696/31238/26185</w:t>
        <w:br/>
        <w:t>f 15697/31237/26184 15699/31240/26187 15698/31241/26188</w:t>
        <w:br/>
        <w:t>f 15696/31238/26185 15697/31237/26184 15698/31241/26188</w:t>
        <w:br/>
        <w:t>f 15702/31242/26189 15701/31243/26190 15700/31244/26191</w:t>
        <w:br/>
        <w:t>f 15699/31240/26187 15702/31242/26189 15700/31244/26191</w:t>
        <w:br/>
        <w:t>f 15699/31240/26187 15697/31237/26184 15666/31209/26157</w:t>
        <w:br/>
        <w:t>f 15702/31242/26189 15699/31240/26187 15666/31209/26157</w:t>
        <w:br/>
        <w:t>f 15706/31245/26192 15705/31246/26193 15704/31247/26194</w:t>
        <w:br/>
        <w:t>f 15703/31248/26195 15706/31245/26192 15704/31247/26194</w:t>
        <w:br/>
        <w:t>f 15710/31249/26196 15709/31250/26197 15708/31251/26198</w:t>
        <w:br/>
        <w:t>f 15707/31252/26199 15710/31249/26196 15708/31251/26198</w:t>
        <w:br/>
        <w:t>f 15703/31248/26195 15704/31247/26194 15712/31253/26200</w:t>
        <w:br/>
        <w:t>f 15711/31254/26201 15703/31248/26195 15712/31253/26200</w:t>
        <w:br/>
        <w:t>f 15716/31255/26202 15715/31256/26203 15714/31257/26204</w:t>
        <w:br/>
        <w:t>f 15713/31258/26205 15716/31255/26202 15714/31257/26204</w:t>
        <w:br/>
        <w:t>f 15720/31259/26206 15719/31260/26207 15718/31261/26208</w:t>
        <w:br/>
        <w:t>f 15717/31262/26209 15720/31259/26206 15718/31261/26208</w:t>
        <w:br/>
        <w:t>f 15719/31260/26207 15720/31259/26206 15722/31263/26210</w:t>
        <w:br/>
        <w:t>f 15721/31264/26211 15719/31260/26207 15722/31263/26210</w:t>
        <w:br/>
        <w:t>f 15718/31261/26208 15725/31265/26212 15724/31266/26213</w:t>
        <w:br/>
        <w:t>f 15723/31267/26214 15718/31261/26208 15724/31266/26213</w:t>
        <w:br/>
        <w:t>f 15727/31268/26215 15693/31236/26183 15694/31235/26182</w:t>
        <w:br/>
        <w:t>f 15726/31269/26216 15727/31268/26215 15694/31235/26182</w:t>
        <w:br/>
        <w:t>f 15731/31270/26217 15730/31271/26218 15729/31272/26219</w:t>
        <w:br/>
        <w:t>f 15728/31273/26220 15731/31270/26217 15729/31272/26219</w:t>
        <w:br/>
        <w:t>f 15730/31271/26218 15731/31270/26217 15733/31274/26221</w:t>
        <w:br/>
        <w:t>f 15732/31275/26222 15730/31271/26218 15733/31274/26221</w:t>
        <w:br/>
        <w:t>f 15735/31276/26223 15652/31195/26143 15734/31277/26224</w:t>
        <w:br/>
        <w:t>f 15736/31278/26225 15735/31276/26223 15734/31277/26224</w:t>
        <w:br/>
        <w:t>f 15738/31279/26226 15735/31276/26223 15737/31280/26227</w:t>
        <w:br/>
        <w:t>f 15740/31281/26228 15735/31276/26223 15738/31279/26226</w:t>
        <w:br/>
        <w:t>f 15739/31282/26229 15740/31281/26228 15738/31279/26226</w:t>
        <w:br/>
        <w:t>f 15744/31283/26230 15743/31284/26231 15742/31285/26232</w:t>
        <w:br/>
        <w:t>f 15741/31286/26233 15744/31283/26230 15742/31285/26232</w:t>
        <w:br/>
        <w:t>f 15746/31287/26234 15745/31288/26235 15743/31284/26231</w:t>
        <w:br/>
        <w:t>f 15744/31283/26230 15746/31287/26234 15743/31284/26231</w:t>
        <w:br/>
        <w:t>f 15749/31289/26236 15741/31286/26233 15748/31290/26237</w:t>
        <w:br/>
        <w:t>f 15747/31291/26238 15749/31289/26236 15748/31290/26237</w:t>
        <w:br/>
        <w:t>f 15741/31286/26233 15742/31285/26232 15750/31292/26239</w:t>
        <w:br/>
        <w:t>f 15748/31290/26237 15741/31286/26233 15750/31292/26239</w:t>
        <w:br/>
        <w:t>f 15754/31293/26240 15753/31294/26241 15752/31295/26242</w:t>
        <w:br/>
        <w:t>f 15751/31296/26243 15754/31293/26240 15752/31295/26242</w:t>
        <w:br/>
        <w:t>f 15757/31297/26244 15756/31298/26245 15675/31218/26165</w:t>
        <w:br/>
        <w:t>f 15755/31299/26246 15757/31297/26244 15675/31218/26165</w:t>
        <w:br/>
        <w:t>f 15757/31297/26244 15755/31299/26246 15758/31300/26247</w:t>
        <w:br/>
        <w:t>f 15757/31297/26244 15758/31300/26247 15759/31301/26248</w:t>
        <w:br/>
        <w:t>f 15761/31302/26249 15760/31303/26250 15757/31297/26244</w:t>
        <w:br/>
        <w:t>f 15759/31301/26248 15761/31302/26249 15757/31297/26244</w:t>
        <w:br/>
        <w:t>f 15764/31304/26251 15721/31264/26211 15763/31305/26252</w:t>
        <w:br/>
        <w:t>f 15762/31306/26253 15764/31304/26251 15763/31305/26252</w:t>
        <w:br/>
        <w:t>f 15759/31301/26248 15765/31307/26254 15764/31304/26251</w:t>
        <w:br/>
        <w:t>f 15761/31302/26249 15759/31301/26248 15764/31304/26251</w:t>
        <w:br/>
        <w:t>f 15714/31257/26204 15768/31308/26255 15767/31309/26256</w:t>
        <w:br/>
        <w:t>f 15766/31310/26257 15714/31257/26204 15767/31309/26256</w:t>
        <w:br/>
        <w:t>f 15770/31311/26258 15769/31312/26259 15689/31232/26179</w:t>
        <w:br/>
        <w:t>f 15639/31180/26128 15770/31311/26258 15689/31232/26179</w:t>
        <w:br/>
        <w:t>f 15639/31180/26128 15771/31313/26260 15770/31311/26258</w:t>
        <w:br/>
        <w:t>f 15772/31314/26261 15771/31313/26260 15640/31179/26127</w:t>
        <w:br/>
        <w:t>f 15643/31184/26132 15772/31314/26261 15640/31179/26127</w:t>
        <w:br/>
        <w:t>f 15773/31315/26262 15644/31183/26131 15646/31187/26135</w:t>
        <w:br/>
        <w:t>f 15775/31316/26263 15655/31200/26148 15774/31317/26264</w:t>
        <w:br/>
        <w:t>f 15773/31315/26262 15775/31316/26263 15774/31317/26264</w:t>
        <w:br/>
        <w:t>f 15773/31315/26262 15646/31187/26135 15775/31316/26263</w:t>
        <w:br/>
        <w:t>f 14328/29871/24943 15689/31232/26179 15769/31312/26259</w:t>
        <w:br/>
        <w:t>f 14418/29960/25032 14328/29871/24943 15769/31312/26259</w:t>
        <w:br/>
        <w:t>f 15776/31318/26265 15760/31303/26250 15761/31302/26249</w:t>
        <w:br/>
        <w:t>f 15644/31183/26131 15773/31315/26262 15772/31314/26261</w:t>
        <w:br/>
        <w:t>f 15643/31184/26132 15644/31183/26131 15772/31314/26261</w:t>
        <w:br/>
        <w:t>f 15655/31200/26148 15656/31199/26147 15774/31317/26264</w:t>
        <w:br/>
        <w:t>f 15756/31298/26245 15774/31317/26264 15656/31199/26147</w:t>
        <w:br/>
        <w:t>f 15659/31202/26150 15756/31298/26245 15656/31199/26147</w:t>
        <w:br/>
        <w:t>f 15756/31298/26245 15659/31202/26150 15675/31218/26165</w:t>
        <w:br/>
        <w:t>f 15690/31231/26178 15638/31181/26129 15639/31180/26128</w:t>
        <w:br/>
        <w:t>f 15689/31232/26179 15690/31231/26178 15639/31180/26128</w:t>
        <w:br/>
        <w:t>f 15643/31184/26132 15640/31179/26127 15637/31182/26130</w:t>
        <w:br/>
        <w:t>f 15642/31185/26133 15643/31184/26132 15637/31182/26130</w:t>
        <w:br/>
        <w:t>f 15778/31319/26266 15673/31216/26163 15658/31197/26145</w:t>
        <w:br/>
        <w:t>f 15777/31320/26267 15778/31319/26266 15658/31197/26145</w:t>
        <w:br/>
        <w:t>f 15645/31188/26136 15684/31223/26170 15778/31319/26266</w:t>
        <w:br/>
        <w:t>f 15777/31320/26267 15645/31188/26136 15778/31319/26266</w:t>
        <w:br/>
        <w:t>f 15727/31268/26215 15780/31321/26268 15779/31322/26269</w:t>
        <w:br/>
        <w:t>f 15676/31217/26164 15727/31268/26215 15779/31322/26269</w:t>
        <w:br/>
        <w:t>f 14425/29968/25040 15782/31323/26270 15781/31324/26271</w:t>
        <w:br/>
        <w:t>f 14424/29969/25041 14425/29968/25040 15781/31324/26271</w:t>
        <w:br/>
        <w:t>f 15751/31296/26243 15783/31325/26272 15654/31193/26141</w:t>
        <w:br/>
        <w:t>f 15754/31293/26240 15751/31296/26243 15654/31193/26141</w:t>
        <w:br/>
        <w:t>f 15679/31220/26167 15785/31326/26273 15784/31327/26274</w:t>
        <w:br/>
        <w:t>f 15678/31221/26168 15679/31220/26167 15784/31327/26274</w:t>
        <w:br/>
        <w:t>f 15782/31323/26270 14425/29968/25040 14430/29973/25045</w:t>
        <w:br/>
        <w:t>f 15786/31328/26275 15782/31323/26270 14430/29973/25045</w:t>
        <w:br/>
        <w:t>f 15667/31208/26156 15787/31329/26276 15702/31242/26189</w:t>
        <w:br/>
        <w:t>f 15666/31209/26157 15667/31208/26156 15702/31242/26189</w:t>
        <w:br/>
        <w:t>f 15691/31234/26181 15788/31330/26277 14434/29975/25047</w:t>
        <w:br/>
        <w:t>f 14334/29873/24945 15691/31234/26181 14434/29975/25047</w:t>
        <w:br/>
        <w:t>f 15734/31277/26224 15788/31330/26277 15691/31234/26181</w:t>
        <w:br/>
        <w:t>f 15736/31278/26225 15734/31277/26224 15691/31234/26181</w:t>
        <w:br/>
        <w:t>f 15735/31276/26223 15740/31281/26228 15651/31196/26144</w:t>
        <w:br/>
        <w:t>f 15652/31195/26143 15735/31276/26223 15651/31196/26144</w:t>
        <w:br/>
        <w:t>f 15712/31253/26200 15790/31331/26278 15789/31332/26279</w:t>
        <w:br/>
        <w:t>f 15711/31254/26201 15712/31253/26200 15789/31332/26279</w:t>
        <w:br/>
        <w:t>f 15748/31290/26237 15750/31292/26239 15651/31196/26144</w:t>
        <w:br/>
        <w:t>f 15740/31281/26228 15748/31290/26237 15651/31196/26144</w:t>
        <w:br/>
        <w:t>f 15736/31278/26225 15691/31234/26181 15692/31233/26180</w:t>
        <w:br/>
        <w:t>f 15791/31333/26280 15736/31278/26225 15692/31233/26180</w:t>
        <w:br/>
        <w:t>f 15736/31278/26225 15791/31333/26280 15737/31280/26227</w:t>
        <w:br/>
        <w:t>f 15735/31276/26223 15736/31278/26225 15737/31280/26227</w:t>
        <w:br/>
        <w:t>f 15747/31291/26238 15748/31290/26237 15740/31281/26228</w:t>
        <w:br/>
        <w:t>f 15739/31282/26229 15747/31291/26238 15740/31281/26228</w:t>
        <w:br/>
        <w:t>f 15741/31286/26233 15749/31289/26236 15792/31334/26281</w:t>
        <w:br/>
        <w:t>f 15744/31283/26230 15741/31286/26233 15792/31334/26281</w:t>
        <w:br/>
        <w:t>f 15793/31335/26282 15744/31283/26230 15792/31334/26281</w:t>
        <w:br/>
        <w:t>f 15794/31336/26283 15746/31287/26234 15793/31335/26282</w:t>
        <w:br/>
        <w:t>f 15745/31288/26235 15746/31287/26234 15796/31337/26284</w:t>
        <w:br/>
        <w:t>f 15795/31338/26285 15745/31288/26235 15796/31337/26284</w:t>
        <w:br/>
        <w:t>f 15728/31273/26220 15797/31339/26286 15787/31329/26276</w:t>
        <w:br/>
        <w:t>f 15731/31270/26217 15728/31273/26220 15787/31329/26276</w:t>
        <w:br/>
        <w:t>f 15787/31329/26276 15797/31339/26286 15701/31243/26190</w:t>
        <w:br/>
        <w:t>f 15702/31242/26189 15787/31329/26276 15701/31243/26190</w:t>
        <w:br/>
        <w:t>f 15799/31340/26287 15798/31341/26288 14449/29988/25060</w:t>
        <w:br/>
        <w:t>f 14446/29991/25063 15799/31340/26287 14449/29988/25060</w:t>
        <w:br/>
        <w:t>f 15799/31340/26287 15801/31342/26289 15800/31343/26290</w:t>
        <w:br/>
        <w:t>f 15798/31341/26288 15799/31340/26287 15800/31343/26290</w:t>
        <w:br/>
        <w:t>f 15800/31343/26290 15801/31342/26289 15803/31344/26291</w:t>
        <w:br/>
        <w:t>f 15802/31345/26292 15800/31343/26290 15803/31344/26291</w:t>
        <w:br/>
        <w:t>f 15807/31346/26293 15806/31347/26294 15805/31348/26295</w:t>
        <w:br/>
        <w:t>f 15804/31349/26296 15807/31346/26293 15805/31348/26295</w:t>
        <w:br/>
        <w:t>f 15809/31350/26297 15808/31351/26298 15804/31349/26296</w:t>
        <w:br/>
        <w:t>f 15805/31348/26295 15809/31350/26297 15804/31349/26296</w:t>
        <w:br/>
        <w:t>f 15808/31351/26298 15809/31350/26297 15811/31352/26299</w:t>
        <w:br/>
        <w:t>f 15810/31353/26300 15808/31351/26298 15811/31352/26299</w:t>
        <w:br/>
        <w:t>f 15810/31353/26300 15811/31352/26299 15813/31354/26301</w:t>
        <w:br/>
        <w:t>f 15812/31355/26302 15810/31353/26300 15813/31354/26301</w:t>
        <w:br/>
        <w:t>f 15815/31356/26303 15814/31357/26304 15812/31355/26302</w:t>
        <w:br/>
        <w:t>f 15813/31354/26301 15815/31356/26303 15812/31355/26302</w:t>
        <w:br/>
        <w:t>f 15817/31358/26305 15816/31359/26306 15814/31357/26304</w:t>
        <w:br/>
        <w:t>f 15815/31356/26303 15817/31358/26305 15814/31357/26304</w:t>
        <w:br/>
        <w:t>f 15819/31360/26307 15818/31361/26308 15816/31359/26306</w:t>
        <w:br/>
        <w:t>f 15817/31358/26305 15819/31360/26307 15816/31359/26306</w:t>
        <w:br/>
        <w:t>f 15820/31362/26309 15698/31241/26188 15699/31240/26187</w:t>
        <w:br/>
        <w:t>f 15700/31244/26191 15820/31362/26309 15699/31240/26187</w:t>
        <w:br/>
        <w:t>f 15823/31363/26310 15822/31364/26311 15821/31365/26312</w:t>
        <w:br/>
        <w:t>f 15698/31241/26188 15820/31362/26309 15824/31366/26313</w:t>
        <w:br/>
        <w:t>f 15826/31367/26314 15698/31241/26188 15824/31366/26313</w:t>
        <w:br/>
        <w:t>f 15825/31368/26315 15826/31367/26314 15824/31366/26313</w:t>
        <w:br/>
        <w:t>f 15712/31253/26200 15828/31369/26316 15821/31365/26312</w:t>
        <w:br/>
        <w:t>f 15827/31370/26317 15712/31253/26200 15821/31365/26312</w:t>
        <w:br/>
        <w:t>f 15827/31370/26317 15790/31331/26278 15712/31253/26200</w:t>
        <w:br/>
        <w:t>f 15686/31229/26176 15829/31371/26318 15637/31182/26130</w:t>
        <w:br/>
        <w:t>f 15638/31181/26129 15686/31229/26176 15637/31182/26130</w:t>
        <w:br/>
        <w:t>f 15830/31372/26319 15683/31224/26171 15641/31186/26134</w:t>
        <w:br/>
        <w:t>f 15642/31185/26133 15830/31372/26319 15641/31186/26134</w:t>
        <w:br/>
        <w:t>f 15683/31224/26171 15684/31223/26170 15645/31188/26136</w:t>
        <w:br/>
        <w:t>f 15641/31186/26134 15683/31224/26171 15645/31188/26136</w:t>
        <w:br/>
        <w:t>f 15664/31203/26151 15661/31206/26154 15657/31198/26146</w:t>
        <w:br/>
        <w:t>f 15658/31197/26145 15664/31203/26151 15657/31198/26146</w:t>
        <w:br/>
        <w:t>f 15657/31198/26146 15661/31206/26154 15693/31236/26183</w:t>
        <w:br/>
        <w:t>f 15660/31201/26149 15657/31198/26146 15693/31236/26183</w:t>
        <w:br/>
        <w:t>f 15676/31217/26164 15660/31201/26149 15693/31236/26183</w:t>
        <w:br/>
        <w:t>f 15727/31268/26215 15676/31217/26164 15693/31236/26183</w:t>
        <w:br/>
        <w:t>f 14481/30023/25095 15685/31230/26177 15690/31231/26178</w:t>
        <w:br/>
        <w:t>f 14329/29870/24942 14481/30023/25095 15690/31231/26178</w:t>
        <w:br/>
        <w:t>f 15761/31302/26249 15764/31304/26251 15762/31306/26253</w:t>
        <w:br/>
        <w:t>f 15776/31318/26265 15761/31302/26249 15762/31306/26253</w:t>
        <w:br/>
        <w:t>f 15765/31307/26254 15759/31301/26248 15758/31300/26247</w:t>
        <w:br/>
        <w:t>f 15725/31265/26212 15765/31307/26254 15758/31300/26247</w:t>
        <w:br/>
        <w:t>f 15765/31307/26254 15719/31260/26207 15721/31264/26211</w:t>
        <w:br/>
        <w:t>f 15764/31304/26251 15765/31307/26254 15721/31264/26211</w:t>
        <w:br/>
        <w:t>f 15655/31200/26148 15775/31316/26263 15777/31320/26267</w:t>
        <w:br/>
        <w:t>f 15658/31197/26145 15655/31200/26148 15777/31320/26267</w:t>
        <w:br/>
        <w:t>f 15775/31316/26263 15646/31187/26135 15645/31188/26136</w:t>
        <w:br/>
        <w:t>f 15777/31320/26267 15775/31316/26263 15645/31188/26136</w:t>
        <w:br/>
        <w:t>f 15725/31265/26212 15758/31300/26247 15755/31299/26246</w:t>
        <w:br/>
        <w:t>f 15724/31266/26213 15725/31265/26212 15755/31299/26246</w:t>
        <w:br/>
        <w:t>f 15676/31217/26164 15724/31266/26213 15755/31299/26246</w:t>
        <w:br/>
        <w:t>f 15675/31218/26165 15676/31217/26164 15755/31299/26246</w:t>
        <w:br/>
        <w:t>f 15719/31260/26207 15765/31307/26254 15725/31265/26212</w:t>
        <w:br/>
        <w:t>f 15718/31261/26208 15719/31260/26207 15725/31265/26212</w:t>
        <w:br/>
        <w:t>f 15717/31262/26209 15718/31261/26208 15723/31267/26214</w:t>
        <w:br/>
        <w:t>f 15831/31373/26320 15717/31262/26209 15723/31267/26214</w:t>
        <w:br/>
        <w:t>f 15829/31371/26318 15686/31229/26176 15687/31228/26175</w:t>
        <w:br/>
        <w:t>f 15649/31190/26138 15829/31371/26318 15687/31228/26175</w:t>
        <w:br/>
        <w:t>f 15683/31224/26171 15830/31372/26319 15650/31189/26137</w:t>
        <w:br/>
        <w:t>f 15682/31225/26172 15683/31224/26171 15650/31189/26137</w:t>
        <w:br/>
        <w:t>f 15833/31374/26321 15832/31375/26321 15674/31215/26162</w:t>
        <w:br/>
        <w:t>f 15673/31216/26163 15833/31374/26321 15674/31215/26162</w:t>
        <w:br/>
        <w:t>f 15835/31376/26322 15673/31216/26163 15778/31319/26266</w:t>
        <w:br/>
        <w:t>f 15834/31377/26323 15835/31376/26322 15778/31319/26266</w:t>
        <w:br/>
        <w:t>f 14487/30029/25100 15688/31227/26174 15685/31230/26177</w:t>
        <w:br/>
        <w:t>f 14481/30023/25095 14487/30029/25100 15685/31230/26177</w:t>
        <w:br/>
        <w:t>f 15829/31371/26318 15830/31372/26319 15642/31185/26133</w:t>
        <w:br/>
        <w:t>f 15637/31182/26130 15829/31371/26318 15642/31185/26133</w:t>
        <w:br/>
        <w:t>f 15638/31181/26129 15690/31231/26178 15685/31230/26177</w:t>
        <w:br/>
        <w:t>f 15686/31229/26176 15638/31181/26129 15685/31230/26177</w:t>
        <w:br/>
        <w:t>f 15830/31372/26319 15829/31371/26318 15649/31190/26138</w:t>
        <w:br/>
        <w:t>f 15650/31189/26137 15830/31372/26319 15649/31190/26138</w:t>
        <w:br/>
        <w:t>f 15837/31378/26324 15662/31205/26153 15663/31204/26152</w:t>
        <w:br/>
        <w:t>f 15836/31379/26325 15837/31378/26324 15663/31204/26152</w:t>
        <w:br/>
        <w:t>f 15834/31377/26323 15778/31319/26266 15684/31223/26170</w:t>
        <w:br/>
        <w:t>f 15681/31226/26173 15834/31377/26323 15684/31223/26170</w:t>
        <w:br/>
        <w:t>f 15681/31226/26173 15682/31225/26172 15838/31380/26326</w:t>
        <w:br/>
        <w:t>f 15680/31219/26166 15681/31226/26173 15838/31380/26326</w:t>
        <w:br/>
        <w:t>f 15688/31227/26174 14487/30029/25100 14424/29969/25041</w:t>
        <w:br/>
        <w:t>f 15781/31324/26271 15688/31227/26174 14424/29969/25041</w:t>
        <w:br/>
        <w:t>f 15781/31324/26271 15839/31381/26327 15687/31228/26175</w:t>
        <w:br/>
        <w:t>f 15688/31227/26174 15781/31324/26271 15687/31228/26175</w:t>
        <w:br/>
        <w:t>f 15726/31269/26216 15694/31235/26182 15840/31382/26328</w:t>
        <w:br/>
        <w:t>f 15705/31246/26193 15726/31269/26216 15840/31382/26328</w:t>
        <w:br/>
        <w:t>f 15726/31269/26216 15841/31383/26329 15780/31321/26268</w:t>
        <w:br/>
        <w:t>f 15727/31268/26215 15726/31269/26216 15780/31321/26268</w:t>
        <w:br/>
        <w:t>f 15717/31262/26209 15707/31252/26199 15716/31255/26202</w:t>
        <w:br/>
        <w:t>f 15720/31259/26206 15717/31262/26209 15716/31255/26202</w:t>
        <w:br/>
        <w:t>f 15721/31264/26211 15722/31263/26210 15842/31384/26330</w:t>
        <w:br/>
        <w:t>f 15763/31305/26252 15721/31264/26211 15842/31384/26330</w:t>
        <w:br/>
        <w:t>f 15647/31192/26140 15838/31380/26326 15682/31225/26172</w:t>
        <w:br/>
        <w:t>f 15650/31189/26137 15647/31192/26140 15682/31225/26172</w:t>
        <w:br/>
        <w:t>f 15834/31377/26323 15677/31222/26169 15843/31385/26331</w:t>
        <w:br/>
        <w:t>f 15835/31376/26322 15834/31377/26323 15843/31385/26331</w:t>
        <w:br/>
        <w:t>f 15662/31205/26153 15837/31378/26324 15844/31386/26332</w:t>
        <w:br/>
        <w:t>f 15694/31235/26182 15662/31205/26153 15844/31386/26332</w:t>
        <w:br/>
        <w:t>f 15713/31258/26205 15722/31263/26210 15720/31259/26206</w:t>
        <w:br/>
        <w:t>f 15716/31255/26202 15713/31258/26205 15720/31259/26206</w:t>
        <w:br/>
        <w:t>f 15647/31192/26140 15648/31191/26139 15783/31325/26272</w:t>
        <w:br/>
        <w:t>f 15751/31296/26243 15647/31192/26140 15783/31325/26272</w:t>
        <w:br/>
        <w:t>f 15839/31381/26327 15846/31387/26333 15845/31388/26334</w:t>
        <w:br/>
        <w:t>f 15832/31375/26321 15833/31374/26321 15669/31214/26161</w:t>
        <w:br/>
        <w:t>f 15670/31213/26161 15832/31375/26321 15669/31214/26161</w:t>
        <w:br/>
        <w:t>f 15677/31222/26169 15834/31377/26323 15681/31226/26173</w:t>
        <w:br/>
        <w:t>f 15680/31219/26166 15677/31222/26169 15681/31226/26173</w:t>
        <w:br/>
        <w:t>f 15841/31383/26329 15726/31269/26216 15705/31246/26193</w:t>
        <w:br/>
        <w:t>f 15706/31245/26192 15841/31383/26329 15705/31246/26193</w:t>
        <w:br/>
        <w:t>f 15707/31252/26199 15717/31262/26209 15831/31373/26320</w:t>
        <w:br/>
        <w:t>f 15710/31249/26196 15707/31252/26199 15831/31373/26320</w:t>
        <w:br/>
        <w:t>f 15847/31389/26335 15842/31384/26330 15722/31263/26210</w:t>
        <w:br/>
        <w:t>f 15713/31258/26205 15847/31389/26335 15722/31263/26210</w:t>
        <w:br/>
        <w:t>f 15838/31380/26326 15647/31192/26140 15751/31296/26243</w:t>
        <w:br/>
        <w:t>f 15752/31295/26242 15838/31380/26326 15751/31296/26243</w:t>
        <w:br/>
        <w:t>f 15839/31381/26327 15648/31191/26139 15649/31190/26138</w:t>
        <w:br/>
        <w:t>f 15687/31228/26175 15839/31381/26327 15649/31190/26138</w:t>
        <w:br/>
        <w:t>f 15836/31379/26325 15668/31207/26155 15665/31210/26158</w:t>
        <w:br/>
        <w:t>f 15837/31378/26324 15836/31379/26325 15665/31210/26158</w:t>
        <w:br/>
        <w:t>f 15838/31380/26326 15752/31295/26242 15679/31220/26167</w:t>
        <w:br/>
        <w:t>f 15680/31219/26166 15838/31380/26326 15679/31220/26167</w:t>
        <w:br/>
        <w:t>f 15848/31390/26336 15704/31247/26194 15705/31246/26193</w:t>
        <w:br/>
        <w:t>f 15840/31382/26328 15848/31390/26336 15705/31246/26193</w:t>
        <w:br/>
        <w:t>f 15707/31252/26199 15708/31251/26198 15715/31256/26203</w:t>
        <w:br/>
        <w:t>f 15716/31255/26202 15707/31252/26199 15715/31256/26203</w:t>
        <w:br/>
        <w:t>f 15849/31391/26337 15843/31385/26331 15677/31222/26169</w:t>
        <w:br/>
        <w:t>f 15678/31221/26168 15849/31391/26337 15677/31222/26169</w:t>
        <w:br/>
        <w:t>f 15766/31310/26257 15847/31389/26335 15713/31258/26205</w:t>
        <w:br/>
        <w:t>f 15714/31257/26204 15766/31310/26257 15713/31258/26205</w:t>
        <w:br/>
        <w:t>f 15850/31392/26338 15653/31194/26142 15845/31388/26334</w:t>
        <w:br/>
        <w:t>f 15846/31387/26333 15850/31392/26338 15845/31388/26334</w:t>
        <w:br/>
        <w:t>f 15678/31221/26168 15784/31327/26274 15851/31393/26339</w:t>
        <w:br/>
        <w:t>f 15849/31391/26337 15678/31221/26168 15851/31393/26339</w:t>
        <w:br/>
        <w:t>f 15828/31369/26316 15712/31253/26200 15704/31247/26194</w:t>
        <w:br/>
        <w:t>f 15848/31390/26336 15828/31369/26316 15704/31247/26194</w:t>
        <w:br/>
        <w:t>f 15709/31250/26197 15853/31394/26340 15852/31395/26341</w:t>
        <w:br/>
        <w:t>f 15708/31251/26198 15709/31250/26197 15852/31395/26341</w:t>
        <w:br/>
        <w:t>f 15845/31388/26334 15783/31325/26272 15648/31191/26139</w:t>
        <w:br/>
        <w:t>f 15839/31381/26327 15845/31388/26334 15648/31191/26139</w:t>
        <w:br/>
        <w:t>f 15839/31381/26327 15781/31324/26271 15782/31323/26270</w:t>
        <w:br/>
        <w:t>f 15846/31387/26333 15839/31381/26327 15782/31323/26270</w:t>
        <w:br/>
        <w:t>f 15695/31239/26186 15844/31386/26332 15837/31378/26324</w:t>
        <w:br/>
        <w:t>f 15665/31210/26158 15695/31239/26186 15837/31378/26324</w:t>
        <w:br/>
        <w:t>f 15695/31239/26186 15854/31396/26342 15844/31386/26332</w:t>
        <w:br/>
        <w:t>f 15826/31367/26314 15855/31397/26343 15696/31238/26185</w:t>
        <w:br/>
        <w:t>f 15698/31241/26188 15826/31367/26314 15696/31238/26185</w:t>
        <w:br/>
        <w:t>f 14434/29975/25047 15788/31330/26277 15786/31328/26275</w:t>
        <w:br/>
        <w:t>f 14430/29973/25045 14434/29975/25047 15786/31328/26275</w:t>
        <w:br/>
        <w:t>f 15795/31338/26285 15851/31393/26339 15784/31327/26274</w:t>
        <w:br/>
        <w:t>f 15745/31288/26235 15795/31338/26285 15784/31327/26274</w:t>
        <w:br/>
        <w:t>f 15857/31398/26344 15852/31395/26341 15853/31394/26340</w:t>
        <w:br/>
        <w:t>f 15856/31399/26345 15857/31398/26344 15853/31394/26340</w:t>
        <w:br/>
        <w:t>f 15745/31288/26235 15784/31327/26274 15785/31326/26273</w:t>
        <w:br/>
        <w:t>f 15743/31284/26231 15745/31288/26235 15785/31326/26273</w:t>
        <w:br/>
        <w:t>f 15753/31294/26241 15742/31285/26232 15743/31284/26231</w:t>
        <w:br/>
        <w:t>f 15785/31326/26273 15753/31294/26241 15743/31284/26231</w:t>
        <w:br/>
        <w:t>f 15754/31293/26240 15750/31292/26239 15742/31285/26232</w:t>
        <w:br/>
        <w:t>f 15753/31294/26241 15754/31293/26240 15742/31285/26232</w:t>
        <w:br/>
        <w:t>f 15651/31196/26144 15750/31292/26239 15754/31293/26240</w:t>
        <w:br/>
        <w:t>f 15654/31193/26141 15651/31196/26144 15754/31293/26240</w:t>
        <w:br/>
        <w:t>f 15850/31392/26338 15786/31328/26275 15788/31330/26277</w:t>
        <w:br/>
        <w:t>f 15734/31277/26224 15850/31392/26338 15788/31330/26277</w:t>
        <w:br/>
        <w:t>f 15733/31274/26221 15667/31208/26156 15671/31212/26160</w:t>
        <w:br/>
        <w:t>f 15672/31211/26159 15733/31274/26221 15671/31212/26160</w:t>
        <w:br/>
        <w:t>f 15667/31208/26156 15733/31274/26221 15731/31270/26217</w:t>
        <w:br/>
        <w:t>f 15787/31329/26276 15667/31208/26156 15731/31270/26217</w:t>
        <w:br/>
        <w:t>f 15850/31392/26338 15734/31277/26224 15652/31195/26143</w:t>
        <w:br/>
        <w:t>f 15653/31194/26142 15850/31392/26338 15652/31195/26143</w:t>
        <w:br/>
        <w:t>f 14331/29876/24948 14449/29988/25060 15798/31341/26288</w:t>
        <w:br/>
        <w:t>f 15692/31233/26180 14331/29876/24948 15798/31341/26288</w:t>
        <w:br/>
        <w:t>f 15791/31333/26280 15692/31233/26180 15798/31341/26288</w:t>
        <w:br/>
        <w:t>f 15800/31343/26290 15791/31333/26280 15798/31341/26288</w:t>
        <w:br/>
        <w:t>f 15791/31333/26280 15800/31343/26290 15802/31345/26292</w:t>
        <w:br/>
        <w:t>f 15737/31280/26227 15791/31333/26280 15802/31345/26292</w:t>
        <w:br/>
        <w:t>f 15807/31346/26293 15804/31349/26296 15738/31279/26226</w:t>
        <w:br/>
        <w:t>f 15737/31280/26227 15807/31346/26293 15738/31279/26226</w:t>
        <w:br/>
        <w:t>f 15808/31351/26298 15739/31282/26229 15738/31279/26226</w:t>
        <w:br/>
        <w:t>f 15804/31349/26296 15808/31351/26298 15738/31279/26226</w:t>
        <w:br/>
        <w:t>f 15810/31353/26300 15747/31291/26238 15739/31282/26229</w:t>
        <w:br/>
        <w:t>f 15808/31351/26298 15810/31353/26300 15739/31282/26229</w:t>
        <w:br/>
        <w:t>f 15812/31355/26302 15749/31289/26236 15747/31291/26238</w:t>
        <w:br/>
        <w:t>f 15810/31353/26300 15812/31355/26302 15747/31291/26238</w:t>
        <w:br/>
        <w:t>f 15814/31357/26304 15792/31334/26281 15749/31289/26236</w:t>
        <w:br/>
        <w:t>f 15812/31355/26302 15814/31357/26304 15749/31289/26236</w:t>
        <w:br/>
        <w:t>f 15816/31359/26306 15793/31335/26282 15792/31334/26281</w:t>
        <w:br/>
        <w:t>f 15814/31357/26304 15816/31359/26306 15792/31334/26281</w:t>
        <w:br/>
        <w:t>f 15818/31361/26308 15793/31335/26282 15816/31359/26306</w:t>
        <w:br/>
        <w:t>f 15861/31400/26346 15860/31401/26347 15859/31402/26348</w:t>
        <w:br/>
        <w:t>f 15858/31403/26349 15861/31400/26346 15859/31402/26348</w:t>
        <w:br/>
        <w:t>f 15822/31364/26311 15862/31404/26350 15827/31370/26317</w:t>
        <w:br/>
        <w:t>f 15821/31365/26312 15822/31364/26311 15827/31370/26317</w:t>
        <w:br/>
        <w:t>f 15790/31331/26278 15827/31370/26317 15862/31404/26350</w:t>
        <w:br/>
        <w:t>f 15796/31337/26284 15746/31287/26234 15794/31336/26283</w:t>
        <w:br/>
        <w:t>f 15728/31273/26220 15729/31272/26219 15864/31405/26351</w:t>
        <w:br/>
        <w:t>f 15863/31406/26352 15728/31273/26220 15864/31405/26351</w:t>
        <w:br/>
        <w:t>f 15797/31339/26286 15728/31273/26220 15863/31406/26352</w:t>
        <w:br/>
        <w:t>f 15865/31407/26353 15797/31339/26286 15863/31406/26352</w:t>
        <w:br/>
        <w:t>f 15859/31402/26348 15701/31243/26190 15797/31339/26286</w:t>
        <w:br/>
        <w:t>f 15865/31407/26353 15859/31402/26348 15797/31339/26286</w:t>
        <w:br/>
        <w:t>f 15701/31243/26190 15859/31402/26348 15860/31401/26347</w:t>
        <w:br/>
        <w:t>f 15700/31244/26191 15701/31243/26190 15860/31401/26347</w:t>
        <w:br/>
        <w:t>f 15794/31336/26283 15818/31361/26308 15866/31408/26354</w:t>
        <w:br/>
        <w:t>f 15867/31409/26355 15794/31336/26283 15866/31408/26354</w:t>
        <w:br/>
        <w:t>f 15864/31405/26351 15867/31409/26355 15868/31410/26356</w:t>
        <w:br/>
        <w:t>f 15869/31411/26357 15864/31405/26351 15868/31410/26356</w:t>
        <w:br/>
        <w:t>f 15870/31412/26358 15863/31406/26352 15869/31411/26357</w:t>
        <w:br/>
        <w:t>f 15870/31412/26358 15865/31407/26353 15863/31406/26352</w:t>
        <w:br/>
        <w:t>f 15858/31403/26349 15859/31402/26348 15865/31407/26353</w:t>
        <w:br/>
        <w:t>f 15871/31413/26359 15858/31403/26349 15865/31407/26353</w:t>
        <w:br/>
        <w:t>f 15872/31414/26360 15866/31408/26354 15818/31361/26308</w:t>
        <w:br/>
        <w:t>f 15819/31360/26307 15872/31414/26360 15818/31361/26308</w:t>
        <w:br/>
        <w:t>f 15873/31415/26361 15867/31409/26355 15866/31408/26354</w:t>
        <w:br/>
        <w:t>f 15872/31414/26360 15873/31415/26361 15866/31408/26354</w:t>
        <w:br/>
        <w:t>f 15874/31416/26362 15868/31410/26356 15867/31409/26355</w:t>
        <w:br/>
        <w:t>f 15873/31415/26361 15874/31416/26362 15867/31409/26355</w:t>
        <w:br/>
        <w:t>f 15875/31417/26363 15869/31411/26357 15868/31410/26356</w:t>
        <w:br/>
        <w:t>f 15874/31416/26362 15875/31417/26363 15868/31410/26356</w:t>
        <w:br/>
        <w:t>f 15876/31418/26364 15870/31412/26358 15869/31411/26357</w:t>
        <w:br/>
        <w:t>f 15875/31417/26363 15876/31418/26364 15869/31411/26357</w:t>
        <w:br/>
        <w:t>f 15877/31419/26365 15871/31413/26359 15870/31412/26358</w:t>
        <w:br/>
        <w:t>f 15876/31418/26364 15877/31419/26365 15870/31412/26358</w:t>
        <w:br/>
        <w:t>f 15858/31403/26349 15871/31413/26359 15877/31419/26365</w:t>
        <w:br/>
        <w:t>f 15878/31420/26366 15820/31362/26309 15700/31244/26191</w:t>
        <w:br/>
        <w:t>f 15860/31401/26347 15878/31420/26366 15700/31244/26191</w:t>
        <w:br/>
        <w:t>f 15820/31362/26309 15878/31420/26366 15879/31421/26367</w:t>
        <w:br/>
        <w:t>f 15824/31366/26313 15820/31362/26309 15879/31421/26367</w:t>
        <w:br/>
        <w:t>f 15880/31422/26368 15825/31368/26315 15824/31366/26313</w:t>
        <w:br/>
        <w:t>f 15879/31421/26367 15880/31422/26368 15824/31366/26313</w:t>
        <w:br/>
        <w:t>f 15823/31363/26310 15882/31423/26369 15881/31424/26370</w:t>
        <w:br/>
        <w:t>f 15822/31364/26311 15823/31363/26310 15881/31424/26370</w:t>
        <w:br/>
        <w:t>f 15862/31404/26350 15822/31364/26311 15881/31424/26370</w:t>
        <w:br/>
        <w:t>f 15883/31425/26371 15878/31420/26366 15860/31401/26347</w:t>
        <w:br/>
        <w:t>f 15861/31400/26346 15883/31425/26371 15860/31401/26347</w:t>
        <w:br/>
        <w:t>f 15884/31426/26372 15879/31421/26367 15878/31420/26366</w:t>
        <w:br/>
        <w:t>f 15883/31425/26371 15884/31426/26372 15878/31420/26366</w:t>
        <w:br/>
        <w:t>f 15880/31422/26368 15879/31421/26367 15884/31426/26372</w:t>
        <w:br/>
        <w:t>f 15799/31340/26287 14446/29991/25063 14536/30079/25150</w:t>
        <w:br/>
        <w:t>f 15885/31427/26373 15799/31340/26287 14536/30079/25150</w:t>
        <w:br/>
        <w:t>f 15799/31340/26287 15885/31427/26373 15801/31342/26289</w:t>
        <w:br/>
        <w:t>f 15639/31180/26128 15640/31179/26127 15771/31313/26260</w:t>
        <w:br/>
        <w:t>f 15869/31411/26357 15863/31406/26352 15864/31405/26351</w:t>
        <w:br/>
        <w:t>f 15871/31413/26359 15865/31407/26353 15870/31412/26358</w:t>
        <w:br/>
        <w:t>f 15886/31428/26374 15794/31336/26283 15867/31409/26355</w:t>
        <w:br/>
        <w:t>f 15818/31361/26308 15794/31336/26283 15793/31335/26282</w:t>
        <w:br/>
        <w:t>f 15729/31272/26219 15794/31336/26283 15886/31428/26374</w:t>
        <w:br/>
        <w:t>f 15793/31335/26282 15746/31287/26234 15744/31283/26230</w:t>
        <w:br/>
        <w:t>f 15885/31427/26373 14536/30079/25150 14539/30081/25153</w:t>
        <w:br/>
        <w:t>f 15890/31429/26375 15889/31430/26376 15888/31431/26376</w:t>
        <w:br/>
        <w:t>f 15887/31432/26375 15890/31429/26375 15888/31431/26376</w:t>
        <w:br/>
        <w:t>f 15894/31433/26377 15893/31434/26378 15892/31435/26378</w:t>
        <w:br/>
        <w:t>f 15891/31436/26377 15894/31433/26377 15892/31435/26378</w:t>
        <w:br/>
        <w:t>f 15898/31437/26379 15897/31438/26380 15896/31439/26380</w:t>
        <w:br/>
        <w:t>f 15895/31440/26381 15898/31437/26379 15896/31439/26380</w:t>
        <w:br/>
        <w:t>f 15901/31441/26382 15900/31442/26383 15899/31443/26383</w:t>
        <w:br/>
        <w:t>f 15902/31444/26384 15901/31441/26382 15899/31443/26383</w:t>
        <w:br/>
        <w:t>f 15906/31445/26385 15905/31446/26386 15904/31447/26387</w:t>
        <w:br/>
        <w:t>f 15903/31448/26388 15906/31445/26385 15904/31447/26387</w:t>
        <w:br/>
        <w:t>f 15906/31445/26385 15903/31448/26388 15908/31449/26389</w:t>
        <w:br/>
        <w:t>f 15907/31450/26390 15906/31445/26385 15908/31449/26389</w:t>
        <w:br/>
        <w:t>f 15910/31451/26391 15907/31450/26390 15908/31449/26389</w:t>
        <w:br/>
        <w:t>f 15909/31452/26391 15910/31451/26391 15908/31449/26389</w:t>
        <w:br/>
        <w:t>f 15909/31452/26391 15912/31453/26392 15911/31454/26393</w:t>
        <w:br/>
        <w:t>f 15910/31451/26391 15909/31452/26391 15911/31454/26393</w:t>
        <w:br/>
        <w:t>f 15911/31454/26393 15912/31453/26392 15914/31455/26394</w:t>
        <w:br/>
        <w:t>f 15913/31456/26394 15911/31454/26393 15914/31455/26394</w:t>
        <w:br/>
        <w:t>f 15916/31457/26395 15915/31458/26395 15913/31456/26394</w:t>
        <w:br/>
        <w:t>f 15914/31455/26394 15916/31457/26395 15913/31456/26394</w:t>
        <w:br/>
        <w:t>f 15918/31459/26396 15915/31458/26395 15916/31457/26395</w:t>
        <w:br/>
        <w:t>f 15917/31460/26396 15918/31459/26396 15916/31457/26395</w:t>
        <w:br/>
        <w:t>f 15917/31460/26396 15920/31461/26397 15919/31462/26397</w:t>
        <w:br/>
        <w:t>f 15918/31459/26396 15917/31460/26396 15919/31462/26397</w:t>
        <w:br/>
        <w:t>f 15889/31430/26376 15896/31439/26380 15897/31438/26380</w:t>
        <w:br/>
        <w:t>f 15888/31431/26376 15889/31430/26376 15897/31438/26380</w:t>
        <w:br/>
        <w:t>f 15922/31463/26398 15890/31429/26375 15887/31432/26375</w:t>
        <w:br/>
        <w:t>f 15921/31464/26399 15922/31463/26398 15887/31432/26375</w:t>
        <w:br/>
        <w:t>f 15924/31465/26400 15922/31463/26398 15921/31464/26399</w:t>
        <w:br/>
        <w:t>f 15923/31466/26400 15924/31465/26400 15921/31464/26399</w:t>
        <w:br/>
        <w:t>f 15891/31436/26377 15926/31467/26401 15925/31468/26401</w:t>
        <w:br/>
        <w:t>f 15894/31433/26377 15891/31436/26377 15925/31468/26401</w:t>
        <w:br/>
        <w:t>f 15923/31466/26400 15928/31469/26402 15927/31470/26402</w:t>
        <w:br/>
        <w:t>f 15924/31465/26400 15923/31466/26400 15927/31470/26402</w:t>
        <w:br/>
        <w:t>f 15926/31467/26401 15930/31471/26403 15929/31472/26403</w:t>
        <w:br/>
        <w:t>f 15925/31468/26401 15926/31467/26401 15929/31472/26403</w:t>
        <w:br/>
        <w:t>f 15932/31473/26404 15929/31472/26403 15930/31471/26403</w:t>
        <w:br/>
        <w:t>f 15931/31474/26405 15932/31473/26404 15930/31471/26403</w:t>
        <w:br/>
        <w:t>f 15936/31475/26406 15935/31476/26406 15934/31477/26407</w:t>
        <w:br/>
        <w:t>f 15933/31478/26407 15936/31475/26406 15934/31477/26407</w:t>
        <w:br/>
        <w:t>f 15899/31443/26383 15900/31442/26383 15938/31479/26408</w:t>
        <w:br/>
        <w:t>f 15937/31480/26409 15899/31443/26383 15938/31479/26408</w:t>
        <w:br/>
        <w:t>f 15939/31481/26410 15919/31462/26397 15920/31461/26397</w:t>
        <w:br/>
        <w:t>f 15940/31482/26411 15939/31481/26410 15920/31461/26397</w:t>
        <w:br/>
        <w:t>f 15942/31483/26412 15941/31484/26413 15939/31481/26410</w:t>
        <w:br/>
        <w:t>f 15940/31482/26411 15942/31483/26412 15939/31481/26410</w:t>
        <w:br/>
        <w:t>f 15941/31484/26413 15942/31483/26412 15944/31485/26414</w:t>
        <w:br/>
        <w:t>f 15943/31486/26414 15941/31484/26413 15944/31485/26414</w:t>
        <w:br/>
        <w:t>f 15946/31487/26415 15945/31488/26416 15943/31486/26414</w:t>
        <w:br/>
        <w:t>f 15944/31485/26414 15946/31487/26415 15943/31486/26414</w:t>
        <w:br/>
        <w:t>f 15948/31489/26417 15945/31488/26416 15946/31487/26415</w:t>
        <w:br/>
        <w:t>f 15947/31490/26417 15948/31489/26417 15946/31487/26415</w:t>
        <w:br/>
        <w:t>f 15947/31490/26417 15950/31491/26418 15949/31492/26418</w:t>
        <w:br/>
        <w:t>f 15948/31489/26417 15947/31490/26417 15949/31492/26418</w:t>
        <w:br/>
        <w:t>f 15950/31491/26418 15935/31476/26406 15936/31475/26406</w:t>
        <w:br/>
        <w:t>f 15949/31492/26418 15950/31491/26418 15936/31475/26406</w:t>
        <w:br/>
        <w:t>f 15954/31493/26419 15953/31494/26419 15952/31495/26420</w:t>
        <w:br/>
        <w:t>f 15951/31496/26421 15954/31493/26419 15952/31495/26420</w:t>
        <w:br/>
        <w:t>f 15937/31480/26409 15938/31479/26408 15953/31494/26419</w:t>
        <w:br/>
        <w:t>f 15954/31493/26419 15937/31480/26409 15953/31494/26419</w:t>
        <w:br/>
        <w:t>f 15934/31477/26407 15956/31497/26422 15955/31498/26422</w:t>
        <w:br/>
        <w:t>f 15933/31478/26407 15934/31477/26407 15955/31498/26422</w:t>
        <w:br/>
        <w:t>f 15956/31497/26422 15958/31499/26423 15957/31500/26423</w:t>
        <w:br/>
        <w:t>f 15955/31498/26422 15956/31497/26422 15957/31500/26423</w:t>
        <w:br/>
        <w:t>f 15958/31499/26423 15960/31501/26424 15959/31502/26425</w:t>
        <w:br/>
        <w:t>f 15957/31500/26423 15958/31499/26423 15959/31502/26425</w:t>
        <w:br/>
        <w:t>f 15962/31503/26426 15961/31504/26426 15904/31447/26387</w:t>
        <w:br/>
        <w:t>f 15905/31446/26386 15962/31503/26426 15904/31447/26387</w:t>
        <w:br/>
        <w:t>f 14619/30160/25205 15961/31504/26426 15962/31503/26426</w:t>
        <w:br/>
        <w:t>f 14618/30161/25205 14619/30160/25205 15962/31503/26426</w:t>
        <w:br/>
        <w:t>f 15963/31505/26427 15852/31395/26341 15857/31398/26344</w:t>
        <w:br/>
        <w:t>f 15511/31054/26004 15514/31059/26009 15602/31144/26092</w:t>
        <w:br/>
        <w:t>f 15598/31143/26091 15511/31054/26004 15602/31144/26092</w:t>
        <w:br/>
        <w:t>f 15543/31084/26034 15540/31083/26033 15541/31082/26032</w:t>
        <w:br/>
        <w:t>f 14128/29670/24767 14127/29669/24766 14096/29637/24734</w:t>
        <w:br/>
        <w:t>f 15092/30634/25651 15059/30602/25624 15060/30601/25623</w:t>
        <w:br/>
        <w:t>f 14853/30393/25433 14891/30433/25470 14849/30390/26428</w:t>
        <w:br/>
        <w:t>f 14116/29659/24756 14117/29658/24755 14115/29655/24752</w:t>
        <w:br/>
        <w:t>f 14115/29655/24752 15964/31506/26429 14118/29660/24757</w:t>
        <w:br/>
        <w:t>f 14116/29659/24756 14115/29655/24752 14118/29660/24757</w:t>
        <w:br/>
        <w:t>f 14113/29657/24754 14114/29656/24753 14111/29654/24751</w:t>
        <w:br/>
        <w:t>f 14112/29653/24750 14113/29657/24754 14111/29654/24751</w:t>
        <w:br/>
        <w:t>f 14119/29661/24758 14113/29657/24754 14112/29653/24750</w:t>
        <w:br/>
        <w:t>f 14121/29662/24759 14119/29661/24758 14112/29653/24750</w:t>
        <w:br/>
        <w:t>f 15964/31506/26429 14115/29655/24752 14119/29661/24758</w:t>
        <w:br/>
        <w:t>f 15590/31132/24474 15591/31131/26081 15608/31149/24473</w:t>
        <w:br/>
        <w:t>f 14219/29760/24833 15965/31507/26430 14259/29802/24875</w:t>
        <w:br/>
        <w:t>f 14260/29801/24874 14219/29760/24833 14259/29802/24875</w:t>
        <w:br/>
        <w:t>f 14131/29673/24770 14130/29672/24769 14085/29630/24727</w:t>
        <w:br/>
        <w:t>f 14089/29632/24729 14131/29673/24770 14085/29630/24727</w:t>
        <w:br/>
        <w:t>f 15614/31156/26104 15630/31171/26119 15628/31170/26118</w:t>
        <w:br/>
        <w:t>f 15966/31508/26431 14130/29672/24769 14131/29673/24770</w:t>
        <w:br/>
        <w:t>f 15967/31509/24875 14130/29672/24769 15966/31508/26431</w:t>
        <w:br/>
        <w:t>f 14990/30531/25555 14991/30530/25554 15113/30654/25668</w:t>
        <w:br/>
        <w:t>f 15086/30627/25646 14990/30531/25555 15113/30654/25668</w:t>
        <w:br/>
        <w:t>f 14997/30540/25564 15073/30616/25635 15115/30658/25672</w:t>
        <w:br/>
        <w:t>f 14996/30541/25565 14997/30540/25564 15115/30658/25672</w:t>
        <w:br/>
        <w:t>f 14998/30539/25563 14999/30538/25562 15118/30661/25675</w:t>
        <w:br/>
        <w:t>f 15078/30620/25639 14998/30539/25563 15118/30661/25675</w:t>
        <w:br/>
        <w:t>f 15086/30627/25646 15113/30654/25668 14992/30537/25561</w:t>
        <w:br/>
        <w:t>f 14993/30536/25560 15086/30627/25646 14992/30537/25561</w:t>
        <w:br/>
        <w:t>f 15560/31099/26049 15509/31048/25998 15506/31051/26001</w:t>
        <w:br/>
        <w:t>f 15559/31100/26050 15560/31099/26049 15506/31051/26001</w:t>
        <w:br/>
        <w:t>f 15552/31094/26044 15602/31144/26092 15514/31059/26009</w:t>
        <w:br/>
        <w:t>f 15515/31058/26008 15552/31094/26044 15514/31059/26009</w:t>
        <w:br/>
        <w:t>f 15598/31143/26091 15599/31142/26090 15510/31055/26005</w:t>
        <w:br/>
        <w:t>f 15511/31054/26004 15598/31143/26091 15510/31055/26005</w:t>
        <w:br/>
        <w:t>f 15855/31397/26343 15854/31396/26342 15695/31239/26186</w:t>
        <w:br/>
        <w:t>f 15696/31238/26185 15855/31397/26343 15695/31239/26186</w:t>
        <w:br/>
        <w:t>f 15768/31308/26255 15714/31257/26204 15715/31256/26203</w:t>
        <w:br/>
        <w:t>f 15963/31505/26427 15768/31308/26255 15715/31256/26203</w:t>
        <w:br/>
        <w:t>f 15785/31326/26273 15679/31220/26167 15752/31295/26242</w:t>
        <w:br/>
        <w:t>f 15753/31294/26241 15785/31326/26273 15752/31295/26242</w:t>
        <w:br/>
        <w:t>f 15786/31328/26275 15850/31392/26338 15846/31387/26333</w:t>
        <w:br/>
        <w:t>f 15782/31323/26270 15786/31328/26275 15846/31387/26333</w:t>
        <w:br/>
        <w:t>f 15963/31505/26427 15715/31256/26203 15708/31251/26198</w:t>
        <w:br/>
        <w:t>f 15852/31395/26341 15963/31505/26427 15708/31251/26198</w:t>
        <w:br/>
        <w:t>f 15653/31194/26142 15654/31193/26141 15783/31325/26272</w:t>
        <w:br/>
        <w:t>f 15845/31388/26334 15653/31194/26142 15783/31325/26272</w:t>
        <w:br/>
        <w:t>f 15665/31210/26158 15666/31209/26157 15697/31237/26184</w:t>
        <w:br/>
        <w:t>f 15672/31211/26159 15732/31275/26222 15733/31274/26221</w:t>
        <w:br/>
        <w:t>f 15969/31510/26432 15927/31470/26402 15928/31469/26402</w:t>
        <w:br/>
        <w:t>f 15968/31511/26432 15969/31510/26432 15928/31469/26402</w:t>
        <w:br/>
        <w:t>f 14250/29790/24863 14223/29762/24835 14220/29765/24838</w:t>
        <w:br/>
        <w:t>f 14271/29813/24886 14250/29790/24863 14220/29765/24838</w:t>
        <w:br/>
        <w:t>f 15965/31507/26430 14219/29760/24833 14213/29752/24825</w:t>
        <w:br/>
        <w:t>f 14266/29808/24881 15965/31507/26430 14213/29752/24825</w:t>
        <w:br/>
        <w:t>f 14438/29977/25049 14350/29889/24961 14347/29892/24964</w:t>
        <w:br/>
        <w:t>f 14437/29978/25050 14438/29977/25049 14347/29892/24964</w:t>
        <w:br/>
        <w:t>f 14292/29831/24904 14497/30039/25110 14393/29938/25010</w:t>
        <w:br/>
        <w:t>f 14394/29937/25009 14292/29831/24904 14393/29938/25010</w:t>
        <w:br/>
        <w:t>f 14409/29951/25023 14620/30162/25206 14355/29900/24972</w:t>
        <w:br/>
        <w:t>f 14356/29899/24971 14409/29951/25023 14355/29900/24972</w:t>
        <w:br/>
        <w:t>f 14506/30048/25119 14429/29970/25042 14316/29859/24931</w:t>
        <w:br/>
        <w:t>f 14502/30044/25115 14506/30048/25119 14316/29859/24931</w:t>
        <w:br/>
        <w:t>f 14620/30162/25206 14505/30046/25117 14354/29893/24965</w:t>
        <w:br/>
        <w:t>f 14355/29900/24972 14620/30162/25206 14354/29893/24965</w:t>
        <w:br/>
        <w:t>f 14289/29834/24907 14499/30040/25111 14497/30039/25110</w:t>
        <w:br/>
        <w:t>f 14292/29831/24904 14289/29834/24907 14497/30039/25110</w:t>
        <w:br/>
        <w:t>f 14303/29848/24921 14338/29880/24952 14306/29845/24918</w:t>
        <w:br/>
        <w:t>f 14374/29917/24989 14308/29851/24924 14309/29850/24923</w:t>
        <w:br/>
        <w:t>f 14305/29846/24919 14374/29917/24989 14309/29850/24923</w:t>
        <w:br/>
        <w:t>f 14308/29851/24924 14374/29917/24989 14375/29916/24988</w:t>
        <w:br/>
        <w:t>f 14271/29813/24886 14220/29765/24838 14215/29758/24831</w:t>
        <w:br/>
        <w:t>f 14267/29810/24883 14271/29813/24886 14215/29758/24831</w:t>
        <w:br/>
        <w:t>f 14796/30340/25383 14866/30410/25447 14918/30461/25496</w:t>
        <w:br/>
        <w:t>f 14916/30459/25494 14796/30340/25383 14918/30461/25496</w:t>
        <w:br/>
        <w:t>f 14793/30337/25380 14796/30340/25383 14916/30459/25494</w:t>
        <w:br/>
        <w:t>f 14914/30457/25492 14793/30337/25380 14916/30459/25494</w:t>
        <w:br/>
        <w:t>f 14912/30455/25490 14858/30403/25443 14793/30337/25380</w:t>
        <w:br/>
        <w:t>f 14914/30457/25492 14912/30455/25490 14793/30337/25380</w:t>
        <w:br/>
        <w:t>f 14861/30400/25440 14858/30403/25443 14912/30455/25490</w:t>
        <w:br/>
        <w:t>f 14911/30452/25487 14861/30400/25440 14912/30455/25490</w:t>
        <w:br/>
        <w:t>f 14911/30452/25487 14908/30451/25486 14875/30416/25454</w:t>
        <w:br/>
        <w:t>f 14861/30400/25440 14911/30452/25487 14875/30416/25454</w:t>
        <w:br/>
        <w:t>f 14791/30333/25376 14875/30416/25454 14908/30451/25486</w:t>
        <w:br/>
        <w:t>f 14907/30448/25483 14791/30333/25376 14908/30451/25486</w:t>
        <w:br/>
        <w:t>f 14787/30328/25371 14791/30333/25376 14907/30448/25483</w:t>
        <w:br/>
        <w:t>f 14786/30329/25372 14787/30328/25371 14907/30448/25483</w:t>
        <w:br/>
        <w:t>f 14988/30533/25557 14989/30532/25556 14788/30327/25370</w:t>
        <w:br/>
        <w:t>f 14785/30330/25373 14988/30533/25557 14788/30327/25370</w:t>
        <w:br/>
        <w:t>f 14799/30341/25384 14866/30410/25447 14796/30340/25383</w:t>
        <w:br/>
        <w:t>f 14998/30539/25563 15078/30620/25639 15010/30552/25576</w:t>
        <w:br/>
        <w:t>f 6091/31512/26433 6090/31513/26433 6089/31514/26434</w:t>
        <w:br/>
        <w:t>f 6088/31515/26434 6091/31512/26433 6089/31514/26434</w:t>
        <w:br/>
        <w:t>f 6095/31516/26435 6094/31517/26435 6093/31518/26436</w:t>
        <w:br/>
        <w:t>f 6092/31519/26436 6095/31516/26435 6093/31518/26436</w:t>
        <w:br/>
        <w:t>f 6094/31517/26435 6095/31516/26435 6097/31520/26437</w:t>
        <w:br/>
        <w:t>f 6096/31521/26437 6094/31517/26435 6097/31520/26437</w:t>
        <w:br/>
        <w:t>f 6101/31522/26438 6100/31523/26438 6099/31524/26439</w:t>
        <w:br/>
        <w:t>f 6098/31525/26440 6101/31522/26438 6099/31524/26439</w:t>
        <w:br/>
        <w:t>f 6105/31526/26441 6104/31527/26441 6103/31528/26442</w:t>
        <w:br/>
        <w:t>f 6102/31529/26442 6105/31526/26441 6103/31528/26442</w:t>
        <w:br/>
        <w:t>f 6109/31530/26443 6108/31531/26444 6107/31532/26445</w:t>
        <w:br/>
        <w:t>f 6106/31533/26443 6109/31530/26443 6107/31532/26445</w:t>
        <w:br/>
        <w:t>f 6113/31534/26446 6112/31535/26447 6111/31536/26448</w:t>
        <w:br/>
        <w:t>f 6110/31537/26448 6113/31534/26446 6111/31536/26448</w:t>
        <w:br/>
        <w:t>f 6117/31538/26449 6116/31539/26450 6115/31540/26451</w:t>
        <w:br/>
        <w:t>f 6114/31541/26449 6117/31538/26449 6115/31540/26451</w:t>
        <w:br/>
        <w:t>f 6119/31542/26452 6117/31538/26449 6114/31541/26449</w:t>
        <w:br/>
        <w:t>f 6118/31543/26452 6119/31542/26452 6114/31541/26449</w:t>
        <w:br/>
        <w:t>f 6123/31544/26453 6122/31545/26454 6121/31546/26455</w:t>
        <w:br/>
        <w:t>f 6120/31547/26455 6123/31544/26453 6121/31546/26455</w:t>
        <w:br/>
        <w:t>f 6122/31545/26454 6123/31544/26453 6125/31548/26456</w:t>
        <w:br/>
        <w:t>f 6124/31549/26456 6122/31545/26454 6125/31548/26456</w:t>
        <w:br/>
        <w:t>f 6127/31550/26457 6102/31529/26442 6103/31528/26442</w:t>
        <w:br/>
        <w:t>f 6126/31551/26457 6127/31550/26457 6103/31528/26442</w:t>
        <w:br/>
        <w:t>f 6108/31531/26444 6127/31550/26457 6126/31551/26457</w:t>
        <w:br/>
        <w:t>f 6107/31532/26445 6108/31531/26444 6126/31551/26457</w:t>
        <w:br/>
        <w:t>f 6116/31539/26450 6110/31537/26448 6111/31536/26448</w:t>
        <w:br/>
        <w:t>f 6115/31540/26451 6116/31539/26450 6111/31536/26448</w:t>
        <w:br/>
        <w:t>f 6098/31525/26440 6099/31524/26439 6124/31549/26456</w:t>
        <w:br/>
        <w:t>f 6125/31548/26456 6098/31525/26440 6124/31549/26456</w:t>
        <w:br/>
        <w:t>f 6092/31519/26436 6093/31518/26436 6090/31513/26433</w:t>
        <w:br/>
        <w:t>f 6091/31512/26433 6092/31519/26436 6090/31513/26433</w:t>
        <w:br/>
        <w:t>f 28418/31552/26458 28417/31553/26459 28416/31554/26460</w:t>
        <w:br/>
        <w:t>f 28415/31555/26461 28418/31552/26458 28416/31554/26460</w:t>
        <w:br/>
        <w:t>f 28422/31556/26462 28421/31557/26463 28420/31558/26463</w:t>
        <w:br/>
        <w:t>f 28419/31559/26464 28422/31556/26462 28420/31558/26463</w:t>
        <w:br/>
        <w:t>f 28426/31560/26465 28425/31561/26465 28424/31562/26465</w:t>
        <w:br/>
        <w:t>f 28423/31563/26466 28426/31560/26465 28424/31562/26465</w:t>
        <w:br/>
        <w:t>f 28419/31559/26464 28428/31564/26467 28427/31565/26467</w:t>
        <w:br/>
        <w:t>f 28422/31556/26462 28419/31559/26464 28427/31565/26467</w:t>
        <w:br/>
        <w:t>f 28432/31566/26468 28431/31567/26469 28430/31568/26469</w:t>
        <w:br/>
        <w:t>f 28429/31569/26470 28432/31566/26468 28430/31568/26469</w:t>
        <w:br/>
        <w:t>f 28436/31570/26471 28435/31571/26459 28434/31572/26472</w:t>
        <w:br/>
        <w:t>f 28433/31573/26472 28436/31570/26471 28434/31572/26472</w:t>
        <w:br/>
        <w:t>f 28440/31574/26473 28439/31575/26474 28438/31576/26475</w:t>
        <w:br/>
        <w:t>f 28437/31577/26473 28440/31574/26473 28438/31576/26475</w:t>
        <w:br/>
        <w:t>f 28442/31578/26476 28441/31579/26460 28435/31571/26459</w:t>
        <w:br/>
        <w:t>f 28436/31570/26471 28442/31578/26476 28435/31571/26459</w:t>
        <w:br/>
        <w:t>f 28434/31572/26472 28441/31579/26460 28442/31578/26476</w:t>
        <w:br/>
        <w:t>f 28433/31573/26472 28434/31572/26472 28442/31578/26476</w:t>
        <w:br/>
        <w:t>f 28446/31580/26477 28445/31581/26478 28444/31582/26479</w:t>
        <w:br/>
        <w:t>f 28443/31583/26480 28446/31580/26477 28444/31582/26479</w:t>
        <w:br/>
        <w:t>f 28450/31584/26481 28449/31585/26482 28448/31586/26483</w:t>
        <w:br/>
        <w:t>f 28447/31587/26481 28450/31584/26481 28448/31586/26483</w:t>
        <w:br/>
        <w:t>f 28420/31558/26463 28421/31557/26463 28427/31565/26467</w:t>
        <w:br/>
        <w:t>f 28428/31564/26467 28420/31558/26463 28427/31565/26467</w:t>
        <w:br/>
        <w:t>f 6804/31588/26484 6803/31589/26485 6802/31590/26486</w:t>
        <w:br/>
        <w:t>f 6801/31591/26484 6804/31588/26484 6802/31590/26486</w:t>
        <w:br/>
        <w:t>f 6807/31592/26487 6806/31593/26488 6805/31594/26489</w:t>
        <w:br/>
        <w:t>f 6806/31593/26488 6808/31595/26490 6805/31594/26489</w:t>
        <w:br/>
        <w:t>f 6808/31595/26490 6809/31596/26491 6805/31594/26489</w:t>
        <w:br/>
        <w:t>f 6811/31597/26492 6802/31590/26486 6803/31589/26485</w:t>
        <w:br/>
        <w:t>f 6810/31598/26492 6811/31597/26492 6803/31589/26485</w:t>
        <w:br/>
        <w:t>f 6815/31599/26493 6814/31600/26494 6813/31601/26495</w:t>
        <w:br/>
        <w:t>f 6812/31602/26495 6815/31599/26493 6813/31601/26495</w:t>
        <w:br/>
        <w:t>f 6818/31603/26496 6817/31604/26497 6816/31605/26498</w:t>
        <w:br/>
        <w:t>f 6816/31605/26498 6817/31604/26497 6819/31606/26499</w:t>
        <w:br/>
        <w:t>f 6817/31604/26497 6820/31607/26500 6819/31606/26499</w:t>
        <w:br/>
        <w:t>f 6824/31608/26501 6823/31609/26501 6822/31610/26502</w:t>
        <w:br/>
        <w:t>f 6821/31611/26502 6824/31608/26501 6822/31610/26502</w:t>
        <w:br/>
        <w:t>f 6826/31612/26503 6809/31596/26491 6808/31595/26490</w:t>
        <w:br/>
        <w:t>f 6825/31613/26504 6826/31612/26503 6808/31595/26490</w:t>
        <w:br/>
        <w:t>f 6830/31614/26505 6829/31615/26506 6828/31616/26507</w:t>
        <w:br/>
        <w:t>f 6827/31617/26508 6830/31614/26505 6828/31616/26507</w:t>
        <w:br/>
        <w:t>f 6827/31617/26508 6832/31618/26509 6831/31619/26509</w:t>
        <w:br/>
        <w:t>f 6830/31614/26505 6827/31617/26508 6831/31619/26509</w:t>
        <w:br/>
        <w:t>f 6836/31620/26510 6835/31621/26510 6834/31622/26511</w:t>
        <w:br/>
        <w:t>f 6833/31623/26512 6836/31620/26510 6834/31622/26511</w:t>
        <w:br/>
        <w:t>f 6835/31621/26510 6836/31620/26510 6819/31606/26499</w:t>
        <w:br/>
        <w:t>f 6820/31607/26500 6835/31621/26510 6819/31606/26499</w:t>
        <w:br/>
        <w:t>f 6838/31624/26513 6826/31612/26503 6825/31613/26504</w:t>
        <w:br/>
        <w:t>f 6837/31625/26514 6838/31624/26513 6825/31613/26504</w:t>
        <w:br/>
        <w:t>f 6842/31626/26515 6841/31627/26516 6840/31628/26516</w:t>
        <w:br/>
        <w:t>f 6839/31629/26515 6842/31626/26515 6840/31628/26516</w:t>
        <w:br/>
        <w:t>f 6844/31630/26517 6843/31631/26517 6821/31611/26502</w:t>
        <w:br/>
        <w:t>f 6822/31610/26502 6844/31630/26517 6821/31611/26502</w:t>
        <w:br/>
        <w:t>f 6846/31632/26518 6831/31619/26509 6832/31618/26509</w:t>
        <w:br/>
        <w:t>f 6845/31633/26519 6846/31632/26518 6832/31618/26509</w:t>
        <w:br/>
        <w:t>f 4099/31634/26520 4098/31635/26521 4097/31636/26521</w:t>
        <w:br/>
        <w:t>f 4096/31637/26522 4099/31634/26520 4097/31636/26521</w:t>
        <w:br/>
        <w:t>f 4102/31638/26523 4101/31639/26524 4100/31640/26524</w:t>
        <w:br/>
        <w:t>f 4103/31641/26525 4102/31638/26523 4100/31640/26524</w:t>
        <w:br/>
        <w:t>f 4103/31641/26525 4105/31642/26526 4104/31643/26526</w:t>
        <w:br/>
        <w:t>f 4102/31638/26523 4103/31641/26525 4104/31643/26526</w:t>
        <w:br/>
        <w:t>f 4109/31644/26527 4108/31645/26527 4107/31646/26528</w:t>
        <w:br/>
        <w:t>f 4106/31647/26528 4109/31644/26527 4107/31646/26528</w:t>
        <w:br/>
        <w:t>f 4113/31648/26529 4112/31649/26530 4111/31650/26530</w:t>
        <w:br/>
        <w:t>f 4110/31651/26529 4113/31648/26529 4111/31650/26530</w:t>
        <w:br/>
        <w:t>f 4111/31650/26530 4112/31649/26530 4114/31652/26531</w:t>
        <w:br/>
        <w:t>f 4115/31653/26531 4111/31650/26530 4114/31652/26531</w:t>
        <w:br/>
        <w:t>f 4096/31637/26522 4117/31654/26532 4116/31655/26533</w:t>
        <w:br/>
        <w:t>f 4099/31634/26520 4096/31637/26522 4116/31655/26533</w:t>
        <w:br/>
        <w:t>f 4120/31656/26534 4119/31657/26535 4118/31658/26534</w:t>
        <w:br/>
        <w:t>f 4121/31659/26534 4120/31656/26534 4118/31658/26534</w:t>
        <w:br/>
        <w:t>f 4125/31660/26536 4124/31661/26537 4123/31662/26538</w:t>
        <w:br/>
        <w:t>f 4122/31663/26538 4125/31660/26536 4123/31662/26538</w:t>
        <w:br/>
        <w:t>f 4124/31661/26537 4125/31660/26536 4108/31645/26527</w:t>
        <w:br/>
        <w:t>f 4109/31644/26527 4124/31661/26537 4108/31645/26527</w:t>
        <w:br/>
        <w:t>f 4098/31635/26521 4127/31664/26539 4126/31665/26540</w:t>
        <w:br/>
        <w:t>f 4097/31636/26521 4098/31635/26521 4126/31665/26540</w:t>
        <w:br/>
        <w:t>f 4129/31666/26541 4128/31667/26541 4113/31648/26529</w:t>
        <w:br/>
        <w:t>f 4110/31651/26529 4129/31666/26541 4113/31648/26529</w:t>
        <w:br/>
        <w:t>f 4131/31668/26542 4130/31669/26543 4106/31647/26528</w:t>
        <w:br/>
        <w:t>f 4107/31646/26528 4131/31668/26542 4106/31647/26528</w:t>
        <w:br/>
        <w:t>f 4128/31667/26541 4129/31666/26541 4133/31670/26544</w:t>
        <w:br/>
        <w:t>f 4132/31671/26545 4128/31667/26541 4133/31670/26544</w:t>
        <w:br/>
        <w:t>f 4135/31672/26546 4134/31673/26547 4100/31640/26524</w:t>
        <w:br/>
        <w:t>f 4101/31639/26524 4135/31672/26546 4100/31640/26524</w:t>
        <w:br/>
        <w:t>f 4137/31674/26548 4136/31675/26548 4134/31673/26547</w:t>
        <w:br/>
        <w:t>f 4135/31672/26546 4137/31674/26548 4134/31673/26547</w:t>
        <w:br/>
        <w:t>f 4141/31676/26549 4140/31677/26550 4139/31678/26551</w:t>
        <w:br/>
        <w:t>f 4138/31679/26551 4141/31676/26549 4139/31678/26551</w:t>
        <w:br/>
        <w:t>f 4143/31680/26552 4140/31677/26550 4141/31676/26549</w:t>
        <w:br/>
        <w:t>f 4142/31681/26553 4143/31680/26552 4141/31676/26549</w:t>
        <w:br/>
        <w:t>f 4142/31681/26553 4145/31682/26554 4144/31683/26555</w:t>
        <w:br/>
        <w:t>f 4143/31680/26552 4142/31681/26553 4144/31683/26555</w:t>
        <w:br/>
        <w:t>f 4149/31684/26556 4148/31685/26557 4147/31686/26557</w:t>
        <w:br/>
        <w:t>f 4146/31687/26558 4149/31684/26556 4147/31686/26557</w:t>
        <w:br/>
        <w:t>f 4149/31684/26556 4146/31687/26558 4151/31688/26559</w:t>
        <w:br/>
        <w:t>f 4150/31689/26559 4149/31684/26556 4151/31688/26559</w:t>
        <w:br/>
        <w:t>f 4138/31679/26551 4139/31678/26551 4130/31669/26543</w:t>
        <w:br/>
        <w:t>f 4131/31668/26542 4138/31679/26551 4130/31669/26543</w:t>
        <w:br/>
        <w:t>f 4148/31685/26557 4104/31643/26526 4105/31642/26526</w:t>
        <w:br/>
        <w:t>f 4147/31686/26557 4148/31685/26557 4105/31642/26526</w:t>
        <w:br/>
        <w:t>f 4153/31690/26560 4126/31665/26540 4127/31664/26539</w:t>
        <w:br/>
        <w:t>f 4152/31691/26560 4153/31690/26560 4127/31664/26539</w:t>
        <w:br/>
        <w:t>f 4155/31692/26561 4153/31690/26560 4152/31691/26560</w:t>
        <w:br/>
        <w:t>f 4154/31693/26561 4155/31692/26561 4152/31691/26560</w:t>
        <w:br/>
        <w:t>f 4157/31694/26562 4155/31692/26561 4154/31693/26561</w:t>
        <w:br/>
        <w:t>f 4156/31695/26563 4157/31694/26562 4154/31693/26561</w:t>
        <w:br/>
        <w:t>f 4161/31696/26564 4160/31697/26564 4159/31698/26565</w:t>
        <w:br/>
        <w:t>f 4158/31699/26565 4161/31696/26564 4159/31698/26565</w:t>
        <w:br/>
        <w:t>f 4132/31671/26545 4133/31670/26544 4163/31700/26566</w:t>
        <w:br/>
        <w:t>f 4162/31701/26567 4132/31671/26545 4163/31700/26566</w:t>
        <w:br/>
        <w:t>f 4162/31701/26567 4163/31700/26566 4165/31702/26568</w:t>
        <w:br/>
        <w:t>f 4164/31703/26569 4162/31701/26567 4165/31702/26568</w:t>
        <w:br/>
        <w:t>f 4167/31704/26570 4164/31703/26569 4165/31702/26568</w:t>
        <w:br/>
        <w:t>f 4166/31705/26571 4167/31704/26570 4165/31702/26568</w:t>
        <w:br/>
        <w:t>f 4171/31706/26572 4170/31707/26573 4169/31708/26574</w:t>
        <w:br/>
        <w:t>f 4168/31709/26575 4171/31706/26572 4169/31708/26574</w:t>
        <w:br/>
        <w:t>f 4168/31709/26575 4169/31708/26574 4173/31710/26576</w:t>
        <w:br/>
        <w:t>f 4172/31711/26576 4168/31709/26575 4173/31710/26576</w:t>
        <w:br/>
        <w:t>f 4176/31712/26577 4175/31713/26577 4174/31714/26578</w:t>
        <w:br/>
        <w:t>f 4177/31715/26578 4176/31712/26577 4174/31714/26578</w:t>
        <w:br/>
        <w:t>f 4180/31716/26579 4179/31717/26580 4178/31718/26581</w:t>
        <w:br/>
        <w:t>f 4181/31719/26582 4180/31716/26579 4178/31718/26581</w:t>
        <w:br/>
        <w:t>f 4185/31720/26583 4184/31721/26584 4183/31722/26585</w:t>
        <w:br/>
        <w:t>f 4182/31723/26586 4185/31720/26583 4183/31722/26585</w:t>
        <w:br/>
        <w:t>f 4187/31724/26587 4185/31720/26583 4182/31723/26586</w:t>
        <w:br/>
        <w:t>f 4186/31725/26588 4187/31724/26587 4182/31723/26586</w:t>
        <w:br/>
        <w:t>f 4189/31726/26589 4187/31724/26587 4186/31725/26588</w:t>
        <w:br/>
        <w:t>f 4188/31727/26590 4189/31726/26589 4186/31725/26588</w:t>
        <w:br/>
        <w:t>f 4193/31728/26591 4192/31729/26592 4191/31730/26593</w:t>
        <w:br/>
        <w:t>f 4190/31731/26591 4193/31728/26591 4191/31730/26593</w:t>
        <w:br/>
        <w:t>f 4195/31732/26594 4193/31728/26591 4190/31731/26591</w:t>
        <w:br/>
        <w:t>f 4194/31733/26595 4195/31732/26594 4190/31731/26591</w:t>
        <w:br/>
        <w:t>f 4189/31726/26589 4188/31727/26590 4197/31734/26596</w:t>
        <w:br/>
        <w:t>f 4196/31735/26597 4189/31726/26589 4197/31734/26596</w:t>
        <w:br/>
        <w:t>f 4199/31736/26598 4198/31737/26598 4172/31711/26576</w:t>
        <w:br/>
        <w:t>f 4173/31710/26576 4199/31736/26598 4172/31711/26576</w:t>
        <w:br/>
        <w:t>f 4176/31712/26577 4191/31730/26593 4192/31729/26592</w:t>
        <w:br/>
        <w:t>f 4175/31713/26577 4176/31712/26577 4192/31729/26592</w:t>
        <w:br/>
        <w:t>f 4201/31738/26599 4200/31739/26599 4196/31735/26597</w:t>
        <w:br/>
        <w:t>f 4197/31734/26596 4201/31738/26599 4196/31735/26597</w:t>
        <w:br/>
        <w:t>f 4205/31740/26600 4204/31741/26600 4203/31742/26601</w:t>
        <w:br/>
        <w:t>f 4202/31743/26601 4205/31740/26600 4203/31742/26601</w:t>
        <w:br/>
        <w:t>f 4205/31740/26600 4207/31744/26602 4206/31745/26603</w:t>
        <w:br/>
        <w:t>f 4204/31741/26600 4205/31740/26600 4206/31745/26603</w:t>
        <w:br/>
        <w:t>f 4207/31744/26602 4209/31746/26604 4208/31747/26604</w:t>
        <w:br/>
        <w:t>f 4206/31745/26603 4207/31744/26602 4208/31747/26604</w:t>
        <w:br/>
        <w:t>f 4199/31736/26598 4211/31748/26605 4210/31749/26605</w:t>
        <w:br/>
        <w:t>f 4198/31737/26598 4199/31736/26598 4210/31749/26605</w:t>
        <w:br/>
        <w:t>f 4213/31750/26606 4210/31749/26605 4211/31748/26605</w:t>
        <w:br/>
        <w:t>f 4212/31751/26606 4213/31750/26606 4211/31748/26605</w:t>
        <w:br/>
        <w:t>f 4215/31752/26607 4213/31750/26606 4212/31751/26606</w:t>
        <w:br/>
        <w:t>f 4214/31753/26607 4215/31752/26607 4212/31751/26606</w:t>
        <w:br/>
        <w:t>f 4215/31752/26607 4214/31753/26607 4217/31754/26608</w:t>
        <w:br/>
        <w:t>f 4216/31755/26608 4215/31752/26607 4217/31754/26608</w:t>
        <w:br/>
        <w:t>f 4219/31756/26609 4218/31757/26610 4216/31755/26608</w:t>
        <w:br/>
        <w:t>f 4217/31754/26608 4219/31756/26609 4216/31755/26608</w:t>
        <w:br/>
        <w:t>f 4221/31758/26611 4195/31732/26594 4194/31733/26595</w:t>
        <w:br/>
        <w:t>f 4220/31759/26612 4221/31758/26611 4194/31733/26595</w:t>
        <w:br/>
        <w:t>f 4221/31758/26611 4220/31759/26612 4222/31760/26613</w:t>
        <w:br/>
        <w:t>f 4223/31761/26613 4221/31758/26611 4222/31760/26613</w:t>
        <w:br/>
        <w:t>f 4227/31762/26614 4226/31763/26614 4225/31764/26615</w:t>
        <w:br/>
        <w:t>f 4224/31765/26615 4227/31762/26614 4225/31764/26615</w:t>
        <w:br/>
        <w:t>f 4231/31766/26616 4230/31767/26617 4229/31768/26618</w:t>
        <w:br/>
        <w:t>f 4228/31769/26619 4231/31766/26616 4229/31768/26618</w:t>
        <w:br/>
        <w:t>f 4231/31766/26616 4233/31770/26620 4232/31771/26621</w:t>
        <w:br/>
        <w:t>f 4230/31767/26617 4231/31766/26616 4232/31771/26621</w:t>
        <w:br/>
        <w:t>f 4233/31770/26620 4235/31772/26622 4234/31773/26622</w:t>
        <w:br/>
        <w:t>f 4232/31771/26621 4233/31770/26620 4234/31773/26622</w:t>
        <w:br/>
        <w:t>f 4224/31765/26615 4225/31764/26615 4237/31774/26623</w:t>
        <w:br/>
        <w:t>f 4236/31775/26623 4224/31765/26615 4237/31774/26623</w:t>
        <w:br/>
        <w:t>f 4236/31775/26623 4237/31774/26623 4239/31776/26624</w:t>
        <w:br/>
        <w:t>f 4238/31777/26624 4236/31775/26623 4239/31776/26624</w:t>
        <w:br/>
        <w:t>f 4228/31769/26619 4229/31768/26618 4200/31739/26599</w:t>
        <w:br/>
        <w:t>f 4201/31738/26599 4228/31769/26619 4200/31739/26599</w:t>
        <w:br/>
        <w:t>f 4241/31778/26625 4240/31779/26626 4226/31763/26614</w:t>
        <w:br/>
        <w:t>f 4227/31762/26614 4241/31778/26625 4226/31763/26614</w:t>
        <w:br/>
        <w:t>f 4202/31743/26601 4203/31742/26601 4240/31779/26626</w:t>
        <w:br/>
        <w:t>f 4241/31778/26625 4202/31743/26601 4240/31779/26626</w:t>
        <w:br/>
        <w:t>f 4243/31780/26627 4242/31781/26627 4167/31704/26570</w:t>
        <w:br/>
        <w:t>f 4166/31705/26571 4243/31780/26627 4167/31704/26570</w:t>
        <w:br/>
        <w:t>f 4242/31781/26627 4243/31780/26627 4245/31782/26628</w:t>
        <w:br/>
        <w:t>f 4244/31783/26629 4242/31781/26627 4245/31782/26628</w:t>
        <w:br/>
        <w:t>f 4249/31784/26630 4248/31785/26631 4247/31786/26632</w:t>
        <w:br/>
        <w:t>f 4246/31787/26633 4249/31784/26630 4247/31786/26632</w:t>
        <w:br/>
        <w:t>f 4251/31788/26634 4250/31789/26635 4248/31785/26631</w:t>
        <w:br/>
        <w:t>f 4249/31784/26630 4251/31788/26634 4248/31785/26631</w:t>
        <w:br/>
        <w:t>f 4253/31790/26636 4252/31791/26636 4244/31783/26629</w:t>
        <w:br/>
        <w:t>f 4245/31782/26628 4253/31790/26636 4244/31783/26629</w:t>
        <w:br/>
        <w:t>f 4255/31792/26637 4252/31791/26636 4253/31790/26636</w:t>
        <w:br/>
        <w:t>f 4254/31793/26637 4255/31792/26637 4253/31790/26636</w:t>
        <w:br/>
        <w:t>f 4257/31794/26638 4256/31795/26639 4250/31789/26635</w:t>
        <w:br/>
        <w:t>f 4251/31788/26634 4257/31794/26638 4250/31789/26635</w:t>
        <w:br/>
        <w:t>f 4259/31796/26640 4255/31792/26637 4254/31793/26637</w:t>
        <w:br/>
        <w:t>f 4258/31797/26640 4259/31796/26640 4254/31793/26637</w:t>
        <w:br/>
        <w:t>f 4263/31798/26641 4262/31799/26642 4261/31800/26643</w:t>
        <w:br/>
        <w:t>f 4260/31801/26641 4263/31798/26641 4261/31800/26643</w:t>
        <w:br/>
        <w:t>f 4265/31802/26644 4263/31798/26641 4260/31801/26641</w:t>
        <w:br/>
        <w:t>f 4264/31803/26644 4265/31802/26644 4260/31801/26641</w:t>
        <w:br/>
        <w:t>f 4267/31804/26645 4266/31805/26646 4259/31796/26640</w:t>
        <w:br/>
        <w:t>f 4258/31797/26640 4267/31804/26645 4259/31796/26640</w:t>
        <w:br/>
        <w:t>f 4269/31806/26647 4144/31683/26555 4145/31682/26554</w:t>
        <w:br/>
        <w:t>f 4268/31807/26647 4269/31806/26647 4145/31682/26554</w:t>
        <w:br/>
        <w:t>f 4268/31807/26647 4261/31800/26643 4262/31799/26642</w:t>
        <w:br/>
        <w:t>f 4269/31806/26647 4268/31807/26647 4262/31799/26642</w:t>
        <w:br/>
        <w:t>f 4273/31808/26648 4272/31809/26649 4271/31810/26650</w:t>
        <w:br/>
        <w:t>f 4270/31811/26651 4273/31808/26648 4271/31810/26650</w:t>
        <w:br/>
        <w:t>f 4270/31811/26651 4275/31812/26652 4274/31813/26653</w:t>
        <w:br/>
        <w:t>f 4273/31808/26648 4270/31811/26651 4274/31813/26653</w:t>
        <w:br/>
        <w:t>f 4246/31787/26633 4247/31786/26632 4158/31699/26565</w:t>
        <w:br/>
        <w:t>f 4159/31698/26565 4246/31787/26633 4158/31699/26565</w:t>
        <w:br/>
        <w:t>f 4223/31761/26613 4222/31760/26613 4277/31814/26654</w:t>
        <w:br/>
        <w:t>f 4276/31815/26655 4223/31761/26613 4277/31814/26654</w:t>
        <w:br/>
        <w:t>f 4279/31816/26656 4278/31817/26656 4276/31815/26655</w:t>
        <w:br/>
        <w:t>f 4277/31814/26654 4279/31816/26656 4276/31815/26655</w:t>
        <w:br/>
        <w:t>f 4281/31818/26657 4234/31773/26622 4235/31772/26622</w:t>
        <w:br/>
        <w:t>f 4280/31819/26657 4281/31818/26657 4235/31772/26622</w:t>
        <w:br/>
        <w:t>f 4280/31819/26657 4265/31802/26644 4264/31803/26644</w:t>
        <w:br/>
        <w:t>f 4281/31818/26657 4280/31819/26657 4264/31803/26644</w:t>
        <w:br/>
        <w:t>f 4285/31820/26658 4284/31821/26659 4283/31822/26660</w:t>
        <w:br/>
        <w:t>f 4282/31823/26658 4285/31820/26658 4283/31822/26660</w:t>
        <w:br/>
        <w:t>f 4289/31824/26661 4288/31825/26661 4287/31826/26662</w:t>
        <w:br/>
        <w:t>f 4286/31827/26662 4289/31824/26661 4287/31826/26662</w:t>
        <w:br/>
        <w:t>f 4291/31828/26663 4290/31829/26663 4286/31827/26662</w:t>
        <w:br/>
        <w:t>f 4287/31826/26662 4291/31828/26663 4286/31827/26662</w:t>
        <w:br/>
        <w:t>f 4278/31817/26656 4279/31816/26656 4293/31830/26664</w:t>
        <w:br/>
        <w:t>f 4292/31831/26664 4278/31817/26656 4293/31830/26664</w:t>
        <w:br/>
        <w:t>f 4283/31822/26660 4284/31821/26659 4292/31831/26664</w:t>
        <w:br/>
        <w:t>f 4293/31830/26664 4283/31822/26660 4292/31831/26664</w:t>
        <w:br/>
        <w:t>f 4288/31825/26661 4289/31824/26661 4256/31795/26639</w:t>
        <w:br/>
        <w:t>f 4257/31794/26638 4288/31825/26661 4256/31795/26639</w:t>
        <w:br/>
        <w:t>f 4290/31829/26663 4291/31828/26663 4218/31757/26610</w:t>
        <w:br/>
        <w:t>f 4219/31756/26609 4290/31829/26663 4218/31757/26610</w:t>
        <w:br/>
        <w:t>f 4285/31820/26658 4282/31823/26658 4295/31832/26665</w:t>
        <w:br/>
        <w:t>f 4294/31833/26665 4285/31820/26658 4295/31832/26665</w:t>
        <w:br/>
        <w:t>f 4297/31834/26666 4238/31777/26624 4239/31776/26624</w:t>
        <w:br/>
        <w:t>f 4296/31835/26666 4297/31834/26666 4239/31776/26624</w:t>
        <w:br/>
        <w:t>f 4297/31834/26666 4296/31835/26666 4266/31805/26646</w:t>
        <w:br/>
        <w:t>f 4267/31804/26645 4297/31834/26666 4266/31805/26646</w:t>
        <w:br/>
        <w:t>f 4294/31833/26665 4295/31832/26665 4274/31813/26653</w:t>
        <w:br/>
        <w:t>f 4275/31812/26652 4294/31833/26665 4274/31813/26653</w:t>
        <w:br/>
        <w:t>f 4271/31810/26650 4272/31809/26649 4150/31689/26559</w:t>
        <w:br/>
        <w:t>f 4151/31688/26559 4271/31810/26650 4150/31689/26559</w:t>
        <w:br/>
        <w:t>f 6131/31836/26667 6130/31837/26668 6129/31838/26669</w:t>
        <w:br/>
        <w:t>f 6128/31839/26670 6131/31836/26667 6129/31838/26669</w:t>
        <w:br/>
        <w:t>f 6135/31840/26671 6134/31841/26672 6133/31842/26673</w:t>
        <w:br/>
        <w:t>f 6132/31843/26674 6135/31840/26671 6133/31842/26673</w:t>
        <w:br/>
        <w:t>f 6139/31844/26675 6138/31845/26676 6137/31846/26677</w:t>
        <w:br/>
        <w:t>f 6136/31847/26678 6139/31844/26675 6137/31846/26677</w:t>
        <w:br/>
        <w:t>f 6143/31848/26679 6142/31849/26680 6141/31850/26681</w:t>
        <w:br/>
        <w:t>f 6140/31851/26682 6143/31848/26679 6141/31850/26681</w:t>
        <w:br/>
        <w:t>f 6140/31851/26682 6141/31850/26681 6130/31837/26668</w:t>
        <w:br/>
        <w:t>f 6131/31836/26667 6140/31851/26682 6130/31837/26668</w:t>
        <w:br/>
        <w:t>f 6129/31838/26669 6145/31852/26673 6144/31853/26672</w:t>
        <w:br/>
        <w:t>f 6128/31839/26670 6129/31838/26669 6144/31853/26672</w:t>
        <w:br/>
        <w:t>f 6132/31843/26674 6137/31846/26677 6138/31845/26676</w:t>
        <w:br/>
        <w:t>f 6135/31840/26671 6132/31843/26674 6138/31845/26676</w:t>
        <w:br/>
        <w:t>f 6139/31844/26675 6136/31847/26678 6142/31849/26680</w:t>
        <w:br/>
        <w:t>f 6143/31848/26679 6139/31844/26675 6142/31849/26680</w:t>
        <w:br/>
        <w:t>f 6147/31854/26683 6129/31838/26669 6130/31837/26668</w:t>
        <w:br/>
        <w:t>f 6146/31855/26684 6147/31854/26683 6130/31837/26668</w:t>
        <w:br/>
        <w:t>f 6146/31855/26684 6130/31837/26668 6141/31850/26681</w:t>
        <w:br/>
        <w:t>f 6148/31856/26685 6146/31855/26684 6141/31850/26681</w:t>
        <w:br/>
        <w:t>f 6132/31843/26674 6133/31842/26673 6150/31857/26686</w:t>
        <w:br/>
        <w:t>f 6149/31858/26687 6132/31843/26674 6150/31857/26686</w:t>
        <w:br/>
        <w:t>f 6147/31854/26683 6151/31859/26688 6145/31852/26673</w:t>
        <w:br/>
        <w:t>f 6129/31838/26669 6147/31854/26683 6145/31852/26673</w:t>
        <w:br/>
        <w:t>f 6136/31847/26678 6137/31846/26677 6153/31860/26689</w:t>
        <w:br/>
        <w:t>f 6152/31861/26690 6136/31847/26678 6153/31860/26689</w:t>
        <w:br/>
        <w:t>f 6149/31858/26687 6153/31860/26689 6137/31846/26677</w:t>
        <w:br/>
        <w:t>f 6132/31843/26674 6149/31858/26687 6137/31846/26677</w:t>
        <w:br/>
        <w:t>f 6148/31856/26685 6141/31850/26681 6142/31849/26680</w:t>
        <w:br/>
        <w:t>f 6154/31862/26691 6148/31856/26685 6142/31849/26680</w:t>
        <w:br/>
        <w:t>f 6154/31862/26691 6142/31849/26680 6136/31847/26678</w:t>
        <w:br/>
        <w:t>f 6152/31861/26690 6154/31862/26691 6136/31847/26678</w:t>
        <w:br/>
        <w:t>f 6157/31863/26692 6156/31864/26693 6155/31865/26694</w:t>
        <w:br/>
        <w:t>f 6155/31865/26694 6156/31864/26693 6158/31866/26695</w:t>
        <w:br/>
        <w:t>f 6160/31867/26696 6159/31868/26697 6156/31864/26693</w:t>
        <w:br/>
        <w:t>f 6156/31864/26693 6159/31868/26697 6158/31866/26695</w:t>
        <w:br/>
        <w:t>f 6158/31866/26695 6159/31868/26697 6161/31869/26698</w:t>
        <w:br/>
        <w:t>f 6159/31868/26697 6162/31870/26699 6161/31869/26698</w:t>
        <w:br/>
        <w:t>f 6163/31871/26700 6146/31855/26684 6148/31856/26685</w:t>
        <w:br/>
        <w:t>f 6164/31872/26701 6163/31871/26700 6148/31856/26685</w:t>
        <w:br/>
        <w:t>f 6165/31873/26702 6147/31854/26683 6146/31855/26684</w:t>
        <w:br/>
        <w:t>f 6163/31871/26700 6165/31873/26702 6146/31855/26684</w:t>
        <w:br/>
        <w:t>f 6154/31862/26691 6166/31874/26703 6164/31872/26701</w:t>
        <w:br/>
        <w:t>f 6148/31856/26685 6154/31862/26691 6164/31872/26701</w:t>
        <w:br/>
        <w:t>f 6165/31873/26702 6167/31875/26704 6151/31859/26688</w:t>
        <w:br/>
        <w:t>f 6147/31854/26683 6165/31873/26702 6151/31859/26688</w:t>
        <w:br/>
        <w:t>f 6169/31876/26705 6168/31877/26706 6149/31858/26687</w:t>
        <w:br/>
        <w:t>f 6150/31857/26686 6169/31876/26705 6149/31858/26687</w:t>
        <w:br/>
        <w:t>f 6168/31877/26706 6170/31878/26707 6153/31860/26689</w:t>
        <w:br/>
        <w:t>f 6149/31858/26687 6168/31877/26706 6153/31860/26689</w:t>
        <w:br/>
        <w:t>f 6171/31879/26708 6152/31861/26690 6153/31860/26689</w:t>
        <w:br/>
        <w:t>f 6170/31878/26707 6171/31879/26708 6153/31860/26689</w:t>
        <w:br/>
        <w:t>f 6152/31861/26690 6171/31879/26708 6166/31874/26703</w:t>
        <w:br/>
        <w:t>f 6154/31862/26691 6152/31861/26690 6166/31874/26703</w:t>
        <w:br/>
        <w:t>f 6175/31880/26709 6174/31881/26709 6173/31882/26710</w:t>
        <w:br/>
        <w:t>f 6172/31883/26710 6175/31880/26709 6173/31882/26710</w:t>
        <w:br/>
        <w:t>f 6174/31881/26709 6175/31880/26709 6176/31884/26711</w:t>
        <w:br/>
        <w:t>f 6177/31885/26711 6174/31881/26709 6176/31884/26711</w:t>
        <w:br/>
        <w:t>f 6179/31886/26712 6177/31885/26711 6176/31884/26711</w:t>
        <w:br/>
        <w:t>f 6178/31887/26712 6179/31886/26712 6176/31884/26711</w:t>
        <w:br/>
        <w:t>f 6181/31888/26713 6179/31886/26712 6178/31887/26712</w:t>
        <w:br/>
        <w:t>f 6180/31889/26713 6181/31888/26713 6178/31887/26712</w:t>
        <w:br/>
        <w:t>f 6180/31889/26713 6183/31890/26714 6182/31891/26715</w:t>
        <w:br/>
        <w:t>f 6181/31888/26713 6180/31889/26713 6182/31891/26715</w:t>
        <w:br/>
        <w:t>f 6185/31892/26716 6182/31891/26715 6183/31890/26714</w:t>
        <w:br/>
        <w:t>f 6184/31893/26717 6185/31892/26716 6183/31890/26714</w:t>
        <w:br/>
        <w:t>f 6188/31894/26717 6187/31895/26717 6186/31896/26718</w:t>
        <w:br/>
        <w:t>f 6189/31897/26718 6188/31894/26717 6186/31896/26718</w:t>
        <w:br/>
        <w:t>f 6172/31883/26710 6173/31882/26710 6189/31897/26718</w:t>
        <w:br/>
        <w:t>f 6186/31896/26718 6172/31883/26710 6189/31897/26718</w:t>
        <w:br/>
        <w:t>f 6193/31898/26719 6192/31899/26720 6191/31900/26721</w:t>
        <w:br/>
        <w:t>f 6190/31901/26722 6193/31898/26719 6191/31900/26721</w:t>
        <w:br/>
        <w:t>f 6190/31901/26722 6191/31900/26721 6195/31902/26723</w:t>
        <w:br/>
        <w:t>f 6194/31903/26724 6190/31901/26722 6195/31902/26723</w:t>
        <w:br/>
        <w:t>f 6197/31904/26725 6194/31903/26724 6195/31902/26723</w:t>
        <w:br/>
        <w:t>f 6196/31905/26726 6197/31904/26725 6195/31902/26723</w:t>
        <w:br/>
        <w:t>f 6199/31906/26727 6197/31904/26725 6196/31905/26726</w:t>
        <w:br/>
        <w:t>f 6198/31907/26728 6199/31906/26727 6196/31905/26726</w:t>
        <w:br/>
        <w:t>f 6201/31908/26729 6199/31906/26727 6198/31907/26728</w:t>
        <w:br/>
        <w:t>f 6200/31909/26730 6201/31908/26729 6198/31907/26728</w:t>
        <w:br/>
        <w:t>f 6205/31910/26731 6204/31911/26729 6203/31912/26730</w:t>
        <w:br/>
        <w:t>f 6202/31913/26732 6205/31910/26731 6203/31912/26730</w:t>
        <w:br/>
        <w:t>f 6205/31910/26731 6202/31913/26732 6207/31914/26733</w:t>
        <w:br/>
        <w:t>f 6206/31915/26734 6205/31910/26731 6207/31914/26733</w:t>
        <w:br/>
        <w:t>f 6206/31915/26734 6207/31914/26733 6192/31899/26720</w:t>
        <w:br/>
        <w:t>f 6193/31898/26719 6206/31915/26734 6192/31899/26720</w:t>
        <w:br/>
        <w:t>f 6192/31899/26720 6209/31916/26735 6208/31917/26736</w:t>
        <w:br/>
        <w:t>f 6191/31900/26721 6192/31899/26720 6208/31917/26736</w:t>
        <w:br/>
        <w:t>f 6191/31900/26721 6208/31917/26736 6210/31918/26737</w:t>
        <w:br/>
        <w:t>f 6195/31902/26723 6191/31900/26721 6210/31918/26737</w:t>
        <w:br/>
        <w:t>f 6211/31919/26738 6196/31905/26726 6195/31902/26723</w:t>
        <w:br/>
        <w:t>f 6210/31918/26737 6211/31919/26738 6195/31902/26723</w:t>
        <w:br/>
        <w:t>f 6196/31905/26726 6211/31919/26738 6213/31920/26739</w:t>
        <w:br/>
        <w:t>f 6212/31921/26740 6196/31905/26726 6213/31920/26739</w:t>
        <w:br/>
        <w:t>f 6212/31921/26740 6213/31920/26739 6214/31922/26741</w:t>
        <w:br/>
        <w:t>f 6215/31923/26741 6212/31921/26740 6214/31922/26741</w:t>
        <w:br/>
        <w:t>f 6219/31924/26741 6218/31925/26742 6217/31926/26743</w:t>
        <w:br/>
        <w:t>f 6216/31927/26744 6219/31924/26741 6217/31926/26743</w:t>
        <w:br/>
        <w:t>f 6216/31927/26744 6217/31926/26743 6221/31928/26745</w:t>
        <w:br/>
        <w:t>f 6220/31929/26746 6216/31927/26744 6221/31928/26745</w:t>
        <w:br/>
        <w:t>f 6220/31929/26746 6221/31928/26745 6209/31916/26735</w:t>
        <w:br/>
        <w:t>f 6192/31899/26720 6220/31929/26746 6209/31916/26735</w:t>
        <w:br/>
        <w:t>f 6225/31930/26747 6224/31931/26748 6223/31932/26749</w:t>
        <w:br/>
        <w:t>f 6222/31933/26747 6225/31930/26747 6223/31932/26749</w:t>
        <w:br/>
        <w:t>f 6224/31931/26748 6227/31934/26750 6226/31935/26751</w:t>
        <w:br/>
        <w:t>f 6223/31932/26749 6224/31931/26748 6226/31935/26751</w:t>
        <w:br/>
        <w:t>f 6229/31936/26752 6228/31937/26753 6226/31935/26751</w:t>
        <w:br/>
        <w:t>f 6227/31934/26750 6229/31936/26752 6226/31935/26751</w:t>
        <w:br/>
        <w:t>f 6199/31906/26727 6230/31938/26754 6135/31840/26671</w:t>
        <w:br/>
        <w:t>f 6135/31840/26671 6138/31845/26676 6197/31904/26725</w:t>
        <w:br/>
        <w:t>f 6199/31906/26727 6135/31840/26671 6197/31904/26725</w:t>
        <w:br/>
        <w:t>f 6139/31844/26675 6231/31939/26755 6197/31904/26725</w:t>
        <w:br/>
        <w:t>f 6138/31845/26676 6139/31844/26675 6197/31904/26725</w:t>
        <w:br/>
        <w:t>f 6143/31848/26679 6190/31901/26722 6231/31939/26755</w:t>
        <w:br/>
        <w:t>f 6139/31844/26675 6143/31848/26679 6231/31939/26755</w:t>
        <w:br/>
        <w:t>f 6140/31851/26682 6193/31898/26719 6190/31901/26722</w:t>
        <w:br/>
        <w:t>f 6143/31848/26679 6140/31851/26682 6190/31901/26722</w:t>
        <w:br/>
        <w:t>f 6206/31915/26734 6193/31898/26719 6223/31932/26749</w:t>
        <w:br/>
        <w:t>f 6226/31935/26751 6205/31910/26731 6206/31915/26734</w:t>
        <w:br/>
        <w:t>f 6223/31932/26749 6226/31935/26751 6206/31915/26734</w:t>
        <w:br/>
        <w:t>f 6226/31935/26751 6232/31940/26756 6204/31911/26729</w:t>
        <w:br/>
        <w:t>f 6205/31910/26731 6226/31935/26751 6204/31911/26729</w:t>
        <w:br/>
        <w:t>f 6199/31906/26727 6201/31908/26729 6230/31938/26754</w:t>
        <w:br/>
        <w:t>f 6234/31941/26757 6230/31938/26758 6233/31942/26759</w:t>
        <w:br/>
        <w:t>f 6237/31943/26760 6236/31944/26761 6235/31945/26762</w:t>
        <w:br/>
        <w:t>f 6236/31944/26761 6238/31946/26763 6235/31945/26762</w:t>
        <w:br/>
        <w:t>f 6239/31947/26764 6237/31943/26760 6235/31945/26762</w:t>
        <w:br/>
        <w:t>f 6240/31948/26765 6239/31947/26764 6235/31945/26762</w:t>
        <w:br/>
        <w:t>f 6241/31949/26766 6240/31948/26765 6235/31945/26762</w:t>
        <w:br/>
        <w:t>f 6242/31950/26767 6241/31949/26766 6235/31945/26762</w:t>
        <w:br/>
        <w:t>f 6243/31951/26768 6242/31950/26767 6235/31945/26762</w:t>
        <w:br/>
        <w:t>f 6244/31952/26769 6243/31951/26768 6235/31945/26762</w:t>
        <w:br/>
        <w:t>f 6245/31953/26770 6244/31952/26769 6235/31945/26762</w:t>
        <w:br/>
        <w:t>f 6238/31946/26763 6245/31953/26770 6235/31945/26762</w:t>
        <w:br/>
        <w:t>f 6248/31954/26771 6247/31955/26772 6246/31956/26773</w:t>
        <w:br/>
        <w:t>f 6247/31955/26772 6249/31957/26774 6246/31956/26773</w:t>
        <w:br/>
        <w:t>f 6249/31957/26774 6250/31958/26775 6246/31956/26773</w:t>
        <w:br/>
        <w:t>f 6250/31958/26775 6251/31959/26776 6246/31956/26773</w:t>
        <w:br/>
        <w:t>f 6251/31959/26776 6252/31960/26777 6246/31956/26773</w:t>
        <w:br/>
        <w:t>f 6252/31960/26777 6253/31961/26778 6246/31956/26773</w:t>
        <w:br/>
        <w:t>f 6253/31961/26778 6254/31962/26779 6246/31956/26773</w:t>
        <w:br/>
        <w:t>f 6254/31962/26779 6255/31963/26780 6246/31956/26773</w:t>
        <w:br/>
        <w:t>f 6255/31963/26780 6256/31964/26781 6246/31956/26773</w:t>
        <w:br/>
        <w:t>f 6256/31964/26781 6248/31954/26771 6246/31956/26773</w:t>
        <w:br/>
        <w:t>f 6259/31965/26782 6258/31966/26783 6257/31967/26784</w:t>
        <w:br/>
        <w:t>f 6260/31968/26785 6259/31965/26782 6257/31967/26784</w:t>
        <w:br/>
        <w:t>f 6262/31969/26786 6260/31968/26785 6257/31967/26784</w:t>
        <w:br/>
        <w:t>f 6261/31970/26787 6262/31969/26786 6257/31967/26784</w:t>
        <w:br/>
        <w:t>f 6264/31971/26788 6262/31969/26786 6261/31970/26787</w:t>
        <w:br/>
        <w:t>f 6263/31972/26789 6264/31971/26788 6261/31970/26787</w:t>
        <w:br/>
        <w:t>f 6268/31973/26790 6267/31974/26789 6266/31975/26789</w:t>
        <w:br/>
        <w:t>f 6265/31976/26791 6268/31973/26790 6266/31975/26789</w:t>
        <w:br/>
        <w:t>f 6270/31977/26792 6268/31973/26790 6265/31976/26791</w:t>
        <w:br/>
        <w:t>f 6269/31978/26792 6270/31977/26792 6265/31976/26791</w:t>
        <w:br/>
        <w:t>f 6272/31979/26793 6270/31977/26792 6269/31978/26792</w:t>
        <w:br/>
        <w:t>f 6271/31980/26793 6272/31979/26793 6269/31978/26792</w:t>
        <w:br/>
        <w:t>f 6272/31979/26793 6271/31980/26793 6273/31981/26794</w:t>
        <w:br/>
        <w:t>f 6274/31982/26795 6272/31979/26793 6273/31981/26794</w:t>
        <w:br/>
        <w:t>f 6274/31982/26795 6273/31981/26794 6275/31983/26796</w:t>
        <w:br/>
        <w:t>f 6276/31984/26797 6274/31982/26795 6275/31983/26796</w:t>
        <w:br/>
        <w:t>f 6278/31985/26798 6277/31986/26799 6276/31984/26797</w:t>
        <w:br/>
        <w:t>f 6275/31983/26796 6278/31985/26798 6276/31984/26797</w:t>
        <w:br/>
        <w:t>f 6258/31966/26783 6259/31965/26782 6277/31986/26799</w:t>
        <w:br/>
        <w:t>f 6278/31985/26798 6258/31966/26783 6277/31986/26799</w:t>
        <w:br/>
        <w:t>f 6764/31987/26800 6763/31988/26800 6762/31989/26801</w:t>
        <w:br/>
        <w:t>f 6761/31990/26802 6764/31987/26800 6762/31989/26801</w:t>
        <w:br/>
        <w:t>f 6766/31991/26803 6765/31992/26804 6763/31988/26800</w:t>
        <w:br/>
        <w:t>f 6764/31987/26800 6766/31991/26803 6763/31988/26800</w:t>
        <w:br/>
        <w:t>f 6768/31993/26805 6765/31992/26804 6766/31991/26803</w:t>
        <w:br/>
        <w:t>f 6767/31994/26806 6768/31993/26805 6766/31991/26803</w:t>
        <w:br/>
        <w:t>f 6762/31989/26801 6770/31995/26807 6769/31996/26808</w:t>
        <w:br/>
        <w:t>f 6761/31990/26802 6762/31989/26801 6769/31996/26808</w:t>
        <w:br/>
        <w:t>f 6770/31995/26807 6772/31997/26809 6771/31998/26810</w:t>
        <w:br/>
        <w:t>f 6769/31996/26808 6770/31995/26807 6771/31998/26810</w:t>
        <w:br/>
        <w:t>f 6776/31999/26811 6775/32000/26812 6774/32001/26813</w:t>
        <w:br/>
        <w:t>f 6773/32002/26814 6776/31999/26811 6774/32001/26813</w:t>
        <w:br/>
        <w:t>f 6772/31997/26809 6776/31999/26811 6773/32002/26814</w:t>
        <w:br/>
        <w:t>f 6771/31998/26810 6772/31997/26809 6773/32002/26814</w:t>
        <w:br/>
        <w:t>f 6775/32000/26812 6778/32003/26815 6777/32004/26816</w:t>
        <w:br/>
        <w:t>f 6774/32001/26813 6775/32000/26812 6777/32004/26816</w:t>
        <w:br/>
        <w:t>f 6780/32005/26817 6779/32006/26818 6777/32004/26816</w:t>
        <w:br/>
        <w:t>f 6778/32003/26815 6780/32005/26817 6777/32004/26816</w:t>
        <w:br/>
        <w:t>f 6783/32007/26819 6782/32008/26820 6781/32009/26821</w:t>
        <w:br/>
        <w:t>f 6781/32009/26821 6782/32008/26820 6784/32010/26822</w:t>
        <w:br/>
        <w:t>f 6782/32008/26820 6785/32011/26823 6784/32010/26822</w:t>
        <w:br/>
        <w:t>f 6785/32011/26823 6786/32012/26824 6784/32010/26822</w:t>
        <w:br/>
        <w:t>f 6786/32012/26824 6787/32013/26825 6784/32010/26822</w:t>
        <w:br/>
        <w:t>f 6784/32010/26822 6787/32013/26825 6788/32014/26826</w:t>
        <w:br/>
        <w:t>f 6788/32014/26826 6787/32013/26825 6789/32015/26827</w:t>
        <w:br/>
        <w:t>f 6787/32013/26825 6790/32016/26828 6789/32015/26827</w:t>
        <w:br/>
        <w:t>f 6793/32017/26829 6792/32018/26830 6791/32019/26831</w:t>
        <w:br/>
        <w:t>f 6791/32019/26831 6792/32018/26830 6794/32020/26832</w:t>
        <w:br/>
        <w:t>f 6792/32018/26830 6795/32021/26833 6794/32020/26832</w:t>
        <w:br/>
        <w:t>f 6795/32021/26833 6796/32022/26834 6794/32020/26832</w:t>
        <w:br/>
        <w:t>f 6796/32022/26834 6797/32023/26835 6794/32020/26832</w:t>
        <w:br/>
        <w:t>f 6794/32020/26832 6797/32023/26835 6798/32024/26836</w:t>
        <w:br/>
        <w:t>f 6798/32024/26836 6797/32023/26835 6799/32025/26837</w:t>
        <w:br/>
        <w:t>f 6797/32023/26835 6800/32026/26838 6799/32025/26837</w:t>
        <w:br/>
        <w:t>f 8664/32027/26839 8663/32028/26840 8662/32029/26841</w:t>
        <w:br/>
        <w:t>f 8661/32030/26842 8664/32027/26839 8662/32029/26841</w:t>
        <w:br/>
        <w:t>f 8668/32031/26843 8667/32032/26844 8666/32033/26845</w:t>
        <w:br/>
        <w:t>f 8665/32034/26846 8668/32031/26843 8666/32033/26845</w:t>
        <w:br/>
        <w:t>f 8672/32035/26847 8671/32036/26847 8670/32037/26848</w:t>
        <w:br/>
        <w:t>f 8669/32038/26849 8672/32035/26847 8670/32037/26848</w:t>
        <w:br/>
        <w:t>f 8676/32039/26850 8675/32040/26851 8674/32041/26852</w:t>
        <w:br/>
        <w:t>f 8673/32042/26850 8676/32039/26850 8674/32041/26852</w:t>
        <w:br/>
        <w:t>f 8673/32042/26850 8678/32043/26853 8677/32044/26853</w:t>
        <w:br/>
        <w:t>f 8676/32039/26850 8673/32042/26850 8677/32044/26853</w:t>
        <w:br/>
        <w:t>f 8678/32043/26853 8680/32045/26854 8679/32046/26854</w:t>
        <w:br/>
        <w:t>f 8677/32044/26853 8678/32043/26853 8679/32046/26854</w:t>
        <w:br/>
        <w:t>f 8680/32045/26854 8682/32047/26855 8681/32048/26856</w:t>
        <w:br/>
        <w:t>f 8679/32046/26854 8680/32045/26854 8681/32048/26856</w:t>
        <w:br/>
        <w:t>f 8686/32049/26857 8685/32050/26858 8684/32051/26859</w:t>
        <w:br/>
        <w:t>f 8683/32052/26860 8686/32049/26857 8684/32051/26859</w:t>
        <w:br/>
        <w:t>f 8688/32053/26861 8687/32054/26862 8684/32051/26859</w:t>
        <w:br/>
        <w:t>f 8685/32050/26858 8688/32053/26861 8684/32051/26859</w:t>
        <w:br/>
        <w:t>f 8687/32054/26862 8688/32053/26861 8671/32036/26847</w:t>
        <w:br/>
        <w:t>f 8672/32035/26847 8687/32054/26862 8671/32036/26847</w:t>
        <w:br/>
        <w:t>f 8675/32040/26851 8690/32055/26863 8689/32056/26864</w:t>
        <w:br/>
        <w:t>f 8674/32041/26852 8675/32040/26851 8689/32056/26864</w:t>
        <w:br/>
        <w:t>f 8690/32055/26863 8692/32057/26865 8691/32058/26866</w:t>
        <w:br/>
        <w:t>f 8689/32056/26864 8690/32055/26863 8691/32058/26866</w:t>
        <w:br/>
        <w:t>f 8691/32058/26866 8692/32057/26865 8694/32059/26867</w:t>
        <w:br/>
        <w:t>f 8693/32060/26867 8691/32058/26866 8694/32059/26867</w:t>
        <w:br/>
        <w:t>f 8698/32061/26868 8697/32062/26869 8696/32063/26870</w:t>
        <w:br/>
        <w:t>f 8695/32064/26871 8698/32061/26868 8696/32063/26870</w:t>
        <w:br/>
        <w:t>f 8695/32064/26871 8696/32063/26870 8700/32065/26872</w:t>
        <w:br/>
        <w:t>f 8699/32066/26872 8695/32064/26871 8700/32065/26872</w:t>
        <w:br/>
        <w:t>f 8699/32066/26872 8700/32065/26872 8669/32038/26849</w:t>
        <w:br/>
        <w:t>f 8670/32037/26848 8699/32066/26872 8669/32038/26849</w:t>
        <w:br/>
        <w:t>f 8704/32067/26873 8703/32068/26874 8702/32069/26874</w:t>
        <w:br/>
        <w:t>f 8701/32070/26875 8704/32067/26873 8702/32069/26874</w:t>
        <w:br/>
        <w:t>f 8708/32071/26876 8707/32072/26877 8706/32073/26878</w:t>
        <w:br/>
        <w:t>f 8705/32074/26879 8708/32071/26876 8706/32073/26878</w:t>
        <w:br/>
        <w:t>f 8705/32074/26879 8706/32073/26878 8710/32075/26880</w:t>
        <w:br/>
        <w:t>f 8709/32076/26880 8705/32074/26879 8710/32075/26880</w:t>
        <w:br/>
        <w:t>f 8709/32076/26880 8710/32075/26880 8712/32077/26881</w:t>
        <w:br/>
        <w:t>f 8711/32078/26882 8709/32076/26880 8712/32077/26881</w:t>
        <w:br/>
        <w:t>f 8711/32078/26882 8712/32077/26881 8714/32079/26883</w:t>
        <w:br/>
        <w:t>f 8713/32080/26884 8711/32078/26882 8714/32079/26883</w:t>
        <w:br/>
        <w:t>f 8718/32081/26885 8717/32082/26886 8716/32083/26887</w:t>
        <w:br/>
        <w:t>f 8715/32084/26888 8718/32081/26885 8716/32083/26887</w:t>
        <w:br/>
        <w:t>f 8716/32083/26887 8720/32085/26889 8719/32086/26890</w:t>
        <w:br/>
        <w:t>f 8715/32084/26888 8716/32083/26887 8719/32086/26890</w:t>
        <w:br/>
        <w:t>f 8701/32070/26875 8719/32086/26890 8720/32085/26889</w:t>
        <w:br/>
        <w:t>f 8704/32067/26873 8701/32070/26875 8720/32085/26889</w:t>
        <w:br/>
        <w:t>f 8707/32072/26877 8708/32071/26876 8722/32087/26891</w:t>
        <w:br/>
        <w:t>f 8721/32088/26892 8707/32072/26877 8722/32087/26891</w:t>
        <w:br/>
        <w:t>f 8721/32088/26892 8722/32087/26891 8724/32089/26893</w:t>
        <w:br/>
        <w:t>f 8723/32090/26893 8721/32088/26892 8724/32089/26893</w:t>
        <w:br/>
        <w:t>f 8724/32089/26893 8726/32091/26894 8725/32092/26895</w:t>
        <w:br/>
        <w:t>f 8723/32090/26893 8724/32089/26893 8725/32092/26895</w:t>
        <w:br/>
        <w:t>f 8730/32093/26896 8729/32094/26897 8728/32095/26897</w:t>
        <w:br/>
        <w:t>f 8727/32096/26896 8730/32093/26896 8728/32095/26897</w:t>
        <w:br/>
        <w:t>f 8732/32097/26898 8730/32093/26896 8727/32096/26896</w:t>
        <w:br/>
        <w:t>f 8731/32098/26899 8732/32097/26898 8727/32096/26896</w:t>
        <w:br/>
        <w:t>f 8703/32068/26874 8732/32097/26898 8731/32098/26899</w:t>
        <w:br/>
        <w:t>f 8702/32069/26874 8703/32068/26874 8731/32098/26899</w:t>
        <w:br/>
        <w:t>f 8736/32099/26900 8735/32100/26900 8734/32101/26901</w:t>
        <w:br/>
        <w:t>f 8733/32102/26901 8736/32099/26900 8734/32101/26901</w:t>
        <w:br/>
        <w:t>f 8740/32103/26902 8739/32104/26903 8738/32105/26904</w:t>
        <w:br/>
        <w:t>f 8737/32106/26902 8740/32103/26902 8738/32105/26904</w:t>
        <w:br/>
        <w:t>f 8744/32107/26905 8743/32108/26906 8742/32109/26907</w:t>
        <w:br/>
        <w:t>f 8741/32110/26908 8744/32107/26905 8742/32109/26907</w:t>
        <w:br/>
        <w:t>f 8747/32111/26909 8746/32112/26910 8745/32113/26910</w:t>
        <w:br/>
        <w:t>f 8748/32114/26911 8747/32111/26909 8745/32113/26910</w:t>
        <w:br/>
        <w:t>f 8752/32115/26912 8751/32116/26913 8750/32117/26914</w:t>
        <w:br/>
        <w:t>f 8749/32118/26915 8752/32115/26912 8750/32117/26914</w:t>
        <w:br/>
        <w:t>f 8755/32119/26916 8754/32120/26917 8753/32121/26918</w:t>
        <w:br/>
        <w:t>f 8756/32122/26919 8755/32119/26916 8753/32121/26918</w:t>
        <w:br/>
        <w:t>f 8760/32123/26920 8759/32124/26921 8758/32125/26922</w:t>
        <w:br/>
        <w:t>f 8757/32126/26920 8760/32123/26920 8758/32125/26922</w:t>
        <w:br/>
        <w:t>f 8763/32127/26923 8762/32128/26924 8761/32129/26925</w:t>
        <w:br/>
        <w:t>f 8764/32130/26926 8763/32127/26923 8761/32129/26925</w:t>
        <w:br/>
        <w:t>f 8758/32125/26922 8759/32124/26921 8766/32131/26927</w:t>
        <w:br/>
        <w:t>f 8765/32132/26928 8758/32125/26922 8766/32131/26927</w:t>
        <w:br/>
        <w:t>f 8761/32129/26925 8768/32133/26929 8767/32134/26930</w:t>
        <w:br/>
        <w:t>f 8764/32130/26926 8761/32129/26925 8767/32134/26930</w:t>
        <w:br/>
        <w:t>f 8766/32131/26927 8770/32135/26931 8769/32136/26932</w:t>
        <w:br/>
        <w:t>f 8765/32132/26928 8766/32131/26927 8769/32136/26932</w:t>
        <w:br/>
        <w:t>f 8767/32134/26930 8768/32133/26929 8771/32137/26933</w:t>
        <w:br/>
        <w:t>f 8772/32138/26934 8767/32134/26930 8771/32137/26933</w:t>
        <w:br/>
        <w:t>f 8774/32139/26935 8769/32136/26932 8770/32135/26931</w:t>
        <w:br/>
        <w:t>f 8773/32140/26935 8774/32139/26935 8770/32135/26931</w:t>
        <w:br/>
        <w:t>f 8776/32141/26936 8775/32142/26937 8772/32138/26934</w:t>
        <w:br/>
        <w:t>f 8771/32137/26933 8776/32141/26936 8772/32138/26934</w:t>
        <w:br/>
        <w:t>f 8780/32143/26938 8779/32144/26938 8778/32145/26939</w:t>
        <w:br/>
        <w:t>f 8777/32146/26940 8780/32143/26938 8778/32145/26939</w:t>
        <w:br/>
        <w:t>f 8784/32147/26941 8783/32148/26942 8782/32149/26902</w:t>
        <w:br/>
        <w:t>f 8781/32150/26943 8784/32147/26941 8782/32149/26902</w:t>
        <w:br/>
        <w:t>f 8786/32151/26944 8785/32152/26945 8777/32146/26940</w:t>
        <w:br/>
        <w:t>f 8778/32145/26939 8786/32151/26944 8777/32146/26940</w:t>
        <w:br/>
        <w:t>f 8788/32153/26946 8782/32149/26902 8783/32148/26942</w:t>
        <w:br/>
        <w:t>f 8787/32154/26947 8788/32153/26946 8783/32148/26942</w:t>
        <w:br/>
        <w:t>f 8749/32118/26915 8785/32152/26945 8786/32151/26944</w:t>
        <w:br/>
        <w:t>f 8752/32115/26912 8749/32118/26915 8786/32151/26944</w:t>
        <w:br/>
        <w:t>f 8754/32120/26917 8755/32119/26916 8788/32153/26946</w:t>
        <w:br/>
        <w:t>f 8787/32154/26947 8754/32120/26917 8788/32153/26946</w:t>
        <w:br/>
        <w:t>f 8762/32128/26924 8763/32127/26923 8790/32155/26948</w:t>
        <w:br/>
        <w:t>f 8789/32156/26948 8762/32128/26924 8790/32155/26948</w:t>
        <w:br/>
        <w:t>f 8757/32126/26920 8792/32157/26949 8791/32158/26950</w:t>
        <w:br/>
        <w:t>f 8760/32123/26920 8757/32126/26920 8791/32158/26950</w:t>
        <w:br/>
        <w:t>f 8789/32156/26948 8790/32155/26948 8794/32159/26951</w:t>
        <w:br/>
        <w:t>f 8793/32160/26948 8789/32156/26948 8794/32159/26951</w:t>
        <w:br/>
        <w:t>f 8796/32161/26952 8791/32158/26950 8792/32157/26949</w:t>
        <w:br/>
        <w:t>f 8795/32162/26953 8796/32161/26952 8792/32157/26949</w:t>
        <w:br/>
        <w:t>f 8798/32163/26954 8793/32160/26948 8794/32159/26951</w:t>
        <w:br/>
        <w:t>f 8797/32164/26955 8798/32163/26954 8794/32159/26951</w:t>
        <w:br/>
        <w:t>f 8800/32165/26956 8799/32166/26956 8796/32161/26952</w:t>
        <w:br/>
        <w:t>f 8795/32162/26953 8800/32165/26956 8796/32161/26952</w:t>
        <w:br/>
        <w:t>f 8804/32167/26957 8803/32168/26906 8802/32169/26958</w:t>
        <w:br/>
        <w:t>f 8801/32170/26926 8804/32167/26957 8802/32169/26958</w:t>
        <w:br/>
        <w:t>f 8808/32171/26959 8807/32172/26960 8806/32173/26961</w:t>
        <w:br/>
        <w:t>f 8805/32174/26962 8808/32171/26959 8806/32173/26961</w:t>
        <w:br/>
        <w:t>f 8802/32169/26958 8810/32175/26963 8809/32176/26964</w:t>
        <w:br/>
        <w:t>f 8801/32170/26926 8802/32169/26958 8809/32176/26964</w:t>
        <w:br/>
        <w:t>f 8806/32173/26961 8807/32172/26960 8811/32177/26965</w:t>
        <w:br/>
        <w:t>f 8812/32178/26966 8806/32173/26961 8811/32177/26965</w:t>
        <w:br/>
        <w:t>f 8753/32121/26918 8809/32176/26964 8810/32175/26963</w:t>
        <w:br/>
        <w:t>f 8756/32122/26919 8753/32121/26918 8810/32175/26963</w:t>
        <w:br/>
        <w:t>f 8750/32117/26914 8751/32116/26913 8812/32178/26966</w:t>
        <w:br/>
        <w:t>f 8811/32177/26965 8750/32117/26914 8812/32178/26966</w:t>
        <w:br/>
        <w:t>f 8814/32179/26967 8813/32180/26967 8740/32103/26902</w:t>
        <w:br/>
        <w:t>f 8737/32106/26902 8814/32179/26967 8740/32103/26902</w:t>
        <w:br/>
        <w:t>f 8663/32028/26840 8816/32181/26968 8815/32182/26969</w:t>
        <w:br/>
        <w:t>f 8662/32029/26841 8663/32028/26840 8815/32182/26969</w:t>
        <w:br/>
        <w:t>f 8734/32101/26901 8818/32183/26970 8817/32184/26970</w:t>
        <w:br/>
        <w:t>f 8733/32102/26901 8734/32101/26901 8817/32184/26970</w:t>
        <w:br/>
        <w:t>f 8779/32144/26938 8780/32143/26938 8735/32100/26900</w:t>
        <w:br/>
        <w:t>f 8736/32099/26900 8779/32144/26938 8735/32100/26900</w:t>
        <w:br/>
        <w:t>f 8683/32052/26860 8664/32027/26839 8661/32030/26842</w:t>
        <w:br/>
        <w:t>f 8686/32049/26857 8683/32052/26860 8661/32030/26842</w:t>
        <w:br/>
        <w:t>f 8739/32104/26903 8784/32147/26941 8781/32150/26943</w:t>
        <w:br/>
        <w:t>f 8738/32105/26904 8739/32104/26903 8781/32150/26943</w:t>
        <w:br/>
        <w:t>f 8775/32142/26937 8776/32141/26936 8813/32180/26967</w:t>
        <w:br/>
        <w:t>f 8814/32179/26967 8775/32142/26937 8813/32180/26967</w:t>
        <w:br/>
        <w:t>f 8816/32181/26968 8681/32048/26856 8682/32047/26855</w:t>
        <w:br/>
        <w:t>f 8815/32182/26969 8816/32181/26968 8682/32047/26855</w:t>
        <w:br/>
        <w:t>f 8818/32183/26970 8774/32139/26935 8773/32140/26935</w:t>
        <w:br/>
        <w:t>f 8817/32184/26970 8818/32183/26970 8773/32140/26935</w:t>
        <w:br/>
        <w:t>f 8820/32185/26971 8819/32186/26972 8745/32113/26910</w:t>
        <w:br/>
        <w:t>f 8746/32112/26910 8820/32185/26971 8745/32113/26910</w:t>
        <w:br/>
        <w:t>f 8822/32187/26973 8821/32188/26974 8667/32032/26844</w:t>
        <w:br/>
        <w:t>f 8668/32031/26843 8822/32187/26973 8667/32032/26844</w:t>
        <w:br/>
        <w:t>f 8742/32109/26907 8824/32189/26975 8823/32190/26975</w:t>
        <w:br/>
        <w:t>f 8741/32110/26908 8742/32109/26907 8823/32190/26975</w:t>
        <w:br/>
        <w:t>f 8803/32168/26906 8804/32167/26957 8743/32108/26906</w:t>
        <w:br/>
        <w:t>f 8744/32107/26905 8803/32168/26906 8743/32108/26906</w:t>
        <w:br/>
        <w:t>f 8665/32034/26846 8666/32033/26845 8697/32062/26869</w:t>
        <w:br/>
        <w:t>f 8698/32061/26868 8665/32034/26846 8697/32062/26869</w:t>
        <w:br/>
        <w:t>f 8748/32114/26911 8808/32171/26959 8805/32174/26962</w:t>
        <w:br/>
        <w:t>f 8747/32111/26909 8748/32114/26911 8805/32174/26962</w:t>
        <w:br/>
        <w:t>f 8826/32191/26956 8825/32192/26956 8819/32186/26972</w:t>
        <w:br/>
        <w:t>f 8820/32185/26971 8826/32191/26956 8819/32186/26972</w:t>
        <w:br/>
        <w:t>f 8828/32193/26867 8827/32194/26867 8821/32188/26974</w:t>
        <w:br/>
        <w:t>f 8822/32187/26973 8828/32193/26867 8821/32188/26974</w:t>
        <w:br/>
        <w:t>f 8824/32189/26975 8830/32195/26976 8829/32196/26976</w:t>
        <w:br/>
        <w:t>f 8823/32190/26975 8824/32189/26975 8829/32196/26976</w:t>
        <w:br/>
        <w:t>f 12920/32197/26977 12919/32198/26978 12918/32199/26979</w:t>
        <w:br/>
        <w:t>f 12917/32200/26980 12920/32197/26977 12918/32199/26979</w:t>
        <w:br/>
        <w:t>f 12918/32199/26979 12922/32201/26981 12921/32202/26982</w:t>
        <w:br/>
        <w:t>f 12917/32200/26980 12918/32199/26979 12921/32202/26982</w:t>
        <w:br/>
        <w:t>f 12926/32203/26981 12925/32204/26983 12924/32205/26984</w:t>
        <w:br/>
        <w:t>f 12923/32206/26985 12926/32203/26981 12924/32205/26984</w:t>
        <w:br/>
        <w:t>f 12925/32204/26983 12928/32207/26986 12927/32208/26987</w:t>
        <w:br/>
        <w:t>f 12924/32205/26984 12925/32204/26983 12927/32208/26987</w:t>
        <w:br/>
        <w:t>f 12927/32208/26987 12928/32207/26986 12930/32209/26988</w:t>
        <w:br/>
        <w:t>f 12929/32210/26989 12927/32208/26987 12930/32209/26988</w:t>
        <w:br/>
        <w:t>f 12932/32211/26990 12931/32212/26988 12919/32198/26978</w:t>
        <w:br/>
        <w:t>f 12920/32197/26977 12932/32211/26990 12919/32198/26978</w:t>
        <w:br/>
        <w:t>f 12934/32213/26991 12920/32197/26977 12917/32200/26980</w:t>
        <w:br/>
        <w:t>f 12933/32214/26992 12934/32213/26991 12917/32200/26980</w:t>
        <w:br/>
        <w:t>f 12917/32200/26980 12921/32202/26982 12936/32215/26993</w:t>
        <w:br/>
        <w:t>f 12935/32216/26994 12917/32200/26980 12936/32215/26993</w:t>
        <w:br/>
        <w:t>f 12923/32206/26985 12924/32205/26984 12938/32217/26995</w:t>
        <w:br/>
        <w:t>f 12937/32218/26996 12923/32206/26985 12938/32217/26995</w:t>
        <w:br/>
        <w:t>f 12924/32205/26984 12927/32208/26987 12939/32219/26997</w:t>
        <w:br/>
        <w:t>f 12938/32217/26995 12924/32205/26984 12939/32219/26997</w:t>
        <w:br/>
        <w:t>f 12941/32220/26998 12927/32208/26987 12929/32210/26989</w:t>
        <w:br/>
        <w:t>f 12940/32221/26999 12941/32220/26998 12929/32210/26989</w:t>
        <w:br/>
        <w:t>f 12942/32222/27000 12932/32211/26990 12920/32197/26977</w:t>
        <w:br/>
        <w:t>f 12934/32213/26991 12942/32222/27000 12920/32197/26977</w:t>
        <w:br/>
        <w:t>f 12944/32223/27001 12934/32213/26991 12933/32214/26992</w:t>
        <w:br/>
        <w:t>f 12943/32224/27002 12944/32223/27001 12933/32214/26992</w:t>
        <w:br/>
        <w:t>f 12933/32214/26992 12936/32215/27003 12945/32225/27004</w:t>
        <w:br/>
        <w:t>f 12943/32224/27002 12933/32214/26992 12945/32225/27004</w:t>
        <w:br/>
        <w:t>f 12948/32226/26993 12938/32217/26995 12947/32227/27005</w:t>
        <w:br/>
        <w:t>f 12946/32228/27004 12948/32226/26993 12947/32227/27005</w:t>
        <w:br/>
        <w:t>f 12938/32217/26995 12939/32219/26997 12949/32229/27006</w:t>
        <w:br/>
        <w:t>f 12947/32227/27005 12938/32217/26995 12949/32229/27006</w:t>
        <w:br/>
        <w:t>f 12949/32229/27006 12939/32219/26997 12940/32221/26999</w:t>
        <w:br/>
        <w:t>f 12950/32230/27007 12949/32229/27006 12940/32221/26999</w:t>
        <w:br/>
        <w:t>f 12952/32231/27008 12951/32232/27009 12934/32213/26991</w:t>
        <w:br/>
        <w:t>f 12944/32223/27001 12952/32231/27008 12934/32213/26991</w:t>
        <w:br/>
        <w:t>f 12918/32199/26979 12919/32198/26978 12953/32233/27010</w:t>
        <w:br/>
        <w:t>f 12922/32201/26981 12918/32199/26979 12953/32233/27010</w:t>
        <w:br/>
        <w:t>f 12925/32204/26983 12926/32203/26981 12954/32234/27010</w:t>
        <w:br/>
        <w:t>f 12928/32207/26986 12925/32204/26983 12954/32234/27010</w:t>
        <w:br/>
        <w:t>f 12930/32209/26988 12928/32207/26986 12954/32234/27010</w:t>
        <w:br/>
        <w:t>f 12919/32198/26978 12931/32212/26988 12953/32233/27010</w:t>
        <w:br/>
        <w:t>f 12944/32223/27001 12943/32224/27002 12955/32235/27011</w:t>
        <w:br/>
        <w:t>f 12943/32224/27002 12945/32225/27004 12955/32235/27011</w:t>
        <w:br/>
        <w:t>f 12946/32228/27004 12947/32227/27005 12956/32236/27012</w:t>
        <w:br/>
        <w:t>f 12947/32227/27005 12949/32229/27006 12956/32236/27012</w:t>
        <w:br/>
        <w:t>f 12949/32229/27006 12950/32230/27007 12956/32236/27012</w:t>
        <w:br/>
        <w:t>f 12952/32231/27008 12944/32223/27001 12955/32235/27011</w:t>
        <w:br/>
        <w:t>f 12960/32237/27013 12959/32238/27014 12958/32239/27015</w:t>
        <w:br/>
        <w:t>f 12957/32240/27016 12960/32237/27013 12958/32239/27015</w:t>
        <w:br/>
        <w:t>f 12958/32239/27015 12959/32238/27014 12962/32241/27017</w:t>
        <w:br/>
        <w:t>f 12961/32242/27018 12958/32239/27015 12962/32241/27017</w:t>
        <w:br/>
        <w:t>f 12964/32243/27019 12963/32244/27019 12961/32242/27018</w:t>
        <w:br/>
        <w:t>f 12962/32241/27017 12964/32243/27019 12961/32242/27018</w:t>
        <w:br/>
        <w:t>f 12964/32243/27019 12966/32245/27020 12965/32246/27021</w:t>
        <w:br/>
        <w:t>f 12963/32244/27019 12964/32243/27019 12965/32246/27021</w:t>
        <w:br/>
        <w:t>f 12965/32246/27021 12966/32245/27020 12968/32247/27022</w:t>
        <w:br/>
        <w:t>f 12967/32248/27023 12965/32246/27021 12968/32247/27022</w:t>
        <w:br/>
        <w:t>f 12967/32248/27023 12968/32247/27022 12970/32249/27024</w:t>
        <w:br/>
        <w:t>f 12969/32250/27024 12967/32248/27023 12970/32249/27024</w:t>
        <w:br/>
        <w:t>f 12969/32250/27024 12970/32249/27024 12972/32251/27025</w:t>
        <w:br/>
        <w:t>f 12971/32252/27025 12969/32250/27024 12972/32251/27025</w:t>
        <w:br/>
        <w:t>f 12972/32251/27025 12974/32253/27026 12973/32254/27027</w:t>
        <w:br/>
        <w:t>f 12971/32252/27025 12972/32251/27025 12973/32254/27027</w:t>
        <w:br/>
        <w:t>f 12974/32253/27026 12976/32255/27028 12975/32256/27029</w:t>
        <w:br/>
        <w:t>f 12973/32254/27027 12974/32253/27026 12975/32256/27029</w:t>
        <w:br/>
        <w:t>f 12976/32255/27028 12978/32257/27030 12977/32258/27030</w:t>
        <w:br/>
        <w:t>f 12975/32256/27029 12976/32255/27028 12977/32258/27030</w:t>
        <w:br/>
        <w:t>f 12978/32257/27030 12980/32259/27031 12979/32260/27031</w:t>
        <w:br/>
        <w:t>f 12977/32258/27030 12978/32257/27030 12979/32260/27031</w:t>
        <w:br/>
        <w:t>f 12984/32261/27032 12983/32262/27032 12982/32263/27033</w:t>
        <w:br/>
        <w:t>f 12981/32264/27034 12984/32261/27032 12982/32263/27033</w:t>
        <w:br/>
        <w:t>f 12982/32263/27033 12986/32265/27035 12985/32266/27036</w:t>
        <w:br/>
        <w:t>f 12981/32264/27034 12982/32263/27033 12985/32266/27036</w:t>
        <w:br/>
        <w:t>f 12987/32267/27037 12985/32266/27036 12986/32265/27035</w:t>
        <w:br/>
        <w:t>f 12988/32268/27038 12987/32267/27037 12986/32265/27035</w:t>
        <w:br/>
        <w:t>f 12987/32267/27037 12988/32268/27038 12990/32269/27039</w:t>
        <w:br/>
        <w:t>f 12989/32270/27040 12987/32267/27037 12990/32269/27039</w:t>
        <w:br/>
        <w:t>f 12990/32269/27039 12992/32271/27041 12991/32272/27042</w:t>
        <w:br/>
        <w:t>f 12989/32270/27040 12990/32269/27039 12991/32272/27042</w:t>
        <w:br/>
        <w:t>f 12992/32271/27041 12994/32273/27043 12993/32274/27043</w:t>
        <w:br/>
        <w:t>f 12991/32272/27042 12992/32271/27041 12993/32274/27043</w:t>
        <w:br/>
        <w:t>f 12993/32274/27043 12994/32273/27043 12996/32275/27044</w:t>
        <w:br/>
        <w:t>f 12995/32276/27044 12993/32274/27043 12996/32275/27044</w:t>
        <w:br/>
        <w:t>f 12996/32275/27044 12998/32277/27045 12997/32278/27045</w:t>
        <w:br/>
        <w:t>f 12995/32276/27044 12996/32275/27044 12997/32278/27045</w:t>
        <w:br/>
        <w:t>f 12998/32277/27045 13000/32279/27046 12999/32280/27047</w:t>
        <w:br/>
        <w:t>f 12997/32278/27045 12998/32277/27045 12999/32280/27047</w:t>
        <w:br/>
        <w:t>f 13000/32279/27046 13002/32281/27048 13001/32282/27049</w:t>
        <w:br/>
        <w:t>f 12999/32280/27047 13000/32279/27046 13001/32282/27049</w:t>
        <w:br/>
        <w:t>f 13002/32281/27048 13004/32283/27050 13003/32284/27051</w:t>
        <w:br/>
        <w:t>f 13001/32282/27049 13002/32281/27048 13003/32284/27051</w:t>
        <w:br/>
        <w:t>f 13008/32285/27052 13007/32286/27052 13006/32287/27053</w:t>
        <w:br/>
        <w:t>f 13005/32288/27053 13008/32285/27052 13006/32287/27053</w:t>
        <w:br/>
        <w:t>f 13006/32287/27053 13010/32289/27054 13009/32290/27054</w:t>
        <w:br/>
        <w:t>f 13005/32288/27053 13006/32287/27053 13009/32290/27054</w:t>
        <w:br/>
        <w:t>f 13010/32289/27054 13012/32291/27055 13011/32292/27056</w:t>
        <w:br/>
        <w:t>f 13009/32290/27054 13010/32289/27054 13011/32292/27056</w:t>
        <w:br/>
        <w:t>f 13011/32292/27056 13012/32291/27055 13014/32293/27057</w:t>
        <w:br/>
        <w:t>f 13013/32294/27058 13011/32292/27056 13014/32293/27057</w:t>
        <w:br/>
        <w:t>f 13014/32293/27057 13016/32295/27059 13015/32296/27059</w:t>
        <w:br/>
        <w:t>f 13013/32294/27058 13014/32293/27057 13015/32296/27059</w:t>
        <w:br/>
        <w:t>f 13016/32295/27059 13018/32297/27060 13017/32298/27061</w:t>
        <w:br/>
        <w:t>f 13015/32296/27059 13016/32295/27059 13017/32298/27061</w:t>
        <w:br/>
        <w:t>f 13018/32297/27060 13020/32299/27062 13019/32300/27062</w:t>
        <w:br/>
        <w:t>f 13017/32298/27061 13018/32297/27060 13019/32300/27062</w:t>
        <w:br/>
        <w:t>f 13019/32300/27062 13020/32299/27062 13022/32301/27063</w:t>
        <w:br/>
        <w:t>f 13021/32302/27063 13019/32300/27062 13022/32301/27063</w:t>
        <w:br/>
        <w:t>f 13021/32302/27063 13022/32301/27063 13024/32303/27064</w:t>
        <w:br/>
        <w:t>f 13023/32304/27065 13021/32302/27063 13024/32303/27064</w:t>
        <w:br/>
        <w:t>f 13023/32304/27065 13024/32303/27064 13026/32305/27066</w:t>
        <w:br/>
        <w:t>f 13025/32306/27066 13023/32304/27065 13026/32305/27066</w:t>
        <w:br/>
        <w:t>f 13028/32307/27067 13027/32308/27068 13025/32306/27066</w:t>
        <w:br/>
        <w:t>f 13026/32305/27066 13028/32307/27067 13025/32306/27066</w:t>
        <w:br/>
        <w:t>f 13032/32309/27069 13031/32310/27070 13030/32311/27071</w:t>
        <w:br/>
        <w:t>f 13029/32312/27069 13032/32309/27069 13030/32311/27071</w:t>
        <w:br/>
        <w:t>f 13034/32313/27072 13033/32314/27072 13032/32309/27069</w:t>
        <w:br/>
        <w:t>f 13029/32312/27069 13034/32313/27072 13032/32309/27069</w:t>
        <w:br/>
        <w:t>f 13033/32314/27072 13034/32313/27072 13036/32315/27073</w:t>
        <w:br/>
        <w:t>f 13035/32316/27074 13033/32314/27072 13036/32315/27073</w:t>
        <w:br/>
        <w:t>f 13038/32317/27075 13035/32316/27074 13036/32315/27073</w:t>
        <w:br/>
        <w:t>f 13037/32318/27075 13038/32317/27075 13036/32315/27073</w:t>
        <w:br/>
        <w:t>f 13040/32319/27076 13039/32320/27076 13038/32317/27075</w:t>
        <w:br/>
        <w:t>f 13037/32318/27075 13040/32319/27076 13038/32317/27075</w:t>
        <w:br/>
        <w:t>f 13042/32321/27077 13041/32322/27078 13039/32320/27076</w:t>
        <w:br/>
        <w:t>f 13040/32319/27076 13042/32321/27077 13039/32320/27076</w:t>
        <w:br/>
        <w:t>f 13044/32323/27079 13041/32322/27078 13042/32321/27077</w:t>
        <w:br/>
        <w:t>f 13043/32324/27079 13044/32323/27079 13042/32321/27077</w:t>
        <w:br/>
        <w:t>f 13046/32325/27080 13045/32326/27081 13044/32323/27079</w:t>
        <w:br/>
        <w:t>f 13043/32324/27079 13046/32325/27080 13044/32323/27079</w:t>
        <w:br/>
        <w:t>f 13048/32327/27082 13047/32328/27083 13045/32326/27081</w:t>
        <w:br/>
        <w:t>f 13046/32325/27080 13048/32327/27082 13045/32326/27081</w:t>
        <w:br/>
        <w:t>f 13050/32329/27084 13049/32330/27085 13047/32328/27083</w:t>
        <w:br/>
        <w:t>f 13048/32327/27082 13050/32329/27084 13047/32328/27083</w:t>
        <w:br/>
        <w:t>f 13052/32331/27086 13051/32332/27087 13049/32330/27085</w:t>
        <w:br/>
        <w:t>f 13050/32329/27084 13052/32331/27086 13049/32330/27085</w:t>
        <w:br/>
        <w:t>f 13055/32333/27088 13054/32334/27089 13053/32335/27090</w:t>
        <w:br/>
        <w:t>f 13056/32336/27091 13055/32333/27088 13053/32335/27090</w:t>
        <w:br/>
        <w:t>f 13060/32337/27092 13059/32338/27093 13058/32339/27094</w:t>
        <w:br/>
        <w:t>f 13057/32340/27095 13060/32337/27092 13058/32339/27094</w:t>
        <w:br/>
        <w:t>f 13063/32341/27096 13062/32342/27097 13061/32343/27098</w:t>
        <w:br/>
        <w:t>f 13064/32344/27099 13063/32341/27096 13061/32343/27098</w:t>
        <w:br/>
        <w:t>f 13068/32345/27100 13067/32346/27101 13066/32347/27102</w:t>
        <w:br/>
        <w:t>f 13065/32348/27100 13068/32345/27100 13066/32347/27102</w:t>
        <w:br/>
        <w:t>f 13072/32349/27103 13071/32350/27104 13070/32351/27105</w:t>
        <w:br/>
        <w:t>f 13069/32352/27105 13072/32349/27103 13070/32351/27105</w:t>
        <w:br/>
        <w:t>f 13069/32352/27105 13070/32351/27105 13074/32353/27106</w:t>
        <w:br/>
        <w:t>f 13073/32354/27106 13069/32352/27105 13074/32353/27106</w:t>
        <w:br/>
        <w:t>f 13076/32355/27107 13075/32356/27108 13073/32354/27106</w:t>
        <w:br/>
        <w:t>f 13074/32353/27106 13076/32355/27107 13073/32354/27106</w:t>
        <w:br/>
        <w:t>f 13075/32356/27108 13076/32355/27107 13078/32357/27109</w:t>
        <w:br/>
        <w:t>f 13077/32358/27109 13075/32356/27108 13078/32357/27109</w:t>
        <w:br/>
        <w:t>f 13080/32359/27110 13077/32358/27109 13078/32357/27109</w:t>
        <w:br/>
        <w:t>f 13079/32360/27111 13080/32359/27110 13078/32357/27109</w:t>
        <w:br/>
        <w:t>f 13082/32361/27112 13080/32359/27110 13079/32360/27111</w:t>
        <w:br/>
        <w:t>f 13081/32362/27113 13082/32361/27112 13079/32360/27111</w:t>
        <w:br/>
        <w:t>f 13082/32361/27112 13081/32362/27113 13084/32363/27114</w:t>
        <w:br/>
        <w:t>f 13083/32364/27115 13082/32361/27112 13084/32363/27114</w:t>
        <w:br/>
        <w:t>f 13086/32365/27116 13083/32364/27115 13084/32363/27114</w:t>
        <w:br/>
        <w:t>f 13085/32366/27117 13086/32365/27116 13084/32363/27114</w:t>
        <w:br/>
        <w:t>f 13088/32367/27118 13086/32365/27116 13085/32366/27117</w:t>
        <w:br/>
        <w:t>f 13087/32368/27118 13088/32367/27118 13085/32366/27117</w:t>
        <w:br/>
        <w:t>f 13090/32369/27119 13088/32367/27118 13087/32368/27118</w:t>
        <w:br/>
        <w:t>f 13089/32370/27119 13090/32369/27119 13087/32368/27118</w:t>
        <w:br/>
        <w:t>f 13090/32369/27119 13089/32370/27119 13092/32371/27120</w:t>
        <w:br/>
        <w:t>f 13091/32372/27120 13090/32369/27119 13092/32371/27120</w:t>
        <w:br/>
        <w:t>f 13096/32373/27121 13095/32374/27121 13094/32375/27122</w:t>
        <w:br/>
        <w:t>f 13093/32376/27122 13096/32373/27121 13094/32375/27122</w:t>
        <w:br/>
        <w:t>f 13096/32373/27121 13098/32377/27123 13097/32378/27124</w:t>
        <w:br/>
        <w:t>f 13095/32374/27121 13096/32373/27121 13097/32378/27124</w:t>
        <w:br/>
        <w:t>f 13100/32379/27125 13097/32378/27124 13098/32377/27123</w:t>
        <w:br/>
        <w:t>f 13099/32380/27125 13100/32379/27125 13098/32377/27123</w:t>
        <w:br/>
        <w:t>f 13102/32381/27126 13101/32382/27127 13100/32379/27125</w:t>
        <w:br/>
        <w:t>f 13099/32380/27125 13102/32381/27126 13100/32379/27125</w:t>
        <w:br/>
        <w:t>f 13102/32381/27126 13104/32383/27128 13103/32384/27128</w:t>
        <w:br/>
        <w:t>f 13101/32382/27127 13102/32381/27126 13103/32384/27128</w:t>
        <w:br/>
        <w:t>f 13104/32383/27128 13106/32385/27129 13105/32386/27129</w:t>
        <w:br/>
        <w:t>f 13103/32384/27128 13104/32383/27128 13105/32386/27129</w:t>
        <w:br/>
        <w:t>f 13106/32385/27129 13108/32387/27130 13107/32388/27131</w:t>
        <w:br/>
        <w:t>f 13105/32386/27129 13106/32385/27129 13107/32388/27131</w:t>
        <w:br/>
        <w:t>f 13110/32389/27132 13109/32390/27133 13107/32388/27131</w:t>
        <w:br/>
        <w:t>f 13108/32387/27130 13110/32389/27132 13107/32388/27131</w:t>
        <w:br/>
        <w:t>f 13109/32390/27133 13110/32389/27132 13111/32391/27134</w:t>
        <w:br/>
        <w:t>f 13112/32392/27134 13109/32390/27133 13111/32391/27134</w:t>
        <w:br/>
        <w:t>f 13114/32393/27135 13113/32394/27136 13112/32392/27134</w:t>
        <w:br/>
        <w:t>f 13111/32391/27134 13114/32393/27135 13112/32392/27134</w:t>
        <w:br/>
        <w:t>f 13116/32395/27137 13115/32396/27138 13113/32394/27136</w:t>
        <w:br/>
        <w:t>f 13114/32393/27135 13116/32395/27137 13113/32394/27136</w:t>
        <w:br/>
        <w:t>f 13120/32397/27139 13119/32398/27140 13118/32399/27141</w:t>
        <w:br/>
        <w:t>f 13117/32400/27142 13120/32397/27139 13118/32399/27141</w:t>
        <w:br/>
        <w:t>f 13122/32401/27143 13121/32402/27143 13118/32399/27141</w:t>
        <w:br/>
        <w:t>f 13119/32398/27140 13122/32401/27143 13118/32399/27141</w:t>
        <w:br/>
        <w:t>f 13124/32403/27144 13121/32402/27143 13122/32401/27143</w:t>
        <w:br/>
        <w:t>f 13123/32404/27144 13124/32403/27144 13122/32401/27143</w:t>
        <w:br/>
        <w:t>f 13123/32404/27144 13126/32405/27145 13125/32406/27146</w:t>
        <w:br/>
        <w:t>f 13124/32403/27144 13123/32404/27144 13125/32406/27146</w:t>
        <w:br/>
        <w:t>f 13128/32407/27147 13127/32408/27148 13125/32406/27146</w:t>
        <w:br/>
        <w:t>f 13126/32405/27145 13128/32407/27147 13125/32406/27146</w:t>
        <w:br/>
        <w:t>f 13130/32409/27149 13129/32410/27150 13127/32408/27148</w:t>
        <w:br/>
        <w:t>f 13128/32407/27147 13130/32409/27149 13127/32408/27148</w:t>
        <w:br/>
        <w:t>f 13130/32409/27149 13132/32411/27151 13131/32412/27152</w:t>
        <w:br/>
        <w:t>f 13129/32410/27150 13130/32409/27149 13131/32412/27152</w:t>
        <w:br/>
        <w:t>f 13134/32413/27153 13133/32414/27153 13131/32412/27152</w:t>
        <w:br/>
        <w:t>f 13132/32411/27151 13134/32413/27153 13131/32412/27152</w:t>
        <w:br/>
        <w:t>f 13136/32415/27154 13135/32416/27154 13133/32414/27153</w:t>
        <w:br/>
        <w:t>f 13134/32413/27153 13136/32415/27154 13133/32414/27153</w:t>
        <w:br/>
        <w:t>f 13138/32417/27155 13137/32418/27155 13135/32416/27154</w:t>
        <w:br/>
        <w:t>f 13136/32415/27154 13138/32417/27155 13135/32416/27154</w:t>
        <w:br/>
        <w:t>f 13137/32418/27155 13138/32417/27155 13139/32419/27156</w:t>
        <w:br/>
        <w:t>f 13140/32420/27156 13137/32418/27155 13139/32419/27156</w:t>
        <w:br/>
        <w:t>f 13144/32421/27157 13143/32422/27158 13142/32423/27158</w:t>
        <w:br/>
        <w:t>f 13141/32424/27157 13144/32421/27157 13142/32423/27158</w:t>
        <w:br/>
        <w:t>f 13146/32425/27159 13145/32426/27159 13142/32423/27158</w:t>
        <w:br/>
        <w:t>f 13143/32422/27158 13146/32425/27159 13142/32423/27158</w:t>
        <w:br/>
        <w:t>f 13148/32427/27160 13147/32428/27161 13145/32426/27159</w:t>
        <w:br/>
        <w:t>f 13146/32425/27159 13148/32427/27160 13145/32426/27159</w:t>
        <w:br/>
        <w:t>f 13148/32427/27160 13150/32429/27162 13149/32430/27162</w:t>
        <w:br/>
        <w:t>f 13147/32428/27161 13148/32427/27160 13149/32430/27162</w:t>
        <w:br/>
        <w:t>f 13152/32431/27163 13151/32432/27164 13149/32430/27162</w:t>
        <w:br/>
        <w:t>f 13150/32429/27162 13152/32431/27163 13149/32430/27162</w:t>
        <w:br/>
        <w:t>f 13154/32433/27165 13153/32434/27165 13151/32432/27164</w:t>
        <w:br/>
        <w:t>f 13152/32431/27163 13154/32433/27165 13151/32432/27164</w:t>
        <w:br/>
        <w:t>f 13156/32435/27166 13155/32436/27167 13153/32434/27165</w:t>
        <w:br/>
        <w:t>f 13154/32433/27165 13156/32435/27166 13153/32434/27165</w:t>
        <w:br/>
        <w:t>f 13156/32435/27166 13158/32437/27168 13157/32438/27168</w:t>
        <w:br/>
        <w:t>f 13155/32436/27167 13156/32435/27166 13157/32438/27168</w:t>
        <w:br/>
        <w:t>f 13159/32439/27169 13157/32438/27168 13158/32437/27168</w:t>
        <w:br/>
        <w:t>f 13160/32440/27170 13159/32439/27169 13158/32437/27168</w:t>
        <w:br/>
        <w:t>f 13160/32440/27170 13162/32441/27171 13161/32442/27171</w:t>
        <w:br/>
        <w:t>f 13159/32439/27169 13160/32440/27170 13161/32442/27171</w:t>
        <w:br/>
        <w:t>f 13162/32441/27171 13164/32443/27172 13163/32444/27172</w:t>
        <w:br/>
        <w:t>f 13161/32442/27171 13162/32441/27171 13163/32444/27172</w:t>
        <w:br/>
        <w:t>f 12980/32259/27031 13166/32445/27173 13165/32446/27173</w:t>
        <w:br/>
        <w:t>f 12979/32260/27031 12980/32259/27031 13165/32446/27173</w:t>
        <w:br/>
        <w:t>f 13115/32396/27138 13116/32395/27137 13168/32447/27173</w:t>
        <w:br/>
        <w:t>f 13167/32448/27174 13115/32396/27138 13168/32447/27173</w:t>
        <w:br/>
        <w:t>f 13004/32283/27050 13170/32449/27175 13169/32450/27176</w:t>
        <w:br/>
        <w:t>f 13003/32284/27051 13004/32283/27050 13169/32450/27176</w:t>
        <w:br/>
        <w:t>f 13140/32420/27156 13139/32419/27156 13172/32451/27177</w:t>
        <w:br/>
        <w:t>f 13171/32452/27177 13140/32420/27156 13172/32451/27177</w:t>
        <w:br/>
        <w:t>f 13027/32308/27068 13028/32307/27067 13174/32453/27178</w:t>
        <w:br/>
        <w:t>f 13173/32454/27178 13027/32308/27068 13174/32453/27178</w:t>
        <w:br/>
        <w:t>f 13164/32443/27172 13176/32455/27179 13175/32456/27179</w:t>
        <w:br/>
        <w:t>f 13163/32444/27172 13164/32443/27172 13175/32456/27179</w:t>
        <w:br/>
        <w:t>f 13092/32371/27120 13178/32457/27180 13177/32458/27181</w:t>
        <w:br/>
        <w:t>f 13091/32372/27120 13092/32371/27120 13177/32458/27181</w:t>
        <w:br/>
        <w:t>f 13051/32332/27087 13052/32331/27086 13180/32459/27181</w:t>
        <w:br/>
        <w:t>f 13179/32460/27181 13051/32332/27087 13180/32459/27181</w:t>
        <w:br/>
        <w:t>f 13182/32461/27182 13181/32462/27183 13053/32335/27090</w:t>
        <w:br/>
        <w:t>f 13054/32334/27089 13182/32461/27182 13053/32335/27090</w:t>
        <w:br/>
        <w:t>f 13059/32338/27093 13060/32337/27092 13184/32463/27184</w:t>
        <w:br/>
        <w:t>f 13183/32464/27184 13059/32338/27093 13184/32463/27184</w:t>
        <w:br/>
        <w:t>f 13186/32465/27185 13064/32344/27099 13061/32343/27098</w:t>
        <w:br/>
        <w:t>f 13185/32466/27186 13186/32465/27185 13061/32343/27098</w:t>
        <w:br/>
        <w:t>f 13188/32467/27187 13068/32345/27100 13065/32348/27100</w:t>
        <w:br/>
        <w:t>f 13187/32468/27187 13188/32467/27187 13065/32348/27100</w:t>
        <w:br/>
        <w:t>f 13071/32350/27104 13072/32349/27103 13181/32462/27183</w:t>
        <w:br/>
        <w:t>f 13182/32461/27182 13071/32350/27104 13181/32462/27183</w:t>
        <w:br/>
        <w:t>f 13141/32424/27157 13183/32464/27184 13184/32463/27184</w:t>
        <w:br/>
        <w:t>f 13144/32421/27157 13141/32424/27157 13184/32463/27184</w:t>
        <w:br/>
        <w:t>f 13117/32400/27142 13186/32465/27185 13185/32466/27186</w:t>
        <w:br/>
        <w:t>f 13120/32397/27139 13117/32400/27142 13185/32466/27186</w:t>
        <w:br/>
        <w:t>f 13093/32376/27122 13094/32375/27122 13188/32467/27187</w:t>
        <w:br/>
        <w:t>f 13187/32468/27187 13093/32376/27122 13188/32467/27187</w:t>
        <w:br/>
        <w:t>f 13067/32346/27101 12960/32237/27013 12957/32240/27016</w:t>
        <w:br/>
        <w:t>f 13066/32347/27102 13067/32346/27101 12957/32240/27016</w:t>
        <w:br/>
        <w:t>f 13062/32342/27097 13063/32341/27096 12983/32262/27032</w:t>
        <w:br/>
        <w:t>f 12984/32261/27032 13062/32342/27097 12983/32262/27032</w:t>
        <w:br/>
        <w:t>f 13057/32340/27095 13058/32339/27094 13007/32286/27052</w:t>
        <w:br/>
        <w:t>f 13008/32285/27052 13057/32340/27095 13007/32286/27052</w:t>
        <w:br/>
        <w:t>f 13056/32336/27091 13030/32311/27071 13031/32310/27070</w:t>
        <w:br/>
        <w:t>f 13055/32333/27088 13056/32336/27091 13031/32310/27070</w:t>
        <w:br/>
        <w:t>f 20429/32469/27188 20428/32470/27189 20427/32471/27190</w:t>
        <w:br/>
        <w:t>f 20430/32472/27191 20428/32470/27189 20429/32469/27188</w:t>
        <w:br/>
        <w:t>f 20430/32472/27191 20429/32469/27188 20431/32473/27192</w:t>
        <w:br/>
        <w:t>f 20432/32474/27193 20431/32473/27192 20429/32469/27188</w:t>
        <w:br/>
        <w:t>f 20433/32475/27194 20432/32474/27193 20429/32469/27188</w:t>
        <w:br/>
        <w:t>f 20434/32476/27195 20433/32475/27194 20429/32469/27188</w:t>
        <w:br/>
        <w:t>f 20435/32477/27196 20434/32476/27195 20429/32469/27188</w:t>
        <w:br/>
        <w:t>f 20438/32478/27197 20437/32479/27198 20436/32480/27199</w:t>
        <w:br/>
        <w:t>f 20436/32480/27199 20437/32479/27198 20439/32481/27200</w:t>
        <w:br/>
        <w:t>f 20436/32480/27199 20439/32481/27200 20440/32482/27201</w:t>
        <w:br/>
        <w:t>f 20436/32480/27199 20440/32482/27201 20441/32483/27202</w:t>
        <w:br/>
        <w:t>f 20436/32480/27199 20441/32483/27202 20442/32484/27203</w:t>
        <w:br/>
        <w:t>f 20436/32480/27199 20442/32484/27203 20443/32485/27204</w:t>
        <w:br/>
        <w:t>f 20436/32480/27199 20443/32485/27204 20444/32486/27205</w:t>
        <w:br/>
        <w:t>f 20447/32487/27206 20446/32488/27207 20445/32489/27208</w:t>
        <w:br/>
        <w:t>f 20448/32490/27209 20446/32488/27207 20447/32487/27206</w:t>
        <w:br/>
        <w:t>f 20446/32488/27207 20448/32490/27209 20449/32491/27210</w:t>
        <w:br/>
        <w:t>f 20451/32492/27211 20450/32493/27212 20446/32488/27207</w:t>
        <w:br/>
        <w:t>f 20452/32494/27213 20451/32492/27211 20446/32488/27207</w:t>
        <w:br/>
        <w:t>f 20453/32495/27214 20452/32494/27213 20446/32488/27207</w:t>
        <w:br/>
        <w:t>f 20457/32496/27215 20456/32497/27216 20455/32498/27217</w:t>
        <w:br/>
        <w:t>f 20454/32499/27218 20457/32496/27215 20455/32498/27217</w:t>
        <w:br/>
        <w:t>f 20461/32500/27219 20460/32501/27220 20459/32502/27220</w:t>
        <w:br/>
        <w:t>f 20458/32503/27221 20461/32500/27219 20459/32502/27220</w:t>
        <w:br/>
        <w:t>f 20465/32504/27222 20464/32505/27223 20463/32506/27224</w:t>
        <w:br/>
        <w:t>f 20462/32507/27225 20465/32504/27222 20463/32506/27224</w:t>
        <w:br/>
        <w:t>f 20469/32508/27226 20468/32509/27227 20467/32510/27227</w:t>
        <w:br/>
        <w:t>f 20466/32511/27228 20469/32508/27226 20467/32510/27227</w:t>
        <w:br/>
        <w:t>f 20473/32512/27229 20472/32513/27230 20471/32514/27231</w:t>
        <w:br/>
        <w:t>f 20470/32515/27231 20473/32512/27229 20471/32514/27231</w:t>
        <w:br/>
        <w:t>f 20477/32516/27232 20476/32517/27233 20475/32518/27233</w:t>
        <w:br/>
        <w:t>f 20474/32519/27232 20477/32516/27232 20475/32518/27233</w:t>
        <w:br/>
        <w:t>f 20460/32501/27220 20472/32513/27230 20473/32512/27229</w:t>
        <w:br/>
        <w:t>f 20459/32502/27220 20460/32501/27220 20473/32512/27229</w:t>
        <w:br/>
        <w:t>f 20475/32518/27233 20476/32517/27233 20456/32497/27216</w:t>
        <w:br/>
        <w:t>f 20457/32496/27215 20475/32518/27233 20456/32497/27216</w:t>
        <w:br/>
        <w:t>f 20479/32520/27234 20461/32500/27219 20458/32503/27221</w:t>
        <w:br/>
        <w:t>f 20478/32521/27235 20479/32520/27234 20458/32503/27221</w:t>
        <w:br/>
        <w:t>f 20454/32499/27218 20455/32498/27217 20481/32522/27236</w:t>
        <w:br/>
        <w:t>f 20480/32523/27236 20454/32499/27218 20481/32522/27236</w:t>
        <w:br/>
        <w:t>f 20483/32524/27237 20479/32520/27234 20478/32521/27235</w:t>
        <w:br/>
        <w:t>f 20482/32525/27237 20483/32524/27237 20478/32521/27235</w:t>
        <w:br/>
        <w:t>f 20480/32523/27236 20481/32522/27236 20485/32526/27238</w:t>
        <w:br/>
        <w:t>f 20484/32527/27239 20480/32523/27236 20485/32526/27238</w:t>
        <w:br/>
        <w:t>f 20489/32528/27240 20488/32529/27241 20487/32530/27242</w:t>
        <w:br/>
        <w:t>f 20486/32531/27240 20489/32528/27240 20487/32530/27242</w:t>
        <w:br/>
        <w:t>f 20493/32532/27243 20492/32533/27244 20491/32534/27245</w:t>
        <w:br/>
        <w:t>f 20490/32535/27245 20493/32532/27243 20491/32534/27245</w:t>
        <w:br/>
        <w:t>f 20497/32536/27246 20496/32537/27246 20495/32538/27247</w:t>
        <w:br/>
        <w:t>f 20494/32539/27247 20497/32536/27246 20495/32538/27247</w:t>
        <w:br/>
        <w:t>f 20501/32540/27248 20500/32541/27249 20499/32542/27250</w:t>
        <w:br/>
        <w:t>f 20498/32543/27251 20501/32540/27248 20499/32542/27250</w:t>
        <w:br/>
        <w:t>f 20503/32544/27252 20502/32545/27252 20496/32537/27246</w:t>
        <w:br/>
        <w:t>f 20497/32536/27246 20503/32544/27252 20496/32537/27246</w:t>
        <w:br/>
        <w:t>f 20500/32541/27249 20505/32546/27253 20504/32547/27253</w:t>
        <w:br/>
        <w:t>f 20499/32542/27250 20500/32541/27249 20504/32547/27253</w:t>
        <w:br/>
        <w:t>f 20466/32511/27228 20502/32545/27252 20503/32544/27252</w:t>
        <w:br/>
        <w:t>f 20469/32508/27226 20466/32511/27228 20503/32544/27252</w:t>
        <w:br/>
        <w:t>f 20504/32547/27253 20505/32546/27253 20462/32507/27225</w:t>
        <w:br/>
        <w:t>f 20463/32506/27224 20504/32547/27253 20462/32507/27225</w:t>
        <w:br/>
        <w:t>f 20507/32548/27254 20506/32549/27255 20467/32510/27227</w:t>
        <w:br/>
        <w:t>f 20468/32509/27227 20507/32548/27254 20467/32510/27227</w:t>
        <w:br/>
        <w:t>f 20465/32504/27222 20509/32550/27256 20508/32551/27256</w:t>
        <w:br/>
        <w:t>f 20464/32505/27223 20465/32504/27222 20508/32551/27256</w:t>
        <w:br/>
        <w:t>f 20511/32552/27257 20506/32549/27255 20507/32548/27254</w:t>
        <w:br/>
        <w:t>f 20510/32553/27257 20511/32552/27257 20507/32548/27254</w:t>
        <w:br/>
        <w:t>f 20508/32551/27256 20509/32550/27256 20513/32554/27258</w:t>
        <w:br/>
        <w:t>f 20512/32555/27259 20508/32551/27256 20513/32554/27258</w:t>
        <w:br/>
        <w:t>f 20515/32556/27260 20511/32552/27257 20510/32553/27257</w:t>
        <w:br/>
        <w:t>f 20514/32557/27261 20515/32556/27260 20510/32553/27257</w:t>
        <w:br/>
        <w:t>f 20512/32555/27259 20513/32554/27258 20517/32558/27262</w:t>
        <w:br/>
        <w:t>f 20516/32559/27263 20512/32555/27259 20517/32558/27262</w:t>
        <w:br/>
        <w:t>f 20521/32560/27264 20520/32561/27265 20519/32562/27266</w:t>
        <w:br/>
        <w:t>f 20518/32563/27267 20521/32560/27264 20519/32562/27266</w:t>
        <w:br/>
        <w:t>f 20525/32564/27268 20524/32565/27269 20523/32566/27269</w:t>
        <w:br/>
        <w:t>f 20522/32567/27268 20525/32564/27268 20523/32566/27269</w:t>
        <w:br/>
        <w:t>f 20527/32568/27270 20525/32564/27268 20522/32567/27268</w:t>
        <w:br/>
        <w:t>f 20526/32569/27270 20527/32568/27270 20522/32567/27268</w:t>
        <w:br/>
        <w:t>f 20526/32569/27270 20529/32570/27271 20528/32571/27271</w:t>
        <w:br/>
        <w:t>f 20527/32568/27270 20526/32569/27270 20528/32571/27271</w:t>
        <w:br/>
        <w:t>f 20531/32572/27272 20528/32571/27271 20529/32570/27271</w:t>
        <w:br/>
        <w:t>f 20530/32573/27272 20531/32572/27272 20529/32570/27271</w:t>
        <w:br/>
        <w:t>f 20533/32574/27273 20532/32575/27273 20531/32572/27272</w:t>
        <w:br/>
        <w:t>f 20530/32573/27272 20533/32574/27273 20531/32572/27272</w:t>
        <w:br/>
        <w:t>f 20537/32576/27274 20536/32577/27274 20535/32578/27275</w:t>
        <w:br/>
        <w:t>f 20534/32579/27276 20537/32576/27274 20535/32578/27275</w:t>
        <w:br/>
        <w:t>f 20539/32580/27277 20538/32581/27277 20536/32577/27274</w:t>
        <w:br/>
        <w:t>f 20537/32576/27274 20539/32580/27277 20536/32577/27274</w:t>
        <w:br/>
        <w:t>f 20541/32582/27278 20540/32583/27278 20538/32581/27277</w:t>
        <w:br/>
        <w:t>f 20539/32580/27277 20541/32582/27278 20538/32581/27277</w:t>
        <w:br/>
        <w:t>f 20543/32584/27279 20542/32585/27280 20540/32583/27278</w:t>
        <w:br/>
        <w:t>f 20541/32582/27278 20543/32584/27279 20540/32583/27278</w:t>
        <w:br/>
        <w:t>f 20545/32586/27281 20544/32587/27281 20542/32585/27280</w:t>
        <w:br/>
        <w:t>f 20543/32584/27279 20545/32586/27281 20542/32585/27280</w:t>
        <w:br/>
        <w:t>f 20547/32588/27282 20544/32587/27281 20545/32586/27281</w:t>
        <w:br/>
        <w:t>f 20546/32589/27282 20547/32588/27282 20545/32586/27281</w:t>
        <w:br/>
        <w:t>f 20549/32590/27283 20547/32588/27282 20546/32589/27282</w:t>
        <w:br/>
        <w:t>f 20548/32591/27284 20549/32590/27283 20546/32589/27282</w:t>
        <w:br/>
        <w:t>f 20553/32592/27285 20552/32593/27286 20551/32594/27286</w:t>
        <w:br/>
        <w:t>f 20550/32595/27285 20553/32592/27285 20551/32594/27286</w:t>
        <w:br/>
        <w:t>f 20555/32596/27287 20553/32592/27285 20550/32595/27285</w:t>
        <w:br/>
        <w:t>f 20554/32597/27288 20555/32596/27287 20550/32595/27285</w:t>
        <w:br/>
        <w:t>f 20555/32596/27287 20554/32597/27288 20557/32598/27289</w:t>
        <w:br/>
        <w:t>f 20556/32599/27290 20555/32596/27287 20557/32598/27289</w:t>
        <w:br/>
        <w:t>f 20556/32599/27290 20557/32598/27289 20559/32600/27291</w:t>
        <w:br/>
        <w:t>f 20558/32601/27292 20556/32599/27290 20559/32600/27291</w:t>
        <w:br/>
        <w:t>f 20558/32601/27292 20559/32600/27291 20561/32602/27293</w:t>
        <w:br/>
        <w:t>f 20560/32603/27293 20558/32601/27292 20561/32602/27293</w:t>
        <w:br/>
        <w:t>f 20560/32603/27293 20561/32602/27293 20563/32604/27294</w:t>
        <w:br/>
        <w:t>f 20562/32605/27294 20560/32603/27293 20563/32604/27294</w:t>
        <w:br/>
        <w:t>f 20562/32605/27294 20563/32604/27294 20565/32606/27295</w:t>
        <w:br/>
        <w:t>f 20564/32607/27295 20562/32605/27294 20565/32606/27295</w:t>
        <w:br/>
        <w:t>f 20569/32608/27296 20568/32609/27297 20567/32610/27297</w:t>
        <w:br/>
        <w:t>f 20566/32611/27296 20569/32608/27296 20567/32610/27297</w:t>
        <w:br/>
        <w:t>f 20569/32608/27296 20566/32611/27296 20571/32612/27298</w:t>
        <w:br/>
        <w:t>f 20570/32613/27298 20569/32608/27296 20571/32612/27298</w:t>
        <w:br/>
        <w:t>f 20570/32613/27298 20571/32612/27298 20573/32614/27299</w:t>
        <w:br/>
        <w:t>f 20572/32615/27299 20570/32613/27298 20573/32614/27299</w:t>
        <w:br/>
        <w:t>f 20572/32615/27299 20573/32614/27299 20575/32616/27300</w:t>
        <w:br/>
        <w:t>f 20574/32617/27300 20572/32615/27299 20575/32616/27300</w:t>
        <w:br/>
        <w:t>f 20574/32617/27300 20575/32616/27300 20577/32618/27301</w:t>
        <w:br/>
        <w:t>f 20576/32619/27301 20574/32617/27300 20577/32618/27301</w:t>
        <w:br/>
        <w:t>f 20581/32620/27302 20580/32621/27303 20579/32622/27304</w:t>
        <w:br/>
        <w:t>f 20578/32623/27304 20581/32620/27302 20579/32622/27304</w:t>
        <w:br/>
        <w:t>f 20484/32527/27239 20485/32526/27238 20492/32533/27244</w:t>
        <w:br/>
        <w:t>f 20493/32532/27243 20484/32527/27239 20492/32533/27244</w:t>
        <w:br/>
        <w:t>f 20576/32619/27301 20577/32618/27301 20580/32621/27303</w:t>
        <w:br/>
        <w:t>f 20581/32620/27302 20576/32619/27301 20580/32621/27303</w:t>
        <w:br/>
        <w:t>f 20524/32565/27269 20521/32560/27264 20518/32563/27267</w:t>
        <w:br/>
        <w:t>f 20523/32566/27269 20524/32565/27269 20518/32563/27267</w:t>
        <w:br/>
        <w:t>f 20488/32529/27241 20483/32524/27237 20482/32525/27237</w:t>
        <w:br/>
        <w:t>f 20487/32530/27242 20488/32529/27241 20482/32525/27237</w:t>
        <w:br/>
        <w:t>f 20584/32624/27305 20583/32625/27306 20582/32626/27307</w:t>
        <w:br/>
        <w:t>f 20585/32627/27308 20584/32624/27305 20582/32626/27307</w:t>
        <w:br/>
        <w:t>f 20586/32628/27309 20585/32627/27308 20582/32626/27307</w:t>
        <w:br/>
        <w:t>f 20588/32629/27310 20582/32626/27307 20587/32630/27311</w:t>
        <w:br/>
        <w:t>f 20589/32631/27312 20582/32626/27307 20588/32629/27310</w:t>
        <w:br/>
        <w:t>f 20582/32626/27307 20589/32631/27312 20590/32632/27313</w:t>
        <w:br/>
        <w:t>f 20582/32626/27307 20583/32625/27306 20587/32630/27311</w:t>
        <w:br/>
        <w:t>f 20446/32488/27207 20450/32493/27212 20445/32489/27208</w:t>
        <w:br/>
        <w:t>f 20594/32633/27314 20593/32634/27315 20592/32635/27189</w:t>
        <w:br/>
        <w:t>f 20591/32636/27316 20594/32633/27314 20592/32635/27189</w:t>
        <w:br/>
        <w:t>f 20591/32636/27316 20592/32635/27189 20596/32637/27317</w:t>
        <w:br/>
        <w:t>f 20595/32638/27318 20591/32636/27316 20596/32637/27317</w:t>
        <w:br/>
        <w:t>f 20598/32639/27192 20597/32640/27319 20595/32638/27318</w:t>
        <w:br/>
        <w:t>f 20596/32637/27317 20598/32639/27192 20595/32638/27318</w:t>
        <w:br/>
        <w:t>f 20598/32639/27192 20600/32641/27193 20599/32642/27320</w:t>
        <w:br/>
        <w:t>f 20597/32640/27319 20598/32639/27192 20599/32642/27320</w:t>
        <w:br/>
        <w:t>f 20602/32643/27321 20599/32642/27320 20600/32641/27193</w:t>
        <w:br/>
        <w:t>f 20601/32644/27194 20602/32643/27321 20600/32641/27193</w:t>
        <w:br/>
        <w:t>f 20604/32645/27322 20602/32643/27321 20601/32644/27194</w:t>
        <w:br/>
        <w:t>f 20603/32646/27195 20604/32645/27322 20601/32644/27194</w:t>
        <w:br/>
        <w:t>f 20606/32647/27323 20604/32645/27322 20603/32646/27195</w:t>
        <w:br/>
        <w:t>f 20605/32648/27324 20606/32647/27323 20603/32646/27195</w:t>
        <w:br/>
        <w:t>f 20610/32649/27325 20609/32650/27326 20608/32651/27327</w:t>
        <w:br/>
        <w:t>f 20607/32652/27328 20610/32649/27325 20608/32651/27327</w:t>
        <w:br/>
        <w:t>f 20607/32652/27328 20608/32651/27327 20612/32653/27206</w:t>
        <w:br/>
        <w:t>f 20611/32654/27329 20607/32652/27328 20612/32653/27206</w:t>
        <w:br/>
        <w:t>f 20611/32654/27329 20612/32653/27206 20614/32655/27208</w:t>
        <w:br/>
        <w:t>f 20613/32656/27330 20611/32654/27329 20614/32655/27208</w:t>
        <w:br/>
        <w:t>f 20613/32656/27330 20614/32655/27208 20616/32657/27212</w:t>
        <w:br/>
        <w:t>f 20615/32658/27331 20613/32656/27330 20616/32657/27212</w:t>
        <w:br/>
        <w:t>f 20618/32659/27332 20615/32658/27331 20616/32657/27212</w:t>
        <w:br/>
        <w:t>f 20617/32660/27211 20618/32659/27332 20616/32657/27212</w:t>
        <w:br/>
        <w:t>f 20620/32661/27333 20618/32659/27332 20617/32660/27211</w:t>
        <w:br/>
        <w:t>f 20619/32662/27213 20620/32661/27333 20617/32660/27211</w:t>
        <w:br/>
        <w:t>f 20622/32663/27334 20620/32661/27333 20619/32662/27213</w:t>
        <w:br/>
        <w:t>f 20621/32664/27335 20622/32663/27334 20619/32662/27213</w:t>
        <w:br/>
        <w:t>f 20626/32665/27306 20625/32666/27336 20624/32667/27337</w:t>
        <w:br/>
        <w:t>f 20623/32668/27338 20626/32665/27306 20624/32667/27337</w:t>
        <w:br/>
        <w:t>f 20625/32666/27336 20628/32669/27339 20627/32670/27340</w:t>
        <w:br/>
        <w:t>f 20624/32667/27337 20625/32666/27336 20627/32670/27340</w:t>
        <w:br/>
        <w:t>f 20628/32669/27339 20630/32671/27309 20629/32672/27341</w:t>
        <w:br/>
        <w:t>f 20627/32670/27340 20628/32669/27339 20629/32672/27341</w:t>
        <w:br/>
        <w:t>f 20634/32673/27342 20633/32674/27343 20632/32675/27344</w:t>
        <w:br/>
        <w:t>f 20631/32676/27345 20634/32673/27342 20632/32675/27344</w:t>
        <w:br/>
        <w:t>f 20638/32677/27310 20637/32678/27346 20636/32679/27347</w:t>
        <w:br/>
        <w:t>f 20635/32680/27312 20638/32677/27310 20636/32679/27347</w:t>
        <w:br/>
        <w:t>f 20640/32681/27311 20639/32682/27348 20637/32678/27346</w:t>
        <w:br/>
        <w:t>f 20638/32677/27310 20640/32681/27311 20637/32678/27346</w:t>
        <w:br/>
        <w:t>f 20635/32680/27312 20636/32679/27347 20642/32683/27349</w:t>
        <w:br/>
        <w:t>f 20641/32684/27350 20635/32680/27312 20642/32683/27349</w:t>
        <w:br/>
        <w:t>f 20646/32685/27351 20645/32686/27198 20644/32687/27352</w:t>
        <w:br/>
        <w:t>f 20643/32688/27353 20646/32685/27351 20644/32687/27352</w:t>
        <w:br/>
        <w:t>f 20645/32686/27198 20648/32689/27354 20647/32690/27355</w:t>
        <w:br/>
        <w:t>f 20644/32687/27352 20645/32686/27198 20647/32690/27355</w:t>
        <w:br/>
        <w:t>f 20643/32688/27353 20650/32691/27356 20649/32692/27201</w:t>
        <w:br/>
        <w:t>f 20646/32685/27351 20643/32688/27353 20649/32692/27201</w:t>
        <w:br/>
        <w:t>f 20652/32693/27357 20651/32694/27358 20649/32692/27201</w:t>
        <w:br/>
        <w:t>f 20650/32691/27356 20652/32693/27357 20649/32692/27201</w:t>
        <w:br/>
        <w:t>f 20651/32694/27358 20652/32693/27357 20654/32695/27359</w:t>
        <w:br/>
        <w:t>f 20653/32696/27203 20651/32694/27358 20654/32695/27359</w:t>
        <w:br/>
        <w:t>f 20653/32696/27203 20654/32695/27359 20633/32674/27343</w:t>
        <w:br/>
        <w:t>f 20634/32673/27342 20653/32696/27203 20633/32674/27343</w:t>
        <w:br/>
        <w:t>f 20657/32697/27360 20656/32698/27361 20655/32699/27362</w:t>
        <w:br/>
        <w:t>f 20658/32700/27363 20657/32697/27360 20655/32699/27362</w:t>
        <w:br/>
        <w:t>f 20655/32699/27362 20656/32698/27361 20660/32701/27364</w:t>
        <w:br/>
        <w:t>f 20659/32702/27365 20655/32699/27362 20660/32701/27364</w:t>
        <w:br/>
        <w:t>f 20659/32702/27365 20660/32701/27364 20662/32703/27366</w:t>
        <w:br/>
        <w:t>f 20661/32704/27367 20659/32702/27365 20662/32703/27366</w:t>
        <w:br/>
        <w:t>f 20661/32704/27367 20662/32703/27366 20664/32705/27368</w:t>
        <w:br/>
        <w:t>f 20663/32706/27369 20661/32704/27367 20664/32705/27368</w:t>
        <w:br/>
        <w:t>f 20666/32707/27370 20665/32708/27371 20663/32706/27369</w:t>
        <w:br/>
        <w:t>f 20664/32705/27368 20666/32707/27370 20663/32706/27369</w:t>
        <w:br/>
        <w:t>f 20668/32709/27372 20667/32710/27373 20665/32708/27371</w:t>
        <w:br/>
        <w:t>f 20666/32707/27370 20668/32709/27372 20665/32708/27371</w:t>
        <w:br/>
        <w:t>f 20670/32711/27374 20669/32712/27375 20667/32710/27373</w:t>
        <w:br/>
        <w:t>f 20668/32709/27372 20670/32711/27374 20667/32710/27373</w:t>
        <w:br/>
        <w:t>f 20674/32713/27376 20673/32714/27377 20672/32715/27378</w:t>
        <w:br/>
        <w:t>f 20671/32716/27379 20674/32713/27376 20672/32715/27378</w:t>
        <w:br/>
        <w:t>f 20671/32716/27379 20672/32715/27378 20676/32717/27380</w:t>
        <w:br/>
        <w:t>f 20675/32718/27381 20671/32716/27379 20676/32717/27380</w:t>
        <w:br/>
        <w:t>f 20676/32717/27380 20678/32719/27382 20677/32720/27383</w:t>
        <w:br/>
        <w:t>f 20675/32718/27381 20676/32717/27380 20677/32720/27383</w:t>
        <w:br/>
        <w:t>f 20680/32721/27384 20677/32720/27383 20678/32719/27382</w:t>
        <w:br/>
        <w:t>f 20679/32722/27385 20680/32721/27384 20678/32719/27382</w:t>
        <w:br/>
        <w:t>f 20682/32723/27386 20680/32721/27384 20679/32722/27385</w:t>
        <w:br/>
        <w:t>f 20681/32724/27387 20682/32723/27386 20679/32722/27385</w:t>
        <w:br/>
        <w:t>f 20684/32725/27388 20682/32723/27386 20681/32724/27387</w:t>
        <w:br/>
        <w:t>f 20683/32726/27389 20684/32725/27388 20681/32724/27387</w:t>
        <w:br/>
        <w:t>f 20686/32727/27390 20684/32725/27388 20683/32726/27389</w:t>
        <w:br/>
        <w:t>f 20685/32728/27391 20686/32727/27390 20683/32726/27389</w:t>
        <w:br/>
        <w:t>f 20688/32729/27392 20687/32730/27393 20667/32710/27373</w:t>
        <w:br/>
        <w:t>f 20669/32712/27375 20688/32729/27392 20667/32710/27373</w:t>
        <w:br/>
        <w:t>f 20687/32730/27393 20689/32731/27394 20665/32708/27371</w:t>
        <w:br/>
        <w:t>f 20667/32710/27373 20687/32730/27393 20665/32708/27371</w:t>
        <w:br/>
        <w:t>f 20689/32731/27394 20690/32732/27395 20663/32706/27369</w:t>
        <w:br/>
        <w:t>f 20665/32708/27371 20689/32731/27394 20663/32706/27369</w:t>
        <w:br/>
        <w:t>f 20690/32732/27395 20691/32733/27396 20661/32704/27367</w:t>
        <w:br/>
        <w:t>f 20663/32706/27369 20690/32732/27395 20661/32704/27367</w:t>
        <w:br/>
        <w:t>f 20659/32702/27365 20661/32704/27367 20691/32733/27396</w:t>
        <w:br/>
        <w:t>f 20692/32734/27397 20659/32702/27365 20691/32733/27396</w:t>
        <w:br/>
        <w:t>f 20693/32735/27398 20655/32699/27362 20659/32702/27365</w:t>
        <w:br/>
        <w:t>f 20692/32734/27397 20693/32735/27398 20659/32702/27365</w:t>
        <w:br/>
        <w:t>f 20694/32736/27399 20658/32700/27363 20655/32699/27362</w:t>
        <w:br/>
        <w:t>f 20693/32735/27398 20694/32736/27399 20655/32699/27362</w:t>
        <w:br/>
        <w:t>f 20696/32737/27400 20695/32738/27401 20684/32725/27388</w:t>
        <w:br/>
        <w:t>f 20686/32727/27390 20696/32737/27400 20684/32725/27388</w:t>
        <w:br/>
        <w:t>f 20695/32738/27401 20697/32739/27402 20682/32723/27386</w:t>
        <w:br/>
        <w:t>f 20684/32725/27388 20695/32738/27401 20682/32723/27386</w:t>
        <w:br/>
        <w:t>f 20697/32739/27402 20698/32740/27403 20680/32721/27384</w:t>
        <w:br/>
        <w:t>f 20682/32723/27386 20697/32739/27402 20680/32721/27384</w:t>
        <w:br/>
        <w:t>f 20698/32740/27403 20699/32741/27404 20677/32720/27383</w:t>
        <w:br/>
        <w:t>f 20680/32721/27384 20698/32740/27403 20677/32720/27383</w:t>
        <w:br/>
        <w:t>f 20675/32718/27381 20677/32720/27383 20699/32741/27404</w:t>
        <w:br/>
        <w:t>f 20700/32742/27405 20675/32718/27381 20699/32741/27404</w:t>
        <w:br/>
        <w:t>f 20701/32743/27406 20671/32716/27379 20675/32718/27381</w:t>
        <w:br/>
        <w:t>f 20700/32742/27405 20701/32743/27406 20675/32718/27381</w:t>
        <w:br/>
        <w:t>f 20702/32744/27407 20674/32713/27376 20671/32716/27379</w:t>
        <w:br/>
        <w:t>f 20701/32743/27406 20702/32744/27407 20671/32716/27379</w:t>
        <w:br/>
        <w:t>f 20706/32745/27408 20705/32746/27409 20704/32747/27410</w:t>
        <w:br/>
        <w:t>f 20703/32748/27411 20706/32745/27408 20704/32747/27410</w:t>
        <w:br/>
        <w:t>f 20710/32749/27411 20709/32750/27412 20708/32751/27413</w:t>
        <w:br/>
        <w:t>f 20707/32752/27408 20710/32749/27411 20708/32751/27413</w:t>
        <w:br/>
        <w:t>f 20714/32753/27414 20713/32754/27414 20712/32755/27415</w:t>
        <w:br/>
        <w:t>f 20711/32756/27416 20714/32753/27414 20712/32755/27415</w:t>
        <w:br/>
        <w:t>f 20718/32757/27417 20717/32758/27417 20716/32759/27418</w:t>
        <w:br/>
        <w:t>f 20715/32760/27418 20718/32757/27417 20716/32759/27418</w:t>
        <w:br/>
        <w:t>f 20722/32761/27419 20721/32762/27420 20720/32763/27421</w:t>
        <w:br/>
        <w:t>f 20719/32764/27422 20722/32761/27419 20720/32763/27421</w:t>
        <w:br/>
        <w:t>f 20719/32764/27422 20720/32763/27421 20724/32765/27423</w:t>
        <w:br/>
        <w:t>f 20723/32766/27424 20719/32764/27422 20724/32765/27423</w:t>
        <w:br/>
        <w:t>f 20728/32767/27425 20727/32768/27426 20726/32769/27426</w:t>
        <w:br/>
        <w:t>f 20725/32770/27427 20728/32767/27425 20726/32769/27426</w:t>
        <w:br/>
        <w:t>f 20732/32771/27428 20731/32772/27428 20730/32773/27429</w:t>
        <w:br/>
        <w:t>f 20729/32774/27430 20732/32771/27428 20730/32773/27429</w:t>
        <w:br/>
        <w:t>f 20736/32775/27431 20735/32776/27432 20734/32777/27433</w:t>
        <w:br/>
        <w:t>f 20733/32778/27434 20736/32775/27431 20734/32777/27433</w:t>
        <w:br/>
        <w:t>f 20740/32779/27434 20739/32780/27433 20738/32781/27435</w:t>
        <w:br/>
        <w:t>f 20737/32782/27436 20740/32779/27434 20738/32781/27435</w:t>
        <w:br/>
        <w:t>f 20743/32783/27437 20742/32784/27438 20741/32785/27439</w:t>
        <w:br/>
        <w:t>f 20744/32786/27440 20743/32783/27437 20741/32785/27439</w:t>
        <w:br/>
        <w:t>f 20748/32787/27438 20747/32788/27437 20746/32789/27441</w:t>
        <w:br/>
        <w:t>f 20745/32790/27442 20748/32787/27438 20746/32789/27441</w:t>
        <w:br/>
        <w:t>f 20752/32791/27443 20751/32792/27444 20750/32793/27445</w:t>
        <w:br/>
        <w:t>f 20749/32794/27446 20752/32791/27443 20750/32793/27445</w:t>
        <w:br/>
        <w:t>f 20756/32795/27447 20755/32796/27448 20754/32797/27449</w:t>
        <w:br/>
        <w:t>f 20753/32798/27450 20756/32795/27447 20754/32797/27449</w:t>
        <w:br/>
        <w:t>f 20760/32799/27451 20759/32800/27452 20758/32801/27453</w:t>
        <w:br/>
        <w:t>f 20757/32802/27454 20760/32799/27451 20758/32801/27453</w:t>
        <w:br/>
        <w:t>f 20759/32800/27452 20762/32803/27455 20761/32804/27456</w:t>
        <w:br/>
        <w:t>f 20758/32801/27453 20759/32800/27452 20761/32804/27456</w:t>
        <w:br/>
        <w:t>f 20765/32805/27457 20764/32806/27458 20763/32807/27459</w:t>
        <w:br/>
        <w:t>f 20766/32808/27457 20765/32805/27457 20763/32807/27459</w:t>
        <w:br/>
        <w:t>f 20770/32809/27460 20769/32810/27461 20768/32811/27462</w:t>
        <w:br/>
        <w:t>f 20767/32812/27462 20770/32809/27460 20768/32811/27462</w:t>
        <w:br/>
        <w:t>f 20774/32813/27463 20773/32814/27464 20772/32815/27465</w:t>
        <w:br/>
        <w:t>f 20771/32816/27466 20774/32813/27463 20772/32815/27465</w:t>
        <w:br/>
        <w:t>f 20778/32817/27464 20777/32818/27467 20776/32819/27468</w:t>
        <w:br/>
        <w:t>f 20775/32820/27465 20778/32817/27464 20776/32819/27468</w:t>
        <w:br/>
        <w:t>f 20609/32650/27326 20610/32649/27325 20709/32750/27412</w:t>
        <w:br/>
        <w:t>f 20710/32749/27411 20609/32650/27326 20709/32750/27412</w:t>
        <w:br/>
        <w:t>f 20713/32754/27414 20714/32753/27414 20532/32575/27273</w:t>
        <w:br/>
        <w:t>f 20533/32574/27273 20713/32754/27414 20532/32575/27273</w:t>
        <w:br/>
        <w:t>f 20470/32515/27231 20471/32514/27231 20717/32758/27417</w:t>
        <w:br/>
        <w:t>f 20718/32757/27417 20470/32515/27231 20717/32758/27417</w:t>
        <w:br/>
        <w:t>f 20727/32768/27426 20477/32516/27232 20474/32519/27232</w:t>
        <w:br/>
        <w:t>f 20726/32769/27426 20727/32768/27426 20474/32519/27232</w:t>
        <w:br/>
        <w:t>f 20568/32609/27297 20731/32772/27428 20732/32771/27428</w:t>
        <w:br/>
        <w:t>f 20567/32610/27297 20568/32609/27297 20732/32771/27428</w:t>
        <w:br/>
        <w:t>f 20630/32671/27309 20734/32777/27433 20735/32776/27432</w:t>
        <w:br/>
        <w:t>f 20629/32672/27341 20630/32671/27309 20735/32776/27432</w:t>
        <w:br/>
        <w:t>f 20738/32781/27435 20739/32780/27433 20586/32628/27309</w:t>
        <w:br/>
        <w:t>f 20582/32626/27307 20738/32781/27435 20586/32628/27309</w:t>
        <w:br/>
        <w:t>f 20744/32786/27440 20582/32626/27307 20590/32632/27313</w:t>
        <w:br/>
        <w:t>f 20743/32783/27437 20744/32786/27440 20590/32632/27313</w:t>
        <w:br/>
        <w:t>f 20641/32684/27350 20642/32683/27349 20746/32789/27441</w:t>
        <w:br/>
        <w:t>f 20747/32788/27437 20641/32684/27350 20746/32789/27441</w:t>
        <w:br/>
        <w:t>f 20579/32622/27304 20750/32793/27445 20751/32792/27444</w:t>
        <w:br/>
        <w:t>f 20578/32623/27304 20579/32622/27304 20751/32792/27444</w:t>
        <w:br/>
        <w:t>f 20490/32535/27245 20491/32534/27245 20754/32797/27449</w:t>
        <w:br/>
        <w:t>f 20755/32796/27448 20490/32535/27245 20754/32797/27449</w:t>
        <w:br/>
        <w:t>f 20768/32811/27462 20489/32528/27240 20486/32531/27240</w:t>
        <w:br/>
        <w:t>f 20767/32812/27462 20768/32811/27462 20486/32531/27240</w:t>
        <w:br/>
        <w:t>f 20766/32808/27457 20519/32562/27266 20520/32561/27265</w:t>
        <w:br/>
        <w:t>f 20765/32805/27457 20766/32808/27457 20520/32561/27265</w:t>
        <w:br/>
        <w:t>f 20774/32813/27463 20622/32663/27334 20621/32664/27335</w:t>
        <w:br/>
        <w:t>f 20773/32814/27464 20774/32813/27463 20621/32664/27335</w:t>
        <w:br/>
        <w:t>f 20777/32818/27467 20778/32817/27464 20453/32495/27214</w:t>
        <w:br/>
        <w:t>f 20446/32488/27207 20777/32818/27467 20453/32495/27214</w:t>
        <w:br/>
        <w:t>f 20704/32747/27410 20446/32488/27207 20449/32491/27210</w:t>
        <w:br/>
        <w:t>f 20703/32748/27411 20704/32747/27410 20449/32491/27210</w:t>
        <w:br/>
        <w:t>f 20593/32634/27315 20594/32633/27314 20771/32816/27466</w:t>
        <w:br/>
        <w:t>f 20772/32815/27465 20593/32634/27315 20771/32816/27466</w:t>
        <w:br/>
        <w:t>f 20548/32591/27284 20763/32807/27459 20764/32806/27458</w:t>
        <w:br/>
        <w:t>f 20549/32590/27283 20548/32591/27284 20764/32806/27458</w:t>
        <w:br/>
        <w:t>f 20780/32821/27247 20779/32822/27469 20769/32810/27461</w:t>
        <w:br/>
        <w:t>f 20770/32809/27460 20780/32821/27247 20769/32810/27461</w:t>
        <w:br/>
        <w:t>f 20753/32798/27450 20501/32540/27248 20498/32543/27251</w:t>
        <w:br/>
        <w:t>f 20756/32795/27447 20753/32798/27450 20498/32543/27251</w:t>
        <w:br/>
        <w:t>f 20552/32593/27286 20752/32791/27443 20749/32794/27446</w:t>
        <w:br/>
        <w:t>f 20551/32594/27286 20552/32593/27286 20749/32794/27446</w:t>
        <w:br/>
        <w:t>f 20648/32689/27354 20748/32787/27438 20745/32790/27442</w:t>
        <w:br/>
        <w:t>f 20647/32690/27355 20648/32689/27354 20745/32790/27442</w:t>
        <w:br/>
        <w:t>f 20438/32478/27197 20436/32480/27199 20741/32785/27439</w:t>
        <w:br/>
        <w:t>f 20742/32784/27438 20438/32478/27197 20741/32785/27439</w:t>
        <w:br/>
        <w:t>f 20444/32486/27205 20740/32779/27434 20737/32782/27436</w:t>
        <w:br/>
        <w:t>f 20436/32480/27199 20444/32486/27205 20737/32782/27436</w:t>
        <w:br/>
        <w:t>f 20631/32676/27345 20632/32675/27344 20736/32775/27431</w:t>
        <w:br/>
        <w:t>f 20733/32778/27434 20631/32676/27345 20736/32775/27431</w:t>
        <w:br/>
        <w:t>f 20729/32774/27430 20730/32773/27429 20564/32607/27295</w:t>
        <w:br/>
        <w:t>f 20565/32606/27295 20729/32774/27430 20564/32607/27295</w:t>
        <w:br/>
        <w:t>f 20782/32823/27470 20781/32824/27471 20728/32767/27425</w:t>
        <w:br/>
        <w:t>f 20725/32770/27427 20782/32823/27470 20728/32767/27425</w:t>
        <w:br/>
        <w:t>f 20716/32759/27418 20515/32556/27260 20514/32557/27261</w:t>
        <w:br/>
        <w:t>f 20715/32760/27418 20716/32759/27418 20514/32557/27261</w:t>
        <w:br/>
        <w:t>f 20711/32756/27416 20712/32755/27415 20534/32579/27276</w:t>
        <w:br/>
        <w:t>f 20535/32578/27275 20711/32756/27416 20534/32579/27276</w:t>
        <w:br/>
        <w:t>f 20708/32751/27413 20606/32647/27323 20605/32648/27324</w:t>
        <w:br/>
        <w:t>f 20707/32752/27408 20708/32751/27413 20605/32648/27324</w:t>
        <w:br/>
        <w:t>f 20435/32477/27196 20429/32469/27188 20705/32746/27409</w:t>
        <w:br/>
        <w:t>f 20706/32745/27408 20435/32477/27196 20705/32746/27409</w:t>
        <w:br/>
        <w:t>f 20427/32471/27190 20775/32820/27465 20776/32819/27468</w:t>
        <w:br/>
        <w:t>f 20429/32469/27188 20427/32471/27190 20776/32819/27468</w:t>
        <w:br/>
        <w:t>f 20762/32803/27455 20759/32800/27452 20669/32712/27375</w:t>
        <w:br/>
        <w:t>f 20670/32711/27374 20762/32803/27455 20669/32712/27375</w:t>
        <w:br/>
        <w:t>f 20758/32801/27453 20761/32804/27456 20673/32714/27377</w:t>
        <w:br/>
        <w:t>f 20674/32713/27376 20758/32801/27453 20673/32714/27377</w:t>
        <w:br/>
        <w:t>f 20719/32764/27422 20784/32825/27390 20783/32826/27391</w:t>
        <w:br/>
        <w:t>f 20722/32761/27419 20719/32764/27422 20783/32826/27391</w:t>
        <w:br/>
        <w:t>f 20786/32827/27472 20720/32763/27421 20721/32762/27420</w:t>
        <w:br/>
        <w:t>f 20785/32828/27360 20786/32827/27472 20721/32762/27420</w:t>
        <w:br/>
        <w:t>f 20720/32763/27421 20786/32827/27472 20787/32829/27399</w:t>
        <w:br/>
        <w:t>f 20724/32765/27423 20720/32763/27421 20787/32829/27399</w:t>
        <w:br/>
        <w:t>f 20784/32825/27390 20719/32764/27422 20723/32766/27424</w:t>
        <w:br/>
        <w:t>f 20788/32830/27400 20784/32825/27390 20723/32766/27424</w:t>
        <w:br/>
        <w:t>f 20757/32802/27454 20758/32801/27453 20674/32713/27376</w:t>
        <w:br/>
        <w:t>f 20702/32744/27407 20757/32802/27454 20674/32713/27376</w:t>
        <w:br/>
        <w:t>f 20759/32800/27452 20760/32799/27451 20688/32729/27392</w:t>
        <w:br/>
        <w:t>f 20669/32712/27375 20759/32800/27452 20688/32729/27392</w:t>
        <w:br/>
        <w:t>f 20623/32668/27338 20639/32682/27348 20640/32681/27311</w:t>
        <w:br/>
        <w:t>f 20626/32665/27306 20623/32668/27338 20640/32681/27311</w:t>
        <w:br/>
        <w:t>f 4000/32831/27473 3999/32832/27474 3998/32833/27475</w:t>
        <w:br/>
        <w:t>f 3997/32834/27476 4000/32831/27473 3998/32833/27475</w:t>
        <w:br/>
        <w:t>f 4004/32835/27475 4003/32836/27477 4002/32837/27478</w:t>
        <w:br/>
        <w:t>f 4001/32838/27476 4004/32835/27475 4002/32837/27478</w:t>
        <w:br/>
        <w:t>f 4008/32839/27479 4007/32840/27480 4006/32841/27480</w:t>
        <w:br/>
        <w:t>f 4005/32842/27481 4008/32839/27479 4006/32841/27480</w:t>
        <w:br/>
        <w:t>f 4007/32840/27480 4010/32843/27482 4009/32844/27482</w:t>
        <w:br/>
        <w:t>f 4006/32841/27480 4007/32840/27480 4009/32844/27482</w:t>
        <w:br/>
        <w:t>f 4014/32845/27483 4013/32846/27484 4012/32847/27485</w:t>
        <w:br/>
        <w:t>f 4011/32848/27486 4014/32845/27483 4012/32847/27485</w:t>
        <w:br/>
        <w:t>f 4011/32848/27486 4017/32849/27487 4016/32850/27474</w:t>
        <w:br/>
        <w:t>f 4015/32851/27473 4011/32848/27486 4016/32850/27474</w:t>
        <w:br/>
        <w:t>f 3999/32832/27474 4019/32852/27488 4018/32853/27489</w:t>
        <w:br/>
        <w:t>f 3998/32833/27475 3999/32832/27474 4018/32853/27489</w:t>
        <w:br/>
        <w:t>f 4019/32852/27488 4021/32854/27490 4020/32855/27491</w:t>
        <w:br/>
        <w:t>f 4018/32853/27489 4019/32852/27488 4020/32855/27491</w:t>
        <w:br/>
        <w:t>f 4025/32856/27492 4024/32857/27490 4023/32858/27493</w:t>
        <w:br/>
        <w:t>f 4022/32859/27494 4025/32856/27492 4023/32858/27493</w:t>
        <w:br/>
        <w:t>f 4016/32850/27474 4017/32849/27487 4022/32859/27494</w:t>
        <w:br/>
        <w:t>f 4023/32858/27493 4016/32850/27474 4022/32859/27494</w:t>
        <w:br/>
        <w:t>f 4029/32860/27495 4028/32861/27495 4027/32862/27496</w:t>
        <w:br/>
        <w:t>f 4026/32863/27496 4029/32860/27495 4027/32862/27496</w:t>
        <w:br/>
        <w:t>f 4031/32864/27497 4030/32865/27498 4000/32831/27473</w:t>
        <w:br/>
        <w:t>f 3997/32834/27476 4031/32864/27497 4000/32831/27473</w:t>
        <w:br/>
        <w:t>f 4033/32866/27499 4032/32867/27500 4030/32865/27498</w:t>
        <w:br/>
        <w:t>f 4031/32864/27497 4033/32866/27499 4030/32865/27498</w:t>
        <w:br/>
        <w:t>f 4026/32863/27496 4027/32862/27496 4008/32839/27479</w:t>
        <w:br/>
        <w:t>f 4005/32842/27481 4026/32863/27496 4008/32839/27479</w:t>
        <w:br/>
        <w:t>f 4004/32835/27475 4035/32868/27489 4034/32869/27501</w:t>
        <w:br/>
        <w:t>f 4003/32836/27477 4004/32835/27475 4034/32869/27501</w:t>
        <w:br/>
        <w:t>f 4037/32870/27502 4036/32871/27503 4012/32847/27485</w:t>
        <w:br/>
        <w:t>f 4013/32846/27484 4037/32870/27502 4012/32847/27485</w:t>
        <w:br/>
        <w:t>f 4041/32872/27504 4040/32873/27505 4039/32874/27506</w:t>
        <w:br/>
        <w:t>f 4038/32875/27506 4041/32872/27504 4039/32874/27506</w:t>
        <w:br/>
        <w:t>f 4045/32876/27507 4044/32877/27508 4043/32878/27497</w:t>
        <w:br/>
        <w:t>f 4042/32879/27509 4045/32876/27507 4043/32878/27497</w:t>
        <w:br/>
        <w:t>f 4048/32880/27510 4047/32881/27511 4045/32876/27512</w:t>
        <w:br/>
        <w:t>f 4046/32882/27513 4048/32880/27510 4045/32876/27512</w:t>
        <w:br/>
        <w:t>f 4046/32882/27513 4050/32883/27514 4049/32884/27515</w:t>
        <w:br/>
        <w:t>f 4048/32880/27510 4046/32882/27513 4049/32884/27515</w:t>
        <w:br/>
        <w:t>f 4038/32875/27506 4039/32874/27506 4052/32885/27516</w:t>
        <w:br/>
        <w:t>f 4051/32886/27516 4038/32875/27506 4052/32885/27516</w:t>
        <w:br/>
        <w:t>f 4056/32887/27517 4055/32888/27518 4054/32889/27519</w:t>
        <w:br/>
        <w:t>f 4053/32890/27510 4056/32887/27517 4054/32889/27519</w:t>
        <w:br/>
        <w:t>f 4060/32891/27520 4059/32892/27521 4058/32893/27522</w:t>
        <w:br/>
        <w:t>f 4057/32894/27523 4060/32891/27520 4058/32893/27522</w:t>
        <w:br/>
        <w:t>f 4053/32890/27510 4062/32895/27515 4061/32896/27524</w:t>
        <w:br/>
        <w:t>f 4056/32887/27517 4053/32890/27510 4061/32896/27524</w:t>
        <w:br/>
        <w:t>f 4051/32886/27516 4052/32885/27516 4064/32897/27525</w:t>
        <w:br/>
        <w:t>f 4063/32898/27525 4051/32886/27516 4064/32897/27525</w:t>
        <w:br/>
        <w:t>f 4066/32899/27526 4058/32893/27522 4059/32892/27521</w:t>
        <w:br/>
        <w:t>f 4065/32900/27527 4066/32899/27526 4059/32892/27521</w:t>
        <w:br/>
        <w:t>f 4060/32891/27520 4057/32894/27523 4068/32901/27528</w:t>
        <w:br/>
        <w:t>f 4067/32902/27518 4060/32891/27520 4068/32901/27528</w:t>
        <w:br/>
        <w:t>f 4042/32879/27509 4043/32878/27497 4001/32838/27476</w:t>
        <w:br/>
        <w:t>f 4002/32837/27478 4042/32879/27509 4001/32838/27476</w:t>
        <w:br/>
        <w:t>f 4069/32903/27529 4028/32861/27495 4029/32860/27495</w:t>
        <w:br/>
        <w:t>f 4070/32904/27529 4069/32903/27529 4029/32860/27495</w:t>
        <w:br/>
        <w:t>f 4074/32905/27530 4073/32906/27530 4072/32907/27530</w:t>
        <w:br/>
        <w:t>f 4071/32908/27531 4074/32905/27530 4072/32907/27530</w:t>
        <w:br/>
        <w:t>f 4063/32898/27525 4064/32897/27525 4076/32909/27532</w:t>
        <w:br/>
        <w:t>f 4075/32910/27532 4063/32898/27525 4076/32909/27532</w:t>
        <w:br/>
        <w:t>f 4080/32911/27492 4079/32912/27533 4078/32913/27534</w:t>
        <w:br/>
        <w:t>f 4077/32914/27535 4080/32911/27492 4078/32913/27534</w:t>
        <w:br/>
        <w:t>f 4084/32915/27536 4083/32916/27537 4082/32917/27538</w:t>
        <w:br/>
        <w:t>f 4081/32918/27539 4084/32915/27536 4082/32917/27538</w:t>
        <w:br/>
        <w:t>f 4081/32918/27539 4061/32896/27524 4062/32895/27515</w:t>
        <w:br/>
        <w:t>f 4084/32915/27536 4081/32918/27539 4062/32895/27515</w:t>
        <w:br/>
        <w:t>f 4086/32919/27540 4085/32920/27541 4049/32884/27515</w:t>
        <w:br/>
        <w:t>f 4050/32883/27514 4086/32919/27540 4049/32884/27515</w:t>
        <w:br/>
        <w:t>f 4088/32921/27542 4087/32922/27543 4085/32920/27541</w:t>
        <w:br/>
        <w:t>f 4086/32919/27540 4088/32921/27542 4085/32920/27541</w:t>
        <w:br/>
        <w:t>f 4087/32922/27543 4088/32921/27542 4090/32923/27544</w:t>
        <w:br/>
        <w:t>f 4089/32924/27545 4087/32922/27543 4090/32923/27544</w:t>
        <w:br/>
        <w:t>f 4083/32916/27546 4093/32925/27547 4092/32926/27548</w:t>
        <w:br/>
        <w:t>f 4091/32927/27549 4083/32916/27546 4092/32926/27548</w:t>
        <w:br/>
        <w:t>f 4079/32912/27533 4066/32899/27526 4065/32900/27527</w:t>
        <w:br/>
        <w:t>f 4078/32913/27534 4079/32912/27533 4065/32900/27527</w:t>
        <w:br/>
        <w:t>f 4095/32928/27550 4034/32869/27501 4035/32868/27489</w:t>
        <w:br/>
        <w:t>f 4094/32929/27551 4095/32928/27550 4035/32868/27489</w:t>
        <w:br/>
        <w:t>f 13191/32930/27552 13190/32931/27552 13189/32932/27553</w:t>
        <w:br/>
        <w:t>f 13192/32933/27554 13191/32930/27552 13189/32932/27553</w:t>
        <w:br/>
        <w:t>f 13196/32934/27555 13195/32935/27556 13194/32936/27557</w:t>
        <w:br/>
        <w:t>f 13193/32937/27555 13196/32934/27555 13194/32936/27557</w:t>
        <w:br/>
        <w:t>f 13200/32938/27558 13199/32939/27558 13198/32940/27552</w:t>
        <w:br/>
        <w:t>f 13197/32941/27552 13200/32938/27558 13198/32940/27552</w:t>
        <w:br/>
        <w:t>f 13202/32942/27559 13201/32943/27559 13199/32939/27558</w:t>
        <w:br/>
        <w:t>f 13200/32938/27558 13202/32942/27559 13199/32939/27558</w:t>
        <w:br/>
        <w:t>f 13206/32944/27560 13205/32945/27561 13204/32946/27556</w:t>
        <w:br/>
        <w:t>f 13203/32947/27557 13206/32944/27560 13204/32946/27556</w:t>
        <w:br/>
        <w:t>f 13210/32948/27562 13209/32949/27563 13208/32950/27564</w:t>
        <w:br/>
        <w:t>f 13207/32951/27562 13210/32948/27562 13208/32950/27564</w:t>
        <w:br/>
        <w:t>f 13212/32952/27565 13210/32948/27562 13207/32951/27562</w:t>
        <w:br/>
        <w:t>f 13211/32953/27565 13212/32952/27565 13207/32951/27562</w:t>
        <w:br/>
        <w:t>f 13205/32945/27561 13206/32944/27560 13214/32954/27566</w:t>
        <w:br/>
        <w:t>f 13213/32955/27566 13205/32945/27561 13214/32954/27566</w:t>
        <w:br/>
        <w:t>f 13216/32956/27567 13196/32934/27555 13193/32937/27555</w:t>
        <w:br/>
        <w:t>f 13215/32957/27567 13216/32956/27567 13193/32937/27555</w:t>
        <w:br/>
        <w:t>f 13189/32932/27553 13218/32958/27568 13217/32959/27569</w:t>
        <w:br/>
        <w:t>f 13192/32933/27554 13189/32932/27553 13217/32959/27569</w:t>
        <w:br/>
        <w:t>f 13220/32960/27570 13216/32956/27567 13215/32957/27567</w:t>
        <w:br/>
        <w:t>f 13219/32961/27570 13220/32960/27570 13215/32957/27567</w:t>
        <w:br/>
        <w:t>f 13219/32961/27570 13222/32962/27571 13221/32963/27571</w:t>
        <w:br/>
        <w:t>f 13220/32960/27570 13219/32961/27570 13221/32963/27571</w:t>
        <w:br/>
        <w:t>f 13226/32964/27572 13225/32965/27573 13224/32966/27574</w:t>
        <w:br/>
        <w:t>f 13223/32967/27575 13226/32964/27572 13224/32966/27574</w:t>
        <w:br/>
        <w:t>f 13225/32965/27573 13226/32964/27572 13228/32968/27576</w:t>
        <w:br/>
        <w:t>f 13227/32969/27564 13225/32965/27573 13228/32968/27576</w:t>
        <w:br/>
        <w:t>f 13232/32970/27577 13231/32971/27578 13230/32972/27579</w:t>
        <w:br/>
        <w:t>f 13229/32973/27579 13232/32970/27577 13230/32972/27579</w:t>
        <w:br/>
        <w:t>f 13234/32974/27580 13233/32975/27563 13231/32971/27578</w:t>
        <w:br/>
        <w:t>f 13232/32970/27577 13234/32974/27580 13231/32971/27578</w:t>
        <w:br/>
        <w:t>f 13238/32976/27581 13237/32977/27582 13236/32978/27583</w:t>
        <w:br/>
        <w:t>f 13235/32979/27581 13238/32976/27581 13236/32978/27583</w:t>
        <w:br/>
        <w:t>f 13240/32980/27584 13238/32976/27581 13235/32979/27581</w:t>
        <w:br/>
        <w:t>f 13239/32981/27584 13240/32980/27584 13235/32979/27581</w:t>
        <w:br/>
        <w:t>f 13239/32981/27584 13242/32982/27585 13241/32983/27586</w:t>
        <w:br/>
        <w:t>f 13240/32980/27584 13239/32981/27584 13241/32983/27586</w:t>
        <w:br/>
        <w:t>f 13244/32984/27587 13243/32985/27588 13223/32967/27575</w:t>
        <w:br/>
        <w:t>f 13224/32966/27574 13244/32984/27587 13223/32967/27575</w:t>
        <w:br/>
        <w:t>f 13247/32986/27589 13246/32987/27589 13245/32988/27590</w:t>
        <w:br/>
        <w:t>f 13248/32989/27591 13247/32986/27589 13245/32988/27590</w:t>
        <w:br/>
        <w:t>f 13248/32989/27591 13245/32988/27590 13250/32990/27592</w:t>
        <w:br/>
        <w:t>f 13249/32991/27593 13248/32989/27591 13250/32990/27592</w:t>
        <w:br/>
        <w:t>f 13229/32973/27579 13230/32972/27579 13246/32987/27589</w:t>
        <w:br/>
        <w:t>f 13247/32986/27589 13229/32973/27579 13246/32987/27589</w:t>
        <w:br/>
        <w:t>f 13252/32992/27594 13251/32993/27594 13243/32985/27588</w:t>
        <w:br/>
        <w:t>f 13244/32984/27587 13252/32992/27594 13243/32985/27588</w:t>
        <w:br/>
        <w:t>f 13255/32994/27595 13254/32995/27596 13253/32996/27596</w:t>
        <w:br/>
        <w:t>f 13256/32997/27595 13255/32994/27595 13253/32996/27596</w:t>
        <w:br/>
        <w:t>f 13256/32997/27595 13258/32998/27597 13257/32999/27597</w:t>
        <w:br/>
        <w:t>f 13255/32994/27595 13256/32997/27595 13257/32999/27597</w:t>
        <w:br/>
        <w:t>f 13260/33000/27598 13259/33001/27598 13251/32993/27594</w:t>
        <w:br/>
        <w:t>f 13252/32992/27594 13260/33000/27598 13251/32993/27594</w:t>
        <w:br/>
        <w:t>f 13262/33002/27599 13261/33003/27600 13201/32943/27559</w:t>
        <w:br/>
        <w:t>f 13202/32942/27559 13262/33002/27599 13201/32943/27559</w:t>
        <w:br/>
        <w:t>f 13264/33004/27601 13263/33005/27601 13213/32955/27566</w:t>
        <w:br/>
        <w:t>f 13214/32954/27566 13264/33004/27601 13213/32955/27566</w:t>
        <w:br/>
        <w:t>f 13263/33005/27601 13264/33004/27601 13266/33006/27602</w:t>
        <w:br/>
        <w:t>f 13265/33007/27602 13263/33005/27601 13266/33006/27602</w:t>
        <w:br/>
        <w:t>f 13222/32962/27571 13265/33007/27602 13266/33006/27602</w:t>
        <w:br/>
        <w:t>f 13221/32963/27571 13222/32962/27571 13266/33006/27602</w:t>
        <w:br/>
        <w:t>f 13268/33008/27603 13267/33009/27604 13249/32991/27593</w:t>
        <w:br/>
        <w:t>f 13250/32990/27592 13268/33008/27603 13249/32991/27593</w:t>
        <w:br/>
        <w:t>f 13211/32953/27565 13267/33009/27604 13268/33008/27603</w:t>
        <w:br/>
        <w:t>f 13212/32952/27565 13211/32953/27565 13268/33008/27603</w:t>
        <w:br/>
        <w:t>f 13258/32998/27597 13261/33003/27600 13262/33002/27599</w:t>
        <w:br/>
        <w:t>f 13257/32999/27597 13258/32998/27597 13262/33002/27599</w:t>
        <w:br/>
        <w:t>f 13260/33000/27598 13241/32983/27586 13242/32982/27585</w:t>
        <w:br/>
        <w:t>f 13259/33001/27598 13260/33000/27598 13242/32982/27585</w:t>
        <w:br/>
        <w:t>f 13254/32995/27596 13217/32959/27569 13218/32958/27568</w:t>
        <w:br/>
        <w:t>f 13253/32996/27596 13254/32995/27596 13218/32958/27568</w:t>
        <w:br/>
        <w:t>f 28454/33010/27605 28453/33011/27605 28452/33012/27606</w:t>
        <w:br/>
        <w:t>f 28451/33013/27606 28454/33010/27605 28452/33012/27606</w:t>
        <w:br/>
        <w:t>f 28458/33014/27607 28457/33015/27608 28456/33016/27609</w:t>
        <w:br/>
        <w:t>f 28455/33017/27610 28458/33014/27607 28456/33016/27609</w:t>
        <w:br/>
        <w:t>f 28455/33017/27610 28456/33016/27609 28459/33018/27611</w:t>
        <w:br/>
        <w:t>f 28451/33013/27606 28452/33012/27606 28461/33019/27612</w:t>
        <w:br/>
        <w:t>f 28460/33020/27613 28451/33013/27606 28461/33019/27612</w:t>
        <w:br/>
        <w:t>f 28456/33016/27609 28457/33015/27608 28462/33021/27614</w:t>
        <w:br/>
        <w:t>f 28456/33016/27609 28464/33022/27615 28463/33023/27616</w:t>
        <w:br/>
        <w:t>f 28463/33023/27616 28465/33024/27617 28459/33018/27611</w:t>
        <w:br/>
        <w:t>f 28456/33016/27609 28463/33023/27616 28459/33018/27611</w:t>
        <w:br/>
        <w:t>f 28464/33022/27615 28467/33025/27618 28466/33026/27619</w:t>
        <w:br/>
        <w:t>f 28463/33023/27616 28464/33022/27615 28469/33027/27620</w:t>
        <w:br/>
        <w:t>f 28468/33028/27621 28463/33023/27616 28469/33027/27620</w:t>
        <w:br/>
        <w:t>f 28465/33024/27617 28463/33023/27616 28468/33028/27621</w:t>
        <w:br/>
        <w:t>f 28470/33029/27622 28465/33024/27617 28468/33028/27621</w:t>
        <w:br/>
        <w:t>f 28472/33030/27623 28469/33027/27620 28471/33031/27624</w:t>
        <w:br/>
        <w:t>f 28469/33027/27620 28472/33030/27623 28468/33028/27621</w:t>
        <w:br/>
        <w:t>f 28470/33029/27622 28468/33028/27621 28472/33030/27623</w:t>
        <w:br/>
        <w:t>f 28473/33032/27625 28470/33029/27622 28472/33030/27623</w:t>
        <w:br/>
        <w:t>f 28475/33033/27626 28474/33034/27627 28472/33030/27623</w:t>
        <w:br/>
        <w:t>f 28474/33034/27627 28478/33035/27628 28477/33036/27629</w:t>
        <w:br/>
        <w:t>f 28476/33037/27630 28474/33034/27627 28477/33036/27629</w:t>
        <w:br/>
        <w:t>f 28476/33037/27630 28477/33036/27629 28480/33038/27631</w:t>
        <w:br/>
        <w:t>f 28479/33039/27632 28476/33037/27630 28480/33038/27631</w:t>
        <w:br/>
        <w:t>f 28476/33037/27630 28479/33039/27632 28481/33040/27633</w:t>
        <w:br/>
        <w:t>f 28479/33039/27632 28480/33038/27631 28483/33041/27634</w:t>
        <w:br/>
        <w:t>f 28482/33042/27634 28479/33039/27632 28483/33041/27634</w:t>
        <w:br/>
        <w:t>f 28482/33042/27634 28483/33041/27634 28485/33043/27635</w:t>
        <w:br/>
        <w:t>f 28484/33044/27635 28482/33042/27634 28485/33043/27635</w:t>
        <w:br/>
        <w:t>f 28487/33045/27636 28455/33017/27610 28459/33018/27611</w:t>
        <w:br/>
        <w:t>f 28486/33046/27637 28487/33045/27636 28459/33018/27611</w:t>
        <w:br/>
        <w:t>f 28486/33046/27637 28459/33018/27611 28489/33047/27638</w:t>
        <w:br/>
        <w:t>f 28488/33048/27639 28486/33046/27637 28489/33047/27638</w:t>
        <w:br/>
        <w:t>f 28489/33047/27638 28491/33049/27640 28490/33050/27641</w:t>
        <w:br/>
        <w:t>f 28488/33048/27639 28489/33047/27638 28490/33050/27641</w:t>
        <w:br/>
        <w:t>f 28491/33049/27640 28473/33032/27625 28492/33051/27642</w:t>
        <w:br/>
        <w:t>f 28490/33050/27641 28491/33049/27640 28492/33051/27642</w:t>
        <w:br/>
        <w:t>f 28481/33040/27633 28493/33052/27643 28474/33034/27627</w:t>
        <w:br/>
        <w:t>f 28476/33037/27630 28481/33040/27633 28474/33034/27627</w:t>
        <w:br/>
        <w:t>f 28489/33047/27638 28459/33018/27611 28465/33024/27617</w:t>
        <w:br/>
        <w:t>f 28489/33047/27638 28465/33024/27617 28470/33029/27622</w:t>
        <w:br/>
        <w:t>f 28491/33049/27640 28489/33047/27638 28470/33029/27622</w:t>
        <w:br/>
        <w:t>f 28473/33032/27625 28491/33049/27640 28470/33029/27622</w:t>
        <w:br/>
        <w:t>f 28474/33034/27627 28473/33032/27625 28472/33030/27623</w:t>
        <w:br/>
        <w:t>f 28493/33052/27643 28492/33051/27642 28473/33032/27625</w:t>
        <w:br/>
        <w:t>f 28474/33034/27627 28493/33052/27643 28473/33032/27625</w:t>
        <w:br/>
        <w:t>f 28487/33045/27636 28460/33020/27613 28455/33017/27610</w:t>
        <w:br/>
        <w:t>f 28460/33020/27613 28461/33019/27612 28455/33017/27610</w:t>
        <w:br/>
        <w:t>f 28461/33019/27612 28458/33014/27607 28455/33017/27610</w:t>
        <w:br/>
        <w:t>f 28497/33053/27644 28496/33054/27645 28495/33055/27645</w:t>
        <w:br/>
        <w:t>f 28494/33056/27644 28497/33053/27644 28495/33055/27645</w:t>
        <w:br/>
        <w:t>f 28501/33057/27646 28500/33058/27647 28499/33059/27648</w:t>
        <w:br/>
        <w:t>f 28498/33060/27649 28501/33057/27646 28499/33059/27648</w:t>
        <w:br/>
        <w:t>f 28500/33058/27647 28502/33061/27650 28499/33059/27648</w:t>
        <w:br/>
        <w:t>f 28506/33062/27651 28505/33063/27652 28504/33064/27653</w:t>
        <w:br/>
        <w:t>f 28503/33065/27654 28506/33062/27651 28504/33064/27653</w:t>
        <w:br/>
        <w:t>f 28505/33063/27652 28500/33058/27647 28507/33066/27655</w:t>
        <w:br/>
        <w:t>f 28507/33066/27655 28500/33058/27647 28508/33067/27656</w:t>
        <w:br/>
        <w:t>f 28508/33067/27656 28500/33058/27647 28501/33057/27646</w:t>
        <w:br/>
        <w:t>f 28508/33067/27656 28495/33055/27645 28496/33054/27645</w:t>
        <w:br/>
        <w:t>f 28507/33066/27655 28508/33067/27656 28496/33054/27645</w:t>
        <w:br/>
        <w:t>f 28511/33068/27657 28510/33069/27658 28509/33070/27659</w:t>
        <w:br/>
        <w:t>f 28499/33059/27648 28512/33071/27660 28511/33068/27657</w:t>
        <w:br/>
        <w:t>f 28512/33071/27660 28499/33059/27648 28502/33061/27650</w:t>
        <w:br/>
        <w:t>f 28513/33072/27661 28512/33071/27660 28502/33061/27650</w:t>
        <w:br/>
        <w:t>f 28515/33073/27662 28506/33062/27651 28503/33065/27654</w:t>
        <w:br/>
        <w:t>f 28514/33074/27663 28515/33073/27662 28503/33065/27654</w:t>
        <w:br/>
        <w:t>f 28518/33075/27664 28517/33076/27665 28516/33077/27666</w:t>
        <w:br/>
        <w:t>f 28512/33071/27660 28519/33078/27667 28518/33075/27664</w:t>
        <w:br/>
        <w:t>f 28511/33068/27657 28512/33071/27660 28518/33075/27664</w:t>
        <w:br/>
        <w:t>f 28513/33072/27661 28520/33079/27668 28519/33078/27667</w:t>
        <w:br/>
        <w:t>f 28512/33071/27660 28513/33072/27661 28519/33078/27667</w:t>
        <w:br/>
        <w:t>f 28522/33080/27669 28521/33081/27670 28515/33073/27662</w:t>
        <w:br/>
        <w:t>f 28514/33074/27663 28522/33080/27669 28515/33073/27662</w:t>
        <w:br/>
        <w:t>f 28525/33082/27671 28524/33083/27672 28523/33084/27673</w:t>
        <w:br/>
        <w:t>f 28518/33075/27664 28519/33078/27667 28525/33082/27671</w:t>
        <w:br/>
        <w:t>f 28520/33079/27668 28526/33085/27674 28525/33082/27671</w:t>
        <w:br/>
        <w:t>f 28519/33078/27667 28520/33079/27668 28525/33082/27671</w:t>
        <w:br/>
        <w:t>f 28521/33081/27670 28522/33080/27669 28528/33086/27675</w:t>
        <w:br/>
        <w:t>f 28527/33087/27676 28521/33081/27670 28528/33086/27675</w:t>
        <w:br/>
        <w:t>f 28530/33088/27677 28529/33089/27678 28527/33087/27676</w:t>
        <w:br/>
        <w:t>f 28528/33086/27675 28530/33088/27677 28527/33087/27676</w:t>
        <w:br/>
        <w:t>f 28524/33083/27672 28525/33082/27671 28531/33090/27679</w:t>
        <w:br/>
        <w:t>f 28535/33091/27680 28534/33092/27681 28533/33093/27682</w:t>
        <w:br/>
        <w:t>f 28532/33094/27683 28535/33091/27680 28533/33093/27682</w:t>
        <w:br/>
        <w:t>f 28529/33089/27678 28530/33088/27677 28536/33095/27684</w:t>
        <w:br/>
        <w:t>f 28532/33094/27683 28529/33089/27678 28536/33095/27684</w:t>
        <w:br/>
        <w:t>f 28532/33094/27683 28538/33096/27685 28537/33097/27686</w:t>
        <w:br/>
        <w:t>f 28535/33091/27680 28532/33094/27683 28537/33097/27686</w:t>
        <w:br/>
        <w:t>f 28538/33096/27685 28532/33094/27683 28536/33095/27684</w:t>
        <w:br/>
        <w:t>f 28538/33096/27685 28540/33098/27687 28539/33099/27687</w:t>
        <w:br/>
        <w:t>f 28537/33097/27686 28538/33096/27685 28539/33099/27687</w:t>
        <w:br/>
        <w:t>f 28542/33100/27688 28539/33099/27687 28540/33098/27687</w:t>
        <w:br/>
        <w:t>f 28541/33101/27688 28542/33100/27688 28540/33098/27687</w:t>
        <w:br/>
        <w:t>f 28502/33061/27650 28500/33058/27647 28505/33063/27652</w:t>
        <w:br/>
        <w:t>f 28506/33062/27651 28502/33061/27650 28505/33063/27652</w:t>
        <w:br/>
        <w:t>f 28543/33102/27689 28502/33061/27650 28506/33062/27651</w:t>
        <w:br/>
        <w:t>f 28515/33073/27662 28543/33102/27689 28506/33062/27651</w:t>
        <w:br/>
        <w:t>f 28521/33081/27670 28544/33103/27690 28543/33102/27689</w:t>
        <w:br/>
        <w:t>f 28515/33073/27662 28521/33081/27670 28543/33102/27689</w:t>
        <w:br/>
        <w:t>f 28527/33087/27676 28526/33085/27674 28544/33103/27690</w:t>
        <w:br/>
        <w:t>f 28521/33081/27670 28527/33087/27676 28544/33103/27690</w:t>
        <w:br/>
        <w:t>f 28532/33094/27683 28533/33093/27682 28529/33089/27678</w:t>
        <w:br/>
        <w:t>f 28543/33102/27689 28513/33072/27661 28502/33061/27650</w:t>
        <w:br/>
        <w:t>f 28543/33102/27689 28544/33103/27690 28520/33079/27668</w:t>
        <w:br/>
        <w:t>f 28513/33072/27661 28543/33102/27689 28520/33079/27668</w:t>
        <w:br/>
        <w:t>f 28526/33085/27674 28520/33079/27668 28544/33103/27690</w:t>
        <w:br/>
        <w:t>f 28533/33093/27682 28525/33082/27671 28526/33085/27674</w:t>
        <w:br/>
        <w:t>f 28526/33085/27674 28527/33087/27676 28529/33089/27678</w:t>
        <w:br/>
        <w:t>f 28533/33093/27682 28526/33085/27674 28529/33089/27678</w:t>
        <w:br/>
        <w:t>f 28507/33066/27655 28504/33064/27653 28505/33063/27652</w:t>
        <w:br/>
        <w:t>f 28548/33104/27691 28547/33105/27692 28546/33106/27692</w:t>
        <w:br/>
        <w:t>f 28545/33107/27691 28548/33104/27691 28546/33106/27692</w:t>
        <w:br/>
        <w:t>f 28552/33108/27693 28551/33109/27694 28550/33110/27694</w:t>
        <w:br/>
        <w:t>f 28549/33111/27693 28552/33108/27693 28550/33110/27694</w:t>
        <w:br/>
        <w:t>f 28545/33107/27691 28554/33112/27695 28553/33113/27696</w:t>
        <w:br/>
        <w:t>f 28548/33104/27691 28545/33107/27691 28553/33113/27696</w:t>
        <w:br/>
        <w:t>f 28553/33113/27696 28554/33112/27695 28556/33114/27697</w:t>
        <w:br/>
        <w:t>f 28555/33115/27698 28553/33113/27696 28556/33114/27697</w:t>
        <w:br/>
        <w:t>f 28558/33116/27699 28557/33117/27699 28555/33115/27698</w:t>
        <w:br/>
        <w:t>f 28556/33114/27697 28558/33116/27699 28555/33115/27698</w:t>
        <w:br/>
        <w:t>f 28561/33118/27700 28560/33119/27700 28559/33120/27701</w:t>
        <w:br/>
        <w:t>f 28562/33121/27702 28561/33118/27700 28559/33120/27701</w:t>
        <w:br/>
        <w:t>f 28564/33122/27703 28550/33110/27694 28551/33109/27694</w:t>
        <w:br/>
        <w:t>f 28563/33123/27703 28564/33122/27703 28551/33109/27694</w:t>
        <w:br/>
        <w:t>f 28568/33124/27704 28567/33125/27704 28566/33126/27705</w:t>
        <w:br/>
        <w:t>f 28565/33127/27705 28568/33124/27704 28566/33126/27705</w:t>
        <w:br/>
        <w:t>f 28562/33121/27702 28559/33120/27701 28570/33128/27706</w:t>
        <w:br/>
        <w:t>f 28569/33129/27706 28562/33121/27702 28570/33128/27706</w:t>
        <w:br/>
        <w:t>f 28565/33127/27705 28566/33126/27705 28572/33130/27707</w:t>
        <w:br/>
        <w:t>f 28571/33131/27708 28565/33127/27705 28572/33130/27707</w:t>
        <w:br/>
        <w:t>f 28569/33129/27706 28570/33128/27706 28574/33132/27709</w:t>
        <w:br/>
        <w:t>f 28573/33133/27710 28569/33129/27706 28574/33132/27709</w:t>
        <w:br/>
        <w:t>f 28578/33134/27711 28577/33135/27712 28576/33136/27712</w:t>
        <w:br/>
        <w:t>f 28575/33137/27713 28578/33134/27711 28576/33136/27712</w:t>
        <w:br/>
        <w:t>f 28582/33138/27714 28581/33139/27715 28580/33140/27715</w:t>
        <w:br/>
        <w:t>f 28579/33141/27716 28582/33138/27714 28580/33140/27715</w:t>
        <w:br/>
        <w:t>f 28581/33139/27715 28584/33142/27717 28583/33143/27717</w:t>
        <w:br/>
        <w:t>f 28580/33140/27715 28581/33139/27715 28583/33143/27717</w:t>
        <w:br/>
        <w:t>f 28587/33144/27718 28586/33145/27718 28585/33146/27719</w:t>
        <w:br/>
        <w:t>f 28588/33147/27720 28587/33144/27718 28585/33146/27719</w:t>
        <w:br/>
        <w:t>f 28592/33148/27721 28591/33149/27721 28590/33150/27722</w:t>
        <w:br/>
        <w:t>f 28589/33151/27722 28592/33148/27721 28590/33150/27722</w:t>
        <w:br/>
        <w:t>f 28584/33142/27717 28594/33152/27723 28593/33153/27723</w:t>
        <w:br/>
        <w:t>f 28583/33143/27717 28584/33142/27717 28593/33153/27723</w:t>
        <w:br/>
        <w:t>f 28596/33154/27724 28595/33155/27724 28591/33149/27721</w:t>
        <w:br/>
        <w:t>f 28592/33148/27721 28596/33154/27724 28591/33149/27721</w:t>
        <w:br/>
        <w:t>f 28594/33152/27723 28598/33156/27725 28597/33157/27725</w:t>
        <w:br/>
        <w:t>f 28593/33153/27723 28594/33152/27723 28597/33157/27725</w:t>
        <w:br/>
        <w:t>f 28600/33158/27726 28599/33159/27726 28595/33155/27724</w:t>
        <w:br/>
        <w:t>f 28596/33154/27724 28600/33158/27726 28595/33155/27724</w:t>
        <w:br/>
        <w:t>f 28598/33156/27725 28602/33160/27727 28601/33161/27728</w:t>
        <w:br/>
        <w:t>f 28597/33157/27725 28598/33156/27725 28601/33161/27728</w:t>
        <w:br/>
        <w:t>f 28604/33162/27729 28599/33159/27726 28600/33158/27726</w:t>
        <w:br/>
        <w:t>f 28603/33163/27729 28604/33162/27729 28600/33158/27726</w:t>
        <w:br/>
        <w:t>f 28606/33164/27730 28605/33165/27730 28601/33161/27728</w:t>
        <w:br/>
        <w:t>f 28602/33160/27727 28606/33164/27730 28601/33161/27728</w:t>
        <w:br/>
        <w:t>f 28563/33123/27703 28560/33119/27700 28561/33118/27700</w:t>
        <w:br/>
        <w:t>f 28564/33122/27703 28563/33123/27703 28561/33118/27700</w:t>
        <w:br/>
        <w:t>f 28571/33131/27708 28572/33130/27707 28576/33136/27712</w:t>
        <w:br/>
        <w:t>f 28577/33135/27712 28571/33131/27708 28576/33136/27712</w:t>
        <w:br/>
        <w:t>f 28608/33166/27731 28578/33134/27711 28575/33137/27713</w:t>
        <w:br/>
        <w:t>f 28607/33167/27732 28608/33166/27731 28575/33137/27713</w:t>
        <w:br/>
        <w:t>f 28589/33151/27722 28590/33150/27722 28588/33147/27720</w:t>
        <w:br/>
        <w:t>f 28585/33146/27719 28589/33151/27722 28588/33147/27720</w:t>
        <w:br/>
        <w:t>f 28567/33125/27704 28568/33124/27704 28557/33117/27699</w:t>
        <w:br/>
        <w:t>f 28558/33116/27699 28567/33125/27704 28557/33117/27699</w:t>
        <w:br/>
        <w:t>f 28525/33082/27671 28533/33093/27682 28531/33090/27679</w:t>
        <w:br/>
        <w:t>f 28533/33093/27682 28534/33092/27681 28531/33090/27679</w:t>
        <w:br/>
        <w:t>f 28475/33033/27626 28478/33035/27628 28474/33034/27627</w:t>
        <w:br/>
        <w:t>f 28609/33168/27733 28475/33033/27626 28472/33030/27623</w:t>
        <w:br/>
        <w:t>f 28472/33030/27623 28471/33031/27624 28609/33168/27733</w:t>
        <w:br/>
        <w:t>f 28469/33027/27620 28610/33169/27734 28471/33031/27624</w:t>
        <w:br/>
        <w:t>f 28523/33084/27673 28517/33076/27665 28518/33075/27664</w:t>
        <w:br/>
        <w:t>f 28525/33082/27671 28523/33084/27673 28518/33075/27664</w:t>
        <w:br/>
        <w:t>f 28516/33077/27666 28510/33069/27658 28511/33068/27657</w:t>
        <w:br/>
        <w:t>f 28518/33075/27664 28516/33077/27666 28511/33068/27657</w:t>
        <w:br/>
        <w:t>f 28509/33070/27659 28498/33060/27649 28499/33059/27648</w:t>
        <w:br/>
        <w:t>f 28511/33068/27657 28509/33070/27659 28499/33059/27648</w:t>
        <w:br/>
        <w:t>f 28464/33022/27615 28462/33021/27614 28467/33025/27618</w:t>
        <w:br/>
        <w:t>f 28464/33022/27615 28456/33016/27609 28462/33021/27614</w:t>
        <w:br/>
        <w:t>f 28469/33027/27620 28466/33026/27619 28610/33169/27734</w:t>
        <w:br/>
        <w:t>f 28469/33027/27620 28464/33022/27615 28466/33026/27619</w:t>
        <w:br/>
        <w:t>f 28612/33170/27735 28611/33171/27735 28453/33011/27605</w:t>
        <w:br/>
        <w:t>f 28454/33010/27605 28612/33170/27735 28453/33011/27605</w:t>
        <w:br/>
        <w:t>f 28612/33170/27735 28614/33172/27736 28613/33173/27737</w:t>
        <w:br/>
        <w:t>f 28611/33171/27735 28612/33170/27735 28613/33173/27737</w:t>
        <w:br/>
        <w:t>f 28616/33174/27738 28615/33175/27739 28614/33172/27736</w:t>
        <w:br/>
        <w:t>f 28614/33172/27736 28615/33175/27739 28613/33173/27737</w:t>
        <w:br/>
        <w:t>f 28615/33175/27739 28617/33176/27740 28613/33173/27737</w:t>
        <w:br/>
        <w:t>f 28617/33176/27740 28615/33175/27739 28619/33177/27741</w:t>
        <w:br/>
        <w:t>f 28618/33178/27742 28617/33176/27740 28619/33177/27741</w:t>
        <w:br/>
        <w:t>f 28615/33175/27739 28620/33179/27743 28619/33177/27741</w:t>
        <w:br/>
        <w:t>f 28616/33174/27738 28621/33180/27744 28620/33179/27743</w:t>
        <w:br/>
        <w:t>f 28615/33175/27739 28616/33174/27738 28620/33179/27743</w:t>
        <w:br/>
        <w:t>f 28619/33177/27741 28622/33181/27745 28618/33178/27742</w:t>
        <w:br/>
        <w:t>f 28619/33177/27741 28624/33182/27746 28623/33183/27747</w:t>
        <w:br/>
        <w:t>f 28624/33182/27746 28619/33177/27741 28620/33179/27743</w:t>
        <w:br/>
        <w:t>f 28625/33184/27748 28624/33182/27746 28620/33179/27743</w:t>
        <w:br/>
        <w:t>f 28621/33180/27744 28627/33185/27749 28626/33186/27750</w:t>
        <w:br/>
        <w:t>f 28620/33179/27743 28621/33180/27744 28626/33186/27750</w:t>
        <w:br/>
        <w:t>f 28623/33183/27747 28629/33187/27751 28628/33188/27752</w:t>
        <w:br/>
        <w:t>f 28624/33182/27746 28631/33189/27753 28630/33190/27754</w:t>
        <w:br/>
        <w:t>f 28623/33183/27747 28624/33182/27746 28630/33190/27754</w:t>
        <w:br/>
        <w:t>f 28625/33184/27748 28632/33191/27755 28631/33189/27753</w:t>
        <w:br/>
        <w:t>f 28624/33182/27746 28625/33184/27748 28631/33189/27753</w:t>
        <w:br/>
        <w:t>f 28634/33192/27756 28633/33193/27757 28626/33186/27750</w:t>
        <w:br/>
        <w:t>f 28627/33185/27749 28634/33192/27756 28626/33186/27750</w:t>
        <w:br/>
        <w:t>f 28636/33194/27758 28635/33195/27759 28630/33190/27754</w:t>
        <w:br/>
        <w:t>f 28630/33190/27754 28631/33189/27753 28636/33194/27758</w:t>
        <w:br/>
        <w:t>f 28636/33194/27758 28631/33189/27753 28632/33191/27755</w:t>
        <w:br/>
        <w:t>f 28637/33196/27760 28636/33194/27758 28632/33191/27755</w:t>
        <w:br/>
        <w:t>f 28638/33197/27761 28637/33196/27760 28633/33193/27757</w:t>
        <w:br/>
        <w:t>f 28634/33192/27756 28638/33197/27761 28633/33193/27757</w:t>
        <w:br/>
        <w:t>f 28640/33198/27762 28639/33199/27763 28637/33196/27760</w:t>
        <w:br/>
        <w:t>f 28638/33197/27761 28640/33198/27762 28637/33196/27760</w:t>
        <w:br/>
        <w:t>f 28641/33200/27764 28636/33194/27758 28639/33199/27763</w:t>
        <w:br/>
        <w:t>f 28639/33199/27763 28644/33201/27765 28643/33202/27766</w:t>
        <w:br/>
        <w:t>f 28642/33203/27767 28639/33199/27763 28643/33202/27766</w:t>
        <w:br/>
        <w:t>f 28639/33199/27763 28640/33198/27762 28645/33204/27768</w:t>
        <w:br/>
        <w:t>f 28644/33201/27765 28639/33199/27763 28645/33204/27768</w:t>
        <w:br/>
        <w:t>f 28644/33201/27765 28647/33205/27769 28646/33206/27770</w:t>
        <w:br/>
        <w:t>f 28643/33202/27766 28644/33201/27765 28646/33206/27770</w:t>
        <w:br/>
        <w:t>f 28644/33201/27765 28645/33204/27768 28647/33205/27769</w:t>
        <w:br/>
        <w:t>f 28647/33205/27769 28649/33207/27771 28648/33208/27771</w:t>
        <w:br/>
        <w:t>f 28646/33206/27770 28647/33205/27769 28648/33208/27771</w:t>
        <w:br/>
        <w:t>f 28485/33043/27635 28648/33208/27771 28649/33207/27771</w:t>
        <w:br/>
        <w:t>f 28484/33044/27635 28485/33043/27635 28649/33207/27771</w:t>
        <w:br/>
        <w:t>f 28626/33186/27750 28625/33184/27748 28620/33179/27743</w:t>
        <w:br/>
        <w:t>f 28626/33186/27750 28633/33193/27757 28632/33191/27755</w:t>
        <w:br/>
        <w:t>f 28625/33184/27748 28626/33186/27750 28632/33191/27755</w:t>
        <w:br/>
        <w:t>f 28637/33196/27760 28632/33191/27755 28633/33193/27757</w:t>
        <w:br/>
        <w:t>f 28639/33199/27763 28636/33194/27758 28637/33196/27760</w:t>
        <w:br/>
        <w:t>f 28494/33056/27644 28651/33209/27772 28650/33210/27772</w:t>
        <w:br/>
        <w:t>f 28497/33053/27644 28494/33056/27644 28650/33210/27772</w:t>
        <w:br/>
        <w:t>f 28653/33211/27773 28652/33212/27774 28650/33210/27772</w:t>
        <w:br/>
        <w:t>f 28651/33209/27772 28653/33211/27773 28650/33210/27772</w:t>
        <w:br/>
        <w:t>f 28655/33213/27775 28654/33214/27776 28653/33211/27773</w:t>
        <w:br/>
        <w:t>f 28653/33211/27773 28654/33214/27776 28652/33212/27774</w:t>
        <w:br/>
        <w:t>f 28654/33214/27776 28656/33215/27777 28652/33212/27774</w:t>
        <w:br/>
        <w:t>f 28655/33213/27775 28658/33216/27778 28657/33217/27779</w:t>
        <w:br/>
        <w:t>f 28654/33214/27776 28655/33213/27775 28657/33217/27779</w:t>
        <w:br/>
        <w:t>f 28654/33214/27776 28657/33217/27779 28659/33218/27780</w:t>
        <w:br/>
        <w:t>f 28656/33215/27777 28654/33214/27776 28659/33218/27780</w:t>
        <w:br/>
        <w:t>f 28660/33219/27781 28656/33215/27777 28659/33218/27780</w:t>
        <w:br/>
        <w:t>f 28660/33219/27781 28662/33220/27782 28661/33221/27783</w:t>
        <w:br/>
        <w:t>f 28656/33215/27777 28660/33219/27781 28661/33221/27783</w:t>
        <w:br/>
        <w:t>f 28665/33222/27784 28664/33223/27785 28663/33224/27786</w:t>
        <w:br/>
        <w:t>f 28657/33217/27779 28665/33222/27784 28666/33225/27787</w:t>
        <w:br/>
        <w:t>f 28666/33225/27787 28667/33226/27788 28659/33218/27780</w:t>
        <w:br/>
        <w:t>f 28657/33217/27779 28666/33225/27787 28659/33218/27780</w:t>
        <w:br/>
        <w:t>f 28660/33219/27781 28659/33218/27780 28669/33227/27789</w:t>
        <w:br/>
        <w:t>f 28668/33228/27790 28660/33219/27781 28669/33227/27789</w:t>
        <w:br/>
        <w:t>f 28668/33228/27790 28670/33229/27791 28662/33220/27782</w:t>
        <w:br/>
        <w:t>f 28660/33219/27781 28668/33228/27790 28662/33220/27782</w:t>
        <w:br/>
        <w:t>f 28673/33230/27792 28672/33231/27793 28671/33232/27794</w:t>
        <w:br/>
        <w:t>f 28666/33225/27787 28665/33222/27784 28673/33230/27792</w:t>
        <w:br/>
        <w:t>f 28674/33233/27795 28666/33225/27787 28673/33230/27792</w:t>
        <w:br/>
        <w:t>f 28667/33226/27788 28666/33225/27787 28674/33233/27795</w:t>
        <w:br/>
        <w:t>f 28675/33234/27796 28667/33226/27788 28674/33233/27795</w:t>
        <w:br/>
        <w:t>f 28677/33235/27797 28668/33228/27790 28669/33227/27789</w:t>
        <w:br/>
        <w:t>f 28676/33236/27798 28677/33235/27797 28669/33227/27789</w:t>
        <w:br/>
        <w:t>f 28678/33237/27799 28670/33229/27791 28668/33228/27790</w:t>
        <w:br/>
        <w:t>f 28677/33235/27797 28678/33237/27799 28668/33228/27790</w:t>
        <w:br/>
        <w:t>f 28681/33238/27800 28680/33239/27801 28679/33240/27802</w:t>
        <w:br/>
        <w:t>f 28673/33230/27792 28681/33238/27800 28674/33233/27795</w:t>
        <w:br/>
        <w:t>f 28681/33238/27800 28682/33241/27803 28675/33234/27796</w:t>
        <w:br/>
        <w:t>f 28674/33233/27795 28681/33238/27800 28675/33234/27796</w:t>
        <w:br/>
        <w:t>f 28683/33242/27804 28677/33235/27797 28676/33236/27798</w:t>
        <w:br/>
        <w:t>f 28682/33241/27803 28683/33242/27804 28676/33236/27798</w:t>
        <w:br/>
        <w:t>f 28677/33235/27797 28683/33242/27804 28684/33243/27805</w:t>
        <w:br/>
        <w:t>f 28678/33237/27799 28677/33235/27797 28684/33243/27805</w:t>
        <w:br/>
        <w:t>f 28686/33244/27806 28684/33243/27805 28683/33242/27804</w:t>
        <w:br/>
        <w:t>f 28685/33245/27807 28686/33244/27806 28683/33242/27804</w:t>
        <w:br/>
        <w:t>f 28679/33240/27802 28687/33246/27808 28681/33238/27800</w:t>
        <w:br/>
        <w:t>f 28691/33247/27809 28690/33248/27810 28689/33249/27811</w:t>
        <w:br/>
        <w:t>f 28688/33250/27812 28691/33247/27809 28689/33249/27811</w:t>
        <w:br/>
        <w:t>f 28685/33245/27807 28690/33248/27810 28692/33251/27813</w:t>
        <w:br/>
        <w:t>f 28686/33244/27806 28685/33245/27807 28692/33251/27813</w:t>
        <w:br/>
        <w:t>f 28690/33248/27810 28691/33247/27809 28694/33252/27814</w:t>
        <w:br/>
        <w:t>f 28693/33253/27815 28690/33248/27810 28694/33252/27814</w:t>
        <w:br/>
        <w:t>f 28693/33253/27815 28692/33251/27813 28690/33248/27810</w:t>
        <w:br/>
        <w:t>f 28693/33253/27815 28694/33252/27814 28696/33254/27816</w:t>
        <w:br/>
        <w:t>f 28695/33255/27816 28693/33253/27815 28696/33254/27816</w:t>
        <w:br/>
        <w:t>f 28695/33255/27816 28696/33254/27816 28542/33100/27688</w:t>
        <w:br/>
        <w:t>f 28541/33101/27688 28695/33255/27816 28542/33100/27688</w:t>
        <w:br/>
        <w:t>f 28690/33248/27810 28685/33245/27807 28689/33249/27811</w:t>
        <w:br/>
        <w:t>f 28669/33227/27789 28659/33218/27780 28667/33226/27788</w:t>
        <w:br/>
        <w:t>f 28669/33227/27789 28667/33226/27788 28675/33234/27796</w:t>
        <w:br/>
        <w:t>f 28676/33236/27798 28669/33227/27789 28675/33234/27796</w:t>
        <w:br/>
        <w:t>f 28682/33241/27803 28676/33236/27798 28675/33234/27796</w:t>
        <w:br/>
        <w:t>f 28689/33249/27811 28682/33241/27803 28681/33238/27800</w:t>
        <w:br/>
        <w:t>f 28682/33241/27803 28689/33249/27811 28685/33245/27807</w:t>
        <w:br/>
        <w:t>f 28683/33242/27804 28682/33241/27803 28685/33245/27807</w:t>
        <w:br/>
        <w:t>f 28652/33212/27774 28656/33215/27777 28661/33221/27783</w:t>
        <w:br/>
        <w:t>f 28698/33256/27817 28546/33106/27692 28547/33105/27692</w:t>
        <w:br/>
        <w:t>f 28697/33257/27818 28698/33256/27817 28547/33105/27692</w:t>
        <w:br/>
        <w:t>f 28700/33258/27819 28699/33259/27819 28552/33108/27693</w:t>
        <w:br/>
        <w:t>f 28549/33111/27693 28700/33258/27819 28552/33108/27693</w:t>
        <w:br/>
        <w:t>f 28702/33260/27820 28698/33256/27817 28697/33257/27818</w:t>
        <w:br/>
        <w:t>f 28701/33261/27820 28702/33260/27820 28697/33257/27818</w:t>
        <w:br/>
        <w:t>f 28704/33262/27821 28702/33260/27820 28701/33261/27820</w:t>
        <w:br/>
        <w:t>f 28703/33263/27821 28704/33262/27821 28701/33261/27820</w:t>
        <w:br/>
        <w:t>f 28706/33264/27822 28704/33262/27821 28703/33263/27821</w:t>
        <w:br/>
        <w:t>f 28705/33265/27822 28706/33264/27822 28703/33263/27821</w:t>
        <w:br/>
        <w:t>f 28710/33266/27823 28709/33267/27823 28708/33268/27824</w:t>
        <w:br/>
        <w:t>f 28707/33269/27824 28710/33266/27823 28708/33268/27824</w:t>
        <w:br/>
        <w:t>f 28712/33270/27825 28711/33271/27825 28699/33259/27819</w:t>
        <w:br/>
        <w:t>f 28700/33258/27819 28712/33270/27825 28699/33259/27819</w:t>
        <w:br/>
        <w:t>f 28716/33272/27826 28715/33273/27827 28714/33274/27827</w:t>
        <w:br/>
        <w:t>f 28713/33275/27826 28716/33272/27826 28714/33274/27827</w:t>
        <w:br/>
        <w:t>f 28708/33268/27824 28718/33276/27828 28717/33277/27829</w:t>
        <w:br/>
        <w:t>f 28707/33269/27824 28708/33268/27824 28717/33277/27829</w:t>
        <w:br/>
        <w:t>f 28716/33272/27826 28713/33275/27826 28719/33278/27830</w:t>
        <w:br/>
        <w:t>f 28720/33279/27830 28716/33272/27826 28719/33278/27830</w:t>
        <w:br/>
        <w:t>f 28718/33276/27831 28723/33280/27832 28722/33281/27833</w:t>
        <w:br/>
        <w:t>f 28721/33282/27834 28718/33276/27831 28722/33281/27833</w:t>
        <w:br/>
        <w:t>f 28727/33283/27835 28726/33284/27836 28725/33285/27837</w:t>
        <w:br/>
        <w:t>f 28724/33286/27837 28727/33283/27835 28725/33285/27837</w:t>
        <w:br/>
        <w:t>f 28731/33287/27838 28730/33288/27838 28729/33289/27756</w:t>
        <w:br/>
        <w:t>f 28728/33290/27839 28731/33287/27838 28729/33289/27756</w:t>
        <w:br/>
        <w:t>f 28733/33291/27840 28732/33292/27840 28730/33288/27838</w:t>
        <w:br/>
        <w:t>f 28731/33287/27838 28733/33291/27840 28730/33288/27838</w:t>
        <w:br/>
        <w:t>f 28736/33293/27841 28735/33294/27842 28734/33295/27842</w:t>
        <w:br/>
        <w:t>f 28737/33296/27841 28736/33293/27841 28734/33295/27842</w:t>
        <w:br/>
        <w:t>f 28741/33297/27843 28740/33298/27844 28739/33299/27844</w:t>
        <w:br/>
        <w:t>f 28738/33300/27845 28741/33297/27843 28739/33299/27844</w:t>
        <w:br/>
        <w:t>f 28732/33292/27840 28733/33291/27840 28743/33301/27846</w:t>
        <w:br/>
        <w:t>f 28742/33302/27847 28732/33292/27840 28743/33301/27846</w:t>
        <w:br/>
        <w:t>f 28745/33303/27848 28741/33297/27843 28738/33300/27845</w:t>
        <w:br/>
        <w:t>f 28744/33304/27848 28745/33303/27848 28738/33300/27845</w:t>
        <w:br/>
        <w:t>f 28742/33302/27847 28743/33301/27846 28747/33305/27849</w:t>
        <w:br/>
        <w:t>f 28746/33306/27849 28742/33302/27847 28747/33305/27849</w:t>
        <w:br/>
        <w:t>f 28749/33307/27850 28745/33303/27848 28744/33304/27848</w:t>
        <w:br/>
        <w:t>f 28748/33308/27850 28749/33307/27850 28744/33304/27848</w:t>
        <w:br/>
        <w:t>f 28746/33306/27849 28747/33305/27849 28751/33309/27851</w:t>
        <w:br/>
        <w:t>f 28750/33310/27851 28746/33306/27849 28751/33309/27851</w:t>
        <w:br/>
        <w:t>f 28603/33163/27729 28749/33307/27850 28748/33308/27850</w:t>
        <w:br/>
        <w:t>f 28604/33162/27729 28603/33163/27729 28748/33308/27850</w:t>
        <w:br/>
        <w:t>f 28750/33310/27851 28751/33309/27851 28605/33165/27730</w:t>
        <w:br/>
        <w:t>f 28606/33164/27730 28750/33310/27851 28605/33165/27730</w:t>
        <w:br/>
        <w:t>f 28709/33267/27823 28710/33266/27823 28711/33271/27825</w:t>
        <w:br/>
        <w:t>f 28712/33270/27825 28709/33267/27823 28711/33271/27825</w:t>
        <w:br/>
        <w:t>f 28726/33284/27836 28727/33283/27835 28720/33279/27830</w:t>
        <w:br/>
        <w:t>f 28719/33278/27830 28726/33284/27836 28720/33279/27830</w:t>
        <w:br/>
        <w:t>f 28724/33286/27837 28725/33285/27837 28753/33311/27852</w:t>
        <w:br/>
        <w:t>f 28752/33312/27852 28724/33286/27837 28753/33311/27852</w:t>
        <w:br/>
        <w:t>f 28740/33298/27844 28734/33295/27842 28735/33294/27842</w:t>
        <w:br/>
        <w:t>f 28739/33299/27844 28740/33298/27844 28735/33294/27842</w:t>
        <w:br/>
        <w:t>f 28715/33273/27827 28706/33264/27822 28705/33265/27822</w:t>
        <w:br/>
        <w:t>f 28714/33274/27827 28715/33273/27827 28705/33265/27822</w:t>
        <w:br/>
        <w:t>f 28681/33238/27800 28687/33246/27808 28689/33249/27811</w:t>
        <w:br/>
        <w:t>f 28689/33249/27811 28687/33246/27808 28688/33250/27812</w:t>
        <w:br/>
        <w:t>f 28641/33200/27764 28639/33199/27763 28642/33203/27767</w:t>
        <w:br/>
        <w:t>f 28754/33313/27853 28636/33194/27758 28641/33200/27764</w:t>
        <w:br/>
        <w:t>f 28636/33194/27758 28754/33313/27853 28635/33195/27759</w:t>
        <w:br/>
        <w:t>f 28630/33190/27754 28635/33195/27759 28755/33314/27854</w:t>
        <w:br/>
        <w:t>f 28680/33239/27801 28673/33230/27792 28671/33232/27794</w:t>
        <w:br/>
        <w:t>f 28681/33238/27800 28673/33230/27792 28680/33239/27801</w:t>
        <w:br/>
        <w:t>f 28672/33231/27793 28665/33222/27784 28663/33224/27786</w:t>
        <w:br/>
        <w:t>f 28673/33230/27792 28665/33222/27784 28672/33231/27793</w:t>
        <w:br/>
        <w:t>f 28664/33223/27785 28657/33217/27779 28658/33216/27778</w:t>
        <w:br/>
        <w:t>f 28665/33222/27784 28657/33217/27779 28664/33223/27785</w:t>
        <w:br/>
        <w:t>f 28623/33183/27747 28628/33188/27752 28622/33181/27745</w:t>
        <w:br/>
        <w:t>f 28623/33183/27747 28622/33181/27745 28619/33177/27741</w:t>
        <w:br/>
        <w:t>f 28630/33190/27754 28755/33314/27854 28629/33187/27751</w:t>
        <w:br/>
        <w:t>f 28630/33190/27754 28629/33187/27751 28623/33183/27747</w:t>
        <w:br/>
        <w:t>f 5103/33315/27855 5102/33316/27855 5101/33317/27856</w:t>
        <w:br/>
        <w:t>f 5100/33318/27856 5103/33315/27855 5101/33317/27856</w:t>
        <w:br/>
        <w:t>f 5107/33319/27857 5106/33320/27858 5105/33321/27858</w:t>
        <w:br/>
        <w:t>f 5104/33322/27857 5107/33319/27857 5105/33321/27858</w:t>
        <w:br/>
        <w:t>f 5111/33323/27859 5110/33324/27859 5109/33325/27860</w:t>
        <w:br/>
        <w:t>f 5108/33326/27860 5111/33323/27859 5109/33325/27860</w:t>
        <w:br/>
        <w:t>f 5115/33327/27861 5114/33328/27861 5113/33329/27862</w:t>
        <w:br/>
        <w:t>f 5112/33330/27862 5115/33327/27861 5113/33329/27862</w:t>
        <w:br/>
        <w:t>f 5119/33331/27863 5118/33332/27863 5117/33333/27864</w:t>
        <w:br/>
        <w:t>f 5116/33334/27863 5119/33331/27863 5117/33333/27864</w:t>
        <w:br/>
        <w:t>f 5121/33335/27865 5107/33319/27857 5104/33322/27857</w:t>
        <w:br/>
        <w:t>f 5120/33336/27865 5121/33335/27865 5104/33322/27857</w:t>
        <w:br/>
        <w:t>f 5125/33337/27866 5124/33338/27867 5123/33339/27868</w:t>
        <w:br/>
        <w:t>f 5122/33340/27869 5125/33337/27866 5123/33339/27868</w:t>
        <w:br/>
        <w:t>f 5120/33336/27865 5127/33341/27870 5126/33342/27871</w:t>
        <w:br/>
        <w:t>f 5121/33335/27865 5120/33336/27865 5126/33342/27871</w:t>
        <w:br/>
        <w:t>f 5115/33327/27861 5123/33339/27868 5124/33338/27867</w:t>
        <w:br/>
        <w:t>f 5114/33328/27861 5115/33327/27861 5124/33338/27867</w:t>
        <w:br/>
        <w:t>f 5101/33317/27856 5129/33343/27872 5128/33344/27873</w:t>
        <w:br/>
        <w:t>f 5100/33318/27856 5101/33317/27856 5128/33344/27873</w:t>
        <w:br/>
        <w:t>f 5108/33326/27860 5109/33325/27860 5131/33345/27874</w:t>
        <w:br/>
        <w:t>f 5130/33346/27874 5108/33326/27860 5131/33345/27874</w:t>
        <w:br/>
        <w:t>f 5130/33346/27874 5131/33345/27874 5133/33347/27875</w:t>
        <w:br/>
        <w:t>f 5132/33348/27876 5130/33346/27874 5133/33347/27875</w:t>
        <w:br/>
        <w:t>f 5135/33349/27877 5132/33348/27876 5133/33347/27875</w:t>
        <w:br/>
        <w:t>f 5134/33350/27877 5135/33349/27877 5133/33347/27875</w:t>
        <w:br/>
        <w:t>f 5137/33351/27878 5128/33344/27873 5129/33343/27872</w:t>
        <w:br/>
        <w:t>f 5136/33352/27878 5137/33351/27878 5129/33343/27872</w:t>
        <w:br/>
        <w:t>f 5141/33353/27879 5140/33354/27879 5139/33355/27880</w:t>
        <w:br/>
        <w:t>f 5138/33356/27880 5141/33353/27879 5139/33355/27880</w:t>
        <w:br/>
        <w:t>f 5138/33356/27880 5139/33355/27880 5143/33357/27881</w:t>
        <w:br/>
        <w:t>f 5142/33358/27881 5138/33356/27880 5143/33357/27881</w:t>
        <w:br/>
        <w:t>f 5126/33342/27871 5127/33341/27870 5145/33359/27882</w:t>
        <w:br/>
        <w:t>f 5144/33360/27883 5126/33342/27871 5145/33359/27882</w:t>
        <w:br/>
        <w:t>f 5147/33361/27884 5135/33349/27877 5134/33350/27877</w:t>
        <w:br/>
        <w:t>f 5146/33362/27884 5147/33361/27884 5134/33350/27877</w:t>
        <w:br/>
        <w:t>f 5150/33363/27885 5149/33364/27886 5148/33365/27887</w:t>
        <w:br/>
        <w:t>f 5151/33366/27887 5150/33363/27885 5148/33365/27887</w:t>
        <w:br/>
        <w:t>f 5144/33360/27883 5145/33359/27882 5153/33367/27888</w:t>
        <w:br/>
        <w:t>f 5152/33368/27888 5144/33360/27883 5153/33367/27888</w:t>
        <w:br/>
        <w:t>f 5155/33369/27866 5149/33364/27886 5150/33363/27885</w:t>
        <w:br/>
        <w:t>f 5154/33370/27866 5155/33369/27866 5150/33363/27885</w:t>
        <w:br/>
        <w:t>f 5159/33371/27889 5158/33372/27889 5157/33373/27889</w:t>
        <w:br/>
        <w:t>f 5156/33374/27889 5159/33371/27889 5157/33373/27889</w:t>
        <w:br/>
        <w:t>f 5161/33375/27890 5147/33361/27884 5146/33362/27884</w:t>
        <w:br/>
        <w:t>f 5160/33376/27890 5161/33375/27890 5146/33362/27884</w:t>
        <w:br/>
        <w:t>f 5148/33365/27887 5163/33377/27891 5162/33378/27891</w:t>
        <w:br/>
        <w:t>f 5151/33366/27887 5148/33365/27887 5162/33378/27891</w:t>
        <w:br/>
        <w:t>f 5152/33368/27888 5153/33367/27888 5165/33379/27892</w:t>
        <w:br/>
        <w:t>f 5164/33380/27892 5152/33368/27888 5165/33379/27892</w:t>
        <w:br/>
        <w:t>f 5143/33357/27881 5167/33381/27893 5166/33382/27893</w:t>
        <w:br/>
        <w:t>f 5142/33358/27881 5143/33357/27881 5166/33382/27893</w:t>
        <w:br/>
        <w:t>f 5715/33383/27894 5714/33384/27895 5713/33385/27895</w:t>
        <w:br/>
        <w:t>f 5712/33386/27894 5715/33383/27894 5713/33385/27895</w:t>
        <w:br/>
        <w:t>f 5719/33387/27896 5718/33388/27896 5717/33389/27897</w:t>
        <w:br/>
        <w:t>f 5716/33390/27897 5719/33387/27896 5717/33389/27897</w:t>
        <w:br/>
        <w:t>f 5723/33391/27898 5722/33392/27899 5721/33393/27899</w:t>
        <w:br/>
        <w:t>f 5720/33394/27898 5723/33391/27898 5721/33393/27899</w:t>
        <w:br/>
        <w:t>f 5727/33395/27900 5726/33396/27901 5725/33397/27901</w:t>
        <w:br/>
        <w:t>f 5724/33398/27900 5727/33395/27900 5725/33397/27901</w:t>
        <w:br/>
        <w:t>f 5731/33399/27902 5730/33400/27902 5729/33401/27902</w:t>
        <w:br/>
        <w:t>f 5728/33402/27902 5731/33399/27902 5729/33401/27902</w:t>
        <w:br/>
        <w:t>f 5733/33403/27903 5732/33404/27903 5716/33390/27897</w:t>
        <w:br/>
        <w:t>f 5717/33389/27897 5733/33403/27903 5716/33390/27897</w:t>
        <w:br/>
        <w:t>f 5737/33405/27904 5736/33406/27905 5735/33407/27906</w:t>
        <w:br/>
        <w:t>f 5734/33408/27906 5737/33405/27904 5735/33407/27906</w:t>
        <w:br/>
        <w:t>f 5732/33404/27903 5733/33403/27903 5739/33409/27907</w:t>
        <w:br/>
        <w:t>f 5738/33410/27908 5732/33404/27903 5739/33409/27907</w:t>
        <w:br/>
        <w:t>f 5725/33397/27901 5726/33396/27901 5734/33408/27906</w:t>
        <w:br/>
        <w:t>f 5735/33407/27906 5725/33397/27901 5734/33408/27906</w:t>
        <w:br/>
        <w:t>f 5741/33411/27909 5740/33412/27910 5715/33383/27894</w:t>
        <w:br/>
        <w:t>f 5712/33386/27894 5741/33411/27909 5715/33383/27894</w:t>
        <w:br/>
        <w:t>f 5722/33392/27899 5743/33413/27911 5742/33414/27911</w:t>
        <w:br/>
        <w:t>f 5721/33393/27899 5722/33392/27899 5742/33414/27911</w:t>
        <w:br/>
        <w:t>f 5745/33415/27912 5742/33414/27911 5743/33413/27911</w:t>
        <w:br/>
        <w:t>f 5744/33416/27913 5745/33415/27912 5743/33413/27911</w:t>
        <w:br/>
        <w:t>f 5747/33417/27914 5746/33418/27914 5745/33415/27912</w:t>
        <w:br/>
        <w:t>f 5744/33416/27913 5747/33417/27914 5745/33415/27912</w:t>
        <w:br/>
        <w:t>f 5749/33419/27915 5748/33420/27915 5740/33412/27910</w:t>
        <w:br/>
        <w:t>f 5741/33411/27909 5749/33419/27915 5740/33412/27910</w:t>
        <w:br/>
        <w:t>f 5753/33421/27916 5752/33422/27917 5751/33423/27917</w:t>
        <w:br/>
        <w:t>f 5750/33424/27916 5753/33421/27916 5751/33423/27917</w:t>
        <w:br/>
        <w:t>f 5752/33422/27917 5755/33425/27918 5754/33426/27918</w:t>
        <w:br/>
        <w:t>f 5751/33423/27917 5752/33422/27917 5754/33426/27918</w:t>
        <w:br/>
        <w:t>f 5757/33427/27919 5738/33410/27908 5739/33409/27907</w:t>
        <w:br/>
        <w:t>f 5756/33428/27920 5757/33427/27919 5739/33409/27907</w:t>
        <w:br/>
        <w:t>f 5759/33429/27921 5758/33430/27921 5746/33418/27914</w:t>
        <w:br/>
        <w:t>f 5747/33417/27914 5759/33429/27921 5746/33418/27914</w:t>
        <w:br/>
        <w:t>f 5762/33431/27922 5761/33432/27923 5760/33433/27924</w:t>
        <w:br/>
        <w:t>f 5763/33434/27925 5762/33431/27922 5760/33433/27924</w:t>
        <w:br/>
        <w:t>f 5756/33428/27920 5765/33435/27926 5764/33436/27926</w:t>
        <w:br/>
        <w:t>f 5757/33427/27919 5756/33428/27920 5764/33436/27926</w:t>
        <w:br/>
        <w:t>f 5760/33433/27924 5761/33432/27923 5767/33437/27927</w:t>
        <w:br/>
        <w:t>f 5766/33438/27927 5760/33433/27924 5767/33437/27927</w:t>
        <w:br/>
        <w:t>f 5771/33439/27928 5770/33440/27928 5769/33441/27928</w:t>
        <w:br/>
        <w:t>f 5768/33442/27928 5771/33439/27928 5769/33441/27928</w:t>
        <w:br/>
        <w:t>f 5773/33443/27929 5772/33444/27929 5758/33430/27921</w:t>
        <w:br/>
        <w:t>f 5759/33429/27921 5773/33443/27929 5758/33430/27921</w:t>
        <w:br/>
        <w:t>f 5775/33445/27930 5774/33446/27930 5762/33431/27922</w:t>
        <w:br/>
        <w:t>f 5763/33434/27925 5775/33445/27930 5762/33431/27922</w:t>
        <w:br/>
        <w:t>f 5777/33447/27931 5764/33436/27926 5765/33435/27926</w:t>
        <w:br/>
        <w:t>f 5776/33448/27931 5777/33447/27931 5765/33435/27926</w:t>
        <w:br/>
        <w:t>f 5779/33449/27932 5778/33450/27932 5754/33426/27918</w:t>
        <w:br/>
        <w:t>f 5755/33425/27918 5779/33449/27932 5754/33426/27918</w:t>
        <w:br/>
        <w:t>f 4958/33451/27933 4957/33452/27933 4956/33453/27933</w:t>
        <w:br/>
        <w:t>f 4959/33454/27933 4958/33451/27933 4956/33453/27933</w:t>
        <w:br/>
        <w:t>f 4963/33455/27934 4962/33456/27935 4961/33457/27935</w:t>
        <w:br/>
        <w:t>f 4960/33458/27934 4963/33455/27934 4961/33457/27935</w:t>
        <w:br/>
        <w:t>f 4966/33459/27936 4965/33460/27937 4964/33461/27938</w:t>
        <w:br/>
        <w:t>f 4967/33462/27939 4966/33459/27936 4964/33461/27938</w:t>
        <w:br/>
        <w:t>f 4966/33459/27936 4967/33462/27939 4968/33463/27940</w:t>
        <w:br/>
        <w:t>f 4969/33464/27941 4966/33459/27936 4968/33463/27940</w:t>
        <w:br/>
        <w:t>f 4973/33465/27942 4972/33466/27942 4971/33467/27942</w:t>
        <w:br/>
        <w:t>f 4970/33468/27942 4973/33465/27942 4971/33467/27942</w:t>
        <w:br/>
        <w:t>f 4977/33469/27943 4976/33470/27943 4975/33471/27944</w:t>
        <w:br/>
        <w:t>f 4974/33472/27943 4977/33469/27943 4975/33471/27944</w:t>
        <w:br/>
        <w:t>f 4981/33473/27945 4980/33474/27946 4979/33475/27947</w:t>
        <w:br/>
        <w:t>f 4978/33476/27947 4981/33473/27945 4979/33475/27947</w:t>
        <w:br/>
        <w:t>f 4983/33477/27948 4978/33476/27947 4979/33475/27947</w:t>
        <w:br/>
        <w:t>f 4982/33478/27949 4983/33477/27948 4979/33475/27947</w:t>
        <w:br/>
        <w:t>f 4987/33479/27950 4986/33480/27951 4985/33481/27951</w:t>
        <w:br/>
        <w:t>f 4984/33482/27950 4987/33479/27950 4985/33481/27951</w:t>
        <w:br/>
        <w:t>f 4989/33483/27952 4980/33474/27946 4981/33473/27945</w:t>
        <w:br/>
        <w:t>f 4988/33484/27952 4989/33483/27952 4981/33473/27945</w:t>
        <w:br/>
        <w:t>f 4992/33485/27953 4991/33486/27954 4990/33487/27953</w:t>
        <w:br/>
        <w:t>f 4993/33488/27955 4992/33485/27953 4990/33487/27953</w:t>
        <w:br/>
        <w:t>f 4997/33489/27956 4996/33490/27957 4995/33491/27958</w:t>
        <w:br/>
        <w:t>f 4994/33492/27959 4997/33489/27956 4995/33491/27958</w:t>
        <w:br/>
        <w:t>f 4983/33477/27948 4982/33478/27949 4989/33483/27952</w:t>
        <w:br/>
        <w:t>f 4988/33484/27952 4983/33477/27948 4989/33483/27952</w:t>
        <w:br/>
        <w:t>f 5001/33493/27960 5000/33494/27960 4999/33495/27961</w:t>
        <w:br/>
        <w:t>f 4998/33496/27960 5001/33493/27960 4999/33495/27961</w:t>
        <w:br/>
        <w:t>f 4968/33463/27940 5003/33497/27962 5002/33498/27963</w:t>
        <w:br/>
        <w:t>f 4969/33464/27941 4968/33463/27940 5002/33498/27963</w:t>
        <w:br/>
        <w:t>f 4964/33461/27938 4965/33460/27937 5002/33498/27963</w:t>
        <w:br/>
        <w:t>f 5003/33497/27962 4964/33461/27938 5002/33498/27963</w:t>
        <w:br/>
        <w:t>f 5666/33499/27964 5665/33500/27965 5664/33501/27964</w:t>
        <w:br/>
        <w:t>f 5667/33502/27965 5666/33499/27964 5664/33501/27964</w:t>
        <w:br/>
        <w:t>f 5671/33503/27966 5670/33504/27966 5669/33505/27967</w:t>
        <w:br/>
        <w:t>f 5668/33506/27967 5671/33503/27966 5669/33505/27967</w:t>
        <w:br/>
        <w:t>f 5674/33507/27968 5673/33508/27968 5672/33509/27969</w:t>
        <w:br/>
        <w:t>f 5675/33510/27970 5674/33507/27968 5672/33509/27969</w:t>
        <w:br/>
        <w:t>f 5676/33511/27971 5675/33510/27970 5672/33509/27969</w:t>
        <w:br/>
        <w:t>f 5677/33512/27971 5676/33511/27971 5672/33509/27969</w:t>
        <w:br/>
        <w:t>f 5681/33513/27972 5680/33514/27973 5679/33515/27973</w:t>
        <w:br/>
        <w:t>f 5678/33516/27973 5681/33513/27972 5679/33515/27973</w:t>
        <w:br/>
        <w:t>f 5685/33517/27974 5684/33518/27974 5683/33519/27974</w:t>
        <w:br/>
        <w:t>f 5682/33520/27974 5685/33517/27974 5683/33519/27974</w:t>
        <w:br/>
        <w:t>f 5689/33521/27975 5688/33522/27976 5687/33523/27977</w:t>
        <w:br/>
        <w:t>f 5686/33524/27978 5689/33521/27975 5687/33523/27977</w:t>
        <w:br/>
        <w:t>f 5691/33525/27979 5690/33526/27980 5687/33523/27977</w:t>
        <w:br/>
        <w:t>f 5688/33522/27976 5691/33525/27979 5687/33523/27977</w:t>
        <w:br/>
        <w:t>f 5695/33527/27981 5694/33528/27982 5693/33529/27981</w:t>
        <w:br/>
        <w:t>f 5692/33530/27981 5695/33527/27981 5693/33529/27981</w:t>
        <w:br/>
        <w:t>f 5689/33521/27975 5686/33524/27978 5697/33531/27983</w:t>
        <w:br/>
        <w:t>f 5696/33532/27984 5689/33521/27975 5697/33531/27983</w:t>
        <w:br/>
        <w:t>f 5700/33533/27985 5699/33534/27986 5698/33535/27987</w:t>
        <w:br/>
        <w:t>f 5701/33536/27985 5700/33533/27985 5698/33535/27987</w:t>
        <w:br/>
        <w:t>f 5705/33537/27988 5704/33538/27989 5703/33539/27990</w:t>
        <w:br/>
        <w:t>f 5702/33540/27991 5705/33537/27988 5703/33539/27990</w:t>
        <w:br/>
        <w:t>f 5691/33525/27979 5696/33532/27984 5697/33531/27983</w:t>
        <w:br/>
        <w:t>f 5690/33526/27980 5691/33525/27979 5697/33531/27983</w:t>
        <w:br/>
        <w:t>f 5709/33541/27992 5708/33542/27993 5707/33543/27993</w:t>
        <w:br/>
        <w:t>f 5706/33544/27993 5709/33541/27992 5707/33543/27993</w:t>
        <w:br/>
        <w:t>f 5711/33545/27994 5710/33546/27995 5676/33511/27971</w:t>
        <w:br/>
        <w:t>f 5677/33512/27971 5711/33545/27994 5676/33511/27971</w:t>
        <w:br/>
        <w:t>f 5674/33507/27968 5710/33546/27995 5711/33545/27994</w:t>
        <w:br/>
        <w:t>f 5673/33508/27968 5674/33507/27968 5711/33545/27994</w:t>
        <w:br/>
        <w:t>f 12091/33547/27996 12090/33548/27997 12089/33549/27998</w:t>
        <w:br/>
        <w:t>f 12091/33547/27996 12089/33549/27998 12092/33550/27999</w:t>
        <w:br/>
        <w:t>f 12090/33548/27997 12094/33551/28000 12093/33552/28001</w:t>
        <w:br/>
        <w:t>f 12091/33547/27996 12095/33553/28002 12090/33548/27997</w:t>
        <w:br/>
        <w:t>f 12089/33549/27998 12096/33554/28003 12092/33550/27999</w:t>
        <w:br/>
        <w:t>f 12098/33555/28004 12097/33556/28005 12096/33554/28003</w:t>
        <w:br/>
        <w:t>f 12098/33555/28004 12099/33557/28006 12097/33556/28005</w:t>
        <w:br/>
        <w:t>f 12089/33549/27998 12098/33555/28004 12096/33554/28003</w:t>
        <w:br/>
        <w:t>f 12099/33557/28006 12098/33555/28004 12101/33558/28007</w:t>
        <w:br/>
        <w:t>f 12100/33559/28007 12099/33557/28006 12101/33558/28007</w:t>
        <w:br/>
        <w:t>f 12093/33552/28001 12094/33551/28000 12102/33560/28008</w:t>
        <w:br/>
        <w:t>f 12103/33561/28009 12093/33552/28001 12102/33560/28008</w:t>
        <w:br/>
        <w:t>f 12105/33562/28010 12104/33563/28011 12093/33552/28001</w:t>
        <w:br/>
        <w:t>f 12103/33561/28009 12105/33562/28010 12093/33552/28001</w:t>
        <w:br/>
        <w:t>f 12104/33563/28011 12105/33562/28010 12106/33564/28012</w:t>
        <w:br/>
        <w:t>f 12106/33564/28012 12108/33565/28013 12107/33566/28014</w:t>
        <w:br/>
        <w:t>f 12104/33563/28011 12106/33564/28012 12107/33566/28014</w:t>
        <w:br/>
        <w:t>f 12110/33567/28015 12100/33559/28007 12101/33558/28007</w:t>
        <w:br/>
        <w:t>f 12109/33568/28016 12110/33567/28015 12101/33558/28007</w:t>
        <w:br/>
        <w:t>f 12113/33569/28017 12112/33570/28017 12111/33571/28017</w:t>
        <w:br/>
        <w:t>f 12116/33572/28018 12115/33573/28019 12109/33568/28016</w:t>
        <w:br/>
        <w:t>f 12114/33574/28020 12116/33572/28018 12109/33568/28016</w:t>
        <w:br/>
        <w:t>f 12120/33575/28021 12119/33576/28022 12118/33577/28023</w:t>
        <w:br/>
        <w:t>f 12117/33578/28024 12120/33575/28021 12118/33577/28023</w:t>
        <w:br/>
        <w:t>f 12117/33578/28024 12121/33579/28025 12120/33575/28021</w:t>
        <w:br/>
        <w:t>f 12117/33578/28024 12122/33580/28026 12121/33579/28025</w:t>
        <w:br/>
        <w:t>f 12118/33577/28023 12119/33576/28022 12116/33572/28018</w:t>
        <w:br/>
        <w:t>f 12114/33574/28020 12118/33577/28023 12116/33572/28018</w:t>
        <w:br/>
        <w:t>f 12123/33581/28027 12107/33566/28014 12108/33565/28013</w:t>
        <w:br/>
        <w:t>f 12107/33566/28014 12123/33581/28027 12124/33582/28028</w:t>
        <w:br/>
        <w:t>f 12126/33583/28029 12107/33566/28014 12124/33582/28028</w:t>
        <w:br/>
        <w:t>f 12125/33584/28030 12126/33583/28029 12124/33582/28028</w:t>
        <w:br/>
        <w:t>f 12125/33584/28030 12127/33585/28031 12126/33583/28029</w:t>
        <w:br/>
        <w:t>f 12127/33585/28031 12128/33586/28032 12126/33583/28029</w:t>
        <w:br/>
        <w:t>f 12131/33587/28033 12130/33588/28034 12129/33589/28035</w:t>
        <w:br/>
        <w:t>f 12129/33589/28035 12122/33580/28026 12117/33578/28024</w:t>
        <w:br/>
        <w:t>f 12131/33587/28033 12129/33589/28035 12117/33578/28024</w:t>
        <w:br/>
        <w:t>f 12131/33587/28033 12132/33590/28036 12130/33588/28034</w:t>
        <w:br/>
        <w:t>f 12136/33591/28037 12135/33592/28038 12134/33593/28039</w:t>
        <w:br/>
        <w:t>f 12133/33594/28040 12136/33591/28037 12134/33593/28039</w:t>
        <w:br/>
        <w:t>f 12136/33591/28037 12133/33594/28040 12132/33590/28036</w:t>
        <w:br/>
        <w:t>f 12131/33587/28033 12136/33591/28037 12132/33590/28036</w:t>
        <w:br/>
        <w:t>f 12137/33595/28041 12128/33586/28032 12127/33585/28031</w:t>
        <w:br/>
        <w:t>f 12140/33596/28042 12139/33597/28043 12138/33598/28043</w:t>
        <w:br/>
        <w:t>f 12141/33599/28044 12128/33586/28032 12140/33596/28042</w:t>
        <w:br/>
        <w:t>f 12143/33600/28045 12128/33586/28032 12141/33599/28044</w:t>
        <w:br/>
        <w:t>f 12142/33601/28046 12143/33600/28045 12141/33599/28044</w:t>
        <w:br/>
        <w:t>f 12146/33602/28047 12145/33603/28047 12144/33604/28047</w:t>
        <w:br/>
        <w:t>f 12134/33593/28039 12148/33605/28048 12147/33606/28049</w:t>
        <w:br/>
        <w:t>f 12152/33607/28050 12151/33608/28049 12150/33609/28051</w:t>
        <w:br/>
        <w:t>f 12149/33610/28050 12152/33607/28050 12150/33609/28051</w:t>
        <w:br/>
        <w:t>f 12155/33611/28052 12154/33612/28053 12153/33613/28054</w:t>
        <w:br/>
        <w:t>f 12158/33614/28055 12157/33615/28055 12156/33616/28055</w:t>
        <w:br/>
        <w:t>f 12152/33607/28050 12149/33610/28050 12155/33611/28052</w:t>
        <w:br/>
        <w:t>f 12153/33613/28054 12152/33607/28050 12155/33611/28052</w:t>
        <w:br/>
        <w:t>f 12135/33592/28038 12148/33605/28048 12134/33593/28039</w:t>
        <w:br/>
        <w:t>f 12161/33617/28056 12143/33600/28057 12160/33618/28058</w:t>
        <w:br/>
        <w:t>f 12159/33619/28056 12161/33617/28056 12160/33618/28058</w:t>
        <w:br/>
        <w:t>f 12165/33620/28059 12164/33621/28060 12163/33622/28061</w:t>
        <w:br/>
        <w:t>f 12162/33623/28059 12165/33620/28059 12163/33622/28061</w:t>
        <w:br/>
        <w:t>f 12162/33623/28059 12161/33617/28056 12159/33619/28056</w:t>
        <w:br/>
        <w:t>f 12165/33620/28059 12162/33623/28059 12159/33619/28056</w:t>
        <w:br/>
        <w:t>f 12164/33621/28060 12166/33624/28062 12163/33622/28061</w:t>
        <w:br/>
        <w:t>f 12163/33622/28061 12166/33624/28062 12168/33625/28063</w:t>
        <w:br/>
        <w:t>f 12167/33626/28063 12163/33622/28061 12168/33625/28063</w:t>
        <w:br/>
        <w:t>f 12170/33627/28064 12169/33628/28065 12167/33626/28063</w:t>
        <w:br/>
        <w:t>f 12168/33625/28063 12170/33627/28064 12167/33626/28063</w:t>
        <w:br/>
        <w:t>f 12169/33628/28065 12170/33627/28064 12172/33629/28066</w:t>
        <w:br/>
        <w:t>f 12171/33630/28067 12169/33628/28065 12172/33629/28066</w:t>
        <w:br/>
        <w:t>f 12173/33631/28068 12155/33611/28052 12171/33630/28067</w:t>
        <w:br/>
        <w:t>f 12172/33629/28066 12173/33631/28068 12171/33630/28067</w:t>
        <w:br/>
        <w:t>f 12173/33631/28068 12174/33632/28069 12155/33611/28052</w:t>
        <w:br/>
        <w:t>f 12090/33548/27997 12095/33553/28002 12094/33551/28000</w:t>
        <w:br/>
        <w:t>f 12177/33633/28070 12176/33634/28071 12175/33635/28072</w:t>
        <w:br/>
        <w:t>f 12177/33633/28070 12178/33636/28073 12176/33634/28071</w:t>
        <w:br/>
        <w:t>f 12175/33635/28072 12180/33637/28074 12179/33638/28075</w:t>
        <w:br/>
        <w:t>f 12177/33633/28070 12175/33635/28072 12181/33639/28076</w:t>
        <w:br/>
        <w:t>f 12176/33634/28071 12178/33636/28073 12182/33640/28077</w:t>
        <w:br/>
        <w:t>f 12184/33641/28078 12182/33640/28077 12183/33642/28079</w:t>
        <w:br/>
        <w:t>f 12184/33641/28078 12183/33642/28079 12185/33643/28080</w:t>
        <w:br/>
        <w:t>f 12176/33634/28071 12182/33640/28077 12184/33641/28078</w:t>
        <w:br/>
        <w:t>f 12187/33644/28081 12184/33641/28078 12185/33643/28080</w:t>
        <w:br/>
        <w:t>f 12186/33645/28081 12187/33644/28081 12185/33643/28080</w:t>
        <w:br/>
        <w:t>f 12180/33637/28074 12188/33646/28082 12179/33638/28075</w:t>
        <w:br/>
        <w:t>f 12189/33647/28083 12188/33646/28082 12180/33637/28074</w:t>
        <w:br/>
        <w:t>f 12191/33648/28084 12189/33647/28083 12180/33637/28074</w:t>
        <w:br/>
        <w:t>f 12190/33649/28085 12191/33648/28084 12180/33637/28074</w:t>
        <w:br/>
        <w:t>f 12190/33649/28085 12192/33650/28086 12191/33648/28084</w:t>
        <w:br/>
        <w:t>f 12193/33651/28087 12192/33650/28086 12190/33649/28085</w:t>
        <w:br/>
        <w:t>f 12194/33652/28088 12193/33651/28087 12190/33649/28085</w:t>
        <w:br/>
        <w:t>f 12196/33653/28089 12195/33654/28090 12187/33644/28081</w:t>
        <w:br/>
        <w:t>f 12186/33645/28081 12196/33653/28089 12187/33644/28081</w:t>
        <w:br/>
        <w:t>f 12199/33655/28091 12198/33656/28092 12197/33657/28092</w:t>
        <w:br/>
        <w:t>f 12202/33658/28093 12201/33659/28093 12195/33654/28090</w:t>
        <w:br/>
        <w:t>f 12200/33660/28094 12202/33658/28093 12195/33654/28090</w:t>
        <w:br/>
        <w:t>f 12206/33661/28095 12205/33662/28095 12204/33663/28096</w:t>
        <w:br/>
        <w:t>f 12203/33664/28097 12206/33661/28095 12204/33663/28096</w:t>
        <w:br/>
        <w:t>f 12203/33664/28097 12204/33663/28096 12207/33665/28098</w:t>
        <w:br/>
        <w:t>f 12203/33664/28097 12207/33665/28098 12208/33666/28099</w:t>
        <w:br/>
        <w:t>f 12202/33658/28093 12205/33662/28095 12206/33661/28095</w:t>
        <w:br/>
        <w:t>f 12201/33659/28093 12202/33658/28093 12206/33661/28095</w:t>
        <w:br/>
        <w:t>f 12209/33667/28100 12193/33651/28087 12194/33652/28088</w:t>
        <w:br/>
        <w:t>f 12212/33668/28101 12211/33669/28102 12210/33670/28103</w:t>
        <w:br/>
        <w:t>f 12194/33652/28088 12212/33668/28101 12210/33670/28103</w:t>
        <w:br/>
        <w:t>f 12194/33652/28088 12210/33670/28103 12209/33667/28100</w:t>
        <w:br/>
        <w:t>f 12211/33669/28102 12212/33668/28101 12213/33671/28104</w:t>
        <w:br/>
        <w:t>f 12213/33671/28104 12212/33668/28101 12214/33672/28105</w:t>
        <w:br/>
        <w:t>f 12217/33673/28106 12216/33674/28107 12215/33675/28108</w:t>
        <w:br/>
        <w:t>f 12216/33674/28107 12217/33673/28106 12203/33664/28097</w:t>
        <w:br/>
        <w:t>f 12208/33666/28099 12216/33674/28107 12203/33664/28097</w:t>
        <w:br/>
        <w:t>f 12217/33673/28106 12215/33675/28108 12218/33676/28109</w:t>
        <w:br/>
        <w:t>f 12221/33677/28110 12220/33678/28111 12219/33679/28112</w:t>
        <w:br/>
        <w:t>f 12222/33680/28110 12221/33677/28110 12219/33679/28112</w:t>
        <w:br/>
        <w:t>f 12218/33676/28109 12221/33677/28110 12222/33680/28110</w:t>
        <w:br/>
        <w:t>f 12217/33673/28106 12218/33676/28109 12222/33680/28110</w:t>
        <w:br/>
        <w:t>f 12223/33681/28113 12213/33671/28104 12214/33672/28105</w:t>
        <w:br/>
        <w:t>f 12226/33682/28114 12225/33683/28115 12224/33684/28115</w:t>
        <w:br/>
        <w:t>f 12227/33685/28116 12226/33682/28114 12214/33672/28105</w:t>
        <w:br/>
        <w:t>f 12229/33686/28117 12228/33687/28118 12227/33685/28116</w:t>
        <w:br/>
        <w:t>f 12214/33672/28105 12229/33686/28117 12227/33685/28116</w:t>
        <w:br/>
        <w:t>f 12232/33688/28119 12231/33689/28119 12230/33690/28119</w:t>
        <w:br/>
        <w:t>f 12220/33678/28111 12234/33691/28120 12233/33692/28121</w:t>
        <w:br/>
        <w:t>f 12238/33693/28121 12237/33694/28120 12236/33695/28122</w:t>
        <w:br/>
        <w:t>f 12235/33696/28122 12238/33693/28121 12236/33695/28122</w:t>
        <w:br/>
        <w:t>f 12241/33697/28123 12240/33698/28124 12239/33699/28125</w:t>
        <w:br/>
        <w:t>f 12244/33700/28126 12243/33701/28126 12242/33702/28127</w:t>
        <w:br/>
        <w:t>f 12235/33696/28122 12236/33695/28122 12240/33698/28124</w:t>
        <w:br/>
        <w:t>f 12241/33697/28123 12235/33696/28122 12240/33698/28124</w:t>
        <w:br/>
        <w:t>f 12219/33679/28112 12220/33678/28111 12233/33692/28121</w:t>
        <w:br/>
        <w:t>f 12247/33703/28128 12246/33704/28129 12245/33705/28130</w:t>
        <w:br/>
        <w:t>f 12229/33686/28117 12247/33703/28128 12245/33705/28130</w:t>
        <w:br/>
        <w:t>f 12251/33706/28131 12250/33707/28132 12249/33708/28133</w:t>
        <w:br/>
        <w:t>f 12248/33709/28133 12251/33706/28131 12249/33708/28133</w:t>
        <w:br/>
        <w:t>f 12246/33704/28129 12247/33703/28128 12248/33709/28133</w:t>
        <w:br/>
        <w:t>f 12249/33708/28133 12246/33704/28129 12248/33709/28133</w:t>
        <w:br/>
        <w:t>f 12250/33707/28132 12251/33706/28131 12252/33710/28134</w:t>
        <w:br/>
        <w:t>f 12254/33711/28135 12252/33710/28134 12251/33706/28131</w:t>
        <w:br/>
        <w:t>f 12253/33712/28135 12254/33711/28135 12251/33706/28131</w:t>
        <w:br/>
        <w:t>f 12256/33713/28136 12254/33711/28135 12253/33712/28135</w:t>
        <w:br/>
        <w:t>f 12255/33714/28136 12256/33713/28136 12253/33712/28135</w:t>
        <w:br/>
        <w:t>f 12258/33715/28137 12256/33713/28136 12255/33714/28136</w:t>
        <w:br/>
        <w:t>f 12257/33716/28137 12258/33715/28137 12255/33714/28136</w:t>
        <w:br/>
        <w:t>f 12259/33717/28138 12258/33715/28137 12257/33716/28137</w:t>
        <w:br/>
        <w:t>f 12241/33697/28123 12259/33717/28138 12257/33716/28137</w:t>
        <w:br/>
        <w:t>f 12259/33717/28138 12241/33697/28123 12242/33702/28139</w:t>
        <w:br/>
        <w:t>f 12175/33635/28072 12179/33638/28075 12181/33639/28076</w:t>
        <w:br/>
        <w:t>f 12263/33718/28140 12262/33719/28141 12261/33720/28141</w:t>
        <w:br/>
        <w:t>f 12260/33721/28140 12263/33718/28140 12261/33720/28141</w:t>
        <w:br/>
        <w:t>f 12265/33722/28142 12264/33723/28143 12261/33720/28141</w:t>
        <w:br/>
        <w:t>f 12262/33719/28141 12265/33722/28142 12261/33720/28141</w:t>
        <w:br/>
        <w:t>f 12267/33724/28144 12263/33718/28140 12260/33721/28140</w:t>
        <w:br/>
        <w:t>f 12266/33725/28144 12267/33724/28144 12260/33721/28140</w:t>
        <w:br/>
        <w:t>f 12269/33726/28145 12268/33727/28145 12267/33724/28144</w:t>
        <w:br/>
        <w:t>f 12266/33725/28144 12269/33726/28145 12267/33724/28144</w:t>
        <w:br/>
        <w:t>f 12271/33728/28146 12268/33727/28145 12269/33726/28145</w:t>
        <w:br/>
        <w:t>f 12270/33729/28146 12271/33728/28146 12269/33726/28145</w:t>
        <w:br/>
        <w:t>f 12273/33730/28147 12272/33731/28147 12271/33728/28146</w:t>
        <w:br/>
        <w:t>f 12270/33729/28146 12273/33730/28147 12271/33728/28146</w:t>
        <w:br/>
        <w:t>f 12277/33732/28148 12276/33733/28149 12275/33734/28149</w:t>
        <w:br/>
        <w:t>f 12274/33735/28150 12277/33732/28148 12275/33734/28149</w:t>
        <w:br/>
        <w:t>f 12276/33733/28149 12279/33736/28151 12278/33737/28152</w:t>
        <w:br/>
        <w:t>f 12275/33734/28149 12276/33733/28149 12278/33737/28152</w:t>
        <w:br/>
        <w:t>f 12278/33737/28152 12279/33736/28151 12281/33738/28153</w:t>
        <w:br/>
        <w:t>f 12280/33739/28154 12278/33737/28152 12281/33738/28153</w:t>
        <w:br/>
        <w:t>f 12280/33739/28154 12281/33738/28153 12283/33740/28155</w:t>
        <w:br/>
        <w:t>f 12282/33741/28155 12280/33739/28154 12283/33740/28155</w:t>
        <w:br/>
        <w:t>f 12283/33740/28155 12285/33742/28156 12284/33743/28157</w:t>
        <w:br/>
        <w:t>f 12282/33741/28155 12283/33740/28155 12284/33743/28157</w:t>
        <w:br/>
        <w:t>f 12287/33744/28158 12286/33745/28159 12272/33731/28147</w:t>
        <w:br/>
        <w:t>f 12273/33730/28147 12287/33744/28158 12272/33731/28147</w:t>
        <w:br/>
        <w:t>f 12290/33746/28160 12289/33747/28161 12287/33744/28158</w:t>
        <w:br/>
        <w:t>f 12288/33748/28160 12290/33746/28160 12287/33744/28158</w:t>
        <w:br/>
        <w:t>f 12292/33749/28162 12291/33750/28162 12290/33746/28160</w:t>
        <w:br/>
        <w:t>f 12288/33748/28160 12292/33749/28162 12290/33746/28160</w:t>
        <w:br/>
        <w:t>f 12296/33751/28163 12295/33752/28163 12294/33753/28164</w:t>
        <w:br/>
        <w:t>f 12293/33754/28164 12296/33751/28163 12294/33753/28164</w:t>
        <w:br/>
        <w:t>f 12298/33755/28165 12293/33754/28164 12294/33753/28164</w:t>
        <w:br/>
        <w:t>f 12297/33756/28165 12298/33755/28165 12294/33753/28164</w:t>
        <w:br/>
        <w:t>f 12300/33757/28166 12299/33758/28166 12298/33755/28165</w:t>
        <w:br/>
        <w:t>f 12297/33756/28165 12300/33757/28166 12298/33755/28165</w:t>
        <w:br/>
        <w:t>f 12295/33752/28163 12296/33751/28163 12291/33750/28162</w:t>
        <w:br/>
        <w:t>f 12292/33749/28162 12295/33752/28163 12291/33750/28162</w:t>
        <w:br/>
        <w:t>f 12285/33742/28156 12302/33759/28167 12301/33760/28167</w:t>
        <w:br/>
        <w:t>f 12284/33743/28157 12285/33742/28156 12301/33760/28167</w:t>
        <w:br/>
        <w:t>f 12306/33761/28168 12305/33762/28169 12304/33763/28169</w:t>
        <w:br/>
        <w:t>f 12303/33764/28168 12306/33761/28168 12304/33763/28169</w:t>
        <w:br/>
        <w:t>f 12301/33760/28167 12302/33759/28167 12304/33763/28169</w:t>
        <w:br/>
        <w:t>f 12305/33762/28169 12301/33760/28167 12304/33763/28169</w:t>
        <w:br/>
        <w:t>f 12306/33761/28168 12303/33764/28168 12308/33765/28170</w:t>
        <w:br/>
        <w:t>f 12307/33766/28170 12306/33761/28168 12308/33765/28170</w:t>
        <w:br/>
        <w:t>f 12312/33767/28171 12311/33768/28171 12310/33769/28172</w:t>
        <w:br/>
        <w:t>f 12309/33770/28173 12312/33767/28171 12310/33769/28172</w:t>
        <w:br/>
        <w:t>f 12310/33769/28172 12299/33758/28166 12300/33757/28166</w:t>
        <w:br/>
        <w:t>f 12309/33770/28173 12310/33769/28172 12300/33757/28166</w:t>
        <w:br/>
        <w:t>f 12314/33771/28174 12311/33768/28171 12312/33767/28171</w:t>
        <w:br/>
        <w:t>f 12313/33772/28174 12314/33771/28174 12312/33767/28171</w:t>
        <w:br/>
        <w:t>f 12318/33773/28175 12317/33774/28175 12316/33775/28176</w:t>
        <w:br/>
        <w:t>f 12315/33776/28176 12318/33773/28175 12316/33775/28176</w:t>
        <w:br/>
        <w:t>f 12317/33774/28175 12318/33773/28175 12314/33771/28174</w:t>
        <w:br/>
        <w:t>f 12313/33772/28174 12317/33774/28175 12314/33771/28174</w:t>
        <w:br/>
        <w:t>f 12307/33766/28170 12308/33765/28170 12320/33777/28177</w:t>
        <w:br/>
        <w:t>f 12319/33778/28177 12307/33766/28170 12320/33777/28177</w:t>
        <w:br/>
        <w:t>f 12320/33777/28177 12322/33779/28178 12321/33780/28179</w:t>
        <w:br/>
        <w:t>f 12319/33778/28177 12320/33777/28177 12321/33780/28179</w:t>
        <w:br/>
        <w:t>f 12321/33780/28179 12322/33779/28178 12324/33781/28180</w:t>
        <w:br/>
        <w:t>f 12323/33782/28180 12321/33780/28179 12324/33781/28180</w:t>
        <w:br/>
        <w:t>f 12324/33781/28180 12326/33783/28181 12325/33784/28181</w:t>
        <w:br/>
        <w:t>f 12323/33782/28180 12324/33781/28180 12325/33784/28181</w:t>
        <w:br/>
        <w:t>f 12325/33784/28181 12326/33783/28181 12328/33785/28182</w:t>
        <w:br/>
        <w:t>f 12327/33786/28183 12325/33784/28181 12328/33785/28182</w:t>
        <w:br/>
        <w:t>f 12330/33787/28184 12315/33776/28176 12316/33775/28176</w:t>
        <w:br/>
        <w:t>f 12329/33788/28184 12330/33787/28184 12316/33775/28176</w:t>
        <w:br/>
        <w:t>f 12334/33789/28185 12333/33790/28185 12332/33791/28186</w:t>
        <w:br/>
        <w:t>f 12331/33792/28187 12334/33789/28185 12332/33791/28186</w:t>
        <w:br/>
        <w:t>f 12338/33793/28188 12337/33794/28189 12336/33795/28189</w:t>
        <w:br/>
        <w:t>f 12335/33796/28188 12338/33793/28188 12336/33795/28189</w:t>
        <w:br/>
        <w:t>f 12340/33797/28190 12339/33798/28191 12338/33793/28188</w:t>
        <w:br/>
        <w:t>f 12335/33796/28188 12340/33797/28190 12338/33793/28188</w:t>
        <w:br/>
        <w:t>f 12337/33794/28189 12333/33790/28185 12334/33789/28185</w:t>
        <w:br/>
        <w:t>f 12336/33795/28189 12337/33794/28189 12334/33789/28185</w:t>
        <w:br/>
        <w:t>f 12327/33786/28183 12328/33785/28182 12342/33799/28192</w:t>
        <w:br/>
        <w:t>f 12341/33800/28192 12327/33786/28183 12342/33799/28192</w:t>
        <w:br/>
        <w:t>f 12346/33801/28193 12345/33802/28193 12344/33803/28194</w:t>
        <w:br/>
        <w:t>f 12343/33804/28194 12346/33801/28193 12344/33803/28194</w:t>
        <w:br/>
        <w:t>f 12342/33799/28192 12343/33804/28194 12344/33803/28194</w:t>
        <w:br/>
        <w:t>f 12341/33800/28192 12342/33799/28192 12344/33803/28194</w:t>
        <w:br/>
        <w:t>f 12346/33801/28193 12348/33805/28195 12347/33806/28195</w:t>
        <w:br/>
        <w:t>f 12345/33802/28193 12346/33801/28193 12347/33806/28195</w:t>
        <w:br/>
        <w:t>f 12348/33805/28195 12350/33807/28196 12349/33808/28196</w:t>
        <w:br/>
        <w:t>f 12347/33806/28195 12348/33805/28195 12349/33808/28196</w:t>
        <w:br/>
        <w:t>f 12350/33807/28196 12352/33809/28197 12351/33810/28197</w:t>
        <w:br/>
        <w:t>f 12349/33808/28196 12350/33807/28196 12351/33810/28197</w:t>
        <w:br/>
        <w:t>f 12352/33809/28197 12354/33811/28198 12353/33812/28199</w:t>
        <w:br/>
        <w:t>f 12351/33810/28197 12352/33809/28197 12353/33812/28199</w:t>
        <w:br/>
        <w:t>f 12354/33811/28198 12356/33813/28200 12355/33814/28201</w:t>
        <w:br/>
        <w:t>f 12353/33812/28199 12354/33811/28198 12355/33814/28201</w:t>
        <w:br/>
        <w:t>f 12356/33813/28200 12339/33798/28191 12340/33797/28190</w:t>
        <w:br/>
        <w:t>f 12355/33814/28201 12356/33813/28200 12340/33797/28190</w:t>
        <w:br/>
        <w:t>f 12264/33723/28143 12265/33722/28142 12277/33732/28148</w:t>
        <w:br/>
        <w:t>f 12274/33735/28150 12264/33723/28143 12277/33732/28148</w:t>
        <w:br/>
        <w:t>f 12359/33815/28202 12358/33816/28203 12357/33817/28204</w:t>
        <w:br/>
        <w:t>f 12359/33815/28202 12360/33818/28205 12358/33816/28203</w:t>
        <w:br/>
        <w:t>f 12357/33817/28204 12362/33819/28206 12361/33820/28207</w:t>
        <w:br/>
        <w:t>f 12359/33815/28202 12357/33817/28204 12363/33821/28208</w:t>
        <w:br/>
        <w:t>f 12358/33816/28203 12360/33818/28205 12364/33822/28209</w:t>
        <w:br/>
        <w:t>f 12366/33823/28210 12364/33822/28209 12365/33824/28211</w:t>
        <w:br/>
        <w:t>f 12366/33823/28210 12365/33824/28211 12367/33825/28212</w:t>
        <w:br/>
        <w:t>f 12358/33816/28203 12364/33822/28209 12366/33823/28210</w:t>
        <w:br/>
        <w:t>f 12367/33825/28212 12369/33826/28213 12368/33827/28214</w:t>
        <w:br/>
        <w:t>f 12366/33823/28210 12367/33825/28212 12368/33827/28214</w:t>
        <w:br/>
        <w:t>f 12362/33819/28206 12370/33828/28215 12361/33820/28207</w:t>
        <w:br/>
        <w:t>f 12371/33829/28216 12370/33828/28215 12362/33819/28206</w:t>
        <w:br/>
        <w:t>f 12373/33830/28217 12371/33829/28216 12362/33819/28206</w:t>
        <w:br/>
        <w:t>f 12372/33831/28218 12373/33830/28217 12362/33819/28206</w:t>
        <w:br/>
        <w:t>f 12372/33831/28218 12374/33832/28219 12373/33830/28217</w:t>
        <w:br/>
        <w:t>f 12374/33832/28219 12372/33831/28218 12376/33833/28220</w:t>
        <w:br/>
        <w:t>f 12375/33834/28221 12374/33832/28219 12376/33833/28220</w:t>
        <w:br/>
        <w:t>f 12378/33835/28222 12377/33836/28223 12368/33827/28214</w:t>
        <w:br/>
        <w:t>f 12369/33826/28213 12378/33835/28222 12368/33827/28214</w:t>
        <w:br/>
        <w:t>f 12381/33837/28224 12380/33838/28224 12379/33839/28224</w:t>
        <w:br/>
        <w:t>f 12384/33840/28225 12383/33841/28225 12377/33836/28226</w:t>
        <w:br/>
        <w:t>f 12382/33842/28227 12384/33840/28225 12377/33836/28226</w:t>
        <w:br/>
        <w:t>f 12388/33843/28228 12387/33844/28229 12386/33845/28230</w:t>
        <w:br/>
        <w:t>f 12385/33846/28231 12388/33843/28228 12386/33845/28230</w:t>
        <w:br/>
        <w:t>f 12387/33844/28229 12388/33843/28228 12389/33847/28232</w:t>
        <w:br/>
        <w:t>f 12387/33844/28229 12389/33847/28232 12390/33848/28233</w:t>
        <w:br/>
        <w:t>f 12386/33845/28230 12383/33841/28225 12384/33840/28225</w:t>
        <w:br/>
        <w:t>f 12385/33846/28231 12386/33845/28230 12384/33840/28225</w:t>
        <w:br/>
        <w:t>f 12391/33849/28234 12375/33834/28221 12376/33833/28220</w:t>
        <w:br/>
        <w:t>f 12376/33833/28220 12392/33850/28235 12391/33849/28234</w:t>
        <w:br/>
        <w:t>f 12394/33851/28236 12393/33852/28237 12392/33850/28235</w:t>
        <w:br/>
        <w:t>f 12376/33833/28220 12394/33851/28236 12392/33850/28235</w:t>
        <w:br/>
        <w:t>f 12393/33852/28237 12394/33851/28236 12395/33853/28238</w:t>
        <w:br/>
        <w:t>f 12395/33853/28238 12394/33851/28236 12396/33854/28239</w:t>
        <w:br/>
        <w:t>f 12399/33855/28240 12398/33856/28241 12397/33857/28242</w:t>
        <w:br/>
        <w:t>f 12398/33856/28241 12399/33855/28240 12387/33844/28229</w:t>
        <w:br/>
        <w:t>f 12390/33848/28233 12398/33856/28241 12387/33844/28229</w:t>
        <w:br/>
        <w:t>f 12399/33855/28240 12397/33857/28242 12400/33858/28243</w:t>
        <w:br/>
        <w:t>f 12404/33859/28244 12403/33860/28244 12402/33861/28245</w:t>
        <w:br/>
        <w:t>f 12401/33862/28246 12404/33859/28244 12402/33861/28245</w:t>
        <w:br/>
        <w:t>f 12404/33859/28244 12399/33855/28240 12400/33858/28243</w:t>
        <w:br/>
        <w:t>f 12403/33860/28244 12404/33859/28244 12400/33858/28243</w:t>
        <w:br/>
        <w:t>f 12405/33863/28247 12395/33853/28238 12396/33854/28239</w:t>
        <w:br/>
        <w:t>f 12408/33864/28248 12407/33865/28249 12406/33866/28249</w:t>
        <w:br/>
        <w:t>f 12409/33867/28250 12408/33864/28248 12396/33854/28251</w:t>
        <w:br/>
        <w:t>f 12411/33868/28252 12410/33869/28253 12409/33867/28250</w:t>
        <w:br/>
        <w:t>f 12396/33854/28251 12411/33868/28252 12409/33867/28250</w:t>
        <w:br/>
        <w:t>f 12414/33870/28254 12413/33871/28254 12412/33872/28254</w:t>
        <w:br/>
        <w:t>f 12402/33861/28245 12416/33873/28255 12415/33874/28256</w:t>
        <w:br/>
        <w:t>f 12420/33875/28257 12419/33876/28257 12418/33877/28256</w:t>
        <w:br/>
        <w:t>f 12417/33878/28258 12420/33875/28257 12418/33877/28256</w:t>
        <w:br/>
        <w:t>f 12423/33879/28259 12422/33880/28260 12421/33881/28261</w:t>
        <w:br/>
        <w:t>f 12426/33882/28262 12425/33883/28262 12424/33884/28262</w:t>
        <w:br/>
        <w:t>f 12423/33879/28259 12419/33876/28257 12420/33875/28257</w:t>
        <w:br/>
        <w:t>f 12422/33880/28260 12423/33879/28259 12420/33875/28257</w:t>
        <w:br/>
        <w:t>f 12401/33862/28246 12402/33861/28245 12415/33874/28256</w:t>
        <w:br/>
        <w:t>f 12429/33885/28263 12428/33886/28264 12427/33887/28265</w:t>
        <w:br/>
        <w:t>f 12411/33868/28252 12429/33885/28263 12427/33887/28265</w:t>
        <w:br/>
        <w:t>f 12433/33888/28266 12432/33889/28266 12431/33890/28267</w:t>
        <w:br/>
        <w:t>f 12430/33891/28268 12433/33888/28266 12431/33890/28267</w:t>
        <w:br/>
        <w:t>f 12432/33889/28266 12433/33888/28266 12428/33886/28264</w:t>
        <w:br/>
        <w:t>f 12429/33885/28263 12432/33889/28266 12428/33886/28264</w:t>
        <w:br/>
        <w:t>f 12430/33891/28268 12431/33890/28267 12434/33892/28269</w:t>
        <w:br/>
        <w:t>f 12431/33890/28267 12436/33893/28270 12435/33894/28270</w:t>
        <w:br/>
        <w:t>f 12434/33892/28269 12431/33890/28267 12435/33894/28270</w:t>
        <w:br/>
        <w:t>f 12438/33895/28271 12435/33894/28270 12436/33893/28270</w:t>
        <w:br/>
        <w:t>f 12437/33896/28271 12438/33895/28271 12436/33893/28270</w:t>
        <w:br/>
        <w:t>f 12437/33896/28271 12440/33897/28272 12439/33898/28272</w:t>
        <w:br/>
        <w:t>f 12438/33895/28271 12437/33896/28271 12439/33898/28272</w:t>
        <w:br/>
        <w:t>f 12441/33899/28273 12439/33898/28272 12440/33897/28272</w:t>
        <w:br/>
        <w:t>f 12423/33879/28259 12441/33899/28273 12440/33897/28272</w:t>
        <w:br/>
        <w:t>f 12441/33899/28273 12423/33879/28259 12442/33900/28274</w:t>
        <w:br/>
        <w:t>f 12357/33817/28204 12361/33820/28207 12363/33821/28208</w:t>
        <w:br/>
        <w:t>f 12445/33901/28275 12444/33902/28276 12443/33903/28277</w:t>
        <w:br/>
        <w:t>f 12445/33901/28275 12443/33903/28277 12446/33904/28278</w:t>
        <w:br/>
        <w:t>f 12444/33902/28276 12448/33905/28279 12447/33906/28280</w:t>
        <w:br/>
        <w:t>f 12445/33901/28275 12449/33907/28281 12444/33902/28276</w:t>
        <w:br/>
        <w:t>f 12443/33903/28277 12450/33908/28282 12446/33904/28278</w:t>
        <w:br/>
        <w:t>f 12452/33909/28283 12451/33910/28284 12450/33908/28282</w:t>
        <w:br/>
        <w:t>f 12452/33909/28283 12453/33911/28285 12451/33910/28284</w:t>
        <w:br/>
        <w:t>f 12443/33903/28277 12452/33909/28283 12450/33908/28282</w:t>
        <w:br/>
        <w:t>f 12455/33912/28286 12454/33913/28286 12453/33911/28285</w:t>
        <w:br/>
        <w:t>f 12452/33909/28283 12455/33912/28286 12453/33911/28285</w:t>
        <w:br/>
        <w:t>f 12447/33906/28280 12448/33905/28279 12456/33914/28287</w:t>
        <w:br/>
        <w:t>f 12457/33915/28288 12447/33906/28280 12456/33914/28287</w:t>
        <w:br/>
        <w:t>f 12459/33916/28289 12458/33917/28290 12447/33906/28280</w:t>
        <w:br/>
        <w:t>f 12457/33915/28288 12459/33916/28289 12447/33906/28280</w:t>
        <w:br/>
        <w:t>f 12458/33917/28290 12459/33916/28289 12460/33918/28291</w:t>
        <w:br/>
        <w:t>f 12458/33917/28290 12460/33918/28291 12461/33919/28292</w:t>
        <w:br/>
        <w:t>f 12462/33920/28293 12458/33917/28290 12461/33919/28292</w:t>
        <w:br/>
        <w:t>f 12464/33921/28294 12454/33913/28286 12455/33912/28286</w:t>
        <w:br/>
        <w:t>f 12463/33922/28295 12464/33921/28294 12455/33912/28286</w:t>
        <w:br/>
        <w:t>f 12467/33923/28296 12466/33924/28297 12465/33925/28297</w:t>
        <w:br/>
        <w:t>f 12470/33926/28298 12469/33927/28299 12463/33922/28300</w:t>
        <w:br/>
        <w:t>f 12468/33928/28298 12470/33926/28298 12463/33922/28300</w:t>
        <w:br/>
        <w:t>f 12474/33929/28301 12473/33930/28302 12472/33931/28303</w:t>
        <w:br/>
        <w:t>f 12471/33932/28301 12474/33929/28301 12472/33931/28303</w:t>
        <w:br/>
        <w:t>f 12473/33930/28302 12475/33933/28304 12472/33931/28303</w:t>
        <w:br/>
        <w:t>f 12473/33930/28302 12476/33934/28305 12475/33933/28304</w:t>
        <w:br/>
        <w:t>f 12470/33926/28298 12468/33928/28298 12474/33929/28301</w:t>
        <w:br/>
        <w:t>f 12471/33932/28301 12470/33926/28298 12474/33929/28301</w:t>
        <w:br/>
        <w:t>f 12477/33935/28306 12462/33920/28293 12461/33919/28292</w:t>
        <w:br/>
        <w:t>f 12480/33936/28307 12462/33920/28293 12479/33937/28308</w:t>
        <w:br/>
        <w:t>f 12478/33938/28309 12480/33936/28307 12479/33937/28308</w:t>
        <w:br/>
        <w:t>f 12462/33920/28293 12477/33935/28306 12479/33937/28308</w:t>
        <w:br/>
        <w:t>f 12478/33938/28309 12481/33939/28310 12480/33936/28307</w:t>
        <w:br/>
        <w:t>f 12481/33939/28310 12482/33940/28311 12480/33936/28307</w:t>
        <w:br/>
        <w:t>f 12485/33941/28312 12484/33942/28313 12483/33943/28314</w:t>
        <w:br/>
        <w:t>f 12483/33943/28314 12476/33934/28305 12473/33930/28302</w:t>
        <w:br/>
        <w:t>f 12485/33941/28312 12483/33943/28314 12473/33930/28302</w:t>
        <w:br/>
        <w:t>f 12485/33941/28312 12486/33944/28315 12484/33942/28313</w:t>
        <w:br/>
        <w:t>f 12489/33945/28316 12488/33946/28317 12487/33947/28318</w:t>
        <w:br/>
        <w:t>f 12490/33948/28319 12489/33945/28316 12487/33947/28318</w:t>
        <w:br/>
        <w:t>f 12486/33944/28315 12485/33941/28312 12490/33948/28319</w:t>
        <w:br/>
        <w:t>f 12487/33947/28318 12486/33944/28315 12490/33948/28319</w:t>
        <w:br/>
        <w:t>f 12491/33949/28320 12482/33940/28311 12481/33939/28310</w:t>
        <w:br/>
        <w:t>f 12494/33950/28321 12493/33951/28322 12492/33952/28322</w:t>
        <w:br/>
        <w:t>f 12495/33953/28323 12482/33940/28324 12494/33950/28325</w:t>
        <w:br/>
        <w:t>f 12497/33954/28326 12482/33940/28324 12495/33953/28323</w:t>
        <w:br/>
        <w:t>f 12496/33955/28327 12497/33954/28326 12495/33953/28323</w:t>
        <w:br/>
        <w:t>f 12500/33956/28328 12499/33957/28328 12498/33958/28328</w:t>
        <w:br/>
        <w:t>f 12488/33946/28317 12502/33959/28329 12501/33960/28330</w:t>
        <w:br/>
        <w:t>f 12506/33961/28329 12505/33962/28331 12504/33963/28331</w:t>
        <w:br/>
        <w:t>f 12503/33964/28330 12506/33961/28329 12504/33963/28331</w:t>
        <w:br/>
        <w:t>f 12509/33965/28332 12508/33966/28333 12507/33967/28334</w:t>
        <w:br/>
        <w:t>f 12512/33968/28335 12511/33969/28336 12510/33970/28335</w:t>
        <w:br/>
        <w:t>f 12505/33962/28331 12509/33965/28332 12507/33967/28334</w:t>
        <w:br/>
        <w:t>f 12504/33963/28331 12505/33962/28331 12507/33967/28334</w:t>
        <w:br/>
        <w:t>f 12489/33945/28316 12502/33959/28329 12488/33946/28317</w:t>
        <w:br/>
        <w:t>f 12515/33971/28337 12497/33954/28338 12514/33972/28339</w:t>
        <w:br/>
        <w:t>f 12513/33973/28337 12515/33971/28337 12514/33972/28339</w:t>
        <w:br/>
        <w:t>f 12519/33974/28340 12518/33975/28341 12517/33976/28342</w:t>
        <w:br/>
        <w:t>f 12516/33977/28343 12519/33974/28340 12517/33976/28342</w:t>
        <w:br/>
        <w:t>f 12513/33973/28337 12517/33976/28342 12518/33975/28341</w:t>
        <w:br/>
        <w:t>f 12515/33971/28337 12513/33973/28337 12518/33975/28341</w:t>
        <w:br/>
        <w:t>f 12516/33977/28343 12520/33978/28344 12519/33974/28340</w:t>
        <w:br/>
        <w:t>f 12522/33979/28345 12521/33980/28345 12519/33974/28340</w:t>
        <w:br/>
        <w:t>f 12520/33978/28344 12522/33979/28345 12519/33974/28340</w:t>
        <w:br/>
        <w:t>f 12524/33981/28346 12523/33982/28346 12521/33980/28345</w:t>
        <w:br/>
        <w:t>f 12522/33979/28345 12524/33981/28346 12521/33980/28345</w:t>
        <w:br/>
        <w:t>f 12526/33983/28347 12525/33984/28347 12523/33982/28346</w:t>
        <w:br/>
        <w:t>f 12524/33981/28346 12526/33983/28347 12523/33982/28346</w:t>
        <w:br/>
        <w:t>f 12527/33985/28348 12509/33965/28332 12525/33984/28347</w:t>
        <w:br/>
        <w:t>f 12526/33983/28347 12527/33985/28348 12525/33984/28347</w:t>
        <w:br/>
        <w:t>f 12527/33985/28348 12511/33969/28336 12509/33965/28332</w:t>
        <w:br/>
        <w:t>f 12444/33902/28276 12449/33907/28281 12448/33905/28279</w:t>
        <w:br/>
        <w:t>f 12531/33986/28349 12530/33987/28349 12529/33988/28350</w:t>
        <w:br/>
        <w:t>f 12528/33989/28350 12531/33986/28349 12529/33988/28350</w:t>
        <w:br/>
        <w:t>f 12529/33988/28350 12533/33990/28351 12532/33991/28351</w:t>
        <w:br/>
        <w:t>f 12528/33989/28350 12529/33988/28350 12532/33991/28351</w:t>
        <w:br/>
        <w:t>f 12530/33987/28349 12531/33986/28349 12535/33992/28352</w:t>
        <w:br/>
        <w:t>f 12534/33993/28352 12530/33987/28349 12535/33992/28352</w:t>
        <w:br/>
        <w:t>f 12537/33994/28353 12534/33993/28352 12535/33992/28352</w:t>
        <w:br/>
        <w:t>f 12536/33995/28354 12537/33994/28353 12535/33992/28352</w:t>
        <w:br/>
        <w:t>f 12537/33994/28353 12536/33995/28354 12539/33996/28355</w:t>
        <w:br/>
        <w:t>f 12538/33997/28356 12537/33994/28353 12539/33996/28355</w:t>
        <w:br/>
        <w:t>f 12541/33998/28357 12538/33997/28356 12539/33996/28355</w:t>
        <w:br/>
        <w:t>f 12540/33999/28357 12541/33998/28357 12539/33996/28355</w:t>
        <w:br/>
        <w:t>f 12545/34000/28358 12544/34001/28358 12543/34002/28359</w:t>
        <w:br/>
        <w:t>f 12542/34003/28359 12545/34000/28358 12543/34002/28359</w:t>
        <w:br/>
        <w:t>f 12544/34001/28358 12545/34000/28358 12547/34004/28360</w:t>
        <w:br/>
        <w:t>f 12546/34005/28360 12544/34001/28358 12547/34004/28360</w:t>
        <w:br/>
        <w:t>f 12547/34004/28360 12549/34006/28361 12548/34007/28361</w:t>
        <w:br/>
        <w:t>f 12546/34005/28360 12547/34004/28360 12548/34007/28361</w:t>
        <w:br/>
        <w:t>f 12551/34008/28362 12548/34007/28361 12549/34006/28361</w:t>
        <w:br/>
        <w:t>f 12550/34009/28363 12551/34008/28362 12549/34006/28361</w:t>
        <w:br/>
        <w:t>f 12551/34008/28362 12550/34009/28363 12553/34010/28364</w:t>
        <w:br/>
        <w:t>f 12552/34011/28364 12551/34008/28362 12553/34010/28364</w:t>
        <w:br/>
        <w:t>f 12555/34012/28365 12541/33998/28357 12540/33999/28357</w:t>
        <w:br/>
        <w:t>f 12554/34013/28296 12555/34012/28365 12540/33999/28357</w:t>
        <w:br/>
        <w:t>f 12558/34014/28366 12557/34015/28366 12555/34012/28365</w:t>
        <w:br/>
        <w:t>f 12556/34016/28367 12558/34014/28366 12555/34012/28365</w:t>
        <w:br/>
        <w:t>f 12560/34017/28368 12557/34015/28366 12558/34014/28366</w:t>
        <w:br/>
        <w:t>f 12559/34018/28369 12560/34017/28368 12558/34014/28366</w:t>
        <w:br/>
        <w:t>f 12564/34019/28370 12563/34020/28371 12562/34021/28371</w:t>
        <w:br/>
        <w:t>f 12561/34022/28370 12564/34019/28370 12562/34021/28371</w:t>
        <w:br/>
        <w:t>f 12566/34023/28372 12565/34024/28372 12562/34021/28371</w:t>
        <w:br/>
        <w:t>f 12563/34020/28371 12566/34023/28372 12562/34021/28371</w:t>
        <w:br/>
        <w:t>f 12568/34025/28373 12565/34024/28372 12566/34023/28372</w:t>
        <w:br/>
        <w:t>f 12567/34026/28373 12568/34025/28373 12566/34023/28372</w:t>
        <w:br/>
        <w:t>f 12561/34022/28370 12560/34017/28368 12559/34018/28369</w:t>
        <w:br/>
        <w:t>f 12564/34019/28370 12561/34022/28370 12559/34018/28369</w:t>
        <w:br/>
        <w:t>f 12552/34011/28364 12553/34010/28364 12570/34027/28374</w:t>
        <w:br/>
        <w:t>f 12569/34028/28375 12552/34011/28364 12570/34027/28374</w:t>
        <w:br/>
        <w:t>f 12574/34029/28376 12573/34030/28377 12572/34031/28378</w:t>
        <w:br/>
        <w:t>f 12571/34032/28378 12574/34029/28376 12572/34031/28378</w:t>
        <w:br/>
        <w:t>f 12570/34027/28374 12571/34032/28378 12572/34031/28378</w:t>
        <w:br/>
        <w:t>f 12569/34028/28375 12570/34027/28374 12572/34031/28378</w:t>
        <w:br/>
        <w:t>f 12574/34029/28376 12576/34033/28379 12575/34034/28380</w:t>
        <w:br/>
        <w:t>f 12573/34030/28377 12574/34029/28376 12575/34034/28380</w:t>
        <w:br/>
        <w:t>f 12580/34035/28381 12579/34036/28382 12578/34037/28382</w:t>
        <w:br/>
        <w:t>f 12577/34038/28381 12580/34035/28381 12578/34037/28382</w:t>
        <w:br/>
        <w:t>f 12578/34037/28382 12579/34036/28382 12568/34025/28373</w:t>
        <w:br/>
        <w:t>f 12567/34026/28373 12578/34037/28382 12568/34025/28373</w:t>
        <w:br/>
        <w:t>f 12582/34039/28383 12581/34040/28383 12580/34035/28381</w:t>
        <w:br/>
        <w:t>f 12577/34038/28381 12582/34039/28383 12580/34035/28381</w:t>
        <w:br/>
        <w:t>f 12586/34041/28384 12585/34042/28385 12584/34043/28385</w:t>
        <w:br/>
        <w:t>f 12583/34044/28384 12586/34041/28384 12584/34043/28385</w:t>
        <w:br/>
        <w:t>f 12583/34044/28384 12581/34040/28383 12582/34039/28383</w:t>
        <w:br/>
        <w:t>f 12586/34041/28384 12583/34044/28384 12582/34039/28383</w:t>
        <w:br/>
        <w:t>f 12576/34033/28379 12588/34045/28386 12587/34046/28386</w:t>
        <w:br/>
        <w:t>f 12575/34034/28380 12576/34033/28379 12587/34046/28386</w:t>
        <w:br/>
        <w:t>f 12587/34046/28386 12588/34045/28386 12590/34047/28387</w:t>
        <w:br/>
        <w:t>f 12589/34048/28388 12587/34046/28386 12590/34047/28387</w:t>
        <w:br/>
        <w:t>f 12590/34047/28387 12592/34049/28389 12591/34050/28389</w:t>
        <w:br/>
        <w:t>f 12589/34048/28388 12590/34047/28387 12591/34050/28389</w:t>
        <w:br/>
        <w:t>f 12591/34050/28389 12592/34049/28389 12593/34051/28390</w:t>
        <w:br/>
        <w:t>f 12594/34052/28390 12591/34050/28389 12593/34051/28390</w:t>
        <w:br/>
        <w:t>f 12593/34051/28390 12596/34053/28391 12595/34054/28391</w:t>
        <w:br/>
        <w:t>f 12594/34052/28390 12593/34051/28390 12595/34054/28391</w:t>
        <w:br/>
        <w:t>f 12598/34055/28392 12597/34056/28392 12584/34043/28385</w:t>
        <w:br/>
        <w:t>f 12585/34042/28385 12598/34055/28392 12584/34043/28385</w:t>
        <w:br/>
        <w:t>f 12602/34057/28393 12601/34058/28394 12600/34059/28394</w:t>
        <w:br/>
        <w:t>f 12599/34060/28393 12602/34057/28393 12600/34059/28394</w:t>
        <w:br/>
        <w:t>f 12606/34061/28395 12605/34062/28395 12604/34063/28396</w:t>
        <w:br/>
        <w:t>f 12603/34064/28396 12606/34061/28395 12604/34063/28396</w:t>
        <w:br/>
        <w:t>f 12608/34065/28397 12605/34062/28395 12606/34061/28395</w:t>
        <w:br/>
        <w:t>f 12607/34066/28397 12608/34065/28397 12606/34061/28395</w:t>
        <w:br/>
        <w:t>f 12603/34064/28396 12604/34063/28396 12602/34057/28393</w:t>
        <w:br/>
        <w:t>f 12599/34060/28393 12603/34064/28396 12602/34057/28393</w:t>
        <w:br/>
        <w:t>f 12596/34053/28391 12610/34067/28398 12609/34068/28398</w:t>
        <w:br/>
        <w:t>f 12595/34054/28391 12596/34053/28391 12609/34068/28398</w:t>
        <w:br/>
        <w:t>f 12614/34069/28399 12613/34070/28400 12612/34071/28400</w:t>
        <w:br/>
        <w:t>f 12611/34072/28399 12614/34069/28399 12612/34071/28400</w:t>
        <w:br/>
        <w:t>f 12609/34068/28398 12610/34067/28398 12614/34069/28399</w:t>
        <w:br/>
        <w:t>f 12611/34072/28399 12609/34068/28398 12614/34069/28399</w:t>
        <w:br/>
        <w:t>f 12612/34071/28400 12613/34070/28400 12616/34073/28401</w:t>
        <w:br/>
        <w:t>f 12615/34074/28401 12612/34071/28400 12616/34073/28401</w:t>
        <w:br/>
        <w:t>f 12615/34074/28401 12616/34073/28401 12618/34075/28402</w:t>
        <w:br/>
        <w:t>f 12617/34076/28402 12615/34074/28401 12618/34075/28402</w:t>
        <w:br/>
        <w:t>f 12617/34076/28402 12618/34075/28402 12620/34077/28403</w:t>
        <w:br/>
        <w:t>f 12619/34078/28403 12617/34076/28402 12620/34077/28403</w:t>
        <w:br/>
        <w:t>f 12619/34078/28403 12620/34077/28403 12622/34079/28404</w:t>
        <w:br/>
        <w:t>f 12621/34080/28404 12619/34078/28403 12622/34079/28404</w:t>
        <w:br/>
        <w:t>f 12621/34080/28404 12622/34079/28404 12624/34081/28405</w:t>
        <w:br/>
        <w:t>f 12623/34082/28406 12621/34080/28404 12624/34081/28405</w:t>
        <w:br/>
        <w:t>f 12623/34082/28406 12624/34081/28405 12608/34065/28397</w:t>
        <w:br/>
        <w:t>f 12607/34066/28397 12623/34082/28406 12608/34065/28397</w:t>
        <w:br/>
        <w:t>f 12533/33990/28351 12542/34003/28359 12543/34002/28359</w:t>
        <w:br/>
        <w:t>f 12532/33991/28351 12533/33990/28351 12543/34002/28359</w:t>
        <w:br/>
        <w:t>f 18022/34083/28407 18021/34084/28408 18020/34085/28409</w:t>
        <w:br/>
        <w:t>f 18019/34086/28410 18022/34083/28407 18020/34085/28409</w:t>
        <w:br/>
        <w:t>f 18019/34086/28410 18020/34085/28409 18023/34087/28411</w:t>
        <w:br/>
        <w:t>f 18023/34087/28411 18026/34088/28412 18025/34089/28413</w:t>
        <w:br/>
        <w:t>f 18024/34090/28414 18023/34087/28411 18025/34089/28413</w:t>
        <w:br/>
        <w:t>f 18030/34091/28413 18029/34092/28415 18028/34093/28416</w:t>
        <w:br/>
        <w:t>f 18027/34094/28417 18030/34091/28413 18028/34093/28416</w:t>
        <w:br/>
        <w:t>f 18027/34094/28417 18028/34093/28416 18032/34095/28418</w:t>
        <w:br/>
        <w:t>f 18031/34096/28419 18027/34094/28417 18032/34095/28418</w:t>
        <w:br/>
        <w:t>f 18035/34097/28420 18031/34096/28419 18034/34098/28421</w:t>
        <w:br/>
        <w:t>f 18033/34099/28422 18035/34097/28420 18034/34098/28421</w:t>
        <w:br/>
        <w:t>f 18038/34100/28423 18037/34101/28424 18036/34102/28425</w:t>
        <w:br/>
        <w:t>f 18034/34098/28421 18038/34100/28423 18036/34102/28425</w:t>
        <w:br/>
        <w:t>f 18038/34100/28423 18034/34098/28421 18031/34096/28419</w:t>
        <w:br/>
        <w:t>f 18032/34095/28418 18038/34100/28423 18031/34096/28419</w:t>
        <w:br/>
        <w:t>f 18037/34101/28424 18040/34103/28426 18039/34104/28427</w:t>
        <w:br/>
        <w:t>f 18036/34102/28425 18037/34101/28424 18039/34104/28427</w:t>
        <w:br/>
        <w:t>f 18039/34104/28427 18040/34103/28426 18042/34105/28428</w:t>
        <w:br/>
        <w:t>f 18041/34106/28429 18039/34104/28427 18042/34105/28428</w:t>
        <w:br/>
        <w:t>f 18043/34107/28430 18033/34099/28422 18034/34098/28421</w:t>
        <w:br/>
        <w:t>f 18036/34102/28425 18043/34107/28430 18034/34098/28421</w:t>
        <w:br/>
        <w:t>f 18033/34099/28422 18045/34108/28431 18044/34109/28432</w:t>
        <w:br/>
        <w:t>f 18035/34097/28420 18033/34099/28422 18044/34109/28432</w:t>
        <w:br/>
        <w:t>f 18044/34109/28432 18046/34110/28433 18027/34094/28417</w:t>
        <w:br/>
        <w:t>f 18035/34097/28420 18044/34109/28432 18027/34094/28417</w:t>
        <w:br/>
        <w:t>f 18030/34091/28413 18027/34094/28417 18046/34110/28433</w:t>
        <w:br/>
        <w:t>f 18047/34111/28414 18030/34091/28413 18046/34110/28433</w:t>
        <w:br/>
        <w:t>f 18027/34094/28417 18031/34096/28419 18035/34097/28420</w:t>
        <w:br/>
        <w:t>f 18048/34112/28434 18046/34110/28433 18044/34109/28432</w:t>
        <w:br/>
        <w:t>f 18048/34112/28434 18044/34109/28432 18045/34108/28431</w:t>
        <w:br/>
        <w:t>f 18049/34113/28435 18048/34112/28434 18045/34108/28431</w:t>
        <w:br/>
        <w:t>f 18051/34114/28436 18046/34110/28433 18048/34112/28434</w:t>
        <w:br/>
        <w:t>f 18050/34115/28437 18051/34114/28436 18048/34112/28434</w:t>
        <w:br/>
        <w:t>f 18049/34113/28435 18052/34116/28438 18050/34115/28437</w:t>
        <w:br/>
        <w:t>f 18048/34112/28434 18049/34113/28435 18050/34115/28437</w:t>
        <w:br/>
        <w:t>f 18045/34108/28431 18033/34099/28422 18043/34107/28430</w:t>
        <w:br/>
        <w:t>f 18053/34117/28439 18045/34108/28431 18043/34107/28430</w:t>
        <w:br/>
        <w:t>f 18055/34118/28440 18054/34119/28441 18053/34117/28439</w:t>
        <w:br/>
        <w:t>f 18043/34107/28430 18055/34118/28440 18053/34117/28439</w:t>
        <w:br/>
        <w:t>f 18039/34104/28427 18055/34118/28440 18043/34107/28430</w:t>
        <w:br/>
        <w:t>f 18036/34102/28425 18039/34104/28427 18043/34107/28430</w:t>
        <w:br/>
        <w:t>f 18054/34119/28441 18057/34120/28442 18056/34121/28443</w:t>
        <w:br/>
        <w:t>f 18053/34117/28439 18054/34119/28441 18056/34121/28443</w:t>
        <w:br/>
        <w:t>f 18059/34122/28444 18057/34120/28442 18054/34119/28441</w:t>
        <w:br/>
        <w:t>f 18058/34123/28445 18059/34122/28444 18054/34119/28441</w:t>
        <w:br/>
        <w:t>f 18060/34124/28446 18058/34123/28445 18054/34119/28441</w:t>
        <w:br/>
        <w:t>f 18055/34118/28440 18060/34124/28446 18054/34119/28441</w:t>
        <w:br/>
        <w:t>f 18053/34117/28439 18056/34121/28443 18049/34113/28435</w:t>
        <w:br/>
        <w:t>f 18045/34108/28431 18053/34117/28439 18049/34113/28435</w:t>
        <w:br/>
        <w:t>f 18064/34125/28447 18063/34126/28448 18062/34127/28449</w:t>
        <w:br/>
        <w:t>f 18061/34128/28450 18064/34125/28447 18062/34127/28449</w:t>
        <w:br/>
        <w:t>f 18026/34088/28412 18065/34129/28451 18061/34128/28450</w:t>
        <w:br/>
        <w:t>f 18062/34127/28449 18026/34088/28412 18061/34128/28450</w:t>
        <w:br/>
        <w:t>f 18067/34130/28452 18064/34125/28447 18061/34128/28450</w:t>
        <w:br/>
        <w:t>f 18066/34131/28453 18067/34130/28452 18061/34128/28450</w:t>
        <w:br/>
        <w:t>f 18070/34132/28454 18066/34131/28453 18069/34133/28455</w:t>
        <w:br/>
        <w:t>f 18068/34134/28456 18070/34132/28454 18069/34133/28455</w:t>
        <w:br/>
        <w:t>f 18066/34131/28453 18061/34128/28450 18065/34129/28451</w:t>
        <w:br/>
        <w:t>f 18069/34133/28455 18066/34131/28453 18065/34129/28451</w:t>
        <w:br/>
        <w:t>f 18020/34085/28409 18065/34129/28451 18026/34088/28412</w:t>
        <w:br/>
        <w:t>f 18023/34087/28411 18020/34085/28409 18026/34088/28412</w:t>
        <w:br/>
        <w:t>f 18025/34089/28413 18026/34088/28412 18062/34127/28449</w:t>
        <w:br/>
        <w:t>f 18025/34089/28413 18062/34127/28449 18063/34126/28448</w:t>
        <w:br/>
        <w:t>f 18071/34135/28415 18025/34089/28413 18063/34126/28448</w:t>
        <w:br/>
        <w:t>f 18066/34131/28453 18070/34132/28454 18072/34136/28457</w:t>
        <w:br/>
        <w:t>f 18067/34130/28452 18066/34131/28453 18072/34136/28457</w:t>
        <w:br/>
        <w:t>f 18070/34132/28454 18074/34137/28458 18073/34138/28459</w:t>
        <w:br/>
        <w:t>f 18072/34136/28457 18070/34132/28454 18073/34138/28459</w:t>
        <w:br/>
        <w:t>f 18074/34137/28458 18076/34139/28460 18075/34140/28461</w:t>
        <w:br/>
        <w:t>f 18073/34138/28459 18074/34137/28458 18075/34140/28461</w:t>
        <w:br/>
        <w:t>f 18077/34141/28462 18019/34086/28410 18023/34087/28411</w:t>
        <w:br/>
        <w:t>f 18024/34090/28414 18077/34141/28462 18023/34087/28411</w:t>
        <w:br/>
        <w:t>f 18079/34142/28463 18078/34143/28464 18019/34086/28410</w:t>
        <w:br/>
        <w:t>f 18077/34141/28462 18079/34142/28463 18019/34086/28410</w:t>
        <w:br/>
        <w:t>f 18019/34086/28410 18078/34143/28464 18022/34083/28407</w:t>
        <w:br/>
        <w:t>f 18021/34084/28408 18022/34083/28407 18081/34144/28465</w:t>
        <w:br/>
        <w:t>f 18080/34145/28466 18021/34084/28408 18081/34144/28465</w:t>
        <w:br/>
        <w:t>f 18084/34146/28467 18083/34147/28468 18082/34148/28469</w:t>
        <w:br/>
        <w:t>f 18080/34145/28466 18084/34146/28467 18082/34148/28469</w:t>
        <w:br/>
        <w:t>f 18083/34147/28468 18084/34146/28467 18086/34149/28470</w:t>
        <w:br/>
        <w:t>f 18085/34150/28471 18083/34147/28468 18086/34149/28470</w:t>
        <w:br/>
        <w:t>f 18085/34150/28471 18088/34151/28472 18087/34152/28473</w:t>
        <w:br/>
        <w:t>f 18083/34147/28468 18085/34150/28471 18087/34152/28473</w:t>
        <w:br/>
        <w:t>f 18083/34147/28468 18087/34152/28473 18089/34153/28474</w:t>
        <w:br/>
        <w:t>f 18082/34148/28469 18083/34147/28468 18089/34153/28474</w:t>
        <w:br/>
        <w:t>f 18091/34154/28475 18089/34153/28474 18087/34152/28473</w:t>
        <w:br/>
        <w:t>f 18090/34155/28476 18091/34154/28475 18087/34152/28473</w:t>
        <w:br/>
        <w:t>f 18088/34151/28472 18092/34156/28477 18090/34155/28476</w:t>
        <w:br/>
        <w:t>f 18087/34152/28473 18088/34151/28472 18090/34155/28476</w:t>
        <w:br/>
        <w:t>f 18094/34157/28478 18088/34151/28472 18085/34150/28471</w:t>
        <w:br/>
        <w:t>f 18093/34158/28479 18094/34157/28478 18085/34150/28471</w:t>
        <w:br/>
        <w:t>f 18085/34150/28471 18086/34149/28470 18095/34159/28480</w:t>
        <w:br/>
        <w:t>f 18093/34158/28479 18085/34150/28471 18095/34159/28480</w:t>
        <w:br/>
        <w:t>f 18084/34146/28467 18097/34160/28481 18096/34161/28482</w:t>
        <w:br/>
        <w:t>f 18086/34149/28470 18084/34146/28467 18096/34161/28482</w:t>
        <w:br/>
        <w:t>f 18086/34149/28470 18096/34161/28482 18098/34162/28483</w:t>
        <w:br/>
        <w:t>f 18095/34159/28480 18086/34149/28470 18098/34162/28483</w:t>
        <w:br/>
        <w:t>f 18097/34160/28481 18084/34146/28467 18080/34145/28466</w:t>
        <w:br/>
        <w:t>f 18081/34144/28465 18097/34160/28481 18080/34145/28466</w:t>
        <w:br/>
        <w:t>f 18080/34145/28466 18082/34148/28469 18065/34129/28451</w:t>
        <w:br/>
        <w:t>f 18021/34084/28408 18080/34145/28466 18065/34129/28451</w:t>
        <w:br/>
        <w:t>f 18020/34085/28409 18021/34084/28408 18065/34129/28451</w:t>
        <w:br/>
        <w:t>f 18101/34163/28484 18100/34164/28463 18099/34165/28462</w:t>
        <w:br/>
        <w:t>f 18051/34114/28436 18101/34163/28484 18099/34165/28462</w:t>
        <w:br/>
        <w:t>f 18102/34166/28485 18101/34163/28484 18051/34114/28436</w:t>
        <w:br/>
        <w:t>f 18050/34115/28437 18102/34166/28485 18051/34114/28436</w:t>
        <w:br/>
        <w:t>f 18103/34167/28486 18102/34166/28485 18050/34115/28437</w:t>
        <w:br/>
        <w:t>f 18052/34116/28438 18103/34167/28486 18050/34115/28437</w:t>
        <w:br/>
        <w:t>f 18052/34116/28438 18105/34168/28487 18104/34169/28488</w:t>
        <w:br/>
        <w:t>f 18103/34167/28486 18052/34116/28438 18104/34169/28488</w:t>
        <w:br/>
        <w:t>f 18107/34170/28489 18104/34169/28488 18105/34168/28487</w:t>
        <w:br/>
        <w:t>f 18106/34171/28490 18107/34170/28489 18105/34168/28487</w:t>
        <w:br/>
        <w:t>f 18106/34171/28490 18105/34168/28487 18109/34172/28491</w:t>
        <w:br/>
        <w:t>f 18108/34173/28492 18106/34171/28490 18109/34172/28491</w:t>
        <w:br/>
        <w:t>f 18106/34171/28490 18111/34174/28493 18110/34175/28494</w:t>
        <w:br/>
        <w:t>f 18107/34170/28489 18106/34171/28490 18110/34175/28494</w:t>
        <w:br/>
        <w:t>f 18052/34116/28438 18109/34172/28491 18105/34168/28487</w:t>
        <w:br/>
        <w:t>f 18099/34165/28462 18047/34111/28414 18046/34110/28433</w:t>
        <w:br/>
        <w:t>f 18051/34114/28436 18099/34165/28462 18046/34110/28433</w:t>
        <w:br/>
        <w:t>f 18091/34154/28475 18112/34176/28495 18068/34134/28456</w:t>
        <w:br/>
        <w:t>f 18068/34134/28456 18112/34176/28495 18074/34137/28458</w:t>
        <w:br/>
        <w:t>f 18070/34132/28454 18068/34134/28456 18074/34137/28458</w:t>
        <w:br/>
        <w:t>f 18113/34177/28496 18076/34139/28460 18074/34137/28458</w:t>
        <w:br/>
        <w:t>f 18076/34139/28460 18115/34178/28497 18114/34179/28498</w:t>
        <w:br/>
        <w:t>f 18117/34180/28499 18116/34181/28500 18114/34179/28498</w:t>
        <w:br/>
        <w:t>f 18115/34178/28497 18117/34180/28499 18114/34179/28498</w:t>
        <w:br/>
        <w:t>f 18116/34181/28500 18117/34180/28499 18119/34182/28501</w:t>
        <w:br/>
        <w:t>f 18118/34183/28502 18116/34181/28500 18119/34182/28501</w:t>
        <w:br/>
        <w:t>f 18119/34182/28501 18121/34184/28503 18120/34185/28504</w:t>
        <w:br/>
        <w:t>f 18121/34184/28503 18124/34186/28505 18123/34187/28506</w:t>
        <w:br/>
        <w:t>f 18122/34188/28507 18121/34184/28503 18123/34187/28506</w:t>
        <w:br/>
        <w:t>f 18127/34189/28508 18126/34190/28509 18125/34191/28510</w:t>
        <w:br/>
        <w:t>f 18123/34187/28506 18127/34189/28508 18125/34191/28510</w:t>
        <w:br/>
        <w:t>f 18130/34192/28511 18126/34190/28509 18129/34193/28512</w:t>
        <w:br/>
        <w:t>f 18128/34194/28513 18130/34192/28511 18129/34193/28512</w:t>
        <w:br/>
        <w:t>f 18134/34195/28514 18133/34196/28515 18132/34197/28516</w:t>
        <w:br/>
        <w:t>f 18131/34198/28517 18134/34195/28514 18132/34197/28516</w:t>
        <w:br/>
        <w:t>f 18134/34195/28514 18136/34199/28518 18127/34189/28508</w:t>
        <w:br/>
        <w:t>f 18135/34200/28519 18134/34195/28514 18127/34189/28508</w:t>
        <w:br/>
        <w:t>f 18129/34193/28512 18136/34199/28518 18138/34201/28520</w:t>
        <w:br/>
        <w:t>f 18137/34202/28521 18129/34193/28512 18138/34201/28520</w:t>
        <w:br/>
        <w:t>f 18059/34122/28444 18130/34192/28511 18128/34194/28513</w:t>
        <w:br/>
        <w:t>f 18139/34203/28522 18059/34122/28444 18128/34194/28513</w:t>
        <w:br/>
        <w:t>f 18059/34122/28444 18139/34203/28522 18057/34120/28442</w:t>
        <w:br/>
        <w:t>f 18126/34190/28509 18130/34192/28511 18140/34204/28523</w:t>
        <w:br/>
        <w:t>f 18125/34191/28510 18126/34190/28509 18140/34204/28523</w:t>
        <w:br/>
        <w:t>f 18142/34205/28524 18141/34206/28525 18125/34191/28510</w:t>
        <w:br/>
        <w:t>f 18140/34204/28523 18142/34205/28524 18125/34191/28510</w:t>
        <w:br/>
        <w:t>f 18122/34188/28507 18123/34187/28506 18125/34191/28510</w:t>
        <w:br/>
        <w:t>f 18141/34206/28525 18122/34188/28507 18125/34191/28510</w:t>
        <w:br/>
        <w:t>f 18144/34207/28526 18122/34188/28507 18141/34206/28525</w:t>
        <w:br/>
        <w:t>f 18143/34208/28527 18144/34207/28526 18141/34206/28525</w:t>
        <w:br/>
        <w:t>f 18122/34188/28507 18120/34185/28504 18121/34184/28503</w:t>
        <w:br/>
        <w:t>f 18141/34206/28525 18142/34205/28524 18145/34209/28528</w:t>
        <w:br/>
        <w:t>f 18143/34208/28527 18141/34206/28525 18145/34209/28528</w:t>
        <w:br/>
        <w:t>f 18142/34205/28524 18060/34124/28446 18041/34106/28429</w:t>
        <w:br/>
        <w:t>f 18145/34209/28528 18142/34205/28524 18041/34106/28429</w:t>
        <w:br/>
        <w:t>f 18140/34204/28523 18058/34123/28445 18060/34124/28446</w:t>
        <w:br/>
        <w:t>f 18142/34205/28524 18140/34204/28523 18060/34124/28446</w:t>
        <w:br/>
        <w:t>f 18130/34192/28511 18059/34122/28444 18058/34123/28445</w:t>
        <w:br/>
        <w:t>f 18140/34204/28523 18130/34192/28511 18058/34123/28445</w:t>
        <w:br/>
        <w:t>f 18135/34200/28519 18127/34189/28508 18123/34187/28506</w:t>
        <w:br/>
        <w:t>f 18124/34186/28505 18135/34200/28519 18123/34187/28506</w:t>
        <w:br/>
        <w:t>f 18124/34186/28505 18121/34184/28503 18119/34182/28501</w:t>
        <w:br/>
        <w:t>f 18146/34210/28529 18124/34186/28505 18119/34182/28501</w:t>
        <w:br/>
        <w:t>f 18149/34211/28530 18148/34212/28531 18146/34210/28529</w:t>
        <w:br/>
        <w:t>f 18147/34213/28532 18149/34211/28530 18146/34210/28529</w:t>
        <w:br/>
        <w:t>f 18151/34214/28533 18150/34215/28534 18149/34211/28530</w:t>
        <w:br/>
        <w:t>f 18115/34178/28497 18151/34214/28533 18147/34213/28532</w:t>
        <w:br/>
        <w:t>f 18152/34216/28535 18150/34215/28534 18151/34214/28533</w:t>
        <w:br/>
        <w:t>f 18113/34177/28496 18152/34216/28535 18151/34214/28533</w:t>
        <w:br/>
        <w:t>f 18153/34217/28536 18133/34196/28515 18149/34211/28530</w:t>
        <w:br/>
        <w:t>f 18149/34211/28530 18150/34215/28534 18153/34217/28536</w:t>
        <w:br/>
        <w:t>f 18146/34210/28529 18119/34182/28501 18117/34180/28499</w:t>
        <w:br/>
        <w:t>f 18147/34213/28532 18146/34210/28529 18117/34180/28499</w:t>
        <w:br/>
        <w:t>f 18148/34212/28531 18135/34200/28519 18124/34186/28505</w:t>
        <w:br/>
        <w:t>f 18146/34210/28529 18148/34212/28531 18124/34186/28505</w:t>
        <w:br/>
        <w:t>f 18118/34183/28502 18155/34218/28537 18154/34219/28538</w:t>
        <w:br/>
        <w:t>f 18116/34181/28500 18118/34183/28502 18154/34219/28538</w:t>
        <w:br/>
        <w:t>f 18155/34218/28537 18118/34183/28502 18157/34220/28539</w:t>
        <w:br/>
        <w:t>f 18156/34221/28540 18155/34218/28537 18157/34220/28539</w:t>
        <w:br/>
        <w:t>f 18116/34181/28500 18154/34219/28538 18158/34222/28541</w:t>
        <w:br/>
        <w:t>f 18114/34179/28498 18116/34181/28500 18158/34222/28541</w:t>
        <w:br/>
        <w:t>f 18114/34179/28498 18158/34222/28541 18075/34140/28461</w:t>
        <w:br/>
        <w:t>f 18076/34139/28460 18114/34179/28498 18075/34140/28461</w:t>
        <w:br/>
        <w:t>f 18144/34207/28526 18159/34223/28542 18156/34221/28540</w:t>
        <w:br/>
        <w:t>f 18157/34220/28539 18144/34207/28526 18156/34221/28540</w:t>
        <w:br/>
        <w:t>f 18143/34208/28527 18160/34224/28543 18159/34223/28542</w:t>
        <w:br/>
        <w:t>f 18144/34207/28526 18143/34208/28527 18159/34223/28542</w:t>
        <w:br/>
        <w:t>f 18145/34209/28528 18161/34225/28544 18160/34224/28543</w:t>
        <w:br/>
        <w:t>f 18143/34208/28527 18145/34209/28528 18160/34224/28543</w:t>
        <w:br/>
        <w:t>f 18112/34176/28495 18152/34216/28535 18113/34177/28496</w:t>
        <w:br/>
        <w:t>f 18090/34155/28476 18162/34226/28545 18112/34176/28495</w:t>
        <w:br/>
        <w:t>f 18091/34154/28475 18090/34155/28476 18112/34176/28495</w:t>
        <w:br/>
        <w:t>f 18164/34227/28546 18163/34228/28547 18152/34216/28535</w:t>
        <w:br/>
        <w:t>f 18162/34226/28545 18164/34227/28546 18152/34216/28535</w:t>
        <w:br/>
        <w:t>f 18168/34229/28548 18167/34230/28549 18166/34231/28550</w:t>
        <w:br/>
        <w:t>f 18165/34232/28551 18168/34229/28548 18166/34231/28550</w:t>
        <w:br/>
        <w:t>f 18171/34233/28552 18170/34234/28553 18153/34217/28536</w:t>
        <w:br/>
        <w:t>f 18169/34235/28554 18171/34233/28552 18153/34217/28536</w:t>
        <w:br/>
        <w:t>f 18173/34236/28555 18171/34233/28552 18169/34235/28554</w:t>
        <w:br/>
        <w:t>f 18172/34237/28556 18173/34236/28555 18169/34235/28554</w:t>
        <w:br/>
        <w:t>f 18094/34157/28478 18174/34238/28557 18165/34232/28551</w:t>
        <w:br/>
        <w:t>f 18166/34231/28550 18094/34157/28478 18165/34232/28551</w:t>
        <w:br/>
        <w:t>f 18168/34229/28548 18173/34236/28555 18172/34237/28556</w:t>
        <w:br/>
        <w:t>f 18167/34230/28549 18168/34229/28548 18172/34237/28556</w:t>
        <w:br/>
        <w:t>f 18162/34226/28545 18090/34155/28476 18092/34156/28477</w:t>
        <w:br/>
        <w:t>f 18164/34227/28546 18162/34226/28545 18092/34156/28477</w:t>
        <w:br/>
        <w:t>f 18057/34120/28442 18139/34203/28522 18108/34173/28492</w:t>
        <w:br/>
        <w:t>f 18056/34121/28443 18109/34172/28491 18052/34116/28438</w:t>
        <w:br/>
        <w:t>f 18049/34113/28435 18056/34121/28443 18052/34116/28438</w:t>
        <w:br/>
        <w:t>f 18082/34148/28469 18089/34153/28474 18069/34133/28455</w:t>
        <w:br/>
        <w:t>f 18065/34129/28451 18082/34148/28469 18069/34133/28455</w:t>
        <w:br/>
        <w:t>f 18089/34153/28474 18091/34154/28475 18068/34134/28456</w:t>
        <w:br/>
        <w:t>f 18069/34133/28455 18089/34153/28474 18068/34134/28456</w:t>
        <w:br/>
        <w:t>f 18150/34215/28534 18163/34228/28547 18172/34237/28556</w:t>
        <w:br/>
        <w:t>f 18169/34235/28554 18150/34215/28534 18172/34237/28556</w:t>
        <w:br/>
        <w:t>f 18039/34104/28427 18041/34106/28429 18060/34124/28446</w:t>
        <w:br/>
        <w:t>f 18055/34118/28440 18039/34104/28427 18060/34124/28446</w:t>
        <w:br/>
        <w:t>f 18161/34225/28544 18145/34209/28528 18041/34106/28429</w:t>
        <w:br/>
        <w:t>f 18042/34105/28428 18161/34225/28544 18041/34106/28429</w:t>
        <w:br/>
        <w:t>f 18120/34185/28504 18122/34188/28507 18144/34207/28526</w:t>
        <w:br/>
        <w:t>f 18157/34220/28539 18120/34185/28504 18144/34207/28526</w:t>
        <w:br/>
        <w:t>f 18120/34185/28504 18157/34220/28539 18118/34183/28502</w:t>
        <w:br/>
        <w:t>f 18119/34182/28501 18120/34185/28504 18118/34183/28502</w:t>
        <w:br/>
        <w:t>f 18177/34239/28558 18176/34240/28559 18175/34241/28560</w:t>
        <w:br/>
        <w:t>f 18179/34242/28561 18178/34243/28562 18038/34100/28423</w:t>
        <w:br/>
        <w:t>f 18038/34100/28423 18181/34244/28563 18180/34245/28564</w:t>
        <w:br/>
        <w:t>f 18180/34245/28564 18183/34246/28565 18182/34247/28566</w:t>
        <w:br/>
        <w:t>f 18182/34247/28566 18185/34248/28567 18184/34249/28568</w:t>
        <w:br/>
        <w:t>f 18184/34249/28568 18187/34250/28569 18186/34251/28570</w:t>
        <w:br/>
        <w:t>f 18186/34251/28570 18189/34252/28571 18188/34253/28572</w:t>
        <w:br/>
        <w:t>f 18189/34252/28571 18190/34254/28573 18188/34253/28572</w:t>
        <w:br/>
        <w:t>f 18190/34254/28573 18192/34255/28574 18191/34256/28575</w:t>
        <w:br/>
        <w:t>f 18195/34257/28576 18194/34258/28577 18193/34259/28578</w:t>
        <w:br/>
        <w:t>f 18155/34218/28537 18196/34260/22003 18154/34219/28538</w:t>
        <w:br/>
        <w:t>f 18196/34260/22003 18197/34261/28579 18154/34219/28538</w:t>
        <w:br/>
        <w:t>f 18158/34222/28541 18198/34262/22006 18075/34140/28461</w:t>
        <w:br/>
        <w:t>f 18200/34263/22005 18199/34264/28580 18075/34140/28461</w:t>
        <w:br/>
        <w:t>f 18198/34262/22006 18200/34263/22005 18075/34140/28461</w:t>
        <w:br/>
        <w:t>f 18201/34265/22038 18072/34136/28457 18073/34138/28459</w:t>
        <w:br/>
        <w:t>f 18200/34263/22005 18201/34265/22038 18073/34138/28459</w:t>
        <w:br/>
        <w:t>f 18067/34130/28452 18072/34136/28457 18201/34265/22038</w:t>
        <w:br/>
        <w:t>f 18202/34266/28581 18067/34130/28452 18201/34265/22038</w:t>
        <w:br/>
        <w:t>f 18202/34266/28581 18204/34267/28582 18203/34268/28583</w:t>
        <w:br/>
        <w:t>f 18204/34267/28582 18206/34269/22011 18205/34270/28584</w:t>
        <w:br/>
        <w:t>f 18209/34271/22011 18208/34272/22010 18207/34273/28585</w:t>
        <w:br/>
        <w:t>f 18208/34272/28586 18177/34239/28558 18175/34241/28560</w:t>
        <w:br/>
        <w:t>f 18176/34240/28587 18178/34243/28562 18179/34242/28561</w:t>
        <w:br/>
        <w:t>f 18178/34243/28562 18181/34244/28563 18038/34100/28423</w:t>
        <w:br/>
        <w:t>f 18028/34093/28416 18176/34240/28587 18032/34095/28418</w:t>
        <w:br/>
        <w:t>f 18206/34269/22011 18071/34135/28415 18063/34126/28448</w:t>
        <w:br/>
        <w:t>f 18204/34267/28582 18063/34126/28448 18064/34125/28447</w:t>
        <w:br/>
        <w:t>f 18202/34266/28581 18064/34125/28447 18067/34130/28452</w:t>
        <w:br/>
        <w:t>f 18208/34272/28586 18028/34093/28416 18029/34092/28415</w:t>
        <w:br/>
        <w:t>f 18181/34244/28563 18183/34246/28565 18180/34245/28564</w:t>
        <w:br/>
        <w:t>f 18183/34246/28565 18185/34248/28567 18182/34247/28566</w:t>
        <w:br/>
        <w:t>f 18184/34249/28568 18185/34248/28567 18187/34250/28569</w:t>
        <w:br/>
        <w:t>f 18187/34250/28569 18189/34252/28571 18186/34251/28570</w:t>
        <w:br/>
        <w:t>f 18188/34253/28572 18190/34254/28573 18191/34256/28575</w:t>
        <w:br/>
        <w:t>f 18191/34256/28575 18192/34255/28574 18195/34257/28576</w:t>
        <w:br/>
        <w:t>f 18192/34255/28574 18194/34258/28577 18195/34257/28576</w:t>
        <w:br/>
        <w:t>f 18194/34258/28588 18196/34260/22003 18155/34218/28537</w:t>
        <w:br/>
        <w:t>f 18154/34219/28538 18197/34261/28579 18158/34222/28541</w:t>
        <w:br/>
        <w:t>f 18197/34261/28579 18198/34262/22006 18158/34222/28541</w:t>
        <w:br/>
        <w:t>f 18152/34216/28535 18163/34228/28547 18150/34215/28534</w:t>
        <w:br/>
        <w:t>f 18112/34176/28495 18162/34226/28545 18152/34216/28535</w:t>
        <w:br/>
        <w:t>f 18113/34177/28496 18151/34214/28533 18115/34178/28497</w:t>
        <w:br/>
        <w:t>f 18147/34213/28532 18151/34214/28533 18149/34211/28530</w:t>
        <w:br/>
        <w:t>f 18148/34212/28531 18149/34211/28530 18133/34196/28515</w:t>
        <w:br/>
        <w:t>f 18117/34180/28499 18115/34178/28497 18147/34213/28532</w:t>
        <w:br/>
        <w:t>f 18076/34139/28460 18113/34177/28496 18115/34178/28497</w:t>
        <w:br/>
        <w:t>f 18113/34177/28496 18074/34137/28458 18112/34176/28495</w:t>
        <w:br/>
        <w:t>f 18174/34238/28557 18094/34157/28478 18093/34158/28479</w:t>
        <w:br/>
        <w:t>f 18210/34274/28589 18174/34238/28557 18093/34158/28479</w:t>
        <w:br/>
        <w:t>f 18093/34158/28479 18095/34159/28480 18210/34274/28589</w:t>
        <w:br/>
        <w:t>f 18111/34174/28493 18106/34171/28490 18108/34173/28492</w:t>
        <w:br/>
        <w:t>f 18211/34275/28590 18111/34174/28493 18108/34173/28492</w:t>
        <w:br/>
        <w:t>f 18128/34194/28513 18129/34193/28512 18137/34202/28521</w:t>
        <w:br/>
        <w:t>f 18212/34276/28591 18128/34194/28513 18137/34202/28521</w:t>
        <w:br/>
        <w:t>f 18133/34196/28515 18134/34195/28514 18135/34200/28519</w:t>
        <w:br/>
        <w:t>f 18148/34212/28531 18133/34196/28515 18135/34200/28519</w:t>
        <w:br/>
        <w:t>f 18136/34199/28518 18134/34195/28514 18131/34198/28517</w:t>
        <w:br/>
        <w:t>f 18138/34201/28520 18136/34199/28518 18131/34198/28517</w:t>
        <w:br/>
        <w:t>f 18136/34199/28518 18129/34193/28512 18126/34190/28509</w:t>
        <w:br/>
        <w:t>f 18127/34189/28508 18136/34199/28518 18126/34190/28509</w:t>
        <w:br/>
        <w:t>f 18212/34276/28591 18213/34277/28592 18139/34203/28522</w:t>
        <w:br/>
        <w:t>f 18128/34194/28513 18212/34276/28591 18139/34203/28522</w:t>
        <w:br/>
        <w:t>f 18133/34196/28515 18153/34217/28536 18170/34234/28553</w:t>
        <w:br/>
        <w:t>f 18132/34197/28516 18133/34196/28515 18170/34234/28553</w:t>
        <w:br/>
        <w:t>f 18166/34231/28550 18167/34230/28549 18164/34227/28546</w:t>
        <w:br/>
        <w:t>f 18092/34156/28477 18166/34231/28550 18164/34227/28546</w:t>
        <w:br/>
        <w:t>f 18088/34151/28472 18094/34157/28478 18166/34231/28550</w:t>
        <w:br/>
        <w:t>f 18092/34156/28477 18088/34151/28472 18166/34231/28550</w:t>
        <w:br/>
        <w:t>f 18167/34230/28549 18172/34237/28556 18163/34228/28547</w:t>
        <w:br/>
        <w:t>f 18164/34227/28546 18167/34230/28549 18163/34228/28547</w:t>
        <w:br/>
        <w:t>f 18108/34173/28492 18139/34203/28522 18213/34277/28592</w:t>
        <w:br/>
        <w:t>f 18211/34275/28590 18108/34173/28492 18213/34277/28592</w:t>
        <w:br/>
        <w:t>f 18210/34274/28589 18095/34159/28480 18098/34162/28483</w:t>
        <w:br/>
        <w:t>f 18214/34278/28593 18210/34274/28589 18098/34162/28483</w:t>
        <w:br/>
        <w:t>f 18057/34120/28442 18108/34173/28492 18109/34172/28491</w:t>
        <w:br/>
        <w:t>f 18056/34121/28443 18057/34120/28442 18109/34172/28491</w:t>
        <w:br/>
        <w:t>f 18150/34215/28534 18169/34235/28554 18153/34217/28536</w:t>
        <w:br/>
        <w:t>f 18022/34083/28407 18217/34279/28594 18216/34280/28595</w:t>
        <w:br/>
        <w:t>f 18215/34281/28596 18022/34083/28407 18216/34280/28595</w:t>
        <w:br/>
        <w:t>f 18217/34279/28594 18218/34282/28597 18216/34280/28595</w:t>
        <w:br/>
        <w:t>f 18218/34282/28597 18221/34283/28598 18220/34284/28599</w:t>
        <w:br/>
        <w:t>f 18219/34285/28600 18218/34282/28597 18220/34284/28599</w:t>
        <w:br/>
        <w:t>f 18225/34286/28599 18224/34287/28601 18223/34288/28602</w:t>
        <w:br/>
        <w:t>f 18222/34289/28603 18225/34286/28599 18223/34288/28602</w:t>
        <w:br/>
        <w:t>f 18224/34287/28601 18227/34290/28604 18226/34291/28605</w:t>
        <w:br/>
        <w:t>f 18223/34288/28602 18224/34287/28601 18226/34291/28605</w:t>
        <w:br/>
        <w:t>f 18230/34292/28606 18227/34290/28604 18229/34293/28607</w:t>
        <w:br/>
        <w:t>f 18228/34294/28608 18230/34292/28606 18229/34293/28607</w:t>
        <w:br/>
        <w:t>f 18233/34295/28609 18230/34292/28606 18232/34296/28610</w:t>
        <w:br/>
        <w:t>f 18231/34297/28611 18233/34295/28609 18232/34296/28610</w:t>
        <w:br/>
        <w:t>f 18233/34295/28609 18226/34291/28605 18227/34290/28604</w:t>
        <w:br/>
        <w:t>f 18230/34292/28606 18233/34295/28609 18227/34290/28604</w:t>
        <w:br/>
        <w:t>f 18231/34297/28611 18232/34296/28610 18235/34298/28612</w:t>
        <w:br/>
        <w:t>f 18234/34299/28613 18231/34297/28611 18235/34298/28612</w:t>
        <w:br/>
        <w:t>f 18235/34298/28612 18237/34300/28614 18236/34301/28615</w:t>
        <w:br/>
        <w:t>f 18234/34299/28613 18235/34298/28612 18236/34301/28615</w:t>
        <w:br/>
        <w:t>f 18238/34302/28616 18232/34296/28610 18230/34292/28606</w:t>
        <w:br/>
        <w:t>f 18228/34294/28608 18238/34302/28616 18230/34292/28606</w:t>
        <w:br/>
        <w:t>f 18228/34294/28608 18229/34293/28607 18240/34303/28617</w:t>
        <w:br/>
        <w:t>f 18239/34304/28618 18228/34294/28608 18240/34303/28617</w:t>
        <w:br/>
        <w:t>f 18240/34303/28617 18229/34293/28607 18224/34287/28601</w:t>
        <w:br/>
        <w:t>f 18241/34305/28619 18240/34303/28617 18224/34287/28601</w:t>
        <w:br/>
        <w:t>f 18225/34286/28599 18242/34306/28598 18241/34305/28619</w:t>
        <w:br/>
        <w:t>f 18224/34287/28601 18225/34286/28599 18241/34305/28619</w:t>
        <w:br/>
        <w:t>f 18224/34287/28601 18229/34293/28607 18227/34290/28604</w:t>
        <w:br/>
        <w:t>f 18243/34307/28620 18240/34303/28617 18241/34305/28619</w:t>
        <w:br/>
        <w:t>f 18243/34307/28620 18244/34308/28621 18239/34304/28618</w:t>
        <w:br/>
        <w:t>f 18240/34303/28617 18243/34307/28620 18239/34304/28618</w:t>
        <w:br/>
        <w:t>f 18246/34309/28622 18245/34310/28623 18243/34307/28620</w:t>
        <w:br/>
        <w:t>f 18241/34305/28619 18246/34309/28622 18243/34307/28620</w:t>
        <w:br/>
        <w:t>f 18244/34308/28621 18243/34307/28620 18245/34310/28623</w:t>
        <w:br/>
        <w:t>f 18247/34311/28624 18244/34308/28621 18245/34310/28623</w:t>
        <w:br/>
        <w:t>f 18239/34304/28618 18248/34312/28625 18238/34302/28616</w:t>
        <w:br/>
        <w:t>f 18228/34294/28608 18239/34304/28618 18238/34302/28616</w:t>
        <w:br/>
        <w:t>f 18250/34313/28626 18238/34302/28616 18248/34312/28625</w:t>
        <w:br/>
        <w:t>f 18249/34314/28627 18250/34313/28626 18248/34312/28625</w:t>
        <w:br/>
        <w:t>f 18235/34298/28612 18232/34296/28610 18238/34302/28616</w:t>
        <w:br/>
        <w:t>f 18250/34313/28626 18235/34298/28612 18238/34302/28616</w:t>
        <w:br/>
        <w:t>f 18249/34314/28627 18248/34312/28625 18252/34315/28628</w:t>
        <w:br/>
        <w:t>f 18251/34316/28629 18249/34314/28627 18252/34315/28628</w:t>
        <w:br/>
        <w:t>f 18254/34317/28630 18253/34318/28631 18249/34314/28627</w:t>
        <w:br/>
        <w:t>f 18251/34316/28629 18254/34317/28630 18249/34314/28627</w:t>
        <w:br/>
        <w:t>f 18255/34319/28632 18250/34313/28626 18249/34314/28627</w:t>
        <w:br/>
        <w:t>f 18253/34318/28631 18255/34319/28632 18249/34314/28627</w:t>
        <w:br/>
        <w:t>f 18248/34312/28625 18239/34304/28618 18244/34308/28621</w:t>
        <w:br/>
        <w:t>f 18252/34315/28628 18248/34312/28625 18244/34308/28621</w:t>
        <w:br/>
        <w:t>f 18259/34320/28633 18258/34321/28634 18257/34322/28635</w:t>
        <w:br/>
        <w:t>f 18256/34323/28636 18259/34320/28633 18257/34322/28635</w:t>
        <w:br/>
        <w:t>f 18219/34285/28600 18257/34322/28635 18258/34321/28634</w:t>
        <w:br/>
        <w:t>f 18260/34324/28637 18219/34285/28600 18258/34321/28634</w:t>
        <w:br/>
        <w:t>f 18262/34325/28638 18261/34326/28639 18258/34321/28634</w:t>
        <w:br/>
        <w:t>f 18259/34320/28633 18262/34325/28638 18258/34321/28634</w:t>
        <w:br/>
        <w:t>f 18265/34327/28640 18264/34328/28641 18263/34329/28642</w:t>
        <w:br/>
        <w:t>f 18261/34326/28639 18265/34327/28640 18263/34329/28642</w:t>
        <w:br/>
        <w:t>f 18261/34326/28639 18263/34329/28642 18260/34324/28637</w:t>
        <w:br/>
        <w:t>f 18258/34321/28634 18261/34326/28639 18260/34324/28637</w:t>
        <w:br/>
        <w:t>f 18216/34280/28595 18218/34282/28597 18219/34285/28600</w:t>
        <w:br/>
        <w:t>f 18260/34324/28637 18216/34280/28595 18219/34285/28600</w:t>
        <w:br/>
        <w:t>f 18220/34284/28599 18257/34322/28635 18219/34285/28600</w:t>
        <w:br/>
        <w:t>f 18220/34284/28599 18266/34330/28603 18256/34323/28636</w:t>
        <w:br/>
        <w:t>f 18257/34322/28635 18220/34284/28599 18256/34323/28636</w:t>
        <w:br/>
        <w:t>f 18261/34326/28639 18262/34325/28638 18267/34331/28643</w:t>
        <w:br/>
        <w:t>f 18265/34327/28640 18261/34326/28639 18267/34331/28643</w:t>
        <w:br/>
        <w:t>f 18265/34327/28640 18267/34331/28643 18269/34332/28644</w:t>
        <w:br/>
        <w:t>f 18268/34333/28645 18265/34327/28640 18269/34332/28644</w:t>
        <w:br/>
        <w:t>f 18268/34333/28645 18269/34332/28644 18271/34334/28646</w:t>
        <w:br/>
        <w:t>f 18270/34335/28647 18268/34333/28645 18271/34334/28646</w:t>
        <w:br/>
        <w:t>f 18272/34336/28648 18221/34283/28598 18218/34282/28597</w:t>
        <w:br/>
        <w:t>f 18217/34279/28594 18272/34336/28648 18218/34282/28597</w:t>
        <w:br/>
        <w:t>f 18273/34337/28649 18272/34336/28648 18217/34279/28594</w:t>
        <w:br/>
        <w:t>f 18078/34143/28464 18273/34337/28649 18217/34279/28594</w:t>
        <w:br/>
        <w:t>f 18217/34279/28594 18022/34083/28407 18078/34143/28464</w:t>
        <w:br/>
        <w:t>f 18215/34281/28596 18274/34338/28650 18081/34144/28465</w:t>
        <w:br/>
        <w:t>f 18022/34083/28407 18215/34281/28596 18081/34144/28465</w:t>
        <w:br/>
        <w:t>f 18277/34339/28651 18274/34338/28650 18276/34340/28652</w:t>
        <w:br/>
        <w:t>f 18275/34341/28653 18277/34339/28651 18276/34340/28652</w:t>
        <w:br/>
        <w:t>f 18275/34341/28653 18279/34342/28654 18278/34343/28655</w:t>
        <w:br/>
        <w:t>f 18277/34339/28651 18275/34341/28653 18278/34343/28655</w:t>
        <w:br/>
        <w:t>f 18279/34342/28654 18275/34341/28653 18281/34344/28656</w:t>
        <w:br/>
        <w:t>f 18280/34345/28657 18279/34342/28654 18281/34344/28656</w:t>
        <w:br/>
        <w:t>f 18275/34341/28653 18276/34340/28652 18282/34346/28658</w:t>
        <w:br/>
        <w:t>f 18281/34344/28656 18275/34341/28653 18282/34346/28658</w:t>
        <w:br/>
        <w:t>f 18284/34347/28659 18283/34348/28660 18281/34344/28656</w:t>
        <w:br/>
        <w:t>f 18282/34346/28658 18284/34347/28659 18281/34344/28656</w:t>
        <w:br/>
        <w:t>f 18280/34345/28657 18281/34344/28656 18283/34348/28660</w:t>
        <w:br/>
        <w:t>f 18285/34349/28661 18280/34345/28657 18283/34348/28660</w:t>
        <w:br/>
        <w:t>f 18279/34342/28654 18280/34345/28657 18287/34350/28662</w:t>
        <w:br/>
        <w:t>f 18286/34351/28663 18279/34342/28654 18287/34350/28662</w:t>
        <w:br/>
        <w:t>f 18279/34342/28654 18286/34351/28663 18288/34352/28664</w:t>
        <w:br/>
        <w:t>f 18278/34343/28655 18279/34342/28654 18288/34352/28664</w:t>
        <w:br/>
        <w:t>f 18277/34339/28651 18278/34343/28655 18096/34161/28482</w:t>
        <w:br/>
        <w:t>f 18097/34160/28481 18277/34339/28651 18096/34161/28482</w:t>
        <w:br/>
        <w:t>f 18278/34343/28655 18288/34352/28664 18098/34162/28483</w:t>
        <w:br/>
        <w:t>f 18096/34161/28482 18278/34343/28655 18098/34162/28483</w:t>
        <w:br/>
        <w:t>f 18097/34160/28481 18081/34144/28465 18274/34338/28650</w:t>
        <w:br/>
        <w:t>f 18277/34339/28651 18097/34160/28481 18274/34338/28650</w:t>
        <w:br/>
        <w:t>f 18260/34324/28637 18276/34340/28652 18274/34338/28650</w:t>
        <w:br/>
        <w:t>f 18215/34281/28596 18260/34324/28637 18274/34338/28650</w:t>
        <w:br/>
        <w:t>f 18216/34280/28595 18260/34324/28637 18215/34281/28596</w:t>
        <w:br/>
        <w:t>f 18291/34353/28665 18246/34309/28622 18290/34354/28648</w:t>
        <w:br/>
        <w:t>f 18289/34355/28649 18291/34353/28665 18290/34354/28648</w:t>
        <w:br/>
        <w:t>f 18102/34166/28485 18245/34310/28623 18246/34309/28622</w:t>
        <w:br/>
        <w:t>f 18101/34163/28484 18102/34166/28485 18246/34309/28622</w:t>
        <w:br/>
        <w:t>f 18103/34167/28486 18247/34311/28624 18245/34310/28623</w:t>
        <w:br/>
        <w:t>f 18102/34166/28485 18103/34167/28486 18245/34310/28623</w:t>
        <w:br/>
        <w:t>f 18247/34311/28624 18103/34167/28486 18104/34169/28488</w:t>
        <w:br/>
        <w:t>f 18292/34356/28666 18247/34311/28624 18104/34169/28488</w:t>
        <w:br/>
        <w:t>f 18107/34170/28489 18293/34357/28667 18292/34356/28666</w:t>
        <w:br/>
        <w:t>f 18104/34169/28488 18107/34170/28489 18292/34356/28666</w:t>
        <w:br/>
        <w:t>f 18295/34358/28668 18292/34356/28666 18293/34357/28667</w:t>
        <w:br/>
        <w:t>f 18294/34359/28669 18295/34358/28668 18293/34357/28667</w:t>
        <w:br/>
        <w:t>f 18110/34175/28494 18296/34360/28670 18293/34357/28667</w:t>
        <w:br/>
        <w:t>f 18107/34170/28489 18110/34175/28494 18293/34357/28667</w:t>
        <w:br/>
        <w:t>f 18247/34311/28624 18292/34356/28666 18295/34358/28668</w:t>
        <w:br/>
        <w:t>f 18241/34305/28619 18242/34306/28598 18290/34354/28648</w:t>
        <w:br/>
        <w:t>f 18246/34309/28622 18241/34305/28619 18290/34354/28648</w:t>
        <w:br/>
        <w:t>f 18284/34347/28659 18264/34328/28641 18297/34361/28671</w:t>
        <w:br/>
        <w:t>f 18264/34328/28641 18265/34327/28640 18268/34333/28645</w:t>
        <w:br/>
        <w:t>f 18297/34361/28671 18264/34328/28641 18268/34333/28645</w:t>
        <w:br/>
        <w:t>f 18298/34362/28672 18268/34333/28645 18270/34335/28647</w:t>
        <w:br/>
        <w:t>f 18270/34335/28647 18300/34363/28673 18299/34364/28674</w:t>
        <w:br/>
        <w:t>f 18302/34365/28675 18299/34364/28674 18300/34363/28673</w:t>
        <w:br/>
        <w:t>f 18301/34366/28676 18302/34365/28675 18300/34363/28673</w:t>
        <w:br/>
        <w:t>f 18304/34367/28677 18302/34365/28675 18301/34366/28676</w:t>
        <w:br/>
        <w:t>f 18303/34368/28678 18304/34367/28677 18301/34366/28676</w:t>
        <w:br/>
        <w:t>f 18304/34367/28677 18306/34369/28679 18305/34370/28680</w:t>
        <w:br/>
        <w:t>f 18305/34370/28680 18309/34371/28681 18308/34372/28682</w:t>
        <w:br/>
        <w:t>f 18307/34373/28683 18305/34370/28680 18308/34372/28682</w:t>
        <w:br/>
        <w:t>f 18312/34374/28684 18311/34375/28685 18310/34376/28686</w:t>
        <w:br/>
        <w:t>f 18308/34372/28682 18312/34374/28684 18310/34376/28686</w:t>
        <w:br/>
        <w:t>f 18315/34377/28687 18311/34375/28685 18314/34378/28688</w:t>
        <w:br/>
        <w:t>f 18313/34379/28689 18315/34377/28687 18314/34378/28688</w:t>
        <w:br/>
        <w:t>f 18319/34380/28690 18318/34381/28691 18317/34382/28692</w:t>
        <w:br/>
        <w:t>f 18316/34383/28693 18319/34380/28690 18317/34382/28692</w:t>
        <w:br/>
        <w:t>f 18317/34382/28692 18321/34384/28694 18310/34376/28686</w:t>
        <w:br/>
        <w:t>f 18320/34385/28695 18317/34382/28692 18310/34376/28686</w:t>
        <w:br/>
        <w:t>f 18315/34377/28687 18323/34386/28696 18322/34387/28697</w:t>
        <w:br/>
        <w:t>f 18320/34385/28695 18315/34377/28687 18322/34387/28697</w:t>
        <w:br/>
        <w:t>f 18254/34317/28630 18324/34388/28698 18313/34379/28689</w:t>
        <w:br/>
        <w:t>f 18314/34378/28688 18254/34317/28630 18313/34379/28689</w:t>
        <w:br/>
        <w:t>f 18254/34317/28630 18251/34316/28629 18324/34388/28698</w:t>
        <w:br/>
        <w:t>f 18325/34389/28699 18314/34378/28688 18311/34375/28685</w:t>
        <w:br/>
        <w:t>f 18312/34374/28684 18325/34389/28699 18311/34375/28685</w:t>
        <w:br/>
        <w:t>f 18312/34374/28684 18327/34390/28700 18326/34391/28701</w:t>
        <w:br/>
        <w:t>f 18325/34389/28699 18312/34374/28684 18326/34391/28701</w:t>
        <w:br/>
        <w:t>f 18309/34371/28681 18327/34390/28700 18312/34374/28684</w:t>
        <w:br/>
        <w:t>f 18308/34372/28682 18309/34371/28681 18312/34374/28684</w:t>
        <w:br/>
        <w:t>f 18329/34392/28702 18328/34393/28703 18327/34390/28700</w:t>
        <w:br/>
        <w:t>f 18309/34371/28681 18329/34392/28702 18327/34390/28700</w:t>
        <w:br/>
        <w:t>f 18309/34371/28681 18305/34370/28680 18306/34369/28679</w:t>
        <w:br/>
        <w:t>f 18330/34394/28704 18326/34391/28701 18327/34390/28700</w:t>
        <w:br/>
        <w:t>f 18328/34393/28703 18330/34394/28704 18327/34390/28700</w:t>
        <w:br/>
        <w:t>f 18326/34391/28701 18330/34394/28704 18237/34300/28614</w:t>
        <w:br/>
        <w:t>f 18255/34319/28632 18326/34391/28701 18237/34300/28614</w:t>
        <w:br/>
        <w:t>f 18255/34319/28632 18253/34318/28631 18325/34389/28699</w:t>
        <w:br/>
        <w:t>f 18326/34391/28701 18255/34319/28632 18325/34389/28699</w:t>
        <w:br/>
        <w:t>f 18253/34318/28631 18254/34317/28630 18314/34378/28688</w:t>
        <w:br/>
        <w:t>f 18325/34389/28699 18253/34318/28631 18314/34378/28688</w:t>
        <w:br/>
        <w:t>f 18308/34372/28682 18310/34376/28686 18321/34384/28694</w:t>
        <w:br/>
        <w:t>f 18307/34373/28683 18308/34372/28682 18321/34384/28694</w:t>
        <w:br/>
        <w:t>f 18307/34373/28683 18331/34395/28705 18304/34367/28677</w:t>
        <w:br/>
        <w:t>f 18305/34370/28680 18307/34373/28683 18304/34367/28677</w:t>
        <w:br/>
        <w:t>f 18334/34396/28706 18333/34397/28707 18331/34395/28705</w:t>
        <w:br/>
        <w:t>f 18332/34398/28708 18334/34396/28706 18331/34395/28705</w:t>
        <w:br/>
        <w:t>f 18336/34399/28709 18334/34396/28706 18335/34400/28710</w:t>
        <w:br/>
        <w:t>f 18299/34364/28674 18333/34397/28707 18336/34399/28709</w:t>
        <w:br/>
        <w:t>f 18337/34401/28711 18336/34399/28709 18335/34400/28710</w:t>
        <w:br/>
        <w:t>f 18298/34362/28672 18336/34399/28709 18337/34401/28711</w:t>
        <w:br/>
        <w:t>f 18338/34402/28712 18334/34396/28706 18318/34381/28691</w:t>
        <w:br/>
        <w:t>f 18334/34396/28706 18338/34402/28712 18335/34400/28710</w:t>
        <w:br/>
        <w:t>f 18302/34365/28675 18304/34367/28677 18331/34395/28705</w:t>
        <w:br/>
        <w:t>f 18333/34397/28707 18302/34365/28675 18331/34395/28705</w:t>
        <w:br/>
        <w:t>f 18307/34373/28683 18321/34384/28694 18332/34398/28708</w:t>
        <w:br/>
        <w:t>f 18331/34395/28705 18307/34373/28683 18332/34398/28708</w:t>
        <w:br/>
        <w:t>f 18303/34368/28678 18301/34366/28676 18340/34403/28713</w:t>
        <w:br/>
        <w:t>f 18339/34404/28714 18303/34368/28678 18340/34403/28713</w:t>
        <w:br/>
        <w:t>f 18339/34404/28714 18342/34405/28715 18341/34406/28716</w:t>
        <w:br/>
        <w:t>f 18303/34368/28678 18339/34404/28714 18341/34406/28716</w:t>
        <w:br/>
        <w:t>f 18301/34366/28676 18300/34363/28673 18343/34407/28717</w:t>
        <w:br/>
        <w:t>f 18340/34403/28713 18301/34366/28676 18343/34407/28717</w:t>
        <w:br/>
        <w:t>f 18271/34334/28646 18343/34407/28717 18300/34363/28673</w:t>
        <w:br/>
        <w:t>f 18270/34335/28647 18271/34334/28646 18300/34363/28673</w:t>
        <w:br/>
        <w:t>f 18342/34405/28715 18344/34408/28718 18329/34392/28702</w:t>
        <w:br/>
        <w:t>f 18341/34406/28716 18342/34405/28715 18329/34392/28702</w:t>
        <w:br/>
        <w:t>f 18344/34408/28718 18345/34409/28719 18328/34393/28703</w:t>
        <w:br/>
        <w:t>f 18329/34392/28702 18344/34408/28718 18328/34393/28703</w:t>
        <w:br/>
        <w:t>f 18345/34409/28719 18346/34410/28720 18330/34394/28704</w:t>
        <w:br/>
        <w:t>f 18328/34393/28703 18345/34409/28719 18330/34394/28704</w:t>
        <w:br/>
        <w:t>f 18297/34361/28671 18298/34362/28672 18337/34401/28711</w:t>
        <w:br/>
        <w:t>f 18283/34348/28660 18284/34347/28659 18297/34361/28671</w:t>
        <w:br/>
        <w:t>f 18347/34411/28721 18283/34348/28660 18297/34361/28671</w:t>
        <w:br/>
        <w:t>f 18337/34401/28711 18349/34412/28722 18348/34413/28723</w:t>
        <w:br/>
        <w:t>f 18347/34411/28721 18337/34401/28711 18348/34413/28723</w:t>
        <w:br/>
        <w:t>f 18353/34414/28724 18352/34415/28725 18351/34416/28726</w:t>
        <w:br/>
        <w:t>f 18350/34417/28727 18353/34414/28724 18351/34416/28726</w:t>
        <w:br/>
        <w:t>f 18356/34418/28728 18355/34419/28729 18338/34402/28712</w:t>
        <w:br/>
        <w:t>f 18354/34420/28730 18356/34418/28728 18338/34402/28712</w:t>
        <w:br/>
        <w:t>f 18355/34419/28729 18356/34418/28728 18358/34421/28731</w:t>
        <w:br/>
        <w:t>f 18357/34422/28732 18355/34419/28729 18358/34421/28731</w:t>
        <w:br/>
        <w:t>f 18352/34415/28725 18359/34423/28733 18287/34350/28662</w:t>
        <w:br/>
        <w:t>f 18351/34416/28726 18352/34415/28725 18287/34350/28662</w:t>
        <w:br/>
        <w:t>f 18353/34414/28724 18350/34417/28727 18357/34422/28732</w:t>
        <w:br/>
        <w:t>f 18358/34421/28731 18353/34414/28724 18357/34422/28732</w:t>
        <w:br/>
        <w:t>f 18347/34411/28721 18348/34413/28723 18285/34349/28661</w:t>
        <w:br/>
        <w:t>f 18283/34348/28660 18347/34411/28721 18285/34349/28661</w:t>
        <w:br/>
        <w:t>f 18251/34316/28629 18294/34359/28669 18324/34388/28698</w:t>
        <w:br/>
        <w:t>f 18252/34315/28628 18244/34308/28621 18247/34311/28624</w:t>
        <w:br/>
        <w:t>f 18295/34358/28668 18252/34315/28628 18247/34311/28624</w:t>
        <w:br/>
        <w:t>f 18276/34340/28652 18260/34324/28637 18263/34329/28642</w:t>
        <w:br/>
        <w:t>f 18282/34346/28658 18276/34340/28652 18263/34329/28642</w:t>
        <w:br/>
        <w:t>f 18282/34346/28658 18263/34329/28642 18264/34328/28641</w:t>
        <w:br/>
        <w:t>f 18284/34347/28659 18282/34346/28658 18264/34328/28641</w:t>
        <w:br/>
        <w:t>f 18357/34422/28732 18349/34412/28722 18335/34400/28710</w:t>
        <w:br/>
        <w:t>f 18355/34419/28729 18357/34422/28732 18335/34400/28710</w:t>
        <w:br/>
        <w:t>f 18255/34319/28632 18237/34300/28614 18235/34298/28612</w:t>
        <w:br/>
        <w:t>f 18250/34313/28626 18255/34319/28632 18235/34298/28612</w:t>
        <w:br/>
        <w:t>f 18346/34410/28720 18236/34301/28615 18237/34300/28614</w:t>
        <w:br/>
        <w:t>f 18330/34394/28704 18346/34410/28720 18237/34300/28614</w:t>
        <w:br/>
        <w:t>f 18329/34392/28702 18309/34371/28681 18306/34369/28679</w:t>
        <w:br/>
        <w:t>f 18341/34406/28716 18329/34392/28702 18306/34369/28679</w:t>
        <w:br/>
        <w:t>f 18306/34369/28679 18304/34367/28677 18303/34368/28678</w:t>
        <w:br/>
        <w:t>f 18341/34406/28716 18306/34369/28679 18303/34368/28678</w:t>
        <w:br/>
        <w:t>f 18362/34424/28734 18361/34425/28734 18360/34426/28735</w:t>
        <w:br/>
        <w:t>f 18364/34427/28736 18233/34295/28609 18363/34428/28737</w:t>
        <w:br/>
        <w:t>f 18233/34295/28609 18366/34429/28738 18365/34430/28739</w:t>
        <w:br/>
        <w:t>f 18366/34429/28738 18368/34431/28740 18367/34432/28741</w:t>
        <w:br/>
        <w:t>f 18368/34431/28740 18370/34433/28742 18369/34434/28743</w:t>
        <w:br/>
        <w:t>f 18370/34433/28742 18372/34435/28744 18371/34436/28745</w:t>
        <w:br/>
        <w:t>f 18372/34435/28744 18374/34437/28746 18373/34438/28747</w:t>
        <w:br/>
        <w:t>f 18373/34438/28747 18374/34437/28746 18375/34439/28748</w:t>
        <w:br/>
        <w:t>f 18375/34439/28748 18377/34440/28749 18376/34441/28750</w:t>
        <w:br/>
        <w:t>f 18380/34442/28751 18379/34443/28752 18378/34444/28753</w:t>
        <w:br/>
        <w:t>f 18339/34404/28714 18340/34403/28713 18381/34445/22099</w:t>
        <w:br/>
        <w:t>f 18381/34445/22099 18340/34403/28713 18382/34446/28754</w:t>
        <w:br/>
        <w:t>f 18343/34407/28717 18271/34334/28646 18383/34447/28755</w:t>
        <w:br/>
        <w:t>f 18384/34448/22101 18383/34447/28755 18271/34334/28646</w:t>
        <w:br/>
        <w:t>f 18269/34332/28644 18384/34448/22101 18271/34334/28646</w:t>
        <w:br/>
        <w:t>f 18385/34449/28756 18384/34448/22101 18269/34332/28644</w:t>
        <w:br/>
        <w:t>f 18267/34331/28643 18385/34449/28756 18269/34332/28644</w:t>
        <w:br/>
        <w:t>f 18262/34325/28638 18386/34450/28757 18385/34449/28756</w:t>
        <w:br/>
        <w:t>f 18267/34331/28643 18262/34325/28638 18385/34449/28756</w:t>
        <w:br/>
        <w:t>f 18386/34450/28757 18388/34451/28758 18387/34452/28759</w:t>
        <w:br/>
        <w:t>f 18387/34452/28759 18390/34453/28760 18389/34454/28761</w:t>
        <w:br/>
        <w:t>f 18393/34455/28761 18392/34456/28762 18391/34457/22105</w:t>
        <w:br/>
        <w:t>f 18391/34457/22105 18361/34425/28734 18362/34424/28734</w:t>
        <w:br/>
        <w:t>f 18360/34426/28763 18364/34427/28736 18363/34428/28737</w:t>
        <w:br/>
        <w:t>f 18363/34428/28737 18233/34295/28609 18365/34430/28739</w:t>
        <w:br/>
        <w:t>f 18223/34288/28602 18226/34291/28605 18360/34426/28763</w:t>
        <w:br/>
        <w:t>f 18389/34454/28764 18256/34323/28636 18266/34330/28603</w:t>
        <w:br/>
        <w:t>f 18387/34452/28759 18259/34320/28633 18256/34323/28636</w:t>
        <w:br/>
        <w:t>f 18386/34450/28757 18262/34325/28638 18259/34320/28633</w:t>
        <w:br/>
        <w:t>f 18391/34457/22105 18222/34289/28603 18223/34288/28602</w:t>
        <w:br/>
        <w:t>f 18365/34430/28739 18366/34429/28738 18367/34432/28741</w:t>
        <w:br/>
        <w:t>f 18367/34432/28741 18368/34431/28740 18369/34434/28743</w:t>
        <w:br/>
        <w:t>f 18370/34433/28742 18371/34436/28745 18369/34434/28743</w:t>
        <w:br/>
        <w:t>f 18371/34436/28745 18372/34435/28744 18373/34438/28747</w:t>
        <w:br/>
        <w:t>f 18374/34437/28746 18377/34440/28749 18375/34439/28748</w:t>
        <w:br/>
        <w:t>f 18377/34440/28749 18380/34442/28751 18376/34441/28750</w:t>
        <w:br/>
        <w:t>f 18376/34441/28750 18380/34442/28751 18378/34444/28753</w:t>
        <w:br/>
        <w:t>f 18378/34444/28765 18339/34404/28714 18381/34445/22099</w:t>
        <w:br/>
        <w:t>f 18340/34403/28713 18343/34407/28717 18382/34446/28754</w:t>
        <w:br/>
        <w:t>f 18382/34446/28754 18343/34407/28717 18383/34447/28755</w:t>
        <w:br/>
        <w:t>f 18337/34401/28711 18335/34400/28710 18349/34412/28722</w:t>
        <w:br/>
        <w:t>f 18297/34361/28671 18337/34401/28711 18347/34411/28721</w:t>
        <w:br/>
        <w:t>f 18298/34362/28672 18299/34364/28674 18336/34399/28709</w:t>
        <w:br/>
        <w:t>f 18333/34397/28707 18334/34396/28706 18336/34399/28709</w:t>
        <w:br/>
        <w:t>f 18332/34398/28708 18318/34381/28691 18334/34396/28706</w:t>
        <w:br/>
        <w:t>f 18302/34365/28675 18333/34397/28707 18299/34364/28674</w:t>
        <w:br/>
        <w:t>f 18270/34335/28647 18299/34364/28674 18298/34362/28672</w:t>
        <w:br/>
        <w:t>f 18298/34362/28672 18297/34361/28671 18268/34333/28645</w:t>
        <w:br/>
        <w:t>f 18359/34423/28733 18394/34458/28766 18286/34351/28663</w:t>
        <w:br/>
        <w:t>f 18287/34350/28662 18359/34423/28733 18286/34351/28663</w:t>
        <w:br/>
        <w:t>f 18286/34351/28663 18394/34458/28766 18288/34352/28664</w:t>
        <w:br/>
        <w:t>f 18294/34359/28669 18293/34357/28667 18296/34360/28670</w:t>
        <w:br/>
        <w:t>f 18395/34459/28767 18294/34359/28669 18296/34360/28670</w:t>
        <w:br/>
        <w:t>f 18323/34386/28696 18315/34377/28687 18313/34379/28689</w:t>
        <w:br/>
        <w:t>f 18396/34460/28768 18323/34386/28696 18313/34379/28689</w:t>
        <w:br/>
        <w:t>f 18321/34384/28694 18317/34382/28692 18318/34381/28691</w:t>
        <w:br/>
        <w:t>f 18332/34398/28708 18321/34384/28694 18318/34381/28691</w:t>
        <w:br/>
        <w:t>f 18320/34385/28695 18322/34387/28697 18316/34383/28693</w:t>
        <w:br/>
        <w:t>f 18317/34382/28692 18320/34385/28695 18316/34383/28693</w:t>
        <w:br/>
        <w:t>f 18311/34375/28685 18315/34377/28687 18320/34385/28695</w:t>
        <w:br/>
        <w:t>f 18310/34376/28686 18311/34375/28685 18320/34385/28695</w:t>
        <w:br/>
        <w:t>f 18396/34460/28768 18313/34379/28689 18324/34388/28698</w:t>
        <w:br/>
        <w:t>f 18397/34461/28769 18396/34460/28768 18324/34388/28698</w:t>
        <w:br/>
        <w:t>f 18354/34420/28730 18338/34402/28712 18318/34381/28691</w:t>
        <w:br/>
        <w:t>f 18319/34380/28690 18354/34420/28730 18318/34381/28691</w:t>
        <w:br/>
        <w:t>f 18285/34349/28661 18348/34413/28723 18350/34417/28727</w:t>
        <w:br/>
        <w:t>f 18351/34416/28726 18285/34349/28661 18350/34417/28727</w:t>
        <w:br/>
        <w:t>f 18280/34345/28657 18285/34349/28661 18351/34416/28726</w:t>
        <w:br/>
        <w:t>f 18287/34350/28662 18280/34345/28657 18351/34416/28726</w:t>
        <w:br/>
        <w:t>f 18349/34412/28722 18357/34422/28732 18350/34417/28727</w:t>
        <w:br/>
        <w:t>f 18348/34413/28723 18349/34412/28722 18350/34417/28727</w:t>
        <w:br/>
        <w:t>f 18397/34461/28769 18324/34388/28698 18294/34359/28669</w:t>
        <w:br/>
        <w:t>f 18395/34459/28767 18397/34461/28769 18294/34359/28669</w:t>
        <w:br/>
        <w:t>f 18394/34458/28766 18214/34278/28593 18098/34162/28483</w:t>
        <w:br/>
        <w:t>f 18288/34352/28664 18394/34458/28766 18098/34162/28483</w:t>
        <w:br/>
        <w:t>f 18251/34316/28629 18252/34315/28628 18295/34358/28668</w:t>
        <w:br/>
        <w:t>f 18294/34359/28669 18251/34316/28629 18295/34358/28668</w:t>
        <w:br/>
        <w:t>f 18335/34400/28710 18338/34402/28712 18355/34419/28729</w:t>
        <w:br/>
        <w:t>usemtl MI_Audrey_Brow1</w:t>
        <w:br/>
        <w:t>f 10250/34462/28770 10249/34463/28771 10248/34464/28772</w:t>
        <w:br/>
        <w:t>f 10247/34465/28773 10250/34462/28770 10248/34464/28772</w:t>
        <w:br/>
        <w:t>f 10254/34466/28774 10253/34467/28775 10252/34468/28776</w:t>
        <w:br/>
        <w:t>f 10251/34469/28777 10254/34466/28774 10252/34468/28776</w:t>
        <w:br/>
        <w:t>f 10253/34467/28775 10254/34466/28774 10256/34470/28778</w:t>
        <w:br/>
        <w:t>f 10255/34471/28779 10253/34467/28775 10256/34470/28778</w:t>
        <w:br/>
        <w:t>f 10258/34472/28780 10257/34473/28781 10247/34465/28773</w:t>
        <w:br/>
        <w:t>f 10248/34464/28772 10258/34472/28780 10247/34465/28773</w:t>
        <w:br/>
        <w:t>f 10259/34474/28782 10257/34473/28781 10258/34472/28780</w:t>
        <w:br/>
        <w:t>f 10253/34467/28775 10258/34472/28780 10248/34464/28772</w:t>
        <w:br/>
        <w:t>f 10252/34468/28776 10253/34467/28775 10248/34464/28772</w:t>
        <w:br/>
        <w:t>f 10258/34472/28780 10253/34467/28775 10255/34471/28779</w:t>
        <w:br/>
        <w:t>f 10259/34474/28782 10258/34472/28780 10255/34471/28779</w:t>
        <w:br/>
        <w:t>f 10249/34463/28771 10252/34468/28776 10248/34464/28772</w:t>
        <w:br/>
        <w:t>f 10249/34463/28771 10260/34475/28783 10251/34469/28777</w:t>
        <w:br/>
        <w:t>f 10252/34468/28776 10249/34463/28771 10251/34469/28777</w:t>
        <w:br/>
        <w:t>f 10264/34476/28784 10263/34477/28785 10262/34478/28786</w:t>
        <w:br/>
        <w:t>f 10261/34479/28787 10264/34476/28784 10262/34478/28786</w:t>
        <w:br/>
        <w:t>f 10268/34480/28788 10267/34481/28789 10266/34482/28790</w:t>
        <w:br/>
        <w:t>f 10265/34483/28791 10268/34480/28788 10266/34482/28790</w:t>
        <w:br/>
        <w:t>f 10267/34481/28789 10270/34484/28792 10269/34485/28793</w:t>
        <w:br/>
        <w:t>f 10266/34482/28790 10267/34481/28789 10269/34485/28793</w:t>
        <w:br/>
        <w:t>f 10272/34486/28794 10262/34478/28786 10263/34477/28785</w:t>
        <w:br/>
        <w:t>f 10271/34487/28795 10272/34486/28794 10263/34477/28785</w:t>
        <w:br/>
        <w:t>f 10273/34488/28796 10272/34486/28794 10271/34487/28795</w:t>
        <w:br/>
        <w:t>f 10267/34481/28789 10268/34480/28788 10262/34478/28786</w:t>
        <w:br/>
        <w:t>f 10272/34486/28794 10267/34481/28789 10262/34478/28786</w:t>
        <w:br/>
        <w:t>f 10272/34486/28794 10273/34488/28796 10270/34484/28792</w:t>
        <w:br/>
        <w:t>f 10267/34481/28789 10272/34486/28794 10270/34484/28792</w:t>
        <w:br/>
        <w:t>f 10261/34479/28787 10262/34478/28786 10268/34480/28788</w:t>
        <w:br/>
        <w:t>f 10261/34479/28787 10268/34480/28788 10265/34483/28791</w:t>
        <w:br/>
        <w:t>f 10274/34489/28797 10261/34479/28787 10265/34483/28791</w:t>
        <w:br/>
        <w:t>f 10278/34490/28798 10277/34491/28799 10276/34492/28800</w:t>
        <w:br/>
        <w:t>f 10275/34493/28798 10278/34490/28798 10276/34492/28800</w:t>
        <w:br/>
        <w:t>f 10282/34494/28801 10281/34495/28801 10280/34496/28802</w:t>
        <w:br/>
        <w:t>f 10279/34497/28802 10282/34494/28801 10280/34496/28802</w:t>
        <w:br/>
        <w:t>f 10279/34497/28802 10280/34496/28802 10284/34498/28803</w:t>
        <w:br/>
        <w:t>f 10283/34499/28803 10279/34497/28802 10284/34498/28803</w:t>
        <w:br/>
        <w:t>f 10284/34498/28803 10286/34500/28804 10285/34501/28804</w:t>
        <w:br/>
        <w:t>f 10283/34499/28803 10284/34498/28803 10285/34501/28804</w:t>
        <w:br/>
        <w:t>f 10288/34502/28805 10287/34503/28805 10278/34490/28798</w:t>
        <w:br/>
        <w:t>f 10275/34493/28798 10288/34502/28805 10278/34490/28798</w:t>
        <w:br/>
        <w:t>f 10290/34504/28806 10287/34503/28805 10288/34502/28805</w:t>
        <w:br/>
        <w:t>f 10289/34505/28806 10290/34504/28806 10288/34502/28805</w:t>
        <w:br/>
        <w:t>f 10286/34500/28804 10292/34506/28807 10291/34507/28807</w:t>
        <w:br/>
        <w:t>f 10285/34501/28804 10286/34500/28804 10291/34507/28807</w:t>
        <w:br/>
        <w:t>f 10294/34508/28808 10293/34509/28808 10281/34495/28801</w:t>
        <w:br/>
        <w:t>f 10282/34494/28801 10294/34508/28808 10281/34495/28801</w:t>
        <w:br/>
        <w:t>f 10298/34510/28809 10297/34511/28810 10296/34512/28811</w:t>
        <w:br/>
        <w:t>f 10295/34513/28812 10298/34510/28809 10296/34512/28811</w:t>
        <w:br/>
        <w:t>f 10300/34514/28813 10298/34510/28809 10295/34513/28812</w:t>
        <w:br/>
        <w:t>f 10299/34515/28814 10300/34514/28813 10295/34513/28812</w:t>
        <w:br/>
        <w:t>f 10299/34515/28814 10302/34516/28815 10301/34517/28816</w:t>
        <w:br/>
        <w:t>f 10300/34514/28813 10299/34515/28814 10301/34517/28816</w:t>
        <w:br/>
        <w:t>f 10304/34518/28817 10303/34519/28818 10297/34511/28810</w:t>
        <w:br/>
        <w:t>f 10298/34510/28809 10304/34518/28817 10297/34511/28810</w:t>
        <w:br/>
        <w:t>f 10305/34520/28819 10304/34518/28817 10298/34510/28809</w:t>
        <w:br/>
        <w:t>f 10300/34514/28813 10305/34520/28819 10298/34510/28809</w:t>
        <w:br/>
        <w:t>f 10301/34517/28816 10306/34521/28820 10300/34514/28813</w:t>
        <w:br/>
        <w:t>f 10306/34521/28820 10307/34522/28821 10300/34514/28813</w:t>
        <w:br/>
        <w:t>f 10305/34520/28819 10300/34514/28813 10307/34522/28821</w:t>
        <w:br/>
        <w:t>f 10311/34523/28822 10310/34524/28823 10309/34525/28824</w:t>
        <w:br/>
        <w:t>f 10308/34526/28825 10311/34523/28822 10309/34525/28824</w:t>
        <w:br/>
        <w:t>f 10308/34526/28825 10309/34525/28824 10313/34527/28826</w:t>
        <w:br/>
        <w:t>f 10312/34528/28827 10308/34526/28825 10313/34527/28826</w:t>
        <w:br/>
        <w:t>f 10315/34529/28828 10314/34530/28829 10312/34528/28827</w:t>
        <w:br/>
        <w:t>f 10313/34527/28826 10315/34529/28828 10312/34528/28827</w:t>
        <w:br/>
        <w:t>f 10309/34525/28824 10310/34524/28823 10317/34531/28830</w:t>
        <w:br/>
        <w:t>f 10316/34532/28831 10309/34525/28824 10317/34531/28830</w:t>
        <w:br/>
        <w:t>f 10309/34525/28824 10316/34532/28831 10318/34533/28832</w:t>
        <w:br/>
        <w:t>f 10313/34527/28826 10309/34525/28824 10318/34533/28832</w:t>
        <w:br/>
        <w:t>f 10318/34533/28832 10319/34534/28833 10313/34527/28826</w:t>
        <w:br/>
        <w:t>f 10323/34535/28834 10322/34536/28835 10321/34537/28835</w:t>
        <w:br/>
        <w:t>f 10320/34538/28836 10323/34535/28834 10321/34537/28835</w:t>
        <w:br/>
        <w:t>f 10322/34536/28835 10325/34539/28837 10324/34540/28837</w:t>
        <w:br/>
        <w:t>f 10321/34537/28835 10322/34536/28835 10324/34540/28837</w:t>
        <w:br/>
        <w:t>f 10325/34539/28837 10327/34541/28838 10326/34542/28838</w:t>
        <w:br/>
        <w:t>f 10324/34540/28837 10325/34539/28837 10326/34542/28838</w:t>
        <w:br/>
        <w:t>f 10331/34543/28839 10330/34544/28839 10329/34545/28840</w:t>
        <w:br/>
        <w:t>f 10328/34546/28840 10331/34543/28839 10329/34545/28840</w:t>
        <w:br/>
        <w:t>f 10335/34547/28841 10334/34548/28842 10333/34549/28843</w:t>
        <w:br/>
        <w:t>f 10332/34550/28841 10335/34547/28841 10333/34549/28843</w:t>
        <w:br/>
        <w:t>f 10337/34551/28844 10335/34547/28841 10332/34550/28841</w:t>
        <w:br/>
        <w:t>f 10336/34552/28844 10337/34551/28844 10332/34550/28841</w:t>
        <w:br/>
        <w:t>f 10339/34553/28845 10337/34551/28844 10336/34552/28844</w:t>
        <w:br/>
        <w:t>f 10338/34554/28845 10339/34553/28845 10336/34552/28844</w:t>
        <w:br/>
        <w:t>f 10328/34546/28840 10329/34545/28840 10341/34555/28846</w:t>
        <w:br/>
        <w:t>f 10340/34556/28846 10328/34546/28840 10341/34555/28846</w:t>
        <w:br/>
        <w:t>f 10340/34556/28846 10341/34555/28846 10339/34553/28845</w:t>
        <w:br/>
        <w:t>f 10338/34554/28845 10340/34556/28846 10339/34553/28845</w:t>
        <w:br/>
        <w:t>f 10342/34557/28847 10315/34529/28828 10313/34527/28826</w:t>
        <w:br/>
        <w:t>f 10319/34534/28833 10342/34557/28847 10313/34527/28826</w:t>
        <w:br/>
        <w:t>f 10344/34558/28848 10343/34559/28848 10323/34535/28834</w:t>
        <w:br/>
        <w:t>f 10320/34538/28836 10344/34558/28848 10323/34535/28834</w:t>
        <w:br/>
        <w:t>f 10346/34560/28849 10345/34561/28850 10296/34512/28811</w:t>
        <w:br/>
        <w:t>f 10297/34511/28810 10346/34560/28849 10296/34512/28811</w:t>
        <w:br/>
        <w:t>f 10348/34562/28851 10310/34524/28823 10311/34523/28822</w:t>
        <w:br/>
        <w:t>f 10347/34563/28852 10348/34562/28851 10311/34523/28822</w:t>
        <w:br/>
        <w:t>f 10346/34560/28849 10297/34511/28810 10303/34519/28818</w:t>
        <w:br/>
        <w:t>f 10349/34564/28853 10346/34560/28849 10303/34519/28818</w:t>
        <w:br/>
        <w:t>f 10351/34565/28854 10333/34549/28843 10334/34548/28842</w:t>
        <w:br/>
        <w:t>f 10350/34566/28854 10351/34565/28854 10334/34548/28842</w:t>
        <w:br/>
        <w:t>f 10348/34562/28851 10352/34567/28855 10317/34531/28830</w:t>
        <w:br/>
        <w:t>f 10310/34524/28823 10348/34562/28851 10317/34531/28830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